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Religion for Man (English) May 29, 2009 Maulana Wahiduddin Khan</w:t>
      </w:r>
    </w:p>
    <w:p>
      <w:r>
        <w:t>https://www.youtube.com/watch?v=NcPRIpffwc0</w:t>
      </w:r>
    </w:p>
    <w:p>
      <w:r>
        <w:rPr>
          <w:b/>
        </w:rPr>
        <w:t xml:space="preserve">[00:33] </w:t>
      </w:r>
      <w:r>
        <w:t>the topic for this evening is the importance of religion for man.</w:t>
      </w:r>
    </w:p>
    <w:p>
      <w:pPr>
        <w:jc w:val="right"/>
      </w:pPr>
      <w:r>
        <w:t>دا ٹاپک فار دس ایوننگ از دا امپورٹنس آف ریلیجن فار مین.</w:t>
      </w:r>
    </w:p>
    <w:p>
      <w:r>
        <w:rPr>
          <w:b/>
        </w:rPr>
        <w:t xml:space="preserve">[00:49] </w:t>
      </w:r>
      <w:r>
        <w:t>first of all, I want to share an incident with you.</w:t>
      </w:r>
    </w:p>
    <w:p>
      <w:pPr>
        <w:jc w:val="right"/>
      </w:pPr>
      <w:r>
        <w:t>فرسٹ آف آل، آئی وانٹ ٹو شیئر این انسیڈنٹ ود یو۔</w:t>
      </w:r>
    </w:p>
    <w:p>
      <w:r>
        <w:rPr>
          <w:b/>
        </w:rPr>
        <w:t xml:space="preserve">[00:59] </w:t>
      </w:r>
      <w:r>
        <w:t>one of my colleague happen to meet a businessman. he presented him a pamphlet titled "Religion and God".</w:t>
      </w:r>
    </w:p>
    <w:p>
      <w:pPr>
        <w:jc w:val="right"/>
      </w:pPr>
      <w:r>
        <w:t>ون آف مائی کولیگ ہیپن ٹو میٹ ا بزنس مین۔ ہی پریزنٹڈ ہم ا پمفلیٹ ٹائٹلڈ "ریلیجن اینڈ گاڈ"۔</w:t>
      </w:r>
    </w:p>
    <w:p>
      <w:r>
        <w:rPr>
          <w:b/>
        </w:rPr>
        <w:t xml:space="preserve">[01:24] </w:t>
      </w:r>
      <w:r>
        <w:t>da business man</w:t>
      </w:r>
    </w:p>
    <w:p>
      <w:pPr>
        <w:jc w:val="right"/>
      </w:pPr>
      <w:r>
        <w:t>دا بزنس مین</w:t>
      </w:r>
    </w:p>
    <w:p>
      <w:r>
        <w:rPr>
          <w:b/>
        </w:rPr>
        <w:t xml:space="preserve">[01:29] </w:t>
      </w:r>
      <w:r>
        <w:t>took it written reluctantly, and then he said, "I am not interested in religion." you see,</w:t>
      </w:r>
    </w:p>
    <w:p>
      <w:pPr>
        <w:jc w:val="right"/>
      </w:pPr>
      <w:r>
        <w:t>ٹوک اٹ ریٹن ریکٹنٹلی، اینڈ دین ہی سیڈ، "آئی ایم ناٹ انٹرسٹڈ ان ریلیجن۔" یو سی،</w:t>
      </w:r>
    </w:p>
    <w:p>
      <w:r>
        <w:rPr>
          <w:b/>
        </w:rPr>
        <w:t xml:space="preserve">[01:48] </w:t>
      </w:r>
      <w:r>
        <w:t>my health is very good</w:t>
      </w:r>
    </w:p>
    <w:p>
      <w:pPr>
        <w:jc w:val="right"/>
      </w:pPr>
      <w:r>
        <w:t>مائی ہیلتھ از ویری گڈ</w:t>
      </w:r>
    </w:p>
    <w:p>
      <w:r>
        <w:rPr>
          <w:b/>
        </w:rPr>
        <w:t xml:space="preserve">[01:52] </w:t>
      </w:r>
      <w:r>
        <w:t>. my family is living in with good health. also, i run a flourishing business.</w:t>
      </w:r>
    </w:p>
    <w:p>
      <w:pPr>
        <w:jc w:val="right"/>
      </w:pPr>
      <w:r>
        <w:t>۔ مائی فیملی از لیونگ ان ود گڈ ہیلتھ۔ آلسو، آئی رن ا فلرشنگ بزنس۔</w:t>
      </w:r>
    </w:p>
    <w:p>
      <w:r>
        <w:rPr>
          <w:b/>
        </w:rPr>
        <w:t xml:space="preserve">[02:06] </w:t>
      </w:r>
      <w:r>
        <w:t>i have all those things that are confi i am living a comfortable life, so i don't need religion.</w:t>
      </w:r>
    </w:p>
    <w:p>
      <w:pPr>
        <w:jc w:val="right"/>
      </w:pPr>
      <w:r>
        <w:t>آئی ہیو آل دوز تھنگز دیٹ آر کانفی آئی ایم لیونگ ا کمفرٹیبل لائف، سو آئی ڈونٹ نیڈ ریلیجن۔</w:t>
      </w:r>
    </w:p>
    <w:p>
      <w:r>
        <w:rPr>
          <w:b/>
        </w:rPr>
        <w:t xml:space="preserve">[02:19] </w:t>
      </w:r>
      <w:r>
        <w:t>this kind of remark was a shocking for me. i wanted to know why this gentleman said like this.</w:t>
      </w:r>
    </w:p>
    <w:p>
      <w:pPr>
        <w:jc w:val="right"/>
      </w:pPr>
      <w:r>
        <w:t>دس کائنڈ آف ریمارک واز ا شاکنگ فار می۔ آئی وانٹڈ ٹو نو وائی دس جنٹلمین سیڈ لائک دس۔</w:t>
      </w:r>
    </w:p>
    <w:p>
      <w:r>
        <w:rPr>
          <w:b/>
        </w:rPr>
        <w:t xml:space="preserve">[02:33] </w:t>
      </w:r>
      <w:r>
        <w:t>then</w:t>
      </w:r>
    </w:p>
    <w:p>
      <w:pPr>
        <w:jc w:val="right"/>
      </w:pPr>
      <w:r>
        <w:t>دین</w:t>
      </w:r>
    </w:p>
    <w:p>
      <w:r>
        <w:rPr>
          <w:b/>
        </w:rPr>
        <w:t xml:space="preserve">[02:37] </w:t>
      </w:r>
      <w:r>
        <w:t>i found that nearly all the people think like this.</w:t>
      </w:r>
    </w:p>
    <w:p>
      <w:pPr>
        <w:jc w:val="right"/>
      </w:pPr>
      <w:r>
        <w:t>آئی فاؤنڈ دیٹ نیرلی آل دا پیپل تھنک لائک دس۔</w:t>
      </w:r>
    </w:p>
    <w:p>
      <w:r>
        <w:rPr>
          <w:b/>
        </w:rPr>
        <w:t xml:space="preserve">[02:49] </w:t>
      </w:r>
      <w:r>
        <w:t>some are vocal, so they say it in a spoken language.</w:t>
      </w:r>
    </w:p>
    <w:p>
      <w:pPr>
        <w:jc w:val="right"/>
      </w:pPr>
      <w:r>
        <w:t>سم آر ووکل، سو دے سے اٹ ان ا سپوکن لینگویج۔</w:t>
      </w:r>
    </w:p>
    <w:p>
      <w:r>
        <w:rPr>
          <w:b/>
        </w:rPr>
        <w:t xml:space="preserve">[03:02] </w:t>
      </w:r>
      <w:r>
        <w:t>and the majority</w:t>
      </w:r>
    </w:p>
    <w:p>
      <w:pPr>
        <w:jc w:val="right"/>
      </w:pPr>
      <w:r>
        <w:t>اینڈ دا میجورٹی</w:t>
      </w:r>
    </w:p>
    <w:p>
      <w:r>
        <w:rPr>
          <w:b/>
        </w:rPr>
        <w:t xml:space="preserve">[03:07] </w:t>
      </w:r>
      <w:r>
        <w:t>have the same thought, but in silent language.</w:t>
      </w:r>
    </w:p>
    <w:p>
      <w:pPr>
        <w:jc w:val="right"/>
      </w:pPr>
      <w:r>
        <w:t>ہیو دا سیم تھاٹ، بٹ ان سائلنٹ لینگویج۔</w:t>
      </w:r>
    </w:p>
    <w:p>
      <w:r>
        <w:rPr>
          <w:b/>
        </w:rPr>
        <w:t xml:space="preserve">[03:15] </w:t>
      </w:r>
      <w:r>
        <w:t>i think more than 99 percent people, even so called religious people, have the same thought.</w:t>
      </w:r>
    </w:p>
    <w:p>
      <w:pPr>
        <w:jc w:val="right"/>
      </w:pPr>
      <w:r>
        <w:t>آئی تھنک مور دین 99 پرسنٹ پیپل، ایون سو کالڈ ریلیجیس پیپل، ہیو دا سیم تھاٹ۔</w:t>
      </w:r>
    </w:p>
    <w:p>
      <w:r>
        <w:rPr>
          <w:b/>
        </w:rPr>
        <w:t xml:space="preserve">[03:28] </w:t>
      </w:r>
      <w:r>
        <w:t>those who are said to be a religious people, in their life religion is like an appendix.</w:t>
      </w:r>
    </w:p>
    <w:p>
      <w:pPr>
        <w:jc w:val="right"/>
      </w:pPr>
      <w:r>
        <w:t>دوز ہو آر سیڈ ٹو بی ا ریلیجیس پیپل، ان دیر لائف ریلیجن از لائک این اپینڈکس۔</w:t>
      </w:r>
    </w:p>
    <w:p>
      <w:r>
        <w:rPr>
          <w:b/>
        </w:rPr>
        <w:t xml:space="preserve">[03:41] </w:t>
      </w:r>
      <w:r>
        <w:t>it has no function in their life.</w:t>
      </w:r>
    </w:p>
    <w:p>
      <w:pPr>
        <w:jc w:val="right"/>
      </w:pPr>
      <w:r>
        <w:t>اٹ ہیز نو فنکشن ان دیر لائف۔</w:t>
      </w:r>
    </w:p>
    <w:p>
      <w:r>
        <w:rPr>
          <w:b/>
        </w:rPr>
        <w:t xml:space="preserve">[03:46] </w:t>
      </w:r>
      <w:r>
        <w:t>then generally people of your time take the religion as as an aashirwad or barkat.</w:t>
      </w:r>
    </w:p>
    <w:p>
      <w:pPr>
        <w:jc w:val="right"/>
      </w:pPr>
      <w:r>
        <w:t>دین جنرلی پیپل آف ور ٹائم ٹیک دا ریلیجن ایز ایز این آشیرواد اور برکت۔</w:t>
      </w:r>
    </w:p>
    <w:p>
      <w:r>
        <w:rPr>
          <w:b/>
        </w:rPr>
        <w:t xml:space="preserve">[04:01] </w:t>
      </w:r>
      <w:r>
        <w:t>they think that religion is a source of barkat or aashirwad.</w:t>
      </w:r>
    </w:p>
    <w:p>
      <w:pPr>
        <w:jc w:val="right"/>
      </w:pPr>
      <w:r>
        <w:t>دے تھنک دیٹ ریلیجن از ا سورس آف برکت اور آشیرواد۔</w:t>
      </w:r>
    </w:p>
    <w:p>
      <w:r>
        <w:rPr>
          <w:b/>
        </w:rPr>
        <w:t xml:space="preserve">[04:12] </w:t>
      </w:r>
      <w:r>
        <w:t>it means that religion is a material appendix for these people.</w:t>
      </w:r>
    </w:p>
    <w:p>
      <w:pPr>
        <w:jc w:val="right"/>
      </w:pPr>
      <w:r>
        <w:t>اٹ مینز دیٹ ریلیجن از ا مٹیریل اپینڈکس فار دیز پیپل۔</w:t>
      </w:r>
    </w:p>
    <w:p>
      <w:r>
        <w:rPr>
          <w:b/>
        </w:rPr>
        <w:t xml:space="preserve">[04:21] </w:t>
      </w:r>
      <w:r>
        <w:t>this kind of image is highly misleading and cross misunderstanding. religion as represented by islam is a divine guidance.</w:t>
      </w:r>
    </w:p>
    <w:p>
      <w:pPr>
        <w:jc w:val="right"/>
      </w:pPr>
      <w:r>
        <w:t>دس کائنڈ آف امیج از ہائیلی مس لیڈنگ اینڈ کراس مس انڈرسٹینڈنگ۔ ریلیجن ایز ریپریزنٹڈ بائی اسلام از ا ڈیوائن گائیڈنس۔</w:t>
      </w:r>
    </w:p>
    <w:p>
      <w:r>
        <w:rPr>
          <w:b/>
        </w:rPr>
        <w:t xml:space="preserve">[04:40] </w:t>
      </w:r>
      <w:r>
        <w:t>divine guidance.</w:t>
      </w:r>
    </w:p>
    <w:p>
      <w:pPr>
        <w:jc w:val="right"/>
      </w:pPr>
      <w:r>
        <w:t>ڈیوائن گائیڈنس۔</w:t>
      </w:r>
    </w:p>
    <w:p>
      <w:r>
        <w:rPr>
          <w:b/>
        </w:rPr>
        <w:t xml:space="preserve">[04:43] </w:t>
      </w:r>
      <w:r>
        <w:t>god created us and settled us in this planet earth, so he wanted to guide us.</w:t>
      </w:r>
    </w:p>
    <w:p>
      <w:pPr>
        <w:jc w:val="right"/>
      </w:pPr>
      <w:r>
        <w:t>گاڈ کریٹڈ اس اینڈ سیٹلڈ اس ان دس پلینٹ ارتھ، سو ہی وانٹڈ ٹو گائیڈ اس۔</w:t>
      </w:r>
    </w:p>
    <w:p>
      <w:r>
        <w:rPr>
          <w:b/>
        </w:rPr>
        <w:t xml:space="preserve">[04:55] </w:t>
      </w:r>
      <w:r>
        <w:t>he said, he send religion through his prophets as guidance for men and women.</w:t>
      </w:r>
    </w:p>
    <w:p>
      <w:pPr>
        <w:jc w:val="right"/>
      </w:pPr>
      <w:r>
        <w:t>ہی سیڈ، ہی سینڈ ریلیجن تھرو ہز پرافٹس ایز گائیڈنس فار مین اینڈ وومن۔</w:t>
      </w:r>
    </w:p>
    <w:p>
      <w:r>
        <w:rPr>
          <w:b/>
        </w:rPr>
        <w:t xml:space="preserve">[05:12] </w:t>
      </w:r>
      <w:r>
        <w:t>so religion is a guidance and not aashirwad or barkat.</w:t>
      </w:r>
    </w:p>
    <w:p>
      <w:pPr>
        <w:jc w:val="right"/>
      </w:pPr>
      <w:r>
        <w:t>سو ریلیجن از ا گائیڈنس اینڈ ناٹ آشیرواد اور برکت۔</w:t>
      </w:r>
    </w:p>
    <w:p>
      <w:r>
        <w:rPr>
          <w:b/>
        </w:rPr>
        <w:t xml:space="preserve">[05:25] </w:t>
      </w:r>
      <w:r>
        <w:t>then i would like to say that it is not very simple thing.</w:t>
      </w:r>
    </w:p>
    <w:p>
      <w:pPr>
        <w:jc w:val="right"/>
      </w:pPr>
      <w:r>
        <w:t>دین آئی ووڈ لائک ٹو سی دیٹ اٹ از ناٹ ویری سمپل تھنگ۔</w:t>
      </w:r>
    </w:p>
    <w:p>
      <w:r>
        <w:rPr>
          <w:b/>
        </w:rPr>
        <w:t xml:space="preserve">[05:34] </w:t>
      </w:r>
      <w:r>
        <w:t>if you see that i don't, i have no interest in religion, it is not enough. then there is a question.</w:t>
      </w:r>
    </w:p>
    <w:p>
      <w:pPr>
        <w:jc w:val="right"/>
      </w:pPr>
      <w:r>
        <w:t>اف یو سی دیٹ آئی ڈونٹ، آئی ہیو نو انٹرسٹ ان ریلیجن، اٹ از ناٹ انف۔ دین دیر از ا کوئسچن۔</w:t>
      </w:r>
    </w:p>
    <w:p>
      <w:r>
        <w:rPr>
          <w:b/>
        </w:rPr>
        <w:t xml:space="preserve">[05:47] </w:t>
      </w:r>
      <w:r>
        <w:t>you are living in a world that was created by god. you yourself were created by god. your family was created by god.</w:t>
      </w:r>
    </w:p>
    <w:p>
      <w:pPr>
        <w:jc w:val="right"/>
      </w:pPr>
      <w:r>
        <w:t>یو آر لیونگ ان ا ورلڈ دیٹ واز کریٹڈ بائی گاڈ۔ یو یور سیلف ویر کریٹڈ بائی گاڈ۔ یور فیملی واز کریٹڈ بائی گاڈ۔</w:t>
      </w:r>
    </w:p>
    <w:p>
      <w:r>
        <w:rPr>
          <w:b/>
        </w:rPr>
        <w:t xml:space="preserve">[06:01] </w:t>
      </w:r>
      <w:r>
        <w:t>deen you see that I am running a flourishing business, but how you were able to to run this kind of business?</w:t>
      </w:r>
    </w:p>
    <w:p>
      <w:pPr>
        <w:jc w:val="right"/>
      </w:pPr>
      <w:r>
        <w:t>دین یو سی دیٹ آئی ایم رننگ ا فلرشنگ بزنس، بٹ ہاؤ یو ویر ایبل ٹو ٹو رن دس کائنڈ آف بزنس؟</w:t>
      </w:r>
    </w:p>
    <w:p>
      <w:r>
        <w:rPr>
          <w:b/>
        </w:rPr>
        <w:t xml:space="preserve">[06:15] </w:t>
      </w:r>
      <w:r>
        <w:t>by using the divine infrastructure</w:t>
      </w:r>
    </w:p>
    <w:p>
      <w:pPr>
        <w:jc w:val="right"/>
      </w:pPr>
      <w:r>
        <w:t>بائی یوزنگ دا ڈیوائن انفراسٹرکچر</w:t>
      </w:r>
    </w:p>
    <w:p>
      <w:r>
        <w:rPr>
          <w:b/>
        </w:rPr>
        <w:t xml:space="preserve">[06:19] </w:t>
      </w:r>
      <w:r>
        <w:t>. in this world, there are so many things like sunlight, air and water, and million and billion items that are said to be life support system.</w:t>
      </w:r>
    </w:p>
    <w:p>
      <w:pPr>
        <w:jc w:val="right"/>
      </w:pPr>
      <w:r>
        <w:t>۔ ان دس ورلڈ، دیر آر سو مینی تھنگز لائک سن لائٹ، ایئر اینڈ واٹر، اینڈ ملین اینڈ بلین آئٹم دیٹ آر سیڈ ٹو بی لائف سپورٹ سسٹم۔</w:t>
      </w:r>
    </w:p>
    <w:p>
      <w:r>
        <w:rPr>
          <w:b/>
        </w:rPr>
        <w:t xml:space="preserve">[06:35] </w:t>
      </w:r>
      <w:r>
        <w:t>by availing all these supports or these divine supports, you you do all those things.</w:t>
      </w:r>
    </w:p>
    <w:p>
      <w:pPr>
        <w:jc w:val="right"/>
      </w:pPr>
      <w:r>
        <w:t>بائی اویلنگ آل دیس سپورٹس اور دیز ڈیوائن سپورٹس، یو یو ڈو آل دوز تھنگز۔</w:t>
      </w:r>
    </w:p>
    <w:p>
      <w:r>
        <w:rPr>
          <w:b/>
        </w:rPr>
        <w:t xml:space="preserve">[06:48] </w:t>
      </w:r>
      <w:r>
        <w:t>your job, your business, everything depends on this life support system.</w:t>
      </w:r>
    </w:p>
    <w:p>
      <w:pPr>
        <w:jc w:val="right"/>
      </w:pPr>
      <w:r>
        <w:t>یور جاب، یور بزنس، ایوری تھنگ ڈیپینڈز ان دس لائف سپورٹ سسٹم۔</w:t>
      </w:r>
    </w:p>
    <w:p>
      <w:r>
        <w:rPr>
          <w:b/>
        </w:rPr>
        <w:t xml:space="preserve">[06:59] </w:t>
      </w:r>
      <w:r>
        <w:t>without this divine support system, you can not do anything. so you have to acknowledge the giver.</w:t>
      </w:r>
    </w:p>
    <w:p>
      <w:pPr>
        <w:jc w:val="right"/>
      </w:pPr>
      <w:r>
        <w:t>وداؤٹ دس ڈیوائن سپورٹ سسٹم، یو کین ناٹ ڈو اینی تھنگ۔ سو یو ہیو ٹو ایکنالج دا گیور۔</w:t>
      </w:r>
    </w:p>
    <w:p>
      <w:r>
        <w:rPr>
          <w:b/>
        </w:rPr>
        <w:t xml:space="preserve">[07:13] </w:t>
      </w:r>
      <w:r>
        <w:t>you have to acknowledge the benefactor.</w:t>
      </w:r>
    </w:p>
    <w:p>
      <w:pPr>
        <w:jc w:val="right"/>
      </w:pPr>
      <w:r>
        <w:t>یو ہیو ٹو ایکنالج دا بینیفیکٹر۔</w:t>
      </w:r>
    </w:p>
    <w:p>
      <w:r>
        <w:rPr>
          <w:b/>
        </w:rPr>
        <w:t xml:space="preserve">[07:21] </w:t>
      </w:r>
      <w:r>
        <w:t>all these things were given by god, by the creator. so you are the receiver, and god is the giver.</w:t>
      </w:r>
    </w:p>
    <w:p>
      <w:pPr>
        <w:jc w:val="right"/>
      </w:pPr>
      <w:r>
        <w:t>آل دیز تھنگز ویر گیون بائی گاڈ، بائی دا کریٹر۔ سو یو آر دا ریسیور، اینڈ گاڈ از دا گیور۔</w:t>
      </w:r>
    </w:p>
    <w:p>
      <w:r>
        <w:rPr>
          <w:b/>
        </w:rPr>
        <w:t xml:space="preserve">[07:35] </w:t>
      </w:r>
      <w:r>
        <w:t>god is the benefactor. so you have to acknowledge god</w:t>
      </w:r>
    </w:p>
    <w:p>
      <w:pPr>
        <w:jc w:val="right"/>
      </w:pPr>
      <w:r>
        <w:t>گاڈ از دا بینیفیکٹر۔ سو یو ہیو ٹو ایکنالج گاڈ</w:t>
      </w:r>
    </w:p>
    <w:p>
      <w:r>
        <w:rPr>
          <w:b/>
        </w:rPr>
        <w:t xml:space="preserve">[07:41] </w:t>
      </w:r>
      <w:r>
        <w:t>. otherwise,</w:t>
      </w:r>
    </w:p>
    <w:p>
      <w:pPr>
        <w:jc w:val="right"/>
      </w:pPr>
      <w:r>
        <w:t>۔ ادروائز،</w:t>
      </w:r>
    </w:p>
    <w:p>
      <w:r>
        <w:rPr>
          <w:b/>
        </w:rPr>
        <w:t xml:space="preserve">[07:45] </w:t>
      </w:r>
      <w:r>
        <w:t>you are you are committing a very</w:t>
      </w:r>
    </w:p>
    <w:p>
      <w:pPr>
        <w:jc w:val="right"/>
      </w:pPr>
      <w:r>
        <w:t>یو آر یو آر کمیٹنگ ا ویری</w:t>
      </w:r>
    </w:p>
    <w:p>
      <w:r>
        <w:rPr>
          <w:b/>
        </w:rPr>
        <w:t xml:space="preserve">[07:53] </w:t>
      </w:r>
      <w:r>
        <w:t>very serious mistake. now,</w:t>
      </w:r>
    </w:p>
    <w:p>
      <w:pPr>
        <w:jc w:val="right"/>
      </w:pPr>
      <w:r>
        <w:t>ویری سیریس مسٹیک۔ ناؤ،</w:t>
      </w:r>
    </w:p>
    <w:p>
      <w:r>
        <w:rPr>
          <w:b/>
        </w:rPr>
        <w:t xml:space="preserve">[08:03] </w:t>
      </w:r>
      <w:r>
        <w:t>if you go to the deeper and think about the issue in deeper sense, you will find that it is not a very simple thing.</w:t>
      </w:r>
    </w:p>
    <w:p>
      <w:pPr>
        <w:jc w:val="right"/>
      </w:pPr>
      <w:r>
        <w:t>اف یو گو ٹو دا ڈیپر اینڈ تھنک اباؤٹ دا ایشو ان ڈیپر سینس، یو ویل فائنڈ دیٹ اٹ از ناٹ ا ویری سمپل تھنگ۔</w:t>
      </w:r>
    </w:p>
    <w:p>
      <w:r>
        <w:rPr>
          <w:b/>
        </w:rPr>
        <w:t xml:space="preserve">[08:19] </w:t>
      </w:r>
      <w:r>
        <w:t>you have to think why why i die. everyone want to live for ever.</w:t>
      </w:r>
    </w:p>
    <w:p>
      <w:pPr>
        <w:jc w:val="right"/>
      </w:pPr>
      <w:r>
        <w:t>یو ہیو ٹو تھنک وائی وائی آئی ڈائی۔ ایوری ون وانٹ ٹو لیو فار ایور۔</w:t>
      </w:r>
    </w:p>
    <w:p>
      <w:r>
        <w:rPr>
          <w:b/>
        </w:rPr>
        <w:t xml:space="preserve">[08:29] </w:t>
      </w:r>
      <w:r>
        <w:t>everyone wants to live for ever. that why you face death? why?</w:t>
      </w:r>
    </w:p>
    <w:p>
      <w:pPr>
        <w:jc w:val="right"/>
      </w:pPr>
      <w:r>
        <w:t>ایوری ون وانٹس ٹو لیو فار ایور۔ دیٹ وائی یو فیس ڈیتھ؟ وائی؟</w:t>
      </w:r>
    </w:p>
    <w:p>
      <w:r>
        <w:rPr>
          <w:b/>
        </w:rPr>
        <w:t xml:space="preserve">[08:38] </w:t>
      </w:r>
      <w:r>
        <w:t>in a very short period of your life, within five years, sixteen years.</w:t>
      </w:r>
    </w:p>
    <w:p>
      <w:pPr>
        <w:jc w:val="right"/>
      </w:pPr>
      <w:r>
        <w:t>ان ا ویری شارٹ پیریڈ آف یور لائف، ود ان فائیو ایئرز، سکسٹین ایئرز۔</w:t>
      </w:r>
    </w:p>
    <w:p>
      <w:r>
        <w:rPr>
          <w:b/>
        </w:rPr>
        <w:t xml:space="preserve">[08:47] </w:t>
      </w:r>
      <w:r>
        <w:t>so it is a great question. why i die</w:t>
      </w:r>
    </w:p>
    <w:p>
      <w:pPr>
        <w:jc w:val="right"/>
      </w:pPr>
      <w:r>
        <w:t>سو اٹ از ا گریٹ کوئسچن۔ وائی آئی ڈائی</w:t>
      </w:r>
    </w:p>
    <w:p>
      <w:r>
        <w:rPr>
          <w:b/>
        </w:rPr>
        <w:t xml:space="preserve">[08:52] </w:t>
      </w:r>
      <w:r>
        <w:t>? death is, according to the religious description, death is</w:t>
      </w:r>
    </w:p>
    <w:p>
      <w:pPr>
        <w:jc w:val="right"/>
      </w:pPr>
      <w:r>
        <w:t>؟ ڈیتھ از، اکارڈ ٹو دا ریلیجیس ڈسکرپشن، ڈیتھ از</w:t>
      </w:r>
    </w:p>
    <w:p>
      <w:r>
        <w:rPr>
          <w:b/>
        </w:rPr>
        <w:t xml:space="preserve">[09:01] </w:t>
      </w:r>
      <w:r>
        <w:t>god's decision. god, that is a kind of explosion from this planet earth.</w:t>
      </w:r>
    </w:p>
    <w:p>
      <w:pPr>
        <w:jc w:val="right"/>
      </w:pPr>
      <w:r>
        <w:t>گاڈز ڈیسیژن۔ گاڈ، دیت از ا کائنڈ آف ایکسپلژن فرام دس پلینٹ ارتھ۔</w:t>
      </w:r>
    </w:p>
    <w:p>
      <w:r>
        <w:rPr>
          <w:b/>
        </w:rPr>
        <w:t xml:space="preserve">[09:11] </w:t>
      </w:r>
      <w:r>
        <w:t>you, there are two kind of life style in this world, in this planet earth</w:t>
      </w:r>
    </w:p>
    <w:p>
      <w:pPr>
        <w:jc w:val="right"/>
      </w:pPr>
      <w:r>
        <w:t>یو، دیر آر ٹو کائنڈ آف لائف اسٹائل ان دس ورلڈ، ان دس پلینٹ ارتھ</w:t>
      </w:r>
    </w:p>
    <w:p>
      <w:r>
        <w:rPr>
          <w:b/>
        </w:rPr>
        <w:t xml:space="preserve">[09:20] </w:t>
      </w:r>
      <w:r>
        <w:t>. one that is</w:t>
      </w:r>
    </w:p>
    <w:p>
      <w:pPr>
        <w:jc w:val="right"/>
      </w:pPr>
      <w:r>
        <w:t>۔ ون دیٹ از</w:t>
      </w:r>
    </w:p>
    <w:p>
      <w:r>
        <w:rPr>
          <w:b/>
        </w:rPr>
        <w:t xml:space="preserve">[09:24] </w:t>
      </w:r>
      <w:r>
        <w:t>justified, according to the divine law. one that is unjustified, according to the divine law. so those people who are living in this world in an unjustified manner.</w:t>
      </w:r>
    </w:p>
    <w:p>
      <w:pPr>
        <w:jc w:val="right"/>
      </w:pPr>
      <w:r>
        <w:t>جسٹیفائیڈ، اکارڈ ٹو دا ڈیوائن لاء۔ ون دیٹ از ان جسٹیفائیڈ، اکارڈ ٹو دا ڈیوائن لاء۔ سو دوز پیپل ہو آر لیونگ ان دس ورلڈ ان این ان جسٹیفائیڈ مینر۔</w:t>
      </w:r>
    </w:p>
    <w:p>
      <w:r>
        <w:rPr>
          <w:b/>
        </w:rPr>
        <w:t xml:space="preserve">[09:42] </w:t>
      </w:r>
      <w:r>
        <w:t>they are doing a crime. they are like intruder, like trespasser.</w:t>
      </w:r>
    </w:p>
    <w:p>
      <w:pPr>
        <w:jc w:val="right"/>
      </w:pPr>
      <w:r>
        <w:t>دے آر ڈوئنگ ا کرائم۔ دے آر لائک انٹروڈر، لائک ٹرسٹ پاسر۔</w:t>
      </w:r>
    </w:p>
    <w:p>
      <w:r>
        <w:rPr>
          <w:b/>
        </w:rPr>
        <w:t xml:space="preserve">[09:52] </w:t>
      </w:r>
      <w:r>
        <w:t>they are illegal inhabitant of this world. so death means explosion.</w:t>
      </w:r>
    </w:p>
    <w:p>
      <w:pPr>
        <w:jc w:val="right"/>
      </w:pPr>
      <w:r>
        <w:t>دے آر اللیگل انہیبیٹنٹ آف دس ورلڈ۔ سو ڈیتھ مینز ایکسپلژن۔</w:t>
      </w:r>
    </w:p>
    <w:p>
      <w:r>
        <w:rPr>
          <w:b/>
        </w:rPr>
        <w:t xml:space="preserve">[10:02] </w:t>
      </w:r>
      <w:r>
        <w:t>it means that after death, these people will be will be thrown from this planet to some other planet</w:t>
      </w:r>
    </w:p>
    <w:p>
      <w:pPr>
        <w:jc w:val="right"/>
      </w:pPr>
      <w:r>
        <w:t>اٹ مینز دیٹ آفٹر ڈیتھ، دیز پیپل ویل بی ویل بی تھرون فرام دس پلینٹ ٹو سم ادر پلینٹ</w:t>
      </w:r>
    </w:p>
    <w:p>
      <w:r>
        <w:rPr>
          <w:b/>
        </w:rPr>
        <w:t xml:space="preserve">[10:15] </w:t>
      </w:r>
      <w:r>
        <w:t>you know, there are more than a dozen planets in this in our solar system. only on the earth, there are life support systems.</w:t>
      </w:r>
    </w:p>
    <w:p>
      <w:pPr>
        <w:jc w:val="right"/>
      </w:pPr>
      <w:r>
        <w:t>۔ یو نو، دیر آر مور دین ا ڈزن پلینٹس ان دس ان اور سولر سسٹم۔ اونلی ان دی ارتھ، دیر آر لائف سپورٹ سسٹم۔</w:t>
      </w:r>
    </w:p>
    <w:p>
      <w:r>
        <w:rPr>
          <w:b/>
        </w:rPr>
        <w:t xml:space="preserve">[10:28] </w:t>
      </w:r>
      <w:r>
        <w:t>all other planets, planets are like rock, lifeless rock, waterless rock.</w:t>
      </w:r>
    </w:p>
    <w:p>
      <w:pPr>
        <w:jc w:val="right"/>
      </w:pPr>
      <w:r>
        <w:t>آل ادر پلینٹس، پلینٹس آر لائک راک، لائف لیس راک، واٹر لیس راک۔</w:t>
      </w:r>
    </w:p>
    <w:p>
      <w:r>
        <w:rPr>
          <w:b/>
        </w:rPr>
        <w:t xml:space="preserve">[10:37] </w:t>
      </w:r>
      <w:r>
        <w:t>so those who</w:t>
      </w:r>
    </w:p>
    <w:p>
      <w:pPr>
        <w:jc w:val="right"/>
      </w:pPr>
      <w:r>
        <w:t>سو دوز ہو</w:t>
      </w:r>
    </w:p>
    <w:p>
      <w:r>
        <w:rPr>
          <w:b/>
        </w:rPr>
        <w:t xml:space="preserve">[10:41] </w:t>
      </w:r>
      <w:r>
        <w:t>disobeyed the divine law. those who, those who refuse to obey the divine commandment, they will be expelled from this planet earth,</w:t>
      </w:r>
    </w:p>
    <w:p>
      <w:pPr>
        <w:jc w:val="right"/>
      </w:pPr>
      <w:r>
        <w:t>ڈس اوپیڈ دا ڈیوائن لاء۔ دوز ہو، دوز ہو ریفیوز ٹو اوبے دا ڈیوائن کمانڈمنٹ، دے ویل بی ایکسپیلڈ فرام دس پلینٹ ارتھ،</w:t>
      </w:r>
    </w:p>
    <w:p>
      <w:r>
        <w:rPr>
          <w:b/>
        </w:rPr>
        <w:t xml:space="preserve">[11:03] </w:t>
      </w:r>
      <w:r>
        <w:t>because they lost the justification. then you know,</w:t>
      </w:r>
    </w:p>
    <w:p>
      <w:pPr>
        <w:jc w:val="right"/>
      </w:pPr>
      <w:r>
        <w:t>بیکاز دے لاسٹ دا جسٹیفیکیشن۔ دین یو نو،</w:t>
      </w:r>
    </w:p>
    <w:p>
      <w:r>
        <w:rPr>
          <w:b/>
        </w:rPr>
        <w:t xml:space="preserve">[11:13] </w:t>
      </w:r>
      <w:r>
        <w:t>death is not death. death is life after life.</w:t>
      </w:r>
    </w:p>
    <w:p>
      <w:pPr>
        <w:jc w:val="right"/>
      </w:pPr>
      <w:r>
        <w:t>ڈیتھ از ناٹ ڈیتھ۔ ڈیتھ از لائف آفٹر لائف۔</w:t>
      </w:r>
    </w:p>
    <w:p>
      <w:r>
        <w:rPr>
          <w:b/>
        </w:rPr>
        <w:t xml:space="preserve">[11:21] </w:t>
      </w:r>
      <w:r>
        <w:t>so when death comes, it means that you are entering in the other phase of life.</w:t>
      </w:r>
    </w:p>
    <w:p>
      <w:pPr>
        <w:jc w:val="right"/>
      </w:pPr>
      <w:r>
        <w:t>سو وین ڈیتھ کمز، اٹ مینز دیٹ یو آر انٹرنگ ان دا ادر فیز آف لائف۔</w:t>
      </w:r>
    </w:p>
    <w:p>
      <w:r>
        <w:rPr>
          <w:b/>
        </w:rPr>
        <w:t xml:space="preserve">[11:31] </w:t>
      </w:r>
      <w:r>
        <w:t>so those who were who adopted the life pattern of</w:t>
      </w:r>
    </w:p>
    <w:p>
      <w:pPr>
        <w:jc w:val="right"/>
      </w:pPr>
      <w:r>
        <w:t>سو دوز ہو ویر ہو، ہو اڈاپٹڈ دا لائف پیٹرن آف</w:t>
      </w:r>
    </w:p>
    <w:p>
      <w:r>
        <w:rPr>
          <w:b/>
        </w:rPr>
        <w:t xml:space="preserve">[11:44] </w:t>
      </w:r>
      <w:r>
        <w:t>of who, adopted the divine life pattern, who followed the divine commandments, they will be blessed.</w:t>
      </w:r>
    </w:p>
    <w:p>
      <w:pPr>
        <w:jc w:val="right"/>
      </w:pPr>
      <w:r>
        <w:t>آف ہو، اڈاپٹڈ دا ڈیوائن لائف پیٹرن، ہو فالوڈ دا ڈیوائن کمانڈمنٹس، دے ویل بی بلیسڈ۔</w:t>
      </w:r>
    </w:p>
    <w:p>
      <w:r>
        <w:rPr>
          <w:b/>
        </w:rPr>
        <w:t xml:space="preserve">[11:56] </w:t>
      </w:r>
      <w:r>
        <w:t>at present, they were living in a temporary world. you can see a temporary paradise, but after death, they will be blessed to live in the eternal paradise.</w:t>
      </w:r>
    </w:p>
    <w:p>
      <w:pPr>
        <w:jc w:val="right"/>
      </w:pPr>
      <w:r>
        <w:t>ایٹ پریزنٹ، دے ویر لیونگ ان ا ٹیمپریری ورلڈ۔ یو کین سی ا ٹیمپریری پیراڈائز، بٹ آفٹر ڈیتھ، دے ویل بی بلیسڈ ٹو لیو ان دا ایٹرل پیراڈائز۔</w:t>
      </w:r>
    </w:p>
    <w:p>
      <w:r>
        <w:rPr>
          <w:b/>
        </w:rPr>
        <w:t xml:space="preserve">[12:16] </w:t>
      </w:r>
      <w:r>
        <w:t>that is as a blessing, as a reward.</w:t>
      </w:r>
    </w:p>
    <w:p>
      <w:pPr>
        <w:jc w:val="right"/>
      </w:pPr>
      <w:r>
        <w:t>دیٹ از ایز ا بلیسنگ، ایز ا ریوارڈ۔</w:t>
      </w:r>
    </w:p>
    <w:p>
      <w:r>
        <w:rPr>
          <w:b/>
        </w:rPr>
        <w:t xml:space="preserve">[12:21] </w:t>
      </w:r>
      <w:r>
        <w:t>but those who fail to follow the commandment of God. those who fail to adopt the divine pattern, they were like intruder in this world.</w:t>
      </w:r>
    </w:p>
    <w:p>
      <w:pPr>
        <w:jc w:val="right"/>
      </w:pPr>
      <w:r>
        <w:t>بٹ دوز ہو فیل ٹو فالو دا کمانڈمنٹ آف گاڈ۔ دوز ہو فیل ٹو اڈاپٹ دا ڈیوائن پیٹرن، دے ویر لائک انٹروڈر ان دس ورلڈ۔</w:t>
      </w:r>
    </w:p>
    <w:p>
      <w:r>
        <w:rPr>
          <w:b/>
        </w:rPr>
        <w:t xml:space="preserve">[12:36] </w:t>
      </w:r>
      <w:r>
        <w:t>they were like trespasser in this planet earth. so they will be punished.</w:t>
      </w:r>
    </w:p>
    <w:p>
      <w:pPr>
        <w:jc w:val="right"/>
      </w:pPr>
      <w:r>
        <w:t>دے ویر لائک ٹرسٹ پاسر ان دس پلینٹ ارتھ۔ سو دے ویل بی پنشڈ۔</w:t>
      </w:r>
    </w:p>
    <w:p>
      <w:r>
        <w:rPr>
          <w:b/>
        </w:rPr>
        <w:t xml:space="preserve">[12:47] </w:t>
      </w:r>
      <w:r>
        <w:t>and I think this more more than severe punishment to send all these people to other planets, where there is no no water, no no life support system,</w:t>
      </w:r>
    </w:p>
    <w:p>
      <w:pPr>
        <w:jc w:val="right"/>
      </w:pPr>
      <w:r>
        <w:t>اینڈ آئی تھنک دس مور مور دین سیور پنشمنٹ ٹو سینڈ آل دیز پیپل ٹو ادر پلینٹس، ویر دیر از نو نو واٹر، نو نو لائف سپورٹ سسٹم،</w:t>
      </w:r>
    </w:p>
    <w:p>
      <w:r>
        <w:rPr>
          <w:b/>
        </w:rPr>
        <w:t xml:space="preserve">[13:01] </w:t>
      </w:r>
      <w:r>
        <w:t>nothing. imagine that situation when you find yourself in some other planet, where there is no water.</w:t>
      </w:r>
    </w:p>
    <w:p>
      <w:pPr>
        <w:jc w:val="right"/>
      </w:pPr>
      <w:r>
        <w:t>نتھنگ۔ امیجن دیٹ سچویشن وین یو فائنڈ یور سیلف ان سم ادر پلینٹ، ویر دیر از نو واٹر۔</w:t>
      </w:r>
    </w:p>
    <w:p>
      <w:r>
        <w:rPr>
          <w:b/>
        </w:rPr>
        <w:t xml:space="preserve">[13:16] </w:t>
      </w:r>
      <w:r>
        <w:t>you feel yourself, yourself thirsty, but there is no water. you feel yourself hungry, but there is no food.</w:t>
      </w:r>
    </w:p>
    <w:p>
      <w:pPr>
        <w:jc w:val="right"/>
      </w:pPr>
      <w:r>
        <w:t>یو فیل یور سیلف، یور سیلف تھرسٹی، بٹ دیر از نو واٹر۔ یو فیل یور سیلف ہنگری، بٹ دیر از نو فوڈ۔</w:t>
      </w:r>
    </w:p>
    <w:p>
      <w:r>
        <w:rPr>
          <w:b/>
        </w:rPr>
        <w:t xml:space="preserve">[13:29] </w:t>
      </w:r>
      <w:r>
        <w:t>even if there is no light, you cannot see anything. inspired of all those health, so called health,</w:t>
      </w:r>
    </w:p>
    <w:p>
      <w:pPr>
        <w:jc w:val="right"/>
      </w:pPr>
      <w:r>
        <w:t>ایون اف دیر از نو لائٹ، یو کین ناٹ سی اینی تھنگ۔ انسپائرڈ آف آل دوز ہیلتھ، سو کالڈ ہیلتھ،</w:t>
      </w:r>
    </w:p>
    <w:p>
      <w:r>
        <w:rPr>
          <w:b/>
        </w:rPr>
        <w:t xml:space="preserve">[13:38] </w:t>
      </w:r>
      <w:r>
        <w:t>you cannot anything. you cannot see anything, because we need light. without light, we cannot see anything, although we have eyes.</w:t>
      </w:r>
    </w:p>
    <w:p>
      <w:pPr>
        <w:jc w:val="right"/>
      </w:pPr>
      <w:r>
        <w:t>یو کین ناٹ اینی تھنگ۔ یو کین ناٹ سی اینی تھنگ، بیکاز وی نیڈ لائٹ۔ وداؤٹ لائٹ، وی کین ناٹ سی اینی تھنگ، الدو وی ہیو ائیز۔</w:t>
      </w:r>
    </w:p>
    <w:p>
      <w:r>
        <w:rPr>
          <w:b/>
        </w:rPr>
        <w:t xml:space="preserve">[13:51] </w:t>
      </w:r>
      <w:r>
        <w:t>so if there is no light, you cannot see anything. if there is no air, you can contact conversation.</w:t>
      </w:r>
    </w:p>
    <w:p>
      <w:pPr>
        <w:jc w:val="right"/>
      </w:pPr>
      <w:r>
        <w:t>سو اف دیر از نو لائٹ، یو کین ناٹ سی اینی تھنگ۔ اف دیر از نو ایئر، یو کین کنٹیکٹ کنورسیشن۔</w:t>
      </w:r>
    </w:p>
    <w:p>
      <w:r>
        <w:rPr>
          <w:b/>
        </w:rPr>
        <w:t xml:space="preserve">[13:59] </w:t>
      </w:r>
      <w:r>
        <w:t>maybe you are living with your friend and your family members, but if there is no air, you cannot contact conversation with those members of your family.</w:t>
      </w:r>
    </w:p>
    <w:p>
      <w:pPr>
        <w:jc w:val="right"/>
      </w:pPr>
      <w:r>
        <w:t>می بی یو آر لیونگ ود یور فرینڈ اینڈ یور فیملی ممبرز، بٹ اف دیر از نو ایئر، یو کین ناٹ کنٹیکٹ کنورسیشن ود دوز ممبرز آف یور فیملی۔</w:t>
      </w:r>
    </w:p>
    <w:p>
      <w:r>
        <w:rPr>
          <w:b/>
        </w:rPr>
        <w:t xml:space="preserve">[14:13] </w:t>
      </w:r>
      <w:r>
        <w:t>so what a miserable condition! what a miserable condition!</w:t>
      </w:r>
    </w:p>
    <w:p>
      <w:pPr>
        <w:jc w:val="right"/>
      </w:pPr>
      <w:r>
        <w:t>سو واٹ ا میزیریبل کنڈیشن! واٹ ا میزیریبل کنڈیشن!</w:t>
      </w:r>
    </w:p>
    <w:p>
      <w:r>
        <w:rPr>
          <w:b/>
        </w:rPr>
        <w:t xml:space="preserve">[14:19] </w:t>
      </w:r>
      <w:r>
        <w:t>so those who think that we are not in need of religion, they are living in a</w:t>
      </w:r>
    </w:p>
    <w:p>
      <w:pPr>
        <w:jc w:val="right"/>
      </w:pPr>
      <w:r>
        <w:t>سو دوز ہو تھنک دیٹ وی آر ناٹ ان نیڈ آف ریلیجن، دے آر لیونگ ان ا</w:t>
      </w:r>
    </w:p>
    <w:p>
      <w:r>
        <w:rPr>
          <w:b/>
        </w:rPr>
        <w:t xml:space="preserve">[14:32] </w:t>
      </w:r>
      <w:r>
        <w:t>serious misunderstanding. they are committing a</w:t>
      </w:r>
    </w:p>
    <w:p>
      <w:pPr>
        <w:jc w:val="right"/>
      </w:pPr>
      <w:r>
        <w:t>سیریس مس انڈرسٹینڈنگ۔ دے آر کمیٹنگ ا</w:t>
      </w:r>
    </w:p>
    <w:p>
      <w:r>
        <w:rPr>
          <w:b/>
        </w:rPr>
        <w:t xml:space="preserve">[14:45] </w:t>
      </w:r>
      <w:r>
        <w:t>great sin</w:t>
      </w:r>
    </w:p>
    <w:p>
      <w:pPr>
        <w:jc w:val="right"/>
      </w:pPr>
      <w:r>
        <w:t>گریٹ سن</w:t>
      </w:r>
    </w:p>
    <w:p>
      <w:r>
        <w:rPr>
          <w:b/>
        </w:rPr>
        <w:t xml:space="preserve">[14:49] </w:t>
      </w:r>
      <w:r>
        <w:t>. so it is everyone's duty to to to know</w:t>
      </w:r>
    </w:p>
    <w:p>
      <w:pPr>
        <w:jc w:val="right"/>
      </w:pPr>
      <w:r>
        <w:t>۔ سو اٹ از ایوری ونز ڈیوٹی ٹو ٹو ٹو نو</w:t>
      </w:r>
    </w:p>
    <w:p>
      <w:r>
        <w:rPr>
          <w:b/>
        </w:rPr>
        <w:t xml:space="preserve">[14:58] </w:t>
      </w:r>
      <w:r>
        <w:t>about the creator, about the creation plan of God,</w:t>
      </w:r>
    </w:p>
    <w:p>
      <w:pPr>
        <w:jc w:val="right"/>
      </w:pPr>
      <w:r>
        <w:t>اباؤٹ دا کریٹر، اباؤٹ دا کریشن پلانٹ آف گاڈ،</w:t>
      </w:r>
    </w:p>
    <w:p>
      <w:r>
        <w:rPr>
          <w:b/>
        </w:rPr>
        <w:t xml:space="preserve">[15:07] </w:t>
      </w:r>
      <w:r>
        <w:t>about di truth. what is truth? so it is a duty of every man and women to know all these things.</w:t>
      </w:r>
    </w:p>
    <w:p>
      <w:pPr>
        <w:jc w:val="right"/>
      </w:pPr>
      <w:r>
        <w:t>اباؤٹ دی ٹروتھ۔ واٹ از ٹروتھ؟ سو اٹ از ا ڈیوٹی آف ایوری مین اینڈ وومن ٹو نو آل دیز تھنگز۔</w:t>
      </w:r>
    </w:p>
    <w:p>
      <w:r>
        <w:rPr>
          <w:b/>
        </w:rPr>
        <w:t xml:space="preserve">[15:18] </w:t>
      </w:r>
      <w:r>
        <w:t>otherwise, you will face a very dangerous situation. you know, life is divided into two part.</w:t>
      </w:r>
    </w:p>
    <w:p>
      <w:pPr>
        <w:jc w:val="right"/>
      </w:pPr>
      <w:r>
        <w:t>ادروائز، یو ویل فیس ا ویری ڈینجرس سچویشن۔ یو نو، لائف از ڈیوائیڈڈ انٹو ٹو پارٹ۔</w:t>
      </w:r>
    </w:p>
    <w:p>
      <w:r>
        <w:rPr>
          <w:b/>
        </w:rPr>
        <w:t xml:space="preserve">[15:27] </w:t>
      </w:r>
      <w:r>
        <w:t>present part is as its temporary part.</w:t>
      </w:r>
    </w:p>
    <w:p>
      <w:pPr>
        <w:jc w:val="right"/>
      </w:pPr>
      <w:r>
        <w:t>پریزنٹ پارٹ از ایز اٹس ٹیمپریری پارٹ۔</w:t>
      </w:r>
    </w:p>
    <w:p>
      <w:r>
        <w:rPr>
          <w:b/>
        </w:rPr>
        <w:t xml:space="preserve">[15:34] </w:t>
      </w:r>
      <w:r>
        <w:t>in this temporary part of life, we are</w:t>
      </w:r>
    </w:p>
    <w:p>
      <w:pPr>
        <w:jc w:val="right"/>
      </w:pPr>
      <w:r>
        <w:t>ان دس ٹیمپریری پارٹ آف لائف، وی آر</w:t>
      </w:r>
    </w:p>
    <w:p>
      <w:r>
        <w:rPr>
          <w:b/>
        </w:rPr>
        <w:t xml:space="preserve">[15:44] </w:t>
      </w:r>
      <w:r>
        <w:t>proving that whether we lived a justified life in this earth or not. so it is very very serious situation.</w:t>
      </w:r>
    </w:p>
    <w:p>
      <w:pPr>
        <w:jc w:val="right"/>
      </w:pPr>
      <w:r>
        <w:t>پروفنگ دیٹ ویدر وی لیوڈ ا جسٹیفائیڈ لائف ان دس ارتھ اور ناٹ۔ سو اٹ از ویری ویری سیریس سچویشن۔</w:t>
      </w:r>
    </w:p>
    <w:p>
      <w:r>
        <w:rPr>
          <w:b/>
        </w:rPr>
        <w:t xml:space="preserve">[15:57] </w:t>
      </w:r>
      <w:r>
        <w:t>we have to know the scheme of God. we have to know the creation plan of God.</w:t>
      </w:r>
    </w:p>
    <w:p>
      <w:pPr>
        <w:jc w:val="right"/>
      </w:pPr>
      <w:r>
        <w:t>وی ہیو ٹو نو دا سکیم آف آف گاڈ۔ وی ہیو ٹو نو دا کریشن پلانٹ آف گاڈ۔</w:t>
      </w:r>
    </w:p>
    <w:p>
      <w:r>
        <w:rPr>
          <w:b/>
        </w:rPr>
        <w:t xml:space="preserve">[16:03] </w:t>
      </w:r>
      <w:r>
        <w:t>we have to know the all those things. we have to discover the truth. otherwise, we will face a very dangerous situation that we can not afford.</w:t>
      </w:r>
    </w:p>
    <w:p>
      <w:pPr>
        <w:jc w:val="right"/>
      </w:pPr>
      <w:r>
        <w:t>وی ہیو ٹو نو دا آل دوز تھنگز۔ وی ہیو ٹو ڈسکور دا ٹروتھ۔ ادروائز، وی ویل فیس ا ویری ڈینجرس سچویشن دیٹ وی کین ناٹ افورڈ۔</w:t>
      </w:r>
    </w:p>
    <w:p>
      <w:r>
        <w:rPr>
          <w:b/>
        </w:rPr>
        <w:t xml:space="preserve">[16:22] </w:t>
      </w:r>
      <w:r>
        <w:t>so this is our mission</w:t>
      </w:r>
    </w:p>
    <w:p>
      <w:pPr>
        <w:jc w:val="right"/>
      </w:pPr>
      <w:r>
        <w:t>سو دس از اور مشن</w:t>
      </w:r>
    </w:p>
    <w:p>
      <w:r>
        <w:rPr>
          <w:b/>
        </w:rPr>
        <w:t xml:space="preserve">[16:26] </w:t>
      </w:r>
      <w:r>
        <w:t>. Our mission is to make people aware about the creation plan of God, about the divine scheme.</w:t>
      </w:r>
    </w:p>
    <w:p>
      <w:pPr>
        <w:jc w:val="right"/>
      </w:pPr>
      <w:r>
        <w:t>۔ اور مشن از ٹو میک پیپل اویر اباؤٹ دی کریشن پلانٹ آف گاڈ، اباؤٹ دا ڈیوائن سکیم۔</w:t>
      </w:r>
    </w:p>
    <w:p>
      <w:r>
        <w:rPr>
          <w:b/>
        </w:rPr>
        <w:t xml:space="preserve">[16:35] </w:t>
      </w:r>
      <w:r>
        <w:t>we want to make people aware about seriousness of life, about the life, about the death, about pre death period, about post death period.</w:t>
      </w:r>
    </w:p>
    <w:p>
      <w:pPr>
        <w:jc w:val="right"/>
      </w:pPr>
      <w:r>
        <w:t>وی وانٹ ٹو میک پیپل اویر اباؤٹ سیریسنس آف لائف، اباؤٹ دی لائف، اباؤٹ دا ڈیتھ، اباؤٹ پری ڈیتھ پیریڈ، اباؤٹ پوسٹ ڈیتھ پیریڈ۔</w:t>
      </w:r>
    </w:p>
    <w:p>
      <w:r>
        <w:rPr>
          <w:b/>
        </w:rPr>
        <w:t xml:space="preserve">[16:53] </w:t>
      </w:r>
      <w:r>
        <w:t>so this is our mission.</w:t>
      </w:r>
    </w:p>
    <w:p>
      <w:pPr>
        <w:jc w:val="right"/>
      </w:pPr>
      <w:r>
        <w:t>سو دس از اور مشن۔</w:t>
      </w:r>
    </w:p>
    <w:p>
      <w:r>
        <w:rPr>
          <w:b/>
        </w:rPr>
        <w:t xml:space="preserve">[16:58] </w:t>
      </w:r>
      <w:r>
        <w:t>and today, i was listening the all india radio. one commentator said about a system of the world,</w:t>
      </w:r>
    </w:p>
    <w:p>
      <w:pPr>
        <w:jc w:val="right"/>
      </w:pPr>
      <w:r>
        <w:t>اینڈ ٹوڈے، آئی واز لسننگ دا آل انڈیا ریڈیو۔ ون کمنٹریٹر سیڈ اباؤٹ ای سسٹم آف دا ورلڈ،</w:t>
      </w:r>
    </w:p>
    <w:p>
      <w:r>
        <w:rPr>
          <w:b/>
        </w:rPr>
        <w:t xml:space="preserve">[17:12] </w:t>
      </w:r>
      <w:r>
        <w:t>a system of</w:t>
      </w:r>
    </w:p>
    <w:p>
      <w:pPr>
        <w:jc w:val="right"/>
      </w:pPr>
      <w:r>
        <w:t>ای سسٹم آف</w:t>
      </w:r>
    </w:p>
    <w:p>
      <w:r>
        <w:rPr>
          <w:b/>
        </w:rPr>
        <w:t xml:space="preserve">[17:13] </w:t>
      </w:r>
      <w:r>
        <w:t>present world. he said there are so many a's, like a education and a</w:t>
      </w:r>
    </w:p>
    <w:p>
      <w:pPr>
        <w:jc w:val="right"/>
      </w:pPr>
      <w:r>
        <w:t>پریزنٹ ورلڈ۔ ہی سیڈ دیر آر سو مینی ایز، لائک ای ایجوکیشن اینڈ ای</w:t>
      </w:r>
    </w:p>
    <w:p>
      <w:r>
        <w:rPr>
          <w:b/>
        </w:rPr>
        <w:t xml:space="preserve">[17:24] </w:t>
      </w:r>
      <w:r>
        <w:t>education and a commerce, a ticketing. so it keep to mind, a thought keep to mind that in such a situation, we have to follow the a dawah,</w:t>
      </w:r>
    </w:p>
    <w:p>
      <w:pPr>
        <w:jc w:val="right"/>
      </w:pPr>
      <w:r>
        <w:t>ایجوکیشن اینڈ ای کامرس، ای ٹکٹنگ۔ سو اٹ کیپ ٹو مائنڈ، ا تھوٹ کیپ ٹو مائنڈ دیٹ ان سچ ا سچویشن، وی ہیو ٹو فالو دا ای دعویٰ،</w:t>
      </w:r>
    </w:p>
    <w:p>
      <w:r>
        <w:rPr>
          <w:b/>
        </w:rPr>
        <w:t xml:space="preserve">[17:39] </w:t>
      </w:r>
      <w:r>
        <w:t>a dawah,</w:t>
      </w:r>
    </w:p>
    <w:p>
      <w:pPr>
        <w:jc w:val="right"/>
      </w:pPr>
      <w:r>
        <w:t>ای دعویٰ،</w:t>
      </w:r>
    </w:p>
    <w:p>
      <w:r>
        <w:rPr>
          <w:b/>
        </w:rPr>
        <w:t xml:space="preserve">[17:42] </w:t>
      </w:r>
      <w:r>
        <w:t>a dawah through through electronic media. i think our our our colleagues are engaged in this field, and they are doing a good job</w:t>
      </w:r>
    </w:p>
    <w:p>
      <w:pPr>
        <w:jc w:val="right"/>
      </w:pPr>
      <w:r>
        <w:t>اے دعویٰ تھرو تھرو الیکٹرانک میڈیا۔ آئی تھنک اور اور اور کولیگز آر انگیج ان دس فیلڈ، اینڈ دے آر ڈوئنگ ا گڈ جاب</w:t>
      </w:r>
    </w:p>
    <w:p>
      <w:r>
        <w:rPr>
          <w:b/>
        </w:rPr>
        <w:t xml:space="preserve">[18:04] </w:t>
      </w:r>
      <w:r>
        <w:t>. and now, we have to develop a dawah to such and extent that it becomes a great source for people to know the truth.</w:t>
      </w:r>
    </w:p>
    <w:p>
      <w:pPr>
        <w:jc w:val="right"/>
      </w:pPr>
      <w:r>
        <w:t>۔ اینڈ ناو، وی ہیو ٹو ڈیولپ ای دعویٰ ٹو سچ اینڈ ایکسٹینٹ دیٹ اٹ بیکمز ا گریٹ سورس فار پیپل ٹو نو دا ٹروتھ۔</w:t>
      </w:r>
    </w:p>
    <w:p>
      <w:r>
        <w:rPr>
          <w:b/>
        </w:rPr>
        <w:t xml:space="preserve">[18:18] </w:t>
      </w:r>
      <w:r>
        <w:t>so also, we are doing our struggle in in in print media through books, through literature.</w:t>
      </w:r>
    </w:p>
    <w:p>
      <w:pPr>
        <w:jc w:val="right"/>
      </w:pPr>
      <w:r>
        <w:t>سو السو، وی آر ڈوئنگ اور سٹرگل ان ان ان پرنٹ میڈیا تھرو بکس، تھرو لٹریچر۔</w:t>
      </w:r>
    </w:p>
    <w:p>
      <w:r>
        <w:rPr>
          <w:b/>
        </w:rPr>
        <w:t xml:space="preserve">[18:27] </w:t>
      </w:r>
      <w:r>
        <w:t>and also, we are, we have develop some websites.</w:t>
      </w:r>
    </w:p>
    <w:p>
      <w:pPr>
        <w:jc w:val="right"/>
      </w:pPr>
      <w:r>
        <w:t>اینڈ السو، وی آر، وی ہیو ڈیولپ سم ویب سائٹس۔</w:t>
      </w:r>
    </w:p>
    <w:p>
      <w:r>
        <w:rPr>
          <w:b/>
        </w:rPr>
        <w:t xml:space="preserve">[18:32] </w:t>
      </w:r>
      <w:r>
        <w:t>but i, after listening this radio, i decided to to think in this manner, to develop our our website, so that we can see that we have make people know all over the world through a dawah.</w:t>
      </w:r>
    </w:p>
    <w:p>
      <w:pPr>
        <w:jc w:val="right"/>
      </w:pPr>
      <w:r>
        <w:t>بٹ آئی، افٹر لسننگ دس ریڈیو، آئی ڈیسائیڈڈ ٹو ٹو تھنک ان دس مینر، ٹو ڈیولپ اور اور ویب سائٹ، سو دیٹ وی کین سی کہ وی ہیو میک پیپل نو ال اوور دا ورلڈ تھرو ای دعویٰ۔</w:t>
      </w:r>
    </w:p>
    <w:p>
      <w:r>
        <w:rPr>
          <w:b/>
        </w:rPr>
        <w:t xml:space="preserve">[19:00] </w:t>
      </w:r>
      <w:r>
        <w:t>they can, they can find the message</w:t>
      </w:r>
    </w:p>
    <w:p>
      <w:pPr>
        <w:jc w:val="right"/>
      </w:pPr>
      <w:r>
        <w:t>دے کین، دے کین فائنڈ دا میسج</w:t>
      </w:r>
    </w:p>
    <w:p>
      <w:r>
        <w:rPr>
          <w:b/>
        </w:rPr>
        <w:t xml:space="preserve">[19:07] </w:t>
      </w:r>
      <w:r>
        <w:t>in very</w:t>
      </w:r>
    </w:p>
    <w:p>
      <w:pPr>
        <w:jc w:val="right"/>
      </w:pPr>
      <w:r>
        <w:t>ان ویری</w:t>
      </w:r>
    </w:p>
    <w:p>
      <w:r>
        <w:rPr>
          <w:b/>
        </w:rPr>
        <w:t xml:space="preserve">[19:10] </w:t>
      </w:r>
      <w:r>
        <w:t>from in every corner of the world. so this is our mission, this is our target.</w:t>
      </w:r>
    </w:p>
    <w:p>
      <w:pPr>
        <w:jc w:val="right"/>
      </w:pPr>
      <w:r>
        <w:t>فرام ان ایوری کارنر آف دا ورلڈ۔ سو دس از اور مشن، دس از اور ٹارگٹ۔</w:t>
      </w:r>
    </w:p>
    <w:p>
      <w:r>
        <w:rPr>
          <w:b/>
        </w:rPr>
        <w:t xml:space="preserve">[19:22] </w:t>
      </w:r>
      <w:r>
        <w:t>I pray God to bless us in this mission.</w:t>
      </w:r>
    </w:p>
    <w:p>
      <w:pPr>
        <w:jc w:val="right"/>
      </w:pPr>
      <w:r>
        <w:t>آئی پری گاڈ ٹو ٹو بلیس اس ان دس مشن</w:t>
      </w:r>
    </w:p>
    <w:p>
      <w:r>
        <w:rPr>
          <w:b/>
        </w:rPr>
        <w:t xml:space="preserve">[19:31] </w:t>
      </w:r>
      <w:r>
        <w:t>, and so that we we may be able to make people awair of this reality of life.</w:t>
      </w:r>
    </w:p>
    <w:p>
      <w:pPr>
        <w:jc w:val="right"/>
      </w:pPr>
      <w:r>
        <w:t>، اینڈ سو دیٹ وی وی می بی ایبل ٹو میک پیپل اویر آف دس ریلیٹی آف لائف۔</w:t>
      </w:r>
    </w:p>
    <w:p>
      <w:r>
        <w:rPr>
          <w:b/>
        </w:rPr>
        <w:t xml:space="preserve">[19:43] </w:t>
      </w:r>
      <w:r>
        <w:t>thank you.</w:t>
      </w:r>
    </w:p>
    <w:p>
      <w:pPr>
        <w:jc w:val="right"/>
      </w:pPr>
      <w:r>
        <w:t>تھینک یو۔</w:t>
      </w:r>
    </w:p>
    <w:p>
      <w:r>
        <w:rPr>
          <w:b/>
        </w:rPr>
        <w:t xml:space="preserve">[19:58] </w:t>
      </w:r>
      <w:r>
        <w:t>maulana, in order to be, in order to be a speaking da'wah for da'wah work, how can a da'wah conquer stage fear? stage fear?</w:t>
      </w:r>
    </w:p>
    <w:p>
      <w:pPr>
        <w:jc w:val="right"/>
      </w:pPr>
      <w:r>
        <w:t>مولانا، ان ارڈر ٹو بی، ان ارڈر ٹو بیکم ا سپیکنگ دائی فار داوا ورک، ہاؤ کین ا دائی کانکر سٹیج فیئر؟ سٹیج فیئر؟</w:t>
      </w:r>
    </w:p>
    <w:p>
      <w:r>
        <w:rPr>
          <w:b/>
        </w:rPr>
        <w:t xml:space="preserve">[20:10] </w:t>
      </w:r>
      <w:r>
        <w:t>yes,</w:t>
      </w:r>
    </w:p>
    <w:p>
      <w:pPr>
        <w:jc w:val="right"/>
      </w:pPr>
      <w:r>
        <w:t>یس،</w:t>
      </w:r>
    </w:p>
    <w:p>
      <w:r>
        <w:rPr>
          <w:b/>
        </w:rPr>
        <w:t xml:space="preserve">[20:13] </w:t>
      </w:r>
      <w:r>
        <w:t>myself have faced this fear, but inshallah now, i have no fear of that kind.</w:t>
      </w:r>
    </w:p>
    <w:p>
      <w:pPr>
        <w:jc w:val="right"/>
      </w:pPr>
      <w:r>
        <w:t>مائی سیلف ہیو فیس دس فیئر، بٹ انشاءاللہ ناو، آئی ہیو نو فیئر آف دیٹ کائنڈ۔</w:t>
      </w:r>
    </w:p>
    <w:p>
      <w:r>
        <w:rPr>
          <w:b/>
        </w:rPr>
        <w:t xml:space="preserve">[20:24] </w:t>
      </w:r>
      <w:r>
        <w:t>i think that there is no other way except to speak, speak, speak. speaking makes, speaking makes you speaker.</w:t>
      </w:r>
    </w:p>
    <w:p>
      <w:pPr>
        <w:jc w:val="right"/>
      </w:pPr>
      <w:r>
        <w:t>آئی تھنک دیٹ دیر از نو ادر وے ایکسیپٹ ٹو سپیک، سپیک، سپیک۔ سپیکنگ میکس، سپیکنگ میکس یو سپیکر۔</w:t>
      </w:r>
    </w:p>
    <w:p>
      <w:r>
        <w:rPr>
          <w:b/>
        </w:rPr>
        <w:t xml:space="preserve">[20:35] </w:t>
      </w:r>
      <w:r>
        <w:t>someone is rightly said that</w:t>
      </w:r>
    </w:p>
    <w:p>
      <w:pPr>
        <w:jc w:val="right"/>
      </w:pPr>
      <w:r>
        <w:t>سم ون از رائٹلی سیڈ دیٹ</w:t>
      </w:r>
    </w:p>
    <w:p>
      <w:r>
        <w:rPr>
          <w:b/>
        </w:rPr>
        <w:t xml:space="preserve">[20:40] </w:t>
      </w:r>
      <w:r>
        <w:t>bolne se bolna aata hai, likhne se likhna aata hai. so there is no, there is no mysterious technique</w:t>
      </w:r>
    </w:p>
    <w:p>
      <w:pPr>
        <w:jc w:val="right"/>
      </w:pPr>
      <w:r>
        <w:t>بولنے سے بولنا آتا ہے، لکھنے سے لکھنا آتا ہے۔ سو دیر از نو، دیر از نو مسٹیریس ٹیکنیک</w:t>
      </w:r>
    </w:p>
    <w:p>
      <w:r>
        <w:rPr>
          <w:b/>
        </w:rPr>
        <w:t xml:space="preserve">[20:53] </w:t>
      </w:r>
      <w:r>
        <w:t>. try to speak, try to speak, try to speak, and you will be a good speaker. you know, lord buckley, lord buckley was a great speaker in the parliamentary history of britain,</w:t>
      </w:r>
    </w:p>
    <w:p>
      <w:pPr>
        <w:jc w:val="right"/>
      </w:pPr>
      <w:r>
        <w:t>۔ ٹرائی ٹو سپیک، ٹرائی ٹو سپیک، ٹرائی ٹو سپیک، اینڈ یو ویل بی ا گڈ سپیکر۔ یو نو، لارڈ بکیلے، لارڈ بکیلے واز ا گریٹ سپیکر ان دا پارلیمنٹری ہسٹری آف برٹن،</w:t>
      </w:r>
    </w:p>
    <w:p>
      <w:r>
        <w:rPr>
          <w:b/>
        </w:rPr>
        <w:t xml:space="preserve">[21:11] </w:t>
      </w:r>
      <w:r>
        <w:t>but</w:t>
      </w:r>
    </w:p>
    <w:p>
      <w:pPr>
        <w:jc w:val="right"/>
      </w:pPr>
      <w:r>
        <w:t>بٹ</w:t>
      </w:r>
    </w:p>
    <w:p>
      <w:r>
        <w:rPr>
          <w:b/>
        </w:rPr>
        <w:t xml:space="preserve">[21:15] </w:t>
      </w:r>
      <w:r>
        <w:t>but when he was a young person. he cannot speak in in a public meeting.</w:t>
      </w:r>
    </w:p>
    <w:p>
      <w:pPr>
        <w:jc w:val="right"/>
      </w:pPr>
      <w:r>
        <w:t>بٹ وین ہی واز اینگ پرسن۔ ہی کین ناٹ سپیک ان ان ا پبلک میٹنگ۔</w:t>
      </w:r>
    </w:p>
    <w:p>
      <w:r>
        <w:rPr>
          <w:b/>
        </w:rPr>
        <w:t xml:space="preserve">[21:23] </w:t>
      </w:r>
      <w:r>
        <w:t>he was unable to speak in a public meeting, but after exercise, he became a great speaker. so this kind of fear is baseless</w:t>
      </w:r>
    </w:p>
    <w:p>
      <w:pPr>
        <w:jc w:val="right"/>
      </w:pPr>
      <w:r>
        <w:t>ہی واز ان ایبل ٹو سپیک ان ا پبلک میٹنگ، بٹ افٹر ایکسرسائز، ہی بیکم ا گریٹ سپیکر۔ سو دس کائنڈ اف فیئر از بیس لیس</w:t>
      </w:r>
    </w:p>
    <w:p>
      <w:r>
        <w:rPr>
          <w:b/>
        </w:rPr>
        <w:t xml:space="preserve">[21:37] </w:t>
      </w:r>
      <w:r>
        <w:t>. you can overcome easily this kind of fear. maulana, yesterday, i was talking to to of my people in office that come from outside, and i was, i after just ten minutes of my business dealing with them, i started talking about the creation plan of god.</w:t>
      </w:r>
    </w:p>
    <w:p>
      <w:pPr>
        <w:jc w:val="right"/>
      </w:pPr>
      <w:r>
        <w:t>۔ یو کین اوورکم ایزیلی دس کائنڈ اف فیئر۔ مولانا، یسٹرڈے، آئی واز ٹاکنگ ٹو ٹو آف مائی پیپل ان آفس دیٹ کم فرام آؤٹ سائیڈ، اینڈ آئی واز، آئی افٹر جسٹ ٹین منٹس آف مائی بزنس ڈیلنگ ود دیم، آئی سٹارٹڈ ٹاکنگ اباؤٹ دا کریشن پلان آف گاڈ۔</w:t>
      </w:r>
    </w:p>
    <w:p>
      <w:r>
        <w:rPr>
          <w:b/>
        </w:rPr>
        <w:t xml:space="preserve">[21:58] </w:t>
      </w:r>
      <w:r>
        <w:t>after one one and a half hours of talking to them and explaining each and every thing scientifically as you yourself do,</w:t>
      </w:r>
    </w:p>
    <w:p>
      <w:pPr>
        <w:jc w:val="right"/>
      </w:pPr>
      <w:r>
        <w:t>افٹر ون ون اینڈ ہاف اورز آف ٹاکنگ ٹو دیم اینڈ ایکسپلیننگ ایچ اینڈ ایوری تھنگ سائنٹیفیکلی ایز یو یور سیلف ڈو،</w:t>
      </w:r>
    </w:p>
    <w:p>
      <w:r>
        <w:rPr>
          <w:b/>
        </w:rPr>
        <w:t xml:space="preserve">[22:05] </w:t>
      </w:r>
      <w:r>
        <w:t>they totally agreed with me that yes, what you, whatever you are saying is absolutely true, but what next? but i didn't have anything to tell them what, what, how should we deal with these such such type of questions?</w:t>
      </w:r>
    </w:p>
    <w:p>
      <w:pPr>
        <w:jc w:val="right"/>
      </w:pPr>
      <w:r>
        <w:t>دے ٹوٹلی ایگریڈ ود می دیٹ یس، واٹ یو، واٹ ایور یو آر سیئنگ از ایبسولیوٹلی ٹرو، بٹ واٹ نیکسٹ؟ بٹ آئی ڈنٹ ہیو اینی تھنگ ٹو ٹیل دیم واٹ، واٹ، ہاؤ شوڈ وی ڈیل ود دیز سچ سچ ٹائپ آف کوئسچنز؟</w:t>
      </w:r>
    </w:p>
    <w:p>
      <w:r>
        <w:rPr>
          <w:b/>
        </w:rPr>
        <w:t xml:space="preserve">[22:19] </w:t>
      </w:r>
      <w:r>
        <w:t>that what next? i agree with you, what next? what they mean by what next? okay, how, how do we change our</w:t>
      </w:r>
    </w:p>
    <w:p>
      <w:pPr>
        <w:jc w:val="right"/>
      </w:pPr>
      <w:r>
        <w:t>دیٹ واٹ نیکسٹ؟ آئی ایگری ود یو، واٹ نیکسٹ؟ واٹ دے مین بائے واٹ نیکسٹ؟ اوکے، ہاؤ، ہاؤ ڈو وی چینج اور</w:t>
      </w:r>
    </w:p>
    <w:p>
      <w:r>
        <w:rPr>
          <w:b/>
        </w:rPr>
        <w:t xml:space="preserve">[22:31] </w:t>
      </w:r>
      <w:r>
        <w:t>life? and how do we, we agree that this what you are saying is scientifically true? that there is only one god, and this is being, and there is a creation plan that you are here for a test?</w:t>
      </w:r>
    </w:p>
    <w:p>
      <w:pPr>
        <w:jc w:val="right"/>
      </w:pPr>
      <w:r>
        <w:t>لائف؟ اینڈ ہاؤ ڈو وی، وی ایگری دیٹ دس واٹ یو آر سیئنگ از سائنٹیفیکلی ٹرو؟ دیٹ دیر از اونلی ون گاڈ، اینڈ دس از بینگ، اینڈ دیر از ا کریشن پلان دیٹ یو آر ہیر فار ا ٹیسٹ؟</w:t>
      </w:r>
    </w:p>
    <w:p>
      <w:r>
        <w:rPr>
          <w:b/>
        </w:rPr>
        <w:t xml:space="preserve">[22:41] </w:t>
      </w:r>
      <w:r>
        <w:t>that how, how do we change our life? and how do we, and if we want to know more about creation plan, what should we read? i think that a starting part is study.</w:t>
      </w:r>
    </w:p>
    <w:p>
      <w:pPr>
        <w:jc w:val="right"/>
      </w:pPr>
      <w:r>
        <w:t>دیٹ ہاؤ، ہاؤ ڈو وی چینج اور لائف؟ اینڈ ہاؤ ڈو وی، اینڈ اف وی وانٹ ٹو نو مور اباؤٹ کریشن پلان، واٹ شوڈ وی ریڈ؟ آئی تھنک دیٹ اے سٹارٹنگ پارٹ از اسٹڈی۔</w:t>
      </w:r>
    </w:p>
    <w:p>
      <w:r>
        <w:rPr>
          <w:b/>
        </w:rPr>
        <w:t xml:space="preserve">[22:55] </w:t>
      </w:r>
      <w:r>
        <w:t>study without study, you cannot prepare your</w:t>
      </w:r>
    </w:p>
    <w:p>
      <w:pPr>
        <w:jc w:val="right"/>
      </w:pPr>
      <w:r>
        <w:t>اسٹڈی وداؤٹ اسٹڈی، یو کین ناٹ پریپیئر یور</w:t>
      </w:r>
    </w:p>
    <w:p>
      <w:r>
        <w:rPr>
          <w:b/>
        </w:rPr>
        <w:t xml:space="preserve">[22:59] </w:t>
      </w:r>
      <w:r>
        <w:t>self. you can know, you can, you cannot know, you cannot know, can know the details. so in every field, you know that study is must in job, in business, and everything.</w:t>
      </w:r>
    </w:p>
    <w:p>
      <w:pPr>
        <w:jc w:val="right"/>
      </w:pPr>
      <w:r>
        <w:t>سیلف۔ یو کین نو، یو کین، یو کین ناٹ نو، یو کین ناٹ نو، کین نو دا ڈیٹیلز۔ سو ان ایوری فیلڈ، یو نو دیٹ اسٹڈی از مسٹ ان جاب، ان بزنس، اینڈ ایوری تھنگ۔</w:t>
      </w:r>
    </w:p>
    <w:p>
      <w:r>
        <w:rPr>
          <w:b/>
        </w:rPr>
        <w:t xml:space="preserve">[23:13] </w:t>
      </w:r>
      <w:r>
        <w:t>so is a case of of of divine plan. so one who is serious in this matter, he must start with study.</w:t>
      </w:r>
    </w:p>
    <w:p>
      <w:pPr>
        <w:jc w:val="right"/>
      </w:pPr>
      <w:r>
        <w:t>سو از اے کیس اف اف اف ڈیوائن پلان۔ سو ون ہو از سیریس ان دس میٹر، ہی مسٹ سٹارٹ ود اسٹڈی۔</w:t>
      </w:r>
    </w:p>
    <w:p>
      <w:r>
        <w:rPr>
          <w:b/>
        </w:rPr>
        <w:t xml:space="preserve">[23:28] </w:t>
      </w:r>
      <w:r>
        <w:t>then after studying, when he is, he setsfied that this is the way of, this is the truth, then he must try to decondition himself, because everyone is case of conditioning.</w:t>
      </w:r>
    </w:p>
    <w:p>
      <w:pPr>
        <w:jc w:val="right"/>
      </w:pPr>
      <w:r>
        <w:t>دین افٹر اسٹڈینگ، وین ہی از، ہی سیٹسفائیڈ دیٹ دس از دا وے اف، دس از دا ٹروتھ، دین ہی مسٹ ٹرائی ٹو ڈی کنڈیشن ہم سیلف، بیکاز ایوری ون از کیس اف کنڈیشننگ۔</w:t>
      </w:r>
    </w:p>
    <w:p>
      <w:r>
        <w:rPr>
          <w:b/>
        </w:rPr>
        <w:t xml:space="preserve">[23:47] </w:t>
      </w:r>
      <w:r>
        <w:t>so first conditioning, first the study, then deconditioning.</w:t>
      </w:r>
    </w:p>
    <w:p>
      <w:pPr>
        <w:jc w:val="right"/>
      </w:pPr>
      <w:r>
        <w:t>تو فرسٹ کنڈیشننگ، فرسٹ دی سٹڈی، دین ڈی کنڈیشننگ۔</w:t>
      </w:r>
    </w:p>
    <w:p>
      <w:r>
        <w:rPr>
          <w:b/>
        </w:rPr>
        <w:t xml:space="preserve">[23:55] </w:t>
      </w:r>
      <w:r>
        <w:t>after this,</w:t>
      </w:r>
    </w:p>
    <w:p>
      <w:pPr>
        <w:jc w:val="right"/>
      </w:pPr>
      <w:r>
        <w:t>افٹر دس،</w:t>
      </w:r>
    </w:p>
    <w:p>
      <w:r>
        <w:rPr>
          <w:b/>
        </w:rPr>
        <w:t xml:space="preserve">[23:59] </w:t>
      </w:r>
      <w:r>
        <w:t>yani after study and after de conditioning, he can prepare himself without, without these two stages.</w:t>
      </w:r>
    </w:p>
    <w:p>
      <w:pPr>
        <w:jc w:val="right"/>
      </w:pPr>
      <w:r>
        <w:t>یعنی افٹر اسٹڈی اینڈ افٹر ڈی کنڈیشننگ، ہی کین پریپیئر ہم سیلف وداؤٹ، وداؤٹ دیز ٹو سٹیجز۔</w:t>
      </w:r>
    </w:p>
    <w:p>
      <w:r>
        <w:rPr>
          <w:b/>
        </w:rPr>
        <w:t xml:space="preserve">[24:11] </w:t>
      </w:r>
      <w:r>
        <w:t>I think he is immature. Yes, Maulana, I agree with you. I give him the creation plan of God, leaf let, which he read, and he came back to me and said, I want to read something more in this topic.</w:t>
      </w:r>
    </w:p>
    <w:p>
      <w:pPr>
        <w:jc w:val="right"/>
      </w:pPr>
      <w:r>
        <w:t>آئی تھنک ہی از امیچور۔ یس، مولان، آئی ایگری ود یو۔ آئی گیو ہم دا کریشن پلان آف گاڈ، لیف لیٹ، وچ ہی ریڈ، اینڈ ہی کیم بیک ٹو می اینڈ سیڈ، آئی وانٹ ٹو ریڈ سمتھنگ مور ان دس ٹاپک۔</w:t>
      </w:r>
    </w:p>
    <w:p>
      <w:r>
        <w:rPr>
          <w:b/>
        </w:rPr>
        <w:t xml:space="preserve">[24:22] </w:t>
      </w:r>
      <w:r>
        <w:t>So which book do you suggest that I give to him?</w:t>
      </w:r>
    </w:p>
    <w:p>
      <w:pPr>
        <w:jc w:val="right"/>
      </w:pPr>
      <w:r>
        <w:t>سو وچ بک ڈو یو سجیسٹ دیٹ آئی گیو ٹو ہم؟</w:t>
      </w:r>
    </w:p>
    <w:p>
      <w:r>
        <w:rPr>
          <w:b/>
        </w:rPr>
        <w:t xml:space="preserve">[24:28] </w:t>
      </w:r>
      <w:r>
        <w:t>So that he can increase his knowledge and. I think that there is no hard and fast principle.</w:t>
      </w:r>
    </w:p>
    <w:p>
      <w:pPr>
        <w:jc w:val="right"/>
      </w:pPr>
      <w:r>
        <w:t>سو دیٹ ہی کین انکریز ہز نالج اینڈ۔ آئی تھنک دیٹ دیر از نو ہارڈ اینڈ فاسٹ پرنسپل۔</w:t>
      </w:r>
    </w:p>
    <w:p>
      <w:r>
        <w:rPr>
          <w:b/>
        </w:rPr>
        <w:t xml:space="preserve">[24:38] </w:t>
      </w:r>
      <w:r>
        <w:t>Everyone is a special case, is a individual case.</w:t>
      </w:r>
    </w:p>
    <w:p>
      <w:pPr>
        <w:jc w:val="right"/>
      </w:pPr>
      <w:r>
        <w:t>ایوری ون از اے اسپیشل کیس، از اے انڈیویجول کیس۔</w:t>
      </w:r>
    </w:p>
    <w:p>
      <w:r>
        <w:rPr>
          <w:b/>
        </w:rPr>
        <w:t xml:space="preserve">[24:43] </w:t>
      </w:r>
      <w:r>
        <w:t>So you must read that person, you must read his mind, then you can suggest him any book.</w:t>
      </w:r>
    </w:p>
    <w:p>
      <w:pPr>
        <w:jc w:val="right"/>
      </w:pPr>
      <w:r>
        <w:t>سو یو مسٹ ریڈ دیٹ پرسن، یو مسٹ ریڈ ہز مائنڈ، دین یو کین سجیسٹ ہم اینی بک۔</w:t>
      </w:r>
    </w:p>
    <w:p>
      <w:r>
        <w:rPr>
          <w:b/>
        </w:rPr>
        <w:t xml:space="preserve">[24:55] </w:t>
      </w:r>
      <w:r>
        <w:t>For example, if he has some doubt about existence of God, you can give him God arrival.</w:t>
      </w:r>
    </w:p>
    <w:p>
      <w:pPr>
        <w:jc w:val="right"/>
      </w:pPr>
      <w:r>
        <w:t>فار ایگزیمپل، اف ہی ہیز سم ڈاؤٹ اباؤٹ ایگزسٹنس آف گاڈ، یو کین گیو ہم گاڈ ارائیول۔</w:t>
      </w:r>
    </w:p>
    <w:p>
      <w:r>
        <w:rPr>
          <w:b/>
        </w:rPr>
        <w:t xml:space="preserve">[25:05] </w:t>
      </w:r>
      <w:r>
        <w:t>And if his, and if his, if he want to know some details about the region of Islam, you can give him some other books that that introduce Islam</w:t>
      </w:r>
    </w:p>
    <w:p>
      <w:pPr>
        <w:jc w:val="right"/>
      </w:pPr>
      <w:r>
        <w:t>اینڈ اف ہیز، اینڈ اف ہیز، اف ہی وانٹ ٹو نو سم ڈیٹیلز اباؤٹ دا ریجن آف اسلام، یو کین گیو ہم سم ادر بکس دیٹ دیٹ انٹروڈیوس اسلام</w:t>
      </w:r>
    </w:p>
    <w:p>
      <w:r>
        <w:rPr>
          <w:b/>
        </w:rPr>
        <w:t xml:space="preserve">[25:31] </w:t>
      </w:r>
      <w:r>
        <w:t>. And if, and if he is more interested, then you can give him the commentary of the Quran. So it depend upon, yani individual to individual.</w:t>
      </w:r>
    </w:p>
    <w:p>
      <w:pPr>
        <w:jc w:val="right"/>
      </w:pPr>
      <w:r>
        <w:t>۔ اینڈ اف، اینڈ اف ہی از مور انٹرسٹڈ، دین یو کین گیو ہم دا کمنٹری آف دا قرآن۔ سو اٹ ڈیپینڈ اپون، یعنی انڈیویجول ٹو انڈیویجول۔</w:t>
      </w:r>
    </w:p>
    <w:p>
      <w:r>
        <w:rPr>
          <w:b/>
        </w:rPr>
        <w:t xml:space="preserve">[25:43] </w:t>
      </w:r>
      <w:r>
        <w:t>I have study many books, and I have while translating, also, its like, like studying a book, but my thoughts are not clear.</w:t>
      </w:r>
    </w:p>
    <w:p>
      <w:pPr>
        <w:jc w:val="right"/>
      </w:pPr>
      <w:r>
        <w:t>آئی ہیو سٹڈی مینی بکس، اینڈ آئی ہیو وائل ٹرانسلیٹنگ، السو، اٹس لائک، لائک سٹڈنگ ا بک، بٹ مائی تھاٹس آر ناٹ کلیئر۔</w:t>
      </w:r>
    </w:p>
    <w:p>
      <w:r>
        <w:rPr>
          <w:b/>
        </w:rPr>
        <w:t xml:space="preserve">[25:54] </w:t>
      </w:r>
      <w:r>
        <w:t>So how can we have your that clarity of thought, which is required for a good d'ai?</w:t>
      </w:r>
    </w:p>
    <w:p>
      <w:pPr>
        <w:jc w:val="right"/>
      </w:pPr>
      <w:r>
        <w:t>سو ہاؤ کین وی ہیو یور دیٹ کلیرٹی آف تھاٹ، وچ از ریکوائرڈ فار ا گڈ دائی؟</w:t>
      </w:r>
    </w:p>
    <w:p>
      <w:r>
        <w:rPr>
          <w:b/>
        </w:rPr>
        <w:t xml:space="preserve">[26:02] </w:t>
      </w:r>
      <w:r>
        <w:t>Yes, it is a problem, because all those books that are available in the market, are full of confusion,</w:t>
      </w:r>
    </w:p>
    <w:p>
      <w:pPr>
        <w:jc w:val="right"/>
      </w:pPr>
      <w:r>
        <w:t>یس، اٹ از ا پرابلم، بیکاز آل دوز بکس دیٹ آر اویلیبل ان دا مارکیٹ، آر فل آف کنفیوژن،</w:t>
      </w:r>
    </w:p>
    <w:p>
      <w:r>
        <w:rPr>
          <w:b/>
        </w:rPr>
        <w:t xml:space="preserve">[26:14] </w:t>
      </w:r>
      <w:r>
        <w:t>full of confusion. So I always suggest to read my book. My book are free of confusion.</w:t>
      </w:r>
    </w:p>
    <w:p>
      <w:pPr>
        <w:jc w:val="right"/>
      </w:pPr>
      <w:r>
        <w:t>فل آف کنفیوژن۔ سو آئی الویز سجیسٹ ٹو ریڈ مائی بک۔ مائی بک آر فری آف کنفیوژن۔</w:t>
      </w:r>
    </w:p>
    <w:p>
      <w:r>
        <w:rPr>
          <w:b/>
        </w:rPr>
        <w:t xml:space="preserve">[26:28] </w:t>
      </w:r>
      <w:r>
        <w:t>So I always say that you have only two options,</w:t>
      </w:r>
    </w:p>
    <w:p>
      <w:pPr>
        <w:jc w:val="right"/>
      </w:pPr>
      <w:r>
        <w:t>سو آئی الویز سی دیٹ یو ہیو اونلی ٹو آپشنز،</w:t>
      </w:r>
    </w:p>
    <w:p>
      <w:r>
        <w:rPr>
          <w:b/>
        </w:rPr>
        <w:t xml:space="preserve">[26:32] </w:t>
      </w:r>
      <w:r>
        <w:t>either to study up to 40 years, just like myself,</w:t>
      </w:r>
    </w:p>
    <w:p>
      <w:pPr>
        <w:jc w:val="right"/>
      </w:pPr>
      <w:r>
        <w:t>ایدر ٹو اسٹڈی اپ ٹو 40 ایئرز، جسٹ لائک مائی سیلف،</w:t>
      </w:r>
    </w:p>
    <w:p>
      <w:r>
        <w:rPr>
          <w:b/>
        </w:rPr>
        <w:t xml:space="preserve">[26:41] </w:t>
      </w:r>
      <w:r>
        <w:t>40 years, with all kind of dedication, with all kind of saving yourself from destruction, then you will be able to to get rid from all this confusion.</w:t>
      </w:r>
    </w:p>
    <w:p>
      <w:pPr>
        <w:jc w:val="right"/>
      </w:pPr>
      <w:r>
        <w:t>40 ایئرز، ود آل کائنڈ آف ڈیڈیکیشن، ود آل کائنڈ آف سیونگ یور سیلف فرام ڈسٹرکشن، دین یو ویل بی ایبل ٹو ٹو گیٹ رٹ فرام آل دس کنفیوژن۔</w:t>
      </w:r>
    </w:p>
    <w:p>
      <w:r>
        <w:rPr>
          <w:b/>
        </w:rPr>
        <w:t xml:space="preserve">[26:57] </w:t>
      </w:r>
      <w:r>
        <w:t>And if you have no, no, no time, then the other option is to read my book.</w:t>
      </w:r>
    </w:p>
    <w:p>
      <w:pPr>
        <w:jc w:val="right"/>
      </w:pPr>
      <w:r>
        <w:t>اینڈ اف یو ہیو نو، نو، نو ٹائم، دین دی ادر آپشن از ٹو ریڈ مائی بک۔</w:t>
      </w:r>
    </w:p>
    <w:p>
      <w:r>
        <w:rPr>
          <w:b/>
        </w:rPr>
        <w:t xml:space="preserve">[27:07] </w:t>
      </w:r>
      <w:r>
        <w:t>I see like this, this is my answer to these people. Help from destruction. Destruction?</w:t>
      </w:r>
    </w:p>
    <w:p>
      <w:pPr>
        <w:jc w:val="right"/>
      </w:pPr>
      <w:r>
        <w:t>آئی سی لائک دس، دس از مائی انسر ٹو دیز پیپل۔ ہیلپ فرام ڈسٹرکشن۔ ڈسٹرکشن؟</w:t>
      </w:r>
    </w:p>
    <w:p>
      <w:r>
        <w:rPr>
          <w:b/>
        </w:rPr>
        <w:t xml:space="preserve">[27:16] </w:t>
      </w:r>
      <w:r>
        <w:t>Yes.</w:t>
      </w:r>
    </w:p>
    <w:p>
      <w:pPr>
        <w:jc w:val="right"/>
      </w:pPr>
      <w:r>
        <w:t>یس۔</w:t>
      </w:r>
    </w:p>
    <w:p>
      <w:r>
        <w:rPr>
          <w:b/>
        </w:rPr>
        <w:t xml:space="preserve">[27:24] </w:t>
      </w:r>
      <w:r>
        <w:t>It is very difficult, but also, it is very easy.</w:t>
      </w:r>
    </w:p>
    <w:p>
      <w:pPr>
        <w:jc w:val="right"/>
      </w:pPr>
      <w:r>
        <w:t>اٹ از ویری ڈیفیکلٹ، بٹ السو، اٹ از ویری ایزی۔</w:t>
      </w:r>
    </w:p>
    <w:p>
      <w:r>
        <w:rPr>
          <w:b/>
        </w:rPr>
        <w:t xml:space="preserve">[27:31] </w:t>
      </w:r>
      <w:r>
        <w:t>If you have determination, then it is very easy. But if you have not determination, that is very difficult.</w:t>
      </w:r>
    </w:p>
    <w:p>
      <w:pPr>
        <w:jc w:val="right"/>
      </w:pPr>
      <w:r>
        <w:t>اف یو ہیو ڈیٹرمینیشن، دین اٹ از ویری ایزی۔ بٹ اف یو ہیو نوٹس ڈیٹرمینیشن، دیٹ از ویری ڈیفیکلٹ۔</w:t>
      </w:r>
    </w:p>
    <w:p>
      <w:r>
        <w:rPr>
          <w:b/>
        </w:rPr>
        <w:t xml:space="preserve">[27:45] </w:t>
      </w:r>
      <w:r>
        <w:t>There is a, there is a saying in Arabic language that man jadda wajada, the same is in Persian,</w:t>
      </w:r>
    </w:p>
    <w:p>
      <w:pPr>
        <w:jc w:val="right"/>
      </w:pPr>
      <w:r>
        <w:t>دیر از اے، دیر از اے سینگ ان عربک لینگویج دیٹ من جد وجدا، دا سیم از ان پرشین،</w:t>
      </w:r>
    </w:p>
    <w:p>
      <w:r>
        <w:rPr>
          <w:b/>
        </w:rPr>
        <w:t xml:space="preserve">[28:01] </w:t>
      </w:r>
      <w:r>
        <w:t>jo andaa ya banda, yani one who, one who, one who, seeks he finds.</w:t>
      </w:r>
    </w:p>
    <w:p>
      <w:pPr>
        <w:jc w:val="right"/>
      </w:pPr>
      <w:r>
        <w:t>جو اندا یا بندہ، یعنی ون ہو، ون ہو، ون ہو، سیکس ہی فائنڈز۔</w:t>
      </w:r>
    </w:p>
    <w:p>
      <w:r>
        <w:rPr>
          <w:b/>
        </w:rPr>
        <w:t xml:space="preserve">[28:10] </w:t>
      </w:r>
      <w:r>
        <w:t>Also, there is a saying in English, also, same sense,</w:t>
      </w:r>
    </w:p>
    <w:p>
      <w:pPr>
        <w:jc w:val="right"/>
      </w:pPr>
      <w:r>
        <w:t>السو، دیر از اے سینگ ان انگلش، السو، سیم سینس،</w:t>
      </w:r>
    </w:p>
    <w:p>
      <w:r>
        <w:rPr>
          <w:b/>
        </w:rPr>
        <w:t xml:space="preserve">[28:17] </w:t>
      </w:r>
      <w:r>
        <w:t>find death, or some word, I don't remember, one who, yani so, it requires sincerity, seriousness, dedication,</w:t>
      </w:r>
    </w:p>
    <w:p>
      <w:pPr>
        <w:jc w:val="right"/>
      </w:pPr>
      <w:r>
        <w:t>فائنڈ ڈیتھ، اور سم ورڈ، آئی ڈونٹ ریممبر، ون ہو، یعنی سو، اٹ ریکوائر سنسیرٹی، سیریسنس، ڈیڈیکیشن،</w:t>
      </w:r>
    </w:p>
    <w:p>
      <w:r>
        <w:rPr>
          <w:b/>
        </w:rPr>
        <w:t xml:space="preserve">[28:36] </w:t>
      </w:r>
      <w:r>
        <w:t>and determination, and determination.</w:t>
      </w:r>
    </w:p>
    <w:p>
      <w:pPr>
        <w:jc w:val="right"/>
      </w:pPr>
      <w:r>
        <w:t>اینڈ ڈیٹرمینیشن، اینڈ ڈیٹرمینیشن۔</w:t>
      </w:r>
    </w:p>
    <w:p>
      <w:r>
        <w:rPr>
          <w:b/>
        </w:rPr>
        <w:t xml:space="preserve">[28:43] </w:t>
      </w:r>
      <w:r>
        <w:t>otherwise, it is difficult. I don't think anything is difficult in this, in this world. I think everything is difficult, and everything is easy.</w:t>
      </w:r>
    </w:p>
    <w:p>
      <w:pPr>
        <w:jc w:val="right"/>
      </w:pPr>
      <w:r>
        <w:t>ادروائز، اٹ از ڈیفیکلٹ۔ آئی ڈونٹ تھنک اینی تھنگ از ڈیفیکلٹ ان دس، ان دس ورلڈ۔ آئی تھنک ایوری تھنگ از ڈیفیکلٹ، اینڈ ایوری تھنگ از ایزی۔</w:t>
      </w:r>
    </w:p>
    <w:p>
      <w:r>
        <w:rPr>
          <w:b/>
        </w:rPr>
        <w:t xml:space="preserve">[28:55] </w:t>
      </w:r>
      <w:r>
        <w:t>for example, here we see a glass of water. If try to drink water from, from, from this side, is very difficult.</w:t>
      </w:r>
    </w:p>
    <w:p>
      <w:pPr>
        <w:jc w:val="right"/>
      </w:pPr>
      <w:r>
        <w:t>فار ایگزیمپل، ہیر وی سی ا گلاس آف واٹر۔ اف ٹرائی ٹو ڈرنک واٹر فرام، فرام، فرام دس سائیڈ، از ویری ڈیفیکلٹ۔</w:t>
      </w:r>
    </w:p>
    <w:p>
      <w:r>
        <w:rPr>
          <w:b/>
        </w:rPr>
        <w:t xml:space="preserve">[29:07] </w:t>
      </w:r>
      <w:r>
        <w:t>if I try to drink this water from this side,</w:t>
      </w:r>
    </w:p>
    <w:p>
      <w:pPr>
        <w:jc w:val="right"/>
      </w:pPr>
      <w:r>
        <w:t>اف آئی ٹرائی ٹو ڈرنک دس واٹر فرام دس سائیڈ،</w:t>
      </w:r>
    </w:p>
    <w:p>
      <w:r>
        <w:rPr>
          <w:b/>
        </w:rPr>
        <w:t xml:space="preserve">[29:14] </w:t>
      </w:r>
      <w:r>
        <w:t>from the bottom, that is very, very difficult. But if we try to drink from this side, is very easy. So, according to my experience, everything is easy, and everything is difficult.</w:t>
      </w:r>
    </w:p>
    <w:p>
      <w:pPr>
        <w:jc w:val="right"/>
      </w:pPr>
      <w:r>
        <w:t>فرام دی باٹم، دیٹ از ویری، ویری ڈیفیکلٹ۔ بٹ اف وی ٹرائی ٹو ڈرنک فرام دس سائیڈ، از ویری ایزی۔ سو، اکنڈنگ ٹو مائی ایکسپیرینس، ایوری تھنگ از ایزی، اینڈ ایوری تھنگ از ڈیفیکلٹ۔</w:t>
      </w:r>
    </w:p>
    <w:p>
      <w:r>
        <w:rPr>
          <w:b/>
        </w:rPr>
        <w:t xml:space="preserve">[29:32] </w:t>
      </w:r>
      <w:r>
        <w:t>So, is the case of this deconditioning, and saving yourself from destruction. Maulana, creation plan of God being so simple and so logical, why is it difficult for people to understand that?</w:t>
      </w:r>
    </w:p>
    <w:p>
      <w:pPr>
        <w:jc w:val="right"/>
      </w:pPr>
      <w:r>
        <w:t>سو، از دا کیس اف دس ڈی کنڈیشننگ، اینڈ سیونگ یور سیلف فرام ڈسٹرکشن۔ مولانا، کریشن پلان آف گاڈ بینگ سو سمپل اینڈ سو لوجیکل، وائی از اٹ ڈیفیکلٹ فار پیپل ٹو انڈرسٹینڈ دیٹ؟</w:t>
      </w:r>
    </w:p>
    <w:p>
      <w:r>
        <w:rPr>
          <w:b/>
        </w:rPr>
        <w:t xml:space="preserve">[29:48] </w:t>
      </w:r>
      <w:r>
        <w:t>because you are living in jungle of thought. jungle of thought. everyone is speaking, or is writing.</w:t>
      </w:r>
    </w:p>
    <w:p>
      <w:pPr>
        <w:jc w:val="right"/>
      </w:pPr>
      <w:r>
        <w:t>بیکاز یو آر لیونگ ان جنگل آف تھاٹ۔ جنگل آف تھاٹ۔ ایوری ون از سپیکنگ، اور از رائٹنگ۔</w:t>
      </w:r>
    </w:p>
    <w:p>
      <w:r>
        <w:rPr>
          <w:b/>
        </w:rPr>
        <w:t xml:space="preserve">[30:01] </w:t>
      </w:r>
      <w:r>
        <w:t>everyone express some ideas of his own. So, there are, yani million, million, million thought in the, in the atmosphere,</w:t>
      </w:r>
    </w:p>
    <w:p>
      <w:pPr>
        <w:jc w:val="right"/>
      </w:pPr>
      <w:r>
        <w:t>ایوری ون ایکسپریس سم آئیڈیاز آف ہز اون۔ سو، دیر آر، یعنی ملین، ملین، ملین تھاٹ ان دا، ان دا ایٹمسفیئر،</w:t>
      </w:r>
    </w:p>
    <w:p>
      <w:r>
        <w:rPr>
          <w:b/>
        </w:rPr>
        <w:t xml:space="preserve">[30:16] </w:t>
      </w:r>
      <w:r>
        <w:t>in print media, in electronic media, everywhere in the world.</w:t>
      </w:r>
    </w:p>
    <w:p>
      <w:pPr>
        <w:jc w:val="right"/>
      </w:pPr>
      <w:r>
        <w:t>ان پرنٹ میڈیا، ان الیکٹرانک میڈیا، ایوری ویر ان دا ورلڈ۔</w:t>
      </w:r>
    </w:p>
    <w:p>
      <w:r>
        <w:rPr>
          <w:b/>
        </w:rPr>
        <w:t xml:space="preserve">[30:20] </w:t>
      </w:r>
      <w:r>
        <w:t>once I tried to know something from internet, so I tried to know what, what, what kind of informations are in, in about Islam.</w:t>
      </w:r>
    </w:p>
    <w:p>
      <w:pPr>
        <w:jc w:val="right"/>
      </w:pPr>
      <w:r>
        <w:t>ونس آئی ٹرائی ٹو نو سمتھنگ فرام انٹرنیٹ، سو آئی ٹرائی ٹو نو واٹ، واٹ، واٹ کائنڈ آف انفارمیشنز آر ان، ان اباؤٹ اسلام۔</w:t>
      </w:r>
    </w:p>
    <w:p>
      <w:r>
        <w:rPr>
          <w:b/>
        </w:rPr>
        <w:t xml:space="preserve">[30:38] </w:t>
      </w:r>
      <w:r>
        <w:t>So, a jungle of information was there about Islam in the, in the present internet. there was jungle of information.</w:t>
      </w:r>
    </w:p>
    <w:p>
      <w:pPr>
        <w:jc w:val="right"/>
      </w:pPr>
      <w:r>
        <w:t>سو، ا جنگل آف انفارمیشن واز دیر اباؤٹ اسلام ان دا، ان دا پریزنٹ انٹرنیٹ۔ دیر واز جنگل آف انفارمیشن۔</w:t>
      </w:r>
    </w:p>
    <w:p>
      <w:r>
        <w:rPr>
          <w:b/>
        </w:rPr>
        <w:t xml:space="preserve">[30:48] </w:t>
      </w:r>
      <w:r>
        <w:t>So, everyone is speaking, everyone is publishing. So, we are living in a jungle of thought. This is the problem.</w:t>
      </w:r>
    </w:p>
    <w:p>
      <w:pPr>
        <w:jc w:val="right"/>
      </w:pPr>
      <w:r>
        <w:t>سو، ایوری ون از سپیکنگ، ایوری ون از پبلشنگ۔ سو، وی آر لیونگ ان ا جنگل آف تھاٹ۔ دس از دا پرابلم۔</w:t>
      </w:r>
    </w:p>
    <w:p>
      <w:r>
        <w:rPr>
          <w:b/>
        </w:rPr>
        <w:t xml:space="preserve">[30:59] </w:t>
      </w:r>
      <w:r>
        <w:t>This kind, you can, this problem can be solved only through, through, through sincerity, through dua, through detailed study.</w:t>
      </w:r>
    </w:p>
    <w:p>
      <w:pPr>
        <w:jc w:val="right"/>
      </w:pPr>
      <w:r>
        <w:t>دس کائنڈ، یو کین، دس پرابلم کین بی سالو اونلی تھرو، تھرو، تھرو سنسیرٹی، تھرو دعا، تھرو ڈیٹیل اسٹڈی۔</w:t>
      </w:r>
    </w:p>
    <w:p>
      <w:r>
        <w:rPr>
          <w:b/>
        </w:rPr>
        <w:t xml:space="preserve">[31:13] </w:t>
      </w:r>
      <w:r>
        <w:t>I do, this is the one op</w:t>
      </w:r>
    </w:p>
    <w:p>
      <w:pPr>
        <w:jc w:val="right"/>
      </w:pPr>
      <w:r>
        <w:t>آئی ڈو، دس از دا ون آپ</w:t>
      </w:r>
    </w:p>
    <w:p>
      <w:r>
        <w:rPr>
          <w:b/>
        </w:rPr>
        <w:t xml:space="preserve">[31:15] </w:t>
      </w:r>
      <w:r>
        <w:t>tion. Other option is that you, you, you take someone as your unconditioned group.</w:t>
      </w:r>
    </w:p>
    <w:p>
      <w:pPr>
        <w:jc w:val="right"/>
      </w:pPr>
      <w:r>
        <w:t>شن۔ ادر آپشن از دیٹ یو، یو، یو ٹیک سم ون ایز یور ان کنڈیشن گروپ۔</w:t>
      </w:r>
    </w:p>
    <w:p>
      <w:r>
        <w:rPr>
          <w:b/>
        </w:rPr>
        <w:t xml:space="preserve">[31:28] </w:t>
      </w:r>
      <w:r>
        <w:t>You have only two options, either you have to, you have to adopt someone as your unconditioned group, or you have to engage yourself in study.</w:t>
      </w:r>
    </w:p>
    <w:p>
      <w:pPr>
        <w:jc w:val="right"/>
      </w:pPr>
      <w:r>
        <w:t>یو ہیو اونلی ٹو آپشن، ایدر یو ہیو ٹو، یو ہیو ٹو اڈاپٹ سم ون ایز یور ان کنڈیشن گروپ، اور یو ہیو ٹو انگیج یور سیلف ان اسٹڈی۔</w:t>
      </w:r>
    </w:p>
    <w:p>
      <w:r>
        <w:rPr>
          <w:b/>
        </w:rPr>
        <w:t xml:space="preserve">[31:47] </w:t>
      </w:r>
      <w:r>
        <w:t>Then you can get rid from all these confusion. It requires, it requires, it requires, what you call,</w:t>
      </w:r>
    </w:p>
    <w:p>
      <w:pPr>
        <w:jc w:val="right"/>
      </w:pPr>
      <w:r>
        <w:t>دین یو کین گیٹ رٹ فرام آل دیز کنفیوژن۔ اٹ ریکوائر، اٹ ریکوائر، اٹ ریکوائر، واٹ یو کال،</w:t>
      </w:r>
    </w:p>
    <w:p>
      <w:r>
        <w:rPr>
          <w:b/>
        </w:rPr>
        <w:t xml:space="preserve">[32:03] </w:t>
      </w:r>
      <w:r>
        <w:t>yani sorting out, sorting out, sorting from black and white.</w:t>
      </w:r>
    </w:p>
    <w:p>
      <w:pPr>
        <w:jc w:val="right"/>
      </w:pPr>
      <w:r>
        <w:t>یعنی سارٹنگ آؤٹ، سارٹنگ آؤٹ، سارٹنگ فرام بلیک اینڈ وائٹ۔</w:t>
      </w:r>
    </w:p>
    <w:p>
      <w:r>
        <w:rPr>
          <w:b/>
        </w:rPr>
        <w:t xml:space="preserve">[32:14] </w:t>
      </w:r>
      <w:r>
        <w:t>So, it is, it is, it requires long, long study. So, if you have enough time, then you adopt, you, you can opt for</w:t>
      </w:r>
    </w:p>
    <w:p>
      <w:pPr>
        <w:jc w:val="right"/>
      </w:pPr>
      <w:r>
        <w:t>سو، اٹ از، اٹ از، اٹ ریکوائر لانگ، لانگ اسٹڈی۔ سو، اف یو ہیو انف ٹائم، دین یو اڈاپٹ، یو، یو کین اپٹ فار</w:t>
      </w:r>
    </w:p>
    <w:p>
      <w:r>
        <w:rPr>
          <w:b/>
        </w:rPr>
        <w:t xml:space="preserve">[32:29] </w:t>
      </w:r>
      <w:r>
        <w:t>this method. Otherwise, you have to,</w:t>
      </w:r>
    </w:p>
    <w:p>
      <w:pPr>
        <w:jc w:val="right"/>
      </w:pPr>
      <w:r>
        <w:t>دس میتھڈ۔ ادروائز، یو ہیو ٹو،</w:t>
      </w:r>
    </w:p>
    <w:p>
      <w:r>
        <w:rPr>
          <w:b/>
        </w:rPr>
        <w:t xml:space="preserve">[32:38] </w:t>
      </w:r>
      <w:r>
        <w:t>you have to take one as your unconditioned.</w:t>
      </w:r>
    </w:p>
    <w:p>
      <w:pPr>
        <w:jc w:val="right"/>
      </w:pPr>
      <w:r>
        <w:t>یو ہیو ٹو ٹیک ون ایز یور ان کنڈیشن۔</w:t>
      </w:r>
    </w:p>
    <w:p>
      <w:r>
        <w:rPr>
          <w:b/>
        </w:rPr>
        <w:t xml:space="preserve">[32:43] </w:t>
      </w:r>
      <w:r>
        <w:t>According to my experience, there is no third option.</w:t>
      </w:r>
    </w:p>
    <w:p>
      <w:pPr>
        <w:jc w:val="right"/>
      </w:pPr>
      <w:r>
        <w:t>اکنڈنگ ٹو مائی ایکسپیرینس، دیر از نو تھرڈ آپشن۔</w:t>
      </w:r>
    </w:p>
    <w:p>
      <w:r>
        <w:rPr>
          <w:b/>
        </w:rPr>
        <w:t xml:space="preserve">[32:51] </w:t>
      </w:r>
      <w:r>
        <w:t>This, this second option of study, of studying everything in one zone, I don't find it a good option, because there are so many great scholars.</w:t>
      </w:r>
    </w:p>
    <w:p>
      <w:pPr>
        <w:jc w:val="right"/>
      </w:pPr>
      <w:r>
        <w:t>دس، دس سیکنڈ آپشن آف اسٹڈی، آف اسٹڈنگ ایوری تھنگ ان ون زون، آئی ڈونٹ فائنڈ اٹ ا گڈ آپشن، بیکاز دیر آر سو مینی گریٹ سکالرز۔</w:t>
      </w:r>
    </w:p>
    <w:p>
      <w:r>
        <w:rPr>
          <w:b/>
        </w:rPr>
        <w:t xml:space="preserve">[33:06] </w:t>
      </w:r>
      <w:r>
        <w:t>I can cite the example of Bertrand Russell, who are studied, more, much, much more than, than other, other of his contemporaries.</w:t>
      </w:r>
    </w:p>
    <w:p>
      <w:pPr>
        <w:jc w:val="right"/>
      </w:pPr>
      <w:r>
        <w:t>آئی کین سائیڈ دی ایگزیمپل آف برٹن رسل، ہو آر اسٹڈیڈ، مور، مچ، مچ مور دین، دین ادر، ادر آف ہز کنٹمپریریز۔</w:t>
      </w:r>
    </w:p>
    <w:p>
      <w:r>
        <w:rPr>
          <w:b/>
        </w:rPr>
        <w:t xml:space="preserve">[33:17] </w:t>
      </w:r>
      <w:r>
        <w:t>But his thoughts are not clear. So, I think this clarity of thought is something else. It doesn't come just because of studying all the disciplines.</w:t>
      </w:r>
    </w:p>
    <w:p>
      <w:pPr>
        <w:jc w:val="right"/>
      </w:pPr>
      <w:r>
        <w:t>بٹ ہز تھاٹس آر ناٹ کلیئر۔ سو، آئی تھنک دس کلیرٹی آف تھاٹ از سمتھنگ ایلس۔ اٹ ڈزنٹ کم جسٹ بیکاز آف اسٹڈنگ آل دا ڈسپلنز۔</w:t>
      </w:r>
    </w:p>
    <w:p>
      <w:r>
        <w:rPr>
          <w:b/>
        </w:rPr>
        <w:t xml:space="preserve">[33:31] </w:t>
      </w:r>
      <w:r>
        <w:t>yes, I study many books written by Burton. Sir, my finding was that Burton was not, yani very, very censor person.</w:t>
      </w:r>
    </w:p>
    <w:p>
      <w:pPr>
        <w:jc w:val="right"/>
      </w:pPr>
      <w:r>
        <w:t>یس، آئی اسٹڈی مینی بکس ریٹڈ بائے برٹن۔ سر، مائی فائنڈنگ واز دیٹ برٹن واز ناٹ، یعنی ویری، ویری سینسر پرسن۔</w:t>
      </w:r>
    </w:p>
    <w:p>
      <w:r>
        <w:rPr>
          <w:b/>
        </w:rPr>
        <w:t xml:space="preserve">[33:50] </w:t>
      </w:r>
      <w:r>
        <w:t>i doubt about sincerity. i have some concrete example about, about this statement</w:t>
      </w:r>
    </w:p>
    <w:p>
      <w:pPr>
        <w:jc w:val="right"/>
      </w:pPr>
      <w:r>
        <w:t>آئی ڈاؤٹ اباؤٹ سنسیرٹی۔ آئی ہیو سم کنکریٹ ایگزیمپل اباؤٹ، اباؤٹ دس سٹیٹمنٹ</w:t>
      </w:r>
    </w:p>
    <w:p>
      <w:r>
        <w:rPr>
          <w:b/>
        </w:rPr>
        <w:t xml:space="preserve">[34:01] </w:t>
      </w:r>
      <w:r>
        <w:t>. so, as he was not, yani very, very sincere, so he failed to find the truth.</w:t>
      </w:r>
    </w:p>
    <w:p>
      <w:pPr>
        <w:jc w:val="right"/>
      </w:pPr>
      <w:r>
        <w:t>۔ سو، ایز ہی واز ناٹ، یعنی ویری، ویری سنسیر، سو ہی فیلڈ ٹو فائنڈ دا ٹروتھ۔</w:t>
      </w:r>
    </w:p>
    <w:p>
      <w:r>
        <w:rPr>
          <w:b/>
        </w:rPr>
        <w:t xml:space="preserve">[34:12] </w:t>
      </w:r>
      <w:r>
        <w:t>otherwise, he was very learned person, he was very intelligent person. but due to insincerity, he failed to find the truth.</w:t>
      </w:r>
    </w:p>
    <w:p>
      <w:pPr>
        <w:jc w:val="right"/>
      </w:pPr>
      <w:r>
        <w:t>ادروائز، ہی واز ویری لرنڈ پرسن، ہی واز ویری انٹیلیجنٹ پرسن۔ بٹ ڈیو ٹو انسینسیرٹی، ہی فیلڈ ٹو فائنڈ دا ٹروتھ۔</w:t>
      </w:r>
    </w:p>
    <w:p>
      <w:r>
        <w:rPr>
          <w:b/>
        </w:rPr>
        <w:t xml:space="preserve">[34:22] </w:t>
      </w:r>
      <w:r>
        <w:t>maulana, lot of times, when i am travelling, or even while i am not travelling, you know, i meet people whom i know i am not going to meet them again.</w:t>
      </w:r>
    </w:p>
    <w:p>
      <w:pPr>
        <w:jc w:val="right"/>
      </w:pPr>
      <w:r>
        <w:t>مولانا، لاٹ آف ٹائمز، وین آئی ایم ٹریولنگ، اور ایون وائل آئی ایم ناٹ ٹریولنگ، یو نو، آئی میٹ پیپل ہوم آئی نو آئی ایم ناٹ گوئنگ ٹو میٹ دیم اگین۔</w:t>
      </w:r>
    </w:p>
    <w:p>
      <w:r>
        <w:rPr>
          <w:b/>
        </w:rPr>
        <w:t xml:space="preserve">[34:32] </w:t>
      </w:r>
      <w:r>
        <w:t>but i try to do the dawah work with them and give them booklet. now, at that point of time, maulana, the thought comes that, ah, since i am not going to meet this person ever again, then should i tell him everything?</w:t>
      </w:r>
    </w:p>
    <w:p>
      <w:pPr>
        <w:jc w:val="right"/>
      </w:pPr>
      <w:r>
        <w:t>بٹ آئی ٹرائی ٹو ڈو داوا ورک ود دیم اینڈ گیو دیم بکلیٹ۔ ناؤ، ایٹ دیٹ پوائنٹ آف ٹائم، مولانا، دا تھاٹ کمز دیٹ، آہ، سنس آئی ایم ناٹ گوئنگ ٹو میٹ دس پرسن ایور اگین، دین شوڈ آئی ٹیل ہم ایوری تھنگ؟</w:t>
      </w:r>
    </w:p>
    <w:p>
      <w:r>
        <w:rPr>
          <w:b/>
        </w:rPr>
        <w:t xml:space="preserve">[34:47] </w:t>
      </w:r>
      <w:r>
        <w:t>and, ah, and he is responding. also, if that person is responding, you feel like telling him everything, because you might not meet that person again.</w:t>
      </w:r>
    </w:p>
    <w:p>
      <w:pPr>
        <w:jc w:val="right"/>
      </w:pPr>
      <w:r>
        <w:t>اینڈ، آہ، اینڈ ہی از ریسپانڈنگ۔ السو، اف دیٹ پرسن از ریسپانڈنگ، یو فیل لائک ٹیلنگ ہم ایوری تھنگ، بیکاز یو مائٹ ناٹ میٹ دیٹ پرسن اگین۔</w:t>
      </w:r>
    </w:p>
    <w:p>
      <w:r>
        <w:rPr>
          <w:b/>
        </w:rPr>
        <w:t xml:space="preserve">[34:56] </w:t>
      </w:r>
      <w:r>
        <w:t>and what if he wants to know m</w:t>
      </w:r>
    </w:p>
    <w:p>
      <w:pPr>
        <w:jc w:val="right"/>
      </w:pPr>
      <w:r>
        <w:t>اینڈ واٹ اف ہی وانٹس ٹو نو م</w:t>
      </w:r>
    </w:p>
    <w:p>
      <w:r>
        <w:rPr>
          <w:b/>
        </w:rPr>
        <w:t xml:space="preserve">[34:59] </w:t>
      </w:r>
      <w:r>
        <w:t>ore? he will not meet me anywhere. so, what should one do? should in such situations, if the person is responding, he should tell him everything?</w:t>
      </w:r>
    </w:p>
    <w:p>
      <w:pPr>
        <w:jc w:val="right"/>
      </w:pPr>
      <w:r>
        <w:t>ور؟ ہی ویل ناٹ میٹ می اینی ویر۔ سو، واٹ شوڈ ون ڈو؟ شوڈ ان سچ سچویشنز، اف دا پرسن از ریسپانڈنگ، ہی شوڈ ٹیل ہم ایوری تھنگ؟</w:t>
      </w:r>
    </w:p>
    <w:p>
      <w:r>
        <w:rPr>
          <w:b/>
        </w:rPr>
        <w:t xml:space="preserve">[35:14] </w:t>
      </w:r>
      <w:r>
        <w:t>it depends upon situation. yani i think that yeh not possible to tell him everything.</w:t>
      </w:r>
    </w:p>
    <w:p>
      <w:pPr>
        <w:jc w:val="right"/>
      </w:pPr>
      <w:r>
        <w:t>اٹ ڈیپینڈز اپون سچویشن۔ یعنی آئی تھنک دیٹ یہ ناٹ پاسیبل ٹو ٹیل ہم ایوری تھنگ۔</w:t>
      </w:r>
    </w:p>
    <w:p>
      <w:r>
        <w:rPr>
          <w:b/>
        </w:rPr>
        <w:t xml:space="preserve">[35:27] </w:t>
      </w:r>
      <w:r>
        <w:t>yeh not possible practically. and also, it is not very fruitful. dawah work is a gradual work.</w:t>
      </w:r>
    </w:p>
    <w:p>
      <w:pPr>
        <w:jc w:val="right"/>
      </w:pPr>
      <w:r>
        <w:t>یہ ناٹ پاسیبل پریکٹیکلی۔ اینڈ السو، اٹ از ناٹ ویری فروٹ فل۔ داوا ورک از ا گریجول ورک۔</w:t>
      </w:r>
    </w:p>
    <w:p>
      <w:r>
        <w:rPr>
          <w:b/>
        </w:rPr>
        <w:t xml:space="preserve">[35:41] </w:t>
      </w:r>
      <w:r>
        <w:t>dawah work is a gradual work.</w:t>
      </w:r>
    </w:p>
    <w:p>
      <w:pPr>
        <w:jc w:val="right"/>
      </w:pPr>
      <w:r>
        <w:t>داوا ورک از ا گریجول ورک۔</w:t>
      </w:r>
    </w:p>
    <w:p>
      <w:r>
        <w:rPr>
          <w:b/>
        </w:rPr>
        <w:t xml:space="preserve">[35:47] </w:t>
      </w:r>
      <w:r>
        <w:t>if you have no time, then you have to,</w:t>
      </w:r>
    </w:p>
    <w:p>
      <w:pPr>
        <w:jc w:val="right"/>
      </w:pPr>
      <w:r>
        <w:t>اف یو ہیو نو ٹائم، دین یو ہیو ٹو،</w:t>
      </w:r>
    </w:p>
    <w:p>
      <w:r>
        <w:rPr>
          <w:b/>
        </w:rPr>
        <w:t xml:space="preserve">[35:53] </w:t>
      </w:r>
      <w:r>
        <w:t>ah, you take his address,</w:t>
      </w:r>
    </w:p>
    <w:p>
      <w:pPr>
        <w:jc w:val="right"/>
      </w:pPr>
      <w:r>
        <w:t>آہ، یو ٹیک ہم ایڈریس،</w:t>
      </w:r>
    </w:p>
    <w:p>
      <w:r>
        <w:rPr>
          <w:b/>
        </w:rPr>
        <w:t xml:space="preserve">[35:56] </w:t>
      </w:r>
      <w:r>
        <w:t>his address, his telephone number, so that you can contact.</w:t>
      </w:r>
    </w:p>
    <w:p>
      <w:pPr>
        <w:jc w:val="right"/>
      </w:pPr>
      <w:r>
        <w:t>ہز ایڈریس، ہز ٹیلی فون نمبر، سو دیٹ یو کین کنٹیکٹ۔</w:t>
      </w:r>
    </w:p>
    <w:p>
      <w:r>
        <w:rPr>
          <w:b/>
        </w:rPr>
        <w:t xml:space="preserve">[36:05] </w:t>
      </w:r>
      <w:r>
        <w:t>otherwise, everyone is busy. everyone is busy, to, ah, is not possible to,</w:t>
      </w:r>
    </w:p>
    <w:p>
      <w:pPr>
        <w:jc w:val="right"/>
      </w:pPr>
      <w:r>
        <w:t>ادروائز، ایوری ون از بزی۔ ایوری ون از بزی، تو، آہ، از ناٹ پاسیبل ٹو،</w:t>
      </w:r>
    </w:p>
    <w:p>
      <w:r>
        <w:rPr>
          <w:b/>
        </w:rPr>
        <w:t xml:space="preserve">[36:18] </w:t>
      </w:r>
      <w:r>
        <w:t>to do the work in complete sense with every person. practically, is not possible.</w:t>
      </w:r>
    </w:p>
    <w:p>
      <w:pPr>
        <w:jc w:val="right"/>
      </w:pPr>
      <w:r>
        <w:t>ٹو ڈو دا ورک ان کمپلیٹ سینس ود ایوری پرسن۔ پریکٹیکلی، از ناٹ پاسیبل۔</w:t>
      </w:r>
    </w:p>
    <w:p>
      <w:r>
        <w:rPr>
          <w:b/>
        </w:rPr>
        <w:t xml:space="preserve">[36:26] </w:t>
      </w:r>
      <w:r>
        <w:t>you do as, as you can do, according to your, according to your capacity, according to your time, according to the situation.</w:t>
      </w:r>
    </w:p>
    <w:p>
      <w:pPr>
        <w:jc w:val="right"/>
      </w:pPr>
      <w:r>
        <w:t>یو ڈو ایز، ایز یو کین ڈو، اکنڈنگ ٹو یور، اکنڈنگ ٹو یور کیپیسٹی، اکنڈنگ ٹو یور ٹائم، اکنڈنگ ٹو دا سچویشن۔</w:t>
      </w:r>
    </w:p>
    <w:p>
      <w:r>
        <w:rPr>
          <w:b/>
        </w:rPr>
        <w:t xml:space="preserve">[36:36] </w:t>
      </w:r>
      <w:r>
        <w:t>and then,</w:t>
      </w:r>
    </w:p>
    <w:p>
      <w:pPr>
        <w:jc w:val="right"/>
      </w:pPr>
      <w:r>
        <w:t>اینڈ دین،</w:t>
      </w:r>
    </w:p>
    <w:p>
      <w:r>
        <w:rPr>
          <w:b/>
        </w:rPr>
        <w:t xml:space="preserve">[36:40] </w:t>
      </w:r>
      <w:r>
        <w:t>then pray for him. there is the, yani practical solution.</w:t>
      </w:r>
    </w:p>
    <w:p>
      <w:pPr>
        <w:jc w:val="right"/>
      </w:pPr>
      <w:r>
        <w:t>دین پری فار ہم۔ دیر از دا، یعنی پریکٹیکل سولیوشن۔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