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Tazkiya-e-Nafs Book by Maulana Wahiduddin Khan</w:t>
      </w:r>
    </w:p>
    <w:p>
      <w:r>
        <w:t>https://www.youtube.com/watch?v=LbGPnJWmj1A</w:t>
      </w:r>
    </w:p>
    <w:p>
      <w:r>
        <w:rPr>
          <w:b/>
        </w:rPr>
        <w:t xml:space="preserve">[00:02] </w:t>
      </w:r>
      <w:r>
        <w:t>tazkiyah islam mein kitab "tazkiyah nafs" maulana wahiduddin khan, safha number 1.</w:t>
      </w:r>
    </w:p>
    <w:p>
      <w:pPr>
        <w:jc w:val="right"/>
      </w:pPr>
      <w:r>
        <w:t>تزکیہ اسلام میں کتاب "تزکیہ نفس" مولانا وحید الدین خان، صفحہ نمبر 1۔</w:t>
      </w:r>
    </w:p>
    <w:p>
      <w:r>
        <w:rPr>
          <w:b/>
        </w:rPr>
        <w:t xml:space="preserve">[00:14] </w:t>
      </w:r>
      <w:r>
        <w:t>quran mein paighambar ke char kaam bataye gaye hain, in mein se aik kaam tazkiyah nafs hai, surah number 2 ayat 129.</w:t>
      </w:r>
    </w:p>
    <w:p>
      <w:pPr>
        <w:jc w:val="right"/>
      </w:pPr>
      <w:r>
        <w:t>قرآن میں پیغمبر کے چار کام بتائے گئے ہیں، ان میں سے ایک کام تزکیہ نفس ہے، سورہ نمبر 2 آیت 129۔</w:t>
      </w:r>
    </w:p>
    <w:p>
      <w:r>
        <w:rPr>
          <w:b/>
        </w:rPr>
        <w:t xml:space="preserve">[00:24] </w:t>
      </w:r>
      <w:r>
        <w:t>is se tazkiyah ki ahmiyat maloom hoti hai.</w:t>
      </w:r>
    </w:p>
    <w:p>
      <w:pPr>
        <w:jc w:val="right"/>
      </w:pPr>
      <w:r>
        <w:t>اس سے تزکیہ کی اہمیت معلوم ہوتی ہے۔</w:t>
      </w:r>
    </w:p>
    <w:p>
      <w:r>
        <w:rPr>
          <w:b/>
        </w:rPr>
        <w:t xml:space="preserve">[00:27] </w:t>
      </w:r>
      <w:r>
        <w:t>ahl-e-iman ke liye zaroori hai ke woh tazkiyah nafs ko apni zindagi mein khusoosi hesiyat dein. isi tarah daai aur musleh ke liye zaroori hai ke woh apni jahd-o-juhd mein tazkiyah ke amal ko khusoosi ahmiyat ke sath shamil karein.</w:t>
      </w:r>
    </w:p>
    <w:p>
      <w:pPr>
        <w:jc w:val="right"/>
      </w:pPr>
      <w:r>
        <w:t>اہل ایمان کے لیے ضروری ہے کہ وہ تزکیہ نفس کو اپنی زندگی میں خصوصی حیثیت دیں۔ اسی طرح داعی اور مصلح کے لیے ضروری ہے کہ وہ اپنی جدوجہد میں تزکیہ کے عمل کو خصوصی اہمیت کے ساتھ شامل کریں۔</w:t>
      </w:r>
    </w:p>
    <w:p>
      <w:r>
        <w:rPr>
          <w:b/>
        </w:rPr>
        <w:t xml:space="preserve">[00:44] </w:t>
      </w:r>
      <w:r>
        <w:t>tazkiyah ke mani tahir yani purification ke hain, yani pak karna, nafs ki targheebat aur shaitan ke waswas se apne aap ko bachana,</w:t>
      </w:r>
    </w:p>
    <w:p>
      <w:pPr>
        <w:jc w:val="right"/>
      </w:pPr>
      <w:r>
        <w:t>تزکیہ کے معنی تطہیر یعنی پیوریفیکیشن کے ہیں، یعنی پاک کرنا، نفس کی ترغیبات اور شیطان کے وساوس سے اپنے آپ کو بچانا،</w:t>
      </w:r>
    </w:p>
    <w:p>
      <w:r>
        <w:rPr>
          <w:b/>
        </w:rPr>
        <w:t xml:space="preserve">[00:54] </w:t>
      </w:r>
      <w:r>
        <w:t>logon ki taraf se paish aane wale naghwaar tajrubaat ke mauqa par apne aap ko manfi rad-e-amal se mehfooz rakhna, un muharkaat se ghair mutaasir reh kar zindagi guzarna jo aadmi ko sirat-e-mustaqeem se hatane wale hain, waghera.</w:t>
      </w:r>
    </w:p>
    <w:p>
      <w:pPr>
        <w:jc w:val="right"/>
      </w:pPr>
      <w:r>
        <w:t>لوگوں کی طرف سے پیش آنے والے ناخوشگوار تجربات کے موقع پر اپنے آپ کو منفی ردعمل سے محفوظ رکھنا، ان محرکات سے غیر متاثر رہ کر زندگی گزارنا جو آدمی کو صراط مستقیم سے ہٹانے والے ہیں، وغیرہ۔</w:t>
      </w:r>
    </w:p>
    <w:p>
      <w:r>
        <w:rPr>
          <w:b/>
        </w:rPr>
        <w:t xml:space="preserve">[01:12] </w:t>
      </w:r>
      <w:r>
        <w:t>asal yeh hai ke insaan ko Allah taala ne sahih fitrat par paida kiya hai,</w:t>
      </w:r>
    </w:p>
    <w:p>
      <w:pPr>
        <w:jc w:val="right"/>
      </w:pPr>
      <w:r>
        <w:t>اصل یہ ہے کہ انسان کو اللہ تعالیٰ نے صحیح فطرت پر پیدا کیا ہے،</w:t>
      </w:r>
    </w:p>
    <w:p>
      <w:r>
        <w:rPr>
          <w:b/>
        </w:rPr>
        <w:t xml:space="preserve">[01:17] </w:t>
      </w:r>
      <w:r>
        <w:t>magar duniya ki zindagi mein baar baar aisa hota hai ke mukhtalif kharji asbaab ke tehat is sahih fitrat par parda padh jata hai.</w:t>
      </w:r>
    </w:p>
    <w:p>
      <w:pPr>
        <w:jc w:val="right"/>
      </w:pPr>
      <w:r>
        <w:t>مگر دنیا کی زندگی میں بار بار ایسا ہوتا ہے کہ مختلف خارجی اسباب کے تحت اس صحیح فطرت پر پردہ پڑ جاتا ہے۔</w:t>
      </w:r>
    </w:p>
    <w:p>
      <w:r>
        <w:rPr>
          <w:b/>
        </w:rPr>
        <w:t xml:space="preserve">[01:27] </w:t>
      </w:r>
      <w:r>
        <w:t>aadmi ko chahiye ke woh aise kharji asraat ko pehchane aur apne aap ko musalsal taur par is se bachata rahe. Paighambar ka kaam yeh hai ke woh logon ko is tazkiya ke usool se ba-khabar kare, woh is aitbaar se musalsal taur par logon ki rehnumai kare,</w:t>
      </w:r>
    </w:p>
    <w:p>
      <w:pPr>
        <w:jc w:val="right"/>
      </w:pPr>
      <w:r>
        <w:t>آدمی کو چاہیے کہ وہ ایسے خارجی اثرات کو پہچانے اور اپنے آپ کو مسلسل طور پر اس سے بچاتا رہے۔ پیغمبر کا کام یہ ہے کہ وہ لوگوں کو اس تزکیہ کے اصول سے باخبر کرے، وہ اس اعتبار سے مسلسل طور پر لوگوں کی رہنمائی کرے،</w:t>
      </w:r>
    </w:p>
    <w:p>
      <w:r>
        <w:rPr>
          <w:b/>
        </w:rPr>
        <w:t xml:space="preserve">[01:46] </w:t>
      </w:r>
      <w:r>
        <w:t>isi ke saath woh is pehlu se logon ke liye ek amli namoona ban jaye. Paighambar ne tazkiya ke is kaam ko apne muasireen ke darmiyan barah-e-rast taur par anjaam diya.</w:t>
      </w:r>
    </w:p>
    <w:p>
      <w:pPr>
        <w:jc w:val="right"/>
      </w:pPr>
      <w:r>
        <w:t>اسی کے ساتھ وہ اس پہلو سے لوگوں کے لیے ایک عملی نمونہ بن جائے۔ پیغمبر نے تزکیہ کے اس کام کو اپنے معاصرین کے درمیان براہ راست طور پر انجام دیا۔</w:t>
      </w:r>
    </w:p>
    <w:p>
      <w:r>
        <w:rPr>
          <w:b/>
        </w:rPr>
        <w:t xml:space="preserve">[01:59] </w:t>
      </w:r>
      <w:r>
        <w:t>baad ki naslon ke liye paighambar ka yeh kaam bil-wasta andaaz mein jaari hai. Paighambar ke qaul o amal ka mukammal record hadith aur seerat ki kitabon taiz aasaar-e-sahaba mein maujood hai.</w:t>
      </w:r>
    </w:p>
    <w:p>
      <w:pPr>
        <w:jc w:val="right"/>
      </w:pPr>
      <w:r>
        <w:t>بعد کی نسلوں کے لیے پیغمبر کا یہ کام بالواسطہ انداز میں جاری ہے۔ پیغمبر کے قول و عمل کا مکمل ریکارڈ حدیث اور سیرت کی کتابوں نیز آثار صحابہ میں موجود ہے۔</w:t>
      </w:r>
    </w:p>
    <w:p>
      <w:r>
        <w:rPr>
          <w:b/>
        </w:rPr>
        <w:t xml:space="preserve">[02:13] </w:t>
      </w:r>
      <w:r>
        <w:t>baad ke logon ka kaam yeh hai ke woh is tehreeri record ko padh kar is se rehnumai hasil karein. Jo log khud mutala kar sakte hain woh barah-e-rast taur par is ka mutala karein, aur jo log khud mutala nahi kar sakte un ko musleh-e-ummat naseehat aur talqeen ke zariye tazkiya ke is course ko apni zindagi mein ikhtiyar karne ki targheeb dete rahein.</w:t>
      </w:r>
    </w:p>
    <w:p>
      <w:pPr>
        <w:jc w:val="right"/>
      </w:pPr>
      <w:r>
        <w:t>بعد کے لوگوں کا کام یہ ہے کہ وہ اس تحریری ریکارڈ کو پڑھ کر اس سے رہنمائی حاصل کریں۔ جو لوگ خود مطالعہ کر سکتے ہیں وہ براہ راست طور پر اس کا مطالعہ کریں، اور جو لوگ خود مطالعہ نہیں کر سکتے ان کو مصلحین امت نصیحت اور تلقین کے ذریعے تزکیہ کے اس کورس کو اپنی زندگی میں اختیار کرنے کی ترغیب دیتے رہیں۔</w:t>
      </w:r>
    </w:p>
    <w:p>
      <w:r>
        <w:rPr>
          <w:b/>
        </w:rPr>
        <w:t xml:space="preserve">[02:41] </w:t>
      </w:r>
      <w:r>
        <w:t>tazkiya ki haqeeqat kitab "tazkiya-e-nafs" Maulana Wahiduddin Khan, safha number 2.</w:t>
      </w:r>
    </w:p>
    <w:p>
      <w:pPr>
        <w:jc w:val="right"/>
      </w:pPr>
      <w:r>
        <w:t>تزکیہ کی حقیقت کتاب "تزکیہ نفس" مولانا وحید الدین خان، صفحہ نمبر 2۔</w:t>
      </w:r>
    </w:p>
    <w:p>
      <w:r>
        <w:rPr>
          <w:b/>
        </w:rPr>
        <w:t xml:space="preserve">[02:52] </w:t>
      </w:r>
      <w:r>
        <w:t>paighambar ke farayez mein se ek fariza woh hai jis ke liye Quran mein tazkiya yaani surah number 2 ayat 129 ka lafz aaya hai. Har momin ki yeh lazmi zaroorat hai ke woh apna tazkiya kare.</w:t>
      </w:r>
    </w:p>
    <w:p>
      <w:pPr>
        <w:jc w:val="right"/>
      </w:pPr>
      <w:r>
        <w:t>پیغمبر کے فرائض میں سے ایک فریضہ وہ ہے جس کے لیے قرآن میں تزکیہ یعنی سورہ نمبر 2 آیت 129 کا لفظ آیا ہے۔ ہر مومن کی یہ لازمی ضرورت ہے کہ وہ اپنا تزکیہ کرے۔</w:t>
      </w:r>
    </w:p>
    <w:p>
      <w:r>
        <w:rPr>
          <w:b/>
        </w:rPr>
        <w:t xml:space="preserve">[03:06] </w:t>
      </w:r>
      <w:r>
        <w:t>tazkiya ke baghair woh aala shakhsiyat nahi banti jis ko Quran mein rabbani shakhsiyat, surah number 3 ayat 79 kaha gaya hai.</w:t>
      </w:r>
    </w:p>
    <w:p>
      <w:pPr>
        <w:jc w:val="right"/>
      </w:pPr>
      <w:r>
        <w:t>تزکیہ کے بغیر وہ اعلیٰ شخصیت نہیں بنتی جس کو قرآن میں ربانی شخصیت، سورہ نمبر 3 آیت 79 کہا گیا ہے۔</w:t>
      </w:r>
    </w:p>
    <w:p>
      <w:r>
        <w:rPr>
          <w:b/>
        </w:rPr>
        <w:t xml:space="preserve">[03:16] </w:t>
      </w:r>
      <w:r>
        <w:t>haqeeqat yeh hai ke tazkiya hi kisi insaan ke liye jannat mein dakhle ka zariya banega, surah number 20 ayat number 76.</w:t>
      </w:r>
    </w:p>
    <w:p>
      <w:pPr>
        <w:jc w:val="right"/>
      </w:pPr>
      <w:r>
        <w:t>حقیقت یہ ہے کہ تزکیہ ہی کسی انسان کے لیے جنت میں داخلے کا ذریعہ بنے گا، سورہ نمبر 20 آیت نمبر 76۔</w:t>
      </w:r>
    </w:p>
    <w:p>
      <w:r>
        <w:rPr>
          <w:b/>
        </w:rPr>
        <w:t xml:space="preserve">[03:26] </w:t>
      </w:r>
      <w:r>
        <w:t>tazkiya ka lafzi matlab namu ya afzaish yaani growth hai. Is namu ki ek maadi misaal darakht hai.</w:t>
      </w:r>
    </w:p>
    <w:p>
      <w:pPr>
        <w:jc w:val="right"/>
      </w:pPr>
      <w:r>
        <w:t>تزکیہ کا لفظی مطلب نمو یا افزائش یعنی گروتھ ہے۔ اس نمو کی ایک مادی مثال درخت ہے۔</w:t>
      </w:r>
    </w:p>
    <w:p>
      <w:r>
        <w:rPr>
          <w:b/>
        </w:rPr>
        <w:t xml:space="preserve">[03:36] </w:t>
      </w:r>
      <w:r>
        <w:t>darakht ek beej ki namu-pazeeri ka nateeja hota hai. Ek beej mawaafiq mahaul pa kar badhna shuru hota hai, yahan tak ke woh ek hara bhara darakht ban jata hai.</w:t>
      </w:r>
    </w:p>
    <w:p>
      <w:pPr>
        <w:jc w:val="right"/>
      </w:pPr>
      <w:r>
        <w:t>درخت ایک بیج کی نمو پذیری کا نتیجہ ہوتا ہے۔ ایک بیج موافق ماحول پا کر بڑھنا شروع ہوتا ہے، یہاں تک کہ وہ ایک ہرا بھرا درخت بن جاتا ہے۔</w:t>
      </w:r>
    </w:p>
    <w:p>
      <w:r>
        <w:rPr>
          <w:b/>
        </w:rPr>
        <w:t xml:space="preserve">[03:48] </w:t>
      </w:r>
      <w:r>
        <w:t>yahi muamla insani tazkiya ka bhi hai. Is aitbaar se tazkiya ko rohani irtiqaa ya zehni irtiqaa yaani intellectual development bhi kaha ja sakta hai.</w:t>
      </w:r>
    </w:p>
    <w:p>
      <w:pPr>
        <w:jc w:val="right"/>
      </w:pPr>
      <w:r>
        <w:t>یہی معاملہ انسانی تزکیے کا بھی ہے۔ اس اعتبار سے تزکیے کو روحانی ارتقاء یا ذہنی ارتقاء یعنی انٹلیکچول ڈیولپمنٹ بھی کہا جا سکتا ہے۔</w:t>
      </w:r>
    </w:p>
    <w:p>
      <w:r>
        <w:rPr>
          <w:b/>
        </w:rPr>
        <w:t xml:space="preserve">[04:03] </w:t>
      </w:r>
      <w:r>
        <w:t>Allah taala ne insaan ko bohat se imkanaat yaani potentials ke saath paida kiya hai. Insani shakhsiyat ke in imkanaat ko waqea yaani actual banane ka naam tazkiya hai.</w:t>
      </w:r>
    </w:p>
    <w:p>
      <w:pPr>
        <w:jc w:val="right"/>
      </w:pPr>
      <w:r>
        <w:t>اللہ تعالیٰ نے انسان کو بہت سے امکانات یعنی پوٹینشلز کے ساتھ پیدا کیا ہے۔ انسانی شخصیت کے ان امکانات کو واقعہ یعنی ایکچول بنانے کا نام تزکیہ ہے۔</w:t>
      </w:r>
    </w:p>
    <w:p>
      <w:r>
        <w:rPr>
          <w:b/>
        </w:rPr>
        <w:t xml:space="preserve">[04:16] </w:t>
      </w:r>
      <w:r>
        <w:t>is aitbaar se yeh kehna durust hoga ke tazkiya ka matlab hai rabbani buniyadon par insani shakhsiyat ki taameer.</w:t>
      </w:r>
    </w:p>
    <w:p>
      <w:pPr>
        <w:jc w:val="right"/>
      </w:pPr>
      <w:r>
        <w:t>اس اعتبار سے یہ کہنا درست ہوگا کہ تزکیہ کا مطلب ہے ربانی بنیادوں پر انسانی شخصیت کی تعمیر۔</w:t>
      </w:r>
    </w:p>
    <w:p>
      <w:r>
        <w:rPr>
          <w:b/>
        </w:rPr>
        <w:t xml:space="preserve">[04:26] </w:t>
      </w:r>
      <w:r>
        <w:t>aadmi jab imaan lata hai to woh darasal tazkiya ke safar ka aaghaz karta hai,</w:t>
      </w:r>
    </w:p>
    <w:p>
      <w:pPr>
        <w:jc w:val="right"/>
      </w:pPr>
      <w:r>
        <w:t>آدمی جب ایمان لاتا ہے تو وہ دراصل تزکیہ کے سفر کا آغاز کرتا ہے،</w:t>
      </w:r>
    </w:p>
    <w:p>
      <w:r>
        <w:rPr>
          <w:b/>
        </w:rPr>
        <w:t xml:space="preserve">[04:32] </w:t>
      </w:r>
      <w:r>
        <w:t>yahan tak ke dheere dheere woh ek muzakka insaan ya zehni aur rohani aitbaar se ek irtiqaa-yafta shakhsiyat yaani developed personality ban jata hai.</w:t>
      </w:r>
    </w:p>
    <w:p>
      <w:pPr>
        <w:jc w:val="right"/>
      </w:pPr>
      <w:r>
        <w:t>یہاں تک کہ دھیرے دھیرے وہ ایک مزک انسان یا ذہنی اور روحانی اعتبار سے ایک ارتقاء یافتہ شخصیت یعنی ڈیولپڈ پرسنیلٹی بن جاتا ہے۔</w:t>
      </w:r>
    </w:p>
    <w:p>
      <w:r>
        <w:rPr>
          <w:b/>
        </w:rPr>
        <w:t xml:space="preserve">[04:44] </w:t>
      </w:r>
      <w:r>
        <w:t>yahi woh insaan hai jis ko aakhirat ki abadi jannat, eternal paradise mein dakhla milega. Tazkiya kisi purasrar cheez ka naam nahi.</w:t>
      </w:r>
    </w:p>
    <w:p>
      <w:pPr>
        <w:jc w:val="right"/>
      </w:pPr>
      <w:r>
        <w:t>یہی وہ انسان ہے جس کو آخرت کی ابدی جنت، ایٹرنل پیراڈائز میں داخلہ ملے گا۔ تزکیہ کسی پراسرار چیز کا نام نہیں۔</w:t>
      </w:r>
    </w:p>
    <w:p>
      <w:r>
        <w:rPr>
          <w:b/>
        </w:rPr>
        <w:t xml:space="preserve">[04:55] </w:t>
      </w:r>
      <w:r>
        <w:t>tazkiya ka zariya muraqba yaani meditation nahi, balke tazkiya ka zariya ghore-o-fikr yaani contemplation hai.</w:t>
      </w:r>
    </w:p>
    <w:p>
      <w:pPr>
        <w:jc w:val="right"/>
      </w:pPr>
      <w:r>
        <w:t>تزکیہ کا ذریعہ مراقبہ یعنی میڈیٹیشن نہیں، بلکہ تزکیہ کا ذریعہ غور و فکر یعنی کانٹمپلیشن ہے۔</w:t>
      </w:r>
    </w:p>
    <w:p>
      <w:r>
        <w:rPr>
          <w:b/>
        </w:rPr>
        <w:t xml:space="preserve">[05:05] </w:t>
      </w:r>
      <w:r>
        <w:t>apni zaat aur kainat ke baray mein ghore-o-fikr karna aur un se marifat ka zehni ya fikri rizq hasil karna, yahi woh amal yaani process hai jis se aadmi ke andar muzakka shakhsiyat banti hai.</w:t>
      </w:r>
    </w:p>
    <w:p>
      <w:pPr>
        <w:jc w:val="right"/>
      </w:pPr>
      <w:r>
        <w:t>اپنی ذات اور کائنات کے بارے میں غور و فکر کرنا اور ان سے معرفت کا ذہنی یا فکری رزق حاصل کرنا، یہی وہ عمل یعنی پروسیس ہے جس سے آدمی کے اندر مزک شخصیت بنتی ہے۔</w:t>
      </w:r>
    </w:p>
    <w:p>
      <w:r>
        <w:rPr>
          <w:b/>
        </w:rPr>
        <w:t xml:space="preserve">[05:20] </w:t>
      </w:r>
      <w:r>
        <w:t>tazkiya ek maloom haqeeqat hai, na ke koi majhool haqeeqat.</w:t>
      </w:r>
    </w:p>
    <w:p>
      <w:pPr>
        <w:jc w:val="right"/>
      </w:pPr>
      <w:r>
        <w:t>تزکیہ ایک معلوم حقیقت ہے، نہ کہ کوئی مجہول حقیقت۔</w:t>
      </w:r>
    </w:p>
    <w:p>
      <w:r>
        <w:rPr>
          <w:b/>
        </w:rPr>
        <w:t xml:space="preserve">[05:25] </w:t>
      </w:r>
      <w:r>
        <w:t>yeh tazkiya insaan ki apni koshish se hasil hota hai, kisi mafroozah buzurg ke purasrar faiz se is ka koi taalluq nahi.</w:t>
      </w:r>
    </w:p>
    <w:p>
      <w:pPr>
        <w:jc w:val="right"/>
      </w:pPr>
      <w:r>
        <w:t>یہ تزکیہ انسان کی اپنی کوشش سے حاصل ہوتا ہے، کسی مفروضہ بزرگ کے پراسرار فیض سے اس کا کوئی تعلق نہیں۔</w:t>
      </w:r>
    </w:p>
    <w:p>
      <w:r>
        <w:rPr>
          <w:b/>
        </w:rPr>
        <w:t xml:space="preserve">[05:37] </w:t>
      </w:r>
      <w:r>
        <w:t>tazkiya ki ahmiyat kitab "tazkiya-e-nafs" Maulana Wahiduddin Khan, safha number 3.</w:t>
      </w:r>
    </w:p>
    <w:p>
      <w:pPr>
        <w:jc w:val="right"/>
      </w:pPr>
      <w:r>
        <w:t>تزکیہ کی اہمیت کتاب "تزکیہ نفس" مولانا وحید الدین خان، صفحہ نمبر 3۔</w:t>
      </w:r>
    </w:p>
    <w:p>
      <w:r>
        <w:rPr>
          <w:b/>
        </w:rPr>
        <w:t xml:space="preserve">[05:49] </w:t>
      </w:r>
      <w:r>
        <w:t>ek riwayat hadith ki mukhtalif kitabon mein</w:t>
      </w:r>
    </w:p>
    <w:p>
      <w:pPr>
        <w:jc w:val="right"/>
      </w:pPr>
      <w:r>
        <w:t>ایک روایت حدیث کی مختلف کتابوں میں</w:t>
      </w:r>
    </w:p>
    <w:p>
      <w:r>
        <w:rPr>
          <w:b/>
        </w:rPr>
        <w:t xml:space="preserve">[05:52] </w:t>
      </w:r>
      <w:r>
        <w:t>aai hai, sahih muslim ke alfaaz yeh hain: "jab ahl-e-jannat jannat mein dakhil honge aur ahl-e-jahannum jahannum mein</w:t>
      </w:r>
    </w:p>
    <w:p>
      <w:pPr>
        <w:jc w:val="right"/>
      </w:pPr>
      <w:r>
        <w:t>آئی ہے، صحیح مسلم کے الفاظ یہ ہیں: "اذا دخل اہل الجنت الجنت واہل النار النار</w:t>
      </w:r>
    </w:p>
    <w:p>
      <w:r>
        <w:rPr>
          <w:b/>
        </w:rPr>
        <w:t xml:space="preserve">[06:01] </w:t>
      </w:r>
      <w:r>
        <w:t>aur maut ko laaya jayega qayamat ke din, goya ke woh ek meda rang ka mendha hoga. Phir usay jannat aur jahannum ke darmiyan khada kiya jayega aur kaha jayega, ae ahl-e-jannat, kya tum jaante ho</w:t>
      </w:r>
    </w:p>
    <w:p>
      <w:pPr>
        <w:jc w:val="right"/>
      </w:pPr>
      <w:r>
        <w:t>یجا بالموت یوم القیامت کانہ کبش املح فیوقف بین الجنت والنار فیقال یا اہل الجنت ہل تعرفون</w:t>
      </w:r>
    </w:p>
    <w:p>
      <w:r>
        <w:rPr>
          <w:b/>
        </w:rPr>
        <w:t xml:space="preserve">[06:13] </w:t>
      </w:r>
      <w:r>
        <w:t>aur woh khushi se dekhenge aur kahenge, haan, maut.</w:t>
      </w:r>
    </w:p>
    <w:p>
      <w:pPr>
        <w:jc w:val="right"/>
      </w:pPr>
      <w:r>
        <w:t>فیشرون وینظرون ویقولون نعم الموت</w:t>
      </w:r>
    </w:p>
    <w:p>
      <w:r>
        <w:rPr>
          <w:b/>
        </w:rPr>
        <w:t xml:space="preserve">[06:18] </w:t>
      </w:r>
      <w:r>
        <w:t>Phir kaha jayega, ae ahl-e-jahannum, kya tum jaante ho</w:t>
      </w:r>
    </w:p>
    <w:p>
      <w:pPr>
        <w:jc w:val="right"/>
      </w:pPr>
      <w:r>
        <w:t>قال ثم یقال یا اہل النار ہل تعرفون</w:t>
      </w:r>
    </w:p>
    <w:p>
      <w:r>
        <w:rPr>
          <w:b/>
        </w:rPr>
        <w:t xml:space="preserve">[06:23] </w:t>
      </w:r>
      <w:r>
        <w:t>aur woh khushi se dekhenge aur kahenge, haan, maut. Phir usay guzara jayega aur zabah kar diya jayega. Phir kaha jayega, ae ahl-e-jannat, hamesha rehne ke liye ho, maut nahi. Aur ae</w:t>
      </w:r>
    </w:p>
    <w:p>
      <w:pPr>
        <w:jc w:val="right"/>
      </w:pPr>
      <w:r>
        <w:t>فیشرون وینظرون ویقولون نعم الموت قال فیمر بہ فیذبح ثم یقال یا اہل الجنت خلود فلا موت ویا</w:t>
      </w:r>
    </w:p>
    <w:p>
      <w:r>
        <w:rPr>
          <w:b/>
        </w:rPr>
        <w:t xml:space="preserve">[06:36] </w:t>
      </w:r>
      <w:r>
        <w:t>ahl-e-jahannum</w:t>
      </w:r>
    </w:p>
    <w:p>
      <w:pPr>
        <w:jc w:val="right"/>
      </w:pPr>
      <w:r>
        <w:t>اہل النار</w:t>
      </w:r>
    </w:p>
    <w:p>
      <w:r>
        <w:rPr>
          <w:b/>
        </w:rPr>
        <w:t xml:space="preserve">[06:37] </w:t>
      </w:r>
      <w:r>
        <w:t>hamesha ke liye ho, ab maut nahi. Sahih Muslim, hadith number 2849. Yani qayamat mein jab jannat wale jannat mein dakhil ho jayenge aur jahannum wale jahannum mein dakhil ho jayenge to wahan maut ko laya jayega,</w:t>
      </w:r>
    </w:p>
    <w:p>
      <w:pPr>
        <w:jc w:val="right"/>
      </w:pPr>
      <w:r>
        <w:t>خلود فلا موت صحیح مسلم رقم الحدیث 2849 یعنی قیامت میں جب جنت والے جنت میں داخل ہو جائیں گے اور جہنم والے جہنم میں داخل ہو جائیں گے تو وہاں موت کو لایا جائے گا،</w:t>
      </w:r>
    </w:p>
    <w:p>
      <w:r>
        <w:rPr>
          <w:b/>
        </w:rPr>
        <w:t xml:space="preserve">[06:57] </w:t>
      </w:r>
      <w:r>
        <w:t>woh ek safed mendhe ki surat mein hogi, usko jannat aur jahannum ke darmiyan khada kiya jayega, phir kaha jayega ke ae jannat walon!</w:t>
      </w:r>
    </w:p>
    <w:p>
      <w:pPr>
        <w:jc w:val="right"/>
      </w:pPr>
      <w:r>
        <w:t>وہ ایک سفید مینڈھے کی صورت میں ہوگی، اس کو جنت اور جہنم کے درمیان کھڑا کیا جائے گا، پھر کہا جائے گا کہ اے جنت والوں!</w:t>
      </w:r>
    </w:p>
    <w:p>
      <w:r>
        <w:rPr>
          <w:b/>
        </w:rPr>
        <w:t xml:space="preserve">[07:07] </w:t>
      </w:r>
      <w:r>
        <w:t>kya tum log isko pehante ho? Phir woh isko gardan utha kar dekhenge aur kahenge ke haan, yeh maut hai.</w:t>
      </w:r>
    </w:p>
    <w:p>
      <w:pPr>
        <w:jc w:val="right"/>
      </w:pPr>
      <w:r>
        <w:t>کیا تم لوگ اس کو پہچانتے ہو؟ پھر وہ اس کو گردن اٹھا کر دیکھیں گے اور کہیں گے کہ ہاں، یہ موت ہے۔</w:t>
      </w:r>
    </w:p>
    <w:p>
      <w:r>
        <w:rPr>
          <w:b/>
        </w:rPr>
        <w:t xml:space="preserve">[07:16] </w:t>
      </w:r>
      <w:r>
        <w:t>aap ne farmaya ke iske baad jahannum walon se kaha jayega ke ae jahannum walon! Kya tum log isko pehante ho? Phir woh sar utha kar isko dekhenge aur kahenge ke haan, yeh maut hai.</w:t>
      </w:r>
    </w:p>
    <w:p>
      <w:pPr>
        <w:jc w:val="right"/>
      </w:pPr>
      <w:r>
        <w:t>آپ نے فرمایا کہ اس کے بعد جہنم والوں سے کہا جائے گا کہ اے جہنم والوں! کیا تم لوگ اس کو پہچانتے ہو؟ پھر وہ سر اٹھا کر اس کو دیکھیں گے اور کہیں گے کہ ہاں، یہ موت ہے۔</w:t>
      </w:r>
    </w:p>
    <w:p>
      <w:r>
        <w:rPr>
          <w:b/>
        </w:rPr>
        <w:t xml:space="preserve">[07:29] </w:t>
      </w:r>
      <w:r>
        <w:t>aap ne farmaya ke iske baad hukum diya jayega aur maut ko zabah kar diya jayega, phir kaha jayega ke ae jannat walon!</w:t>
      </w:r>
    </w:p>
    <w:p>
      <w:pPr>
        <w:jc w:val="right"/>
      </w:pPr>
      <w:r>
        <w:t>آپ نے فرمایا کہ اس کے بعد حکم دیا جائے گا اور موت کو ذبح کر دیا جائے گا، پھر کہا جائے گا کہ اے جنت والوں!</w:t>
      </w:r>
    </w:p>
    <w:p>
      <w:r>
        <w:rPr>
          <w:b/>
        </w:rPr>
        <w:t xml:space="preserve">[07:39] </w:t>
      </w:r>
      <w:r>
        <w:t>ab tumhare liye hamesha hai, ab tumhare liye maut nahi</w:t>
      </w:r>
    </w:p>
    <w:p>
      <w:pPr>
        <w:jc w:val="right"/>
      </w:pPr>
      <w:r>
        <w:t>اب تمہارے لیے ہمیشگی ہے، اب تمہارے لیے موت نہیں</w:t>
      </w:r>
    </w:p>
    <w:p>
      <w:r>
        <w:rPr>
          <w:b/>
        </w:rPr>
        <w:t xml:space="preserve">[07:43] </w:t>
      </w:r>
      <w:r>
        <w:t>. Ae jahannum walon! Ab tumhare liye hamesha hai, ab tumhare liye maut nahi. Tazkiya kya hai?</w:t>
      </w:r>
    </w:p>
    <w:p>
      <w:pPr>
        <w:jc w:val="right"/>
      </w:pPr>
      <w:r>
        <w:t>۔ اے جہنم والوں! اب تمہارے لیے ہمیشگی ہے، اب تمہارے لیے موت نہیں۔ تزکیہ کیا ہے؟</w:t>
      </w:r>
    </w:p>
    <w:p>
      <w:r>
        <w:rPr>
          <w:b/>
        </w:rPr>
        <w:t xml:space="preserve">[07:52] </w:t>
      </w:r>
      <w:r>
        <w:t>tazkiya ka matlab hai apne aap ko woh mazak shakhsiyat yani purified personality banana jo jannat ke aala mahol mein basaye jaane ke qabil ho.</w:t>
      </w:r>
    </w:p>
    <w:p>
      <w:pPr>
        <w:jc w:val="right"/>
      </w:pPr>
      <w:r>
        <w:t>تزکیہ کا مطلب ہے اپنے آپ کو وہ مزک شخصیت یعنی پیوریفائیڈ پرسنیلٹی بنانا جو جنت کے اعلیٰ ماحول میں بسائے جانے کے قابل ہو۔</w:t>
      </w:r>
    </w:p>
    <w:p>
      <w:r>
        <w:rPr>
          <w:b/>
        </w:rPr>
        <w:t xml:space="preserve">[08:04] </w:t>
      </w:r>
      <w:r>
        <w:t>qayamat mein yeh waqia pesh aayega ke jab mazak afraad jannat mein aur ghair mazak afraad jahannum mein dakhil kar diye jayenge to iske baad yeh aelan kiya jayega ke ab maut ka qanoon khatm kar diya gaya hai,</w:t>
      </w:r>
    </w:p>
    <w:p>
      <w:pPr>
        <w:jc w:val="right"/>
      </w:pPr>
      <w:r>
        <w:t>قیامت میں یہ واقعہ پیش آئے گا کہ جب مزک افراد جنت میں اور غیر مزک افراد جہنم میں داخل کر دیے جائیں گے تو اس کے بعد یہ اعلان کیا جائے گا کہ اب موت کا قانون ختم کر دیا گیا ہے،</w:t>
      </w:r>
    </w:p>
    <w:p>
      <w:r>
        <w:rPr>
          <w:b/>
        </w:rPr>
        <w:t xml:space="preserve">[08:18] </w:t>
      </w:r>
      <w:r>
        <w:t>ab dono grohon ko abadi taur par apni apni duniya mein rehna hai. Yeh bada ajeeb lamha hoga, jannat wale masroor honge ke unhein abadi taur par khushiyon ki duniya hasil ho gayi,</w:t>
      </w:r>
    </w:p>
    <w:p>
      <w:pPr>
        <w:jc w:val="right"/>
      </w:pPr>
      <w:r>
        <w:t>اب دونوں گروہوں کو ابدی طور پر اپنی اپنی دنیا میں رہنا ہے۔ یہ بڑا عجیب لمحہ ہوگا، جنت والے مسرور ہوں گے کہ انہیں ابدی طور پر خوشیوں کی دنیا حاصل ہوگئی،</w:t>
      </w:r>
    </w:p>
    <w:p>
      <w:r>
        <w:rPr>
          <w:b/>
        </w:rPr>
        <w:t xml:space="preserve">[08:31] </w:t>
      </w:r>
      <w:r>
        <w:t>dusri taraf jahannum wale naqabil-e-bayan hasrat mein mubtala ho jayenge. Yeh soch unke liye ek daimi azab ban jayegi ke apna tazkiya na karne ki wajah se woh kitni badi mehroomi mein mubtala ho gaye.</w:t>
      </w:r>
    </w:p>
    <w:p>
      <w:pPr>
        <w:jc w:val="right"/>
      </w:pPr>
      <w:r>
        <w:t>دوسری طرف جہنم والے ناقابل بیان حسرت میں مبتلا ہو جائیں گے۔ یہ سوچ ان کے لیے ایک دائمی عذاب بن جائے گی کہ اپنا تزکیہ نہ کرنے کی وجہ سے وہ کتنی بڑی محرومی میں مبتلا ہو گئے۔</w:t>
      </w:r>
    </w:p>
    <w:p>
      <w:r>
        <w:rPr>
          <w:b/>
        </w:rPr>
        <w:t xml:space="preserve">[08:47] </w:t>
      </w:r>
      <w:r>
        <w:t>yeh ehsas tazkiya ke amal ke liye bilashuba ek taqatwar muharrik hai.</w:t>
      </w:r>
    </w:p>
    <w:p>
      <w:pPr>
        <w:jc w:val="right"/>
      </w:pPr>
      <w:r>
        <w:t>یہ احساس تزکیہ کے عمل کے لیے بلاشبہ ایک طاقتور محرک ہے۔</w:t>
      </w:r>
    </w:p>
    <w:p>
      <w:r>
        <w:rPr>
          <w:b/>
        </w:rPr>
        <w:t xml:space="preserve">[08:52] </w:t>
      </w:r>
      <w:r>
        <w:t>us waqt yeh aakhri umeed bhi unka saath chhod degi ke shayad kabhi hamari maut aa jaye aur woh hamein jahannum ke azab se nijat de de.</w:t>
      </w:r>
    </w:p>
    <w:p>
      <w:pPr>
        <w:jc w:val="right"/>
      </w:pPr>
      <w:r>
        <w:t>اس وقت یہ آخری امید بھی ان کا ساتھ چھوڑ دے گی کہ شاید کبھی ہماری موت آ جائے اور وہ ہمیں جہنم کے عذاب سے نجات دے دے۔</w:t>
      </w:r>
    </w:p>
    <w:p>
      <w:r>
        <w:rPr>
          <w:b/>
        </w:rPr>
        <w:t xml:space="preserve">[09:04] </w:t>
      </w:r>
      <w:r>
        <w:t>yeh ahl-e-jannat ke liye abadi farhat ka lamha hoga aur ahl-e-jahannum ke liye abadi hasrat ka lamha.</w:t>
      </w:r>
    </w:p>
    <w:p>
      <w:pPr>
        <w:jc w:val="right"/>
      </w:pPr>
      <w:r>
        <w:t>یہ اہل جنت کے لیے ابدی فرحت کا لمحہ ہوگا اور اہل جہنم کے لیے ابدی حسرت کا لمحہ۔</w:t>
      </w:r>
    </w:p>
    <w:p>
      <w:r>
        <w:rPr>
          <w:b/>
        </w:rPr>
        <w:t xml:space="preserve">[09:15] </w:t>
      </w:r>
      <w:r>
        <w:t>jannat mazak shakhsiyat ke liye kitab "Tazkiya-e-Nafs" Maulana Wahiduddin Khan, safha number 5.</w:t>
      </w:r>
    </w:p>
    <w:p>
      <w:pPr>
        <w:jc w:val="right"/>
      </w:pPr>
      <w:r>
        <w:t>جنت مزک شخصیت کے لیے کتاب "تزکیہ نفس" مولانا وحید الدین خان، صفحہ نمبر 5۔</w:t>
      </w:r>
    </w:p>
    <w:p>
      <w:r>
        <w:rPr>
          <w:b/>
        </w:rPr>
        <w:t xml:space="preserve">[09:28] </w:t>
      </w:r>
      <w:r>
        <w:t>quran ki surah Taha mein jannat ke bare mein bataya gaya hai ke "Zalika jaza man tazka" surah number 20 ayat 76 yani jannat us shakhs ke liye hai jo apna tazkiya kare.</w:t>
      </w:r>
    </w:p>
    <w:p>
      <w:pPr>
        <w:jc w:val="right"/>
      </w:pPr>
      <w:r>
        <w:t>قرآن کی سورہ طہ میں جنت کے بارے میں بتایا گیا ہے کہ "ذالک جزا من تزکا" سورہ نمبر 20 آیت 76 یعنی جنت اس شخص کے لیے ہے جو اپنا تزکیہ کرے۔</w:t>
      </w:r>
    </w:p>
    <w:p>
      <w:r>
        <w:rPr>
          <w:b/>
        </w:rPr>
        <w:t xml:space="preserve">[09:42] </w:t>
      </w:r>
      <w:r>
        <w:t>Paradise is for one who purifies himself. Quran ki is ayat ke mutabiq jannat sirf us shakhs ke liye hai jo maujooda duniya mein apna tazkiya kare aur ek mazak shakhsiyat ke sath akhirat ki duniya mein pahunche.</w:t>
      </w:r>
    </w:p>
    <w:p>
      <w:pPr>
        <w:jc w:val="right"/>
      </w:pPr>
      <w:r>
        <w:t>پیراڈائز از فار ون ہو پیوریفائیز ہم سیلف۔ قرآن کی اس آیت کے مطابق جنت صرف اس شخص کے لیے ہے جو موجودہ دنیا میں اپنا تزکیہ کرے اور ایک مزک شخصیت کے ساتھ آخرت کی دنیا میں پہنچے۔</w:t>
      </w:r>
    </w:p>
    <w:p>
      <w:r>
        <w:rPr>
          <w:b/>
        </w:rPr>
        <w:t xml:space="preserve">[09:58] </w:t>
      </w:r>
      <w:r>
        <w:t>yeh haqeeqat quran ki mukhtalif ayaton mein wazeh taur par bayan ki gayi hai.</w:t>
      </w:r>
    </w:p>
    <w:p>
      <w:pPr>
        <w:jc w:val="right"/>
      </w:pPr>
      <w:r>
        <w:t>یہ حقیقت قرآن کی مختلف آیتوں میں واضح طور پر بیان کی گئی ہے۔</w:t>
      </w:r>
    </w:p>
    <w:p>
      <w:r>
        <w:rPr>
          <w:b/>
        </w:rPr>
        <w:t xml:space="preserve">[10:04] </w:t>
      </w:r>
      <w:r>
        <w:t>jannat mein dakhle ka faisla inforadi sifat ki buniyad par kiya jayega, na ke grohi taluq ki buniyad par. Jannat us shakhs ke liye hai jo apne aap ko pak kare.</w:t>
      </w:r>
    </w:p>
    <w:p>
      <w:pPr>
        <w:jc w:val="right"/>
      </w:pPr>
      <w:r>
        <w:t>جنت میں داخلے کا فیصلہ انفرادی صفت کی بنیاد پر کیا جائے گا، نہ کہ گروہی تعلق کی بنیاد پر۔ جنت اس شخص کے لیے ہے جو اپنے آپ کو پاک کرے۔</w:t>
      </w:r>
    </w:p>
    <w:p>
      <w:r>
        <w:rPr>
          <w:b/>
        </w:rPr>
        <w:t xml:space="preserve">[10:18] </w:t>
      </w:r>
      <w:r>
        <w:t>pak karna yeh hai ke aadmi ghaflat ki zindagi ko tark kare aur shaoor ki zindagi ko apnaye. Woh apne aap ko un cheezon se bachaye jo haq se rokne wali hain.</w:t>
      </w:r>
    </w:p>
    <w:p>
      <w:pPr>
        <w:jc w:val="right"/>
      </w:pPr>
      <w:r>
        <w:t>پاک کرنا یہ ہے کہ آدمی غفلت کی زندگی کو ترک کرے اور شعور کی زندگی کو اپنائے۔ وہ اپنے آپ کو ان چیزوں سے بچائے جو حق سے روکنے والی ہیں۔</w:t>
      </w:r>
    </w:p>
    <w:p>
      <w:r>
        <w:rPr>
          <w:b/>
        </w:rPr>
        <w:t xml:space="preserve">[10:29] </w:t>
      </w:r>
      <w:r>
        <w:t>maslehat ki rukawat samne aaye to woh usko nazar andaz kar de,</w:t>
      </w:r>
    </w:p>
    <w:p>
      <w:pPr>
        <w:jc w:val="right"/>
      </w:pPr>
      <w:r>
        <w:t>مصلحت کی رکاوٹ سامنے آئے تو وہ اس کو نظر انداز کر دے،</w:t>
      </w:r>
    </w:p>
    <w:p>
      <w:r>
        <w:rPr>
          <w:b/>
        </w:rPr>
        <w:t xml:space="preserve">[10:34] </w:t>
      </w:r>
      <w:r>
        <w:t>nafs ki khwahish ubhre to woh usko kuchal de, zulm aur ghamand ki nafsiyat jaage to woh usko apne andar hi andar dafan kar de, waghera.</w:t>
      </w:r>
    </w:p>
    <w:p>
      <w:pPr>
        <w:jc w:val="right"/>
      </w:pPr>
      <w:r>
        <w:t>نفس کی خواہش ابھرے تو وہ اس کو کچل دے، ظلم اور گھمنڈ کی نفسیات جاگے تو وہ اس کو اپنے اندر ہی اندر دفن کر دے، وغیرہ۔</w:t>
      </w:r>
    </w:p>
    <w:p>
      <w:r>
        <w:rPr>
          <w:b/>
        </w:rPr>
        <w:t xml:space="preserve">[10:45] </w:t>
      </w:r>
      <w:r>
        <w:t>tazkiya ka matlab hai kisi cheez ko ghair muwafiq asar se pak kar dena taake woh muwafiq fiza mein apne fitri kamal ko pahunche.</w:t>
      </w:r>
    </w:p>
    <w:p>
      <w:pPr>
        <w:jc w:val="right"/>
      </w:pPr>
      <w:r>
        <w:t>تزکیہ کا مطلب ہے کسی چیز کو غیر موافق عناصر سے پاک کر دینا تاکہ وہ موافق فضا میں اپنے فطری کمال کو پہنچ سکے۔</w:t>
      </w:r>
    </w:p>
    <w:p>
      <w:r>
        <w:rPr>
          <w:b/>
        </w:rPr>
        <w:t xml:space="preserve">[10:56] </w:t>
      </w:r>
      <w:r>
        <w:t>paighambar ka ek aham kaam tazkiya hai.</w:t>
      </w:r>
    </w:p>
    <w:p>
      <w:pPr>
        <w:jc w:val="right"/>
      </w:pPr>
      <w:r>
        <w:t>پیغمبر کا ایک اہم کام تزکیہ ہے۔</w:t>
      </w:r>
    </w:p>
    <w:p>
      <w:r>
        <w:rPr>
          <w:b/>
        </w:rPr>
        <w:t xml:space="preserve">[11:00] </w:t>
      </w:r>
      <w:r>
        <w:t>paighambr ki aakhri koshish yeh hoti hai ke aise insaan tayyar hon jin ke seenay Allah ki muhabbat ke siwa har muhabbat se khaali hon.</w:t>
      </w:r>
    </w:p>
    <w:p>
      <w:pPr>
        <w:jc w:val="right"/>
      </w:pPr>
      <w:r>
        <w:t>پیغمبر کی آخری کوشش یہ ہوتی ہے کہ ایسے انسان تیار ہوں جن کے سینے اللہ کی محبت کے سوا ہر محبت سے خالی ہوں۔</w:t>
      </w:r>
    </w:p>
    <w:p>
      <w:r>
        <w:rPr>
          <w:b/>
        </w:rPr>
        <w:t xml:space="preserve">[11:10] </w:t>
      </w:r>
      <w:r>
        <w:t>aisi roohon wajood mein aaein jo nafsiyati pecheedgion se azaad hon. aise afraad paida hon jo kainaat se woh rabbani rizq pa sakein jo Allah ne apne momin bandon ke liye rakh diya hai.</w:t>
      </w:r>
    </w:p>
    <w:p>
      <w:pPr>
        <w:jc w:val="right"/>
      </w:pPr>
      <w:r>
        <w:t>ایسی روحیں وجود میں آئیں جو نفسیاتی پیچیدگیوں سے آزاد ہوں۔ ایسے افراد پیدا ہوں جو کائنات سے وہ ربانی رزق پا سکیں جو اللہ نے اپنے مومن بندوں کے لیے رکھ دیا ہے۔</w:t>
      </w:r>
    </w:p>
    <w:p>
      <w:r>
        <w:rPr>
          <w:b/>
        </w:rPr>
        <w:t xml:space="preserve">[11:25] </w:t>
      </w:r>
      <w:r>
        <w:t>jannat ka maamla tazkiya se juda hua hai.</w:t>
      </w:r>
    </w:p>
    <w:p>
      <w:pPr>
        <w:jc w:val="right"/>
      </w:pPr>
      <w:r>
        <w:t>جنت کا معاملہ تزکیہ سے جڑا ہوا ہے۔</w:t>
      </w:r>
    </w:p>
    <w:p>
      <w:r>
        <w:rPr>
          <w:b/>
        </w:rPr>
        <w:t xml:space="preserve">[11:28] </w:t>
      </w:r>
      <w:r>
        <w:t>tazkiya hi jannat mein dakhlay ki waahid shart hai. tazkiya ke baghair har giz kisi shakhs ko jannat mein dakhla milnay wala nahi.</w:t>
      </w:r>
    </w:p>
    <w:p>
      <w:pPr>
        <w:jc w:val="right"/>
      </w:pPr>
      <w:r>
        <w:t>تزکیہ ہی جنت میں داخلے کی واحد شرط ہے۔ تزکیہ کے بغیر ہرگز کسی شخص کو جنت میں داخلہ ملنے والا نہیں۔</w:t>
      </w:r>
    </w:p>
    <w:p>
      <w:r>
        <w:rPr>
          <w:b/>
        </w:rPr>
        <w:t xml:space="preserve">[11:41] </w:t>
      </w:r>
      <w:r>
        <w:t>hadees tazkiya ka zariya kitaab "tazkiya nafs" Maulana Wahiduddin Khan, safha number 6.</w:t>
      </w:r>
    </w:p>
    <w:p>
      <w:pPr>
        <w:jc w:val="right"/>
      </w:pPr>
      <w:r>
        <w:t>حدیث تزکیہ کا ذریعہ کتاب "تزکیہ نفس" مولانا وحید الدین خان، صفحہ نمبر 6۔</w:t>
      </w:r>
    </w:p>
    <w:p>
      <w:r>
        <w:rPr>
          <w:b/>
        </w:rPr>
        <w:t xml:space="preserve">[11:54] </w:t>
      </w:r>
      <w:r>
        <w:t>ek aalim ne kaha hai: "man kan fi baytihi majmoo'ah min al-ahadeeth fakama fihi nabiyun yatakallam" jis aadmi ke ghar mein hadees rasool ka ek majmoo'ah ho, goya ke us ke ghar mein khud paighambr kalam karta hua maujood hai.</w:t>
      </w:r>
    </w:p>
    <w:p>
      <w:pPr>
        <w:jc w:val="right"/>
      </w:pPr>
      <w:r>
        <w:t>ایک عالم نے کہا ہے: "من کان فی بیتہ مجموعۃ من الاحادیث فکانما فیہ نبی یتکلم" جس آدمی کے گھر میں حدیث رسول کا ایک مجموعہ ہو، گویا کہ اس کے گھر میں خود پیغمبر کلام کرتا ہوا موجود ہے۔</w:t>
      </w:r>
    </w:p>
    <w:p>
      <w:r>
        <w:rPr>
          <w:b/>
        </w:rPr>
        <w:t xml:space="preserve">[12:11] </w:t>
      </w:r>
      <w:r>
        <w:t>muzkarah aalim ne jo baat kahi woh sirf kalam rasool ke baray mein nahi hai, balkeh toseeh aitbaar se woh goya sohbat rasool ke mani mein bhi hai.</w:t>
      </w:r>
    </w:p>
    <w:p>
      <w:pPr>
        <w:jc w:val="right"/>
      </w:pPr>
      <w:r>
        <w:t>مذکورہ عالم نے جو بات کہی وہ صرف کلام رسول کے بارے میں نہیں ہے، بلکہ توصیح اعتبار سے وہ گویا صحبت رسول کے معنی میں بھی ہے۔</w:t>
      </w:r>
    </w:p>
    <w:p>
      <w:r>
        <w:rPr>
          <w:b/>
        </w:rPr>
        <w:t xml:space="preserve">[12:22] </w:t>
      </w:r>
      <w:r>
        <w:t>rasool Allah Sal Allahu Alaihi Wasallam ke jo aqwal hadees ki kitabon mein aaye hain, woh mujarrad aqwal nahi hain, balkeh har qaul ka ek pas manzar yaani background hai.</w:t>
      </w:r>
    </w:p>
    <w:p>
      <w:pPr>
        <w:jc w:val="right"/>
      </w:pPr>
      <w:r>
        <w:t>رسول اللہ صلی اللہ علیہ وسلم کے جو اقوال حدیث کی کتابوں میں آئے ہیں، وہ مجرد اقوال نہیں ہیں، بلکہ ہر قول کا ایک پس منظر یعنی بیک گراؤنڈ ہے۔</w:t>
      </w:r>
    </w:p>
    <w:p>
      <w:r>
        <w:rPr>
          <w:b/>
        </w:rPr>
        <w:t xml:space="preserve">[12:33] </w:t>
      </w:r>
      <w:r>
        <w:t>yaani rasool Allah kisi maqam par thay, wahan ek soorat-e-haal paida hui, us soorat-e-haal ke taqazay ke taur par aap ne logon ko naseehat karte hue kalam kiya.</w:t>
      </w:r>
    </w:p>
    <w:p>
      <w:pPr>
        <w:jc w:val="right"/>
      </w:pPr>
      <w:r>
        <w:t>یعنی رسول اللہ کسی مقام پر تھے، وہاں ایک صورتحال پیدا ہوئی، اس صورتحال کے تقاضے کے طور پر آپ نے لوگوں کو نصیحت کرتے ہوئے کلام کیا۔</w:t>
      </w:r>
    </w:p>
    <w:p>
      <w:r>
        <w:rPr>
          <w:b/>
        </w:rPr>
        <w:t xml:space="preserve">[12:45] </w:t>
      </w:r>
      <w:r>
        <w:t>is tarah aap ka har qaul kisi na kisi pas manzar se juda hua hai.</w:t>
      </w:r>
    </w:p>
    <w:p>
      <w:pPr>
        <w:jc w:val="right"/>
      </w:pPr>
      <w:r>
        <w:t>اس طرح آپ کا ہر قول کسی نہ کسی پس منظر سے جڑا ہوا ہے۔</w:t>
      </w:r>
    </w:p>
    <w:p>
      <w:r>
        <w:rPr>
          <w:b/>
        </w:rPr>
        <w:t xml:space="preserve">[12:50] </w:t>
      </w:r>
      <w:r>
        <w:t>aap ka har qaul kisi na kisi soorat-e-haal ko batata hai. agar aadmi apne shaoor hadees ko itna zyada bedaar kare ke woh hadees ke sath us ke background ko apne tasawwur mein la sake to yeh waqea us ke liye goya sohbat rasool mein pohnchne ke hum maani ban jaye ga.</w:t>
      </w:r>
    </w:p>
    <w:p>
      <w:pPr>
        <w:jc w:val="right"/>
      </w:pPr>
      <w:r>
        <w:t>آپ کا ہر قول کسی نہ کسی صورتحال کو بتاتا ہے۔ اگر آدمی اپنے شعور حدیث کو اتنا زیادہ بیدار کرے کہ وہ حدیث کے ساتھ اس کے بیک گراؤنڈ کو اپنے تصور میں لا سکے تو یہ واقعہ اس کے لیے گویا صحبت رسول میں پہنچنے کے ہم معنی بن جائے گا۔</w:t>
      </w:r>
    </w:p>
    <w:p>
      <w:r>
        <w:rPr>
          <w:b/>
        </w:rPr>
        <w:t xml:space="preserve">[13:10] </w:t>
      </w:r>
      <w:r>
        <w:t>woh mehsoos karega ke main na sirf kalam rasool ko kitaab mein parh raha hoon, balkeh kalam ke bain-us-satoor yaani between the lines mein us ke background ko bhi apne zehan mein taaza kar raha hoon.</w:t>
      </w:r>
    </w:p>
    <w:p>
      <w:pPr>
        <w:jc w:val="right"/>
      </w:pPr>
      <w:r>
        <w:t>وہ محسوس کرے گا کہ میں نہ صرف کلام رسول کو کتاب میں پڑھ رہا ہوں، بلکہ کلام کے بین السطور یعنی بٹوین دا لائنز میں اس کے بیک گراؤنڈ کو بھی اپنے ذہن میں تازہ کر رہا ہوں۔</w:t>
      </w:r>
    </w:p>
    <w:p>
      <w:r>
        <w:rPr>
          <w:b/>
        </w:rPr>
        <w:t xml:space="preserve">[13:23] </w:t>
      </w:r>
      <w:r>
        <w:t>yeh ehsas agar aadmi ke andar shiddat ke sath ubhar aaye to mutala'ah hadees us ke liye sohbat rasool mein baithne ke maanind ho jaye ga.</w:t>
      </w:r>
    </w:p>
    <w:p>
      <w:pPr>
        <w:jc w:val="right"/>
      </w:pPr>
      <w:r>
        <w:t>یہ احساس اگر آدمی کے اندر شدت کے ساتھ ابھر آئے تو مطالعہ حدیث اس کے لیے صحبت رسول میں بیٹھنے کے مانند ہو جائے گا۔</w:t>
      </w:r>
    </w:p>
    <w:p>
      <w:r>
        <w:rPr>
          <w:b/>
        </w:rPr>
        <w:t xml:space="preserve">[13:33] </w:t>
      </w:r>
      <w:r>
        <w:t>is tarah hadees ke baray mein us ka ta'assur hazaar guna zyada barh jaye ga.</w:t>
      </w:r>
    </w:p>
    <w:p>
      <w:pPr>
        <w:jc w:val="right"/>
      </w:pPr>
      <w:r>
        <w:t>اس طرح حدیث کے بارے میں اس کا تاثر ہزار گنا زیادہ بڑھ جائے گا۔</w:t>
      </w:r>
    </w:p>
    <w:p>
      <w:r>
        <w:rPr>
          <w:b/>
        </w:rPr>
        <w:t xml:space="preserve">[13:38] </w:t>
      </w:r>
      <w:r>
        <w:t>is pehlu se ghaur kijiye to maloom hoga ke hadees ko parhne wala sirf hadees ko parhne wala nahi hai, balkeh woh goya sahaba ke sath rasool Allah Sal Allahu Alaihi Wasallam ki sohbat mein baithne wala hai.</w:t>
      </w:r>
    </w:p>
    <w:p>
      <w:pPr>
        <w:jc w:val="right"/>
      </w:pPr>
      <w:r>
        <w:t>اس پہلو سے غور کیجئے تو معلوم ہوگا کہ حدیث کو پڑھنے والا صرف حدیث کو پڑھنے والا نہیں ہے، بلکہ وہ گویا صحابہ کے ساتھ رسول اللہ صلی اللہ علیہ وسلم کی صحبت میں بیٹھنے والا ہے۔</w:t>
      </w:r>
    </w:p>
    <w:p>
      <w:r>
        <w:rPr>
          <w:b/>
        </w:rPr>
        <w:t xml:space="preserve">[13:52] </w:t>
      </w:r>
      <w:r>
        <w:t>hadees ke mutala'ah ka yeh ek takhleeqi creative usloob hai aur takhleeqi usloob mein hadees rasool ka mutala'ah bilashubah tazkiya ka sab se bara zariya hai.</w:t>
      </w:r>
    </w:p>
    <w:p>
      <w:pPr>
        <w:jc w:val="right"/>
      </w:pPr>
      <w:r>
        <w:t>حدیث کے مطالعے کا یہ ایک تخلیقی کریٹیو اسلوب ہے اور تخلیقی اسلوب میں حدیث رسول کا مطالعہ بلاشبہ تزکیہ کا سب سے بڑا ذریعہ ہے۔</w:t>
      </w:r>
    </w:p>
    <w:p>
      <w:r>
        <w:rPr>
          <w:b/>
        </w:rPr>
        <w:t xml:space="preserve">[14:06] </w:t>
      </w:r>
      <w:r>
        <w:t>tazkiya ek musalsal amal. kitaab "tazkiya nafs" Maulana Wahiduddin Khan, safha number 8.</w:t>
      </w:r>
    </w:p>
    <w:p>
      <w:pPr>
        <w:jc w:val="right"/>
      </w:pPr>
      <w:r>
        <w:t>تزکیہ ایک مسلسل عمل۔ کتاب "تزکیہ نفس" مولانا وحید الدین خان، صفحہ نمبر 8۔</w:t>
      </w:r>
    </w:p>
    <w:p>
      <w:r>
        <w:rPr>
          <w:b/>
        </w:rPr>
        <w:t xml:space="preserve">[14:18] </w:t>
      </w:r>
      <w:r>
        <w:t>paighambr Islam Sal Allahu Alaihi Wasallam ki ahliya Hazrat Aisha rasool Allah Sal Allahu Alaihi Wasallam ke baray mein kehti hain: "kan rasool Allah Sal Allahu Alaihi Wasallam yadhkur Allah ala kulli ahyaanihi" sahih al-bukhari kitaab al-janaiz yaani rasool Allah Sal Allahu Alaihi Wasallam har mauqa yaani occasion par Allah ko yaad karte thay.</w:t>
      </w:r>
    </w:p>
    <w:p>
      <w:pPr>
        <w:jc w:val="right"/>
      </w:pPr>
      <w:r>
        <w:t>پیغمبر اسلام صلی اللہ علیہ وسلم کی اہلیہ حضرت عائشہ رسول اللہ صلی اللہ علیہ وسلم کے بارے میں کہتی ہیں: "کان رسول اللہ صلی اللہ علیہ وسلم یذکر اللہ علی کل احیانہ" صحیح البخاری کتاب الجنائز یعنی رسول اللہ صلی اللہ علیہ وسلم ہر موقع یعنی اوکیژن پر اللہ کو یاد کرتے تھے۔</w:t>
      </w:r>
    </w:p>
    <w:p>
      <w:r>
        <w:rPr>
          <w:b/>
        </w:rPr>
        <w:t xml:space="preserve">[14:43] </w:t>
      </w:r>
      <w:r>
        <w:t>is riwayat se tazkiya ka masnoon tareeqa maloom hota hai. mamooli lafzi farq ke sath is riwayat ka matlab yeh hai: "kan rasool Allah Sal Allahu Alaihi Wasallam yuzakki nafsihi ala kulli ahyaanihi" yaani rasool Allah har mauqa par apna tazkiya karte thay.</w:t>
      </w:r>
    </w:p>
    <w:p>
      <w:pPr>
        <w:jc w:val="right"/>
      </w:pPr>
      <w:r>
        <w:t>اس روایت سے تزکیہ کا مسنون طریقہ معلوم ہوتا ہے۔ معمولی لفظی فرق کے ساتھ اس روایت کا مطلب یہ ہے: "کان رسول اللہ صلی اللہ علیہ وسلم یزکی نفسہ علی کل احیانہ" یعنی رسول اللہ ہر موقع پر اپنا تزکیہ کرتے تھے۔</w:t>
      </w:r>
    </w:p>
    <w:p>
      <w:r>
        <w:rPr>
          <w:b/>
        </w:rPr>
        <w:t xml:space="preserve">[15:02] </w:t>
      </w:r>
      <w:r>
        <w:t>is se maloom hua ke tazkiya kisi waqti tarteebi course ka naam nahi, tazkiya ek musalsal amal ka naam hai.</w:t>
      </w:r>
    </w:p>
    <w:p>
      <w:pPr>
        <w:jc w:val="right"/>
      </w:pPr>
      <w:r>
        <w:t>اس سے معلوم ہوا کہ تزکیہ کسی وقتی تربیتی کورس کا نام نہیں، تزکیہ ایک مسلسل عمل کا نام ہے۔</w:t>
      </w:r>
    </w:p>
    <w:p>
      <w:r>
        <w:rPr>
          <w:b/>
        </w:rPr>
        <w:t xml:space="preserve">[15:11] </w:t>
      </w:r>
      <w:r>
        <w:t>jab ek momin sachai ko daryaft karta hai to shaoori bedari ki bina par us ka haal yeh ho jata hai ke har waqea aur tajruba us ke liye tazkiya ka point of reference ban jata hai.</w:t>
      </w:r>
    </w:p>
    <w:p>
      <w:pPr>
        <w:jc w:val="right"/>
      </w:pPr>
      <w:r>
        <w:t>جب ایک مومن سچائی کو دریافت کرتا ہے تو شعوری بیداری کی بنا پر اس کا حال یہ ہو جاتا ہے کہ ہر واقعہ اور تجربہ اس کے لیے تزکیہ کا پوائنٹ آف ریفرنس بن جاتا ہے۔</w:t>
      </w:r>
    </w:p>
    <w:p>
      <w:r>
        <w:rPr>
          <w:b/>
        </w:rPr>
        <w:t xml:space="preserve">[15:23] </w:t>
      </w:r>
      <w:r>
        <w:t>is tarah woh har lamha aur har subah o shaam tazkiya ki khorak hasil karta rehta hai. tazkiya ka yeh amal ta dam marg jari rehta</w:t>
      </w:r>
    </w:p>
    <w:p>
      <w:pPr>
        <w:jc w:val="right"/>
      </w:pPr>
      <w:r>
        <w:t>اس طرح وہ ہر لمحہ اور ہر صبح و شام تزکیہ کی خوراک حاصل کرتا رہتا ہے۔ تزکیہ کا یہ عمل تادم مرگ جاری رہتا</w:t>
      </w:r>
    </w:p>
    <w:p>
      <w:r>
        <w:rPr>
          <w:b/>
        </w:rPr>
        <w:t xml:space="preserve">[15:33] </w:t>
      </w:r>
      <w:r>
        <w:t>hai. jis tarah jismani tawanaai musalsal taghziyay ke zariye hasil hoti hai, usi tarah tazkiya ek musalsal amal ke zariye hasil hota hai.</w:t>
      </w:r>
    </w:p>
    <w:p>
      <w:pPr>
        <w:jc w:val="right"/>
      </w:pPr>
      <w:r>
        <w:t>ہے۔ جس طرح جسمانی توانائی مسلسل تغذیے کے ذریعے حاصل ہوتی ہے، اسی طرح تزکیہ ایک مسلسل عمل کے ذریعے حاصل ہوتا ہے۔</w:t>
      </w:r>
    </w:p>
    <w:p>
      <w:r>
        <w:rPr>
          <w:b/>
        </w:rPr>
        <w:t xml:space="preserve">[15:43] </w:t>
      </w:r>
      <w:r>
        <w:t>aam taur par yeh samjha jata hai ke waqti noiyat ka tarteebi course yaani training course tazkiya ka zariya hai. yaani jis tarah madrase mein ek mutayyan aur mahdood course ke zariye deeni taleem hasil ki jati hai,</w:t>
      </w:r>
    </w:p>
    <w:p>
      <w:pPr>
        <w:jc w:val="right"/>
      </w:pPr>
      <w:r>
        <w:t>عام طور پر یہ سمجھا جاتا ہے کہ وقتی نوعیت کا تربیتی کورس یعنی ٹریننگ کورس تزکیہ کا ذریعہ ہے۔ یعنی جس طرح مدرسے میں ایک متعین اور محدود کورس کے ذریعے دینی تعلیم حاصل کی جاتی ہے،</w:t>
      </w:r>
    </w:p>
    <w:p>
      <w:r>
        <w:rPr>
          <w:b/>
        </w:rPr>
        <w:t xml:space="preserve">[15:56] </w:t>
      </w:r>
      <w:r>
        <w:t>usi tarah tazkiya bhi ek mahdood muddat mein ek mutayyan course ke zariye hasil hota hai. magar haqeeqat yeh hai ke yeh tazkiya ki tasgheer yaani underestimation hai.</w:t>
      </w:r>
    </w:p>
    <w:p>
      <w:pPr>
        <w:jc w:val="right"/>
      </w:pPr>
      <w:r>
        <w:t>اسی طرح تزکیہ بھی ایک محدود مدت میں ایک متعین کورس کے ذریعے حاصل ہوتا ہے۔ مگر حقیقت یہ ہے کہ یہ تزکیہ کی تصغیر یعنی انڈر ایسٹیمیشن ہے۔</w:t>
      </w:r>
    </w:p>
    <w:p>
      <w:r>
        <w:rPr>
          <w:b/>
        </w:rPr>
        <w:t xml:space="preserve">[16:08] </w:t>
      </w:r>
      <w:r>
        <w:t>tazkiya ek musalsal zehni amal ke zariye hasil hota hai, na ke kisi qism ke waqti course ke zariye. tazkiya ke liye ek bedar zehn awakened mind darkar hai.</w:t>
      </w:r>
    </w:p>
    <w:p>
      <w:pPr>
        <w:jc w:val="right"/>
      </w:pPr>
      <w:r>
        <w:t>تزکیہ ایک مسلسل ذہنی عمل کے ذریعے حاصل ہوتا ہے، نہ کہ کسی قسم کے وقتی کورس کے ذریعے۔ تزکیہ کے لیے ایک بیدار ذہن اویکنڈ مائنڈ درکار ہے۔</w:t>
      </w:r>
    </w:p>
    <w:p>
      <w:r>
        <w:rPr>
          <w:b/>
        </w:rPr>
        <w:t xml:space="preserve">[16:21] </w:t>
      </w:r>
      <w:r>
        <w:t>tazkiya ek izafa pazeer amal hai, woh kisi jamid qism ki mashq yaani exercise ka nateeja nahi.</w:t>
      </w:r>
    </w:p>
    <w:p>
      <w:pPr>
        <w:jc w:val="right"/>
      </w:pPr>
      <w:r>
        <w:t>تزکیہ ایک اضافہ پذیر عمل ہے، وہ کسی جامد قسم کی مشق یعنی ایکسرسائز کا نتیجہ نہیں۔</w:t>
      </w:r>
    </w:p>
    <w:p>
      <w:r>
        <w:rPr>
          <w:b/>
        </w:rPr>
        <w:t xml:space="preserve">[16:31] </w:t>
      </w:r>
      <w:r>
        <w:t>deconditioning ka amal. kitaab "tazkiya e nafs" Maulana Wahiduddin Khan, safha number 9.</w:t>
      </w:r>
    </w:p>
    <w:p>
      <w:pPr>
        <w:jc w:val="right"/>
      </w:pPr>
      <w:r>
        <w:t>ڈی کنڈیشننگ کا عمل۔ کتاب "تزکیہ نفس" مولانا وحید الدین خان، صفحہ نمبر 9۔</w:t>
      </w:r>
    </w:p>
    <w:p>
      <w:r>
        <w:rPr>
          <w:b/>
        </w:rPr>
        <w:t xml:space="preserve">[16:43] </w:t>
      </w:r>
      <w:r>
        <w:t>tazkiya ek musalsal amal hai, woh har subah o shaam jaari rehta hai. is maamle ko hadith mein ek misaal ke zariye is tarah bataya gaya hai: "innal qulooba kama yusaddu al hadeeda al ma" qeela: "ya Rasool Allah!</w:t>
      </w:r>
    </w:p>
    <w:p>
      <w:pPr>
        <w:jc w:val="right"/>
      </w:pPr>
      <w:r>
        <w:t>تزکیہ ایک مسلسل عمل ہے، وہ ہر صبح و شام جاری رہتا ہے۔ اس معاملے کو حدیث میں ایک مثال کے ذریعے اس طرح بتایا گیا ہے: "ان القلوب کما یصد الحدید الماء" قیل: "یا رسول اللہ!</w:t>
      </w:r>
    </w:p>
    <w:p>
      <w:r>
        <w:rPr>
          <w:b/>
        </w:rPr>
        <w:t xml:space="preserve">[17:00] </w:t>
      </w:r>
      <w:r>
        <w:t>wa ma jalaa'uha?" qaala: "kasrat zikr al maut wa tilawat al quran" al bayhaqi bi hawala mishkat al masabeeh raqam al hadith</w:t>
      </w:r>
    </w:p>
    <w:p>
      <w:pPr>
        <w:jc w:val="right"/>
      </w:pPr>
      <w:r>
        <w:t>وما جلاؤہا؟" قال: "کثرت ذکر الموت و تلاوت القرآن" البیہقی بحوالہ مشکات المصابیح رقم الحدیث</w:t>
      </w:r>
    </w:p>
    <w:p>
      <w:r>
        <w:rPr>
          <w:b/>
        </w:rPr>
        <w:t xml:space="preserve">[17:10] </w:t>
      </w:r>
      <w:r>
        <w:t>2168 yaani dilon mein zaang lagta hai jaise ke lohe mein zaang lagta hai jab ke is par paani pad jaye.</w:t>
      </w:r>
    </w:p>
    <w:p>
      <w:pPr>
        <w:jc w:val="right"/>
      </w:pPr>
      <w:r>
        <w:t>2168 یعنی دلوں میں زنگ لگتا ہے جیسے کہ لوہے میں زنگ لگتا ہے جب کہ اس پر پانی پڑ جائے۔</w:t>
      </w:r>
    </w:p>
    <w:p>
      <w:r>
        <w:rPr>
          <w:b/>
        </w:rPr>
        <w:t xml:space="preserve">[17:20] </w:t>
      </w:r>
      <w:r>
        <w:t>poochha gaya ke: "ae Khuda ke Rasool! is ko saaf karne ka tareeqa kya hai?" aap ne farmaya ke: "maut ko bohat zyada yaad karna aur Quran ka mutala karna." is hadith rasool mein tamseel ke zariye ek nafsiyati haqeeqat ko bataya gaya hai,</w:t>
      </w:r>
    </w:p>
    <w:p>
      <w:pPr>
        <w:jc w:val="right"/>
      </w:pPr>
      <w:r>
        <w:t>پوچھا گیا کہ: "اے خدا کے رسول! اس کو صاف کرنے کا طریقہ کیا ہے؟" آپ نے فرمایا کہ: "موت کو بہت زیادہ یاد کرنا اور قرآن کا مطالعہ کرنا۔" اس حدیث رسول میں تمثیل کے ذریعے ایک نفسیاتی حقیقت کو بتایا گیا ہے،</w:t>
      </w:r>
    </w:p>
    <w:p>
      <w:r>
        <w:rPr>
          <w:b/>
        </w:rPr>
        <w:t xml:space="preserve">[17:36] </w:t>
      </w:r>
      <w:r>
        <w:t>woh yeh ke samaaj ke andar rehte hue insaan baar baar aise</w:t>
      </w:r>
    </w:p>
    <w:p>
      <w:pPr>
        <w:jc w:val="right"/>
      </w:pPr>
      <w:r>
        <w:t>وہ یہ کہ سماج کے اندر رہتے ہوئے انسان بار بار ایسے</w:t>
      </w:r>
    </w:p>
    <w:p>
      <w:r>
        <w:rPr>
          <w:b/>
        </w:rPr>
        <w:t xml:space="preserve">[17:40] </w:t>
      </w:r>
      <w:r>
        <w:t>haalaat se guzarta hai jo is ke andar manfi jazbaat paida karte hain, maslan ghussa, nafrat, tashaddud, intiqam waghera.</w:t>
      </w:r>
    </w:p>
    <w:p>
      <w:pPr>
        <w:jc w:val="right"/>
      </w:pPr>
      <w:r>
        <w:t>حالات سے گزرتا ہے جو اس کے اندر منفی جذبات پیدا کرتے ہیں، مثلاً غصہ، نفرت، تشدد، انتقام وغیرہ۔</w:t>
      </w:r>
    </w:p>
    <w:p>
      <w:r>
        <w:rPr>
          <w:b/>
        </w:rPr>
        <w:t xml:space="preserve">[17:51] </w:t>
      </w:r>
      <w:r>
        <w:t>aadmi ko chahiye ke woh in jazbaat ko foran khatam kare. agar aisa na kiya jaye to yeh manfi jazbaat insani zehn ka mustaqil hissa ban jayenge, yahan tak ke un ko door karna amalan namumkin ho jayega.</w:t>
      </w:r>
    </w:p>
    <w:p>
      <w:pPr>
        <w:jc w:val="right"/>
      </w:pPr>
      <w:r>
        <w:t>آدمی کو چاہیے کہ وہ ان جذبات کو فوراً ختم کرے۔ اگر ایسا نہ کیا جائے تو یہ منفی جذبات انسانی ذہن کا مستقل حصہ بن جائیں گے، یہاں تک کہ ان کو دور کرنا عملاً ناممکن ہو جائے گا۔</w:t>
      </w:r>
    </w:p>
    <w:p>
      <w:r>
        <w:rPr>
          <w:b/>
        </w:rPr>
        <w:t xml:space="preserve">[18:05] </w:t>
      </w:r>
      <w:r>
        <w:t>insani dimagh ke do barhe hisse hain: shaoor yaani conscious mind aur la-shaoor yaani unconscious mind. fitri nizaam ke tehat koi manfi ehsaas pehle zehn ke shaoori hisse mein dakhil hota hai.</w:t>
      </w:r>
    </w:p>
    <w:p>
      <w:pPr>
        <w:jc w:val="right"/>
      </w:pPr>
      <w:r>
        <w:t>انسانی دماغ کے دو بڑے حصے ہیں: شعور یعنی کانشیس مائنڈ اور لاشعور یعنی ان کانشیس مائنڈ۔ فطری نظام کے تحت کوئی منفی احساس پہلے ذہن کے شعوری حصے میں داخل ہوتا ہے۔</w:t>
      </w:r>
    </w:p>
    <w:p>
      <w:r>
        <w:rPr>
          <w:b/>
        </w:rPr>
        <w:t xml:space="preserve">[18:20] </w:t>
      </w:r>
      <w:r>
        <w:t>agar is ko foran zehn se nikala na jaye to woh dheere dheere zehn ke la-shaoori hisse mein pahunch jata hai, jahan se is ko nikalna sakht mushkil ho jata hai.</w:t>
      </w:r>
    </w:p>
    <w:p>
      <w:pPr>
        <w:jc w:val="right"/>
      </w:pPr>
      <w:r>
        <w:t>اگر اس کو فوراً ذہن سے نکالا نہ جائے تو وہ دھیرے دھیرے ذہن کے لاشعوری حصے میں پہنچ جاتا ہے، جہاں سے اس کو نکالنا سخت مشکل ہو جاتا ہے۔</w:t>
      </w:r>
    </w:p>
    <w:p>
      <w:r>
        <w:rPr>
          <w:b/>
        </w:rPr>
        <w:t xml:space="preserve">[18:31] </w:t>
      </w:r>
      <w:r>
        <w:t>insaan ko chahiye ke woh har lamha apna nigran bana rahe.</w:t>
      </w:r>
    </w:p>
    <w:p>
      <w:pPr>
        <w:jc w:val="right"/>
      </w:pPr>
      <w:r>
        <w:t>انسان کو چاہیے کہ وہ ہر لمحہ اپنا نگران بنا رہے۔</w:t>
      </w:r>
    </w:p>
    <w:p>
      <w:r>
        <w:rPr>
          <w:b/>
        </w:rPr>
        <w:t xml:space="preserve">[18:35] </w:t>
      </w:r>
      <w:r>
        <w:t>woh har lamha apne manfi ehsaas ko process kar ke musbat ehsaas mein tabdeel karta rahe, yaani woh apne conditioned mind ki deconditioning kare.</w:t>
      </w:r>
    </w:p>
    <w:p>
      <w:pPr>
        <w:jc w:val="right"/>
      </w:pPr>
      <w:r>
        <w:t>وہ ہر لمحہ اپنے منفی احساس کو پروسیس کر کے مثبت احساس میں تبدیل کرتا رہے، یعنی وہ اپنے کنڈیشنڈ مائنڈ کی ڈی کنڈیشننگ کرے۔</w:t>
      </w:r>
    </w:p>
    <w:p>
      <w:r>
        <w:rPr>
          <w:b/>
        </w:rPr>
        <w:t xml:space="preserve">[18:45] </w:t>
      </w:r>
      <w:r>
        <w:t>woh apne zehn ki tatheer kar ke is ki aloodgi ko khatam karta rahe. is tatheer ya deconditioning ka zariya hai apni maut ko baar baar yaad karna aur Quran ki roshni mein zindagi ke anjaam par ghor o fikr karte rehna.</w:t>
      </w:r>
    </w:p>
    <w:p>
      <w:pPr>
        <w:jc w:val="right"/>
      </w:pPr>
      <w:r>
        <w:t>وہ اپنے ذہن کی تطہیر کر کے اس کی الودگی کو ختم کرتا رہے۔ اس تطہیر یا ڈی کنڈیشننگ کا ذریعہ ہے اپنی موت کو بار بار یاد کرنا اور قرآن کی روشنی میں زندگی کے انجام پر غور و فکر کرتے رہنا۔</w:t>
      </w:r>
    </w:p>
    <w:p>
      <w:r>
        <w:rPr>
          <w:b/>
        </w:rPr>
        <w:t xml:space="preserve">[19:04] </w:t>
      </w:r>
      <w:r>
        <w:t>tazkiya roohani khurak. kitaab "tazkiya e nafs" Maulana Wahiduddin Khan, safha number 10.</w:t>
      </w:r>
    </w:p>
    <w:p>
      <w:pPr>
        <w:jc w:val="right"/>
      </w:pPr>
      <w:r>
        <w:t>تزکیہ روحانی خوراک۔ کتاب "تزکیہ نفس" مولانا وحید الدین خان، صفحہ نمبر 10۔</w:t>
      </w:r>
    </w:p>
    <w:p>
      <w:r>
        <w:rPr>
          <w:b/>
        </w:rPr>
        <w:t xml:space="preserve">[19:16] </w:t>
      </w:r>
      <w:r>
        <w:t>jism ki ek khurak hai. yeh khurak jism ko pahunchai jaye to jism sehat mand ho jayega. isi tarah rooh ki ek khurak hai.</w:t>
      </w:r>
    </w:p>
    <w:p>
      <w:pPr>
        <w:jc w:val="right"/>
      </w:pPr>
      <w:r>
        <w:t>جسم کی ایک خوراک ہے۔ یہ خوراک جسم کو پہنچائی جائے تو جسم صحت مند ہو جائے گا۔ اسی طرح روح کی ایک خوراک ہے۔</w:t>
      </w:r>
    </w:p>
    <w:p>
      <w:r>
        <w:rPr>
          <w:b/>
        </w:rPr>
        <w:t xml:space="preserve">[19:26] </w:t>
      </w:r>
      <w:r>
        <w:t>yeh khurak jab rooh ko pahunchai jati hai to rooh sehat mand ho jati hai.</w:t>
      </w:r>
    </w:p>
    <w:p>
      <w:pPr>
        <w:jc w:val="right"/>
      </w:pPr>
      <w:r>
        <w:t>یہ خوراک جب روح کو پہنچائی جاتی ہے تو روح صحت مند ہو جاتی ہے۔</w:t>
      </w:r>
    </w:p>
    <w:p>
      <w:r>
        <w:rPr>
          <w:b/>
        </w:rPr>
        <w:t xml:space="preserve">[19:31] </w:t>
      </w:r>
      <w:r>
        <w:t>isi amal ka naam tazkiya e nafs hai aur isi sehat mand rooh ko musaffa aur muzakka rooh kaha jata hai. Quran ke mutabiq rooh ki yeh khurak tafakkur surah number teen ayat 191 hai.</w:t>
      </w:r>
    </w:p>
    <w:p>
      <w:pPr>
        <w:jc w:val="right"/>
      </w:pPr>
      <w:r>
        <w:t>اسی عمل کا نام تزکیہ نفس ہے اور اسی صحت مند روح کو مصفہ اور مزکہ روح کہا جاتا ہے۔ قرآن کے مطابق روح کی یہ خوراک تفکیر سورہ نمبر تین آیت 191 ہے۔</w:t>
      </w:r>
    </w:p>
    <w:p>
      <w:r>
        <w:rPr>
          <w:b/>
        </w:rPr>
        <w:t xml:space="preserve">[19:47] </w:t>
      </w:r>
      <w:r>
        <w:t>aadmi ke ird gird har waqt kuch waqeaat paish aa rahe hain: samajee, tareekhi, kainaati, har satah par aur har un waqeaat ka zahoor hota rehta hai.</w:t>
      </w:r>
    </w:p>
    <w:p>
      <w:pPr>
        <w:jc w:val="right"/>
      </w:pPr>
      <w:r>
        <w:t>آدمی کے ارد گرد ہر وقت کچھ واقعات پیش آ رہے ہیں: سماجی، تاریخی، کائناتی، ہر سطح پر اور ہر ان واقعات کا ظہور ہوتا رہتا ہے۔</w:t>
      </w:r>
    </w:p>
    <w:p>
      <w:r>
        <w:rPr>
          <w:b/>
        </w:rPr>
        <w:t xml:space="preserve">[19:58] </w:t>
      </w:r>
      <w:r>
        <w:t>un waqeaat ko le kar sochna aur un se ibret aur naseehat lena yahi rooh ki khurak hai. jo shakhs apne shaoor ko itna taraqqi de ke is ke gird o paish ke waqeaat mein Khudaai karishme dikhai dein jo is ke liye Khuda ko yaad dilane ka zariya ban jayen, to aise shakhs ne goya apni rooh ke liye rizq e rabbani ka ek dasterkhwan hasil kar liya.</w:t>
      </w:r>
    </w:p>
    <w:p>
      <w:pPr>
        <w:jc w:val="right"/>
      </w:pPr>
      <w:r>
        <w:t>ان واقعات کو لے کر سوچنا اور ان سے عبرت اور نصیحت لینا یہی روح کی خوراک ہے۔ جو شخص اپنے شعور کو اتنا ترقی دے کہ اس کے گرد و پیش کے واقعات میں خدائی کرشمے دکھائی دیں جو اس کے لیے خدا کو یاد دلانے کا ذریعہ بن جائیں، تو ایسے شخص نے گویا اپنی روح کے لیے رزق ربانی کا ایک دسترخوان حاصل کر لیا۔</w:t>
      </w:r>
    </w:p>
    <w:p>
      <w:r>
        <w:rPr>
          <w:b/>
        </w:rPr>
        <w:t xml:space="preserve">[20:22] </w:t>
      </w:r>
      <w:r>
        <w:t>is ki rooh is dasterkhwan se apni sehat mandi ki khurak hasil karti rahegi, yahan tak ke woh apne Rabb se ja mile.</w:t>
      </w:r>
    </w:p>
    <w:p>
      <w:pPr>
        <w:jc w:val="right"/>
      </w:pPr>
      <w:r>
        <w:t>اس کی روح اس دسترخوان سے اپنی صحت مندی کی خوراک حاصل کرتی رہے گی، یہاں تک کہ وہ اپنے رب سے جا ملے۔</w:t>
      </w:r>
    </w:p>
    <w:p>
      <w:r>
        <w:rPr>
          <w:b/>
        </w:rPr>
        <w:t xml:space="preserve">[20:31] </w:t>
      </w:r>
      <w:r>
        <w:t>tazkiya ka aham tareen zariya yeh hai ke apne andar ibret paziri ke mizaj ko jagaya jaye. ibret paziri goya tazkiya ki zameen hai.</w:t>
      </w:r>
    </w:p>
    <w:p>
      <w:pPr>
        <w:jc w:val="right"/>
      </w:pPr>
      <w:r>
        <w:t>تزکیہ کا اہم ترین ذریعہ یہ ہے کہ اپنے اندر عبرت پذیری کے مزاج کو جگایا جائے۔ عبرت پذیری گویا تزکیہ کی زمین ہے۔</w:t>
      </w:r>
    </w:p>
    <w:p>
      <w:r>
        <w:rPr>
          <w:b/>
        </w:rPr>
        <w:t xml:space="preserve">[20:41] </w:t>
      </w:r>
      <w:r>
        <w:t>yahi woh zameen hai jis par tazkiya ki fasal ugti hai. kisi aur jagah is ko ugna aisa hi hai jaise pathar ki chattan par ek kharab hara darakht ugane ki koshish karna.</w:t>
      </w:r>
    </w:p>
    <w:p>
      <w:pPr>
        <w:jc w:val="right"/>
      </w:pPr>
      <w:r>
        <w:t>یہی وہ زمین ہے جس پر تزکیہ کی فصل اگتی ہے۔ کسی اور جگہ اس کو اگانا ایسا ہی ہے جیسے پتھر کی چٹان پر ایک خراب ہرا درخت اگانے کی کوشش کرنا۔</w:t>
      </w:r>
    </w:p>
    <w:p>
      <w:r>
        <w:rPr>
          <w:b/>
        </w:rPr>
        <w:t xml:space="preserve">[20:52] </w:t>
      </w:r>
      <w:r>
        <w:t>tazkiya ka zariya rizq e Rabb hai, na ke rizq e Sheikh.</w:t>
      </w:r>
    </w:p>
    <w:p>
      <w:pPr>
        <w:jc w:val="right"/>
      </w:pPr>
      <w:r>
        <w:t>تزکیہ کا ذریعہ رزق رب ہے، نہ کہ رزق شیخ۔</w:t>
      </w:r>
    </w:p>
    <w:p>
      <w:r>
        <w:rPr>
          <w:b/>
        </w:rPr>
        <w:t xml:space="preserve">[20:56] </w:t>
      </w:r>
      <w:r>
        <w:t>tazkiya is amal ka nateeja hai jo bande aur khuda ke darmiyan nafasiyati taluq ke zariye barah-e-rast qaim hota hai. tazkiya kisi waseeta ke zariye nahi milta.</w:t>
      </w:r>
    </w:p>
    <w:p>
      <w:pPr>
        <w:jc w:val="right"/>
      </w:pPr>
      <w:r>
        <w:t>تزکیہ اس عمل کا نتیجہ ہے جو بندہ اور خدا کے درمیان نفسیاتی تعلق کے ذریعے براہ راست قائم ہوتا ہے۔ تزکیہ کسی واسطے کے ذریعے نہیں ملتا۔</w:t>
      </w:r>
    </w:p>
    <w:p>
      <w:r>
        <w:rPr>
          <w:b/>
        </w:rPr>
        <w:t xml:space="preserve">[21:07] </w:t>
      </w:r>
      <w:r>
        <w:t>tazkiya apni haqeeqat ke aitbar se ek khudai atiya hai, na ke ek insani atiya. tazkiya woh nemat hai jo kisi insaan ko barah-e-rast khuda se milti hai.</w:t>
      </w:r>
    </w:p>
    <w:p>
      <w:pPr>
        <w:jc w:val="right"/>
      </w:pPr>
      <w:r>
        <w:t>تزکیہ اپنی حقیقت کے اعتبار سے ایک خدائی عطیہ ہے، نہ کہ ایک انسانی عطیہ۔ تزکیہ وہ نعمت ہے جو کسی انسان کو براہ راست خدا سے ملتی ہے۔</w:t>
      </w:r>
    </w:p>
    <w:p>
      <w:r>
        <w:rPr>
          <w:b/>
        </w:rPr>
        <w:t xml:space="preserve">[21:18] </w:t>
      </w:r>
      <w:r>
        <w:t>kisi insaan ke waseeta se jo tazkiya mile, woh kuch aur ho sakta hai, lekin woh tazkiya nahi ho sakta.</w:t>
      </w:r>
    </w:p>
    <w:p>
      <w:pPr>
        <w:jc w:val="right"/>
      </w:pPr>
      <w:r>
        <w:t>کسی انسان کے واسطے سے جو تزکیہ ملے، وہ کچھ اور ہو سکتا ہے، لیکن وہ تزکیہ نہیں ہو سکتا۔</w:t>
      </w:r>
    </w:p>
    <w:p>
      <w:r>
        <w:rPr>
          <w:b/>
        </w:rPr>
        <w:t xml:space="preserve">[21:29] </w:t>
      </w:r>
      <w:r>
        <w:t>ibadat mein ijtihad nahi. kitab "tazkiya-e-nafs" Maulana Wahiduddin Khan, safha number 12.</w:t>
      </w:r>
    </w:p>
    <w:p>
      <w:pPr>
        <w:jc w:val="right"/>
      </w:pPr>
      <w:r>
        <w:t>عبادت میں اجتہاد نہیں۔ کتاب "تزکیہ نفس" مولانا وحید الدین خان، صفحہ نمبر 12۔</w:t>
      </w:r>
    </w:p>
    <w:p>
      <w:r>
        <w:rPr>
          <w:b/>
        </w:rPr>
        <w:t xml:space="preserve">[21:42] </w:t>
      </w:r>
      <w:r>
        <w:t>ek aalim ek mashhoor soofi buzurg ki khangah mein gaye. wahan unhon ne dekha ke log zikr-e-bajhar aur doosre mutasawwifana aamal mein masroof hain.</w:t>
      </w:r>
    </w:p>
    <w:p>
      <w:pPr>
        <w:jc w:val="right"/>
      </w:pPr>
      <w:r>
        <w:t>ایک عالم ایک مشہور صوفی بزرگ کی خانقاہ میں گئے۔ وہاں انہوں نے دیکھا کہ لوگ ذکر بالجہر اور دوسرے متصوفانہ اعمال میں مشغول ہیں۔</w:t>
      </w:r>
    </w:p>
    <w:p>
      <w:r>
        <w:rPr>
          <w:b/>
        </w:rPr>
        <w:t xml:space="preserve">[21:53] </w:t>
      </w:r>
      <w:r>
        <w:t>muzakara aalim ne kaha ke hadith mein aaya hai: "man ahdatha fi amrina ma laysa minhu fahuwa radd" sahih al-bukhari raqam al-hadith 2697 y</w:t>
      </w:r>
    </w:p>
    <w:p>
      <w:pPr>
        <w:jc w:val="right"/>
      </w:pPr>
      <w:r>
        <w:t>مذکورہ عالم نے کہا کہ حدیث میں آیا ہے: "من احدث فی امرنا ما لیس منہ فہو رد" صحیح البخاری رقم الحدیث 2697 ی</w:t>
      </w:r>
    </w:p>
    <w:p>
      <w:r>
        <w:rPr>
          <w:b/>
        </w:rPr>
        <w:t xml:space="preserve">[22:08] </w:t>
      </w:r>
      <w:r>
        <w:t>yani jo shakhs hamare deen mein koi nayi baat nikale jo is mein na ho to woh qabil-e-radd hai. aalim ne kaha ke yeh mutasawwifana aamal jo aap ke yahan raaij hain, woh rasool aur ashaab-e-rasool ke zamane mein nahi thay, is liye woh ahdath yani innovation ka darja rakhte hain.</w:t>
      </w:r>
    </w:p>
    <w:p>
      <w:pPr>
        <w:jc w:val="right"/>
      </w:pPr>
      <w:r>
        <w:t>عنی جو شخص ہمارے دین میں کوئی نئی بات نکالے جو اس میں نہ ہو تو وہ قابل رد ہے۔ عالم نے کہا کہ یہ متصوفانہ اعمال جو آپ کے یہاں رائج ہیں، وہ رسول اور اصحاب رسول کے زمانے میں نہیں تھے، اس لیے وہ احداث یعنی انویشن کا درجہ رکھتے ہیں۔</w:t>
      </w:r>
    </w:p>
    <w:p>
      <w:r>
        <w:rPr>
          <w:b/>
        </w:rPr>
        <w:t xml:space="preserve">[22:28] </w:t>
      </w:r>
      <w:r>
        <w:t>muzakara buzurg ne jawab diya ke hadith mein ahdath fil amr yani deen mein bid'at ki mamaniyat hai.</w:t>
      </w:r>
    </w:p>
    <w:p>
      <w:pPr>
        <w:jc w:val="right"/>
      </w:pPr>
      <w:r>
        <w:t>مذکورہ بزرگ نے جواب دیا کہ حدیث میں احداث فی الامر یعنی دین میں بدعت کی ممانعت ہے۔</w:t>
      </w:r>
    </w:p>
    <w:p>
      <w:r>
        <w:rPr>
          <w:b/>
        </w:rPr>
        <w:t xml:space="preserve">[22:36] </w:t>
      </w:r>
      <w:r>
        <w:t>is mein ahdath lil amr yani deen ke liye bid'at ki mamaniyat nahi hai aur tasawwuf ke yeh tareeqe ahdath lil amr ki hesiyat rakhte hain.</w:t>
      </w:r>
    </w:p>
    <w:p>
      <w:pPr>
        <w:jc w:val="right"/>
      </w:pPr>
      <w:r>
        <w:t>اس میں احداث للامر یعنی دین کے لیے بدعت کی ممانعت نہیں ہے اور تصوف کے یہ طریقے احداث للامر کی حیثیت رکھتے ہیں۔</w:t>
      </w:r>
    </w:p>
    <w:p>
      <w:r>
        <w:rPr>
          <w:b/>
        </w:rPr>
        <w:t xml:space="preserve">[22:48] </w:t>
      </w:r>
      <w:r>
        <w:t>muzakara hadith-e-rasool ki yeh tawjeeh ghair-elmi tawjeeh hai. woh hadith ke alfaaz se har giz nahi nikalti. hadith mein yeh lafz aaya hai ke "ma laysa minhu" yani jo is mein na ho,</w:t>
      </w:r>
    </w:p>
    <w:p>
      <w:pPr>
        <w:jc w:val="right"/>
      </w:pPr>
      <w:r>
        <w:t>مذکورہ حدیث رسول کی یہ توجیح غیر علمی توجیح ہے۔ وہ حدیث کے الفاظ سے ہرگز نہیں نکلتی۔ حدیث میں یہ لفظ آیا ہے کہ "ما لیس منہ" یعنی جو اس میں نہ ہو،</w:t>
      </w:r>
    </w:p>
    <w:p>
      <w:r>
        <w:rPr>
          <w:b/>
        </w:rPr>
        <w:t xml:space="preserve">[23:02] </w:t>
      </w:r>
      <w:r>
        <w:t>yani rasool Allah sal Allah alaihi wasallam ne jo deen chhoda hai, us deen mein woh maujood na ho. aisi halat mein asal masla fi ya lam ke sille yani preposition ka nahi hai,</w:t>
      </w:r>
    </w:p>
    <w:p>
      <w:pPr>
        <w:jc w:val="right"/>
      </w:pPr>
      <w:r>
        <w:t>یعنی رسول اللہ صلی اللہ علیہ وسلم نے جو دین چھوڑا ہے، اس دین میں وہ موجود نہ ہو۔ ایسی حالت میں اصل مسئلہ فی یا لام کے صلے یعنی پریپوزیشن کا نہیں ہے،</w:t>
      </w:r>
    </w:p>
    <w:p>
      <w:r>
        <w:rPr>
          <w:b/>
        </w:rPr>
        <w:t xml:space="preserve">[23:17] </w:t>
      </w:r>
      <w:r>
        <w:t>balkeh asal masla yeh hai ke rasool Allah sal Allah alaihi wasallam se jo deen hum ko mila hai, us mein baat ka yeh izafa maujood tha ya maujood nahi tha.</w:t>
      </w:r>
    </w:p>
    <w:p>
      <w:pPr>
        <w:jc w:val="right"/>
      </w:pPr>
      <w:r>
        <w:t>بلکہ اصل مسئلہ یہ ہے کہ رسول اللہ صلی اللہ علیہ وسلم سے جو دین ہم کو ملا ہے، اس میں بات کا یہ اضافہ موجود تھا یا موجود نہیں تھا۔</w:t>
      </w:r>
    </w:p>
    <w:p>
      <w:r>
        <w:rPr>
          <w:b/>
        </w:rPr>
        <w:t xml:space="preserve">[23:29] </w:t>
      </w:r>
      <w:r>
        <w:t>yeh ek sabit shuda haqeeqat hai ke zikr-e-bajhar jaisi cheezein rasool Allah sal Allah alaihi wasallam ke chhode hue deen mein maujood nahi, aur jab woh rasool Allah ke chhode hue deen mein maujood nahi hain to fi aur lam jaise nuqton ke zariye is ko deen-e-muhammadi mein shamil karna sirf ek mubtadiyana jasarat hai.</w:t>
      </w:r>
    </w:p>
    <w:p>
      <w:pPr>
        <w:jc w:val="right"/>
      </w:pPr>
      <w:r>
        <w:t>یہ ایک ثابت شدہ حقیقت ہے کہ ذکر بالجہر جیسی چیزیں رسول اللہ صلی اللہ علیہ وسلم کے چھوڑے ہوئے دین میں موجود نہیں، اور جب وہ رسول اللہ کے چھوڑے ہوئے دین میں موجود نہیں ہیں تو فی اور لام جیسے نقطوں کے ذریعے اس کو دین محمدی میں شامل کرنا صرف ایک مبتدیانہ جسارت ہے۔</w:t>
      </w:r>
    </w:p>
    <w:p>
      <w:r>
        <w:rPr>
          <w:b/>
        </w:rPr>
        <w:t xml:space="preserve">[23:52] </w:t>
      </w:r>
      <w:r>
        <w:t>is qism ka nuqta aise azafon ke liye koi qabil-e-qubool wajh-e-jawaz nahi. ulama ka ittifaqi maslak hai ke ibadat mein qiyas nahi, la qiyas fil ibadat yani ta'abbudi umoor mein sirf taqleed hai, is mein koi ijtihad nahi.</w:t>
      </w:r>
    </w:p>
    <w:p>
      <w:pPr>
        <w:jc w:val="right"/>
      </w:pPr>
      <w:r>
        <w:t>اس قسم کا نقطہ ایسے اضافوں کے لیے کوئی قابل قبول وجہ جواز نہیں۔ علماء کا اتفاقی مسلک ہے کہ عبادت میں قیاس نہیں، لا قیاس فی العبادات یعنی تعبدی امور میں صرف تقلید ہے، اس میں کوئی اجتہاد نہیں۔</w:t>
      </w:r>
    </w:p>
    <w:p>
      <w:r>
        <w:rPr>
          <w:b/>
        </w:rPr>
        <w:t xml:space="preserve">[24:10] </w:t>
      </w:r>
      <w:r>
        <w:t>ta'abbudi umoor mein koi istidlal sirf sareeh nass par qaim ho sakta hai, is ko lafzi nuqton ki buniyad par qaim nahi kiya ja sakta.</w:t>
      </w:r>
    </w:p>
    <w:p>
      <w:pPr>
        <w:jc w:val="right"/>
      </w:pPr>
      <w:r>
        <w:t>تعبدی امور میں کوئی استدلال صرف صریح نص پر قائم ہو سکتا ہے، اس کو لفظی نقطوں کی بنیاد پر قائم نہیں کیا جا سکتا۔</w:t>
      </w:r>
    </w:p>
    <w:p>
      <w:r>
        <w:rPr>
          <w:b/>
        </w:rPr>
        <w:t xml:space="preserve">[24:20] </w:t>
      </w:r>
      <w:r>
        <w:t>ta'abbudi umoor mein lafzi nuqton ki buniyad par ijtihad karna aqli aitbar se ghair-elmi hai aur deeni aitbar se na qabil-e-qubool jasarat.</w:t>
      </w:r>
    </w:p>
    <w:p>
      <w:pPr>
        <w:jc w:val="right"/>
      </w:pPr>
      <w:r>
        <w:t>تعبدی امور میں لفظی نقطوں کی بنیاد پر اجتہاد کرنا عقلی اعتبار سے غیر علمی ہے اور دینی اعتبار سے ناقابل قبول جسارت۔</w:t>
      </w:r>
    </w:p>
    <w:p>
      <w:r>
        <w:rPr>
          <w:b/>
        </w:rPr>
        <w:t xml:space="preserve">[24:34] </w:t>
      </w:r>
      <w:r>
        <w:t>tazkiya har waqt. kitab "tazkiya-e-nafs" Maulana Wahiduddin Khan, safha number 13.</w:t>
      </w:r>
    </w:p>
    <w:p>
      <w:pPr>
        <w:jc w:val="right"/>
      </w:pPr>
      <w:r>
        <w:t>تزکیہ ہر وقت۔ کتاب "تزکیہ نفس" مولانا وحید الدین خان، صفحہ نمبر 13۔</w:t>
      </w:r>
    </w:p>
    <w:p>
      <w:r>
        <w:rPr>
          <w:b/>
        </w:rPr>
        <w:t xml:space="preserve">[24:47] </w:t>
      </w:r>
      <w:r>
        <w:t>aam taur par yeh samjha jata hai ke tazkiya ka ek waqti course hai ya kuch azkar o awrad hain jin ko mutayyan auqaat mein padh liya jaye,</w:t>
      </w:r>
    </w:p>
    <w:p>
      <w:pPr>
        <w:jc w:val="right"/>
      </w:pPr>
      <w:r>
        <w:t>عام طور پر یہ سمجھا جاتا ہے کہ تزکیہ کا ایک وقتی کورس ہے یا کچھ اذکار و اوراد ہیں جن کو متعین اوقات میں پڑھ لیا جائے،</w:t>
      </w:r>
    </w:p>
    <w:p>
      <w:r>
        <w:rPr>
          <w:b/>
        </w:rPr>
        <w:t xml:space="preserve">[24:57] </w:t>
      </w:r>
      <w:r>
        <w:t>magar yeh tazkiya ka rasmi ya ghair-fitri tareeqa hai aur koi bhi cheez is tarah ke waqti tareeqon ke zariye haasil nahi hoti.</w:t>
      </w:r>
    </w:p>
    <w:p>
      <w:pPr>
        <w:jc w:val="right"/>
      </w:pPr>
      <w:r>
        <w:t>مگر یہ تزکیہ کا رسمی یا غیر فطری طریقہ ہے اور کوئی بھی چیز اس طرح کے وقتی طریقوں کے ذریعے حاصل نہیں ہوتی۔</w:t>
      </w:r>
    </w:p>
    <w:p>
      <w:r>
        <w:rPr>
          <w:b/>
        </w:rPr>
        <w:t xml:space="preserve">[25:07] </w:t>
      </w:r>
      <w:r>
        <w:t>haqeeqat yeh hai ke jis tarah aadmi har waqt saans leta hai, saans lene ka koi waqti tareeqa nahi, usi tarah tazkiya bhi ek musalsal amal hai.</w:t>
      </w:r>
    </w:p>
    <w:p>
      <w:pPr>
        <w:jc w:val="right"/>
      </w:pPr>
      <w:r>
        <w:t>حقیقت یہ ہے کہ جس طرح آدمی ہر وقت سانس لیتا ہے، سانس لینے کا کوئی وقتی طریقہ نہیں، اسی طرح تزکیہ بھی ایک مسلسل عمل ہے۔</w:t>
      </w:r>
    </w:p>
    <w:p>
      <w:r>
        <w:rPr>
          <w:b/>
        </w:rPr>
        <w:t xml:space="preserve">[25:17] </w:t>
      </w:r>
      <w:r>
        <w:t>haqeeqi tazkiya sirf wohi hai jo har waqt jaari rahe.</w:t>
      </w:r>
    </w:p>
    <w:p>
      <w:pPr>
        <w:jc w:val="right"/>
      </w:pPr>
      <w:r>
        <w:t>حقیقی تزکیہ صرف وہی ہے جو ہر وقت جاری رہے۔</w:t>
      </w:r>
    </w:p>
    <w:p>
      <w:r>
        <w:rPr>
          <w:b/>
        </w:rPr>
        <w:t xml:space="preserve">[25:21] </w:t>
      </w:r>
      <w:r>
        <w:t>misal ke taur par ek farsi shayar ka sher hai ke: "mujh ghareeb ki qabr par na koi charagh hai aur na koi phool, is liye meri qabr par na parwana raqs karta aur na kisi bulbul ke chehakne ki awaaz aati." bar mazar-e-ma ghareeban, nay chiraghe, nay gale, nay par parwana raqsada, nay sada-e-bulbul.</w:t>
      </w:r>
    </w:p>
    <w:p>
      <w:pPr>
        <w:jc w:val="right"/>
      </w:pPr>
      <w:r>
        <w:t>مثال کے طور پر ایک فارسی شاعر کا شعر ہے کہ: "مجھ غریب کی قبر پر نہ کوئی چراغ ہے اور نہ کوئی پھول، اس لیے میری قبر پر نہ پروانہ رقص کرتا اور نہ کسی بلبل کے چہکنے کی آواز آتی۔" بر مزار ماں غریباں، نئے چراغے، نئے گلے، نئے پر پروانہ رقصد، نئے صدائے بلبلے۔</w:t>
      </w:r>
    </w:p>
    <w:p>
      <w:r>
        <w:rPr>
          <w:b/>
        </w:rPr>
        <w:t xml:space="preserve">[25:49] </w:t>
      </w:r>
      <w:r>
        <w:t>yeh sher aap ko yaad aaya to aap sochne lage ke shayar kitni zyada badi bhool mein mubtala hai. woh samajhta hai ke us ke marne ke baad us ki qabr par koi charagh aur koi phool nahi,</w:t>
      </w:r>
    </w:p>
    <w:p>
      <w:pPr>
        <w:jc w:val="right"/>
      </w:pPr>
      <w:r>
        <w:t>یہ شعر آپ کو یاد آیا تو آپ سوچنے لگے کہ شاعر کتنی زیادہ بڑی بھول میں مبتلا ہے۔ وہ سمجھتا ہے کہ اس کے مرنے کے بعد اس کی قبر پر کوئی چراغ اور کوئی پھول نہیں،</w:t>
      </w:r>
    </w:p>
    <w:p>
      <w:r>
        <w:rPr>
          <w:b/>
        </w:rPr>
        <w:t xml:space="preserve">[26:02] </w:t>
      </w:r>
      <w:r>
        <w:t>is liye wahan na koi parwana aata aur na koi bulbul. halankeh asal masla yeh hai ke marne ke baad aadmi ek aur duniya mein pahunch gaya, jahan ke taqaze maujooda duniya se mukhtalif hain,</w:t>
      </w:r>
    </w:p>
    <w:p>
      <w:pPr>
        <w:jc w:val="right"/>
      </w:pPr>
      <w:r>
        <w:t>اس لیے وہاں نہ کوئی پروانہ آتا اور نہ کوئی بلبل۔ حالانکہ اصل مسئلہ یہ ہے کہ مرنے کے بعد آدمی ایک اور دنیا میں پہنچ گیا، جہاں کے تقاضے موجودہ دنیا سے مختلف ہیں،</w:t>
      </w:r>
    </w:p>
    <w:p>
      <w:r>
        <w:rPr>
          <w:b/>
        </w:rPr>
        <w:t xml:space="preserve">[26:16] </w:t>
      </w:r>
      <w:r>
        <w:t>jahan kamyabi ke liye us se mukhtalif ek aur ahliyat, ability darkar hai jo maujooda duniya mein us ke kaam aa rahi thi. mazeed yeh ke agli duniya mein dobara tayyari ka mauqa nahi, agli duniya mein sirf aaj ke amal ka anjam pana hai, na ke dobara koi amal karna.</w:t>
      </w:r>
    </w:p>
    <w:p>
      <w:pPr>
        <w:jc w:val="right"/>
      </w:pPr>
      <w:r>
        <w:t>جہاں کامیابی کے لیے اس سے مختلف ایک اور اہلیت، ایبیلیٹی درکار ہے جو موجودہ دنیا میں اس کے کام آ رہی تھی۔ مزید یہ کہ اگلی دنیا میں دوبارہ تیاری کا موقع نہیں، اگلی دنیا میں صرف آج کے عمل کا انجام پانا ہے، نہ کہ دوبارہ کوئی عمل کرنا۔</w:t>
      </w:r>
    </w:p>
    <w:p>
      <w:r>
        <w:rPr>
          <w:b/>
        </w:rPr>
        <w:t xml:space="preserve">[26:37] </w:t>
      </w:r>
      <w:r>
        <w:t>is soch ka nateeja yeh hoga ke jo shair sirf mushaire ka aik item tha, woh aadmi ki zindagi ke liye aik bhonchal ban jaye ga.</w:t>
      </w:r>
    </w:p>
    <w:p>
      <w:pPr>
        <w:jc w:val="right"/>
      </w:pPr>
      <w:r>
        <w:t>اس سوچ کا نتیجہ یہ ہوگا کہ جو شعر صرف مشاعرے کا ایک آئٹم تھا، وہ آدمی کی زندگی کے لیے ایک بھونچال بن جائے گا۔</w:t>
      </w:r>
    </w:p>
    <w:p>
      <w:r>
        <w:rPr>
          <w:b/>
        </w:rPr>
        <w:t xml:space="preserve">[26:46] </w:t>
      </w:r>
      <w:r>
        <w:t>woh is tayyari mein lag jaye ga ke woh apne andar aik aisi shakhsiyat ki taameer kare jo maut ke baad aanay walay marhala hayat mein is ke kaam aaye, jo aakhirat ki duniya mein is ko kamyabi dilanay wali ho.</w:t>
      </w:r>
    </w:p>
    <w:p>
      <w:pPr>
        <w:jc w:val="right"/>
      </w:pPr>
      <w:r>
        <w:t>وہ اس تیاری میں لگ جائے گا کہ وہ اپنے اندر ایک ایسی شخصیت کی تعمیر کرے جو موت کے بعد آنے والے مرحلہ حیات میں اس کے کام آئے، جو آخرت کی دنیا میں اس کو کامیابی دلانے والی ہو۔</w:t>
      </w:r>
    </w:p>
    <w:p>
      <w:r>
        <w:rPr>
          <w:b/>
        </w:rPr>
        <w:t xml:space="preserve">[27:00] </w:t>
      </w:r>
      <w:r>
        <w:t>yeh soch kar woh khud apne aap par guzarnay walay ahwal ke baray mein sochne lage ga, na ke qabar par guzarnay walay ahwal ke baray mein.</w:t>
      </w:r>
    </w:p>
    <w:p>
      <w:pPr>
        <w:jc w:val="right"/>
      </w:pPr>
      <w:r>
        <w:t>یہ سوچ کر وہ خود اپنے آپ پر گزرنے والے احوال کے بارے میں سوچنے لگے گا، نہ کہ قبر پر گزرنے والے احوال کے بارے میں۔</w:t>
      </w:r>
    </w:p>
    <w:p>
      <w:r>
        <w:rPr>
          <w:b/>
        </w:rPr>
        <w:t xml:space="preserve">[27:12] </w:t>
      </w:r>
      <w:r>
        <w:t>ghalti ke baad muhasiba. kitaab "tazkiya-e-nafs" Maulana Wahiduddin Khan, safha number 14.</w:t>
      </w:r>
    </w:p>
    <w:p>
      <w:pPr>
        <w:jc w:val="right"/>
      </w:pPr>
      <w:r>
        <w:t>غلطی کے بعد محاسبہ۔ کتاب "تزکیہ نفس" مولانا وحید الدین خان، صفحہ نمبر 14۔</w:t>
      </w:r>
    </w:p>
    <w:p>
      <w:r>
        <w:rPr>
          <w:b/>
        </w:rPr>
        <w:t xml:space="preserve">[27:25] </w:t>
      </w:r>
      <w:r>
        <w:t>tazkiya ka aik bohat bara zariya muhasiba yaani introspection hai. muhasibe ke zariye aadmi ka zehn bedar hota hai, us ki shakhsiyat mein hulchal paida hoti hai, us ke andar apni islaah ka daaiya yaani incentive jaagta hai.</w:t>
      </w:r>
    </w:p>
    <w:p>
      <w:pPr>
        <w:jc w:val="right"/>
      </w:pPr>
      <w:r>
        <w:t>تزکیہ کا ایک بہت بڑا ذریعہ محاسبہ یعنی انٹروسپیکشن ہے۔ محاسبے کے ذریعے آدمی کا ذہن بیدار ہوتا ہے، اس کی شخصیت میں ہلچل پیدا ہوتی ہے، اس کے اندر اپنی اصلاح کا داعیہ یعنی انسنٹیو جاگتا ہے۔</w:t>
      </w:r>
    </w:p>
    <w:p>
      <w:r>
        <w:rPr>
          <w:b/>
        </w:rPr>
        <w:t xml:space="preserve">[27:43] </w:t>
      </w:r>
      <w:r>
        <w:t>is tarah muhasiba aadmi ko zehn-o-rohani taraqqi ki taraf le jata hai. misaal ke taur par aik shakhs ne aap ke baray mein koi aisi baat keh di jo aap ko nagawar hui,</w:t>
      </w:r>
    </w:p>
    <w:p>
      <w:pPr>
        <w:jc w:val="right"/>
      </w:pPr>
      <w:r>
        <w:t>اس طرح محاسبہ آدمی کو ذہنی اور روحانی ترقی کی طرف لے جاتا ہے۔ مثال کے طور پر ایک شخص نے آپ کے بارے میں کوئی ایسی بات کہہ دی جو آپ کو ناگوار ہوئی،</w:t>
      </w:r>
    </w:p>
    <w:p>
      <w:r>
        <w:rPr>
          <w:b/>
        </w:rPr>
        <w:t xml:space="preserve">[27:55] </w:t>
      </w:r>
      <w:r>
        <w:t>aap ke jazbat bhark uthay, aap ne manfi radd-e-amal ke andaaz mein is ka jawab diya, baat ko aap ke andar nadamat yaani repentance paida hui, aap ne apni rawish par nazar saani ki, aap ne socha ke is tarah mein apne andar aik manfi shakhsiyat bana raha hoon, aisi manfi shakhsiyat maut ke baad ki zindagi mein mere liye sakht tabah kun sabit hogi,</w:t>
      </w:r>
    </w:p>
    <w:p>
      <w:pPr>
        <w:jc w:val="right"/>
      </w:pPr>
      <w:r>
        <w:t>آپ کے جذبات بھڑک اٹھے، آپ نے منفی ردعمل کے انداز میں اس کا جواب دیا، بات کو آپ کے اندر ندامت یعنی ریپنٹنس پیدا ہوئی، آپ نے اپنی روش پر نظر ثانی کی، آپ نے سوچا کہ اس طرح میں اپنے اندر ایک منفی شخصیت بنا رہا ہوں، ایسی منفی شخصیت موت کے بعد کی زندگی میں میرے لیے سخت تباہ کن ثابت ہوگی،</w:t>
      </w:r>
    </w:p>
    <w:p>
      <w:r>
        <w:rPr>
          <w:b/>
        </w:rPr>
        <w:t xml:space="preserve">[28:20] </w:t>
      </w:r>
      <w:r>
        <w:t>aisi manfi shakhsiyat mujh ko jannat mein dakhlay ke liye na-ahel bana de gi. aap ne socha ke quran ke mutabiq jannat walon ka culture aman culture hoga, wahan aisay log abad kiye jayen ge jo bahami zindagi mein aman aur mohabbat ke sath rehne ki salahiyat rakhte hain.</w:t>
      </w:r>
    </w:p>
    <w:p>
      <w:pPr>
        <w:jc w:val="right"/>
      </w:pPr>
      <w:r>
        <w:t>ایسی منفی شخصیت مجھ کو جنت میں داخلے کے لیے نااہل بنا دے گی۔ آپ نے سوچا کہ قرآن کے مطابق جنت والوں کا کلچر امن کلچر ہوگا، وہاں ایسے لوگ آباد کیے جائیں گے جو باہمی زندگی میں امن اور محبت کے ساتھ رہنے کی صلاحیت رکھتے ہوں۔</w:t>
      </w:r>
    </w:p>
    <w:p>
      <w:r>
        <w:rPr>
          <w:b/>
        </w:rPr>
        <w:t xml:space="preserve">[28:40] </w:t>
      </w:r>
      <w:r>
        <w:t>E</w:t>
      </w:r>
    </w:p>
    <w:p>
      <w:pPr>
        <w:jc w:val="right"/>
      </w:pPr>
      <w:r>
        <w:t>ای</w:t>
      </w:r>
    </w:p>
    <w:p>
      <w:r>
        <w:rPr>
          <w:b/>
        </w:rPr>
        <w:t xml:space="preserve">[28:41] </w:t>
      </w:r>
      <w:r>
        <w:t>si halat mein agar maine apne andar aisi shakhsiyat banai jis ke andar tolerance na ho, jo mushtael ho janay wali ho, jis ke andar dostana rawish yaani friendly behaviour ki salahiyat na pai jati ho,</w:t>
      </w:r>
    </w:p>
    <w:p>
      <w:pPr>
        <w:jc w:val="right"/>
      </w:pPr>
      <w:r>
        <w:t>سی حالت میں اگر میں نے اپنے اندر ایسی شخصیت بنائی جس کے اندر ٹولرنس نہ ہو، جو مشتعل ہو جانے والی ہو، جس کے اندر دوستانہ روش یعنی فرینڈلی بیہیویئر کی صلاحیت نہ پائی جاتی ہو،</w:t>
      </w:r>
    </w:p>
    <w:p>
      <w:r>
        <w:rPr>
          <w:b/>
        </w:rPr>
        <w:t xml:space="preserve">[28:55] </w:t>
      </w:r>
      <w:r>
        <w:t>aisa shakhs jannat mein dakhlay ke liye na-ahel qarar paye ga. woh abadi taur par masarrat aur kamyabi se mahroom rahe ga.</w:t>
      </w:r>
    </w:p>
    <w:p>
      <w:pPr>
        <w:jc w:val="right"/>
      </w:pPr>
      <w:r>
        <w:t>ایسا شخص جنت میں داخلے کے لیے نااہل قرار پائے گا۔ وہ ابدی طور پر مسرت اور کامیابی سے محروم رہے گا۔</w:t>
      </w:r>
    </w:p>
    <w:p>
      <w:r>
        <w:rPr>
          <w:b/>
        </w:rPr>
        <w:t xml:space="preserve">[29:04] </w:t>
      </w:r>
      <w:r>
        <w:t>yeh soch aap ke liye aik taameeri dhamaka sabit hogi.</w:t>
      </w:r>
    </w:p>
    <w:p>
      <w:pPr>
        <w:jc w:val="right"/>
      </w:pPr>
      <w:r>
        <w:t>یہ سوچ آپ کے لیے ایک تعمیری دھماکہ ثابت ہوگی۔</w:t>
      </w:r>
    </w:p>
    <w:p>
      <w:r>
        <w:rPr>
          <w:b/>
        </w:rPr>
        <w:t xml:space="preserve">[29:09] </w:t>
      </w:r>
      <w:r>
        <w:t>aap khud apne nigran ban jayen gay. aap ke andar apni islaah ka shadeed jazba paida ho jaye ga. khud ihtisabi ka yahi mizaj tazkiye ka sab se bara zariya hai.</w:t>
      </w:r>
    </w:p>
    <w:p>
      <w:pPr>
        <w:jc w:val="right"/>
      </w:pPr>
      <w:r>
        <w:t>آپ خود اپنے نگران بن جائیں گے۔ آپ کے اندر اپنی اصلاح کا شدید جذبہ پیدا ہو جائے گا۔ خود احتسابی کا یہی مزاج تزکیے کا سب سے بڑا ذریعہ ہے۔</w:t>
      </w:r>
    </w:p>
    <w:p>
      <w:r>
        <w:rPr>
          <w:b/>
        </w:rPr>
        <w:t xml:space="preserve">[29:21] </w:t>
      </w:r>
      <w:r>
        <w:t>tazkiya hamesha dakhli soch ke zariye hasil hota hai, na ke kharji noiyat ki kisi karwai ke zariye. tazkiya woh amal hai jis mein aadmi khud apna mazka hota hai,</w:t>
      </w:r>
    </w:p>
    <w:p>
      <w:pPr>
        <w:jc w:val="right"/>
      </w:pPr>
      <w:r>
        <w:t>تزکیہ ہمیشہ داخلی سوچ کے ذریعے حاصل ہوتا ہے، نہ کہ خارجی نوعیت کی کسی کارروائی کے ذریعے۔ تزکیہ وہ عمل ہے جس میں آدمی خود اپنا مزکہ ہوتا ہے،</w:t>
      </w:r>
    </w:p>
    <w:p>
      <w:r>
        <w:rPr>
          <w:b/>
        </w:rPr>
        <w:t xml:space="preserve">[29:34] </w:t>
      </w:r>
      <w:r>
        <w:t>woh khud hi talib-e-ilm hota hai aur khud hi apna ustaad bhi.</w:t>
      </w:r>
    </w:p>
    <w:p>
      <w:pPr>
        <w:jc w:val="right"/>
      </w:pPr>
      <w:r>
        <w:t>وہ خود ہی طالب علم ہوتا ہے اور خود ہی اپنا استاد بھی۔</w:t>
      </w:r>
    </w:p>
    <w:p>
      <w:r>
        <w:rPr>
          <w:b/>
        </w:rPr>
        <w:t xml:space="preserve">[29:42] </w:t>
      </w:r>
      <w:r>
        <w:t>mabni bar qalb, mabni bar dimagh. kitaab "tazkiya-e-nafs" Maulana Wahiduddin Khan, safha number 16.</w:t>
      </w:r>
    </w:p>
    <w:p>
      <w:pPr>
        <w:jc w:val="right"/>
      </w:pPr>
      <w:r>
        <w:t>مبنی بر قلب، مبنی بر دماغ۔ کتاب "تزکیہ نفس" مولانا وحید الدین خان، صفحہ نمبر 16۔</w:t>
      </w:r>
    </w:p>
    <w:p>
      <w:r>
        <w:rPr>
          <w:b/>
        </w:rPr>
        <w:t xml:space="preserve">[29:56] </w:t>
      </w:r>
      <w:r>
        <w:t>quran ki surah Aal-e-Imran ke aakhri ruku ko parhiye.</w:t>
      </w:r>
    </w:p>
    <w:p>
      <w:pPr>
        <w:jc w:val="right"/>
      </w:pPr>
      <w:r>
        <w:t>قرآن کی سورہ آل عمران کے آخری رکوع کو پڑھیے۔</w:t>
      </w:r>
    </w:p>
    <w:p>
      <w:r>
        <w:rPr>
          <w:b/>
        </w:rPr>
        <w:t xml:space="preserve">[30:00] </w:t>
      </w:r>
      <w:r>
        <w:t>is ruku mein ulul-albab yaani ahle-e-aql ko khitab karte hue kaha gaya hai ke apni aql ko istemal karte hue zameen-o-asman yaani kainat par ghaur karo.</w:t>
      </w:r>
    </w:p>
    <w:p>
      <w:pPr>
        <w:jc w:val="right"/>
      </w:pPr>
      <w:r>
        <w:t>اس رکوع میں اول الالباب یعنی اہل عقل کو خطاب کرتے ہوئے کہا گیا ہے کہ اپنی عقل کو استعمال کرتے ہوئے زمین و آسمان یعنی کائنات پر غور کرو۔</w:t>
      </w:r>
    </w:p>
    <w:p>
      <w:r>
        <w:rPr>
          <w:b/>
        </w:rPr>
        <w:t xml:space="preserve">[30:12] </w:t>
      </w:r>
      <w:r>
        <w:t>is mein tum Allah ki nishaniyan dekho ge, us ke zariye tum apne Rab ko pehchanoge, us ke zariye tum ko Khuda ke takhleeqi mansoobay ka ilm hasil hoga, us ke zariye tum jannat aur jahannum ko daryaft karoge, us ke zariye tum ko peghambar ki ahmiyat maloom hogi.</w:t>
      </w:r>
    </w:p>
    <w:p>
      <w:pPr>
        <w:jc w:val="right"/>
      </w:pPr>
      <w:r>
        <w:t>اس میں تم اللہ کی نشانیاں دیکھو گے، اس کے ذریعے تم اپنے رب کو پہچانو گے، اس کے ذریعے تم کو خدا کے تخلیقی منصوبے کا علم حاصل ہوگا، اس کے ذریعے تم جنت اور جہنم کو دریافت کرو گے، اس کے ذریعے تم کو پیغمبر کی اہمیت معلوم ہوگی۔</w:t>
      </w:r>
    </w:p>
    <w:p>
      <w:r>
        <w:rPr>
          <w:b/>
        </w:rPr>
        <w:t xml:space="preserve">[30:31] </w:t>
      </w:r>
      <w:r>
        <w:t>gharz woh tamam cheezen jis ka talluq barah-e-rast ya bil-wasta taur par tazkiye se hai, un sab ko is ruku mein kainaati tafakkur se wabasta kiya gaya hai.</w:t>
      </w:r>
    </w:p>
    <w:p>
      <w:pPr>
        <w:jc w:val="right"/>
      </w:pPr>
      <w:r>
        <w:t>غرض وہ تمام چیزیں جس کا تعلق براہ راست یا بالواسطہ طور پر تزکیے سے ہے، ان سب کو اس رکوع میں کائناتی تفکر سے وابستہ کیا گیا ہے۔</w:t>
      </w:r>
    </w:p>
    <w:p>
      <w:r>
        <w:rPr>
          <w:b/>
        </w:rPr>
        <w:t xml:space="preserve">[30:42] </w:t>
      </w:r>
      <w:r>
        <w:t>dosray lafzon mein yeh ke quran ka tazkiya mabni bar aql tazkiya hai, na ke mabni bar qalb tazkiya. is silsilay mein qalb ka lafz quran aur hadith mein literary maanon mein istemal kiya gaya hai, na ke scientific maanon mein.</w:t>
      </w:r>
    </w:p>
    <w:p>
      <w:pPr>
        <w:jc w:val="right"/>
      </w:pPr>
      <w:r>
        <w:t>دوسرے لفظوں میں یہ کہ قرآن کا تزکیہ مبنی بر عقل تزکیہ ہے، نہ کہ مبنی بر قلب تزکیہ۔ اس سلسلے میں قلب کا لفظ قرآن اور حدیث میں لٹریری معنوں میں استعمال کیا گیا ہے، نہ کہ سائنسی معنوں میں۔</w:t>
      </w:r>
    </w:p>
    <w:p>
      <w:r>
        <w:rPr>
          <w:b/>
        </w:rPr>
        <w:t xml:space="preserve">[31:00] </w:t>
      </w:r>
      <w:r>
        <w:t>baad ke zamanay mein sufiyya ke asar se musalmanon mein mabni bar qalb tazkiye ka tasawwur raaij ho gaya. is tasawwur ke tehat yeh samajh liya gaya ke insaan ka qalb tamam rabbani haqiqaton ka khazana hai.</w:t>
      </w:r>
    </w:p>
    <w:p>
      <w:pPr>
        <w:jc w:val="right"/>
      </w:pPr>
      <w:r>
        <w:t>بعد کے زمانے میں صوفیاء کے اثر سے مسلمانوں میں مبنی بر قلب تزکیے کا تصور رائج ہو گیا۔ اس تصور کے تحت یہ سمجھ لیا گیا کہ انسان کا قلب تمام ربانی حقیقتوں کا خزانہ ہے۔</w:t>
      </w:r>
    </w:p>
    <w:p>
      <w:r>
        <w:rPr>
          <w:b/>
        </w:rPr>
        <w:t xml:space="preserve">[31:15] </w:t>
      </w:r>
      <w:r>
        <w:t>murakaba yaani meditation ke zariye is khazane tak pohncho, aur phir tum ko woh cheez hasil ho jaye gi jis ko Islam mein tazkiya kaha gaya hai.</w:t>
      </w:r>
    </w:p>
    <w:p>
      <w:pPr>
        <w:jc w:val="right"/>
      </w:pPr>
      <w:r>
        <w:t>مراقبہ یعنی میڈیٹیشن کے ذریعے اس خزانے تک پہنچو، اور پھر تم کو وہ چیز حاصل ہو جائے گی جس کو اسلام میں تزکیہ کہا گیا ہے۔</w:t>
      </w:r>
    </w:p>
    <w:p>
      <w:r>
        <w:rPr>
          <w:b/>
        </w:rPr>
        <w:t xml:space="preserve">[31:27] </w:t>
      </w:r>
      <w:r>
        <w:t>magar mabni bar qalb yaani heart based tazkiye ka yeh tasawwur quran se makhuz na tha, balkay is ka makhuz tareekh tha.</w:t>
      </w:r>
    </w:p>
    <w:p>
      <w:pPr>
        <w:jc w:val="right"/>
      </w:pPr>
      <w:r>
        <w:t>مگر مبنی بر قلب یعنی ہارڈ بیسڈ تزکیے کا یہ تصور قرآن سے ماخوذ نہ تھا، بلکہ اس کا ماخذ تاریخ تھا۔</w:t>
      </w:r>
    </w:p>
    <w:p>
      <w:r>
        <w:rPr>
          <w:b/>
        </w:rPr>
        <w:t xml:space="preserve">[31:38] </w:t>
      </w:r>
      <w:r>
        <w:t>qadeem zamanay se chounkay mabni bar qalb rohaniyat yaani heart based spirituality ka tasawwur logon ke darmiyan chala aa raha tha, us ke zer asar mazahib surah number no aayat 30 ke taur par logon ne is ko Islam mein dakhil kar diya.</w:t>
      </w:r>
    </w:p>
    <w:p>
      <w:pPr>
        <w:jc w:val="right"/>
      </w:pPr>
      <w:r>
        <w:t>قدیم زمانے سے چونکہ مبنی بر قلب روحانیت یعنی ہارڈ بیسڈ سپرچویلٹی کا تصور لوگوں کے درمیان چلا آ رہا تھا، اس کے زیر اثر مضاحات سورہ نمبر نو آیت 30 کے طور پر لوگوں نے اس کو اسلام میں داخل کر دیا۔</w:t>
      </w:r>
    </w:p>
    <w:p>
      <w:r>
        <w:rPr>
          <w:b/>
        </w:rPr>
        <w:t xml:space="preserve">[31:56] </w:t>
      </w:r>
      <w:r>
        <w:t>jadeed science ne woh ilmi buniyad faraham kardi hai jis ke tehat islami tazkiye ko dobara mabni bar dimagh tazkiye ke taur par zinda kiya jae.</w:t>
      </w:r>
    </w:p>
    <w:p>
      <w:pPr>
        <w:jc w:val="right"/>
      </w:pPr>
      <w:r>
        <w:t>جدید سائنس نے وہ علمی بنیاد فراہم کر دی ہے جس کے تحت اسلامی تزکیے کو دوبارہ مبنی بر دماغ تزکیے کے طور پر زندہ کیا جائے۔</w:t>
      </w:r>
    </w:p>
    <w:p>
      <w:r>
        <w:rPr>
          <w:b/>
        </w:rPr>
        <w:t xml:space="preserve">[32:06] </w:t>
      </w:r>
      <w:r>
        <w:t>jadeed tehqiqat se yeh sabit hua hai ke insan ka qalb khoon ki gardish yaani circulation of blood ke liye sirf aik pump ka kaam karta hai.</w:t>
      </w:r>
    </w:p>
    <w:p>
      <w:pPr>
        <w:jc w:val="right"/>
      </w:pPr>
      <w:r>
        <w:t>جدید تحقیقات سے یہ ثابت ہوا ہے کہ انسان کا قلب خون کی گردش یعنی سرکولیشن آف بلڈ کے لیے صرف ایک پمپ کا کام کرتا ہے۔</w:t>
      </w:r>
    </w:p>
    <w:p>
      <w:r>
        <w:rPr>
          <w:b/>
        </w:rPr>
        <w:t xml:space="preserve">[32:17] </w:t>
      </w:r>
      <w:r>
        <w:t>qalb ke andar sochne ki salahiyat maujood nahi. sochne ki salahiyat tamam tar sirf dimagh mein hai.</w:t>
      </w:r>
    </w:p>
    <w:p>
      <w:pPr>
        <w:jc w:val="right"/>
      </w:pPr>
      <w:r>
        <w:t>قلب کے اندر سوچنے کی صلاحیت موجود نہیں۔ سوچنے کی صلاحیت تمام تر صرف دماغ میں ہے۔</w:t>
      </w:r>
    </w:p>
    <w:p>
      <w:r>
        <w:rPr>
          <w:b/>
        </w:rPr>
        <w:t xml:space="preserve">[32:25] </w:t>
      </w:r>
      <w:r>
        <w:t>insan ki zindagi ke tamam afaal sochne ke zariye wajood mein aate hain. tazkiye ka muamla koi mustasna muamla nahi. tazkiye ka maqsad bhi dimagh ke satah par sochne ke zariye hasil hota hai,</w:t>
      </w:r>
    </w:p>
    <w:p>
      <w:pPr>
        <w:jc w:val="right"/>
      </w:pPr>
      <w:r>
        <w:t>انسان کی زندگی کے تمام افعال سوچنے کے ذریعے وجود میں آتے ہیں۔ تزکیے کا معاملہ کوئی مستثنیٰ معاملہ نہیں۔ تزکیے کا مقصد بھی دماغ کے سطح پر سوچنے کے ذریعے حاصل ہوتا ہے،</w:t>
      </w:r>
    </w:p>
    <w:p>
      <w:r>
        <w:rPr>
          <w:b/>
        </w:rPr>
        <w:t xml:space="preserve">[32:40] </w:t>
      </w:r>
      <w:r>
        <w:t>na ke qalb par mafroza tawajjuh dene se. qalb par tawajjuh dena itna hi zyada be buniyad hai jitna ke hasool-e-tazkiye ke liye nakhun ya baal par tawajjuh dena.</w:t>
      </w:r>
    </w:p>
    <w:p>
      <w:pPr>
        <w:jc w:val="right"/>
      </w:pPr>
      <w:r>
        <w:t>نہ کہ قلب پر مفروضہ توجہ دینے سے۔ قلب پر توجہ دینا اتنا ہی زیادہ بے بنیاد ہے جتنا کہ حصول تزکیے کے لیے ناخن یا بال پر توجہ دینا۔</w:t>
      </w:r>
    </w:p>
    <w:p>
      <w:r>
        <w:rPr>
          <w:b/>
        </w:rPr>
        <w:t xml:space="preserve">[32:56] </w:t>
      </w:r>
      <w:r>
        <w:t>rehnama ki zaroorat. kitab "tazkiya-e-nafs" Maulana Wahiduddin Khan, safha number 17.</w:t>
      </w:r>
    </w:p>
    <w:p>
      <w:pPr>
        <w:jc w:val="right"/>
      </w:pPr>
      <w:r>
        <w:t>رہنما کی ضرورت۔ کتاب "تزکیہ نفس" مولانا وحید الدین خان، صفحہ نمبر 17۔</w:t>
      </w:r>
    </w:p>
    <w:p>
      <w:r>
        <w:rPr>
          <w:b/>
        </w:rPr>
        <w:t xml:space="preserve">[33:09] </w:t>
      </w:r>
      <w:r>
        <w:t>tazkiye ka zariya usoolan yeh hai ke aadmi quran mein ghhor kare, woh hadith ka mutala kare, woh ashab-e-rasool ki zindagiun se rehnumai hasil kare.</w:t>
      </w:r>
    </w:p>
    <w:p>
      <w:pPr>
        <w:jc w:val="right"/>
      </w:pPr>
      <w:r>
        <w:t>تزکیے کا ذریعہ اصولاً یہ ہے کہ آدمی قرآن میں غور کرے، وہ حدیث کا مطالعہ کرے، وہ اصحاب رسول کی زندگیوں سے رہنمائی حاصل کرے۔</w:t>
      </w:r>
    </w:p>
    <w:p>
      <w:r>
        <w:rPr>
          <w:b/>
        </w:rPr>
        <w:t xml:space="preserve">[33:19] </w:t>
      </w:r>
      <w:r>
        <w:t>yeh tazkiye ka usooli ma khaz hai. is ki yeh hesiyat abadi taur par baqi rahe gi.</w:t>
      </w:r>
    </w:p>
    <w:p>
      <w:pPr>
        <w:jc w:val="right"/>
      </w:pPr>
      <w:r>
        <w:t>یہ تزکیے کا اصولی ماخذ ہے۔ اس کی یہ حیثیت ابدی طور پر باقی رہے گی۔</w:t>
      </w:r>
    </w:p>
    <w:p>
      <w:r>
        <w:rPr>
          <w:b/>
        </w:rPr>
        <w:t xml:space="preserve">[33:25] </w:t>
      </w:r>
      <w:r>
        <w:t>iske ilawa tazkiye ke hasool ki aik amli shart bhi hai, aur woh hai apne zamane ke kisi rehnama ya murshid ko talash karna aur us ke ilm aur us ke tajrube se faida uthana.</w:t>
      </w:r>
    </w:p>
    <w:p>
      <w:pPr>
        <w:jc w:val="right"/>
      </w:pPr>
      <w:r>
        <w:t>اس کے علاوہ تزکیے کے حصول کی ایک عملی شرط بھی ہے، اور وہ ہے اپنے زمانے کے کسی رہنما یا مرشد کو تلاش کرنا اور اس کے علم اور اس کے تجربے سے فائدہ اٹھانا۔</w:t>
      </w:r>
    </w:p>
    <w:p>
      <w:r>
        <w:rPr>
          <w:b/>
        </w:rPr>
        <w:t xml:space="preserve">[33:38] </w:t>
      </w:r>
      <w:r>
        <w:t>aadmi ko jab koi murshid mil jae to us ko chahiye ke woh bila shart us ko apna murshid bana le. murshid ko mashroot taur par manna tazkiye ke rastay mein aik rukawat hai, na ke madadgar.</w:t>
      </w:r>
    </w:p>
    <w:p>
      <w:pPr>
        <w:jc w:val="right"/>
      </w:pPr>
      <w:r>
        <w:t>آدمی کو جب کوئی مرشد مل جائے تو اس کو چاہیے کہ وہ بلا شرط اس کو اپنا مرشد بنا لے۔ مرشد کو مشروط طور پر ماننا تزکیے کے راستے میں ایک رکاوٹ ہے، نہ کہ مددگار۔</w:t>
      </w:r>
    </w:p>
    <w:p>
      <w:r>
        <w:rPr>
          <w:b/>
        </w:rPr>
        <w:t xml:space="preserve">[33:51] </w:t>
      </w:r>
      <w:r>
        <w:t>jab aik shakhs yeh kahe ke maine falan insan ko apna ghair mashroot rehnama maan liya to is ka matlab anda muqallid banna nahi hota. is ka matlab sirf yeh hota hai ke shoori irtqa ke nateejay mein do insanon ka will ek ho gaya.</w:t>
      </w:r>
    </w:p>
    <w:p>
      <w:pPr>
        <w:jc w:val="right"/>
      </w:pPr>
      <w:r>
        <w:t>جب ایک شخص یہ کہے کہ میں نے فلاں انسان کو اپنا غیر مشروط رہنما مان لیا تو اس کا مطلب اندھا مقلد بننا نہیں ہوتا۔ اس کا مطلب صرف یہ ہوتا ہے کہ شعوری ارتقاء کے نتیجے میں دو انسانوں کا ویلنت ایک ہو گیا۔</w:t>
      </w:r>
    </w:p>
    <w:p>
      <w:r>
        <w:rPr>
          <w:b/>
        </w:rPr>
        <w:t xml:space="preserve">[34:08] </w:t>
      </w:r>
      <w:r>
        <w:t>yeh zehni hum ahangi ka waqea hai, na ke zehni taqleed ka waqea. asal yeh hai ke haqeeqat nafs ul amri mein ta'addud nahi</w:t>
      </w:r>
    </w:p>
    <w:p>
      <w:pPr>
        <w:jc w:val="right"/>
      </w:pPr>
      <w:r>
        <w:t>یہ ذہنی ہم آہنگی کا واقعہ ہے، نہ کہ ذہنی تقلید کا واقعہ۔ اصل یہ ہے کہ حقیقت نفس الامری میں تعدد نہیں</w:t>
      </w:r>
    </w:p>
    <w:p>
      <w:r>
        <w:rPr>
          <w:b/>
        </w:rPr>
        <w:t xml:space="preserve">[34:18] </w:t>
      </w:r>
      <w:r>
        <w:t>hota. is liye jab do insan asal haqeeqat tak pahunch jaen to fitri taur par un ke darmiyan zehni hum ahangi paida ho jati hai.</w:t>
      </w:r>
    </w:p>
    <w:p>
      <w:pPr>
        <w:jc w:val="right"/>
      </w:pPr>
      <w:r>
        <w:t>ہوتا۔ اس لیے جب دو انسان اصل حقیقت تک پہنچ جائیں تو فطری طور پر ان کے درمیان ذہنی ہم آہنگی پیدا ہو جاتی ہے۔</w:t>
      </w:r>
    </w:p>
    <w:p>
      <w:r>
        <w:rPr>
          <w:b/>
        </w:rPr>
        <w:t xml:space="preserve">[34:27] </w:t>
      </w:r>
      <w:r>
        <w:t>donon aik doosre ke liye fikri tawam yaani intellectual twin ban jaate hain. tazkiye ke liye rehnama ya murshid lazmi taur par zaroori hai, lekin murshid ki ahmiyat amli hai, na ke aqeeda ti.</w:t>
      </w:r>
    </w:p>
    <w:p>
      <w:pPr>
        <w:jc w:val="right"/>
      </w:pPr>
      <w:r>
        <w:t>دونوں ایک دوسرے کے لیے فکری توام یعنی انٹلیکچول ٹون بن جاتے ہیں۔ تزکیے کے لیے رہنما یا مرشد لازمی طور پر ضروری ہے، لیکن مرشد کی اہمیت عملی ہے، نہ کہ اعتقادی۔</w:t>
      </w:r>
    </w:p>
    <w:p>
      <w:r>
        <w:rPr>
          <w:b/>
        </w:rPr>
        <w:t xml:space="preserve">[34:42] </w:t>
      </w:r>
      <w:r>
        <w:t>murshid ki ahmiyat darasal aik aam sunnatullah ke tehat hai. is sunnatullah ko surah al-zukhruf ki aik ayat mein is tarah bayan kiya gaya hai: wa rafa'na ba'dahum fawqa ba'din darajatin li yattakhidha ba'duhumb ba'dan sukhriya</w:t>
      </w:r>
    </w:p>
    <w:p>
      <w:pPr>
        <w:jc w:val="right"/>
      </w:pPr>
      <w:r>
        <w:t>مرشد کی اہمیت دراصل ایک عمومی سنت اللہ کے تحت ہے۔ اس سنت اللہ کو سورہ الزخرف کی ایک آیت میں اس طرح بیان کیا گیا ہے: ورفعنا بعضهم فوق بعض درجات ليتخذ بعضهم بعضا سخريا</w:t>
      </w:r>
    </w:p>
    <w:p>
      <w:r>
        <w:rPr>
          <w:b/>
        </w:rPr>
        <w:t xml:space="preserve">[34:59] </w:t>
      </w:r>
      <w:r>
        <w:t>surah number 43 ayat 32. yaani hum ne aik ko doosre par fawqiyat di hai ta ke woh aik doosre se kaam le.</w:t>
      </w:r>
    </w:p>
    <w:p>
      <w:pPr>
        <w:jc w:val="right"/>
      </w:pPr>
      <w:r>
        <w:t>سورہ نمبر 43 آیت 32۔ یعنی ہم نے ایک کو دوسرے پر فوقیت دی ہے تاکہ وہ ایک دوسرے سے کام لے۔</w:t>
      </w:r>
    </w:p>
    <w:p>
      <w:r>
        <w:rPr>
          <w:b/>
        </w:rPr>
        <w:t xml:space="preserve">[35:08] </w:t>
      </w:r>
      <w:r>
        <w:t>is ayat ka matlab yeh hai ke Khuda ki yeh sunnat nahi hai ke woh har shakhs ko qaidana sifaat ke sath paida kare. Khuda ki sunnat yeh hai ke woh aik shakhs ko qaid banata hai aur doosron se yeh matloob hota hai ke woh us ki pairwi karen.</w:t>
      </w:r>
    </w:p>
    <w:p>
      <w:pPr>
        <w:jc w:val="right"/>
      </w:pPr>
      <w:r>
        <w:t>اس آیت کا مطلب یہ ہے کہ خدا کی یہ سنت نہیں ہے کہ وہ ہر شخص کو قائدانہ صفات کے ساتھ پیدا کرے۔ خدا کی سنت یہ ہے کہ وہ ایک شخص کو قائد بناتا ہے اور دوسروں سے یہ مطلوب ہوتا ہے کہ وہ اس کی پیروی کریں۔</w:t>
      </w:r>
    </w:p>
    <w:p>
      <w:r>
        <w:rPr>
          <w:b/>
        </w:rPr>
        <w:t xml:space="preserve">[35:24] </w:t>
      </w:r>
      <w:r>
        <w:t>Khuda ki sunnat ke mutabiq yahi zindagi ka fitri nizam hai. murshid ka muamla bhi isi sunnatullah ke mutabiq hai. Allah taala khusoosi eh'tam ke zariye kisi ko murshid ke maqam par khara karta hai.</w:t>
      </w:r>
    </w:p>
    <w:p>
      <w:pPr>
        <w:jc w:val="right"/>
      </w:pPr>
      <w:r>
        <w:t>خدا کی سنت کے مطابق یہی زندگی کا فطری نظام ہے۔ مرشد کا معاملہ بھی اسی سنت اللہ کے مطابق ہے۔ اللہ تعالیٰ خصوصی اہتمام کے ذریعے کسی کو مرشد کے مقام پر کھڑا کرتا ہے۔</w:t>
      </w:r>
    </w:p>
    <w:p>
      <w:r>
        <w:rPr>
          <w:b/>
        </w:rPr>
        <w:t xml:space="preserve">[35:38] </w:t>
      </w:r>
      <w:r>
        <w:t>doosron ka fariza yeh hota hai ke woh us ko</w:t>
      </w:r>
    </w:p>
    <w:p>
      <w:pPr>
        <w:jc w:val="right"/>
      </w:pPr>
      <w:r>
        <w:t>دوسروں کا فریضہ یہ ہوتا ہے کہ وہ اس کو</w:t>
      </w:r>
    </w:p>
    <w:p>
      <w:r>
        <w:rPr>
          <w:b/>
        </w:rPr>
        <w:t xml:space="preserve">[35:41] </w:t>
      </w:r>
      <w:r>
        <w:t>pehchanein aur us se mustafeed hote hue tazkiye ka maqsad hasil karen. jo log aisa na karen, woh goya ke fitrat ki aik azmaish mein nakaam ho gae.</w:t>
      </w:r>
    </w:p>
    <w:p>
      <w:pPr>
        <w:jc w:val="right"/>
      </w:pPr>
      <w:r>
        <w:t>پہچانیں اور اس سے استفادہ کرتے ہوئے تزکیے کا مقصد حاصل کریں۔ جو لوگ ایسا نہ کریں، وہ گویا کہ فطرت کی ایک آزمائش میں ناکام ہو گئے۔</w:t>
      </w:r>
    </w:p>
    <w:p>
      <w:r>
        <w:rPr>
          <w:b/>
        </w:rPr>
        <w:t xml:space="preserve">[35:51] </w:t>
      </w:r>
      <w:r>
        <w:t>murshid ka muamla koi purasrar muamla nahi. yeh aik maloom aqli muamla hai. ghhor o fikr ke zariye is ko samjha ja sakta hai.</w:t>
      </w:r>
    </w:p>
    <w:p>
      <w:pPr>
        <w:jc w:val="right"/>
      </w:pPr>
      <w:r>
        <w:t>مرشد کا معاملہ کوئی پراسرار معاملہ نہیں۔ یہ ایک معلوم عقلی معاملہ ہے۔ غور و فکر کے ذریعے اس کو سمجھا جا سکتا ہے۔</w:t>
      </w:r>
    </w:p>
    <w:p>
      <w:r>
        <w:rPr>
          <w:b/>
        </w:rPr>
        <w:t xml:space="preserve">[36:00] </w:t>
      </w:r>
      <w:r>
        <w:t>murshid se jo cheez milti hai, woh purasrar faiz nahi hai. woh wahi cheez hai jis ko aam taur par tarbiyati mustafida kaha jata hai.</w:t>
      </w:r>
    </w:p>
    <w:p>
      <w:pPr>
        <w:jc w:val="right"/>
      </w:pPr>
      <w:r>
        <w:t>مرشد سے جو چیز ملتی ہے، وہ پراسرار فیض نہیں ہے۔ وہ وہی چیز ہے جس کو عام طور پر تربیتی استفادہ کہا جاتا ہے۔</w:t>
      </w:r>
    </w:p>
    <w:p>
      <w:r>
        <w:rPr>
          <w:b/>
        </w:rPr>
        <w:t xml:space="preserve">[36:09] </w:t>
      </w:r>
      <w:r>
        <w:t>murshid aik zinda rehnama hota hai, na ke purasrar taur par koi muqaddas shakhsiyat. tazkiye ke liye Rabb ki ahmiyat.</w:t>
      </w:r>
    </w:p>
    <w:p>
      <w:pPr>
        <w:jc w:val="right"/>
      </w:pPr>
      <w:r>
        <w:t>مرشد ایک زندہ رہنما ہوتا ہے، نہ کہ پراسرار طور پر کوئی مقدس شخصیت۔ تزکیے کے لیے رب کی اہمیت۔</w:t>
      </w:r>
    </w:p>
    <w:p>
      <w:r>
        <w:rPr>
          <w:b/>
        </w:rPr>
        <w:t xml:space="preserve">[36:20] </w:t>
      </w:r>
      <w:r>
        <w:t>kitab "tazkiya-e-nafs" Maulana Wahiduddin Khan, safha number 19.</w:t>
      </w:r>
    </w:p>
    <w:p>
      <w:pPr>
        <w:jc w:val="right"/>
      </w:pPr>
      <w:r>
        <w:t>کتاب "تزکیہ نفس" مولانا وحید الدین خان، صفحہ نمبر 19۔</w:t>
      </w:r>
    </w:p>
    <w:p>
      <w:r>
        <w:rPr>
          <w:b/>
        </w:rPr>
        <w:t xml:space="preserve">[36:32] </w:t>
      </w:r>
      <w:r>
        <w:t>tazkiye ke liye sohbat yaani companionship aik madadgar zariya hai.</w:t>
      </w:r>
    </w:p>
    <w:p>
      <w:pPr>
        <w:jc w:val="right"/>
      </w:pPr>
      <w:r>
        <w:t>تزکیے کے لیے صحبت یعنی کمپینین شپ ایک مددگار ذریعہ ہے۔</w:t>
      </w:r>
    </w:p>
    <w:p>
      <w:r>
        <w:rPr>
          <w:b/>
        </w:rPr>
        <w:t xml:space="preserve">[36:38] </w:t>
      </w:r>
      <w:r>
        <w:t>qadeem zamanay mein sohbat ka zariya sirf aik tha, aur woh hai barah-e-raast mulaqat. maujooda zamanay mawaeslat yaani communication ka zamanah hai.</w:t>
      </w:r>
    </w:p>
    <w:p>
      <w:pPr>
        <w:jc w:val="right"/>
      </w:pPr>
      <w:r>
        <w:t>قدیم زمانے میں صحبت کا ذریعہ صرف ایک تھا، اور وہ ہے براہ راست ملاقات۔ موجودہ زمانہ مواصلات یعنی کمیونیکیشن کا زمانہ ہے۔</w:t>
      </w:r>
    </w:p>
    <w:p>
      <w:r>
        <w:rPr>
          <w:b/>
        </w:rPr>
        <w:t xml:space="preserve">[36:49] </w:t>
      </w:r>
      <w:r>
        <w:t>maujooda zamanay mein yeh mumkin ho gaya hai ke koi shakhs door rehtay hue bhi apnay muzakki ya murabbi se sohbat ka faida hasil kar sakay.</w:t>
      </w:r>
    </w:p>
    <w:p>
      <w:pPr>
        <w:jc w:val="right"/>
      </w:pPr>
      <w:r>
        <w:t>موجودہ زمانے میں یہ ممکن ہو گیا ہے کہ کوئی شخص دور رہتے ہوئے بھی اپنے مزکی یا مربی سے صحبت کا فائدہ حاصل کر سکے۔</w:t>
      </w:r>
    </w:p>
    <w:p>
      <w:r>
        <w:rPr>
          <w:b/>
        </w:rPr>
        <w:t xml:space="preserve">[36:59] </w:t>
      </w:r>
      <w:r>
        <w:t>maujooda zamanay mein yeh mumkin ho gaya hai ke koi shakhs door rehtay hue bhi apnay muzakki ya murabbi se sohbat ka faida hasil kar sakay.</w:t>
      </w:r>
    </w:p>
    <w:p>
      <w:pPr>
        <w:jc w:val="right"/>
      </w:pPr>
      <w:r>
        <w:t>اس ربط کا ذریعہ خط و کتابت اور انٹرنیٹ اور ٹیلی فون وغیرہ ہیں۔</w:t>
      </w:r>
    </w:p>
    <w:p>
      <w:r>
        <w:rPr>
          <w:b/>
        </w:rPr>
        <w:t xml:space="preserve">[37:05] </w:t>
      </w:r>
      <w:r>
        <w:t>isi ka aik zariya tele-counseling bhi hai. agar koi shakhs haqeeqi maanon mein tazkiyah ka talib ho to yeh cheezain us ke liye sohbat ka badal ban jayen gi.</w:t>
      </w:r>
    </w:p>
    <w:p>
      <w:pPr>
        <w:jc w:val="right"/>
      </w:pPr>
      <w:r>
        <w:t>اسی کا ایک ذریعہ ٹیلی کونسلنگ بھی ہے۔ اگر کوئی شخص حقیقی معنوں میں تزکیے کا طالب ہو تو یہ چیزیں اس کے لیے صحبت کا بدل بن جائیں گی۔</w:t>
      </w:r>
    </w:p>
    <w:p>
      <w:r>
        <w:rPr>
          <w:b/>
        </w:rPr>
        <w:t xml:space="preserve">[37:17] </w:t>
      </w:r>
      <w:r>
        <w:t>inhain jadeed zraa' mein se aik printing press hai. printing press ne is ko mumkin bana diya hai ke mahana ya ghair mahana magazine ke zariye musalsal tor par tazkiyah ka mawad hasil kiya jata rahay.</w:t>
      </w:r>
    </w:p>
    <w:p>
      <w:pPr>
        <w:jc w:val="right"/>
      </w:pPr>
      <w:r>
        <w:t>انہیں جدید ذرائع میں سے ایک پرنٹنگ پریس ہے۔ پرنٹنگ پریس نے اس کو ممکن بنا دیا ہے کہ ماہانہ یا غیر ماہانہ میگزین کے ذریعے مسلسل طور پر تزکیے کا مواد حاصل کیا جاتا رہے۔</w:t>
      </w:r>
    </w:p>
    <w:p>
      <w:r>
        <w:rPr>
          <w:b/>
        </w:rPr>
        <w:t xml:space="preserve">[37:33] </w:t>
      </w:r>
      <w:r>
        <w:t>mawzu se mutalliq matboo'a kitabon ka mutala bar bar kiya jayay. is tareeqay ki ahmiyat khud Quran se maloom hoti hai, jaisa ke irshad hai: 'allama bil qalam' surah number 96 ayat 4.</w:t>
      </w:r>
    </w:p>
    <w:p>
      <w:pPr>
        <w:jc w:val="right"/>
      </w:pPr>
      <w:r>
        <w:t>موضوع سے متعلق مطبوعہ کتابوں کا مطالعہ بار بار کیا جائے۔ اس طریقے کی اہمیت خود قرآن سے معلوم ہوتی ہے، جیسا کہ ارشاد ہے: عَلَّمَ بِالْقَلَمِ سورہ نمبر 96 آیت 4۔</w:t>
      </w:r>
    </w:p>
    <w:p>
      <w:r>
        <w:rPr>
          <w:b/>
        </w:rPr>
        <w:t xml:space="preserve">[37:47] </w:t>
      </w:r>
      <w:r>
        <w:t>yaani qalam ke zariye likhi hui kitabon se deen ko akhaz karna. mutalay ki ahmiyat aik pehlu se sohbat se bhi ziyadah hai.</w:t>
      </w:r>
    </w:p>
    <w:p>
      <w:pPr>
        <w:jc w:val="right"/>
      </w:pPr>
      <w:r>
        <w:t>یعنی قلم کے ذریعے لکھی ہوئی کتابوں سے دین کو اخذ کرنا۔ مطالعے کی اہمیت ایک پہلو سے صحبت سے بھی زیادہ ہے۔</w:t>
      </w:r>
    </w:p>
    <w:p>
      <w:r>
        <w:rPr>
          <w:b/>
        </w:rPr>
        <w:t xml:space="preserve">[37:58] </w:t>
      </w:r>
      <w:r>
        <w:t>sohbat mein aadmi kisi baat ko apnay murshid se aik bar sunta hai, lekin kitab ki surat mein yeh mumkin hota hai ke woh bar bar us ka mutala karay.</w:t>
      </w:r>
    </w:p>
    <w:p>
      <w:pPr>
        <w:jc w:val="right"/>
      </w:pPr>
      <w:r>
        <w:t>صحبت میں آدمی کسی بات کو اپنے مرشد سے ایک بار سنتا ہے، لیکن کتاب کی صورت میں یہ ممکن ہوتا ہے کہ وہ بار بار اس کا مطالعہ کرے۔</w:t>
      </w:r>
    </w:p>
    <w:p>
      <w:r>
        <w:rPr>
          <w:b/>
        </w:rPr>
        <w:t xml:space="preserve">[38:08] </w:t>
      </w:r>
      <w:r>
        <w:t>woh bar bar us ko samnay rakhtay hue us par ghawr-o-fikr karay. woh us ko lay kar doosron se us par mazakirah yaani exchange karay.</w:t>
      </w:r>
    </w:p>
    <w:p>
      <w:pPr>
        <w:jc w:val="right"/>
      </w:pPr>
      <w:r>
        <w:t>وہ بار بار اس کو سامنے رکھتے ہوئے اس پر غور و فکر کرے۔ وہ اس کو لے کر دوسروں سے اس پر مذاکرہ یعنی ایکسچینج کرے۔</w:t>
      </w:r>
    </w:p>
    <w:p>
      <w:r>
        <w:rPr>
          <w:b/>
        </w:rPr>
        <w:t xml:space="preserve">[38:17] </w:t>
      </w:r>
      <w:r>
        <w:t>aik aisa faida hai jo sirf kitabon ke zariye hasil hota hai. tazkiyah ke liye rabt intehai had tak zaruri hai.</w:t>
      </w:r>
    </w:p>
    <w:p>
      <w:pPr>
        <w:jc w:val="right"/>
      </w:pPr>
      <w:r>
        <w:t>ایک ایسا فائدہ ہے جو صرف کتابوں کے ذریعے حاصل ہوتا ہے۔ تزکیے کے لیے رابطہ انتہائی حد تک ضروری ہے۔</w:t>
      </w:r>
    </w:p>
    <w:p>
      <w:r>
        <w:rPr>
          <w:b/>
        </w:rPr>
        <w:t xml:space="preserve">[38:26] </w:t>
      </w:r>
      <w:r>
        <w:t>yaani murshid se musalsal tor par istifadah kartay rehana. apnay masail murshid ko bata kar us se rahnumai hasil karna. yeh rabt barah-e-raast sohbat ke zariye bhi ho sakta hai aur mawaeslat ke zariye bhi.</w:t>
      </w:r>
    </w:p>
    <w:p>
      <w:pPr>
        <w:jc w:val="right"/>
      </w:pPr>
      <w:r>
        <w:t>یعنی مرشد سے مسلسل طور پر استفادہ کرتے رہنا۔ اپنے مسائل مرشد کو بتا کر اس سے رہنمائی حاصل کرنا۔ یہ ربط براہ راست صحبت کے ذریعے بھی ہو سکتا ہے اور مواصلات کے ذریعے بھی۔</w:t>
      </w:r>
    </w:p>
    <w:p>
      <w:r>
        <w:rPr>
          <w:b/>
        </w:rPr>
        <w:t xml:space="preserve">[38:40] </w:t>
      </w:r>
      <w:r>
        <w:t>yeh rabt musalsal tor par matloob hai. waqti rabt se tazkiyah ka faida hasil nahi ho sakta.</w:t>
      </w:r>
    </w:p>
    <w:p>
      <w:pPr>
        <w:jc w:val="right"/>
      </w:pPr>
      <w:r>
        <w:t>یہ ربط مسلسل طور پر مطلوب ہے۔ وقتی ربط سے تزکیے کا فائدہ حاصل نہیں ہو سکتا۔</w:t>
      </w:r>
    </w:p>
    <w:p>
      <w:r>
        <w:rPr>
          <w:b/>
        </w:rPr>
        <w:t xml:space="preserve">[38:50] </w:t>
      </w:r>
      <w:r>
        <w:t>wasitay ke baghair. kitab 'tazkiyah nafs' Maulana Wahiduddin Khan, safha number 20.</w:t>
      </w:r>
    </w:p>
    <w:p>
      <w:pPr>
        <w:jc w:val="right"/>
      </w:pPr>
      <w:r>
        <w:t>واسطے کے بغیر۔ کتاب "تزکیہ نفس" مولانا وحید الدین خان، صفحہ نمبر 20۔</w:t>
      </w:r>
    </w:p>
    <w:p>
      <w:r>
        <w:rPr>
          <w:b/>
        </w:rPr>
        <w:t xml:space="preserve">[39:02] </w:t>
      </w:r>
      <w:r>
        <w:t>shaoori ya ghair shaoori taur par logon ka yeh khayal hai ke tazkiyah ke liye aik purasrar wasitah ya wasilah darkar hai. aslaf ka wasitah, akabir ka wasitah, shaikh ka wasitah, buzurgon ka wasitah, ahl-e-Allah ka wasitah waghaireh.</w:t>
      </w:r>
    </w:p>
    <w:p>
      <w:pPr>
        <w:jc w:val="right"/>
      </w:pPr>
      <w:r>
        <w:t>شعوری یا غیر شعوری طور پر لوگوں کا یہ خیال ہے کہ تزکیے کے لیے ایک پراسرار واسطہ یا وسیلہ درکار ہے۔ اسلاف کا واسطہ، اکابر کا واسطہ، شیخ کا واسطہ، بزرگوں کا واسطہ، اہل اللہ کا واسطہ وغیرہ۔</w:t>
      </w:r>
    </w:p>
    <w:p>
      <w:r>
        <w:rPr>
          <w:b/>
        </w:rPr>
        <w:t xml:space="preserve">[39:19] </w:t>
      </w:r>
      <w:r>
        <w:t>wasitay ke is purasrar tasawwur mein shaikh bizat khud matloob ban jata hai, jabkay rehnuma ke tasawwur mein asal maqsood Khuda hota hai aur rehnuma ki hesiyat sirf zariye ki.</w:t>
      </w:r>
    </w:p>
    <w:p>
      <w:pPr>
        <w:jc w:val="right"/>
      </w:pPr>
      <w:r>
        <w:t>واسطے کے اس پراسرار تصور میں شیخ بذات خود مطلوب بن جاتا ہے، جبکہ رہنما کے تصور میں اصل مقصود خدا ہوتا ہے اور رہنما کی حیثیت صرف ذریعے کی۔</w:t>
      </w:r>
    </w:p>
    <w:p>
      <w:r>
        <w:rPr>
          <w:b/>
        </w:rPr>
        <w:t xml:space="preserve">[39:31] </w:t>
      </w:r>
      <w:r>
        <w:t>wasitay ka yeh tasawwur yaqeeni taur par be-bunyad hai. tazkiyah bila wasitah Allah se ta'alluq ke zariye hasil hota hai. koi wasitah is mamlay mein hargiz karamad nahi.</w:t>
      </w:r>
    </w:p>
    <w:p>
      <w:pPr>
        <w:jc w:val="right"/>
      </w:pPr>
      <w:r>
        <w:t>واسطے کا یہ تصور یقینی طور پر بے بنیاد ہے۔ تزکیہ بلا واسطہ اللہ سے تعلق کے ذریعے حاصل ہوتا ہے۔ کوئی واسطہ اس معاملے میں ہرگز کارآمد نہیں۔</w:t>
      </w:r>
    </w:p>
    <w:p>
      <w:r>
        <w:rPr>
          <w:b/>
        </w:rPr>
        <w:t xml:space="preserve">[39:45] </w:t>
      </w:r>
      <w:r>
        <w:t>haqeeqi tazkiyah hamesha Allah ki tofeeq se hota hai.</w:t>
      </w:r>
    </w:p>
    <w:p>
      <w:pPr>
        <w:jc w:val="right"/>
      </w:pPr>
      <w:r>
        <w:t>حقیقی تزکیہ ہمیشہ اللہ کی توفیق سے ہوتا ہے۔</w:t>
      </w:r>
    </w:p>
    <w:p>
      <w:r>
        <w:rPr>
          <w:b/>
        </w:rPr>
        <w:t xml:space="preserve">[39:48] </w:t>
      </w:r>
      <w:r>
        <w:t>Allah ki tofeeq ke liye kisi wasitay ki zarurat nahi. Allah ki tofeeq har bande tak barah-e-raast pohnchti hai. is ki shart sirf aik hai, aur woh hai haqeeqi maanon mein tazkiyah ka talib ban jana.</w:t>
      </w:r>
    </w:p>
    <w:p>
      <w:pPr>
        <w:jc w:val="right"/>
      </w:pPr>
      <w:r>
        <w:t>اللہ کی توفیق کے لیے کسی واسطے کی ضرورت نہیں۔ اللہ کی توفیق ہر بندے تک براہ راست پہنچتی ہے۔ اس کی شرط صرف ایک ہے، اور وہ ہے حقیقی معنوں میں تزکیے کا طالب بن جانا۔</w:t>
      </w:r>
    </w:p>
    <w:p>
      <w:r>
        <w:rPr>
          <w:b/>
        </w:rPr>
        <w:t xml:space="preserve">[40:03] </w:t>
      </w:r>
      <w:r>
        <w:t>Quran ki surah Al-Baqarah mein irshad hua hai: 'Wa idha sa'alaka 'ibadi 'anni fa'inni qareeb. Ujeebu da'wat-ad-da'i idha da'ani, fal yastajeebu li wal yu'minu bi la'allahum yarshadoon.'</w:t>
      </w:r>
    </w:p>
    <w:p>
      <w:pPr>
        <w:jc w:val="right"/>
      </w:pPr>
      <w:r>
        <w:t>قرآن کی سورہ البقرہ میں ارشاد ہوا ہے: وإذا سألك عبادي عني فإني قريب أجيب دعوة الداع إذا دعاني فليستجيبوا لي وليؤمنوا بي لعلهم يرشدون</w:t>
      </w:r>
    </w:p>
    <w:p>
      <w:r>
        <w:rPr>
          <w:b/>
        </w:rPr>
        <w:t xml:space="preserve">[40:18] </w:t>
      </w:r>
      <w:r>
        <w:t>surah number 2 ayat 186. yaani jab meray banday tum se meray baabat daryaft karen to keh do ke mein qareeb hoon, pukarney walay ki pukar ka jawab deta hoon, jabkay woh mujhe pukarta hai.</w:t>
      </w:r>
    </w:p>
    <w:p>
      <w:pPr>
        <w:jc w:val="right"/>
      </w:pPr>
      <w:r>
        <w:t>سورہ نمبر 2 آیت 186۔ یعنی جب میرے بندے تم سے میری بابت دریافت کریں تو کہہ دو کہ میں قریب ہوں، پکارنے والے کی پکار کا جواب دیتا ہوں، جبکہ وہ مجھے پکارتا ہے۔</w:t>
      </w:r>
    </w:p>
    <w:p>
      <w:r>
        <w:rPr>
          <w:b/>
        </w:rPr>
        <w:t xml:space="preserve">[40:33] </w:t>
      </w:r>
      <w:r>
        <w:t>to chahiye ke meray banday mera hukum manen aur mujh par yaqeen rakhen taakeh woh rah-e-yab hon. Quran ki is ayat mein 'qareeb' ka lafz istemal hua hai.</w:t>
      </w:r>
    </w:p>
    <w:p>
      <w:pPr>
        <w:jc w:val="right"/>
      </w:pPr>
      <w:r>
        <w:t>تو چاہیے کہ میرے بندے میرا حکم مانیں اور مجھ پر یقین رکھیں تاکہ وہ راہ یاب ہوں۔ قرآن کی اس آیت میں قریب کا لفظ استعمال ہوا ہے۔</w:t>
      </w:r>
    </w:p>
    <w:p>
      <w:r>
        <w:rPr>
          <w:b/>
        </w:rPr>
        <w:t xml:space="preserve">[40:45] </w:t>
      </w:r>
      <w:r>
        <w:t>is se maloom hua ke tazkiyah ka zariya husool-e-qurbat hai, na ke husool-e-waseelah. jo aadmi apna tazkiyah chahta ho, us ko chahiye ke woh apnay zehn ko bedar kar ke ziyadah se ziyadah Khuda ke qareeb honay ki koshish karay.</w:t>
      </w:r>
    </w:p>
    <w:p>
      <w:pPr>
        <w:jc w:val="right"/>
      </w:pPr>
      <w:r>
        <w:t>اس سے معلوم ہوا کہ تزکیے کا ذریعہ حصول قربت ہے، نہ کہ حصول وسیلہ۔ جو آدمی اپنا تزکیہ چاہتا ہو، اس کو چاہیے کہ وہ اپنے ذہن کو بیدار کر کے زیادہ سے زیادہ خدا کے قریب ہونے کی کوشش کرے۔</w:t>
      </w:r>
    </w:p>
    <w:p>
      <w:r>
        <w:rPr>
          <w:b/>
        </w:rPr>
        <w:t xml:space="preserve">[41:03] </w:t>
      </w:r>
      <w:r>
        <w:t>is maqsad ke husool ke liye koi bhi wasilah hargiz madadgar nahi ho sakta. tazkiyah ya to barah-e-raast ta'alluq billah ke zariye milta hai ya woh saray se nahi milta.</w:t>
      </w:r>
    </w:p>
    <w:p>
      <w:pPr>
        <w:jc w:val="right"/>
      </w:pPr>
      <w:r>
        <w:t>اس مقصد کے حصول کے لیے کوئی بھی وسیلہ ہرگز مددگار نہیں ہو سکتا۔ تزکیہ یا تو براہ راست تعلق باللہ کے ذریعے ملتا ہے یا وہ سرے سے نہیں ملتا۔</w:t>
      </w:r>
    </w:p>
    <w:p>
      <w:r>
        <w:rPr>
          <w:b/>
        </w:rPr>
        <w:t xml:space="preserve">[41:16] </w:t>
      </w:r>
      <w:r>
        <w:t>haqeeqat yeh hai ke wasitay ka tasawwur tazkiyah ke rastay mein rukawat hai. Khuda jab insaan se 'habl al-warid' surah number 50 ayat 16 se bhi ziyadah qareeb hai to us se qareeb honay ke liye kisi wasitay ki kya zarurat?</w:t>
      </w:r>
    </w:p>
    <w:p>
      <w:pPr>
        <w:jc w:val="right"/>
      </w:pPr>
      <w:r>
        <w:t>حقیقت یہ ہے کہ واسطے کا تصور تزکیے کے راستے میں رکاوٹ ہے۔ خدا جب انسان سے حبل الورید سورہ نمبر 50 آیت 16 سے بھی زیادہ قریب ہے تو اس سے قریب ہونے کے لیے کسی واسطے کی کیا ضرورت؟</w:t>
      </w:r>
    </w:p>
    <w:p>
      <w:r>
        <w:rPr>
          <w:b/>
        </w:rPr>
        <w:t xml:space="preserve">[41:32] </w:t>
      </w:r>
      <w:r>
        <w:t>wasitah ya wasilay ka tasawwur purasrar nisbat ke aqeeday par qaim hai, jabkay rehnuma ya murshid ka tasawwur shaoori ta'alluq ki bunyad par qaim hota hai.</w:t>
      </w:r>
    </w:p>
    <w:p>
      <w:pPr>
        <w:jc w:val="right"/>
      </w:pPr>
      <w:r>
        <w:t>واسطہ یا وسیلے کا تصور پراسرار نسبت کے عقیدے پر قائم ہے، جبکہ رہنما یا مرشد کا تصور شعوری تعلق کی بنیاد پر قائم ہوتا ہے۔</w:t>
      </w:r>
    </w:p>
    <w:p>
      <w:r>
        <w:rPr>
          <w:b/>
        </w:rPr>
        <w:t xml:space="preserve">[41:46] </w:t>
      </w:r>
      <w:r>
        <w:t>tazkiye se pehle. kitab "tazkiya-e-nafs" Maulana Wahiduddin Khan, safha number 22.</w:t>
      </w:r>
    </w:p>
    <w:p>
      <w:pPr>
        <w:jc w:val="right"/>
      </w:pPr>
      <w:r>
        <w:t>تزکیے سے پہلے۔ کتاب "تزکیہ نفس" مولانا وحید الدین خان، صفحہ نمبر 22۔</w:t>
      </w:r>
    </w:p>
    <w:p>
      <w:r>
        <w:rPr>
          <w:b/>
        </w:rPr>
        <w:t xml:space="preserve">[41:59] </w:t>
      </w:r>
      <w:r>
        <w:t>tazkiye ka asal muharrik ihtiyaj yaani distribution hai. jo aadmi jitna zyada apne ihtiyaj ko jaane ga, utna hi zyada woh tazkiye ki taraf raghib hoga.</w:t>
      </w:r>
    </w:p>
    <w:p>
      <w:pPr>
        <w:jc w:val="right"/>
      </w:pPr>
      <w:r>
        <w:t>تزکیے کا اصل محرک احتیاج یعنی ڈسٹریبیوشن ہے۔ جو آدمی جتنا زیادہ اپنے احتیاج کو جانے گا، اتنا ہی زیادہ وہ تزکیے کی طرف راغب ہوگا۔</w:t>
      </w:r>
    </w:p>
    <w:p>
      <w:r>
        <w:rPr>
          <w:b/>
        </w:rPr>
        <w:t xml:space="preserve">[42:11] </w:t>
      </w:r>
      <w:r>
        <w:t>aisa insaan fitri taur par apne ihtiyaj ki takmeel talash kare ga, aur isi talash ke nateejay ka naam tazkiya hai.</w:t>
      </w:r>
    </w:p>
    <w:p>
      <w:pPr>
        <w:jc w:val="right"/>
      </w:pPr>
      <w:r>
        <w:t>ایسا انسان فطری طور پر اپنے احتیاج کی تکمیل تلاش کرے گا، اور اسی تلاش کے نتیجے کا نام تزکیہ ہے۔</w:t>
      </w:r>
    </w:p>
    <w:p>
      <w:r>
        <w:rPr>
          <w:b/>
        </w:rPr>
        <w:t xml:space="preserve">[42:21] </w:t>
      </w:r>
      <w:r>
        <w:t>is daryaft ka aaghaz khud apne wajood se hota hai.</w:t>
      </w:r>
    </w:p>
    <w:p>
      <w:pPr>
        <w:jc w:val="right"/>
      </w:pPr>
      <w:r>
        <w:t>اس دریافت کا آغاز خود اپنے وجود سے ہوتا ہے۔</w:t>
      </w:r>
    </w:p>
    <w:p>
      <w:r>
        <w:rPr>
          <w:b/>
        </w:rPr>
        <w:t xml:space="preserve">[42:25] </w:t>
      </w:r>
      <w:r>
        <w:t>sab se pehle insaan shaoori taur par khud apni maujoodgi yaani existence ko daryaft karta hai. yeh daryaft is ke andar yeh tajassus yaani curiosity paida karti hai ke mujh ko wajood bakhshne wala kaun hai.</w:t>
      </w:r>
    </w:p>
    <w:p>
      <w:pPr>
        <w:jc w:val="right"/>
      </w:pPr>
      <w:r>
        <w:t>سب سے پہلے انسان شعوری طور پر خود اپنی موجودگی یعنی ایگزسٹنس کو دریافت کرتا ہے۔ یہ دریافت اس کے اندر یہ تجسس یعنی کیوریسٹی پیدا کرتی ہے کہ مجھ کو وجود بخشنے والا کون ہے۔</w:t>
      </w:r>
    </w:p>
    <w:p>
      <w:r>
        <w:rPr>
          <w:b/>
        </w:rPr>
        <w:t xml:space="preserve">[42:41] </w:t>
      </w:r>
      <w:r>
        <w:t>is tarah woh apne khaliq ko daryaft karta hai. is ke nateejay mein is ke andar apne khaliq ke liye be-panah azmat ka ehsas paida hota hai.</w:t>
      </w:r>
    </w:p>
    <w:p>
      <w:pPr>
        <w:jc w:val="right"/>
      </w:pPr>
      <w:r>
        <w:t>اس طرح وہ اپنے خالق کو دریافت کرتا ہے۔ اس کے نتیجے میں اس کے اندر اپنے خالق کے لیے بے پناہ عظمت کا احساس پیدا ہوتا ہے۔</w:t>
      </w:r>
    </w:p>
    <w:p>
      <w:r>
        <w:rPr>
          <w:b/>
        </w:rPr>
        <w:t xml:space="preserve">[42:51] </w:t>
      </w:r>
      <w:r>
        <w:t>phir woh sochta hai ke main mukammal taur par ek zaroorat mand shakhs hoon. main khud apni taqat se apni koi zaroorat poori nahi kar sakta.</w:t>
      </w:r>
    </w:p>
    <w:p>
      <w:pPr>
        <w:jc w:val="right"/>
      </w:pPr>
      <w:r>
        <w:t>پھر وہ سوچتا ہے کہ میں مکمل طور پر ایک ضرورت مند شخص ہوں۔ میں خود اپنی طاقت سے اپنی کوئی ضرورت پوری نہیں کر سکتا۔</w:t>
      </w:r>
    </w:p>
    <w:p>
      <w:r>
        <w:rPr>
          <w:b/>
        </w:rPr>
        <w:t xml:space="preserve">[43:01] </w:t>
      </w:r>
      <w:r>
        <w:t>is ke bawajood meri zaroorat ki tamam cheezein yahan paishgi taur par maujood hain: zameen, pani, hawa, oxygen, roshni, khurak, aur doosri be-shumar cheezein jin ko life support system kaha jata hai.</w:t>
      </w:r>
    </w:p>
    <w:p>
      <w:pPr>
        <w:jc w:val="right"/>
      </w:pPr>
      <w:r>
        <w:t>اس کے باوجود میری ضرورت کی تمام چیزیں یہاں پیشگی طور پر موجود ہیں: زمین، پانی، ہوا، اکسیجن، روشنی، خوراک، اور دوسری بے شمار چیزیں جن کو لائف سپورٹ سسٹم کہا جاتا ہے۔</w:t>
      </w:r>
    </w:p>
    <w:p>
      <w:r>
        <w:rPr>
          <w:b/>
        </w:rPr>
        <w:t xml:space="preserve">[43:17] </w:t>
      </w:r>
      <w:r>
        <w:t>woh sab yahan ek tarfa taur par mere liye maujood hain.</w:t>
      </w:r>
    </w:p>
    <w:p>
      <w:pPr>
        <w:jc w:val="right"/>
      </w:pPr>
      <w:r>
        <w:t>وہ سب یہاں ایک طرفہ طور پر میرے لیے موجود ہیں۔</w:t>
      </w:r>
    </w:p>
    <w:p>
      <w:r>
        <w:rPr>
          <w:b/>
        </w:rPr>
        <w:t xml:space="preserve">[43:22] </w:t>
      </w:r>
      <w:r>
        <w:t>is daryaft ke baad woh yeh janne ki koshish karta hai ke in tamam atiyaat ka maati yaani giver kaun hai. is tarah woh apne rab ko daryaft karta hai.</w:t>
      </w:r>
    </w:p>
    <w:p>
      <w:pPr>
        <w:jc w:val="right"/>
      </w:pPr>
      <w:r>
        <w:t>اس دریافت کے بعد وہ یہ جاننے کی کوشش کرتا ہے کہ ان تمام عطیات کا معطی یعنی گیور کون ہے۔ اس طرح وہ اپنے رب کو دریافت کرتا ہے۔</w:t>
      </w:r>
    </w:p>
    <w:p>
      <w:r>
        <w:rPr>
          <w:b/>
        </w:rPr>
        <w:t xml:space="preserve">[43:33] </w:t>
      </w:r>
      <w:r>
        <w:t>is daryaft ke nateejay mein is ke andar apne rab se be-panah mohabbat paida ho jati hai. is tarah aadmi ki justuju is ko is sawal tak pahunchati hai ke meri manzil yaani goal kya hai.</w:t>
      </w:r>
    </w:p>
    <w:p>
      <w:pPr>
        <w:jc w:val="right"/>
      </w:pPr>
      <w:r>
        <w:t>اس دریافت کے نتیجے میں اس کے اندر اپنے رب سے بے پناہ محبت پیدا ہو جاتی ہے۔ اس طرح آدمی کی جستجو اس کو اس سوال تک پہنچاتی ہے کہ میری منزل یعنی گول کیا ہے۔</w:t>
      </w:r>
    </w:p>
    <w:p>
      <w:r>
        <w:rPr>
          <w:b/>
        </w:rPr>
        <w:t xml:space="preserve">[43:46] </w:t>
      </w:r>
      <w:r>
        <w:t>phir is ko maloom hota hai ke maujooda duniya mein woh apni matloob manzil ko nahi pa sakta. yeh daryaft is ko aakhir kaar jannat ka talib bana deti hai, jahan woh apni manzil ko pa le aur apne tamam taqazon ki takmeel kar sake.</w:t>
      </w:r>
    </w:p>
    <w:p>
      <w:pPr>
        <w:jc w:val="right"/>
      </w:pPr>
      <w:r>
        <w:t>پھر اس کو معلوم ہوتا ہے کہ موجودہ دنیا میں وہ اپنی مطلوب منزل کو نہیں پا سکتا۔ یہ دریافت اس کو آخر کار جنت کا طالب بنا دیتی ہے، جہاں وہ اپنی منزل کو پا لے اور اپنے تمام تقاضوں کی تکمیل کر سکے۔</w:t>
      </w:r>
    </w:p>
    <w:p>
      <w:r>
        <w:rPr>
          <w:b/>
        </w:rPr>
        <w:t xml:space="preserve">[44:02] </w:t>
      </w:r>
      <w:r>
        <w:t>isi tarah aadmi jab sochta hai to woh daryaft karta hai ke is ko apni zindagi ke liye ek mustanad rehnumai darkaar hai. phir yeh hota hai ke woh tamam tar talash ke bawajood khud apni buniyad par apne liye mustanad rehnumai maloom</w:t>
      </w:r>
    </w:p>
    <w:p>
      <w:pPr>
        <w:jc w:val="right"/>
      </w:pPr>
      <w:r>
        <w:t>اسی طرح آدمی جب سوچتا ہے تو وہ دریافت کرتا ہے کہ اس کو اپنی زندگی کے لیے ایک مستند رہنمائی درکار ہے۔ پھر یہ ہوتا ہے کہ وہ تمام تر تلاش کے باوجود خود اپنی بنیاد پر اپنے لیے مستند رہنمائی معلوم</w:t>
      </w:r>
    </w:p>
    <w:p>
      <w:r>
        <w:rPr>
          <w:b/>
        </w:rPr>
        <w:t xml:space="preserve">[44:17] </w:t>
      </w:r>
      <w:r>
        <w:t>nahi kar sakta. is daryaft ke baad mazeed tajassus is ko is haqeeqat tak pahunchata hai ke mustanad rehnumai ka wahid zariya paighambar yaani prophet hai.</w:t>
      </w:r>
    </w:p>
    <w:p>
      <w:pPr>
        <w:jc w:val="right"/>
      </w:pPr>
      <w:r>
        <w:t>نہیں کر سکتا۔ اس دریافت کے بعد مزید تجسس اس کو اس حقیقت تک پہنچاتا ہے کہ مستند رہنمائی کا واحد ذریعہ پیغمبر یعنی پرافٹ ہے۔</w:t>
      </w:r>
    </w:p>
    <w:p>
      <w:r>
        <w:rPr>
          <w:b/>
        </w:rPr>
        <w:t xml:space="preserve">[44:30] </w:t>
      </w:r>
      <w:r>
        <w:t>is tarah woh apne dil ki poori aamadagi ke sath paighambar ko apna rahanuma bana leta hai. in daryafton ke baad fitri taur par aisa hota hai ke insaan ke andar tawazu yaani modesty paida hoti hai.</w:t>
      </w:r>
    </w:p>
    <w:p>
      <w:pPr>
        <w:jc w:val="right"/>
      </w:pPr>
      <w:r>
        <w:t>اس طرح وہ اپنے دل کی پوری آمادگی کے ساتھ پیغمبر کو اپنا رہنما بنا لیتا ہے۔ ان دریافتوں کے بعد فطری طور پر ایسا ہوتا ہے کہ انسان کے اندر تواضع یعنی ماڈیسٹی پیدا ہوتی ہے۔</w:t>
      </w:r>
    </w:p>
    <w:p>
      <w:r>
        <w:rPr>
          <w:b/>
        </w:rPr>
        <w:t xml:space="preserve">[44:44] </w:t>
      </w:r>
      <w:r>
        <w:t>woh khaliq ki azmaton mein jeene lagta hai.</w:t>
      </w:r>
    </w:p>
    <w:p>
      <w:pPr>
        <w:jc w:val="right"/>
      </w:pPr>
      <w:r>
        <w:t>وہ خالق کی عظمتوں میں جینے لگتا ہے۔</w:t>
      </w:r>
    </w:p>
    <w:p>
      <w:r>
        <w:rPr>
          <w:b/>
        </w:rPr>
        <w:t xml:space="preserve">[44:47] </w:t>
      </w:r>
      <w:r>
        <w:t>Khuda ka takhleeqi nizam is ke liye Khuda ki musalsal yaad ka zariya ban jata hai. jannat is ke liye is ke sab se baray matloob ki hesiyat ikhtiyar kar leti hai.</w:t>
      </w:r>
    </w:p>
    <w:p>
      <w:pPr>
        <w:jc w:val="right"/>
      </w:pPr>
      <w:r>
        <w:t>خدا کا تخلیقی نظام اس کے لیے خدا کی مسلسل یاد کا ذریعہ بن جاتا ہے۔ جنت اس کے لیے اس کے سب سے بڑے مطلوب کی حیثیت اختیار کر لیتی ہے۔</w:t>
      </w:r>
    </w:p>
    <w:p>
      <w:r>
        <w:rPr>
          <w:b/>
        </w:rPr>
        <w:t xml:space="preserve">[44:59] </w:t>
      </w:r>
      <w:r>
        <w:t>paighambar ko woh apne rahbar-e-kamil ke taur par qabool kar leta hai. yahi woh tamam aarifana tajrubaat hain jin ke majmooay ka naam tazkiya hai.</w:t>
      </w:r>
    </w:p>
    <w:p>
      <w:pPr>
        <w:jc w:val="right"/>
      </w:pPr>
      <w:r>
        <w:t>پیغمبر کو وہ اپنے رہبر کامل کے طور پر قبول کر لیتا ہے۔ یہی وہ تمام عارفانہ تجربات ہیں جن کے مجموعے کا نام تزکیہ ہے۔</w:t>
      </w:r>
    </w:p>
    <w:p>
      <w:r>
        <w:rPr>
          <w:b/>
        </w:rPr>
        <w:t xml:space="preserve">[45:13] </w:t>
      </w:r>
      <w:r>
        <w:t>tazkiya aur muhasiba. kitab "tazkiya-e-nafs" Maulana Wahiduddin Khan, safha number 24.</w:t>
      </w:r>
    </w:p>
    <w:p>
      <w:pPr>
        <w:jc w:val="right"/>
      </w:pPr>
      <w:r>
        <w:t>تزکیہ اور محاسبہ۔ کتاب "تزکیہ نفس" مولانا وحید الدین خان، صفحہ نمبر 24۔</w:t>
      </w:r>
    </w:p>
    <w:p>
      <w:r>
        <w:rPr>
          <w:b/>
        </w:rPr>
        <w:t xml:space="preserve">[45:26] </w:t>
      </w:r>
      <w:r>
        <w:t>tazkiya koi ek baar ka amal nahi. yaani aisa nahi hai ke koi shakhs ek baar koi course kare aur phir woh hamesha ke liye ek muzakka insaan ban jaye.</w:t>
      </w:r>
    </w:p>
    <w:p>
      <w:pPr>
        <w:jc w:val="right"/>
      </w:pPr>
      <w:r>
        <w:t>تزکیہ کوئی ایک بار کا عمل نہیں۔ یعنی ایسا نہیں ہے کہ کوئی شخص ایک بار کوئی کورس کرے اور پھر وہ ہمیشہ کے لیے ایک مزکا انسان بن جائے۔</w:t>
      </w:r>
    </w:p>
    <w:p>
      <w:r>
        <w:rPr>
          <w:b/>
        </w:rPr>
        <w:t xml:space="preserve">[45:36] </w:t>
      </w:r>
      <w:r>
        <w:t>haqeeqat yeh hai ke tazkiya ek musalsal amal hai.</w:t>
      </w:r>
    </w:p>
    <w:p>
      <w:pPr>
        <w:jc w:val="right"/>
      </w:pPr>
      <w:r>
        <w:t>حقیقت یہ ہے کہ تزکیہ ایک مسلسل عمل ہے۔</w:t>
      </w:r>
    </w:p>
    <w:p>
      <w:r>
        <w:rPr>
          <w:b/>
        </w:rPr>
        <w:t xml:space="preserve">[45:40] </w:t>
      </w:r>
      <w:r>
        <w:t>yeh amal yaani process aadmi ki zindagi mein sari umar jaari rehta hai. maut se pehle woh kabhi khatm nahi hota. tazkiya ek khud-ehtisabi ka amal hai.</w:t>
      </w:r>
    </w:p>
    <w:p>
      <w:pPr>
        <w:jc w:val="right"/>
      </w:pPr>
      <w:r>
        <w:t>یہ عمل یعنی پراسیس آدمی کی زندگی میں ساری عمر جاری رہتا ہے۔ موت سے پہلے وہ کبھی ختم نہیں ہوتا۔ تزکیہ ایک خود احتسابی کا عمل ہے۔</w:t>
      </w:r>
    </w:p>
    <w:p>
      <w:r>
        <w:rPr>
          <w:b/>
        </w:rPr>
        <w:t xml:space="preserve">[45:52] </w:t>
      </w:r>
      <w:r>
        <w:t>is amal mein aadmi ko khud apna nigran banna parta hai. jo aadmi tazkiye ka talib ho, us ko chahiye ke woh har lamha apne qaul-o-amal ki nigrani karta rahe.</w:t>
      </w:r>
    </w:p>
    <w:p>
      <w:pPr>
        <w:jc w:val="right"/>
      </w:pPr>
      <w:r>
        <w:t>اس عمل میں آدمی کو خود اپنا نگران بننا پڑتا ہے۔ جو آدمی تزکیے کا طالب ہو، اس کو چاہیے کہ وہ ہر لمحہ اپنے قول و عمل کی نگرانی کرتا رہے۔</w:t>
      </w:r>
    </w:p>
    <w:p>
      <w:r>
        <w:rPr>
          <w:b/>
        </w:rPr>
        <w:t xml:space="preserve">[46:03] </w:t>
      </w:r>
      <w:r>
        <w:t>woh intehai be-laag andaaz mein bar bar apna jaiza leta rahe.</w:t>
      </w:r>
    </w:p>
    <w:p>
      <w:pPr>
        <w:jc w:val="right"/>
      </w:pPr>
      <w:r>
        <w:t>وہ انتہائی بے لاگ انداز میں بار بار اپنا جائزہ لیتا رہے۔</w:t>
      </w:r>
    </w:p>
    <w:p>
      <w:r>
        <w:rPr>
          <w:b/>
        </w:rPr>
        <w:t xml:space="preserve">[46:08] </w:t>
      </w:r>
      <w:r>
        <w:t>khud-ehtisabi ka yeh amal sirf is shakhs ke andar jaari hota hai jis ke andar nadamat yaani repentance aur muhasiba yaani introspection ki salahiyat pai jaye.</w:t>
      </w:r>
    </w:p>
    <w:p>
      <w:pPr>
        <w:jc w:val="right"/>
      </w:pPr>
      <w:r>
        <w:t>خود احتسابی کا یہ عمل صرف اس شخص کے اندر جاری ہوتا ہے جس کے اندر ندامت یعنی ریپنٹنس اور محاسبہ یعنی انٹروسپیکشن کی صلاحیت پائی جائے۔</w:t>
      </w:r>
    </w:p>
    <w:p>
      <w:r>
        <w:rPr>
          <w:b/>
        </w:rPr>
        <w:t xml:space="preserve">[46:20] </w:t>
      </w:r>
      <w:r>
        <w:t>maujooda duniya imtehan ki duniya hai. is duniya ko banane wale ne is ko is tarah banaya hai ke yahan har lamha aadmi ke liye aazmaish ki sooraten pesh aaein.</w:t>
      </w:r>
    </w:p>
    <w:p>
      <w:pPr>
        <w:jc w:val="right"/>
      </w:pPr>
      <w:r>
        <w:t>موجودہ دنیا امتحان کی دنیا ہے۔ اس دنیا کو بنانے والے نے اس کو اس طرح بنایا ہے کہ یہاں ہر لمحہ آدمی کے لیے آزمائش کی صورتیں پیش آئیں۔</w:t>
      </w:r>
    </w:p>
    <w:p>
      <w:r>
        <w:rPr>
          <w:b/>
        </w:rPr>
        <w:t xml:space="preserve">[46:31] </w:t>
      </w:r>
      <w:r>
        <w:t>bar bar woh nafs ke taqazon se mutasir ho.</w:t>
      </w:r>
    </w:p>
    <w:p>
      <w:pPr>
        <w:jc w:val="right"/>
      </w:pPr>
      <w:r>
        <w:t>بار بار وہ نفس کے تقاضوں سے متاثر ہو۔</w:t>
      </w:r>
    </w:p>
    <w:p>
      <w:r>
        <w:rPr>
          <w:b/>
        </w:rPr>
        <w:t xml:space="preserve">[46:34] </w:t>
      </w:r>
      <w:r>
        <w:t>shaitan ki targhibaat is ko kisi ghair matloob cheez mein malvood kar dein mahol ke asar se woh kisi galat cheez ka shikar ho jaye waghera.</w:t>
      </w:r>
    </w:p>
    <w:p>
      <w:pPr>
        <w:jc w:val="right"/>
      </w:pPr>
      <w:r>
        <w:t>شیطان کی ترغیبات اس کو کسی غیر مطلوب چیز میں ملوث کر دیں۔ ماحول کے اثر سے وہ کسی غلط چیز کا شکار ہو جائے وغیرہ۔</w:t>
      </w:r>
    </w:p>
    <w:p>
      <w:r>
        <w:rPr>
          <w:b/>
        </w:rPr>
        <w:t xml:space="preserve">[46:44] </w:t>
      </w:r>
      <w:r>
        <w:t>is qism ki tamam cheezein tazkiye ki zid hain. aadmi ko itna zyada hassas hona chahiye ke woh har aise mauqe par jaag uthe.</w:t>
      </w:r>
    </w:p>
    <w:p>
      <w:pPr>
        <w:jc w:val="right"/>
      </w:pPr>
      <w:r>
        <w:t>اس قسم کی تمام چیزیں تزکیے کی ضد ہیں۔ آدمی کو اتنا زیادہ حساس ہونا چاہیے کہ وہ ہر ایسے موقع پر جاگ اٹھے۔</w:t>
      </w:r>
    </w:p>
    <w:p>
      <w:r>
        <w:rPr>
          <w:b/>
        </w:rPr>
        <w:t xml:space="preserve">[46:56] </w:t>
      </w:r>
      <w:r>
        <w:t>woh har mauqe par apni tatheer ki koshish mein lag jaye.</w:t>
      </w:r>
    </w:p>
    <w:p>
      <w:pPr>
        <w:jc w:val="right"/>
      </w:pPr>
      <w:r>
        <w:t>وہ ہر موقع پر اپنی تطہیر کی کوشش میں لگ جائے۔</w:t>
      </w:r>
    </w:p>
    <w:p>
      <w:r>
        <w:rPr>
          <w:b/>
        </w:rPr>
        <w:t xml:space="preserve">[47:00] </w:t>
      </w:r>
      <w:r>
        <w:t>woh har aisi aalooodgi ke mauqe par dobara apne aap ko pakiza banaye. yahi tazkiya hai. is qism ki khud ehsaabi ke baghair koi shakhs mazka shakhsiyat yani purified personality ka darja hasil nahi kar sakta.</w:t>
      </w:r>
    </w:p>
    <w:p>
      <w:pPr>
        <w:jc w:val="right"/>
      </w:pPr>
      <w:r>
        <w:t>وہ ہر ایسی آلودگی کے موقع پر دوبارہ اپنے آپ کو پاکیزہ بنائے۔ یہی تزکیہ ہے۔ اس قسم کی خود احتسابی کے بغیر کوئی شخص مزکا شخصیت یعنی پیوریفائیڈ پرسنیلٹی کا درجہ حاصل نہیں کر سکتا۔</w:t>
      </w:r>
    </w:p>
    <w:p>
      <w:r>
        <w:rPr>
          <w:b/>
        </w:rPr>
        <w:t xml:space="preserve">[47:15] </w:t>
      </w:r>
      <w:r>
        <w:t>muhasabe se zehni irtaqa yani intellectual development hasil hota hai. aur zehni irtaqa is baat ka zaman hai ke tazkiye ka amal kisi rukawat ke baghair aadmi ke andar jari rahe.</w:t>
      </w:r>
    </w:p>
    <w:p>
      <w:pPr>
        <w:jc w:val="right"/>
      </w:pPr>
      <w:r>
        <w:t>محاسبے سے ذہنی ارتقاء یعنی انٹلیکچول ڈیولپمنٹ حاصل ہوتا ہے۔ اور ذہنی ارتقاء اس بات کا ضامن ہے کہ تزکیے کا عمل کسی رکاوٹ کے بغیر آدمی کے اندر جاری رہے۔</w:t>
      </w:r>
    </w:p>
    <w:p>
      <w:r>
        <w:rPr>
          <w:b/>
        </w:rPr>
        <w:t xml:space="preserve">[47:30] </w:t>
      </w:r>
      <w:r>
        <w:t>tazkiya aur tawazu. kitab "tazkiya nafs" Maulana Wahiduddin Khan, safha number 25.</w:t>
      </w:r>
    </w:p>
    <w:p>
      <w:pPr>
        <w:jc w:val="right"/>
      </w:pPr>
      <w:r>
        <w:t>تزکیہ اور تواضع۔ کتاب "تزکیہ نفس" مولانا وحید الدین خان، صفحہ نمبر 25۔</w:t>
      </w:r>
    </w:p>
    <w:p>
      <w:r>
        <w:rPr>
          <w:b/>
        </w:rPr>
        <w:t xml:space="preserve">[47:42] </w:t>
      </w:r>
      <w:r>
        <w:t>fasal ke liye muafiq zameen darkar hai. fasal hamesha zar khez zameen par ugti hai. banjar zameen par kabhi fasal nahi ugti.</w:t>
      </w:r>
    </w:p>
    <w:p>
      <w:pPr>
        <w:jc w:val="right"/>
      </w:pPr>
      <w:r>
        <w:t>فصل کے لیے موافق زمین درکار ہے۔ فصل ہمیشہ زرخیز زمین پر اگتی ہے۔ بنجر زمین پر کبھی فصل نہیں اگتی۔</w:t>
      </w:r>
    </w:p>
    <w:p>
      <w:r>
        <w:rPr>
          <w:b/>
        </w:rPr>
        <w:t xml:space="preserve">[47:51] </w:t>
      </w:r>
      <w:r>
        <w:t>isi tarah tazkiye ke liye bhi muafiq zameen darkar hai. tawazu yani modesty tazkiye ke liye muafiq zameen hai. jis aadmi ke andar tawazu ki sifat hogi, us ke liye tazkiye ka husool aasan ho jayega.</w:t>
      </w:r>
    </w:p>
    <w:p>
      <w:pPr>
        <w:jc w:val="right"/>
      </w:pPr>
      <w:r>
        <w:t>اسی طرح تزکیے کے لیے بھی موافق زمین درکار ہے۔ تواضع یعنی ماڈیسٹی تزکیے کے لیے موافق زمین ہے۔ جس آدمی کے اندر تواضع کی صفت ہوگی، اس کے لیے تزکیے کا حصول آسان ہو جائے گا۔</w:t>
      </w:r>
    </w:p>
    <w:p>
      <w:r>
        <w:rPr>
          <w:b/>
        </w:rPr>
        <w:t xml:space="preserve">[48:06] </w:t>
      </w:r>
      <w:r>
        <w:t>is ke bar aks kibr yani arrogance tazkiye ke liye ek ghair muafiq zameen hai.</w:t>
      </w:r>
    </w:p>
    <w:p>
      <w:pPr>
        <w:jc w:val="right"/>
      </w:pPr>
      <w:r>
        <w:t>اس کے برعکس کبر یعنی اروگنس تزکیے کے لیے ایک غیر موافق زمین ہے۔</w:t>
      </w:r>
    </w:p>
    <w:p>
      <w:r>
        <w:rPr>
          <w:b/>
        </w:rPr>
        <w:t xml:space="preserve">[48:12] </w:t>
      </w:r>
      <w:r>
        <w:t>jis aadmi ke andar kibr ka mizaj ho, woh kabhi tazkiye ke maqam tak nahi pahunch sakta. is ka sabab yeh hai ke tawazu yani modesty se aadmi ke andar kami ka ehsas paida hota hai.</w:t>
      </w:r>
    </w:p>
    <w:p>
      <w:pPr>
        <w:jc w:val="right"/>
      </w:pPr>
      <w:r>
        <w:t>جس آدمی کے اندر کبر کا مزاج ہو، وہ کبھی تزکیے کے مقام تک نہیں پہنچ سکتا۔ اس کا سبب یہ ہے کہ تواضع یعنی ماڈیسٹی سے آدمی کے اندر کمی کا احساس پیدا ہوتا ہے۔</w:t>
      </w:r>
    </w:p>
    <w:p>
      <w:r>
        <w:rPr>
          <w:b/>
        </w:rPr>
        <w:t xml:space="preserve">[48:25] </w:t>
      </w:r>
      <w:r>
        <w:t>mutawazu insan ki nafsiyat yeh hoti hai ke mujhe kuch aur pana hai jo mere andar nahi hai. is ehsas ka nateeja yeh hota hai ke us ke samne jab sachai aati hai to woh kisi tahaffuz zehni yani reservation ke baghair</w:t>
      </w:r>
    </w:p>
    <w:p>
      <w:pPr>
        <w:jc w:val="right"/>
      </w:pPr>
      <w:r>
        <w:t>متواضع انسان کی نفسیات یہ ہوتی ہے کہ مجھے کچھ اور پانا ہے جو میرے اندر نہیں ہے۔ اس احساس کا نتیجہ یہ ہوتا ہے کہ اس کے سامنے جب سچائی آتی ہے تو وہ کسی تحفظ ذہنی یعنی ریزرویشن کے بغیر</w:t>
      </w:r>
    </w:p>
    <w:p>
      <w:r>
        <w:rPr>
          <w:b/>
        </w:rPr>
        <w:t xml:space="preserve">[48:40] </w:t>
      </w:r>
      <w:r>
        <w:t>us ki taraf daud padta hai. woh be laag andaz mein is ka jaiza leta hai. woh bohat jald daryaft kar leta hai ke sachai us ke liye us ki kami ki talafi hai.</w:t>
      </w:r>
    </w:p>
    <w:p>
      <w:pPr>
        <w:jc w:val="right"/>
      </w:pPr>
      <w:r>
        <w:t>اس کی طرف دوڑ پڑتا ہے۔ وہ بے لاگ انداز میں اس کا جائزہ لیتا ہے۔ وہ بہت جلد دریافت کر لیتا ہے کہ سچائی اس کے لیے اس کی کمی کی تلافی ہے۔</w:t>
      </w:r>
    </w:p>
    <w:p>
      <w:r>
        <w:rPr>
          <w:b/>
        </w:rPr>
        <w:t xml:space="preserve">[48:50] </w:t>
      </w:r>
      <w:r>
        <w:t>woh sachai ko khud apni cheez samajh kar us ko qabool kar leta hai. yahi sifat tazkiye ki rooh hai. is ke bar aks mamla mutakbir insan ka hai.</w:t>
      </w:r>
    </w:p>
    <w:p>
      <w:pPr>
        <w:jc w:val="right"/>
      </w:pPr>
      <w:r>
        <w:t>وہ سچائی کو خود اپنی چیز سمجھ کر اس کو قبول کر لیتا ہے۔ یہی صفت تزکیے کی روح ہے۔ اس کے برعکس معاملہ متکبر انسان کا ہے۔</w:t>
      </w:r>
    </w:p>
    <w:p>
      <w:r>
        <w:rPr>
          <w:b/>
        </w:rPr>
        <w:t xml:space="preserve">[49:02] </w:t>
      </w:r>
      <w:r>
        <w:t>mutakbir insan ki nafsiyat yeh hoti hai ke mere paas pehle hi se sab kuch maujood hai. mujhe kisi se kuch aur lene ki zarorat nahi.</w:t>
      </w:r>
    </w:p>
    <w:p>
      <w:pPr>
        <w:jc w:val="right"/>
      </w:pPr>
      <w:r>
        <w:t>متکبر انسان کی نفسیات یہ ہوتی ہے کہ میرے پاس پہلے ہی سے سب کچھ موجود ہے۔ مجھے کسی سے کچھ اور لینے کی ضرورت نہیں۔</w:t>
      </w:r>
    </w:p>
    <w:p>
      <w:r>
        <w:rPr>
          <w:b/>
        </w:rPr>
        <w:t xml:space="preserve">[49:11] </w:t>
      </w:r>
      <w:r>
        <w:t>is nafsiyat ki bina par woh bahir ki kisi cheez ko lene ke liye tayyar nahi hota. woh musleh ki baat ko aasani ke sath radd kar deta hai.</w:t>
      </w:r>
    </w:p>
    <w:p>
      <w:pPr>
        <w:jc w:val="right"/>
      </w:pPr>
      <w:r>
        <w:t>اس نفسیات کی بنا پر وہ باہر کی کسی چیز کو لینے کے لیے تیار نہیں ہوتا۔ وہ مصلح کی بات کو آسانی کے ساتھ رد کر دیتا ہے۔</w:t>
      </w:r>
    </w:p>
    <w:p>
      <w:r>
        <w:rPr>
          <w:b/>
        </w:rPr>
        <w:t xml:space="preserve">[49:21] </w:t>
      </w:r>
      <w:r>
        <w:t>us ka yeh mizaj us ke liye tazkiye ke husool mein rukawat ban jata hai. haqeeqat yeh hai ke tazkiya ek musalsal amal hai.</w:t>
      </w:r>
    </w:p>
    <w:p>
      <w:pPr>
        <w:jc w:val="right"/>
      </w:pPr>
      <w:r>
        <w:t>اس کا یہ مزاج اس کے لیے تزکیے کے حصول میں رکاوٹ بن جاتا ہے۔ حقیقت یہ ہے کہ تزکیہ ایک مسلسل عمل ہے۔</w:t>
      </w:r>
    </w:p>
    <w:p>
      <w:r>
        <w:rPr>
          <w:b/>
        </w:rPr>
        <w:t xml:space="preserve">[49:29] </w:t>
      </w:r>
      <w:r>
        <w:t>tazkiye ka yeh amal sirf us shakhs ke andar jari hota hai jo tawazu ka mizaj rakhta ho. tawazu ka mizaj aadmi ke andar qabooliyat ka mizaj paida karta hai.</w:t>
      </w:r>
    </w:p>
    <w:p>
      <w:pPr>
        <w:jc w:val="right"/>
      </w:pPr>
      <w:r>
        <w:t>تزکیے کا یہ عمل صرف اس شخص کے اندر جاری ہوتا ہے جو تواضع کا مزاج رکھتا ہو۔ تواضع کا مزاج آدمی کے اندر قبولیت کا مزاج پیدا کرتا ہے۔</w:t>
      </w:r>
    </w:p>
    <w:p>
      <w:r>
        <w:rPr>
          <w:b/>
        </w:rPr>
        <w:t xml:space="preserve">[49:40] </w:t>
      </w:r>
      <w:r>
        <w:t>aisa aadmi nafsiyati pecheedgi yani complex se azaad hoga. aur jo aadmi nafsiyati pecheedgi se azaad ho, wahi tazkiye ke darje tak pahunchne mein kamyabi hasil karta hai.</w:t>
      </w:r>
    </w:p>
    <w:p>
      <w:pPr>
        <w:jc w:val="right"/>
      </w:pPr>
      <w:r>
        <w:t>ایسا آدمی نفسیاتی پیچیدگی یعنی کمپلیکس سے آزاد ہوگا۔ اور جو آدمی نفسیاتی پیچیدگی سے آزاد ہو، وہی تزکیے کے درجے تک پہنچنے میں کامیابی حاصل کرتا ہے۔</w:t>
      </w:r>
    </w:p>
    <w:p>
      <w:r>
        <w:rPr>
          <w:b/>
        </w:rPr>
        <w:t xml:space="preserve">[49:55] </w:t>
      </w:r>
      <w:r>
        <w:t>masnoon azkar. kitab "tazkiya nafs" Maulana Wahiduddin Khan, safha number 26.</w:t>
      </w:r>
    </w:p>
    <w:p>
      <w:pPr>
        <w:jc w:val="right"/>
      </w:pPr>
      <w:r>
        <w:t>مسنون اذکار۔ کتاب "تزکیہ نفس" مولانا وحید الدین خان، صفحہ نمبر 26۔</w:t>
      </w:r>
    </w:p>
    <w:p>
      <w:r>
        <w:rPr>
          <w:b/>
        </w:rPr>
        <w:t xml:space="preserve">[50:08] </w:t>
      </w:r>
      <w:r>
        <w:t>hadees ki kitabon mein aisi riwayat aaein hain jin se yeh maloom hota ke Rasool Allah Sal Allah o Alaihe Wasallam mukhtalif auqat mein kuch kalmat ada karte the jin ko zikr o dua ke kalmat kaha jata hai.</w:t>
      </w:r>
    </w:p>
    <w:p>
      <w:pPr>
        <w:jc w:val="right"/>
      </w:pPr>
      <w:r>
        <w:t>حدیث کی کتابوں میں ایسی روایتیں آئیں ہیں جن سے یہ معلوم ہوتا کہ رسول اللہ صلی اللہ علیہ وسلم مختلف اوقات میں کچھ کلمات ادا کرتے تھے جن کو ذکر و دعا کے کلمات کہا جاتا ہے۔</w:t>
      </w:r>
    </w:p>
    <w:p>
      <w:r>
        <w:rPr>
          <w:b/>
        </w:rPr>
        <w:t xml:space="preserve">[50:23] </w:t>
      </w:r>
      <w:r>
        <w:t>yeh kalmat aam taur par masnoon zikr ya masnoon dua ke naam se mashhoor hain. aam tasawwur yeh hai ke yeh masnoon azkar tazkiya ka sab se bara zareea hain aur tazkiya yeh hai ke aadmi in azkar ko yaad kar le aur mukhtalif mauqe par in ko dohrata rahe.</w:t>
      </w:r>
    </w:p>
    <w:p>
      <w:pPr>
        <w:jc w:val="right"/>
      </w:pPr>
      <w:r>
        <w:t>یہ کلمات عام طور پر مسنون ذکر یا مسنون دعا کے نام سے مشہور ہیں۔ عام تصور یہ ہے کہ یہ مسنون اذکار تزکیہ کا سب سے بڑا ذریعہ ہیں اور تزکیہ یہ ہے کہ آدمی ان اذکار کو یاد کر لے اور مختلف موقع پر ان کو دہراتا رہے۔</w:t>
      </w:r>
    </w:p>
    <w:p>
      <w:r>
        <w:rPr>
          <w:b/>
        </w:rPr>
        <w:t xml:space="preserve">[50:43] </w:t>
      </w:r>
      <w:r>
        <w:t>masnoon azkar ka yeh tasawwur ek naqis tasawwur hai.</w:t>
      </w:r>
    </w:p>
    <w:p>
      <w:pPr>
        <w:jc w:val="right"/>
      </w:pPr>
      <w:r>
        <w:t>مسنون اذکار کا یہ تصور ایک ناقص تصور ہے۔</w:t>
      </w:r>
    </w:p>
    <w:p>
      <w:r>
        <w:rPr>
          <w:b/>
        </w:rPr>
        <w:t xml:space="preserve">[50:48] </w:t>
      </w:r>
      <w:r>
        <w:t>masnoon azkar darasal masnoon kaifiyat hain na ke saada maanon mein sirf masnoon alfaaz. is mamle mein asal haqeeqat yeh hai ke Rasool Allah Sal Allah o Alaihe Wasallam apni aala marifat ki bina par rabbani kaifiyat se mamoor rehte the.</w:t>
      </w:r>
    </w:p>
    <w:p>
      <w:pPr>
        <w:jc w:val="right"/>
      </w:pPr>
      <w:r>
        <w:t>مسنون اذکار دراصل مسنون کیفیات ہیں نہ کہ سادہ معنوں میں صرف مسنون الفاظ۔ اس معاملے میں اصل حقیقت یہ ہے کہ رسول اللہ صلی اللہ علیہ وسلم اپنی اعلیٰ معرفت کی بنا پر ربانی کیفیات سے مامور رہتے تھے۔</w:t>
      </w:r>
    </w:p>
    <w:p>
      <w:r>
        <w:rPr>
          <w:b/>
        </w:rPr>
        <w:t xml:space="preserve">[51:06] </w:t>
      </w:r>
      <w:r>
        <w:t>aap ki yeh dakhili halat mukhtalif moqa par aap ki zaban se nikal parti thi.</w:t>
      </w:r>
    </w:p>
    <w:p>
      <w:pPr>
        <w:jc w:val="right"/>
      </w:pPr>
      <w:r>
        <w:t>آپ کی یہ داخلی حالت مختلف مواقع پر آپ کی زبان سے نکل پڑتی تھی۔</w:t>
      </w:r>
    </w:p>
    <w:p>
      <w:r>
        <w:rPr>
          <w:b/>
        </w:rPr>
        <w:t xml:space="preserve">[51:13] </w:t>
      </w:r>
      <w:r>
        <w:t>aaj jo log hadith ki kitabon ko parhte hain, woh sirf alfaz nabwi se waqif hote hain. woh kaifiyat nabwi se waqif nahi ho paate.</w:t>
      </w:r>
    </w:p>
    <w:p>
      <w:pPr>
        <w:jc w:val="right"/>
      </w:pPr>
      <w:r>
        <w:t>آج جو لوگ حدیث کی کتابوں کو پڑھتے ہیں، وہ صرف الفاظ نبوی سے واقف ہوتے ہیں۔ وہ کیفیات نبوی سے واقف نہیں ہو پاتے۔</w:t>
      </w:r>
    </w:p>
    <w:p>
      <w:r>
        <w:rPr>
          <w:b/>
        </w:rPr>
        <w:t xml:space="preserve">[51:23] </w:t>
      </w:r>
      <w:r>
        <w:t>is bina par woh alfaz ko asal samajh lete hain kyunke woh kitab mein darj nahi. masnoon azkar ka yeh tasawwur masnoon azkar ki tazgeer hai.</w:t>
      </w:r>
    </w:p>
    <w:p>
      <w:pPr>
        <w:jc w:val="right"/>
      </w:pPr>
      <w:r>
        <w:t>اس بنا پر وہ الفاظ کو اصل سمجھ لیتے ہیں کیونکہ وہ کتاب میں درج نہیں۔ مسنون اذکار کا یہ تصور مسنون اذکار کی تزغیر ہے۔</w:t>
      </w:r>
    </w:p>
    <w:p>
      <w:r>
        <w:rPr>
          <w:b/>
        </w:rPr>
        <w:t xml:space="preserve">[51:34] </w:t>
      </w:r>
      <w:r>
        <w:t>woh masnoon azkar ka sahi taaruf nahi.</w:t>
      </w:r>
    </w:p>
    <w:p>
      <w:pPr>
        <w:jc w:val="right"/>
      </w:pPr>
      <w:r>
        <w:t>وہ مسنون اذکار کا صحیح تعارف نہیں۔</w:t>
      </w:r>
    </w:p>
    <w:p>
      <w:r>
        <w:rPr>
          <w:b/>
        </w:rPr>
        <w:t xml:space="preserve">[51:38] </w:t>
      </w:r>
      <w:r>
        <w:t>haqeeqat ke aitbar se masnoon azkar ka matlab yeh hai ke aadmi apne shaoor ko jagaye. woh musalsal tafakkari amal ke zariye apne andar aisi shakhsiyat ki taameer kare jo rabbani kaifiyat mein jeene wali ho.</w:t>
      </w:r>
    </w:p>
    <w:p>
      <w:pPr>
        <w:jc w:val="right"/>
      </w:pPr>
      <w:r>
        <w:t>حقیقت کے اعتبار سے مسنون اذکار کا مطلب یہ ہے کہ آدمی اپنے شعور کو جگائے۔ وہ مسلسل تفکیری عمل کے ذریعے اپنے اندر ایسی شخصیت کی تعمیر کرے جو ربانی کیفیات میں جینے والی ہو۔</w:t>
      </w:r>
    </w:p>
    <w:p>
      <w:r>
        <w:rPr>
          <w:b/>
        </w:rPr>
        <w:t xml:space="preserve">[51:52] </w:t>
      </w:r>
      <w:r>
        <w:t>yeh goya ke masnoon azkar se pehle ki sunnat hai. aadmi ko chahiye ke woh masnoon azkar se pehle ki sunnat ko apne andar zinda kare.</w:t>
      </w:r>
    </w:p>
    <w:p>
      <w:pPr>
        <w:jc w:val="right"/>
      </w:pPr>
      <w:r>
        <w:t>یہ گویا کہ مسنون اذکار سے پہلے کی سنت ہے۔ آدمی کو چاہیے کہ وہ مسنون اذکار سے پہلے کی سنت کو اپنے اندر زندہ کرے۔</w:t>
      </w:r>
    </w:p>
    <w:p>
      <w:r>
        <w:rPr>
          <w:b/>
        </w:rPr>
        <w:t xml:space="preserve">[52:03] </w:t>
      </w:r>
      <w:r>
        <w:t>is ke baad is ki zaban se zikr o dua ke jo kalmat niklen ge, wohi is ke liye masnoon azkar hon ge. is tarah ki rabbani shakhsiyat tayyar kiye baghair jo aadmi masnoon azkar ko dohraaye, woh sirf alfaz ki takrar hai na ke haqeeqi maanon mein masnoon azkar par amal.</w:t>
      </w:r>
    </w:p>
    <w:p>
      <w:pPr>
        <w:jc w:val="right"/>
      </w:pPr>
      <w:r>
        <w:t>اس کے بعد اس کی زبان سے ذکر و دعا کے جو کلمات نکلیں گے، وہی اس کے لیے مسنون اذکار ہوں گے۔ اس طرح کی ربانی شخصیت تیار کیے بغیر جو آدمی مسنون اذکار کو دہرائے، وہ صرف الفاظ کی تکرار ہے نہ کہ حقیقی معنوں میں مسنون اذکار پر عمل۔</w:t>
      </w:r>
    </w:p>
    <w:p>
      <w:r>
        <w:rPr>
          <w:b/>
        </w:rPr>
        <w:t xml:space="preserve">[52:24] </w:t>
      </w:r>
      <w:r>
        <w:t>log shaoori ya ghair shaoori tor par yeh samajhte hain ke masnoon azkar zikr ke muqaddas alf</w:t>
      </w:r>
    </w:p>
    <w:p>
      <w:pPr>
        <w:jc w:val="right"/>
      </w:pPr>
      <w:r>
        <w:t>لوگ شعوری یا غیر شعوری طور پر یہ سمجھتے ہیں کہ مسنون اذکار ذکر کے مقدس الف</w:t>
      </w:r>
    </w:p>
    <w:p>
      <w:r>
        <w:rPr>
          <w:b/>
        </w:rPr>
        <w:t xml:space="preserve">[52:31] </w:t>
      </w:r>
      <w:r>
        <w:t>az hain. un alfaz mein purasrar tor par kuch khawas chhpe hue hain magar yeh durust nahi. haqeeqat yeh hai ke masnoon azkar darasal masnoon kaifiyat ko batane wale alfaz hain na ke mujarrad tor par sirf masnoon alfaz.</w:t>
      </w:r>
    </w:p>
    <w:p>
      <w:pPr>
        <w:jc w:val="right"/>
      </w:pPr>
      <w:r>
        <w:t>اظ ہیں۔ ان الفاظ میں پراسرار طور پر کچھ خواص چھپے ہوئے ہیں مگر یہ درست نہیں۔ حقیقت یہ ہے کہ مسنون اذکار دراصل مسنون کیفیات کو بتانے والے الفاظ ہیں نہ کہ مجرد طور پر صرف مسنون الفاظ۔</w:t>
      </w:r>
    </w:p>
    <w:p>
      <w:r>
        <w:rPr>
          <w:b/>
        </w:rPr>
        <w:t xml:space="preserve">[52:51] </w:t>
      </w:r>
      <w:r>
        <w:t>tazkiya aur dua. kitab "tazkiya-e-nafs" Maulana Wahiduddin Khan, safha number 28.</w:t>
      </w:r>
    </w:p>
    <w:p>
      <w:pPr>
        <w:jc w:val="right"/>
      </w:pPr>
      <w:r>
        <w:t>تزکیہ اور دعا۔ کتاب "تزکیہ نفس" مولانا وحید الدین خان، صفحہ نمبر 28۔</w:t>
      </w:r>
    </w:p>
    <w:p>
      <w:r>
        <w:rPr>
          <w:b/>
        </w:rPr>
        <w:t xml:space="preserve">[53:04] </w:t>
      </w:r>
      <w:r>
        <w:t>dua kya hai? dua us kaifiyat ke lafzi izhaar ka naam hai jo ek taraf apni abdiat aur doosri taraf Khuda ki rububiyat ko daryaft karne ke baad ek insaan ke andar paida hoti hai.</w:t>
      </w:r>
    </w:p>
    <w:p>
      <w:pPr>
        <w:jc w:val="right"/>
      </w:pPr>
      <w:r>
        <w:t>دعا کیا ہے؟ دعا اس کیفیت کے لفظی اظہار کا نام ہے جو ایک طرف اپنی عبدیت اور دوسری طرف خدا کی ربوبیت کو دریافت کرنے کے بعد ایک انسان کے اندر پیدا ہوتی ہے۔</w:t>
      </w:r>
    </w:p>
    <w:p>
      <w:r>
        <w:rPr>
          <w:b/>
        </w:rPr>
        <w:t xml:space="preserve">[53:18] </w:t>
      </w:r>
      <w:r>
        <w:t>masnoon duaon ka mamla bhi is se mukhtalif nahi. masnoon dua ma'roof maanon mein masnoon alfaz dua ka naam nahi.</w:t>
      </w:r>
    </w:p>
    <w:p>
      <w:pPr>
        <w:jc w:val="right"/>
      </w:pPr>
      <w:r>
        <w:t>مسنون دعاؤں کا معاملہ بھی اس سے مختلف نہیں۔ مسنون دعا معروف معنوں میں مسنون الفاظ دعا کا نام نہیں۔</w:t>
      </w:r>
    </w:p>
    <w:p>
      <w:r>
        <w:rPr>
          <w:b/>
        </w:rPr>
        <w:t xml:space="preserve">[53:27] </w:t>
      </w:r>
      <w:r>
        <w:t>masnoon dua apni haqeeqat ke aitbar se iktishafi dua ka naam hai.</w:t>
      </w:r>
    </w:p>
    <w:p>
      <w:pPr>
        <w:jc w:val="right"/>
      </w:pPr>
      <w:r>
        <w:t>مسنون دعا اپنی حقیقت کے اعتبار سے اکتشافی دعا کا نام ہے۔</w:t>
      </w:r>
    </w:p>
    <w:p>
      <w:r>
        <w:rPr>
          <w:b/>
        </w:rPr>
        <w:t xml:space="preserve">[53:33] </w:t>
      </w:r>
      <w:r>
        <w:t>ek rabbani daryaft jab alfaz mein dhal jaye to yahi woh dua hai jis ko masnoon dua ya iktishafi dua kaha ja sakta hai.</w:t>
      </w:r>
    </w:p>
    <w:p>
      <w:pPr>
        <w:jc w:val="right"/>
      </w:pPr>
      <w:r>
        <w:t>ایک ربانی دریافت جب الفاظ میں ڈھل جائے تو یہی وہ دعا ہے جس کو مسنون دعا یا اکتشافی دعا کہا جا سکتا ہے۔</w:t>
      </w:r>
    </w:p>
    <w:p>
      <w:r>
        <w:rPr>
          <w:b/>
        </w:rPr>
        <w:t xml:space="preserve">[53:43] </w:t>
      </w:r>
      <w:r>
        <w:t>ek hadith qudsi mein aaya hai ke "in abdi bi khair ma ahabb" zakhira-tul-huffaz li ibn al-Qaisarani, jild panch safha 2793.</w:t>
      </w:r>
    </w:p>
    <w:p>
      <w:pPr>
        <w:jc w:val="right"/>
      </w:pPr>
      <w:r>
        <w:t>ایک حدیث قدسی میں آیا ہے کہ "ان عبدی بی خیر ما احب ذخیرۃ الحفاظ لابن القیصرانی" جلد پانچ صفحہ 2793۔</w:t>
      </w:r>
    </w:p>
    <w:p>
      <w:r>
        <w:rPr>
          <w:b/>
        </w:rPr>
        <w:t xml:space="preserve">[53:58] </w:t>
      </w:r>
      <w:r>
        <w:t>yani main bande ke gumaan ke sath hoon to us ko chahiye ke woh mere baray mein acha gumaan kare. yeh gumaan kya hai?</w:t>
      </w:r>
    </w:p>
    <w:p>
      <w:pPr>
        <w:jc w:val="right"/>
      </w:pPr>
      <w:r>
        <w:t>یعنی میں بندے کے گمان کے ساتھ ہوں تو اس کو چاہیے کہ وہ میرے بارے میں اچھا گمان کرے۔ یہ گمان کیا ہے؟</w:t>
      </w:r>
    </w:p>
    <w:p>
      <w:r>
        <w:rPr>
          <w:b/>
        </w:rPr>
        <w:t xml:space="preserve">[54:07] </w:t>
      </w:r>
      <w:r>
        <w:t>yeh darasal Khuda ki sifaton mein se kisi ek sifat ko daryaft karne ka naam hai jo aadmi ko yeh moqa de ke woh Khuda ke baray mein acha gumaan kare.</w:t>
      </w:r>
    </w:p>
    <w:p>
      <w:pPr>
        <w:jc w:val="right"/>
      </w:pPr>
      <w:r>
        <w:t>یہ دراصل خدا کی صفات میں سے کسی ایک صفت کو دریافت کرنے کا نام ہے جو آدمی کو یہ موقع دے کہ وہ خدا کے بارے میں اچھا گمان کرے۔</w:t>
      </w:r>
    </w:p>
    <w:p>
      <w:r>
        <w:rPr>
          <w:b/>
        </w:rPr>
        <w:t xml:space="preserve">[54:18] </w:t>
      </w:r>
      <w:r>
        <w:t>woh is se khair talab kare.</w:t>
      </w:r>
    </w:p>
    <w:p>
      <w:pPr>
        <w:jc w:val="right"/>
      </w:pPr>
      <w:r>
        <w:t>وہ اس سے خیر طلب کرے۔</w:t>
      </w:r>
    </w:p>
    <w:p>
      <w:r>
        <w:rPr>
          <w:b/>
        </w:rPr>
        <w:t xml:space="preserve">[54:21] </w:t>
      </w:r>
      <w:r>
        <w:t>misal ke tor par Quran mein bataya gaya hai ke "wa atakum min kullin ma sa'altumuh" Surah number 14 Ayat 34.</w:t>
      </w:r>
    </w:p>
    <w:p>
      <w:pPr>
        <w:jc w:val="right"/>
      </w:pPr>
      <w:r>
        <w:t>مثال کے طور پر قرآن میں بتایا گیا ہے کہ "واتاکم من کل ما سألتموہ" سورہ نمبر 14 آیت 34۔</w:t>
      </w:r>
    </w:p>
    <w:p>
      <w:r>
        <w:rPr>
          <w:b/>
        </w:rPr>
        <w:t xml:space="preserve">[54:30] </w:t>
      </w:r>
      <w:r>
        <w:t>yeh ayat kisi bande ko dua ka ek point of reference deti hai jis ke hawale se woh Khuda ki rehmat ko invoke kar sake.</w:t>
      </w:r>
    </w:p>
    <w:p>
      <w:pPr>
        <w:jc w:val="right"/>
      </w:pPr>
      <w:r>
        <w:t>یہ آیت کسی بندے کو دعا کا ایک پوائنٹ آف ریفرنس دیتی ہے جس کے حوالے سے وہ خدا کی رحمت کو انوو کر سکے۔</w:t>
      </w:r>
    </w:p>
    <w:p>
      <w:r>
        <w:rPr>
          <w:b/>
        </w:rPr>
        <w:t xml:space="preserve">[54:39] </w:t>
      </w:r>
      <w:r>
        <w:t>woh yeh kahe ke Khudaaya dunya ki zindagi mein apni zarooraton se waqif bhi na tha ke main tujh se is ka sawal karoon.</w:t>
      </w:r>
    </w:p>
    <w:p>
      <w:pPr>
        <w:jc w:val="right"/>
      </w:pPr>
      <w:r>
        <w:t>وہ یہ کہے کہ خدایا دنیا کی زندگی میں اپنی ضرورتوں سے واقف بھی نہ تھا کہ میں تجھ سے اس کا سوال کروں۔</w:t>
      </w:r>
    </w:p>
    <w:p>
      <w:r>
        <w:rPr>
          <w:b/>
        </w:rPr>
        <w:t xml:space="preserve">[54:50] </w:t>
      </w:r>
      <w:r>
        <w:t>tune meri fitrat ke taqazon ko sawal ka darja de kar meri tamam dunyavi zarooraton ka intezam kar diya. aakhirat ke maamle mein bar bar main tujh se sawal kar raha hoon.</w:t>
      </w:r>
    </w:p>
    <w:p>
      <w:pPr>
        <w:jc w:val="right"/>
      </w:pPr>
      <w:r>
        <w:t>تو نے میری فطرت کے تقاضوں کو سوال کا درجہ دے کر میری تمام دنیاوی ضرورتوں کا انتظام کر دیا۔ آخرت کے معاملے میں بار بار میں تجھ سے سوال کر رہا ہوں۔</w:t>
      </w:r>
    </w:p>
    <w:p>
      <w:r>
        <w:rPr>
          <w:b/>
        </w:rPr>
        <w:t xml:space="preserve">[55:04] </w:t>
      </w:r>
      <w:r>
        <w:t>ab tu mere sawal ko lazim ka darja de kar aakhirat mein bhi mujhe meri tamam matloob cheezen ata kar de. is qism ki ek dua hamesha ek nafsiyati toofan ke baad kisi aadmi ki zaban se nikalti hai.</w:t>
      </w:r>
    </w:p>
    <w:p>
      <w:pPr>
        <w:jc w:val="right"/>
      </w:pPr>
      <w:r>
        <w:t>اب تو میرے سوال کو لازم کا درجہ دے کر آخرت میں بھی مجھے میری تمام مطلوب چیزیں عطا کر دے۔ اس قسم کی ایک دعا ہمیشہ ایک نفسیاتی طوفان کے بعد کسی آدمی کی زبان سے نکلتی ہے۔</w:t>
      </w:r>
    </w:p>
    <w:p>
      <w:r>
        <w:rPr>
          <w:b/>
        </w:rPr>
        <w:t xml:space="preserve">[55:20] </w:t>
      </w:r>
      <w:r>
        <w:t>isi nafsiyati waqe ka doosra naam tazkiya hai. tazkiya aur dua dono ek doosre ke liye lazim o malzoom hain.</w:t>
      </w:r>
    </w:p>
    <w:p>
      <w:pPr>
        <w:jc w:val="right"/>
      </w:pPr>
      <w:r>
        <w:t>اسی نفسیاتی واقعے کا دوسرا نام تزکیہ ہے۔ تزکیہ اور دعا دونوں ایک دوسرے کے لیے لازم و ملزوم ہیں۔</w:t>
      </w:r>
    </w:p>
    <w:p>
      <w:r>
        <w:rPr>
          <w:b/>
        </w:rPr>
        <w:t xml:space="preserve">[55:30] </w:t>
      </w:r>
      <w:r>
        <w:t>jahan tazkiya ka waqe hoga, wahan dua bhi lazman zahir hogi. aur jab dua ka zahoor ho to woh is baat ka saboot hoga ke is se pehle aadmi ke andar tazkiya ka waqe pesh aa chuka hai.</w:t>
      </w:r>
    </w:p>
    <w:p>
      <w:pPr>
        <w:jc w:val="right"/>
      </w:pPr>
      <w:r>
        <w:t>جہاں تزکیے کا واقعہ ہوگا، وہاں دعا بھی لازماً ظاہر ہوگی۔ اور جب دعا کا ظہور ہو تو وہ اس بات کا ثبوت ہوگا کہ اس سے پہلے آدمی کے اندر تزکیے کا واقعہ پیش آ چکا ہے۔</w:t>
      </w:r>
    </w:p>
    <w:p>
      <w:r>
        <w:rPr>
          <w:b/>
        </w:rPr>
        <w:t xml:space="preserve">[55:45] </w:t>
      </w:r>
      <w:r>
        <w:t>tazkiye ke baghair dua nahi aur dua ke baghair tazkiya nahi. tazkiye ka zahiri form.</w:t>
      </w:r>
    </w:p>
    <w:p>
      <w:pPr>
        <w:jc w:val="right"/>
      </w:pPr>
      <w:r>
        <w:t>تزکیے کے بغیر دعا نہیں اور دعا کے بغیر تزکیہ نہیں۔ تزکیے کا ظاہری فارم۔</w:t>
      </w:r>
    </w:p>
    <w:p>
      <w:r>
        <w:rPr>
          <w:b/>
        </w:rPr>
        <w:t xml:space="preserve">[55:56] </w:t>
      </w:r>
      <w:r>
        <w:t>kitab "tazkiya nafs" Maulana Wahiduddin Khan, safha number 29.</w:t>
      </w:r>
    </w:p>
    <w:p>
      <w:pPr>
        <w:jc w:val="right"/>
      </w:pPr>
      <w:r>
        <w:t>کتاب "تزکیہ نفس" مولانا وحید الدین خان، صفحہ نمبر 29۔</w:t>
      </w:r>
    </w:p>
    <w:p>
      <w:r>
        <w:rPr>
          <w:b/>
        </w:rPr>
        <w:t xml:space="preserve">[56:07] </w:t>
      </w:r>
      <w:r>
        <w:t>tazkiye ka koi zahiri form nahi.</w:t>
      </w:r>
    </w:p>
    <w:p>
      <w:pPr>
        <w:jc w:val="right"/>
      </w:pPr>
      <w:r>
        <w:t>تزکیے کا کوئی ظاہری فارم نہیں۔</w:t>
      </w:r>
    </w:p>
    <w:p>
      <w:r>
        <w:rPr>
          <w:b/>
        </w:rPr>
        <w:t xml:space="preserve">[56:10] </w:t>
      </w:r>
      <w:r>
        <w:t>agar tazkiye ka zahiri form ho to is ko poora kar ke aadmi sha'oori ya ghair sha'oori taur par yeh samajh le ga ke maine apna tazkiya kar liya.</w:t>
      </w:r>
    </w:p>
    <w:p>
      <w:pPr>
        <w:jc w:val="right"/>
      </w:pPr>
      <w:r>
        <w:t>اگر تزکیے کا ظاہری فارم ہو تو اس کو پورا کر کے آدمی شعوری یا غیر شعوری طور پر یہ سمجھ لے گا کہ میں نے اپنا تزکیہ کر لیا۔</w:t>
      </w:r>
    </w:p>
    <w:p>
      <w:r>
        <w:rPr>
          <w:b/>
        </w:rPr>
        <w:t xml:space="preserve">[56:21] </w:t>
      </w:r>
      <w:r>
        <w:t>is tarah is ke andar qana'at yaani contentment ka mizaj paida ho jaye ga. halanke is mamle mein qana'at ka mizaj tazkiye ke liye aik qatil jazbe ki hesiyat rakhta hai.</w:t>
      </w:r>
    </w:p>
    <w:p>
      <w:pPr>
        <w:jc w:val="right"/>
      </w:pPr>
      <w:r>
        <w:t>اس طرح اس کے اندر قناعت یعنی کنٹینٹمنٹ کا مزاج پیدا ہو جائے گا۔ حالانکہ اس معاملے میں قناعت کا مزاج تزکیے کے لیے ایک قاتل جذبے کی حیثیت رکھتا ہے۔</w:t>
      </w:r>
    </w:p>
    <w:p>
      <w:r>
        <w:rPr>
          <w:b/>
        </w:rPr>
        <w:t xml:space="preserve">[56:34] </w:t>
      </w:r>
      <w:r>
        <w:t>tazkiye ke liye zaroori hai ke aadmi ke andar musalsal taur par adam qana'at yaani discontent ka ehsas paya jata ho. adam qana'at ka jazba tazkiye ke amal ko musalsal taur par jari rakhne ka ba'is hai jabke qana'at ki nafsiyat mein is qism ke tasalsul ka muharrik hi khatam ho jata hai.</w:t>
      </w:r>
    </w:p>
    <w:p>
      <w:pPr>
        <w:jc w:val="right"/>
      </w:pPr>
      <w:r>
        <w:t>تزکیے کے لیے ضروری ہے کہ آدمی کے اندر مسلسل طور پر عدم قناعت یعنی ڈس کنٹینٹ کا احساس پایا جاتا ہو۔ عدم قناعت کا جذبہ تزکیے کے عمل کو مسلسل طور پر جاری رکھنے کا باعث ہے جبکہ قناعت کی نفسیات میں اس قسم کے تسلسل کا محرک ہی ختم ہو جاتا ہے۔</w:t>
      </w:r>
    </w:p>
    <w:p>
      <w:r>
        <w:rPr>
          <w:b/>
        </w:rPr>
        <w:t xml:space="preserve">[56:56] </w:t>
      </w:r>
      <w:r>
        <w:t>tazkiye ka gehra ta'alluq ibadat ke muqarrar nizam se hai.</w:t>
      </w:r>
    </w:p>
    <w:p>
      <w:pPr>
        <w:jc w:val="right"/>
      </w:pPr>
      <w:r>
        <w:t>تزکیے کا گہرا تعلق عبادات کے مقرر نظام سے ہے۔</w:t>
      </w:r>
    </w:p>
    <w:p>
      <w:r>
        <w:rPr>
          <w:b/>
        </w:rPr>
        <w:t xml:space="preserve">[57:01] </w:t>
      </w:r>
      <w:r>
        <w:t>tazkiya aur Islami ibadat dono aik doosre ke liye lazim aur malzum hain. dono ko aik doosre se juda nahi kiya ja sakta.</w:t>
      </w:r>
    </w:p>
    <w:p>
      <w:pPr>
        <w:jc w:val="right"/>
      </w:pPr>
      <w:r>
        <w:t>تزکیہ اور اسلامی عبادات دونوں ایک دوسرے کے لیے لازم اور ملزوم ہیں۔ دونوں کو ایک دوسرے سے جدا نہیں کیا جا سکتا۔</w:t>
      </w:r>
    </w:p>
    <w:p>
      <w:r>
        <w:rPr>
          <w:b/>
        </w:rPr>
        <w:t xml:space="preserve">[57:11] </w:t>
      </w:r>
      <w:r>
        <w:t>koi bhi shakhs yeh nahi keh sakta ke mera tazkiya mukammal ho chuka hai aur ab mujhe ibadat ki zaroorat nahi. magar is ka yeh matlab nahi ke ibadat ki zahiri adai se apne aap tazkiye ka maqsad hasil ho jata hai.</w:t>
      </w:r>
    </w:p>
    <w:p>
      <w:pPr>
        <w:jc w:val="right"/>
      </w:pPr>
      <w:r>
        <w:t>کوئی بھی شخص یہ نہیں کہہ سکتا کہ میرا تزکیہ مکمل ہو چکا ہے اور اب مجھے عبادات کی ضرورت نہیں۔ مگر اس کا یہ مطلب نہیں کہ عبادات کی ظاہری ادائیگی سے اپنے آپ تزکیے کا مقصد حاصل ہو جاتا ہے۔</w:t>
      </w:r>
    </w:p>
    <w:p>
      <w:r>
        <w:rPr>
          <w:b/>
        </w:rPr>
        <w:t xml:space="preserve">[57:27] </w:t>
      </w:r>
      <w:r>
        <w:t>aisa samajhna aik ghair fitri baat hai.</w:t>
      </w:r>
    </w:p>
    <w:p>
      <w:pPr>
        <w:jc w:val="right"/>
      </w:pPr>
      <w:r>
        <w:t>ایسا سمجھنا ایک غیر فطری بات ہے۔</w:t>
      </w:r>
    </w:p>
    <w:p>
      <w:r>
        <w:rPr>
          <w:b/>
        </w:rPr>
        <w:t xml:space="preserve">[57:30] </w:t>
      </w:r>
      <w:r>
        <w:t>sahih yeh hai ke ibadat rooh tazkiye ka kharji zahoor hain. woh apni haqeeqat ke aitbar se tazkiye ka waseela nahi.</w:t>
      </w:r>
    </w:p>
    <w:p>
      <w:pPr>
        <w:jc w:val="right"/>
      </w:pPr>
      <w:r>
        <w:t>صحیح یہ ہے کہ عبادات روح تزکیے کا خارجی ظہور ہیں۔ وہ اپنی حقیقت کے اعتبار سے تزکیے کا وسیلہ نہیں۔</w:t>
      </w:r>
    </w:p>
    <w:p>
      <w:r>
        <w:rPr>
          <w:b/>
        </w:rPr>
        <w:t xml:space="preserve">[57:40] </w:t>
      </w:r>
      <w:r>
        <w:t>agar kisi shakhs ke andar tazkiye ki rooh haqeeqi taur par paida ho jaye to lazmi taur par aisa hoga ke woh Khuda ka ibadat guzar ban jaye ga.</w:t>
      </w:r>
    </w:p>
    <w:p>
      <w:pPr>
        <w:jc w:val="right"/>
      </w:pPr>
      <w:r>
        <w:t>اگر کسی شخص کے اندر تزکیے کی روح حقیقی طور پر پیدا ہو جائے تو لازمی طور پر ایسا ہوگا کہ وہ خدا کا عبادت گزار بن جائے گا۔</w:t>
      </w:r>
    </w:p>
    <w:p>
      <w:r>
        <w:rPr>
          <w:b/>
        </w:rPr>
        <w:t xml:space="preserve">[57:52] </w:t>
      </w:r>
      <w:r>
        <w:t>ibadat guzari ko tazkiye se alag nahi kiya ja sakta. is liye sara zor rooh tazkiye ke tahqquq par dena chahiye na ke sirf ibadat ke zahiri form par.</w:t>
      </w:r>
    </w:p>
    <w:p>
      <w:pPr>
        <w:jc w:val="right"/>
      </w:pPr>
      <w:r>
        <w:t>عبادت گزاری کو تزکیے سے الگ نہیں کیا جا سکتا۔ اس لیے سارا زور روح تزکیے کے تحقق پر دینا چاہیے نہ کہ صرف عبادات کے ظاہری فارم پر۔</w:t>
      </w:r>
    </w:p>
    <w:p>
      <w:r>
        <w:rPr>
          <w:b/>
        </w:rPr>
        <w:t xml:space="preserve">[58:05] </w:t>
      </w:r>
      <w:r>
        <w:t>yeh durust hai ke ibadat ke baghair tazkiye ka da'wa sirf aik jhoota da'wa hai. magar yeh bhi durust hai ke ibadat ka zahiri form automatic taur par tazkiye ki rooh paida nahi kar sakta.</w:t>
      </w:r>
    </w:p>
    <w:p>
      <w:pPr>
        <w:jc w:val="right"/>
      </w:pPr>
      <w:r>
        <w:t>یہ درست ہے کہ عبادات کے بغیر تزکیے کا دعویٰ صرف ایک جھوٹا دعویٰ ہے۔ مگر یہ بھی درست ہے کہ عبادات کا ظاہری فارم آٹومیٹک طور پر تزکیے کی روح پیدا نہیں کر سکتا۔</w:t>
      </w:r>
    </w:p>
    <w:p>
      <w:r>
        <w:rPr>
          <w:b/>
        </w:rPr>
        <w:t xml:space="preserve">[58:21] </w:t>
      </w:r>
      <w:r>
        <w:t>zameer rehbar tazkiya. kitab "tazkiya nafs" Maulana Wahiduddin Khan, safha number 30.</w:t>
      </w:r>
    </w:p>
    <w:p>
      <w:pPr>
        <w:jc w:val="right"/>
      </w:pPr>
      <w:r>
        <w:t>ضمیر رہبر تزکیہ۔ کتاب "تزکیہ نفس" مولانا وحید الدین خان، صفحہ نمبر 30۔</w:t>
      </w:r>
    </w:p>
    <w:p>
      <w:r>
        <w:rPr>
          <w:b/>
        </w:rPr>
        <w:t xml:space="preserve">[58:34] </w:t>
      </w:r>
      <w:r>
        <w:t>insan ke andar fitri taur par aik faculty hai jis ko zameer yaani conscience kaha jata hai. yeh zameer aik Khudaai mu'allim hai.</w:t>
      </w:r>
    </w:p>
    <w:p>
      <w:pPr>
        <w:jc w:val="right"/>
      </w:pPr>
      <w:r>
        <w:t>انسان کے اندر فطری طور پر ایک فیکلٹی ہے جس کو ضمیر یعنی کانشیس کہا جاتا ہے۔ یہ ضمیر ایک خدائی معلم ہے۔</w:t>
      </w:r>
    </w:p>
    <w:p>
      <w:r>
        <w:rPr>
          <w:b/>
        </w:rPr>
        <w:t xml:space="preserve">[58:43] </w:t>
      </w:r>
      <w:r>
        <w:t>woh insan ke liye rehbar tazkiya yaani tazkiya guide ka kaam karta hai.</w:t>
      </w:r>
    </w:p>
    <w:p>
      <w:pPr>
        <w:jc w:val="right"/>
      </w:pPr>
      <w:r>
        <w:t>وہ انسان کے لیے رہبر تزکیہ یعنی تزکیہ گائیڈ کا کام کرتا ہے۔</w:t>
      </w:r>
    </w:p>
    <w:p>
      <w:r>
        <w:rPr>
          <w:b/>
        </w:rPr>
        <w:t xml:space="preserve">[58:49] </w:t>
      </w:r>
      <w:r>
        <w:t>zameer har mauqe par khamosh zaban mein insan ko batata hai: "yeh karo aur woh na karo." yeh tazkiye ke muwafiq ravesh hai aur woh tazkiye ke khilaf ravesh hai.</w:t>
      </w:r>
    </w:p>
    <w:p>
      <w:pPr>
        <w:jc w:val="right"/>
      </w:pPr>
      <w:r>
        <w:t>ضمیر ہر موقع پر خاموش زبان میں انسان کو بتاتا ہے: "یہ کرو اور وہ نہ کرو۔" یہ تزکیے کے موافق روش ہے اور وہ تزکیے کے خلاف روش ہے۔</w:t>
      </w:r>
    </w:p>
    <w:p>
      <w:r>
        <w:rPr>
          <w:b/>
        </w:rPr>
        <w:t xml:space="preserve">[59:03] </w:t>
      </w:r>
      <w:r>
        <w:t>yeh pakeeza shakhsiyat banane wali ravesh hai aur woh ghair pakeeza shakhsiyat banane wali ravesh waghera.</w:t>
      </w:r>
    </w:p>
    <w:p>
      <w:pPr>
        <w:jc w:val="right"/>
      </w:pPr>
      <w:r>
        <w:t>یہ پاکیزہ شخصیت بنانے والی روش ہے اور وہ غیر پاکیزہ شخصیت بنانے والی روش وغیرہ۔</w:t>
      </w:r>
    </w:p>
    <w:p>
      <w:r>
        <w:rPr>
          <w:b/>
        </w:rPr>
        <w:t xml:space="preserve">[59:12] </w:t>
      </w:r>
      <w:r>
        <w:t>lekin tajruba batata hai ke beshtar logon ka anjam yeh hota hai ke zameer un ke liye rehbar tazkiye ka kaam nahi karta. is ka sabab kya hai?</w:t>
      </w:r>
    </w:p>
    <w:p>
      <w:pPr>
        <w:jc w:val="right"/>
      </w:pPr>
      <w:r>
        <w:t>لیکن تجربہ بتاتا ہے کہ بیشتر لوگوں کا انجام یہ ہوتا ہے کہ ضمیر ان کے لیے رہبر تزکیے کا کام نہیں کرتا۔ اس کا سبب کیا ہے؟</w:t>
      </w:r>
    </w:p>
    <w:p>
      <w:r>
        <w:rPr>
          <w:b/>
        </w:rPr>
        <w:t xml:space="preserve">[59:23] </w:t>
      </w:r>
      <w:r>
        <w:t>is ka sabab yeh hai ke har aadmi ke andar zameer ke sath aik aur bar aks faculty maujood hai. yeh ego hai. aadmi aksar nafs aur shaitan ke zer asar aa jata hai.</w:t>
      </w:r>
    </w:p>
    <w:p>
      <w:pPr>
        <w:jc w:val="right"/>
      </w:pPr>
      <w:r>
        <w:t>اس کا سبب یہ ہے کہ ہر آدمی کے اندر ضمیر کے ساتھ ایک اور برعکس فیکلٹی موجود ہے۔ یہ ایگو ہے۔ آدمی اکثر نفس اور شیطان کے زیر اثر آ جاتا ہے۔</w:t>
      </w:r>
    </w:p>
    <w:p>
      <w:r>
        <w:rPr>
          <w:b/>
        </w:rPr>
        <w:t xml:space="preserve">[59:35] </w:t>
      </w:r>
      <w:r>
        <w:t>woh zameer ko apna kaam karne nahi deta.</w:t>
      </w:r>
    </w:p>
    <w:p>
      <w:pPr>
        <w:jc w:val="right"/>
      </w:pPr>
      <w:r>
        <w:t>وہ ضمیر کو اپنا کام کرنے نہیں دیتا۔</w:t>
      </w:r>
    </w:p>
    <w:p>
      <w:r>
        <w:rPr>
          <w:b/>
        </w:rPr>
        <w:t xml:space="preserve">[59:38] </w:t>
      </w:r>
      <w:r>
        <w:t>zameer ki khamosh awaz har mauqe par ubharti hai lekin ego is awaz ko daba kar is ko be-asar bana deta hai.</w:t>
      </w:r>
    </w:p>
    <w:p>
      <w:pPr>
        <w:jc w:val="right"/>
      </w:pPr>
      <w:r>
        <w:t>ضمیر کی خاموش آواز ہر موقع پر ابھرتی ہے لیکن ایگو اس آواز کو دبا کر اس کو بے اثر بنا دیتا ہے۔</w:t>
      </w:r>
    </w:p>
    <w:p>
      <w:r>
        <w:rPr>
          <w:b/>
        </w:rPr>
        <w:t xml:space="preserve">[59:47] </w:t>
      </w:r>
      <w:r>
        <w:t>talib tazkiya ke liye zaroori hai ke woh is haqeeqat se ba-khabar ho. woh apni quwwat-e-fikr ko bedar kare. woh har mauqe par apne ego ko zero karta rahe.</w:t>
      </w:r>
    </w:p>
    <w:p>
      <w:pPr>
        <w:jc w:val="right"/>
      </w:pPr>
      <w:r>
        <w:t>طالب تزکیہ کے لیے ضروری ہے کہ وہ اس حقیقت سے باخبر ہو۔ وہ اپنی قوت فکر کو بیدار کرے۔ وہ ہر موقع پر اپنے ایگو کو زیرو کرتا رہے۔</w:t>
      </w:r>
    </w:p>
    <w:p>
      <w:r>
        <w:rPr>
          <w:b/>
        </w:rPr>
        <w:t xml:space="preserve">[59:59] </w:t>
      </w:r>
      <w:r>
        <w:t>ego ko zero karte hi yeh hoga ke zameer apna fitri role ada karne lage ga aur tazkiye ke rastay par aadmi ka safar bhatke baghair jari rahe ga.</w:t>
      </w:r>
    </w:p>
    <w:p>
      <w:pPr>
        <w:jc w:val="right"/>
      </w:pPr>
      <w:r>
        <w:t>ایگو کو زیرو کرتے ہی یہ ہوگا کہ ضمیر اپنا فطری رول ادا کرنے لگے گا اور تزکیہ کے راستے پر آدمی کا سفر بھٹکے بغیر جاری رہے گا۔</w:t>
      </w:r>
    </w:p>
    <w:p>
      <w:r>
        <w:rPr>
          <w:b/>
        </w:rPr>
        <w:t xml:space="preserve">[1:00:10] </w:t>
      </w:r>
      <w:r>
        <w:t>ego ko zero karne ka yeh kaam is maamle mein faisla kun hesiyat rakhta hai lekin yeh kaam koi doosra shakhs anjaam nahi de sakta.</w:t>
      </w:r>
    </w:p>
    <w:p>
      <w:pPr>
        <w:jc w:val="right"/>
      </w:pPr>
      <w:r>
        <w:t>ایگو کو زیرو کرنے کا یہ کام اس معاملے میں فیصلہ کن حیثیت رکھتا ہے لیکن یہ کام کوئی دوسرا شخص انجام نہیں دے سکتا۔</w:t>
      </w:r>
    </w:p>
    <w:p>
      <w:r>
        <w:rPr>
          <w:b/>
        </w:rPr>
        <w:t xml:space="preserve">[1:00:20] </w:t>
      </w:r>
      <w:r>
        <w:t>har aadmi ko khud yeh kaam karna hai ke jaise hi is ka ego jaage, woh foran mutanabeh ho jaye aur apni quwwat-e-iradaani yaani will power ko istemaal karte hue apne ego ko zero kar de.</w:t>
      </w:r>
    </w:p>
    <w:p>
      <w:pPr>
        <w:jc w:val="right"/>
      </w:pPr>
      <w:r>
        <w:t>ہر آدمی کو خود یہ کام کرنا ہے کہ جیسے ہی اس کا ایگو جاگے، وہ فوراً متنبہ ہو جائے اور اپنی قوت ارادی یعنی ول پاور کو استعمال کرتے ہوئے اپنے ایگو کو زیرو کر دے۔</w:t>
      </w:r>
    </w:p>
    <w:p>
      <w:r>
        <w:rPr>
          <w:b/>
        </w:rPr>
        <w:t xml:space="preserve">[1:00:38] </w:t>
      </w:r>
      <w:r>
        <w:t>tazkiya ka tareeqa. kitaab "tazkiya-e-nafs" Maulana Wahiduddin Khan, safha number 31.</w:t>
      </w:r>
    </w:p>
    <w:p>
      <w:pPr>
        <w:jc w:val="right"/>
      </w:pPr>
      <w:r>
        <w:t>تزکیے کا طریقہ۔ کتاب "تزکیہ نفس" مولانا وحید الدین خان، صفحہ نمبر 31۔</w:t>
      </w:r>
    </w:p>
    <w:p>
      <w:r>
        <w:rPr>
          <w:b/>
        </w:rPr>
        <w:t xml:space="preserve">[1:00:50] </w:t>
      </w:r>
      <w:r>
        <w:t>kuch logon ne tazkiya ke mukhtalif tareeqe bayan karne ki koshish ki. is zail mein unhon ne tazkiya ke tareeqon ki ek fehrist bhi tayyar ki hai magar haqeeqat yeh hai ke tazkiya ke tareeqon ki koi fehrist nahi.</w:t>
      </w:r>
    </w:p>
    <w:p>
      <w:pPr>
        <w:jc w:val="right"/>
      </w:pPr>
      <w:r>
        <w:t>کچھ لوگوں نے تزکیے کے مختلف طریقے بیان کرنے کی کوشش کی۔ اس ذیل میں انہوں نے تزکیے کے طریقوں کی ایک فہرست بھی تیار کی ہے مگر حقیقت یہ ہے کہ تزکیے کے طریقوں کی کوئی فہرست نہیں۔</w:t>
      </w:r>
    </w:p>
    <w:p>
      <w:r>
        <w:rPr>
          <w:b/>
        </w:rPr>
        <w:t xml:space="preserve">[1:01:04] </w:t>
      </w:r>
      <w:r>
        <w:t>aap khwah kitni hi lambi fehrist bana lein magar koi bhi fehrist tazkiya ke tareeqon ki jaame nahi ban sakti. koi bhi fehrist tazkiya ke tareeqon ka ahata nahi kar sakti.</w:t>
      </w:r>
    </w:p>
    <w:p>
      <w:pPr>
        <w:jc w:val="right"/>
      </w:pPr>
      <w:r>
        <w:t>آپ خواہ کتنی ہی لمبی فہرست بنا لیں مگر کوئی بھی فہرست تزکیے کے طریقوں کی جامع نہیں بن سکتی۔ کوئی بھی فہرست تزکیے کے طریقوں کا احاطہ نہیں کر سکتی۔</w:t>
      </w:r>
    </w:p>
    <w:p>
      <w:r>
        <w:rPr>
          <w:b/>
        </w:rPr>
        <w:t xml:space="preserve">[1:01:17] </w:t>
      </w:r>
      <w:r>
        <w:t>taweel tareen fehrist ke baad bhi kuch aisay ajza baqi rahenge jo tajrube ke baad yeh sabit karenge ke yeh fehrist ek naaqis fehrist thi.</w:t>
      </w:r>
    </w:p>
    <w:p>
      <w:pPr>
        <w:jc w:val="right"/>
      </w:pPr>
      <w:r>
        <w:t>طویل ترین فہرست کے بعد بھی کچھ ایسے اجزاء باقی رہیں گے جو تجربے کے بعد یہ ثابت کریں گے کہ یہ فہرست ایک ناقص فہرست تھی۔</w:t>
      </w:r>
    </w:p>
    <w:p>
      <w:r>
        <w:rPr>
          <w:b/>
        </w:rPr>
        <w:t xml:space="preserve">[1:01:28] </w:t>
      </w:r>
      <w:r>
        <w:t>asal yeh hai ke tazkiya ka talluq kisi fehrist se nahi hai balke insaan ke apne irade se hai. agar insaan fi waqe tazkiya ke maamle mein sanjeeda ho aur woh diyanatdarana taur par apna tazkiya karna chahta ho to woh zaroor apna tazkiya karne mein kaamyaab ho jayega.</w:t>
      </w:r>
    </w:p>
    <w:p>
      <w:pPr>
        <w:jc w:val="right"/>
      </w:pPr>
      <w:r>
        <w:t>اصل یہ ہے کہ تزکیے کا تعلق کسی فہرست سے نہیں ہے بلکہ انسان کے اپنے ارادے سے ہے۔ اگر انسان فی الواقع تزکیے کے معاملے میں سنجیدہ ہو اور وہ دیانت دارانہ طور پر اپنا تزکیہ کرنا چاہتا ہو تو وہ ضرور اپنا تزکیہ کرنے میں کامیاب ہو جائے گا۔</w:t>
      </w:r>
    </w:p>
    <w:p>
      <w:r>
        <w:rPr>
          <w:b/>
        </w:rPr>
        <w:t xml:space="preserve">[1:01:48] </w:t>
      </w:r>
      <w:r>
        <w:t>lekin agar aadmi is maamle mein poori tarah sanjeeda na ho aur woh apna tazkiya karne ke liye hareess na ho to koi bhi tehreer ya taqreer is ka tazkiya karne ke liye kaafi nahi ho sakti.</w:t>
      </w:r>
    </w:p>
    <w:p>
      <w:pPr>
        <w:jc w:val="right"/>
      </w:pPr>
      <w:r>
        <w:t>لیکن اگر آدمی اس معاملے میں پوری طرح سنجیدہ نہ ہو اور وہ اپنا تزکیہ کرنے کے لیے حریص نہ ہو تو کوئی بھی تحریر یا تقریر اس کا تزکیہ کرنے کے لیے کافی نہیں ہو سکتی۔</w:t>
      </w:r>
    </w:p>
    <w:p>
      <w:r>
        <w:rPr>
          <w:b/>
        </w:rPr>
        <w:t xml:space="preserve">[1:02:03] </w:t>
      </w:r>
      <w:r>
        <w:t>insaan ki ek anokhi sifat yeh hai ke woh apni har ghalti ki tawjeeh yaani justification talash kar leta hai. woh apni har ghalti ko durust zahir karne ke liye khoobsurat alfaaz pa leta hai.</w:t>
      </w:r>
    </w:p>
    <w:p>
      <w:pPr>
        <w:jc w:val="right"/>
      </w:pPr>
      <w:r>
        <w:t>انسان کی ایک انوکھی صفت یہ ہے کہ وہ اپنی ہر غلطی کی توجیح یعنی جسٹیفیکیشن تلاش کر لیتا ہے۔ وہ اپنی ہر غلطی کو درست ظاہر کرنے کے لیے خوبصورت الفاظ پا لیتا ہے۔</w:t>
      </w:r>
    </w:p>
    <w:p>
      <w:r>
        <w:rPr>
          <w:b/>
        </w:rPr>
        <w:t xml:space="preserve">[1:02:16] </w:t>
      </w:r>
      <w:r>
        <w:t>aisi haalat mein koi bhi musleh ya murabbi is ka tazkiya nahi kar sakta. tazkiya ke liye zaroori hai ke aadmi khud apne bare mein ek ba-sha'oor faisla kare.</w:t>
      </w:r>
    </w:p>
    <w:p>
      <w:pPr>
        <w:jc w:val="right"/>
      </w:pPr>
      <w:r>
        <w:t>ایسی حالت میں کوئی بھی مصلح یا مربی اس کا تزکیہ نہیں کر سکتا۔ تزکیہ کے لیے ضروری ہے کہ آدمی خود اپنے بارے میں ایک باشعور فیصلہ کرے۔</w:t>
      </w:r>
    </w:p>
    <w:p>
      <w:r>
        <w:rPr>
          <w:b/>
        </w:rPr>
        <w:t xml:space="preserve">[1:02:29] </w:t>
      </w:r>
      <w:r>
        <w:t>is ka yeh faisla itna zyada muhkam ho ke woh har haal mein is par qaim rahe. is maamle mein kisi bhi uzr yaani excuse ko woh apne liye uzr na banaye.</w:t>
      </w:r>
    </w:p>
    <w:p>
      <w:pPr>
        <w:jc w:val="right"/>
      </w:pPr>
      <w:r>
        <w:t>اس کا یہ فیصلہ اتنا زیادہ محکم ہو کہ وہ ہر حال میں اس پر قائم رہے۔ اس معاملے میں کسی بھی عذر یعنی ایکسکیوز کو وہ اپنے لیے عذر نہ بنائے۔</w:t>
      </w:r>
    </w:p>
    <w:p>
      <w:r>
        <w:rPr>
          <w:b/>
        </w:rPr>
        <w:t xml:space="preserve">[1:02:40] </w:t>
      </w:r>
      <w:r>
        <w:t>tazkiya ke maamle mein asal cheez tazkiya ka irada hai. yeh irada itna zyada qawi hona chahiye ke koi bhi cheez aadmi ko is se hata na sake.</w:t>
      </w:r>
    </w:p>
    <w:p>
      <w:pPr>
        <w:jc w:val="right"/>
      </w:pPr>
      <w:r>
        <w:t>تزکیہ کے معاملے میں اصل چیز تزکیے کا ارادہ ہے۔ یہ ارادہ اتنا زیادہ قوی ہونا چاہیے کہ کوئی بھی چیز آدمی کو اس سے ہٹا نہ سکے۔</w:t>
      </w:r>
    </w:p>
    <w:p>
      <w:r>
        <w:rPr>
          <w:b/>
        </w:rPr>
        <w:t xml:space="preserve">[1:02:51] </w:t>
      </w:r>
      <w:r>
        <w:t>koi bhi andesha is ke irade ko kamzor na kar sake.</w:t>
      </w:r>
    </w:p>
    <w:p>
      <w:pPr>
        <w:jc w:val="right"/>
      </w:pPr>
      <w:r>
        <w:t>کوئی بھی اندیشہ اس کے ارادے کو کمزور نہ کر سکے۔</w:t>
      </w:r>
    </w:p>
    <w:p>
      <w:r>
        <w:rPr>
          <w:b/>
        </w:rPr>
        <w:t xml:space="preserve">[1:02:55] </w:t>
      </w:r>
      <w:r>
        <w:t>is maamle mein woh kisi bhi dabaao ko qabool karne par raazi na ho. is ka yeh qaul ho ke mujhe lazmi taur par apna tazkiya karna hai khwah mujhe is ki koi bhi amli ya nafsiyaati qeemat dena pade.</w:t>
      </w:r>
    </w:p>
    <w:p>
      <w:pPr>
        <w:jc w:val="right"/>
      </w:pPr>
      <w:r>
        <w:t>اس معاملے میں وہ کسی بھی دباؤ کو قبول کرنے پر راضی نہ ہو۔ اس کا یہ قول ہو کہ مجھے لازمی طور پر اپنا تزکیہ کرنا ہے خواہ مجھے اس کی کوئی بھی عملی یا نفسیاتی قیمت دینا پڑے۔</w:t>
      </w:r>
    </w:p>
    <w:p>
      <w:r>
        <w:rPr>
          <w:b/>
        </w:rPr>
        <w:t xml:space="preserve">[1:03:13] </w:t>
      </w:r>
      <w:r>
        <w:t>tazkiya ka zyada mu'assir tareeqa. kitaab "tazkiya-e-nafs" Maulana Wahiduddin Khan, safha number 33.</w:t>
      </w:r>
    </w:p>
    <w:p>
      <w:pPr>
        <w:jc w:val="right"/>
      </w:pPr>
      <w:r>
        <w:t>تزکیہ کا زیادہ مؤثر طریقہ۔ کتاب "تزکیہ نفس" مولانا وحید الدین خان، صفحہ نمبر 33۔</w:t>
      </w:r>
    </w:p>
    <w:p>
      <w:r>
        <w:rPr>
          <w:b/>
        </w:rPr>
        <w:t xml:space="preserve">[1:03:27] </w:t>
      </w:r>
      <w:r>
        <w:t>tazkiya ka ek tareeqa yeh hai ke mujarrad, abstract taur par is ke kuch usool muqarrar kar diye jayen aur is ko likh kar logon ko parhne ke liye de diya jaye.</w:t>
      </w:r>
    </w:p>
    <w:p>
      <w:pPr>
        <w:jc w:val="right"/>
      </w:pPr>
      <w:r>
        <w:t>تزکیہ کا ایک طریقہ یہ ہے کہ مجرد، ابسٹرکٹ طور پر اس کے کچھ اصول مقرر کر دیے جائیں اور اس کو لکھ کر لوگوں کو پڑھنے کے لیے دے دیا جائے۔</w:t>
      </w:r>
    </w:p>
    <w:p>
      <w:r>
        <w:rPr>
          <w:b/>
        </w:rPr>
        <w:t xml:space="preserve">[1:03:37] </w:t>
      </w:r>
      <w:r>
        <w:t>yeh</w:t>
      </w:r>
    </w:p>
    <w:p>
      <w:pPr>
        <w:jc w:val="right"/>
      </w:pPr>
      <w:r>
        <w:t>یہ</w:t>
      </w:r>
    </w:p>
    <w:p>
      <w:r>
        <w:rPr>
          <w:b/>
        </w:rPr>
        <w:t xml:space="preserve">[1:03:38] </w:t>
      </w:r>
      <w:r>
        <w:t>bhi tazkiya ka ek tareeqa ho sakta hai. lekin tazkiya ka zyada mu'assir tareeqa yeh hai ke is ko kisi pesh aamda soorat-e-haal se wabasta yaani relate kar ke bataya jaye.</w:t>
      </w:r>
    </w:p>
    <w:p>
      <w:pPr>
        <w:jc w:val="right"/>
      </w:pPr>
      <w:r>
        <w:t>بھی تزکیہ کا ایک طریقہ ہو سکتا ہے۔ لیکن تزکیہ کا زیادہ مؤثر طریقہ یہ ہے کہ اس کو کسی پیش آمدہ صورتحال سے وابستہ یعنی ریلیٹ کر کے بتایا جائے۔</w:t>
      </w:r>
    </w:p>
    <w:p>
      <w:r>
        <w:rPr>
          <w:b/>
        </w:rPr>
        <w:t xml:space="preserve">[1:03:50] </w:t>
      </w:r>
      <w:r>
        <w:t>is doosre tareeqe ki ek soorat yeh hai ke is ke liye ek zinda murabbi ya muzakki maujood ho. doosra tareeqa yeh hai ke aadmi khud apne shu'oor ko itna zyada taraqqi yafta banaye ke woh khud hi har tajruba aur har mushahide mein tazkiya ka pehlu daryaft kare aur us ko apne zehen ka juz bana le.</w:t>
      </w:r>
    </w:p>
    <w:p>
      <w:pPr>
        <w:jc w:val="right"/>
      </w:pPr>
      <w:r>
        <w:t>اس دوسرے طریقے کی ایک صورت یہ ہے کہ اس کے لیے ایک زندہ مربی یا مزکی موجود ہو۔ دوسرا طریقہ یہ ہے کہ آدمی خود اپنے شعور کو اتنا زیادہ ترقی یافتہ بنائے کہ وہ خود ہی ہر تجربہ اور ہر مشاہدے میں تزکیے کا پہلو دریافت کرے اور اس کو اپنے ذہن کا جز بنا لے۔</w:t>
      </w:r>
    </w:p>
    <w:p>
      <w:r>
        <w:rPr>
          <w:b/>
        </w:rPr>
        <w:t xml:space="preserve">[1:04:12] </w:t>
      </w:r>
      <w:r>
        <w:t>hazrat Abu Dharr ek sahabi hain. woh kehte hain ke Rasool Allah Sallallahu Alaihi Wasallam agar ek chidiya ko hawa mein apne paron se udate hue dekhte to us se aap humein koi ma'rifat ki yaad-dehani karate.</w:t>
      </w:r>
    </w:p>
    <w:p>
      <w:pPr>
        <w:jc w:val="right"/>
      </w:pPr>
      <w:r>
        <w:t>حضرت ابوذر ایک صحابی ہیں۔ وہ کہتے ہیں کہ رسول اللہ صلی اللہ علیہ وسلم اگر ایک چڑیا کو ہوا میں اپنے پروں سے اڑتے ہوئے دیکھتے تو اس سے آپ ہمیں کوئی معرفت کی یاد دہانی کراتے۔</w:t>
      </w:r>
    </w:p>
    <w:p>
      <w:r>
        <w:rPr>
          <w:b/>
        </w:rPr>
        <w:t xml:space="preserve">[1:04:26] </w:t>
      </w:r>
      <w:r>
        <w:t>wa ma yaqallibu tairan bi jinaahihi fil jawwi illa dhakara lana minhu ilman. Al-Tabaqat Al-Kubra li Ibn Sa'd, hadith number 2354.</w:t>
      </w:r>
    </w:p>
    <w:p>
      <w:pPr>
        <w:jc w:val="right"/>
      </w:pPr>
      <w:r>
        <w:t>وما یقلب طائر جناحیہ فی السماء الا ذکر لنا منہ علما۔ الطبقات لابن سعد، رقم الحدیث 2354۔</w:t>
      </w:r>
    </w:p>
    <w:p>
      <w:r>
        <w:rPr>
          <w:b/>
        </w:rPr>
        <w:t xml:space="preserve">[1:04:38] </w:t>
      </w:r>
      <w:r>
        <w:t>yeh pesh aamda soorat-e-haal ke hawalay se tazkiya ki</w:t>
      </w:r>
    </w:p>
    <w:p>
      <w:pPr>
        <w:jc w:val="right"/>
      </w:pPr>
      <w:r>
        <w:t>یہ پیش آمدہ صورتحال کے حوالے سے تزکیہ کی</w:t>
      </w:r>
    </w:p>
    <w:p>
      <w:r>
        <w:rPr>
          <w:b/>
        </w:rPr>
        <w:t xml:space="preserve">[1:04:42] </w:t>
      </w:r>
      <w:r>
        <w:t>taleem dene ki ek misaal hai. tazkiya ka koi mujarrad tareeqa nahi. haqeeqat yeh hai ke koi mujarrad tareeqa tazkiya ka mu'assir zariya nahi ban sakta.</w:t>
      </w:r>
    </w:p>
    <w:p>
      <w:pPr>
        <w:jc w:val="right"/>
      </w:pPr>
      <w:r>
        <w:t>تعلیم دینے کی ایک مثال ہے۔ تزکیہ کا کوئی مجرد طریقہ نہیں۔ حقیقت یہ ہے کہ کوئی مجرد طریقہ تزکیہ کا مؤثر ذریعہ نہیں بن سکتا۔</w:t>
      </w:r>
    </w:p>
    <w:p>
      <w:r>
        <w:rPr>
          <w:b/>
        </w:rPr>
        <w:t xml:space="preserve">[1:04:54] </w:t>
      </w:r>
      <w:r>
        <w:t>tazkiya ka mu'assir tareeqa yeh hai ke aadmi apne aap ko itna zyada ba-sha'oor banaye ke us ke andar tawassum, Surah Number 15 Ayat 75 ki sifat paida ho jaye.</w:t>
      </w:r>
    </w:p>
    <w:p>
      <w:pPr>
        <w:jc w:val="right"/>
      </w:pPr>
      <w:r>
        <w:t>تزکیہ کا مؤثر طریقہ یہ ہے کہ آدمی اپنے آپ کو اتنا زیادہ باشعور بنائے کہ اس کے اندر توسم، سورہ نمبر 15 آیت 75 کی صفت پیدا ہو جائے۔</w:t>
      </w:r>
    </w:p>
    <w:p>
      <w:r>
        <w:rPr>
          <w:b/>
        </w:rPr>
        <w:t xml:space="preserve">[1:05:05] </w:t>
      </w:r>
      <w:r>
        <w:t>woh pesh aamda waqeaat ko tazkiya se wabasta yaani relate kar ke us se rabbani sabaq le sake.</w:t>
      </w:r>
    </w:p>
    <w:p>
      <w:pPr>
        <w:jc w:val="right"/>
      </w:pPr>
      <w:r>
        <w:t>وہ پیش آمدہ واقعات کو تزکیہ سے وابستہ یعنی ریلیٹ کر کے اس سے ربانی سبق لے سکے۔</w:t>
      </w:r>
    </w:p>
    <w:p>
      <w:r>
        <w:rPr>
          <w:b/>
        </w:rPr>
        <w:t xml:space="preserve">[1:05:12] </w:t>
      </w:r>
      <w:r>
        <w:t>tazkiya ka mawad rozmarra ke tajrubaat mein hota hai. rozmarra ke tajrubaat ko tazkiya ki nazar se dekhna seekh lijiye.</w:t>
      </w:r>
    </w:p>
    <w:p>
      <w:pPr>
        <w:jc w:val="right"/>
      </w:pPr>
      <w:r>
        <w:t>تزکیہ کا مواد روزمرہ کے تجربات میں ہوتا ہے۔ روزمرہ کے تجربات کو تزکیہ کی نظر سے دیکھنا سیکھ لیجئے۔</w:t>
      </w:r>
    </w:p>
    <w:p>
      <w:r>
        <w:rPr>
          <w:b/>
        </w:rPr>
        <w:t xml:space="preserve">[1:05:22] </w:t>
      </w:r>
      <w:r>
        <w:t>is ke baad har tajruba aur har mushahida aap ke liye tazkiya ka zariya ban jayega.</w:t>
      </w:r>
    </w:p>
    <w:p>
      <w:pPr>
        <w:jc w:val="right"/>
      </w:pPr>
      <w:r>
        <w:t>اس کے بعد ہر تجربہ اور ہر مشاہدہ آپ کے لیے تزکیہ کا ذریعہ بن جائے گا۔</w:t>
      </w:r>
    </w:p>
    <w:p>
      <w:r>
        <w:rPr>
          <w:b/>
        </w:rPr>
        <w:t xml:space="preserve">[1:05:31] </w:t>
      </w:r>
      <w:r>
        <w:t>tazkiya ka wasila. kitab "tazkiya nafs" Maulana Wahiduddin Khan, safha number 34.</w:t>
      </w:r>
    </w:p>
    <w:p>
      <w:pPr>
        <w:jc w:val="right"/>
      </w:pPr>
      <w:r>
        <w:t>تزکیہ کا وسیلہ۔ کتاب "تزکیہ نفس" مولانا وحید الدین خان، صفحہ نمبر 34۔</w:t>
      </w:r>
    </w:p>
    <w:p>
      <w:r>
        <w:rPr>
          <w:b/>
        </w:rPr>
        <w:t xml:space="preserve">[1:05:43] </w:t>
      </w:r>
      <w:r>
        <w:t>tazkiya ka wasila kya hai? riwayati taur par kuch cheezon ko tazkiya ka wasila samjha jata hai: nawafil, tilawat, masnoon azkar, muraqba, sohbat, buzurgon ke waqiat waghera.</w:t>
      </w:r>
    </w:p>
    <w:p>
      <w:pPr>
        <w:jc w:val="right"/>
      </w:pPr>
      <w:r>
        <w:t>تزکیہ کا وسیلہ کیا ہے؟ روایتی طور پر کچھ چیزوں کو تزکیہ کا وسیلہ سمجھا جاتا ہے: نوافل، تلاوت، مسنون اذکار، مراقبہ، صحبت، بزرگوں کے واقعات وغیرہ۔</w:t>
      </w:r>
    </w:p>
    <w:p>
      <w:r>
        <w:rPr>
          <w:b/>
        </w:rPr>
        <w:t xml:space="preserve">[1:05:59] </w:t>
      </w:r>
      <w:r>
        <w:t>is soch ka matlab tazkiye ko ek muqarrar course ya manual jaisa muamla samajhna hai. magar haqeeqat yeh hai ke tazkiye ka koi mutayyan course nahin.</w:t>
      </w:r>
    </w:p>
    <w:p>
      <w:pPr>
        <w:jc w:val="right"/>
      </w:pPr>
      <w:r>
        <w:t>اس سوچ کا مطلب تزکیے کو ایک مقرر کورس یا مینول جیسا معاملہ سمجھنا ہے۔ مگر حقیقت یہ ہے کہ تزکیے کا کوئی متعین کورس نہیں۔</w:t>
      </w:r>
    </w:p>
    <w:p>
      <w:r>
        <w:rPr>
          <w:b/>
        </w:rPr>
        <w:t xml:space="preserve">[1:06:10] </w:t>
      </w:r>
      <w:r>
        <w:t>tazkiya ek zinda waqia hai aur zinda amal hi ke zariye is ko haqeeqi taur par hasil kiya ja sakta hai. tazkiya ke maqsad ko hasil karne ka asal zariya yeh hai ke aadmi khudaai baaton mein tadabbur kare.</w:t>
      </w:r>
    </w:p>
    <w:p>
      <w:pPr>
        <w:jc w:val="right"/>
      </w:pPr>
      <w:r>
        <w:t>تزکیہ ایک زندہ واقعہ ہے اور زندہ عمل ہی کے ذریعے اس کو حقیقی طور پر حاصل کیا جا سکتا ہے۔ تزکیہ کے مقصد کو حاصل کرنے کا اصل ذریعہ یہ ہے کہ آدمی خدائی باتوں میں تدبر کرے۔</w:t>
      </w:r>
    </w:p>
    <w:p>
      <w:r>
        <w:rPr>
          <w:b/>
        </w:rPr>
        <w:t xml:space="preserve">[1:06:23] </w:t>
      </w:r>
      <w:r>
        <w:t>woh apni soch ko mutharrik kare. woh</w:t>
      </w:r>
    </w:p>
    <w:p>
      <w:pPr>
        <w:jc w:val="right"/>
      </w:pPr>
      <w:r>
        <w:t>وہ اپنی سوچ کو متحرک کرے۔ وہ</w:t>
      </w:r>
    </w:p>
    <w:p>
      <w:r>
        <w:rPr>
          <w:b/>
        </w:rPr>
        <w:t xml:space="preserve">[1:06:26] </w:t>
      </w:r>
      <w:r>
        <w:t>musalsal ghor o fikr ke zariye har zahir mein is ke batin ko daryaft kare. yahi daryaft tazkiya pasand aadmi ki ghiza hai.</w:t>
      </w:r>
    </w:p>
    <w:p>
      <w:pPr>
        <w:jc w:val="right"/>
      </w:pPr>
      <w:r>
        <w:t>مسلسل غور و فکر کے ذریعے ہر ظاہر میں اس کے باطن کو دریافت کرے۔ یہی دریافت تزکیہ پسند آدمی کی غذا ہے۔</w:t>
      </w:r>
    </w:p>
    <w:p>
      <w:r>
        <w:rPr>
          <w:b/>
        </w:rPr>
        <w:t xml:space="preserve">[1:06:35] </w:t>
      </w:r>
      <w:r>
        <w:t>misalan aap ne ek chidiya ko dekha. chidiya ko dekh kar aap ko yeh hadith rasool yaad aayi ke ahle jannat ke dil chidiya ke manind honge.</w:t>
      </w:r>
    </w:p>
    <w:p>
      <w:pPr>
        <w:jc w:val="right"/>
      </w:pPr>
      <w:r>
        <w:t>مثلاً آپ نے ایک چڑیا کو دیکھا۔ چڑیا کو دیکھ کر آپ کو یہ حدیث رسول یاد آئی کہ اہل جنت کے دل چڑیا کے مانند ہوں گے۔</w:t>
      </w:r>
    </w:p>
    <w:p>
      <w:r>
        <w:rPr>
          <w:b/>
        </w:rPr>
        <w:t xml:space="preserve">[1:06:44] </w:t>
      </w:r>
      <w:r>
        <w:t>af'idatuhum mithlu af'idat it-tair. is ke baad aap apne bare mein ghor karne lage ke kya mera dil bhi chidiya ke manind hai?</w:t>
      </w:r>
    </w:p>
    <w:p>
      <w:pPr>
        <w:jc w:val="right"/>
      </w:pPr>
      <w:r>
        <w:t>افعیدتہم مثل افعیدت الطیر۔ اس کے بعد آپ اپنے بارے میں غور کرنے لگے کہ کیا میرا دل بھی چڑیا کے مانند ہے؟</w:t>
      </w:r>
    </w:p>
    <w:p>
      <w:r>
        <w:rPr>
          <w:b/>
        </w:rPr>
        <w:t xml:space="preserve">[1:06:54] </w:t>
      </w:r>
      <w:r>
        <w:t>kya main bhi isi tarah manfi soch se khali hoon jis tarah chidiya ka dil manfi soch se khali hai? kya main bhi isi tarah hirs se pak hoon jis tarah chidiya hirs se pak hoti?</w:t>
      </w:r>
    </w:p>
    <w:p>
      <w:pPr>
        <w:jc w:val="right"/>
      </w:pPr>
      <w:r>
        <w:t>کیا میں بھی اسی طرح منفی سوچ سے خالی ہوں جس طرح چڑیا کا دل منفی سوچ سے خالی ہے؟ کیا میں بھی اسی طرح حرص سے پاک ہوں جس طرح چڑیا حرص سے پاک ہوتی؟</w:t>
      </w:r>
    </w:p>
    <w:p>
      <w:r>
        <w:rPr>
          <w:b/>
        </w:rPr>
        <w:t xml:space="preserve">[1:07:05] </w:t>
      </w:r>
      <w:r>
        <w:t>kya main bhi isi tarah be-zarar yaani harmless hoon jis tarah chidiya be-zarar hoti hai? kya main bhi isi tarah qanoon fitrat ki pairwi karta hoon jis tarah chidiya qanoon fitrat ki pairwi karti hai?</w:t>
      </w:r>
    </w:p>
    <w:p>
      <w:pPr>
        <w:jc w:val="right"/>
      </w:pPr>
      <w:r>
        <w:t>کیا میں بھی اسی طرح بے ضرر یعنی ہارم لیس ہوں جس طرح چڑیا بے ضرر ہوتی ہے؟ کیا میں بھی اسی طرح قانون فطرت کی پیروی کرتا ہوں جس طرح چڑیا قانون فطرت کی پیروی کرتی ہے؟</w:t>
      </w:r>
    </w:p>
    <w:p>
      <w:r>
        <w:rPr>
          <w:b/>
        </w:rPr>
        <w:t xml:space="preserve">[1:07:19] </w:t>
      </w:r>
      <w:r>
        <w:t>yahi soch tazkiye ki asal rooh hai.</w:t>
      </w:r>
    </w:p>
    <w:p>
      <w:pPr>
        <w:jc w:val="right"/>
      </w:pPr>
      <w:r>
        <w:t>یہی سوچ تزکیے کی اصل روح ہے۔</w:t>
      </w:r>
    </w:p>
    <w:p>
      <w:r>
        <w:rPr>
          <w:b/>
        </w:rPr>
        <w:t xml:space="preserve">[1:07:22] </w:t>
      </w:r>
      <w:r>
        <w:t>is qism ki ihtisabi soch ke baghair kisi shakhs ka tazkiya nahin ho sakta. tazkiya apni haqeeqat ke aitbar se apni taameer aap ka ek amal hai.</w:t>
      </w:r>
    </w:p>
    <w:p>
      <w:pPr>
        <w:jc w:val="right"/>
      </w:pPr>
      <w:r>
        <w:t>اس قسم کی احتسابی سوچ کے بغیر کسی شخص کا تزکیہ نہیں ہو سکتا۔ تزکیہ اپنی حقیقت کے اعتبار سے اپنی تعمیر آپ کا ایک عمل ہے۔</w:t>
      </w:r>
    </w:p>
    <w:p>
      <w:r>
        <w:rPr>
          <w:b/>
        </w:rPr>
        <w:t xml:space="preserve">[1:07:34] </w:t>
      </w:r>
      <w:r>
        <w:t>tazkiye mein aadmi ko khud apna muzakki aur muallim banna padta hai. kisi doosre shakhs ki sohbat ya kisi doosre shakhs ki tableegh bizat-e-khud kisi ke liye mu'assir nahin ban sakti.</w:t>
      </w:r>
    </w:p>
    <w:p>
      <w:pPr>
        <w:jc w:val="right"/>
      </w:pPr>
      <w:r>
        <w:t>تزکیے میں آدمی کو خود اپنا مزکی اور معلم بننا پڑتا ہے۔ کسی دوسرے شخص کی صحبت یا کسی دوسرے شخص کی تبلیغ بذات خود کسی کے لیے مؤثر نہیں بن سکتی۔</w:t>
      </w:r>
    </w:p>
    <w:p>
      <w:r>
        <w:rPr>
          <w:b/>
        </w:rPr>
        <w:t xml:space="preserve">[1:07:46] </w:t>
      </w:r>
      <w:r>
        <w:t>doosra koi shakhs aap ko ibtidai rahnmai de sakta hai lekin is rahnmai ko takmeel tak pahunchana aap ka apna kaam hai.</w:t>
      </w:r>
    </w:p>
    <w:p>
      <w:pPr>
        <w:jc w:val="right"/>
      </w:pPr>
      <w:r>
        <w:t>دوسرا کوئی شخص آپ کو ابتدائی رہنمائی دے سکتا ہے لیکن اس رہنمائی کو تکمیل تک پہنچانا آپ کا اپنا کام ہے۔</w:t>
      </w:r>
    </w:p>
    <w:p>
      <w:r>
        <w:rPr>
          <w:b/>
        </w:rPr>
        <w:t xml:space="preserve">[1:07:56] </w:t>
      </w:r>
      <w:r>
        <w:t>tazkiya ke amal mein kisi doosre shakhs ka hissa agar ek feesad hai to aap ka apna hissa 99 feesad. tazkiya zehni irteqa.</w:t>
      </w:r>
    </w:p>
    <w:p>
      <w:pPr>
        <w:jc w:val="right"/>
      </w:pPr>
      <w:r>
        <w:t>تزکیہ کے عمل میں کسی دوسرے شخص کا حصہ اگر ایک فیصد ہے تو آپ کا اپنا حصہ 99 فیصد۔ تزکیہ ذہنی ارتقاء۔</w:t>
      </w:r>
    </w:p>
    <w:p>
      <w:r>
        <w:rPr>
          <w:b/>
        </w:rPr>
        <w:t xml:space="preserve">[1:08:08] </w:t>
      </w:r>
      <w:r>
        <w:t>kitab "tazkiya nafs" Maulana Wahiduddin Khan, safha number 35.</w:t>
      </w:r>
    </w:p>
    <w:p>
      <w:pPr>
        <w:jc w:val="right"/>
      </w:pPr>
      <w:r>
        <w:t>کتاب "تزکیہ نفس" مولانا وحید الدین خان، صفحہ نمبر 35۔</w:t>
      </w:r>
    </w:p>
    <w:p>
      <w:r>
        <w:rPr>
          <w:b/>
        </w:rPr>
        <w:t xml:space="preserve">[1:08:18] </w:t>
      </w:r>
      <w:r>
        <w:t>tazkiya ke asal ma'ni tatheer yaani purification ke hain. isi se is mein ek aur mafhoom shamil hua hai aur woh badhna ya numoo hai.</w:t>
      </w:r>
    </w:p>
    <w:p>
      <w:pPr>
        <w:jc w:val="right"/>
      </w:pPr>
      <w:r>
        <w:t>تزکیہ کے اصل معنی تطہیر یعنی پیوریفیکیشن کے ہیں۔ اسی سے اس میں ایک اور مفہوم شامل ہوا ہے اور وہ بڑھنا یا نمو ہے۔</w:t>
      </w:r>
    </w:p>
    <w:p>
      <w:r>
        <w:rPr>
          <w:b/>
        </w:rPr>
        <w:t xml:space="preserve">[1:08:28] </w:t>
      </w:r>
      <w:r>
        <w:t>is aitbar se yeh kehna durust hoga ke tazkiya se murad wohi hai jis ko zehni irteqa yaani intellectual development ya roohani irteqa kaha jata hai.</w:t>
      </w:r>
    </w:p>
    <w:p>
      <w:pPr>
        <w:jc w:val="right"/>
      </w:pPr>
      <w:r>
        <w:t>اس اعتبار سے یہ کہنا درست ہوگا کہ تزکیہ سے مراد وہی ہے جس کو ذہنی ارتقاء یعنی انٹلیکچول ڈیولپمنٹ یا روحانی ارتقاء کہا جاتا ہے۔</w:t>
      </w:r>
    </w:p>
    <w:p>
      <w:r>
        <w:rPr>
          <w:b/>
        </w:rPr>
        <w:t xml:space="preserve">[1:08:39] </w:t>
      </w:r>
      <w:r>
        <w:t>zehan yaani mind koi jamid cheez nahin. woh ek numoo pazeer cheez hai. woh darakht ki tarah musalsal badhta rehta hai.</w:t>
      </w:r>
    </w:p>
    <w:p>
      <w:pPr>
        <w:jc w:val="right"/>
      </w:pPr>
      <w:r>
        <w:t>ذہن یعنی مائنڈ کوئی جامد چیز نہیں۔ وہ ایک نمو پذیر چیز ہے۔ وہ درخت کی طرح مسلسل بڑھتا رہتا ہے۔</w:t>
      </w:r>
    </w:p>
    <w:p>
      <w:r>
        <w:rPr>
          <w:b/>
        </w:rPr>
        <w:t xml:space="preserve">[1:08:47] </w:t>
      </w:r>
      <w:r>
        <w:t>isi amal ko quran mein azdiad-e-iman, surah number 48 ayat chaar kaha gaya hai. azdiad-e-iman se murad azdiad-e-shaoor hai aur azdiad-e-shaoor hi ka doosra naam zehni irteqa hai.</w:t>
      </w:r>
    </w:p>
    <w:p>
      <w:pPr>
        <w:jc w:val="right"/>
      </w:pPr>
      <w:r>
        <w:t>اسی عمل کو قرآن میں ازدیاد ایمان، سورہ نمبر 48 آیت چار کہا گیا ہے۔ ازدیاد ایمان سے مراد ازدیاد شعور ہے اور ازدیاد شعور ہی کا دوسرا نام ذہنی ارتقاء ہے۔</w:t>
      </w:r>
    </w:p>
    <w:p>
      <w:r>
        <w:rPr>
          <w:b/>
        </w:rPr>
        <w:t xml:space="preserve">[1:09:02] </w:t>
      </w:r>
      <w:r>
        <w:t>haqeeqi iman wohi hai jo kabhi jumood yaani stagnation ka shikar na ho. jo yaqeen aur iman billah ke aitbar se musalsal badhta rahe.</w:t>
      </w:r>
    </w:p>
    <w:p>
      <w:pPr>
        <w:jc w:val="right"/>
      </w:pPr>
      <w:r>
        <w:t>حقیقی ایمان وہی ہے جو کبھی جمود یعنی سٹیگنیشن کا شکار نہ ہو۔ جو یقین اور ایمان باللہ کے اعتبار سے مسلسل بڑھتا رہے۔</w:t>
      </w:r>
    </w:p>
    <w:p>
      <w:r>
        <w:rPr>
          <w:b/>
        </w:rPr>
        <w:t xml:space="preserve">[1:09:13] </w:t>
      </w:r>
      <w:r>
        <w:t>yeh tazkiya ya shaoori izafa kis tarah hota hai?</w:t>
      </w:r>
    </w:p>
    <w:p>
      <w:pPr>
        <w:jc w:val="right"/>
      </w:pPr>
      <w:r>
        <w:t>یہ تزکیہ یا شعوری اضافہ کس طرح ہوتا ہے؟</w:t>
      </w:r>
    </w:p>
    <w:p>
      <w:r>
        <w:rPr>
          <w:b/>
        </w:rPr>
        <w:t xml:space="preserve">[1:09:17] </w:t>
      </w:r>
      <w:r>
        <w:t>is ka zariya ghor o fikr yaani contemplation hai. yeh ghor o fikr apne aap mein ek musalsal amal hai.</w:t>
      </w:r>
    </w:p>
    <w:p>
      <w:pPr>
        <w:jc w:val="right"/>
      </w:pPr>
      <w:r>
        <w:t>اس کا ذریعہ غور و فکر یعنی کانٹمپلیشن ہے۔ یہ غور و فکر اپنے آپ میں ایک مسلسل عمل ہے۔</w:t>
      </w:r>
    </w:p>
    <w:p>
      <w:r>
        <w:rPr>
          <w:b/>
        </w:rPr>
        <w:t xml:space="preserve">[1:09:24] </w:t>
      </w:r>
      <w:r>
        <w:t>quran aur hadith mein ghor o fikr, sirat-e-rasool mein ghor o fikr, sahaba ki zindagi mein ghor o fikr, doosre mozu'aat-e-insani par ghor o fikr, kainat par ghor o fikr, ghraz zarre se le kar aaftab tak har cheez par ghor o fikr, iske ilawa sanjeeda mazakrat ke douran ghor o fikr.</w:t>
      </w:r>
    </w:p>
    <w:p>
      <w:pPr>
        <w:jc w:val="right"/>
      </w:pPr>
      <w:r>
        <w:t>قرآن اور حدیث میں غور و فکر، سیرت رسول میں غور و فکر، صحابہ کی زندگی میں غور و فکر، دوسرے موضوعات انسانی پر غور و فکر، کائنات پر غور و فکر، غرض ذرے سے لے کر آفتاب تک ہر چیز پر غور و فکر، اس کے علاوہ سنجیدہ مذاکرات کے دوران غور و فکر۔</w:t>
      </w:r>
    </w:p>
    <w:p>
      <w:r>
        <w:rPr>
          <w:b/>
        </w:rPr>
        <w:t xml:space="preserve">[1:09:45] </w:t>
      </w:r>
      <w:r>
        <w:t>is ghor o fikr ke darmiyan aisa hota hai ke zehn mein naye naye khayalat aate hain.</w:t>
      </w:r>
    </w:p>
    <w:p>
      <w:pPr>
        <w:jc w:val="right"/>
      </w:pPr>
      <w:r>
        <w:t>اس غور و فکر کے درمیان ایسا ہوتا ہے کہ ذہن میں نئے نئے خیالات آتے ہیں۔</w:t>
      </w:r>
    </w:p>
    <w:p>
      <w:r>
        <w:rPr>
          <w:b/>
        </w:rPr>
        <w:t xml:space="preserve">[1:09:51] </w:t>
      </w:r>
      <w:r>
        <w:t>maloom baaton ki nayi nayi tawjihat samajh mein aati hain. waqiat o haqaiq ke naye naye rukh ilm mein aate hain waghera. jis aadmi ko sacha iman hasil ho uska haal yeh hoga ke har mutala'a aur har mushahida iske liye rabbani daryaft ka sabab banta rahega.</w:t>
      </w:r>
    </w:p>
    <w:p>
      <w:pPr>
        <w:jc w:val="right"/>
      </w:pPr>
      <w:r>
        <w:t>معلوم باتوں کی نئی نئی توجیحات سمجھ میں آتی ہیں۔ واقعات و حقائق کے نئے نئے رخ علم میں آتے ہیں وغیرہ۔ جس آدمی کو سچا ایمان حاصل ہو اس کا حال یہ ہوگا کہ ہر مطالعہ اور ہر مشاہدہ اس کے لیے ربانی دریافت کا سبب بنتا رہے گا۔</w:t>
      </w:r>
    </w:p>
    <w:p>
      <w:r>
        <w:rPr>
          <w:b/>
        </w:rPr>
        <w:t xml:space="preserve">[1:10:11] </w:t>
      </w:r>
      <w:r>
        <w:t>har tajruba iske liye Khuda se qurbat ka zariya ban jayega.</w:t>
      </w:r>
    </w:p>
    <w:p>
      <w:pPr>
        <w:jc w:val="right"/>
      </w:pPr>
      <w:r>
        <w:t>ہر تجربہ اس کے لیے خدا سے قربت کا ذریعہ بن جائے گا۔</w:t>
      </w:r>
    </w:p>
    <w:p>
      <w:r>
        <w:rPr>
          <w:b/>
        </w:rPr>
        <w:t xml:space="preserve">[1:10:15] </w:t>
      </w:r>
      <w:r>
        <w:t>uska iman ibtida agar ek beej tha to is tarah badhte badhte woh ek poora darakht ban jayega. isi fikri aur rohani amal ka islami naam tazkiya hai.</w:t>
      </w:r>
    </w:p>
    <w:p>
      <w:pPr>
        <w:jc w:val="right"/>
      </w:pPr>
      <w:r>
        <w:t>اس کا ایمان ابتداء اگر ایک بیج تھا تو اس طرح بڑھتے بڑھتے وہ ایک پورا درخت بن جائے گا۔ اسی فکری اور روحانی عمل کا اسلامی نام تزکیہ ہے۔</w:t>
      </w:r>
    </w:p>
    <w:p>
      <w:r>
        <w:rPr>
          <w:b/>
        </w:rPr>
        <w:t xml:space="preserve">[1:10:27] </w:t>
      </w:r>
      <w:r>
        <w:t>iman agar Islam mein dakhle ka unwan hai to tazkiya iman ke irtqa ka unwan. tazkiya aur ilm.</w:t>
      </w:r>
    </w:p>
    <w:p>
      <w:pPr>
        <w:jc w:val="right"/>
      </w:pPr>
      <w:r>
        <w:t>ایمان اگر اسلام میں داخلے کا عنوان ہے تو تزکیہ ایمان کے ارتقاء کا عنوان۔ تزکیہ اور علم۔</w:t>
      </w:r>
    </w:p>
    <w:p>
      <w:r>
        <w:rPr>
          <w:b/>
        </w:rPr>
        <w:t xml:space="preserve">[1:10:38] </w:t>
      </w:r>
      <w:r>
        <w:t>kitab "tazkiya-e-nafs" Maulana Wahiduddin Khan, safha number 36.</w:t>
      </w:r>
    </w:p>
    <w:p>
      <w:pPr>
        <w:jc w:val="right"/>
      </w:pPr>
      <w:r>
        <w:t>کتاب "تزکیہ نفس" مولانا وحید الدین خان، صفحہ نمبر 36۔</w:t>
      </w:r>
    </w:p>
    <w:p>
      <w:r>
        <w:rPr>
          <w:b/>
        </w:rPr>
        <w:t xml:space="preserve">[1:10:50] </w:t>
      </w:r>
      <w:r>
        <w:t>tazkiye ke liye ek nuqta-e-nazar yeh hai ke kisi sahib-e-kamal ki sohbat hasil ki jaye. kyunke sahib-e-kamal ki ek nazar insan ko badalne ke liye kafi hoti hai.</w:t>
      </w:r>
    </w:p>
    <w:p>
      <w:pPr>
        <w:jc w:val="right"/>
      </w:pPr>
      <w:r>
        <w:t>تزکیے کے لیے ایک نقطہ نظر یہ ہے کہ کسی صاحب کمال کی صحبت حاصل کی جائے۔ کیونکہ صاحب کمال کی ایک نظر انسان کو بدلنے کے لیے کافی ہوتی ہے۔</w:t>
      </w:r>
    </w:p>
    <w:p>
      <w:r>
        <w:rPr>
          <w:b/>
        </w:rPr>
        <w:t xml:space="preserve">[1:11:01] </w:t>
      </w:r>
      <w:r>
        <w:t>lekin yeh nuqta-e-nazar Quran aur hadith se sabit nahin. Quran aur hadith ke mutabiq tazkiye ka maqsad aadmi ke khud apne ghor o fikr se hasil hota hai.</w:t>
      </w:r>
    </w:p>
    <w:p>
      <w:pPr>
        <w:jc w:val="right"/>
      </w:pPr>
      <w:r>
        <w:t>لیکن یہ نقطہ نظر قرآن اور حدیث سے ثابت نہیں۔ قرآن اور حدیث کے مطابق تزکیے کا مقصد آدمی کے خود اپنے غور و فکر سے حاصل ہوتا ہے۔</w:t>
      </w:r>
    </w:p>
    <w:p>
      <w:r>
        <w:rPr>
          <w:b/>
        </w:rPr>
        <w:t xml:space="preserve">[1:11:12] </w:t>
      </w:r>
      <w:r>
        <w:t>aadmi ke andar sahi mizaj ho aur woh kitabon ka, wa fazrat ka mutala'a kare to is se woh aise maani akhaz karega jo uski shakhsiyat ka tazkiya karne wale hon.</w:t>
      </w:r>
    </w:p>
    <w:p>
      <w:pPr>
        <w:jc w:val="right"/>
      </w:pPr>
      <w:r>
        <w:t>آدمی کے اندر صحیح مزاج ہو اور وہ کتابوں کا، نیز فطرت کا مطالعہ کرے تو اس سے وہ ایسے معانی اخذ کرے گا جو اس کی شخصیت کا تزکیہ کرنے والے ہوں۔</w:t>
      </w:r>
    </w:p>
    <w:p>
      <w:r>
        <w:rPr>
          <w:b/>
        </w:rPr>
        <w:t xml:space="preserve">[1:11:23] </w:t>
      </w:r>
      <w:r>
        <w:t>Quran ki Surah Fatir mein pahadon ka tazkira karne ke baad yeh ayat aayi hai: innama yakhshallaha min ibadahi al-ulama. Surah number 35 ayat 28.</w:t>
      </w:r>
    </w:p>
    <w:p>
      <w:pPr>
        <w:jc w:val="right"/>
      </w:pPr>
      <w:r>
        <w:t>قرآن کی سورہ فاطر میں پہاڑوں کا تذکرہ کرنے کے بعد یہ آیت آئی ہے: انما یخش اللہ من عبادہ العلماء۔ سورہ نمبر 35 آیت 28۔</w:t>
      </w:r>
    </w:p>
    <w:p>
      <w:r>
        <w:rPr>
          <w:b/>
        </w:rPr>
        <w:t xml:space="preserve">[1:11:34] </w:t>
      </w:r>
      <w:r>
        <w:t>yeh ayat batati hai ke pahadon ka ilm ya waqiat-e-fazrat ka ilm aadmi ke andar Allah ka khauf paida karta hai. yaani khauf ka makhaz ilm yaani learning hai.</w:t>
      </w:r>
    </w:p>
    <w:p>
      <w:pPr>
        <w:jc w:val="right"/>
      </w:pPr>
      <w:r>
        <w:t>یہ آیت بتاتی ہے کہ پہاڑوں کا علم یا واقعات فطرت کا علم آدمی کے اندر اللہ کا خوف پیدا کرتا ہے۔ یعنی خوف کا ماخذ علم یعنی لرننگ ہے۔</w:t>
      </w:r>
    </w:p>
    <w:p>
      <w:r>
        <w:rPr>
          <w:b/>
        </w:rPr>
        <w:t xml:space="preserve">[1:11:46] </w:t>
      </w:r>
      <w:r>
        <w:t>aadmi ke andar jitna zyada ilm hoga utna hi zyada woh Allah ki takhleeqi hikmaton ko samjhega. aur is tarah woh apni ma'rifat mein izafa karega.</w:t>
      </w:r>
    </w:p>
    <w:p>
      <w:pPr>
        <w:jc w:val="right"/>
      </w:pPr>
      <w:r>
        <w:t>آدمی کے اندر جتنا زیادہ علم ہوگا اتنا ہی زیادہ وہ اللہ کی تخلیقی حکمتوں کو سمجھے گا۔ اور اس طرح وہ اپنی معرفت میں اضافہ کرے گا۔</w:t>
      </w:r>
    </w:p>
    <w:p>
      <w:r>
        <w:rPr>
          <w:b/>
        </w:rPr>
        <w:t xml:space="preserve">[1:11:56] </w:t>
      </w:r>
      <w:r>
        <w:t>tazkiya kisi aadmi ko zaati ilm ke zariye hasil hota hai na ke mafroozah ba-kamal ki nazar aur tawajjuh se. mutala'a aadmi ke andar sochne ki salahiyat ko badhata hai.</w:t>
      </w:r>
    </w:p>
    <w:p>
      <w:pPr>
        <w:jc w:val="right"/>
      </w:pPr>
      <w:r>
        <w:t>تزکیہ کسی آدمی کو ذاتی علم کے ذریعے حاصل ہوتا ہے نہ کہ مفروضہ باکمال کی نظر اور توجہ سے۔ مطالعہ آدمی کے اندر سوچنے کی صلاحیت کو بڑھاتا ہے۔</w:t>
      </w:r>
    </w:p>
    <w:p>
      <w:r>
        <w:rPr>
          <w:b/>
        </w:rPr>
        <w:t xml:space="preserve">[1:12:08] </w:t>
      </w:r>
      <w:r>
        <w:t>mutala'a aadmi ko is qabil banata hai ke woh zyada gehre andaaz mein cheezon se ma'rifat ki ghiza le sake.</w:t>
      </w:r>
    </w:p>
    <w:p>
      <w:pPr>
        <w:jc w:val="right"/>
      </w:pPr>
      <w:r>
        <w:t>مطالعہ آدمی کو اس قابل بناتا ہے کہ وہ زیادہ گہرے انداز میں چیزوں سے معرفت کی غذا لے سکے۔</w:t>
      </w:r>
    </w:p>
    <w:p>
      <w:r>
        <w:rPr>
          <w:b/>
        </w:rPr>
        <w:t xml:space="preserve">[1:12:16] </w:t>
      </w:r>
      <w:r>
        <w:t>misalan har aadmi hawa mein sans leta hai. har aadmi ke liye yeh mumkin hai ke woh is par Allah ka shukr ada kare. lekin jo shakhs nizam-e-tannafus, respiratory system ke baray mein daryaft kardah jadeed maloomat ko janta ho uska shukr hazaron guna zyada badh jayega.</w:t>
      </w:r>
    </w:p>
    <w:p>
      <w:pPr>
        <w:jc w:val="right"/>
      </w:pPr>
      <w:r>
        <w:t>مثلاً ہر آدمی ہوا میں سانس لیتا ہے۔ ہر آدمی کے لیے یہ ممکن ہے کہ وہ اس پر اللہ کا شکر ادا کرے۔ لیکن جو شخص نظام تنفس، ریسپیریٹری سسٹم کے بارے میں دریافت کردہ جدید معلومات کو جانتا ہو اس کا شکر ہزاروں گنا زیادہ بڑھ جائے گا۔</w:t>
      </w:r>
    </w:p>
    <w:p>
      <w:r>
        <w:rPr>
          <w:b/>
        </w:rPr>
        <w:t xml:space="preserve">[1:12:36] </w:t>
      </w:r>
      <w:r>
        <w:t>aur isi ke aitbar se uska tazkiya bhi bohat zyada taraqqi karega.</w:t>
      </w:r>
    </w:p>
    <w:p>
      <w:pPr>
        <w:jc w:val="right"/>
      </w:pPr>
      <w:r>
        <w:t>اور اسی کے اعتبار سے اس کا تزکیہ بھی بہت زیادہ ترقی کرے گا۔</w:t>
      </w:r>
    </w:p>
    <w:p>
      <w:r>
        <w:rPr>
          <w:b/>
        </w:rPr>
        <w:t xml:space="preserve">[1:12:41] </w:t>
      </w:r>
      <w:r>
        <w:t>haqiqat yeh hai ke ilm aadmi ke tazkiye ko zyada bada frame work deta hai. ilm se aadmi ko apne tazkiye mein izafe ke naye goshe maloom hote hain.</w:t>
      </w:r>
    </w:p>
    <w:p>
      <w:pPr>
        <w:jc w:val="right"/>
      </w:pPr>
      <w:r>
        <w:t>حقیقت یہ ہے کہ علم آدمی کے تزکیے کو زیادہ بڑا فریم ورک دیتا ہے۔ علم سے آدمی کو اپنے تزکیے میں اضافے کے نئے گوشے معلوم ہوتے ہیں۔</w:t>
      </w:r>
    </w:p>
    <w:p>
      <w:r>
        <w:rPr>
          <w:b/>
        </w:rPr>
        <w:t xml:space="preserve">[1:12:53] </w:t>
      </w:r>
      <w:r>
        <w:t>tazkiye ke liye ilm ek qism ke booster ka darja rakhta hai.</w:t>
      </w:r>
    </w:p>
    <w:p>
      <w:pPr>
        <w:jc w:val="right"/>
      </w:pPr>
      <w:r>
        <w:t>تزکیہ کے لیے علم ایک قسم کے بوسٹر کا درجہ رکھتا ہے۔</w:t>
      </w:r>
    </w:p>
    <w:p>
      <w:r>
        <w:rPr>
          <w:b/>
        </w:rPr>
        <w:t xml:space="preserve">[1:13:01] </w:t>
      </w:r>
      <w:r>
        <w:t>distraction se bachiye. kitab "tazkiya-e-nafs" Maulana Wahiduddin Khan, safha number 38.</w:t>
      </w:r>
    </w:p>
    <w:p>
      <w:pPr>
        <w:jc w:val="right"/>
      </w:pPr>
      <w:r>
        <w:t>ڈسٹریکشن سے بچیے۔ کتاب "تزکیہ نفس" مولانا وحید الدین خان، صفحہ نمبر 38۔</w:t>
      </w:r>
    </w:p>
    <w:p>
      <w:r>
        <w:rPr>
          <w:b/>
        </w:rPr>
        <w:t xml:space="preserve">[1:13:13] </w:t>
      </w:r>
      <w:r>
        <w:t>is duniya mein kamyabi ka ek usool yeh hai: ek kaam ko karne ke liye doosre kaam ko chhodna. yeh insani nafsiyat ka ek khasa hai ke aadmi ek hi waqt mein do cheezon par yaksaan focus nahin kar sakta.</w:t>
      </w:r>
    </w:p>
    <w:p>
      <w:pPr>
        <w:jc w:val="right"/>
      </w:pPr>
      <w:r>
        <w:t>اس دنیا میں کامیابی کا ایک اصول یہ ہے: ایک کام کو کرنے کے لیے دوسرے کام کو چھوڑنا۔ یہ انسانی نفسیات کا ایک خاصہ ہے کہ آدمی ایک ہی وقت میں دو چیزوں پر یکساں فوکس نہیں کر سکتا۔</w:t>
      </w:r>
    </w:p>
    <w:p>
      <w:r>
        <w:rPr>
          <w:b/>
        </w:rPr>
        <w:t xml:space="preserve">[1:13:27] </w:t>
      </w:r>
      <w:r>
        <w:t>woh ek cheez par focus karega to doosri cheez se uska zehn hat jayega. yahi usool tazkiye ke liye bhi durust hai.</w:t>
      </w:r>
    </w:p>
    <w:p>
      <w:pPr>
        <w:jc w:val="right"/>
      </w:pPr>
      <w:r>
        <w:t>وہ ایک چیز پر فوکس کرے گا تو دوسری چیز سے اس کا ذہن ہٹ جائے گا۔ یہی اصول تزکیے کے لیے بھی درست ہے۔</w:t>
      </w:r>
    </w:p>
    <w:p>
      <w:r>
        <w:rPr>
          <w:b/>
        </w:rPr>
        <w:t xml:space="preserve">[1:13:35] </w:t>
      </w:r>
      <w:r>
        <w:t>jo aadmi apna tazkiya karna chahta ho usko lazmi taur par yeh bhi karna hoga ke woh tazkiye ki nisbat se ghair mutalliq yaani irrelevant cheezon ko mukammal taur par chhod de.</w:t>
      </w:r>
    </w:p>
    <w:p>
      <w:pPr>
        <w:jc w:val="right"/>
      </w:pPr>
      <w:r>
        <w:t>جو آدمی اپنا تزکیہ کرنا چاہتا ہو اس کو لازمی طور پر یہ بھی کرنا ہوگا کہ وہ تزکیے کی نسبت سے غیر متعلق یعنی ارریلیونٹ چیزوں کو مکمل طور پر چھوڑ دے۔</w:t>
      </w:r>
    </w:p>
    <w:p>
      <w:r>
        <w:rPr>
          <w:b/>
        </w:rPr>
        <w:t xml:space="preserve">[1:13:49] </w:t>
      </w:r>
      <w:r>
        <w:t>tazkiye ki rah mein sab se badi rukawat distraction hai. tazkiye ke talib ke liye zaroori hai ke woh tazkiye ko apna wahid nishana, supreme goal banaye.</w:t>
      </w:r>
    </w:p>
    <w:p>
      <w:pPr>
        <w:jc w:val="right"/>
      </w:pPr>
      <w:r>
        <w:t>تزکیے کی راہ میں سب سے بڑی رکاوٹ ڈسٹریکشن ہے۔ تزکیے کے طالب کے لیے ضروری ہے کہ وہ تزکیے کو اپنا واحد نشانہ، سپریم گول بنائے۔</w:t>
      </w:r>
    </w:p>
    <w:p>
      <w:r>
        <w:rPr>
          <w:b/>
        </w:rPr>
        <w:t xml:space="preserve">[1:13:59] </w:t>
      </w:r>
      <w:r>
        <w:t>woh distraction ki tamam cheezon se mukammal taur par apne aap ko door rakhe.</w:t>
      </w:r>
    </w:p>
    <w:p>
      <w:pPr>
        <w:jc w:val="right"/>
      </w:pPr>
      <w:r>
        <w:t>وہ ڈسٹریکشن کی تمام چیزوں سے مکمل طور پر اپنے آپ کو دور رکھے۔</w:t>
      </w:r>
    </w:p>
    <w:p>
      <w:r>
        <w:rPr>
          <w:b/>
        </w:rPr>
        <w:t xml:space="preserve">[1:14:05] </w:t>
      </w:r>
      <w:r>
        <w:t>tazkiye ke liye zehni yaksoi ya tarkeez, concentration lazmi taur par zaroori hai. jis aadmi ke andar tarkeez ki salahiyat na ho woh yaqeeni taur par tazkiye ke husool se mehroom rahega.</w:t>
      </w:r>
    </w:p>
    <w:p>
      <w:pPr>
        <w:jc w:val="right"/>
      </w:pPr>
      <w:r>
        <w:t>تزکیے کے لیے ذہنی یکسوئی یا ترکیز، کنسنٹریشن لازمی طور پر ضروری ہے۔ جس آدمی کے اندر ترکیز کی صلاحیت نہ ہو وہ یقینی طور پر تزکیے کے حصول سے محروم رہے گا۔</w:t>
      </w:r>
    </w:p>
    <w:p>
      <w:r>
        <w:rPr>
          <w:b/>
        </w:rPr>
        <w:t xml:space="preserve">[1:14:18] </w:t>
      </w:r>
      <w:r>
        <w:t>har cheez ki ek qeemat hoti hai aur tazkiye ki bhi ek qeemat hai. woh qeemat hai har qism ke distraction se apne aap ko door rakh</w:t>
      </w:r>
    </w:p>
    <w:p>
      <w:pPr>
        <w:jc w:val="right"/>
      </w:pPr>
      <w:r>
        <w:t>ہر چیز کی ایک قیمت ہوتی ہے اور تزکیے کی بھی ایک قیمت ہے۔ وہ قیمت ہے ہر قسم کے ڈسٹریکشن سے اپنے آپ کو دور رکھ</w:t>
      </w:r>
    </w:p>
    <w:p>
      <w:r>
        <w:rPr>
          <w:b/>
        </w:rPr>
        <w:t xml:space="preserve">[1:14:27] </w:t>
      </w:r>
      <w:r>
        <w:t>na. mislan khandani rusoomat, dosti ka culture, khane aur kapde ka shauq, daulat aur shohrat yaani fame ki raghbat, zindagi ke takallufat waghera.</w:t>
      </w:r>
    </w:p>
    <w:p>
      <w:pPr>
        <w:jc w:val="right"/>
      </w:pPr>
      <w:r>
        <w:t>نا۔ مثلاً خاندانی رسومات، دوستی کا کلچر، کھانے اور کپڑے کا شوق، دولت اور شہرت یعنی فیم کی رغبت، زندگی کے تکلفات وغیرہ۔</w:t>
      </w:r>
    </w:p>
    <w:p>
      <w:r>
        <w:rPr>
          <w:b/>
        </w:rPr>
        <w:t xml:space="preserve">[1:14:40] </w:t>
      </w:r>
      <w:r>
        <w:t>is qism ki tamam cheezein tazkiye ke talib ke liye distraction ka darja rakhti hain. jo aadmi apna tazkiya chahta ho us par laazim hai ke woh is qism ki tamam cheezon se mukammal taur par door rahe.</w:t>
      </w:r>
    </w:p>
    <w:p>
      <w:pPr>
        <w:jc w:val="right"/>
      </w:pPr>
      <w:r>
        <w:t>اس قسم کی تمام چیزیں تزکیے کے طالب کے لیے ڈسٹریکشن کا درجہ رکھتی ہیں۔ جو آدمی اپنا تزکیہ چاہتا ہو اس پر لازم ہے کہ وہ اس قسم کی تمام چیزوں سے مکمل طور پر دور رہے۔</w:t>
      </w:r>
    </w:p>
    <w:p>
      <w:r>
        <w:rPr>
          <w:b/>
        </w:rPr>
        <w:t xml:space="preserve">[1:14:54] </w:t>
      </w:r>
      <w:r>
        <w:t>tazkiya kisi insaan ko aala insaan banata hai. tazkiya aadmi ko is qabil banata hai ke us ko farishton ki sohbat mil jaye.</w:t>
      </w:r>
    </w:p>
    <w:p>
      <w:pPr>
        <w:jc w:val="right"/>
      </w:pPr>
      <w:r>
        <w:t>تزکیہ کسی انسان کو اعلیٰ انسان بناتا ہے۔ تزکیہ آدمی کو اس قابل بناتا ہے کہ اس کو فرشتوں کی صحبت مل جائے۔</w:t>
      </w:r>
    </w:p>
    <w:p>
      <w:r>
        <w:rPr>
          <w:b/>
        </w:rPr>
        <w:t xml:space="preserve">[1:15:03] </w:t>
      </w:r>
      <w:r>
        <w:t>tazkiye ke zariye aadmi is qabil ho jata hai ke woh Khuda ke paros mein jeene lage. tazkiye ke baghair aadmi sokhi lakdi ke manind hai.</w:t>
      </w:r>
    </w:p>
    <w:p>
      <w:pPr>
        <w:jc w:val="right"/>
      </w:pPr>
      <w:r>
        <w:t>تزکیے کے ذریعے آدمی اس قابل ہو جاتا ہے کہ وہ خدا کے پڑوس میں جینے لگے۔ تزکیے کے بغیر آدمی سوکھی لکڑی کے مانند ہے۔</w:t>
      </w:r>
    </w:p>
    <w:p>
      <w:r>
        <w:rPr>
          <w:b/>
        </w:rPr>
        <w:t xml:space="preserve">[1:15:12] </w:t>
      </w:r>
      <w:r>
        <w:t>tazkiye ke baad aadmi ek shadab darakht ban jata</w:t>
      </w:r>
    </w:p>
    <w:p>
      <w:pPr>
        <w:jc w:val="right"/>
      </w:pPr>
      <w:r>
        <w:t>تزکیے کے بعد آدمی ایک شاداب درخت بن جاتا</w:t>
      </w:r>
    </w:p>
    <w:p>
      <w:r>
        <w:rPr>
          <w:b/>
        </w:rPr>
        <w:t xml:space="preserve">[1:15:16] </w:t>
      </w:r>
      <w:r>
        <w:t>hai. tazkiya kisi purasrar cheez ka naam nahi. woh wahi cheez hai jis ko doosre alfaaz mein imani shaoor ki bedari kaha ja sakta hai.</w:t>
      </w:r>
    </w:p>
    <w:p>
      <w:pPr>
        <w:jc w:val="right"/>
      </w:pPr>
      <w:r>
        <w:t>ہے۔ تزکیہ کسی پراسرار چیز کا نام نہیں۔ وہ وہی چیز ہے جس کو دوسرے الفاظ میں ایمانی شعور کی بیداری کہا جا سکتا ہے۔</w:t>
      </w:r>
    </w:p>
    <w:p>
      <w:r>
        <w:rPr>
          <w:b/>
        </w:rPr>
        <w:t xml:space="preserve">[1:15:29] </w:t>
      </w:r>
      <w:r>
        <w:t>tazkiya aur aakhri taqaza. kitaab "tazkiya nafs" Maulana Wahiduddin Khan, safha number 39.</w:t>
      </w:r>
    </w:p>
    <w:p>
      <w:pPr>
        <w:jc w:val="right"/>
      </w:pPr>
      <w:r>
        <w:t>تزکیہ اور آخری تقاضا۔ کتاب "تزکیہ نفس" مولانا وحید الدین خان، صفحہ نمبر 39۔</w:t>
      </w:r>
    </w:p>
    <w:p>
      <w:r>
        <w:rPr>
          <w:b/>
        </w:rPr>
        <w:t xml:space="preserve">[1:15:41] </w:t>
      </w:r>
      <w:r>
        <w:t>har zamane ka ek tarz-e-fikr</w:t>
      </w:r>
    </w:p>
    <w:p>
      <w:pPr>
        <w:jc w:val="right"/>
      </w:pPr>
      <w:r>
        <w:t>ہر زمانے کا ایک طرز فکر</w:t>
      </w:r>
    </w:p>
    <w:p>
      <w:r>
        <w:rPr>
          <w:b/>
        </w:rPr>
        <w:t xml:space="preserve">[1:15:43] </w:t>
      </w:r>
      <w:r>
        <w:t>hota hai. aadmi kisi baat ko sirf us waqt qabool karta hai jabke woh us ke tarz-e-fikr ke mutabiq ho. isi ko mind ka address hona kehte hain.</w:t>
      </w:r>
    </w:p>
    <w:p>
      <w:pPr>
        <w:jc w:val="right"/>
      </w:pPr>
      <w:r>
        <w:t>ہوتا ہے۔ آدمی کسی بات کو صرف اس وقت قبول کرتا ہے جبکہ وہ اس کے طرز فکر کے مطابق ہو۔ اسی کو مائنڈ کا ایڈریس ہونا کہتے ہیں۔</w:t>
      </w:r>
    </w:p>
    <w:p>
      <w:r>
        <w:rPr>
          <w:b/>
        </w:rPr>
        <w:t xml:space="preserve">[1:15:53] </w:t>
      </w:r>
      <w:r>
        <w:t>insani zehn ki riayat jis tarah doosre mamlaat mein zaroori hai usi tarah woh tazkiye ke maamle mein bhi zaroori hai. qadeem zamana riwayati tarz-e-fikr ka zamana tha magar maujooda zamana scientific tarz-e-fikr ka zamana hai.</w:t>
      </w:r>
    </w:p>
    <w:p>
      <w:pPr>
        <w:jc w:val="right"/>
      </w:pPr>
      <w:r>
        <w:t>انسانی ذہن کی رعایت جس طرح دوسرے معاملات میں ضروری ہے اسی طرح وہ تزکیہ کے معاملے میں بھی ضروری ہے۔ قدیم زمانہ روایتی طرز فکر کا زمانہ تھا مگر موجودہ زمانہ سائنسی طرز فکر کا زمانہ ہے۔</w:t>
      </w:r>
    </w:p>
    <w:p>
      <w:r>
        <w:rPr>
          <w:b/>
        </w:rPr>
        <w:t xml:space="preserve">[1:16:08] </w:t>
      </w:r>
      <w:r>
        <w:t>maujooda zamane mein logon ka tazkiya karne ke liye zaroori hai ke baat ko is tarah kaha jaye jis se un ka zehn address ho sake.</w:t>
      </w:r>
    </w:p>
    <w:p>
      <w:pPr>
        <w:jc w:val="right"/>
      </w:pPr>
      <w:r>
        <w:t>موجودہ زمانے میں لوگوں کا تزکیہ کرنے کے لیے ضروری ہے کہ بات کو اس طرح کہا جائے جس سے ان کا ذہن ایڈریس ہو سکے۔</w:t>
      </w:r>
    </w:p>
    <w:p>
      <w:r>
        <w:rPr>
          <w:b/>
        </w:rPr>
        <w:t xml:space="preserve">[1:16:17] </w:t>
      </w:r>
      <w:r>
        <w:t>tazkiye ki asal maujooda zamane mein bhi ayn wahi hai jo ke qadeem zamane mein thi. albatta dono mein ek farq hai aur woh usloob-e-kalaam aur tarz-e-istadlal yaani reasoning ka farq hai.</w:t>
      </w:r>
    </w:p>
    <w:p>
      <w:pPr>
        <w:jc w:val="right"/>
      </w:pPr>
      <w:r>
        <w:t>تزکیے کی اصل موجودہ زمانے میں بھی عین وہی ہے جو کہ قدیم زمانے میں تھی۔ البتہ دونوں میں ایک فرق ہے اور وہ اسلوب کلام اور طرز استدلال یعنی ریزننگ کا فرق ہے۔</w:t>
      </w:r>
    </w:p>
    <w:p>
      <w:r>
        <w:rPr>
          <w:b/>
        </w:rPr>
        <w:t xml:space="preserve">[1:16:31] </w:t>
      </w:r>
      <w:r>
        <w:t>qadeem zamane mein riwayati usloob logon ke liye mu'assir ho sakta tha lekin maujooda zamane mein mu'assir tazkiya ke liye zaroori hai ke usloob-e-kalaam ko badla jaye.</w:t>
      </w:r>
    </w:p>
    <w:p>
      <w:pPr>
        <w:jc w:val="right"/>
      </w:pPr>
      <w:r>
        <w:t>قدیم زمانے میں روایتی اسلوب لوگوں کے لیے مؤثر ہو سکتا تھا لیکن موجودہ زمانے میں مؤثر تزکیہ کے لیے ضروری ہے کہ اسلوب کلام کو بدلا جائے۔</w:t>
      </w:r>
    </w:p>
    <w:p>
      <w:r>
        <w:rPr>
          <w:b/>
        </w:rPr>
        <w:t xml:space="preserve">[1:16:43] </w:t>
      </w:r>
      <w:r>
        <w:t>sirf isi soorat mein yeh mumkin hai ke aaj ka insaan tazkiye ki ahmiyat ko samjhe aur us ko apni zindagi mein ikhtiyar kare. misaal ke taur par qadeem zamane mein islah-e-nafs ka lafz bola jata tha.</w:t>
      </w:r>
    </w:p>
    <w:p>
      <w:pPr>
        <w:jc w:val="right"/>
      </w:pPr>
      <w:r>
        <w:t>صرف اسی صورت میں یہ ممکن ہے کہ آج کا انسان تزکیہ کی اہمیت کو سمجھے اور اس کو اپنی زندگی میں اختیار کرے۔ مثال کے طور پر قدیم زمانے میں اصلاح نفس کا لفظ بولا جاتا تھا۔</w:t>
      </w:r>
    </w:p>
    <w:p>
      <w:r>
        <w:rPr>
          <w:b/>
        </w:rPr>
        <w:t xml:space="preserve">[1:16:56] </w:t>
      </w:r>
      <w:r>
        <w:t>yeh lafz qadeem riwayati zehn ko mutasir karne ke liye kafi tha lekin aaj ka insaan is haqeeqat ko us waqt zyada samajh pata hai jabke is baat ko batane ke liye lafz badal diya jaye aur yeh kaha jaye ke har insaan mukhtalif asbab se mutasir zehn yaani conditioned mind ka case ban jata hai.</w:t>
      </w:r>
    </w:p>
    <w:p>
      <w:pPr>
        <w:jc w:val="right"/>
      </w:pPr>
      <w:r>
        <w:t>یہ لفظ قدیم روایتی ذہن کو متاثر کرنے کے لیے کافی تھا لیکن آج کا انسان اس حقیقت کو اس وقت زیادہ سمجھ پاتا ہے جبکہ اس بات کو بتانے کے لیے لفظ بدل دیا جائے اور یہ کہا جائے کہ ہر انسان مختلف اسباب سے متاثر ذہن یعنی کنڈیشنڈ مائنڈ کا کیس بن جاتا ہے۔</w:t>
      </w:r>
    </w:p>
    <w:p>
      <w:r>
        <w:rPr>
          <w:b/>
        </w:rPr>
        <w:t xml:space="preserve">[1:17:18] </w:t>
      </w:r>
      <w:r>
        <w:t>iski islaah ke liye zaroori hai ke us ki deconditioning ki jaye. us ke zehn ki tashkeel-e-nau yaani re engineering kar ke us ko is qabil banaya jaye ke woh cheezon ko un ki asal haqeeqat ke aitbaar se dekhe aur zyada durust par aur zyada durust tor par un ke bare mein rai qaim kare.</w:t>
      </w:r>
    </w:p>
    <w:p>
      <w:pPr>
        <w:jc w:val="right"/>
      </w:pPr>
      <w:r>
        <w:t>اس کی اصلاح کے لیے ضروری ہے کہ اس کی ڈی کنڈیشننگ کی جائے۔ اس کے ذہن کی تشکیل نوع یعنی ری انجینئرنگ کر کے اس کو اس قابل بنایا جائے کہ وہ چیزوں کو ان کی اصل حقیقت کے اعتبار سے دیکھے اور زیادہ درست پر اور زیادہ درست طور پر ان کے بارے میں رائے قائم کرے۔</w:t>
      </w:r>
    </w:p>
    <w:p>
      <w:r>
        <w:rPr>
          <w:b/>
        </w:rPr>
        <w:t xml:space="preserve">[1:17:40] </w:t>
      </w:r>
      <w:r>
        <w:t>is usloob-e-tazkiya par logon ko mukhatib karne ke liye zaroori hai ke muzakki ka mutala'a wasee</w:t>
      </w:r>
    </w:p>
    <w:p>
      <w:pPr>
        <w:jc w:val="right"/>
      </w:pPr>
      <w:r>
        <w:t>اس اسلوب تزکیہ پر لوگوں کو مخاطب کرنے کے لیے ضروری ہے کہ مزکی کا مطالعہ وسیع</w:t>
      </w:r>
    </w:p>
    <w:p>
      <w:r>
        <w:rPr>
          <w:b/>
        </w:rPr>
        <w:t xml:space="preserve">[1:17:47] </w:t>
      </w:r>
      <w:r>
        <w:t>ho. woh qadeem ke sath jadeed baaton se waqifiyat rakhta ho. is ke baghair mu'assir andaaz mein jadeed insaan ka tazkiya nahi kiya ja sakta.</w:t>
      </w:r>
    </w:p>
    <w:p>
      <w:pPr>
        <w:jc w:val="right"/>
      </w:pPr>
      <w:r>
        <w:t>ہو۔ وہ قدیم کے ساتھ جدید باتوں سے واقفیت رکھتا ہو۔ اس کے بغیر مؤثر انداز میں جدید انسان کا تزکیہ نہیں کیا جا سکتا۔</w:t>
      </w:r>
    </w:p>
    <w:p>
      <w:r>
        <w:rPr>
          <w:b/>
        </w:rPr>
        <w:t xml:space="preserve">[1:18:01] </w:t>
      </w:r>
      <w:r>
        <w:t>tazkiye ki shart. kitaab "tazkiya nafs" Maulana Wahiduddin Khan, safha number 40.</w:t>
      </w:r>
    </w:p>
    <w:p>
      <w:pPr>
        <w:jc w:val="right"/>
      </w:pPr>
      <w:r>
        <w:t>تزکیہ کی شرط۔ کتاب "تزکیہ نفس" مولانا وحید الدین خان، صفحہ نمبر 40۔</w:t>
      </w:r>
    </w:p>
    <w:p>
      <w:r>
        <w:rPr>
          <w:b/>
        </w:rPr>
        <w:t xml:space="preserve">[1:18:13] </w:t>
      </w:r>
      <w:r>
        <w:t>tazkiya koi fanni ilm nahi. fanni ilm ko lafzon mein poori tarah bayan kiya ja sakta hai lekin tazkiya marifat ka ilm hai aur marifat ke ilm ko alfaaz mein sirf juzwi taur par bayan karna mumkin hai na ke kulli taur par.</w:t>
      </w:r>
    </w:p>
    <w:p>
      <w:pPr>
        <w:jc w:val="right"/>
      </w:pPr>
      <w:r>
        <w:t>تزکیہ کوئی فنی علم نہیں۔ فنی علم کو لفظوں میں پوری طرح بیان کیا جا سکتا ہے لیکن تزکیہ معرفت کا علم ہے اور معرفت کے علم کو الفاظ میں صرف جزئی طور پر بیان کرنا ممکن ہے نہ کہ کلی طور پر۔</w:t>
      </w:r>
    </w:p>
    <w:p>
      <w:r>
        <w:rPr>
          <w:b/>
        </w:rPr>
        <w:t xml:space="preserve">[1:18:29] </w:t>
      </w:r>
      <w:r>
        <w:t>tazkiye ki har taqreer ya tehreer ek aur izafa chahti hai aur yeh izafa sirf woh shakhs kar sakta hai jo tazkiye ka talib ho.</w:t>
      </w:r>
    </w:p>
    <w:p>
      <w:pPr>
        <w:jc w:val="right"/>
      </w:pPr>
      <w:r>
        <w:t>تزکیہ کی ہر تقریر یا تحریر ایک اور اضافہ چاہتی ہے اور یہ اضافہ صرف وہ شخص کر سکتا ہے جو تزکیہ کا طالب ہو۔</w:t>
      </w:r>
    </w:p>
    <w:p>
      <w:r>
        <w:rPr>
          <w:b/>
        </w:rPr>
        <w:t xml:space="preserve">[1:18:39] </w:t>
      </w:r>
      <w:r>
        <w:t>tazkiye ke husool ke liye zaroori hai ke talib-e-tazkiya is maamle mein intehai had tak sanjeeda ho. woh ek tayyar zehn yaani prepared mind ki hesiyat rakhta ho.</w:t>
      </w:r>
    </w:p>
    <w:p>
      <w:pPr>
        <w:jc w:val="right"/>
      </w:pPr>
      <w:r>
        <w:t>تزکیہ کے حصول کے لیے ضروری ہے کہ طالب تزکیہ اس معاملے میں انتہائی حد تک سنجیدہ ہو۔ وہ ایک تیار ذہن یعنی پریپیرڈ مائنڈ کی حیثیت رکھتا ہو۔</w:t>
      </w:r>
    </w:p>
    <w:p>
      <w:r>
        <w:rPr>
          <w:b/>
        </w:rPr>
        <w:t xml:space="preserve">[1:18:50] </w:t>
      </w:r>
      <w:r>
        <w:t>us ke andar kamil amadgi pai jati ho</w:t>
      </w:r>
    </w:p>
    <w:p>
      <w:pPr>
        <w:jc w:val="right"/>
      </w:pPr>
      <w:r>
        <w:t>اس کے اندر کامل امادگی پائی جاتی ہو</w:t>
      </w:r>
    </w:p>
    <w:p>
      <w:r>
        <w:rPr>
          <w:b/>
        </w:rPr>
        <w:t xml:space="preserve">[1:18:53] </w:t>
      </w:r>
      <w:r>
        <w:t>woh har qism ke ta'assubat ya'ni prejudice se khaali ho. woh ek complex free insaan ho. woh cheezon ko isi tarah dekhne ki salahiyat rakhta ho jaisa ke woh waqe'atan hain.</w:t>
      </w:r>
    </w:p>
    <w:p>
      <w:pPr>
        <w:jc w:val="right"/>
      </w:pPr>
      <w:r>
        <w:t>۔ وہ ہر قسم کے تعصبات یعنی پریجیڈس سے خالی ہو۔ وہ ایک کمپلیکس فری انسان ہو۔ وہ چیزوں کو اسی طرح دیکھنے کی صلاحیت رکھتا ہو جیسا کہ وہ واقعتا ہیں۔</w:t>
      </w:r>
    </w:p>
    <w:p>
      <w:r>
        <w:rPr>
          <w:b/>
        </w:rPr>
        <w:t xml:space="preserve">[1:19:06] </w:t>
      </w:r>
      <w:r>
        <w:t>woh zaati rujhanat ko alag kar ke cheezon ko dekh sake. woh apne khilaaf baaton ko bhi isi tarah sune jis tarah woh apne mawaafiq baaton ko sunta hai.</w:t>
      </w:r>
    </w:p>
    <w:p>
      <w:pPr>
        <w:jc w:val="right"/>
      </w:pPr>
      <w:r>
        <w:t>وہ ذاتی رجحانات کو الگ کر کے چیزوں کو دیکھ سکے۔ وہ اپنے خلاف باتوں کو بھی اسی طرح سنے جس طرح وہ اپنے موافق باتوں کو سنتا ہے۔</w:t>
      </w:r>
    </w:p>
    <w:p>
      <w:r>
        <w:rPr>
          <w:b/>
        </w:rPr>
        <w:t xml:space="preserve">[1:19:16] </w:t>
      </w:r>
      <w:r>
        <w:t>woh kisi shart ke baghair haq ko qabool karne ke liye tayyar ho</w:t>
      </w:r>
    </w:p>
    <w:p>
      <w:pPr>
        <w:jc w:val="right"/>
      </w:pPr>
      <w:r>
        <w:t>وہ کسی شرط کے بغیر حق کو قبول کرنے کے لیے تیار ہو</w:t>
      </w:r>
    </w:p>
    <w:p>
      <w:r>
        <w:rPr>
          <w:b/>
        </w:rPr>
        <w:t xml:space="preserve">[1:19:20] </w:t>
      </w:r>
      <w:r>
        <w:t>woh khule taur par apni ghalti ko maanne ka mizaj rakhta ho. woh durust zaawiya nazar ya'ni right angle of vision se cheezon ko dekh sake waghera.</w:t>
      </w:r>
    </w:p>
    <w:p>
      <w:pPr>
        <w:jc w:val="right"/>
      </w:pPr>
      <w:r>
        <w:t>۔ وہ کھلے طور پر اپنی غلطی کو ماننے کا مزاج رکھتا ہو۔ وہ درست زاویہ نظر یعنی رائٹ اینگل اف ویژن سے چیزوں کو دیکھ سکے وغیرہ۔</w:t>
      </w:r>
    </w:p>
    <w:p>
      <w:r>
        <w:rPr>
          <w:b/>
        </w:rPr>
        <w:t xml:space="preserve">[1:19:32] </w:t>
      </w:r>
      <w:r>
        <w:t>tazkiya ke amal mein do afraad shamil hote hain: moallim-e-tazkiya aur talib-e-tazkiya. dono mein se kisi ka role bhi sad fisad nahin.</w:t>
      </w:r>
    </w:p>
    <w:p>
      <w:pPr>
        <w:jc w:val="right"/>
      </w:pPr>
      <w:r>
        <w:t>تزکیہ کے عمل میں دو افراد شامل ہوتے ہیں: معلم تزکیہ اور طالب تزکیہ۔ دونوں میں سے کسی کا رول بھی صد فیصد نہیں۔</w:t>
      </w:r>
    </w:p>
    <w:p>
      <w:r>
        <w:rPr>
          <w:b/>
        </w:rPr>
        <w:t xml:space="preserve">[1:19:42] </w:t>
      </w:r>
      <w:r>
        <w:t>is maamle mein dono ka role fifty fifty hai.</w:t>
      </w:r>
    </w:p>
    <w:p>
      <w:pPr>
        <w:jc w:val="right"/>
      </w:pPr>
      <w:r>
        <w:t>اس معاملے میں دونوں کا رول ففٹی ففٹی ہے۔</w:t>
      </w:r>
    </w:p>
    <w:p>
      <w:r>
        <w:rPr>
          <w:b/>
        </w:rPr>
        <w:t xml:space="preserve">[1:19:46] </w:t>
      </w:r>
      <w:r>
        <w:t>moallim-e-tazkiya ka role yeh hai ke woh tazkiya ko haqeeqi taur par jaanta ho. us ne quran aur hadith ke gehre mutale'e ke zariye tazkiya ko durust taur par samjha ho aur phir us ko us ke khalis andaaz mein bayan kar sake.</w:t>
      </w:r>
    </w:p>
    <w:p>
      <w:pPr>
        <w:jc w:val="right"/>
      </w:pPr>
      <w:r>
        <w:t>معلم تزکیہ کا رول یہ ہے کہ وہ تزکیہ کو حقیقی طور پر جانتا ہو۔ اس نے قرآن اور حدیث کے گہرے مطالعے کے ذریعے تزکیہ کو درست طور پر سمجھا ہو اور پھر اس کو اس کے خالص انداز میں بیان کر سکے۔</w:t>
      </w:r>
    </w:p>
    <w:p>
      <w:r>
        <w:rPr>
          <w:b/>
        </w:rPr>
        <w:t xml:space="preserve">[1:20:01] </w:t>
      </w:r>
      <w:r>
        <w:t>is maamle mein doosra nisf role talib-e-tazkiya ka hai. tazkiya ke talib ke andar yeh salahiyat honi chahiye ke woh bharpoor taur par qabooliyat ki istidad rakhta ho.</w:t>
      </w:r>
    </w:p>
    <w:p>
      <w:pPr>
        <w:jc w:val="right"/>
      </w:pPr>
      <w:r>
        <w:t>اس معاملے میں دوسرا نصف رول طالب تزکیہ کا ہے۔ تزکیہ کے طالب کے اندر یہ صلاحیت ہونی چاہیے کہ وہ بھرپور طور پر قبولیت کی استعداد رکھتا ہو۔</w:t>
      </w:r>
    </w:p>
    <w:p>
      <w:r>
        <w:rPr>
          <w:b/>
        </w:rPr>
        <w:t xml:space="preserve">[1:20:13] </w:t>
      </w:r>
      <w:r>
        <w:t>woh apne maanoos zehan se bahar aa kar tazkiya ke kalam ko sune aur us ko samjhe. woh peshagi taur par qaim kardah mi'yar se azaad ho.</w:t>
      </w:r>
    </w:p>
    <w:p>
      <w:pPr>
        <w:jc w:val="right"/>
      </w:pPr>
      <w:r>
        <w:t>وہ اپنے مانوس ذہن سے باہر آ کر تزکیہ کے کلام کو سنے اور اس کو سمجھے۔ وہ پیشگی طور پر قائم کردہ معیار سے آزاد ہو۔</w:t>
      </w:r>
    </w:p>
    <w:p>
      <w:r>
        <w:rPr>
          <w:b/>
        </w:rPr>
        <w:t xml:space="preserve">[1:20:22] </w:t>
      </w:r>
      <w:r>
        <w:t>woh yeh salahiyat rakhta ho ke woh kalam ki nisbat se apni rai'e qaim kare na ke mutakallim ki nisbat se. jis aadmi ke andar yeh sifat maujood hon wahi woh shakhs hai jo tazkiya ke maqsad ko hasil karne mein kaamyaab hota hai.</w:t>
      </w:r>
    </w:p>
    <w:p>
      <w:pPr>
        <w:jc w:val="right"/>
      </w:pPr>
      <w:r>
        <w:t>وہ یہ صلاحیت رکھتا ہو کہ وہ کلام کی نسبت سے اپنی رائے قائم کرے نہ کہ متکلم کی نسبت سے۔ جس آدمی کے اندر یہ صفات موجود ہوں وہی وہ شخص ہے جو تزکیہ کے مقصد کو حاصل کرنے میں کامیاب ہوتا ہے۔</w:t>
      </w:r>
    </w:p>
    <w:p>
      <w:r>
        <w:rPr>
          <w:b/>
        </w:rPr>
        <w:t xml:space="preserve">[1:20:41] </w:t>
      </w:r>
      <w:r>
        <w:t>aitiraf-e-haqeeqat. kitaab "tazkiya-e-nafs" Maulana Wahiduddin Khan, safha number 42.</w:t>
      </w:r>
    </w:p>
    <w:p>
      <w:pPr>
        <w:jc w:val="right"/>
      </w:pPr>
      <w:r>
        <w:t>اعتراف حقیقت۔ کتاب "تزکیہ نفس" مولانا وحید الدین خان، صفحہ نمبر 42۔</w:t>
      </w:r>
    </w:p>
    <w:p>
      <w:r>
        <w:rPr>
          <w:b/>
        </w:rPr>
        <w:t xml:space="preserve">[1:20:54] </w:t>
      </w:r>
      <w:r>
        <w:t>aala insaniyat yeh hai ke aadmi haqeeqat-e-waqe'a ka aitiraf kare. kisi insaan ke liye asal cheez yahi hai. iktishaf-e-haqeeqat ya'ni discovery of reality ka nateeja aitiraf ya'ni acknowledgement hai.</w:t>
      </w:r>
    </w:p>
    <w:p>
      <w:pPr>
        <w:jc w:val="right"/>
      </w:pPr>
      <w:r>
        <w:t>اعلیٰ انسانیت یہ ہے کہ آدمی حقیقت واقعے کا اعتراف کرے۔ کسی انسان کے لیے اصل چیز یہی ہے۔ اکتشاف حقیقت یعنی ڈسکوری اف ریلیٹی کا نتیجہ اعتراف یعنی اکنالجمنٹ ہے۔</w:t>
      </w:r>
    </w:p>
    <w:p>
      <w:r>
        <w:rPr>
          <w:b/>
        </w:rPr>
        <w:t xml:space="preserve">[1:21:09] </w:t>
      </w:r>
      <w:r>
        <w:t>aadmi agar haqeeqat-e-waqe'a se bekhabar ho to woh ek jahil ya'ni ignorant insaan shumaar hoga. haqeeqat-e-waqe'a ki daryaft ke baad agar kisi shakhs ka haal yeh ho ke woh us ko dil ke andar to mehsoos kare lekin zabaan se bol kar woh us ka ailaan na kare to yeh rawish munaafiqat ki rawish hai.</w:t>
      </w:r>
    </w:p>
    <w:p>
      <w:pPr>
        <w:jc w:val="right"/>
      </w:pPr>
      <w:r>
        <w:t>آدمی اگر حقیقت واقعے سے بے خبر ہو تو وہ ایک جاہل یعنی اگنورنٹ انسان شمار ہوگا۔ حقیقت واقعے کی دریافت کے بعد اگر کسی شخص کا حال یہ ہو کہ وہ اس کو دل کے اندر تو محسوس کرے لیکن زبان سے بول کر وہ اس کا اعلان نہ کرے تو یہ روش منافقت کی روش ہے۔</w:t>
      </w:r>
    </w:p>
    <w:p>
      <w:r>
        <w:rPr>
          <w:b/>
        </w:rPr>
        <w:t xml:space="preserve">[1:21:30] </w:t>
      </w:r>
      <w:r>
        <w:t>aur agar aisa ho ke haqeeqat-e-waqe'a ki daryaft ke baad woh us ko asal hasti ke bajaye kisi aur se mansoob kar de ya woh khud us ka credit lene lage to aisa aadmi jhoot ya'ni falsehood par khara hua hai.</w:t>
      </w:r>
    </w:p>
    <w:p>
      <w:pPr>
        <w:jc w:val="right"/>
      </w:pPr>
      <w:r>
        <w:t>اور اگر ایسا ہو کہ حقیقت واقعے کی دریافت کے بعد وہ اس کو اصل ہستی کے بجائے کسی اور سے منسوب کر دے یا وہ خود اس کا کریڈٹ لینے لگے تو ایسا آدمی جھوٹ یعنی فالس ہڈ پر کھڑا ہوا ہے۔</w:t>
      </w:r>
    </w:p>
    <w:p>
      <w:r>
        <w:rPr>
          <w:b/>
        </w:rPr>
        <w:t xml:space="preserve">[1:21:45] </w:t>
      </w:r>
      <w:r>
        <w:t>yeh amal koi saada amal nahin. yeh darasal sahih rukh par insani shakhsiyat ka irteqa hai aur isi ka doosra naam tazkiya hai.</w:t>
      </w:r>
    </w:p>
    <w:p>
      <w:pPr>
        <w:jc w:val="right"/>
      </w:pPr>
      <w:r>
        <w:t>یہ عمل کوئی سادہ عمل نہیں۔ یہ دراصل صحیح رخ پر انسانی شخصیت کا ارتقاء ہے اور اسی کا دوسرا نام تزکیہ ہے۔</w:t>
      </w:r>
    </w:p>
    <w:p>
      <w:r>
        <w:rPr>
          <w:b/>
        </w:rPr>
        <w:t xml:space="preserve">[1:21:56] </w:t>
      </w:r>
      <w:r>
        <w:t>tazkiya kisi purasrar cheez ka naam nahin hai. tazkiya is shaoori bedari ka nateeja hai ke aadmi har cheez ko Khuda ke khaane mein daal sake.</w:t>
      </w:r>
    </w:p>
    <w:p>
      <w:pPr>
        <w:jc w:val="right"/>
      </w:pPr>
      <w:r>
        <w:t>تزکیہ کسی پراسرار چیز کا نام نہیں ہے۔ تزکیہ اس شعوری بیداری کا نتیجہ ہے کہ آدمی ہر چیز کو خدا کے خانے میں ڈال سکے۔</w:t>
      </w:r>
    </w:p>
    <w:p>
      <w:r>
        <w:rPr>
          <w:b/>
        </w:rPr>
        <w:t xml:space="preserve">[1:22:06] </w:t>
      </w:r>
      <w:r>
        <w:t>har tajruba us ke liye Khuda se ta'alluq barhane ka zariya ban jaye.</w:t>
      </w:r>
    </w:p>
    <w:p>
      <w:pPr>
        <w:jc w:val="right"/>
      </w:pPr>
      <w:r>
        <w:t>ہر تجربہ اس کے لیے خدا سے تعلق بڑھانے کا ذریعہ بن جائے۔</w:t>
      </w:r>
    </w:p>
    <w:p>
      <w:r>
        <w:rPr>
          <w:b/>
        </w:rPr>
        <w:t xml:space="preserve">[1:22:11] </w:t>
      </w:r>
      <w:r>
        <w:t>inhi tajrubaat ke douran woh aala shakhsiyat banti hai jis ko muzakka shakhsiyat ya'ni purified personality kaha jata hai. haqeeqat yeh hai ke yeh saara maamla sahih intisaab ya'ni right attribution aur ghalat intisaab ya'ni wrong attribution ka maamla hai.</w:t>
      </w:r>
    </w:p>
    <w:p>
      <w:pPr>
        <w:jc w:val="right"/>
      </w:pPr>
      <w:r>
        <w:t>انہی تجربات کے دوران وہ اعلیٰ شخصیت بنتی ہے جس کو مزکہ شخصیت یعنی پیوریفائیڈ پرسنیلٹی کہا جاتا ہے۔ حقیقت یہ ہے کہ یہ سارا معاملہ صحیح انتساب یعنی رائٹ ایٹریبیوشن اور غلط انتساب یعنی رونگ ایٹریبیوشن کا معاملہ ہے۔</w:t>
      </w:r>
    </w:p>
    <w:p>
      <w:r>
        <w:rPr>
          <w:b/>
        </w:rPr>
        <w:t xml:space="preserve">[1:22:29] </w:t>
      </w:r>
      <w:r>
        <w:t>waqe'aat ko ghalat taur par kisi se mansoob karna apni rooh ko alooda karna hai. yeh tazkiya ke mauqe par apne aap ko tazkiya se mehroom kar lena hai.</w:t>
      </w:r>
    </w:p>
    <w:p>
      <w:pPr>
        <w:jc w:val="right"/>
      </w:pPr>
      <w:r>
        <w:t>واقعات کو غلط طور پر کسی سے منسوب کرنا اپنی روح کو الودہ کرنا ہے۔ یہ تزکیہ کے موقع پر اپنے آپ کو تزکیہ سے محروم کر لینا ہے۔</w:t>
      </w:r>
    </w:p>
    <w:p>
      <w:r>
        <w:rPr>
          <w:b/>
        </w:rPr>
        <w:t xml:space="preserve">[1:22:40] </w:t>
      </w:r>
      <w:r>
        <w:t>iske bar'aks jab aadmi waqe'aat ko khaliq-e-haqeeqi ki taraf mansoob kare to us ne apni rooh ko oopar uthaya. tazkiya ke mauqe ko istemaal karte hue us ne apne aap ko woh insaan banaya jis ko tazkiya yafta insaan kaha jata hai.</w:t>
      </w:r>
    </w:p>
    <w:p>
      <w:pPr>
        <w:jc w:val="right"/>
      </w:pPr>
      <w:r>
        <w:t>اس کے برعکس جب آدمی واقعات کو خالق حقیقی کی طرف منسوب کرے تو اس نے اپنی روح کو اوپر اٹھایا۔ تزکیہ کے موقع کو استعمال کرتے ہوئے اس نے اپنے آپ کو وہ انسان بنایا جس کو تزکیہ یافتہ انسان کہا جاتا ہے۔</w:t>
      </w:r>
    </w:p>
    <w:p>
      <w:r>
        <w:rPr>
          <w:b/>
        </w:rPr>
        <w:t xml:space="preserve">[1:22:57] </w:t>
      </w:r>
      <w:r>
        <w:t>tazkiya kisi khala mein nahin hota. tazkiya hamesha haqeeqi zindagi mein hota hai. tazkiya ke liye jo cheez matloob hai woh bedaar zehan ya'ni awakened m</w:t>
      </w:r>
    </w:p>
    <w:p>
      <w:pPr>
        <w:jc w:val="right"/>
      </w:pPr>
      <w:r>
        <w:t>تزکیہ کسی خلا میں نہیں ہوتا۔ تزکیہ ہمیشہ حقیقی زندگی میں ہوتا ہے۔ تزکیہ کے لیے جو چیز مطلوب ہے وہ بیدار ذہن یعنی اویکنڈ م</w:t>
      </w:r>
    </w:p>
    <w:p>
      <w:r>
        <w:rPr>
          <w:b/>
        </w:rPr>
        <w:t xml:space="preserve">[1:23:08] </w:t>
      </w:r>
      <w:r>
        <w:t>ind hai na ke takhliye mein kiye hue kisi qism ke purasrar a'maal. tazkiya aur qurbani.</w:t>
      </w:r>
    </w:p>
    <w:p>
      <w:pPr>
        <w:jc w:val="right"/>
      </w:pPr>
      <w:r>
        <w:t>ائنڈ ہے نہ کہ تخلیے میں کیے ہوئے کسی قسم کے پراسرار اعمال۔ تزکیہ اور قربانی۔</w:t>
      </w:r>
    </w:p>
    <w:p>
      <w:r>
        <w:rPr>
          <w:b/>
        </w:rPr>
        <w:t xml:space="preserve">[1:23:19] </w:t>
      </w:r>
      <w:r>
        <w:t>kitaab "tazkiya-e-nafs" Maulana Wahiduddin Khan, safha number 43.</w:t>
      </w:r>
    </w:p>
    <w:p>
      <w:pPr>
        <w:jc w:val="right"/>
      </w:pPr>
      <w:r>
        <w:t>کتاب "تزکیہ نفس" مولانا وحید الدین خان، صفحہ نمبر 43۔</w:t>
      </w:r>
    </w:p>
    <w:p>
      <w:r>
        <w:rPr>
          <w:b/>
        </w:rPr>
        <w:t xml:space="preserve">[1:23:31] </w:t>
      </w:r>
      <w:r>
        <w:t>tazkiya ka husool koi saada baat nahin. tazkiya ke husool ke liye hamesha ek qurbani darkaar hoti hai.</w:t>
      </w:r>
    </w:p>
    <w:p>
      <w:pPr>
        <w:jc w:val="right"/>
      </w:pPr>
      <w:r>
        <w:t>تزکیہ کا حصول کوئی سادہ بات نہیں۔ تزکیہ کے حصول کے لیے ہمیشہ ایک قربانی درکار ہوتی ہے۔</w:t>
      </w:r>
    </w:p>
    <w:p>
      <w:r>
        <w:rPr>
          <w:b/>
        </w:rPr>
        <w:t xml:space="preserve">[1:23:39] </w:t>
      </w:r>
      <w:r>
        <w:t>jismani qurbani nahin balkeh nafsiyaati qurbani. woh qurbani hai tazkiya ke husool ki khaatir khilaaf-e-tazkiya baaton ko mukammal taur par chhod dena.</w:t>
      </w:r>
    </w:p>
    <w:p>
      <w:pPr>
        <w:jc w:val="right"/>
      </w:pPr>
      <w:r>
        <w:t>جسمانی قربانی نہیں بلکہ نفسیاتی قربانی۔ وہ قربانی ہے تزکیہ کے حصول کی خاطر خلاف تزکیہ باتوں کو مکمل طور پر چھوڑ دینا۔</w:t>
      </w:r>
    </w:p>
    <w:p>
      <w:r>
        <w:rPr>
          <w:b/>
        </w:rPr>
        <w:t xml:space="preserve">[1:23:50] </w:t>
      </w:r>
      <w:r>
        <w:t>yeh fitrat ka aik usool hai ke aik cheez ko paanay ke liye doosri cheez ko chhodna parta hai. yeh usool tazkiya ke muamle mein bhi itna hi aham hai jitna ke doosre muamlaat mein.</w:t>
      </w:r>
    </w:p>
    <w:p>
      <w:pPr>
        <w:jc w:val="right"/>
      </w:pPr>
      <w:r>
        <w:t>یہ فطرت کا ایک اصول ہے کہ ایک چیز کو پانے کے لیے دوسری چیز کو چھوڑنا پڑتا ہے۔ یہ اصول تزکیہ کے معاملے میں بھی اتنا ہی اہم ہے جتنا کہ دوسرے معاملات میں۔</w:t>
      </w:r>
    </w:p>
    <w:p>
      <w:r>
        <w:rPr>
          <w:b/>
        </w:rPr>
        <w:t xml:space="preserve">[1:24:02] </w:t>
      </w:r>
      <w:r>
        <w:t>inhi mein se aik cheez hai ghlt aadaton yaani bad habits ko chhodna.</w:t>
      </w:r>
    </w:p>
    <w:p>
      <w:pPr>
        <w:jc w:val="right"/>
      </w:pPr>
      <w:r>
        <w:t>انہی میں سے ایک چیز ہے غلط عادتوں یعنی بیڈ ہیبٹس کو چھوڑنا۔</w:t>
      </w:r>
    </w:p>
    <w:p>
      <w:r>
        <w:rPr>
          <w:b/>
        </w:rPr>
        <w:t xml:space="preserve">[1:24:07] </w:t>
      </w:r>
      <w:r>
        <w:t>har aurat aur mard apne mahol ke asar se aisi cheez ke aadi ho jaate hain jo tazkiya ki raah mein rukawat hain. tazkiya ke talib ke liye laazim hai ke woh aisi aadaton ko mukammal tor par chhod de.</w:t>
      </w:r>
    </w:p>
    <w:p>
      <w:pPr>
        <w:jc w:val="right"/>
      </w:pPr>
      <w:r>
        <w:t>ہر عورت اور مرد اپنے ماحول کے اثر سے ایسی چیز کے عادی ہو جاتے ہیں جو تزکیہ کی راہ میں رکاوٹ ہیں۔ تزکیہ کے طالب کے لیے لازم ہے کہ وہ ایسی عادتوں کو مکمل طور پر چھوڑ دے۔</w:t>
      </w:r>
    </w:p>
    <w:p>
      <w:r>
        <w:rPr>
          <w:b/>
        </w:rPr>
        <w:t xml:space="preserve">[1:24:21] </w:t>
      </w:r>
      <w:r>
        <w:t>misalan ziyada bolna aur kam sochna, khandaani taqazon mein masroof rehna, khane aur kapde ka shaukeen hona, tafreehi majlisoun mein baithna, doosron ki kamiyon ka charcha karna,</w:t>
      </w:r>
    </w:p>
    <w:p>
      <w:pPr>
        <w:jc w:val="right"/>
      </w:pPr>
      <w:r>
        <w:t>مثلاً زیادہ بولنا اور کم سوچنا، خاندانی تقاضوں میں مشغول رہنا، کھانے اور کپڑے کا شوقین ہونا، تفریحی مجلسوں میں بیٹھنا، دوسروں کی کمیوں کا چرچہ کرنا،</w:t>
      </w:r>
    </w:p>
    <w:p>
      <w:r>
        <w:rPr>
          <w:b/>
        </w:rPr>
        <w:t xml:space="preserve">[1:24:34] </w:t>
      </w:r>
      <w:r>
        <w:t>shopping aur outing, kifayat shiaari ke bajaye fazool kharchi, sathi aur numaishi zouq, tanqeed ko bura manna aur tareef par khush hona, dunyavi cheezon ka hareess hona, zaroorat par qanaat na karna,</w:t>
      </w:r>
    </w:p>
    <w:p>
      <w:pPr>
        <w:jc w:val="right"/>
      </w:pPr>
      <w:r>
        <w:t>شاپنگ اور اؤٹنگ، کفایت شعاری کے بجائے فضول خرچی، سطحی اور نمائشی ذوق، تنقید کو برا ماننا اور تعریف پر خوش ہونا، دنیاوی چیزوں کا حریص ہونا، ضرورت پر قناعت نہ کرنا،</w:t>
      </w:r>
    </w:p>
    <w:p>
      <w:r>
        <w:rPr>
          <w:b/>
        </w:rPr>
        <w:t xml:space="preserve">[1:24:49] </w:t>
      </w:r>
      <w:r>
        <w:t>sadgi yaani simplicity ke bajaye takalluf ko pasand karna waghera.</w:t>
      </w:r>
    </w:p>
    <w:p>
      <w:pPr>
        <w:jc w:val="right"/>
      </w:pPr>
      <w:r>
        <w:t>سادگی یعنی سمپلیسٹی کے بجائے تکلف کو پسند کرنا وغیرہ۔</w:t>
      </w:r>
    </w:p>
    <w:p>
      <w:r>
        <w:rPr>
          <w:b/>
        </w:rPr>
        <w:t xml:space="preserve">[1:24:55] </w:t>
      </w:r>
      <w:r>
        <w:t>har cheez ki aik qeemat hoti hai aur tazkiya ko paanay ki bhi aik qeemat hai aur woh qeemat hai khilaf tazkiya baaton ko chhodna.</w:t>
      </w:r>
    </w:p>
    <w:p>
      <w:pPr>
        <w:jc w:val="right"/>
      </w:pPr>
      <w:r>
        <w:t>ہر چیز کی ایک قیمت ہوتی ہے اور تزکیہ کو پانے کی بھی ایک قیمت ہے اور وہ قیمت ہے خلاف تزکیہ باتوں کو چھوڑنا۔</w:t>
      </w:r>
    </w:p>
    <w:p>
      <w:r>
        <w:rPr>
          <w:b/>
        </w:rPr>
        <w:t xml:space="preserve">[1:25:04] </w:t>
      </w:r>
      <w:r>
        <w:t>jo aadmi tazkiya ki baatein kare lekin woh khilaf tazkiya baaton ko chhodne par raazi na ho aisa aadmi bilashuba aik ghair sanjeeda insaan hai aur ghair sanjeeda mizaj ke sath kabhi tazkiya jama nahi hota.</w:t>
      </w:r>
    </w:p>
    <w:p>
      <w:pPr>
        <w:jc w:val="right"/>
      </w:pPr>
      <w:r>
        <w:t>جو آدمی تزکیہ کی باتیں کرے لیکن وہ خلاف تزکیہ باتوں کو چھوڑنے پر راضی نہ ہو ایسا آدمی بلاشبہ ایک غیر سنجیدہ انسان ہے اور غیر سنجیدہ مزاج کے ساتھ کبھی تزکیہ جمع نہیں ہوتا۔</w:t>
      </w:r>
    </w:p>
    <w:p>
      <w:r>
        <w:rPr>
          <w:b/>
        </w:rPr>
        <w:t xml:space="preserve">[1:25:19] </w:t>
      </w:r>
      <w:r>
        <w:t>haqeeqat yeh hai ke jo aadmi tazkiya ki talab mein sanjeeda ho woh khud hi yeh jaan lega ke kya cheezen tazkiya ke muwafiq hain aur kya cheezen tazkiya ke khilaf.</w:t>
      </w:r>
    </w:p>
    <w:p>
      <w:pPr>
        <w:jc w:val="right"/>
      </w:pPr>
      <w:r>
        <w:t>حقیقت یہ ہے کہ جو آدمی تزکیہ کی طلب میں سنجیدہ ہو وہ خود ہی یہ جان لے گا کہ کیا چیزیں تزکیہ کے موافق ہیں اور کیا چیزیں تزکیہ کے خلاف۔</w:t>
      </w:r>
    </w:p>
    <w:p>
      <w:r>
        <w:rPr>
          <w:b/>
        </w:rPr>
        <w:t xml:space="preserve">[1:25:31] </w:t>
      </w:r>
      <w:r>
        <w:t>is ki sanjeedgi lazmi tor par is ko majboor kare gi ke woh muwafiq tazkiya baaton ko apnaye aur khilaf tazkiya baaton ko mukammal tor par chhod de.</w:t>
      </w:r>
    </w:p>
    <w:p>
      <w:pPr>
        <w:jc w:val="right"/>
      </w:pPr>
      <w:r>
        <w:t>اس کی سنجیدگی لازمی طور پر اس کو مجبور کرے گی کہ وہ موافق تزکیہ باتوں کو اپنائے اور خلاف تزکیہ باتوں کو مکمل طور پر چھوڑ دے۔</w:t>
      </w:r>
    </w:p>
    <w:p>
      <w:r>
        <w:rPr>
          <w:b/>
        </w:rPr>
        <w:t xml:space="preserve">[1:25:41] </w:t>
      </w:r>
      <w:r>
        <w:t>sanjeedgi is baat ki zamanat hai ke aadmi zaroor tazkiya ke darje tak pahunch jaye.</w:t>
      </w:r>
    </w:p>
    <w:p>
      <w:pPr>
        <w:jc w:val="right"/>
      </w:pPr>
      <w:r>
        <w:t>سنجیدگی اس بات کی ضمانت ہے کہ آدمی ضرور تزکیہ کے درجے تک پہنچ جائے۔</w:t>
      </w:r>
    </w:p>
    <w:p>
      <w:r>
        <w:rPr>
          <w:b/>
        </w:rPr>
        <w:t xml:space="preserve">[1:25:47] </w:t>
      </w:r>
      <w:r>
        <w:t>woh hargiz tazkiya se mahroom na rahe.</w:t>
      </w:r>
    </w:p>
    <w:p>
      <w:pPr>
        <w:jc w:val="right"/>
      </w:pPr>
      <w:r>
        <w:t>وہ ہرگز تزکیہ سے محروم نہ رہے۔</w:t>
      </w:r>
    </w:p>
    <w:p>
      <w:r>
        <w:rPr>
          <w:b/>
        </w:rPr>
        <w:t xml:space="preserve">[1:25:53] </w:t>
      </w:r>
      <w:r>
        <w:t>tazkiya aik nafsiyati amal. kitaab "tazkiya nafs" Maulana Wahiduddin Khan, safha number 44.</w:t>
      </w:r>
    </w:p>
    <w:p>
      <w:pPr>
        <w:jc w:val="right"/>
      </w:pPr>
      <w:r>
        <w:t>تزکیہ ایک نفسیاتی عمل۔ کتاب "تزکیہ نفس" مولانا وحید الدین خان، صفحہ نمبر 44۔</w:t>
      </w:r>
    </w:p>
    <w:p>
      <w:r>
        <w:rPr>
          <w:b/>
        </w:rPr>
        <w:t xml:space="preserve">[1:26:08] </w:t>
      </w:r>
      <w:r>
        <w:t>tazkiya ka hasool kisi qism ki lisani takrar ya kisi qism ki jismani warzish ke zariye mumkin nahi.</w:t>
      </w:r>
    </w:p>
    <w:p>
      <w:pPr>
        <w:jc w:val="right"/>
      </w:pPr>
      <w:r>
        <w:t>تزکیہ کا حصول کسی قسم کی لسانی تکرار یا کسی قسم کی جسمانی ورزش کے ذریعے ممکن نہیں۔</w:t>
      </w:r>
    </w:p>
    <w:p>
      <w:r>
        <w:rPr>
          <w:b/>
        </w:rPr>
        <w:t xml:space="preserve">[1:26:16] </w:t>
      </w:r>
      <w:r>
        <w:t>tazkiya tamam tar aik nafsiyati amal hai aur nafsiyat ki satah par hi is ko hasil kiya ja sakta hai. nafsiyati amal se murad zehni amal hai.</w:t>
      </w:r>
    </w:p>
    <w:p>
      <w:pPr>
        <w:jc w:val="right"/>
      </w:pPr>
      <w:r>
        <w:t>تزکیہ تمام تر ایک نفسیاتی عمل ہے اور نفسیات کی سطح پر ہی اس کو حاصل کیا جا سکتا ہے۔ نفسیاتی عمل سے مراد ذہنی عمل ہے۔</w:t>
      </w:r>
    </w:p>
    <w:p>
      <w:r>
        <w:rPr>
          <w:b/>
        </w:rPr>
        <w:t xml:space="preserve">[1:26:27] </w:t>
      </w:r>
      <w:r>
        <w:t>insan ka zehn har qism ki soch ka markaz hai. yeh darasal zehn hai jo kisi insan ki shakhsiyat ki tashkeel karta hai. ghair mazka shakhsiyat ko bhi is ka zehn banata hai aur mazka shakhsiyat ko jo cheez banati hai woh bhi is ka zehn hai.</w:t>
      </w:r>
    </w:p>
    <w:p>
      <w:pPr>
        <w:jc w:val="right"/>
      </w:pPr>
      <w:r>
        <w:t>انسان کا ذہن ہر قسم کی سوچ کا مرکز ہے۔ یہ دراصل ذہن ہے جو کسی انسان کی شخصیت کی تشکیل کرتا ہے۔ غیر مزکہ شخصیت کو بھی اس کا ذہن بناتا ہے اور مزکہ شخصیت کو جو چیز بناتی ہے وہ بھی اس کا ذہن ہے۔</w:t>
      </w:r>
    </w:p>
    <w:p>
      <w:r>
        <w:rPr>
          <w:b/>
        </w:rPr>
        <w:t xml:space="preserve">[1:26:44] </w:t>
      </w:r>
      <w:r>
        <w:t>tazkiya ke liye asal cheez jo matloob hai woh zehni irtqa hai yaani shaoor ko is tarah taraqqi dena ke woh cheezon ko sort out kar sake.</w:t>
      </w:r>
    </w:p>
    <w:p>
      <w:pPr>
        <w:jc w:val="right"/>
      </w:pPr>
      <w:r>
        <w:t>تزکیہ کے لیے اصل چیز جو مطلوب ہے وہ ذہنی ارتقاء ہے یعنی شعور کو اس طرح ترقی دینا کہ وہ چیزوں کو سارٹ اؤٹ کر سکے۔</w:t>
      </w:r>
    </w:p>
    <w:p>
      <w:r>
        <w:rPr>
          <w:b/>
        </w:rPr>
        <w:t xml:space="preserve">[1:26:55] </w:t>
      </w:r>
      <w:r>
        <w:t>woh manfi ehsas ko misbat ehsas mein convert kar sake. woh cheezon mein khaliq ke jalwe ka mushahida kar sake. woh madi waqiat mein rohani pehlu ko daryaft kar sake.</w:t>
      </w:r>
    </w:p>
    <w:p>
      <w:pPr>
        <w:jc w:val="right"/>
      </w:pPr>
      <w:r>
        <w:t>وہ منفی احساس کو مثبت احساس میں کنورٹ کر سکے۔ وہ چیزوں میں خالق کے جلوے کا مشاہدہ کر سکے۔ وہ مادی واقعات میں روحانی پہلو کو دریافت کر سکے۔</w:t>
      </w:r>
    </w:p>
    <w:p>
      <w:r>
        <w:rPr>
          <w:b/>
        </w:rPr>
        <w:t xml:space="preserve">[1:27:06] </w:t>
      </w:r>
      <w:r>
        <w:t>woh kharji asraat se mehfooz reh kar soch sake. woh shaitan ki tazeen ko pehchan kar use radd kar sake.</w:t>
      </w:r>
    </w:p>
    <w:p>
      <w:pPr>
        <w:jc w:val="right"/>
      </w:pPr>
      <w:r>
        <w:t>وہ خارجی اثرات سے محفوظ رہ کر سوچ سکے۔ وہ شیطان کی تزین کو پہچان کر اسے رد کر سکے۔</w:t>
      </w:r>
    </w:p>
    <w:p>
      <w:r>
        <w:rPr>
          <w:b/>
        </w:rPr>
        <w:t xml:space="preserve">[1:27:14] </w:t>
      </w:r>
      <w:r>
        <w:t>woh nafs ki targeebaat se oopar uth kar soch sake. is ko mustaqbil bini ki nazar hasil ho jaye. woh be natija kaam se apne aap ko door rakhe.</w:t>
      </w:r>
    </w:p>
    <w:p>
      <w:pPr>
        <w:jc w:val="right"/>
      </w:pPr>
      <w:r>
        <w:t>وہ نفس کی ترغیبات سے اوپر اٹھ کر سوچ سکے۔ اس کو مستقبل بینی کی نظر حاصل ہو جائے۔ وہ بے نتیجہ کام سے اپنے آپ کو دور رکھے۔</w:t>
      </w:r>
    </w:p>
    <w:p>
      <w:r>
        <w:rPr>
          <w:b/>
        </w:rPr>
        <w:t xml:space="preserve">[1:27:24] </w:t>
      </w:r>
      <w:r>
        <w:t>woh apne haqeeqi khair khwah ko pehchanne wala ho. woh naseehat ko qabool kare khwah woh is ke mizaj ke khilaf ho.</w:t>
      </w:r>
    </w:p>
    <w:p>
      <w:pPr>
        <w:jc w:val="right"/>
      </w:pPr>
      <w:r>
        <w:t>وہ اپنے حقیقی خیر خواہ کو پہچاننے والا ہو۔ وہ نصیحت کو قبول کرے خواہ وہ اس کے مزاج کے خلاف ہو۔</w:t>
      </w:r>
    </w:p>
    <w:p>
      <w:r>
        <w:rPr>
          <w:b/>
        </w:rPr>
        <w:t xml:space="preserve">[1:27:33] </w:t>
      </w:r>
      <w:r>
        <w:t>woh apne khilaf sochne ki salahiyat rakhta ho. woh madiyat se guzar kar rohaniyat ko apna nishana ban</w:t>
      </w:r>
    </w:p>
    <w:p>
      <w:pPr>
        <w:jc w:val="right"/>
      </w:pPr>
      <w:r>
        <w:t>وہ اپنے خلاف سوچنے کی صلاحیت رکھتا ہو۔ وہ مادیات سے گزر کر روحانیات کو اپنا نشانہ بن</w:t>
      </w:r>
    </w:p>
    <w:p>
      <w:r>
        <w:rPr>
          <w:b/>
        </w:rPr>
        <w:t xml:space="preserve">[1:27:40] </w:t>
      </w:r>
      <w:r>
        <w:t>aye. is ki soch akhirat rukhi soch ban jaye waghera. yeh tamam kaam nafsiyat ki satah par anjam paate hain.</w:t>
      </w:r>
    </w:p>
    <w:p>
      <w:pPr>
        <w:jc w:val="right"/>
      </w:pPr>
      <w:r>
        <w:t>ائے۔ اس کی سوچ اخرت رخی سوچ بن جائے وغیرہ۔ یہ تمام کام نفسیات کی سطح پر انجام پاتے ہیں۔</w:t>
      </w:r>
    </w:p>
    <w:p>
      <w:r>
        <w:rPr>
          <w:b/>
        </w:rPr>
        <w:t xml:space="preserve">[1:27:49] </w:t>
      </w:r>
      <w:r>
        <w:t>woh insan ki gehri soch se talluq rakhte hain. jis aadmi ke andar gehri soch na ho woh kabhi tazkiya ke aala darje tak nahi pahunch sakta.</w:t>
      </w:r>
    </w:p>
    <w:p>
      <w:pPr>
        <w:jc w:val="right"/>
      </w:pPr>
      <w:r>
        <w:t>وہ انسان کی گہری سوچ سے تعلق رکھتے ہیں۔ جس آدمی کے اندر گہری سوچ نہ ہو وہ کبھی تزکیہ کے اعلیٰ درجے تک نہیں پہنچ سکتا۔</w:t>
      </w:r>
    </w:p>
    <w:p>
      <w:r>
        <w:rPr>
          <w:b/>
        </w:rPr>
        <w:t xml:space="preserve">[1:27:59] </w:t>
      </w:r>
      <w:r>
        <w:t>jis aadmi ke andar gehri soch ho usi ke andar tazkiya ka amal jari hoga. tazkiya darasal nafsiyati tazkiya ka doosra naam hai.</w:t>
      </w:r>
    </w:p>
    <w:p>
      <w:pPr>
        <w:jc w:val="right"/>
      </w:pPr>
      <w:r>
        <w:t>جس آدمی کے اندر گہری سوچ ہو اسی کے اندر تزکیہ کا عمل جاری ہوگا۔ تزکیہ دراصل نفسیاتی تزکیہ کا دوسرا نام ہے۔</w:t>
      </w:r>
    </w:p>
    <w:p>
      <w:r>
        <w:rPr>
          <w:b/>
        </w:rPr>
        <w:t xml:space="preserve">[1:28:09] </w:t>
      </w:r>
      <w:r>
        <w:t>tazkiya awla nafsiyat ki satah par hota hai. is ke baad yeh mumkin hota hai ke insan ke poore wajood ki satah par tazkiya ka izhaar ho.</w:t>
      </w:r>
    </w:p>
    <w:p>
      <w:pPr>
        <w:jc w:val="right"/>
      </w:pPr>
      <w:r>
        <w:t>تزکیہ اولا نفسیات کی سطح پر ہوتا ہے۔ اس کے بعد یہ ممکن ہوتا ہے کہ انسان کے پورے وجود کی سطح پر تزکیہ کا اظہار ہو۔</w:t>
      </w:r>
    </w:p>
    <w:p>
      <w:r>
        <w:rPr>
          <w:b/>
        </w:rPr>
        <w:t xml:space="preserve">[1:28:22] </w:t>
      </w:r>
      <w:r>
        <w:t>musbat nafsiyat ki ahmiyat. kitab "tazkiya nafs" Maulana Wahiduddin Khan, safha number 46.</w:t>
      </w:r>
    </w:p>
    <w:p>
      <w:pPr>
        <w:jc w:val="right"/>
      </w:pPr>
      <w:r>
        <w:t>مثبت نفسیات کی اہمیت۔ کتاب "تزکیہ نفس" مولانا وحید الدین خان، صفحہ نمبر 46۔</w:t>
      </w:r>
    </w:p>
    <w:p>
      <w:r>
        <w:rPr>
          <w:b/>
        </w:rPr>
        <w:t xml:space="preserve">[1:28:37] </w:t>
      </w:r>
      <w:r>
        <w:t>char hazar saal pehle Hazrat Ibrahim ne apni biwi Hajra aur apne bete Ismail ko Arab ke sehra mein basa diya aur khud Sham wapas chale gaye.</w:t>
      </w:r>
    </w:p>
    <w:p>
      <w:pPr>
        <w:jc w:val="right"/>
      </w:pPr>
      <w:r>
        <w:t>چار ہزار سال پہلے حضرت ابراہیم نے اپنی بیوی ہاجرہ اور اپنے بیٹے اسماعیل کو عرب کے صحرا میں بسا دیا اور خود شام واپس چلے گئے۔</w:t>
      </w:r>
    </w:p>
    <w:p>
      <w:r>
        <w:rPr>
          <w:b/>
        </w:rPr>
        <w:t xml:space="preserve">[1:28:48] </w:t>
      </w:r>
      <w:r>
        <w:t>baad ko Ismail bare hue to unhone qabile Jarham ki ek khatoon se nikah kar liya. kuch arsa baad Hazrat Ibrahim dobara wahan aaye.</w:t>
      </w:r>
    </w:p>
    <w:p>
      <w:pPr>
        <w:jc w:val="right"/>
      </w:pPr>
      <w:r>
        <w:t>بعد کو اسماعیل بڑے ہوئے تو انہوں نے قبیلے جرہم کی ایک خاتون سے نکاح کر لیا۔ کچھ عرصہ بعد حضرت ابراہیم دوبارہ وہاں آئے۔</w:t>
      </w:r>
    </w:p>
    <w:p>
      <w:r>
        <w:rPr>
          <w:b/>
        </w:rPr>
        <w:t xml:space="preserve">[1:28:58] </w:t>
      </w:r>
      <w:r>
        <w:t>is waqt unki mulaqat Ismail ki biwi se hui. unhone sakht halaat ki shikayat ki.</w:t>
      </w:r>
    </w:p>
    <w:p>
      <w:pPr>
        <w:jc w:val="right"/>
      </w:pPr>
      <w:r>
        <w:t>اس وقت ان کی ملاقات اسماعیل کی بیوی سے ہوئی۔ انہوں نے سخت حالات کی شکایت کی۔</w:t>
      </w:r>
    </w:p>
    <w:p>
      <w:r>
        <w:rPr>
          <w:b/>
        </w:rPr>
        <w:t xml:space="preserve">[1:29:05] </w:t>
      </w:r>
      <w:r>
        <w:t>Hazrat Ibrahim un se yeh keh kar chale gaye ke jab Ismail wapas aayen to un ko mera yeh paigham dena: "ghair atbat babak" yaani apne ghar ki chokhat ko badal do.</w:t>
      </w:r>
    </w:p>
    <w:p>
      <w:pPr>
        <w:jc w:val="right"/>
      </w:pPr>
      <w:r>
        <w:t>حضرت ابراہیم ان سے یہ کہہ کر چلے گئے کہ جب اسماعیل واپس آئیں تو ان کو میرا یہ پیغام دینا: "غیر عطبت بابک" یعنی اپنے گھر کی چوکھٹ کو بدل دو۔</w:t>
      </w:r>
    </w:p>
    <w:p>
      <w:r>
        <w:rPr>
          <w:b/>
        </w:rPr>
        <w:t xml:space="preserve">[1:29:19] </w:t>
      </w:r>
      <w:r>
        <w:t>is ke baad Ismail ne apni biwi ko talak de diya aur ek doosri khatoon se nikah kar liya. kuch arsa baad Hazrat Ibrahim dobara phir wahan aaye.</w:t>
      </w:r>
    </w:p>
    <w:p>
      <w:pPr>
        <w:jc w:val="right"/>
      </w:pPr>
      <w:r>
        <w:t>اس کے بعد اسماعیل نے اپنی بیوی کو طلاق دے دیا اور ایک دوسری خاتون سے نکاح کر لیا۔ کچھ عرصہ بعد حضرت ابراہیم دوبارہ پھر وہاں آئے۔</w:t>
      </w:r>
    </w:p>
    <w:p>
      <w:r>
        <w:rPr>
          <w:b/>
        </w:rPr>
        <w:t xml:space="preserve">[1:29:30] </w:t>
      </w:r>
      <w:r>
        <w:t>doosri khatoon se mulaqat hui to unhone koi shikayat nahi ki balke halaat par shukr ka izhaar kiya. yeh sun kar Hazrat Ibrahim ne kaha ke Ismail aayen to un ko mera yeh paigham de dena: "sibt atbat babak" yaani apne ghar ki chokhat ko baqi rakho.</w:t>
      </w:r>
    </w:p>
    <w:p>
      <w:pPr>
        <w:jc w:val="right"/>
      </w:pPr>
      <w:r>
        <w:t>دوسری خاتون سے ملاقات ہوئی تو انہوں نے کوئی شکایت نہیں کی بلکہ حالات پر شکر کا اظہار کیا۔ یہ سن کر حضرت ابراہیم نے کہا کہ اسماعیل آئیں تو ان کو میرا یہ پیغام دے دینا: "سبط عطبت بابک" یعنی اپنے گھر کی چوکھٹ کو باقی رکھو۔</w:t>
      </w:r>
    </w:p>
    <w:p>
      <w:r>
        <w:rPr>
          <w:b/>
        </w:rPr>
        <w:t xml:space="preserve">[1:29:50] </w:t>
      </w:r>
      <w:r>
        <w:t>sahih al Bukhari, kitab ahadees al anbiya. Hazrat Ibrahim ne apni aulad ko sehra mein basa diya tha.</w:t>
      </w:r>
    </w:p>
    <w:p>
      <w:pPr>
        <w:jc w:val="right"/>
      </w:pPr>
      <w:r>
        <w:t>صحیح البخاری، کتاب احادیث الانبیاء۔ حضرت ابراہیم نے اپنی اولاد کو صحرا میں بسا دیا تھا۔</w:t>
      </w:r>
    </w:p>
    <w:p>
      <w:r>
        <w:rPr>
          <w:b/>
        </w:rPr>
        <w:t xml:space="preserve">[1:29:59] </w:t>
      </w:r>
      <w:r>
        <w:t>is ka maqsad yeh tha ke fitrat ke sada mahaul mein ek nayi nasal paida ho jo tauheed ke mission ko le kar uthe aur is ko duniya mein phailaye.</w:t>
      </w:r>
    </w:p>
    <w:p>
      <w:pPr>
        <w:jc w:val="right"/>
      </w:pPr>
      <w:r>
        <w:t>اس کا مقصد یہ تھا کہ فطرت کے سادہ ماحول میں ایک نئی نسل پیدا ہو جو توحید کے مشن کو لے کر اٹھے اور اس کو دنیا میں پھیلائے۔</w:t>
      </w:r>
    </w:p>
    <w:p>
      <w:r>
        <w:rPr>
          <w:b/>
        </w:rPr>
        <w:t xml:space="preserve">[1:30:10] </w:t>
      </w:r>
      <w:r>
        <w:t>Hazrat Ibrahim ke mazkoora waqe se maloom hota hai ke is aala kaam ke liye jo afraad matloob hain un ke andar sab se zyada yeh sifat hona chahiye ke woh musbat nafsiyat mein jeene wale hon.</w:t>
      </w:r>
    </w:p>
    <w:p>
      <w:pPr>
        <w:jc w:val="right"/>
      </w:pPr>
      <w:r>
        <w:t>حضرت ابراہیم کے مذکورہ واقعے سے معلوم ہوتا ہے کہ اس اعلیٰ کام کے لیے جو افراد مطلوب ہیں ان کے اندر سب سے زیادہ یہ صفت ہونا چاہیے کہ وہ مثبت نفسیات میں جینے والے ہوں۔</w:t>
      </w:r>
    </w:p>
    <w:p>
      <w:r>
        <w:rPr>
          <w:b/>
        </w:rPr>
        <w:t xml:space="preserve">[1:30:25] </w:t>
      </w:r>
      <w:r>
        <w:t>woh shikayaton ki nafsiyat se mukammal taur par khali hon. is se maloom hota hai ke tazkiya ke amal mein sab se zyada ahmiyat kis baat ki hai.</w:t>
      </w:r>
    </w:p>
    <w:p>
      <w:pPr>
        <w:jc w:val="right"/>
      </w:pPr>
      <w:r>
        <w:t>وہ شکایات کی نفسیات سے مکمل طور پر خالی ہوں۔ اس سے معلوم ہوتا ہے کہ تزکیہ کے عمل میں سب سے زیادہ اہمیت کس بات کی ہے۔</w:t>
      </w:r>
    </w:p>
    <w:p>
      <w:r>
        <w:rPr>
          <w:b/>
        </w:rPr>
        <w:t xml:space="preserve">[1:30:35] </w:t>
      </w:r>
      <w:r>
        <w:t>woh yeh ke aadmi mukammal taur par apne aap ko be shikayat bana le.</w:t>
      </w:r>
    </w:p>
    <w:p>
      <w:pPr>
        <w:jc w:val="right"/>
      </w:pPr>
      <w:r>
        <w:t>وہ یہ کہ آدمی مکمل طور پر اپنے آپ کو بے شکایت بنا لے۔</w:t>
      </w:r>
    </w:p>
    <w:p>
      <w:r>
        <w:rPr>
          <w:b/>
        </w:rPr>
        <w:t xml:space="preserve">[1:30:40] </w:t>
      </w:r>
      <w:r>
        <w:t>shikayat ke asbab hote hue woh poori tarah musbat soch wala insan ban jaye. manfi soch tazkiya ki qatil hai jabke musbat soch tazkiya ke liye sab se zaroori shart ki hesiyat rakhti hai.</w:t>
      </w:r>
    </w:p>
    <w:p>
      <w:pPr>
        <w:jc w:val="right"/>
      </w:pPr>
      <w:r>
        <w:t>شکایت کے اسباب ہوتے ہوئے وہ پوری طرح مثبت سوچ والا انسان بن جائے۔ منفی سوچ تزکیہ کی قاتل ہے جبکہ مثبت سوچ تزکیہ کے لیے سب سے ضروری شرط کی حیثیت رکھتی ہے۔</w:t>
      </w:r>
    </w:p>
    <w:p>
      <w:r>
        <w:rPr>
          <w:b/>
        </w:rPr>
        <w:t xml:space="preserve">[1:30:55] </w:t>
      </w:r>
      <w:r>
        <w:t>manfi soch wala aadmi shaitan ka mamool yaani subject ban jata hai.</w:t>
      </w:r>
    </w:p>
    <w:p>
      <w:pPr>
        <w:jc w:val="right"/>
      </w:pPr>
      <w:r>
        <w:t>منفی سوچ والا آدمی شیطان کا معمول یعنی سبجیکٹ بن جاتا ہے۔</w:t>
      </w:r>
    </w:p>
    <w:p>
      <w:r>
        <w:rPr>
          <w:b/>
        </w:rPr>
        <w:t xml:space="preserve">[1:31:00] </w:t>
      </w:r>
      <w:r>
        <w:t>is ke bar aks musbat soch wala aadmi farishton ki sohbat mein jeene lagta hai. aur yeh ek haqeeqat hai ke tazkiya ka husool farishton ki madad ke baghair mumkin nahi.</w:t>
      </w:r>
    </w:p>
    <w:p>
      <w:pPr>
        <w:jc w:val="right"/>
      </w:pPr>
      <w:r>
        <w:t>اس کے برعکس مثبت سوچ والا آدمی فرشتوں کی صحبت میں جینے لگتا ہے۔ اور یہ ایک حقیقت ہے کہ تزکیہ کا حصول فرشتوں کی مدد کے بغیر ممکن نہیں۔</w:t>
      </w:r>
    </w:p>
    <w:p>
      <w:r>
        <w:rPr>
          <w:b/>
        </w:rPr>
        <w:t xml:space="preserve">[1:31:16] </w:t>
      </w:r>
      <w:r>
        <w:t>tazkiya ki asal muhasiba. kitab "tazkiya nafs" Maulana Wahiduddin Khan, safha number 47.</w:t>
      </w:r>
    </w:p>
    <w:p>
      <w:pPr>
        <w:jc w:val="right"/>
      </w:pPr>
      <w:r>
        <w:t>تزکیہ کی اصل محاسبہ۔ کتاب "تزکیہ نفس" مولانا وحید الدین خان، صفحہ نمبر 47۔</w:t>
      </w:r>
    </w:p>
    <w:p>
      <w:r>
        <w:rPr>
          <w:b/>
        </w:rPr>
        <w:t xml:space="preserve">[1:31:30] </w:t>
      </w:r>
      <w:r>
        <w:t>Hazrat Umar Farooq ka ek qaul hai: "hasibu anfusakum qabl an tuhasabu" Musnad al Farooq jild do safha 618 yaani apna muhasiba kar lo is se pehle ke tumhara muhasiba kiya jaye.</w:t>
      </w:r>
    </w:p>
    <w:p>
      <w:pPr>
        <w:jc w:val="right"/>
      </w:pPr>
      <w:r>
        <w:t>حضرت عمر فاروق کا ایک قول ہے: "حاسبوا انفسکم قبل ان تحاسبوا" مسند الفاروق جلد دو صفحہ 618 یعنی اپنا محاسبہ کر لو اس سے پہلے کہ تمہارا محاسبہ کیا جائے۔</w:t>
      </w:r>
    </w:p>
    <w:p>
      <w:r>
        <w:rPr>
          <w:b/>
        </w:rPr>
        <w:t xml:space="preserve">[1:31:45] </w:t>
      </w:r>
      <w:r>
        <w:t>yahi muhasiba tazkiya ki asal hai. tazkiya kisi tarteebi camp ke zariye nahi hota. tazkiya dars o tadrees ke zariye nahi hota.</w:t>
      </w:r>
    </w:p>
    <w:p>
      <w:pPr>
        <w:jc w:val="right"/>
      </w:pPr>
      <w:r>
        <w:t>یہی محاسبہ تزکیہ کی اصل ہے۔ تزکیہ کسی تربیتی کیمپ کے ذریعے نہیں ہوتا۔ تزکیہ درس و تدریس کے ذریعے نہیں ہوتا۔</w:t>
      </w:r>
    </w:p>
    <w:p>
      <w:r>
        <w:rPr>
          <w:b/>
        </w:rPr>
        <w:t xml:space="preserve">[1:31:56] </w:t>
      </w:r>
      <w:r>
        <w:t>tazkiya kisi qism ke aamal o ashghal ke zariye bhi nahi hota. tazkiya ka wahid zariya muhasiba hai yaani apna ehtisab yaani introspection karna.</w:t>
      </w:r>
    </w:p>
    <w:p>
      <w:pPr>
        <w:jc w:val="right"/>
      </w:pPr>
      <w:r>
        <w:t>تزکیہ کسی قسم کے اعمال و اشغال کے ذریعے بھی نہیں ہوتا۔ تزکیہ کا واحد ذریعہ محاسبہ ہے یعنی اپنا احتساب یعنی انٹروسپیکشن کرنا۔</w:t>
      </w:r>
    </w:p>
    <w:p>
      <w:r>
        <w:rPr>
          <w:b/>
        </w:rPr>
        <w:t xml:space="preserve">[1:32:08] </w:t>
      </w:r>
      <w:r>
        <w:t>khud apna nigran ban jana. apne bare mein soch soch kar khud apni islaah karna. insan wahid makhlooq hai jo sochne ki salahiyat rakhta hai.</w:t>
      </w:r>
    </w:p>
    <w:p>
      <w:pPr>
        <w:jc w:val="right"/>
      </w:pPr>
      <w:r>
        <w:t>خود اپنا نگران بن جانا۔ اپنے بارے میں سوچ سوچ کر خود اپنی اصلاح کرنا۔ انسان واحد مخلوق ہے جو سوچنے کی صلاحیت رکھتا ہے۔</w:t>
      </w:r>
    </w:p>
    <w:p>
      <w:r>
        <w:rPr>
          <w:b/>
        </w:rPr>
        <w:t xml:space="preserve">[1:32:19] </w:t>
      </w:r>
      <w:r>
        <w:t>insan ki tareef yeh ki jati hai ke insan tasawwurati fikr yaani conceptual thought rakhne wala haiwan hai. aap ek lakri ko garh sakte hain.</w:t>
      </w:r>
    </w:p>
    <w:p>
      <w:pPr>
        <w:jc w:val="right"/>
      </w:pPr>
      <w:r>
        <w:t>انسان کی تعریف یہ کی جاتی ہے کہ انسان تصوراتی فکر یعنی کانسیپچول تھاٹ رکھنے والا حیوان ہے۔ آپ ایک لکڑی کو گڑھ سکتے ہیں۔</w:t>
      </w:r>
    </w:p>
    <w:p>
      <w:r>
        <w:rPr>
          <w:b/>
        </w:rPr>
        <w:t xml:space="preserve">[1:32:30] </w:t>
      </w:r>
      <w:r>
        <w:t>aap lohe ko mor kar sakte hain. lekin insan ka mamla yeh hai ke woh apna malik aap hai. woh apni tashkeel aap karta hai.</w:t>
      </w:r>
    </w:p>
    <w:p>
      <w:pPr>
        <w:jc w:val="right"/>
      </w:pPr>
      <w:r>
        <w:t>آپ لوہے کو موڑ کر سکتے ہیں۔ لیکن انسان کا معاملہ یہ ہے کہ وہ اپنا مالک آپ ہے۔ وہ اپنی تشکیل آپ کرتا ہے۔</w:t>
      </w:r>
    </w:p>
    <w:p>
      <w:r>
        <w:rPr>
          <w:b/>
        </w:rPr>
        <w:t xml:space="preserve">[1:32:40] </w:t>
      </w:r>
      <w:r>
        <w:t>insan agar khud na chahe to koi doosra shakhs us ki shakhsiyat saazi nahi kar sakta.</w:t>
      </w:r>
    </w:p>
    <w:p>
      <w:pPr>
        <w:jc w:val="right"/>
      </w:pPr>
      <w:r>
        <w:t>انسان اگر خود نہ چاہے تو کوئی دوسرا شخص اس کی شخصیت سازی نہیں کر سکتا۔</w:t>
      </w:r>
    </w:p>
    <w:p>
      <w:r>
        <w:rPr>
          <w:b/>
        </w:rPr>
        <w:t xml:space="preserve">[1:32:47] </w:t>
      </w:r>
      <w:r>
        <w:t>yahi wajah hai ke insan ke tazkiya ya us ki shakhsiyat saazi mein tamam tar dakhal zaati muhasibe ka hai. murbi ya muzakki ka kaam sirf yeh hai ke woh insan ke andar zaati muhasibe ka taqatwar muharrik yaani incentive kar de.</w:t>
      </w:r>
    </w:p>
    <w:p>
      <w:pPr>
        <w:jc w:val="right"/>
      </w:pPr>
      <w:r>
        <w:t>یہی وجہ ہے کہ انسان کے تزکیے یا اس کی شخصیت سازی میں تمام تر دخل ذاتی محاسبے کا ہے۔ مربی یا مزکی کا کام صرف یہ ہے کہ وہ انسان کے اندر ذاتی محاسبے کا طاقتور محرک یعنی انسنٹیو کر دے۔</w:t>
      </w:r>
    </w:p>
    <w:p>
      <w:r>
        <w:rPr>
          <w:b/>
        </w:rPr>
        <w:t xml:space="preserve">[1:33:04] </w:t>
      </w:r>
      <w:r>
        <w:t>woh insaan ke andar yeh tarz-e-fikr paida kar de ke agar maine apna tazkiya na kiya to main halaak ho jaunga.</w:t>
      </w:r>
    </w:p>
    <w:p>
      <w:pPr>
        <w:jc w:val="right"/>
      </w:pPr>
      <w:r>
        <w:t>وہ انسان کے اندر یہ طرز فکر پیدا کر دے کہ اگر میں نے اپنا تزکیہ نہ کیا تو میں ہلاک ہو جاؤں گا۔</w:t>
      </w:r>
    </w:p>
    <w:p>
      <w:r>
        <w:rPr>
          <w:b/>
        </w:rPr>
        <w:t xml:space="preserve">[1:33:11] </w:t>
      </w:r>
      <w:r>
        <w:t>agar maine apni islaah na ki to is ka laazim nateeja yeh hoga ke main hamesha ke liye barbaad ho kar reh jaunga. mujhe apna tazkiya khud karna hai aur mujhe jo kuch karna hai woh aaj karna hai kyunke kal kabhi aane wala nahi.</w:t>
      </w:r>
    </w:p>
    <w:p>
      <w:pPr>
        <w:jc w:val="right"/>
      </w:pPr>
      <w:r>
        <w:t>اگر میں نے اپنی اصلاح نہ کی تو اس کا لازمی نتیجہ یہ ہوگا کہ میں ہمیشہ کے لیے برباد ہو کر رہ جاؤں گا۔ مجھے اپنا تزکیہ خود کرنا ہے اور مجھے جو کچھ کرنا ہے وہ آج کرنا ہے کیونکہ کل کبھی آنے والا نہیں۔</w:t>
      </w:r>
    </w:p>
    <w:p>
      <w:r>
        <w:rPr>
          <w:b/>
        </w:rPr>
        <w:t xml:space="preserve">[1:33:27] </w:t>
      </w:r>
      <w:r>
        <w:t>insaan ka yeh mizaj hai ke woh apni har ghalti ki tawjeeh yaani justification talash kar leta hai. is ko hamesha apne aap ko durust saabit karne ke liye kuch alfaaz mil jaate hain.</w:t>
      </w:r>
    </w:p>
    <w:p>
      <w:pPr>
        <w:jc w:val="right"/>
      </w:pPr>
      <w:r>
        <w:t>انسان کا یہ مزاج ہے کہ وہ اپنی ہر غلطی کی توجیح یعنی جسٹیفیکیشن تلاش کر لیتا ہے۔ اس کو ہمیشہ اپنے آپ کو درست ثابت کرنے کے لیے کچھ الفاظ مل جاتے ہیں۔</w:t>
      </w:r>
    </w:p>
    <w:p>
      <w:r>
        <w:rPr>
          <w:b/>
        </w:rPr>
        <w:t xml:space="preserve">[1:33:39] </w:t>
      </w:r>
      <w:r>
        <w:t>tazkiya ke liye zaroori hai ke insaan ke is mizaj ko mukammal taur par khatm kar diya jaye magar is mizaj ka khatma insaan ke khud apne ikhtiyar mein hai.</w:t>
      </w:r>
    </w:p>
    <w:p>
      <w:pPr>
        <w:jc w:val="right"/>
      </w:pPr>
      <w:r>
        <w:t>تزکیہ کے لیے ضروری ہے کہ انسان کے اس مزاج کو مکمل طور پر ختم کر دیا جائے مگر اس مزاج کا خاتمہ انسان کے خود اپنے اختیار میں ہے۔</w:t>
      </w:r>
    </w:p>
    <w:p>
      <w:r>
        <w:rPr>
          <w:b/>
        </w:rPr>
        <w:t xml:space="preserve">[1:33:50] </w:t>
      </w:r>
      <w:r>
        <w:t>woh kisi bhi doosre shakhs ke ikhtiyar mein nahi.</w:t>
      </w:r>
    </w:p>
    <w:p>
      <w:pPr>
        <w:jc w:val="right"/>
      </w:pPr>
      <w:r>
        <w:t>وہ کسی بھی دوسرے شخص کے اختیار میں نہیں۔</w:t>
      </w:r>
    </w:p>
    <w:p>
      <w:r>
        <w:rPr>
          <w:b/>
        </w:rPr>
        <w:t xml:space="preserve">[1:33:58] </w:t>
      </w:r>
      <w:r>
        <w:t>muhasiba kaise? kitaab "tazkiya-e-nafs" Maulana Wahiduddin Khan, safha number 48.</w:t>
      </w:r>
    </w:p>
    <w:p>
      <w:pPr>
        <w:jc w:val="right"/>
      </w:pPr>
      <w:r>
        <w:t>محاسبہ کیسے؟ کتاب "تزکیہ نفس" مولانا وحید الدین خان، صفحہ نمبر 48۔</w:t>
      </w:r>
    </w:p>
    <w:p>
      <w:r>
        <w:rPr>
          <w:b/>
        </w:rPr>
        <w:t xml:space="preserve">[1:34:11] </w:t>
      </w:r>
      <w:r>
        <w:t>tazkiya ka asal zariya zaati muhasiba yaani self introspection hai y</w:t>
      </w:r>
    </w:p>
    <w:p>
      <w:pPr>
        <w:jc w:val="right"/>
      </w:pPr>
      <w:r>
        <w:t>تزکیہ کا اصل ذریعہ ذاتی محاسبہ یعنی سیلف انٹروسپیکشن ہے ی</w:t>
      </w:r>
    </w:p>
    <w:p>
      <w:r>
        <w:rPr>
          <w:b/>
        </w:rPr>
        <w:t xml:space="preserve">[1:34:17] </w:t>
      </w:r>
      <w:r>
        <w:t>ani apne baare mein sochna, apne qaul-o-amal ka tajziya yaani analysis karna. doosre lafzon mein muhasiba yeh hai ke aadmi apna judge aap ban jaye.</w:t>
      </w:r>
    </w:p>
    <w:p>
      <w:pPr>
        <w:jc w:val="right"/>
      </w:pPr>
      <w:r>
        <w:t>عنی اپنے بارے میں سوچنا، اپنے قول و عمل کا تجزیہ یعنی انالائسز کرنا۔ دوسرے لفظوں میں محاسبہ یہ ہے کہ آدمی اپنا جج آپ بن جائے۔</w:t>
      </w:r>
    </w:p>
    <w:p>
      <w:r>
        <w:rPr>
          <w:b/>
        </w:rPr>
        <w:t xml:space="preserve">[1:34:28] </w:t>
      </w:r>
      <w:r>
        <w:t>woh apne khilaaf soche aur apne baare mein intehai be-laag andaaz mein rai qaim kare. isi ka naam ihtisab ya muhasiba hai.</w:t>
      </w:r>
    </w:p>
    <w:p>
      <w:pPr>
        <w:jc w:val="right"/>
      </w:pPr>
      <w:r>
        <w:t>وہ اپنے خلاف سوچے اور اپنے بارے میں انتہائی بے لاگ انداز میں رائے قائم کرے۔ اسی کا نام احتساب یا محاسبہ ہے۔</w:t>
      </w:r>
    </w:p>
    <w:p>
      <w:r>
        <w:rPr>
          <w:b/>
        </w:rPr>
        <w:t xml:space="preserve">[1:34:37] </w:t>
      </w:r>
      <w:r>
        <w:t>aur is qism ke muhasibe ke baghair kisi ka tazkiya nahi ho sakta.</w:t>
      </w:r>
    </w:p>
    <w:p>
      <w:pPr>
        <w:jc w:val="right"/>
      </w:pPr>
      <w:r>
        <w:t>اور اس قسم کے محاسبے کے بغیر کسی کا تزکیہ نہیں ہو سکتا۔</w:t>
      </w:r>
    </w:p>
    <w:p>
      <w:r>
        <w:rPr>
          <w:b/>
        </w:rPr>
        <w:t xml:space="preserve">[1:34:43] </w:t>
      </w:r>
      <w:r>
        <w:t>insaan ke andar sab se zyada taqatwar jazba ana yaani ego ka jazba hai. yeh jazba itna zyada shadeed hai ke har aadmi shaoori ya ghair shaoori taur par "ana wala ghairi" yaani "main mere siwa koi nahi" ki nafsiyat mein jeeta hai.</w:t>
      </w:r>
    </w:p>
    <w:p>
      <w:pPr>
        <w:jc w:val="right"/>
      </w:pPr>
      <w:r>
        <w:t>انسان کے اندر سب سے زیادہ طاقتور جذبہ انا یعنی ایگو کا جذبہ ہے۔ یہ جذبہ اتنا زیادہ شدید ہے کہ ہر آدمی شعوری یا غیر شعوری طور پر "انا ولا غیری" یعنی "میں میرے سوا کوئی نہیں" کی نفسیات میں جیتا ہے۔</w:t>
      </w:r>
    </w:p>
    <w:p>
      <w:r>
        <w:rPr>
          <w:b/>
        </w:rPr>
        <w:t xml:space="preserve">[1:35:01] </w:t>
      </w:r>
      <w:r>
        <w:t>yahi wajah hai ke har aadmi ke andar bohat jald khud fikri yaani self thinking ki nafsiyat paida ho jati hai yaani khud pasandi ki nafsiyat.</w:t>
      </w:r>
    </w:p>
    <w:p>
      <w:pPr>
        <w:jc w:val="right"/>
      </w:pPr>
      <w:r>
        <w:t>یہی وجہ ہے کہ ہر آدمی کے اندر بہت جلد خود فکری یعنی سیلف تھنکنگ کی نفسیات پیدا ہو جاتی ہے یعنی خود پسندی کی نفسیات۔</w:t>
      </w:r>
    </w:p>
    <w:p>
      <w:r>
        <w:rPr>
          <w:b/>
        </w:rPr>
        <w:t xml:space="preserve">[1:35:13] </w:t>
      </w:r>
      <w:r>
        <w:t>is qism ki nafsiyat tazkiya ki qatil hai. sahih yeh hai ke aadmi ke andar anti-self soch yaani anti-self thinking paida ho.</w:t>
      </w:r>
    </w:p>
    <w:p>
      <w:pPr>
        <w:jc w:val="right"/>
      </w:pPr>
      <w:r>
        <w:t>اس قسم کی نفسیات تزکیہ کی قاتل ہے۔ صحیح یہ ہے کہ آدمی کے اندر اینٹی سیلف سوچ یعنی اینٹی سیلف تھنکنگ پیدا ہو۔</w:t>
      </w:r>
    </w:p>
    <w:p>
      <w:r>
        <w:rPr>
          <w:b/>
        </w:rPr>
        <w:t xml:space="preserve">[1:35:24] </w:t>
      </w:r>
      <w:r>
        <w:t>woh apne khilaaf soche aur apne khilaaf sun sake. Umar ibn al-Khattab ke andar yeh jazba itna zyada shadeed tha ke unhon ne kaha: "Khuda is insaan par reham kare jo mujhe mere aib ka tohfa bhejhe." rahimAllahu ahadan ala uyubi.</w:t>
      </w:r>
    </w:p>
    <w:p>
      <w:pPr>
        <w:jc w:val="right"/>
      </w:pPr>
      <w:r>
        <w:t>وہ اپنے خلاف سوچے اور اپنے خلاف سن سکے۔ عمر ابن الخطاب کے اندر یہ جذبہ اتنا زیادہ شدید تھا کہ انہوں نے کہا: "خدا اس انسان پر رحم کرے جو مجھے میرے عیب کا تحفہ بھیجے۔" رحم اللہ احدا علی عیوبی۔</w:t>
      </w:r>
    </w:p>
    <w:p>
      <w:r>
        <w:rPr>
          <w:b/>
        </w:rPr>
        <w:t xml:space="preserve">[1:35:42] </w:t>
      </w:r>
      <w:r>
        <w:t>muhasibe ka yeh mizaj ek daryaft se paida hota hai aur woh hai apne ajz yaani helplessness ki daryaft. tazkiya ke talib ko chahiye ke woh daryaft ke darje mein is haqeeqat ko jaane ke uska ehsas mein yaani sense of I sirf ehsas ki had tak mehdood hai.</w:t>
      </w:r>
    </w:p>
    <w:p>
      <w:pPr>
        <w:jc w:val="right"/>
      </w:pPr>
      <w:r>
        <w:t>محاسبے کا یہ مزاج ایک دریافت سے پیدا ہوتا ہے اور وہ ہے اپنے عجز یعنی ہیلپ لیسنس کی دریافت۔ تزکیہ کے طالب کو چاہیے کہ وہ دریافت کے درجے میں اس حقیقت کو جانے کہ اس کا احساس میں یعنی سینس آف آئی صرف احساس کی حد تک محدود ہے۔</w:t>
      </w:r>
    </w:p>
    <w:p>
      <w:r>
        <w:rPr>
          <w:b/>
        </w:rPr>
        <w:t xml:space="preserve">[1:36:03] </w:t>
      </w:r>
      <w:r>
        <w:t>apne ehsas ke bahar kisi bhi cheez par is ko koi ikhtiyar nahi. apne wajood ko baqi rakhne par is ko koi ikhtiyar nahi.</w:t>
      </w:r>
    </w:p>
    <w:p>
      <w:pPr>
        <w:jc w:val="right"/>
      </w:pPr>
      <w:r>
        <w:t>اپنے احساس کے باہر کسی بھی چیز پر اس کو کوئی اختیار نہیں۔ اپنے وجود کو باقی رکھنے پر اس کو کوئی اختیار نہیں۔</w:t>
      </w:r>
    </w:p>
    <w:p>
      <w:r>
        <w:rPr>
          <w:b/>
        </w:rPr>
        <w:t xml:space="preserve">[1:36:12] </w:t>
      </w:r>
      <w:r>
        <w:t>maut ke maamle mein is ko koi ikhtiyar nahi. life support system par is ko koi ikhtiyar nahi. aakhirat ki adalat mein is ko koi ikhtiyar nahi waghera.</w:t>
      </w:r>
    </w:p>
    <w:p>
      <w:pPr>
        <w:jc w:val="right"/>
      </w:pPr>
      <w:r>
        <w:t>موت کے معاملے میں اس کو کوئی اختیار نہیں۔ لائف سپورٹ سسٹم پر اس کو کوئی اختیار نہیں۔ آخرت کی عدالت میں اس کو کوئی اختیار نہیں وغیرہ۔</w:t>
      </w:r>
    </w:p>
    <w:p>
      <w:r>
        <w:rPr>
          <w:b/>
        </w:rPr>
        <w:t xml:space="preserve">[1:36:23] </w:t>
      </w:r>
      <w:r>
        <w:t>jab koi aadmi apni is kamil be-ikhtiyari ko daryaft karta hai to is ke andar laazim taur par ajz ka jazba paida hota hai aur yahi ajz ka ehsas aadmi ko apna muhasiba aap karne par majboor kar deta hai.</w:t>
      </w:r>
    </w:p>
    <w:p>
      <w:pPr>
        <w:jc w:val="right"/>
      </w:pPr>
      <w:r>
        <w:t>جب کوئی آدمی اپنی اس کامل بے اختیاری کو دریافت کرتا ہے تو اس کے اندر لازمی طور پر عجز کا جذبہ پیدا ہوتا ہے اور یہی عجز کا احساس آدمی کو اپنا محاسبہ آپ کرنے پر مجبور کر دیتا ہے۔</w:t>
      </w:r>
    </w:p>
    <w:p>
      <w:r>
        <w:rPr>
          <w:b/>
        </w:rPr>
        <w:t xml:space="preserve">[1:36:39] </w:t>
      </w:r>
      <w:r>
        <w:t>isi daryaft mein tazkiya ka asal raaz chupa hua hai.</w:t>
      </w:r>
    </w:p>
    <w:p>
      <w:pPr>
        <w:jc w:val="right"/>
      </w:pPr>
      <w:r>
        <w:t>اسی دریافت میں تزکیہ کا اصل راز چھپا ہوا ہے۔</w:t>
      </w:r>
    </w:p>
    <w:p>
      <w:r>
        <w:rPr>
          <w:b/>
        </w:rPr>
        <w:t xml:space="preserve">[1:36:48] </w:t>
      </w:r>
      <w:r>
        <w:t>parcha out. kitaab "tazkiya-e-nafs" Maulana Wahiduddin Khan, safha number 50.</w:t>
      </w:r>
    </w:p>
    <w:p>
      <w:pPr>
        <w:jc w:val="right"/>
      </w:pPr>
      <w:r>
        <w:t>پرچہ آؤٹ۔ کتاب "تزکیہ نفس" مولانا وحید الدین خان، صفحہ نمبر 50۔</w:t>
      </w:r>
    </w:p>
    <w:p>
      <w:r>
        <w:rPr>
          <w:b/>
        </w:rPr>
        <w:t xml:space="preserve">[1:37:01] </w:t>
      </w:r>
      <w:r>
        <w:t>tazkiya ke sachche talib ke liye aksar aisa hota hai ke is ko Khuda ki taraf se khwab dikhaya jata hai.</w:t>
      </w:r>
    </w:p>
    <w:p>
      <w:pPr>
        <w:jc w:val="right"/>
      </w:pPr>
      <w:r>
        <w:t>تزکیہ کے سچے طالب کے لیے اکثر ایسا ہوتا ہے کہ اس کو خدا کی طرف سے خواب دکھایا جاتا ہے۔</w:t>
      </w:r>
    </w:p>
    <w:p>
      <w:r>
        <w:rPr>
          <w:b/>
        </w:rPr>
        <w:t xml:space="preserve">[1:37:07] </w:t>
      </w:r>
      <w:r>
        <w:t>is khwab mein is ko wazeh rehnumai di jati hai ke is ko aage mazeed kya karna chahiye. is tarah talib ko yaqeen ke sath apna choice lene ka mauqa mil jata hai.</w:t>
      </w:r>
    </w:p>
    <w:p>
      <w:pPr>
        <w:jc w:val="right"/>
      </w:pPr>
      <w:r>
        <w:t>اس خواب میں اس کو واضح رہنمائی دی جاتی ہے کہ اس کو آگے مزید کیا کرنا چاہیے۔ اس طرح طالب کو یقین کے ساتھ اپنا چوائس لینے کا موقع مل جاتا ہے۔</w:t>
      </w:r>
    </w:p>
    <w:p>
      <w:r>
        <w:rPr>
          <w:b/>
        </w:rPr>
        <w:t xml:space="preserve">[1:37:18] </w:t>
      </w:r>
      <w:r>
        <w:t>tazkiya ke ek talib ke liye is tarah ka khwab aana isi tarah ki ek khaas meharbani hai jaise kisi student ke liye is ke imtehan ka parcha peshgi taur par out kar diya jaye.</w:t>
      </w:r>
    </w:p>
    <w:p>
      <w:pPr>
        <w:jc w:val="right"/>
      </w:pPr>
      <w:r>
        <w:t>تزکیہ کے ایک طالب کے لیے اس طرح کا خواب آنا اسی طرح کی ایک خصوصی مہربانی ہے جیسے کسی سٹوڈنٹ کے لیے اس کے امتحان کا پرچہ پیشگی طور پر آؤٹ کر دیا جائے۔</w:t>
      </w:r>
    </w:p>
    <w:p>
      <w:r>
        <w:rPr>
          <w:b/>
        </w:rPr>
        <w:t xml:space="preserve">[1:37:30] </w:t>
      </w:r>
      <w:r>
        <w:t>jo shakhs tazkiya ka talib ho is ke samne kai baar mukhtalif qism ke sawalat aate hain. is ko do mein se ek ka faisla lena hota hai.</w:t>
      </w:r>
    </w:p>
    <w:p>
      <w:pPr>
        <w:jc w:val="right"/>
      </w:pPr>
      <w:r>
        <w:t>جو شخص تزکیہ کا طالب ہو اس کے سامنے کئی بار مختلف قسم کے سوالات آتے ہیں۔ اس کو دو میں سے ایک کا فیصلہ لینا ہوتا ہے۔</w:t>
      </w:r>
    </w:p>
    <w:p>
      <w:r>
        <w:rPr>
          <w:b/>
        </w:rPr>
        <w:t xml:space="preserve">[1:37:39] </w:t>
      </w:r>
      <w:r>
        <w:t>talib agar is tarah ke mauqe par Khuda se dua kare to aain mumkin hai ke Khuda is ki dua ko qabool karte hue is ko ek aisa khwab dikha de jis mein is ke liye rehnumai maujood ho jo is ko shubah aur taraddud se nikal kar yaqeen ki taraf le jaane wala ho.</w:t>
      </w:r>
    </w:p>
    <w:p>
      <w:pPr>
        <w:jc w:val="right"/>
      </w:pPr>
      <w:r>
        <w:t>طالب اگر اس طرح کے مواقع پر خدا سے دعا کرے تو عین ممکن ہے کہ خدا اس کی دعا کو قبول کرتے ہوئے اس کو ایک ایسا خواب دکھا دے جس میں اس کے لیے رہنمائی موجود ہو جو اس کو شبہ اور تردد سے نکال کر یقین کی طرف لے جانے والا ہو۔</w:t>
      </w:r>
    </w:p>
    <w:p>
      <w:r>
        <w:rPr>
          <w:b/>
        </w:rPr>
        <w:t xml:space="preserve">[1:37:57] </w:t>
      </w:r>
      <w:r>
        <w:t>is qism ka khwab bilashuba khuda ki aik khasi rehmat hai lekin agar koi shakhs khwab dekhne ke bawajood is se rahnumai hasil na kare</w:t>
      </w:r>
    </w:p>
    <w:p>
      <w:pPr>
        <w:jc w:val="right"/>
      </w:pPr>
      <w:r>
        <w:t>اس قسم کا خواب بلاشبہ خدا کی ایک خصوصی رحمت ہے لیکن اگر کوئی شخص خواب دیکھنے کے باوجود اس سے رہنمائی حاصل نہ کرے</w:t>
      </w:r>
    </w:p>
    <w:p>
      <w:r>
        <w:rPr>
          <w:b/>
        </w:rPr>
        <w:t xml:space="preserve">[1:38:07] </w:t>
      </w:r>
      <w:r>
        <w:t>to is ka mamla us talib ilm jaisa ho jayega jis ka percha out kar diya jaye is ke bawajood wo imtehan mein nakaam rahe.</w:t>
      </w:r>
    </w:p>
    <w:p>
      <w:pPr>
        <w:jc w:val="right"/>
      </w:pPr>
      <w:r>
        <w:t>تو اس کا معاملہ اس طالب علم جیسا ہو جائے گا جس کا پرچہ آؤٹ کر دیا جائے اس کے باوجود وہ امتحان میں ناکام رہے۔</w:t>
      </w:r>
    </w:p>
    <w:p>
      <w:r>
        <w:rPr>
          <w:b/>
        </w:rPr>
        <w:t xml:space="preserve">[1:38:17] </w:t>
      </w:r>
      <w:r>
        <w:t>tazkiya pachas feesad bande ka mamla hai aur pachas feesad khuda ka mamla. tazkiya ke talib ko chahiye ke wo musalsal khuda se dua kare.</w:t>
      </w:r>
    </w:p>
    <w:p>
      <w:pPr>
        <w:jc w:val="right"/>
      </w:pPr>
      <w:r>
        <w:t>تزکیہ پچاس فیصد بندے کا معاملہ ہے اور پچاس فیصد خدا کا معاملہ۔ تزکیہ کے طالب کو چاہیے کہ وہ مسلسل خدا سے دعا کرے۔</w:t>
      </w:r>
    </w:p>
    <w:p>
      <w:r>
        <w:rPr>
          <w:b/>
        </w:rPr>
        <w:t xml:space="preserve">[1:38:27] </w:t>
      </w:r>
      <w:r>
        <w:t>yeh dua is ke liye khuda se jodne ka zariya banegi. wo apne mamlaat mein khuda se istikhara kare.</w:t>
      </w:r>
    </w:p>
    <w:p>
      <w:pPr>
        <w:jc w:val="right"/>
      </w:pPr>
      <w:r>
        <w:t>یہ دعا اس کے لیے خدا سے جوڑنے کا ذریعہ بنے گی۔ وہ اپنے معاملات میں خدا سے استخارہ کرے۔</w:t>
      </w:r>
    </w:p>
    <w:p>
      <w:r>
        <w:rPr>
          <w:b/>
        </w:rPr>
        <w:t xml:space="preserve">[1:38:35] </w:t>
      </w:r>
      <w:r>
        <w:t>istikhara goya ke apne mamlaat mein khuda ke sath counseling karna hai aur khuda ke sath counseling karne wala kabhi be rah nahi hota.</w:t>
      </w:r>
    </w:p>
    <w:p>
      <w:pPr>
        <w:jc w:val="right"/>
      </w:pPr>
      <w:r>
        <w:t>استخارہ گویا کہ اپنے معاملات میں خدا کے ساتھ کونسلنگ کرنا ہے اور خدا کے ساتھ کونسلنگ کرنے والا کبھی بے راہ نہیں ہوتا۔</w:t>
      </w:r>
    </w:p>
    <w:p>
      <w:r>
        <w:rPr>
          <w:b/>
        </w:rPr>
        <w:t xml:space="preserve">[1:38:46] </w:t>
      </w:r>
      <w:r>
        <w:t>khuda agar is ko is ke mamle mein koi khwab dikha de to is ko samajhna chahiye ke khuda ne is ke perche ko is ke liye out kar diya hai. ab is ke liye koi doosra choice baqi nahi raha hai.</w:t>
      </w:r>
    </w:p>
    <w:p>
      <w:pPr>
        <w:jc w:val="right"/>
      </w:pPr>
      <w:r>
        <w:t>خدا اگر اس کو اس کے معاملے میں کوئی خواب دکھا دے تو اس کو سمجھنا چاہیے کہ خدا نے اس کے پرچے کو اس کے لیے آؤٹ کر دیا ہے۔ اب اس کے لیے کوئی دوسرا چوائس باقی نہیں رہا ہے۔</w:t>
      </w:r>
    </w:p>
    <w:p>
      <w:r>
        <w:rPr>
          <w:b/>
        </w:rPr>
        <w:t xml:space="preserve">[1:38:58] </w:t>
      </w:r>
      <w:r>
        <w:t>jis shakhs ko khuda is had tak rahnumai de de aur phir bhi wo is rahnumai ko qabool na kare to yeh is ke liye itna bara jurm hoga jo kisi bhi haal mein qabil e maafi nahi.</w:t>
      </w:r>
    </w:p>
    <w:p>
      <w:pPr>
        <w:jc w:val="right"/>
      </w:pPr>
      <w:r>
        <w:t>جس شخص کو خدا اس حد تک رہنمائی دے دے اور پھر بھی وہ اس رہنمائی کو قبول نہ کرے تو یہ اس کے لیے اتنا بڑا جرم ہوگا جو کسی بھی حال میں قابل معافی نہیں۔</w:t>
      </w:r>
    </w:p>
    <w:p>
      <w:r>
        <w:rPr>
          <w:b/>
        </w:rPr>
        <w:t xml:space="preserve">[1:39:10] </w:t>
      </w:r>
      <w:r>
        <w:t>khuda aise insan se koi uzr yani excuse qabool nahi karega. wo is ko hamesha ke liye apni qurbat se mahroom kar dega.</w:t>
      </w:r>
    </w:p>
    <w:p>
      <w:pPr>
        <w:jc w:val="right"/>
      </w:pPr>
      <w:r>
        <w:t>خدا ایسے انسان سے کوئی عذر یعنی ایکسکیوز قبول نہیں کرے گا۔ وہ اس کو ہمیشہ کے لیے اپنی قربت سے محروم کر دے گا۔</w:t>
      </w:r>
    </w:p>
    <w:p>
      <w:r>
        <w:rPr>
          <w:b/>
        </w:rPr>
        <w:t xml:space="preserve">[1:39:24] </w:t>
      </w:r>
      <w:r>
        <w:t>tazkiya aur tark e dunya</w:t>
      </w:r>
    </w:p>
    <w:p>
      <w:pPr>
        <w:jc w:val="right"/>
      </w:pPr>
      <w:r>
        <w:t>تزکیہ اور ترک دنیا</w:t>
      </w:r>
    </w:p>
    <w:p>
      <w:r>
        <w:rPr>
          <w:b/>
        </w:rPr>
        <w:t xml:space="preserve">[1:39:26] </w:t>
      </w:r>
      <w:r>
        <w:t>. kitab "tazkiya e nafs" Maulana Wahiduddin Khan, safha number 51.</w:t>
      </w:r>
    </w:p>
    <w:p>
      <w:pPr>
        <w:jc w:val="right"/>
      </w:pPr>
      <w:r>
        <w:t>۔ کتاب "تزکیہ نفس" مولانا وحید الدین خان، صفحہ نمبر 51۔</w:t>
      </w:r>
    </w:p>
    <w:p>
      <w:r>
        <w:rPr>
          <w:b/>
        </w:rPr>
        <w:t xml:space="preserve">[1:39:38] </w:t>
      </w:r>
      <w:r>
        <w:t>baad ke zamane mein kuch logon ne tazkiya ke liye tark e dunya ka tareeqa ikhtiyar kiya lekin tazkiya ke liye nafsiyati maano mein dunya se be raghbati matloob hai na ke amli maano mein dunya ko chhod dena.</w:t>
      </w:r>
    </w:p>
    <w:p>
      <w:pPr>
        <w:jc w:val="right"/>
      </w:pPr>
      <w:r>
        <w:t>بعد کے زمانے میں کچھ لوگوں نے تزکیہ کے لیے ترک دنیا کا طریقہ اختیار کیا لیکن تزکیہ کے لیے نفسیاتی معنوں میں دنیا سے بے رغبتی مطلوب ہے نہ کہ عملی معنوں میں دنیا کو چھوڑ دینا۔</w:t>
      </w:r>
    </w:p>
    <w:p>
      <w:r>
        <w:rPr>
          <w:b/>
        </w:rPr>
        <w:t xml:space="preserve">[1:39:53] </w:t>
      </w:r>
      <w:r>
        <w:t>dunya ko chhodne ka nazariya darasal ghair dāiyāna zehn ki paidawar hai. dunya mein lazmi taur par insan bhi shamil hai is liye dunya ko chhodne ka matlab insan ko chhodna bhi ban jata hai.</w:t>
      </w:r>
    </w:p>
    <w:p>
      <w:pPr>
        <w:jc w:val="right"/>
      </w:pPr>
      <w:r>
        <w:t>دنیا کو چھوڑنے کا نظریہ دراصل غیر داعیانہ ذہن کی پیداوار ہے۔ دنیا میں لازمی طور پر انسان بھی شامل ہے اس لیے دنیا کو چھوڑنے کا مطلب انسان کو چھوڑنا بھی بن جاتا ہے۔</w:t>
      </w:r>
    </w:p>
    <w:p>
      <w:r>
        <w:rPr>
          <w:b/>
        </w:rPr>
        <w:t xml:space="preserve">[1:40:08] </w:t>
      </w:r>
      <w:r>
        <w:t>dāi is ka tahammul nahi kar sakta ke wo kisi bhi uzr ki bina par insan ko chhod de. doosre log insan ko kisi aur nazar se dekh sakte hain lekin dāi insan ko mad'u ki nazar se dekhta hai.</w:t>
      </w:r>
    </w:p>
    <w:p>
      <w:pPr>
        <w:jc w:val="right"/>
      </w:pPr>
      <w:r>
        <w:t>داعی اس کا تحمل نہیں کر سکتا کہ وہ کسی بھی عذر کی بنا پر انسان کو چھوڑ دے۔ دوسرے لوگ انسان کو کسی اور نظر سے دیکھ سکتے ہیں لیکن داعی انسان کو مدعو کی نظر سے دیکھتا ہے۔</w:t>
      </w:r>
    </w:p>
    <w:p>
      <w:r>
        <w:rPr>
          <w:b/>
        </w:rPr>
        <w:t xml:space="preserve">[1:40:22] </w:t>
      </w:r>
      <w:r>
        <w:t>dāi ki nazar mein har insan mad'u hai khwah wo ameer ho ya ghareeb, khwah wo aam ho ya khas, khwah wo hakim ho ya ghair hakim, hatta ke bazahir wo mukhalif aur zalim kyun na ho.</w:t>
      </w:r>
    </w:p>
    <w:p>
      <w:pPr>
        <w:jc w:val="right"/>
      </w:pPr>
      <w:r>
        <w:t>داعی کی نظر میں ہر انسان مدعو ہے خواہ وہ امیر ہو یا غریب، خواہ وہ عام ہو یا خاص، خواہ وہ حاکم ہو یا غیر حاکم، حتیٰ کہ بظاہر وہ مخالف اور ظالم کیوں نہ ہو۔</w:t>
      </w:r>
    </w:p>
    <w:p>
      <w:r>
        <w:rPr>
          <w:b/>
        </w:rPr>
        <w:t xml:space="preserve">[1:40:36] </w:t>
      </w:r>
      <w:r>
        <w:t>dāi ki nazar mein har ek sirf insan hai. dāi ki awwaleen khwahish yeh hoti hai ke wo har insan tak sachai ka paigham pahunchaye.</w:t>
      </w:r>
    </w:p>
    <w:p>
      <w:pPr>
        <w:jc w:val="right"/>
      </w:pPr>
      <w:r>
        <w:t>داعی کی نظر میں ہر ایک صرف انسان ہے۔ داعی کی اولین خواہش یہ ہوتی ہے کہ وہ ہر انسان تک سچائی کا پیغام پہنچائے۔</w:t>
      </w:r>
    </w:p>
    <w:p>
      <w:r>
        <w:rPr>
          <w:b/>
        </w:rPr>
        <w:t xml:space="preserve">[1:40:47] </w:t>
      </w:r>
      <w:r>
        <w:t>dāi is ka tahammul nahi kar sakta ke wo yeh kahe ke falan shakhs aik darwaze se ayega to main doosre darwaze se nikal jaunga.</w:t>
      </w:r>
    </w:p>
    <w:p>
      <w:pPr>
        <w:jc w:val="right"/>
      </w:pPr>
      <w:r>
        <w:t>داعی اس کا تحمل نہیں کر سکتا کہ وہ یہ کہے کہ فلاں شخص ایک دروازے سے آئے گا تو میں دوسرے دروازے سے نکل جاؤں گا۔</w:t>
      </w:r>
    </w:p>
    <w:p>
      <w:r>
        <w:rPr>
          <w:b/>
        </w:rPr>
        <w:t xml:space="preserve">[1:40:57] </w:t>
      </w:r>
      <w:r>
        <w:t>wo yeh kahega ke aanay wala shakhs mere liye mad'u hai is liye main aage badh kar is se milunga aur hikmat ke sath sachai ka paigham is ko pahunchaunga.</w:t>
      </w:r>
    </w:p>
    <w:p>
      <w:pPr>
        <w:jc w:val="right"/>
      </w:pPr>
      <w:r>
        <w:t>وہ یہ کہے گا کہ آنے والا شخص میرے لیے مدعو ہے اس لیے میں آگے بڑھ کر اس سے ملوں گا اور حکمت کے ساتھ سچائی کا پیغام اس کو پہنچاؤں گا۔</w:t>
      </w:r>
    </w:p>
    <w:p>
      <w:r>
        <w:rPr>
          <w:b/>
        </w:rPr>
        <w:t xml:space="preserve">[1:41:07] </w:t>
      </w:r>
      <w:r>
        <w:t>tark e dunya amalan tark e mad'u hai. tark e dunya amalan in logon se door jana hai jo aik dāi ke liye matloob ki hesiyat rakhte hain.</w:t>
      </w:r>
    </w:p>
    <w:p>
      <w:pPr>
        <w:jc w:val="right"/>
      </w:pPr>
      <w:r>
        <w:t>ترک دنیا عملاً ترک مدعو ہے۔ ترک دنیا عملاً ان لوگوں سے دور جانا ہے جو ایک داعی کے لیے مطلوب کی حیثیت رکھتے ہیں۔</w:t>
      </w:r>
    </w:p>
    <w:p>
      <w:r>
        <w:rPr>
          <w:b/>
        </w:rPr>
        <w:t xml:space="preserve">[1:41:17] </w:t>
      </w:r>
      <w:r>
        <w:t>aik tajir har cheez ko chhod sakta hai lekin wo apne gāhak yani customer ko nahi chhod sakta.</w:t>
      </w:r>
    </w:p>
    <w:p>
      <w:pPr>
        <w:jc w:val="right"/>
      </w:pPr>
      <w:r>
        <w:t>ایک تاجر ہر چیز کو چھوڑ سکتا ہے لیکن وہ اپنے گاہک یعنی کسٹمر کو نہیں چھوڑ سکتا۔</w:t>
      </w:r>
    </w:p>
    <w:p>
      <w:r>
        <w:rPr>
          <w:b/>
        </w:rPr>
        <w:t xml:space="preserve">[1:41:24] </w:t>
      </w:r>
      <w:r>
        <w:t>is tarah aik dāi har doosri cheez ko bardasht kar sakta hai lekin wo is ko bardasht nahi kar sakta ke wo mad'u ko chhod kar kisi alag thalag maqam par chala jaye.</w:t>
      </w:r>
    </w:p>
    <w:p>
      <w:pPr>
        <w:jc w:val="right"/>
      </w:pPr>
      <w:r>
        <w:t>اس طرح ایک داعی ہر دوسری چیز کو برداشت کر سکتا ہے لیکن وہ اس کو برداشت نہیں کر سکتا کہ وہ مدعو کو چھوڑ کر کسی الگ تھلگ مقام پر چلا جائے۔</w:t>
      </w:r>
    </w:p>
    <w:p>
      <w:r>
        <w:rPr>
          <w:b/>
        </w:rPr>
        <w:t xml:space="preserve">[1:41:35] </w:t>
      </w:r>
      <w:r>
        <w:t>mad'u ke darmiyan rehte hue agar is ko koi museebat pesh ati hai, agar is ke daman par kechar ke dhabbe lag jate hain, tab bhi wo kechar ko nazar andaz karega lekin wo mad'u se be ta'alluqi ko bardasht nahi kar sakta.</w:t>
      </w:r>
    </w:p>
    <w:p>
      <w:pPr>
        <w:jc w:val="right"/>
      </w:pPr>
      <w:r>
        <w:t>مدعو کے درمیان رہتے ہوئے اگر اس کو کوئی مصیبت پیش آتی ہے، اگر اس کے دامن پر کیچڑ کے دھبے لگ جاتے ہیں، تب بھی وہ کیچڑ کو نظر انداز کرے گا لیکن وہ مدعو سے بے تعلقی کو برداشت نہیں کر سکتا۔</w:t>
      </w:r>
    </w:p>
    <w:p>
      <w:r>
        <w:rPr>
          <w:b/>
        </w:rPr>
        <w:t xml:space="preserve">[1:41:51] </w:t>
      </w:r>
      <w:r>
        <w:t>aik momin ka matloob jis tarah tazkiya hai usi tarah is ka matloob dawat bhi hai aur aik sachay momin ke liye mumkin nahi ke wo tazkiya ko chhod de ya wo dawat se dastbardar ho jaye.</w:t>
      </w:r>
    </w:p>
    <w:p>
      <w:pPr>
        <w:jc w:val="right"/>
      </w:pPr>
      <w:r>
        <w:t>ایک مومن کا مطلوب جس طرح تزکیہ ہے اسی طرح اس کا مطلوب دعوت بھی ہے اور ایک سچے مومن کے لیے ممکن نہیں کہ وہ تزکیہ کو چھوڑ دے یا وہ دعوت سے دستبردار ہو جائے۔</w:t>
      </w:r>
    </w:p>
    <w:p>
      <w:r>
        <w:rPr>
          <w:b/>
        </w:rPr>
        <w:t xml:space="preserve">[1:42:11] </w:t>
      </w:r>
      <w:r>
        <w:t>tazkiya</w:t>
      </w:r>
    </w:p>
    <w:p>
      <w:pPr>
        <w:jc w:val="right"/>
      </w:pPr>
      <w:r>
        <w:t>تزکیہ</w:t>
      </w:r>
    </w:p>
    <w:p>
      <w:r>
        <w:rPr>
          <w:b/>
        </w:rPr>
        <w:t xml:space="preserve">[1:42:12] </w:t>
      </w:r>
      <w:r>
        <w:t>ka muharrik. kitab "tazkiya e nafs" Maulana Wahiduddin Khan, safha number 52.</w:t>
      </w:r>
    </w:p>
    <w:p>
      <w:pPr>
        <w:jc w:val="right"/>
      </w:pPr>
      <w:r>
        <w:t>کا محرک۔ کتاب "تزکیہ نفس" مولانا وحید الدین خان، صفحہ نمبر 52۔</w:t>
      </w:r>
    </w:p>
    <w:p>
      <w:r>
        <w:rPr>
          <w:b/>
        </w:rPr>
        <w:t xml:space="preserve">[1:42:26] </w:t>
      </w:r>
      <w:r>
        <w:t>tazkiya ka muharrik. agar yeh kaha jaye ke Islam ka nishana yani goal saleh nizam qaim karna hai, is saleh nizam ke liye saleh afraad darkar hain.</w:t>
      </w:r>
    </w:p>
    <w:p>
      <w:pPr>
        <w:jc w:val="right"/>
      </w:pPr>
      <w:r>
        <w:t>تزکیہ کا محرک۔ اگر یہ کہا جائے کہ اسلام کا نشانہ یعنی گول صالح نظام قائم کرنا ہے، اس صالح نظام کے لیے صالح افراد درکار ہیں۔</w:t>
      </w:r>
    </w:p>
    <w:p>
      <w:r>
        <w:rPr>
          <w:b/>
        </w:rPr>
        <w:t xml:space="preserve">[1:42:39] </w:t>
      </w:r>
      <w:r>
        <w:t>tazkiya ka maqsad yeh hai ke aise salih afrad tayyar kiye jayen jo salih nizam bana saken. yeh baat kehne mein bazahir be-zarrar maloom hoti hai lekin woh tazkiya ke process ke liye bilashubah qatil ki hesiyat rakhti hai.</w:t>
      </w:r>
    </w:p>
    <w:p>
      <w:pPr>
        <w:jc w:val="right"/>
      </w:pPr>
      <w:r>
        <w:t>تزکیہ کا مقصد یہ ہے کہ ایسے صالح افراد تیار کیے جائیں جو صالح نظام بنا سکیں۔ یہ بات کہنے میں بظاہر بے ضرر معلوم ہوتی ہے لیکن وہ تزکیہ کے پراسیس کے لیے بلاشبہ قاتل کی حیثیت رکھتی ہے۔</w:t>
      </w:r>
    </w:p>
    <w:p>
      <w:r>
        <w:rPr>
          <w:b/>
        </w:rPr>
        <w:t xml:space="preserve">[1:42:55] </w:t>
      </w:r>
      <w:r>
        <w:t>is qism ke tasawwur Islam ke tehat kabhi tazkiya ka amal muassar tor par jari nahi ho sakta.</w:t>
      </w:r>
    </w:p>
    <w:p>
      <w:pPr>
        <w:jc w:val="right"/>
      </w:pPr>
      <w:r>
        <w:t>اس قسم کے تصور اسلام کے تحت کبھی تزکیہ کا عمل مؤثر طور پر جاری نہیں ہو سکتا۔</w:t>
      </w:r>
    </w:p>
    <w:p>
      <w:r>
        <w:rPr>
          <w:b/>
        </w:rPr>
        <w:t xml:space="preserve">[1:43:03] </w:t>
      </w:r>
      <w:r>
        <w:t>is imtehan ki duniya mein insan ko aise halaat ke darmiyan rehna parta hai jahan har taraf tazkiya ke khilaf asbab maujood hain.</w:t>
      </w:r>
    </w:p>
    <w:p>
      <w:pPr>
        <w:jc w:val="right"/>
      </w:pPr>
      <w:r>
        <w:t>اس امتحان کی دنیا میں انسان کو ایسے حالات کے درمیان رہنا پڑتا ہے جہاں ہر طرف تزکیہ کے خلاف اسباب موجود ہیں۔</w:t>
      </w:r>
    </w:p>
    <w:p>
      <w:r>
        <w:rPr>
          <w:b/>
        </w:rPr>
        <w:t xml:space="preserve">[1:43:12] </w:t>
      </w:r>
      <w:r>
        <w:t>aisi halat mein tazkiya ka amal jari karne ke liye nihayat taqatwar muharrik yaani strong incentive darkar hai aur taqatwar muharrik wahi ho sakta hai jis mein sara focus apni zaat par ho na ke kisi kharji nizam par.</w:t>
      </w:r>
    </w:p>
    <w:p>
      <w:pPr>
        <w:jc w:val="right"/>
      </w:pPr>
      <w:r>
        <w:t>ایسی حالت میں تزکیہ کا عمل جاری کرنے کے لیے نہایت طاقتور محرک یعنی سٹرانگ انسنٹیو درکار ہے اور طاقتور محرک وہی ہو سکتا ہے جس میں سارا فوکس اپنی ذات پر ہو نہ کہ کسی خارجی نظام پر۔</w:t>
      </w:r>
    </w:p>
    <w:p>
      <w:r>
        <w:rPr>
          <w:b/>
        </w:rPr>
        <w:t xml:space="preserve">[1:43:29] </w:t>
      </w:r>
      <w:r>
        <w:t>haqeeqi tazkiya ke liye zaroori hai ke aadmi yeh mehsoos kare ke tazkiya ke baghair woh hargiz kamyabi hasil nahi kar sakta. tazkiya na karne ki soorat mein is ke liye abadi mahroomi ke siwa aur kuch nahi.</w:t>
      </w:r>
    </w:p>
    <w:p>
      <w:pPr>
        <w:jc w:val="right"/>
      </w:pPr>
      <w:r>
        <w:t>حقیقی تزکیہ کے لیے ضروری ہے کہ آدمی یہ محسوس کرے کہ تزکیہ کے بغیر وہ ہرگز کامیابی حاصل نہیں کر سکتا۔ تزکیہ نہ کرنے کی صورت میں اس کے لیے ابدی محرومی کے سوا اور کچھ نہیں۔</w:t>
      </w:r>
    </w:p>
    <w:p>
      <w:r>
        <w:rPr>
          <w:b/>
        </w:rPr>
        <w:t xml:space="preserve">[1:43:43] </w:t>
      </w:r>
      <w:r>
        <w:t>is qism ke taqatwar muharrik ke baghair kabhi koi shakhs tazkiya par karband nahi ho sakta.</w:t>
      </w:r>
    </w:p>
    <w:p>
      <w:pPr>
        <w:jc w:val="right"/>
      </w:pPr>
      <w:r>
        <w:t>اس قسم کے طاقتور محرک کے بغیر کبھی کوئی شخص تزکیہ پر کاربند نہیں ہو سکتا۔</w:t>
      </w:r>
    </w:p>
    <w:p>
      <w:r>
        <w:rPr>
          <w:b/>
        </w:rPr>
        <w:t xml:space="preserve">[1:43:50] </w:t>
      </w:r>
      <w:r>
        <w:t>haqeeqi tazkiya ke liye shadeed muhasba darkar hota hai aur shadeed muhasba kabhi kisi kharji nizam ki nisbat se paida nahi ho sakta.</w:t>
      </w:r>
    </w:p>
    <w:p>
      <w:pPr>
        <w:jc w:val="right"/>
      </w:pPr>
      <w:r>
        <w:t>حقیقی تزکیہ کے لیے شدید محاسبہ درکار ہوتا ہے اور شدید محاسبہ کبھی کسی خارجی نظام کی نسبت سے پیدا نہیں ہو سکتا۔</w:t>
      </w:r>
    </w:p>
    <w:p>
      <w:r>
        <w:rPr>
          <w:b/>
        </w:rPr>
        <w:t xml:space="preserve">[1:44:00] </w:t>
      </w:r>
      <w:r>
        <w:t>agar main ne apna tazkiya na kiya to main halak ho jaunga. is qism ka gehra muharrik kisi shakhs ke andar sirf isi waqt paida ho sakta hai jabke tazkiya is ke liye ek intehai zaati masla ho na ke koi kharji maslehat ya door ki koi zaroorat.</w:t>
      </w:r>
    </w:p>
    <w:p>
      <w:pPr>
        <w:jc w:val="right"/>
      </w:pPr>
      <w:r>
        <w:t>اگر میں نے اپنا تزکیہ نہ کیا تو میں ہلاک ہو جاؤں گا۔ اس قسم کا گہرا محرک کسی شخص کے اندر صرف اسی وقت پیدا ہو سکتا ہے جبکہ تزکیہ اس کے لیے ایک انتہائی ذاتی مسئلہ ہو نہ کہ کوئی خارجی مصلحت یا دور کی کوئی ضرورت۔</w:t>
      </w:r>
    </w:p>
    <w:p>
      <w:r>
        <w:rPr>
          <w:b/>
        </w:rPr>
        <w:t xml:space="preserve">[1:44:20] </w:t>
      </w:r>
      <w:r>
        <w:t>nizam ek kharji cheez hai jis ka talluq poore muashre se hota hai. is qism ka hawala kisi aadmi ke andar taqatwar muharrik ban kar dakhil nahi ho sakta.</w:t>
      </w:r>
    </w:p>
    <w:p>
      <w:pPr>
        <w:jc w:val="right"/>
      </w:pPr>
      <w:r>
        <w:t>نظام ایک خارجی چیز ہے جس کا تعلق پورے معاشرے سے ہوتا ہے۔ اس قسم کا حوالہ کسی آدمی کے اندر طاقتور محرک بن کر داخل نہیں ہو سکتا۔</w:t>
      </w:r>
    </w:p>
    <w:p>
      <w:r>
        <w:rPr>
          <w:b/>
        </w:rPr>
        <w:t xml:space="preserve">[1:44:32] </w:t>
      </w:r>
      <w:r>
        <w:t>haqeeqat yeh hai ke tazkiya hamesha apni zaat ke hawale se kisi ki zindagi mein shamil hota hai na ke kisi kharji nizam ke hawale se.</w:t>
      </w:r>
    </w:p>
    <w:p>
      <w:pPr>
        <w:jc w:val="right"/>
      </w:pPr>
      <w:r>
        <w:t>حقیقت یہ ہے کہ تزکیہ ہمیشہ اپنی ذات کے حوالے سے کسی کی زندگی میں شامل ہوتا ہے نہ کہ کسی خارجی نظام کے حوالے سے۔</w:t>
      </w:r>
    </w:p>
    <w:p>
      <w:r>
        <w:rPr>
          <w:b/>
        </w:rPr>
        <w:t xml:space="preserve">[1:44:47] </w:t>
      </w:r>
      <w:r>
        <w:t>tazkiya tayyari ka amal. kitab "tazkiya-e-nafs" Maulana Wahiduddin Khan, safha number 54.</w:t>
      </w:r>
    </w:p>
    <w:p>
      <w:pPr>
        <w:jc w:val="right"/>
      </w:pPr>
      <w:r>
        <w:t>تزکیہ تیاری کا عمل۔ کتاب "تزکیہ نفس" مولانا وحید الدین خان، صفحہ نمبر 54۔</w:t>
      </w:r>
    </w:p>
    <w:p>
      <w:r>
        <w:rPr>
          <w:b/>
        </w:rPr>
        <w:t xml:space="preserve">[1:45:02] </w:t>
      </w:r>
      <w:r>
        <w:t>maujooda madi duniya mein har aadmi ko rozgar ki zaroorat hoti hai jis ko job kaha jata hai. har aadmi chahta hai ke is ko ek achha job milay.</w:t>
      </w:r>
    </w:p>
    <w:p>
      <w:pPr>
        <w:jc w:val="right"/>
      </w:pPr>
      <w:r>
        <w:t>موجودہ مادی دنیا میں ہر آدمی کو روزگار کی ضرورت ہوتی ہے جس کو جاب کہا جاتا ہے۔ ہر آدمی چاہتا ہے کہ اس کو ایک اچھا جاب ملے۔</w:t>
      </w:r>
    </w:p>
    <w:p>
      <w:r>
        <w:rPr>
          <w:b/>
        </w:rPr>
        <w:t xml:space="preserve">[1:45:13] </w:t>
      </w:r>
      <w:r>
        <w:t>is ke liye har aadmi apne aap ko job market ke taqaze ke mutabiq ek tayyar insan yaani professionally prepared person banata hai.</w:t>
      </w:r>
    </w:p>
    <w:p>
      <w:pPr>
        <w:jc w:val="right"/>
      </w:pPr>
      <w:r>
        <w:t>اس کے لیے ہر آدمی اپنے آپ کو جاب مارکیٹ کے تقاضے کے مطابق ایک تیار انسان یعنی پروفیشنلی پریپیئرڈ پرسن بناتا ہے۔</w:t>
      </w:r>
    </w:p>
    <w:p>
      <w:r>
        <w:rPr>
          <w:b/>
        </w:rPr>
        <w:t xml:space="preserve">[1:45:22] </w:t>
      </w:r>
      <w:r>
        <w:t>jo aadmi is aitbar se apne aap ko tayyar na kar sake woh sari umar ke liye ek nakaam insan ban kar reh jata hai. yahi muamla shadeed tar andaaz mein aakhirat ki duniya ka hai.</w:t>
      </w:r>
    </w:p>
    <w:p>
      <w:pPr>
        <w:jc w:val="right"/>
      </w:pPr>
      <w:r>
        <w:t>جو آدمی اس اعتبار سے اپنے آپ کو تیار نہ کر سکے وہ ساری عمر کے لیے ایک ناکام انسان بن کر رہ جاتا ہے۔ یہی معاملہ شدید تر انداز میں آخرت کی دنیا کا ہے۔</w:t>
      </w:r>
    </w:p>
    <w:p>
      <w:r>
        <w:rPr>
          <w:b/>
        </w:rPr>
        <w:t xml:space="preserve">[1:45:36] </w:t>
      </w:r>
      <w:r>
        <w:t>aakhirat ki duniya nihayat aala qism ki rabbani sargarmiyon ki duniya hai.</w:t>
      </w:r>
    </w:p>
    <w:p>
      <w:pPr>
        <w:jc w:val="right"/>
      </w:pPr>
      <w:r>
        <w:t>آخرت کی دنیا نہایت اعلیٰ قسم کی ربانی سرگرمیوں کی دنیا ہے۔</w:t>
      </w:r>
    </w:p>
    <w:p>
      <w:r>
        <w:rPr>
          <w:b/>
        </w:rPr>
        <w:t xml:space="preserve">[1:45:42] </w:t>
      </w:r>
      <w:r>
        <w:t>aakhirat ki duniya mein wahi shakhs kamyab hoga jo maujooda duniya mein is ke mutabiq tayyari kare. jo maujooda duniya mein apne aap ko rohani aitbar se ek tayyar insan yaani spiritually prepared person banaye.</w:t>
      </w:r>
    </w:p>
    <w:p>
      <w:pPr>
        <w:jc w:val="right"/>
      </w:pPr>
      <w:r>
        <w:t>آخرت کی دنیا میں وہی شخص کامیاب ہوگا جو موجودہ دنیا میں اس کے مطابق تیاری کرے۔ جو موجودہ دنیا میں اپنے آپ کو روحانی اعتبار سے ایک تیار انسان یعنی سپریچولی پریپیئرڈ پرسن بنائے۔</w:t>
      </w:r>
    </w:p>
    <w:p>
      <w:r>
        <w:rPr>
          <w:b/>
        </w:rPr>
        <w:t xml:space="preserve">[1:45:58] </w:t>
      </w:r>
      <w:r>
        <w:t>jo aadmi maujooda duniya mein apne aap ko is pehlu se tayyar na kar sake woh aakhirat mein ek nakaam insan ban kar reh jayega.</w:t>
      </w:r>
    </w:p>
    <w:p>
      <w:pPr>
        <w:jc w:val="right"/>
      </w:pPr>
      <w:r>
        <w:t>جو آدمی موجودہ دنیا میں اپنے آپ کو اس پہلو سے تیار نہ کر سکے وہ آخرت میں ایک ناکام انسان بن کر رہ جائے گا۔</w:t>
      </w:r>
    </w:p>
    <w:p>
      <w:r>
        <w:rPr>
          <w:b/>
        </w:rPr>
        <w:t xml:space="preserve">[1:46:08] </w:t>
      </w:r>
      <w:r>
        <w:t>yeh sara muamla لیاقت yaani competence ka muamla hai. ek qism ki لیاقت duniya mein kaam aati hai aur doosri qism ki لیاقت aakhirat mein kaam aayegi.</w:t>
      </w:r>
    </w:p>
    <w:p>
      <w:pPr>
        <w:jc w:val="right"/>
      </w:pPr>
      <w:r>
        <w:t>یہ سارا معاملہ لیاقت یعنی کمپیٹنس کا معاملہ ہے۔ ایک قسم کی لیاقت دنیا میں کام آتی ہے اور دوسری قسم کی لیاقت آخرت میں کام آئے گی۔</w:t>
      </w:r>
    </w:p>
    <w:p>
      <w:r>
        <w:rPr>
          <w:b/>
        </w:rPr>
        <w:t xml:space="preserve">[1:46:20] </w:t>
      </w:r>
      <w:r>
        <w:t>duniya mein bazahir shirk kaam aata hai, aakhirat mein tauheed kaam aayegi. duniya mein apne aap ko consern banana kaam aata hai, aakhirat mein Khuda ko consern banana kaam aayega.</w:t>
      </w:r>
    </w:p>
    <w:p>
      <w:pPr>
        <w:jc w:val="right"/>
      </w:pPr>
      <w:r>
        <w:t>دنیا میں بظاہر شرک کام آتا ہے، آخرت میں توحید کام آئے گی۔ دنیا میں اپنے آپ کو کنسن بنانا کام آتا ہے، آخرت میں خدا کو کنسن بنانا کام آئے گا۔</w:t>
      </w:r>
    </w:p>
    <w:p>
      <w:r>
        <w:rPr>
          <w:b/>
        </w:rPr>
        <w:t xml:space="preserve">[1:46:33] </w:t>
      </w:r>
      <w:r>
        <w:t>duniya mein cheezon ko madi angle yaani material angle se dekhna kaam aata hai, aakhirat mein cheezon ko spiritual angle se dekhna kaam aayega.</w:t>
      </w:r>
    </w:p>
    <w:p>
      <w:pPr>
        <w:jc w:val="right"/>
      </w:pPr>
      <w:r>
        <w:t>دنیا میں چیزوں کو مادی اینگل یعنی مٹیریل اینگل سے دیکھنا کام آتا ہے، آخرت میں چیزوں کو سپریچول اینگل سے دیکھنا کام آئے گا۔</w:t>
      </w:r>
    </w:p>
    <w:p>
      <w:r>
        <w:rPr>
          <w:b/>
        </w:rPr>
        <w:t xml:space="preserve">[1:46:44] </w:t>
      </w:r>
      <w:r>
        <w:t>duniya mein mafad parasti kaam aati hai, aakhirat mein woh shakhs kamyab hoga jo apne aap ko ek usool pasand insan sabit kare. duniya mein bazahir bad-diyanti yaani dishonesty kaam aati hai,</w:t>
      </w:r>
    </w:p>
    <w:p>
      <w:pPr>
        <w:jc w:val="right"/>
      </w:pPr>
      <w:r>
        <w:t>دنیا میں مفاد پرستی کام آتی ہے، آخرت میں وہ شخص کامیاب ہوگا جو اپنے آپ کو ایک اصول پسند انسان ثابت کرے۔ دنیا میں بظاہر بد دیانتی یعنی ڈس آنسٹی کام آتی ہے،</w:t>
      </w:r>
    </w:p>
    <w:p>
      <w:r>
        <w:rPr>
          <w:b/>
        </w:rPr>
        <w:t xml:space="preserve">[1:46:59] </w:t>
      </w:r>
      <w:r>
        <w:t>aakhirat mein diyanatdari yaani honesty kaam aayegi.</w:t>
      </w:r>
    </w:p>
    <w:p>
      <w:pPr>
        <w:jc w:val="right"/>
      </w:pPr>
      <w:r>
        <w:t>آخرت میں دیانت داری یعنی آنسٹی کام آئے گی۔</w:t>
      </w:r>
    </w:p>
    <w:p>
      <w:r>
        <w:rPr>
          <w:b/>
        </w:rPr>
        <w:t xml:space="preserve">[1:47:04] </w:t>
      </w:r>
      <w:r>
        <w:t>duniya mein hub-e-ajila yaani immediate interest ka mizaj kaam aata hai, aakhirat mein woh shakhs kamyab hoga jis ne hub-e-aakhirat ki buniyad par apni zindagi ki taameer ki ho.</w:t>
      </w:r>
    </w:p>
    <w:p>
      <w:pPr>
        <w:jc w:val="right"/>
      </w:pPr>
      <w:r>
        <w:t>دنیا میں حب عاجلہ یعنی امیڈیٹ انٹرسٹ کا مزاج کام آتا ہے، آخرت میں وہ شخص کامیاب ہوگا جس نے حب آخرت کی بنیاد پر اپنی زندگی کی تعمیر کی ہو۔</w:t>
      </w:r>
    </w:p>
    <w:p>
      <w:r>
        <w:rPr>
          <w:b/>
        </w:rPr>
        <w:t xml:space="preserve">[1:47:17] </w:t>
      </w:r>
      <w:r>
        <w:t>tazkiya ka matlab apne aap ko aakhirat ke aitbar se tayyar karna hai yaani apne andar woh awsaf paida karna jo maut ke baad aanay wali duniya mein aadmi ke kaam ayen.</w:t>
      </w:r>
    </w:p>
    <w:p>
      <w:pPr>
        <w:jc w:val="right"/>
      </w:pPr>
      <w:r>
        <w:t>تزکیہ کا مطلب اپنے آپ کو آخرت کے اعتبار سے تیار کرنا ہے یعنی اپنے اندر وہ اوصاف پیدا کرنا جو موت کے بعد آنے والی دنیا میں آدمی کے کام آئیں۔</w:t>
      </w:r>
    </w:p>
    <w:p>
      <w:r>
        <w:rPr>
          <w:b/>
        </w:rPr>
        <w:t xml:space="preserve">[1:47:34] </w:t>
      </w:r>
      <w:r>
        <w:t>tazkiya ka item talash karna. kitab "tazkiya-e-nafs" Maulana Wahiduddin Khan, safha number 55.</w:t>
      </w:r>
    </w:p>
    <w:p>
      <w:pPr>
        <w:jc w:val="right"/>
      </w:pPr>
      <w:r>
        <w:t>تزکیہ کا آئٹم تلاش کرنا۔ کتاب "تزکیہ نفس" مولانا وحید الدین خان، صفحہ نمبر 55۔</w:t>
      </w:r>
    </w:p>
    <w:p>
      <w:r>
        <w:rPr>
          <w:b/>
        </w:rPr>
        <w:t xml:space="preserve">[1:47:50] </w:t>
      </w:r>
      <w:r>
        <w:t>tazkiya ka wasila apni soch ko mutharrik karna hai. is ki aik soorat yeh hai ke aap dhoond dhoond kar apni zindagi ke un waqiat ko yaad karen jab ke aap kisi bari museebat mein phansne wale the</w:t>
      </w:r>
    </w:p>
    <w:p>
      <w:pPr>
        <w:jc w:val="right"/>
      </w:pPr>
      <w:r>
        <w:t>تزکیہ کا وسیلہ اپنی سوچ کو متحرک کرنا ہے۔ اس کی ایک صورت یہ ہے کہ آپ ڈھونڈ ڈھونڈ کر اپنی زندگی کے ان واقعات کو یاد کریں جب کہ آپ کسی بڑی مصیبت میں پھنسنے والے تھے</w:t>
      </w:r>
    </w:p>
    <w:p>
      <w:r>
        <w:rPr>
          <w:b/>
        </w:rPr>
        <w:t xml:space="preserve">[1:48:04] </w:t>
      </w:r>
      <w:r>
        <w:t>magar Allah ne apni khusoosi madad se aap ko is se bacha liya. aisay hadsaat aur waqiat har aadmi ki zindagi mein hotay hain magar baad ko aadmi in hadsaat aur waqiat ko bhool jata hai.</w:t>
      </w:r>
    </w:p>
    <w:p>
      <w:pPr>
        <w:jc w:val="right"/>
      </w:pPr>
      <w:r>
        <w:t>مگر اللہ نے اپنی خصوصی مدد سے آپ کو اس سے بچا لیا۔ ایسے حادثات اور واقعات ہر آدمی کی زندگی میں ہوتے ہیں مگر بعد کو آدمی ان حادثات اور واقعات کو بھول جاتا ہے۔</w:t>
      </w:r>
    </w:p>
    <w:p>
      <w:r>
        <w:rPr>
          <w:b/>
        </w:rPr>
        <w:t xml:space="preserve">[1:48:19] </w:t>
      </w:r>
      <w:r>
        <w:t>tazkiya ke talib ko chahiye ke woh bar bar soch kar aisay waqiat ko apne zehan mein taza kare jab ke woh tabahi ke ain kinare par pahunch chuka tha lekin</w:t>
      </w:r>
    </w:p>
    <w:p>
      <w:pPr>
        <w:jc w:val="right"/>
      </w:pPr>
      <w:r>
        <w:t>تزکیہ کے طالب کو چاہیے کہ وہ بار بار سوچ کر ایسے واقعات کو اپنے ذہن میں تازہ کرے جب کہ وہ تباہی کے عین کنارے پر پہنچ چکا تھا لیکن</w:t>
      </w:r>
    </w:p>
    <w:p>
      <w:r>
        <w:rPr>
          <w:b/>
        </w:rPr>
        <w:t xml:space="preserve">[1:48:30] </w:t>
      </w:r>
      <w:r>
        <w:t>Allah taala ne khusoosi mudakhlat kar ke is ko bacha liya. un waqiat ko woh shiddat ke sath yaad kare aur phir kahe ke khudaaya to ne mujhe dunya ki zindagi mein bar bar bhayanak anjam se bacha liya,</w:t>
      </w:r>
    </w:p>
    <w:p>
      <w:pPr>
        <w:jc w:val="right"/>
      </w:pPr>
      <w:r>
        <w:t>اللہ تعالی نے خصوصی مداخلت کر کے اس کو بچا لیا۔ ان واقعات کو وہ شدت کے ساتھ یاد کرے اور پھر کہے کہ خدایا تو نے مجھے دنیا کی زندگی میں بار بار بھیانک انجام سے بچا لیا،</w:t>
      </w:r>
    </w:p>
    <w:p>
      <w:r>
        <w:rPr>
          <w:b/>
        </w:rPr>
        <w:t xml:space="preserve">[1:48:45] </w:t>
      </w:r>
      <w:r>
        <w:t>isi tarah to mujhe akhirat mein jahannum ke holnak azab se bacha le. isi tarah is maamle ki aik soorat yeh hai ke aap apni kotahiyon ko yaad kar ke apne andar ehsas-e-khata ko bedar karen.</w:t>
      </w:r>
    </w:p>
    <w:p>
      <w:pPr>
        <w:jc w:val="right"/>
      </w:pPr>
      <w:r>
        <w:t>اسی طرح تو مجھے آخرت میں جہنم کے ہولناک عذاب سے بچا لے۔ اسی طرح اس معاملے کی ایک صورت یہ ہے کہ آپ اپنی کوتاہیوں کو یاد کر کے اپنے اندر احساس خطا کو بیدار کریں۔</w:t>
      </w:r>
    </w:p>
    <w:p>
      <w:r>
        <w:rPr>
          <w:b/>
        </w:rPr>
        <w:t xml:space="preserve">[1:49:00] </w:t>
      </w:r>
      <w:r>
        <w:t>kisi maamle mein agar aap mehsoos karen ke aap 99 feesad durust the, sirf aik feesad aap galat the to aisay mauqe par aap yeh karen ke 99 feesad ko bhula den aur aik feesad ko itna zyada barhaen ke aap ko mehsoos ho ke goya sari ghalti aap hi ki thi.</w:t>
      </w:r>
    </w:p>
    <w:p>
      <w:pPr>
        <w:jc w:val="right"/>
      </w:pPr>
      <w:r>
        <w:t>کسی معاملے میں اگر آپ محسوس کریں کہ آپ 99 فیصد درست تھے، صرف ایک فیصد آپ غلط تھے تو ایسے موقع پر آپ یہ کریں کہ 99 فیصد کو بھلا دیں اور ایک فیصد کو اتنا زیادہ بڑھائیں کہ آپ کو محسوس ہو کہ گویا ساری غلطی آپ ہی کی تھی۔</w:t>
      </w:r>
    </w:p>
    <w:p>
      <w:r>
        <w:rPr>
          <w:b/>
        </w:rPr>
        <w:t xml:space="preserve">[1:49:22] </w:t>
      </w:r>
      <w:r>
        <w:t>is tarah aap ke andar ehsas-e-khata jaage ga, aap khauf-e-khuda se kanp uthenge</w:t>
      </w:r>
    </w:p>
    <w:p>
      <w:pPr>
        <w:jc w:val="right"/>
      </w:pPr>
      <w:r>
        <w:t>اس طرح آپ کے اندر احساس خطا جاگے گا، آپ خوف خدا سے کانپ اٹھیں گے</w:t>
      </w:r>
    </w:p>
    <w:p>
      <w:r>
        <w:rPr>
          <w:b/>
        </w:rPr>
        <w:t xml:space="preserve">[1:49:28] </w:t>
      </w:r>
      <w:r>
        <w:t>, aap shiddat-e-inabat ke sath Allah se toba ki darkhwast karne lagen ge. tazkiya koi purasrar cheez nahi, tazkiya ka aik maloom process hai aur woh hai bar bar tazkiya se taalluq rakhne wale pehluon par sochna.</w:t>
      </w:r>
    </w:p>
    <w:p>
      <w:pPr>
        <w:jc w:val="right"/>
      </w:pPr>
      <w:r>
        <w:t>، آپ شدت عنابت کے ساتھ اللہ سے توبہ کی درخواست کرنے لگیں گے۔ تزکیہ کوئی پراسرار چیز نہیں، تزکیہ کا ایک معلوم پراسیس ہے اور وہ ہے بار بار تزکیہ سے تعلق رکھنے والے پہلوؤں پر سوچنا۔</w:t>
      </w:r>
    </w:p>
    <w:p>
      <w:r>
        <w:rPr>
          <w:b/>
        </w:rPr>
        <w:t xml:space="preserve">[1:49:46] </w:t>
      </w:r>
      <w:r>
        <w:t>tazkiya hamesha shu'oori bedari ka nateeja hota hai na ke kisi purasrar karishme ka nateeja.</w:t>
      </w:r>
    </w:p>
    <w:p>
      <w:pPr>
        <w:jc w:val="right"/>
      </w:pPr>
      <w:r>
        <w:t>تزکیہ ہمیشہ شعوری بیداری کا نتیجہ ہوتا ہے نہ کہ کسی پراسرار کرشمے کا نتیجہ۔</w:t>
      </w:r>
    </w:p>
    <w:p>
      <w:r>
        <w:rPr>
          <w:b/>
        </w:rPr>
        <w:t xml:space="preserve">[1:49:53] </w:t>
      </w:r>
      <w:r>
        <w:t>koi shakhs jitna zyada is maamle mein soche ga utna hi zyada is ka tazkiya hoga. tazkiya pure ma'non mein aik shu'oori amal hai.</w:t>
      </w:r>
    </w:p>
    <w:p>
      <w:pPr>
        <w:jc w:val="right"/>
      </w:pPr>
      <w:r>
        <w:t>کوئی شخص جتنا زیادہ اس معاملے میں سوچے گا اتنا ہی زیادہ اس کا تزکیہ ہوگا۔ تزکیہ پورے معنوں میں ایک شعوری عمل ہے۔</w:t>
      </w:r>
    </w:p>
    <w:p>
      <w:r>
        <w:rPr>
          <w:b/>
        </w:rPr>
        <w:t xml:space="preserve">[1:50:03] </w:t>
      </w:r>
      <w:r>
        <w:t>is shu'oori amal ke baghair tazkiya ko paane ki umeed rakhna sirf aik khush khayali yaani wishful thinking hai jo kabhi waqe'a banne wali nahi.</w:t>
      </w:r>
    </w:p>
    <w:p>
      <w:pPr>
        <w:jc w:val="right"/>
      </w:pPr>
      <w:r>
        <w:t>اس شعوری عمل کے بغیر تزکیہ کو پانے کی امید رکھنا صرف ایک خوش خیالی یعنی وش فل تھنکنگ ہے جو کبھی واقعہ بننے والی نہیں۔</w:t>
      </w:r>
    </w:p>
    <w:p>
      <w:r>
        <w:rPr>
          <w:b/>
        </w:rPr>
        <w:t xml:space="preserve">[1:50:21] </w:t>
      </w:r>
      <w:r>
        <w:t>tazkiya zariya-e-qurbat. kitab "tazkiya-e-nafs" Maulana Wahiduddin Khan, safha number 56.</w:t>
      </w:r>
    </w:p>
    <w:p>
      <w:pPr>
        <w:jc w:val="right"/>
      </w:pPr>
      <w:r>
        <w:t>تزکیہ ذریعہ قربت۔ کتاب "تزکیہ نفس" مولانا وحید الدین خان، صفحہ نمبر 56۔</w:t>
      </w:r>
    </w:p>
    <w:p>
      <w:r>
        <w:rPr>
          <w:b/>
        </w:rPr>
        <w:t xml:space="preserve">[1:50:34] </w:t>
      </w:r>
      <w:r>
        <w:t>insan makhlooq hai aur Khuda uska khaliq hai. is lihaaz se insan ki fitrat yeh hai ke woh apne khaliq se aakhri had tak qareeb ho magar mukhtalif cheezen insan ko Khuda se door kar deti hain,</w:t>
      </w:r>
    </w:p>
    <w:p>
      <w:pPr>
        <w:jc w:val="right"/>
      </w:pPr>
      <w:r>
        <w:t>انسان مخلوق ہے اور خدا اس کا خالق ہے۔ اس لحاظ سے انسان کی فطرت یہ ہے کہ وہ اپنے خالق سے آخری حد تک قریب ہو مگر مختلف چیزیں انسان کو خدا سے دور کر دیتی ہیں،</w:t>
      </w:r>
    </w:p>
    <w:p>
      <w:r>
        <w:rPr>
          <w:b/>
        </w:rPr>
        <w:t xml:space="preserve">[1:50:48] </w:t>
      </w:r>
      <w:r>
        <w:t>maslan fakhr, manfi soch waghera. tazkiya ka maqsad yeh hai ke insan ko is qism ke manfi jazbat se mukammal taur par pak kiya jaye.</w:t>
      </w:r>
    </w:p>
    <w:p>
      <w:pPr>
        <w:jc w:val="right"/>
      </w:pPr>
      <w:r>
        <w:t>مثلاً فخر، منفی سوچ وغیرہ۔ تزکیہ کا مقصد یہ ہے کہ انسان کو اس قسم کے منفی جذبات سے مکمل طور پر پاک کیا جائے۔</w:t>
      </w:r>
    </w:p>
    <w:p>
      <w:r>
        <w:rPr>
          <w:b/>
        </w:rPr>
        <w:t xml:space="preserve">[1:51:00] </w:t>
      </w:r>
      <w:r>
        <w:t>aadmi jaise hi apne aap ko is qism ke ghair-rabbani jazbat se pak karta hai, achaanak woh mehsoos karta hai ke woh apne khaliq se aakhri had tak qareeb ho gaya hai.</w:t>
      </w:r>
    </w:p>
    <w:p>
      <w:pPr>
        <w:jc w:val="right"/>
      </w:pPr>
      <w:r>
        <w:t>آدمی جیسے ہی اپنے آپ کو اس قسم کے غیر ربانی جذبات سے پاک کرتا ہے، اچانک وہ محسوس کرتا ہے کہ وہ اپنے خالق سے آخری حد تک قریب ہو گیا ہے۔</w:t>
      </w:r>
    </w:p>
    <w:p>
      <w:r>
        <w:rPr>
          <w:b/>
        </w:rPr>
        <w:t xml:space="preserve">[1:51:10] </w:t>
      </w:r>
      <w:r>
        <w:t>woh apne aas paas Khuda ki maujoodgi yaani presence of God ka tajruba karne lagta hai.</w:t>
      </w:r>
    </w:p>
    <w:p>
      <w:pPr>
        <w:jc w:val="right"/>
      </w:pPr>
      <w:r>
        <w:t>وہ اپنے اس پاس خدا کی موجودگی یعنی پریزنس آف گاڈ کا تجربہ کرنے لگتا ہے۔</w:t>
      </w:r>
    </w:p>
    <w:p>
      <w:r>
        <w:rPr>
          <w:b/>
        </w:rPr>
        <w:t xml:space="preserve">[1:51:17] </w:t>
      </w:r>
      <w:r>
        <w:t>Khuda se gehri qurbat sirf is waqt ho sakti hai jab ke insan Khuda ko us ke aala tareen awsaaf ke sath daryaft kare. maslan har insan dunya mein rehne ke liye beshumar cheezon ka mohtaj hai.</w:t>
      </w:r>
    </w:p>
    <w:p>
      <w:pPr>
        <w:jc w:val="right"/>
      </w:pPr>
      <w:r>
        <w:t>خدا سے گہری قربت صرف اس وقت ہو سکتی ہے جب کہ انسان خدا کو اس کے اعلیٰ ترین اوصاف کے ساتھ دریافت کرے۔ مثلاً ہر انسان دنیا میں رہنے کے لیے بے شمار چیزوں کا محتاج ہے۔</w:t>
      </w:r>
    </w:p>
    <w:p>
      <w:r>
        <w:rPr>
          <w:b/>
        </w:rPr>
        <w:t xml:space="preserve">[1:51:30] </w:t>
      </w:r>
      <w:r>
        <w:t>yeh cheezen is ne khud nahi paida ki hain, is ka aik dene wala aur woh dene wala bilashuba Khuda hai. Khuda hi woh hasti hai jo is ka wahid mun'im aur ma'ti yaani giver hai.</w:t>
      </w:r>
    </w:p>
    <w:p>
      <w:pPr>
        <w:jc w:val="right"/>
      </w:pPr>
      <w:r>
        <w:t>یہ چیزیں اس نے خود نہیں پیدا کی ہیں، اس کا ایک دینے والا اور وہ دینے والا بلاشبہ خدا ہے۔ خدا ہی وہ ہستی ہے جو اس کا واحد منعم اور معطی یعنی گیور ہے۔</w:t>
      </w:r>
    </w:p>
    <w:p>
      <w:r>
        <w:rPr>
          <w:b/>
        </w:rPr>
        <w:t xml:space="preserve">[1:51:45] </w:t>
      </w:r>
      <w:r>
        <w:t>yeh bilashuba Khuda ke aik tarafah inaamaat hain jin ki bina par woh is dunya mein zinda aur qaim hai.</w:t>
      </w:r>
    </w:p>
    <w:p>
      <w:pPr>
        <w:jc w:val="right"/>
      </w:pPr>
      <w:r>
        <w:t>یہ بلاشبہ خدا کے ایک طرفہ انعامات ہیں جن کی بنا پر وہ اس دنیا میں زندہ اور قائم ہے۔</w:t>
      </w:r>
    </w:p>
    <w:p>
      <w:r>
        <w:rPr>
          <w:b/>
        </w:rPr>
        <w:t xml:space="preserve">[1:51:52] </w:t>
      </w:r>
      <w:r>
        <w:t>aik lamhe ke liye agar is aik tarafah atiyye ka silsila toot jaye to insan apne wajood ko baqi nahi rakh sakta. jab aik insan is tarah Khuda ko apne mun'im ki hesiyat se daryaft karta hai to is ki fitri nateeje ke taur par aisa hota hai ke is ki rooh ke andar Khuda se mohabbat ka chashma jaari ho jata hai.</w:t>
      </w:r>
    </w:p>
    <w:p>
      <w:pPr>
        <w:jc w:val="right"/>
      </w:pPr>
      <w:r>
        <w:t>ایک لمحے کے لیے اگر اس ایک طرفہ عطیے کا سلسلہ ٹوٹ جائے تو انسان اپنے وجود کو باقی نہیں رکھ سکتا۔ جب ایک انسان اس طرح خدا کو اپنے منعم کی حیثیت سے دریافت کرتا ہے تو اس کے فطری نتیجے کے طور پر ایسا ہوتا ہے کہ اس کی روح کے اندر خدا سے محبت کا چشمہ جاری ہو جاتا ہے۔</w:t>
      </w:r>
    </w:p>
    <w:p>
      <w:r>
        <w:rPr>
          <w:b/>
        </w:rPr>
        <w:t xml:space="preserve">[1:52:14] </w:t>
      </w:r>
      <w:r>
        <w:t>woh is haqeeqat ki tasweer ban jata hai jis ko Quran mein "wallazeena aamanoo ashadd hubba lillah" Surah number do aayat 165 ke alfaaz mein bayan kiya gaya hai.</w:t>
      </w:r>
    </w:p>
    <w:p>
      <w:pPr>
        <w:jc w:val="right"/>
      </w:pPr>
      <w:r>
        <w:t>وہ اس حقیقت کی تصویر بن جاتا ہے جس کو قرآن میں "والذین آمنوا اشد حبا للہ" سورہ نمبر دو آیت 165 کے الفاظ میں بیان کیا گیا ہے۔</w:t>
      </w:r>
    </w:p>
    <w:p>
      <w:r>
        <w:rPr>
          <w:b/>
        </w:rPr>
        <w:t xml:space="preserve">[1:52:26] </w:t>
      </w:r>
      <w:r>
        <w:t>Quran mein sajda-e-qurbat Surah number 96 aayat 19 ka zikr hai. yeh sajda-e-qurbat kya hai?</w:t>
      </w:r>
    </w:p>
    <w:p>
      <w:pPr>
        <w:jc w:val="right"/>
      </w:pPr>
      <w:r>
        <w:t>قرآن میں سجدہ قربت سورہ نمبر 96 آیت 19 کا ذکر ہے۔ یہ سجدہ قربت کیا ہے؟</w:t>
      </w:r>
    </w:p>
    <w:p>
      <w:r>
        <w:rPr>
          <w:b/>
        </w:rPr>
        <w:t xml:space="preserve">[1:52:35] </w:t>
      </w:r>
      <w:r>
        <w:t>yeh sajda-e-qurbat darasal is insan ka sajda hai jo apne Rab ke liye mohabbat aur khashiyat se sarshaar ho aur us sarshaari ke tehat woh apne Rab ke samne sajde mein gir pade.</w:t>
      </w:r>
    </w:p>
    <w:p>
      <w:pPr>
        <w:jc w:val="right"/>
      </w:pPr>
      <w:r>
        <w:t>یہ سجدہ قربت دراصل اس انسان کا سجدہ ہے جو اپنے رب کے لیے محبت اور خشیت سے سرشار ہو اور اس سرشاری کے تحت وہ اپنے رب کے سامنے سجدے میں گر پڑے۔</w:t>
      </w:r>
    </w:p>
    <w:p>
      <w:r>
        <w:rPr>
          <w:b/>
        </w:rPr>
        <w:t xml:space="preserve">[1:52:48] </w:t>
      </w:r>
      <w:r>
        <w:t>is qism ka sajda aik momin ke liye goya ke tazkiya ki miraaj hai.</w:t>
      </w:r>
    </w:p>
    <w:p>
      <w:pPr>
        <w:jc w:val="right"/>
      </w:pPr>
      <w:r>
        <w:t>اس قسم کا سجدہ ایک مومن کے لیے گویا کہ تزکیے کی معراج ہے۔</w:t>
      </w:r>
    </w:p>
    <w:p>
      <w:r>
        <w:rPr>
          <w:b/>
        </w:rPr>
        <w:t xml:space="preserve">[1:53:01] </w:t>
      </w:r>
      <w:r>
        <w:t>tazkiya aur maut ki yaad. kitab "tazkiya-e-nafs" Maulana Wahiduddin Khan, safha number 58.</w:t>
      </w:r>
    </w:p>
    <w:p>
      <w:pPr>
        <w:jc w:val="right"/>
      </w:pPr>
      <w:r>
        <w:t>تزکیہ اور موت کی یاد۔ کتاب "تزکیہ نفس" مولانا وحید الدین خان، صفحہ نمبر 58۔</w:t>
      </w:r>
    </w:p>
    <w:p>
      <w:r>
        <w:rPr>
          <w:b/>
        </w:rPr>
        <w:t xml:space="preserve">[1:53:14] </w:t>
      </w:r>
      <w:r>
        <w:t>tazkiye ke amal ke liye maut ki yaad bohat taqatwar zariya hai. maut ki yaad tazkiye ko faur karne ke ek kaam ki hesiyat de deti hai.</w:t>
      </w:r>
    </w:p>
    <w:p>
      <w:pPr>
        <w:jc w:val="right"/>
      </w:pPr>
      <w:r>
        <w:t>تزکیے کے عمل کے لیے موت کی یاد بہت طاقتور ذریعہ ہے۔ موت کی یاد تزکیے کو فی الفور کرنے کے ایک کام کی حیثیت دے دیتی ہے۔</w:t>
      </w:r>
    </w:p>
    <w:p>
      <w:r>
        <w:rPr>
          <w:b/>
        </w:rPr>
        <w:t xml:space="preserve">[1:53:24] </w:t>
      </w:r>
      <w:r>
        <w:t>maut ki yaad aadmi ke andar is pehlu se ek sense of urgency paida karti hai.</w:t>
      </w:r>
    </w:p>
    <w:p>
      <w:pPr>
        <w:jc w:val="right"/>
      </w:pPr>
      <w:r>
        <w:t>موت کی یاد آدمی کے اندر اس پہلو سے ایک سینس آف ارجنسی پیدا کرتی ہے۔</w:t>
      </w:r>
    </w:p>
    <w:p>
      <w:r>
        <w:rPr>
          <w:b/>
        </w:rPr>
        <w:t xml:space="preserve">[1:53:31] </w:t>
      </w:r>
      <w:r>
        <w:t>maut aadmi ko yaad dilati hai ke tazkiye ke amal mein dair ka tum tahammul nahi kar sakte. tazkiye ka kaam aaj kar dalo kyunke kal ke bare mein nahi maloom ke woh tumhare liye maut ka din hoga ya zindagi ka din.</w:t>
      </w:r>
    </w:p>
    <w:p>
      <w:pPr>
        <w:jc w:val="right"/>
      </w:pPr>
      <w:r>
        <w:t>موت آدمی کو یاد دلاتی ہے کہ تزکیے کے عمل میں تاخیر کا تم تحمل نہیں کر سکتے۔ تزکیے کا کام آج کر ڈالو کیونکہ کل کے بارے میں نہیں معلوم کہ وہ تمہارے لیے موت کا دن ہوگا یا زندگی کا دن۔</w:t>
      </w:r>
    </w:p>
    <w:p>
      <w:r>
        <w:rPr>
          <w:b/>
        </w:rPr>
        <w:t xml:space="preserve">[1:53:45] </w:t>
      </w:r>
      <w:r>
        <w:t>maut ka tasawwur aadmi ko yaad dilata hai ke tum par kisi bhi lamhe woh waqt aane wala hai jab ke tum mar jaoge. is ke baad tum ko is sangin soorat e haal ka samna pesh aane wala hai jis ko quran mein in alfaaz mein bayan kiya gaya hai</w:t>
      </w:r>
    </w:p>
    <w:p>
      <w:pPr>
        <w:jc w:val="right"/>
      </w:pPr>
      <w:r>
        <w:t>موت کا تصور آدمی کو یاد دلاتا ہے کہ تم پر کسی بھی لمحہ وہ وقت آنے والا ہے جب کہ تم مر جاؤ گے۔ اس کے بعد تم کو اس سنگین صورتحال کا سامنا پیش آنے والا ہے جس کو قرآن میں ان الفاظ میں بیان کیا گیا ہے</w:t>
      </w:r>
    </w:p>
    <w:p>
      <w:r>
        <w:rPr>
          <w:b/>
        </w:rPr>
        <w:t xml:space="preserve">[1:54:00] </w:t>
      </w:r>
      <w:r>
        <w:t>: "yom yaqoomu alnnasu lirabbi alAAalamina" surah number 83 ayat 6. yaani malik e kainaat ke samne insaan ka khada kiya jana.</w:t>
      </w:r>
    </w:p>
    <w:p>
      <w:pPr>
        <w:jc w:val="right"/>
      </w:pPr>
      <w:r>
        <w:t>: "یوم یقوم الناس لرب العالمین" سورہ نمبر 83 آیت 6۔ یعنی مالک کائنات کے سامنے انسان کا کھڑا کیا جانا۔</w:t>
      </w:r>
    </w:p>
    <w:p>
      <w:r>
        <w:rPr>
          <w:b/>
        </w:rPr>
        <w:t xml:space="preserve">[1:54:11] </w:t>
      </w:r>
      <w:r>
        <w:t>yeh woh din hoga jab ke farishtay insaan ko le ja kar khuda ke samne pesh kar den ge. khuda jo har khule aur chhupe ko janta hai, woh insaan se us ke qaul o amal ka hisab le ga.</w:t>
      </w:r>
    </w:p>
    <w:p>
      <w:pPr>
        <w:jc w:val="right"/>
      </w:pPr>
      <w:r>
        <w:t>یہ وہ دن ہوگا جب کہ فرشتے انسان کو لے جا کر خدا کے سامنے پیش کر دیں گے۔ خدا جو ہر کھلے اور چھپے کو جانتا ہے، وہ انسان سے اس کے قول و عمل کا حساب لے گا۔</w:t>
      </w:r>
    </w:p>
    <w:p>
      <w:r>
        <w:rPr>
          <w:b/>
        </w:rPr>
        <w:t xml:space="preserve">[1:54:24] </w:t>
      </w:r>
      <w:r>
        <w:t>ek hadith ke mutabiq insaan ke qadam us waqt tak allah ke samne se nahi haten ge jab tak ke woh allah ke sawalat ka jawab na de de: "la tazoolu qadammu 'abdin yawma alqiyamati hatta yus'ala 'an arba'in".</w:t>
      </w:r>
    </w:p>
    <w:p>
      <w:pPr>
        <w:jc w:val="right"/>
      </w:pPr>
      <w:r>
        <w:t>ایک حدیث کے مطابق انسان کے قدم اس وقت تک اللہ کے سامنے سے نہیں ہٹیں گے جب تک وہ اللہ کے سوالات کا جواب نہ دے دے: "لا تزول قدم عبد یوم القیامت حتی یسعل عن اربعین"۔</w:t>
      </w:r>
    </w:p>
    <w:p>
      <w:r>
        <w:rPr>
          <w:b/>
        </w:rPr>
        <w:t xml:space="preserve">[1:54:37] </w:t>
      </w:r>
      <w:r>
        <w:t>maut ko yaad karne ka matlab yeh hai ke aadmi apni zindagi ke is nazuk tareen lamhe ko yaad kare. woh is aanay wale waqt ke bare mein sochta rahe jo bahar haal us par aaye ga.</w:t>
      </w:r>
    </w:p>
    <w:p>
      <w:pPr>
        <w:jc w:val="right"/>
      </w:pPr>
      <w:r>
        <w:t>موت کو یاد کرنے کا مطلب یہ ہے کہ آدمی اپنی زندگی کے اس نازک ترین لمحے کو یاد کرے۔ وہ اس آنے والے وقت کے بارے میں سوچتا رہے جو بہرحال اس پر آئے گا۔</w:t>
      </w:r>
    </w:p>
    <w:p>
      <w:r>
        <w:rPr>
          <w:b/>
        </w:rPr>
        <w:t xml:space="preserve">[1:54:51] </w:t>
      </w:r>
      <w:r>
        <w:t>is din us ke abadi mustaqbil yaani eternal future ka faisla kiya jayega. yeh soch bilashuba ek aisi soch hai jo aadmi ke andar zalzala paida kar de.</w:t>
      </w:r>
    </w:p>
    <w:p>
      <w:pPr>
        <w:jc w:val="right"/>
      </w:pPr>
      <w:r>
        <w:t>اس دن اس کے ابدی مستقبل یعنی ایٹرنل فیوچر کا فیصلہ کیا جائے گا۔ یہ سوچ بلاشبہ ایک ایسی سوچ ہے جو آدمی کے اندر زلزلہ پیدا کر دے۔</w:t>
      </w:r>
    </w:p>
    <w:p>
      <w:r>
        <w:rPr>
          <w:b/>
        </w:rPr>
        <w:t xml:space="preserve">[1:55:02] </w:t>
      </w:r>
      <w:r>
        <w:t>yeh ek haqeeqat hai ke jo shakhs is tarah maut ke bare mein soche, woh apne tazkiye ke bare mein be had fikar mand ho jayega. woh aakhri had tak yeh koshish karega ke woh har pehlu se apna tazkiya kar dale is se pehle ke us par maut aaye aur us ke liye apni islaah ka waqt baqi na rahe.</w:t>
      </w:r>
    </w:p>
    <w:p>
      <w:pPr>
        <w:jc w:val="right"/>
      </w:pPr>
      <w:r>
        <w:t>یہ ایک حقیقت ہے کہ جو شخص اس طرح موت کے بارے میں سوچے، وہ اپنے تزکیہ کے بارے میں بے حد فکرمند ہو جائے گا۔ وہ آخری حد تک یہ کوشش کرے گا کہ وہ ہر پہلو سے اپنا تزکیہ کر ڈالے اس سے پہلے کہ اس پر موت آئے اور اس کے لیے اپنی اصلاح کا وقت باقی نہ رہے۔</w:t>
      </w:r>
    </w:p>
    <w:p>
      <w:r>
        <w:rPr>
          <w:b/>
        </w:rPr>
        <w:t xml:space="preserve">[1:55:28] </w:t>
      </w:r>
      <w:r>
        <w:t>tazkiye ka maqsad. kitab "tazkiya e nafs" maulana wahiduddin khan, safha number 59.</w:t>
      </w:r>
    </w:p>
    <w:p>
      <w:pPr>
        <w:jc w:val="right"/>
      </w:pPr>
      <w:r>
        <w:t>تزکیہ کا مقصد۔ کتاب "تزکیہ نفس" مولانا وحید الدین خان، صفحہ نمبر 59۔</w:t>
      </w:r>
    </w:p>
    <w:p>
      <w:r>
        <w:rPr>
          <w:b/>
        </w:rPr>
        <w:t xml:space="preserve">[1:55:42] </w:t>
      </w:r>
      <w:r>
        <w:t>quran ki surah al zumar mein ahle jannat ke muamle ko is tarah bataya gaya hai: "aur jo log apne rab se dare, woh giroh dar giroh jannat ki taraf le jayen ge.</w:t>
      </w:r>
    </w:p>
    <w:p>
      <w:pPr>
        <w:jc w:val="right"/>
      </w:pPr>
      <w:r>
        <w:t>قرآن کی سورہ الزمر میں اہل جنت کے معاملے کو اس طرح بتایا گیا ہے: "اور جو لوگ اپنے رب سے ڈرے، وہ گروہ در گروہ جنت کی طرف لے جائے جائیں گے۔</w:t>
      </w:r>
    </w:p>
    <w:p>
      <w:r>
        <w:rPr>
          <w:b/>
        </w:rPr>
        <w:t xml:space="preserve">[1:55:53] </w:t>
      </w:r>
      <w:r>
        <w:t>yahan tak ke jab woh wahan pohnchen ge to jannat ke darwaze khol diye jayen ge aur jannat ke muhafiz un se kahenge ke salam ho tum par, khushhal raho, pas tum jannat mein dakhil ho jao hamesha ke liye.</w:t>
      </w:r>
    </w:p>
    <w:p>
      <w:pPr>
        <w:jc w:val="right"/>
      </w:pPr>
      <w:r>
        <w:t>یہاں تک کہ جب وہ وہاں پہنچیں گے تو جنت کے دروازے کھول دیے جائیں گے اور جنت کے محافظ ان سے کہیں گے کہ سلام ہو تم پر، خوشحال رہو، پس تم جنت میں داخل ہو جاؤ ہمیشہ کے لیے۔</w:t>
      </w:r>
    </w:p>
    <w:p>
      <w:r>
        <w:rPr>
          <w:b/>
        </w:rPr>
        <w:t xml:space="preserve">[1:56:07] </w:t>
      </w:r>
      <w:r>
        <w:t>aur woh kahenge ke shukr hai us allah ka jis ne hamare sath apna wada sach kar dikhaya aur us ne hum ko is zameen ka waris bana diya.</w:t>
      </w:r>
    </w:p>
    <w:p>
      <w:pPr>
        <w:jc w:val="right"/>
      </w:pPr>
      <w:r>
        <w:t>اور وہ کہیں گے کہ شکر ہے اس اللہ کا جس نے ہمارے ساتھ اپنا وعدہ سچ کر دکھایا اور اس نے ہم کو اس زمین کا وارث بنا دیا۔</w:t>
      </w:r>
    </w:p>
    <w:p>
      <w:r>
        <w:rPr>
          <w:b/>
        </w:rPr>
        <w:t xml:space="preserve">[1:56:16] </w:t>
      </w:r>
      <w:r>
        <w:t>hum jannat mein jahan chahen maqam karen, pas kiya khoob badla hai amal karne walon ka. aur</w:t>
      </w:r>
    </w:p>
    <w:p>
      <w:pPr>
        <w:jc w:val="right"/>
      </w:pPr>
      <w:r>
        <w:t>ہم جنت میں جہاں چاہیں مقام کریں، پس کیا خوب بدلہ ہے عمل کرنے والوں کا۔ اور</w:t>
      </w:r>
    </w:p>
    <w:p>
      <w:r>
        <w:rPr>
          <w:b/>
        </w:rPr>
        <w:t xml:space="preserve">[1:56:23] </w:t>
      </w:r>
      <w:r>
        <w:t>tum farishton ko dekhoge ke woh arsh ke gird halqa banaye hue apne rab ki hamd o tasbeeh karte honge aur logon ke darmiyan theek theek faisla kar diya jayega aur kaha jayega ke sari hamd allah ke liye hai,</w:t>
      </w:r>
    </w:p>
    <w:p>
      <w:pPr>
        <w:jc w:val="right"/>
      </w:pPr>
      <w:r>
        <w:t>تم فرشتوں کو دیکھو گے کہ وہ عرش کے گرد حلقہ بنائے ہوئے اپنے رب کی حمد و تسبیح کرتے ہوں گے اور لوگوں کے درمیان ٹھیک ٹھیک فیصلہ کر دیا جائے گا اور کہا جائے گا کہ ساری حمد اللہ کے لیے ہے،</w:t>
      </w:r>
    </w:p>
    <w:p>
      <w:r>
        <w:rPr>
          <w:b/>
        </w:rPr>
        <w:t xml:space="preserve">[1:56:38] </w:t>
      </w:r>
      <w:r>
        <w:t>aalim ka rab" surah number 39 ayat 73 to 75.</w:t>
      </w:r>
    </w:p>
    <w:p>
      <w:pPr>
        <w:jc w:val="right"/>
      </w:pPr>
      <w:r>
        <w:t>عالم کا خداوند" سورہ نمبر 39 آیت 73 ٹو 75۔</w:t>
      </w:r>
    </w:p>
    <w:p>
      <w:r>
        <w:rPr>
          <w:b/>
        </w:rPr>
        <w:t xml:space="preserve">[1:56:46] </w:t>
      </w:r>
      <w:r>
        <w:t>alhamdulillah rabbil alameen ki ayat surah al fatiha mein maujood dunya ki nisbat se aayi hai. surah al zumar ke mazkoora iqtibas mein yeh ayat dobara akhirat ki dunya ke liye aayi hai.</w:t>
      </w:r>
    </w:p>
    <w:p>
      <w:pPr>
        <w:jc w:val="right"/>
      </w:pPr>
      <w:r>
        <w:t>الحمدللہ رب العالمین کی آیت سورہ الفاتحہ میں موجود دنیا کی نسبت سے آئی ہے۔ سورہ الزمر کے مذکورہ اقتباس میں یہ آیت دوبارہ آخرت کی دنیا کے لیے آئی ہے۔</w:t>
      </w:r>
    </w:p>
    <w:p>
      <w:r>
        <w:rPr>
          <w:b/>
        </w:rPr>
        <w:t xml:space="preserve">[1:57:01] </w:t>
      </w:r>
      <w:r>
        <w:t>is se maloom hota hai ke insaan se asal cheez jo matloob hai, woh hamd e ilahi hai. yahi cheez maujooda dunya mein bhi matloob hai aur akhirat mein bhi yahi cheez matloob hogi.</w:t>
      </w:r>
    </w:p>
    <w:p>
      <w:pPr>
        <w:jc w:val="right"/>
      </w:pPr>
      <w:r>
        <w:t>اس سے معلوم ہوتا ہے کہ انسان سے اصل چیز جو مطلوب ہے، وہ حمد خداوندی ہے۔ یہی چیز موجودہ دنیا میں بھی مطلوب ہے اور آخرت میں بھی یہی چیز مطلوب ہوگی۔</w:t>
      </w:r>
    </w:p>
    <w:p>
      <w:r>
        <w:rPr>
          <w:b/>
        </w:rPr>
        <w:t xml:space="preserve">[1:57:14] </w:t>
      </w:r>
      <w:r>
        <w:t>tazkiye ka asal maqsad yeh hai ke aisi pak roohein yaani purified souls wajood mein aayen jo akhirat mein mabni bar rahm nizam e hayat ka hissa ban saken.</w:t>
      </w:r>
    </w:p>
    <w:p>
      <w:pPr>
        <w:jc w:val="right"/>
      </w:pPr>
      <w:r>
        <w:t>تزکیے کا اصل مقصد یہ ہے کہ ایسی پاک روحیں یعنی پیوریفائیڈ سولز وجود میں آئیں جو آخرت میں مبنی برحم نظام حیات کا حصہ بن سکیں۔</w:t>
      </w:r>
    </w:p>
    <w:p>
      <w:r>
        <w:rPr>
          <w:b/>
        </w:rPr>
        <w:t xml:space="preserve">[1:57:27] </w:t>
      </w:r>
      <w:r>
        <w:t>maujooda dunya mein insaan ka ek kaam yeh tha ke woh ek tehzeeb yaani civilization ko wajood mein laye. insaan ne bare paimane par yeh kaam anjam diya.</w:t>
      </w:r>
    </w:p>
    <w:p>
      <w:pPr>
        <w:jc w:val="right"/>
      </w:pPr>
      <w:r>
        <w:t>موجودہ دنیا میں انسان کا ایک کام یہ تھا کہ وہ ایک تہذیب یعنی سویلائزیشن کو وجود میں لائے۔ انسان نے بڑے پیمانے پر یہ کام انجام دیا۔</w:t>
      </w:r>
    </w:p>
    <w:p>
      <w:r>
        <w:rPr>
          <w:b/>
        </w:rPr>
        <w:t xml:space="preserve">[1:57:39] </w:t>
      </w:r>
      <w:r>
        <w:t>hajri daur yaani stone age se aaghaz kar ke us ne is ko electronic daur yaani electronic age tak pohncha diya. yeh kaam fitrat ke qawaneen ko daryaft karne ke zariye anjam paya lekin amal an yeh hua ke insaan ne ek sahi kaam mein galat kaam ko mila diya.</w:t>
      </w:r>
    </w:p>
    <w:p>
      <w:pPr>
        <w:jc w:val="right"/>
      </w:pPr>
      <w:r>
        <w:t>حجری دور یعنی سٹون ایج سے آغاز کر کے اس نے اس کو الیکٹرانک دور یعنی الیکٹرانک ایج تک پہنچا دیا۔ یہ کام فطرت کے قوانین کو دریافت کرنے کے ذریعے انجام پایا لیکن عملاً یہ ہوا کہ انسان نے ایک صحیح کام میں غلط کام کو ملا دیا۔</w:t>
      </w:r>
    </w:p>
    <w:p>
      <w:r>
        <w:rPr>
          <w:b/>
        </w:rPr>
        <w:t xml:space="preserve">[1:57:58] </w:t>
      </w:r>
      <w:r>
        <w:t>fitrat ki taqaton par qabu paane ke baad woh sarkash ban gaya. us ne istibdadi nizam yaani despotic system qaim kiya.</w:t>
      </w:r>
    </w:p>
    <w:p>
      <w:pPr>
        <w:jc w:val="right"/>
      </w:pPr>
      <w:r>
        <w:t>فطرت کی طاقتوں پر قابو پانے کے بعد وہ سرکش بن گیا۔ اس نے استبدادی نظام یعنی ڈیسپوٹک سسٹم قائم کیا۔</w:t>
      </w:r>
    </w:p>
    <w:p>
      <w:r>
        <w:rPr>
          <w:b/>
        </w:rPr>
        <w:t xml:space="preserve">[1:58:08] </w:t>
      </w:r>
      <w:r>
        <w:t>us ne azadi ke naam par anarchy phailayi. us ne fashion ke naam par uryaniyat yaani nudity ko riwaj diya waghera.</w:t>
      </w:r>
    </w:p>
    <w:p>
      <w:pPr>
        <w:jc w:val="right"/>
      </w:pPr>
      <w:r>
        <w:t>اس نے آزادی کے نام پر انارکی پھیلائی۔ اس نے فیشن کے نام پر عریانیت یعنی نیوڈیٹی کو رواج دیا وغیرہ۔</w:t>
      </w:r>
    </w:p>
    <w:p>
      <w:r>
        <w:rPr>
          <w:b/>
        </w:rPr>
        <w:t xml:space="preserve">[1:58:19] </w:t>
      </w:r>
      <w:r>
        <w:t>is liye qayamat mein yeh hoga ke saleh logon ko muntakhib kar ke un ko yeh mauqa diya jayega ke woh rabbani tehzeeb ko zyada behtar taur par qaim karen.</w:t>
      </w:r>
    </w:p>
    <w:p>
      <w:pPr>
        <w:jc w:val="right"/>
      </w:pPr>
      <w:r>
        <w:t>اس لیے قیامت میں یہ ہوگا کہ صالح لوگوں کو منتخب کر کے ان کو یہ موقع دیا جائے گا کہ وہ ربانی تہذیب کو زیادہ بہتر طور پر قائم کریں۔</w:t>
      </w:r>
    </w:p>
    <w:p>
      <w:r>
        <w:rPr>
          <w:b/>
        </w:rPr>
        <w:t xml:space="preserve">[1:58:29] </w:t>
      </w:r>
      <w:r>
        <w:t>yahi woh haqeeqat hai jis ko quran ki aik ayat mein is tarah bayan kiya gaya hai:</w:t>
      </w:r>
    </w:p>
    <w:p>
      <w:pPr>
        <w:jc w:val="right"/>
      </w:pPr>
      <w:r>
        <w:t>یہی وہ حقیقت ہے جس کو قرآن کی ایک آیت میں اس طرح بیان کیا گیا ہے:</w:t>
      </w:r>
    </w:p>
    <w:p>
      <w:r>
        <w:rPr>
          <w:b/>
        </w:rPr>
        <w:t xml:space="preserve">[1:58:34] </w:t>
      </w:r>
      <w:r>
        <w:t>"innal ardh yerisuha ibadiyas salihun" surah number 22 ayat 105. haqEEQAT yeh hai ke insani zindagi ma'rifat ka aik safar hai.</w:t>
      </w:r>
    </w:p>
    <w:p>
      <w:pPr>
        <w:jc w:val="right"/>
      </w:pPr>
      <w:r>
        <w:t>"ان الارضیرثہ عبادی الصالحون" سورہ نمبر 22 آیت 105۔ حقیقت یہ ہے کہ انسانی زندگی معرفت کا ایک سفر ہے۔</w:t>
      </w:r>
    </w:p>
    <w:p>
      <w:r>
        <w:rPr>
          <w:b/>
        </w:rPr>
        <w:t xml:space="preserve">[1:58:46] </w:t>
      </w:r>
      <w:r>
        <w:t>yeh safar dunya se le kar akhirat tak chala ja raha hai. dunya mein ma'rifat ka safar mahdood tor par anjam pata hai. akhirat mein ma'rifat ka safar la mahdood tor par jaari rahe ga.</w:t>
      </w:r>
    </w:p>
    <w:p>
      <w:pPr>
        <w:jc w:val="right"/>
      </w:pPr>
      <w:r>
        <w:t>یہ سفر دنیا سے لے کر آخرت تک چلا جا رہا ہے۔ دنیا میں معرفت کا سفر محدود طور پر انجام پاتا ہے۔ آخرت میں معرفت کا سفر لامحدود طور پر جاری رہے گا۔</w:t>
      </w:r>
    </w:p>
    <w:p>
      <w:r>
        <w:rPr>
          <w:b/>
        </w:rPr>
        <w:t xml:space="preserve">[1:58:59] </w:t>
      </w:r>
      <w:r>
        <w:t>is safar ko kamyabi ke sath wahi shakhs tay kar sakta hai jo apna tazkiya kar ke apne aap ko is ka ahal banaye.</w:t>
      </w:r>
    </w:p>
    <w:p>
      <w:pPr>
        <w:jc w:val="right"/>
      </w:pPr>
      <w:r>
        <w:t>اس سفر کو کامیابی کے ساتھ وہی شخص طے کر سکتا ہے جو اپنا تزکیہ کر کے اپنے آپ کو اس کا اہل بنائے۔</w:t>
      </w:r>
    </w:p>
    <w:p>
      <w:r>
        <w:rPr>
          <w:b/>
        </w:rPr>
        <w:t xml:space="preserve">[1:59:07] </w:t>
      </w:r>
      <w:r>
        <w:t>quran mein bataya gaya hai ke Allah ke kalmaat itne zyada hain ke agar dunya ke tamam samundaron</w:t>
      </w:r>
    </w:p>
    <w:p>
      <w:pPr>
        <w:jc w:val="right"/>
      </w:pPr>
      <w:r>
        <w:t>قرآن میں بتایا گیا ہے کہ اللہ کے کلمات اتنے زیادہ ہیں کہ اگر دنیا کے تمام سمندروں</w:t>
      </w:r>
    </w:p>
    <w:p>
      <w:r>
        <w:rPr>
          <w:b/>
        </w:rPr>
        <w:t xml:space="preserve">[1:59:13] </w:t>
      </w:r>
      <w:r>
        <w:t>ko aur unke barabar mazeed samundaron ko siyahi yani ink bana diya jaye aur dunya ke tamam</w:t>
      </w:r>
    </w:p>
    <w:p>
      <w:pPr>
        <w:jc w:val="right"/>
      </w:pPr>
      <w:r>
        <w:t>کو اور ان کے برابر مزید سمندروں کو سیاہی یعنی انک بنا دیا جائے اور دنیا کے تمام</w:t>
      </w:r>
    </w:p>
    <w:p>
      <w:r>
        <w:rPr>
          <w:b/>
        </w:rPr>
        <w:t xml:space="preserve">[1:59:21] </w:t>
      </w:r>
      <w:r>
        <w:t>darakhton ko qalam bana diya jaye aur phir Allah ke kalmaat ko likhna shuru kiya jaye to tamam</w:t>
      </w:r>
    </w:p>
    <w:p>
      <w:pPr>
        <w:jc w:val="right"/>
      </w:pPr>
      <w:r>
        <w:t>درختوں کو قلم بنا دیا جائے اور پھر اللہ کے کلمات کو لکھنا شروع کیا جائے تو تمام</w:t>
      </w:r>
    </w:p>
    <w:p>
      <w:r>
        <w:rPr>
          <w:b/>
        </w:rPr>
        <w:t xml:space="preserve">[1:59:27] </w:t>
      </w:r>
      <w:r>
        <w:t>samundaron ki siyahi khatm ho jayegi magar Allah ke kalmaat khatm na honge. Surah number 31</w:t>
      </w:r>
    </w:p>
    <w:p>
      <w:pPr>
        <w:jc w:val="right"/>
      </w:pPr>
      <w:r>
        <w:t>سمندروں کی سیاہی ختم ہو جائے گی مگر اللہ کے کلمات ختم نہ ہوں گے سورہ نمبر 31</w:t>
      </w:r>
    </w:p>
    <w:p>
      <w:r>
        <w:rPr>
          <w:b/>
        </w:rPr>
        <w:t xml:space="preserve">[1:59:34] </w:t>
      </w:r>
      <w:r>
        <w:t>Aayat 27.</w:t>
      </w:r>
    </w:p>
    <w:p>
      <w:pPr>
        <w:jc w:val="right"/>
      </w:pPr>
      <w:r>
        <w:t>آیت 27۔</w:t>
      </w:r>
    </w:p>
    <w:p>
      <w:r>
        <w:rPr>
          <w:b/>
        </w:rPr>
        <w:t xml:space="preserve">[1:59:37] </w:t>
      </w:r>
      <w:r>
        <w:t>yeh baat jo quran mein kahi gayi hai woh khabar nahi hai balke woh insha hai yaani is ka matlab yeh hai ke ahl-e-iman ko chahiye ke woh Allah ke in kalmat ko daryaft karen aur is tarah woh apni ma'rifat ko musalsal barhate rahen.</w:t>
      </w:r>
    </w:p>
    <w:p>
      <w:pPr>
        <w:jc w:val="right"/>
      </w:pPr>
      <w:r>
        <w:t>یہ بات جو قرآن میں کہی گئی ہے وہ خبر نہیں ہے بلکہ وہ انشاء ہے یعنی اس کا مطلب یہ ہے کہ اہل ایمان کو چاہیے کہ وہ اللہ کے ان کلمات کو دریافت کریں اور اس طرح وہ اپنی معرفت کو مسلسل بڑھاتے رہیں۔</w:t>
      </w:r>
    </w:p>
    <w:p>
      <w:r>
        <w:rPr>
          <w:b/>
        </w:rPr>
        <w:t xml:space="preserve">[1:59:53] </w:t>
      </w:r>
      <w:r>
        <w:t>quran ki pehli ayat yeh hai: "alhamdulillah rabbil alamin" surah number aik ayat number aik. yeh ayat bhi khabar nahi hai balke woh insha</w:t>
      </w:r>
    </w:p>
    <w:p>
      <w:pPr>
        <w:jc w:val="right"/>
      </w:pPr>
      <w:r>
        <w:t>قرآن کی پہلی آیت یہ ہے: "الحمدللہ رب العالمین" سورہ نمبر ایک آیت نمبر ایک۔ یہ آیت بھی خبر نہیں ہے بلکہ وہ انش</w:t>
      </w:r>
    </w:p>
    <w:p>
      <w:r>
        <w:rPr>
          <w:b/>
        </w:rPr>
        <w:t xml:space="preserve">[2:00:03] </w:t>
      </w:r>
      <w:r>
        <w:t>hai. yeh ayat daryaft ma'rifat ke dunyavi aghaz ko batati hai. doosri jagah quran mein akhirat ke hawale se yahi ayat is tarah aayi hai: "wa qeel alhamdulillah rabbil alamin" surah number 39 ayat number 75.</w:t>
      </w:r>
    </w:p>
    <w:p>
      <w:pPr>
        <w:jc w:val="right"/>
      </w:pPr>
      <w:r>
        <w:t>اء ہے۔ یہ آیت دریافت معرفت کے دنیاوی آغاز کو بتاتی ہے۔ دوسری جگہ قرآن میں آخرت کے حوالے سے یہی آیت اس طرح آئی ہے: "وقیل الحمدللہ رب العالمین" سورہ نمبر 39 آیت نمبر 75۔</w:t>
      </w:r>
    </w:p>
    <w:p>
      <w:r>
        <w:rPr>
          <w:b/>
        </w:rPr>
        <w:t xml:space="preserve">[2:00:19] </w:t>
      </w:r>
      <w:r>
        <w:t>yeh doosri ayat daryaft ma'rifat ke agle marhale ko batati hai jo akhirat ke ziyada behtar mahol mein abad tak jaari rahe ga.</w:t>
      </w:r>
    </w:p>
    <w:p>
      <w:pPr>
        <w:jc w:val="right"/>
      </w:pPr>
      <w:r>
        <w:t>یہ دوسری آیت دریافت معرفت کے اگلے مرحلے کو بتاتی ہے جو آخرت کے زیادہ بہتر ماحول میں ابد تک جاری رہے گا۔</w:t>
      </w:r>
    </w:p>
    <w:p>
      <w:r>
        <w:rPr>
          <w:b/>
        </w:rPr>
        <w:t xml:space="preserve">[2:00:28] </w:t>
      </w:r>
      <w:r>
        <w:t>aik hadith mein bataya gaya hai ke: "inna allaha yudinnu bir rajulil fajir" sahih al bukhari. is hadith mein jis deeni taeed ka zikr hai us ka sab se bara misdaq ghaleban unniswin sadi aur beeswin sadi ke science danon ka amal hai.</w:t>
      </w:r>
    </w:p>
    <w:p>
      <w:pPr>
        <w:jc w:val="right"/>
      </w:pPr>
      <w:r>
        <w:t>ایک حدیث میں بتایا گیا ہے کہ: "ان اللہ الدین بالرجل الفاجر" صحیح البخاری۔ اس حدیث میں جس دینی تائید کا ذکر ہے اس کا سب سے بڑا مصداق غالباً انیسویں صدی اور بیسویں صدی کے سائنس دانوں کا عمل ہے۔</w:t>
      </w:r>
    </w:p>
    <w:p>
      <w:r>
        <w:rPr>
          <w:b/>
        </w:rPr>
        <w:t xml:space="preserve">[2:00:46] </w:t>
      </w:r>
      <w:r>
        <w:t>unhon ne ma'rifat ke husool ke liye aik scientific framework diya.</w:t>
      </w:r>
    </w:p>
    <w:p>
      <w:pPr>
        <w:jc w:val="right"/>
      </w:pPr>
      <w:r>
        <w:t>انہوں نے معرفت کے حصول کے لیے ایک سائنٹیفک فریم ورک دیا۔</w:t>
      </w:r>
    </w:p>
    <w:p>
      <w:r>
        <w:rPr>
          <w:b/>
        </w:rPr>
        <w:t xml:space="preserve">[2:00:51] </w:t>
      </w:r>
      <w:r>
        <w:t>akhirat mein is safar ma'rifat ko jaari rakhne ke liye ahl-e-iman ko ziyada aala darje ke mu'eedin hasil honge. yeh malaika honge jaisa ke quran mein aaya hai: "nahnu awliya'u fid dunya wa fil akhirah" surah number 41 ayat 31.</w:t>
      </w:r>
    </w:p>
    <w:p>
      <w:pPr>
        <w:jc w:val="right"/>
      </w:pPr>
      <w:r>
        <w:t>آخرت میں اس سفر معرفت کو جاری رکھنے کے لیے اہل ایمان کو زیادہ اعلیٰ درجے کے معیدین حاصل ہوں گے۔ یہ ملائکہ ہوں گے جیسا کہ قرآن میں آیا ہے: "نحن اولیاء فی الحیات الدنیا وفی الاخرہ" سورہ نمبر 41 آیت 31۔</w:t>
      </w:r>
    </w:p>
    <w:p>
      <w:r>
        <w:rPr>
          <w:b/>
        </w:rPr>
        <w:t xml:space="preserve">[2:01:17] </w:t>
      </w:r>
      <w:r>
        <w:t>tazkiya ka meyar. kitab "tazkiya-e-nafs" Maulana Wahiduddin Khan safha number 62.</w:t>
      </w:r>
    </w:p>
    <w:p>
      <w:pPr>
        <w:jc w:val="right"/>
      </w:pPr>
      <w:r>
        <w:t>تزکیے کا معیار۔ کتاب "تزکیہ نفس" مولانا وحید الدین خان صفحہ نمبر 62۔</w:t>
      </w:r>
    </w:p>
    <w:p>
      <w:r>
        <w:rPr>
          <w:b/>
        </w:rPr>
        <w:t xml:space="preserve">[2:01:30] </w:t>
      </w:r>
      <w:r>
        <w:t>tazkiya ka meyar yaani criterion kya hai? tazkiya ka meyar yeh hai ke aadmi ko islami tarz-e-fikr aur islami tarz-e-amal se itni ziyada munasebat paida ho jaye ke woh us ko apne dil ki awaz mehsoos karne lage.</w:t>
      </w:r>
    </w:p>
    <w:p>
      <w:pPr>
        <w:jc w:val="right"/>
      </w:pPr>
      <w:r>
        <w:t>تزکیے کا معیار یعنی کرائٹیرین کیا ہے؟ تزکیے کا معیار یہ ہے کہ آدمی کو اسلامی طرز فکر اور اسلامی طرز عمل سے اتنی زیادہ مناسبت پیدا ہو جائے کہ وہ اس کو اپنے دل کی آواز محسوس کرنے لگے۔</w:t>
      </w:r>
    </w:p>
    <w:p>
      <w:r>
        <w:rPr>
          <w:b/>
        </w:rPr>
        <w:t xml:space="preserve">[2:01:47] </w:t>
      </w:r>
      <w:r>
        <w:t>woh kisi girani ke baghair us ko foran qubool kar le khwah woh us ke muwafiq ho ya us ke khilaf. tazkiya ka asal maqsad taluq billah bataya gaya hai.</w:t>
      </w:r>
    </w:p>
    <w:p>
      <w:pPr>
        <w:jc w:val="right"/>
      </w:pPr>
      <w:r>
        <w:t>وہ کسی گرانی کے بغیر اس کو فوراً قبول کر لے خواہ وہ اس کے موافق ہو یا اس کے خلاف۔ تزکیے کا اصل مقصد تعلق باللہ بتایا گیا ہے۔</w:t>
      </w:r>
    </w:p>
    <w:p>
      <w:r>
        <w:rPr>
          <w:b/>
        </w:rPr>
        <w:t xml:space="preserve">[2:01:57] </w:t>
      </w:r>
      <w:r>
        <w:t>yeh bilkul durust hai. is ko doosre lafzon mein is tarah kaha ja sakta hai ke tazkiya ki pehchan yeh hai ke bande ka sole consent sirf aik hasti ban jaye aur woh Khuda ki hasti hai.</w:t>
      </w:r>
    </w:p>
    <w:p>
      <w:pPr>
        <w:jc w:val="right"/>
      </w:pPr>
      <w:r>
        <w:t>یہ بالکل درست ہے۔ اس کو دوسرے لفظوں میں اس طرح کہا جا سکتا ہے کہ تزکیے کی پہچان یہ ہے کہ بندے کا سول کنسن صرف ایک ہستی بن جائے اور وہ خدا کی ہستی ہے۔</w:t>
      </w:r>
    </w:p>
    <w:p>
      <w:r>
        <w:rPr>
          <w:b/>
        </w:rPr>
        <w:t xml:space="preserve">[2:02:11] </w:t>
      </w:r>
      <w:r>
        <w:t>isi ka istilahi naam tauheed hai</w:t>
      </w:r>
    </w:p>
    <w:p>
      <w:pPr>
        <w:jc w:val="right"/>
      </w:pPr>
      <w:r>
        <w:t>اسی کا اصطلاحی نام توحید ہے</w:t>
      </w:r>
    </w:p>
    <w:p>
      <w:r>
        <w:rPr>
          <w:b/>
        </w:rPr>
        <w:t xml:space="preserve">[2:02:14] </w:t>
      </w:r>
      <w:r>
        <w:t>yaani shirk se mukammal taur par pak hona aur Allah ko mukammal taur par apna markaz tawajjuh bana lena. Khuda ko apna sole consent banana koi saada baat nahi.</w:t>
      </w:r>
    </w:p>
    <w:p>
      <w:pPr>
        <w:jc w:val="right"/>
      </w:pPr>
      <w:r>
        <w:t>یعنی شرک سے مکمل طور پر پاک ہونا اور اللہ کو مکمل طور پر اپنا مرکز توجہ بنا لینا۔ خدا کو اپنا سول کنسن بنانا کوئی سادہ بات نہیں۔</w:t>
      </w:r>
    </w:p>
    <w:p>
      <w:r>
        <w:rPr>
          <w:b/>
        </w:rPr>
        <w:t xml:space="preserve">[2:02:27] </w:t>
      </w:r>
      <w:r>
        <w:t>yeh aadmi ki zaat mein kamil inqalab ke hum ma'ni hai. aise insaan ka haal yeh hota hai ke woh poore ma'non mein Khuda ko dene wala yaani giver samajhne lagta hai aur apne aap ko poore ma'non mein paane wala yaani taker.</w:t>
      </w:r>
    </w:p>
    <w:p>
      <w:pPr>
        <w:jc w:val="right"/>
      </w:pPr>
      <w:r>
        <w:t>یہ آدمی کی ذات میں کامل انقلاب کے ہم معنی ہے۔ ایسے انسان کا حال یہ ہوتا ہے کہ وہ پورے معنوں میں خدا کو دینے والا یعنی گیور سمجھنے لگتا ہے اور اپنے آپ کو پورے معنوں میں پانے والا یعنی ٹیکر۔</w:t>
      </w:r>
    </w:p>
    <w:p>
      <w:r>
        <w:rPr>
          <w:b/>
        </w:rPr>
        <w:t xml:space="preserve">[2:02:44] </w:t>
      </w:r>
      <w:r>
        <w:t>is ki soch Khuda rukhi soch ban jati hai. is ke jazbat ka markaz Khuda ban jata hai. is ki baat aur is ke kirdaar mein Khuda ka rang dikhai dene lagta hai.</w:t>
      </w:r>
    </w:p>
    <w:p>
      <w:pPr>
        <w:jc w:val="right"/>
      </w:pPr>
      <w:r>
        <w:t>اس کی سوچ خدا رخی سوچ بن جاتی ہے۔ اس کے جذبات کا مرکز خدا بن جاتا ہے۔ اس کی بات اور اس کے کردار میں خدا کا رنگ دکھائی دینے لگتا ہے۔</w:t>
      </w:r>
    </w:p>
    <w:p>
      <w:r>
        <w:rPr>
          <w:b/>
        </w:rPr>
        <w:t xml:space="preserve">[2:02:56] </w:t>
      </w:r>
      <w:r>
        <w:t>is ke andar kamil ma'non mein tawazu yaani modesty paida ho jati hai. woh aik cut to size insaan yaani man cut to size ban jata hai.</w:t>
      </w:r>
    </w:p>
    <w:p>
      <w:pPr>
        <w:jc w:val="right"/>
      </w:pPr>
      <w:r>
        <w:t>اس کے اندر کامل معنوں میں تواضع یعنی ماڈسٹی پیدا ہو جاتی ہے۔ وہ ایک کٹو سائز انسان یعنی مین کٹو سائز بن جاتا ہے۔</w:t>
      </w:r>
    </w:p>
    <w:p>
      <w:r>
        <w:rPr>
          <w:b/>
        </w:rPr>
        <w:t xml:space="preserve">[2:03:06] </w:t>
      </w:r>
      <w:r>
        <w:t>doosron ke liye is ke dil mein nafrat ke bajaye khair khwahi paida ho jati hai.</w:t>
      </w:r>
    </w:p>
    <w:p>
      <w:pPr>
        <w:jc w:val="right"/>
      </w:pPr>
      <w:r>
        <w:t>دوسروں کے لیے اس کے دل میں نفرت کے بجائے خیر خواہی پیدا ہو جاتی ہے۔</w:t>
      </w:r>
    </w:p>
    <w:p>
      <w:r>
        <w:rPr>
          <w:b/>
        </w:rPr>
        <w:t xml:space="preserve">[2:03:12] </w:t>
      </w:r>
      <w:r>
        <w:t>is se logon ko akarr ke bajaye etiraf ka tajruba hone lagta hai. woh har maamle mein apni ghalti dhoondhne lagta hai. bajaye is ke ke woh doosron ko ghalt sabit karne ki koshish kare, woh bolne se ziyada khamoshi ko pasand karne lagta hai.</w:t>
      </w:r>
    </w:p>
    <w:p>
      <w:pPr>
        <w:jc w:val="right"/>
      </w:pPr>
      <w:r>
        <w:t>اس سے لوگوں کو اکڑ کے بجائے اعتراف کا تجربہ ہونے لگتا ہے۔ وہ ہر معاملے میں اپنی غلطی ڈھونڈنے لگتا ہے۔ بجائے اس کے کہ وہ دوسروں کو غلط ثابت کرنے کی کوشش کرے، وہ بولنے سے زیادہ خاموشی کو پسند کرنے لگتا ہے۔</w:t>
      </w:r>
    </w:p>
    <w:p>
      <w:r>
        <w:rPr>
          <w:b/>
        </w:rPr>
        <w:t xml:space="preserve">[2:03:29] </w:t>
      </w:r>
      <w:r>
        <w:t>age ki seat hasil karne ke bajaye peechay ki seat is ke liye mehboob ban jati hai.</w:t>
      </w:r>
    </w:p>
    <w:p>
      <w:pPr>
        <w:jc w:val="right"/>
      </w:pPr>
      <w:r>
        <w:t>آگے کی سیٹ حاصل کرنے کے بجائے پیچھے کی سیٹ اس کے لیے محبوب بن جاتی ہے۔</w:t>
      </w:r>
    </w:p>
    <w:p>
      <w:r>
        <w:rPr>
          <w:b/>
        </w:rPr>
        <w:t xml:space="preserve">[2:03:35] </w:t>
      </w:r>
      <w:r>
        <w:t>woh bolne se pehle yeh sochta hai ke meri baat Khuda ke yahan qabil-e-qubool hogi ya woh Khuda ke yahan radd kar di jayegi. woh tanhai mein bhi isi tarah muhtat ho jata hai jis tarah koi shakhs majme ke darmiyan muhtat hota hai.</w:t>
      </w:r>
    </w:p>
    <w:p>
      <w:pPr>
        <w:jc w:val="right"/>
      </w:pPr>
      <w:r>
        <w:t>وہ بولنے سے پہلے یہ سوچتا ہے کہ میری بات خدا کے یہاں قابل قبول ہوگی یا وہ خدا کے یہاں رد کر دی جائے گی۔ وہ تنہائی میں بھی اسی طرح محتاط ہو جاتا ہے جس طرح کوئی شخص مجمعے کے درمیان محتاط ہوتا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