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Purpose of Existence September9, 2012</w:t>
      </w:r>
    </w:p>
    <w:p>
      <w:r>
        <w:t>https://youtu.be/GB_OC-LeGCE</w:t>
      </w:r>
    </w:p>
    <w:p>
      <w:r>
        <w:rPr>
          <w:b/>
        </w:rPr>
        <w:t xml:space="preserve">[00:13] </w:t>
      </w:r>
      <w:r>
        <w:t>bismillah hir rahman nir rahim, wa salla Allahu ala an nabiyyil karim.</w:t>
      </w:r>
    </w:p>
    <w:p>
      <w:pPr>
        <w:jc w:val="right"/>
      </w:pPr>
      <w:r>
        <w:t>بسماللہ الرحمن الرحیم ، وصلیاللہ علی النبی الکریم ۔</w:t>
      </w:r>
    </w:p>
    <w:p>
      <w:r>
        <w:rPr>
          <w:b/>
        </w:rPr>
        <w:t xml:space="preserve">[00:23] </w:t>
      </w:r>
      <w:r>
        <w:t>rabbi shrahli sadri, wa yassirli amri, wah lul uqdatan min lisani, yafqahu qawli.</w:t>
      </w:r>
    </w:p>
    <w:p>
      <w:pPr>
        <w:jc w:val="right"/>
      </w:pPr>
      <w:r>
        <w:t>رباشرحلی صدری، و یسرلی امری، واحلالعقد ۃمن لسانی ، یفقہ قولی۔</w:t>
      </w:r>
    </w:p>
    <w:p>
      <w:r>
        <w:rPr>
          <w:b/>
        </w:rPr>
        <w:t xml:space="preserve">[00:38] </w:t>
      </w:r>
      <w:r>
        <w:t>aaj september 2012 ki 9 tareekh hai. aaj ke liye</w:t>
      </w:r>
    </w:p>
    <w:p>
      <w:pPr>
        <w:jc w:val="right"/>
      </w:pPr>
      <w:r>
        <w:t>آج ستمبر 2012 کی9 تاریخ ہے۔ آج کےلیے</w:t>
      </w:r>
    </w:p>
    <w:p>
      <w:r>
        <w:rPr>
          <w:b/>
        </w:rPr>
        <w:t xml:space="preserve">[00:51] </w:t>
      </w:r>
      <w:r>
        <w:t>jo topic hai woh hai "the purpose of existence".</w:t>
      </w:r>
    </w:p>
    <w:p>
      <w:pPr>
        <w:jc w:val="right"/>
      </w:pPr>
      <w:r>
        <w:t>جو ٹاپکہے وہہے "دا پرپسآف ایگزسٹنس"۔</w:t>
      </w:r>
    </w:p>
    <w:p>
      <w:r>
        <w:rPr>
          <w:b/>
        </w:rPr>
        <w:t xml:space="preserve">[01:00] </w:t>
      </w:r>
      <w:r>
        <w:t>yaani wajood insani ka maqsad.</w:t>
      </w:r>
    </w:p>
    <w:p>
      <w:pPr>
        <w:jc w:val="right"/>
      </w:pPr>
      <w:r>
        <w:t>یعنی وجود انسانیکا مقصد ۔</w:t>
      </w:r>
    </w:p>
    <w:p>
      <w:r>
        <w:rPr>
          <w:b/>
        </w:rPr>
        <w:t xml:space="preserve">[01:10] </w:t>
      </w:r>
      <w:r>
        <w:t>yeh bilashuba bohat hi zyada important topic hai,</w:t>
      </w:r>
    </w:p>
    <w:p>
      <w:pPr>
        <w:jc w:val="right"/>
      </w:pPr>
      <w:r>
        <w:t>یہ بلاشبہ بہت ہی زیادہ امپورٹنٹٹاپکہے،</w:t>
      </w:r>
    </w:p>
    <w:p>
      <w:r>
        <w:rPr>
          <w:b/>
        </w:rPr>
        <w:t xml:space="preserve">[01:18] </w:t>
      </w:r>
      <w:r>
        <w:t>aur bohat se log pichli tareekh mein is par sochte rahe hain.</w:t>
      </w:r>
    </w:p>
    <w:p>
      <w:pPr>
        <w:jc w:val="right"/>
      </w:pPr>
      <w:r>
        <w:t>اور بہت سےلوگ پچھلیتاریخ میں اسپرسوچتےرہےہیں۔</w:t>
      </w:r>
    </w:p>
    <w:p>
      <w:r>
        <w:rPr>
          <w:b/>
        </w:rPr>
        <w:t xml:space="preserve">[01:25] </w:t>
      </w:r>
      <w:r>
        <w:t>lekin ajeeb baat hai ke</w:t>
      </w:r>
    </w:p>
    <w:p>
      <w:pPr>
        <w:jc w:val="right"/>
      </w:pPr>
      <w:r>
        <w:t>لیکن عجیبباتہےکہ</w:t>
      </w:r>
    </w:p>
    <w:p>
      <w:r>
        <w:rPr>
          <w:b/>
        </w:rPr>
        <w:t xml:space="preserve">[01:30] </w:t>
      </w:r>
      <w:r>
        <w:t>taqreeban 3000 saal ki soch ke bawajood</w:t>
      </w:r>
    </w:p>
    <w:p>
      <w:pPr>
        <w:jc w:val="right"/>
      </w:pPr>
      <w:r>
        <w:t>تقریباً 3 000سال کی سوچکےباوجود</w:t>
      </w:r>
    </w:p>
    <w:p>
      <w:r>
        <w:rPr>
          <w:b/>
        </w:rPr>
        <w:t xml:space="preserve">[01:37] </w:t>
      </w:r>
      <w:r>
        <w:t>yeh subject abhi tak "untold story" bana hua hai.</w:t>
      </w:r>
    </w:p>
    <w:p>
      <w:pPr>
        <w:jc w:val="right"/>
      </w:pPr>
      <w:r>
        <w:t>یہ سبجیکٹابھیتک "انڈولڈسٹوری"بناہواہے۔</w:t>
      </w:r>
    </w:p>
    <w:p>
      <w:r>
        <w:rPr>
          <w:b/>
        </w:rPr>
        <w:t xml:space="preserve">[01:48] </w:t>
      </w:r>
      <w:r>
        <w:t>bohat hi ajeeb baat hai. Dekhiye, Rene Descartes French philosopher tha, uski death hui 1650 mein.</w:t>
      </w:r>
    </w:p>
    <w:p>
      <w:pPr>
        <w:jc w:val="right"/>
      </w:pPr>
      <w:r>
        <w:t>بہتہیعجیبباتہے۔ دیکھیے، رینی ریکارڈ فرنچفلاسفرتھا، اسکی ڈیتھہوئی 16 50 میں ۔</w:t>
      </w:r>
    </w:p>
    <w:p>
      <w:r>
        <w:rPr>
          <w:b/>
        </w:rPr>
        <w:t xml:space="preserve">[02:03] </w:t>
      </w:r>
      <w:r>
        <w:t>usne kaha tha ke "Aithenk, therefore I exist".</w:t>
      </w:r>
    </w:p>
    <w:p>
      <w:pPr>
        <w:jc w:val="right"/>
      </w:pPr>
      <w:r>
        <w:t>اسنےکہاتھا کہ" آئیتھنک دیرفور آئیایگزسٹ"۔</w:t>
      </w:r>
    </w:p>
    <w:p>
      <w:r>
        <w:rPr>
          <w:b/>
        </w:rPr>
        <w:t xml:space="preserve">[02:13] </w:t>
      </w:r>
      <w:r>
        <w:t>is tarah Descartes ne apni maujoodgi ko daryaft kiya ke main maujood hoon is kainat mein.</w:t>
      </w:r>
    </w:p>
    <w:p>
      <w:pPr>
        <w:jc w:val="right"/>
      </w:pPr>
      <w:r>
        <w:t>اسطرح ڈیکارٹنے اپنی موجود گیکودریا فتکیا کہ میںموجود ہوں اسکائناتمیں ۔</w:t>
      </w:r>
    </w:p>
    <w:p>
      <w:r>
        <w:rPr>
          <w:b/>
        </w:rPr>
        <w:t xml:space="preserve">[02:24] </w:t>
      </w:r>
      <w:r>
        <w:t>lekin is maujoodgi ka purpose kya hai, yeh Descartes ko maloom na ho saka.</w:t>
      </w:r>
    </w:p>
    <w:p>
      <w:pPr>
        <w:jc w:val="right"/>
      </w:pPr>
      <w:r>
        <w:t>لیکن اس موجود گی کا پرپسکیاہے، یہ ڈیکارٹکومعلومنہہوسکا۔</w:t>
      </w:r>
    </w:p>
    <w:p>
      <w:r>
        <w:rPr>
          <w:b/>
        </w:rPr>
        <w:t xml:space="preserve">[02:36] </w:t>
      </w:r>
      <w:r>
        <w:t>main samajhta hoon ke sab se pehle history mein sab se zyada</w:t>
      </w:r>
    </w:p>
    <w:p>
      <w:pPr>
        <w:jc w:val="right"/>
      </w:pPr>
      <w:r>
        <w:t>میںسمجھتاہوںکہ سبسے پہلے نونہسٹریمیں سبسےزیادہ</w:t>
      </w:r>
    </w:p>
    <w:p>
      <w:r>
        <w:rPr>
          <w:b/>
        </w:rPr>
        <w:t xml:space="preserve">[02:46] </w:t>
      </w:r>
      <w:r>
        <w:t>khaas naam is Aristotle ka hai. Aristotle Greek philosopher tha, uski death hui 322 BCE mein,</w:t>
      </w:r>
    </w:p>
    <w:p>
      <w:pPr>
        <w:jc w:val="right"/>
      </w:pPr>
      <w:r>
        <w:t>خاص نام اسسٹمارسٹارٹلکاہے۔ ارسٹارٹل گریکفلاسفرتھا، اسکیڈیتھہوئی 3 2 2 بیسیمیں،</w:t>
      </w:r>
    </w:p>
    <w:p>
      <w:r>
        <w:rPr>
          <w:b/>
        </w:rPr>
        <w:t xml:space="preserve">[03:00] </w:t>
      </w:r>
      <w:r>
        <w:t>ya'ni Maseeh se pehle.</w:t>
      </w:r>
    </w:p>
    <w:p>
      <w:pPr>
        <w:jc w:val="right"/>
      </w:pPr>
      <w:r>
        <w:t>یعنیمسیحسےپہلے۔</w:t>
      </w:r>
    </w:p>
    <w:p>
      <w:r>
        <w:rPr>
          <w:b/>
        </w:rPr>
        <w:t xml:space="preserve">[03:04] </w:t>
      </w:r>
      <w:r>
        <w:t>usne ek theory develop ki thi ke insaan bohat hi high quality ke saath paida hua hai.</w:t>
      </w:r>
    </w:p>
    <w:p>
      <w:pPr>
        <w:jc w:val="right"/>
      </w:pPr>
      <w:r>
        <w:t>اسنے ایک تھیوریڈویلپکیتھی کہ انسان بہت ہی ہائیکوالٹیکےساتھ پیدا ہواہے۔</w:t>
      </w:r>
    </w:p>
    <w:p>
      <w:r>
        <w:rPr>
          <w:b/>
        </w:rPr>
        <w:t xml:space="preserve">[03:21] </w:t>
      </w:r>
      <w:r>
        <w:t>lekin is potential ko unfold karne ke liye, ya is potential ko actual banane ke liye, zaroorat hai ek foolproof system ki.</w:t>
      </w:r>
    </w:p>
    <w:p>
      <w:pPr>
        <w:jc w:val="right"/>
      </w:pPr>
      <w:r>
        <w:t>لیکن اس پوٹینشلکو انفولڈکرنےکےلیے، یااسپوٹینشلکو ایکچولبنانےکےلیے، ضرورت ہےایک فیوری بل سسٹمکی۔</w:t>
      </w:r>
    </w:p>
    <w:p>
      <w:r>
        <w:rPr>
          <w:b/>
        </w:rPr>
        <w:t xml:space="preserve">[03:34] </w:t>
      </w:r>
      <w:r>
        <w:t>few variables system ke baghair insaan apni is high quality ko unfold nahin kar sakta. Is liye usne Alexander, jo uske zamaney mein crown prince tha aur woh uska tutor bhi tha, usko tayyar karna chaha ke is ideal system ko badshah banne ke baad woh ban</w:t>
      </w:r>
    </w:p>
    <w:p>
      <w:pPr>
        <w:jc w:val="right"/>
      </w:pPr>
      <w:r>
        <w:t>فی وری بلسسٹمکےبغیر انسان اپنی اسہائیکوالٹیکوانفولڈنہیںکرسکتا۔ اس لیےاسنے الیگزینڈر،جو اسکےزمان ےمیں کراؤنپرنستھا اور وہاسکاٹیوٹربھیتھا، اسکو تیارکرناچاہا کہ اس آئیڈیلسسٹمکو بادشاہبننےکےبعد وہ بن</w:t>
      </w:r>
    </w:p>
    <w:p>
      <w:r>
        <w:rPr>
          <w:b/>
        </w:rPr>
        <w:t xml:space="preserve">[04:00] </w:t>
      </w:r>
      <w:r>
        <w:t>aaye. Lekin aap jante hain ke Alexander the Great is kaam ko nahin kar saka. To Aristotle ke baad yeh thinking mazeed develop na ho saki.</w:t>
      </w:r>
    </w:p>
    <w:p>
      <w:pPr>
        <w:jc w:val="right"/>
      </w:pPr>
      <w:r>
        <w:t>ائے۔ لیکن آپجانتےہیںکہالیگزینڈرداگریٹ اسکامکونہیںکرسکا۔ تو ارسٹارٹلکےبعد یہ تھنکنگ مزید ڈیولپنہہوسکی۔</w:t>
      </w:r>
    </w:p>
    <w:p>
      <w:r>
        <w:rPr>
          <w:b/>
        </w:rPr>
        <w:t xml:space="preserve">[04:18] </w:t>
      </w:r>
      <w:r>
        <w:t>main samajhta hoon ke is ke baad ek bara naam paida hua Karl Marx ka, jiski death hui thi 1883 mein.</w:t>
      </w:r>
    </w:p>
    <w:p>
      <w:pPr>
        <w:jc w:val="right"/>
      </w:pPr>
      <w:r>
        <w:t>میں سمجھتاہوںکہ اسکےبعد ایک بڑانام پیدا ہوا کار لمارکسکا ،جسکی ڈیتھہوئیتھی 18 83میں۔</w:t>
      </w:r>
    </w:p>
    <w:p>
      <w:r>
        <w:rPr>
          <w:b/>
        </w:rPr>
        <w:t xml:space="preserve">[04:28] </w:t>
      </w:r>
      <w:r>
        <w:t>woh German thinker tha. To usne is concept ko, ya'ni is concept ko Aristotle ne philosophize kiya tha.</w:t>
      </w:r>
    </w:p>
    <w:p>
      <w:pPr>
        <w:jc w:val="right"/>
      </w:pPr>
      <w:r>
        <w:t>وہ جرمن تھنکرتھا۔ تواسنے اس کان سیپٹکو ،یعنیاسکان سیپٹکو کرسٹارٹلنےتو فلاسفائزکیاتھا۔</w:t>
      </w:r>
    </w:p>
    <w:p>
      <w:r>
        <w:rPr>
          <w:b/>
        </w:rPr>
        <w:t xml:space="preserve">[04:43] </w:t>
      </w:r>
      <w:r>
        <w:t>yeh jo concept hai ke baghair system ke aadmi apne potential ko actual nahin bana sakta.</w:t>
      </w:r>
    </w:p>
    <w:p>
      <w:pPr>
        <w:jc w:val="right"/>
      </w:pPr>
      <w:r>
        <w:t>یہجوکانسیپٹہے کہ بغیر سسٹمکے آدمی اپنے پوٹینشلکو ایکچولنہیںبناسکتا۔</w:t>
      </w:r>
    </w:p>
    <w:p>
      <w:r>
        <w:rPr>
          <w:b/>
        </w:rPr>
        <w:t xml:space="preserve">[04:56] </w:t>
      </w:r>
      <w:r>
        <w:t>to us ko Aristotle ne philosophize kiya tha, ya'ni philosophical term mein band kiya tha.</w:t>
      </w:r>
    </w:p>
    <w:p>
      <w:pPr>
        <w:jc w:val="right"/>
      </w:pPr>
      <w:r>
        <w:t>تو اسکو ارسٹارٹلنے ف لاسفائزکیاتھا، یعنی فلاس فیکلٹرممیںبین کیاتھا۔</w:t>
      </w:r>
    </w:p>
    <w:p>
      <w:r>
        <w:rPr>
          <w:b/>
        </w:rPr>
        <w:t xml:space="preserve">[05:06] </w:t>
      </w:r>
      <w:r>
        <w:t>is ke baad Karl Marx ne us ko secularize kiya, ya'ni secular term mein band kiya.</w:t>
      </w:r>
    </w:p>
    <w:p>
      <w:pPr>
        <w:jc w:val="right"/>
      </w:pPr>
      <w:r>
        <w:t>اسکےبعد کارلمارکسنےاسکو سیکولرائزکیا ، یعنیسیکولرٹرممیںبین کیا۔</w:t>
      </w:r>
    </w:p>
    <w:p>
      <w:r>
        <w:rPr>
          <w:b/>
        </w:rPr>
        <w:t xml:space="preserve">[05:18] </w:t>
      </w:r>
      <w:r>
        <w:t>lekin aap jante hain ke phir bhi woh actualize na ho saka.</w:t>
      </w:r>
    </w:p>
    <w:p>
      <w:pPr>
        <w:jc w:val="right"/>
      </w:pPr>
      <w:r>
        <w:t>لیکن آپ جانتےہیںکہ پھربھیوہ ایکچولائزنہہوسکا۔</w:t>
      </w:r>
    </w:p>
    <w:p>
      <w:r>
        <w:rPr>
          <w:b/>
        </w:rPr>
        <w:t xml:space="preserve">[05:29] </w:t>
      </w:r>
      <w:r>
        <w:t>is ke baad history aati hai Muslim world tak. 20th century mein Muslim world mein do mind paida hue.</w:t>
      </w:r>
    </w:p>
    <w:p>
      <w:pPr>
        <w:jc w:val="right"/>
      </w:pPr>
      <w:r>
        <w:t>اسکےبعد ہسٹریآتیہے مسلم ورلڈتک ۔ 2 0سین چریمیں مسلمورلڈمیں دو مائنڈپیدا ہوئے۔</w:t>
      </w:r>
    </w:p>
    <w:p>
      <w:r>
        <w:rPr>
          <w:b/>
        </w:rPr>
        <w:t xml:space="preserve">[05:40] </w:t>
      </w:r>
      <w:r>
        <w:t>Arab world mein Syed Qutb aur Indian subcontinent mein Syed Abul Ala.</w:t>
      </w:r>
    </w:p>
    <w:p>
      <w:pPr>
        <w:jc w:val="right"/>
      </w:pPr>
      <w:r>
        <w:t>عرب ورلڈمیں سید عطف اور انڈ ین سبکانٹیننٹمیں سید ابولہبہ۔</w:t>
      </w:r>
    </w:p>
    <w:p>
      <w:r>
        <w:rPr>
          <w:b/>
        </w:rPr>
        <w:t xml:space="preserve">[05:48] </w:t>
      </w:r>
      <w:r>
        <w:t>un logon ne is concept ko Islamize kiya aur yeh kaha ke Islam is just system ko bana sakta hai jis mein individual apne potential ko actual bana sake.</w:t>
      </w:r>
    </w:p>
    <w:p>
      <w:pPr>
        <w:jc w:val="right"/>
      </w:pPr>
      <w:r>
        <w:t>انلوگوںنے اس کانسیپٹکو اسلام ائزکیا اوریہکہاکہاسلام اس جسٹ سسٹمکوبناسکتاہے جسمیں انڈیویجول اپنے پوٹینشلکو ایکچولبناسکے۔</w:t>
      </w:r>
    </w:p>
    <w:p>
      <w:r>
        <w:rPr>
          <w:b/>
        </w:rPr>
        <w:t xml:space="preserve">[06:07] </w:t>
      </w:r>
      <w:r>
        <w:t>lekin dono ke dono fail ho gaye aur kuch bhi duniya ko na de sake, siwaye ladai, jhagda, fasaad aur kuch nahi de sake.</w:t>
      </w:r>
    </w:p>
    <w:p>
      <w:pPr>
        <w:jc w:val="right"/>
      </w:pPr>
      <w:r>
        <w:t>لیکن دونوںکےدونوںفیل ہوگئے اورکچھبھی دنیا کونہدےسکے،سوائےلڑائی، جھگڑا،فساد اور کچھنہیںدےسکے۔</w:t>
      </w:r>
    </w:p>
    <w:p>
      <w:r>
        <w:rPr>
          <w:b/>
        </w:rPr>
        <w:t xml:space="preserve">[06:19] </w:t>
      </w:r>
      <w:r>
        <w:t>to yeh bohat hi zyada sochne wali baat hai</w:t>
      </w:r>
    </w:p>
    <w:p>
      <w:pPr>
        <w:jc w:val="right"/>
      </w:pPr>
      <w:r>
        <w:t>تویہ بہت ہیزیادہ سوچنےوالیباتہے</w:t>
      </w:r>
    </w:p>
    <w:p>
      <w:r>
        <w:rPr>
          <w:b/>
        </w:rPr>
        <w:t xml:space="preserve">[06:25] </w:t>
      </w:r>
      <w:r>
        <w:t>ke yeh itna bada,</w:t>
      </w:r>
    </w:p>
    <w:p>
      <w:pPr>
        <w:jc w:val="right"/>
      </w:pPr>
      <w:r>
        <w:t>کہ یہ اتنابڑا،</w:t>
      </w:r>
    </w:p>
    <w:p>
      <w:r>
        <w:rPr>
          <w:b/>
        </w:rPr>
        <w:t xml:space="preserve">[06:29] </w:t>
      </w:r>
      <w:r>
        <w:t>itna bada koi question answered pada hua hai.</w:t>
      </w:r>
    </w:p>
    <w:p>
      <w:pPr>
        <w:jc w:val="right"/>
      </w:pPr>
      <w:r>
        <w:t>اتنابڑا کوئسچن ان انسرڈکوپڑاہواہے۔</w:t>
      </w:r>
    </w:p>
    <w:p>
      <w:r>
        <w:rPr>
          <w:b/>
        </w:rPr>
        <w:t xml:space="preserve">[06:36] </w:t>
      </w:r>
      <w:r>
        <w:t>ismein ek wajah to mere nazdeek yeh hai ke jo bade bade mind hain, woh ismein involve nahi hue.</w:t>
      </w:r>
    </w:p>
    <w:p>
      <w:pPr>
        <w:jc w:val="right"/>
      </w:pPr>
      <w:r>
        <w:t>اسمیں ایک وجہ تومیرےنزدیکیہہے کہجو بڑےبڑےمائنڈہیں، وہ اسمیں انوالونہیںہوئے۔</w:t>
      </w:r>
    </w:p>
    <w:p>
      <w:r>
        <w:rPr>
          <w:b/>
        </w:rPr>
        <w:t xml:space="preserve">[06:45] </w:t>
      </w:r>
      <w:r>
        <w:t>jo bade bade mind hain, Allah taala jin ko badi badi salahiyaton ke saath paida karta hai, woh sab ke sab, yani immediate gain mein phans kar reh gaye.</w:t>
      </w:r>
    </w:p>
    <w:p>
      <w:pPr>
        <w:jc w:val="right"/>
      </w:pPr>
      <w:r>
        <w:t>جوبڑےبڑےمائنڈہیں،اللہ تعالیجن کوبڑیبڑی صلاحیتوںکےساتھپیدا کرتاہے، وہ سب کےسب ،یعنی موردین9 9 پرسنٹ ، امیڈیٹگینمیں پھنسکررہگئے۔</w:t>
      </w:r>
    </w:p>
    <w:p>
      <w:r>
        <w:rPr>
          <w:b/>
        </w:rPr>
        <w:t xml:space="preserve">[06:59] </w:t>
      </w:r>
      <w:r>
        <w:t>immediate gain.</w:t>
      </w:r>
    </w:p>
    <w:p>
      <w:pPr>
        <w:jc w:val="right"/>
      </w:pPr>
      <w:r>
        <w:t>امیڈیٹگین۔</w:t>
      </w:r>
    </w:p>
    <w:p>
      <w:r>
        <w:rPr>
          <w:b/>
        </w:rPr>
        <w:t xml:space="preserve">[07:03] </w:t>
      </w:r>
      <w:r>
        <w:t>yeh question juda hua hai post immediate se, yaani after immediate se.</w:t>
      </w:r>
    </w:p>
    <w:p>
      <w:pPr>
        <w:jc w:val="right"/>
      </w:pPr>
      <w:r>
        <w:t>یہ کوئسچن جڑاہواہے پوسٹامیڈیٹسے ،یعنیافٹرامیڈیٹسے۔</w:t>
      </w:r>
    </w:p>
    <w:p>
      <w:r>
        <w:rPr>
          <w:b/>
        </w:rPr>
        <w:t xml:space="preserve">[07:10] </w:t>
      </w:r>
      <w:r>
        <w:t>to immediate gain mein itna zyada involve kiya unhone apne aap ko ke post immediate ke bare mein woh zyada soch nahi sake.</w:t>
      </w:r>
    </w:p>
    <w:p>
      <w:pPr>
        <w:jc w:val="right"/>
      </w:pPr>
      <w:r>
        <w:t>تو امی ڈیٹ گین میں اتنازیادہ انوالوکیاانہوںنےاپنےآپکو کہ پوسٹ امیڈیٹ کےبارےمیں وہزیادہ سوچنہیںسکے۔</w:t>
      </w:r>
    </w:p>
    <w:p>
      <w:r>
        <w:rPr>
          <w:b/>
        </w:rPr>
        <w:t xml:space="preserve">[07:21] </w:t>
      </w:r>
      <w:r>
        <w:t>aur bohat ajeeb, is se bhi zyada ajeeb baat yeh hai ke har aadmi dekhta hai ke sab mar rahe hain. Jo log immediate gain mein apne ko jinhone dala aur bade bade empire</w:t>
      </w:r>
    </w:p>
    <w:p>
      <w:pPr>
        <w:jc w:val="right"/>
      </w:pPr>
      <w:r>
        <w:t>اوربہتعجیب ،اسسےبھیزیادہعجیبباتیہہےکہہرآدمیدیکھتاہےکہسب مررہےہیں۔ جولوگ امیڈیٹگین میں اپنے کو جنہوںنے ڈالا اوربڑےبڑے ایمپائر</w:t>
      </w:r>
    </w:p>
    <w:p>
      <w:r>
        <w:rPr>
          <w:b/>
        </w:rPr>
        <w:t xml:space="preserve">[07:34] </w:t>
      </w:r>
      <w:r>
        <w:t>banaye, apne kisi ne political empire, kisi ne commercial empire, kisi ne apne family ka empire banaya, lekin ek second mein usko chhod kar chale gaye is duniya se.</w:t>
      </w:r>
    </w:p>
    <w:p>
      <w:pPr>
        <w:jc w:val="right"/>
      </w:pPr>
      <w:r>
        <w:t>بنائے،اپنے کسی نےپولیٹیکلایمپائر ،کسی نے کمرشلایمپائر ،کسی نےاپنے فیمکاایمپائربنایا، لیکن ایک سیکنڈمیں اسکوچھوڑکرچلےگئےاسدنیا سے ۔</w:t>
      </w:r>
    </w:p>
    <w:p>
      <w:r>
        <w:rPr>
          <w:b/>
        </w:rPr>
        <w:t xml:space="preserve">[07:49] </w:t>
      </w:r>
      <w:r>
        <w:t>sab kuch yahan reh gaya, woh chale gaye kahin doosri duniya mein. To iske baad, iske bawajood, bade bade mind ismein apne ko involve nahi ho sake, bas immediate gain mein phanse reh gaye.</w:t>
      </w:r>
    </w:p>
    <w:p>
      <w:pPr>
        <w:jc w:val="right"/>
      </w:pPr>
      <w:r>
        <w:t>سبکچھیہاںرہگیا،وہچلےگئےکہیں دوسری دنیا میں۔ تو اسکےبعد ،اسکے باوجود ، بڑےبڑےمائنڈاسمیں اپنے کوانوالونہکرسکے، بس امیڈیٹگینیمیںپھنسےرہگئے۔</w:t>
      </w:r>
    </w:p>
    <w:p>
      <w:r>
        <w:rPr>
          <w:b/>
        </w:rPr>
        <w:t xml:space="preserve">[08:04] </w:t>
      </w:r>
      <w:r>
        <w:t>khair, maine apni poori zindagi ismein bitayi hai. Maine koi bhi doosra kaam nahi kiya, na koi job, na koi business, kuch bhi nahi.</w:t>
      </w:r>
    </w:p>
    <w:p>
      <w:pPr>
        <w:jc w:val="right"/>
      </w:pPr>
      <w:r>
        <w:t>خیر، میںنےاپنی پوریزندگی اسمیںبتائیہے۔ میںنےکوئیبھی دوسرا کامنہیں کیا، نہکوئیجاب،نہکوئیبزنس ،کچھبھینہیں ۔</w:t>
      </w:r>
    </w:p>
    <w:p>
      <w:r>
        <w:rPr>
          <w:b/>
        </w:rPr>
        <w:t xml:space="preserve">[08:20] </w:t>
      </w:r>
      <w:r>
        <w:t>to meri discovery yeh hai ke is sawal ka jawab sirf ek hi jagah hai, woh hai Quran.</w:t>
      </w:r>
    </w:p>
    <w:p>
      <w:pPr>
        <w:jc w:val="right"/>
      </w:pPr>
      <w:r>
        <w:t>تومیریڈسکورییہہے کہ اس سوالکا جواب صرف ایکہیجگہہے، وہہے قرآن ۔</w:t>
      </w:r>
    </w:p>
    <w:p>
      <w:r>
        <w:rPr>
          <w:b/>
        </w:rPr>
        <w:t xml:space="preserve">[08:29] </w:t>
      </w:r>
      <w:r>
        <w:t>dekhein, har mazhab ne iska jawab diya gaya tha, lekin pichhle mazhab wohi, woh apne authentic ho chuke hain.</w:t>
      </w:r>
    </w:p>
    <w:p>
      <w:pPr>
        <w:jc w:val="right"/>
      </w:pPr>
      <w:r>
        <w:t>دیکھیں،ہر مذہبنے اسکاجوابدیاگیاتھا، لیکن پچھلےمذاہبجوہیں، وہ اپنے ات ھنٹ سٹکہوچکےہیں۔</w:t>
      </w:r>
    </w:p>
    <w:p>
      <w:r>
        <w:rPr>
          <w:b/>
        </w:rPr>
        <w:t xml:space="preserve">[08:41] </w:t>
      </w:r>
      <w:r>
        <w:t>France ka Rene ek philosopher tha, bohat bada, well known. Usne kaha tha ke sirf Islam hi aisa mazhab hai jo historically authentic mazhab hai.</w:t>
      </w:r>
    </w:p>
    <w:p>
      <w:pPr>
        <w:jc w:val="right"/>
      </w:pPr>
      <w:r>
        <w:t>فرانس کا ریناایک فلاسفرتھا، بہتبڑا، ویلنون۔ اسنےکہاتھا کہ صرف اسلام ہیایسا مذہبہےجو ہسٹوریکلیاتھنٹکمذہبہے۔</w:t>
      </w:r>
    </w:p>
    <w:p>
      <w:r>
        <w:rPr>
          <w:b/>
        </w:rPr>
        <w:t xml:space="preserve">[08:56] </w:t>
      </w:r>
      <w:r>
        <w:t>to usne likha tha ke "unlike other founders of religions, Muhammad is the only prophet who was born in a full light of history".</w:t>
      </w:r>
    </w:p>
    <w:p>
      <w:pPr>
        <w:jc w:val="right"/>
      </w:pPr>
      <w:r>
        <w:t>تواسنےلکھاتھا کہ"انلائک ادر فاؤنڈرز اف ریلیجنز، محمد از دااونلی پرافٹ ہو وازبورن ان اےفل لائٹافہسٹری"۔</w:t>
      </w:r>
    </w:p>
    <w:p>
      <w:r>
        <w:rPr>
          <w:b/>
        </w:rPr>
        <w:t xml:space="preserve">[09:14] </w:t>
      </w:r>
      <w:r>
        <w:t>to Quran woh hai, ek hi authentic book hai.</w:t>
      </w:r>
    </w:p>
    <w:p>
      <w:pPr>
        <w:jc w:val="right"/>
      </w:pPr>
      <w:r>
        <w:t>تو قرآنجوہے، ایکہیاتھنٹکبکہے۔</w:t>
      </w:r>
    </w:p>
    <w:p>
      <w:r>
        <w:rPr>
          <w:b/>
        </w:rPr>
        <w:t xml:space="preserve">[09:21] </w:t>
      </w:r>
      <w:r>
        <w:t>is sense mein nahi ke woh din duniya mein aayi, ek hi kitab</w:t>
      </w:r>
    </w:p>
    <w:p>
      <w:pPr>
        <w:jc w:val="right"/>
      </w:pPr>
      <w:r>
        <w:t>اسسینسمیںنہیںکہ وہیدنیا میںآئی،ایکہیکتاب</w:t>
      </w:r>
    </w:p>
    <w:p>
      <w:r>
        <w:rPr>
          <w:b/>
        </w:rPr>
        <w:t xml:space="preserve">[09:24] </w:t>
      </w:r>
      <w:r>
        <w:t>. Kitab mein jo aayi, woh unke followers usko preserve na kar sake.</w:t>
      </w:r>
    </w:p>
    <w:p>
      <w:pPr>
        <w:jc w:val="right"/>
      </w:pPr>
      <w:r>
        <w:t>۔کتاب یںجوآئیں، وہ انکے فالوورزاسکو پریزرونہکرسکے۔</w:t>
      </w:r>
    </w:p>
    <w:p>
      <w:r>
        <w:rPr>
          <w:b/>
        </w:rPr>
        <w:t xml:space="preserve">[09:33] </w:t>
      </w:r>
      <w:r>
        <w:t>is liye woh preserved text unke paas nahi hai. To Quran mein is sawal ka jawab hai, lekin ajeeb baat hai ke khud Musalman hi is se bekhabar hain.</w:t>
      </w:r>
    </w:p>
    <w:p>
      <w:pPr>
        <w:jc w:val="right"/>
      </w:pPr>
      <w:r>
        <w:t>اسلیےوہ پریزرو ٹیکسٹانکےپاسنہیںہے۔ تو قرآنمیں اسسوالکاجوابہے،لیکن عجیبباتہےکہخودمس لمانہیاسسےبےخبرہیں۔</w:t>
      </w:r>
    </w:p>
    <w:p>
      <w:r>
        <w:rPr>
          <w:b/>
        </w:rPr>
        <w:t xml:space="preserve">[09:44] </w:t>
      </w:r>
      <w:r>
        <w:t>Musalmanon ne Quran ko koi kitab mehzoor bana rakha hai, ab ended book.</w:t>
      </w:r>
    </w:p>
    <w:p>
      <w:pPr>
        <w:jc w:val="right"/>
      </w:pPr>
      <w:r>
        <w:t>مس لمانوںنےقرآن کو کوئیکتاب محظوربنارکھاہے، اب ینڈڈبک ۔</w:t>
      </w:r>
    </w:p>
    <w:p>
      <w:r>
        <w:rPr>
          <w:b/>
        </w:rPr>
        <w:t xml:space="preserve">[09:50] </w:t>
      </w:r>
      <w:r>
        <w:t>woh Quran ki sirf tilawat karte hain, ismein sochte nahi hain. Khair, is sawal ka jawab dekhiye, Quran ke chapter number do mein.</w:t>
      </w:r>
    </w:p>
    <w:p>
      <w:pPr>
        <w:jc w:val="right"/>
      </w:pPr>
      <w:r>
        <w:t>وہقرآنکیصرفتلاوتکرتے ہیں، اسمیں سوچتےنہیںہیں۔ خیر،اسسوالکاجواب دیکھیے، قرآنکے چیپٹرنمبردو میں۔</w:t>
      </w:r>
    </w:p>
    <w:p>
      <w:r>
        <w:rPr>
          <w:b/>
        </w:rPr>
        <w:t xml:space="preserve">[10:02] </w:t>
      </w:r>
      <w:r>
        <w:t>main aap se kahunga ke aap yahan se wapas jaane ke baad Quran ka chapter number do, Al-Baqarah ki verses 30, 31, 32, 33, un verses ko study karein.</w:t>
      </w:r>
    </w:p>
    <w:p>
      <w:pPr>
        <w:jc w:val="right"/>
      </w:pPr>
      <w:r>
        <w:t>میں آپ سےکہوںگاکہآپیہاںسےواپسجانےکےبعد قرآنکا چیپٹرنمبر دو ، البقرہ کی ورسز 3 0 ،3 1،3 2،3 3 ،انورسزکو اسٹڈیکریں۔</w:t>
      </w:r>
    </w:p>
    <w:p>
      <w:r>
        <w:rPr>
          <w:b/>
        </w:rPr>
        <w:t xml:space="preserve">[10:19] </w:t>
      </w:r>
      <w:r>
        <w:t>ismein is sawal ka jawab hai.</w:t>
      </w:r>
    </w:p>
    <w:p>
      <w:pPr>
        <w:jc w:val="right"/>
      </w:pPr>
      <w:r>
        <w:t>اسمیں اسسوالکاجوابہے۔</w:t>
      </w:r>
    </w:p>
    <w:p>
      <w:r>
        <w:rPr>
          <w:b/>
        </w:rPr>
        <w:t xml:space="preserve">[10:23] </w:t>
      </w:r>
      <w:r>
        <w:t>in wars mein ek aa gaya hai ke Allah ta'ala ne insaan ko paida kiya aur zameen ka charge usko diya.</w:t>
      </w:r>
    </w:p>
    <w:p>
      <w:pPr>
        <w:jc w:val="right"/>
      </w:pPr>
      <w:r>
        <w:t>ان ورسزمیںایکآگیاہےکہ اللہ تعالینےانسانکوپیدا کیا اور زمین کا چارجاسکودیا ۔</w:t>
      </w:r>
    </w:p>
    <w:p>
      <w:r>
        <w:rPr>
          <w:b/>
        </w:rPr>
        <w:t xml:space="preserve">[10:34] </w:t>
      </w:r>
      <w:r>
        <w:t>quran mein hai ke Allah ne isko khaleefa banaya. khaleefa ke maani hain yeh jo planet earth hai, iska charge diya insaan ko.</w:t>
      </w:r>
    </w:p>
    <w:p>
      <w:pPr>
        <w:jc w:val="right"/>
      </w:pPr>
      <w:r>
        <w:t>قرآنمیںہےکہ اللہ نے اسکوخلیفہبنایا۔ خلیفہکےمعنیہیں یہجو پلینٹارتھہے، اسکا چارجدیا انسانکو ۔</w:t>
      </w:r>
    </w:p>
    <w:p>
      <w:r>
        <w:rPr>
          <w:b/>
        </w:rPr>
        <w:t xml:space="preserve">[10:45] </w:t>
      </w:r>
      <w:r>
        <w:t>to farishton ne kaha ke us waqt farishte maujood the aur iblis bhi maujood tha. to farishton ne kaha ke "at-taj'al fiha may yufsidu fiha wa yasfik-ud-dima".</w:t>
      </w:r>
    </w:p>
    <w:p>
      <w:pPr>
        <w:jc w:val="right"/>
      </w:pPr>
      <w:r>
        <w:t>تو فرشتوںنےکہاکہ اسوقتفرشتےموجود تھے اور ابلیسبھیموجود تھا۔ تو فرشتوںنےکہاکہ" ات جعل فیہا منیفسد فیہا ویسفکالدما"۔</w:t>
      </w:r>
    </w:p>
    <w:p>
      <w:r>
        <w:rPr>
          <w:b/>
        </w:rPr>
        <w:t xml:space="preserve">[11:01] </w:t>
      </w:r>
      <w:r>
        <w:t>ae rab-ul-alameen, kya tu aise logon ko charge de raha hai zameen par jo wahan fasad karein, mufsidd banein?</w:t>
      </w:r>
    </w:p>
    <w:p>
      <w:pPr>
        <w:jc w:val="right"/>
      </w:pPr>
      <w:r>
        <w:t>اےربالعالم ین،کیا تو ایسے لوگوںکو چارجدےرہاہےزمین پر جووہاںفسادکریں، مفسدبنیں؟</w:t>
      </w:r>
    </w:p>
    <w:p>
      <w:r>
        <w:rPr>
          <w:b/>
        </w:rPr>
        <w:t xml:space="preserve">[11:15] </w:t>
      </w:r>
      <w:r>
        <w:t>to yeh bohat ajeeb baat hai. yaani farishton ne yeh doubt pesh kiya tha us waqt ke insaan to zameen mein fasad barpa karega, corruption karega.</w:t>
      </w:r>
    </w:p>
    <w:p>
      <w:pPr>
        <w:jc w:val="right"/>
      </w:pPr>
      <w:r>
        <w:t>تو یہبہت عجیبباتہے۔ یعنیفرشتوںنے یہ ڈاؤٹ پیشکیاتھااسوقت کہانسان تو زمین میںفساد برپاکرےگا، کرپشنکرےگا۔</w:t>
      </w:r>
    </w:p>
    <w:p>
      <w:r>
        <w:rPr>
          <w:b/>
        </w:rPr>
        <w:t xml:space="preserve">[11:29] </w:t>
      </w:r>
      <w:r>
        <w:t>aur ajeeb baat yeh hai ke yeh jo doubt tha farishton ka, khud Allah ta'ala ne quran mein confirm kar diya ke aisa waqatan pesh aaya.</w:t>
      </w:r>
    </w:p>
    <w:p>
      <w:pPr>
        <w:jc w:val="right"/>
      </w:pPr>
      <w:r>
        <w:t>اور عجیبباتیہہےکہ یہجو ڈاؤٹتھا فرشتوںکا ،خود اللہ تعالی نے قرآنمیں کنفرمکردیا کہایسا واقعتا پیش آیا۔</w:t>
      </w:r>
    </w:p>
    <w:p>
      <w:r>
        <w:rPr>
          <w:b/>
        </w:rPr>
        <w:t xml:space="preserve">[11:41] </w:t>
      </w:r>
      <w:r>
        <w:t>quran ki ek aayat hai "zahar-al-fasadu fil-barri wal-bahri bima kasabat aydin-nas".</w:t>
      </w:r>
    </w:p>
    <w:p>
      <w:pPr>
        <w:jc w:val="right"/>
      </w:pPr>
      <w:r>
        <w:t>قرآنکیایکآیتہے" زہر الفساد فیالبر والبحر بماقسم تالن اس"۔</w:t>
      </w:r>
    </w:p>
    <w:p>
      <w:r>
        <w:rPr>
          <w:b/>
        </w:rPr>
        <w:t xml:space="preserve">[11:51] </w:t>
      </w:r>
      <w:r>
        <w:t>yaani insaanon ke amal se zameen fasad se bhar gayi, khushki o tari mein fasad phail gaya.</w:t>
      </w:r>
    </w:p>
    <w:p>
      <w:pPr>
        <w:jc w:val="right"/>
      </w:pPr>
      <w:r>
        <w:t>یعنیانسانوںکےعمل سے زمین فسادسے بھرگئی، خشکیاورتریمیںفسادپھیلگیا۔</w:t>
      </w:r>
    </w:p>
    <w:p>
      <w:r>
        <w:rPr>
          <w:b/>
        </w:rPr>
        <w:t xml:space="preserve">[12:03] </w:t>
      </w:r>
      <w:r>
        <w:t>to kaisi ajeeb baat hai ke paidaish ke beginning mein farishton ne jo doubt pesh kiya tha, khud quran ki is statement ke mutabiq woh waqe ban gaya</w:t>
      </w:r>
    </w:p>
    <w:p>
      <w:pPr>
        <w:jc w:val="right"/>
      </w:pPr>
      <w:r>
        <w:t>تو کیسیعجیبباتہےکہ پیدائش کے بگننگمیں فرشتوںنے جو ڈاؤٹپیشکیاتھا، خود قرآنکی اس سٹیٹمنٹکےمطابق وہ واقع ہبنگیا</w:t>
      </w:r>
    </w:p>
    <w:p>
      <w:r>
        <w:rPr>
          <w:b/>
        </w:rPr>
        <w:t xml:space="preserve">[12:22] </w:t>
      </w:r>
      <w:r>
        <w:t>ke insaan bajaye khaleefa banne ke, mufsidd ban gaya. bajaye islaah karne ke, fasad kiya. isne</w:t>
      </w:r>
    </w:p>
    <w:p>
      <w:pPr>
        <w:jc w:val="right"/>
      </w:pPr>
      <w:r>
        <w:t>کہ انسان بجائےخلیفہ بننےکے،مفسدبنگیا۔ بجائے اصلاحکرنے کے،فسادکیا۔اسنے</w:t>
      </w:r>
    </w:p>
    <w:p>
      <w:r>
        <w:rPr>
          <w:b/>
        </w:rPr>
        <w:t xml:space="preserve">[12:31] </w:t>
      </w:r>
      <w:r>
        <w:t>khud quran isko confirm kar raha hai. ab sawal yeh hai ke phir Allah ne insaan ko paida kyun kiya?</w:t>
      </w:r>
    </w:p>
    <w:p>
      <w:pPr>
        <w:jc w:val="right"/>
      </w:pPr>
      <w:r>
        <w:t>خود قرآن اسکوکنفرمکررہاہے۔ ابسوالیہہےکہپھر اللہ نے انسانکو پیدا کیوںکیا ؟</w:t>
      </w:r>
    </w:p>
    <w:p>
      <w:r>
        <w:rPr>
          <w:b/>
        </w:rPr>
        <w:t xml:space="preserve">[12:42] </w:t>
      </w:r>
      <w:r>
        <w:t>jab farishton ne yeh baat aaghaz mein hi keh di thi aur khud Allah ne confirm kar diya ke waqatan aisa hua, to ab sawal paida hota hai ke Allah ne insaan ko paida kyun kiya?</w:t>
      </w:r>
    </w:p>
    <w:p>
      <w:pPr>
        <w:jc w:val="right"/>
      </w:pPr>
      <w:r>
        <w:t>جب فرشتوںنے یہبات آغاز ہیمیںکہہدیتھی اورخود اللہ نے کنفرمکردیا کہواق عتاایساہوا، تو ابسوالپیدا ہوتاہےکہاللہنے انسانکو پیدا کیوںکیا ؟</w:t>
      </w:r>
    </w:p>
    <w:p>
      <w:r>
        <w:rPr>
          <w:b/>
        </w:rPr>
        <w:t xml:space="preserve">[12:56] </w:t>
      </w:r>
      <w:r>
        <w:t>yaani wohi cheez hui jisko ke ek ek German historian ne in lafzon mein kaha hai ke "</w:t>
      </w:r>
    </w:p>
    <w:p>
      <w:pPr>
        <w:jc w:val="right"/>
      </w:pPr>
      <w:r>
        <w:t>یعنیوہیچیزہوئی جسکوکہ ایک ایک جرمن ہسٹوریننے ان لفظوںمیںکہاہے کہ"</w:t>
      </w:r>
    </w:p>
    <w:p>
      <w:r>
        <w:rPr>
          <w:b/>
        </w:rPr>
        <w:t xml:space="preserve">[13:07] </w:t>
      </w:r>
      <w:r>
        <w:t>"The human history is little board than a list of crimes." Wohi hua. Wohi hua.</w:t>
      </w:r>
    </w:p>
    <w:p>
      <w:pPr>
        <w:jc w:val="right"/>
      </w:pPr>
      <w:r>
        <w:t>داہیومنہسٹری از لٹلبورڈ دین اریسٹآفکرائمز"۔ وہیتوہوا ۔</w:t>
      </w:r>
    </w:p>
    <w:p>
      <w:r>
        <w:rPr>
          <w:b/>
        </w:rPr>
        <w:t xml:space="preserve">[13:17] </w:t>
      </w:r>
      <w:r>
        <w:t>to farishte keh rahe hain, insaani historian keh rahe hain, khud Allah iski tasdeeq farma rahe hain ke waqatan hua bhi aisa hi.</w:t>
      </w:r>
    </w:p>
    <w:p>
      <w:pPr>
        <w:jc w:val="right"/>
      </w:pPr>
      <w:r>
        <w:t>تو فرشتےکہہرہےہیں، انسانی ہسٹورینکہہرہےہیں،خود اللہ اسکیتصدیق فرمارہےہیںکہ واق عتاہوابھیایساہی۔</w:t>
      </w:r>
    </w:p>
    <w:p>
      <w:r>
        <w:rPr>
          <w:b/>
        </w:rPr>
        <w:t xml:space="preserve">[13:29] </w:t>
      </w:r>
      <w:r>
        <w:t>to yeh bohat bada sawal hai ke "what was the purpose of creation? what was the purpose of existence?" yeh bohat bada sawal hai.</w:t>
      </w:r>
    </w:p>
    <w:p>
      <w:pPr>
        <w:jc w:val="right"/>
      </w:pPr>
      <w:r>
        <w:t>تویہبہت بڑاسوالہے کہ"واٹوازداپرپسآفکری شن؟ واٹوازداپرپسآف ایگزسٹنس ؟"یہبہت بڑاسوالہے۔</w:t>
      </w:r>
    </w:p>
    <w:p>
      <w:r>
        <w:rPr>
          <w:b/>
        </w:rPr>
        <w:t xml:space="preserve">[13:42] </w:t>
      </w:r>
      <w:r>
        <w:t>is par main zindagi par sochta raha hoon.</w:t>
      </w:r>
    </w:p>
    <w:p>
      <w:pPr>
        <w:jc w:val="right"/>
      </w:pPr>
      <w:r>
        <w:t>اسپر میں زندگی پرسوچتارہاہوں۔</w:t>
      </w:r>
    </w:p>
    <w:p>
      <w:r>
        <w:rPr>
          <w:b/>
        </w:rPr>
        <w:t xml:space="preserve">[13:47] </w:t>
      </w:r>
      <w:r>
        <w:t>meri zindagi koi doosra maqsad nahin siwae iske ke main iska jo jawab talash karoon. chauthi isi aayat mein is sawal ka jawab hai.</w:t>
      </w:r>
    </w:p>
    <w:p>
      <w:pPr>
        <w:jc w:val="right"/>
      </w:pPr>
      <w:r>
        <w:t>میریزندگی کوئیدوسرامقصدنہیں سو ائےاسکےکہمیںاسکا جوابتلاشکروں۔ چوتھی انہیآیتوںمیں اسسوالکاجوابہے۔</w:t>
      </w:r>
    </w:p>
    <w:p>
      <w:r>
        <w:rPr>
          <w:b/>
        </w:rPr>
        <w:t xml:space="preserve">[14:00] </w:t>
      </w:r>
      <w:r>
        <w:t>asal mein hum</w:t>
      </w:r>
    </w:p>
    <w:p>
      <w:pPr>
        <w:jc w:val="right"/>
      </w:pPr>
      <w:r>
        <w:t>اصلمیںہم</w:t>
      </w:r>
    </w:p>
    <w:p>
      <w:r>
        <w:rPr>
          <w:b/>
        </w:rPr>
        <w:t xml:space="preserve">[14:04] </w:t>
      </w:r>
      <w:r>
        <w:t>wrong criteria se judge kar rahe hain is situation ko. ghalati humari yahan hai.</w:t>
      </w:r>
    </w:p>
    <w:p>
      <w:pPr>
        <w:jc w:val="right"/>
      </w:pPr>
      <w:r>
        <w:t>رونگ کرائٹیرینسےججکررہےہیںاسسچویشنکو ۔ غلطیہمارییہاںہے۔</w:t>
      </w:r>
    </w:p>
    <w:p>
      <w:r>
        <w:rPr>
          <w:b/>
        </w:rPr>
        <w:t xml:space="preserve">[14:10] </w:t>
      </w:r>
      <w:r>
        <w:t>jaise is building ko aap judge karein ek hospital ke criteria se, to aap kahenge ke hospital hai, yahan to kuch bhi nahin. lekin ghalati aap ki hai kyunke yeh hospital woh hai nahin. yeh to jitne log hain, apne mind mein unhone ek order stick banaya,</w:t>
      </w:r>
    </w:p>
    <w:p>
      <w:pPr>
        <w:jc w:val="right"/>
      </w:pPr>
      <w:r>
        <w:t>جیسےاسبلڈنگکو آپ ججکریں ایکہاسپٹلکےکرائٹیرینسے ،توآپکہیںگےکہہاسپٹلہے،یہاںتوکچھبھینہیں ۔ لیکن غلطیآپکیہے کیونکہ یہہاسپٹلتوہےنہیں۔یہ تو جتنےلوگ ہیں،اپنے مائنڈمیںانہوںنےایک آرڈرسٹکبنایا،</w:t>
      </w:r>
    </w:p>
    <w:p>
      <w:r>
        <w:rPr>
          <w:b/>
        </w:rPr>
        <w:t xml:space="preserve">[14:31] </w:t>
      </w:r>
      <w:r>
        <w:t>khud apne mind mein. aur isse naapna shuru kar diya.</w:t>
      </w:r>
    </w:p>
    <w:p>
      <w:pPr>
        <w:jc w:val="right"/>
      </w:pPr>
      <w:r>
        <w:t>خود اپنےمائنڈمیں۔ اوراسیسےناپناشروعکردیا ۔</w:t>
      </w:r>
    </w:p>
    <w:p>
      <w:r>
        <w:rPr>
          <w:b/>
        </w:rPr>
        <w:t xml:space="preserve">[14:37] </w:t>
      </w:r>
      <w:r>
        <w:t>to keh rahe hain ke duniya to list of crimes hai. nahin, aap ko jaanna chahiye ke khud creation, khud creator ka creation plan kya hai?</w:t>
      </w:r>
    </w:p>
    <w:p>
      <w:pPr>
        <w:jc w:val="right"/>
      </w:pPr>
      <w:r>
        <w:t>توکہہرہےہیںکہ دنیا تو ریسٹ آفکرائمزہے۔ نہیں ،آپ کو جان ناچاہیےکہ خود کریشن ،خود کریٹر کا کریشنپلانکیاہے؟</w:t>
      </w:r>
    </w:p>
    <w:p>
      <w:r>
        <w:rPr>
          <w:b/>
        </w:rPr>
        <w:t xml:space="preserve">[14:52] </w:t>
      </w:r>
      <w:r>
        <w:t>khud creator ke nazdeek purpose of existence kya hai? apne mind se aap nahin isko teh kar sakte.</w:t>
      </w:r>
    </w:p>
    <w:p>
      <w:pPr>
        <w:jc w:val="right"/>
      </w:pPr>
      <w:r>
        <w:t>خود کری ٹرکےنزدیک پرپسآف ایگزسٹنسکیاہے؟ اپنے مائنڈسےآپ نہیںاسکو طےکرسکتے۔</w:t>
      </w:r>
    </w:p>
    <w:p>
      <w:r>
        <w:rPr>
          <w:b/>
        </w:rPr>
        <w:t xml:space="preserve">[15:06] </w:t>
      </w:r>
      <w:r>
        <w:t>to ghalati yeh hai ke apne zehan se Khuda ke creation ko judge kar rahe hain.</w:t>
      </w:r>
    </w:p>
    <w:p>
      <w:pPr>
        <w:jc w:val="right"/>
      </w:pPr>
      <w:r>
        <w:t>توغلطییہاںہے کہ اپنے ذہنسے خدا کےکریشنکوججکررہےہیں۔</w:t>
      </w:r>
    </w:p>
    <w:p>
      <w:r>
        <w:rPr>
          <w:b/>
        </w:rPr>
        <w:t xml:space="preserve">[15:18] </w:t>
      </w:r>
      <w:r>
        <w:t>yani is yehjo jahan aap baithe hue hain, kisi ne isko banaya hai, koi isko chala raha hai, iske mind se janna padega ke yeh kya cheez hai?</w:t>
      </w:r>
    </w:p>
    <w:p>
      <w:pPr>
        <w:jc w:val="right"/>
      </w:pPr>
      <w:r>
        <w:t>یعنی اس یہجو جہاںآپبیٹھےہوئےہیں، کسی نےاسکوبنایاہے، کوئیاسکوچلارہاہے، اسکے مائنڈسےجانناپڑےگاکہیہکیاچیزہے؟</w:t>
      </w:r>
    </w:p>
    <w:p>
      <w:r>
        <w:rPr>
          <w:b/>
        </w:rPr>
        <w:t xml:space="preserve">[15:26] </w:t>
      </w:r>
      <w:r>
        <w:t>aap rehte hain kahin bombay mein, apne apne mind mein ek order stick banaye, isse ja kar judge karein aap usko. to bilashuba woh ghalati karenge aap.</w:t>
      </w:r>
    </w:p>
    <w:p>
      <w:pPr>
        <w:jc w:val="right"/>
      </w:pPr>
      <w:r>
        <w:t>آپ رہتےہیںکہیں بمبےمیں ، اپنے اپنے مائنڈمیںایک آرڈرسٹکبنائے،اسسےجاکرججکریںآپاسکو ۔ تو بلاشبہوہغلطیکریںگےآپ ۔</w:t>
      </w:r>
    </w:p>
    <w:p>
      <w:r>
        <w:rPr>
          <w:b/>
        </w:rPr>
        <w:t xml:space="preserve">[15:38] </w:t>
      </w:r>
      <w:r>
        <w:t>to saare log yahi ghalati kar rahe hain ke apne khud saakhta order stick se ya khud saakhta criteria se woh Allah ke creation ko judge kar rahe hain.</w:t>
      </w:r>
    </w:p>
    <w:p>
      <w:pPr>
        <w:jc w:val="right"/>
      </w:pPr>
      <w:r>
        <w:t>تو سارےلوگ یہیغلطیکررہےہیںکہ اپنے خود ساخت ہ آر ڈرسٹکسے یا خود ساخت ہکرائٹیرینسے وہ اللہ کے کریشنکوججکررہےہیں۔</w:t>
      </w:r>
    </w:p>
    <w:p>
      <w:r>
        <w:rPr>
          <w:b/>
        </w:rPr>
        <w:t xml:space="preserve">[15:51] </w:t>
      </w:r>
      <w:r>
        <w:t>to yeh jo jin jin verses ko maine refer kiya, is par aap ghor kijiye. phir aap ko bilkul har cheez khul jayegi.</w:t>
      </w:r>
    </w:p>
    <w:p>
      <w:pPr>
        <w:jc w:val="right"/>
      </w:pPr>
      <w:r>
        <w:t>تویہجو جن جن ورسزکومیںنےریفر کیا، اسپرآپ غورکیجیے۔ پھرآپکو بالکل ہرچیز کھلجائےگی۔</w:t>
      </w:r>
    </w:p>
    <w:p>
      <w:r>
        <w:rPr>
          <w:b/>
        </w:rPr>
        <w:t xml:space="preserve">[16:04] </w:t>
      </w:r>
      <w:r>
        <w:t>is yehjo yehjo verses hain, from 30 to 33, aap Surah Al-Baqarah, ismein yeh bataya gaya hai ke jab farishton ne doubt create kiya ke yeh toh fasad karenge,</w:t>
      </w:r>
    </w:p>
    <w:p>
      <w:pPr>
        <w:jc w:val="right"/>
      </w:pPr>
      <w:r>
        <w:t>اس یہجو یہجوورسزہیں، فرام30ٹو3 3، آپ سورہ البقرہ، اسمیںیہبتایاگیاہےکہ جب فرشتوںنے ڈاؤٹکریٹکیا کہیہتوفسادکریںگے،</w:t>
      </w:r>
    </w:p>
    <w:p>
      <w:r>
        <w:rPr>
          <w:b/>
        </w:rPr>
        <w:t xml:space="preserve">[16:21] </w:t>
      </w:r>
      <w:r>
        <w:t>to kyun inko aap zameen mein basa rahe hain? yani yeh woh woh waqt tha jabke Allah Adam ko paida kar chuke hain. baqi naslein abhi paida hona baqi hain.</w:t>
      </w:r>
    </w:p>
    <w:p>
      <w:pPr>
        <w:jc w:val="right"/>
      </w:pPr>
      <w:r>
        <w:t>توکیوںانکو آپ زمین میںبسارہےہیں؟یعنییہوہ وہ وقت تھاجبکہاللہ آدمکو پیدا کرچکےہیں۔ باقینسلیںابھی پیدا ہوناباقیہیں۔</w:t>
      </w:r>
    </w:p>
    <w:p>
      <w:r>
        <w:rPr>
          <w:b/>
        </w:rPr>
        <w:t xml:space="preserve">[16:32] </w:t>
      </w:r>
      <w:r>
        <w:t>lekin Quran mein bataya gaya hai ke saare insano ko paida kar ke Allah ne Adam ki peeth mein daal diya tha. ab wohi unfold ho raha hai.</w:t>
      </w:r>
    </w:p>
    <w:p>
      <w:pPr>
        <w:jc w:val="right"/>
      </w:pPr>
      <w:r>
        <w:t>لیکن قرآنمیںبتایاگیاہےکہ سارےانسان وںکو پیدا کرکےاللہ نے آدم کیپیٹھمیںڈالدیاتھا۔ ابوہیسبانفولڈہورہاہے۔</w:t>
      </w:r>
    </w:p>
    <w:p>
      <w:r>
        <w:rPr>
          <w:b/>
        </w:rPr>
        <w:t xml:space="preserve">[16:42] </w:t>
      </w:r>
      <w:r>
        <w:t>hum sab unfolding hain.</w:t>
      </w:r>
    </w:p>
    <w:p>
      <w:pPr>
        <w:jc w:val="right"/>
      </w:pPr>
      <w:r>
        <w:t>ہمسب انفولڈنگہیں۔</w:t>
      </w:r>
    </w:p>
    <w:p>
      <w:r>
        <w:rPr>
          <w:b/>
        </w:rPr>
        <w:t xml:space="preserve">[16:47] </w:t>
      </w:r>
      <w:r>
        <w:t>to kya hua phir? Allah Quran mein hai ke "alam Adam al-asmaa'a al malaa'ikah".</w:t>
      </w:r>
    </w:p>
    <w:p>
      <w:pPr>
        <w:jc w:val="right"/>
      </w:pPr>
      <w:r>
        <w:t>تو کیا ہوا پھر ؟اللہ قرآنمیںہےکہ"ع لمآدم الأسماءالم لائکہ"۔</w:t>
      </w:r>
    </w:p>
    <w:p>
      <w:r>
        <w:rPr>
          <w:b/>
        </w:rPr>
        <w:t xml:space="preserve">[16:58] </w:t>
      </w:r>
      <w:r>
        <w:t>yani jin logon ko paida hona tha is duniya mein,</w:t>
      </w:r>
    </w:p>
    <w:p>
      <w:pPr>
        <w:jc w:val="right"/>
      </w:pPr>
      <w:r>
        <w:t>یعنی جنلوگوںکو پیدا ہوناتھااسدنیا میں ،</w:t>
      </w:r>
    </w:p>
    <w:p>
      <w:r>
        <w:rPr>
          <w:b/>
        </w:rPr>
        <w:t xml:space="preserve">[17:01] </w:t>
      </w:r>
      <w:r>
        <w:t>Allah ne inko paida kar ke inka naam bataya Adam ko, aur phir isko pesh kiya angels ke samne.</w:t>
      </w:r>
    </w:p>
    <w:p>
      <w:pPr>
        <w:jc w:val="right"/>
      </w:pPr>
      <w:r>
        <w:t>اللہ نے انکو پیدا کرکے انکانام بت ایا آدمکو، اورپھر اسکو پیش کیا اینجلزکےسامنے ۔</w:t>
      </w:r>
    </w:p>
    <w:p>
      <w:r>
        <w:rPr>
          <w:b/>
        </w:rPr>
        <w:t xml:space="preserve">[17:16] </w:t>
      </w:r>
      <w:r>
        <w:t>dekhein, naam kiska bataya? yahi par hai masleha janne ka. selected individuals ka, selected persons ka, saare insano ka nahi.</w:t>
      </w:r>
    </w:p>
    <w:p>
      <w:pPr>
        <w:jc w:val="right"/>
      </w:pPr>
      <w:r>
        <w:t>دیکھیں،نام کسکابتایا ؟ یہیپر ہے مصلحہجاننےکا ۔ سلیک ٹڈ انڈیویج ولزکا،سلیکٹڈپرسنزکا، سارےانسان وںکانہیں ۔</w:t>
      </w:r>
    </w:p>
    <w:p>
      <w:r>
        <w:rPr>
          <w:b/>
        </w:rPr>
        <w:t xml:space="preserve">[17:31] </w:t>
      </w:r>
      <w:r>
        <w:t>yani Allah Ta'ala ka jo naqsha tha, wohi yeh hai ke ke Allah asas se yeh baat nikalti hai ke farishton ne poore majmoo'a insani ko de kar rai banai thi, saare mind kind ko.</w:t>
      </w:r>
    </w:p>
    <w:p>
      <w:pPr>
        <w:jc w:val="right"/>
      </w:pPr>
      <w:r>
        <w:t>یعنیاللہ تعالی کاجو نقشہتھا،وہیہہےکہ کہ اللہ اساسسے یہباتنکلتیہے کہ فرشتوںنے پورے مجموع ہانسانیکودےکررائےبنائیتھی، سارے مائنڈکائنڈکو۔</w:t>
      </w:r>
    </w:p>
    <w:p>
      <w:r>
        <w:rPr>
          <w:b/>
        </w:rPr>
        <w:t xml:space="preserve">[17:45] </w:t>
      </w:r>
      <w:r>
        <w:t>Allah ka jo target hai, woh saare mind kind nahi hai.</w:t>
      </w:r>
    </w:p>
    <w:p>
      <w:pPr>
        <w:jc w:val="right"/>
      </w:pPr>
      <w:r>
        <w:t>اللہ کا جو ٹارگٹہے،وہسارےمائنڈکائنڈنہیںہے۔</w:t>
      </w:r>
    </w:p>
    <w:p>
      <w:r>
        <w:rPr>
          <w:b/>
        </w:rPr>
        <w:t xml:space="preserve">[17:50] </w:t>
      </w:r>
      <w:r>
        <w:t>selected individuals hain jo is is jangale mein paida kiye jayenge, aur phir woh apne aap ko prove karein ke hum woh log hain jo jinhone apni freedom ko misuse nahi kiya,</w:t>
      </w:r>
    </w:p>
    <w:p>
      <w:pPr>
        <w:jc w:val="right"/>
      </w:pPr>
      <w:r>
        <w:t>سلیکٹڈانڈی ویجولزہیں جو اس اس جنگلمیں پیدا کیےجائیں، اور پھروہ اپنےآپکو پروفکریں کہ ہم وہلوگہیں جو جنہوںنےاپنی فریڈمکومسیوزنہیںکیا،</w:t>
      </w:r>
    </w:p>
    <w:p>
      <w:r>
        <w:rPr>
          <w:b/>
        </w:rPr>
        <w:t xml:space="preserve">[18:05] </w:t>
      </w:r>
      <w:r>
        <w:t>jinhone sachai ko discover kiya, jinhone apne mind ko sahi sahi istemal kiya.</w:t>
      </w:r>
    </w:p>
    <w:p>
      <w:pPr>
        <w:jc w:val="right"/>
      </w:pPr>
      <w:r>
        <w:t>جنہوںنے سچائیکوڈسکورکیا، جنہوںنےاپنے مائنڈکو صحیحصحیحاستعمالکیا۔</w:t>
      </w:r>
    </w:p>
    <w:p>
      <w:r>
        <w:rPr>
          <w:b/>
        </w:rPr>
        <w:t xml:space="preserve">[18:12] </w:t>
      </w:r>
      <w:r>
        <w:t>to aise log Allah ke ke nazdeek selected log hain. to in selected logon ko Allah ne paida kar ke Adam ko inka naam bataya.</w:t>
      </w:r>
    </w:p>
    <w:p>
      <w:pPr>
        <w:jc w:val="right"/>
      </w:pPr>
      <w:r>
        <w:t>تو ایسےلوگ اللہ کے کےنزدیکسلیکٹڈلوگ ہیں۔ تو انسلیکٹڈلوگوںکو اللہ نے پیدا کرکے آدمکوانکانامبت ایا۔</w:t>
      </w:r>
    </w:p>
    <w:p>
      <w:r>
        <w:rPr>
          <w:b/>
        </w:rPr>
        <w:t xml:space="preserve">[18:26] </w:t>
      </w:r>
      <w:r>
        <w:t>kyunki woh dekhein, aage aata hai ke "ani aalamu ghayb al samawati wal ard". main ghayb ko janta hoon, yani future ko janta hoon. main future mein jo log paida hone wale hain, mujhe unka pata hai.</w:t>
      </w:r>
    </w:p>
    <w:p>
      <w:pPr>
        <w:jc w:val="right"/>
      </w:pPr>
      <w:r>
        <w:t>کیونکہوہدیکھیں،آگےآتاہےکہ " انی عالم غیبتسماوات وال ارض"۔ میںغیبکوجانتاہوں، یعنیفیوچرکوجانتاہوں۔میں فیوچر میںجولوگ پیدا ہونے والےہیں،مجھےانکاپتہہے۔</w:t>
      </w:r>
    </w:p>
    <w:p>
      <w:r>
        <w:rPr>
          <w:b/>
        </w:rPr>
        <w:t xml:space="preserve">[18:39] </w:t>
      </w:r>
      <w:r>
        <w:t>yahan ghayb ke maani future</w:t>
      </w:r>
    </w:p>
    <w:p>
      <w:pPr>
        <w:jc w:val="right"/>
      </w:pPr>
      <w:r>
        <w:t>یہاںغیبکےمعنیفیوچر"</w:t>
      </w:r>
    </w:p>
    <w:p>
      <w:r>
        <w:rPr>
          <w:b/>
        </w:rPr>
        <w:t xml:space="preserve">[18:42] </w:t>
      </w:r>
      <w:r>
        <w:t>ani aalamu ghayb al samawati wal ard". to future ke generation mein jo selected log the, unko paida kar ke Allah ne bataya inka naam: yeh falan hai, yeh falan hai, yeh falan hai.</w:t>
      </w:r>
    </w:p>
    <w:p>
      <w:pPr>
        <w:jc w:val="right"/>
      </w:pPr>
      <w:r>
        <w:t>انیعالم غیبتسماوات والارض"۔تو فیوچرکے جنریشنمیںجو سلیکٹڈلوگ تھے، انکو پیدا کرکےاللہ نےبتایاایکنام :یہ فلاںہے،یہفلاںہے،یہفلاںہے۔</w:t>
      </w:r>
    </w:p>
    <w:p>
      <w:r>
        <w:rPr>
          <w:b/>
        </w:rPr>
        <w:t xml:space="preserve">[18:56] </w:t>
      </w:r>
      <w:r>
        <w:t>to Adam ne phir farishton ko bataya ke dekho, yeh hai, yeh hai, yeh hai. tab farishte mutma'in ho gaye.</w:t>
      </w:r>
    </w:p>
    <w:p>
      <w:pPr>
        <w:jc w:val="right"/>
      </w:pPr>
      <w:r>
        <w:t>تو آدمنے پھر فرشتوںکوبتایاکہدیکھو،یہہے،یہہے،یہہے۔ تب فرشتےمطمئنہوگئے۔</w:t>
      </w:r>
    </w:p>
    <w:p>
      <w:r>
        <w:rPr>
          <w:b/>
        </w:rPr>
        <w:t xml:space="preserve">[19:05] </w:t>
      </w:r>
      <w:r>
        <w:t>yeh yeh is raat ko aap agar aap ghor farmayein to poori baat samajh mein aa jati hai.</w:t>
      </w:r>
    </w:p>
    <w:p>
      <w:pPr>
        <w:jc w:val="right"/>
      </w:pPr>
      <w:r>
        <w:t>یہ یہ اس راتکوآپ اگرآپ غورفرمائیں تو پوریبات سمجھمیںآجاتیہے۔</w:t>
      </w:r>
    </w:p>
    <w:p>
      <w:r>
        <w:rPr>
          <w:b/>
        </w:rPr>
        <w:t xml:space="preserve">[19:12] </w:t>
      </w:r>
      <w:r>
        <w:t>poori baat yeh hai ke Allah ne paida kiya insaan ko, isko freedom de diya. freedom, to total freedom, to total freedom. yani Allah ka jo creation plan hai, wohi yeh hai ke aadmi khud apni choice se right ko le aur wrong ko chhod de,</w:t>
      </w:r>
    </w:p>
    <w:p>
      <w:pPr>
        <w:jc w:val="right"/>
      </w:pPr>
      <w:r>
        <w:t>پوریباتیہہے کہ اللہ نے پیدا کیا انسانکو، اسکو فریڈمدےدیا۔فریڈم،ٹوٹلفریڈم، ٹوٹلفریڈم۔یعنیاللہ کا جو کریشنپلانہے،وہیہہے کہ آدمیخود اپنی چوائسسے رائٹکو لے اور رونگکوچھوڑدے،</w:t>
      </w:r>
    </w:p>
    <w:p>
      <w:r>
        <w:rPr>
          <w:b/>
        </w:rPr>
        <w:t xml:space="preserve">[19:36] </w:t>
      </w:r>
      <w:r>
        <w:t>magar kisi compulsion ke.</w:t>
      </w:r>
    </w:p>
    <w:p>
      <w:pPr>
        <w:jc w:val="right"/>
      </w:pPr>
      <w:r>
        <w:t>مگر کسی کمپریشنکے۔</w:t>
      </w:r>
    </w:p>
    <w:p>
      <w:r>
        <w:rPr>
          <w:b/>
        </w:rPr>
        <w:t xml:space="preserve">[19:41] </w:t>
      </w:r>
      <w:r>
        <w:t>to yeh duniya ek ek yun kehna chahiye ke ek jangala hai. logon ke logon ne jo misuse kiya apne apne right ko, isne duniya ko jangala bana diya.</w:t>
      </w:r>
    </w:p>
    <w:p>
      <w:pPr>
        <w:jc w:val="right"/>
      </w:pPr>
      <w:r>
        <w:t>تو یہدنیا ایک ایک یوںکہناچاہیےکہ ایک جنگلہے۔ لوگوںکے لوگوںنےجو مس یوزکیا اپنے اپنے رائٹکو،اسنےدنیا کوجنگلبنادیا۔</w:t>
      </w:r>
    </w:p>
    <w:p>
      <w:r>
        <w:rPr>
          <w:b/>
        </w:rPr>
        <w:t xml:space="preserve">[19:57] </w:t>
      </w:r>
      <w:r>
        <w:t>is jangalmian ek insan paida hota hai, is mind ko le kar ke, woh sochta hai, rethink karta hai, revise karta hai, independently sochta hai.</w:t>
      </w:r>
    </w:p>
    <w:p>
      <w:pPr>
        <w:jc w:val="right"/>
      </w:pPr>
      <w:r>
        <w:t>اس جنگلمیں ایکانسان پیدا ہوتاہے، اس مائنڈکولےکرکے، وہ سوچتاہے، ریتھنککرتاہے، ریوائزکرتاہے، انڈیپینڈنٹلیسوچتاہے۔</w:t>
      </w:r>
    </w:p>
    <w:p>
      <w:r>
        <w:rPr>
          <w:b/>
        </w:rPr>
        <w:t xml:space="preserve">[20:13] </w:t>
      </w:r>
      <w:r>
        <w:t>yani kya logon ne kya jangal create kiya hai? logon ne kya kiya duniya mein ideology phaila rakhi hai?</w:t>
      </w:r>
    </w:p>
    <w:p>
      <w:pPr>
        <w:jc w:val="right"/>
      </w:pPr>
      <w:r>
        <w:t>یعنی کیا لوگوںنےکیا جنگلکریٹکیاہے؟ لوگوںنےکیا کیادنیا میں آئیڈالوجیپھیلارکھیہے؟</w:t>
      </w:r>
    </w:p>
    <w:p>
      <w:r>
        <w:rPr>
          <w:b/>
        </w:rPr>
        <w:t xml:space="preserve">[20:24] </w:t>
      </w:r>
      <w:r>
        <w:t>kya kya thought phaila rakhe hain? in sab ke, yani in sab se oopar uth kar woh sochta hai, jis ko main kehta hoon "big bird thinker".</w:t>
      </w:r>
    </w:p>
    <w:p>
      <w:pPr>
        <w:jc w:val="right"/>
      </w:pPr>
      <w:r>
        <w:t>کیا کیا تھاٹپھیلارکھےہیں؟ ان سب کے ،یعنی انسبسےاوپراٹھکروہسوچتاہے، جسکومیں کہتاہوں"بگبرڈتھنکر"۔</w:t>
      </w:r>
    </w:p>
    <w:p>
      <w:r>
        <w:rPr>
          <w:b/>
        </w:rPr>
        <w:t xml:space="preserve">[20:37] </w:t>
      </w:r>
      <w:r>
        <w:t>big bird thinker ban kar sochta hai. phir us ko self discovery hoti hai, khud soch kar daryaft karta hai. woh phir woh khara hota hai, woh kehta hai: "Khuda sachai yeh hai." Allah ko woh insan matloob hain</w:t>
      </w:r>
    </w:p>
    <w:p>
      <w:pPr>
        <w:jc w:val="right"/>
      </w:pPr>
      <w:r>
        <w:t>بگبرڈتھنکربنکرسوچتاہے۔ پھراسکو سیلفڈسکوریہوتیہے، خود سوچکردریا فتکرتاہے۔وہ پھروہکھڑاہوتاہے، وہکہتاہے:"خداسچائییہہے۔" اللہ کو وہ انسان مطلوبہیں</w:t>
      </w:r>
    </w:p>
    <w:p>
      <w:r>
        <w:rPr>
          <w:b/>
        </w:rPr>
        <w:t xml:space="preserve">[20:54] </w:t>
      </w:r>
      <w:r>
        <w:t>jo self discovery ke satah par khare hon, jo apni azadi ko misuse na karein, ya jo self discipline ka saboot dein.</w:t>
      </w:r>
    </w:p>
    <w:p>
      <w:pPr>
        <w:jc w:val="right"/>
      </w:pPr>
      <w:r>
        <w:t>جو سیلفڈسکوریکےسطح پرکھڑےہوں، جو اپنیآزادیکومس یوزنہکریں، یا جو سیلفڈسپلنکاثبوتدیں۔</w:t>
      </w:r>
    </w:p>
    <w:p>
      <w:r>
        <w:rPr>
          <w:b/>
        </w:rPr>
        <w:t xml:space="preserve">[21:06] </w:t>
      </w:r>
      <w:r>
        <w:t>to Allah taala ne Adam ke samne in in selected insano ko paida kar ke Adam ko in ka naam bataya, aur phir us ne Adam ne farishton ko in ko naam in ko introduce karwaya.</w:t>
      </w:r>
    </w:p>
    <w:p>
      <w:pPr>
        <w:jc w:val="right"/>
      </w:pPr>
      <w:r>
        <w:t>تو اللہ تعالینے آدمکےسامنے ان ان سلیکٹڈانسانوںکو پیدا کرکے آدمکوانکانامبت ایا، اورپھرانکواسنے آدمنے فرشتوںکو انکو نام انکو انٹروڈیوسکروایا۔</w:t>
      </w:r>
    </w:p>
    <w:p>
      <w:r>
        <w:rPr>
          <w:b/>
        </w:rPr>
        <w:t xml:space="preserve">[21:26] </w:t>
      </w:r>
      <w:r>
        <w:t>tab farishton ko samajh mein aaya kahan, phir creation un ko bohat hi meaningful lagne lagi, jo ke farishte dekh rahe the is aitbar se ke sara jo mind kind hai, sara majmooa insaniyat ka hai, woh sab ka sab just ho, woh sab ka sab ideal ho, woh sab ka sab perfect ho.</w:t>
      </w:r>
    </w:p>
    <w:p>
      <w:pPr>
        <w:jc w:val="right"/>
      </w:pPr>
      <w:r>
        <w:t>تبفرشتوںکوسمجھمیںآیاکہہاں، پھر کریشنجوانکو بہتہی میننگفللگنےلگی، جوکہفرشتےدیکھرہےتھے اساعتبارسےکہ ساراجو مائنڈکائنڈہے، سارا مجموع ہانسانیتکاہے، وہ سبکاسب جسٹہو ، وہسبکاسبآئیڈیلہو،وہسبکاسبپرفیکٹہو۔</w:t>
      </w:r>
    </w:p>
    <w:p>
      <w:r>
        <w:rPr>
          <w:b/>
        </w:rPr>
        <w:t xml:space="preserve">[21:44] </w:t>
      </w:r>
      <w:r>
        <w:t>yeh to Khuda ka nishan nahin tha ke jab freedom di jaye gi to sab justice se ho jayenge? koi misuse kare ga, koi appropriate kare ga.</w:t>
      </w:r>
    </w:p>
    <w:p>
      <w:pPr>
        <w:jc w:val="right"/>
      </w:pPr>
      <w:r>
        <w:t>یہتوخداکانشان ہینہیںتھا کہجب فریڈمدیجائےگی تو سب جسٹکیسےہوجائیںگے؟ کوئیمس یوزکرےگا، کوئیپراپریوزکرےگا۔</w:t>
      </w:r>
    </w:p>
    <w:p>
      <w:r>
        <w:rPr>
          <w:b/>
        </w:rPr>
        <w:t xml:space="preserve">[21:56] </w:t>
      </w:r>
      <w:r>
        <w:t>to Khuda ka nishan hain individuals, majmooa nahin hain. yahi galati hai Aristotle se le kar ke ab tak jo log hain, yeh jo Muslim thinkers hain, maujooda zaman e ke.</w:t>
      </w:r>
    </w:p>
    <w:p>
      <w:pPr>
        <w:jc w:val="right"/>
      </w:pPr>
      <w:r>
        <w:t>تو خدا کانشان ہ انڈیویجولزہیں، مجموع ہنہیںہے۔ یہیغلطیہے ارسٹارٹلسےلےکرکےابتکجو لوگ ہیں،یہجو مسلم تھنکرزہیں،موجودہزمان ےکے۔</w:t>
      </w:r>
    </w:p>
    <w:p>
      <w:r>
        <w:rPr>
          <w:b/>
        </w:rPr>
        <w:t xml:space="preserve">[22:09] </w:t>
      </w:r>
      <w:r>
        <w:t>to Aristotle se le kar aaj ke jo Muslim thinkers hain, jo justice system banane ki baatein karte hain, woh sab is isi galati mein mubtala hain</w:t>
      </w:r>
    </w:p>
    <w:p>
      <w:pPr>
        <w:jc w:val="right"/>
      </w:pPr>
      <w:r>
        <w:t>تو ارسٹارٹلسےلےکر آج کےجومسلمتھنکرزہیں، جو جسٹسسٹمبنانےکیباتیںکرتےہیں، وہ سب اس اسیغلطیمیںمبتلاہیں</w:t>
      </w:r>
    </w:p>
    <w:p>
      <w:r>
        <w:rPr>
          <w:b/>
        </w:rPr>
        <w:t xml:space="preserve">[22:22] </w:t>
      </w:r>
      <w:r>
        <w:t>ke woh samajhte hain ke ek system banana, poore majmooa insani mein ek ek nizam banana, yeh nishan hai.</w:t>
      </w:r>
    </w:p>
    <w:p>
      <w:pPr>
        <w:jc w:val="right"/>
      </w:pPr>
      <w:r>
        <w:t>کہوہسمجھتےہیںکہ ایک سسٹمبنانا، پورےمجموع ہانسانیمیں ایک ایک نظامبنانا، یہ نشان ہہے۔</w:t>
      </w:r>
    </w:p>
    <w:p>
      <w:r>
        <w:rPr>
          <w:b/>
        </w:rPr>
        <w:t xml:space="preserve">[22:31] </w:t>
      </w:r>
      <w:r>
        <w:t>woh woh achievable, achievable nahin hai. natija yeh hai ke woh gun culture, bomb culture chalate hain, yahan tak suicide bombing shuru ho jati hai.</w:t>
      </w:r>
    </w:p>
    <w:p>
      <w:pPr>
        <w:jc w:val="right"/>
      </w:pPr>
      <w:r>
        <w:t>وہ وہاچیویبل ،اچیویبلنہیںہے۔نتیجہیہہےکہوہ گنکلچر،بم کلچرچلاتےہیں،یہاںتک س وسائیڈبمبنگشروعہوجاتیہے۔</w:t>
      </w:r>
    </w:p>
    <w:p>
      <w:r>
        <w:rPr>
          <w:b/>
        </w:rPr>
        <w:t xml:space="preserve">[22:42] </w:t>
      </w:r>
      <w:r>
        <w:t>ab aap dekhiye, aap tareekh ko dekhiye ke tareekh mein kaise kaise afraad paida hue hain.</w:t>
      </w:r>
    </w:p>
    <w:p>
      <w:pPr>
        <w:jc w:val="right"/>
      </w:pPr>
      <w:r>
        <w:t>ابآپدیکھیے، آپ تاریخ کو دیکھیےکہتاریخ میںکیسےکیسےافراد پیدا ہوئے ہیں۔</w:t>
      </w:r>
    </w:p>
    <w:p>
      <w:r>
        <w:rPr>
          <w:b/>
        </w:rPr>
        <w:t xml:space="preserve">[22:49] </w:t>
      </w:r>
      <w:r>
        <w:t>tareekh mein kabhi aisa nahin hua ke ke yani socio political level par koi justice system bana ho.</w:t>
      </w:r>
    </w:p>
    <w:p>
      <w:pPr>
        <w:jc w:val="right"/>
      </w:pPr>
      <w:r>
        <w:t>تاریخ میںکبھیایسانہیںہوا کہکہ یعنیسوشیو پولیٹیکل لیولپر کوئیجسٹسسٹمبناہو۔</w:t>
      </w:r>
    </w:p>
    <w:p>
      <w:r>
        <w:rPr>
          <w:b/>
        </w:rPr>
        <w:t xml:space="preserve">[22:59] </w:t>
      </w:r>
      <w:r>
        <w:t>yeh to kabhi aisa nahin hua, na hi yeh matloob tha. kyun ke dekhiye, perfect society ya ideal world to jannat mein banne wala hai, duniya mein nahin.</w:t>
      </w:r>
    </w:p>
    <w:p>
      <w:pPr>
        <w:jc w:val="right"/>
      </w:pPr>
      <w:r>
        <w:t>یہتوکبھیایسانہیںہوا ، نہیہمطلوبتھا۔ کیونکہدیکھیے، پرفیکٹسوسائٹی یا آئیڈیلورلڈتوجنت میںبننےوالاہے،دنیا میںنہیں ۔</w:t>
      </w:r>
    </w:p>
    <w:p>
      <w:r>
        <w:rPr>
          <w:b/>
        </w:rPr>
        <w:t xml:space="preserve">[23:12] </w:t>
      </w:r>
      <w:r>
        <w:t>yeh duniya Allah taala ne is liye nahin banai ke yahan par aap ko perfect world mil jaye, ideal duniya mil jaye. is ke liye banai nahin gayi.</w:t>
      </w:r>
    </w:p>
    <w:p>
      <w:pPr>
        <w:jc w:val="right"/>
      </w:pPr>
      <w:r>
        <w:t>یہ دنیا اللہ تعالینےاسلیےنہیںبنائیکہیہاںپر آپکو پرفیکٹورلڈملجائے، آئیڈیل دنیا ملجائے۔ اسکےلیےبنائینہیںگئی ۔</w:t>
      </w:r>
    </w:p>
    <w:p>
      <w:r>
        <w:rPr>
          <w:b/>
        </w:rPr>
        <w:t xml:space="preserve">[23:24] </w:t>
      </w:r>
      <w:r>
        <w:t>Quran ke mutabiq yeh hai testing ground. yani jo testing ground jab hai to woh individual ko chuna ja raha hai.</w:t>
      </w:r>
    </w:p>
    <w:p>
      <w:pPr>
        <w:jc w:val="right"/>
      </w:pPr>
      <w:r>
        <w:t>قرآنکےمطابق یہہے ٹیسٹ نگگراؤنڈ۔ یعنی جوٹیسٹ نگگراؤنڈجبہےتووہ انڈیویجولکوچناجارہاہے۔</w:t>
      </w:r>
    </w:p>
    <w:p>
      <w:r>
        <w:rPr>
          <w:b/>
        </w:rPr>
        <w:t xml:space="preserve">[23:35] </w:t>
      </w:r>
      <w:r>
        <w:t>to kaise kaise individual paida ho rahe hain? main chand misalein deta hoon aap ko.</w:t>
      </w:r>
    </w:p>
    <w:p>
      <w:pPr>
        <w:jc w:val="right"/>
      </w:pPr>
      <w:r>
        <w:t>تو کیسےکیسےانڈیویجولپیداہورہےہیں؟ میںچندمثالیںدیتاہوںآپکو۔</w:t>
      </w:r>
    </w:p>
    <w:p>
      <w:r>
        <w:rPr>
          <w:b/>
        </w:rPr>
        <w:t xml:space="preserve">[23:44] </w:t>
      </w:r>
      <w:r>
        <w:t>haan, dekhiye, ek baat aur main arz kar doon ke shuru mein Allah taala ne do misalein qaim kar dein. do misalein: ek misal Iblis ki aur doosri misal Adam ki.</w:t>
      </w:r>
    </w:p>
    <w:p>
      <w:pPr>
        <w:jc w:val="right"/>
      </w:pPr>
      <w:r>
        <w:t>ہاں،دیکھیے،ایکباتاور میںعرضکردوں کہ شروع ہیمیںاللہ تعالینےدومثالیںقائمکردیں۔ دومثالیں: ایک مثال ابلیسکی اوردوسریمثال آدم کی۔</w:t>
      </w:r>
    </w:p>
    <w:p>
      <w:r>
        <w:rPr>
          <w:b/>
        </w:rPr>
        <w:t xml:space="preserve">[23:56] </w:t>
      </w:r>
      <w:r>
        <w:t>yeh poori tareekh mein jo hone wala tha, us ka ek alami, ek ek waqea pesh gi ke taur par Allah taala ne dikha diya.</w:t>
      </w:r>
    </w:p>
    <w:p>
      <w:pPr>
        <w:jc w:val="right"/>
      </w:pPr>
      <w:r>
        <w:t>یہ پوری تاریخ میںجوہونےوالاتھا، اسکا ایک علام تی،ایک ایک واقع ہ پیش گیطورپراللہتعالینے دکھادیا۔</w:t>
      </w:r>
    </w:p>
    <w:p>
      <w:r>
        <w:rPr>
          <w:b/>
        </w:rPr>
        <w:t xml:space="preserve">[24:08] </w:t>
      </w:r>
      <w:r>
        <w:t>Adam ke sath kya hua?</w:t>
      </w:r>
    </w:p>
    <w:p>
      <w:pPr>
        <w:jc w:val="right"/>
      </w:pPr>
      <w:r>
        <w:t>آدمکےساتھکیا ہوا ؟</w:t>
      </w:r>
    </w:p>
    <w:p>
      <w:r>
        <w:rPr>
          <w:b/>
        </w:rPr>
        <w:t xml:space="preserve">[24:10] </w:t>
      </w:r>
      <w:r>
        <w:t>Adam ko Allah taala ne paida kar ke jannat mein rakha, jaisa ke Quran mein bataya gaya hai. ek sirf ek condition thi ke poori jannat ko tum enjoy kar sakte ho.</w:t>
      </w:r>
    </w:p>
    <w:p>
      <w:pPr>
        <w:jc w:val="right"/>
      </w:pPr>
      <w:r>
        <w:t>آدمکو اللہ تعالینے پیدا کرکے جنتمیںرکھا، جیساکہقرآنمیںبتایاگیاہے۔ ایک صرفایک کنڈیشنتھی کہ پوریجنتکو تم انجوائےکرسکتےہو۔</w:t>
      </w:r>
    </w:p>
    <w:p>
      <w:r>
        <w:rPr>
          <w:b/>
        </w:rPr>
        <w:t xml:space="preserve">[24:24] </w:t>
      </w:r>
      <w:r>
        <w:t>albatta wahan ek forbidden tree tha, us forbidden tree ka phal nahin khana tha un ko.</w:t>
      </w:r>
    </w:p>
    <w:p>
      <w:pPr>
        <w:jc w:val="right"/>
      </w:pPr>
      <w:r>
        <w:t>البتہوہاںایک فائبرینٹریتھا، اس فائبرینٹریکاپھلنہیںکھاناتھاانکو ۔</w:t>
      </w:r>
    </w:p>
    <w:p>
      <w:r>
        <w:rPr>
          <w:b/>
        </w:rPr>
        <w:t xml:space="preserve">[24:31] </w:t>
      </w:r>
      <w:r>
        <w:t>lekin woh patience na dikha sake aur ja kar ke unhone us forbidden tree ka phal kha liya. to phir jannat se woh nikal diye gaye.</w:t>
      </w:r>
    </w:p>
    <w:p>
      <w:pPr>
        <w:jc w:val="right"/>
      </w:pPr>
      <w:r>
        <w:t>لیکن وہ پیشنسنہدکھاسکے اور جاکر کےانہوںنے اس فائبرینٹریکاپھلکھالیا۔ توپھرجنتسےوہنکالدیےگئے۔</w:t>
      </w:r>
    </w:p>
    <w:p>
      <w:r>
        <w:rPr>
          <w:b/>
        </w:rPr>
        <w:t xml:space="preserve">[24:42] </w:t>
      </w:r>
      <w:r>
        <w:t>lekin is ke baad kya hua? is ke baad yeh hua ke un ko repentance aaya, bohat hi gehri repentance, bohat ziyada.</w:t>
      </w:r>
    </w:p>
    <w:p>
      <w:pPr>
        <w:jc w:val="right"/>
      </w:pPr>
      <w:r>
        <w:t>لیکن اسکےبعد کیاہوا ؟ اسکےبعدیہہوا کہانکو ریپنٹنسآیا،بہت ہیگہراریپنٹنس، بہت زیادہ ۔</w:t>
      </w:r>
    </w:p>
    <w:p>
      <w:r>
        <w:rPr>
          <w:b/>
        </w:rPr>
        <w:t xml:space="preserve">[24:52] </w:t>
      </w:r>
      <w:r>
        <w:t>unhon ne kaha ke: "rabbana zalamna anfusana wa lam taghfir lana wa tarhamna" ya'ni "kun minal khasireen". ya'ni repentance aaya, unhon ne apni ghalti ko mana aur bohat ziyada girya-o-zari ki.</w:t>
      </w:r>
    </w:p>
    <w:p>
      <w:pPr>
        <w:jc w:val="right"/>
      </w:pPr>
      <w:r>
        <w:t>انہوںنےکہاکہ:"ربنا ظلمناانفس نا ولم تغفر لناوترحمنا"یعنی"کن من الخاسرین"۔یعنی ریپنٹنسآیا، انہوںنےاپنیغلطیکومانا اور بہت زیادہ گریہوزاریکی۔</w:t>
      </w:r>
    </w:p>
    <w:p>
      <w:r>
        <w:rPr>
          <w:b/>
        </w:rPr>
        <w:t xml:space="preserve">[25:09] </w:t>
      </w:r>
      <w:r>
        <w:t>to un ki toba ko Allah ne qabool kar liya, phir dobara un ke liye jannat muqaddar kar di.</w:t>
      </w:r>
    </w:p>
    <w:p>
      <w:pPr>
        <w:jc w:val="right"/>
      </w:pPr>
      <w:r>
        <w:t>توانکی توبہکواللہ نےقبولکرلیا، پھردوبارہانکےلیے جنت مقدرکردی۔</w:t>
      </w:r>
    </w:p>
    <w:p>
      <w:r>
        <w:rPr>
          <w:b/>
        </w:rPr>
        <w:t xml:space="preserve">[25:15] </w:t>
      </w:r>
      <w:r>
        <w:t>ek insan yeh hai ke zindagi ki daud mein kabhi sahi karega, kabhi ghalat karega. lekin jab ghalat kare to us ko chahiye ke</w:t>
      </w:r>
    </w:p>
    <w:p>
      <w:pPr>
        <w:jc w:val="right"/>
      </w:pPr>
      <w:r>
        <w:t>ایکانسان یہہے کہ زندگی کی دوڑمیں کبھیصحیحکرے،کبھی غلطکرےگا۔ لیکن جبغلطکرےتواسکوچاہیےکیا ؟</w:t>
      </w:r>
    </w:p>
    <w:p>
      <w:r>
        <w:rPr>
          <w:b/>
        </w:rPr>
        <w:t xml:space="preserve">[25:25] </w:t>
      </w:r>
      <w:r>
        <w:t>us ke andar repentance aaye, woh apna correction kare, phir se sahi raaste par chalne lage. to yeh mumkin nahi hai ke koi aadmi bilkul koi ghalat na kare</w:t>
      </w:r>
    </w:p>
    <w:p>
      <w:pPr>
        <w:jc w:val="right"/>
      </w:pPr>
      <w:r>
        <w:t>اسکےاندرریپنٹنسآئے، وہاپناکریکشنکرے، پھرسے صحیحراستےپرچلنےلگے۔ تو یہ ممکن نہیںہے کہ کوئیآدمی بالکل کوئیغلطینہکر</w:t>
      </w:r>
    </w:p>
    <w:p>
      <w:r>
        <w:rPr>
          <w:b/>
        </w:rPr>
        <w:t xml:space="preserve">[25:39] </w:t>
      </w:r>
      <w:r>
        <w:t>kare, perfect try shuru se aakhir tak. duniya ke chuki test ground hai, to aise halaat yahan nahi hain ke aap ghalat na karen. ghaltiyan to hongi, you are human.</w:t>
      </w:r>
    </w:p>
    <w:p>
      <w:pPr>
        <w:jc w:val="right"/>
      </w:pPr>
      <w:r>
        <w:t>ے، پرفیکٹٹرائیشروعسے آخرتک۔ دنیا کے چونکہٹیسٹ نگگراؤنڈہے، تو ایسےحالات یہاںنہیںہیں کہآپغلطینہکریں۔غلطیاںتوہوںگی، یورازہیومن۔</w:t>
      </w:r>
    </w:p>
    <w:p>
      <w:r>
        <w:rPr>
          <w:b/>
        </w:rPr>
        <w:t xml:space="preserve">[25:51] </w:t>
      </w:r>
      <w:r>
        <w:t>lekin jo matloob hai woh yeh hai ke ghalati karne ke baad aadmi ke andar repentance aaye, apni islaah kare, apne ko phir se sahi raaste par daale, right track par.</w:t>
      </w:r>
    </w:p>
    <w:p>
      <w:pPr>
        <w:jc w:val="right"/>
      </w:pPr>
      <w:r>
        <w:t>لیکن جو مطلوبہےوہیہہےکہغلطیکرنے کےبعد آدمی کےاندرریپنٹنسآئے، اپنی اصلاحکرے، اپنےکو پھرسےصحیحراستےپرڈالے،رائٹٹریکپر ۔</w:t>
      </w:r>
    </w:p>
    <w:p>
      <w:r>
        <w:rPr>
          <w:b/>
        </w:rPr>
        <w:t xml:space="preserve">[26:03] </w:t>
      </w:r>
      <w:r>
        <w:t>to yeh misaal hai Adam ki.</w:t>
      </w:r>
    </w:p>
    <w:p>
      <w:pPr>
        <w:jc w:val="right"/>
      </w:pPr>
      <w:r>
        <w:t>تویہ مثالہے آدم کی۔</w:t>
      </w:r>
    </w:p>
    <w:p>
      <w:r>
        <w:rPr>
          <w:b/>
        </w:rPr>
        <w:t xml:space="preserve">[26:06] </w:t>
      </w:r>
      <w:r>
        <w:t>aisa aadmi Allah ke nazdeek, Allah us ko select karega jannat ke liye. doosri misaal Iblees ki hai.</w:t>
      </w:r>
    </w:p>
    <w:p>
      <w:pPr>
        <w:jc w:val="right"/>
      </w:pPr>
      <w:r>
        <w:t>ایساآدمیاللہ کےنزدیک ،اللہ اسکو سلیکٹکرےگا جنتکےلیے۔ دوسریمثال ابلیسکیہے۔</w:t>
      </w:r>
    </w:p>
    <w:p>
      <w:r>
        <w:rPr>
          <w:b/>
        </w:rPr>
        <w:t xml:space="preserve">[26:17] </w:t>
      </w:r>
      <w:r>
        <w:t>Iblees ne bhi ghalati ki ke Allah ka hukum tha ke tum jhuk jao Adam ke aage. woh nahi jhuka to us ne apni ghalati ka itraaf nahi kiya.</w:t>
      </w:r>
    </w:p>
    <w:p>
      <w:pPr>
        <w:jc w:val="right"/>
      </w:pPr>
      <w:r>
        <w:t>ابلیسنےبھیغلطیکی کہاللہ کاحکم تھا کہتم جھکجاؤ آدمکےآگے۔ وہ نہیںجھکا تو اسنے اپنیغلطیکا اعت رافنہیںکیا۔</w:t>
      </w:r>
    </w:p>
    <w:p>
      <w:r>
        <w:rPr>
          <w:b/>
        </w:rPr>
        <w:t xml:space="preserve">[26:30] </w:t>
      </w:r>
      <w:r>
        <w:t>us ne admission nahi kiya ke bhai ghalat, mujhe ghalati ho gayi thi. us ke andar dependence nahi aaya</w:t>
      </w:r>
    </w:p>
    <w:p>
      <w:pPr>
        <w:jc w:val="right"/>
      </w:pPr>
      <w:r>
        <w:t>اسنے ایڈمٹنہیںکیا کہبھئیغلط،مجھےغلطیہوگئیتھی۔ اسکےاندرڈیپینڈنسنہیںآیا</w:t>
      </w:r>
    </w:p>
    <w:p>
      <w:r>
        <w:rPr>
          <w:b/>
        </w:rPr>
        <w:t xml:space="preserve">[26:37] </w:t>
      </w:r>
      <w:r>
        <w:t>to Allah ne us ko abadi taur par blessing se mehroom kar diya. in ko yeh do character hain jo bata rahe hain ke aage tareekh mein kya hone wala hai.</w:t>
      </w:r>
    </w:p>
    <w:p>
      <w:pPr>
        <w:jc w:val="right"/>
      </w:pPr>
      <w:r>
        <w:t>تو اللہ نےاسکو ابدیطورپر بلیسنگسےمحرومکردیا۔انکو یہدو کریکٹرہیں جو بتارہےہیںکہآگے تاریخ میں کیا ہونے والاہے۔</w:t>
      </w:r>
    </w:p>
    <w:p>
      <w:r>
        <w:rPr>
          <w:b/>
        </w:rPr>
        <w:t xml:space="preserve">[26:48] </w:t>
      </w:r>
      <w:r>
        <w:t>kuch insaan woh honge jo</w:t>
      </w:r>
    </w:p>
    <w:p>
      <w:pPr>
        <w:jc w:val="right"/>
      </w:pPr>
      <w:r>
        <w:t>کچھ انسان وہہوںگے جو</w:t>
      </w:r>
    </w:p>
    <w:p>
      <w:r>
        <w:rPr>
          <w:b/>
        </w:rPr>
        <w:t xml:space="preserve">[26:55] </w:t>
      </w:r>
      <w:r>
        <w:t>ghalti bhi karenge, lekin saath saath yeh hai ke un ke andar bohat ziyada shaoor jaaga hua hoga. to dependence aayega, woh Allah se toba karenge,</w:t>
      </w:r>
    </w:p>
    <w:p>
      <w:pPr>
        <w:jc w:val="right"/>
      </w:pPr>
      <w:r>
        <w:t>غلطیبھیکریںگے،لیکن ساتھساتھ یہہےکہانکےاندربہت زیادہ شعورجگاہواہوگا۔ تو ڈیپینڈنسآئےگا، وہاللہ سے ت وبہکریںگے،</w:t>
      </w:r>
    </w:p>
    <w:p>
      <w:r>
        <w:rPr>
          <w:b/>
        </w:rPr>
        <w:t xml:space="preserve">[27:08] </w:t>
      </w:r>
      <w:r>
        <w:t>Allah unhein maaf karega, phir right track apni zindagi ko chala denge. woh yeh woh log hain jo select kiye jayenge.</w:t>
      </w:r>
    </w:p>
    <w:p>
      <w:pPr>
        <w:jc w:val="right"/>
      </w:pPr>
      <w:r>
        <w:t>اللہ انہیں معافکرےگا،پھر رائٹٹریک اپنیزندگی کوچلادیںگے۔وہ یہیوہلوگ ہیں جو سلیکٹکیےجائیںگے۔</w:t>
      </w:r>
    </w:p>
    <w:p>
      <w:r>
        <w:rPr>
          <w:b/>
        </w:rPr>
        <w:t xml:space="preserve">[27:17] </w:t>
      </w:r>
      <w:r>
        <w:t>aise aap, aise aise individual, aise persons, aise afraad. aur doosre woh log hain jo ghalati karne ke baad sarkash ban jayenge, ghalati ko manenge nahi.</w:t>
      </w:r>
    </w:p>
    <w:p>
      <w:pPr>
        <w:jc w:val="right"/>
      </w:pPr>
      <w:r>
        <w:t>ایسےآپ،ایسے ایسےانڈیویجول،ایسےپرسنز ،ایسےافراد ۔ اور دوسرےوہلوگہیں جو غلطیکرنےکےبعد سرکشبنجائیںگے، غلطیکومانیںگےنہیں ۔</w:t>
      </w:r>
    </w:p>
    <w:p>
      <w:r>
        <w:rPr>
          <w:b/>
        </w:rPr>
        <w:t xml:space="preserve">[27:33] </w:t>
      </w:r>
      <w:r>
        <w:t>to woh woh hamesha ke liye Allah ke blessing se mehroom ho jayenge, jaise ke Iblees hua. to yeh do do dhare chal rahe hain poori tareekh mein.</w:t>
      </w:r>
    </w:p>
    <w:p>
      <w:pPr>
        <w:jc w:val="right"/>
      </w:pPr>
      <w:r>
        <w:t>تووہ وہ ہمیشہکےلیے اللہ کےبلیسنگسےمحرومہوجائیںگے، جیسےکہابلیسہوا۔ تویہ دو دو دھارےچلرہےہیں پوریتاریخ میں۔</w:t>
      </w:r>
    </w:p>
    <w:p>
      <w:r>
        <w:rPr>
          <w:b/>
        </w:rPr>
        <w:t xml:space="preserve">[27:45] </w:t>
      </w:r>
      <w:r>
        <w:t>ek dhara Adam jaise logon ka, ek ek dhara Iblees jaise logon ka. yeh bator naseehat ke Allah ta'ala ne peshgi taur par insaan ko bata diya.</w:t>
      </w:r>
    </w:p>
    <w:p>
      <w:pPr>
        <w:jc w:val="right"/>
      </w:pPr>
      <w:r>
        <w:t>ایکدھارا آدم جیسےلوگوںکا، ایکایکدھاراابلیسجیسےلوگوںکا ۔ یہ بطورنصیحتکہاللہتعالینےپیشگیطورپر انسانکوبتادیا۔</w:t>
      </w:r>
    </w:p>
    <w:p>
      <w:r>
        <w:rPr>
          <w:b/>
        </w:rPr>
        <w:t xml:space="preserve">[27:59] </w:t>
      </w:r>
      <w:r>
        <w:t>ab dekhiye, aap tareekh mein dekhiye, main chand misalein deta hoon. dekhiye, Adam kya glimpse mein do paida hue: ek Habil tha, ek Qabil.</w:t>
      </w:r>
    </w:p>
    <w:p>
      <w:pPr>
        <w:jc w:val="right"/>
      </w:pPr>
      <w:r>
        <w:t>ابدیکھیے،آپتاریخ میںدیکھیے، میں چند مثالیںدیتاہوں۔ دیکھیے،آدم کیاگلینسلمیں دو پیدا ہوئے :ایک ہابیلتھا،ایکقابیل ۔</w:t>
      </w:r>
    </w:p>
    <w:p>
      <w:r>
        <w:rPr>
          <w:b/>
        </w:rPr>
        <w:t xml:space="preserve">[28:11] </w:t>
      </w:r>
      <w:r>
        <w:t>Habil aur Qabil ke darmiyan ek masle par controversy ho gayi, ikhtilaf paida ho gaya. ikhtilaf badha, badha, badha, yahan tak ke Qabil ne Habil ko maar dala.</w:t>
      </w:r>
    </w:p>
    <w:p>
      <w:pPr>
        <w:jc w:val="right"/>
      </w:pPr>
      <w:r>
        <w:t>ہابیلاورقابیل کےدرمیان ایک مسئلےپر کنٹروورسیہوگئی، اختلافپیدا ہوگیا۔ اخت لافبڑھا،بڑھا،بڑھا،یہ اںتککہ قابیلنے ہابیلکومار ڈالا۔</w:t>
      </w:r>
    </w:p>
    <w:p>
      <w:r>
        <w:rPr>
          <w:b/>
        </w:rPr>
        <w:t xml:space="preserve">[28:24] </w:t>
      </w:r>
      <w:r>
        <w:t>us zamaney mein yeh ghaleban yeh stone age tha, to pathar se shayad mara hoga.</w:t>
      </w:r>
    </w:p>
    <w:p>
      <w:pPr>
        <w:jc w:val="right"/>
      </w:pPr>
      <w:r>
        <w:t>اسزمانےمیں یہ غالباًیہ اسٹونایجتھا، تو پتھرسے شایدماراہوگا۔</w:t>
      </w:r>
    </w:p>
    <w:p>
      <w:r>
        <w:rPr>
          <w:b/>
        </w:rPr>
        <w:t xml:space="preserve">[28:32] </w:t>
      </w:r>
      <w:r>
        <w:t>to us waqt Habil ne kaha tha ke agar tum mujhe maro, jab us ne dhamki di ke main tum ko maar dalunga, to us ne kaha: "agar tum mujhe maro to main hath nahi uthaunga, uthaunga tum ko marne ke liye." aur aise hi hua, us ne hath nahi uthaya aur us ne us ko maar dala.</w:t>
      </w:r>
    </w:p>
    <w:p>
      <w:pPr>
        <w:jc w:val="right"/>
      </w:pPr>
      <w:r>
        <w:t>تو اسوقت ہابیلنےکہاتھا کہاگر تممجھےمارو، جب اسنےدھمکیدیکہمیںتمکومارڈالوںگا، تو اسنےکہا:"اگرتممجھےمارو تو میں ہاتھنہیںاٹھائیںگا،اٹھاؤںگاتمکومارنےکےلیے۔" اورایسےہیہوا،اسنےہاتھنہیںاٹھایا اوراسنےاسکومار ڈالا۔</w:t>
      </w:r>
    </w:p>
    <w:p>
      <w:r>
        <w:rPr>
          <w:b/>
        </w:rPr>
        <w:t xml:space="preserve">[28:53] </w:t>
      </w:r>
      <w:r>
        <w:t>to us se Habil ne ek bohat bada example set kiya, bohat bada.</w:t>
      </w:r>
    </w:p>
    <w:p>
      <w:pPr>
        <w:jc w:val="right"/>
      </w:pPr>
      <w:r>
        <w:t>تو اسسے ہابیلنے ایکبہت بڑاایگزیمپلسیٹکیا، بہت بڑا۔</w:t>
      </w:r>
    </w:p>
    <w:p>
      <w:r>
        <w:rPr>
          <w:b/>
        </w:rPr>
        <w:t xml:space="preserve">[29:00] </w:t>
      </w:r>
      <w:r>
        <w:t>woh yeh hai ke jo Allah ta'ala ke jo woh hain, jo cheezon ko Allah ne mana kiya, to kisi bhi excuse ko le kar ke us us haram ko woh halaal nahi karega.</w:t>
      </w:r>
    </w:p>
    <w:p>
      <w:pPr>
        <w:jc w:val="right"/>
      </w:pPr>
      <w:r>
        <w:t>وہیہہے کہجو اللہ تعالی کےجو وہ ہیں، جو جنچیزوںکواللہنےمنعکیا، توکسی بھی ایکسکیوزکولےکرکے اس اس حرامکووہحلالنہیںکرےگا۔</w:t>
      </w:r>
    </w:p>
    <w:p>
      <w:r>
        <w:rPr>
          <w:b/>
        </w:rPr>
        <w:t xml:space="preserve">[29:18] </w:t>
      </w:r>
      <w:r>
        <w:t>ek insaan woh hai, koi bhi excuse le kar ke</w:t>
      </w:r>
    </w:p>
    <w:p>
      <w:pPr>
        <w:jc w:val="right"/>
      </w:pPr>
      <w:r>
        <w:t>ایکانسان وہہے، کوئیبھیایکسکیوزلےکرکے</w:t>
      </w:r>
    </w:p>
    <w:p>
      <w:r>
        <w:rPr>
          <w:b/>
        </w:rPr>
        <w:t xml:space="preserve">[29:23] </w:t>
      </w:r>
      <w:r>
        <w:t>jo cheezon ko Allah ne mana kiya hai, to koi bhi excuse le kar koi apne liye jaiz nahi karega. ek woh insaan hai, ya'ni apne temperature ko rokega, apni desire ko rokega,</w:t>
      </w:r>
    </w:p>
    <w:p>
      <w:pPr>
        <w:jc w:val="right"/>
      </w:pPr>
      <w:r>
        <w:t>جنچیزوںکواللہ نےمنعکیاہے، تو کوئیبھی ایکسکیوزلےکر کوئیاپنےلیےجائزنہیںکرےگا۔ ایک وہانسان ہے، یعنیاپنے ٹمپریچرکوروکےگا، اپنی ڈیزائرکوروکےگا،</w:t>
      </w:r>
    </w:p>
    <w:p>
      <w:r>
        <w:rPr>
          <w:b/>
        </w:rPr>
        <w:t xml:space="preserve">[29:37] </w:t>
      </w:r>
      <w:r>
        <w:t>apne emotions ko roke ga, lekin Allah ke haram ko halal nahi kare ga, is line ko paar nahi kare ga.</w:t>
      </w:r>
    </w:p>
    <w:p>
      <w:pPr>
        <w:jc w:val="right"/>
      </w:pPr>
      <w:r>
        <w:t>اپنے ایموشنزکوروکےگا، لیکن اللہ کے حرامکوحلالنہیںکرےگا، اس لائنکو پارکنہیںکرےگا۔</w:t>
      </w:r>
    </w:p>
    <w:p>
      <w:r>
        <w:rPr>
          <w:b/>
        </w:rPr>
        <w:t xml:space="preserve">[29:48] </w:t>
      </w:r>
      <w:r>
        <w:t>ek wahinsana hai. to iska unhon ne example set kiya. Habil ne aise hi dekhiye, Nuh paida hue baad ko Quran mein bataya gaya hai ke unki umar itni lambi hui ke "falab sa al-salah khamsin", yaani nau sau pachas saal tak, yaani ek hazar mein pachas saal kam.</w:t>
      </w:r>
    </w:p>
    <w:p>
      <w:pPr>
        <w:jc w:val="right"/>
      </w:pPr>
      <w:r>
        <w:t>ایک وہانسانہے۔ تو اسکا انہوں نے ایگزیمپلسیٹکیا۔ ہابیلنے ایسےہیدیکھیے، نوحپیدا ہوئے بعد کو قرآنمیںبتایاگیاہےکہانکیعمر اتنیلمبیہوئی کہ "فلب س الف صلالا خمسین" ،یعنینو سو پچاسسالتک ،یعنیایکہزار میں پچاسسال کم ۔</w:t>
      </w:r>
    </w:p>
    <w:p>
      <w:r>
        <w:rPr>
          <w:b/>
        </w:rPr>
        <w:t xml:space="preserve">[30:17] </w:t>
      </w:r>
      <w:r>
        <w:t>itni lambi umar thi unki, lekin unki dekhiye, unki jo apni qaum ke jo unki jo valuation thi, woh khatm nahi hui. Qaum ne unki baat nahi mani, unko sataya, unko takleef di, lekin ek sainkdo saal guzarne ke baad bhi unki valuation khatm nahi hui.</w:t>
      </w:r>
    </w:p>
    <w:p>
      <w:pPr>
        <w:jc w:val="right"/>
      </w:pPr>
      <w:r>
        <w:t>اتنیلمبیعمر تھیانکی،لیکن ان کی دیکھیے،انکیجو اپنیقومکےجو جوانکیجو ویلیوایشنتھی،وہختمنہیںہوئی۔ قومنےانکیبات نہیں مانی،انکو ست ایا، انکو تکلیفدی، لیکن ایک سینکڑوںسال گزرنےکےبعدبھی انکیویلیوایشنختمنہیںہوئی ۔</w:t>
      </w:r>
    </w:p>
    <w:p>
      <w:r>
        <w:rPr>
          <w:b/>
        </w:rPr>
        <w:t xml:space="preserve">[30:37] </w:t>
      </w:r>
      <w:r>
        <w:t>iska samjhate rahe, samjhate rahe, samjhate rahe, iski duaen karte rahe.</w:t>
      </w:r>
    </w:p>
    <w:p>
      <w:pPr>
        <w:jc w:val="right"/>
      </w:pPr>
      <w:r>
        <w:t>اسکوسمجھاتےرہے،سمجھاتےرہے،سمجھاتےرہے،اسکیدعائیںکرتے رہے۔</w:t>
      </w:r>
    </w:p>
    <w:p>
      <w:r>
        <w:rPr>
          <w:b/>
        </w:rPr>
        <w:t xml:space="preserve">[30:41] </w:t>
      </w:r>
      <w:r>
        <w:t>Quran mein jo aaya hai ke Hazrat Nuh ne dua kiya ke is qaum halaak kar diya jaye. To dekhiye, yaad rakhiye, yeh paighambar ki dua nahi thi, yeh Allah ke faisle ka paighambar ki zuban se elaan tha. Woh yeh bahut badi fallacy hai logon ke andar, woh samajhte hain ke paighambar ne bad dua ki thi.</w:t>
      </w:r>
    </w:p>
    <w:p>
      <w:pPr>
        <w:jc w:val="right"/>
      </w:pPr>
      <w:r>
        <w:t>قرآنمیںجوآیاہےکہ حضرت نوحنےدعاکیا کہ اسقومہلاککردیاجائے۔ تودیکھیے،یادرکھیے، یہ پیغمبرکیدعانہیںتھی، یہ اللہ کے فیصلےکا پیغمبرکیزبان سے اعلانتھا۔وہ یہبہت بڑیفل سیہےلوگوںکےاندر ، وہسمجھتےہیںکہ پیغمبرنےبددعاکیتھی۔</w:t>
      </w:r>
    </w:p>
    <w:p>
      <w:r>
        <w:rPr>
          <w:b/>
        </w:rPr>
        <w:t xml:space="preserve">[31:06] </w:t>
      </w:r>
      <w:r>
        <w:t>aisa hargiz nahi hai,</w:t>
      </w:r>
    </w:p>
    <w:p>
      <w:pPr>
        <w:jc w:val="right"/>
      </w:pPr>
      <w:r>
        <w:t>ایساہرگزنہیںہے،</w:t>
      </w:r>
    </w:p>
    <w:p>
      <w:r>
        <w:rPr>
          <w:b/>
        </w:rPr>
        <w:t xml:space="preserve">[31:09] </w:t>
      </w:r>
      <w:r>
        <w:t>woh to bahut aakhir waqt tak apne valuation ke jazbe ke tehat qaum ki salah ke liye lage rahe, kaam kaam karte rahe.</w:t>
      </w:r>
    </w:p>
    <w:p>
      <w:pPr>
        <w:jc w:val="right"/>
      </w:pPr>
      <w:r>
        <w:t>وہتو بہت آخر وقت تک اپنے ویلیوایشنکے جذبےکےتحت قومکیاصلاحکے لیےلگےرہے،کام کامکرتے رہے۔</w:t>
      </w:r>
    </w:p>
    <w:p>
      <w:r>
        <w:rPr>
          <w:b/>
        </w:rPr>
        <w:t xml:space="preserve">[31:21] </w:t>
      </w:r>
      <w:r>
        <w:t>lekin aakhir waqt mein jab ke Allah ne faisla hua ke is qaum ko ab jeene ka haq nahi hai, to Allah ke faisle ka elaan tha jo Quran mein aaya hai,</w:t>
      </w:r>
    </w:p>
    <w:p>
      <w:pPr>
        <w:jc w:val="right"/>
      </w:pPr>
      <w:r>
        <w:t>لیکن آخروقت میںجب کہاللہ نے کافیصلہہوا کہاسقومکو اب جینےکاحقنہیںہے، تو اللہ کے فیصلےکااعلانتھا جو قرآنمیں آیاہے،</w:t>
      </w:r>
    </w:p>
    <w:p>
      <w:r>
        <w:rPr>
          <w:b/>
        </w:rPr>
        <w:t xml:space="preserve">[31:36] </w:t>
      </w:r>
      <w:r>
        <w:t>bataur bad dua ki zuban mein.</w:t>
      </w:r>
    </w:p>
    <w:p>
      <w:pPr>
        <w:jc w:val="right"/>
      </w:pPr>
      <w:r>
        <w:t>بظاہر بددعاکیزبان میں۔</w:t>
      </w:r>
    </w:p>
    <w:p>
      <w:r>
        <w:rPr>
          <w:b/>
        </w:rPr>
        <w:t xml:space="preserve">[31:39] </w:t>
      </w:r>
      <w:r>
        <w:t>to yeh ek namuna set kiya unhon ne ke aakhir waqt tak aap insaan ki khair khwahi ko na chhoden, aakhir waqt tak aap uske valuation rab bane rahen.</w:t>
      </w:r>
    </w:p>
    <w:p>
      <w:pPr>
        <w:jc w:val="right"/>
      </w:pPr>
      <w:r>
        <w:t>تو یہ ایک نمونہسیٹکیاانہوںنے کہ آخروقت تک آپ انسان کی خیر خواہیکو نہچھوڑیں، آخروقت تکآپاسکے ویلیوایشنربنےرہیں۔</w:t>
      </w:r>
    </w:p>
    <w:p>
      <w:r>
        <w:rPr>
          <w:b/>
        </w:rPr>
        <w:t xml:space="preserve">[31:51] </w:t>
      </w:r>
      <w:r>
        <w:t>ab yeh dekhiye, ek misaal Yunus ki hai. Yunus</w:t>
      </w:r>
    </w:p>
    <w:p>
      <w:pPr>
        <w:jc w:val="right"/>
      </w:pPr>
      <w:r>
        <w:t>ابیہدیکھیے،ایک مثال یونسکیہے۔ یون س</w:t>
      </w:r>
    </w:p>
    <w:p>
      <w:r>
        <w:rPr>
          <w:b/>
        </w:rPr>
        <w:t xml:space="preserve">[31:59] </w:t>
      </w:r>
      <w:r>
        <w:t>ibn Matta kaha jata hai, woh Iraq mein aaye, unhon ne in logon ko sachai ka paigham diya.</w:t>
      </w:r>
    </w:p>
    <w:p>
      <w:pPr>
        <w:jc w:val="right"/>
      </w:pPr>
      <w:r>
        <w:t>ابن مت ی کہاجاتاہے، وہ عراقمیںآئے، انہوںنے انلوگوںکو سچائیکاپیغامدیا۔</w:t>
      </w:r>
    </w:p>
    <w:p>
      <w:r>
        <w:rPr>
          <w:b/>
        </w:rPr>
        <w:t xml:space="preserve">[32:10] </w:t>
      </w:r>
      <w:r>
        <w:t>phir aisa waqt aaya ke woh "izhab maghadib fadar na Allah al-naqd", yaani logon ne mana nahi baat unki, to woh gussa ho gaye, unko chhod kar chale gaye. Woh lekin Allah ke hukm ke khilaf tha yeh,</w:t>
      </w:r>
    </w:p>
    <w:p>
      <w:pPr>
        <w:jc w:val="right"/>
      </w:pPr>
      <w:r>
        <w:t>پھرایکوقت آیاکہوہ "ازہب مغاضب فدر نااللہ النقد" ،یعنیلوگوںنے مانانہیںباتانکی،تووہغصہہوگئے، انکوچھوڑکرچلےگئے۔وہ لیکن اللہ کے اسک یمکےخلاف تھایہ،</w:t>
      </w:r>
    </w:p>
    <w:p>
      <w:r>
        <w:rPr>
          <w:b/>
        </w:rPr>
        <w:t xml:space="preserve">[32:27] </w:t>
      </w:r>
      <w:r>
        <w:t>kyunki Allah ke hukm yeh hai ke jab tak aap ahl-e-hujjat na kar len, aap ko haq nahi ek qaum ko chhodne ka.</w:t>
      </w:r>
    </w:p>
    <w:p>
      <w:pPr>
        <w:jc w:val="right"/>
      </w:pPr>
      <w:r>
        <w:t>کیونکہاللہ کےاسک یمیہہےکہ جب تک آپ اہتمامحجتنہکرلیں،آپ کو حق نہیںایک قومکوچھوڑنےکا ۔</w:t>
      </w:r>
    </w:p>
    <w:p>
      <w:r>
        <w:rPr>
          <w:b/>
        </w:rPr>
        <w:t xml:space="preserve">[32:37] </w:t>
      </w:r>
      <w:r>
        <w:t>to peshgi ke taur par chhod diya tha unhon ne, lekin jab woh Iraq se bahar aaye to unko ehsaas hua ke maine ghalati ki, maine ghalati ki.</w:t>
      </w:r>
    </w:p>
    <w:p>
      <w:pPr>
        <w:jc w:val="right"/>
      </w:pPr>
      <w:r>
        <w:t>تو پیش گیطورپرچھوڑدیا تھاانہوںنے ،لیکن جب وہ عراقسےباہرآئے توانکواحساسہواکہمیںنےغلطیکی، میںنےغلطیکی۔</w:t>
      </w:r>
    </w:p>
    <w:p>
      <w:r>
        <w:rPr>
          <w:b/>
        </w:rPr>
        <w:t xml:space="preserve">[32:48] </w:t>
      </w:r>
      <w:r>
        <w:t>to phir woh unhon ne istighfar kiya, maafi mangi, aur phir laute apni qaum ki taraf, yaani usi qaum ki taraf jisse woh gussa ho gaye the. Woh usi ki taraf laute.</w:t>
      </w:r>
    </w:p>
    <w:p>
      <w:pPr>
        <w:jc w:val="right"/>
      </w:pPr>
      <w:r>
        <w:t>تو پھروہ انہوں نے استغفارکیا ،معافیمانگی ،اورپھرلوٹےاپنیقومکیطرف ، یعنیاسیقومکیطرف جسسے وہغصہہوگئےتھے۔وہ اسیکیطرفلوٹے۔</w:t>
      </w:r>
    </w:p>
    <w:p>
      <w:r>
        <w:rPr>
          <w:b/>
        </w:rPr>
        <w:t xml:space="preserve">[33:03] </w:t>
      </w:r>
      <w:r>
        <w:t>isme ek example set kiya unhon ne: "agar tum kisi kisi ke khilaf ho jao, uske bare mein tumhein gussa paida ho jaye, tum usse taalluq tod lo, lekin jab tumhein ehsaas ho ke tumne ghalati ki thi to tumhein lautna chahiye dobara,</w:t>
      </w:r>
    </w:p>
    <w:p>
      <w:pPr>
        <w:jc w:val="right"/>
      </w:pPr>
      <w:r>
        <w:t>اسمیں ایک ایگزیمپلسیٹکیاانہوںنے:"اگرتم کسی کسی کےخلاف ہوجاؤ ، اسکے بارےمیںتمہیںغصہ پیدا ہوجائے، تم اسسےتعلقتوڑلو، لیکن جب تم ہیںاحساسہوکہتمنےغلطیکیتھی توتمہیںلوٹناچاہیے دوبارہ،</w:t>
      </w:r>
    </w:p>
    <w:p>
      <w:r>
        <w:rPr>
          <w:b/>
        </w:rPr>
        <w:t xml:space="preserve">[33:21] </w:t>
      </w:r>
      <w:r>
        <w:t>gusse ko khatm karke, apne negative jazbat ko khatm karke." Yeh ek bahut bada example set kiya unhon ne, ismein koi shaq nahi hai.</w:t>
      </w:r>
    </w:p>
    <w:p>
      <w:pPr>
        <w:jc w:val="right"/>
      </w:pPr>
      <w:r>
        <w:t>غصےکوختم کرکے، اپنے نیگیٹیوجذباتکوختمکرکے۔ "یہ ایکبہت بڑاایگزیمپلسیٹکیاانہوںنے، اسمیںکوئیشکنہیںہے۔</w:t>
      </w:r>
    </w:p>
    <w:p>
      <w:r>
        <w:rPr>
          <w:b/>
        </w:rPr>
        <w:t xml:space="preserve">[33:34] </w:t>
      </w:r>
      <w:r>
        <w:t>phir aap dekhiye, Hazrat Musa ke zamane mein Firon ki biwi thi Asia. To Firon to Hazrat Musa ka mukhalif raha, woh manne par tayyar nahi hua unke paigham ko.</w:t>
      </w:r>
    </w:p>
    <w:p>
      <w:pPr>
        <w:jc w:val="right"/>
      </w:pPr>
      <w:r>
        <w:t>پھرآپدیکھیے، حضرتموسیٰکےزمان ےمیں فرعونکیبیویتھیاسیہ۔ تو فرعونتو حضرتموسیٰکامخالفرہا، وہ ماننےپرتیارنہیںہواانکےپیغامکو ۔</w:t>
      </w:r>
    </w:p>
    <w:p>
      <w:r>
        <w:rPr>
          <w:b/>
        </w:rPr>
        <w:t xml:space="preserve">[33:49] </w:t>
      </w:r>
      <w:r>
        <w:t>woh apne aap ko bada samajhta tha, lekin uski jo biwi thi Asia, unko samajh mein aa gaya ke Musa haq par hain. To Musa ki baat ko maan liya unhon ne.</w:t>
      </w:r>
    </w:p>
    <w:p>
      <w:pPr>
        <w:jc w:val="right"/>
      </w:pPr>
      <w:r>
        <w:t>وہ اپنےہیکوبڑاسمجھتاتھا، لیکن اسکیجو بیویتھی اسیہ، انکیسمجھمیںآگیاکہموسیٰحقپرہیں۔ تو موسیٰکیباتکو مانلیاانہوںنے ۔</w:t>
      </w:r>
    </w:p>
    <w:p>
      <w:r>
        <w:rPr>
          <w:b/>
        </w:rPr>
        <w:t xml:space="preserve">[34:01] </w:t>
      </w:r>
      <w:r>
        <w:t>us par gussa ho gaya Firon. Usne kaha ke "main tumko qatl kar dalunga, tum ne kaise maan liya?" To unhon ne kaha ke "tum ko qatl karna hai to qatl karo." Us waqt Asia ne jo dua ki thi ke "Khuda mujhe apne pados mein ek jagah de de rehne ke liye."</w:t>
      </w:r>
    </w:p>
    <w:p>
      <w:pPr>
        <w:jc w:val="right"/>
      </w:pPr>
      <w:r>
        <w:t>اسپرغصہہوگیا فر عون۔ اسنےکہاکہ"میںتمکوقتلکرڈالوںگا، تم نےکیسےمانلیا؟ "توانہوںنےکہاکہ"تم کوقتل کرناہےتوقتلکرو۔" اسوقت اسیہنےجو دعاکیتھی کہ"خدایا مجھے اپنے پڑوسمیںایکجگہدےدے رہنےکےلیے۔"</w:t>
      </w:r>
    </w:p>
    <w:p>
      <w:r>
        <w:rPr>
          <w:b/>
        </w:rPr>
        <w:t xml:space="preserve">[34:24] </w:t>
      </w:r>
      <w:r>
        <w:t>us se kya set hua? Example ke bande momin ko ke samne agar choice ho, ek taraf duniya ka maal hai, doosri taraf akhirat jannat hai, to usko duniya ke maal ko thukra dena chahiye,</w:t>
      </w:r>
    </w:p>
    <w:p>
      <w:pPr>
        <w:jc w:val="right"/>
      </w:pPr>
      <w:r>
        <w:t>اسسے کیا سیٹہوا؟ایگزیمپل کہ بندہ مومنکو کےسامنےاگر چوائسہو، ایکطرف دنیاکا مال ہے، دوسریطرفآخرتجنتہے، تواسکو دنیا کے مال کوٹھکرادیناچاہیے،</w:t>
      </w:r>
    </w:p>
    <w:p>
      <w:r>
        <w:rPr>
          <w:b/>
        </w:rPr>
        <w:t xml:space="preserve">[34:41] </w:t>
      </w:r>
      <w:r>
        <w:t>akhirat jannat ka choice le lena chahiye. Yeh yeh kitna bada example set kiya Asia ne.</w:t>
      </w:r>
    </w:p>
    <w:p>
      <w:pPr>
        <w:jc w:val="right"/>
      </w:pPr>
      <w:r>
        <w:t>آخرتجنتکاچوائسلےلیناچاہیے۔ یہ یہکتنابڑاایگزیمپلسیٹکیا اسیہنے۔</w:t>
      </w:r>
    </w:p>
    <w:p>
      <w:r>
        <w:rPr>
          <w:b/>
        </w:rPr>
        <w:t xml:space="preserve">[34:49] </w:t>
      </w:r>
      <w:r>
        <w:t>ab yeh dekhiye, Hazrat Musa ke jo moajze dikhaya tha unhon ne ke unka unka jo lathi unki thi, woh woh saanp ban gayi, ajdah ban gayi thi.</w:t>
      </w:r>
    </w:p>
    <w:p>
      <w:pPr>
        <w:jc w:val="right"/>
      </w:pPr>
      <w:r>
        <w:t>ابیہدیکھیے،حضرتموسی ٰکے جو معجزہدکھایاتھاانہوںنےکہانکا انکا جو لاٹھیانکیتھی،وہ وہ سانپبنگئی،اجدہبن گئیتھی۔</w:t>
      </w:r>
    </w:p>
    <w:p>
      <w:r>
        <w:rPr>
          <w:b/>
        </w:rPr>
        <w:t xml:space="preserve">[35:00] </w:t>
      </w:r>
      <w:r>
        <w:t>to ek qissa tafseel se hai Quran mein, aap usko dekh sakte hain. To Firon jo aaye the Hazrat Musa ka muqabla karne ke liye,</w:t>
      </w:r>
    </w:p>
    <w:p>
      <w:pPr>
        <w:jc w:val="right"/>
      </w:pPr>
      <w:r>
        <w:t>تو ایک قصہ تفصیل سےہے قرآنمیں،آپاسکودیکھسکتےہیں۔ تو فرعونجو آئےتھے حضرتموسیٰکامقابلہکرنےکےلیے،</w:t>
      </w:r>
    </w:p>
    <w:p>
      <w:r>
        <w:rPr>
          <w:b/>
        </w:rPr>
        <w:t xml:space="preserve">[35:11] </w:t>
      </w:r>
      <w:r>
        <w:t>jab unhonne dekha ke ke inka jo ,yani unke jo jo unhonne lathiyan aur rasiyan, jisko unhonne bazahir saanp ki shakal de di thi, unke hazrat e mosi ke ajdah ne sab ko ngal liya,</w:t>
      </w:r>
    </w:p>
    <w:p>
      <w:pPr>
        <w:jc w:val="right"/>
      </w:pPr>
      <w:r>
        <w:t>جب انہوںنےدیکھا کہ کہ انکاجو ،یعنی انکےجو جو انہوں نے لاٹھیاںاوررسیاں،جسکوانہوںنے بظاہرسانپکیشکلدےدیتھی، ان کے حضرتموسیٰکے اجدہنےسبکونگللیا،</w:t>
      </w:r>
    </w:p>
    <w:p>
      <w:r>
        <w:rPr>
          <w:b/>
        </w:rPr>
        <w:t xml:space="preserve">[35:27] </w:t>
      </w:r>
      <w:r>
        <w:t>to un par ye khul gaya ke ab mosi haq par hain, ye khuda ke numainde hain, hum to jadoogar the. ye khul gaya ke hum to jadoogar the, lekin ye shakhs peghambar hai, ye khuda ki taraf se hai.</w:t>
      </w:r>
    </w:p>
    <w:p>
      <w:pPr>
        <w:jc w:val="right"/>
      </w:pPr>
      <w:r>
        <w:t>توانپریہکھلگیا کہابموسیٰحق پرہیں، یہ خداکےنمائندےہیں، ہمتو جادوگرتھے۔ یہ کھلگیا کہہمتوجادوگرتھے،لیکنیہ شخص پیغمبرہے، یہخداکیطرف سےہے۔</w:t>
      </w:r>
    </w:p>
    <w:p>
      <w:r>
        <w:rPr>
          <w:b/>
        </w:rPr>
        <w:t xml:space="preserve">[35:39] </w:t>
      </w:r>
      <w:r>
        <w:t>jab ye khula to unhonne elan kar diya: "aam na bar haaro o mosi." wahan par bhi dekhiye, firoun bohat ghussa ho gaya, usne kaha ke "main tum sab ko phansi doonga, tum sab ko qatal karoonga." jadoogaron se kaha.</w:t>
      </w:r>
    </w:p>
    <w:p>
      <w:pPr>
        <w:jc w:val="right"/>
      </w:pPr>
      <w:r>
        <w:t>جب یہکھلا تو انہوںنےاعلانکردیا: "ام نابربہارونوموسیٰ۔" وہاںپر بھئیدیکھیے، فرعون بہت غصہہوگیا، اسنےکہاکہ"میںتمسب کو پھانسیدوںگا، تمسبکوقتلکروںگا۔"جادوگروںسےکہا۔</w:t>
      </w:r>
    </w:p>
    <w:p>
      <w:r>
        <w:rPr>
          <w:b/>
        </w:rPr>
        <w:t xml:space="preserve">[35:57] </w:t>
      </w:r>
      <w:r>
        <w:t>us waqt jo jadoogaron ne phansi ke phande par khare ho kar kaha tha: "faqad ma anta qadi an taqdi haza hiya ta hayati dunyah."</w:t>
      </w:r>
    </w:p>
    <w:p>
      <w:pPr>
        <w:jc w:val="right"/>
      </w:pPr>
      <w:r>
        <w:t>اسوقت جو جادوگروںنے پھانسیکےپھندےپرکھڑاہوکرکہاتھا: "فقد ما انت قاض ان کتقضیحاضرحیات دنیا۔"</w:t>
      </w:r>
    </w:p>
    <w:p>
      <w:r>
        <w:rPr>
          <w:b/>
        </w:rPr>
        <w:t xml:space="preserve">[36:07] </w:t>
      </w:r>
      <w:r>
        <w:t>jo faisla tum karna hai, karo. tum is dunya ke liye to kar sakte ho. is tarah in jadoogaron ne ek ek bohat bara example set kiya ke dunya ki kuch haqiqat nahi hai,</w:t>
      </w:r>
    </w:p>
    <w:p>
      <w:pPr>
        <w:jc w:val="right"/>
      </w:pPr>
      <w:r>
        <w:t>جو فیصلہتمکر ناہے، کرو۔ تم اسیدنیاکےلیےتوکرسکتےہو ۔ اسطرح ان جادوگروںنےایک ایک بہت بڑاایگزیمپلسیٹکیا کہ دنیا کیکچھحقیقتنہیںہے،</w:t>
      </w:r>
    </w:p>
    <w:p>
      <w:r>
        <w:rPr>
          <w:b/>
        </w:rPr>
        <w:t xml:space="preserve">[36:22] </w:t>
      </w:r>
      <w:r>
        <w:t>ye temporary hai, temporary, aur sara to akhirat hai, eternal world to akhirat mein hai.</w:t>
      </w:r>
    </w:p>
    <w:p>
      <w:pPr>
        <w:jc w:val="right"/>
      </w:pPr>
      <w:r>
        <w:t>یہ ٹیمپریریہے،ٹیمپریری، اور ساراتوآخرتہے، ایٹرنلورلڈتوآخرتمیںہے۔</w:t>
      </w:r>
    </w:p>
    <w:p>
      <w:r>
        <w:rPr>
          <w:b/>
        </w:rPr>
        <w:t xml:space="preserve">[36:30] </w:t>
      </w:r>
      <w:r>
        <w:t>to ye set kiya ke kaha agar tum ko choice leni ho eternal world ke muqable mein, ye ye temporary world, to temporary world ko chodo, eternal world ka choice lo.</w:t>
      </w:r>
    </w:p>
    <w:p>
      <w:pPr>
        <w:jc w:val="right"/>
      </w:pPr>
      <w:r>
        <w:t>تو یہ سیٹکیا کہ کہاگرتم کو چوائسلیناہو ایٹرنلورلڈکےمقابلےمیں، یہ یہ ٹیمپریریورلڈ ،تو ٹیمپریریورلڈکوچھوڑو، ایٹرنلورلڈکا چوائسلو۔</w:t>
      </w:r>
    </w:p>
    <w:p>
      <w:r>
        <w:rPr>
          <w:b/>
        </w:rPr>
        <w:t xml:space="preserve">[36:44] </w:t>
      </w:r>
      <w:r>
        <w:t>ye kitni bari cheez hai. ab ye dekhiye, isi isi insani majmoo e mein muhammad ibn abdullah paida hue.</w:t>
      </w:r>
    </w:p>
    <w:p>
      <w:pPr>
        <w:jc w:val="right"/>
      </w:pPr>
      <w:r>
        <w:t>یہکتنیبڑیچیزہے۔ ابیہ دیکھیے، اسی اسی انسانی مجموع ےمیں محمد ابنعبداللہ پیدا ہوئے۔</w:t>
      </w:r>
    </w:p>
    <w:p>
      <w:r>
        <w:rPr>
          <w:b/>
        </w:rPr>
        <w:t xml:space="preserve">[37:01] </w:t>
      </w:r>
      <w:r>
        <w:t>makkah mein logon ne unki sakht mukhalifat ki, bohat ziyada, bohat ziyada mukhalifat ki, yahan tak ke 13 saal ke baad aapko makkah chhod kar ke madina jana pada.</w:t>
      </w:r>
    </w:p>
    <w:p>
      <w:pPr>
        <w:jc w:val="right"/>
      </w:pPr>
      <w:r>
        <w:t>مکہمیں لوگوںنےانکیسختمخالفتکی ،بہت زیادہ ،بہت زیادہ مخالفتکی، یہاںتککہ 13سالکےبعد آپکو مکہچھوڑکر کے مدینہجاناپڑا۔</w:t>
      </w:r>
    </w:p>
    <w:p>
      <w:r>
        <w:rPr>
          <w:b/>
        </w:rPr>
        <w:t xml:space="preserve">[37:16] </w:t>
      </w:r>
      <w:r>
        <w:t>jab madina aap gaye hain to jo pehli taqreer wahan ki hai, aapne rasool Allah sal Allah aleh o wasallam ne, wo poori ki poori maujood hai seer ta bin shamim mein.</w:t>
      </w:r>
    </w:p>
    <w:p>
      <w:pPr>
        <w:jc w:val="right"/>
      </w:pPr>
      <w:r>
        <w:t>جب مدینہآپگئےہیں تو جو پہلیتقریروہاںکیہے،آپنےرسولاللہصلیاللہعلیہوسلمنے، وہ پوریکیپوریموجود ہے سیرتابن شاممیں۔</w:t>
      </w:r>
    </w:p>
    <w:p>
      <w:r>
        <w:rPr>
          <w:b/>
        </w:rPr>
        <w:t xml:space="preserve">[37:29] </w:t>
      </w:r>
      <w:r>
        <w:t>iska title hai: "awwal khatba khatba rasool Allah sal Allah aleh o wasallam fi al madinah." ismein aapne kya kaha tha? aaj kal ka aadmi jisko aisi surat e haal pesh aaye ke watan se nikal diya jaye, uski jaidad chheen li jaye,</w:t>
      </w:r>
    </w:p>
    <w:p>
      <w:pPr>
        <w:jc w:val="right"/>
      </w:pPr>
      <w:r>
        <w:t>اسکا ٹائٹلہے:"اول خط بت خطبہ رسولاللہصلیاللہعلیہوسلمفیالمدینہ۔" اسمیںآپنےکیاکہاتھا ؟ آجکل کاآدمی جسکو ایسیصورت حالپیش آئے کہ وطن سےنکالدیا جائے، اسکیجائیدادچھینلیجائے،</w:t>
      </w:r>
    </w:p>
    <w:p>
      <w:r>
        <w:rPr>
          <w:b/>
        </w:rPr>
        <w:t xml:space="preserve">[37:48] </w:t>
      </w:r>
      <w:r>
        <w:t>usko takleefen pahunchai jayen, uske saahibiyon ko maar dala jaye, to jab wo bahar jata hai to kya karta hai? wo</w:t>
      </w:r>
    </w:p>
    <w:p>
      <w:pPr>
        <w:jc w:val="right"/>
      </w:pPr>
      <w:r>
        <w:t>اسکو تکلیفیںپہنچائیجائیں، اسکےساتھیوںکومارڈالاجائے، توجب وہباہرجاتا ہے تو کیا کرتاہے؟وہ</w:t>
      </w:r>
    </w:p>
    <w:p>
      <w:r>
        <w:rPr>
          <w:b/>
        </w:rPr>
        <w:t xml:space="preserve">[37:57] </w:t>
      </w:r>
      <w:r>
        <w:t>wo complaint ka daftar khol deta hai, shikayat aur complaint. yehi ek kaam uska negative propaganda. dekho, ye to itne bure hain ke ye bohat zalim hain.</w:t>
      </w:r>
    </w:p>
    <w:p>
      <w:pPr>
        <w:jc w:val="right"/>
      </w:pPr>
      <w:r>
        <w:t>وہاں وہ کمپلینٹکادفترکھولدیتاہے، شک ایت اورکمپلینٹ ۔یہیایکہیکام اسکا نیگیٹیوپروپیگنڈا۔ دیکھو،یہتو اتنےبرےہیں کہیہبہت ظالم ہیں۔</w:t>
      </w:r>
    </w:p>
    <w:p>
      <w:r>
        <w:rPr>
          <w:b/>
        </w:rPr>
        <w:t xml:space="preserve">[38:11] </w:t>
      </w:r>
      <w:r>
        <w:t>yani sirf ek hi kaam isko rehta hai. lekin aap dekhiye, wahan rasool Allah sal Allah aleh o wasallam ne ek kalma bhi nahi kaha hai. poore das saal mein wahan par das saal aap rahe,</w:t>
      </w:r>
    </w:p>
    <w:p>
      <w:pPr>
        <w:jc w:val="right"/>
      </w:pPr>
      <w:r>
        <w:t>یعنیصرف ایکہیکام اسکورہتاہے۔ لیکن آپ دیکھیے،وہاںرسولاللہصلیاللہعلیہوسلمنےایککلمہبھینہیں کہاہے۔ پورےدسسالمیں وہاںپردسسالآپرہے،</w:t>
      </w:r>
    </w:p>
    <w:p>
      <w:r>
        <w:rPr>
          <w:b/>
        </w:rPr>
        <w:t xml:space="preserve">[38:23] </w:t>
      </w:r>
      <w:r>
        <w:t>kuch bhi makkah walon ke khilaf koi propaganda nahi, koi propaganda nahi, na pehle din, na aakhri din. to ye example set kiya aapne kaha agar koi tumhare saath dushmani kare,</w:t>
      </w:r>
    </w:p>
    <w:p>
      <w:pPr>
        <w:jc w:val="right"/>
      </w:pPr>
      <w:r>
        <w:t>کچھبھی مکہوالوںکےخلاف کوئی پروپیگنڈانہیں ، کوئی پروپیگنڈانہیں،نہپہلےدن ،نہآخریدن ۔ تویہ ایگزیمپل سیٹکیاآپنے کہاگر کوئی تمہارےساتھ دشمنیکرے،</w:t>
      </w:r>
    </w:p>
    <w:p>
      <w:r>
        <w:rPr>
          <w:b/>
        </w:rPr>
        <w:t xml:space="preserve">[38:42] </w:t>
      </w:r>
      <w:r>
        <w:t>conspiracy kare, tum ko tumhare watan se nikale, tab bhi tum negative na bano, tab bhi tum apni positive technique qaim rakho.</w:t>
      </w:r>
    </w:p>
    <w:p>
      <w:pPr>
        <w:jc w:val="right"/>
      </w:pPr>
      <w:r>
        <w:t>کنسپریسیکرے، تم کو تمہارےوطن سےنکالے، تب بھیتم نیگیٹیونہبنو، تب بھیتم اپنی پازیٹیوٹیکوقائمرکھو۔</w:t>
      </w:r>
    </w:p>
    <w:p>
      <w:r>
        <w:rPr>
          <w:b/>
        </w:rPr>
        <w:t xml:space="preserve">[38:53] </w:t>
      </w:r>
      <w:r>
        <w:t>ye kitna bara example hai, bohat hi bara example hai, bohat bara example hai. to poori tareekh mein is tarah ke afraad, is tarah ke individuals, is tarah ke persons dikhaye jate hain.</w:t>
      </w:r>
    </w:p>
    <w:p>
      <w:pPr>
        <w:jc w:val="right"/>
      </w:pPr>
      <w:r>
        <w:t>یہکتنابڑا ایگزیمپلہے، بہت ہیبڑاایگزیمپلہے، بہت بڑاایگزیمپلہے۔ تو پوری تاریخ میں اسطرح کے افراد ،اسطرحکےانڈیویجولز ،اسطرحکے پرسنزدکھائےجاتےہیں۔</w:t>
      </w:r>
    </w:p>
    <w:p>
      <w:r>
        <w:rPr>
          <w:b/>
        </w:rPr>
        <w:t xml:space="preserve">[39:12] </w:t>
      </w:r>
      <w:r>
        <w:t>hajra ko aap dekhiye, hajra ek lady thi. hazrat e ibrahim ke zariye Allah ta'ala ne ek ek planning ki ke desert mein ek basti banai jaye, ek generation desert mein.</w:t>
      </w:r>
    </w:p>
    <w:p>
      <w:pPr>
        <w:jc w:val="right"/>
      </w:pPr>
      <w:r>
        <w:t>ہاجرہکوآپدیکھیے، ہاجرہایکلیڈیتھی۔ حضرتابراہیمکے ذریعےاللہتعالینےایک ایک پلاننگکی کہ ڈیزرٹمیںایکڈسٹبنائیجائے،ایک جنریشن ڈیزرٹمیں ۔</w:t>
      </w:r>
    </w:p>
    <w:p>
      <w:r>
        <w:rPr>
          <w:b/>
        </w:rPr>
        <w:t xml:space="preserve">[39:26] </w:t>
      </w:r>
      <w:r>
        <w:t>desert jo tha, aap jante hain ke desert kya hota hai, wahan sirf nature hota hai, nature</w:t>
      </w:r>
    </w:p>
    <w:p>
      <w:pPr>
        <w:jc w:val="right"/>
      </w:pPr>
      <w:r>
        <w:t>ڈیزرٹ جوتھا، آپجانتےہیںکہڈیزرٹکیاہوتاہے، وہاںصرفنیچرہوتاہے،نیچر</w:t>
      </w:r>
    </w:p>
    <w:p>
      <w:r>
        <w:rPr>
          <w:b/>
        </w:rPr>
        <w:t xml:space="preserve">[39:33] </w:t>
      </w:r>
      <w:r>
        <w:t>. wahan koi civilization nahi, wahan koi culture nahi, wahan koi facility nahi, wahan koi comfort nahi, wahan koi koi guzar ne ka nahi.</w:t>
      </w:r>
    </w:p>
    <w:p>
      <w:pPr>
        <w:jc w:val="right"/>
      </w:pPr>
      <w:r>
        <w:t>۔ وہاںکوئیسویلائزیشننہیں ،وہاںکوئیکلچرنہیں ،وہاںکوئیفیسلیٹینہیں ، وہاںکوئی کمفرٹنہیں،وہاںکوئیکوئیلگزرینہیں۔</w:t>
      </w:r>
    </w:p>
    <w:p>
      <w:r>
        <w:rPr>
          <w:b/>
        </w:rPr>
        <w:t xml:space="preserve">[39:43] </w:t>
      </w:r>
      <w:r>
        <w:t>ek bohat hi simple life, bohat hi natural life. upar aasman hai, neeche desert hai.</w:t>
      </w:r>
    </w:p>
    <w:p>
      <w:pPr>
        <w:jc w:val="right"/>
      </w:pPr>
      <w:r>
        <w:t>ایک بہت ہی سمپللائف ،بہت ہی نیچرللائف۔ اوپر آسمان ہے، نیچےڈیزرٹہے۔</w:t>
      </w:r>
    </w:p>
    <w:p>
      <w:r>
        <w:rPr>
          <w:b/>
        </w:rPr>
        <w:t xml:space="preserve">[39:53] </w:t>
      </w:r>
      <w:r>
        <w:t>to hazrat e ibrahim ke zariye Allah ta'ala ne ye planning ki ke ek aisi nasl banai jaye, ek aisi generation jo nature par khadi hui ho, apni fitrat par khadi hui ho.</w:t>
      </w:r>
    </w:p>
    <w:p>
      <w:pPr>
        <w:jc w:val="right"/>
      </w:pPr>
      <w:r>
        <w:t>تو حضرتابراہیمکےذریعےاللہتعالینے یہ پلاننگکی کہایکایسی نسلبنائیجائے،ایکایسیجنریشن جو نیچرپرکھڑیہوئیہو،اپنیفطرتپرکھڑیہوئی ہو۔</w:t>
      </w:r>
    </w:p>
    <w:p>
      <w:r>
        <w:rPr>
          <w:b/>
        </w:rPr>
        <w:t xml:space="preserve">[40:05] </w:t>
      </w:r>
      <w:r>
        <w:t>to hazrat hajra ne apne aap ko iske liye qurban kar diya, is desert mein apne bachche ko le kar bas gayi. wo</w:t>
      </w:r>
    </w:p>
    <w:p>
      <w:pPr>
        <w:jc w:val="right"/>
      </w:pPr>
      <w:r>
        <w:t>تو حضرت ہاجرہنےاپنےآپکو اسکےلیےقربانکردیا ، اس ڈیزرٹمیں اپنے بچےکولےکربسگئیں۔وہ</w:t>
      </w:r>
    </w:p>
    <w:p>
      <w:r>
        <w:rPr>
          <w:b/>
        </w:rPr>
        <w:t xml:space="preserve">[40:15] </w:t>
      </w:r>
      <w:r>
        <w:t>yani kaisa ajeeb ho gayi wo wo lady jo ek desert mein, jahan pani nahi, jahan sabza nahi, jahan koi insaan nahi, jahan koi basti nahi, ja kar bas gayi.</w:t>
      </w:r>
    </w:p>
    <w:p>
      <w:pPr>
        <w:jc w:val="right"/>
      </w:pPr>
      <w:r>
        <w:t>یعنیکیسا عجیبہوگئی وہ وہلیڈی جوایکڈیزرٹمیں،جہاںپانینہیں ،جہاںسبزہنہیں ، جہاںکوئیانسان نہیں ،جہاںکوئیبستینہیں، جا کےبسگئی۔</w:t>
      </w:r>
    </w:p>
    <w:p>
      <w:r>
        <w:rPr>
          <w:b/>
        </w:rPr>
        <w:t xml:space="preserve">[40:27] </w:t>
      </w:r>
      <w:r>
        <w:t>phir dheere dheere halaat badle, dheere dheere sab kuch hua. lekin aap gaur kijiye ke kaisi ajeeb wo lady thi.</w:t>
      </w:r>
    </w:p>
    <w:p>
      <w:pPr>
        <w:jc w:val="right"/>
      </w:pPr>
      <w:r>
        <w:t>پھردھیرےدھیرےحالاتبد لے،دھیرےدھیرےسبکچھہوا۔ لیکن آپ غورکیجئےکہ کیسیعجیب وہ لیڈیتھی۔</w:t>
      </w:r>
    </w:p>
    <w:p>
      <w:r>
        <w:rPr>
          <w:b/>
        </w:rPr>
        <w:t xml:space="preserve">[40:37] </w:t>
      </w:r>
      <w:r>
        <w:t>jab unke jo shoharthe, hazrat ibrahim, unko is desert mein chhodkar jaane lage, yaani khud wahan se chhodkar chale gaye. woh to unhone poochha ke aapko kahan chhod ke jaa rahe hain?</w:t>
      </w:r>
    </w:p>
    <w:p>
      <w:pPr>
        <w:jc w:val="right"/>
      </w:pPr>
      <w:r>
        <w:t>جب انکےجو شوہرتھے،حضرتابراہیم، انکو اسڈیزرٹمیںچھوڑکرجانےلگے، یعنیخود وہاںسےچھوڑکرچلےگئے۔وہ تو انہوںنےپوچھاکہآپکوکہاںچھوڑکےجارہےہیں؟</w:t>
      </w:r>
    </w:p>
    <w:p>
      <w:r>
        <w:rPr>
          <w:b/>
        </w:rPr>
        <w:t xml:space="preserve">[40:51] </w:t>
      </w:r>
      <w:r>
        <w:t>main hoon, mera chhota bachcha, aur tu yahan kuch bhi nahin, aur tu kuch bhi nahin. to kai baar unhone kaha, aur hazrat ibrahim ne koi jawab nahin diya.</w:t>
      </w:r>
    </w:p>
    <w:p>
      <w:pPr>
        <w:jc w:val="right"/>
      </w:pPr>
      <w:r>
        <w:t>میںہوں،میراچھوٹابچہ،اور تویہاںکچھبھینہیں ، اور توکچھبھینہیں ۔ تو کئیبار انہوںنے کہا، اور حضرتابراہیمنےکوئیجوابنہیںدیا۔</w:t>
      </w:r>
    </w:p>
    <w:p>
      <w:r>
        <w:rPr>
          <w:b/>
        </w:rPr>
        <w:t xml:space="preserve">[41:03] </w:t>
      </w:r>
      <w:r>
        <w:t>to aakhir mein kaha is hajar ne: "kya aap khuda ne aapko hukum diya hai ke aap aisa karein?"</w:t>
      </w:r>
    </w:p>
    <w:p>
      <w:pPr>
        <w:jc w:val="right"/>
      </w:pPr>
      <w:r>
        <w:t>تو آخرمیںکہااسلیڈینے :"کیاآپ خدانےآپکو حکمدیاہےکہآپایساکریں؟"</w:t>
      </w:r>
    </w:p>
    <w:p>
      <w:r>
        <w:rPr>
          <w:b/>
        </w:rPr>
        <w:t xml:space="preserve">[41:13] </w:t>
      </w:r>
      <w:r>
        <w:t>to hazrat ibrahim ne kaha ke haan. to is is desert mein khada hokar is hajar ne kaha tha ke "az lan az niyawna".</w:t>
      </w:r>
    </w:p>
    <w:p>
      <w:pPr>
        <w:jc w:val="right"/>
      </w:pPr>
      <w:r>
        <w:t>تو حضرتابراہیمنےکہاکہہاں۔ تو اس اس ڈیزرٹ میںکھڑاہوکر اس لیڈینےکہاتھا کہ"از ن لا از نیونا"۔</w:t>
      </w:r>
    </w:p>
    <w:p>
      <w:r>
        <w:rPr>
          <w:b/>
        </w:rPr>
        <w:t xml:space="preserve">[41:24] </w:t>
      </w:r>
      <w:r>
        <w:t>phir allah hamein zaya nahin karega.</w:t>
      </w:r>
    </w:p>
    <w:p>
      <w:pPr>
        <w:jc w:val="right"/>
      </w:pPr>
      <w:r>
        <w:t>پھراللہہمیںضائعنہیںکرےگا۔</w:t>
      </w:r>
    </w:p>
    <w:p>
      <w:r>
        <w:rPr>
          <w:b/>
        </w:rPr>
        <w:t xml:space="preserve">[41:33] </w:t>
      </w:r>
      <w:r>
        <w:t>kaisi ajeeb baat hai, yaani yahan to hum baithe hue hain, to yahan to saare hamare paas saara comfort hai, saara saaman nahin, wahan kuch bhi nahin tha, kuch bhi nahin tha, na kheti,</w:t>
      </w:r>
    </w:p>
    <w:p>
      <w:pPr>
        <w:jc w:val="right"/>
      </w:pPr>
      <w:r>
        <w:t>کیسیعجیبباتہے،یعنییہاںتوہمبیٹھےہوئےہیں، تویہاںتو سارے ہمارےپاسسارا کمفرٹہے، سارےسامانہیں، وہاںکچھبھینہیںتھا، کچھبھینہیں تھا، نہکھیتی،</w:t>
      </w:r>
    </w:p>
    <w:p>
      <w:r>
        <w:rPr>
          <w:b/>
        </w:rPr>
        <w:t xml:space="preserve">[41:48] </w:t>
      </w:r>
      <w:r>
        <w:t>na koi khane ka saaman, na koi sabza. sirf ek umeed mein ke allah ta'ala hamein har cheez dega.</w:t>
      </w:r>
    </w:p>
    <w:p>
      <w:pPr>
        <w:jc w:val="right"/>
      </w:pPr>
      <w:r>
        <w:t>نہ کوئی کھانےکاسامان، نہکوئیسبزہ۔ صرف ایک ہوپمیںکہاللہتعالی ہمیں ہرچیز دیںگے۔</w:t>
      </w:r>
    </w:p>
    <w:p>
      <w:r>
        <w:rPr>
          <w:b/>
        </w:rPr>
        <w:t xml:space="preserve">[42:00] </w:t>
      </w:r>
      <w:r>
        <w:t>aage</w:t>
      </w:r>
    </w:p>
    <w:p>
      <w:pPr>
        <w:jc w:val="right"/>
      </w:pPr>
      <w:r>
        <w:t>آگے</w:t>
      </w:r>
    </w:p>
    <w:p>
      <w:r>
        <w:rPr>
          <w:b/>
        </w:rPr>
        <w:t xml:space="preserve">[42:03] </w:t>
      </w:r>
      <w:r>
        <w:t>to hajar ne ek example set kiya kaha agar koi aadmi desert mein khada hokar, jahan upar aasman hai aur neeche sahra, yeh kahe ke "khuda, tere liye maine yahan par agar apne ko basa diya hai" to khuda wahan bhi uske liye sab kuch paida kar dega.</w:t>
      </w:r>
    </w:p>
    <w:p>
      <w:pPr>
        <w:jc w:val="right"/>
      </w:pPr>
      <w:r>
        <w:t>تو ہاجرہنے ایک ایگزیمپلسیٹکیا کہاگر کوئیآدمی ڈیزرٹمیںکھڑاہوکر ،جہاںاوپر آسمان ہے اورنیچے صحرا، یہ کہے کہ"خدا،تیرےلیے میںنے یہاںپر اگر اپنےکو بسادیاہے" تو خداوہاںبھیاسکےلیےسبکچھ پیدا کردےگا۔</w:t>
      </w:r>
    </w:p>
    <w:p>
      <w:r>
        <w:rPr>
          <w:b/>
        </w:rPr>
        <w:t xml:space="preserve">[42:26] </w:t>
      </w:r>
      <w:r>
        <w:t>aap jaante hain ke aaj isi desert mein aaj itni zyada affluence hai ke log wahan bhaag bhaag kar jaa rahe hain. wahan par to is poori tareekh mein is tarah ke individual paida ho rahe hain.</w:t>
      </w:r>
    </w:p>
    <w:p>
      <w:pPr>
        <w:jc w:val="right"/>
      </w:pPr>
      <w:r>
        <w:t>آپجانتےہیںکہآجاسی ڈیزرٹمیںآج اتنیزیادہ افلوئنسہےکہلوگوہاںبھاگبھاگکرجارہےہیں۔وہاںپر تو اس پوری تاریخ میںاسطرحکےانڈیویجولپیداہورہےہیں۔</w:t>
      </w:r>
    </w:p>
    <w:p>
      <w:r>
        <w:rPr>
          <w:b/>
        </w:rPr>
        <w:t xml:space="preserve">[42:44] </w:t>
      </w:r>
      <w:r>
        <w:t>to woh jo kaha tha western historian ne ke "the human history", jo yaani "little little more than a story of crimes", to usne majmoo'e ke lihaaz se dekha.</w:t>
      </w:r>
    </w:p>
    <w:p>
      <w:pPr>
        <w:jc w:val="right"/>
      </w:pPr>
      <w:r>
        <w:t>تووہجوکہاتھا ویسٹرنہسٹوریننے کہ "داہیومنہسٹری"،جو یعنی "لٹل لٹلموردینرج سٹرآفکرائمز" ،تواسنے مجموع ےکےلحاظسےدیکھا۔</w:t>
      </w:r>
    </w:p>
    <w:p>
      <w:r>
        <w:rPr>
          <w:b/>
        </w:rPr>
        <w:t xml:space="preserve">[43:00] </w:t>
      </w:r>
      <w:r>
        <w:t>agar woh is creation plan of god ko, uske mutabiq dekhta to woh kehta ke tareekh agarche jangla hai, lekin ismein diamond jagmagah raha hai.</w:t>
      </w:r>
    </w:p>
    <w:p>
      <w:pPr>
        <w:jc w:val="right"/>
      </w:pPr>
      <w:r>
        <w:t>اگر وہ اس کریشنپلانآف گاڈجوہے، اسکےمطابقدیکھتا تووہکہتا کہ تاریخ اگرچہجنگلہے،لیکن اسمیںڈائمنڈجگمگارہےہیں۔</w:t>
      </w:r>
    </w:p>
    <w:p>
      <w:r>
        <w:rPr>
          <w:b/>
        </w:rPr>
        <w:t xml:space="preserve">[43:11] </w:t>
      </w:r>
      <w:r>
        <w:t>uska statement doosra hota ke tareekh agarche yahan tak jangla hai crime ka, lekin isi jangale mein jagah jagah diamond jagmaga woh hai, woh kar rahe hain.</w:t>
      </w:r>
    </w:p>
    <w:p>
      <w:pPr>
        <w:jc w:val="right"/>
      </w:pPr>
      <w:r>
        <w:t>اسکا اسٹیٹمنٹدوسراہوتا کہتاریخ اگر چہیہاںتک جنگلہے کرائمکا ،لیکن اسیجنگلمیں جگہجگہ ڈائمنڈجگمگاجوہے،وہکررہےہیں۔</w:t>
      </w:r>
    </w:p>
    <w:p>
      <w:r>
        <w:rPr>
          <w:b/>
        </w:rPr>
        <w:t xml:space="preserve">[43:24] </w:t>
      </w:r>
      <w:r>
        <w:t>aise person, aise individual, aise afraad, aisi auratein, aise mard, yahan se wahan tak. to khuda ki jo scheme thi, wohi thi ke insaanon ko paida kiya jaaye, unko freedom de di jaaye,</w:t>
      </w:r>
    </w:p>
    <w:p>
      <w:pPr>
        <w:jc w:val="right"/>
      </w:pPr>
      <w:r>
        <w:t>ایسے پرسن،ایسےانڈیویجول،ایسےافراد ،ایسیعورتیں،ایسےمرد ، یہاںسےوہاںتک ۔ تو خداکیجو اسکیمتھی،وہیہتھی کہانسانوںکوپیدا کیا جائے، انکو فریڈمدےدیجائے،</w:t>
      </w:r>
    </w:p>
    <w:p>
      <w:r>
        <w:rPr>
          <w:b/>
        </w:rPr>
        <w:t xml:space="preserve">[43:40] </w:t>
      </w:r>
      <w:r>
        <w:t>to total freedom</w:t>
      </w:r>
    </w:p>
    <w:p>
      <w:pPr>
        <w:jc w:val="right"/>
      </w:pPr>
      <w:r>
        <w:t>ٹوٹلفریڈم</w:t>
      </w:r>
    </w:p>
    <w:p>
      <w:r>
        <w:rPr>
          <w:b/>
        </w:rPr>
        <w:t xml:space="preserve">[43:41] </w:t>
      </w:r>
      <w:r>
        <w:t>, kuch bhi karein, unko rokan na jaaye. unko phir isi freedom ke jangale mein kuch afraad aise jo niklein, jinke andar right thinking apne andar paida karein,</w:t>
      </w:r>
    </w:p>
    <w:p>
      <w:pPr>
        <w:jc w:val="right"/>
      </w:pPr>
      <w:r>
        <w:t>،کچھبھی کریں،انکو کو روکانہجائے۔انکو پھر اسی فریڈمکےجنگلمیں کچھ افراد ایسےجونکلیں، جنکےاندررائٹتھنکنگ اپنےاندرپیدا کریں،</w:t>
      </w:r>
    </w:p>
    <w:p>
      <w:r>
        <w:rPr>
          <w:b/>
        </w:rPr>
        <w:t xml:space="preserve">[43:57] </w:t>
      </w:r>
      <w:r>
        <w:t>woh halaat ke khilaaf sochein, independently apne ko sachai par khada karein,</w:t>
      </w:r>
    </w:p>
    <w:p>
      <w:pPr>
        <w:jc w:val="right"/>
      </w:pPr>
      <w:r>
        <w:t>وہ حالات کے خلاف سوچیں،انڈیپینڈنٹلی اپنے کو سچائیپرکھڑاکریں،</w:t>
      </w:r>
    </w:p>
    <w:p>
      <w:r>
        <w:rPr>
          <w:b/>
        </w:rPr>
        <w:t xml:space="preserve">[44:08] </w:t>
      </w:r>
      <w:r>
        <w:t>woh kisi bhi cheez ko, kisi bhi temptation mein na padein, kisi bhi desire ke peeche na daudein.</w:t>
      </w:r>
    </w:p>
    <w:p>
      <w:pPr>
        <w:jc w:val="right"/>
      </w:pPr>
      <w:r>
        <w:t>وہکسی بھی چیزکو ،کسی بھی ٹیمپٹیشنمیںنہپڑیں، کسی بھی ڈیزائرکےپیچھےنہدوڑیں۔</w:t>
      </w:r>
    </w:p>
    <w:p>
      <w:r>
        <w:rPr>
          <w:b/>
        </w:rPr>
        <w:t xml:space="preserve">[44:17] </w:t>
      </w:r>
      <w:r>
        <w:t>woh immediate gain ke peeche daudne ke bajaye, jo jo aage jo hone wala hai, allah ta'ala ki duniya mein, usko lekar apni planning karein.</w:t>
      </w:r>
    </w:p>
    <w:p>
      <w:pPr>
        <w:jc w:val="right"/>
      </w:pPr>
      <w:r>
        <w:t>وہ امیڈیٹگینکےپیچھےدوڑنےکےبجائے، جو جو آگےجو ہونے والاہے، اللہ تعالیکے دنیا میں ،اسکولےکر اپنی پلاننگکریں۔</w:t>
      </w:r>
    </w:p>
    <w:p>
      <w:r>
        <w:rPr>
          <w:b/>
        </w:rPr>
        <w:t xml:space="preserve">[44:30] </w:t>
      </w:r>
      <w:r>
        <w:t>yaani allah ko dekhe baghair allah se darein, allah ko dekhe baghair allah ko discover karein, allah ko dekhe baghair allah se mohabbat karein.</w:t>
      </w:r>
    </w:p>
    <w:p>
      <w:pPr>
        <w:jc w:val="right"/>
      </w:pPr>
      <w:r>
        <w:t>یعنیاللہ کودیکھےبغیراللہ سےڈریں، اللہ کودیکھےبغیراللہ کوڈسکورکریں، اللہ کودیکھےبغیراللہ سےمحبتکریں۔</w:t>
      </w:r>
    </w:p>
    <w:p>
      <w:r>
        <w:rPr>
          <w:b/>
        </w:rPr>
        <w:t xml:space="preserve">[44:40] </w:t>
      </w:r>
      <w:r>
        <w:t>aise insaan</w:t>
      </w:r>
    </w:p>
    <w:p>
      <w:pPr>
        <w:jc w:val="right"/>
      </w:pPr>
      <w:r>
        <w:t>ایسےانسان</w:t>
      </w:r>
    </w:p>
    <w:p>
      <w:r>
        <w:rPr>
          <w:b/>
        </w:rPr>
        <w:t xml:space="preserve">[44:43] </w:t>
      </w:r>
      <w:r>
        <w:t>to yeh insaan individually level par ho sakte the, aur poori tareekh mein yahan se wahan tak aise afraad paida ho rahe hain. ab dekhiye, is zamane mein jin so called muslim thinkers ne,</w:t>
      </w:r>
    </w:p>
    <w:p>
      <w:pPr>
        <w:jc w:val="right"/>
      </w:pPr>
      <w:r>
        <w:t>تو یہ انسان انڈیویجوللیولپہہوسکتےتھے، اور پوریتاریخ میںیہاںسےوہاںتکایسےافراد پیدا ہورہےہیں۔ ابدیکھیے،اسزمانےمیں جن سوکالڈمسلمتھنکرزنے،</w:t>
      </w:r>
    </w:p>
    <w:p>
      <w:r>
        <w:rPr>
          <w:b/>
        </w:rPr>
        <w:t xml:space="preserve">[45:00] </w:t>
      </w:r>
      <w:r>
        <w:t>yaani islamize kiya hai aristotle ke is concept ko ke humein duniya mein justice system banana hai, yaani socio political level par ek ek bahut hi insaaf wala nizaam,</w:t>
      </w:r>
    </w:p>
    <w:p>
      <w:pPr>
        <w:jc w:val="right"/>
      </w:pPr>
      <w:r>
        <w:t>یعنی اسلام ائز کیاہے ارسٹوٹلکے اس کانسیپٹکو کہہمیںدنیامیں جسٹسسٹمبن اناہے، یعنیسوشیوپولیٹیکللیولپرایک ایکبہتہیانصافوالانظام،</w:t>
      </w:r>
    </w:p>
    <w:p>
      <w:r>
        <w:rPr>
          <w:b/>
        </w:rPr>
        <w:t xml:space="preserve">[45:13] </w:t>
      </w:r>
      <w:r>
        <w:t>woh kya hai? woh allah ke creation plan ko tabah karna hai, uske khilaaf chalna hai, kyunke yeh to mumkin nahin hai.</w:t>
      </w:r>
    </w:p>
    <w:p>
      <w:pPr>
        <w:jc w:val="right"/>
      </w:pPr>
      <w:r>
        <w:t>وہکیاہے؟ وہ اللہ کے کریشن پلانکو تباہکرناہے، اسکےخلاف چلناہے، کیونکہیہتو ممکن ہینہیںہے۔</w:t>
      </w:r>
    </w:p>
    <w:p>
      <w:r>
        <w:rPr>
          <w:b/>
        </w:rPr>
        <w:t xml:space="preserve">[45:24] </w:t>
      </w:r>
      <w:r>
        <w:t>jab allah ne logon ko de rakhi hai azaadi to kya hoga? ek hitler saare duniya ko ke khilaaf jang chhed dega, ek insaan hazrat yahya ko qatl kar dega,</w:t>
      </w:r>
    </w:p>
    <w:p>
      <w:pPr>
        <w:jc w:val="right"/>
      </w:pPr>
      <w:r>
        <w:t>جب اللہ نے لوگوںکودےرکھیہےآزادی توکیا ہوگا؟ ایک ہٹلرساریدنیا کو کےخلاف جنگ چھیڑدےگا، ایک انسان حضرتیحیی ٰکوقتلکردےگا،</w:t>
      </w:r>
    </w:p>
    <w:p>
      <w:r>
        <w:rPr>
          <w:b/>
        </w:rPr>
        <w:t xml:space="preserve">[45:39] </w:t>
      </w:r>
      <w:r>
        <w:t>ek insaan hazrat umar ko qatl kardega,</w:t>
      </w:r>
    </w:p>
    <w:p>
      <w:pPr>
        <w:jc w:val="right"/>
      </w:pPr>
      <w:r>
        <w:t>ایک انسانحضرتعمر کوقتلکردےگا،</w:t>
      </w:r>
    </w:p>
    <w:p>
      <w:r>
        <w:rPr>
          <w:b/>
        </w:rPr>
        <w:t xml:space="preserve">[45:44] </w:t>
      </w:r>
      <w:r>
        <w:t>ek insaan ek dabba banakar ke kahin girayega, aur poori poori abadi ko tabah kardega, aur Allah is ka hath rokega nahi, kyunke freedom to khatam hone wali nahi hai, doom jaise pehle.</w:t>
      </w:r>
    </w:p>
    <w:p>
      <w:pPr>
        <w:jc w:val="right"/>
      </w:pPr>
      <w:r>
        <w:t>ایک انسان ایکڈبہبناکرکے کہیںگرائےگا،اور پوریپوری آبادیکوتباہکردےگا، اور اللہ اس کاہاتھروکےگانہیں، کیونکہفریڈمتو ختم ہونے والی نہیںہے، ڈومجیسےپہلے۔</w:t>
      </w:r>
    </w:p>
    <w:p>
      <w:r>
        <w:rPr>
          <w:b/>
        </w:rPr>
        <w:t xml:space="preserve">[46:03] </w:t>
      </w:r>
      <w:r>
        <w:t>to kaise aap banayenge justice system? justice system banane ke liye aapko insaan ki abadi ko, insaan ki freedom ko establish karna padega.</w:t>
      </w:r>
    </w:p>
    <w:p>
      <w:pPr>
        <w:jc w:val="right"/>
      </w:pPr>
      <w:r>
        <w:t>تو کیسےآپبنائیںگےجسٹسسٹم؟ جسٹسسٹمبنانےکےلیے آپکو انسان کی آبادی کو، انسان کیفریڈمکوابالشکرناپڑےگا۔</w:t>
      </w:r>
    </w:p>
    <w:p>
      <w:r>
        <w:rPr>
          <w:b/>
        </w:rPr>
        <w:t xml:space="preserve">[46:16] </w:t>
      </w:r>
      <w:r>
        <w:t>justice system banane ke liye, yaani poore so social political level par bilkul insaaf ho, bilkul just ho, har cheez bilkul ideal ho, har cheez, iske liye aapko insaan ki azaadi ko balishkarna padega.</w:t>
      </w:r>
    </w:p>
    <w:p>
      <w:pPr>
        <w:jc w:val="right"/>
      </w:pPr>
      <w:r>
        <w:t>جسٹسسٹمبنانےکےلیے، یعنیپورے سو شیوپولیٹیکللیولپر بالکل انصافہو،بالکل جسٹہو ،ہرچیزبالکلآئیڈیلہو،ہرچیز، اسکےلیےآپکو انسان کی آز ادیکوابالشکرناپڑےگا۔</w:t>
      </w:r>
    </w:p>
    <w:p>
      <w:r>
        <w:rPr>
          <w:b/>
        </w:rPr>
        <w:t xml:space="preserve">[46:30] </w:t>
      </w:r>
      <w:r>
        <w:t>aap bataiye ke kiske paas yeh power hai ke insaan ki azaadi ko balishkarde? kisko power hai?</w:t>
      </w:r>
    </w:p>
    <w:p>
      <w:pPr>
        <w:jc w:val="right"/>
      </w:pPr>
      <w:r>
        <w:t>آپبتائیےکہ کسکےپاسیہپاورہے کہانسان کیآزادیکوابالشکردے؟ کسکو پاورہے؟</w:t>
      </w:r>
    </w:p>
    <w:p>
      <w:r>
        <w:rPr>
          <w:b/>
        </w:rPr>
        <w:t xml:space="preserve">[46:41] </w:t>
      </w:r>
      <w:r>
        <w:t>hamare mulk mein aapne dekha ke indira gandhi ko uski security ne maar dala,</w:t>
      </w:r>
    </w:p>
    <w:p>
      <w:pPr>
        <w:jc w:val="right"/>
      </w:pPr>
      <w:r>
        <w:t>ہمارےملکمیںآپنےدیکھاکہاندراگاندھیکو اسکیسیکیورٹینےمارڈالا،</w:t>
      </w:r>
    </w:p>
    <w:p>
      <w:r>
        <w:rPr>
          <w:b/>
        </w:rPr>
        <w:t xml:space="preserve">[46:46] </w:t>
      </w:r>
      <w:r>
        <w:t>misr mein anwar sadat ko uske apnisecurity ne maar dala. aise rozana medium mein aise waqiyat aate rehte hain, yaani security ne maar dala, security ne.</w:t>
      </w:r>
    </w:p>
    <w:p>
      <w:pPr>
        <w:jc w:val="right"/>
      </w:pPr>
      <w:r>
        <w:t>مصر میںانورساداتکواسکیاپنیسیکیورٹینےمارڈالا۔ ایسے روز انہ میڈیامیںایسےواقعات آتےرہتےہیں، یعنیسیکیورٹیہینےمارڈالا،سیکیورٹینے۔</w:t>
      </w:r>
    </w:p>
    <w:p>
      <w:r>
        <w:rPr>
          <w:b/>
        </w:rPr>
        <w:t xml:space="preserve">[47:01] </w:t>
      </w:r>
      <w:r>
        <w:t>to yeh dekhiye, Allah taala ka jo jo jo plan hai creation ka, ismein freedom must hai.</w:t>
      </w:r>
    </w:p>
    <w:p>
      <w:pPr>
        <w:jc w:val="right"/>
      </w:pPr>
      <w:r>
        <w:t>تو یہ دیکھیے، اللہ تعالی کاجو جو جو پلانہے کریشنکا ،اسمیں فریڈم مسٹہے۔</w:t>
      </w:r>
    </w:p>
    <w:p>
      <w:r>
        <w:rPr>
          <w:b/>
        </w:rPr>
        <w:t xml:space="preserve">[47:12] </w:t>
      </w:r>
      <w:r>
        <w:t>har insaan ko total freedom.</w:t>
      </w:r>
    </w:p>
    <w:p>
      <w:pPr>
        <w:jc w:val="right"/>
      </w:pPr>
      <w:r>
        <w:t>ہرانسان کو ٹوٹلفریڈم۔</w:t>
      </w:r>
    </w:p>
    <w:p>
      <w:r>
        <w:rPr>
          <w:b/>
        </w:rPr>
        <w:t xml:space="preserve">[47:15] </w:t>
      </w:r>
      <w:r>
        <w:t>jab total freedom hai to woh misuse karne ka freedom hai, aur jab tak yeh surat haal hai, aap mumkin nahi ke aap ideal nizam banaye, perfect nizam banaye.</w:t>
      </w:r>
    </w:p>
    <w:p>
      <w:pPr>
        <w:jc w:val="right"/>
      </w:pPr>
      <w:r>
        <w:t>جبٹوٹلفریڈمہےتووہ مسیوز بھیکرنے کافریڈمہے، اور جبتک یہ صورت حالہے، آپ ممکننہیں کہآپآئیڈیلنظامبنائیں،پرفیکٹنظامبنائیں۔</w:t>
      </w:r>
    </w:p>
    <w:p>
      <w:r>
        <w:rPr>
          <w:b/>
        </w:rPr>
        <w:t xml:space="preserve">[47:26] </w:t>
      </w:r>
      <w:r>
        <w:t>possible nahi hai iski. yeh us waqt possible hai jabke aap insaan ki azaadi ko balishkarde, ke woh to koi koi kar nahi sakta hai, impossible hai.</w:t>
      </w:r>
    </w:p>
    <w:p>
      <w:pPr>
        <w:jc w:val="right"/>
      </w:pPr>
      <w:r>
        <w:t>پاسیبلنہیںہےاسکی۔ یہاسوقتپاسیبلہےجبکہآپ انسان کیآزادیکوابالشکردیں، کہوہتوکوئیکوئیکرنہیںسکتاہے، امپاسیبل ہے۔</w:t>
      </w:r>
    </w:p>
    <w:p>
      <w:r>
        <w:rPr>
          <w:b/>
        </w:rPr>
        <w:t xml:space="preserve">[47:37] </w:t>
      </w:r>
      <w:r>
        <w:t>is wajah se Allah ka jo naqsha hai, Allah ki jo planning hai, woh afraad ko select kar raha hai. Allah taala afraad ko intekhab kar raha hai, afraad ka selection ho raha hai, woh Adam se shuru hua, abhi tak chala ja raha hai.</w:t>
      </w:r>
    </w:p>
    <w:p>
      <w:pPr>
        <w:jc w:val="right"/>
      </w:pPr>
      <w:r>
        <w:t>اس وجہسے اللہ کاجو نقش ہہے، اللہکیجوپلاننگہے، وہ افراد کو سلیکٹکررہاہے۔اللہتعالیافراد کو انتخاب کررہاہے، افراد کا سلیکشنہورہاہے، وہ آدمسےشروع ہوا، ابھیتکچلاجارہاہے۔</w:t>
      </w:r>
    </w:p>
    <w:p>
      <w:r>
        <w:rPr>
          <w:b/>
        </w:rPr>
        <w:t xml:space="preserve">[47:54] </w:t>
      </w:r>
      <w:r>
        <w:t>to jannat kya hai? selected afraad ka ek ek ek society,</w:t>
      </w:r>
    </w:p>
    <w:p>
      <w:pPr>
        <w:jc w:val="right"/>
      </w:pPr>
      <w:r>
        <w:t>توجنتکیاہے؟ سلیکٹڈافراد کا ایک ایک ایک سوسائٹی،</w:t>
      </w:r>
    </w:p>
    <w:p>
      <w:r>
        <w:rPr>
          <w:b/>
        </w:rPr>
        <w:t xml:space="preserve">[48:03] </w:t>
      </w:r>
      <w:r>
        <w:t>poori history se jo behtareen jo log hain, inko select karke basa diya jaye, to isika naam hai jannat, yaani selected logon ki society.</w:t>
      </w:r>
    </w:p>
    <w:p>
      <w:pPr>
        <w:jc w:val="right"/>
      </w:pPr>
      <w:r>
        <w:t>پوریہسٹریسے جو بہترین جولوگ ہیں، انکو سلیکٹکرکے بسادیاجائے، تو اسیکانامہےجنت، یعنیسلیکٹڈلوگوںکیسوسائٹی۔</w:t>
      </w:r>
    </w:p>
    <w:p>
      <w:r>
        <w:rPr>
          <w:b/>
        </w:rPr>
        <w:t xml:space="preserve">[48:18] </w:t>
      </w:r>
      <w:r>
        <w:t>to aakhir mein kya hoga?</w:t>
      </w:r>
    </w:p>
    <w:p>
      <w:pPr>
        <w:jc w:val="right"/>
      </w:pPr>
      <w:r>
        <w:t>تو آخرتمیںکیاہوگا؟</w:t>
      </w:r>
    </w:p>
    <w:p>
      <w:r>
        <w:rPr>
          <w:b/>
        </w:rPr>
        <w:t xml:space="preserve">[48:22] </w:t>
      </w:r>
      <w:r>
        <w:t>wo log jinhone apne ko, yaani jo yeh prove na kar sake ke woh azaadi paakar ke sahi raaste par qaim rahenge, jinhone apni azaadi ko misuse kiya, woh to reject karke ek universal litter bin mein daal diye jayenge,</w:t>
      </w:r>
    </w:p>
    <w:p>
      <w:pPr>
        <w:jc w:val="right"/>
      </w:pPr>
      <w:r>
        <w:t>وہ لوگ جنہوںنے اپنے کو ،یعنی جو یہ پروف نہکرسکےکہوہ آز ادی پاکرکے صحیحراستےپرقائمرہیںگے، جنہوںنے اپنیآزادیکومسیوزکیا، وہ تو ریجیکٹکرکے ایک یونیور سللیٹرونمیںڈالدیےجائیںگے،</w:t>
      </w:r>
    </w:p>
    <w:p>
      <w:r>
        <w:rPr>
          <w:b/>
        </w:rPr>
        <w:t xml:space="preserve">[48:45] </w:t>
      </w:r>
      <w:r>
        <w:t>universal litter bin mein daal diye jayenge woh. aur jinhone yeh prove kiya ke unhone apni azaadi ko sahi istemal kiya,</w:t>
      </w:r>
    </w:p>
    <w:p>
      <w:pPr>
        <w:jc w:val="right"/>
      </w:pPr>
      <w:r>
        <w:t>یونیورسللیٹر ون میںڈالدیےجائیںگےوہ۔ اور جنہوںنے یہپروفکیا کہ انہوںنے اپنی آزادیکو صحیحاستعمالکیا ،</w:t>
      </w:r>
    </w:p>
    <w:p>
      <w:r>
        <w:rPr>
          <w:b/>
        </w:rPr>
        <w:t xml:space="preserve">[48:57] </w:t>
      </w:r>
      <w:r>
        <w:t>jinhone Allah ke naqshe ko samajhkar ke uske mutabiq zindagi guzari, jinke andar khudai discipline tha, jinke andar woh qualities thi jo Allah ko matlab hain,</w:t>
      </w:r>
    </w:p>
    <w:p>
      <w:pPr>
        <w:jc w:val="right"/>
      </w:pPr>
      <w:r>
        <w:t>جوانہوں نے اللہ کے نقش ےکو سمجھکرکےاسکےمطابق زندگی گزاری، جنکےاندر خدائیڈسپلنتھا، جنکےاندر وہ کوالٹیزتھیںجواللہ کومطلوبہیں،</w:t>
      </w:r>
    </w:p>
    <w:p>
      <w:r>
        <w:rPr>
          <w:b/>
        </w:rPr>
        <w:t xml:space="preserve">[49:15] </w:t>
      </w:r>
      <w:r>
        <w:t>baghair kisi compulsion ke unhone apne aapko is raaste par dala, to inko chun liya jayega, inko chun liya jayega, inhi chune hue logon ko ke maashre ka naam hai jannat.</w:t>
      </w:r>
    </w:p>
    <w:p>
      <w:pPr>
        <w:jc w:val="right"/>
      </w:pPr>
      <w:r>
        <w:t>بغیرکسی کمپلشنکےانہوںنےاپنےآپکو اسراستےپرڈالا، تو انکو چنلیاجائےگا، انکوچنلیاجائےگا،انہیچنےہوئےلوگوںکو کہ معاشرےکانامہےجنت۔</w:t>
      </w:r>
    </w:p>
    <w:p>
      <w:r>
        <w:rPr>
          <w:b/>
        </w:rPr>
        <w:t xml:space="preserve">[49:30] </w:t>
      </w:r>
      <w:r>
        <w:t>quran mein hai ke "اولئکمن النبیین وصدیقین وشہداءوصالحین وح سن اولئکرفیقہ", yaani jannat wale jo wohin, jannat ke ka jo society hogi, ismein kaun log honge?</w:t>
      </w:r>
    </w:p>
    <w:p>
      <w:pPr>
        <w:jc w:val="right"/>
      </w:pPr>
      <w:r>
        <w:t>قرآنمیںہےکہ "اولئکمن النبیین وصدیقین وشہداءوصالحین وح سن اولئکرفیقہ"، یعنیجنتوالےجوہیں، جنت کےکاجوسوسائٹیہوگی،اسمیںکونلوگہوںگے؟</w:t>
      </w:r>
    </w:p>
    <w:p>
      <w:r>
        <w:rPr>
          <w:b/>
        </w:rPr>
        <w:t xml:space="preserve">[49:43] </w:t>
      </w:r>
      <w:r>
        <w:t>prophet aur siddiqeen aur salaha aur shuhada, yeh char group, yeh chune hue log honge jannat ke society mein.</w:t>
      </w:r>
    </w:p>
    <w:p>
      <w:pPr>
        <w:jc w:val="right"/>
      </w:pPr>
      <w:r>
        <w:t>پرافٹ اور صدی قین اور صلحاء اور شہداء، یہ چارگروپ ،یہ چنےہوئےلوگہوںگے جنتکے سوسائٹیمیں۔</w:t>
      </w:r>
    </w:p>
    <w:p>
      <w:r>
        <w:rPr>
          <w:b/>
        </w:rPr>
        <w:t xml:space="preserve">[50:03] </w:t>
      </w:r>
      <w:r>
        <w:t>to is ke liye, lehaza "fali aamal al aamilon", yaani yeh jo duniya banne wali hai, selected logon ki duniya, iske liye tamannayein karein log ke wahan hamein jagah mile, iske liye tamannayein karein.</w:t>
      </w:r>
    </w:p>
    <w:p>
      <w:pPr>
        <w:jc w:val="right"/>
      </w:pPr>
      <w:r>
        <w:t>تو اس کے لیبس،لہذا"فلی عمل العاملون" ،یعنی یہجو دنیا بننےوالی ہے، سلیکٹڈلوگوںکیدنیا ،اسکےلیے تمنائیںکریںلوگ کہوہاںہمیںجگہملے، اسکےلیےتمنائیںکریں۔</w:t>
      </w:r>
    </w:p>
    <w:p>
      <w:r>
        <w:rPr>
          <w:b/>
        </w:rPr>
        <w:t xml:space="preserve">[50:23] </w:t>
      </w:r>
      <w:r>
        <w:t>is duniya mein to aapko mil nahi sakta hai apna pasand ka mahol, kyunke aap agar rehna chahenge ek dhang se, doosra doosra doosra dhang se rahega, to kya karenge aap? woh nuisance create karega, woh mamlaat ko bigadega, woh apni azaadi ko misuse karega.</w:t>
      </w:r>
    </w:p>
    <w:p>
      <w:pPr>
        <w:jc w:val="right"/>
      </w:pPr>
      <w:r>
        <w:t>اسدنیا میںتوآپکو ملہینہیںسکتا ہےاپنا پسندکا ماحول، کیونکہآپ اگر رہناچاہیںگے ایکڈھنگسے،دوسرادوس رادوسرا ڈھنگسےرہےگا، توکیاکریںگےآپ؟وہنیوسنسکریٹکرےگا، وہ معاملاتکوبگاڑےگا، وہاپنیآزادیکومسیوزکرےگا۔</w:t>
      </w:r>
    </w:p>
    <w:p>
      <w:r>
        <w:rPr>
          <w:b/>
        </w:rPr>
        <w:t xml:space="preserve">[50:42] </w:t>
      </w:r>
      <w:r>
        <w:t>to aap kuch kar nahi sakte, kyunke yeh to test ho raha hai. test</w:t>
      </w:r>
    </w:p>
    <w:p>
      <w:pPr>
        <w:jc w:val="right"/>
      </w:pPr>
      <w:r>
        <w:t>توآپکچھکرنہیںسکتے ، کیونکہیہتوٹیسٹ ہورہاہے۔ٹیسٹ</w:t>
      </w:r>
    </w:p>
    <w:p>
      <w:r>
        <w:rPr>
          <w:b/>
        </w:rPr>
        <w:t xml:space="preserve">[50:48] </w:t>
      </w:r>
      <w:r>
        <w:t>agar Allah taala logon ki azaadi ko balishkarde to phir test kaise hoga? to test ke ko baqi rakhne ke liye Allah taala logon ki azaadi ko balish karne wala hai hi nahi,</w:t>
      </w:r>
    </w:p>
    <w:p>
      <w:pPr>
        <w:jc w:val="right"/>
      </w:pPr>
      <w:r>
        <w:t>اگر اللہ تعالی لوگوںکی آز ادیکوابالشکردے تو پھرٹیسٹ کیسےہوگا؟ تو ٹیسٹ کے کو باقیرکھنےکےلیے اللہ تعالی لوگوںکیآزادیکوابالشکرنے والاہےہینہیں،</w:t>
      </w:r>
    </w:p>
    <w:p>
      <w:r>
        <w:rPr>
          <w:b/>
        </w:rPr>
        <w:t xml:space="preserve">[51:03] </w:t>
      </w:r>
      <w:r>
        <w:t>impossible hai. to kya hai? apne ko banaiye, aur aap ki jo movements hon, aap ki jo koshishen hon, woh individual ko target karen,</w:t>
      </w:r>
    </w:p>
    <w:p>
      <w:pPr>
        <w:jc w:val="right"/>
      </w:pPr>
      <w:r>
        <w:t>امپاسیبلہے۔ تو کیاہے ؟ اپنےکوبنائیے، اور آپ کیجو تحریکیںہوں،آپکیجو کوششیںہوں، وہ انڈیویجولکوٹارگٹکریں،</w:t>
      </w:r>
    </w:p>
    <w:p>
      <w:r>
        <w:rPr>
          <w:b/>
        </w:rPr>
        <w:t xml:space="preserve">[51:18] </w:t>
      </w:r>
      <w:r>
        <w:t>poore majmoo'e ka na hon. jaise mein history mein aise log paida hue hain jinhone bade bade target banaye hain: world government, world society, yeh sab yeh hone wali cheezain nahin hain.</w:t>
      </w:r>
    </w:p>
    <w:p>
      <w:pPr>
        <w:jc w:val="right"/>
      </w:pPr>
      <w:r>
        <w:t>پورےمجموع ےکانہیں۔ جیسے میں ہسٹریمیںایسےلوگپیدا ہوئےہیں جنہوںنےبڑےبڑے انٹارگٹبنائےہیں: ورلڈگورنمنٹ ،ورلڈسوسائٹی، یہسب یہہونےوالیچیزہینہیںہے۔</w:t>
      </w:r>
    </w:p>
    <w:p>
      <w:r>
        <w:rPr>
          <w:b/>
        </w:rPr>
        <w:t xml:space="preserve">[51:33] </w:t>
      </w:r>
      <w:r>
        <w:t>natija yeh hai ki jo log aisi baatein karte hain, woh frustration mein marte hain, frustration mein.</w:t>
      </w:r>
    </w:p>
    <w:p>
      <w:pPr>
        <w:jc w:val="right"/>
      </w:pPr>
      <w:r>
        <w:t>نتیجہیہہےکہجولوگایسی باتیںکرتےہیں، وہ فریسٹریشنمیںمرتےہیں، فرسٹریشنمیں۔</w:t>
      </w:r>
    </w:p>
    <w:p>
      <w:r>
        <w:rPr>
          <w:b/>
        </w:rPr>
        <w:t xml:space="preserve">[51:40] </w:t>
      </w:r>
      <w:r>
        <w:t>to sachi tehreek woh hai, sachi movement woh hai jo afraad ko target kare, individual ko target kare,</w:t>
      </w:r>
    </w:p>
    <w:p>
      <w:pPr>
        <w:jc w:val="right"/>
      </w:pPr>
      <w:r>
        <w:t>تو س چی تحریکوہہے،سچی موومنٹوہہےجو افراد کو ٹارگٹکرے،انڈیویجولکوٹارگٹکرے،</w:t>
      </w:r>
    </w:p>
    <w:p>
      <w:r>
        <w:rPr>
          <w:b/>
        </w:rPr>
        <w:t xml:space="preserve">[51:52] </w:t>
      </w:r>
      <w:r>
        <w:t>kyunki woh to aisi ablain nahin hai.</w:t>
      </w:r>
    </w:p>
    <w:p>
      <w:pPr>
        <w:jc w:val="right"/>
      </w:pPr>
      <w:r>
        <w:t>کیونکہوہتوایسیاب لینہیںہے۔</w:t>
      </w:r>
    </w:p>
    <w:p>
      <w:r>
        <w:rPr>
          <w:b/>
        </w:rPr>
        <w:t xml:space="preserve">[51:56] </w:t>
      </w:r>
      <w:r>
        <w:t>to yeh hai is surah al-baqarah ki jo aayatein hain, jo maine aapse arz kiya, iske mutabiq se yeh baatein samajh mein aati hain.</w:t>
      </w:r>
    </w:p>
    <w:p>
      <w:pPr>
        <w:jc w:val="right"/>
      </w:pPr>
      <w:r>
        <w:t>تو یہہے اس سورہ البقرہکیجو آیتیںہیں،جومیںنےآپسے عرضکیا، اسکے مط ابق سےیہباتیںسمجھمیںآتیہیں۔</w:t>
      </w:r>
    </w:p>
    <w:p>
      <w:r>
        <w:rPr>
          <w:b/>
        </w:rPr>
        <w:t xml:space="preserve">[52:08] </w:t>
      </w:r>
      <w:r>
        <w:t>tab jaa kar ke poori poori poori scheme explain ho jaati hai ki Allah ne kyun banaya yeh duniya ko.</w:t>
      </w:r>
    </w:p>
    <w:p>
      <w:pPr>
        <w:jc w:val="right"/>
      </w:pPr>
      <w:r>
        <w:t>تب جاکرکے پوری پوری پوری اسکیمایکسپلینہوجاتیہے کہاللہ نے کیوںبنایا یہدنیا کو۔</w:t>
      </w:r>
    </w:p>
    <w:p>
      <w:r>
        <w:rPr>
          <w:b/>
        </w:rPr>
        <w:t xml:space="preserve">[52:20] </w:t>
      </w:r>
      <w:r>
        <w:t>ek aur baat mein arz kar doon, Quran ki ek aayat hai: "min</w:t>
      </w:r>
    </w:p>
    <w:p>
      <w:pPr>
        <w:jc w:val="right"/>
      </w:pPr>
      <w:r>
        <w:t>ایکاورباتمیںعرضکردوں، قرآنکیایکآیتہے: "من</w:t>
      </w:r>
    </w:p>
    <w:p>
      <w:r>
        <w:rPr>
          <w:b/>
        </w:rPr>
        <w:t xml:space="preserve">[52:30] </w:t>
      </w:r>
      <w:r>
        <w:t>hum ayat dunya fihorz qurbak khair". is</w:t>
      </w:r>
    </w:p>
    <w:p>
      <w:pPr>
        <w:jc w:val="right"/>
      </w:pPr>
      <w:r>
        <w:t>ہمآ یت دنیا فیہورز قربکخیر"۔اس</w:t>
      </w:r>
    </w:p>
    <w:p>
      <w:r>
        <w:rPr>
          <w:b/>
        </w:rPr>
        <w:t xml:space="preserve">[52:36] </w:t>
      </w:r>
      <w:r>
        <w:t>ka matlab hai ki duniya mein log jo bade bade material achievement kiye hue hain, bade bade kaam ke mahal banaye hue hain, to iski taraf mat dekho,</w:t>
      </w:r>
    </w:p>
    <w:p>
      <w:pPr>
        <w:jc w:val="right"/>
      </w:pPr>
      <w:r>
        <w:t>کامطلبہےکہدنیا میںلوگ جوبڑےبڑے مٹیریل اچیومنٹ کیےہوئےہیں، بڑےبڑے کام وں کے محلبنائےہوئےہیں، تو اسکیطرف متدیکھو،</w:t>
      </w:r>
    </w:p>
    <w:p>
      <w:r>
        <w:rPr>
          <w:b/>
        </w:rPr>
        <w:t xml:space="preserve">[52:54] </w:t>
      </w:r>
      <w:r>
        <w:t>balkeh rizq qurb ki talash karo.</w:t>
      </w:r>
    </w:p>
    <w:p>
      <w:pPr>
        <w:jc w:val="right"/>
      </w:pPr>
      <w:r>
        <w:t>بل کہ رزقربکیتلاشکرو ۔</w:t>
      </w:r>
    </w:p>
    <w:p>
      <w:r>
        <w:rPr>
          <w:b/>
        </w:rPr>
        <w:t xml:space="preserve">[52:57] </w:t>
      </w:r>
      <w:r>
        <w:t>yeh saada baat nahin hai, yeh is baat ki ismein ek bahut badi baat hai ki agar tumhare paas maal na ho, tumhare paas empire na ho, tab bhi tum ek bahut badi cheez pa sakte ho,</w:t>
      </w:r>
    </w:p>
    <w:p>
      <w:pPr>
        <w:jc w:val="right"/>
      </w:pPr>
      <w:r>
        <w:t>یہ سادہ باتنہیںہے، یہ اسبات کی اسمیںایکبہت بڑیباتہے کہاگر تمہارےپاس مال نہہو،تمہارےپاسایمپائرنہہو، تب بھیتم ایکبہت بڑیچیز پاسکتےہو،</w:t>
      </w:r>
    </w:p>
    <w:p>
      <w:r>
        <w:rPr>
          <w:b/>
        </w:rPr>
        <w:t xml:space="preserve">[53:13] </w:t>
      </w:r>
      <w:r>
        <w:t>woh hai ideology. ek aisi ideology hai jo universal hai, jo poori universe ko muheet hai, yaani apne mind ko istemal karna.</w:t>
      </w:r>
    </w:p>
    <w:p>
      <w:pPr>
        <w:jc w:val="right"/>
      </w:pPr>
      <w:r>
        <w:t>وہہے آئیڈیالوجی۔ ایکایسیآئیڈیالوجیہےجو یونیورسل ہے، جو پورییونیورس کومحیطہے، یعنیاپنے مائنڈکو استعمال کرنا۔</w:t>
      </w:r>
    </w:p>
    <w:p>
      <w:r>
        <w:rPr>
          <w:b/>
        </w:rPr>
        <w:t xml:space="preserve">[53:26] </w:t>
      </w:r>
      <w:r>
        <w:t>agar aap apne soch ko develop karen, agar aap apni thinking ko develop karen, aur is ideology ko aap daryaft kar saken,</w:t>
      </w:r>
    </w:p>
    <w:p>
      <w:pPr>
        <w:jc w:val="right"/>
      </w:pPr>
      <w:r>
        <w:t>اگر آپ اپنیسوچکوڈیولپکریں، اگر آپ اپنی تھنکنگکوڈیولپکریں، اور اس آئی ڈیالوجیکوآپ دریا فتکرسکیں،</w:t>
      </w:r>
    </w:p>
    <w:p>
      <w:r>
        <w:rPr>
          <w:b/>
        </w:rPr>
        <w:t xml:space="preserve">[53:40] </w:t>
      </w:r>
      <w:r>
        <w:t>to ideological level par aap ek poori universe aap ki hai. hukoomat kiske paas hai? yeh ek aap ke liye irrelevant ban jaayega, yaani kiske paas government hai,</w:t>
      </w:r>
    </w:p>
    <w:p>
      <w:pPr>
        <w:jc w:val="right"/>
      </w:pPr>
      <w:r>
        <w:t>تو آئیڈیالوجیکللیول پرآپایک پوری یونیورس آپ کیہے۔ حکومت کسکےپاسہے ؟ یہ ایک آپکےلیے اریلیونٹبنجائےگا، یعنیکسکےپاس گورنمنٹہے،</w:t>
      </w:r>
    </w:p>
    <w:p>
      <w:r>
        <w:rPr>
          <w:b/>
        </w:rPr>
        <w:t xml:space="preserve">[53:56] </w:t>
      </w:r>
      <w:r>
        <w:t>kiske paas, yaani kaun bade bade fame ka malik hai, kaun bade bade stage ka malik hai, kaun material cheezon ka champion bana hua hai, yeh aap ke liye ban jaayega bilkul, yaani unimportant,</w:t>
      </w:r>
    </w:p>
    <w:p>
      <w:pPr>
        <w:jc w:val="right"/>
      </w:pPr>
      <w:r>
        <w:t>کسکےپاس ،یعنی کون بڑےبڑےفیمکامالکہے، کون بڑےبڑےسٹیج کامالکہے، کون مٹیریلچیزوںکا چیمپیئنبناہواہے،یہآپکےلیے بنجائےگابالکل ،یعنی انامپورٹنٹ،</w:t>
      </w:r>
    </w:p>
    <w:p>
      <w:r>
        <w:rPr>
          <w:b/>
        </w:rPr>
        <w:t xml:space="preserve">[54:13] </w:t>
      </w:r>
      <w:r>
        <w:t>kyunki poori universe khuli hui hai aap ke liye. aap ka jo mind hai, aap ki jo soch hai, iske liye to poori universe mein koi restriction nahin hai.</w:t>
      </w:r>
    </w:p>
    <w:p>
      <w:pPr>
        <w:jc w:val="right"/>
      </w:pPr>
      <w:r>
        <w:t>کیونکہ پورییونیورس کھلیہوئیہےآپکےلیے۔ آپکاجو مائنڈہے،آپکیجوسوچہے، اسکےلیےتوپوری یونیورسمیںکوئیرکاوٹنہیںہے۔</w:t>
      </w:r>
    </w:p>
    <w:p>
      <w:r>
        <w:rPr>
          <w:b/>
        </w:rPr>
        <w:t xml:space="preserve">[54:24] </w:t>
      </w:r>
      <w:r>
        <w:t>jaise mein hoon, mujhe koi shauk nahin ki mujhe koi hukoomat mein kuch mile, mujhe koi daulat mein hissa mile, mere paas koi bahut bada maal ho, kyunki woh to sab limited cheezain hain. limited mere liye to, yaani mein soch ke level par jeeta hoon, to soch ka jo level hai, iske liye poori universe khuli hui hai,</w:t>
      </w:r>
    </w:p>
    <w:p>
      <w:pPr>
        <w:jc w:val="right"/>
      </w:pPr>
      <w:r>
        <w:t>جیسےمیںہوں، مجھے کوئیشوقنہیںکہمجھےکوئی حکومت میںکچھملے، مجھےکوئیدولتمیںحصہملے، میرےپاسکوئیبہتبڑامال ہو ، کیونکہوہتو سب لمیٹڈچیزیںہیں۔لمیٹڈ میرےلیےتو ،یعنی میںسوچکےلیولپرجیتاہوں، تو سوچکاجولیولہے، اسکےلیےپورییونیورس کھلیہوئیہے،</w:t>
      </w:r>
    </w:p>
    <w:p>
      <w:r>
        <w:rPr>
          <w:b/>
        </w:rPr>
        <w:t xml:space="preserve">[54:47] </w:t>
      </w:r>
      <w:r>
        <w:t>poori universe khuli hui hai.</w:t>
      </w:r>
    </w:p>
    <w:p>
      <w:pPr>
        <w:jc w:val="right"/>
      </w:pPr>
      <w:r>
        <w:t>پورییونیورس کھلیہوئیہے۔</w:t>
      </w:r>
    </w:p>
    <w:p>
      <w:r>
        <w:rPr>
          <w:b/>
        </w:rPr>
        <w:t xml:space="preserve">[54:50] </w:t>
      </w:r>
      <w:r>
        <w:t>aap kahan ka shauk? galaxies ke nizaam par sochiye, aap solar system ke nizaam par sochiye, aap poori universe mein jo laws rule kar rahe hain, us par sochiye.</w:t>
      </w:r>
    </w:p>
    <w:p>
      <w:pPr>
        <w:jc w:val="right"/>
      </w:pPr>
      <w:r>
        <w:t>آپکہاںکاشوق؟گلیکسیزکےنظامپرسوچیے، آپ سولرسسٹمکےنظامپرسوچیے، آپپوری یونیورس میںجو لاز رولکررہےہیں،اسپرسوچیے۔</w:t>
      </w:r>
    </w:p>
    <w:p>
      <w:r>
        <w:rPr>
          <w:b/>
        </w:rPr>
        <w:t xml:space="preserve">[55:02] </w:t>
      </w:r>
      <w:r>
        <w:t>Allah ke jo, yaani ya Allah ke jo, jisko Quran mein kaha gaya "ala Allah", jo "ala Allah" poori kainat mein jalwa-gar hain, un par sochiye to poori kainat aap ki ideological empire hai,</w:t>
      </w:r>
    </w:p>
    <w:p>
      <w:pPr>
        <w:jc w:val="right"/>
      </w:pPr>
      <w:r>
        <w:t>اللہ کےجو ،یعنی یااللہ کےجو ،جسکوقرآنمیںکہاگیا"علی اللہ" ،جو "علیاللہ" پوریکائناتمیں جلبکرہیں،انپرسوچیے تو پوری کائنات آپ کیآئیڈیالوجیکلایمپائرہے،</w:t>
      </w:r>
    </w:p>
    <w:p>
      <w:r>
        <w:rPr>
          <w:b/>
        </w:rPr>
        <w:t xml:space="preserve">[55:20] </w:t>
      </w:r>
      <w:r>
        <w:t>yaani ek aap apni, aap khud apni buniyad par ek ek universal level par ek ideological empire banana chahte hain, bana sakte hain.</w:t>
      </w:r>
    </w:p>
    <w:p>
      <w:pPr>
        <w:jc w:val="right"/>
      </w:pPr>
      <w:r>
        <w:t>یعنیایک آپ اپنی ،آپخود اپنی بنیادپرایک ایک یونیور سل لیولپر ایک آئیڈیالوجیکل ایمپائربناناچاہتےہیں، بناسکتےہیں۔</w:t>
      </w:r>
    </w:p>
    <w:p>
      <w:r>
        <w:rPr>
          <w:b/>
        </w:rPr>
        <w:t xml:space="preserve">[55:30] </w:t>
      </w:r>
      <w:r>
        <w:t>yaani poori duniya aap ke liye ek ideological empire ban jaayegi, jismein aap jeeyenge, jiske aap emperor rahenge.</w:t>
      </w:r>
    </w:p>
    <w:p>
      <w:pPr>
        <w:jc w:val="right"/>
      </w:pPr>
      <w:r>
        <w:t>یعنیپوریدنیا آپکےلیے ایک آئیڈیالوجیکلایمپائربنجائےگی، جسمیںآپ جیئیںگے، جسکےآپ ایمپررہوںگے۔</w:t>
      </w:r>
    </w:p>
    <w:p>
      <w:r>
        <w:rPr>
          <w:b/>
        </w:rPr>
        <w:t xml:space="preserve">[55:43] </w:t>
      </w:r>
      <w:r>
        <w:t>aisa insaan Allah ta'ala ko matloob hai, aur Allah ta'ala ne mumkin bana diya ek aise insaan ke liye ki uske paas hukoomat ho ya na ho, daulat ho ya na ho, uske paas maal ho ya na ho, phir bhi apni apni development ka kaam aakhri had tak kar sakta hai.</w:t>
      </w:r>
    </w:p>
    <w:p>
      <w:pPr>
        <w:jc w:val="right"/>
      </w:pPr>
      <w:r>
        <w:t>ایسا انسان اللہ تعالیکومطلوبہے، اور اللہ تعالینے ممکن بنادیا ایکایسےانسان کےلیے کہ اسکےپاس حکومت ہویانہہو،دولتہویانہہو، اسکےپاس مالہویانہہو ، پھربھی اپنی اپنی ڈیولپمنٹکاکام آخریحدتککرسکتاہے۔</w:t>
      </w:r>
    </w:p>
    <w:p>
      <w:r>
        <w:rPr>
          <w:b/>
        </w:rPr>
        <w:t xml:space="preserve">[56:00] </w:t>
      </w:r>
      <w:r>
        <w:t>woh asal masla dekhiye, apna, yaani intellectual development hai, apna personal development hai, apna spiritual development hai,</w:t>
      </w:r>
    </w:p>
    <w:p>
      <w:pPr>
        <w:jc w:val="right"/>
      </w:pPr>
      <w:r>
        <w:t>وہ اصلمسئلہدیکھیے، اپنا ،یعنی انٹلیکچولڈیولپمنٹہے، اپنا پرسنلڈیولپمنٹہے، اپنا اسپیریچولڈیولپمنٹہے،</w:t>
      </w:r>
    </w:p>
    <w:p>
      <w:r>
        <w:rPr>
          <w:b/>
        </w:rPr>
        <w:t xml:space="preserve">[56:13] </w:t>
      </w:r>
      <w:r>
        <w:t>iske liye koi record nahi hai, iske liye kisi cheez ki zaroorat nahi hai . iske liye nah imapire chahiye, nah hukoomat chahiye, nah daulat chahiye, nah kothi chahiye, kuch bhi nahi chahiye.</w:t>
      </w:r>
    </w:p>
    <w:p>
      <w:pPr>
        <w:jc w:val="right"/>
      </w:pPr>
      <w:r>
        <w:t>اسکےلیےکوئیرکاوٹنہیں، اسکےلیے کسیچیزکیضرورتنہیں ۔ اسکےلیے نہایمپائرچاہیے،نہحکومت چاہیے،نہدولتچاہیے،نہکوٹھیچاہیے،کچھبھینہیںچاہیے۔</w:t>
      </w:r>
    </w:p>
    <w:p>
      <w:r>
        <w:rPr>
          <w:b/>
        </w:rPr>
        <w:t xml:space="preserve">[56:29] </w:t>
      </w:r>
      <w:r>
        <w:t>to saara jo saari universe Allah ta'ala ne khol di, asan insaan ke liye yeh mind de kar ke, mind de kar ke, yeh mind jo hai, kisi sher ke paas nahi, kisi hathi ke paas nahi ,</w:t>
      </w:r>
    </w:p>
    <w:p>
      <w:pPr>
        <w:jc w:val="right"/>
      </w:pPr>
      <w:r>
        <w:t>تو ساراجو سارییونیورس اللہتعالینےکھولدی، اسانسانکےلیے یہ مائنڈدےکر کے، مائنڈدےکرکے، یہ مائنڈجوہے، کسی شیرکےپاسنہیں،کسی ہاتھیکےپاسنہیں ،</w:t>
      </w:r>
    </w:p>
    <w:p>
      <w:r>
        <w:rPr>
          <w:b/>
        </w:rPr>
        <w:t xml:space="preserve">[56:43] </w:t>
      </w:r>
      <w:r>
        <w:t>kahi mind de kar ke Allah ta'ala ne poori universe khol di, aise insaan ke liye kahi universal level par apna development kare, woh</w:t>
      </w:r>
    </w:p>
    <w:p>
      <w:pPr>
        <w:jc w:val="right"/>
      </w:pPr>
      <w:r>
        <w:t>کہیہمائنڈدےکرکےاللہتعالینےپورییونیورس کھولدی،ایسےانسانکےلیے کہیونیورسللیول پر اپنا ڈیولپمنٹکرے،وہ</w:t>
      </w:r>
    </w:p>
    <w:p>
      <w:r>
        <w:rPr>
          <w:b/>
        </w:rPr>
        <w:t xml:space="preserve">[56:54] </w:t>
      </w:r>
      <w:r>
        <w:t>is tarah se woh personality banaye apne andar jo jannat mein basane ke qabil ho .</w:t>
      </w:r>
    </w:p>
    <w:p>
      <w:pPr>
        <w:jc w:val="right"/>
      </w:pPr>
      <w:r>
        <w:t>اسطرحسےوہپرسنیلٹیبنائےاپنےاندر جو جنتمیںبسانےکےقابلہو ۔</w:t>
      </w:r>
    </w:p>
    <w:p>
      <w:r>
        <w:rPr>
          <w:b/>
        </w:rPr>
        <w:t xml:space="preserve">[57:02] </w:t>
      </w:r>
      <w:r>
        <w:t>to yeh hai</w:t>
      </w:r>
    </w:p>
    <w:p>
      <w:pPr>
        <w:jc w:val="right"/>
      </w:pPr>
      <w:r>
        <w:t>تویہہے</w:t>
      </w:r>
    </w:p>
    <w:p>
      <w:r>
        <w:rPr>
          <w:b/>
        </w:rPr>
        <w:t xml:space="preserve">[57:05] </w:t>
      </w:r>
      <w:r>
        <w:t>purpose of existence, yani Allah ta'ala ka purpose yeh nahi hai ke aaj kal ki zabaan mein socio political level par koi just banaya jaye, yeh Allah ta'ala ka plan nahi hai.</w:t>
      </w:r>
    </w:p>
    <w:p>
      <w:pPr>
        <w:jc w:val="right"/>
      </w:pPr>
      <w:r>
        <w:t>پرپسآفایگزسٹنس، یعنیاللہ تعالیکا پرپسیہنہیںہے کہ آجکل کیزبان میں سوشیوپولیٹیکللیولپرکوئیجسٹسبن ایاجائے، یہاللہتعالیکا پلاننہیںہے۔</w:t>
      </w:r>
    </w:p>
    <w:p>
      <w:r>
        <w:rPr>
          <w:b/>
        </w:rPr>
        <w:t xml:space="preserve">[57:22] </w:t>
      </w:r>
      <w:r>
        <w:t>Allah ta'ala ka plan yeh hai ke dunya ke jo opportunities hain, inko istemal karte hue</w:t>
      </w:r>
    </w:p>
    <w:p>
      <w:pPr>
        <w:jc w:val="right"/>
      </w:pPr>
      <w:r>
        <w:t>اللہتعالیکاپلانیہہےکہ دنیا کے جو اپرچونیٹیزہیں، انکو است عمال کرتے ہوئے</w:t>
      </w:r>
    </w:p>
    <w:p>
      <w:r>
        <w:rPr>
          <w:b/>
        </w:rPr>
        <w:t xml:space="preserve">[57:30] </w:t>
      </w:r>
      <w:r>
        <w:t>aap apne andar ek ek rabbani personality banaye, apne mind ko istemal karte hue aap apne andar ek aala darje ki khuda parast shakhsiyat banaye,</w:t>
      </w:r>
    </w:p>
    <w:p>
      <w:pPr>
        <w:jc w:val="right"/>
      </w:pPr>
      <w:r>
        <w:t>آپ اپنےاندر ایک ایک ربانی پرسنیلٹیبنائیں، اپنے مائنڈکواستعمال کرتے ہوئے آپ اپنےاندرایک اعلیٰدرجےکی خدا پرست شخص یتبن ائیں،</w:t>
      </w:r>
    </w:p>
    <w:p>
      <w:r>
        <w:rPr>
          <w:b/>
        </w:rPr>
        <w:t xml:space="preserve">[57:45] </w:t>
      </w:r>
      <w:r>
        <w:t>apne ko is aise develop karein ke aap jannat mein basane ke qabil, jannat ke liye ek ek deserving candidate ban sakein. Aap</w:t>
      </w:r>
    </w:p>
    <w:p>
      <w:pPr>
        <w:jc w:val="right"/>
      </w:pPr>
      <w:r>
        <w:t>اپنے کو اسایسےڈیولپکریںکہآپ جنتمیں بسانےکےقابل ،جنتکےلیے ایک ایک ڈیزرونگکینڈیڈیٹبنسکیں۔آپ</w:t>
      </w:r>
    </w:p>
    <w:p>
      <w:r>
        <w:rPr>
          <w:b/>
        </w:rPr>
        <w:t xml:space="preserve">[57:57] </w:t>
      </w:r>
      <w:r>
        <w:t>apni soch ke aitbaar se, apni speech ke aitbaar se, apne character ke aitbaar se,</w:t>
      </w:r>
    </w:p>
    <w:p>
      <w:pPr>
        <w:jc w:val="right"/>
      </w:pPr>
      <w:r>
        <w:t>اپنی سوچکےاعتبارسے ، اپنی سپیچکےاعتبارسے ،اپنے کریکٹرکےاعتبارسے،</w:t>
      </w:r>
    </w:p>
    <w:p>
      <w:r>
        <w:rPr>
          <w:b/>
        </w:rPr>
        <w:t xml:space="preserve">[58:06] </w:t>
      </w:r>
      <w:r>
        <w:t>yani aap is is is jannat ke liye ek deserving candidate ban sakein, apne yani apni soch ke aitbaar se, apni speech ke aitbaar se, apne character ke aitbaar se,</w:t>
      </w:r>
    </w:p>
    <w:p>
      <w:pPr>
        <w:jc w:val="right"/>
      </w:pPr>
      <w:r>
        <w:t>یعنیآپ اس اس اسجنتکےلیے ایک ڈیزرونگکینڈیڈیٹبنسکیں، اپنے یعنی اپنی سوچکےاعتبارسے،اپنیسپیچکےاعتبارسے،اپنےکریکٹرکےاعتبارسے،</w:t>
      </w:r>
    </w:p>
    <w:p>
      <w:r>
        <w:rPr>
          <w:b/>
        </w:rPr>
        <w:t xml:space="preserve">[58:20] </w:t>
      </w:r>
      <w:r>
        <w:t>apne behavior ke aitbaar se.</w:t>
      </w:r>
    </w:p>
    <w:p>
      <w:pPr>
        <w:jc w:val="right"/>
      </w:pPr>
      <w:r>
        <w:t>اپنے بیہیویئرکےاعتبارسے۔</w:t>
      </w:r>
    </w:p>
    <w:p>
      <w:r>
        <w:rPr>
          <w:b/>
        </w:rPr>
        <w:t xml:space="preserve">[58:24] </w:t>
      </w:r>
      <w:r>
        <w:t>yeh hai Allah ta'ala ka mansooba, aur jo log apne aap ko is tarah se prove karenge to to aakhirat tak dunya mein, yani maujood dunya to testing ground thi, yahan to aap ka sirf apne aap ko apni personality develop karna tha.</w:t>
      </w:r>
    </w:p>
    <w:p>
      <w:pPr>
        <w:jc w:val="right"/>
      </w:pPr>
      <w:r>
        <w:t>یہہے اللہ تعالیکا منصوبہ، اورجولوگ اپنےآپکواسطرحسےپروفکریںگے تو تو آخرتکیدنیا میں، یعنیموجدنیا تو ٹیسٹ نگگراؤنڈتھی،یہاںتوآپکا صرف اپنےآپکو اپنی پرسنیلٹیڈیولپکرناتھا۔</w:t>
      </w:r>
    </w:p>
    <w:p>
      <w:r>
        <w:rPr>
          <w:b/>
        </w:rPr>
        <w:t xml:space="preserve">[58:44] </w:t>
      </w:r>
      <w:r>
        <w:t>phir doosri dunya mein aap ko eternal paradise mein jagah milegi,</w:t>
      </w:r>
    </w:p>
    <w:p>
      <w:pPr>
        <w:jc w:val="right"/>
      </w:pPr>
      <w:r>
        <w:t>پھر دوسری دنیا میںآپکو ایٹرنلپیرائیڈائزمیںجگہملےگی،</w:t>
      </w:r>
    </w:p>
    <w:p>
      <w:r>
        <w:rPr>
          <w:b/>
        </w:rPr>
        <w:t xml:space="preserve">[58:51] </w:t>
      </w:r>
      <w:r>
        <w:t>jo ideal world hoga, jo perfect world hoga, jo aap ke desire ke ain mutabiq hoga.</w:t>
      </w:r>
    </w:p>
    <w:p>
      <w:pPr>
        <w:jc w:val="right"/>
      </w:pPr>
      <w:r>
        <w:t>جو آئیڈیل ورلڈہوگا،جو پرفیکٹورلڈہوگا، جوآپ کے ڈیزائر کےعینمطابقہوگا۔</w:t>
      </w:r>
    </w:p>
    <w:p>
      <w:r>
        <w:rPr>
          <w:b/>
        </w:rPr>
        <w:t xml:space="preserve">[59:01] </w:t>
      </w:r>
      <w:r>
        <w:t>to yeh hai, yani Quran ke mutabiq poori baat . Main dua karta hoon ke Allah ta'ala mujh ko aur aap ko is raste par chalne ki tofeeq ata farmaye.</w:t>
      </w:r>
    </w:p>
    <w:p>
      <w:pPr>
        <w:jc w:val="right"/>
      </w:pPr>
      <w:r>
        <w:t>تویہہے، یعنی قرآنکےمطابق پوریبات ۔ میںدعاکرتاہوںکہاللہ تعالی مجھکواورآپکو اسراستےپرچلنےکیتوفیقعطافرمائے۔</w:t>
      </w:r>
    </w:p>
    <w:p>
      <w:r>
        <w:rPr>
          <w:b/>
        </w:rPr>
        <w:t xml:space="preserve">[59:13] </w:t>
      </w:r>
      <w:r>
        <w:t>aqool qooli haza wastaghfir ullaha li walakum ajmaeen .</w:t>
      </w:r>
    </w:p>
    <w:p>
      <w:pPr>
        <w:jc w:val="right"/>
      </w:pPr>
      <w:r>
        <w:t>اقول قولیھذا واستغفراللہ لیولکماجمعین ۔</w:t>
      </w:r>
    </w:p>
    <w:p>
      <w:r>
        <w:rPr>
          <w:b/>
        </w:rPr>
        <w:t xml:space="preserve">[59:30] </w:t>
      </w:r>
      <w:r>
        <w:t>maulana, yeh sawal ek tanzeem se aaya hai jo UK mein hai. Unhon ne apna naam nahi likha hai lekin tanzeem ka naam hai "analysis forum team UK".</w:t>
      </w:r>
    </w:p>
    <w:p>
      <w:pPr>
        <w:jc w:val="right"/>
      </w:pPr>
      <w:r>
        <w:t>مولانا،یہ سوال ایک تنظیمسےآیاہےجو یوکےمیںہے۔ انہوںنےاپنانامنہیںلکھاہےلیکن تنظیمکانامہے "ان الیسز فورمٹیم یوکے"۔</w:t>
      </w:r>
    </w:p>
    <w:p>
      <w:r>
        <w:rPr>
          <w:b/>
        </w:rPr>
        <w:t xml:space="preserve">[59:40] </w:t>
      </w:r>
      <w:r>
        <w:t>unhon ne likha hai: "Maulana sahib, aap ne Islam ka political interpretation ko jo expose karke ummat par bohat bara ehsaan farmaya hai, yeh sahi ideology hai.</w:t>
      </w:r>
    </w:p>
    <w:p>
      <w:pPr>
        <w:jc w:val="right"/>
      </w:pPr>
      <w:r>
        <w:t>انہوںنےلکھاہے: "مول اناصاحب،آپنے اسلام کا پولیٹیکل انٹرپریٹیشنکو جو ایکسپوزکرکے امتپر بہت بڑا احسان فرمایاہے، یہ صحیحآئیڈیالوجیہے۔</w:t>
      </w:r>
    </w:p>
    <w:p>
      <w:r>
        <w:rPr>
          <w:b/>
        </w:rPr>
        <w:t xml:space="preserve">[59:52] </w:t>
      </w:r>
      <w:r>
        <w:t>CPS ki website par aap ke lectures sunta hoon, is se bohat faida hota hai.</w:t>
      </w:r>
    </w:p>
    <w:p>
      <w:pPr>
        <w:jc w:val="right"/>
      </w:pPr>
      <w:r>
        <w:t>سیپیایسکیویبسائٹپر آپ کے لیکچرزسن تاہوں، اسسےبہت فائدہہوتاہے۔</w:t>
      </w:r>
    </w:p>
    <w:p>
      <w:r>
        <w:rPr>
          <w:b/>
        </w:rPr>
        <w:t xml:space="preserve">[59:58] </w:t>
      </w:r>
      <w:r>
        <w:t>jo baat samajh mein aati hai, us ko maanta hoon aur jo nahi samajh pata, us par sochta hoon aur us ko aap ke literature mein dekhta hoon.</w:t>
      </w:r>
    </w:p>
    <w:p>
      <w:pPr>
        <w:jc w:val="right"/>
      </w:pPr>
      <w:r>
        <w:t>جو بات سمجھمیںآتیہے، اسکو مانتاہوں اورجو نہیں سمجھپاتا، اسپر سوچتاہوں اور اسکو آپ کے لٹریچرمیںدیکھتاہوں۔</w:t>
      </w:r>
    </w:p>
    <w:p>
      <w:r>
        <w:rPr>
          <w:b/>
        </w:rPr>
        <w:t xml:space="preserve">[1:00:09] </w:t>
      </w:r>
      <w:r>
        <w:t>last Sunday ko aap ki website par Eid ka lecture dekha. Aap ne farmaya hai ke history mein Allah se darne wale log bohat paida hue lekin Allah ka shukar karne wale koi paida nahi hue.</w:t>
      </w:r>
    </w:p>
    <w:p>
      <w:pPr>
        <w:jc w:val="right"/>
      </w:pPr>
      <w:r>
        <w:t>لاسٹسنڈےکوآپ کی ویبسائٹپر عیدکالیکچردیکھا۔ آپنے فرمایاہےکہ ہسٹریمیں اللہ سے ڈرنےوالے لوگ بہت پیدا ہوئے لیکن اللہ کاشکرکرنے والے کوئی پیدا نہیں ہوئے۔</w:t>
      </w:r>
    </w:p>
    <w:p>
      <w:r>
        <w:rPr>
          <w:b/>
        </w:rPr>
        <w:t xml:space="preserve">[1:00:23] </w:t>
      </w:r>
      <w:r>
        <w:t>lekin Al-Risala mein likha hai ke kisi aadmi ke andar Allah ke darr ka paida hona, us ke andar tamam matloob imani safaat ka paida ho jane ki yaqeeni zamanat hai.</w:t>
      </w:r>
    </w:p>
    <w:p>
      <w:pPr>
        <w:jc w:val="right"/>
      </w:pPr>
      <w:r>
        <w:t>لیکن الرسالہمیںلکھاہے کہ کسی آدمیکےاندر اللہ کے ڈرکاپیدا ہونا، اسکےاندر تمام مطلوب ایمانی صفاتکاپیدا ہوجانےکی یقینی ضمانتہے۔</w:t>
      </w:r>
    </w:p>
    <w:p>
      <w:r>
        <w:rPr>
          <w:b/>
        </w:rPr>
        <w:t xml:space="preserve">[1:00:37] </w:t>
      </w:r>
      <w:r>
        <w:t>donon mein se kaun si baat sahi hai ? Phir isi lecture mein aap ne Arab ke ek badu ki misaal di ke jab us ne Switzerland mein apna palace jaisa ghar dekha to woh shukr se bechain ho kar sajde mein gir gaya.</w:t>
      </w:r>
    </w:p>
    <w:p>
      <w:pPr>
        <w:jc w:val="right"/>
      </w:pPr>
      <w:r>
        <w:t>دونوںمیں سے کونسیبات صحیحہے ؟ پھراسی لیکچرمیںآپ نے عرب کےایک بد وکیمثال دی کہجب اسنے سوئٹزرلینڈمیںاپنا پیلسجیساگھردیکھا تووہ شکرسے بےتاب ہوکر سجدےمیںگر گیا۔</w:t>
      </w:r>
    </w:p>
    <w:p>
      <w:r>
        <w:rPr>
          <w:b/>
        </w:rPr>
        <w:t xml:space="preserve">[1:00:53] </w:t>
      </w:r>
      <w:r>
        <w:t>Maulana sahib, kya yeh shukr ki misaal nahi hai jis ko aap ne bayan farmaya ? Please is contradiction ko clear karein.</w:t>
      </w:r>
    </w:p>
    <w:p>
      <w:pPr>
        <w:jc w:val="right"/>
      </w:pPr>
      <w:r>
        <w:t>مول اناصاحب،کیایہشکرکیمثالنہیں ہے جسکوآپ نے بیانفرمایا ؟ پلیز اس کانٹراڈکشنکو کلی ئرکریں۔</w:t>
      </w:r>
    </w:p>
    <w:p>
      <w:r>
        <w:rPr>
          <w:b/>
        </w:rPr>
        <w:t xml:space="preserve">[1:01:04] </w:t>
      </w:r>
      <w:r>
        <w:t>dekhen,shukr johay, bohat hi vastsubjekthe,vast hai, bohat vasta hai. Matlab yeh hai ke mujhe class lagi hai, is pani ko maine piya to shukr ka jazba aaya.</w:t>
      </w:r>
    </w:p>
    <w:p>
      <w:pPr>
        <w:jc w:val="right"/>
      </w:pPr>
      <w:r>
        <w:t>دیکھیں،شکر جوہے، بہت ہی واسٹسبجیکٹہے،واسٹہے، بہت واسٹہے۔ مطلبیہہےکہمجھے کلاسلگیہے، اسپانیکومیںنےپیا تو شکرکاجذبہآیا۔</w:t>
      </w:r>
    </w:p>
    <w:p>
      <w:r>
        <w:rPr>
          <w:b/>
        </w:rPr>
        <w:t xml:space="preserve">[1:01:20] </w:t>
      </w:r>
      <w:r>
        <w:t>mera maan na yeh hai ke woh zamane mein jo science hai, science, science ne ek bohat bada framework diya hai. Is bade framework ke lehaz se aapko bohat bada shukr karne ka mauqa diya.</w:t>
      </w:r>
    </w:p>
    <w:p>
      <w:pPr>
        <w:jc w:val="right"/>
      </w:pPr>
      <w:r>
        <w:t>میرا مان نایہہے کہ وہ زمانےمیںجوسائنس ہے، سائنس ،سائنسنےایکبہت بڑافریمورکدیاہے۔ اس بڑے فریمورککےلحاظسے آپکوبہت بڑا شکرکرنےکاموقعدیا ۔</w:t>
      </w:r>
    </w:p>
    <w:p>
      <w:r>
        <w:rPr>
          <w:b/>
        </w:rPr>
        <w:t xml:space="preserve">[1:01:35] </w:t>
      </w:r>
      <w:r>
        <w:t>shukr toh hamesha se insaan karta raha hai aur karta rahega, lekin jo bada shukr hai, universal shukr hai, uska framework pehle maujood nahin tha.</w:t>
      </w:r>
    </w:p>
    <w:p>
      <w:pPr>
        <w:jc w:val="right"/>
      </w:pPr>
      <w:r>
        <w:t>شکرتوہمیشہسےانسانکرتارہاہے اورکرتارہےگا، لیکن جو بڑا شکرہے، یونیور سلشکرہے، اسکا فریمورک پہلے موجود ہینہیںتھا۔</w:t>
      </w:r>
    </w:p>
    <w:p>
      <w:r>
        <w:rPr>
          <w:b/>
        </w:rPr>
        <w:t xml:space="preserve">[1:01:47] </w:t>
      </w:r>
      <w:r>
        <w:t>insani hi pani hai,</w:t>
      </w:r>
    </w:p>
    <w:p>
      <w:pPr>
        <w:jc w:val="right"/>
      </w:pPr>
      <w:r>
        <w:t>انسانیہیپانیہے،</w:t>
      </w:r>
    </w:p>
    <w:p>
      <w:r>
        <w:rPr>
          <w:b/>
        </w:rPr>
        <w:t xml:space="preserve">[1:01:49] </w:t>
      </w:r>
      <w:r>
        <w:t>har aadmi pani pita raha hai aur shukr karta raha hai. Pehli baar aaj insaan ne jaana ke Allah ta'ala ne zameen par baarish barsai aur is pani ko samundaron mein jama kar diya.</w:t>
      </w:r>
    </w:p>
    <w:p>
      <w:pPr>
        <w:jc w:val="right"/>
      </w:pPr>
      <w:r>
        <w:t>ہرآدمی پانی پیتارہاہے اورشکرکرتارہاہے۔ پہلیبار آجانساننے جاناہے کہاللہتعالینے زمین پر بارشبرسائی اور اسپانیکو سمندروںمیںجمع کردیا۔</w:t>
      </w:r>
    </w:p>
    <w:p>
      <w:r>
        <w:rPr>
          <w:b/>
        </w:rPr>
        <w:t xml:space="preserve">[1:02:07] </w:t>
      </w:r>
      <w:r>
        <w:t>aap jante hain ke 71 fisad hamari zameen ka pani hai. 71 fisad</w:t>
      </w:r>
    </w:p>
    <w:p>
      <w:pPr>
        <w:jc w:val="right"/>
      </w:pPr>
      <w:r>
        <w:t>آپ جانتےہیں کہ 7 1 فی صد ہماریزمین کاپانیہے۔ 7 1 فیصد</w:t>
      </w:r>
    </w:p>
    <w:p>
      <w:r>
        <w:rPr>
          <w:b/>
        </w:rPr>
        <w:t xml:space="preserve">[1:02:16] </w:t>
      </w:r>
      <w:r>
        <w:t>yeh pani agar aisi fresh water ke tareeqe se hota toh woh woh kharab ho jata, polluted ho jata.</w:t>
      </w:r>
    </w:p>
    <w:p>
      <w:pPr>
        <w:jc w:val="right"/>
      </w:pPr>
      <w:r>
        <w:t>یہ پانیاگر ایسی فریشواٹرکےطریقےسےہوتاتووہ وہ خرابہوجاتا، پلوٹڈہوجاتا ۔</w:t>
      </w:r>
    </w:p>
    <w:p>
      <w:r>
        <w:rPr>
          <w:b/>
        </w:rPr>
        <w:t xml:space="preserve">[1:02:25] </w:t>
      </w:r>
      <w:r>
        <w:t>Allah ne is mein 10 fisad salt mila diya, salt is a preservative, lekin salt milane ki wajah se woh qabil e istamal nahin raha.</w:t>
      </w:r>
    </w:p>
    <w:p>
      <w:pPr>
        <w:jc w:val="right"/>
      </w:pPr>
      <w:r>
        <w:t>اللہ نےاسمیں 10فیصد سالٹملادیا،سالٹ ایزاےپریزروی ٹیو، لیکن سالٹملانےکیوجہسےوہ ق ابلاستعمالنہیںرہا۔</w:t>
      </w:r>
    </w:p>
    <w:p>
      <w:r>
        <w:rPr>
          <w:b/>
        </w:rPr>
        <w:t xml:space="preserve">[1:02:37] </w:t>
      </w:r>
      <w:r>
        <w:t>ab hum kya karein? Toh suraj ke zariye garmi aati hai aur isko bhap nikalti hai.</w:t>
      </w:r>
    </w:p>
    <w:p>
      <w:pPr>
        <w:jc w:val="right"/>
      </w:pPr>
      <w:r>
        <w:t>ابہمکیاکریں؟ تو سورج کےذریعےگرمیآتیہے اور اسکو بھاپنکلتیہے۔</w:t>
      </w:r>
    </w:p>
    <w:p>
      <w:r>
        <w:rPr>
          <w:b/>
        </w:rPr>
        <w:t xml:space="preserve">[1:02:46] </w:t>
      </w:r>
      <w:r>
        <w:t>bhap jo nikalti hai, woh halki hoti hai, light hoti hai, aur salt bhari hota hai. Salt neeche reh jata hai bhari hone ki wajah se, heavy hone ki wajah se, aur bhap upar jati hai.</w:t>
      </w:r>
    </w:p>
    <w:p>
      <w:pPr>
        <w:jc w:val="right"/>
      </w:pPr>
      <w:r>
        <w:t>بھاپجونکلتیہے،وہ ہلکیہوتیہے،لائٹہوتیہے، اور سال ٹ بھاریہوتاہے۔ سالٹنیچےرہجاتاہے بھاریہونے کیوجہسے، ہیویہونے کیوجہ سے، اوربھاپاوپرجاتیہے۔</w:t>
      </w:r>
    </w:p>
    <w:p>
      <w:r>
        <w:rPr>
          <w:b/>
        </w:rPr>
        <w:t xml:space="preserve">[1:02:58] </w:t>
      </w:r>
      <w:r>
        <w:t>phir dekhiye, phir baarish kaise hoti hai? Toh yeh science ne bataya hai ke hawa ka jo qareebi johay, woh garam hai aur upar ja kar thanda ho jata hai.</w:t>
      </w:r>
    </w:p>
    <w:p>
      <w:pPr>
        <w:jc w:val="right"/>
      </w:pPr>
      <w:r>
        <w:t>پھردیکھیے، پھر بارشکیسےہوتیہے؟ تو یہ سائنسنےبتایاہےکہ ہوا کا جو قریبی جوہے، وہ گرمہے اوراوپرجاکرٹھنڈاہوجاتاہے۔</w:t>
      </w:r>
    </w:p>
    <w:p>
      <w:r>
        <w:rPr>
          <w:b/>
        </w:rPr>
        <w:t xml:space="preserve">[1:03:14] </w:t>
      </w:r>
      <w:r>
        <w:t>toh kya hota hai?</w:t>
      </w:r>
    </w:p>
    <w:p>
      <w:pPr>
        <w:jc w:val="right"/>
      </w:pPr>
      <w:r>
        <w:t>توکیا ہوتاہے؟</w:t>
      </w:r>
    </w:p>
    <w:p>
      <w:r>
        <w:rPr>
          <w:b/>
        </w:rPr>
        <w:t xml:space="preserve">[1:03:17] </w:t>
      </w:r>
      <w:r>
        <w:t>iske baad yeh hota hai ke bhap upar uthti hai, tab tak garam hawa milti rehti hai isko. Phir jab woh upar pahunchti hai, jahan hawaein thandi hain, toh wahan par is mein kya hota hai ke woh jis ko kehte hain,</w:t>
      </w:r>
    </w:p>
    <w:p>
      <w:pPr>
        <w:jc w:val="right"/>
      </w:pPr>
      <w:r>
        <w:t>اسکےبعد یہہوتاہےکہ بھاپاوپراٹھتیہے،تبتکگرمہوا ملتیرہتیہےاسکو ۔ پھرجب وہاوپرپہنچتیہے، جہاںہو ائیںٹھنڈیہیں، تو وہاںپر اسمیں کیا ہوتاہے کہوہ جسکوکہتےہیں،</w:t>
      </w:r>
    </w:p>
    <w:p>
      <w:r>
        <w:rPr>
          <w:b/>
        </w:rPr>
        <w:t xml:space="preserve">[1:03:31] </w:t>
      </w:r>
      <w:r>
        <w:t>yani yani woh qatray qatray ban jate hain,</w:t>
      </w:r>
    </w:p>
    <w:p>
      <w:pPr>
        <w:jc w:val="right"/>
      </w:pPr>
      <w:r>
        <w:t>یعنی یعنیوہ قطرےقطرےبنجاتےہیں،</w:t>
      </w:r>
    </w:p>
    <w:p>
      <w:r>
        <w:rPr>
          <w:b/>
        </w:rPr>
        <w:t xml:space="preserve">[1:03:39] </w:t>
      </w:r>
      <w:r>
        <w:t>aur phir wahan, yani pani bhap ke bajaye jam jata hai. Pani toh phir zameen ki gravity se woh dobara baarish hoti hai, yani water droplet woh hai,</w:t>
      </w:r>
    </w:p>
    <w:p>
      <w:pPr>
        <w:jc w:val="right"/>
      </w:pPr>
      <w:r>
        <w:t>اورپھروہاں ،یعنی پانی بھاپکےبجائے جم جاتاہے۔پانی توپھر زمین کیگریویٹیسےوہدوبارہبارشہوتیہے، یعنی وا ٹر ڈراپلیٹجوہے،</w:t>
      </w:r>
    </w:p>
    <w:p>
      <w:r>
        <w:rPr>
          <w:b/>
        </w:rPr>
        <w:t xml:space="preserve">[1:03:56] </w:t>
      </w:r>
      <w:r>
        <w:t>neeche hota hai, upar ja kar ke woh ban jata hai pani ke qatray ki shakal mein,</w:t>
      </w:r>
    </w:p>
    <w:p>
      <w:pPr>
        <w:jc w:val="right"/>
      </w:pPr>
      <w:r>
        <w:t>نیچےہوتاہے،اوپرجاکر کےوہ بنجاتاہے پانی کے قطرےکیشکلمیں ،</w:t>
      </w:r>
    </w:p>
    <w:p>
      <w:r>
        <w:rPr>
          <w:b/>
        </w:rPr>
        <w:t xml:space="preserve">[1:04:07] </w:t>
      </w:r>
      <w:r>
        <w:t>yani vapor droplet, water droplet ban jata hai, aur phir pani neeche barta hai. Itna bada nizam hai, tab ja kar humko samundar ka namkeen pani fresh water ki shakal mein milta hai.</w:t>
      </w:r>
    </w:p>
    <w:p>
      <w:pPr>
        <w:jc w:val="right"/>
      </w:pPr>
      <w:r>
        <w:t>یعنی وی پرڈراپلیٹ،واٹرڈراپلیٹبنجاتاہے، اورپھرپانینیچے برستا ہے۔اتنا بڑا نظامہے،تبجاکرہمکو سم ندرکا نم کینپانی فریشواٹرکیشکلمیںملتاہے۔</w:t>
      </w:r>
    </w:p>
    <w:p>
      <w:r>
        <w:rPr>
          <w:b/>
        </w:rPr>
        <w:t xml:space="preserve">[1:04:21] </w:t>
      </w:r>
      <w:r>
        <w:t>yeh pehle insaan jaanta nahin tha, toh pehle bhi insaan shukr karta tha. Aaj shukr karega toh usko ek samandari shukr aayega uske andar se,</w:t>
      </w:r>
    </w:p>
    <w:p>
      <w:pPr>
        <w:jc w:val="right"/>
      </w:pPr>
      <w:r>
        <w:t>یہ پہلے انسانجانتانہیںتھا، تو پہلے بھیانسانشکرکرتاتھا۔ آجشکرکرےگاتواسکو ایک سمندریشکرآئےگااسکےاندرسے ،</w:t>
      </w:r>
    </w:p>
    <w:p>
      <w:r>
        <w:rPr>
          <w:b/>
        </w:rPr>
        <w:t xml:space="preserve">[1:04:36] </w:t>
      </w:r>
      <w:r>
        <w:t>yani pehle yeh lafz bhi nahin tha ke vapor droplet aur water droplet, yeh lafz bhi nahin tha. Pehle insaan jaanta nahin tha isko. Is tarah se yeh toh ek choti si misaal hai.</w:t>
      </w:r>
    </w:p>
    <w:p>
      <w:pPr>
        <w:jc w:val="right"/>
      </w:pPr>
      <w:r>
        <w:t>یعنیپہلے یہلفظبھینہیںتھا کہ وی پرڈراپلیٹاورواٹرڈراپلیٹ، یہلفظبھینہیںتھا۔پہلے انسان جانتابھینہیںتھااسکو ۔ اسطرحسےیہتوایکچھوٹیسیمثالہے۔</w:t>
      </w:r>
    </w:p>
    <w:p>
      <w:r>
        <w:rPr>
          <w:b/>
        </w:rPr>
        <w:t xml:space="preserve">[1:04:48] </w:t>
      </w:r>
      <w:r>
        <w:t>toh mera manna yeh hai ke jis science ke hum saath dushman ban gaye, woh jis west ke, us west mein humko bohat bada framework de diya tha shukr ka, shukr ka framework.</w:t>
      </w:r>
    </w:p>
    <w:p>
      <w:pPr>
        <w:jc w:val="right"/>
      </w:pPr>
      <w:r>
        <w:t>تومیراماننایہہےکہ جس سائنسکےہمساتھ دشمنبنگئے، وہ جس ویسٹکے، اس ویسٹمیںہمکو بہت بڑا فریمورکدےدیا تھاشرککا، شکرکافریمورک۔</w:t>
      </w:r>
    </w:p>
    <w:p>
      <w:r>
        <w:rPr>
          <w:b/>
        </w:rPr>
        <w:t xml:space="preserve">[1:05:03] </w:t>
      </w:r>
      <w:r>
        <w:t>jin haqiqaton jo kehte hain, itni choti thin, hum aankh se nahin dekh sakte the. Toh west ne microscope banai taake usko hum dekh sakein.</w:t>
      </w:r>
    </w:p>
    <w:p>
      <w:pPr>
        <w:jc w:val="right"/>
      </w:pPr>
      <w:r>
        <w:t>جنحقیقتوں جو کہتےہیں،اتنیچھوٹیتھیں، ہمآنکھسےنہیںدیکھسکتےتھے۔ تو ویسٹنے مائیکروسکوپبنائیتاکہاسکوہمدیکھسکیں۔</w:t>
      </w:r>
    </w:p>
    <w:p>
      <w:r>
        <w:rPr>
          <w:b/>
        </w:rPr>
        <w:t xml:space="preserve">[1:05:13] </w:t>
      </w:r>
      <w:r>
        <w:t>jin cheezon itni door thin ke hum nahin dekh sakte the, unko aankh se, unke liye telescope banai toh hum usko dekhte hain. Aisi million million cheezein.</w:t>
      </w:r>
    </w:p>
    <w:p>
      <w:pPr>
        <w:jc w:val="right"/>
      </w:pPr>
      <w:r>
        <w:t>جن چیزیںاتنیدور تھیںکہہم نہیںدیکھسکتےتھے،انکوآنکھسے ،انکےلیے ٹیلیسکوپبنائی توہماسکودیکھتےہیں۔ ایسی مل ینمل ینچیزیں۔</w:t>
      </w:r>
    </w:p>
    <w:p>
      <w:r>
        <w:rPr>
          <w:b/>
        </w:rPr>
        <w:t xml:space="preserve">[1:05:23] </w:t>
      </w:r>
      <w:r>
        <w:t>toh mera manna yeh hai ke shukr toh hamesha se insaan karta raha hai, lekin iska framework is zamane mein bohat badh gaya, toh humko bohat bada shukr karne ka mauqa mil gaya.</w:t>
      </w:r>
    </w:p>
    <w:p>
      <w:pPr>
        <w:jc w:val="right"/>
      </w:pPr>
      <w:r>
        <w:t>تو میراماننایہہےکہ شکرتوہمیشہسےانسانکرتارہاہے، لیکن اسکا فریمورکاسزمانےمیںبہتبڑھگیا، توہمکو بہت بڑاشکرکرنےکاموقعملگیا۔</w:t>
      </w:r>
    </w:p>
    <w:p>
      <w:r>
        <w:rPr>
          <w:b/>
        </w:rPr>
        <w:t xml:space="preserve">[1:05:34] </w:t>
      </w:r>
      <w:r>
        <w:t>aur iski peshangoi Quran mein maujood hai ke "sanurihim ayatina fil afaqi wa fi anfusihim hatta yatabayyana lahum annahul haqq", yani local shukr johay, afaq shukr ban jayega.</w:t>
      </w:r>
    </w:p>
    <w:p>
      <w:pPr>
        <w:jc w:val="right"/>
      </w:pPr>
      <w:r>
        <w:t>اوراسکی پیش ینگوئیقرآنمیںموجود ہے کہ "سن ورہم آیات نا فیالافاق وفیانفس ہم حتی ٰاتبین لہم انہ الحق"، یعنی لو کلشکرجوہے،افاق شکربنجائےگا۔</w:t>
      </w:r>
    </w:p>
    <w:p>
      <w:r>
        <w:rPr>
          <w:b/>
        </w:rPr>
        <w:t xml:space="preserve">[1:05:51] </w:t>
      </w:r>
      <w:r>
        <w:t>jo cheez pehle local shukr ke taur par thi, woh afaq shukr ban jayegi, universal shukr ban jayegi. Toh main ek, main main yeh manta hoon ke shukr hamesha se insaan karta raha hai.</w:t>
      </w:r>
    </w:p>
    <w:p>
      <w:pPr>
        <w:jc w:val="right"/>
      </w:pPr>
      <w:r>
        <w:t>جو چیز پہلے لوکلشکرکےطور پرتھی، وہافاقشکربنجائےگی، یونیورسلشکربنجائےگی۔ تو میں ایک،میں میںیہمانتاہوں کہ شکر ہمیشہسے انسانکرتارہاہے۔</w:t>
      </w:r>
    </w:p>
    <w:p>
      <w:r>
        <w:rPr>
          <w:b/>
        </w:rPr>
        <w:t xml:space="preserve">[1:06:06] </w:t>
      </w:r>
      <w:r>
        <w:t>Allah taala ne sainkdo logon ke zariye ek naya framework diya taake hum bade paimane par shukr kar saken, jo Allah ke shaan ke shaan ho.</w:t>
      </w:r>
    </w:p>
    <w:p>
      <w:pPr>
        <w:jc w:val="right"/>
      </w:pPr>
      <w:r>
        <w:t>اللہ تعالینے سینکڑوںلوگوںکےذریعے ایک نیا فریمورکہمیںدیا تاکہہم بڑےپامالپرشکرکرسکیں، جواللہ کےشانشانہو۔</w:t>
      </w:r>
    </w:p>
    <w:p>
      <w:r>
        <w:rPr>
          <w:b/>
        </w:rPr>
        <w:t xml:space="preserve">[1:06:17] </w:t>
      </w:r>
      <w:r>
        <w:t>yeh to bilkul tareekhi baat hai,</w:t>
      </w:r>
    </w:p>
    <w:p>
      <w:pPr>
        <w:jc w:val="right"/>
      </w:pPr>
      <w:r>
        <w:t>یہتوبالکل تاریخ یباتہے،</w:t>
      </w:r>
    </w:p>
    <w:p>
      <w:r>
        <w:rPr>
          <w:b/>
        </w:rPr>
        <w:t xml:space="preserve">[1:06:19] </w:t>
      </w:r>
      <w:r>
        <w:t>aik waqea hai yeh, aur is mein dono mein koi contradiction nahi hai. Maulana, agla sawal Aligarh se aaya hai, Dr. Muhammad Qamar Sahab ka.</w:t>
      </w:r>
    </w:p>
    <w:p>
      <w:pPr>
        <w:jc w:val="right"/>
      </w:pPr>
      <w:r>
        <w:t>ایک واقعہہےیہ، اوراسمیںدونوںمیںکوئیکنٹراڈکشننہیںہے۔ مولانا،اگلاسوال علیگڑھسےآیاہے، ڈاکٹر محمد قمرصاحبکا ۔</w:t>
      </w:r>
    </w:p>
    <w:p>
      <w:r>
        <w:rPr>
          <w:b/>
        </w:rPr>
        <w:t xml:space="preserve">[1:06:30] </w:t>
      </w:r>
      <w:r>
        <w:t>unho ne likha hai: "Maulana Sahab, last lecture ke question answer session mein aap ne farmaya ke one man one mission ka formula practical nahi hai.</w:t>
      </w:r>
    </w:p>
    <w:p>
      <w:pPr>
        <w:jc w:val="right"/>
      </w:pPr>
      <w:r>
        <w:t>انہوںنےلکھاہے: "مول اناصاحب،لاسٹ لیکچرکےکوئسچنانسرسیشنمیں آپ نے فرمایا کہ ون مین ون مشنکا فارمولا پریکٹیکلنہیں ہے۔</w:t>
      </w:r>
    </w:p>
    <w:p>
      <w:r>
        <w:rPr>
          <w:b/>
        </w:rPr>
        <w:t xml:space="preserve">[1:06:42] </w:t>
      </w:r>
      <w:r>
        <w:t>is se pehle Al-Risala mein aap ne kai baar farmaya hai ke da'ee ke liye one man one mission ka formula hi sahi formula hai. Mein dono mein se aap ki kis baat ko sahi maan ke follow karoon, is ke baray mein batayein." Nahi, pehle wale formula ko maine woh kiya, yani durust kiya hai.</w:t>
      </w:r>
    </w:p>
    <w:p>
      <w:pPr>
        <w:jc w:val="right"/>
      </w:pPr>
      <w:r>
        <w:t>اسسےپہلے الرسالہمیںآپنےکئیبار فرمایاہےکہ داعیکےلیے ون مینونمشنکا فارمولاہی صحیحفارمولاہے۔ میں دونوںمیںسے آپ کی کسباتکوصحیح مان کےفالوکروں، اسکےبارےمیں بتائیں۔" نہیں،پہلے والے فارمولےکومیںنے وہ کیا، یعنی درستکیاہے۔</w:t>
      </w:r>
    </w:p>
    <w:p>
      <w:r>
        <w:rPr>
          <w:b/>
        </w:rPr>
        <w:t xml:space="preserve">[1:07:04] </w:t>
      </w:r>
      <w:r>
        <w:t>wo formula zyada clear nahi tha.</w:t>
      </w:r>
    </w:p>
    <w:p>
      <w:pPr>
        <w:jc w:val="right"/>
      </w:pPr>
      <w:r>
        <w:t>وہفارمولا زیادہ کلیئرنہیںتھا۔</w:t>
      </w:r>
    </w:p>
    <w:p>
      <w:r>
        <w:rPr>
          <w:b/>
        </w:rPr>
        <w:t xml:space="preserve">[1:07:08] </w:t>
      </w:r>
      <w:r>
        <w:t>ab mein yeh manta hoon ke koi bhi activity aap ki ho, chahe aap business kar rahe hon, aap kisi job kar rahe hon, travel mein hon, kuch bhi kar rahe hon,</w:t>
      </w:r>
    </w:p>
    <w:p>
      <w:pPr>
        <w:jc w:val="right"/>
      </w:pPr>
      <w:r>
        <w:t>ابمیںیہمانتاہوں کہ کوئیبھی ایکٹیویٹیآپکیہو ، چاہےآپبزنسکررہےہوں، آپ کسی جابکررہےہوں، ٹریولمیںہوں،کچھبھیکررہےہوں،</w:t>
      </w:r>
    </w:p>
    <w:p>
      <w:r>
        <w:rPr>
          <w:b/>
        </w:rPr>
        <w:t xml:space="preserve">[1:07:22] </w:t>
      </w:r>
      <w:r>
        <w:t>to tarah tarah ke is mein experience hote hain. Is experience mein aap laisenedra karte rahein, to har haal mein mauqa hota hai aap ko marifat ke ghizaye lene ka.</w:t>
      </w:r>
    </w:p>
    <w:p>
      <w:pPr>
        <w:jc w:val="right"/>
      </w:pPr>
      <w:r>
        <w:t>تو طرح طرح کےاسمیںایکسپیرینسہوتےہیں۔ اس ایکسپیرینسمیںآپ لیسنڈراکرتےرہیں، تو ہرحال میںموقعہوتاہےآپکو معرفت کے غذائےلینےکا ۔</w:t>
      </w:r>
    </w:p>
    <w:p>
      <w:r>
        <w:rPr>
          <w:b/>
        </w:rPr>
        <w:t xml:space="preserve">[1:07:36] </w:t>
      </w:r>
      <w:r>
        <w:t>isi ke sath sath dekhiye, hum printing press ke zamane mein hain. Aap apne paas kitabein rakh lijiye, Quran ke translation aur doosri kitabein da'wati.</w:t>
      </w:r>
    </w:p>
    <w:p>
      <w:pPr>
        <w:jc w:val="right"/>
      </w:pPr>
      <w:r>
        <w:t>اسیکےساتھساتھدیکھیے،ہمپرنٹنگپریسکےزمانےمیںہیں۔ آپاپنےپاس کتاب یںرکھلیجئے، قرآنکےٹرانسلیشناوردوسری کتاب یں دعوتی۔</w:t>
      </w:r>
    </w:p>
    <w:p>
      <w:r>
        <w:rPr>
          <w:b/>
        </w:rPr>
        <w:t xml:space="preserve">[1:07:47] </w:t>
      </w:r>
      <w:r>
        <w:t>jo mile aap ko rastay mein, us ko de dijiye. Aap ki dukan par, aap ke workplace mein, aap ke safar mein. Is tarah se naye daur mein mere khayal se woh taqseem khatam ho gayi hai.</w:t>
      </w:r>
    </w:p>
    <w:p>
      <w:pPr>
        <w:jc w:val="right"/>
      </w:pPr>
      <w:r>
        <w:t>جو ملےآپکوراستےمیں،اسکودےدیجئے۔ آپ کی دکانپر ،آپ کےورکپلیسمیں،آپکے سفرمیں۔ اسطرحسے نئےدور میں میرےخیالسےوہتقسیمختمہوگئیہے۔</w:t>
      </w:r>
    </w:p>
    <w:p>
      <w:r>
        <w:rPr>
          <w:b/>
        </w:rPr>
        <w:t xml:space="preserve">[1:07:59] </w:t>
      </w:r>
      <w:r>
        <w:t>naye daur mein woh taqseem jo bani likhi thi, woh purane daur ke lehaz se thi. Woh</w:t>
      </w:r>
    </w:p>
    <w:p>
      <w:pPr>
        <w:jc w:val="right"/>
      </w:pPr>
      <w:r>
        <w:t>نئےدور میں وہ تقسیمجو بنی لکھیتھی، وہ پرانےدور کےلحاظسےتھی۔وہ</w:t>
      </w:r>
    </w:p>
    <w:p>
      <w:r>
        <w:rPr>
          <w:b/>
        </w:rPr>
        <w:t xml:space="preserve">[1:08:06] </w:t>
      </w:r>
      <w:r>
        <w:t>naye daur mein itne zyada opportunities aa gayi hain ke jahan aap hain, wahin marifat hai, jahan aap hain, wahin da'wat hai. Koi cheez rukawat nahi hai.</w:t>
      </w:r>
    </w:p>
    <w:p>
      <w:pPr>
        <w:jc w:val="right"/>
      </w:pPr>
      <w:r>
        <w:t>نئےدورمیں اتنےزیادہ اپرچونیٹیزآگئیہیں کہجہاںآپ ہیں،وہیں معرفتہے،جہاںآپہیں،وہیںدعوتہے۔ کوئی چیز رکاوٹنہیں ہے۔</w:t>
      </w:r>
    </w:p>
    <w:p>
      <w:r>
        <w:rPr>
          <w:b/>
        </w:rPr>
        <w:t xml:space="preserve">[1:08:17] </w:t>
      </w:r>
      <w:r>
        <w:t>to pehla formula jo maine likha tha, woh haqeeqatan pichle daur ke lehaz se tha, lekin naye daur, naya daur jo Allah ta'ala ne paida kiya hai, is mein to woh woh taqseem khatam ho gayee</w:t>
      </w:r>
    </w:p>
    <w:p>
      <w:pPr>
        <w:jc w:val="right"/>
      </w:pPr>
      <w:r>
        <w:t>تو پہلافار مولاجومیںنےلکھاتھا،وہحقیقتاً پچھلےدور کےلحاظسےتھا، لیکن نئےدور ، نیادور جواللہتعالینےپیدا کیاہے، اسمیں تو وہ وہتقسیمختمہوگ</w:t>
      </w:r>
    </w:p>
    <w:p>
      <w:r>
        <w:rPr>
          <w:b/>
        </w:rPr>
        <w:t xml:space="preserve">[1:08:28] </w:t>
      </w:r>
      <w:r>
        <w:t>hai. Har lamha aap jahan kahin bhi hon, marifat ka wahan rizq hai aap ke liye, jahan kahin bhi ho, da'wat ka samana hai aap ke liye. Aap mislan doctor hain, aap ke paas patient aate hain, un ko aap kitabein dete rahiye, Quran ka instruction dete rahiye.</w:t>
      </w:r>
    </w:p>
    <w:p>
      <w:pPr>
        <w:jc w:val="right"/>
      </w:pPr>
      <w:r>
        <w:t>ئیہے۔ ہرلمحہآپ جہاں کہیںبھیہوں، معرفتکاوہاںرزقہےآپکےلیے، جہاںکہیںبھیہو،دعوتکاسامانہےآپکےلیے۔ آپ مثلاًڈاکٹرہیں، آپکےپاسپیشنٹآتےہیں،انکوآپ کتاب یںدیتےرہیے، قرآنکاانسٹرکشندیتےرہیے۔</w:t>
      </w:r>
    </w:p>
    <w:p>
      <w:r>
        <w:rPr>
          <w:b/>
        </w:rPr>
        <w:t xml:space="preserve">[1:08:43] </w:t>
      </w:r>
      <w:r>
        <w:t>aap business man hain, customer aata hai aap ke paas, un ko dete rahiye. To yeh bhi sath sath, woh bhi sath sath, dono kaam kar sakte hain aap. To mein samajhta hoon ke woh taqseem ab mit gayi hai naye halaat ke nateejay mein.</w:t>
      </w:r>
    </w:p>
    <w:p>
      <w:pPr>
        <w:jc w:val="right"/>
      </w:pPr>
      <w:r>
        <w:t>آپ بزنس مینہیں، کسٹمرآتاہےآپکےپاس ،انکودیتےرہیے۔ تو یہبھی ساتھ ساتھ،وہبھیساتھساتھ،دونوںکامکرسکتےہیںآپ ۔ تو میںسمجھتاہوںکہوہتقسیمابمٹگئیہے نئے حالات کے نتیجےمیں ۔</w:t>
      </w:r>
    </w:p>
    <w:p>
      <w:r>
        <w:rPr>
          <w:b/>
        </w:rPr>
        <w:t xml:space="preserve">[1:08:58] </w:t>
      </w:r>
      <w:r>
        <w:t>Maulana, Karachi Pakistan se Abdul Latif Sahab ka sawal aaya hai. Unho ne likha hai: "Al-Risala ko bohat se log parhte hain, magar Al-Risala jis tarah ka zehn banata hai, woh bohat kam dekha gaya hai.</w:t>
      </w:r>
    </w:p>
    <w:p>
      <w:pPr>
        <w:jc w:val="right"/>
      </w:pPr>
      <w:r>
        <w:t>مولانا، کراچی پاکستان سے عبداللطیفصاحبکا سوالآیاہے۔ انہوںنےلکھاہے: " الرسالہکوبہت سے لوگ پڑھتےہیں ، مگر الرسالہجس طرح کا ذہن بناتاہے، وہ بہت کم دیکھاگیاہے۔</w:t>
      </w:r>
    </w:p>
    <w:p>
      <w:r>
        <w:rPr>
          <w:b/>
        </w:rPr>
        <w:t xml:space="preserve">[1:09:14] </w:t>
      </w:r>
      <w:r>
        <w:t>Y</w:t>
      </w:r>
    </w:p>
    <w:p>
      <w:pPr>
        <w:jc w:val="right"/>
      </w:pPr>
      <w:r>
        <w:t>ی</w:t>
      </w:r>
    </w:p>
    <w:p>
      <w:r>
        <w:rPr>
          <w:b/>
        </w:rPr>
        <w:t xml:space="preserve">[1:09:15] </w:t>
      </w:r>
      <w:r>
        <w:t>yani sanjeedgi, fikr-e-akhirat, manfi soch ka na hona, aik taraf khair khwahi, sadgi, haris, haris se dilon ka pak hona, mohabbat-e-Ilahi, madaniyat se opar uthna waghera waghera.</w:t>
      </w:r>
    </w:p>
    <w:p>
      <w:pPr>
        <w:jc w:val="right"/>
      </w:pPr>
      <w:r>
        <w:t>عنی سنجیدگی ،فکر آخرت ، منفی سوچکا نہہونا، ایک طرف ہخیرخواہی، سادگی ، حرص ،حرصسےدلوںکا پاک ہونا، مح بت الہی، مادیتسےاوپراٹھناوغیرہوغیرہ۔</w:t>
      </w:r>
    </w:p>
    <w:p>
      <w:r>
        <w:rPr>
          <w:b/>
        </w:rPr>
        <w:t xml:space="preserve">[1:09:31] </w:t>
      </w:r>
      <w:r>
        <w:t>Maulana Sahab, is cheez ki kya wajah ho sakti hai, is ke baray mein batayein." It's a bit natural, yeh to hota hi hota hai.</w:t>
      </w:r>
    </w:p>
    <w:p>
      <w:pPr>
        <w:jc w:val="right"/>
      </w:pPr>
      <w:r>
        <w:t>مول اناصاحب،اسچیزکیکیا وجہ ہوسکتیہے، اسکےبارےمیںبت ائیں۔" اٹازبٹنیچرل ،یہتوہوتاہیہوتاہے۔</w:t>
      </w:r>
    </w:p>
    <w:p>
      <w:r>
        <w:rPr>
          <w:b/>
        </w:rPr>
        <w:t xml:space="preserve">[1:09:40] </w:t>
      </w:r>
      <w:r>
        <w:t>Quran ko bhi sab log parhte hain, to koi aik sa asar lete hain? Na pehle hua, na ab aisa hai. Aisa mumkin nahi hai ke kisi kitab ko parhne se aik sa asar lein sab log.</w:t>
      </w:r>
    </w:p>
    <w:p>
      <w:pPr>
        <w:jc w:val="right"/>
      </w:pPr>
      <w:r>
        <w:t>قرآنکوبھیسبلوگپڑھتےہیں،توکوئییکساں اثرلیتےہیں؟ نہپہلے ہوا ، نہابایساہے۔ ایسا ممکننہیںہے کہ کسی کتاب کو پڑھنےسے یکساںاثرلیںسبلوگ ۔</w:t>
      </w:r>
    </w:p>
    <w:p>
      <w:r>
        <w:rPr>
          <w:b/>
        </w:rPr>
        <w:t xml:space="preserve">[1:09:53] </w:t>
      </w:r>
      <w:r>
        <w:t>yeh na Quran ke sath hoga, na kisi aur kitab ke sath hoga. Yeh to aik fitri baat hai, is mein koi koi is mein pareshani ki baat nahi, koi koi sawal nahi hai. Yeh</w:t>
      </w:r>
    </w:p>
    <w:p>
      <w:pPr>
        <w:jc w:val="right"/>
      </w:pPr>
      <w:r>
        <w:t>یہ نہقرآنکےساتھہوگا، نہ کسیاورکتاب کےساتھہوگا۔ یہتو ایکفطریباتہے، اسمیںکوئی کوئیاسمیںپریشانیکیباتنہیں،کوئی کوئیسوالنہیںہے۔یہ</w:t>
      </w:r>
    </w:p>
    <w:p>
      <w:r>
        <w:rPr>
          <w:b/>
        </w:rPr>
        <w:t xml:space="preserve">[1:10:07] </w:t>
      </w:r>
      <w:r>
        <w:t>Maulana, agla question Abul Hasan Sahab ka aaya hai, Calgary Canada se. Unho ne likha hai: "While discussing about God, one of my friends was adamant at a point that God comes in the world in the form of certain personality to teach religion and wisdom, that was his duty.</w:t>
      </w:r>
    </w:p>
    <w:p>
      <w:pPr>
        <w:jc w:val="right"/>
      </w:pPr>
      <w:r>
        <w:t>مولانا،اگلاکوئسچن ابوالحسنصاحبکاآیاہے، کیلگری کینیڈاسے۔ انہوںنےلکھاہے: "وائل ڈسکسنگاباؤٹگاڈ، ون آفمائیفرینڈوازایڈمنٹایٹاپوائنٹ دیٹگاڈ کمزان دسورلڈاندافارمآف سرٹن پرسن یلٹی ٹوٹیچ ریلیجن اینڈوز ڈمٹوہز ڈیوٹیز۔</w:t>
      </w:r>
    </w:p>
    <w:p>
      <w:r>
        <w:rPr>
          <w:b/>
        </w:rPr>
        <w:t xml:space="preserve">[1:10:29] </w:t>
      </w:r>
      <w:r>
        <w:t>I said, why not worship that God in the form of God himself?</w:t>
      </w:r>
    </w:p>
    <w:p>
      <w:pPr>
        <w:jc w:val="right"/>
      </w:pPr>
      <w:r>
        <w:t>آئیسیڈ، وائیناٹورشپدیٹگاڈاندافارمآف گاڈہمسیلف؟</w:t>
      </w:r>
    </w:p>
    <w:p>
      <w:r>
        <w:rPr>
          <w:b/>
        </w:rPr>
        <w:t xml:space="preserve">[1:10:34] </w:t>
      </w:r>
      <w:r>
        <w:t>Why worship him in the form of certain person or personality? What is the logic behind God taking birth in the world?</w:t>
      </w:r>
    </w:p>
    <w:p>
      <w:pPr>
        <w:jc w:val="right"/>
      </w:pPr>
      <w:r>
        <w:t>وائیورشپہماندافارمآف سرٹن پرسن اور پرسن یلٹی؟ واٹازدالاجکبیہائنڈگاڈٹیکنگبرتھاندسورلڈ؟</w:t>
      </w:r>
    </w:p>
    <w:p>
      <w:r>
        <w:rPr>
          <w:b/>
        </w:rPr>
        <w:t xml:space="preserve">[1:10:44] </w:t>
      </w:r>
      <w:r>
        <w:t>Maulana Sahab, my question is: How to make people believe that God doesn't take birth in the world as a human being?" Dekhein, yeh sawal jo hai, sab se pehle ke aap yani kahan se bol rahe hain?</w:t>
      </w:r>
    </w:p>
    <w:p>
      <w:pPr>
        <w:jc w:val="right"/>
      </w:pPr>
      <w:r>
        <w:t>مول اناصاحب،مائیکوئسچناز:ہاؤٹومیکپیپلاویردیٹگاڈڈزنٹٹیک برتھاندسورلڈ ایزاہیومنبینگ؟" دیکھیں،یہ سوال جوہے،سبسےپہلے کہآپ یعنیکہاںسےبولرہےہیں؟</w:t>
      </w:r>
    </w:p>
    <w:p>
      <w:r>
        <w:rPr>
          <w:b/>
        </w:rPr>
        <w:t xml:space="preserve">[1:11:00] </w:t>
      </w:r>
      <w:r>
        <w:t>Masla yeh hai ke apne mind se aap nahi bol sakte.</w:t>
      </w:r>
    </w:p>
    <w:p>
      <w:pPr>
        <w:jc w:val="right"/>
      </w:pPr>
      <w:r>
        <w:t>مسئلہیہہےکہاپنےمائنڈسے آپنہیںبول سکتے۔</w:t>
      </w:r>
    </w:p>
    <w:p>
      <w:r>
        <w:rPr>
          <w:b/>
        </w:rPr>
        <w:t xml:space="preserve">[1:11:05] </w:t>
      </w:r>
      <w:r>
        <w:t>koi aap authentic source hona chahiye. jaise to jaise keh maine arz kiya, authentic source revealed book hai sirf, aur koi doosri nahi cheez hai.</w:t>
      </w:r>
    </w:p>
    <w:p>
      <w:pPr>
        <w:jc w:val="right"/>
      </w:pPr>
      <w:r>
        <w:t>کوئیآپ اتھینٹکسورسہوناچاہیے۔ جیسے توجیساکہمیںنےعرضکیا، اتھینٹکسورس ریویلڈبک ہےصرف،اورکوئیدوسرینہیںچیزہے۔</w:t>
      </w:r>
    </w:p>
    <w:p>
      <w:r>
        <w:rPr>
          <w:b/>
        </w:rPr>
        <w:t xml:space="preserve">[1:11:15] </w:t>
      </w:r>
      <w:r>
        <w:t>aur revealed book jo quran, jo jo dunya mein aayi hain, woh koi bhi preserve nahi hai siwaye quran ke. to aap apne mind se nahi bol sakte, ya pichli jo books jo jo preserve nahi, unke hawale se bhi nahi bol sakte. aap aap sirf quran ke hawale se bolna padega. aapko</w:t>
      </w:r>
    </w:p>
    <w:p>
      <w:pPr>
        <w:jc w:val="right"/>
      </w:pPr>
      <w:r>
        <w:t>اور ریویلڈبکجوقرآن، جو جودنیا میںآئیہیں، وہ کوئیبھی پریزرونہیںہےسوائےقرآنکے ۔ تو آپ اپنے مائنڈسےنہیںبولسکتے، یا پچھلیجوبکس جو جو پریزرونہیں،انکےحوالےسےبھینہیںبولسکتے۔آپ آپ صرفقرآنکےحوالےسےبولناپڑےگا۔آپکو</w:t>
      </w:r>
    </w:p>
    <w:p>
      <w:r>
        <w:rPr>
          <w:b/>
        </w:rPr>
        <w:t xml:space="preserve">[1:11:34] </w:t>
      </w:r>
      <w:r>
        <w:t>yeh bohat hi rational baat hai, rational keh ek aisi cheez jiska talluq ilm yani ghayb se hai, yani khuda ghayb mein hai, khuda dikhai nahi deta hai,</w:t>
      </w:r>
    </w:p>
    <w:p>
      <w:pPr>
        <w:jc w:val="right"/>
      </w:pPr>
      <w:r>
        <w:t>یہبہت ہیریشنل باتہے،ریشنل کہایکایسیچیز جسکا تعلق علم یعنی غیبسےہے، یعنی خدا غیبمیںہے،خدادکھائینہیںدیت اہے،</w:t>
      </w:r>
    </w:p>
    <w:p>
      <w:r>
        <w:rPr>
          <w:b/>
        </w:rPr>
        <w:t xml:space="preserve">[1:11:48] </w:t>
      </w:r>
      <w:r>
        <w:t>to woh koi physical science ka subject nahi hai. woh khuda ka mamla physical science ka subject nahi hai, woh revealed science ka subject hai.</w:t>
      </w:r>
    </w:p>
    <w:p>
      <w:pPr>
        <w:jc w:val="right"/>
      </w:pPr>
      <w:r>
        <w:t>تو وہکوئی فزیکلسائنسکاسبجیکٹنہیںہے۔وہ خداکامعاملہ فزیکلسائنسکاسبجیکٹنہیںہے، وہ ریویلڈسائنسکاسبجیکٹہے۔</w:t>
      </w:r>
    </w:p>
    <w:p>
      <w:r>
        <w:rPr>
          <w:b/>
        </w:rPr>
        <w:t xml:space="preserve">[1:11:58] </w:t>
      </w:r>
      <w:r>
        <w:t>to revealed books mein sirf ek hi book jab preserve haal mein ho, to usi ko authentic banaya jayega. usi se samajhne ki koshish ki jayegi.</w:t>
      </w:r>
    </w:p>
    <w:p>
      <w:pPr>
        <w:jc w:val="right"/>
      </w:pPr>
      <w:r>
        <w:t>تو ریویلڈبکسمیں صرفایکہیبکجب پریزروحالتمیںہو ، تو اسیکواتھینٹکبناجائےگا۔ اسیسے سمجھنےکیکوششکیجائےگی۔</w:t>
      </w:r>
    </w:p>
    <w:p>
      <w:r>
        <w:rPr>
          <w:b/>
        </w:rPr>
        <w:t xml:space="preserve">[1:12:06] </w:t>
      </w:r>
      <w:r>
        <w:t>to apni aqal se log nikalte hain yeh baatein. inko chahiye keh quran ka mutala karein aur quran se nikalne ki koshish karein keh is mamle mein khuda ka jawab kya hai.</w:t>
      </w:r>
    </w:p>
    <w:p>
      <w:pPr>
        <w:jc w:val="right"/>
      </w:pPr>
      <w:r>
        <w:t>تو اپنی عقلسےلوگنکالتےہیںیہباتیں۔ انکوچاہیےکہقرآنکامطالعہکریں اور قرآنسےنکالنےکیکوششکریںکہ اسمعاملےمیں خداکاجوابکیاہے۔</w:t>
      </w:r>
    </w:p>
    <w:p>
      <w:r>
        <w:rPr>
          <w:b/>
        </w:rPr>
        <w:t xml:space="preserve">[1:12:21] </w:t>
      </w:r>
      <w:r>
        <w:t>maulana, agla sawal hyderabad se aaya hai, maulana anayet umri sahib ka. unhone aapse poocha hai keh political empire ko log bari cheez samajhte hain, magar ideological empire ko bari cheez nahi samajhte hain.</w:t>
      </w:r>
    </w:p>
    <w:p>
      <w:pPr>
        <w:jc w:val="right"/>
      </w:pPr>
      <w:r>
        <w:t>مولانا،اگلاسوال حیدرآبادسےآیاہے، مول انا عن ایتعمریصاحبکا۔انہوں نے آپسےپوچھاہے کہ پولیٹیکلایمپائرکو لوگ بڑیچیزسمجھتےہیں، مگر آئیڈیالوجیکلایمپائرکوبڑیچیز نہیں سمجھتےہیں۔</w:t>
      </w:r>
    </w:p>
    <w:p>
      <w:r>
        <w:rPr>
          <w:b/>
        </w:rPr>
        <w:t xml:space="preserve">[1:12:36] </w:t>
      </w:r>
      <w:r>
        <w:t>maulana, aisa kyun hai?</w:t>
      </w:r>
    </w:p>
    <w:p>
      <w:pPr>
        <w:jc w:val="right"/>
      </w:pPr>
      <w:r>
        <w:t>مولانا،ایسا کیوں ہے؟</w:t>
      </w:r>
    </w:p>
    <w:p>
      <w:r>
        <w:rPr>
          <w:b/>
        </w:rPr>
        <w:t xml:space="preserve">[1:12:42] </w:t>
      </w:r>
      <w:r>
        <w:t>dekhein, yeh yani soch ki kami ka natija hai. soch ki kami</w:t>
      </w:r>
    </w:p>
    <w:p>
      <w:pPr>
        <w:jc w:val="right"/>
      </w:pPr>
      <w:r>
        <w:t>دیکھیں،یہ یعنی سوچکیکمیکانتیجہہے۔ سوچکیکمی</w:t>
      </w:r>
    </w:p>
    <w:p>
      <w:r>
        <w:rPr>
          <w:b/>
        </w:rPr>
        <w:t xml:space="preserve">[1:12:50] </w:t>
      </w:r>
      <w:r>
        <w:t>political empire ka political hi headache hai. jitne bhi emperor hue hain, sab ke liye empire se ek problem thi.</w:t>
      </w:r>
    </w:p>
    <w:p>
      <w:pPr>
        <w:jc w:val="right"/>
      </w:pPr>
      <w:r>
        <w:t>پولیٹیکلایمپائرکا پولیٹیکلہیڈیکہے۔ جتنے بھی ایمپررہوئےہیں، سب کےلیے ایمپائرسےایکپرابلم تھی۔</w:t>
      </w:r>
    </w:p>
    <w:p>
      <w:r>
        <w:rPr>
          <w:b/>
        </w:rPr>
        <w:t xml:space="preserve">[1:13:04] </w:t>
      </w:r>
      <w:r>
        <w:t>alexander se le kar ke obama tak, har waqt problem ghire hue hai, har waqt masle mein ghire hue hai. ko neend nahi aati inki,</w:t>
      </w:r>
    </w:p>
    <w:p>
      <w:pPr>
        <w:jc w:val="right"/>
      </w:pPr>
      <w:r>
        <w:t>الگزینڈرسےلےکرکے اوباماتک، ہروقت پرابلم گھریہوئیہے،ہروقت مسئلے میںگھریہوئیہے۔ کوئینیندنہیںآتی انکی،</w:t>
      </w:r>
    </w:p>
    <w:p>
      <w:r>
        <w:rPr>
          <w:b/>
        </w:rPr>
        <w:t xml:space="preserve">[1:13:16] </w:t>
      </w:r>
      <w:r>
        <w:t>sleeping pills kha kar sote hain. to political empire iske liye hai jo jo yani main to samajhta hoon keh jo jisko soch develop na hui ho.</w:t>
      </w:r>
    </w:p>
    <w:p>
      <w:pPr>
        <w:jc w:val="right"/>
      </w:pPr>
      <w:r>
        <w:t>سلیپنگپلس کھاکےسوتےہیں۔ تو پولیٹیکلایمپائر اسکےلیےہےجو جو یعنی میںتوسمجھتاہوںکہجو جسکیسوچڈیولپنہہوئی ہو۔</w:t>
      </w:r>
    </w:p>
    <w:p>
      <w:r>
        <w:rPr>
          <w:b/>
        </w:rPr>
        <w:t xml:space="preserve">[1:13:28] </w:t>
      </w:r>
      <w:r>
        <w:t>main to kuch bhi nahi samajhta isko. jo bhi jin logon ko bhi hukumat mili hain, jo bare bare uhde pe baithe hue hain, unka aap study kijiye qareeb se.</w:t>
      </w:r>
    </w:p>
    <w:p>
      <w:pPr>
        <w:jc w:val="right"/>
      </w:pPr>
      <w:r>
        <w:t>میںتوکچھبھینہیںسمجھتا اسکو۔ جو بھی جنلوگوںکو بھی حکومت یںملی ہیں،جوبڑےبڑےعہدےپربیٹھےہوئےہیں، انکا آپ اسٹڈیکیجئےقریبسے۔</w:t>
      </w:r>
    </w:p>
    <w:p>
      <w:r>
        <w:rPr>
          <w:b/>
        </w:rPr>
        <w:t xml:space="preserve">[1:13:39] </w:t>
      </w:r>
      <w:r>
        <w:t>raat din problem ghire rehte hain, woh ek second bhi azadi nahi sochne ke liye.</w:t>
      </w:r>
    </w:p>
    <w:p>
      <w:pPr>
        <w:jc w:val="right"/>
      </w:pPr>
      <w:r>
        <w:t>راتدن پرابلم گھرےرہتےہیں،وہ ایک سیکنڈبھیانہیں آزادی نہیں سوچنےکےلیے۔</w:t>
      </w:r>
    </w:p>
    <w:p>
      <w:r>
        <w:rPr>
          <w:b/>
        </w:rPr>
        <w:t xml:space="preserve">[1:13:47] </w:t>
      </w:r>
      <w:r>
        <w:t>to main kaha karta hoon keh hukumat to headache hai, headache doosron ko de dijiye, aap khud aazad hokar sochiye, aazad hokar apni apne develop kijiye, apne apne yani intellectual development ka kaam kijiye.</w:t>
      </w:r>
    </w:p>
    <w:p>
      <w:pPr>
        <w:jc w:val="right"/>
      </w:pPr>
      <w:r>
        <w:t>تومیں کہاکرتاہوں کہ حکومت توہیڈیکہے، ہیڈیکدوسروںکودےدیجئے،آپخود آزادہوکرسوچیے، آزادہوکر اپنی اپنے ڈیولپکیجئے،اپنے اپنے یعنی انٹلیکچولڈیولپمنٹکاکامکیجئے۔</w:t>
      </w:r>
    </w:p>
    <w:p>
      <w:r>
        <w:rPr>
          <w:b/>
        </w:rPr>
        <w:t xml:space="preserve">[1:14:04] </w:t>
      </w:r>
      <w:r>
        <w:t>abhi main pichli baar bataya tha aapko keh india ki sabse bari state hai up. to up mein as waqt jo chief minister hain, woh mister akhilesh yadav hain.</w:t>
      </w:r>
    </w:p>
    <w:p>
      <w:pPr>
        <w:jc w:val="right"/>
      </w:pPr>
      <w:r>
        <w:t>ابھیمیں پچھلیبار بتایاتھاآپکو کہ انڈیا کی سبسے بڑی اسٹیٹہےیوپی۔ تو یوپیمیںاسوقت جوچیفمنسٹرہیں، وہ مس ٹر اکلیشیادوہیں۔</w:t>
      </w:r>
    </w:p>
    <w:p>
      <w:r>
        <w:rPr>
          <w:b/>
        </w:rPr>
        <w:t xml:space="preserve">[1:14:19] </w:t>
      </w:r>
      <w:r>
        <w:t>to unka ek interview chapa tha times of india mein, bohat detail ke sath. to interview mein maine unse poocha keh chief minister banne ke baad aap koi cheez miss kar rahe hain kya?</w:t>
      </w:r>
    </w:p>
    <w:p>
      <w:pPr>
        <w:jc w:val="right"/>
      </w:pPr>
      <w:r>
        <w:t>تو انکاایک انٹرویوچھپاتھا ٹائمزآف انڈیامیں،بہت ڈیٹیلکےساتھ ۔ تو انٹرویو میںنےانسےپوچھا کہ چیفمنسٹربننےکےبعد آپ کوئیچیزمسکررہےہیںکیا ؟</w:t>
      </w:r>
    </w:p>
    <w:p>
      <w:r>
        <w:rPr>
          <w:b/>
        </w:rPr>
        <w:t xml:space="preserve">[1:14:31] </w:t>
      </w:r>
      <w:r>
        <w:t>to foran kehte hain, "freedom!" yani chief minister ban gaye aur freedom chali gayi to kya faida? main kehta hoon, "chief minister banne se aap ghaur kijiye, yeh sab ka haal hai.</w:t>
      </w:r>
    </w:p>
    <w:p>
      <w:pPr>
        <w:jc w:val="right"/>
      </w:pPr>
      <w:r>
        <w:t>تو فوراًکہتےہیں،"ف ریڈم!" یعنیچیفمنسٹربنگئے اور فریڈمچھنگئیتو کیا فائدہ ؟میںکہتاہوں،"چیفمنسٹربننےسے آپغورکیجئے، یہسب کاحالہے۔</w:t>
      </w:r>
    </w:p>
    <w:p>
      <w:r>
        <w:rPr>
          <w:b/>
        </w:rPr>
        <w:t xml:space="preserve">[1:14:47] </w:t>
      </w:r>
      <w:r>
        <w:t>"jahan jisme jitne bheru rahe, jitne bhi emperor rahe, jitne bhi king hain, sab ka haal yahi tha. isliye main kehta hoon keh hukumat ya empire ek headache hai, headache doosron ke hawale kar dijiye aur aap azadi ke sath apna kaam kijiye, apna spiritual development, intellectual development is field jahan koi rukawat nahi.</w:t>
      </w:r>
    </w:p>
    <w:p>
      <w:pPr>
        <w:jc w:val="right"/>
      </w:pPr>
      <w:r>
        <w:t>"جد ہمیںجتنےبھیرولرہیں،جتنےبھی ایمپررہیں،جتنےبھیکنگہیں، سب کاحالیہیتھا۔ اسلیےمیںکہتاہوںکہ حکومت یا ایمپائرایکہیڈیکہے، ہیڈیکدوسروںکےحوالےکردیجئے اور آپ آزادی کےساتھ اپنا کامکیجئے،اپنا اسپیریچولڈیولپمنٹ، انٹلیکچولڈیولپمنٹ اسفیل ڈمیں جہاںکوئیرکاوٹ نہیں۔</w:t>
      </w:r>
    </w:p>
    <w:p>
      <w:r>
        <w:rPr>
          <w:b/>
        </w:rPr>
        <w:t xml:space="preserve">[1:15:11] </w:t>
      </w:r>
      <w:r>
        <w:t>maulana, agla sawal karachi pakistan se hai, miss samia latif ka.</w:t>
      </w:r>
    </w:p>
    <w:p>
      <w:pPr>
        <w:jc w:val="right"/>
      </w:pPr>
      <w:r>
        <w:t>مولانا،اگلاسوال کراچی پاکستانسے ہے، مس سامیہ لطیفکا ۔</w:t>
      </w:r>
    </w:p>
    <w:p>
      <w:r>
        <w:rPr>
          <w:b/>
        </w:rPr>
        <w:t xml:space="preserve">[1:15:16] </w:t>
      </w:r>
      <w:r>
        <w:t>unhone likha hai: "quran mein hai keh allah ke zikr se dilon ko itminan hasil hota hai. maulana sahib, is itminan se kis qism ka itminan murad hai?</w:t>
      </w:r>
    </w:p>
    <w:p>
      <w:pPr>
        <w:jc w:val="right"/>
      </w:pPr>
      <w:r>
        <w:t>انہوں نےلکھاہے: "قرآنمیںہےکہ اللہ کے ذکرسے دلوںکو اطمینان حاصل ہوتاہے۔ مول اناصاحب،اس اطمینانسے کس قسم کا اطمینان مرادہے؟</w:t>
      </w:r>
    </w:p>
    <w:p>
      <w:r>
        <w:rPr>
          <w:b/>
        </w:rPr>
        <w:t xml:space="preserve">[1:15:28] </w:t>
      </w:r>
      <w:r>
        <w:t>kyunke dunya mein to qabar maujood hai, phir ek momin ke dil ko itminan kaise hoga?" nahi, dekhein, itminan ke maani happiness nahi hain, happiness ya khushi musarrat nahi hai.</w:t>
      </w:r>
    </w:p>
    <w:p>
      <w:pPr>
        <w:jc w:val="right"/>
      </w:pPr>
      <w:r>
        <w:t>کیونکہ دنیا میں تو قبرموجود ہے، پھر ایک مومنکےدل کو اطمینان کیسےہوگا؟" نہیں،دیکھیں،اطمینانکےمعنی ہیپینسنہیںہیں، ہیپینس یاخوشیومس رتنہیںہے۔</w:t>
      </w:r>
    </w:p>
    <w:p>
      <w:r>
        <w:rPr>
          <w:b/>
        </w:rPr>
        <w:t xml:space="preserve">[1:15:44] </w:t>
      </w:r>
      <w:r>
        <w:t>itminan ke maani hain explanation. har aadmi chahta hai keh woh cheezon ko explain kar sake jo dunya mein ho raha hai, usko explain karna chahta hai.</w:t>
      </w:r>
    </w:p>
    <w:p>
      <w:pPr>
        <w:jc w:val="right"/>
      </w:pPr>
      <w:r>
        <w:t>اطمینانکےمعنیہیں ایکسپلینیشن ۔ہرآدمیچاہتاہےکہوہ چیزوںکوایکسپلینکرسکے جو دنیا میںہورہاہے، اسکو ایکسپلینکرناچاہتاہے۔</w:t>
      </w:r>
    </w:p>
    <w:p>
      <w:r>
        <w:rPr>
          <w:b/>
        </w:rPr>
        <w:t xml:space="preserve">[1:15:57] </w:t>
      </w:r>
      <w:r>
        <w:t>aap jante hain, insaan ke bare mein kaha jata hai keh "man is a</w:t>
      </w:r>
    </w:p>
    <w:p>
      <w:pPr>
        <w:jc w:val="right"/>
      </w:pPr>
      <w:r>
        <w:t>آپجانتےہیں،انسانکےبارےمیںکہاجاتاہےکہ "مین از ا</w:t>
      </w:r>
    </w:p>
    <w:p>
      <w:r>
        <w:rPr>
          <w:b/>
        </w:rPr>
        <w:t xml:space="preserve">[1:16:03] </w:t>
      </w:r>
      <w:r>
        <w:t>man is an explanation seeking animal." "man is an explanation seeking animal." to allah, jalla ko aadmi discover karta hai, allah mein woh yani soch bichar karta hai,</w:t>
      </w:r>
    </w:p>
    <w:p>
      <w:pPr>
        <w:jc w:val="right"/>
      </w:pPr>
      <w:r>
        <w:t>مینازاینایک سپلینیشن سیکنگاینیمل۔" "مین از این ایکسپلینیشن سیکنگاینیمل۔" تو اللہ ،جباللہ کو آدمی ڈسکورکرتاہے، اللہ میںوہ یعنی سوچبچارکرتاہے،</w:t>
      </w:r>
    </w:p>
    <w:p>
      <w:r>
        <w:rPr>
          <w:b/>
        </w:rPr>
        <w:t xml:space="preserve">[1:16:19] </w:t>
      </w:r>
      <w:r>
        <w:t>iske iska kam pat ka,iske contemplation ka focus Allah banjata hai. to is qabil hojata hai ke woh cheezon ko explain kar sak</w:t>
      </w:r>
    </w:p>
    <w:p>
      <w:pPr>
        <w:jc w:val="right"/>
      </w:pPr>
      <w:r>
        <w:t>اس کے اسکا کم پٹ کا،اسکے کنٹمپلیشنکا فوکساللہ بنجاتاہے۔ تو اس قابلہوجاتاہےکہوہچیزوںکوایکسپلینکرسک</w:t>
      </w:r>
    </w:p>
    <w:p>
      <w:r>
        <w:rPr>
          <w:b/>
        </w:rPr>
        <w:t xml:space="preserve">[1:16:29] </w:t>
      </w:r>
      <w:r>
        <w:t>e, apni life ko, insan ki history ko, duniya ke halaat ko. to woh explanation miljata hai insaan ko. is sense mein hai woh.</w:t>
      </w:r>
    </w:p>
    <w:p>
      <w:pPr>
        <w:jc w:val="right"/>
      </w:pPr>
      <w:r>
        <w:t>ے، اپنی لائفکو ،انسان کیہسٹریکو، دنیا کےحالاتکو ۔تو وہ ایکسپلینیشنملجاتاہےانسانکو۔اسسینسمیںہےوہ ۔</w:t>
      </w:r>
    </w:p>
    <w:p>
      <w:r>
        <w:rPr>
          <w:b/>
        </w:rPr>
        <w:t xml:space="preserve">[1:16:39] </w:t>
      </w:r>
      <w:r>
        <w:t>woh woh is mein is sense mein nahi hai ke happiness miljati hai. is sense mein nahi hai woh.</w:t>
      </w:r>
    </w:p>
    <w:p>
      <w:pPr>
        <w:jc w:val="right"/>
      </w:pPr>
      <w:r>
        <w:t>وہ وہ اس میں اسسینسمیںنہیںہےکہ ہیپینسملجاتیہے۔ اسسینسمیںنہیںہےوہ۔</w:t>
      </w:r>
    </w:p>
    <w:p>
      <w:r>
        <w:rPr>
          <w:b/>
        </w:rPr>
        <w:t xml:space="preserve">[1:16:47] </w:t>
      </w:r>
      <w:r>
        <w:t>Maulana, agla sawal Delhi se hai, Maulana Zikwanandvi sahib</w:t>
      </w:r>
    </w:p>
    <w:p>
      <w:pPr>
        <w:jc w:val="right"/>
      </w:pPr>
      <w:r>
        <w:t>مولانا،اگلاسوال دلیسےہے، مول انا زکوانندویصاحب</w:t>
      </w:r>
    </w:p>
    <w:p>
      <w:r>
        <w:rPr>
          <w:b/>
        </w:rPr>
        <w:t xml:space="preserve">[1:16:51] </w:t>
      </w:r>
      <w:r>
        <w:t>ka. unhon ne likha hai: "Quran mein kaha gaya hai ke aye imaan walo! agar tum Allah ki madad karoge to Allah tumhari madad karega." yeh chapter 47, verse number 7 mein aaya hai.</w:t>
      </w:r>
    </w:p>
    <w:p>
      <w:pPr>
        <w:jc w:val="right"/>
      </w:pPr>
      <w:r>
        <w:t>کا۔ انہوں نےلکھاہے: "قرآنمیں کہاگیاہے کہ اےایمانوالو! اگر تم اللہ کیمد دکروگے تو اللہ تمہاری مددکرےگا۔" یہ چیپٹر4 7 ،ورسنمبر 7 میںآیاہے۔</w:t>
      </w:r>
    </w:p>
    <w:p>
      <w:r>
        <w:rPr>
          <w:b/>
        </w:rPr>
        <w:t xml:space="preserve">[1:17:05] </w:t>
      </w:r>
      <w:r>
        <w:t>is ayat mein Allah ki madad karne ka matlab kya hai? is tarah ayat mein bande ko Allah ki madad milne ka matlab kya hai?</w:t>
      </w:r>
    </w:p>
    <w:p>
      <w:pPr>
        <w:jc w:val="right"/>
      </w:pPr>
      <w:r>
        <w:t>اس آیتمیں اللہ کیمد دکرنے کا مطلب کیا ہے ؟ اس طرح آیتمیں بندےکو اللہ کیمدد ملنےکامطلب کیا ہے ؟</w:t>
      </w:r>
    </w:p>
    <w:p>
      <w:r>
        <w:rPr>
          <w:b/>
        </w:rPr>
        <w:t xml:space="preserve">[1:17:14] </w:t>
      </w:r>
      <w:r>
        <w:t>iske bare mein bataein.</w:t>
      </w:r>
    </w:p>
    <w:p>
      <w:pPr>
        <w:jc w:val="right"/>
      </w:pPr>
      <w:r>
        <w:t>اسکےبارےمیںبت ائیں۔</w:t>
      </w:r>
    </w:p>
    <w:p>
      <w:r>
        <w:rPr>
          <w:b/>
        </w:rPr>
        <w:t xml:space="preserve">[1:17:16] </w:t>
      </w:r>
      <w:r>
        <w:t>dekhein, yahan madad se ek sirf ek cheez murad hai, yani Allah ki madad se.</w:t>
      </w:r>
    </w:p>
    <w:p>
      <w:pPr>
        <w:jc w:val="right"/>
      </w:pPr>
      <w:r>
        <w:t>دیکھیں،یہاں مد دسے ایک صرف ایک چیز مرادہے، یعنیاللہ کیمد دسے ۔</w:t>
      </w:r>
    </w:p>
    <w:p>
      <w:r>
        <w:rPr>
          <w:b/>
        </w:rPr>
        <w:t xml:space="preserve">[1:17:25] </w:t>
      </w:r>
      <w:r>
        <w:t>woh hai dawat Allah, yani Allah ke message ko duniya walon tak pahunchana. dekhein, Allah ta'ala ko yeh matloob hai ke duniya yeh jaane ke koi paida kiya Allah ta'ala ne insaan ko, yani "what was the creation plan of God?</w:t>
      </w:r>
    </w:p>
    <w:p>
      <w:pPr>
        <w:jc w:val="right"/>
      </w:pPr>
      <w:r>
        <w:t>وہہے دعوت اللہ ،یعنیاللہ کے میسجکو دنیا والوںتکپہنچ انا۔ دیکھیں،اللہ تعالیکویہمطلوبہےکہ دنیا یہ جانے کہ کوئیپیدا کیااللہ تعالینےانسانکو ،یعنی"واٹازدا کرشمپلانافگاڈ؟</w:t>
      </w:r>
    </w:p>
    <w:p>
      <w:r>
        <w:rPr>
          <w:b/>
        </w:rPr>
        <w:t xml:space="preserve">[1:17:43] </w:t>
      </w:r>
      <w:r>
        <w:t>" in baaton ko batane ke liye Khuda khud nahi aayega. woh concept galat hai ke Khuda khud aata hai. woh aisa nahi hai, woh to ek ek ek philosophy hai bas.</w:t>
      </w:r>
    </w:p>
    <w:p>
      <w:pPr>
        <w:jc w:val="right"/>
      </w:pPr>
      <w:r>
        <w:t>"انباتوںکو بت انےکےلیےخداخودنہیںآئےگا۔ وہ کانسیپٹغلطہےکہخداخود آتاہے۔ وہ ایساہینہیںہے،وہتوایک ایک ایک فلاسفیہےبس۔</w:t>
      </w:r>
    </w:p>
    <w:p>
      <w:r>
        <w:rPr>
          <w:b/>
        </w:rPr>
        <w:t xml:space="preserve">[1:17:55] </w:t>
      </w:r>
      <w:r>
        <w:t>to Allah ne paighambaron ke zariye yeh ilm bhej diya. ilm, is ilm ko aap har generation mein, har zamaney mein logon tak pahunchate rehna hai.</w:t>
      </w:r>
    </w:p>
    <w:p>
      <w:pPr>
        <w:jc w:val="right"/>
      </w:pPr>
      <w:r>
        <w:t>تو اللہ نے پیغمبروںکےذریعے یہ علم بھیجدیا۔علم ،اس علم کوآپ ہرجنریشنمیں،ہرزمان ےمیں لوگوںتکپہنچاتےرہناہے۔</w:t>
      </w:r>
    </w:p>
    <w:p>
      <w:r>
        <w:rPr>
          <w:b/>
        </w:rPr>
        <w:t xml:space="preserve">[1:18:06] </w:t>
      </w:r>
      <w:r>
        <w:t>isko kaha jata hai dawat ila Allah.</w:t>
      </w:r>
    </w:p>
    <w:p>
      <w:pPr>
        <w:jc w:val="right"/>
      </w:pPr>
      <w:r>
        <w:t>اسکوکہاجاتاہے دعوت الیاللہ ۔</w:t>
      </w:r>
    </w:p>
    <w:p>
      <w:r>
        <w:rPr>
          <w:b/>
        </w:rPr>
        <w:t xml:space="preserve">[1:18:09] </w:t>
      </w:r>
      <w:r>
        <w:t>to dawat ila Allah se murad hai woh, aur koi doosri cheez murad nahi hai, aur koi cheez murad nahi hai. aaj kal jo qoumi ladaiyan hain musalmanon ki, woh har giz murad nahi hain.</w:t>
      </w:r>
    </w:p>
    <w:p>
      <w:pPr>
        <w:jc w:val="right"/>
      </w:pPr>
      <w:r>
        <w:t>تو دعوت الیاللہ سے مرادہےوہ،اورکوئیدوسریچیزمرادنہیںہے، اور کوئیچیزمرادنہیںہے۔آجکلجوقومیلڑائیاںہیںمسلمانوںکی،وہہرگزمرادنہیںہیں۔</w:t>
      </w:r>
    </w:p>
    <w:p>
      <w:r>
        <w:rPr>
          <w:b/>
        </w:rPr>
        <w:t xml:space="preserve">[1:18:18] </w:t>
      </w:r>
      <w:r>
        <w:t>agar hoti hain to do sau saal se lad rahe hain musalman, ab tak jeet chuke hain. woh chuke, woh kahan jeete hain? woh tabah ho rahe hain. sirf to dawat ila Allah ke kaam karne ke liye jo uthenge, unko unki haisiyat yeh hogi ke woh Khuda ka kaam woh kar rahe hain.</w:t>
      </w:r>
    </w:p>
    <w:p>
      <w:pPr>
        <w:jc w:val="right"/>
      </w:pPr>
      <w:r>
        <w:t>اگر ہوتیہیںتو دو سوسالسےلڑرہےہیںمسلمان ،ابتکجیتچکےہیں۔وہچکے،وہ کہاںجیتےہیں؟وہ تباہہورہےہیں۔ صرف تو دعوت الیاللہکاکامکرنے کےلیےجواٹھیںگے، انکو انکی حیثیتیہہوگیکہوہخداکاکام وہکررہےہیں۔</w:t>
      </w:r>
    </w:p>
    <w:p>
      <w:r>
        <w:rPr>
          <w:b/>
        </w:rPr>
        <w:t xml:space="preserve">[1:18:35] </w:t>
      </w:r>
      <w:r>
        <w:t>to is mein woh zaroor kami</w:t>
      </w:r>
    </w:p>
    <w:p>
      <w:pPr>
        <w:jc w:val="right"/>
      </w:pPr>
      <w:r>
        <w:t>تواسمیںوہضرورکامی</w:t>
      </w:r>
    </w:p>
    <w:p>
      <w:r>
        <w:rPr>
          <w:b/>
        </w:rPr>
        <w:t xml:space="preserve">[1:18:36] </w:t>
      </w:r>
      <w:r>
        <w:t>yabi hogi. unko kamyabi is se sirf nahi ke hukoomat banayenge, woh yeh bhi samajh lijiye, har giz har giz is ka matlab yeh nahi ke unki hukoomat ban jayengi. nahi, baat jo asal target hai, usko achieve karne mein kamyabi hai.</w:t>
      </w:r>
    </w:p>
    <w:p>
      <w:pPr>
        <w:jc w:val="right"/>
      </w:pPr>
      <w:r>
        <w:t>ابیہوگی۔انکوکامیابیاسسےصرفنہیںکہحکومت بنائیںگے،وہ یہبھیسمجھلیجئے، ہرگزہرگزاسکامطلبیہنہیںکہانکیحکومت یںبنجائیںگی۔ نہیں ، بات جو اصلٹارگٹہے،اسکواچیوکرنےمیںکامیابی ہے۔</w:t>
      </w:r>
    </w:p>
    <w:p>
      <w:r>
        <w:rPr>
          <w:b/>
        </w:rPr>
        <w:t xml:space="preserve">[1:18:50] </w:t>
      </w:r>
      <w:r>
        <w:t>target kya hai? pahunchana. wa ma alaina ilal balagh. to pahunchane mein unhein Allah ki madad se woh kamyab ho jayenge. koi unko rok nahi payega.</w:t>
      </w:r>
    </w:p>
    <w:p>
      <w:pPr>
        <w:jc w:val="right"/>
      </w:pPr>
      <w:r>
        <w:t>ٹارگٹکیاہے؟ پہنچانا۔ وماعلیناالا البلاغ۔ تو پہنچ انےمیں انہیں اللہ کیمددسے وہکامیابہوجائیںگے۔کوئیانکوروکنہیںپائےگا۔</w:t>
      </w:r>
    </w:p>
    <w:p>
      <w:r>
        <w:rPr>
          <w:b/>
        </w:rPr>
        <w:t xml:space="preserve">[1:19:04] </w:t>
      </w:r>
      <w:r>
        <w:t>to Allah ki madad se murad hai dawat Allah, aur is muamle mein Allah ki nusrat se murad yeh hai ke woh apne target ko, yani baat ko pahunchane ke muamle mein, koi bhi unka rasta rok nahi payega.</w:t>
      </w:r>
    </w:p>
    <w:p>
      <w:pPr>
        <w:jc w:val="right"/>
      </w:pPr>
      <w:r>
        <w:t>تواللہ کیمددسےمرادہےدعوت اللہ، اور اس معاملےمیں اللہ کینصرتسےمرادیہہےکہوہ اپنے ٹارگٹکو ،یعنی باتکو پہنچانےکےمعاملےمیں، کوئیبھیانکاراستہ روکنہیںپائےگا۔</w:t>
      </w:r>
    </w:p>
    <w:p>
      <w:r>
        <w:rPr>
          <w:b/>
        </w:rPr>
        <w:t xml:space="preserve">[1:19:17] </w:t>
      </w:r>
      <w:r>
        <w:t>woh zaroor is target ko achieve kar payenge. yeh matlab hai is ka. Maulana, agla sawal Rohtak se hai, Sajid Anwar sahib ka</w:t>
      </w:r>
    </w:p>
    <w:p>
      <w:pPr>
        <w:jc w:val="right"/>
      </w:pPr>
      <w:r>
        <w:t>وہ ضروراسٹارگٹکو اچیو کرپائیںگے۔یہمطلبہےاسکا۔ مولانا،اگلاسوال روڑکیسےہے، ساجدانورصاحبکا</w:t>
      </w:r>
    </w:p>
    <w:p>
      <w:r>
        <w:rPr>
          <w:b/>
        </w:rPr>
        <w:t xml:space="preserve">[1:19:28] </w:t>
      </w:r>
      <w:r>
        <w:t>. unhon ne likha hai: "Maulana, in the Quran, God has mentioned many incidents related to the life of the prophets like Adam, Noah, David, Solomon, etc.</w:t>
      </w:r>
    </w:p>
    <w:p>
      <w:pPr>
        <w:jc w:val="right"/>
      </w:pPr>
      <w:r>
        <w:t>۔ انہوںنےلکھاہے: "مولانا،انداقرآن، گاڈہیزمینشن مینی انسیڈنٹس ریلیٹڈٹودالائفافدی پرافٹس لائک ایڈم،نوحہ، ڈیوڈ،سولومن، ایٹسٹرہ۔</w:t>
      </w:r>
    </w:p>
    <w:p>
      <w:r>
        <w:rPr>
          <w:b/>
        </w:rPr>
        <w:t xml:space="preserve">[1:19:41] </w:t>
      </w:r>
      <w:r>
        <w:t>These incidents clearly indicate that these prophets also realized their mistakes and turned towards God Almighty in repentance.</w:t>
      </w:r>
    </w:p>
    <w:p>
      <w:pPr>
        <w:jc w:val="right"/>
      </w:pPr>
      <w:r>
        <w:t>دیز انسیڈنٹس کلی ئرلی انڈ یکیٹ دیٹدیز پرافٹس الس وریلائزدیرمسٹیکس اینڈ ٹرنٹورڈزگاڈالم ائٹی انریپینٹنس۔</w:t>
      </w:r>
    </w:p>
    <w:p>
      <w:r>
        <w:rPr>
          <w:b/>
        </w:rPr>
        <w:t xml:space="preserve">[1:19:51] </w:t>
      </w:r>
      <w:r>
        <w:t>However, the attitude of today's Muslims are in an absolute contrast to the examples of these prophets, as they do not retract from their violent culture.</w:t>
      </w:r>
    </w:p>
    <w:p>
      <w:pPr>
        <w:jc w:val="right"/>
      </w:pPr>
      <w:r>
        <w:t>ہاؤایور، ایٹیٹیوڈاف ٹوڈے مسلمز اران ایبسولیوٹ کنٹراسٹٹوداایگزیمپلزاف دیزپرافٹس، ایزدےڈوناٹ ریٹریکٹفرامدیروائلنٹکل چر۔</w:t>
      </w:r>
    </w:p>
    <w:p>
      <w:r>
        <w:rPr>
          <w:b/>
        </w:rPr>
        <w:t xml:space="preserve">[1:20:03] </w:t>
      </w:r>
      <w:r>
        <w:t>Is that not a clear proof that today's Muslims derive their ideology from some where other than the Quran?" Kind regards.</w:t>
      </w:r>
    </w:p>
    <w:p>
      <w:pPr>
        <w:jc w:val="right"/>
      </w:pPr>
      <w:r>
        <w:t>ازاٹناٹاکلی ئر پروف دیٹٹوڈے مسلمز ڈیرائیودیرائیڈیالوجی فرام سم ویر ادردینداقرآن؟ "کائنڈلیکمنٹ۔</w:t>
      </w:r>
    </w:p>
    <w:p>
      <w:r>
        <w:rPr>
          <w:b/>
        </w:rPr>
        <w:t xml:space="preserve">[1:20:13] </w:t>
      </w:r>
      <w:r>
        <w:t>kya aap ka matlab</w:t>
      </w:r>
    </w:p>
    <w:p>
      <w:pPr>
        <w:jc w:val="right"/>
      </w:pPr>
      <w:r>
        <w:t>کیاآپکامطلبہے</w:t>
      </w:r>
    </w:p>
    <w:p>
      <w:r>
        <w:rPr>
          <w:b/>
        </w:rPr>
        <w:t xml:space="preserve">[1:20:14] </w:t>
      </w:r>
      <w:r>
        <w:t>? Maulana, woh yeh keh rahe hain ke jo prophets ki zindagi se dekha gaya hai ke unhon ne bhi kuch galtiyan karein, lekin unhon ne woh repentance karein, unhon ne is ke baad.</w:t>
      </w:r>
    </w:p>
    <w:p>
      <w:pPr>
        <w:jc w:val="right"/>
      </w:pPr>
      <w:r>
        <w:t>؟ مولانا،وہیہکہہرہےہیںکہجو پرافٹسکیزندگی سےدیکھاگیاہےکہانہوںنےبھیکچھ غلطیاںکریں،لیکن انہوںنےوہریپینٹنس کریں،انہوںنےاسکےبعد ۔</w:t>
      </w:r>
    </w:p>
    <w:p>
      <w:r>
        <w:rPr>
          <w:b/>
        </w:rPr>
        <w:t xml:space="preserve">[1:20:22] </w:t>
      </w:r>
      <w:r>
        <w:t>lekin agar inse aajke muslimz ko compare kiya jaye to aajke muslims wohi, woh apni ekto Maulana ghaltin nahi mante, aur violent culture ko ikhtiyar kiya hua hai unhone.</w:t>
      </w:r>
    </w:p>
    <w:p>
      <w:pPr>
        <w:jc w:val="right"/>
      </w:pPr>
      <w:r>
        <w:t>لیکن اگر انسے آجکےمسلمزکوکمپیئرکیا جائے تو آجکے مسلمزجوہیں،وہ اپنی ایکتو مولاناغلطینہیں مانتے،اور وائلنٹ کلچرکو اختیارکیاہواہےانہوںنے۔</w:t>
      </w:r>
    </w:p>
    <w:p>
      <w:r>
        <w:rPr>
          <w:b/>
        </w:rPr>
        <w:t xml:space="preserve">[1:20:33] </w:t>
      </w:r>
      <w:r>
        <w:t>to kya yeh kaha ja sakta hai ke unki jo ideology hai, woh inko Quran se nahi, kahin aur se mil rahi hai? Is se yeh matlab lagta hai.</w:t>
      </w:r>
    </w:p>
    <w:p>
      <w:pPr>
        <w:jc w:val="right"/>
      </w:pPr>
      <w:r>
        <w:t>توکیا یہ کہاجاسکتاہےکہانکیجوائیڈیالوجیہے، وہ انکو قرآنسےنہیں،کہیںاورسےملرہیہے؟ اسسےیہ مطلب لگتاہے۔</w:t>
      </w:r>
    </w:p>
    <w:p>
      <w:r>
        <w:rPr>
          <w:b/>
        </w:rPr>
        <w:t xml:space="preserve">[1:20:43] </w:t>
      </w:r>
      <w:r>
        <w:t>nahi, dekhein, woh ghalati wali baat alag hai, woh baat alag hai. Dono ko woh nahi karna chahiye. Ji haan, abhi jo musalman jo ladai bhadai kar rahe hain, isko jihad kehte hain.</w:t>
      </w:r>
    </w:p>
    <w:p>
      <w:pPr>
        <w:jc w:val="right"/>
      </w:pPr>
      <w:r>
        <w:t>نہیں،دیکھیں،وہ غلطیوالی باتالگہے، وہباتالگہے۔ دونوںکو وہنہیںکرناچاہیے۔ جی ہاں، ابھیجو مسلمان جو لڑائیبھڑائیکررہےہیں،اسکوجہادکہتےہیں۔</w:t>
      </w:r>
    </w:p>
    <w:p>
      <w:r>
        <w:rPr>
          <w:b/>
        </w:rPr>
        <w:t xml:space="preserve">[1:20:54] </w:t>
      </w:r>
      <w:r>
        <w:t>yeh to bilkul baseless hai, yaani iska ta'alluq kuch bhi Quran se nahi hai. Kahin Quran mein is tarah ki ladaiyon ka zikr nahi hai.</w:t>
      </w:r>
    </w:p>
    <w:p>
      <w:pPr>
        <w:jc w:val="right"/>
      </w:pPr>
      <w:r>
        <w:t>یہتوبالکل بیسلیسہے، یعنیاسکاتعلقکچھبھیقرآنسےنہیںہے۔ کہیںقرآنمیں اسطرحکیلڑائیوںکاذکرنہیںہے۔</w:t>
      </w:r>
    </w:p>
    <w:p>
      <w:r>
        <w:rPr>
          <w:b/>
        </w:rPr>
        <w:t xml:space="preserve">[1:21:03] </w:t>
      </w:r>
      <w:r>
        <w:t>yeh to Quran inko disown kar raha hai, aur disown karne ki wajah se har jagah woh haar rahe hain. To woh alag masla hai, yaani woh woh isko kehte hain ijtihadi khata.</w:t>
      </w:r>
    </w:p>
    <w:p>
      <w:pPr>
        <w:jc w:val="right"/>
      </w:pPr>
      <w:r>
        <w:t>یہتوقرآن انکوڈساونکررہاہے، اورڈساونکرنےکیوجہسےہرجگہوہ ہاررہےہیں۔ تو وہ الگمسئلہہے،یعنی وہوہ اسکو کہتےہیںاجتہادیخطا۔</w:t>
      </w:r>
    </w:p>
    <w:p>
      <w:r>
        <w:rPr>
          <w:b/>
        </w:rPr>
        <w:t xml:space="preserve">[1:21:15] </w:t>
      </w:r>
      <w:r>
        <w:t>ji, paighambaron se ijtihadi khata hoti hai, woh ek alag masla hai. Ji, lekin yeh jo musalman ladaiyan lad rahe hain, is mein koi shakk nahi ke harghiz na toh jihad hai, na Islam hai.</w:t>
      </w:r>
    </w:p>
    <w:p>
      <w:pPr>
        <w:jc w:val="right"/>
      </w:pPr>
      <w:r>
        <w:t>جی، پیغمبروںسےاجتہادیخطاہوتیہے،وہایکالگمسئلہہے۔ جی،لیکن یہجو مسلمانلڑائیاںلڑرہےہیں، اس میںکوئیشک نہیںکہہرگزنہتوجہادہے،نہ اسلام ہے۔</w:t>
      </w:r>
    </w:p>
    <w:p>
      <w:r>
        <w:rPr>
          <w:b/>
        </w:rPr>
        <w:t xml:space="preserve">[1:21:24] </w:t>
      </w:r>
      <w:r>
        <w:t>yeh baseless activities hain jinka faida na duniya mein, na aakhirat mein. Ismein to koi shakk nahi,</w:t>
      </w:r>
    </w:p>
    <w:p>
      <w:pPr>
        <w:jc w:val="right"/>
      </w:pPr>
      <w:r>
        <w:t>یہ بیسلیس ایکٹیویٹیزہیں جنکا فائدہنہ دنیا میں،نہآخرتمیں۔ اسمیں توکوئیشکنہیں،</w:t>
      </w:r>
    </w:p>
    <w:p>
      <w:r>
        <w:rPr>
          <w:b/>
        </w:rPr>
        <w:t xml:space="preserve">[1:21:34] </w:t>
      </w:r>
      <w:r>
        <w:t>na inko duniya mein koi faida milne wala hai, na aakhirat mein inko kuch faida milne wala hai. Koi ta'alluq inka Islam se nahi, deen se nahi, kuch bhi nahi.</w:t>
      </w:r>
    </w:p>
    <w:p>
      <w:pPr>
        <w:jc w:val="right"/>
      </w:pPr>
      <w:r>
        <w:t>نہانکودنیا میںکوئیفائدہملنےوالاہے، نہ آخرتمیںانکوکچھفائدہملنےوالاہے۔ کوئی تعلق انکااسلام سےنہیں،دینسےنہیں،کچھبھینہیں ۔</w:t>
      </w:r>
    </w:p>
    <w:p>
      <w:r>
        <w:rPr>
          <w:b/>
        </w:rPr>
        <w:t xml:space="preserve">[1:21:43] </w:t>
      </w:r>
      <w:r>
        <w:t>is par to bohat likha hai aapne, aap yaani kafi literature maujood hai is iske iske bare mein.</w:t>
      </w:r>
    </w:p>
    <w:p>
      <w:pPr>
        <w:jc w:val="right"/>
      </w:pPr>
      <w:r>
        <w:t>اسپر توبہت لکھاہےآپنے، آپ یعنی کافی لیٹریچرموجود ہےاس اسکےاسکےبارےمیں۔</w:t>
      </w:r>
    </w:p>
    <w:p>
      <w:r>
        <w:rPr>
          <w:b/>
        </w:rPr>
        <w:t xml:space="preserve">[1:21:54] </w:t>
      </w:r>
      <w:r>
        <w:t>Maulana, agla sawal Dilli se hai, Maulana Shariq Hussain Sahab ka</w:t>
      </w:r>
    </w:p>
    <w:p>
      <w:pPr>
        <w:jc w:val="right"/>
      </w:pPr>
      <w:r>
        <w:t>مولانا،اگلاسوال دلیسےہے، مول انا شارق حسینصاحبکا</w:t>
      </w:r>
    </w:p>
    <w:p>
      <w:r>
        <w:rPr>
          <w:b/>
        </w:rPr>
        <w:t xml:space="preserve">[1:21:58] </w:t>
      </w:r>
      <w:r>
        <w:t>Unhone likha hai: "Quran mein bataya gaya hai ke sachcha momin woh hai jis ko uski tijarat aur uski khareed o farokht Allah ke zikr se ghafil nahi karti." Yeh chapter 24, verse number 37 mein aaya hai.</w:t>
      </w:r>
    </w:p>
    <w:p>
      <w:pPr>
        <w:jc w:val="right"/>
      </w:pPr>
      <w:r>
        <w:t>۔انہوںنےلکھاہے: "قرآنمیںبتایاگیاہے کہ سچا مومن وہہے جس کو اسکی تج ارتاور اسکی خریدو فروخت اللہ کےذکرسے غافلنہیںکرتی ۔" یہ چیپٹر2 4 ،ورسنمبر 3 7 میںآیاہے۔</w:t>
      </w:r>
    </w:p>
    <w:p>
      <w:r>
        <w:rPr>
          <w:b/>
        </w:rPr>
        <w:t xml:space="preserve">[1:22:14] </w:t>
      </w:r>
      <w:r>
        <w:t>Maulana Sahab, mera sawal yeh hai ke is ayat ka matlab kya hai? Is ko wazeh karein.</w:t>
      </w:r>
    </w:p>
    <w:p>
      <w:pPr>
        <w:jc w:val="right"/>
      </w:pPr>
      <w:r>
        <w:t>مولاناصاحب،میراسوالیہہےکہاس آیتکا مطلبکیا ہے ؟اسکو واضحکریں۔</w:t>
      </w:r>
    </w:p>
    <w:p>
      <w:r>
        <w:rPr>
          <w:b/>
        </w:rPr>
        <w:t xml:space="preserve">[1:22:20] </w:t>
      </w:r>
      <w:r>
        <w:t>yeh wohi jawab abhi maine arz kiya ke koi bhi aap activity kar rahe hon, har activity ke darmiyan aapko point of reference milte rehte hain jinke zariye aap Allah ko yaad karte rahein.</w:t>
      </w:r>
    </w:p>
    <w:p>
      <w:pPr>
        <w:jc w:val="right"/>
      </w:pPr>
      <w:r>
        <w:t>یہوہیجوابھیمیںنےعرضکیا کہ کوئی بھیآپ ایکٹیویٹیکررہےہوں، ہرایکٹیویٹیکےدرمیان آپکو پوائنٹآفریفرنسملتےرہتےہیں جنکےذریعےآپاللہ کویادکرتے رہیں۔</w:t>
      </w:r>
    </w:p>
    <w:p>
      <w:r>
        <w:rPr>
          <w:b/>
        </w:rPr>
        <w:t xml:space="preserve">[1:22:36] </w:t>
      </w:r>
      <w:r>
        <w:t>har activity mein, misaal ke taur par, ek ek business mein hai, woh apne office mein baitha hua hai. Ab isko uski telephone ghanti bajti hai,</w:t>
      </w:r>
    </w:p>
    <w:p>
      <w:pPr>
        <w:jc w:val="right"/>
      </w:pPr>
      <w:r>
        <w:t>ہرایکٹیویٹی زمیں، مثالکےطورپر، ایک ایک بزنس مینہے، وہاپنے آفسمیںبیٹھاہواہے۔ اباسکو اسکیٹیلیفونگھنٹیبجتیہے،</w:t>
      </w:r>
    </w:p>
    <w:p>
      <w:r>
        <w:rPr>
          <w:b/>
        </w:rPr>
        <w:t xml:space="preserve">[1:22:52] </w:t>
      </w:r>
      <w:r>
        <w:t>maloom hua ke bees hazar kilometer se door ek aadmi telephone kar raha hai isko, aur isko business ke bare mein kuch baatein bata raha hai, isko yeh jawab de raha hai.</w:t>
      </w:r>
    </w:p>
    <w:p>
      <w:pPr>
        <w:jc w:val="right"/>
      </w:pPr>
      <w:r>
        <w:t>معلومہوا کہ بیسہزار کلومیٹرسےدورایکآدمیٹیلیفونکررہاہےاسکو، اوراسکو بزنسکےبارےمیںکچھباتیںبتارہاہے، اسکایہجوابدےرہاہے۔</w:t>
      </w:r>
    </w:p>
    <w:p>
      <w:r>
        <w:rPr>
          <w:b/>
        </w:rPr>
        <w:t xml:space="preserve">[1:23:03] </w:t>
      </w:r>
      <w:r>
        <w:t>to bazahir yeh ek business activity hai, lekin ismein bohat bada marifat ka item hai, bohat bada ke woh aadmi soche ke dekho, is duniya mein aaj Allah Ta'ala ne sirf ghode, oont nahi diye, humko ek technology bher di thi, is mein jisko discover karke aadmi ne telephone banaya,</w:t>
      </w:r>
    </w:p>
    <w:p>
      <w:pPr>
        <w:jc w:val="right"/>
      </w:pPr>
      <w:r>
        <w:t>تو بظاہریہایکبزنس ایکٹی ویٹیہے، لیکن اسمیںبہت بڑا معرفتکاآئٹمہے، بہت بڑا کہوہآدمیسوچےکہدیکھو، اس دنیا میں آجاللہ تعالینے صرف گھوڑے،اونٹنہیںدیے،ہمکو ایکٹیکنالوجیبھیرکھدیتھی،اسیمیںجسکوڈسکورکرکے آدمینے ٹیلیفونبنایا،</w:t>
      </w:r>
    </w:p>
    <w:p>
      <w:r>
        <w:rPr>
          <w:b/>
        </w:rPr>
        <w:t xml:space="preserve">[1:23:26] </w:t>
      </w:r>
      <w:r>
        <w:t>water communication banaya.</w:t>
      </w:r>
    </w:p>
    <w:p>
      <w:pPr>
        <w:jc w:val="right"/>
      </w:pPr>
      <w:r>
        <w:t>واٹرکمیونیکیشنبنایا۔</w:t>
      </w:r>
    </w:p>
    <w:p>
      <w:r>
        <w:rPr>
          <w:b/>
        </w:rPr>
        <w:t xml:space="preserve">[1:23:31] </w:t>
      </w:r>
      <w:r>
        <w:t>to kitna bada, kitni badi blessing Allah Ta'ala ki hai. To shukr ka ek samandar iske andar paida hoga.</w:t>
      </w:r>
    </w:p>
    <w:p>
      <w:pPr>
        <w:jc w:val="right"/>
      </w:pPr>
      <w:r>
        <w:t>تو کتنابڑا، کتنیبڑیبلیسنگاللہتعالیکیہے۔ تو شکرکاایکسمندر اسکےاندر پیدا ہوگا۔</w:t>
      </w:r>
    </w:p>
    <w:p>
      <w:r>
        <w:rPr>
          <w:b/>
        </w:rPr>
        <w:t xml:space="preserve">[1:23:39] </w:t>
      </w:r>
      <w:r>
        <w:t>yaani Hazrat Suleman ne ko ek paigham bhi ja bhi bhejna tha Jerusalem se Yemen, to unhone hudhud ke zariye bheja tha paigham.</w:t>
      </w:r>
    </w:p>
    <w:p>
      <w:pPr>
        <w:jc w:val="right"/>
      </w:pPr>
      <w:r>
        <w:t>یعنیحضرت سلیمان نے کوایکپیغامبھی جا بھیجناتھا یروشلمسے یمن، تو انہوں نےہدہدکےذریعےبھیجاتھاپیغام ۔</w:t>
      </w:r>
    </w:p>
    <w:p>
      <w:r>
        <w:rPr>
          <w:b/>
        </w:rPr>
        <w:t xml:space="preserve">[1:23:50] </w:t>
      </w:r>
      <w:r>
        <w:t>woh gaya aur aaya, ismein kafi time laga. Yahan instant communication ho raha hai. Idhar se aap bol rahe hain, udhar woh aadmi sun raha hai, phir woh bol raha hai, aap sun rahe hain.</w:t>
      </w:r>
    </w:p>
    <w:p>
      <w:pPr>
        <w:jc w:val="right"/>
      </w:pPr>
      <w:r>
        <w:t>وہ گیا اورآیا،اسمیںکافیٹائملگا۔ یہاں انسٹنٹکمیونیکیشنہورہاہے۔ ادھرسےآپبولرہےہیں،ادھروہآدمیسنرہاہے، پھروہبولرہاہے،آپسنرہےہیں۔</w:t>
      </w:r>
    </w:p>
    <w:p>
      <w:r>
        <w:rPr>
          <w:b/>
        </w:rPr>
        <w:t xml:space="preserve">[1:24:01] </w:t>
      </w:r>
      <w:r>
        <w:t>aadmi soche ke main to Hazrat Suleman se bhi bada bhai hoon, yaani aap aap opportunity bhia ismein mili hui hai.</w:t>
      </w:r>
    </w:p>
    <w:p>
      <w:pPr>
        <w:jc w:val="right"/>
      </w:pPr>
      <w:r>
        <w:t>آدمیسوچاکہمیںتوحضرتسلیمانسےبھیبڑابھائیہوں،یعنی آپ آپاپرچونیٹیبھیاسمیںملیہوئیہے۔</w:t>
      </w:r>
    </w:p>
    <w:p>
      <w:r>
        <w:rPr>
          <w:b/>
        </w:rPr>
        <w:t xml:space="preserve">[1:24:08] </w:t>
      </w:r>
      <w:r>
        <w:t>to baitha hua hai aadmi business ke table par, lekin wahan shukr ka item mil raha hai isko. To is tarah ke item har waqt, har waqt milte rehte hain.</w:t>
      </w:r>
    </w:p>
    <w:p>
      <w:pPr>
        <w:jc w:val="right"/>
      </w:pPr>
      <w:r>
        <w:t>تو بیٹھاہواہےآدمیبزنسکےٹیبلپر ،لیکن وہاں شکرکاآئٹمملرہاہےاسکو۔ تو اسطرح کےآئٹمہروقت،ہروقتملتےرہتےہیں۔</w:t>
      </w:r>
    </w:p>
    <w:p>
      <w:r>
        <w:rPr>
          <w:b/>
        </w:rPr>
        <w:t xml:space="preserve">[1:24:18] </w:t>
      </w:r>
      <w:r>
        <w:t>aadmi chahe business kar raha ho, chahe service kar raha ho, chahe woh travel kar raha ho, yeh matlab hai iska. Maulana, agla sawal Dilli se hai, Dr. Pradhan Sahab ka.</w:t>
      </w:r>
    </w:p>
    <w:p>
      <w:pPr>
        <w:jc w:val="right"/>
      </w:pPr>
      <w:r>
        <w:t>آدمیچاہےبزنسکررہاہو، چاہےسروسکررہاہو، چاہےوہٹریولکررہاہو، یہ مطلب ہےاسکا۔ مولانا،اگلاسوال اہ دلیسےہے، ڈاکٹر پ ردھانصاحبکا ۔</w:t>
      </w:r>
    </w:p>
    <w:p>
      <w:r>
        <w:rPr>
          <w:b/>
        </w:rPr>
        <w:t xml:space="preserve">[1:24:31] </w:t>
      </w:r>
      <w:r>
        <w:t>Unhone likha hai: "Maulana, I started reading Urdu newspapers last month, and that increases my negativity.</w:t>
      </w:r>
    </w:p>
    <w:p>
      <w:pPr>
        <w:jc w:val="right"/>
      </w:pPr>
      <w:r>
        <w:t>انہوں نےلکھاہے: "مولانا،آئیسٹارٹڈ ریڈنگارد ونیوزپیپر سنسلاسٹمنتھ، اینڈ دیٹانکریز مائینیگیٹیوٹی۔</w:t>
      </w:r>
    </w:p>
    <w:p>
      <w:r>
        <w:rPr>
          <w:b/>
        </w:rPr>
        <w:t xml:space="preserve">[1:24:41] </w:t>
      </w:r>
      <w:r>
        <w:t>Should I continue reading it and try to make my negativity, try to convert my negativity to positivity, or should I stop reading it?"</w:t>
      </w:r>
    </w:p>
    <w:p>
      <w:pPr>
        <w:jc w:val="right"/>
      </w:pPr>
      <w:r>
        <w:t>شوڈآئیکنٹینیو ریڈنگاٹاینڈٹرائیٹومیکمائینیگیٹیو ٹی،ٹرائیٹوکنورٹمائینیگیٹیوٹیٹوپوزیٹیوٹی، اور شوڈآئیسٹاپ ریڈنگاٹ؟</w:t>
      </w:r>
    </w:p>
    <w:p>
      <w:r>
        <w:rPr>
          <w:b/>
        </w:rPr>
        <w:t xml:space="preserve">[1:24:50] </w:t>
      </w:r>
      <w:r>
        <w:t>kindly mention. dekhen, urdu akhbar to negative tak ka karkhana hai,</w:t>
      </w:r>
    </w:p>
    <w:p>
      <w:pPr>
        <w:jc w:val="right"/>
      </w:pPr>
      <w:r>
        <w:t>"کائنڈلیکمنٹ۔ دیکھیں،ارد واخبار تو نیگیٹیوٹیکاکارخانہہے،</w:t>
      </w:r>
    </w:p>
    <w:p>
      <w:r>
        <w:rPr>
          <w:b/>
        </w:rPr>
        <w:t xml:space="preserve">[1:25:00] </w:t>
      </w:r>
      <w:r>
        <w:t>yani dunya mein beshumar positive news hain, woh nahi lete. woh chunchun kar pata nahi kahan kahan se late hain negative news, wohi chhapte hain. to dekhiye, yeh yani urdu sahafat ko maine likha tha ek bar ke yeh yellow journalism ka, yani ke sab se bari misal hai.</w:t>
      </w:r>
    </w:p>
    <w:p>
      <w:pPr>
        <w:jc w:val="right"/>
      </w:pPr>
      <w:r>
        <w:t>یعنی دنیا میں بےشمار پوزیٹیو نیوزہیں،وہ نہیںلیتے۔وہ چنچنکرپتہنہیںکہاںکہاںسےلاتےہیںنی گیٹیونیوز،وہیچھاپتےہیں۔تودیکھیے، یہ یعنی ارد و صحافتکومیںنےلکھاتھاایکبار کہیہ ایلوجرنلزمکا ،یعنی کہسبسےبڑیمثالہے۔</w:t>
      </w:r>
    </w:p>
    <w:p>
      <w:r>
        <w:rPr>
          <w:b/>
        </w:rPr>
        <w:t xml:space="preserve">[1:25:24] </w:t>
      </w:r>
      <w:r>
        <w:t>isko kehte hain yellow journalism, zard sahafat.</w:t>
      </w:r>
    </w:p>
    <w:p>
      <w:pPr>
        <w:jc w:val="right"/>
      </w:pPr>
      <w:r>
        <w:t>اسکوکہتےہیںایلوجرنلزم، زردصحافت۔</w:t>
      </w:r>
    </w:p>
    <w:p>
      <w:r>
        <w:rPr>
          <w:b/>
        </w:rPr>
        <w:t xml:space="preserve">[1:25:29] </w:t>
      </w:r>
      <w:r>
        <w:t>to urdu akhbar sirf woh aadmi padhe jiske andar yeh itna jinn ka shaoor jaga hua ho ke din andar isko woh discuss kar sake, aur jo jo isse asar le le, usko to urdu akhbar padhne nahi chahiye.</w:t>
      </w:r>
    </w:p>
    <w:p>
      <w:pPr>
        <w:jc w:val="right"/>
      </w:pPr>
      <w:r>
        <w:t>تو اردواخبار صرفوہآدمیپڑھے جسکےاندر یہ اتنا جنکا شعورجگاہواہو کہ دن اندراسکووہڈسکسکرسکے، اورجو جو اسسےاثرلےلے، اسکوتواردواخبارپڑھنےنہیںچاہیے۔</w:t>
      </w:r>
    </w:p>
    <w:p>
      <w:r>
        <w:rPr>
          <w:b/>
        </w:rPr>
        <w:t xml:space="preserve">[1:25:48] </w:t>
      </w:r>
      <w:r>
        <w:t>meri rai yeh hai.</w:t>
      </w:r>
    </w:p>
    <w:p>
      <w:pPr>
        <w:jc w:val="right"/>
      </w:pPr>
      <w:r>
        <w:t>میریرائےیہہے۔</w:t>
      </w:r>
    </w:p>
    <w:p>
      <w:r>
        <w:rPr>
          <w:b/>
        </w:rPr>
        <w:t xml:space="preserve">[1:25:53] </w:t>
      </w:r>
      <w:r>
        <w:t>maulana, agla sawal delhi se hai, majidul islam sahib</w:t>
      </w:r>
    </w:p>
    <w:p>
      <w:pPr>
        <w:jc w:val="right"/>
      </w:pPr>
      <w:r>
        <w:t>مولانا،اگلاسوال دلیسےہے، مجید الاسلام صاحب</w:t>
      </w:r>
    </w:p>
    <w:p>
      <w:r>
        <w:rPr>
          <w:b/>
        </w:rPr>
        <w:t xml:space="preserve">[1:25:57] </w:t>
      </w:r>
      <w:r>
        <w:t>ka. unhone likha hai: "aapne abhi apne lecture mein farmaya ke syed qutb aur syed abul ala maududi ne dunya ko kuch nahi diya, sirf fasad aur tabaahi di.</w:t>
      </w:r>
    </w:p>
    <w:p>
      <w:pPr>
        <w:jc w:val="right"/>
      </w:pPr>
      <w:r>
        <w:t>کا ۔انہوںنے لکھاہے :"آپنےابھیاپنے لیکچرمیں فرمایا کہ سید کتباور سید ابواعلیٰمودودینے دنیا کو کچھنہیں دیا ، صرف فساداور تباہیدی ۔</w:t>
      </w:r>
    </w:p>
    <w:p>
      <w:r>
        <w:rPr>
          <w:b/>
        </w:rPr>
        <w:t xml:space="preserve">[1:26:09] </w:t>
      </w:r>
      <w:r>
        <w:t>iska matlab kya hai? kya unka koi bhi positive contribution nahi hai jisko hum acknowledge kar sakte hain? "nahi, dekhiye, sawal yeh sawal sahi nahi hai.</w:t>
      </w:r>
    </w:p>
    <w:p>
      <w:pPr>
        <w:jc w:val="right"/>
      </w:pPr>
      <w:r>
        <w:t>اسکامطلب کیا ہے ؟ کیا انکا کوئیبھی پوزیٹیو کنٹریبیوشننہیںہے جسکوہم ایکنالجکرسکتےہیں ؟ "نہیں،دیکھیں،سوال یہسوال صحیحنہیںہے۔</w:t>
      </w:r>
    </w:p>
    <w:p>
      <w:r>
        <w:rPr>
          <w:b/>
        </w:rPr>
        <w:t xml:space="preserve">[1:26:20] </w:t>
      </w:r>
      <w:r>
        <w:t>yeh sawal sahi nahi hai.</w:t>
      </w:r>
    </w:p>
    <w:p>
      <w:pPr>
        <w:jc w:val="right"/>
      </w:pPr>
      <w:r>
        <w:t>یہسوال صحیحنہیںہے۔</w:t>
      </w:r>
    </w:p>
    <w:p>
      <w:r>
        <w:rPr>
          <w:b/>
        </w:rPr>
        <w:t xml:space="preserve">[1:26:23] </w:t>
      </w:r>
      <w:r>
        <w:t>koi bhi to mahatma gandhi aur nehru ka bhi hai, to aap unko bura bhala kyun kehte hain? ke koi to hitler aur mussolini ka bhi hai, koi bura bhala kehte hain isko.</w:t>
      </w:r>
    </w:p>
    <w:p>
      <w:pPr>
        <w:jc w:val="right"/>
      </w:pPr>
      <w:r>
        <w:t>کوئیبھیتو مہاتماگاندھیاورنہروکابھیہے، تو آپانکو برابھلاکیوںکہتےہیں؟ کہکوئیتو ہٹلراورمسولونیکابھیہے، کوئیبرابھلاکہتےہواسکو ۔</w:t>
      </w:r>
    </w:p>
    <w:p>
      <w:r>
        <w:rPr>
          <w:b/>
        </w:rPr>
        <w:t xml:space="preserve">[1:26:36] </w:t>
      </w:r>
      <w:r>
        <w:t>masla koi nahi hai. masla yeh hai ke unka jo tha target, woh kya tha? uska masla hai.</w:t>
      </w:r>
    </w:p>
    <w:p>
      <w:pPr>
        <w:jc w:val="right"/>
      </w:pPr>
      <w:r>
        <w:t>مسئلہکوئیکانہیںہے۔ مسئلہیہہےکہ انکا جو تھا ٹارگٹ،وہکیاتھا؟ اسکا مسئلہہے۔</w:t>
      </w:r>
    </w:p>
    <w:p>
      <w:r>
        <w:rPr>
          <w:b/>
        </w:rPr>
        <w:t xml:space="preserve">[1:26:47] </w:t>
      </w:r>
      <w:r>
        <w:t>kuch to sharab, quran mein aaya hai ke sharab mein bhi kuch khoobiyan hoti hain, sharab mein bhi kuch nafa hai. kuch ka masla nahi hai. main target kya tha in hazraat ka?</w:t>
      </w:r>
    </w:p>
    <w:p>
      <w:pPr>
        <w:jc w:val="right"/>
      </w:pPr>
      <w:r>
        <w:t>کچھ تو شراب،قرآنمیںآیاہےکہشرابمیںبھیکچھخوبیاں ہوتیہیں، شرابمیںبھیکچھنفع ہے۔ کچھ کاسوالنہیںہے۔ مین ٹارگٹکیاتھاانحضراتکا ؟</w:t>
      </w:r>
    </w:p>
    <w:p>
      <w:r>
        <w:rPr>
          <w:b/>
        </w:rPr>
        <w:t xml:space="preserve">[1:26:57] </w:t>
      </w:r>
      <w:r>
        <w:t>main target tha hukoomat, hukoomat banana, islami hukoomat banana, nizam e adl qaim karna. main target</w:t>
      </w:r>
    </w:p>
    <w:p>
      <w:pPr>
        <w:jc w:val="right"/>
      </w:pPr>
      <w:r>
        <w:t>مینکاٹارگٹتھا حکومت ،حکومت بنانا، اسلامی حکومت بنانا، نظامعدلقائمکرنا۔ مینٹارگٹ</w:t>
      </w:r>
    </w:p>
    <w:p>
      <w:r>
        <w:rPr>
          <w:b/>
        </w:rPr>
        <w:t xml:space="preserve">[1:27:08] </w:t>
      </w:r>
      <w:r>
        <w:t>to mera manna yeh hai ke allah taala ki system ke khilaf hai yeh target, kyunke allah ne taala ne jab insaan ko azaad de diya hai to kaise aap nizam e adl qaim karenge?</w:t>
      </w:r>
    </w:p>
    <w:p>
      <w:pPr>
        <w:jc w:val="right"/>
      </w:pPr>
      <w:r>
        <w:t>تو میراماننایہہے کہ اللہ تعالی کیاسٹیمکےخلاف ہےیہٹارگٹ، کیونکہاللہ نےتعالینےجب انسانکوآز ادیدیہے تو کیسےآپ نظامعدلقائمکریںگے؟</w:t>
      </w:r>
    </w:p>
    <w:p>
      <w:r>
        <w:rPr>
          <w:b/>
        </w:rPr>
        <w:t xml:space="preserve">[1:27:24] </w:t>
      </w:r>
      <w:r>
        <w:t>nizam e adl to kabhi bhi qaim nahi hua. jo islam ka jo early period, us zamane mein bhi nahi qaim hua nizam e adl, kyunke rasool allah ke zamane mein yeh kitabon mein padh lijiye ke sahabi ne kaha tha rasool allah se samne khade ho kar:</w:t>
      </w:r>
    </w:p>
    <w:p>
      <w:pPr>
        <w:jc w:val="right"/>
      </w:pPr>
      <w:r>
        <w:t>نظامعدلتوکبھیبھیقائمنہیںہوا۔ جو اسلام کاجوارلیپیریڈ،اسزمانےمیںبھینہیںقائمہوا نظامعدل ، کیونکہ رسولاللہکےزمان ےمیں یہ کتاب وںمیںپڑھلیجئےکہ صحابی نےکہاتھارسولاللہ سے سامنےکھڑےہوکر:</w:t>
      </w:r>
    </w:p>
    <w:p>
      <w:r>
        <w:rPr>
          <w:b/>
        </w:rPr>
        <w:t xml:space="preserve">[1:27:41] </w:t>
      </w:r>
      <w:r>
        <w:t>"wallah ma adaltaha". yeh yeh madine ke zamane ka waqea hai jisko musalman samajhte hain ke wahan par islami hukoomat qaim ki thi. islami hukoomat ke zamane ka waqea yeh hai.</w:t>
      </w:r>
    </w:p>
    <w:p>
      <w:pPr>
        <w:jc w:val="right"/>
      </w:pPr>
      <w:r>
        <w:t>"وال لہ ما عدلتھا"۔ یہ یہ مدینےکےزمان ےکاواقعہہےجسکومسلمانسمجھتےہیںکہوہاںپر اسلامی حکومت قائمکیتھی۔ اسلامی حکومت کےزمان ےکاواقعہیہہے۔</w:t>
      </w:r>
    </w:p>
    <w:p>
      <w:r>
        <w:rPr>
          <w:b/>
        </w:rPr>
        <w:t xml:space="preserve">[1:27:54] </w:t>
      </w:r>
      <w:r>
        <w:t>ek sahabi kehta hai rasool allah se ke: "wallah ma adaltaha". khuda ki qasam, aapne adl nahi kiya, aapne justice nahi ki. to kahan tha woh perfect nizam? bataiye.</w:t>
      </w:r>
    </w:p>
    <w:p>
      <w:pPr>
        <w:jc w:val="right"/>
      </w:pPr>
      <w:r>
        <w:t>ایک صحابی کہتاہےرسولاللہسےکہ:"واللہ ماعدلتھا"۔ خدا کیقسم ،آپنےعدلنہیںکیا،آپنے جسٹسنہیںکی۔ تو کہاںتھاوہ پرفیکٹنظام؟بتائیے۔</w:t>
      </w:r>
    </w:p>
    <w:p>
      <w:r>
        <w:rPr>
          <w:b/>
        </w:rPr>
        <w:t xml:space="preserve">[1:28:05] </w:t>
      </w:r>
      <w:r>
        <w:t>to perfect nizam qaim nahi ho sakta hai. ab kya hota hai? dekhiye, in logon ne nishana banaya hai ke humein islami hukoomat qaim karna hai, al adalat al ijtima'i fi al islam qaim karna hai.</w:t>
      </w:r>
    </w:p>
    <w:p>
      <w:pPr>
        <w:jc w:val="right"/>
      </w:pPr>
      <w:r>
        <w:t>تو پرفیکٹنظام قائمنہیںہوسکتاہے۔ ابکیاہوتاہے؟دیکھیے،انلوگوںنے نشان ہبنایاہےکہہمیں اسلامی حکومت قائمکرناہے، العدالت الاجتماعی ہفیالاسلامقائمکرناہے۔</w:t>
      </w:r>
    </w:p>
    <w:p>
      <w:r>
        <w:rPr>
          <w:b/>
        </w:rPr>
        <w:t xml:space="preserve">[1:28:20] </w:t>
      </w:r>
      <w:r>
        <w:t>to ab kya hai? wahan par ek ek ek maujood hai, ek ek hakim jo aapse pehle rule kar raha hai. aap samajhte hain ke woh rukawat hai, ab isse lado.</w:t>
      </w:r>
    </w:p>
    <w:p>
      <w:pPr>
        <w:jc w:val="right"/>
      </w:pPr>
      <w:r>
        <w:t>تو ابکیاہے؟وہاںپر ایک ایک ایک موجود ہے، ایکایک حاکم جوآپسے پہلے رولکررہاہے۔ آپ سمجھتےہیںکہوہرکاوٹہے، اباسسےلڑو۔</w:t>
      </w:r>
    </w:p>
    <w:p>
      <w:r>
        <w:rPr>
          <w:b/>
        </w:rPr>
        <w:t xml:space="preserve">[1:28:30] </w:t>
      </w:r>
      <w:r>
        <w:t>ladna shuru kar diya. woh ek ko mara, doosra aaya, usne bhi masla paida kiya. to syed abdullah maududi aur syed qutb musalsal zindagi bhar rulers se ladte rahe, ek ke baad ek ke baad ek ke baad ek.</w:t>
      </w:r>
    </w:p>
    <w:p>
      <w:pPr>
        <w:jc w:val="right"/>
      </w:pPr>
      <w:r>
        <w:t>لڑناشروعکردیا ۔ وہ ایککومارا، دوسراآیا،اسنےبھی مسئلہپیدا کیا۔ تو سید عبداللہمودودیاورسید کتب مسلسلزندگی بھر رولرسےلڑتےرہے، ایک کےبعدایککےبعدایککےبعدایک ۔</w:t>
      </w:r>
    </w:p>
    <w:p>
      <w:r>
        <w:rPr>
          <w:b/>
        </w:rPr>
        <w:t xml:space="preserve">[1:28:47] </w:t>
      </w:r>
      <w:r>
        <w:t>to kya islam hai ke ladte raho, ladte raho, ladte raho?</w:t>
      </w:r>
    </w:p>
    <w:p>
      <w:pPr>
        <w:jc w:val="right"/>
      </w:pPr>
      <w:r>
        <w:t>تو کیا اسلام ہےکہلڑتےرہو،لڑتےرہو، لڑتےرہو؟</w:t>
      </w:r>
    </w:p>
    <w:p>
      <w:r>
        <w:rPr>
          <w:b/>
        </w:rPr>
        <w:t xml:space="preserve">[1:28:51] </w:t>
      </w:r>
      <w:r>
        <w:t>to jab aap aisa target banayenge jo unnatural hoga, to natija kya hoga? ke aap sirf ladenge ke koi aapko lage ke ke rukawat ban hua hai, ya is rukawat se ladenge aap. lekin ek rukawat jab khatam hogi to ek aur rukawat aa jayegi, phir usse ladenge aap.</w:t>
      </w:r>
    </w:p>
    <w:p>
      <w:pPr>
        <w:jc w:val="right"/>
      </w:pPr>
      <w:r>
        <w:t>تو جب آپ ایسا ٹارگٹبنائیںگےجو اننیچرلہوگا، تو نتیجہکیاہوگا؟ کہآپصرفلڑیںگے کہکوئیآپکولگےکہ کہ رکاوٹبناہواہے،یا اسرکاوٹسےلڑیںگےآپ ۔لیکن ایکرکاوٹجبختمہوگیتوایکاوررکاوٹآجائےگی، پھراسسےلڑیںگےآپ۔</w:t>
      </w:r>
    </w:p>
    <w:p>
      <w:r>
        <w:rPr>
          <w:b/>
        </w:rPr>
        <w:t xml:space="preserve">[1:29:07] </w:t>
      </w:r>
      <w:r>
        <w:t>aur aakhir mein jab dekhein ke hum kamyab nahi ho rahe to suicide bombing karenge. in hazraat ki ideology ne kya kiya? pehle nafrat phailai.</w:t>
      </w:r>
    </w:p>
    <w:p>
      <w:pPr>
        <w:jc w:val="right"/>
      </w:pPr>
      <w:r>
        <w:t>اور آخرمیںجبدیکھیںکہہمکامیابنہیںہورہےتوسوسائیڈبائمنگکریںگے۔ ان حضرات کیآئیڈیالوجینےکیا کیا؟ پہلے نفرتپھیلائی۔</w:t>
      </w:r>
    </w:p>
    <w:p>
      <w:r>
        <w:rPr>
          <w:b/>
        </w:rPr>
        <w:t xml:space="preserve">[1:29:17] </w:t>
      </w:r>
      <w:r>
        <w:t>yeh yeh taghoot hai.</w:t>
      </w:r>
    </w:p>
    <w:p>
      <w:pPr>
        <w:jc w:val="right"/>
      </w:pPr>
      <w:r>
        <w:t>یہ یہ طاغوتہے۔</w:t>
      </w:r>
    </w:p>
    <w:p>
      <w:r>
        <w:rPr>
          <w:b/>
        </w:rPr>
        <w:t xml:space="preserve">[1:29:20] </w:t>
      </w:r>
      <w:r>
        <w:t>in hazraat ki ideology ne pehle yeh kiya ke nafrat phailai ke yeh taghoot hai, isse hatana hai. achha, iske baad iske khilaf tehreek chalai. pehle chalai qalam se, zuban se. woh nahi hata paye to phir kya hua? ke iske khilaf gand ka charcha chala diya, bomb ka charcha chala diya. isse bhi nahi hata to aakhir mein kya hua? suicide bombing shuru ho gayi.</w:t>
      </w:r>
    </w:p>
    <w:p>
      <w:pPr>
        <w:jc w:val="right"/>
      </w:pPr>
      <w:r>
        <w:t>ان حضرات کیآئیڈیالوجینے پہلےیہکیاکہنفرتپھیلائیکہیہطاغوتہے،اسےہٹاناہے۔ اچھا،اسکےبعد اسکےخلاف تحریکچلائی۔ پہلے چلائی قلمسے ، زبان سے ۔وہنہیںہٹاپائے تو پھرکیا ہوا؟کہ اسکےخلاف گندکاچرچہچلادیا،بم کاچرچہچلادیا۔اسسےبھینہیںہٹا تو آخرمیںکیاہوا؟سوسائیڈبائمنگ شروع ہوگئی۔</w:t>
      </w:r>
    </w:p>
    <w:p>
      <w:r>
        <w:rPr>
          <w:b/>
        </w:rPr>
        <w:t xml:space="preserve">[1:29:41] </w:t>
      </w:r>
      <w:r>
        <w:t>to jab aap ek aisa target banayein jo achievable na ho to kya hoga?</w:t>
      </w:r>
    </w:p>
    <w:p>
      <w:pPr>
        <w:jc w:val="right"/>
      </w:pPr>
      <w:r>
        <w:t>تو جب آپ ایکایساٹارگٹبنائیں جو اچیویبلنہہو تو کیا ہوگا؟</w:t>
      </w:r>
    </w:p>
    <w:p>
      <w:r>
        <w:rPr>
          <w:b/>
        </w:rPr>
        <w:t xml:space="preserve">[1:29:47] </w:t>
      </w:r>
      <w:r>
        <w:t>hamesha yehi sab hoga. ya phir aap jhoot bolenge ke ek nizam aap banayenge jahan hoga to kuch nahi . ailaan karein ke wahan Islam ka darya beh raha hai.</w:t>
      </w:r>
    </w:p>
    <w:p>
      <w:pPr>
        <w:jc w:val="right"/>
      </w:pPr>
      <w:r>
        <w:t>ہمیشہ یہیسبہوگا۔ یاپھرآپجھوٹبولیںگے کہایک نظامآپبنائیںگے جہاںہوگاتوکچھنہیں ۔ اعلانکریںکہوہاں اسلام کادریا بہہرہاہے۔</w:t>
      </w:r>
    </w:p>
    <w:p>
      <w:r>
        <w:rPr>
          <w:b/>
        </w:rPr>
        <w:t xml:space="preserve">[1:29:57] </w:t>
      </w:r>
      <w:r>
        <w:t>ye bhi ho raha hai ye sab ke ek jagah hukoomat banate hain ye log aur jhoot bolte hain ke yahan Islam ka darya beh raha hai. hota kuch bhi nahi wahan par, hota kuch bhi nahi .</w:t>
      </w:r>
    </w:p>
    <w:p>
      <w:pPr>
        <w:jc w:val="right"/>
      </w:pPr>
      <w:r>
        <w:t>یہبھیہورہاہےیہسب کہ ایکجگہحکومت بناتےہیںیہلوگ اور جھوٹبولتےہیںکہیہاںاسلامکادریا بہہرہاہے۔ہوتاکچھبھینہیںوہاںپر، ہوتاکچھبھینہیں ۔</w:t>
      </w:r>
    </w:p>
    <w:p>
      <w:r>
        <w:rPr>
          <w:b/>
        </w:rPr>
        <w:t xml:space="preserve">[1:30:07] </w:t>
      </w:r>
      <w:r>
        <w:t>chahte hain jhoot bolo, ladai karo. to sahi target sirf dawat e Allah hai jismein kisi se takrao nahi hai.</w:t>
      </w:r>
    </w:p>
    <w:p>
      <w:pPr>
        <w:jc w:val="right"/>
      </w:pPr>
      <w:r>
        <w:t>چاہتےہیںجھوٹبولو، لڑائیکرو۔ تو صحیح ٹارگٹصرفدعوت اللہ ہے جسمیںکسی سےٹکراؤنہیںہے۔</w:t>
      </w:r>
    </w:p>
    <w:p>
      <w:r>
        <w:rPr>
          <w:b/>
        </w:rPr>
        <w:t xml:space="preserve">[1:30:17] </w:t>
      </w:r>
      <w:r>
        <w:t>is maeni mein kehta hoon, agar aap bhi aapka nazariya hi ho to nazariya to ye to ismein bhi, yaani Quran ke mutabiq sharab mein bhi ek nafa hai.</w:t>
      </w:r>
    </w:p>
    <w:p>
      <w:pPr>
        <w:jc w:val="right"/>
      </w:pPr>
      <w:r>
        <w:t>اس معنیمیںکہتاہوں،اگرآپ بھیآپکا نظریہیہہو تو نظریہتو یہتو اسمیں بھی،یعنی قرآنکےمطابق شرابمیںبھیایکنفعہے۔</w:t>
      </w:r>
    </w:p>
    <w:p>
      <w:r>
        <w:rPr>
          <w:b/>
        </w:rPr>
        <w:t xml:space="preserve">[1:30:27] </w:t>
      </w:r>
      <w:r>
        <w:t>wo koi wo tareeqa koi sochne ka nahi hai. sochne ka tareeqa ye hai ke aadmi ne jo target diya hai, jo goldiya hai, uske aitbaar se jaanchein aap ke goal ke aitbaar se kya hai?</w:t>
      </w:r>
    </w:p>
    <w:p>
      <w:pPr>
        <w:jc w:val="right"/>
      </w:pPr>
      <w:r>
        <w:t>وہ کوئی وہ طریقہکوئیسوچنےکانہیںہے۔ سوچنےکاطریقہیہہےکہآدمینےجوٹارگٹدیاہے، جو گولدیاہے، اسکےاعتبارسےجانچیںآپ کہگولکےاعتبارسےکیاہے؟</w:t>
      </w:r>
    </w:p>
    <w:p>
      <w:r>
        <w:rPr>
          <w:b/>
        </w:rPr>
        <w:t xml:space="preserve">[1:30:38] </w:t>
      </w:r>
      <w:r>
        <w:t>siwae takrao ke, siwae nafrat ke, aur kuch bhi unhone unhone nahi diya. Maulana, agla sawal lete hain.</w:t>
      </w:r>
    </w:p>
    <w:p>
      <w:pPr>
        <w:jc w:val="right"/>
      </w:pPr>
      <w:r>
        <w:t>سواٹکراؤکے،سوانفرتکے،اورکچھبھیانہوں نے انہوں نےنہیںدیا۔ مولانا،اگلاسوال لیتےہیں۔</w:t>
      </w:r>
    </w:p>
    <w:p>
      <w:r>
        <w:rPr>
          <w:b/>
        </w:rPr>
        <w:t xml:space="preserve">[1:30:46] </w:t>
      </w:r>
      <w:r>
        <w:t>ye aaye hain, ye sawal aaya hai Tamil Nadu se Maulana Farhad Ahmed sahab ka . unhone likha hai: "Maulana sahab, there are many religions now a days.</w:t>
      </w:r>
    </w:p>
    <w:p>
      <w:pPr>
        <w:jc w:val="right"/>
      </w:pPr>
      <w:r>
        <w:t>یہ آئےہیں،یہسوالآیاہےتملناڈوسے مول انا فرہاد احمد صاحبکا ۔ انہوںنےلکھاہے: "مول اناصاحب،دیرآر مینیریلیجنز ناؤایڈیز۔</w:t>
      </w:r>
    </w:p>
    <w:p>
      <w:r>
        <w:rPr>
          <w:b/>
        </w:rPr>
        <w:t xml:space="preserve">[1:30:56] </w:t>
      </w:r>
      <w:r>
        <w:t>how can I prove that Islam is the only true religion on scientific criteria? Please comment ." kya matlab ? ke Maulana, bahut se mazhab hain aaj ki tareekh mein, to hum ye kaise prove karein</w:t>
      </w:r>
    </w:p>
    <w:p>
      <w:pPr>
        <w:jc w:val="right"/>
      </w:pPr>
      <w:r>
        <w:t>ہاؤکین آئی پروف دیٹاسلام ازدیاونلیٹروریلیجن ان سائنٹیفککرائٹیریا؟ پلیزکمنٹ ۔" کیا مطلب ؟کہمولانا،بہتسےمذہبہیںآجکی تاریخ میں،تو ہم یہکیسےپروفکریں</w:t>
      </w:r>
    </w:p>
    <w:p>
      <w:r>
        <w:rPr>
          <w:b/>
        </w:rPr>
        <w:t xml:space="preserve">[1:31:11] </w:t>
      </w:r>
      <w:r>
        <w:t>ek scientific criteria ko istemaal karte hue ke jo Islam hai, wahi sachha mazhab hai? kiska sawal hai? ye Maulana Farhad Ahmed sahab ka Tamil Nadu se.</w:t>
      </w:r>
    </w:p>
    <w:p>
      <w:pPr>
        <w:jc w:val="right"/>
      </w:pPr>
      <w:r>
        <w:t>ایکسائنٹیفککرائٹیریاکو استعمال کرتے ہوئے کہجواسلام ہے،وہی سچا مذہبہے؟ کسکاسوالہے؟یہمول انا فرہاد احمد صاحبکاتملناڈوسے۔</w:t>
      </w:r>
    </w:p>
    <w:p>
      <w:r>
        <w:rPr>
          <w:b/>
        </w:rPr>
        <w:t xml:space="preserve">[1:31:23] </w:t>
      </w:r>
      <w:r>
        <w:t>dekhein, hamara ye maanna nahi hai ke Islam hi sachha mazhab hai. har mazhab sachhe they. hamara maanna hai ke Islam mehfooz mazhab hai. hum hargiz ye nahi kehte ke saare mazhab sachhe nahi, bas Islam hi sachha hai.</w:t>
      </w:r>
    </w:p>
    <w:p>
      <w:pPr>
        <w:jc w:val="right"/>
      </w:pPr>
      <w:r>
        <w:t>دیکھیں،ہمارایہماننانہیںہےکہاسلام ہیسچامذہبہے۔ہرمذہبسچےہیتھے۔ ہمارامانناہےکہاسلام محفوظمذہبہے۔ ہم ہرگزیہنہیںکہتے کہسارےمذہبس چےنہیں،بساسلامہیسچاہے۔</w:t>
      </w:r>
    </w:p>
    <w:p>
      <w:r>
        <w:rPr>
          <w:b/>
        </w:rPr>
        <w:t xml:space="preserve">[1:31:39] </w:t>
      </w:r>
      <w:r>
        <w:t>jitne mazhab they, aur originally sab sachhe they. lekin ye ek haqeeqat hai ke koi bhi apne , yaani kisi ke jo original jo text tha, uska mehfooz nahi hai.</w:t>
      </w:r>
    </w:p>
    <w:p>
      <w:pPr>
        <w:jc w:val="right"/>
      </w:pPr>
      <w:r>
        <w:t>جتنےمذہبتھے، اوریجنلیسبسچےتھے۔ لیکن یہایکحقیقتہےکہکوئیبھی اپنے ،یعنی کسی کےجو اوریجنل جو ٹیکسٹتھا،اسکا محفوظنہیںہے۔</w:t>
      </w:r>
    </w:p>
    <w:p>
      <w:r>
        <w:rPr>
          <w:b/>
        </w:rPr>
        <w:t xml:space="preserve">[1:31:53] </w:t>
      </w:r>
      <w:r>
        <w:t>to is wajah se hum sirf ye kehte hain ke wo, wo, wo , un, un, unko aap refer nahi kar sakte. refer karenge aap is, usko jo jo preserve text hai.</w:t>
      </w:r>
    </w:p>
    <w:p>
      <w:pPr>
        <w:jc w:val="right"/>
      </w:pPr>
      <w:r>
        <w:t>تو اسوجہسے ہمصرفیہکہتےہیں کہ وہ، وہ،وہ ،ان،ان،انکوآپ ریفرنہیںکرسکتے۔ ریفرکریںگےآپ اس، اسکوجو جو پریزروٹیکسٹہے۔</w:t>
      </w:r>
    </w:p>
    <w:p>
      <w:r>
        <w:rPr>
          <w:b/>
        </w:rPr>
        <w:t xml:space="preserve">[1:32:05] </w:t>
      </w:r>
      <w:r>
        <w:t>bas itna hum kehte hain.</w:t>
      </w:r>
    </w:p>
    <w:p>
      <w:pPr>
        <w:jc w:val="right"/>
      </w:pPr>
      <w:r>
        <w:t>بس ات ناہمکہتےہیں۔</w:t>
      </w:r>
    </w:p>
    <w:p>
      <w:r>
        <w:rPr>
          <w:b/>
        </w:rPr>
        <w:t xml:space="preserve">[1:32:07] </w:t>
      </w:r>
      <w:r>
        <w:t>is pe humne bohat likha apni kitabon mein.</w:t>
      </w:r>
    </w:p>
    <w:p>
      <w:pPr>
        <w:jc w:val="right"/>
      </w:pPr>
      <w:r>
        <w:t>اسپہہمنےبہتلکھاہے اپنی کتاب وںمیں۔</w:t>
      </w:r>
    </w:p>
    <w:p>
      <w:r>
        <w:rPr>
          <w:b/>
        </w:rPr>
        <w:t xml:space="preserve">[1:32:13] </w:t>
      </w:r>
      <w:r>
        <w:t>Maulana, unka ek aur doosra sawal bhi hai ke unhone likha hai: "What is the concept of worship in Islam as compared to other religions?"</w:t>
      </w:r>
    </w:p>
    <w:p>
      <w:pPr>
        <w:jc w:val="right"/>
      </w:pPr>
      <w:r>
        <w:t>مولانا، انکا ایک اوردوسراسوالبھیہےکہ انہوںنےلکھاہے: "واٹازداکانسیپٹافور شپان اسلام ایزکمپیرٹوادر ریلیجنز؟"</w:t>
      </w:r>
    </w:p>
    <w:p>
      <w:r>
        <w:rPr>
          <w:b/>
        </w:rPr>
        <w:t xml:space="preserve">[1:32:27] </w:t>
      </w:r>
      <w:r>
        <w:t>is pe bhi bohat likha ke hamari kitabon mein aap padh lijiye. theek hai sahab, ibaadat pe to kaafi likha hai. Islami taleem is mein kaafi tafseel</w:t>
      </w:r>
    </w:p>
    <w:p>
      <w:pPr>
        <w:jc w:val="right"/>
      </w:pPr>
      <w:r>
        <w:t>اسپربھیبہت لکھا کہ ہماریکتاب یں آپپڑھلیجئے۔ ٹھیکہےصاحب، عبادتپرتوکافیلکھاہے۔ اسلامی تعلیم اتمیںکافیتفصیل</w:t>
      </w:r>
    </w:p>
    <w:p>
      <w:r>
        <w:rPr>
          <w:b/>
        </w:rPr>
        <w:t xml:space="preserve">[1:32:36] </w:t>
      </w:r>
      <w:r>
        <w:t>se hai, usko aap dekh lijiye. hum, Maulana, agla sawal Delhi se hai Miss Naghma Siddiqui ka.</w:t>
      </w:r>
    </w:p>
    <w:p>
      <w:pPr>
        <w:jc w:val="right"/>
      </w:pPr>
      <w:r>
        <w:t>سےہے، اسکوآپدیکھلیجئے۔ ہمم، مولانا،اگلاسوال دلیسےہے مس نغمہصدی قیکا۔</w:t>
      </w:r>
    </w:p>
    <w:p>
      <w:r>
        <w:rPr>
          <w:b/>
        </w:rPr>
        <w:t xml:space="preserve">[1:32:45] </w:t>
      </w:r>
      <w:r>
        <w:t>unhone likha hai: "Man is an idealist by nature, but he has to live in the world using pragmatism.</w:t>
      </w:r>
    </w:p>
    <w:p>
      <w:pPr>
        <w:jc w:val="right"/>
      </w:pPr>
      <w:r>
        <w:t>انہوںنے لکھاہے: "مین ازاینآئیڈیلسٹ بائینیچر، بٹ ہیزٹولیوانداورلڈ یوزنگ پراگمیٹزم۔</w:t>
      </w:r>
    </w:p>
    <w:p>
      <w:r>
        <w:rPr>
          <w:b/>
        </w:rPr>
        <w:t xml:space="preserve">[1:32:54] </w:t>
      </w:r>
      <w:r>
        <w:t>how can he resolve this contradiction positively, so as to be selected for paradise?"</w:t>
      </w:r>
    </w:p>
    <w:p>
      <w:pPr>
        <w:jc w:val="right"/>
      </w:pPr>
      <w:r>
        <w:t>ہاؤکینہیلیو وددس کنٹراڈکشن پوزیٹیولی، سو ایزٹوبی سلیکٹڈفار پیراڈائز؟"</w:t>
      </w:r>
    </w:p>
    <w:p>
      <w:r>
        <w:rPr>
          <w:b/>
        </w:rPr>
        <w:t xml:space="preserve">[1:33:06] </w:t>
      </w:r>
      <w:r>
        <w:t>dekhein, ye contradiction nahi hai. contradiction nahi hai. apne zaat ke aitbaar se aapko idealist hi bankar rehna hai.</w:t>
      </w:r>
    </w:p>
    <w:p>
      <w:pPr>
        <w:jc w:val="right"/>
      </w:pPr>
      <w:r>
        <w:t>دیکھیں،یہ کنٹراڈکشننہیںہے۔ کنٹراڈکشننہیںہے۔ اپنے ذات کے اعتبارسےآپکو آئیڈیلسٹہی بنکررہناہے۔</w:t>
      </w:r>
    </w:p>
    <w:p>
      <w:r>
        <w:rPr>
          <w:b/>
        </w:rPr>
        <w:t xml:space="preserve">[1:33:17] </w:t>
      </w:r>
      <w:r>
        <w:t>yaani aap , aapki soch , aap ki jo view of thinking, ismein aapko idealist hi banna hai. lekin jab aap doosron ke beech mein hote hain to wahan par aap pragmatic matlab kya hai? matlab hai adjustment, doosron ko concession dena.</w:t>
      </w:r>
    </w:p>
    <w:p>
      <w:pPr>
        <w:jc w:val="right"/>
      </w:pPr>
      <w:r>
        <w:t>یعنیآپ ،آپکی سوچ ،آپ کیجو ویوآفتھنکنگ، اسمیںآپکوآئیڈیلسٹہیبنناہے۔ لیکن جب آپدوسروںکےبیچمیںہوتےہیں تو وہاںپر آپپراگمیٹککامطلبکیاہے؟مطلب ہےایڈجسٹمنٹ ،دوسروں کوکنسیشندینا۔</w:t>
      </w:r>
    </w:p>
    <w:p>
      <w:r>
        <w:rPr>
          <w:b/>
        </w:rPr>
        <w:t xml:space="preserve">[1:33:35] </w:t>
      </w:r>
      <w:r>
        <w:t>ye matlab hota hai iska .</w:t>
      </w:r>
    </w:p>
    <w:p>
      <w:pPr>
        <w:jc w:val="right"/>
      </w:pPr>
      <w:r>
        <w:t>یہمطلبہوتاہےاسکا ۔</w:t>
      </w:r>
    </w:p>
    <w:p>
      <w:r>
        <w:rPr>
          <w:b/>
        </w:rPr>
        <w:t xml:space="preserve">[1:33:38] </w:t>
      </w:r>
      <w:r>
        <w:t>agar aap aisa koi aadmi karein ke apne self interest ke liye wo pragmatic bane to wo buri cheez hai self interest ke liye.</w:t>
      </w:r>
    </w:p>
    <w:p>
      <w:pPr>
        <w:jc w:val="right"/>
      </w:pPr>
      <w:r>
        <w:t>اگر آپ ایسا کوئیآدمیکریںکہاپنے سیلفانٹرسٹکےلیےوہ پراگمیٹکبنےتووہبریچیزہے سیلفانٹرسٹکےلیے۔</w:t>
      </w:r>
    </w:p>
    <w:p>
      <w:r>
        <w:rPr>
          <w:b/>
        </w:rPr>
        <w:t xml:space="preserve">[1:33:47] </w:t>
      </w:r>
      <w:r>
        <w:t>lekin jab Allah ke , yaani chuki Allah ne azaadi di hai, logon ko azaadi hum chheen nahi sakte, to azaad Allah ke diye hue azaadi se adjust karna , ye to ibaadat hai. ibaadat</w:t>
      </w:r>
    </w:p>
    <w:p>
      <w:pPr>
        <w:jc w:val="right"/>
      </w:pPr>
      <w:r>
        <w:t>لیکن جب اللہ کے ،یعنی چونکہاللہ نےآز ادیہے،لوگوںکو آزادی ہمچھیننہیںسکتے، تو آزاد اللہ کے دیےہوئے آز ادی سے ایڈجسٹکرنا ،یہتو عبادتہے۔عبادت</w:t>
      </w:r>
    </w:p>
    <w:p>
      <w:r>
        <w:rPr>
          <w:b/>
        </w:rPr>
        <w:t xml:space="preserve">[1:34:03] </w:t>
      </w:r>
      <w:r>
        <w:t>apne personal interest ke liye aap pragmatic banen to woh to ibadat nahi kaha jayega isko. lekin yeh samajhkar ke bhai sabq Allah ne azad de di hai, apne rastay par chalenge, woh to hamein inko takrao nahi karna hai. himmat to bhai paigham dena hai inko sachai ka.</w:t>
      </w:r>
    </w:p>
    <w:p>
      <w:pPr>
        <w:jc w:val="right"/>
      </w:pPr>
      <w:r>
        <w:t>اپنے پرسنلانٹرسٹکےلیےآپ پراگمیٹکبنیںتو وہتو عبادتنہیںکہاجائےگااسکو۔ لیکن یہسمجھکرکہ بھئی سبکواللہ نے آز ادیدیہے، اپنے راستےپرچلیںگے،وہ تو ہمیں انکوٹکراؤنہیںکرناہے۔ہمتو بھئیپیغامدیناہےانکو سچائیکا ۔</w:t>
      </w:r>
    </w:p>
    <w:p>
      <w:r>
        <w:rPr>
          <w:b/>
        </w:rPr>
        <w:t xml:space="preserve">[1:34:20] </w:t>
      </w:r>
      <w:r>
        <w:t>to phir woh cheez ibadat ban jayegi. yeh matlab hai iska.</w:t>
      </w:r>
    </w:p>
    <w:p>
      <w:pPr>
        <w:jc w:val="right"/>
      </w:pPr>
      <w:r>
        <w:t>تو پھر وہچیز عبادتبنجائےگی۔ یہمطلبہےاسکا۔</w:t>
      </w:r>
    </w:p>
    <w:p>
      <w:r>
        <w:rPr>
          <w:b/>
        </w:rPr>
        <w:t xml:space="preserve">[1:34:27] </w:t>
      </w:r>
      <w:r>
        <w:t>maulana, agla sawal dilli se hai nafs</w:t>
      </w:r>
    </w:p>
    <w:p>
      <w:pPr>
        <w:jc w:val="right"/>
      </w:pPr>
      <w:r>
        <w:t>مولانا،اگلاسوال دلیسےہے نف</w:t>
      </w:r>
    </w:p>
    <w:p>
      <w:r>
        <w:rPr>
          <w:b/>
        </w:rPr>
        <w:t xml:space="preserve">[1:34:30] </w:t>
      </w:r>
      <w:r>
        <w:t>yes sahib ka. unhon ne likha hai: "maine bahut logon ko kehte hue suna hai ke main bahut khud daar aadmi hoon. kya khud daari insaan ki bahut badi khoobi hai ?</w:t>
      </w:r>
    </w:p>
    <w:p>
      <w:pPr>
        <w:jc w:val="right"/>
      </w:pPr>
      <w:r>
        <w:t>یسصاحبکا۔انہوںنےلکھاہے: "میںنےبہت لوگوںکو کہتےہوئے سناہےکہمیں بہت خود دار آدمیہوں ۔ کیا خود داری انسان کی بہت بڑیخوبیہے ؟</w:t>
      </w:r>
    </w:p>
    <w:p>
      <w:r>
        <w:rPr>
          <w:b/>
        </w:rPr>
        <w:t xml:space="preserve">[1:34:41] </w:t>
      </w:r>
      <w:r>
        <w:t>please batayein ke khud daari kya hoti hai?" khud daari khoobi nahi hai, woh to arrogance hai. khud daari ka lafz jo hai, beautiful naam hai arrogance ka.</w:t>
      </w:r>
    </w:p>
    <w:p>
      <w:pPr>
        <w:jc w:val="right"/>
      </w:pPr>
      <w:r>
        <w:t>پلیزبتائیںکہخود داریکیا ہوتیہے؟" خود داریخوبیہینہیںہے، وہتواروگنسہے۔ خود داریکالفظجوہے، بیوٹیفلنام ہےاروگنسکا۔</w:t>
      </w:r>
    </w:p>
    <w:p>
      <w:r>
        <w:rPr>
          <w:b/>
        </w:rPr>
        <w:t xml:space="preserve">[1:34:55] </w:t>
      </w:r>
      <w:r>
        <w:t>khud daari, izzat e nafs, self respect, yeh sab arrogance ka beautiful naam hai. insaan ki jo sabse badi khoobi hai, woh hai modesty.</w:t>
      </w:r>
    </w:p>
    <w:p>
      <w:pPr>
        <w:jc w:val="right"/>
      </w:pPr>
      <w:r>
        <w:t>خود داری ،عزت نفس ، سیلفریسپیکٹ،یہسب اروگنسکا بیوٹیفلنام ہے۔ انسان کیجو سبسےبڑیخوبیہے،وہہے ما ڈیسٹی۔</w:t>
      </w:r>
    </w:p>
    <w:p>
      <w:r>
        <w:rPr>
          <w:b/>
        </w:rPr>
        <w:t xml:space="preserve">[1:35:07] </w:t>
      </w:r>
      <w:r>
        <w:t>modesty, tawazu. yeh khud daari aur self respect aur izzat e nafs, yeh sab to ghamand, gharoor, kibr, arrogance ki baatein hain.</w:t>
      </w:r>
    </w:p>
    <w:p>
      <w:pPr>
        <w:jc w:val="right"/>
      </w:pPr>
      <w:r>
        <w:t>ماڈیسٹی،تواضع ۔ یہخود داری اور سیلفریسپیکٹ اورعزت نفس ،یہسبتو گھمن،غرور ،کبر،اروگنسکیباتیںہیں۔</w:t>
      </w:r>
    </w:p>
    <w:p>
      <w:r>
        <w:rPr>
          <w:b/>
        </w:rPr>
        <w:t xml:space="preserve">[1:35:19] </w:t>
      </w:r>
      <w:r>
        <w:t>woh bilashuba, woh yani buraiyan hain, koi achhai nahi hai.</w:t>
      </w:r>
    </w:p>
    <w:p>
      <w:pPr>
        <w:jc w:val="right"/>
      </w:pPr>
      <w:r>
        <w:t>وہ بلاشبہ،وہ یعنی برائیہیں،کوئیاچھائینہیںہے۔</w:t>
      </w:r>
    </w:p>
    <w:p>
      <w:r>
        <w:rPr>
          <w:b/>
        </w:rPr>
        <w:t xml:space="preserve">[1:35:25] </w:t>
      </w:r>
      <w:r>
        <w:t>maulana, agla sawal dilli se hai Mr. Mukul Pal ka. unhon ne likha hai: "today you talked about self discovery, but discovery cannot happen without experience.</w:t>
      </w:r>
    </w:p>
    <w:p>
      <w:pPr>
        <w:jc w:val="right"/>
      </w:pPr>
      <w:r>
        <w:t>مولانا،اگلاسوال دلیسےہے مسٹر مق ل پالکا ۔ انہوں نےلکھاہے: "ٹوڈےیوٹاکڈاباؤٹ سیلف ڈسکوری، بٹ ڈسکوری کینناٹہیپن وداآؤٹ ایکسپیرینس۔</w:t>
      </w:r>
    </w:p>
    <w:p>
      <w:r>
        <w:rPr>
          <w:b/>
        </w:rPr>
        <w:t xml:space="preserve">[1:35:40] </w:t>
      </w:r>
      <w:r>
        <w:t>what is according to you the role of experience for self discovery ?"</w:t>
      </w:r>
    </w:p>
    <w:p>
      <w:pPr>
        <w:jc w:val="right"/>
      </w:pPr>
      <w:r>
        <w:t>واٹاز اکارڈنگٹویودارولافایکسپیرینس فار سیلفڈسکوری ؟"</w:t>
      </w:r>
    </w:p>
    <w:p>
      <w:r>
        <w:rPr>
          <w:b/>
        </w:rPr>
        <w:t xml:space="preserve">[1:35:48] </w:t>
      </w:r>
      <w:r>
        <w:t>dekhein, experience to ismein included hai. aap yani bilkul abstract to aap nahi soch paate.</w:t>
      </w:r>
    </w:p>
    <w:p>
      <w:pPr>
        <w:jc w:val="right"/>
      </w:pPr>
      <w:r>
        <w:t>دیکھیں،ایکسپیرینستواسمیںانکلوڈڈہے۔ آپ یعنیبالکلایبسٹریکٹتوآپنہیں سوچپاتے۔</w:t>
      </w:r>
    </w:p>
    <w:p>
      <w:r>
        <w:rPr>
          <w:b/>
        </w:rPr>
        <w:t xml:space="preserve">[1:35:55] </w:t>
      </w:r>
      <w:r>
        <w:t>jab aap sochte hain to saath saath experience judta rehta hai isse. alag nahi hai woh isse. main isko alag nahi karta hoon.</w:t>
      </w:r>
    </w:p>
    <w:p>
      <w:pPr>
        <w:jc w:val="right"/>
      </w:pPr>
      <w:r>
        <w:t>جبآپسوچتےہیںتو ساتھ ساتھ ایکسپیرینس جڑجڑارہتاہےاسسے۔ الگنہیںہےوہاسسے۔میںاسکوالگنہیںکرتاہوں۔</w:t>
      </w:r>
    </w:p>
    <w:p>
      <w:r>
        <w:rPr>
          <w:b/>
        </w:rPr>
        <w:t xml:space="preserve">[1:36:06] </w:t>
      </w:r>
      <w:r>
        <w:t>lekin experience ek alag cheez hai, woh jisko hum kehte hain yani science mein jo experimental basis jisko kehte hain yani experiment jisko kehte hain science mein, woh ek alag cheez hai.</w:t>
      </w:r>
    </w:p>
    <w:p>
      <w:pPr>
        <w:jc w:val="right"/>
      </w:pPr>
      <w:r>
        <w:t>لیکن ایکسپیرینسایک ایکچیزہے، وہ جسکوہمکہتےہیں یعنی سائنس میںجو ایکسپیریمنٹل بیسز جسکوکہتےہیںی عنی ایکسپیریمنٹجسکوکہتےہیںسائنسمیں،وہایکالگچیزہے۔</w:t>
      </w:r>
    </w:p>
    <w:p>
      <w:r>
        <w:rPr>
          <w:b/>
        </w:rPr>
        <w:t xml:space="preserve">[1:36:19] </w:t>
      </w:r>
      <w:r>
        <w:t>lekin jo roz marra ka experience hai, jinse jo zindagi ke, woh to baharhaal jari rahenge. ismein aap ki soch bhi jari rahegi.</w:t>
      </w:r>
    </w:p>
    <w:p>
      <w:pPr>
        <w:jc w:val="right"/>
      </w:pPr>
      <w:r>
        <w:t>لیکن جوروز مرہکاایکسپیرینسہے، جن سے جو زندگی کے ،وہتو بہرحالجاریرہیںگے۔ اسمیںآپکیسوچبھیجاریرہےگی۔</w:t>
      </w:r>
    </w:p>
    <w:p>
      <w:r>
        <w:rPr>
          <w:b/>
        </w:rPr>
        <w:t xml:space="preserve">[1:36:28] </w:t>
      </w:r>
      <w:r>
        <w:t>to soch aur experience ko milakar ke aap ka jo journey hai, woh chalti hai.</w:t>
      </w:r>
    </w:p>
    <w:p>
      <w:pPr>
        <w:jc w:val="right"/>
      </w:pPr>
      <w:r>
        <w:t>تو سوچ اور ایکسپیرینسکوملاکرکے آپ کا جو جرنیہے،وہچلتیہے۔</w:t>
      </w:r>
    </w:p>
    <w:p>
      <w:r>
        <w:rPr>
          <w:b/>
        </w:rPr>
        <w:t xml:space="preserve">[1:36:35] </w:t>
      </w:r>
      <w:r>
        <w:t>haan, mera matlab yeh nahi ke aap abstract sochen, khali experience se guzarte hue</w:t>
      </w:r>
    </w:p>
    <w:p>
      <w:pPr>
        <w:jc w:val="right"/>
      </w:pPr>
      <w:r>
        <w:t>ہاں، میرامطلبیہنہیںکہآپ ایبسٹریکٹسو چیں،خالی ایکسپیرینسسےگزرتےہوئے</w:t>
      </w:r>
    </w:p>
    <w:p>
      <w:r>
        <w:rPr>
          <w:b/>
        </w:rPr>
        <w:t xml:space="preserve">[1:36:44] </w:t>
      </w:r>
      <w:r>
        <w:t>sochen. yeh woh ismein lazmi taur par ismein shamil hai, isse alag nahi hai. woh Maulana, agla sawal Raipur se hai Idris sahib ka.</w:t>
      </w:r>
    </w:p>
    <w:p>
      <w:pPr>
        <w:jc w:val="right"/>
      </w:pPr>
      <w:r>
        <w:t>سوچیں۔ یہ وہ اسمیں لازمی طورپراسمیںشامل ہے،اسسےالگنہیںہے۔وہ مولانا،اگلاسوال رائےپورسےہے ادریسصاحبکا ۔</w:t>
      </w:r>
    </w:p>
    <w:p>
      <w:r>
        <w:rPr>
          <w:b/>
        </w:rPr>
        <w:t xml:space="preserve">[1:36:54] </w:t>
      </w:r>
      <w:r>
        <w:t>unhon ne likha hai ke: "there was a news in Lucknow on August 17, 2012, which mentioned the idol Mahavir's idol defaced by a mob of people.</w:t>
      </w:r>
    </w:p>
    <w:p>
      <w:pPr>
        <w:jc w:val="right"/>
      </w:pPr>
      <w:r>
        <w:t>انہوںنےلکھاہےکہ: "دیروازانیوزان لکھنو ان اگست 1 7 ،2 0 12 ، وچمینشنڈ دی ٹ لارڈ مہاویراز آئیڈل ڈی فیزڈ بائےا موباف فیوپیپل۔</w:t>
      </w:r>
    </w:p>
    <w:p>
      <w:r>
        <w:rPr>
          <w:b/>
        </w:rPr>
        <w:t xml:space="preserve">[1:37:09] </w:t>
      </w:r>
      <w:r>
        <w:t>my question is: does this kind of violent protest serve any purpose for the protesters? if not, why does this kind of protest are organized frequently ?</w:t>
      </w:r>
    </w:p>
    <w:p>
      <w:pPr>
        <w:jc w:val="right"/>
      </w:pPr>
      <w:r>
        <w:t>مائیکوئسچناز: ڈزدسکائنڈاف وائلنٹپروٹیسٹ سروز اینیافدا پرپسافداپروٹیسٹرز؟ اف ناٹ، وائیدسکائنڈاف پروٹیسٹاز ارگنائزڈ فریکونٹلی؟</w:t>
      </w:r>
    </w:p>
    <w:p>
      <w:r>
        <w:rPr>
          <w:b/>
        </w:rPr>
        <w:t xml:space="preserve">[1:37:23] </w:t>
      </w:r>
      <w:r>
        <w:t>how the right minded religious leaders and general people belonging to the religion of the mob should react to correct the negative effects of such incidents ?</w:t>
      </w:r>
    </w:p>
    <w:p>
      <w:pPr>
        <w:jc w:val="right"/>
      </w:pPr>
      <w:r>
        <w:t>ہاؤدارائٹمائنڈڈریلیجیسلیڈرز اینڈ جنرلپیپل بیلانگنگٹودا ریلیجنافدس موب شوڈریایکٹٹوکریکٹدانیگیٹیوایفیکٹساف سچانسیڈنٹس؟</w:t>
      </w:r>
    </w:p>
    <w:p>
      <w:r>
        <w:rPr>
          <w:b/>
        </w:rPr>
        <w:t xml:space="preserve">[1:37:34] </w:t>
      </w:r>
      <w:r>
        <w:t>kindly comment." dekhein, yeh yeh jo hai masla hai, yeh problem hai administration ka.</w:t>
      </w:r>
    </w:p>
    <w:p>
      <w:pPr>
        <w:jc w:val="right"/>
      </w:pPr>
      <w:r>
        <w:t>کائنڈلیکمنٹ۔" دیکھیں،یہ یہجوہے مسئلہہے، یہ پرابلم ہے ایڈمنسٹریشنکا ۔</w:t>
      </w:r>
    </w:p>
    <w:p>
      <w:r>
        <w:rPr>
          <w:b/>
        </w:rPr>
        <w:t xml:space="preserve">[1:37:45] </w:t>
      </w:r>
      <w:r>
        <w:t>hamara aap ka nahi hai. hum aap khwah makhwah ispe statement dete hain.</w:t>
      </w:r>
    </w:p>
    <w:p>
      <w:pPr>
        <w:jc w:val="right"/>
      </w:pPr>
      <w:r>
        <w:t>ہماراآپ کانہیںہے۔ ہمآپ خواہمخواہاسپہسٹیٹمنٹدیتےہیں۔</w:t>
      </w:r>
    </w:p>
    <w:p>
      <w:r>
        <w:rPr>
          <w:b/>
        </w:rPr>
        <w:t xml:space="preserve">[1:37:51] </w:t>
      </w:r>
      <w:r>
        <w:t>yeh sirf administration ka masla hai. yeh yeh ek India mein masla itni zyada hai ke har aadmi lagta hai bolne ispe. har aadmi statement deta hai iske upar.</w:t>
      </w:r>
    </w:p>
    <w:p>
      <w:pPr>
        <w:jc w:val="right"/>
      </w:pPr>
      <w:r>
        <w:t>یہ صرف ایڈمنسٹریشنکامسئلہہے۔یہ یہایک انڈیامیں مسئلہات نیزیادہ ہےکہ ہرآدمیلگتاہےبولنےاسپر ۔ ہرآدمی سٹیٹمنٹدیتاہےاسکےاوپر ۔</w:t>
      </w:r>
    </w:p>
    <w:p>
      <w:r>
        <w:rPr>
          <w:b/>
        </w:rPr>
        <w:t xml:space="preserve">[1:38:03] </w:t>
      </w:r>
      <w:r>
        <w:t>main isko administration ka masla samajhta hoon, intezamia ka masla. aap ko suggestion ho to intezamia ko kahiye. baqi akhbaron mein jo statement dete hain log, to mera o humza o humza o humza mizaj nahi hai. woh</w:t>
      </w:r>
    </w:p>
    <w:p>
      <w:pPr>
        <w:jc w:val="right"/>
      </w:pPr>
      <w:r>
        <w:t>میںاسکو ایڈمنسٹریشنکامسئلہسمجھتاہوں،انتظامیہکامسئلہ ۔ آپ کو سجیشنہوتوانتظامیہکو کہیے۔ باقی اخباروںمیںجوسٹیٹمنٹدیتےہیںلوگ ،تو میراوہمزاجمز اج مزاجنہیںہے۔وہ</w:t>
      </w:r>
    </w:p>
    <w:p>
      <w:r>
        <w:rPr>
          <w:b/>
        </w:rPr>
        <w:t xml:space="preserve">[1:38:19] </w:t>
      </w:r>
      <w:r>
        <w:t>main isko jisko kehte hain Hindi mein precision, yeh precision ka masla hai.</w:t>
      </w:r>
    </w:p>
    <w:p>
      <w:pPr>
        <w:jc w:val="right"/>
      </w:pPr>
      <w:r>
        <w:t>میںاسکو جسکوکہتےہیںہندیمیںپرسیشن ، یہپرسیشنکامسئلہہے۔</w:t>
      </w:r>
    </w:p>
    <w:p>
      <w:r>
        <w:rPr>
          <w:b/>
        </w:rPr>
        <w:t xml:space="preserve">[1:38:28] </w:t>
      </w:r>
      <w:r>
        <w:t>Maulana, yeh sawal Tamil Nadu se aya hai Abu Khadija sahib ka. Unhon ne likha hai: "Maulana sahib, someone sees giving the Quran or explaining Islam to others as not dawah work.</w:t>
      </w:r>
    </w:p>
    <w:p>
      <w:pPr>
        <w:jc w:val="right"/>
      </w:pPr>
      <w:r>
        <w:t>مولانا،یہسوال تملناڈوسےآیاہے ابو خدیجہصاحبکا ۔ انہوں نےلکھاہے: "مول اناصاحب،سمون سیز گیونگداقرآناور ایکسپلیننگاسلام ٹومدو از ناٹ دعویٰورک ۔</w:t>
      </w:r>
    </w:p>
    <w:p>
      <w:r>
        <w:rPr>
          <w:b/>
        </w:rPr>
        <w:t xml:space="preserve">[1:38:42] </w:t>
      </w:r>
      <w:r>
        <w:t>da'wa work as wa niumikmad wagyushadah. Achha, shahadat. Shahadat. Hmm, as this true statement</w:t>
      </w:r>
    </w:p>
    <w:p>
      <w:pPr>
        <w:jc w:val="right"/>
      </w:pPr>
      <w:r>
        <w:t>دعویٰورکاز وینیومیکمد وگیوشادہ ۔ اچھا،شہادت۔شہادت۔ ہمم، از دس ٹروسٹیٹمنٹ</w:t>
      </w:r>
    </w:p>
    <w:p>
      <w:r>
        <w:rPr>
          <w:b/>
        </w:rPr>
        <w:t xml:space="preserve">[1:38:50] </w:t>
      </w:r>
      <w:r>
        <w:t>? bilkul galat hai yeh. yeh sare sahaba ne yeh kaam nahi kiya. woh to bakre bane hue the, khali purps sunate the. kisi ko bandhna hai, sare paighambaron ne yeh kiya.</w:t>
      </w:r>
    </w:p>
    <w:p>
      <w:pPr>
        <w:jc w:val="right"/>
      </w:pPr>
      <w:r>
        <w:t>؟بالکل غلطہےیہ۔ یہسارےصحابہ نے یہکامنہیںکیا۔وہتوبکرےبنےہوئےتھے،خالی پرپسسناتےتھے۔ کسی کوباندھناہے، سارےپیغمبروںنےیہکیا۔</w:t>
      </w:r>
    </w:p>
    <w:p>
      <w:r>
        <w:rPr>
          <w:b/>
        </w:rPr>
        <w:t xml:space="preserve">[1:39:02] </w:t>
      </w:r>
      <w:r>
        <w:t>paighambaron ne sunaya, bataya. bas kisi kisi ne mara, beshtar unhon ne nahi mara. to kya woh unhon ne da'wa work nahi kiya? aap ka yani sare paighambaron ne sirf bataya, basa aur kya kya? pahunchaya apni baat ko.</w:t>
      </w:r>
    </w:p>
    <w:p>
      <w:pPr>
        <w:jc w:val="right"/>
      </w:pPr>
      <w:r>
        <w:t>پیغمبروںنے سن ایا،بتایا۔بس کسی کسی نےمارا، بیشتر انہوںنےنہیںمارا۔ توکیاوہ انہوںنے دعویٰورکنہیںکیا؟آپکا یعنیسارے پیغمبروںنے صرفبتایا،بساورکیاکیا ؟پہنچایا اپنیبات کو۔</w:t>
      </w:r>
    </w:p>
    <w:p>
      <w:r>
        <w:rPr>
          <w:b/>
        </w:rPr>
        <w:t xml:space="preserve">[1:39:18] </w:t>
      </w:r>
      <w:r>
        <w:t>baqi shahadat to uska apna choice hai, aap ka choice nahi hai. yani iske koi sawalat mein isko sahi nahi samajhta.</w:t>
      </w:r>
    </w:p>
    <w:p>
      <w:pPr>
        <w:jc w:val="right"/>
      </w:pPr>
      <w:r>
        <w:t>باقی شہادتتواسکااپنا چوائسہے،آپکاچوائسنہیںہے۔ یعنی اسکےکوئیسوالات میں اسکوصحیحنہیںسمجھتا۔</w:t>
      </w:r>
    </w:p>
    <w:p>
      <w:r>
        <w:rPr>
          <w:b/>
        </w:rPr>
        <w:t xml:space="preserve">[1:39:29] </w:t>
      </w:r>
      <w:r>
        <w:t>maulana, agla sawal lete hain, woh bhi tamil nadu se aya hai maulana iqbal umri sahib ka. unhon ne likha hai ke: "musalman ak abrin aur apni jamaat ke liye sensitive rehte hain, magar sahi ideology ke liye nahi.</w:t>
      </w:r>
    </w:p>
    <w:p>
      <w:pPr>
        <w:jc w:val="right"/>
      </w:pPr>
      <w:r>
        <w:t>مولانا،اگلا سواللیتےہیں،وہبھیتملناڈوسےآیاہے مول انااقبال عمریصاحبکا ۔ انہوںنے لکھاہے کہ :"مس لمان اک ابریناور اپنی جماعتکےلیے سینسٹیورہتےہیں، مگر صحیح آئیڈی الوجیکےلیےنہیں ۔</w:t>
      </w:r>
    </w:p>
    <w:p>
      <w:r>
        <w:rPr>
          <w:b/>
        </w:rPr>
        <w:t xml:space="preserve">[1:39:44] </w:t>
      </w:r>
      <w:r>
        <w:t>maulana, aisa kyun hai? " un ka concern apne akabir honge, shayad hamara concern to akabir nahi hai. hamara concern to sachai hai.</w:t>
      </w:r>
    </w:p>
    <w:p>
      <w:pPr>
        <w:jc w:val="right"/>
      </w:pPr>
      <w:r>
        <w:t>مولانا،ایساکیوںہے ؟ "ابان کاکنسرن اپنے اکابرہوںگے،شاید ہماراکنسرنتواکابر نہیںہے۔ ہماراکنسرنتو سچائیہے۔</w:t>
      </w:r>
    </w:p>
    <w:p>
      <w:r>
        <w:rPr>
          <w:b/>
        </w:rPr>
        <w:t xml:space="preserve">[1:39:57] </w:t>
      </w:r>
      <w:r>
        <w:t>hamara hamara hamara jo concern hai, woh to sachai hai. to shayad un logon ka hi yeh yeh jisko kehte hain na personal political, kal ka personality,</w:t>
      </w:r>
    </w:p>
    <w:p>
      <w:pPr>
        <w:jc w:val="right"/>
      </w:pPr>
      <w:r>
        <w:t>ہمارا ہمارا ہماراجو کنسرنہے، وہتوسچائیہے۔ تو شایدانلوگوںکاہی یہ یہ جسکوکہتےہیںنا پرسنیلٹیکلپ ،کلکا پرسنیلٹی،</w:t>
      </w:r>
    </w:p>
    <w:p>
      <w:r>
        <w:rPr>
          <w:b/>
        </w:rPr>
        <w:t xml:space="preserve">[1:40:14] </w:t>
      </w:r>
      <w:r>
        <w:t>to woh woh woh hai. iska phenomenon hai.</w:t>
      </w:r>
    </w:p>
    <w:p>
      <w:pPr>
        <w:jc w:val="right"/>
      </w:pPr>
      <w:r>
        <w:t>تو وہ وہوہہے۔ اسکا فیناومیناہے۔</w:t>
      </w:r>
    </w:p>
    <w:p>
      <w:r>
        <w:rPr>
          <w:b/>
        </w:rPr>
        <w:t xml:space="preserve">[1:40:20] </w:t>
      </w:r>
      <w:r>
        <w:t>personality ko urdu mein kehte hain shakhsiyat parasti, aur personality hi badhkar ke khud parasti ban jata hai. isika agla stage.</w:t>
      </w:r>
    </w:p>
    <w:p>
      <w:pPr>
        <w:jc w:val="right"/>
      </w:pPr>
      <w:r>
        <w:t>پرسنیلٹیکلپکواردومیںکہتےہیں شخص یت پرستی، اور پرسنیلٹیکلپہیبڑھکر کے خودپرستیبنجاتا ہے۔ اسیکااگلا اسٹیج۔</w:t>
      </w:r>
    </w:p>
    <w:p>
      <w:r>
        <w:rPr>
          <w:b/>
        </w:rPr>
        <w:t xml:space="preserve">[1:40:35] </w:t>
      </w:r>
      <w:r>
        <w:t>maulana, agla sawal delhi se hai nadeem ahmad sahib ka. unhon ne likha hai: "aap ne apne lecture mein farmaya ke intellectual development ke liye kisi material cheez ki zaroorat nahi.</w:t>
      </w:r>
    </w:p>
    <w:p>
      <w:pPr>
        <w:jc w:val="right"/>
      </w:pPr>
      <w:r>
        <w:t>مولانا،اگلاسوال دلیسےہے ندیم احمد صاحبکا۔انہوںنےلکھاہے: "آپنےاپنے لیکچرمیں فرمایا کہ انٹلیکچولڈیویلپمنٹکےلیےکسی مٹیریلچیزکیضرورت نہیں ۔</w:t>
      </w:r>
    </w:p>
    <w:p>
      <w:r>
        <w:rPr>
          <w:b/>
        </w:rPr>
        <w:t xml:space="preserve">[1:40:47] </w:t>
      </w:r>
      <w:r>
        <w:t>sawal yeh hai ke intellectual development ke liye education ki zaroorat hai, aur study ke liye books ki zaroorat hai, aur aaj ke samay mein dono ke liye paisa chahiye.</w:t>
      </w:r>
    </w:p>
    <w:p>
      <w:pPr>
        <w:jc w:val="right"/>
      </w:pPr>
      <w:r>
        <w:t>سوال یہہے کہ انٹلیکچولڈیویلپمنٹکےلیے ایجوکیشنکیضرورت ہے، اور سٹڈیکےلیےبکسکیضرورت ہے، اور آجکےسمےمیں دونوںکےلیے پیسہ چاہیے۔</w:t>
      </w:r>
    </w:p>
    <w:p>
      <w:r>
        <w:rPr>
          <w:b/>
        </w:rPr>
        <w:t xml:space="preserve">[1:40:58] </w:t>
      </w:r>
      <w:r>
        <w:t>aisi halat mein ek aisa aadmi jiske paas education aur books ke liye paise nahi hain, woh apna intellectual development kaise karega?</w:t>
      </w:r>
    </w:p>
    <w:p>
      <w:pPr>
        <w:jc w:val="right"/>
      </w:pPr>
      <w:r>
        <w:t>ایسیحالتمیں ایک ایسا آدمی جسکےپاس ایجوکیشناور بکسکےلیےپیسےنہیں ہیں ، وہاپنا انٹلیکچولڈیویلپمنٹکیسےکرےگا؟</w:t>
      </w:r>
    </w:p>
    <w:p>
      <w:r>
        <w:rPr>
          <w:b/>
        </w:rPr>
        <w:t xml:space="preserve">[1:41:07] </w:t>
      </w:r>
      <w:r>
        <w:t>iska practical form kya hai?" aisa koi aadmi hai hi nahi.</w:t>
      </w:r>
    </w:p>
    <w:p>
      <w:pPr>
        <w:jc w:val="right"/>
      </w:pPr>
      <w:r>
        <w:t>اسکا پریکٹیکلفار مولاکیاہے؟" ایسا کوئیآدمیہےہینہیں۔</w:t>
      </w:r>
    </w:p>
    <w:p>
      <w:r>
        <w:rPr>
          <w:b/>
        </w:rPr>
        <w:t xml:space="preserve">[1:41:12] </w:t>
      </w:r>
      <w:r>
        <w:t>iska iska naam bataiye jo saath mein ho. isko woh book na hone ki wajah se study nahi kar pa raha hai. isko iska naam bataiye.</w:t>
      </w:r>
    </w:p>
    <w:p>
      <w:pPr>
        <w:jc w:val="right"/>
      </w:pPr>
      <w:r>
        <w:t>اسکا اسکانامبتائیےجوساتھ میںہو۔ اسکو وہ بکنہہونے کیوجہسے سٹڈی نہیںکرپارہاہے۔ اسکواسکانامبت ائیے۔</w:t>
      </w:r>
    </w:p>
    <w:p>
      <w:r>
        <w:rPr>
          <w:b/>
        </w:rPr>
        <w:t xml:space="preserve">[1:41:22] </w:t>
      </w:r>
      <w:r>
        <w:t>yeh to ek individual sawal hai. yeh sawal kitabon mein aati hain, yani itni zyada available hain ke aap library mein jaiye, kitaben padhiye, kisi ka bhi woh kitaben de dega</w:t>
      </w:r>
    </w:p>
    <w:p>
      <w:pPr>
        <w:jc w:val="right"/>
      </w:pPr>
      <w:r>
        <w:t>یہتوایک فردیسوال ہے۔ یہسوالکتاب یںآتیہیں ،یعنیاتنیزیادہ اویلیبل ہیں کہآپلائبریریمیںجائیے، کتاب یںپڑھیے، کسی کاہیوہکتاب یںدےدےگ</w:t>
      </w:r>
    </w:p>
    <w:p>
      <w:r>
        <w:rPr>
          <w:b/>
        </w:rPr>
        <w:t xml:space="preserve">[1:41:34] </w:t>
      </w:r>
      <w:r>
        <w:t>۔ yeh to koi workaround nahi. mein ne mujhe aisa insaan nahi maloom jisko, yani jisko, yani jo kehte hain dirt of dirt of book ka proper paida hoga.</w:t>
      </w:r>
    </w:p>
    <w:p>
      <w:pPr>
        <w:jc w:val="right"/>
      </w:pPr>
      <w:r>
        <w:t>ا۔ یہتوکوئیرکاوٹنہیں۔میں نےمجھےایساانساننہیںمعلوم جسکو ،یعنی جسکو، یعنی جوکہتےہیں ڈرٹاف ڈرٹڈرٹاف بککا پراپر پیدا ہوگا۔</w:t>
      </w:r>
    </w:p>
    <w:p>
      <w:r>
        <w:rPr>
          <w:b/>
        </w:rPr>
        <w:t xml:space="preserve">[1:41:48] </w:t>
      </w:r>
      <w:r>
        <w:t>aap ki kitaben afraat hain, jahan jayein wohin kitaben hain. library hai, koi dukan nahi hai, kitne log milenge jo aap ko kitaben dene ke tayyar hain? aap to yeh ek individual sawal hai.</w:t>
      </w:r>
    </w:p>
    <w:p>
      <w:pPr>
        <w:jc w:val="right"/>
      </w:pPr>
      <w:r>
        <w:t>آپکیکتاب یںافراطہیں،جہاںجائیںوہیںکتاب یںہیں۔ لائبریریہے،کوئیدکانیںہیں، کتنےلوگ ملیںگےجوآپکتاب یںدینےکےتیارہیں؟آپ تویہایکفردیسوال ہے۔</w:t>
      </w:r>
    </w:p>
    <w:p>
      <w:r>
        <w:rPr>
          <w:b/>
        </w:rPr>
        <w:t xml:space="preserve">[1:41:58] </w:t>
      </w:r>
      <w:r>
        <w:t>aisa koi nahi. baqi education to dekhein, ek hoti hai professional education.</w:t>
      </w:r>
    </w:p>
    <w:p>
      <w:pPr>
        <w:jc w:val="right"/>
      </w:pPr>
      <w:r>
        <w:t>ایسا کوئینہیں۔ باقیایجوکیشن تو دیکھیں،ایک ہوتیہے پروفیشنلایجوکیشن۔</w:t>
      </w:r>
    </w:p>
    <w:p>
      <w:r>
        <w:rPr>
          <w:b/>
        </w:rPr>
        <w:t xml:space="preserve">[1:42:05] </w:t>
      </w:r>
      <w:r>
        <w:t>professional education ke baghair job to nahi milega, yeh sahi hai. lekin baqi uske liye koi professional education nahi hoti. degree aap ke paas ho na ho, Thomas Alva Edison ke paas koi degree nahi thi.</w:t>
      </w:r>
    </w:p>
    <w:p>
      <w:pPr>
        <w:jc w:val="right"/>
      </w:pPr>
      <w:r>
        <w:t>پروفیشنلایجوکیشنکے بغیرجابتونہیںملےگا، یہصحیحہے۔ لیکن باقی جو اسکےلیےکوئیپروفیشنلایجوکیشننہیںہوتی۔ ڈگری آپکےپاسہویانہہو،تھامسالو ایڈیشنکےپاسکوئیڈگرینہیںتھی۔</w:t>
      </w:r>
    </w:p>
    <w:p>
      <w:r>
        <w:rPr>
          <w:b/>
        </w:rPr>
        <w:t xml:space="preserve">[1:42:17] </w:t>
      </w:r>
      <w:r>
        <w:t>aap jante hain, Thomas Alva Edison jo bahut well known scientist hai, uska koi degree nahi thi. school ka certificate bhi nahi tha iske paas, aur isne ek hazar se zyada inventions ki hain,</w:t>
      </w:r>
    </w:p>
    <w:p>
      <w:pPr>
        <w:jc w:val="right"/>
      </w:pPr>
      <w:r>
        <w:t>آپجانتےہیں، تھامس الو ایڈیشنجوبہت ویلنون سائنٹسٹہے، اسکاکوئیڈگرینہیںتھی۔سکولزکاسرٹیفیکیٹبھینہیںتھا اسکےپاس، اوراسمیںایک ہزارسےزیادہ انوینشنزکیہیں،</w:t>
      </w:r>
    </w:p>
    <w:p>
      <w:r>
        <w:rPr>
          <w:b/>
        </w:rPr>
        <w:t xml:space="preserve">[1:42:31] </w:t>
      </w:r>
      <w:r>
        <w:t>ek hazar se zyada.</w:t>
      </w:r>
    </w:p>
    <w:p>
      <w:pPr>
        <w:jc w:val="right"/>
      </w:pPr>
      <w:r>
        <w:t>ایکہزارسےزیادہ۔</w:t>
      </w:r>
    </w:p>
    <w:p>
      <w:r>
        <w:rPr>
          <w:b/>
        </w:rPr>
        <w:t xml:space="preserve">[1:42:33] </w:t>
      </w:r>
      <w:r>
        <w:t>yeh school ka certificate nahi, koi degree nahi. yeh sab koi workaround nahi hain. mein mein kuch bhi nahi. aap yani well there is a way, there is a way.</w:t>
      </w:r>
    </w:p>
    <w:p>
      <w:pPr>
        <w:jc w:val="right"/>
      </w:pPr>
      <w:r>
        <w:t>یہسکولزکا سرٹیفیکیٹنہیں، کوئیڈگری نہیں۔ یہسبکوئیرکاوٹیںنہیںہیں۔ میں میں کچھبھی نہیں۔ آپ یعنی ویلدیرازاےول،دیرازاےوے۔</w:t>
      </w:r>
    </w:p>
    <w:p>
      <w:r>
        <w:rPr>
          <w:b/>
        </w:rPr>
        <w:t xml:space="preserve">[1:42:47] </w:t>
      </w:r>
      <w:r>
        <w:t>agar aap ki sach much khwahish hai to phir rasta khulta chala jayega aap ke liye. well deira zae wal, deira zae wae ko arab mein kehte hain mujaddid ka wajood.</w:t>
      </w:r>
    </w:p>
    <w:p>
      <w:pPr>
        <w:jc w:val="right"/>
      </w:pPr>
      <w:r>
        <w:t>اگرآپکاجسٹ سچمچخواہشہےتو پھرراستہکھلتاچلاجائےگاآپکےلیے۔ ویلدیرازاےول،دیرازاےوےکو عربیمیںکہتےہیں مجددکاوجد۔</w:t>
      </w:r>
    </w:p>
    <w:p>
      <w:r>
        <w:rPr>
          <w:b/>
        </w:rPr>
        <w:t xml:space="preserve">[1:43:00] </w:t>
      </w:r>
      <w:r>
        <w:t>mujaddid ka wajood</w:t>
      </w:r>
    </w:p>
    <w:p>
      <w:pPr>
        <w:jc w:val="right"/>
      </w:pPr>
      <w:r>
        <w:t>مج ددکا وجد</w:t>
      </w:r>
    </w:p>
    <w:p>
      <w:r>
        <w:rPr>
          <w:b/>
        </w:rPr>
        <w:t xml:space="preserve">[1:43:03] </w:t>
      </w:r>
      <w:r>
        <w:t>jo koshish karega, woh payega.</w:t>
      </w:r>
    </w:p>
    <w:p>
      <w:pPr>
        <w:jc w:val="right"/>
      </w:pPr>
      <w:r>
        <w:t>جوکوششکرےگا،وہپائےگا۔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