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Bagh-E-Jannat Book by Maulana Wahiduddin Khan</w:t>
      </w:r>
    </w:p>
    <w:p>
      <w:r>
        <w:t>https://www.youtube.com/watch?v=TN4ioE6LMDA</w:t>
      </w:r>
    </w:p>
    <w:p>
      <w:r>
        <w:rPr>
          <w:b/>
        </w:rPr>
        <w:t xml:space="preserve">[00:00] </w:t>
      </w:r>
      <w:r>
        <w:t>dibaacha: kitaab "baagh-e-jannat", maulana waheed ud din khan.</w:t>
      </w:r>
    </w:p>
    <w:p>
      <w:pPr>
        <w:jc w:val="right"/>
      </w:pPr>
      <w:r>
        <w:t>دیباچہ: کتاب "باغِ جنت"، مولانا وحید الدین خان۔</w:t>
      </w:r>
    </w:p>
    <w:p>
      <w:r>
        <w:rPr>
          <w:b/>
        </w:rPr>
        <w:t xml:space="preserve">[00:09] </w:t>
      </w:r>
      <w:r>
        <w:t>bismillah-hir-rehman-nir-raheem. khuda ne apni pasand ki ek duniya banai aur is ka naam jannat rakha. yeh jannat abadi khushiyon aur raahaton ki duniya hai, wahan na dukh hai aur na shor o ghul, na ranj hai aur na hadsa.</w:t>
      </w:r>
    </w:p>
    <w:p>
      <w:pPr>
        <w:jc w:val="right"/>
      </w:pPr>
      <w:r>
        <w:t>بسم اللہ الرحمن الرحیم۔ خدا نے اپنی پسند کی ایک دنیا بنائی اور اس کا نام جنت رکھا۔ یہ جنت ابدی خوشیوں اور راحتوں کی دنیا ہے، وہاں نہ دکھ ہے اور نہ شور و غل، نہ رنج ہے اور نہ حادثہ۔</w:t>
      </w:r>
    </w:p>
    <w:p>
      <w:r>
        <w:rPr>
          <w:b/>
        </w:rPr>
        <w:t xml:space="preserve">[00:27] </w:t>
      </w:r>
      <w:r>
        <w:t>woh har qism ki kulfaton se azaad duniya hai, har qism ki nematon wahan be hisaab miqdar mein ekhatta ki gayi hain.</w:t>
      </w:r>
    </w:p>
    <w:p>
      <w:pPr>
        <w:jc w:val="right"/>
      </w:pPr>
      <w:r>
        <w:t>وہ ہر قسم کی کلفتوں سے آزاد دنیا ہے، ہر قسم کی نعمتیں وہاں بے حساب مقدار میں اکٹھا کی گئی ہیں۔</w:t>
      </w:r>
    </w:p>
    <w:p>
      <w:r>
        <w:rPr>
          <w:b/>
        </w:rPr>
        <w:t xml:space="preserve">[00:38] </w:t>
      </w:r>
      <w:r>
        <w:t>wahan aadmi na marega aur na kabhi uktaega, aur na kabhi kisi tarah ke gham se dochar hoga. yahi woh duniya hai jis ki talab har shakhs ki fitrat mein maujood hai.</w:t>
      </w:r>
    </w:p>
    <w:p>
      <w:pPr>
        <w:jc w:val="right"/>
      </w:pPr>
      <w:r>
        <w:t>وہاں آدمی نہ مرے گا اور نہ کبھی اکتائے گا، اور نہ کبھی کسی طرح کے غم سے دوچار ہوگا۔ یہی وہ دنیا ہے جس کی طلب ہر شخص کی فطرت میں موجود ہے۔</w:t>
      </w:r>
    </w:p>
    <w:p>
      <w:r>
        <w:rPr>
          <w:b/>
        </w:rPr>
        <w:t xml:space="preserve">[00:51] </w:t>
      </w:r>
      <w:r>
        <w:t>har aadmi ek nadida jannat ki talaash mein hai,</w:t>
      </w:r>
    </w:p>
    <w:p>
      <w:pPr>
        <w:jc w:val="right"/>
      </w:pPr>
      <w:r>
        <w:t>ہر آدمی ایک نادیدہ جنت کی تلاش میں ہے،</w:t>
      </w:r>
    </w:p>
    <w:p>
      <w:r>
        <w:rPr>
          <w:b/>
        </w:rPr>
        <w:t xml:space="preserve">[00:55] </w:t>
      </w:r>
      <w:r>
        <w:t>magar yeh la mahdood jannat koi shakhs maujooda mahdood duniya mein nahin pa sakta. khuda ne is jannat ko maut ke baad aane wali duniya mein rakh diya hai.</w:t>
      </w:r>
    </w:p>
    <w:p>
      <w:pPr>
        <w:jc w:val="right"/>
      </w:pPr>
      <w:r>
        <w:t>مگر یہ لامحدود جنت کوئی شخص موجودہ محدود دنیا میں نہیں پا سکتا۔ خدا نے اس جنت کو موت کے بعد آنے والی دنیا میں رکھ دیا ہے۔</w:t>
      </w:r>
    </w:p>
    <w:p>
      <w:r>
        <w:rPr>
          <w:b/>
        </w:rPr>
        <w:t xml:space="preserve">[01:07] </w:t>
      </w:r>
      <w:r>
        <w:t>tahum yeh jannat apne aap kisi ko nahin mil jaegi, yeh sirf us khush naseeb aadmi ka hissa hai jo maujooda zindagi mein jannat wale amal kare.</w:t>
      </w:r>
    </w:p>
    <w:p>
      <w:pPr>
        <w:jc w:val="right"/>
      </w:pPr>
      <w:r>
        <w:t>تاہم یہ جنت اپنے آپ کسی کو نہیں مل جائے گی، یہ صرف اس خوش نصیب آدمی کا حصہ ہے جو موجودہ زندگی میں جنت والے عمل کرے۔</w:t>
      </w:r>
    </w:p>
    <w:p>
      <w:r>
        <w:rPr>
          <w:b/>
        </w:rPr>
        <w:t xml:space="preserve">[01:19] </w:t>
      </w:r>
      <w:r>
        <w:t>khuda ne hamari zindagi ko do hisson mein baant diya hai.</w:t>
      </w:r>
    </w:p>
    <w:p>
      <w:pPr>
        <w:jc w:val="right"/>
      </w:pPr>
      <w:r>
        <w:t>خدا نے ہماری زندگی کو دو حصوں میں بانٹ دیا ہے۔</w:t>
      </w:r>
    </w:p>
    <w:p>
      <w:r>
        <w:rPr>
          <w:b/>
        </w:rPr>
        <w:t xml:space="preserve">[01:23] </w:t>
      </w:r>
      <w:r>
        <w:t>hamari zindagi ka mukhtasar hissa maujooda duniya mein hai, aur is ka baqi tamam hissa maut ke baad aane wali duniya mein.</w:t>
      </w:r>
    </w:p>
    <w:p>
      <w:pPr>
        <w:jc w:val="right"/>
      </w:pPr>
      <w:r>
        <w:t>ہماری زندگی کا مختصر حصہ موجودہ دنیا میں ہے، اور اس کا بقیہ تمام حصہ موت کے بعد آنے والی دنیا میں۔</w:t>
      </w:r>
    </w:p>
    <w:p>
      <w:r>
        <w:rPr>
          <w:b/>
        </w:rPr>
        <w:t xml:space="preserve">[01:34] </w:t>
      </w:r>
      <w:r>
        <w:t>maujooda duniya ko khuda ne amal ki jagah banaya hai, aur baad ki duniya ko amal ka badla paane ki jagah. imtehan ki maslehat ki bina par maujooda duniya mein aadmi ko ikhtiyar de diya gaya hai,</w:t>
      </w:r>
    </w:p>
    <w:p>
      <w:pPr>
        <w:jc w:val="right"/>
      </w:pPr>
      <w:r>
        <w:t>موجودہ دنیا کو خدا نے عمل کی جگہ بنایا ہے، اور بعد کی دنیا کو عمل کا بدلہ پانے کی جگہ۔ امتحان کی مصلحت کی بنا پر موجودہ دنیا میں آدمی کو اختیار دے دیا گیا ہے،</w:t>
      </w:r>
    </w:p>
    <w:p>
      <w:r>
        <w:rPr>
          <w:b/>
        </w:rPr>
        <w:t xml:space="preserve">[01:49] </w:t>
      </w:r>
      <w:r>
        <w:t>woh azaad hai ke jo chahe kare. magar yeh azaadi baraye aazmaish hai, na ke baraye inaam. jo aadmi waqti azaadi ki bina par ghalt fehmi mein na pare aur apne aap ko haqeeqat haal ke mutabiq banaye, woh jannat mein basaya jaega.</w:t>
      </w:r>
    </w:p>
    <w:p>
      <w:pPr>
        <w:jc w:val="right"/>
      </w:pPr>
      <w:r>
        <w:t>وہ آزاد ہے کہ جو چاہے کرے۔ مگر یہ آزادی برائے آزمائش ہے، نہ کہ برائے انعام۔ جو آدمی وقتی آزادی کی بنا پر غلط فہمی میں نہ پڑے اور اپنے آپ کو حقیقت حال کے مطابق بنائے، وہ جنت میں بسایا جائے گا۔</w:t>
      </w:r>
    </w:p>
    <w:p>
      <w:r>
        <w:rPr>
          <w:b/>
        </w:rPr>
        <w:t xml:space="preserve">[02:09] </w:t>
      </w:r>
      <w:r>
        <w:t>aur jo shakhs azaadi pa kar sarkashi kare, uska thikana jahannum hoga.</w:t>
      </w:r>
    </w:p>
    <w:p>
      <w:pPr>
        <w:jc w:val="right"/>
      </w:pPr>
      <w:r>
        <w:t>اور جو شخص آزادی پا کر سرکشی کرے، اس کا ٹھکانہ جہنم ہوگا۔</w:t>
      </w:r>
    </w:p>
    <w:p>
      <w:r>
        <w:rPr>
          <w:b/>
        </w:rPr>
        <w:t xml:space="preserve">[02:15] </w:t>
      </w:r>
      <w:r>
        <w:t>is kainat mein sara ikhtiyar haqeeqatan sirf ek khuda ko hasil hai, wahi har cheez ka malik hai. har aadmi har lamha us ki muthi mein hai.</w:t>
      </w:r>
    </w:p>
    <w:p>
      <w:pPr>
        <w:jc w:val="right"/>
      </w:pPr>
      <w:r>
        <w:t>اس کائنات میں سارا اختیار حقیقتاً صرف ایک خدا کو حاصل ہے، وہی ہر چیز کا مالک ہے۔ ہر آدمی ہر لمحہ اس کی مٹھی میں ہے۔</w:t>
      </w:r>
    </w:p>
    <w:p>
      <w:r>
        <w:rPr>
          <w:b/>
        </w:rPr>
        <w:t xml:space="preserve">[02:27] </w:t>
      </w:r>
      <w:r>
        <w:t>jo aadmi is haqeeqat waqe'e ka itraaf karte hue apne irade se apne aap ko khuda ke aage daal de, woh jannat ka mustahiq bana.</w:t>
      </w:r>
    </w:p>
    <w:p>
      <w:pPr>
        <w:jc w:val="right"/>
      </w:pPr>
      <w:r>
        <w:t>جو آدمی اس حقیقت واقعے کا اعتراف کرتے ہوئے اپنے ارادے سے اپنے آپ کو خدا کے آگے ڈال دے، وہ جنت کا مستحق بنا۔</w:t>
      </w:r>
    </w:p>
    <w:p>
      <w:r>
        <w:rPr>
          <w:b/>
        </w:rPr>
        <w:t xml:space="preserve">[02:38] </w:t>
      </w:r>
      <w:r>
        <w:t>aur jo shakhs haqeeqat waqe'e se inhiraf kar ke khud sakhta tareeqon par chale, woh khuda ki nazar mein mujrim hai, aakhirat ki nematon mein uska koi hissa nahin.</w:t>
      </w:r>
    </w:p>
    <w:p>
      <w:pPr>
        <w:jc w:val="right"/>
      </w:pPr>
      <w:r>
        <w:t>اور جو شخص حقیقت واقعے سے انحراف کر کے خود ساختہ طریقوں پر چلے، وہ خدا کی نظر میں مجرم ہے، آخرت کی نعمتوں میں اس کا کوئی حصہ نہیں۔</w:t>
      </w:r>
    </w:p>
    <w:p>
      <w:r>
        <w:rPr>
          <w:b/>
        </w:rPr>
        <w:t xml:space="preserve">[02:51] </w:t>
      </w:r>
      <w:r>
        <w:t>waheed ud din, 19 december 1981.</w:t>
      </w:r>
    </w:p>
    <w:p>
      <w:pPr>
        <w:jc w:val="right"/>
      </w:pPr>
      <w:r>
        <w:t>وحید الدین، 19 دسمبر 1981۔</w:t>
      </w:r>
    </w:p>
    <w:p>
      <w:r>
        <w:rPr>
          <w:b/>
        </w:rPr>
        <w:t xml:space="preserve">[02:58] </w:t>
      </w:r>
      <w:r>
        <w:t>khuda ko manna: kitaab "baagh-e-jannat", safha number 4. khuda har qism ki khubiyon ka khazana hai.</w:t>
      </w:r>
    </w:p>
    <w:p>
      <w:pPr>
        <w:jc w:val="right"/>
      </w:pPr>
      <w:r>
        <w:t>خدا کو ماننا: کتاب "باغِ جنت"، صفحہ نمبر 4۔ خدا ہر قسم کی خوبیوں کا خزانہ ہے۔</w:t>
      </w:r>
    </w:p>
    <w:p>
      <w:r>
        <w:rPr>
          <w:b/>
        </w:rPr>
        <w:t xml:space="preserve">[03:11] </w:t>
      </w:r>
      <w:r>
        <w:t>uski qudrat kahin roshni ki surat mein zahir ho rahi hai aur kahin hararat ki surat mein. kahin woh madde ko hariyali mein tabdeel kar raha hai aur kahin pani ki rawani mein.</w:t>
      </w:r>
    </w:p>
    <w:p>
      <w:pPr>
        <w:jc w:val="right"/>
      </w:pPr>
      <w:r>
        <w:t>اس کی قدرت کہیں روشنی کی صورت میں ظاہر ہو رہی ہے اور کہیں حرارت کی صورت میں۔ کہیں وہ مادے کو ہریالی میں تبدیل کر رہا ہے اور کہیں پانی کی روانی میں۔</w:t>
      </w:r>
    </w:p>
    <w:p>
      <w:r>
        <w:rPr>
          <w:b/>
        </w:rPr>
        <w:t xml:space="preserve">[03:24] </w:t>
      </w:r>
      <w:r>
        <w:t>kahin woh rang ki surat mein apna jalwa dikha raha hai aur kahin maze aur khushbu ki surat mein. kahin us ki qudrat se harkat ke karishme zahir ho rahe hain aur kahin kashish ke karishme.</w:t>
      </w:r>
    </w:p>
    <w:p>
      <w:pPr>
        <w:jc w:val="right"/>
      </w:pPr>
      <w:r>
        <w:t>کہیں وہ رنگ کی صورت میں اپنا جلوہ دکھا رہا ہے اور کہیں مزہ اور خوشبو کی صورت میں۔ کہیں اس کی قدرت سے حرکت کے کرشمے ظاہر ہو رہے ہیں اور کہیں کشش کے کرشمے۔</w:t>
      </w:r>
    </w:p>
    <w:p>
      <w:r>
        <w:rPr>
          <w:b/>
        </w:rPr>
        <w:t xml:space="preserve">[03:38] </w:t>
      </w:r>
      <w:r>
        <w:t>aise kamalat wale khuda ko paana ek khushk aqeeday ko paana nahin ho sakta.</w:t>
      </w:r>
    </w:p>
    <w:p>
      <w:pPr>
        <w:jc w:val="right"/>
      </w:pPr>
      <w:r>
        <w:t>ایسے کمالات والے خدا کو پانا ایک خشک عقیدے کو پانا نہیں ہو سکتا۔</w:t>
      </w:r>
    </w:p>
    <w:p>
      <w:r>
        <w:rPr>
          <w:b/>
        </w:rPr>
        <w:t xml:space="preserve">[03:45] </w:t>
      </w:r>
      <w:r>
        <w:t>aise khuda ko paana yeh hai ke aadmi ki rooh ek ata roshni se jagmaga uthe, woh us ke qalb ke liye lutf o lazzat ban jae.</w:t>
      </w:r>
    </w:p>
    <w:p>
      <w:pPr>
        <w:jc w:val="right"/>
      </w:pPr>
      <w:r>
        <w:t>ایسے خدا کو پانا یہ ہے کہ آدمی کی روح ایک عطا روشنی سے جگمگا اٹھے، وہ اس کے قلب کے لیے لطف و لذت بن جائے۔</w:t>
      </w:r>
    </w:p>
    <w:p>
      <w:r>
        <w:rPr>
          <w:b/>
        </w:rPr>
        <w:t xml:space="preserve">[03:56] </w:t>
      </w:r>
      <w:r>
        <w:t>aadmi ek achha phal khata hai to baagh baagh ho jata hai, woh ek lateef naghma sunta hai to hamatan wajd mein aa jata hai.</w:t>
      </w:r>
    </w:p>
    <w:p>
      <w:pPr>
        <w:jc w:val="right"/>
      </w:pPr>
      <w:r>
        <w:t>آدمی ایک اچھا پھل کھاتا ہے تو باغ باغ ہو جاتا ہے، وہ ایک لطیف نغمہ سنتا ہے تو ہماتن وجد میں آ جاتا ہے۔</w:t>
      </w:r>
    </w:p>
    <w:p>
      <w:r>
        <w:rPr>
          <w:b/>
        </w:rPr>
        <w:t xml:space="preserve">[04:06] </w:t>
      </w:r>
      <w:r>
        <w:t>phir khuda jo sari khubiyon ka sar chashma hai, uska paana kya kisi ko be qaraar nahin karega?</w:t>
      </w:r>
    </w:p>
    <w:p>
      <w:pPr>
        <w:jc w:val="right"/>
      </w:pPr>
      <w:r>
        <w:t>پھر خدا جو ساری خوبیوں کا سرچشمہ ہے، اس کا پانا کیا کسی کو بے قرار نہیں کرے گا؟</w:t>
      </w:r>
    </w:p>
    <w:p>
      <w:r>
        <w:rPr>
          <w:b/>
        </w:rPr>
        <w:t xml:space="preserve">[04:14] </w:t>
      </w:r>
      <w:r>
        <w:t>khuda ko paana yeh hai ke woh ek khushbu ho jis se aadmi ka shama mu'attar ho jae, woh ek maza ho jis se uska zaeqa lutaf paaye, woh ek husn ho jo us ki basarat ko ek hairat nak nazaare mein mahw kar de, woh ek tarannum ho jo us ke sami ko aisi lazzat de jis se woh kabhi sair na ho.</w:t>
      </w:r>
    </w:p>
    <w:p>
      <w:pPr>
        <w:jc w:val="right"/>
      </w:pPr>
      <w:r>
        <w:t>خدا کو پانا یہ ہے کہ وہ ایک خوشبو ہو جس سے آدمی کا شامہ معطر ہو جائے، وہ ایک مزہ ہو جس سے اس کا ذائقہ لطف پائے، وہ ایک حسن ہو جو اس کی بصارت کو ایک حیرت ناک نظارے میں محو کر دے، وہ ایک ترنم ہو جو اس کے سامع کو ایسی لذت دے جس سے وہ کبھی سیر نہ ہو۔</w:t>
      </w:r>
    </w:p>
    <w:p>
      <w:r>
        <w:rPr>
          <w:b/>
        </w:rPr>
        <w:t xml:space="preserve">[04:44] </w:t>
      </w:r>
      <w:r>
        <w:t>haqeeqat yeh hai ke jis khuda ne yeh tamam khubiyan paida ki hain, woh khud un khubiyon ka sab se bara khazana hai.</w:t>
      </w:r>
    </w:p>
    <w:p>
      <w:pPr>
        <w:jc w:val="right"/>
      </w:pPr>
      <w:r>
        <w:t>حقیقت یہ ہے کہ جس خدا نے یہ تمام خوبیاں پیدا کی ہیں، وہ خود ان خوبیوں کا سب سے بڑا خزانہ ہے۔</w:t>
      </w:r>
    </w:p>
    <w:p>
      <w:r>
        <w:rPr>
          <w:b/>
        </w:rPr>
        <w:t xml:space="preserve">[04:53] </w:t>
      </w:r>
      <w:r>
        <w:t>kisi ko khuda ki qurbat milna darasal is ka jannat mein pohnch jana hai. yeh aisa hi hai jaisay koi shakhs rang aur khushbu ke abadi chamanistan mein ja base, jaisay woh aik paikar-e-noor ke paros mein pohnch jae.</w:t>
      </w:r>
    </w:p>
    <w:p>
      <w:pPr>
        <w:jc w:val="right"/>
      </w:pPr>
      <w:r>
        <w:t>کسی کو خدا کی قربت ملنا دراصل اس کا جنت میں پہنچ جانا ہے۔ یہ ایسا ہی ہے جیسے کوئی شخص رنگ اور خوشبو کے ابدی چمنستان میں جا بسے، جیسے وہ ایک پیکرِ نور کے پڑوس میں پہنچ جائے۔</w:t>
      </w:r>
    </w:p>
    <w:p>
      <w:r>
        <w:rPr>
          <w:b/>
        </w:rPr>
        <w:t xml:space="preserve">[05:16] </w:t>
      </w:r>
      <w:r>
        <w:t>khuda ko panay walay: kitab "bagh-e-jannat", safha number 5.</w:t>
      </w:r>
    </w:p>
    <w:p>
      <w:pPr>
        <w:jc w:val="right"/>
      </w:pPr>
      <w:r>
        <w:t>خدا کو پانے والے: کتاب "باغِ جنت"، صفحہ نمبر 5۔</w:t>
      </w:r>
    </w:p>
    <w:p>
      <w:r>
        <w:rPr>
          <w:b/>
        </w:rPr>
        <w:t xml:space="preserve">[05:25] </w:t>
      </w:r>
      <w:r>
        <w:t>khuda ka banda woh hai jis ne khuda ko in azmaton ke sath paya ho jis ke asraat is haijaan khez kaifiyat mein dhal jaate hain jis ko khuda ki yaad kaha gaya hai.</w:t>
      </w:r>
    </w:p>
    <w:p>
      <w:pPr>
        <w:jc w:val="right"/>
      </w:pPr>
      <w:r>
        <w:t>خدا کا بندہ وہ ہے جس نے خدا کو ان عظمتوں کے ساتھ پایا ہو جس کے اثرات اس حیجان خیز کیفیت میں ڈھل جاتے ہیں جس کو خدا کی یاد کہا گیا ہے۔</w:t>
      </w:r>
    </w:p>
    <w:p>
      <w:r>
        <w:rPr>
          <w:b/>
        </w:rPr>
        <w:t xml:space="preserve">[05:40] </w:t>
      </w:r>
      <w:r>
        <w:t>jo khuda ko is tarah dekh le ke us ki hebat se us ka dil dahal uthe aur us ke jism ke rongte khare ho jaen.</w:t>
      </w:r>
    </w:p>
    <w:p>
      <w:pPr>
        <w:jc w:val="right"/>
      </w:pPr>
      <w:r>
        <w:t>جو خدا کو اس طرح دیکھ لے کہ اس کی ہیبت سے اس کا دل دہل اٹھے اور اس کے جسم کے رونگٹے کھڑے ہو جائیں۔</w:t>
      </w:r>
    </w:p>
    <w:p>
      <w:r>
        <w:rPr>
          <w:b/>
        </w:rPr>
        <w:t xml:space="preserve">[05:50] </w:t>
      </w:r>
      <w:r>
        <w:t>khuda ko panay wala woh hai jo sab se ziyada khuda se dare aur sab se ziyada khuda se mohabbat kare, jis ka yeh haal ho ke sirf aik khuda us ki tamam tawajjohaat ka markaz ban jae.</w:t>
      </w:r>
    </w:p>
    <w:p>
      <w:pPr>
        <w:jc w:val="right"/>
      </w:pPr>
      <w:r>
        <w:t>خدا کو پانے والا وہ ہے جو سب سے زیادہ خدا سے ڈرے اور سب سے زیادہ خدا سے محبت کرے، جس کا یہ حال ہو کہ صرف ایک خدا اس کی تمام توجہات کا مرکز بن جائے۔</w:t>
      </w:r>
    </w:p>
    <w:p>
      <w:r>
        <w:rPr>
          <w:b/>
        </w:rPr>
        <w:t xml:space="preserve">[06:07] </w:t>
      </w:r>
      <w:r>
        <w:t>aisa aadmi quran ko parhta hai to us ki rooh pukar uthti hai ke khudaya, yeh tera kitna bara ehsan hai ke tu ne meri hidayat ka aisa intezam kiya, warna mein jahalat ke andheron mein bhatakta rehta.</w:t>
      </w:r>
    </w:p>
    <w:p>
      <w:pPr>
        <w:jc w:val="right"/>
      </w:pPr>
      <w:r>
        <w:t>ایسا آدمی قرآن کو پڑھتا ہے تو اس کی روح پکار اٹھتی ہے کہ خدایا، یہ تیرا کتنا بڑا احسان ہے کہ تو نے میری ہدایت کا ایسا انتظام کیا، ورنہ میں جہالت کے اندھیروں میں بھٹکتا رہتا۔</w:t>
      </w:r>
    </w:p>
    <w:p>
      <w:r>
        <w:rPr>
          <w:b/>
        </w:rPr>
        <w:t xml:space="preserve">[06:24] </w:t>
      </w:r>
      <w:r>
        <w:t>woh rasool ki sunnat ko dekhta hai to us ka wajood is daryaft se sarshar ho jata hai ke yeh khuda ka kaisa ghair maamooli intezam hai ke is ne paighambar ki zindagi mein hidayat ka be daagh namona qaim kiya, aur phir tareekh mein is ko roshni ke abadi minar ki surat mein mehfooz kar diya.</w:t>
      </w:r>
    </w:p>
    <w:p>
      <w:pPr>
        <w:jc w:val="right"/>
      </w:pPr>
      <w:r>
        <w:t>وہ رسول کی سنت کو دیکھتا ہے تو اس کا وجود اس دریافت سے سرشار ہو جاتا ہے کہ یہ خدا کا کیسا غیر معمولی انتظام ہے کہ اس نے پیغمبر کی زندگی میں ہدایت کا بے داغ نمونہ قائم کیا، اور پھر تاریخ میں اس کو روشنی کے ابدی مینار کی صورت میں محفوظ کر دیا۔</w:t>
      </w:r>
    </w:p>
    <w:p>
      <w:r>
        <w:rPr>
          <w:b/>
        </w:rPr>
        <w:t xml:space="preserve">[06:46] </w:t>
      </w:r>
      <w:r>
        <w:t>jab</w:t>
      </w:r>
    </w:p>
    <w:p>
      <w:pPr>
        <w:jc w:val="right"/>
      </w:pPr>
      <w:r>
        <w:t>جب</w:t>
      </w:r>
    </w:p>
    <w:p>
      <w:r>
        <w:rPr>
          <w:b/>
        </w:rPr>
        <w:t xml:space="preserve">[06:47] </w:t>
      </w:r>
      <w:r>
        <w:t>woh sajda karte hue apna sir zameen par rakhta hai to us ko yeh ehsas hone lagta hai ke us ke rab ne us ko apni rehmat ke aaghosh mein le liya hai.</w:t>
      </w:r>
    </w:p>
    <w:p>
      <w:pPr>
        <w:jc w:val="right"/>
      </w:pPr>
      <w:r>
        <w:t>وہ سجدہ کرتے ہوئے اپنا سر زمین پر رکھتا ہے تو اس کو یہ احساس ہونے لگتا ہے کہ اس کے رب نے اس کو اپنی رحمت کے آغوش میں لے لیا ہے۔</w:t>
      </w:r>
    </w:p>
    <w:p>
      <w:r>
        <w:rPr>
          <w:b/>
        </w:rPr>
        <w:t xml:space="preserve">[06:58] </w:t>
      </w:r>
      <w:r>
        <w:t>jab woh koi ghiza apni halq ke neeche utarta hai to us ki poori hasti mein us ehsan mandee ki lehar dor jati hai ke kaisa ajeeb hai woh khuda jis ne mere jism ki parvarish ke liye aisi mukammal ghiza ka ahtamam kiya.</w:t>
      </w:r>
    </w:p>
    <w:p>
      <w:pPr>
        <w:jc w:val="right"/>
      </w:pPr>
      <w:r>
        <w:t>جب وہ کوئی غذا اپنی حلق کے نیچے اتارتا ہے تو اس کی پوری ہستی میں اس احسان مندی کی لہر دوڑ جاتی ہے کہ کیسا عجیب ہے وہ خدا جس نے میرے جسم کی پرورش کے لیے ایسی مکمل غذا کا اہتمام کیا۔</w:t>
      </w:r>
    </w:p>
    <w:p>
      <w:r>
        <w:rPr>
          <w:b/>
        </w:rPr>
        <w:t xml:space="preserve">[07:17] </w:t>
      </w:r>
      <w:r>
        <w:t>jab woh pani peeta hai to us ki aankhon se aik aur jharana beh parta hai, aur woh be ikhtiyar ho kar keh uthta hai ke khudaya, agar tu mujhe seirab na kare to mein seirab hone wala nahi, agar tu mujhe pani na de to kahin se mujh ko pani milne wala nahi.</w:t>
      </w:r>
    </w:p>
    <w:p>
      <w:pPr>
        <w:jc w:val="right"/>
      </w:pPr>
      <w:r>
        <w:t>جب وہ پانی پیتا ہے تو اس کی آنکھوں سے ایک اور جھرنا بہہ پڑتا ہے، اور وہ بے اختیار ہو کر کہہ اٹھتا ہے کہ خدایا، اگر تو مجھے سیراب نہ کرے تو میں سیراب ہونے والا نہیں، اگر تو مجھے پانی نہ دے تو کہیں سے مجھ کو پانی ملنے والا نہیں۔</w:t>
      </w:r>
    </w:p>
    <w:p>
      <w:r>
        <w:rPr>
          <w:b/>
        </w:rPr>
        <w:t xml:space="preserve">[07:42] </w:t>
      </w:r>
      <w:r>
        <w:t>khuda ka parosi: kitab "bagh-e-jannat", safha number 6.</w:t>
      </w:r>
    </w:p>
    <w:p>
      <w:pPr>
        <w:jc w:val="right"/>
      </w:pPr>
      <w:r>
        <w:t>خدا کا پڑوسی: کتاب "باغِ جنت"، صفحہ نمبر 6۔</w:t>
      </w:r>
    </w:p>
    <w:p>
      <w:r>
        <w:rPr>
          <w:b/>
        </w:rPr>
        <w:t xml:space="preserve">[07:52] </w:t>
      </w:r>
      <w:r>
        <w:t>khuda ko panay wala dunya ki zindagi hi mein khuda ka parosi ban jata hai. us ki rooh khuda ke noor mein naha uthti hai.</w:t>
      </w:r>
    </w:p>
    <w:p>
      <w:pPr>
        <w:jc w:val="right"/>
      </w:pPr>
      <w:r>
        <w:t>خدا کو پانے والا دنیا کی زندگی ہی میں خدا کا پڑوسی بن جاتا ہے۔ اس کی روح خدا کے نور میں نہا اٹھتی ہے۔</w:t>
      </w:r>
    </w:p>
    <w:p>
      <w:r>
        <w:rPr>
          <w:b/>
        </w:rPr>
        <w:t xml:space="preserve">[08:02] </w:t>
      </w:r>
      <w:r>
        <w:t>phoolon ki sohbat aadmi ko lateef kaifiyat se bhar deti hai.</w:t>
      </w:r>
    </w:p>
    <w:p>
      <w:pPr>
        <w:jc w:val="right"/>
      </w:pPr>
      <w:r>
        <w:t>پھولوں کی صحبت آدمی کو لطیف کیفیات سے بھر دیتی ہے۔</w:t>
      </w:r>
    </w:p>
    <w:p>
      <w:r>
        <w:rPr>
          <w:b/>
        </w:rPr>
        <w:t xml:space="preserve">[08:07] </w:t>
      </w:r>
      <w:r>
        <w:t>phir kaisay mumkin hai ke aadmi apne rab ko paye, aur phir bhi us ke andar rabbani kaifiyat paida na hon? bohat se log apne ko khuda se qareeb samajhte hain, halan ke woh intehai had tak khuda se door hote hain.</w:t>
      </w:r>
    </w:p>
    <w:p>
      <w:pPr>
        <w:jc w:val="right"/>
      </w:pPr>
      <w:r>
        <w:t>پھر کیسے ممکن ہے کہ آدمی اپنے رب کو پائے، اور پھر بھی اس کے اندر ربانی کیفیات پیدا نہ ہوں؟ بہت سے لوگ اپنے کو خدا سے قریب سمجھتے ہیں، حالانکہ وہ انتہائی حد تک خدا سے دور ہوتے ہیں۔</w:t>
      </w:r>
    </w:p>
    <w:p>
      <w:r>
        <w:rPr>
          <w:b/>
        </w:rPr>
        <w:t xml:space="preserve">[08:24] </w:t>
      </w:r>
      <w:r>
        <w:t>woh khuda ki baatein karte hain, magar un ka poora wajood gawahi de raha hota hai ke abhi unhon ne khuda ko pehchana hi nahi.</w:t>
      </w:r>
    </w:p>
    <w:p>
      <w:pPr>
        <w:jc w:val="right"/>
      </w:pPr>
      <w:r>
        <w:t>وہ خدا کی باتیں کرتے ہیں، مگر ان کا پورا وجود گواہی دے رہا ہوتا ہے کہ ابھی انہوں نے خدا کو پہچانا ہی نہیں۔</w:t>
      </w:r>
    </w:p>
    <w:p>
      <w:r>
        <w:rPr>
          <w:b/>
        </w:rPr>
        <w:t xml:space="preserve">[08:34] </w:t>
      </w:r>
      <w:r>
        <w:t>woh</w:t>
      </w:r>
    </w:p>
    <w:p>
      <w:pPr>
        <w:jc w:val="right"/>
      </w:pPr>
      <w:r>
        <w:t>وہ</w:t>
      </w:r>
    </w:p>
    <w:p>
      <w:r>
        <w:rPr>
          <w:b/>
        </w:rPr>
        <w:t xml:space="preserve">[08:35] </w:t>
      </w:r>
      <w:r>
        <w:t>khuda ka naam lete hain, magar un ke munh mein khudai mithas ki shakar nahi gholti. woh khuda ko panay ka dawa karte hain, magar khuda ke chamanistan ki koi khushbu un ke mishaam ko moattar nahi karti.</w:t>
      </w:r>
    </w:p>
    <w:p>
      <w:pPr>
        <w:jc w:val="right"/>
      </w:pPr>
      <w:r>
        <w:t>خدا کا نام لیتے ہیں، مگر ان کے منہ میں خدائی مٹھاس کی شکر نہیں گھلتی۔ وہ خدا کو پانے کا دعویٰ کرتے ہیں، مگر خدا کے چمنستان کی کوئی خوشبو ان کے مشام کو معطر نہیں کرتی۔</w:t>
      </w:r>
    </w:p>
    <w:p>
      <w:r>
        <w:rPr>
          <w:b/>
        </w:rPr>
        <w:t xml:space="preserve">[08:51] </w:t>
      </w:r>
      <w:r>
        <w:t>woh khuda ke naam par dhoom machate hain, magar khuda ke noorani samandar mein nahane ka koi nishan un ke jism par zahir nahi hota.</w:t>
      </w:r>
    </w:p>
    <w:p>
      <w:pPr>
        <w:jc w:val="right"/>
      </w:pPr>
      <w:r>
        <w:t>وہ خدا کے نام پر دھوم مچاتے ہیں، مگر خدا کے نورانی سمندر میں نہانے کا کوئی نشان ان کے جسم پر ظاہر نہیں ہوتا۔</w:t>
      </w:r>
    </w:p>
    <w:p>
      <w:r>
        <w:rPr>
          <w:b/>
        </w:rPr>
        <w:t xml:space="preserve">[09:02] </w:t>
      </w:r>
      <w:r>
        <w:t>woh samajhte hain ke khuda ki jannatein un ke liye makhsoos ho chuki hain, magar jannat ke bagh ka koi jhonka un ke wajood ko nahi chhota.</w:t>
      </w:r>
    </w:p>
    <w:p>
      <w:pPr>
        <w:jc w:val="right"/>
      </w:pPr>
      <w:r>
        <w:t>وہ سمجھتے ہیں کہ خدا کی جنتیں ان کے لیے مخصوص ہو چکی ہیں، مگر جنت کے باغ کا کوئی جھونکا ان کے وجود کو نہیں چھوتا۔</w:t>
      </w:r>
    </w:p>
    <w:p>
      <w:r>
        <w:rPr>
          <w:b/>
        </w:rPr>
        <w:t xml:space="preserve">[09:12] </w:t>
      </w:r>
      <w:r>
        <w:t>kaisa ajeeb hoga woh khuda jis ki yaad dil o dimagh ki dunya mein koi ihtijaj paida na kare?</w:t>
      </w:r>
    </w:p>
    <w:p>
      <w:pPr>
        <w:jc w:val="right"/>
      </w:pPr>
      <w:r>
        <w:t>کیسا عجیب ہوگا وہ خدا جس کی یاد دل و دماغ کی دنیا میں کوئی احتجاج پیدا نہ کرے؟</w:t>
      </w:r>
    </w:p>
    <w:p>
      <w:r>
        <w:rPr>
          <w:b/>
        </w:rPr>
        <w:t xml:space="preserve">[09:20] </w:t>
      </w:r>
      <w:r>
        <w:t>kaisi ajeeb hogi woh jannat jis mein dakhle ka ticket aadmi apni jeebon mein liye phirta ho, magar jannat ka basi hone ki koi jhalak us ke raftaar o goftar se numayan na ho?</w:t>
      </w:r>
    </w:p>
    <w:p>
      <w:pPr>
        <w:jc w:val="right"/>
      </w:pPr>
      <w:r>
        <w:t>کیسی عجیب ہوگی وہ جنت جس میں داخلے کا ٹکٹ آدمی اپنی جیبوں میں لیے پھرتا ہو، مگر جنت کا باسی ہونے کی کوئی جھلک اس کے رفتار و گفتار سے نمایاں نہ ہو؟</w:t>
      </w:r>
    </w:p>
    <w:p>
      <w:r>
        <w:rPr>
          <w:b/>
        </w:rPr>
        <w:t xml:space="preserve">[09:35] </w:t>
      </w:r>
      <w:r>
        <w:t>kese ajeeb honge woh akhirat walay jin ke liye akhirat ki abadi wirasat likhi ja chuki ho, magar un ki sari dilchaspiyan badastoor isi aarzi dunya ki cheezon mein atki hui hon?</w:t>
      </w:r>
    </w:p>
    <w:p>
      <w:pPr>
        <w:jc w:val="right"/>
      </w:pPr>
      <w:r>
        <w:t>کیسے عجیب ہوں گے وہ آخرت والے جن کے لیے آخرت کی ابدی وراثت لکھی جا چکی ہو، مگر ان کی ساری دلچسپیاں بدستور اسی عارضی دنیا کی چیزوں میں اٹکی ہوئی ہوں؟</w:t>
      </w:r>
    </w:p>
    <w:p>
      <w:r>
        <w:rPr>
          <w:b/>
        </w:rPr>
        <w:t xml:space="preserve">[09:50] </w:t>
      </w:r>
      <w:r>
        <w:t>aah, woh log jo khuda ko panay ka dawa karte hain, halan ke abhi tak unhon ne khuda ko paya hi nahi.</w:t>
      </w:r>
    </w:p>
    <w:p>
      <w:pPr>
        <w:jc w:val="right"/>
      </w:pPr>
      <w:r>
        <w:t>آہ، وہ لوگ جو خدا کو پانے کا دعویٰ کرتے ہیں، حالانکہ ابھی تک انہوں نے خدا کو پایا ہی نہیں۔</w:t>
      </w:r>
    </w:p>
    <w:p>
      <w:r>
        <w:rPr>
          <w:b/>
        </w:rPr>
        <w:t xml:space="preserve">[10:02] </w:t>
      </w:r>
      <w:r>
        <w:t>rizq ka dastarخوان: kitab "bagh-e-jannat", safha number 7.</w:t>
      </w:r>
    </w:p>
    <w:p>
      <w:pPr>
        <w:jc w:val="right"/>
      </w:pPr>
      <w:r>
        <w:t>رزق کا دسترخوان: کتاب "باغِ جنت"، صفحہ نمبر 7۔</w:t>
      </w:r>
    </w:p>
    <w:p>
      <w:r>
        <w:rPr>
          <w:b/>
        </w:rPr>
        <w:t xml:space="preserve">[10:12] </w:t>
      </w:r>
      <w:r>
        <w:t>kainaat momin ke liye rizq rohani ka dastarخوان hai,</w:t>
      </w:r>
    </w:p>
    <w:p>
      <w:pPr>
        <w:jc w:val="right"/>
      </w:pPr>
      <w:r>
        <w:t>کائنات مومن کے لیے رزق روحانی کا دسترخوان ہے،</w:t>
      </w:r>
    </w:p>
    <w:p>
      <w:r>
        <w:rPr>
          <w:b/>
        </w:rPr>
        <w:t xml:space="preserve">[10:17] </w:t>
      </w:r>
      <w:r>
        <w:t>waise hi jaise jannat is ke liye rizq maadi ka dastarخوان hogi. hawa ke lateef jhonke jab is ke jism ko chhoote hain to is ko aisa mehsoos hota hai ke lams-e-khudawandi ka koi hissa is ko mil raha hai.</w:t>
      </w:r>
    </w:p>
    <w:p>
      <w:pPr>
        <w:jc w:val="right"/>
      </w:pPr>
      <w:r>
        <w:t>ویسے ہی جیسے جنت اس کے لیے رزق مادی کا دسترخوان ہوگی۔ ہوا کے لطیف جھونکے جب اس کے جسم کو چھوتے ہیں تو اس کو ایسا محسوس ہوتا ہے کہ لمسِ خداوندی کا کوئی حصہ اس کو مل رہا ہے۔</w:t>
      </w:r>
    </w:p>
    <w:p>
      <w:r>
        <w:rPr>
          <w:b/>
        </w:rPr>
        <w:t xml:space="preserve">[10:34] </w:t>
      </w:r>
      <w:r>
        <w:t>daryaaon ki rawaani mein is ko rehmat-e-haq ka josh aablta hua nazar aata hai.</w:t>
      </w:r>
    </w:p>
    <w:p>
      <w:pPr>
        <w:jc w:val="right"/>
      </w:pPr>
      <w:r>
        <w:t>دریاؤں کی روانی میں اس کو رحمتِ حق کا جوش ابلتا ہوا نظر آتا ہے۔</w:t>
      </w:r>
    </w:p>
    <w:p>
      <w:r>
        <w:rPr>
          <w:b/>
        </w:rPr>
        <w:t xml:space="preserve">[10:40] </w:t>
      </w:r>
      <w:r>
        <w:t>chariyon ke chehchehe jab is ke kaanon mein ras gholte hain to is ke dil ke taaron par rabbani naghme jaag uthte hain. jis aadmi ko imaan ki nazar haasil ho jaati hai,</w:t>
      </w:r>
    </w:p>
    <w:p>
      <w:pPr>
        <w:jc w:val="right"/>
      </w:pPr>
      <w:r>
        <w:t>چڑیوں کے چہچہے جب اس کے کانوں میں رس گھولتے ہیں تو اس کے دل کے تاروں پر ربانی نغمے جاگ اٹھتے ہیں۔ جس آدمی کو ایمان کی نظر حاصل ہو جاتی ہے،</w:t>
      </w:r>
    </w:p>
    <w:p>
      <w:r>
        <w:rPr>
          <w:b/>
        </w:rPr>
        <w:t xml:space="preserve">[10:53] </w:t>
      </w:r>
      <w:r>
        <w:t>is ko dunya ki har cheez mein khuda ki jhalakiyan dikhai dene lagti hain. darakht mamooli lakri ka dhancha hai, magar is ke upar behad haseen phool ugte hain.</w:t>
      </w:r>
    </w:p>
    <w:p>
      <w:pPr>
        <w:jc w:val="right"/>
      </w:pPr>
      <w:r>
        <w:t>اس کو دنیا کی ہر چیز میں خدا کی جھلکیاں دکھائی دینے لگتی ہیں۔ درخت معمولی لکڑی کا ڈھانچہ ہے، مگر اس کے اوپر بے حد حسین پھول اگتے ہیں۔</w:t>
      </w:r>
    </w:p>
    <w:p>
      <w:r>
        <w:rPr>
          <w:b/>
        </w:rPr>
        <w:t xml:space="preserve">[11:07] </w:t>
      </w:r>
      <w:r>
        <w:t>woh bazahir ek sokhi lakri ki manind is se bhi zyada ek sokhi zameen par khada hota hai. is ke baad ek khamosh inqilab aata hai.</w:t>
      </w:r>
    </w:p>
    <w:p>
      <w:pPr>
        <w:jc w:val="right"/>
      </w:pPr>
      <w:r>
        <w:t>وہ بظاہر ایک سوکھی لکڑی کی مانند اس سے بھی زیادہ ایک سوکھی زمین پر کھڑا ہوتا ہے۔ اس کے بعد ایک خاموش انقلاب آتا ہے۔</w:t>
      </w:r>
    </w:p>
    <w:p>
      <w:r>
        <w:rPr>
          <w:b/>
        </w:rPr>
        <w:t xml:space="preserve">[11:18] </w:t>
      </w:r>
      <w:r>
        <w:t>is ki shakhon par nihayat khoobsurat phool khil uthte hain. lakri ki shakhain rangeen phoolon se dhak jaati hain.</w:t>
      </w:r>
    </w:p>
    <w:p>
      <w:pPr>
        <w:jc w:val="right"/>
      </w:pPr>
      <w:r>
        <w:t>اس کی شاخوں پر نہایت خوبصورت پھول کھل اٹھتے ہیں۔ لکڑی کی شاخیں رنگین پھولوں سے ڈھک جاتی ہیں۔</w:t>
      </w:r>
    </w:p>
    <w:p>
      <w:r>
        <w:rPr>
          <w:b/>
        </w:rPr>
        <w:t xml:space="preserve">[11:27] </w:t>
      </w:r>
      <w:r>
        <w:t>aisa is liye hota hai ke koi banda is ko dekh kar keh uthe ke khudaaya, main bhi ek lakri hoon, tu chahe to mere upar haseen phool khila de.</w:t>
      </w:r>
    </w:p>
    <w:p>
      <w:pPr>
        <w:jc w:val="right"/>
      </w:pPr>
      <w:r>
        <w:t>ایسا اس لیے ہوتا ہے کہ کوئی بندہ اس کو دیکھ کر کہہ اٹھے کہ خدایا، میں بھی ایک لکڑی ہوں، تو چاہے تو میرے اوپر حسین پھول کھلا دے۔</w:t>
      </w:r>
    </w:p>
    <w:p>
      <w:r>
        <w:rPr>
          <w:b/>
        </w:rPr>
        <w:t xml:space="preserve">[11:39] </w:t>
      </w:r>
      <w:r>
        <w:t>main ek theek hoon, tu chahe to mujh ko sar sabz o shadab kar de. main ek be maani wajood hoon, tu chahe to meri zindagi ko maaniyat se bhar de.</w:t>
      </w:r>
    </w:p>
    <w:p>
      <w:pPr>
        <w:jc w:val="right"/>
      </w:pPr>
      <w:r>
        <w:t>میں ایک ٹھنڈ ہوں، تو چاہے تو مجھ کو سرسبز و شاداب کر دے۔ میں ایک بے معنی وجود ہوں، تو چاہے تو میری زندگی کو معنویت سے بھر دے۔</w:t>
      </w:r>
    </w:p>
    <w:p>
      <w:r>
        <w:rPr>
          <w:b/>
        </w:rPr>
        <w:t xml:space="preserve">[11:53] </w:t>
      </w:r>
      <w:r>
        <w:t>main jahannum ke kinare khada hoon,</w:t>
      </w:r>
    </w:p>
    <w:p>
      <w:pPr>
        <w:jc w:val="right"/>
      </w:pPr>
      <w:r>
        <w:t>میں جہنم کے کنارے کھڑا ہوں،</w:t>
      </w:r>
    </w:p>
    <w:p>
      <w:r>
        <w:rPr>
          <w:b/>
        </w:rPr>
        <w:t xml:space="preserve">[11:56] </w:t>
      </w:r>
      <w:r>
        <w:t>tu chahe to mujh ko jannat mein daakhil kar de. main tujh se door hoon, tu chahe to lapak kar mujh ko apne aaghosh mein utha le.</w:t>
      </w:r>
    </w:p>
    <w:p>
      <w:pPr>
        <w:jc w:val="right"/>
      </w:pPr>
      <w:r>
        <w:t>تو چاہے تو مجھ کو جنت میں داخل کر دے۔ میں تجھ سے دور ہوں، تو چاہے تو لپک کر مجھ کو اپنے آغوش میں اٹھا لے۔</w:t>
      </w:r>
    </w:p>
    <w:p>
      <w:r>
        <w:rPr>
          <w:b/>
        </w:rPr>
        <w:t xml:space="preserve">[12:11] </w:t>
      </w:r>
      <w:r>
        <w:t>jannat qurbat-e-ilahi ka naam hai. kitaab "baagh-e-jannat", safha number 8.</w:t>
      </w:r>
    </w:p>
    <w:p>
      <w:pPr>
        <w:jc w:val="right"/>
      </w:pPr>
      <w:r>
        <w:t>جنت قربتِ الہی کا نام ہے۔ کتاب "باغِ جنت"، صفحہ نمبر 8۔</w:t>
      </w:r>
    </w:p>
    <w:p>
      <w:r>
        <w:rPr>
          <w:b/>
        </w:rPr>
        <w:t xml:space="preserve">[12:21] </w:t>
      </w:r>
      <w:r>
        <w:t>aakhirat mein khuda ki jannat ko wahin shakhs paayega jis ne dunya mein khuda ko pa liya ho. khuda ko paane wala woh hai jis ne chhupe hone ke bawajood is ko yaqeen ki aankhon se dekha hai,</w:t>
      </w:r>
    </w:p>
    <w:p>
      <w:pPr>
        <w:jc w:val="right"/>
      </w:pPr>
      <w:r>
        <w:t>آخرت میں خدا کی جنت کو وہی شخص پائے گا جس نے دنیا میں خدا کو پا لیا ہو۔ خدا کو پانے والا وہ ہے جس نے چھپے ہونے کے باوجود اس کو یقین کی آنکھوں سے دیکھا ہے،</w:t>
      </w:r>
    </w:p>
    <w:p>
      <w:r>
        <w:rPr>
          <w:b/>
        </w:rPr>
        <w:t xml:space="preserve">[12:37] </w:t>
      </w:r>
      <w:r>
        <w:t>jis ne apne seene ki dharakano mein is ko bolte hue suna hai, jis ne khuda ki kitaab ko is tarah parha hai goya woh khud apne andar rakhe hue saheefa-e-fitrat ko apni zabaan se dohra raha hai.</w:t>
      </w:r>
    </w:p>
    <w:p>
      <w:pPr>
        <w:jc w:val="right"/>
      </w:pPr>
      <w:r>
        <w:t>جس نے اپنے سینے کی دھڑکنوں میں اس کو بولتے ہوئے سنا ہے، جس نے خدا کی کتاب کو اس طرح پڑھا ہے گویا وہ خود اپنے اندر رکھے ہوئے صحیفہ فطرت کو اپنی زبان سے دہرا رہا ہے۔</w:t>
      </w:r>
    </w:p>
    <w:p>
      <w:r>
        <w:rPr>
          <w:b/>
        </w:rPr>
        <w:t xml:space="preserve">[12:53] </w:t>
      </w:r>
      <w:r>
        <w:t>khuda ko paane wala woh hai jis ki murda rooh ko khuda ke imaan se zindagi mili ho, khuda ki yaad jis ke dil ke zang ko door karne wali ban jaaye, khuda jis ke liye ek noor ban gaya ho jis ki roshni mein woh chalta ho,</w:t>
      </w:r>
    </w:p>
    <w:p>
      <w:pPr>
        <w:jc w:val="right"/>
      </w:pPr>
      <w:r>
        <w:t>خدا کو پانے والا وہ ہے جس کی مردہ روح کو خدا کے ایمان سے زندگی ملی ہو، خدا کی یاد جس کے دل کے زنگ کو دور کرنے والی بن جائے، خدا جس کے لیے ایک نور بن گیا ہو جس کی روشنی میں وہ چلتا ہو،</w:t>
      </w:r>
    </w:p>
    <w:p>
      <w:r>
        <w:rPr>
          <w:b/>
        </w:rPr>
        <w:t xml:space="preserve">[13:11] </w:t>
      </w:r>
      <w:r>
        <w:t>jis ka yeh haal ho ke khuda ka zikr sun kar is ka dil dahal uthe, woh apne aansuon se khuda ka istaqbal karta ho,</w:t>
      </w:r>
    </w:p>
    <w:p>
      <w:pPr>
        <w:jc w:val="right"/>
      </w:pPr>
      <w:r>
        <w:t>جس کا یہ حال ہو کہ خدا کا ذکر سن کر اس کا دل دہل اٹھے، وہ اپنے آنسوؤں سے خدا کا استقبال کرتا ہو،</w:t>
      </w:r>
    </w:p>
    <w:p>
      <w:r>
        <w:rPr>
          <w:b/>
        </w:rPr>
        <w:t xml:space="preserve">[13:20] </w:t>
      </w:r>
      <w:r>
        <w:t>is ki poori shakhsiyat khuda ke aage hamatan sajde mein gir padi ho. jo shakhs khuda se qareeb hai wohi jannat se bhi qareeb hai.</w:t>
      </w:r>
    </w:p>
    <w:p>
      <w:pPr>
        <w:jc w:val="right"/>
      </w:pPr>
      <w:r>
        <w:t>اس کی پوری شخصیت خدا کے آگے ہماتن سجدے میں گر پڑی ہو۔ جو شخص خدا سے قریب ہے وہی جنت سے بھی قریب ہے۔</w:t>
      </w:r>
    </w:p>
    <w:p>
      <w:r>
        <w:rPr>
          <w:b/>
        </w:rPr>
        <w:t xml:space="preserve">[13:32] </w:t>
      </w:r>
      <w:r>
        <w:t>khuda ki qurbat ka aaghaz isi maujooda dunya se shuru ho jaata hai aur is ki takmeel aakhirat mein hoti hai.</w:t>
      </w:r>
    </w:p>
    <w:p>
      <w:pPr>
        <w:jc w:val="right"/>
      </w:pPr>
      <w:r>
        <w:t>خدا کی قربت کا آغاز اسی موجودہ دنیا سے شروع ہو جاتا ہے اور اس کی تکمیل آخرت میں ہوتی ہے۔</w:t>
      </w:r>
    </w:p>
    <w:p>
      <w:r>
        <w:rPr>
          <w:b/>
        </w:rPr>
        <w:t xml:space="preserve">[13:40] </w:t>
      </w:r>
      <w:r>
        <w:t>jab aadmi qurbat-e-khudawandi ka tajurba karta hai to is ko aisa mehsoos hota hai goya woh ek ankahi haqeeqat ko kamil yaqeen ke saath dekh raha hai, ek baeed tareen cheez se intehai taur par qareeb hai,</w:t>
      </w:r>
    </w:p>
    <w:p>
      <w:pPr>
        <w:jc w:val="right"/>
      </w:pPr>
      <w:r>
        <w:t>جب آدمی قربتِ خداوندی کا تجربہ کرتا ہے تو اس کو ایسا محسوس ہوتا ہے گویا وہ ایک ان دیکھی حقیقت کو کامل یقین کے ساتھ دیکھ رہا ہے، ایک بعید ترین چیز سے انتہائی طور پر قریب ہے،</w:t>
      </w:r>
    </w:p>
    <w:p>
      <w:r>
        <w:rPr>
          <w:b/>
        </w:rPr>
        <w:t xml:space="preserve">[13:57] </w:t>
      </w:r>
      <w:r>
        <w:t>kisi mukhatib ki maujoodgi ke baghair kamyab tareen guftagu mein masroof hai,</w:t>
      </w:r>
    </w:p>
    <w:p>
      <w:pPr>
        <w:jc w:val="right"/>
      </w:pPr>
      <w:r>
        <w:t>کسی مخاطب کی موجودگی کے بغیر کامیاب ترین گفتگو میں مصروف ہے،</w:t>
      </w:r>
    </w:p>
    <w:p>
      <w:r>
        <w:rPr>
          <w:b/>
        </w:rPr>
        <w:t xml:space="preserve">[14:03] </w:t>
      </w:r>
      <w:r>
        <w:t>ek sab se zyada parhaib wajood ke liye apne andar sab se zyada mohabbat ke jazbaat pa raha hai, ek cheez jis ko bazahir kisi bhi waaste ke zariye paaya nahi ja sakta,</w:t>
      </w:r>
    </w:p>
    <w:p>
      <w:pPr>
        <w:jc w:val="right"/>
      </w:pPr>
      <w:r>
        <w:t>ایک سب سے زیادہ پرہیبت وجود کے لیے اپنے اندر سب سے زیادہ محبت کے جذبات پا رہا ہے، ایک چیز جس کو بظاہر کسی بھی واسطے کے ذریعے پایا نہیں جا سکتا،</w:t>
      </w:r>
    </w:p>
    <w:p>
      <w:r>
        <w:rPr>
          <w:b/>
        </w:rPr>
        <w:t xml:space="preserve">[14:17] </w:t>
      </w:r>
      <w:r>
        <w:t>kisi waaste ke baghair woh ain us ke nazdeek pahunch gaya hai.</w:t>
      </w:r>
    </w:p>
    <w:p>
      <w:pPr>
        <w:jc w:val="right"/>
      </w:pPr>
      <w:r>
        <w:t>کسی واسطے کے بغیر وہ عین اس کے نزدیک پہنچ گیا ہے۔</w:t>
      </w:r>
    </w:p>
    <w:p>
      <w:r>
        <w:rPr>
          <w:b/>
        </w:rPr>
        <w:t xml:space="preserve">[14:26] </w:t>
      </w:r>
      <w:r>
        <w:t>jannat sab se bara atiya. kitaab "baagh-e-jannat", safha number 9.</w:t>
      </w:r>
    </w:p>
    <w:p>
      <w:pPr>
        <w:jc w:val="right"/>
      </w:pPr>
      <w:r>
        <w:t>جنت سب سے بڑا عطیہ۔ کتاب "باغِ جنت"، صفحہ نمبر 9۔</w:t>
      </w:r>
    </w:p>
    <w:p>
      <w:r>
        <w:rPr>
          <w:b/>
        </w:rPr>
        <w:t xml:space="preserve">[14:37] </w:t>
      </w:r>
      <w:r>
        <w:t>zameen o aasmaan ki tamam cheezain khuda ko sajda kar rahi hain, magar ek insaan jab sajda karte hue apna sar zameen par rakhta hai to yeh tamam aalam-e-kainaat ka sab se zyada ajeeb waqea hota hai,</w:t>
      </w:r>
    </w:p>
    <w:p>
      <w:pPr>
        <w:jc w:val="right"/>
      </w:pPr>
      <w:r>
        <w:t>زمین و آسمان کی تمام چیزیں خدا کو سجدہ کر رہی ہیں، مگر ایک انسان جب سجدہ کرتے ہوئے اپنا سر زمین پر رکھتا ہے تو یہ تمام عالمِ کائنات کا سب سے زیادہ عجیب واقعہ ہوتا ہے،</w:t>
      </w:r>
    </w:p>
    <w:p>
      <w:r>
        <w:rPr>
          <w:b/>
        </w:rPr>
        <w:t xml:space="preserve">[14:52] </w:t>
      </w:r>
      <w:r>
        <w:t>kyun ke doosri cheezain majbooraana sajda kar rahi hain jab ke insaan shoor aur irade ke tehat apna sar khuda ke aage jhuka deta hai.</w:t>
      </w:r>
    </w:p>
    <w:p>
      <w:pPr>
        <w:jc w:val="right"/>
      </w:pPr>
      <w:r>
        <w:t>کیونکہ دوسری چیزیں مجبورانہ سجدہ کر رہی ہیں جبکہ انسان شعور اور ارادے کے تحت اپنا سر خدا کے آگے جھکا دیتا ہے۔</w:t>
      </w:r>
    </w:p>
    <w:p>
      <w:r>
        <w:rPr>
          <w:b/>
        </w:rPr>
        <w:t xml:space="preserve">[15:03] </w:t>
      </w:r>
      <w:r>
        <w:t>insaan ke zariye is kainat mein ikhtiyari mehkoomi ka waqea wajood mein aata hai jis se bara koi doosra waqea nahin. yahi insaan ki asal qeemat hai.</w:t>
      </w:r>
    </w:p>
    <w:p>
      <w:pPr>
        <w:jc w:val="right"/>
      </w:pPr>
      <w:r>
        <w:t>انسان کے ذریعے اس کائنات میں اختیاری محکومی کا واقعہ وجود میں آتا ہے جس سے بڑا کوئی دوسرا واقعہ نہیں۔ یہی انسان کی اصل قیمت ہے۔</w:t>
      </w:r>
    </w:p>
    <w:p>
      <w:r>
        <w:rPr>
          <w:b/>
        </w:rPr>
        <w:t xml:space="preserve">[15:14] </w:t>
      </w:r>
      <w:r>
        <w:t>insaan woh nadir makhlooq hai jo is kainat mein shaoor-e-qudrat ke muqable mein shaoor-e-ajz ki doosri inteha banata hai. woh kainat ke safhe par "hai" ke muqable mein "nahin" ka mazmoon tehreer karta hai.</w:t>
      </w:r>
    </w:p>
    <w:p>
      <w:pPr>
        <w:jc w:val="right"/>
      </w:pPr>
      <w:r>
        <w:t>انسان وہ نادر مخلوق ہے جو اس کائنات میں شعورِ قدرت کے مقابلے میں شعورِ عجز کی دوسری انتہا بناتا ہے۔ وہ کائنات کے صفحے پر "ہے" کے مقابلے میں "نہیں" کا مضمون تحریر کرتا ہے۔</w:t>
      </w:r>
    </w:p>
    <w:p>
      <w:r>
        <w:rPr>
          <w:b/>
        </w:rPr>
        <w:t xml:space="preserve">[15:31] </w:t>
      </w:r>
      <w:r>
        <w:t>woh khodawandi anaa ke muqable mein apne be anaa hone ka saboot deta hai. woh har qism ka ikhtiyar rakhte hue apne aap ko khuda ke aage be ikhtiyar kar leta hai.</w:t>
      </w:r>
    </w:p>
    <w:p>
      <w:pPr>
        <w:jc w:val="right"/>
      </w:pPr>
      <w:r>
        <w:t>وہ خداوندی انا کے مقابلے میں اپنے بے انا ہونے کا ثبوت دیتا ہے۔ وہ ہر قسم کا اختیار رکھتے ہوئے اپنے آپ کو خدا کے آگے بے اختیار کر لیتا ہے۔</w:t>
      </w:r>
    </w:p>
    <w:p>
      <w:r>
        <w:rPr>
          <w:b/>
        </w:rPr>
        <w:t xml:space="preserve">[15:44] </w:t>
      </w:r>
      <w:r>
        <w:t>woh zabaan rakhte hue khuda ki khatir is tarah chup ho jata hai jaise us ke munh mein zabaan hi nahin.</w:t>
      </w:r>
    </w:p>
    <w:p>
      <w:pPr>
        <w:jc w:val="right"/>
      </w:pPr>
      <w:r>
        <w:t>وہ زبان رکھتے ہوئے خدا کی خاطر اس طرح چپ ہو جاتا ہے جیسے اس کے منہ میں زبان ہی نہیں۔</w:t>
      </w:r>
    </w:p>
    <w:p>
      <w:r>
        <w:rPr>
          <w:b/>
        </w:rPr>
        <w:t xml:space="preserve">[15:52] </w:t>
      </w:r>
      <w:r>
        <w:t>ek shakhs ka mowahid banna is aasman ke neeche zahir hone wale tamam waqeat mein sab se bara waqea hai jis ka inaam koi sab se bari cheez hi ho sakti hai.</w:t>
      </w:r>
    </w:p>
    <w:p>
      <w:pPr>
        <w:jc w:val="right"/>
      </w:pPr>
      <w:r>
        <w:t>ایک شخص کا مواحد بننا اس آسمان کے نیچے ظاہر ہونے والے تمام واقعات میں سب سے بڑا واقعہ ہے جس کا انعام کوئی سب سے بڑی چیز ہی ہو سکتی ہے۔</w:t>
      </w:r>
    </w:p>
    <w:p>
      <w:r>
        <w:rPr>
          <w:b/>
        </w:rPr>
        <w:t xml:space="preserve">[16:06] </w:t>
      </w:r>
      <w:r>
        <w:t>isi sab se bari cheez ka naam jannat hai.</w:t>
      </w:r>
    </w:p>
    <w:p>
      <w:pPr>
        <w:jc w:val="right"/>
      </w:pPr>
      <w:r>
        <w:t>اسی سب سے بڑی چیز کا نام جنت ہے۔</w:t>
      </w:r>
    </w:p>
    <w:p>
      <w:r>
        <w:rPr>
          <w:b/>
        </w:rPr>
        <w:t xml:space="preserve">[16:10] </w:t>
      </w:r>
      <w:r>
        <w:t>jannat kisi ke amal ki qeemat nahin. jannat kisi bande ke liye khuda ki yeh bakhshish hai ke us ke bande ne apne rab ko woh cheez pesh kardi jo kainat mein kisi aur ne pesh na ki thi.</w:t>
      </w:r>
    </w:p>
    <w:p>
      <w:pPr>
        <w:jc w:val="right"/>
      </w:pPr>
      <w:r>
        <w:t>جنت کسی کے عمل کی قیمت نہیں۔ جنت کسی بندے کے لیے خدا کی یہ بخشش ہے کہ اس کے بندے نے اپنے رب کو وہ چیز پیش کر دی جو کائنات میں کسی اور نے پیش نہ کی تھی۔</w:t>
      </w:r>
    </w:p>
    <w:p>
      <w:r>
        <w:rPr>
          <w:b/>
        </w:rPr>
        <w:t xml:space="preserve">[16:25] </w:t>
      </w:r>
      <w:r>
        <w:t>is liye khuda ne bhi us ko woh cheez de di jo us ne kisi doosri makhlooq ko nahin di thi.</w:t>
      </w:r>
    </w:p>
    <w:p>
      <w:pPr>
        <w:jc w:val="right"/>
      </w:pPr>
      <w:r>
        <w:t>اس لیے خدا نے بھی اس کو وہ چیز دے دی جو اس نے کسی دوسری مخلوق کو نہیں دیا تھا۔</w:t>
      </w:r>
    </w:p>
    <w:p>
      <w:r>
        <w:rPr>
          <w:b/>
        </w:rPr>
        <w:t xml:space="preserve">[16:36] </w:t>
      </w:r>
      <w:r>
        <w:t>jannati nigah. kitaab "bagh-e-jannat", safha number 10.</w:t>
      </w:r>
    </w:p>
    <w:p>
      <w:pPr>
        <w:jc w:val="right"/>
      </w:pPr>
      <w:r>
        <w:t>جنتی نگاہ۔ کتاب "باغِ جنت"، صفحہ نمبر 10۔</w:t>
      </w:r>
    </w:p>
    <w:p>
      <w:r>
        <w:rPr>
          <w:b/>
        </w:rPr>
        <w:t xml:space="preserve">[16:46] </w:t>
      </w:r>
      <w:r>
        <w:t>khuda ne jo kuch paida kiya hai woh itna herat nak hai ke us ko dekh kar aadmi khaliq ki karigari mein kho jaye. takhleeq ke kamalat mein har taraf khaliq ka chehra jhalak raha hai,</w:t>
      </w:r>
    </w:p>
    <w:p>
      <w:pPr>
        <w:jc w:val="right"/>
      </w:pPr>
      <w:r>
        <w:t>خدا نے جو کچھ پیدا کیا ہے وہ اتنا حیرت ناک ہے کہ اس کو دیکھ کر آدمی خالق کی کاریگری میں کھو جائے۔ تخلیق کے کمالات میں ہر طرف خالق کا چہرہ جھلک رہا ہے،</w:t>
      </w:r>
    </w:p>
    <w:p>
      <w:r>
        <w:rPr>
          <w:b/>
        </w:rPr>
        <w:t xml:space="preserve">[17:00] </w:t>
      </w:r>
      <w:r>
        <w:t>magar hamare charon taraf jo dunya hai us ko hum bachpan se dekhte dekhte aadi ho jate hain. is se hum itna manoos ho jate hain ke us ke anokhe pan ka hum ko ehsas nahin hota.</w:t>
      </w:r>
    </w:p>
    <w:p>
      <w:pPr>
        <w:jc w:val="right"/>
      </w:pPr>
      <w:r>
        <w:t>مگر ہمارے چاروں طرف جو دنیا ہے اس کو ہم بچپن سے دیکھتے دیکھتے عادی ہو جاتے ہیں۔ اس سے ہم اتنا مانوس ہو جاتے ہیں کہ اس کے انوکھے پن کا ہم کو احساس نہیں ہوتا۔</w:t>
      </w:r>
    </w:p>
    <w:p>
      <w:r>
        <w:rPr>
          <w:b/>
        </w:rPr>
        <w:t xml:space="preserve">[17:13] </w:t>
      </w:r>
      <w:r>
        <w:t>pani, darakht, chirya, gharz jo kuch bhi hamari dunya mein hai sab ka sab be had ajeeb hai.</w:t>
      </w:r>
    </w:p>
    <w:p>
      <w:pPr>
        <w:jc w:val="right"/>
      </w:pPr>
      <w:r>
        <w:t>پانی، درخت، چڑیا، غرض جو کچھ بھی ہماری دنیا میں ہے سب کا سب بے حد عجیب ہے۔</w:t>
      </w:r>
    </w:p>
    <w:p>
      <w:r>
        <w:rPr>
          <w:b/>
        </w:rPr>
        <w:t xml:space="preserve">[17:22] </w:t>
      </w:r>
      <w:r>
        <w:t>har cheez khaliq ka aaina hai, magar aadi hone ki wajah se hum us ke ajobe pan ko mehsoos nahin kar paate. magar yahi insaan ka imtehan hai.</w:t>
      </w:r>
    </w:p>
    <w:p>
      <w:pPr>
        <w:jc w:val="right"/>
      </w:pPr>
      <w:r>
        <w:t>ہر چیز خالق کا آئینہ ہے، مگر عادی ہونے کی وجہ سے ہم اس کے عجوبے پن کو محسوس نہیں کر پاتے۔ مگر یہی انسان کا امتحان ہے۔</w:t>
      </w:r>
    </w:p>
    <w:p>
      <w:r>
        <w:rPr>
          <w:b/>
        </w:rPr>
        <w:t xml:space="preserve">[17:34] </w:t>
      </w:r>
      <w:r>
        <w:t>us ko mamooli cheezon mein ghair mamooli jhalak dekhna hai. agar aadmi is dunya ko istajab ki nazar se dekh sake to har jagah us ko khuda ki mojoodgi ka tajurba hoga.</w:t>
      </w:r>
    </w:p>
    <w:p>
      <w:pPr>
        <w:jc w:val="right"/>
      </w:pPr>
      <w:r>
        <w:t>اس کو معمولی چیزوں میں غیر معمولی جھلک دیکھنا ہے۔ اگر آدمی اس دنیا کو استعجاب کی نظر سے دیکھ سکے تو ہر جگہ اس کو خدا کی موجودگی کا تجربہ ہوگا۔</w:t>
      </w:r>
    </w:p>
    <w:p>
      <w:r>
        <w:rPr>
          <w:b/>
        </w:rPr>
        <w:t xml:space="preserve">[17:47] </w:t>
      </w:r>
      <w:r>
        <w:t>woh zameen par is tarah rahega jaise ke woh khuda ke paros mein ho, jaise ke woh khuda ki nazron ke samne ho.</w:t>
      </w:r>
    </w:p>
    <w:p>
      <w:pPr>
        <w:jc w:val="right"/>
      </w:pPr>
      <w:r>
        <w:t>وہ زمین پر اس طرح رہے گا جیسے کہ وہ خدا کے پڑوس میں ہو، جیسے کہ وہ خدا کی نظروں کے سامنے ہو۔</w:t>
      </w:r>
    </w:p>
    <w:p>
      <w:r>
        <w:rPr>
          <w:b/>
        </w:rPr>
        <w:t xml:space="preserve">[17:57] </w:t>
      </w:r>
      <w:r>
        <w:t>mojudah dunya mein insaan ki sab se bari yaft yeh hai ke woh khuda ko dekhne lage. woh apne paas khuda ki mojoodgi ko mehsoos kar le.</w:t>
      </w:r>
    </w:p>
    <w:p>
      <w:pPr>
        <w:jc w:val="right"/>
      </w:pPr>
      <w:r>
        <w:t>موجودہ دنیا میں انسان کی سب سے بڑی یافت یہ ہے کہ وہ خدا کو دیکھنے لگے۔ وہ اپنے پاس خدا کی موجودگی کو محسوس کر لے۔</w:t>
      </w:r>
    </w:p>
    <w:p>
      <w:r>
        <w:rPr>
          <w:b/>
        </w:rPr>
        <w:t xml:space="preserve">[18:09] </w:t>
      </w:r>
      <w:r>
        <w:t>agar aadmi ke andar jannati nazar paida ho jaye to suraj ki kirnon mein us ko khuda ka noor jagmagata hua dikhai dega.</w:t>
      </w:r>
    </w:p>
    <w:p>
      <w:pPr>
        <w:jc w:val="right"/>
      </w:pPr>
      <w:r>
        <w:t>اگر آدمی کے اندر جنتی نظر پیدا ہو جائے تو سورج کی کرنوں میں اس کو خدا کا نور جگمگاتا ہوا دکھائی دے گا۔</w:t>
      </w:r>
    </w:p>
    <w:p>
      <w:r>
        <w:rPr>
          <w:b/>
        </w:rPr>
        <w:t xml:space="preserve">[18:18] </w:t>
      </w:r>
      <w:r>
        <w:t>hare bhare darakhton ke haseen manzar mein woh khuda ka roop jhalakta hua payega. hawaon ke lateef jhonke mein us ko lams-e-rabani ka tajurba hoga.</w:t>
      </w:r>
    </w:p>
    <w:p>
      <w:pPr>
        <w:jc w:val="right"/>
      </w:pPr>
      <w:r>
        <w:t>ہرے بھرے درختوں کے حسین منظر میں وہ خدا کا روپ جھلکتا ہوا پائے گا۔ ہواؤں کے لطیف جھونکے میں اس کو لمسِ ربانی کا تجربہ ہوگا۔</w:t>
      </w:r>
    </w:p>
    <w:p>
      <w:r>
        <w:rPr>
          <w:b/>
        </w:rPr>
        <w:t xml:space="preserve">[18:29] </w:t>
      </w:r>
      <w:r>
        <w:t>apni hatheli aur peshani ko zameen par rakhte hue us ko aisa mehsoos hoga goya us ne apna wajood apne rab ke qadmon mein daal diya hai.</w:t>
      </w:r>
    </w:p>
    <w:p>
      <w:pPr>
        <w:jc w:val="right"/>
      </w:pPr>
      <w:r>
        <w:t>اپنی ہتھیلی اور پیشانی کو زمین پر رکھتے ہوئے اس کو ایسا محسوس ہوگا گویا اس نے اپنا وجود اپنے رب کے قدموں میں ڈال دیا ہے۔</w:t>
      </w:r>
    </w:p>
    <w:p>
      <w:r>
        <w:rPr>
          <w:b/>
        </w:rPr>
        <w:t xml:space="preserve">[18:39] </w:t>
      </w:r>
      <w:r>
        <w:t>khuda har jagah maujood hai, magar us ko wahi khush qismat aadmi dekhta hai jis ke andar khuda ko dekhne wali jannati nigah paida ho jaye.</w:t>
      </w:r>
    </w:p>
    <w:p>
      <w:pPr>
        <w:jc w:val="right"/>
      </w:pPr>
      <w:r>
        <w:t>خدا ہر جگہ موجود ہے، مگر اس کو وہی خوش قسمت آدمی دیکھتا ہے جس کے اندر خدا کو دیکھنے والی جنتی نگاہ پیدا ہو جائے۔</w:t>
      </w:r>
    </w:p>
    <w:p>
      <w:r>
        <w:rPr>
          <w:b/>
        </w:rPr>
        <w:t xml:space="preserve">[18:55] </w:t>
      </w:r>
      <w:r>
        <w:t>ibadat karne wale. kitaab "bagh-e-jannat", safha number 11.</w:t>
      </w:r>
    </w:p>
    <w:p>
      <w:pPr>
        <w:jc w:val="right"/>
      </w:pPr>
      <w:r>
        <w:t>عبادت کرنے والے۔ کتاب "باغِ جنت"، صفحہ نمبر 11۔</w:t>
      </w:r>
    </w:p>
    <w:p>
      <w:r>
        <w:rPr>
          <w:b/>
        </w:rPr>
        <w:t xml:space="preserve">[19:05] </w:t>
      </w:r>
      <w:r>
        <w:t>ek shakhs ko kisi se mohabbat ho to mohabbat karne wale hi ke sath yeh waqea pesh ayega ke us ki yaad se uska dil bhar aaye.</w:t>
      </w:r>
    </w:p>
    <w:p>
      <w:pPr>
        <w:jc w:val="right"/>
      </w:pPr>
      <w:r>
        <w:t>ایک شخص کو کسی سے محبت ہو تو محبت کرنے والے ہی کے ساتھ یہ واقعہ پیش آئے گا کہ اس کی یاد سے اس کا دل بھر آئے۔</w:t>
      </w:r>
    </w:p>
    <w:p>
      <w:r>
        <w:rPr>
          <w:b/>
        </w:rPr>
        <w:t xml:space="preserve">[19:15] </w:t>
      </w:r>
      <w:r>
        <w:t>us ke bar aks jis ko us aadmi se koi lagao na ho woh sirf waqti tadbeer se us ki khatir rone wala nahin ban sakta.</w:t>
      </w:r>
    </w:p>
    <w:p>
      <w:pPr>
        <w:jc w:val="right"/>
      </w:pPr>
      <w:r>
        <w:t>اس کے برعکس جس کو اس آدمی سے کوئی لگاؤ نہ ہو وہ صرف وقتی تدبیر سے اس کی خاطر رونے والا نہیں بن سکتا۔</w:t>
      </w:r>
    </w:p>
    <w:p>
      <w:r>
        <w:rPr>
          <w:b/>
        </w:rPr>
        <w:t xml:space="preserve">[19:25] </w:t>
      </w:r>
      <w:r>
        <w:t>ek shakhs logon ke darmiyan tawazu ka tareeqa ikhtiyar karta hai aur doosra shakhs dhittai ka.</w:t>
      </w:r>
    </w:p>
    <w:p>
      <w:pPr>
        <w:jc w:val="right"/>
      </w:pPr>
      <w:r>
        <w:t>ایک شخص لوگوں کے درمیان تواضع کا طریقہ اختیار کرتا ہے اور دوسرا شخص ڈھٹائی کا۔</w:t>
      </w:r>
    </w:p>
    <w:p>
      <w:r>
        <w:rPr>
          <w:b/>
        </w:rPr>
        <w:t xml:space="preserve">[19:33] </w:t>
      </w:r>
      <w:r>
        <w:t>ek shakhs mamlaat mein insaaf karta hai aur doosra be insaaf se pesh aata hai. ek ajizana nafsiyat ke sath jee raha hai aur doosra mutakabirana nafsiyat ke sath.</w:t>
      </w:r>
    </w:p>
    <w:p>
      <w:pPr>
        <w:jc w:val="right"/>
      </w:pPr>
      <w:r>
        <w:t>ایک شخص معاملات میں انصاف کرتا ہے اور دوسرا بے انصافی سے پیش آتا ہے۔ ایک عاجزانہ نفسیات کے ساتھ جی رہا ہے اور دوسرا متکبرانہ نفسیات کے ساتھ۔</w:t>
      </w:r>
    </w:p>
    <w:p>
      <w:r>
        <w:rPr>
          <w:b/>
        </w:rPr>
        <w:t xml:space="preserve">[19:48] </w:t>
      </w:r>
      <w:r>
        <w:t>aik shakhs etiraf ko apna tareeqa banaye hue hai aur doosra hat dharmi ko. to aisi halat mein yeh namumkin hai ke dono ki ibadat yaksaan ho</w:t>
      </w:r>
    </w:p>
    <w:p>
      <w:pPr>
        <w:jc w:val="right"/>
      </w:pPr>
      <w:r>
        <w:t>ایک شخص اعتراف کو اپنا طریقہ بنائے ہوئے ہے اور دوسرا ہٹ دھرمی کو۔ تو ایسی حالت میں یہ ناممکن ہے کہ دونوں کی عبادت یکساں ہو</w:t>
      </w:r>
    </w:p>
    <w:p>
      <w:r>
        <w:rPr>
          <w:b/>
        </w:rPr>
        <w:t xml:space="preserve">[20:00] </w:t>
      </w:r>
      <w:r>
        <w:t>. in mein sirf pehla shakhs hai jis ki ibadat khushu ki ibadat baney gi. doosra shakhs khwah kitna hi chahe yeh namumkin hai ke waqti tor par ibadati soorat bana kar woh apni ibadat ko khushu ki ibadat bana le.</w:t>
      </w:r>
    </w:p>
    <w:p>
      <w:pPr>
        <w:jc w:val="right"/>
      </w:pPr>
      <w:r>
        <w:t>۔ ان میں صرف پہلا شخص ہے جس کی عبادت خشوع کی عبادت بنے گی۔ دوسرا شخص خواہ کتنا ہی چاہے یہ ناممکن ہے کہ وقتی طور پر عبادتی صورت بنا کر وہ اپنی عبادت کو خشوع کی عبادت بنا لے۔</w:t>
      </w:r>
    </w:p>
    <w:p>
      <w:r>
        <w:rPr>
          <w:b/>
        </w:rPr>
        <w:t xml:space="preserve">[20:17] </w:t>
      </w:r>
      <w:r>
        <w:t>khushu ki ibadat darasal khashana zindagi ka aik nateeja hai. jo shakhs apni zindagi mein khash na bana ho woh kabhi khushu ki ibadat nahi kar sakta.</w:t>
      </w:r>
    </w:p>
    <w:p>
      <w:pPr>
        <w:jc w:val="right"/>
      </w:pPr>
      <w:r>
        <w:t>خشوع کی عبادت دراصل خاشعانہ زندگی کا ایک نتیجہ ہے۔ جو شخص اپنی زندگی میں خاشع نہ بنا ہو وہ کبھی خشوع کی عبادت نہیں کر سکتا۔</w:t>
      </w:r>
    </w:p>
    <w:p>
      <w:r>
        <w:rPr>
          <w:b/>
        </w:rPr>
        <w:t xml:space="preserve">[20:31] </w:t>
      </w:r>
      <w:r>
        <w:t>khuda ki ibadat karne walay khuda ki jannaton mein jayen ge, magar is ibadat ki tofeeq us ko milti hai jo ibadat ke makhsoos auqat ke ilawa bhi khuda ka abid bana hua ho, na ke woh jo sirf waqti tor par ibadat ki soorat bana le.</w:t>
      </w:r>
    </w:p>
    <w:p>
      <w:pPr>
        <w:jc w:val="right"/>
      </w:pPr>
      <w:r>
        <w:t>خدا کی عبادت کرنے والے خدا کی جنتوں میں جائیں گے، مگر اس عبادت کی توفیق اس کو ملتی ہے جو عبادت کے مخصوص اوقات کے علاوہ بھی خدا کا عابد بنا ہوا ہو، نہ کہ وہ جو صرف وقتی طور پر عبادت کی صورت بنا لے۔</w:t>
      </w:r>
    </w:p>
    <w:p>
      <w:r>
        <w:rPr>
          <w:b/>
        </w:rPr>
        <w:t xml:space="preserve">[20:51] </w:t>
      </w:r>
      <w:r>
        <w:t>jannat aik haqeeqi jagah hai jo khusoosi ehtimam ke sath haqeeqi ibadat guzaroon ke liye banai gayi hai.</w:t>
      </w:r>
    </w:p>
    <w:p>
      <w:pPr>
        <w:jc w:val="right"/>
      </w:pPr>
      <w:r>
        <w:t>جنت ایک حقیقی جگہ ہے جو خصوصی اہتمام کے ساتھ حقیقی عبادت گزاروں کے لیے بنائی گئی ہے۔</w:t>
      </w:r>
    </w:p>
    <w:p>
      <w:r>
        <w:rPr>
          <w:b/>
        </w:rPr>
        <w:t xml:space="preserve">[20:59] </w:t>
      </w:r>
      <w:r>
        <w:t>haqeeqi jannat un logon ko nahi mil sakti jo sirf jhooti ibadat ka سرمایہ le kar khuda ke yahan pohanchay hon.</w:t>
      </w:r>
    </w:p>
    <w:p>
      <w:pPr>
        <w:jc w:val="right"/>
      </w:pPr>
      <w:r>
        <w:t>حقیقی جنت ان لوگوں کو نہیں مل سکتی جو صرف جھوٹی عبادت کا سرمایہ لے کر خدا کے یہاں پہنچے ہوں۔</w:t>
      </w:r>
    </w:p>
    <w:p>
      <w:r>
        <w:rPr>
          <w:b/>
        </w:rPr>
        <w:t xml:space="preserve">[21:12] </w:t>
      </w:r>
      <w:r>
        <w:t>kamil dunya. kitab "bagh e jannat", safha number 12.</w:t>
      </w:r>
    </w:p>
    <w:p>
      <w:pPr>
        <w:jc w:val="right"/>
      </w:pPr>
      <w:r>
        <w:t>کامل دنیا۔ کتاب "باغِ جنت"، صفحہ نمبر 12۔</w:t>
      </w:r>
    </w:p>
    <w:p>
      <w:r>
        <w:rPr>
          <w:b/>
        </w:rPr>
        <w:t xml:space="preserve">[21:21] </w:t>
      </w:r>
      <w:r>
        <w:t>dunya intehai lazeez hai, magar is ki lazzaten chand lamhe se ziyada baqi nahi rehti hain.</w:t>
      </w:r>
    </w:p>
    <w:p>
      <w:pPr>
        <w:jc w:val="right"/>
      </w:pPr>
      <w:r>
        <w:t>دنیا انتہائی لذیذ ہے، مگر اس کی لذتیں چند لمحے سے زیادہ باقی نہیں رہتیں۔</w:t>
      </w:r>
    </w:p>
    <w:p>
      <w:r>
        <w:rPr>
          <w:b/>
        </w:rPr>
        <w:t xml:space="preserve">[21:29] </w:t>
      </w:r>
      <w:r>
        <w:t>dunya be panah had tak haseen hai, magar is ko dekhne wali aankh bohat jald be noor ho jati hai. dunya mein izzat aur khushi hasil karna insan ko kitna ziyada marghoob hai,</w:t>
      </w:r>
    </w:p>
    <w:p>
      <w:pPr>
        <w:jc w:val="right"/>
      </w:pPr>
      <w:r>
        <w:t>دنیا بے پناہ حد تک حسین ہے، مگر اس کو دیکھنے والی آنکھ بہت جلد بے نور ہو جاتی ہے۔ دنیا میں عزت اور خوشی حاصل کرنا انسان کو کتنا زیادہ مرغوب ہے،</w:t>
      </w:r>
    </w:p>
    <w:p>
      <w:r>
        <w:rPr>
          <w:b/>
        </w:rPr>
        <w:t xml:space="preserve">[21:43] </w:t>
      </w:r>
      <w:r>
        <w:t>magar dunya ki izzat aur khushi aadmi abhi poori tarah hasil nahi kar pata ke is par zawal ka qanoon jari ho jata hai.</w:t>
      </w:r>
    </w:p>
    <w:p>
      <w:pPr>
        <w:jc w:val="right"/>
      </w:pPr>
      <w:r>
        <w:t>مگر دنیا کی عزت اور خوشی آدمی ابھی پوری طرح حاصل نہیں کر پاتا کہ اس پر زوال کا قانون جاری ہو جاتا ہے۔</w:t>
      </w:r>
    </w:p>
    <w:p>
      <w:r>
        <w:rPr>
          <w:b/>
        </w:rPr>
        <w:t xml:space="preserve">[21:52] </w:t>
      </w:r>
      <w:r>
        <w:t>dunya mein woh sab kuch hai jis ko insan chahta hai, magar is sab kuch ko hasil karna insan ke liye mumkin nahi, hatta ke is khush qismat insan ke liye bhi nahi jo bazahir sab kuch hasil kar chuka ho.</w:t>
      </w:r>
    </w:p>
    <w:p>
      <w:pPr>
        <w:jc w:val="right"/>
      </w:pPr>
      <w:r>
        <w:t>دنیا میں وہ سب کچھ ہے جس کو انسان چاہتا ہے، مگر اس سب کچھ کو حاصل کرنا انسان کے لیے ممکن نہیں، حتیٰ کہ اس خوش قسمت انسان کے لیے بھی نہیں جو بظاہر سب کچھ حاصل کر چکا ہو۔</w:t>
      </w:r>
    </w:p>
    <w:p>
      <w:r>
        <w:rPr>
          <w:b/>
        </w:rPr>
        <w:t xml:space="preserve">[22:09] </w:t>
      </w:r>
      <w:r>
        <w:t>har aadmi kuch aisi mahdoodiyaton mein ghira hua hai ke woh pa kar bhi nahi pata. kamyab hone ke baad bhi khushiyon ka chaman is ke liye nahi ugta.</w:t>
      </w:r>
    </w:p>
    <w:p>
      <w:pPr>
        <w:jc w:val="right"/>
      </w:pPr>
      <w:r>
        <w:t>ہر آدمی کچھ ایسی محدودیتوں میں گھرا ہوا ہے کہ وہ پا کر بھی نہیں پاتا۔ کامیاب ہونے کے بعد بھی خوشیوں کا چمن اس کے لیے نہیں اگتا۔</w:t>
      </w:r>
    </w:p>
    <w:p>
      <w:r>
        <w:rPr>
          <w:b/>
        </w:rPr>
        <w:t xml:space="preserve">[22:20] </w:t>
      </w:r>
      <w:r>
        <w:t>insan aik kamil wajood hai, magar is ka almiya yeh hai ke is ko kamil dunya hasil nahi. insan ki zindagi is waqt tak be maani hai jab tak is ko aik aisi dunya na mile jo har qism ki mahdoodiyat aur namuwafeq halaat se pak ho.</w:t>
      </w:r>
    </w:p>
    <w:p>
      <w:pPr>
        <w:jc w:val="right"/>
      </w:pPr>
      <w:r>
        <w:t>انسان ایک کامل وجود ہے، مگر اس کا المیہ یہ ہے کہ اس کو کامل دنیا حاصل نہیں۔ انسان کی زندگی اس وقت تک بے معنی ہے جب تک اس کو ایک ایسی دنیا نہ ملے جو ہر قسم کی محدودیت اور ناموافق حالات سے پاک ہو۔</w:t>
      </w:r>
    </w:p>
    <w:p>
      <w:r>
        <w:rPr>
          <w:b/>
        </w:rPr>
        <w:t xml:space="preserve">[22:39] </w:t>
      </w:r>
      <w:r>
        <w:t>khuda ne yeh kamil dunya jannat ki soorat mein banai hai, magar yeh dunya kisi ko apne aap nahi mil sakti.</w:t>
      </w:r>
    </w:p>
    <w:p>
      <w:pPr>
        <w:jc w:val="right"/>
      </w:pPr>
      <w:r>
        <w:t>خدا نے یہ کامل دنیا جنت کی صورت میں بنائی ہے، مگر یہ دنیا کسی کو اپنے آپ نہیں مل سکتی۔</w:t>
      </w:r>
    </w:p>
    <w:p>
      <w:r>
        <w:rPr>
          <w:b/>
        </w:rPr>
        <w:t xml:space="preserve">[22:47] </w:t>
      </w:r>
      <w:r>
        <w:t>is aanay wali mukammal dunya ki qeemat maujooda namukammal dunya hai. jo shakhs apni maujooda dunya ko aanay wali dunya ke liye qurban kar sake, wohi aanay wali jannati dunya ko paye ga.</w:t>
      </w:r>
    </w:p>
    <w:p>
      <w:pPr>
        <w:jc w:val="right"/>
      </w:pPr>
      <w:r>
        <w:t>اس آنے والی مکمل دنیا کی قیمت موجودہ نامکمل دنیا ہے۔ جو شخص اپنی موجودہ دنیا کو آنے والی دنیا کے لیے قربان کر سکے، وہی آنے والی جنتی دنیا کو پائے گا۔</w:t>
      </w:r>
    </w:p>
    <w:p>
      <w:r>
        <w:rPr>
          <w:b/>
        </w:rPr>
        <w:t xml:space="preserve">[23:01] </w:t>
      </w:r>
      <w:r>
        <w:t>jo shakhs is qurbani ke liye tayyar na ho, woh bhi agarchay maut ke baad abdi dunya mein dakhil hoga, magar is ke liye yeh abdi dunya hasraton aur mayusiyon ki dunya hogi, na ke khushiyon aur lazzaton ki dunya.</w:t>
      </w:r>
    </w:p>
    <w:p>
      <w:pPr>
        <w:jc w:val="right"/>
      </w:pPr>
      <w:r>
        <w:t>جو شخص اس قربانی کے لیے تیار نہ ہو، وہ بھی اگرچہ موت کے بعد ابدی دنیا میں داخل ہوگا، مگر اس کے لیے یہ ابدی دنیا حسرتوں اور مایوسیوں کی دنیا ہوگی، نہ کہ خوشیوں اور لذتوں کی دنیا۔</w:t>
      </w:r>
    </w:p>
    <w:p>
      <w:r>
        <w:rPr>
          <w:b/>
        </w:rPr>
        <w:t xml:space="preserve">[23:21] </w:t>
      </w:r>
      <w:r>
        <w:t>andhere ke baad ujala. kitab "bagh e jannat", safha number 13.</w:t>
      </w:r>
    </w:p>
    <w:p>
      <w:pPr>
        <w:jc w:val="right"/>
      </w:pPr>
      <w:r>
        <w:t>اندھیرے کے بعد اجالا۔ کتاب "باغِ جنت"، صفحہ نمبر 13۔</w:t>
      </w:r>
    </w:p>
    <w:p>
      <w:r>
        <w:rPr>
          <w:b/>
        </w:rPr>
        <w:t xml:space="preserve">[23:31] </w:t>
      </w:r>
      <w:r>
        <w:t>har raat ke baad subah aati hai. jo cheezen andhere mein chupi hui theen, woh din ki roshni mein logon ke samne aa jati hain.</w:t>
      </w:r>
    </w:p>
    <w:p>
      <w:pPr>
        <w:jc w:val="right"/>
      </w:pPr>
      <w:r>
        <w:t>ہر رات کے بعد صبح آتی ہے۔ جو چیزیں اندھیرے میں چھپی ہوئی تھیں، وہ دن کی روشنی میں لوگوں کے سامنے آ جاتی ہیں۔</w:t>
      </w:r>
    </w:p>
    <w:p>
      <w:r>
        <w:rPr>
          <w:b/>
        </w:rPr>
        <w:t xml:space="preserve">[23:40] </w:t>
      </w:r>
      <w:r>
        <w:t>yeh aaj ki aik misaal hai jo kal ke baray mein logon ko bata rahi hai. jab akhirat ka suraj talo hoga to woh tareeki ke un pardo ko phar de ga jo aaj logon ki asal haysiyat ko chupaye hue hain.</w:t>
      </w:r>
    </w:p>
    <w:p>
      <w:pPr>
        <w:jc w:val="right"/>
      </w:pPr>
      <w:r>
        <w:t>یہ آج کی ایک مثال ہے جو کل کے بارے میں لوگوں کو بتا رہی ہے۔ جب آخرت کا سورج طلوع ہوگا تو وہ تاریکی کے ان پردوں کو پھاڑ دے گا جو آج لوگوں کی اصل حیثیت کو چھپائے ہوئے ہیں۔</w:t>
      </w:r>
    </w:p>
    <w:p>
      <w:r>
        <w:rPr>
          <w:b/>
        </w:rPr>
        <w:t xml:space="preserve">[23:56] </w:t>
      </w:r>
      <w:r>
        <w:t>is waqt har aadmi apni asal soorat mein dikhai dene lage ga. is</w:t>
      </w:r>
    </w:p>
    <w:p>
      <w:pPr>
        <w:jc w:val="right"/>
      </w:pPr>
      <w:r>
        <w:t>اس وقت ہر آدمی اپنی اصل صورت میں دکھائی دینے لگے گا۔ اس</w:t>
      </w:r>
    </w:p>
    <w:p>
      <w:r>
        <w:rPr>
          <w:b/>
        </w:rPr>
        <w:t xml:space="preserve">[24:01] </w:t>
      </w:r>
      <w:r>
        <w:t>waqt saaf nazar aye ga ke kon shakhs andar se janwar tha aur bazahir insani soorat mein chal raha tha. kon shakhs nahq par tha, agarchay woh khoobsurat alfaaz bol kar apne ko haq parast sabit kiye hue tha.</w:t>
      </w:r>
    </w:p>
    <w:p>
      <w:pPr>
        <w:jc w:val="right"/>
      </w:pPr>
      <w:r>
        <w:t>وقت صاف نظر آئے گا کہ کون شخص اندر سے جانور تھا اور بظاہر انسانی صورت میں چل رہا تھا۔ کون شخص ناحق پر تھا، اگرچہ وہ خوبصورت الفاظ بول کر اپنے کو حق پرست ثابت کیے ہوئے تھا۔</w:t>
      </w:r>
    </w:p>
    <w:p>
      <w:r>
        <w:rPr>
          <w:b/>
        </w:rPr>
        <w:t xml:space="preserve">[24:17] </w:t>
      </w:r>
      <w:r>
        <w:t>kon shakhs Allah ke siwa doosron ki parastish mein mubtala tha, agarchay zaban se woh Allah ka naam lete hue nahi thakta tha.</w:t>
      </w:r>
    </w:p>
    <w:p>
      <w:pPr>
        <w:jc w:val="right"/>
      </w:pPr>
      <w:r>
        <w:t>کون شخص اللہ کے سوا دوسروں کی پرستش میں مبتلا تھا، اگرچہ زبان سے وہ اللہ کا نام لیتے ہوئے نہیں تھکتا تھا۔</w:t>
      </w:r>
    </w:p>
    <w:p>
      <w:r>
        <w:rPr>
          <w:b/>
        </w:rPr>
        <w:t xml:space="preserve">[24:27] </w:t>
      </w:r>
      <w:r>
        <w:t>is ke baad kuch aur ashkhass hon ge jin ki haqeeqat akhirat ke din khul kar samne aye gi. log dekhen ge ke aik shakhs jis ko unhon ne is ke mamooli halaat ki bana par ghair aham samajh liya tha, woh apne andar ahmiyat ka pahaar liye hue tha.</w:t>
      </w:r>
    </w:p>
    <w:p>
      <w:pPr>
        <w:jc w:val="right"/>
      </w:pPr>
      <w:r>
        <w:t>اس کے بعد کچھ اور اشخاص ہوں گے جن کی حقیقت آخرت کے دن کھل کر سامنے آئے گی۔ لوگ دیکھیں گے کہ ایک شخص جس کو انہوں نے اس کے معمولی حالات کی بنا پر غیر اہم سمجھ لیا تھا، وہ اپنے اندر اہمیت کا پہاڑ لیے ہوئے تھا۔</w:t>
      </w:r>
    </w:p>
    <w:p>
      <w:r>
        <w:rPr>
          <w:b/>
        </w:rPr>
        <w:t xml:space="preserve">[24:46] </w:t>
      </w:r>
      <w:r>
        <w:t>aik shakhs jis ko dunya ki par roonaq majlisوں mein izzat ki jagah nahi milti thi, woh farishton ki ziyada bazaoz majlisوں mein apne subah o sham guzar raha tha.</w:t>
      </w:r>
    </w:p>
    <w:p>
      <w:pPr>
        <w:jc w:val="right"/>
      </w:pPr>
      <w:r>
        <w:t>ایک شخص جس کو دنیا کی پررونق مجلسوں میں عزت کی جگہ نہیں ملتی تھی، وہ فرشتوں کی زیادہ باعزت مجالس میں اپنے صبح و شام گزار رہا تھا۔</w:t>
      </w:r>
    </w:p>
    <w:p>
      <w:r>
        <w:rPr>
          <w:b/>
        </w:rPr>
        <w:t xml:space="preserve">[24:58] </w:t>
      </w:r>
      <w:r>
        <w:t>aik shakhs jis ko waqt ke barhon ne apne nazdeek radd kar diya tha, wohi woh shakhs tha jis ko khuda ki taraf se maqbooliyat ki sand mili hui thi.</w:t>
      </w:r>
    </w:p>
    <w:p>
      <w:pPr>
        <w:jc w:val="right"/>
      </w:pPr>
      <w:r>
        <w:t>ایک شخص جس کو وقت کے بڑوں نے اپنے نزدیک رد کر دیا تھا، وہی وہ شخص تھا جس کو خدا کی طرف سے مقبولیت کی سند ملی ہوئی تھی۔</w:t>
      </w:r>
    </w:p>
    <w:p>
      <w:r>
        <w:rPr>
          <w:b/>
        </w:rPr>
        <w:t xml:space="preserve">[25:08] </w:t>
      </w:r>
      <w:r>
        <w:t>aik shakhs jis ko dunya ke log be deen qarar de kar haqarat ke khane mein dale hue the, us ka naam khuda ke yahan deen daron ki fehrist mein sab se oopar likha hua tha.</w:t>
      </w:r>
    </w:p>
    <w:p>
      <w:pPr>
        <w:jc w:val="right"/>
      </w:pPr>
      <w:r>
        <w:t>ایک شخص جس کو دنیا کے لوگ بے دین قرار دے کر حقارت کے خانے میں ڈالے ہوئے تھے، اس کا نام خدا کے یہاں دین داروں کی فہرست میں سب سے اوپر لکھا ہوا تھا۔</w:t>
      </w:r>
    </w:p>
    <w:p>
      <w:r>
        <w:rPr>
          <w:b/>
        </w:rPr>
        <w:t xml:space="preserve">[25:25] </w:t>
      </w:r>
      <w:r>
        <w:t>tariki khatam hogi. kitab "bagh e jannat", safha number 14.</w:t>
      </w:r>
    </w:p>
    <w:p>
      <w:pPr>
        <w:jc w:val="right"/>
      </w:pPr>
      <w:r>
        <w:t>تاریکی ختم ہوگی۔ کتاب "باغِ جنت"، صفحہ نمبر 14۔</w:t>
      </w:r>
    </w:p>
    <w:p>
      <w:r>
        <w:rPr>
          <w:b/>
        </w:rPr>
        <w:t xml:space="preserve">[25:34] </w:t>
      </w:r>
      <w:r>
        <w:t>kainat aik intehai ba maani kar khana hai.</w:t>
      </w:r>
    </w:p>
    <w:p>
      <w:pPr>
        <w:jc w:val="right"/>
      </w:pPr>
      <w:r>
        <w:t>کائنات ایک انتہائی بامعنی کارخانہ ہے۔</w:t>
      </w:r>
    </w:p>
    <w:p>
      <w:r>
        <w:rPr>
          <w:b/>
        </w:rPr>
        <w:t xml:space="preserve">[25:38] </w:t>
      </w:r>
      <w:r>
        <w:t>kainat kisi aisi cheez ko qabool nahi karti jo is ke mizaj ke khilaf ho, jo is ki takhleeqi scheme ke mutabiq na ho. magar kainat ke sab se zyada sar sabz aur qeemti hisse par insan zulm o fasaad jari kiye hue hai.</w:t>
      </w:r>
    </w:p>
    <w:p>
      <w:pPr>
        <w:jc w:val="right"/>
      </w:pPr>
      <w:r>
        <w:t>کائنات کسی ایسی چیز کو قبول نہیں کرتی جو اس کے مزاج کے خلاف ہو، جو اس کی تخلیقی اسکیم کے مطابق نہ ہو۔ مگر کائنات کے سب سے زیادہ سرسبز اور قیمتی حصے پر انسان ظلم و فساد جاری کیے ہوئے ہے۔</w:t>
      </w:r>
    </w:p>
    <w:p>
      <w:r>
        <w:rPr>
          <w:b/>
        </w:rPr>
        <w:t xml:space="preserve">[25:54] </w:t>
      </w:r>
      <w:r>
        <w:t>haq ke naam par haq ko qatal kiya ja raha hai, aur kainat apni tamam maanoiyat ke bawajood khamosh khadi hui hai. woh zameen par sab kuch hote hue dekhti hai, magar us ke bare mein apna koi bayan nahi deti.</w:t>
      </w:r>
    </w:p>
    <w:p>
      <w:pPr>
        <w:jc w:val="right"/>
      </w:pPr>
      <w:r>
        <w:t>حق کے نام پر حق کو قتل کیا جا رہا ہے، اور کائنات اپنی تمام معنویت کے باوجود خاموش کھڑی ہوئی ہے۔ وہ زمین پر سب کچھ ہوتے ہوئے دیکھتی ہے، مگر اس کے بارے میں اپنا کوئی بیان نہیں دیتی۔</w:t>
      </w:r>
    </w:p>
    <w:p>
      <w:r>
        <w:rPr>
          <w:b/>
        </w:rPr>
        <w:t xml:space="preserve">[26:08] </w:t>
      </w:r>
      <w:r>
        <w:t>woh sach ko sach nahi kehti aur jhoot ke jhoot hone ka ailan nahi karti. kya kainat ke andar tazad hai?</w:t>
      </w:r>
    </w:p>
    <w:p>
      <w:pPr>
        <w:jc w:val="right"/>
      </w:pPr>
      <w:r>
        <w:t>وہ سچ کو سچ نہیں کہتی اور جھوٹ کے جھوٹ ہونے کا اعلان نہیں کرتی۔ کیا کائنات کے اندر تضاد ہے؟</w:t>
      </w:r>
    </w:p>
    <w:p>
      <w:r>
        <w:rPr>
          <w:b/>
        </w:rPr>
        <w:t xml:space="preserve">[26:17] </w:t>
      </w:r>
      <w:r>
        <w:t>kya yeh aik goongi kainat hai jis kainat ke paas sareele naghmay bikherne wali chidyan hon? kya is ke paas haq ka ailan karne wali zuban nahi?</w:t>
      </w:r>
    </w:p>
    <w:p>
      <w:pPr>
        <w:jc w:val="right"/>
      </w:pPr>
      <w:r>
        <w:t>کیا یہ ایک گونگی کائنات ہے جس کائنات کے پاس سریلے نغمے بکھیرنے والی چڑیاں ہوں؟ کیا اس کے پاس حق کا اعلان کرنے والی زبان نہیں؟</w:t>
      </w:r>
    </w:p>
    <w:p>
      <w:r>
        <w:rPr>
          <w:b/>
        </w:rPr>
        <w:t xml:space="preserve">[26:29] </w:t>
      </w:r>
      <w:r>
        <w:t>jawab yeh hai ke yaqeenan hai, magar khuda ne is ko qayamat tak khamosh rehne ka hukum de rakha hai.</w:t>
      </w:r>
    </w:p>
    <w:p>
      <w:pPr>
        <w:jc w:val="right"/>
      </w:pPr>
      <w:r>
        <w:t>جواب یہ ہے کہ یقینا ہے، مگر خدا نے اس کو قیامت تک خاموش رہنے کا حکم دے رکھا ہے۔</w:t>
      </w:r>
    </w:p>
    <w:p>
      <w:r>
        <w:rPr>
          <w:b/>
        </w:rPr>
        <w:t xml:space="preserve">[26:37] </w:t>
      </w:r>
      <w:r>
        <w:t>jaise hi sur phoonka jayega, tamam zubanon ki mohrein toot jayengi. is waqt sari kainat aik azeem record ban jayegi, aur phir khuda ke gawah ki hesiyat se woh sab kuch batayegi jo haq aur adl ke mutabiq ise batana chahiye.</w:t>
      </w:r>
    </w:p>
    <w:p>
      <w:pPr>
        <w:jc w:val="right"/>
      </w:pPr>
      <w:r>
        <w:t>جیسے ہی سور پھونکا جائے گا، تمام زبانوں کی مہریں ٹوٹ جائیں گی۔ اس وقت ساری کائنات ایک عظیم ریکارڈ بن جائے گی، اور پھر خدا کے گواہ کی حیثیت سے وہ سب کچھ بتائے گی جو حق اور عدل کے مطابق اسے بتانا چاہیے۔</w:t>
      </w:r>
    </w:p>
    <w:p>
      <w:r>
        <w:rPr>
          <w:b/>
        </w:rPr>
        <w:t xml:space="preserve">[26:54] </w:t>
      </w:r>
      <w:r>
        <w:t>is waqt logon ko maloom hoga ke jis kainat ke paas raat ko din banane wala suraj maujood tha, us ke paas yeh bhi intezam tha ke tariki mein chhupe hue aamal ko ujale mein la sake.</w:t>
      </w:r>
    </w:p>
    <w:p>
      <w:pPr>
        <w:jc w:val="right"/>
      </w:pPr>
      <w:r>
        <w:t>اس وقت لوگوں کو معلوم ہوگا کہ جس کائنات کے پاس رات کو دن بنانے والا سورج موجود تھا، اس کے پاس یہ بھی انتظام تھا کہ تاریکی میں چھپے ہوئے اعمال کو اجالے میں لا سکے۔</w:t>
      </w:r>
    </w:p>
    <w:p>
      <w:r>
        <w:rPr>
          <w:b/>
        </w:rPr>
        <w:t xml:space="preserve">[27:08] </w:t>
      </w:r>
      <w:r>
        <w:t>is din khuda ke sarkash bande apni sarkashi ki abadi saza bhugatne ke liye jahannum ki aag mein daal diye jayenge, aur khuda ke nek bande khuda ki rehmaton ke saaye mein jannat mein dakhil kiye jayenge, jahan woh izzat aur aaram ki abadi zindagi ka lutf uthate rahenge.</w:t>
      </w:r>
    </w:p>
    <w:p>
      <w:pPr>
        <w:jc w:val="right"/>
      </w:pPr>
      <w:r>
        <w:t>اس دن خدا کے سرکش بندے اپنی سرکشی کی ابدی سزا بھگتنے کے لیے جہنم کی آگ میں ڈال دیے جائیں گے، اور خدا کے نیک بندے خدا کی رحمتوں کے سائے میں جنت میں داخل کیے جائیں گے، جہاں وہ عزت اور آرام کی ابدی زندگی کا لطف اٹھاتے رہیں گے۔</w:t>
      </w:r>
    </w:p>
    <w:p>
      <w:r>
        <w:rPr>
          <w:b/>
        </w:rPr>
        <w:t xml:space="preserve">[27:30] </w:t>
      </w:r>
      <w:r>
        <w:t>tamannao ki dunya. kitab "bagh e jannat", safha number 15.</w:t>
      </w:r>
    </w:p>
    <w:p>
      <w:pPr>
        <w:jc w:val="right"/>
      </w:pPr>
      <w:r>
        <w:t>تمناؤں کی دنیا۔ کتاب "باغِ جنت"، صفحہ نمبر 15۔</w:t>
      </w:r>
    </w:p>
    <w:p>
      <w:r>
        <w:rPr>
          <w:b/>
        </w:rPr>
        <w:t xml:space="preserve">[27:40] </w:t>
      </w:r>
      <w:r>
        <w:t>khuda ne insan ko aik aisi makhlooq ki hesiyat se paida kiya jis ke andar bohat si khwahishen aur lazzaten chhipi hui hain. dunya mein in khwahishon aur lazzaton ki takmeel ka saman bhi maujood hai,</w:t>
      </w:r>
    </w:p>
    <w:p>
      <w:pPr>
        <w:jc w:val="right"/>
      </w:pPr>
      <w:r>
        <w:t>خدا نے انسان کو ایک ایسی مخلوق کی حیثیت سے پیدا کیا جس کے اندر بہت سی خواہشیں اور لذتیں چھپی ہوئی ہیں۔ دنیا میں ان خواہشوں اور لذتوں کی تکمیل کا سامان بھی موجود ہے،</w:t>
      </w:r>
    </w:p>
    <w:p>
      <w:r>
        <w:rPr>
          <w:b/>
        </w:rPr>
        <w:t xml:space="preserve">[27:54] </w:t>
      </w:r>
      <w:r>
        <w:t>magar insan jab unhein poora karna chahta hai to us ko maloom hota hai ke woh unhein poora nahi kar sakta.</w:t>
      </w:r>
    </w:p>
    <w:p>
      <w:pPr>
        <w:jc w:val="right"/>
      </w:pPr>
      <w:r>
        <w:t>مگر انسان جب انہیں پورا کرنا چاہتا ہے تو اس کو معلوم ہوتا ہے کہ وہ انہیں پورا نہیں کر سکتا۔</w:t>
      </w:r>
    </w:p>
    <w:p>
      <w:r>
        <w:rPr>
          <w:b/>
        </w:rPr>
        <w:t xml:space="preserve">[28:02] </w:t>
      </w:r>
      <w:r>
        <w:t>kahin insan ki umar is ki khwahishon aur lazzaton ki raah mein haail ho jati hai, aur kahin is ki mehdoodiyat, kahin is ki koi kamzori rukawat ban jati hai, aur kahin koi nakhushgawar ittifaq.</w:t>
      </w:r>
    </w:p>
    <w:p>
      <w:pPr>
        <w:jc w:val="right"/>
      </w:pPr>
      <w:r>
        <w:t>کہیں انسان کی عمر اس کی خواہشوں اور لذتوں کی راہ میں حائل ہو جاتی ہے، اور کہیں اس کی محدودیت، کہیں اس کی کوئی کمزوری رکاوٹ بن جاتی ہے، اور کہیں کوئی ناخوشگوار اتفاق۔</w:t>
      </w:r>
    </w:p>
    <w:p>
      <w:r>
        <w:rPr>
          <w:b/>
        </w:rPr>
        <w:t xml:space="preserve">[28:17] </w:t>
      </w:r>
      <w:r>
        <w:t>kya insan ka muqaddar sirf yeh hai ke woh tarah tarah ki khwahishen le kar dunya mein aaye, aur phir yeh hasrat le kar dunya se chala jaye ke woh apni khwahishon ko haasil na kar saka?</w:t>
      </w:r>
    </w:p>
    <w:p>
      <w:pPr>
        <w:jc w:val="right"/>
      </w:pPr>
      <w:r>
        <w:t>کیا انسان کا مقدر صرف یہ ہے کہ وہ طرح طرح کی خواہشیں لے کر دنیا میں آئے، اور پھر یہ حسرت لے کر دنیا سے چلا جائے کہ وہ اپنی خواہشوں کو حاصل نہ کر سکا؟</w:t>
      </w:r>
    </w:p>
    <w:p>
      <w:r>
        <w:rPr>
          <w:b/>
        </w:rPr>
        <w:t xml:space="preserve">[28:31] </w:t>
      </w:r>
      <w:r>
        <w:t>nahi, balke khuda ne jannat ki soorat mein is ki khwahishon aur lazzaton ki takmeel ka abadi saman mehya kar rakha hai. maut ke baad aadmi aik aur zyada kamil zindagi pa leta hai.</w:t>
      </w:r>
    </w:p>
    <w:p>
      <w:pPr>
        <w:jc w:val="right"/>
      </w:pPr>
      <w:r>
        <w:t>نہیں، بلکہ خدا نے جنت کی صورت میں اس کی خواہشوں اور لذتوں کی تکمیل کا ابدی سامان مہیا کر رکھا ہے۔ موت کے بعد آدمی ایک اور زیادہ کامل زندگی پا لیتا ہے۔</w:t>
      </w:r>
    </w:p>
    <w:p>
      <w:r>
        <w:rPr>
          <w:b/>
        </w:rPr>
        <w:t xml:space="preserve">[28:45] </w:t>
      </w:r>
      <w:r>
        <w:t>woh aik aisi dunya mein dobara aankh kholta hai jo har qism ki kamiyon se paak hai.</w:t>
      </w:r>
    </w:p>
    <w:p>
      <w:pPr>
        <w:jc w:val="right"/>
      </w:pPr>
      <w:r>
        <w:t>وہ ایک ایسی دنیا میں دوبارہ آنکھ کھولتا ہے جو ہر قسم کی کمیوں سے پاک ہے۔</w:t>
      </w:r>
    </w:p>
    <w:p>
      <w:r>
        <w:rPr>
          <w:b/>
        </w:rPr>
        <w:t xml:space="preserve">[28:52] </w:t>
      </w:r>
      <w:r>
        <w:t>yahan woh sab kuch be hisab miqdar mein maujood hai jis ko insan ne maujooda dunya mein chaha, magar woh un ko apne liye haasil na kar saka.</w:t>
      </w:r>
    </w:p>
    <w:p>
      <w:pPr>
        <w:jc w:val="right"/>
      </w:pPr>
      <w:r>
        <w:t>یہاں وہ سب کچھ بے حساب مقدار میں موجود ہے جس کو انسان نے موجودہ دنیا میں چاہا، مگر وہ ان کو اپنے لیے حاصل نہ کر سکا۔</w:t>
      </w:r>
    </w:p>
    <w:p>
      <w:r>
        <w:rPr>
          <w:b/>
        </w:rPr>
        <w:t xml:space="preserve">[29:02] </w:t>
      </w:r>
      <w:r>
        <w:t>maut ke baad ki yeh jannat un khush naseeb logon ke liye hai jo maut se pehle jannati amal ka saboot dein, jo apne oonche kirdaar se is ka istehqaaq sabit karein.</w:t>
      </w:r>
    </w:p>
    <w:p>
      <w:pPr>
        <w:jc w:val="right"/>
      </w:pPr>
      <w:r>
        <w:t>موت کے بعد کی یہ جنت ان خوش نصیب لوگوں کے لیے ہے جو موت سے پہلے جنتی عمل کا ثبوت دیں، جو اپنے اونچے کردار سے اس کا استحقاق ثابت کریں۔</w:t>
      </w:r>
    </w:p>
    <w:p>
      <w:r>
        <w:rPr>
          <w:b/>
        </w:rPr>
        <w:t xml:space="preserve">[29:15] </w:t>
      </w:r>
      <w:r>
        <w:t>tamannao ki zindagi jis ko aadmi maujooda dunya mein na pa saka, us ko woh akhirat ki dunya mein payega, magar yeh zindagi usi ko milegi jo maujooda dunya mein is ki qeemat ada kar chuka ho.</w:t>
      </w:r>
    </w:p>
    <w:p>
      <w:pPr>
        <w:jc w:val="right"/>
      </w:pPr>
      <w:r>
        <w:t>تمناؤں کی زندگی جس کو آدمی موجودہ دنیا میں نہ پا سکا، اس کو وہ آخرت کی دنیا میں پائے گا، مگر یہ زندگی اسی کو ملے گی جو موجودہ دنیا میں اس کی قیمت ادا کر چکا ہو۔</w:t>
      </w:r>
    </w:p>
    <w:p>
      <w:r>
        <w:rPr>
          <w:b/>
        </w:rPr>
        <w:t xml:space="preserve">[29:33] </w:t>
      </w:r>
      <w:r>
        <w:t>khone wala pata hai. kitab "bagh e jannat", safha number 16.</w:t>
      </w:r>
    </w:p>
    <w:p>
      <w:pPr>
        <w:jc w:val="right"/>
      </w:pPr>
      <w:r>
        <w:t>کھونے والا پاتا ہے۔ کتاب "باغِ جنت"، صفحہ نمبر 16۔</w:t>
      </w:r>
    </w:p>
    <w:p>
      <w:r>
        <w:rPr>
          <w:b/>
        </w:rPr>
        <w:t xml:space="preserve">[29:42] </w:t>
      </w:r>
      <w:r>
        <w:t>khushiyon se bhari hui zindagi insan ka sab se bara khwab hai. har aadmi is tamanna ko le kar paida hota hai, magar har aadmi is tamanna ko poora kiye baghair mar jata hai.</w:t>
      </w:r>
    </w:p>
    <w:p>
      <w:pPr>
        <w:jc w:val="right"/>
      </w:pPr>
      <w:r>
        <w:t>خوشیوں سے بھری ہوئی زندگی انسان کا سب سے بڑا خواب ہے۔ ہر آدمی اس تمنا کو لے کر پیدا ہوتا ہے، مگر ہر آدمی اس تمنا کو پورا کیے بغیر مر جاتا ہے۔</w:t>
      </w:r>
    </w:p>
    <w:p>
      <w:r>
        <w:rPr>
          <w:b/>
        </w:rPr>
        <w:t xml:space="preserve">[29:56] </w:t>
      </w:r>
      <w:r>
        <w:t>is nakami ki wajah yeh hai ke tamam log apne khwab ki taabeer isi maujooda dunya mein chahte hain, magar maujooda dunya is aarzoo ki takmeel ke liye kafi nahi.</w:t>
      </w:r>
    </w:p>
    <w:p>
      <w:pPr>
        <w:jc w:val="right"/>
      </w:pPr>
      <w:r>
        <w:t>اس ناکامی کی وجہ یہ ہے کہ تمام لوگ اپنے خواب کی تعبیر اسی موجودہ دنیا میں چاہتے ہیں، مگر موجودہ دنیا اس آرزو کی تکمیل کے لیے کافی نہیں۔</w:t>
      </w:r>
    </w:p>
    <w:p>
      <w:r>
        <w:rPr>
          <w:b/>
        </w:rPr>
        <w:t xml:space="preserve">[30:08] </w:t>
      </w:r>
      <w:r>
        <w:t>hum apni zindagi ko kamyab banane ki taraf abhi safar kar rahe hote hain ke hum ko maut aa jati hai. hum mashini taraqqiyan wajood mein late hain, magar naye naye masail paida ho kar sari taraqqi ko be maani bana dete hain.</w:t>
      </w:r>
    </w:p>
    <w:p>
      <w:pPr>
        <w:jc w:val="right"/>
      </w:pPr>
      <w:r>
        <w:t>ہم اپنی زندگی کو کامیاب بنانے کی طرف ابھی سفر کر رہے ہوتے ہیں کہ ہم کو موت آ جاتی ہے۔ ہم مشینی ترقیاں وجود میں لاتے ہیں، مگر نئے نئے مسائل پیدا ہو کر ساری ترقی کو بے معنی بنا دیتے ہیں۔</w:t>
      </w:r>
    </w:p>
    <w:p>
      <w:r>
        <w:rPr>
          <w:b/>
        </w:rPr>
        <w:t xml:space="preserve">[30:23] </w:t>
      </w:r>
      <w:r>
        <w:t>hum apni pasand ke mutabiq apna aik ghar banate hain, magar doosre insanon ka bughz, hasad, ghamand, zulm aur intiqam zahir ho kar hum ko uljha dete hain, aur hum apne aashiyane ko khud apni aankhon se bikhrata hua dekh kar is dunya se chale jate hain.</w:t>
      </w:r>
    </w:p>
    <w:p>
      <w:pPr>
        <w:jc w:val="right"/>
      </w:pPr>
      <w:r>
        <w:t>ہم اپنی پسند کے مطابق اپنا ایک گھر بناتے ہیں، مگر دوسرے انسانوں کا بغض، حسد، گھمنڈ، ظلم اور انتقام ظاہر ہو کر ہم کو الجھا دیتے ہیں، اور ہم اپنے آشیانے کو خود اپنی آنکھوں سے بکھرتا ہوا دیکھ کر اس دنیا سے چلے جاتے ہیں۔</w:t>
      </w:r>
    </w:p>
    <w:p>
      <w:r>
        <w:rPr>
          <w:b/>
        </w:rPr>
        <w:t xml:space="preserve">[30:43] </w:t>
      </w:r>
      <w:r>
        <w:t>aadmi ki tamannayen baja hain, magar un ke pura hone ki jagah maut ke baad aane wali dunya hai, na ke maut se pehle ki dunya.</w:t>
      </w:r>
    </w:p>
    <w:p>
      <w:pPr>
        <w:jc w:val="right"/>
      </w:pPr>
      <w:r>
        <w:t>آدمی کی تمنائیں بجا ہیں، مگر ان کے پورا ہونے کی جگہ موت کے بعد آنے والی دنیا ہے، نہ کہ موت سے پہلے کی دنیا۔</w:t>
      </w:r>
    </w:p>
    <w:p>
      <w:r>
        <w:rPr>
          <w:b/>
        </w:rPr>
        <w:t xml:space="preserve">[30:53] </w:t>
      </w:r>
      <w:r>
        <w:t>yahi woh aqeedah hai jo hamari maujudah zindagi ko ba-mani banata hai. is ke baad maujudah dunya jad-o-jehad ki dunya ban jati hai, aur agli dunya jad-o-jehad ka inaam paane ki dunya.</w:t>
      </w:r>
    </w:p>
    <w:p>
      <w:pPr>
        <w:jc w:val="right"/>
      </w:pPr>
      <w:r>
        <w:t>یہی وہ عقیدہ ہے جو ہماری موجودہ زندگی کو بامعنی بناتا ہے۔ اس کے بعد موجودہ دنیا جدوجہد کی دنیا بن جاتی ہے، اور اگلی دنیا جدوجہد کا انعام پانے کی دنیا۔</w:t>
      </w:r>
    </w:p>
    <w:p>
      <w:r>
        <w:rPr>
          <w:b/>
        </w:rPr>
        <w:t xml:space="preserve">[31:07] </w:t>
      </w:r>
      <w:r>
        <w:t>maujudah dunya ko manzil samajhne ki soorat mein aadmi mayusi ke siwa aur kahin nahi pahunchta, jabke akhirat ki dunya ko manzil samajhne ka aqeedah is ke samne abadi sukoon ka darwaza khol deta hai.</w:t>
      </w:r>
    </w:p>
    <w:p>
      <w:pPr>
        <w:jc w:val="right"/>
      </w:pPr>
      <w:r>
        <w:t>موجودہ دنیا کو منزل سمجھنے کی صورت میں آدمی مایوسی کے سوا اور کہیں نہیں پہنچتا، جبکہ آخرت کی دنیا کو منزل سمجھنے کا عقیدہ اس کے سامنے ابدی سکون کا دروازہ کھول دیتا ہے۔</w:t>
      </w:r>
    </w:p>
    <w:p>
      <w:r>
        <w:rPr>
          <w:b/>
        </w:rPr>
        <w:t xml:space="preserve">[31:22] </w:t>
      </w:r>
      <w:r>
        <w:t>aik aisi dunya jahan khone ke siwa aur kuch na ho, wahan wahi nazariya sahi ho sakta hai jo khone mein paane ka raaz batata ho.</w:t>
      </w:r>
    </w:p>
    <w:p>
      <w:pPr>
        <w:jc w:val="right"/>
      </w:pPr>
      <w:r>
        <w:t>ایک ایسی دنیا جہاں کھونے کے سوا اور کچھ نہ ہو، وہاں وہی نظریہ صحیح ہو سکتا ہے جو کھونے میں پانے کا راز بتاتا ہو۔</w:t>
      </w:r>
    </w:p>
    <w:p>
      <w:r>
        <w:rPr>
          <w:b/>
        </w:rPr>
        <w:t xml:space="preserve">[31:35] </w:t>
      </w:r>
      <w:r>
        <w:t>hadse se bachiye. kitab "bagh-e-jannat", safha number 17.</w:t>
      </w:r>
    </w:p>
    <w:p>
      <w:pPr>
        <w:jc w:val="right"/>
      </w:pPr>
      <w:r>
        <w:t>حادثے سے بچیے۔ کتاب "باغِ جنت"، صفحہ نمبر 17۔</w:t>
      </w:r>
    </w:p>
    <w:p>
      <w:r>
        <w:rPr>
          <w:b/>
        </w:rPr>
        <w:t xml:space="preserve">[31:45] </w:t>
      </w:r>
      <w:r>
        <w:t>aadmi beshumar koshishon ke baad aik qabil-e-aetmad maashi zindagi hasil karta hai.</w:t>
      </w:r>
    </w:p>
    <w:p>
      <w:pPr>
        <w:jc w:val="right"/>
      </w:pPr>
      <w:r>
        <w:t>آدمی بے شمار کوششوں کے بعد ایک قابل اعتماد معاشی زندگی حاصل کرتا ہے۔</w:t>
      </w:r>
    </w:p>
    <w:p>
      <w:r>
        <w:rPr>
          <w:b/>
        </w:rPr>
        <w:t xml:space="preserve">[31:52] </w:t>
      </w:r>
      <w:r>
        <w:t>woh apne hauslon ko aik dil pasand makan ki soorat mein bana kar khush hota hai. woh apne liye kamiyabi aur taraqqi ka minar khara karta hai, magar ain us waqt us ki maut aa jati hai.</w:t>
      </w:r>
    </w:p>
    <w:p>
      <w:pPr>
        <w:jc w:val="right"/>
      </w:pPr>
      <w:r>
        <w:t>وہ اپنے حوصلوں کو ایک دل پسند مکان کی صورت میں بنا کر خوش ہوتا ہے۔ وہ اپنے لیے کامیابی اور ترقی کا مینار کھڑا کرتا ہے، مگر عین اس وقت اس کی موت آ جاتی ہے۔</w:t>
      </w:r>
    </w:p>
    <w:p>
      <w:r>
        <w:rPr>
          <w:b/>
        </w:rPr>
        <w:t xml:space="preserve">[32:06] </w:t>
      </w:r>
      <w:r>
        <w:t>woh apne ghar ko sona chhod kar qabr mein let jata hai. is ka chikna jism mitti aur keede ki nazar ho jata hai.</w:t>
      </w:r>
    </w:p>
    <w:p>
      <w:pPr>
        <w:jc w:val="right"/>
      </w:pPr>
      <w:r>
        <w:t>وہ اپنے گھر کو سونا چھوڑ کر قبر میں لیٹ جاتا ہے۔ اس کا چکنا جسم مٹی اور کیڑے کی نظر ہو جاتا ہے۔</w:t>
      </w:r>
    </w:p>
    <w:p>
      <w:r>
        <w:rPr>
          <w:b/>
        </w:rPr>
        <w:t xml:space="preserve">[32:15] </w:t>
      </w:r>
      <w:r>
        <w:t>is ki koshishon ka hasil is se is tarah juda ho jata hai jaise aadmi aur is ke darmiyan kabhi koi talluq hi na tha. kothi ka khwab dekhne wala majboor kar diya jata hai ke woh qabr mein dakhil ho.</w:t>
      </w:r>
    </w:p>
    <w:p>
      <w:pPr>
        <w:jc w:val="right"/>
      </w:pPr>
      <w:r>
        <w:t>اس کی کوششوں کا حاصل اس سے اس طرح جدا ہو جاتا ہے جیسے آدمی اور اس کے درمیان کبھی کوئی تعلق ہی نہ تھا۔ کوٹھی کا خواب دیکھنے والا مجبور کر دیا جاتا ہے کہ وہ قبر میں داخل ہو۔</w:t>
      </w:r>
    </w:p>
    <w:p>
      <w:r>
        <w:rPr>
          <w:b/>
        </w:rPr>
        <w:t xml:space="preserve">[32:30] </w:t>
      </w:r>
      <w:r>
        <w:t>woh qabr ke rastay se guzar kar hashar ke maidan mein pahunch jaye. yeh doosri dunya is ki aarzuon ki dunya se bilkul mukhtalif hoti hai.</w:t>
      </w:r>
    </w:p>
    <w:p>
      <w:pPr>
        <w:jc w:val="right"/>
      </w:pPr>
      <w:r>
        <w:t>وہ قبر کے راستے سے گزر کر حشر کے میدان میں پہنچ جائے۔ یہ دوسری دنیا اس کی آرزوؤں کی دنیا سے بالکل مختلف ہوتی ہے۔</w:t>
      </w:r>
    </w:p>
    <w:p>
      <w:r>
        <w:rPr>
          <w:b/>
        </w:rPr>
        <w:t xml:space="preserve">[32:39] </w:t>
      </w:r>
      <w:r>
        <w:t>yahan woh itna muflis hota hai ke us ke paas kapda bhi nahi hota jis se woh apne jism ko chhupaye. us ki sari kamai us se juda ho jati hai.</w:t>
      </w:r>
    </w:p>
    <w:p>
      <w:pPr>
        <w:jc w:val="right"/>
      </w:pPr>
      <w:r>
        <w:t>یہاں وہ اتنا مفلص ہوتا ہے کہ اس کے پاس کپڑا بھی نہیں ہوتا جس سے وہ اپنے جسم کو چھپائے۔ اس کی ساری کمائی اس سے جدا ہو جاتی ہے۔</w:t>
      </w:r>
    </w:p>
    <w:p>
      <w:r>
        <w:rPr>
          <w:b/>
        </w:rPr>
        <w:t xml:space="preserve">[32:51] </w:t>
      </w:r>
      <w:r>
        <w:t>us ke saathi is se bichhad jate hain. us ka zor is se rokhsat ho jata hai. un cheezon mein se koi cheez wahan is ka saath dene ke liye maujud nahi hoti jin ke bal par woh dunya mein ghamand kar raha tha.</w:t>
      </w:r>
    </w:p>
    <w:p>
      <w:pPr>
        <w:jc w:val="right"/>
      </w:pPr>
      <w:r>
        <w:t>اس کے ساتھی اس سے بچھڑ جاتے ہیں۔ اس کا زور اس سے رخصت ہو جاتا ہے۔ ان چیزوں میں سے کوئی چیز وہاں اس کا ساتھ دینے کے لیے موجود نہیں ہوتی جن کے بل پر وہ دنیا میں گھمنڈ کر رہا تھا۔</w:t>
      </w:r>
    </w:p>
    <w:p>
      <w:r>
        <w:rPr>
          <w:b/>
        </w:rPr>
        <w:t xml:space="preserve">[33:05] </w:t>
      </w:r>
      <w:r>
        <w:t>aah! woh safar bhi kaisa ajeeb hai jo ain manzil ke qareeb pahunch kar hadse ka shikar ho jaye. woh musafir bhi kaisa ajeeb musafir hai jo yeh samajh kar aage badh raha ho ke woh manzil ki taraf ja raha hai,</w:t>
      </w:r>
    </w:p>
    <w:p>
      <w:pPr>
        <w:jc w:val="right"/>
      </w:pPr>
      <w:r>
        <w:t>آہ! وہ سفر بھی کیسا عجیب ہے جو عین منزل کے قریب پہنچ کر حادثے کا شکار ہو جائے۔ وہ مسافر بھی کیسا عجیب مسافر ہے جو یہ سمجھ کر آگے بڑھ رہا ہو کہ وہ منزل کی طرف جا رہا ہے،</w:t>
      </w:r>
    </w:p>
    <w:p>
      <w:r>
        <w:rPr>
          <w:b/>
        </w:rPr>
        <w:t xml:space="preserve">[33:20] </w:t>
      </w:r>
      <w:r>
        <w:t>magar jab manzil aaye to us ko maloom ho ke woh sirf bhatak raha tha. woh ulti simt mein apni bhaag daud jari kiye hue tha, na ke sahi simt mein.</w:t>
      </w:r>
    </w:p>
    <w:p>
      <w:pPr>
        <w:jc w:val="right"/>
      </w:pPr>
      <w:r>
        <w:t>مگر جب منزل آئے تو اس کو معلوم ہو کہ وہ صرف بھٹک رہا تھا۔ وہ الٹی سمت میں اپنی بھاگ دوڑ جاری کیے ہوئے تھا، نہ کہ صحیح سمت میں۔</w:t>
      </w:r>
    </w:p>
    <w:p>
      <w:r>
        <w:rPr>
          <w:b/>
        </w:rPr>
        <w:t xml:space="preserve">[33:35] </w:t>
      </w:r>
      <w:r>
        <w:t>afaqi deen. kitab "bagh-e-jannat", safha number 18.</w:t>
      </w:r>
    </w:p>
    <w:p>
      <w:pPr>
        <w:jc w:val="right"/>
      </w:pPr>
      <w:r>
        <w:t>افاقی دین۔ کتاب "باغِ جنت"، صفحہ نمبر 18۔</w:t>
      </w:r>
    </w:p>
    <w:p>
      <w:r>
        <w:rPr>
          <w:b/>
        </w:rPr>
        <w:t xml:space="preserve">[33:45] </w:t>
      </w:r>
      <w:r>
        <w:t>kainat ka deen Allah ki itaat hai. yahan ki har cheez Allah ke muqarrar kiye hue zabte par chal rahi hai. darakht oopar khada hota hai, magar woh apna saya neeche zameen par bichha deta hai.</w:t>
      </w:r>
    </w:p>
    <w:p>
      <w:pPr>
        <w:jc w:val="right"/>
      </w:pPr>
      <w:r>
        <w:t>کائنات کا دین اللہ کی اطاعت ہے۔ یہاں کی ہر چیز اللہ کے مقرر کیے ہوئے ضابطے پر چل رہی ہے۔ درخت اوپر کھڑا ہوتا ہے، مگر وہ اپنا سایہ نیچے زمین پر بچھا دیتا ہے۔</w:t>
      </w:r>
    </w:p>
    <w:p>
      <w:r>
        <w:rPr>
          <w:b/>
        </w:rPr>
        <w:t xml:space="preserve">[34:00] </w:t>
      </w:r>
      <w:r>
        <w:t>hawayen chalti hain, magar woh kisi se takrao nahi karti.</w:t>
      </w:r>
    </w:p>
    <w:p>
      <w:pPr>
        <w:jc w:val="right"/>
      </w:pPr>
      <w:r>
        <w:t>ہوائیں چلتی ہیں، مگر وہ کسی سے ٹکراؤ نہیں کرتی۔</w:t>
      </w:r>
    </w:p>
    <w:p>
      <w:r>
        <w:rPr>
          <w:b/>
        </w:rPr>
        <w:t xml:space="preserve">[34:05] </w:t>
      </w:r>
      <w:r>
        <w:t>sooraj apni roshni bikherata hai, magar woh chhote bade mein koi farq nahi karta. badal barish barsate hain, magar woh apne aur ghair mein tameez nahi karte.</w:t>
      </w:r>
    </w:p>
    <w:p>
      <w:pPr>
        <w:jc w:val="right"/>
      </w:pPr>
      <w:r>
        <w:t>سورج اپنی روشنی بکھیرتا ہے، مگر وہ چھوٹے بڑے میں کوئی فرق نہیں کرتا۔ بادل بارش برساتے ہیں، مگر وہ اپنے اور غیر میں تمیز نہیں کرتے۔</w:t>
      </w:r>
    </w:p>
    <w:p>
      <w:r>
        <w:rPr>
          <w:b/>
        </w:rPr>
        <w:t xml:space="preserve">[34:16] </w:t>
      </w:r>
      <w:r>
        <w:t>chidiya aur cheentiyan apne apne rizq ki talash mein masroof hoti hain, magar woh aik doosre ka hissa nahi chheent'en. yeh kainat ke liye Khuda ka deen hai,</w:t>
      </w:r>
    </w:p>
    <w:p>
      <w:pPr>
        <w:jc w:val="right"/>
      </w:pPr>
      <w:r>
        <w:t>چڑیاں اور چیونٹیاں اپنے اپنے رزق کی تلاش میں مصروف ہوتی ہیں، مگر وہ ایک دوسرے کا حصہ نہیں چھینتیں۔ یہ کائنات کے لیے خدا کا دین ہے،</w:t>
      </w:r>
    </w:p>
    <w:p>
      <w:r>
        <w:rPr>
          <w:b/>
        </w:rPr>
        <w:t xml:space="preserve">[34:30] </w:t>
      </w:r>
      <w:r>
        <w:t>aur isi deen par insaan ko bhi rehna hai.</w:t>
      </w:r>
    </w:p>
    <w:p>
      <w:pPr>
        <w:jc w:val="right"/>
      </w:pPr>
      <w:r>
        <w:t>اور اسی دین پر انسان کو بھی رہنا ہے۔</w:t>
      </w:r>
    </w:p>
    <w:p>
      <w:r>
        <w:rPr>
          <w:b/>
        </w:rPr>
        <w:t xml:space="preserve">[34:33] </w:t>
      </w:r>
      <w:r>
        <w:t>Allah ke mehboob bande woh hain jo dunya mein darakht ke saaye ki tarah mutawazin ban kar rahen, jo doosron ke darmiyan se is tarah guzren jaise hawa ke lateef jhonke logon ke beech se guzar jate hain,</w:t>
      </w:r>
    </w:p>
    <w:p>
      <w:pPr>
        <w:jc w:val="right"/>
      </w:pPr>
      <w:r>
        <w:t>اللہ کے محبوب بندے وہ ہیں جو دنیا میں درخت کے سائے کی طرح متوازن بن کر رہیں، جو دوسروں کے درمیان سے اس طرح گزریں جیسے ہوا کے لطیف جھونکے لوگوں کے بیچ سے گزر جاتے ہیں،</w:t>
      </w:r>
    </w:p>
    <w:p>
      <w:r>
        <w:rPr>
          <w:b/>
        </w:rPr>
        <w:t xml:space="preserve">[34:48] </w:t>
      </w:r>
      <w:r>
        <w:t>jin ka faiz aur jin ki meharbaniyan barish ki tarah har ek ke liye aam hon, jo darya ke pani ki tarah doosron ke liye sairabi ban jayen,</w:t>
      </w:r>
    </w:p>
    <w:p>
      <w:pPr>
        <w:jc w:val="right"/>
      </w:pPr>
      <w:r>
        <w:t>جن کا فیض اور جن کی مہربانیاں بارش کی طرح ہر ایک کے لیے عام ہوں، جو دریا کے پانی کی طرح دوسروں کے لیے سیرابی بن جائیں،</w:t>
      </w:r>
    </w:p>
    <w:p>
      <w:r>
        <w:rPr>
          <w:b/>
        </w:rPr>
        <w:t xml:space="preserve">[34:59] </w:t>
      </w:r>
      <w:r>
        <w:t>jinhon ne sooraj ki shuaon ki tarah har ek ko ujale ka tohfa diya, jinhon ne apni sarkiyon ke douran is baat ki poori ehtiyat ki ke un se kisi ko takleef na pahunche.</w:t>
      </w:r>
    </w:p>
    <w:p>
      <w:pPr>
        <w:jc w:val="right"/>
      </w:pPr>
      <w:r>
        <w:t>جنہوں نے سورج کی شعاؤں کی طرح ہر ایک کو اجالے کا تحفہ دیا، جنہوں نے اپنی سرگرمیوں کے دوران اس بات کی پوری احتیاط کی کہ ان سے کسی کو تکلیف نہ پہنچے۔</w:t>
      </w:r>
    </w:p>
    <w:p>
      <w:r>
        <w:rPr>
          <w:b/>
        </w:rPr>
        <w:t xml:space="preserve">[35:12] </w:t>
      </w:r>
      <w:r>
        <w:t>jannat aisi hi pak roohon ki abadi hai.</w:t>
      </w:r>
    </w:p>
    <w:p>
      <w:pPr>
        <w:jc w:val="right"/>
      </w:pPr>
      <w:r>
        <w:t>جنت ایسی ہی پاک روحوں کی آبادی ہے۔</w:t>
      </w:r>
    </w:p>
    <w:p>
      <w:r>
        <w:rPr>
          <w:b/>
        </w:rPr>
        <w:t xml:space="preserve">[35:16] </w:t>
      </w:r>
      <w:r>
        <w:t>jannat woh nafees maqam hai jahan aadmi apne parosi se phoolon ki khushbu jaise sulook ka tajruba karega, aur chidiyon ke chehchehe jaise meethe bol sune ga, jahan ek ka doosre se milna lateef hawaon se milne ki tarah hoga.</w:t>
      </w:r>
    </w:p>
    <w:p>
      <w:pPr>
        <w:jc w:val="right"/>
      </w:pPr>
      <w:r>
        <w:t>جنت وہ نفیس مقام ہے جہاں آدمی اپنے پڑوسی سے پھولوں کی خوشبو جیسے سلوک کا تجربہ کرے گا، اور چڑھیوں کے چہچہے جیسے میٹھے بول سنے گا، جہاں ایک کا دوسرے سے ملنا لطیف ہواؤں سے ملنے کی طرح ہوگا۔</w:t>
      </w:r>
    </w:p>
    <w:p>
      <w:r>
        <w:rPr>
          <w:b/>
        </w:rPr>
        <w:t xml:space="preserve">[35:34] </w:t>
      </w:r>
      <w:r>
        <w:t>kaisi ajeeb hogi jannat, aur kaisa ajeeb hoga jannat ka paros.</w:t>
      </w:r>
    </w:p>
    <w:p>
      <w:pPr>
        <w:jc w:val="right"/>
      </w:pPr>
      <w:r>
        <w:t>کیسی عجیب ہوگی جنت، اور کیسا عجیب ہوگا جنت کا پڑوس۔</w:t>
      </w:r>
    </w:p>
    <w:p>
      <w:r>
        <w:rPr>
          <w:b/>
        </w:rPr>
        <w:t xml:space="preserve">[35:43] </w:t>
      </w:r>
      <w:r>
        <w:t>islami zindagi. kitab "bagh-e-jannat", safha number 19.</w:t>
      </w:r>
    </w:p>
    <w:p>
      <w:pPr>
        <w:jc w:val="right"/>
      </w:pPr>
      <w:r>
        <w:t>اسلامی زندگی۔ کتاب "باغِ جنت"، صفحہ نمبر 19۔</w:t>
      </w:r>
    </w:p>
    <w:p>
      <w:r>
        <w:rPr>
          <w:b/>
        </w:rPr>
        <w:t xml:space="preserve">[35:53] </w:t>
      </w:r>
      <w:r>
        <w:t>islami zindagi ka wajood mein aana aisa hi hai jaise kisi darakht ka wajood mein aana. ek hara bhara darakht zameen par us waqt khada hota hai jabke us ne apne aap ko zameen o aasmaan ke nizam ke sath ham-aahang kar liya ho.</w:t>
      </w:r>
    </w:p>
    <w:p>
      <w:pPr>
        <w:jc w:val="right"/>
      </w:pPr>
      <w:r>
        <w:t>اسلامی زندگی کا وجود میں آنا ایسا ہی ہے جیسے کسی درخت کا وجود میں آنا۔ ایک ہرا بھرا درخت زمین پر اس وقت کھڑا ہوتا ہے جبکہ اس نے اپنے آپ کو زمین و آسمان کے نظام کے ساتھ ہم آہنگ کر لیا ہو۔</w:t>
      </w:r>
    </w:p>
    <w:p>
      <w:r>
        <w:rPr>
          <w:b/>
        </w:rPr>
        <w:t xml:space="preserve">[36:10] </w:t>
      </w:r>
      <w:r>
        <w:t>isi tarah islami insaan us waqt banta hai jabke woh Khuda ki poori kainat ko apni ghiza bana chuka ho. islami zindagi na amliyati warzishon se wajood mein aati hai, aur na inqalabi naaron se.</w:t>
      </w:r>
    </w:p>
    <w:p>
      <w:pPr>
        <w:jc w:val="right"/>
      </w:pPr>
      <w:r>
        <w:t>اسی طرح اسلامی انسان اس وقت بنتا ہے جبکہ وہ خدا کی پوری کائنات کو اپنی غذا بنا چکا ہو۔ اسلامی زندگی نہ عملیاتی ورزشوں سے وجود میں آتی ہے، اور نہ انقلابی نعروں سے۔</w:t>
      </w:r>
    </w:p>
    <w:p>
      <w:r>
        <w:rPr>
          <w:b/>
        </w:rPr>
        <w:t xml:space="preserve">[36:27] </w:t>
      </w:r>
      <w:r>
        <w:t>ek banda us waqt momin o muslim banta hai jabke woh tajalliyat-e-ilahi ka mabhad ban jaye.</w:t>
      </w:r>
    </w:p>
    <w:p>
      <w:pPr>
        <w:jc w:val="right"/>
      </w:pPr>
      <w:r>
        <w:t>ایک بندہ اس وقت مومن و مسلم بنتا ہے جبکہ وہ تجلیات الہی کا مہبد بن جائے۔</w:t>
      </w:r>
    </w:p>
    <w:p>
      <w:r>
        <w:rPr>
          <w:b/>
        </w:rPr>
        <w:t xml:space="preserve">[36:34] </w:t>
      </w:r>
      <w:r>
        <w:t>Khuda ne jis tarah madi satah par darakhton ke liye ek aalmi dastar-khwan phaila rakha hai, isi tarah rohani satah par insaan ke liye har waqt iske faizaan ki barish ho rahi hai.</w:t>
      </w:r>
    </w:p>
    <w:p>
      <w:pPr>
        <w:jc w:val="right"/>
      </w:pPr>
      <w:r>
        <w:t>خدا نے جس طرح مادی سطح پر درختوں کے لیے ایک عالمی دسترخوان پھیلا رکھا ہے، اسی طرح روحانی سطح پر انسان کے لیے ہر وقت اس کے فیضان کی بارش ہو رہی ہے۔</w:t>
      </w:r>
    </w:p>
    <w:p>
      <w:r>
        <w:rPr>
          <w:b/>
        </w:rPr>
        <w:t xml:space="preserve">[36:50] </w:t>
      </w:r>
      <w:r>
        <w:t>madi kainat se apne aap ko jodne ke nateejay mein darakht wajood mein aata hai.</w:t>
      </w:r>
    </w:p>
    <w:p>
      <w:pPr>
        <w:jc w:val="right"/>
      </w:pPr>
      <w:r>
        <w:t>مادی کائنات سے اپنے آپ کو جوڑنے کے نتیجے میں درخت وجود میں آتا ہے۔</w:t>
      </w:r>
    </w:p>
    <w:p>
      <w:r>
        <w:rPr>
          <w:b/>
        </w:rPr>
        <w:t xml:space="preserve">[36:56] </w:t>
      </w:r>
      <w:r>
        <w:t>isi tarah ilahi tajalliyat ke samandar mein nahane se woh cheez wajood mein aati hai jis ko islami zindagi kehte hain.</w:t>
      </w:r>
    </w:p>
    <w:p>
      <w:pPr>
        <w:jc w:val="right"/>
      </w:pPr>
      <w:r>
        <w:t>اسی طرح الہی تجلیات کے سمندر میں نہانے سے وہ چیز وجود میں آتی ہے جس کو اسلامی زندگی کہتے ہیں۔</w:t>
      </w:r>
    </w:p>
    <w:p>
      <w:r>
        <w:rPr>
          <w:b/>
        </w:rPr>
        <w:t xml:space="preserve">[37:06] </w:t>
      </w:r>
      <w:r>
        <w:t>darakht ho ya insaan, dono hi ek wasee' tar nizam-e-ghiza se apne ko ham-aahang kar ke apni hasti ko kamal ke maqam par pohanchate hain.</w:t>
      </w:r>
    </w:p>
    <w:p>
      <w:pPr>
        <w:jc w:val="right"/>
      </w:pPr>
      <w:r>
        <w:t>درخت ہو یا انسان، دونوں ہی ایک وسیع تر نظام غذا سے اپنے کو ہم آہنگ کر کے اپنی ہستی کو کمال کے مقام پر پہنچاتے ہیں۔</w:t>
      </w:r>
    </w:p>
    <w:p>
      <w:r>
        <w:rPr>
          <w:b/>
        </w:rPr>
        <w:t xml:space="preserve">[37:18] </w:t>
      </w:r>
      <w:r>
        <w:t>islami insaan bhi aisa hi ek waqea hai jaisa ek darakht.</w:t>
      </w:r>
    </w:p>
    <w:p>
      <w:pPr>
        <w:jc w:val="right"/>
      </w:pPr>
      <w:r>
        <w:t>اسلامی انسان بھی ایسا ہی ایک واقعہ ہے جیسا ایک درخت۔</w:t>
      </w:r>
    </w:p>
    <w:p>
      <w:r>
        <w:rPr>
          <w:b/>
        </w:rPr>
        <w:t xml:space="preserve">[37:23] </w:t>
      </w:r>
      <w:r>
        <w:t>farq yeh hai ke darakht fitri jabr ke tehat wajood mein aata hai, aur insaan khud apne aazadana amal se. jo shakhs aaj Allah ke rizq par jee raha hai, woh aakhirat mein nihayat shadab aur tandrust halat mein uthega,</w:t>
      </w:r>
    </w:p>
    <w:p>
      <w:pPr>
        <w:jc w:val="right"/>
      </w:pPr>
      <w:r>
        <w:t>فرق یہ ہے کہ درخت فطری جبر کے تحت وجود میں آتا ہے، اور انسان خود اپنے آزادانہ عمل سے۔ جو شخص آج اللہ کے رزق پر جی رہا ہے، وہ آخرت میں نہایت شاداب اور تندرست حالت میں اٹھے گا،</w:t>
      </w:r>
    </w:p>
    <w:p>
      <w:r>
        <w:rPr>
          <w:b/>
        </w:rPr>
        <w:t xml:space="preserve">[37:41] </w:t>
      </w:r>
      <w:r>
        <w:t>aur jo log Allah ke rizq se mehroom hain, unka haal wahi hoga jo aaj kharab ghizaon par palne wale ghareebon ka nazar aata hai.</w:t>
      </w:r>
    </w:p>
    <w:p>
      <w:pPr>
        <w:jc w:val="right"/>
      </w:pPr>
      <w:r>
        <w:t>اور جو لوگ اللہ کے رزق سے محروم ہیں، ان کا حال وہی ہوگا جو آج خراب غذاؤں پر پلنے والے غریبوں کا نظر آتا ہے۔</w:t>
      </w:r>
    </w:p>
    <w:p>
      <w:r>
        <w:rPr>
          <w:b/>
        </w:rPr>
        <w:t xml:space="preserve">[37:52] </w:t>
      </w:r>
      <w:r>
        <w:t>woh wahan bad-hal sooraton ke sath uthenge, khwah aaj woh kitne hi pur-ronaq nazar aate hon.</w:t>
      </w:r>
    </w:p>
    <w:p>
      <w:pPr>
        <w:jc w:val="right"/>
      </w:pPr>
      <w:r>
        <w:t>وہ وہاں بدحال صورتوں کے ساتھ اٹھیں گے، خواہ آج وہ کتنے ہی پررونق نظر آتے ہوں۔</w:t>
      </w:r>
    </w:p>
    <w:p>
      <w:r>
        <w:rPr>
          <w:b/>
        </w:rPr>
        <w:t xml:space="preserve">[38:03] </w:t>
      </w:r>
      <w:r>
        <w:t>momin Khuda ki industry hai. kitab "bagh-e-jannat", safha number 20.</w:t>
      </w:r>
    </w:p>
    <w:p>
      <w:pPr>
        <w:jc w:val="right"/>
      </w:pPr>
      <w:r>
        <w:t>مومن خدا کی انڈسٹری ہے۔ کتاب "باغِ جنت"، صفحہ نمبر 20۔</w:t>
      </w:r>
    </w:p>
    <w:p>
      <w:r>
        <w:rPr>
          <w:b/>
        </w:rPr>
        <w:t xml:space="preserve">[38:13] </w:t>
      </w:r>
      <w:r>
        <w:t>har aadmi ek industry hai. ek shakhs woh hai jiski industry se sirf zeher aur angare baramad hue.</w:t>
      </w:r>
    </w:p>
    <w:p>
      <w:pPr>
        <w:jc w:val="right"/>
      </w:pPr>
      <w:r>
        <w:t>ہر آدمی ایک انڈسٹری ہے۔ ایک شخص وہ ہے جس کی انڈسٹری سے صرف زہر اور انگارے برآمد ہوئے۔</w:t>
      </w:r>
    </w:p>
    <w:p>
      <w:r>
        <w:rPr>
          <w:b/>
        </w:rPr>
        <w:t xml:space="preserve">[38:21] </w:t>
      </w:r>
      <w:r>
        <w:t>isko jab mauqa mila to is ne apni badai ka jhanda buland kiya. iske pas daulat aai to is ne isko numaaish-i-kaamon mein kharch kiya.</w:t>
      </w:r>
    </w:p>
    <w:p>
      <w:pPr>
        <w:jc w:val="right"/>
      </w:pPr>
      <w:r>
        <w:t>اس کو جب موقع ملا تو اس نے اپنی بڑائی کا جھنڈا بلند کیا۔ اس کے پاس دولت آئی تو اس نے اس کو نمائشی کاموں میں خرچ کیا۔</w:t>
      </w:r>
    </w:p>
    <w:p>
      <w:r>
        <w:rPr>
          <w:b/>
        </w:rPr>
        <w:t xml:space="preserve">[38:31] </w:t>
      </w:r>
      <w:r>
        <w:t>is ne kisi ke upar ghalba paya to uski barbadi ke mansoobe banaye. isko kisi se ikhtilaf hua to is ne use kadwi baat aur shaitani amal ka maza chakhaya.</w:t>
      </w:r>
    </w:p>
    <w:p>
      <w:pPr>
        <w:jc w:val="right"/>
      </w:pPr>
      <w:r>
        <w:t>اس نے کسی کے اوپر غلبہ پایا تو اس کی بربادی کے منصوبے بنائے۔ اس کو کسی سے اختلاف ہوا تو اس نے اسے کڑوی بات اور شیطانی عمل کا مزہ چکھایا۔</w:t>
      </w:r>
    </w:p>
    <w:p>
      <w:r>
        <w:rPr>
          <w:b/>
        </w:rPr>
        <w:t xml:space="preserve">[38:43] </w:t>
      </w:r>
      <w:r>
        <w:t>is se jab kisi ka muamla pada to is ko is se khud-gharzi, be-insafi aur dhAndali ka tajruba hua. aisa aadmi apne andar jahannum ki industry qaim kiye hue hai.</w:t>
      </w:r>
    </w:p>
    <w:p>
      <w:pPr>
        <w:jc w:val="right"/>
      </w:pPr>
      <w:r>
        <w:t>اس سے جب کسی کا معاملہ پڑا تو اس کو اس سے خودغرضی، بے انصافی اور دھاندلی کا تجربہ ہوا۔ ایسا آدمی اپنے اندر جہنم کی انڈسٹری قائم کیے ہوئے ہے۔</w:t>
      </w:r>
    </w:p>
    <w:p>
      <w:r>
        <w:rPr>
          <w:b/>
        </w:rPr>
        <w:t xml:space="preserve">[38:58] </w:t>
      </w:r>
      <w:r>
        <w:t>jo cheez bhi iske andar dakhil hoti hai, woh zeher aur aag aur badbu ban kar bahar aati hai. maut ke baad iski yeh paidawar ise gher legi.</w:t>
      </w:r>
    </w:p>
    <w:p>
      <w:pPr>
        <w:jc w:val="right"/>
      </w:pPr>
      <w:r>
        <w:t>جو چیز بھی اس کے اندر داخل ہوتی ہے، وہ زہر اور آگ اور بدبو بن کر باہر آتی ہے۔ موت کے بعد اس کی یہ پیداوار اسے گھیر لے گی۔</w:t>
      </w:r>
    </w:p>
    <w:p>
      <w:r>
        <w:rPr>
          <w:b/>
        </w:rPr>
        <w:t xml:space="preserve">[39:09] </w:t>
      </w:r>
      <w:r>
        <w:t>woh apne aap ko khud apne banaye hue jahannum mein phansa hua payega. doosra insaan woh hai jis ko Khuda ne badai di to is ne tawazu ki soorat mein iska radd-e-amal pesh kiya.</w:t>
      </w:r>
    </w:p>
    <w:p>
      <w:pPr>
        <w:jc w:val="right"/>
      </w:pPr>
      <w:r>
        <w:t>وہ اپنے آپ کو خود اپنے بنائے ہوئے جہنم میں پھنسا ہوا پائے گا۔ دوسرا انسان وہ ہے جس کو خدا نے بڑائی دی تو اس نے تواضع کی صورت میں اس کا ردعمل پیش کیا۔</w:t>
      </w:r>
    </w:p>
    <w:p>
      <w:r>
        <w:rPr>
          <w:b/>
        </w:rPr>
        <w:t xml:space="preserve">[39:24] </w:t>
      </w:r>
      <w:r>
        <w:t>iska ihtisab kiya gaya to is ne ajz ki nafsiyat ke sath isko qabool kiya. iske pas daulat aai to is ne Khuda ke raste mein iska istemal dhoond nikala.</w:t>
      </w:r>
    </w:p>
    <w:p>
      <w:pPr>
        <w:jc w:val="right"/>
      </w:pPr>
      <w:r>
        <w:t>اس کا احتساب کیا گیا تو اس نے عجز کی نفسیات کے ساتھ اس کو قبول کیا۔ اس کے پاس دولت آئی تو اس نے خدا کے راستے میں اس کا استعمال ڈھونڈ نکالا۔</w:t>
      </w:r>
    </w:p>
    <w:p>
      <w:r>
        <w:rPr>
          <w:b/>
        </w:rPr>
        <w:t xml:space="preserve">[39:36] </w:t>
      </w:r>
      <w:r>
        <w:t>isko apne aap ko numayan karne ke mauqe mile, magar woh apne aap ko Khuda ki khatir dafan karne par razi ho gaya. is ne logon ke upar qabu paya to woh unke liye insaf aur khair-khwahi ka paikar ban gaya.</w:t>
      </w:r>
    </w:p>
    <w:p>
      <w:pPr>
        <w:jc w:val="right"/>
      </w:pPr>
      <w:r>
        <w:t>اس کو اپنے آپ کو نمایاں کرنے کے مواقع ملے، مگر وہ اپنے آپ کو خدا کی خاطر دفن کرنے پر راضی ہو گیا۔ اس نے لوگوں کے اوپر قابو پایا تو وہ ان کے لیے انصاف اور خیر خواہی کا پیکر بن گیا۔</w:t>
      </w:r>
    </w:p>
    <w:p>
      <w:r>
        <w:rPr>
          <w:b/>
        </w:rPr>
        <w:t xml:space="preserve">[39:52] </w:t>
      </w:r>
      <w:r>
        <w:t>yeh woh shakhs hai jis ne apne andar Khuda ki industry qaim ki. jo cheez bhi iske andar dakhil hui, woh rabbani paikar mein dhal kar bahar nikli.</w:t>
      </w:r>
    </w:p>
    <w:p>
      <w:pPr>
        <w:jc w:val="right"/>
      </w:pPr>
      <w:r>
        <w:t>یہ وہ شخص ہے جس نے اپنے اندر خدا کی انڈسٹری قائم کی۔ جو چیز بھی اس کے اندر داخل ہوئی، وہ ربانی پیکر میں ڈھل کر باہر نکلی۔</w:t>
      </w:r>
    </w:p>
    <w:p>
      <w:r>
        <w:rPr>
          <w:b/>
        </w:rPr>
        <w:t xml:space="preserve">[40:03] </w:t>
      </w:r>
      <w:r>
        <w:t>is ne maujooda duniya mein phool aur khushbu ki fasal ugai thi. aakhirat mein woh hamesha ke liye phool aur khushbu wale baghon mein rahega.</w:t>
      </w:r>
    </w:p>
    <w:p>
      <w:pPr>
        <w:jc w:val="right"/>
      </w:pPr>
      <w:r>
        <w:t>اس نے موجودہ دنیا میں پھول اور خوشبو کی فصل اگائی تھی۔ آخرت میں وہ ہمیشہ کے لیے پھول اور خوشبو والے باغوں میں رہے گا۔</w:t>
      </w:r>
    </w:p>
    <w:p>
      <w:r>
        <w:rPr>
          <w:b/>
        </w:rPr>
        <w:t xml:space="preserve">[40:17] </w:t>
      </w:r>
      <w:r>
        <w:t>amal ya eteraaf. kitaab "baagh-e-jannat", safha number 21.</w:t>
      </w:r>
    </w:p>
    <w:p>
      <w:pPr>
        <w:jc w:val="right"/>
      </w:pPr>
      <w:r>
        <w:t>عمل یا اعتراف۔ کتاب "باغِ جنت"، صفحہ نمبر 21۔</w:t>
      </w:r>
    </w:p>
    <w:p>
      <w:r>
        <w:rPr>
          <w:b/>
        </w:rPr>
        <w:t xml:space="preserve">[40:27] </w:t>
      </w:r>
      <w:r>
        <w:t>imaan woh hai jo aadmi ke andar is tarah daakhil ho ke woh us ki nafsiyaat ka juz ban jaaye. woh us ke dil o dimaagh par poori tarah chha jaaye.</w:t>
      </w:r>
    </w:p>
    <w:p>
      <w:pPr>
        <w:jc w:val="right"/>
      </w:pPr>
      <w:r>
        <w:t>ایمان وہ ہے جو آدمی کے اندر اس طرح داخل ہو کہ وہ اس کی نفسیات کا جز بن جائے۔ وہ اس کے دل و دماغ پر پوری طرح چھا جائے۔</w:t>
      </w:r>
    </w:p>
    <w:p>
      <w:r>
        <w:rPr>
          <w:b/>
        </w:rPr>
        <w:t xml:space="preserve">[40:38] </w:t>
      </w:r>
      <w:r>
        <w:t>aadmi ka sochna aur chaahna, us ka yaqeen o aitmaad, us ki dilchaspiyaan aur wafadaariyan, us ka khauf aur us ki mohabbat, sab us ke imaan ke taabe ho jaayein.</w:t>
      </w:r>
    </w:p>
    <w:p>
      <w:pPr>
        <w:jc w:val="right"/>
      </w:pPr>
      <w:r>
        <w:t>آدمی کا سوچنا اور چاہنا، اس کا یقین و اعتماد، اس کی دلچسپیاں اور وفاداریاں، اس کا خوف اور اس کی محبت، سب اس کے ایمان کے تابع ہو جائیں۔</w:t>
      </w:r>
    </w:p>
    <w:p>
      <w:r>
        <w:rPr>
          <w:b/>
        </w:rPr>
        <w:t xml:space="preserve">[40:51] </w:t>
      </w:r>
      <w:r>
        <w:t>yeh imaan ka aala darja hai.</w:t>
      </w:r>
    </w:p>
    <w:p>
      <w:pPr>
        <w:jc w:val="right"/>
      </w:pPr>
      <w:r>
        <w:t>یہ ایمان کا اعلیٰ درجہ ہے۔</w:t>
      </w:r>
    </w:p>
    <w:p>
      <w:r>
        <w:rPr>
          <w:b/>
        </w:rPr>
        <w:t xml:space="preserve">[40:54] </w:t>
      </w:r>
      <w:r>
        <w:t>aise log isi duniya mein Khuda ki panaah mein aa jaate hain, aur jo shakhs duniya hi mein Khuda ki panaah mein aa chuka ho, us ke mutalliq kaun shubah kar sakta hai ke woh aakhirat mein Khuda ki panaah se mehroom hoga.</w:t>
      </w:r>
    </w:p>
    <w:p>
      <w:pPr>
        <w:jc w:val="right"/>
      </w:pPr>
      <w:r>
        <w:t>ایسے لوگ اسی دنیا میں خدا کی پناہ میں آ جاتے ہیں، اور جو شخص دنیا ہی میں خدا کی پناہ میں آ چکا ہو، اس کے متعلق کون شبہ کر سکتا ہے کہ وہ آخرت میں خدا کی پناہ سے محروم ہوگا۔</w:t>
      </w:r>
    </w:p>
    <w:p>
      <w:r>
        <w:rPr>
          <w:b/>
        </w:rPr>
        <w:t xml:space="preserve">[41:11] </w:t>
      </w:r>
      <w:r>
        <w:t>doosre ahle imaan woh hain jin se neki ke saath buraiyan bhi huin, magar unhone apni buraiyon ka eteraaf kar liya.</w:t>
      </w:r>
    </w:p>
    <w:p>
      <w:pPr>
        <w:jc w:val="right"/>
      </w:pPr>
      <w:r>
        <w:t>دوسرے اہل ایمان وہ ہیں جن سے نیکی کے ساتھ برائیاں بھی ہوئیں، مگر انہوں نے اپنی برائیوں کا اعتراف کر لیا۔</w:t>
      </w:r>
    </w:p>
    <w:p>
      <w:r>
        <w:rPr>
          <w:b/>
        </w:rPr>
        <w:t xml:space="preserve">[41:20] </w:t>
      </w:r>
      <w:r>
        <w:t>umeed hai ke Allah unhein bhi maaf kar dega, kyunke woh maaf karne wala meherbaan hai. mazboot imaan wala woh hai jis ke yahan imaan aur amal dono ek cheez ban jaayein, magar kamzor irade ke log apne imaan aur amal ke darmiyan itni yeksani paida nahin kar paate.</w:t>
      </w:r>
    </w:p>
    <w:p>
      <w:pPr>
        <w:jc w:val="right"/>
      </w:pPr>
      <w:r>
        <w:t>امید ہے کہ اللہ انہیں بھی معاف کر دے گا، کیونکہ وہ معاف کرنے والا مہربان ہے۔ مضبوط ایمان والا وہ ہے جس کے یہاں ایمان اور عمل دونوں ایک چیز بن جائیں، مگر کمزور ارادے کے لوگ اپنے ایمان اور عمل کے درمیان اتنی یکسانی پیدا نہیں کر پاتے۔</w:t>
      </w:r>
    </w:p>
    <w:p>
      <w:r>
        <w:rPr>
          <w:b/>
        </w:rPr>
        <w:t xml:space="preserve">[41:42] </w:t>
      </w:r>
      <w:r>
        <w:t>tahum, woh bhi Allah ki rehmaton mein hisse daar honge, bashart ke unhone dhattayi ke bajaye sharmindagi ka saboot diya ho.</w:t>
      </w:r>
    </w:p>
    <w:p>
      <w:pPr>
        <w:jc w:val="right"/>
      </w:pPr>
      <w:r>
        <w:t>تاہم، وہ بھی اللہ کی رحمتوں میں حصے دار ہوں گے، بشرط کہ انہوں نے ڈھٹائی کے بجائے شرمندگی کا ثبوت دیا ہو۔</w:t>
      </w:r>
    </w:p>
    <w:p>
      <w:r>
        <w:rPr>
          <w:b/>
        </w:rPr>
        <w:t xml:space="preserve">[41:51] </w:t>
      </w:r>
      <w:r>
        <w:t>unhone taweelon ka sahara lene ke bajaye khule taur par eteraaf kar liya ho. woh bahs karne ke bajaye chup ho gaye hon.</w:t>
      </w:r>
    </w:p>
    <w:p>
      <w:pPr>
        <w:jc w:val="right"/>
      </w:pPr>
      <w:r>
        <w:t>انہوں نے تاویلوں کا سہارا لینے کے بجائے کھلے طور پر اعتراف کر لیا ہو۔ وہ بحث کرنے کے بجائے چپ ہو گئے ہوں۔</w:t>
      </w:r>
    </w:p>
    <w:p>
      <w:r>
        <w:rPr>
          <w:b/>
        </w:rPr>
        <w:t xml:space="preserve">[42:01] </w:t>
      </w:r>
      <w:r>
        <w:t>unki kotaahiyon ki nishandahi ki jaaye to woh bipherne ke bajaye apna sar jhuka lein.</w:t>
      </w:r>
    </w:p>
    <w:p>
      <w:pPr>
        <w:jc w:val="right"/>
      </w:pPr>
      <w:r>
        <w:t>ان کی کوتاہیوں کی نشاندہی کی جائے تو وہ بپھرنے کے بجائے اپنا سر جھکا لیں۔</w:t>
      </w:r>
    </w:p>
    <w:p>
      <w:r>
        <w:rPr>
          <w:b/>
        </w:rPr>
        <w:t xml:space="preserve">[42:08] </w:t>
      </w:r>
      <w:r>
        <w:t>agar woh apne Rab ke saamne amal ka tohfa na pesh kar sake hon to unhone apne Rab ke saamne ajz ke aansu pesh kiye hon.</w:t>
      </w:r>
    </w:p>
    <w:p>
      <w:pPr>
        <w:jc w:val="right"/>
      </w:pPr>
      <w:r>
        <w:t>اگر وہ اپنے رب کے سامنے عمل کا تحفہ نہ پیش کر سکے ہوں تو انہوں نے اپنے رب کے سامنے عجز کے آنسو پیش کیے ہوں۔</w:t>
      </w:r>
    </w:p>
    <w:p>
      <w:r>
        <w:rPr>
          <w:b/>
        </w:rPr>
        <w:t xml:space="preserve">[42:17] </w:t>
      </w:r>
      <w:r>
        <w:t>jo log yeh aakhri cheez bhi pesh na kar sakein, un ko Khuda bakhshega to kis bahane bakhshega?</w:t>
      </w:r>
    </w:p>
    <w:p>
      <w:pPr>
        <w:jc w:val="right"/>
      </w:pPr>
      <w:r>
        <w:t>جو لوگ یہ آخری چیز بھی پیش نہ کر سکیں، ان کو خدا بخشے گا تو کس بہانے بخشے گا؟</w:t>
      </w:r>
    </w:p>
    <w:p>
      <w:r>
        <w:rPr>
          <w:b/>
        </w:rPr>
        <w:t xml:space="preserve">[42:30] </w:t>
      </w:r>
      <w:r>
        <w:t>sabr ka safar. kitaab "baagh-e-jannat", safha number 22.</w:t>
      </w:r>
    </w:p>
    <w:p>
      <w:pPr>
        <w:jc w:val="right"/>
      </w:pPr>
      <w:r>
        <w:t>صبر کا سفر۔ کتاب "باغِ جنت"، صفحہ نمبر 22۔</w:t>
      </w:r>
    </w:p>
    <w:p>
      <w:r>
        <w:rPr>
          <w:b/>
        </w:rPr>
        <w:t xml:space="preserve">[42:40] </w:t>
      </w:r>
      <w:r>
        <w:t>Khuda ka mehboob banda woh hai jo apni khud pasandi ko Khuda pasandi mein gum kar de. jo apni baat ke muqable mein haq ki baat ko ikhtiyaar kar le.</w:t>
      </w:r>
    </w:p>
    <w:p>
      <w:pPr>
        <w:jc w:val="right"/>
      </w:pPr>
      <w:r>
        <w:t>خدا کا محبوب بندہ وہ ہے جو اپنی خود پسندی کو خدا پسندی میں گم کر دے۔ جو اپنی بات کے مقابلے میں حق کی بات کو اختیار کر لے۔</w:t>
      </w:r>
    </w:p>
    <w:p>
      <w:r>
        <w:rPr>
          <w:b/>
        </w:rPr>
        <w:t xml:space="preserve">[42:51] </w:t>
      </w:r>
      <w:r>
        <w:t>jo duniya ki izzat ke muqable mein aakhirat ki izzat ko ahmiyat dene lage. logon ki taraf se khwah kitni hi talkhiyan pesh aayein, magar woh apni taraf se jawabi karrawai na kare, usi ka naam sabr hai.</w:t>
      </w:r>
    </w:p>
    <w:p>
      <w:pPr>
        <w:jc w:val="right"/>
      </w:pPr>
      <w:r>
        <w:t>جو دنیا کی عزت کے مقابلے میں آخرت کی عزت کو اہمیت دینے لگے۔ لوگوں کی طرف سے خواہ کتنی ہی تلخیاں پیش آئیں، مگر وہ اپنی طرف سے جوابی کارروائی نہ کرے، اسی کا نام صبر ہے۔</w:t>
      </w:r>
    </w:p>
    <w:p>
      <w:r>
        <w:rPr>
          <w:b/>
        </w:rPr>
        <w:t xml:space="preserve">[43:08] </w:t>
      </w:r>
      <w:r>
        <w:t>is mein shakk nahin ke yeh be had mushkil raasta hai, magar is mein bhi shakk nahin ke yahi woh raasta hai jo kisi ko jannat ki taraf le jaane wala hai.</w:t>
      </w:r>
    </w:p>
    <w:p>
      <w:pPr>
        <w:jc w:val="right"/>
      </w:pPr>
      <w:r>
        <w:t>اس میں شک نہیں کہ یہ بے حد مشکل راستہ ہے، مگر اس میں بھی شک نہیں کہ یہی وہ راستہ ہے جو کسی کو جنت کی طرف لے جانے والا ہے۔</w:t>
      </w:r>
    </w:p>
    <w:p>
      <w:r>
        <w:rPr>
          <w:b/>
        </w:rPr>
        <w:t xml:space="preserve">[43:19] </w:t>
      </w:r>
      <w:r>
        <w:t>jannat sabr karne walon ko milti hai, aur sabr karne wala woh hai jo Allah ki khatir apne aap ko har mehroomi par raazi kar le.</w:t>
      </w:r>
    </w:p>
    <w:p>
      <w:pPr>
        <w:jc w:val="right"/>
      </w:pPr>
      <w:r>
        <w:t>جنت صبر کرنے والوں کو ملتی ہے، اور صبر کرنے والا وہ ہے جو اللہ کی خاطر اپنے آپ کو ہر محرومی پر راضی کر لے۔</w:t>
      </w:r>
    </w:p>
    <w:p>
      <w:r>
        <w:rPr>
          <w:b/>
        </w:rPr>
        <w:t xml:space="preserve">[43:29] </w:t>
      </w:r>
      <w:r>
        <w:t>imtihaan ki is duniya mein talkhiyon aur naakhushgawariyon ke baghair chaara nahin.</w:t>
      </w:r>
    </w:p>
    <w:p>
      <w:pPr>
        <w:jc w:val="right"/>
      </w:pPr>
      <w:r>
        <w:t>امتحان کی اس دنیا میں تلخیوں اور ناخوشگواریوں کے بغیر چارہ نہیں۔</w:t>
      </w:r>
    </w:p>
    <w:p>
      <w:r>
        <w:rPr>
          <w:b/>
        </w:rPr>
        <w:t xml:space="preserve">[43:36] </w:t>
      </w:r>
      <w:r>
        <w:t>jo shakhs jannat ka musafir banna chahe, us ko jaan lena chahiye ke woh ek aise raaste par chalne ka irada kar raha hai jis mein logon ki taraf se kadwi baatein pesh aayengi.</w:t>
      </w:r>
    </w:p>
    <w:p>
      <w:pPr>
        <w:jc w:val="right"/>
      </w:pPr>
      <w:r>
        <w:t>جو شخص جنت کا مسافر بننا چاہے، اس کو جان لینا چاہیے کہ وہ ایک ایسے راستے پر چلنے کا ارادہ کر رہا ہے جس میں لوگوں کی طرف سے کڑوی باتیں پیش آئیں گی۔</w:t>
      </w:r>
    </w:p>
    <w:p>
      <w:r>
        <w:rPr>
          <w:b/>
        </w:rPr>
        <w:t xml:space="preserve">[43:50] </w:t>
      </w:r>
      <w:r>
        <w:t>jis mein lambe intezaar ki mushaqqat bardasht karni hogi. jis mein mukhalifeen ki taraf se tarah tarah ki dil aazariyan hongi.</w:t>
      </w:r>
    </w:p>
    <w:p>
      <w:pPr>
        <w:jc w:val="right"/>
      </w:pPr>
      <w:r>
        <w:t>جس میں لمبے انتظار کی مشقت برداشت کرنی ہوگی۔ جس میں مخالفین کی طرف سے طرح طرح کی دل آزاریاں ہوں گی۔</w:t>
      </w:r>
    </w:p>
    <w:p>
      <w:r>
        <w:rPr>
          <w:b/>
        </w:rPr>
        <w:t xml:space="preserve">[44:00] </w:t>
      </w:r>
      <w:r>
        <w:t>un mawaqe par haq ka musafir agar sabr ko kho de, agar woh be bardasht ho jaaye to woh darmiyan hi mein apne raaste ko khota kar lega.</w:t>
      </w:r>
    </w:p>
    <w:p>
      <w:pPr>
        <w:jc w:val="right"/>
      </w:pPr>
      <w:r>
        <w:t>ان مواقع پر حق کا مسافر اگر صبر کو کھو دے، اگر وہ بے برداشت ہو جائے تو وہ درمیان ہی میں اپنے راستے کو کھوٹا کر لے گا۔</w:t>
      </w:r>
    </w:p>
    <w:p>
      <w:r>
        <w:rPr>
          <w:b/>
        </w:rPr>
        <w:t xml:space="preserve">[44:10] </w:t>
      </w:r>
      <w:r>
        <w:t>woh jannat ki manzil tak na pahunch sakega. jannat ka safar tamam ka tamam sabr ka safar hai.</w:t>
      </w:r>
    </w:p>
    <w:p>
      <w:pPr>
        <w:jc w:val="right"/>
      </w:pPr>
      <w:r>
        <w:t>وہ جنت کی منزل تک نہ پہنچ سکے گا۔ جنت کا سفر تمام کا تمام صبر کا سفر ہے۔</w:t>
      </w:r>
    </w:p>
    <w:p>
      <w:r>
        <w:rPr>
          <w:b/>
        </w:rPr>
        <w:t xml:space="preserve">[44:19] </w:t>
      </w:r>
      <w:r>
        <w:t>jannat mein wohi shakhs pahunchega jo sabr ki talkhiyon ko sehne ke liye tayyar ho. jo jazbaat ki pamaali par bhi be himmat hona na jaane.</w:t>
      </w:r>
    </w:p>
    <w:p>
      <w:pPr>
        <w:jc w:val="right"/>
      </w:pPr>
      <w:r>
        <w:t>جنت میں وہی شخص پہنچے گا جو صبر کی تلخیوں کو سہنے کے لیے تیار ہو۔ جو جذبات کی پامالی پر بھی بے ہمت ہونا نہ جانے۔</w:t>
      </w:r>
    </w:p>
    <w:p>
      <w:r>
        <w:rPr>
          <w:b/>
        </w:rPr>
        <w:t xml:space="preserve">[44:29] </w:t>
      </w:r>
      <w:r>
        <w:t>jo nafs ki har chot ko apne seene ki veeraniyon mein chupa le.</w:t>
      </w:r>
    </w:p>
    <w:p>
      <w:pPr>
        <w:jc w:val="right"/>
      </w:pPr>
      <w:r>
        <w:t>جو نفس کی ہر چوٹ کو اپنے سینے کی ویرانیوں میں چھپا لے۔</w:t>
      </w:r>
    </w:p>
    <w:p>
      <w:r>
        <w:rPr>
          <w:b/>
        </w:rPr>
        <w:t xml:space="preserve">[44:39] </w:t>
      </w:r>
      <w:r>
        <w:t>Khuda ka darakht. kitaab "baagh-e-jannat", safha number 23.</w:t>
      </w:r>
    </w:p>
    <w:p>
      <w:pPr>
        <w:jc w:val="right"/>
      </w:pPr>
      <w:r>
        <w:t>خدا کا درخت۔ کتاب "باغِ جنت"، صفحہ نمبر 23۔</w:t>
      </w:r>
    </w:p>
    <w:p>
      <w:r>
        <w:rPr>
          <w:b/>
        </w:rPr>
        <w:t xml:space="preserve">[44:48] </w:t>
      </w:r>
      <w:r>
        <w:t>darakht kya hai? ek beej ki is salahiyat ka zahoor ke woh mitti aur pani se apna rizq le kar apne aap ko tana aur shakh aur pati aur phool ke is majmoo'ay ki soorat de sake jis se ziyada khush manzar majmoo'a is dunya mein aur koi nahin.</w:t>
      </w:r>
    </w:p>
    <w:p>
      <w:pPr>
        <w:jc w:val="right"/>
      </w:pPr>
      <w:r>
        <w:t>درخت کیا ہے؟ ایک بیج کی اس صلاحیت کا ظہور کہ وہ مٹی اور پانی سے اپنا رزق لے کر اپنے آپ کو تنا اور شاخ اور پتی اور پھول کے اس مجموعے کی صورت دے سکے جس سے زیادہ خوش منظر مجموعہ اس دنیا میں اور کوئی نہیں۔</w:t>
      </w:r>
    </w:p>
    <w:p>
      <w:r>
        <w:rPr>
          <w:b/>
        </w:rPr>
        <w:t xml:space="preserve">[45:09] </w:t>
      </w:r>
      <w:r>
        <w:t>insan ki misaal bhi kuch isi qism ki hai. woh is dunya mein ek beej ki maanind dala gaya hai.</w:t>
      </w:r>
    </w:p>
    <w:p>
      <w:pPr>
        <w:jc w:val="right"/>
      </w:pPr>
      <w:r>
        <w:t>انسان کی مثال بھی کچھ اسی قسم کی ہے۔ وہ اس دنیا میں ایک بیج کی مانند ڈالا گیا ہے۔</w:t>
      </w:r>
    </w:p>
    <w:p>
      <w:r>
        <w:rPr>
          <w:b/>
        </w:rPr>
        <w:t xml:space="preserve">[45:16] </w:t>
      </w:r>
      <w:r>
        <w:t>is ko apni koshishon se darakht banna hai. Khuda ki is dunya mein is ke liye rizq ke be-panah rabani mawaqe' rakh diye gaye hain.</w:t>
      </w:r>
    </w:p>
    <w:p>
      <w:pPr>
        <w:jc w:val="right"/>
      </w:pPr>
      <w:r>
        <w:t>اس کو اپنی کوششوں سے درخت بننا ہے۔ خدا کی اس دنیا میں اس کے لیے رزق کے بے پناہ ربانی مواقع رکھ دیے گئے ہیں۔</w:t>
      </w:r>
    </w:p>
    <w:p>
      <w:r>
        <w:rPr>
          <w:b/>
        </w:rPr>
        <w:t xml:space="preserve">[45:26] </w:t>
      </w:r>
      <w:r>
        <w:t>woh is dunya se apna rizq le kar apne liye ek abadi mustaqbil ki ta'meer kar sakta hai jo agli zindagi mein jannat ke hare bhare baghon ki shakal mein is ki taraf lote aur is ke liye la-zawwal khushi ka باعث ho.</w:t>
      </w:r>
    </w:p>
    <w:p>
      <w:pPr>
        <w:jc w:val="right"/>
      </w:pPr>
      <w:r>
        <w:t>وہ اس دنیا سے اپنا رزق لے کر اپنے لیے ایک ابدی مستقبل کی تعمیر کر سکتا ہے جو اگلی زندگی میں جنت کے ہرے بھرے باغوں کی شکل میں اس کی طرف لوٹے اور اس کے لیے لازوال خوشی کا باعث ہو۔</w:t>
      </w:r>
    </w:p>
    <w:p>
      <w:r>
        <w:rPr>
          <w:b/>
        </w:rPr>
        <w:t xml:space="preserve">[45:42] </w:t>
      </w:r>
      <w:r>
        <w:t>is ke bar'aks jo log in mawaqe' se apna rabani hissa paane mein nakaam rahein, un ki misaal us beej ki si hai jo kisi pathar par par gaya ho ya jis ne kisi namwafiq zameen par jagah pai ho.</w:t>
      </w:r>
    </w:p>
    <w:p>
      <w:pPr>
        <w:jc w:val="right"/>
      </w:pPr>
      <w:r>
        <w:t>اس کے برعکس جو لوگ ان مواقع سے اپنا ربانی حصہ پانے میں ناکام رہیں، ان کی مثال اس بیج کی سی ہے جو کسی پتھر پر پڑ گیا ہو یا جس نے کسی ناموافق زمین پر جگہ پائی ہو۔</w:t>
      </w:r>
    </w:p>
    <w:p>
      <w:r>
        <w:rPr>
          <w:b/>
        </w:rPr>
        <w:t xml:space="preserve">[45:58] </w:t>
      </w:r>
      <w:r>
        <w:t>aisa beej kabhi lehlahate hue darakht ki soorat ikhtiyar nahin karta.</w:t>
      </w:r>
    </w:p>
    <w:p>
      <w:pPr>
        <w:jc w:val="right"/>
      </w:pPr>
      <w:r>
        <w:t>ایسا بیج کبھی لہلہاتے ہوئے درخت کی صورت اختیار نہیں کرتا۔</w:t>
      </w:r>
    </w:p>
    <w:p>
      <w:r>
        <w:rPr>
          <w:b/>
        </w:rPr>
        <w:t xml:space="preserve">[46:04] </w:t>
      </w:r>
      <w:r>
        <w:t>maujooda dunya mein jis ne apni ta'meer ke imkanat se faida nahin uthaya, woh goya ek aisa beej hai jis ki kotahiyon ne is ko darakht nahin banaya.</w:t>
      </w:r>
    </w:p>
    <w:p>
      <w:pPr>
        <w:jc w:val="right"/>
      </w:pPr>
      <w:r>
        <w:t>موجودہ دنیا میں جس نے اپنی تعمیر کے امکانات سے فائدہ نہیں اٹھایا، وہ گویا ایک ایسا بیج ہے جس کی کوتاہیوں نے اس کو درخت نہیں بنایا۔</w:t>
      </w:r>
    </w:p>
    <w:p>
      <w:r>
        <w:rPr>
          <w:b/>
        </w:rPr>
        <w:t xml:space="preserve">[46:16] </w:t>
      </w:r>
      <w:r>
        <w:t>aisa shakhs agli taweel tar zindagi mein abadi nakami se dochar hoga. woh akhirat ki dunya mein ek aisi zindagi ka waris hoga jo har qism ki shadabi se mukammal taur par mehroom ho.</w:t>
      </w:r>
    </w:p>
    <w:p>
      <w:pPr>
        <w:jc w:val="right"/>
      </w:pPr>
      <w:r>
        <w:t>ایسا شخص اگلی طویل تر زندگی میں ابدی ناکامی سے دوچار ہوگا۔ وہ آخرت کی دنیا میں ایک ایسی زندگی کا وارث ہوگا جو ہر قسم کی شادابی سے مکمل طور پر محروم ہو۔</w:t>
      </w:r>
    </w:p>
    <w:p>
      <w:r>
        <w:rPr>
          <w:b/>
        </w:rPr>
        <w:t xml:space="preserve">[46:30] </w:t>
      </w:r>
      <w:r>
        <w:t>jannati insan goya ek behtareen darakht hai jo dunya mein ugta hai aur phir akhirat mein le ja kar Khuda ke hare bhare bagh mein laga diya jata hai.</w:t>
      </w:r>
    </w:p>
    <w:p>
      <w:pPr>
        <w:jc w:val="right"/>
      </w:pPr>
      <w:r>
        <w:t>جنتی انسان گویا ایک بہترین درخت ہے جو دنیا میں اگتا ہے اور پھر آخرت میں لے جا کر خدا کے ہرے بھرے باغ میں لگا دیا جاتا ہے۔</w:t>
      </w:r>
    </w:p>
    <w:p>
      <w:r>
        <w:rPr>
          <w:b/>
        </w:rPr>
        <w:t xml:space="preserve">[46:46] </w:t>
      </w:r>
      <w:r>
        <w:t>jannat ki wirasat. kitab "Bagh-e-Jannat", safha number 24.</w:t>
      </w:r>
    </w:p>
    <w:p>
      <w:pPr>
        <w:jc w:val="right"/>
      </w:pPr>
      <w:r>
        <w:t>جنت کی وراثت۔ کتاب "باغِ جنت"، صفحہ نمبر 24۔</w:t>
      </w:r>
    </w:p>
    <w:p>
      <w:r>
        <w:rPr>
          <w:b/>
        </w:rPr>
        <w:t xml:space="preserve">[46:55] </w:t>
      </w:r>
      <w:r>
        <w:t>zameen par insan ko azadi hasil hai, magar yeh mustaqil azadi nahin hai. yeh sirf waqti azadi hai aur khaas mansoobay ke tehat di gayi hai.</w:t>
      </w:r>
    </w:p>
    <w:p>
      <w:pPr>
        <w:jc w:val="right"/>
      </w:pPr>
      <w:r>
        <w:t>زمین پر انسان کو آزادی حاصل ہے، مگر یہ مستقل آزادی نہیں ہے۔ یہ صرف وقتی آزادی ہے اور خاص منصوبے کے تحت دی گئی ہے۔</w:t>
      </w:r>
    </w:p>
    <w:p>
      <w:r>
        <w:rPr>
          <w:b/>
        </w:rPr>
        <w:t xml:space="preserve">[47:06] </w:t>
      </w:r>
      <w:r>
        <w:t>yeh darasal imtehan ki azadi hai. kainaat ka malik yeh dekhna chahta hai ke in mein se kaun hai jo azadi pa kar bhi azadi ka ghalat istemal nahin karta.</w:t>
      </w:r>
    </w:p>
    <w:p>
      <w:pPr>
        <w:jc w:val="right"/>
      </w:pPr>
      <w:r>
        <w:t>یہ دراصل امتحان کی آزادی ہے۔ کائنات کا مالک یہ دیکھنا چاہتا ہے کہ ان میں سے کون ہے جو آزادی پا کر بھی آزادی کا غلط استعمال نہیں کرتا۔</w:t>
      </w:r>
    </w:p>
    <w:p>
      <w:r>
        <w:rPr>
          <w:b/>
        </w:rPr>
        <w:t xml:space="preserve">[47:18] </w:t>
      </w:r>
      <w:r>
        <w:t>is ke baad Khuda aise logon ko apne in'amat se nawazega aur in logon ko tabahi ke gurhe mein daal dega jo azadi pa kar bigar gaye.</w:t>
      </w:r>
    </w:p>
    <w:p>
      <w:pPr>
        <w:jc w:val="right"/>
      </w:pPr>
      <w:r>
        <w:t>اس کے بعد خدا ایسے لوگوں کو اپنے انعامات سے نوازے گا اور ان لوگوں کو تباہی کے گڑھے میں ڈال دے گا جو آزادی پا کر بگڑ گئے۔</w:t>
      </w:r>
    </w:p>
    <w:p>
      <w:r>
        <w:rPr>
          <w:b/>
        </w:rPr>
        <w:t xml:space="preserve">[47:29] </w:t>
      </w:r>
      <w:r>
        <w:t>dunya ka maujooda nizam sirf is waqt tak hai jab tak jaanch ka yeh amal poora nahin ho jata. is muddat ke poora hone ke baad zameen ka malik zameen ka intizam barah-e-rast apne hath mein le lega jis tarah woh baqi kainaat ka intizam apne hath mein liye hue hai.</w:t>
      </w:r>
    </w:p>
    <w:p>
      <w:pPr>
        <w:jc w:val="right"/>
      </w:pPr>
      <w:r>
        <w:t>دنیا کا موجودہ نظام صرف اس وقت تک ہے جب تک جانچ کا یہ عمل پورا نہیں ہو جاتا۔ اس مدت کے پورا ہونے کے بعد زمین کا مالک زمین کا انتظام براہ راست اپنے ہاتھ میں لے لے گا جس طرح وہ بقیہ کائنات کا انتظام اپنے ہاتھ میں لیے ہوئے ہے۔</w:t>
      </w:r>
    </w:p>
    <w:p>
      <w:r>
        <w:rPr>
          <w:b/>
        </w:rPr>
        <w:t xml:space="preserve">[47:49] </w:t>
      </w:r>
      <w:r>
        <w:t>is waqt achhe aur bure ek doosre se alag kar diye jayenge. achhe logon ko abadi taur par jannati zindagi hasil hogi aur bure log abadi taur par jahannami halaat mein dhakel diye jayenge.</w:t>
      </w:r>
    </w:p>
    <w:p>
      <w:pPr>
        <w:jc w:val="right"/>
      </w:pPr>
      <w:r>
        <w:t>اس وقت اچھے اور برے ایک دوسرے سے الگ کر دیے جائیں گے۔ اچھے لوگوں کو ابدی طور پر جنتی زندگی حاصل ہوگی اور برے لوگ ابدی طور پر جہنمی حالات میں دھکیل دیے جائیں گے۔</w:t>
      </w:r>
    </w:p>
    <w:p>
      <w:r>
        <w:rPr>
          <w:b/>
        </w:rPr>
        <w:t xml:space="preserve">[48:04] </w:t>
      </w:r>
      <w:r>
        <w:t>maujooda dunya woh maqam hai jahan anay wali jannati dunya ke shehri chune ja rahe hain.</w:t>
      </w:r>
    </w:p>
    <w:p>
      <w:pPr>
        <w:jc w:val="right"/>
      </w:pPr>
      <w:r>
        <w:t>موجودہ دنیا وہ مقام ہے جہاں آنے والی جنتی دنیا کے شہری چنے جا رہے ہیں۔</w:t>
      </w:r>
    </w:p>
    <w:p>
      <w:r>
        <w:rPr>
          <w:b/>
        </w:rPr>
        <w:t xml:space="preserve">[48:11] </w:t>
      </w:r>
      <w:r>
        <w:t>jo log azad hone ke baad bhi apne aap ko Allah ka hukum bardar banayenge, jo majboor na hote hue bhi Allah ki marzi ko apne upar taari karenge, wohi Allah ke nazdeek is qabil thehreinge ke woh Allah ki jannati dunya ke baasi ban saken.</w:t>
      </w:r>
    </w:p>
    <w:p>
      <w:pPr>
        <w:jc w:val="right"/>
      </w:pPr>
      <w:r>
        <w:t>جو لوگ آزاد ہونے کے بعد بھی اپنے آپ کو اللہ کا حکم بردار بنائیں گے، جو مجبور نہ ہوتے ہوئے بھی اللہ کی مرضی کو اپنے اوپر طاری کریں گے، وہی اللہ کے نزدیک اس قابل ٹھہریں گے کہ وہ اللہ کی جنتی دنیا کے باسی بن سکیں۔</w:t>
      </w:r>
    </w:p>
    <w:p>
      <w:r>
        <w:rPr>
          <w:b/>
        </w:rPr>
        <w:t xml:space="preserve">[48:30] </w:t>
      </w:r>
      <w:r>
        <w:t>aaj imtehan ke waqfe mein har tarah ke log zameen par base hue hain, magar imtehan ki muddat khatm hone ke baad sirf saleh log Khuda ki is hari bhari dunya ke waris qarar payenge aur baqi logon ko is se be-dakhal kar ke door phenk diya jayega jahan woh abadi taur par hasraton aur mayusiyon ka maza chakte rahen.</w:t>
      </w:r>
    </w:p>
    <w:p>
      <w:pPr>
        <w:jc w:val="right"/>
      </w:pPr>
      <w:r>
        <w:t>آج امتحان کے وقفے میں ہر طرح کے لوگ زمین پر بسے ہوئے ہیں، مگر امتحان کی مدت ختم ہونے کے بعد صرف صالح لوگ خدا کی اس ہری بھری دنیا کے وارث قرار پائیں گے اور بقیہ لوگوں کو اس سے بے دخل کر کے دور پھینک دیا جائے گا جہاں وہ ابدی طور پر حسرتوں اور مایوسیوں کا مزہ چکھتے رہیں۔</w:t>
      </w:r>
    </w:p>
    <w:p>
      <w:r>
        <w:rPr>
          <w:b/>
        </w:rPr>
        <w:t xml:space="preserve">[48:58] </w:t>
      </w:r>
      <w:r>
        <w:t>jannatiyon ka intikhab. kitab "Bagh-e-Jannat", safha number 25. maujooda imtehan ki dunya mein insanon ko azadi mili hui hai,</w:t>
      </w:r>
    </w:p>
    <w:p>
      <w:pPr>
        <w:jc w:val="right"/>
      </w:pPr>
      <w:r>
        <w:t>جنتیوں کا انتخاب۔ کتاب "باغِ جنت"، صفحہ نمبر 25۔ موجودہ امتحان کی دنیا میں انسانوں کو آزادی ملی ہوئی ہے،</w:t>
      </w:r>
    </w:p>
    <w:p>
      <w:r>
        <w:rPr>
          <w:b/>
        </w:rPr>
        <w:t xml:space="preserve">[49:12] </w:t>
      </w:r>
      <w:r>
        <w:t>magar insan apni azadi ka ghalat istemal karta hai. is ne Khuda ki zameen ko zulm o fasad se bhar rakha hai. phir Khuda ne itni bari burai ko kyun gawara kiya?</w:t>
      </w:r>
    </w:p>
    <w:p>
      <w:pPr>
        <w:jc w:val="right"/>
      </w:pPr>
      <w:r>
        <w:t>مگر انسان اپنی آزادی کا غلط استعمال کرتا ہے۔ اس نے خدا کی زمین کو ظلم و فساد سے بھر رکھا ہے۔ پھر خدا نے اتنی بڑی برائی کو کیوں گوارا کیا؟</w:t>
      </w:r>
    </w:p>
    <w:p>
      <w:r>
        <w:rPr>
          <w:b/>
        </w:rPr>
        <w:t xml:space="preserve">[49:25] </w:t>
      </w:r>
      <w:r>
        <w:t>sirf is liye ke is ke baghair is aala noo' ka intikhab nahin kiya ja sakta jo jannat mein basaye jane ke qabil ho. ikhtiyar aur azadi ke mahol hi mein woh insan chune ja sakte hain jin ke mutalliq Khuda ke nigran farishte yeh gawahi dein ke yeh woh roohein hain jinhon ne mukammal ikhtiyar rakhte hue apne ko Khuda ke liye be-ikhtiyar kar liya tha.</w:t>
      </w:r>
    </w:p>
    <w:p>
      <w:pPr>
        <w:jc w:val="right"/>
      </w:pPr>
      <w:r>
        <w:t>صرف اس لیے کہ اس کے بغیر اس اعلیٰ نوع کا انتخاب نہیں کیا جا سکتا جو جنت میں بسائے جانے کے قابل ہو۔ اختیار اور آزادی کے ماحول ہی میں وہ انسان چنے جا سکتے ہیں جن کے متعلق خدا کے نگراں فرشتے یہ گواہی دیں کہ یہ وہ روحیں ہیں جنہوں نے مکمل اختیار رکھتے ہوئے اپنے کو خدا کے لیے بے اختیار کر لیا تھا۔</w:t>
      </w:r>
    </w:p>
    <w:p>
      <w:r>
        <w:rPr>
          <w:b/>
        </w:rPr>
        <w:t xml:space="preserve">[49:52] </w:t>
      </w:r>
      <w:r>
        <w:t>dunya ki be-panah buraiyan darasal ek be-panah bhalai ki qeemat hain. yeh bhalai ke insanon ke jangla se woh sa'eed roohein chhan kar nikali jayen jo poore shaoor aur mukammal irade ke sath apne ko Khuda ka tabedar bana lein, jo mahaz haqeeqat pasandi ki bina par Khuda ki mahkoomi ikhtiyar karein na ke majboori ki bina par.</w:t>
      </w:r>
    </w:p>
    <w:p>
      <w:pPr>
        <w:jc w:val="right"/>
      </w:pPr>
      <w:r>
        <w:t>دنیا کی بے پناہ برائیاں دراصل ایک بے پناہ بھلائی کی قیمت ہیں۔ یہ بھلائی کہ انسانوں کے جنگل سے وہ سعید روحیں چھان کر نکالی جائیں جو پورے شعور اور مکمل ارادے کے ساتھ اپنے کو خدا کا تابعدار بنا لیں، جو محض حقیقت پسندی کی بنا پر خدا کی محکومی اختیار کریں نہ کہ مجبوری کی بنا پر۔</w:t>
      </w:r>
    </w:p>
    <w:p>
      <w:r>
        <w:rPr>
          <w:b/>
        </w:rPr>
        <w:t xml:space="preserve">[50:18] </w:t>
      </w:r>
      <w:r>
        <w:t>yeh woh anokhi hastiyan hain jin ko yeh mauqa tha ke woh haq ko jhutla dein, magar unhon ne haq ko nahin jhutlaya. jin ko yeh ikhtiyar hasil tha ke woh apni ana ka jhanda buland karein, magar woh apne ko pichli seat par bithaa kar Khuda ko sadr nasheen banane par razi ho gaye.</w:t>
      </w:r>
    </w:p>
    <w:p>
      <w:pPr>
        <w:jc w:val="right"/>
      </w:pPr>
      <w:r>
        <w:t>یہ وہ انوکھی ہستیاں ہیں جن کو یہ موقع تھا کہ وہ حق کو جھٹلا دیں، مگر انہوں نے حق کو نہیں جھٹلایا۔ جن کو یہ اختیار حاصل تھا کہ وہ اپنی انا کا جھنڈا بلند کریں، مگر وہ اپنے کو پچھلی سیٹ پر بٹھا کر خدا کو صدر نشین بنانے پر راضی ہو گئے۔</w:t>
      </w:r>
    </w:p>
    <w:p>
      <w:r>
        <w:rPr>
          <w:b/>
        </w:rPr>
        <w:t xml:space="preserve">[50:39] </w:t>
      </w:r>
      <w:r>
        <w:t>jin ko yeh azadi mili hui thi ke woh apni qiyadat ka gumbad khara karein, magar unhon ne apne gumbad ko khud apne hathon se dha diya aur sirf haq ko ooncha karne mein unhon ne khushi hasil ki.</w:t>
      </w:r>
    </w:p>
    <w:p>
      <w:pPr>
        <w:jc w:val="right"/>
      </w:pPr>
      <w:r>
        <w:t>جن کو یہ آزادی ملی ہوئی تھی کہ وہ اپنی قیادت کا گنبد کھڑا کریں، مگر انہوں نے اپنے گنبد کو خود اپنے ہاتھوں سے ڈھا دیا اور صرف حق کو اونچا کرنے میں انہوں نے خوشی حاصل کی۔</w:t>
      </w:r>
    </w:p>
    <w:p>
      <w:r>
        <w:rPr>
          <w:b/>
        </w:rPr>
        <w:t xml:space="preserve">[50:54] </w:t>
      </w:r>
      <w:r>
        <w:t>is qism ki roohein is ke baghair chuni nahin ja saktin ke un ko mukammal azadi ke mahol mein rakha jaye aur azadi ka haqeeqi mahol qaim karne ki har qeemat ko bardasht kiya jaye.</w:t>
      </w:r>
    </w:p>
    <w:p>
      <w:pPr>
        <w:jc w:val="right"/>
      </w:pPr>
      <w:r>
        <w:t>اس قسم کی روحیں اس کے بغیر چنی نہیں جا سکتیں کہ ان کو مکمل آزادی کے ماحول میں رکھا جائے اور آزادی کا حقیقی ماحول قائم کرنے کی ہر قیمت کو برداشت کیا جائے۔</w:t>
      </w:r>
    </w:p>
    <w:p>
      <w:r>
        <w:rPr>
          <w:b/>
        </w:rPr>
        <w:t xml:space="preserve">[51:12] </w:t>
      </w:r>
      <w:r>
        <w:t>do qism ki roohain. kitaab "bagh-e-jannat", safha number 26.</w:t>
      </w:r>
    </w:p>
    <w:p>
      <w:pPr>
        <w:jc w:val="right"/>
      </w:pPr>
      <w:r>
        <w:t>دو قسم کی روحیں۔ کتاب "باغِ جنت"، صفحہ نمبر 26۔</w:t>
      </w:r>
    </w:p>
    <w:p>
      <w:r>
        <w:rPr>
          <w:b/>
        </w:rPr>
        <w:t xml:space="preserve">[51:22] </w:t>
      </w:r>
      <w:r>
        <w:t>insanon mein do qism ke insan hotay hain. aik woh jo gande jazbat mein jeetay hain, doosray woh jo sathtray jazbat par parwarish paatay hain.</w:t>
      </w:r>
    </w:p>
    <w:p>
      <w:pPr>
        <w:jc w:val="right"/>
      </w:pPr>
      <w:r>
        <w:t>انسانوں میں دو قسم کے انسان ہوتے ہیں۔ ایک وہ جو گندے جذبات میں جیتے ہیں، دوسرے وہ جو ستھرے جذبات پر پرورش پاتے ہیں۔</w:t>
      </w:r>
    </w:p>
    <w:p>
      <w:r>
        <w:rPr>
          <w:b/>
        </w:rPr>
        <w:t xml:space="preserve">[51:33] </w:t>
      </w:r>
      <w:r>
        <w:t>aik insan woh hai jo nafrat aur adawat mein jee raha hai, jo zaati numaaish aur shakhsi maslehat ki hawaon mein saans leta hai, jis ki rooh ko is se ghiza milti hai ke woh haq ka itraaf na karay.</w:t>
      </w:r>
    </w:p>
    <w:p>
      <w:pPr>
        <w:jc w:val="right"/>
      </w:pPr>
      <w:r>
        <w:t>ایک انسان وہ ہے جو نفرت اور عداوت میں جی رہا ہے، جو ذاتی نمائش اور شخصی مصلحت کی ہواؤں میں سانس لیتا ہے، جس کی روح کو اس سے غذا ملتی ہے کہ وہ حق کا اعتراف نہ کرے۔</w:t>
      </w:r>
    </w:p>
    <w:p>
      <w:r>
        <w:rPr>
          <w:b/>
        </w:rPr>
        <w:t xml:space="preserve">[51:47] </w:t>
      </w:r>
      <w:r>
        <w:t>jis ke qalb o dimaagh ko ananiyat, khud parasti, izhaar bartari se khorak milti hai. woh kisi ko takleef pohncha kar khush hota hai,</w:t>
      </w:r>
    </w:p>
    <w:p>
      <w:pPr>
        <w:jc w:val="right"/>
      </w:pPr>
      <w:r>
        <w:t>جس کے قلب و دماغ کو انانیت، خود پرستی، اظہار برتری سے خوراک ملتی ہے۔ وہ کسی کو تکلیف پہنچا کر خوش ہوتا ہے،</w:t>
      </w:r>
    </w:p>
    <w:p>
      <w:r>
        <w:rPr>
          <w:b/>
        </w:rPr>
        <w:t xml:space="preserve">[51:58] </w:t>
      </w:r>
      <w:r>
        <w:t>kisi ki kamzori se faida utha kar us par waar karta hai, aur phir kamyabi ke qehqahay lagata hai. aisay log jahannami ghizaon par jee rahay hain aur aakhirat mein un ka thikana sirf jahannum ki aag hoga.</w:t>
      </w:r>
    </w:p>
    <w:p>
      <w:pPr>
        <w:jc w:val="right"/>
      </w:pPr>
      <w:r>
        <w:t>کسی کی کمزوری سے فائدہ اٹھا کر اس پر وار کرتا ہے، اور پھر کامیابی کے قہقہے لگاتا ہے۔ ایسے لوگ جہنمی غذاؤں پر جی رہے ہیں اور آخرت میں ان کا ٹھکانہ صرف جہنم کی آگ ہوگا۔</w:t>
      </w:r>
    </w:p>
    <w:p>
      <w:r>
        <w:rPr>
          <w:b/>
        </w:rPr>
        <w:t xml:space="preserve">[52:15] </w:t>
      </w:r>
      <w:r>
        <w:t>doosra insan woh hai jo sathtray qalb ke sath jee raha hai. us ki rooh doosron ki kamyabi se khush hoti hai.</w:t>
      </w:r>
    </w:p>
    <w:p>
      <w:pPr>
        <w:jc w:val="right"/>
      </w:pPr>
      <w:r>
        <w:t>دوسرا انسان وہ ہے جو ستھرے قلب کے ساتھ جی رہا ہے۔ اس کی روح دوسروں کی کامیابی سے خوش ہوتی ہے۔</w:t>
      </w:r>
    </w:p>
    <w:p>
      <w:r>
        <w:rPr>
          <w:b/>
        </w:rPr>
        <w:t xml:space="preserve">[52:23] </w:t>
      </w:r>
      <w:r>
        <w:t>woh doosron par qaboo yafta ho kar bhi us ko chhor dainay mein rahat mehsoos karta hai. us ka dil doosron ke liye mohabbat aur khair khwahi ke jazbat se bhara hota hai.</w:t>
      </w:r>
    </w:p>
    <w:p>
      <w:pPr>
        <w:jc w:val="right"/>
      </w:pPr>
      <w:r>
        <w:t>وہ دوسروں پر قابو یافتہ ہو کر بھی اس کو چھوڑ دینے میں راحت محسوس کرتا ہے۔ اس کا دل دوسروں کے لیے محبت اور خیر خواہی کے جذبات سے بھرا ہوتا ہے۔</w:t>
      </w:r>
    </w:p>
    <w:p>
      <w:r>
        <w:rPr>
          <w:b/>
        </w:rPr>
        <w:t xml:space="preserve">[52:35] </w:t>
      </w:r>
      <w:r>
        <w:t>us ki hasti ko ajz aur tawazu mein lazzat milti hai. woh khuda aur aakhirat ki fazaon mein saans leta hai. ikhtilaf ke waqt apnay ko jhuka lainay mein us ko sukoon milta hai.</w:t>
      </w:r>
    </w:p>
    <w:p>
      <w:pPr>
        <w:jc w:val="right"/>
      </w:pPr>
      <w:r>
        <w:t>اس کی ہستی کو عجز اور تواضع میں لذت ملتی ہے۔ وہ خدا اور آخرت کی فضاؤں میں سانس لیتا ہے۔ اختلاف کے وقت اپنے کو جھکا لینے میں اس کو سکون ملتا ہے۔</w:t>
      </w:r>
    </w:p>
    <w:p>
      <w:r>
        <w:rPr>
          <w:b/>
        </w:rPr>
        <w:t xml:space="preserve">[52:48] </w:t>
      </w:r>
      <w:r>
        <w:t>jab koi us ki ghalti ki nishandahi karta hai to apni ghalti ko maan lainay mein us ka dil thandak pata hai. kisi ka haq us ke zimay ho to jab tak woh us ka haq ada na kar lay, us ko raaton ko neend nahi aati.</w:t>
      </w:r>
    </w:p>
    <w:p>
      <w:pPr>
        <w:jc w:val="right"/>
      </w:pPr>
      <w:r>
        <w:t>جب کوئی اس کی غلطی کی نشاندہی کرتا ہے تو اپنی غلطی کو مان لینے میں اس کا دل ٹھنڈک پاتا ہے۔ کسی کا حق اس کے ذمے ہو تو جب تک وہ اس کا حق ادا نہ کر لے، اس کو راتوں کو نیند نہیں آتی۔</w:t>
      </w:r>
    </w:p>
    <w:p>
      <w:r>
        <w:rPr>
          <w:b/>
        </w:rPr>
        <w:t xml:space="preserve">[53:04] </w:t>
      </w:r>
      <w:r>
        <w:t>yeh woh log hain jo jannati ghizaon par jee rahay hain. aakhirat mein woh jannat ke sada bahar baghon mein basaye jayen gay.</w:t>
      </w:r>
    </w:p>
    <w:p>
      <w:pPr>
        <w:jc w:val="right"/>
      </w:pPr>
      <w:r>
        <w:t>یہ وہ لوگ ہیں جو جنتی غذاؤں پر جی رہے ہیں۔ آخرت میں وہ جنت کے سدا بہار باغوں میں بسائے جائیں گے۔</w:t>
      </w:r>
    </w:p>
    <w:p>
      <w:r>
        <w:rPr>
          <w:b/>
        </w:rPr>
        <w:t xml:space="preserve">[53:19] </w:t>
      </w:r>
      <w:r>
        <w:t>shukr ka jazba. kitaab "bagh-e-jannat", safha number 27.</w:t>
      </w:r>
    </w:p>
    <w:p>
      <w:pPr>
        <w:jc w:val="right"/>
      </w:pPr>
      <w:r>
        <w:t>شکر کا جذبہ۔ کتاب "باغِ جنت"، صفحہ نمبر 27۔</w:t>
      </w:r>
    </w:p>
    <w:p>
      <w:r>
        <w:rPr>
          <w:b/>
        </w:rPr>
        <w:t xml:space="preserve">[53:29] </w:t>
      </w:r>
      <w:r>
        <w:t>aadmi milay huay par mutma'in nahi hota aur jo kuch nahi mila hai, us ke peechay daurta hai. isi ka yeh nateeja hai ke har aadmi ghair mutma'in zindagi guzarata hai.</w:t>
      </w:r>
    </w:p>
    <w:p>
      <w:pPr>
        <w:jc w:val="right"/>
      </w:pPr>
      <w:r>
        <w:t>آدمی ملے ہوئے پر مطمئن نہیں ہوتا اور جو کچھ نہیں ملا ہے، اس کے پیچھے دوڑتا ہے۔ اسی کا یہ نتیجہ ہے کہ ہر آدمی غیر مطمئن زندگی گزارتا ہے۔</w:t>
      </w:r>
    </w:p>
    <w:p>
      <w:r>
        <w:rPr>
          <w:b/>
        </w:rPr>
        <w:t xml:space="preserve">[53:41] </w:t>
      </w:r>
      <w:r>
        <w:t>har shakhs ko khuda ne koi na koi nemat di hai, m</w:t>
      </w:r>
    </w:p>
    <w:p>
      <w:pPr>
        <w:jc w:val="right"/>
      </w:pPr>
      <w:r>
        <w:t>ہر شخص کو خدا نے کوئی نہ کوئی نعمت دی ہے، م</w:t>
      </w:r>
    </w:p>
    <w:p>
      <w:r>
        <w:rPr>
          <w:b/>
        </w:rPr>
        <w:t xml:space="preserve">[53:46] </w:t>
      </w:r>
      <w:r>
        <w:t>agar aadmi ka haal yeh hai ke jo nemat nahi mili, us ki taraf mutawajjah rehta hai aur jo nemat mili hui hai, us ko haqeer samajhta hai.</w:t>
      </w:r>
    </w:p>
    <w:p>
      <w:pPr>
        <w:jc w:val="right"/>
      </w:pPr>
      <w:r>
        <w:t>گر آدمی کا حال یہ ہے کہ جو نعمت نہیں ملی، اس کی طرف متوجہ رہتا ہے اور جو نعمت ملی ہوئی ہے، اس کو حقیر سمجھتا ہے۔</w:t>
      </w:r>
    </w:p>
    <w:p>
      <w:r>
        <w:rPr>
          <w:b/>
        </w:rPr>
        <w:t xml:space="preserve">[53:56] </w:t>
      </w:r>
      <w:r>
        <w:t>aisay aadmi ke andar apnay khuda ke liye shukr ka jazba nahi ubharta. woh is qeemti kaifiyat se mehroom reh jata hai jo jannat ka mustahiq ban'nay ke liye sab se ziyada zaroori hai.</w:t>
      </w:r>
    </w:p>
    <w:p>
      <w:pPr>
        <w:jc w:val="right"/>
      </w:pPr>
      <w:r>
        <w:t>ایسے آدمی کے اندر اپنے خدا کے لیے شکر کا جذبہ نہیں ابھرتا۔ وہ اس قیمتی کیفیت سے محروم رہ جاتا ہے جو جنت کا مستحق بننے کے لیے سب سے زیادہ ضروری ہے۔</w:t>
      </w:r>
    </w:p>
    <w:p>
      <w:r>
        <w:rPr>
          <w:b/>
        </w:rPr>
        <w:t xml:space="preserve">[54:11] </w:t>
      </w:r>
      <w:r>
        <w:t>maujooda duniya ko khuda ne is tarah banaya hai ke yahan mukammal rahat kisi ke liye nahi. agar sard ilaqay ke masail hain to garam ilaqay ke bhi masail hain.</w:t>
      </w:r>
    </w:p>
    <w:p>
      <w:pPr>
        <w:jc w:val="right"/>
      </w:pPr>
      <w:r>
        <w:t>موجودہ دنیا کو خدا نے اس طرح بنایا ہے کہ یہاں مکمل راحت کسی کے لیے نہیں۔ اگر سرد علاقے کے مسائل ہیں تو گرم علاقے کے بھی مسائل ہیں۔</w:t>
      </w:r>
    </w:p>
    <w:p>
      <w:r>
        <w:rPr>
          <w:b/>
        </w:rPr>
        <w:t xml:space="preserve">[54:24] </w:t>
      </w:r>
      <w:r>
        <w:t>agar kam aamdani walay ki zahmatain hain to ziyada aamdani walay ki bhi zahmatain hain. agar bay zor kuch mushkilon se dochar hai to un ki bhi mushkilen hain jin ko zor o quwwat hasil hai.</w:t>
      </w:r>
    </w:p>
    <w:p>
      <w:pPr>
        <w:jc w:val="right"/>
      </w:pPr>
      <w:r>
        <w:t>اگر کم آمدنی والے کی زحمتیں ہیں تو زیادہ آمدنی والے کی بھی زحمتیں ہیں۔ اگر بے زور کچھ مشکلوں سے دوچار ہے تو ان کی بھی مشکلیں ہیں جن کو زور و قوت حاصل ہے۔</w:t>
      </w:r>
    </w:p>
    <w:p>
      <w:r>
        <w:rPr>
          <w:b/>
        </w:rPr>
        <w:t xml:space="preserve">[54:40] </w:t>
      </w:r>
      <w:r>
        <w:t>imtehan ki is duniya mein aadmi ko masail se fursat nahi. aadmi ko chahiye ke woh jin masail ke darmiyan hai, un ko gawara kartay huay apna safar jari rakhay.</w:t>
      </w:r>
    </w:p>
    <w:p>
      <w:pPr>
        <w:jc w:val="right"/>
      </w:pPr>
      <w:r>
        <w:t>امتحان کی اس دنیا میں آدمی کو مسائل سے فرصت نہیں۔ آدمی کو چاہیے کہ وہ جن مسائل کے درمیان ہے، ان کو گوارا کرتے ہوئے اپنا سفر جاری رکھے۔</w:t>
      </w:r>
    </w:p>
    <w:p>
      <w:r>
        <w:rPr>
          <w:b/>
        </w:rPr>
        <w:t xml:space="preserve">[54:53] </w:t>
      </w:r>
      <w:r>
        <w:t>is ki tawajjahaat ka markaz khuda ki raza ho, na ke mushkilat se khali zindagi hasil karna, kyunke woh to aakhirat se pehlay mumkin nahi.</w:t>
      </w:r>
    </w:p>
    <w:p>
      <w:pPr>
        <w:jc w:val="right"/>
      </w:pPr>
      <w:r>
        <w:t>اس کی توجہات کا مرکز خدا کی رضا ہو، نہ کہ مشکلات سے خالی زندگی حاصل کرنا، کیونکہ وہ تو آخرت سے پہلے ممکن نہیں۔</w:t>
      </w:r>
    </w:p>
    <w:p>
      <w:r>
        <w:rPr>
          <w:b/>
        </w:rPr>
        <w:t xml:space="preserve">[55:06] </w:t>
      </w:r>
      <w:r>
        <w:t>jo shakhs aakhirat ki jannat ka malik banna chahta ho, us ko sab se bara tohfa jo apnay rab ki khidmat mein pesh karna hai, woh shukr hai.</w:t>
      </w:r>
    </w:p>
    <w:p>
      <w:pPr>
        <w:jc w:val="right"/>
      </w:pPr>
      <w:r>
        <w:t>جو شخص آخرت کی جنت کا مالک بننا چاہتا ہو، اس کو سب سے بڑا تحفہ جو اپنے رب کی خدمت میں پیش کرنا ہے، وہ شکر ہے۔</w:t>
      </w:r>
    </w:p>
    <w:p>
      <w:r>
        <w:rPr>
          <w:b/>
        </w:rPr>
        <w:t xml:space="preserve">[55:16] </w:t>
      </w:r>
      <w:r>
        <w:t>aur shukr ka jazba is ke baghair paida nahi ho sakta ke aadmi mushkilat o masail se oopar uth kar soch'nay ki nazar paida kar lay.</w:t>
      </w:r>
    </w:p>
    <w:p>
      <w:pPr>
        <w:jc w:val="right"/>
      </w:pPr>
      <w:r>
        <w:t>اور شکر کا جذبہ اس کے بغیر پیدا نہیں ہو سکتا کہ آدمی مشکلات و مسائل سے اوپر اٹھ کر سوچنے کی نظر پیدا کر لے۔</w:t>
      </w:r>
    </w:p>
    <w:p>
      <w:r>
        <w:rPr>
          <w:b/>
        </w:rPr>
        <w:t xml:space="preserve">[55:26] </w:t>
      </w:r>
      <w:r>
        <w:t>jannat ki qeemat shukr hai aur jannat usi ko milay gi jo is ki qeemat ada karay.</w:t>
      </w:r>
    </w:p>
    <w:p>
      <w:pPr>
        <w:jc w:val="right"/>
      </w:pPr>
      <w:r>
        <w:t>جنت کی قیمت شکر ہے اور جنت اسی کو ملے گی جو اس کی قیمت ادا کرے۔</w:t>
      </w:r>
    </w:p>
    <w:p>
      <w:r>
        <w:rPr>
          <w:b/>
        </w:rPr>
        <w:t xml:space="preserve">[55:38] </w:t>
      </w:r>
      <w:r>
        <w:t>allah walay. kitaab "bagh-e-jannat", safha number 28.</w:t>
      </w:r>
    </w:p>
    <w:p>
      <w:pPr>
        <w:jc w:val="right"/>
      </w:pPr>
      <w:r>
        <w:t>اللہ والے۔ کتاب "باغِ جنت"، صفحہ نمبر 28۔</w:t>
      </w:r>
    </w:p>
    <w:p>
      <w:r>
        <w:rPr>
          <w:b/>
        </w:rPr>
        <w:t xml:space="preserve">[55:48] </w:t>
      </w:r>
      <w:r>
        <w:t>aksar logon ka haal yeh hai ke aam halaat mein woh khuda parast nazar atay hain, magar jab koi ghair ma'mooli halat paish aaye to achaanak woh doosri qism ke insan ban jatay hain.</w:t>
      </w:r>
    </w:p>
    <w:p>
      <w:pPr>
        <w:jc w:val="right"/>
      </w:pPr>
      <w:r>
        <w:t>اکثر لوگوں کا حال یہ ہے کہ عام حالات میں وہ خدا پرست نظر آتے ہیں، مگر جب کوئی غیر معمولی حالت پیش آئے تو اچانک وہ دوسری قسم کے انسان بن جاتے ہیں۔</w:t>
      </w:r>
    </w:p>
    <w:p>
      <w:r>
        <w:rPr>
          <w:b/>
        </w:rPr>
        <w:t xml:space="preserve">[56:00] </w:t>
      </w:r>
      <w:r>
        <w:t>kabhi mohabbat ya nafrat ka jazba, kabhi izzat o waqar ka sawal un ke oopar is tarah chha jata hai ke un ki khuda parasti is ke neechay dab kar reh jati hai.</w:t>
      </w:r>
    </w:p>
    <w:p>
      <w:pPr>
        <w:jc w:val="right"/>
      </w:pPr>
      <w:r>
        <w:t>کبھی محبت یا نفرت کا جذبہ، کبھی عزت و وقار کا سوال ان کے اوپر اس طرح چھا جاتا ہے کہ ان کی خدا پرستی اس کے نیچے دب کر رہ جاتی ہے۔</w:t>
      </w:r>
    </w:p>
    <w:p>
      <w:r>
        <w:rPr>
          <w:b/>
        </w:rPr>
        <w:t xml:space="preserve">[56:12] </w:t>
      </w:r>
      <w:r>
        <w:t>mamool ke halaat mein deeni zindagi guzarne wala aadmi ghair mamooli halaat mein wahi sab kuch kar guzarta hai jo ghafil aur be deen log aam halaat mein karte hain.</w:t>
      </w:r>
    </w:p>
    <w:p>
      <w:pPr>
        <w:jc w:val="right"/>
      </w:pPr>
      <w:r>
        <w:t>معمول کے حالات میں دینی زندگی گزارنے والا آدمی غیر معمولی حالات میں وہی سب کچھ کر گزرتا ہے جو غافل اور بے دین لوگ عام حالات میں کرتے ہیں۔</w:t>
      </w:r>
    </w:p>
    <w:p>
      <w:r>
        <w:rPr>
          <w:b/>
        </w:rPr>
        <w:t xml:space="preserve">[56:25] </w:t>
      </w:r>
      <w:r>
        <w:t>magar haqeeqi Khuda parast woh hai jo na sirf aam halaat mein Allah se dare, balkeh ghair mamooli halaat mein bhi woh Allah se darta ho.</w:t>
      </w:r>
    </w:p>
    <w:p>
      <w:pPr>
        <w:jc w:val="right"/>
      </w:pPr>
      <w:r>
        <w:t>مگر حقیقی خدا پرست وہ ہے جو نہ صرف عام حالات میں اللہ سے ڈرے، بلکہ غیر معمولی حالات میں بھی وہ اللہ سے ڈرتا ہو۔</w:t>
      </w:r>
    </w:p>
    <w:p>
      <w:r>
        <w:rPr>
          <w:b/>
        </w:rPr>
        <w:t xml:space="preserve">[56:35] </w:t>
      </w:r>
      <w:r>
        <w:t>kisi ki mohabbat is ko had se nikalne par uksaye to woh had se nikalne par tayyar na ho. kisi ke khilaaf nafrat is ko be insafi ke rastay par le jana chahe to woh is ke liye raazi na ho</w:t>
      </w:r>
    </w:p>
    <w:p>
      <w:pPr>
        <w:jc w:val="right"/>
      </w:pPr>
      <w:r>
        <w:t>کسی کی محبت اس کو حد سے نکلنے پر اکسائے تو وہ حد سے نکلنے پر تیار نہ ہو۔ کسی کے خلاف نفرت اس کو بے انصافی کے راستے پر لے جانا چاہے تو وہ اس کے لیے راضی نہ ہو</w:t>
      </w:r>
    </w:p>
    <w:p>
      <w:r>
        <w:rPr>
          <w:b/>
        </w:rPr>
        <w:t xml:space="preserve">[56:51] </w:t>
      </w:r>
      <w:r>
        <w:t>. zaati izzat o waqar ka sawal is ko haq ke itraaf se roke to woh is ko rokne mein kaamyaab na ho sake.</w:t>
      </w:r>
    </w:p>
    <w:p>
      <w:pPr>
        <w:jc w:val="right"/>
      </w:pPr>
      <w:r>
        <w:t>۔ ذاتی عزت و وقار کا سوال اس کو حق کے اعتراف سے روکے تو وہ اس کو روکنے میں کامیاب نہ ہو سکے۔</w:t>
      </w:r>
    </w:p>
    <w:p>
      <w:r>
        <w:rPr>
          <w:b/>
        </w:rPr>
        <w:t xml:space="preserve">[57:00] </w:t>
      </w:r>
      <w:r>
        <w:t>sacha Khuda parast aadmi apni tamam khamiyon se aagah ho kar apni islaah karta rehta hai. is ka musalsal ehtesaab is ko aise maqam par pohncha deta hai jahan woh apne aap ko be laag andaaz se dekh sake.</w:t>
      </w:r>
    </w:p>
    <w:p>
      <w:pPr>
        <w:jc w:val="right"/>
      </w:pPr>
      <w:r>
        <w:t>سچا خدا پرست آدمی اپنی تمام خامیوں سے آگاہ ہو کر اپنی اصلاح کرتا رہتا ہے۔ اس کا مسلسل احتساب اس کو ایسے مقام پر پہنچا دیتا ہے جہاں وہ اپنے آپ کو بے لاگ انداز سے دیکھ سکے۔</w:t>
      </w:r>
    </w:p>
    <w:p>
      <w:r>
        <w:rPr>
          <w:b/>
        </w:rPr>
        <w:t xml:space="preserve">[57:16] </w:t>
      </w:r>
      <w:r>
        <w:t>woh apne aap ko is haqeeqi nazar se dekhe jis nazar se is ka Khuda is ko dekh raha hai. yahi woh log hain jo faislay ke din Khuda ki un jannaton mein dakhil kiye jayenge jahan na koi takleef hai aur na kisi qism ka andesha.</w:t>
      </w:r>
    </w:p>
    <w:p>
      <w:pPr>
        <w:jc w:val="right"/>
      </w:pPr>
      <w:r>
        <w:t>وہ اپنے آپ کو اس حقیقی نظر سے دیکھے جس نظر سے اس کا خدا اس کو دیکھ رہا ہے۔ یہی وہ لوگ ہیں جو فیصلے کے دن خدا کی ان جنتوں میں داخل کیے جائیں گے جہاں نہ کوئی تکلیف ہے اور نہ کسی قسم کا اندیشہ۔</w:t>
      </w:r>
    </w:p>
    <w:p>
      <w:r>
        <w:rPr>
          <w:b/>
        </w:rPr>
        <w:t xml:space="preserve">[57:39] </w:t>
      </w:r>
      <w:r>
        <w:t>mangne wala pata hai. kitaab "bagh-e-jannat", safha number 29.</w:t>
      </w:r>
    </w:p>
    <w:p>
      <w:pPr>
        <w:jc w:val="right"/>
      </w:pPr>
      <w:r>
        <w:t>مانگنے والا پاتا ہے۔ کتاب "باغِ جنت"، صفحہ نمبر 29۔</w:t>
      </w:r>
    </w:p>
    <w:p>
      <w:r>
        <w:rPr>
          <w:b/>
        </w:rPr>
        <w:t xml:space="preserve">[57:48] </w:t>
      </w:r>
      <w:r>
        <w:t>logon ka haal yeh hai ke woh jannat ka naam lete hain, magar jahannami aamaal mein masroof hain. is ka matlab yeh hai ke unhon ne Khuda se is ki jannat mangi hi nahin.</w:t>
      </w:r>
    </w:p>
    <w:p>
      <w:pPr>
        <w:jc w:val="right"/>
      </w:pPr>
      <w:r>
        <w:t>لوگوں کا حال یہ ہے کہ وہ جنت کا نام لیتے ہیں، مگر جہنمی اعمال میں مشغول ہیں۔ اس کا مطلب یہ ہے کہ انہوں نے خدا سے اس کی جنت مانگی ہی نہیں۔</w:t>
      </w:r>
    </w:p>
    <w:p>
      <w:r>
        <w:rPr>
          <w:b/>
        </w:rPr>
        <w:t xml:space="preserve">[58:00] </w:t>
      </w:r>
      <w:r>
        <w:t>agar woh Khuda se jannat mangte to yeh mumkin na tha ke woh logon ko aise raston mein chalne de jo unhein jahannum ki taraf le janay walay hain.</w:t>
      </w:r>
    </w:p>
    <w:p>
      <w:pPr>
        <w:jc w:val="right"/>
      </w:pPr>
      <w:r>
        <w:t>اگر وہ خدا سے جنت مانگتے تو یہ ممکن نہ تھا کہ وہ لوگوں کو ایسے راستوں میں چلنے دے جو انہیں جہنم کی طرف لے جانے والے ہیں۔</w:t>
      </w:r>
    </w:p>
    <w:p>
      <w:r>
        <w:rPr>
          <w:b/>
        </w:rPr>
        <w:t xml:space="preserve">[58:11] </w:t>
      </w:r>
      <w:r>
        <w:t>yeh mumkin nahin ke aap Khuda se jannat mangen aur woh aap ko jahannum de de.</w:t>
      </w:r>
    </w:p>
    <w:p>
      <w:pPr>
        <w:jc w:val="right"/>
      </w:pPr>
      <w:r>
        <w:t>یہ ممکن نہیں کہ آپ خدا سے جنت مانگیں اور وہ آپ کو جہنم دے دے۔</w:t>
      </w:r>
    </w:p>
    <w:p>
      <w:r>
        <w:rPr>
          <w:b/>
        </w:rPr>
        <w:t xml:space="preserve">[58:16] </w:t>
      </w:r>
      <w:r>
        <w:t>aap Khuda se khashiyat mangen aur woh aap ko qasaawat de de. aap Khuda ki yaad mangen aur woh aap ko ghaflat mein mubtala kar de.</w:t>
      </w:r>
    </w:p>
    <w:p>
      <w:pPr>
        <w:jc w:val="right"/>
      </w:pPr>
      <w:r>
        <w:t>آپ خدا سے خشیت مانگیں اور وہ آپ کو قساوت دے دے۔ آپ خدا کی یاد مانگیں اور وہ آپ کو غفلت میں مبتلا کر دے۔</w:t>
      </w:r>
    </w:p>
    <w:p>
      <w:r>
        <w:rPr>
          <w:b/>
        </w:rPr>
        <w:t xml:space="preserve">[58:26] </w:t>
      </w:r>
      <w:r>
        <w:t>aap aakhirat ki tarp mangen aur woh aap ko dunya ki mohabbat mein daal de. aap kaifiyat se bhari hui deendari mangen aur woh aap ko be rooh deendari mein pada rehne de.</w:t>
      </w:r>
    </w:p>
    <w:p>
      <w:pPr>
        <w:jc w:val="right"/>
      </w:pPr>
      <w:r>
        <w:t>آپ آخرت کی تڑپ مانگیں اور وہ آپ کو دنیا کی محبت میں ڈال دے۔ آپ کیفیت سے بھری ہوئی دینداری مانگیں اور وہ آپ کو بے روح دینداری میں پڑا رہنے دے۔</w:t>
      </w:r>
    </w:p>
    <w:p>
      <w:r>
        <w:rPr>
          <w:b/>
        </w:rPr>
        <w:t xml:space="preserve">[58:41] </w:t>
      </w:r>
      <w:r>
        <w:t>aap haq parasti mangen aur woh aap ko shakhsiyat parasti ki kothri mein band kar de. agar aap ki zindagi mein matloob cheez nahin hai to is ka matlab yeh hai ke aap ne na manga tha aur na aap ko mila.</w:t>
      </w:r>
    </w:p>
    <w:p>
      <w:pPr>
        <w:jc w:val="right"/>
      </w:pPr>
      <w:r>
        <w:t>آپ حق پرستی مانگیں اور وہ آپ کو شخصیت پرستی کی کوٹھری میں بند کر دے۔ اگر آپ کی زندگی میں مطلوب چیز نہیں ہے تو اس کا مطلب یہ ہے کہ آپ نے نہ مانگا تھا اور نہ آپ کو ملا۔</w:t>
      </w:r>
    </w:p>
    <w:p>
      <w:r>
        <w:rPr>
          <w:b/>
        </w:rPr>
        <w:t xml:space="preserve">[58:56] </w:t>
      </w:r>
      <w:r>
        <w:t>jo mange, woh kabhi mehroom nahin reh sakta.</w:t>
      </w:r>
    </w:p>
    <w:p>
      <w:pPr>
        <w:jc w:val="right"/>
      </w:pPr>
      <w:r>
        <w:t>جو مانگے، وہ کبھی محروم نہیں رہ سکتا۔</w:t>
      </w:r>
    </w:p>
    <w:p>
      <w:r>
        <w:rPr>
          <w:b/>
        </w:rPr>
        <w:t xml:space="preserve">[58:59] </w:t>
      </w:r>
      <w:r>
        <w:t>yeh malik-e-kaenat ki ghairat ke khilaaf hai ke woh kisi bande ko is haal mein rehne de ke qayamat mein jab Khuda se is ka samna ho to woh apne Rab ko hasrat ki nazar se dekhe.</w:t>
      </w:r>
    </w:p>
    <w:p>
      <w:pPr>
        <w:jc w:val="right"/>
      </w:pPr>
      <w:r>
        <w:t>یہ مالک کائنات کی غیرت کے خلاف ہے کہ وہ کسی بندے کو اس حال میں رہنے دے کہ قیامت میں جب خدا سے اس کا سامنا ہو تو وہ اپنے رب کو حسرت کی نظر سے دیکھے۔</w:t>
      </w:r>
    </w:p>
    <w:p>
      <w:r>
        <w:rPr>
          <w:b/>
        </w:rPr>
        <w:t xml:space="preserve">[59:13] </w:t>
      </w:r>
      <w:r>
        <w:t>woh kahe ke Khuda ya, maine tujh se jannat mangi thi aur tu ne jahannum mere hawale kar di. bakhuda, yeh naamumkin hai.</w:t>
      </w:r>
    </w:p>
    <w:p>
      <w:pPr>
        <w:jc w:val="right"/>
      </w:pPr>
      <w:r>
        <w:t>وہ کہے کہ خدایا، میں نے تجھ سے جنت مانگی تھی اور تو نے جہنم میرے حوالے کر دی۔ بخدا، یہ ناممکن ہے۔</w:t>
      </w:r>
    </w:p>
    <w:p>
      <w:r>
        <w:rPr>
          <w:b/>
        </w:rPr>
        <w:t xml:space="preserve">[59:21] </w:t>
      </w:r>
      <w:r>
        <w:t>yeh naamumkin hai. yeh naamumkin hai.</w:t>
      </w:r>
    </w:p>
    <w:p>
      <w:pPr>
        <w:jc w:val="right"/>
      </w:pPr>
      <w:r>
        <w:t>یہ ناممکن ہے۔ یہ ناممکن ہے۔</w:t>
      </w:r>
    </w:p>
    <w:p>
      <w:r>
        <w:rPr>
          <w:b/>
        </w:rPr>
        <w:t xml:space="preserve">[59:25] </w:t>
      </w:r>
      <w:r>
        <w:t>kaenat ka malik to har subah o shaam apne saare khazanon ke sath aap ke qareeb aa kar awaz deta hai ke kaun hai jo mujh se mangey taake main use doon?</w:t>
      </w:r>
    </w:p>
    <w:p>
      <w:pPr>
        <w:jc w:val="right"/>
      </w:pPr>
      <w:r>
        <w:t>کائنات کا مالک تو ہر صبح و شام اپنے سارے خزانوں کے ساتھ آپ کے قریب آ کر آواز دیتا ہے کہ کون ہے جو مجھ سے مانگے تاکہ میں اسے دوں؟</w:t>
      </w:r>
    </w:p>
    <w:p>
      <w:r>
        <w:rPr>
          <w:b/>
        </w:rPr>
        <w:t xml:space="preserve">[59:37] </w:t>
      </w:r>
      <w:r>
        <w:t>magar jin ko lena hai, woh khud munh phere hue hon to is mein dene walay ka kya qusoor?</w:t>
      </w:r>
    </w:p>
    <w:p>
      <w:pPr>
        <w:jc w:val="right"/>
      </w:pPr>
      <w:r>
        <w:t>مگر جن کو لینا ہے، وہ خود منہ پھیرے ہوئے ہوں تو اس میں دینے والے کا کیا قصور؟</w:t>
      </w:r>
    </w:p>
    <w:p>
      <w:r>
        <w:rPr>
          <w:b/>
        </w:rPr>
        <w:t xml:space="preserve">[59:49] </w:t>
      </w:r>
      <w:r>
        <w:t>jannat ke shehri. kitaab "bagh-e-jannat", safha number 30.</w:t>
      </w:r>
    </w:p>
    <w:p>
      <w:pPr>
        <w:jc w:val="right"/>
      </w:pPr>
      <w:r>
        <w:t>جنت کے شہری۔ کتاب "باغِ جنت"، صفحہ نمبر 30۔</w:t>
      </w:r>
    </w:p>
    <w:p>
      <w:r>
        <w:rPr>
          <w:b/>
        </w:rPr>
        <w:t xml:space="preserve">[59:58] </w:t>
      </w:r>
      <w:r>
        <w:t>jannat ka mahaul woh mahaul hoga jahan har taraf Khuda ki hamd ho rahi hogi. Khuda ki barhaii ke siwa kisi aur ki barhaii ka wahan charchah na hoga.</w:t>
      </w:r>
    </w:p>
    <w:p>
      <w:pPr>
        <w:jc w:val="right"/>
      </w:pPr>
      <w:r>
        <w:t>جنت کا ماحول وہ ماحول ہوگا جہاں ہر طرف خدا کی حمد ہو رہی ہوگی۔ خدا کی بڑائی کے سوا کسی اور کی بڑائی کا وہاں چرچہ نہ ہوگا۔</w:t>
      </w:r>
    </w:p>
    <w:p>
      <w:r>
        <w:rPr>
          <w:b/>
        </w:rPr>
        <w:t xml:space="preserve">[1:00:11] </w:t>
      </w:r>
      <w:r>
        <w:t>is liye wohi log jannat ki dunya mein rehne ke qabil thehrenge jo aaj ki dunya mein Khuda ki hamd aur is ki barhaii se sarshaar rahe hon.</w:t>
      </w:r>
    </w:p>
    <w:p>
      <w:pPr>
        <w:jc w:val="right"/>
      </w:pPr>
      <w:r>
        <w:t>اس لیے وہی لوگ جنت کی دنیا میں رہنے کے قابل ٹھہریں گے جو آج کی دنیا میں خدا کی حمد اور اس کی بڑائی سے سرشار رہے ہوں۔</w:t>
      </w:r>
    </w:p>
    <w:p>
      <w:r>
        <w:rPr>
          <w:b/>
        </w:rPr>
        <w:t xml:space="preserve">[1:00:22] </w:t>
      </w:r>
      <w:r>
        <w:t>apni ya kisi doosre ki barhaii ke ehsaas se jin ka seena khaali raha ho. jannat ki dunya mein qaul o amal ka farq na hoga.</w:t>
      </w:r>
    </w:p>
    <w:p>
      <w:pPr>
        <w:jc w:val="right"/>
      </w:pPr>
      <w:r>
        <w:t>اپنی یا کسی دوسرے کی بڑائی کے احساس سے جن کا سینہ خالی رہا ہو۔ جنت کی دنیا میں قول و عمل کا فرق نہ ہوگا۔</w:t>
      </w:r>
    </w:p>
    <w:p>
      <w:r>
        <w:rPr>
          <w:b/>
        </w:rPr>
        <w:t xml:space="preserve">[1:00:32] </w:t>
      </w:r>
      <w:r>
        <w:t>wahan koi kisi ko dhoka na dega. wahan koi kisi ka istehsal karna na chahega.</w:t>
      </w:r>
    </w:p>
    <w:p>
      <w:pPr>
        <w:jc w:val="right"/>
      </w:pPr>
      <w:r>
        <w:t>وہاں کوئی کسی کو دھوکہ نہ دے گا۔ وہاں کوئی کسی کا استحصال کرنا نہ چاہے گا۔</w:t>
      </w:r>
    </w:p>
    <w:p>
      <w:r>
        <w:rPr>
          <w:b/>
        </w:rPr>
        <w:t xml:space="preserve">[1:00:40] </w:t>
      </w:r>
      <w:r>
        <w:t>wahan koi kisi ko aazaar na pahunchayega. is liye jannat ka bashindah wohi shakhs ho sakta hai jis ne aaj ki zindagi mein apne amal se dikha diya ho ke woh shehriat ke in aala miyaron par poora utarta hai.</w:t>
      </w:r>
    </w:p>
    <w:p>
      <w:pPr>
        <w:jc w:val="right"/>
      </w:pPr>
      <w:r>
        <w:t>وہاں کوئی کسی کو آزار نہ پہنچائے گا۔ اس لیے جنت کا باشندہ وہی شخص ہو سکتا ہے جس نے آج کی زندگی میں اپنے عمل سے دکھا دیا ہو کہ وہ شہریت کے ان اعلیٰ معیاروں پر پورا اترتا ہے۔</w:t>
      </w:r>
    </w:p>
    <w:p>
      <w:r>
        <w:rPr>
          <w:b/>
        </w:rPr>
        <w:t xml:space="preserve">[1:00:58] </w:t>
      </w:r>
      <w:r>
        <w:t>jannat mukammal taur par misbat sargarmiyon ki dunya hogi. is liye wahan ki abadiyon mein basne ka ijazat nama sirf unhi logon ko milega jinhon ne aaj ki dunya mein yeh saboot diya ho ke woh khalis misbat mizaj rakhne wale log hain aur misbat aur takhreebi karwaiyon se koi talluq nahi rakhte.</w:t>
      </w:r>
    </w:p>
    <w:p>
      <w:pPr>
        <w:jc w:val="right"/>
      </w:pPr>
      <w:r>
        <w:t>جنت مکمل طور پر مثبت سرگرمیوں کی دنیا ہوگی۔ اس لیے وہاں کی آبادیوں میں بسنے کا اجازت نامہ صرف انہی لوگوں کو ملے گا جنہوں نے آج کی دنیا میں یہ ثبوت دیا ہو کہ وہ خالص مثبت مزاج رکھنے والے لوگ ہیں اور منفی اور تخریبی کارروائیوں سے کوئی تعلق نہیں رکھتے۔</w:t>
      </w:r>
    </w:p>
    <w:p>
      <w:r>
        <w:rPr>
          <w:b/>
        </w:rPr>
        <w:t xml:space="preserve">[1:01:21] </w:t>
      </w:r>
      <w:r>
        <w:t>jannat ki dunya ek aisi dunya hai jahan aadmi doosron ki shararton se mehfooz hoga. is liye jannat ki bastiyon mein rehne ke qabil wahi shakhs hai jis ne dunya mein yeh saboot diya ho ke woh ek aisa shakhs hai jo doosron ko apne hasad aur apni shararat se mehfooz rakhne wala hai.</w:t>
      </w:r>
    </w:p>
    <w:p>
      <w:pPr>
        <w:jc w:val="right"/>
      </w:pPr>
      <w:r>
        <w:t>جنت کی دنیا ایک ایسی دنیا ہے جہاں آدمی دوسروں کی شرارتوں سے محفوظ ہوگا۔ اس لیے جنت کی بستیوں میں رہنے کے قابل وہی شخص ہے جس نے دنیا میں یہ ثبوت دیا ہو کہ وہ ایک ایسا شخص ہے جو دوسروں کو اپنے حسد اور اپنی شرارت سے محفوظ رکھنے والا ہے۔</w:t>
      </w:r>
    </w:p>
    <w:p>
      <w:r>
        <w:rPr>
          <w:b/>
        </w:rPr>
        <w:t xml:space="preserve">[1:01:42] </w:t>
      </w:r>
      <w:r>
        <w:t>jannat ka mahol gandgiyon aur behoodgiyon se pak hoga. is</w:t>
      </w:r>
    </w:p>
    <w:p>
      <w:pPr>
        <w:jc w:val="right"/>
      </w:pPr>
      <w:r>
        <w:t>جنت کا ماحول گندگیوں اور بےہودگیوں سے پاک ہوگا۔ اس</w:t>
      </w:r>
    </w:p>
    <w:p>
      <w:r>
        <w:rPr>
          <w:b/>
        </w:rPr>
        <w:t xml:space="preserve">[1:01:47] </w:t>
      </w:r>
      <w:r>
        <w:t>liye jannat ki coloniyon mein basane ke liye unhi logon ka intikhab kiya jayega jo har qism ki behoodgiyon se door rehne wale sabit hue hain.</w:t>
      </w:r>
    </w:p>
    <w:p>
      <w:pPr>
        <w:jc w:val="right"/>
      </w:pPr>
      <w:r>
        <w:t>لیے جنت کی کالونیوں میں بسانے کے لیے انہی لوگوں کا انتخاب کیا جائے گا جو ہر قسم کی بےہودگیوں سے دور رہنے والے ثابت ہوئے ہوں۔</w:t>
      </w:r>
    </w:p>
    <w:p>
      <w:r>
        <w:rPr>
          <w:b/>
        </w:rPr>
        <w:t xml:space="preserve">[1:02:02] </w:t>
      </w:r>
      <w:r>
        <w:t>abdiyat ka maqam. kitab "bagh-e-jannat", safha number 31.</w:t>
      </w:r>
    </w:p>
    <w:p>
      <w:pPr>
        <w:jc w:val="right"/>
      </w:pPr>
      <w:r>
        <w:t>عبدیت کا مقام۔ کتاب "باغِ جنت"، صفحہ نمبر 31۔</w:t>
      </w:r>
    </w:p>
    <w:p>
      <w:r>
        <w:rPr>
          <w:b/>
        </w:rPr>
        <w:t xml:space="preserve">[1:02:12] </w:t>
      </w:r>
      <w:r>
        <w:t>banda jab tawazu ki halat mein hota hai to woh khuda ke qareeb tareen hota hai. kyunke khuda ke darbar mein kisi bande ke liye jo sab se qareebi nishast hai, woh tawazu hi hai.</w:t>
      </w:r>
    </w:p>
    <w:p>
      <w:pPr>
        <w:jc w:val="right"/>
      </w:pPr>
      <w:r>
        <w:t>بندہ جب تواضع کی حالت میں ہوتا ہے تو وہ خدا کے قریب ترین ہوتا ہے۔ کیونکہ خدا کے دربار میں کسی بندے کے لیے جو سب سے قریبی نشست ہے، وہ تواضع ہی ہے۔</w:t>
      </w:r>
    </w:p>
    <w:p>
      <w:r>
        <w:rPr>
          <w:b/>
        </w:rPr>
        <w:t xml:space="preserve">[1:02:25] </w:t>
      </w:r>
      <w:r>
        <w:t>haqeeqat yeh hai ke tawazu agar numaishai na ho balkeh haqeeqi ho to woh aadmi ke liye sab se lazeez cheez hoti hai.</w:t>
      </w:r>
    </w:p>
    <w:p>
      <w:pPr>
        <w:jc w:val="right"/>
      </w:pPr>
      <w:r>
        <w:t>حقیقت یہ ہے کہ تواضع اگر نمائشی نہ ہو بلکہ حقیقی ہو تو وہ آدمی کے لیے سب سے لذیذ چیز ہوتی ہے۔</w:t>
      </w:r>
    </w:p>
    <w:p>
      <w:r>
        <w:rPr>
          <w:b/>
        </w:rPr>
        <w:t xml:space="preserve">[1:02:35] </w:t>
      </w:r>
      <w:r>
        <w:t>kyunke khuda ki is dunya mein woh apni asal hesiyat ka etaraf hota hai.</w:t>
      </w:r>
    </w:p>
    <w:p>
      <w:pPr>
        <w:jc w:val="right"/>
      </w:pPr>
      <w:r>
        <w:t>کیونکہ خدا کی اس دنیا میں وہ اپنی اصل حیثیت کا اعتراف ہوتا ہے۔</w:t>
      </w:r>
    </w:p>
    <w:p>
      <w:r>
        <w:rPr>
          <w:b/>
        </w:rPr>
        <w:t xml:space="preserve">[1:02:41] </w:t>
      </w:r>
      <w:r>
        <w:t>woh khuda ke sab se qareeb pahunch jane ke hum maani hai. jis aadmi ko abdiyat ke maqam ki khabar na ho, abdiyat us ke liye lazeez cheez nahi ban sakti.</w:t>
      </w:r>
    </w:p>
    <w:p>
      <w:pPr>
        <w:jc w:val="right"/>
      </w:pPr>
      <w:r>
        <w:t>وہ خدا کے سب سے قریب پہنچ جانے کے ہم معنی ہے۔ جس آدمی کو عبدیت کے مقام کی خبر نہ ہو، عبدیت اس کے لیے لذیذ چیز نہیں بن سکتی۔</w:t>
      </w:r>
    </w:p>
    <w:p>
      <w:r>
        <w:rPr>
          <w:b/>
        </w:rPr>
        <w:t xml:space="preserve">[1:02:53] </w:t>
      </w:r>
      <w:r>
        <w:t>jo shakhs imtiaz mein jeeta ho, woh masawat ki lazzat ko kis tarah payega? jo apni ana mein gum ho, woh khuda ki kibriyai ke etaraf ka maza kaise chakhhega?</w:t>
      </w:r>
    </w:p>
    <w:p>
      <w:pPr>
        <w:jc w:val="right"/>
      </w:pPr>
      <w:r>
        <w:t>جو شخص امتیاز میں جیتا ہو، وہ مساوات کی لذت کو کس طرح پائے گا؟ جو اپنی انا میں گم ہو، وہ خدا کی کبریائی کے اعتراف کا مزہ کیسے چکھے گا؟</w:t>
      </w:r>
    </w:p>
    <w:p>
      <w:r>
        <w:rPr>
          <w:b/>
        </w:rPr>
        <w:t xml:space="preserve">[1:03:06] </w:t>
      </w:r>
      <w:r>
        <w:t>jo doosron ko ghalat sabit kar ke khush ho raha ho, us ko apni ghalati janne aur manne ki khushi kaise hasil hogi? jo apne ko ek peymane se napay aur doosron ko doosre peymane se napay, woh kyun kar janega ke apne liye aur doosron ke liye ek peymana rakhna itni bari daulat hai ke dunya ki tamam daulaten us par qurban ki ja sakti hain?</w:t>
      </w:r>
    </w:p>
    <w:p>
      <w:pPr>
        <w:jc w:val="right"/>
      </w:pPr>
      <w:r>
        <w:t>جو دوسروں کو غلط ثابت کر کے خوش ہو رہا ہو، اس کو اپنی غلطی جاننے اور ماننے کی خوشی کیسے حاصل ہوگی؟ جو اپنے کو ایک پیمانے سے ناپے اور دوسروں کو دوسرے پیمانے سے ناپے، وہ کیوں کر جانے گا کہ اپنے لیے اور دوسروں کے لیے ایک پیمانہ رکھنا اتنی بڑی دولت ہے کہ دنیا کی تمام دولتیں اس پر قربان کی جا سکتی ہیں؟</w:t>
      </w:r>
    </w:p>
    <w:p>
      <w:r>
        <w:rPr>
          <w:b/>
        </w:rPr>
        <w:t xml:space="preserve">[1:03:33] </w:t>
      </w:r>
      <w:r>
        <w:t>jannati insan woh hai jis ke liye jannati amal dunya mein sab se bari lazzat ban jaye. ibadat mein bhi aur doosre mamlat mein bhi.</w:t>
      </w:r>
    </w:p>
    <w:p>
      <w:pPr>
        <w:jc w:val="right"/>
      </w:pPr>
      <w:r>
        <w:t>جنتی انسان وہ ہے جس کے لیے جنتی عمل دنیا میں سب سے بڑی لذت بن جائے۔ عبادت میں بھی اور دوسرے معاملات میں بھی۔</w:t>
      </w:r>
    </w:p>
    <w:p>
      <w:r>
        <w:rPr>
          <w:b/>
        </w:rPr>
        <w:t xml:space="preserve">[1:03:45] </w:t>
      </w:r>
      <w:r>
        <w:t>hasad ke jazbat ko kuchalna, intiqam ki aag ko bujhana, grohi asbiyat se apne ko oopar uthana, ikhtilaf ke bawajood insaf karna, khushamad ke bajaye haq ki buniyad par insan ki qadar karna, yeh sab cheezen us ke liye is tarah lazeez ban jayen ke un ko chhodna us ke liye mumkin na rahe.</w:t>
      </w:r>
    </w:p>
    <w:p>
      <w:pPr>
        <w:jc w:val="right"/>
      </w:pPr>
      <w:r>
        <w:t>حسد کے جذبات کو کچلنا، انتقام کی آگ کو بجھانا، گروہی عصبیت سے اپنے کو اوپر اٹھانا، اختلاف کے باوجود انصاف کرنا، خوشامد کے بجائے حق کی بنیاد پر انسان کی قدر کرنا، یہ سب چیزیں اس کے لیے اس طرح لذیذ بن جائیں کہ ان کو چھوڑنا اس کے لیے ممکن نہ رہے۔</w:t>
      </w:r>
    </w:p>
    <w:p>
      <w:r>
        <w:rPr>
          <w:b/>
        </w:rPr>
        <w:t xml:space="preserve">[1:04:12] </w:t>
      </w:r>
      <w:r>
        <w:t>darakht ka sabaq. kitab "bagh-e-jannat", safha number 32.</w:t>
      </w:r>
    </w:p>
    <w:p>
      <w:pPr>
        <w:jc w:val="right"/>
      </w:pPr>
      <w:r>
        <w:t>درخت کا سبق۔ کتاب "باغِ جنت"، صفحہ نمبر 32۔</w:t>
      </w:r>
    </w:p>
    <w:p>
      <w:r>
        <w:rPr>
          <w:b/>
        </w:rPr>
        <w:t xml:space="preserve">[1:04:22] </w:t>
      </w:r>
      <w:r>
        <w:t>darakht ko dekhiye, is ka tana kis qadar sakht aur taqatwar hai. magar is ki patti, is ka phool aur is ke phal itna hi zyada nazuk aur kamzor hain.</w:t>
      </w:r>
    </w:p>
    <w:p>
      <w:pPr>
        <w:jc w:val="right"/>
      </w:pPr>
      <w:r>
        <w:t>درخت کو دیکھیے، اس کا تنا کس قدر سخت اور طاقتور ہے۔ مگر اس کی پتی، اس کا پھول اور اس کے پھل اتنا ہی زیادہ نازک اور کمزور ہیں۔</w:t>
      </w:r>
    </w:p>
    <w:p>
      <w:r>
        <w:rPr>
          <w:b/>
        </w:rPr>
        <w:t xml:space="preserve">[1:04:35] </w:t>
      </w:r>
      <w:r>
        <w:t>ek shakhs jab patiyon ke husn, phoolon ki rangkari aur phalon ki latafat par ghaur karta hai to us ko mehsoos hota hai ke darakht ke yeh narm o nazuk hisse us ke mazboot hisson se zyada qudrat ki tawajjuh ke mustahiq rahe hain.</w:t>
      </w:r>
    </w:p>
    <w:p>
      <w:pPr>
        <w:jc w:val="right"/>
      </w:pPr>
      <w:r>
        <w:t>ایک شخص جب پتیوں کے حسن، پھولوں کی رنگ کاری اور پھلوں کی لطافت پر غور کرتا ہے تو اس کو محسوس ہوتا ہے کہ درخت کے یہ نرم و نازک حصے اس کے مضبوط حصوں سے زیادہ قدرت کی توجہ کے مستحق رہے ہیں۔</w:t>
      </w:r>
    </w:p>
    <w:p>
      <w:r>
        <w:rPr>
          <w:b/>
        </w:rPr>
        <w:t xml:space="preserve">[1:04:53] </w:t>
      </w:r>
      <w:r>
        <w:t>aisa maloom hota hai ke tana aur shakhain is liye thin ke woh takhleeq ke is narm o nazuk shahkar ko wajood mein lane ka zariya banen jin ko patti aur phool aur phal kaha jata hai.</w:t>
      </w:r>
    </w:p>
    <w:p>
      <w:pPr>
        <w:jc w:val="right"/>
      </w:pPr>
      <w:r>
        <w:t>ایسا معلوم ہوتا ہے کہ تنا اور شاخیں اس لیے تھیں کہ وہ تخلیق کے اس نرم و نازک شاہکار کو وجود میں لانے کا ذریعہ بنیں جن کو پتی اور پھول اور پھل کہا جاتا ہے۔</w:t>
      </w:r>
    </w:p>
    <w:p>
      <w:r>
        <w:rPr>
          <w:b/>
        </w:rPr>
        <w:t xml:space="preserve">[1:05:08] </w:t>
      </w:r>
      <w:r>
        <w:t>yeh khuda ki taraf se ek khamosh ishara hai jo batata hai ke insan se us ke khaliq ko kya matloob hai.</w:t>
      </w:r>
    </w:p>
    <w:p>
      <w:pPr>
        <w:jc w:val="right"/>
      </w:pPr>
      <w:r>
        <w:t>یہ خدا کی طرف سے ایک خاموش اشارہ ہے جو بتاتا ہے کہ انسان سے اس کے خالق کو کیا مطلوب ہے۔</w:t>
      </w:r>
    </w:p>
    <w:p>
      <w:r>
        <w:rPr>
          <w:b/>
        </w:rPr>
        <w:t xml:space="preserve">[1:05:17] </w:t>
      </w:r>
      <w:r>
        <w:t>zindagi ke darakht ko haseen phoolon ke anjam tak pahunchane ke liye aadmi ko kya karna chahiye? woh yeh hai ke aadmi taqat se zyada maaniyat ka dil dada ho.</w:t>
      </w:r>
    </w:p>
    <w:p>
      <w:pPr>
        <w:jc w:val="right"/>
      </w:pPr>
      <w:r>
        <w:t>زندگی کے درخت کو حسین پھولوں کے انجام تک پہنچانے کے لیے آدمی کو کیا کرنا چاہیے؟ وہ یہ ہے کہ آدمی طاقت سے زیادہ معنویت کا دل دادا ہو۔</w:t>
      </w:r>
    </w:p>
    <w:p>
      <w:r>
        <w:rPr>
          <w:b/>
        </w:rPr>
        <w:t xml:space="preserve">[1:05:30] </w:t>
      </w:r>
      <w:r>
        <w:t>yahi woh log hain jin ke liye jannat ke darwaze kholay jayenge. insan patharon ke aage jhukta hai aur sachai ko nazar andaaz kar deta hai.</w:t>
      </w:r>
    </w:p>
    <w:p>
      <w:pPr>
        <w:jc w:val="right"/>
      </w:pPr>
      <w:r>
        <w:t>یہی وہ لوگ ہیں جن کے لیے جنت کے دروازے کھولے جائیں گے۔ انسان پتھروں کے آگے جھکتا ہے اور سچائی کو نظر انداز کر دیتا ہے۔</w:t>
      </w:r>
    </w:p>
    <w:p>
      <w:r>
        <w:rPr>
          <w:b/>
        </w:rPr>
        <w:t xml:space="preserve">[1:05:41] </w:t>
      </w:r>
      <w:r>
        <w:t>log taqatwar tanon par apne husn sulook ka saboot de rahe hain</w:t>
      </w:r>
    </w:p>
    <w:p>
      <w:pPr>
        <w:jc w:val="right"/>
      </w:pPr>
      <w:r>
        <w:t>لوگ طاقتور تنوں پر اپنے حسن سلوک کا ثبوت دے رہے ہیں</w:t>
      </w:r>
    </w:p>
    <w:p>
      <w:r>
        <w:rPr>
          <w:b/>
        </w:rPr>
        <w:t xml:space="preserve">[1:05:46] </w:t>
      </w:r>
      <w:r>
        <w:t>halankeh un ka khuda un se phoolon aur patiyon ki satah par husn sulook ka nazrana mang raha hai. log baron ka istiqbal kar ke apni sharafat aur insaniyat ka muzahira kar rahe hain halankeh khuda jahan un ki sharafat aur insaniyat ko dekhne ka muntazir hai, woh us ke woh bande hain jin ko chhota samajh kar nazar andaaz kar diya jata hai.</w:t>
      </w:r>
    </w:p>
    <w:p>
      <w:pPr>
        <w:jc w:val="right"/>
      </w:pPr>
      <w:r>
        <w:t>حالانکہ ان کا خدا ان سے پھولوں اور پتیوں کی سطح پر حسن سلوک کا نذرانہ مانگ رہا ہے۔ لوگ بڑوں کا استقبال کر کے اپنی شرافت اور انسانیت کا مظاہرہ کر رہے ہیں حالانکہ خدا جہاں ان کی شرافت اور انسانیت کو دیکھنے کا منتظر ہے، وہ اس کے وہ بندے ہیں جن کو چھوٹا سمجھ کر نظر انداز کر دیا جاتا ہے۔</w:t>
      </w:r>
    </w:p>
    <w:p>
      <w:r>
        <w:rPr>
          <w:b/>
        </w:rPr>
        <w:t xml:space="preserve">[1:06:12] </w:t>
      </w:r>
      <w:r>
        <w:t>log shohrat ke mawaqe par paisa de kar fiyaazi ka title le rahe hain halankeh khuda ke yahan fiyaazi ka title us ko milta hai jo aise mawaqe par paisa de jahan jeeb khali kar ke bhi shohrat aur izzat hasil nahi hoti.</w:t>
      </w:r>
    </w:p>
    <w:p>
      <w:pPr>
        <w:jc w:val="right"/>
      </w:pPr>
      <w:r>
        <w:t>لوگ شہرت کے مواقع پر پیسہ دے کر فیاضی کا ٹائٹل لے رہے ہیں حالانکہ خدا کے یہاں فیاضی کا ٹائٹل اس کو ملتا ہے جو ایسے مواقع پر پیسہ دے جہاں جیب خالی کر کے بھی شہرت اور عزت حاصل نہیں ہوتی۔</w:t>
      </w:r>
    </w:p>
    <w:p>
      <w:r>
        <w:rPr>
          <w:b/>
        </w:rPr>
        <w:t xml:space="preserve">[1:06:33] </w:t>
      </w:r>
      <w:r>
        <w:t>jannat ki wirasat. kitab "bagh-e-jannat", safha number 33.</w:t>
      </w:r>
    </w:p>
    <w:p>
      <w:pPr>
        <w:jc w:val="right"/>
      </w:pPr>
      <w:r>
        <w:t>جنت کی وراثت۔ کتاب "باغِ جنت"، صفحہ نمبر 33۔</w:t>
      </w:r>
    </w:p>
    <w:p>
      <w:r>
        <w:rPr>
          <w:b/>
        </w:rPr>
        <w:t xml:space="preserve">[1:06:43] </w:t>
      </w:r>
      <w:r>
        <w:t>momin khuda ki is dunya mein goya ek tanawar darakht hai. ek shakhs jab momin banta hai to sari kainat us ko rizq pahunchane ke liye mustaed ho jati hai.</w:t>
      </w:r>
    </w:p>
    <w:p>
      <w:pPr>
        <w:jc w:val="right"/>
      </w:pPr>
      <w:r>
        <w:t>مومن خدا کی اس دنیا میں گویا ایک تناور درخت ہے۔ ایک شخص جب مومن بنتا ہے تو ساری کائنات اس کو رزق پہنچانے کے لیے مستعد ہو جاتی ہے۔</w:t>
      </w:r>
    </w:p>
    <w:p>
      <w:r>
        <w:rPr>
          <w:b/>
        </w:rPr>
        <w:t xml:space="preserve">[1:06:55] </w:t>
      </w:r>
      <w:r>
        <w:t>woh aik shandar drakht ki manind barhna shuru hota hai. zameen ke andar bhi woh apni jarrein phailata hai aur aasman tak bhi is ki shadabiyan pohanchti hain.</w:t>
      </w:r>
    </w:p>
    <w:p>
      <w:pPr>
        <w:jc w:val="right"/>
      </w:pPr>
      <w:r>
        <w:t>وہ ایک شاندار درخت کی مانند بڑھنا شروع ہوتا ہے۔ زمین کے اندر بھی وہ اپنی جڑیں پھیلاتا ہے اور آسمان تک بھی اس کی شادابیاں پہنچتی ہیں۔</w:t>
      </w:r>
    </w:p>
    <w:p>
      <w:r>
        <w:rPr>
          <w:b/>
        </w:rPr>
        <w:t xml:space="preserve">[1:07:07] </w:t>
      </w:r>
      <w:r>
        <w:t>khuda ki madad har marhale mein is ke sath hoti hai.</w:t>
      </w:r>
    </w:p>
    <w:p>
      <w:pPr>
        <w:jc w:val="right"/>
      </w:pPr>
      <w:r>
        <w:t>خدا کی مدد ہر مرحلے میں اس کے ساتھ ہوتی ہے۔</w:t>
      </w:r>
    </w:p>
    <w:p>
      <w:r>
        <w:rPr>
          <w:b/>
        </w:rPr>
        <w:t xml:space="preserve">[1:07:11] </w:t>
      </w:r>
      <w:r>
        <w:t>woh har mauqe par apni bahaar dikhata hai. is ki kamyabiyan dunya ki zindagi se le kar akhirat ki zindagi tak chali jati hain.</w:t>
      </w:r>
    </w:p>
    <w:p>
      <w:pPr>
        <w:jc w:val="right"/>
      </w:pPr>
      <w:r>
        <w:t>وہ ہر موقع پر اپنی بہار دکھاتا ہے۔ اس کی کامیابیاں دنیا کی زندگی سے لے کر آخرت کی زندگی تک چلی جاتی ہیں۔</w:t>
      </w:r>
    </w:p>
    <w:p>
      <w:r>
        <w:rPr>
          <w:b/>
        </w:rPr>
        <w:t xml:space="preserve">[1:07:21] </w:t>
      </w:r>
      <w:r>
        <w:t>is ke bar aks ghair momin khuda ki is zameen par jhaar jhanakaar ki tarah hai. woh ghair matloob paudhe ke taur par bas oopar oopar ug aata hai.</w:t>
      </w:r>
    </w:p>
    <w:p>
      <w:pPr>
        <w:jc w:val="right"/>
      </w:pPr>
      <w:r>
        <w:t>اس کے برعکس غیر مومن خدا کی اس زمین پر جھاڑ جھنکاڑ کی طرح ہے۔ وہ غیر مطلوب پودے کے طور پر بس اوپر اوپر اگ آتا ہے۔</w:t>
      </w:r>
    </w:p>
    <w:p>
      <w:r>
        <w:rPr>
          <w:b/>
        </w:rPr>
        <w:t xml:space="preserve">[1:07:34] </w:t>
      </w:r>
      <w:r>
        <w:t>khuda ki madad is ke sath nahi hoti. is liye na dunya mein is ko jamao hasil hota aur na akhirat mein woh koi phal deta.</w:t>
      </w:r>
    </w:p>
    <w:p>
      <w:pPr>
        <w:jc w:val="right"/>
      </w:pPr>
      <w:r>
        <w:t>خدا کی مدد اس کے ساتھ نہیں ہوتی۔ اس لیے نہ دنیا میں اس کو جماؤ حاصل ہوتا اور نہ آخرت میں وہ کوئی پھل دیتا۔</w:t>
      </w:r>
    </w:p>
    <w:p>
      <w:r>
        <w:rPr>
          <w:b/>
        </w:rPr>
        <w:t xml:space="preserve">[1:07:44] </w:t>
      </w:r>
      <w:r>
        <w:t>woh yahan bhi mehroom rehta hai aur wahan bhi. ghair momin ko maujooda dunya mein jo mauqe milte hain woh khuda ke qanoon muhlat ki bina par hain.</w:t>
      </w:r>
    </w:p>
    <w:p>
      <w:pPr>
        <w:jc w:val="right"/>
      </w:pPr>
      <w:r>
        <w:t>وہ یہاں بھی محروم رہتا ہے اور وہاں بھی۔ غیر مومن کو موجودہ دنیا میں جو مواقع ملتے ہیں وہ خدا کے قانون مہلت کی بنا پر ہیں۔</w:t>
      </w:r>
    </w:p>
    <w:p>
      <w:r>
        <w:rPr>
          <w:b/>
        </w:rPr>
        <w:t xml:space="preserve">[1:07:56] </w:t>
      </w:r>
      <w:r>
        <w:t>imtehan ki maslehat ke tehat is ko waqti taur par zameen ki satah par ugne aur barhne ka mauqa mil jata hai.</w:t>
      </w:r>
    </w:p>
    <w:p>
      <w:pPr>
        <w:jc w:val="right"/>
      </w:pPr>
      <w:r>
        <w:t>امتحان کی مصلحت کے تحت اس کو وقتی طور پر زمین کی سطح پر اگنے اور بڑھنے کا موقع مل جاتا ہے۔</w:t>
      </w:r>
    </w:p>
    <w:p>
      <w:r>
        <w:rPr>
          <w:b/>
        </w:rPr>
        <w:t xml:space="preserve">[1:08:04] </w:t>
      </w:r>
      <w:r>
        <w:t>magar imtehan ki muddat khatam hote hi is ko zameen se ukhaar diya jaye ga. is ke baad is ko aag ki dunya mein phenk diya jaye ga jahan woh abadi taur par jahannum mein jalta rahe.</w:t>
      </w:r>
    </w:p>
    <w:p>
      <w:pPr>
        <w:jc w:val="right"/>
      </w:pPr>
      <w:r>
        <w:t>مگر امتحان کی مدت ختم ہوتے ہی اس کو زمین سے اکھاڑ دیا جائے گا۔ اس کے بعد اس کو آگ کی دنیا میں پھینک دیا جائے گا جہاں وہ ابدی طور پر جہنم میں جلتا رہے۔</w:t>
      </w:r>
    </w:p>
    <w:p>
      <w:r>
        <w:rPr>
          <w:b/>
        </w:rPr>
        <w:t xml:space="preserve">[1:08:18] </w:t>
      </w:r>
      <w:r>
        <w:t>aur khuda ki sar sabz o shadab dunya apni jannati fizaon ke sath sirf un logon ki wirasat mein de di jaye gi jo maut se pehle ki zindagi mein sachay rabbani insan sabit hue hon.</w:t>
      </w:r>
    </w:p>
    <w:p>
      <w:pPr>
        <w:jc w:val="right"/>
      </w:pPr>
      <w:r>
        <w:t>اور خدا کی سرسبز و شاداب دنیا اپنی جنتی فضاؤں کے ساتھ صرف ان لوگوں کی وراثت میں دے دی جائے گی جو موت سے پہلے کی زندگی میں سچے ربانی انسان ثابت ہوئے ہوں۔</w:t>
      </w:r>
    </w:p>
    <w:p>
      <w:r>
        <w:rPr>
          <w:b/>
        </w:rPr>
        <w:t xml:space="preserve">[1:08:36] </w:t>
      </w:r>
      <w:r>
        <w:t>akhirat mein jeene wale. kitab "bagh e jannat", safha number 34.</w:t>
      </w:r>
    </w:p>
    <w:p>
      <w:pPr>
        <w:jc w:val="right"/>
      </w:pPr>
      <w:r>
        <w:t>آخرت میں جینے والے۔ کتاب "باغِ جنت"، صفحہ نمبر 34۔</w:t>
      </w:r>
    </w:p>
    <w:p>
      <w:r>
        <w:rPr>
          <w:b/>
        </w:rPr>
        <w:t xml:space="preserve">[1:08:47] </w:t>
      </w:r>
      <w:r>
        <w:t>jannat is ke liye hai jo jannat ka talib ho aur jannat ka talib woh hai jis ke liye jannat ke muqable mein har doosri cheez be qeemat ho jaye.</w:t>
      </w:r>
    </w:p>
    <w:p>
      <w:pPr>
        <w:jc w:val="right"/>
      </w:pPr>
      <w:r>
        <w:t>جنت اس کے لیے ہے جو جنت کا طالب ہو اور جنت کا طالب وہ ہے جس کے لیے جنت کے مقابلے میں ہر دوسری چیز بے قیمت ہو جائے۔</w:t>
      </w:r>
    </w:p>
    <w:p>
      <w:r>
        <w:rPr>
          <w:b/>
        </w:rPr>
        <w:t xml:space="preserve">[1:08:57] </w:t>
      </w:r>
      <w:r>
        <w:t>jo shakhs haqeeqi maano mein jannat ka talib ho, us ki nigah mein dunya ki tamam cheezein haqeer ban jati hain.</w:t>
      </w:r>
    </w:p>
    <w:p>
      <w:pPr>
        <w:jc w:val="right"/>
      </w:pPr>
      <w:r>
        <w:t>جو شخص حقیقی معنوں میں جنت کا طالب ہو، اس کی نگاہ میں دنیا کی تمام چیزیں حقیر بن جاتی ہیں۔</w:t>
      </w:r>
    </w:p>
    <w:p>
      <w:r>
        <w:rPr>
          <w:b/>
        </w:rPr>
        <w:t xml:space="preserve">[1:09:05] </w:t>
      </w:r>
      <w:r>
        <w:t>ikhrawi cheezon ki ahmiyat ka ehsas dunyavi cheezon ko is ki nazar mein ghair aham bana deta hai. jab aadmi ka zehn akhirat ki baatein sochne mein itna gum ho ke woh dunya ki baatein bhoolne lage.</w:t>
      </w:r>
    </w:p>
    <w:p>
      <w:pPr>
        <w:jc w:val="right"/>
      </w:pPr>
      <w:r>
        <w:t>اخروی چیزوں کی اہمیت کا احساس دنیاوی چیزوں کو اس کی نظر میں غیر اہم بنا دیتا ہے۔ جب آدمی کا ذہن آخرت کی باتیں سوچنے میں اتنا گم ہو کہ وہ دنیا کی باتیں بھولنے لگے۔</w:t>
      </w:r>
    </w:p>
    <w:p>
      <w:r>
        <w:rPr>
          <w:b/>
        </w:rPr>
        <w:t xml:space="preserve">[1:09:20] </w:t>
      </w:r>
      <w:r>
        <w:t>jab akhirat ka gham is ke oopar is tarah chha jaye ke dunya ke gham is ko yaad na aayein.</w:t>
      </w:r>
    </w:p>
    <w:p>
      <w:pPr>
        <w:jc w:val="right"/>
      </w:pPr>
      <w:r>
        <w:t>جب آخرت کا غم اس کے اوپر اس طرح چھا جائے کہ دنیا کے غم اس کو یاد نہ آئیں۔</w:t>
      </w:r>
    </w:p>
    <w:p>
      <w:r>
        <w:rPr>
          <w:b/>
        </w:rPr>
        <w:t xml:space="preserve">[1:09:28] </w:t>
      </w:r>
      <w:r>
        <w:t>jab aanay wale mustaqil aaram o takleef ka masla is ko itna fikarmand bana de ke aarzi aaram o takleef ke masle is ke liye be haqeeqat ho jayein.</w:t>
      </w:r>
    </w:p>
    <w:p>
      <w:pPr>
        <w:jc w:val="right"/>
      </w:pPr>
      <w:r>
        <w:t>جب آنے والے مستقل آرام و تکلیف کا مسئلہ اس کو اتنا فکرمند بنا دے کہ عارضی آرام و تکلیف کے مسئلے اس کے لیے بے حقیقت ہو جائیں۔</w:t>
      </w:r>
    </w:p>
    <w:p>
      <w:r>
        <w:rPr>
          <w:b/>
        </w:rPr>
        <w:t xml:space="preserve">[1:09:39] </w:t>
      </w:r>
      <w:r>
        <w:t>jab kal ki zindagi is ko is tarah apni taraf kheench le ke aaj ki zindagi ke baray mein woh logon ko ghafil nazar anay lage. jab buland tar haqiqaton ki taraf mutawajjah hone ki wajah se woh dunya mein is tarah rehne lage, goya woh dunya mein nahi hai.</w:t>
      </w:r>
    </w:p>
    <w:p>
      <w:pPr>
        <w:jc w:val="right"/>
      </w:pPr>
      <w:r>
        <w:t>جب کل کی زندگی اس کو اس طرح اپنی طرف کھینچ لے کہ آج کی زندگی کے بارے میں وہ لوگوں کو غافل نظر آنے لگے۔ جب بلند تر حقیقتوں کی طرف متوجہ ہونے کی وجہ سے وہ دنیا میں اس طرح رہنے لگے، گویا وہ دنیا میں نہیں ہے۔</w:t>
      </w:r>
    </w:p>
    <w:p>
      <w:r>
        <w:rPr>
          <w:b/>
        </w:rPr>
        <w:t xml:space="preserve">[1:09:58] </w:t>
      </w:r>
      <w:r>
        <w:t>jab woh dunya ka koi aaram dekhe to yeh soch kar ro pade ke maloom nahi akhirat mein kya hone wala hai. aur jab koi takleef is ko sataye to is ki zuban se nikle ke khuda ya, dunya ki mamooli takleef to bardasht nahi hoti, phir akhirat ki takleef kis tarah bardasht hogi?</w:t>
      </w:r>
    </w:p>
    <w:p>
      <w:pPr>
        <w:jc w:val="right"/>
      </w:pPr>
      <w:r>
        <w:t>جب وہ دنیا کا کوئی آرام دیکھے تو یہ سوچ کر رو پڑے کہ معلوم نہیں آخرت میں کیا ہونے والا ہے۔ اور جب کوئی تکلیف اس کو ستائے تو اس کی زبان سے نکلے کہ خدایا، دنیا کی معمولی تکلیف تو برداشت نہیں ہوتی، پھر آخرت کی تکلیف کس طرح برداشت ہوگی؟</w:t>
      </w:r>
    </w:p>
    <w:p>
      <w:r>
        <w:rPr>
          <w:b/>
        </w:rPr>
        <w:t xml:space="preserve">[1:10:19] </w:t>
      </w:r>
      <w:r>
        <w:t>jab dunya ki lazzatein is ko taskeen na de sakein aur dunya ki museebatein is ki nigah mein haqeer ban jayein.</w:t>
      </w:r>
    </w:p>
    <w:p>
      <w:pPr>
        <w:jc w:val="right"/>
      </w:pPr>
      <w:r>
        <w:t>جب دنیا کی لذتیں اس کو تسکین نہ دے سکیں اور دنیا کی مصیبتیں اس کی نگاہ میں حقیر بن جائیں۔</w:t>
      </w:r>
    </w:p>
    <w:p>
      <w:r>
        <w:rPr>
          <w:b/>
        </w:rPr>
        <w:t xml:space="preserve">[1:10:27] </w:t>
      </w:r>
      <w:r>
        <w:t>jin logon ka yeh haal ho jaye, wohi woh log hain jo akhirat ke mannay wale banein. unhein khush naseeb roohon ke liye akhirat mein jannat ke darwaze khole jayein ge.</w:t>
      </w:r>
    </w:p>
    <w:p>
      <w:pPr>
        <w:jc w:val="right"/>
      </w:pPr>
      <w:r>
        <w:t>جن لوگوں کا یہ حال ہو جائے، وہی وہ لوگ ہیں جو آخرت کے ماننے والے بنیں۔ انہیں خوش نصیب روحوں کے لیے آخرت میں جنت کے دروازے کھولے جائیں گے۔</w:t>
      </w:r>
    </w:p>
    <w:p>
      <w:r>
        <w:rPr>
          <w:b/>
        </w:rPr>
        <w:t xml:space="preserve">[1:10:44] </w:t>
      </w:r>
      <w:r>
        <w:t>jannati amal. kitab "bagh e jannat", safha number 35.</w:t>
      </w:r>
    </w:p>
    <w:p>
      <w:pPr>
        <w:jc w:val="right"/>
      </w:pPr>
      <w:r>
        <w:t>جنتی عمل۔ کتاب "باغِ جنت"، صفحہ نمبر 35۔</w:t>
      </w:r>
    </w:p>
    <w:p>
      <w:r>
        <w:rPr>
          <w:b/>
        </w:rPr>
        <w:t xml:space="preserve">[1:10:53] </w:t>
      </w:r>
      <w:r>
        <w:t>jannati amal woh hai jo aadmi ke andar jannat ke phool khila raha ho. jis ko karne ke douran aadmi ko khud bhi kuch milay.</w:t>
      </w:r>
    </w:p>
    <w:p>
      <w:pPr>
        <w:jc w:val="right"/>
      </w:pPr>
      <w:r>
        <w:t>جنتی عمل وہ ہے جو آدمی کے اندر جنت کے پھول کھلا رہا ہو۔ جس کو کرنے کے دوران آدمی کو خود بھی کچھ ملے۔</w:t>
      </w:r>
    </w:p>
    <w:p>
      <w:r>
        <w:rPr>
          <w:b/>
        </w:rPr>
        <w:t xml:space="preserve">[1:11:03] </w:t>
      </w:r>
      <w:r>
        <w:t>agar aadmi bazahir sargarmiyan dikha raha ho aur is ka apna wajood kuch panay se mehroom ho to is ki sargarmiyon ki koi haqeeqat nahi.</w:t>
      </w:r>
    </w:p>
    <w:p>
      <w:pPr>
        <w:jc w:val="right"/>
      </w:pPr>
      <w:r>
        <w:t>اگر آدمی بظاہر سرگرمیاں دکھا رہا ہو اور اس کا اپنا وجود کچھ پانے سے محروم ہو تو اس کی سرگرمیوں کی کوئی حقیقت نہیں۔</w:t>
      </w:r>
    </w:p>
    <w:p>
      <w:r>
        <w:rPr>
          <w:b/>
        </w:rPr>
        <w:t xml:space="preserve">[1:11:14] </w:t>
      </w:r>
      <w:r>
        <w:t>amal wohi amal hai jis ke douran aadmi ke zehn mein shaoor ki chingari pade. is ke dil mein soz o tadap ka koi laawa uble.</w:t>
      </w:r>
    </w:p>
    <w:p>
      <w:pPr>
        <w:jc w:val="right"/>
      </w:pPr>
      <w:r>
        <w:t>عمل وہی عمل ہے جس کے دوران آدمی کے ذہن میں شعور کی چنگاری پڑے۔ اس کے دل میں سوز و تڑپ کا کوئی لاوا ابلے۔</w:t>
      </w:r>
    </w:p>
    <w:p>
      <w:r>
        <w:rPr>
          <w:b/>
        </w:rPr>
        <w:t xml:space="preserve">[1:11:23] </w:t>
      </w:r>
      <w:r>
        <w:t>is</w:t>
      </w:r>
    </w:p>
    <w:p>
      <w:pPr>
        <w:jc w:val="right"/>
      </w:pPr>
      <w:r>
        <w:t>اس</w:t>
      </w:r>
    </w:p>
    <w:p>
      <w:r>
        <w:rPr>
          <w:b/>
        </w:rPr>
        <w:t xml:space="preserve">[1:11:24] </w:t>
      </w:r>
      <w:r>
        <w:t>ki rooh ke andar koi kaifiati halchal paida ho. is ke andaroon mein koi aisa hadsa guzre jo bartar haqiqaton ki koi khirki is ke liye khol de.</w:t>
      </w:r>
    </w:p>
    <w:p>
      <w:pPr>
        <w:jc w:val="right"/>
      </w:pPr>
      <w:r>
        <w:t>کی روح کے اندر کوئی کیفیاتی ہلچل پیدا ہو۔ اس کے اندرون میں کوئی ایسا حادثہ گزرے جو برتر حقیقتوں کی کوئی کھڑکی اس کے لیے کھول دے۔</w:t>
      </w:r>
    </w:p>
    <w:p>
      <w:r>
        <w:rPr>
          <w:b/>
        </w:rPr>
        <w:t xml:space="preserve">[1:11:36] </w:t>
      </w:r>
      <w:r>
        <w:t>aakhirat ke peymanay mein ahmiyat ki cheez yeh nahi hai ke aap kya kar rahay hain. ahmiyat ki cheez yeh hai ke aap kya ho rahay hain.</w:t>
      </w:r>
    </w:p>
    <w:p>
      <w:pPr>
        <w:jc w:val="right"/>
      </w:pPr>
      <w:r>
        <w:t>آخرت کے پیمانے میں اہمیت کی چیز یہ نہیں ہے کہ آپ کیا کر رہے ہیں۔ اہمیت کی چیز یہ ہے کہ آپ کیا ہو رہے ہیں۔</w:t>
      </w:r>
    </w:p>
    <w:p>
      <w:r>
        <w:rPr>
          <w:b/>
        </w:rPr>
        <w:t xml:space="preserve">[1:11:47] </w:t>
      </w:r>
      <w:r>
        <w:t>agar aap ki masroofiyat bohat barhi hui hon, agar batany ke liye aap ke paas bohat se karkhanay hon, magar aap ki androni hasti khali ho to aap ki masroofiyat mahaz be faida sargarmiyan hain.</w:t>
      </w:r>
    </w:p>
    <w:p>
      <w:pPr>
        <w:jc w:val="right"/>
      </w:pPr>
      <w:r>
        <w:t>اگر آپ کی مصروفیات بہت بڑھی ہوئی ہوں، اگر بتانے کے لیے آپ کے پاس بہت سے کارنامے ہوں، مگر آپ کی اندرونی ہستی خالی ہو تو آپ کی مصروفیات محض بے فائدہ سرگرمیاں ہیں۔</w:t>
      </w:r>
    </w:p>
    <w:p>
      <w:r>
        <w:rPr>
          <w:b/>
        </w:rPr>
        <w:t xml:space="preserve">[1:12:02] </w:t>
      </w:r>
      <w:r>
        <w:t>is ke siwa aur kuch nahi.</w:t>
      </w:r>
    </w:p>
    <w:p>
      <w:pPr>
        <w:jc w:val="right"/>
      </w:pPr>
      <w:r>
        <w:t>اس کے سوا اور کچھ نہیں۔</w:t>
      </w:r>
    </w:p>
    <w:p>
      <w:r>
        <w:rPr>
          <w:b/>
        </w:rPr>
        <w:t xml:space="preserve">[1:12:06] </w:t>
      </w:r>
      <w:r>
        <w:t>hawain hon magar un se oxygen na milay, pani ho magar us se sairabi hasil na ho, ghiza ho magar us se aadmi ko quwwat na milay, suraj ho magar woh roshni na de raha ho to aisa hona hona nahi hai balkay na honay ki badtareen shakal hai.</w:t>
      </w:r>
    </w:p>
    <w:p>
      <w:pPr>
        <w:jc w:val="right"/>
      </w:pPr>
      <w:r>
        <w:t>ہوائیں ہوں مگر ان سے آکسیجن نہ ملے، پانی ہو مگر اس سے سیرابی حاصل نہ ہو، غذا ہو مگر اس سے آدمی کو قوت نہ ملے، سورج ہو مگر وہ روشنی نہ دے رہا ہو تو ایسا ہونا ہونا نہیں ہے بلکہ نہ ہونے کی بدترین شکل ہے۔</w:t>
      </w:r>
    </w:p>
    <w:p>
      <w:r>
        <w:rPr>
          <w:b/>
        </w:rPr>
        <w:t xml:space="preserve">[1:12:25] </w:t>
      </w:r>
      <w:r>
        <w:t>ghair jannati insaan woh hai ke jab woh bolay to us ke alfaaz us ke dil ki dharakan na ban</w:t>
      </w:r>
    </w:p>
    <w:p>
      <w:pPr>
        <w:jc w:val="right"/>
      </w:pPr>
      <w:r>
        <w:t>غیر جنتی انسان وہ ہے کہ جب وہ بولے تو اس کے الفاظ اس کے دل کی دھڑکن نہ بن</w:t>
      </w:r>
    </w:p>
    <w:p>
      <w:r>
        <w:rPr>
          <w:b/>
        </w:rPr>
        <w:t xml:space="preserve">[1:12:32] </w:t>
      </w:r>
      <w:r>
        <w:t>ain. woh amal karay magar us ka amal us ke dil ko na chhoay. is ke bar aks jannati insaan woh hai jis ka amal us ke liye rohani tajurba ban raha ho.</w:t>
      </w:r>
    </w:p>
    <w:p>
      <w:pPr>
        <w:jc w:val="right"/>
      </w:pPr>
      <w:r>
        <w:t>یں۔ وہ عمل کرے مگر اس کا عمل اس کے دل کو نہ چھوئے۔ اس کے برعکس جنتی انسان وہ ہے جس کا عمل اس کے لیے روحانی تجربہ بن رہا ہو۔</w:t>
      </w:r>
    </w:p>
    <w:p>
      <w:r>
        <w:rPr>
          <w:b/>
        </w:rPr>
        <w:t xml:space="preserve">[1:12:43] </w:t>
      </w:r>
      <w:r>
        <w:t>is ki hasti ko kaifiyat ki ghizain mil rahi hon. is ki zahiri karrawaiyan us ke androni wajood mein halchal paida karnay ka sabab ban jayen.</w:t>
      </w:r>
    </w:p>
    <w:p>
      <w:pPr>
        <w:jc w:val="right"/>
      </w:pPr>
      <w:r>
        <w:t>اس کی ہستی کو کیفیت کی غذائیں مل رہی ہوں۔ اس کی ظاہری کارروائیاں اس کے اندرونی وجود میں ہلچل پیدا کرنے کا سبب بن جائیں۔</w:t>
      </w:r>
    </w:p>
    <w:p>
      <w:r>
        <w:rPr>
          <w:b/>
        </w:rPr>
        <w:t xml:space="preserve">[1:12:59] </w:t>
      </w:r>
      <w:r>
        <w:t>jannat kis ka hissa</w:t>
      </w:r>
    </w:p>
    <w:p>
      <w:pPr>
        <w:jc w:val="right"/>
      </w:pPr>
      <w:r>
        <w:t>جنت کس کا حصہ</w:t>
      </w:r>
    </w:p>
    <w:p>
      <w:r>
        <w:rPr>
          <w:b/>
        </w:rPr>
        <w:t xml:space="preserve">[1:13:01] </w:t>
      </w:r>
      <w:r>
        <w:t>hai. kitab "bagh-e-jannat", safha number 36.</w:t>
      </w:r>
    </w:p>
    <w:p>
      <w:pPr>
        <w:jc w:val="right"/>
      </w:pPr>
      <w:r>
        <w:t>ہے۔ کتاب "باغِ جنت"، صفحہ نمبر 36۔</w:t>
      </w:r>
    </w:p>
    <w:p>
      <w:r>
        <w:rPr>
          <w:b/>
        </w:rPr>
        <w:t xml:space="preserve">[1:13:09] </w:t>
      </w:r>
      <w:r>
        <w:t>jannat kisi ko sastay daamon mein nahi mil sakti. yeh to isi khush naseeb rooh ka hissa hai jo haqeeqi maanon mein Khuda ka momin banda honay ka saboot day.</w:t>
      </w:r>
    </w:p>
    <w:p>
      <w:pPr>
        <w:jc w:val="right"/>
      </w:pPr>
      <w:r>
        <w:t>جنت کسی کو سستے داموں نہیں مل سکتی۔ یہ تو اسی خوش نصیب روح کا حصہ ہے جو حقیقی معنوں میں خدا کا مومن بندہ ہونے کا ثبوت دے۔</w:t>
      </w:r>
    </w:p>
    <w:p>
      <w:r>
        <w:rPr>
          <w:b/>
        </w:rPr>
        <w:t xml:space="preserve">[1:13:21] </w:t>
      </w:r>
      <w:r>
        <w:t>momin honay ka matlab yeh nahi hai ke aadmi apni dunya darana zindagi ke sath kuch amliyat ka jor laga lay.</w:t>
      </w:r>
    </w:p>
    <w:p>
      <w:pPr>
        <w:jc w:val="right"/>
      </w:pPr>
      <w:r>
        <w:t>مومن ہونے کا مطلب یہ نہیں ہے کہ آدمی اپنی دنیا دارانہ زندگی کے ساتھ کچھ عملیات کا جوڑ لگا لے۔</w:t>
      </w:r>
    </w:p>
    <w:p>
      <w:r>
        <w:rPr>
          <w:b/>
        </w:rPr>
        <w:t xml:space="preserve">[1:13:30] </w:t>
      </w:r>
      <w:r>
        <w:t>momin honay ka matlab yeh hai ke Islam hi aadmi ki poori zindagi ban jayay. aadmi ka poora wajood Khuda ke deen mein naha uthay.</w:t>
      </w:r>
    </w:p>
    <w:p>
      <w:pPr>
        <w:jc w:val="right"/>
      </w:pPr>
      <w:r>
        <w:t>مومن ہونے کا مطلب یہ ہے کہ اسلام ہی آدمی کی پوری زندگی بن جائے۔ آدمی کا پورا وجود خدا کے دین میں نہا اٹھے۔</w:t>
      </w:r>
    </w:p>
    <w:p>
      <w:r>
        <w:rPr>
          <w:b/>
        </w:rPr>
        <w:t xml:space="preserve">[1:13:40] </w:t>
      </w:r>
      <w:r>
        <w:t>momin woh hai jis ke seenay mein Islam aik nafsiyati toofan ban kar dakhil ho. jo Khuda ko apnay itna qareeb paye ke us se us ki sargoshiyan jari ho jayen.</w:t>
      </w:r>
    </w:p>
    <w:p>
      <w:pPr>
        <w:jc w:val="right"/>
      </w:pPr>
      <w:r>
        <w:t>مومن وہ ہے جس کے سینے میں اسلام ایک نفسیاتی طوفان بن کر داخل ہو۔ جو خدا کو اپنے اتنا قریب پائے کہ اس سے اس کی سرگوشیاں جاری ہو جائیں۔</w:t>
      </w:r>
    </w:p>
    <w:p>
      <w:r>
        <w:rPr>
          <w:b/>
        </w:rPr>
        <w:t xml:space="preserve">[1:13:54] </w:t>
      </w:r>
      <w:r>
        <w:t>jis ki tanhaiyan Khuda ke farishtay se abad rehti hon. jis ke deeni ehsas ne us ki zaban mein Khuda ki lagam day rakhi ho.</w:t>
      </w:r>
    </w:p>
    <w:p>
      <w:pPr>
        <w:jc w:val="right"/>
      </w:pPr>
      <w:r>
        <w:t>جس کی تنہائیاں خدا کے فرشتوں سے آباد رہتی ہوں۔ جس کے دینی احساس نے اس کی زبان میں خدا کی لگام دے رکھی ہو۔</w:t>
      </w:r>
    </w:p>
    <w:p>
      <w:r>
        <w:rPr>
          <w:b/>
        </w:rPr>
        <w:t xml:space="preserve">[1:14:04] </w:t>
      </w:r>
      <w:r>
        <w:t>jis ke hathon aur pairon mein Khuda ki beediyan pari hui hon. jis ke Islam ne us ko hashar ki aamad se pehlay hashar ke maidan mein khara kar diya ho.</w:t>
      </w:r>
    </w:p>
    <w:p>
      <w:pPr>
        <w:jc w:val="right"/>
      </w:pPr>
      <w:r>
        <w:t>جس کے ہاتھوں اور پیروں میں خدا کی بیڑیاں پڑی ہوئی ہوں۔ جس کے اسلام نے اس کو حشر کی آمد سے پہلے حشر کے میدان میں کھڑا کر دیا ہو۔</w:t>
      </w:r>
    </w:p>
    <w:p>
      <w:r>
        <w:rPr>
          <w:b/>
        </w:rPr>
        <w:t xml:space="preserve">[1:14:17] </w:t>
      </w:r>
      <w:r>
        <w:t>haqeeqat yeh hai ke jo kuch kafir par marnay ke baad guzarnay wala hai woh momin par jeetay ji isi dunya mein guzar jata hai.</w:t>
      </w:r>
    </w:p>
    <w:p>
      <w:pPr>
        <w:jc w:val="right"/>
      </w:pPr>
      <w:r>
        <w:t>حقیقت یہ ہے کہ جو کچھ کافر پر مرنے کے بعد گزرنے والا ہے وہ مومن پر جیتے جی اسی دنیا میں گزر جاتا ہے۔</w:t>
      </w:r>
    </w:p>
    <w:p>
      <w:r>
        <w:rPr>
          <w:b/>
        </w:rPr>
        <w:t xml:space="preserve">[1:14:26] </w:t>
      </w:r>
      <w:r>
        <w:t>dosray log jin baton ko us waqt payen gay jab ke Khuda ghayb ka parda phar kar samnay aa jayay ga. momin un baton ko us waqt pa leta hai jab ke Khuda abhi ghayb ke parday mein chupa hua hai.</w:t>
      </w:r>
    </w:p>
    <w:p>
      <w:pPr>
        <w:jc w:val="right"/>
      </w:pPr>
      <w:r>
        <w:t>دوسرے لوگ جن باتوں کو اس وقت پائیں گے جب کہ خدا غیب کا پردہ پھاڑ کر سامنے آ جائے گا۔ مومن ان باتوں کو اس وقت پا لیتا ہے جب کہ خدا ابھی غیب کے پردے میں چھپا ہوا ہے۔</w:t>
      </w:r>
    </w:p>
    <w:p>
      <w:r>
        <w:rPr>
          <w:b/>
        </w:rPr>
        <w:t xml:space="preserve">[1:14:41] </w:t>
      </w:r>
      <w:r>
        <w:t>momin par qayamat se pehlay qayamat guzar jati hai jab ke doosron par qayamat us waqt guzray gi jab ke woh amlan un ke oopar aa chuki hogi.</w:t>
      </w:r>
    </w:p>
    <w:p>
      <w:pPr>
        <w:jc w:val="right"/>
      </w:pPr>
      <w:r>
        <w:t>مومن پر قیامت سے پہلے قیامت گزر جاتی ہے جب کہ دوسروں پر قیامت اس وقت گزرے گی جب کہ وہ عملاً ان کے اوپر آ چکی ہوگی۔</w:t>
      </w:r>
    </w:p>
    <w:p>
      <w:r>
        <w:rPr>
          <w:b/>
        </w:rPr>
        <w:t xml:space="preserve">[1:14:56] </w:t>
      </w:r>
      <w:r>
        <w:t>jannati kon. kitab "bagh-e-jannat", safha number 37.</w:t>
      </w:r>
    </w:p>
    <w:p>
      <w:pPr>
        <w:jc w:val="right"/>
      </w:pPr>
      <w:r>
        <w:t>جنتی کون۔ کتاب "باغِ جنت"، صفحہ نمبر 37۔</w:t>
      </w:r>
    </w:p>
    <w:p>
      <w:r>
        <w:rPr>
          <w:b/>
        </w:rPr>
        <w:t xml:space="preserve">[1:15:06] </w:t>
      </w:r>
      <w:r>
        <w:t>jannati woh hai jis par jannat se pehlay jannat ka tajurba guzar jayay. yeh</w:t>
      </w:r>
    </w:p>
    <w:p>
      <w:pPr>
        <w:jc w:val="right"/>
      </w:pPr>
      <w:r>
        <w:t>جنتی وہ ہے جس پر جنت سے پہلے جنت کا تجربہ گزر جائے۔ یہ</w:t>
      </w:r>
    </w:p>
    <w:p>
      <w:r>
        <w:rPr>
          <w:b/>
        </w:rPr>
        <w:t xml:space="preserve">[1:15:12] </w:t>
      </w:r>
      <w:r>
        <w:t>woh shakhs hai jis ne dunya mein un kaifiyat ko pa liya ho jo akhirat mein us ko jannat ka mustahiq bananay wali hain. jis ke rongtay kharay ho kar us ko Khudaai muhasbay ka ehsas dila chukay hon.</w:t>
      </w:r>
    </w:p>
    <w:p>
      <w:pPr>
        <w:jc w:val="right"/>
      </w:pPr>
      <w:r>
        <w:t>وہ شخص ہے جس نے دنیا میں ان کیفیات کو پا لیا ہو جو آخرت میں اس کو جنت کا مستحق بنانے والی ہیں۔ جس کے رونگٹے کھڑے ہو کر اس کو خدائی محاسبے کا احساس دلا چکے ہوں۔</w:t>
      </w:r>
    </w:p>
    <w:p>
      <w:r>
        <w:rPr>
          <w:b/>
        </w:rPr>
        <w:t xml:space="preserve">[1:15:26] </w:t>
      </w:r>
      <w:r>
        <w:t>jis ke qalb par tukray kar denay wali tajalliyat ke nuzool ne us ko qurbat Khudaawandi se ashna kiya ho. jis ne bughz o intiqam ke jazbat ko apnay andar kuchal kar afw-e-Khudaawandi ka mushahida kiya ho.</w:t>
      </w:r>
    </w:p>
    <w:p>
      <w:pPr>
        <w:jc w:val="right"/>
      </w:pPr>
      <w:r>
        <w:t>جس کے قلب پر ٹکڑے کر دینے والی تجلیات کے نزول نے اس کو قربت خداوندی سے آشنا کیا ہو۔ جس نے بغض و انتقام کے جذبات کو اپنے اندر کچل کر عفو خداوندی کا مشاہدہ کیا ہو۔</w:t>
      </w:r>
    </w:p>
    <w:p>
      <w:r>
        <w:rPr>
          <w:b/>
        </w:rPr>
        <w:t xml:space="preserve">[1:15:42] </w:t>
      </w:r>
      <w:r>
        <w:t>jis ne apnay nadamat ke aansuon mein woh manzar dekha ho jab ke aik mehman aaqa apnay khadim ke itraf-e-qusoor</w:t>
      </w:r>
    </w:p>
    <w:p>
      <w:pPr>
        <w:jc w:val="right"/>
      </w:pPr>
      <w:r>
        <w:t>جس نے اپنے ندامت کے آنسوؤں میں وہ منظر دیکھا ہو جب کہ ایک مہربان آقا اپنے خادم کے اعتراف قصور</w:t>
      </w:r>
    </w:p>
    <w:p>
      <w:r>
        <w:rPr>
          <w:b/>
        </w:rPr>
        <w:t xml:space="preserve">[1:15:50] </w:t>
      </w:r>
      <w:r>
        <w:t>par us se darguzar farmata hai. jis par yeh lamha guzra ho ke aik shakhs par qaboo panay ke bawajood woh us ko is liye chhod day ke uska Khuda bhi us din usay chhod day jab ke woh bilkul ajiz ho kar us ke samnay khara hua hoga.</w:t>
      </w:r>
    </w:p>
    <w:p>
      <w:pPr>
        <w:jc w:val="right"/>
      </w:pPr>
      <w:r>
        <w:t>پر اس سے درگزر فرماتا ہے۔ جس پر یہ لمحہ گزرا ہو کہ ایک شخص پر قابو پانے کے باوجود وہ اس کو اس لیے چھوڑ دے کہ اس کا خدا بھی اس دن اسے چھوڑ دے جب کہ وہ بالکل عاجز ہو کر اس کے سامنے کھڑا ہوا ہوگا۔</w:t>
      </w:r>
    </w:p>
    <w:p>
      <w:r>
        <w:rPr>
          <w:b/>
        </w:rPr>
        <w:t xml:space="preserve">[1:16:09] </w:t>
      </w:r>
      <w:r>
        <w:t>jo ikhtiyar ke bawajood apni zaban ko sirf Khuda ki khatir rok lay. jo haq ke agay is tarah gir paray jaise log akhirat mein Khuda ko dekh kar dah parain gay.</w:t>
      </w:r>
    </w:p>
    <w:p>
      <w:pPr>
        <w:jc w:val="right"/>
      </w:pPr>
      <w:r>
        <w:t>جو اختیار کے باوجود اپنی زبان کو صرف خدا کی خاطر روک لے۔ جو حق کے آگے اس طرح گر پڑے جیسے لوگ آخرت میں خدا کو دیکھ کر ڈہ پڑیں گے۔</w:t>
      </w:r>
    </w:p>
    <w:p>
      <w:r>
        <w:rPr>
          <w:b/>
        </w:rPr>
        <w:t xml:space="preserve">[1:16:21] </w:t>
      </w:r>
      <w:r>
        <w:t>haqeeqat yeh hai ke momin jannat ka aik phool hai. woh maujooda dunya mein aanay wali dunya ka aik ibtidaai shagoofa hai.</w:t>
      </w:r>
    </w:p>
    <w:p>
      <w:pPr>
        <w:jc w:val="right"/>
      </w:pPr>
      <w:r>
        <w:t>حقیقت یہ ہے کہ مومن جنت کا ایک پھول ہے۔ وہ موجودہ دنیا میں آنے والی دنیا کا ایک ابتدائی شگوفہ ہے۔</w:t>
      </w:r>
    </w:p>
    <w:p>
      <w:r>
        <w:rPr>
          <w:b/>
        </w:rPr>
        <w:t xml:space="preserve">[1:16:30] </w:t>
      </w:r>
      <w:r>
        <w:t>momin par woh saaray tajrubaat isi dunya mein guzar jatay hain jo doosron par maut ke baad guzarne walay hain.</w:t>
      </w:r>
    </w:p>
    <w:p>
      <w:pPr>
        <w:jc w:val="right"/>
      </w:pPr>
      <w:r>
        <w:t>مومن پر وہ سارے تجربات اسی دنیا میں گزر جاتے ہیں جو دوسروں پر موت کے بعد گزرنے والے ہیں۔</w:t>
      </w:r>
    </w:p>
    <w:p>
      <w:r>
        <w:rPr>
          <w:b/>
        </w:rPr>
        <w:t xml:space="preserve">[1:16:38] </w:t>
      </w:r>
      <w:r>
        <w:t>aadmi ki zindagi mein mukhtalif qism ke jo halaat paish atay hain unhi mein har aadmi ki jannat aur jahannum chupi hui hoti hai. un halaat mein koi shakhs shaitan ka andaaz ikhtiyar kar ke jahannum ka mustahiq ho jata hai aur koi shakhs farishton ka andaaz ikhtiyar kar ke jannat ka.</w:t>
      </w:r>
    </w:p>
    <w:p>
      <w:pPr>
        <w:jc w:val="right"/>
      </w:pPr>
      <w:r>
        <w:t>آدمی کی زندگی میں مختلف قسم کے جو حالات پیش آتے ہیں انہی میں ہر آدمی کی جنت اور جہنم چھپی ہوئی ہوتی ہے۔ ان حالات میں کوئی شخص شیطان کا انداز اختیار کر کے جہنم کا مستحق ہو جاتا ہے اور کوئی شخص فرشتوں کا انداز اختیار کر کے جنت کا۔</w:t>
      </w:r>
    </w:p>
    <w:p>
      <w:r>
        <w:rPr>
          <w:b/>
        </w:rPr>
        <w:t xml:space="preserve">[1:17:02] </w:t>
      </w:r>
      <w:r>
        <w:t>qimat na dena. kitab "bagh-e-jannat", safha number 38.</w:t>
      </w:r>
    </w:p>
    <w:p>
      <w:pPr>
        <w:jc w:val="right"/>
      </w:pPr>
      <w:r>
        <w:t>قیمت نہ دینا۔ کتاب "باغِ جنت"، صفحہ نمبر 38۔</w:t>
      </w:r>
    </w:p>
    <w:p>
      <w:r>
        <w:rPr>
          <w:b/>
        </w:rPr>
        <w:t xml:space="preserve">[1:17:12] </w:t>
      </w:r>
      <w:r>
        <w:t>jannat ki qimat aadmi ka apna wajood hai. jo shakhs apne wajood ko Allah ke liye qurban karega wohi jannat ko payega.</w:t>
      </w:r>
    </w:p>
    <w:p>
      <w:pPr>
        <w:jc w:val="right"/>
      </w:pPr>
      <w:r>
        <w:t>جنت کی قیمت آدمی کا اپنا وجود ہے۔ جو شخص اپنے وجود کو اللہ کے لیے قربان کرے گا وہی جنت کو پائے گا۔</w:t>
      </w:r>
    </w:p>
    <w:p>
      <w:r>
        <w:rPr>
          <w:b/>
        </w:rPr>
        <w:t xml:space="preserve">[1:17:23] </w:t>
      </w:r>
      <w:r>
        <w:t>wajood ki qurbani diye baghair jannat ka hasool mumkin nahi. har aadmi ki zindagi mein woh lamha aata hai jab ke Khuda ka deen is se kisi qism ki qurbani mangta hai.</w:t>
      </w:r>
    </w:p>
    <w:p>
      <w:pPr>
        <w:jc w:val="right"/>
      </w:pPr>
      <w:r>
        <w:t>وجود کی قربانی دیے بغیر جنت کا حصول ممکن نہیں۔ ہر آدمی کی زندگی میں وہ لمحہ آتا ہے جب کہ خدا کا دین اس سے کسی قسم کی قربانی مانگتا ہے۔</w:t>
      </w:r>
    </w:p>
    <w:p>
      <w:r>
        <w:rPr>
          <w:b/>
        </w:rPr>
        <w:t xml:space="preserve">[1:17:36] </w:t>
      </w:r>
      <w:r>
        <w:t>nafs ki qurbani, shakhsiyat ki qurbani, maal ki qurbani, zindagi ki qurbani. aisay awaaq par jo shakhs matlooba qurbani pesh kar de woh Khuda ke inaam ka mustahiq ho gaya.</w:t>
      </w:r>
    </w:p>
    <w:p>
      <w:pPr>
        <w:jc w:val="right"/>
      </w:pPr>
      <w:r>
        <w:t>نفس کی قربانی، شخصیت کی قربانی، مال کی قربانی، زندگی کی قربانی۔ ایسے مواقع پر جو شخص مطلوبہ قربانی پیش کر دے وہ خدا کے انعام کا مستحق ہو گیا۔</w:t>
      </w:r>
    </w:p>
    <w:p>
      <w:r>
        <w:rPr>
          <w:b/>
        </w:rPr>
        <w:t xml:space="preserve">[1:17:50] </w:t>
      </w:r>
      <w:r>
        <w:t>jo shakhs hichkichaa kar ruk jaye woh Khuda ki nematoun se hamesha ke liye mehroom ho gaya. jannat itni ziyada qimti hai ke hamari koi bhi cheez is ka badal nahi ban sakti.</w:t>
      </w:r>
    </w:p>
    <w:p>
      <w:pPr>
        <w:jc w:val="right"/>
      </w:pPr>
      <w:r>
        <w:t>جو شخص ہچکچا کر رک جائے وہ خدا کی نعمتوں سے ہمیشہ کے لیے محروم ہو گیا۔ جنت اتنی زیادہ قیمتی ہے کہ ہماری کوئی بھی چیز اس کا بدل نہیں بن سکتی۔</w:t>
      </w:r>
    </w:p>
    <w:p>
      <w:r>
        <w:rPr>
          <w:b/>
        </w:rPr>
        <w:t xml:space="preserve">[1:18:05] </w:t>
      </w:r>
      <w:r>
        <w:t>tahum Allah taala ne aik bohat mamooli cheez ko is ki qimat bana diya hai. yeh hamari qurbani hai. aadmi aur jannat ke darmiyan bas itna hi faasla hai ke woh Khuda ki raah mein apni be qimat jaan ko pesh kar de.</w:t>
      </w:r>
    </w:p>
    <w:p>
      <w:pPr>
        <w:jc w:val="right"/>
      </w:pPr>
      <w:r>
        <w:t>تاہم اللہ تعالی نے ایک بہت معمولی چیز کو اس کی قیمت بنا دیا ہے۔ یہ ہماری قربانی ہے۔ آدمی اور جنت کے درمیان بس اتنا ہی فاصلہ ہے کہ وہ خدا کی راہ میں اپنی بے قیمت جان کو پیش کر دے۔</w:t>
      </w:r>
    </w:p>
    <w:p>
      <w:r>
        <w:rPr>
          <w:b/>
        </w:rPr>
        <w:t xml:space="preserve">[1:18:21] </w:t>
      </w:r>
      <w:r>
        <w:t>woh is maqsad ke liye apne haqeer maal ko lutta de. woh Khuda ke kaam mein apni mukhtasir umer ko sirf kar de. sachai ko maan lena qurbani hai.</w:t>
      </w:r>
    </w:p>
    <w:p>
      <w:pPr>
        <w:jc w:val="right"/>
      </w:pPr>
      <w:r>
        <w:t>وہ اس مقصد کے لیے اپنے حقیر مال کو لٹا دے۔ وہ خدا کے کام میں اپنی مختصر عمر کو صرف کر دے۔ سچائی کو مان لینا قربانی ہے۔</w:t>
      </w:r>
    </w:p>
    <w:p>
      <w:r>
        <w:rPr>
          <w:b/>
        </w:rPr>
        <w:t xml:space="preserve">[1:18:31] </w:t>
      </w:r>
      <w:r>
        <w:t>apne asaasay ko Allah ke liye dena qurbani hai. apne waqt aur quwwat ko Khuda ki raah mein lagana qurbani hai. apne khilaaf mizaj baat ko Khuda ki khatir seh lena qurbani hai.</w:t>
      </w:r>
    </w:p>
    <w:p>
      <w:pPr>
        <w:jc w:val="right"/>
      </w:pPr>
      <w:r>
        <w:t>اپنے اثاثے کو اللہ کے لیے دینا قربانی ہے۔ اپنے وقت اور قوت کو خدا کی راہ میں لگانا قربانی ہے۔ اپنے خلاف مزاج بات کو خدا کی خاطر سہ لینا قربانی ہے۔</w:t>
      </w:r>
    </w:p>
    <w:p>
      <w:r>
        <w:rPr>
          <w:b/>
        </w:rPr>
        <w:t xml:space="preserve">[1:18:44] </w:t>
      </w:r>
      <w:r>
        <w:t>kitni bari cheez ki yeh kitni choti qimat hai. magar aadmi yeh mamooli qimat denay ke liye tayyar nahi hota. aadmi apni mukhtasir zindagi guzaar kar is haal mein dunya se chala jata hai ke us ne jannat ki qimat ada karne ke liye kuch nahi kiya tha.</w:t>
      </w:r>
    </w:p>
    <w:p>
      <w:pPr>
        <w:jc w:val="right"/>
      </w:pPr>
      <w:r>
        <w:t>کتنی بڑی چیز کی یہ کتنی چھوٹی قیمت ہے۔ مگر آدمی یہ معمولی قیمت دینے کے لیے تیار نہیں ہوتا۔ آدمی اپنی مختصر زندگی گزار کر اس حال میں دنیا سے چلا جاتا ہے کہ اس نے جنت کی قیمت ادا کرنے کے لیے کچھ نہیں کیا تھا۔</w:t>
      </w:r>
    </w:p>
    <w:p>
      <w:r>
        <w:rPr>
          <w:b/>
        </w:rPr>
        <w:t xml:space="preserve">[1:19:07] </w:t>
      </w:r>
      <w:r>
        <w:t>jannati aamaal. kitab "bagh-e-jannat", safha number 39.</w:t>
      </w:r>
    </w:p>
    <w:p>
      <w:pPr>
        <w:jc w:val="right"/>
      </w:pPr>
      <w:r>
        <w:t>جنتی اعمال۔ کتاب "باغِ جنت"، صفحہ نمبر 39۔</w:t>
      </w:r>
    </w:p>
    <w:p>
      <w:r>
        <w:rPr>
          <w:b/>
        </w:rPr>
        <w:t xml:space="preserve">[1:19:16] </w:t>
      </w:r>
      <w:r>
        <w:t>aakhirat mein jannat ki lazzatein us shakhs ko milengi jis ke liye jannat walay aamaal isi dunya mein lazeez ban gaye hon. jab aadmi ka haal yeh ho jaye ke woh dunya ke dikhai denay walay saharaoun se ziyada Khuda ke na dikhai denay walay sahara par bharosa karne lagay.</w:t>
      </w:r>
    </w:p>
    <w:p>
      <w:pPr>
        <w:jc w:val="right"/>
      </w:pPr>
      <w:r>
        <w:t>آخرت میں جنت کی لذتیں اس شخص کو ملیں گی جس کے لیے جنت والے اعمال اسی دنیا میں لذیذ بن گئے ہوں۔ جب آدمی کا حال یہ ہو جائے کہ وہ دنیا کے دکھائی دینے والے سہاروں سے زیادہ خدا کے نہ دکھائی دینے والے سہارے پر بھروسہ کرنے لگے۔</w:t>
      </w:r>
    </w:p>
    <w:p>
      <w:r>
        <w:rPr>
          <w:b/>
        </w:rPr>
        <w:t xml:space="preserve">[1:19:36] </w:t>
      </w:r>
      <w:r>
        <w:t>dunyavi cheezon ki mohabbat se ziyada Khuda ki mohabbat us ko aziz ho. aur dunyavi cheezon ke khauf se ziyada Khuda ka khauf us ke liye ahmiyat rakhta ho.</w:t>
      </w:r>
    </w:p>
    <w:p>
      <w:pPr>
        <w:jc w:val="right"/>
      </w:pPr>
      <w:r>
        <w:t>دنیاوی چیزوں کی محبت سے زیادہ خدا کی محبت اس کو عزیز ہو۔ اور دنیاوی چیزوں کے خوف سے زیادہ خدا کا خوف اس کے لیے اہمیت رکھتا ہو۔</w:t>
      </w:r>
    </w:p>
    <w:p>
      <w:r>
        <w:rPr>
          <w:b/>
        </w:rPr>
        <w:t xml:space="preserve">[1:19:47] </w:t>
      </w:r>
      <w:r>
        <w:t>rasool ke bataye hue tareeqay ko qabool karna us ko har haal mein pasand ho. khwah woh is ke zaouq ke khilaaf kyun na ho. woh dunya ki maslehatoun ke bajaye aakhirat ki maslehatoun ko ahmiyat de.</w:t>
      </w:r>
    </w:p>
    <w:p>
      <w:pPr>
        <w:jc w:val="right"/>
      </w:pPr>
      <w:r>
        <w:t>رسول کے بتائے ہوئے طریقے کو قبول کرنا اس کو ہر حال میں پسند ہو۔ خواہ وہ اس کے ذوق کے خلاف کیوں نہ ہو۔ وہ دنیا کی مصلحتوں کے بجائے آخرت کی مصلحتوں کو اہمیت دے۔</w:t>
      </w:r>
    </w:p>
    <w:p>
      <w:r>
        <w:rPr>
          <w:b/>
        </w:rPr>
        <w:t xml:space="preserve">[1:20:01] </w:t>
      </w:r>
      <w:r>
        <w:t>haq ko nazar andaaz karne ke muqablay mein haq ko maan lena us ki nazar mein ziyada mehboob ban jaye. be fikri ke sath qahqaha laganay se barh kar taskeen us ke dil ko us waqt milti ho jab ke woh Allah ke liye aansu baha raha ho.</w:t>
      </w:r>
    </w:p>
    <w:p>
      <w:pPr>
        <w:jc w:val="right"/>
      </w:pPr>
      <w:r>
        <w:t>حق کو نظر انداز کرنے کے مقابلے میں حق کو مان لینا اس کی نظر میں زیادہ محبوب بن جائے۔ بے فکری کے ساتھ قہقہہ لگانے سے بڑھ کر تسکین اس کے دل کو اس وقت ملتی ہو جب کہ وہ اللہ کے لیے آنسو بہا رہا ہو۔</w:t>
      </w:r>
    </w:p>
    <w:p>
      <w:r>
        <w:rPr>
          <w:b/>
        </w:rPr>
        <w:t xml:space="preserve">[1:20:18] </w:t>
      </w:r>
      <w:r>
        <w:t>waqar ka sawal agar sachi baat ko qabool karne mein rukawat banay to woh apne waqar ko majrooh kar ke sachai ka tareeqa ikhtiyar karne par tayyar ho jaye.</w:t>
      </w:r>
    </w:p>
    <w:p>
      <w:pPr>
        <w:jc w:val="right"/>
      </w:pPr>
      <w:r>
        <w:t>وقار کا سوال اگر سچی بات کو قبول کرنے میں رکاوٹ بنے تو وہ اپنے وقار کو مجروح کر کے سچائی کا طریقہ اختیار کرنے پر تیار ہو جائے۔</w:t>
      </w:r>
    </w:p>
    <w:p>
      <w:r>
        <w:rPr>
          <w:b/>
        </w:rPr>
        <w:t xml:space="preserve">[1:20:29] </w:t>
      </w:r>
      <w:r>
        <w:t>jab us ko kisi se shikayat ho jaye to us se intiqam lene ke bajaye us ko maaf kar denay mein us ka dil thandak pata ho. huqooq ko ghusab karne se ziyada us ko yeh baat pasand ho ke woh doosron ke huqooq ada kare.</w:t>
      </w:r>
    </w:p>
    <w:p>
      <w:pPr>
        <w:jc w:val="right"/>
      </w:pPr>
      <w:r>
        <w:t>جب اس کو کسی سے شکایت ہو جائے تو اس سے انتقام لینے کے بجائے اس کو معاف کر دینے میں اس کا دل ٹھنڈک پاتا ہو۔ حقوق کو غصب کرنے سے زیادہ اس کو یہ بات پسند ہو کہ وہ دوسروں کے حقوق ادا کرے۔</w:t>
      </w:r>
    </w:p>
    <w:p>
      <w:r>
        <w:rPr>
          <w:b/>
        </w:rPr>
        <w:t xml:space="preserve">[1:20:43] </w:t>
      </w:r>
      <w:r>
        <w:t>jab us ke seenay mein hasad aur bughz ke jazbaat bhark uthein to un ko zahir karne ke bajaye un ko kuchal dalna us ko ziyada mehboob ho</w:t>
      </w:r>
    </w:p>
    <w:p>
      <w:pPr>
        <w:jc w:val="right"/>
      </w:pPr>
      <w:r>
        <w:t>جب اس کے سینے میں حسد اور بغض کے جذبات بھڑک اٹھیں تو ان کو ظاہر کرنے کے بجائے ان کو کچل ڈالنا اس کو زیادہ محبوب ہو</w:t>
      </w:r>
    </w:p>
    <w:p>
      <w:r>
        <w:rPr>
          <w:b/>
        </w:rPr>
        <w:t xml:space="preserve">[1:20:52] </w:t>
      </w:r>
      <w:r>
        <w:t>. kisi ke khilaaf buri rai qaim karne se ziyada us ko yeh baat pasand ho ke woh is ke baray mein achi rai qaim kare.</w:t>
      </w:r>
    </w:p>
    <w:p>
      <w:pPr>
        <w:jc w:val="right"/>
      </w:pPr>
      <w:r>
        <w:t>۔ کسی کے خلاف بری رائے قائم کرنے سے زیادہ اس کو یہ بات پسند ہو کہ وہ اس کے بارے میں اچھی رائے قائم کرے۔</w:t>
      </w:r>
    </w:p>
    <w:p>
      <w:r>
        <w:rPr>
          <w:b/>
        </w:rPr>
        <w:t xml:space="preserve">[1:21:06] </w:t>
      </w:r>
      <w:r>
        <w:t>jannat ka musafir. kitab "bagh-e-jannat", safha number 40.</w:t>
      </w:r>
    </w:p>
    <w:p>
      <w:pPr>
        <w:jc w:val="right"/>
      </w:pPr>
      <w:r>
        <w:t>جنت کا مسافر۔ کتاب "باغِ جنت"، صفحہ نمبر 40۔</w:t>
      </w:r>
    </w:p>
    <w:p>
      <w:r>
        <w:rPr>
          <w:b/>
        </w:rPr>
        <w:t xml:space="preserve">[1:21:15] </w:t>
      </w:r>
      <w:r>
        <w:t>Khuda ka mutalba yeh hai ke banda apne tamam asaasay ko Khuda ke hawale kar de.</w:t>
      </w:r>
    </w:p>
    <w:p>
      <w:pPr>
        <w:jc w:val="right"/>
      </w:pPr>
      <w:r>
        <w:t>خدا کا مطالبہ یہ ہے کہ بندہ اپنے تمام اثاثے کو خدا کے حوالے کر دے۔</w:t>
      </w:r>
    </w:p>
    <w:p>
      <w:r>
        <w:rPr>
          <w:b/>
        </w:rPr>
        <w:t xml:space="preserve">[1:21:22] </w:t>
      </w:r>
      <w:r>
        <w:t>us ke muawzay mein Khuda ne aakhirat mein apni jannat ka wada kiya hai. aadmi aksar apne aap ko bacha kar rakhta hai aur is ke jawab mein dushwarioun ki aik fehrist pesh kar deta hai.</w:t>
      </w:r>
    </w:p>
    <w:p>
      <w:pPr>
        <w:jc w:val="right"/>
      </w:pPr>
      <w:r>
        <w:t>اس کے معاوضے میں خدا نے آخرت میں اپنی جنت کا وعدہ کیا ہے۔ آدمی اکثر اپنے آپ کو بچا کر رکھتا ہے اور اس کے جواب میں دشواریوں کی ایک فہرست پیش کر دیتا ہے۔</w:t>
      </w:r>
    </w:p>
    <w:p>
      <w:r>
        <w:rPr>
          <w:b/>
        </w:rPr>
        <w:t xml:space="preserve">[1:21:35] </w:t>
      </w:r>
      <w:r>
        <w:t>magar haqeeqat yeh hai ke yahi dushwariyan woh qimti awaaq hain jin ko uzar na bana kar woh apne Rab ko khush kar sakta hai.</w:t>
      </w:r>
    </w:p>
    <w:p>
      <w:pPr>
        <w:jc w:val="right"/>
      </w:pPr>
      <w:r>
        <w:t>مگر حقیقت یہ ہے کہ یہی دشواریاں وہ قیمتی مواقع ہیں جن کو عذر نہ بنا کر وہ اپنے رب کو خوش کر سکتا ہے۔</w:t>
      </w:r>
    </w:p>
    <w:p>
      <w:r>
        <w:rPr>
          <w:b/>
        </w:rPr>
        <w:t xml:space="preserve">[1:21:44] </w:t>
      </w:r>
      <w:r>
        <w:t>aadmi jin masail ki bina par islam ki taraf barhne se rukta hai wahi darasal is ke liye taraqqi ke zeene hote hain. woh is liye nahi hain ke aadmi in ko dekh kar ruk jaye.</w:t>
      </w:r>
    </w:p>
    <w:p>
      <w:pPr>
        <w:jc w:val="right"/>
      </w:pPr>
      <w:r>
        <w:t>آدمی جن مسائل کی بنا پر اسلام کی طرف بڑھنے سے رکتا ہے وہی دراصل اس کے لیے ترقی کے زینے ہوتے ہیں۔ وہ اس لیے نہیں ہیں کہ آدمی ان کو دیکھ کر رک جائے۔</w:t>
      </w:r>
    </w:p>
    <w:p>
      <w:r>
        <w:rPr>
          <w:b/>
        </w:rPr>
        <w:t xml:space="preserve">[1:21:57] </w:t>
      </w:r>
      <w:r>
        <w:t>woh is liye hain taake aadmi unhein phan kar aage barh jaye. woh in ko khuda tak pohnchne ka zeena bana lein.</w:t>
      </w:r>
    </w:p>
    <w:p>
      <w:pPr>
        <w:jc w:val="right"/>
      </w:pPr>
      <w:r>
        <w:t>وہ اس لیے ہیں تاکہ آدمی انہیں پھان کر آگے بڑھ جائے۔ وہ ان کو خدا تک پہنچنے کا زینہ بنا لے۔</w:t>
      </w:r>
    </w:p>
    <w:p>
      <w:r>
        <w:rPr>
          <w:b/>
        </w:rPr>
        <w:t xml:space="preserve">[1:22:07] </w:t>
      </w:r>
      <w:r>
        <w:t>khuda ke nazdeek is ka sab se mehboob banda woh hai jo apni tamnaon ko is ke liye dafan kar de. jo apne aaram ko is ki khatir chhod de.</w:t>
      </w:r>
    </w:p>
    <w:p>
      <w:pPr>
        <w:jc w:val="right"/>
      </w:pPr>
      <w:r>
        <w:t>خدا کے نزدیک اس کا سب سے محبوب بندہ وہ ہے جو اپنی تمناؤں کو اس کے لیے دفن کر دے۔ جو اپنے آرام کو اس کی خاطر چھوڑ دے۔</w:t>
      </w:r>
    </w:p>
    <w:p>
      <w:r>
        <w:rPr>
          <w:b/>
        </w:rPr>
        <w:t xml:space="preserve">[1:22:18] </w:t>
      </w:r>
      <w:r>
        <w:t>jo apni mushkilat ko nazar andaz kar ke is ki taraf barh jaye. dunya mein kisi ki kamyabi yeh nahi hai ke woh yahan kuch hasil kar le.</w:t>
      </w:r>
    </w:p>
    <w:p>
      <w:pPr>
        <w:jc w:val="right"/>
      </w:pPr>
      <w:r>
        <w:t>جو اپنی مشکلات کو نظر انداز کر کے اس کی طرف بڑھ جائے۔ دنیا میں کسی کی کامیابی یہ نہیں ہے کہ وہ یہاں کچھ حاصل کر لے۔</w:t>
      </w:r>
    </w:p>
    <w:p>
      <w:r>
        <w:rPr>
          <w:b/>
        </w:rPr>
        <w:t xml:space="preserve">[1:22:28] </w:t>
      </w:r>
      <w:r>
        <w:t>kamyab darasal woh hai jo khuda ki raah mein apna sab kuch qurban kar de.</w:t>
      </w:r>
    </w:p>
    <w:p>
      <w:pPr>
        <w:jc w:val="right"/>
      </w:pPr>
      <w:r>
        <w:t>کامیاب دراصل وہ ہے جو خدا کی راہ میں اپنا سب کچھ قربان کر دے۔</w:t>
      </w:r>
    </w:p>
    <w:p>
      <w:r>
        <w:rPr>
          <w:b/>
        </w:rPr>
        <w:t xml:space="preserve">[1:22:34] </w:t>
      </w:r>
      <w:r>
        <w:t>sab se zyada sehat mand woh hai jis ki sehat khuda ki raah mein barbad ho gayi ho. sab se zyada sahib maal woh hai jo khuda ki khatir be maal ho jaye.</w:t>
      </w:r>
    </w:p>
    <w:p>
      <w:pPr>
        <w:jc w:val="right"/>
      </w:pPr>
      <w:r>
        <w:t>سب سے زیادہ صحت مند وہ ہے جس کی صحت خدا کی راہ میں برباد ہو گئی ہو۔ سب سے زیادہ صاحب مال وہ ہے جو خدا کی خاطر بے مال ہو جائے۔</w:t>
      </w:r>
    </w:p>
    <w:p>
      <w:r>
        <w:rPr>
          <w:b/>
        </w:rPr>
        <w:t xml:space="preserve">[1:22:46] </w:t>
      </w:r>
      <w:r>
        <w:t>sab se zyada buland martaba woh hai jo khuda ke liye be martaba ho gaya ho. sab se zyada khush naseeb woh shakhs hai jo bilkul luta hua apne rab ke paas pohnche.</w:t>
      </w:r>
    </w:p>
    <w:p>
      <w:pPr>
        <w:jc w:val="right"/>
      </w:pPr>
      <w:r>
        <w:t>سب سے زیادہ بلند مرتبہ وہ ہے جو خدا کے لیے بے مرتبہ ہو گیا ہو۔ سب سے زیادہ خوش نصیب وہ شخص ہے جو بالکل لٹا ہوا اپنے رب کے پاس پہنچے۔</w:t>
      </w:r>
    </w:p>
    <w:p>
      <w:r>
        <w:rPr>
          <w:b/>
        </w:rPr>
        <w:t xml:space="preserve">[1:22:58] </w:t>
      </w:r>
      <w:r>
        <w:t>kyunke is ka rab apni rehmaton ko is ke upar andel de ga.</w:t>
      </w:r>
    </w:p>
    <w:p>
      <w:pPr>
        <w:jc w:val="right"/>
      </w:pPr>
      <w:r>
        <w:t>کیونکہ اس کا رب اپنی رحمتوں کو اس کے اوپر انڈیل دے گا۔</w:t>
      </w:r>
    </w:p>
    <w:p>
      <w:r>
        <w:rPr>
          <w:b/>
        </w:rPr>
        <w:t xml:space="preserve">[1:23:08] </w:t>
      </w:r>
      <w:r>
        <w:t>jannati akhlaqiyat. kitab "bagh-e-jannat", safha number 41.</w:t>
      </w:r>
    </w:p>
    <w:p>
      <w:pPr>
        <w:jc w:val="right"/>
      </w:pPr>
      <w:r>
        <w:t>جنتی اخلاقیات۔ کتاب "باغِ جنت"، صفحہ نمبر 41۔</w:t>
      </w:r>
    </w:p>
    <w:p>
      <w:r>
        <w:rPr>
          <w:b/>
        </w:rPr>
        <w:t xml:space="preserve">[1:23:17] </w:t>
      </w:r>
      <w:r>
        <w:t>khuda ko apni jannati dunya mein basane ke liye kaise insaan matloob hain. is ka namuna is ne maujooda kainaat mein qaim kar diya hai.</w:t>
      </w:r>
    </w:p>
    <w:p>
      <w:pPr>
        <w:jc w:val="right"/>
      </w:pPr>
      <w:r>
        <w:t>خدا کو اپنی جنتی دنیا میں بسانے کے لیے کیسے انسان مطلوب ہیں۔ اس کا نمونہ اس نے موجودہ کائنات میں قائم کر دیا ہے۔</w:t>
      </w:r>
    </w:p>
    <w:p>
      <w:r>
        <w:rPr>
          <w:b/>
        </w:rPr>
        <w:t xml:space="preserve">[1:23:28] </w:t>
      </w:r>
      <w:r>
        <w:t>jo aadmi khuda ki abadi nematon mein hisse daar banna chahta ho us ko chahiye ke woh khuda ki pasand ko apni pasand ban</w:t>
      </w:r>
    </w:p>
    <w:p>
      <w:pPr>
        <w:jc w:val="right"/>
      </w:pPr>
      <w:r>
        <w:t>جو آدمی خدا کی ابدی نعمتوں میں حصے دار بننا چاہتا ہو اس کو چاہیے کہ وہ خدا کی پسند کو اپنی پسند بن</w:t>
      </w:r>
    </w:p>
    <w:p>
      <w:r>
        <w:rPr>
          <w:b/>
        </w:rPr>
        <w:t xml:space="preserve">[1:23:36] </w:t>
      </w:r>
      <w:r>
        <w:t>aye. woh khuda ki tabedari mein baqi kainaat ka hamsafar ban jaye. kainaat mein jo waqea lohe ki surat mein paya jata hai woh insani satah par be lachak kirdaar ki surat mein matloob hai.</w:t>
      </w:r>
    </w:p>
    <w:p>
      <w:pPr>
        <w:jc w:val="right"/>
      </w:pPr>
      <w:r>
        <w:t>ائے۔ وہ خدا کی تابعداری میں بقیہ کائنات کا ہمسفر بن جائے۔ کائنات میں جو واقعہ لوہے کی صورت میں پایا جاتا ہے وہ انسانی سطح پر بے لچک کردار کی صورت میں مطلوب ہے۔</w:t>
      </w:r>
    </w:p>
    <w:p>
      <w:r>
        <w:rPr>
          <w:b/>
        </w:rPr>
        <w:t xml:space="preserve">[1:23:51] </w:t>
      </w:r>
      <w:r>
        <w:t>jo cheez pathriili zameen se pani ki surat mein beh nikalti hai woh insaan se naram mizaji ki surat mein matloob hai.</w:t>
      </w:r>
    </w:p>
    <w:p>
      <w:pPr>
        <w:jc w:val="right"/>
      </w:pPr>
      <w:r>
        <w:t>جو چیز پتھریلی زمین سے پانی کی صورت میں بہہ نکلتی ہے وہ انسان سے نرم مزاجی کی صورت میں مطلوب ہے۔</w:t>
      </w:r>
    </w:p>
    <w:p>
      <w:r>
        <w:rPr>
          <w:b/>
        </w:rPr>
        <w:t xml:space="preserve">[1:24:00] </w:t>
      </w:r>
      <w:r>
        <w:t>fittrat mein jo cheez atal qawaneen ki surat mein payi jati hai woh insaan se ahad ki pabandi ki surat mein matloob hai. madi dunya mein jo cheez mehak aur lazzat aur rang ki surat mein payi jati hai woh insaan se khush moaamlegi ki surat mein matloob hai.</w:t>
      </w:r>
    </w:p>
    <w:p>
      <w:pPr>
        <w:jc w:val="right"/>
      </w:pPr>
      <w:r>
        <w:t>فطرت میں جو چیز اٹل قوانین کی صورت میں پائی جاتی ہے وہ انسان سے عہد کی پابندی کی صورت میں مطلوب ہے۔ مادی دنیا میں جو چیز مہک اور لذت اور رنگ کی صورت میں پائی جاتی ہے وہ انسان سے خوش معاملگی کی صورت میں مطلوب ہے۔</w:t>
      </w:r>
    </w:p>
    <w:p>
      <w:r>
        <w:rPr>
          <w:b/>
        </w:rPr>
        <w:t xml:space="preserve">[1:24:18] </w:t>
      </w:r>
      <w:r>
        <w:t>khala mein kharbon sitare musalsal harkat karte hain magar un mein koi takrao nahi hota. yahi</w:t>
      </w:r>
    </w:p>
    <w:p>
      <w:pPr>
        <w:jc w:val="right"/>
      </w:pPr>
      <w:r>
        <w:t>خلا میں کھربوں ستارے مسلسل حرکت کرتے ہیں مگر ان میں کوئی ٹکراؤ نہیں ہوتا۔ یہی</w:t>
      </w:r>
    </w:p>
    <w:p>
      <w:r>
        <w:rPr>
          <w:b/>
        </w:rPr>
        <w:t xml:space="preserve">[1:24:25] </w:t>
      </w:r>
      <w:r>
        <w:t>waqea insaan ki zindagi mein is tarah matloob hai ke har aadmi apne apne daire mein is tarah sar garam ho ke ek aur doosre ke darmiyan takrao ki naubat na aaye.</w:t>
      </w:r>
    </w:p>
    <w:p>
      <w:pPr>
        <w:jc w:val="right"/>
      </w:pPr>
      <w:r>
        <w:t>واقعہ انسان کی زندگی میں اس طرح مطلوب ہے کہ ہر آدمی اپنے اپنے دائرے میں اس طرح سرگرم ہو کہ ایک اور دوسرے کے درمیان ٹکراؤ کی نوبت نہ آئے۔</w:t>
      </w:r>
    </w:p>
    <w:p>
      <w:r>
        <w:rPr>
          <w:b/>
        </w:rPr>
        <w:t xml:space="preserve">[1:24:38] </w:t>
      </w:r>
      <w:r>
        <w:t>darakht carbon le leta hai aur oxygen hamari taraf lotata hai. yahi cheez insani satah par is akhlaqi usool ki surat mein matloob hai ke jo tumhare sath bura sulook kare us ke sath tum acha sulook karo.</w:t>
      </w:r>
    </w:p>
    <w:p>
      <w:pPr>
        <w:jc w:val="right"/>
      </w:pPr>
      <w:r>
        <w:t>درخت کاربن لے لیتا ہے اور آکسیجن ہماری طرف لوٹاتا ہے۔ یہی چیز انسانی سطح پر اس اخلاقی اصول کی صورت میں مطلوب ہے کہ جو تمہارے ساتھ برا سلوک کرے اس کے ساتھ تم اچھا سلوک کرو۔</w:t>
      </w:r>
    </w:p>
    <w:p>
      <w:r>
        <w:rPr>
          <w:b/>
        </w:rPr>
        <w:t xml:space="preserve">[1:24:53] </w:t>
      </w:r>
      <w:r>
        <w:t>pahaad aur tamam khari hui cheezein apna saya zameen par daal deti hain. yahi cheez insani zindagi mein is tarah matloob hai ke har aadmi tawazu ikhtiyar kare.</w:t>
      </w:r>
    </w:p>
    <w:p>
      <w:pPr>
        <w:jc w:val="right"/>
      </w:pPr>
      <w:r>
        <w:t>پہاڑ اور تمام کھڑی ہوئی چیزیں اپنا سایہ زمین پر ڈال دیتی ہیں۔ یہی چیز انسانی زندگی میں اس طرح مطلوب ہے کہ ہر آدمی تواضع اختیار کرے۔</w:t>
      </w:r>
    </w:p>
    <w:p>
      <w:r>
        <w:rPr>
          <w:b/>
        </w:rPr>
        <w:t xml:space="preserve">[1:25:05] </w:t>
      </w:r>
      <w:r>
        <w:t>koi kisi ke upar fakhr na kare. koi doosre ke muqable mein apne ko bara na samjhe.</w:t>
      </w:r>
    </w:p>
    <w:p>
      <w:pPr>
        <w:jc w:val="right"/>
      </w:pPr>
      <w:r>
        <w:t>کوئی کسی کے اوپر فخر نہ کرے۔ کوئی دوسرے کے مقابلے میں اپنے کو بڑا نہ سمجھے۔</w:t>
      </w:r>
    </w:p>
    <w:p>
      <w:r>
        <w:rPr>
          <w:b/>
        </w:rPr>
        <w:t xml:space="preserve">[1:25:16] </w:t>
      </w:r>
      <w:r>
        <w:t>jannat wale. kitab "bagh-e-jannat", safha number 42.</w:t>
      </w:r>
    </w:p>
    <w:p>
      <w:pPr>
        <w:jc w:val="right"/>
      </w:pPr>
      <w:r>
        <w:t>جنت والے۔ کتاب "باغِ جنت"، صفحہ نمبر 42۔</w:t>
      </w:r>
    </w:p>
    <w:p>
      <w:r>
        <w:rPr>
          <w:b/>
        </w:rPr>
        <w:t xml:space="preserve">[1:25:26] </w:t>
      </w:r>
      <w:r>
        <w:t>jo log khuda ki kitab ki buniyad par khare hon un par khuda ke khusoosi inaamaat hote hain aur aakhirat mein un ke liye jannat ki basharatain di jati hain.</w:t>
      </w:r>
    </w:p>
    <w:p>
      <w:pPr>
        <w:jc w:val="right"/>
      </w:pPr>
      <w:r>
        <w:t>جو لوگ خدا کی کتاب کی بنیاد پر کھڑے ہوں ان پر خدا کے خصوصی انعامات ہوتے ہیں اور آخرت میں ان کے لیے جنت کی بشارتیں دی جاتی ہیں۔</w:t>
      </w:r>
    </w:p>
    <w:p>
      <w:r>
        <w:rPr>
          <w:b/>
        </w:rPr>
        <w:t xml:space="preserve">[1:25:37] </w:t>
      </w:r>
      <w:r>
        <w:t>magar yeh inaamaat kisi nasal ya qaum se talluq ki buniyad par nahi hote balke sirf kirdaar ki buniyad par hote hain. baad ke daur mein is giroh ke afraad is farq ko bhool jate hain.</w:t>
      </w:r>
    </w:p>
    <w:p>
      <w:pPr>
        <w:jc w:val="right"/>
      </w:pPr>
      <w:r>
        <w:t>مگر یہ انعامات کسی نسل یا قوم سے تعلق کی بنیاد پر نہیں ہوتے بلکہ صرف کردار کی بنیاد پر ہوتے ہیں۔ بعد کے دور میں اس گروہ کے افراد اس فرق کو بھول جاتے ہیں۔</w:t>
      </w:r>
    </w:p>
    <w:p>
      <w:r>
        <w:rPr>
          <w:b/>
        </w:rPr>
        <w:t xml:space="preserve">[1:25:51] </w:t>
      </w:r>
      <w:r>
        <w:t>ab log yeh yaqeen kar lete hain ke woh khwah amal karein ya na karein kh</w:t>
      </w:r>
    </w:p>
    <w:p>
      <w:pPr>
        <w:jc w:val="right"/>
      </w:pPr>
      <w:r>
        <w:t>اب لوگ یہ یقین کر لیتے ہیں کہ وہ خواہ عمل کریں یا نہ کریں خ</w:t>
      </w:r>
    </w:p>
    <w:p>
      <w:r>
        <w:rPr>
          <w:b/>
        </w:rPr>
        <w:t xml:space="preserve">[1:25:56] </w:t>
      </w:r>
      <w:r>
        <w:t>uda ke wade un ke haq mein zaroor poore hon ge. woh zaroor khuda ki abadi jannaton mein dakhil hon ge. aasmani kitab ki haamil qaum mein jab deen ki asal rooh zinda ho to us ke andar haqeeqat pasandi ka mizaj paida hota hai.</w:t>
      </w:r>
    </w:p>
    <w:p>
      <w:pPr>
        <w:jc w:val="right"/>
      </w:pPr>
      <w:r>
        <w:t>دا کے وعدے ان کے حق میں ضرور پورے ہوں گے۔ وہ ضرور خدا کی ابدی جنتوں میں داخل ہوں گے۔ آسمانی کتاب کی حامل قوم میں جب دین کی اصل روح زندہ ہو تو اس کے اندر حقیقت پسندی کا مزاج پیدا ہوتا ہے۔</w:t>
      </w:r>
    </w:p>
    <w:p>
      <w:r>
        <w:rPr>
          <w:b/>
        </w:rPr>
        <w:t xml:space="preserve">[1:26:12] </w:t>
      </w:r>
      <w:r>
        <w:t>woh samajhti hai ke khuda ke adilana qanoon mein andher nahi hai. wahan kisi ko wahi kuch milega jo us ne kiya hai na us se zyada aur na us se kam.</w:t>
      </w:r>
    </w:p>
    <w:p>
      <w:pPr>
        <w:jc w:val="right"/>
      </w:pPr>
      <w:r>
        <w:t>وہ سمجھتی ہے کہ خدا کے عادلانہ قانون میں اندھیر نہیں ہے۔ وہاں کسی کو وہی کچھ ملے گا جو اس نے کیا ہے نہ اس سے زیادہ اور نہ اس سے کم۔</w:t>
      </w:r>
    </w:p>
    <w:p>
      <w:r>
        <w:rPr>
          <w:b/>
        </w:rPr>
        <w:t xml:space="preserve">[1:26:25] </w:t>
      </w:r>
      <w:r>
        <w:t>is ke bar aks jab deen ki asal rooh mit jati hai to khush khayaliyan janam leti hain. log haqeeqi amal ke bajaye farzi umeedon mein jeene lagte hain.</w:t>
      </w:r>
    </w:p>
    <w:p>
      <w:pPr>
        <w:jc w:val="right"/>
      </w:pPr>
      <w:r>
        <w:t>اس کے برعکس جب دین کی اصل روح مٹ جاتی ہے تو خوش خیالیاں جنم لیتی ہیں۔ لوگ حقیقی عمل کے بجائے فرضی امیدوں میں جینے لگتے ہیں۔</w:t>
      </w:r>
    </w:p>
    <w:p>
      <w:r>
        <w:rPr>
          <w:b/>
        </w:rPr>
        <w:t xml:space="preserve">[1:26:37] </w:t>
      </w:r>
      <w:r>
        <w:t>wo samajh lete hain ke mahaz ek khaas giroh se wabasta hone ki bina par wo jannaton mein dakhil kar diye jayenge khwah wo amal karein ya na karein.</w:t>
      </w:r>
    </w:p>
    <w:p>
      <w:pPr>
        <w:jc w:val="right"/>
      </w:pPr>
      <w:r>
        <w:t>وہ سمجھ لیتے ہیں کہ محض ایک خاص گروہ سے وابستہ ہونے کی بنا پر وہ جنتوں میں داخل کر دیے جائیں گے خواہ وہ عمل کریں یا نہ کریں۔</w:t>
      </w:r>
    </w:p>
    <w:p>
      <w:r>
        <w:rPr>
          <w:b/>
        </w:rPr>
        <w:t xml:space="preserve">[1:26:47] </w:t>
      </w:r>
      <w:r>
        <w:t>aakhirat ki sarfaraziyan un logon ke liye hain jinhone duniya mein adl-e-khudawandi ki satah par zindagi guzari ho. jinhone khudaai haqeeqaton se apne aap ko ham-aahang kiya ho.</w:t>
      </w:r>
    </w:p>
    <w:p>
      <w:pPr>
        <w:jc w:val="right"/>
      </w:pPr>
      <w:r>
        <w:t>آخرت کی سرفرازیاں ان لوگوں کے لیے ہیں جنہوں نے دنیا میں عدل خداوندی کی سطح پر زندگی گزاری ہو۔ جنہوں نے خدائی حقیقتوں سے اپنے آپ کو ہم آہنگ کیا ہو۔</w:t>
      </w:r>
    </w:p>
    <w:p>
      <w:r>
        <w:rPr>
          <w:b/>
        </w:rPr>
        <w:t xml:space="preserve">[1:27:01] </w:t>
      </w:r>
      <w:r>
        <w:t>jo dozakh ke samne aane se pehle dozakh se bhage hon aur jannat ko dekhne se pehle jannat ki taraf daud pade hon.</w:t>
      </w:r>
    </w:p>
    <w:p>
      <w:pPr>
        <w:jc w:val="right"/>
      </w:pPr>
      <w:r>
        <w:t>جو دوزخ کے سامنے آنے سے پہلے دوزخ سے بھاگے ہوں اور جنت کو دیکھنے سے پہلے جنت کی طرف دوڑ پڑے ہوں۔</w:t>
      </w:r>
    </w:p>
    <w:p>
      <w:r>
        <w:rPr>
          <w:b/>
        </w:rPr>
        <w:t xml:space="preserve">[1:27:15] </w:t>
      </w:r>
      <w:r>
        <w:t>jab aankhein thandi hongi. kitaab "Bagh-e-Jannat", safha number 43. khuda jab apne bande ke kisi amal ko qabool karta hai to us waqt hairat-angzez tor par kuch malakooti qism ki kaifiyat aadmi ke upar guzarti hain.</w:t>
      </w:r>
    </w:p>
    <w:p>
      <w:pPr>
        <w:jc w:val="right"/>
      </w:pPr>
      <w:r>
        <w:t>جب آنکھیں ٹھنڈی ہوں گی۔ کتاب "باغِ جنت"، صفحہ نمبر 43۔ خدا جب اپنے بندے کے کسی عمل کو قبول کرتا ہے تو اس وقت حیرت انگیز طور پر کچھ ملکوتی قسم کی کیفیات آدمی کے اوپر گزرتی ہیں۔</w:t>
      </w:r>
    </w:p>
    <w:p>
      <w:r>
        <w:rPr>
          <w:b/>
        </w:rPr>
        <w:t xml:space="preserve">[1:27:36] </w:t>
      </w:r>
      <w:r>
        <w:t>yeh us jannat ka taaruf hai jis ka wada sachche bandon se kiya gaya hai.</w:t>
      </w:r>
    </w:p>
    <w:p>
      <w:pPr>
        <w:jc w:val="right"/>
      </w:pPr>
      <w:r>
        <w:t>یہ اس جنت کا تعارف ہے جس کا وعدہ سچے بندوں سے کیا گیا ہے۔</w:t>
      </w:r>
    </w:p>
    <w:p>
      <w:r>
        <w:rPr>
          <w:b/>
        </w:rPr>
        <w:t xml:space="preserve">[1:27:41] </w:t>
      </w:r>
      <w:r>
        <w:t>yeh bagh-e-bihisht ki khushboo hai jis ko ahl-e-imaan duniya ke andar paate hain. yeh kaifiyat agarche tadap ki surat mein hoti hain magar wo tamam lazzaton se zyada lazeez hain.</w:t>
      </w:r>
    </w:p>
    <w:p>
      <w:pPr>
        <w:jc w:val="right"/>
      </w:pPr>
      <w:r>
        <w:t>یہ باغِ بہشت کی خوشبو ہے جس کو اہل ایمان دنیا کے اندر پاتے ہیں۔ یہ کیفیات اگرچہ تڑپ کی صورت میں ہوتی ہیں مگر وہ تمام لذتوں سے زیادہ لذیذ ہیں۔</w:t>
      </w:r>
    </w:p>
    <w:p>
      <w:r>
        <w:rPr>
          <w:b/>
        </w:rPr>
        <w:t xml:space="preserve">[1:27:54] </w:t>
      </w:r>
      <w:r>
        <w:t>jab aadmi ko aisi sadqa karne ki tofeeq milti hai jab ke wo insaan ko de kar khuda se pa raha ho. jab us ko aisi tilawat naseeb hoti hai jab ke khuda ke kalam ka taassur us ki aankhon se aansuon ki surat mein beh pade.</w:t>
      </w:r>
    </w:p>
    <w:p>
      <w:pPr>
        <w:jc w:val="right"/>
      </w:pPr>
      <w:r>
        <w:t>جب آدمی کو ایسا صدقہ کرنے کی توفیق ملتی ہے جب کہ وہ انسان کو دے کر خدا سے پا رہا ہو۔ جب اس کو ایسی تلاوت نصیب ہوتی ہے جب کہ خدا کے کلام کا تاثر اس کی آنکھوں سے آنسوؤں کی صورت میں بہہ پڑے۔</w:t>
      </w:r>
    </w:p>
    <w:p>
      <w:r>
        <w:rPr>
          <w:b/>
        </w:rPr>
        <w:t xml:space="preserve">[1:28:11] </w:t>
      </w:r>
      <w:r>
        <w:t>jab us par aise dard-angzez lamhat guzarte hain jis mein wo qurbat-e-khudawandi ka tajruba karta hai. jab wo be-qarar dil aur kapkapate hue honthon ke sath apne rab ko aise alfaaz mein pukarne lagta hai jo khud us ke rab ki taraf se us ke qalb par utare gaye hon.</w:t>
      </w:r>
    </w:p>
    <w:p>
      <w:pPr>
        <w:jc w:val="right"/>
      </w:pPr>
      <w:r>
        <w:t>جب اس پر ایسے درد انگیز لمحات گزرتے ہیں جس میں وہ قربت خداوندی کا تجربہ کرتا ہے۔ جب وہ بے قرار دل اور کپکپاتے ہوئے ہونٹوں کے ساتھ اپنے رب کو ایسے الفاظ میں پکارنے لگتا ہے جو خود اس کے رب کی طرف سے اس کے قلب پر اتارے گئے ہوں۔</w:t>
      </w:r>
    </w:p>
    <w:p>
      <w:r>
        <w:rPr>
          <w:b/>
        </w:rPr>
        <w:t xml:space="preserve">[1:28:31] </w:t>
      </w:r>
      <w:r>
        <w:t>to yeh sab Allah ka rizq hota hai jo us ko roohani zaryon se pahunchta hai.</w:t>
      </w:r>
    </w:p>
    <w:p>
      <w:pPr>
        <w:jc w:val="right"/>
      </w:pPr>
      <w:r>
        <w:t>تو یہ سب اللہ کا رزق ہوتا ہے جو اس کو روحانی ذریعوں سے پہنچتا ہے۔</w:t>
      </w:r>
    </w:p>
    <w:p>
      <w:r>
        <w:rPr>
          <w:b/>
        </w:rPr>
        <w:t xml:space="preserve">[1:28:38] </w:t>
      </w:r>
      <w:r>
        <w:t>wo in jannati phalon mein se ek phal ka mazah chakhta hai jo khuda ne apne nek bandon ke liye chhupa rakhe hain. aaj yeh phal imaan ki kaifiyat ki surat mein milte hain aur kal wo jannat ke abadi inaamaat ki surat mein us ke hawale kiye jayenge.</w:t>
      </w:r>
    </w:p>
    <w:p>
      <w:pPr>
        <w:jc w:val="right"/>
      </w:pPr>
      <w:r>
        <w:t>وہ ان جنتی پھلوں میں سے ایک پھل کا مزہ چکھتا ہے جو خدا نے اپنے نیک بندوں کے لیے چھپا رکھے ہیں۔ آج یہ پھل ایمانی کیفیات کی صورت میں ملتے ہیں اور کل وہ جنت کے ابدی انعامات کی صورت میں اس کے حوالے کیے جائیں گے۔</w:t>
      </w:r>
    </w:p>
    <w:p>
      <w:r>
        <w:rPr>
          <w:b/>
        </w:rPr>
        <w:t xml:space="preserve">[1:28:56] </w:t>
      </w:r>
      <w:r>
        <w:t>duniya mein agar aap khuda se qareeb nahi hue to aakhirat mein aap ko khuda ki qurbat kis tarah mil sakti hai.</w:t>
      </w:r>
    </w:p>
    <w:p>
      <w:pPr>
        <w:jc w:val="right"/>
      </w:pPr>
      <w:r>
        <w:t>دنیا میں اگر آپ خدا سے قریب نہیں ہوئے تو آخرت میں آپ کو خدا کی قربت کس طرح مل سکتی ہے۔</w:t>
      </w:r>
    </w:p>
    <w:p>
      <w:r>
        <w:rPr>
          <w:b/>
        </w:rPr>
        <w:t xml:space="preserve">[1:29:04] </w:t>
      </w:r>
      <w:r>
        <w:t>jis ki ibadat duniya mein us ki aankhon ki thandak nahi bani us ko aakhirat ki wo nematein kis tarah milengi jin ko pa kar hamesha ke liye us ki aankhein thandi hon.</w:t>
      </w:r>
    </w:p>
    <w:p>
      <w:pPr>
        <w:jc w:val="right"/>
      </w:pPr>
      <w:r>
        <w:t>جس کی عبادت دنیا میں اس کی آنکھوں کی ٹھنڈک نہیں بنی اس کو آخرت کی وہ نعمتیں کس طرح ملیں گی جن کو پا کر ہمیشہ کے لیے اس کی آنکھیں ٹھنڈی ہوں۔</w:t>
      </w:r>
    </w:p>
    <w:p>
      <w:r>
        <w:rPr>
          <w:b/>
        </w:rPr>
        <w:t xml:space="preserve">[1:29:20] </w:t>
      </w:r>
      <w:r>
        <w:t>jannat ka phool. kitaab "Bagh-e-Jannat", safha number 44.</w:t>
      </w:r>
    </w:p>
    <w:p>
      <w:pPr>
        <w:jc w:val="right"/>
      </w:pPr>
      <w:r>
        <w:t>جنت کا پھول۔ کتاب "باغِ جنت"، صفحہ نمبر 44۔</w:t>
      </w:r>
    </w:p>
    <w:p>
      <w:r>
        <w:rPr>
          <w:b/>
        </w:rPr>
        <w:t xml:space="preserve">[1:29:30] </w:t>
      </w:r>
      <w:r>
        <w:t>momin jannat ka phool hai.</w:t>
      </w:r>
    </w:p>
    <w:p>
      <w:pPr>
        <w:jc w:val="right"/>
      </w:pPr>
      <w:r>
        <w:t>مومن جنت کا پھول ہے۔</w:t>
      </w:r>
    </w:p>
    <w:p>
      <w:r>
        <w:rPr>
          <w:b/>
        </w:rPr>
        <w:t xml:space="preserve">[1:29:32] </w:t>
      </w:r>
      <w:r>
        <w:t>is ki khushboo duniya ki zindagi mein rabbani akhlaqiyat ki surat mein zahir hoti hai aur aakhirat mein wo maadi nematon ki surat mein dhal jayegi jis ka doosra naam jannat hai.</w:t>
      </w:r>
    </w:p>
    <w:p>
      <w:pPr>
        <w:jc w:val="right"/>
      </w:pPr>
      <w:r>
        <w:t>اس کی خوشبو دنیا کی زندگی میں ربانی اخلاقیات کی صورت میں ظاہر ہوتی ہے اور آخرت میں وہ مادی نعمتوں کی صورت میں ڈھل جائے گی جس کا دوسرا نام جنت ہے۔</w:t>
      </w:r>
    </w:p>
    <w:p>
      <w:r>
        <w:rPr>
          <w:b/>
        </w:rPr>
        <w:t xml:space="preserve">[1:29:45] </w:t>
      </w:r>
      <w:r>
        <w:t>momin wo hai jis ka lagao aakhirat ke mamle mein itna badhe ke duniya ki cheezon ke bare mein wo be-nafs ho jaye. doosron ki taraf se jab us ke dil par chot lage to wo us ko bardasht kar le.</w:t>
      </w:r>
    </w:p>
    <w:p>
      <w:pPr>
        <w:jc w:val="right"/>
      </w:pPr>
      <w:r>
        <w:t>مومن وہ ہے جس کا لگاؤ آخرت کے معاملے میں اتنا بڑھے کہ دنیا کی چیزوں کے بارے میں وہ بے نفس ہو جائے۔ دوسروں کی طرف سے جب اس کے دل پر چوٹ لگے تو وہ اس کو برداشت کر لے۔</w:t>
      </w:r>
    </w:p>
    <w:p>
      <w:r>
        <w:rPr>
          <w:b/>
        </w:rPr>
        <w:t xml:space="preserve">[1:29:59] </w:t>
      </w:r>
      <w:r>
        <w:t>us ko apni kamiyon ka itna zyada ehsas ho ke doosron ki taraf se ki jane wali tanqeed ko wo bura na maane. doosre us ko be-izzati karein to khuda ki khatir wo us ko nazar andaz kar de.</w:t>
      </w:r>
    </w:p>
    <w:p>
      <w:pPr>
        <w:jc w:val="right"/>
      </w:pPr>
      <w:r>
        <w:t>اس کو اپنی کمیوں کا اتنا زیادہ احساس ہو کہ دوسروں کی طرف سے کی جانے والی تنقید کو وہ برا نہ مانے۔ دوسرے اس کو بے عزت کریں تو خدا کی خاطر وہ اس کو نظر انداز کر دے۔</w:t>
      </w:r>
    </w:p>
    <w:p>
      <w:r>
        <w:rPr>
          <w:b/>
        </w:rPr>
        <w:t xml:space="preserve">[1:30:13] </w:t>
      </w:r>
      <w:r>
        <w:t>us ka dil khuda ke samandar mein naha kar itna saaf ho jaye ke wo doosron ki ziyadatiyon par un ko maaf kar sake aur un ki talkh baaton ko bhula diya kare.</w:t>
      </w:r>
    </w:p>
    <w:p>
      <w:pPr>
        <w:jc w:val="right"/>
      </w:pPr>
      <w:r>
        <w:t>اس کا دل خدا کے سمندر میں نہا کر اتنا صاف ہو جائے کہ وہ دوسروں کی زیادتیوں پر ان کو معاف کر سکے اور ان کی تلخ باتوں کو بھلا دیا کرے۔</w:t>
      </w:r>
    </w:p>
    <w:p>
      <w:r>
        <w:rPr>
          <w:b/>
        </w:rPr>
        <w:t xml:space="preserve">[1:30:24] </w:t>
      </w:r>
      <w:r>
        <w:t>hata ke us ke dil ka yeh hal ho jaye ke takleef pahunchane walon ke liye us ki zuban se duaen nikalne lagen. yahi woh rooh hai jo Allah taala ko matloob hai aur yahi woh log hain jo aakhirat mein jannat ki duniya ke shehri banaye jayenge.</w:t>
      </w:r>
    </w:p>
    <w:p>
      <w:pPr>
        <w:jc w:val="right"/>
      </w:pPr>
      <w:r>
        <w:t>حتی کہ اس کے دل کا یہ حال ہو جائے کہ تکلیف پہنچانے والوں کے لیے اس کی زبان سے دعائیں نکلنے لگیں۔ یہی وہ روح ہے جو اللہ تعالی کو مطلوب ہے اور یہی وہ لوگ ہیں جو آخرت میں جنت کی دنیا کے شہری بنائے جائیں گے۔</w:t>
      </w:r>
    </w:p>
    <w:p>
      <w:r>
        <w:rPr>
          <w:b/>
        </w:rPr>
        <w:t xml:space="preserve">[1:30:43] </w:t>
      </w:r>
      <w:r>
        <w:t>jannat ki duniya phoolon jaisi lateef duniya hai. sirf lateef roohein aisi duniya mein jagah pa sakti hain.</w:t>
      </w:r>
    </w:p>
    <w:p>
      <w:pPr>
        <w:jc w:val="right"/>
      </w:pPr>
      <w:r>
        <w:t>جنت کی دنیا پھولوں جیسی لطیف دنیا ہے۔ صرف لطیف روحیں ایسی دنیا میں جگہ پا سکتی ہیں۔</w:t>
      </w:r>
    </w:p>
    <w:p>
      <w:r>
        <w:rPr>
          <w:b/>
        </w:rPr>
        <w:t xml:space="preserve">[1:30:51] </w:t>
      </w:r>
      <w:r>
        <w:t>jo log apne aap ko manfi jazbat aur radd-e-amal ki nafsiyat se upar na utha saken wo goya kaanton ki satah par jee rahe hain.</w:t>
      </w:r>
    </w:p>
    <w:p>
      <w:pPr>
        <w:jc w:val="right"/>
      </w:pPr>
      <w:r>
        <w:t>جو لوگ اپنے آپ کو منفی جذبات اور ردعمل کی نفسیات سے اوپر نہ اٹھا سکیں وہ گویا کانٹوں کی سطح پر جی رہے ہیں۔</w:t>
      </w:r>
    </w:p>
    <w:p>
      <w:r>
        <w:rPr>
          <w:b/>
        </w:rPr>
        <w:t xml:space="preserve">[1:31:00] </w:t>
      </w:r>
      <w:r>
        <w:t>aise log phoolon ke parosi kis tarah ban sakte hain. log jannat se kitna door hain phir bhi wo apne ko jannat se kitna qareeb samajhte hain.</w:t>
      </w:r>
    </w:p>
    <w:p>
      <w:pPr>
        <w:jc w:val="right"/>
      </w:pPr>
      <w:r>
        <w:t>ایسے لوگ پھولوں کے پڑوسی کس طرح بن سکتے ہیں۔ لوگ جنت سے کتنا دور ہیں پھر بھی وہ اپنے کو جنت سے کتنا قریب سمجھتے ہیں۔</w:t>
      </w:r>
    </w:p>
    <w:p>
      <w:r>
        <w:rPr>
          <w:b/>
        </w:rPr>
        <w:t xml:space="preserve">[1:31:16] </w:t>
      </w:r>
      <w:r>
        <w:t>rabbani ausaf. kitaab "Bagh-e-Jannat", safha number 45.</w:t>
      </w:r>
    </w:p>
    <w:p>
      <w:pPr>
        <w:jc w:val="right"/>
      </w:pPr>
      <w:r>
        <w:t>ربانی اوصاف۔ کتاب "باغِ جنت"، صفحہ نمبر 45۔</w:t>
      </w:r>
    </w:p>
    <w:p>
      <w:r>
        <w:rPr>
          <w:b/>
        </w:rPr>
        <w:t xml:space="preserve">[1:31:26] </w:t>
      </w:r>
      <w:r>
        <w:t>jannat ek misali duniya hai jo makhsoos khudai intezam ke tehat banayi jayegi. maujooda duniya dukh aur mehnat ki duniya hai aur maut ke baad aane wali duniya khushiyon aur lazzaton ki duniya.</w:t>
      </w:r>
    </w:p>
    <w:p>
      <w:pPr>
        <w:jc w:val="right"/>
      </w:pPr>
      <w:r>
        <w:t>جنت ایک مثالی دنیا ہے جو مخصوص خدائی اہتمام کے تحت بنائی جائے گی۔ موجودہ دنیا دکھ اور محنت کی دنیا ہے اور موت کے بعد آنے والی دنیا خوشیوں اور لذتوں کی دنیا۔</w:t>
      </w:r>
    </w:p>
    <w:p>
      <w:r>
        <w:rPr>
          <w:b/>
        </w:rPr>
        <w:t xml:space="preserve">[1:31:41] </w:t>
      </w:r>
      <w:r>
        <w:t>maujooda duniya mein woh insaan chune ja rahe hain jo aanay wali abdi duniya mein basaye janay ke qabil hain. agli duniya mein izzat o masarrat ke la zawal makaanaat mein basanay ke liye woh log matloob hain</w:t>
      </w:r>
    </w:p>
    <w:p>
      <w:pPr>
        <w:jc w:val="right"/>
      </w:pPr>
      <w:r>
        <w:t>موجودہ دنیا میں وہ انسان چنے جا رہے ہیں جو آنے والی ابدی دنیا میں بسائے جانے کے قابل ہوں۔ اگلی دنیا میں عزت و مسرت کے لازوال مکانات میں بسانے کے لیے وہ لوگ مطلوب ہیں</w:t>
      </w:r>
    </w:p>
    <w:p>
      <w:r>
        <w:rPr>
          <w:b/>
        </w:rPr>
        <w:t xml:space="preserve">[1:31:56] </w:t>
      </w:r>
      <w:r>
        <w:t>jo akhlaq khudaawandi ko apna akhlaq banaayen. akhlaq khudaawandi kya hai? is ke namoonay aaj ki duniya mein insaan ke chaaron taraf phaila diye gaye hain.</w:t>
      </w:r>
    </w:p>
    <w:p>
      <w:pPr>
        <w:jc w:val="right"/>
      </w:pPr>
      <w:r>
        <w:t>جو اخلاق خداوندی کو اپنا اخلاق بنائیں۔ اخلاق خداوندی کیا ہے؟ اس کے نمونے آج کی دنیا میں انسان کے چاروں طرف پھیلا دیے گئے ہیں۔</w:t>
      </w:r>
    </w:p>
    <w:p>
      <w:r>
        <w:rPr>
          <w:b/>
        </w:rPr>
        <w:t xml:space="preserve">[1:32:10] </w:t>
      </w:r>
      <w:r>
        <w:t>yeh woh log hain jo apnay dil o dimaagh mein pahaaron ki bulandiyan aur samandaron ki wus'atein liye hue hain. jo hawaon ki manind logon se takraaye baghair un ke beech se guzar janay walay hain.</w:t>
      </w:r>
    </w:p>
    <w:p>
      <w:pPr>
        <w:jc w:val="right"/>
      </w:pPr>
      <w:r>
        <w:t>یہ وہ لوگ ہیں جو اپنے دل و دماغ میں پہاڑوں کی بلندیاں اور سمندروں کی وسعتیں لیے ہوئے ہوں۔ جو ہواؤں کی مانند لوگوں سے ٹکرائے بغیر ان کے بیچ سے گزر جانے والے ہوں۔</w:t>
      </w:r>
    </w:p>
    <w:p>
      <w:r>
        <w:rPr>
          <w:b/>
        </w:rPr>
        <w:t xml:space="preserve">[1:32:24] </w:t>
      </w:r>
      <w:r>
        <w:t>jo sitaron aur sayaron ki tarah khamosh safar karna jaantay hain. jo suraj ki tarah apnon aur ghairon ke oopar yaksaan chamaknay walay hain.</w:t>
      </w:r>
    </w:p>
    <w:p>
      <w:pPr>
        <w:jc w:val="right"/>
      </w:pPr>
      <w:r>
        <w:t>جو ستاروں اور سیاروں کی طرح خاموش سفر کرنا جانتے ہوں۔ جو سورج کی طرح اپنوں اور غیروں کے اوپر یکساں چمکنے والے ہوں۔</w:t>
      </w:r>
    </w:p>
    <w:p>
      <w:r>
        <w:rPr>
          <w:b/>
        </w:rPr>
        <w:t xml:space="preserve">[1:32:35] </w:t>
      </w:r>
      <w:r>
        <w:t>jo phool ki tarah shohrat aur izzat se be niaz ho kar khilna jaantay hain. jo darya ki manind hasad aur nafrat se khaali ho kar zameen ke seenay par beh rahay hain.</w:t>
      </w:r>
    </w:p>
    <w:p>
      <w:pPr>
        <w:jc w:val="right"/>
      </w:pPr>
      <w:r>
        <w:t>جو پھول کی طرح شہرت اور عزت سے بے نیاز ہو کر کھلنا جانتے ہوں۔ جو دریا کی مانند حسد اور نفرت سے خالی ہو کر زمین کے سینے پر بہہ رہے ہوں۔</w:t>
      </w:r>
    </w:p>
    <w:p>
      <w:r>
        <w:rPr>
          <w:b/>
        </w:rPr>
        <w:t xml:space="preserve">[1:32:47] </w:t>
      </w:r>
      <w:r>
        <w:t>jo darakht ki tarah saari kainaat ko apnay liye rabani ghiza ka dasterkhwan bana chukay hain. jo zameen par paray hue saaye ki tarah kibr o gharoor se khaali ho kar apnay aap ko Allah ke aagay daal denay walay hain.</w:t>
      </w:r>
    </w:p>
    <w:p>
      <w:pPr>
        <w:jc w:val="right"/>
      </w:pPr>
      <w:r>
        <w:t>جو درخت کی طرح ساری کائنات کو اپنے لیے ربانی غذا کا دسترخوان بنا چکے ہوں۔ جو زمین پر پڑے ہوئے سائے کی طرح کبر و غرور سے خالی ہو کر اپنے آپ کو اللہ کے آگے ڈال دینے والے ہوں۔</w:t>
      </w:r>
    </w:p>
    <w:p>
      <w:r>
        <w:rPr>
          <w:b/>
        </w:rPr>
        <w:t xml:space="preserve">[1:33:03] </w:t>
      </w:r>
      <w:r>
        <w:t>jo log aaj ki duniya mein in rabani khusoosiyat ke haamil banay wohi woh log hain jo aanay wali jannati duniya ke maalik hon gay.</w:t>
      </w:r>
    </w:p>
    <w:p>
      <w:pPr>
        <w:jc w:val="right"/>
      </w:pPr>
      <w:r>
        <w:t>جو لوگ آج کی دنیا میں ان ربانی خصوصیات کے حامل بنے وہی وہ لوگ ہیں جو آنے والی جنتی دنیا کے مالک ہوں گے۔</w:t>
      </w:r>
    </w:p>
    <w:p>
      <w:r>
        <w:rPr>
          <w:b/>
        </w:rPr>
        <w:t xml:space="preserve">[1:33:18] </w:t>
      </w:r>
      <w:r>
        <w:t>khuda ke liye jhuknay walay. kitaab "baagh e jannat", safha number 46.</w:t>
      </w:r>
    </w:p>
    <w:p>
      <w:pPr>
        <w:jc w:val="right"/>
      </w:pPr>
      <w:r>
        <w:t>خدا کے لیے جھکنے والے۔ کتاب "باغِ جنت"، صفحہ نمبر 46۔</w:t>
      </w:r>
    </w:p>
    <w:p>
      <w:r>
        <w:rPr>
          <w:b/>
        </w:rPr>
        <w:t xml:space="preserve">[1:33:27] </w:t>
      </w:r>
      <w:r>
        <w:t>kh</w:t>
      </w:r>
    </w:p>
    <w:p>
      <w:pPr>
        <w:jc w:val="right"/>
      </w:pPr>
      <w:r>
        <w:t>خ</w:t>
      </w:r>
    </w:p>
    <w:p>
      <w:r>
        <w:rPr>
          <w:b/>
        </w:rPr>
        <w:t xml:space="preserve">[1:33:28] </w:t>
      </w:r>
      <w:r>
        <w:t>da ko apni jannat mein basanay ke liye woh haqeeqat pasand insaan matloob hai jo khuda ko na dekhtay hue bhi duniya mein is tarah rahay jaisay ke woh us ko dekh raha hai.</w:t>
      </w:r>
    </w:p>
    <w:p>
      <w:pPr>
        <w:jc w:val="right"/>
      </w:pPr>
      <w:r>
        <w:t>دا کو اپنی جنت میں بسانے کے لیے وہ حقیقت پسند انسان مطلوب ہے جو خدا کو نہ دیکھتے ہوئے بھی دنیا میں اس طرح رہے جیسے کہ وہ اس کو دیکھ رہا ہے۔</w:t>
      </w:r>
    </w:p>
    <w:p>
      <w:r>
        <w:rPr>
          <w:b/>
        </w:rPr>
        <w:t xml:space="preserve">[1:33:39] </w:t>
      </w:r>
      <w:r>
        <w:t>khuda ki barhaai aur us ke kamaalaat is ke zehn par is tarah chha jayen ke woh us ko har waqt yaad aanay lagay. is ka dil har waqt khuda ki baaton se sarshaar rahay aur us ki poori zindagi khuda ke gird ghoomnay lagay.</w:t>
      </w:r>
    </w:p>
    <w:p>
      <w:pPr>
        <w:jc w:val="right"/>
      </w:pPr>
      <w:r>
        <w:t>خدا کی بڑائی اور اس کے کمالات اس کے ذہن پر اس طرح چھا جائیں کہ وہ اس کو ہر وقت یاد آنے لگے۔ اس کا دل ہر وقت خدا کی باتوں سے سرشار رہے اور اس کی پوری زندگی خدا کے گرد گھومنے لگے۔</w:t>
      </w:r>
    </w:p>
    <w:p>
      <w:r>
        <w:rPr>
          <w:b/>
        </w:rPr>
        <w:t xml:space="preserve">[1:33:55] </w:t>
      </w:r>
      <w:r>
        <w:t>jannat ki haseen duniya mein rehnay ka ahal sirf woh hai jo khuda ko is tarah apna maabood bana le ke wohi us ki zindagi ban jaye.</w:t>
      </w:r>
    </w:p>
    <w:p>
      <w:pPr>
        <w:jc w:val="right"/>
      </w:pPr>
      <w:r>
        <w:t>جنت کی حسین دنیا میں رہنے کا اہل صرف وہ ہے جو خدا کو اس طرح اپنا معبود بنا لے کہ وہی اس کی زندگی بن جائے۔</w:t>
      </w:r>
    </w:p>
    <w:p>
      <w:r>
        <w:rPr>
          <w:b/>
        </w:rPr>
        <w:t xml:space="preserve">[1:34:05] </w:t>
      </w:r>
      <w:r>
        <w:t>jo apnay shaoor ko is had tak taraqqi de ke apnay aap ko apnay se alag ho kar dekhnay lagay. jo khud mukhtaar ho kar bhi paband zindagi guzarey.</w:t>
      </w:r>
    </w:p>
    <w:p>
      <w:pPr>
        <w:jc w:val="right"/>
      </w:pPr>
      <w:r>
        <w:t>جو اپنے شعور کو اس حد تک ترقی دے کہ اپنے آپ کو اپنے سے الگ ہو کر دیکھنے لگے۔ جو خود مختار ہو کر بھی پابند زندگی گزارے۔</w:t>
      </w:r>
    </w:p>
    <w:p>
      <w:r>
        <w:rPr>
          <w:b/>
        </w:rPr>
        <w:t xml:space="preserve">[1:34:15] </w:t>
      </w:r>
      <w:r>
        <w:t>jo azaad ho kar bhi apni azaadi ko muqarrar daire mein istemaal kare.</w:t>
      </w:r>
    </w:p>
    <w:p>
      <w:pPr>
        <w:jc w:val="right"/>
      </w:pPr>
      <w:r>
        <w:t>جو آزاد ہو کر بھی اپنی آزادی کو مقرر دائرے میں استعمال کرے۔</w:t>
      </w:r>
    </w:p>
    <w:p>
      <w:r>
        <w:rPr>
          <w:b/>
        </w:rPr>
        <w:t xml:space="preserve">[1:34:20] </w:t>
      </w:r>
      <w:r>
        <w:t>yeh buland nazri aur haqeeqat pasandi ka woh maqam hai jahan aadmi nafsiyaati pardo se bahar aa kar sochta hai. jahan woh apnay aap ko zaati nigaah se nahi balkay haqeeqat waqe ki nigaah se dekhnay lagta hai.</w:t>
      </w:r>
    </w:p>
    <w:p>
      <w:pPr>
        <w:jc w:val="right"/>
      </w:pPr>
      <w:r>
        <w:t>یہ بلند نظری اور حقیقت پسندی کا وہ مقام ہے جہاں آدمی نفسیاتی پردوں سے باہر آ کر سوچتا ہے۔ جہاں وہ اپنے آپ کو ذاتی نگاہ سے نہیں بلکہ حقیقت واقعے کی نگاہ سے دیکھنے لگتا ہے۔</w:t>
      </w:r>
    </w:p>
    <w:p>
      <w:r>
        <w:rPr>
          <w:b/>
        </w:rPr>
        <w:t xml:space="preserve">[1:34:36] </w:t>
      </w:r>
      <w:r>
        <w:t>jahan woh majboor na hotay hue bhi hamatan apnay aap ko apnay aaqa ke aagay jhuka deta hai.</w:t>
      </w:r>
    </w:p>
    <w:p>
      <w:pPr>
        <w:jc w:val="right"/>
      </w:pPr>
      <w:r>
        <w:t>جہاں وہ مجبور نہ ہوتے ہوئے بھی ہماتن اپنے آپ کو اپنے آقا کے آگے جھکا دیتا ہے۔</w:t>
      </w:r>
    </w:p>
    <w:p>
      <w:r>
        <w:rPr>
          <w:b/>
        </w:rPr>
        <w:t xml:space="preserve">[1:34:44] </w:t>
      </w:r>
      <w:r>
        <w:t>jahan mukhalif targhibaat ke bawajood woh apnay aap ko Allah ki hudood par qaim rakhta hai. jahan dhattayi ke mawaqe hotay hue bhi woh sar ta pa apnay ko haq ke aagay daal deta hai.</w:t>
      </w:r>
    </w:p>
    <w:p>
      <w:pPr>
        <w:jc w:val="right"/>
      </w:pPr>
      <w:r>
        <w:t>جہاں مخالف ترغیبات کے باوجود وہ اپنے آپ کو اللہ کی حدود پر قائم رکھتا ہے۔ جہاں ڈھٹائی کے مواقع ہوتے ہوئے بھی وہ سرتاپا اپنے کو حق کے آگے ڈال دیتا ہے۔</w:t>
      </w:r>
    </w:p>
    <w:p>
      <w:r>
        <w:rPr>
          <w:b/>
        </w:rPr>
        <w:t xml:space="preserve">[1:34:59] </w:t>
      </w:r>
      <w:r>
        <w:t>maalik kainaat ke zahoor ke baad logon ka jo haal hoga woh haal is ka isi waqt ho jata hai jab ke maalik kainaat abhi ghayb ke parde mein chupa hua hai.</w:t>
      </w:r>
    </w:p>
    <w:p>
      <w:pPr>
        <w:jc w:val="right"/>
      </w:pPr>
      <w:r>
        <w:t>مالک کائنات کے ظہور کے بعد لوگوں کا جو حال ہوگا وہ حال اس کا اسی وقت ہو جاتا ہے جب کہ مالک کائنات ابھی غیب کے پردے میں چھپا ہوا ہے۔</w:t>
      </w:r>
    </w:p>
    <w:p>
      <w:r>
        <w:rPr>
          <w:b/>
        </w:rPr>
        <w:t xml:space="preserve">[1:35:16] </w:t>
      </w:r>
      <w:r>
        <w:t>jannati kirdaar. kitaab "baagh e jannat", safha number 47.</w:t>
      </w:r>
    </w:p>
    <w:p>
      <w:pPr>
        <w:jc w:val="right"/>
      </w:pPr>
      <w:r>
        <w:t>جنتی کردار۔ کتاب "باغِ جنت"، صفحہ نمبر 47۔</w:t>
      </w:r>
    </w:p>
    <w:p>
      <w:r>
        <w:rPr>
          <w:b/>
        </w:rPr>
        <w:t xml:space="preserve">[1:35:26] </w:t>
      </w:r>
      <w:r>
        <w:t>jannat ki lateef duniya mein basnay ke qabil woh log hain jin ka yeh haal ho ke un ke saath koi hadsa pesh aaye to woh mayoos na hon balkay sabr ka tareeqa ikhtiyar karen.</w:t>
      </w:r>
    </w:p>
    <w:p>
      <w:pPr>
        <w:jc w:val="right"/>
      </w:pPr>
      <w:r>
        <w:t>جنت کی لطیف دنیا میں بسنے کے قابل وہ لوگ ہیں جن کا یہ حال ہو کہ ان کے ساتھ کوئی حادثہ پیش آئے تو وہ مایوس نہ ہوں بلکہ صبر کا طریقہ اختیار کریں۔</w:t>
      </w:r>
    </w:p>
    <w:p>
      <w:r>
        <w:rPr>
          <w:b/>
        </w:rPr>
        <w:t xml:space="preserve">[1:35:39] </w:t>
      </w:r>
      <w:r>
        <w:t>kisi se un ko takleef pohanchay to us ke haq mein duaen den.</w:t>
      </w:r>
    </w:p>
    <w:p>
      <w:pPr>
        <w:jc w:val="right"/>
      </w:pPr>
      <w:r>
        <w:t>کسی سے ان کو تکلیف پہنچے تو اس کے حق میں دعائیں دیں۔</w:t>
      </w:r>
    </w:p>
    <w:p>
      <w:r>
        <w:rPr>
          <w:b/>
        </w:rPr>
        <w:t xml:space="preserve">[1:35:43] </w:t>
      </w:r>
      <w:r>
        <w:t>kisi se muamla paray to insaaf ke mutabiq us ke huqooq ada karen. koi tanqeed kare to us ko bura manay baghair thanday dil se sun len.</w:t>
      </w:r>
    </w:p>
    <w:p>
      <w:pPr>
        <w:jc w:val="right"/>
      </w:pPr>
      <w:r>
        <w:t>کسی سے معاملہ پڑے تو انصاف کے مطابق اس کے حقوق ادا کریں۔ کوئی تنقید کرے تو اس کو برا مانے بغیر ٹھنڈے دل سے سن لیں۔</w:t>
      </w:r>
    </w:p>
    <w:p>
      <w:r>
        <w:rPr>
          <w:b/>
        </w:rPr>
        <w:t xml:space="preserve">[1:35:53] </w:t>
      </w:r>
      <w:r>
        <w:t>kisi se shikayat ho tab bhi us ke baray mein insaaf ka rawaiyya na chhoden. jab bhi kisi se muamla paray to doosray shakhs ko un se behtar sulook ka tajruba ho.</w:t>
      </w:r>
    </w:p>
    <w:p>
      <w:pPr>
        <w:jc w:val="right"/>
      </w:pPr>
      <w:r>
        <w:t>کسی سے شکایت ہو تب بھی اس کے بارے میں انصاف کا رویہ نہ چھوڑیں۔ جب بھی کسی سے معاملہ پڑے تو دوسرے شخص کو ان سے بہتر سلوک کا تجربہ ہو۔</w:t>
      </w:r>
    </w:p>
    <w:p>
      <w:r>
        <w:rPr>
          <w:b/>
        </w:rPr>
        <w:t xml:space="preserve">[1:36:05] </w:t>
      </w:r>
      <w:r>
        <w:t>momin woh hai jo duniya ki zindagi mein khuda ka aisa phool ban jaye jo apni kasafat ko bhi mehak ki surat mein zahir karta hai.</w:t>
      </w:r>
    </w:p>
    <w:p>
      <w:pPr>
        <w:jc w:val="right"/>
      </w:pPr>
      <w:r>
        <w:t>مومن وہ ہے جو دنیا کی زندگی میں خدا کا ایسا پھول بن جائے جو اپنی کثافت کو بھی مہک کی صورت میں ظاہر کرتا ہے۔</w:t>
      </w:r>
    </w:p>
    <w:p>
      <w:r>
        <w:rPr>
          <w:b/>
        </w:rPr>
        <w:t xml:space="preserve">[1:36:14] </w:t>
      </w:r>
      <w:r>
        <w:t>aisi paak zindagi guzarne ki tofeeq un logon ko milti hai jo Allah ko is tarah yaad karne lagen jis tarah koi aadmi saans leta hai.</w:t>
      </w:r>
    </w:p>
    <w:p>
      <w:pPr>
        <w:jc w:val="right"/>
      </w:pPr>
      <w:r>
        <w:t>ایسی پاک زندگی گزارنے کی توفیق ان لوگوں کو ملتی ہے جو اللہ کو اس طرح یاد کرنے لگیں جس طرح کوئی آدمی سانس لیتا ہے۔</w:t>
      </w:r>
    </w:p>
    <w:p>
      <w:r>
        <w:rPr>
          <w:b/>
        </w:rPr>
        <w:t xml:space="preserve">[1:36:23] </w:t>
      </w:r>
      <w:r>
        <w:t>woh Allah ko is tarah paalein ke woh un ki rooh ke andar teer jaye. woh un ke dil ki dharkanon mein shaamil ho jaye. woh Allah ke khauf o mohabbat mein naha uthein.</w:t>
      </w:r>
    </w:p>
    <w:p>
      <w:pPr>
        <w:jc w:val="right"/>
      </w:pPr>
      <w:r>
        <w:t>وہ اللہ کو اس طرح پالیں کہ وہ ان کی روح کے اندر تیر جائے۔ وہ ان کے دل کی دھڑکنوں میں شامل ہو جائے۔ وہ اللہ کے خوف و محبت میں نہا اٹھیں۔</w:t>
      </w:r>
    </w:p>
    <w:p>
      <w:r>
        <w:rPr>
          <w:b/>
        </w:rPr>
        <w:t xml:space="preserve">[1:36:36] </w:t>
      </w:r>
      <w:r>
        <w:t>jahan logon mein sarkashi bhadakti hai momin tawazu se jhuk jata hai.</w:t>
      </w:r>
    </w:p>
    <w:p>
      <w:pPr>
        <w:jc w:val="right"/>
      </w:pPr>
      <w:r>
        <w:t>جہاں لوگوں میں سرکشی بھڑکتی ہے مومن تواضع سے جھک جاتا ہے۔</w:t>
      </w:r>
    </w:p>
    <w:p>
      <w:r>
        <w:rPr>
          <w:b/>
        </w:rPr>
        <w:t xml:space="preserve">[1:36:41] </w:t>
      </w:r>
      <w:r>
        <w:t>jab nafrat umadti hai woh mohabbat ka ravaiyya ikhtiyar karta hai. jab badkhwahi ka mauqa ho to woh khairkhwahi ka saboot deta hai.</w:t>
      </w:r>
    </w:p>
    <w:p>
      <w:pPr>
        <w:jc w:val="right"/>
      </w:pPr>
      <w:r>
        <w:t>جب نفرت امڑتی ہے وہ محبت کا رویہ اختیار کرتا ہے۔ جب بدخواہی کا موقع ہو تو وہ خیر خواہی کا ثبوت دیتا ہے۔</w:t>
      </w:r>
    </w:p>
    <w:p>
      <w:r>
        <w:rPr>
          <w:b/>
        </w:rPr>
        <w:t xml:space="preserve">[1:36:50] </w:t>
      </w:r>
      <w:r>
        <w:t>jahan huqooq dabaye jate hain woh insaaf ke sath huqooq lotata hai. jab eteraaf karne mein waqar girta hai to woh sachai ka eteraaf kar leta hai.</w:t>
      </w:r>
    </w:p>
    <w:p>
      <w:pPr>
        <w:jc w:val="right"/>
      </w:pPr>
      <w:r>
        <w:t>جہاں حقوق دبائے جاتے ہیں وہ انصاف کے ساتھ حقوق لوٹاتا ہے۔ جب اعتراف کرنے میں وقار گرتا ہے تو وہ سچائی کا اعتراف کر لیتا ہے۔</w:t>
      </w:r>
    </w:p>
    <w:p>
      <w:r>
        <w:rPr>
          <w:b/>
        </w:rPr>
        <w:t xml:space="preserve">[1:37:01] </w:t>
      </w:r>
      <w:r>
        <w:t>jab jawabi karrawai ka zehan ubharta hai to us waqt bhi woh wohi karta hai jo insaaf ke mutabiq ho.</w:t>
      </w:r>
    </w:p>
    <w:p>
      <w:pPr>
        <w:jc w:val="right"/>
      </w:pPr>
      <w:r>
        <w:t>جب جوابی کارروائی کا ذہن ابھرتا ہے تو اس وقت بھی وہ وہی کرتا ہے جو انصاف کے مطابق ہو۔</w:t>
      </w:r>
    </w:p>
    <w:p>
      <w:r>
        <w:rPr>
          <w:b/>
        </w:rPr>
        <w:t xml:space="preserve">[1:37:13] </w:t>
      </w:r>
      <w:r>
        <w:t>daii Khuda ka numainda. kitaab "Baagh-e-Jannat", safha number 48.</w:t>
      </w:r>
    </w:p>
    <w:p>
      <w:pPr>
        <w:jc w:val="right"/>
      </w:pPr>
      <w:r>
        <w:t>داعی خدا کا نمائندہ۔ کتاب "باغِ جنت"، صفحہ نمبر 48۔</w:t>
      </w:r>
    </w:p>
    <w:p>
      <w:r>
        <w:rPr>
          <w:b/>
        </w:rPr>
        <w:t xml:space="preserve">[1:37:23] </w:t>
      </w:r>
      <w:r>
        <w:t>Khuda ka daii Khuda ke samandar mein nahata hai. woh Khuda se alfaaz pa kar bolta hai. is tarah is ke liye mumkin hota hai ke woh Khuda ki duniya mein Khuda ke geet gaaye.</w:t>
      </w:r>
    </w:p>
    <w:p>
      <w:pPr>
        <w:jc w:val="right"/>
      </w:pPr>
      <w:r>
        <w:t>خدا کا داعی خدا کے سمندر میں نہاتا ہے۔ وہ خدا سے الفاظ پا کر بولتا ہے۔ اس طرح اس کے لیے ممکن ہوتا ہے کہ وہ خدا کی دنیا میں خدا کے گیت گائے۔</w:t>
      </w:r>
    </w:p>
    <w:p>
      <w:r>
        <w:rPr>
          <w:b/>
        </w:rPr>
        <w:t xml:space="preserve">[1:37:36] </w:t>
      </w:r>
      <w:r>
        <w:t>woh fitrat ke saaz par Khuda ke abadi naghmay chhede.</w:t>
      </w:r>
    </w:p>
    <w:p>
      <w:pPr>
        <w:jc w:val="right"/>
      </w:pPr>
      <w:r>
        <w:t>وہ فطرت کے ساز پر خدا کے ابدی نغمے چھیڑے۔</w:t>
      </w:r>
    </w:p>
    <w:p>
      <w:r>
        <w:rPr>
          <w:b/>
        </w:rPr>
        <w:t xml:space="preserve">[1:37:40] </w:t>
      </w:r>
      <w:r>
        <w:t>magar insaan itna ghafil hai ke phir bhi woh is se koi asar nahin leta. phir bhi woh apne band seene ko nahin kholta.</w:t>
      </w:r>
    </w:p>
    <w:p>
      <w:pPr>
        <w:jc w:val="right"/>
      </w:pPr>
      <w:r>
        <w:t>مگر انسان اتنا غافل ہے کہ پھر بھی وہ اس سے کوئی اثر نہیں لیتا۔ پھر بھی وہ اپنے بند سینے کو نہیں کھولتا۔</w:t>
      </w:r>
    </w:p>
    <w:p>
      <w:r>
        <w:rPr>
          <w:b/>
        </w:rPr>
        <w:t xml:space="preserve">[1:37:49] </w:t>
      </w:r>
      <w:r>
        <w:t>Khuda ki taraf se ek pukarne wale ka wajood mein aana kisi machine par bajne wale record ka wajood mein aana nahin hai.</w:t>
      </w:r>
    </w:p>
    <w:p>
      <w:pPr>
        <w:jc w:val="right"/>
      </w:pPr>
      <w:r>
        <w:t>خدا کی طرف سے ایک پکارنے والے کا وجود میں آنا کسی مشین پر بجنے والے ریکارڈ کا وجود میں آنا نہیں ہے۔</w:t>
      </w:r>
    </w:p>
    <w:p>
      <w:r>
        <w:rPr>
          <w:b/>
        </w:rPr>
        <w:t xml:space="preserve">[1:37:58] </w:t>
      </w:r>
      <w:r>
        <w:t>yeh rooh insani mein ek aise inqilab ka barpa hona hai jis ki shiddat jawala mukhi pahadon se bhi zyada sakht hoti hai.</w:t>
      </w:r>
    </w:p>
    <w:p>
      <w:pPr>
        <w:jc w:val="right"/>
      </w:pPr>
      <w:r>
        <w:t>یہ روح انسانی میں ایک ایسے انقلاب کا برپا ہونا ہے جس کی شدت جوالا مکھی پہاڑوں سے بھی زیادہ سخت ہوتی ہے۔</w:t>
      </w:r>
    </w:p>
    <w:p>
      <w:r>
        <w:rPr>
          <w:b/>
        </w:rPr>
        <w:t xml:space="preserve">[1:38:08] </w:t>
      </w:r>
      <w:r>
        <w:t>daii ka bolna apne jigar ke tukron ko bahar lana hota hai. is ka likhna apne khoon ko siyahi banane ke baad wajood mein aata hai.</w:t>
      </w:r>
    </w:p>
    <w:p>
      <w:pPr>
        <w:jc w:val="right"/>
      </w:pPr>
      <w:r>
        <w:t>داعی کا بولنا اپنے جگر کے ٹکڑوں کو باہر لانا ہوتا ہے۔ اس کا لکھنا اپنے خون کو سیاہی بنانے کے بعد وجود میں آتا ہے۔</w:t>
      </w:r>
    </w:p>
    <w:p>
      <w:r>
        <w:rPr>
          <w:b/>
        </w:rPr>
        <w:t xml:space="preserve">[1:38:19] </w:t>
      </w:r>
      <w:r>
        <w:t>is ke naghmay mahaz naghmay nahin hote balkeh rooh insani mein ek lateef tareen khudaai bhonchal ki awaaz hote hain. magar is duniya ka yeh sab se zyada ajeeb waqea hai ke aise rabani kalmaat bhi insaan ko nahin pighlate.</w:t>
      </w:r>
    </w:p>
    <w:p>
      <w:pPr>
        <w:jc w:val="right"/>
      </w:pPr>
      <w:r>
        <w:t>اس کے نغمے محض نغمے نہیں ہوتے بلکہ روح انسانی میں ایک لطیف ترین خدائی بھونچال کی آواز ہوتے ہیں۔ مگر اس دنیا کا یہ سب سے زیادہ عجیب واقعہ ہے کہ ایسے ربانی کلمات بھی انسان کو نہیں پگھلاتے۔</w:t>
      </w:r>
    </w:p>
    <w:p>
      <w:r>
        <w:rPr>
          <w:b/>
        </w:rPr>
        <w:t xml:space="preserve">[1:38:38] </w:t>
      </w:r>
      <w:r>
        <w:t>daii apne pure wajood ke sath nazeer uriyan ban jata hai. is ke bawajood aadmi anda behra bana rehta hai. insaan ke samne jannat ki khidkiyan kholi jati hain magar woh wajd mein nahin aata.</w:t>
      </w:r>
    </w:p>
    <w:p>
      <w:pPr>
        <w:jc w:val="right"/>
      </w:pPr>
      <w:r>
        <w:t>داعی اپنے پورے وجود کے ساتھ نظیر عریاں بن جاتا ہے۔ اس کے باوجود آدمی اندھا بہرا بنا رہتا ہے۔ انسان کے سامنے جنت کی کھڑکیاں کھولی جاتی ہیں مگر وہ وجد میں نہیں آتا۔</w:t>
      </w:r>
    </w:p>
    <w:p>
      <w:r>
        <w:rPr>
          <w:b/>
        </w:rPr>
        <w:t xml:space="preserve">[1:38:53] </w:t>
      </w:r>
      <w:r>
        <w:t>is ko bhadakte hue jahannum ka naqsha dikhaya jata hai phir bhi is par girya taari nahin hota. is ke samne Khuda Khuda kar khada ho jata hai.</w:t>
      </w:r>
    </w:p>
    <w:p>
      <w:pPr>
        <w:jc w:val="right"/>
      </w:pPr>
      <w:r>
        <w:t>اس کو بھڑکتے ہوئے جہنم کا نقشہ دکھایا جاتا ہے پھر بھی اس پر گریا طاری نہیں ہوتا۔ اس کے سامنے خدا خدا کر کھڑا ہو جاتا ہے۔</w:t>
      </w:r>
    </w:p>
    <w:p>
      <w:r>
        <w:rPr>
          <w:b/>
        </w:rPr>
        <w:t xml:space="preserve">[1:39:04] </w:t>
      </w:r>
      <w:r>
        <w:t>is ke bawajood woh sajde mein nahin girta.</w:t>
      </w:r>
    </w:p>
    <w:p>
      <w:pPr>
        <w:jc w:val="right"/>
      </w:pPr>
      <w:r>
        <w:t>اس کے باوجود وہ سجدے میں نہیں گرتا۔</w:t>
      </w:r>
    </w:p>
    <w:p>
      <w:r>
        <w:rPr>
          <w:b/>
        </w:rPr>
        <w:t xml:space="preserve">[1:39:08] </w:t>
      </w:r>
      <w:r>
        <w:t>insaan se zyada nazuk makhlooq Khuda ne koi nahin banai magar insaan se zyada behesi ka saboot bhi is duniya mein koi nahin deta.</w:t>
      </w:r>
    </w:p>
    <w:p>
      <w:pPr>
        <w:jc w:val="right"/>
      </w:pPr>
      <w:r>
        <w:t>انسان سے زیادہ نازک مخلوق خدا نے کوئی نہیں بنائی مگر انسان سے زیادہ بے حسی کا ثبوت بھی اس دنیا میں کوئی نہیں دیتا۔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