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Living in New Age May 23, 2010 Maulana Wahiduddin Khan</w:t>
      </w:r>
    </w:p>
    <w:p>
      <w:r>
        <w:t>https://www.youtube.com/watch?v=9SQbGV8c_cw</w:t>
      </w:r>
    </w:p>
    <w:p>
      <w:r>
        <w:rPr>
          <w:b/>
        </w:rPr>
        <w:t xml:space="preserve">[00:28] </w:t>
      </w:r>
      <w:r>
        <w:t>wahal al uqdat min lisani, yafqah qawli.</w:t>
      </w:r>
    </w:p>
    <w:p>
      <w:pPr>
        <w:jc w:val="right"/>
      </w:pPr>
      <w:r>
        <w:t>واحل العقدۃ من لسانی، یفقہ قولی۔</w:t>
      </w:r>
    </w:p>
    <w:p>
      <w:r>
        <w:rPr>
          <w:b/>
        </w:rPr>
        <w:t xml:space="preserve">[00:36] </w:t>
      </w:r>
      <w:r>
        <w:t>aaj ka topic hai "Living in a New Age".</w:t>
      </w:r>
    </w:p>
    <w:p>
      <w:pPr>
        <w:jc w:val="right"/>
      </w:pPr>
      <w:r>
        <w:t>آج کا ٹاپک ہے "Living in a New Age"۔</w:t>
      </w:r>
    </w:p>
    <w:p>
      <w:r>
        <w:rPr>
          <w:b/>
        </w:rPr>
        <w:t xml:space="preserve">[00:47] </w:t>
      </w:r>
      <w:r>
        <w:t>naye zamane mein.</w:t>
      </w:r>
    </w:p>
    <w:p>
      <w:pPr>
        <w:jc w:val="right"/>
      </w:pPr>
      <w:r>
        <w:t>نئے زمانے میں۔</w:t>
      </w:r>
    </w:p>
    <w:p>
      <w:r>
        <w:rPr>
          <w:b/>
        </w:rPr>
        <w:t xml:space="preserve">[00:54] </w:t>
      </w:r>
      <w:r>
        <w:t>main samajhta hoon ke musalmanon ka sab se bara problem yeh hai ke unko abhi tak pata hi nahi hai ke ek naya zamana aa chuka hai.</w:t>
      </w:r>
    </w:p>
    <w:p>
      <w:pPr>
        <w:jc w:val="right"/>
      </w:pPr>
      <w:r>
        <w:t>میں سمجھتا ہوں کہ مسلمانوں کا سب سے بڑا پرابلم یہ ہے کہ ان کو ابھی تک پتہ ہی نہیں ہے کہ ایک نیا زمانہ آ چکا ہے۔</w:t>
      </w:r>
    </w:p>
    <w:p>
      <w:r>
        <w:rPr>
          <w:b/>
        </w:rPr>
        <w:t xml:space="preserve">[01:07] </w:t>
      </w:r>
      <w:r>
        <w:t>unke chhote aur unke bare, leaders aur followers dono, pichhle mindset ko liye gaye hain.</w:t>
      </w:r>
    </w:p>
    <w:p>
      <w:pPr>
        <w:jc w:val="right"/>
      </w:pPr>
      <w:r>
        <w:t>ان کے چھوٹے اور ان کے بڑے، لیڈرز اور فالوورز دونوں، پچھلے مائنڈ سیٹ کو لیے گئے ہیں۔</w:t>
      </w:r>
    </w:p>
    <w:p>
      <w:r>
        <w:rPr>
          <w:b/>
        </w:rPr>
        <w:t xml:space="preserve">[01:19] </w:t>
      </w:r>
      <w:r>
        <w:t>to naye zamane mein woh unfit ho gaye hain.</w:t>
      </w:r>
    </w:p>
    <w:p>
      <w:pPr>
        <w:jc w:val="right"/>
      </w:pPr>
      <w:r>
        <w:t>تو نئے زمانے میں وہ ان فٹ ہو گئے ہیں۔</w:t>
      </w:r>
    </w:p>
    <w:p>
      <w:r>
        <w:rPr>
          <w:b/>
        </w:rPr>
        <w:t xml:space="preserve">[01:23] </w:t>
      </w:r>
      <w:r>
        <w:t>yahan tak ke jo log europe aur america mein rehte hain, woh bhi wahan unfit ho kar rehte hain, kyunke mindset unka bhi wahi hai.</w:t>
      </w:r>
    </w:p>
    <w:p>
      <w:pPr>
        <w:jc w:val="right"/>
      </w:pPr>
      <w:r>
        <w:t>یہاں تک کہ جو لوگ یورپ اور امریکہ میں رہتے ہیں، وہ بھی وہاں ان فٹ ہو کر رہتے ہیں، کیونکہ مائنڈ سیٹ ان کا بھی وہی ہے۔</w:t>
      </w:r>
    </w:p>
    <w:p>
      <w:r>
        <w:rPr>
          <w:b/>
        </w:rPr>
        <w:t xml:space="preserve">[01:34] </w:t>
      </w:r>
      <w:r>
        <w:t>unhone kisi college ya university se degree le li, job ke liye.</w:t>
      </w:r>
    </w:p>
    <w:p>
      <w:pPr>
        <w:jc w:val="right"/>
      </w:pPr>
      <w:r>
        <w:t>انہوں نے کسی کالج یا یونیورسٹی سے ڈگری لے لی، جاب کے لیے۔</w:t>
      </w:r>
    </w:p>
    <w:p>
      <w:r>
        <w:rPr>
          <w:b/>
        </w:rPr>
        <w:t xml:space="preserve">[01:41] </w:t>
      </w:r>
      <w:r>
        <w:t>baqi jo soch hai, woh wahi ki wahi, kyunke wahi literature padhte hain, gharon mein wahi charcha hota hai, masjid mein wahi baat hoti hai, aapas mein wahi sab baatein karte hain.</w:t>
      </w:r>
    </w:p>
    <w:p>
      <w:pPr>
        <w:jc w:val="right"/>
      </w:pPr>
      <w:r>
        <w:t>باقی جو سوچ ہے، وہ وہی کی وہی، کیونکہ وہی لٹریچر پڑھتے ہیں، گھروں میں وہی چرچا ہوتا ہے، مسجد میں وہی بات ہوتی ہے، آپس میں وہی سب باتیں کرتے ہیں۔</w:t>
      </w:r>
    </w:p>
    <w:p>
      <w:r>
        <w:rPr>
          <w:b/>
        </w:rPr>
        <w:t xml:space="preserve">[01:54] </w:t>
      </w:r>
      <w:r>
        <w:t>to previous mindset ke sath woh rehna chahte hain aaj ki duniya mein, aur yeh possible nahi hai.</w:t>
      </w:r>
    </w:p>
    <w:p>
      <w:pPr>
        <w:jc w:val="right"/>
      </w:pPr>
      <w:r>
        <w:t>تو پریویس مائنڈ سیٹ کے ساتھ وہ رہنا چاہتے ہیں آج کی دنیا میں، اور یہ پاسیبل نہیں ہے۔</w:t>
      </w:r>
    </w:p>
    <w:p>
      <w:r>
        <w:rPr>
          <w:b/>
        </w:rPr>
        <w:t xml:space="preserve">[02:07] </w:t>
      </w:r>
      <w:r>
        <w:t>ek shab mein main kahoon, kya farq hai dono mein? to pichhla tha jo zamana, woh tha</w:t>
      </w:r>
    </w:p>
    <w:p>
      <w:pPr>
        <w:jc w:val="right"/>
      </w:pPr>
      <w:r>
        <w:t>ایک شب میں میں کہوں، کیا فرق ہے دونوں میں؟ تو پچھلا تھا جو زمانہ، وہ تھا</w:t>
      </w:r>
    </w:p>
    <w:p>
      <w:r>
        <w:rPr>
          <w:b/>
        </w:rPr>
        <w:t xml:space="preserve">[02:20] </w:t>
      </w:r>
      <w:r>
        <w:t>authoritative system. ab hai democratic system. yeh basic farq hai.</w:t>
      </w:r>
    </w:p>
    <w:p>
      <w:pPr>
        <w:jc w:val="right"/>
      </w:pPr>
      <w:r>
        <w:t>اتھارٹیٹیو سسٹم۔ اب ہے ڈیموکریٹک سسٹم۔ یہ بیسک فرق ہے۔</w:t>
      </w:r>
    </w:p>
    <w:p>
      <w:r>
        <w:rPr>
          <w:b/>
        </w:rPr>
        <w:t xml:space="preserve">[02:31] </w:t>
      </w:r>
      <w:r>
        <w:t>authoritative system aur democratic system. dek</w:t>
      </w:r>
    </w:p>
    <w:p>
      <w:pPr>
        <w:jc w:val="right"/>
      </w:pPr>
      <w:r>
        <w:t>اتھارٹیٹیو سسٹم اور ڈیموکریٹک سسٹم۔ دیک</w:t>
      </w:r>
    </w:p>
    <w:p>
      <w:r>
        <w:rPr>
          <w:b/>
        </w:rPr>
        <w:t xml:space="preserve">[02:35] </w:t>
      </w:r>
      <w:r>
        <w:t>hain, hazaron hazar saal se dunya mein king hua karte thay. king aur emperor hua karte thay,</w:t>
      </w:r>
    </w:p>
    <w:p>
      <w:pPr>
        <w:jc w:val="right"/>
      </w:pPr>
      <w:r>
        <w:t>ھیں، ہزاروں ہزار سال سے دنیا میں کنگ ہوا کرتے تھے۔ کنگ اور ایمپرر ہوا کرتے تھے،</w:t>
      </w:r>
    </w:p>
    <w:p>
      <w:r>
        <w:rPr>
          <w:b/>
        </w:rPr>
        <w:t xml:space="preserve">[02:50] </w:t>
      </w:r>
      <w:r>
        <w:t>saari dunya mein.</w:t>
      </w:r>
    </w:p>
    <w:p>
      <w:pPr>
        <w:jc w:val="right"/>
      </w:pPr>
      <w:r>
        <w:t>ساری دنیا میں۔</w:t>
      </w:r>
    </w:p>
    <w:p>
      <w:r>
        <w:rPr>
          <w:b/>
        </w:rPr>
        <w:t xml:space="preserve">[02:54] </w:t>
      </w:r>
      <w:r>
        <w:t>to log sirf kingship culture ko jante thay.</w:t>
      </w:r>
    </w:p>
    <w:p>
      <w:pPr>
        <w:jc w:val="right"/>
      </w:pPr>
      <w:r>
        <w:t>تو لوگ صرف کنگ شپ کلچر کو جانتے تھے۔</w:t>
      </w:r>
    </w:p>
    <w:p>
      <w:r>
        <w:rPr>
          <w:b/>
        </w:rPr>
        <w:t xml:space="preserve">[02:58] </w:t>
      </w:r>
      <w:r>
        <w:t>yani ek aadmi rule karta tha, aur sab jo thay, woh subject hote thay. to us zamane mein ruler aur ruled ka equation tha.</w:t>
      </w:r>
    </w:p>
    <w:p>
      <w:pPr>
        <w:jc w:val="right"/>
      </w:pPr>
      <w:r>
        <w:t>یعنی ایک آدمی رول کرتا تھا، اور سب جو تھے، وہ سبجیکٹ ہوتے تھے۔ تو اس زمانے میں رورل اور لوڈ کا ایکویشن تھا۔</w:t>
      </w:r>
    </w:p>
    <w:p>
      <w:r>
        <w:rPr>
          <w:b/>
        </w:rPr>
        <w:t xml:space="preserve">[03:12] </w:t>
      </w:r>
      <w:r>
        <w:t>ya master aur subject ka equation tha.</w:t>
      </w:r>
    </w:p>
    <w:p>
      <w:pPr>
        <w:jc w:val="right"/>
      </w:pPr>
      <w:r>
        <w:t>یا ماسٹر اور سبجیکٹ کا ایکویشن تھا۔</w:t>
      </w:r>
    </w:p>
    <w:p>
      <w:r>
        <w:rPr>
          <w:b/>
        </w:rPr>
        <w:t xml:space="preserve">[03:16] </w:t>
      </w:r>
      <w:r>
        <w:t>phir jab Islam aaya, seventh century AD mein, to Islam ne khilafat ke concept ko introduce kiya.</w:t>
      </w:r>
    </w:p>
    <w:p>
      <w:pPr>
        <w:jc w:val="right"/>
      </w:pPr>
      <w:r>
        <w:t>پھر جب اسلام آیا، سیون سینچری اے ڈی میں، تو اسلام نے خلافت کے کانسیپٹ کو انٹروڈیوس کیا۔</w:t>
      </w:r>
    </w:p>
    <w:p>
      <w:r>
        <w:rPr>
          <w:b/>
        </w:rPr>
        <w:t xml:space="preserve">[03:28] </w:t>
      </w:r>
      <w:r>
        <w:t>lekin mindset logon ka phir bhi badla nahi, kyunke mindset badalta hai bahut dinon ke baad. kabhi bhi aap achanak mindset ko badal nahi sakte.</w:t>
      </w:r>
    </w:p>
    <w:p>
      <w:pPr>
        <w:jc w:val="right"/>
      </w:pPr>
      <w:r>
        <w:t>لیکن مائنڈ سیٹ لوگوں کا پھر بھی بدلا نہیں، کیونکہ مائنڈ سیٹ بدلتا ہے بہت دنوں کے بعد۔ کبھی بھی آپ اچانک مائنڈ سیٹ کو بدل نہیں سکتے۔</w:t>
      </w:r>
    </w:p>
    <w:p>
      <w:r>
        <w:rPr>
          <w:b/>
        </w:rPr>
        <w:t xml:space="preserve">[03:41] </w:t>
      </w:r>
      <w:r>
        <w:t>to Muslim period mein khilafat ka word to use hua, lekin model wahi raha. musalmanon ka woh jo zamana hai jab sahaba thay, yani Hazrat Umar, Hazrat Ali, Hazrat Usman, Hazrat Abu Bakr, us zamane mein to theek raha.</w:t>
      </w:r>
    </w:p>
    <w:p>
      <w:pPr>
        <w:jc w:val="right"/>
      </w:pPr>
      <w:r>
        <w:t>تو مسلم پیریڈ میں خلافت کا ورڈ تو یوز ہوا، لیکن ماڈل وہی رہا۔ مسلمانوں کا وہ جو زمانہ ہے جب صحابہ تھے، یعنی حضرت عمر، حضرت علی، حضرت عثمان، حضرت ابوبکر، اس زمانے میں تو ٹھیک رہا۔</w:t>
      </w:r>
    </w:p>
    <w:p>
      <w:r>
        <w:rPr>
          <w:b/>
        </w:rPr>
        <w:t xml:space="preserve">[04:01] </w:t>
      </w:r>
      <w:r>
        <w:t>is ke baad wahi kingship ka model aa gaya.</w:t>
      </w:r>
    </w:p>
    <w:p>
      <w:pPr>
        <w:jc w:val="right"/>
      </w:pPr>
      <w:r>
        <w:t>اس کے بعد وہی کنگ شپ کا ماڈل آ گیا۔</w:t>
      </w:r>
    </w:p>
    <w:p>
      <w:r>
        <w:rPr>
          <w:b/>
        </w:rPr>
        <w:t xml:space="preserve">[04:07] </w:t>
      </w:r>
      <w:r>
        <w:t>kahani ke liye log khalifa kahe jaate thay, lekin model wahi kingship ka tha. wahi jallad culture. kingship jo tha, pehle jo king hua karta tha, woh kya tha?</w:t>
      </w:r>
    </w:p>
    <w:p>
      <w:pPr>
        <w:jc w:val="right"/>
      </w:pPr>
      <w:r>
        <w:t>کہانی کے لیے لوگ خلیفہ کہے جاتے تھے، لیکن ماڈل وہی کنگ شپ کا تھا۔ وہی جلاد کلچر۔ کنگ شپ جو تھا، پہلے جو کنگ ہوا کرتا تھا، وہ کیا تھا؟</w:t>
      </w:r>
    </w:p>
    <w:p>
      <w:r>
        <w:rPr>
          <w:b/>
        </w:rPr>
        <w:t xml:space="preserve">[04:23] </w:t>
      </w:r>
      <w:r>
        <w:t>is mein yeh concept tha ke "my word is law". jo mere munh se nikle, wahi law hai.</w:t>
      </w:r>
    </w:p>
    <w:p>
      <w:pPr>
        <w:jc w:val="right"/>
      </w:pPr>
      <w:r>
        <w:t>اس میں یہ کانسیپٹ تھا کہ "مائی ورڈ از لا"۔ جو میرے منہ سے نکلے، وہی لا ہے۔</w:t>
      </w:r>
    </w:p>
    <w:p>
      <w:r>
        <w:rPr>
          <w:b/>
        </w:rPr>
        <w:t xml:space="preserve">[04:33] </w:t>
      </w:r>
      <w:r>
        <w:t>yahi Bani Umayyah mein, Bani Abbas mein, Mughal period mein, Spain mein, Baghdad mein, Cairo mein, jahan jahan musalmanon ke rule thay, har jagah yeh baqi raha.</w:t>
      </w:r>
    </w:p>
    <w:p>
      <w:pPr>
        <w:jc w:val="right"/>
      </w:pPr>
      <w:r>
        <w:t>یہی بنو امیہ میں، بنو عباس میں، مغل پیریڈ میں، اسپین میں، بغداد میں، قاہرہ میں، جہاں جہاں مسلمانوں کے رول تھے، ہر جگہ یہ باقی رہا۔</w:t>
      </w:r>
    </w:p>
    <w:p>
      <w:r>
        <w:rPr>
          <w:b/>
        </w:rPr>
        <w:t xml:space="preserve">[04:45] </w:t>
      </w:r>
      <w:r>
        <w:t>to khilafat ka naam le kar ke bhi model wahi kingship ka raha. yani authoritative culture.</w:t>
      </w:r>
    </w:p>
    <w:p>
      <w:pPr>
        <w:jc w:val="right"/>
      </w:pPr>
      <w:r>
        <w:t>تو خلافت کا نام لے کر کے بھی ماڈل وہی کنگ شپ کا رہا۔ یعنی اتھارٹیٹیو کلچر۔</w:t>
      </w:r>
    </w:p>
    <w:p>
      <w:r>
        <w:rPr>
          <w:b/>
        </w:rPr>
        <w:t xml:space="preserve">[04:55] </w:t>
      </w:r>
      <w:r>
        <w:t>democratic culture musalmanon mein aaya hi nahi. isi liye aap dekhiye ke 57 Muslim countries hain,</w:t>
      </w:r>
    </w:p>
    <w:p>
      <w:pPr>
        <w:jc w:val="right"/>
      </w:pPr>
      <w:r>
        <w:t>ڈیموکریٹک کلچر مسلمانوں میں آیا ہی نہیں۔ اسی لیے آپ دیکھیے کہ 57 مسلم کنٹریز ہیں،</w:t>
      </w:r>
    </w:p>
    <w:p>
      <w:r>
        <w:rPr>
          <w:b/>
        </w:rPr>
        <w:t xml:space="preserve">[05:02] </w:t>
      </w:r>
      <w:r>
        <w:t>har jagah dictatorship hai. kyunke wahi mindset hai. kisi bhi Muslim country mein democracy nahi. chahe naam rakh rakha ho Jamhuriya, lekin hai dictatorship.</w:t>
      </w:r>
    </w:p>
    <w:p>
      <w:pPr>
        <w:jc w:val="right"/>
      </w:pPr>
      <w:r>
        <w:t>ہر جگہ ڈکٹیٹر شپ ہے۔ کیونکہ وہی مائنڈ سیٹ ہے۔ کسی بھی مسلم کنٹری میں ڈیموکریسی نہیں۔ چاہے نام رکھ رکھا ہو جمہوریہ، لیکن ہے ڈکٹیٹر شپ۔</w:t>
      </w:r>
    </w:p>
    <w:p>
      <w:r>
        <w:rPr>
          <w:b/>
        </w:rPr>
        <w:t xml:space="preserve">[05:16] </w:t>
      </w:r>
      <w:r>
        <w:t>lekin yeh jo Islam ne ek process chalaya tha, shura ka process, woh history mein is ka culmination hua hai France mein ja kar ke.</w:t>
      </w:r>
    </w:p>
    <w:p>
      <w:pPr>
        <w:jc w:val="right"/>
      </w:pPr>
      <w:r>
        <w:t>لیکن یہ جو اسلام نے ایک پراسیس چلایا تھا، شوریٰ کا پراسیس، وہ ہسٹری میں اس کا کلمنیشن ہوا ہے فرانس میں جا کر کے۔</w:t>
      </w:r>
    </w:p>
    <w:p>
      <w:r>
        <w:rPr>
          <w:b/>
        </w:rPr>
        <w:t xml:space="preserve">[05:32] </w:t>
      </w:r>
      <w:r>
        <w:t>ab se dhai sau saal pehle Russian ki kitab chhapi thi, "Social Contract".</w:t>
      </w:r>
    </w:p>
    <w:p>
      <w:pPr>
        <w:jc w:val="right"/>
      </w:pPr>
      <w:r>
        <w:t>اب سے ڈھائی سو سال پہلے روسوں کی کتاب چھپی تھی، "سوشل کنٹریکٹ"۔</w:t>
      </w:r>
    </w:p>
    <w:p>
      <w:r>
        <w:rPr>
          <w:b/>
        </w:rPr>
        <w:t xml:space="preserve">[05:42] </w:t>
      </w:r>
      <w:r>
        <w:t>is kitab ka pehla sentence tha: "Man was born free, but I see him in chains".</w:t>
      </w:r>
    </w:p>
    <w:p>
      <w:pPr>
        <w:jc w:val="right"/>
      </w:pPr>
      <w:r>
        <w:t>اس کتاب کا پہلا سینٹنس تھا: "مین واز بورن فری، بٹ آئی سی ہم ان چینز"۔</w:t>
      </w:r>
    </w:p>
    <w:p>
      <w:r>
        <w:rPr>
          <w:b/>
        </w:rPr>
        <w:t xml:space="preserve">[05:52] </w:t>
      </w:r>
      <w:r>
        <w:t>yeh tha democracy ka kalma.</w:t>
      </w:r>
    </w:p>
    <w:p>
      <w:pPr>
        <w:jc w:val="right"/>
      </w:pPr>
      <w:r>
        <w:t>یہ تھا ڈیموکریسی کا کلمہ۔</w:t>
      </w:r>
    </w:p>
    <w:p>
      <w:r>
        <w:rPr>
          <w:b/>
        </w:rPr>
        <w:t xml:space="preserve">[05:57] </w:t>
      </w:r>
      <w:r>
        <w:t>to Islam ka jo laya hua revolution tha, is ka yeh jo process tha, is ka culmination hua France mein.</w:t>
      </w:r>
    </w:p>
    <w:p>
      <w:pPr>
        <w:jc w:val="right"/>
      </w:pPr>
      <w:r>
        <w:t>تو اسلام کا جو لایا ہوا ریولوشن تھا، اس کا یہ جو پراسیس تھا، اس کا کلمنیشن ہوا فرانس میں۔</w:t>
      </w:r>
    </w:p>
    <w:p>
      <w:r>
        <w:rPr>
          <w:b/>
        </w:rPr>
        <w:t xml:space="preserve">[06:08] </w:t>
      </w:r>
      <w:r>
        <w:t>lekin musalman abhi bhi is ko apna nahi sake, kyunke un ka mindset wahi hai. musalmanon ka sara literature sab isi par base karta hai.</w:t>
      </w:r>
    </w:p>
    <w:p>
      <w:pPr>
        <w:jc w:val="right"/>
      </w:pPr>
      <w:r>
        <w:t>لیکن مسلمان ابھی بھی اس کو اپنا نہیں سکے، کیونکہ ان کا مائنڈ سیٹ وہی ہے۔ مسلمانوں کا سارا لٹریچر سب اسی پر بیس کرتا ہے۔</w:t>
      </w:r>
    </w:p>
    <w:p>
      <w:r>
        <w:rPr>
          <w:b/>
        </w:rPr>
        <w:t xml:space="preserve">[06:19] </w:t>
      </w:r>
      <w:r>
        <w:t>to ab democracy kya hai?</w:t>
      </w:r>
    </w:p>
    <w:p>
      <w:pPr>
        <w:jc w:val="right"/>
      </w:pPr>
      <w:r>
        <w:t>تو اب ڈیموکریسی کیا ہے؟</w:t>
      </w:r>
    </w:p>
    <w:p>
      <w:r>
        <w:rPr>
          <w:b/>
        </w:rPr>
        <w:t xml:space="preserve">[06:22] </w:t>
      </w:r>
      <w:r>
        <w:t>democracy ka matlab hai ke equal rights. tum ko bhi right hai, mujhe bhi right hai. yani barabar ki hissedari.</w:t>
      </w:r>
    </w:p>
    <w:p>
      <w:pPr>
        <w:jc w:val="right"/>
      </w:pPr>
      <w:r>
        <w:t>ڈیموکریسی کا مطلب ہے کہ ایکول رائٹس۔ تم کو بھی رائٹ ہے، مجھے بھی رائٹ ہے۔ یعنی برابر کی حصہ داری۔</w:t>
      </w:r>
    </w:p>
    <w:p>
      <w:r>
        <w:rPr>
          <w:b/>
        </w:rPr>
        <w:t xml:space="preserve">[06:34] </w:t>
      </w:r>
      <w:r>
        <w:t>democracy mein barabar ki hissedari. yani mera bhi ek vote hai, aur Prime Minister ka bhi ek hi vote hai. to democracy mein har citizen ka darja barabar ka hai.</w:t>
      </w:r>
    </w:p>
    <w:p>
      <w:pPr>
        <w:jc w:val="right"/>
      </w:pPr>
      <w:r>
        <w:t>ڈیموکریسی میں برابر کی حصہ داری۔ یعنی میرا بھی ایک ووٹ ہے، اور پرائم منسٹر کا بھی ایک ہی ووٹ ہے۔ تو ڈیموکریسی میں ہر سٹیزن کا درجہ برابر کا ہے۔</w:t>
      </w:r>
    </w:p>
    <w:p>
      <w:r>
        <w:rPr>
          <w:b/>
        </w:rPr>
        <w:t xml:space="preserve">[06:49] </w:t>
      </w:r>
      <w:r>
        <w:t>jabke kingship mein aisa nahi hota tha. to yeh musalman is ko accept nahi kar paye.</w:t>
      </w:r>
    </w:p>
    <w:p>
      <w:pPr>
        <w:jc w:val="right"/>
      </w:pPr>
      <w:r>
        <w:t>جبکہ کنگ شپ میں ایسا نہیں ہوتا تھا۔ تو یہ مسلمان اس کو ایکسیپٹ نہیں کر پائے۔</w:t>
      </w:r>
    </w:p>
    <w:p>
      <w:r>
        <w:rPr>
          <w:b/>
        </w:rPr>
        <w:t xml:space="preserve">[06:59] </w:t>
      </w:r>
      <w:r>
        <w:t>pehlay kya tha aur ab kya tha, is ko mein aik aur shabd mein bataon to kahoon ga ke ab hai give and take culture.</w:t>
      </w:r>
    </w:p>
    <w:p>
      <w:pPr>
        <w:jc w:val="right"/>
      </w:pPr>
      <w:r>
        <w:t>پہلے کیا تھا اور اب کیا تھا، اس کو میں ایک اور शब्द میں بتاؤں تو کہوں گا کہ اب ہے گیو اینڈ ٹیک کلچر۔</w:t>
      </w:r>
    </w:p>
    <w:p>
      <w:r>
        <w:rPr>
          <w:b/>
        </w:rPr>
        <w:t xml:space="preserve">[07:10] </w:t>
      </w:r>
      <w:r>
        <w:t>democracy bhi yeh hai ke 50 feesad tum ko dena hoga, 50 feesad mujh se tum le sakte ho. give and take culture.</w:t>
      </w:r>
    </w:p>
    <w:p>
      <w:pPr>
        <w:jc w:val="right"/>
      </w:pPr>
      <w:r>
        <w:t>ڈیموکریسی بھی یہ ہے کہ 50 فیصد تم کو دینا ہوگا، 50 فیصد مجھ سے تم لے سکتے ہو۔ گیو اینڈ ٹیک کلچر۔</w:t>
      </w:r>
    </w:p>
    <w:p>
      <w:r>
        <w:rPr>
          <w:b/>
        </w:rPr>
        <w:t xml:space="preserve">[07:19] </w:t>
      </w:r>
      <w:r>
        <w:t>ab pehlay kya tha? taking without giving. mujhe to sirf lena hai, dena kuch bhi nahi hai.</w:t>
      </w:r>
    </w:p>
    <w:p>
      <w:pPr>
        <w:jc w:val="right"/>
      </w:pPr>
      <w:r>
        <w:t>اب پہلے کیا تھا؟ ٹیکنگ ودا آؤٹ گیونگ۔ مجھے تو صرف لینا ہے، دینا کچھ بھی نہیں ہے۔</w:t>
      </w:r>
    </w:p>
    <w:p>
      <w:r>
        <w:rPr>
          <w:b/>
        </w:rPr>
        <w:t xml:space="preserve">[07:28] </w:t>
      </w:r>
      <w:r>
        <w:t>kyun ke mein badshah hoon, mein king hoon.</w:t>
      </w:r>
    </w:p>
    <w:p>
      <w:pPr>
        <w:jc w:val="right"/>
      </w:pPr>
      <w:r>
        <w:t>کیونکہ میں بادشاہ ہوں، میں کنگ ہوں۔</w:t>
      </w:r>
    </w:p>
    <w:p>
      <w:r>
        <w:rPr>
          <w:b/>
        </w:rPr>
        <w:t xml:space="preserve">[07:34] </w:t>
      </w:r>
      <w:r>
        <w:t>yeh sab se bari museebat hai musalmanon ki. sab se bari museebat hai musalmanon ki.</w:t>
      </w:r>
    </w:p>
    <w:p>
      <w:pPr>
        <w:jc w:val="right"/>
      </w:pPr>
      <w:r>
        <w:t>یہ سب سے بڑی مصیبت ہے مسلمانوں کی۔ سب سے بڑی مصیبت ہے مسلمانوں کی۔</w:t>
      </w:r>
    </w:p>
    <w:p>
      <w:r>
        <w:rPr>
          <w:b/>
        </w:rPr>
        <w:t xml:space="preserve">[07:40] </w:t>
      </w:r>
      <w:r>
        <w:t>ab dekhiye, aaj hi ke paper mein aap ne parha hoga ke Pakistan ne</w:t>
      </w:r>
    </w:p>
    <w:p>
      <w:pPr>
        <w:jc w:val="right"/>
      </w:pPr>
      <w:r>
        <w:t>اب دیکھیے، آج ہی کے پیپر میں آپ نے پڑھا ہوگا کہ پاکستان نے</w:t>
      </w:r>
    </w:p>
    <w:p>
      <w:r>
        <w:rPr>
          <w:b/>
        </w:rPr>
        <w:t xml:space="preserve">[07:50] </w:t>
      </w:r>
      <w:r>
        <w:t>facebook par ban laga diya. facebook kehte hain is ko? ji. yaani itni bari nemat hai facebook, aur usay ban laga diya.</w:t>
      </w:r>
    </w:p>
    <w:p>
      <w:pPr>
        <w:jc w:val="right"/>
      </w:pPr>
      <w:r>
        <w:t>فیس بک پر بین لگا دیا۔ فیس بک کہتے ہیں اس کو؟ جی۔ یعنی اتنی بڑی نعمت ہے فیس بک، اور اسے بین لگا دیا۔</w:t>
      </w:r>
    </w:p>
    <w:p>
      <w:r>
        <w:rPr>
          <w:b/>
        </w:rPr>
        <w:t xml:space="preserve">[08:03] </w:t>
      </w:r>
      <w:r>
        <w:t>facebook kya hai, aap jante honge mujh se ziyada. mein to computer ke baray mein kuch janta nahi hoon. lekin facebook aik site hoti hai, jis ko kehte hain social site.</w:t>
      </w:r>
    </w:p>
    <w:p>
      <w:pPr>
        <w:jc w:val="right"/>
      </w:pPr>
      <w:r>
        <w:t>فیس بک کیا ہے، آپ جانتے ہوں گے مجھ سے زیادہ۔ میں تو کمپیوٹر کے بارے میں کچھ جانتا نہیں ہوں۔ لیکن فیس بک ایک سائٹ ہوتی ہے، جس کو کہتے ہیں سوشل سائٹ۔</w:t>
      </w:r>
    </w:p>
    <w:p>
      <w:r>
        <w:rPr>
          <w:b/>
        </w:rPr>
        <w:t xml:space="preserve">[08:16] </w:t>
      </w:r>
      <w:r>
        <w:t>koi bhi shakhs is mein ja kar ke apne ideas daal sakta hai. koi face nahi, koi paisa nahi. jaise hamari team ne bhi daal rakha hai is mein.</w:t>
      </w:r>
    </w:p>
    <w:p>
      <w:pPr>
        <w:jc w:val="right"/>
      </w:pPr>
      <w:r>
        <w:t>کوئی بھی شخص اس میں جا کر کے اپنے آئیڈیاز ڈال سکتا ہے۔ کوئی فیس نہیں، کوئی پیسہ نہیں۔ جیسے ہماری ٹیم نے بھی ڈال رکھا ہے اس میں۔</w:t>
      </w:r>
    </w:p>
    <w:p>
      <w:r>
        <w:rPr>
          <w:b/>
        </w:rPr>
        <w:t xml:space="preserve">[08:27] </w:t>
      </w:r>
      <w:r>
        <w:t>aur hazaron logon tak un ki reach ho rahi hai.</w:t>
      </w:r>
    </w:p>
    <w:p>
      <w:pPr>
        <w:jc w:val="right"/>
      </w:pPr>
      <w:r>
        <w:t>اور ہزاروں لوگوں تک ان کی ریچ ہو رہی ہے۔</w:t>
      </w:r>
    </w:p>
    <w:p>
      <w:r>
        <w:rPr>
          <w:b/>
        </w:rPr>
        <w:t xml:space="preserve">[08:32] </w:t>
      </w:r>
      <w:r>
        <w:t>yaani kaisi ajeeb cheez hai ke computer ka jo system hai, is mein aap itna bara opportunity hai ke facebook mein ja kar ke aap sari dunya ko apna message pohncha sakte ho.</w:t>
      </w:r>
    </w:p>
    <w:p>
      <w:pPr>
        <w:jc w:val="right"/>
      </w:pPr>
      <w:r>
        <w:t>یعنی کیسی عجیب چیز ہے کہ کمپیوٹر کا جو سسٹم ہے، اس میں آپ اتنا بڑا اپرچونیٹی ہے کہ فیس بک میں جا کر کے آپ ساری دنیا کو اپنا میسج پہنچا سکتے ہیں۔</w:t>
      </w:r>
    </w:p>
    <w:p>
      <w:r>
        <w:rPr>
          <w:b/>
        </w:rPr>
        <w:t xml:space="preserve">[08:50] </w:t>
      </w:r>
      <w:r>
        <w:t>aur free mein, koi paisa nahi hai is ka. ab ab maamla kya hai? maamla yeh hai ke agar aap ko azaadi hai, doosron ki bhi azaadi hai.</w:t>
      </w:r>
    </w:p>
    <w:p>
      <w:pPr>
        <w:jc w:val="right"/>
      </w:pPr>
      <w:r>
        <w:t>اور فری میں، کوئی پیسہ نہیں ہے اس کا۔ اب اب معاملہ کیا ہے؟ معاملہ یہ ہے کہ اگر آپ کو آزادی ہے، دوسروں کی بھی آزادی ہے۔</w:t>
      </w:r>
    </w:p>
    <w:p>
      <w:r>
        <w:rPr>
          <w:b/>
        </w:rPr>
        <w:t xml:space="preserve">[09:00] </w:t>
      </w:r>
      <w:r>
        <w:t>yeh to nahi ho sakta na ke azaadi aap ko rahay aur doosra jo hai woh zanjeeron mein jakra hua rahay. yeh to nahi ho sakta hai. to aap agar facebook ki opportunity ko avail karenge to is ka matlab nahi ke doosre ki azaadi ko awarish kar diya jaye.</w:t>
      </w:r>
    </w:p>
    <w:p>
      <w:pPr>
        <w:jc w:val="right"/>
      </w:pPr>
      <w:r>
        <w:t>یہ تو نہیں ہو سکتا نا کہ آزادی آپ کو رہے اور دوسرا جو ہے وہ زنجیروں میں جکڑا ہوا رہے۔ یہ تو نہیں ہو سکتا ہے۔ تو آپ اگر فیس بک کی اپرچونیٹی کو اویل کریں گے تو اس کا مطلب نہیں کہ دوسرے کی آزادی کو آوارش کر دیا جائے۔</w:t>
      </w:r>
    </w:p>
    <w:p>
      <w:r>
        <w:rPr>
          <w:b/>
        </w:rPr>
        <w:t xml:space="preserve">[09:15] </w:t>
      </w:r>
      <w:r>
        <w:t>yeh to nahi ho sakta hai.</w:t>
      </w:r>
    </w:p>
    <w:p>
      <w:pPr>
        <w:jc w:val="right"/>
      </w:pPr>
      <w:r>
        <w:t>یہ تو نہیں ہو سکتا ہے۔</w:t>
      </w:r>
    </w:p>
    <w:p>
      <w:r>
        <w:rPr>
          <w:b/>
        </w:rPr>
        <w:t xml:space="preserve">[09:19] </w:t>
      </w:r>
      <w:r>
        <w:t>to aap ko kya karna hai? quran ka jo formula hai ke "see the opportunity, don't see the problem, ignore the problem".</w:t>
      </w:r>
    </w:p>
    <w:p>
      <w:pPr>
        <w:jc w:val="right"/>
      </w:pPr>
      <w:r>
        <w:t>تو آپ کو کیا کرنا ہے؟ قرآن کا جو فارمولا ہے کہ "سی دا اپرچونیٹی، ڈونٹ سی دا پرابلم، اگنور دا پرابلم"۔</w:t>
      </w:r>
    </w:p>
    <w:p>
      <w:r>
        <w:rPr>
          <w:b/>
        </w:rPr>
        <w:t xml:space="preserve">[09:30] </w:t>
      </w:r>
      <w:r>
        <w:t>islam ka formula yahi hai. opportunity ko dekho, aur jo problem hai, us ko ignore karo. us par mein ne bohat likha hai.</w:t>
      </w:r>
    </w:p>
    <w:p>
      <w:pPr>
        <w:jc w:val="right"/>
      </w:pPr>
      <w:r>
        <w:t>اسلام کا فارمولا یہی ہے۔ اپرچونیٹی کو دیکھو، اور جو پرابلم ہے، اس کو اگنور کرو۔ اس پر میں نے بہت لکھا ہے۔</w:t>
      </w:r>
    </w:p>
    <w:p>
      <w:r>
        <w:rPr>
          <w:b/>
        </w:rPr>
        <w:t xml:space="preserve">[09:42] </w:t>
      </w:r>
      <w:r>
        <w:t>aap meri kitabon mein parh sakte hain. to itni bari opportunity hai ke baghair paisa lagaye, baghair qeemat diye hue, apne office mein baith kar ke sari dunya ko aap apna message bhej sakte ho.</w:t>
      </w:r>
    </w:p>
    <w:p>
      <w:pPr>
        <w:jc w:val="right"/>
      </w:pPr>
      <w:r>
        <w:t>آپ میری کتابوں میں پڑھ سکتے ہیں۔ تو اتنی بڑی اپرچونیٹی ہے کہ بغیر پیسہ لگائے، بغیر قیمت دیے ہوئے، اپنے آفس میں بیٹھ کر کے ساری دنیا کو آپ اپنا میسج بھیج سکتے ہیں۔</w:t>
      </w:r>
    </w:p>
    <w:p>
      <w:r>
        <w:rPr>
          <w:b/>
        </w:rPr>
        <w:t xml:space="preserve">[09:56] </w:t>
      </w:r>
      <w:r>
        <w:t>aur hamari team bhejti hai, bar</w:t>
      </w:r>
    </w:p>
    <w:p>
      <w:pPr>
        <w:jc w:val="right"/>
      </w:pPr>
      <w:r>
        <w:t>اور ہماری ٹیم بھیجتی ہے، بر</w:t>
      </w:r>
    </w:p>
    <w:p>
      <w:r>
        <w:rPr>
          <w:b/>
        </w:rPr>
        <w:t xml:space="preserve">[09:58] </w:t>
      </w:r>
      <w:r>
        <w:t>abr har din bhejti hai. aur hazaron logon tak pohnch raha hai woh. koi is ka paisa nahi. ab doosra aadmi bhi to karega kuch.</w:t>
      </w:r>
    </w:p>
    <w:p>
      <w:pPr>
        <w:jc w:val="right"/>
      </w:pPr>
      <w:r>
        <w:t>ابر ہر دن بھیجتی ہے۔ اور ہزاروں لوگوں تک پہنچ رہا ہے وہ۔ کوئی اس کا پیسہ نہیں۔ اب دوسرا آدمی بھی تو کرے گا کچھ۔</w:t>
      </w:r>
    </w:p>
    <w:p>
      <w:r>
        <w:rPr>
          <w:b/>
        </w:rPr>
        <w:t xml:space="preserve">[10:11] </w:t>
      </w:r>
      <w:r>
        <w:t>jaise hua kya ke aaj kal ki aaj jo dunya mein hai, woh aik cheez banati hai to kehte hain "caricature" ya "cartoon".</w:t>
      </w:r>
    </w:p>
    <w:p>
      <w:pPr>
        <w:jc w:val="right"/>
      </w:pPr>
      <w:r>
        <w:t>جیسے ہوا کیا کہ آج کل کی آج جو دنیا میں ہے، وہ ایک چیز بناتی ہے تو کہتے ہیں "کیری کیچر" یا "کارٹون"۔</w:t>
      </w:r>
    </w:p>
    <w:p>
      <w:r>
        <w:rPr>
          <w:b/>
        </w:rPr>
        <w:t xml:space="preserve">[10:20] </w:t>
      </w:r>
      <w:r>
        <w:t>chunki musalmanon ki zaban mein is ke liye koi lafz nahi hai, woh sirf aik hi zaban hai ke gustakhi aur toheen aur yahan yahan ahant.</w:t>
      </w:r>
    </w:p>
    <w:p>
      <w:pPr>
        <w:jc w:val="right"/>
      </w:pPr>
      <w:r>
        <w:t>چونکہ مسلمانوں کی زبان میں اس کے لیے کوئی لفظ نہیں ہے، وہ صرف ایک ہی زبان ہے کہ گستاخی اور توہین اور یہاں یہاں اہانت۔</w:t>
      </w:r>
    </w:p>
    <w:p>
      <w:r>
        <w:rPr>
          <w:b/>
        </w:rPr>
        <w:t xml:space="preserve">[10:28] </w:t>
      </w:r>
      <w:r>
        <w:t>koi lafz hi nahi un ke paas "caricature" ka. "caricature" gustakhi nahi hai, toheen nahi hai, ahant nahi hai.</w:t>
      </w:r>
    </w:p>
    <w:p>
      <w:pPr>
        <w:jc w:val="right"/>
      </w:pPr>
      <w:r>
        <w:t>کوئی لفظ ہی نہیں ان کے پاس "کیری کیچر" کا۔ "کیری کیچر" گستاخی نہیں ہے، توہین نہیں ہے، اہانت نہیں ہے۔</w:t>
      </w:r>
    </w:p>
    <w:p>
      <w:r>
        <w:rPr>
          <w:b/>
        </w:rPr>
        <w:t xml:space="preserve">[10:39] </w:t>
      </w:r>
      <w:r>
        <w:t>"caricature" to aik tamasha hai bas. kisi aik aadmi ko bana diya, us ki naak itni lambi kar diya, aur kaan chota kar diya. kuch bhi aise hi tamasha log dekh ke hans rahe hain.</w:t>
      </w:r>
    </w:p>
    <w:p>
      <w:pPr>
        <w:jc w:val="right"/>
      </w:pPr>
      <w:r>
        <w:t>"کیری کیچر" تو ایک تماشہ ہے بس۔ کسی ایک آدمی کو بنا دیا، اس کی ناک اتنی لمبی کر دیا، اور کان چھوٹا کر دیا۔ کچھ بھی ایسے ہی تماشہ لوگ دیکھ کے ہنس رہے ہیں۔</w:t>
      </w:r>
    </w:p>
    <w:p>
      <w:r>
        <w:rPr>
          <w:b/>
        </w:rPr>
        <w:t xml:space="preserve">[10:49] </w:t>
      </w:r>
      <w:r>
        <w:t>to "caricature" ka matlab toheen nahi hai, ahant nahi hai.</w:t>
      </w:r>
    </w:p>
    <w:p>
      <w:pPr>
        <w:jc w:val="right"/>
      </w:pPr>
      <w:r>
        <w:t>تو "کیری کیچر" کا مطلب توہین نہیں ہے، اہانت نہیں ہے۔</w:t>
      </w:r>
    </w:p>
    <w:p>
      <w:r>
        <w:rPr>
          <w:b/>
        </w:rPr>
        <w:t xml:space="preserve">[10:54] </w:t>
      </w:r>
      <w:r>
        <w:t>lekin ab musalmanon ka akhbar mein chapa "toheen aamez cartoon", "ahant aamez cartoon", "gustakhi rasool Allah ke sath". yeh is liye ke un ke paas un ki vocabulary mein "caricature" hai hi nahi.</w:t>
      </w:r>
    </w:p>
    <w:p>
      <w:pPr>
        <w:jc w:val="right"/>
      </w:pPr>
      <w:r>
        <w:t>لیکن اب مسلمانوں کا اخبار میں چھپا "توہین آمیز کارٹون"، "اہانت آمیز کارٹون"، "گستاخی رسول اللہ کے ساتھ"۔ یہ اس لیے کہ ان کے پاس ان کی وکیبلری میں "کیری کیچر" ہے ہی نہیں۔</w:t>
      </w:r>
    </w:p>
    <w:p>
      <w:r>
        <w:rPr>
          <w:b/>
        </w:rPr>
        <w:t xml:space="preserve">[11:10] </w:t>
      </w:r>
      <w:r>
        <w:t>jahan jahan woh dekhiye, woh log jo karte hain, aisa nahi ke rasool Allah ke sath unhon ne kiya. sare top ke leaderon ko karte hain, woh apne hath basti karte hain, hath bosa ke sath karte hain.</w:t>
      </w:r>
    </w:p>
    <w:p>
      <w:pPr>
        <w:jc w:val="right"/>
      </w:pPr>
      <w:r>
        <w:t>جہاں جہاں وہ دیکھیے، وہ لوگ جو کرتے ہیں، ایسا نہیں کہ رسول اللہ کے ساتھ انہوں نے کیا۔ سارے ٹاپ کے لیڈروں کو کرتے ہیں، وہ اپنے ہتھ بستی کرتے ہیں، ہتھ بوسہ کے ساتھ کرتے ہیں۔</w:t>
      </w:r>
    </w:p>
    <w:p>
      <w:r>
        <w:rPr>
          <w:b/>
        </w:rPr>
        <w:t xml:space="preserve">[11:23] </w:t>
      </w:r>
      <w:r>
        <w:t>jo bhi so, jo box hain, jo bare log hain, sab ka karte hain woh. to ab is mein rasool Allah ka bhi kuch kar diya, "carey catcher" bana diya.</w:t>
      </w:r>
    </w:p>
    <w:p>
      <w:pPr>
        <w:jc w:val="right"/>
      </w:pPr>
      <w:r>
        <w:t>جو بھی سو، جو بکس ہیں، جو بڑے لوگ ہیں، سب کا کرتے ہیں وہ۔ تو اب اس میں رسول اللہ کا بھی کچھ کر دیا، "کیری کیچر" بنا دیا۔</w:t>
      </w:r>
    </w:p>
    <w:p>
      <w:r>
        <w:rPr>
          <w:b/>
        </w:rPr>
        <w:t xml:space="preserve">[11:31] </w:t>
      </w:r>
      <w:r>
        <w:t>ab aap mujh se ghussa hain. bhai, woh agar is opportunity ko apne hisab se use kar rahe hain to use karne dijiye un ko.</w:t>
      </w:r>
    </w:p>
    <w:p>
      <w:pPr>
        <w:jc w:val="right"/>
      </w:pPr>
      <w:r>
        <w:t>اب آپ مجھ سے غصہ ہیں۔ بھئی، وہ اگر اس اپرچونیٹی کو اپنے حساب سے یوز کر رہے ہیں تو یوز کرنے دیجیے ان کو۔</w:t>
      </w:r>
    </w:p>
    <w:p>
      <w:r>
        <w:rPr>
          <w:b/>
        </w:rPr>
        <w:t xml:space="preserve">[11:41] </w:t>
      </w:r>
      <w:r>
        <w:t>aap apne hisab se use kijiye. to kyun aisa hai? musalman jo hai, democracy mein apne aap ko fit nahi kar saka.</w:t>
      </w:r>
    </w:p>
    <w:p>
      <w:pPr>
        <w:jc w:val="right"/>
      </w:pPr>
      <w:r>
        <w:t>آپ اپنے حساب سے یوز کیجیے۔ تو کیوں ایسا ہے؟ مسلمان جو ہے، ڈیموکریسی میں اپنے آپ کو فٹ نہیں کر سکے۔</w:t>
      </w:r>
    </w:p>
    <w:p>
      <w:r>
        <w:rPr>
          <w:b/>
        </w:rPr>
        <w:t xml:space="preserve">[11:51] </w:t>
      </w:r>
      <w:r>
        <w:t>woh kingship mein jeete hain</w:t>
      </w:r>
    </w:p>
    <w:p>
      <w:pPr>
        <w:jc w:val="right"/>
      </w:pPr>
      <w:r>
        <w:t>وہ کنگ شپ میں جیتے ہیں</w:t>
      </w:r>
    </w:p>
    <w:p>
      <w:r>
        <w:rPr>
          <w:b/>
        </w:rPr>
        <w:t xml:space="preserve">[11:53] </w:t>
      </w:r>
      <w:r>
        <w:t>ke hamein right hai, hum hum rule karenge duniya mein. to in ko koi right nahi hai. to duniya mein to change aa gaya hai.</w:t>
      </w:r>
    </w:p>
    <w:p>
      <w:pPr>
        <w:jc w:val="right"/>
      </w:pPr>
      <w:r>
        <w:t>کہ ہمیں رائٹ ہے، ہم ہم رول کریں گے دنیا میں۔ تو ان کو کوئی رائٹ نہیں ہے۔ تو دنیا میں تو ان چینج آ گیا ہے۔</w:t>
      </w:r>
    </w:p>
    <w:p>
      <w:r>
        <w:rPr>
          <w:b/>
        </w:rPr>
        <w:t xml:space="preserve">[12:03] </w:t>
      </w:r>
      <w:r>
        <w:t>dhai so saal pehle jo revolution aaya France mein, us ke baad sari duniya mein change aa gaya hai. ek naya,</w:t>
      </w:r>
    </w:p>
    <w:p>
      <w:pPr>
        <w:jc w:val="right"/>
      </w:pPr>
      <w:r>
        <w:t>ڈھائی سو سال پہلے جو ریولوشن آیا فرانس میں، اس کے بعد ساری دنیا میں چینج آ گیا ہے۔ ایک نیا،</w:t>
      </w:r>
    </w:p>
    <w:p>
      <w:r>
        <w:rPr>
          <w:b/>
        </w:rPr>
        <w:t xml:space="preserve">[12:15] </w:t>
      </w:r>
      <w:r>
        <w:t>woh hai, us ko kehte hain democracy. yani equal rights. tum ko right hai to mujhe bhi right hai.</w:t>
      </w:r>
    </w:p>
    <w:p>
      <w:pPr>
        <w:jc w:val="right"/>
      </w:pPr>
      <w:r>
        <w:t>وہ ہے، اس کو کہتے ہیں ڈیموکریسی۔ یعنی ایکول رائٹس۔ تم کو رائٹ ہے تو مجھے بھی رائٹ ہے۔</w:t>
      </w:r>
    </w:p>
    <w:p>
      <w:r>
        <w:rPr>
          <w:b/>
        </w:rPr>
        <w:t xml:space="preserve">[12:24] </w:t>
      </w:r>
      <w:r>
        <w:t>yeh kitni bari baat hai? pehle aisa tha nahi. sab ko barabar ka right nahi tha. main aap ko do example deta hoon.</w:t>
      </w:r>
    </w:p>
    <w:p>
      <w:pPr>
        <w:jc w:val="right"/>
      </w:pPr>
      <w:r>
        <w:t>یہ کتنی بڑی بات ہے؟ پہلے ایسا تھا نہیں۔ سب کو برابر کا رائٹ نہیں تھا۔ میں آپ کو دو ایگزامپل دیتا ہوں۔</w:t>
      </w:r>
    </w:p>
    <w:p>
      <w:r>
        <w:rPr>
          <w:b/>
        </w:rPr>
        <w:t xml:space="preserve">[12:34] </w:t>
      </w:r>
      <w:r>
        <w:t>dekhiye, irani empire jo thi, jis ko sasani empire bhi kaha jata hai, jo pehle ka jo empire tha, woh sirf Iran tak nahi tha.</w:t>
      </w:r>
    </w:p>
    <w:p>
      <w:pPr>
        <w:jc w:val="right"/>
      </w:pPr>
      <w:r>
        <w:t>دیکھیے، ایرانی ایمپائر جو تھی، جس کو ساسانی ایمپائر بھی کہا جاتا ہے، جو پہلے کا جو ایمپائر تھا، وہ صرف ایران تک نہیں تھا۔</w:t>
      </w:r>
    </w:p>
    <w:p>
      <w:r>
        <w:rPr>
          <w:b/>
        </w:rPr>
        <w:t xml:space="preserve">[12:45] </w:t>
      </w:r>
      <w:r>
        <w:t>is mein Iraq waghera shamil thay, bohat bara area tha is ka.</w:t>
      </w:r>
    </w:p>
    <w:p>
      <w:pPr>
        <w:jc w:val="right"/>
      </w:pPr>
      <w:r>
        <w:t>اس میں عراق وغیرہ شامل تھے، بہت بڑا ایریا تھا اس کا۔</w:t>
      </w:r>
    </w:p>
    <w:p>
      <w:r>
        <w:rPr>
          <w:b/>
        </w:rPr>
        <w:t xml:space="preserve">[12:51] </w:t>
      </w:r>
      <w:r>
        <w:t>is mein ek bohat hi top ka badshah hua, us ko kehte hain Khusrau. Khusrau Parvez. yeh six century ke aakhri zamana hai, chhati sadi eesvi ke aakhir ka zamana hai is ka.</w:t>
      </w:r>
    </w:p>
    <w:p>
      <w:pPr>
        <w:jc w:val="right"/>
      </w:pPr>
      <w:r>
        <w:t>اس میں ایک بہت ہی ٹاپ کا بادشاہ ہوا، اس کو کہتے ہیں خسرو۔ خسرو پرویز۔ یہ سکس سینچری کے آخری زمانہ ہے، چھٹی صدی عیسوی کے آخر کا زمانہ ہے اس کا۔</w:t>
      </w:r>
    </w:p>
    <w:p>
      <w:r>
        <w:rPr>
          <w:b/>
        </w:rPr>
        <w:t xml:space="preserve">[13:07] </w:t>
      </w:r>
      <w:r>
        <w:t>to woh ek din darbar mein sab log thay, us ne kaha ke mere saltanat mein kisi ko koi objection ho to bataye.</w:t>
      </w:r>
    </w:p>
    <w:p>
      <w:pPr>
        <w:jc w:val="right"/>
      </w:pPr>
      <w:r>
        <w:t>تو وہ ایک دن دربار میں سب لوگ تھے، اس نے کہا کہ میرے سلطنت میں کسی کو کوئی ابجیکشن ہو تو بتائے۔</w:t>
      </w:r>
    </w:p>
    <w:p>
      <w:r>
        <w:rPr>
          <w:b/>
        </w:rPr>
        <w:t xml:space="preserve">[13:26] </w:t>
      </w:r>
      <w:r>
        <w:t>to sab log chup chap se jante thay ke yeh badshah hai, badshah se kaun takrayega?</w:t>
      </w:r>
    </w:p>
    <w:p>
      <w:pPr>
        <w:jc w:val="right"/>
      </w:pPr>
      <w:r>
        <w:t>تو سب لوگ چپ چاپ سے جانتے تھے کہ یہ بادشاہ ہے، بادشاہ سے کون ٹکرائے گا؟</w:t>
      </w:r>
    </w:p>
    <w:p>
      <w:r>
        <w:rPr>
          <w:b/>
        </w:rPr>
        <w:t xml:space="preserve">[13:31] </w:t>
      </w:r>
      <w:r>
        <w:t>ek admi khara hoga, woh samjha ke sach much hi yeh janna chahta hai meri criticism ko. to woh khara ho gaya, ek admi. us ne kaha ke badshah salamat, abhi jo aap ne tax lagaye hain,</w:t>
      </w:r>
    </w:p>
    <w:p>
      <w:pPr>
        <w:jc w:val="right"/>
      </w:pPr>
      <w:r>
        <w:t>ایک آدمی کھڑا ہوگا، وہ سمجھا کہ سچ مچ ہی یہ جاننا چاہتا ہے میری کریٹیسزم کو۔ تو وہ کھڑا ہو گیا، ایک آدمی۔ اس نے کہا کہ بادشاہ سلامت، ابھی جو آپ نے ٹیکس لگائے ہیں،</w:t>
      </w:r>
    </w:p>
    <w:p>
      <w:r>
        <w:rPr>
          <w:b/>
        </w:rPr>
        <w:t xml:space="preserve">[13:45] </w:t>
      </w:r>
      <w:r>
        <w:t>woh logon ke bas se zyada hain. tax thoda kam hona chahiye. foran woh ghussa ho gaya is ka. acha hai, aap mere upar criticize kar rahe hain.</w:t>
      </w:r>
    </w:p>
    <w:p>
      <w:pPr>
        <w:jc w:val="right"/>
      </w:pPr>
      <w:r>
        <w:t>وہ لوگوں کے بس سے زیادہ ہیں۔ ٹیکس تھوڑا کم ہونا چاہیے۔ فوراً وہ غصہ ہو گیا اس کا۔ اچھا ہے، آپ میرے اوپر کریٹیسائز کر رہے ہیں۔</w:t>
      </w:r>
    </w:p>
    <w:p>
      <w:r>
        <w:rPr>
          <w:b/>
        </w:rPr>
        <w:t xml:space="preserve">[13:57] </w:t>
      </w:r>
      <w:r>
        <w:t>main is ka badshah hoon.</w:t>
      </w:r>
    </w:p>
    <w:p>
      <w:pPr>
        <w:jc w:val="right"/>
      </w:pPr>
      <w:r>
        <w:t>میں اس کا بادشاہ ہوں۔</w:t>
      </w:r>
    </w:p>
    <w:p>
      <w:r>
        <w:rPr>
          <w:b/>
        </w:rPr>
        <w:t xml:space="preserve">[14:00] </w:t>
      </w:r>
      <w:r>
        <w:t>the king can do no wrong. to jante hain kya hua? us ne darbariyon se kaha, un ke sir par maro.</w:t>
      </w:r>
    </w:p>
    <w:p>
      <w:pPr>
        <w:jc w:val="right"/>
      </w:pPr>
      <w:r>
        <w:t>دا کنگ کینٹ ڈو نو رونگ۔ تو جانتے ہیں کیا ہوا؟ اس نے درباریوں سے کہا، ان کے سر پر مارو۔</w:t>
      </w:r>
    </w:p>
    <w:p>
      <w:r>
        <w:rPr>
          <w:b/>
        </w:rPr>
        <w:t xml:space="preserve">[14:10] </w:t>
      </w:r>
      <w:r>
        <w:t>un ke sir par maro. to jis ke pas jor tha, usi se marna shuru kiya. kyun ke aap ne samajhte hain ke mere pas bohat dimagh hai, mere pas bari soojh boojh hai, mere pas bohat aqal hai.</w:t>
      </w:r>
    </w:p>
    <w:p>
      <w:pPr>
        <w:jc w:val="right"/>
      </w:pPr>
      <w:r>
        <w:t>ان کے سر پر مارو۔ تو جس کے پاس جوڑ تھا، اسی سے مارنا شروع کیا۔ کیونکہ آپ نے سمجھتے ہیں کہ میرے پاس بہت دماغ ہے، میرے پاس بڑی سوجھ بوجھ ہے، میرے پاس بہت عقل ہے۔</w:t>
      </w:r>
    </w:p>
    <w:p>
      <w:r>
        <w:rPr>
          <w:b/>
        </w:rPr>
        <w:t xml:space="preserve">[14:22] </w:t>
      </w:r>
      <w:r>
        <w:t>to sir par itna mara gaya ke wahin ke wahin mar gaye woh.</w:t>
      </w:r>
    </w:p>
    <w:p>
      <w:pPr>
        <w:jc w:val="right"/>
      </w:pPr>
      <w:r>
        <w:t>تو سر پر اتنا مارا گیا کہ وہیں کے وہیں مر گئے وہ۔</w:t>
      </w:r>
    </w:p>
    <w:p>
      <w:r>
        <w:rPr>
          <w:b/>
        </w:rPr>
        <w:t xml:space="preserve">[14:27] </w:t>
      </w:r>
      <w:r>
        <w:t>itna bhi kehne ka haq nahi tha un ko ke tax zyada hai, us ko kam kijiye. aaj aap taqreer kijiye, koi nahi poochta aap se.</w:t>
      </w:r>
    </w:p>
    <w:p>
      <w:pPr>
        <w:jc w:val="right"/>
      </w:pPr>
      <w:r>
        <w:t>اتنا بھی کہنے کا حق نہیں تھا ان کو کہ ٹیکس زیادہ ہے، اس کو کم کیجئے۔ آج آپ تقریر کیجئے، کوئی نہیں پوچھتا آپ سے۔</w:t>
      </w:r>
    </w:p>
    <w:p>
      <w:r>
        <w:rPr>
          <w:b/>
        </w:rPr>
        <w:t xml:space="preserve">[14:39] </w:t>
      </w:r>
      <w:r>
        <w:t>aap kitab likhiye, article likhiye, taqreer kijiye ke government tax laga rakha hai, bohat zyada. koi aap ko kuch nahi kahega. kyun ke democracy mein jee rahe hain aap.</w:t>
      </w:r>
    </w:p>
    <w:p>
      <w:pPr>
        <w:jc w:val="right"/>
      </w:pPr>
      <w:r>
        <w:t>آپ کتاب لکھیے، آرٹیکل لکھیے، تقریر کیجئے کہ گورنمنٹ ٹیکس لگا رکھا ہے، بہت زیادہ۔ کوئی آپ کو کچھ نہیں کہے گا۔ کیونکہ ڈیموکریسی میں جی رہے ہیں آپ۔</w:t>
      </w:r>
    </w:p>
    <w:p>
      <w:r>
        <w:rPr>
          <w:b/>
        </w:rPr>
        <w:t xml:space="preserve">[14:51] </w:t>
      </w:r>
      <w:r>
        <w:t>aaj aap democracy mein jee rahe hain.</w:t>
      </w:r>
    </w:p>
    <w:p>
      <w:pPr>
        <w:jc w:val="right"/>
      </w:pPr>
      <w:r>
        <w:t>آج آپ ڈیموکریسی میں جی رہے ہیں۔</w:t>
      </w:r>
    </w:p>
    <w:p>
      <w:r>
        <w:rPr>
          <w:b/>
        </w:rPr>
        <w:t xml:space="preserve">[14:56] </w:t>
      </w:r>
      <w:r>
        <w:t>to yeh woh tha kingship model. ab hai democracy ka model. yeh khulafa ke zamane mein hua, muslim khulafa ke zamane mein.</w:t>
      </w:r>
    </w:p>
    <w:p>
      <w:pPr>
        <w:jc w:val="right"/>
      </w:pPr>
      <w:r>
        <w:t>تو یہ وہ تھا کنگ شپ ماڈل۔ اب ہے ڈیموکریسی کا ماڈل۔ یہ خلفاء کے زمانے میں ہوا، مسلم خلفاء کے زمانے میں۔</w:t>
      </w:r>
    </w:p>
    <w:p>
      <w:r>
        <w:rPr>
          <w:b/>
        </w:rPr>
        <w:t xml:space="preserve">[15:07] </w:t>
      </w:r>
      <w:r>
        <w:t>dekhiye, abbasi khalifa ek tha, bohat top ka khalifa, Al Mu'tasim.</w:t>
      </w:r>
    </w:p>
    <w:p>
      <w:pPr>
        <w:jc w:val="right"/>
      </w:pPr>
      <w:r>
        <w:t>دیکھیے، عباسی خلیفہ ایک تھا، بہت ٹاپ کا خلیفہ، المعتصم۔</w:t>
      </w:r>
    </w:p>
    <w:p>
      <w:r>
        <w:rPr>
          <w:b/>
        </w:rPr>
        <w:t xml:space="preserve">[15:15] </w:t>
      </w:r>
      <w:r>
        <w:t>is ke zamane mein aik aik kuch logon ne mu'tazila hua karte thay, unhon ne kaha ke quran jo hai, woh makhlooq hai. mein aaj tak samajh nahin aaya, yeh itna ziyada anokha yeh masla hai ke maslak ki makhlooq mein waghera makhlooq mein farq kya hai.</w:t>
      </w:r>
    </w:p>
    <w:p>
      <w:pPr>
        <w:jc w:val="right"/>
      </w:pPr>
      <w:r>
        <w:t>اس کے زمانے میں ایک ایک کچھ لوگوں نے معتزلہ ہوا کرتے تھے، انہوں نے کہا کہ قرآن جو ہے، وہ مخلوق ہے۔ میں آج تک سمجھ نہیں آیا، یہ اتنا زیادہ انوکھا یہ مسئلہ ہے کہ مسلک کی مخلوق میں وغیرہ مخلوق میں فرق کیا ہے۔</w:t>
      </w:r>
    </w:p>
    <w:p>
      <w:r>
        <w:rPr>
          <w:b/>
        </w:rPr>
        <w:t xml:space="preserve">[15:28] </w:t>
      </w:r>
      <w:r>
        <w:t>mein bohat ma'ni apna is mein istemal kiya, lekin aaj tak mein samjhe nahin ke kya farq hai makhlooq kehne mein, kya ghair makhlooq kehne mein. to beharhaal unhon ne nikala tha ke quran jo hai, woh makhlooq hai.</w:t>
      </w:r>
    </w:p>
    <w:p>
      <w:pPr>
        <w:jc w:val="right"/>
      </w:pPr>
      <w:r>
        <w:t>میں بہت معنی اپنا اس میں استعمال کیا، لیکن آج تک میں سمجھے نہیں کہ کیا فرق ہے مخلوق کہنے میں، کیا غیر مخلوق کہنے میں۔ تو بہرحال انہوں نے نکالا تھا کہ قرآن جو ہے، وہ مخلوق ہے۔</w:t>
      </w:r>
    </w:p>
    <w:p>
      <w:r>
        <w:rPr>
          <w:b/>
        </w:rPr>
        <w:t xml:space="preserve">[15:45] </w:t>
      </w:r>
      <w:r>
        <w:t>ji haan, makhlooq. to is zamane mein imam hanbal thay, unhon ne kaha ke nahin, quran ghair makhlooq hai. to is par itna ziyada un ko saza di gayi, dada saza di gayi ke jail mein band kiya gaya, koday maray gaye,</w:t>
      </w:r>
    </w:p>
    <w:p>
      <w:pPr>
        <w:jc w:val="right"/>
      </w:pPr>
      <w:r>
        <w:t>جی ہاں، مخلوق۔ تو اس زمانے میں امام حنبل تھے، انہوں نے کہا کہ نہیں، قرآن غیر مخلوق ہے۔ تو اس پر اتنا زیادہ ان کو سزا دی گئی، دادا سزا دی گئی کہ جیل میں بند کیا گیا، کوڑے مارے گئے،</w:t>
      </w:r>
    </w:p>
    <w:p>
      <w:r>
        <w:rPr>
          <w:b/>
        </w:rPr>
        <w:t xml:space="preserve">[16:02] </w:t>
      </w:r>
      <w:r>
        <w:t>aur barabar yeh chalta raha silsila, yahan tak ke woh mar gaya, mu'tasim. doosra is ka beta aaya, is ka naam shayad wasiq tha, tab un ko nijat mili</w:t>
      </w:r>
    </w:p>
    <w:p>
      <w:pPr>
        <w:jc w:val="right"/>
      </w:pPr>
      <w:r>
        <w:t>اور برابر یہ چلتا رہا سلسلہ، یہاں تک کہ وہ مر گیا، معتصم۔ دوسرا اس کا بیٹا آیا، اس کا نام شاید واسق تھا، تب ان کو نجات ملی</w:t>
      </w:r>
    </w:p>
    <w:p>
      <w:r>
        <w:rPr>
          <w:b/>
        </w:rPr>
        <w:t xml:space="preserve">[16:11] </w:t>
      </w:r>
      <w:r>
        <w:t>. itni si baat par, itni si baat par ke woh kehte hain ke quran makhlooq hai, woh kehte hain quran ghair makhlooq hai.</w:t>
      </w:r>
    </w:p>
    <w:p>
      <w:pPr>
        <w:jc w:val="right"/>
      </w:pPr>
      <w:r>
        <w:t>۔ اتنی سی بات پر، اتنی سی بات پر کہ وہ کہتے ہیں کہ قرآن مخلوق ہے، وہ کہتے ہیں قرآن غیر مخلوق ہے۔</w:t>
      </w:r>
    </w:p>
    <w:p>
      <w:r>
        <w:rPr>
          <w:b/>
        </w:rPr>
        <w:t xml:space="preserve">[16:20] </w:t>
      </w:r>
      <w:r>
        <w:t>aaj aaj kuch bhi kahiye, aaj kaun rokta hai aap ko? yeh tha khilafat ke zamane ka model, wohi same baqi raha, wohi same model, yani authority model,</w:t>
      </w:r>
    </w:p>
    <w:p>
      <w:pPr>
        <w:jc w:val="right"/>
      </w:pPr>
      <w:r>
        <w:t>آج آج کچھ بھی کہیے، آج کون روکتا ہے آپ کو؟ یہ تھا خلافت کے زمانے کا ماڈل، وہی سیم باقی رہا، وہی سیم ماڈل، یعنی اتھارٹی ماڈل،</w:t>
      </w:r>
    </w:p>
    <w:p>
      <w:r>
        <w:rPr>
          <w:b/>
        </w:rPr>
        <w:t xml:space="preserve">[16:33] </w:t>
      </w:r>
      <w:r>
        <w:t>democratic model. kabhi is se pehle dunya mein aaya hi nahin, muslim khilafat ke zamane mein bhi nahin aaya.</w:t>
      </w:r>
    </w:p>
    <w:p>
      <w:pPr>
        <w:jc w:val="right"/>
      </w:pPr>
      <w:r>
        <w:t>ڈیموکریٹک ماڈل۔ کبھی اس سے پہلے دنیا میں آیا ہی نہیں، مسلم خلافت کے زمانے میں بھی نہیں آیا۔</w:t>
      </w:r>
    </w:p>
    <w:p>
      <w:r>
        <w:rPr>
          <w:b/>
        </w:rPr>
        <w:t xml:space="preserve">[16:41] </w:t>
      </w:r>
      <w:r>
        <w:t>yeh to france ke inqilab ke baad aaya hai. mein yeh manta hoon ke jo revolution aaya tha sahaba ke zamane mein, usi ka culmination tha yeh.</w:t>
      </w:r>
    </w:p>
    <w:p>
      <w:pPr>
        <w:jc w:val="right"/>
      </w:pPr>
      <w:r>
        <w:t>یہ تو فرانس کے انقلاب کے بعد آیا ہے۔ میں یہ مانتا ہوں کہ جو ریولوشن آیا تھا صحابہ کے زمانے میں، اسی کا کلمنیشن تھا یہ۔</w:t>
      </w:r>
    </w:p>
    <w:p>
      <w:r>
        <w:rPr>
          <w:b/>
        </w:rPr>
        <w:t xml:space="preserve">[16:52] </w:t>
      </w:r>
      <w:r>
        <w:t>lekin culmination to beharhaal hua europe mein, baghdad aur qurtuba mein nahin hua. to hamari jitni kitabein hain, chahe history ki books hon ya aur doosri kitabein, sab likhi gayi hain isi model par.</w:t>
      </w:r>
    </w:p>
    <w:p>
      <w:pPr>
        <w:jc w:val="right"/>
      </w:pPr>
      <w:r>
        <w:t>لیکن کلمنیشن تو بہرحال ہوا یورپ میں، بغداد اور قرطبہ میں نہیں ہوا۔ تو ہماری جتنی کتابیں ہیں، چاہے ہسٹری کی بکس ہوں یا اور دوسری کتابیں، سب لکھی گئی ہیں اسی ماڈل پر۔</w:t>
      </w:r>
    </w:p>
    <w:p>
      <w:r>
        <w:rPr>
          <w:b/>
        </w:rPr>
        <w:t xml:space="preserve">[17:09] </w:t>
      </w:r>
      <w:r>
        <w:t>non khulafa Allah fil arz, hum zameen mein khuda ke khalifa hain, har mulk mulk ke mas ke mil ke khuda ke mas, sho'la ban kar phoonk de khasha ke ghair Allah ko, khauf batil kiya kehe, gharaat kare batil bhi to.</w:t>
      </w:r>
    </w:p>
    <w:p>
      <w:pPr>
        <w:jc w:val="right"/>
      </w:pPr>
      <w:r>
        <w:t>نان خلفائے اللہ فی الارض، ہم زمین میں خدائے خلیفہ ہیں، ہر ملک ملک کے ماس کے مل کے خدائے ماس، شعلہ بن کر پھونک دے خاشا کے غیر اللہ کو، خوف باطل کیا کہے، غارت کرے باطل بھی تو۔</w:t>
      </w:r>
    </w:p>
    <w:p>
      <w:r>
        <w:rPr>
          <w:b/>
        </w:rPr>
        <w:t xml:space="preserve">[17:25] </w:t>
      </w:r>
      <w:r>
        <w:t>yeh sara literature is se bhara hua hai, urdu mein, arabi mein, farsi mein, sab. mein turki zaban nahin janta, ghaliban turki mein bhi aisa hi hoga ke wahan bhi yahi model chal raha hai.</w:t>
      </w:r>
    </w:p>
    <w:p>
      <w:pPr>
        <w:jc w:val="right"/>
      </w:pPr>
      <w:r>
        <w:t>یہ سارا لٹریچر اس سے بھرا ہوا ہے، اردو میں، عربی میں، فارسی میں، سب۔ میں ترکی زبان نہیں جانتا، غالباً ترکی میں بھی ایسا ہی ہوگا کہ وہاں بھی یہی ماڈل چل رہا ہے۔</w:t>
      </w:r>
    </w:p>
    <w:p>
      <w:r>
        <w:rPr>
          <w:b/>
        </w:rPr>
        <w:t xml:space="preserve">[17:40] </w:t>
      </w:r>
      <w:r>
        <w:t>to jab sara literature isi se bhara hua hai to mindset to isi se, isi se banta hai. to agarchay aaj hum democracy ke daur mein hain, lekin mindset jo bana hai,</w:t>
      </w:r>
    </w:p>
    <w:p>
      <w:pPr>
        <w:jc w:val="right"/>
      </w:pPr>
      <w:r>
        <w:t>تو جب سارا لٹریچر اسی سے بھرا ہوا ہے تو مائنڈ سیٹ تو اسی سے، اسی سے بنتا ہے۔ تو اگرچہ آج ہم ڈیموکریسی کے دور میں ہیں، لیکن مائنڈ سیٹ جو بنا ہے،</w:t>
      </w:r>
    </w:p>
    <w:p>
      <w:r>
        <w:rPr>
          <w:b/>
        </w:rPr>
        <w:t xml:space="preserve">[17:54] </w:t>
      </w:r>
      <w:r>
        <w:t>historically, wohi hai.</w:t>
      </w:r>
    </w:p>
    <w:p>
      <w:pPr>
        <w:jc w:val="right"/>
      </w:pPr>
      <w:r>
        <w:t>ہسٹوریکلی، وہ وہی ہے۔</w:t>
      </w:r>
    </w:p>
    <w:p>
      <w:r>
        <w:rPr>
          <w:b/>
        </w:rPr>
        <w:t xml:space="preserve">[18:01] </w:t>
      </w:r>
      <w:r>
        <w:t>ab mein aik misal deta hoon kis tarah se. mein ne kaha hamari team aik aik exception hai is is poore scenario mein,</w:t>
      </w:r>
    </w:p>
    <w:p>
      <w:pPr>
        <w:jc w:val="right"/>
      </w:pPr>
      <w:r>
        <w:t>اب میں ایک مثال دیتا ہوں کس طرح سے۔ میں نے کہا ہماری ٹیم ایک ایکسیپشن ہے اس اس پورے سینریو میں،</w:t>
      </w:r>
    </w:p>
    <w:p>
      <w:r>
        <w:rPr>
          <w:b/>
        </w:rPr>
        <w:t xml:space="preserve">[18:09] </w:t>
      </w:r>
      <w:r>
        <w:t>woh is ko janti hai aur is ko istemal kar rahi hai. ab dekhiye ke mein aik misal deta hoon</w:t>
      </w:r>
    </w:p>
    <w:p>
      <w:pPr>
        <w:jc w:val="right"/>
      </w:pPr>
      <w:r>
        <w:t>وہ اس کو جانتی ہے اور اس کو استعمال کر رہی ہے۔ اب دیکھیے کہ میں ایک مثال دیتا ہوں</w:t>
      </w:r>
    </w:p>
    <w:p>
      <w:r>
        <w:rPr>
          <w:b/>
        </w:rPr>
        <w:t xml:space="preserve">[18:17] </w:t>
      </w:r>
      <w:r>
        <w:t>ke</w:t>
      </w:r>
    </w:p>
    <w:p>
      <w:pPr>
        <w:jc w:val="right"/>
      </w:pPr>
      <w:r>
        <w:t>کہ</w:t>
      </w:r>
    </w:p>
    <w:p>
      <w:r>
        <w:rPr>
          <w:b/>
        </w:rPr>
        <w:t xml:space="preserve">[18:21] </w:t>
      </w:r>
      <w:r>
        <w:t>quran jab aaya to woh tha seventh century ka first quarter, yani ab se chaudah so saal pehle, ab se chaudah so saal pehle, tab tak wohi zamana tha, wohi kingship ka zamana tha.</w:t>
      </w:r>
    </w:p>
    <w:p>
      <w:pPr>
        <w:jc w:val="right"/>
      </w:pPr>
      <w:r>
        <w:t>قرآن جب آیا تو وہ تھا سیونتھ سینچری کا فرسٹ کوارٹر، یعنی اب سے چودہ سو سال پہلے، اب سے چودہ سو سال پہلے، تب تک وہی زمانہ تھا، وہی کنگ شپ کا زمانہ تھا۔</w:t>
      </w:r>
    </w:p>
    <w:p>
      <w:r>
        <w:rPr>
          <w:b/>
        </w:rPr>
        <w:t xml:space="preserve">[18:38] </w:t>
      </w:r>
      <w:r>
        <w:t>to quran mein hai ke wa qaal allazeena kafaroo la tas ma'oo al quran wa ilghoo fee la taqla boon. yani yeh jo mukhalifeen hain, woh kehte hain ke quran ko suno mat, is ko parho mat,</w:t>
      </w:r>
    </w:p>
    <w:p>
      <w:pPr>
        <w:jc w:val="right"/>
      </w:pPr>
      <w:r>
        <w:t>تو قرآن میں ہے کہ وقال الذین کفرو لا تسمعوا القرآن ولغو فی لا تقلبون۔ یعنی یہ جو مخالفین ہیں، وہ کہتے ہیں کہ قرآن کو سنو مت، اس کو پڑھو مت،</w:t>
      </w:r>
    </w:p>
    <w:p>
      <w:r>
        <w:rPr>
          <w:b/>
        </w:rPr>
        <w:t xml:space="preserve">[18:55] </w:t>
      </w:r>
      <w:r>
        <w:t>un ko chalne mat do, yani quran ko chalne mat do, quran ko suno mat, quran ko parho mat. yeh hai chaudah so saal pehle ka zamana.</w:t>
      </w:r>
    </w:p>
    <w:p>
      <w:pPr>
        <w:jc w:val="right"/>
      </w:pPr>
      <w:r>
        <w:t>ان کو چلنے مت دو، یعنی قرآن کو چلنے مت دو، قرآن کو سنو مت، قرآن کو پڑھو مت۔ یہ ہے چودہ سو سال پہلے کا زمانہ۔</w:t>
      </w:r>
    </w:p>
    <w:p>
      <w:r>
        <w:rPr>
          <w:b/>
        </w:rPr>
        <w:t xml:space="preserve">[19:10] </w:t>
      </w:r>
      <w:r>
        <w:t>aaj kya hai? wahan par aata hai ke hazrat abubakar gaye aik baar ka'ba mein aur zor zor se quran parhna shuru kiya.</w:t>
      </w:r>
    </w:p>
    <w:p>
      <w:pPr>
        <w:jc w:val="right"/>
      </w:pPr>
      <w:r>
        <w:t>آج کیا ہے؟ وہاں پر آتا ہے کہ حضرت ابوبکر گئے ایک بار کعبہ میں اور زور زور سے قرآن پڑھنا شروع کیا۔</w:t>
      </w:r>
    </w:p>
    <w:p>
      <w:r>
        <w:rPr>
          <w:b/>
        </w:rPr>
        <w:t xml:space="preserve">[19:20] </w:t>
      </w:r>
      <w:r>
        <w:t>to unhon ne itna mara, itna mara ke woh behosh ho gaye. yani quran parh kar sunana us waqt jurm bana hua tha kyunke printed form mein to quran hota nahin tha.</w:t>
      </w:r>
    </w:p>
    <w:p>
      <w:pPr>
        <w:jc w:val="right"/>
      </w:pPr>
      <w:r>
        <w:t>تو انہوں نے اتنا مارا، اتنا مارا کہ وہ بے ہوش ہو گئے۔ یعنی قرآن پڑھ کر سنانا اس وقت جرم بنا ہوا تھا کیونکہ پرنٹڈ فارم میں تو قرآن ہوتا نہیں تھا۔</w:t>
      </w:r>
    </w:p>
    <w:p>
      <w:r>
        <w:rPr>
          <w:b/>
        </w:rPr>
        <w:t xml:space="preserve">[19:36] </w:t>
      </w:r>
      <w:r>
        <w:t>aaj dekhiye, kal sham ko kya hua?</w:t>
      </w:r>
    </w:p>
    <w:p>
      <w:pPr>
        <w:jc w:val="right"/>
      </w:pPr>
      <w:r>
        <w:t>آج دیکھیے، کل شام کو کیا ہوا؟</w:t>
      </w:r>
    </w:p>
    <w:p>
      <w:r>
        <w:rPr>
          <w:b/>
        </w:rPr>
        <w:t xml:space="preserve">[19:39] </w:t>
      </w:r>
      <w:r>
        <w:t>kal sham ko isi dilli mein aik bohat acha college hai jis ko hindu logon ne banaya hai. hindu log is ko minus karte hain, sara domination hindu logon ka hai.</w:t>
      </w:r>
    </w:p>
    <w:p>
      <w:pPr>
        <w:jc w:val="right"/>
      </w:pPr>
      <w:r>
        <w:t>کل شام کو اسی دلی میں ایک بہت اچھا کالج ہے جس کو ہندو لوگوں نے بنایا ہے۔ ہندو لوگ اس کو مائنس کرتے ہیں، سارا ڈومینیشن ہندو لوگوں کا ہے۔</w:t>
      </w:r>
    </w:p>
    <w:p>
      <w:r>
        <w:rPr>
          <w:b/>
        </w:rPr>
        <w:t xml:space="preserve">[19:54] </w:t>
      </w:r>
      <w:r>
        <w:t>unhon ne humein invite kiya apne aik aik jalsay mein ke aap aaiye yahan, islam ki baatein bataiye.</w:t>
      </w:r>
    </w:p>
    <w:p>
      <w:pPr>
        <w:jc w:val="right"/>
      </w:pPr>
      <w:r>
        <w:t>انہوں نے ہمیں انوائٹ کیا اپنے ایک ایک جلسے میں کہ آپ آئیے یہاں، اسلام کی باتیں بتائیے۔</w:t>
      </w:r>
    </w:p>
    <w:p>
      <w:r>
        <w:rPr>
          <w:b/>
        </w:rPr>
        <w:t xml:space="preserve">[20:04] </w:t>
      </w:r>
      <w:r>
        <w:t>yani islam ki baat hai.</w:t>
      </w:r>
    </w:p>
    <w:p>
      <w:pPr>
        <w:jc w:val="right"/>
      </w:pPr>
      <w:r>
        <w:t>یعنی اسلام کی بات ہے۔</w:t>
      </w:r>
    </w:p>
    <w:p>
      <w:r>
        <w:rPr>
          <w:b/>
        </w:rPr>
        <w:t xml:space="preserve">[20:08] </w:t>
      </w:r>
      <w:r>
        <w:t>hum apnay sathee ke sath gaye to mein ne wahan par aik speech di. meri speech ziyada tar ta'leef-e-qalb ke ussool par hoti hai,</w:t>
      </w:r>
    </w:p>
    <w:p>
      <w:pPr>
        <w:jc w:val="right"/>
      </w:pPr>
      <w:r>
        <w:t>ہم اپنے ساتھی کے ساتھ گئے تو میں نے وہاں پر ایک اسپیچ دی۔ میری اسپیچ زیادہ تر تعلیف قلب کے اصول پر ہوتی ہے،</w:t>
      </w:r>
    </w:p>
    <w:p>
      <w:r>
        <w:rPr>
          <w:b/>
        </w:rPr>
        <w:t xml:space="preserve">[20:18] </w:t>
      </w:r>
      <w:r>
        <w:t>nafrat aur siyasat ki baat mein nahin karta. hamare sathee wahan par quran le gaye thay, dabe mein kafi quran jo hamare chhupa hai, angrezi quran,</w:t>
      </w:r>
    </w:p>
    <w:p>
      <w:pPr>
        <w:jc w:val="right"/>
      </w:pPr>
      <w:r>
        <w:t>نفرت اور سیاست کی بات میں نہیں کرتا۔ ہمارے ساتھی وہاں پر قرآن لے گئے تھے، ڈبے میں کافی قرآن جو ہمارے چھپا ہے، انگریزی قرآن،</w:t>
      </w:r>
    </w:p>
    <w:p>
      <w:r>
        <w:rPr>
          <w:b/>
        </w:rPr>
        <w:t xml:space="preserve">[20:33] </w:t>
      </w:r>
      <w:r>
        <w:t>isko le gaye thay.</w:t>
      </w:r>
    </w:p>
    <w:p>
      <w:pPr>
        <w:jc w:val="right"/>
      </w:pPr>
      <w:r>
        <w:t>اس کو لے گئے تھے۔</w:t>
      </w:r>
    </w:p>
    <w:p>
      <w:r>
        <w:rPr>
          <w:b/>
        </w:rPr>
        <w:t xml:space="preserve">[20:35] </w:t>
      </w:r>
      <w:r>
        <w:t>to wahan par un se poocha gaya ke bhai quran hum distribute karna chahte hain? ke aap zaroor kijiye, bohat shauq se. aik unhon ne aik table de diya, us table pe sab rakh diya gaya.</w:t>
      </w:r>
    </w:p>
    <w:p>
      <w:pPr>
        <w:jc w:val="right"/>
      </w:pPr>
      <w:r>
        <w:t>تو وہاں پر ان سے پوچھا گیا کہ بھئی قرآن ہمیں ڈسٹریبیوٹ کرنا چاہتے ہیں؟ کہ آپ ضرور کیجئے، بہت شوق سے۔ ایک انہوں نے ایک ٹیبل دے دیا، اس ٹیبل پہ سب رکھ دیا گیا۔</w:t>
      </w:r>
    </w:p>
    <w:p>
      <w:r>
        <w:rPr>
          <w:b/>
        </w:rPr>
        <w:t xml:space="preserve">[20:48] </w:t>
      </w:r>
      <w:r>
        <w:t>aur meri speech hui, uske baad sab ne loot liya us quran ko. us waqt ka jo non-muslim tha, chaudah so saal pehle ka, woh kehta tha ke quran mat parho, quran mat suno, quran ko chalne mat do.</w:t>
      </w:r>
    </w:p>
    <w:p>
      <w:pPr>
        <w:jc w:val="right"/>
      </w:pPr>
      <w:r>
        <w:t>اور میری اسپیچ ہوئی، اس کے بعد سب نے لوٹ لیا اس قرآن کو۔ اس وقت کا جو نان مسلم تھا، چودہ سو سال پہلے کا، وہ کہتا تھا کہ قرآن مت پڑھو، قرآن مت سنو، قرآن کو چلنے مت دو۔</w:t>
      </w:r>
    </w:p>
    <w:p>
      <w:r>
        <w:rPr>
          <w:b/>
        </w:rPr>
        <w:t xml:space="preserve">[21:03] </w:t>
      </w:r>
      <w:r>
        <w:t>aaj ka jo non-muslim hai, woh keh raha hai ke aap phailaiye isko, logon ko dijiye, parhein log, humein koi aapatti nahin hai. yeh hai difference, yeh kahan se aaya hai?</w:t>
      </w:r>
    </w:p>
    <w:p>
      <w:pPr>
        <w:jc w:val="right"/>
      </w:pPr>
      <w:r>
        <w:t>آج کا جو نان مسلم ہے، وہ کہہ رہا ہے کہ آپ پھیلائیے اس کو، لوگوں کو دیجیے، پڑھیں لوگ، ہمیں کوئی آپتی نہیں ہے۔ یہ ہے ڈفرنس، یہ کہاں سے آیا ہے؟</w:t>
      </w:r>
    </w:p>
    <w:p>
      <w:r>
        <w:rPr>
          <w:b/>
        </w:rPr>
        <w:t xml:space="preserve">[21:15] </w:t>
      </w:r>
      <w:r>
        <w:t>yeh democracy se aaya hai, yeh democracy se aaya hai. ab democracy ke khilaf jo kare, woh aaj ki duniya mein bilkul usko awami zuban mein kehte hain nako ban jana.</w:t>
      </w:r>
    </w:p>
    <w:p>
      <w:pPr>
        <w:jc w:val="right"/>
      </w:pPr>
      <w:r>
        <w:t>یہ ڈیموکریسی سے آیا ہے، یہ ڈیموکریسی سے آیا ہے۔ اب ڈیموکریسی کے خلاف جو کرے، وہ آج کی دنیا میں بالکل اس کو عوامی زبان میں کہتے ہیں نکو بن جانا۔</w:t>
      </w:r>
    </w:p>
    <w:p>
      <w:r>
        <w:rPr>
          <w:b/>
        </w:rPr>
        <w:t xml:space="preserve">[21:33] </w:t>
      </w:r>
      <w:r>
        <w:t>kaha jayegi to backward, uski uski thinking backward hai. woh aadmi afford nahin kar sakta ke woh mana kare quran ko. kyun?</w:t>
      </w:r>
    </w:p>
    <w:p>
      <w:pPr>
        <w:jc w:val="right"/>
      </w:pPr>
      <w:r>
        <w:t>کہا جائے گی تو بیکورڈ، اس کی اس کی تھنکنگ بیکورڈ ہے۔ وہ آدمی افورڈ نہیں کر سکتا کہ وہ منع کرے قرآن کو۔ کیوں؟</w:t>
      </w:r>
    </w:p>
    <w:p>
      <w:r>
        <w:rPr>
          <w:b/>
        </w:rPr>
        <w:t xml:space="preserve">[21:41] </w:t>
      </w:r>
      <w:r>
        <w:t>agar mana karega to woh, woh jo hai, yaani aaj ke zamane ke jo spirit of the age hai, aaj ka jo culture hai, aaj ka jo norm hai, us mein woh mana jayega ke tu bohat hi kattar hai, bohat hi fundamentalist hai, aaj ke zamane se</w:t>
      </w:r>
    </w:p>
    <w:p>
      <w:pPr>
        <w:jc w:val="right"/>
      </w:pPr>
      <w:r>
        <w:t>اگر منع کرے گا تو وہ، وہ جو ہے، یعنی آج کے زمانے کے جو اسپیٹ آف دا ایج ہے، آج کا جو کلچر ہے، آج کا جو نارم ہے، اس میں وہ مانا جائے گا کہ تو بہت ہی کٹر ہے، بہت ہی فنڈامینٹلسٹ ہے، آج کے زمانے سے</w:t>
      </w:r>
    </w:p>
    <w:p>
      <w:r>
        <w:rPr>
          <w:b/>
        </w:rPr>
        <w:t xml:space="preserve">[22:01] </w:t>
      </w:r>
      <w:r>
        <w:t>ke mutabiq nahin hai. yeh to uski apni image hi kharab ho jayegi, uski apni image kharab hogi.</w:t>
      </w:r>
    </w:p>
    <w:p>
      <w:pPr>
        <w:jc w:val="right"/>
      </w:pPr>
      <w:r>
        <w:t>کے مطابق نہیں ہے۔ یہ تو اس کی اپنی امیج ہی خراب ہو جائے گی، اس کی اپنی امیج خراب ہوگی۔</w:t>
      </w:r>
    </w:p>
    <w:p>
      <w:r>
        <w:rPr>
          <w:b/>
        </w:rPr>
        <w:t xml:space="preserve">[22:12] </w:t>
      </w:r>
      <w:r>
        <w:t>to koi afford nahin kar sakta ke woh aaj woh boli bole jo chaudah so saal pehle boli gayi thi. ab yeh aik baat nahin hai, hum jatay hain, barabar hamare sathee har jagah log kehte hain ke haan dijiye,</w:t>
      </w:r>
    </w:p>
    <w:p>
      <w:pPr>
        <w:jc w:val="right"/>
      </w:pPr>
      <w:r>
        <w:t>تو کوئی افورڈ نہیں کر سکتا کہ وہ آج وہ بولی بولے جو چودہ سو سال پہلے بولی گئی تھی۔ اب یہ ایک بات نہیں ہے، ہم جاتے ہیں، برابر ہمارے ساتھی ہر جگہ لوگ کہتے ہیں کہ ہاں دیجیے،</w:t>
      </w:r>
    </w:p>
    <w:p>
      <w:r>
        <w:rPr>
          <w:b/>
        </w:rPr>
        <w:t xml:space="preserve">[22:25] </w:t>
      </w:r>
      <w:r>
        <w:t>dijiye logon ko quran parhein. log</w:t>
      </w:r>
    </w:p>
    <w:p>
      <w:pPr>
        <w:jc w:val="right"/>
      </w:pPr>
      <w:r>
        <w:t>دیجیے لوگوں کو قرآن پڑھیں۔ لوگ</w:t>
      </w:r>
    </w:p>
    <w:p>
      <w:r>
        <w:rPr>
          <w:b/>
        </w:rPr>
        <w:t xml:space="preserve">[22:28] </w:t>
      </w:r>
      <w:r>
        <w:t>khud le le kar bant'te hain, khud distribute karte hain, le le kar khareed kar ke, khareed kar ke quran ko khareed kar ke. yeh age ka farq hai.</w:t>
      </w:r>
    </w:p>
    <w:p>
      <w:pPr>
        <w:jc w:val="right"/>
      </w:pPr>
      <w:r>
        <w:t>خود لے لے کر بانٹتے ہیں، خود ڈسٹریبیوٹ کرتے ہیں، لے لے کر خرید کر کے، خرید کر کے قرآن کو خرید کر کے۔ یہ ایج کا فرق ہے۔</w:t>
      </w:r>
    </w:p>
    <w:p>
      <w:r>
        <w:rPr>
          <w:b/>
        </w:rPr>
        <w:t xml:space="preserve">[22:40] </w:t>
      </w:r>
      <w:r>
        <w:t>musalmanon ko khabar hi nahin, khabar kyun nahin hai? woh chahte hain ke jaise pehle hua karta tha authority system mein ke aik takht par baitha hua aik aadmi hai, bas meri baat bolo to bolo, nahin to zuban kaat di jayegi tumhari.</w:t>
      </w:r>
    </w:p>
    <w:p>
      <w:pPr>
        <w:jc w:val="right"/>
      </w:pPr>
      <w:r>
        <w:t>مسلمانوں کو خبر ہی نہیں، خبر کیوں نہیں ہے؟ وہ چاہتے ہیں کہ جیسے پہلے ہوا کرتا تھا اتھارٹی سسٹم میں کہ ایک تخت پر بیٹھا ہوا ایک آدمی ہے، بس میری بات بولو تو بولو، نہیں تو زبان کاٹ دی جائے گی تمہاری۔</w:t>
      </w:r>
    </w:p>
    <w:p>
      <w:r>
        <w:rPr>
          <w:b/>
        </w:rPr>
        <w:t xml:space="preserve">[22:57] </w:t>
      </w:r>
      <w:r>
        <w:t>to musalman chahte hain ke meri baat boli jaye, doosre log apni zuban band rakhein, doosri awaz, doosre aap apne apne apne freedom ko express na karein.</w:t>
      </w:r>
    </w:p>
    <w:p>
      <w:pPr>
        <w:jc w:val="right"/>
      </w:pPr>
      <w:r>
        <w:t>تو مسلمان چاہتے ہیں کہ میری بات بولی جائے، دوسرے لوگ اپنی زبان بند رکھیں، دوسری آواز، دوسرے آپ اپنے اپنے اپنے فریڈم کو ایکسپریس نہ کریں۔</w:t>
      </w:r>
    </w:p>
    <w:p>
      <w:r>
        <w:rPr>
          <w:b/>
        </w:rPr>
        <w:t xml:space="preserve">[23:09] </w:t>
      </w:r>
      <w:r>
        <w:t>yaani freedom of expression jo hai, democracy ka aik tohfa hai.</w:t>
      </w:r>
    </w:p>
    <w:p>
      <w:pPr>
        <w:jc w:val="right"/>
      </w:pPr>
      <w:r>
        <w:t>یعنی فریڈم آف ایکسپریشن جو ہے، ڈیموکریسی کا ایک تحفہ ہے۔</w:t>
      </w:r>
    </w:p>
    <w:p>
      <w:r>
        <w:rPr>
          <w:b/>
        </w:rPr>
        <w:t xml:space="preserve">[23:15] </w:t>
      </w:r>
      <w:r>
        <w:t>freedom of expression jo hai, democracy ka tohfa hai, lekin tohfa jo hai, sab ke liye, aik aik ke liye nahin.</w:t>
      </w:r>
    </w:p>
    <w:p>
      <w:pPr>
        <w:jc w:val="right"/>
      </w:pPr>
      <w:r>
        <w:t>فریڈم آف ایکسپریشن جو ہے، ڈیموکریسی کا تحفہ ہے، لیکن تحفہ جو ہے، سب کے لیے، ایک ایک کے لیے نہیں۔</w:t>
      </w:r>
    </w:p>
    <w:p>
      <w:r>
        <w:rPr>
          <w:b/>
        </w:rPr>
        <w:t xml:space="preserve">[23:24] </w:t>
      </w:r>
      <w:r>
        <w:t>aap ko agar democracy se milega freedom of expression to doosre ko bhi diya jayega, lekin musalman apne mindset ke aitbar se jante hi nahin, isko jante hi nahin.</w:t>
      </w:r>
    </w:p>
    <w:p>
      <w:pPr>
        <w:jc w:val="right"/>
      </w:pPr>
      <w:r>
        <w:t>آپ کو اگر ڈیموکریسی سے ملے گا فریڈم آف ایکسپریشن تو دوسرے کو بھی دیا جائے گا، لیکن مسلمانوں اپنے مائنڈ سیٹ کے اعتبار سے جانتے ہی نہیں، اس کو جانتے ہی نہیں۔</w:t>
      </w:r>
    </w:p>
    <w:p>
      <w:r>
        <w:rPr>
          <w:b/>
        </w:rPr>
        <w:t xml:space="preserve">[23:39] </w:t>
      </w:r>
      <w:r>
        <w:t>woh chahte hain ke doosre ka hath bandha rahe, mera hath khula rahe.</w:t>
      </w:r>
    </w:p>
    <w:p>
      <w:pPr>
        <w:jc w:val="right"/>
      </w:pPr>
      <w:r>
        <w:t>وہ چاہتے ہیں کہ دوسرے کا ہاتھ بندھا رہے، میرا ہاتھ کھلا رہے۔</w:t>
      </w:r>
    </w:p>
    <w:p>
      <w:r>
        <w:rPr>
          <w:b/>
        </w:rPr>
        <w:t xml:space="preserve">[23:48] </w:t>
      </w:r>
      <w:r>
        <w:t>yeh hai sab se bara problem, yaani yeh hai intellectual problem.</w:t>
      </w:r>
    </w:p>
    <w:p>
      <w:pPr>
        <w:jc w:val="right"/>
      </w:pPr>
      <w:r>
        <w:t>یہ ہے سب سے بڑا پرابلم، یعنی یہ ہے انٹلیکچول پرابلم۔</w:t>
      </w:r>
    </w:p>
    <w:p>
      <w:r>
        <w:rPr>
          <w:b/>
        </w:rPr>
        <w:t xml:space="preserve">[23:57] </w:t>
      </w:r>
      <w:r>
        <w:t>Muslims are facing the problem of intellectual backwardness. intellectually woh backward hain, intellectually peechay hain, yaani woh jee rahe hain badshahat ke zamanay.</w:t>
      </w:r>
    </w:p>
    <w:p>
      <w:pPr>
        <w:jc w:val="right"/>
      </w:pPr>
      <w:r>
        <w:t>مسلمز آر فیسنگ دا پرابلم آف انٹلیکچول بیکورڈنس۔ انٹلیکچولی وہ بیکورڈ ہیں، انٹلیکچولی پیچھے ہیں، یعنی وہ جی رہے ہیں بادشاہت کے زمانے۔</w:t>
      </w:r>
    </w:p>
    <w:p>
      <w:r>
        <w:rPr>
          <w:b/>
        </w:rPr>
        <w:t xml:space="preserve">[24:14] </w:t>
      </w:r>
      <w:r>
        <w:t>mein is se pehle yahan par aik akhbar niklta tha, Jamiat Daily, to wahan par hum hota tha, pehle bohat pehle ki baat hai.</w:t>
      </w:r>
    </w:p>
    <w:p>
      <w:pPr>
        <w:jc w:val="right"/>
      </w:pPr>
      <w:r>
        <w:t>میں اس سے پہلے یہاں پر ایک اخبار نکلتا تھا، الجمعیت ڈیلی، تو وہاں پر ہم ہوتا تھا، پہلے بہت پہلے کی بات ہے۔</w:t>
      </w:r>
    </w:p>
    <w:p>
      <w:r>
        <w:rPr>
          <w:b/>
        </w:rPr>
        <w:t xml:space="preserve">[24:26] </w:t>
      </w:r>
      <w:r>
        <w:t>to wahan par aik chaprasi hotay thay, unka naam tha Abdul Wahid. Abdul Wahid bilkul pehle likhe nahin thay, jhaaro woh detay thay, puranay Delhi mein rehtay thay.</w:t>
      </w:r>
    </w:p>
    <w:p>
      <w:pPr>
        <w:jc w:val="right"/>
      </w:pPr>
      <w:r>
        <w:t>تو وہاں پر ایک چپراسی ہوتے تھے، ان کا نام تھا عبدالواحد۔ عبدالواحد بالکل پہلے لکھے نہیں تھے، جھاڑو وہ دیتے تھے، پرانے دلی میں رہتے تھے۔</w:t>
      </w:r>
    </w:p>
    <w:p>
      <w:r>
        <w:rPr>
          <w:b/>
        </w:rPr>
        <w:t xml:space="preserve">[24:36] </w:t>
      </w:r>
      <w:r>
        <w:t>woh to mein ne aik roz un se kaha ke bhai musalman, kya wajah hai ke musalman jo hai, apne hi chalana chahte hain? yahan se koi apne hi chalana chahte hain, doosre ko mauqa nahin detay?</w:t>
      </w:r>
    </w:p>
    <w:p>
      <w:pPr>
        <w:jc w:val="right"/>
      </w:pPr>
      <w:r>
        <w:t>وہ تو میں نے ایک روز ان سے کہا کہ بھئی مسلمان، کیا وجہ ہے کہ مسلمان جو ہے، اپنے ہی چلانا چاہتے ہیں؟ یہاں سے کوئی اپنے ہی چلانا چاہتے ہیں، دوسرے کو موقع نہیں دیتے؟</w:t>
      </w:r>
    </w:p>
    <w:p>
      <w:r>
        <w:rPr>
          <w:b/>
        </w:rPr>
        <w:t xml:space="preserve">[24:49] </w:t>
      </w:r>
      <w:r>
        <w:t>to is is unhon ne kaha tha ke musalman apne raub mein rehta hai, musalman apne raub mein rehta hai. bilkul sahi kaha tha unhon ne.</w:t>
      </w:r>
    </w:p>
    <w:p>
      <w:pPr>
        <w:jc w:val="right"/>
      </w:pPr>
      <w:r>
        <w:t>تو اس اس انہوں نے کہا تھا کہ مسلمان اپنے رعب میں رہتا ہے، مسلمان اپنے رعب میں رہتا ہے۔ بالکل صحیح کہا تھا انہوں نے۔</w:t>
      </w:r>
    </w:p>
    <w:p>
      <w:r>
        <w:rPr>
          <w:b/>
        </w:rPr>
        <w:t xml:space="preserve">[25:03] </w:t>
      </w:r>
      <w:r>
        <w:t>to musalman jab tak jab tak in ka mind set toda na jaye, musalman ki soch badli na jaye, yahi hota rahega, yahan tak surah israfel phoonk jaao, qayamat aa jae.</w:t>
      </w:r>
    </w:p>
    <w:p>
      <w:pPr>
        <w:jc w:val="right"/>
      </w:pPr>
      <w:r>
        <w:t>تو مسلمان جب تک جب تک ان کا مائنڈ سیٹ توڑا نہ جائے، مسلمان کی سوچ بدلی نہ جائے، یہی ہوتا رہے گا، یہاں تک سورہ اسرافیل پھونک جاؤ، قیامت آ جائے۔</w:t>
      </w:r>
    </w:p>
    <w:p>
      <w:r>
        <w:rPr>
          <w:b/>
        </w:rPr>
        <w:t xml:space="preserve">[25:19] </w:t>
      </w:r>
      <w:r>
        <w:t>yeh hai sab se bara masla. islam ne introduce kiya tha democracy ko, lekin kisi historical tradition ko aap ek chand din mein tod nahin sakte.</w:t>
      </w:r>
    </w:p>
    <w:p>
      <w:pPr>
        <w:jc w:val="right"/>
      </w:pPr>
      <w:r>
        <w:t>یہ ہے سب سے بڑا مسئلہ۔ اسلام نے انٹروڈیوس کیا تھا ڈیموکریسی کو، لیکن کسی ہسٹوریکل ٹریڈیشن کو آپ ایک چند دن میں توڑ نہیں سکتے۔</w:t>
      </w:r>
    </w:p>
    <w:p>
      <w:r>
        <w:rPr>
          <w:b/>
        </w:rPr>
        <w:t xml:space="preserve">[25:36] </w:t>
      </w:r>
      <w:r>
        <w:t>ise todne ke liye ek sadiaan chahiye, ek poora age chahiye. to agarche islam mein introduce kiya tha, lekin tootate tootate tootate tootate is ko hazar saal lag gaye.</w:t>
      </w:r>
    </w:p>
    <w:p>
      <w:pPr>
        <w:jc w:val="right"/>
      </w:pPr>
      <w:r>
        <w:t>اسے توڑنے کے لیے ایک صدیاں چاہیے، ایک پورا ایج چاہیے۔ تو اگرچہ اسلام میں انٹروڈیوس کیا تھا، لیکن ٹوٹتے ٹوٹتے ٹوٹتے ٹوٹتے اس کو ہزار سال لگ گئے۔</w:t>
      </w:r>
    </w:p>
    <w:p>
      <w:r>
        <w:rPr>
          <w:b/>
        </w:rPr>
        <w:t xml:space="preserve">[25:51] </w:t>
      </w:r>
      <w:r>
        <w:t>dilli mein ek musalman hain, bohat secular qism ke aur bohat parhe likhe hain, shayad london mein un ki taleem hui hai. to unhon ne kaha ke main to apne ko musalman nahin samajhta, kehta kyunke in musalmanon ke sath main apne ko, yani bracket nahin karna chahta.</w:t>
      </w:r>
    </w:p>
    <w:p>
      <w:pPr>
        <w:jc w:val="right"/>
      </w:pPr>
      <w:r>
        <w:t>دلی میں ایک مسلمان ہیں، بہت سیکولر قسم کے اور بہت پڑھے لکھے ہیں، شاید لندن میں ان کی تعلیم ہوئی ہے۔ تو انہوں نے کہا کہ میں تو اپنے کو مسلمان نہیں سمجھتا، کہتا کیونکہ ان مسلمانوں کے ساتھ میں اپنے کو، یعنی بریکٹ نہیں کرنا چاہتا۔</w:t>
      </w:r>
    </w:p>
    <w:p>
      <w:r>
        <w:rPr>
          <w:b/>
        </w:rPr>
        <w:t xml:space="preserve">[26:10] </w:t>
      </w:r>
      <w:r>
        <w:t>unhon ne kaha ke woh abhi isi dilli mein rehte hain, woh unhon ne kaha ke main samajhta hoon ke sab se bari cheez, un ki baat dohra raha hoon,</w:t>
      </w:r>
    </w:p>
    <w:p>
      <w:pPr>
        <w:jc w:val="right"/>
      </w:pPr>
      <w:r>
        <w:t>انہوں نے کہا کہ وہ ابھی اسی دلی میں رہتے ہیں، وہ انہوں نے کہا کہ میں سمجھتا ہوں کہ سب سے بڑی چیز، ان کی بات دہرا رہا ہوں،</w:t>
      </w:r>
    </w:p>
    <w:p>
      <w:r>
        <w:rPr>
          <w:b/>
        </w:rPr>
        <w:t xml:space="preserve">[26:20] </w:t>
      </w:r>
      <w:r>
        <w:t>jo is zamane mein mili hai hamein, woh democracy hai. yani sab ko equal right. kaisi anokhi baat hai, is se pehle sab ko equal right tha hi nahin.</w:t>
      </w:r>
    </w:p>
    <w:p>
      <w:pPr>
        <w:jc w:val="right"/>
      </w:pPr>
      <w:r>
        <w:t>جو اس زمانے میں ملی ہے ہمیں، وہ ڈیموکریسی ہے۔ یعنی سب کو ایکول رائٹ۔ کیسی انوکھی بات ہے، اس سے پہلے سب کو ایکول رائٹ تھا ہی نہیں۔</w:t>
      </w:r>
    </w:p>
    <w:p>
      <w:r>
        <w:rPr>
          <w:b/>
        </w:rPr>
        <w:t xml:space="preserve">[26:31] </w:t>
      </w:r>
      <w:r>
        <w:t>badshah ko right hota tha, tab jo equation tha, woh master aur subject ka tha, ruler aur rolled ka tha.</w:t>
      </w:r>
    </w:p>
    <w:p>
      <w:pPr>
        <w:jc w:val="right"/>
      </w:pPr>
      <w:r>
        <w:t>بادشاہ کو رائٹ ہوتا تھا، تب جو ایکویشن تھا، وہ ماسٹر اور سبجیکٹ کا تھا، رولر اور رولڈ کا تھا۔</w:t>
      </w:r>
    </w:p>
    <w:p>
      <w:r>
        <w:rPr>
          <w:b/>
        </w:rPr>
        <w:t xml:space="preserve">[26:41] </w:t>
      </w:r>
      <w:r>
        <w:t>ab sab ko, sab ko barabar. jo badshah, jo prime minister ko right hai, woh mujhe bhi right hai. woh</w:t>
      </w:r>
    </w:p>
    <w:p>
      <w:pPr>
        <w:jc w:val="right"/>
      </w:pPr>
      <w:r>
        <w:t>اب سب کو، سب کو برابر۔ جو بادشاہ، جو پرائم منسٹر کو رائٹ ہے، وہ مجھے بھی رائٹ ہے۔ وہ</w:t>
      </w:r>
    </w:p>
    <w:p>
      <w:r>
        <w:rPr>
          <w:b/>
        </w:rPr>
        <w:t xml:space="preserve">[26:49] </w:t>
      </w:r>
      <w:r>
        <w:t>to yeh democracy kitni bari cheez hai, lekin musalman democracy ko mante hi nahin. to unhon ne kaha tha, yani ise kehte hue ek joke ke taur par shayad</w:t>
      </w:r>
    </w:p>
    <w:p>
      <w:pPr>
        <w:jc w:val="right"/>
      </w:pPr>
      <w:r>
        <w:t>تو یہ ڈیموکریسی کتنی بڑی چیز ہے، لیکن مسلمان ڈیموکریسی کو مانتے ہی نہیں۔ تو انہوں نے کہا تھا، یعنی اسے کہتے ہوئے ایک جوک کے طور پر شاید</w:t>
      </w:r>
    </w:p>
    <w:p>
      <w:r>
        <w:rPr>
          <w:b/>
        </w:rPr>
        <w:t xml:space="preserve">[27:05] </w:t>
      </w:r>
      <w:r>
        <w:t>ke main meri shadi ho gayi, abhi bachcha paida nahin hua hai, aur bachcha jab paida hoga to jante hain main kya karunga? is ke kaan mein azan nahin dunga.</w:t>
      </w:r>
    </w:p>
    <w:p>
      <w:pPr>
        <w:jc w:val="right"/>
      </w:pPr>
      <w:r>
        <w:t>کہ میں میری شادی ہو گئی، ابھی بچہ پیدا نہیں ہوا ہے، اور بچہ جب پیدا ہوگا تو جانتے ہیں میں کیا کروں گا؟ اس کے کان میں اذان نہیں دوں گا۔</w:t>
      </w:r>
    </w:p>
    <w:p>
      <w:r>
        <w:rPr>
          <w:b/>
        </w:rPr>
        <w:t xml:space="preserve">[27:15] </w:t>
      </w:r>
      <w:r>
        <w:t>musalman ke haan jab bachcha paida hota hai to kaan mein azan di jati hai.</w:t>
      </w:r>
    </w:p>
    <w:p>
      <w:pPr>
        <w:jc w:val="right"/>
      </w:pPr>
      <w:r>
        <w:t>مسلمان کے ہاں جب بچہ پیدا ہوتا ہے تو کان میں اذان دی جاتی ہے۔</w:t>
      </w:r>
    </w:p>
    <w:p>
      <w:r>
        <w:rPr>
          <w:b/>
        </w:rPr>
        <w:t xml:space="preserve">[27:22] </w:t>
      </w:r>
      <w:r>
        <w:t>main kaan mein azan nahin dunga, main is ke kaan mein kahunga: "democracy, democracy, democracy!"</w:t>
      </w:r>
    </w:p>
    <w:p>
      <w:pPr>
        <w:jc w:val="right"/>
      </w:pPr>
      <w:r>
        <w:t>میں کان میں اذان نہیں دوں گا، میں اس کے کان میں کہوں گا: "ڈیموکریسی، ڈیموکریسی، ڈیموکریسی!"</w:t>
      </w:r>
    </w:p>
    <w:p>
      <w:r>
        <w:rPr>
          <w:b/>
        </w:rPr>
        <w:t xml:space="preserve">[27:32] </w:t>
      </w:r>
      <w:r>
        <w:t>yeh aaj ka insan jo hai, woh bohat hi bari cheez samajhta hai democracy ko ke sab ko barabar ka right mil gaya. kaisi ajib baat hai, jo tha hi nahin pehle,</w:t>
      </w:r>
    </w:p>
    <w:p>
      <w:pPr>
        <w:jc w:val="right"/>
      </w:pPr>
      <w:r>
        <w:t>یہ آج کا انسان جو ہے، وہ بہت ہی بڑی چیز سمجھتا ہے ڈیموکریسی کو کہ سب کو برابر کا رائٹ مل گیا۔ کیسی عجیب بات ہے، جو تھا ہی نہیں پہلے،</w:t>
      </w:r>
    </w:p>
    <w:p>
      <w:r>
        <w:rPr>
          <w:b/>
        </w:rPr>
        <w:t xml:space="preserve">[27:45] </w:t>
      </w:r>
      <w:r>
        <w:t>hazaron hazar saal se nahin tha.</w:t>
      </w:r>
    </w:p>
    <w:p>
      <w:pPr>
        <w:jc w:val="right"/>
      </w:pPr>
      <w:r>
        <w:t>ہزاروں ہزار سال سے نہیں تھا۔</w:t>
      </w:r>
    </w:p>
    <w:p>
      <w:r>
        <w:rPr>
          <w:b/>
        </w:rPr>
        <w:t xml:space="preserve">[27:49] </w:t>
      </w:r>
      <w:r>
        <w:t>maine do qisse bataye aap ko ke kingship ke zamane mein kisi ko apni rai zahir karne ka haq nahin tha, aur khilafat ke dauran bhi yahi raha baqi, kyunke khilafat bhi lafz khalifa hota tha, lekin hota tha king,</w:t>
      </w:r>
    </w:p>
    <w:p>
      <w:pPr>
        <w:jc w:val="right"/>
      </w:pPr>
      <w:r>
        <w:t>میں نے دو قصے بتائے آپ کو کہ کنگ شپ کے زمانے میں کسی کو اپنی رائے ظاہر کرنے کا حق نہیں تھا، اور خلافت کے دوران بھی یہی رہا باقی، کیونکہ خلافت بھی لفظ خلیفہ ہوتا تھا، لیکن ہوتا تھا کنگ،</w:t>
      </w:r>
    </w:p>
    <w:p>
      <w:r>
        <w:rPr>
          <w:b/>
        </w:rPr>
        <w:t xml:space="preserve">[28:04] </w:t>
      </w:r>
      <w:r>
        <w:t>sultan.</w:t>
      </w:r>
    </w:p>
    <w:p>
      <w:pPr>
        <w:jc w:val="right"/>
      </w:pPr>
      <w:r>
        <w:t>سلطان۔</w:t>
      </w:r>
    </w:p>
    <w:p>
      <w:r>
        <w:rPr>
          <w:b/>
        </w:rPr>
        <w:t xml:space="preserve">[28:10] </w:t>
      </w:r>
      <w:r>
        <w:t>ab jo zamana aaya hai, is ne pehli bar yeh kiya hai ke opportunity jo hai, us ko decentralize kar diya.</w:t>
      </w:r>
    </w:p>
    <w:p>
      <w:pPr>
        <w:jc w:val="right"/>
      </w:pPr>
      <w:r>
        <w:t>اب جو زمانہ آیا ہے، اس نے پہلی بار یہ کیا ہے کہ اپرچونیٹی جو ہے، اس کو ڈی سینٹرلائز کر دیا۔</w:t>
      </w:r>
    </w:p>
    <w:p>
      <w:r>
        <w:rPr>
          <w:b/>
        </w:rPr>
        <w:t xml:space="preserve">[28:22] </w:t>
      </w:r>
      <w:r>
        <w:t>pehla centralize hua karti thi har cheez, ab har cheez decentralize ho gayi. sab kuch badshah ke paas, zameen badshah ke paas, job badshah ke hath mein,</w:t>
      </w:r>
    </w:p>
    <w:p>
      <w:pPr>
        <w:jc w:val="right"/>
      </w:pPr>
      <w:r>
        <w:t>پہلے سینٹرلائز ہوا کرتی تھی ہر چیز، اب ہر چیز ڈی سینٹرلائز ہو گئی۔ سب کچھ بادشاہ کے پاس، زمین بادشاہ کے پاس، جاب بادشاہ کے ہاتھ میں،</w:t>
      </w:r>
    </w:p>
    <w:p>
      <w:r>
        <w:rPr>
          <w:b/>
        </w:rPr>
        <w:t xml:space="preserve">[28:34] </w:t>
      </w:r>
      <w:r>
        <w:t>izat badshah jis ko de, usi ko izat milegi. sab kuch badshah ka, sab kuch centralize tha. aaj sab kuch decentralize ho gaya, ab kuch nahin, badshah koi darja nahin.</w:t>
      </w:r>
    </w:p>
    <w:p>
      <w:pPr>
        <w:jc w:val="right"/>
      </w:pPr>
      <w:r>
        <w:t>عزت بادشاہ جس کو دے، اسی کو عزت ملے گی۔ سب کچھ بادشاہ کا، سب کچھ سینٹرلائز تھا۔ آج سب کچھ ڈی سینٹرلائز ہو گیا، اب کچھ نہیں، بادشاہ کوئی درجہ نہیں۔</w:t>
      </w:r>
    </w:p>
    <w:p>
      <w:r>
        <w:rPr>
          <w:b/>
        </w:rPr>
        <w:t xml:space="preserve">[28:47] </w:t>
      </w:r>
      <w:r>
        <w:t>ab jo hai, hukumat ko kaha jata hai administration, intezamiya. ab hukumat galat bolla bhi nahin jata,</w:t>
      </w:r>
    </w:p>
    <w:p>
      <w:pPr>
        <w:jc w:val="right"/>
      </w:pPr>
      <w:r>
        <w:t>اب جو ہے، حکومت کو کہا جاتا ہے ایڈمنسٹریشن، انتظامیہ۔ اب حکومت غلط بولا بھی نہیں جاتا،</w:t>
      </w:r>
    </w:p>
    <w:p>
      <w:r>
        <w:rPr>
          <w:b/>
        </w:rPr>
        <w:t xml:space="preserve">[28:57] </w:t>
      </w:r>
      <w:r>
        <w:t>administration. ab na sultan bulaya jata, na hukumat boli jati, na government bulaya jata, na emperor bulaya jata.</w:t>
      </w:r>
    </w:p>
    <w:p>
      <w:pPr>
        <w:jc w:val="right"/>
      </w:pPr>
      <w:r>
        <w:t>ایڈمنسٹریشن۔ اب نہ سلطان بلایا جاتا، نہ حکومت بولی جاتی، نہ گورنمنٹ بلایا جاتا، نہ ایمپرر بلایا جاتا۔</w:t>
      </w:r>
    </w:p>
    <w:p>
      <w:r>
        <w:rPr>
          <w:b/>
        </w:rPr>
        <w:t xml:space="preserve">[29:06] </w:t>
      </w:r>
      <w:r>
        <w:t>yeh sab cheezein disorder ho gayin. ab jo bulaya jata hai, woh administration, matlab hi intezam. government ka kaam hai sirf intezam karna.</w:t>
      </w:r>
    </w:p>
    <w:p>
      <w:pPr>
        <w:jc w:val="right"/>
      </w:pPr>
      <w:r>
        <w:t>یہ سب چیزیں ڈس آرڈر ہو گئی۔ اب جو بلایا جاتا ہے، وہ ایڈمنسٹریشن، مطلب ہی انتظام۔ گورنمنٹ کا کام ہے صرف انتظام کرنا۔</w:t>
      </w:r>
    </w:p>
    <w:p>
      <w:r>
        <w:rPr>
          <w:b/>
        </w:rPr>
        <w:t xml:space="preserve">[29:17] </w:t>
      </w:r>
      <w:r>
        <w:t>paanch saal intezam karo tum, bahar jao, doosri team aayegi.</w:t>
      </w:r>
    </w:p>
    <w:p>
      <w:pPr>
        <w:jc w:val="right"/>
      </w:pPr>
      <w:r>
        <w:t>پانچ سال انتظام کرو تم، باہر جاؤ، دوسری ٹیم آئے گی۔</w:t>
      </w:r>
    </w:p>
    <w:p>
      <w:r>
        <w:rPr>
          <w:b/>
        </w:rPr>
        <w:t xml:space="preserve">[29:23] </w:t>
      </w:r>
      <w:r>
        <w:t>yeh un logon ke liye jin ka ke mission tauheed hai, jin ka mission Allah ke paigham ko pahunchana hai, un ke liye kitni bari nemat hai.</w:t>
      </w:r>
    </w:p>
    <w:p>
      <w:pPr>
        <w:jc w:val="right"/>
      </w:pPr>
      <w:r>
        <w:t>یہ ان لوگوں کے لیے جن کا کہ مشن توحید ہے، جن کا مشن اللہ کے پیغام کو پہنچانا ہے، ان کے لیے کتنی بڑی نعمت ہے۔</w:t>
      </w:r>
    </w:p>
    <w:p>
      <w:r>
        <w:rPr>
          <w:b/>
        </w:rPr>
        <w:t xml:space="preserve">[29:35] </w:t>
      </w:r>
      <w:r>
        <w:t>ab dekhiye, jo hadith mein aata hai: "adkhal kalma" ke aakhri zamane mein bataya gaya hai ke jo qayamat se pehle ek bohat bara role hoga,</w:t>
      </w:r>
    </w:p>
    <w:p>
      <w:pPr>
        <w:jc w:val="right"/>
      </w:pPr>
      <w:r>
        <w:t>اب دیکھیے، جو حدیث میں آتا ہے: "ادخال کلمہ" کہ آخری زمانے میں بتایا گیا ہے کہ جو قیامت سے پہلے ایک بہت بڑا رول ہوگا،</w:t>
      </w:r>
    </w:p>
    <w:p>
      <w:r>
        <w:rPr>
          <w:b/>
        </w:rPr>
        <w:t xml:space="preserve">[29:49] </w:t>
      </w:r>
      <w:r>
        <w:t>is ke baad qayamat aa jayegi.</w:t>
      </w:r>
    </w:p>
    <w:p>
      <w:pPr>
        <w:jc w:val="right"/>
      </w:pPr>
      <w:r>
        <w:t>اس کے بعد قیامت آ جائے گی۔</w:t>
      </w:r>
    </w:p>
    <w:p>
      <w:r>
        <w:rPr>
          <w:b/>
        </w:rPr>
        <w:t xml:space="preserve">[29:52] </w:t>
      </w:r>
      <w:r>
        <w:t>bohat bara role hoga, is ke baad qayamat aa jayegi. woh hai "adkhal e kalma", yani word of god ko ghar ghar pahuncha dena. word of god ko ghar ghar pahuncha dena.</w:t>
      </w:r>
    </w:p>
    <w:p>
      <w:pPr>
        <w:jc w:val="right"/>
      </w:pPr>
      <w:r>
        <w:t>بہت بڑا رول ہوگا، اس کے بعد قیامت آ جائے گی۔ وہ ہے "ادخال کلمہ"، یعنی ورڈ آف گاڈ کو گھر گھر پہنچا دینا۔ ورڈ آف گاڈ کو گھر گھر پہنچا دینا۔</w:t>
      </w:r>
    </w:p>
    <w:p>
      <w:r>
        <w:rPr>
          <w:b/>
        </w:rPr>
        <w:t xml:space="preserve">[30:05] </w:t>
      </w:r>
      <w:r>
        <w:t>to yeh kaise pahunch jayega? is ke liye aik aik aik naya age chahiye, naye opportunities chahiye, aik naya revolution chahiye.</w:t>
      </w:r>
    </w:p>
    <w:p>
      <w:pPr>
        <w:jc w:val="right"/>
      </w:pPr>
      <w:r>
        <w:t>تو یہ کیسے پہنچ جائے گا؟ اس کے لیے ایک ایک ایک نیا ایج چاہیے، نئے اپرچونیٹیز چاہیے، ایک نیا ریولیوشن چاہیے۔</w:t>
      </w:r>
    </w:p>
    <w:p>
      <w:r>
        <w:rPr>
          <w:b/>
        </w:rPr>
        <w:t xml:space="preserve">[30:18] </w:t>
      </w:r>
      <w:r>
        <w:t>aise thori ho jayega, naya communication chahiye.</w:t>
      </w:r>
    </w:p>
    <w:p>
      <w:pPr>
        <w:jc w:val="right"/>
      </w:pPr>
      <w:r>
        <w:t>ایسے تھوڑی ہو جائے گا، نیا کمیونیکیشن چاہیے۔</w:t>
      </w:r>
    </w:p>
    <w:p>
      <w:r>
        <w:rPr>
          <w:b/>
        </w:rPr>
        <w:t xml:space="preserve">[30:24] </w:t>
      </w:r>
      <w:r>
        <w:t>to</w:t>
      </w:r>
    </w:p>
    <w:p>
      <w:pPr>
        <w:jc w:val="right"/>
      </w:pPr>
      <w:r>
        <w:t>تو</w:t>
      </w:r>
    </w:p>
    <w:p>
      <w:r>
        <w:rPr>
          <w:b/>
        </w:rPr>
        <w:t xml:space="preserve">[30:25] </w:t>
      </w:r>
      <w:r>
        <w:t>is mein dekhiye, Allah taala ne woh saare asbab paida kar diye jis ko avail kar ke aap "adkhal e kalma" karein, yani communication, modern communication, printing, press,</w:t>
      </w:r>
    </w:p>
    <w:p>
      <w:pPr>
        <w:jc w:val="right"/>
      </w:pPr>
      <w:r>
        <w:t>اس میں دیکھیے، اللہ تعالی نے وہ سارے اسباب پیدا کر دیے جس کو اویل کر کے آپ "ادخال کلمہ" کریں، یعنی کمیونیکیشن، ماڈرن کمیونیکیشن، پرنٹنگ، پریس،</w:t>
      </w:r>
    </w:p>
    <w:p>
      <w:r>
        <w:rPr>
          <w:b/>
        </w:rPr>
        <w:t xml:space="preserve">[30:44] </w:t>
      </w:r>
      <w:r>
        <w:t>freedom, democracy. har cheez, har cheez, har</w:t>
      </w:r>
    </w:p>
    <w:p>
      <w:pPr>
        <w:jc w:val="right"/>
      </w:pPr>
      <w:r>
        <w:t>فریڈم، ڈیموکریسی۔ ہر چیز، ہر چیز، ہر</w:t>
      </w:r>
    </w:p>
    <w:p>
      <w:r>
        <w:rPr>
          <w:b/>
        </w:rPr>
        <w:t xml:space="preserve">[30:48] </w:t>
      </w:r>
      <w:r>
        <w:t>cheez isi mein. mein is ko facebook ke shumar karta hoon ke free mein duniya pahunchate rahiye apna paisa. to "adkhal e kalma" ke saare halaat Allah taala ne jama kar diye thay.</w:t>
      </w:r>
    </w:p>
    <w:p>
      <w:pPr>
        <w:jc w:val="right"/>
      </w:pPr>
      <w:r>
        <w:t>چیز اسی میں۔ میں اس کو فیس بک کے شمار کرتا ہوں کہ فری میں دنیا پہنچاتے رہیے اپنا پیسہ۔ تو "ادخال کلمہ" کے سارے حالات اللہ تعالی نے جمع کر دیے تھے۔</w:t>
      </w:r>
    </w:p>
    <w:p>
      <w:r>
        <w:rPr>
          <w:b/>
        </w:rPr>
        <w:t xml:space="preserve">[31:02] </w:t>
      </w:r>
      <w:r>
        <w:t>ab aap ko karna hai ke woh, yani jo is mein insan ka jo role hai, woh karein.</w:t>
      </w:r>
    </w:p>
    <w:p>
      <w:pPr>
        <w:jc w:val="right"/>
      </w:pPr>
      <w:r>
        <w:t>اب آپ کو کرنا ہے کہ وہ، یعنی جو اس میں انسان کا جو رول ہے، وہ کریں۔</w:t>
      </w:r>
    </w:p>
    <w:p>
      <w:r>
        <w:rPr>
          <w:b/>
        </w:rPr>
        <w:t xml:space="preserve">[31:10] </w:t>
      </w:r>
      <w:r>
        <w:t>insan, lekin chunke musalman democracy ko samajhte nahi, modern world ko samajhte nahi, modern age ko samajhte nahi, speed of age ko jante nahi, yeh abhi tak is ko avail hi nahi kar sake.</w:t>
      </w:r>
    </w:p>
    <w:p>
      <w:pPr>
        <w:jc w:val="right"/>
      </w:pPr>
      <w:r>
        <w:t>انسان، لیکن چونکہ مسلمان ڈیموکریسی کو سمجھتے نہیں، ماڈرن ورلڈ کو سمجھتے نہیں، ماڈرن ایج کو سمجھتے نہیں، اسپیڈ آف ایج کو جانتے نہیں، یہ ابھی تک اس کو اویل ہی نہیں کر سکے۔</w:t>
      </w:r>
    </w:p>
    <w:p>
      <w:r>
        <w:rPr>
          <w:b/>
        </w:rPr>
        <w:t xml:space="preserve">[31:23] </w:t>
      </w:r>
      <w:r>
        <w:t>woh to ladte phirte hain, ladte phirte hain, nafrat karte hain. sab ko samajhte hain ke hamare dushman hain, sab ko samajhte hain ke woh conspirator hain, sab ko samajhte hain ke woh zalim hain.</w:t>
      </w:r>
    </w:p>
    <w:p>
      <w:pPr>
        <w:jc w:val="right"/>
      </w:pPr>
      <w:r>
        <w:t>وہ تو لڑتے پھرتے ہیں، لڑتے پھرتے ہیں، نفرت کرتے ہیں۔ سب کو سمجھتے ہیں کہ ہمارے دشمن ہیں، سب کو سمجھتے ہیں کہ وہ کانسپریٹر ہیں، سب کو سمجھتے ہیں کہ وہ ظالم ہیں۔</w:t>
      </w:r>
    </w:p>
    <w:p>
      <w:r>
        <w:rPr>
          <w:b/>
        </w:rPr>
        <w:t xml:space="preserve">[31:34] </w:t>
      </w:r>
      <w:r>
        <w:t>to saari opportunities jo hain, in ko avail karne ka sirf hamari team kar rahi hai. hamari team</w:t>
      </w:r>
    </w:p>
    <w:p>
      <w:pPr>
        <w:jc w:val="right"/>
      </w:pPr>
      <w:r>
        <w:t>تو ساری اپرچونیٹیز جو ہیں، ان کو اویل کرنے کا صرف ہماری ٹیم کر رہی ہے۔ ہماری ٹیم</w:t>
      </w:r>
    </w:p>
    <w:p>
      <w:r>
        <w:rPr>
          <w:b/>
        </w:rPr>
        <w:t xml:space="preserve">[31:40] </w:t>
      </w:r>
      <w:r>
        <w:t>duniya mein koi kar hi nahi raha.</w:t>
      </w:r>
    </w:p>
    <w:p>
      <w:pPr>
        <w:jc w:val="right"/>
      </w:pPr>
      <w:r>
        <w:t>دنیا میں کوئی کر ہی نہیں رہا۔</w:t>
      </w:r>
    </w:p>
    <w:p>
      <w:r>
        <w:rPr>
          <w:b/>
        </w:rPr>
        <w:t xml:space="preserve">[31:44] </w:t>
      </w:r>
      <w:r>
        <w:t>aur jante hain, yeh mamooli baat nahi hai. is ke maani kya hain? khuda ki scheme ke baray mein anda bane rehna.</w:t>
      </w:r>
    </w:p>
    <w:p>
      <w:pPr>
        <w:jc w:val="right"/>
      </w:pPr>
      <w:r>
        <w:t>اور جانتے ہیں، یہ معمولی بات نہیں ہے۔ اس کے معنی کیا ہیں؟ خدا کی اسکیم کے بارے میں اندھا بنے رہنا۔</w:t>
      </w:r>
    </w:p>
    <w:p>
      <w:r>
        <w:rPr>
          <w:b/>
        </w:rPr>
        <w:t xml:space="preserve">[31:56] </w:t>
      </w:r>
      <w:r>
        <w:t>khuda ki scheme hai, khuda ka aik, khuda ne aik mauqa khola hai, is ke baray mein andhe bane hue hain. aap</w:t>
      </w:r>
    </w:p>
    <w:p>
      <w:pPr>
        <w:jc w:val="right"/>
      </w:pPr>
      <w:r>
        <w:t>خدا کی اسکیم ہے، خدا کا ایک، خدا نے ایک موقع کھولا ہے، اس کے بارے میں اندھے بنے ہوئے ہیں۔ آپ</w:t>
      </w:r>
    </w:p>
    <w:p>
      <w:r>
        <w:rPr>
          <w:b/>
        </w:rPr>
        <w:t xml:space="preserve">[32:08] </w:t>
      </w:r>
      <w:r>
        <w:t>dekhein, aik aik hadith mein aap ko sunaoonga. aik hadith hai ke aik misaal ki zaban mein ke aik kisan, aap mein se jo log gaon mein ka tajurba rakhte hon, woh samjhenge is baat ko ke gaon mein kisan ke paas bail hota hai.</w:t>
      </w:r>
    </w:p>
    <w:p>
      <w:pPr>
        <w:jc w:val="right"/>
      </w:pPr>
      <w:r>
        <w:t>دیکھیں، ایک ایک حدیث میں آپ کو سناؤں گا۔ ایک حدیث ہے کہ ایک مثال کی زبان میں کہ ایک کسان، آپ میں سے جو لوگ گاؤں میں کا تجربہ رکھتے ہوں، وہ سمجھیں گے اس بات کو کہ گاؤں میں کسان کے پاس بیل ہوتا ہے۔</w:t>
      </w:r>
    </w:p>
    <w:p>
      <w:r>
        <w:rPr>
          <w:b/>
        </w:rPr>
        <w:t xml:space="preserve">[32:30] </w:t>
      </w:r>
      <w:r>
        <w:t>is shahar mein is ko aap shayad poori tarah na samajh sakein.</w:t>
      </w:r>
    </w:p>
    <w:p>
      <w:pPr>
        <w:jc w:val="right"/>
      </w:pPr>
      <w:r>
        <w:t>اس شہر میں اس کو آپ شاید پوری طرح نہ سمجھ سکیں۔</w:t>
      </w:r>
    </w:p>
    <w:p>
      <w:r>
        <w:rPr>
          <w:b/>
        </w:rPr>
        <w:t xml:space="preserve">[32:34] </w:t>
      </w:r>
      <w:r>
        <w:t>gaon mein aaj kisan ke paas, yani farmer jo hota hai, uska bail hota hai. ab to tractor aa gaye hain, lekin yeh bail ke zamane ki baat ko le kar misaal di gayi hai.</w:t>
      </w:r>
    </w:p>
    <w:p>
      <w:pPr>
        <w:jc w:val="right"/>
      </w:pPr>
      <w:r>
        <w:t>گاؤں میں آج کسان کے پاس، یعنی فارمر جو ہوتا ہے، اس کا بیل ہوتا ہے۔ اب تو ٹریکٹر آ گئے ہیں، لیکن یہ بیل کے زمانے کی بات کو لے کر مثال دی گئی ہے۔</w:t>
      </w:r>
    </w:p>
    <w:p>
      <w:r>
        <w:rPr>
          <w:b/>
        </w:rPr>
        <w:t xml:space="preserve">[32:48] </w:t>
      </w:r>
      <w:r>
        <w:t>to gaon mein aik kis farmer ya aik kisan apne bail ko kabhi bandhta hai peR ke neeche, kabhi is ko bandhta hai woh jahan khane peene ke rehta hai, uska wahan bandhta hai,</w:t>
      </w:r>
    </w:p>
    <w:p>
      <w:pPr>
        <w:jc w:val="right"/>
      </w:pPr>
      <w:r>
        <w:t>تو گاؤں میں ایک کس فارمر یا ایک کسان اپنے بیل کو کبھی باندھتا ہے پیڑ کے نیچے، کبھی اس کو باندھتا ہے وہ جہاں کھانے پینے کے رہتا ہے، اس کا وہاں باندھتا ہے،</w:t>
      </w:r>
    </w:p>
    <w:p>
      <w:r>
        <w:rPr>
          <w:b/>
        </w:rPr>
        <w:t xml:space="preserve">[33:05] </w:t>
      </w:r>
      <w:r>
        <w:t>kabhi kahin aur bandhta hai, yani is ka jagah badalta hai. to is mein hai ke momin misaal di gayi ke yahi muamla momin aur munafiq ka hai.</w:t>
      </w:r>
    </w:p>
    <w:p>
      <w:pPr>
        <w:jc w:val="right"/>
      </w:pPr>
      <w:r>
        <w:t>کبھی کہیں اور باندھتا ہے، یعنی اس کا جگہ بدلتا ہے۔ تو اس میں ہے کہ مومن مثال دی گئی کہ یہی معاملہ مومن اور منافق کا ہے۔</w:t>
      </w:r>
    </w:p>
    <w:p>
      <w:r>
        <w:rPr>
          <w:b/>
        </w:rPr>
        <w:t xml:space="preserve">[33:20] </w:t>
      </w:r>
      <w:r>
        <w:t>jab kisan kholta hai aur bandhta hai to woh janta hai ke maine kis liye is ko yahan se wahan bandha. yani ke bail ko kuch pata nahi, bail ko kuch pata nahi.</w:t>
      </w:r>
    </w:p>
    <w:p>
      <w:pPr>
        <w:jc w:val="right"/>
      </w:pPr>
      <w:r>
        <w:t>جب کسان کھولتا ہے اور باندھتا ہے تو وہ جانتا ہے کہ میں نے کس لیے اس کو یہاں سے وہاں باندھا۔ یعنی کہ بیل کو کچھ پتہ نہیں، بیل کو کچھ پتہ نہیں۔</w:t>
      </w:r>
    </w:p>
    <w:p>
      <w:r>
        <w:rPr>
          <w:b/>
        </w:rPr>
        <w:t xml:space="preserve">[33:31] </w:t>
      </w:r>
      <w:r>
        <w:t>to is mein hadith mein aata hai ke momin jaan leta hai ke mujhe kisan ne yahan kyun bandha, wahan kyun bandha. munafiq ko is ka pata nahi hota.</w:t>
      </w:r>
    </w:p>
    <w:p>
      <w:pPr>
        <w:jc w:val="right"/>
      </w:pPr>
      <w:r>
        <w:t>تو اس میں حدیث میں آتا ہے کہ مومن جان لیتا ہے کہ مجھے کسان نے یہاں کیوں باندھا، وہاں کیوں باندھا۔ منافق کو اس کا پتہ نہیں ہوتا۔</w:t>
      </w:r>
    </w:p>
    <w:p>
      <w:r>
        <w:rPr>
          <w:b/>
        </w:rPr>
        <w:t xml:space="preserve">[33:42] </w:t>
      </w:r>
      <w:r>
        <w:t>is ke maani hain ke agar aap khuda ki khuli hui opportunity ko na jaane to aap kis, aap mein bracket kahan ho rahe hain, kahan bracket ho rahe hain?</w:t>
      </w:r>
    </w:p>
    <w:p>
      <w:pPr>
        <w:jc w:val="right"/>
      </w:pPr>
      <w:r>
        <w:t>اس کے معنی ہیں کہ اگر آپ خدا کی کھلی ہوئی اپرچونیٹی کو نہ جانیں تو آپ کس، آپ میں بریکٹ کہاں ہو رہے ہیں، کہاں بریکٹ ہو رہے ہیں؟</w:t>
      </w:r>
    </w:p>
    <w:p>
      <w:r>
        <w:rPr>
          <w:b/>
        </w:rPr>
        <w:t xml:space="preserve">[33:58] </w:t>
      </w:r>
      <w:r>
        <w:t>yeh mamooli baat nahi hai jo is zamane mein yeh mauqa khule hain. modern communication, modern yeh jo communication hai, inter-worlds, global interaction ho raha hai, aana jana laga hua hai.</w:t>
      </w:r>
    </w:p>
    <w:p>
      <w:pPr>
        <w:jc w:val="right"/>
      </w:pPr>
      <w:r>
        <w:t>یہ معمولی بات نہیں ہے جو اس زمانے میں یہ موقع کھلے ہیں۔ ماڈرن کمیونیکیشن، ماڈرن یہ جو کمیونیکیشن ہے، انٹرورٹس، گلوبل انٹریکشن ہو رہا ہے، آنا جانا لگا ہوا ہے۔</w:t>
      </w:r>
    </w:p>
    <w:p>
      <w:r>
        <w:rPr>
          <w:b/>
        </w:rPr>
        <w:t xml:space="preserve">[34:16] </w:t>
      </w:r>
      <w:r>
        <w:t>freedom, azadi mil gayi aap ko, freedom of expression mil gaya aap ko. yeh mumkin hoga ke kitab aap chhapen. pehle kahan chhapayi mumkin hua karti thi?</w:t>
      </w:r>
    </w:p>
    <w:p>
      <w:pPr>
        <w:jc w:val="right"/>
      </w:pPr>
      <w:r>
        <w:t>فریڈم، آزادی مل گئی آپ کو، فریڈم آف ایکسپریشن مل گیا آپ کو۔ یہ ممکن ہوگا کہ کتاب آپ چھاپیں۔ پہلے کہاں چھپائی ممکن ہوا کرتی تھی؟</w:t>
      </w:r>
    </w:p>
    <w:p>
      <w:r>
        <w:rPr>
          <w:b/>
        </w:rPr>
        <w:t xml:space="preserve">[34:28] </w:t>
      </w:r>
      <w:r>
        <w:t>pehlay to chhapayi ho nahi sakti thi. munh say aap boliye, sunnay wala suna, suna nahi to nahi suna. ab aap multimedia jo hai, yani print media aur electronic media kay mil kar kay aap sari dunya mein pohancha saktay hain.</w:t>
      </w:r>
    </w:p>
    <w:p>
      <w:pPr>
        <w:jc w:val="right"/>
      </w:pPr>
      <w:r>
        <w:t>پہلے تو چھپائی ہو نہیں سکتی تھی۔ منہ سے آپ بولیے، سننے والا سنا، سنا نہیں تو نہیں سنا۔ اب آپ ملٹی میڈیا جو ہے، یعنی پرنٹ میڈیا اور الیکٹرانک میڈیا کے مل کر کے آپ ساری دنیا میں پہنچا سکتے ہیں۔</w:t>
      </w:r>
    </w:p>
    <w:p>
      <w:r>
        <w:rPr>
          <w:b/>
        </w:rPr>
        <w:t xml:space="preserve">[34:41] </w:t>
      </w:r>
      <w:r>
        <w:t>word of god, itni sari opportunities khul gayi hain. ab agar aap is ko na janiye, is ko avail na karein to aap apnay aap ko kahan bracket kar rahay hain?</w:t>
      </w:r>
    </w:p>
    <w:p>
      <w:pPr>
        <w:jc w:val="right"/>
      </w:pPr>
      <w:r>
        <w:t>ورڈ آف گاڈ، اتنی ساری اپرچونیٹیز کھل گئی ہیں۔ اب اگر آپ اس کو نہ جانیں، اس کو اویل نہ کریں تو آپ اپنے آپ کو کہاں بریکٹ کر رہے ہیں؟</w:t>
      </w:r>
    </w:p>
    <w:p>
      <w:r>
        <w:rPr>
          <w:b/>
        </w:rPr>
        <w:t xml:space="preserve">[34:55] </w:t>
      </w:r>
      <w:r>
        <w:t>munafiqeen kay sath bracket kar rahay hain.</w:t>
      </w:r>
    </w:p>
    <w:p>
      <w:pPr>
        <w:jc w:val="right"/>
      </w:pPr>
      <w:r>
        <w:t>منافقین کے ساتھ بریکٹ کر رہے ہیں۔</w:t>
      </w:r>
    </w:p>
    <w:p>
      <w:r>
        <w:rPr>
          <w:b/>
        </w:rPr>
        <w:t xml:space="preserve">[35:00] </w:t>
      </w:r>
      <w:r>
        <w:t>to sirf is liye kay aap apnay is model ki bina par, jo kingship ka model hai, wo chahtay hain kay bas sab kuch meray liye ho, doosray kay liye kuch na ho.</w:t>
      </w:r>
    </w:p>
    <w:p>
      <w:pPr>
        <w:jc w:val="right"/>
      </w:pPr>
      <w:r>
        <w:t>تو صرف اس لیے کہ آپ اپنے اس ماڈل کی بنا پر، جو کنگ شپ کا ماڈل ہے، وہ چاہتے ہیں کہ بس سب کچھ میرے لیے ہو، دوسرے کے لیے کچھ نہ ہو۔</w:t>
      </w:r>
    </w:p>
    <w:p>
      <w:r>
        <w:rPr>
          <w:b/>
        </w:rPr>
        <w:t xml:space="preserve">[35:15] </w:t>
      </w:r>
      <w:r>
        <w:t>cheen o arab hamara, hindustan hamara, muslim hamara, sara jahan hamara. yeh yeh yeh mindset kingship mein bana tha. agar sari dunya hamari hai, kyunkay hum emperor hain dunya kay,</w:t>
      </w:r>
    </w:p>
    <w:p>
      <w:pPr>
        <w:jc w:val="right"/>
      </w:pPr>
      <w:r>
        <w:t>چین و عرب ہمارا، ہندوستان ہمارا، مسلم ہمارا، سارا جہاں ہمارا۔ یہ یہ یہ مائنڈ سیٹ کنگ شپ میں بنا تھا۔ اگر ساری دنیا ہماری ہے، کیونکہ ہم ایمپرر ہیں دنیا کے،</w:t>
      </w:r>
    </w:p>
    <w:p>
      <w:r>
        <w:rPr>
          <w:b/>
        </w:rPr>
        <w:t xml:space="preserve">[35:28] </w:t>
      </w:r>
      <w:r>
        <w:t>khaleefa ka matlab practically emperor hua karta tha.</w:t>
      </w:r>
    </w:p>
    <w:p>
      <w:pPr>
        <w:jc w:val="right"/>
      </w:pPr>
      <w:r>
        <w:t>خلیفہ کا مطلب پریکٹیکلی ایمپرر ہوا کرتا تھا۔</w:t>
      </w:r>
    </w:p>
    <w:p>
      <w:r>
        <w:rPr>
          <w:b/>
        </w:rPr>
        <w:t xml:space="preserve">[35:42] </w:t>
      </w:r>
      <w:r>
        <w:t>alhamdulillah, wasainullah, wal arabulah, wal kullullah. yeh hai sab kuch hamara, sab kuch hamara. to democracy nay is ko demolish kar diya, is kay sab kuch tumhara nahi hai, sab kuch sab ka hai,</w:t>
      </w:r>
    </w:p>
    <w:p>
      <w:pPr>
        <w:jc w:val="right"/>
      </w:pPr>
      <w:r>
        <w:t>الحمدللہ، وسین اللہ، والعرب اللہ، والکل اللہ۔ یہ ہے سب کچھ ہمارا، سب کچھ ہمارا۔ تو ڈیموکریسی نے اس کو ڈیمولش کر دیا، اس کہ سب کچھ تمہارا نہیں ہے، سب کچھ سب کا ہے،</w:t>
      </w:r>
    </w:p>
    <w:p>
      <w:r>
        <w:rPr>
          <w:b/>
        </w:rPr>
        <w:t xml:space="preserve">[35:58] </w:t>
      </w:r>
      <w:r>
        <w:t>sab kuch sab ka hai, sab kuch tumhara nahi hai. lekin hamaray jitnay bhi likhnay walay hain, chahay shair hon ya speaker hon, yahi boliye, abhi bhi bol rahay hain, abhi bhi bol rahay hain.</w:t>
      </w:r>
    </w:p>
    <w:p>
      <w:pPr>
        <w:jc w:val="right"/>
      </w:pPr>
      <w:r>
        <w:t>سب کچھ سب کا ہے، سب کچھ تمہارا نہیں ہے۔ لیکن ہمارے جتنے بھی لکھنے والے ہیں، چاہے شاعر ہوں یا اسپیکر ہوں، یہی بولیے، ابھی بھی بول رہے ہیں، ابھی بھی بول رہے ہیں۔</w:t>
      </w:r>
    </w:p>
    <w:p>
      <w:r>
        <w:rPr>
          <w:b/>
        </w:rPr>
        <w:t xml:space="preserve">[36:14] </w:t>
      </w:r>
      <w:r>
        <w:t>abhi meray pas aik diary aayi, aik bohat bari organization hai, muslim organization, isi 2010 ki. is par likha hua hai kay shola ban kar phoonk day khasha kay ghairullah</w:t>
      </w:r>
    </w:p>
    <w:p>
      <w:pPr>
        <w:jc w:val="right"/>
      </w:pPr>
      <w:r>
        <w:t>ابھی میرے پاس ایک ڈائری آئی، ایک بہت بڑی ارگنائزیشن ہے، مسلم ارگنائزیشن، اسی 2010 کی۔ اس پر لکھا ہوا ہے کہ شعلہ بن کر پھونک دے خاشا کے غیر اللہ</w:t>
      </w:r>
    </w:p>
    <w:p>
      <w:r>
        <w:rPr>
          <w:b/>
        </w:rPr>
        <w:t xml:space="preserve">[36:27] </w:t>
      </w:r>
      <w:r>
        <w:t>ko, khauf e batil kiya kiya hai, gharaat karay batil buto. yani 2010 mein bhi wohi dohra rahay hain.</w:t>
      </w:r>
    </w:p>
    <w:p>
      <w:pPr>
        <w:jc w:val="right"/>
      </w:pPr>
      <w:r>
        <w:t>کو، خوف باطل کیا کیا ہے، غارت کرے باطل بتو۔ یعنی 2010 میں بھی وہی دہرا رہے ہیں۔</w:t>
      </w:r>
    </w:p>
    <w:p>
      <w:r>
        <w:rPr>
          <w:b/>
        </w:rPr>
        <w:t xml:space="preserve">[36:39] </w:t>
      </w:r>
      <w:r>
        <w:t>to Allah taala nay saray halaat ikatha kar diye aur kuch bandon ko tofeeq di kay unhon nay aisa tarjuma e quran tayyar kiya.</w:t>
      </w:r>
    </w:p>
    <w:p>
      <w:pPr>
        <w:jc w:val="right"/>
      </w:pPr>
      <w:r>
        <w:t>تو اللہ تعالی نے سارے حالات اکٹھا کر دیے اور کچھ بندوں کو توفیق دی کہ انہوں نے ایسا ترجمہ قرآن تیار کیا۔</w:t>
      </w:r>
    </w:p>
    <w:p>
      <w:r>
        <w:rPr>
          <w:b/>
        </w:rPr>
        <w:t xml:space="preserve">[36:50] </w:t>
      </w:r>
      <w:r>
        <w:t>hamari team ka yeh bohat bara karkhana hai kay quran ka angrezi tarjuma aisa</w:t>
      </w:r>
    </w:p>
    <w:p>
      <w:pPr>
        <w:jc w:val="right"/>
      </w:pPr>
      <w:r>
        <w:t>ہماری ٹیم کا یہ بہت بڑا کارنامہ ہے کہ قرآن کا انگریزی ترجمہ ایسا</w:t>
      </w:r>
    </w:p>
    <w:p>
      <w:r>
        <w:rPr>
          <w:b/>
        </w:rPr>
        <w:t xml:space="preserve">[36:55] </w:t>
      </w:r>
      <w:r>
        <w:t>tayyar hua. yeh tarjuma jo tayyar hua hai, yeh poori team is mein involve hai. poori team is is tarjumay ko tayyar karna, is ko chhapwana, is ko manage karna, yeh sab is mein poori team involve hai.</w:t>
      </w:r>
    </w:p>
    <w:p>
      <w:pPr>
        <w:jc w:val="right"/>
      </w:pPr>
      <w:r>
        <w:t>تیار ہوا۔ یہ ترجمہ جو تیار ہوا ہے، یہ پوری ٹیم اس میں انوالو ہے۔ پوری ٹیم اس اس ترجمے کو تیار کرنا، اس کو چھپوانا، اس کو مینج کرنا، یہ سب اس میں پوری ٹیم انوالو ہے۔</w:t>
      </w:r>
    </w:p>
    <w:p>
      <w:r>
        <w:rPr>
          <w:b/>
        </w:rPr>
        <w:t xml:space="preserve">[37:11] </w:t>
      </w:r>
      <w:r>
        <w:t>times of India mein is par tabsarah aaya hai, review aaya hai, jo yahan say hamaray say jo translation chhapwaya quran majeed ka, to is mein kehta hai kay 50 tarjumay angrezi mein quran kay taqreeban ho chukay hain,</w:t>
      </w:r>
    </w:p>
    <w:p>
      <w:pPr>
        <w:jc w:val="right"/>
      </w:pPr>
      <w:r>
        <w:t>ٹائمز آف انڈیا میں اس پر تبصرہ آیا ہے، ریویو آیا ہے، جو یہاں سے ہمارے سے جو ٹرانسلیشن چھپایا قرآن مجید کا، تو اس میں کہتا ہے کہ 50 ترجمے انگریزی میں قرآن کے تقریباً ہو چکے ہیں،</w:t>
      </w:r>
    </w:p>
    <w:p>
      <w:r>
        <w:rPr>
          <w:b/>
        </w:rPr>
        <w:t xml:space="preserve">[37:27] </w:t>
      </w:r>
      <w:r>
        <w:t>lekin in translations jo hotay hain, is mein clarity nahi hai, confusion hai.</w:t>
      </w:r>
    </w:p>
    <w:p>
      <w:pPr>
        <w:jc w:val="right"/>
      </w:pPr>
      <w:r>
        <w:t>لیکن ان ٹرانسلیشنز جو ہوتے ہیں، اس میں کلیرٹی نہیں ہے، کنفیوژن ہے۔</w:t>
      </w:r>
    </w:p>
    <w:p>
      <w:r>
        <w:rPr>
          <w:b/>
        </w:rPr>
        <w:t xml:space="preserve">[37:35] </w:t>
      </w:r>
      <w:r>
        <w:t>yeh aik hi aisa translation hai jo bilkul clear hai, parhiye aur samajhtay jaiye, parhtay jaiye, samajhtay jaiye. to bohat hi meaningful is ka wo lagaya hai, us nay is ka jo caption "not lost in translations" wo review jo chhapah,</w:t>
      </w:r>
    </w:p>
    <w:p>
      <w:pPr>
        <w:jc w:val="right"/>
      </w:pPr>
      <w:r>
        <w:t>یہ ایک ہی ایسا ٹرانسلیشن ہے جو بالکل کلیئر ہے، پڑھیے اور سمجھتے جائیے، پڑھتے جائیے، سمجھتے جائیے۔ تو بہت ہی میننگ فل اس کا وہ لگایا ہے، اس نے اس کا جو کیپشن "ناٹ لاسٹ ان ٹرانسلیشنز" وہ ریویو جو چھپا ہے،</w:t>
      </w:r>
    </w:p>
    <w:p>
      <w:r>
        <w:rPr>
          <w:b/>
        </w:rPr>
        <w:t xml:space="preserve">[37:56] </w:t>
      </w:r>
      <w:r>
        <w:t>us ka caption lagaya hai us nay times of India mein. "not lost in translations"</w:t>
      </w:r>
    </w:p>
    <w:p>
      <w:pPr>
        <w:jc w:val="right"/>
      </w:pPr>
      <w:r>
        <w:t>اس کا کیپشن لگایا ہے اس نے ٹائمز آف انڈیا میں۔ "ناٹ لاسٹ ان ٹرانسلیشنز"</w:t>
      </w:r>
    </w:p>
    <w:p>
      <w:r>
        <w:rPr>
          <w:b/>
        </w:rPr>
        <w:t xml:space="preserve">[38:03] </w:t>
      </w:r>
      <w:r>
        <w:t>yani yeh aik aisa translation hai jis kay andar quran ki meaning jo hai, gum nahi ho gayi.</w:t>
      </w:r>
    </w:p>
    <w:p>
      <w:pPr>
        <w:jc w:val="right"/>
      </w:pPr>
      <w:r>
        <w:t>یعنی یہ ایک ایسا ٹرانسلیشن ہے جس کے اندر قرآن کی میننگ جو ہے، گم نہیں ہو گئی۔</w:t>
      </w:r>
    </w:p>
    <w:p>
      <w:r>
        <w:rPr>
          <w:b/>
        </w:rPr>
        <w:t xml:space="preserve">[38:12] </w:t>
      </w:r>
      <w:r>
        <w:t>yeh Allah taala nay hamari team ko moqa diya kay aisa tarjuma tayyar karein, is ko chhapayein aur chhap kay zariye hum phailayein. to behr-haal is zamanay kay musalmanon mein jitna bhi aap dekhtay hain, hamesha react kartay hain.</w:t>
      </w:r>
    </w:p>
    <w:p>
      <w:pPr>
        <w:jc w:val="right"/>
      </w:pPr>
      <w:r>
        <w:t>یہ اللہ تعالی نے ہماری ٹیم کو موقع دیا کہ ایسا ترجمہ تیار کریں، اس کو چھاپیں اور چھاپ کے ذریعے ہم پھیلائیں۔ تو بہرحال اس زمانے کے مسلمانوں میں جتنا بھی آپ دیکھتے ہیں، ہمیشہ ری ایکٹ کرتے ہیں۔</w:t>
      </w:r>
    </w:p>
    <w:p>
      <w:r>
        <w:rPr>
          <w:b/>
        </w:rPr>
        <w:t xml:space="preserve">[38:24] </w:t>
      </w:r>
      <w:r>
        <w:t>wo aaj bhi paper mein parha mein nay, aaj hi kay prime minister kay pas aik team gayi hai.</w:t>
      </w:r>
    </w:p>
    <w:p>
      <w:pPr>
        <w:jc w:val="right"/>
      </w:pPr>
      <w:r>
        <w:t>وہ آج بھی پیپر میں پڑھا میں نے، آج ہی کہ پرائم منسٹر کے پاس ایک ٹیم گئی ہے۔</w:t>
      </w:r>
    </w:p>
    <w:p>
      <w:r>
        <w:rPr>
          <w:b/>
        </w:rPr>
        <w:t xml:space="preserve">[38:30] </w:t>
      </w:r>
      <w:r>
        <w:t>saray musalmanon kay jitnay bhi so called leaders hain, prime minister ja kar demand karnay gaye hain kay hum musalmanon kay liye yeh hona chahiye, musalmanon kay liye wo hona chahiye.</w:t>
      </w:r>
    </w:p>
    <w:p>
      <w:pPr>
        <w:jc w:val="right"/>
      </w:pPr>
      <w:r>
        <w:t>سارے مسلمانوں کے جتنے بھی سو کالڈ لیڈرز ہیں، پرائم منسٹر جا کے ڈیمانڈ کرنے گئے ہیں کہ ہم مسلمانوں کے لیے یہ ہونا چاہیے، مسلمانوں کے لیے وہ ہونا چاہیے۔</w:t>
      </w:r>
    </w:p>
    <w:p>
      <w:r>
        <w:rPr>
          <w:b/>
        </w:rPr>
        <w:t xml:space="preserve">[38:42] </w:t>
      </w:r>
      <w:r>
        <w:t>yeh sab andha pan hai, yani Khuda nay jo moqa kholay hain, is ka pata nahi hai aur jo prime minister kay hath mein hai, is ka pata hai. unhein</w:t>
      </w:r>
    </w:p>
    <w:p>
      <w:pPr>
        <w:jc w:val="right"/>
      </w:pPr>
      <w:r>
        <w:t>یہ سب اندھا پن ہے، یعنی خدا نے جو موقع کھولے ہیں، اس کا پتہ نہیں ہے اور جو پرائم منسٹر کے ہاتھ میں ہے، اس کا پتہ ہے۔ انہیں</w:t>
      </w:r>
    </w:p>
    <w:p>
      <w:r>
        <w:rPr>
          <w:b/>
        </w:rPr>
        <w:t xml:space="preserve">[38:51] </w:t>
      </w:r>
      <w:r>
        <w:t>aap to ghore kijiye, aaj jo freedom mila hua hai, aap ko global interaction ho raha hai aur aik ajeeb o ghareeb baat yeh hai kay logon ko piyas ho gayi hai jan-nay kay liye.</w:t>
      </w:r>
    </w:p>
    <w:p>
      <w:pPr>
        <w:jc w:val="right"/>
      </w:pPr>
      <w:r>
        <w:t>آپ تو غور کیجئے، آج جو فریڈم ملا ہوا ہے، آپ کو گلوبل انٹریکشن ہو رہا ہے اور ایک عجیب و غریب بات یہ ہے کہ لوگوں کو پیاس ہو گئی ہے کہ جاننے کے لیے۔</w:t>
      </w:r>
    </w:p>
    <w:p>
      <w:r>
        <w:rPr>
          <w:b/>
        </w:rPr>
        <w:t xml:space="preserve">[39:05] </w:t>
      </w:r>
      <w:r>
        <w:t>jahan bhi hamaray log jatay hain quran ko lay kar kay, sab kehtay hain bhaiy day do aap ko to aap to hum koi to parhna chahtay thay bohat din say, kyunkay bohat barson say logon nay tajurbay kiye,</w:t>
      </w:r>
    </w:p>
    <w:p>
      <w:pPr>
        <w:jc w:val="right"/>
      </w:pPr>
      <w:r>
        <w:t>جہاں بھی ہمارے لوگ جاتے ہیں قرآن کو لے کر کے، سب کہتے ہیں بھئی دیو آپ کو تو آپ تو ہم کوئی تو پڑھنا چاہتے تھے بہت دن سے، کیونکہ بہت برسوں سے لوگوں نے تجربے کیے،</w:t>
      </w:r>
    </w:p>
    <w:p>
      <w:r>
        <w:rPr>
          <w:b/>
        </w:rPr>
        <w:t xml:space="preserve">[39:19] </w:t>
      </w:r>
      <w:r>
        <w:t>communism ka tajurba, socialism ka tajurba, bohat saray ilm niklay, bohat saray cheezein nikli, lekin logon ko nay paya kay is mein kisi mein un ko un ki rooh ko solace nahi hai.</w:t>
      </w:r>
    </w:p>
    <w:p>
      <w:pPr>
        <w:jc w:val="right"/>
      </w:pPr>
      <w:r>
        <w:t>کمیونزم کا تجربہ، سوشلزم کا تجربہ، بہت سارے علم نکلے، بہت سارے چیزیں نکلیں، لیکن لوگوں کو نے پایا کہ اس میں کسی میں ان کو ان کی روح کو سولس نہیں ہے۔</w:t>
      </w:r>
    </w:p>
    <w:p>
      <w:r>
        <w:rPr>
          <w:b/>
        </w:rPr>
        <w:t xml:space="preserve">[39:33] </w:t>
      </w:r>
      <w:r>
        <w:t>un ko, un ko jo andar un ki jo mang hai, woh poori nahin karta. un mein se koi cheez to woh aik aur cheez ki talash mein, aik aur sachai ki talash mein.</w:t>
      </w:r>
    </w:p>
    <w:p>
      <w:pPr>
        <w:jc w:val="right"/>
      </w:pPr>
      <w:r>
        <w:t>ان کو، ان کو جو اندر ان کی جو مانگ ہے، وہ پوری نہیں کرتا۔ ان میں سے کوئی چیز تو وہ ایک اور چیز کی تلاش میں، ایک اور سچائی کی تلاش میں۔</w:t>
      </w:r>
    </w:p>
    <w:p>
      <w:r>
        <w:rPr>
          <w:b/>
        </w:rPr>
        <w:t xml:space="preserve">[39:46] </w:t>
      </w:r>
      <w:r>
        <w:t>yeh aaj ka jo mind hai, aaj poori duniya mein woh yeh hai ke woh aik aur sachai ki talash mein hai. jaise us ne bread lene ki kitaab hai, us mein aik chapter us ka isi par hai,</w:t>
      </w:r>
    </w:p>
    <w:p>
      <w:pPr>
        <w:jc w:val="right"/>
      </w:pPr>
      <w:r>
        <w:t>یہ آج کا جو مائنڈ ہے، آج پوری دنیا میں وہ یہ ہے کہ وہ ایک اور سچائی کی تلاش میں ہے۔ جیسے اس نے بریڈ لینے کی کتاب ہے، اس میں ایک چیپٹر اس کا اسی پر ہے،</w:t>
      </w:r>
    </w:p>
    <w:p>
      <w:r>
        <w:rPr>
          <w:b/>
        </w:rPr>
        <w:t xml:space="preserve">[40:03] </w:t>
      </w:r>
      <w:r>
        <w:t>scientific religion. woh kehta hai ke hamein aik scientific religion chahiye.</w:t>
      </w:r>
    </w:p>
    <w:p>
      <w:pPr>
        <w:jc w:val="right"/>
      </w:pPr>
      <w:r>
        <w:t>سائنٹیفک ریلیجن۔ وہ کہتا ہے کہ ہمیں ایک سائنٹیفک ریلیجن چاہیے۔</w:t>
      </w:r>
    </w:p>
    <w:p>
      <w:r>
        <w:rPr>
          <w:b/>
        </w:rPr>
        <w:t xml:space="preserve">[40:12] </w:t>
      </w:r>
      <w:r>
        <w:t>to</w:t>
      </w:r>
    </w:p>
    <w:p>
      <w:pPr>
        <w:jc w:val="right"/>
      </w:pPr>
      <w:r>
        <w:t>تو</w:t>
      </w:r>
    </w:p>
    <w:p>
      <w:r>
        <w:rPr>
          <w:b/>
        </w:rPr>
        <w:t xml:space="preserve">[40:13] </w:t>
      </w:r>
      <w:r>
        <w:t>woh kya hai? woh aik aur sachai koi hogi jo abhi hum ne nahin paai. woh sachai hamein chahiye. isi liye itne shauq se log lete hain. abhi jo chupa hai, jo review times of India mein, us ke baad duniya bhar se mang chali aa rahi hai,</w:t>
      </w:r>
    </w:p>
    <w:p>
      <w:pPr>
        <w:jc w:val="right"/>
      </w:pPr>
      <w:r>
        <w:t>وہ کیا ہے؟ وہ ایک اور سچائی کوئی ہوگی جو ابھی ہم نے نہیں پائی۔ وہ سچائی ہمیں چاہیے۔ اسی لیے اتنے شوق سے لوگ لیتے ہیں۔ ابھی جو چھپا ہے، جو ریویو ٹائمز آف انڈیا میں، اس کے بعد دنیا بھر سے مانگ چلی آ رہی ہے،</w:t>
      </w:r>
    </w:p>
    <w:p>
      <w:r>
        <w:rPr>
          <w:b/>
        </w:rPr>
        <w:t xml:space="preserve">[40:32] </w:t>
      </w:r>
      <w:r>
        <w:t>kyun ke aap jante hain ke aaj kal ke paper jo hain, internet par aa jate hain. har jagah, har jagah mang hai, daily aati hai.</w:t>
      </w:r>
    </w:p>
    <w:p>
      <w:pPr>
        <w:jc w:val="right"/>
      </w:pPr>
      <w:r>
        <w:t>کیونکہ آپ جانتے ہیں کہ آج کل کے پیپر جو ہیں، انٹرنیٹ پر آ جاتے ہیں۔ ہر جگہ، ہر جگہ مانگ ہے، ڈیلی آتی ہے۔</w:t>
      </w:r>
    </w:p>
    <w:p>
      <w:r>
        <w:rPr>
          <w:b/>
        </w:rPr>
        <w:t xml:space="preserve">[40:43] </w:t>
      </w:r>
      <w:r>
        <w:t>kya hamein quran chahiye? hamein quran chahiye! hamein quran chahiye! Europe se, America se, Russia se, har jagah se. to aap ghor kijiye ke hamare so called leader jo hain, gaye hain prime minister ke paas kis liye?</w:t>
      </w:r>
    </w:p>
    <w:p>
      <w:pPr>
        <w:jc w:val="right"/>
      </w:pPr>
      <w:r>
        <w:t>کیا ہمیں قرآن چاہیے؟ ہمیں قرآن چاہیے! ہمیں قرآن چاہیے! یورپ سے، امریکہ سے، روس سے، ہر جگہ سے۔ تو آپ غور کیجئے کہ ہمارے سو کالڈ لیڈر جو ہیں، گئے ہیں پرائم منسٹر کے پاس کس لیے؟</w:t>
      </w:r>
    </w:p>
    <w:p>
      <w:r>
        <w:rPr>
          <w:b/>
        </w:rPr>
        <w:t xml:space="preserve">[40:58] </w:t>
      </w:r>
      <w:r>
        <w:t>ke musalmanon ko jawab do, musalmanon ko roshan do. aur doosri taraf Allah taala ne billion trillion dollar, billion trillion guna zyada bari opportunity khol di hai</w:t>
      </w:r>
    </w:p>
    <w:p>
      <w:pPr>
        <w:jc w:val="right"/>
      </w:pPr>
      <w:r>
        <w:t>کہ مسلمانوں کو جواب دو، مسلمانوں کو روشن دو۔ اور دوسری طرف اللہ تعالی نے بلین ٹریلین ڈالر، بلین ٹریلین گنا زیادہ بڑی اپرچونیٹی کھول دی ہے</w:t>
      </w:r>
    </w:p>
    <w:p>
      <w:r>
        <w:rPr>
          <w:b/>
        </w:rPr>
        <w:t xml:space="preserve">[41:13] </w:t>
      </w:r>
      <w:r>
        <w:t>dawat ke liye, khalq-e-kalma ke liye, Allah ki glory bayan karne ke liye. ab woh logon ko dikhai nahin deti,</w:t>
      </w:r>
    </w:p>
    <w:p>
      <w:pPr>
        <w:jc w:val="right"/>
      </w:pPr>
      <w:r>
        <w:t>دعوت کے لیے، خالق کلمہ کے لیے، اللہ کی گلوری بیان کرنے کے لیے۔ اب وہ لوگوں کو دکھائی نہیں دیتی،</w:t>
      </w:r>
    </w:p>
    <w:p>
      <w:r>
        <w:rPr>
          <w:b/>
        </w:rPr>
        <w:t xml:space="preserve">[41:23] </w:t>
      </w:r>
      <w:r>
        <w:t>isko avail karne ka jazba nahin paida hota.</w:t>
      </w:r>
    </w:p>
    <w:p>
      <w:pPr>
        <w:jc w:val="right"/>
      </w:pPr>
      <w:r>
        <w:t>اس کو اویل کرنے کا جذبہ نہیں پیدا ہوتا۔</w:t>
      </w:r>
    </w:p>
    <w:p>
      <w:r>
        <w:rPr>
          <w:b/>
        </w:rPr>
        <w:t xml:space="preserve">[41:28] </w:t>
      </w:r>
      <w:r>
        <w:t>yeh kaisa anokha yeh scene hai! farishte dekhte honge to kya kehte honge? kaise andhe yeh log hain! zahir hai ke farishte sab ko sab kuch nazar aata hai.</w:t>
      </w:r>
    </w:p>
    <w:p>
      <w:pPr>
        <w:jc w:val="right"/>
      </w:pPr>
      <w:r>
        <w:t>یہ کیسا انوکھا یہ سین ہے! فرشتے دیکھتے ہوں گے تو کیا کہتے ہوں گے؟ کیسے اندھے یہ لوگ ہیں! ظاہر ہے کہ فرشتے سب کو سب کچھ نظر آتا ہے۔</w:t>
      </w:r>
    </w:p>
    <w:p>
      <w:r>
        <w:rPr>
          <w:b/>
        </w:rPr>
        <w:t xml:space="preserve">[41:39] </w:t>
      </w:r>
      <w:r>
        <w:t>shaitan khush hoga ke dekho kaisa mein ne andha banaya hai in ko. yeh aik scene hoga sari duniya mein ke shaitan khush ho raha hoga ke dekho kaisa mein ne andha banaya hai in ko aur kuch dikhai nahin de raha hai in ko.</w:t>
      </w:r>
    </w:p>
    <w:p>
      <w:pPr>
        <w:jc w:val="right"/>
      </w:pPr>
      <w:r>
        <w:t>شیطان خوش ہوگا کہ دیکھو کیسا میں نے اندھا بنایا ہے ان کو۔ یہ ایک سین ہوگا ساری دنیا میں کہ شیطان خوش ہو رہا ہوگا کہ دیکھو کیسا میں نے اندھا بنایا ہے ان کو اور کچھ دکھائی نہیں دے رہا ہے ان کو۔</w:t>
      </w:r>
    </w:p>
    <w:p>
      <w:r>
        <w:rPr>
          <w:b/>
        </w:rPr>
        <w:t xml:space="preserve">[41:55] </w:t>
      </w:r>
      <w:r>
        <w:t>un ko prime minister dikhai de rahe hain, khali Khuda nahin dikhai nahin de raha hai. aur farishton ko taajjub ho raha hoga ke Khuda ne aik sailab baha diya opportunities ka jin ko avail kar ke aap khalq-e-kalma karein aur woh is se aap bekhabar hain.</w:t>
      </w:r>
    </w:p>
    <w:p>
      <w:pPr>
        <w:jc w:val="right"/>
      </w:pPr>
      <w:r>
        <w:t>ان کو پرائم منسٹر دکھائی دے رہے ہیں، خالی خدا نہیں دکھائی نہیں دے رہا ہے۔ اور فرشتوں کو تعجب ہو رہا ہوگا کہ خدا نے ایک سیلاب بہا دیا اپرچونیٹیز کا جن کو اویل کر کے آپ خالق کلمہ کریں اور وہ اس سے آپ بے خبر ہیں۔</w:t>
      </w:r>
    </w:p>
    <w:p>
      <w:r>
        <w:rPr>
          <w:b/>
        </w:rPr>
        <w:t xml:space="preserve">[42:14] </w:t>
      </w:r>
      <w:r>
        <w:t>beh-haal Allah taala ne hamari jo team hai, us ko yeh jazba diya ke khud hi khud log kaam kar rahe hain, yaani koi hum koi direction nahin de rahe hain, kuch nahin.</w:t>
      </w:r>
    </w:p>
    <w:p>
      <w:pPr>
        <w:jc w:val="right"/>
      </w:pPr>
      <w:r>
        <w:t>بہرحال اللہ تعالی نے ہماری جو ٹیم ہے، اس کو یہ جذبہ دیا کہ خود ہی خود لوگ کام کر رہے ہیں، یعنی کوئی ہم کوئی ڈائریکشن نہیں دے رہے ہیں، کچھ نہیں۔</w:t>
      </w:r>
    </w:p>
    <w:p>
      <w:r>
        <w:rPr>
          <w:b/>
        </w:rPr>
        <w:t xml:space="preserve">[42:26] </w:t>
      </w:r>
      <w:r>
        <w:t>khud hi khud un ke andar aik aag lagi hui hai ke pahunchao, pahunchao, pahunchao! rozana mujhe yeh khabrein milti hain ke hamari team ke log yahan chale gaye, wahan chale gaye.</w:t>
      </w:r>
    </w:p>
    <w:p>
      <w:pPr>
        <w:jc w:val="right"/>
      </w:pPr>
      <w:r>
        <w:t>خود ہی خود ان کے اندر ایک آگ لگی ہوئی ہے کہ پہنچاؤ، پہنچاؤ، پہنچاؤ! روزانہ مجھے یہ خبریں ملتی ہیں کہ ہماری ٹیم کے لوگ یہاں چلے گئے، وہاں چلے گئے۔</w:t>
      </w:r>
    </w:p>
    <w:p>
      <w:r>
        <w:rPr>
          <w:b/>
        </w:rPr>
        <w:t xml:space="preserve">[42:40] </w:t>
      </w:r>
      <w:r>
        <w:t>haan, hum ne hum ne kabhi un ko direction nahin diya tha.</w:t>
      </w:r>
    </w:p>
    <w:p>
      <w:pPr>
        <w:jc w:val="right"/>
      </w:pPr>
      <w:r>
        <w:t>ہاں، ہم نے ہم نے کبھی ان کو ڈائریکشن نہیں دیا تھا۔</w:t>
      </w:r>
    </w:p>
    <w:p>
      <w:r>
        <w:rPr>
          <w:b/>
        </w:rPr>
        <w:t xml:space="preserve">[42:46] </w:t>
      </w:r>
      <w:r>
        <w:t>to aik taraf to yeh bohat hi khushi ki baat hai ke hamari team jo hai, woh kaam kar rahi hai ke inshallah yeh kaam is ko woh darja dega, yaani woh darja jis ke liye ke woh jo hadith mein aata hai ke "asabatan min ummati ah Allah min al-nar".</w:t>
      </w:r>
    </w:p>
    <w:p>
      <w:pPr>
        <w:jc w:val="right"/>
      </w:pPr>
      <w:r>
        <w:t>تو ایک طرف تو یہ بہت ہی خوشی کی بات ہے کہ ہماری ٹیم جو ہے، وہ کام کر رہی ہے کہ انشاءاللہ یہ کام اس کو وہ درجہ دے گا، یعنی وہ درجہ جس کے لیے کہ وہ جو حدیث میں آتا ہے کہ "اصابتان من امتی اہ اللہ من النار"۔</w:t>
      </w:r>
    </w:p>
    <w:p>
      <w:r>
        <w:rPr>
          <w:b/>
        </w:rPr>
        <w:t xml:space="preserve">[43:08] </w:t>
      </w:r>
      <w:r>
        <w:t>asaba fi al-hind,</w:t>
      </w:r>
    </w:p>
    <w:p>
      <w:pPr>
        <w:jc w:val="right"/>
      </w:pPr>
      <w:r>
        <w:t>اصابت فی الہند،</w:t>
      </w:r>
    </w:p>
    <w:p>
      <w:r>
        <w:rPr>
          <w:b/>
        </w:rPr>
        <w:t xml:space="preserve">[43:11] </w:t>
      </w:r>
      <w:r>
        <w:t>yaani aik asaba aik hoga, aik giroh, aik team jo India mein kaam karegi dawat ka, us ko Allah ne aag se nijaat de diya hai.</w:t>
      </w:r>
    </w:p>
    <w:p>
      <w:pPr>
        <w:jc w:val="right"/>
      </w:pPr>
      <w:r>
        <w:t>یعنی ایک اصابہ ایک ہوگا، ایک گروہ، ایک ٹیم جو انڈیا میں کام کرے گی دعوت کا، اس کو اللہ نے آگ سے نجات دے دیا ہے۔</w:t>
      </w:r>
    </w:p>
    <w:p>
      <w:r>
        <w:rPr>
          <w:b/>
        </w:rPr>
        <w:t xml:space="preserve">[43:25] </w:t>
      </w:r>
      <w:r>
        <w:t>us ko aap apply kar ke dekhiye to is ka matlab yahi hoga</w:t>
      </w:r>
    </w:p>
    <w:p>
      <w:pPr>
        <w:jc w:val="right"/>
      </w:pPr>
      <w:r>
        <w:t>اس کو آپ اپلائی کر کے دیکھیے تو اس کا مطلب یہی ہوگا</w:t>
      </w:r>
    </w:p>
    <w:p>
      <w:r>
        <w:rPr>
          <w:b/>
        </w:rPr>
        <w:t xml:space="preserve">[43:31] </w:t>
      </w:r>
      <w:r>
        <w:t>ke yeh khalq-e-kalma ke jo mawaqe paida honge, yeh khalq-e-kalma ki jo opportunities paida hongi, us ko jo avail avail karein ge, un ko Allah taala ne aag se nijaat de di hai.</w:t>
      </w:r>
    </w:p>
    <w:p>
      <w:pPr>
        <w:jc w:val="right"/>
      </w:pPr>
      <w:r>
        <w:t>کہ یہ خالق کلمہ کے جو مواقع پیدا ہوں گے، یہ خالق کلمہ کی جو اپرچونیٹیز پیدا ہوں گی، اس کو جو اوائل اویل کریں گے، ان کو اللہ تعالی نے آگ سے نجات دے دی ہے۔</w:t>
      </w:r>
    </w:p>
    <w:p>
      <w:r>
        <w:rPr>
          <w:b/>
        </w:rPr>
        <w:t xml:space="preserve">[43:42] </w:t>
      </w:r>
      <w:r>
        <w:t>un ke liye jannat ka basharat hai. is mein aik baat aaj hi subah mein kisi se baat kar raha tha ke India ki baat kyun hai?</w:t>
      </w:r>
    </w:p>
    <w:p>
      <w:pPr>
        <w:jc w:val="right"/>
      </w:pPr>
      <w:r>
        <w:t>ان کے لیے جنت کا بشارت ہے۔ اس میں ایک بات آج ہی صبح میں کسی سے بات کر رہا تھا کہ انڈیا کی بات کیوں ہے؟</w:t>
      </w:r>
    </w:p>
    <w:p>
      <w:r>
        <w:rPr>
          <w:b/>
        </w:rPr>
        <w:t xml:space="preserve">[43:51] </w:t>
      </w:r>
      <w:r>
        <w:t>hadith mein</w:t>
      </w:r>
    </w:p>
    <w:p>
      <w:pPr>
        <w:jc w:val="right"/>
      </w:pPr>
      <w:r>
        <w:t>حدیث میں</w:t>
      </w:r>
    </w:p>
    <w:p>
      <w:r>
        <w:rPr>
          <w:b/>
        </w:rPr>
        <w:t xml:space="preserve">[43:54] </w:t>
      </w:r>
      <w:r>
        <w:t>mein samajhta hoon ke India best country hai. is waqt India aik international jagah ban raha hai, duniya bhar ki companiyan aa rahi hain, itna tourist barha hua hai to yeh international jagah bani hui hai.</w:t>
      </w:r>
    </w:p>
    <w:p>
      <w:pPr>
        <w:jc w:val="right"/>
      </w:pPr>
      <w:r>
        <w:t>میں سمجھتا ہوں کہ انڈیا بیسٹ کنٹری ہے۔ اس وقت انڈیا ایک انٹرنیشنل جگہ بن رہا ہے، دنیا بھر کی کمپنیاں آ رہی ہیں، اتنا ٹورسٹ بڑھا ہوا ہے تو یہ انٹرنیشنل جگہ بنی ہوئی ہے۔</w:t>
      </w:r>
    </w:p>
    <w:p>
      <w:r>
        <w:rPr>
          <w:b/>
        </w:rPr>
        <w:t xml:space="preserve">[44:08] </w:t>
      </w:r>
      <w:r>
        <w:t>India aik taraf yeh hai, doosri taraf yeh hai ke India mein aik anokha, yaani aik anokha nazariya hai.</w:t>
      </w:r>
    </w:p>
    <w:p>
      <w:pPr>
        <w:jc w:val="right"/>
      </w:pPr>
      <w:r>
        <w:t>انڈیا ایک طرف یہ ہے، دوسری طرف یہ ہے کہ انڈیا میں ایک انوکھا، یعنی ایک انوکھا نظریہ ہے۔</w:t>
      </w:r>
    </w:p>
    <w:p>
      <w:r>
        <w:rPr>
          <w:b/>
        </w:rPr>
        <w:t xml:space="preserve">[44:19] </w:t>
      </w:r>
      <w:r>
        <w:t>yahan yahan ki jo majority community hai, hindu, in ka ek anokha, sab se dunya mein alag woh yeh hai ke "main bhi sacha, tum bhi sache".</w:t>
      </w:r>
    </w:p>
    <w:p>
      <w:pPr>
        <w:jc w:val="right"/>
      </w:pPr>
      <w:r>
        <w:t>یہاں یہاں کی جو میجورٹی کمیونٹی ہے، ہندو، ان کا ایک انوکھا، سب سے دنیا میں الگ وہ یہ ہے کہ "میں بھی سچا، تم بھی سچے"۔</w:t>
      </w:r>
    </w:p>
    <w:p>
      <w:r>
        <w:rPr>
          <w:b/>
        </w:rPr>
        <w:t xml:space="preserve">[44:30] </w:t>
      </w:r>
      <w:r>
        <w:t>jis ko mahatma gandhi ne kaha tha "many ness of reality" . many ness of reality yani sachai kai hai, aisa to koi hai hi nahi dunya mein.</w:t>
      </w:r>
    </w:p>
    <w:p>
      <w:pPr>
        <w:jc w:val="right"/>
      </w:pPr>
      <w:r>
        <w:t>جس کو مہاتما گاندھی نے کہا تھا "مینی نس آف ریلیٹی"۔ مینی نس آف ریلیٹی یعنی سچائی کئی ہے، ایسا تو کوئی ہے ہی نہیں دنیا میں۔</w:t>
      </w:r>
    </w:p>
    <w:p>
      <w:r>
        <w:rPr>
          <w:b/>
        </w:rPr>
        <w:t xml:space="preserve">[44:43] </w:t>
      </w:r>
      <w:r>
        <w:t>sab sachai ko ek mante hain, yani jo un ke paas hai, wahi sachai hai.</w:t>
      </w:r>
    </w:p>
    <w:p>
      <w:pPr>
        <w:jc w:val="right"/>
      </w:pPr>
      <w:r>
        <w:t>سب سچائی کو ایک مانتے ہیں، یعنی جو ان کے پاس ہے، وہی سچائی ہے۔</w:t>
      </w:r>
    </w:p>
    <w:p>
      <w:r>
        <w:rPr>
          <w:b/>
        </w:rPr>
        <w:t xml:space="preserve">[44:48] </w:t>
      </w:r>
      <w:r>
        <w:t>jitne doosre log hain, sab jo un ke paas hain, wahi sachai hai. hindooism akela ek aisa mazhab hai jo kehta hai ke sachai mere paas bhi hai, sachai tumhare paas bhi hai.</w:t>
      </w:r>
    </w:p>
    <w:p>
      <w:pPr>
        <w:jc w:val="right"/>
      </w:pPr>
      <w:r>
        <w:t>جتنے دوسرے لوگ ہیں، سب جو ان کے پاس ہیں، وہی سچائی ہے۔ ہندوازم اکیلا ایک ایسا مذہب ہے جو کہتا ہے کہ سچائی میرے پاس بھی ہے، سچائی تمہارے پاس بھی ہے۔</w:t>
      </w:r>
    </w:p>
    <w:p>
      <w:r>
        <w:rPr>
          <w:b/>
        </w:rPr>
        <w:t xml:space="preserve">[44:58] </w:t>
      </w:r>
      <w:r>
        <w:t>many ness of reality isi liye aap dekhen, hum jahan jate hain to hindu log bohat bohat zyada khush ho kar ke hamara, yani aap ko cooperation dete hain.</w:t>
      </w:r>
    </w:p>
    <w:p>
      <w:pPr>
        <w:jc w:val="right"/>
      </w:pPr>
      <w:r>
        <w:t>مینی نس آف ریلیٹی اسی لیے آپ دیکھیں، ہم جہاں جاتے ہیں تو ہندو لوگ بہت بہت زیادہ خوش ہو کر کے ہمارا، یعنی آپ کو کوآپریشن دیتے ہیں۔</w:t>
      </w:r>
    </w:p>
    <w:p>
      <w:r>
        <w:rPr>
          <w:b/>
        </w:rPr>
        <w:t xml:space="preserve">[45:10] </w:t>
      </w:r>
      <w:r>
        <w:t>cooperation</w:t>
      </w:r>
    </w:p>
    <w:p>
      <w:pPr>
        <w:jc w:val="right"/>
      </w:pPr>
      <w:r>
        <w:t>کوآپریشن</w:t>
      </w:r>
    </w:p>
    <w:p>
      <w:r>
        <w:rPr>
          <w:b/>
        </w:rPr>
        <w:t xml:space="preserve">[45:13] </w:t>
      </w:r>
      <w:r>
        <w:t>kahin aisa nahi hua ke hamare saathi jayen kahin aur wahan par aap ko koi negative experience ho, kyunke woh samajhte hain ke woh bhi sachai hai.</w:t>
      </w:r>
    </w:p>
    <w:p>
      <w:pPr>
        <w:jc w:val="right"/>
      </w:pPr>
      <w:r>
        <w:t>کہیں ایسا نہیں ہوا کہ ہمارے ساتھی جائیں کہیں اور وہاں پر آپ کو کوئی نیگیٹیو ایکسپیرینس ہو، کیونکہ وہ سمجھتے ہیں کہ وہ بھی سچائی ہے۔</w:t>
      </w:r>
    </w:p>
    <w:p>
      <w:r>
        <w:rPr>
          <w:b/>
        </w:rPr>
        <w:t xml:space="preserve">[45:23] </w:t>
      </w:r>
      <w:r>
        <w:t>to india hi ek aisa mulk tha, ek aisa country tha jahan yeh culture tha, yani many ness of reality ka culture. to aap ko mauqa dene ka mahaul yahi mahaul tha, kahin aur yeh mahaul nahi hai.</w:t>
      </w:r>
    </w:p>
    <w:p>
      <w:pPr>
        <w:jc w:val="right"/>
      </w:pPr>
      <w:r>
        <w:t>تو انڈیا ہی ایک ایسا ملک تھا، ایک ایسا کنٹری تھا جہاں یہ کلچر تھا، یعنی مینی نس آف ریلیٹی کا کلچر۔ تو آپ کو موقع دینے کا ماحول یہی ماحول تھا، کہیں اور یہ ماحول نہیں ہے۔</w:t>
      </w:r>
    </w:p>
    <w:p>
      <w:r>
        <w:rPr>
          <w:b/>
        </w:rPr>
        <w:t xml:space="preserve">[45:38] </w:t>
      </w:r>
      <w:r>
        <w:t>aur bohat se doosre bhi baaten hain jo india ke favor mein jati hain.</w:t>
      </w:r>
    </w:p>
    <w:p>
      <w:pPr>
        <w:jc w:val="right"/>
      </w:pPr>
      <w:r>
        <w:t>اور بہت سے دوسرے بھی باتیں ہیں جو انڈیا کے فیور میں جاتی ہیں۔</w:t>
      </w:r>
    </w:p>
    <w:p>
      <w:r>
        <w:rPr>
          <w:b/>
        </w:rPr>
        <w:t xml:space="preserve">[45:47] </w:t>
      </w:r>
      <w:r>
        <w:t>to main samajhta hoon ke is waqt jo hum daawa work kar rahe hain, usay hum jari rakhna hai, hum ko, lekin musalmanon ke mindset ko bhi todna hai taake aur saathi mile, aur saathi mile.</w:t>
      </w:r>
    </w:p>
    <w:p>
      <w:pPr>
        <w:jc w:val="right"/>
      </w:pPr>
      <w:r>
        <w:t>تو میں سمجھتا ہوں کہ اس وقت جو ہم دعویٰ ورک کر رہے ہیں، اسے ہم جاری رکھنا ہے، ہم کو، لیکن مسلمانوں کے مائنڈ سیٹ کو بھی توڑنا ہے تاکہ اور ساتھی ملے، اور ساتھی ملے۔</w:t>
      </w:r>
    </w:p>
    <w:p>
      <w:r>
        <w:rPr>
          <w:b/>
        </w:rPr>
        <w:t xml:space="preserve">[46:03] </w:t>
      </w:r>
      <w:r>
        <w:t>jo aap daawa work kar rahe hain, woh to bohat hi aham kaam hai, woh aap kar rahe hain, lekin musalmanon ke mindset ko todna bhi hai. ek toote ga to hum aur saathi mein milenge,</w:t>
      </w:r>
    </w:p>
    <w:p>
      <w:pPr>
        <w:jc w:val="right"/>
      </w:pPr>
      <w:r>
        <w:t>جو آپ دعویٰ ورک کر رہے ہیں، وہ تو بہت ہی اہم کام ہے، وہ آپ کر رہے ہیں، لیکن مسلمانوں کے مائنڈ سیٹ کو توڑنا بھی ہے۔ ایک ٹوٹے گا تو ہم اور ساتھی میں ملیں گے،</w:t>
      </w:r>
    </w:p>
    <w:p>
      <w:r>
        <w:rPr>
          <w:b/>
        </w:rPr>
        <w:t xml:space="preserve">[46:14] </w:t>
      </w:r>
      <w:r>
        <w:t>yani woh mindset jo, yani jis ki base hai, us par, yani authoritative culture par ke ek hi authority hai, baqi baqi jo hai, woh us ke matahat hain.</w:t>
      </w:r>
    </w:p>
    <w:p>
      <w:pPr>
        <w:jc w:val="right"/>
      </w:pPr>
      <w:r>
        <w:t>یعنی وہ مائنڈ سیٹ جو، یعنی جس کی بیس ہے، اس پر، یعنی اتھارٹیٹیو کلچر پر کہ ایک ہی اتھارٹی ہے، باقی باقی جو ہے، وہ اس کے ماتحت ہیں۔</w:t>
      </w:r>
    </w:p>
    <w:p>
      <w:r>
        <w:rPr>
          <w:b/>
        </w:rPr>
        <w:t xml:space="preserve">[46:32] </w:t>
      </w:r>
      <w:r>
        <w:t>un ko un ko yeh batana hai ke democracy ka zamana hai. democracy mere liye hai to sab</w:t>
      </w:r>
    </w:p>
    <w:p>
      <w:pPr>
        <w:jc w:val="right"/>
      </w:pPr>
      <w:r>
        <w:t>ان کو ان کو یہ بتانا ہے کہ ڈیموکریسی کا زمانہ ہے۔ ڈیموکریسی میرے لیے ہے تو سب</w:t>
      </w:r>
    </w:p>
    <w:p>
      <w:r>
        <w:rPr>
          <w:b/>
        </w:rPr>
        <w:t xml:space="preserve">[46:39] </w:t>
      </w:r>
      <w:r>
        <w:t>ke liye hai, aisa nahi hota. mujhe expression, mujhe freedom expression, woh doosre ko na ho, mujhe hai to un ko bhi hai.</w:t>
      </w:r>
    </w:p>
    <w:p>
      <w:pPr>
        <w:jc w:val="right"/>
      </w:pPr>
      <w:r>
        <w:t>کے لیے ہے، ایسا نہیں ہوتا۔ مجھے ایکسپریشن، مجھے فریڈم ایکسپریشن، وہ دوسرے کو نہ ہو، مجھے ہے تو ان کو بھی ہے۔</w:t>
      </w:r>
    </w:p>
    <w:p>
      <w:r>
        <w:rPr>
          <w:b/>
        </w:rPr>
        <w:t xml:space="preserve">[46:50] </w:t>
      </w:r>
      <w:r>
        <w:t>to aap jo hai, agar koi kitab chhapta hai jis woh aap ke nazdeek islam ke khilaf hai, to aap bhi ek kitab chhapiye. book ke jawab mein book, koi speech deta hai to aap bhi ek speech dijiye.</w:t>
      </w:r>
    </w:p>
    <w:p>
      <w:pPr>
        <w:jc w:val="right"/>
      </w:pPr>
      <w:r>
        <w:t>تو آپ جو ہے، اگر کوئی کتاب چھاپتا ہے جس وہ آپ کے نزدیک اسلام کے خلاف ہے، تو آپ بھی ایک کتاب چھاپیے۔ بک کے جواب میں بک، کوئی سپیچ دیتا ہے تو آپ بھی ایک سپیچ دیجئے۔</w:t>
      </w:r>
    </w:p>
    <w:p>
      <w:r>
        <w:rPr>
          <w:b/>
        </w:rPr>
        <w:t xml:space="preserve">[47:05] </w:t>
      </w:r>
      <w:r>
        <w:t>koi article chhapta hai to aap bhi article chhapiye.</w:t>
      </w:r>
    </w:p>
    <w:p>
      <w:pPr>
        <w:jc w:val="right"/>
      </w:pPr>
      <w:r>
        <w:t>کوئی آرٹیکل چھاپتا ہے تو آپ بھی آرٹیکل چھاپیے۔</w:t>
      </w:r>
    </w:p>
    <w:p>
      <w:r>
        <w:rPr>
          <w:b/>
        </w:rPr>
        <w:t xml:space="preserve">[47:10] </w:t>
      </w:r>
      <w:r>
        <w:t>matlab us ko azadi hai to aap ko bhi azadi hai,</w:t>
      </w:r>
    </w:p>
    <w:p>
      <w:pPr>
        <w:jc w:val="right"/>
      </w:pPr>
      <w:r>
        <w:t>مطلب اس کو آزادی ہے تو آپ کو بھی آزادی ہے،</w:t>
      </w:r>
    </w:p>
    <w:p>
      <w:r>
        <w:rPr>
          <w:b/>
        </w:rPr>
        <w:t xml:space="preserve">[47:16] </w:t>
      </w:r>
      <w:r>
        <w:t>donon ko azadi hai.</w:t>
      </w:r>
    </w:p>
    <w:p>
      <w:pPr>
        <w:jc w:val="right"/>
      </w:pPr>
      <w:r>
        <w:t>دونوں کو آزادی ہے۔</w:t>
      </w:r>
    </w:p>
    <w:p>
      <w:r>
        <w:rPr>
          <w:b/>
        </w:rPr>
        <w:t xml:space="preserve">[47:20] </w:t>
      </w:r>
      <w:r>
        <w:t>jaise ke main lucknow mein tha to wahan ek ek hindu scholar the jo secular the. woh to un ka nazariya kya tha?</w:t>
      </w:r>
    </w:p>
    <w:p>
      <w:pPr>
        <w:jc w:val="right"/>
      </w:pPr>
      <w:r>
        <w:t>جیسے کہ میں لکھنو میں تھا تو وہاں ایک ایک ہندو اسکالر تھے جو سیکولر تھے۔ وہ تو ان کا نظریہ کیا تھا؟</w:t>
      </w:r>
    </w:p>
    <w:p>
      <w:r>
        <w:rPr>
          <w:b/>
        </w:rPr>
        <w:t xml:space="preserve">[47:32] </w:t>
      </w:r>
      <w:r>
        <w:t>un ka nazariya yeh tha ke woh kaha karte the ke muhammad ko agar history se nikal liya jaye to history mein kya kami reh jaye gi?</w:t>
      </w:r>
    </w:p>
    <w:p>
      <w:pPr>
        <w:jc w:val="right"/>
      </w:pPr>
      <w:r>
        <w:t>ان کا نظریہ یہ تھا کہ وہ کہا کرتے تھے کہ محمد کو اگر ہسٹری سے نکال لیا جائے تو ہسٹری میں کیا کمی رہ جائے گی؟</w:t>
      </w:r>
    </w:p>
    <w:p>
      <w:r>
        <w:rPr>
          <w:b/>
        </w:rPr>
        <w:t xml:space="preserve">[47:43] </w:t>
      </w:r>
      <w:r>
        <w:t>openly yeh kehte the aisa woh ke muhammad ka koi role nahi hai history mein. to muhammad ko agar history se nikal liya jaye to history mein koi kami na reh jayegi.</w:t>
      </w:r>
    </w:p>
    <w:p>
      <w:pPr>
        <w:jc w:val="right"/>
      </w:pPr>
      <w:r>
        <w:t>اوپنلی یہ کہتے تھے ایسا وہ کہ محمد کا کوئی رول نہیں ہے ہسٹری میں۔ تو محمد کو اگر ہسٹری سے نکال لیا جائے تو ہسٹری میں کوئی کمی نہ رہ جائے گی۔</w:t>
      </w:r>
    </w:p>
    <w:p>
      <w:r>
        <w:rPr>
          <w:b/>
        </w:rPr>
        <w:t xml:space="preserve">[47:54] </w:t>
      </w:r>
      <w:r>
        <w:t>to musalman is ko sun kar bhadakte the, lekin mere liye to bohat west point mil gaya.</w:t>
      </w:r>
    </w:p>
    <w:p>
      <w:pPr>
        <w:jc w:val="right"/>
      </w:pPr>
      <w:r>
        <w:t>تو مسلمان اس کو سن کر بھڑکتے تھے، لیکن میرے لیے تو بہت ویسٹ پوائنٹ مل گیا۔</w:t>
      </w:r>
    </w:p>
    <w:p>
      <w:r>
        <w:rPr>
          <w:b/>
        </w:rPr>
        <w:t xml:space="preserve">[48:03] </w:t>
      </w:r>
      <w:r>
        <w:t>main ne study karna shuru kiya, main bhadka nahi, doosre log bhadakte the un ki baat sun kar ke ke bara mutasib hai, bara yani islam ke khilaf hai waghera.</w:t>
      </w:r>
    </w:p>
    <w:p>
      <w:pPr>
        <w:jc w:val="right"/>
      </w:pPr>
      <w:r>
        <w:t>میں نے اسٹڈی کرنا شروع کیا، میں بھڑکا نہیں، دوسرے لوگ بھڑکتے تھے ان کی بات سن کر کے کہ بڑا متعصب ہے، بڑا یعنی اسلام کے خلاف ہے وغیرہ۔</w:t>
      </w:r>
    </w:p>
    <w:p>
      <w:r>
        <w:rPr>
          <w:b/>
        </w:rPr>
        <w:t xml:space="preserve">[48:17] </w:t>
      </w:r>
      <w:r>
        <w:t>main ne kiya kiya ke un ki baat ko le kar ke study karna shuru kiya. karte karte karte main ne do kitab likhi, woh kitab bohat phaili</w:t>
      </w:r>
    </w:p>
    <w:p>
      <w:pPr>
        <w:jc w:val="right"/>
      </w:pPr>
      <w:r>
        <w:t>میں نے کیا کیا کہ ان کی بات کو لے کر کے اسٹڈی کرنا شروع کیا۔ کرتے کرتے کرتے میں نے دو کتاب لکھی، وہ کتاب بہت پھیلی</w:t>
      </w:r>
    </w:p>
    <w:p>
      <w:r>
        <w:rPr>
          <w:b/>
        </w:rPr>
        <w:t xml:space="preserve">[48:29] </w:t>
      </w:r>
      <w:r>
        <w:t>. ek kitab thi jis ka naam tha, urdu mein uska naam tha "islam daur jadeed ka khaliq".</w:t>
      </w:r>
    </w:p>
    <w:p>
      <w:pPr>
        <w:jc w:val="right"/>
      </w:pPr>
      <w:r>
        <w:t>۔ ایک کتاب تھی جس کا نام تھا، اردو میں اس کا نام تھا "اسلام دور جدید کا خالق"۔</w:t>
      </w:r>
    </w:p>
    <w:p>
      <w:r>
        <w:rPr>
          <w:b/>
        </w:rPr>
        <w:t xml:space="preserve">[48:39] </w:t>
      </w:r>
      <w:r>
        <w:t>angrezi mein tha is ka naam "islam da kator of age". doosri kitab thi "prophet of", is ka urdu mein naam tha "paighambar e inqilab" aur angrezi mein naam tha is ka "prophet of revolution".</w:t>
      </w:r>
    </w:p>
    <w:p>
      <w:pPr>
        <w:jc w:val="right"/>
      </w:pPr>
      <w:r>
        <w:t>انگلش میں تھا اس کا نام "اسلام دا کیٹر آف ایج"۔ دوسری کتاب تھی "پرافٹ آف"، اس کا اردو میں نام تھا "پیغمبر انقلاب" اور انگلش میں نام تھا اس کا "پرافٹ آف ریولوشن"۔</w:t>
      </w:r>
    </w:p>
    <w:p>
      <w:r>
        <w:rPr>
          <w:b/>
        </w:rPr>
        <w:t xml:space="preserve">[48:58] </w:t>
      </w:r>
      <w:r>
        <w:t>ab is kitab se hazaron hazar logon ko bohat hi roshni mili. to ek tha woh ke woh aadmi bol raha hai to us ko aap dushman kahein, us ko marein aur us ke us ke khilaf</w:t>
      </w:r>
    </w:p>
    <w:p>
      <w:pPr>
        <w:jc w:val="right"/>
      </w:pPr>
      <w:r>
        <w:t>اب اس کتاب سے ہزاروں ہزار لوگوں کو بہت ہی روشنی ملی۔ تو ایک تھا وہ کہ وہ آدمی بول رہا ہے تو اس کو آپ دشمن کہیں، اس کو ماریں اور اس کے اس کے خلاف</w:t>
      </w:r>
    </w:p>
    <w:p>
      <w:r>
        <w:rPr>
          <w:b/>
        </w:rPr>
        <w:t xml:space="preserve">[49:17] </w:t>
      </w:r>
      <w:r>
        <w:t>jalsa jaloos karein, lekin yeh islam ka tareeqa nahi hai. bhai, us ko azadi hai ke woh apne khayalat ko zahir kare, to mujhe bhi to azadi hai.</w:t>
      </w:r>
    </w:p>
    <w:p>
      <w:pPr>
        <w:jc w:val="right"/>
      </w:pPr>
      <w:r>
        <w:t>جلسہ جلوس کریں، لیکن یہ اسلام کا طریقہ نہیں ہے۔ بھئی، اس کو آزادی ہے کہ وہ اپنے خیالات کو ظاہر کرے، تو مجھے بھی تو آزادی ہے۔</w:t>
      </w:r>
    </w:p>
    <w:p>
      <w:r>
        <w:rPr>
          <w:b/>
        </w:rPr>
        <w:t xml:space="preserve">[49:28] </w:t>
      </w:r>
      <w:r>
        <w:t>to maine apni azadi ko istemal kiya, yahan tak ke do kitab tayyar ho gayi.</w:t>
      </w:r>
    </w:p>
    <w:p>
      <w:pPr>
        <w:jc w:val="right"/>
      </w:pPr>
      <w:r>
        <w:t>تو میں نے اپنی آزادی کو استعمال کیا، یہاں تک کہ دو کتاب تیار ہو گئی۔</w:t>
      </w:r>
    </w:p>
    <w:p>
      <w:r>
        <w:rPr>
          <w:b/>
        </w:rPr>
        <w:t xml:space="preserve">[49:36] </w:t>
      </w:r>
      <w:r>
        <w:t>isi mutale'ay ke douran mujhe ek bohat bari discovery hui thi ke main yeh parh raha tha. main ne likha hai apni kitabon mein ke main ne paya hai ke france mein ek historian hua hai, henry piren.</w:t>
      </w:r>
    </w:p>
    <w:p>
      <w:pPr>
        <w:jc w:val="right"/>
      </w:pPr>
      <w:r>
        <w:t>اسی مطالعے کے دوران مجھے ایک بہت بڑی ڈسکوری ہوئی تھی کہ میں یہ پڑھ رہا تھا۔ میں نے لکھا ہے اپنی کتابوں میں کہ میں نے پایا ہے کہ فرانس میں ایک ہسٹورین ہوا ہے، ہینری پرین۔</w:t>
      </w:r>
    </w:p>
    <w:p>
      <w:r>
        <w:rPr>
          <w:b/>
        </w:rPr>
        <w:t xml:space="preserve">[49:49] </w:t>
      </w:r>
      <w:r>
        <w:t>henry piren,</w:t>
      </w:r>
    </w:p>
    <w:p>
      <w:pPr>
        <w:jc w:val="right"/>
      </w:pPr>
      <w:r>
        <w:t>ہینری پرین،</w:t>
      </w:r>
    </w:p>
    <w:p>
      <w:r>
        <w:rPr>
          <w:b/>
        </w:rPr>
        <w:t xml:space="preserve">[49:54] </w:t>
      </w:r>
      <w:r>
        <w:t>henry piren ki kai kitabein french zaban mein hain aur us ne islam ko bohat zyada acknowledge kiya hai.</w:t>
      </w:r>
    </w:p>
    <w:p>
      <w:pPr>
        <w:jc w:val="right"/>
      </w:pPr>
      <w:r>
        <w:t>ہینری پرین کی کئی کتابیں فرنچ زبان میں ہیں اور اس نے اسلام کو بہت زیادہ ایکنالج کیا ہے۔</w:t>
      </w:r>
    </w:p>
    <w:p>
      <w:r>
        <w:rPr>
          <w:b/>
        </w:rPr>
        <w:t xml:space="preserve">[50:05] </w:t>
      </w:r>
      <w:r>
        <w:t>us ka maine naqal kiya tha, us ka ek quote ke "islam change da face of da globe". "islam change da face of da globe".</w:t>
      </w:r>
    </w:p>
    <w:p>
      <w:pPr>
        <w:jc w:val="right"/>
      </w:pPr>
      <w:r>
        <w:t>اس کا میں نے نقل کیا تھا، اس کا ایک کوٹ کہ "اسلام چینج دا فیس آف دا گلوب"۔ "اسلام چینج دا فیس آف دا گلوب"۔</w:t>
      </w:r>
    </w:p>
    <w:p>
      <w:r>
        <w:rPr>
          <w:b/>
        </w:rPr>
        <w:t xml:space="preserve">[50:16] </w:t>
      </w:r>
      <w:r>
        <w:t>The traditional order of history was over thought. ab itna sara faida mujhe hua</w:t>
      </w:r>
    </w:p>
    <w:p>
      <w:pPr>
        <w:jc w:val="right"/>
      </w:pPr>
      <w:r>
        <w:t>دا ٹریڈیشنل آرڈر آف ہسٹری واز اور تھروٹ۔ اب اتنا سارا فائدہ مجھے ہوا</w:t>
      </w:r>
    </w:p>
    <w:p>
      <w:r>
        <w:rPr>
          <w:b/>
        </w:rPr>
        <w:t xml:space="preserve">[50:25] </w:t>
      </w:r>
      <w:r>
        <w:t>to bhai, aap faide lejiye, koi cardan chhapta hai, chhapne dijiye, koi article likhta hai, likhne dijiye, aap apna kaam kijiye, aap apna kaam kijiye.</w:t>
      </w:r>
    </w:p>
    <w:p>
      <w:pPr>
        <w:jc w:val="right"/>
      </w:pPr>
      <w:r>
        <w:t>تو بھئی، آپ فائدے لیجئے، کوئی کارڈن چھاپتا ہے، چھاپنے دیجئے، کوئی آرٹیکل لکھتا ہے، لکھنے دیجئے، آپ اپنا کام کیجئے، آپ اپنا کام کیجئے۔</w:t>
      </w:r>
    </w:p>
    <w:p>
      <w:r>
        <w:rPr>
          <w:b/>
        </w:rPr>
        <w:t xml:space="preserve">[50:37] </w:t>
      </w:r>
      <w:r>
        <w:t>rasool Allah ke zamane mein bhi yeh sab hota tha, yani aaj jis ko aap kehte hain cartoon, ek krich, caricature ya gustakhi, woh sab wahan bhi hota tha.</w:t>
      </w:r>
    </w:p>
    <w:p>
      <w:pPr>
        <w:jc w:val="right"/>
      </w:pPr>
      <w:r>
        <w:t>رسول اللہ کے زمانے میں بھی یہ سب ہوتا تھا، یعنی آج جو جس کو آپ کہتے ہیں کارٹون، ایک کریچ، کارٹیکیچر یا گستاخی، وہ سب وہاں بھی ہوتا تھا۔</w:t>
      </w:r>
    </w:p>
    <w:p>
      <w:r>
        <w:rPr>
          <w:b/>
        </w:rPr>
        <w:t xml:space="preserve">[50:50] </w:t>
      </w:r>
      <w:r>
        <w:t>to wahan par rasool Allah sal Allah alaihi wasallam ne hassan bin thabit ek</w:t>
      </w:r>
    </w:p>
    <w:p>
      <w:pPr>
        <w:jc w:val="right"/>
      </w:pPr>
      <w:r>
        <w:t>تو وہاں پر رسول اللہ صلی اللہ علیہ وسلم نے حسان بن ثابت ایک</w:t>
      </w:r>
    </w:p>
    <w:p>
      <w:r>
        <w:rPr>
          <w:b/>
        </w:rPr>
        <w:t xml:space="preserve">[50:53] </w:t>
      </w:r>
      <w:r>
        <w:t>the, un ko pukara kiya tha ke tum un ka jawab do. rasool Allah sal Allah alaihi wasallam ne yeh nahi kaha ke us ki gardan kaat do, us ko us ka wajood mita do, kuch bhi nahi.</w:t>
      </w:r>
    </w:p>
    <w:p>
      <w:pPr>
        <w:jc w:val="right"/>
      </w:pPr>
      <w:r>
        <w:t>تھے، ان کو پکارا کیا تھا کہ تم ان کا جواب دو۔ رسول اللہ صلی اللہ علیہ وسلم نے یہ نہیں کہا کہ اس کو گردن کاٹ دو، اس کو اس کا وجود مٹا دو، کچھ بھی نہیں۔</w:t>
      </w:r>
    </w:p>
    <w:p>
      <w:r>
        <w:rPr>
          <w:b/>
        </w:rPr>
        <w:t xml:space="preserve">[51:07] </w:t>
      </w:r>
      <w:r>
        <w:t>woh apni boli bol rahe hain to hassan se kaha ke tum apni boli bolo, yani matlab un ke un ke baat ka tum jawab do.</w:t>
      </w:r>
    </w:p>
    <w:p>
      <w:pPr>
        <w:jc w:val="right"/>
      </w:pPr>
      <w:r>
        <w:t>وہ اپنی بولی بول رہے ہیں تو حسان سے کہا کہ تم اپنی بولی بولو، یعنی مطلب ان کے ان کے بات کا تم جواب دو۔</w:t>
      </w:r>
    </w:p>
    <w:p>
      <w:r>
        <w:rPr>
          <w:b/>
        </w:rPr>
        <w:t xml:space="preserve">[51:20] </w:t>
      </w:r>
      <w:r>
        <w:t>ab yeh kijiye, aap bhi</w:t>
      </w:r>
    </w:p>
    <w:p>
      <w:pPr>
        <w:jc w:val="right"/>
      </w:pPr>
      <w:r>
        <w:t>اب یہ کیجئے، آپ بھی</w:t>
      </w:r>
    </w:p>
    <w:p>
      <w:r>
        <w:rPr>
          <w:b/>
        </w:rPr>
        <w:t xml:space="preserve">[51:23] </w:t>
      </w:r>
      <w:r>
        <w:t>baat ka jawab baat se dijiye, kitab ke jawab ki taraf kitab se dijiye, article ke jawab article se dijiye.</w:t>
      </w:r>
    </w:p>
    <w:p>
      <w:pPr>
        <w:jc w:val="right"/>
      </w:pPr>
      <w:r>
        <w:t>بات کا جواب بات سے دیجئے، کتاب کے جواب کی طرف کتاب سے دیجئے، آرٹیکل کے جواب آرٹیکل سے دیجئے۔</w:t>
      </w:r>
    </w:p>
    <w:p>
      <w:r>
        <w:rPr>
          <w:b/>
        </w:rPr>
        <w:t xml:space="preserve">[51:35] </w:t>
      </w:r>
      <w:r>
        <w:t>to musalman aisa kar nahi pate, isi liye ke mindset un ka wohi purana mindset abhi tak baqi hai. authority, authority, authoritarian mind, mindset</w:t>
      </w:r>
    </w:p>
    <w:p>
      <w:pPr>
        <w:jc w:val="right"/>
      </w:pPr>
      <w:r>
        <w:t>تو مسلمان ایسا کر نہیں پاتے، اسی لیے کہ مائنڈ سیٹ ان کا وہی پرانا مائنڈ سیٹ ابھی تک باقی ہے۔ اتھارٹی، اتھارٹی، اتھارٹیریئن مائنڈ، مائنڈ سیٹ</w:t>
      </w:r>
    </w:p>
    <w:p>
      <w:r>
        <w:rPr>
          <w:b/>
        </w:rPr>
        <w:t xml:space="preserve">[51:48] </w:t>
      </w:r>
      <w:r>
        <w:t>is se bahar nahi aa sake.</w:t>
      </w:r>
    </w:p>
    <w:p>
      <w:pPr>
        <w:jc w:val="right"/>
      </w:pPr>
      <w:r>
        <w:t>اس سے باہر نہیں آ سکے۔</w:t>
      </w:r>
    </w:p>
    <w:p>
      <w:r>
        <w:rPr>
          <w:b/>
        </w:rPr>
        <w:t xml:space="preserve">[51:51] </w:t>
      </w:r>
      <w:r>
        <w:t>democracy mein musalman pahunche hi nahi. is ka khula hua ek misal yeh hai ke 57 muslim countries hain aur kahin democracy hai hi nahi.</w:t>
      </w:r>
    </w:p>
    <w:p>
      <w:pPr>
        <w:jc w:val="right"/>
      </w:pPr>
      <w:r>
        <w:t>ڈیموکریسی میں مسلمان پہنچے ہی نہیں۔ اس کا کھلا ہوا ایک مثال یہ ہے کہ 57 مسلم کنٹریز ہیں اور کہیں ڈیموکریسی ہے ہی نہیں۔</w:t>
      </w:r>
    </w:p>
    <w:p>
      <w:r>
        <w:rPr>
          <w:b/>
        </w:rPr>
        <w:t xml:space="preserve">[52:02] </w:t>
      </w:r>
      <w:r>
        <w:t>kaisi ajeeb baat hai! dekhiye, agar musalman is raaz ko jante to is tabahi se bach jate jo tabahi hui iraq mein.</w:t>
      </w:r>
    </w:p>
    <w:p>
      <w:pPr>
        <w:jc w:val="right"/>
      </w:pPr>
      <w:r>
        <w:t>کیسی عجیب بات ہے! دیکھیں، اگر مسلمان اس راز کو جانتے تو اس تباہی سے بچ جاتے جو تباہی ہوئی عراق میں۔</w:t>
      </w:r>
    </w:p>
    <w:p>
      <w:r>
        <w:rPr>
          <w:b/>
        </w:rPr>
        <w:t xml:space="preserve">[52:15] </w:t>
      </w:r>
      <w:r>
        <w:t>iraq mein jo ladai hui bush senior aur bush junior ke zamane mein, woh na hoti, kuch bhi na hota.</w:t>
      </w:r>
    </w:p>
    <w:p>
      <w:pPr>
        <w:jc w:val="right"/>
      </w:pPr>
      <w:r>
        <w:t>عراق میں جو لڑائی ہوئی بش سینیئر اور بش جونیئر کے زمانے میں، وہ نہ ہوتی، کچھ بھی نہ ہوتا۔</w:t>
      </w:r>
    </w:p>
    <w:p>
      <w:r>
        <w:rPr>
          <w:b/>
        </w:rPr>
        <w:t xml:space="preserve">[52:24] </w:t>
      </w:r>
      <w:r>
        <w:t>kyun? america ko yeh dhan hai ke duniya mein democracy aaye, yeh dhan hai ke democracy aaye duniya mein.</w:t>
      </w:r>
    </w:p>
    <w:p>
      <w:pPr>
        <w:jc w:val="right"/>
      </w:pPr>
      <w:r>
        <w:t>کیوں؟ امریکہ کو یہ دھن ہے کہ دنیا میں ڈیموکریسی آئے، یہ دھن ہے کہ ڈیموکریسی آئے دنیا میں۔</w:t>
      </w:r>
    </w:p>
    <w:p>
      <w:r>
        <w:rPr>
          <w:b/>
        </w:rPr>
        <w:t xml:space="preserve">[52:36] </w:t>
      </w:r>
      <w:r>
        <w:t>to iraq mein kya tha? saddam hussain sahab jo the, woh the ek fauji afsar, coup kar ke woh wahan par ban gaye</w:t>
      </w:r>
    </w:p>
    <w:p>
      <w:pPr>
        <w:jc w:val="right"/>
      </w:pPr>
      <w:r>
        <w:t>تو عراق میں کیا تھا؟ صدام حسین صاحب جو تھے، وہ تھے ایک فوجی افسر، کو کر کے وہ وہاں پر بن گئے</w:t>
      </w:r>
    </w:p>
    <w:p>
      <w:r>
        <w:rPr>
          <w:b/>
        </w:rPr>
        <w:t xml:space="preserve">[52:44] </w:t>
      </w:r>
      <w:r>
        <w:t>president aur 22 saal tak woh rule karte rahe without any legitimacy, yani kyunke election nahi hua tha wahan, is type ka free election.</w:t>
      </w:r>
    </w:p>
    <w:p>
      <w:pPr>
        <w:jc w:val="right"/>
      </w:pPr>
      <w:r>
        <w:t>پریزیڈنٹ اور 22 سال تک وہ رول کرتے رہے ودا آؤٹ اینی لیٹی بیسی، یعنی کیونکہ الیکشن نہیں ہوا تھا وہاں، اس ٹائپ کا فری الیکشن۔</w:t>
      </w:r>
    </w:p>
    <w:p>
      <w:r>
        <w:rPr>
          <w:b/>
        </w:rPr>
        <w:t xml:space="preserve">[52:59] </w:t>
      </w:r>
      <w:r>
        <w:t>to 22 saal se woh rule kar rahe the ek military dictatorship ke taur par. to is se america ke kuch interest ko ke khilaf ja raha tha.</w:t>
      </w:r>
    </w:p>
    <w:p>
      <w:pPr>
        <w:jc w:val="right"/>
      </w:pPr>
      <w:r>
        <w:t>تو 22 سال سے وہ رول کر رہے تھے ایک ملٹری ڈکٹیٹر شپ کے طور پر۔ تو اس سے امریکہ کے کچھ انٹرسٹ کو کے خلاف جا رہا تھا۔</w:t>
      </w:r>
    </w:p>
    <w:p>
      <w:r>
        <w:rPr>
          <w:b/>
        </w:rPr>
        <w:t xml:space="preserve">[53:13] </w:t>
      </w:r>
      <w:r>
        <w:t>to amreeka ne yeh maang ki ke saddam hussain sahab jo hai, gaddi chhod dein, wahan election karwayein aur election ke baad jo elect ho, woh wahan rule kare iraq mein.</w:t>
      </w:r>
    </w:p>
    <w:p>
      <w:pPr>
        <w:jc w:val="right"/>
      </w:pPr>
      <w:r>
        <w:t>تو امریکہ نے یہ مانگ کی کہ صدام حسین صاحب جو ہے، گدی چھوڑ دیں، وہاں الیکشن کروائیں اور الیکشن کے بعد جو الیکٹ ہو، وہ وہاں رول کرے عراق میں۔</w:t>
      </w:r>
    </w:p>
    <w:p>
      <w:r>
        <w:rPr>
          <w:b/>
        </w:rPr>
        <w:t xml:space="preserve">[53:27] </w:t>
      </w:r>
      <w:r>
        <w:t>to saare ulama ko kehna chahiye tha ke bohat theek kar raha hai woh, yeh to hum ko khud hi karna chahiye tha, ab woh kar raha hai to us ko karo, election karo</w:t>
      </w:r>
    </w:p>
    <w:p>
      <w:pPr>
        <w:jc w:val="right"/>
      </w:pPr>
      <w:r>
        <w:t>تو سارے علماء کو کہنا چاہیے تھا کہ بہت ٹھیک کر رہا ہے وہ، یہ تو ہم کو خود ہی کرنا چاہیے تھا، اب وہ کر رہا ہے تو اس کو کرو، الیکشن کرو</w:t>
      </w:r>
    </w:p>
    <w:p>
      <w:r>
        <w:rPr>
          <w:b/>
        </w:rPr>
        <w:t xml:space="preserve">[53:35] </w:t>
      </w:r>
      <w:r>
        <w:t>aao wahan par. yani saare ulama ko jo fatwe dete rehte hain, aerial yani unnecessary fatwe dete rehte hain, yahan par fatwa dena chahiye tha ke yeh to democracy honi hi honi chahiye.</w:t>
      </w:r>
    </w:p>
    <w:p>
      <w:pPr>
        <w:jc w:val="right"/>
      </w:pPr>
      <w:r>
        <w:t>اؤ وہاں پر۔ یعنی سارے علماء کو جو فتوے دیتے رہتے ہیں، ایریل یعنی ان نیسیسری فتوے دیتے رہتے ہیں، یہاں پر فتوی دینا چاہیے تھا کہ یہ تو ڈیموکریسی ہونی ہی ہونی چاہیے۔</w:t>
      </w:r>
    </w:p>
    <w:p>
      <w:r>
        <w:rPr>
          <w:b/>
        </w:rPr>
        <w:t xml:space="preserve">[53:49] </w:t>
      </w:r>
      <w:r>
        <w:t>bohat achhi maang kar raha hai woh, khatm karo yeh military dictatorship, election karwao.</w:t>
      </w:r>
    </w:p>
    <w:p>
      <w:pPr>
        <w:jc w:val="right"/>
      </w:pPr>
      <w:r>
        <w:t>بہت اچھی مانگ کر رہا ہے وہ، ختم کرو یہ ملٹری ڈکٹیٹر شپ، الیکشن کرواؤ۔</w:t>
      </w:r>
    </w:p>
    <w:p>
      <w:r>
        <w:rPr>
          <w:b/>
        </w:rPr>
        <w:t xml:space="preserve">[53:58] </w:t>
      </w:r>
      <w:r>
        <w:t>to kuch bhi na hota, wahan election hota, ek naye aadmi aage baith jaata aur saddam hussain sahab ke paas aath bohat bade palace thay iraq mein.</w:t>
      </w:r>
    </w:p>
    <w:p>
      <w:pPr>
        <w:jc w:val="right"/>
      </w:pPr>
      <w:r>
        <w:t>تو کچھ بھی نہ ہوتا، وہاں الیکشن ہوتا، ایک نئے آدمی آگے بیٹھ جاتا اور صدام حسین صاحب کے پاس آٹھ بہت بڑے پیلس تھے عراق میں۔</w:t>
      </w:r>
    </w:p>
    <w:p>
      <w:r>
        <w:rPr>
          <w:b/>
        </w:rPr>
        <w:t xml:space="preserve">[54:08] </w:t>
      </w:r>
      <w:r>
        <w:t>aith, aath palace, woh wahan se chale jaate, aath palace, aath college, aath university banate hain. woh</w:t>
      </w:r>
    </w:p>
    <w:p>
      <w:pPr>
        <w:jc w:val="right"/>
      </w:pPr>
      <w:r>
        <w:t>ایٹ، آٹھ پیلس، وہ وہاں سے چلے جاتے، آٹھ پیلس، آٹھ کالج، آٹھ یونیورسٹی بناتے ہیں۔ وہ</w:t>
      </w:r>
    </w:p>
    <w:p>
      <w:r>
        <w:rPr>
          <w:b/>
        </w:rPr>
        <w:t xml:space="preserve">[54:16] </w:t>
      </w:r>
      <w:r>
        <w:t>yeh jefferson tha amreeka mein, jefferson tha jab president tha, woh president. is ke baad ja kar ke us ne university banwai aur us ne likha ke mere marne ke baad meri qabar par yeh na likha jaye ke main president tha amreeka ka, yeh likha jaye ke main ne amreeka mein yeh university banwai.</w:t>
      </w:r>
    </w:p>
    <w:p>
      <w:pPr>
        <w:jc w:val="right"/>
      </w:pPr>
      <w:r>
        <w:t>یہ جفرسن تھا امریکہ میں، جفرسن تھا جب پریزیڈنٹ تھا، وہ پریزیڈنٹ۔ اس کے بعد جا کر کے اس نے یونیورسٹی بنوائی اور اس نے لکھا کہ میرے مرنے کے بعد میری قبر پر یہ نہ لکھا جائے کہ میں پریزیڈنٹ تھا امریکہ کا، یہ لکھا جائے کہ میں نے امریکہ میں یہ یونیورسٹی بنوائی۔</w:t>
      </w:r>
    </w:p>
    <w:p>
      <w:r>
        <w:rPr>
          <w:b/>
        </w:rPr>
        <w:t xml:space="preserve">[54:37] </w:t>
      </w:r>
      <w:r>
        <w:t>to saddam sahab yeh karte, ulama ne fori fatwa diya saddam ko ke tum chhod do</w:t>
      </w:r>
    </w:p>
    <w:p>
      <w:pPr>
        <w:jc w:val="right"/>
      </w:pPr>
      <w:r>
        <w:t>تو صدام صاحب یہ کرتے، علماء نے فوری فتوی دیا صدام کو کہ تم چھوڑ دو</w:t>
      </w:r>
    </w:p>
    <w:p>
      <w:r>
        <w:rPr>
          <w:b/>
        </w:rPr>
        <w:t xml:space="preserve">[54:43] </w:t>
      </w:r>
      <w:r>
        <w:t>gaddi, jao apne aath palace jo hai, is mein aath bade bade college banao aur election kar, election karwa do. aur jo election jeete ga, woh rule kare ga.</w:t>
      </w:r>
    </w:p>
    <w:p>
      <w:pPr>
        <w:jc w:val="right"/>
      </w:pPr>
      <w:r>
        <w:t>گدی، جاؤ اپنے آٹھ پیلس جو ہے، اس میں آٹھ بڑے بڑے کالج بناؤ اور الیکشن کر، الیکشن کروا دو۔ اور جو الیکشن جیتے گا، وہ رول کرے گا۔</w:t>
      </w:r>
    </w:p>
    <w:p>
      <w:r>
        <w:rPr>
          <w:b/>
        </w:rPr>
        <w:t xml:space="preserve">[54:55] </w:t>
      </w:r>
      <w:r>
        <w:t>lekin yeh in ke mind set ke bahar hai. saare ulama, saare musalman, chahe bade hon ya chhote, in ke mind set se aate hi nahi hain, yeh baat aate hi nahi.</w:t>
      </w:r>
    </w:p>
    <w:p>
      <w:pPr>
        <w:jc w:val="right"/>
      </w:pPr>
      <w:r>
        <w:t>لیکن یہ ان کے مائنڈ سیٹ کے باہر ہے۔ سارے علماء، سارے مسلمان، چاہے بڑے ہوں یا چھوٹے، ان کے مائنڈ سیٹ سے آتے ہی نہیں ہیں، یہ بات آتے ہی نہیں۔</w:t>
      </w:r>
    </w:p>
    <w:p>
      <w:r>
        <w:rPr>
          <w:b/>
        </w:rPr>
        <w:t xml:space="preserve">[55:10] </w:t>
      </w:r>
      <w:r>
        <w:t>yani kitna beautiful tareeqe se woh cheez khatm ho sakti thi, hum tabahi se bach sakte thay, lekin kuch nahi hua.</w:t>
      </w:r>
    </w:p>
    <w:p>
      <w:pPr>
        <w:jc w:val="right"/>
      </w:pPr>
      <w:r>
        <w:t>یعنی کتنا بیوٹی فل طریقے سے وہ چیز ختم ہو سکتی تھی، ہم تباہی سے بچ سکتے تھے، لیکن کچھ نہیں ہوا۔</w:t>
      </w:r>
    </w:p>
    <w:p>
      <w:r>
        <w:rPr>
          <w:b/>
        </w:rPr>
        <w:t xml:space="preserve">[55:24] </w:t>
      </w:r>
      <w:r>
        <w:t>to main samajhta hoon ke sab se bada jo problem musalmanon ka hai, woh yeh nahi ke koi dushman aap ka hai, koi aap ka conspiracy kar raha hai, na koi israel dushman hai aap ka, na aap amreeka dushman hai, na koi hindu dushman hai, na koi rss, na koi bjp, ko</w:t>
      </w:r>
    </w:p>
    <w:p>
      <w:pPr>
        <w:jc w:val="right"/>
      </w:pPr>
      <w:r>
        <w:t>تو میں سمجھتا ہوں کہ سب سے بڑا جو پرابلم مسلمانوں کا ہے، وہ یہ نہیں کہ کوئی دشمن آپ کا ہے، کوئی آپ کا کانسپریسی کر رہا ہے، نہ کوئی اسرائیل دشمن ہے آپ کا، نہ آپ امریکہ دشمن ہے، نہ کوئی ہندو دشمن ہے، نہ کوئی آر ایس ایس، نہ کوئی بی جے پی، کو</w:t>
      </w:r>
    </w:p>
    <w:p>
      <w:r>
        <w:rPr>
          <w:b/>
        </w:rPr>
        <w:t xml:space="preserve">[55:40] </w:t>
      </w:r>
      <w:r>
        <w:t>i nahi, koi nahi, koi nahi, koi nahi. sara maamla yeh hai ke musalman naye zamane mein dakhil hi nahi hue, woh jee rahe hain jo pehle ka jo mind set tha, un ka</w:t>
      </w:r>
    </w:p>
    <w:p>
      <w:pPr>
        <w:jc w:val="right"/>
      </w:pPr>
      <w:r>
        <w:t>ئی نہیں، کوئی نہیں، کوئی نہیں، کوئی نہیں۔ سارا معاملہ یہ ہے کہ مسلمان نئے زمانے میں داخل ہی نہیں ہوئے، وہ جی رہے ہیں جو پہلے کا جو مائنڈ سیٹ تھا، ان کا</w:t>
      </w:r>
    </w:p>
    <w:p>
      <w:r>
        <w:rPr>
          <w:b/>
        </w:rPr>
        <w:t xml:space="preserve">[55:57] </w:t>
      </w:r>
      <w:r>
        <w:t>authoritarian mind set ke ek ek ke paas sab kuch ho, baqi ke paas kuch bhi na ho.</w:t>
      </w:r>
    </w:p>
    <w:p>
      <w:pPr>
        <w:jc w:val="right"/>
      </w:pPr>
      <w:r>
        <w:t>اتھارٹیریئن مائنڈ سیٹ کہ ایک ایک کے پاس سب کچھ ہو، باقی کے پاس کچھ بھی نہ ہو۔</w:t>
      </w:r>
    </w:p>
    <w:p>
      <w:r>
        <w:rPr>
          <w:b/>
        </w:rPr>
        <w:t xml:space="preserve">[56:06] </w:t>
      </w:r>
      <w:r>
        <w:t>democracy mein aaye nahi, woh democracy mein jo mawaqe khule hain, is mauqe ko avail nahi kar sake. woh yani democracy means decentralization of opportunities.</w:t>
      </w:r>
    </w:p>
    <w:p>
      <w:pPr>
        <w:jc w:val="right"/>
      </w:pPr>
      <w:r>
        <w:t>ڈیموکریسی میں آئے نہیں، وہ ڈیموکریسی میں جو مواقع کھلے ہیں، اس موقع کو اویل نہیں کر سکے۔ وہ یعنی ڈیموکریسی مینز ڈی سینٹرلائزیشن آف اپرچونیٹیز۔</w:t>
      </w:r>
    </w:p>
    <w:p>
      <w:r>
        <w:rPr>
          <w:b/>
        </w:rPr>
        <w:t xml:space="preserve">[56:18] </w:t>
      </w:r>
      <w:r>
        <w:t>democracy kya hai? decentralization of opportunities. woh avail hi nahi kiya, woh jante nahi is ko.</w:t>
      </w:r>
    </w:p>
    <w:p>
      <w:pPr>
        <w:jc w:val="right"/>
      </w:pPr>
      <w:r>
        <w:t>ڈیموکریسی کیا ہے؟ ڈی سینٹرلائزیشن آف اپرچونیٹیز۔ وہ اویل ہی نہیں کیا، وہ جانتے نہیں اس کو۔</w:t>
      </w:r>
    </w:p>
    <w:p>
      <w:r>
        <w:rPr>
          <w:b/>
        </w:rPr>
        <w:t xml:space="preserve">[56:29] </w:t>
      </w:r>
      <w:r>
        <w:t>kisi ne kaha tha ke mustand hai, mera farmaiya hua,</w:t>
      </w:r>
    </w:p>
    <w:p>
      <w:pPr>
        <w:jc w:val="right"/>
      </w:pPr>
      <w:r>
        <w:t>کسی نے کہا تھا کہ مستند ہے، میرا فرمایا ہوا،</w:t>
      </w:r>
    </w:p>
    <w:p>
      <w:r>
        <w:rPr>
          <w:b/>
        </w:rPr>
        <w:t xml:space="preserve">[56:32] </w:t>
      </w:r>
      <w:r>
        <w:t>main king hoon, jo bolun wahi sahi hai, baqi sab galat hai. to musalmanon ko sab se badi khair khwahi yeh hai ke in ke mind set ko badla jaye, in ko bataya jaye ke naya age kya hai,</w:t>
      </w:r>
    </w:p>
    <w:p>
      <w:pPr>
        <w:jc w:val="right"/>
      </w:pPr>
      <w:r>
        <w:t>میں کنگ ہوں، جو بولوں وہی صحیح ہے، باقی سب غلط ہے۔ تو مسلمانوں کو سب سے بڑی خیر خواہی یہ ہے کہ ان کے مائنڈ سیٹ کو بدلا جائے، ان کو بتایا جائے کہ نیا ایج کیا ہے،</w:t>
      </w:r>
    </w:p>
    <w:p>
      <w:r>
        <w:rPr>
          <w:b/>
        </w:rPr>
        <w:t xml:space="preserve">[56:47] </w:t>
      </w:r>
      <w:r>
        <w:t>naya aaj in ke liye kya kya, kya kya nematein le kar aaya hai, kya kya nematein le kar aaya hai.</w:t>
      </w:r>
    </w:p>
    <w:p>
      <w:pPr>
        <w:jc w:val="right"/>
      </w:pPr>
      <w:r>
        <w:t>نیا آج ان کے لیے کیا کیا، کیا کیا نعمتیں لے کر آیا ہے، کیا کیا نعمتیں لے کر آیا ہے۔</w:t>
      </w:r>
    </w:p>
    <w:p>
      <w:r>
        <w:rPr>
          <w:b/>
        </w:rPr>
        <w:t xml:space="preserve">[56:56] </w:t>
      </w:r>
      <w:r>
        <w:t>aur sirf ek nuskha chhota sa hai ke doosron ko chhod do ke woh apna misuse karte hain to kar lene do, tum proper use karo.</w:t>
      </w:r>
    </w:p>
    <w:p>
      <w:pPr>
        <w:jc w:val="right"/>
      </w:pPr>
      <w:r>
        <w:t>اور صرف ایک نسخہ چھوٹا سا ہے کہ دوسروں کو چھوڑ دو کہ وہ اپنا مس یوز کرتے ہیں تو کر لینے دو، تم پراپر یوز کرو۔</w:t>
      </w:r>
    </w:p>
    <w:p>
      <w:r>
        <w:rPr>
          <w:b/>
        </w:rPr>
        <w:t xml:space="preserve">[57:09] </w:t>
      </w:r>
      <w:r>
        <w:t>main Allah taala se dua karta hoon ke hum sab ko Allah taala tofeeq de samajhne ki, aur main apni team ki ke liye dua karta hoon ke Allah taala is team ko mauqa de ke khoob zyada dawat ka kaam karein aur aakhirat mein Allah ki nematein hasil karein.</w:t>
      </w:r>
    </w:p>
    <w:p>
      <w:pPr>
        <w:jc w:val="right"/>
      </w:pPr>
      <w:r>
        <w:t>میں اللہ تعالی سے دعا کرتا ہوں کہ ہم سب کو اللہ تعالی توفیق دے سمجھنے کی، اور میں اپنی ٹیم کی کے لیے دعا کرتا ہوں کہ اللہ تعالی اس ٹیم کو موقع دے کہ خوب زیادہ دعوت کا کام کریں اور آخرت میں اللہ کی نعمتیں حاصل کریں۔</w:t>
      </w:r>
    </w:p>
    <w:p>
      <w:r>
        <w:rPr>
          <w:b/>
        </w:rPr>
        <w:t xml:space="preserve">[57:27] </w:t>
      </w:r>
      <w:r>
        <w:t>aqool qooli wastaghfirullah alaikum ajmaeen.</w:t>
      </w:r>
    </w:p>
    <w:p>
      <w:pPr>
        <w:jc w:val="right"/>
      </w:pPr>
      <w:r>
        <w:t>اقول قولی واستغفراللہ علیکم اجمعین۔</w:t>
      </w:r>
    </w:p>
    <w:p>
      <w:r>
        <w:rPr>
          <w:b/>
        </w:rPr>
        <w:t xml:space="preserve">[57:43] </w:t>
      </w:r>
      <w:r>
        <w:t>das question is from mr abdul rehman from delhi. molana sahab, as a said, tauheed, namaz, roza, zakat, and hajj are five pillars of islam.</w:t>
      </w:r>
    </w:p>
    <w:p>
      <w:pPr>
        <w:jc w:val="right"/>
      </w:pPr>
      <w:r>
        <w:t>دس کوئسچن از فرام مسٹر عبدالرحمن فرام دہلی۔ مولانا صاحب، ایز اے سیڈ، توحید، نماز، روزہ، زکوۃ، اینڈ حج ار فائیو پلرز اف اسلام۔</w:t>
      </w:r>
    </w:p>
    <w:p>
      <w:r>
        <w:rPr>
          <w:b/>
        </w:rPr>
        <w:t xml:space="preserve">[58:00] </w:t>
      </w:r>
      <w:r>
        <w:t>kindly advice how dawah is classified in the scheme of islam. yeh to sara quran bhara hua hai aur hadith mein aata hai.</w:t>
      </w:r>
    </w:p>
    <w:p>
      <w:pPr>
        <w:jc w:val="right"/>
      </w:pPr>
      <w:r>
        <w:t>کائنڈلی ایڈوائس ہاؤ دعوی از کلاسیفائیڈ ان دا سکیم اف اسلام۔ یہ تو سارا قرآن بھرا ہوا ہے اور حدیث میں آتا ہے۔</w:t>
      </w:r>
    </w:p>
    <w:p>
      <w:r>
        <w:rPr>
          <w:b/>
        </w:rPr>
        <w:t xml:space="preserve">[58:14] </w:t>
      </w:r>
      <w:r>
        <w:t>dekhein, main ek ayat, ek hadith arz karta hoon.</w:t>
      </w:r>
    </w:p>
    <w:p>
      <w:pPr>
        <w:jc w:val="right"/>
      </w:pPr>
      <w:r>
        <w:t>دیکھیں، میں ایک آیت، ایک حدیث عرض کرتا ہوں۔</w:t>
      </w:r>
    </w:p>
    <w:p>
      <w:r>
        <w:rPr>
          <w:b/>
        </w:rPr>
        <w:t xml:space="preserve">[58:19] </w:t>
      </w:r>
      <w:r>
        <w:t>aayat hai: "layakoonar-rasool shaheeda alaikum wa takoono shuhadaa-an-naas". yaani peghambar tumhare upar gawahi de aur tum logon ke upar gawahi do.</w:t>
      </w:r>
    </w:p>
    <w:p>
      <w:pPr>
        <w:jc w:val="right"/>
      </w:pPr>
      <w:r>
        <w:t>آیت ہے: "لیکون الرسول شہیدا علیکم وتکون شہداء الناس"۔ یعنی پیغمبر تمہارے اوپر گواہی دے اور تم لوگوں کے اوپر گواہی دو۔</w:t>
      </w:r>
    </w:p>
    <w:p>
      <w:r>
        <w:rPr>
          <w:b/>
        </w:rPr>
        <w:t xml:space="preserve">[58:32] </w:t>
      </w:r>
      <w:r>
        <w:t>yaani musalman middle ummat hain, ummat-e-muhammadi jo hai, middle ummat hai. rasool se paana aur phir doosron tak pahan</w:t>
      </w:r>
    </w:p>
    <w:p>
      <w:pPr>
        <w:jc w:val="right"/>
      </w:pPr>
      <w:r>
        <w:t>یعنی مسلمان مڈل امت ہیں، امت محمدی جو ہے، مڈل امت ہے۔ رسول سے پانا اور پھر دوسروں تک پہن</w:t>
      </w:r>
    </w:p>
    <w:p>
      <w:r>
        <w:rPr>
          <w:b/>
        </w:rPr>
        <w:t xml:space="preserve">[58:42] </w:t>
      </w:r>
      <w:r>
        <w:t>chaana, isko quran mein shahadat kaha gaya hai. shahadat ka matlab hai dawat, shahadat ka matlab jaan dena nahi hai.</w:t>
      </w:r>
    </w:p>
    <w:p>
      <w:pPr>
        <w:jc w:val="right"/>
      </w:pPr>
      <w:r>
        <w:t>چانا، اس کو قرآن میں شہادت کہا گیا ہے۔ شہادت کا مطلب ہے دعوت، شہادت کا مطلب جان دینا نہیں ہے۔</w:t>
      </w:r>
    </w:p>
    <w:p>
      <w:r>
        <w:rPr>
          <w:b/>
        </w:rPr>
        <w:t xml:space="preserve">[58:53] </w:t>
      </w:r>
      <w:r>
        <w:t>to rasool ko Allah taala ne bheja apna kalam, to rasool ka kaam hai ke woh sahaba ko pahunchaya.</w:t>
      </w:r>
    </w:p>
    <w:p>
      <w:pPr>
        <w:jc w:val="right"/>
      </w:pPr>
      <w:r>
        <w:t>تو رسول کو اللہ تعالی نے بھیجا اپنا کلام، تو رسول کا کام ہے کہ وہ صحابہ کو پہنچایا۔</w:t>
      </w:r>
    </w:p>
    <w:p>
      <w:r>
        <w:rPr>
          <w:b/>
        </w:rPr>
        <w:t xml:space="preserve">[59:04] </w:t>
      </w:r>
      <w:r>
        <w:t>sahaba ka kaam tha ke doosron ko pahunchayen. ab generation of generation yeh chalta rahega,</w:t>
      </w:r>
    </w:p>
    <w:p>
      <w:pPr>
        <w:jc w:val="right"/>
      </w:pPr>
      <w:r>
        <w:t>صحابہ کا کام تھا کہ دوسروں کو پہنچائیں۔ اب جنریشن آف جنریشن یہ چلتا رہے گا،</w:t>
      </w:r>
    </w:p>
    <w:p>
      <w:r>
        <w:rPr>
          <w:b/>
        </w:rPr>
        <w:t xml:space="preserve">[59:10] </w:t>
      </w:r>
      <w:r>
        <w:t>har pichhli generation agli generation ko pahunchati rahegi. yeh hai shahadat-an-naas. hadees mein hai ke aap ne farmaya: "al-musalmano shuhadaa-ullah fil-ard".</w:t>
      </w:r>
    </w:p>
    <w:p>
      <w:pPr>
        <w:jc w:val="right"/>
      </w:pPr>
      <w:r>
        <w:t>ہر پچھلی جنریشن اگلی جنریشن کو پہنچاتی رہے گی۔ یہ ہے شہادت الناس۔ حدیث میں ہے کہ آپ نے فرمایا: "المسلمون شہداء اللہ فی الارض"۔</w:t>
      </w:r>
    </w:p>
    <w:p>
      <w:r>
        <w:rPr>
          <w:b/>
        </w:rPr>
        <w:t xml:space="preserve">[59:26] </w:t>
      </w:r>
      <w:r>
        <w:t>yeh riwayat bukhari mein hai. ek ek mein alfaaz hain: "antum shuhadaa-ullah fil-ard". ek mein hai ke "al-musalmano shuhadaa-ullah fil-ard"</w:t>
      </w:r>
    </w:p>
    <w:p>
      <w:pPr>
        <w:jc w:val="right"/>
      </w:pPr>
      <w:r>
        <w:t>یہ روایت بخاری میں ہے۔ ایک ایک میں الفاظ ہیں: "انتم شہداء اللہ فی الارض"۔ ایک میں ہے کہ "المسلمون شہداء اللہ فی الارض"</w:t>
      </w:r>
    </w:p>
    <w:p>
      <w:r>
        <w:rPr>
          <w:b/>
        </w:rPr>
        <w:t xml:space="preserve">[59:37] </w:t>
      </w:r>
      <w:r>
        <w:t>ke zameen mein musalman ki hesiyat yeh hai ke woh shuhadaa hain. shuhadaa ka matlab yeh hai ke qatl kara len apne aap ko, maar dalen. shuhadaa ka mani dua ke zameen mein musalman ka zimmedari yeh hai ke woh doosron tak pahunchaye sachchai ka paigham.</w:t>
      </w:r>
    </w:p>
    <w:p>
      <w:pPr>
        <w:jc w:val="right"/>
      </w:pPr>
      <w:r>
        <w:t>کہ زمین میں مسلمان کی حیثیت یہ ہے کہ وہ شہداء ہیں۔ شہداء کا مطلب یہ ہے کہ قتل کرا لیں اپنے آپ کو، مار ڈالیں۔ شہداء کا معنی دعا کہ زمین میں مسلمان کا ذمہ داری یہ ہے کہ وہ دوسروں تک پہنچائے سچائی کا پیغام۔</w:t>
      </w:r>
    </w:p>
    <w:p>
      <w:r>
        <w:rPr>
          <w:b/>
        </w:rPr>
        <w:t xml:space="preserve">[59:57] </w:t>
      </w:r>
      <w:r>
        <w:t>to yeh paanch cheezen jo aap ne farmayen, yeh to goya ek shakhs jo hai, yeh bataya gaya hai ke ek shakhs jo muslim kab kaha jayega,</w:t>
      </w:r>
    </w:p>
    <w:p>
      <w:pPr>
        <w:jc w:val="right"/>
      </w:pPr>
      <w:r>
        <w:t>تو یہ پانچ چیزیں جو آپ نے فرمائیں، یہ تو گویا ایک شخص جو ہے، یہ بتایا گیا ہے کہ ایک شخص جو مسلم کب کہا جائے گا،</w:t>
      </w:r>
    </w:p>
    <w:p>
      <w:r>
        <w:rPr>
          <w:b/>
        </w:rPr>
        <w:t xml:space="preserve">[1:00:10] </w:t>
      </w:r>
      <w:r>
        <w:t>ek shakhs muslim kab kaha jayega. muslim hone ki shart yeh batai gayi ke jab yeh paanch cheezen ikhtiyar kar le to woh muslim ban gaya. baqi jo ghair muslim hain, woh zahir hai ke un paanch cheezon ko apnaai hui nahi hain.</w:t>
      </w:r>
    </w:p>
    <w:p>
      <w:pPr>
        <w:jc w:val="right"/>
      </w:pPr>
      <w:r>
        <w:t>ایک شخص مسلم کب کہا جائے گا۔ مسلم ہونے کی شرط یہ بتائی گئی کہ جب یہ پانچ چیزیں اختیار کر لے تو وہ مسلم بن گیا۔ باقی جو غیر مسلم ہیں، وہ ظاہر ہے کہ ان پانچ چیزوں کو اپنائی ہوئی نہیں ہیں۔</w:t>
      </w:r>
    </w:p>
    <w:p>
      <w:r>
        <w:rPr>
          <w:b/>
        </w:rPr>
        <w:t xml:space="preserve">[1:00:25] </w:t>
      </w:r>
      <w:r>
        <w:t>woh to un ke tein kya zimmedari hai? wahi dawat</w:t>
      </w:r>
    </w:p>
    <w:p>
      <w:pPr>
        <w:jc w:val="right"/>
      </w:pPr>
      <w:r>
        <w:t>وہ تو ان کے تئیں کیا ذمہ داری ہے؟ وہی دعوت</w:t>
      </w:r>
    </w:p>
    <w:p>
      <w:r>
        <w:rPr>
          <w:b/>
        </w:rPr>
        <w:t xml:space="preserve">[1:00:31] </w:t>
      </w:r>
      <w:r>
        <w:t>ke matlab hai khud un paanch cheezon par qaim rehna aur doosre jo log hain, un ko paigham pahunchate rehna.</w:t>
      </w:r>
    </w:p>
    <w:p>
      <w:pPr>
        <w:jc w:val="right"/>
      </w:pPr>
      <w:r>
        <w:t>کہ مطلب ہے خود ان پانچ چیزوں پر قائم رہنا اور دوسرے جو لوگ ہیں، ان کو پیغام پہنچاتے رہنا۔</w:t>
      </w:r>
    </w:p>
    <w:p>
      <w:r>
        <w:rPr>
          <w:b/>
        </w:rPr>
        <w:t xml:space="preserve">[1:00:42] </w:t>
      </w:r>
      <w:r>
        <w:t>yeh hai matlab.</w:t>
      </w:r>
    </w:p>
    <w:p>
      <w:pPr>
        <w:jc w:val="right"/>
      </w:pPr>
      <w:r>
        <w:t>یہ ہے مطلب۔</w:t>
      </w:r>
    </w:p>
    <w:p>
      <w:r>
        <w:rPr>
          <w:b/>
        </w:rPr>
        <w:t xml:space="preserve">[1:00:47] </w:t>
      </w:r>
      <w:r>
        <w:t>das question is from miss sadia khan from new delhi. like muslims in yester years, european were also ruled by kings</w:t>
      </w:r>
    </w:p>
    <w:p>
      <w:pPr>
        <w:jc w:val="right"/>
      </w:pPr>
      <w:r>
        <w:t>دس کوئسچن از فرام مس سعدیہ خان فرام نیو دہلی۔ لائک مسلمز ان یسٹر ایئرز، یورپینز وار السو رولڈ بائے کنگز</w:t>
      </w:r>
    </w:p>
    <w:p>
      <w:r>
        <w:rPr>
          <w:b/>
        </w:rPr>
        <w:t xml:space="preserve">[1:00:58] </w:t>
      </w:r>
      <w:r>
        <w:t>. how was the west able to shunt this mind set and adopt democracy? iski jo history hai, wahan par ek waqea hua jo hamare haan nahi hua.</w:t>
      </w:r>
    </w:p>
    <w:p>
      <w:pPr>
        <w:jc w:val="right"/>
      </w:pPr>
      <w:r>
        <w:t>۔ ہاؤ واز دا ویسٹ ایبل ٹو شنٹ دس مائنڈ سیٹ اینڈ اڈاپٹ ڈیموکریسی؟ اس کی جو ہسٹری ہے، وہاں پر ایک واقعہ ہوا جو ہمارے ہاں نہیں ہوا۔</w:t>
      </w:r>
    </w:p>
    <w:p>
      <w:r>
        <w:rPr>
          <w:b/>
        </w:rPr>
        <w:t xml:space="preserve">[1:01:12] </w:t>
      </w:r>
      <w:r>
        <w:t>yaani pope mein aur doosron mein bohat zabardast ladai hui. iski tafsir aap padh sakte hain jo kitab hai draper ki: "conflict between science and religion".</w:t>
      </w:r>
    </w:p>
    <w:p>
      <w:pPr>
        <w:jc w:val="right"/>
      </w:pPr>
      <w:r>
        <w:t>یعنی پوپ میں اور دوسروں میں بہت زبردست لڑائی ہوئی۔ اس کی تفسیر آپ پڑھ سکتے ہیں جو کتاب ہے ڈریپر کی: "کانفلکٹ بٹوین سائنس اینڈ ریلیجن"۔</w:t>
      </w:r>
    </w:p>
    <w:p>
      <w:r>
        <w:rPr>
          <w:b/>
        </w:rPr>
        <w:t xml:space="preserve">[1:01:27] </w:t>
      </w:r>
      <w:r>
        <w:t>bohat zabardast ladai hui church mein aur christian logon mein. yahan tak ke mussolini ke zamane mein, mussolini jo italy ka dictator tha, us ke zamane mein yeh hua ke aap jante hain ke is se pehle pope jo hai, poore europe ka ruler bana rehta tha, spiritual ruler.</w:t>
      </w:r>
    </w:p>
    <w:p>
      <w:pPr>
        <w:jc w:val="right"/>
      </w:pPr>
      <w:r>
        <w:t>بہت زبردست لڑائی ہوئی چرچ میں اور کرسچن لوگوں میں۔ یہاں تک کہ مسولینی کے زمانے میں، مسولینی جو اٹلی کا ڈکٹیٹر تھا، اس کے زمانے میں یہ ہوا کہ آپ جانتے ہیں کہ اس سے پہلے پوپ جو ہے، پورے یورپ کا رولر بنا رہتا تھا، اسپریچول رولر۔</w:t>
      </w:r>
    </w:p>
    <w:p>
      <w:r>
        <w:rPr>
          <w:b/>
        </w:rPr>
        <w:t xml:space="preserve">[1:01:47] </w:t>
      </w:r>
      <w:r>
        <w:t>mussolini se pehle pope jo hota tha, woh poore europe ka sp</w:t>
      </w:r>
    </w:p>
    <w:p>
      <w:pPr>
        <w:jc w:val="right"/>
      </w:pPr>
      <w:r>
        <w:t>مسولینی سے پہلے پوپ جو ہوتا تھا، وہ پورے یورپ کا اسپ</w:t>
      </w:r>
    </w:p>
    <w:p>
      <w:r>
        <w:rPr>
          <w:b/>
        </w:rPr>
        <w:t xml:space="preserve">[1:01:53] </w:t>
      </w:r>
      <w:r>
        <w:t>iritual ruler tha. yaani badshahon ko is ki baat manni padti thi. phir bohat zabardast takrao hua, yahan tak ke</w:t>
      </w:r>
    </w:p>
    <w:p>
      <w:pPr>
        <w:jc w:val="right"/>
      </w:pPr>
      <w:r>
        <w:t>ریچول رولر تھا۔ یعنی بادشاہوں کو اس کی بات ماننی پڑتی تھی۔ پھر بہت زبردست ٹکراؤ ہوا، یہاں تک کہ</w:t>
      </w:r>
    </w:p>
    <w:p>
      <w:r>
        <w:rPr>
          <w:b/>
        </w:rPr>
        <w:t xml:space="preserve">[1:02:05] </w:t>
      </w:r>
      <w:r>
        <w:t>yaani church ko ya pope ko paas koi option na raha is ke siwa ke woh apna apne aap ko woh kar len, peechhe le jayen, peechhe le jayen.</w:t>
      </w:r>
    </w:p>
    <w:p>
      <w:pPr>
        <w:jc w:val="right"/>
      </w:pPr>
      <w:r>
        <w:t>یعنی چرچ کو یا پوپ کو پاس کوئی آپشن نہ رہا اس کے سوا کہ وہ اپنا اپنے آپ کو وہ کر لیں، پیچھے لے جائیں، پیچھے لے جائیں۔</w:t>
      </w:r>
    </w:p>
    <w:p>
      <w:r>
        <w:rPr>
          <w:b/>
        </w:rPr>
        <w:t xml:space="preserve">[1:02:18] </w:t>
      </w:r>
      <w:r>
        <w:t>chanaanche un ko italy mein ek choti jagah de di gayi, us ko kehte hain vatican. woh bohat choti si jagah hai,</w:t>
      </w:r>
    </w:p>
    <w:p>
      <w:pPr>
        <w:jc w:val="right"/>
      </w:pPr>
      <w:r>
        <w:t>چنانچہ ان کو اٹلی میں ایک چھوٹی جگہ دے دی گئی، اس کو کہتے ہیں ویٹیکن۔ وہ بہت چھوٹی سی جگہ ہے،</w:t>
      </w:r>
    </w:p>
    <w:p>
      <w:r>
        <w:rPr>
          <w:b/>
        </w:rPr>
        <w:t xml:space="preserve">[1:02:24] </w:t>
      </w:r>
      <w:r>
        <w:t>mein bataoon nizamuddin se bhi shayad choti hogi. wahan par un ki spiritual state qaim hai, wahin pope rehte hain.</w:t>
      </w:r>
    </w:p>
    <w:p>
      <w:pPr>
        <w:jc w:val="right"/>
      </w:pPr>
      <w:r>
        <w:t>میں بتاؤں نظام الدین سے بھی شاید چھوٹی ہوگی۔ وہاں پر ان کی اسپریچول اسٹیٹ قائم ہے، وہیں پوپ رہتے ہیں۔</w:t>
      </w:r>
    </w:p>
    <w:p>
      <w:r>
        <w:rPr>
          <w:b/>
        </w:rPr>
        <w:t xml:space="preserve">[1:02:34] </w:t>
      </w:r>
      <w:r>
        <w:t>to woh raazi ho, wahan ek ek detachment hua yaani church aur parties darmiyan ek detachment ho gaya ke church ko haq nahi hai ke woh political affairs mein dakhal de,</w:t>
      </w:r>
    </w:p>
    <w:p>
      <w:pPr>
        <w:jc w:val="right"/>
      </w:pPr>
      <w:r>
        <w:t>تو وہ راضی ہو، وہاں ایک ایک ڈیٹیچمنٹ ہوا یعنی چرچ اور پارٹیز درمیان ایک ڈیٹیچمنٹ ہو گیا کہ چرچ کو حق نہیں ہے کہ وہ پولیٹیکل افیئرز میں دخل دے،</w:t>
      </w:r>
    </w:p>
    <w:p>
      <w:r>
        <w:rPr>
          <w:b/>
        </w:rPr>
        <w:t xml:space="preserve">[1:02:49] </w:t>
      </w:r>
      <w:r>
        <w:t>woh apna usi vatican mein rahe.</w:t>
      </w:r>
    </w:p>
    <w:p>
      <w:pPr>
        <w:jc w:val="right"/>
      </w:pPr>
      <w:r>
        <w:t>وہ اپنا اسی ویٹیکن میں رہے۔</w:t>
      </w:r>
    </w:p>
    <w:p>
      <w:r>
        <w:rPr>
          <w:b/>
        </w:rPr>
        <w:t xml:space="preserve">[1:02:53] </w:t>
      </w:r>
      <w:r>
        <w:t>yeh detachment musalmanon mein nahi hua. musalmanon mein aaj bhi aap jante hain, musalmanon mein aisi jamaaten hain jo islam mein hukumat sahib dene mein qaim karo, khilafat sahib dene mein qaim karo.</w:t>
      </w:r>
    </w:p>
    <w:p>
      <w:pPr>
        <w:jc w:val="right"/>
      </w:pPr>
      <w:r>
        <w:t>یہ ڈیٹیچمنٹ مسلمانوں میں نہیں ہوا۔ مسلمانوں میں آج بھی آپ جانتے ہیں، مسلمانوں میں ایسی جماعتیں ہیں جو اسلام میں حکومت صاحب دینے میں قائم کرو، خلافت صاحب دینے میں قائم کرو۔</w:t>
      </w:r>
    </w:p>
    <w:p>
      <w:r>
        <w:rPr>
          <w:b/>
        </w:rPr>
        <w:t xml:space="preserve">[1:03:06] </w:t>
      </w:r>
      <w:r>
        <w:t>isi par un ki sari activities chal rahi hain. to religion aur parties darmyan in ke haan jo alahdagi ho gayi, us barabar woh log moqa mil gaya un ko ab modern opportunity ko avail karne ka,</w:t>
      </w:r>
    </w:p>
    <w:p>
      <w:pPr>
        <w:jc w:val="right"/>
      </w:pPr>
      <w:r>
        <w:t>اسی پر ان کی ساری ایکٹیویٹیز چل رہی ہیں۔ تو ریلیجن اور پارٹیز درمیان ان کے ہاں جو علیحدگی ہو گئی، اس برابر وہ لوگ موقع مل گیا ان کو اب ماڈرن اپرچونیٹی کو اویل کرنے کا،</w:t>
      </w:r>
    </w:p>
    <w:p>
      <w:r>
        <w:rPr>
          <w:b/>
        </w:rPr>
        <w:t xml:space="preserve">[1:03:24] </w:t>
      </w:r>
      <w:r>
        <w:t>aur hum ko nahi mila. jaise misaal ke taur par ek misaal doonga aap ko ke jab surgery ya modern surgery aayi aur body ko cheer phaar kiya jaane laga to hamare ulma hain, fatwa de dein ke haram hai.</w:t>
      </w:r>
    </w:p>
    <w:p>
      <w:pPr>
        <w:jc w:val="right"/>
      </w:pPr>
      <w:r>
        <w:t>اور ہم کو نہیں ملا۔ جیسے مثال کے طور پر ایک مثال دوں گا آپ کو کہ جب سرجری یا ماڈرن سرجری آئی اور باڈی کو چیر پھاڑ کیا جانے لگا تو ہمارے علماء ہیں، فتوی دے دیں کہ حرام ہے۔</w:t>
      </w:r>
    </w:p>
    <w:p>
      <w:r>
        <w:rPr>
          <w:b/>
        </w:rPr>
        <w:t xml:space="preserve">[1:03:38] </w:t>
      </w:r>
      <w:r>
        <w:t>wahan woh pope ko unhon ne be-dakhal kar diya tha, pope ko haq nahi tha ke woh fatwa de ke tum jao apni vatican mein raho. to cheer phaar khoob kiya unhon ne to modern surgery mein bohat aage barh</w:t>
      </w:r>
    </w:p>
    <w:p>
      <w:pPr>
        <w:jc w:val="right"/>
      </w:pPr>
      <w:r>
        <w:t>وہاں وہ پوپ کو انہوں نے بے دخل کر دیا تھا، پوپ کو حق نہیں تھا کہ وہ فتوی دے کہ تم جاؤ اپنی ویٹیکن میں رہو۔ تو چیر پھاڑ خوب کیا انہوں نے تو ماڈرن سرجری میں بہت آگے بڑھ</w:t>
      </w:r>
    </w:p>
    <w:p>
      <w:r>
        <w:rPr>
          <w:b/>
        </w:rPr>
        <w:t xml:space="preserve">[1:03:52] </w:t>
      </w:r>
      <w:r>
        <w:t>gaye woh, aur musalman kahin bhi no where reh gaye kyunke woh haram halal mein pare rahe. to unhon ne haram halal karne wale is institution ko dhakel kar vatican mein daal diya.</w:t>
      </w:r>
    </w:p>
    <w:p>
      <w:pPr>
        <w:jc w:val="right"/>
      </w:pPr>
      <w:r>
        <w:t>گئے وہ، اور مسلمان کہیں بھی نو ویئر رہ گئے کیونکہ وہ حرام حلال میں پڑے رہے۔ تو انہوں نے حرام حلال کرنے والے اس انسٹیٹیوشن کو دھکیل کر ویٹیکن میں ڈال دیا۔</w:t>
      </w:r>
    </w:p>
    <w:p>
      <w:r>
        <w:rPr>
          <w:b/>
        </w:rPr>
        <w:t xml:space="preserve">[1:04:03] </w:t>
      </w:r>
      <w:r>
        <w:t>hamare haan haram halal karne wala institution jo hai, woh har jagah maujood raha aur musalmanon ko har jagah haram halal batata raha.</w:t>
      </w:r>
    </w:p>
    <w:p>
      <w:pPr>
        <w:jc w:val="right"/>
      </w:pPr>
      <w:r>
        <w:t>ہمارے ہاں حرام حلال کرنے والا انسٹیٹیوشن جو ہے، وہ ہر جگہ موجود رہا اور مسلمانوں کو ہر جگہ حرام حلال بتاتا رہا۔</w:t>
      </w:r>
    </w:p>
    <w:p>
      <w:r>
        <w:rPr>
          <w:b/>
        </w:rPr>
        <w:t xml:space="preserve">[1:04:14] </w:t>
      </w:r>
      <w:r>
        <w:t>isi wajah se musalman peechhe ho gaye.</w:t>
      </w:r>
    </w:p>
    <w:p>
      <w:pPr>
        <w:jc w:val="right"/>
      </w:pPr>
      <w:r>
        <w:t>اسی وجہ سے مسلمان پیچھے ہو گئے۔</w:t>
      </w:r>
    </w:p>
    <w:p>
      <w:r>
        <w:rPr>
          <w:b/>
        </w:rPr>
        <w:t xml:space="preserve">[1:04:20] </w:t>
      </w:r>
      <w:r>
        <w:t>das question is from Mr Abdul Basit from Doha, Qatar. Maulana, Quran mein musalmanon ko sabr par itna zyada ubhara gaya hai ke barhe barhe ajr o sawab balkeh be hisab ajr ka wada hai.</w:t>
      </w:r>
    </w:p>
    <w:p>
      <w:pPr>
        <w:jc w:val="right"/>
      </w:pPr>
      <w:r>
        <w:t>دس کوئسچن از فرام مسٹر عبدالباسط فرام دوحہ، قطر۔ مولانا، قرآن میں مسلمانوں کو صبر پر اتنا زیادہ ابھارا گیا ہے کہ بڑے بڑے اجر و ثواب بلکہ بے حساب اجر کا وعدہ ہے۔</w:t>
      </w:r>
    </w:p>
    <w:p>
      <w:r>
        <w:rPr>
          <w:b/>
        </w:rPr>
        <w:t xml:space="preserve">[1:04:39] </w:t>
      </w:r>
      <w:r>
        <w:t>aakhir ek musalman ko ghair musalmanon ki harkaton par sabr ke sath bandh kar kyun rakha gaya hai? is ko bataein.</w:t>
      </w:r>
    </w:p>
    <w:p>
      <w:pPr>
        <w:jc w:val="right"/>
      </w:pPr>
      <w:r>
        <w:t>آخر ایک مسلمان کو غیر مسلمانوں کی حرکتوں پر صبر کے ساتھ باندھ کر کیوں رکھا گیا ہے؟ اس کو بتائیں۔</w:t>
      </w:r>
    </w:p>
    <w:p>
      <w:r>
        <w:rPr>
          <w:b/>
        </w:rPr>
        <w:t xml:space="preserve">[1:04:51] </w:t>
      </w:r>
      <w:r>
        <w:t>dekhiye, bandhna nahi hai, yeh to wisdom ki baat hai. wisdom sab is the greatest wisdom. yahi to musibat hai ke musalman samajhte hain ke hum ko bandh diya gaya, hum ko bazdil bana diya gaya, hum ko paspai karne ko sikha diya gaya.</w:t>
      </w:r>
    </w:p>
    <w:p>
      <w:pPr>
        <w:jc w:val="right"/>
      </w:pPr>
      <w:r>
        <w:t>دیکھیے، باندھنا نہیں ہے، یہ تو وزڈم کی بات ہے۔ وزڈم سب از دا گریٹسٹ وزڈم۔ یہی تو مصیبت ہے کہ مسلمان سمجھتے ہیں کہ ہم کو باندھ دیا گیا، ہم کو بزدل بنا دیا گیا، ہم کو پسپائی کرنے کو سکھا دیا گیا۔</w:t>
      </w:r>
    </w:p>
    <w:p>
      <w:r>
        <w:rPr>
          <w:b/>
        </w:rPr>
        <w:t xml:space="preserve">[1:05:08] </w:t>
      </w:r>
      <w:r>
        <w:t>yani hamara jo mission hai, yeh ek ilzaam hamare upar hai. dekho, yeh to musalmanon ko bazdil banate hain kyunke sabr ke maani woh baat samajhte hain.</w:t>
      </w:r>
    </w:p>
    <w:p>
      <w:pPr>
        <w:jc w:val="right"/>
      </w:pPr>
      <w:r>
        <w:t>یعنی ہمارا جو مشن ہے، یہ ایک الزام ہمارے اوپر ہے۔ دیکھو، یہ تو مسلمانوں کو بزدل بناتے ہیں کیونکہ صبر کے معنی وہ بات سمجھتے ہیں۔</w:t>
      </w:r>
    </w:p>
    <w:p>
      <w:r>
        <w:rPr>
          <w:b/>
        </w:rPr>
        <w:t xml:space="preserve">[1:05:17] </w:t>
      </w:r>
      <w:r>
        <w:t>woh bazdili, sabr is the greatest wisdom.</w:t>
      </w:r>
    </w:p>
    <w:p>
      <w:pPr>
        <w:jc w:val="right"/>
      </w:pPr>
      <w:r>
        <w:t>وہ بزدلی، صبر از دا گریٹسٹ وزڈم۔</w:t>
      </w:r>
    </w:p>
    <w:p>
      <w:r>
        <w:rPr>
          <w:b/>
        </w:rPr>
        <w:t xml:space="preserve">[1:05:22] </w:t>
      </w:r>
      <w:r>
        <w:t>sabr ka matlab wahi hai jo maine aap se kiya: ignore the problem, avail the opportunities. yeh hai sabr ke jab aap jab tak aap sabr nahi karenge, maslan log cartoon chhaap rahe hain, jab sabr karenge tab avail kar payenge aap internet ko, computer ko,</w:t>
      </w:r>
    </w:p>
    <w:p>
      <w:pPr>
        <w:jc w:val="right"/>
      </w:pPr>
      <w:r>
        <w:t>صبر کا مطلب وہی ہے جو میں نے آپ سے کیا: اگنور دا پرابلم، اویل دا اپرچونیٹیز۔ یہ ہے صبر کہ جب آپ جب تک آپ صبر نہیں کریں گے، مثلاً لوگ کارٹون چھاپ رہے ہیں، جب صبر کریں گے تب اویل کر پائیں گے آپ انٹرنیٹ کو، کمپیوٹر کو،</w:t>
      </w:r>
    </w:p>
    <w:p>
      <w:r>
        <w:rPr>
          <w:b/>
        </w:rPr>
        <w:t xml:space="preserve">[1:05:41] </w:t>
      </w:r>
      <w:r>
        <w:t>facebook ko. nahi karenge to avail nahi kar payenge aap. isi par ladte rahenge, isi par jhagadte rahenge.</w:t>
      </w:r>
    </w:p>
    <w:p>
      <w:pPr>
        <w:jc w:val="right"/>
      </w:pPr>
      <w:r>
        <w:t>فیس بک کو۔ نہیں کریں گے تو اویل نہیں کر پائیں گے آپ۔ اسی پر لڑتے رہیں گے، اسی پر جھگڑتے رہیں گے۔</w:t>
      </w:r>
    </w:p>
    <w:p>
      <w:r>
        <w:rPr>
          <w:b/>
        </w:rPr>
        <w:t xml:space="preserve">[1:05:50] </w:t>
      </w:r>
      <w:r>
        <w:t>to problem par sabr hota hai. sabr ka matlab yeh nahi ke aap namaz bhi na parhein. jo problem hai, us par jab aap sabr karenge to kya hoga?</w:t>
      </w:r>
    </w:p>
    <w:p>
      <w:pPr>
        <w:jc w:val="right"/>
      </w:pPr>
      <w:r>
        <w:t>تو پرابلم پر صبر ہوتا ہے۔ صبر کا مطلب یہ نہیں کہ آپ نماز بھی نہ پڑھیں۔ جو پرابلم ہے، اس پر جب آپ صبر کریں گے تو کیا ہوگا؟</w:t>
      </w:r>
    </w:p>
    <w:p>
      <w:r>
        <w:rPr>
          <w:b/>
        </w:rPr>
        <w:t xml:space="preserve">[1:06:02] </w:t>
      </w:r>
      <w:r>
        <w:t>aap is position mein ho jayenge ke aap opportunity based planning karein.</w:t>
      </w:r>
    </w:p>
    <w:p>
      <w:pPr>
        <w:jc w:val="right"/>
      </w:pPr>
      <w:r>
        <w:t>آپ اس پوزیشن میں ہو جائیں گے کہ آپ اپرچونیٹی بیسڈ پلاننگ کریں۔</w:t>
      </w:r>
    </w:p>
    <w:p>
      <w:r>
        <w:rPr>
          <w:b/>
        </w:rPr>
        <w:t xml:space="preserve">[1:06:11] </w:t>
      </w:r>
      <w:r>
        <w:t>problem to hamesha rehte hain, aap jante hain. paighambar ke liye problem tha,</w:t>
      </w:r>
    </w:p>
    <w:p>
      <w:pPr>
        <w:jc w:val="right"/>
      </w:pPr>
      <w:r>
        <w:t>پرابلم تو ہمیشہ رہتے ہیں، آپ جانتے ہیں۔ پیغمبر کے لیے پرابلم تھا،</w:t>
      </w:r>
    </w:p>
    <w:p>
      <w:r>
        <w:rPr>
          <w:b/>
        </w:rPr>
        <w:t xml:space="preserve">[1:06:16] </w:t>
      </w:r>
      <w:r>
        <w:t>lekin jab problem uljhe rahenge aap to opportunities ko avail karne ka aap ke paas kuch nahi hoga. to sabr ka matlab yahi hai.</w:t>
      </w:r>
    </w:p>
    <w:p>
      <w:pPr>
        <w:jc w:val="right"/>
      </w:pPr>
      <w:r>
        <w:t>لیکن جب پرابلم الجھے رہیں گے آپ تو اپرچونیٹیز کو اویل کرنے کا آپ کے پاس کچھ نہیں ہوگا۔ تو صبر کا مطلب یہی ہے۔</w:t>
      </w:r>
    </w:p>
    <w:p>
      <w:r>
        <w:rPr>
          <w:b/>
        </w:rPr>
        <w:t xml:space="preserve">[1:06:26] </w:t>
      </w:r>
      <w:r>
        <w:t>sabr ka matlab yahi hai ke jo problem hai, us ko ignore karo taake tum opportunities ko avail kar sako.</w:t>
      </w:r>
    </w:p>
    <w:p>
      <w:pPr>
        <w:jc w:val="right"/>
      </w:pPr>
      <w:r>
        <w:t>صبر کا مطلب یہی ہے کہ جو پرابلم ہے، اس کو اگنور کرو تاکہ تم اپرچونیٹیز کو اویل کر سکو۔</w:t>
      </w:r>
    </w:p>
    <w:p>
      <w:r>
        <w:rPr>
          <w:b/>
        </w:rPr>
        <w:t xml:space="preserve">[1:06:35] </w:t>
      </w:r>
      <w:r>
        <w:t>yeh hai sabr.</w:t>
      </w:r>
    </w:p>
    <w:p>
      <w:pPr>
        <w:jc w:val="right"/>
      </w:pPr>
      <w:r>
        <w:t>یہ ہے صبر۔</w:t>
      </w:r>
    </w:p>
    <w:p>
      <w:r>
        <w:rPr>
          <w:b/>
        </w:rPr>
        <w:t xml:space="preserve">[1:06:39] </w:t>
      </w:r>
      <w:r>
        <w:t>yeh sabr means ignore the problems, so that you may be able to avail the opportunities.</w:t>
      </w:r>
    </w:p>
    <w:p>
      <w:pPr>
        <w:jc w:val="right"/>
      </w:pPr>
      <w:r>
        <w:t>یہ صبر مینز اگنور دا پرابلمز، سو دیٹ یو می بی ایبل ٹو اویل دا اپرچونیٹیز۔</w:t>
      </w:r>
    </w:p>
    <w:p>
      <w:r>
        <w:rPr>
          <w:b/>
        </w:rPr>
        <w:t xml:space="preserve">[1:06:50] </w:t>
      </w:r>
      <w:r>
        <w:t>yeh matlab hai sabr to ek bohat hi positive formula hai, most positive formula sabr hai. to option ki do ke beech mein hai: ya to ladte raho, ladte raho, ladte raho ke aap aur isi mein mar jaiye aur kuch aap kar na payein.</w:t>
      </w:r>
    </w:p>
    <w:p>
      <w:pPr>
        <w:jc w:val="right"/>
      </w:pPr>
      <w:r>
        <w:t>یہ مطلب ہے صبر تو ایک بہت ہی پوزیٹیو فارمولا ہے، موسٹ پوزیٹیو فارمولا صبر ہے۔ تو آپشن کی دو کے بیچ میں ہے: یا تو لڑتے رہیں، لڑتے رہیں، لڑتے رہیں کہ آپ اور اسی میں مر جائیے اور کچھ آپ کر نہ پائیں۔</w:t>
      </w:r>
    </w:p>
    <w:p>
      <w:r>
        <w:rPr>
          <w:b/>
        </w:rPr>
        <w:t xml:space="preserve">[1:07:07] </w:t>
      </w:r>
      <w:r>
        <w:t>aur doosra formula kya hai? ke problem ko ignore kijiye, problem ko se dhyan hata lijiye.</w:t>
      </w:r>
    </w:p>
    <w:p>
      <w:pPr>
        <w:jc w:val="right"/>
      </w:pPr>
      <w:r>
        <w:t>اور دوسرا فارمولا کیا ہے؟ کہ پرابلم کو اگنور کیجئے، پرابلم کو سے دھیان ہٹا لیجئے۔</w:t>
      </w:r>
    </w:p>
    <w:p>
      <w:r>
        <w:rPr>
          <w:b/>
        </w:rPr>
        <w:t xml:space="preserve">[1:07:17] </w:t>
      </w:r>
      <w:r>
        <w:t>aap dekhein ke itni sari opportunities hain, in ko avail kijiye. yeh abhi yeh jo misaal di maine ke facebook ek ek universe, ek ek global opportunity hai, is mein global opportunity.</w:t>
      </w:r>
    </w:p>
    <w:p>
      <w:pPr>
        <w:jc w:val="right"/>
      </w:pPr>
      <w:r>
        <w:t>آپ دیکھیں کہ اتنی ساری اپرچونیٹیز ہیں، ان کو اویل کیجئے۔ یہ ابھی یہ جو مثال دی میں نے کہ فیس بک ایک ایک یونیورس، ایک ایک گلوبل اپرچونیٹی ہے، اس میں گلوبل اپرچونیٹی۔</w:t>
      </w:r>
    </w:p>
    <w:p>
      <w:r>
        <w:rPr>
          <w:b/>
        </w:rPr>
        <w:t xml:space="preserve">[1:07:32] </w:t>
      </w:r>
      <w:r>
        <w:t>ab aap cartoon le ke jhagde ke ladai karenge to isi mein phanse rahenge</w:t>
      </w:r>
    </w:p>
    <w:p>
      <w:pPr>
        <w:jc w:val="right"/>
      </w:pPr>
      <w:r>
        <w:t>اب آپ کارٹون لے کے جھگڑے کے لڑائی کریں گے تو اسی میں پھنسے رہیں گے</w:t>
      </w:r>
    </w:p>
    <w:p>
      <w:r>
        <w:rPr>
          <w:b/>
        </w:rPr>
        <w:t xml:space="preserve">[1:07:37] </w:t>
      </w:r>
      <w:r>
        <w:t>aur is opportunities jo hain, aap avail nahi kar payenge.</w:t>
      </w:r>
    </w:p>
    <w:p>
      <w:pPr>
        <w:jc w:val="right"/>
      </w:pPr>
      <w:r>
        <w:t>اور اس اپرچونیٹیز جو ہیں، آپ اویل نہیں کر پائیں گے۔</w:t>
      </w:r>
    </w:p>
    <w:p>
      <w:r>
        <w:rPr>
          <w:b/>
        </w:rPr>
        <w:t xml:space="preserve">[1:07:43] </w:t>
      </w:r>
      <w:r>
        <w:t>jaise ke pakistan mein ban lagai, yeh ban lagai, yeh bilkul redogans baat hai. ban lagana, ban lagane ka mani kya hai? ke woh scheme thori ban ho jayegi.</w:t>
      </w:r>
    </w:p>
    <w:p>
      <w:pPr>
        <w:jc w:val="right"/>
      </w:pPr>
      <w:r>
        <w:t>جیسے کہ پاکستان میں بین لگائی، یہ بین لگائی، یہ بالکل ریڈوگنس بات ہے۔ بین لگانا، بین لگانے کا معنی کیا ہے؟ کہ وہ اسکیم تھوڑی بین ہو جائے گی۔</w:t>
      </w:r>
    </w:p>
    <w:p>
      <w:r>
        <w:rPr>
          <w:b/>
        </w:rPr>
        <w:t xml:space="preserve">[1:07:53] </w:t>
      </w:r>
      <w:r>
        <w:t>log to khoob is ko aweil kareinge. ban lagane ka mani hai ke mein is ko aweil nahi pa paunga. yani pakistani log aweil nahi kar painge. aisa thori ke aap system ko khatam khatam kar deinge.</w:t>
      </w:r>
    </w:p>
    <w:p>
      <w:pPr>
        <w:jc w:val="right"/>
      </w:pPr>
      <w:r>
        <w:t>لوگ تو خوب اس کو اویل کریں گے۔ بین لگانے کا معنی ہے کہ میں اس کو اویل نہیں کر پاؤں گا۔ یعنی پاکستانی لوگ اویل نہیں کر پائیں گے۔ ایسا تھوڑی کہ آپ سسٹم کو ختم ختم کر دیں گے۔</w:t>
      </w:r>
    </w:p>
    <w:p>
      <w:r>
        <w:rPr>
          <w:b/>
        </w:rPr>
        <w:t xml:space="preserve">[1:08:04] </w:t>
      </w:r>
      <w:r>
        <w:t>internet ka system thori aap</w:t>
      </w:r>
    </w:p>
    <w:p>
      <w:pPr>
        <w:jc w:val="right"/>
      </w:pPr>
      <w:r>
        <w:t>انٹرنیٹ کا سسٹم تھوڑی آپ</w:t>
      </w:r>
    </w:p>
    <w:p>
      <w:r>
        <w:rPr>
          <w:b/>
        </w:rPr>
        <w:t xml:space="preserve">[1:08:06] </w:t>
      </w:r>
      <w:r>
        <w:t>khatam kar deinge? woh to chalta rahega duniya mein. to is mani hai ke aap ne doosron ko moqa diya ke khoob aweil karo aur hum ghar mein baithe rahe.</w:t>
      </w:r>
    </w:p>
    <w:p>
      <w:pPr>
        <w:jc w:val="right"/>
      </w:pPr>
      <w:r>
        <w:t>ختم کر دیں گے۔ وہ تو چلتا رہے گا دنیا میں۔ تو اس معنی ہے کہ آپ نے دوسروں کو موقع دیا کہ خوب اویل کرو اور ہم گھر میں بیٹھ رہے۔</w:t>
      </w:r>
    </w:p>
    <w:p>
      <w:r>
        <w:rPr>
          <w:b/>
        </w:rPr>
        <w:t xml:space="preserve">[1:08:19] </w:t>
      </w:r>
      <w:r>
        <w:t>to duniya mein ko bataya, banaya Allah taala ne is tarah se ke Allah insan ko test ke liye paida kiya. test ke liye to azadi di. without azadi, do test.</w:t>
      </w:r>
    </w:p>
    <w:p>
      <w:pPr>
        <w:jc w:val="right"/>
      </w:pPr>
      <w:r>
        <w:t>تو دنیا میں کو بتایا، بنایا اللہ تعالی نے اس طرح سے کہ اللہ انسان کو ٹیسٹ کے لیے پیدا کیا۔ ٹیسٹ کے لیے تو آزادی دی۔ ودا آؤٹ آزادی، دو ٹیسٹ۔</w:t>
      </w:r>
    </w:p>
    <w:p>
      <w:r>
        <w:rPr>
          <w:b/>
        </w:rPr>
        <w:t xml:space="preserve">[1:08:31] </w:t>
      </w:r>
      <w:r>
        <w:t>ab hath baandh dein logon ka to test kaise hoga?</w:t>
      </w:r>
    </w:p>
    <w:p>
      <w:pPr>
        <w:jc w:val="right"/>
      </w:pPr>
      <w:r>
        <w:t>اب ہاتھ باندھ دیں لوگوں کا تو ٹیسٹ کیسے ہوگا؟</w:t>
      </w:r>
    </w:p>
    <w:p>
      <w:r>
        <w:rPr>
          <w:b/>
        </w:rPr>
        <w:t xml:space="preserve">[1:08:35] </w:t>
      </w:r>
      <w:r>
        <w:t>to jab azadi hai to misuse bhi karega aadmi azadi ka. to hamein is agar woh misuse kar raha hai to hamein is ko ignore karna padega kyunke in ma'al usri usri jahan usar hai, wahan yusuf bhi hai.</w:t>
      </w:r>
    </w:p>
    <w:p>
      <w:pPr>
        <w:jc w:val="right"/>
      </w:pPr>
      <w:r>
        <w:t>تو جب آزادی ہے تو مس یوز بھی کرے گا آدمی آزادی کا۔ تو ہمیں اس اگر وہ مس یوز کر رہا ہے تو ہمیں اس کو اگنور کرنا پڑے گا کیونکہ ان مال عسر عسری جہاں عسر ہے، وہاں یوسف بھی ہے۔</w:t>
      </w:r>
    </w:p>
    <w:p>
      <w:r>
        <w:rPr>
          <w:b/>
        </w:rPr>
        <w:t xml:space="preserve">[1:08:49] </w:t>
      </w:r>
      <w:r>
        <w:t>jahan problem hai, wahan opportunity bhi hai. yani ek taraf Allah taala ne logon ko moqa diya, azadi di, doosri taraf isi ke sath sath opportunity de bhar di ke kabhi khatam na ho.</w:t>
      </w:r>
    </w:p>
    <w:p>
      <w:pPr>
        <w:jc w:val="right"/>
      </w:pPr>
      <w:r>
        <w:t>جہاں پرابلم ہے، وہاں اپرچونیٹی بھی ہے۔ یعنی ایک طرف اللہ تعالی نے لوگوں کو موقع دیا، آزادی دی، دوسری طرف اسی کے ساتھ ساتھ اپرچونیٹی دے بھر دی کہ کبھی ختم نہ ہو۔</w:t>
      </w:r>
    </w:p>
    <w:p>
      <w:r>
        <w:rPr>
          <w:b/>
        </w:rPr>
        <w:t xml:space="preserve">[1:09:03] </w:t>
      </w:r>
      <w:r>
        <w:t>woh</w:t>
      </w:r>
    </w:p>
    <w:p>
      <w:pPr>
        <w:jc w:val="right"/>
      </w:pPr>
      <w:r>
        <w:t>وہ</w:t>
      </w:r>
    </w:p>
    <w:p>
      <w:r>
        <w:rPr>
          <w:b/>
        </w:rPr>
        <w:t xml:space="preserve">[1:09:04] </w:t>
      </w:r>
      <w:r>
        <w:t>in ma'al usri usri to sabr ka matlab yahi hai ke usar ko nazar andaaz karo taake tum yusuf ko aweil kar sako.</w:t>
      </w:r>
    </w:p>
    <w:p>
      <w:pPr>
        <w:jc w:val="right"/>
      </w:pPr>
      <w:r>
        <w:t>ان مال عسر عسری تو صبر کا مطلب یہی ہے کہ عسر کو نظر انداز کرو تاکہ تم یوسف کو اویل کر سکو۔</w:t>
      </w:r>
    </w:p>
    <w:p>
      <w:r>
        <w:rPr>
          <w:b/>
        </w:rPr>
        <w:t xml:space="preserve">[1:09:20] </w:t>
      </w:r>
      <w:r>
        <w:t>das question is from mr yogi sikandh from bangalore. muslim thought is deeply influenced by the teachings and writings of the ulama of the traditional madrasa.</w:t>
      </w:r>
    </w:p>
    <w:p>
      <w:pPr>
        <w:jc w:val="right"/>
      </w:pPr>
      <w:r>
        <w:t>دس کوئسچن از فرام مسٹر یوگی سکندھ فرام بینگلور۔ مسلم تھاٹ از ڈیپلی انفلوئنس بائے دا ٹیچنگز اینڈ رائٹنگز اف دا علماء اف دا ٹریڈیشنل مدرسہ۔</w:t>
      </w:r>
    </w:p>
    <w:p>
      <w:r>
        <w:rPr>
          <w:b/>
        </w:rPr>
        <w:t xml:space="preserve">[1:09:35] </w:t>
      </w:r>
      <w:r>
        <w:t>hence for the change in muslim thinking, you been talking of what changes are necessary in the present day madrasa system?</w:t>
      </w:r>
    </w:p>
    <w:p>
      <w:pPr>
        <w:jc w:val="right"/>
      </w:pPr>
      <w:r>
        <w:t>ہینس فار دا چینج ان مسلم تھنکنگ، یو بین ٹاکنگ اف واٹ چینجز ار نیسیسری ان دا پریزنٹ ڈے مدرسہ سسٹم؟</w:t>
      </w:r>
    </w:p>
    <w:p>
      <w:r>
        <w:rPr>
          <w:b/>
        </w:rPr>
        <w:t xml:space="preserve">[1:09:44] </w:t>
      </w:r>
      <w:r>
        <w:t>secondly, in practical terms, how can the moulvis of the madrasa be brought around to your way of thinking?</w:t>
      </w:r>
    </w:p>
    <w:p>
      <w:pPr>
        <w:jc w:val="right"/>
      </w:pPr>
      <w:r>
        <w:t>سیکنڈلی، ان پریکٹیکل ٹرمز، ہاؤ کین دا مولویز اف دی مدرسہ بی براٹ اراؤنڈ ٹو یور وے اف تھنکنگ؟</w:t>
      </w:r>
    </w:p>
    <w:p>
      <w:r>
        <w:rPr>
          <w:b/>
        </w:rPr>
        <w:t xml:space="preserve">[1:10:00] </w:t>
      </w:r>
      <w:r>
        <w:t>ab dekhein, yeh bohat hi important question hai. is mein koi shakk nahi. to jitna apne bas mein hai, utna aap kar sakte hain aur hum kar rahe hain.</w:t>
      </w:r>
    </w:p>
    <w:p>
      <w:pPr>
        <w:jc w:val="right"/>
      </w:pPr>
      <w:r>
        <w:t>اب دیکھیں، یہ بہت ہی امپورٹنٹ کوئسچن ہے۔ اس میں کوئی شک نہیں۔ تو جتنا اپنے بس میں ہے، اتنا آپ کر سکتے ہیں اور ہم کر رہے ہیں۔</w:t>
      </w:r>
    </w:p>
    <w:p>
      <w:r>
        <w:rPr>
          <w:b/>
        </w:rPr>
        <w:t xml:space="preserve">[1:10:13] </w:t>
      </w:r>
      <w:r>
        <w:t>bohat se ulama, ek do nahi, aise hain jinke mind badal chuke hain. jaise kal mere paas ek ek sahib ki four hai, woh ek bare madrasay mein parhe hue hain.</w:t>
      </w:r>
    </w:p>
    <w:p>
      <w:pPr>
        <w:jc w:val="right"/>
      </w:pPr>
      <w:r>
        <w:t>بہت سے علماء، ایک دو نہیں، ایسے ہیں جن کے مائنڈ بدل چکے ہیں۔ جیسے کل میرے پاس ایک ایک صاحب کی الفور ہے، وہ ایک بڑے مدرسے میں پڑھے ہوئے ہیں۔</w:t>
      </w:r>
    </w:p>
    <w:p>
      <w:r>
        <w:rPr>
          <w:b/>
        </w:rPr>
        <w:t xml:space="preserve">[1:10:25] </w:t>
      </w:r>
      <w:r>
        <w:t>to unhone kaha ke aap se kitabein parhne se pehle mein samajhta tha ke sab se bari cheez hai quantity. yani bheed ikattha karo, bare bare jalse karo.</w:t>
      </w:r>
    </w:p>
    <w:p>
      <w:pPr>
        <w:jc w:val="right"/>
      </w:pPr>
      <w:r>
        <w:t>تو انہوں نے کہا کہ آپ سے کتابیں پڑھنے سے پہلے میں سمجھتا تھا کہ سب سے بڑی چیز ہے کوانٹٹی۔ یعنی بھیڑ اکٹھا کرو، بڑے بڑے جلسے کرو۔</w:t>
      </w:r>
    </w:p>
    <w:p>
      <w:r>
        <w:rPr>
          <w:b/>
        </w:rPr>
        <w:t xml:space="preserve">[1:10:36] </w:t>
      </w:r>
      <w:r>
        <w:t>lekin ab maloom hua ke quantity ki ahmiyat nahi hai, quality ki ahmiyat hai. quality yani insan banao, zehn banao, soch paida karo, mind ki re engineering karo.</w:t>
      </w:r>
    </w:p>
    <w:p>
      <w:pPr>
        <w:jc w:val="right"/>
      </w:pPr>
      <w:r>
        <w:t>لیکن اب معلوم ہوا کہ کوانٹٹی کی اہمیت نہیں ہے، کوالٹی کی اہمیت ہے۔ کوالٹی یعنی انسان بناؤ، ذہن بناؤ، سوچ پیدا کرو، مائنڈ کی ری انجینئرنگ کرو۔</w:t>
      </w:r>
    </w:p>
    <w:p>
      <w:r>
        <w:rPr>
          <w:b/>
        </w:rPr>
        <w:t xml:space="preserve">[1:10:48] </w:t>
      </w:r>
      <w:r>
        <w:t>to unhone kaha ke agar aap ki kitab na parhta mein to isi mein phansa rehta, mein quantity mein aur isi mein mar jata. aise hazaron ulama hain.</w:t>
      </w:r>
    </w:p>
    <w:p>
      <w:pPr>
        <w:jc w:val="right"/>
      </w:pPr>
      <w:r>
        <w:t>تو انہوں نے کہا کہ اگر آپ کی کتاب نہ پڑھتا میں تو اسی میں پھنسا رہتا، میں کوانٹٹی میں اور اسی میں مر جاتا۔ ایسے ہزاروں علماء ہیں۔</w:t>
      </w:r>
    </w:p>
    <w:p>
      <w:r>
        <w:rPr>
          <w:b/>
        </w:rPr>
        <w:t xml:space="preserve">[1:10:57] </w:t>
      </w:r>
      <w:r>
        <w:t>aisa nahi ke to ek process chal raha hai. ek process,</w:t>
      </w:r>
    </w:p>
    <w:p>
      <w:pPr>
        <w:jc w:val="right"/>
      </w:pPr>
      <w:r>
        <w:t>ایسا نہیں کہ تو ایک پروسیس چل رہا ہے۔ ایک پروسیس،</w:t>
      </w:r>
    </w:p>
    <w:p>
      <w:r>
        <w:rPr>
          <w:b/>
        </w:rPr>
        <w:t xml:space="preserve">[1:11:03] </w:t>
      </w:r>
      <w:r>
        <w:t>ek process chal raha hai ulama ke zehn ko badalne ka.</w:t>
      </w:r>
    </w:p>
    <w:p>
      <w:pPr>
        <w:jc w:val="right"/>
      </w:pPr>
      <w:r>
        <w:t>ایک پروسیس چل رہا ہے علماء کے ذہن کو بدلنے کا۔</w:t>
      </w:r>
    </w:p>
    <w:p>
      <w:r>
        <w:rPr>
          <w:b/>
        </w:rPr>
        <w:t xml:space="preserve">[1:11:10] </w:t>
      </w:r>
      <w:r>
        <w:t>to aur mein yeh keh sakta hoon ke madaris mein bhi agar aap jayein, jo bare bare madaris hain, agar aap survey karein to wahan hamara data dakhil ho chuka hai aur bohat, yani bohat zyada parha ja raha hai.</w:t>
      </w:r>
    </w:p>
    <w:p>
      <w:pPr>
        <w:jc w:val="right"/>
      </w:pPr>
      <w:r>
        <w:t>تو اور میں یہ کہہ سکتا ہوں کہ مدارس میں بھی اگر آپ جائیں، جو بڑے بڑے مدرسے ہیں، اگر آپ سروے کریں تو وہاں ہمارا ڈیٹا داخل ہو چکا ہے اور بہت، یعنی بہت زیادہ پڑھا جا رہا ہے۔</w:t>
      </w:r>
    </w:p>
    <w:p>
      <w:r>
        <w:rPr>
          <w:b/>
        </w:rPr>
        <w:t xml:space="preserve">[1:11:24] </w:t>
      </w:r>
      <w:r>
        <w:t>har bare madrasay mein ek zamana yeh tha ke woh log bilkul unaware the, be khabar teen baton se. ab jo hai ke woh sochte hain, parhte hain.</w:t>
      </w:r>
    </w:p>
    <w:p>
      <w:pPr>
        <w:jc w:val="right"/>
      </w:pPr>
      <w:r>
        <w:t>ہر بڑے مدرسے میں ایک زمانہ یہ تھا کہ وہ لوگ بالکل ان اویر تھے، بے خبر تین باتوں سے۔ اب جو ہے کہ وہ سوچتے ہیں، پڑھتے ہیں۔</w:t>
      </w:r>
    </w:p>
    <w:p>
      <w:r>
        <w:rPr>
          <w:b/>
        </w:rPr>
        <w:t xml:space="preserve">[1:11:37] </w:t>
      </w:r>
      <w:r>
        <w:t>ek nayi soch mein jaag rahi hai.</w:t>
      </w:r>
    </w:p>
    <w:p>
      <w:pPr>
        <w:jc w:val="right"/>
      </w:pPr>
      <w:r>
        <w:t>ایک نئی سوچ میں جاگ رہی ہے۔</w:t>
      </w:r>
    </w:p>
    <w:p>
      <w:r>
        <w:rPr>
          <w:b/>
        </w:rPr>
        <w:t xml:space="preserve">[1:11:40] </w:t>
      </w:r>
      <w:r>
        <w:t>to chunke yeh yeh jo waqia hai, ek naya process, woh media mein to aata nahi, akhbaron mein to chupta nahi, to log jante nahi is ko.</w:t>
      </w:r>
    </w:p>
    <w:p>
      <w:pPr>
        <w:jc w:val="right"/>
      </w:pPr>
      <w:r>
        <w:t>تو چونکہ یہ یہ جو واقعہ ہے، ایک نیا پروسیس، وہ میڈیا میں تو آتا نہیں، اخباروں میں تو چھپتا نہیں، تو لوگ جانتے نہیں اس کو۔</w:t>
      </w:r>
    </w:p>
    <w:p>
      <w:r>
        <w:rPr>
          <w:b/>
        </w:rPr>
        <w:t xml:space="preserve">[1:11:51] </w:t>
      </w:r>
      <w:r>
        <w:t>bohat si baatein dekhi hain hamari society mein aisi hain jin ko media janta nahi. media jin ko janta nahi.</w:t>
      </w:r>
    </w:p>
    <w:p>
      <w:pPr>
        <w:jc w:val="right"/>
      </w:pPr>
      <w:r>
        <w:t>بہت سی باتیں دیکھی ہیں ہماری سوسائٹی میں ایسی ہیں جن کو میڈیا جانتا نہیں۔ میڈیا جن کو جانتا نہیں۔</w:t>
      </w:r>
    </w:p>
    <w:p>
      <w:r>
        <w:rPr>
          <w:b/>
        </w:rPr>
        <w:t xml:space="preserve">[1:12:01] </w:t>
      </w:r>
      <w:r>
        <w:t>jaise mein kal ka tajurba batata hoon. kal jo mein gaya tha, ek ek jagah jo maine bataya aap ko ke hindu logon ne ek bohat bara college banaya hai, wahan mein gaya tha.</w:t>
      </w:r>
    </w:p>
    <w:p>
      <w:pPr>
        <w:jc w:val="right"/>
      </w:pPr>
      <w:r>
        <w:t>جیسے میں کل کا تجربہ بتاتا ہوں۔ کل جو میں گیا تھا، ایک ایک جگہ جو میں نے بتایا آپ کو کہ ہندو لوگوں نے ایک بہت بڑا کالج بنایا ہے، وہاں میں گیا تھا۔</w:t>
      </w:r>
    </w:p>
    <w:p>
      <w:r>
        <w:rPr>
          <w:b/>
        </w:rPr>
        <w:t xml:space="preserve">[1:12:12] </w:t>
      </w:r>
      <w:r>
        <w:t>is ke jo chairman thay, unhon ne bataya ke yahan par bohat se muslim larkay parhtay hain. to is ka kahani batayi unhon ne ke pehle hamaray koi musalman nahi hota tha.</w:t>
      </w:r>
    </w:p>
    <w:p>
      <w:pPr>
        <w:jc w:val="right"/>
      </w:pPr>
      <w:r>
        <w:t>اس کے جو چیئرمین تھے، انہوں نے بتایا کہ یہاں پر بہت سے مسلم لڑکے پڑھتے ہیں۔ تو اس کا کہانی بتائی انہوں نے کہ پہلے ہمارے کوئی مسلمان نہیں ہوتا تھا۔</w:t>
      </w:r>
    </w:p>
    <w:p>
      <w:r>
        <w:rPr>
          <w:b/>
        </w:rPr>
        <w:t xml:space="preserve">[1:12:25] </w:t>
      </w:r>
      <w:r>
        <w:t>to unhon ne kaha ke mein aik baar gaya, aik sir ke, aik mera aik musalman dost tha. mein ne kaha mujhe masjid mein le chalo, jahan musalman akhatta hotay hain.</w:t>
      </w:r>
    </w:p>
    <w:p>
      <w:pPr>
        <w:jc w:val="right"/>
      </w:pPr>
      <w:r>
        <w:t>تو انہوں نے کہا کہ میں ایک بار گیا، ایک سر کے، ایک میرا ایک مسلمان دوست تھا۔ میں نے کہا مجھے مسجد میں لے چلو، جہاں مسلمان اکٹھا ہوتے ہیں۔</w:t>
      </w:r>
    </w:p>
    <w:p>
      <w:r>
        <w:rPr>
          <w:b/>
        </w:rPr>
        <w:t xml:space="preserve">[1:12:35] </w:t>
      </w:r>
      <w:r>
        <w:t>to dar gaya ke musalman, woh musalman koi masjid mein jayen ge, wahan koi bolen ge to un ko bhi maar paray gi, meri bhi maar paray gi. kaha kisi ki parwah mat karo.</w:t>
      </w:r>
    </w:p>
    <w:p>
      <w:pPr>
        <w:jc w:val="right"/>
      </w:pPr>
      <w:r>
        <w:t>تو ڈر گیا کہ مسلمان، وہ مسلمان کوئی مسجد میں جائیں گے، وہاں کوئی بولیں گے تو ان کو بھی مار پڑے گی، میری بھی مار پڑے گی۔ کہا کسی کی پرواہ مت کرو۔</w:t>
      </w:r>
    </w:p>
    <w:p>
      <w:r>
        <w:rPr>
          <w:b/>
        </w:rPr>
        <w:t xml:space="preserve">[1:12:44] </w:t>
      </w:r>
      <w:r>
        <w:t>to to un ko le gaye masjid mein juma ke din. unhon ne hamari aik speech di.</w:t>
      </w:r>
    </w:p>
    <w:p>
      <w:pPr>
        <w:jc w:val="right"/>
      </w:pPr>
      <w:r>
        <w:t>تو تو ان کو لے گئے مسجد میں جمعہ کے دن۔ انہوں نے ہماری ایک اسپیچ دی۔</w:t>
      </w:r>
    </w:p>
    <w:p>
      <w:r>
        <w:rPr>
          <w:b/>
        </w:rPr>
        <w:t xml:space="preserve">[1:12:52] </w:t>
      </w:r>
      <w:r>
        <w:t>speech ke baad unhon ne kurta pehnay hue thay, kurta uthaya ke mein aap se bheek mangnay ke liye aaya hoon. to kuch logon ne samjha ke shayad yeh kuch paisa waisa mang rahay hain.</w:t>
      </w:r>
    </w:p>
    <w:p>
      <w:pPr>
        <w:jc w:val="right"/>
      </w:pPr>
      <w:r>
        <w:t>اسپیچ کے بعد انہوں نے کرتا پہنے ہوئے تھے، کرتا اٹھایا کہ میں آپ سے بھیک مانگنے کے لیے آیا ہوں۔ تو کچھ لوگوں نے سمجھا کہ شاید یہ کچھ پیسہ ویسا مانگ رہے ہیں۔</w:t>
      </w:r>
    </w:p>
    <w:p>
      <w:r>
        <w:rPr>
          <w:b/>
        </w:rPr>
        <w:t xml:space="preserve">[1:13:04] </w:t>
      </w:r>
      <w:r>
        <w:t>to unhon ne kuch jeeb se kuch aa ke nikal ke dein un ko. kaha ke nahi, mein paisa mangnay nahi aaya hoon, mein khud aik industrialist hoon, mera business hai, mein aap se musalman bachay mangnay aaya hoon.</w:t>
      </w:r>
    </w:p>
    <w:p>
      <w:pPr>
        <w:jc w:val="right"/>
      </w:pPr>
      <w:r>
        <w:t>تو انہوں نے کچھ جیب سے کچھ ا کے نکال کے دیں ان کو۔ کہا کہ نہیں، میں پیسہ مانگنے نہیں آیا ہوں، میں خود ایک انڈسٹریلسٹ ہوں، میرا بزنس ہے، میں آپ سے مسلمان بچے مانگنے آیا ہوں۔</w:t>
      </w:r>
    </w:p>
    <w:p>
      <w:r>
        <w:rPr>
          <w:b/>
        </w:rPr>
        <w:t xml:space="preserve">[1:13:20] </w:t>
      </w:r>
      <w:r>
        <w:t>to usi waqt ath bachay un ko diye logon ne, ath bachay.</w:t>
      </w:r>
    </w:p>
    <w:p>
      <w:pPr>
        <w:jc w:val="right"/>
      </w:pPr>
      <w:r>
        <w:t>تو اسی وقت اٹھ بچے ان کو دیے لوگوں نے، اٹھ بچے۔</w:t>
      </w:r>
    </w:p>
    <w:p>
      <w:r>
        <w:rPr>
          <w:b/>
        </w:rPr>
        <w:t xml:space="preserve">[1:13:26] </w:t>
      </w:r>
      <w:r>
        <w:t>aur phir unhon ne bataya ke ab meray haan saat is woh chala rahay hain, saat college aur bohat se musalman bachay wahan parh rahay hain. to yeh aik khabar kahan chapi?</w:t>
      </w:r>
    </w:p>
    <w:p>
      <w:pPr>
        <w:jc w:val="right"/>
      </w:pPr>
      <w:r>
        <w:t>اور پھر انہوں نے بتایا کہ اب میرے ہاں سات اس وہ چلا رہے ہیں، سات کالج اور بہت سے مسلمان بچے وہاں پڑھ رہے ہیں۔ تو یہ ایک خبر کہاں چھپی؟</w:t>
      </w:r>
    </w:p>
    <w:p>
      <w:r>
        <w:rPr>
          <w:b/>
        </w:rPr>
        <w:t xml:space="preserve">[1:13:38] </w:t>
      </w:r>
      <w:r>
        <w:t>kis akhbar mein chapi hai yeh khabar? koi janta nahi is ko.</w:t>
      </w:r>
    </w:p>
    <w:p>
      <w:pPr>
        <w:jc w:val="right"/>
      </w:pPr>
      <w:r>
        <w:t>کس اخبار میں چھپی ہے یہ خبر؟ کوئی جانتا نہیں اس کو۔</w:t>
      </w:r>
    </w:p>
    <w:p>
      <w:r>
        <w:rPr>
          <w:b/>
        </w:rPr>
        <w:t xml:space="preserve">[1:13:46] </w:t>
      </w:r>
      <w:r>
        <w:t>unhon ne yeh bhi kaha, aik aur waqia bataya aap ne hi ke woh rajasthan ke aik gaon mein paida hue thay. to unhon ne woh chartered accountant thay, woh to first aaye, woh apnay is mein.</w:t>
      </w:r>
    </w:p>
    <w:p>
      <w:pPr>
        <w:jc w:val="right"/>
      </w:pPr>
      <w:r>
        <w:t>انہوں نے یہ بھی کہا، ایک اور واقعہ بتایا آپ نے ہی کہ وہ راجستھان کے ایک گاؤں میں پیدا ہوئے تھے۔ تو انہوں نے وہ چارٹر اکاؤنٹنٹ تھے، وہ تو فرسٹ آئے، وہ اپنے اس میں۔</w:t>
      </w:r>
    </w:p>
    <w:p>
      <w:r>
        <w:rPr>
          <w:b/>
        </w:rPr>
        <w:t xml:space="preserve">[1:14:00] </w:t>
      </w:r>
      <w:r>
        <w:t>to aik musalman jo hai, unhon ne bataya ke aik musalman thay, bohat mashhoor tha ke bohat bakheel aadmi hai, kharch nahi kartay yeh.</w:t>
      </w:r>
    </w:p>
    <w:p>
      <w:pPr>
        <w:jc w:val="right"/>
      </w:pPr>
      <w:r>
        <w:t>تو ایک مسلمان جو ہے، انہوں نے بتایا کہ ایک مسلمان تھے، بہت مشہور تھا کہ بہت بخیل آدمی ہے، خرچ نہیں کرتے یہ۔</w:t>
      </w:r>
    </w:p>
    <w:p>
      <w:r>
        <w:rPr>
          <w:b/>
        </w:rPr>
        <w:t xml:space="preserve">[1:14:10] </w:t>
      </w:r>
      <w:r>
        <w:t>to gaon ke to woh aik din puhnchay, un ke un ke gaon, un ke baap thay aur yeh thay. to unhon ne un ko jo naujawan thay, us ko sau rupay diya aur jalebi aik kilo laye thay, woh diya un ko.</w:t>
      </w:r>
    </w:p>
    <w:p>
      <w:pPr>
        <w:jc w:val="right"/>
      </w:pPr>
      <w:r>
        <w:t>تو گاؤں کے تو وہ ایک دن پہنچے، ان کے ان کے گاؤں، ان کے باپ تھے اور یہ تھے۔ تو انہوں نے ان کو جو نوجوان تھے، اس کو سو روپے دیا اور جلیبی ایک کلو لائے تھے، وہ دیا ان کو۔</w:t>
      </w:r>
    </w:p>
    <w:p>
      <w:r>
        <w:rPr>
          <w:b/>
        </w:rPr>
        <w:t xml:space="preserve">[1:14:26] </w:t>
      </w:r>
      <w:r>
        <w:t>un ke baap ne kaha yeh sab kyun laye ho? yeh baat pehle hi keh jab ke aik sau rupay bohat ziyada ho, matlab hua karta tha, kam az kam ten thousand ke barabar.</w:t>
      </w:r>
    </w:p>
    <w:p>
      <w:pPr>
        <w:jc w:val="right"/>
      </w:pPr>
      <w:r>
        <w:t>ان کے باپ نے کہا یہ سب کیوں لائے ہو؟ یہ بات پہلے ہی کہہ جب کہ ایک سو روپے بہت زیادہ ہو، مطلب ہوا کرتا تھا، کم از کم ٹین تھاؤزنڈ کے برابر۔</w:t>
      </w:r>
    </w:p>
    <w:p>
      <w:r>
        <w:rPr>
          <w:b/>
        </w:rPr>
        <w:t xml:space="preserve">[1:14:39] </w:t>
      </w:r>
      <w:r>
        <w:t>to unhon ne kaha ke meray gaon ka aik aadmi first aaya hai, to mein itna khush hua ke mein yeh cheez le kar aaya hoon. aik musalman ne aik hindu ko diya, yeh kaha sahib kis akhbar mein chapa?</w:t>
      </w:r>
    </w:p>
    <w:p>
      <w:pPr>
        <w:jc w:val="right"/>
      </w:pPr>
      <w:r>
        <w:t>تو انہوں نے کہا کہ میرے گاؤں کا ایک آدمی فرسٹ آیا ہے، تو میں اتنا خوش ہوا کہ میں یہ چیز لے کر آیا ہوں۔ ایک مسلمان نے ایک ہندو کو دیا، یہ کہا صاحب کس اخبار میں چھپا؟</w:t>
      </w:r>
    </w:p>
    <w:p>
      <w:r>
        <w:rPr>
          <w:b/>
        </w:rPr>
        <w:t xml:space="preserve">[1:14:51] </w:t>
      </w:r>
      <w:r>
        <w:t>aap samjhen ke hindu musalman nafrat kartay hain, khali akhbaron ko parh kar aap samjhayen ke hindu musalman nafrat kartay hain.</w:t>
      </w:r>
    </w:p>
    <w:p>
      <w:pPr>
        <w:jc w:val="right"/>
      </w:pPr>
      <w:r>
        <w:t>آپ سمجھیں کہ ہندو مسلمان نفرت کرتے ہیں، خالی اخباروں کو پڑھ کر آپ سمجھائیں کہ ہندو مسلمان نفرت کرتے ہیں۔</w:t>
      </w:r>
    </w:p>
    <w:p>
      <w:r>
        <w:rPr>
          <w:b/>
        </w:rPr>
        <w:t xml:space="preserve">[1:15:01] </w:t>
      </w:r>
      <w:r>
        <w:t>isi dilli mein woh aadmi hai, aap ja ke mil saktay hain us ko ke aik taraf musalman ne us ke haan ja kar ke mubarakbad diya us ke first aanay par, doosra us ne musalmanon ke haan ja kar ke kaha ke humein bachay do, hum parhayen ge aur parha raha hai wahan.</w:t>
      </w:r>
    </w:p>
    <w:p>
      <w:pPr>
        <w:jc w:val="right"/>
      </w:pPr>
      <w:r>
        <w:t>اسی دلی میں وہ آدمی ہے، آپ جا کے مل سکتے ہیں اس کو کہ ایک طرف مسلمان نے اس کے ہاں جا کر کے مبارکباد دیا اس کے فرسٹ آنے پر، دوسرا اس نے مسلمانوں کے ہاں جا کر کے کہا کہ ہمیں بچے دو، ہم پڑھائیں گے اور پڑھا رہا ہے وہاں۔</w:t>
      </w:r>
    </w:p>
    <w:p>
      <w:r>
        <w:rPr>
          <w:b/>
        </w:rPr>
        <w:t xml:space="preserve">[1:15:18] </w:t>
      </w:r>
      <w:r>
        <w:t>mein kuch bachon, kai bachon se mila bhi wahan par. mein to yaad rakhiye, bohat si baaten jo ho rahi hain, already akhbar mein nahi aati. aisay hi jo madaris mein jo aik process hamara mission ne chala rakha hai, us ko logon ko pata nahi kyunke akhbar mein chupta nahi hai.</w:t>
      </w:r>
    </w:p>
    <w:p>
      <w:pPr>
        <w:jc w:val="right"/>
      </w:pPr>
      <w:r>
        <w:t>میں کچھ بچوں، کئی بچوں سے ملا بھی وہاں پر۔ میں تو یاد رکھیے، بہت سی باتیں جو ہو رہی ہیں، الریڈی اخبار میں نہیں آتی۔ ایسے ہی جو مدارس میں جو ایک پروسیس ہمارا مشن نے چلا رکھا ہے، اس کو لوگوں کو پتہ نہیں کیونکہ اخبار میں چھپتا نہیں ہے۔</w:t>
      </w:r>
    </w:p>
    <w:p>
      <w:r>
        <w:rPr>
          <w:b/>
        </w:rPr>
        <w:t xml:space="preserve">[1:15:33] </w:t>
      </w:r>
      <w:r>
        <w:t>woh hazaron hazar ulma jo aik zehn badal raha hai,</w:t>
      </w:r>
    </w:p>
    <w:p>
      <w:pPr>
        <w:jc w:val="right"/>
      </w:pPr>
      <w:r>
        <w:t>وہ ہزاروں ہزار علماء جو ایک ذہن بدل رہا ہے،</w:t>
      </w:r>
    </w:p>
    <w:p>
      <w:r>
        <w:rPr>
          <w:b/>
        </w:rPr>
        <w:t xml:space="preserve">[1:15:39] </w:t>
      </w:r>
      <w:r>
        <w:t>aur mujhe umeed hai ke yeh kalma, yeh yeh process jo hai, yaqeenan aik din apnay yani wahan tak puhnchay ga ke aik din ab soorat e haal badal jaye.</w:t>
      </w:r>
    </w:p>
    <w:p>
      <w:pPr>
        <w:jc w:val="right"/>
      </w:pPr>
      <w:r>
        <w:t>اور مجھے امید ہے کہ یہ کلمہ، یہ یہ پروسیس جو ہے، یقینا ایک دن اپنے یعنی وہاں تک پہنچے گا کہ ایک دن اب صورتحال بدل جائے۔</w:t>
      </w:r>
    </w:p>
    <w:p>
      <w:r>
        <w:rPr>
          <w:b/>
        </w:rPr>
        <w:t xml:space="preserve">[1:15:54] </w:t>
      </w:r>
      <w:r>
        <w:t>das question is from mr jm butt from jalalabad, afghanistan</w:t>
      </w:r>
    </w:p>
    <w:p>
      <w:pPr>
        <w:jc w:val="right"/>
      </w:pPr>
      <w:r>
        <w:t>دس کوئسچن از فرام مسٹر جے ایم بٹ فرام جلال آباد، افغانستان</w:t>
      </w:r>
    </w:p>
    <w:p>
      <w:r>
        <w:rPr>
          <w:b/>
        </w:rPr>
        <w:t xml:space="preserve">[1:16:01] </w:t>
      </w:r>
      <w:r>
        <w:t>. i remember in your book in fasadat ka masla, you pointed out that there would be riots in one small location, and the media makes it sound as if the whole of india is submerged in riots.</w:t>
      </w:r>
    </w:p>
    <w:p>
      <w:pPr>
        <w:jc w:val="right"/>
      </w:pPr>
      <w:r>
        <w:t>۔ ائی ریممبر ان یور بک ان فسادات کا مسئلہ، یو پوائنٹڈ آؤٹ دیٹ دیر وڈ بی رائٹس ان ون سمال لوکیشن، اینڈ دا میڈیا میکس اٹ ساؤنڈ ایز اف دا ہول اف انڈیا از سبمرج ان رائٹس۔</w:t>
      </w:r>
    </w:p>
    <w:p>
      <w:r>
        <w:rPr>
          <w:b/>
        </w:rPr>
        <w:t xml:space="preserve">[1:16:16] </w:t>
      </w:r>
      <w:r>
        <w:t>my whole career in the media, spanning 28 years since then, has been molded by this observation, and i have always tried to give the true and bigger picture, not just being guided by if it bleeds, it leads.</w:t>
      </w:r>
    </w:p>
    <w:p>
      <w:pPr>
        <w:jc w:val="right"/>
      </w:pPr>
      <w:r>
        <w:t>مائی ہول کیریئر ان دا میڈیا، سپیننگ 28 ایئرز سنس دین، ہیز بین مولڈ بائے دس ابزرویشن، اینڈ ائی ہیو الویز ٹرائی ٹو گیو دا ٹرو اینڈ بگر پکچر، ناٹ جسٹ بینگ گائیڈڈ بائے اف اٹ بلیڈز، اٹ لیڈز۔</w:t>
      </w:r>
    </w:p>
    <w:p>
      <w:r>
        <w:rPr>
          <w:b/>
        </w:rPr>
        <w:t xml:space="preserve">[1:16:34] </w:t>
      </w:r>
      <w:r>
        <w:t>the same observation is surely true of militancy and radicalism.</w:t>
      </w:r>
    </w:p>
    <w:p>
      <w:pPr>
        <w:jc w:val="right"/>
      </w:pPr>
      <w:r>
        <w:t>دا سیم ابزرویشن از شورلی ٹرو اف ملیٹنسی اینڈ ریڈیکلزم۔</w:t>
      </w:r>
    </w:p>
    <w:p>
      <w:r>
        <w:rPr>
          <w:b/>
        </w:rPr>
        <w:t xml:space="preserve">[1:16:39] </w:t>
      </w:r>
      <w:r>
        <w:t>the vast majority of muslims are against it, but the media exaggerates certain incidents to such a degree that it makes it sound as if all the muslims have terrorist leanings.</w:t>
      </w:r>
    </w:p>
    <w:p>
      <w:pPr>
        <w:jc w:val="right"/>
      </w:pPr>
      <w:r>
        <w:t>دی واسٹ میجورٹی اف مسلمز ار اگینسٹ اٹ، بٹ دا میڈیا ایگزیجریٹ سرٹن انسیڈنٹس ٹو سچ ا ڈگری دیٹ اٹ میکس اٹ ساؤنڈ ایز اف ال دا مسلمز ہیو ٹیررسٹ لرننگز۔</w:t>
      </w:r>
    </w:p>
    <w:p>
      <w:r>
        <w:rPr>
          <w:b/>
        </w:rPr>
        <w:t xml:space="preserve">[1:16:53] </w:t>
      </w:r>
      <w:r>
        <w:t>how ever, here Maulana says in aman alam, for instance, that the media are just doing their job. is there not a contradiction here</w:t>
      </w:r>
    </w:p>
    <w:p>
      <w:pPr>
        <w:jc w:val="right"/>
      </w:pPr>
      <w:r>
        <w:t>ہاؤ ایور، ہیئر مولانا سیز ان امن عالم، فار انسٹنس، دیٹ دا میڈیا ار جسٹ ڈوئنگ دیر جاب۔ از دیر ناٹ ا کانٹراڈکشن ہیئر</w:t>
      </w:r>
    </w:p>
    <w:p>
      <w:r>
        <w:rPr>
          <w:b/>
        </w:rPr>
        <w:t xml:space="preserve">[1:17:04] </w:t>
      </w:r>
      <w:r>
        <w:t>? the media is being sensationalist when they give the impression of riots all over the country, when in fact riots are just taking place in one small location, but they are just doing their job when they give the impression that all Muslims have terrorist leanings,</w:t>
      </w:r>
    </w:p>
    <w:p>
      <w:pPr>
        <w:jc w:val="right"/>
      </w:pPr>
      <w:r>
        <w:t>؟ دا میڈیا از بینگ سینسیشنلسٹ وین دے گیو دا امپریشن اف رائٹس ال اوور دا کنٹری، وین ان فیکٹ رائٹس ار جسٹ ٹیکنگ پلیس ان ون سمال لوکیشن، بٹ دے ار جسٹ ڈوئنگ دیر جاب وین دے گیو دا امپریشن دیٹ ال مسلمز ہیو ٹیررسٹ لرننگز،</w:t>
      </w:r>
    </w:p>
    <w:p>
      <w:r>
        <w:rPr>
          <w:b/>
        </w:rPr>
        <w:t xml:space="preserve">[1:17:23] </w:t>
      </w:r>
      <w:r>
        <w:t>when in fact it is just a small number who are that way inclined. Maulana, please give your comment on this.</w:t>
      </w:r>
    </w:p>
    <w:p>
      <w:pPr>
        <w:jc w:val="right"/>
      </w:pPr>
      <w:r>
        <w:t>وین ان فیکٹ اٹ از جسٹ ا سمال نمبر ہو ار دیٹ وے انکلائنڈ۔ مولانا، پلیز گیو یور کمنٹ ان دس۔</w:t>
      </w:r>
    </w:p>
    <w:p>
      <w:r>
        <w:rPr>
          <w:b/>
        </w:rPr>
        <w:t xml:space="preserve">[1:17:32] </w:t>
      </w:r>
      <w:r>
        <w:t>dekhen, aap ne jo baat kahi hai, woh sahi hai, lekin mujhe mein media ko blame nahi de sakta.</w:t>
      </w:r>
    </w:p>
    <w:p>
      <w:pPr>
        <w:jc w:val="right"/>
      </w:pPr>
      <w:r>
        <w:t>دیکھیں، آپ نے جو بات کہی ہے، وہ صحیح ہے، لیکن مجھے میں میڈیا کو بلیم نہیں دے سکتا۔</w:t>
      </w:r>
    </w:p>
    <w:p>
      <w:r>
        <w:rPr>
          <w:b/>
        </w:rPr>
        <w:t xml:space="preserve">[1:17:43] </w:t>
      </w:r>
      <w:r>
        <w:t>kyun? media ek industry hai,</w:t>
      </w:r>
    </w:p>
    <w:p>
      <w:pPr>
        <w:jc w:val="right"/>
      </w:pPr>
      <w:r>
        <w:t>کیوں؟ میڈیا ایک انڈسٹری ہے،</w:t>
      </w:r>
    </w:p>
    <w:p>
      <w:r>
        <w:rPr>
          <w:b/>
        </w:rPr>
        <w:t xml:space="preserve">[1:17:48] </w:t>
      </w:r>
      <w:r>
        <w:t>media ek industry hai. woh jaanta hai ke market mein sensational news jo hai, woh khoob bikti hai. isko news ko sell karna hai.</w:t>
      </w:r>
    </w:p>
    <w:p>
      <w:pPr>
        <w:jc w:val="right"/>
      </w:pPr>
      <w:r>
        <w:t>میڈیا ایک انڈسٹری ہے۔ وہ جانتا ہے کہ مارکیٹ میں سینسیشنل نیوز جو ہے، وہ خوب بکتی ہے۔ اس کو نیوز کو سیل کرنا ہے۔</w:t>
      </w:r>
    </w:p>
    <w:p>
      <w:r>
        <w:rPr>
          <w:b/>
        </w:rPr>
        <w:t xml:space="preserve">[1:17:59] </w:t>
      </w:r>
      <w:r>
        <w:t>media ka matlab hai news ko sell karna.</w:t>
      </w:r>
    </w:p>
    <w:p>
      <w:pPr>
        <w:jc w:val="right"/>
      </w:pPr>
      <w:r>
        <w:t>میڈیا کا مطلب ہے نیوز کو سیل کرنا۔</w:t>
      </w:r>
    </w:p>
    <w:p>
      <w:r>
        <w:rPr>
          <w:b/>
        </w:rPr>
        <w:t xml:space="preserve">[1:18:02] </w:t>
      </w:r>
      <w:r>
        <w:t>ab jab market jo mang hai, woh sensational news ki hai, to zahir hai ke woh sensational news layega. woh select karega aisi news ko jis jo bikke.</w:t>
      </w:r>
    </w:p>
    <w:p>
      <w:pPr>
        <w:jc w:val="right"/>
      </w:pPr>
      <w:r>
        <w:t>اب جب مارکیٹ جو مانگ ہے، وہ سینسیشنل نیوز کی ہے، تو ظاہر ہے کہ وہ سینسیشنل نیوز لائے گا۔ وہ سلیکٹ کرے گا ایسی نیوز کو جس جو بکے۔</w:t>
      </w:r>
    </w:p>
    <w:p>
      <w:r>
        <w:rPr>
          <w:b/>
        </w:rPr>
        <w:t xml:space="preserve">[1:18:15] </w:t>
      </w:r>
      <w:r>
        <w:t>to media ko main kyun blame doon? main to logon ko blame doon ga ke woh kyun sensational news ko pasand karte hain.</w:t>
      </w:r>
    </w:p>
    <w:p>
      <w:pPr>
        <w:jc w:val="right"/>
      </w:pPr>
      <w:r>
        <w:t>تو میڈیا کو میں کیوں بلیم دوں؟ میں تو لوگوں کو بلیم دوں گا کہ وہ کیوں سینسیشنل نیوز کو پسند کرتے ہیں۔</w:t>
      </w:r>
    </w:p>
    <w:p>
      <w:r>
        <w:rPr>
          <w:b/>
        </w:rPr>
        <w:t xml:space="preserve">[1:18:23] </w:t>
      </w:r>
      <w:r>
        <w:t>isi Dilli mein ek sahib hain jo jo ek akhbar ke editor hain, malik bhi hain, woh isi Dilli mein.</w:t>
      </w:r>
    </w:p>
    <w:p>
      <w:pPr>
        <w:jc w:val="right"/>
      </w:pPr>
      <w:r>
        <w:t>اسی دلی میں ایک صاحب ہیں جو جو ایک اخبار کے ایڈیٹر ہیں، مالک بھی ہیں، وہ اسی دلی میں۔</w:t>
      </w:r>
    </w:p>
    <w:p>
      <w:r>
        <w:rPr>
          <w:b/>
        </w:rPr>
        <w:t xml:space="preserve">[1:18:31] </w:t>
      </w:r>
      <w:r>
        <w:t>to jab Dilli mein aaye, woh to khud mujh se bayan kiya unhon ne ke pehle unhon ne ek parcha nikala tha bilkul isi line par jo hamare magazine ka risala ka hai, yani constructive,</w:t>
      </w:r>
    </w:p>
    <w:p>
      <w:pPr>
        <w:jc w:val="right"/>
      </w:pPr>
      <w:r>
        <w:t>تو جب دلی میں آئے، وہ تو خود مجھ سے بیان کیا انہوں نے کہ پہلے انہوں نے ایک پرچہ نکالا تھا بالکل اسی لائن پر جو ہمارے میگزین کا رسالہ کا ہے، یعنی کنسٹرکٹیو،</w:t>
      </w:r>
    </w:p>
    <w:p>
      <w:r>
        <w:rPr>
          <w:b/>
        </w:rPr>
        <w:t xml:space="preserve">[1:18:45] </w:t>
      </w:r>
      <w:r>
        <w:t>yani taameeri zehan banana Musalmanon mein. kahin kuch chalta hi nahi tha, chalta hi nahi tha, chalta hi nahi tha. phir unhon ne ek aur parcha nikala aur khoob use sensational news dene lage woh, aur dhoom se bika bikkne laga woh, yahan tak ke woh bahut se faida un ko hua.</w:t>
      </w:r>
    </w:p>
    <w:p>
      <w:pPr>
        <w:jc w:val="right"/>
      </w:pPr>
      <w:r>
        <w:t>یعنی تعمیری ذہن بنانا مسلمانوں میں۔ کہیں کچھ چلتا ہی نہیں تھا، چلتا ہی نہیں تھا، چلتا ہی نہیں تھا۔ پھر انہوں نے ایک اور پرچہ نکالا اور خوب اسے سینسیشنل نیوز دینے لگے وہ، اور دھوم سے بکا بکنے لگا وہ، یہاں تک کہ وہ بہت سے فائدہ ان کو ہوا۔</w:t>
      </w:r>
    </w:p>
    <w:p>
      <w:r>
        <w:rPr>
          <w:b/>
        </w:rPr>
        <w:t xml:space="preserve">[1:19:02] </w:t>
      </w:r>
      <w:r>
        <w:t>to main yeh kahunga ke media ko aap kyun blame dein? mere liye blame dijiye samaj ko, logon ke mizaj ko.</w:t>
      </w:r>
    </w:p>
    <w:p>
      <w:pPr>
        <w:jc w:val="right"/>
      </w:pPr>
      <w:r>
        <w:t>تو میں یہ کہوں گا کہ میڈیا کو آپ کیوں بلیم دیں؟ میرے لیے بلیم دیجئے سماج کو، لوگوں کے مزاج کو۔</w:t>
      </w:r>
    </w:p>
    <w:p>
      <w:r>
        <w:rPr>
          <w:b/>
        </w:rPr>
        <w:t xml:space="preserve">[1:19:13] </w:t>
      </w:r>
      <w:r>
        <w:t>kyun log aisi parche kharidte hain? kyun padhte hain? main to nahi padhta aise parche. mere paas daak mein bahut parche aate hain aise.</w:t>
      </w:r>
    </w:p>
    <w:p>
      <w:pPr>
        <w:jc w:val="right"/>
      </w:pPr>
      <w:r>
        <w:t>کیوں لوگ ایسی پرچے خریدتے ہیں؟ کیوں پڑھتے ہیں؟ میں تو نہیں پڑھتا ایسے پرچے۔ میرے پاس ڈاک میں بہت پرچے آتے ہیں ایسے۔</w:t>
      </w:r>
    </w:p>
    <w:p>
      <w:r>
        <w:rPr>
          <w:b/>
        </w:rPr>
        <w:t xml:space="preserve">[1:19:22] </w:t>
      </w:r>
      <w:r>
        <w:t>main to kholta bhi nahi hoon is ko.</w:t>
      </w:r>
    </w:p>
    <w:p>
      <w:pPr>
        <w:jc w:val="right"/>
      </w:pPr>
      <w:r>
        <w:t>میں تو کھولتا بھی نہیں ہوں اس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