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Importance of Dua | April 4, 2016 | Maulana Wahiduddin Khan</w:t>
      </w:r>
    </w:p>
    <w:p>
      <w:r>
        <w:t>https://www.youtube.com/watch?v=B9d4B3Nqiww</w:t>
      </w:r>
    </w:p>
    <w:p>
      <w:r>
        <w:rPr>
          <w:b/>
        </w:rPr>
        <w:t xml:space="preserve">[00:11] </w:t>
      </w:r>
      <w:r>
        <w:t>Bismillah-hir-rahman-nir-rahim.</w:t>
      </w:r>
    </w:p>
    <w:p>
      <w:pPr>
        <w:jc w:val="right"/>
      </w:pPr>
      <w:r>
        <w:t>بسم اللہ الرحمن الرحیم۔</w:t>
      </w:r>
    </w:p>
    <w:p>
      <w:r>
        <w:rPr>
          <w:b/>
        </w:rPr>
        <w:t xml:space="preserve">[00:16] </w:t>
      </w:r>
      <w:r>
        <w:t>I am Maria Khan from Centre for Peace and Spirituality.</w:t>
      </w:r>
    </w:p>
    <w:p>
      <w:pPr>
        <w:jc w:val="right"/>
      </w:pPr>
      <w:r>
        <w:t>آئی ایم ماریہ خان فرام سینٹر فار پیس اینڈ سپرچویلٹی۔</w:t>
      </w:r>
    </w:p>
    <w:p>
      <w:r>
        <w:rPr>
          <w:b/>
        </w:rPr>
        <w:t xml:space="preserve">[00:20] </w:t>
      </w:r>
      <w:r>
        <w:t>Welcome to a live question and answer session with Maulana Wahiduddin Khan.</w:t>
      </w:r>
    </w:p>
    <w:p>
      <w:pPr>
        <w:jc w:val="right"/>
      </w:pPr>
      <w:r>
        <w:t>ویلکم ٹو ا لائیو کویسچن اینڈ انسر سیشن ود مولانا وحید الدین خان۔</w:t>
      </w:r>
    </w:p>
    <w:p>
      <w:r>
        <w:rPr>
          <w:b/>
        </w:rPr>
        <w:t xml:space="preserve">[00:25] </w:t>
      </w:r>
      <w:r>
        <w:t>The topic for discussion today is the importance of dua.</w:t>
      </w:r>
    </w:p>
    <w:p>
      <w:pPr>
        <w:jc w:val="right"/>
      </w:pPr>
      <w:r>
        <w:t>دا ٹاپک فار ڈسکشن ٹوڈے از دا امپورٹنس آف دعا۔</w:t>
      </w:r>
    </w:p>
    <w:p>
      <w:r>
        <w:rPr>
          <w:b/>
        </w:rPr>
        <w:t xml:space="preserve">[00:30] </w:t>
      </w:r>
      <w:r>
        <w:t>What is dua or prayer, and why is it given so much importance in Islam? The Maulana will</w:t>
      </w:r>
    </w:p>
    <w:p>
      <w:pPr>
        <w:jc w:val="right"/>
      </w:pPr>
      <w:r>
        <w:t>واٹ از دعا اور پریر، اینڈ وائی از اٹ گیون سو مچ امپورٹنس ان اسلام؟ دا مولانا ویل</w:t>
      </w:r>
    </w:p>
    <w:p>
      <w:r>
        <w:rPr>
          <w:b/>
        </w:rPr>
        <w:t xml:space="preserve">[00:35] </w:t>
      </w:r>
      <w:r>
        <w:t>be answering these questions, and you can send yours in the comment section.</w:t>
      </w:r>
    </w:p>
    <w:p>
      <w:pPr>
        <w:jc w:val="right"/>
      </w:pPr>
      <w:r>
        <w:t>بی انسرنگ دیز کویسچنز، اینڈ یو کین سینڈ یورز ان دا کمنٹ سیکشن۔</w:t>
      </w:r>
    </w:p>
    <w:p>
      <w:r>
        <w:rPr>
          <w:b/>
        </w:rPr>
        <w:t xml:space="preserve">[00:40] </w:t>
      </w:r>
      <w:r>
        <w:t>مولانا، my first question to you is: What is dua?</w:t>
      </w:r>
    </w:p>
    <w:p>
      <w:pPr>
        <w:jc w:val="right"/>
      </w:pPr>
      <w:r>
        <w:t>مولانا، مائی فرسٹ کویسچن ٹو یو از: واٹ از دعا؟</w:t>
      </w:r>
    </w:p>
    <w:p>
      <w:r>
        <w:rPr>
          <w:b/>
        </w:rPr>
        <w:t xml:space="preserve">[00:45] </w:t>
      </w:r>
      <w:r>
        <w:t>Ji, dua ka literal meaning hai pukarna.</w:t>
      </w:r>
    </w:p>
    <w:p>
      <w:pPr>
        <w:jc w:val="right"/>
      </w:pPr>
      <w:r>
        <w:t>جی، دعا کا لٹرل میننگ ہے پکارنا۔</w:t>
      </w:r>
    </w:p>
    <w:p>
      <w:r>
        <w:rPr>
          <w:b/>
        </w:rPr>
        <w:t xml:space="preserve">[00:55] </w:t>
      </w:r>
      <w:r>
        <w:t>is ka matlab hota hai insan jab apne rab ko pukare to us ko dua kaha jata hai.</w:t>
      </w:r>
    </w:p>
    <w:p>
      <w:pPr>
        <w:jc w:val="right"/>
      </w:pPr>
      <w:r>
        <w:t>اس کا مطلب ہوتا ہے انسان جب اپنے رب کو پکارے تو اس کو دعا کہا جاتا ہے۔</w:t>
      </w:r>
    </w:p>
    <w:p>
      <w:r>
        <w:rPr>
          <w:b/>
        </w:rPr>
        <w:t xml:space="preserve">[01:06] </w:t>
      </w:r>
      <w:r>
        <w:t>dua ek bohat hi</w:t>
      </w:r>
    </w:p>
    <w:p>
      <w:pPr>
        <w:jc w:val="right"/>
      </w:pPr>
      <w:r>
        <w:t>دعا ایک بہت ہی</w:t>
      </w:r>
    </w:p>
    <w:p>
      <w:r>
        <w:rPr>
          <w:b/>
        </w:rPr>
        <w:t xml:space="preserve">[01:16] </w:t>
      </w:r>
      <w:r>
        <w:t>special prayer hai.</w:t>
      </w:r>
    </w:p>
    <w:p>
      <w:pPr>
        <w:jc w:val="right"/>
      </w:pPr>
      <w:r>
        <w:t>اسپیشل پریر ہے۔</w:t>
      </w:r>
    </w:p>
    <w:p>
      <w:r>
        <w:rPr>
          <w:b/>
        </w:rPr>
        <w:t xml:space="preserve">[01:24] </w:t>
      </w:r>
      <w:r>
        <w:t>dua yeh nahi ke bas koi baat padhe to aap lagen kuch relative alfaaz dua ke bolne lagen.</w:t>
      </w:r>
    </w:p>
    <w:p>
      <w:pPr>
        <w:jc w:val="right"/>
      </w:pPr>
      <w:r>
        <w:t>دعا یہ نہیں کہ بس کوئی بات پڑھے تو آپ لگیں کچھ ریلیٹیو الفاظ دعا کے بولنے لگیں۔</w:t>
      </w:r>
    </w:p>
    <w:p>
      <w:r>
        <w:rPr>
          <w:b/>
        </w:rPr>
        <w:t xml:space="preserve">[01:31] </w:t>
      </w:r>
      <w:r>
        <w:t>دعا ایک prepared mind چاہتی ہے۔</w:t>
      </w:r>
    </w:p>
    <w:p>
      <w:pPr>
        <w:jc w:val="right"/>
      </w:pPr>
      <w:r>
        <w:t>دعا ایک پریپیرڈ مائنڈ چاہتی ہے۔</w:t>
      </w:r>
    </w:p>
    <w:p>
      <w:r>
        <w:rPr>
          <w:b/>
        </w:rPr>
        <w:t xml:space="preserve">[01:39] </w:t>
      </w:r>
      <w:r>
        <w:t>It requires a prepared mind to make a dua.</w:t>
      </w:r>
    </w:p>
    <w:p>
      <w:pPr>
        <w:jc w:val="right"/>
      </w:pPr>
      <w:r>
        <w:t>اٹ ریکوائرڈس ا پریپیرڈ مائنڈ ٹو میک ا دعا</w:t>
      </w:r>
    </w:p>
    <w:p>
      <w:r>
        <w:rPr>
          <w:b/>
        </w:rPr>
        <w:t xml:space="preserve">[01:46] </w:t>
      </w:r>
      <w:r>
        <w:t>into source of the word.</w:t>
      </w:r>
    </w:p>
    <w:p>
      <w:pPr>
        <w:jc w:val="right"/>
      </w:pPr>
      <w:r>
        <w:t>ان ٹو سورس اف دا ورڈ۔</w:t>
      </w:r>
    </w:p>
    <w:p>
      <w:r>
        <w:rPr>
          <w:b/>
        </w:rPr>
        <w:t xml:space="preserve">[01:54] </w:t>
      </w:r>
      <w:r>
        <w:t>to jis ko jis tarah doosre discipline mein aap apne aap ko prepare karte hain, maslan aap chahte</w:t>
      </w:r>
    </w:p>
    <w:p>
      <w:pPr>
        <w:jc w:val="right"/>
      </w:pPr>
      <w:r>
        <w:t>تو جس کو جس طرح دوسرے ڈسپلن میں آپ اپنے آپ کو پریپئر کرتے ہیں، مثلاً آپ چاہتے</w:t>
      </w:r>
    </w:p>
    <w:p>
      <w:r>
        <w:rPr>
          <w:b/>
        </w:rPr>
        <w:t xml:space="preserve">[02:03] </w:t>
      </w:r>
      <w:r>
        <w:t>hain ke good english bolein aap to us ke liye aap log tayyar karte hain.</w:t>
      </w:r>
    </w:p>
    <w:p>
      <w:pPr>
        <w:jc w:val="right"/>
      </w:pPr>
      <w:r>
        <w:t>ہیں کہ گڈ انگلش بولیں آپ تو اس کے لیے آپ لوگ تیار کرتے ہیں۔</w:t>
      </w:r>
    </w:p>
    <w:p>
      <w:r>
        <w:rPr>
          <w:b/>
        </w:rPr>
        <w:t xml:space="preserve">[02:11] </w:t>
      </w:r>
      <w:r>
        <w:t>aap aise hi</w:t>
      </w:r>
    </w:p>
    <w:p>
      <w:pPr>
        <w:jc w:val="right"/>
      </w:pPr>
      <w:r>
        <w:t>آپ ایسے ہی</w:t>
      </w:r>
    </w:p>
    <w:p>
      <w:r>
        <w:rPr>
          <w:b/>
        </w:rPr>
        <w:t xml:space="preserve">[02:19] </w:t>
      </w:r>
      <w:r>
        <w:t>sachi dua ke liye bhi aap ko apne ko tayyar karna hoga.</w:t>
      </w:r>
    </w:p>
    <w:p>
      <w:pPr>
        <w:jc w:val="right"/>
      </w:pPr>
      <w:r>
        <w:t>سچی دعا کے لیے بھی آپ کو اپنے کو تیار کرنا ہوگا۔</w:t>
      </w:r>
    </w:p>
    <w:p>
      <w:r>
        <w:rPr>
          <w:b/>
        </w:rPr>
        <w:t xml:space="preserve">[02:27] </w:t>
      </w:r>
      <w:r>
        <w:t>warna dua will go to unman.</w:t>
      </w:r>
    </w:p>
    <w:p>
      <w:pPr>
        <w:jc w:val="right"/>
      </w:pPr>
      <w:r>
        <w:t>ورنہ دعا ویل گو ٹو ان مین۔</w:t>
      </w:r>
    </w:p>
    <w:p>
      <w:r>
        <w:rPr>
          <w:b/>
        </w:rPr>
        <w:t xml:space="preserve">[02:35] </w:t>
      </w:r>
      <w:r>
        <w:t>مولانا، there is a saying of the Prophet according to which the essence of worship is prayer.</w:t>
      </w:r>
    </w:p>
    <w:p>
      <w:pPr>
        <w:jc w:val="right"/>
      </w:pPr>
      <w:r>
        <w:t>مولانا، دیر از ا سینگ اف دا پرافٹ اکارڈنگ ٹو وچ دا ایسنس اف ورشپ از پریر۔</w:t>
      </w:r>
    </w:p>
    <w:p>
      <w:r>
        <w:rPr>
          <w:b/>
        </w:rPr>
        <w:t xml:space="preserve">[02:43] </w:t>
      </w:r>
      <w:r>
        <w:t>what does this mean? dekhiye, bohat hi important baat hai.</w:t>
      </w:r>
    </w:p>
    <w:p>
      <w:pPr>
        <w:jc w:val="right"/>
      </w:pPr>
      <w:r>
        <w:t>واٹ ڈز دس مین؟ دیکھیے، بہت ہی امپورٹنٹ بات ہے۔</w:t>
      </w:r>
    </w:p>
    <w:p>
      <w:r>
        <w:rPr>
          <w:b/>
        </w:rPr>
        <w:t xml:space="preserve">[02:51] </w:t>
      </w:r>
      <w:r>
        <w:t>ibadat kya hai? ibadat khud ek dua hai.</w:t>
      </w:r>
    </w:p>
    <w:p>
      <w:pPr>
        <w:jc w:val="right"/>
      </w:pPr>
      <w:r>
        <w:t>عبادت کیا ہے؟ عبادت خود ایک دعا ہے۔</w:t>
      </w:r>
    </w:p>
    <w:p>
      <w:r>
        <w:rPr>
          <w:b/>
        </w:rPr>
        <w:t xml:space="preserve">[02:57] </w:t>
      </w:r>
      <w:r>
        <w:t>to ibadat bhi dua hai aur dua khud bhi dua hai.</w:t>
      </w:r>
    </w:p>
    <w:p>
      <w:pPr>
        <w:jc w:val="right"/>
      </w:pPr>
      <w:r>
        <w:t>تو عبادت بھی دعا ہے اور دعا خود بھی دعا ہے۔</w:t>
      </w:r>
    </w:p>
    <w:p>
      <w:r>
        <w:rPr>
          <w:b/>
        </w:rPr>
        <w:t xml:space="preserve">[03:03] </w:t>
      </w:r>
      <w:r>
        <w:t>lekin dekhiye, dua se pehle ek pre dua hai.</w:t>
      </w:r>
    </w:p>
    <w:p>
      <w:pPr>
        <w:jc w:val="right"/>
      </w:pPr>
      <w:r>
        <w:t>لیکن دیکھیں، دعا سے پہلے ایک پری دعا ہے۔</w:t>
      </w:r>
    </w:p>
    <w:p>
      <w:r>
        <w:rPr>
          <w:b/>
        </w:rPr>
        <w:t xml:space="preserve">[03:09] </w:t>
      </w:r>
      <w:r>
        <w:t>agar aadmi pre dua ke liye tayyar na kiya ho is ne apne aap ko to dua ka</w:t>
      </w:r>
    </w:p>
    <w:p>
      <w:pPr>
        <w:jc w:val="right"/>
      </w:pPr>
      <w:r>
        <w:t>اگر آدمی پری دعا کے لیے تیار نہ کیا ہو اس نے اپنے آپ کو تو دعا کا</w:t>
      </w:r>
    </w:p>
    <w:p>
      <w:r>
        <w:rPr>
          <w:b/>
        </w:rPr>
        <w:t xml:space="preserve">[03:16] </w:t>
      </w:r>
      <w:r>
        <w:t>koi faida nahi.</w:t>
      </w:r>
    </w:p>
    <w:p>
      <w:pPr>
        <w:jc w:val="right"/>
      </w:pPr>
      <w:r>
        <w:t>کوئی فائدہ نہیں۔</w:t>
      </w:r>
    </w:p>
    <w:p>
      <w:r>
        <w:rPr>
          <w:b/>
        </w:rPr>
        <w:t xml:space="preserve">[03:22] </w:t>
      </w:r>
      <w:r>
        <w:t>pre dua kya hai? pre dua yeh hai ke aadmi apne aur apne rab ke darmiyan jo talluq</w:t>
      </w:r>
    </w:p>
    <w:p>
      <w:pPr>
        <w:jc w:val="right"/>
      </w:pPr>
      <w:r>
        <w:t>پری دعا کیا ہے؟ پری دعا یہ ہے کہ آدمی اپنے اور اپنے رب کے درمیان جو تعلق</w:t>
      </w:r>
    </w:p>
    <w:p>
      <w:r>
        <w:rPr>
          <w:b/>
        </w:rPr>
        <w:t xml:space="preserve">[03:29] </w:t>
      </w:r>
      <w:r>
        <w:t>hai us ko discover kare.</w:t>
      </w:r>
    </w:p>
    <w:p>
      <w:pPr>
        <w:jc w:val="right"/>
      </w:pPr>
      <w:r>
        <w:t>ہے اس کو ڈسکور کرے۔</w:t>
      </w:r>
    </w:p>
    <w:p>
      <w:r>
        <w:rPr>
          <w:b/>
        </w:rPr>
        <w:t xml:space="preserve">[03:37] </w:t>
      </w:r>
      <w:r>
        <w:t>yani mangne wala aur jo dene wala hai, dono ke darmiyan kya relationship hai, us ko discover discover kare.</w:t>
      </w:r>
    </w:p>
    <w:p>
      <w:pPr>
        <w:jc w:val="right"/>
      </w:pPr>
      <w:r>
        <w:t>یعنی مانگنے والا اور جو دینے والا ہے، دونوں کے درمیان کیا ریلیشن شپ ہے، اس کو ڈسکور ڈسکور کرے۔</w:t>
      </w:r>
    </w:p>
    <w:p>
      <w:r>
        <w:rPr>
          <w:b/>
        </w:rPr>
        <w:t xml:space="preserve">[03:44] </w:t>
      </w:r>
      <w:r>
        <w:t>woh kya hai?</w:t>
      </w:r>
    </w:p>
    <w:p>
      <w:pPr>
        <w:jc w:val="right"/>
      </w:pPr>
      <w:r>
        <w:t>وہ کیا ہے؟</w:t>
      </w:r>
    </w:p>
    <w:p>
      <w:r>
        <w:rPr>
          <w:b/>
        </w:rPr>
        <w:t xml:space="preserve">[03:52] </w:t>
      </w:r>
      <w:r>
        <w:t>woh hai khuda dene wala hai, insan pane wala hai.</w:t>
      </w:r>
    </w:p>
    <w:p>
      <w:pPr>
        <w:jc w:val="right"/>
      </w:pPr>
      <w:r>
        <w:t>وہ ہے خدا دینے والا ہے، انسان پانے والا ہے۔</w:t>
      </w:r>
    </w:p>
    <w:p>
      <w:r>
        <w:rPr>
          <w:b/>
        </w:rPr>
        <w:t xml:space="preserve">[03:58] </w:t>
      </w:r>
      <w:r>
        <w:t>God is all giver, man is all taker.</w:t>
      </w:r>
    </w:p>
    <w:p>
      <w:pPr>
        <w:jc w:val="right"/>
      </w:pPr>
      <w:r>
        <w:t>گاڈ از ال گیور، مائن از ال ٹیکر۔</w:t>
      </w:r>
    </w:p>
    <w:p>
      <w:r>
        <w:rPr>
          <w:b/>
        </w:rPr>
        <w:t xml:space="preserve">[04:05] </w:t>
      </w:r>
      <w:r>
        <w:t>Allah is all giver, man is all taker.</w:t>
      </w:r>
    </w:p>
    <w:p>
      <w:pPr>
        <w:jc w:val="right"/>
      </w:pPr>
      <w:r>
        <w:t>اللہ از ال گیور، مائن از ال ٹیکر۔</w:t>
      </w:r>
    </w:p>
    <w:p>
      <w:r>
        <w:rPr>
          <w:b/>
        </w:rPr>
        <w:t xml:space="preserve">[04:11] </w:t>
      </w:r>
      <w:r>
        <w:t>yahi hai pre dua.</w:t>
      </w:r>
    </w:p>
    <w:p>
      <w:pPr>
        <w:jc w:val="right"/>
      </w:pPr>
      <w:r>
        <w:t>یہی ہے پری دعا۔</w:t>
      </w:r>
    </w:p>
    <w:p>
      <w:r>
        <w:rPr>
          <w:b/>
        </w:rPr>
        <w:t xml:space="preserve">[04:17] </w:t>
      </w:r>
      <w:r>
        <w:t>jab aadmi is pre dua ko</w:t>
      </w:r>
    </w:p>
    <w:p>
      <w:pPr>
        <w:jc w:val="right"/>
      </w:pPr>
      <w:r>
        <w:t>جب آدمی اس پری دعا کو</w:t>
      </w:r>
    </w:p>
    <w:p>
      <w:r>
        <w:rPr>
          <w:b/>
        </w:rPr>
        <w:t xml:space="preserve">[04:23] </w:t>
      </w:r>
      <w:r>
        <w:t>ki shart ko poora kar leta hai to sach much jo dua discover karta hai ke main kya</w:t>
      </w:r>
    </w:p>
    <w:p>
      <w:pPr>
        <w:jc w:val="right"/>
      </w:pPr>
      <w:r>
        <w:t>کی شرط کو پورا کر لیتا ہے تو سچ مچ جو دعا ڈسکور کرتا ہے کہ میں کیا</w:t>
      </w:r>
    </w:p>
    <w:p>
      <w:r>
        <w:rPr>
          <w:b/>
        </w:rPr>
        <w:t xml:space="preserve">[04:30] </w:t>
      </w:r>
      <w:r>
        <w:t>hoon aur rab ul alameen kya hai, tab sachi dua nikalti hai.</w:t>
      </w:r>
    </w:p>
    <w:p>
      <w:pPr>
        <w:jc w:val="right"/>
      </w:pPr>
      <w:r>
        <w:t>ہوں اور رب العالمین کیا ہے، تب سچی دعا نکلتی ہے۔</w:t>
      </w:r>
    </w:p>
    <w:p>
      <w:r>
        <w:rPr>
          <w:b/>
        </w:rPr>
        <w:t xml:space="preserve">[04:36] </w:t>
      </w:r>
      <w:r>
        <w:t>is ke baghair jo hoga woh dua nahi hogi balkay lip service hoga.</w:t>
      </w:r>
    </w:p>
    <w:p>
      <w:pPr>
        <w:jc w:val="right"/>
      </w:pPr>
      <w:r>
        <w:t>اس کے بغیر جو ہوگا وہ دعا نہیں ہوگی بلکہ لپ سروس ہوگا۔</w:t>
      </w:r>
    </w:p>
    <w:p>
      <w:r>
        <w:rPr>
          <w:b/>
        </w:rPr>
        <w:t xml:space="preserve">[04:42] </w:t>
      </w:r>
      <w:r>
        <w:t>kyun ke is ko to spirit nahi aayegi jab tak aap is ko achi yani yaqeen ki satah</w:t>
      </w:r>
    </w:p>
    <w:p>
      <w:pPr>
        <w:jc w:val="right"/>
      </w:pPr>
      <w:r>
        <w:t>کیونکہ اس کو تو اسپرٹ نہیں آئے گی جب تک آپ اس کو اچھی یعنی یقین کی سطح</w:t>
      </w:r>
    </w:p>
    <w:p>
      <w:r>
        <w:rPr>
          <w:b/>
        </w:rPr>
        <w:t xml:space="preserve">[04:48] </w:t>
      </w:r>
      <w:r>
        <w:t>par is ko jab jaan chuke hotay hain</w:t>
      </w:r>
    </w:p>
    <w:p>
      <w:pPr>
        <w:jc w:val="right"/>
      </w:pPr>
      <w:r>
        <w:t>پر اس کو جب جان چکے ہوتے ہیں</w:t>
      </w:r>
    </w:p>
    <w:p>
      <w:r>
        <w:rPr>
          <w:b/>
        </w:rPr>
        <w:t xml:space="preserve">[04:54] </w:t>
      </w:r>
      <w:r>
        <w:t>ke Allah is the giver, mine is the taker, tab ja kar ke woh dua nikalti hai jis</w:t>
      </w:r>
    </w:p>
    <w:p>
      <w:pPr>
        <w:jc w:val="right"/>
      </w:pPr>
      <w:r>
        <w:t>کہ اللہ از ال گیور، مائن از ال ٹیکر، تب جا کر کے وہ دعا نکلتی ہے جس</w:t>
      </w:r>
    </w:p>
    <w:p>
      <w:r>
        <w:rPr>
          <w:b/>
        </w:rPr>
        <w:t xml:space="preserve">[05:00] </w:t>
      </w:r>
      <w:r>
        <w:t>ke andar jis ko mein kahoon ke spirited dua, spirit se bhari hui dua.</w:t>
      </w:r>
    </w:p>
    <w:p>
      <w:pPr>
        <w:jc w:val="right"/>
      </w:pPr>
      <w:r>
        <w:t>کے اندر جس کو میں کہوں کہ اسپرٹڈ دعا، اسپرٹ سے بھری ہوئی دعا۔</w:t>
      </w:r>
    </w:p>
    <w:p>
      <w:r>
        <w:rPr>
          <w:b/>
        </w:rPr>
        <w:t xml:space="preserve">[05:06] </w:t>
      </w:r>
      <w:r>
        <w:t>to jo is do dua spirit se bhari hui ho, woh dua seedhi Allah rab ul alameen tak pohnchti</w:t>
      </w:r>
    </w:p>
    <w:p>
      <w:pPr>
        <w:jc w:val="right"/>
      </w:pPr>
      <w:r>
        <w:t>تو جو اس دو دعا اسپرٹ سے بھری ہوئی ہو، وہ دعا سیدھی اللہ رب العالمین تک پہنچتی</w:t>
      </w:r>
    </w:p>
    <w:p>
      <w:r>
        <w:rPr>
          <w:b/>
        </w:rPr>
        <w:t xml:space="preserve">[05:12] </w:t>
      </w:r>
      <w:r>
        <w:t>hai aur woh zaroor qabool hoti hai.</w:t>
      </w:r>
    </w:p>
    <w:p>
      <w:pPr>
        <w:jc w:val="right"/>
      </w:pPr>
      <w:r>
        <w:t>ہے اور وہ ضرور قبول ہوتی ہے۔</w:t>
      </w:r>
    </w:p>
    <w:p>
      <w:r>
        <w:rPr>
          <w:b/>
        </w:rPr>
        <w:t xml:space="preserve">[05:19] </w:t>
      </w:r>
      <w:r>
        <w:t>qabool kiye janay ke form alag alag</w:t>
      </w:r>
    </w:p>
    <w:p>
      <w:pPr>
        <w:jc w:val="right"/>
      </w:pPr>
      <w:r>
        <w:t>قبول کیے جانے کے فارم الگ الگ</w:t>
      </w:r>
    </w:p>
    <w:p>
      <w:r>
        <w:rPr>
          <w:b/>
        </w:rPr>
        <w:t xml:space="preserve">[05:25] </w:t>
      </w:r>
      <w:r>
        <w:t>ho saktay hain.</w:t>
      </w:r>
    </w:p>
    <w:p>
      <w:pPr>
        <w:jc w:val="right"/>
      </w:pPr>
      <w:r>
        <w:t>ہو سکتے ہیں۔</w:t>
      </w:r>
    </w:p>
    <w:p>
      <w:r>
        <w:rPr>
          <w:b/>
        </w:rPr>
        <w:t xml:space="preserve">[05:31] </w:t>
      </w:r>
      <w:r>
        <w:t>kabhi aisa ho sakta hai ke qabool ho chuki ho aur humain pata na ho.</w:t>
      </w:r>
    </w:p>
    <w:p>
      <w:pPr>
        <w:jc w:val="right"/>
      </w:pPr>
      <w:r>
        <w:t>کبھی ایسا ہو سکتا ہے کہ قبول ہو چکی ہو اور ہمیں پتہ نہ ہو۔</w:t>
      </w:r>
    </w:p>
    <w:p>
      <w:r>
        <w:rPr>
          <w:b/>
        </w:rPr>
        <w:t xml:space="preserve">[05:37] </w:t>
      </w:r>
      <w:r>
        <w:t>to aap agar dua karna chahtay hain to aap ko science of dua bhi zaroor janna chahiye.</w:t>
      </w:r>
    </w:p>
    <w:p>
      <w:pPr>
        <w:jc w:val="right"/>
      </w:pPr>
      <w:r>
        <w:t>تو آپ اگر دعا کرنا چاہتے ہیں تو آپ کو سائنس اف دعا بھی ضرور جاننا چاہیے۔</w:t>
      </w:r>
    </w:p>
    <w:p>
      <w:r>
        <w:rPr>
          <w:b/>
        </w:rPr>
        <w:t xml:space="preserve">[05:43] </w:t>
      </w:r>
      <w:r>
        <w:t>So Maulana, you were telling us that one is dua and the other is pre-dua, and pre-dua</w:t>
      </w:r>
    </w:p>
    <w:p>
      <w:pPr>
        <w:jc w:val="right"/>
      </w:pPr>
      <w:r>
        <w:t>سو مولانا، یو ٹیلنگ اس دیٹ ون از دعا اینڈ دی ادر از پری دعا، اینڈ پری دعا</w:t>
      </w:r>
    </w:p>
    <w:p>
      <w:r>
        <w:rPr>
          <w:b/>
        </w:rPr>
        <w:t xml:space="preserve">[05:49] </w:t>
      </w:r>
      <w:r>
        <w:t>is to discover the relationship between ourselves and God, and</w:t>
      </w:r>
    </w:p>
    <w:p>
      <w:pPr>
        <w:jc w:val="right"/>
      </w:pPr>
      <w:r>
        <w:t>از ٹو ڈسکور دا ریلیشن شپ بٹوین اور سیلز اینڈ گاڈ، این</w:t>
      </w:r>
    </w:p>
    <w:p>
      <w:r>
        <w:rPr>
          <w:b/>
        </w:rPr>
        <w:t xml:space="preserve">[05:55] </w:t>
      </w:r>
      <w:r>
        <w:t>that that relationship is that God is the giver and we are the takers.</w:t>
      </w:r>
    </w:p>
    <w:p>
      <w:pPr>
        <w:jc w:val="right"/>
      </w:pPr>
      <w:r>
        <w:t>ڈ دیٹ ریلیشن شپ از دیٹ گاڈ از دا گیور اینڈ وی ار دا ٹیکرز۔</w:t>
      </w:r>
    </w:p>
    <w:p>
      <w:r>
        <w:rPr>
          <w:b/>
        </w:rPr>
        <w:t xml:space="preserve">[06:02] </w:t>
      </w:r>
      <w:r>
        <w:t>So when we discover this relationship between ourselves and God, then we be able to do spirited dua.</w:t>
      </w:r>
    </w:p>
    <w:p>
      <w:pPr>
        <w:jc w:val="right"/>
      </w:pPr>
      <w:r>
        <w:t>سو وین وی ڈسکور دس ریلیشن شپ بٹوین اور سیلز اینڈ گاڈ، دین وی بی ایبل ٹو ڈو سپرٹڈ دعا۔</w:t>
      </w:r>
    </w:p>
    <w:p>
      <w:r>
        <w:rPr>
          <w:b/>
        </w:rPr>
        <w:t xml:space="preserve">[06:10] </w:t>
      </w:r>
      <w:r>
        <w:t>مولانا، you often say that prayer that results from realizing our helplessness is acceptable to God.</w:t>
      </w:r>
    </w:p>
    <w:p>
      <w:pPr>
        <w:jc w:val="right"/>
      </w:pPr>
      <w:r>
        <w:t>مولانا، یو افن سے دیٹ پریر دیٹ رزلٹس فرام ریلائزنگ اور ہیلپلیسنس از ایکسیپٹیبل ٹو گاڈ۔</w:t>
      </w:r>
    </w:p>
    <w:p>
      <w:r>
        <w:rPr>
          <w:b/>
        </w:rPr>
        <w:t xml:space="preserve">[06:17] </w:t>
      </w:r>
      <w:r>
        <w:t>so why is the feeling of helplessness so important? dekhiye, yeh</w:t>
      </w:r>
    </w:p>
    <w:p>
      <w:pPr>
        <w:jc w:val="right"/>
      </w:pPr>
      <w:r>
        <w:t>سو وائی از دا فیلنگ اف ہیلپلیسنس سو امپورٹنٹ؟ دیکھیے، یہ</w:t>
      </w:r>
    </w:p>
    <w:p>
      <w:r>
        <w:rPr>
          <w:b/>
        </w:rPr>
        <w:t xml:space="preserve">[06:25] </w:t>
      </w:r>
      <w:r>
        <w:t>helplessness kya hai? yeh reality ka naam hai.</w:t>
      </w:r>
    </w:p>
    <w:p>
      <w:pPr>
        <w:jc w:val="right"/>
      </w:pPr>
      <w:r>
        <w:t>ہیلپلیسنس کیا ہے؟ یہ ریلیٹی کا نام ہے۔</w:t>
      </w:r>
    </w:p>
    <w:p>
      <w:r>
        <w:rPr>
          <w:b/>
        </w:rPr>
        <w:t xml:space="preserve">[06:31] </w:t>
      </w:r>
      <w:r>
        <w:t>reality yeh reality hai ke insan poore maanon mein helpless hai.</w:t>
      </w:r>
    </w:p>
    <w:p>
      <w:pPr>
        <w:jc w:val="right"/>
      </w:pPr>
      <w:r>
        <w:t>ریلیٹی یہ ریلیٹی ہے کہ انسان پورے معنوں میں ہیلپلیس ہے۔</w:t>
      </w:r>
    </w:p>
    <w:p>
      <w:r>
        <w:rPr>
          <w:b/>
        </w:rPr>
        <w:t xml:space="preserve">[06:37] </w:t>
      </w:r>
      <w:r>
        <w:t>poore maanon mein hum bolna chahtay hain lekin jab hamara hamari body ka jo mechanism hai woh kaam</w:t>
      </w:r>
    </w:p>
    <w:p>
      <w:pPr>
        <w:jc w:val="right"/>
      </w:pPr>
      <w:r>
        <w:t>پورے معنوں میں ہم بولنا چاہتے ہیں لیکن جب ہمارا ہماری باڈی کا جو میکانزم ہے وہ کام</w:t>
      </w:r>
    </w:p>
    <w:p>
      <w:r>
        <w:rPr>
          <w:b/>
        </w:rPr>
        <w:t xml:space="preserve">[06:43] </w:t>
      </w:r>
      <w:r>
        <w:t>kare tab to hum bolenge.</w:t>
      </w:r>
    </w:p>
    <w:p>
      <w:pPr>
        <w:jc w:val="right"/>
      </w:pPr>
      <w:r>
        <w:t>کرے تب تو ہم بولیں گے۔</w:t>
      </w:r>
    </w:p>
    <w:p>
      <w:r>
        <w:rPr>
          <w:b/>
        </w:rPr>
        <w:t xml:space="preserve">[06:49] </w:t>
      </w:r>
      <w:r>
        <w:t>suraj hum suraj</w:t>
      </w:r>
    </w:p>
    <w:p>
      <w:pPr>
        <w:jc w:val="right"/>
      </w:pPr>
      <w:r>
        <w:t>سورج ہم سورج</w:t>
      </w:r>
    </w:p>
    <w:p>
      <w:r>
        <w:rPr>
          <w:b/>
        </w:rPr>
        <w:t xml:space="preserve">[06:55] </w:t>
      </w:r>
      <w:r>
        <w:t>ki light chahte hain lekin jab suraj nikle tab to hum ko milegi uski light. hum food chahte hain jab soil mein soil se poda nikle tab to hum ko milegi food. to har cheez yahan tak ke hum saans lete hain to hawa se oxygen barabar supply hoti rahegi, tab to hamein milega oxygen</w:t>
      </w:r>
    </w:p>
    <w:p>
      <w:pPr>
        <w:jc w:val="right"/>
      </w:pPr>
      <w:r>
        <w:t>کی لائٹ چاہتے ہیں لیکن جب سورج نکلے تب تو ہم کو ملے گی اس کی لائٹ۔ ہم فوڈ چاہتے ہیں جب سوائل میں سوائل سے پودا نکلے تب تو ہم کو ملے گی فوڈ۔ تو ہر چیز یہاں تک کہ ہم سانس لیتے ہیں تو ہوا سے اکسیجن برابر سپلائی ہوتی رہے گی، تب تو ہمیں ملے گا اکسیجن</w:t>
      </w:r>
    </w:p>
    <w:p>
      <w:r>
        <w:rPr>
          <w:b/>
        </w:rPr>
        <w:t xml:space="preserve">[07:25] </w:t>
      </w:r>
      <w:r>
        <w:t>.</w:t>
      </w:r>
    </w:p>
    <w:p>
      <w:pPr>
        <w:jc w:val="right"/>
      </w:pPr>
      <w:r>
        <w:t>۔</w:t>
      </w:r>
    </w:p>
    <w:p>
      <w:r>
        <w:rPr>
          <w:b/>
        </w:rPr>
        <w:t xml:space="preserve">[07:31] </w:t>
      </w:r>
      <w:r>
        <w:t>to helplessness koi anokhi baat nahi hai.</w:t>
      </w:r>
    </w:p>
    <w:p>
      <w:pPr>
        <w:jc w:val="right"/>
      </w:pPr>
      <w:r>
        <w:t>تو ہیلپلیسنس کوئی انوکھی بات نہیں ہے۔</w:t>
      </w:r>
    </w:p>
    <w:p>
      <w:r>
        <w:rPr>
          <w:b/>
        </w:rPr>
        <w:t xml:space="preserve">[07:37] </w:t>
      </w:r>
      <w:r>
        <w:t>helplessness jo hai woh naam hai realization ka, yani haqeeqat waqea ko realize karna.</w:t>
      </w:r>
    </w:p>
    <w:p>
      <w:pPr>
        <w:jc w:val="right"/>
      </w:pPr>
      <w:r>
        <w:t>ہیلپلیسنس جو ہے وہ نام ہے ریلائزیشن کا، یعنی حقیقت واقعہ کو ریلائز کرنا۔</w:t>
      </w:r>
    </w:p>
    <w:p>
      <w:r>
        <w:rPr>
          <w:b/>
        </w:rPr>
        <w:t xml:space="preserve">[07:43] </w:t>
      </w:r>
      <w:r>
        <w:t>jo reality hai us ko realize karna.</w:t>
      </w:r>
    </w:p>
    <w:p>
      <w:pPr>
        <w:jc w:val="right"/>
      </w:pPr>
      <w:r>
        <w:t>جو ریلیٹی ہے اس کو ریلائز کرنا۔</w:t>
      </w:r>
    </w:p>
    <w:p>
      <w:r>
        <w:rPr>
          <w:b/>
        </w:rPr>
        <w:t xml:space="preserve">[07:49] </w:t>
      </w:r>
      <w:r>
        <w:t>to jab aap haqeeqat waqea ko realize karte hain</w:t>
      </w:r>
    </w:p>
    <w:p>
      <w:pPr>
        <w:jc w:val="right"/>
      </w:pPr>
      <w:r>
        <w:t>تو جب آپ حقیقت واقعہ کو ریلائز کرتے ہیں</w:t>
      </w:r>
    </w:p>
    <w:p>
      <w:r>
        <w:rPr>
          <w:b/>
        </w:rPr>
        <w:t xml:space="preserve">[07:55] </w:t>
      </w:r>
      <w:r>
        <w:t>tab yahi hota hai ke aap mehsoos karte hain ke mein to helpless hoon, denay wala to Khuda</w:t>
      </w:r>
    </w:p>
    <w:p>
      <w:pPr>
        <w:jc w:val="right"/>
      </w:pPr>
      <w:r>
        <w:t>تب یہی ہوتا ہے کہ آپ محسوس کرتے ہیں کہ میں تو ہیلپلیس ہوں، دینے والا تو خدا</w:t>
      </w:r>
    </w:p>
    <w:p>
      <w:r>
        <w:rPr>
          <w:b/>
        </w:rPr>
        <w:t xml:space="preserve">[08:01] </w:t>
      </w:r>
      <w:r>
        <w:t>hai, mein to sirf panay wala hoon.</w:t>
      </w:r>
    </w:p>
    <w:p>
      <w:pPr>
        <w:jc w:val="right"/>
      </w:pPr>
      <w:r>
        <w:t>ہے، میں تو صرف پانے والا ہوں۔</w:t>
      </w:r>
    </w:p>
    <w:p>
      <w:r>
        <w:rPr>
          <w:b/>
        </w:rPr>
        <w:t xml:space="preserve">[08:06] </w:t>
      </w:r>
      <w:r>
        <w:t>tab ja kar ke sachi dua nikalti hai aur tab ja kar ke dua qabool hoti hai.</w:t>
      </w:r>
    </w:p>
    <w:p>
      <w:pPr>
        <w:jc w:val="right"/>
      </w:pPr>
      <w:r>
        <w:t>تب جا کر کے سچی دعا نکلتی ہے اور تب جا کر کے دعا قبول ہوتی ہے۔</w:t>
      </w:r>
    </w:p>
    <w:p>
      <w:r>
        <w:rPr>
          <w:b/>
        </w:rPr>
        <w:t xml:space="preserve">[08:11] </w:t>
      </w:r>
      <w:r>
        <w:t>Maulana, this question has come from a viewer, Mr. Syed Faisal.</w:t>
      </w:r>
    </w:p>
    <w:p>
      <w:pPr>
        <w:jc w:val="right"/>
      </w:pPr>
      <w:r>
        <w:t>مولانا، دس کویسچن ہیز کم فرام ا ویوور، مسٹر سید فیصل۔</w:t>
      </w:r>
    </w:p>
    <w:p>
      <w:r>
        <w:rPr>
          <w:b/>
        </w:rPr>
        <w:t xml:space="preserve">[08:17] </w:t>
      </w:r>
      <w:r>
        <w:t>His question is that often we pray to God for something but our prayer doesn't seem to get fulfilled.</w:t>
      </w:r>
    </w:p>
    <w:p>
      <w:pPr>
        <w:jc w:val="right"/>
      </w:pPr>
      <w:r>
        <w:t>ہز کویسچن از دیٹ افن وی پری ٹو گاڈ فار سمتھنگ بٹ اور پریر ڈزنٹ سیم ٹو گیٹ فلفلڈ۔</w:t>
      </w:r>
    </w:p>
    <w:p>
      <w:r>
        <w:rPr>
          <w:b/>
        </w:rPr>
        <w:t xml:space="preserve">[08:22] </w:t>
      </w:r>
      <w:r>
        <w:t>so what should we do in this situation?</w:t>
      </w:r>
    </w:p>
    <w:p>
      <w:pPr>
        <w:jc w:val="right"/>
      </w:pPr>
      <w:r>
        <w:t>سو واٹ شوڈ وی ڈو ان دس سچویشن؟</w:t>
      </w:r>
    </w:p>
    <w:p>
      <w:r>
        <w:rPr>
          <w:b/>
        </w:rPr>
        <w:t xml:space="preserve">[08:27] </w:t>
      </w:r>
      <w:r>
        <w:t>dekhiye, yeh bohat important question hai. achi tarah samajh lijiye ke dua wahi qabool hogi jo creational plan of God ke mutabiq ho. iske khilaf ho to quwa'an dua qabool nahi hogi. chahe property ko nuqsaan pahunchaye, jaise ke ek waqea hua Madinah mein jisko kehte hain Bir Ma'unah. wahan jo mukhalifeen the Islam ke</w:t>
      </w:r>
    </w:p>
    <w:p>
      <w:pPr>
        <w:jc w:val="right"/>
      </w:pPr>
      <w:r>
        <w:t>دیکھیے، یہ بہت امپورٹنٹ کویسچن ہے۔ اچھی طرح سمجھ لیجئے کہ دعا وہی قبول ہوگی جو کریشنل پلان اف گاڈ کے مطابق ہو۔ اس کے خلاف ہو تو قوان دعا قبول نہیں ہوگی۔ چاہے پراپرٹی کو نقض کریں، جیسے کہ ایک واقعہ ہوا مدینہ میں جس کو کہتے ہیں بیر معونہ۔ وہاں جو مخالفین تھے اسلام کے</w:t>
      </w:r>
    </w:p>
    <w:p>
      <w:r>
        <w:rPr>
          <w:b/>
        </w:rPr>
        <w:t xml:space="preserve">[08:57] </w:t>
      </w:r>
      <w:r>
        <w:t>unho ne bohat se sahaba ko qatal kar diya.</w:t>
      </w:r>
    </w:p>
    <w:p>
      <w:pPr>
        <w:jc w:val="right"/>
      </w:pPr>
      <w:r>
        <w:t>، انہوں نے بہت سے صحابہ کو قتل کر دیا۔</w:t>
      </w:r>
    </w:p>
    <w:p>
      <w:r>
        <w:rPr>
          <w:b/>
        </w:rPr>
        <w:t xml:space="preserve">[09:03] </w:t>
      </w:r>
      <w:r>
        <w:t>to rasool Allah ki zuban se nikla lanat kalma, lanat apne lanat ke logon par.</w:t>
      </w:r>
    </w:p>
    <w:p>
      <w:pPr>
        <w:jc w:val="right"/>
      </w:pPr>
      <w:r>
        <w:t>تو رسول اللہ کی زبان سے نکلا لعنت کلمہ، لعنت اپنے لعنت کے لوگوں پر۔</w:t>
      </w:r>
    </w:p>
    <w:p>
      <w:r>
        <w:rPr>
          <w:b/>
        </w:rPr>
        <w:t xml:space="preserve">[09:09] </w:t>
      </w:r>
      <w:r>
        <w:t>to qabool nahi hui woh, balke wahi aa gayi farishte ke zariye se ke tum yeh kaam chhod</w:t>
      </w:r>
    </w:p>
    <w:p>
      <w:pPr>
        <w:jc w:val="right"/>
      </w:pPr>
      <w:r>
        <w:t>تو قبول نہیں ہوئی وہ، بلکہ وحی آ گئی فرشتے کے ذریعے سے کہ تم یہ کام چھوڑ</w:t>
      </w:r>
    </w:p>
    <w:p>
      <w:r>
        <w:rPr>
          <w:b/>
        </w:rPr>
        <w:t xml:space="preserve">[09:15] </w:t>
      </w:r>
      <w:r>
        <w:t>do, bad dua mat karo.</w:t>
      </w:r>
    </w:p>
    <w:p>
      <w:pPr>
        <w:jc w:val="right"/>
      </w:pPr>
      <w:r>
        <w:t>دو، بد دعا مت کرو۔</w:t>
      </w:r>
    </w:p>
    <w:p>
      <w:r>
        <w:rPr>
          <w:b/>
        </w:rPr>
        <w:t xml:space="preserve">[09:21] </w:t>
      </w:r>
      <w:r>
        <w:t>to is ke baad aap ne koi bad dua nahi ki. kyun?</w:t>
      </w:r>
    </w:p>
    <w:p>
      <w:pPr>
        <w:jc w:val="right"/>
      </w:pPr>
      <w:r>
        <w:t>تو اس کے بعد آپ نے کوئی بد دعا نہیں کی۔ کیوں؟</w:t>
      </w:r>
    </w:p>
    <w:p>
      <w:r>
        <w:rPr>
          <w:b/>
        </w:rPr>
        <w:t xml:space="preserve">[09:27] </w:t>
      </w:r>
      <w:r>
        <w:t>dekhiye, insan ke mamle ka faisla kisi ki bad dua se nahi ho sakta ke aap bad dua</w:t>
      </w:r>
    </w:p>
    <w:p>
      <w:pPr>
        <w:jc w:val="right"/>
      </w:pPr>
      <w:r>
        <w:t>دیکھیے، انسان کے معاملے کا فیصلہ کسی کی بد دعا سے نہیں ہو سکتا کہ آپ بد دعا</w:t>
      </w:r>
    </w:p>
    <w:p>
      <w:r>
        <w:rPr>
          <w:b/>
        </w:rPr>
        <w:t xml:space="preserve">[09:32] </w:t>
      </w:r>
      <w:r>
        <w:t>karte ho aur woh is ka bura ho ho jaye.</w:t>
      </w:r>
    </w:p>
    <w:p>
      <w:pPr>
        <w:jc w:val="right"/>
      </w:pPr>
      <w:r>
        <w:t>کرتے ہو اور وہ اس کا برا ہو ہو جائے۔</w:t>
      </w:r>
    </w:p>
    <w:p>
      <w:r>
        <w:rPr>
          <w:b/>
        </w:rPr>
        <w:t xml:space="preserve">[09:36] </w:t>
      </w:r>
      <w:r>
        <w:t>laisa lil insani illa ma sa'a.</w:t>
      </w:r>
    </w:p>
    <w:p>
      <w:pPr>
        <w:jc w:val="right"/>
      </w:pPr>
      <w:r>
        <w:t>لیس للانسان الا ماثا۔</w:t>
      </w:r>
    </w:p>
    <w:p>
      <w:r>
        <w:rPr>
          <w:b/>
        </w:rPr>
        <w:t xml:space="preserve">[09:40] </w:t>
      </w:r>
      <w:r>
        <w:t>insan ke sath jo kuch hota hai woh is ke apne hi amal ka nateeja hota hai.</w:t>
      </w:r>
    </w:p>
    <w:p>
      <w:pPr>
        <w:jc w:val="right"/>
      </w:pPr>
      <w:r>
        <w:t>انسان کے ساتھ جو کچھ ہوتا ہے وہ اس کے اپنے ہی عمل کا نتیجہ ہوتا ہے۔</w:t>
      </w:r>
    </w:p>
    <w:p>
      <w:r>
        <w:rPr>
          <w:b/>
        </w:rPr>
        <w:t xml:space="preserve">[09:45] </w:t>
      </w:r>
      <w:r>
        <w:t>kisi ki dua se hota hai na bad dua se.</w:t>
      </w:r>
    </w:p>
    <w:p>
      <w:pPr>
        <w:jc w:val="right"/>
      </w:pPr>
      <w:r>
        <w:t>کسی کی دعا سے ہوتا ہے نہ بد دعا سے۔</w:t>
      </w:r>
    </w:p>
    <w:p>
      <w:r>
        <w:rPr>
          <w:b/>
        </w:rPr>
        <w:t xml:space="preserve">[09:49] </w:t>
      </w:r>
      <w:r>
        <w:t>kisi ki dua se na to kuch jannat mile gi na kisi ki bad dua se koi hell</w:t>
      </w:r>
    </w:p>
    <w:p>
      <w:pPr>
        <w:jc w:val="right"/>
      </w:pPr>
      <w:r>
        <w:t>کسی کی دعا سے نہ تو کچھ جنت ملے گی نہ کسی کی بد دعا سے کوئی ہیلپ</w:t>
      </w:r>
    </w:p>
    <w:p>
      <w:r>
        <w:rPr>
          <w:b/>
        </w:rPr>
        <w:t xml:space="preserve">[09:53] </w:t>
      </w:r>
      <w:r>
        <w:t>chala jayega.</w:t>
      </w:r>
    </w:p>
    <w:p>
      <w:pPr>
        <w:jc w:val="right"/>
      </w:pPr>
      <w:r>
        <w:t>چلا جائے گا۔</w:t>
      </w:r>
    </w:p>
    <w:p>
      <w:r>
        <w:rPr>
          <w:b/>
        </w:rPr>
        <w:t xml:space="preserve">[09:58] </w:t>
      </w:r>
      <w:r>
        <w:t>chahe property ko na ho. to dua ke liye samajhna chahiye ke hamari khwahish ek hai, hum is khwahish ke liye dua kar rahe hain. That is not enough. Aap ko janna padega ke aap ki jo khwahish hai, jo aap dua kar rahe hain, woh according to the creation plan hai ya ya ya is se alag hai. Is se alag hai to kabhi nahi qabool hogi. To log bas jaante hain ke mujhe mujhe falan meri zaroorat hai, falan meri khwahish hai, l</w:t>
      </w:r>
    </w:p>
    <w:p>
      <w:pPr>
        <w:jc w:val="right"/>
      </w:pPr>
      <w:r>
        <w:t>چاہے پراپرٹی کو نہ ہو۔ تو دعا کے لیے سمجھنا چاہیے کہ ہماری خواہش ایک ہے، ہم اس خواہش کے لیے دعا کر رہے ہیں۔ دیٹ از ناٹ اینف۔ آپ کو جاننا پڑے گا کہ آپ کی جو خواہش ہے، جو آپ دعا کر رہے ہیں، وہ اکارڈنگ ٹو دا کریشن پلان ہے یا یا یا اس سے الگ ہے۔ اس سے الگ ہے تو کبھی نہیں قبول ہوگی۔ تو لوگ بس جانتے ہیں کہ مجھے مجھے فلاں میری ضرورت ہے، فلاں میری خواہش ہے، ل</w:t>
      </w:r>
    </w:p>
    <w:p>
      <w:r>
        <w:rPr>
          <w:b/>
        </w:rPr>
        <w:t xml:space="preserve">[10:28] </w:t>
      </w:r>
      <w:r>
        <w:t>agta hai dua karne. ab jab dua poori nahi hoti to kehte hain ke dekho meri dua Allah ne qabool nahi ki. masla yeh nahi ke Allah ne qabool nahi ki, masla yeh hai ke kyunke woh Rabbul Alameen ke plan ke khilaf thi, to plan ke khilaf ho to Paighambar ki dua dua bhi qabool nahi hoti. to jab aap dua karein to is se pehle yeh samjhein, jaanen ke aap jo dua karne ja rahe hain</w:t>
      </w:r>
    </w:p>
    <w:p>
      <w:pPr>
        <w:jc w:val="right"/>
      </w:pPr>
      <w:r>
        <w:t>گتا ہے دعا کرنے۔ اب جب دعا پوری نہیں ہوتی تو کہتے ہیں کہ دیکھو میری دعا اللہ نے قبول نہیں کی۔ مسئلہ یہ نہیں کہ اللہ نے قبول نہیں کی، مسئلہ یہ ہے کہ چونکہ وہ رب العالمین کے پلان کے خلاف تھی، تو پلان کے خلاف ہو تو پیغمبر کی دعا دعا بھی قبول نہیں ہوتی۔ تو جب آپ دعا کریں تو اس سے پہلے یہ سمجھیں، جانیں کہ آپ جو دعا کرنے جا رہے ہیں</w:t>
      </w:r>
    </w:p>
    <w:p>
      <w:r>
        <w:rPr>
          <w:b/>
        </w:rPr>
        <w:t xml:space="preserve">[10:58] </w:t>
      </w:r>
      <w:r>
        <w:t>woh Allah rab ul alameen ki jo scheme of things hai, us ke khilaf to nahi hai.</w:t>
      </w:r>
    </w:p>
    <w:p>
      <w:pPr>
        <w:jc w:val="right"/>
      </w:pPr>
      <w:r>
        <w:t>وہ اللہ رب العالمین کی جو اسکیم اف تھنگز ہے، اس کے خلاف تو نہیں ہے۔</w:t>
      </w:r>
    </w:p>
    <w:p>
      <w:r>
        <w:rPr>
          <w:b/>
        </w:rPr>
        <w:t xml:space="preserve">[11:03] </w:t>
      </w:r>
      <w:r>
        <w:t>us ke khilaf hai to kabhi nahi qabool hogi.</w:t>
      </w:r>
    </w:p>
    <w:p>
      <w:pPr>
        <w:jc w:val="right"/>
      </w:pPr>
      <w:r>
        <w:t>اس کے خلاف ہے تو کبھی نہیں قبول ہوگی۔</w:t>
      </w:r>
    </w:p>
    <w:p>
      <w:r>
        <w:rPr>
          <w:b/>
        </w:rPr>
        <w:t xml:space="preserve">[11:08] </w:t>
      </w:r>
      <w:r>
        <w:t>woh yeh hai raaz dua ki qabooliyat ka.</w:t>
      </w:r>
    </w:p>
    <w:p>
      <w:pPr>
        <w:jc w:val="right"/>
      </w:pPr>
      <w:r>
        <w:t>وہ یہ ہے راز دعا کی قبولیت کا۔</w:t>
      </w:r>
    </w:p>
    <w:p>
      <w:r>
        <w:rPr>
          <w:b/>
        </w:rPr>
        <w:t xml:space="preserve">[11:13] </w:t>
      </w:r>
      <w:r>
        <w:t>So prayer is accepted only if it is in accordance with God's creation plan and God's scheme of things.</w:t>
      </w:r>
    </w:p>
    <w:p>
      <w:pPr>
        <w:jc w:val="right"/>
      </w:pPr>
      <w:r>
        <w:t>سو پریر از ایکسیپٹڈ اونلی اف اٹ از ان اکارڈنس ود گاڈز کریشن پلان اینڈ گاڈز سکیم اف تھنگز۔</w:t>
      </w:r>
    </w:p>
    <w:p>
      <w:r>
        <w:rPr>
          <w:b/>
        </w:rPr>
        <w:t xml:space="preserve">[11:18] </w:t>
      </w:r>
      <w:r>
        <w:t>If it goes against the creation plan of God, then it will not be accepted.</w:t>
      </w:r>
    </w:p>
    <w:p>
      <w:pPr>
        <w:jc w:val="right"/>
      </w:pPr>
      <w:r>
        <w:t>اف اٹ گوز اگینسٹ دا کریشن پلان اف گاڈ، دین اٹ ول ناٹ بی ایکسیپٹڈ۔</w:t>
      </w:r>
    </w:p>
    <w:p>
      <w:r>
        <w:rPr>
          <w:b/>
        </w:rPr>
        <w:t xml:space="preserve">[11:23] </w:t>
      </w:r>
      <w:r>
        <w:t>But Maulana, you often tell us that after doing dua, we should keep</w:t>
      </w:r>
    </w:p>
    <w:p>
      <w:pPr>
        <w:jc w:val="right"/>
      </w:pPr>
      <w:r>
        <w:t>بٹ مولانا، یو افن ٹیل اس دیٹ افٹر ڈوئنگ دعا، وی شوڈ کیپ پی</w:t>
      </w:r>
    </w:p>
    <w:p>
      <w:r>
        <w:rPr>
          <w:b/>
        </w:rPr>
        <w:t xml:space="preserve">[11:28] </w:t>
      </w:r>
      <w:r>
        <w:t>chance and give time to God to create favorable situations to accept our prayer.</w:t>
      </w:r>
    </w:p>
    <w:p>
      <w:pPr>
        <w:jc w:val="right"/>
      </w:pPr>
      <w:r>
        <w:t>شنس اینڈ گیو ٹائم ٹو گاڈ ٹو کریٹ فیوریبل سچویشنز ٹو ایکسیپٹ اور پریر۔</w:t>
      </w:r>
    </w:p>
    <w:p>
      <w:r>
        <w:rPr>
          <w:b/>
        </w:rPr>
        <w:t xml:space="preserve">[11:35] </w:t>
      </w:r>
      <w:r>
        <w:t>so what is the importance of patience after doing dua? haan, dekhiye, insan ke bare mein quran mein</w:t>
      </w:r>
    </w:p>
    <w:p>
      <w:pPr>
        <w:jc w:val="right"/>
      </w:pPr>
      <w:r>
        <w:t>سو واٹ از دا امپورٹنس اف پیشنس افٹر ڈوئنگ دعا؟ ہاں، دیکھیے، انسان کے بارے میں قرآن میں</w:t>
      </w:r>
    </w:p>
    <w:p>
      <w:r>
        <w:rPr>
          <w:b/>
        </w:rPr>
        <w:t xml:space="preserve">[11:43] </w:t>
      </w:r>
      <w:r>
        <w:t>aaya hai ke khuliqa al insanu min ajil, ajil yani insan ka jald bazi hai.</w:t>
      </w:r>
    </w:p>
    <w:p>
      <w:pPr>
        <w:jc w:val="right"/>
      </w:pPr>
      <w:r>
        <w:t>آیا ہے کہ خلق انسان من عاجل، عاجل یعنی انسان کا جلد بازی ہے۔</w:t>
      </w:r>
    </w:p>
    <w:p>
      <w:r>
        <w:rPr>
          <w:b/>
        </w:rPr>
        <w:t xml:space="preserve">[11:51] </w:t>
      </w:r>
      <w:r>
        <w:t>insan ki nature mein jald bazi hai, lekin Allah jald baz nahi hai.</w:t>
      </w:r>
    </w:p>
    <w:p>
      <w:pPr>
        <w:jc w:val="right"/>
      </w:pPr>
      <w:r>
        <w:t>انسان کی نیچر میں جلد بازی ہے، لیکن اللہ جلد باز نہیں ہے۔</w:t>
      </w:r>
    </w:p>
    <w:p>
      <w:r>
        <w:rPr>
          <w:b/>
        </w:rPr>
        <w:t xml:space="preserve">[11:58] </w:t>
      </w:r>
      <w:r>
        <w:t>yeh bhi hadees mein aata hai ke insaan jald baaz hai jabke Khuda jald baaz nahi hai. to agar aap dua karein aur chahein jaldi se poori ho jaaye to jis se aap maang rahe hain, woh to jald baaz hai hi nahi. to kaise qabool hogi? yeh kabhi nahi samajhna chahiye ke sirf dua kar dena kaafi hai aur qabool ho jayegi. isi condition ko poora karna padega. yahan tak ke prophet ke liye bhi zaroori hai. yeh chahe dekhi</w:t>
      </w:r>
    </w:p>
    <w:p>
      <w:pPr>
        <w:jc w:val="right"/>
      </w:pPr>
      <w:r>
        <w:t>یہ بھی حدیث میں آتا ہے کہ انسان جلد باز ہے جبکہ خدا جلد باز نہیں ہے۔ تو اگر آپ دعا کریں اور چاہیں جلدی سے پوری ہو جائے تو جس سے آپ مانگ رہے ہیں، وہ تو جلد باز ہے ہی نہیں۔ تو کیسے قبول ہوگی؟ یہ کبھی نہیں سمجھنا چاہیے کہ صرف دعا کر دینا کافی ہے اور قبول ہو جائے گی۔ اسی کنڈیشن کو پورا کرنا پڑے گا۔ یہاں تک کہ پرافٹ کے لیے بھی ضروری ہے۔ یہ چاہے دیکھی</w:t>
      </w:r>
    </w:p>
    <w:p>
      <w:r>
        <w:rPr>
          <w:b/>
        </w:rPr>
        <w:t xml:space="preserve">[12:28] </w:t>
      </w:r>
      <w:r>
        <w:t>e, ab sari dunya ke musalman qunut nazar padhte hain fajar ke namaz ke baad, yani lanat karte</w:t>
      </w:r>
    </w:p>
    <w:p>
      <w:pPr>
        <w:jc w:val="right"/>
      </w:pPr>
      <w:r>
        <w:t>ے، اب ساری دنیا کے مسلمان قوت نظر پڑھتے ہیں فجر کے نماز کے بعد، یعنی لعنت کرتے</w:t>
      </w:r>
    </w:p>
    <w:p>
      <w:r>
        <w:rPr>
          <w:b/>
        </w:rPr>
        <w:t xml:space="preserve">[12:34] </w:t>
      </w:r>
      <w:r>
        <w:t>hain un logon ko jin ko woh kafir samajhte hain, dushman samajhte hain.</w:t>
      </w:r>
    </w:p>
    <w:p>
      <w:pPr>
        <w:jc w:val="right"/>
      </w:pPr>
      <w:r>
        <w:t>ہیں ان لوگوں کو جن کو وہ کافر سمجھتے ہیں، دشمن سمجھتے ہیں۔</w:t>
      </w:r>
    </w:p>
    <w:p>
      <w:r>
        <w:rPr>
          <w:b/>
        </w:rPr>
        <w:t xml:space="preserve">[12:40] </w:t>
      </w:r>
      <w:r>
        <w:t>aaj tak yeh dua qabool nahi hui.</w:t>
      </w:r>
    </w:p>
    <w:p>
      <w:pPr>
        <w:jc w:val="right"/>
      </w:pPr>
      <w:r>
        <w:t>آج تک یہ دعا قبول نہیں ہوئی۔</w:t>
      </w:r>
    </w:p>
    <w:p>
      <w:r>
        <w:rPr>
          <w:b/>
        </w:rPr>
        <w:t xml:space="preserve">[12:46] </w:t>
      </w:r>
      <w:r>
        <w:t>jabke hadith mein aata hai ke rasool Allah ne chhod diya is ko ek bar karne ke baad.</w:t>
      </w:r>
    </w:p>
    <w:p>
      <w:pPr>
        <w:jc w:val="right"/>
      </w:pPr>
      <w:r>
        <w:t>جبکہ حدیث میں آتا ہے کہ رسول اللہ نے چھوڑ دیا اس کو ایک بار کرنے کے بعد۔</w:t>
      </w:r>
    </w:p>
    <w:p>
      <w:r>
        <w:rPr>
          <w:b/>
        </w:rPr>
        <w:t xml:space="preserve">[12:52] </w:t>
      </w:r>
      <w:r>
        <w:t>log abhi tak kiye chale hain kyunke kisi ki lanat se kisi bigadna nahi, kisi</w:t>
      </w:r>
    </w:p>
    <w:p>
      <w:pPr>
        <w:jc w:val="right"/>
      </w:pPr>
      <w:r>
        <w:t>لوگ ابھی تک کیے چلے ہیں کیونکہ کسی کی لعنت سے کسی بگڑنا نہیں، کسی</w:t>
      </w:r>
    </w:p>
    <w:p>
      <w:r>
        <w:rPr>
          <w:b/>
        </w:rPr>
        <w:t xml:space="preserve">[12:58] </w:t>
      </w:r>
      <w:r>
        <w:t>ki dua se kisi ko banega nahi, kisi ki lanat se kisi ko bigde nahi.</w:t>
      </w:r>
    </w:p>
    <w:p>
      <w:pPr>
        <w:jc w:val="right"/>
      </w:pPr>
      <w:r>
        <w:t>کی دعا سے کسی کو بنے گا نہیں، کسی کی لعنت سے کسی کو بگڑے نہیں۔</w:t>
      </w:r>
    </w:p>
    <w:p>
      <w:r>
        <w:rPr>
          <w:b/>
        </w:rPr>
        <w:t xml:space="preserve">[13:04] </w:t>
      </w:r>
      <w:r>
        <w:t>yeh allah ka apna faisla hai.</w:t>
      </w:r>
    </w:p>
    <w:p>
      <w:pPr>
        <w:jc w:val="right"/>
      </w:pPr>
      <w:r>
        <w:t>یہ اللہ کا اپنا فیصلہ ہے۔</w:t>
      </w:r>
    </w:p>
    <w:p>
      <w:r>
        <w:rPr>
          <w:b/>
        </w:rPr>
        <w:t xml:space="preserve">[13:09] </w:t>
      </w:r>
      <w:r>
        <w:t>allah ka apna faisla hai.</w:t>
      </w:r>
    </w:p>
    <w:p>
      <w:pPr>
        <w:jc w:val="right"/>
      </w:pPr>
      <w:r>
        <w:t>اللہ کا اپنا فیصلہ ہے۔</w:t>
      </w:r>
    </w:p>
    <w:p>
      <w:r>
        <w:rPr>
          <w:b/>
        </w:rPr>
        <w:t xml:space="preserve">[13:14] </w:t>
      </w:r>
      <w:r>
        <w:t>to aap jab bhi dua karein to pari dua ki sharton ko zaroor poora karein, warna aap kya</w:t>
      </w:r>
    </w:p>
    <w:p>
      <w:pPr>
        <w:jc w:val="right"/>
      </w:pPr>
      <w:r>
        <w:t>تو آپ جب بھی دعا کریں تو پری دعا کی شرطوں کو ضرور پورا کریں، ورنہ آپ کیا</w:t>
      </w:r>
    </w:p>
    <w:p>
      <w:r>
        <w:rPr>
          <w:b/>
        </w:rPr>
        <w:t xml:space="preserve">[13:19] </w:t>
      </w:r>
      <w:r>
        <w:t>ہے؟ آپ کا اور فرسٹریشن آئے گا، الٹا ہو جائے گا آپ کا، یعنی کہ counterproductive بن</w:t>
      </w:r>
    </w:p>
    <w:p>
      <w:pPr>
        <w:jc w:val="right"/>
      </w:pPr>
      <w:r>
        <w:t>ہے؟ آپ کا اور فرسٹریشن آئے گا، الٹا ہو جائے گا آپ کا، یعنی کہ کاؤنٹر پروڈکٹو بن</w:t>
      </w:r>
    </w:p>
    <w:p>
      <w:r>
        <w:rPr>
          <w:b/>
        </w:rPr>
        <w:t xml:space="preserve">[13:24] </w:t>
      </w:r>
      <w:r>
        <w:t>jaati hai aap ki dua.</w:t>
      </w:r>
    </w:p>
    <w:p>
      <w:pPr>
        <w:jc w:val="right"/>
      </w:pPr>
      <w:r>
        <w:t>جائے گی آپ کی دعا۔</w:t>
      </w:r>
    </w:p>
    <w:p>
      <w:r>
        <w:rPr>
          <w:b/>
        </w:rPr>
        <w:t xml:space="preserve">[13:29] </w:t>
      </w:r>
      <w:r>
        <w:t>Maulana, this question has come from Mr. Syed Asrar Ahmed. He wants to know that God is all knowing. Then why has He asked us to pray to Him? Allah ke all knowing hone se iska koi ta'alluq nahi. Iska ta'alluq insaan se hai. Isi liye hadees mein aata hai ke 'la turaddul qaza illad dua', yaani Allah ka ek ek faisla, Allah ki qaza bhi Allah badal d</w:t>
      </w:r>
    </w:p>
    <w:p>
      <w:pPr>
        <w:jc w:val="right"/>
      </w:pPr>
      <w:r>
        <w:t>مولانا، دس کویسچن ہیز کم فرام مسٹر سید اسرار احمد۔ ہی وانٹس ٹو نو دیٹ گاڈ از ال نوئنگ۔ دین وائی ہیز ہی اسکڈ اس ٹو پری ٹو ہم؟ اللہ کے ال نوئنگ ہونے سے اس کا کوئی تعلق نہیں۔ اس کا تعلق انسان سے ہے۔ اسی لیے حدیث میں آتا ہے کہ لا ترد القضا الا الدعا، یعنی اللہ کا ایک ایک فیصلہ، اللہ کی قضا بھی اللہ بدل د</w:t>
      </w:r>
    </w:p>
    <w:p>
      <w:r>
        <w:rPr>
          <w:b/>
        </w:rPr>
        <w:t xml:space="preserve">[13:59] </w:t>
      </w:r>
      <w:r>
        <w:t>yeta hai agar sachi dua kare aadmi.</w:t>
      </w:r>
    </w:p>
    <w:p>
      <w:pPr>
        <w:jc w:val="right"/>
      </w:pPr>
      <w:r>
        <w:t>یتا ہے اگر سچی دعا کرے آدمی۔</w:t>
      </w:r>
    </w:p>
    <w:p>
      <w:r>
        <w:rPr>
          <w:b/>
        </w:rPr>
        <w:t xml:space="preserve">[14:04] </w:t>
      </w:r>
      <w:r>
        <w:t>la trudd al qada illa al dua.</w:t>
      </w:r>
    </w:p>
    <w:p>
      <w:pPr>
        <w:jc w:val="right"/>
      </w:pPr>
      <w:r>
        <w:t>لا ترد القضا الا الدعا۔</w:t>
      </w:r>
    </w:p>
    <w:p>
      <w:r>
        <w:rPr>
          <w:b/>
        </w:rPr>
        <w:t xml:space="preserve">[14:09] </w:t>
      </w:r>
      <w:r>
        <w:t>to dua ka talluq insaan se hai, woh insaan ki zaroorat hai, khuda ki zaroorat nahi hai.</w:t>
      </w:r>
    </w:p>
    <w:p>
      <w:pPr>
        <w:jc w:val="right"/>
      </w:pPr>
      <w:r>
        <w:t>تو دعا کا تعلق انسان سے ہے، وہ انسان کی ضرورت ہے، خدا کی ضرورت نہیں ہے۔</w:t>
      </w:r>
    </w:p>
    <w:p>
      <w:r>
        <w:rPr>
          <w:b/>
        </w:rPr>
        <w:t xml:space="preserve">[14:14] </w:t>
      </w:r>
      <w:r>
        <w:t>lekin khuda ne, allah rab ul alameen ne is kainat ko paida kiya, is ka woh manage kar raha</w:t>
      </w:r>
    </w:p>
    <w:p>
      <w:pPr>
        <w:jc w:val="right"/>
      </w:pPr>
      <w:r>
        <w:t>لیکن خدا نے، اللہ رب العالمین نے اس کائنات کو پیدا کیا، اس کا وہ مینج کر رہا</w:t>
      </w:r>
    </w:p>
    <w:p>
      <w:r>
        <w:rPr>
          <w:b/>
        </w:rPr>
        <w:t xml:space="preserve">[14:19] </w:t>
      </w:r>
      <w:r>
        <w:t>hai, is ko woh control ki hui hai, is ko woh chala raha hai.</w:t>
      </w:r>
    </w:p>
    <w:p>
      <w:pPr>
        <w:jc w:val="right"/>
      </w:pPr>
      <w:r>
        <w:t>ہے، اس کو وہ کنٹرول کی ہوئی ہے، اس کو وہ چلا رہا ہے۔</w:t>
      </w:r>
    </w:p>
    <w:p>
      <w:r>
        <w:rPr>
          <w:b/>
        </w:rPr>
        <w:t xml:space="preserve">[14:24] </w:t>
      </w:r>
      <w:r>
        <w:t>to is ka ap</w:t>
      </w:r>
    </w:p>
    <w:p>
      <w:pPr>
        <w:jc w:val="right"/>
      </w:pPr>
      <w:r>
        <w:t>تو اس کا اپ</w:t>
      </w:r>
    </w:p>
    <w:p>
      <w:r>
        <w:rPr>
          <w:b/>
        </w:rPr>
        <w:t xml:space="preserve">[14:29] </w:t>
      </w:r>
      <w:r>
        <w:t>na aik aik scheme of things hai, is ka apna aik creation plan hai.</w:t>
      </w:r>
    </w:p>
    <w:p>
      <w:pPr>
        <w:jc w:val="right"/>
      </w:pPr>
      <w:r>
        <w:t>نا ایک ایک اسکیم اف تھنگز ہے، اس کا اپنا ایک کریشن پلان ہے۔</w:t>
      </w:r>
    </w:p>
    <w:p>
      <w:r>
        <w:rPr>
          <w:b/>
        </w:rPr>
        <w:t xml:space="preserve">[14:36] </w:t>
      </w:r>
      <w:r>
        <w:t>is ke mutabiq jab aap mangein koi cheez to mile gi aap ko, kuch khilaf mangein to nahi mile gi.</w:t>
      </w:r>
    </w:p>
    <w:p>
      <w:pPr>
        <w:jc w:val="right"/>
      </w:pPr>
      <w:r>
        <w:t>اس کے مطابق جب آپ مانگیں کوئی چیز تو ملے گی آپ کو، کچھ خلاف مانگیں تو نہیں ملے گی۔</w:t>
      </w:r>
    </w:p>
    <w:p>
      <w:r>
        <w:rPr>
          <w:b/>
        </w:rPr>
        <w:t xml:space="preserve">[14:42] </w:t>
      </w:r>
      <w:r>
        <w:t>shaitan ne kaha ke allah adam ko khilafat na de to use kehne se nahi ho sakta ke</w:t>
      </w:r>
    </w:p>
    <w:p>
      <w:pPr>
        <w:jc w:val="right"/>
      </w:pPr>
      <w:r>
        <w:t>شیطان نے کہا کہ اللہ آدم کو خلافت نہ دے تو اسے کہنے سے نہیں ہو سکتا کہ</w:t>
      </w:r>
    </w:p>
    <w:p>
      <w:r>
        <w:rPr>
          <w:b/>
        </w:rPr>
        <w:t xml:space="preserve">[14:48] </w:t>
      </w:r>
      <w:r>
        <w:t>khilafat adam ko na di jaye.</w:t>
      </w:r>
    </w:p>
    <w:p>
      <w:pPr>
        <w:jc w:val="right"/>
      </w:pPr>
      <w:r>
        <w:t>خلافت آدم کو نہ دی جائے۔</w:t>
      </w:r>
    </w:p>
    <w:p>
      <w:r>
        <w:rPr>
          <w:b/>
        </w:rPr>
        <w:t xml:space="preserve">[14:54] </w:t>
      </w:r>
      <w:r>
        <w:t>allah ke faisle ke mutabiq kisi ko di jaye gi, kisi ko nahi di jaye gi.</w:t>
      </w:r>
    </w:p>
    <w:p>
      <w:pPr>
        <w:jc w:val="right"/>
      </w:pPr>
      <w:r>
        <w:t>اللہ کے فیصلے کے مطابق کسی کو دی جائے گی، کسی کو نہیں دی جائے گی۔</w:t>
      </w:r>
    </w:p>
    <w:p>
      <w:r>
        <w:rPr>
          <w:b/>
        </w:rPr>
        <w:t xml:space="preserve">[15:01] </w:t>
      </w:r>
      <w:r>
        <w:t>to bohat bari yeh fallacy hai logon ki ke woh samajhte hain ke hum jo dua karein woh</w:t>
      </w:r>
    </w:p>
    <w:p>
      <w:pPr>
        <w:jc w:val="right"/>
      </w:pPr>
      <w:r>
        <w:t>تو بہت بڑی یہ فلیسی ہے لوگوں کی کہ وہ سمجھتے ہیں کہ ہم جو دعا کریں وہ</w:t>
      </w:r>
    </w:p>
    <w:p>
      <w:r>
        <w:rPr>
          <w:b/>
        </w:rPr>
        <w:t xml:space="preserve">[15:06] </w:t>
      </w:r>
      <w:r>
        <w:t>bas qabool ho jana chahiye.</w:t>
      </w:r>
    </w:p>
    <w:p>
      <w:pPr>
        <w:jc w:val="right"/>
      </w:pPr>
      <w:r>
        <w:t>بس قبول ہو جانا چاہیے۔</w:t>
      </w:r>
    </w:p>
    <w:p>
      <w:r>
        <w:rPr>
          <w:b/>
        </w:rPr>
        <w:t xml:space="preserve">[15:11] </w:t>
      </w:r>
      <w:r>
        <w:t>to peghambar ki wajah se qabool hui.</w:t>
      </w:r>
    </w:p>
    <w:p>
      <w:pPr>
        <w:jc w:val="right"/>
      </w:pPr>
      <w:r>
        <w:t>تو پیغمبر کی وجہ سے قبول ہوئی۔</w:t>
      </w:r>
    </w:p>
    <w:p>
      <w:r>
        <w:rPr>
          <w:b/>
        </w:rPr>
        <w:t xml:space="preserve">[15:16] </w:t>
      </w:r>
      <w:r>
        <w:t>bir ma'unah ka waqia jo bukhari mein maujood hai, yeh allah ki tasgheer hai.</w:t>
      </w:r>
    </w:p>
    <w:p>
      <w:pPr>
        <w:jc w:val="right"/>
      </w:pPr>
      <w:r>
        <w:t>بیر معونہ کا واقعہ جو بخاری میں موجود ہے، یہ اللہ کی تصغیر ہے۔</w:t>
      </w:r>
    </w:p>
    <w:p>
      <w:r>
        <w:rPr>
          <w:b/>
        </w:rPr>
        <w:t xml:space="preserve">[15:21] </w:t>
      </w:r>
      <w:r>
        <w:t>اللہ کو understand کرنا ہے کہ آپ کی زبان سے جو لفظ نکل جائے، اللہ اس کو پورا کر دے۔</w:t>
      </w:r>
    </w:p>
    <w:p>
      <w:pPr>
        <w:jc w:val="right"/>
      </w:pPr>
      <w:r>
        <w:t>اللہ کو انڈرسٹینڈ کرنا ہے کہ آپ کی زبان سے جو لفظ نکل جائے، اللہ اس کو پورا کر دے۔</w:t>
      </w:r>
    </w:p>
    <w:p>
      <w:r>
        <w:rPr>
          <w:b/>
        </w:rPr>
        <w:t xml:space="preserve">[15:26] </w:t>
      </w:r>
      <w:r>
        <w:t>yeh allah ko understand</w:t>
      </w:r>
    </w:p>
    <w:p>
      <w:pPr>
        <w:jc w:val="right"/>
      </w:pPr>
      <w:r>
        <w:t>یہ اللہ کو انڈرسٹ</w:t>
      </w:r>
    </w:p>
    <w:p>
      <w:r>
        <w:rPr>
          <w:b/>
        </w:rPr>
        <w:t xml:space="preserve">[15:31] </w:t>
      </w:r>
      <w:r>
        <w:t>and karna hai.</w:t>
      </w:r>
    </w:p>
    <w:p>
      <w:pPr>
        <w:jc w:val="right"/>
      </w:pPr>
      <w:r>
        <w:t>ینڈ کرنا ہے۔</w:t>
      </w:r>
    </w:p>
    <w:p>
      <w:r>
        <w:rPr>
          <w:b/>
        </w:rPr>
        <w:t xml:space="preserve">[15:37] </w:t>
      </w:r>
      <w:r>
        <w:t>مولانا, you just talked about that many Muslims curse others in their prayer.</w:t>
      </w:r>
    </w:p>
    <w:p>
      <w:pPr>
        <w:jc w:val="right"/>
      </w:pPr>
      <w:r>
        <w:t>مولانا، یو جسٹ ٹاکڈ اباؤٹ دیٹ مینی مسلمز کرس ادرز ان دیر پریر۔</w:t>
      </w:r>
    </w:p>
    <w:p>
      <w:r>
        <w:rPr>
          <w:b/>
        </w:rPr>
        <w:t xml:space="preserve">[15:43] </w:t>
      </w:r>
      <w:r>
        <w:t>So a person has asked this question: Mr. Shahab Ahmed, can we do dua for non-Muslims? Dekhiye,</w:t>
      </w:r>
    </w:p>
    <w:p>
      <w:pPr>
        <w:jc w:val="right"/>
      </w:pPr>
      <w:r>
        <w:t>سو ا پرسن ہیز اسکڈ دس کویسچن: مسٹر شہاب احمد، کین وی ڈو دعا فار نان مسلمز؟ دیکھیے،</w:t>
      </w:r>
    </w:p>
    <w:p>
      <w:r>
        <w:rPr>
          <w:b/>
        </w:rPr>
        <w:t xml:space="preserve">[15:49] </w:t>
      </w:r>
      <w:r>
        <w:t>kars to jaiz hi nahi hai.</w:t>
      </w:r>
    </w:p>
    <w:p>
      <w:pPr>
        <w:jc w:val="right"/>
      </w:pPr>
      <w:r>
        <w:t>کرس تو جائز ہی نہیں ہے۔</w:t>
      </w:r>
    </w:p>
    <w:p>
      <w:r>
        <w:rPr>
          <w:b/>
        </w:rPr>
        <w:t xml:space="preserve">[15:55] </w:t>
      </w:r>
      <w:r>
        <w:t>jo musalman kars kar rahe hain sari dunya mein, jis ko kehte hain qunoot-e-nazilah, woh jaiz hi nahi hai.</w:t>
      </w:r>
    </w:p>
    <w:p>
      <w:pPr>
        <w:jc w:val="right"/>
      </w:pPr>
      <w:r>
        <w:t>جو مسلمان کرس کر رہے ہیں ساری دنیا میں، جس کو کہتے ہیں قنوت نازلہ، وہ جائز ہی نہیں ہے۔</w:t>
      </w:r>
    </w:p>
    <w:p>
      <w:r>
        <w:rPr>
          <w:b/>
        </w:rPr>
        <w:t xml:space="preserve">[16:01] </w:t>
      </w:r>
      <w:r>
        <w:t>rasool ne chhod diya aik bar ke baad, ab musalman aaj tak kiye ja rahe hain, woh to</w:t>
      </w:r>
    </w:p>
    <w:p>
      <w:pPr>
        <w:jc w:val="right"/>
      </w:pPr>
      <w:r>
        <w:t>رسول نے چھوڑ دیا ایک بار کے بعد، اب مسلمان آج تک کیے جا رہے ہیں، وہ تو</w:t>
      </w:r>
    </w:p>
    <w:p>
      <w:r>
        <w:rPr>
          <w:b/>
        </w:rPr>
        <w:t xml:space="preserve">[16:06] </w:t>
      </w:r>
      <w:r>
        <w:t>jaiz hi nahi hai.</w:t>
      </w:r>
    </w:p>
    <w:p>
      <w:pPr>
        <w:jc w:val="right"/>
      </w:pPr>
      <w:r>
        <w:t>جائز ہی نہیں ہے۔</w:t>
      </w:r>
    </w:p>
    <w:p>
      <w:r>
        <w:rPr>
          <w:b/>
        </w:rPr>
        <w:t xml:space="preserve">[16:11] </w:t>
      </w:r>
      <w:r>
        <w:t>baqi dua jo hai, dua honi chahiye wid da'wa.</w:t>
      </w:r>
    </w:p>
    <w:p>
      <w:pPr>
        <w:jc w:val="right"/>
      </w:pPr>
      <w:r>
        <w:t>باقی دعا جو ہے، دعا ہونی چاہیے ود دعویٰ۔</w:t>
      </w:r>
    </w:p>
    <w:p>
      <w:r>
        <w:rPr>
          <w:b/>
        </w:rPr>
        <w:t xml:space="preserve">[16:16] </w:t>
      </w:r>
      <w:r>
        <w:t>dua wid da'wa, yani hum da'wati ka kaam karein, da'wat ke kaam ko apni zindagi ka mission banaye</w:t>
      </w:r>
    </w:p>
    <w:p>
      <w:pPr>
        <w:jc w:val="right"/>
      </w:pPr>
      <w:r>
        <w:t>دعا ود دعویٰ، یعنی ہم دعوتی کا کام کریں، دعوت کے کام کو اپنی زندگی کا مشن بنائے</w:t>
      </w:r>
    </w:p>
    <w:p>
      <w:r>
        <w:rPr>
          <w:b/>
        </w:rPr>
        <w:t xml:space="preserve">[16:21] </w:t>
      </w:r>
      <w:r>
        <w:t>huye hon, tab bhi is ki takmeel ke liye, is ki fulfillment ke liye zaroori hai ke Allah</w:t>
      </w:r>
    </w:p>
    <w:p>
      <w:pPr>
        <w:jc w:val="right"/>
      </w:pPr>
      <w:r>
        <w:t>ہوئے ہوں، تب بھی اس کی تکمیل کے لیے، اس کی فلفلمنٹ کے لیے ضروری ہے کہ اللہ</w:t>
      </w:r>
    </w:p>
    <w:p>
      <w:r>
        <w:rPr>
          <w:b/>
        </w:rPr>
        <w:t xml:space="preserve">[16:26] </w:t>
      </w:r>
      <w:r>
        <w:t>humein madad kare, Allah ki nasrat mile hum ko.</w:t>
      </w:r>
    </w:p>
    <w:p>
      <w:pPr>
        <w:jc w:val="right"/>
      </w:pPr>
      <w:r>
        <w:t>ہمیں مدد کرے، اللہ کی نصرت ملے ہم کو۔</w:t>
      </w:r>
    </w:p>
    <w:p>
      <w:r>
        <w:rPr>
          <w:b/>
        </w:rPr>
        <w:t xml:space="preserve">[16:31] </w:t>
      </w:r>
      <w:r>
        <w:t>to dua ke sath to lazmi, da'wat ke sath to lazman dua rahe gi.</w:t>
      </w:r>
    </w:p>
    <w:p>
      <w:pPr>
        <w:jc w:val="right"/>
      </w:pPr>
      <w:r>
        <w:t>تو دعا کے ساتھ تو لازمی، دعوت کے ساتھ تو لازماً دعا رہے گی۔</w:t>
      </w:r>
    </w:p>
    <w:p>
      <w:r>
        <w:rPr>
          <w:b/>
        </w:rPr>
        <w:t xml:space="preserve">[16:37] </w:t>
      </w:r>
      <w:r>
        <w:t>hum apni apni da'wat ko zyada kamyab banane ke liye dua karein ge, lekin yahan bhi mein kahoon</w:t>
      </w:r>
    </w:p>
    <w:p>
      <w:pPr>
        <w:jc w:val="right"/>
      </w:pPr>
      <w:r>
        <w:t>ہم اپنی اپنی دعوت کو زیادہ کامیاب بنانے کے لیے دعا کریں گے، لیکن یہاں بھی میں کہوں</w:t>
      </w:r>
    </w:p>
    <w:p>
      <w:r>
        <w:rPr>
          <w:b/>
        </w:rPr>
        <w:t xml:space="preserve">[16:43] </w:t>
      </w:r>
      <w:r>
        <w:t>ga ke is ka matlab yeh nahi ke hum ne dua kiya, idhar is ko iman hasil ho gaya.</w:t>
      </w:r>
    </w:p>
    <w:p>
      <w:pPr>
        <w:jc w:val="right"/>
      </w:pPr>
      <w:r>
        <w:t>گا کہ اس کا مطلب یہ نہیں کہ ہم نے دعا کیا، ادھر اس کو ایمان حاصل ہو گیا۔</w:t>
      </w:r>
    </w:p>
    <w:p>
      <w:r>
        <w:rPr>
          <w:b/>
        </w:rPr>
        <w:t xml:space="preserve">[16:49] </w:t>
      </w:r>
      <w:r>
        <w:t>aisa hota to paighambaron ke sath aisa nahi hua.</w:t>
      </w:r>
    </w:p>
    <w:p>
      <w:pPr>
        <w:jc w:val="right"/>
      </w:pPr>
      <w:r>
        <w:t>ایسا ہوتا تو پیغمبروں کے ساتھ ایسا نہیں ہوا۔</w:t>
      </w:r>
    </w:p>
    <w:p>
      <w:r>
        <w:rPr>
          <w:b/>
        </w:rPr>
        <w:t xml:space="preserve">[16:55] </w:t>
      </w:r>
      <w:r>
        <w:t>hazrat Nuh ne dua ki apne bete ke liye, qab</w:t>
      </w:r>
    </w:p>
    <w:p>
      <w:pPr>
        <w:jc w:val="right"/>
      </w:pPr>
      <w:r>
        <w:t>حضرت نوح نے دعا کی اپنے بیٹے کے لیے، قب</w:t>
      </w:r>
    </w:p>
    <w:p>
      <w:r>
        <w:rPr>
          <w:b/>
        </w:rPr>
        <w:t xml:space="preserve">[17:01] </w:t>
      </w:r>
      <w:r>
        <w:t>ool nahi hua.</w:t>
      </w:r>
    </w:p>
    <w:p>
      <w:pPr>
        <w:jc w:val="right"/>
      </w:pPr>
      <w:r>
        <w:t>ول نہیں ہوئی۔</w:t>
      </w:r>
    </w:p>
    <w:p>
      <w:r>
        <w:rPr>
          <w:b/>
        </w:rPr>
        <w:t xml:space="preserve">[17:07] </w:t>
      </w:r>
      <w:r>
        <w:t>Rasool Allah ne dua ki apne apne chacha ke liye, qabool nahi hua.</w:t>
      </w:r>
    </w:p>
    <w:p>
      <w:pPr>
        <w:jc w:val="right"/>
      </w:pPr>
      <w:r>
        <w:t>رسول اللہ نے دعا کی اپنے اپنے چچا کے لیے، قبول نہیں ہوئی۔</w:t>
      </w:r>
    </w:p>
    <w:p>
      <w:r>
        <w:rPr>
          <w:b/>
        </w:rPr>
        <w:t xml:space="preserve">[17:13] </w:t>
      </w:r>
      <w:r>
        <w:t>Ibrahim ne dua ki apne baap ke liye, qabool nahi hua.</w:t>
      </w:r>
    </w:p>
    <w:p>
      <w:pPr>
        <w:jc w:val="right"/>
      </w:pPr>
      <w:r>
        <w:t>ابراہیم نے دعا کی اپنے باپ کے لیے، قبول نہیں ہوئی۔</w:t>
      </w:r>
    </w:p>
    <w:p>
      <w:r>
        <w:rPr>
          <w:b/>
        </w:rPr>
        <w:t xml:space="preserve">[17:20] </w:t>
      </w:r>
      <w:r>
        <w:t>yeh matlab nahi ke aap dua kiya aur idhar un ko iman ki tofeeq mil jaye.</w:t>
      </w:r>
    </w:p>
    <w:p>
      <w:pPr>
        <w:jc w:val="right"/>
      </w:pPr>
      <w:r>
        <w:t>یہ مطلب نہیں کہ آپ دعا کیا اور ادھر ان کو ایمان کی توفیق مل جائے۔</w:t>
      </w:r>
    </w:p>
    <w:p>
      <w:r>
        <w:rPr>
          <w:b/>
        </w:rPr>
        <w:t xml:space="preserve">[17:26] </w:t>
      </w:r>
      <w:r>
        <w:t>ek cheez hai da'wat ke effective, da'wat ko effective banane ke liye is ke asbab ke liye dua karna. Dua hamari,</w:t>
      </w:r>
    </w:p>
    <w:p>
      <w:pPr>
        <w:jc w:val="right"/>
      </w:pPr>
      <w:r>
        <w:t>ایک چیز ہے دعوت کے ایفیکٹیو، دعوت کو ایفیکٹیو بنانے کے لیے اس کے اسباب کے لیے دعا کرنا۔ دعا ہماری،</w:t>
      </w:r>
    </w:p>
    <w:p>
      <w:r>
        <w:rPr>
          <w:b/>
        </w:rPr>
        <w:t xml:space="preserve">[17:32] </w:t>
      </w:r>
      <w:r>
        <w:t>yaani hamari well wishing ka manifestation hai, well wishing ka phenomenon hai. yaani jab hum kisi ko da'wah dete hain aur uske liye dua bhi karte hain to hum yeh dua zahir kar rahe hain ke hamein sach much us se bohat khair khwahi hai. hum da'wah ka kaam kar rahe hain out of khair khwahi. yeh hai to dua to yaqeenan karna chahiye aadmi ko, har da'i ko, lekin yeh kabhi nahi samj</w:t>
      </w:r>
    </w:p>
    <w:p>
      <w:pPr>
        <w:jc w:val="right"/>
      </w:pPr>
      <w:r>
        <w:t>یعنی ہماری ویل وشنگ کا مینیفیسٹیشن ہے، ویل وشنگ کا فیناومینا ہے۔ یعنی جب ہم کسی کو دعوت دیتے ہیں اور اس کے لیے دعا بھی کرتے ہیں تو ہم یہ دعا ظاہر کر رہے ہیں کہ ہمیں سچ مچ اس سے بہت خیر خواہی ہے۔ ہم دعوت کا کام کر رہے ہیں آؤٹ آف خیر خواہی۔ یہ ہے تو دعا تو یقینا کرنا چاہیے آدمی کو، ہر داعی کو، لیکن یہ کبھی نہیں سمج</w:t>
      </w:r>
    </w:p>
    <w:p>
      <w:r>
        <w:rPr>
          <w:b/>
        </w:rPr>
        <w:t xml:space="preserve">[18:02] </w:t>
      </w:r>
      <w:r>
        <w:t>hni chahiye ke kisi ki dua se kisi ko iman mil jaye ga, chahe woh paighambar ki dua</w:t>
      </w:r>
    </w:p>
    <w:p>
      <w:pPr>
        <w:jc w:val="right"/>
      </w:pPr>
      <w:r>
        <w:t>ھنا چاہیے کہ کسی کی دعا سے کسی کو ایمان مل جائے گا، چاہے وہ پیغمبر کی دعا</w:t>
      </w:r>
    </w:p>
    <w:p>
      <w:r>
        <w:rPr>
          <w:b/>
        </w:rPr>
        <w:t xml:space="preserve">[18:06] </w:t>
      </w:r>
      <w:r>
        <w:t>kyun na ho.</w:t>
      </w:r>
    </w:p>
    <w:p>
      <w:pPr>
        <w:jc w:val="right"/>
      </w:pPr>
      <w:r>
        <w:t>کیوں نہ ہو۔</w:t>
      </w:r>
    </w:p>
    <w:p>
      <w:r>
        <w:rPr>
          <w:b/>
        </w:rPr>
        <w:t xml:space="preserve">[18:10] </w:t>
      </w:r>
      <w:r>
        <w:t>aisa nahi ho sakta.</w:t>
      </w:r>
    </w:p>
    <w:p>
      <w:pPr>
        <w:jc w:val="right"/>
      </w:pPr>
      <w:r>
        <w:t>ایسا نہیں ہو سکتا۔</w:t>
      </w:r>
    </w:p>
    <w:p>
      <w:r>
        <w:rPr>
          <w:b/>
        </w:rPr>
        <w:t xml:space="preserve">[18:15] </w:t>
      </w:r>
      <w:r>
        <w:t>Maulana, we should do dua for non-Muslims, because dua is an expression of well-wishing, and we</w:t>
      </w:r>
    </w:p>
    <w:p>
      <w:pPr>
        <w:jc w:val="right"/>
      </w:pPr>
      <w:r>
        <w:t>مولانا، وی شوڈ ڈو دعا فار نان مسلمز، بیکاز دعا از این ایکسپریشن آف ویل وشنگ، اینڈ وی</w:t>
      </w:r>
    </w:p>
    <w:p>
      <w:r>
        <w:rPr>
          <w:b/>
        </w:rPr>
        <w:t xml:space="preserve">[18:19] </w:t>
      </w:r>
      <w:r>
        <w:t>must do dua while we are doing da'wa work.</w:t>
      </w:r>
    </w:p>
    <w:p>
      <w:pPr>
        <w:jc w:val="right"/>
      </w:pPr>
      <w:r>
        <w:t>مسٹ ڈو دعا وائل وی آر ڈوئنگ دعویٰ ورک۔</w:t>
      </w:r>
    </w:p>
    <w:p>
      <w:r>
        <w:rPr>
          <w:b/>
        </w:rPr>
        <w:t xml:space="preserve">[18:23] </w:t>
      </w:r>
      <w:r>
        <w:t>مولانا, there many people who pray for material or worldly things.</w:t>
      </w:r>
    </w:p>
    <w:p>
      <w:pPr>
        <w:jc w:val="right"/>
      </w:pPr>
      <w:r>
        <w:t>مولانا، دیر مینی پیپل ہو پری فار مٹیریل اور ورلڈلی تھنگز۔</w:t>
      </w:r>
    </w:p>
    <w:p>
      <w:r>
        <w:rPr>
          <w:b/>
        </w:rPr>
        <w:t xml:space="preserve">[18:28] </w:t>
      </w:r>
      <w:r>
        <w:t>so is it right? theek hai, material cheezon ke liye dua karna jaiz hai,</w:t>
      </w:r>
    </w:p>
    <w:p>
      <w:pPr>
        <w:jc w:val="right"/>
      </w:pPr>
      <w:r>
        <w:t>سو از اٹ رائٹ؟ ٹھیک ہے، مٹیریل چیزوں کے لیے دعا کرنا جائز ہے،</w:t>
      </w:r>
    </w:p>
    <w:p>
      <w:r>
        <w:rPr>
          <w:b/>
        </w:rPr>
        <w:t xml:space="preserve">[18:32] </w:t>
      </w:r>
      <w:r>
        <w:t>kyun ke quran mein khud aaya hai, dekhiye ke ma'amun da'wat illa Allah, yaani har insaan ki rizq Allah ke upar hai. Yaani Allah ki, Allah ne apne upar yeh is ki zimmedari li hai ke jab is ne paida kiya hai insaan ko to is ki need bhi poori kare ga. To is liye material cheezon ki dua karna bhi bilkul ja</w:t>
      </w:r>
    </w:p>
    <w:p>
      <w:pPr>
        <w:jc w:val="right"/>
      </w:pPr>
      <w:r>
        <w:t>کیونکہ قرآن میں خود آیا ہے، دیکھیے کہ مامن دعوت الا اللہ، یعنی ہر انسان کی رزق اللہ کے اوپر ہے۔ یعنی اللہ کی، اللہ نے اپنے اوپر یہ اس کی ذمہ داری لی ہے کہ جب اس نے پیدا کیا ہے انسان کو تو اس کی نیڈ بھی پوری کرے گا۔ تو اس لیے مٹیریل چیزوں کی دعا کرنا بھی بالکل ج</w:t>
      </w:r>
    </w:p>
    <w:p>
      <w:r>
        <w:rPr>
          <w:b/>
        </w:rPr>
        <w:t xml:space="preserve">[19:02] </w:t>
      </w:r>
      <w:r>
        <w:t>aiz hai, lekin yahan pe mein kahoon ga ke kya cheez hamari need hai, kya cheez need nahi hai.</w:t>
      </w:r>
    </w:p>
    <w:p>
      <w:pPr>
        <w:jc w:val="right"/>
      </w:pPr>
      <w:r>
        <w:t>ائز ہے، لیکن یہاں پہ میں کہوں گا کہ کیا چیز ہماری نیڈ ہے، کیا چیز نیڈ نہیں ہے۔</w:t>
      </w:r>
    </w:p>
    <w:p>
      <w:r>
        <w:rPr>
          <w:b/>
        </w:rPr>
        <w:t xml:space="preserve">[19:12] </w:t>
      </w:r>
      <w:r>
        <w:t>to agar waqe'atan hamari need hai to hum ko dua karna chahiye, aur inshallah woh dua qabool bhi hogi.</w:t>
      </w:r>
    </w:p>
    <w:p>
      <w:pPr>
        <w:jc w:val="right"/>
      </w:pPr>
      <w:r>
        <w:t>تو اگر واقعتا ہماری نیڈ ہے تو ہم کو دعا کرنا چاہیے، اور انشاءاللہ وہ دعا قبول بھی ہوگی۔</w:t>
      </w:r>
    </w:p>
    <w:p>
      <w:r>
        <w:rPr>
          <w:b/>
        </w:rPr>
        <w:t xml:space="preserve">[19:22] </w:t>
      </w:r>
      <w:r>
        <w:t>lekin agar aap aisi dua karein jo aap ki waqe'atan zaroorat na ho to yeh</w:t>
      </w:r>
    </w:p>
    <w:p>
      <w:pPr>
        <w:jc w:val="right"/>
      </w:pPr>
      <w:r>
        <w:t>لیکن اگر آپ ایسی دعا کریں جو آپ کی واقعتا ضرورت نہ ہو تو یہ</w:t>
      </w:r>
    </w:p>
    <w:p>
      <w:r>
        <w:rPr>
          <w:b/>
        </w:rPr>
        <w:t xml:space="preserve">[19:32] </w:t>
      </w:r>
      <w:r>
        <w:t>to bas ho jaye gi, woh bhi qabool ho jaye gi.</w:t>
      </w:r>
    </w:p>
    <w:p>
      <w:pPr>
        <w:jc w:val="right"/>
      </w:pPr>
      <w:r>
        <w:t>تو بس ہو جائے گی، وہ بھی قبول ہو جائے گی۔</w:t>
      </w:r>
    </w:p>
    <w:p>
      <w:r>
        <w:rPr>
          <w:b/>
        </w:rPr>
        <w:t xml:space="preserve">[19:37] </w:t>
      </w:r>
      <w:r>
        <w:t>aisa nahi ho sakta.</w:t>
      </w:r>
    </w:p>
    <w:p>
      <w:pPr>
        <w:jc w:val="right"/>
      </w:pPr>
      <w:r>
        <w:t>ایسا نہیں ہو سکتا۔</w:t>
      </w:r>
    </w:p>
    <w:p>
      <w:r>
        <w:rPr>
          <w:b/>
        </w:rPr>
        <w:t xml:space="preserve">[19:43] </w:t>
      </w:r>
      <w:r>
        <w:t>misal ke taur par chand par ek American ne sab se pehle qadam rakha, Armstrong ne.</w:t>
      </w:r>
    </w:p>
    <w:p>
      <w:pPr>
        <w:jc w:val="right"/>
      </w:pPr>
      <w:r>
        <w:t>مثلاً چاند پر ایک امریکن نے سب سے پہلے قدم رکھا، آرم اسٹرانگ نے۔</w:t>
      </w:r>
    </w:p>
    <w:p>
      <w:r>
        <w:rPr>
          <w:b/>
        </w:rPr>
        <w:t xml:space="preserve">[19:48] </w:t>
      </w:r>
      <w:r>
        <w:t>آپ دعا کریں کہ اس سے پہلے مچل چاند پر، حالانکہ آپ star نہیں ہیں، آپ کچھ جانتے</w:t>
      </w:r>
    </w:p>
    <w:p>
      <w:pPr>
        <w:jc w:val="right"/>
      </w:pPr>
      <w:r>
        <w:t>آپ دعا کریں کہ اس سے پہلے مچل چاند پر، حالانکہ آپ اسٹار نہیں ہیں، آپ کچھ جانتے</w:t>
      </w:r>
    </w:p>
    <w:p>
      <w:r>
        <w:rPr>
          <w:b/>
        </w:rPr>
        <w:t xml:space="preserve">[19:53] </w:t>
      </w:r>
      <w:r>
        <w:t>nahi hain is ki technique, to dua se aisa nahi ho jayega.</w:t>
      </w:r>
    </w:p>
    <w:p>
      <w:pPr>
        <w:jc w:val="right"/>
      </w:pPr>
      <w:r>
        <w:t>نہیں ہیں اس کی ٹیکنیک، تو دعا سے ایسا نہیں ہو جائے گا۔</w:t>
      </w:r>
    </w:p>
    <w:p>
      <w:r>
        <w:rPr>
          <w:b/>
        </w:rPr>
        <w:t xml:space="preserve">[19:58] </w:t>
      </w:r>
      <w:r>
        <w:t>koi bade sari duniya ke buzurg</w:t>
      </w:r>
    </w:p>
    <w:p>
      <w:pPr>
        <w:jc w:val="right"/>
      </w:pPr>
      <w:r>
        <w:t>کوئی بڑے ساری دنیا کے بزرگ</w:t>
      </w:r>
    </w:p>
    <w:p>
      <w:r>
        <w:rPr>
          <w:b/>
        </w:rPr>
        <w:t xml:space="preserve">[20:03] </w:t>
      </w:r>
      <w:r>
        <w:t>mil kar dua karein, tab bhi aisa nahi ho sakta ke pehla insaan jo qadam rakha hai chand par, woh musalman hua. Aise dua nahi qabool hui kabhi bhi. To dua ki yaad rakhiye, dua mein dene wala Allah hota hai, lekin Allah deta hai kisi ko apne apne qanoon ke mutabiq, apni sunnat Allah ke mutabiq. Yeh zaroor yaad yaad rakhna chahiye. So Maulana,</w:t>
      </w:r>
    </w:p>
    <w:p>
      <w:pPr>
        <w:jc w:val="right"/>
      </w:pPr>
      <w:r>
        <w:t>مل کر دعا کریں، تب بھی ایسا نہیں ہو سکتا کہ پہلا انسان جو قدم رکھا ہے چاند پر، وہ مسلمان ہوا۔ ایسے دعا نہیں قبول ہوئی کبھی بھی۔ تو دعا کی یاد رکھیے، دعا میں دینے والا اللہ ہوتا ہے، لیکن اللہ دیتا ہے کسی کو اپنے اپنے قانون کے مطابق، اپنی سنت اللہ کے مطابق۔ یہ ضرور یاد یاد رکھنا چاہیے۔ سو مولانا،</w:t>
      </w:r>
    </w:p>
    <w:p>
      <w:r>
        <w:rPr>
          <w:b/>
        </w:rPr>
        <w:t xml:space="preserve">[20:33] </w:t>
      </w:r>
      <w:r>
        <w:t>we can, we can pray to god for material things, but that material thing should be a real need.</w:t>
      </w:r>
    </w:p>
    <w:p>
      <w:pPr>
        <w:jc w:val="right"/>
      </w:pPr>
      <w:r>
        <w:t>وی کین، وی کین پری ٹو گاڈ فار مٹیریل تھنگز، بٹ دیٹ مٹیریل تھنگ شوڈ بی ا ریل نیڈ۔</w:t>
      </w:r>
    </w:p>
    <w:p>
      <w:r>
        <w:rPr>
          <w:b/>
        </w:rPr>
        <w:t xml:space="preserve">[20:39] </w:t>
      </w:r>
      <w:r>
        <w:t>if it is not a real need, then we should not expect that god will fulfill it.</w:t>
      </w:r>
    </w:p>
    <w:p>
      <w:pPr>
        <w:jc w:val="right"/>
      </w:pPr>
      <w:r>
        <w:t>اف اٹ از ناٹ ا ریل نیڈ، دین وی شوڈ ناٹ ایکسپیکٹ دیٹ گاڈ ول فلفل اٹ۔</w:t>
      </w:r>
    </w:p>
    <w:p>
      <w:r>
        <w:rPr>
          <w:b/>
        </w:rPr>
        <w:t xml:space="preserve">[20:45] </w:t>
      </w:r>
      <w:r>
        <w:t>Maulana, then what should we, according to Islam, what should we really pray to God for? Dekhiye, is</w:t>
      </w:r>
    </w:p>
    <w:p>
      <w:pPr>
        <w:jc w:val="right"/>
      </w:pPr>
      <w:r>
        <w:t>مولانا، دین واٹ شوڈ وی اکارڈنگ ٹو اسلام، واٹ شوڈ وی ریلی پری ٹو گاڈ فار؟ دیکھیے، اس</w:t>
      </w:r>
    </w:p>
    <w:p>
      <w:r>
        <w:rPr>
          <w:b/>
        </w:rPr>
        <w:t xml:space="preserve">[20:51] </w:t>
      </w:r>
      <w:r>
        <w:t>ki koi list nahi hai.</w:t>
      </w:r>
    </w:p>
    <w:p>
      <w:pPr>
        <w:jc w:val="right"/>
      </w:pPr>
      <w:r>
        <w:t>کی کوئی لسٹ نہیں ہے۔</w:t>
      </w:r>
    </w:p>
    <w:p>
      <w:r>
        <w:rPr>
          <w:b/>
        </w:rPr>
        <w:t xml:space="preserve">[20:57] </w:t>
      </w:r>
      <w:r>
        <w:t>aap kisi bhi cheez ke liye dua kar sakte hain, lekin zaroorat yeh hai</w:t>
      </w:r>
    </w:p>
    <w:p>
      <w:pPr>
        <w:jc w:val="right"/>
      </w:pPr>
      <w:r>
        <w:t>آپ کسی بھی چیز کے لیے دعا کر سکتے ہیں، لیکن ضرورت یہ ہے</w:t>
      </w:r>
    </w:p>
    <w:p>
      <w:r>
        <w:rPr>
          <w:b/>
        </w:rPr>
        <w:t xml:space="preserve">[21:03] </w:t>
      </w:r>
      <w:r>
        <w:t>ke dua karne ke baad yeh yaqeen rakhein aap ke meri dua zaroor qabool ho jayegi.</w:t>
      </w:r>
    </w:p>
    <w:p>
      <w:pPr>
        <w:jc w:val="right"/>
      </w:pPr>
      <w:r>
        <w:t>کہ دعا کرنے کے بعد یہ یقین رکھیں آپ کہ میری دعا ضرور قبول ہو جائے گی۔</w:t>
      </w:r>
    </w:p>
    <w:p>
      <w:r>
        <w:rPr>
          <w:b/>
        </w:rPr>
        <w:t xml:space="preserve">[21:10] </w:t>
      </w:r>
      <w:r>
        <w:t>dua karne wala apne mind se dua karta hai, lekin jo qabool karne wala hai, woh apne creation</w:t>
      </w:r>
    </w:p>
    <w:p>
      <w:pPr>
        <w:jc w:val="right"/>
      </w:pPr>
      <w:r>
        <w:t>دعا کرنے والا اپنے مائنڈ سے دعا کرتا ہے، لیکن جو قبول کرنے والا ہے، وہ اپنے کریشن</w:t>
      </w:r>
    </w:p>
    <w:p>
      <w:r>
        <w:rPr>
          <w:b/>
        </w:rPr>
        <w:t xml:space="preserve">[21:16] </w:t>
      </w:r>
      <w:r>
        <w:t>plan ke mutabiq is ko qabool karta hai.</w:t>
      </w:r>
    </w:p>
    <w:p>
      <w:pPr>
        <w:jc w:val="right"/>
      </w:pPr>
      <w:r>
        <w:t>پلان کے مطابق اس کو قبول کرتا ہے۔</w:t>
      </w:r>
    </w:p>
    <w:p>
      <w:r>
        <w:rPr>
          <w:b/>
        </w:rPr>
        <w:t xml:space="preserve">[21:22] </w:t>
      </w:r>
      <w:r>
        <w:t>اس کو پھر سن لیجئے کہ دعا کرنے والا اپنے mindset جو اس کا ہے، اس کے</w:t>
      </w:r>
    </w:p>
    <w:p>
      <w:pPr>
        <w:jc w:val="right"/>
      </w:pPr>
      <w:r>
        <w:t>اس کو پھر سن لیجئے کہ دعا کرنے والا اپنے مائنڈ سیٹ جو اس کا ہے، اس کے</w:t>
      </w:r>
    </w:p>
    <w:p>
      <w:r>
        <w:rPr>
          <w:b/>
        </w:rPr>
        <w:t xml:space="preserve">[21:28] </w:t>
      </w:r>
      <w:r>
        <w:t>mutabiq dua karta hai, lekin jo qabool karne wala hai, Allah Rabb-ul-Alameen, woh apne</w:t>
      </w:r>
    </w:p>
    <w:p>
      <w:pPr>
        <w:jc w:val="right"/>
      </w:pPr>
      <w:r>
        <w:t>مطابق دعا کرتا ہے، لیکن جو قبول کرنے والا ہے، اللہ رب العالمین، وہ اپنے</w:t>
      </w:r>
    </w:p>
    <w:p>
      <w:r>
        <w:rPr>
          <w:b/>
        </w:rPr>
        <w:t xml:space="preserve">[21:34] </w:t>
      </w:r>
      <w:r>
        <w:t>jo uska jo creation plan hai, us ke mutabiq is ko qabool karta hai ya nahi qabool karta.</w:t>
      </w:r>
    </w:p>
    <w:p>
      <w:pPr>
        <w:jc w:val="right"/>
      </w:pPr>
      <w:r>
        <w:t>جو اس کا جو کریشن پلان ہے، اس کے مطابق اس کو قبول کرتا ہے یا نہیں قبول کرتا۔</w:t>
      </w:r>
    </w:p>
    <w:p>
      <w:r>
        <w:rPr>
          <w:b/>
        </w:rPr>
        <w:t xml:space="preserve">[21:42] </w:t>
      </w:r>
      <w:r>
        <w:t>albata yeh yaad rakhna chahiye ek baat aur ke dua agar qabool na ho, tab bhi aap ko</w:t>
      </w:r>
    </w:p>
    <w:p>
      <w:pPr>
        <w:jc w:val="right"/>
      </w:pPr>
      <w:r>
        <w:t>البتہ یہ یاد رکھنا چاہیے ایک بات اور کہ دعا اگر قبول نہ ہو، تب بھی آپ کو</w:t>
      </w:r>
    </w:p>
    <w:p>
      <w:r>
        <w:rPr>
          <w:b/>
        </w:rPr>
        <w:t xml:space="preserve">[21:50] </w:t>
      </w:r>
      <w:r>
        <w:t>mayoos nahi hona chahiye, kyunke dua ibadat ke taur par to qabool ho chuki.</w:t>
      </w:r>
    </w:p>
    <w:p>
      <w:pPr>
        <w:jc w:val="right"/>
      </w:pPr>
      <w:r>
        <w:t>مایوس نہیں ہونا چاہیے، کیونکہ دعا عبادت کے طور پر تو قبول ہو چکی۔</w:t>
      </w:r>
    </w:p>
    <w:p>
      <w:r>
        <w:rPr>
          <w:b/>
        </w:rPr>
        <w:t xml:space="preserve">[21:58] </w:t>
      </w:r>
      <w:r>
        <w:t>kyunke dua jo hai, hadith mein aata hai ke ad-du'a al-'ibadah, dua ibadat hai.</w:t>
      </w:r>
    </w:p>
    <w:p>
      <w:pPr>
        <w:jc w:val="right"/>
      </w:pPr>
      <w:r>
        <w:t>کیونکہ دعا جو ہے، حدیث میں آتا ہے کہ الدعاء العبادہ، دعا عبادت ہے۔</w:t>
      </w:r>
    </w:p>
    <w:p>
      <w:r>
        <w:rPr>
          <w:b/>
        </w:rPr>
        <w:t xml:space="preserve">[22:06] </w:t>
      </w:r>
      <w:r>
        <w:t>phir aap ne dua ki to aap ne ibadat ki, to ibadat ke taur par to woh ho</w:t>
      </w:r>
    </w:p>
    <w:p>
      <w:pPr>
        <w:jc w:val="right"/>
      </w:pPr>
      <w:r>
        <w:t>پھر آپ نے دعا کی تو آپ نے عبادت کی، تو عبادت کے طور پر تو وہ ہو</w:t>
      </w:r>
    </w:p>
    <w:p>
      <w:r>
        <w:rPr>
          <w:b/>
        </w:rPr>
        <w:t xml:space="preserve">[22:12] </w:t>
      </w:r>
      <w:r>
        <w:t>gayi aap ki, yani record mein aa gayi.</w:t>
      </w:r>
    </w:p>
    <w:p>
      <w:pPr>
        <w:jc w:val="right"/>
      </w:pPr>
      <w:r>
        <w:t>گئی آپ کی، یعنی ریکارڈ میں آ گئی۔</w:t>
      </w:r>
    </w:p>
    <w:p>
      <w:r>
        <w:rPr>
          <w:b/>
        </w:rPr>
        <w:t xml:space="preserve">[22:18] </w:t>
      </w:r>
      <w:r>
        <w:t>baqi qabooliyat ke aitbar se jahan tak taluq hai, to woh Allah ki apni maslak ke mutabiq hoga</w:t>
      </w:r>
    </w:p>
    <w:p>
      <w:pPr>
        <w:jc w:val="right"/>
      </w:pPr>
      <w:r>
        <w:t>باقی قبولیت کے اعتبار سے جہاں تک تعلق ہے، تو وہ اللہ کی اپنی مسلک کے مطابق ہوگا</w:t>
      </w:r>
    </w:p>
    <w:p>
      <w:r>
        <w:rPr>
          <w:b/>
        </w:rPr>
        <w:t xml:space="preserve">[22:24] </w:t>
      </w:r>
      <w:r>
        <w:t>ya nahi hoga.</w:t>
      </w:r>
    </w:p>
    <w:p>
      <w:pPr>
        <w:jc w:val="right"/>
      </w:pPr>
      <w:r>
        <w:t>یا نہیں ہوگا۔</w:t>
      </w:r>
    </w:p>
    <w:p>
      <w:r>
        <w:rPr>
          <w:b/>
        </w:rPr>
        <w:t xml:space="preserve">[22:30] </w:t>
      </w:r>
      <w:r>
        <w:t>Maulana, you often say that a prayer that invokes the mercy of God is bound to be accepted</w:t>
      </w:r>
    </w:p>
    <w:p>
      <w:pPr>
        <w:jc w:val="right"/>
      </w:pPr>
      <w:r>
        <w:t>مولانا، یو افن سے دیٹ ا پریر دیٹ انوک دا مرسی آف گاڈ از باؤنڈ ٹو بی ایکسیپٹڈ</w:t>
      </w:r>
    </w:p>
    <w:p>
      <w:r>
        <w:rPr>
          <w:b/>
        </w:rPr>
        <w:t xml:space="preserve">[22:36] </w:t>
      </w:r>
      <w:r>
        <w:t>.</w:t>
      </w:r>
    </w:p>
    <w:p>
      <w:pPr>
        <w:jc w:val="right"/>
      </w:pPr>
      <w:r>
        <w:t>۔</w:t>
      </w:r>
    </w:p>
    <w:p>
      <w:r>
        <w:rPr>
          <w:b/>
        </w:rPr>
        <w:t xml:space="preserve">[22:40] </w:t>
      </w:r>
      <w:r>
        <w:t>Can you please explain this with an example? Bound ka matlab ye hai ke, yani bahut zyada ummeed</w:t>
      </w:r>
    </w:p>
    <w:p>
      <w:pPr>
        <w:jc w:val="right"/>
      </w:pPr>
      <w:r>
        <w:t>کین یو پلیز ایکسپلین دس ود این ایگزامپل؟ باؤنڈ کا مطلب یہ ہے کہ، یعنی بہت زیادہ امید</w:t>
      </w:r>
    </w:p>
    <w:p>
      <w:r>
        <w:rPr>
          <w:b/>
        </w:rPr>
        <w:t xml:space="preserve">[22:44] </w:t>
      </w:r>
      <w:r>
        <w:t>hai ke woh qabool ho jayegi.</w:t>
      </w:r>
    </w:p>
    <w:p>
      <w:pPr>
        <w:jc w:val="right"/>
      </w:pPr>
      <w:r>
        <w:t>ہے کہ وہ قبول ہو جائے گی۔</w:t>
      </w:r>
    </w:p>
    <w:p>
      <w:r>
        <w:rPr>
          <w:b/>
        </w:rPr>
        <w:t xml:space="preserve">[22:49] </w:t>
      </w:r>
      <w:r>
        <w:t>jaise mein aap ko ek misaal deta hoon ke jab maine research aayi nahi kiya tha, mission</w:t>
      </w:r>
    </w:p>
    <w:p>
      <w:pPr>
        <w:jc w:val="right"/>
      </w:pPr>
      <w:r>
        <w:t>جیسے میں آپ کو ایک مثال دیتا ہوں کہ جب میں نے ریسرچ آئی نہیں کیا تھا، مشن</w:t>
      </w:r>
    </w:p>
    <w:p>
      <w:r>
        <w:rPr>
          <w:b/>
        </w:rPr>
        <w:t xml:space="preserve">[22:53] </w:t>
      </w:r>
      <w:r>
        <w:t>shuru nahi kiya tha, aur bohat zyada lonely, loneliness feel karta tha, na team thi, na kuch tha,</w:t>
      </w:r>
    </w:p>
    <w:p>
      <w:pPr>
        <w:jc w:val="right"/>
      </w:pPr>
      <w:r>
        <w:t>شروع نہیں کیا تھا، اور بہت زیادہ لونلی، لونلیس فیل کرتا تھا، نہ ٹیم تھی، نہ کچھ تھا،</w:t>
      </w:r>
    </w:p>
    <w:p>
      <w:r>
        <w:rPr>
          <w:b/>
        </w:rPr>
        <w:t xml:space="preserve">[22:57] </w:t>
      </w:r>
      <w:r>
        <w:t>na kuch tha.</w:t>
      </w:r>
    </w:p>
    <w:p>
      <w:pPr>
        <w:jc w:val="right"/>
      </w:pPr>
      <w:r>
        <w:t>نہ کچھ تھا۔</w:t>
      </w:r>
    </w:p>
    <w:p>
      <w:r>
        <w:rPr>
          <w:b/>
        </w:rPr>
        <w:t xml:space="preserve">[23:01] </w:t>
      </w:r>
      <w:r>
        <w:t>to mein train mein safar</w:t>
      </w:r>
    </w:p>
    <w:p>
      <w:pPr>
        <w:jc w:val="right"/>
      </w:pPr>
      <w:r>
        <w:t>تو میں ٹرین میں سفر</w:t>
      </w:r>
    </w:p>
    <w:p>
      <w:r>
        <w:rPr>
          <w:b/>
        </w:rPr>
        <w:t xml:space="preserve">[23:06] </w:t>
      </w:r>
      <w:r>
        <w:t>kar raha tha, train mein South India ke kisi area mein, to wahan ek jangla tha, us mein dhak ke peyr the. Dhak ke peyr, agar aap jante hon dhak ke peyr kya cheez hai, to aap ko maloom hoga ke dhak bilkul just like wood hota hai, lakri, aur us mein se bohat hi beautiful phool niklte hain. Lakri ke andar phool, agar aap ne dekha ho to ek anokha scene hota</w:t>
      </w:r>
    </w:p>
    <w:p>
      <w:pPr>
        <w:jc w:val="right"/>
      </w:pPr>
      <w:r>
        <w:t>کر رہا تھا، ٹرین میں ساؤتھ انڈیا کے کسی ایریا میں، تو وہاں ایک جنگل تھا، اس میں ڈھاک کے پیڑ تھے۔ ڈھاک کے پیڑ، اگر آپ جانتے ہوں ڈھاک کے پیڑ کیا چیز ہے، تو آپ کو معلوم ہوگا کہ ڈھاک بالکل جسٹ لائک وڈ ہوتا ہے، لکڑی، اور اس میں سے بہت ہی بیوٹی فل پھول نکلتے ہیں۔ لکڑی کے اندر پھول، اگر آپ نے دیکھا ہو تو ایک انوکھا سین ہوتا</w:t>
      </w:r>
    </w:p>
    <w:p>
      <w:r>
        <w:rPr>
          <w:b/>
        </w:rPr>
        <w:t xml:space="preserve">[23:36] </w:t>
      </w:r>
      <w:r>
        <w:t>hai, woh dhak ka peed, jab jo us ka jo mausam aata hai, mausam to us ke andar</w:t>
      </w:r>
    </w:p>
    <w:p>
      <w:pPr>
        <w:jc w:val="right"/>
      </w:pPr>
      <w:r>
        <w:t>ہے، وہ ڈھاک کا پیڑ، جب جو اس کا جو موسم آتا ہے، موسم تو اس کے اندر</w:t>
      </w:r>
    </w:p>
    <w:p>
      <w:r>
        <w:rPr>
          <w:b/>
        </w:rPr>
        <w:t xml:space="preserve">[23:41] </w:t>
      </w:r>
      <w:r>
        <w:t>bahut hi beauty full phool, lal rang ke.</w:t>
      </w:r>
    </w:p>
    <w:p>
      <w:pPr>
        <w:jc w:val="right"/>
      </w:pPr>
      <w:r>
        <w:t>بہت ہی بیوٹی فل پھول، لال رنگ کے۔</w:t>
      </w:r>
    </w:p>
    <w:p>
      <w:r>
        <w:rPr>
          <w:b/>
        </w:rPr>
        <w:t xml:space="preserve">[23:46] </w:t>
      </w:r>
      <w:r>
        <w:t>to main ne is ko dekha, gaadi chal rahi thi, aur bada jangla tha, woh dhak ka, aur</w:t>
      </w:r>
    </w:p>
    <w:p>
      <w:pPr>
        <w:jc w:val="right"/>
      </w:pPr>
      <w:r>
        <w:t>تو میں نے اس کو دیکھا، گاڑی چل رہی تھی، اور بڑا جنگل تھا، وہ ڈھاک کا، اور</w:t>
      </w:r>
    </w:p>
    <w:p>
      <w:r>
        <w:rPr>
          <w:b/>
        </w:rPr>
        <w:t xml:space="preserve">[23:51] </w:t>
      </w:r>
      <w:r>
        <w:t>phool khile hue.</w:t>
      </w:r>
    </w:p>
    <w:p>
      <w:pPr>
        <w:jc w:val="right"/>
      </w:pPr>
      <w:r>
        <w:t>پھول کھلے ہوئے۔</w:t>
      </w:r>
    </w:p>
    <w:p>
      <w:r>
        <w:rPr>
          <w:b/>
        </w:rPr>
        <w:t xml:space="preserve">[23:56] </w:t>
      </w:r>
      <w:r>
        <w:t>to main ne kaha ke khudaaya teri rehmat isi hai ke lakri ke andar itna beauty full phool,</w:t>
      </w:r>
    </w:p>
    <w:p>
      <w:pPr>
        <w:jc w:val="right"/>
      </w:pPr>
      <w:r>
        <w:t>تو میں نے کہا کہ خدایا تیری رحمت اسی ہے کہ لکڑی کے اندر اتنا بیوٹی فل پھول،</w:t>
      </w:r>
    </w:p>
    <w:p>
      <w:r>
        <w:rPr>
          <w:b/>
        </w:rPr>
        <w:t xml:space="preserve">[24:01] </w:t>
      </w:r>
      <w:r>
        <w:t>itni isi hai ke lakri ke andar itna beauty full phool.</w:t>
      </w:r>
    </w:p>
    <w:p>
      <w:pPr>
        <w:jc w:val="right"/>
      </w:pPr>
      <w:r>
        <w:t>اتنی اسی ہے کہ لکڑی کے اندر اتنا بیوٹی فل پھول۔</w:t>
      </w:r>
    </w:p>
    <w:p>
      <w:r>
        <w:rPr>
          <w:b/>
        </w:rPr>
        <w:t xml:space="preserve">[24:06] </w:t>
      </w:r>
      <w:r>
        <w:t>to main to phir insaan hoon, mere andar to phir beauty full phool khila sakta hai, meri zindagi</w:t>
      </w:r>
    </w:p>
    <w:p>
      <w:pPr>
        <w:jc w:val="right"/>
      </w:pPr>
      <w:r>
        <w:t>تو میں تو پھر انسان ہوں، میرے اندر تو پھر بیوٹی فل پھول کھلا سکتا ہے، میری زندگی</w:t>
      </w:r>
    </w:p>
    <w:p>
      <w:r>
        <w:rPr>
          <w:b/>
        </w:rPr>
        <w:t xml:space="preserve">[24:12] </w:t>
      </w:r>
      <w:r>
        <w:t>ko bhi meaningful bana sakta hai.</w:t>
      </w:r>
    </w:p>
    <w:p>
      <w:pPr>
        <w:jc w:val="right"/>
      </w:pPr>
      <w:r>
        <w:t>کو بھی میننگ فل بنا سکتا ہے۔</w:t>
      </w:r>
    </w:p>
    <w:p>
      <w:r>
        <w:rPr>
          <w:b/>
        </w:rPr>
        <w:t xml:space="preserve">[24:19] </w:t>
      </w:r>
      <w:r>
        <w:t>yeh keh raha tha aur ro raha tha, aur train guzar rahi thi.</w:t>
      </w:r>
    </w:p>
    <w:p>
      <w:pPr>
        <w:jc w:val="right"/>
      </w:pPr>
      <w:r>
        <w:t>یہ کہہ رہا تھا اور رو رہا تھا، اور ٹرین گزر رہی تھی۔</w:t>
      </w:r>
    </w:p>
    <w:p>
      <w:r>
        <w:rPr>
          <w:b/>
        </w:rPr>
        <w:t xml:space="preserve">[24:25] </w:t>
      </w:r>
      <w:r>
        <w:t>to Allah taala ne is ka, main apne samajh ke mutabiq, Allah taala ne qabool kiya, aur is</w:t>
      </w:r>
    </w:p>
    <w:p>
      <w:pPr>
        <w:jc w:val="right"/>
      </w:pPr>
      <w:r>
        <w:t>تو اللہ تعالی نے اس کا، میں اپنے سمجھ کے مطابق، اللہ تعالی نے قبول کیا، اور اس</w:t>
      </w:r>
    </w:p>
    <w:p>
      <w:r>
        <w:rPr>
          <w:b/>
        </w:rPr>
        <w:t xml:space="preserve">[24:32] </w:t>
      </w:r>
      <w:r>
        <w:t>ki wajah se yeh mission itna zyada</w:t>
      </w:r>
    </w:p>
    <w:p>
      <w:pPr>
        <w:jc w:val="right"/>
      </w:pPr>
      <w:r>
        <w:t>کی وجہ سے یہ مشن اتنا زیادہ</w:t>
      </w:r>
    </w:p>
    <w:p>
      <w:r>
        <w:rPr>
          <w:b/>
        </w:rPr>
        <w:t xml:space="preserve">[24:38] </w:t>
      </w:r>
      <w:r>
        <w:t>duniya mein qaim ho gaya.</w:t>
      </w:r>
    </w:p>
    <w:p>
      <w:pPr>
        <w:jc w:val="right"/>
      </w:pPr>
      <w:r>
        <w:t>دنیا میں قائم ہو گیا۔</w:t>
      </w:r>
    </w:p>
    <w:p>
      <w:r>
        <w:rPr>
          <w:b/>
        </w:rPr>
        <w:t xml:space="preserve">[24:43] </w:t>
      </w:r>
      <w:r>
        <w:t>لیکن یہ یہ بات جاننا چاہیے کہ قبولیت فوراً نہیں ہوتی، عام طور پر it requests a time, it required.</w:t>
      </w:r>
    </w:p>
    <w:p>
      <w:pPr>
        <w:jc w:val="right"/>
      </w:pPr>
      <w:r>
        <w:t>لیکن یہ یہ بات جاننا چاہیے کہ قبولیت فوراً نہیں ہوتی، عام طور پر اٹ ریکواسٹ ا ٹائم، ا ریکوائرڈ۔</w:t>
      </w:r>
    </w:p>
    <w:p>
      <w:r>
        <w:rPr>
          <w:b/>
        </w:rPr>
        <w:t xml:space="preserve">[24:48] </w:t>
      </w:r>
      <w:r>
        <w:t>to aap jab dua karein to yeh samajh lijiye ke aap to aaj dua kar rahe hain, lekin</w:t>
      </w:r>
    </w:p>
    <w:p>
      <w:pPr>
        <w:jc w:val="right"/>
      </w:pPr>
      <w:r>
        <w:t>تو آپ جب دعا کریں تو یہ سمجھ لیجئے کہ آپ تو آج دعا کر رہے ہیں، لیکن</w:t>
      </w:r>
    </w:p>
    <w:p>
      <w:r>
        <w:rPr>
          <w:b/>
        </w:rPr>
        <w:t xml:space="preserve">[24:53] </w:t>
      </w:r>
      <w:r>
        <w:t>jo qabooliyat hai, woh baad mein kabhi ho sakti hai.</w:t>
      </w:r>
    </w:p>
    <w:p>
      <w:pPr>
        <w:jc w:val="right"/>
      </w:pPr>
      <w:r>
        <w:t>جو قبولیت ہے، وہ بعد میں کبھی ہو سکتی ہے۔</w:t>
      </w:r>
    </w:p>
    <w:p>
      <w:r>
        <w:rPr>
          <w:b/>
        </w:rPr>
        <w:t xml:space="preserve">[24:58] </w:t>
      </w:r>
      <w:r>
        <w:t>to kabhi aap ko mayoos hona chahiye.</w:t>
      </w:r>
    </w:p>
    <w:p>
      <w:pPr>
        <w:jc w:val="right"/>
      </w:pPr>
      <w:r>
        <w:t>تو کبھی آپ کو مایوس ہونا چاہیے۔</w:t>
      </w:r>
    </w:p>
    <w:p>
      <w:r>
        <w:rPr>
          <w:b/>
        </w:rPr>
        <w:t xml:space="preserve">[25:03] </w:t>
      </w:r>
      <w:r>
        <w:t>jaise Hazrat Ya'q</w:t>
      </w:r>
    </w:p>
    <w:p>
      <w:pPr>
        <w:jc w:val="right"/>
      </w:pPr>
      <w:r>
        <w:t>جیسے حضرت یعق</w:t>
      </w:r>
    </w:p>
    <w:p>
      <w:r>
        <w:rPr>
          <w:b/>
        </w:rPr>
        <w:t xml:space="preserve">[25:08] </w:t>
      </w:r>
      <w:r>
        <w:t>oob jo thay, woh peghambar thay, unhone dua ki, lekin unki dua qabool hui, lekin zahir</w:t>
      </w:r>
    </w:p>
    <w:p>
      <w:pPr>
        <w:jc w:val="right"/>
      </w:pPr>
      <w:r>
        <w:t>وب جو تھے، وہ پیغمبر تھے، انہوں نے دعا کی، لیکن ان کی دعا قبول ہوئی، لیکن ظاہر</w:t>
      </w:r>
    </w:p>
    <w:p>
      <w:r>
        <w:rPr>
          <w:b/>
        </w:rPr>
        <w:t xml:space="preserve">[25:13] </w:t>
      </w:r>
      <w:r>
        <w:t>to yeh bahut baad ko, foran nahin.</w:t>
      </w:r>
    </w:p>
    <w:p>
      <w:pPr>
        <w:jc w:val="right"/>
      </w:pPr>
      <w:r>
        <w:t>تو یہ بہت بعد کو، فوراً نہیں۔</w:t>
      </w:r>
    </w:p>
    <w:p>
      <w:r>
        <w:rPr>
          <w:b/>
        </w:rPr>
        <w:t xml:space="preserve">[25:18] </w:t>
      </w:r>
      <w:r>
        <w:t>to dua ka mamla aisa nahin hai ke idhar munh se aap ke kuch baat nikli aur idhar</w:t>
      </w:r>
    </w:p>
    <w:p>
      <w:pPr>
        <w:jc w:val="right"/>
      </w:pPr>
      <w:r>
        <w:t>تو دعا کا معاملہ ایسا نہیں ہے کہ ادھر منہ سے آپ کے کچھ بات نکلی اور ادھر</w:t>
      </w:r>
    </w:p>
    <w:p>
      <w:r>
        <w:rPr>
          <w:b/>
        </w:rPr>
        <w:t xml:space="preserve">[25:23] </w:t>
      </w:r>
      <w:r>
        <w:t>qabool ho gayi.</w:t>
      </w:r>
    </w:p>
    <w:p>
      <w:pPr>
        <w:jc w:val="right"/>
      </w:pPr>
      <w:r>
        <w:t>قبول ہو گئی۔</w:t>
      </w:r>
    </w:p>
    <w:p>
      <w:r>
        <w:rPr>
          <w:b/>
        </w:rPr>
        <w:t xml:space="preserve">[25:28] </w:t>
      </w:r>
      <w:r>
        <w:t>aap kitne hi buzurg hon, hatta ke aap peghambar hi kyun na hon, aisa nahin ho sakta.</w:t>
      </w:r>
    </w:p>
    <w:p>
      <w:pPr>
        <w:jc w:val="right"/>
      </w:pPr>
      <w:r>
        <w:t>آپ کتنے ہی بزرگ ہوں، حتی کہ آپ پیغمبر ہی کیوں نہ ہوں، ایسا نہیں ہو سکتا۔</w:t>
      </w:r>
    </w:p>
    <w:p>
      <w:r>
        <w:rPr>
          <w:b/>
        </w:rPr>
        <w:t xml:space="preserve">[25:33] </w:t>
      </w:r>
      <w:r>
        <w:t>to dua to aap khoob kijiye, kyunke dua ibadat hai,</w:t>
      </w:r>
    </w:p>
    <w:p>
      <w:pPr>
        <w:jc w:val="right"/>
      </w:pPr>
      <w:r>
        <w:t>تو دعا تو آپ خوب کیجئے، کیونکہ دعا عبادت ہے،</w:t>
      </w:r>
    </w:p>
    <w:p>
      <w:r>
        <w:rPr>
          <w:b/>
        </w:rPr>
        <w:t xml:space="preserve">[25:38] </w:t>
      </w:r>
      <w:r>
        <w:t>aur dua ke zariye aadmi apni apni abadiyat ko establish karta hai.</w:t>
      </w:r>
    </w:p>
    <w:p>
      <w:pPr>
        <w:jc w:val="right"/>
      </w:pPr>
      <w:r>
        <w:t>اور دعا کے ذریعے آدمی اپنی اپنی ابدیت کو اسٹیبلش کرتا ہے۔</w:t>
      </w:r>
    </w:p>
    <w:p>
      <w:r>
        <w:rPr>
          <w:b/>
        </w:rPr>
        <w:t xml:space="preserve">[25:46] </w:t>
      </w:r>
      <w:r>
        <w:t>dua ke zariye aadmi apni abadiyat ko farishton ke record mein darj karata hai.</w:t>
      </w:r>
    </w:p>
    <w:p>
      <w:pPr>
        <w:jc w:val="right"/>
      </w:pPr>
      <w:r>
        <w:t>دعا کے ذریعے آدمی اپنی ابدیت کو فرشتوں کے ریکارڈ میں درج کراتا ہے۔</w:t>
      </w:r>
    </w:p>
    <w:p>
      <w:r>
        <w:rPr>
          <w:b/>
        </w:rPr>
        <w:t xml:space="preserve">[25:53] </w:t>
      </w:r>
      <w:r>
        <w:t>to dua to khoob karna chahiye, lekin yeh bhi jaanna chahiye ke dua jo qabool karne wala hai,</w:t>
      </w:r>
    </w:p>
    <w:p>
      <w:pPr>
        <w:jc w:val="right"/>
      </w:pPr>
      <w:r>
        <w:t>تو دعا تو خوب کرنا چاہیے، لیکن یہ بھی جاننا چاہیے کہ دعا جو قبول کرنے والا ہے،</w:t>
      </w:r>
    </w:p>
    <w:p>
      <w:r>
        <w:rPr>
          <w:b/>
        </w:rPr>
        <w:t xml:space="preserve">[26:01] </w:t>
      </w:r>
      <w:r>
        <w:t>Allah Rabbul Alameen, woh is ko qabool karega apni condition ke mutabiq. So Mol</w:t>
      </w:r>
    </w:p>
    <w:p>
      <w:pPr>
        <w:jc w:val="right"/>
      </w:pPr>
      <w:r>
        <w:t>اللہ رب العالمین، وہ اس کو قبول کرے گا اپنی کنڈیشن کے مطابق۔ سو مول</w:t>
      </w:r>
    </w:p>
    <w:p>
      <w:r>
        <w:rPr>
          <w:b/>
        </w:rPr>
        <w:t xml:space="preserve">[26:08] </w:t>
      </w:r>
      <w:r>
        <w:t>ana, you are saying that a prayer, we should pray to God, but we should not expect that it will get fulfilled immediately, because fulfillment of prayer takes time. Maulana, this question has come from Mr. Amir Muree. He is saying, should we make dua in our own language rather than remembering some of the duas in Arabic with no understanding of their meaning? yeh bohat hi zyada</w:t>
      </w:r>
    </w:p>
    <w:p>
      <w:pPr>
        <w:jc w:val="right"/>
      </w:pPr>
      <w:r>
        <w:t>انا، یو آر سینگ دیٹ ا پریر، وی شوڈ پری ٹو گاڈ، بٹ وی شوڈ ناٹ ایکسپیکٹ دیٹ اٹ ول گیٹ فلفلڈ امیڈیٹلی، بیکاز فلفلمنٹ اف پریر ٹیکس ٹائم۔ مولانا، دس کویسچن ہیز کم فرام مسٹر عامر موری۔ ہی از سینگ، شوڈ وی میک دعا ان اور اون لینگویج رادر دین ریممبرنگ سم اف دا دعاز ان عربک ود نو انڈرسٹینڈنگ اف دیر میننگ؟ یہ بہت ہی زیادہ</w:t>
      </w:r>
    </w:p>
    <w:p>
      <w:r>
        <w:rPr>
          <w:b/>
        </w:rPr>
        <w:t xml:space="preserve">[26:38] </w:t>
      </w:r>
      <w:r>
        <w:t>is mamle mein logon ko confusion hai.</w:t>
      </w:r>
    </w:p>
    <w:p>
      <w:pPr>
        <w:jc w:val="right"/>
      </w:pPr>
      <w:r>
        <w:t>اس معاملے میں لوگوں کو کنفیوژن ہے۔</w:t>
      </w:r>
    </w:p>
    <w:p>
      <w:r>
        <w:rPr>
          <w:b/>
        </w:rPr>
        <w:t xml:space="preserve">[26:43] </w:t>
      </w:r>
      <w:r>
        <w:t>dua ka koi talluq arabi zaban se nahi hai, kuch bhi nahi.</w:t>
      </w:r>
    </w:p>
    <w:p>
      <w:pPr>
        <w:jc w:val="right"/>
      </w:pPr>
      <w:r>
        <w:t>دعا کا کوئی تعلق عربی زبان سے نہیں ہے، کچھ بھی نہیں۔</w:t>
      </w:r>
    </w:p>
    <w:p>
      <w:r>
        <w:rPr>
          <w:b/>
        </w:rPr>
        <w:t xml:space="preserve">[26:47] </w:t>
      </w:r>
      <w:r>
        <w:t>کوئی کسی کی مدد تنگ عربی ہے تو عربی مانگے، کسی کی مدد تنگ کوئی دوسری ہے تو</w:t>
      </w:r>
    </w:p>
    <w:p>
      <w:pPr>
        <w:jc w:val="right"/>
      </w:pPr>
      <w:r>
        <w:t>کوئی کسی کی مدد ٹنگ عربی ہے تو عربی مانگے، کسی کی مدد ٹنگ کوئی دوسری ہے تو</w:t>
      </w:r>
    </w:p>
    <w:p>
      <w:r>
        <w:rPr>
          <w:b/>
        </w:rPr>
        <w:t xml:space="preserve">[26:51] </w:t>
      </w:r>
      <w:r>
        <w:t>is ne woh mang ke.</w:t>
      </w:r>
    </w:p>
    <w:p>
      <w:pPr>
        <w:jc w:val="right"/>
      </w:pPr>
      <w:r>
        <w:t>اس نے وہ مانگ کے۔</w:t>
      </w:r>
    </w:p>
    <w:p>
      <w:r>
        <w:rPr>
          <w:b/>
        </w:rPr>
        <w:t xml:space="preserve">[26:56] </w:t>
      </w:r>
      <w:r>
        <w:t>kyun ke dekhen, dua, dua jo hai, aisa nahi ke kuch kalmat hain, un ko bol diya munh se</w:t>
      </w:r>
    </w:p>
    <w:p>
      <w:pPr>
        <w:jc w:val="right"/>
      </w:pPr>
      <w:r>
        <w:t>کیونکہ دیکھیں، دعا، دعا جو ہے، ایسا نہیں کہ کچھ کلمات ہیں، ان کو بول دیا منہ سے</w:t>
      </w:r>
    </w:p>
    <w:p>
      <w:r>
        <w:rPr>
          <w:b/>
        </w:rPr>
        <w:t xml:space="preserve">[27:00] </w:t>
      </w:r>
      <w:r>
        <w:t>to bas is ke baad poora ho gaya.</w:t>
      </w:r>
    </w:p>
    <w:p>
      <w:pPr>
        <w:jc w:val="right"/>
      </w:pPr>
      <w:r>
        <w:t>تو بس اس کے بعد پورا ہو گیا۔</w:t>
      </w:r>
    </w:p>
    <w:p>
      <w:r>
        <w:rPr>
          <w:b/>
        </w:rPr>
        <w:t xml:space="preserve">[27:05] </w:t>
      </w:r>
      <w:r>
        <w:t>yani kalmat ko</w:t>
      </w:r>
    </w:p>
    <w:p>
      <w:pPr>
        <w:jc w:val="right"/>
      </w:pPr>
      <w:r>
        <w:t>یعنی کلمات کو</w:t>
      </w:r>
    </w:p>
    <w:p>
      <w:r>
        <w:rPr>
          <w:b/>
        </w:rPr>
        <w:t xml:space="preserve">[27:09] </w:t>
      </w:r>
      <w:r>
        <w:t>bohat achhe tarike se aap ne pronounce kar diya to to bas dua ho gayi.</w:t>
      </w:r>
    </w:p>
    <w:p>
      <w:pPr>
        <w:jc w:val="right"/>
      </w:pPr>
      <w:r>
        <w:t>بہت اچھے طریقے سے آپ نے پروناؤنس کر دیا تو تو بس دعا ہو گئی۔</w:t>
      </w:r>
    </w:p>
    <w:p>
      <w:r>
        <w:rPr>
          <w:b/>
        </w:rPr>
        <w:t xml:space="preserve">[27:15] </w:t>
      </w:r>
      <w:r>
        <w:t>nahi, dua aap ke dil ke andar andarooni koshishen karne wali cheez hai.</w:t>
      </w:r>
    </w:p>
    <w:p>
      <w:pPr>
        <w:jc w:val="right"/>
      </w:pPr>
      <w:r>
        <w:t>نہیں، دعا آپ کے دل کے اندر اندرونی کوششیں کرنے والی چیز ہے۔</w:t>
      </w:r>
    </w:p>
    <w:p>
      <w:r>
        <w:rPr>
          <w:b/>
        </w:rPr>
        <w:t xml:space="preserve">[27:21] </w:t>
      </w:r>
      <w:r>
        <w:t>dua ek spirit ka lafzi izhaar hai.</w:t>
      </w:r>
    </w:p>
    <w:p>
      <w:pPr>
        <w:jc w:val="right"/>
      </w:pPr>
      <w:r>
        <w:t>دعا ایک سپرٹ کا لفظی اظہار ہے۔</w:t>
      </w:r>
    </w:p>
    <w:p>
      <w:r>
        <w:rPr>
          <w:b/>
        </w:rPr>
        <w:t xml:space="preserve">[27:27] </w:t>
      </w:r>
      <w:r>
        <w:t>aap ke dimagh mein ek khajal paida hoti hai, aap ke dil mein ek ek toofan uthta hai,</w:t>
      </w:r>
    </w:p>
    <w:p>
      <w:pPr>
        <w:jc w:val="right"/>
      </w:pPr>
      <w:r>
        <w:t>آپ کے دماغ میں ایک خجل پیدا ہوتی ہے، آپ کے دل میں ایک ایک طوفان اٹھتا ہے،</w:t>
      </w:r>
    </w:p>
    <w:p>
      <w:r>
        <w:rPr>
          <w:b/>
        </w:rPr>
        <w:t xml:space="preserve">[27:33] </w:t>
      </w:r>
      <w:r>
        <w:t>aap ki rooh mein ek ek ek sailab umar aata hai.</w:t>
      </w:r>
    </w:p>
    <w:p>
      <w:pPr>
        <w:jc w:val="right"/>
      </w:pPr>
      <w:r>
        <w:t>آپ کی روح میں ایک ایک ایک سیلاب عمر آتا ہے۔</w:t>
      </w:r>
    </w:p>
    <w:p>
      <w:r>
        <w:rPr>
          <w:b/>
        </w:rPr>
        <w:t xml:space="preserve">[27:40] </w:t>
      </w:r>
      <w:r>
        <w:t>is waqt jo kalmat nikalte hain aap ki zaban se, isi ka naam dua hai.</w:t>
      </w:r>
    </w:p>
    <w:p>
      <w:pPr>
        <w:jc w:val="right"/>
      </w:pPr>
      <w:r>
        <w:t>اس وقت جو کلمات نکلتے ہیں آپ کی زبان سے، اسی کا نام دعا ہے۔</w:t>
      </w:r>
    </w:p>
    <w:p>
      <w:r>
        <w:rPr>
          <w:b/>
        </w:rPr>
        <w:t xml:space="preserve">[27:45] </w:t>
      </w:r>
      <w:r>
        <w:t>to aisi dua hamesha mother tongue hogi, kisi aur zaban mein nahi ho sakti.</w:t>
      </w:r>
    </w:p>
    <w:p>
      <w:pPr>
        <w:jc w:val="right"/>
      </w:pPr>
      <w:r>
        <w:t>تو ایسی دعا ہمیشہ مدر ٹگ ہوگی، کسی اور زبان میں نہیں ہو سکتی۔</w:t>
      </w:r>
    </w:p>
    <w:p>
      <w:r>
        <w:rPr>
          <w:b/>
        </w:rPr>
        <w:t xml:space="preserve">[27:50] </w:t>
      </w:r>
      <w:r>
        <w:t>yeh bohat badi fallacy hai ke log samajhte hain ke arabi mein dua karo to afzal hai.</w:t>
      </w:r>
    </w:p>
    <w:p>
      <w:pPr>
        <w:jc w:val="right"/>
      </w:pPr>
      <w:r>
        <w:t>یہ بہت بڑی فلیسی ہے کہ لوگ سمجھتے ہیں کہ عربی میں دعا کرو تو افضل ہے۔</w:t>
      </w:r>
    </w:p>
    <w:p>
      <w:r>
        <w:rPr>
          <w:b/>
        </w:rPr>
        <w:t xml:space="preserve">[27:55] </w:t>
      </w:r>
      <w:r>
        <w:t>afzal dua, yani spirit se bhari hui dua jo hai, woh afzal hai.</w:t>
      </w:r>
    </w:p>
    <w:p>
      <w:pPr>
        <w:jc w:val="right"/>
      </w:pPr>
      <w:r>
        <w:t>افضل دعا، یعنی سپرٹ سے بھری ہوئی دعا جو ہے، وہ افضل ہے۔</w:t>
      </w:r>
    </w:p>
    <w:p>
      <w:r>
        <w:rPr>
          <w:b/>
        </w:rPr>
        <w:t xml:space="preserve">[28:00] </w:t>
      </w:r>
      <w:r>
        <w:t>yani arabi zaban mein dua karen, aap to afzal nahi ho jayegi.</w:t>
      </w:r>
    </w:p>
    <w:p>
      <w:pPr>
        <w:jc w:val="right"/>
      </w:pPr>
      <w:r>
        <w:t>یعنی عربی زبان میں دعا کریں، آپ تو افضل نہیں ہو جائے گی۔</w:t>
      </w:r>
    </w:p>
    <w:p>
      <w:r>
        <w:rPr>
          <w:b/>
        </w:rPr>
        <w:t xml:space="preserve">[28:05] </w:t>
      </w:r>
      <w:r>
        <w:t>jo dua spirit se bhari hui ho,</w:t>
      </w:r>
    </w:p>
    <w:p>
      <w:pPr>
        <w:jc w:val="right"/>
      </w:pPr>
      <w:r>
        <w:t>جو دعا سپرٹ سے بھری ہوئی ہو،</w:t>
      </w:r>
    </w:p>
    <w:p>
      <w:r>
        <w:rPr>
          <w:b/>
        </w:rPr>
        <w:t xml:space="preserve">[28:10] </w:t>
      </w:r>
      <w:r>
        <w:t>jo dua maarfat se bhari hui ho, woh woh dua afzal hai.</w:t>
      </w:r>
    </w:p>
    <w:p>
      <w:pPr>
        <w:jc w:val="right"/>
      </w:pPr>
      <w:r>
        <w:t>جو دعا معرفت سے بھری ہوئی ہو، وہ وہ دعا افضل ہے۔</w:t>
      </w:r>
    </w:p>
    <w:p>
      <w:r>
        <w:rPr>
          <w:b/>
        </w:rPr>
        <w:t xml:space="preserve">[28:15] </w:t>
      </w:r>
      <w:r>
        <w:t>so we can pray to god in our mother tongue, Maulana, because prayer is not the name of</w:t>
      </w:r>
    </w:p>
    <w:p>
      <w:pPr>
        <w:jc w:val="right"/>
      </w:pPr>
      <w:r>
        <w:t>سو وی کین پری ٹو گاڈ ان اور مدر ٹنگ، مولانا، بیکاز پریر از ناٹ دا نیم اف</w:t>
      </w:r>
    </w:p>
    <w:p>
      <w:r>
        <w:rPr>
          <w:b/>
        </w:rPr>
        <w:t xml:space="preserve">[28:20] </w:t>
      </w:r>
      <w:r>
        <w:t>repetition, exact repetition of certain arabic words.</w:t>
      </w:r>
    </w:p>
    <w:p>
      <w:pPr>
        <w:jc w:val="right"/>
      </w:pPr>
      <w:r>
        <w:t>ریپیٹیشن، ایگزیکٹ ریپیٹیشن اف سرٹن عربک ورڈز۔</w:t>
      </w:r>
    </w:p>
    <w:p>
      <w:r>
        <w:rPr>
          <w:b/>
        </w:rPr>
        <w:t xml:space="preserve">[28:26] </w:t>
      </w:r>
      <w:r>
        <w:t>rather it is an expression of our inner feelings, our inner spirit, and this expression can best take</w:t>
      </w:r>
    </w:p>
    <w:p>
      <w:pPr>
        <w:jc w:val="right"/>
      </w:pPr>
      <w:r>
        <w:t>رادر اٹ از این ایکسپریشن اف اور انر فیلنگز، اور انر سپرٹ، اینڈ دس ایکسپریشن کین بیسٹ ٹیک</w:t>
      </w:r>
    </w:p>
    <w:p>
      <w:r>
        <w:rPr>
          <w:b/>
        </w:rPr>
        <w:t xml:space="preserve">[28:31] </w:t>
      </w:r>
      <w:r>
        <w:t>place in our own mother tongue.</w:t>
      </w:r>
    </w:p>
    <w:p>
      <w:pPr>
        <w:jc w:val="right"/>
      </w:pPr>
      <w:r>
        <w:t>پلیس ان اور اون مدر ٹنگ۔</w:t>
      </w:r>
    </w:p>
    <w:p>
      <w:r>
        <w:rPr>
          <w:b/>
        </w:rPr>
        <w:t xml:space="preserve">[28:36] </w:t>
      </w:r>
      <w:r>
        <w:t>Maulana, this question has come from Miss Heena Omer</w:t>
      </w:r>
    </w:p>
    <w:p>
      <w:pPr>
        <w:jc w:val="right"/>
      </w:pPr>
      <w:r>
        <w:t>مولانا، دس کویسچن ہیز کم فرام مس ہینا عمر</w:t>
      </w:r>
    </w:p>
    <w:p>
      <w:r>
        <w:rPr>
          <w:b/>
        </w:rPr>
        <w:t xml:space="preserve">[28:41] </w:t>
      </w:r>
      <w:r>
        <w:t>in. She is saying, please tell me the strength of dua through any story. Dua ke sath strength ka to koi jod nahi, mere khayal se dua ke sath taqat ka kya jod hai? Taqat, yaani taqat ka matlab yeh ho ke dua koi manwane ki taqat. To banda jab dua karta hai to yeh is is se nahi, is spirit ke sath hi karta hai ke main main manwa sakta h</w:t>
      </w:r>
    </w:p>
    <w:p>
      <w:pPr>
        <w:jc w:val="right"/>
      </w:pPr>
      <w:r>
        <w:t>ان۔ شی از سینگ، پلیز ٹیل می دا سٹرینتھ اف دعا تھرو اینی سٹوری۔ دعا کے ساتھ سٹرینتھ کا تو کوئی جوڑ نہیں، میرے خیال سے دعا کے ساتھ طاقت کا کیا جوڑ ہے؟ طاقت، یعنی طاقت کا مطلب یہ ہو کہ دعا کوئی منوانے کی طاقت ہو۔ تو بندہ جب دعا کرتا ہے تو یہ اس اس سے نہیں، اس سپرٹ کے ساتھ ہی کرتا ہے کہ میں میں منوا سکتا ہ</w:t>
      </w:r>
    </w:p>
    <w:p>
      <w:r>
        <w:rPr>
          <w:b/>
        </w:rPr>
        <w:t xml:space="preserve">[29:11] </w:t>
      </w:r>
      <w:r>
        <w:t>oon.</w:t>
      </w:r>
    </w:p>
    <w:p>
      <w:pPr>
        <w:jc w:val="right"/>
      </w:pPr>
      <w:r>
        <w:t>وں۔</w:t>
      </w:r>
    </w:p>
    <w:p>
      <w:r>
        <w:rPr>
          <w:b/>
        </w:rPr>
        <w:t xml:space="preserve">[29:15] </w:t>
      </w:r>
      <w:r>
        <w:t>yeh to spirit hi sahi nahi hai.</w:t>
      </w:r>
    </w:p>
    <w:p>
      <w:pPr>
        <w:jc w:val="right"/>
      </w:pPr>
      <w:r>
        <w:t>یہ تو سپرٹ ہی صحیح نہیں ہے۔</w:t>
      </w:r>
    </w:p>
    <w:p>
      <w:r>
        <w:rPr>
          <w:b/>
        </w:rPr>
        <w:t xml:space="preserve">[29:19] </w:t>
      </w:r>
      <w:r>
        <w:t>yeh dua ki taqat nahi hai.</w:t>
      </w:r>
    </w:p>
    <w:p>
      <w:pPr>
        <w:jc w:val="right"/>
      </w:pPr>
      <w:r>
        <w:t>یہ دعا کی طاقت نہیں ہے۔</w:t>
      </w:r>
    </w:p>
    <w:p>
      <w:r>
        <w:rPr>
          <w:b/>
        </w:rPr>
        <w:t xml:space="preserve">[29:24] </w:t>
      </w:r>
      <w:r>
        <w:t>dua ki taqat az hai, az helplessness.</w:t>
      </w:r>
    </w:p>
    <w:p>
      <w:pPr>
        <w:jc w:val="right"/>
      </w:pPr>
      <w:r>
        <w:t>دعا کی طاقت از ہے، از ہیلپ لیسز۔</w:t>
      </w:r>
    </w:p>
    <w:p>
      <w:r>
        <w:rPr>
          <w:b/>
        </w:rPr>
        <w:t xml:space="preserve">[29:28] </w:t>
      </w:r>
      <w:r>
        <w:t>helplessness is the strength of dua.</w:t>
      </w:r>
    </w:p>
    <w:p>
      <w:pPr>
        <w:jc w:val="right"/>
      </w:pPr>
      <w:r>
        <w:t>ہیلپ لیسنس از دا سٹرینتھ اف دعا۔</w:t>
      </w:r>
    </w:p>
    <w:p>
      <w:r>
        <w:rPr>
          <w:b/>
        </w:rPr>
        <w:t xml:space="preserve">[29:32] </w:t>
      </w:r>
      <w:r>
        <w:t>agar is ko strength ka lafz bola jaye, strength ka lafz agar bola jaye to mein yeh kahoon</w:t>
      </w:r>
    </w:p>
    <w:p>
      <w:pPr>
        <w:jc w:val="right"/>
      </w:pPr>
      <w:r>
        <w:t>اگر اس کو سٹرینتھ کا لفظ بولا جائے، سٹرینتھ کا لفظ اگر بولا جائے تو میں یہ کہوں</w:t>
      </w:r>
    </w:p>
    <w:p>
      <w:r>
        <w:rPr>
          <w:b/>
        </w:rPr>
        <w:t xml:space="preserve">[29:37] </w:t>
      </w:r>
      <w:r>
        <w:t>گا کہ helplessness, sense of helplessness is the strength of dua.</w:t>
      </w:r>
    </w:p>
    <w:p>
      <w:pPr>
        <w:jc w:val="right"/>
      </w:pPr>
      <w:r>
        <w:t>گا کہ ہیلپ لیسنس، سینس اف ہیلپ لیسنس از دا سٹرینتھ اف دعا۔</w:t>
      </w:r>
    </w:p>
    <w:p>
      <w:r>
        <w:rPr>
          <w:b/>
        </w:rPr>
        <w:t xml:space="preserve">[29:41] </w:t>
      </w:r>
      <w:r>
        <w:t>کہ جتنا زیادہ آپ کے اندر ease ہوگا، اتنے ہی آپ نے اپنے اور خدا کے درمیان کیا</w:t>
      </w:r>
    </w:p>
    <w:p>
      <w:pPr>
        <w:jc w:val="right"/>
      </w:pPr>
      <w:r>
        <w:t>کہ جتنا زیادہ آپ کے اندر از ہوگا، اتنے ہی آپ نے اپنے اور خدا کے درمیان کیا</w:t>
      </w:r>
    </w:p>
    <w:p>
      <w:r>
        <w:rPr>
          <w:b/>
        </w:rPr>
        <w:t xml:space="preserve">[29:47] </w:t>
      </w:r>
      <w:r>
        <w:t>relationship hai, is ka daryaft kiya hoga.</w:t>
      </w:r>
    </w:p>
    <w:p>
      <w:pPr>
        <w:jc w:val="right"/>
      </w:pPr>
      <w:r>
        <w:t>ریلیشن شپ ہے، اس کا دریافت کیا ہوگا۔</w:t>
      </w:r>
    </w:p>
    <w:p>
      <w:r>
        <w:rPr>
          <w:b/>
        </w:rPr>
        <w:t xml:space="preserve">[29:53] </w:t>
      </w:r>
      <w:r>
        <w:t>is ne aik taraf, yani all powerful hai, aik taraf all powerless hai.</w:t>
      </w:r>
    </w:p>
    <w:p>
      <w:pPr>
        <w:jc w:val="right"/>
      </w:pPr>
      <w:r>
        <w:t>اس نے ایک طرف، یعنی ال پاور فل ہے، ایک طرف ال پاور لیس ہے۔</w:t>
      </w:r>
    </w:p>
    <w:p>
      <w:r>
        <w:rPr>
          <w:b/>
        </w:rPr>
        <w:t xml:space="preserve">[29:59] </w:t>
      </w:r>
      <w:r>
        <w:t>to mein kaha karta hoon ke insaan ki yeh sab se bari sifat hai ke woh all power</w:t>
      </w:r>
    </w:p>
    <w:p>
      <w:pPr>
        <w:jc w:val="right"/>
      </w:pPr>
      <w:r>
        <w:t>تو میں کہا کرتا ہوں کہ انسان کی یہ سب سے بڑی صفت ہے کہ وہ ال پاور</w:t>
      </w:r>
    </w:p>
    <w:p>
      <w:r>
        <w:rPr>
          <w:b/>
        </w:rPr>
        <w:t xml:space="preserve">[30:06] </w:t>
      </w:r>
      <w:r>
        <w:t>ful ke muqable mein</w:t>
      </w:r>
    </w:p>
    <w:p>
      <w:pPr>
        <w:jc w:val="right"/>
      </w:pPr>
      <w:r>
        <w:t>فل کے مقابلے میں</w:t>
      </w:r>
    </w:p>
    <w:p>
      <w:r>
        <w:rPr>
          <w:b/>
        </w:rPr>
        <w:t xml:space="preserve">[30:12] </w:t>
      </w:r>
      <w:r>
        <w:t>all powerless ka dusra extend banata hai.</w:t>
      </w:r>
    </w:p>
    <w:p>
      <w:pPr>
        <w:jc w:val="right"/>
      </w:pPr>
      <w:r>
        <w:t>ال پاور لیس کا دوسرا ایکسٹینڈ بناتا ہے۔</w:t>
      </w:r>
    </w:p>
    <w:p>
      <w:r>
        <w:rPr>
          <w:b/>
        </w:rPr>
        <w:t xml:space="preserve">[30:17] </w:t>
      </w:r>
      <w:r>
        <w:t>insaan ki sab se bari khoobi yeh hai ke woh all powerful god ke muqable mein all</w:t>
      </w:r>
    </w:p>
    <w:p>
      <w:pPr>
        <w:jc w:val="right"/>
      </w:pPr>
      <w:r>
        <w:t>انسان کی سب سے بڑی خوبی یہ ہے کہ وہ ال پاور فل گاڈ کے مقابلے میں ال</w:t>
      </w:r>
    </w:p>
    <w:p>
      <w:r>
        <w:rPr>
          <w:b/>
        </w:rPr>
        <w:t xml:space="preserve">[30:22] </w:t>
      </w:r>
      <w:r>
        <w:t>powerless mind کا دوسرا ایکسٹینڈ بناتا ہے۔</w:t>
      </w:r>
    </w:p>
    <w:p>
      <w:pPr>
        <w:jc w:val="right"/>
      </w:pPr>
      <w:r>
        <w:t>پاور لیس مائنڈ کا دوسرا ایکسٹینڈ بناتا ہے۔</w:t>
      </w:r>
    </w:p>
    <w:p>
      <w:r>
        <w:rPr>
          <w:b/>
        </w:rPr>
        <w:t xml:space="preserve">[30:27] </w:t>
      </w:r>
      <w:r>
        <w:t>Jab is is had ko pahunch jaye dua to wahi dua ki agar lafz bola jaye taaqat to</w:t>
      </w:r>
    </w:p>
    <w:p>
      <w:pPr>
        <w:jc w:val="right"/>
      </w:pPr>
      <w:r>
        <w:t>جب اس اس حد کو پہنچ جائے دعا تو وہی دعا کی اگر لفظ بولا جائے طاقت تو</w:t>
      </w:r>
    </w:p>
    <w:p>
      <w:r>
        <w:rPr>
          <w:b/>
        </w:rPr>
        <w:t xml:space="preserve">[30:32] </w:t>
      </w:r>
      <w:r>
        <w:t>wahi dua ki taqat hai, aur kuch nahi hai.</w:t>
      </w:r>
    </w:p>
    <w:p>
      <w:pPr>
        <w:jc w:val="right"/>
      </w:pPr>
      <w:r>
        <w:t>وہی دعا کی طاقت ہے، اور کچھ نہیں ہے۔</w:t>
      </w:r>
    </w:p>
    <w:p>
      <w:r>
        <w:rPr>
          <w:b/>
        </w:rPr>
        <w:t xml:space="preserve">[30:37] </w:t>
      </w:r>
      <w:r>
        <w:t>سو the strength of dua is to realize one's</w:t>
      </w:r>
    </w:p>
    <w:p>
      <w:pPr>
        <w:jc w:val="right"/>
      </w:pPr>
      <w:r>
        <w:t>سو دا سٹرینتھ اف دعا از ٹو ریلائز ونز ہ</w:t>
      </w:r>
    </w:p>
    <w:p>
      <w:r>
        <w:rPr>
          <w:b/>
        </w:rPr>
        <w:t xml:space="preserve">[30:42] </w:t>
      </w:r>
      <w:r>
        <w:t>helplessness.</w:t>
      </w:r>
    </w:p>
    <w:p>
      <w:pPr>
        <w:jc w:val="right"/>
      </w:pPr>
      <w:r>
        <w:t>یلپ لیسنس۔</w:t>
      </w:r>
    </w:p>
    <w:p>
      <w:r>
        <w:rPr>
          <w:b/>
        </w:rPr>
        <w:t xml:space="preserve">[30:48] </w:t>
      </w:r>
      <w:r>
        <w:t>Maulana, this question is from Mr. Tariq Badr.</w:t>
      </w:r>
    </w:p>
    <w:p>
      <w:pPr>
        <w:jc w:val="right"/>
      </w:pPr>
      <w:r>
        <w:t>مولانا، دس کویسچن از فرام مسٹر طارق بدر۔</w:t>
      </w:r>
    </w:p>
    <w:p>
      <w:r>
        <w:rPr>
          <w:b/>
        </w:rPr>
        <w:t xml:space="preserve">[30:55] </w:t>
      </w:r>
      <w:r>
        <w:t>He wants to know why is this dua so important? Rabbi shrah li sadri, which most of the scholars</w:t>
      </w:r>
    </w:p>
    <w:p>
      <w:pPr>
        <w:jc w:val="right"/>
      </w:pPr>
      <w:r>
        <w:t>ہی وانٹس ٹو نو وائی از دس دعا سو امپورٹنٹ؟ ربی شریعلی صدری، وچ موسٹ اف دا سکالرز</w:t>
      </w:r>
    </w:p>
    <w:p>
      <w:r>
        <w:rPr>
          <w:b/>
        </w:rPr>
        <w:t xml:space="preserve">[31:01] </w:t>
      </w:r>
      <w:r>
        <w:t>read, and it is always in arabic.</w:t>
      </w:r>
    </w:p>
    <w:p>
      <w:pPr>
        <w:jc w:val="right"/>
      </w:pPr>
      <w:r>
        <w:t>ریڈ، اینڈ اٹ از الویز ان عربک۔</w:t>
      </w:r>
    </w:p>
    <w:p>
      <w:r>
        <w:rPr>
          <w:b/>
        </w:rPr>
        <w:t xml:space="preserve">[31:08] </w:t>
      </w:r>
      <w:r>
        <w:t>haan, yeh dua Hazrat Musa ki dua hai ke yeh dua Hazrat Musa ki dua hai. aur dekhiye,</w:t>
      </w:r>
    </w:p>
    <w:p>
      <w:pPr>
        <w:jc w:val="right"/>
      </w:pPr>
      <w:r>
        <w:t>ہاں، یہ دعا حضرت موسی کی دعا ہے کہ یہ دعا حضرت موسی کی دعا ہے۔ اور دیکھیے،</w:t>
      </w:r>
    </w:p>
    <w:p>
      <w:r>
        <w:rPr>
          <w:b/>
        </w:rPr>
        <w:t xml:space="preserve">[31:14] </w:t>
      </w:r>
      <w:r>
        <w:t>yeh dua jab hum parhte hain to hum apne is yaqeen ko, apne is yaqeen ko zinda karte</w:t>
      </w:r>
    </w:p>
    <w:p>
      <w:pPr>
        <w:jc w:val="right"/>
      </w:pPr>
      <w:r>
        <w:t>یہ دعا جب ہم پڑھتے ہیں تو ہم اپنے اس یقین کو، اپنے اس یقین کو زندہ کرتے</w:t>
      </w:r>
    </w:p>
    <w:p>
      <w:r>
        <w:rPr>
          <w:b/>
        </w:rPr>
        <w:t xml:space="preserve">[31:22] </w:t>
      </w:r>
      <w:r>
        <w:t>hain ke shar sadr Allah ki taraf hoga, Allah ka expression hoga, tab mein bol paunga, lekin</w:t>
      </w:r>
    </w:p>
    <w:p>
      <w:pPr>
        <w:jc w:val="right"/>
      </w:pPr>
      <w:r>
        <w:t>ہیں کہ شر صدر اللہ کی طرف ہوگا، اللہ کا ایکسپریشن ہوگا، تب میں بول پاؤں گا، لیکن</w:t>
      </w:r>
    </w:p>
    <w:p>
      <w:r>
        <w:rPr>
          <w:b/>
        </w:rPr>
        <w:t xml:space="preserve">[31:30] </w:t>
      </w:r>
      <w:r>
        <w:t>nahi bol paunga.</w:t>
      </w:r>
    </w:p>
    <w:p>
      <w:pPr>
        <w:jc w:val="right"/>
      </w:pPr>
      <w:r>
        <w:t>نہیں بول پاؤں گا۔</w:t>
      </w:r>
    </w:p>
    <w:p>
      <w:r>
        <w:rPr>
          <w:b/>
        </w:rPr>
        <w:t xml:space="preserve">[31:38] </w:t>
      </w:r>
      <w:r>
        <w:t>sach poochein to yeh apne is yaqeen ka izhaar hai, aur yeh aik waqia hai ke</w:t>
      </w:r>
    </w:p>
    <w:p>
      <w:pPr>
        <w:jc w:val="right"/>
      </w:pPr>
      <w:r>
        <w:t>سچ پوچھیں تو یہ اپنے اس یقین کا اظہار ہے، اور یہ ایک واقعہ ہے کہ</w:t>
      </w:r>
    </w:p>
    <w:p>
      <w:r>
        <w:rPr>
          <w:b/>
        </w:rPr>
        <w:t xml:space="preserve">[31:46] </w:t>
      </w:r>
      <w:r>
        <w:t>ke jo kuch hamein mila hua hai, yani power of speech, woh woh kis ne di hai? Allah</w:t>
      </w:r>
    </w:p>
    <w:p>
      <w:pPr>
        <w:jc w:val="right"/>
      </w:pPr>
      <w:r>
        <w:t>کہ جو کچھ ہمیں ملا ہوا ہے، یعنی پاور اف سپیچ، وہ وہ کس نے دی ہے؟ اللہ</w:t>
      </w:r>
    </w:p>
    <w:p>
      <w:r>
        <w:rPr>
          <w:b/>
        </w:rPr>
        <w:t xml:space="preserve">[31:52] </w:t>
      </w:r>
      <w:r>
        <w:t>ne di hai.</w:t>
      </w:r>
    </w:p>
    <w:p>
      <w:pPr>
        <w:jc w:val="right"/>
      </w:pPr>
      <w:r>
        <w:t>نے دی ہے۔</w:t>
      </w:r>
    </w:p>
    <w:p>
      <w:r>
        <w:rPr>
          <w:b/>
        </w:rPr>
        <w:t xml:space="preserve">[31:58] </w:t>
      </w:r>
      <w:r>
        <w:t>bolne ki taqat Allah ne di hai, sochne ki taqat Allah ne di hai, hatta ke qalam pakadne</w:t>
      </w:r>
    </w:p>
    <w:p>
      <w:pPr>
        <w:jc w:val="right"/>
      </w:pPr>
      <w:r>
        <w:t>بولنے کی طاقت اللہ نے دی ہے، سوچنے کی طاقت اللہ نے دی ہے، حتی کہ قلم پکڑنے</w:t>
      </w:r>
    </w:p>
    <w:p>
      <w:r>
        <w:rPr>
          <w:b/>
        </w:rPr>
        <w:t xml:space="preserve">[32:04] </w:t>
      </w:r>
      <w:r>
        <w:t>کی طاقت میرے ہاتھ میں جب یہ ہوا تھا، یعنی electric burn، تو میں قلم کو نہیں پکڑ سکتا تھا۔</w:t>
      </w:r>
    </w:p>
    <w:p>
      <w:pPr>
        <w:jc w:val="right"/>
      </w:pPr>
      <w:r>
        <w:t>کی طاقت میرے ہاتھ میں جب یہ ہوا تھا، یعنی الیکٹرک برن، تو میں قلم کو نہیں پکڑ سکتا تھا۔</w:t>
      </w:r>
    </w:p>
    <w:p>
      <w:r>
        <w:rPr>
          <w:b/>
        </w:rPr>
        <w:t xml:space="preserve">[32:11] </w:t>
      </w:r>
      <w:r>
        <w:t>pakadta tha, qalam gir jata tha, qalam chhoot ke gir jata tha.</w:t>
      </w:r>
    </w:p>
    <w:p>
      <w:pPr>
        <w:jc w:val="right"/>
      </w:pPr>
      <w:r>
        <w:t>پکڑتا تھا، قلم گر جاتا تھا، قلم چھوٹ کے گر جاتا تھا۔</w:t>
      </w:r>
    </w:p>
    <w:p>
      <w:r>
        <w:rPr>
          <w:b/>
        </w:rPr>
        <w:t xml:space="preserve">[32:17] </w:t>
      </w:r>
      <w:r>
        <w:t>ابھی جب مجھے بمبے میں جو مجھے حادثہ ہوا تو میری mind جو ہے کام نہیں کر رہا</w:t>
      </w:r>
    </w:p>
    <w:p>
      <w:pPr>
        <w:jc w:val="right"/>
      </w:pPr>
      <w:r>
        <w:t>ابھی جب مجھے بمبے میں جو مجھے حادثہ ہوا تو میری مائنڈ جو ہے کام نہیں کر رہا</w:t>
      </w:r>
    </w:p>
    <w:p>
      <w:r>
        <w:rPr>
          <w:b/>
        </w:rPr>
        <w:t xml:space="preserve">[32:22] </w:t>
      </w:r>
      <w:r>
        <w:t>tha, hatta ke aap ko pehchanta nahi tha.</w:t>
      </w:r>
    </w:p>
    <w:p>
      <w:pPr>
        <w:jc w:val="right"/>
      </w:pPr>
      <w:r>
        <w:t>تھا، حتی کہ آپ کو پہچانتا نہیں تھا۔</w:t>
      </w:r>
    </w:p>
    <w:p>
      <w:r>
        <w:rPr>
          <w:b/>
        </w:rPr>
        <w:t xml:space="preserve">[32:27] </w:t>
      </w:r>
      <w:r>
        <w:t>to kaha ke pehchanne ki taqat, sochne ki taqat, qalam pakadne ki taqat, woh sab Allah ne di hai.</w:t>
      </w:r>
    </w:p>
    <w:p>
      <w:pPr>
        <w:jc w:val="right"/>
      </w:pPr>
      <w:r>
        <w:t>تو کہا کہ پہچاننے کی طاقت، سوچنے کی طاقت، قلم پکڑنے کی طاقت، وہ سب اللہ نے دی ہے۔</w:t>
      </w:r>
    </w:p>
    <w:p>
      <w:r>
        <w:rPr>
          <w:b/>
        </w:rPr>
        <w:t xml:space="preserve">[32:32] </w:t>
      </w:r>
      <w:r>
        <w:t>agar be zaati hoti to baqi rehti.</w:t>
      </w:r>
    </w:p>
    <w:p>
      <w:pPr>
        <w:jc w:val="right"/>
      </w:pPr>
      <w:r>
        <w:t>اگر بے ذاتی ہوتی تو باقی رہتی۔</w:t>
      </w:r>
    </w:p>
    <w:p>
      <w:r>
        <w:rPr>
          <w:b/>
        </w:rPr>
        <w:t xml:space="preserve">[32:37] </w:t>
      </w:r>
      <w:r>
        <w:t>qalam pakadne ki taqat agar meri zaati hoti to hamesha baqi rehti.</w:t>
      </w:r>
    </w:p>
    <w:p>
      <w:pPr>
        <w:jc w:val="right"/>
      </w:pPr>
      <w:r>
        <w:t>قلم پکڑنے کی طاقت اگر میری ذاتی ہوتی تو ہمیشہ باقی رہتی۔</w:t>
      </w:r>
    </w:p>
    <w:p>
      <w:r>
        <w:rPr>
          <w:b/>
        </w:rPr>
        <w:t xml:space="preserve">[32:42] </w:t>
      </w:r>
      <w:r>
        <w:t>sochne ki taqat meri zaati hoti to mein woh baqi rehti</w:t>
      </w:r>
    </w:p>
    <w:p>
      <w:pPr>
        <w:jc w:val="right"/>
      </w:pPr>
      <w:r>
        <w:t>سوچنے کی طاقت میری ذاتی ہوتی تو میں وہ باقی رہتی</w:t>
      </w:r>
    </w:p>
    <w:p>
      <w:r>
        <w:rPr>
          <w:b/>
        </w:rPr>
        <w:t xml:space="preserve">[32:47] </w:t>
      </w:r>
      <w:r>
        <w:t>—</w:t>
      </w:r>
    </w:p>
    <w:p>
      <w:pPr>
        <w:jc w:val="right"/>
      </w:pPr>
      <w:r>
        <w:t>۔</w:t>
      </w:r>
    </w:p>
    <w:p>
      <w:r>
        <w:rPr>
          <w:b/>
        </w:rPr>
        <w:t xml:space="preserve">[32:52] </w:t>
      </w:r>
      <w:r>
        <w:t>to is ka baqi na rehna aik baat saboot hai ke woh aik aik given gift hai.</w:t>
      </w:r>
    </w:p>
    <w:p>
      <w:pPr>
        <w:jc w:val="right"/>
      </w:pPr>
      <w:r>
        <w:t>تو اس کا باقی نہ رہنا ایک بات ثبوت ہے کہ وہ ایک ایک گیون گفٹ ہے۔</w:t>
      </w:r>
    </w:p>
    <w:p>
      <w:r>
        <w:rPr>
          <w:b/>
        </w:rPr>
        <w:t xml:space="preserve">[32:57] </w:t>
      </w:r>
      <w:r>
        <w:t>to hum is ka eteraaf karte hain.</w:t>
      </w:r>
    </w:p>
    <w:p>
      <w:pPr>
        <w:jc w:val="right"/>
      </w:pPr>
      <w:r>
        <w:t>تو ہم اس کا اعتراف کرتے ہیں۔</w:t>
      </w:r>
    </w:p>
    <w:p>
      <w:r>
        <w:rPr>
          <w:b/>
        </w:rPr>
        <w:t xml:space="preserve">[33:02] </w:t>
      </w:r>
      <w:r>
        <w:t>جب ہم پڑھتے ہیں ربی شریعلی صدری تو ہم کو acknowledge کرتے ہیں اس بات کو کہ خدایا</w:t>
      </w:r>
    </w:p>
    <w:p>
      <w:pPr>
        <w:jc w:val="right"/>
      </w:pPr>
      <w:r>
        <w:t>جب ہم پڑھتے ہیں ربی شریعلی صدری تو ہم کو اکنالج کرتے ہیں اس بات کو کہ خدایا</w:t>
      </w:r>
    </w:p>
    <w:p>
      <w:r>
        <w:rPr>
          <w:b/>
        </w:rPr>
        <w:t xml:space="preserve">[33:07] </w:t>
      </w:r>
      <w:r>
        <w:t>to teri teri madad haasil hote hue bolunga, to hi mein qalam pakroonga, to hi mein sochunga.</w:t>
      </w:r>
    </w:p>
    <w:p>
      <w:pPr>
        <w:jc w:val="right"/>
      </w:pPr>
      <w:r>
        <w:t>تو تیری تیری مدد حاصل ہوتے ہوئے بولوں گا، تو ہی میں قلم پکڑوں گا، تو ہی میں سوچوں گا۔</w:t>
      </w:r>
    </w:p>
    <w:p>
      <w:r>
        <w:rPr>
          <w:b/>
        </w:rPr>
        <w:t xml:space="preserve">[33:12] </w:t>
      </w:r>
      <w:r>
        <w:t>سچ پوچھیں تو یہ acknowledgement ہے۔ ربی ش</w:t>
      </w:r>
    </w:p>
    <w:p>
      <w:pPr>
        <w:jc w:val="right"/>
      </w:pPr>
      <w:r>
        <w:t>سچ پوچھیں تو یہ اکنالجمنٹ ہے۔ ربی ش</w:t>
      </w:r>
    </w:p>
    <w:p>
      <w:r>
        <w:rPr>
          <w:b/>
        </w:rPr>
        <w:t xml:space="preserve">[33:17] </w:t>
      </w:r>
      <w:r>
        <w:t>yah ek acknowledgement hai Allah ke all powerful hone ka. Phir dusri baat yah hai ki inspiration Allah ki taraf se aata hai, jise main khud apna tajruba batata hoon aap ko. Main hamesha padhta hoon, yani jab main stage pe bolta hoon to aisa lagta hai ki meaning jo hai mere mind mein instill ho rahi hai. Yani ek jumla kahne ke baad jo agla jo jumla</w:t>
      </w:r>
    </w:p>
    <w:p>
      <w:pPr>
        <w:jc w:val="right"/>
      </w:pPr>
      <w:r>
        <w:t>ریعلی صدری یہ اکنالجمنٹ ہے اللہ کے ال پاور فل ہونے کا۔ پھر دوسری بات یہ ہے کہ انسپیریشن اللہ کی طرف سے آتا ہے، جسے میں خود اپنا تجربہ بتاتا ہوں آپ کو۔ میں ہمیشہ پڑھتا ہوں، یعنی جب میں اسٹیج پہ بولتا ہوں تو ایسا لگتا ہے کہ میننگ جو ہے میرے مائنڈ میں انسٹل ہو رہی ہے۔ یعنی ایک جملہ کہنے کے بعد جو اگلا جو جملہ</w:t>
      </w:r>
    </w:p>
    <w:p>
      <w:r>
        <w:rPr>
          <w:b/>
        </w:rPr>
        <w:t xml:space="preserve">[33:47] </w:t>
      </w:r>
      <w:r>
        <w:t>بولنا ہے مجھے، وہ install install ہوتا ہے۔</w:t>
      </w:r>
    </w:p>
    <w:p>
      <w:pPr>
        <w:jc w:val="right"/>
      </w:pPr>
      <w:r>
        <w:t>بولنا ہے مجھے، وہ انسٹل انسٹل ہوتا ہے۔</w:t>
      </w:r>
    </w:p>
    <w:p>
      <w:r>
        <w:rPr>
          <w:b/>
        </w:rPr>
        <w:t xml:space="preserve">[33:53] </w:t>
      </w:r>
      <w:r>
        <w:t>aisa nahi ke jaise haafiz quran ka haafiza kiye hue woh parhta chala jaye ga, parhta chala jaye ga.</w:t>
      </w:r>
    </w:p>
    <w:p>
      <w:pPr>
        <w:jc w:val="right"/>
      </w:pPr>
      <w:r>
        <w:t>ایسا نہیں کہ جیسے حافظ قرآن کا حافظہ کیے ہوئے وہ پڑھتا چلا جائے گا، پڑھتا چلا جائے گا۔</w:t>
      </w:r>
    </w:p>
    <w:p>
      <w:r>
        <w:rPr>
          <w:b/>
        </w:rPr>
        <w:t xml:space="preserve">[33:59] </w:t>
      </w:r>
      <w:r>
        <w:t>aisa nahi hota mera, aisa nahi hota ke mein haafiza kiya hua hoon aur bolta chala ja raha</w:t>
      </w:r>
    </w:p>
    <w:p>
      <w:pPr>
        <w:jc w:val="right"/>
      </w:pPr>
      <w:r>
        <w:t>ایسا نہیں ہوتا میرا، ایسا نہیں ہوتا کہ میں حافظہ کیا ہوا ہوں اور بولتا چلا جا رہا</w:t>
      </w:r>
    </w:p>
    <w:p>
      <w:r>
        <w:rPr>
          <w:b/>
        </w:rPr>
        <w:t xml:space="preserve">[34:05] </w:t>
      </w:r>
      <w:r>
        <w:t>hoon, balkay bol raha hoon aur taqreer se pehle socha bhi nahi kiya bolna hai.</w:t>
      </w:r>
    </w:p>
    <w:p>
      <w:pPr>
        <w:jc w:val="right"/>
      </w:pPr>
      <w:r>
        <w:t>ہوں، بلکہ بول رہا ہوں اور تقریر سے پہلے سوچا بھی نہیں کیا بولنا ہے۔</w:t>
      </w:r>
    </w:p>
    <w:p>
      <w:r>
        <w:rPr>
          <w:b/>
        </w:rPr>
        <w:t xml:space="preserve">[34:11] </w:t>
      </w:r>
      <w:r>
        <w:t>بولتا جاتا ہوں اور اور خیالات install ہوتے چلے جا رہے ہیں۔</w:t>
      </w:r>
    </w:p>
    <w:p>
      <w:pPr>
        <w:jc w:val="right"/>
      </w:pPr>
      <w:r>
        <w:t>بولتا جاتا ہوں اور اور خیالات انسٹل ہوتے چلے جا رہے ہیں۔</w:t>
      </w:r>
    </w:p>
    <w:p>
      <w:r>
        <w:rPr>
          <w:b/>
        </w:rPr>
        <w:t xml:space="preserve">[34:17] </w:t>
      </w:r>
      <w:r>
        <w:t>yeh bohat anokha tajurba hai.</w:t>
      </w:r>
    </w:p>
    <w:p>
      <w:pPr>
        <w:jc w:val="right"/>
      </w:pPr>
      <w:r>
        <w:t>یہ بہت انوکھا تجربہ ہے۔</w:t>
      </w:r>
    </w:p>
    <w:p>
      <w:r>
        <w:rPr>
          <w:b/>
        </w:rPr>
        <w:t xml:space="preserve">[34:23] </w:t>
      </w:r>
      <w:r>
        <w:t>yeh sab Rabbi sharaheli sadri ki dua ki wajah se hota hai.</w:t>
      </w:r>
    </w:p>
    <w:p>
      <w:pPr>
        <w:jc w:val="right"/>
      </w:pPr>
      <w:r>
        <w:t>یہ سب ربی شریعلی صدری کی دعا کی وجہ سے ہوتا ہے۔</w:t>
      </w:r>
    </w:p>
    <w:p>
      <w:r>
        <w:rPr>
          <w:b/>
        </w:rPr>
        <w:t xml:space="preserve">[34:29] </w:t>
      </w:r>
      <w:r>
        <w:t>yeh to Rabbi sharaheli, Rabbi sharaheli sadri ki jo dua hai, woh bohat hi important hai.</w:t>
      </w:r>
    </w:p>
    <w:p>
      <w:pPr>
        <w:jc w:val="right"/>
      </w:pPr>
      <w:r>
        <w:t>یہ تو ربی شریعلی، ربی شریعلی صدری کی جو دعا ہے، وہ بہت ہی امپورٹنٹ ہے۔</w:t>
      </w:r>
    </w:p>
    <w:p>
      <w:r>
        <w:rPr>
          <w:b/>
        </w:rPr>
        <w:t xml:space="preserve">[34:35] </w:t>
      </w:r>
      <w:r>
        <w:t>is mein hum aik taraf acknowledge karte hain ke Allah yeh Allah giver hai, koi doosra giver nahi.</w:t>
      </w:r>
    </w:p>
    <w:p>
      <w:pPr>
        <w:jc w:val="right"/>
      </w:pPr>
      <w:r>
        <w:t>اس میں ہم ایک طرف اکنالج کرتے ہیں کہ اللہ یہ اللہ گیور ہے، کوئی دوسرا گیور نہیں۔</w:t>
      </w:r>
    </w:p>
    <w:p>
      <w:r>
        <w:rPr>
          <w:b/>
        </w:rPr>
        <w:t xml:space="preserve">[34:41] </w:t>
      </w:r>
      <w:r>
        <w:t>aur doosra aik us waqt jab hum zaroorat mand hain, jab</w:t>
      </w:r>
    </w:p>
    <w:p>
      <w:pPr>
        <w:jc w:val="right"/>
      </w:pPr>
      <w:r>
        <w:t>اور دوسرا ایک اس وقت جب ہم ضرورت مند ہیں، جب</w:t>
      </w:r>
    </w:p>
    <w:p>
      <w:r>
        <w:rPr>
          <w:b/>
        </w:rPr>
        <w:t xml:space="preserve">[34:47] </w:t>
      </w:r>
      <w:r>
        <w:t>ham bol rahe hain, speech de rahe hain, us vaqt aur bhi zaruratmand tha hamein ki ki Allah ka inspiration mujhe continuously milta rahe. To mera apna tajruba yah hai ki continuously instil hote hain, yani vah is inspiration aata rahta hai, aadmi bolta rahta hai, bolta rahta hai, bolta rahta hai. Yahan kahin full stop aa jata hai. So to yah to bilkul durust hai, yah padhna bilkul sahi sahi hai. So the importance of reading this prayer Maulana is</w:t>
      </w:r>
    </w:p>
    <w:p>
      <w:pPr>
        <w:jc w:val="right"/>
      </w:pPr>
      <w:r>
        <w:t>ہم بول رہے ہیں، سپیچ دے رہے ہیں، اس وقت اور بھی ضرورت مند تھا ہمیں کہ کہ اللہ کا انسپیریشن مجھے کنٹینیوسلی ملتا رہے۔ تو میرا اپنا تجربہ یہ ہے کہ کنٹینیوسلی انسٹل ہوتے ہیں، یعنی وہ اس انسپیریشن آتا رہتا ہے، آدمی بولتا رہتا ہے، بولتا رہتا ہے، بولتا رہتا ہے۔ یہاں کہیں فل اسٹاپ آ جاتا ہے۔ سو تو یہ تو بالکل درست ہے، یہ پڑھنا بالکل صحیح صحیح ہے۔ سو دا امپورٹنس اف ریڈنگ دس پریر مولانا از</w:t>
      </w:r>
    </w:p>
    <w:p>
      <w:r>
        <w:rPr>
          <w:b/>
        </w:rPr>
        <w:t xml:space="preserve">[35:17] </w:t>
      </w:r>
      <w:r>
        <w:t>That we are acknowledging that all our abilities have been given to us by God.</w:t>
      </w:r>
    </w:p>
    <w:p>
      <w:pPr>
        <w:jc w:val="right"/>
      </w:pPr>
      <w:r>
        <w:t>دیٹ وی آر اکنالجنگ دیٹ ال اور ایبیلیٹیز ہیو بین گیون ٹو اس بائے گاڈ۔</w:t>
      </w:r>
    </w:p>
    <w:p>
      <w:r>
        <w:rPr>
          <w:b/>
        </w:rPr>
        <w:t xml:space="preserve">[35:22] </w:t>
      </w:r>
      <w:r>
        <w:t>Our speaking, our sight, our hearing, and even our thinking ability has been given to us by God.</w:t>
      </w:r>
    </w:p>
    <w:p>
      <w:pPr>
        <w:jc w:val="right"/>
      </w:pPr>
      <w:r>
        <w:t>ار سپیکنگ، ار سائٹ، ار ہیئرنگ، اینڈ ایون ار تھنکنگ ایبیلیٹی ہیز بین گیون ٹو اس بائے گاڈ۔</w:t>
      </w:r>
    </w:p>
    <w:p>
      <w:r>
        <w:rPr>
          <w:b/>
        </w:rPr>
        <w:t xml:space="preserve">[35:27] </w:t>
      </w:r>
      <w:r>
        <w:t>So when we say Rabbi shrah li sadri, we are acknowledging this fact.</w:t>
      </w:r>
    </w:p>
    <w:p>
      <w:pPr>
        <w:jc w:val="right"/>
      </w:pPr>
      <w:r>
        <w:t>سو وین وی سے ربی شریعلی صدری، وی آر اکنالجنگ دس فیکٹ۔</w:t>
      </w:r>
    </w:p>
    <w:p>
      <w:r>
        <w:rPr>
          <w:b/>
        </w:rPr>
        <w:t xml:space="preserve">[35:33] </w:t>
      </w:r>
      <w:r>
        <w:t>maulana, you said that we can pray in our mother tongue.</w:t>
      </w:r>
    </w:p>
    <w:p>
      <w:pPr>
        <w:jc w:val="right"/>
      </w:pPr>
      <w:r>
        <w:t>مولانا، یو سیڈ دیٹ وی کین پری ان اور مدر ٹنگ۔</w:t>
      </w:r>
    </w:p>
    <w:p>
      <w:r>
        <w:rPr>
          <w:b/>
        </w:rPr>
        <w:t xml:space="preserve">[35:38] </w:t>
      </w:r>
      <w:r>
        <w:t>a person has asked, Mr Dani has asked, if dua is not necessary in Arabic, then why we</w:t>
      </w:r>
    </w:p>
    <w:p>
      <w:pPr>
        <w:jc w:val="right"/>
      </w:pPr>
      <w:r>
        <w:t>ا پرسن ہیز اسکڈ، مسٹر دنی ہیز اسکڈ، اف دعا از ناٹ نیسیسری ان عربک، دین وائی وی</w:t>
      </w:r>
    </w:p>
    <w:p>
      <w:r>
        <w:rPr>
          <w:b/>
        </w:rPr>
        <w:t xml:space="preserve">[35:43] </w:t>
      </w:r>
      <w:r>
        <w:t>learn the namaz</w:t>
      </w:r>
    </w:p>
    <w:p>
      <w:pPr>
        <w:jc w:val="right"/>
      </w:pPr>
      <w:r>
        <w:t>لرن دا نماز</w:t>
      </w:r>
    </w:p>
    <w:p>
      <w:r>
        <w:rPr>
          <w:b/>
        </w:rPr>
        <w:t xml:space="preserve">[35:48] </w:t>
      </w:r>
      <w:r>
        <w:t>in Arabic? why we don't do it in our mother tongue? dekhen, namaz ka mamla alag hai, namaz</w:t>
      </w:r>
    </w:p>
    <w:p>
      <w:pPr>
        <w:jc w:val="right"/>
      </w:pPr>
      <w:r>
        <w:t>ان عربک؟ وائی وی ڈونٹ ڈو اٹ ان اور مدر ٹنگ؟ دیکھیں، نماز کا معاملہ الگ ہے، نماز</w:t>
      </w:r>
    </w:p>
    <w:p>
      <w:r>
        <w:rPr>
          <w:b/>
        </w:rPr>
        <w:t xml:space="preserve">[35:54] </w:t>
      </w:r>
      <w:r>
        <w:t>ka mamla alag hai.</w:t>
      </w:r>
    </w:p>
    <w:p>
      <w:pPr>
        <w:jc w:val="right"/>
      </w:pPr>
      <w:r>
        <w:t>کا معاملہ الگ ہے۔</w:t>
      </w:r>
    </w:p>
    <w:p>
      <w:r>
        <w:rPr>
          <w:b/>
        </w:rPr>
        <w:t xml:space="preserve">[36:00] </w:t>
      </w:r>
      <w:r>
        <w:t>agarche yaani Imam Abu Hanifa ne fatwa diya tha ke non muslim Persian mein namaz parh sakta hai, Persian</w:t>
      </w:r>
    </w:p>
    <w:p>
      <w:pPr>
        <w:jc w:val="right"/>
      </w:pPr>
      <w:r>
        <w:t>اگرچہ یعنی اماں بونفہ نے فتوی دیا تھا کہ نان مسلم پرشین میں نماز پڑھ سکتا ہے، پرشین</w:t>
      </w:r>
    </w:p>
    <w:p>
      <w:r>
        <w:rPr>
          <w:b/>
        </w:rPr>
        <w:t xml:space="preserve">[36:06] </w:t>
      </w:r>
      <w:r>
        <w:t>mein agar us ko Arabic nahi aati, lekin yeh ideal shakal nahi hai.</w:t>
      </w:r>
    </w:p>
    <w:p>
      <w:pPr>
        <w:jc w:val="right"/>
      </w:pPr>
      <w:r>
        <w:t>میں اگر اس کو عربی نہیں آتی، لیکن یہ آئیڈیل شکل نہیں ہے۔</w:t>
      </w:r>
    </w:p>
    <w:p>
      <w:r>
        <w:rPr>
          <w:b/>
        </w:rPr>
        <w:t xml:space="preserve">[36:12] </w:t>
      </w:r>
      <w:r>
        <w:t>aadmi ko Arabic seekhna chahiye</w:t>
      </w:r>
    </w:p>
    <w:p>
      <w:pPr>
        <w:jc w:val="right"/>
      </w:pPr>
      <w:r>
        <w:t>آدمی کو عربی سیکھنا چاہیے</w:t>
      </w:r>
    </w:p>
    <w:p>
      <w:r>
        <w:rPr>
          <w:b/>
        </w:rPr>
        <w:t xml:space="preserve">[36:18] </w:t>
      </w:r>
      <w:r>
        <w:t>kyunki namaz jo hai aik prescribed form mein chal sakti hai.</w:t>
      </w:r>
    </w:p>
    <w:p>
      <w:pPr>
        <w:jc w:val="right"/>
      </w:pPr>
      <w:r>
        <w:t>کیونکہ نماز جو ہے ایک پریسکرائب فارمی میں چل سکتی ہے۔</w:t>
      </w:r>
    </w:p>
    <w:p>
      <w:r>
        <w:rPr>
          <w:b/>
        </w:rPr>
        <w:t xml:space="preserve">[36:23] </w:t>
      </w:r>
      <w:r>
        <w:t>kyunki is ko hum congregational mein parhte hain, jamaat ki shakal mein parhte hain.</w:t>
      </w:r>
    </w:p>
    <w:p>
      <w:pPr>
        <w:jc w:val="right"/>
      </w:pPr>
      <w:r>
        <w:t>کیونکہ اس کو ہم کانگریشنل میں پڑھتے ہیں، جماعت کی شکل میں پڑھتے ہیں۔</w:t>
      </w:r>
    </w:p>
    <w:p>
      <w:r>
        <w:rPr>
          <w:b/>
        </w:rPr>
        <w:t xml:space="preserve">[36:28] </w:t>
      </w:r>
      <w:r>
        <w:t>to jamaat ki shakal mein jab hai to jab tak aik precise is ka form na ho to</w:t>
      </w:r>
    </w:p>
    <w:p>
      <w:pPr>
        <w:jc w:val="right"/>
      </w:pPr>
      <w:r>
        <w:t>تو جماعت کی شکل میں جب ہے تو جب تک ایک پریسائز اس کا فارم نہ ہو تو</w:t>
      </w:r>
    </w:p>
    <w:p>
      <w:r>
        <w:rPr>
          <w:b/>
        </w:rPr>
        <w:t xml:space="preserve">[36:33] </w:t>
      </w:r>
      <w:r>
        <w:t>kese hoga? koi kuch kahe ga, koi kuch kahe ga, koi kuch kahe ga.</w:t>
      </w:r>
    </w:p>
    <w:p>
      <w:pPr>
        <w:jc w:val="right"/>
      </w:pPr>
      <w:r>
        <w:t>کیسے ہوگا؟ کوئی کچھ کہے گا، کوئی کچھ کہے گا، کوئی کچھ کہے گا۔</w:t>
      </w:r>
    </w:p>
    <w:p>
      <w:r>
        <w:rPr>
          <w:b/>
        </w:rPr>
        <w:t xml:space="preserve">[36:38] </w:t>
      </w:r>
      <w:r>
        <w:t>akele ki dua to aap bhi mother tongue ki jiye to koi harj nahi hai, lekin jo jamaat ki</w:t>
      </w:r>
    </w:p>
    <w:p>
      <w:pPr>
        <w:jc w:val="right"/>
      </w:pPr>
      <w:r>
        <w:t>اکیلے کی دعا تو آپ بھی مدر ٹنگ کیجئے تو کوئی حرج نہیں ہے، لیکن جو جماعت کی</w:t>
      </w:r>
    </w:p>
    <w:p>
      <w:r>
        <w:rPr>
          <w:b/>
        </w:rPr>
        <w:t xml:space="preserve">[36:43] </w:t>
      </w:r>
      <w:r>
        <w:t>namaz hai, yaani</w:t>
      </w:r>
    </w:p>
    <w:p>
      <w:pPr>
        <w:jc w:val="right"/>
      </w:pPr>
      <w:r>
        <w:t>نماز ہے، یعنی</w:t>
      </w:r>
    </w:p>
    <w:p>
      <w:r>
        <w:rPr>
          <w:b/>
        </w:rPr>
        <w:t xml:space="preserve">[36:48] </w:t>
      </w:r>
      <w:r>
        <w:t>congressional prayer jo hai. vah aisa kare to anarchy paida ho jayegi. vah to sab ke ek zubanon mein chahiye. is liye namaz ke liye arabi zaruri hai, lekin zaati dua ke liye arabi zaruri nahin hai. So when we read namaz, we read it in Arabic, because there is a particular prescribed form of namaz. But when we pray individually, we can pray in our own mother tongue. Maulana, this question has come from Mr. Usman Farooq. Maulana, you</w:t>
      </w:r>
    </w:p>
    <w:p>
      <w:pPr>
        <w:jc w:val="right"/>
      </w:pPr>
      <w:r>
        <w:t>کانگریشنل پریر جو ہے۔ وہ ایسا کرے تو انارکی پیدا ہو جائے گی۔ وہ تو سب کے ایک زبانوں میں چاہیے۔ اس لیے نماز کے لیے عربی ضروری ہے، لیکن ذاتی دعا کے لیے عربی ضروری نہیں ہے۔ سو وین وی ریڈ نماز، وی ریڈ اٹ ان عربک، بیکاز دیر از ا پرٹیکولر پریسکرائبڈ فارم اف نماز۔ بٹ وین وی پری انڈیویجولی، وی کین پری ان اور اون مدر ٹنگ۔ مولانا، دس کویسچن ہیز کم فرام مسٹر عثمان فاروق۔ مولانا، یو</w:t>
      </w:r>
    </w:p>
    <w:p>
      <w:r>
        <w:rPr>
          <w:b/>
        </w:rPr>
        <w:t xml:space="preserve">[37:18] </w:t>
      </w:r>
      <w:r>
        <w:t>said that everything is according to the Christian plan of God. So his question is that if everything is according to plan, then why do we do dua? Please elaborate. Nahin, dekhiye, yah itna yah bahut hi zyada complex issue hai. Yah insan ka mind is ko is ko sam</w:t>
      </w:r>
    </w:p>
    <w:p>
      <w:pPr>
        <w:jc w:val="right"/>
      </w:pPr>
      <w:r>
        <w:t>سیڈ دیٹ ایوری تھنگ از اکارڈنگ ٹو دا کریشن پلان اف گاڈ۔ سو ہز کویسچن از دیٹ اف ایوری تھنگ از اکارڈنگ ٹو پلان، دین وائی ڈو وی ڈو دعا؟ پلیز الیبریٹ۔ نہیں، دیکھیے، یہ اتنا یہ بہت ہی زیادہ کمپلیکس ایشو ہے۔ یہ انسان کا مائنڈ اس کو اس کو سم</w:t>
      </w:r>
    </w:p>
    <w:p>
      <w:r>
        <w:rPr>
          <w:b/>
        </w:rPr>
        <w:t xml:space="preserve">[37:48] </w:t>
      </w:r>
      <w:r>
        <w:t>jh nahi sakta ke itne bade universe mein ek sol system hai, us par ek zameen hai, us</w:t>
      </w:r>
    </w:p>
    <w:p>
      <w:pPr>
        <w:jc w:val="right"/>
      </w:pPr>
      <w:r>
        <w:t>جھ نہیں سکتا کہ اتنے بڑے یونیورس میں ایک سول سسٹم ہے، اس پر ایک زمین ہے، اس</w:t>
      </w:r>
    </w:p>
    <w:p>
      <w:r>
        <w:rPr>
          <w:b/>
        </w:rPr>
        <w:t xml:space="preserve">[37:52] </w:t>
      </w:r>
      <w:r>
        <w:t>par ek insaan hai, us par wo ek suraj hai.</w:t>
      </w:r>
    </w:p>
    <w:p>
      <w:pPr>
        <w:jc w:val="right"/>
      </w:pPr>
      <w:r>
        <w:t>پر ایک انسان ہے، اس پر وہ ایک سورج ہے۔</w:t>
      </w:r>
    </w:p>
    <w:p>
      <w:r>
        <w:rPr>
          <w:b/>
        </w:rPr>
        <w:t xml:space="preserve">[37:56] </w:t>
      </w:r>
      <w:r>
        <w:t>ye bohat hi complex jo hai insaan ka issue.</w:t>
      </w:r>
    </w:p>
    <w:p>
      <w:pPr>
        <w:jc w:val="right"/>
      </w:pPr>
      <w:r>
        <w:t>یہ بہت ہی کمپلیکس جو ہے انسان کا ایشو۔</w:t>
      </w:r>
    </w:p>
    <w:p>
      <w:r>
        <w:rPr>
          <w:b/>
        </w:rPr>
        <w:t xml:space="preserve">[38:01] </w:t>
      </w:r>
      <w:r>
        <w:t>to hum sari baaton ko hum jaan hi nahi sakte ke kahan hamari az hai aur kahan Allah</w:t>
      </w:r>
    </w:p>
    <w:p>
      <w:pPr>
        <w:jc w:val="right"/>
      </w:pPr>
      <w:r>
        <w:t>تو ہم ساری باتوں کو ہم جان ہی نہیں سکتے کہ کہاں ہماری از ہے اور کہاں اللہ</w:t>
      </w:r>
    </w:p>
    <w:p>
      <w:r>
        <w:rPr>
          <w:b/>
        </w:rPr>
        <w:t xml:space="preserve">[38:05] </w:t>
      </w:r>
      <w:r>
        <w:t>ko wahan par intervene karna hai.</w:t>
      </w:r>
    </w:p>
    <w:p>
      <w:pPr>
        <w:jc w:val="right"/>
      </w:pPr>
      <w:r>
        <w:t>کو وہاں پر انٹروین کرنا ہے۔</w:t>
      </w:r>
    </w:p>
    <w:p>
      <w:r>
        <w:rPr>
          <w:b/>
        </w:rPr>
        <w:t xml:space="preserve">[38:09] </w:t>
      </w:r>
      <w:r>
        <w:t>ye hum samajh nahi sakte.</w:t>
      </w:r>
    </w:p>
    <w:p>
      <w:pPr>
        <w:jc w:val="right"/>
      </w:pPr>
      <w:r>
        <w:t>یہ ہم سمجھ نہیں سکتے۔</w:t>
      </w:r>
    </w:p>
    <w:p>
      <w:r>
        <w:rPr>
          <w:b/>
        </w:rPr>
        <w:t xml:space="preserve">[38:14] </w:t>
      </w:r>
      <w:r>
        <w:t>hum sirf apni hajat ko samajhte hain, hajat ko. ba</w:t>
      </w:r>
    </w:p>
    <w:p>
      <w:pPr>
        <w:jc w:val="right"/>
      </w:pPr>
      <w:r>
        <w:t>ہم صرف اپنی حاجت کو سمجھتے ہیں، حاجت کو۔ با</w:t>
      </w:r>
    </w:p>
    <w:p>
      <w:r>
        <w:rPr>
          <w:b/>
        </w:rPr>
        <w:t xml:space="preserve">[38:18] </w:t>
      </w:r>
      <w:r>
        <w:t>qi jo jo jo yuniversl plan allah taala ka hai, us ko ham samajh nahin sakte. to allah taala yani ka tarika yah hai ki insan ki madad karta hai vail maintenin da da vail maintenin da yuniversl sistam af da varld. ek yuniversl sistam jo hai duniya ka, vah ch</w:t>
      </w:r>
    </w:p>
    <w:p>
      <w:pPr>
        <w:jc w:val="right"/>
      </w:pPr>
      <w:r>
        <w:t>قی جو جو جو یونیورسل پلان اللہ تعالی کا ہے، اس کو ہم سمجھ نہیں سکتے۔ تو اللہ تعالی یعنی کا طریقہ یہ ہے کہ انسان کی مدد کرتا ہے وائل مینٹیننگ دا دا وائل مینٹیننگ دا یونیورسل سسٹم اف دا ورلڈ۔ ایک یونیورسل سسٹم جو ہے دنیا کا، وہ چ</w:t>
      </w:r>
    </w:p>
    <w:p>
      <w:r>
        <w:rPr>
          <w:b/>
        </w:rPr>
        <w:t xml:space="preserve">[38:48] </w:t>
      </w:r>
      <w:r>
        <w:t>l raha hai.</w:t>
      </w:r>
    </w:p>
    <w:p>
      <w:pPr>
        <w:jc w:val="right"/>
      </w:pPr>
      <w:r>
        <w:t>ل رہا ہے۔</w:t>
      </w:r>
    </w:p>
    <w:p>
      <w:r>
        <w:rPr>
          <w:b/>
        </w:rPr>
        <w:t xml:space="preserve">[38:54] </w:t>
      </w:r>
      <w:r>
        <w:t>is ke chalte hue Khuda hamari zaati hajat ko bhi sun kar us ko poora karta hai.</w:t>
      </w:r>
    </w:p>
    <w:p>
      <w:pPr>
        <w:jc w:val="right"/>
      </w:pPr>
      <w:r>
        <w:t>اس کے چلتے ہوئے خدا ہماری ذاتی حاجت کو بھی سن کر اس کو پورا کرتا ہے۔</w:t>
      </w:r>
    </w:p>
    <w:p>
      <w:r>
        <w:rPr>
          <w:b/>
        </w:rPr>
        <w:t xml:space="preserve">[39:00] </w:t>
      </w:r>
      <w:r>
        <w:t>to ye bohat hi complex tareeqa hai ke kaise doosri cheezon ka management baqi rahe aur isi mein</w:t>
      </w:r>
    </w:p>
    <w:p>
      <w:pPr>
        <w:jc w:val="right"/>
      </w:pPr>
      <w:r>
        <w:t>تو یہ بہت ہی کمپلیکس طریقہ ہے کہ کیسے دوسری چیزوں کا مینجمنٹ باقی رہے اور اسی میں</w:t>
      </w:r>
    </w:p>
    <w:p>
      <w:r>
        <w:rPr>
          <w:b/>
        </w:rPr>
        <w:t xml:space="preserve">[39:06] </w:t>
      </w:r>
      <w:r>
        <w:t>insaan ki hajat poori ho. very complex.</w:t>
      </w:r>
    </w:p>
    <w:p>
      <w:pPr>
        <w:jc w:val="right"/>
      </w:pPr>
      <w:r>
        <w:t>انسان کی حاجت پوری ہو۔ ویری کمپلیکس۔</w:t>
      </w:r>
    </w:p>
    <w:p>
      <w:r>
        <w:rPr>
          <w:b/>
        </w:rPr>
        <w:t xml:space="preserve">[39:12] </w:t>
      </w:r>
      <w:r>
        <w:t>to ye Allah hi kar sakta hai ke kaise wo yaani is universal ek universal</w:t>
      </w:r>
    </w:p>
    <w:p>
      <w:pPr>
        <w:jc w:val="right"/>
      </w:pPr>
      <w:r>
        <w:t>تو یہ اللہ ہی کر سکتا ہے کہ کیسے وہ یعنی اس یونیورسل ایک یونیورسل</w:t>
      </w:r>
    </w:p>
    <w:p>
      <w:r>
        <w:rPr>
          <w:b/>
        </w:rPr>
        <w:t xml:space="preserve">[39:18] </w:t>
      </w:r>
      <w:r>
        <w:t>system ke andar ek ek individual ki ki dua ko kis tarah qabool kare baghair is ke ke</w:t>
      </w:r>
    </w:p>
    <w:p>
      <w:pPr>
        <w:jc w:val="right"/>
      </w:pPr>
      <w:r>
        <w:t>سسٹم کے اندر ایک ایک انڈیویجول کی کی دعا کو کس طرح قبول کرے بغیر اس کے کہ</w:t>
      </w:r>
    </w:p>
    <w:p>
      <w:r>
        <w:rPr>
          <w:b/>
        </w:rPr>
        <w:t xml:space="preserve">[39:23] </w:t>
      </w:r>
      <w:r>
        <w:t>universal system ko us ne damage kiya ho.</w:t>
      </w:r>
    </w:p>
    <w:p>
      <w:pPr>
        <w:jc w:val="right"/>
      </w:pPr>
      <w:r>
        <w:t>یونیورسل سسٹم کو اس نے ڈیمج کیا ہو۔</w:t>
      </w:r>
    </w:p>
    <w:p>
      <w:r>
        <w:rPr>
          <w:b/>
        </w:rPr>
        <w:t xml:space="preserve">[39:28] </w:t>
      </w:r>
      <w:r>
        <w:t>is ko hum explain nahi kar sakte.</w:t>
      </w:r>
    </w:p>
    <w:p>
      <w:pPr>
        <w:jc w:val="right"/>
      </w:pPr>
      <w:r>
        <w:t>اس کو ہم ایکسپلین نہیں کر سکتے۔</w:t>
      </w:r>
    </w:p>
    <w:p>
      <w:r>
        <w:rPr>
          <w:b/>
        </w:rPr>
        <w:t xml:space="preserve">[39:33] </w:t>
      </w:r>
      <w:r>
        <w:t>is ke ilawa Allah hi ko jaanta hai is cheez ko.</w:t>
      </w:r>
    </w:p>
    <w:p>
      <w:pPr>
        <w:jc w:val="right"/>
      </w:pPr>
      <w:r>
        <w:t>اس کے علاوہ اللہ ہی کو جانتا ہے اس چیز کو۔</w:t>
      </w:r>
    </w:p>
    <w:p>
      <w:r>
        <w:rPr>
          <w:b/>
        </w:rPr>
        <w:t xml:space="preserve">[39:39] </w:t>
      </w:r>
      <w:r>
        <w:t>مولانا، many people repeat prophet's prayers which are called Masnoon dua.</w:t>
      </w:r>
    </w:p>
    <w:p>
      <w:pPr>
        <w:jc w:val="right"/>
      </w:pPr>
      <w:r>
        <w:t>مولانا، مینی پیپل ریپیٹ پرافٹس پریرز وچ آر کالڈ مسنون دعا۔</w:t>
      </w:r>
    </w:p>
    <w:p>
      <w:r>
        <w:rPr>
          <w:b/>
        </w:rPr>
        <w:t xml:space="preserve">[39:44] </w:t>
      </w:r>
      <w:r>
        <w:t>What is the significance of prophetic prayers?</w:t>
      </w:r>
    </w:p>
    <w:p>
      <w:pPr>
        <w:jc w:val="right"/>
      </w:pPr>
      <w:r>
        <w:t>واٹ از دا سگنیفیکنس اف پرافٹک پریرز؟</w:t>
      </w:r>
    </w:p>
    <w:p>
      <w:r>
        <w:rPr>
          <w:b/>
        </w:rPr>
        <w:t xml:space="preserve">[39:49] </w:t>
      </w:r>
      <w:r>
        <w:t>dekhiye, masnoon dua ki koi special significance nahi hai.</w:t>
      </w:r>
    </w:p>
    <w:p>
      <w:pPr>
        <w:jc w:val="right"/>
      </w:pPr>
      <w:r>
        <w:t>دیکھیے، مسنون دعا کی کوئی اسپیشل سگنیفیکنس نہیں ہے۔</w:t>
      </w:r>
    </w:p>
    <w:p>
      <w:r>
        <w:rPr>
          <w:b/>
        </w:rPr>
        <w:t xml:space="preserve">[39:54] </w:t>
      </w:r>
      <w:r>
        <w:t>wo sirf ye hai ke aam log jo hain, wo un ko dua kar lein to aasani se</w:t>
      </w:r>
    </w:p>
    <w:p>
      <w:pPr>
        <w:jc w:val="right"/>
      </w:pPr>
      <w:r>
        <w:t>وہ صرف یہ ہے کہ عام لوگ جو ہیں، وہ ان کو دعا کر لیں تو آسانی سے</w:t>
      </w:r>
    </w:p>
    <w:p>
      <w:r>
        <w:rPr>
          <w:b/>
        </w:rPr>
        <w:t xml:space="preserve">[39:59] </w:t>
      </w:r>
      <w:r>
        <w:t>us ko repeat kar sakte hain.</w:t>
      </w:r>
    </w:p>
    <w:p>
      <w:pPr>
        <w:jc w:val="right"/>
      </w:pPr>
      <w:r>
        <w:t>اس کو ریپیٹ کر سکتے ہیں۔</w:t>
      </w:r>
    </w:p>
    <w:p>
      <w:r>
        <w:rPr>
          <w:b/>
        </w:rPr>
        <w:t xml:space="preserve">[40:04] </w:t>
      </w:r>
      <w:r>
        <w:t>baqi ye matlab nahi ke masnoon dua afzal dua hai.</w:t>
      </w:r>
    </w:p>
    <w:p>
      <w:pPr>
        <w:jc w:val="right"/>
      </w:pPr>
      <w:r>
        <w:t>باقی یہ مطلب نہیں کہ مسنون دعا افضل دعا ہے۔</w:t>
      </w:r>
    </w:p>
    <w:p>
      <w:r>
        <w:rPr>
          <w:b/>
        </w:rPr>
        <w:t xml:space="preserve">[40:09] </w:t>
      </w:r>
      <w:r>
        <w:t>jo log samjhein, bilkul galat samajhte hain.</w:t>
      </w:r>
    </w:p>
    <w:p>
      <w:pPr>
        <w:jc w:val="right"/>
      </w:pPr>
      <w:r>
        <w:t>جو لوگ سمجھیں، بالکل غلط سمجھتے ہیں۔</w:t>
      </w:r>
    </w:p>
    <w:p>
      <w:r>
        <w:rPr>
          <w:b/>
        </w:rPr>
        <w:t xml:space="preserve">[40:14] </w:t>
      </w:r>
      <w:r>
        <w:t>afzal dua wo dua hai jo jis mein meri apni aspect shamil ho, jis mein mera apna yaani poori</w:t>
      </w:r>
    </w:p>
    <w:p>
      <w:pPr>
        <w:jc w:val="right"/>
      </w:pPr>
      <w:r>
        <w:t>افضل دعا وہ دعا ہے جو جس میں میری اپنی اسپیٹ شامل ہو، جس میں میرا اپنا یعنی پوری</w:t>
      </w:r>
    </w:p>
    <w:p>
      <w:r>
        <w:rPr>
          <w:b/>
        </w:rPr>
        <w:t xml:space="preserve">[40:19] </w:t>
      </w:r>
      <w:r>
        <w:t>baing is ke andar shamil ho gayi ho, apni apni hasti. baqi aam logon ke aasani ke liye kahte hain ki bhai barson dua kar lo. vah aam logon ki ek sirf un ko alavans diya jata hai is is mani mein, afzaliyat ke mani mein nahin. maulana, dis kweschan iz far mis fatima. shi vants tu nu iz der ani taim for dua makbul</w:t>
      </w:r>
    </w:p>
    <w:p>
      <w:pPr>
        <w:jc w:val="right"/>
      </w:pPr>
      <w:r>
        <w:t>بینگ اس کے اندر شامل ہو گئی ہو، اپنی اپنی ہستی۔ باقی عام لوگوں کے آسانی کے لیے کہتے ہیں کہ بھئی برسوں دعا کر لو۔ وہ عام لوگوں کی ایک صرف ان کو الاوننس دیا جاتا ہے اس اس معنی میں، افضلیت کے معنی میں نہیں۔ مولانا، دس کویسچن از فار مس فاطمہ۔ شی وانٹس ٹو نو از دیر اینی ٹائم فار دعا مقبول</w:t>
      </w:r>
    </w:p>
    <w:p>
      <w:r>
        <w:rPr>
          <w:b/>
        </w:rPr>
        <w:t xml:space="preserve">[40:49] </w:t>
      </w:r>
      <w:r>
        <w:t>? hargiz nahi, koi time nahi hai, koi time nahi.</w:t>
      </w:r>
    </w:p>
    <w:p>
      <w:pPr>
        <w:jc w:val="right"/>
      </w:pPr>
      <w:r>
        <w:t>؟ ہرگز نہیں، کوئی ٹائم نہیں ہے، کوئی ٹائم نہیں۔</w:t>
      </w:r>
    </w:p>
    <w:p>
      <w:r>
        <w:rPr>
          <w:b/>
        </w:rPr>
        <w:t xml:space="preserve">[40:56] </w:t>
      </w:r>
      <w:r>
        <w:t>jab jab hamare andar woh spirit jaag uthe, wahi time hai.</w:t>
      </w:r>
    </w:p>
    <w:p>
      <w:pPr>
        <w:jc w:val="right"/>
      </w:pPr>
      <w:r>
        <w:t>جب جب ہمارے اندر وہ اسپیٹ جاگ اٹھے، وہی ٹائم ہے۔</w:t>
      </w:r>
    </w:p>
    <w:p>
      <w:r>
        <w:rPr>
          <w:b/>
        </w:rPr>
        <w:t xml:space="preserve">[41:04] </w:t>
      </w:r>
      <w:r>
        <w:t>hamare andar jo spirit jaag uthe aur woh relation ko ho jaye, wahi wahi time hai, wahi best time hai.</w:t>
      </w:r>
    </w:p>
    <w:p>
      <w:pPr>
        <w:jc w:val="right"/>
      </w:pPr>
      <w:r>
        <w:t>ہمارے اندر جو اسپیٹ جاگ اٹھے اور وہ ریلیشن کو ہو جائے، وہی وہی ٹائم ہے، وہی بیسٹ ٹائم ہے۔</w:t>
      </w:r>
    </w:p>
    <w:p>
      <w:r>
        <w:rPr>
          <w:b/>
        </w:rPr>
        <w:t xml:space="preserve">[41:12] </w:t>
      </w:r>
      <w:r>
        <w:t>aise mein kahunga ke subah ka waqt ho gaya, bahut hi aadmi fresh hota hai.</w:t>
      </w:r>
    </w:p>
    <w:p>
      <w:pPr>
        <w:jc w:val="right"/>
      </w:pPr>
      <w:r>
        <w:t>ایسے میں کہوں گا کہ صبح کا وقت ہو گیا، بہت ہی آدمی فریش ہوتا ہے۔</w:t>
      </w:r>
    </w:p>
    <w:p>
      <w:r>
        <w:rPr>
          <w:b/>
        </w:rPr>
        <w:t xml:space="preserve">[41:19] </w:t>
      </w:r>
      <w:r>
        <w:t>us waqt yeh کیفیت ya spirit zyada paida hoti hai.</w:t>
      </w:r>
    </w:p>
    <w:p>
      <w:pPr>
        <w:jc w:val="right"/>
      </w:pPr>
      <w:r>
        <w:t>اس وقت یہ کیفیت یا اسپیٹ زیادہ پیدا ہوتی ہے۔</w:t>
      </w:r>
    </w:p>
    <w:p>
      <w:r>
        <w:rPr>
          <w:b/>
        </w:rPr>
        <w:t xml:space="preserve">[41:24] </w:t>
      </w:r>
      <w:r>
        <w:t>baqi is is liye koi place, koi time khaas ho, us waqt ja ke bol de to dua</w:t>
      </w:r>
    </w:p>
    <w:p>
      <w:pPr>
        <w:jc w:val="right"/>
      </w:pPr>
      <w:r>
        <w:t>باقی اس اس لیے کوئی پلیس، کوئی ٹائم خاص ہو، اس وقت جا کے بول دے تو دعا</w:t>
      </w:r>
    </w:p>
    <w:p>
      <w:r>
        <w:rPr>
          <w:b/>
        </w:rPr>
        <w:t xml:space="preserve">[41:29] </w:t>
      </w:r>
      <w:r>
        <w:t>qubool ho jaye.</w:t>
      </w:r>
    </w:p>
    <w:p>
      <w:pPr>
        <w:jc w:val="right"/>
      </w:pPr>
      <w:r>
        <w:t>قبول ہو جائے۔</w:t>
      </w:r>
    </w:p>
    <w:p>
      <w:r>
        <w:rPr>
          <w:b/>
        </w:rPr>
        <w:t xml:space="preserve">[41:34] </w:t>
      </w:r>
      <w:r>
        <w:t>aisa kuch nahi.</w:t>
      </w:r>
    </w:p>
    <w:p>
      <w:pPr>
        <w:jc w:val="right"/>
      </w:pPr>
      <w:r>
        <w:t>ایسا کچھ نہیں۔</w:t>
      </w:r>
    </w:p>
    <w:p>
      <w:r>
        <w:rPr>
          <w:b/>
        </w:rPr>
        <w:t xml:space="preserve">[41:39] </w:t>
      </w:r>
      <w:r>
        <w:t>مولانا, this question is for Mr. Gagandeep Singh.</w:t>
      </w:r>
    </w:p>
    <w:p>
      <w:pPr>
        <w:jc w:val="right"/>
      </w:pPr>
      <w:r>
        <w:t>مولانا، دس کویسچن از فار مسٹر گگن دیپ سنگھ۔</w:t>
      </w:r>
    </w:p>
    <w:p>
      <w:r>
        <w:rPr>
          <w:b/>
        </w:rPr>
        <w:t xml:space="preserve">[41:44] </w:t>
      </w:r>
      <w:r>
        <w:t>if we can pray in our mother tongue, would it be correct to say that no matter what</w:t>
      </w:r>
    </w:p>
    <w:p>
      <w:pPr>
        <w:jc w:val="right"/>
      </w:pPr>
      <w:r>
        <w:t>اف وی کین پری ان اور مدر ٹنگ، وڈ اٹ بی کریکٹ ٹو سے دیٹ نو میٹر واٹ</w:t>
      </w:r>
    </w:p>
    <w:p>
      <w:r>
        <w:rPr>
          <w:b/>
        </w:rPr>
        <w:t xml:space="preserve">[41:49] </w:t>
      </w:r>
      <w:r>
        <w:t>our religion is, a dua is just a dua? haan, theek hai, yeh theek hai.</w:t>
      </w:r>
    </w:p>
    <w:p>
      <w:pPr>
        <w:jc w:val="right"/>
      </w:pPr>
      <w:r>
        <w:t>اور ریلیجن از، ا دعا از جسٹ ا دعا؟ ہاں، ٹھیک ہے، یہ ٹھیک ہے۔</w:t>
      </w:r>
    </w:p>
    <w:p>
      <w:r>
        <w:rPr>
          <w:b/>
        </w:rPr>
        <w:t xml:space="preserve">[41:55] </w:t>
      </w:r>
      <w:r>
        <w:t>dua ke liye asal shart yeh nahi ke kis zuban mein ho, asal shart yeh hai ke kis</w:t>
      </w:r>
    </w:p>
    <w:p>
      <w:pPr>
        <w:jc w:val="right"/>
      </w:pPr>
      <w:r>
        <w:t>دعا کے لیے اصل شرط یہ نہیں کہ کس زبان میں ہو، اصل شرط یہ ہے کہ کس</w:t>
      </w:r>
    </w:p>
    <w:p>
      <w:r>
        <w:rPr>
          <w:b/>
        </w:rPr>
        <w:t xml:space="preserve">[42:01] </w:t>
      </w:r>
      <w:r>
        <w:t>spirit ke sath ho.</w:t>
      </w:r>
    </w:p>
    <w:p>
      <w:pPr>
        <w:jc w:val="right"/>
      </w:pPr>
      <w:r>
        <w:t>اسپیٹ کے ساتھ ہو۔</w:t>
      </w:r>
    </w:p>
    <w:p>
      <w:r>
        <w:rPr>
          <w:b/>
        </w:rPr>
        <w:t xml:space="preserve">[42:07] </w:t>
      </w:r>
      <w:r>
        <w:t>yani asal condition is ki yeh nahi ke falan zuban mein kiye jayein.</w:t>
      </w:r>
    </w:p>
    <w:p>
      <w:pPr>
        <w:jc w:val="right"/>
      </w:pPr>
      <w:r>
        <w:t>یعنی اصل کنڈیشن اس کی یہ نہیں کہ فلاں زبان میں کیے جائیں۔</w:t>
      </w:r>
    </w:p>
    <w:p>
      <w:r>
        <w:rPr>
          <w:b/>
        </w:rPr>
        <w:t xml:space="preserve">[42:13] </w:t>
      </w:r>
      <w:r>
        <w:t>nahi, spirit jo hai jis ko hum kaif</w:t>
      </w:r>
    </w:p>
    <w:p>
      <w:pPr>
        <w:jc w:val="right"/>
      </w:pPr>
      <w:r>
        <w:t>نہیں، اسپیٹ جو ہے جس کو ہم کیف</w:t>
      </w:r>
    </w:p>
    <w:p>
      <w:r>
        <w:rPr>
          <w:b/>
        </w:rPr>
        <w:t xml:space="preserve">[42:19] </w:t>
      </w:r>
      <w:r>
        <w:t>iyat kahte hain, vah agar hai to dua allah tak pahunchegi. aspit to aspit ya kaifiyat ke sath koi koi koi chiz nahin jo dua ke ke liye shart ki haisiyat rakhti ho. so maulana, ah der iz no particular madar ting in vich vi hev tu du. der iz no particular lanvej</w:t>
      </w:r>
    </w:p>
    <w:p>
      <w:pPr>
        <w:jc w:val="right"/>
      </w:pPr>
      <w:r>
        <w:t>یت کہتے ہیں، وہ اگر ہے تو دعا اللہ تک پہنچے گی۔ اسپیٹ تو اسپیٹ یا کیفیت کے ساتھ کوئی کوئی کوئی چیز نہیں جو دعا کے کے لیے شرط کی حیثیت رکھتی ہو۔ سو مولانا، اہ دیر از نو پرٹیکولر مدر ٹنگ ان وچ وی ہیو ٹو ڈو۔ دیر از نو پرٹیکولر لینگویج</w:t>
      </w:r>
    </w:p>
    <w:p>
      <w:r>
        <w:rPr>
          <w:b/>
        </w:rPr>
        <w:t xml:space="preserve">[42:49] </w:t>
      </w:r>
      <w:r>
        <w:t>in which we have to do dua.</w:t>
      </w:r>
    </w:p>
    <w:p>
      <w:pPr>
        <w:jc w:val="right"/>
      </w:pPr>
      <w:r>
        <w:t>ان وچ وی ہیو ٹو ڈو دعا۔</w:t>
      </w:r>
    </w:p>
    <w:p>
      <w:r>
        <w:rPr>
          <w:b/>
        </w:rPr>
        <w:t xml:space="preserve">[42:54] </w:t>
      </w:r>
      <w:r>
        <w:t>what is important when we have to do dua is the spirit inside us, the feelings with which</w:t>
      </w:r>
    </w:p>
    <w:p>
      <w:pPr>
        <w:jc w:val="right"/>
      </w:pPr>
      <w:r>
        <w:t>واٹ از امپورٹنٹ وین وی ہیو ٹو ڈو دعا از دا سپرٹ انسائیڈ اس، دا فیلنگز ود وچ</w:t>
      </w:r>
    </w:p>
    <w:p>
      <w:r>
        <w:rPr>
          <w:b/>
        </w:rPr>
        <w:t xml:space="preserve">[42:58] </w:t>
      </w:r>
      <w:r>
        <w:t>we do dua.</w:t>
      </w:r>
    </w:p>
    <w:p>
      <w:pPr>
        <w:jc w:val="right"/>
      </w:pPr>
      <w:r>
        <w:t>وی ڈو دعا۔</w:t>
      </w:r>
    </w:p>
    <w:p>
      <w:r>
        <w:rPr>
          <w:b/>
        </w:rPr>
        <w:t xml:space="preserve">[43:02] </w:t>
      </w:r>
      <w:r>
        <w:t>that is more important.</w:t>
      </w:r>
    </w:p>
    <w:p>
      <w:pPr>
        <w:jc w:val="right"/>
      </w:pPr>
      <w:r>
        <w:t>دیٹ از مور امپورٹنٹ۔</w:t>
      </w:r>
    </w:p>
    <w:p>
      <w:r>
        <w:rPr>
          <w:b/>
        </w:rPr>
        <w:t xml:space="preserve">[43:06] </w:t>
      </w:r>
      <w:r>
        <w:t>Maulana, this question is for Mr. Javed Sheikh.</w:t>
      </w:r>
    </w:p>
    <w:p>
      <w:pPr>
        <w:jc w:val="right"/>
      </w:pPr>
      <w:r>
        <w:t>مولانا، دس کویسچن از فار مسٹر جاوید شیخ۔</w:t>
      </w:r>
    </w:p>
    <w:p>
      <w:r>
        <w:rPr>
          <w:b/>
        </w:rPr>
        <w:t xml:space="preserve">[43:11] </w:t>
      </w:r>
      <w:r>
        <w:t>what is ism e azam? dekhiye, ism e azam jo hai, woh kaifiyat e azam ka naam hai.</w:t>
      </w:r>
    </w:p>
    <w:p>
      <w:pPr>
        <w:jc w:val="right"/>
      </w:pPr>
      <w:r>
        <w:t>واٹ از اسم اعظم؟ دیکھیے، اسم اعظم جو ہے، وہ کیفیت اعظم کا نام ہے۔</w:t>
      </w:r>
    </w:p>
    <w:p>
      <w:r>
        <w:rPr>
          <w:b/>
        </w:rPr>
        <w:t xml:space="preserve">[43:15] </w:t>
      </w:r>
      <w:r>
        <w:t>yeh nahi ke koi ism hai jaise ke Allah ya Samad</w:t>
      </w:r>
    </w:p>
    <w:p>
      <w:pPr>
        <w:jc w:val="right"/>
      </w:pPr>
      <w:r>
        <w:t>یہ نہیں کہ کوئی اسم ہے جیسے کہ اللہ یا صمد</w:t>
      </w:r>
    </w:p>
    <w:p>
      <w:r>
        <w:rPr>
          <w:b/>
        </w:rPr>
        <w:t xml:space="preserve">[43:19] </w:t>
      </w:r>
      <w:r>
        <w:t>ya is tarah ka koi ek ism, is mani naam ke woh woh naam le lo to dua</w:t>
      </w:r>
    </w:p>
    <w:p>
      <w:pPr>
        <w:jc w:val="right"/>
      </w:pPr>
      <w:r>
        <w:t>یا اس طرح کا کوئی ایک اسم، اس معنی نام کہ وہ وہ نام لے لو تو دعا</w:t>
      </w:r>
    </w:p>
    <w:p>
      <w:r>
        <w:rPr>
          <w:b/>
        </w:rPr>
        <w:t xml:space="preserve">[43:25] </w:t>
      </w:r>
      <w:r>
        <w:t>qubool ho jayegi.</w:t>
      </w:r>
    </w:p>
    <w:p>
      <w:pPr>
        <w:jc w:val="right"/>
      </w:pPr>
      <w:r>
        <w:t>قبول ہو جائے گی۔</w:t>
      </w:r>
    </w:p>
    <w:p>
      <w:r>
        <w:rPr>
          <w:b/>
        </w:rPr>
        <w:t xml:space="preserve">[43:31] </w:t>
      </w:r>
      <w:r>
        <w:t>aisa kuch bhi nahi, balke ek khaas marifat ka darja hai ya spirit hai.</w:t>
      </w:r>
    </w:p>
    <w:p>
      <w:pPr>
        <w:jc w:val="right"/>
      </w:pPr>
      <w:r>
        <w:t>ایسا کچھ بھی نہیں، بلکہ ایک خاص معرفت کا درجہ ہے یا اسپیٹ ہے۔</w:t>
      </w:r>
    </w:p>
    <w:p>
      <w:r>
        <w:rPr>
          <w:b/>
        </w:rPr>
        <w:t xml:space="preserve">[43:37] </w:t>
      </w:r>
      <w:r>
        <w:t>is ke sath jab dua ki jati hai to gaaon ism e azam ke sath dua hui hui hai.</w:t>
      </w:r>
    </w:p>
    <w:p>
      <w:pPr>
        <w:jc w:val="right"/>
      </w:pPr>
      <w:r>
        <w:t>اس کے ساتھ جب دعا کی جاتی ہے تو گاؤں اسم اعظم کے ساتھ دعا ہوئی ہوئی ہے۔</w:t>
      </w:r>
    </w:p>
    <w:p>
      <w:r>
        <w:rPr>
          <w:b/>
        </w:rPr>
        <w:t xml:space="preserve">[43:43] </w:t>
      </w:r>
      <w:r>
        <w:t>ab mein samajhta hoon ke jab maine woh dua ki thi</w:t>
      </w:r>
    </w:p>
    <w:p>
      <w:pPr>
        <w:jc w:val="right"/>
      </w:pPr>
      <w:r>
        <w:t>اب میں سمجھتا ہوں کہ جب میں نے وہ دعا کی تھی</w:t>
      </w:r>
    </w:p>
    <w:p>
      <w:r>
        <w:rPr>
          <w:b/>
        </w:rPr>
        <w:t xml:space="preserve">[43:49] </w:t>
      </w:r>
      <w:r>
        <w:t>jo bhai behan ne zikr kiya ke maine dekha ke lakri ke thand khade hue hain aur</w:t>
      </w:r>
    </w:p>
    <w:p>
      <w:pPr>
        <w:jc w:val="right"/>
      </w:pPr>
      <w:r>
        <w:t>جو بھائی بہن نے ذکر کیا کہ میں نے دیکھا کہ لکڑی کے ٹھنڈ کھڑے ہوئے ہیں اور</w:t>
      </w:r>
    </w:p>
    <w:p>
      <w:r>
        <w:rPr>
          <w:b/>
        </w:rPr>
        <w:t xml:space="preserve">[43:55] </w:t>
      </w:r>
      <w:r>
        <w:t>is ke andar bohat hi khoobsurat phal, bohat hi khoobsurat phal laal rang ke bhare hue hain.</w:t>
      </w:r>
    </w:p>
    <w:p>
      <w:pPr>
        <w:jc w:val="right"/>
      </w:pPr>
      <w:r>
        <w:t>اس کے اندر بہت ہی خوبصورت پھل، بہت ہی خوبصورت پھل لال رنگ کے بھرے ہوئے ہیں۔</w:t>
      </w:r>
    </w:p>
    <w:p>
      <w:r>
        <w:rPr>
          <w:b/>
        </w:rPr>
        <w:t xml:space="preserve">[44:02] </w:t>
      </w:r>
      <w:r>
        <w:t>jangal hai poora.</w:t>
      </w:r>
    </w:p>
    <w:p>
      <w:pPr>
        <w:jc w:val="right"/>
      </w:pPr>
      <w:r>
        <w:t>جنگل ہے پورا۔</w:t>
      </w:r>
    </w:p>
    <w:p>
      <w:r>
        <w:rPr>
          <w:b/>
        </w:rPr>
        <w:t xml:space="preserve">[44:08] </w:t>
      </w:r>
      <w:r>
        <w:t>is waqt jo dua nikli thi meri dua se ke khudaaya teri taaqat itni zyada hai ke tu</w:t>
      </w:r>
    </w:p>
    <w:p>
      <w:pPr>
        <w:jc w:val="right"/>
      </w:pPr>
      <w:r>
        <w:t>اس وقت جو دعا نکلی تھی میری دعا سے کہ خدایا تیری طاقت اتنی زیادہ ہے کہ تو</w:t>
      </w:r>
    </w:p>
    <w:p>
      <w:r>
        <w:rPr>
          <w:b/>
        </w:rPr>
        <w:t xml:space="preserve">[44:14] </w:t>
      </w:r>
      <w:r>
        <w:t>lakri mein itne phool khila de to main to ek insaan hoon, mere andar bhi to</w:t>
      </w:r>
    </w:p>
    <w:p>
      <w:pPr>
        <w:jc w:val="right"/>
      </w:pPr>
      <w:r>
        <w:t>لکڑی میں اتنے پھول کھلا دے تو میں تو ایک انسان ہوں، میرے اندر بھی تو</w:t>
      </w:r>
    </w:p>
    <w:p>
      <w:r>
        <w:rPr>
          <w:b/>
        </w:rPr>
        <w:t xml:space="preserve">[44:20] </w:t>
      </w:r>
      <w:r>
        <w:t>haseen phool khila sakta hai, ma'nawiyat ke phool.</w:t>
      </w:r>
    </w:p>
    <w:p>
      <w:pPr>
        <w:jc w:val="right"/>
      </w:pPr>
      <w:r>
        <w:t>حسین پھول کھلا سکتا ہے، معنویت کے پھول۔</w:t>
      </w:r>
    </w:p>
    <w:p>
      <w:r>
        <w:rPr>
          <w:b/>
        </w:rPr>
        <w:t xml:space="preserve">[44:25] </w:t>
      </w:r>
      <w:r>
        <w:t>to yeh thi ism e aazam ki dua aur main sochta hoon ke woh qabool hui, inshallah.</w:t>
      </w:r>
    </w:p>
    <w:p>
      <w:pPr>
        <w:jc w:val="right"/>
      </w:pPr>
      <w:r>
        <w:t>تو یہ تھی اسم اعظم کی دعا اور میں سوچتا ہوں کہ وہ قبول ہوئی، انشاءاللہ۔</w:t>
      </w:r>
    </w:p>
    <w:p>
      <w:r>
        <w:rPr>
          <w:b/>
        </w:rPr>
        <w:t xml:space="preserve">[44:30] </w:t>
      </w:r>
      <w:r>
        <w:t>maulana, there are many prayers, there are prayers of many prophets given in the Quran.</w:t>
      </w:r>
    </w:p>
    <w:p>
      <w:pPr>
        <w:jc w:val="right"/>
      </w:pPr>
      <w:r>
        <w:t>مولانا، دیر آر مینی پریرز، دیر آر پریرز آف مینی پرافٹس گیون ان دا قرآن۔</w:t>
      </w:r>
    </w:p>
    <w:p>
      <w:r>
        <w:rPr>
          <w:b/>
        </w:rPr>
        <w:t xml:space="preserve">[44:35] </w:t>
      </w:r>
      <w:r>
        <w:t>so can we just repeat these prayers? nahin, nahin, aisa nahin ke prophet jo dua ki thi, us</w:t>
      </w:r>
    </w:p>
    <w:p>
      <w:pPr>
        <w:jc w:val="right"/>
      </w:pPr>
      <w:r>
        <w:t>سو کین وی جسٹ ریپیٹ دیز پریرز؟ نہیں، نہیں، ایسا نہیں کہ پرافٹ جو دعا کی تھی، اس</w:t>
      </w:r>
    </w:p>
    <w:p>
      <w:r>
        <w:rPr>
          <w:b/>
        </w:rPr>
        <w:t xml:space="preserve">[44:40] </w:t>
      </w:r>
      <w:r>
        <w:t>ko repeat kiya to woh qabool hi dua ho gayi.</w:t>
      </w:r>
    </w:p>
    <w:p>
      <w:pPr>
        <w:jc w:val="right"/>
      </w:pPr>
      <w:r>
        <w:t>کو ریپیٹ کیا تو وہ قبول ہی دعا ہو گئی۔</w:t>
      </w:r>
    </w:p>
    <w:p>
      <w:r>
        <w:rPr>
          <w:b/>
        </w:rPr>
        <w:t xml:space="preserve">[44:45] </w:t>
      </w:r>
      <w:r>
        <w:t>wahan bhi spirit ke saath dua thi.</w:t>
      </w:r>
    </w:p>
    <w:p>
      <w:pPr>
        <w:jc w:val="right"/>
      </w:pPr>
      <w:r>
        <w:t>وہاں بھی اسپیٹ کے ساتھ دعا تھی۔</w:t>
      </w:r>
    </w:p>
    <w:p>
      <w:r>
        <w:rPr>
          <w:b/>
        </w:rPr>
        <w:t xml:space="preserve">[44:50] </w:t>
      </w:r>
      <w:r>
        <w:t>har arab ka ghabr ki zabaan alag alag thi, arab arabi zabaan to thi nahin.</w:t>
      </w:r>
    </w:p>
    <w:p>
      <w:pPr>
        <w:jc w:val="right"/>
      </w:pPr>
      <w:r>
        <w:t>ہر عرب کا غبر کی زبان الگ الگ تھی، عرب عربی زبان تو تھی نہیں۔</w:t>
      </w:r>
    </w:p>
    <w:p>
      <w:r>
        <w:rPr>
          <w:b/>
        </w:rPr>
        <w:t xml:space="preserve">[44:56] </w:t>
      </w:r>
      <w:r>
        <w:t>اللہ قومی یہ بس وجہ ہے کہ ہر prophet عربی زبان بولتا تھا، سب کی زبان الگ الگ تھی۔</w:t>
      </w:r>
    </w:p>
    <w:p>
      <w:pPr>
        <w:jc w:val="right"/>
      </w:pPr>
      <w:r>
        <w:t>اللہ قومی یہ بس وجہ ہے کہ ہر پرافٹ عربی زبان بولتا تھا، سب کی زبان الگ الگ تھی۔</w:t>
      </w:r>
    </w:p>
    <w:p>
      <w:r>
        <w:rPr>
          <w:b/>
        </w:rPr>
        <w:t xml:space="preserve">[45:02] </w:t>
      </w:r>
      <w:r>
        <w:t>so it is spirit that matters, not the word.</w:t>
      </w:r>
    </w:p>
    <w:p>
      <w:pPr>
        <w:jc w:val="right"/>
      </w:pPr>
      <w:r>
        <w:t>تو اٹ از اسپیٹ دیٹ میٹرز، ناٹ دا ورڈ۔</w:t>
      </w:r>
    </w:p>
    <w:p>
      <w:r>
        <w:rPr>
          <w:b/>
        </w:rPr>
        <w:t xml:space="preserve">[45:08] </w:t>
      </w:r>
      <w:r>
        <w:t>مولانا، the Quran says that Prophet Zakariya called God in low tones.</w:t>
      </w:r>
    </w:p>
    <w:p>
      <w:pPr>
        <w:jc w:val="right"/>
      </w:pPr>
      <w:r>
        <w:t>مولانا، دا قرآن سیز دیٹ پرافٹ زکریا کالڈ گاڈ ان لو ٹونز۔</w:t>
      </w:r>
    </w:p>
    <w:p>
      <w:r>
        <w:rPr>
          <w:b/>
        </w:rPr>
        <w:t xml:space="preserve">[45:15] </w:t>
      </w:r>
      <w:r>
        <w:t>what does this mean?</w:t>
      </w:r>
    </w:p>
    <w:p>
      <w:pPr>
        <w:jc w:val="right"/>
      </w:pPr>
      <w:r>
        <w:t>واٹ ڈز دس مین؟</w:t>
      </w:r>
    </w:p>
    <w:p>
      <w:r>
        <w:rPr>
          <w:b/>
        </w:rPr>
        <w:t xml:space="preserve">[45:21] </w:t>
      </w:r>
      <w:r>
        <w:t>dekhiye, is mein lafz hai nadan khufiya.</w:t>
      </w:r>
    </w:p>
    <w:p>
      <w:pPr>
        <w:jc w:val="right"/>
      </w:pPr>
      <w:r>
        <w:t>دیکھیے، اس میں لفظ ہے ندان خفیہ۔</w:t>
      </w:r>
    </w:p>
    <w:p>
      <w:r>
        <w:rPr>
          <w:b/>
        </w:rPr>
        <w:t xml:space="preserve">[45:25] </w:t>
      </w:r>
      <w:r>
        <w:t>to nadan khufiya ka ma'ni yeh nahin ke silence ki zabaan mein nahin, is ka matlab hai bohat</w:t>
      </w:r>
    </w:p>
    <w:p>
      <w:pPr>
        <w:jc w:val="right"/>
      </w:pPr>
      <w:r>
        <w:t>تو ندان خفیہ کا معنی یہ نہیں کہ سائلنس کی زبان میں نہیں، اس کا مطلب ہے بہت</w:t>
      </w:r>
    </w:p>
    <w:p>
      <w:r>
        <w:rPr>
          <w:b/>
        </w:rPr>
        <w:t xml:space="preserve">[45:29] </w:t>
      </w:r>
      <w:r>
        <w:t>dheere dheere, ahista andaaz mein.</w:t>
      </w:r>
    </w:p>
    <w:p>
      <w:pPr>
        <w:jc w:val="right"/>
      </w:pPr>
      <w:r>
        <w:t>دھیرے دھیرے، آہستہ انداز میں۔</w:t>
      </w:r>
    </w:p>
    <w:p>
      <w:r>
        <w:rPr>
          <w:b/>
        </w:rPr>
        <w:t xml:space="preserve">[45:34] </w:t>
      </w:r>
      <w:r>
        <w:t>aur doosre lafzon mein yeh hai ke is se murad hai individual dua.</w:t>
      </w:r>
    </w:p>
    <w:p>
      <w:pPr>
        <w:jc w:val="right"/>
      </w:pPr>
      <w:r>
        <w:t>اور دوسرے لفظوں میں یہ ہے کہ اس سے مراد ہے انڈیویجول دعا۔</w:t>
      </w:r>
    </w:p>
    <w:p>
      <w:r>
        <w:rPr>
          <w:b/>
        </w:rPr>
        <w:t xml:space="preserve">[45:38] </w:t>
      </w:r>
      <w:r>
        <w:t>ek hai ke aap bohat se logon ke saath hain, mil kar dua karte hain, is ko kehte</w:t>
      </w:r>
    </w:p>
    <w:p>
      <w:pPr>
        <w:jc w:val="right"/>
      </w:pPr>
      <w:r>
        <w:t>ایک ہے کہ آپ بہت سے لوگوں کے ساتھ ہیں، مل کر دعا کرتے ہیں، اس کو کہتے</w:t>
      </w:r>
    </w:p>
    <w:p>
      <w:r>
        <w:rPr>
          <w:b/>
        </w:rPr>
        <w:t xml:space="preserve">[45:42] </w:t>
      </w:r>
      <w:r>
        <w:t>hain ijtima'i dua.</w:t>
      </w:r>
    </w:p>
    <w:p>
      <w:pPr>
        <w:jc w:val="right"/>
      </w:pPr>
      <w:r>
        <w:t>ہیں اجتماعی دعا۔</w:t>
      </w:r>
    </w:p>
    <w:p>
      <w:r>
        <w:rPr>
          <w:b/>
        </w:rPr>
        <w:t xml:space="preserve">[45:47] </w:t>
      </w:r>
      <w:r>
        <w:t>to woh ijtima'i dua nahin thi, akele</w:t>
      </w:r>
    </w:p>
    <w:p>
      <w:pPr>
        <w:jc w:val="right"/>
      </w:pPr>
      <w:r>
        <w:t>تو وہ اجتماعی دعا نہیں تھی، اکیلے</w:t>
      </w:r>
    </w:p>
    <w:p>
      <w:r>
        <w:rPr>
          <w:b/>
        </w:rPr>
        <w:t xml:space="preserve">[45:51] </w:t>
      </w:r>
      <w:r>
        <w:t>the kisi masjid ke goshe mein aur wahan khamoshi ke dheere dheere ki zaban mein unhon ne Allah se ek dua mangi. To woh wahan murad infiradi dua hai, as compared to ijtimaai dua. Maulana, there are several other prayers. For example, the Prophet Moses prayed to God. My Lord, I am truly in need of whatever bless</w:t>
      </w:r>
    </w:p>
    <w:p>
      <w:pPr>
        <w:jc w:val="right"/>
      </w:pPr>
      <w:r>
        <w:t>تھے کسی مسجد کے گوشے میں اور وہاں خاموشی کے دھیرے دھیرے کی زبان میں انہوں نے اللہ سے ایک دعا مانگی۔ تو وہ وہاں مراد انفرادی دعا ہے، ایز کمپیر ٹو اجتماعی دعا۔ مولانا، دیر سیورل ادر پریرز۔ فار ایگزامپل، دا پرافٹ موزز پریڈ ٹو گاڈ۔ مائی لارڈ، ائی ایم ٹرولی ان نیڈ اف واٹ ایور بلیس</w:t>
      </w:r>
    </w:p>
    <w:p>
      <w:r>
        <w:rPr>
          <w:b/>
        </w:rPr>
        <w:t xml:space="preserve">[46:21] </w:t>
      </w:r>
      <w:r>
        <w:t>ng you may send down for me.</w:t>
      </w:r>
    </w:p>
    <w:p>
      <w:pPr>
        <w:jc w:val="right"/>
      </w:pPr>
      <w:r>
        <w:t>نگ یو می سینڈ ڈاؤن فار می۔</w:t>
      </w:r>
    </w:p>
    <w:p>
      <w:r>
        <w:rPr>
          <w:b/>
        </w:rPr>
        <w:t xml:space="preserve">[46:26] </w:t>
      </w:r>
      <w:r>
        <w:t>So Maulana, what is the significance of this prayer? دیکھیے، وہ دعا تھی رب انی لما انزلت الی</w:t>
      </w:r>
    </w:p>
    <w:p>
      <w:pPr>
        <w:jc w:val="right"/>
      </w:pPr>
      <w:r>
        <w:t>سو مولانا، واٹ از دا سگنیفیکنس اف دس پریر؟ دیکھیے، وہ دعا تھی رب انی لما انزلت الی</w:t>
      </w:r>
    </w:p>
    <w:p>
      <w:r>
        <w:rPr>
          <w:b/>
        </w:rPr>
        <w:t xml:space="preserve">[46:31] </w:t>
      </w:r>
      <w:r>
        <w:t>min khair al-faqir.</w:t>
      </w:r>
    </w:p>
    <w:p>
      <w:pPr>
        <w:jc w:val="right"/>
      </w:pPr>
      <w:r>
        <w:t>من خیر الفقیر۔</w:t>
      </w:r>
    </w:p>
    <w:p>
      <w:r>
        <w:rPr>
          <w:b/>
        </w:rPr>
        <w:t xml:space="preserve">[46:36] </w:t>
      </w:r>
      <w:r>
        <w:t>is ke peeche ek lambi history hai.</w:t>
      </w:r>
    </w:p>
    <w:p>
      <w:pPr>
        <w:jc w:val="right"/>
      </w:pPr>
      <w:r>
        <w:t>اس کے پیچھے ایک لمبی ہسٹری ہے۔</w:t>
      </w:r>
    </w:p>
    <w:p>
      <w:r>
        <w:rPr>
          <w:b/>
        </w:rPr>
        <w:t xml:space="preserve">[46:41] </w:t>
      </w:r>
      <w:r>
        <w:t>yaani Hazrat Umar ne, woh Hazrat Hazrat Musa ne ek lambi zindagi guzari, ek kuch din Misr mein</w:t>
      </w:r>
    </w:p>
    <w:p>
      <w:pPr>
        <w:jc w:val="right"/>
      </w:pPr>
      <w:r>
        <w:t>یعنی حضرت عمر نے، وہ حضرت حضرت موسی نے ایک لمبی زندگی گزاری، ایک کچھ دن مصر میں</w:t>
      </w:r>
    </w:p>
    <w:p>
      <w:r>
        <w:rPr>
          <w:b/>
        </w:rPr>
        <w:t xml:space="preserve">[46:46] </w:t>
      </w:r>
      <w:r>
        <w:t>rahe, Egypt mein</w:t>
      </w:r>
    </w:p>
    <w:p>
      <w:pPr>
        <w:jc w:val="right"/>
      </w:pPr>
      <w:r>
        <w:t>رہے، ایجپٹ میں</w:t>
      </w:r>
    </w:p>
    <w:p>
      <w:r>
        <w:rPr>
          <w:b/>
        </w:rPr>
        <w:t xml:space="preserve">[46:51] </w:t>
      </w:r>
      <w:r>
        <w:t>kuch safar mein rahe.</w:t>
      </w:r>
    </w:p>
    <w:p>
      <w:pPr>
        <w:jc w:val="right"/>
      </w:pPr>
      <w:r>
        <w:t>کچھ سفر میں رہے۔</w:t>
      </w:r>
    </w:p>
    <w:p>
      <w:r>
        <w:rPr>
          <w:b/>
        </w:rPr>
        <w:t xml:space="preserve">[46:56] </w:t>
      </w:r>
      <w:r>
        <w:t>kehti hai lambi muddat safar kiya hua unhon ne, phir woh pahunche wahan madin mein, phir wahan rahe.</w:t>
      </w:r>
    </w:p>
    <w:p>
      <w:pPr>
        <w:jc w:val="right"/>
      </w:pPr>
      <w:r>
        <w:t>کہتی ہے لمبی مدت سفر کیا ہوا انہوں نے، پھر وہ پہنچے وہاں مدین میں، پھر وہاں رہے۔</w:t>
      </w:r>
    </w:p>
    <w:p>
      <w:r>
        <w:rPr>
          <w:b/>
        </w:rPr>
        <w:t xml:space="preserve">[47:01] </w:t>
      </w:r>
      <w:r>
        <w:t>to bohat lambi history hai.</w:t>
      </w:r>
    </w:p>
    <w:p>
      <w:pPr>
        <w:jc w:val="right"/>
      </w:pPr>
      <w:r>
        <w:t>تو بہت لمبی ہسٹری ہے۔</w:t>
      </w:r>
    </w:p>
    <w:p>
      <w:r>
        <w:rPr>
          <w:b/>
        </w:rPr>
        <w:t xml:space="preserve">[47:06] </w:t>
      </w:r>
      <w:r>
        <w:t>to abhi in ko sachai nahi mili thi, yaani peghambar nahi mili thi in ko.</w:t>
      </w:r>
    </w:p>
    <w:p>
      <w:pPr>
        <w:jc w:val="right"/>
      </w:pPr>
      <w:r>
        <w:t>تو ابھی ان کو سچائی نہیں ملی تھی، یعنی پیغمبر نہیں ملی تھی ان کو۔</w:t>
      </w:r>
    </w:p>
    <w:p>
      <w:r>
        <w:rPr>
          <w:b/>
        </w:rPr>
        <w:t xml:space="preserve">[47:12] </w:t>
      </w:r>
      <w:r>
        <w:t>yaani misr mein janglon mein ya madin mein ya woh kanwein par pani pilaya unhon ne.</w:t>
      </w:r>
    </w:p>
    <w:p>
      <w:pPr>
        <w:jc w:val="right"/>
      </w:pPr>
      <w:r>
        <w:t>یعنی مصر میں جنگلوں میں یا مدین میں یا وہ کنویں پر پانی پلایا انہوں نے۔</w:t>
      </w:r>
    </w:p>
    <w:p>
      <w:r>
        <w:rPr>
          <w:b/>
        </w:rPr>
        <w:t xml:space="preserve">[47:17] </w:t>
      </w:r>
      <w:r>
        <w:t>woh yeh saare jo waqiat guzre kai saal ke darmiyan, tab</w:t>
      </w:r>
    </w:p>
    <w:p>
      <w:pPr>
        <w:jc w:val="right"/>
      </w:pPr>
      <w:r>
        <w:t>وہ یہ سارے جو واقعات گزرے کئی سال کے درمیان، تب</w:t>
      </w:r>
    </w:p>
    <w:p>
      <w:r>
        <w:rPr>
          <w:b/>
        </w:rPr>
        <w:t xml:space="preserve">[47:22] </w:t>
      </w:r>
      <w:r>
        <w:t>tak woh paygambar nahi bane the, lekin sachai ki talash mein the. To phir woh isi dauran yeh waqia guzra ke ek din thake hue aur shayad bhookh bhi, khana bhi nahi khaya tha, us halat mein woh peit neeche baith gaye, peit ke saaye mein baith gaye, neeche baith gaye. Is waqt un ki zaban se nikla Rabbi inni lima</w:t>
      </w:r>
    </w:p>
    <w:p>
      <w:pPr>
        <w:jc w:val="right"/>
      </w:pPr>
      <w:r>
        <w:t>تک وہ پیغمبر نہیں بنے تھے، لیکن سچائی کی تلاش میں تھے۔ تو پھر وہ اسی دوران یہ واقعہ گزرا کہ ایک دن تھکے ہوئے اور شاید بھوک بھی، کھانا بھی نہیں کھایا تھا، اس حالت میں وہ پیٹ نیچے بیٹھ گئے، پیٹ کے سائے میں بیٹھ گئے، نیچے بیٹھ گئے۔ اس وقت ان کی زبان سے نکلا رب انی لما</w:t>
      </w:r>
    </w:p>
    <w:p>
      <w:r>
        <w:rPr>
          <w:b/>
        </w:rPr>
        <w:t xml:space="preserve">[47:52] </w:t>
      </w:r>
      <w:r>
        <w:t>anzalt ila man khair al faqeer.</w:t>
      </w:r>
    </w:p>
    <w:p>
      <w:pPr>
        <w:jc w:val="right"/>
      </w:pPr>
      <w:r>
        <w:t>انزلت الی من خیر الفقیر۔</w:t>
      </w:r>
    </w:p>
    <w:p>
      <w:r>
        <w:rPr>
          <w:b/>
        </w:rPr>
        <w:t xml:space="preserve">[47:57] </w:t>
      </w:r>
      <w:r>
        <w:t>yaani khudaaya to ne mere liye jo khair muqaddar kiya ho, us ka main mohtaaj hoon.</w:t>
      </w:r>
    </w:p>
    <w:p>
      <w:pPr>
        <w:jc w:val="right"/>
      </w:pPr>
      <w:r>
        <w:t>یعنی خدایا تو نے میرے لیے جو خیر مقدر کیا ہو، اس کا میں محتاج ہوں۔</w:t>
      </w:r>
    </w:p>
    <w:p>
      <w:r>
        <w:rPr>
          <w:b/>
        </w:rPr>
        <w:t xml:space="preserve">[48:02] </w:t>
      </w:r>
      <w:r>
        <w:t>woh khair bala nahi tha, milne wala tha nabuwat.</w:t>
      </w:r>
    </w:p>
    <w:p>
      <w:pPr>
        <w:jc w:val="right"/>
      </w:pPr>
      <w:r>
        <w:t>وہ خیر بلا نہیں تھا، ملنے والا تھا نبوت۔</w:t>
      </w:r>
    </w:p>
    <w:p>
      <w:r>
        <w:rPr>
          <w:b/>
        </w:rPr>
        <w:t xml:space="preserve">[48:07] </w:t>
      </w:r>
      <w:r>
        <w:t>to woh jis kaifiyat ke saath unhon ne yeh dua ki hogi, hum bhi kursi pe baith kar</w:t>
      </w:r>
    </w:p>
    <w:p>
      <w:pPr>
        <w:jc w:val="right"/>
      </w:pPr>
      <w:r>
        <w:t>تو وہ جس کیفیت کے ساتھ انہوں نے یہ دعا کی ہوگی، ہم بھی کرسی پہ بیٹھ کر</w:t>
      </w:r>
    </w:p>
    <w:p>
      <w:r>
        <w:rPr>
          <w:b/>
        </w:rPr>
        <w:t xml:space="preserve">[48:12] </w:t>
      </w:r>
      <w:r>
        <w:t>nahi kar sakte.</w:t>
      </w:r>
    </w:p>
    <w:p>
      <w:pPr>
        <w:jc w:val="right"/>
      </w:pPr>
      <w:r>
        <w:t>نہیں کر سکتے۔</w:t>
      </w:r>
    </w:p>
    <w:p>
      <w:r>
        <w:rPr>
          <w:b/>
        </w:rPr>
        <w:t xml:space="preserve">[48:17] </w:t>
      </w:r>
      <w:r>
        <w:t>rab inni lima anzalt ila khair al faqeer ke khudaaya to ne mujhe paida kiya aur mere andar</w:t>
      </w:r>
    </w:p>
    <w:p>
      <w:pPr>
        <w:jc w:val="right"/>
      </w:pPr>
      <w:r>
        <w:t>رب انی لما انزلت الی خیر الفقیر کہ خدایا تو نے مجھے پیدا کیا اور میرے اندر</w:t>
      </w:r>
    </w:p>
    <w:p>
      <w:r>
        <w:rPr>
          <w:b/>
        </w:rPr>
        <w:t xml:space="preserve">[48:22] </w:t>
      </w:r>
      <w:r>
        <w:t>sochne ka wada diya, mujhe seekha banaya.</w:t>
      </w:r>
    </w:p>
    <w:p>
      <w:pPr>
        <w:jc w:val="right"/>
      </w:pPr>
      <w:r>
        <w:t>سوچنے کا وعدہ دیا، مجھے سیکھر بنایا۔</w:t>
      </w:r>
    </w:p>
    <w:p>
      <w:r>
        <w:rPr>
          <w:b/>
        </w:rPr>
        <w:t xml:space="preserve">[48:26] </w:t>
      </w:r>
      <w:r>
        <w:t>main dhoondta phir raha hoon to kuch to tera, tere creation plan ke mutabiq kuch to hoga jo</w:t>
      </w:r>
    </w:p>
    <w:p>
      <w:pPr>
        <w:jc w:val="right"/>
      </w:pPr>
      <w:r>
        <w:t>میں ڈھونڈتا پھر رہا ہوں تو کچھ تو تیرا، تیرے کیشن پلان کے مطابق کچھ تو ہوگا جو</w:t>
      </w:r>
    </w:p>
    <w:p>
      <w:r>
        <w:rPr>
          <w:b/>
        </w:rPr>
        <w:t xml:space="preserve">[48:30] </w:t>
      </w:r>
      <w:r>
        <w:t>to mere liye muqaddar kiya ho.</w:t>
      </w:r>
    </w:p>
    <w:p>
      <w:pPr>
        <w:jc w:val="right"/>
      </w:pPr>
      <w:r>
        <w:t>تو میرے لیے مقدر کیا ہو۔</w:t>
      </w:r>
    </w:p>
    <w:p>
      <w:r>
        <w:rPr>
          <w:b/>
        </w:rPr>
        <w:t xml:space="preserve">[48:35] </w:t>
      </w:r>
      <w:r>
        <w:t>to ne to main us ka faqeer hoon, us ka mohtaaj hoon.</w:t>
      </w:r>
    </w:p>
    <w:p>
      <w:pPr>
        <w:jc w:val="right"/>
      </w:pPr>
      <w:r>
        <w:t>تو نے تو میں اس کا فقیر ہوں، اس کا محتاج ہوں۔</w:t>
      </w:r>
    </w:p>
    <w:p>
      <w:r>
        <w:rPr>
          <w:b/>
        </w:rPr>
        <w:t xml:space="preserve">[48:39] </w:t>
      </w:r>
      <w:r>
        <w:t>yeh sab ehsaasaat is dil mein bhare hon ge.</w:t>
      </w:r>
    </w:p>
    <w:p>
      <w:pPr>
        <w:jc w:val="right"/>
      </w:pPr>
      <w:r>
        <w:t>یہ سب احساسات اس دل میں بھرے ہوں گے۔</w:t>
      </w:r>
    </w:p>
    <w:p>
      <w:r>
        <w:rPr>
          <w:b/>
        </w:rPr>
        <w:t xml:space="preserve">[48:43] </w:t>
      </w:r>
      <w:r>
        <w:t>phir yeh zubaan se un ke nikla hoga yeh alfaaz.</w:t>
      </w:r>
    </w:p>
    <w:p>
      <w:pPr>
        <w:jc w:val="right"/>
      </w:pPr>
      <w:r>
        <w:t>پھر یہ زبان سے ان کے نکلا ہوگا یہ الفاظ۔</w:t>
      </w:r>
    </w:p>
    <w:p>
      <w:r>
        <w:rPr>
          <w:b/>
        </w:rPr>
        <w:t xml:space="preserve">[48:48] </w:t>
      </w:r>
      <w:r>
        <w:t>to yahi alfaaz, yeh yeh spirit, isi spirit ke saath koi koi insaan dua kare, bashart ke</w:t>
      </w:r>
    </w:p>
    <w:p>
      <w:pPr>
        <w:jc w:val="right"/>
      </w:pPr>
      <w:r>
        <w:t>تو یہی الفاظ، یہ یہ اسپیٹ، اسی اسپیٹ کے ساتھ کوئی کوئی انسان دعا کرے، بشرط کہ</w:t>
      </w:r>
    </w:p>
    <w:p>
      <w:r>
        <w:rPr>
          <w:b/>
        </w:rPr>
        <w:t xml:space="preserve">[48:52] </w:t>
      </w:r>
      <w:r>
        <w:t>uski history bhi wahi ho, to zaroor qubool hogi.</w:t>
      </w:r>
    </w:p>
    <w:p>
      <w:pPr>
        <w:jc w:val="right"/>
      </w:pPr>
      <w:r>
        <w:t>اس کی ہسٹری بھی وہی ہو، تو ضرور قبول ہوگی۔</w:t>
      </w:r>
    </w:p>
    <w:p>
      <w:r>
        <w:rPr>
          <w:b/>
        </w:rPr>
        <w:t xml:space="preserve">[48:57] </w:t>
      </w:r>
      <w:r>
        <w:t>وہ So there was a whole series of events through which the Prophet Moses went through, and this</w:t>
      </w:r>
    </w:p>
    <w:p>
      <w:pPr>
        <w:jc w:val="right"/>
      </w:pPr>
      <w:r>
        <w:t>وہ سو دیر واز ا ہول سیریز اف ایونٹس تھرو وچ دا پرافٹ موزز وینٹ تھرو، اینڈ دس</w:t>
      </w:r>
    </w:p>
    <w:p>
      <w:r>
        <w:rPr>
          <w:b/>
        </w:rPr>
        <w:t xml:space="preserve">[49:02] </w:t>
      </w:r>
      <w:r>
        <w:t>prayers are culmination of those series of events.</w:t>
      </w:r>
    </w:p>
    <w:p>
      <w:pPr>
        <w:jc w:val="right"/>
      </w:pPr>
      <w:r>
        <w:t>پریر واز ا کلمینیشن اف دو سیریز اف ایونٹس۔</w:t>
      </w:r>
    </w:p>
    <w:p>
      <w:r>
        <w:rPr>
          <w:b/>
        </w:rPr>
        <w:t xml:space="preserve">[49:07] </w:t>
      </w:r>
      <w:r>
        <w:t>And if he prayed to God with that spirit, then this prayer would get accepted.</w:t>
      </w:r>
    </w:p>
    <w:p>
      <w:pPr>
        <w:jc w:val="right"/>
      </w:pPr>
      <w:r>
        <w:t>اینڈ اف ہی پری ٹو گاڈ ود دیٹ سپرٹ، دین دس پریر وڈ گیٹ ایکسیپٹڈ۔</w:t>
      </w:r>
    </w:p>
    <w:p>
      <w:r>
        <w:rPr>
          <w:b/>
        </w:rPr>
        <w:t xml:space="preserve">[49:12] </w:t>
      </w:r>
      <w:r>
        <w:t>Maulana, similarly Prophet Jacob also prayed, and his prayer has come in this manner in the Quran.</w:t>
      </w:r>
    </w:p>
    <w:p>
      <w:pPr>
        <w:jc w:val="right"/>
      </w:pPr>
      <w:r>
        <w:t>مولانا، سمیلرلی پرافٹ جیکب السو پریر، اینڈ ہز پریر ہیز کم ان دس مینر ان دا قرآن۔</w:t>
      </w:r>
    </w:p>
    <w:p>
      <w:r>
        <w:rPr>
          <w:b/>
        </w:rPr>
        <w:t xml:space="preserve">[49:17] </w:t>
      </w:r>
      <w:r>
        <w:t>i only complain of my anguish</w:t>
      </w:r>
    </w:p>
    <w:p>
      <w:pPr>
        <w:jc w:val="right"/>
      </w:pPr>
      <w:r>
        <w:t>ائی اونلی کمپلین اف مائی اینگوش</w:t>
      </w:r>
    </w:p>
    <w:p>
      <w:r>
        <w:rPr>
          <w:b/>
        </w:rPr>
        <w:t xml:space="preserve">[49:22] </w:t>
      </w:r>
      <w:r>
        <w:t>and my sorrow to god.</w:t>
      </w:r>
    </w:p>
    <w:p>
      <w:pPr>
        <w:jc w:val="right"/>
      </w:pPr>
      <w:r>
        <w:t>اینڈ مائی سورو ٹو گاڈ۔</w:t>
      </w:r>
    </w:p>
    <w:p>
      <w:r>
        <w:rPr>
          <w:b/>
        </w:rPr>
        <w:t xml:space="preserve">[49:29] </w:t>
      </w:r>
      <w:r>
        <w:t>haan, yeh hazrat yaqoob ke kalmaat hain.</w:t>
      </w:r>
    </w:p>
    <w:p>
      <w:pPr>
        <w:jc w:val="right"/>
      </w:pPr>
      <w:r>
        <w:t>ہاں، یہ حضرت یعقوب کے کلمات ہیں۔</w:t>
      </w:r>
    </w:p>
    <w:p>
      <w:r>
        <w:rPr>
          <w:b/>
        </w:rPr>
        <w:t xml:space="preserve">[49:35] </w:t>
      </w:r>
      <w:r>
        <w:t>yeh to yeh us waqt nikle the un ki zubaan se jab un ke beton ne agar bataya</w:t>
      </w:r>
    </w:p>
    <w:p>
      <w:pPr>
        <w:jc w:val="right"/>
      </w:pPr>
      <w:r>
        <w:t>یہ تو یہ اس وقت نکلے تھے ان کی زبان سے جب ان کے بیٹوں نے اگر بتایا</w:t>
      </w:r>
    </w:p>
    <w:p>
      <w:r>
        <w:rPr>
          <w:b/>
        </w:rPr>
        <w:t xml:space="preserve">[49:41] </w:t>
      </w:r>
      <w:r>
        <w:t>keh woh yusuf to nahin rahe dunya mein to to mein yaani is mauqe par woh beton se</w:t>
      </w:r>
    </w:p>
    <w:p>
      <w:pPr>
        <w:jc w:val="right"/>
      </w:pPr>
      <w:r>
        <w:t>کہ وہ یوسف تو نہیں رہے دنیا میں تو تو میں یعنی اس موقع پر وہ بیٹوں سے</w:t>
      </w:r>
    </w:p>
    <w:p>
      <w:r>
        <w:rPr>
          <w:b/>
        </w:rPr>
        <w:t xml:space="preserve">[49:47] </w:t>
      </w:r>
      <w:r>
        <w:t>ghussa hote, beton ko marte,</w:t>
      </w:r>
    </w:p>
    <w:p>
      <w:pPr>
        <w:jc w:val="right"/>
      </w:pPr>
      <w:r>
        <w:t>غصہ ہوتے، بیٹوں کو مارتے،</w:t>
      </w:r>
    </w:p>
    <w:p>
      <w:r>
        <w:rPr>
          <w:b/>
        </w:rPr>
        <w:t xml:space="preserve">[49:53] </w:t>
      </w:r>
      <w:r>
        <w:t>kisi se shikayat karte. Yeh sab kuch nahi kiya unhon ne, kuch bhi nahi kiya. Un ko kaha ke khudaaya main sab kuch tere upar dalta hoon, tu hi mere haal ko jaanta hai, main to hi se umeed karta hoon, tu hi meri madad farma. To yeh is dua ka jo sift spirit hai, woh hai sab kuch Allah par dal dena. Yani khud inteqaam lena, khud ladna bhidna, khud</w:t>
      </w:r>
    </w:p>
    <w:p>
      <w:pPr>
        <w:jc w:val="right"/>
      </w:pPr>
      <w:r>
        <w:t>کسی سے شکایت کرتے۔ یہ سب کچھ نہیں کیا انہوں نے، کچھ بھی نہیں کیا۔ ان کو کہا کہ خدایا میں سب کچھ تیرے اوپر ڈالتا ہوں، تو ہی میرے حال کو جانتا ہے، میں تو ہی سے امید کرتا ہوں، تو ہی میری مدد فرما۔ تو یہ اس دعا کا جو صفت اسپیٹ ہے، وہ ہے سب کچھ اللہ پر ڈال دینا۔ یعنی خود انتقام لینا، خود لڑنا بھڑنا، خود</w:t>
      </w:r>
    </w:p>
    <w:p>
      <w:r>
        <w:rPr>
          <w:b/>
        </w:rPr>
        <w:t xml:space="preserve">[50:23] </w:t>
      </w:r>
      <w:r>
        <w:t>shikayatein karna, yeh nahi. Allah par dal dena, Allah par dal dena. To yeh to bohat bari spirit hai dua ki. Aaj kal jo musalman duayein bad duayein karte hain zalim ke khilaf, woh is spirit ke khilaf hai. Zalim ke khilaf bohat bad duayein hoti hain, woh sab spirit ke khilaf hai, is spirit ke khilaf hai. Aap ke sath koi acha, koi aisa sulook karta hai jo aap ko</w:t>
      </w:r>
    </w:p>
    <w:p>
      <w:pPr>
        <w:jc w:val="right"/>
      </w:pPr>
      <w:r>
        <w:t>شکایتیں کرنا، یہ نہیں۔ اللہ پر ڈال دینا، اللہ پر ڈال دینا۔ تو یہ تو بہت بڑی اسپیٹ ہے دعا کی۔ اج کل جو مسلمان دعائیں بد دعائیں کرتے ہیں ظالم کے خلاف، وہ اس اسپیٹ کے خلاف ہے۔ ظالم کے خلاف بہت بد دعائیں ہوتی ہیں، وہ سب اسپیٹ کے خلاف ہے، اس اسپیٹ کے خلاف ہے۔ آپ کے ساتھ کوئی اچھا، کوئی ایسا سلوک کرتا ہے جو آپ کو</w:t>
      </w:r>
    </w:p>
    <w:p>
      <w:r>
        <w:rPr>
          <w:b/>
        </w:rPr>
        <w:t xml:space="preserve">[50:53] </w:t>
      </w:r>
      <w:r>
        <w:t>pasand nahi, tab bhi Allah ke khaliq ne dali is ko, jo koi mangna hai, Allah se mangiye. To is to spirit, is ki spirit jo thi ke jo hua, woh kisi insan ne kiya, lekin woh is insan se shikayat nahi karta. Main tujh se shikayat karta hoon, main tujh se mangta hoon, tere tere hawale karta hoon, main saare malik. To yeh spirit agar ho to to bohat bari spirit hai aur zaroor qabool hogi. Woh so Maulana, the spirit behind the</w:t>
      </w:r>
    </w:p>
    <w:p>
      <w:pPr>
        <w:jc w:val="right"/>
      </w:pPr>
      <w:r>
        <w:t>پسند نہیں، تب بھی اللہ کے خالق نے ڈالی اس کو، جو کوئی مانگنا ہے، اللہ سے مانگیے۔ تو اس تو اسپیٹ، اس کی اسپیٹ جو تھی کہ جو ہوا، وہ کسی انسان نے کیا، لیکن وہ اس انسان سے شکایت نہیں کرتا۔ میں تجھ سے شکایت کرتا ہوں، میں تجھ سے مانگتا ہوں، تیرے تیرے حوالے کرتا ہوں، میں سارے مالک۔ تو یہ اسپیٹ اگر ہو تو تو بہت بڑی اسپیٹ ہے اور ضرور قبول ہوگی۔ وہ سو مولانا، دا سپرٹ بیہائنڈ د</w:t>
      </w:r>
    </w:p>
    <w:p>
      <w:r>
        <w:rPr>
          <w:b/>
        </w:rPr>
        <w:t xml:space="preserve">[51:23] </w:t>
      </w:r>
      <w:r>
        <w:t>The prayer of Prophet Jacob is that I leave everything in God.</w:t>
      </w:r>
    </w:p>
    <w:p>
      <w:pPr>
        <w:jc w:val="right"/>
      </w:pPr>
      <w:r>
        <w:t>س پریر اف پرافٹ جیکب از دیٹ ائی لیو ایوری تھنگ ان گاڈ۔</w:t>
      </w:r>
    </w:p>
    <w:p>
      <w:r>
        <w:rPr>
          <w:b/>
        </w:rPr>
        <w:t xml:space="preserve">[51:30] </w:t>
      </w:r>
      <w:r>
        <w:t>Although he had complaints against some human beings, he prayed to God, he left everything to God</w:t>
      </w:r>
    </w:p>
    <w:p>
      <w:pPr>
        <w:jc w:val="right"/>
      </w:pPr>
      <w:r>
        <w:t>الدو ہی ہیڈ کمپلینٹس اگینسٹ سم ہیومن بینگز، ہی پریڈ ٹو گاڈ، ہی لیفٹ ایوری تھنگ ٹو گاڈ</w:t>
      </w:r>
    </w:p>
    <w:p>
      <w:r>
        <w:rPr>
          <w:b/>
        </w:rPr>
        <w:t xml:space="preserve">[51:36] </w:t>
      </w:r>
      <w:r>
        <w:t>instead of complaining or protesting or praying against other.</w:t>
      </w:r>
    </w:p>
    <w:p>
      <w:pPr>
        <w:jc w:val="right"/>
      </w:pPr>
      <w:r>
        <w:t>انسٹیڈ اف کمپلیننگ اور پروٹیسٹنگ اور پرینگ اگینسٹ ادر۔</w:t>
      </w:r>
    </w:p>
    <w:p>
      <w:r>
        <w:rPr>
          <w:b/>
        </w:rPr>
        <w:t xml:space="preserve">[51:43] </w:t>
      </w:r>
      <w:r>
        <w:t>Maulana, can you please tell us how can prayer help in increasing our spirituality? جو بہت زیادہ گہرا</w:t>
      </w:r>
    </w:p>
    <w:p>
      <w:pPr>
        <w:jc w:val="right"/>
      </w:pPr>
      <w:r>
        <w:t>مولانا، کین یو پلیز ٹیل اس ہاؤ کین پریر ہیلپ ان انکریزنگ اور سپرچویلٹی؟ جو بہت زیادہ گہرا</w:t>
      </w:r>
    </w:p>
    <w:p>
      <w:r>
        <w:rPr>
          <w:b/>
        </w:rPr>
        <w:t xml:space="preserve">[51:49] </w:t>
      </w:r>
      <w:r>
        <w:t>taalluq hai spirituality mein aur dua mein,</w:t>
      </w:r>
    </w:p>
    <w:p>
      <w:pPr>
        <w:jc w:val="right"/>
      </w:pPr>
      <w:r>
        <w:t>تعلق ہے اسپیریچولیٹی میں اور دعا میں،</w:t>
      </w:r>
    </w:p>
    <w:p>
      <w:r>
        <w:rPr>
          <w:b/>
        </w:rPr>
        <w:t xml:space="preserve">[51:55] </w:t>
      </w:r>
      <w:r>
        <w:t>kyun ke dono content ek hai. Aap dekhiye, spirituality kya hai? Spirituality yeh hai ke aadmi yani material world se upar uth kar ke us hasti se apna taluq qaim kare jo beyond materials mein hai, beyond space and time hai. Isi ka naam spirituality. To dua bhi yahi hai, dua</w:t>
      </w:r>
    </w:p>
    <w:p>
      <w:pPr>
        <w:jc w:val="right"/>
      </w:pPr>
      <w:r>
        <w:t>کیونکہ دونوں کنٹینٹ ایک ہے۔ آپ دیکھیے، اسپیریچولیٹی کیا ہے؟ اسپیریچولیٹی یہ ہے کہ آدمی یعنی مٹیریل ورلڈ سے اوپر اٹھ کر کے اس ہستی سے اپنا تعلق قائم کرے جو بیانڈ مٹیریلز میں ہے، بیانڈ اسپیس اینڈ ٹائم ہے۔ اسی کا نام اسپیریچولیٹی۔ تو دعا بھی یہی ہے، د</w:t>
      </w:r>
    </w:p>
    <w:p>
      <w:r>
        <w:rPr>
          <w:b/>
        </w:rPr>
        <w:t xml:space="preserve">[52:25] </w:t>
      </w:r>
      <w:r>
        <w:t>bhi yahi hai ke aap is dunya se uth kar ke wahan pahunchte hain jo beyond space and time hai, us se mangte hain Allah se. To spirituality aur dua dono ka content ek hi hai. Dono is liye agar aap sachi dua karte hain to it is bound to increase your spirituality. So the essence of both spirituality and prayer is one and the same, because b</w:t>
      </w:r>
    </w:p>
    <w:p>
      <w:pPr>
        <w:jc w:val="right"/>
      </w:pPr>
      <w:r>
        <w:t>عا بھی یہی ہے کہ آپ اس دنیا سے اٹھ کر کے وہاں پہنچتے ہیں جو بیانڈ اسپیس اینڈ ٹائم ہے، اس سے مانگتے ہیں اللہ سے۔ تو اسپیریچولیٹی اور دعا دونوں کا کنٹینٹ ایک ہی ہے۔ دونوں اس لیے اگر آپ سچی دعا کرتے ہیں تو اٹ از باؤنڈ ٹو انکریز یور اسپیریچولیٹی۔ سو دا ایسنس اف بوتھ سپرچویلٹی اینڈ پریر از ون اینڈ دا سیم، بیکاز ب</w:t>
      </w:r>
    </w:p>
    <w:p>
      <w:r>
        <w:rPr>
          <w:b/>
        </w:rPr>
        <w:t xml:space="preserve">[52:55] </w:t>
      </w:r>
      <w:r>
        <w:t>with help us in connecting to god.</w:t>
      </w:r>
    </w:p>
    <w:p>
      <w:pPr>
        <w:jc w:val="right"/>
      </w:pPr>
      <w:r>
        <w:t>وتھ ہیلپ اس ان کنیکٹنگ ٹو گاڈ۔</w:t>
      </w:r>
    </w:p>
    <w:p>
      <w:r>
        <w:rPr>
          <w:b/>
        </w:rPr>
        <w:t xml:space="preserve">[53:02] </w:t>
      </w:r>
      <w:r>
        <w:t>مولانا، can we pray for those people who have died? دیکھیے، دعا ایسے لوگوں کے لیے دعا جب</w:t>
      </w:r>
    </w:p>
    <w:p>
      <w:pPr>
        <w:jc w:val="right"/>
      </w:pPr>
      <w:r>
        <w:t>مولانا، کین وی پری فور دوز پیپل ہو ہیو ڈائیڈ؟ دیکھیے، دعا ایسے لوگوں کے لیے دعا جب</w:t>
      </w:r>
    </w:p>
    <w:p>
      <w:r>
        <w:rPr>
          <w:b/>
        </w:rPr>
        <w:t xml:space="preserve">[53:08] </w:t>
      </w:r>
      <w:r>
        <w:t>karte hain log to woh apne jazbe ka izhaar hota hai.</w:t>
      </w:r>
    </w:p>
    <w:p>
      <w:pPr>
        <w:jc w:val="right"/>
      </w:pPr>
      <w:r>
        <w:t>کرتے ہیں لوگ تو وہ اپنے جذبے کا اظہار ہوتا ہے۔</w:t>
      </w:r>
    </w:p>
    <w:p>
      <w:r>
        <w:rPr>
          <w:b/>
        </w:rPr>
        <w:t xml:space="preserve">[53:15] </w:t>
      </w:r>
      <w:r>
        <w:t>iska woh haqeeqi maanon mein yeh nahin hota ke is ki wajah se kuch badal jayega.</w:t>
      </w:r>
    </w:p>
    <w:p>
      <w:pPr>
        <w:jc w:val="right"/>
      </w:pPr>
      <w:r>
        <w:t>اس کا وہ حقیقی معنوں میں یہ نہیں ہوتا کہ اس کی وجہ سے کچھ بدل جائے گا۔</w:t>
      </w:r>
    </w:p>
    <w:p>
      <w:r>
        <w:rPr>
          <w:b/>
        </w:rPr>
        <w:t xml:space="preserve">[53:21] </w:t>
      </w:r>
      <w:r>
        <w:t>Allah ke paas Allah aisa nahin ho sakta.</w:t>
      </w:r>
    </w:p>
    <w:p>
      <w:pPr>
        <w:jc w:val="right"/>
      </w:pPr>
      <w:r>
        <w:t>اللہ کے پاس اللہ ایسا نہیں ہو سکتا۔</w:t>
      </w:r>
    </w:p>
    <w:p>
      <w:r>
        <w:rPr>
          <w:b/>
        </w:rPr>
        <w:t xml:space="preserve">[53:27] </w:t>
      </w:r>
      <w:r>
        <w:t>jo log mar gaye hain, ab un ka is dunya se silsila toot gaya.</w:t>
      </w:r>
    </w:p>
    <w:p>
      <w:pPr>
        <w:jc w:val="right"/>
      </w:pPr>
      <w:r>
        <w:t>جو لوگ مر گئے ہیں، اب ان کا اس دنیا سے سلسلہ ٹوٹ گیا۔</w:t>
      </w:r>
    </w:p>
    <w:p>
      <w:r>
        <w:rPr>
          <w:b/>
        </w:rPr>
        <w:t xml:space="preserve">[53:32] </w:t>
      </w:r>
      <w:r>
        <w:t>ab un ka taalluq aakhirat se hai, Khuda se hai, farishton se hai.</w:t>
      </w:r>
    </w:p>
    <w:p>
      <w:pPr>
        <w:jc w:val="right"/>
      </w:pPr>
      <w:r>
        <w:t>اب ان کا تعلق آخرت سے ہے، خدا سے ہے، فرشتوں سے ہے۔</w:t>
      </w:r>
    </w:p>
    <w:p>
      <w:r>
        <w:rPr>
          <w:b/>
        </w:rPr>
        <w:t xml:space="preserve">[53:36] </w:t>
      </w:r>
      <w:r>
        <w:t>yeh dunya se silsila toot chuka.</w:t>
      </w:r>
    </w:p>
    <w:p>
      <w:pPr>
        <w:jc w:val="right"/>
      </w:pPr>
      <w:r>
        <w:t>یہ دنیا سے سلسلہ ٹوٹ چکا۔</w:t>
      </w:r>
    </w:p>
    <w:p>
      <w:r>
        <w:rPr>
          <w:b/>
        </w:rPr>
        <w:t xml:space="preserve">[53:40] </w:t>
      </w:r>
      <w:r>
        <w:t>lekin hamare jab yaani hamare apne log hain jis se hum ko taalluq hai to it is but</w:t>
      </w:r>
    </w:p>
    <w:p>
      <w:pPr>
        <w:jc w:val="right"/>
      </w:pPr>
      <w:r>
        <w:t>لیکن ہمارے جب یعنی ہمارے اپنے لوگ ہیں جس سے ہم کو تعلق ہے تو اٹ از بٹ</w:t>
      </w:r>
    </w:p>
    <w:p>
      <w:r>
        <w:rPr>
          <w:b/>
        </w:rPr>
        <w:t xml:space="preserve">[53:45] </w:t>
      </w:r>
      <w:r>
        <w:t>natural ke hamein dua niklegi zuban se.</w:t>
      </w:r>
    </w:p>
    <w:p>
      <w:pPr>
        <w:jc w:val="right"/>
      </w:pPr>
      <w:r>
        <w:t>نیچرل کہ ہمیں دعا نکلے گی زبان سے۔</w:t>
      </w:r>
    </w:p>
    <w:p>
      <w:r>
        <w:rPr>
          <w:b/>
        </w:rPr>
        <w:t xml:space="preserve">[53:49] </w:t>
      </w:r>
      <w:r>
        <w:t>to woh theek hai.</w:t>
      </w:r>
    </w:p>
    <w:p>
      <w:pPr>
        <w:jc w:val="right"/>
      </w:pPr>
      <w:r>
        <w:t>تو وہ ٹھیک ہے۔</w:t>
      </w:r>
    </w:p>
    <w:p>
      <w:r>
        <w:rPr>
          <w:b/>
        </w:rPr>
        <w:t xml:space="preserve">[53:53] </w:t>
      </w:r>
      <w:r>
        <w:t>baqi yeh samajhna ke kisi buzurg se dua karwa do</w:t>
      </w:r>
    </w:p>
    <w:p>
      <w:pPr>
        <w:jc w:val="right"/>
      </w:pPr>
      <w:r>
        <w:t>باقی یہ سمجھنا کہ کسی بزرگ سے دعا کروا دو</w:t>
      </w:r>
    </w:p>
    <w:p>
      <w:r>
        <w:rPr>
          <w:b/>
        </w:rPr>
        <w:t xml:space="preserve">[53:57] </w:t>
      </w:r>
      <w:r>
        <w:t>to yeh ho jayega, yeh bilkul baseless baat hai.</w:t>
      </w:r>
    </w:p>
    <w:p>
      <w:pPr>
        <w:jc w:val="right"/>
      </w:pPr>
      <w:r>
        <w:t>تو یہ ہو جائے گا، یہ بالکل بیسٹ لیس بات ہے۔</w:t>
      </w:r>
    </w:p>
    <w:p>
      <w:r>
        <w:rPr>
          <w:b/>
        </w:rPr>
        <w:t xml:space="preserve">[54:03] </w:t>
      </w:r>
      <w:r>
        <w:t>mere hue logon ke liye quran khwani karwana, kisi buzurg se dua karwana, yeh bilkul baseless baat hai.</w:t>
      </w:r>
    </w:p>
    <w:p>
      <w:pPr>
        <w:jc w:val="right"/>
      </w:pPr>
      <w:r>
        <w:t>مرے ہوئے لوگوں کے لیے قرآن خوانی کروانا، کسی بزرگ سے دعا کروانا، یہ بالکل بیسٹ لیس بات ہے۔</w:t>
      </w:r>
    </w:p>
    <w:p>
      <w:r>
        <w:rPr>
          <w:b/>
        </w:rPr>
        <w:t xml:space="preserve">[54:08] </w:t>
      </w:r>
      <w:r>
        <w:t>iska koi taalluq yaani dua se nahin hai.</w:t>
      </w:r>
    </w:p>
    <w:p>
      <w:pPr>
        <w:jc w:val="right"/>
      </w:pPr>
      <w:r>
        <w:t>اس کا کوئی تعلق یعنی دعا سے نہیں ہے۔</w:t>
      </w:r>
    </w:p>
    <w:p>
      <w:r>
        <w:rPr>
          <w:b/>
        </w:rPr>
        <w:t xml:space="preserve">[54:13] </w:t>
      </w:r>
      <w:r>
        <w:t>haan, jo taalluq wale log hain, woh dua karenge to un ke apne yaani apne taalluq ka</w:t>
      </w:r>
    </w:p>
    <w:p>
      <w:pPr>
        <w:jc w:val="right"/>
      </w:pPr>
      <w:r>
        <w:t>ہاں، جو تعلق والے لوگ ہیں، وہ دعا کریں گے تو ان کے اپنے یعنی اپنے تعلق کا</w:t>
      </w:r>
    </w:p>
    <w:p>
      <w:r>
        <w:rPr>
          <w:b/>
        </w:rPr>
        <w:t xml:space="preserve">[54:18] </w:t>
      </w:r>
      <w:r>
        <w:t>izhaar hoga aur Allah ka faisla bhi badal jayega.</w:t>
      </w:r>
    </w:p>
    <w:p>
      <w:pPr>
        <w:jc w:val="right"/>
      </w:pPr>
      <w:r>
        <w:t>اظہار ہوگا اور اللہ کا فیصلہ بھی بدل جائے گا۔</w:t>
      </w:r>
    </w:p>
    <w:p>
      <w:r>
        <w:rPr>
          <w:b/>
        </w:rPr>
        <w:t xml:space="preserve">[54:23] </w:t>
      </w:r>
      <w:r>
        <w:t>maulana, prophet ibrahim prayed m</w:t>
      </w:r>
    </w:p>
    <w:p>
      <w:pPr>
        <w:jc w:val="right"/>
      </w:pPr>
      <w:r>
        <w:t>مولانا، پرافٹ ابراہم پریڈ م</w:t>
      </w:r>
    </w:p>
    <w:p>
      <w:r>
        <w:rPr>
          <w:b/>
        </w:rPr>
        <w:t xml:space="preserve">[54:28] </w:t>
      </w:r>
      <w:r>
        <w:t>prayer and my sacrifice and my life and my death are all for God, the Lord of the universe. Can you please tell us about this prayer? Yeh wahi cheez hai jis ko hum Urdu mein kehte hain yaksooi. Yaksooi yani har taraf se apne aap ko kaat kar ke, yani spiritually psychologically kaat kar ke Allah ki taraf jod den</w:t>
      </w:r>
    </w:p>
    <w:p>
      <w:pPr>
        <w:jc w:val="right"/>
      </w:pPr>
      <w:r>
        <w:t>ائی پریر اینڈ مائی سیکریفائس اینڈ مائی لائف اینڈ مائی ڈیتھ ار ال فار گاڈ، دا لارڈ اف دی یونیورس۔ کین یو پلیز ٹیل اس اباؤٹ دس پریر؟ یہ وہی چیز ہے جس کو ہم اردو میں کہتے ہیں یکسوئی۔ یکسوئی یعنی ہر طرف سے اپنے آپ کو کاٹ کر کے، یعنی اسپیریچولی سائیکلوجیکلی کاٹ کر کے اللہ کی طرف جوڑ دین</w:t>
      </w:r>
    </w:p>
    <w:p>
      <w:r>
        <w:rPr>
          <w:b/>
        </w:rPr>
        <w:t xml:space="preserve">[54:58] </w:t>
      </w:r>
      <w:r>
        <w:t>a.</w:t>
      </w:r>
    </w:p>
    <w:p>
      <w:pPr>
        <w:jc w:val="right"/>
      </w:pPr>
      <w:r>
        <w:t>ا۔</w:t>
      </w:r>
    </w:p>
    <w:p>
      <w:r>
        <w:rPr>
          <w:b/>
        </w:rPr>
        <w:t xml:space="preserve">[55:04] </w:t>
      </w:r>
      <w:r>
        <w:t>yaani god oriented thinking, jis ko main kahunga, yeh god oriented, god oriented thinking ka khulasa yahi hai.</w:t>
      </w:r>
    </w:p>
    <w:p>
      <w:pPr>
        <w:jc w:val="right"/>
      </w:pPr>
      <w:r>
        <w:t>یعنی گاڈ اورینٹڈ تھنکنگ، جس کو میں کہوں گا، یہ گاڈ اورینٹڈ، گاڈ اورینٹڈ تھنکنگ کا خلاصہ یہی ہے۔</w:t>
      </w:r>
    </w:p>
    <w:p>
      <w:r>
        <w:rPr>
          <w:b/>
        </w:rPr>
        <w:t xml:space="preserve">[55:10] </w:t>
      </w:r>
      <w:r>
        <w:t>to jab aadmi ke andar god oriented thinking aa jayegi to tab us waqt us ko sachi</w:t>
      </w:r>
    </w:p>
    <w:p>
      <w:pPr>
        <w:jc w:val="right"/>
      </w:pPr>
      <w:r>
        <w:t>تو جب آدمی کے اندر گاڈ اورینٹڈ تھنکنگ آ جائے گی تو تب اس وقت اس کو سچی</w:t>
      </w:r>
    </w:p>
    <w:p>
      <w:r>
        <w:rPr>
          <w:b/>
        </w:rPr>
        <w:t xml:space="preserve">[55:16] </w:t>
      </w:r>
      <w:r>
        <w:t>spirituality, sachi spirituality is ke andar paida hogi aur is ke baad sachi duaen niklengi.</w:t>
      </w:r>
    </w:p>
    <w:p>
      <w:pPr>
        <w:jc w:val="right"/>
      </w:pPr>
      <w:r>
        <w:t>اسپیریچولیٹی، سچی اسپیریچولیٹی اس کے اندر پیدا ہوگی اور اس کے بعد سچی دعائیں نکلیں گی۔</w:t>
      </w:r>
    </w:p>
    <w:p>
      <w:r>
        <w:rPr>
          <w:b/>
        </w:rPr>
        <w:t xml:space="preserve">[55:22] </w:t>
      </w:r>
      <w:r>
        <w:t>so this prayer of prophet ibrahim is</w:t>
      </w:r>
    </w:p>
    <w:p>
      <w:pPr>
        <w:jc w:val="right"/>
      </w:pPr>
      <w:r>
        <w:t>سو دس پریر اف پرافٹ ابراہم از</w:t>
      </w:r>
    </w:p>
    <w:p>
      <w:r>
        <w:rPr>
          <w:b/>
        </w:rPr>
        <w:t xml:space="preserve">[55:28] </w:t>
      </w:r>
      <w:r>
        <w:t>ain expreshn af gaud orented livng.</w:t>
      </w:r>
    </w:p>
    <w:p>
      <w:pPr>
        <w:jc w:val="right"/>
      </w:pPr>
      <w:r>
        <w:t>این ایکسپریشن اف گاڈ اورینٹڈ لیونگ۔</w:t>
      </w:r>
    </w:p>
    <w:p>
      <w:r>
        <w:rPr>
          <w:b/>
        </w:rPr>
        <w:t xml:space="preserve">[55:33] </w:t>
      </w:r>
      <w:r>
        <w:t>مولانا، similarly Prophet Adam also prayed.</w:t>
      </w:r>
    </w:p>
    <w:p>
      <w:pPr>
        <w:jc w:val="right"/>
      </w:pPr>
      <w:r>
        <w:t>مولانا، سمیلرلی پرافٹ ایڈم السو پریڈ۔</w:t>
      </w:r>
    </w:p>
    <w:p>
      <w:r>
        <w:rPr>
          <w:b/>
        </w:rPr>
        <w:t xml:space="preserve">[55:37] </w:t>
      </w:r>
      <w:r>
        <w:t>He said, "Our Lord, we have wronged our souls."</w:t>
      </w:r>
    </w:p>
    <w:p>
      <w:pPr>
        <w:jc w:val="right"/>
      </w:pPr>
      <w:r>
        <w:t>ہی سیڈ اور لارڈ، وی ہیو رونگڈ اور سولز۔</w:t>
      </w:r>
    </w:p>
    <w:p>
      <w:r>
        <w:rPr>
          <w:b/>
        </w:rPr>
        <w:t xml:space="preserve">[55:41] </w:t>
      </w:r>
      <w:r>
        <w:t>If you do not forgive us and have mercy on us, we shall be among the lost.</w:t>
      </w:r>
    </w:p>
    <w:p>
      <w:pPr>
        <w:jc w:val="right"/>
      </w:pPr>
      <w:r>
        <w:t>اف یو ڈو ناٹ فورگیو اس اینڈ ہیو مرسی ان اس، وی شیل بی امنگ دا لاسٹ۔</w:t>
      </w:r>
    </w:p>
    <w:p>
      <w:r>
        <w:rPr>
          <w:b/>
        </w:rPr>
        <w:t xml:space="preserve">[55:45] </w:t>
      </w:r>
      <w:r>
        <w:t>kain yu pliz giv as a bak graund af dis prer? is mein hai ke rabana zalamna anfusna.</w:t>
      </w:r>
    </w:p>
    <w:p>
      <w:pPr>
        <w:jc w:val="right"/>
      </w:pPr>
      <w:r>
        <w:t>کین یو پلیز گیو اس ا بیک گراؤنڈ اف دس پریر؟ اس میں ہے کہ ربنا ظلمنا انفسنا۔</w:t>
      </w:r>
    </w:p>
    <w:p>
      <w:r>
        <w:rPr>
          <w:b/>
        </w:rPr>
        <w:t xml:space="preserve">[55:50] </w:t>
      </w:r>
      <w:r>
        <w:t>ham ne apne janon ke sath zulam kiya, yaani khud apni ka khaidah kar sake jo hamein chahiye</w:t>
      </w:r>
    </w:p>
    <w:p>
      <w:pPr>
        <w:jc w:val="right"/>
      </w:pPr>
      <w:r>
        <w:t>ہم نے اپنے جانوں کے ساتھ ظلم کیا، یعنی خود اپنی کا خائدہ کر سکے جو ہمیں چاہیے</w:t>
      </w:r>
    </w:p>
    <w:p>
      <w:r>
        <w:rPr>
          <w:b/>
        </w:rPr>
        <w:t xml:space="preserve">[55:54] </w:t>
      </w:r>
      <w:r>
        <w:t>tha apne lie</w:t>
      </w:r>
    </w:p>
    <w:p>
      <w:pPr>
        <w:jc w:val="right"/>
      </w:pPr>
      <w:r>
        <w:t>تھا اپنے لیے</w:t>
      </w:r>
    </w:p>
    <w:p>
      <w:r>
        <w:rPr>
          <w:b/>
        </w:rPr>
        <w:t xml:space="preserve">[55:58] </w:t>
      </w:r>
      <w:r>
        <w:t>woh bhi nahi kar saka. hum to khud to hum kho chuke hain, khud to hamare paas koi raha nahi. ab to hi hamein sambhal. yeh us ko mein yeh kahunga ke ek aadmi koi ghalati kar kar jaye, apne bade se kahe ke ke mujh se yeh ghalati ho gayi, aap meri ghalati ko aap sambhaliye, aap mere bade hain. to yeh</w:t>
      </w:r>
    </w:p>
    <w:p>
      <w:pPr>
        <w:jc w:val="right"/>
      </w:pPr>
      <w:r>
        <w:t>، وہ بھی نہیں کر سکے۔ ہم تو خود تو ہم کھو چکے ہیں، خود تو ہمارے پاس کوئی رہا نہیں۔ اب تو ہی ہمیں سنبھال۔ یہ اس کو میں یہ کہوں گا کہ ایک آدمی کوئی غلطی کر کر جائے، اپنے بڑے سے کہے کہ کہ مجھ سے یہ غلطی ہو گئی، آپ میری غلطی کو آپ سنبھالیے، آپ میرے بڑے ہیں۔ تو یہ</w:t>
      </w:r>
    </w:p>
    <w:p>
      <w:r>
        <w:rPr>
          <w:b/>
        </w:rPr>
        <w:t xml:space="preserve">[56:28] </w:t>
      </w:r>
      <w:r>
        <w:t>wohi cheez hai yeh ke adam ne jo ghalti ki, wo ghalti fatal na bane.</w:t>
      </w:r>
    </w:p>
    <w:p>
      <w:pPr>
        <w:jc w:val="right"/>
      </w:pPr>
      <w:r>
        <w:t>وہی چیز ہے یہ کہ آدم نے جو غلطی کی، وہ غلطی فیٹل نہ بنے۔</w:t>
      </w:r>
    </w:p>
    <w:p>
      <w:r>
        <w:rPr>
          <w:b/>
        </w:rPr>
        <w:t xml:space="preserve">[56:33] </w:t>
      </w:r>
      <w:r>
        <w:t>is ki dua hai wo ke ghalti to mujh se ho gayi, lekin is se mujhe bacha ke</w:t>
      </w:r>
    </w:p>
    <w:p>
      <w:pPr>
        <w:jc w:val="right"/>
      </w:pPr>
      <w:r>
        <w:t>اس کی دعا ہے وہ کہ غلطی تو مجھ سے ہو گئی، لیکن اس سے مجھے بچا کے</w:t>
      </w:r>
    </w:p>
    <w:p>
      <w:r>
        <w:rPr>
          <w:b/>
        </w:rPr>
        <w:t xml:space="preserve">[56:39] </w:t>
      </w:r>
      <w:r>
        <w:t>wo dua meri fatal ban jaye.</w:t>
      </w:r>
    </w:p>
    <w:p>
      <w:pPr>
        <w:jc w:val="right"/>
      </w:pPr>
      <w:r>
        <w:t>وہ دعا میری فیٹل بن جائے۔</w:t>
      </w:r>
    </w:p>
    <w:p>
      <w:r>
        <w:rPr>
          <w:b/>
        </w:rPr>
        <w:t xml:space="preserve">[56:44] </w:t>
      </w:r>
      <w:r>
        <w:t>mujhe mujhe sambhal le, ghalti ke bawajood mujh se sambhal le.</w:t>
      </w:r>
    </w:p>
    <w:p>
      <w:pPr>
        <w:jc w:val="right"/>
      </w:pPr>
      <w:r>
        <w:t>مجھے مجھے سنبھال لے، غلطی کے باوجود مجھ سے سنبھال لے۔</w:t>
      </w:r>
    </w:p>
    <w:p>
      <w:r>
        <w:rPr>
          <w:b/>
        </w:rPr>
        <w:t xml:space="preserve">[56:49] </w:t>
      </w:r>
      <w:r>
        <w:t>yeh to bohat bari dua hai, main samajhta hoon.</w:t>
      </w:r>
    </w:p>
    <w:p>
      <w:pPr>
        <w:jc w:val="right"/>
      </w:pPr>
      <w:r>
        <w:t>یہ تو بہت بڑی دعا ہے، میں سمجھتا ہوں۔</w:t>
      </w:r>
    </w:p>
    <w:p>
      <w:r>
        <w:rPr>
          <w:b/>
        </w:rPr>
        <w:t xml:space="preserve">[56:54] </w:t>
      </w:r>
      <w:r>
        <w:t>aur jab aadmi sach much etraf ko dua karta hai, sach much yaani</w:t>
      </w:r>
    </w:p>
    <w:p>
      <w:pPr>
        <w:jc w:val="right"/>
      </w:pPr>
      <w:r>
        <w:t>اور جب آدمی سچ مچ اعتراف کو دعا کرتا ہے، سچ مچ یعنی</w:t>
      </w:r>
    </w:p>
    <w:p>
      <w:r>
        <w:rPr>
          <w:b/>
        </w:rPr>
        <w:t xml:space="preserve">[56:59] </w:t>
      </w:r>
      <w:r>
        <w:t>us ko sachi spirit ke sath karta hai dua, to zaroor qabool hoti hai. jaisa ke Hazrat Adam ko dua qabool ho gayi, Hazrat Adam ki dua qabool ho gayi, kyunke woh dua sachi dua thi. yahan par dua ka matlab yeh hoga ke meri ghalati ko to sambhal le, jo ghalati mujh se ho gayi hai, us ke anjaam se mujhe bacha le. so murad that means repentance is also a very important</w:t>
      </w:r>
    </w:p>
    <w:p>
      <w:pPr>
        <w:jc w:val="right"/>
      </w:pPr>
      <w:r>
        <w:t>اس کو سچی اسپیریٹ کے ساتھ کرتا ہے دعا، تو ضرور قبول ہوتی ہے۔ جیسا کہ حضرت آدم کو دعا قبول ہو گئی، حضرت آدم کی دعا قبول ہو گئی، کیونکہ وہ دعا سچی دعا تھی۔ یہاں پر دعا کا مطلب یہ ہوگا کہ میری غلطی کو تو سنبھال لے، جو غلطی مجھ سے ہو گئی ہے، اس کے انجام سے مجھے بچا لے۔ سو مراد دیٹ مینز ریپینٹنس از السو ا ویری امپور</w:t>
      </w:r>
    </w:p>
    <w:p>
      <w:r>
        <w:rPr>
          <w:b/>
        </w:rPr>
        <w:t xml:space="preserve">[57:29] </w:t>
      </w:r>
      <w:r>
        <w:t>part of prayer. Maulana, I will just take one last question. Is praying at Mecca or Medina more effective than praying at any other place? dekhiye, mere janne ke mutabiq dua ka talluq prayer se nahi hai. aisa nahi ke Mecca Madine mein aap dua karein to qabool ho jaye. dekhiye, hadith ki kitabon mein aaya hai ke Badr ka jo ghazwa hua</w:t>
      </w:r>
    </w:p>
    <w:p>
      <w:pPr>
        <w:jc w:val="right"/>
      </w:pPr>
      <w:r>
        <w:t>ٹنٹ پارٹ اف پریر۔ مولانا، آئی ویل جسٹ ٹیک ون لاسٹ کوسچن۔ از پرینگ ایٹ مکہ اور مدینہ مور ایفیکٹیو دین پرینگ ایٹ اینی ادر پلیس؟ دیکھیے، میرے جاننے کے مطابق دعا کا تعلق پریس سے نہیں ہے۔ ایسا نہیں کہ مکہ مدینے میں آپ دعا کریں تو قبول ہو جائے۔ دیکھیے، حدیث کی کتابوں میں آیا ہے کہ بدر کا جو غزوہ ہوا</w:t>
      </w:r>
    </w:p>
    <w:p>
      <w:r>
        <w:rPr>
          <w:b/>
        </w:rPr>
        <w:t xml:space="preserve">[57:59] </w:t>
      </w:r>
      <w:r>
        <w:t>tha, is se pehle abojahal kaaba mein gaya.</w:t>
      </w:r>
    </w:p>
    <w:p>
      <w:pPr>
        <w:jc w:val="right"/>
      </w:pPr>
      <w:r>
        <w:t>تھا، اس سے پہلے ابوجہل کعبہ میں گیا۔</w:t>
      </w:r>
    </w:p>
    <w:p>
      <w:r>
        <w:rPr>
          <w:b/>
        </w:rPr>
        <w:t xml:space="preserve">[58:03] </w:t>
      </w:r>
      <w:r>
        <w:t>abojahal kaaba mein gaya, kaaba mein ja kar is ka is ka parda pakra aur apne lie dua</w:t>
      </w:r>
    </w:p>
    <w:p>
      <w:pPr>
        <w:jc w:val="right"/>
      </w:pPr>
      <w:r>
        <w:t>ابوجہل کعبہ میں گیا، کعبہ میں جا کر اس کا اس کا پردہ پکڑا اور اپنے لیے دعا</w:t>
      </w:r>
    </w:p>
    <w:p>
      <w:r>
        <w:rPr>
          <w:b/>
        </w:rPr>
        <w:t xml:space="preserve">[58:08] </w:t>
      </w:r>
      <w:r>
        <w:t>ki Allah taala se.</w:t>
      </w:r>
    </w:p>
    <w:p>
      <w:pPr>
        <w:jc w:val="right"/>
      </w:pPr>
      <w:r>
        <w:t>کی اللہ تعالی سے۔</w:t>
      </w:r>
    </w:p>
    <w:p>
      <w:r>
        <w:rPr>
          <w:b/>
        </w:rPr>
        <w:t xml:space="preserve">[58:12] </w:t>
      </w:r>
      <w:r>
        <w:t>yeh baqayda maujood hai hadithon mein ke kaaba ka ghalaf pakar kar abojahal ne dua ki ke is</w:t>
      </w:r>
    </w:p>
    <w:p>
      <w:pPr>
        <w:jc w:val="right"/>
      </w:pPr>
      <w:r>
        <w:t>یہ باقاعدہ موجود ہے حدیثوں میں کہ کعبہ کا غلاف پکڑ کر ابوجہل نے دعا کی کہ اس</w:t>
      </w:r>
    </w:p>
    <w:p>
      <w:r>
        <w:rPr>
          <w:b/>
        </w:rPr>
        <w:t xml:space="preserve">[58:16] </w:t>
      </w:r>
      <w:r>
        <w:t>jang mein hum ko kamyabi ho.</w:t>
      </w:r>
    </w:p>
    <w:p>
      <w:pPr>
        <w:jc w:val="right"/>
      </w:pPr>
      <w:r>
        <w:t>جنگ میں ہم کو کامیابی ہو۔</w:t>
      </w:r>
    </w:p>
    <w:p>
      <w:r>
        <w:rPr>
          <w:b/>
        </w:rPr>
        <w:t xml:space="preserve">[58:21] </w:t>
      </w:r>
      <w:r>
        <w:t>aur phir wo gaya badr ke bazar mein, aur zahir hai ke wo shikast hui us ko.</w:t>
      </w:r>
    </w:p>
    <w:p>
      <w:pPr>
        <w:jc w:val="right"/>
      </w:pPr>
      <w:r>
        <w:t>اور پھر وہ گیا بدر کے بازار میں، اور ظاہر ہے کہ وہ شکست ہوئی اس کو۔</w:t>
      </w:r>
    </w:p>
    <w:p>
      <w:r>
        <w:rPr>
          <w:b/>
        </w:rPr>
        <w:t xml:space="preserve">[58:25] </w:t>
      </w:r>
      <w:r>
        <w:t>to makkah mein d</w:t>
      </w:r>
    </w:p>
    <w:p>
      <w:pPr>
        <w:jc w:val="right"/>
      </w:pPr>
      <w:r>
        <w:t>تو مکہ میں د</w:t>
      </w:r>
    </w:p>
    <w:p>
      <w:r>
        <w:rPr>
          <w:b/>
        </w:rPr>
        <w:t xml:space="preserve">[58:29] </w:t>
      </w:r>
      <w:r>
        <w:t>ua karaye to woh woh zyada afzal dua ho, zaroor qabool ho jaye. aisa kuch bhi nahi hai, is se kuch hone wala nahi hai. So Maulana, praying at Mecca or Medina is not important. What is important is the spirit inside us. Thank you very much Maulana for sharing your deep insights on prayer and telling us why it is so important in Islam. And thank you for joining us live. If you want to watch more videos of Maulana Wahiduddin Khan, you can log in to cpsglobal.org. Thank you.</w:t>
      </w:r>
    </w:p>
    <w:p>
      <w:pPr>
        <w:jc w:val="right"/>
      </w:pPr>
      <w:r>
        <w:t>عا کرائے تو وہ وہ زیادہ افضل دعا ہو، ضرور قبول ہو جائے۔ ایسا کچھ بھی نہیں ہے، اس سے کچھ ہونے والا نہیں ہے۔ سو مولانا، پرینگ ایٹ مکہ اور مدینہ از ناٹ امپورٹنٹ۔ واٹ از امپورٹنٹ از دا سپرٹ انسائیڈ اس۔ تھینک یو ویری مچ مولانا فار شیئرنگ یور ڈیپ انسائٹس ان پریر اینڈ ٹیلنگ اس وائی اٹ از سو امپورٹنٹ ان اسلام۔ اینڈ تھینک یو فار جوائننگ اس لائیو۔ اف یو وانٹ ٹو واچ مور ویڈیوز اف مولانا وحید الدین خان، یو کین لاگ ان ٹو سی پی ایس گلوبل ڈاٹ ارگ۔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