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Women Monthly Interaction 9 September 25, 2022</w:t>
      </w:r>
    </w:p>
    <w:p>
      <w:r>
        <w:t>https://www.youtube.com/watch?v=JCCpV6DcC-c</w:t>
      </w:r>
    </w:p>
    <w:p>
      <w:r>
        <w:rPr>
          <w:b/>
        </w:rPr>
        <w:t xml:space="preserve">[00:12] </w:t>
      </w:r>
      <w:r>
        <w:t>Dear ladies. Today is our monthly end meeting and we have doctor Fareeda Khanoom, chairperson of CPS international with us to address this session and she will be enlightening us with her. We will be asking her questions, and she will be enlightening us with her answers and her wisdom and her learning and all that she has learned from Molana Sahab her entire life.</w:t>
      </w:r>
    </w:p>
    <w:p>
      <w:pPr>
        <w:jc w:val="right"/>
      </w:pPr>
      <w:r>
        <w:t>Dear ladies. Today is our monthly end meeting and we have doctor फरीदा खानम, chairperson of CPS international with us to address this session and she will be enlightening us with her. We will be asking her questions, and she will be enlightening us with her answers and her wisdom and her learning and all that she has learned from मोलाना साहब her entire life.</w:t>
      </w:r>
    </w:p>
    <w:p>
      <w:r>
        <w:rPr>
          <w:b/>
        </w:rPr>
        <w:t xml:space="preserve">[00:41] </w:t>
      </w:r>
      <w:r>
        <w:t>So we are very, very pleased with Fareeda Apa joining us in this session. In fact, we, we wait for this monthly meeting for Fareeda Apa to join us and see her smiling face, smiling and loving face to be with us. Welcome, Apa. Fareeda Apa, you're most welcome in this session. So please, can we start our session, Apa? Yes. Yes. Okay.</w:t>
      </w:r>
    </w:p>
    <w:p>
      <w:pPr>
        <w:jc w:val="right"/>
      </w:pPr>
      <w:r>
        <w:t>So we are very, very pleased with Farida Apa joining us in this session. In fact, we, we wait for this monthly meeting for Farida Apa to join us and see her smiling face, smiling and loving face to be with us. Welcome, Apa. Faridapa, you're most welcome in this session. So please, can we start our session, Apa? Yes. Yes. Okay.</w:t>
      </w:r>
    </w:p>
    <w:p>
      <w:r>
        <w:rPr>
          <w:b/>
        </w:rPr>
        <w:t xml:space="preserve">[01:08] </w:t>
      </w:r>
      <w:r>
        <w:t>Today, your session was very, very nice, that topic that you took upon, the Dawa work. And, in fact, we learned quite a lot about Dawa work. It's a very, very, very delicate topic, in fact, and we need to learn. I had one question which I couldn't ask in that session. So, we will start this session, and many ladies have joined in here, and they'll be asking questions from you.</w:t>
      </w:r>
    </w:p>
    <w:p>
      <w:pPr>
        <w:jc w:val="right"/>
      </w:pPr>
      <w:r>
        <w:t>Today, your session was very, very nice, that topic that you took upon, the Dawa work. And, in fact, we learned quite a lot about Dawa work. It's a very, very, very delicate topic, in fact, and we need to learn. I had one question which I couldn't ask in that session. So, we will start this session, and many ladies have joined in here, and they'll be asking questions from you.</w:t>
      </w:r>
    </w:p>
    <w:p>
      <w:r>
        <w:rPr>
          <w:b/>
        </w:rPr>
        <w:t xml:space="preserve">[01:33] </w:t>
      </w:r>
      <w:r>
        <w:t>And I I will ask miss Pamidapa to start this session. Aap unmute karein apne aap ko Pami Dapa. Question poochna hai aapse? Ok. Haan. Ok. So I open the session.</w:t>
      </w:r>
    </w:p>
    <w:p>
      <w:pPr>
        <w:jc w:val="right"/>
      </w:pPr>
      <w:r>
        <w:t>And I I will ask miss Pamidapa to start this session. आप unmute करें अपने आप को पैमी दापा. Question पूछना है आपसे? Ok. हां. Ok. So I open the session.</w:t>
      </w:r>
    </w:p>
    <w:p>
      <w:r>
        <w:rPr>
          <w:b/>
        </w:rPr>
        <w:t xml:space="preserve">[02:02] </w:t>
      </w:r>
      <w:r>
        <w:t>Let it be an open session.</w:t>
      </w:r>
    </w:p>
    <w:p>
      <w:pPr>
        <w:jc w:val="right"/>
      </w:pPr>
      <w:r>
        <w:t>Let it be an open session.</w:t>
      </w:r>
    </w:p>
    <w:p>
      <w:r>
        <w:rPr>
          <w:b/>
        </w:rPr>
        <w:t xml:space="preserve">[02:06] </w:t>
      </w:r>
      <w:r>
        <w:t>Anybody and any of us can ask questions, and please make it precise, and please tell your name</w:t>
      </w:r>
    </w:p>
    <w:p>
      <w:pPr>
        <w:jc w:val="right"/>
      </w:pPr>
      <w:r>
        <w:t>Anybody and any of us can ask questions, and please make it precise, and please tell your name</w:t>
      </w:r>
    </w:p>
    <w:p>
      <w:r>
        <w:rPr>
          <w:b/>
        </w:rPr>
        <w:t xml:space="preserve">[02:10] </w:t>
      </w:r>
      <w:r>
        <w:t>and your place that you are speaking from.</w:t>
      </w:r>
    </w:p>
    <w:p>
      <w:pPr>
        <w:jc w:val="right"/>
      </w:pPr>
      <w:r>
        <w:t>and your place that you are speaking from.</w:t>
      </w:r>
    </w:p>
    <w:p>
      <w:r>
        <w:rPr>
          <w:b/>
        </w:rPr>
        <w:t xml:space="preserve">[02:15] </w:t>
      </w:r>
      <w:r>
        <w:t>Don't make the question a story tied because it's very difficult to understand the question that you are asking.</w:t>
      </w:r>
    </w:p>
    <w:p>
      <w:pPr>
        <w:jc w:val="right"/>
      </w:pPr>
      <w:r>
        <w:t>Don't make the question a story tied because it's very difficult to understand the question that you are asking.</w:t>
      </w:r>
    </w:p>
    <w:p>
      <w:r>
        <w:rPr>
          <w:b/>
        </w:rPr>
        <w:t xml:space="preserve">[02:19] </w:t>
      </w:r>
      <w:r>
        <w:t>So please make it precise and very clear question it should be. Okay.</w:t>
      </w:r>
    </w:p>
    <w:p>
      <w:pPr>
        <w:jc w:val="right"/>
      </w:pPr>
      <w:r>
        <w:t>So please make it precise and very clear question it should be. Okay.</w:t>
      </w:r>
    </w:p>
    <w:p>
      <w:r>
        <w:rPr>
          <w:b/>
        </w:rPr>
        <w:t xml:space="preserve">[02:24] </w:t>
      </w:r>
      <w:r>
        <w:t>Can we have the question from anyone of us?</w:t>
      </w:r>
    </w:p>
    <w:p>
      <w:pPr>
        <w:jc w:val="right"/>
      </w:pPr>
      <w:r>
        <w:t>Can we have the question from anyone of us?</w:t>
      </w:r>
    </w:p>
    <w:p>
      <w:r>
        <w:rPr>
          <w:b/>
        </w:rPr>
        <w:t xml:space="preserve">[02:28] </w:t>
      </w:r>
      <w:r>
        <w:t>Should I start?</w:t>
      </w:r>
    </w:p>
    <w:p>
      <w:pPr>
        <w:jc w:val="right"/>
      </w:pPr>
      <w:r>
        <w:t>Should I start?</w:t>
      </w:r>
    </w:p>
    <w:p>
      <w:r>
        <w:rPr>
          <w:b/>
        </w:rPr>
        <w:t xml:space="preserve">[02:33] </w:t>
      </w:r>
      <w:r>
        <w:t>Ok, Appa, anyone of us. I will Yeah. Today's session was really great about Dawa because we get involved. But my question is, last time haan chaliye phir ek ghanta se hi laakho hamara. Last time Fareeda ne aaye. Yeh koi ek woh tha us mein rakh diya gaya tha.</w:t>
      </w:r>
    </w:p>
    <w:p>
      <w:pPr>
        <w:jc w:val="right"/>
      </w:pPr>
      <w:r>
        <w:t>Ok, अप्पा, anyone of us. I will Yeah. Today's session was really great about दावा because we get involved. But my question is, last time हां चलिए फिर एक घंटा से ही लाखो हमारा. Last time फरीदार ने आए. यह कोई एक वह था उसमें रख दिया गया था.</w:t>
      </w:r>
    </w:p>
    <w:p>
      <w:r>
        <w:rPr>
          <w:b/>
        </w:rPr>
        <w:t xml:space="preserve">[03:02] </w:t>
      </w:r>
      <w:r>
        <w:t>Yeh koi bore nahi aaye. Can you hear me? Can you hear me? Ji haan, to aapki awaaz aa rahi hai. Achha.</w:t>
      </w:r>
    </w:p>
    <w:p>
      <w:pPr>
        <w:jc w:val="right"/>
      </w:pPr>
      <w:r>
        <w:t>यह कोई bore नहीं आए. Can you hear me? Can you hear me? जी हां, तो आपकी आवाज़ आ रही है. अच्छा.</w:t>
      </w:r>
    </w:p>
    <w:p>
      <w:r>
        <w:rPr>
          <w:b/>
        </w:rPr>
        <w:t xml:space="preserve">[03:14] </w:t>
      </w:r>
      <w:r>
        <w:t>farida saiba last time I have you have taken the importance of education in Islam and also the</w:t>
      </w:r>
    </w:p>
    <w:p>
      <w:pPr>
        <w:jc w:val="right"/>
      </w:pPr>
      <w:r>
        <w:t>फरीदा सैबा last time I have you have taken the importance of education in इस्लाम and also the</w:t>
      </w:r>
    </w:p>
    <w:p>
      <w:r>
        <w:rPr>
          <w:b/>
        </w:rPr>
        <w:t xml:space="preserve">[03:21] </w:t>
      </w:r>
      <w:r>
        <w:t>first ayat was lekin yeh aisa kya ho gaya ke Musalmanon ke literacy mein itna neeche gir gaya</w:t>
      </w:r>
    </w:p>
    <w:p>
      <w:pPr>
        <w:jc w:val="right"/>
      </w:pPr>
      <w:r>
        <w:t>first आयत war लेकिन यह ऐसा क्या हो गया कि मुसलमानों के literacy में इतना नीचे गिर गया</w:t>
      </w:r>
    </w:p>
    <w:p>
      <w:r>
        <w:rPr>
          <w:b/>
        </w:rPr>
        <w:t xml:space="preserve">[03:29] </w:t>
      </w:r>
      <w:r>
        <w:t>hai aur aur jab padhai nahi hai to open mindedness nahi hai to ab kya kiya jaye?</w:t>
      </w:r>
    </w:p>
    <w:p>
      <w:pPr>
        <w:jc w:val="right"/>
      </w:pPr>
      <w:r>
        <w:t>है और और जब पढ़ाई नहीं है तो open mindedness नहीं है तो अब क्या किया जाए?</w:t>
      </w:r>
    </w:p>
    <w:p>
      <w:r>
        <w:rPr>
          <w:b/>
        </w:rPr>
        <w:t xml:space="preserve">[03:37] </w:t>
      </w:r>
      <w:r>
        <w:t>to yeh mera sawal hai ke hua kya aur kaise karein sab mil judkar?</w:t>
      </w:r>
    </w:p>
    <w:p>
      <w:pPr>
        <w:jc w:val="right"/>
      </w:pPr>
      <w:r>
        <w:t>तो यह मेरा सवाल है कि हुआ क्या और कैसे करें सब मिल जुड़कर?</w:t>
      </w:r>
    </w:p>
    <w:p>
      <w:r>
        <w:rPr>
          <w:b/>
        </w:rPr>
        <w:t xml:space="preserve">[03:45] </w:t>
      </w:r>
      <w:r>
        <w:t>Asal mein traditional jo age tha medieval period to us mein is tarah ke adhare nahi the educational institutions jo aaj hain woh nahi the balke jo raja hote the, nawab hote the. To yahi log jo hain patronize karte the education ko.</w:t>
      </w:r>
    </w:p>
    <w:p>
      <w:pPr>
        <w:jc w:val="right"/>
      </w:pPr>
      <w:r>
        <w:t>असल में traditional जो age था medieval period तो उसमें इस तरह के आधारे नहीं थे educational institutions जो आज हैं वह नहीं थे बल्कि जो राजा होते थे, नवाब होते थे. तो यही लोग जो हैं patronize करते थे education को.</w:t>
      </w:r>
    </w:p>
    <w:p>
      <w:r>
        <w:rPr>
          <w:b/>
        </w:rPr>
        <w:t xml:space="preserve">[04:05] </w:t>
      </w:r>
      <w:r>
        <w:t>To barabar political downfall hota raha dynasties ka to us ki wajah se bohat bara setback hua. To aur us ke baad jab English ne sara colonize kiya aur unhon ne apni education le kar aaye to Musalman us ko samajhte rahe ke yeh Islam ke khilaf hai.</w:t>
      </w:r>
    </w:p>
    <w:p>
      <w:pPr>
        <w:jc w:val="right"/>
      </w:pPr>
      <w:r>
        <w:t>तो बराबर political downfall होता रहा dynasties का तो उसकी वजह से बहुत बड़ा setback हुआ. तो और उसके बाद जब English ने सारा colonize किया और उन्होंने अपनी education लेकर आए तो मुसलमान उसको समझते रहे कि यह इस्लाम के खिलाफ है.</w:t>
      </w:r>
    </w:p>
    <w:p>
      <w:r>
        <w:rPr>
          <w:b/>
        </w:rPr>
        <w:t xml:space="preserve">[04:33] </w:t>
      </w:r>
      <w:r>
        <w:t>Yeh Musalmanon se unhon ne approve kiya hai. Musalmanon ki hukoomatein sab khatam ki hain. Kya cheez awaaz aa rahi hai? Kuch disturbance aa rahi hai. Waise aapki awaaz theek aa rahi hai. Achha.</w:t>
      </w:r>
    </w:p>
    <w:p>
      <w:pPr>
        <w:jc w:val="right"/>
      </w:pPr>
      <w:r>
        <w:t>यह मुसलमानों से उन्होंने approve किया है. मुसलमानों की हुकूमतें सब खत्म की हैं. क्या चीज़ आवाज़ आ रही है? कुछ disturbance आ रही है. वैसे आपकी आवाज़ ठीक आ रही है. अच्छा.</w:t>
      </w:r>
    </w:p>
    <w:p>
      <w:r>
        <w:rPr>
          <w:b/>
        </w:rPr>
        <w:t xml:space="preserve">[04:50] </w:t>
      </w:r>
      <w:r>
        <w:t>To chunke Angrezon se Musalman jham kar rahe the woh yeh samajh rahe the ke inhone hamari hukoomat cheeni hai hamara iktedaar cheena hai to tamam jo educational institutions the modern education ke jo adhare the woh sab Angrezon ne qayam kiye the. Ab baad mein English medium hi ho gaya tha.</w:t>
      </w:r>
    </w:p>
    <w:p>
      <w:pPr>
        <w:jc w:val="right"/>
      </w:pPr>
      <w:r>
        <w:t>तो चूंकि अंग्रेज़ों से मुसलमान जम कर रहे थे वह यह समझ रहे थे कि इन्होंने हमारी हुकूमत छीनी है हमारा एक्तेदार छीना है तो तमाम जो educational institutions थे modern education के जो हैदारे थे वह सब अंग्रेज़ों ने कायम किए थे. अब बाद में English medium ही हो गया था.</w:t>
      </w:r>
    </w:p>
    <w:p>
      <w:r>
        <w:rPr>
          <w:b/>
        </w:rPr>
        <w:t xml:space="preserve">[05:14] </w:t>
      </w:r>
      <w:r>
        <w:t>To is wajah se logon ne us ko boycott kiya aur boycott bhi kiya aur tamam log jo hain woh jihad mein shareek, shareek the directly ya indirectly jihad mein shareek rahe. To is tarike se jo purana educational setup tha woh to sab khatam ho gaya aur jo naya educational setup jo Angrez laye to us mein Musalmanon ne hissa nahi liya.</w:t>
      </w:r>
    </w:p>
    <w:p>
      <w:pPr>
        <w:jc w:val="right"/>
      </w:pPr>
      <w:r>
        <w:t>तो इस वजह से लोगों ने उसको by card किया और by card भी किया और तमाम लोग जो हैं वह जिहाद में शरीर, शरीर थे directly या indirectly जिहाद में शरीर रहे. तो इस तरीके से जो पुराना educational setup था वह तो सब खत्म हो गया और जो नया educational setup जो अंग्रेज़ लाए तो उसमें मुसलमानों ने हिस्सा नहीं लिया.</w:t>
      </w:r>
    </w:p>
    <w:p>
      <w:r>
        <w:rPr>
          <w:b/>
        </w:rPr>
        <w:t xml:space="preserve">[05:39] </w:t>
      </w:r>
      <w:r>
        <w:t>Jo chand log jo hissa le rahe the unhon ne talim hasil ki jab lekin woh upper class the usi mein se liberal Muslim University bhi thi. To woh lekin middle class aur jo lower classes the unhon ne to bilkul hi unke paas adhari nahi thi, school nahi the. To is tarike se woh bohat zyada backward ho gaye.</w:t>
      </w:r>
    </w:p>
    <w:p>
      <w:pPr>
        <w:jc w:val="right"/>
      </w:pPr>
      <w:r>
        <w:t>जो चंद लोग जो हिस्सा ले रहे थे उन्होंने तालिम हासिल की जब लेकिन वह upper class थे उसी में से liberal मुस्लिम university भी थी. तो वह लेकिन middle class और जो lower classes थे उन्होंने तो बिल्कुल ही उनके पास ऐधारी नहीं थी, school नहीं थे. तो इस तरीके से वह बहुत ज़्यादा backward हो गए.</w:t>
      </w:r>
    </w:p>
    <w:p>
      <w:r>
        <w:rPr>
          <w:b/>
        </w:rPr>
        <w:t xml:space="preserve">[06:05] </w:t>
      </w:r>
      <w:r>
        <w:t>Angrezon unhon ne yeh fark nahi kar paye ke Angrezon ki jo taalim laye the aur jo Angrez political system the us mein fark nahi kiya. To unhon ne political system ke khilaf the to un se zyada kar rahe the to un ki taalim ka bhi boycott kiya. Halanki jab crusade chal raha tha na to Angrezon ne baqayda span aate the wahan bari bari Muslim universities thi. Tamam ilm jo hai wahan tarraqi ho rahi thi span mein.</w:t>
      </w:r>
    </w:p>
    <w:p>
      <w:pPr>
        <w:jc w:val="right"/>
      </w:pPr>
      <w:r>
        <w:t>अंग्रेज़ों उन्होंने यह फ़र्क नहीं कर पाए कि अंग्रेज़ों की जो तालीम लाए थे और जो अंग्रेज़ political system थे उसमें फ़र्क नहीं किया. तो उन्होंने political system के खिलाफ थे तो उनसे ज्याद कर रहे थे तो उनकी तालीम का भी bycut किया. हालांकि जब crusade चल रहा था ना तो अंग्रेज़ों ने बाकायदा span आते थे वहां बड़ी बड़ी मुस्लिम universities थी. तमाम इल्म जो है वहां तरक्की हो रही थी span में.</w:t>
      </w:r>
    </w:p>
    <w:p>
      <w:r>
        <w:rPr>
          <w:b/>
        </w:rPr>
        <w:t xml:space="preserve">[06:35] </w:t>
      </w:r>
      <w:r>
        <w:t>To Angrezi nahi balki Europeans aate the wahan ki. Wahan talim hasil kar dete unko samajh mein aa gaya tha ke Musalmanon ko maidan e jang mein haraaya nahi ja sakta. To unki woh talim mein bohat aa gaye hain. To unhon ne Salmanon ki talim hasil karna shuru kar di aur tamam kitabon ke tarjume kar dale. To is wajah se hum log yeh nahi kar sake.</w:t>
      </w:r>
    </w:p>
    <w:p>
      <w:pPr>
        <w:jc w:val="right"/>
      </w:pPr>
      <w:r>
        <w:t>तो अंग्रेज़ी नहीं बल्कि Europeans आते थे वहां की. वहां तालिम हासिल कर देते उनको समझ में आ गया था कि मुसलमानों को मैदाने जंग में हराया नहीं जा सकता. तो उनकी वह तालिम में बहुत आ गए हैं. तो उन्होंने सलमानों की तालीम हासिल करना शुरू कर दी और तमाम किताबों के तर्ज में कर डाले. तो इस वजह से हम लोग यह नहीं कर सके.</w:t>
      </w:r>
    </w:p>
    <w:p>
      <w:r>
        <w:rPr>
          <w:b/>
        </w:rPr>
        <w:t xml:space="preserve">[07:01] </w:t>
      </w:r>
      <w:r>
        <w:t>Hum log yahan creative thinking khatam ho gayi thi. Ab jo bhi wajah rahe ho to creative thinking khatam ho gayi thi. Ab jaise misaal ke taur par Rasool Allah sallallahu sallam ne Badr mein jangi qaidiyon se bachchon ko padhvaya. Aap ne yeh nahi socha ke yeh log to dushman hain, bachchon ko kharab kar denge. Yeh nahi socha. To Musalmanon mein creative thinking khatam ho gayi thi.</w:t>
      </w:r>
    </w:p>
    <w:p>
      <w:pPr>
        <w:jc w:val="right"/>
      </w:pPr>
      <w:r>
        <w:t>हम लोग यहां creative thinking खत्म हो गई थी. अब जो भी वजह रहे हो तो creative thinking खत्म हो गई थी. अब जैसे मिसाल के तौर पर रसूल्लाह सल्लाह सल्लाम ने बद्र में जंगी कैदियों से बच्चों को पढ़वाया. आपने यह नहीं सोचा कि यह लोग तो दुश्मन हैं, बच्चों को खराब कर देंगे. यह नहीं सोचा. तो मुसलमानों में creative thinking खत्म हो गई थी.</w:t>
      </w:r>
    </w:p>
    <w:p>
      <w:r>
        <w:rPr>
          <w:b/>
        </w:rPr>
        <w:t xml:space="preserve">[07:28] </w:t>
      </w:r>
      <w:r>
        <w:t>iski wajah se aaj humko bahut bada setback hua.</w:t>
      </w:r>
    </w:p>
    <w:p>
      <w:pPr>
        <w:jc w:val="right"/>
      </w:pPr>
      <w:r>
        <w:t>इसकी वजह से आज हमको बहुत बड़ा setback हुआ.</w:t>
      </w:r>
    </w:p>
    <w:p>
      <w:r>
        <w:rPr>
          <w:b/>
        </w:rPr>
        <w:t xml:space="preserve">[07:33] </w:t>
      </w:r>
      <w:r>
        <w:t>Very true papa.</w:t>
      </w:r>
    </w:p>
    <w:p>
      <w:pPr>
        <w:jc w:val="right"/>
      </w:pPr>
      <w:r>
        <w:t>Very true papa.</w:t>
      </w:r>
    </w:p>
    <w:p>
      <w:r>
        <w:rPr>
          <w:b/>
        </w:rPr>
        <w:t xml:space="preserve">[07:39] </w:t>
      </w:r>
      <w:r>
        <w:t>What you said?</w:t>
      </w:r>
    </w:p>
    <w:p>
      <w:pPr>
        <w:jc w:val="right"/>
      </w:pPr>
      <w:r>
        <w:t>What you said?</w:t>
      </w:r>
    </w:p>
    <w:p>
      <w:r>
        <w:rPr>
          <w:b/>
        </w:rPr>
        <w:t xml:space="preserve">[07:45] </w:t>
      </w:r>
      <w:r>
        <w:t>maine ek kitab Indian Muslims ke saath acche se kuch chapters cover kiye hain Maulana sahab ne ki</w:t>
      </w:r>
    </w:p>
    <w:p>
      <w:pPr>
        <w:jc w:val="right"/>
      </w:pPr>
      <w:r>
        <w:t>मैंने एक किताब Indian Muslims के साथ अच्छे से कुछ chapters cover किए हैं मुलाना साहब ने कि</w:t>
      </w:r>
    </w:p>
    <w:p>
      <w:r>
        <w:rPr>
          <w:b/>
        </w:rPr>
        <w:t xml:space="preserve">[07:50] </w:t>
      </w:r>
      <w:r>
        <w:t>unko usmein unhone bataya hai ki jab angrez jab English introduce kar rahe the schools mein aur kai</w:t>
      </w:r>
    </w:p>
    <w:p>
      <w:pPr>
        <w:jc w:val="right"/>
      </w:pPr>
      <w:r>
        <w:t>उनको उसमें उन्होंने बताया है कि जब अंग्रेज़ जब English introduce कर रहे थे schools में और कई</w:t>
      </w:r>
    </w:p>
    <w:p>
      <w:r>
        <w:rPr>
          <w:b/>
        </w:rPr>
        <w:t xml:space="preserve">[07:56] </w:t>
      </w:r>
      <w:r>
        <w:t>कई नई सारे schools जब खुल रहे थे there was a very tough resistance by the Muslim community</w:t>
      </w:r>
    </w:p>
    <w:p>
      <w:pPr>
        <w:jc w:val="right"/>
      </w:pPr>
      <w:r>
        <w:t>कई नई सारे schools जब खुल रहे थे there was a very tough resistance by the मुस्लिम community</w:t>
      </w:r>
    </w:p>
    <w:p>
      <w:r>
        <w:rPr>
          <w:b/>
        </w:rPr>
        <w:t xml:space="preserve">[08:02] </w:t>
      </w:r>
      <w:r>
        <w:t>and specially from the ullema, from the Molanas and all that because somewhere unki interest clash ho rahe the.</w:t>
      </w:r>
    </w:p>
    <w:p>
      <w:pPr>
        <w:jc w:val="right"/>
      </w:pPr>
      <w:r>
        <w:t>and specially from the उल्लिमा, from the मोलानाs and all that because somewhere उनकी interest clash हो रहे थे.</w:t>
      </w:r>
    </w:p>
    <w:p>
      <w:r>
        <w:rPr>
          <w:b/>
        </w:rPr>
        <w:t xml:space="preserve">[08:08] </w:t>
      </w:r>
      <w:r>
        <w:t>Jab Angrezi aa jayegi, education aa jayegi to yeh sare log us ko follow karne lagega aur unka interest wahan par meet nahi karega. To they try to somehow mislead people aur logon ko bhatka rahe the ke nahi yeh Angrezi tumhare liye kharab hai, yeh hamare upar qabza karna chahte hain aur is tarah se, tarah tarah se unhon ne kisi tarah se deviate kiya unke mind ko taake yeh English education nai nai hasil karein aur tarraqi na karein.</w:t>
      </w:r>
    </w:p>
    <w:p>
      <w:pPr>
        <w:jc w:val="right"/>
      </w:pPr>
      <w:r>
        <w:t>जब अंग्रेज़ी आ जाएगी, education आ जाएगी तो यह सारे लोग उसको follow करने लगेगा और उनका interest वहां पर meet नहीं करेगा. तो they try to somehow mislead people और लोगों को भटका रहे थे कि नहीं यह अंग्रेज़ी तुम्हारे लिए खराब है, यह हमारे ऊपर क़ब्ज़ा करना चाहते हैं और इस तरह से, तरह तरह से उन लोगों ने किसी तरह से deviate किया उनके mind को ताकि यह English education नई नई हासिल करें और तरक्की ना करें.</w:t>
      </w:r>
    </w:p>
    <w:p>
      <w:r>
        <w:rPr>
          <w:b/>
        </w:rPr>
        <w:t xml:space="preserve">[08:37] </w:t>
      </w:r>
      <w:r>
        <w:t>halanki woh baat samajh rahe the ki yeh English education aane se poora format jo society ka woh change ho jayega. Musalman bhi tarakki karenge. Lekin woh aisa nahi chahte the. Toh yeh kitaab bahut achhi hai Indian Muslims is cheez ko bahut achhe se samajhne ke liye. Ji aapka. Any more questions?</w:t>
      </w:r>
    </w:p>
    <w:p>
      <w:pPr>
        <w:jc w:val="right"/>
      </w:pPr>
      <w:r>
        <w:t>हालांकि वह बात समझ रहे थे कि यह English education आने से पूरा format जो society का वह change हो जाएगा. मुसलमान भी तरक्की करेंगे. लेकिन वह ऐसा नहीं चाहते थे. तो यह किताब बहुत अच्छी है Indian मुस्लिमs इस चीज़ को बहुत अच्छे से समझने के लिए. जी आपका. Any more questions?</w:t>
      </w:r>
    </w:p>
    <w:p>
      <w:r>
        <w:rPr>
          <w:b/>
        </w:rPr>
        <w:t xml:space="preserve">[09:04] </w:t>
      </w:r>
      <w:r>
        <w:t>Achha aap isi se related Indian Muslim se main ek sawaal poochna chahti hoon ki aaj bhi Musalman aisa nahi hai aapka kaafi development hui hai. Musalman bhi kaafi badi badi universities mein India national universities, international universities mein padh rahe hain, log taalim haasil kar rahe hain. Lekin jab aap unke society mein uthenge, baithenge aur unke culture ko dekhenge.</w:t>
      </w:r>
    </w:p>
    <w:p>
      <w:pPr>
        <w:jc w:val="right"/>
      </w:pPr>
      <w:r>
        <w:t>अच्छा आप इसी से related Indian मुस्लिम से मैं एक सवाल पूछना चाहती हूं कि आज भी मुसलमान ऐसा नहीं है आपका काफी development हुई है. मुसलमान भी काफी बड़ी बड़ी universities में India national universities, international universities में पढ़ रहे हैं, लोग तालिम हासिल कर रहे हैं. लेकिन जब आप उनके society में उठेंगे, बैठेंगे और उनके culture को देखेंगे.</w:t>
      </w:r>
    </w:p>
    <w:p>
      <w:r>
        <w:rPr>
          <w:b/>
        </w:rPr>
        <w:t xml:space="preserve">[09:28] </w:t>
      </w:r>
      <w:r>
        <w:t>Jaise like I remember aap two to three years back before COVID I am an alumni of AMU and unka kuch program tha Sir Syed day ko and I had gone there for the very first time after so many years and what I found among the Muslim brothers who were there, they were not looking very cultured.</w:t>
      </w:r>
    </w:p>
    <w:p>
      <w:pPr>
        <w:jc w:val="right"/>
      </w:pPr>
      <w:r>
        <w:t>जैसे like I remember आप two to three years back before COVID I am an alumni of AMU and उनका कुछ program था sir सैयद day को and I had gone there for the very first time after so many years and what I found among the मुस्लिम brothers who were there, they were not looking very cultured.</w:t>
      </w:r>
    </w:p>
    <w:p>
      <w:r>
        <w:rPr>
          <w:b/>
        </w:rPr>
        <w:t xml:space="preserve">[09:48] </w:t>
      </w:r>
      <w:r>
        <w:t>I mean, education toh bahut hai and they are in a very high profile jobs and they are working also but their way of talking, their get up, their way of speaking, jo culture woh jo ek dikha rahe the apne appearances se woh aapka bahut missing tha. I cannot I mean I was very very disappointed with the way they were behaving, the way we were talking and all aapka.</w:t>
      </w:r>
    </w:p>
    <w:p>
      <w:pPr>
        <w:jc w:val="right"/>
      </w:pPr>
      <w:r>
        <w:t>I mean, education तो बहुत है and they are in a very high profile jobs and they are working also but their way of talking, their get up, their way of speaking, जो culture वह जो एक दिखा रहे थे अपने appearances से वह आपका बहुत missing था. I cannot I mean I was very very disappointed with the way they were behaving, the way we were talking and all आपका.</w:t>
      </w:r>
    </w:p>
    <w:p>
      <w:r>
        <w:rPr>
          <w:b/>
        </w:rPr>
        <w:t xml:space="preserve">[10:12] </w:t>
      </w:r>
      <w:r>
        <w:t>Toh aisa kyun hai ki Musalman itni education haasil karne ki bawajood bhi woh apne aap ko presentable nahi bana pa rahe. Woh Musalmanon mein degree ke liye toh woh taalim le rahe hain lekin otherwise unke andar woh ghetto mentality ka concept ekdum rach bas gaya hai. Woh samajhte hain ki Musalmanon mein hi rehna hai.</w:t>
      </w:r>
    </w:p>
    <w:p>
      <w:pPr>
        <w:jc w:val="right"/>
      </w:pPr>
      <w:r>
        <w:t>तो ऐसा क्यों है कि मुसलमान इतनी education हासिल करने की बावजूद भी वह अपने आप को presentable नहीं बना पा रहे. वह मुसलमानों में degree के लिए तो वह तालीम ले रहे हैं लेकिन otherwise उनके अंदर वह घेटों mentality का concept एकदम रच बस गया है. वह समझते हैं कि मुसलमानों में ही रहना है.</w:t>
      </w:r>
    </w:p>
    <w:p>
      <w:r>
        <w:rPr>
          <w:b/>
        </w:rPr>
        <w:t xml:space="preserve">[10:37] </w:t>
      </w:r>
      <w:r>
        <w:t>Unka apna baaki time jo guzarta hai woh apne Muslim rishtedar, Muslim dost, Muslim society, Muslim locality usi mein woh rehna chahte hain. Is wajah se woh degree hone ke bawajood woh apne Muslim culture jo ki woh samajhte hain ki Muslim culture ka part of Islam samajhne lage hain woh. Toh is wajah se woh usse alag nahi ho paate hain. Is wajah se woh usi culture par usi rehte hain.</w:t>
      </w:r>
    </w:p>
    <w:p>
      <w:pPr>
        <w:jc w:val="right"/>
      </w:pPr>
      <w:r>
        <w:t>उनका अपना बाकी time जो गुज़रता है वह अपने मुस्लिम रिश्तेदार, मुस्लिम दोस्त, मुस्लिम society, मुस्लिम locality उसी में वह रहना चाहते हैं. इस वजह से वह degree होने के बावजूद वह अपने मुस्लिम culture जो कि वह समझते हैं कि मुस्लिम culture का part of Islam समझने लगे हैं वह. तो इस वजह से वह उससे अलग नहीं हो पाते हैं. इस वजह से वह उसी कंचार पर उसी रहते हैं.</w:t>
      </w:r>
    </w:p>
    <w:p>
      <w:r>
        <w:rPr>
          <w:b/>
        </w:rPr>
        <w:t xml:space="preserve">[11:06] </w:t>
      </w:r>
      <w:r>
        <w:t>Degree hone ke bawajood bhi yeh sab jagah hai. Main mera ek student the jahan main humein toh bahut hi cultured the aur woh rehte the Muslim locality mein. Toh ek din maine poocha ki aap Muslim locality mein rehte hain yahan ke log toh aise nahi hain. Tab unhone bataya ki hum yahan abhi abhi aaye hain saal bhar hua.</w:t>
      </w:r>
    </w:p>
    <w:p>
      <w:pPr>
        <w:jc w:val="right"/>
      </w:pPr>
      <w:r>
        <w:t>Degree होने के बावजूद भी यह सब जगह है. मैं मेरा एक student थे जहां मैं हमें तो बहुत ही कंचार थे और वह रहते थे मुस्लिम locality में. तो एक दिन मैंने पुछा कि आप मुस्लिम locality में रहते हैं यहां के लोग तो ऐसे नहीं हैं. तब उन्होंने बताया कि हम यहां अभी अभी आए हैं साल भर हुआ.</w:t>
      </w:r>
    </w:p>
    <w:p>
      <w:r>
        <w:rPr>
          <w:b/>
        </w:rPr>
        <w:t xml:space="preserve">[11:28] </w:t>
      </w:r>
      <w:r>
        <w:t>Hamare father jo hain woh officer the aur woh jo non Muslim diplomatic area hai woh wahan rehte the. Toh woh locality Musalmanon ne ghetto mentality bana liya hai. Apne hi logon mein woh rehna pasand karte hain. Apna saara time apne hi logon mein guzarte hain. Toh is wajah se woh culturally woh wahi hote hain. Sirf degree wise woh fark hota hai. Ji Appa, thank you so much.</w:t>
      </w:r>
    </w:p>
    <w:p>
      <w:pPr>
        <w:jc w:val="right"/>
      </w:pPr>
      <w:r>
        <w:t>हमारे father जो हैं वह officer थे और वह जो non मुस्लिम diplomatic area है वह वहां रहते थे. तो वह locality मुसलमानों ने घेटों mentality बना लिया है. अपने ही लोगों में वह रहना पसंद करते हैं. अपना सारा time अपने ही लोगों में गुजारते हैं. तो इस वजह से वह culturally वह वही होते हैं. सिर्फ degree wise वह फ़र्क होता है. जी अप्पा, thank you so much.</w:t>
      </w:r>
    </w:p>
    <w:p>
      <w:r>
        <w:rPr>
          <w:b/>
        </w:rPr>
        <w:t xml:space="preserve">[11:56] </w:t>
      </w:r>
      <w:r>
        <w:t>Please come up with question answers with the with your questions so that apa can answer.</w:t>
      </w:r>
    </w:p>
    <w:p>
      <w:pPr>
        <w:jc w:val="right"/>
      </w:pPr>
      <w:r>
        <w:t>Please come up with question answers with the with your questions so that आपा can answer.</w:t>
      </w:r>
    </w:p>
    <w:p>
      <w:r>
        <w:rPr>
          <w:b/>
        </w:rPr>
        <w:t xml:space="preserve">[12:05] </w:t>
      </w:r>
      <w:r>
        <w:t>main sawal kar sakti hoon?</w:t>
      </w:r>
    </w:p>
    <w:p>
      <w:pPr>
        <w:jc w:val="right"/>
      </w:pPr>
      <w:r>
        <w:t>मैं सवाल कर सकती हूं?</w:t>
      </w:r>
    </w:p>
    <w:p>
      <w:r>
        <w:rPr>
          <w:b/>
        </w:rPr>
        <w:t xml:space="preserve">[12:14] </w:t>
      </w:r>
      <w:r>
        <w:t>ji ji boliye.</w:t>
      </w:r>
    </w:p>
    <w:p>
      <w:pPr>
        <w:jc w:val="right"/>
      </w:pPr>
      <w:r>
        <w:t>जी जी बोलिए.</w:t>
      </w:r>
    </w:p>
    <w:p>
      <w:r>
        <w:rPr>
          <w:b/>
        </w:rPr>
        <w:t xml:space="preserve">[12:24] </w:t>
      </w:r>
      <w:r>
        <w:t>ji main princess khan conroe, texas america se baat kar rahi hoon.</w:t>
      </w:r>
    </w:p>
    <w:p>
      <w:pPr>
        <w:jc w:val="right"/>
      </w:pPr>
      <w:r>
        <w:t>जी मैं princess खान Conroe, Texas America से बात कर रही हूं.</w:t>
      </w:r>
    </w:p>
    <w:p>
      <w:r>
        <w:rPr>
          <w:b/>
        </w:rPr>
        <w:t xml:space="preserve">[12:33] </w:t>
      </w:r>
      <w:r>
        <w:t>paridha apaon umeed hai aap khairiyon se hongi isliye main bahut sare log hain.</w:t>
      </w:r>
    </w:p>
    <w:p>
      <w:pPr>
        <w:jc w:val="right"/>
      </w:pPr>
      <w:r>
        <w:t>परिधा आपाओं उम्मीद है आप खैरियों से होंगी इसलिए मैं बहुत सारे लोग हैं.</w:t>
      </w:r>
    </w:p>
    <w:p>
      <w:r>
        <w:rPr>
          <w:b/>
        </w:rPr>
        <w:t xml:space="preserve">[12:42] </w:t>
      </w:r>
      <w:r>
        <w:t>sawal ko apne mere sawal ek hi sawal hai magar uske pehle do ek hisse honge alag alag.</w:t>
      </w:r>
    </w:p>
    <w:p>
      <w:pPr>
        <w:jc w:val="right"/>
      </w:pPr>
      <w:r>
        <w:t>सवाल को अपने मेरे सवाल एक ही सवाल है मगर उसके पहले दो एक हिस्से होंगे अलग अलग.</w:t>
      </w:r>
    </w:p>
    <w:p>
      <w:r>
        <w:rPr>
          <w:b/>
        </w:rPr>
        <w:t xml:space="preserve">[12:52] </w:t>
      </w:r>
      <w:r>
        <w:t>Koi bhi shart nahi hai Istehaath ki. Istehaath toh har naye situation mein woh usko soch sochkar nayi nayi planning karni hai aur Rasool Allah Sallallahu Wasallam ne ekdum shuru mein hi Istehaath ko encourage kar diya tha. Toh ek baar aapko yaad hoga agar Muawiyah ne Jabal ja rahe the kahin woh aamil governor hote the toh poocha ki tum muqadmaat ke faisle kaise karoge?</w:t>
      </w:r>
    </w:p>
    <w:p>
      <w:pPr>
        <w:jc w:val="right"/>
      </w:pPr>
      <w:r>
        <w:t>कोई भी शर्त नहीं है इस्तेहाथ की. इस्तेहाथ तो हर नए situation में वह उसको सोच सोचकर नई नई planning करनी है और रसूल्ला सल्लाह सुनम ने एकदम शुरू में ही इस्तेहाथ को encourage कर दिया था. तो एक बार आपको याद होगा अगर मुहादिब ने जबल जा रहे थे कहीं वह आमिल governor होते थे तो पुछा कि तुम मुकदमात के फ़ैसले कैसे करोगे?</w:t>
      </w:r>
    </w:p>
    <w:p>
      <w:r>
        <w:rPr>
          <w:b/>
        </w:rPr>
        <w:t xml:space="preserve">[13:19] </w:t>
      </w:r>
      <w:r>
        <w:t>Toh unhone kaha pehle sabse hum Quran dekhenge phir Hadith dekhenge aur agar wahan bhi hamein rahnnumai nahi milegi toh hum apni aql se hum ismein faisla karenge. Toh aap bahut khush hue. Lekin baad mein kya hua yeh Fuqaha ka masla hai.</w:t>
      </w:r>
    </w:p>
    <w:p>
      <w:pPr>
        <w:jc w:val="right"/>
      </w:pPr>
      <w:r>
        <w:t>तो उन्होंने कहा पहले सबसे हम कुरान देखेंगे फिर हादीश देखेंगे और अगर वहां भी हमें रनवाई नहीं मिलेगी तो हम अपनी अक्ल से हम इसमें फ़ैसला करेंगे. तो आप बहुत खुश हुए. लेकिन बाद में क्या हुआ यह फोखाहा का मसला है.</w:t>
      </w:r>
    </w:p>
    <w:p>
      <w:r>
        <w:rPr>
          <w:b/>
        </w:rPr>
        <w:t xml:space="preserve">[13:37] </w:t>
      </w:r>
      <w:r>
        <w:t>Baad mein Fuqaha ke jo school of jurisprudence bane na chaar toh wahan se yeh masla paida hua ki haan aaj sab koi sochne laga ki hamare Fuqaha ne poori koshish karke usool wazeh kar diye hain. Ab hamein unhi ko follow karna hai. Halanki yeh Islam nahi tha. Islam log kya kar rahe the? Quran ke toh sirf tilawat kar rahe the.</w:t>
      </w:r>
    </w:p>
    <w:p>
      <w:pPr>
        <w:jc w:val="right"/>
      </w:pPr>
      <w:r>
        <w:t>बाद में फौकहा के जो school of jurisprudence बने ना चार तो वहां से यह मसला पैदा हुआ कि हां आज सब कोई सोचने लगा कि हमारे फौकहा ने पूरी कोशिश करके उसूल वज़ह कर दिए हैं. अब हमें उन्हीं को follow करना है. हालांकि यह इस्लाम नहीं था. इस्लाम लोग क्या कर रहे थे? कुरान के तो सिर्फ तिलावत कर रहे थे.</w:t>
      </w:r>
    </w:p>
    <w:p>
      <w:r>
        <w:rPr>
          <w:b/>
        </w:rPr>
        <w:t xml:space="preserve">[14:07] </w:t>
      </w:r>
      <w:r>
        <w:t>Namaz padhte the woh bhi aise hi padhte the jismein tafakkur nahi karte the jaise Sahaba kiya karte the. Sahaba jab Quran padhte the toh ek ek Ayat ko baar baar padhte the usko samajhte the usko apni zindagi mein apply karte the. Ab baad mein kya hua ki log Quran ki tilawat karne lag gaye aur jo Fuqahaat hai unhone apne zamane ke lihaz se unhone kaam kiya tha.</w:t>
      </w:r>
    </w:p>
    <w:p>
      <w:pPr>
        <w:jc w:val="right"/>
      </w:pPr>
      <w:r>
        <w:t>लमाज पढ़ते थे वो भी ऐसे ही पढ़ते थे जिसमें वार्फिक्र नहीं करते थे जैसे साहबा किया करते थे. साहबा जब कुरान पढ़ते थे तो एक एक वर्ष को बार बार पढ़ते थे उसको समझते थे उसको अपनी ज़िंदगी में apply करते थे. अब बाद में क्या हुआ कि लोग कुरान की तलावत करने लग गए और जो फौकाहात है उन्होंने अपने जमाने के लिहाज से उन्होंने काम किया था.</w:t>
      </w:r>
    </w:p>
    <w:p>
      <w:r>
        <w:rPr>
          <w:b/>
        </w:rPr>
        <w:t xml:space="preserve">[14:36] </w:t>
      </w:r>
      <w:r>
        <w:t>Unka ek contribution hai lekin apne zamane ke lihaz se unhone Quran o Hadith ko interpret kiya tha. Baad mein logon ne usko source samajh liya. Quran o Hadith ko na dekh kar ke unhone woh kaha ki Raa'yon ko source samajh liya aur uske aage woh jaate nahi the. Woh kehte the ki hum hum itne ek hamare professor hain Jamea Millia. Woh kehte hain hum toh army hain.</w:t>
      </w:r>
    </w:p>
    <w:p>
      <w:pPr>
        <w:jc w:val="right"/>
      </w:pPr>
      <w:r>
        <w:t>उनका एक contribution है लेकिन अपने जमाने के लिहाज से उन्होंने पुरानू हदीश को interpret किया था. बाद में लोगों ने उसको source समझ लिया. पुराना हतीश को ना देखकर के उन्होंने वह कहा कि रायों को source समझ लिया और उसके आगे वह जाते नहीं थे. वह कहते थे कि हम हम इतने एक हमारे professor हैं जामेहम्मद. वह कहते हैं हम तो army हैं.</w:t>
      </w:r>
    </w:p>
    <w:p>
      <w:r>
        <w:rPr>
          <w:b/>
        </w:rPr>
        <w:t xml:space="preserve">[15:05] </w:t>
      </w:r>
      <w:r>
        <w:t>Islamic studies ke professor kehte hain hum toh army hain aur hum toh bas jo jo kehte hain hum woh utna hi maante hain usi ko. Toh ab aap soch lijiyega professor ki jab yeh soch hai toh aam aadmi kya soche? Woh samajhte hain ki agar humne direct Quran o Hadith se kisi masle ko samjha toh hum gumrah ho jayenge. Toh yeh wahan se aaya jo yeh fark jo develop hui yeh wahan se aaya hai.</w:t>
      </w:r>
    </w:p>
    <w:p>
      <w:pPr>
        <w:jc w:val="right"/>
      </w:pPr>
      <w:r>
        <w:t>Islamic studies के professor कहते हैं हम तो army हैं और हम तो बस जो जो कहते हैं हम वह उतना ही मानते हैं उसी को. तो अब आप सोच लीजिएगा professor की जब यह सोच है तो आम आदमी क्या सोचे? वह समझते हैं कि अगर हमने direct परामहदी से किसी मसले को समझा तो हम गुमराह हो जाएंगे. तो यह वहां से आया जो यह फ़र्क जो develop हुई यह वहां से आया है.</w:t>
      </w:r>
    </w:p>
    <w:p>
      <w:r>
        <w:rPr>
          <w:b/>
        </w:rPr>
        <w:t xml:space="preserve">[15:35] </w:t>
      </w:r>
      <w:r>
        <w:t>Haan jo Sahaba ke zamane mein aisa nahi tha. Maulana in kitaab Tajdeed e Deen usmein unhone bahut zyada clear karke yeh baat likhi hai ki us waqt jo hai yeh bilkul nahi tha. Koi bhi kisi bhi aalim ke paas jaakar aur masla koi bhi masla pooch sakta tha aur agar us masle se woh satisfied nahi hota tha toh woh kisi doosre aalim ke paas ja sakta tha.</w:t>
      </w:r>
    </w:p>
    <w:p>
      <w:pPr>
        <w:jc w:val="right"/>
      </w:pPr>
      <w:r>
        <w:t>हां जो सहाबा के जमाने में ऐसा नहीं था. माराना इन किताबें तज्जीदेदीन उसमें उन्होंने बहुत ज़्यादा clear करके यह बात लिखी है कि उस वक्त जो है यह बिल्कुल नहीं था. कोई भी किसी भी आलिम के पास जाकर और मसला कोई भी मसला पुछ सकता था और अगर उस मसले से वह satisfied नहीं होता था तो वह किसी दूसरे आलम के पास जा सकता था.</w:t>
      </w:r>
    </w:p>
    <w:p>
      <w:r>
        <w:rPr>
          <w:b/>
        </w:rPr>
        <w:t xml:space="preserve">[16:03] </w:t>
      </w:r>
      <w:r>
        <w:t>Asal mein kya hua ki Islam bahut tezi se saari aabaad duniya mein phail gaya hai aur jo traditional world thi wahan har jagah guru-dom tha. Toh woh samajhte the ki jo hamare jurist hain, jo hamare buzurg hain bas unhi ko follow karna hai.</w:t>
      </w:r>
    </w:p>
    <w:p>
      <w:pPr>
        <w:jc w:val="right"/>
      </w:pPr>
      <w:r>
        <w:t>असल में क्या हुआ कि इस्लाम बहुत तेजी से सारी आबाद दुनिया में फ़ैल गया है और जो traditional world थी वहां हर जगह गुरूदम था. तो वह समझते थे कि जो हमारे jurist हैं, जो हमारे बुज़ुर्ग हैं बस उन्हीं को follow करना है.</w:t>
      </w:r>
    </w:p>
    <w:p>
      <w:r>
        <w:rPr>
          <w:b/>
        </w:rPr>
        <w:t xml:space="preserve">[16:22] </w:t>
      </w:r>
      <w:r>
        <w:t>Apni aql nahi lagate the aur woh itna pakka ho gayi yeh baat ki aaj tak wahi haal hai logon ko ki woh sochne ke liye tayyar nahi hai. Toh jo Maulana ne jo kitaabein likhi hain usmein kai kitaabein hain. Ek kitaab hai Masail e Istehaad aur Fikr e Islami. Iske liye mere khayal mein aap sabse pehle Tajdeed e Deen padh lein.</w:t>
      </w:r>
    </w:p>
    <w:p>
      <w:pPr>
        <w:jc w:val="right"/>
      </w:pPr>
      <w:r>
        <w:t>अपने अखल नहीं लगाते थे और वह इतना पक्का हो गई यह बात कि आज तक वही हाल है लोगों को कि वह सोचने के लिए तैयार नहीं है. तो जो मोहराना ने जो किताबें लिखी हैं उसमें कई किताबें हैं. एक किताब है मसाहिल इश्तिहाद और फ़िक्र इस्लामी. इसके लिए मेरे ख्याल में आप सबसे पहले तटीती दीन पढ़ लें.</w:t>
      </w:r>
    </w:p>
    <w:p>
      <w:r>
        <w:rPr>
          <w:b/>
        </w:rPr>
        <w:t xml:space="preserve">[16:46] </w:t>
      </w:r>
      <w:r>
        <w:t>Mukhtasar kitaab hai taqreeban 100 page ki aur aapko yeh baat, yeh point bilkul clear ho jayega. Ji ab ek cheez Istehaad kaun log kar sakte hain? Yeh ek sawaal ka ek hissa tha woh reh gaya. Please sorry maaf kijiyega.</w:t>
      </w:r>
    </w:p>
    <w:p>
      <w:pPr>
        <w:jc w:val="right"/>
      </w:pPr>
      <w:r>
        <w:t>मुख्तसर किताब है तकरीबन 100 page की और आपको यह बात, यह point बिल्कुल clear हो जाएगा. जी अब एक चीज़ इस्तेहाद कौन लोग कर सकते हैं? यह एक सवाल का एक हिस्सा था वह रह गया. Please sorry माफ कीजिएगा.</w:t>
      </w:r>
    </w:p>
    <w:p>
      <w:r>
        <w:rPr>
          <w:b/>
        </w:rPr>
        <w:t xml:space="preserve">[17:07] </w:t>
      </w:r>
      <w:r>
        <w:t>Ab of course Istehaath wahi karenge jo Quran o Hadith par jiski nazar ho toh waise Rasool Allah Sallallahu Wasallam se log fatwa poochne aate the toh aap kehte the apne dil se fatwa pooch lo. Iska yeh matlab hai ki har aadmi ke andar conscience hai. Har aadmi samajhta hai kya sahi hai, kya galat hai.</w:t>
      </w:r>
    </w:p>
    <w:p>
      <w:pPr>
        <w:jc w:val="right"/>
      </w:pPr>
      <w:r>
        <w:t>अब of course इस्तेहाद वही करेंगे जो पुरानु हदीश पर जिसकी नज़र हो तो वैसे रसूल्लाह सौसलम से लोग फत्वा पूछने आते थे तो आप कहते थे अपने दिल से फत्वा पुछ लो. इसका यह मतलब है कि हर आदमी के अंदर conscience है. हर आदमी समझता है क्या सही है, क्या गलत है.</w:t>
      </w:r>
    </w:p>
    <w:p>
      <w:r>
        <w:rPr>
          <w:b/>
        </w:rPr>
        <w:t xml:space="preserve">[17:28] </w:t>
      </w:r>
      <w:r>
        <w:t>Toh agar insaan ke andar thoda sa dar ho toh woh khud ba khud woh sahi raaste par rahega kyunki Allah ne ek taraf toh Quran diya divine book diya doosri taraf hamare conscience mein hi kya sahi hai kya galat hai woh rakh diya toh har aadmi doosre ke liye toh jaanta hai ki woh sahi kaam kar raha hai galat kar raha hai.</w:t>
      </w:r>
    </w:p>
    <w:p>
      <w:pPr>
        <w:jc w:val="right"/>
      </w:pPr>
      <w:r>
        <w:t>तो अगर इंसान के अंदर थोड़ा सा डर हो तो वह खुद बखुद वह सही रास्ते पर रहेगा क्योंकि अल्लाह ने एक तरफ तो कुरान दिया divine book दिया दूसरी तरफ हमारे conscience में ही क्या सही है क्या गलत है वह रख दिया तो हर आदमी दूसरे के लिए तो जानता है कि वह सही काम कर रहा है गलत कर रहा है.</w:t>
      </w:r>
    </w:p>
    <w:p>
      <w:r>
        <w:rPr>
          <w:b/>
        </w:rPr>
        <w:t xml:space="preserve">[17:52] </w:t>
      </w:r>
      <w:r>
        <w:t>Toh apne ko bhi woh jaanta hai lekin uski kuch desires hote hain kuch interest hote hain is wajah se woh follow nahi kar pata hai. Toh koi bhi fatwa ka matlab hota hai sirf rai lena. Matlab har cheez baad mein sab badal gayi. Toh fatwa sirf rai lena tha baad mein woh fatwa jo hai woh qaza ke maane mein bola jaane laga. Jaise ki ek ek judge ki rai hoti hai, binding hoti hai. Aisa nahi hai.</w:t>
      </w:r>
    </w:p>
    <w:p>
      <w:pPr>
        <w:jc w:val="right"/>
      </w:pPr>
      <w:r>
        <w:t>तो अपने को भी वह जानता है लेकिन उसकी कुछ desires होते हैं कुछ interest होते हैं इस वजह से वह follow नहीं कर पाता है. तो कोई भी फत्वाह का मतलब होता है सिर्फ राय लेना. मतलब हर चीज़ बाद में सब बदल गई. तो फत्वाह सिर्फ राय लेना था बाद में वह फत्वाह जो है वह खज़ा के माने में बोला जाने लगा. जैसे कि एक एक judge की राय होती है, binding होती है. ऐसा नहीं है.</w:t>
      </w:r>
    </w:p>
    <w:p>
      <w:r>
        <w:rPr>
          <w:b/>
        </w:rPr>
        <w:t xml:space="preserve">[18:21] </w:t>
      </w:r>
      <w:r>
        <w:t>Fatwa ke maane sirf rai hai. Agar aap us rai se mutafiq hain toh theek hai. Nahi mutafiq hain toh aap kisi aur se bhi rai le sakte hain. Is that clear? Shukriya aap ab bilkul bahut baat clear. Bahut bahut shukriya. We are waiting. Questions? Shabina may I ask something?</w:t>
      </w:r>
    </w:p>
    <w:p>
      <w:pPr>
        <w:jc w:val="right"/>
      </w:pPr>
      <w:r>
        <w:t>फतवा के माने सिर्फ राय है. अगर आप उस राय से मुत्तफिक है तो ठीक है. नहीं मुत्तफिक है तो आप किसी और से भी राय ले सकते हैं. Is that clear? शुक्रिया आप अब बिल्कुल बहुत बात clear. बहुत बहुत शुक्रिया. We are waiting. Questions? शाबिना may I ask something?</w:t>
      </w:r>
    </w:p>
    <w:p>
      <w:r>
        <w:rPr>
          <w:b/>
        </w:rPr>
        <w:t xml:space="preserve">[18:50] </w:t>
      </w:r>
      <w:r>
        <w:t>Ji, of course. Ji ji ji. Assalamualikum Farida, theek hai? Farida ji, I want to know what was the most common question please before Maulana Sahab? Ok. Most common question Maulana ke paas ka. So what is your question?</w:t>
      </w:r>
    </w:p>
    <w:p>
      <w:pPr>
        <w:jc w:val="right"/>
      </w:pPr>
      <w:r>
        <w:t>जी, of course. जी जी जी. अस्लामालिकुम फरीदाबाद, ठीक है? फरीदा जी, I want to know what was the most common question please before मालाना साहब? Ok. Most common question मालाना के पास का. So what is your question?</w:t>
      </w:r>
    </w:p>
    <w:p>
      <w:r>
        <w:rPr>
          <w:b/>
        </w:rPr>
        <w:t xml:space="preserve">[19:20] </w:t>
      </w:r>
      <w:r>
        <w:t>She is saying what was the most common question people ask from. Pata hai aapko? Sab log tarah tarah ke sawaala poochte the. Ab yeh marifat ke baare mein sabse zyada log sawaal poochte the Khuda se taalluq kaise kaam karein?</w:t>
      </w:r>
    </w:p>
    <w:p>
      <w:pPr>
        <w:jc w:val="right"/>
      </w:pPr>
      <w:r>
        <w:t>She is saying what was the most common question people ask from. पता है आपको? सब लोग तरह तरह के सवाला पूछते थे. अब यह मार्फत के बारे में सबसे ज़्यादा लोग सवाल पूछते थे खुदा से ताल्लुक कैसे काम करें?</w:t>
      </w:r>
    </w:p>
    <w:p>
      <w:r>
        <w:rPr>
          <w:b/>
        </w:rPr>
        <w:t xml:space="preserve">[19:48] </w:t>
      </w:r>
      <w:r>
        <w:t>khuda se talluq kaise kaam karen? mera khyal mein yeh bhi ek common question tha. bahut se log aate the ki aapke jaisa hum waise likh sakte hain, hamein kuch bataiye. to ek baar maha sahab ne kaha ki aap das saal English padhiye, das saal Arabic padhiye, das saal writing ki practice kariye to poora te'is saal ka course bataya.</w:t>
      </w:r>
    </w:p>
    <w:p>
      <w:pPr>
        <w:jc w:val="right"/>
      </w:pPr>
      <w:r>
        <w:t>खुदा से ताल्लुक कैसे काम करें? मेरा ख्याल में यह भी एक common question था. बहुत से लोग आते थे कि आपके जैसा हम वैसे लिख सकते हैं, हमें कुछ बताइए. तो एक बार माहा साहब ने कहा कि आप दस साल English पढ़िए, दस साल Arabic पढ़िए, दस साल writing की practice करिए तो पूरा तेईस साल का course बताया.</w:t>
      </w:r>
    </w:p>
    <w:p>
      <w:r>
        <w:rPr>
          <w:b/>
        </w:rPr>
        <w:t xml:space="preserve">[20:15] </w:t>
      </w:r>
      <w:r>
        <w:t>to yeh bahut log poochte the ki aap kitna hum kaise likhein?</w:t>
      </w:r>
    </w:p>
    <w:p>
      <w:pPr>
        <w:jc w:val="right"/>
      </w:pPr>
      <w:r>
        <w:t>तो यह बहुत लोग पूछते थे कि आप कितना हम कैसे लिखें?</w:t>
      </w:r>
    </w:p>
    <w:p>
      <w:r>
        <w:rPr>
          <w:b/>
        </w:rPr>
        <w:t xml:space="preserve">[20:20] </w:t>
      </w:r>
      <w:r>
        <w:t>aap kitna hum kaise sochein?</w:t>
      </w:r>
    </w:p>
    <w:p>
      <w:pPr>
        <w:jc w:val="right"/>
      </w:pPr>
      <w:r>
        <w:t>आप कितना हम कैसे सोचें?</w:t>
      </w:r>
    </w:p>
    <w:p>
      <w:r>
        <w:rPr>
          <w:b/>
        </w:rPr>
        <w:t xml:space="preserve">[20:25] </w:t>
      </w:r>
      <w:r>
        <w:t>kyunki har baat mein woh har experience se woh unko koi nayi learning hasil karte the na?</w:t>
      </w:r>
    </w:p>
    <w:p>
      <w:pPr>
        <w:jc w:val="right"/>
      </w:pPr>
      <w:r>
        <w:t>क्योंकि हर बात में वह हर experience से वह उनको कोई नई learning हासिल करते थे ना?</w:t>
      </w:r>
    </w:p>
    <w:p>
      <w:r>
        <w:rPr>
          <w:b/>
        </w:rPr>
        <w:t xml:space="preserve">[20:31] </w:t>
      </w:r>
      <w:r>
        <w:t>to mere khyal mein common question to mujhe nahi pata.</w:t>
      </w:r>
    </w:p>
    <w:p>
      <w:pPr>
        <w:jc w:val="right"/>
      </w:pPr>
      <w:r>
        <w:t>तो मेरे ख्याल में common question तो मुझे नहीं पता.</w:t>
      </w:r>
    </w:p>
    <w:p>
      <w:r>
        <w:rPr>
          <w:b/>
        </w:rPr>
        <w:t xml:space="preserve">[20:36] </w:t>
      </w:r>
      <w:r>
        <w:t>sabke alag alag question hote the.</w:t>
      </w:r>
    </w:p>
    <w:p>
      <w:pPr>
        <w:jc w:val="right"/>
      </w:pPr>
      <w:r>
        <w:t>सबके अलग अलग question होते थे.</w:t>
      </w:r>
    </w:p>
    <w:p>
      <w:r>
        <w:rPr>
          <w:b/>
        </w:rPr>
        <w:t xml:space="preserve">[20:41] </w:t>
      </w:r>
      <w:r>
        <w:t>aur aapka sabse difficult jo Maulana sahab ne kaha ho sochkar ya phir padhkar ya aapse kabhi discuss kiya ho?</w:t>
      </w:r>
    </w:p>
    <w:p>
      <w:pPr>
        <w:jc w:val="right"/>
      </w:pPr>
      <w:r>
        <w:t>और आपका सबसे difficult जो मौलाना साहब ने कहा हो सोचकर या फिर पढ़कर या आपसे कभी discuss किया हो?</w:t>
      </w:r>
    </w:p>
    <w:p>
      <w:r>
        <w:rPr>
          <w:b/>
        </w:rPr>
        <w:t xml:space="preserve">[20:47] </w:t>
      </w:r>
      <w:r>
        <w:t>ek baat bahut zyada kehte the ki strong personality banao. to mujhse bhi kehte the ki strong personality bahut zyada kehte the yeh ki strong personality hi jannat mein jayegi. to strong personality unke andar thi bilkul unbiased thinking ho. as it is thinking ho. apni koi galti ho foran usko maan liya jaye.</w:t>
      </w:r>
    </w:p>
    <w:p>
      <w:pPr>
        <w:jc w:val="right"/>
      </w:pPr>
      <w:r>
        <w:t>एक बात बहुत ज़्यादा कहते थे कि strong personality बनाओ. तो मुझसे भी कहते थे कि strong personality बहुत ज़्यादा कहते थे यह कि strong personality ही जन्नत में जाएगी. तो strong personality उनके अंदर थी बिल्कुल unbiased thinking हो. As it is thinking हो. अपनी कोई गलती हो फ़ौरन उसको मान लिया जाए.</w:t>
      </w:r>
    </w:p>
    <w:p>
      <w:r>
        <w:rPr>
          <w:b/>
        </w:rPr>
        <w:t xml:space="preserve">[21:15] </w:t>
      </w:r>
      <w:r>
        <w:t>koi log tarah tarah ke excuses banate rehte hain na to galti ko foran mano. galti ki foran islaah karo. agar kisi ne kisi ko unhon ne kuch keh diya hai to uski foran uski maafi mangte the. ji. kuch chhota aur bada ho yeh nahin dekhte the.</w:t>
      </w:r>
    </w:p>
    <w:p>
      <w:pPr>
        <w:jc w:val="right"/>
      </w:pPr>
      <w:r>
        <w:t>कोई लोग तरह तरह के excuses बनाते रहते हैं ना तो गलती को फ़ौरन मानो. गलती की फ़ौरन इस्लाह करो. अगर किसी ने किसी को उन्होंने कुछ कह दिया है तो उसकी फ़ौरन उसकी माफी मांगते थे. जी. कुछ छोटा और बड़ा हो यह नहीं देखते थे.</w:t>
      </w:r>
    </w:p>
    <w:p>
      <w:r>
        <w:rPr>
          <w:b/>
        </w:rPr>
        <w:t xml:space="preserve">[21:34] </w:t>
      </w:r>
      <w:r>
        <w:t>to hamare yahan jab gaon mein rehte the jo kaam waam karne wale hote the na to agar unko kuch keh diya to unke ghar par jaakar maafi mangte the. to yahan tak log kehne lage the ki agar yeh Maulana jo hai bewqt aaye to samajh lijiye maafi mang mein aaye hain. to itna zyada unko tha ki bilkul har waqt apni soch ko durust rakho.</w:t>
      </w:r>
    </w:p>
    <w:p>
      <w:pPr>
        <w:jc w:val="right"/>
      </w:pPr>
      <w:r>
        <w:t>तो हमारे यहां जब गांव में रहते थे जो काम वाम करने वाले होते थे ना तो अगर उनको कुछ कह दिया तो उनके घर पर जाकर माफी मांगते थे. तो यहां तक लोग कहने लगे थे कि अगर यह मौराना जो है बेवक्त आए तो समझ लीजिए माफी मांग में आए हैं. तो इतना ज़्यादा उनको था कि बिल्कुल हर वक्त अपनी सोच को दुरुस्त रखो.</w:t>
      </w:r>
    </w:p>
    <w:p>
      <w:r>
        <w:rPr>
          <w:b/>
        </w:rPr>
        <w:t xml:space="preserve">[22:01] </w:t>
      </w:r>
      <w:r>
        <w:t>soch ki durustgi par unka bahut zyada zor tha. ji. woh kehte the ki self correction jo hai yeh bahut hi mushkil kaam hai aur anti self thinking kehte the ki apne khilaf socho aur yahi sabse zyada kamyaab hai log apne khilaf soch nahin paate hain.</w:t>
      </w:r>
    </w:p>
    <w:p>
      <w:pPr>
        <w:jc w:val="right"/>
      </w:pPr>
      <w:r>
        <w:t>सोच की दुरुस्तगी पर उनका बहुत ज़्यादा ज़ोर था. जी. वह कहते थे कि self correction जो है यह बहुत ही मुश्किल काम है और anti self thinking कहते थे कि अपने खिलाफ सोचो और यही सबसे ज़्यादा कमयाब है लोग अपने खिलाफ सोच नहीं पाते हैं.</w:t>
      </w:r>
    </w:p>
    <w:p>
      <w:r>
        <w:rPr>
          <w:b/>
        </w:rPr>
        <w:t xml:space="preserve">[22:20] </w:t>
      </w:r>
      <w:r>
        <w:t>to koshish main bahut karti hoon aur sabko batati hoon ki dekho koi galti ho jaye to foran us galti ko maan lo yeh na koi usmein se excuses mat talash karo. to yeh sab baatein mere khyal mein soch sochkar sab likhna padega ki kya kya baat hoti thi. to appa main yeh samjhun ki do cheezen bahut zaroori thi.</w:t>
      </w:r>
    </w:p>
    <w:p>
      <w:pPr>
        <w:jc w:val="right"/>
      </w:pPr>
      <w:r>
        <w:t>तो कोशिश मैं बहुत करती हूं और सबको बताती हूं कि देखो कोई गलती हो जाए तो फ़ौरन उस गलती को मान लो यह ना कोई उसमें से excuses मत तलाश करो. तो यह सब बातें मेरे ख्याल में सोच सोचकर सब लिखना पड़ेगा कि क्या क्या बात होती थी. तो आप्पा मैं यह समझूं कि दो चीज़ें बहुत ज़रूरी थी.</w:t>
      </w:r>
    </w:p>
    <w:p>
      <w:r>
        <w:rPr>
          <w:b/>
        </w:rPr>
        <w:t xml:space="preserve">[22:46] </w:t>
      </w:r>
      <w:r>
        <w:t>ek ki hamara relationship Allah ke sath kaisa ho, number one and number two jo hamari existence hai woh strong ho aur usko is tarah mold karen ki matlab humility bhi ho aur acceptance bhi ho. is it right? have i understood it right? ji bilkul, humility to must hai. to kyunki bada hi sirf aur sirf khuda ki hai. ji.</w:t>
      </w:r>
    </w:p>
    <w:p>
      <w:pPr>
        <w:jc w:val="right"/>
      </w:pPr>
      <w:r>
        <w:t>एक कि हमारा relationship अल्लाह के साथ कैसा हो, number one and number two जो हमारी existence है वह strong हो और उसको इस तरह mold करें कि मतलब humility भी हो और acceptance भी हो. Is it right? Have I understood it right? जी बिल्कुल, humility तो must है. तो क्योंकि बड़ा ही सिर्फ और सिर्फ खुदा की है. जी.</w:t>
      </w:r>
    </w:p>
    <w:p>
      <w:r>
        <w:rPr>
          <w:b/>
        </w:rPr>
        <w:t xml:space="preserve">[23:16] </w:t>
      </w:r>
      <w:r>
        <w:t>to agar hamare andar sara bhi jo hatis hai ki jo main kibriyaai meri chadar hai aur jo us chadar ko mujhse chheenna chahega to ke baghair to khuda ki koi madad nahin milegi. na duniya mein na akhir mein. modesty to hamein har haal mein apni barkharal rakhni hai.</w:t>
      </w:r>
    </w:p>
    <w:p>
      <w:pPr>
        <w:jc w:val="right"/>
      </w:pPr>
      <w:r>
        <w:t>तो अगर हमारे अंदर सारा भी जो हतीस है कि जो मैं किब्रियाई मेरी चादर है और जो उस चादर को मुझसे छीनना चाहेगा तो के बगैर तो खुदा की कोई मदद नहीं मिलेगी. ना दुनिया में ना आखिर में. Modesty तो हमें हर हाल में अपनी बर्खराल रखनी है.</w:t>
      </w:r>
    </w:p>
    <w:p>
      <w:r>
        <w:rPr>
          <w:b/>
        </w:rPr>
        <w:t xml:space="preserve">[23:38] </w:t>
      </w:r>
      <w:r>
        <w:t>aakhir waqt mein woh negativity par bahut zyada bolte the ki negativity ka ek ayota bhi nahin hona chahiye kyunki agar hamari personality mein negativity hai to woh jannat mein jaane ke liye.</w:t>
      </w:r>
    </w:p>
    <w:p>
      <w:pPr>
        <w:jc w:val="right"/>
      </w:pPr>
      <w:r>
        <w:t>आखिर वक़्त में वह negativity पर बहुत ज़्यादा बोलते थे कि negativity का एक आयोटा भी नहीं होना चाहिए क्योंकि अगर हमारी personality में negativity है तो वह जन्नत में जाने के लिए.</w:t>
      </w:r>
    </w:p>
    <w:p>
      <w:r>
        <w:rPr>
          <w:b/>
        </w:rPr>
        <w:t xml:space="preserve">[23:57] </w:t>
      </w:r>
      <w:r>
        <w:t>aapka is it true ki aisi negativity ki wajah se hi hamare iman mein kami hai isliye negativity aati hai na? matlab if i i mean nahin to negativity kyun aati hai? agar mera iman complete hai, mukammal hai to negativity nahin aayegi na? iska matlab iman mein kamzor hai. iman to kaise kahenge main khuda se talluq mein kamzori kaise hum keh sakte hain.</w:t>
      </w:r>
    </w:p>
    <w:p>
      <w:pPr>
        <w:jc w:val="right"/>
      </w:pPr>
      <w:r>
        <w:t>आपका is it true कि ऐसी negativity की वजह से ही हमारे ईमान में कमी है इसलिए negativity आती है ना? मतलब if I I mean नहीं तो negativity क्यों आती है? अगर मेरा ईमान complete है, मुक्कमल है तो negativity नहीं आएगी ना? इसका मतलब ईमान में कमज़ोर है. ईमान तो कैसे कहेंगे मैं खुदा से ताल्लुक में कमज़ोरी कैसे हम कह सकते हैं.</w:t>
      </w:r>
    </w:p>
    <w:p>
      <w:r>
        <w:rPr>
          <w:b/>
        </w:rPr>
        <w:t xml:space="preserve">[24:27] </w:t>
      </w:r>
      <w:r>
        <w:t>khuda se gehra talluq hona chahiye. ji. to hamara ego, hamara jo ai hai woh to exist hi nahin karega na. hum khudam jeene wale jab van jayenge to ai ki koi jagah nahin hogi. ji. ai hamara hurt hota hai na to hum negative hote hain. agar hamein kisi ne kuch keh diya to jab hum apne ko kuch samajh rahe hain tabhi to hum negative hote hain.</w:t>
      </w:r>
    </w:p>
    <w:p>
      <w:pPr>
        <w:jc w:val="right"/>
      </w:pPr>
      <w:r>
        <w:t>खुदा से गहरा ताल्लुक होना चाहिए. जी. तो हमारा ego, हमारा जो आई है वह तो exist ही नहीं करेगा ना. हम खुदाम जीने वाले जब वन जाएंगे तो आई की कोई जगह नहीं होगी. जी. आई हमारा hurt होता है ना तो हम negative होते हैं. अगर हमें किसी ने कुछ कह दिया तो जब हम अपने को कुछ समझ रहे हैं तभी तो हम negative होते हैं.</w:t>
      </w:r>
    </w:p>
    <w:p>
      <w:r>
        <w:rPr>
          <w:b/>
        </w:rPr>
        <w:t xml:space="preserve">[24:54] </w:t>
      </w:r>
      <w:r>
        <w:t>agar hum apne ko kuch samjhe hi nahin to hum kyun negative honge? to Maulana apne ko kuch bhi nahin samajhte the. hamare yahan jo safai karti thi na. haan. kehte the main isse bhi kam apne aap ko samajhta hoon. woh kitni achhi safai kar rahi hai main aisa kaam nahin kar sakta. to main isse bhi apne ko kam woh to keh rahe the main chhoti se bhi apne ko kam samajhta hoon. to jo apne ko chhoti se bhi kam samjhega agar usko koi kuch bura bhala keh deta hai to woh gussa aayega hi nahin usko.</w:t>
      </w:r>
    </w:p>
    <w:p>
      <w:pPr>
        <w:jc w:val="right"/>
      </w:pPr>
      <w:r>
        <w:t>अगर हम अपने को कुछ समझे ही नहीं तो हम क्यों negative होंगे? तो मोराना अपने को कुछ भी नहीं समझते थे. हमारे यहां जो सफाई करती थी ना. हां. कहते थे मैं इससे भी कम अपने आप को समझता हूं. वह कितनी अच्छी सफाई कर रही है मैं ऐसा काम नहीं कर सकता. तो मैं इससे भी अपने को कम वह तो कह रहे थे मैं छोटी से भी अपने को कम समझता हूं. तो जो अपने को चोटी से भी कम समझेगा अगर उसको कोई कुछ बुरा भला कह देता है तो वह गुस्सा आएगा ही नहीं उसको.</w:t>
      </w:r>
    </w:p>
    <w:p>
      <w:r>
        <w:rPr>
          <w:b/>
        </w:rPr>
        <w:t xml:space="preserve">[25:23] </w:t>
      </w:r>
      <w:r>
        <w:t>hum apne ko kuch samajh rahe hain na isliye hum negative hote hain to yeh to khatam karna hai.</w:t>
      </w:r>
    </w:p>
    <w:p>
      <w:pPr>
        <w:jc w:val="right"/>
      </w:pPr>
      <w:r>
        <w:t>हम अपने को कुछ समझ रहे हैं ना इसलिए हम negative होते हैं तो यह तो खत्म करना है.</w:t>
      </w:r>
    </w:p>
    <w:p>
      <w:r>
        <w:rPr>
          <w:b/>
        </w:rPr>
        <w:t xml:space="preserve">[25:29] </w:t>
      </w:r>
      <w:r>
        <w:t>Sufism mein to isko is par bahut zyada zor diya gaya hai ki apni ana ko khatam kar</w:t>
      </w:r>
    </w:p>
    <w:p>
      <w:pPr>
        <w:jc w:val="right"/>
      </w:pPr>
      <w:r>
        <w:t>Sufism में तो इसको इस पर बहुत ज़्यादा ज़ोर दिया गया है कि अपनी आना को खत्म कर</w:t>
      </w:r>
    </w:p>
    <w:p>
      <w:r>
        <w:rPr>
          <w:b/>
        </w:rPr>
        <w:t xml:space="preserve">[25:35] </w:t>
      </w:r>
      <w:r>
        <w:t>diya jaye tabhi humey paida se talluq hum jod sakte hain. ji.</w:t>
      </w:r>
    </w:p>
    <w:p>
      <w:pPr>
        <w:jc w:val="right"/>
      </w:pPr>
      <w:r>
        <w:t>दिया जाए तभी हमें पौधा से ताल्लुक हम जोड़ सकते हैं. जी.</w:t>
      </w:r>
    </w:p>
    <w:p>
      <w:r>
        <w:rPr>
          <w:b/>
        </w:rPr>
        <w:t xml:space="preserve">[25:41] </w:t>
      </w:r>
      <w:r>
        <w:t>so Allah ka talluq aur humility aur that will be jab main yeh sochun ki I am nothing.</w:t>
      </w:r>
    </w:p>
    <w:p>
      <w:pPr>
        <w:jc w:val="right"/>
      </w:pPr>
      <w:r>
        <w:t>So अल्लाह का ताल्लुक और humility और that will be जब मैं यह सोचूं कि I am nothing.</w:t>
      </w:r>
    </w:p>
    <w:p>
      <w:r>
        <w:rPr>
          <w:b/>
        </w:rPr>
        <w:t xml:space="preserve">[25:47] </w:t>
      </w:r>
      <w:r>
        <w:t>matlab khud ko ekdum. ji ji.</w:t>
      </w:r>
    </w:p>
    <w:p>
      <w:pPr>
        <w:jc w:val="right"/>
      </w:pPr>
      <w:r>
        <w:t>मतलब खुद को एकदम. जी जी.</w:t>
      </w:r>
    </w:p>
    <w:p>
      <w:r>
        <w:rPr>
          <w:b/>
        </w:rPr>
        <w:t xml:space="preserve">[25:53] </w:t>
      </w:r>
      <w:r>
        <w:t>Thank you apma.</w:t>
      </w:r>
    </w:p>
    <w:p>
      <w:pPr>
        <w:jc w:val="right"/>
      </w:pPr>
      <w:r>
        <w:t>Thank you अपम.</w:t>
      </w:r>
    </w:p>
    <w:p>
      <w:r>
        <w:rPr>
          <w:b/>
        </w:rPr>
        <w:t xml:space="preserve">[26:00] </w:t>
      </w:r>
      <w:r>
        <w:t>ji apam, thank you so much for answering that. mujhe ek cheez yaad aa rahi hai Maulana sahab ki woh hamesha is par focus karte the no problem person. unhon ne kai baar mujhse bhi kaha, maine suna hai aap bahut no problem person hain. to inka Maulana sahab ka yeh bahut zyada hai ismein focus rehta hai ki aap kahin bhi rahen, kahin bhi jayen. aap ek no problem person ke sath, ki tarah rahen. isn't it right aba?</w:t>
      </w:r>
    </w:p>
    <w:p>
      <w:pPr>
        <w:jc w:val="right"/>
      </w:pPr>
      <w:r>
        <w:t>जी अपम, thank you so much for answering that. मुझे एक चीज़ याद आ रही है मोलाना साहब कि वह हमेशा इस पर focus करते थे no problem person. उन्होंने कई बार मुझसे भी कहा, मैंने सुना है आप बहुत no problem person हैं. तो इनका मोलाना साहब का यह बहुत ज़्यादा है इसमें focus रहता है कि आप कहीं भी रहें, कहीं भी जाएं. आप एक no problem person के साथ, की तरह रहें. Isn't it right अबा?</w:t>
      </w:r>
    </w:p>
    <w:p>
      <w:r>
        <w:rPr>
          <w:b/>
        </w:rPr>
        <w:t xml:space="preserve">[26:26] </w:t>
      </w:r>
      <w:r>
        <w:t>haan, kyunki ab kahin gaye farz kariye garmi mein. ab farz kariye ki pankha nahin aan hua hai. to waise hi garmi mein baithe rahenge. yeh nahin khud se pankha gyan kar len. to bilkul no problem person to bilkul literally us par woh adhere karte the. ek baar America mein the to jiske yahan thehre hue the na woh kahin ja rahe the. to unhon ne kaha sab kuch khareed mein rakha hua hai. aap lekar khana kha lijiyega.</w:t>
      </w:r>
    </w:p>
    <w:p>
      <w:pPr>
        <w:jc w:val="right"/>
      </w:pPr>
      <w:r>
        <w:t>हां, क्योंकि अब कहीं गए फर्ज करिए गर्मी में. अब फर्ज करिए कि पंखा नहीं आन हुआ है. तो वैसे ही गर्मी में बैठे रहेंगे. यह नहीं खुद से पंखा ज्ञान कर लें. तो बिल्कुल no problem person तो बिल्कुल literally उस पर वह adhere करते थे. एक बार America में थे तो जिसके यहां ठहरे हुए थे ना वह कहीं जा रहे थे. तो उन्होंने कहा सब कुछ खरीद में रखा हुआ है. आप लेकर खाना खा लीजिएगा.</w:t>
      </w:r>
    </w:p>
    <w:p>
      <w:r>
        <w:rPr>
          <w:b/>
        </w:rPr>
        <w:t xml:space="preserve">[26:54] </w:t>
      </w:r>
      <w:r>
        <w:t>to woh bahar kuch sukhi roti, basi roti rakhi hui thi. bas wohi unhon ne kha li. fridge khola bhi nahin. to is tarike se woh rehte the. to kyunki woh kehte the ki main apni jo har waqt main khuda par quran ki ayaton par mission ke bare mein yahi sab har waqt soch raha hota hoon. agar yeh duniya ke bare mein main sochunga na to main mera disorientation ho jayega.</w:t>
      </w:r>
    </w:p>
    <w:p>
      <w:pPr>
        <w:jc w:val="right"/>
      </w:pPr>
      <w:r>
        <w:t>तो वह बाहर कुछ सूखी रोटी, बासी रोटी रखी हुई थी. बस वही उन्होंने खा ली. Fridge खोला भी नहीं. तो इस तरीके से वह रहते थे. तो क्योंकि वह कहते थे कि मैं अपनी जो हर वक्त मैं खुदा पर कुरान की आयतों पर mission के बारे में यही सब हर वक्त सोच रहा होता हूं. अगर यह दुनिया के बारे में मैं सोचूंगा ना तो मैं मेरा disorientation हो जाएगा.</w:t>
      </w:r>
    </w:p>
    <w:p>
      <w:r>
        <w:rPr>
          <w:b/>
        </w:rPr>
        <w:t xml:space="preserve">[27:23] </w:t>
      </w:r>
      <w:r>
        <w:t>agar hum koi baat keh den ki kisi ne yeh keh diya ya woh keh diya to woh aisa lagta tha ki woh sunte hi nahin hain. woh apni soch ko bilkul mustaqel, soch mein garg rehte the. to woh wajah thi ki woh in cheezon, yeh cheezen matter nahin karti thi unki zindagi mein. khana khane mein namak hai ya nahin hai yeh bhi matter nahin karta tha. jo bhi khana de diya jata tha bas woh kha lete the.</w:t>
      </w:r>
    </w:p>
    <w:p>
      <w:pPr>
        <w:jc w:val="right"/>
      </w:pPr>
      <w:r>
        <w:t>अगर हम कोई बात कह दें कि किसी ने यह कह दिया या वह कह दिया तो वह ऐसा लगता था कि वह सुनते ही नहीं हैं. वह अपनी सोच को बिल्कुल मुस्तकेल, सोच में गर्ग रहते थे. तो वह वजह थी कि वह इन चीज़ों, यह चीज़ें matter नहीं करती थी उनकी ज़िंदगी में. खाना खाने में नमक है या नहीं है यह भी matter नहीं करता था. जो भी खाना दे दिया जाता था बस वह खा लेते थे.</w:t>
      </w:r>
    </w:p>
    <w:p>
      <w:r>
        <w:rPr>
          <w:b/>
        </w:rPr>
        <w:t xml:space="preserve">[27:52] </w:t>
      </w:r>
      <w:r>
        <w:t>kabhi nahin kaha ki yeh khana aisa hai ya woh khana aisa hai. to kyunki woh kuch aur sochte hi nahin the. siway khuda ki baaton ki woh kuch aur unki soch mein aata hi nahin tha. thank you apar this is so profound. bahut lesson unhon ne ko milti hai ki hamari life hai. hamein bhi kis tarah se lead karna chahiye if you want to live a god oriented life.</w:t>
      </w:r>
    </w:p>
    <w:p>
      <w:pPr>
        <w:jc w:val="right"/>
      </w:pPr>
      <w:r>
        <w:t>कभी नहीं कहा कि यह खाना ऐसा है या वह खाना ऐसा है. तो क्योंकि वह कुछ और सोचते ही नहीं थे. सिवाय खुदा की बातों की वह कुछ और उनकी सोच में आता ही नहीं था. Thank you अपार this is so profound. बहुत lesson उन्होंने को मिलती है कि हमारी life है. हमें भी किस तरह से lead करना चाहिए if you want to live a god oriented life.</w:t>
      </w:r>
    </w:p>
    <w:p>
      <w:r>
        <w:rPr>
          <w:b/>
        </w:rPr>
        <w:t xml:space="preserve">[28:20] </w:t>
      </w:r>
      <w:r>
        <w:t>apam, main yeh poochhna chah rahi thi ki Maulana sahab aakhri apni inteqal se kitne din pehle tak woh matlab yeh kitne din aakhri din matlab inteqal se pehle kab tak woh yeh kaam apna jaise yeh tabiyat ya yeh kaam karte rahe, logon ko message pahunchate rahe. yeh mujhe bahut khauhil se maloom karne ki.</w:t>
      </w:r>
    </w:p>
    <w:p>
      <w:pPr>
        <w:jc w:val="right"/>
      </w:pPr>
      <w:r>
        <w:t>आपम, मैं यह पूछना चाह रही थी कि मौलाना साहब आखिरी अपनी इंतिकाल से कितने दिन पहले तक वह मतलब यह कितने दिन आखिरी दिन मतलब इंतिकाल से पहले कब तक वह यह काम अपना जैसे यह तबीयत या यह काम करते रहे, लोगों को message पहुंचाते रहे. यह मुझे बहुत खौहिल से मालूम करने की.</w:t>
      </w:r>
    </w:p>
    <w:p>
      <w:r>
        <w:rPr>
          <w:b/>
        </w:rPr>
        <w:t xml:space="preserve">[28:42] </w:t>
      </w:r>
      <w:r>
        <w:t>aakhir mein do char din thoda gale mein kuch problem tha shayad bol nahin pa rahe the theek se lekin unka mind fully koi tarike se matlab mind kaam kar raha tha. bilkul aakhir waqt mein bhi koi aaya to jabki woh bol nahin pa rahe the jis din hospital gaye hain to koi aaya aur usne abba ke kaan mein jaakar salam kiya.</w:t>
      </w:r>
    </w:p>
    <w:p>
      <w:pPr>
        <w:jc w:val="right"/>
      </w:pPr>
      <w:r>
        <w:t>आखिर मैं दो चार दिन थोड़ा गले में कुछ problem था शायद बोल नहीं पा रहे थे ठीक से लेकिन उनका mind fully कोई तरीके से मतलब mind काम कर रहा था. बिल्कुल आखिर वक्त में भी कोई आया तो जबकि वह बोल नहीं पा रहे थे जिस दिन hospital गए हैं तो कोई आया और उसने अब्बा के कान में जाकर सलाम किया.</w:t>
      </w:r>
    </w:p>
    <w:p>
      <w:r>
        <w:rPr>
          <w:b/>
        </w:rPr>
        <w:t xml:space="preserve">[29:10] </w:t>
      </w:r>
      <w:r>
        <w:t>to unhon ne kaha, unki wife ka naam lekar kaha ki dekho unko dukh mat dena. unka kuch problem chal raha tha saas sau aur dho mein. to abba ab samjhate rehte the. to aakhri jumla yahi tha ki unko dukh mat dena. to iska matlab hai ki unka mind poori tarike se kaam kar raha tha lekin woh bolne mein kuch problem ho rahi thi aisa lag raha tha.</w:t>
      </w:r>
    </w:p>
    <w:p>
      <w:pPr>
        <w:jc w:val="right"/>
      </w:pPr>
      <w:r>
        <w:t>तो उन्होंने कहा, उनकी wife का नाम लेकर कहा कि देखो उनको दुख मत देना. उनका कुछ problem चल रहा था सास सौ और ढो में. तो अब्बा अब समझाते रहते थे. तो आखिरी जुमला यही था कि उनको दुख मत देना. तो इसका मतलब है कि उनका mind पूरी तरीके से काम कर रहा था लेकिन वह बोलने में कुछ problem हो रही थी ऐसा लग रहा था.</w:t>
      </w:r>
    </w:p>
    <w:p>
      <w:r>
        <w:rPr>
          <w:b/>
        </w:rPr>
        <w:t xml:space="preserve">[29:35] </w:t>
      </w:r>
      <w:r>
        <w:t>to aur us waqt bhi unhon ne yeh nahin kaha ki mera beta, meri beti usko yeh pyaram de do, usko woh pyaram de do, kuch nahin. bas unse kehna dekho apni wife ko dukh mat dena. to is tarike se woh aakhir waqt tak jo aakhri jumla mujhe yaad hai, woh yahi tha ki hamesha paju chhurhana. yahi mujhe yaad hai aur aakhri jumla aur koi yaad nahin phir usi din woh hospital chale gaye the.</w:t>
      </w:r>
    </w:p>
    <w:p>
      <w:pPr>
        <w:jc w:val="right"/>
      </w:pPr>
      <w:r>
        <w:t>तो और उस वक्त भी उन्होंने यह नहीं कहा कि मेरा बेटा, मेरी बेटी उसको यह प्याराम दे दो, उसको वह प्याराम दे दो, कुछ नहीं. बस उनसे कहना देखो अपनी wife को दुख मत देना. तो इस तरीके से वह आखिर वक्त तक जो आखिरी जुमला मुझे याद है, वह यही था कि हमेशा पाजू चुर्हाना. यही मुझे याद है और आखिरी जुमला और कोई याद नहीं फिर उसी दिन वह hospital चले गए थे.</w:t>
      </w:r>
    </w:p>
    <w:p>
      <w:r>
        <w:rPr>
          <w:b/>
        </w:rPr>
        <w:t xml:space="preserve">[30:01] </w:t>
      </w:r>
      <w:r>
        <w:t>hospital mein nau din rahe aur baqi to ek hafta se pehle tak bhi telephone vagairah sab kar baat karte rehte the. haan sahi baat hai. haan baat vaat sab karte rehte the lekin bahi bahut clear alfaaz nahin nikalta tha lekin bilkul achhe tarike se baat ko samajhte the. koi kamre mein aata tha to usko samajhte the.</w:t>
      </w:r>
    </w:p>
    <w:p>
      <w:pPr>
        <w:jc w:val="right"/>
      </w:pPr>
      <w:r>
        <w:t>Hospital में नौ दिन रहे और बाकी तो एक हफ्ता से पहले तक भी telephone वगैरह सब कर बात करते रहते थे. हां सही बात है. हां बात वात सब करते रहते थे लेकिन भई बहुत clear अल्पाज़ नहीं निकलता था लेकिन बिल्कुल अच्छे तरीके से बात को समझते थे. कोई कमरे में आता था तो उसको समझते थे.</w:t>
      </w:r>
    </w:p>
    <w:p>
      <w:r>
        <w:rPr>
          <w:b/>
        </w:rPr>
        <w:t xml:space="preserve">[30:27] </w:t>
      </w:r>
      <w:r>
        <w:t>salam ka jawab bhi dete the aur kehte the ki yeh naam bhi lete the matlab woh samajh rahe the kaun aaya hai aakhir waqt tak. shukriya papa bas yahi maloom karna tha. shukriya bahut bahut. hamare paas aur twenty five minutes time hai. please come up with question. doctor supina aapka koi sawal? ji hisahil ko.</w:t>
      </w:r>
    </w:p>
    <w:p>
      <w:pPr>
        <w:jc w:val="right"/>
      </w:pPr>
      <w:r>
        <w:t>सलाम का जवाब भी देते थे और कहते थे कि यह नाम भी लेते थे मतलब वह समझ रहे थे कौन आया है आखिर वक़्त तक. शुक्रिया papa बस यही मालूम करना था. शुक्रिया बहुत बहुत. हमारे पास और twenty five minutes time है. Please come up with question. Doctor सुपीना आपका कोई सवाल? जी हिस्साहिल को.</w:t>
      </w:r>
    </w:p>
    <w:p>
      <w:r>
        <w:rPr>
          <w:b/>
        </w:rPr>
        <w:t xml:space="preserve">[30:57] </w:t>
      </w:r>
      <w:r>
        <w:t>Ab main yeh poochna chah rahi thi ke yeh mubāhala kya kya concept hai?</w:t>
      </w:r>
    </w:p>
    <w:p>
      <w:pPr>
        <w:jc w:val="right"/>
      </w:pPr>
      <w:r>
        <w:t>अब मैं यह पूछना चाह रही थी कि यह मुबाहिला क्या क्या concept है?</w:t>
      </w:r>
    </w:p>
    <w:p>
      <w:r>
        <w:rPr>
          <w:b/>
        </w:rPr>
        <w:t xml:space="preserve">[31:03] </w:t>
      </w:r>
      <w:r>
        <w:t>Yeh Sūryālaya Imrān mein hum parhte hain ke us waqt par kuch mubāhala hua nasārā ke jo waft</w:t>
      </w:r>
    </w:p>
    <w:p>
      <w:pPr>
        <w:jc w:val="right"/>
      </w:pPr>
      <w:r>
        <w:t>यह सूर्यालय इमरान में हम पढ़ते हैं कि उस वक्त पर कुछ मुबाहिला हुआ नसारा के जो वफ्त</w:t>
      </w:r>
    </w:p>
    <w:p>
      <w:r>
        <w:rPr>
          <w:b/>
        </w:rPr>
        <w:t xml:space="preserve">[31:09] </w:t>
      </w:r>
      <w:r>
        <w:t>āyā tha aur Rasūlla ṣallam.</w:t>
      </w:r>
    </w:p>
    <w:p>
      <w:pPr>
        <w:jc w:val="right"/>
      </w:pPr>
      <w:r>
        <w:t>आया था और रसूल्ला सदस्यम.</w:t>
      </w:r>
    </w:p>
    <w:p>
      <w:r>
        <w:rPr>
          <w:b/>
        </w:rPr>
        <w:t xml:space="preserve">[31:16] </w:t>
      </w:r>
      <w:r>
        <w:t>To main poochna chah rahi thi ke woh exactly hota kya hai us mein?</w:t>
      </w:r>
    </w:p>
    <w:p>
      <w:pPr>
        <w:jc w:val="right"/>
      </w:pPr>
      <w:r>
        <w:t>तो मैं पूछना चाह रही थी कि वह exactly होता क्या है उसमें?</w:t>
      </w:r>
    </w:p>
    <w:p>
      <w:r>
        <w:rPr>
          <w:b/>
        </w:rPr>
        <w:t xml:space="preserve">[31:22] </w:t>
      </w:r>
      <w:r>
        <w:t>Kya karte hain aur aur kya yeh aaj bhi relevant hai ya sirf usi zamāne mein yeh cheezein hoti thi?</w:t>
      </w:r>
    </w:p>
    <w:p>
      <w:pPr>
        <w:jc w:val="right"/>
      </w:pPr>
      <w:r>
        <w:t>क्या करते हैं और और क्या यह आज भी relevant है या सिर्फ उसी ज़माने में यह चीज़ें होती थी?</w:t>
      </w:r>
    </w:p>
    <w:p>
      <w:r>
        <w:rPr>
          <w:b/>
        </w:rPr>
        <w:t xml:space="preserve">[31:28] </w:t>
      </w:r>
      <w:r>
        <w:t>Kyunke ab to maine nahin sunāi.</w:t>
      </w:r>
    </w:p>
    <w:p>
      <w:pPr>
        <w:jc w:val="right"/>
      </w:pPr>
      <w:r>
        <w:t>क्योंकि अब तो मैंने नहीं सुनाई.</w:t>
      </w:r>
    </w:p>
    <w:p>
      <w:r>
        <w:rPr>
          <w:b/>
        </w:rPr>
        <w:t xml:space="preserve">[31:35] </w:t>
      </w:r>
      <w:r>
        <w:t>kharīdā aap ko? ek minute soch rahi hoon zarūr sab. mujhe laga āwāz nahin āyi. wālā bhi jo bāhar gaye the. woh jab Hazrat Ali aur Hasan Husain ko lekar bāhar gaye the. aap batā dījiye mere ko detail yād nahin hai.</w:t>
      </w:r>
    </w:p>
    <w:p>
      <w:pPr>
        <w:jc w:val="right"/>
      </w:pPr>
      <w:r>
        <w:t>खरीदा आपको? एक minute सोच रही हूं ज़रूर सब. मुझे लगा आवाज़ नहीं आई. वाला भी जो बाहर गए थे. वो जब हज़रत अली और हसन हुसैम को लेकर बाहर गए थे. आप बता दीजिए मेरे को detail याद नहीं है.</w:t>
      </w:r>
    </w:p>
    <w:p>
      <w:r>
        <w:rPr>
          <w:b/>
        </w:rPr>
        <w:t xml:space="preserve">[32:02] </w:t>
      </w:r>
      <w:r>
        <w:t>itnā to yād tha ke wahān par hāth sab batā dēnge. mujhe poora yād nahin ā rahā hai. yeh ek Isāiyon ke sāth yeh māmla pesh āyā tha. jab ākhiri had pahunch gayā aur woh log bilkul hi ekdam kisi bhi tarīqe se bāt māne ko taiyār nahin the balki kar rahe the to us waqt Rasūlla ṣallallāhu alaihi wa sallam ne yeh kahā thā.</w:t>
      </w:r>
    </w:p>
    <w:p>
      <w:pPr>
        <w:jc w:val="right"/>
      </w:pPr>
      <w:r>
        <w:t>इतना तो याद था कि वहां पर हाथ सब बता देंगे. मुझे पूरा याद नहीं आ रहा है. यह एक ईसाईयों के साथ यह मामला पेश आया था. जब आखिरी हद पहुंच गया और वह लोग बिल्कुल ही एकदम किसी भी तरीके से बात मानने को तैयार नहीं थे बल्कि कर रहे थे तो उस वक्त रसुल्लास सल्लास हमने यह कहा था.</w:t>
      </w:r>
    </w:p>
    <w:p>
      <w:r>
        <w:rPr>
          <w:b/>
        </w:rPr>
        <w:t xml:space="preserve">[32:28] </w:t>
      </w:r>
      <w:r>
        <w:t>Achha theek hai agar tumko aisa hi lagta hai to chalo bahar nikalte hain maidān mein.</w:t>
      </w:r>
    </w:p>
    <w:p>
      <w:pPr>
        <w:jc w:val="right"/>
      </w:pPr>
      <w:r>
        <w:t>अच्छा ठीक है अगर तुमको ऐसा ही लगता है तो चलो बाहर निकलते हैं मैदान में.</w:t>
      </w:r>
    </w:p>
    <w:p>
      <w:r>
        <w:rPr>
          <w:b/>
        </w:rPr>
        <w:t xml:space="preserve">[32:42] </w:t>
      </w:r>
      <w:r>
        <w:t>Hum apne isko lete hain, family ko lete hain.</w:t>
      </w:r>
    </w:p>
    <w:p>
      <w:pPr>
        <w:jc w:val="right"/>
      </w:pPr>
      <w:r>
        <w:t>हम अपने इसको लेते हैं, family को लेते हैं.</w:t>
      </w:r>
    </w:p>
    <w:p>
      <w:r>
        <w:rPr>
          <w:b/>
        </w:rPr>
        <w:t xml:space="preserve">[32:57] </w:t>
      </w:r>
      <w:r>
        <w:t>Tum bhi apni family ko lo aur wahan parichār ka Allāh tālah duā karein ke jo chūṭā ho,</w:t>
      </w:r>
    </w:p>
    <w:p>
      <w:pPr>
        <w:jc w:val="right"/>
      </w:pPr>
      <w:r>
        <w:t>तुम भी अपनी family को लो और वहां परिचार का अल्लाह तालाह दौआ करें कि जो छूटा हो,</w:t>
      </w:r>
    </w:p>
    <w:p>
      <w:r>
        <w:rPr>
          <w:b/>
        </w:rPr>
        <w:t xml:space="preserve">[33:12] </w:t>
      </w:r>
      <w:r>
        <w:t>Allāh tālah ki us par lānah chāhun.</w:t>
      </w:r>
    </w:p>
    <w:p>
      <w:pPr>
        <w:jc w:val="right"/>
      </w:pPr>
      <w:r>
        <w:t>अल्लाह तालाह की उस पर लाना चाहूं.</w:t>
      </w:r>
    </w:p>
    <w:p>
      <w:r>
        <w:rPr>
          <w:b/>
        </w:rPr>
        <w:t xml:space="preserve">[33:26] </w:t>
      </w:r>
      <w:r>
        <w:t>Mukht sambandh yeh hai aur yeh sirf Nabīṣalla ṣallam ke sāth khāstar kisi aur ke liye nahin hai.</w:t>
      </w:r>
    </w:p>
    <w:p>
      <w:pPr>
        <w:jc w:val="right"/>
      </w:pPr>
      <w:r>
        <w:t>मुख्त संबंध यह है और यह सिर्फ नबीसला सलम के साथ खास्तर किसी और के लिए नहीं है.</w:t>
      </w:r>
    </w:p>
    <w:p>
      <w:r>
        <w:rPr>
          <w:b/>
        </w:rPr>
        <w:t xml:space="preserve">[33:41] </w:t>
      </w:r>
      <w:r>
        <w:t>Hum nahin kar sakte hain. Shukriyā.</w:t>
      </w:r>
    </w:p>
    <w:p>
      <w:pPr>
        <w:jc w:val="right"/>
      </w:pPr>
      <w:r>
        <w:t>हम नहीं कर सकते हैं. शुक्रिया.</w:t>
      </w:r>
    </w:p>
    <w:p>
      <w:r>
        <w:rPr>
          <w:b/>
        </w:rPr>
        <w:t xml:space="preserve">[33:56] </w:t>
      </w:r>
      <w:r>
        <w:t>Thoṛā sā bas poochna chah rahi thi iske bāre mein.</w:t>
      </w:r>
    </w:p>
    <w:p>
      <w:pPr>
        <w:jc w:val="right"/>
      </w:pPr>
      <w:r>
        <w:t>थोड़ा सा बस पूछना चाह रही थी इसके बारे में.</w:t>
      </w:r>
    </w:p>
    <w:p>
      <w:r>
        <w:rPr>
          <w:b/>
        </w:rPr>
        <w:t xml:space="preserve">[34:11] </w:t>
      </w:r>
      <w:r>
        <w:t>karke āyatnāzil karti thi. to woh asal mein ādhī bāt hoti hai aur almā ādhī bāt batāte hain apne soch ke hisāb se ya apne matlab ke hisāb se usī ko dohrāte rehte hain. uṛān ohaḍī iska mudāla agar karein to free mind hokar to samajh mein āta hai ke hāth hi kyā thā? samajh lijiye ke woh role nahin hai, exception hai. hān. jī apnā.</w:t>
      </w:r>
    </w:p>
    <w:p>
      <w:pPr>
        <w:jc w:val="right"/>
      </w:pPr>
      <w:r>
        <w:t>करके आयतनाज़िल करती थी. तो वह असल में आधी बात होती है और अलमा आधी बात बताते अपने सोच के हिसाब से या अपने मतलब के हिसाब से उसी को दोहराते रहते हैं. उड़ान ओहदी इसका मुदाला अगर करें तो free mind होकर तो समझ में आता है कि हाथ ही क्या था? समझ लीजिए कि वह role नहीं है, exception है. हां. जी अपना.</w:t>
      </w:r>
    </w:p>
    <w:p>
      <w:r>
        <w:rPr>
          <w:b/>
        </w:rPr>
        <w:t xml:space="preserve">[34:37] </w:t>
      </w:r>
      <w:r>
        <w:t>Kyunke aapko to baddu ab aapne waise to kiya nahin kabhi aur ek bār munh se nikal gayā</w:t>
      </w:r>
    </w:p>
    <w:p>
      <w:pPr>
        <w:jc w:val="right"/>
      </w:pPr>
      <w:r>
        <w:t>क्योंकि आपको तो बद्दू अब आपने वैसे तो किया नहीं कभी और एक बार मुंह से निकल गया</w:t>
      </w:r>
    </w:p>
    <w:p>
      <w:r>
        <w:rPr>
          <w:b/>
        </w:rPr>
        <w:t xml:space="preserve">[34:43] </w:t>
      </w:r>
      <w:r>
        <w:t>tha jange Hud mein to fauran ātā hai Jibrīl agar Islām ā gaye ke aapko badduā karne ka</w:t>
      </w:r>
    </w:p>
    <w:p>
      <w:pPr>
        <w:jc w:val="right"/>
      </w:pPr>
      <w:r>
        <w:t>था जंगे हुद में तो फ़ौरन आता है जिब्बे अगर इस्लाम आ गए कि आपको बद्दुआ करने का</w:t>
      </w:r>
    </w:p>
    <w:p>
      <w:r>
        <w:rPr>
          <w:b/>
        </w:rPr>
        <w:t xml:space="preserve">[34:49] </w:t>
      </w:r>
      <w:r>
        <w:t>haq nahin hai.</w:t>
      </w:r>
    </w:p>
    <w:p>
      <w:pPr>
        <w:jc w:val="right"/>
      </w:pPr>
      <w:r>
        <w:t>हक नहीं है.</w:t>
      </w:r>
    </w:p>
    <w:p>
      <w:r>
        <w:rPr>
          <w:b/>
        </w:rPr>
        <w:t xml:space="preserve">[34:55] </w:t>
      </w:r>
      <w:r>
        <w:t>To woh uska woh nahin lete.</w:t>
      </w:r>
    </w:p>
    <w:p>
      <w:pPr>
        <w:jc w:val="right"/>
      </w:pPr>
      <w:r>
        <w:t>तो वह उसका वह नहीं लेते.</w:t>
      </w:r>
    </w:p>
    <w:p>
      <w:r>
        <w:rPr>
          <w:b/>
        </w:rPr>
        <w:t xml:space="preserve">[35:01] </w:t>
      </w:r>
      <w:r>
        <w:t>Apne matlab ki bāt le lete hain.</w:t>
      </w:r>
    </w:p>
    <w:p>
      <w:pPr>
        <w:jc w:val="right"/>
      </w:pPr>
      <w:r>
        <w:t>अपने मतलब की बात ले लेते हैं.</w:t>
      </w:r>
    </w:p>
    <w:p>
      <w:r>
        <w:rPr>
          <w:b/>
        </w:rPr>
        <w:t xml:space="preserve">[35:08] </w:t>
      </w:r>
      <w:r>
        <w:t>parkaṭ banāte hain. yeh dwāh karte the barābar. jī. chupā kar lete hain. jī aur koi ladies hain jo sawāl poochna chāhti hain? achchhā beṭā abhi āwāz ā rahi hai ākhir mein dekhiye aap. jī jī āpkā bahut clear hai.</w:t>
      </w:r>
    </w:p>
    <w:p>
      <w:pPr>
        <w:jc w:val="right"/>
      </w:pPr>
      <w:r>
        <w:t>परकट बनाते हैं. यह द्वाह करते थे बराबर. जी. चुपा कर लेते हैं. जी और कोई ladies हैं जो सवाल पूछना चाहती हैं? अच्छा बेटा अभी आवाज़ आ रही है आखिर में देखिए आप. जी जी आपका बहुत clear है.</w:t>
      </w:r>
    </w:p>
    <w:p>
      <w:r>
        <w:rPr>
          <w:b/>
        </w:rPr>
        <w:t xml:space="preserve">[35:30] </w:t>
      </w:r>
      <w:r>
        <w:t>hān ab aise sawāl hai āo ke husband and wife ek dūsre ke intellectual partner kis tarah se main hoon. wohi to nahin thi. Husband aur wife ek dūsre ke intellectual partner kaise mil rahā hai? kyā batāein?</w:t>
      </w:r>
    </w:p>
    <w:p>
      <w:pPr>
        <w:jc w:val="right"/>
      </w:pPr>
      <w:r>
        <w:t>हां अब ऐसे सवाल है आओ कि husband and wife एक दूसरे के intellectual partner किस तरह से मैं हूं. वही तो नहीं थी. Husband और wife एक दूसरे के intellectual partner कैसे मिल रहा है? क्या बताएं?</w:t>
      </w:r>
    </w:p>
    <w:p>
      <w:r>
        <w:rPr>
          <w:b/>
        </w:rPr>
        <w:t xml:space="preserve">[36:00] </w:t>
      </w:r>
      <w:r>
        <w:t>zarūrī nahin kitāb kar gayī ho, āpas mein discussion par chhoṭī chhoṭī chī samay, usse shuru hotā hai, achānak nahin ho jātī hain kuch. matlab ek hī rule jo hai sabke upar apply to nahin kar sakte. kisi ko dilchaspi hoti hai, kisi ko nahin dilchaspi hoti hai. to koshish karte rehna chāhiye.</w:t>
      </w:r>
    </w:p>
    <w:p>
      <w:pPr>
        <w:jc w:val="right"/>
      </w:pPr>
      <w:r>
        <w:t>ज़रूरी नहीं किताब कर गई हो, आपस में discussion पर छोटी छोटी छी समय, उससे शुरू होता है, अचानक नहीं हो जाती है कुछ. मतलब एक ही rule जो है सबके ऊपर apply तो नहीं कर सकते. किसी को दिलचस्पी होती है, किसी को नई दिलचस्पी होती है. तो कोशिश करते रहना चाहिए.</w:t>
      </w:r>
    </w:p>
    <w:p>
      <w:r>
        <w:rPr>
          <w:b/>
        </w:rPr>
        <w:t xml:space="preserve">[36:25] </w:t>
      </w:r>
      <w:r>
        <w:t>matlab sārā Fāṭmā jo hai Eijāz bhāi jo hai woh bahut zyādā English school mein paṛhe hue the. unkā wohi culture hī thā. Urdu bhi nahin jānte the. sārā Fāṭmā unko bāqāda, tasqīr, Qurān, rozāna paṛhkar sunāti thi. dhīre dhīre woh poori tarīqe se mission ko samajh gaye. lekin ab koi ho sakta hai jo na sune to Dubai Dubai karenge aur kyā karenge? har tarah ke cases alag alag hain.</w:t>
      </w:r>
    </w:p>
    <w:p>
      <w:pPr>
        <w:jc w:val="right"/>
      </w:pPr>
      <w:r>
        <w:t>मतलब सारा फात्मा जो है एजाज़ भाई जो है वह बहुत ज़्यादा English school में पढ़े हुए थे. उनका वही culture ही था. उर्दू भी नहीं जानते थे. सारा फात्मा उनको बाक़ादा, तस्कीर, कुरान, रोज़ाना पढ़कर सुनाती थी. धीरे धीरे वह पूरी तरीके से mission को समझ गए. लेकिन अब कोई हो सकता है जो ना सुने तो दुबई दुबई करेंगे और क्या करेंगे? हर तरह के cases अलग अलग हैं.</w:t>
      </w:r>
    </w:p>
    <w:p>
      <w:r>
        <w:rPr>
          <w:b/>
        </w:rPr>
        <w:t xml:space="preserve">[36:54] </w:t>
      </w:r>
      <w:r>
        <w:t>ek hī case jo hai nā woh sabke upar apply nahin ho sakta hai. bas hamārī koshish honi chāhiye aur koshish bhi nahin kām kar rahi hai to dhūā karni chāhiye aur itnā bhi bahut baṛī bāt hai agar koi kām karne de rahā hai apni wife ko khud business mein involve hai ya kuch aur kām karna karna de rahā hai iske liye bhi Khuda ko shubhrādhā karnā chāhiye. kitne log hain karne hi nahin dete hain.</w:t>
      </w:r>
    </w:p>
    <w:p>
      <w:pPr>
        <w:jc w:val="right"/>
      </w:pPr>
      <w:r>
        <w:t>एक ही case जो है ना वह सबके ऊपर apply नहीं हो सकता है. बस हमारी कोशिश होनी चाहिए और कोशिश भी नहीं काम कर रही है तो धोआ करनी चाहिए और इतना भी बहुत बड़ी बात है अगर कोई काम करने दे रहा है अपनी wife को खुद business में involve है या कुछ और काम करना करना दे रहा है इसके लिए भी खुदा को शुभ राधा करना चाहिए. कितने लोग हैं करने ही नहीं देते हैं.</w:t>
      </w:r>
    </w:p>
    <w:p>
      <w:r>
        <w:rPr>
          <w:b/>
        </w:rPr>
        <w:t xml:space="preserve">[37:24] </w:t>
      </w:r>
      <w:r>
        <w:t>to har har case alag alag hotā hai. jī jā kalāpā, main apne bāre mein kuch kehna chāhūngī jo Farīdā aap bilkul jānti hain ke hum ne apne ghar ko center banāyā hai jo ki Golūchulā mein Central Calcutta mein hai aur hamārī har hafte meeting hoti hai. abhi COVID ki wajah se mahīne mein ek bār hoti hai.</w:t>
      </w:r>
    </w:p>
    <w:p>
      <w:pPr>
        <w:jc w:val="right"/>
      </w:pPr>
      <w:r>
        <w:t>तो हर हर case अलग अलग होता है. जी जा कलापा, मैं अपने बारे में कुछ कहना चाहूंगी जो फरीदा आप बिल्कुल जानती हैं कि हमने अपने घर को center बनाया है जो कि गोलूचुला में Central Calcutta में है और हमारी हर हफ्ते meeting होती है. अभी COVID की वजह से महीने में एक बार होती है.</w:t>
      </w:r>
    </w:p>
    <w:p>
      <w:r>
        <w:rPr>
          <w:b/>
        </w:rPr>
        <w:t xml:space="preserve">[37:50] </w:t>
      </w:r>
      <w:r>
        <w:t>to main aur mere husband dono hi CPS team mein hai aur hum dono milkar hi yeh meeting ko poora uske bāre mein sūchnā, ghar ki sikhāi karnā. hum dono hi milkar ke yeh poora is kām ko poora anjām dete hain.</w:t>
      </w:r>
    </w:p>
    <w:p>
      <w:pPr>
        <w:jc w:val="right"/>
      </w:pPr>
      <w:r>
        <w:t>तो मैं और मेरे husband दोनों ही CPS team में है और हम दोनों मिलकर ही यह meeting को पूरा उसके बारे में सूचना, घर की सिखाई करना. हम दोनों ही मिलकर के यह पूरा इस काम को पूरा अंजाम देते हैं.</w:t>
      </w:r>
    </w:p>
    <w:p>
      <w:r>
        <w:rPr>
          <w:b/>
        </w:rPr>
        <w:t xml:space="preserve">[38:05] </w:t>
      </w:r>
      <w:r>
        <w:t>to in a way is tarah se agar koi kai bār aisā hotā hai ke koi maslā āta hai to main apne husband se poochti hoon Maulana ki literature ke bāre mein aur woh main bhi unko kai sārī chīzon mein help karti hain accounting mein aur bahut sare kām mein main. to as a intellectual partner hai to jaise ke aap aap ne batāyā ke har logon ki situation alag hoti hai aur har koi ka tasks alag hotā hai.</w:t>
      </w:r>
    </w:p>
    <w:p>
      <w:pPr>
        <w:jc w:val="right"/>
      </w:pPr>
      <w:r>
        <w:t>तो in a way इस तरह से अगर कोई कई बार ऐसा होता है कि कोई मसला आता है तो मैं अपने husband से पूछती हूं मौलाना की literature के बारे में और वह मैं भी उनको कई सारी चीज़ों में help करती हैं accounting में और बहुत सारे काम में मैं. तो as a intellectual partner है तो जैसे कि आप आप ने बताया कि हर लोगों की situation अलग होती है और हर कोई का tasks अलग होता है.</w:t>
      </w:r>
    </w:p>
    <w:p>
      <w:r>
        <w:rPr>
          <w:b/>
        </w:rPr>
        <w:t xml:space="preserve">[38:32] </w:t>
      </w:r>
      <w:r>
        <w:t>To yeh hum decide kar sakte hain ke agar dono partner agar hain is team mein to apne</w:t>
      </w:r>
    </w:p>
    <w:p>
      <w:pPr>
        <w:jc w:val="right"/>
      </w:pPr>
      <w:r>
        <w:t>तो यह हम decide कर सकते हैं कि अगर दोनों partner अगर हैं इस team में तो अपने</w:t>
      </w:r>
    </w:p>
    <w:p>
      <w:r>
        <w:rPr>
          <w:b/>
        </w:rPr>
        <w:t xml:space="preserve">[38:37] </w:t>
      </w:r>
      <w:r>
        <w:t>apne roles ko define karke husband alag tarah se task ko complete kar sakti hain aur wife apne</w:t>
      </w:r>
    </w:p>
    <w:p>
      <w:pPr>
        <w:jc w:val="right"/>
      </w:pPr>
      <w:r>
        <w:t>अपने roles को define करके husband अलग तरह से task को complete कर सकती हैं और wife अपने</w:t>
      </w:r>
    </w:p>
    <w:p>
      <w:r>
        <w:rPr>
          <w:b/>
        </w:rPr>
        <w:t xml:space="preserve">[38:42] </w:t>
      </w:r>
      <w:r>
        <w:t>alag role ko define karke apne task ko complete kar sakte hain.</w:t>
      </w:r>
    </w:p>
    <w:p>
      <w:pPr>
        <w:jc w:val="right"/>
      </w:pPr>
      <w:r>
        <w:t>अलग role को define करके अपने task को complete कर सकते हैं.</w:t>
      </w:r>
    </w:p>
    <w:p>
      <w:r>
        <w:rPr>
          <w:b/>
        </w:rPr>
        <w:t xml:space="preserve">[38:47] </w:t>
      </w:r>
      <w:r>
        <w:t>Theek hai apma maine kahā.</w:t>
      </w:r>
    </w:p>
    <w:p>
      <w:pPr>
        <w:jc w:val="right"/>
      </w:pPr>
      <w:r>
        <w:t>ठीक है अपमा मैंने कहा.</w:t>
      </w:r>
    </w:p>
    <w:p>
      <w:r>
        <w:rPr>
          <w:b/>
        </w:rPr>
        <w:t xml:space="preserve">[38:52] </w:t>
      </w:r>
      <w:r>
        <w:t>Bilkul sahi hai.</w:t>
      </w:r>
    </w:p>
    <w:p>
      <w:pPr>
        <w:jc w:val="right"/>
      </w:pPr>
      <w:r>
        <w:t>बिल्कुल सही है.</w:t>
      </w:r>
    </w:p>
    <w:p>
      <w:r>
        <w:rPr>
          <w:b/>
        </w:rPr>
        <w:t xml:space="preserve">[38:57] </w:t>
      </w:r>
      <w:r>
        <w:t>Sabka case alag alag hota hai. Jī apma.</w:t>
      </w:r>
    </w:p>
    <w:p>
      <w:pPr>
        <w:jc w:val="right"/>
      </w:pPr>
      <w:r>
        <w:t>सबका case अलग अलग होता है. जी अपमा.</w:t>
      </w:r>
    </w:p>
    <w:p>
      <w:r>
        <w:rPr>
          <w:b/>
        </w:rPr>
        <w:t xml:space="preserve">[39:03] </w:t>
      </w:r>
      <w:r>
        <w:t>aur koi question? merā bandī hai. hān, main main yeh keh rahi thi ke Maulana ki advice ke they should be intellectual partners.</w:t>
      </w:r>
    </w:p>
    <w:p>
      <w:pPr>
        <w:jc w:val="right"/>
      </w:pPr>
      <w:r>
        <w:t>और कोई question? मेरा बंदी है. हां, मैं मैं यह कह रही थी कि मौलाना की advice कि they should be intellectual partners.</w:t>
      </w:r>
    </w:p>
    <w:p>
      <w:r>
        <w:rPr>
          <w:b/>
        </w:rPr>
        <w:t xml:space="preserve">[39:17] </w:t>
      </w:r>
      <w:r>
        <w:t>to jo CPS ke members hain bahut sare husband and wife jo hain woh ikhaṭṭhā milkar kām karte hain jo kabhi husband bād mein juṛā ya wife bād mein juṛī aise hain lekin bahut sare log jo hain woh milkar kām kar rahe hain because of Maulana unhone jo yeh suggestion karī hai to log bahut milkar kām kar rahe hain aur woh kām double ho jātā hai. bahut zyādā achchhā ho jātā hai.</w:t>
      </w:r>
    </w:p>
    <w:p>
      <w:pPr>
        <w:jc w:val="right"/>
      </w:pPr>
      <w:r>
        <w:t>तो जो CPS के members हैं बहुत सारे husband and wife जो हैं वह इकट्ठा मिलकर काम करते हैं जो कभी husband बाद में जुड़ा या wife बाद में जुड़ी ऐसे हैं लेकिन बहुत सारे लोग जो हैं वह मिलकर काम कर रहे हैं because of मौलाना उन्होंने जो यह suggestion करी है तो लोग बहुत मिलकर काम कर रहे हैं और वह काम double हो जाता है. बहुत ज़्यादा अच्छा हो जाता है.</w:t>
      </w:r>
    </w:p>
    <w:p>
      <w:r>
        <w:rPr>
          <w:b/>
        </w:rPr>
        <w:t xml:space="preserve">[39:46] </w:t>
      </w:r>
      <w:r>
        <w:t>zyādā kal nā Maulana ko to bas. abhi hamāre yahān ek sāyabā ā rahi hain to unke husband apnā job mein busy rehte hain lekin unko kām karne de rahe hain to yeh bhi Khuda ka bahut baṛā shukr hai ke wife ko kām karne de rahe hain to yeh bhi yeh bhi baṛī bāt hai. isko kam nahin samjhe. jī āpkā.</w:t>
      </w:r>
    </w:p>
    <w:p>
      <w:pPr>
        <w:jc w:val="right"/>
      </w:pPr>
      <w:r>
        <w:t>ज़्यादा कल ना मौलाना को तो बस. अभी हमारे यहां एक सायबा आ रही हैं तो उनके husband अपना job में busy रहते हैं लेकिन उनको काम करने दे रहे हैं तो यह भी खुदा का बहुत बड़ा शुक्र है कि wife को काम करने दे रहे हैं तो यह भी यह भी बड़ी बात है. इसको कम नहीं समझे. जी आपका.</w:t>
      </w:r>
    </w:p>
    <w:p>
      <w:r>
        <w:rPr>
          <w:b/>
        </w:rPr>
        <w:t xml:space="preserve">[40:15] </w:t>
      </w:r>
      <w:r>
        <w:t>koi sawāl? shabhīnā group mein ek sawāl āyā thā woh main āpas bolnā chāh rahi thi. mujhe lagā ke koi aur batā degā. to ek sawāl thā āpkā ke unhone likhā ke jaise pehle Hajj ūṇṭon par kiyā jātā thā aur ab mode of transports ā gaye hain bahut sare alag alag tarah ki facilities ho gayī hain.</w:t>
      </w:r>
    </w:p>
    <w:p>
      <w:pPr>
        <w:jc w:val="right"/>
      </w:pPr>
      <w:r>
        <w:t>कोई सवाल? शभीना group में एक सवाल आया था वह मैं आपस बोलना चाह रही थी. मुझे लगा कि कोई और बता देगा. तो एक सवाल था आपका कि उन्होंने लिखा कि जैसे पहले हज ऊंटों पर किया जाता था और अब mode of transports आ गए हैं बहुत सारे अलग अलग तरह की facilities हो गई हैं.</w:t>
      </w:r>
    </w:p>
    <w:p>
      <w:r>
        <w:rPr>
          <w:b/>
        </w:rPr>
        <w:t xml:space="preserve">[40:37] </w:t>
      </w:r>
      <w:r>
        <w:t>to unhone pūchhā thā ke kyā ab agar hum ūṇṭon par Hajj karein ya phir purāne tarīqe se jāen to kyā zyādā sawāb milegā? āsanī kitnā hotā hai? sawāl niyyat se milta hai. Khudaas log abbā ke pās log āte the poochhte the ke aap wahān se kyā sīkh karāen? kah rahe the wahān khajūr thā, wahān gamgam thā.</w:t>
      </w:r>
    </w:p>
    <w:p>
      <w:pPr>
        <w:jc w:val="right"/>
      </w:pPr>
      <w:r>
        <w:t>तो उन्होंने पुछा था कि क्या अब अगर हम ऊंटों पर हज करें या फिर पुराने तरीके से जाएं तो क्या ज़्यादा सवाब मिलेगा? आसानी कितना होता है? सवाल नियत से मिलता है. खुदास लोग अब्बा के पास लोग आते थे पूछते थे कि आप वहां से क्या सीख कराएं? कह रहे थे वहां खजूर था, वहां गमगम था.</w:t>
      </w:r>
    </w:p>
    <w:p>
      <w:r>
        <w:rPr>
          <w:b/>
        </w:rPr>
        <w:t xml:space="preserve">[41:04] </w:t>
      </w:r>
      <w:r>
        <w:t>to unhone yeh samjhā hi nahin ke Hajj kyā hotā hai? Hajj asal sawāl hi thoṛī hoti hai. Hajj to hai woh poore Hazrat Ibrahim Alaihi Salam ki jo zindagī hai us kā hamein yādā karnā hai usko samajhnā hai aur apnī zindagiyon mein usko utārnā hai ke kis tarīqe se unhone unki family ne qurbānī dī thi inke liye. to woh spirit asal mein yeh hai nā ke tamām log jo hai nā spirit par zor, spirit par zor nahin dete balki farm par zor dete hain.</w:t>
      </w:r>
    </w:p>
    <w:p>
      <w:pPr>
        <w:jc w:val="right"/>
      </w:pPr>
      <w:r>
        <w:t>तो उन्होंने यह समझा ही नहीं कि हज क्या होता है? हज असल सवाल ही थोड़ी होती है. हज तो है वह पूरे हजरत इब्राहिम अली सलाम की जो ज़िंदगी है उसका हमें यादा करना है उसको समझना है और अपनी ज़िंदगियों में उसको उतारना है कि किस तरीके से उन्होंने उनकी family ने कुर्बानी दी थी इनके लिए. तो वह spirit असल में यह है ना कि तमाम लोग जो है ना spirit पर ज़ोर, spirit पर ज़ोर नहीं देते बल्कि farm पर ज़ोर देते हैं.</w:t>
      </w:r>
    </w:p>
    <w:p>
      <w:r>
        <w:rPr>
          <w:b/>
        </w:rPr>
        <w:t xml:space="preserve">[41:33] </w:t>
      </w:r>
      <w:r>
        <w:t>ab koi duā māmlī kām rehtā hai, koi kahin rehtā hai vote par kaise jāega? sochnā chāhiye nā yahī hai istehār ki kamī. moṭī moṭī bād mein bhi is tayyār nahin kar pāte hain kyunke Musalmānon mein jo sabse zyādā kamī hai nā woh creative thinking ki hai. kuch bhi soch nahin pāte hain. ab woh samajhte hain abhi kuch log hamāre yahān se jā rahe the. paidal. paidal jā rahe the Hanch karne woh samajhte hain ke paidal Hanch karne jāenge to zyādā sawāb milegā.</w:t>
      </w:r>
    </w:p>
    <w:p>
      <w:pPr>
        <w:jc w:val="right"/>
      </w:pPr>
      <w:r>
        <w:t>अब कोई दुआ मामली काम रहता है, कोई कहीं रहता है vote पर कैसे जाएगा? सोचना चाहिए ना यही है इस्तेहार की कमी. मोटी मोटी बाद में भी इस तैयार नहीं कर पाते हैं क्योंकि मुसलमानों में जो सबसे ज़्यादा कमी है ना वह creative thinking की है. कुछ भी सोच नहीं पाते हैं. अब वह समझते हैं अभी कुछ लोग हमारे यहां से जा रहे थे. पैदल. पैदल जा रहे थे हंच करने वह समझते हैं कि पैदल हंच करने जाएंगे तो ज़्यादा सवाब मिलेगा.</w:t>
      </w:r>
    </w:p>
    <w:p>
      <w:r>
        <w:rPr>
          <w:b/>
        </w:rPr>
        <w:t xml:space="preserve">[42:03] </w:t>
      </w:r>
      <w:r>
        <w:t>asal mein yahān par jo traditional religion hai usmein yeh chīz bahut hi bahut hi zyādā baṛī batāī gayī hai pad yātrā. to ab chūki jis māhaul mein ādmī rehtā hai us kā asar paṛtā hai to yeh us kā asar hai. to woh farm ki ahamiyat farm, farm asal nahin hai. asal chīz spirit hai. to agar hum ne spirit imbibe kiyā hai apne hans se tab to woh āj acceptable hogā varna āj acceptable hi nahin hogā.</w:t>
      </w:r>
    </w:p>
    <w:p>
      <w:pPr>
        <w:jc w:val="right"/>
      </w:pPr>
      <w:r>
        <w:t>असल में यहां पर जो traditional religion है उसमें यह चीज़ बहुत ही बहुत ही ज़्यादा बड़ी बताई गई है पद यात्रा. तो अब चूंकि जिस माहौल में आदमी रहता है उसका असर पड़ता है तो यह उसका असर है. तो वह farm की अहमियत farm, farm असल नहीं है. असल चीज़ spirit है. तो अगर हमने spirit imbibe किया है अपने हंस से तब तो वह आज acceptable होगा वरना आज acceptable ही नहीं होगा.</w:t>
      </w:r>
    </w:p>
    <w:p>
      <w:r>
        <w:rPr>
          <w:b/>
        </w:rPr>
        <w:t xml:space="preserve">[42:30] </w:t>
      </w:r>
      <w:r>
        <w:t>āp remote par jāen ya āp jahān par jāen. Papa yeh kahā jātā hai ke Islām āsanī chāhtā hai. Islām hamein easy āstā dikhānā chāhtā hai. iske bāre mein āp kyā kahēngī? āp batāiye.</w:t>
      </w:r>
    </w:p>
    <w:p>
      <w:pPr>
        <w:jc w:val="right"/>
      </w:pPr>
      <w:r>
        <w:t>आप remote पर जाएं या आप जहां पर जाएं. Papa यह कहा जाता है कि इस्लाम आसानी चाहता है. इस्लाम हमें easy आस्ता दिखाना चाहता है. इसके बारे में आप क्या कहेंगी? आप बताइए.</w:t>
      </w:r>
    </w:p>
    <w:p>
      <w:r>
        <w:rPr>
          <w:b/>
        </w:rPr>
        <w:t xml:space="preserve">[42:57] </w:t>
      </w:r>
      <w:r>
        <w:t>dekhiye yeh abhi isi misal mein hum samajhte hain isko jo hajwali misal hai. usko.</w:t>
      </w:r>
    </w:p>
    <w:p>
      <w:pPr>
        <w:jc w:val="right"/>
      </w:pPr>
      <w:r>
        <w:t>देखिए यह अभी इसी मिसाल में हम समझते हैं इसको जो हाजवाली मिसाल है. उसको.</w:t>
      </w:r>
    </w:p>
    <w:p>
      <w:r>
        <w:rPr>
          <w:b/>
        </w:rPr>
        <w:t xml:space="preserve">[43:16] </w:t>
      </w:r>
      <w:r>
        <w:t>ek aurat ne nazar maani thi ke main paidal haj karungi.</w:t>
      </w:r>
    </w:p>
    <w:p>
      <w:pPr>
        <w:jc w:val="right"/>
      </w:pPr>
      <w:r>
        <w:t>एक औरत ने नज़र मानी थी कि मैं पैदल हज करूंगी.</w:t>
      </w:r>
    </w:p>
    <w:p>
      <w:r>
        <w:rPr>
          <w:b/>
        </w:rPr>
        <w:t xml:space="preserve">[43:36] </w:t>
      </w:r>
      <w:r>
        <w:t>lekin jo ja rahi thi to woh pareshan hongi.</w:t>
      </w:r>
    </w:p>
    <w:p>
      <w:pPr>
        <w:jc w:val="right"/>
      </w:pPr>
      <w:r>
        <w:t>लेकिन जो जा रही थी तो वह परेशान होंगी.</w:t>
      </w:r>
    </w:p>
    <w:p>
      <w:r>
        <w:rPr>
          <w:b/>
        </w:rPr>
        <w:t xml:space="preserve">[43:55] </w:t>
      </w:r>
      <w:r>
        <w:t>paidal jaana, madina se makka jaana, aasaan kaam nahi hai.</w:t>
      </w:r>
    </w:p>
    <w:p>
      <w:pPr>
        <w:jc w:val="right"/>
      </w:pPr>
      <w:r>
        <w:t>पैदल जाना, मदीना से मक्का जाना, आसान काम नहीं है.</w:t>
      </w:r>
    </w:p>
    <w:p>
      <w:r>
        <w:rPr>
          <w:b/>
        </w:rPr>
        <w:t xml:space="preserve">[44:15] </w:t>
      </w:r>
      <w:r>
        <w:t>to allah taala ne roze ke maamle mein bhi yahi kaha ke allah taala tumko tumhare saath aasani chahta hai.</w:t>
      </w:r>
    </w:p>
    <w:p>
      <w:pPr>
        <w:jc w:val="right"/>
      </w:pPr>
      <w:r>
        <w:t>तो अल्लाह तालाह ने रोज़े के मामले में भी यही कहा कि अल्लाह तालाह तुमको तुम्हारे साथ आसानी चाहता है.</w:t>
      </w:r>
    </w:p>
    <w:p>
      <w:r>
        <w:rPr>
          <w:b/>
        </w:rPr>
        <w:t xml:space="preserve">[44:33] </w:t>
      </w:r>
      <w:r>
        <w:t>ek usooli baat bata di ke deen mein kya harj nahi hai.</w:t>
      </w:r>
    </w:p>
    <w:p>
      <w:pPr>
        <w:jc w:val="right"/>
      </w:pPr>
      <w:r>
        <w:t>एक उसूली बात बता दी कि दीन में क्या हरज नहीं है.</w:t>
      </w:r>
    </w:p>
    <w:p>
      <w:r>
        <w:rPr>
          <w:b/>
        </w:rPr>
        <w:t xml:space="preserve">[44:52] </w:t>
      </w:r>
      <w:r>
        <w:t>harj ka matlab mashakkat nahi hai.</w:t>
      </w:r>
    </w:p>
    <w:p>
      <w:pPr>
        <w:jc w:val="right"/>
      </w:pPr>
      <w:r>
        <w:t>हरज का मतलब मशक्कत नहीं है.</w:t>
      </w:r>
    </w:p>
    <w:p>
      <w:r>
        <w:rPr>
          <w:b/>
        </w:rPr>
        <w:t xml:space="preserve">[45:11] </w:t>
      </w:r>
      <w:r>
        <w:t>thoda hi ho lekin barabar kiya jaye. achha achha. to yeh aasani ki halat nahi ho sakta hai. woh yehul kyunki yehul ne woh kya hua tha? har kaam ko mushkil banani hua thi. haan haan haan. bahut zyada ras mein, bahut zyada. aap bible padhiye to pata chalta hai. unhone din ko mushkil bana diya tha. to uske background mein bhi yeh baat hogi ki din mushkil nahi hai. din aasan hai, ab din samap din aasan hai.</w:t>
      </w:r>
    </w:p>
    <w:p>
      <w:pPr>
        <w:jc w:val="right"/>
      </w:pPr>
      <w:r>
        <w:t>थोड़ा ही हो लेकिन बराबर किया जाए. अच्छा अच्छा. तो यह आसानी की हालत नहीं हो सकता है. वह यहूल क्योंकि यहूल ने वह क्या हुआ था? हर काम को मुश्किल बनानी हुआ थी. हां हां हां. बहुत ज़्यादा रस में, बहुत ज़्यादा. आप Bible पढ़िए तो पता चलता है. उन्होंने दिन को मुश्किल बना दिया था. तो उसके background में भी यह बात होगी कि दिन मुश्किल नहीं है. दिन आसान है, अब दिन समाप दिन आसान है.</w:t>
      </w:r>
    </w:p>
    <w:p>
      <w:r>
        <w:rPr>
          <w:b/>
        </w:rPr>
        <w:t xml:space="preserve">[45:40] </w:t>
      </w:r>
      <w:r>
        <w:t>ek baar koi safar mein roza rakhe hue tha aur wahan to arab mein bahut garmi to uske upar log chadar karke kai log saath chal rahe the uske saath par chadar karke. to rasullah sallah sallah ne kaha ki aisi aise safar mein aise roze mein koi kya bataya tha? koi reward nahi hai. lai saamne baad ke asyam office safar ke safar mein roza rakhna ya negi ka kaam nahi hai. yeh keh rahi hoon main.</w:t>
      </w:r>
    </w:p>
    <w:p>
      <w:pPr>
        <w:jc w:val="right"/>
      </w:pPr>
      <w:r>
        <w:t>एक बार कोई सफर में रोज़ा रखे हुए था और वहां तो अरब में बहुत गर्मी तो उसके ऊपर लोग चादर करके कई लोग साथ चल रहे थे उसके साथ पर चादर करके. तो रसुल्लाह सल्लाह सल्लाह ने कहा कि ऐसी ऐसे सफर में ऐसे रोज़े में कोई क्या बताया था? कोई reward नहीं है. लई सामने बाद के अस्याम office सफर के सफर में रोज़ा रखना या नेगी का काम नहीं है. यह कह रही हूं मैं.</w:t>
      </w:r>
    </w:p>
    <w:p>
      <w:r>
        <w:rPr>
          <w:b/>
        </w:rPr>
        <w:t xml:space="preserve">[46:10] </w:t>
      </w:r>
      <w:r>
        <w:t>log bachchon ko bhi roza rakha dete hain. kitne log to mar jate hain boorhe aur bachche. to yeh hai hi nahi islam mein. islam mein asal cheez hai. udasi talluq. woh asal hai. yeh farm asal nahi hai. farm to jaise aadmi asslamon lekin kehta zara sa jhuk jata hai. to lekin asal to yahi nahi ki hamare dil mein doosre ke liye kharkhai hai ki nahi hai. asal to yeh cheez hai.</w:t>
      </w:r>
    </w:p>
    <w:p>
      <w:pPr>
        <w:jc w:val="right"/>
      </w:pPr>
      <w:r>
        <w:t>लोग बच्चों को भी रोज़ा रखा देते हैं. कितने लोग तो मर जाते हैं बूढ़े और बच्चे. तो यह है ही नहीं इस्लाम में. इस्लाम में असल चीज़ है. उदासी ताल्लुक. वह असल है. यह farm असल नहीं है. Farm तो जैसे आदमी अस्सलामों लेकिन कहता जरा सा झुक जाता है. तो लेकिन असल तो यही नहीं कि हमारे दिल में दूसरे के लिए खारखाई है कि नहीं है. असल तो यह चीज़ है.</w:t>
      </w:r>
    </w:p>
    <w:p>
      <w:r>
        <w:rPr>
          <w:b/>
        </w:rPr>
        <w:t xml:space="preserve">[46:36] </w:t>
      </w:r>
      <w:r>
        <w:t>to isliye rasoolullah rasoolullah ne is baat ko mana karna hai.</w:t>
      </w:r>
    </w:p>
    <w:p>
      <w:pPr>
        <w:jc w:val="right"/>
      </w:pPr>
      <w:r>
        <w:t>तो इसलिए रसूल्लाह रसूल्लाह ने इस बात को मना करना है.</w:t>
      </w:r>
    </w:p>
    <w:p>
      <w:r>
        <w:rPr>
          <w:b/>
        </w:rPr>
        <w:t xml:space="preserve">[46:44] </w:t>
      </w:r>
      <w:r>
        <w:t>ek aur, ek aur riwayat hai ke do auraton ke bare mein puchha gaya to rasoolullah salah salah</w:t>
      </w:r>
    </w:p>
    <w:p>
      <w:pPr>
        <w:jc w:val="right"/>
      </w:pPr>
      <w:r>
        <w:t>एक और, एक और रिवायत है कि दो औरतों के बारे में पुछा गया तो रासुल्लाह सलाह सलाह</w:t>
      </w:r>
    </w:p>
    <w:p>
      <w:r>
        <w:rPr>
          <w:b/>
        </w:rPr>
        <w:t xml:space="preserve">[46:53] </w:t>
      </w:r>
      <w:r>
        <w:t>ka jo achha khilak wali hai woh kya hai zyada bata raha hai jannat ki.</w:t>
      </w:r>
    </w:p>
    <w:p>
      <w:pPr>
        <w:jc w:val="right"/>
      </w:pPr>
      <w:r>
        <w:t>का जो अच्छा खिलाक वाली है वह क्या है ज़्यादा बता रहा है जन्नत की.</w:t>
      </w:r>
    </w:p>
    <w:p>
      <w:r>
        <w:rPr>
          <w:b/>
        </w:rPr>
        <w:t xml:space="preserve">[47:01] </w:t>
      </w:r>
      <w:r>
        <w:t>aisi ek aur waqea hai na woh.</w:t>
      </w:r>
    </w:p>
    <w:p>
      <w:pPr>
        <w:jc w:val="right"/>
      </w:pPr>
      <w:r>
        <w:t>ऐसी एक और वाक्य है ना वह.</w:t>
      </w:r>
    </w:p>
    <w:p>
      <w:r>
        <w:rPr>
          <w:b/>
        </w:rPr>
        <w:t xml:space="preserve">[47:10] </w:t>
      </w:r>
      <w:r>
        <w:t>ek aadmi guzar raha tha to rasoolullah salah ne farmaya bahut achhe se clear ho gaya.</w:t>
      </w:r>
    </w:p>
    <w:p>
      <w:pPr>
        <w:jc w:val="right"/>
      </w:pPr>
      <w:r>
        <w:t>एक आदमी गुज़र रहा था तो रासुल्लाह सलाह ने फरमाया बहुत अच्छे से clear हो गया.</w:t>
      </w:r>
    </w:p>
    <w:p>
      <w:r>
        <w:rPr>
          <w:b/>
        </w:rPr>
        <w:t xml:space="preserve">[47:19] </w:t>
      </w:r>
      <w:r>
        <w:t>bahut achhe se.</w:t>
      </w:r>
    </w:p>
    <w:p>
      <w:pPr>
        <w:jc w:val="right"/>
      </w:pPr>
      <w:r>
        <w:t>बहुत अच्छे से.</w:t>
      </w:r>
    </w:p>
    <w:p>
      <w:r>
        <w:rPr>
          <w:b/>
        </w:rPr>
        <w:t xml:space="preserve">[47:29] </w:t>
      </w:r>
      <w:r>
        <w:t>sawal puchhna hogi isko.</w:t>
      </w:r>
    </w:p>
    <w:p>
      <w:pPr>
        <w:jc w:val="right"/>
      </w:pPr>
      <w:r>
        <w:t>सवाल पूछना होगी इसको.</w:t>
      </w:r>
    </w:p>
    <w:p>
      <w:r>
        <w:rPr>
          <w:b/>
        </w:rPr>
        <w:t xml:space="preserve">[47:38] </w:t>
      </w:r>
      <w:r>
        <w:t>aap ek bas itni sari baatein sunkar main sawal par sawal kiye ja rahi hoon.</w:t>
      </w:r>
    </w:p>
    <w:p>
      <w:pPr>
        <w:jc w:val="right"/>
      </w:pPr>
      <w:r>
        <w:t>आप एक बस इतनी सारी बातें सुनकर मैं सवाल पर सवाल किए जा रही हूं.</w:t>
      </w:r>
    </w:p>
    <w:p>
      <w:r>
        <w:rPr>
          <w:b/>
        </w:rPr>
        <w:t xml:space="preserve">[47:48] </w:t>
      </w:r>
      <w:r>
        <w:t>ek hadish jo aksar mujhe ajeeb lagti hai ke rasoolullah sarsalbat exact words mujhe yaad nahi hai.</w:t>
      </w:r>
    </w:p>
    <w:p>
      <w:pPr>
        <w:jc w:val="right"/>
      </w:pPr>
      <w:r>
        <w:t>एक हदीश जो अक्सर मुझे अजीब लगती है कि रसूल्ला सरसलब exact words मुझे याद नहीं है.</w:t>
      </w:r>
    </w:p>
    <w:p>
      <w:r>
        <w:rPr>
          <w:b/>
        </w:rPr>
        <w:t xml:space="preserve">[47:57] </w:t>
      </w:r>
      <w:r>
        <w:t>unhone kaha ke jis qaum ki sardar aurat ho usko us qaum ka kuch matlab kuch uske liye</w:t>
      </w:r>
    </w:p>
    <w:p>
      <w:pPr>
        <w:jc w:val="right"/>
      </w:pPr>
      <w:r>
        <w:t>उन्होंने कहा कि जिस कौम की सरदार औरत हो उसको उस कौम का कुछ मतलब कुछ उसके लिए</w:t>
      </w:r>
    </w:p>
    <w:p>
      <w:r>
        <w:rPr>
          <w:b/>
        </w:rPr>
        <w:t xml:space="preserve">[48:07] </w:t>
      </w:r>
      <w:r>
        <w:t>negative remark hai.</w:t>
      </w:r>
    </w:p>
    <w:p>
      <w:pPr>
        <w:jc w:val="right"/>
      </w:pPr>
      <w:r>
        <w:t>negative remark है.</w:t>
      </w:r>
    </w:p>
    <w:p>
      <w:r>
        <w:rPr>
          <w:b/>
        </w:rPr>
        <w:t xml:space="preserve">[48:16] </w:t>
      </w:r>
      <w:r>
        <w:t>yeh isko please aise bataein iska kya reason hai?</w:t>
      </w:r>
    </w:p>
    <w:p>
      <w:pPr>
        <w:jc w:val="right"/>
      </w:pPr>
      <w:r>
        <w:t>यह इसको please ऐसे बताएं इसका क्या reason है?</w:t>
      </w:r>
    </w:p>
    <w:p>
      <w:r>
        <w:rPr>
          <w:b/>
        </w:rPr>
        <w:t xml:space="preserve">[48:26] </w:t>
      </w:r>
      <w:r>
        <w:t>kya auratein kisi qaum ko lead nahi kar sakti? kya kya wajah hai? qudd quran mein aisi auraton ka zikr hai. gulfis malke saba qudd quran mein zikr hai. woh kisi khaas mauqe par koi baat kahi jati hai ki woh iran mein jo naya kamana aaya tha woh pichhla ruler kya ho gaya tha na usko. qadl ho</w:t>
      </w:r>
    </w:p>
    <w:p>
      <w:pPr>
        <w:jc w:val="right"/>
      </w:pPr>
      <w:r>
        <w:t>क्या औरतें किसी कौम को lead नहीं कर सकती? क्या क्या वजह है? कुद्ध कुरान में ऐसी औरतों का ज़िक्र है. गुलफीस मल्के सभा कुद्ध कुरान में ज़िक्र है. वह किसी खास मौके पर कोई बात कही जाती है कि वह Iran में जो नया कमाना आया था वह पिछला ruler क्या हो गया था ना उसको. कद्ल हो</w:t>
      </w:r>
    </w:p>
    <w:p>
      <w:r>
        <w:rPr>
          <w:b/>
        </w:rPr>
        <w:t xml:space="preserve">[48:49] </w:t>
      </w:r>
      <w:r>
        <w:t>gaya to koi aurat jo hai woh naya rural ho sakta hai uske andar woh salahiyat hi na rahi ho. to aam taur par log kya karte hain ki koi khaas hadish ko kisi khaas mauqe par koi hadish hoti hai usko generalize kar dete hain. to yeh generalization hai. agar aisa hota to phir quran mein hi kyun uska bahut hi appreciation ke andaaz mein malke saba ka zikr hai.</w:t>
      </w:r>
    </w:p>
    <w:p>
      <w:pPr>
        <w:jc w:val="right"/>
      </w:pPr>
      <w:r>
        <w:t>गया तो कोई औरत जो है वह नया rural हो सकता उसके अंदर वह सलाहियत ही ना रही हो. तो आमतौर पर लोग क्या करते हैं कि कोई खास हदीश को किसी खास मौके पर कोई हदीश होती है उसको generalize कर देते हैं. तो यह generalization है. अगर ऐसा होता तो फिर कुरान में ही क्यों उसका बहुत ही appreciation के अंदाज़ में मलक सभा का ज़िक्र है.</w:t>
      </w:r>
    </w:p>
    <w:p>
      <w:r>
        <w:rPr>
          <w:b/>
        </w:rPr>
        <w:t xml:space="preserve">[49:15] </w:t>
      </w:r>
      <w:r>
        <w:t>to silayat ke ek baar se kiske andar abbe salahiyat jiske andar salahiyat na ho usko ruler banayenge to tabahi hogi. aisa kuch hoga uske koi baat nahi hogi jab aapne aisa kaha. lekin aap</w:t>
      </w:r>
    </w:p>
    <w:p>
      <w:pPr>
        <w:jc w:val="right"/>
      </w:pPr>
      <w:r>
        <w:t>तो सिलायत के एक बार से किसके अंदर अब्बे सलाहियत जिसके अंदर सलाहियत ना हो उसको ruler बनाएंगे तो तबाही होगी. ऐसा कुछ होगा उसके कोई बात नहीं होगी जब आपने ऐसा कहा. लेकिन आप</w:t>
      </w:r>
    </w:p>
    <w:p>
      <w:r>
        <w:rPr>
          <w:b/>
        </w:rPr>
        <w:t xml:space="preserve">[49:29] </w:t>
      </w:r>
      <w:r>
        <w:t>na sahi jab jange jabal mein kisi sahabi ko choose karna tha ki woh hazrat aisha ke saath rahe ya hazrat ali ke to unhone yahi hadis ko yaad karke matlab aisa ek vekitya aaya hai ki use unhe hazrat ali ki taraf se jang karne ke liye socha. aur rajat aisha bhi to apni adat karni thi. to aazrat, aazrat aisha ki adat karni thi na? to woh to galat ki adat hi thi na woh. kyunki asal mein dekhiye auratein emotional to hoti hain ismein to koi do rai nahi hai.</w:t>
      </w:r>
    </w:p>
    <w:p>
      <w:pPr>
        <w:jc w:val="right"/>
      </w:pPr>
      <w:r>
        <w:t>ना सही जब जंगे जबल में किसी सहाबी को choose करना था कि वह हज़रत आइशा के साथ रहे या हज़रत अली के तो उन्होंने यही हदीस को याद करके मतलब ऐसा एक व्यक्तिया आया है कि उसे उन्हें हज़रत अली की तरफ से जंग करने के लिए सोचा. और रजत आयशा भी तो अपनी आदत करनी थी. तो आज़रत, आज़रत आयशा की आदत करनी थी ना? तो वह तो गलत की आदत ही थी ना वह. क्योंकि असल में देखिए औरतें emotional तो होती हैं इसमें तो कोई दो राय नहीं है.</w:t>
      </w:r>
    </w:p>
    <w:p>
      <w:r>
        <w:rPr>
          <w:b/>
        </w:rPr>
        <w:t xml:space="preserve">[49:58] </w:t>
      </w:r>
      <w:r>
        <w:t>main khud bhi emotional hoon. to mard zyada apni jaldbaad ke upar usko control hota hai. to ab jaise jhanqe jamal mein woh jaakar hazar dadi ke khilaf woh pahunch gayi to koi bhi mard nahi gaya tha. woh kuch uske peeche kuch bajugat thi to woh pahunch gayi ek baar. kis zamane mein jab rasulla sslam ne kwateen se nahi bol rahe the.</w:t>
      </w:r>
    </w:p>
    <w:p>
      <w:pPr>
        <w:jc w:val="right"/>
      </w:pPr>
      <w:r>
        <w:t>मैं खुद भी emotional हूं. तो मर्द ज़्यादा अपनी जल्दबाद के ऊपर उसको control होता है. तो अब जैसे झंगे जमल में वह जाकर हज़ार दली के खिलाफ वह पहुंच गई तो कोई भी मर्द नहीं गया था. वह कुछ उसके पीछे कुछ बजुगात थी तो वह पहुंच गई एक बार. किस जमाने में जब रसूल्ला सस्लाम ने कवातीन से नहीं बोल रहे थे.</w:t>
      </w:r>
    </w:p>
    <w:p>
      <w:r>
        <w:rPr>
          <w:b/>
        </w:rPr>
        <w:t xml:space="preserve">[50:27] </w:t>
      </w:r>
      <w:r>
        <w:t>ila ilaqwa. ilaqwa kya tha? kwateen se batchit nahi kar rahe the bahut pareshan the. to hazrat ali ne keh diya aapko pareshan hai aap doosri shadi kar lijiye. to hazrata aisa ko woh baat lag gayi. to unke andar hi andar woh woh rahi woh negative ho gayi aur jangal jammu mein pahunch gayi.</w:t>
      </w:r>
    </w:p>
    <w:p>
      <w:pPr>
        <w:jc w:val="right"/>
      </w:pPr>
      <w:r>
        <w:t>इला इलाकवा. इलाकवा क्या था? कवातीन से बातचीत नहीं कर रहे थे बहुत परेशान थे. तो हज़रत अली ने कह दिया आपको परेशान है आप दूसरी शादी कर लीजिए. तो हज़रता ऐसा को वह बात लग गई. तो उनके अंदर ही अंदर वह वह रही वह negative हो गई और जंगल जम्मू में पहुंच गई.</w:t>
      </w:r>
    </w:p>
    <w:p>
      <w:r>
        <w:rPr>
          <w:b/>
        </w:rPr>
        <w:t xml:space="preserve">[50:46] </w:t>
      </w:r>
      <w:r>
        <w:t>to abhi koi bahut hi able ruler ho to koi baat nahi jaise hamari koi nahi lene se bahut kitni able ruler hoti hai ab koi lag nahi raha waisa koi successor aayega to uske andar yeh dekhna hoga ki uske andar rule karne ki salahiyat hai ki nai salahiyat hai. ab hum ab indira gandhi ko dekh lijiye ab bangladesh ke bar mein involve ho gayi. ab uski wajah se sari economy par itna zabardast nuksan hua.</w:t>
      </w:r>
    </w:p>
    <w:p>
      <w:pPr>
        <w:jc w:val="right"/>
      </w:pPr>
      <w:r>
        <w:t>तो अभी कोई बहुत ही able ruler हो तो कोई बात नहीं जैसे हमारी कोई नहीं लेने से बहुत कितनी able ruler होती है अब कोई लग नहीं रहा वैसा कोई successor आएगा तो उसके अंदर यह देखना होगा कि उसके अंदर rule करने की सलाहियत है कि नई सलाहियत है. अब हम अब इंदिरा गांधी को देख लीजिए अब बांग्लादेश के बार में involve हो गई. अब उसकी वजह से सारी economy पर इतना ज़बरदस्त नुकसान हुआ.</w:t>
      </w:r>
    </w:p>
    <w:p>
      <w:r>
        <w:rPr>
          <w:b/>
        </w:rPr>
        <w:t xml:space="preserve">[51:15] </w:t>
      </w:r>
      <w:r>
        <w:t>to woh koi bhi bade bade jo fauji sardar the woh iske haq mein nahi the.</w:t>
      </w:r>
    </w:p>
    <w:p>
      <w:pPr>
        <w:jc w:val="right"/>
      </w:pPr>
      <w:r>
        <w:t>तो वह कोई भी बड़े बड़े जो फौजी सरदार थे वह इसके हक में नहीं थे.</w:t>
      </w:r>
    </w:p>
    <w:p>
      <w:r>
        <w:rPr>
          <w:b/>
        </w:rPr>
        <w:t xml:space="preserve">[51:31] </w:t>
      </w:r>
      <w:r>
        <w:t>ji bilkul bilkul.</w:t>
      </w:r>
    </w:p>
    <w:p>
      <w:pPr>
        <w:jc w:val="right"/>
      </w:pPr>
      <w:r>
        <w:t>जी बिल्कुल बिल्कुल.</w:t>
      </w:r>
    </w:p>
    <w:p>
      <w:r>
        <w:rPr>
          <w:b/>
        </w:rPr>
        <w:t xml:space="preserve">[51:48] </w:t>
      </w:r>
      <w:r>
        <w:t>suniye kyunke main yeh jo mera sawal aslam wali sabse pehle main main madhav tha hoon ke aapki</w:t>
      </w:r>
    </w:p>
    <w:p>
      <w:pPr>
        <w:jc w:val="right"/>
      </w:pPr>
      <w:r>
        <w:t>सुनिए क्योंकि मैं यह जो मेरा सवाल असलाम वाली सबसे पहले मैं मैं माधव था हूं कि आपकी</w:t>
      </w:r>
    </w:p>
    <w:p>
      <w:r>
        <w:rPr>
          <w:b/>
        </w:rPr>
        <w:t xml:space="preserve">[52:05] </w:t>
      </w:r>
      <w:r>
        <w:t>kutton ko mujhse sun raha tha bahut aplmandana jawab aap maa bete deti hain.</w:t>
      </w:r>
    </w:p>
    <w:p>
      <w:pPr>
        <w:jc w:val="right"/>
      </w:pPr>
      <w:r>
        <w:t>कुत्तों को मुझसे सुन रहा था बहुत अपलमंदाना जवाब आप माँ बेटे देती हैं.</w:t>
      </w:r>
    </w:p>
    <w:p>
      <w:r>
        <w:rPr>
          <w:b/>
        </w:rPr>
        <w:t xml:space="preserve">[52:22] </w:t>
      </w:r>
      <w:r>
        <w:t>bahut aplmandana pehan bhai hai ya maa bete mujhe nahi maloom.</w:t>
      </w:r>
    </w:p>
    <w:p>
      <w:pPr>
        <w:jc w:val="right"/>
      </w:pPr>
      <w:r>
        <w:t>बहुत अपलमंदाना पहन भाई है या माँ बेटे मुझे नहीं मालूम.</w:t>
      </w:r>
    </w:p>
    <w:p>
      <w:r>
        <w:rPr>
          <w:b/>
        </w:rPr>
        <w:t xml:space="preserve">[52:39] </w:t>
      </w:r>
      <w:r>
        <w:t>lekin ek sawal jo maujooda daur ke tanazur mein aur specially america mein rehne wale aur europe mein</w:t>
      </w:r>
    </w:p>
    <w:p>
      <w:pPr>
        <w:jc w:val="right"/>
      </w:pPr>
      <w:r>
        <w:t>लेकिन एक सवाल जो मौजूदा दौर के तनाज़ुर में और specially America में रहने वाले और europe में</w:t>
      </w:r>
    </w:p>
    <w:p>
      <w:r>
        <w:rPr>
          <w:b/>
        </w:rPr>
        <w:t xml:space="preserve">[52:45] </w:t>
      </w:r>
      <w:r>
        <w:t>rehne wale aur yakrachi India zone ke pehle kya hum co education ki tarah makhloot job kar sakte</w:t>
      </w:r>
    </w:p>
    <w:p>
      <w:pPr>
        <w:jc w:val="right"/>
      </w:pPr>
      <w:r>
        <w:t>रहने वाले और यक्राची India zone के पहले क्या हम co education की तरह मखलूद job कर सकते</w:t>
      </w:r>
    </w:p>
    <w:p>
      <w:r>
        <w:rPr>
          <w:b/>
        </w:rPr>
        <w:t xml:space="preserve">[52:52] </w:t>
      </w:r>
      <w:r>
        <w:t>hain jaha ek hi department mein aurat bhi ho aur mard bhi ho phir job ke sitle mein</w:t>
      </w:r>
    </w:p>
    <w:p>
      <w:pPr>
        <w:jc w:val="right"/>
      </w:pPr>
      <w:r>
        <w:t>हैं जहा एक ही department में औरत भी हो और मर्द भी हो फिर job के सितले में</w:t>
      </w:r>
    </w:p>
    <w:p>
      <w:r>
        <w:rPr>
          <w:b/>
        </w:rPr>
        <w:t xml:space="preserve">[52:58] </w:t>
      </w:r>
      <w:r>
        <w:t>ko hamein baat privately discuss karni hai jo khud ke raat hai yeh sawal ka dusra hissa hai</w:t>
      </w:r>
    </w:p>
    <w:p>
      <w:pPr>
        <w:jc w:val="right"/>
      </w:pPr>
      <w:r>
        <w:t>को हमें बात privately discuss करनी है जो खुद के रात है यह सवाल का दूसरा हिस्सा है</w:t>
      </w:r>
    </w:p>
    <w:p>
      <w:r>
        <w:rPr>
          <w:b/>
        </w:rPr>
        <w:t xml:space="preserve">[53:05] </w:t>
      </w:r>
      <w:r>
        <w:t>hum bahar jaake aurat bhi marzi akele mein baithkar ya cafeteria mein ya to yun jagah par jaake</w:t>
      </w:r>
    </w:p>
    <w:p>
      <w:pPr>
        <w:jc w:val="right"/>
      </w:pPr>
      <w:r>
        <w:t>हम बाहर जाके औरत भी मर्ज़ी अकेले में बैठकर या cafeteria में या तो यूं जगह पर जाके</w:t>
      </w:r>
    </w:p>
    <w:p>
      <w:r>
        <w:rPr>
          <w:b/>
        </w:rPr>
        <w:t xml:space="preserve">[53:11] </w:t>
      </w:r>
      <w:r>
        <w:t>mil bhi sakte hain aur agar kya aisa kar sakte hain aap bataiye.</w:t>
      </w:r>
    </w:p>
    <w:p>
      <w:pPr>
        <w:jc w:val="right"/>
      </w:pPr>
      <w:r>
        <w:t>मिल भी सकते हैं और अगर क्या ऐसा कर सकते हैं आप बताइए.</w:t>
      </w:r>
    </w:p>
    <w:p>
      <w:r>
        <w:rPr>
          <w:b/>
        </w:rPr>
        <w:t xml:space="preserve">[53:18] </w:t>
      </w:r>
      <w:r>
        <w:t>maine to khud hi job kiya hai. wahan par hamari jamiya mein covid hai. chaubis saal maine job kiya hai lekin puri decency ke saath, puri sanjeedgi ke saath aur logon ke saath picnic bhi gaye hain aur sab kuch sanjeeda tarike se aur hamare kapde bhi aise hone chahiye jo bilkul islam address hota hai. ek ek ek. haan boliye.</w:t>
      </w:r>
    </w:p>
    <w:p>
      <w:pPr>
        <w:jc w:val="right"/>
      </w:pPr>
      <w:r>
        <w:t>मैंने तो खुद ही job किया है. वहां पर हमारी जामिया में COVID है. चौबीस साल मैंने job किया है लेकिन पूरी decency के साथ, पूरी संजीदगी के साथ और लोगों के साथ picnic भी गए हैं और सब कुछ संजीदा तरीके से और हमारे कपड़े भी ऐसे होने चाहिए जो बिल्कुल Islam address होता है. एक एक एक. हां बोलिए.</w:t>
      </w:r>
    </w:p>
    <w:p>
      <w:r>
        <w:rPr>
          <w:b/>
        </w:rPr>
        <w:t xml:space="preserve">[53:44] </w:t>
      </w:r>
      <w:r>
        <w:t>slama wale to maaf kijiyega matlab patrma main by professional document ek aapko interrupt karna chah raha hoon</w:t>
      </w:r>
    </w:p>
    <w:p>
      <w:pPr>
        <w:jc w:val="right"/>
      </w:pPr>
      <w:r>
        <w:t>स्लामा वाले तो माफ कीजिएगा मतलब पतरमा मैं by professional document एक आपको interrupt करना चाह रहा हूँ</w:t>
      </w:r>
    </w:p>
    <w:p>
      <w:r>
        <w:rPr>
          <w:b/>
        </w:rPr>
        <w:t xml:space="preserve">[53:50] </w:t>
      </w:r>
      <w:r>
        <w:t>kyunki yeh izafi jumle honge ki decency sab kuch sab fazboor kaleer pyay sharabak ke saath, decency ke</w:t>
      </w:r>
    </w:p>
    <w:p>
      <w:pPr>
        <w:jc w:val="right"/>
      </w:pPr>
      <w:r>
        <w:t>क्योंकि यह इज़ाफी जुमले होंगे कि decency सब कुछ सब फज़बूर कलीर प्याय शराबक के साथ, decency के</w:t>
      </w:r>
    </w:p>
    <w:p>
      <w:r>
        <w:rPr>
          <w:b/>
        </w:rPr>
        <w:t xml:space="preserve">[53:56] </w:t>
      </w:r>
      <w:r>
        <w:t>saath, islami dimag pehankar jo bhi aap shamil kar sakti hai dunyabir aur mazhabil yaad se akhlaafi aadat</w:t>
      </w:r>
    </w:p>
    <w:p>
      <w:pPr>
        <w:jc w:val="right"/>
      </w:pPr>
      <w:r>
        <w:t>साथ, इस्लामी दिमाग पहनकर जो भी आप शामिल कर सकती है दुनियाबीर और मज़हबील याद से अखिलाफी आदत</w:t>
      </w:r>
    </w:p>
    <w:p>
      <w:r>
        <w:rPr>
          <w:b/>
        </w:rPr>
        <w:t xml:space="preserve">[54:02] </w:t>
      </w:r>
      <w:r>
        <w:t>sabko madad sabko takir time laye na ho, sabko rakh ke aur aankhon mein bhi aaya ho uske</w:t>
      </w:r>
    </w:p>
    <w:p>
      <w:pPr>
        <w:jc w:val="right"/>
      </w:pPr>
      <w:r>
        <w:t>सबको मतदित सबको ताकिर time लाए ना हो, सबको रख के और आंखों में भी आया हो उसके</w:t>
      </w:r>
    </w:p>
    <w:p>
      <w:r>
        <w:rPr>
          <w:b/>
        </w:rPr>
        <w:t xml:space="preserve">[54:08] </w:t>
      </w:r>
      <w:r>
        <w:t>baavajood uske baavajood mera yeh sawal hai aapse aap please to the point mujhe jawab dijiye kyunki main</w:t>
      </w:r>
    </w:p>
    <w:p>
      <w:pPr>
        <w:jc w:val="right"/>
      </w:pPr>
      <w:r>
        <w:t>बावजूद उसके बावजूद मेरा यह सवाल है आपसे आप please to the point मुझे जवाब दीजिए क्योंकि मैं</w:t>
      </w:r>
    </w:p>
    <w:p>
      <w:r>
        <w:rPr>
          <w:b/>
        </w:rPr>
        <w:t xml:space="preserve">[54:14] </w:t>
      </w:r>
      <w:r>
        <w:t>sunna chah raha hoon wahan par.</w:t>
      </w:r>
    </w:p>
    <w:p>
      <w:pPr>
        <w:jc w:val="right"/>
      </w:pPr>
      <w:r>
        <w:t>सुनना चाह रहा हूं वहां पर.</w:t>
      </w:r>
    </w:p>
    <w:p>
      <w:r>
        <w:rPr>
          <w:b/>
        </w:rPr>
        <w:t xml:space="preserve">[54:20] </w:t>
      </w:r>
      <w:r>
        <w:t>aap bata dijiye to repeat kar dijiye to please yeh kyunki sabse zyada bharat ke saath mein ek minute mujhe baat kar leti hoon aapko baat kar sakta hoon main hum sari baith bura bhi maniyega kyunki yeh sawal bahut ahham hai main america mein rehta hoon europe mein rehta hoon log rehte hain yeh hamare bachchiyon ke liye hamari degiyon ke liye bahut ahham hai aur bachchon ladkon par bhi diye the sab kuch hai.</w:t>
      </w:r>
    </w:p>
    <w:p>
      <w:pPr>
        <w:jc w:val="right"/>
      </w:pPr>
      <w:r>
        <w:t>आप बता दीजिए तो repeat कर दीजिए तो please यह क्योंकि सबसे ज़्यादा भारत के साथ में एक minute मुझे बात कर लेती हूं आपको बात कर सकता हूं मैं हम सारी बैठ बुरा भी मानिएगा क्योंकि यह सवाल बहुत अहम् है मैं America में रहता हूँ europe में रहता हूँ लोग रहते हैं यह हमारे बच्चियों के लिए हमारी देगियों के लिए बहुत अहम् है और बच्चों लड़कों पर भी दिए थे सब कुछ है.</w:t>
      </w:r>
    </w:p>
    <w:p>
      <w:r>
        <w:rPr>
          <w:b/>
        </w:rPr>
        <w:t xml:space="preserve">[54:50] </w:t>
      </w:r>
      <w:r>
        <w:t>wo sawal ye hai jo main pehle chuka hoon jis tarah co education ho sakti hai aisi</w:t>
      </w:r>
    </w:p>
    <w:p>
      <w:pPr>
        <w:jc w:val="right"/>
      </w:pPr>
      <w:r>
        <w:t>वो सवाल ये है जो मैं पहले कह चुका हूँ जिस तरह co education हो सकती है ऐसी</w:t>
      </w:r>
    </w:p>
    <w:p>
      <w:r>
        <w:rPr>
          <w:b/>
        </w:rPr>
        <w:t xml:space="preserve">[54:55] </w:t>
      </w:r>
      <w:r>
        <w:t>kya maklu chuku to job kar sakte hain department mein sawal ka hissa usmein izafa mile aapka agar</w:t>
      </w:r>
    </w:p>
    <w:p>
      <w:pPr>
        <w:jc w:val="right"/>
      </w:pPr>
      <w:r>
        <w:t>क्या मक्लू चुकू तो job कर सकते हैं department में सवाल का हिस्सा उसमें इज़ाफा मिले आपका अगर</w:t>
      </w:r>
    </w:p>
    <w:p>
      <w:r>
        <w:rPr>
          <w:b/>
        </w:rPr>
        <w:t xml:space="preserve">[55:01] </w:t>
      </w:r>
      <w:r>
        <w:t>aapka kahunga bura nahi maniyega aapka jo jawabte jo main chah raha tha ki to the point hai</w:t>
      </w:r>
    </w:p>
    <w:p>
      <w:pPr>
        <w:jc w:val="right"/>
      </w:pPr>
      <w:r>
        <w:t>आपका कहूंगा बुरा नहीं मानिएगा आपका जो जवाबते जो मैं चाह रहा था कि to the point है</w:t>
      </w:r>
    </w:p>
    <w:p>
      <w:r>
        <w:rPr>
          <w:b/>
        </w:rPr>
        <w:t xml:space="preserve">[55:07] </w:t>
      </w:r>
      <w:r>
        <w:t>to usmein is sawal main addition kar deta hoon taki time gaaye na ho wo ye hai ki</w:t>
      </w:r>
    </w:p>
    <w:p>
      <w:pPr>
        <w:jc w:val="right"/>
      </w:pPr>
      <w:r>
        <w:t>तो उसमें इस सवाल मैं addition कर देता हूँ ताकि time गाये ना हो वो ये है कि</w:t>
      </w:r>
    </w:p>
    <w:p>
      <w:r>
        <w:rPr>
          <w:b/>
        </w:rPr>
        <w:t xml:space="preserve">[55:13] </w:t>
      </w:r>
      <w:r>
        <w:t>tamam decency ko barkarar rakhte hue tamam ya falate udhoot ko paar kiye badhaar aankhon mein sharm, lebaar,</w:t>
      </w:r>
    </w:p>
    <w:p>
      <w:pPr>
        <w:jc w:val="right"/>
      </w:pPr>
      <w:r>
        <w:t>तमाम decency को बरकरार रखते हुए तमाम या फैलाते उधूत को पार किए बधार आंखों में शर्म, लेबार,</w:t>
      </w:r>
    </w:p>
    <w:p>
      <w:r>
        <w:rPr>
          <w:b/>
        </w:rPr>
        <w:t xml:space="preserve">[55:19] </w:t>
      </w:r>
      <w:r>
        <w:t>buliya sab kuch karte hue kya hum makulut uqumat kar sakte hain?</w:t>
      </w:r>
    </w:p>
    <w:p>
      <w:pPr>
        <w:jc w:val="right"/>
      </w:pPr>
      <w:r>
        <w:t>बुलिया सब कुछ करते हुए क्या हम मकुलूत उकूमत कर सकते हैं?</w:t>
      </w:r>
    </w:p>
    <w:p>
      <w:r>
        <w:rPr>
          <w:b/>
        </w:rPr>
        <w:t xml:space="preserve">[55:25] </w:t>
      </w:r>
      <w:r>
        <w:t>uqumat?</w:t>
      </w:r>
    </w:p>
    <w:p>
      <w:pPr>
        <w:jc w:val="right"/>
      </w:pPr>
      <w:r>
        <w:t>उकूमत?</w:t>
      </w:r>
    </w:p>
    <w:p>
      <w:r>
        <w:rPr>
          <w:b/>
        </w:rPr>
        <w:t xml:space="preserve">[55:33] </w:t>
      </w:r>
      <w:r>
        <w:t>Sorry job kar sakte hain uqumat ka dhoondna hissa hai.</w:t>
      </w:r>
    </w:p>
    <w:p>
      <w:pPr>
        <w:jc w:val="right"/>
      </w:pPr>
      <w:r>
        <w:t>Sorry job कर सकते हैं उकूमत का ढूंढना हिस्सा है.</w:t>
      </w:r>
    </w:p>
    <w:p>
      <w:r>
        <w:rPr>
          <w:b/>
        </w:rPr>
        <w:t xml:space="preserve">[55:41] </w:t>
      </w:r>
      <w:r>
        <w:t>isi silsile mein agar hamein kussiya baat karni hai jo job ke related hai kya aurat ya marz</w:t>
      </w:r>
    </w:p>
    <w:p>
      <w:pPr>
        <w:jc w:val="right"/>
      </w:pPr>
      <w:r>
        <w:t>इसी सिलसिले में अगर हमें कुस्सिया बात करनी है जो job के related है क्या औरत या मर्ज़</w:t>
      </w:r>
    </w:p>
    <w:p>
      <w:r>
        <w:rPr>
          <w:b/>
        </w:rPr>
        <w:t xml:space="preserve">[55:49] </w:t>
      </w:r>
      <w:r>
        <w:t>تَمَام اُمُور کو مدنظر رکھتے ہوئے مَلْحُوظِ خَاطِر رکھتے ہوئے اِسْتِحْضَار</w:t>
      </w:r>
    </w:p>
    <w:p>
      <w:pPr>
        <w:jc w:val="right"/>
      </w:pPr>
      <w:r>
        <w:t>तमाल दूर को मद्देनज़र रखते हुए मलबुजे खाते रखते हुए स्थाकर</w:t>
      </w:r>
    </w:p>
    <w:p>
      <w:r>
        <w:rPr>
          <w:b/>
        </w:rPr>
        <w:t xml:space="preserve">[55:58] </w:t>
      </w:r>
      <w:r>
        <w:t>auratein har kaam karti thi. masjid mein aati thi, sermons attend karti thi. haj jab aapne kiya to wahan par tarah tarah ke sawalaat pehla hasta to bahut sari baatein samajh mein nahi aati thi. sab auratein aati thi. rasulla sausam se sawal poochti thi. to har kaam mein auratein shamil thi. battlefield mein jati thi. har kaam mein shamil thi.</w:t>
      </w:r>
    </w:p>
    <w:p>
      <w:pPr>
        <w:jc w:val="right"/>
      </w:pPr>
      <w:r>
        <w:t>औरतें हर काम करती थी. मस्जिद में आती थी, sermons attend करती थी. हज जब आपने किया तो वहां पर तरह तरह के सवालात पहला हंसता तो बहुत सारी बातें समझ में नहीं आती थी. सब औरतें आती थी. रसूल्ला सौसम से सवाल पूछती थी. तो हर काम में औरतें शामिल थी. Battlefield में जाती थी. हर काम में शामिल थी.</w:t>
      </w:r>
    </w:p>
    <w:p>
      <w:r>
        <w:rPr>
          <w:b/>
        </w:rPr>
        <w:t xml:space="preserve">[56:23] </w:t>
      </w:r>
      <w:r>
        <w:t>lekin wahi hai ki woh decency ke saath har kaam kar sakte hain aur zamane ke saath bhi ab agar aap insist karenge ki auraton ke alag school alag college hone chahiye to itne ho nahi sakte hain ki sabke liye intezam ho jaye. to sab saath mein karna hi padega. maulana ne to mana nahi kiya. bas kehte the bilkul islami tarike se hamein rehna hai aur hamein bhi kisi bhi kaam ke liye mana nahi kiya. mujhe apne saath lekar bhi jate the.</w:t>
      </w:r>
    </w:p>
    <w:p>
      <w:pPr>
        <w:jc w:val="right"/>
      </w:pPr>
      <w:r>
        <w:t>लेकिन वही है कि वह decency के साथ हर काम कर सकते हैं और ज़माने के साथ भी अब अगर आप insist करेंगे कि औरतों के अलग school अलग college होने चाहिए तो इतने हो नहीं सकते हैं कि सबके लिए इंतज़ाम हो जाए. तो सब साथ में करना ही पड़ेगा. मौलाना ने तो मना नहीं किया. बस कहते थे बिल्कुल इस्लामी तरीके से हमें रहना है और हमें भी किसी भी काम के लिए मना नहीं किया. मुझे अपने साथ लेकर भी जाते थे.</w:t>
      </w:r>
    </w:p>
    <w:p>
      <w:r>
        <w:rPr>
          <w:b/>
        </w:rPr>
        <w:t xml:space="preserve">[56:51] </w:t>
      </w:r>
      <w:r>
        <w:t>maine bahar bhi bahut sare program kiye hain. to lekin bahut hi sanjeda, sanjeda jo hai wahi woh must hai. ab baqi har kaam mein hum hissa le sakte hain kyunki sabse bada kaam to dawa bhar ke.</w:t>
      </w:r>
    </w:p>
    <w:p>
      <w:pPr>
        <w:jc w:val="right"/>
      </w:pPr>
      <w:r>
        <w:t>मैंने बाहर भी बहुत सारे program किए हैं. तो लेकिन बहुत ही संजेदगी, संजेदगी जो है वही वह must है. अब बाकी हर काम में हम हिस्सा ले सकते हैं क्योंकि सबसे बड़ा काम तो दावा भर के.</w:t>
      </w:r>
    </w:p>
    <w:p>
      <w:r>
        <w:rPr>
          <w:b/>
        </w:rPr>
        <w:t xml:space="preserve">[57:07] </w:t>
      </w:r>
      <w:r>
        <w:t>agar hum in logon se door rahenge distance maintain karenge to hum dawa work nahi kar sakte aur auratein bahut zyada kaam kar rahi hain yahan par aur har jagah kaam kar rahi hain america mein bhi kaam kar rahi hain to agar un logon se mulakatein nahi hongi agar un logon ke woh sare experiences jo unko hote hain jo sharing hoti hai woh sab nahi hogi to woh apne aap ko taiyar nahi kar payenge dawa work karne ke liye to asli cheez to dawa work hai.</w:t>
      </w:r>
    </w:p>
    <w:p>
      <w:pPr>
        <w:jc w:val="right"/>
      </w:pPr>
      <w:r>
        <w:t>अगर हम इन लोगों से दूर रहेंगे distance maintain करेंगे तो हम दावा work नहीं कर सकते और औरतें बहुत ज़्यादा काम कर रही हैं यहां पर और हर जगह काम कर रही हैं America में भी काम कर रही हैं तो अगर उन लोगों से मुलाकातें नहीं होंगी अगर उन लोगों के वो सारे experiences जो उनको होते हैं जो sharing होती है वो सब नहीं होगी तो वो अपने आप को तैयार नहीं कर पाएंगे दावा work करने के लिए तो असली चीज़ तो दावा work है.</w:t>
      </w:r>
    </w:p>
    <w:p>
      <w:r>
        <w:rPr>
          <w:b/>
        </w:rPr>
        <w:t xml:space="preserve">[57:35] </w:t>
      </w:r>
      <w:r>
        <w:t>ab baqi to duniya ke kaam to hote hi rehte hain. to ab morana ne kabhi mana kiya. ab hum kar sakte hain agar aap chahenge to bharat sahab bhi kuch batayenge. parash sahab? main do teen wakaiyan batata hoon. mujhse clarity mil jayegi.</w:t>
      </w:r>
    </w:p>
    <w:p>
      <w:pPr>
        <w:jc w:val="right"/>
      </w:pPr>
      <w:r>
        <w:t>अब बाकी तो दुनिया के काम तो होते ही रहते हैं. तो अब मोराना ने कभी मना किया. अब हम कर सकते हैं अगर आप चाहेंगे तो भारत साहब भी कुछ बताएंगे. पराश साहब? मैं दो तीन वाकईयां बताता हूं. मुझसे clarity मिल जाएगी.</w:t>
      </w:r>
    </w:p>
    <w:p>
      <w:r>
        <w:rPr>
          <w:b/>
        </w:rPr>
        <w:t xml:space="preserve">[57:57] </w:t>
      </w:r>
      <w:r>
        <w:t>inshallah sallah sallah ke zamane mein hazrat umar khutba de rahe the aur usmein unhone kaha ki auraton ki mehr ko na bada ho. to wahan par kisi mard ne aage badhkar nahi kaha tha ki tum galat bol rahe ho kumar.</w:t>
      </w:r>
    </w:p>
    <w:p>
      <w:pPr>
        <w:jc w:val="right"/>
      </w:pPr>
      <w:r>
        <w:t>शुल्लाह सल्लाह सल्लाह के ज़माने में हज़रत उमर खुदबा दे रहे थे और उसमें उन्होंने कहा कि औरतों की मेहर को ना बड़ा हो. तो वहां पर किसी मर्द ने आगे बढ़कर नहीं कहा था कि तुम ग़लत बोल रहे हो कुमार.</w:t>
      </w:r>
    </w:p>
    <w:p>
      <w:r>
        <w:rPr>
          <w:b/>
        </w:rPr>
        <w:t xml:space="preserve">[58:27] </w:t>
      </w:r>
      <w:r>
        <w:t>balki ek aurat ne yeh kaha tha ki tum jo bol rahe ho sahi baat nahi hai, galat hai kyunki allah taala ne furan mein kaha ki tum agar usko ek moot ke chamde chamde ke paravar bhi sona do to usko wapas na lo. ek tar ka rabzaya hua.</w:t>
      </w:r>
    </w:p>
    <w:p>
      <w:pPr>
        <w:jc w:val="right"/>
      </w:pPr>
      <w:r>
        <w:t>बल्कि एक औरत ने यह कहा था कि तुम जो बोल रहे हो सही बात नहीं है, गलत है क्योंकि अल्लाह ताला ने फ़रान में कहा कि तुम अगर उसको एक मूट के चमड़े चमड़े के परावर भी सोना दो तो उसको वापस ना लो. एक तार का रबज़ाया हुआ.</w:t>
      </w:r>
    </w:p>
    <w:p>
      <w:r>
        <w:rPr>
          <w:b/>
        </w:rPr>
        <w:t xml:space="preserve">[58:56] </w:t>
      </w:r>
      <w:r>
        <w:t>ki mard aurat ko ikattha hone mein koi masla nahi hai. shart yahi hai ki decency jaisa banega, wah sari cheezen maintain honi chahiye. batchit karne mein bhi koi aisa masla nahi hai. batchit bhi kar sakti hain, koi aisa masla nahi hai. agar mard hai us layak hai ki aap use akele mein jakar batchit kar sakti to koi aisa masla nahi kiya ja sakta hai, batchit ki ja sakti hai.</w:t>
      </w:r>
    </w:p>
    <w:p>
      <w:pPr>
        <w:jc w:val="right"/>
      </w:pPr>
      <w:r>
        <w:t>कि मर्द औरत को इकट्ठा होने में कोई मसला नहीं है. शर्त यही है कि decency जैसा बनेगा, वह सारी चीज़ें maintain होनी चाहिए. बातचीत करने में भी कोई ऐसा मसला नहीं है. बातचीत भी कर सकती हैं, कोई ऐसा मसला नहीं है. अगर मर्द है उस लायक है कि आप उसे अकेले में जाकर बातचीत कर सकती तो कोई ऐसा मसला नहीं किया जा सकता है, बातचीत की जा सकती है.</w:t>
      </w:r>
    </w:p>
    <w:p>
      <w:r>
        <w:rPr>
          <w:b/>
        </w:rPr>
        <w:t xml:space="preserve">[59:21] </w:t>
      </w:r>
      <w:r>
        <w:t>asal mein baad mein jo yeh parda system wagera rayaz hua na, to is tarah ka parda islam mein nahi tha. islam mein wahi decent race hi tha. jaise main yeh kare hoon, yahi islam ka parda hai. baad mein kya hua jab Iran mein islam aaya aur doosre mein malik mein islam aaya to ancient age mein aurat ko bilkul ghar ke andar ki cheez samjha jata tha. bahar ka wah mahauli nahi thi ki aurat bahar nikalti bahar ke fields mein kuch kaam karti wah.</w:t>
      </w:r>
    </w:p>
    <w:p>
      <w:pPr>
        <w:jc w:val="right"/>
      </w:pPr>
      <w:r>
        <w:t>असल में बाद में जो यह पर्दा system वगैरह रायज़ हुआ ना, तो इस तरह का पर्दा इस्लाम में नहीं था. इस्लाम में वही decent race ही था. जैसे मैं यह करे हूं, यही इस्लाम का पर्दा है. बाद में क्या हुआ जब Iran में इस्लाम आया और दूसरे में मालिक में इस्लाम आया तो ancient age में औरत को बिल्कुल घर के अंदर की चीज़ समझा जाता था. बाहर का वह माहौली नहीं थी कि औरत बाहर निकलती बाहर के fields में कुछ काम करती वह.</w:t>
      </w:r>
    </w:p>
    <w:p>
      <w:r>
        <w:rPr>
          <w:b/>
        </w:rPr>
        <w:t xml:space="preserve">[59:50] </w:t>
      </w:r>
      <w:r>
        <w:t>to aurat ko bahut zyada parde mein rakha jata tha. ab yahi tamam log convert hue. to ab jo hum hamari soch hai na wah convert culture par based hai. wah ancient culture par based hai. islam mein bahut zyada azadi thi aap padh sakte hain.</w:t>
      </w:r>
    </w:p>
    <w:p>
      <w:pPr>
        <w:jc w:val="right"/>
      </w:pPr>
      <w:r>
        <w:t>तो औरत को बहुत ज़्यादा पर्दे में रखा जाता था. अब यही तमाम लोग convert हुए. तो अब जो हम हमारी सोच है ना वह convert culture पर based है. वह ancient culture पर based है. इस्लाम में बहुत ज़्यादा आज़ादी थी आप पढ़ सकते हैं.</w:t>
      </w:r>
    </w:p>
    <w:p>
      <w:r>
        <w:rPr>
          <w:b/>
        </w:rPr>
        <w:t xml:space="preserve">[1:00:09] </w:t>
      </w:r>
      <w:r>
        <w:t>lasoolullah sauslam ke zamane ke bakiyaat, sahba ke zamane ke bakiyaat aur teesre generation ke zamane ke bakiyaat aap padh sakte hain aur to wah bilkul har lihaz se azadi thi. jab rasoolullah vaislam ko wahi mili to sabse pehle hazrat khadija ne islam ko bhool kiya aur aap hazrat khadija sath mein namaz padhti thi. jab aap bahar jate the namaz padhne kyunki wahan bahut zyada sataye jate the na to hazar kharida bhi sath mein namaz padhti thi.</w:t>
      </w:r>
    </w:p>
    <w:p>
      <w:pPr>
        <w:jc w:val="right"/>
      </w:pPr>
      <w:r>
        <w:t>लसूल्लाह सौस्लाम के ज़माने के बाकियात, साहबा के ज़माने के बाकियात और तीसरे generation के ज़माने के बाकियात आप पढ़ सकते हैं और तो वह बिल्कुल हर लिहाज से आज़ादी थी. जब रसूल्लाह वैस्लाम को वही मिली तो सबसे पहले हजरत खदीजा ने इस्लाम को भूल किया और आप हजरत खदीजा साथ में नमाज़ पढ़ती थी. जब आप बाहर जाते थे नमाज़ पढ़ने क्योंकि वहां बहुत ज़्यादा सताए जाते थे ना तो हज़ार खरीदा भी साथ में नमाज़ पड़ती थी.</w:t>
      </w:r>
    </w:p>
    <w:p>
      <w:r>
        <w:rPr>
          <w:b/>
        </w:rPr>
        <w:t xml:space="preserve">[1:00:38] </w:t>
      </w:r>
      <w:r>
        <w:t>bahar jakar ghar se bahar aur business karti thi kabhi aapne mana nahi kiya ki tum business mat karo. ab islam aa gaya hai. to yeh convert culture hai, ancient culture hai. yeh islam islami culture nahi hai ki auraton ko gharon mein band karke rakhna. yeh islami culture nahi hai. is par hamare pura ek program kiya tha.</w:t>
      </w:r>
    </w:p>
    <w:p>
      <w:pPr>
        <w:jc w:val="right"/>
      </w:pPr>
      <w:r>
        <w:t>बाहर जाकर घर से बाहर और business करती थी कभी आपने मना नहीं किया कि तुम business मत करो. अब इस्लाम आ गया है. तो यह convert culture है, ancient culture है. यह इस्लाम इस्लामी culture नहीं है कि औरतों को घरों में बंद करके रखना. यह इस्लामी culture नहीं है. इस पर हमारे पूरा एक program किया था.</w:t>
      </w:r>
    </w:p>
    <w:p>
      <w:r>
        <w:rPr>
          <w:b/>
        </w:rPr>
        <w:t xml:space="preserve">[1:01:02] </w:t>
      </w:r>
      <w:r>
        <w:t>ji zaza kalma maine aap logon ki sari baaten suni aur jaise ki jo sawal puch rahe hain wah keh rahe hain aaj ki context aaj ki is daur mein jab auraten pure nikal kar ke ek professional kaam kar rahi hain wahan par us society mein unka kisi kisi man se akele mein banna ya prachak ko kaam karna wah kahan tak ki ijazat hai?</w:t>
      </w:r>
    </w:p>
    <w:p>
      <w:pPr>
        <w:jc w:val="right"/>
      </w:pPr>
      <w:r>
        <w:t>जी जज़ा कल्मा मैंने आप लोगों की सारी बातें सुनी और जैसे कि जो सवाल पुछ रहे हैं वह कह रहे हैं आज की context आज की इस दौर में जब औरतें पूरे निकल करके एक professional काम कर रही हैं वहां पर उस society में उनका किसी किसी man से अकेले में बनना या प्राचक को काम करना वह कहां तक की इजाज़त है?</w:t>
      </w:r>
    </w:p>
    <w:p>
      <w:r>
        <w:rPr>
          <w:b/>
        </w:rPr>
        <w:t xml:space="preserve">[1:01:28] </w:t>
      </w:r>
      <w:r>
        <w:t>to jaise ki raat bhai ne bhi kaha ki haan ismein koi mamaniyat nahi hai lekin mamaniyat nahi hai aur aisa kar sakti hain wah decide kar sakti hoon. jaise ki main apne experience se bata rahi hoon ki main dawa work bahut zyada karti hoon. is dawa work par mujhe men, women dono hi is field mein milte hain. to main ek experience bata rahi hoon aapko ki main bahut shuru mein dawa work ki teen char saal pehle ki baat hai.</w:t>
      </w:r>
    </w:p>
    <w:p>
      <w:pPr>
        <w:jc w:val="right"/>
      </w:pPr>
      <w:r>
        <w:t>तो जैसे कि रात भाई ने भी कहा कि हां इसमें कोई ममानियत नहीं है लेकिन ममानियत नहीं है और ऐसा कर सकती हैं वह decide कर सकती हूं. जैसे कि मैं अपने experience से बता रही हूं कि मैं दावा work बहुत ज़्यादा करती हूं. इस दावा वर्ग पर मुझे men, women दोनों ही इस field में मिलते हैं. तो मैं एक experience बता रही हूं आपको कि मैं बहुत शुरू में दावा वर्ग की तीन चार साल पहले की बात है.</w:t>
      </w:r>
    </w:p>
    <w:p>
      <w:r>
        <w:rPr>
          <w:b/>
        </w:rPr>
        <w:t xml:space="preserve">[1:01:57] </w:t>
      </w:r>
      <w:r>
        <w:t>maine ek writer editor se main mili ek newspaper ki jo maine CPS ke bare mein bataya aur wah bataya molana sahab ke bare mein bataya. He was very very impressed. to unhone kaha ki theek hai main yeh CPS aur molana sahab ke article ke bare mein main ek article apne paper mein nikalunga. aisa shart tha ki aap mujhe aayengi dene ke liye. aapke sath koi bhi nahi rahega.</w:t>
      </w:r>
    </w:p>
    <w:p>
      <w:pPr>
        <w:jc w:val="right"/>
      </w:pPr>
      <w:r>
        <w:t>मैंने एक writer editor से मैं मिली एक newspaper की जो मैंने CPS के बारे में बताया और वह बताया मोलाना साहब के बारे में बताया. He was very very impressed. तो उन्होंने कहा कि ठीक है मैं यह CPS और मोलाना साहब के article के बारे में मैं एक article अपने paper में निकालूंगा. ऐसा शर्त था कि आप मुझे आएंगी देने के लिए. आपके साथ कोई भी नहीं रहेगा.</w:t>
      </w:r>
    </w:p>
    <w:p>
      <w:r>
        <w:rPr>
          <w:b/>
        </w:rPr>
        <w:t xml:space="preserve">[1:02:25] </w:t>
      </w:r>
      <w:r>
        <w:t>to yahan par ek question uth gaya ki unke intention kya the? yeh to main decide karungi na kai bar aise hote hain mauke ki a woman has to decide whether meeting somebody privately or, you're talking to somebody alone, though it may be a work case, you should decide whether you should be going alone or not.</w:t>
      </w:r>
    </w:p>
    <w:p>
      <w:pPr>
        <w:jc w:val="right"/>
      </w:pPr>
      <w:r>
        <w:t>तो यहां पर एक question उठ गया कि उनके intention क्या थे? यह तो मैं decide करूंगी ना कई बार ऐसे होते हैं मौके कि a woman has to decide whether meeting somebody privately or, you're talking to somebody alone, though it may be a work case, you should decide whether you should be going alone or not.</w:t>
      </w:r>
    </w:p>
    <w:p>
      <w:r>
        <w:rPr>
          <w:b/>
        </w:rPr>
        <w:t xml:space="preserve">[1:02:47] </w:t>
      </w:r>
      <w:r>
        <w:t>In keeping in mind that you are, keeping all the decency level or your parameters of your being a person. aap usko kahan tak follow karenge? jaise apa ne bataya ki puri decency ke sath agar koi kaam karti hain to kar denge. to isiliye let the woman also decide ki wah is kisi se personally akele mil rahi hain, wah kar sakti hain ki nahi kar sakti hain. to main unse nahi milne ke liye gayi aur maine unko wah nahi diya.</w:t>
      </w:r>
    </w:p>
    <w:p>
      <w:pPr>
        <w:jc w:val="right"/>
      </w:pPr>
      <w:r>
        <w:t>In keeping in mind that you are, keeping all the decency level or your parameters of your being a person. आप उसको कहां तक follow करेंगे? जैसे आपा ने बताया कि पूरी decency के साथ अगर कोई काम करती हैं तो कर देंगे. तो इसीलिए let the woman also decide कि वह इस किसी से personally अकेले मिल रही हैं, वह कर सकती हैं कि नहीं कर सकती हैं. तो मैं उनसे नहीं मिलने के लिए गई और मैंने उनको वह नहीं दिया.</w:t>
      </w:r>
    </w:p>
    <w:p>
      <w:r>
        <w:rPr>
          <w:b/>
        </w:rPr>
        <w:t xml:space="preserve">[1:03:16] </w:t>
      </w:r>
      <w:r>
        <w:t>In fact, I send somebody from my team to give that article to that editor. to is tarah se yeh kaam hua. bilkul aur shravina main bhi yeh kahungi ki being a doctor maine bhi bahut sare male colleagues ke sath kaam kiya hai.</w:t>
      </w:r>
    </w:p>
    <w:p>
      <w:pPr>
        <w:jc w:val="right"/>
      </w:pPr>
      <w:r>
        <w:t>In fact, I send somebody from my team to give that article to that editor. तो इस तरह से यह काम हुआ. बिल्कुल और श्रवीणा मैं भी यह कहूंगी कि being a doctor मैंने भी बहुत सारे male colleagues के साथ काम किया है.</w:t>
      </w:r>
    </w:p>
    <w:p>
      <w:r>
        <w:rPr>
          <w:b/>
        </w:rPr>
        <w:t xml:space="preserve">[1:03:33] </w:t>
      </w:r>
      <w:r>
        <w:t>Male patients bhi hamein dekhne hote hain, akele mein bhi dekhna hota hai aur kai dafa night duties</w:t>
      </w:r>
    </w:p>
    <w:p>
      <w:pPr>
        <w:jc w:val="right"/>
      </w:pPr>
      <w:r>
        <w:t>Male patients भी हमें देखने होते हैं, अकेले में भी देखना होता है और कई दफा night duties</w:t>
      </w:r>
    </w:p>
    <w:p>
      <w:r>
        <w:rPr>
          <w:b/>
        </w:rPr>
        <w:t xml:space="preserve">[1:03:41] </w:t>
      </w:r>
      <w:r>
        <w:t>ki hain lekin bilkul sahi aapne yeh baat boli ki yeh hamein decide karna hota hai ki hum</w:t>
      </w:r>
    </w:p>
    <w:p>
      <w:pPr>
        <w:jc w:val="right"/>
      </w:pPr>
      <w:r>
        <w:t>की हैं लेकिन बिल्कुल सही आपने यह बात बोली कि यह हमें decide करना होता है कि हम</w:t>
      </w:r>
    </w:p>
    <w:p>
      <w:r>
        <w:rPr>
          <w:b/>
        </w:rPr>
        <w:t xml:space="preserve">[1:03:50] </w:t>
      </w:r>
      <w:r>
        <w:t>apni jo decency hai aur apni jo hamari jo limit hai woh kya hai aur hum kisi se</w:t>
      </w:r>
    </w:p>
    <w:p>
      <w:pPr>
        <w:jc w:val="right"/>
      </w:pPr>
      <w:r>
        <w:t>अपनी जो decency है और अपनी जो हमारी जो limit है वह क्या है और हम किसी से</w:t>
      </w:r>
    </w:p>
    <w:p>
      <w:r>
        <w:rPr>
          <w:b/>
        </w:rPr>
        <w:t xml:space="preserve">[1:03:58] </w:t>
      </w:r>
      <w:r>
        <w:t>kis tarah ka relation rakh rahe hain.</w:t>
      </w:r>
    </w:p>
    <w:p>
      <w:pPr>
        <w:jc w:val="right"/>
      </w:pPr>
      <w:r>
        <w:t>किस तरह का relation रख रहे हैं.</w:t>
      </w:r>
    </w:p>
    <w:p>
      <w:r>
        <w:rPr>
          <w:b/>
        </w:rPr>
        <w:t xml:space="preserve">[1:04:07] </w:t>
      </w:r>
      <w:r>
        <w:t>to mujhe lagta hai ki yeh bahut important point hai aur har lady ko pata hota hai is bare mein. jaza ji,</w:t>
      </w:r>
    </w:p>
    <w:p>
      <w:pPr>
        <w:jc w:val="right"/>
      </w:pPr>
      <w:r>
        <w:t>तो मुझे लगता है कि यह बहुत important point है और हर lady को पता होता है इस बारे में. जज़ा जी,</w:t>
      </w:r>
    </w:p>
    <w:p>
      <w:r>
        <w:rPr>
          <w:b/>
        </w:rPr>
        <w:t xml:space="preserve">[1:04:16] </w:t>
      </w:r>
      <w:r>
        <w:t>ji abasala malik hua main tullahi barqat hoon. main bangalore se hoon. mera ek confusion hai hazrat aawalla bolte the ki tumhare jaise service bhi hota hai aise allahakala ki laga mein agar koi yeh farq aaye to wah marifat mein marifat ke darjat mein ekdam giravat aati hai. molana kehte the, molana.</w:t>
      </w:r>
    </w:p>
    <w:p>
      <w:pPr>
        <w:jc w:val="right"/>
      </w:pPr>
      <w:r>
        <w:t>जी अबासला मालिक हुआ मैं तुल्लाही बरक़ात हूं. मैं बैंगलोर से हूं. मेरा एक confusion है हज़रत आंवलाला बोलते थे कि तुम्हारे जैसे service भी होता है ऐसे अल्लाहकाला कि लगाओ में अगर कोई यह फ़र्क़ आए तो वह मारीफ़त में मारीफ़त के दर्जात में एकदम गिरावट आती है. मौलाना कहते थे, मौलाना.</w:t>
      </w:r>
    </w:p>
    <w:p>
      <w:r>
        <w:rPr>
          <w:b/>
        </w:rPr>
        <w:t xml:space="preserve">[1:04:46] </w:t>
      </w:r>
      <w:r>
        <w:t>jaise service break hoti hai to hamein to bar bar thoda koi mushkil aa jaye ya koi pareshani aa jaye to usi mein damagh wala bhi so jata hai aur hum thodi dinon ke liye, der ke liye hi to kya dinon ke liye bhi thoda hum disturbed rehte hain.</w:t>
      </w:r>
    </w:p>
    <w:p>
      <w:pPr>
        <w:jc w:val="right"/>
      </w:pPr>
      <w:r>
        <w:t>जैसे service break होती है तो हमें तो बार बार थोड़ा कोई मुश्किल आ जाए या कोई परेशानी आ जाए तो उसी में दमाग़ वाला भी सो जाता है और हम थोड़ी दिनों के लिए, देर के लिए ही तो क्या दिनों के लिए भी थोड़ा हम disturbed रहते हैं.</w:t>
      </w:r>
    </w:p>
    <w:p>
      <w:r>
        <w:rPr>
          <w:b/>
        </w:rPr>
        <w:t xml:space="preserve">[1:05:07] </w:t>
      </w:r>
      <w:r>
        <w:t>to kya aise mauq par hum kya karein aur aise mauq par jo amolana ne kaha hai ki service jaise break kholti hai, aisa talon par allah se door ji doori ho jati hai, wah mujhe thoda confusion hai papa. dekhiye duniya hai yahan to interest ka clash hota hai. sabhi logon ko kabhi na kabhi suffer karna padta hai.</w:t>
      </w:r>
    </w:p>
    <w:p>
      <w:pPr>
        <w:jc w:val="right"/>
      </w:pPr>
      <w:r>
        <w:t>तो क्या ऐसे मौक़ पर हम क्या करें और ऐसे मौक़ पर जो अमोलाना ने कहा है कि service जैसे break खोलती है, ऐसा तालों पर अल्लाह से दूर जी दूरी हो जाती है, वह मुझे थोड़ा confusion है papa. देखिए दुनिया है यहां तो interest का clash होता है. सभी लोगों को कभी ना कभी suffer करना पड़ता है.</w:t>
      </w:r>
    </w:p>
    <w:p>
      <w:r>
        <w:rPr>
          <w:b/>
        </w:rPr>
        <w:t xml:space="preserve">[1:05:32] </w:t>
      </w:r>
      <w:r>
        <w:t>lekin yahan mas sagreen aur wah jo hai jismein ki do bar yusar aur ustr ek bar hai. to innamal aur ustr ustr hai. to innamal ustari ustr, innamal ustari ustr. matlab yahan par opportunities zyada hain is duniya mein aur problems kam hain.</w:t>
      </w:r>
    </w:p>
    <w:p>
      <w:pPr>
        <w:jc w:val="right"/>
      </w:pPr>
      <w:r>
        <w:t>लेकिन यहां मास सागरीन और वह जो है जिसमें कि दो बार यूसर और उस्त्र एक बार है. तो इन्नमल और उस्त्र उस्त्र है. तो इन्नमल उस्त्री उस्त्र, इन्नमल उस्त्री उस्त्र. मतलब यहां पर opportunities ज़्यादा हैं इस दुनिया में और problems कम हैं.</w:t>
      </w:r>
    </w:p>
    <w:p>
      <w:r>
        <w:rPr>
          <w:b/>
        </w:rPr>
        <w:t xml:space="preserve">[1:05:56] </w:t>
      </w:r>
      <w:r>
        <w:t>lekin problems to face karne hote hain aur wah hamare liye challenges hain jaise ki murana kehte the aur wah challenges jo hain hamein aur zyada mature karte hain. hum aur zyada khuda ki taraf ruju karte hain aur to allah taala aksar to yahi hamne dekha hai usse behtar halaat allah taala paida kar dete hain.</w:t>
      </w:r>
    </w:p>
    <w:p>
      <w:pPr>
        <w:jc w:val="right"/>
      </w:pPr>
      <w:r>
        <w:t>लेकिन problems तो face करने होते हैं और वह हमारे लिए challenges हैं जैसे कि मुराना कहते थे और वह challenges जो हैं हमें और ज़्यादा mature करते हैं. हम और ज़्यादा खुदा की तरफ रुजू करते हैं और तो अल्लाह तालाह अक्सर तो यही हमने देखा है उससे बेहतर हालात अल्लाह तालाह पैदा कर देते हैं.</w:t>
      </w:r>
    </w:p>
    <w:p>
      <w:r>
        <w:rPr>
          <w:b/>
        </w:rPr>
        <w:t xml:space="preserve">[1:06:16] </w:t>
      </w:r>
      <w:r>
        <w:t>to abhi hamare ek rishtedar the unki apni unhone khud company banai thi lekin kahin aur chale jao to dubai chale jao aur wahan jakar kaam karo to wah unhone mana aur wah chale gaye wahan par.</w:t>
      </w:r>
    </w:p>
    <w:p>
      <w:pPr>
        <w:jc w:val="right"/>
      </w:pPr>
      <w:r>
        <w:t>तो अभी हमारे एक रिश्तेदार थे उनकी अपनी उन्होंने खुद company बनाई थी लेकिन कहीं और चले जाओ तो दुबई चले जाओ और वहां जाकर काम करो तो वह उन्होंने माना और वह चले गए वहां पर.</w:t>
      </w:r>
    </w:p>
    <w:p>
      <w:r>
        <w:rPr>
          <w:b/>
        </w:rPr>
        <w:t xml:space="preserve">[1:06:46] </w:t>
      </w:r>
      <w:r>
        <w:t>bahut zabardast unhone kamyabi hasil ki. to yeh waqti setback hota hai aur yeh sirf isliye hota hai ki hum khoda ki tarah guruju karenge kyunki aam halaat mein jab sab kuch se sahi rehta hai to hum sirf farm wali namaz padhte rehte hain. hum khoda se sahi mane mein spirit ke sath khoda se taluq nahi jod pate hain.</w:t>
      </w:r>
    </w:p>
    <w:p>
      <w:pPr>
        <w:jc w:val="right"/>
      </w:pPr>
      <w:r>
        <w:t>बहुत ज़बरदस्त उन्होंने कामयाबी हासिल की. तो यह वक्ती setback होता है और यह सिर्फ इसलिए होता है कि हम खोदा की तरह गुरुजू करेंगे क्योंकि आम हालात में जब सब कुछ से सही रहता है तो हम सिर्फ farm वाली नमाज़ पढ़ते रहते हैं. हम खोदा से सही माने में spirit के साथ खोदा से ताल्लुक नहीं जोड़ पाते हैं.</w:t>
      </w:r>
    </w:p>
    <w:p>
      <w:r>
        <w:rPr>
          <w:b/>
        </w:rPr>
        <w:t xml:space="preserve">[1:07:10] </w:t>
      </w:r>
      <w:r>
        <w:t>तो एक मुझे अब याद आती है कभी कभी एक poem मैंने पढ़ी थी John Donne की, Pulley</w:t>
      </w:r>
    </w:p>
    <w:p>
      <w:pPr>
        <w:jc w:val="right"/>
      </w:pPr>
      <w:r>
        <w:t>तो एक मुझे अब याद आती है कभी कभी एक poem मैंने पढ़ी थी John Donne की, पुली</w:t>
      </w:r>
    </w:p>
    <w:p>
      <w:r>
        <w:rPr>
          <w:b/>
        </w:rPr>
        <w:t xml:space="preserve">[1:07:17] </w:t>
      </w:r>
      <w:r>
        <w:t>naam tha uska.</w:t>
      </w:r>
    </w:p>
    <w:p>
      <w:pPr>
        <w:jc w:val="right"/>
      </w:pPr>
      <w:r>
        <w:t>नाम था उसका.</w:t>
      </w:r>
    </w:p>
    <w:p>
      <w:r>
        <w:rPr>
          <w:b/>
        </w:rPr>
        <w:t xml:space="preserve">[1:07:25] </w:t>
      </w:r>
      <w:r>
        <w:t>तो उसमें था कि यह जो pulley जो है यह जो suffering है यह pulley का काम करती है.</w:t>
      </w:r>
    </w:p>
    <w:p>
      <w:pPr>
        <w:jc w:val="right"/>
      </w:pPr>
      <w:r>
        <w:t>तो उसमें था कि यह जो पुली जो है यह जो suffering है यह पुली का काम करती है.</w:t>
      </w:r>
    </w:p>
    <w:p>
      <w:r>
        <w:rPr>
          <w:b/>
        </w:rPr>
        <w:t xml:space="preserve">[1:07:33] </w:t>
      </w:r>
      <w:r>
        <w:t>puli shayad usko kehte hain jo kuen mein se pani nikalte hain.</w:t>
      </w:r>
    </w:p>
    <w:p>
      <w:pPr>
        <w:jc w:val="right"/>
      </w:pPr>
      <w:r>
        <w:t>पुली शायद उसको कहते हैं जो कुएं में से पानी निकालते हैं.</w:t>
      </w:r>
    </w:p>
    <w:p>
      <w:r>
        <w:rPr>
          <w:b/>
        </w:rPr>
        <w:t xml:space="preserve">[1:07:41] </w:t>
      </w:r>
      <w:r>
        <w:t>तो Allah Ta'ala in sab is in suffering ke zariye se Allah Ta'ala apne bandon ko apne taraf kheechta hai.</w:t>
      </w:r>
    </w:p>
    <w:p>
      <w:pPr>
        <w:jc w:val="right"/>
      </w:pPr>
      <w:r>
        <w:t>तो अल्लाह दालाह इन सब इस इन suffering के जरिए से अल्लाह दालाह अपने बंदों को अपने तरफ खेजता है.</w:t>
      </w:r>
    </w:p>
    <w:p>
      <w:r>
        <w:rPr>
          <w:b/>
        </w:rPr>
        <w:t xml:space="preserve">[1:07:49] </w:t>
      </w:r>
      <w:r>
        <w:t>bahut hi kam hi shayad aisa hoga. rare hi hoga ki uske halaat aur kharab ho gaye kyunki allah taala duaen qubool karta hai to dua hamari genuine hogi aur hum sahi mane mein hum uske liye koshish bhi kar rahe honge. to dua qubool honge waqte taur par shift back hoga to allah par pura bharosa rakhna chahiye. achha. achha sakullah ho khair aap haan. main apna kissa batati hoon aapko.</w:t>
      </w:r>
    </w:p>
    <w:p>
      <w:pPr>
        <w:jc w:val="right"/>
      </w:pPr>
      <w:r>
        <w:t>बहुत ही कम ही शायद ऐसा होगा. Rare ही होगा कि उसके हालात और खराब हो गए क्योंकि अल्लाह तालाह दुआएं कुबूल करता है तो दुआ हमारी genuine होगी और हम सही माने में हम उसके लिए कोशिश भी कर रहे होंगे. तो दुआं कुबूल होंगे वक्ते तौर पर shift back होगा तो अल्लाह पर पूरा भरोसा रखना चाहिए. अच्छा. अच्छा साकल्लाह हो खैर आप हां. मैं अपना किस्सा बताती हूं आपको.</w:t>
      </w:r>
    </w:p>
    <w:p>
      <w:r>
        <w:rPr>
          <w:b/>
        </w:rPr>
        <w:t xml:space="preserve">[1:08:18] </w:t>
      </w:r>
      <w:r>
        <w:t>main jamiya ek bahut badi university hai central university hai. to usse pehle maine ek school mein ab unko khas school mein nahi tha. maine wahan par apply kiya to wahan mera selection nahi hua. to maine suna ki wah school ka jo principal thi wah PhD nahi thi. main PhD kar chuki thi. to wah aise teachers ko kaise rakh sakti thi?</w:t>
      </w:r>
    </w:p>
    <w:p>
      <w:pPr>
        <w:jc w:val="right"/>
      </w:pPr>
      <w:r>
        <w:t>मैं जामिया एक बहुत बड़ी university है central university है. तो उससे पहले मैंने एक school में अब उनको खास school में नहीं था. मैंने वहां पर apply किया तो वहां मेरा selection नहीं हुआ. तो मैंने सुना कि वह school का जो principal थी वह PhD नहीं थी. मैं PhD कर चुकी थी. तो वह ऐसे teachers को कैसे रख सकती थी?</w:t>
      </w:r>
    </w:p>
    <w:p>
      <w:r>
        <w:rPr>
          <w:b/>
        </w:rPr>
        <w:t xml:space="preserve">[1:08:42] </w:t>
      </w:r>
      <w:r>
        <w:t>to unhone mera selection nahi kiya aur agar mera wahan selection ho jata to main university mein mujhe mauka nahi milta. to phir uske baad main jald hi jamya mein mujhe mauka mil gaya aur wahan maine interview diya aur mera selection ho gaya. to agar kuch aisa hota hai to aap samajh lijiye ki allah taala aapke liye kuch aur behtar mauke khol rahe hain. khair ke paas kar rahe hain.</w:t>
      </w:r>
    </w:p>
    <w:p>
      <w:pPr>
        <w:jc w:val="right"/>
      </w:pPr>
      <w:r>
        <w:t>तो उन्होंने मेरा selection नहीं किया और अगर मेरा वहां selection हो जाता तो मैं university में मुझे मौका नहीं मिलता. तो फिर उसके बाद मैं जल्द ही जामया में मुझे मौका मिल गया और वहां मैंने interview दिया और मेरा selection हो गया. तो अगर कुछ ऐसा होता है तो आप समझ लीजिए कि अल्लाह ताला आपके लिए कुछ और बेहतर मौके खोल रहे हैं. खैर के पास कर रहे हैं.</w:t>
      </w:r>
    </w:p>
    <w:p>
      <w:r>
        <w:rPr>
          <w:b/>
        </w:rPr>
        <w:t xml:space="preserve">[1:09:06] </w:t>
      </w:r>
      <w:r>
        <w:t>Alhamdulillah. Bahut ma'yus bhi main aapke jawab se. Aap jazak Allah khair.</w:t>
      </w:r>
    </w:p>
    <w:p>
      <w:pPr>
        <w:jc w:val="right"/>
      </w:pPr>
      <w:r>
        <w:t>लाम्दुल्लाह बहुत माहिन्द भी मैं आपके जवाब से आप ज़ज़ा ज़ज़ा कर लाओ खैर.</w:t>
      </w:r>
    </w:p>
    <w:p>
      <w:r>
        <w:rPr>
          <w:b/>
        </w:rPr>
        <w:t xml:space="preserve">[1:09:10] </w:t>
      </w:r>
      <w:r>
        <w:t>abdu we have exceeded our time limit.</w:t>
      </w:r>
    </w:p>
    <w:p>
      <w:pPr>
        <w:jc w:val="right"/>
      </w:pPr>
      <w:r>
        <w:t>अब्दू we have exceeded our time limit.</w:t>
      </w:r>
    </w:p>
    <w:p>
      <w:r>
        <w:rPr>
          <w:b/>
        </w:rPr>
        <w:t xml:space="preserve">[1:09:14] </w:t>
      </w:r>
      <w:r>
        <w:t>it is now 08:40.</w:t>
      </w:r>
    </w:p>
    <w:p>
      <w:pPr>
        <w:jc w:val="right"/>
      </w:pPr>
      <w:r>
        <w:t>It is now 08:40.</w:t>
      </w:r>
    </w:p>
    <w:p>
      <w:r>
        <w:rPr>
          <w:b/>
        </w:rPr>
        <w:t xml:space="preserve">[1:09:19] </w:t>
      </w:r>
      <w:r>
        <w:t>so i think we should wrap it up.</w:t>
      </w:r>
    </w:p>
    <w:p>
      <w:pPr>
        <w:jc w:val="right"/>
      </w:pPr>
      <w:r>
        <w:t>So I think we should wrap it up.</w:t>
      </w:r>
    </w:p>
    <w:p>
      <w:r>
        <w:rPr>
          <w:b/>
        </w:rPr>
        <w:t xml:space="preserve">[1:09:23] </w:t>
      </w:r>
      <w:r>
        <w:t>and, lastly, i would like to ask any question from anyone, then we i'll i can just give</w:t>
      </w:r>
    </w:p>
    <w:p>
      <w:pPr>
        <w:jc w:val="right"/>
      </w:pPr>
      <w:r>
        <w:t>And, lastly, I would like to ask any question from anyone, then we I'll I can just give</w:t>
      </w:r>
    </w:p>
    <w:p>
      <w:r>
        <w:rPr>
          <w:b/>
        </w:rPr>
        <w:t xml:space="preserve">[1:09:28] </w:t>
      </w:r>
      <w:r>
        <w:t>you a few minutes.</w:t>
      </w:r>
    </w:p>
    <w:p>
      <w:pPr>
        <w:jc w:val="right"/>
      </w:pPr>
      <w:r>
        <w:t>you a few minutes.</w:t>
      </w:r>
    </w:p>
    <w:p>
      <w:r>
        <w:rPr>
          <w:b/>
        </w:rPr>
        <w:t xml:space="preserve">[1:09:32] </w:t>
      </w:r>
      <w:r>
        <w:t>so any ladies you would like to ask any questions?</w:t>
      </w:r>
    </w:p>
    <w:p>
      <w:pPr>
        <w:jc w:val="right"/>
      </w:pPr>
      <w:r>
        <w:t>So any ladies you would like to ask any questions?</w:t>
      </w:r>
    </w:p>
    <w:p>
      <w:r>
        <w:rPr>
          <w:b/>
        </w:rPr>
        <w:t xml:space="preserve">[1:09:37] </w:t>
      </w:r>
      <w:r>
        <w:t>shamina, ayesha yusra mujhe kehna cha rahi hai.</w:t>
      </w:r>
    </w:p>
    <w:p>
      <w:pPr>
        <w:jc w:val="right"/>
      </w:pPr>
      <w:r>
        <w:t>शमीना, आयशा यूसरा मुझे कहना चाह रही है.</w:t>
      </w:r>
    </w:p>
    <w:p>
      <w:r>
        <w:rPr>
          <w:b/>
        </w:rPr>
        <w:t xml:space="preserve">[1:09:46] </w:t>
      </w:r>
      <w:r>
        <w:t>ok ok, papa. asha puchhiye.</w:t>
      </w:r>
    </w:p>
    <w:p>
      <w:pPr>
        <w:jc w:val="right"/>
      </w:pPr>
      <w:r>
        <w:t>Ok ok, papa. आशा पूछिए.</w:t>
      </w:r>
    </w:p>
    <w:p>
      <w:r>
        <w:rPr>
          <w:b/>
        </w:rPr>
        <w:t xml:space="preserve">[1:09:56] </w:t>
      </w:r>
      <w:r>
        <w:t>ayesha snail ji snail dekho mask karna. theek hai. ji ji.</w:t>
      </w:r>
    </w:p>
    <w:p>
      <w:pPr>
        <w:jc w:val="right"/>
      </w:pPr>
      <w:r>
        <w:t>आयशा स्नाल जी स्नाल देखो mask करना. ठीक है. जी जी.</w:t>
      </w:r>
    </w:p>
    <w:p>
      <w:r>
        <w:rPr>
          <w:b/>
        </w:rPr>
        <w:t xml:space="preserve">[1:10:06] </w:t>
      </w:r>
      <w:r>
        <w:t>main mere question kuch nahi hai lekin main ek meri experience ko share karni chahti hoon.</w:t>
      </w:r>
    </w:p>
    <w:p>
      <w:pPr>
        <w:jc w:val="right"/>
      </w:pPr>
      <w:r>
        <w:t>मैं मेरे question कुछ नहीं है लेकिन मैं एक मेरी experience को share करनी चाहती हूं.</w:t>
      </w:r>
    </w:p>
    <w:p>
      <w:r>
        <w:rPr>
          <w:b/>
        </w:rPr>
        <w:t xml:space="preserve">[1:10:15] </w:t>
      </w:r>
      <w:r>
        <w:t>Kal ek aadmi aaye the ki unhone Telugu Quran aur Maulana sahab ke kutumbaji uttam bhi lekar gaye</w:t>
      </w:r>
    </w:p>
    <w:p>
      <w:pPr>
        <w:jc w:val="right"/>
      </w:pPr>
      <w:r>
        <w:t>कल एक आदमी आए थे कि उन्होंने तेलुगु कुरान और पौलाना साहब के कुटुंबाजी उत्तम भी लेकर गए</w:t>
      </w:r>
    </w:p>
    <w:p>
      <w:r>
        <w:rPr>
          <w:b/>
        </w:rPr>
        <w:t xml:space="preserve">[1:10:25] </w:t>
      </w:r>
      <w:r>
        <w:t>थे और वही इंसान वही said आज भी आए थे.</w:t>
      </w:r>
    </w:p>
    <w:p>
      <w:pPr>
        <w:jc w:val="right"/>
      </w:pPr>
      <w:r>
        <w:t>थे और वही इंसान वही शायद आज भी आए थे.</w:t>
      </w:r>
    </w:p>
    <w:p>
      <w:r>
        <w:rPr>
          <w:b/>
        </w:rPr>
        <w:t xml:space="preserve">[1:10:35] </w:t>
      </w:r>
      <w:r>
        <w:t>unhone bola ki jo jo aadmi khutumba ji with the family, the secret of successful family life padhte hain wah zaroor unke dimagh mein ek achhi change aati hai. inhone ek comment diya hai aur unhone bola hai ki unki gaon mein ek voluntarily library run karte hain wah. unki short short padhi hai kitabon ki.</w:t>
      </w:r>
    </w:p>
    <w:p>
      <w:pPr>
        <w:jc w:val="right"/>
      </w:pPr>
      <w:r>
        <w:t>उन्होंने बोला कि जो जो आदमी खुतुम्बा जी with the family, the secret of successful family life पढ़ते हैं वह ज़रूर उनके दिमाग में एक अच्छी change आती है. इन्होंने एक comment दिया है और उन्होंने बोला है कि उनकी गांव में एक voluntarily library run करते हैं वह. उनकी short short पढ़ी है किताबों की.</w:t>
      </w:r>
    </w:p>
    <w:p>
      <w:r>
        <w:rPr>
          <w:b/>
        </w:rPr>
        <w:t xml:space="preserve">[1:11:04] </w:t>
      </w:r>
      <w:r>
        <w:t>kya aap de sakte ho kya? yeh yeh bahut achhi kitab hai, bahut wisdom badi hui hai. to hum hum logon ne kaha ki ji zaroor hum jo jo molana ka kitab hai telugu mein wah sab aapko de sakte hain.</w:t>
      </w:r>
    </w:p>
    <w:p>
      <w:pPr>
        <w:jc w:val="right"/>
      </w:pPr>
      <w:r>
        <w:t>क्या आप दे सकते हो क्या? यह यह बहुत अच्छी किताब है, बहुत wisdom बड़ी हुई है. तो हम हम लोगों ने कहा कि जी ज़रूर हम जो जो मोलाना का किताब है तेलुगु में वह सब आपको दे सकते हैं.</w:t>
      </w:r>
    </w:p>
    <w:p>
      <w:r>
        <w:rPr>
          <w:b/>
        </w:rPr>
        <w:t xml:space="preserve">[1:11:21] </w:t>
      </w:r>
      <w:r>
        <w:t>to yahi meri experience hai aur shavinapa ne pehle pehle yahi bole the molana teachings ke wajah se hum aurat akele travel kar sakte hain aur dawah ka kaam bhi kar sakte hain. to mere liye bhi true hai kyunki aaj maine meri gaon gayi thi wah do ghante ki safar thi.</w:t>
      </w:r>
    </w:p>
    <w:p>
      <w:pPr>
        <w:jc w:val="right"/>
      </w:pPr>
      <w:r>
        <w:t>तो यही मेरी experience है और शविनापा ने पहले पहले यही बोले थे मोलाना teachings के वजह से हम औरत अकेले travel कर सकते हैं और दावत का काम भी कर सकते हैं. तो मेरे लिए भी true है क्योंकि आज मैंने मेरी गांव गई थी वह दो घंटे की सफर थी.</w:t>
      </w:r>
    </w:p>
    <w:p>
      <w:r>
        <w:rPr>
          <w:b/>
        </w:rPr>
        <w:t xml:space="preserve">[1:11:45] </w:t>
      </w:r>
      <w:r>
        <w:t>to yeh do ghante ke safar mein main meri jo co passenger hai unko ne telugu mein successful family life bhi di thi aur mere gaon mein ek ladki ko real reality of life and purpose of life di thi aur jo bus conductor hai wah lady conductor unko bhi kutumbanji uttam di hai telugu mein. unhone bahut khushi se bahut respect se liye hain. with aisha? yes yes.</w:t>
      </w:r>
    </w:p>
    <w:p>
      <w:pPr>
        <w:jc w:val="right"/>
      </w:pPr>
      <w:r>
        <w:t>तो यह दो घंटे के सफर में मैं मेरी जो co passenger है उनको ने तेलगु में successful family life भी दी थी और मेरे गांव में एक लड़की को real reality of life and purpose of life दी थी और जो bus conductor है वह lady conductor उनको भी कुटुंबंजी उत्तम दी है तेलगु में. उन्होंने बहुत ख़ुशी से बहुत respect से लिए हैं. With आयशा? Yes yes.</w:t>
      </w:r>
    </w:p>
    <w:p>
      <w:r>
        <w:rPr>
          <w:b/>
        </w:rPr>
        <w:t xml:space="preserve">[1:12:15] </w:t>
      </w:r>
      <w:r>
        <w:t>experience. aisha for you sharing that. allah bless you and accept your this good work. so, should we conclude this? aap conclude kar dein is session ko? famida pap? haan wah.</w:t>
      </w:r>
    </w:p>
    <w:p>
      <w:pPr>
        <w:jc w:val="right"/>
      </w:pPr>
      <w:r>
        <w:t>Experience. Aisha for you sharing that. Allah bless you and accept your this good work. So, should we conclude this? आप conclude कर दें इस session को? फ़मीदा पाप? हां वाह.</w:t>
      </w:r>
    </w:p>
    <w:p>
      <w:r>
        <w:rPr>
          <w:b/>
        </w:rPr>
        <w:t xml:space="preserve">[1:12:43] </w:t>
      </w:r>
      <w:r>
        <w:t>sari shamina mera kuch network problem chalna hai. koi baat nahi aap aap conclude kar diye session ko. bas bahut achhi mulakat hoti hai. yeh allaqa shukr hai. ek molana sahab ke zabaan mein zinda mulakat hai. to allataala is tarah se hamein yeh is mulakat ko qubool karein bahut sari cheezein apa ke zariye samajh mein aati hain. apa hamari is mulakat ki mein jaan daal deti hain.</w:t>
      </w:r>
    </w:p>
    <w:p>
      <w:pPr>
        <w:jc w:val="right"/>
      </w:pPr>
      <w:r>
        <w:t>सारी शमीना मेरा कुछ network problem चलना है. कोई बात नहीं आप आप conclude कर दिए session को. बस बहुत अच्छी मुलाक़ात होती है. यह अल्लाक़ा शुक्र है. एक मोलाना साहब के ज़बान में ज़िंदा मुलाक़ात है. तो अल्लाताला इस तरह से हमें यह इस मुलाकात को कुबूल करें बहुत सारी चीज़ें आपा के ज़रिए समझ में आती हैं. आपा हमारी इस मुलाकात की में जान डाल देती हैं.</w:t>
      </w:r>
    </w:p>
    <w:p>
      <w:r>
        <w:rPr>
          <w:b/>
        </w:rPr>
        <w:t xml:space="preserve">[1:13:11] </w:t>
      </w:r>
      <w:r>
        <w:t>zaza abad mein anshala agle mahine hum log phir milenge aur zaza galla sabhi logon ka waqt khatm ho chuka hai na? ji abba. ji, main request karti hoon parad bhai se ki is session ko end karein dua se.</w:t>
      </w:r>
    </w:p>
    <w:p>
      <w:pPr>
        <w:jc w:val="right"/>
      </w:pPr>
      <w:r>
        <w:t>जज़ा आबाद में अंशाला अगले महीने हम लोग फिर मिलेंगे और जज़ा गल्ला सभी लोगों का वक्त खत्म हो चुका है ना? जी अब्बा. जी, मैं request करती हूं पराद भाई से कि इस session को end करें दुआ से.</w:t>
      </w:r>
    </w:p>
    <w:p>
      <w:r>
        <w:rPr>
          <w:b/>
        </w:rPr>
        <w:t xml:space="preserve">[1:13:37] </w:t>
      </w:r>
      <w:r>
        <w:t>ek adiz padhayenge char word hai. kya aasani paida karna, mushkil paida nahi karna. logon ko khushkhabri dena, unke dilon mein nafrat nahi dalna.</w:t>
      </w:r>
    </w:p>
    <w:p>
      <w:pPr>
        <w:jc w:val="right"/>
      </w:pPr>
      <w:r>
        <w:t>एक अदीज़ पढ़ाएंगे चार word है. क्या आसानी पैदा करना, मुश्किल पैदा नहीं करना. लोगों को खुशखबरी देना, उनके दिलों में नफरत नहीं डालना.</w:t>
      </w:r>
    </w:p>
    <w:p>
      <w:r>
        <w:rPr>
          <w:b/>
        </w:rPr>
        <w:t xml:space="preserve">[1:14:05] </w:t>
      </w:r>
      <w:r>
        <w:t>allah taala, hamein apne liye aur logon ke liye aasani paida karne wala bana. unke liye mushkil paida karne wala na bana. logon ko khushkhabri dene wala bana. unke dilon mein nafrat dalne wala na bana. amin. amin, jisab karna. so we end the session. apa we don't feel like leaving you. we want you to continue our session but we have to follow the protocol.</w:t>
      </w:r>
    </w:p>
    <w:p>
      <w:pPr>
        <w:jc w:val="right"/>
      </w:pPr>
      <w:r>
        <w:t>अल्लाह ताला, हमें अपने लिए और लोगों के लिए आसानी पैदा करने वाला बना. उनके लिए मुश्किल पैदा करने वाला ना बना. लोगों को खुशखबरी देने वाला बना. उनके दिलों में नफरत डालने वाला ना बना. आमिन. आमिन, जिसाब करना. So we end the session. आपा we don't feel like leaving you. We want you to continue our session but we have to follow the protocol.</w:t>
      </w:r>
    </w:p>
    <w:p>
      <w:r>
        <w:rPr>
          <w:b/>
        </w:rPr>
        <w:t xml:space="preserve">[1:14:35] </w:t>
      </w:r>
      <w:r>
        <w:t>so we end this session. inshallah, we'll meet again. inshallah. yeah, next month. so, assalamu alaikum.</w:t>
      </w:r>
    </w:p>
    <w:p>
      <w:pPr>
        <w:jc w:val="right"/>
      </w:pPr>
      <w:r>
        <w:t>So we end this session. Inshallah, we'll meet again. Inshallah. Yeah, next month. So, assalamu alaikum.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