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Sharing of CPS Member, Jaipur Literature Festival 2013 February 3, 2013</w:t>
      </w:r>
    </w:p>
    <w:p>
      <w:r>
        <w:t>https://www.youtube.com/watch?v=ujlDnK5Wg3M</w:t>
      </w:r>
    </w:p>
    <w:p>
      <w:r>
        <w:rPr>
          <w:b/>
        </w:rPr>
        <w:t xml:space="preserve">[00:05] </w:t>
      </w:r>
      <w:r>
        <w:t>the second day went very well, and i was wondering that—i mean, i'm not asking anybody to do any particular task—how everything is, you know, happening in a proper manner.</w:t>
      </w:r>
    </w:p>
    <w:p>
      <w:pPr>
        <w:jc w:val="right"/>
      </w:pPr>
      <w:r>
        <w:t>The second day went very well, and I was wondering that—I mean, I'm not asking anybody to do any particular task—how everything is, you know, happening in a proper manner.</w:t>
      </w:r>
    </w:p>
    <w:p>
      <w:r>
        <w:rPr>
          <w:b/>
        </w:rPr>
        <w:t xml:space="preserve">[00:20] </w:t>
      </w:r>
      <w:r>
        <w:t>what is the force which is driving every individual in the team to take the charge of his or her role so well? and i kept thinking about it, and i'll give you an example: when all of us young team members were doing quran distribution at the gate of jlf</w:t>
      </w:r>
    </w:p>
    <w:p>
      <w:pPr>
        <w:jc w:val="right"/>
      </w:pPr>
      <w:r>
        <w:t>What is the force which is driving every individual in the team to take the charge of his or her role so well? And I kept thinking about it, and I'll give you an example: when all of us young team members were doing Quran distribution at the gate of JLF</w:t>
      </w:r>
    </w:p>
    <w:p>
      <w:r>
        <w:rPr>
          <w:b/>
        </w:rPr>
        <w:t xml:space="preserve">[00:40] </w:t>
      </w:r>
      <w:r>
        <w:t>, our senior members, umris, they were targeting individuals in the festival inside.</w:t>
      </w:r>
    </w:p>
    <w:p>
      <w:pPr>
        <w:jc w:val="right"/>
      </w:pPr>
      <w:r>
        <w:t>, our senior members, Umris, they were targeting individuals in the festival inside.</w:t>
      </w:r>
    </w:p>
    <w:p>
      <w:r>
        <w:rPr>
          <w:b/>
        </w:rPr>
        <w:t xml:space="preserve">[00:50] </w:t>
      </w:r>
      <w:r>
        <w:t>so everything was very well synced. i kept thinking about this. and the third day, one of our team members, anis, joined us.</w:t>
      </w:r>
    </w:p>
    <w:p>
      <w:pPr>
        <w:jc w:val="right"/>
      </w:pPr>
      <w:r>
        <w:t>So everything was very well synced. I kept thinking about this. And the third day, one of our team members, Anis, joined us.</w:t>
      </w:r>
    </w:p>
    <w:p>
      <w:r>
        <w:rPr>
          <w:b/>
        </w:rPr>
        <w:t xml:space="preserve">[01:00] </w:t>
      </w:r>
      <w:r>
        <w:t>he's not here today. he stays in jaipur.</w:t>
      </w:r>
    </w:p>
    <w:p>
      <w:pPr>
        <w:jc w:val="right"/>
      </w:pPr>
      <w:r>
        <w:t>He's not here today. He stays in Jaipur.</w:t>
      </w:r>
    </w:p>
    <w:p>
      <w:r>
        <w:rPr>
          <w:b/>
        </w:rPr>
        <w:t xml:space="preserve">[01:04] </w:t>
      </w:r>
      <w:r>
        <w:t>he is a part of a cps team. and during our discussion, evening discussion, when we were sitting and sharing our experiences, he said—and i'm quoting you this example just to tell you what kind of spirit this team has—he said,</w:t>
      </w:r>
    </w:p>
    <w:p>
      <w:pPr>
        <w:jc w:val="right"/>
      </w:pPr>
      <w:r>
        <w:t>He is a part of a CPS team. And during our discussion, evening discussion, when we were sitting and sharing our experiences, he said—and I'm quoting you this example just to tell you what kind of spirit this team has—he said,</w:t>
      </w:r>
    </w:p>
    <w:p>
      <w:r>
        <w:rPr>
          <w:b/>
        </w:rPr>
        <w:t xml:space="preserve">[01:26] </w:t>
      </w:r>
      <w:r>
        <w:t>and i'm quoting verbatim, i'm telling as it is, as he said</w:t>
      </w:r>
    </w:p>
    <w:p>
      <w:pPr>
        <w:jc w:val="right"/>
      </w:pPr>
      <w:r>
        <w:t>and I'm quoting verbatim, I'm telling as it is, as he said</w:t>
      </w:r>
    </w:p>
    <w:p>
      <w:r>
        <w:rPr>
          <w:b/>
        </w:rPr>
        <w:t xml:space="preserve">[01:31] </w:t>
      </w:r>
      <w:r>
        <w:t>: "main hamesha allah miya se dua karta hoon ki allah bhale se mujhe jahannum mein daal dena, par mujhe jis kaam ke liye bheja hai, mujhse wo kaam karwalena." so this is the spirit that this team has.</w:t>
      </w:r>
    </w:p>
    <w:p>
      <w:pPr>
        <w:jc w:val="right"/>
      </w:pPr>
      <w:r>
        <w:t>: "मैं हमेशा अल्लाह मिया से दुआ करता हूँ कि अल्लाह भले से मुझे जहन्नुम में डाल देना, पर मुझे जिस काम के लिए भेजा है, मुझसे वो काम करवा लेना।" So this is the spirit that this team has.</w:t>
      </w:r>
    </w:p>
    <w:p>
      <w:r>
        <w:rPr>
          <w:b/>
        </w:rPr>
        <w:t xml:space="preserve">[01:47] </w:t>
      </w:r>
      <w:r>
        <w:t>they have understood the purpose of</w:t>
      </w:r>
    </w:p>
    <w:p>
      <w:pPr>
        <w:jc w:val="right"/>
      </w:pPr>
      <w:r>
        <w:t>They have understood the purpose of</w:t>
      </w:r>
    </w:p>
    <w:p>
      <w:r>
        <w:rPr>
          <w:b/>
        </w:rPr>
        <w:t xml:space="preserve">[01:50] </w:t>
      </w:r>
      <w:r>
        <w:t>life. they have got the reason why they are here, and dawah, mission, doing dawah work has become their purpose of life.</w:t>
      </w:r>
    </w:p>
    <w:p>
      <w:pPr>
        <w:jc w:val="right"/>
      </w:pPr>
      <w:r>
        <w:t>life. They have got the reason why they are here, and dawah, mission, doing dawah work has become their purpose of life.</w:t>
      </w:r>
    </w:p>
    <w:p>
      <w:r>
        <w:rPr>
          <w:b/>
        </w:rPr>
        <w:t xml:space="preserve">[02:01] </w:t>
      </w:r>
      <w:r>
        <w:t>and that is why you need not to motivate them. you need not to tell them all the time what you have to do, what you need not to do. know it so very well.</w:t>
      </w:r>
    </w:p>
    <w:p>
      <w:pPr>
        <w:jc w:val="right"/>
      </w:pPr>
      <w:r>
        <w:t>And that is why you need not to motivate them. You need not to tell them all the time what you have to do, what you need not to do. Know it so very well.</w:t>
      </w:r>
    </w:p>
    <w:p>
      <w:r>
        <w:rPr>
          <w:b/>
        </w:rPr>
        <w:t xml:space="preserve">[02:10] </w:t>
      </w:r>
      <w:r>
        <w:t>i'll not take much of your</w:t>
      </w:r>
    </w:p>
    <w:p>
      <w:pPr>
        <w:jc w:val="right"/>
      </w:pPr>
      <w:r>
        <w:t>I'll not take much of your</w:t>
      </w:r>
    </w:p>
    <w:p>
      <w:r>
        <w:rPr>
          <w:b/>
        </w:rPr>
        <w:t xml:space="preserve">[02:12] </w:t>
      </w:r>
      <w:r>
        <w:t>time now. just in the end, i would like to say thank you so much, especially to the cps seniors, khurram saab, who arranged quran fund for us,</w:t>
      </w:r>
    </w:p>
    <w:p>
      <w:pPr>
        <w:jc w:val="right"/>
      </w:pPr>
      <w:r>
        <w:t>time now. Just in the end, I would like to say thank you so much, especially to the CPS seniors, Khurram Saab, who arranged Quran Fund for us,</w:t>
      </w:r>
    </w:p>
    <w:p>
      <w:r>
        <w:rPr>
          <w:b/>
        </w:rPr>
        <w:t xml:space="preserve">[02:28] </w:t>
      </w:r>
      <w:r>
        <w:t>Navdeep Bhai, Nagma Apa, Rajat Bhai, to encourage us, give us all the support, and trusting us that we will deliver and we will do good work</w:t>
      </w:r>
    </w:p>
    <w:p>
      <w:pPr>
        <w:jc w:val="right"/>
      </w:pPr>
      <w:r>
        <w:t>Navdeep Bhai, Nagma Apa, Rajat Bhai, to encourage us, give us all the support, and trusting us that we will deliver and we will do good work</w:t>
      </w:r>
    </w:p>
    <w:p>
      <w:r>
        <w:rPr>
          <w:b/>
        </w:rPr>
        <w:t xml:space="preserve">[02:42] </w:t>
      </w:r>
      <w:r>
        <w:t>. So thank you so much, and I hope we will continue with this spirit and move on.</w:t>
      </w:r>
    </w:p>
    <w:p>
      <w:pPr>
        <w:jc w:val="right"/>
      </w:pPr>
      <w:r>
        <w:t>. So thank you so much, and I hope we will continue with this spirit and move on.</w:t>
      </w:r>
    </w:p>
    <w:p>
      <w:r>
        <w:rPr>
          <w:b/>
        </w:rPr>
        <w:t xml:space="preserve">[02:51] </w:t>
      </w:r>
      <w:r>
        <w:t>Thank you so much. Assalam o alaikum. Jaise Ajay ne bola ke yeh hamara second time tha JLF mein.</w:t>
      </w:r>
    </w:p>
    <w:p>
      <w:pPr>
        <w:jc w:val="right"/>
      </w:pPr>
      <w:r>
        <w:t>Thank you so much. السلام علیکم۔ جیسے اجے نے بولا کہ یہ ہمارا سیکنڈ ٹائم تھا جے ایل ایف میں۔</w:t>
      </w:r>
    </w:p>
    <w:p>
      <w:r>
        <w:rPr>
          <w:b/>
        </w:rPr>
        <w:t xml:space="preserve">[03:00] </w:t>
      </w:r>
      <w:r>
        <w:t>First time bohat zabardast experience raha tha, aur second time it was again amazing.</w:t>
      </w:r>
    </w:p>
    <w:p>
      <w:pPr>
        <w:jc w:val="right"/>
      </w:pPr>
      <w:r>
        <w:t>فرسٹ ٹائم بہت زبردست ایکسپیرینس رہا تھا، اور سیکنڈ ٹائم it was again amazing۔</w:t>
      </w:r>
    </w:p>
    <w:p>
      <w:r>
        <w:rPr>
          <w:b/>
        </w:rPr>
        <w:t xml:space="preserve">[03:05] </w:t>
      </w:r>
      <w:r>
        <w:t>Hum jab log wahan pohanchay to jab hum apnay hotel mein pohanchay to wahan samnay Quran ke bohat saaray carton rakhay huay thay.</w:t>
      </w:r>
    </w:p>
    <w:p>
      <w:pPr>
        <w:jc w:val="right"/>
      </w:pPr>
      <w:r>
        <w:t>ہم جب لوگ وہاں پہنچے تو جب ہم اپنے ہوٹل میں پہنچے تو وہاں سامنے قرآن کے بہت سارے کارٹن رکھے ہوئے تھے۔</w:t>
      </w:r>
    </w:p>
    <w:p>
      <w:r>
        <w:rPr>
          <w:b/>
        </w:rPr>
        <w:t xml:space="preserve">[03:14] </w:t>
      </w:r>
      <w:r>
        <w:t>Humein hamara hotel nahi mil raha tha. To bohat dair jab dhoondtay dhoondtay ho gayi thi, khair kisi tarah hum wahan pohanchay. Aik dam samnay hum ne Quran ke carton rakhay dekhay to aik dam Quran ke carton dekh ke humein yeh pata chal gaya ke yehi hamari destination hai jahan humein rukna hai.</w:t>
      </w:r>
    </w:p>
    <w:p>
      <w:pPr>
        <w:jc w:val="right"/>
      </w:pPr>
      <w:r>
        <w:t>ہمیں ہمارا ہوٹل نہیں مل رہا تھا۔ تو بہت دیر جب ڈھونڈتے ڈھونڈتے ہو گئی تھی، خیر کسی طرح ہم وہاں پہنچے۔ ایک دم سامنے ہم نے قرآن کے کارٹن رکھے دیکھے تو ایک دم قرآن کے کارٹن دیکھ کے ہمیں یہ پتہ چل گیا کہ یہی ہماری destination ہے جہاں ہمیں رکنا ہے۔</w:t>
      </w:r>
    </w:p>
    <w:p>
      <w:r>
        <w:rPr>
          <w:b/>
        </w:rPr>
        <w:t xml:space="preserve">[03:31] </w:t>
      </w:r>
      <w:r>
        <w:t>Is ke baad hum logon ne namaz parhi, namaz parh ke wahan pohanchay.</w:t>
      </w:r>
    </w:p>
    <w:p>
      <w:pPr>
        <w:jc w:val="right"/>
      </w:pPr>
      <w:r>
        <w:t>اس کے بعد ہم لوگوں نے نماز پڑھی، نماز پڑھ کے وہاں پہنچے۔</w:t>
      </w:r>
    </w:p>
    <w:p>
      <w:r>
        <w:rPr>
          <w:b/>
        </w:rPr>
        <w:t xml:space="preserve">[03:35] </w:t>
      </w:r>
      <w:r>
        <w:t>To kafi soch rahe thay ke hum itna sara literature hai, kaise do din mein hum distribute karein gay. Lekin aik ajeeb cheez yeh hai ke aap kisi aur kaam mein duniya ke, aap apna dimagh lagatay rehtay hain, aap koshish kartay hain ke mujhe aisay karna hai, aisay karna hai.</w:t>
      </w:r>
    </w:p>
    <w:p>
      <w:pPr>
        <w:jc w:val="right"/>
      </w:pPr>
      <w:r>
        <w:t>تو کافی سوچ رہے تھے کہ ہم اتنا سارا literature ہے، کیسے دو دن میں ہم distribute کریں گے۔ لیکن ایک عجیب چیز یہ ہے کہ آپ کسی اور کام میں دنیا کے، آپ اپنا دماغ لگاتے رہتے ہیں، آپ کوشش کرتے ہیں کہ مجھے ایسے کرنا ہے، ایسے کرنا ہے۔</w:t>
      </w:r>
    </w:p>
    <w:p>
      <w:r>
        <w:rPr>
          <w:b/>
        </w:rPr>
        <w:t xml:space="preserve">[03:54] </w:t>
      </w:r>
      <w:r>
        <w:t>Lekin Allah ka kaam aisa hai ke aap bas aik baar decide kartay hain ke mujhe yeh kaam karna hai, to help automatically angels ki taraf se aa jati hai.</w:t>
      </w:r>
    </w:p>
    <w:p>
      <w:pPr>
        <w:jc w:val="right"/>
      </w:pPr>
      <w:r>
        <w:t>لیکن اللہ کا کام ایسا ہے کہ آپ بس ایک بار decide کرتے ہیں کہ مجھے یہ کام کرنا ہے، تو help automatically angels کی طرف سے آ جاتی ہے۔</w:t>
      </w:r>
    </w:p>
    <w:p>
      <w:r>
        <w:rPr>
          <w:b/>
        </w:rPr>
        <w:t xml:space="preserve">[04:04] </w:t>
      </w:r>
      <w:r>
        <w:t>Woh wahan par khud aa jatay hain is distribution ke liye. Aur humein wahan experience hua, bohat bohat baar experience hua, dono din mein.</w:t>
      </w:r>
    </w:p>
    <w:p>
      <w:pPr>
        <w:jc w:val="right"/>
      </w:pPr>
      <w:r>
        <w:t>وہ وہاں پر خود آ جاتے ہیں اس distribution کے لیے۔ اور ہمیں وہاں experience ہوا، بہت بہت بار experience ہوا، دونوں دن میں۔</w:t>
      </w:r>
    </w:p>
    <w:p>
      <w:r>
        <w:rPr>
          <w:b/>
        </w:rPr>
        <w:t xml:space="preserve">[04:12] </w:t>
      </w:r>
      <w:r>
        <w:t>Aik aik mein do teen events cite karunga, un mein se aik hai ke hum shaam ko jab first day distribution kar rahe thay to aik shakhs hamare paas aaye, unhon ne bola ke aap log Quran distribute kar rahe hain, main subah aaya tha Quran mangnay, lekin mujhe yeh kaha gaya ke mujhe shaam mein milay ga.</w:t>
      </w:r>
    </w:p>
    <w:p>
      <w:pPr>
        <w:jc w:val="right"/>
      </w:pPr>
      <w:r>
        <w:t>ایک ایک میں دو تین events cite کروں گا، ان میں سے ایک ہے کہ ہم شام کو جب first day distribution کر رہے تھے تو ایک شخص ہمارے پاس آئے، انہوں نے بولا کہ آپ لوگ قرآن distribute کر رہے ہیں، میں صبح آیا تھا قرآن مانگنے، لیکن مجھے یہ کہا گیا کہ مجھے شام میں ملے گا۔</w:t>
      </w:r>
    </w:p>
    <w:p>
      <w:r>
        <w:rPr>
          <w:b/>
        </w:rPr>
        <w:t xml:space="preserve">[04:32] </w:t>
      </w:r>
      <w:r>
        <w:t>To unhein Hindi ka chahiye tha, aur hamare paas English ka tha, aur Hindi ka hamare paas aik do copies theen jo gaari mein bachii rakhi theen. To unhon ne kaha ke ab main shaam ko dobara aaya hoon, to ab aap log keh rahe hain ke kal milay ga.</w:t>
      </w:r>
    </w:p>
    <w:p>
      <w:pPr>
        <w:jc w:val="right"/>
      </w:pPr>
      <w:r>
        <w:t>تو انہیں ہندی کا چاہیے تھا، اور ہمارے پاس انگلش کا تھا، اور ہندی کا ہمارے پاس ایک دو copies تھیں جو گاڑی میں بچی رکھی تھیں۔ تو انہوں نے کہا کہ اب میں شام کو دوبارہ آیا ہوں، تو اب آپ لوگ کہہ رہے ہیں کہ کل ملے گا۔</w:t>
      </w:r>
    </w:p>
    <w:p>
      <w:r>
        <w:rPr>
          <w:b/>
        </w:rPr>
        <w:t xml:space="preserve">[04:45] </w:t>
      </w:r>
      <w:r>
        <w:t>To unhon ne aik bari ajeeb baat boli. Unhon ne bola ke mera naam Ramesh hai, aur main Hindu hoon. To kya main Quran nahi parh sakta?</w:t>
      </w:r>
    </w:p>
    <w:p>
      <w:pPr>
        <w:jc w:val="right"/>
      </w:pPr>
      <w:r>
        <w:t>تو انہوں نے ایک بڑی عجیب بات بولی۔ انہوں نے بولا کہ میرا نام رمیش ہے، اور میں ہندو ہوں۔ تو کیا میں قرآن نہیں پڑھ سکتا؟</w:t>
      </w:r>
    </w:p>
    <w:p>
      <w:r>
        <w:rPr>
          <w:b/>
        </w:rPr>
        <w:t xml:space="preserve">[04:55] </w:t>
      </w:r>
      <w:r>
        <w:t>Jab unhon ne yeh baat kahi to hum bilkul shocked ho gaye.</w:t>
      </w:r>
    </w:p>
    <w:p>
      <w:pPr>
        <w:jc w:val="right"/>
      </w:pPr>
      <w:r>
        <w:t>جب انہوں نے یہ بات کہی تو ہم بالکل shocked ہو گئے۔</w:t>
      </w:r>
    </w:p>
    <w:p>
      <w:r>
        <w:rPr>
          <w:b/>
        </w:rPr>
        <w:t xml:space="preserve">[04:59] </w:t>
      </w:r>
      <w:r>
        <w:t>Me and my colleague were standing there, my sister, aur main ne un se yeh kaha ke main aap se wada karta hoon ke main aap ko Hindi ka Quran la ke doon ga, chahe kahin se bhi la ke doon, lekin aaj main aap ko Hindi ka Quran la ke doon ga.</w:t>
      </w:r>
    </w:p>
    <w:p>
      <w:pPr>
        <w:jc w:val="right"/>
      </w:pPr>
      <w:r>
        <w:t>Me and my colleague were standing there, my sister, اور میں نے ان سے یہ کہا کہ میں آپ سے وعدہ کرتا ہوں کہ میں آپ کو ہندی کا قرآن لا کے دوں گا، چاہے کہیں سے بھی لا کے دوں، لیکن آج میں آپ کو ہندی کا قرآن لا کے دوں گا۔</w:t>
      </w:r>
    </w:p>
    <w:p>
      <w:r>
        <w:rPr>
          <w:b/>
        </w:rPr>
        <w:t xml:space="preserve">[05:12] </w:t>
      </w:r>
      <w:r>
        <w:t>Aur raat ko jab main ne un ko Quran le ja kar un ke store mein diya, woh bohat baray aik departmental store mein wahan kaam kartay thay, aur jab un ko le ja kar diya to he was extremely happy.</w:t>
      </w:r>
    </w:p>
    <w:p>
      <w:pPr>
        <w:jc w:val="right"/>
      </w:pPr>
      <w:r>
        <w:t>اور رات کو جب میں نے ان کو قرآن لے جا کے ان کے store میں دیا، وہ بہت بڑے ایک departmental store میں وہاں کام کرتے تھے، اور جب ان کو لے جا کر دیا تو he was extremely happy۔</w:t>
      </w:r>
    </w:p>
    <w:p>
      <w:r>
        <w:rPr>
          <w:b/>
        </w:rPr>
        <w:t xml:space="preserve">[05:23] </w:t>
      </w:r>
      <w:r>
        <w:t>Woh itnay khush thay ke he could not express it in words,</w:t>
      </w:r>
    </w:p>
    <w:p>
      <w:pPr>
        <w:jc w:val="right"/>
      </w:pPr>
      <w:r>
        <w:t>وہ اتنے خوش تھے کہ he could not express it in words،</w:t>
      </w:r>
    </w:p>
    <w:p>
      <w:r>
        <w:rPr>
          <w:b/>
        </w:rPr>
        <w:t xml:space="preserve">[05:28] </w:t>
      </w:r>
      <w:r>
        <w:t>Apni khushi ka alam. Aur phir aisay kai instances huay. Aik aik un mein se yeh hai, aik hamare aik colleague ne humein bataya tha jo wahan andar thay event mein ke wahan aik session chal raha tha.</w:t>
      </w:r>
    </w:p>
    <w:p>
      <w:pPr>
        <w:jc w:val="right"/>
      </w:pPr>
      <w:r>
        <w:t>اپنی خوشی کا عالم۔ اور پھر ایسے کئی instances ہوئے۔ ایک ایک ان میں سے یہ ہے، ایک ہمارے ایک colleague نے ہمیں بتایا تھا جو وہاں اندر تھے event میں کہ وہاں ایک session چل رہا تھا۔</w:t>
      </w:r>
    </w:p>
    <w:p>
      <w:r>
        <w:rPr>
          <w:b/>
        </w:rPr>
        <w:t xml:space="preserve">[05:45] </w:t>
      </w:r>
      <w:r>
        <w:t>Session mein jab question answer ka wahan round aaya to jin sahib ne question poocha, un ke haath mein Maulana ka English ka jo translation hai, woh un ke haath mein tha Quran ka.</w:t>
      </w:r>
    </w:p>
    <w:p>
      <w:pPr>
        <w:jc w:val="right"/>
      </w:pPr>
      <w:r>
        <w:t>Session میں جب question answer کا وہاں round آیا تو جن صاحب نے question پوچھا، ان کے ہاتھ میں مولانا کا انگلش کا جو translation ہے، وہ ان کے ہاتھ میں تھا قرآن کا۔</w:t>
      </w:r>
    </w:p>
    <w:p>
      <w:r>
        <w:rPr>
          <w:b/>
        </w:rPr>
        <w:t xml:space="preserve">[05:56] </w:t>
      </w:r>
      <w:r>
        <w:t>Aur jaise hi unhon ne question ke liye Quran uthaya aur mic haath mein tha, woh poora Quran wahan screen par aa gaya, and everybody was looking at it ke yeh kya hai.</w:t>
      </w:r>
    </w:p>
    <w:p>
      <w:pPr>
        <w:jc w:val="right"/>
      </w:pPr>
      <w:r>
        <w:t>اور جیسے ہی انہوں نے question کے لیے قرآن اٹھایا اور mic ہاتھ میں تھا، وہ پورا قرآن وہاں سکرین پر آ گیا، and everybody was looking at it کہ یہ کیا ہے۔</w:t>
      </w:r>
    </w:p>
    <w:p>
      <w:r>
        <w:rPr>
          <w:b/>
        </w:rPr>
        <w:t xml:space="preserve">[06:06] </w:t>
      </w:r>
      <w:r>
        <w:t>Aur aik aik aur instance jo organizer thay, jo is company ko own kartay hain, which organizes the entire event, woh shaam mein mere paas aaye aur mere se boltay hain ke Ramchi people are doing a great job, God bless you.</w:t>
      </w:r>
    </w:p>
    <w:p>
      <w:pPr>
        <w:jc w:val="right"/>
      </w:pPr>
      <w:r>
        <w:t>اور ایک ایک اور instance جو organizer تھے، جو اس company کو own کرتے ہیں، which organizes the entire event، وہ شام میں میرے پاس آئے اور میرے سے بولتے ہیں کہ Ramchi people are doing a great job، God bless you۔</w:t>
      </w:r>
    </w:p>
    <w:p>
      <w:r>
        <w:rPr>
          <w:b/>
        </w:rPr>
        <w:t xml:space="preserve">[06:22] </w:t>
      </w:r>
      <w:r>
        <w:t>It was so much encouraging ke insaan jo organize kar raha hai, woh kisi aur purpose se organize kar raha hai, aur hum kisi aur purpose se ja rahe hain, lekin is ke itnay encouraging words thay hamare liye ke Ramish God</w:t>
      </w:r>
    </w:p>
    <w:p>
      <w:pPr>
        <w:jc w:val="right"/>
      </w:pPr>
      <w:r>
        <w:t>It was so much encouraging کہ انسان جو organize کر رہا ہے، وہ کسی اور purpose سے organize کر رہا ہے، اور ہم کسی اور purpose سے جا رہے ہیں، لیکن اس کے اتنے encouraging words تھے ہمارے لیے کہ Ramish God</w:t>
      </w:r>
    </w:p>
    <w:p>
      <w:r>
        <w:rPr>
          <w:b/>
        </w:rPr>
        <w:t xml:space="preserve">[06:35] </w:t>
      </w:r>
      <w:r>
        <w:t>bless you you people are doing a great job. And then another experience second day was with the police authorities. Aik head constable thay, aik woh hamare paas aaye, hum distribution kar rahe thay.</w:t>
      </w:r>
    </w:p>
    <w:p>
      <w:pPr>
        <w:jc w:val="right"/>
      </w:pPr>
      <w:r>
        <w:t>bless you you people are doing a great job۔ And then another experience second day was with the police authorities۔ ایک head constable تھے، ایک وہ ہمارے پاس آئے، ہم distribution کر رہے تھے۔</w:t>
      </w:r>
    </w:p>
    <w:p>
      <w:r>
        <w:rPr>
          <w:b/>
        </w:rPr>
        <w:t xml:space="preserve">[06:46] </w:t>
      </w:r>
      <w:r>
        <w:t>Unhon ne aa kar bola ke hamare sahib jo hain, woh mang rahe hain do copies Quran ki. To main ne un se bola ke agar aap ke sahib mang rahe hain to aap ke sahib ko hum chal ke khud dein gay.</w:t>
      </w:r>
    </w:p>
    <w:p>
      <w:pPr>
        <w:jc w:val="right"/>
      </w:pPr>
      <w:r>
        <w:t>انہوں نے آ کر بولا کہ ہمارے صاحب جو ہیں، وہ مانگ رہے ہیں دو copies قرآن کی۔ تو میں نے ان سے بولا کہ اگر آپ کے صاحب مانگ رہے ہیں تو آپ کے صاحب کو ہم چل کے خود دیں گے۔</w:t>
      </w:r>
    </w:p>
    <w:p>
      <w:r>
        <w:rPr>
          <w:b/>
        </w:rPr>
        <w:t xml:space="preserve">[07:00] </w:t>
      </w:r>
      <w:r>
        <w:t>To hum haath mein Quran ki copies le kar jab wahan pohanchay andar to un ke SSP, Jaipur ke SP, additional SP, deputy SP saray wahan maujood thay, wahan bethe huay thay.</w:t>
      </w:r>
    </w:p>
    <w:p>
      <w:pPr>
        <w:jc w:val="right"/>
      </w:pPr>
      <w:r>
        <w:t>تو ہم ہاتھ میں قرآن کی copies لے کر جب وہاں پہنچے اندر تو ان کے SSP، Jaipur کے SP، additional SP، deputy SP سارے وہاں موجود تھے، وہاں بیٹھے ہوئے تھے۔</w:t>
      </w:r>
    </w:p>
    <w:p>
      <w:r>
        <w:rPr>
          <w:b/>
        </w:rPr>
        <w:t xml:space="preserve">[07:12] </w:t>
      </w:r>
      <w:r>
        <w:t>to un ke additional SP ne aur deputy SP ne mangaya tha woh copies Quran ki. Tabhi un ke senior superintendent wahan par aa gaye aur unhone un se bola ke tum ne hath mein kya liya hua hai?</w:t>
      </w:r>
    </w:p>
    <w:p>
      <w:pPr>
        <w:jc w:val="right"/>
      </w:pPr>
      <w:r>
        <w:t>تو ان کے additional SP نے اور deputy SP نے منگایا تھا وہ copies قرآن کی۔ تبھی ان کے senior superintendent وہاں پر آ گئے اور انہوں نے ان سے بولا کہ تم نے ہاتھ میں کیا لیا ہوا ہے؟</w:t>
      </w:r>
    </w:p>
    <w:p>
      <w:r>
        <w:rPr>
          <w:b/>
        </w:rPr>
        <w:t xml:space="preserve">[07:24] </w:t>
      </w:r>
      <w:r>
        <w:t>Unhone kaha sir Quran liya hai, parhu ga kuch zaroor kaam aye ga mere.</w:t>
      </w:r>
    </w:p>
    <w:p>
      <w:pPr>
        <w:jc w:val="right"/>
      </w:pPr>
      <w:r>
        <w:t>انہوں نے کہا سر قرآن لیا ہے، پڑھوں گا کچھ ضرور کام آئے گا میرے۔</w:t>
      </w:r>
    </w:p>
    <w:p>
      <w:r>
        <w:rPr>
          <w:b/>
        </w:rPr>
        <w:t xml:space="preserve">[07:28] </w:t>
      </w:r>
      <w:r>
        <w:t>To unhone kaha sir aap bhi lijiye, aap ko bhi parh ke acha lage ga. Aur unhone liya aur itna zyada unhone hamein encourage kiya. Maine un ko thanks bhi kaha ke aap ne itna acha yahan security arrangement kar rakha hai aur hum logon ko itni aasani se hum log distribution kar pa rahe hain.</w:t>
      </w:r>
    </w:p>
    <w:p>
      <w:pPr>
        <w:jc w:val="right"/>
      </w:pPr>
      <w:r>
        <w:t>تو انہوں نے کہا سر آپ بھی لیجیے، آپ کو بھی پڑھ کے اچھا لگے گا۔ اور انہوں نے لیا اور اتنا زیادہ انہوں نے ہمیں encourage کیا۔ میں نے ان کو thanks بھی کہا کہ آپ نے اتنا اچھا یہاں security arrangement کر رکھا ہے اور ہم لوگوں کو اتنی آسانی سے ہم لوگ distribution کر پا رہے ہیں۔</w:t>
      </w:r>
    </w:p>
    <w:p>
      <w:r>
        <w:rPr>
          <w:b/>
        </w:rPr>
        <w:t xml:space="preserve">[07:45] </w:t>
      </w:r>
      <w:r>
        <w:t>Aur unhone kaha ke thank you so much and I'm really grateful you people have given it to me. To there are many such experiences, sab log aap ko batayein ge, time is limited, I cannot tell it all.</w:t>
      </w:r>
    </w:p>
    <w:p>
      <w:pPr>
        <w:jc w:val="right"/>
      </w:pPr>
      <w:r>
        <w:t>اور انہوں نے کہا کہ thank you so much and I'm really grateful you people have given it to me۔ تو there are many such experiences، سب لوگ آپ کو بتائیں گے، time is limited، I cannot tell it all۔</w:t>
      </w:r>
    </w:p>
    <w:p>
      <w:r>
        <w:rPr>
          <w:b/>
        </w:rPr>
        <w:t xml:space="preserve">[07:57] </w:t>
      </w:r>
      <w:r>
        <w:t>End mein hum log aapas mein baat kar rahe the, ajay aur main, ke Allah jab hamari mout aaye to woh aise time par aaye ke hum dawat kar ke ghar lot rahe hon.</w:t>
      </w:r>
    </w:p>
    <w:p>
      <w:pPr>
        <w:jc w:val="right"/>
      </w:pPr>
      <w:r>
        <w:t>End میں ہم لوگ آپس میں بات کر رہے تھے، اجے اور میں، کہ اللہ جب ہماری موت آئے تو وہ ایسے ٹائم پر آئے کہ ہم دعوت کر کے گھر لوٹ رہے ہوں۔</w:t>
      </w:r>
    </w:p>
    <w:p>
      <w:r>
        <w:rPr>
          <w:b/>
        </w:rPr>
        <w:t xml:space="preserve">[08:09] </w:t>
      </w:r>
      <w:r>
        <w:t>Aur jab farishte hamein le kar jayein to wahan par Allah jab pooche ke tum ne is bande ko kis state mein paya tha to farishte yeh bolein ke Allah yeh tera kaam kar raha tha aur kaam kar ke lot raha tha.</w:t>
      </w:r>
    </w:p>
    <w:p>
      <w:pPr>
        <w:jc w:val="right"/>
      </w:pPr>
      <w:r>
        <w:t>اور جب فرشتے ہمیں لے کر جائیں تو وہاں پر اللہ جب پوچھے کہ تم نے اس بندے کو کس state میں پایا تھا تو فرشتے یہ بولیں کہ اللہ یہ تیرا کام کر رہا تھا اور کام کر کے لوٹ رہا تھا۔</w:t>
      </w:r>
    </w:p>
    <w:p>
      <w:r>
        <w:rPr>
          <w:b/>
        </w:rPr>
        <w:t xml:space="preserve">[08:24] </w:t>
      </w:r>
      <w:r>
        <w:t>To bas Allah use qabool kare, that's what matters. Thank you. My name is Razia. It was the second time for me as well at the Jaipur Literature Fest.</w:t>
      </w:r>
    </w:p>
    <w:p>
      <w:pPr>
        <w:jc w:val="right"/>
      </w:pPr>
      <w:r>
        <w:t>تو بس اللہ اسے قبول کرے، that's what matters۔ Thank you۔ My name is Razia۔ It was the second time for me as well at the Jaipur Literature Fest۔</w:t>
      </w:r>
    </w:p>
    <w:p>
      <w:r>
        <w:rPr>
          <w:b/>
        </w:rPr>
        <w:t xml:space="preserve">[08:40] </w:t>
      </w:r>
      <w:r>
        <w:t>We all started, like both of them already mentioned, with the conviction that yes, God's help would surely be there whenever we need it.</w:t>
      </w:r>
    </w:p>
    <w:p>
      <w:pPr>
        <w:jc w:val="right"/>
      </w:pPr>
      <w:r>
        <w:t>We all started, like both of them already mentioned, with the conviction that yes, God's help would surely be there whenever we need it۔</w:t>
      </w:r>
    </w:p>
    <w:p>
      <w:r>
        <w:rPr>
          <w:b/>
        </w:rPr>
        <w:t xml:space="preserve">[08:51] </w:t>
      </w:r>
      <w:r>
        <w:t>And just as Ramish was mentioning that when we reached our place of stay and when I first saw that half a wall of cartons in front of us, I'll be very honest, the first thought that came to my mind was, oh my God, how will we distribute that stock?</w:t>
      </w:r>
    </w:p>
    <w:p>
      <w:pPr>
        <w:jc w:val="right"/>
      </w:pPr>
      <w:r>
        <w:t>And just as Ramish was mentioning that when we reached our place of stay and when I first saw that half a wall of cartons in front of us، I'll be very honest, the first thought that came to my mind was, oh my God, how will we distribute that stock؟</w:t>
      </w:r>
    </w:p>
    <w:p>
      <w:r>
        <w:rPr>
          <w:b/>
        </w:rPr>
        <w:t xml:space="preserve">[09:14] </w:t>
      </w:r>
      <w:r>
        <w:t>There were so many of them and we were only a handful of people. And though we had been there one time, last time, we were still—I was still at least not sure we would be able to finish that stock.</w:t>
      </w:r>
    </w:p>
    <w:p>
      <w:pPr>
        <w:jc w:val="right"/>
      </w:pPr>
      <w:r>
        <w:t>There were so many of them and we were only a handful of people۔ And though we had been there one time, last time, we were still—I was still at least not sure we would be able to finish that stock۔</w:t>
      </w:r>
    </w:p>
    <w:p>
      <w:r>
        <w:rPr>
          <w:b/>
        </w:rPr>
        <w:t xml:space="preserve">[09:27] </w:t>
      </w:r>
      <w:r>
        <w:t>But of course, the days were to prove me wrong. And we started somewhere in the afternoon, we reached there.</w:t>
      </w:r>
    </w:p>
    <w:p>
      <w:pPr>
        <w:jc w:val="right"/>
      </w:pPr>
      <w:r>
        <w:t>But of course, the days were to prove me wrong۔ And we started somewhere in the afternoon, we reached there.</w:t>
      </w:r>
    </w:p>
    <w:p>
      <w:r>
        <w:rPr>
          <w:b/>
        </w:rPr>
        <w:t xml:space="preserve">[09:38] </w:t>
      </w:r>
      <w:r>
        <w:t>Took us a little while to organize ourselves and start the distribution.</w:t>
      </w:r>
    </w:p>
    <w:p>
      <w:pPr>
        <w:jc w:val="right"/>
      </w:pPr>
      <w:r>
        <w:t>Took us a little while to organize ourselves and start the distribution.</w:t>
      </w:r>
    </w:p>
    <w:p>
      <w:r>
        <w:rPr>
          <w:b/>
        </w:rPr>
        <w:t xml:space="preserve">[09:44] </w:t>
      </w:r>
      <w:r>
        <w:t>But once we were on the job, there was no looking back. And it all happened very seamlessly. A lot of experiences, yes, there used to be people who used to come back and say that,</w:t>
      </w:r>
    </w:p>
    <w:p>
      <w:pPr>
        <w:jc w:val="right"/>
      </w:pPr>
      <w:r>
        <w:t>But once we were on the job, there was no looking back۔ And it all happened very seamlessly۔ A lot of experiences, yes, there used to be people who used to come back and say that,</w:t>
      </w:r>
    </w:p>
    <w:p>
      <w:r>
        <w:rPr>
          <w:b/>
        </w:rPr>
        <w:t xml:space="preserve">[09:58] </w:t>
      </w:r>
      <w:r>
        <w:t>you know, there was a team that was distributing this last time. And it used to be absolutely overwhelming when people came back and told them that yes, we were there last time, we know it happened last time as well.</w:t>
      </w:r>
    </w:p>
    <w:p>
      <w:pPr>
        <w:jc w:val="right"/>
      </w:pPr>
      <w:r>
        <w:t>you know, there was a team that was distributing this last time۔ And it used to be absolutely overwhelming when people came back and told them that yes, we were there last time, we know it happened last time as well۔</w:t>
      </w:r>
    </w:p>
    <w:p>
      <w:r>
        <w:rPr>
          <w:b/>
        </w:rPr>
        <w:t xml:space="preserve">[10:10] </w:t>
      </w:r>
      <w:r>
        <w:t>There were people who were particularly intrigued that why are we only giving out the Quran and no other literature? And once you talked, it became a point of discussion because they had a question in mind and you could start a discussion.</w:t>
      </w:r>
    </w:p>
    <w:p>
      <w:pPr>
        <w:jc w:val="right"/>
      </w:pPr>
      <w:r>
        <w:t>There were people who were particularly intrigued that why are we only giving out the Quran and no other literature؟ And once you talked, it became a point of discussion because they had a question in mind and you could start a discussion۔</w:t>
      </w:r>
    </w:p>
    <w:p>
      <w:r>
        <w:rPr>
          <w:b/>
        </w:rPr>
        <w:t xml:space="preserve">[10:24] </w:t>
      </w:r>
      <w:r>
        <w:t>And once that happened, they would happily take away the Quran and say that yes, we will surely read it. There was a particular incident when we gave the Quran to a couple.</w:t>
      </w:r>
    </w:p>
    <w:p>
      <w:pPr>
        <w:jc w:val="right"/>
      </w:pPr>
      <w:r>
        <w:t>And once that happened, they would happily take away the Quran and say that yes, we will surely read it۔ There was a particular incident when we gave the Quran to a couple۔</w:t>
      </w:r>
    </w:p>
    <w:p>
      <w:r>
        <w:rPr>
          <w:b/>
        </w:rPr>
        <w:t xml:space="preserve">[10:36] </w:t>
      </w:r>
      <w:r>
        <w:t>They were both non-Muslims and they were absolutely overjoyed to get the copy of the Quran. The lady took it and she said, you know what, we were really wanting to get this copy of the Quran and it seems that God literally heard our prayers.</w:t>
      </w:r>
    </w:p>
    <w:p>
      <w:pPr>
        <w:jc w:val="right"/>
      </w:pPr>
      <w:r>
        <w:t>They were both non-Muslims and they were absolutely overjoyed to get the copy of the Quran۔ The lady took it and she said, you know what, we were really wanting to get this copy of the Quran and it seems that God literally heard our prayers۔</w:t>
      </w:r>
    </w:p>
    <w:p>
      <w:r>
        <w:rPr>
          <w:b/>
        </w:rPr>
        <w:t xml:space="preserve">[10:53] </w:t>
      </w:r>
      <w:r>
        <w:t>If we would have asked for anything else, we would have got that. All such experiences, you know, really get that they are so encourag</w:t>
      </w:r>
    </w:p>
    <w:p>
      <w:pPr>
        <w:jc w:val="right"/>
      </w:pPr>
      <w:r>
        <w:t>If we would have asked for anything else, we would have got that۔ All such experiences, you know, really get that they are so encourag</w:t>
      </w:r>
    </w:p>
    <w:p>
      <w:r>
        <w:rPr>
          <w:b/>
        </w:rPr>
        <w:t xml:space="preserve">[11:03] </w:t>
      </w:r>
      <w:r>
        <w:t>ing. You know, it's like even if you took all the pains for this one instance, it was worth it. One particular thing that I would like to talk about also is, you know, Ramish just mentioned about the police bit.</w:t>
      </w:r>
    </w:p>
    <w:p>
      <w:pPr>
        <w:jc w:val="right"/>
      </w:pPr>
      <w:r>
        <w:t>ing۔ You know, it's like even if you took all the pains for this one instance, it was worth it۔ One particular thing that I would like to talk about also is, you know, Ramish just mentioned about the police bit۔</w:t>
      </w:r>
    </w:p>
    <w:p>
      <w:r>
        <w:rPr>
          <w:b/>
        </w:rPr>
        <w:t xml:space="preserve">[11:18] </w:t>
      </w:r>
      <w:r>
        <w:t>Thankfully, we have had very cordial experiences until now. And I think the fact is that because it's such a peaceful work, that police is always there to guide us and help us through.</w:t>
      </w:r>
    </w:p>
    <w:p>
      <w:pPr>
        <w:jc w:val="right"/>
      </w:pPr>
      <w:r>
        <w:t>Thankfully, we have had very cordial experiences until now۔ And I think the fact is that because it's such a peaceful work, that police is always there to guide us and help us through۔</w:t>
      </w:r>
    </w:p>
    <w:p>
      <w:r>
        <w:rPr>
          <w:b/>
        </w:rPr>
        <w:t xml:space="preserve">[11:31] </w:t>
      </w:r>
      <w:r>
        <w:t>I still remember that the first day, it was evening and because it was setting dark, we were all wrapping up. There was this elderly policeman, he walked up to me and he asked me ke—and I'll quote him, verbatim—he said, "Aap ka sara distribution achhe se ho gaya?" When he said this to me, I was struck for a moment.</w:t>
      </w:r>
    </w:p>
    <w:p>
      <w:pPr>
        <w:jc w:val="right"/>
      </w:pPr>
      <w:r>
        <w:t>I still remember that the first day, it was evening and because it was setting dark, we were all wrapping up۔ There was this elderly policeman, he walked up to me and he asked me کہ—and I'll quote him, verbatim—he said, "آپ کا سارا distribution اچھے سے ہو گیا؟" When he said this to me, I was struck for a moment۔</w:t>
      </w:r>
    </w:p>
    <w:p>
      <w:r>
        <w:rPr>
          <w:b/>
        </w:rPr>
        <w:t xml:space="preserve">[11:54] </w:t>
      </w:r>
      <w:r>
        <w:t>I just looked at him, I smiled and I said, ji thank you very much, sab achhe se ho gaya.</w:t>
      </w:r>
    </w:p>
    <w:p>
      <w:pPr>
        <w:jc w:val="right"/>
      </w:pPr>
      <w:r>
        <w:t>I just looked at him, I smiled and I said, جی thank you very much, سب اچھے سے ہو گیا۔</w:t>
      </w:r>
    </w:p>
    <w:p>
      <w:r>
        <w:rPr>
          <w:b/>
        </w:rPr>
        <w:t xml:space="preserve">[11:59] </w:t>
      </w:r>
      <w:r>
        <w:t>And it seemed that, you know, God had sent an angel to take a stock of our situation and to find out whether, you know, this handful of people who were there, whether they needed anything or not, whether everything was working out fine or not.</w:t>
      </w:r>
    </w:p>
    <w:p>
      <w:pPr>
        <w:jc w:val="right"/>
      </w:pPr>
      <w:r>
        <w:t>And it seemed that, you know, God had sent an angel to take a stock of our situation and to find out whether, you know, this handful of people who were there, whether they needed anything or not, whether everything was working out fine or not۔</w:t>
      </w:r>
    </w:p>
    <w:p>
      <w:r>
        <w:rPr>
          <w:b/>
        </w:rPr>
        <w:t xml:space="preserve">[12:12] </w:t>
      </w:r>
      <w:r>
        <w:t>And it seemed that obviously had it not been for God's help, we wouldn't have done that task. Obviously it was definitely God's help.</w:t>
      </w:r>
    </w:p>
    <w:p>
      <w:pPr>
        <w:jc w:val="right"/>
      </w:pPr>
      <w:r>
        <w:t>And it seemed that obviously had it not been for God's help, we wouldn't have done that task۔ Obviously it was definitely God's help۔</w:t>
      </w:r>
    </w:p>
    <w:p>
      <w:r>
        <w:rPr>
          <w:b/>
        </w:rPr>
        <w:t xml:space="preserve">[12:21] </w:t>
      </w:r>
      <w:r>
        <w:t>And I also just pray that he accepts this</w:t>
      </w:r>
    </w:p>
    <w:p>
      <w:pPr>
        <w:jc w:val="right"/>
      </w:pPr>
      <w:r>
        <w:t>And I also just pray that he accepts this</w:t>
      </w:r>
    </w:p>
    <w:p>
      <w:r>
        <w:rPr>
          <w:b/>
        </w:rPr>
        <w:t xml:space="preserve">[12:25] </w:t>
      </w:r>
      <w:r>
        <w:t>and keeps us as motivated at all times to undertake similar tasks. Assalam o alaikum. My name is Saba Hussain.</w:t>
      </w:r>
    </w:p>
    <w:p>
      <w:pPr>
        <w:jc w:val="right"/>
      </w:pPr>
      <w:r>
        <w:t>and keeps us as motivated at all times to undertake similar tasks۔ السلام علیکم۔ My name is صبا حسین۔</w:t>
      </w:r>
    </w:p>
    <w:p>
      <w:r>
        <w:rPr>
          <w:b/>
        </w:rPr>
        <w:t xml:space="preserve">[12:34] </w:t>
      </w:r>
      <w:r>
        <w:t>And I went to Jaipur for the first time. I had heard a lot about the festival from Razia and everybody else.</w:t>
      </w:r>
    </w:p>
    <w:p>
      <w:pPr>
        <w:jc w:val="right"/>
      </w:pPr>
      <w:r>
        <w:t>And I went to Jaipur for the first time۔ I had heard a lot about the festival from Razia and everybody else۔</w:t>
      </w:r>
    </w:p>
    <w:p>
      <w:r>
        <w:rPr>
          <w:b/>
        </w:rPr>
        <w:t xml:space="preserve">[12:43] </w:t>
      </w:r>
      <w:r>
        <w:t>So the moment she told me ke hum log ja rahe hain, so I was like mujhe bhi jana hai. And thankfully, thanks to God, I could be accommodated</w:t>
      </w:r>
    </w:p>
    <w:p>
      <w:pPr>
        <w:jc w:val="right"/>
      </w:pPr>
      <w:r>
        <w:t>So the moment she told me کہ ہم لوگ جا رہے ہیں، so I was like مجھے بھی جانا ہے۔ And thankfully, thanks to God, I could be accommodated</w:t>
      </w:r>
    </w:p>
    <w:p>
      <w:r>
        <w:rPr>
          <w:b/>
        </w:rPr>
        <w:t xml:space="preserve">[12:53] </w:t>
      </w:r>
      <w:r>
        <w:t>. And in the beginning, I was very nervous when we went there. And I was constantly asking everybody else ke kaise karungi main aur kaise dungi aur kaise approach karna hai aur main kaise khadi rahungi wahan pe.</w:t>
      </w:r>
    </w:p>
    <w:p>
      <w:pPr>
        <w:jc w:val="right"/>
      </w:pPr>
      <w:r>
        <w:t>۔ And in the beginning, I was very nervous when we went there۔ And I was constantly asking everybody else کہ کیسے کروں گی میں اور کیسے دوں گی اور کیسے approach کرنا ہے اور میں کیسے کھڑی رہوں گی وہاں پہ۔</w:t>
      </w:r>
    </w:p>
    <w:p>
      <w:r>
        <w:rPr>
          <w:b/>
        </w:rPr>
        <w:t xml:space="preserve">[13:07] </w:t>
      </w:r>
      <w:r>
        <w:t>So bahut sare questions the. Par Allah ka shukar hai wahan pahunch ke sab kuch jaise apne aap ho gaya.</w:t>
      </w:r>
    </w:p>
    <w:p>
      <w:pPr>
        <w:jc w:val="right"/>
      </w:pPr>
      <w:r>
        <w:t>So بہت سارے questions تھے۔ پر اللہ کا شکر ہے وہاں پہنچ کے سب کچھ جیسے اپنے آپ ہو گیا۔</w:t>
      </w:r>
    </w:p>
    <w:p>
      <w:r>
        <w:rPr>
          <w:b/>
        </w:rPr>
        <w:t xml:space="preserve">[13:16] </w:t>
      </w:r>
      <w:r>
        <w:t>I mean.</w:t>
      </w:r>
    </w:p>
    <w:p>
      <w:pPr>
        <w:jc w:val="right"/>
      </w:pPr>
      <w:r>
        <w:t>I mean۔</w:t>
      </w:r>
    </w:p>
    <w:p>
      <w:r>
        <w:rPr>
          <w:b/>
        </w:rPr>
        <w:t xml:space="preserve">[13:21] </w:t>
      </w:r>
      <w:r>
        <w:t>I mean in the evening, first day, I was standing in the middle of the road and giving Quran with both hands.</w:t>
      </w:r>
    </w:p>
    <w:p>
      <w:pPr>
        <w:jc w:val="right"/>
      </w:pPr>
      <w:r>
        <w:t>I mean in the evening, first day, I was standing in the middle of the road and giving قرآن with both hands۔</w:t>
      </w:r>
    </w:p>
    <w:p>
      <w:r>
        <w:rPr>
          <w:b/>
        </w:rPr>
        <w:t xml:space="preserve">[13:30] </w:t>
      </w:r>
      <w:r>
        <w:t>And it was overwhelming. And itna itna encouragement mila mujhe ke himmat nahi hoti thi kabhi kabhi kuch logon ko dene ki.</w:t>
      </w:r>
    </w:p>
    <w:p>
      <w:pPr>
        <w:jc w:val="right"/>
      </w:pPr>
      <w:r>
        <w:t>And it was overwhelming۔ And اتنا اتنا encouragement ملا مجھے کہ ہمت نہیں ہوتی تھی کبھی کبھی کچھ لوگوں کو دینے کی۔</w:t>
      </w:r>
    </w:p>
    <w:p>
      <w:r>
        <w:rPr>
          <w:b/>
        </w:rPr>
        <w:t xml:space="preserve">[13:44] </w:t>
      </w:r>
      <w:r>
        <w:t>Par ab jab ghar wapas aayi main to mere paas jitne Quran rakhe the, main ne sab bag mein daal diye. Aur just andar se jaise ek awaz aati hai ke bas mujhe dena hai aur mujhe pata hai main de dungi.</w:t>
      </w:r>
    </w:p>
    <w:p>
      <w:pPr>
        <w:jc w:val="right"/>
      </w:pPr>
      <w:r>
        <w:t>پر اب جب گھر واپس آئی میں تو میرے پاس جتنے قرآن رکھے تھے، میں نے سب بیگ میں ڈالے۔ اور just اندر سے جیسے ایک آواز آتی ہے کہ بس مجھے دینا ہے اور مجھے پتہ ہے میں دے دوں گی۔</w:t>
      </w:r>
    </w:p>
    <w:p>
      <w:r>
        <w:rPr>
          <w:b/>
        </w:rPr>
        <w:t xml:space="preserve">[13:55] </w:t>
      </w:r>
      <w:r>
        <w:t>To wahan jaane se mujhe yeh himmat mili. Aur bahut baar hua jab aisa hota hai ke log chale jate hain aap ko ignore kar ke and they come back to you and they ask for</w:t>
      </w:r>
    </w:p>
    <w:p>
      <w:pPr>
        <w:jc w:val="right"/>
      </w:pPr>
      <w:r>
        <w:t>تو وہاں جانے سے مجھے یہ ہمت ملی۔ اور بہت بار ہوا جب ایسا ہوتا ہے کہ لوگ چلے جاتے ہیں آپ کو ignore کر کے and they come back to you and they ask for</w:t>
      </w:r>
    </w:p>
    <w:p>
      <w:r>
        <w:rPr>
          <w:b/>
        </w:rPr>
        <w:t xml:space="preserve">[14:08] </w:t>
      </w:r>
      <w:r>
        <w:t>Quran. And there would be times when, you know, we were surrounded by people who would be asking for Quran. It was, I can't, you know, I don't have words to describe that feeling when there were people all around and they were extending their hands ke mujhe bhi do aur mujhe bhi do, mujhe bhi do.</w:t>
      </w:r>
    </w:p>
    <w:p>
      <w:pPr>
        <w:jc w:val="right"/>
      </w:pPr>
      <w:r>
        <w:t>قرآن۔ And there would be times when, you know, we were surrounded by people who would be asking for قرآن۔ It was، I can't، you know, I don't have words to describe that feeling when there were people all around and they were extending their hands کہ مجھے بھی دو اور مجھے بھی دو، مجھے بھی دو۔</w:t>
      </w:r>
    </w:p>
    <w:p>
      <w:r>
        <w:rPr>
          <w:b/>
        </w:rPr>
        <w:t xml:space="preserve">[14:25] </w:t>
      </w:r>
      <w:r>
        <w:t>We were running to each other for Quran. And</w:t>
      </w:r>
    </w:p>
    <w:p>
      <w:pPr>
        <w:jc w:val="right"/>
      </w:pPr>
      <w:r>
        <w:t>We were running to each other for قرآن۔ And</w:t>
      </w:r>
    </w:p>
    <w:p>
      <w:r>
        <w:rPr>
          <w:b/>
        </w:rPr>
        <w:t xml:space="preserve">[14:31] </w:t>
      </w:r>
      <w:r>
        <w:t>while I was giving away the Quran, I was constantly thinking ke kya yeh log sach mein padhte bhi hain ya sirf le ja ke rakh dete honge? To jaise mujhe mera jawab dene ke liye Allah taala ne mujhe dikhaya andar festival mein hum log gaye the.</w:t>
      </w:r>
    </w:p>
    <w:p>
      <w:pPr>
        <w:jc w:val="right"/>
      </w:pPr>
      <w:r>
        <w:t>while I was giving away the قرآن، I was constantly thinking کہ کیا یہ لوگ سچ میں پڑھتے بھی ہیں یا صرف لے جا کے رکھ دیتے ہوں گے؟ تو جیسے مجھے میرا جواب دینے کے لیے اللہ تعالی نے مجھے دکھایا اندر festival میں ہم لوگ گئے تھے۔</w:t>
      </w:r>
    </w:p>
    <w:p>
      <w:r>
        <w:rPr>
          <w:b/>
        </w:rPr>
        <w:t xml:space="preserve">[14:45] </w:t>
      </w:r>
      <w:r>
        <w:t>To wahan pe there was this girl jisko main ne Quran diya tha.</w:t>
      </w:r>
    </w:p>
    <w:p>
      <w:pPr>
        <w:jc w:val="right"/>
      </w:pPr>
      <w:r>
        <w:t>تو وہاں پہ there was this girl جس کو میں نے قرآن دیا تھا۔</w:t>
      </w:r>
    </w:p>
    <w:p>
      <w:r>
        <w:rPr>
          <w:b/>
        </w:rPr>
        <w:t xml:space="preserve">[14:49] </w:t>
      </w:r>
      <w:r>
        <w:t>So she was reading another book. And after a while I saw her, she had put down the other book and she was reading Quran. So that was one thing I saw.</w:t>
      </w:r>
    </w:p>
    <w:p>
      <w:pPr>
        <w:jc w:val="right"/>
      </w:pPr>
      <w:r>
        <w:t>So she was reading another book۔ And after a while I saw her, she had put down the other book and she was reading قرآن۔ So that was one thing I saw۔</w:t>
      </w:r>
    </w:p>
    <w:p>
      <w:r>
        <w:rPr>
          <w:b/>
        </w:rPr>
        <w:t xml:space="preserve">[14:59] </w:t>
      </w:r>
      <w:r>
        <w:t>And then there was this another old man who was sitting there, he was also reading Quran. So I got my proof that yes, people do take it and they read it also.</w:t>
      </w:r>
    </w:p>
    <w:p>
      <w:pPr>
        <w:jc w:val="right"/>
      </w:pPr>
      <w:r>
        <w:t>And then there was this another old man who was sitting there, he was also reading قرآن۔ So I got my proof that yes, people do take it and they read it also۔</w:t>
      </w:r>
    </w:p>
    <w:p>
      <w:r>
        <w:rPr>
          <w:b/>
        </w:rPr>
        <w:t xml:space="preserve">[15:10] </w:t>
      </w:r>
      <w:r>
        <w:t>So I don't know what else to</w:t>
      </w:r>
    </w:p>
    <w:p>
      <w:pPr>
        <w:jc w:val="right"/>
      </w:pPr>
      <w:r>
        <w:t>So I don't know what else to</w:t>
      </w:r>
    </w:p>
    <w:p>
      <w:r>
        <w:rPr>
          <w:b/>
        </w:rPr>
        <w:t xml:space="preserve">[15:14] </w:t>
      </w:r>
      <w:r>
        <w:t>say. I thank to, I have, I thank to God that I could go there and do it. And I'm really, really thankful.</w:t>
      </w:r>
    </w:p>
    <w:p>
      <w:pPr>
        <w:jc w:val="right"/>
      </w:pPr>
      <w:r>
        <w:t>say۔ I thank to، I have، I thank to God that I could go there and do it۔ And I'm really, really thankful۔</w:t>
      </w:r>
    </w:p>
    <w:p>
      <w:r>
        <w:rPr>
          <w:b/>
        </w:rPr>
        <w:t xml:space="preserve">[15:26] </w:t>
      </w:r>
      <w:r>
        <w:t>Assalam o alaikum. Mera naam Vikrant hai. Aur pichle dafe bhi hum log JLF mein gaye the literature distribution ke liye, Quran distribution ke liye.</w:t>
      </w:r>
    </w:p>
    <w:p>
      <w:pPr>
        <w:jc w:val="right"/>
      </w:pPr>
      <w:r>
        <w:t>السلام علیکم۔ میرا نام وکرانت ہے۔ اور پچھلے دفعے بھی ہم لوگ جے ایل ایف میں گئے تھے literature distribution کے لیے، قرآن distribution کے لیے۔</w:t>
      </w:r>
    </w:p>
    <w:p>
      <w:r>
        <w:rPr>
          <w:b/>
        </w:rPr>
        <w:t xml:space="preserve">[15:37] </w:t>
      </w:r>
      <w:r>
        <w:t>Aur is baar bhi mauka mila.</w:t>
      </w:r>
    </w:p>
    <w:p>
      <w:pPr>
        <w:jc w:val="right"/>
      </w:pPr>
      <w:r>
        <w:t>اور اس بار بھی موقع ملا۔</w:t>
      </w:r>
    </w:p>
    <w:p>
      <w:r>
        <w:rPr>
          <w:b/>
        </w:rPr>
        <w:t xml:space="preserve">[15:39] </w:t>
      </w:r>
      <w:r>
        <w:t>To is baar ka mera experience kuch is tarike ka hai ke mujhe is baar kuch positive energy mujhe laga ke main leta aa raha hoon.</w:t>
      </w:r>
    </w:p>
    <w:p>
      <w:pPr>
        <w:jc w:val="right"/>
      </w:pPr>
      <w:r>
        <w:t>تو اس بار کا میرا experience کچھ اس طریقے کا ہے کہ مجھے اس بار کچھ positive energy مجھے لگا کہ میں لیتا آ رہا ہوں۔</w:t>
      </w:r>
    </w:p>
    <w:p>
      <w:r>
        <w:rPr>
          <w:b/>
        </w:rPr>
        <w:t xml:space="preserve">[15:48] </w:t>
      </w:r>
      <w:r>
        <w:t>Jaise wahan bahut sare log hote hain aur kuch log deny bhi aap ko karte hain. Thanks to Saadia. Saadia ko jab main dekhta hoon Quran distribute karte hue to log bade aaram se haste hue us se Quran le lete hain.</w:t>
      </w:r>
    </w:p>
    <w:p>
      <w:pPr>
        <w:jc w:val="right"/>
      </w:pPr>
      <w:r>
        <w:t>جیسے وہاں بہت سارے لوگ ہوتے ہیں اور کچھ لوگ deny بھی آپ کو کرتے ہیں۔ Thanks to سعدیہ۔ سعدیہ کو جب میں دیکھتا ہوں قرآن distribute کرتے ہوئے تو لوگ بڑے آرام سے ہنستے ہوئے اس سے قرآن لے لیتے ہیں۔</w:t>
      </w:r>
    </w:p>
    <w:p>
      <w:r>
        <w:rPr>
          <w:b/>
        </w:rPr>
        <w:t xml:space="preserve">[16:00] </w:t>
      </w:r>
      <w:r>
        <w:t>Aur mujhe lagta hai arey Saadia ne Quran diya to main kyun nahi de sakta hoon? To matlab mujhe matlab ek naya experience ke jab bhi koi aap ko deny karta hai, ek alag si energy Allah bhi aap ko dete hain ke nahi aap dijiye, aap se le liya jayega.</w:t>
      </w:r>
    </w:p>
    <w:p>
      <w:pPr>
        <w:jc w:val="right"/>
      </w:pPr>
      <w:r>
        <w:t>اور مجھے لگتا ہے ارے سعدیہ نے قرآن دیا تو میں کیوں نہیں دے سکتا ہوں؟ تو مطلب مجھے مطلب ایک نیا experience کہ جب بھی کوئی آپ کو deny کرتا ہے، ایک الگ سی energy اللہ بھی آپ کو دیتے ہیں کہ نہیں آپ دیجیے، آپ سے لے لیا جائے گا۔</w:t>
      </w:r>
    </w:p>
    <w:p>
      <w:r>
        <w:rPr>
          <w:b/>
        </w:rPr>
        <w:t xml:space="preserve">[16:14] </w:t>
      </w:r>
      <w:r>
        <w:t>To woh is tarike ka experience mujhe hua ke hum maine bahut logon ko Quran diye. Phir main baar baar soch raha tha is baat ko ke main kuch miss na karoon.</w:t>
      </w:r>
    </w:p>
    <w:p>
      <w:pPr>
        <w:jc w:val="right"/>
      </w:pPr>
      <w:r>
        <w:t>تو وہ اس طریقے کا experience مجھے ہوا کہ ہم میں نے بہت لوگوں کو قرآن دیے۔ پھر میں بار بار سوچ رہا تھا اس بات کو کہ میں کچھ miss نہ کروں۔</w:t>
      </w:r>
    </w:p>
    <w:p>
      <w:r>
        <w:rPr>
          <w:b/>
        </w:rPr>
        <w:t xml:space="preserve">[16:24] </w:t>
      </w:r>
      <w:r>
        <w:t>To opportunity is tarah ki ke bahut sara crowd hota hai, aap koshish karte hain sab ko dene ke liye lekin log nikal jate hain. To people have come back.</w:t>
      </w:r>
    </w:p>
    <w:p>
      <w:pPr>
        <w:jc w:val="right"/>
      </w:pPr>
      <w:r>
        <w:t>تو opportunity اس طرح کی کہ بہت سارا crowd ہوتا ہے، آپ کوشش کرتے ہیں سب کو دینے کے لیے لیکن لوگ نکل جاتے ہیں۔ تو people have come back۔</w:t>
      </w:r>
    </w:p>
    <w:p>
      <w:r>
        <w:rPr>
          <w:b/>
        </w:rPr>
        <w:t xml:space="preserve">[16:33] </w:t>
      </w:r>
      <w:r>
        <w:t>bahut sare foreigners jo ke jinka mindset aisa hai, woh kuch nahi lete aap se. Soch ke ke pata nahi kya diya ja raha hai. They have come back, they have asked for it. Jaise abhi Saba ne bataya ke kis ko dena hai, kaise dena hai.</w:t>
      </w:r>
    </w:p>
    <w:p>
      <w:pPr>
        <w:jc w:val="right"/>
      </w:pPr>
      <w:r>
        <w:t>بہت سارے foreigners جو کہ جن کا mindset ایسا ہے، وہ کچھ نہیں لیتے آپ سے۔ سوچ کے کہ پتہ نہیں کیا دیا جا رہا ہے۔ They have come back، they have asked for it۔ جیسے ابھی صبا نے بتایا کہ کس کو دینا ہے، کیسے دینا ہے۔</w:t>
      </w:r>
    </w:p>
    <w:p>
      <w:r>
        <w:rPr>
          <w:b/>
        </w:rPr>
        <w:t xml:space="preserve">[16:45] </w:t>
      </w:r>
      <w:r>
        <w:t>Toh ek chhota sa example yeh tha ke kuch ladkiyon ka group ja raha tha. Toh main aur Ramish wahan khade the, toh hum log soch rahe the unko de sakte hain, unko de sakte hain, unko de sakte hain.</w:t>
      </w:r>
    </w:p>
    <w:p>
      <w:pPr>
        <w:jc w:val="right"/>
      </w:pPr>
      <w:r>
        <w:t>تو ایک چھوٹا سا example یہ تھا کہ کچھ لڑکیوں کا گروپ جا رہا تھا۔ تو میں اور رامش وہاں کھڑے تھے، تو ہم لوگ سوچ رہے تھے ان کو دے سکتے ہیں، ان کو دے سکتے ہیں، ان کو دے سکتے ہیں۔</w:t>
      </w:r>
    </w:p>
    <w:p>
      <w:r>
        <w:rPr>
          <w:b/>
        </w:rPr>
        <w:t xml:space="preserve">[16:56] </w:t>
      </w:r>
      <w:r>
        <w:t>Toh woh pehli jagah se nikle, unhein kisi ne approach nahi kiya.</w:t>
      </w:r>
    </w:p>
    <w:p>
      <w:pPr>
        <w:jc w:val="right"/>
      </w:pPr>
      <w:r>
        <w:t>تو وہ پہلی جگہ سے نکلے، انہیں کسی نے approach نہیں کیا۔</w:t>
      </w:r>
    </w:p>
    <w:p>
      <w:r>
        <w:rPr>
          <w:b/>
        </w:rPr>
        <w:t xml:space="preserve">[17:00] </w:t>
      </w:r>
      <w:r>
        <w:t>Phir second time phir woh kisi ki taraf pass hue toh I think Razia was there, kisi ne unhein approach nahi kiya. Hum ne bhi unhein approach nahi kiya dene ke liye ya phir miss ho gaya. Toh two of ladies can, they have come back.</w:t>
      </w:r>
    </w:p>
    <w:p>
      <w:pPr>
        <w:jc w:val="right"/>
      </w:pPr>
      <w:r>
        <w:t>پھر سیکنڈ ٹائم پھر وہ کسی کی طرف پاس ہوئے تو I think Razia was there، کسی نے انہیں approach نہیں کیا۔ ہم نے بھی انہیں approach نہیں کیا دینے کے لیے یا پھر miss ہو گیا۔ تو two of ladies can، they have come back۔</w:t>
      </w:r>
    </w:p>
    <w:p>
      <w:r>
        <w:rPr>
          <w:b/>
        </w:rPr>
        <w:t xml:space="preserve">[17:11] </w:t>
      </w:r>
      <w:r>
        <w:t>They said ke are you giving it to the very selective people? Toh we were shocked. Toh phir hum ne unhein Quran diya. Toh woh opportunity phir hamare paas wapas aa gayi.</w:t>
      </w:r>
    </w:p>
    <w:p>
      <w:pPr>
        <w:jc w:val="right"/>
      </w:pPr>
      <w:r>
        <w:t>They said کہ are you giving it to the very selective people؟ تو we were shocked۔ تو پھر ہم نے انہیں قرآن دیا۔ تو وہ opportunity پھر ہمارے پاس واپس آ گئی۔</w:t>
      </w:r>
    </w:p>
    <w:p>
      <w:r>
        <w:rPr>
          <w:b/>
        </w:rPr>
        <w:t xml:space="preserve">[17:20] </w:t>
      </w:r>
      <w:r>
        <w:t>Aise bahut sari opportunities thin jise main soch raha tha kahin miss na ho jaye lekin Allah ne hamein saath diya aur hum log unhein Quran de</w:t>
      </w:r>
    </w:p>
    <w:p>
      <w:pPr>
        <w:jc w:val="right"/>
      </w:pPr>
      <w:r>
        <w:t>ایسے بہت ساری opportunities تھیں جسے میں سوچ رہا تھا کہیں miss نہ ہو جائے لیکن اللہ نے ہمیں ساتھ دیا اور ہم لوگ انہیں قرآن دے</w:t>
      </w:r>
    </w:p>
    <w:p>
      <w:r>
        <w:rPr>
          <w:b/>
        </w:rPr>
        <w:t xml:space="preserve">[17:26] </w:t>
      </w:r>
      <w:r>
        <w:t>paye. Toh we were trying our lower best ke kis tarah ki bhi opportunity hum miss na karein aur yeh message sab tak pahunch paye. Kuch log bahar nikal rahe the, un mein se kuch teenagers the, unhone kuch satrah atharah saal ke bachhe school ke.</w:t>
      </w:r>
    </w:p>
    <w:p>
      <w:pPr>
        <w:jc w:val="right"/>
      </w:pPr>
      <w:r>
        <w:t>پائے۔ تو we were trying our lower best کہ کس طریقے کی بھی opportunity ہم miss نہ کریں اور یہ message سب تک پہنچ پائے۔ کچھ لوگ باہر نکل رہے تھے، ان میں سے کچھ teenagers تھے، انہوں نے کچھ سترہ اٹھارہ سال کے بچے سکول کے۔</w:t>
      </w:r>
    </w:p>
    <w:p>
      <w:r>
        <w:rPr>
          <w:b/>
        </w:rPr>
        <w:t xml:space="preserve">[17:40] </w:t>
      </w:r>
      <w:r>
        <w:t>Toh mujh se unhone do ladkiyan rakhi hain, unhone poocha ke aap yeh Quran kyun bant rahe hain? Toh bade spontaneously mere munh se sirf yeh nikal gayi thi jahan ke aap ise padh sakte hain.</w:t>
      </w:r>
    </w:p>
    <w:p>
      <w:pPr>
        <w:jc w:val="right"/>
      </w:pPr>
      <w:r>
        <w:t>تو مجھ سے انہوں نے دو لڑکیاں رکھی ہیں، انہوں نے پوچھا کہ آپ یہ قرآن کیوں بانٹ رہے ہیں؟ تو بڑے spontaneously میرے منہ سے صرف یہ نکل گئی تھی جہاں کہ آپ اسے پڑھ سکتے ہیں۔</w:t>
      </w:r>
    </w:p>
    <w:p>
      <w:r>
        <w:rPr>
          <w:b/>
        </w:rPr>
        <w:t xml:space="preserve">[17:51] </w:t>
      </w:r>
      <w:r>
        <w:t>Toh unki umar kafi kam thi lekin unhone bola, per you people are doing a good job. Thank you. Toh unhone woh Quran liya aur bahut khushi khushi woh nikal gaye. Kuch school ke bachhe aaye, unhone woh Quran liya.</w:t>
      </w:r>
    </w:p>
    <w:p>
      <w:pPr>
        <w:jc w:val="right"/>
      </w:pPr>
      <w:r>
        <w:t>تو ان کی عمر کافی کم تھی لیکن انہوں نے بولا، پر you people are doing a good job۔ Thank you۔ تو انہوں نے وہ قرآن لیا اور بہت خوشی خوشی وہ نکل گئے۔ کچھ سکول کے بچے آئے، انہوں نے وہ قرآن لیا۔</w:t>
      </w:r>
    </w:p>
    <w:p>
      <w:r>
        <w:rPr>
          <w:b/>
        </w:rPr>
        <w:t xml:space="preserve">[18:01] </w:t>
      </w:r>
      <w:r>
        <w:t>Toh is mein se hum log Quran de rahe the. But woh school ke bahut sare bachhe the. We were having a limited stock. Toh main aur Ramish ke saath khada tha, toh hum ne ek ko dena chalu kiya.</w:t>
      </w:r>
    </w:p>
    <w:p>
      <w:pPr>
        <w:jc w:val="right"/>
      </w:pPr>
      <w:r>
        <w:t>تو اس میں سے ہم لوگ قرآن دے رہے تھے۔ But وہ سکول کے بہت سارے بچے تھے۔ We were having a limited stock۔ تو میں اور رامش کے ساتھ کھڑا تھا، تو ہم نے ایک کو دینا چالو کیا۔</w:t>
      </w:r>
    </w:p>
    <w:p>
      <w:r>
        <w:rPr>
          <w:b/>
        </w:rPr>
        <w:t xml:space="preserve">[18:10] </w:t>
      </w:r>
      <w:r>
        <w:t>Toh wahan madmakkhi ki tarah woh jhund ban gaya wahan ke hamein bhi de dijiye, hamein bhi de dijiye. Toh hum ne un ko bola ke aap group study kar lijiyega, hamare paas limited stock hai. Toh phir woh log kuch Quran le kar chale gaye.</w:t>
      </w:r>
    </w:p>
    <w:p>
      <w:pPr>
        <w:jc w:val="right"/>
      </w:pPr>
      <w:r>
        <w:t>تو وہاں مدمکھی کی طرح وہ جھنڈ بن گیا وہاں کہ ہمیں بھی دے دیجیے، ہمیں بھی دے دیجیے۔ تو ہم نے ان کو بولا کہ آپ گروپ study کر لیجیے گا، ہمارے پاس limited stock ہے۔ تو پھر وہ لوگ کچھ قرآن لے کر چلے گئے۔</w:t>
      </w:r>
    </w:p>
    <w:p>
      <w:r>
        <w:rPr>
          <w:b/>
        </w:rPr>
        <w:t xml:space="preserve">[18:22] </w:t>
      </w:r>
      <w:r>
        <w:t>Phir baad mein ek aur ladki wahan se aayi, matlab un ko bola ke main padhna bhi chahti hoon aur apne teacher ko bhi gift karna chahti hoon. Toh hum ne socha use de dena chahiye. Toh is tarah ke kuch kuch experience rahe, hum ne koshish kafi kari ke use hum distribute kar payein zyada se zyada log</w:t>
      </w:r>
    </w:p>
    <w:p>
      <w:pPr>
        <w:jc w:val="right"/>
      </w:pPr>
      <w:r>
        <w:t>پھر بعد میں ایک اور لڑکی وہاں سے آئی، مطلب ان کو بولا کہ میں پڑھنا بھی چاہتی ہوں اور اپنے ٹیچر کو بھی gift کرنا چاہتی ہوں۔ تو ہم نے سوچا اسے دے دینا چاہیے۔ تو اس طریقے کے کچھ کچھ experience رہے، ہم نے کوشش کافی کری کہ اسے ہم distribute کر پائیں زیادہ سے زیادہ لوگ</w:t>
      </w:r>
    </w:p>
    <w:p>
      <w:r>
        <w:rPr>
          <w:b/>
        </w:rPr>
        <w:t xml:space="preserve">[18:36] </w:t>
      </w:r>
      <w:r>
        <w:t>on tak. Aur I think logon ne liya bhi is liye ke woh use padhna chahte the. Aur they were taking it with happiness ke haan nahi, hum is ka intezar kar rahe the, ab hamein woh mil gaya.</w:t>
      </w:r>
    </w:p>
    <w:p>
      <w:pPr>
        <w:jc w:val="right"/>
      </w:pPr>
      <w:r>
        <w:t>وں تک۔ اور I think لوگوں نے لیا بھی اس لیے کہ وہ اسے پڑھنا چاہتے تھے۔ اور they were taking it with happiness کہ ہاں نہیں، ہم اس کا انتظار کر رہے تھے، اب ہمیں وہ مل گیا۔</w:t>
      </w:r>
    </w:p>
    <w:p>
      <w:r>
        <w:rPr>
          <w:b/>
        </w:rPr>
        <w:t xml:space="preserve">[18:45] </w:t>
      </w:r>
      <w:r>
        <w:t>Toh yeh sab dekh ke ek energy si aati hai ke haan waqai bahut sari zaroorat hai hum logon ko ke hum log zyada se zyada is tarah se distribute karein aur Allah ka message logon tak pahunchayein.</w:t>
      </w:r>
    </w:p>
    <w:p>
      <w:pPr>
        <w:jc w:val="right"/>
      </w:pPr>
      <w:r>
        <w:t>تو یہ سب دیکھ کے ایک energy سی آتی ہے کہ ہاں واقعی بہت ساری ضرورت ہے ہم لوگوں کو کہ ہم لوگ زیادہ سے زیادہ اس طریقے سے distribute کریں اور اللہ کا message لوگوں تک پہنچائیں۔</w:t>
      </w:r>
    </w:p>
    <w:p>
      <w:r>
        <w:rPr>
          <w:b/>
        </w:rPr>
        <w:t xml:space="preserve">[18:56] </w:t>
      </w:r>
      <w:r>
        <w:t>Kyunke people are looking for it. And this is our responsibility. Ab hamein hi aisa kuch karna hai ke yeh logon tak yeh pahunch paye.</w:t>
      </w:r>
    </w:p>
    <w:p>
      <w:pPr>
        <w:jc w:val="right"/>
      </w:pPr>
      <w:r>
        <w:t>کیونکہ people are looking for it۔ And this is our responsibility۔ اب ہمیں ہی ایسا کچھ کرنا ہے کہ یہ لوگوں تک یہ پہنچ پائے۔</w:t>
      </w:r>
    </w:p>
    <w:p>
      <w:r>
        <w:rPr>
          <w:b/>
        </w:rPr>
        <w:t xml:space="preserve">[19:04] </w:t>
      </w:r>
      <w:r>
        <w:t>Toh baqi sab log sab kuch bata chuke hain, toh zyada time nahi loonga. Assalamualaikum. Mera naam Owais Doctor Owais Siddiqui hai. Main is bar pehli bar Jaipur Literature Festival mein gaya tha.</w:t>
      </w:r>
    </w:p>
    <w:p>
      <w:pPr>
        <w:jc w:val="right"/>
      </w:pPr>
      <w:r>
        <w:t>تو باقی سب لوگ سب کچھ بتا چکے ہیں، تو زیادہ ٹائم نہیں لوں گا۔ السلام علیکم۔ میرا نام اویس ڈاکٹر اویس صدیقی ہے۔ میں اس بار پہلی بار جے پور لٹریچر فیسٹیول میں گیا تھا۔</w:t>
      </w:r>
    </w:p>
    <w:p>
      <w:r>
        <w:rPr>
          <w:b/>
        </w:rPr>
        <w:t xml:space="preserve">[19:15] </w:t>
      </w:r>
      <w:r>
        <w:t>Toh it was a very good experience. And we felt no difficulty in distributing Quran. And everything was so organized.</w:t>
      </w:r>
    </w:p>
    <w:p>
      <w:pPr>
        <w:jc w:val="right"/>
      </w:pPr>
      <w:r>
        <w:t>تو it was a very good experience۔ And we felt no difficulty in distributing قرآن۔ And everything was so organized۔</w:t>
      </w:r>
    </w:p>
    <w:p>
      <w:r>
        <w:rPr>
          <w:b/>
        </w:rPr>
        <w:t xml:space="preserve">[19:24] </w:t>
      </w:r>
      <w:r>
        <w:t>The team did everything so well organized. So I am very hopeful about</w:t>
      </w:r>
    </w:p>
    <w:p>
      <w:pPr>
        <w:jc w:val="right"/>
      </w:pPr>
      <w:r>
        <w:t>The team did everything so well organized۔ So I am very hopeful about</w:t>
      </w:r>
    </w:p>
    <w:p>
      <w:r>
        <w:rPr>
          <w:b/>
        </w:rPr>
        <w:t xml:space="preserve">[19:29] </w:t>
      </w:r>
      <w:r>
        <w:t>the team. It has a very bright future. Aur last day hum log jo distribution kar rahe the, zyada tar bahar kar rahe the. Toh aakhri din jab main distribution ke baad jab andar gaya toh andar ja kar dekha itne sare log hain.</w:t>
      </w:r>
    </w:p>
    <w:p>
      <w:pPr>
        <w:jc w:val="right"/>
      </w:pPr>
      <w:r>
        <w:t>the team۔ It has a very bright future۔ اور last day ہم لوگ جو distribution کر رہے تھے، زیادہ تر باہر کر رہے تھے۔ تو آخری دن جب میں distribution کے بعد جب اندر گیا تو اندر جا کر دیکھا اتنے سارے لوگ ہیں۔</w:t>
      </w:r>
    </w:p>
    <w:p>
      <w:r>
        <w:rPr>
          <w:b/>
        </w:rPr>
        <w:t xml:space="preserve">[19:41] </w:t>
      </w:r>
      <w:r>
        <w:t>Toh mujhe laga abhi bahut sare log reh gaye hain jinko nahi pahunch paya hai abhi. Toh it was a very good experience.</w:t>
      </w:r>
    </w:p>
    <w:p>
      <w:pPr>
        <w:jc w:val="right"/>
      </w:pPr>
      <w:r>
        <w:t>تو مجھے لگا ابھی بہت سارے لوگ رہ گئے ہیں جن کو نہیں پہنچ پایا ہے ابھی۔ تو it was a very good experience۔</w:t>
      </w:r>
    </w:p>
    <w:p>
      <w:r>
        <w:rPr>
          <w:b/>
        </w:rPr>
        <w:t xml:space="preserve">[19:49] </w:t>
      </w:r>
      <w:r>
        <w:t>Thank you. Assalamualaikum. Mera naam Farha hai. Mera bhi is bar second experience tha JLF distribution team mein.</w:t>
      </w:r>
    </w:p>
    <w:p>
      <w:pPr>
        <w:jc w:val="right"/>
      </w:pPr>
      <w:r>
        <w:t>Thank you۔ السلام علیکم۔ میرا نام فرحہ ہے۔ میرا بھی اس بار سیکنڈ experience تھا جے ایل ایف distribution ٹیم میں۔</w:t>
      </w:r>
    </w:p>
    <w:p>
      <w:r>
        <w:rPr>
          <w:b/>
        </w:rPr>
        <w:t xml:space="preserve">[20:00] </w:t>
      </w:r>
      <w:r>
        <w:t>So last time jaisi hesitation hui thi first time distribute karne mein, toh is bar aisi nahi thi. And jab hum log wahan pahunche venue pe, toh aisi feeling aayi jaise ke madhu khud chal ke hamare paas aaye hain.</w:t>
      </w:r>
    </w:p>
    <w:p>
      <w:pPr>
        <w:jc w:val="right"/>
      </w:pPr>
      <w:r>
        <w:t>So last time جیسی hesitation ہوئی تھی first time distribute کرنے میں، تو اس بار ایسی نہیں تھی۔ And جب ہم لوگ وہاں پہنچے venue پہ، تو ایسی feeling آئی جیسے کہ مدھو خود چل کے ہمارے پاس آئے ہیں۔</w:t>
      </w:r>
    </w:p>
    <w:p>
      <w:r>
        <w:rPr>
          <w:b/>
        </w:rPr>
        <w:t xml:space="preserve">[20:13] </w:t>
      </w:r>
      <w:r>
        <w:t>Hamein koi efforts karne ki zaroorat hi nahi padi. Aur jab hum ne distribution shuru kiya toh matlab bags toh hamare itni jaldi jaldi khali hone lagne</w:t>
      </w:r>
    </w:p>
    <w:p>
      <w:pPr>
        <w:jc w:val="right"/>
      </w:pPr>
      <w:r>
        <w:t>ہمیں کوئی efforts کرنے کی ضرورت ہی نہیں پڑی۔ اور جب ہم نے distribution شروع کیا تو مطلب bags تو ہمارے اتنی جلدی جلدی خالی ہونے لگے۔</w:t>
      </w:r>
    </w:p>
    <w:p>
      <w:r>
        <w:rPr>
          <w:b/>
        </w:rPr>
        <w:t xml:space="preserve">[20:22] </w:t>
      </w:r>
      <w:r>
        <w:t>And then jab baqi log refill ke liye jate the, toh hamein ek dum aisa lagta tha ke crowd</w:t>
      </w:r>
    </w:p>
    <w:p>
      <w:pPr>
        <w:jc w:val="right"/>
      </w:pPr>
      <w:r>
        <w:t>And then جب باقی لوگ refill کے لیے جاتے تھے، تو ہمیں ایک دم ایسا لگتا تھا کہ crowd</w:t>
      </w:r>
    </w:p>
    <w:p>
      <w:r>
        <w:rPr>
          <w:b/>
        </w:rPr>
        <w:t xml:space="preserve">[20:29] </w:t>
      </w:r>
      <w:r>
        <w:t>nikalta ja raha hai, hamare paas stock khatam ho gaya hai aur hum de nahi pa rahe hain. Is type ki feeling aati thi. So kafi bahut achhe achhe reactions rahe logon ke.</w:t>
      </w:r>
    </w:p>
    <w:p>
      <w:pPr>
        <w:jc w:val="right"/>
      </w:pPr>
      <w:r>
        <w:t>نکلتا جا رہا ہے، ہمارے پاس stock ختم ہو گیا ہے اور ہم دے نہیں پا رہے ہیں۔ اس ٹائپ کی feeling آتی تھی۔ So کافی بہت اچھے اچھے reactions رہے لوگوں کے۔</w:t>
      </w:r>
    </w:p>
    <w:p>
      <w:r>
        <w:rPr>
          <w:b/>
        </w:rPr>
        <w:t xml:space="preserve">[20:39] </w:t>
      </w:r>
      <w:r>
        <w:t>And kuch logon ne bohat politely decline bhi kiya, but most of the reactions were like very good. People said ke aap bohat acha kaam kar rahe hain. This is such a noble cause that you are engaged in.</w:t>
      </w:r>
    </w:p>
    <w:p>
      <w:pPr>
        <w:jc w:val="right"/>
      </w:pPr>
      <w:r>
        <w:t>And کچھ لوگوں نے بہت politely decline بھی کیا، but most of the reactions were like very good۔ People said کہ آپ بہت اچھا کام کر رہے ہیں۔ This is such a noble cause that you are engaged in۔</w:t>
      </w:r>
    </w:p>
    <w:p>
      <w:r>
        <w:rPr>
          <w:b/>
        </w:rPr>
        <w:t xml:space="preserve">[20:51] </w:t>
      </w:r>
      <w:r>
        <w:t>And Razia ka jaise ek experience tha,</w:t>
      </w:r>
    </w:p>
    <w:p>
      <w:pPr>
        <w:jc w:val="right"/>
      </w:pPr>
      <w:r>
        <w:t>And راضیہ کا جیسے ایک experience تھا،</w:t>
      </w:r>
    </w:p>
    <w:p>
      <w:r>
        <w:rPr>
          <w:b/>
        </w:rPr>
        <w:t xml:space="preserve">[20:53] </w:t>
      </w:r>
      <w:r>
        <w:t>so one of these lady came and itna khush hui woh Quran le ke keh rahi thin ke this is like you ask God for something and he just gives youright away.</w:t>
      </w:r>
    </w:p>
    <w:p>
      <w:pPr>
        <w:jc w:val="right"/>
      </w:pPr>
      <w:r>
        <w:t>so one of these lady came and اتنا خوش ہوئی وہ قرآن لے کے کہہ رہی تھیں کہ this is like you ask God for something and he just gives youright away۔</w:t>
      </w:r>
    </w:p>
    <w:p>
      <w:r>
        <w:rPr>
          <w:b/>
        </w:rPr>
        <w:t xml:space="preserve">[21:02] </w:t>
      </w:r>
      <w:r>
        <w:t>matlab woh itni khush hui, matlab like everyone was looking at her kyunke woh itni tez bol rahi thi. Matlab saare log dekh bhi rahe the unki hamari conversation. So is tarah ke kafi achhe exper</w:t>
      </w:r>
    </w:p>
    <w:p>
      <w:pPr>
        <w:jc w:val="right"/>
      </w:pPr>
      <w:r>
        <w:t>مطلب وہ اتنی خوش ہوئی، مطلب like everyone was looking at her کیونکہ وہ اتنی تیز بول رہی تھی۔ مطلب سارے لوگ دیکھ بھی رہے تھے ان کی ہماری conversation۔ So اس طرح کے کافی اچھے exper</w:t>
      </w:r>
    </w:p>
    <w:p>
      <w:r>
        <w:rPr>
          <w:b/>
        </w:rPr>
        <w:t xml:space="preserve">[21:12] </w:t>
      </w:r>
      <w:r>
        <w:t>iences rahe. Hamari kuch kuch strategies hum ne banai thin ke hum do do ke groups mein khare honge taake in case agar ek conversation mein engage ho jata hai to second person can continue distributing.</w:t>
      </w:r>
    </w:p>
    <w:p>
      <w:pPr>
        <w:jc w:val="right"/>
      </w:pPr>
      <w:r>
        <w:t>iences رہے۔ ہماری کچھ کچھ strategies ہم نے بنائی تھیں کہ ہم دو دو کے گروپس میں کھڑے ہوں گے تاکہ in case اگر ایک conversation میں engage ہو جاتا ہے تو سیکنڈ person can continue distributing۔</w:t>
      </w:r>
    </w:p>
    <w:p>
      <w:r>
        <w:rPr>
          <w:b/>
        </w:rPr>
        <w:t xml:space="preserve">[21:22] </w:t>
      </w:r>
      <w:r>
        <w:t>And kafi overall kafi acha experience raha. And I am very fortunate to be associated with. Hamare in kuch events mein like I get a chance to you know earn sawab hamari daily life mein.</w:t>
      </w:r>
    </w:p>
    <w:p>
      <w:pPr>
        <w:jc w:val="right"/>
      </w:pPr>
      <w:r>
        <w:t>And کافی overall کافی اچھا experience رہا۔ And I am very fortunate to be associated with۔ ہمارے ان کچھ events میں like I get a chance to you know earn ثواب ہماری daily life میں۔</w:t>
      </w:r>
    </w:p>
    <w:p>
      <w:r>
        <w:rPr>
          <w:b/>
        </w:rPr>
        <w:t xml:space="preserve">[21:35] </w:t>
      </w:r>
      <w:r>
        <w:t>to itne moqa aise nahi milte. And then we are so engaged in our daily life.</w:t>
      </w:r>
    </w:p>
    <w:p>
      <w:pPr>
        <w:jc w:val="right"/>
      </w:pPr>
      <w:r>
        <w:t>تو اتنے موقع ایسے نہیں ملتے۔ And then we are so engaged in our daily life۔</w:t>
      </w:r>
    </w:p>
    <w:p>
      <w:r>
        <w:rPr>
          <w:b/>
        </w:rPr>
        <w:t xml:space="preserve">[21:41] </w:t>
      </w:r>
      <w:r>
        <w:t>And I am extremely thankful to God for this. Thank you. Okay, I am Sadia. I have to share with all of you one experience, one thought actually which came to me.</w:t>
      </w:r>
    </w:p>
    <w:p>
      <w:pPr>
        <w:jc w:val="right"/>
      </w:pPr>
      <w:r>
        <w:t>And I am extremely thankful to God for this۔ Thank you۔ Okay، آئی am سعدیہ۔ آئی have to share with all of you one experience، one thought actually which came to me۔</w:t>
      </w:r>
    </w:p>
    <w:p>
      <w:r>
        <w:rPr>
          <w:b/>
        </w:rPr>
        <w:t xml:space="preserve">[21:55] </w:t>
      </w:r>
      <w:r>
        <w:t>But before that, I want to, while I was, I am the last one, there's nobody after me.</w:t>
      </w:r>
    </w:p>
    <w:p>
      <w:pPr>
        <w:jc w:val="right"/>
      </w:pPr>
      <w:r>
        <w:t>But before that، I want to، while I was، I am the last one، there's nobody after me۔</w:t>
      </w:r>
    </w:p>
    <w:p>
      <w:r>
        <w:rPr>
          <w:b/>
        </w:rPr>
        <w:t xml:space="preserve">[22:00] </w:t>
      </w:r>
      <w:r>
        <w:t>I was listening to everybody talk, all the team members. And this thought came to me that just like today when all of us are being identified as people who went to Jaipur and stood for God, I hope in the hereafter too God does the same thing, replicate the same thing there where he says that these were my servants who stood for me at the Jaipur Literature</w:t>
      </w:r>
    </w:p>
    <w:p>
      <w:pPr>
        <w:jc w:val="right"/>
      </w:pPr>
      <w:r>
        <w:t>آئی was listening to everybody talk، all the team members۔ And this thought came to me that just like today when all of us are being identified as people who went to Jaipur and stood for God، I hope in the hereafter too God does the same thing، replicate the same thing there where he says that these were my servants who stood for me at the Jaipur Literature</w:t>
      </w:r>
    </w:p>
    <w:p>
      <w:r>
        <w:rPr>
          <w:b/>
        </w:rPr>
        <w:t xml:space="preserve">[22:26] </w:t>
      </w:r>
      <w:r>
        <w:t>Festival. I hope you all, we all really want that to happen, I'm sure. Apart from that, there is this one particular thought that I think I ought to share with all of you.</w:t>
      </w:r>
    </w:p>
    <w:p>
      <w:pPr>
        <w:jc w:val="right"/>
      </w:pPr>
      <w:r>
        <w:t>Festival۔ I hope you all، we all really want that to happen، I'm sure۔ Apart from that، there is this one particular thought that I think I ought to share with all of you۔</w:t>
      </w:r>
    </w:p>
    <w:p>
      <w:r>
        <w:rPr>
          <w:b/>
        </w:rPr>
        <w:t xml:space="preserve">[22:39] </w:t>
      </w:r>
      <w:r>
        <w:t>Which is we were at the Jaipur Literature Festival from the 24th to the 28th, until the 28th</w:t>
      </w:r>
    </w:p>
    <w:p>
      <w:pPr>
        <w:jc w:val="right"/>
      </w:pPr>
      <w:r>
        <w:t>Which is we were at the Jaipur Literature Festival from the 24th to the 28th، until the 28th</w:t>
      </w:r>
    </w:p>
    <w:p>
      <w:r>
        <w:rPr>
          <w:b/>
        </w:rPr>
        <w:t xml:space="preserve">[22:47] </w:t>
      </w:r>
      <w:r>
        <w:t>. And I was, we were there, some of us were there from the 24th until the 26th. And the distribution went on very smoothly.</w:t>
      </w:r>
    </w:p>
    <w:p>
      <w:pPr>
        <w:jc w:val="right"/>
      </w:pPr>
      <w:r>
        <w:t>۔ And I was، we were there، some of us were there from the 24th until the 26th۔ And the distribution went on very smoothly۔</w:t>
      </w:r>
    </w:p>
    <w:p>
      <w:r>
        <w:rPr>
          <w:b/>
        </w:rPr>
        <w:t xml:space="preserve">[22:59] </w:t>
      </w:r>
      <w:r>
        <w:t>Thanks to Ajr, he was our team leader. And very well planned, very well organized trip. I was reading the newspaper on the 26th morning at our hotel which was Jain Nivas in Jaip</w:t>
      </w:r>
    </w:p>
    <w:p>
      <w:pPr>
        <w:jc w:val="right"/>
      </w:pPr>
      <w:r>
        <w:t>Thanks to اجر، he was our team leader۔ And very well planned، very well organized trip۔ I was reading the newspaper on the 26th morning at our hotel which was Jain Nivas in Jaip</w:t>
      </w:r>
    </w:p>
    <w:p>
      <w:r>
        <w:rPr>
          <w:b/>
        </w:rPr>
        <w:t xml:space="preserve">[23:15] </w:t>
      </w:r>
      <w:r>
        <w:t>ur. And a particular news on the front page caught my attention.</w:t>
      </w:r>
    </w:p>
    <w:p>
      <w:pPr>
        <w:jc w:val="right"/>
      </w:pPr>
      <w:r>
        <w:t>ur۔ And a particular news on the front page caught my attention۔</w:t>
      </w:r>
    </w:p>
    <w:p>
      <w:r>
        <w:rPr>
          <w:b/>
        </w:rPr>
        <w:t xml:space="preserve">[23:23] </w:t>
      </w:r>
      <w:r>
        <w:t>It was about</w:t>
      </w:r>
    </w:p>
    <w:p>
      <w:pPr>
        <w:jc w:val="right"/>
      </w:pPr>
      <w:r>
        <w:t>It was about</w:t>
      </w:r>
    </w:p>
    <w:p>
      <w:r>
        <w:rPr>
          <w:b/>
        </w:rPr>
        <w:t xml:space="preserve">[23:27] </w:t>
      </w:r>
      <w:r>
        <w:t>an area of Rajasthan. Jaipur is also part of Rajasthan.</w:t>
      </w:r>
    </w:p>
    <w:p>
      <w:pPr>
        <w:jc w:val="right"/>
      </w:pPr>
      <w:r>
        <w:t>an area of Rajasthan۔ Jaipur is also part of Rajasthan۔</w:t>
      </w:r>
    </w:p>
    <w:p>
      <w:r>
        <w:rPr>
          <w:b/>
        </w:rPr>
        <w:t xml:space="preserve">[23:31] </w:t>
      </w:r>
      <w:r>
        <w:t>In a particular area of Rajasthan, Hindus and Muslims, there was a report of a clash between the two communities because the Hindus wanted to cross a particular route, a particular route, take their procession from a route.</w:t>
      </w:r>
    </w:p>
    <w:p>
      <w:pPr>
        <w:jc w:val="right"/>
      </w:pPr>
      <w:r>
        <w:t>In a particular area of Rajasthan، Hindus and Muslims، there was a report of a clash between the two communities because the Hindus wanted to cross a particular route، a particular route، take their procession from a route۔</w:t>
      </w:r>
    </w:p>
    <w:p>
      <w:r>
        <w:rPr>
          <w:b/>
        </w:rPr>
        <w:t xml:space="preserve">[23:49] </w:t>
      </w:r>
      <w:r>
        <w:t>And Muslims were against it. So the Muslims said that you can't take your route, you can't take your procession from this route. And Hindus were adamant, therefore the clash.</w:t>
      </w:r>
    </w:p>
    <w:p>
      <w:pPr>
        <w:jc w:val="right"/>
      </w:pPr>
      <w:r>
        <w:t>And Muslims were against it۔ So the Muslims said that you can't take your route، you can't take your procession from this route۔ And Hindus were adamant، therefore the clash۔</w:t>
      </w:r>
    </w:p>
    <w:p>
      <w:r>
        <w:rPr>
          <w:b/>
        </w:rPr>
        <w:t xml:space="preserve">[24:00] </w:t>
      </w:r>
      <w:r>
        <w:t>Now this was a very, this struck me real hard. Why? Because here we were, the CPS team at the Jaipur Literature Festival.</w:t>
      </w:r>
    </w:p>
    <w:p>
      <w:pPr>
        <w:jc w:val="right"/>
      </w:pPr>
      <w:r>
        <w:t>Now this was a very، this struck me real hard۔ Why؟ Because here we were، the CPS team at the Jaipur Literature Festival۔</w:t>
      </w:r>
    </w:p>
    <w:p>
      <w:r>
        <w:rPr>
          <w:b/>
        </w:rPr>
        <w:t xml:space="preserve">[24:10] </w:t>
      </w:r>
      <w:r>
        <w:t>And if you want, I think some of you will not be aware here that the manner in which we distribute is that as one enters the Diggi Palace which is the venue of the festival, everyone, whether a celebrity or a commoner, has to walk a particular stretch of</w:t>
      </w:r>
    </w:p>
    <w:p>
      <w:pPr>
        <w:jc w:val="right"/>
      </w:pPr>
      <w:r>
        <w:t>And if you want، I think some of you will not be aware here that the manner in which we distribute is that as one enters the Diggi Palace which is the venue of the festival، everyone، whether a celebrity or a commoner، has to walk a particular stretch of</w:t>
      </w:r>
    </w:p>
    <w:p>
      <w:r>
        <w:rPr>
          <w:b/>
        </w:rPr>
        <w:t xml:space="preserve">[24:36] </w:t>
      </w:r>
      <w:r>
        <w:t>land. It is a narrow lane, you have to walk that lane. So people continuously walk up and down that lane.</w:t>
      </w:r>
    </w:p>
    <w:p>
      <w:pPr>
        <w:jc w:val="right"/>
      </w:pPr>
      <w:r>
        <w:t>land۔ It is a narrow lane، you have to walk that lane۔ So people continuously walk up and down that lane۔</w:t>
      </w:r>
    </w:p>
    <w:p>
      <w:r>
        <w:rPr>
          <w:b/>
        </w:rPr>
        <w:t xml:space="preserve">[24:44] </w:t>
      </w:r>
      <w:r>
        <w:t>You are entering the Diggi Palace, you're moving out of the Diggi Palace. So there is a sort of a procession which is all the time going up and down that lane. And we, the CPS members, we stationed ourselves on either sides of this lane.</w:t>
      </w:r>
    </w:p>
    <w:p>
      <w:pPr>
        <w:jc w:val="right"/>
      </w:pPr>
      <w:r>
        <w:t>You are entering the Diggi Palace، you're moving out of the Diggi Palace۔ So there is a sort of a procession which is all the time going up and down that lane۔ And we, the CPS members، we stationed ourselves on either sides of this lane۔</w:t>
      </w:r>
    </w:p>
    <w:p>
      <w:r>
        <w:rPr>
          <w:b/>
        </w:rPr>
        <w:t xml:space="preserve">[24:57] </w:t>
      </w:r>
      <w:r>
        <w:t>And we would distribute, give Quran to the people who would go up and down.</w:t>
      </w:r>
    </w:p>
    <w:p>
      <w:pPr>
        <w:jc w:val="right"/>
      </w:pPr>
      <w:r>
        <w:t>And we would distribute، give قرآن to the people who would go up and down۔</w:t>
      </w:r>
    </w:p>
    <w:p>
      <w:r>
        <w:rPr>
          <w:b/>
        </w:rPr>
        <w:t xml:space="preserve">[25:02] </w:t>
      </w:r>
      <w:r>
        <w:t>So I compared these two instances which wereright in front of me. One where Muslims could not avail of this procession which was passing through a particular route.</w:t>
      </w:r>
    </w:p>
    <w:p>
      <w:pPr>
        <w:jc w:val="right"/>
      </w:pPr>
      <w:r>
        <w:t>So I compared these two instances which wereright in front of me۔ One where Muslims could not avail of this procession which was passing through a particular route۔</w:t>
      </w:r>
    </w:p>
    <w:p>
      <w:r>
        <w:rPr>
          <w:b/>
        </w:rPr>
        <w:t xml:space="preserve">[25:15] </w:t>
      </w:r>
      <w:r>
        <w:t>And on the other hand, we were able to use this or take this procession of the Jaipur Literature Festival as an opportunity of da'wa.</w:t>
      </w:r>
    </w:p>
    <w:p>
      <w:pPr>
        <w:jc w:val="right"/>
      </w:pPr>
      <w:r>
        <w:t>And on the other hand، we were able to use this or take this procession of the Jaipur Literature Festival as an opportunity of دعویٰ۔</w:t>
      </w:r>
    </w:p>
    <w:p>
      <w:r>
        <w:rPr>
          <w:b/>
        </w:rPr>
        <w:t xml:space="preserve">[25:24] </w:t>
      </w:r>
      <w:r>
        <w:t>This was also a procession, a kind of procession</w:t>
      </w:r>
    </w:p>
    <w:p>
      <w:pPr>
        <w:jc w:val="right"/>
      </w:pPr>
      <w:r>
        <w:t>This was also a procession، a kind of procession</w:t>
      </w:r>
    </w:p>
    <w:p>
      <w:r>
        <w:rPr>
          <w:b/>
        </w:rPr>
        <w:t xml:space="preserve">[25:27] </w:t>
      </w:r>
      <w:r>
        <w:t>, you know. So I felt that it was very strange for me to think of our team as being able to identify an opportunity and avail of it while Muslims on the other hand being blind to an opportunity which was coming right at their doorstep.</w:t>
      </w:r>
    </w:p>
    <w:p>
      <w:pPr>
        <w:jc w:val="right"/>
      </w:pPr>
      <w:r>
        <w:t>، you know۔ So I felt that it was very strange for me to think of our team as being able to identify an opportunity and avail of it while Muslims on the other hand being blind to an opportunity which was comingright at their doorstep۔</w:t>
      </w:r>
    </w:p>
    <w:p>
      <w:r>
        <w:rPr>
          <w:b/>
        </w:rPr>
        <w:t xml:space="preserve">[25:46] </w:t>
      </w:r>
      <w:r>
        <w:t>This also made me think of a particular hadith of the Prophet. And I was very, the hadith is that.</w:t>
      </w:r>
    </w:p>
    <w:p>
      <w:pPr>
        <w:jc w:val="right"/>
      </w:pPr>
      <w:r>
        <w:t>This also made me think of a particular حدیث of the Prophet۔ And I was very، the حدیث is that.</w:t>
      </w:r>
    </w:p>
    <w:p>
      <w:r>
        <w:rPr>
          <w:b/>
        </w:rPr>
        <w:t xml:space="preserve">[25:55] </w:t>
      </w:r>
      <w:r>
        <w:t>An animal does not know why his owner has put him where he has put him, or what role he's supposed to play where he has been put.</w:t>
      </w:r>
    </w:p>
    <w:p>
      <w:pPr>
        <w:jc w:val="right"/>
      </w:pPr>
      <w:r>
        <w:t>An animal does not know why his owner has put him where he has put him، or what role he's supposed to play where he has been put۔</w:t>
      </w:r>
    </w:p>
    <w:p>
      <w:r>
        <w:rPr>
          <w:b/>
        </w:rPr>
        <w:t xml:space="preserve">[26:05] </w:t>
      </w:r>
      <w:r>
        <w:t>Whereas a believer knows why he has been put where he has been put and what role he has</w:t>
      </w:r>
    </w:p>
    <w:p>
      <w:pPr>
        <w:jc w:val="right"/>
      </w:pPr>
      <w:r>
        <w:t>Whereas a believer knows why he has been put where he has been put and what role he has</w:t>
      </w:r>
    </w:p>
    <w:p>
      <w:r>
        <w:rPr>
          <w:b/>
        </w:rPr>
        <w:t xml:space="preserve">[26:13] </w:t>
      </w:r>
      <w:r>
        <w:t>to play. So I felt that the CPS team had come up to that level where it knew what God wanted from it, what role God wanted it to play.</w:t>
      </w:r>
    </w:p>
    <w:p>
      <w:pPr>
        <w:jc w:val="right"/>
      </w:pPr>
      <w:r>
        <w:t>to play۔ So I felt that the CPS team had come up to that level where it knew what God wanted from it، what role God wanted it to play۔</w:t>
      </w:r>
    </w:p>
    <w:p>
      <w:r>
        <w:rPr>
          <w:b/>
        </w:rPr>
        <w:t xml:space="preserve">[26:24] </w:t>
      </w:r>
      <w:r>
        <w:t>So these were some of my observations and realizations from the festival. Thank you so much. She came on the second day. And she was telling that yesterday in the evening when I was coming back, I was searching you people.</w:t>
      </w:r>
    </w:p>
    <w:p>
      <w:pPr>
        <w:jc w:val="right"/>
      </w:pPr>
      <w:r>
        <w:t>So these were some of my observations and realizations from the festival۔ Thank you so much۔ She came on the second day۔ And she was telling that yesterday in the evening when I was coming back، I was searching you people۔</w:t>
      </w:r>
    </w:p>
    <w:p>
      <w:r>
        <w:rPr>
          <w:b/>
        </w:rPr>
        <w:t xml:space="preserve">[26:38] </w:t>
      </w:r>
      <w:r>
        <w:t>Where were</w:t>
      </w:r>
    </w:p>
    <w:p>
      <w:pPr>
        <w:jc w:val="right"/>
      </w:pPr>
      <w:r>
        <w:t>Where were</w:t>
      </w:r>
    </w:p>
    <w:p>
      <w:r>
        <w:rPr>
          <w:b/>
        </w:rPr>
        <w:t xml:space="preserve">[26:39] </w:t>
      </w:r>
      <w:r>
        <w:t>you people? I thought I can take it while I was going back. And I didn't find you in the evening. So please give me two copies, one for me and one for my daughter.</w:t>
      </w:r>
    </w:p>
    <w:p>
      <w:pPr>
        <w:jc w:val="right"/>
      </w:pPr>
      <w:r>
        <w:t>you people؟ I thought I can take it while I was going back۔ And I didn't find you in the evening۔ So please give me two copies، one for me and one for my daughter۔</w:t>
      </w:r>
    </w:p>
    <w:p>
      <w:r>
        <w:rPr>
          <w:b/>
        </w:rPr>
        <w:t xml:space="preserve">[26:52] </w:t>
      </w:r>
      <w:r>
        <w:t>And she was like people were searching to take the Quran. It was quite interesting to me to see like you know they are interested</w:t>
      </w:r>
    </w:p>
    <w:p>
      <w:pPr>
        <w:jc w:val="right"/>
      </w:pPr>
      <w:r>
        <w:t>And she was like people were searching to take the قرآن۔ It was quite interesting to me to see like you know they are interested</w:t>
      </w:r>
    </w:p>
    <w:p>
      <w:r>
        <w:rPr>
          <w:b/>
        </w:rPr>
        <w:t xml:space="preserve">[27:03] </w:t>
      </w:r>
      <w:r>
        <w:t>. And this was my apprehension while beginning the task.</w:t>
      </w:r>
    </w:p>
    <w:p>
      <w:pPr>
        <w:jc w:val="right"/>
      </w:pPr>
      <w:r>
        <w:t>۔ And this was my apprehension while beginning the task۔</w:t>
      </w:r>
    </w:p>
    <w:p>
      <w:r>
        <w:rPr>
          <w:b/>
        </w:rPr>
        <w:t xml:space="preserve">[27:12] </w:t>
      </w:r>
      <w:r>
        <w:t>kya yeh khali aise to nahi ho jayega ke time and money ka wastage ho raha hai? Khali hum de rahe hain aur koi isko matlab padhega ya utilize karega bhi ya nahi?</w:t>
      </w:r>
    </w:p>
    <w:p>
      <w:pPr>
        <w:jc w:val="right"/>
      </w:pPr>
      <w:r>
        <w:t>کیا یہ خالی ایسے تو نہیں ہو جائے گا کہ ٹائم and money کا wastage ہو رہا ہے؟ خالی ہم دے رہے ہیں اور کوئی اس کو مطلب پڑھے گا یا utilize کرے گا بھی یا نہیں؟</w:t>
      </w:r>
    </w:p>
    <w:p>
      <w:r>
        <w:rPr>
          <w:b/>
        </w:rPr>
        <w:t xml:space="preserve">[27:22] </w:t>
      </w:r>
      <w:r>
        <w:t>To it was kind of an apprehension. And thank God, God has given me the answer. Like you know I've been staying with my other friends from other universities like Hisar University and all.</w:t>
      </w:r>
    </w:p>
    <w:p>
      <w:pPr>
        <w:jc w:val="right"/>
      </w:pPr>
      <w:r>
        <w:t>تو it was kind of an apprehension۔ And thank God، God has given me the answer۔ Like you know I've been staying with my other friends from other universities like Hisar University and all۔</w:t>
      </w:r>
    </w:p>
    <w:p>
      <w:r>
        <w:rPr>
          <w:b/>
        </w:rPr>
        <w:t xml:space="preserve">[27:33] </w:t>
      </w:r>
      <w:r>
        <w:t>And I would just quote that particular incident of Hisar University students ke woh shaam mein hum log thak thak kar ke wapas jaane ke baad saade saat baje, aath baje ke qareeb saare log baithe aur they asked me like you know if we are, I have gone through, one girl she asked me I have gone through two three pages.</w:t>
      </w:r>
    </w:p>
    <w:p>
      <w:pPr>
        <w:jc w:val="right"/>
      </w:pPr>
      <w:r>
        <w:t>And I would just quote that particular incident of Hisar University students کہ وہ شام میں ہم لوگ تھک تھک کر کے واپس جانے کے بعد ساڑھے سات بجے، آٹھ بجے کے قریب سارے لوگ بیٹھے اور they asked me like you know if we are، I have gone through، one girl she asked me I have gone through two three pages۔</w:t>
      </w:r>
    </w:p>
    <w:p>
      <w:r>
        <w:rPr>
          <w:b/>
        </w:rPr>
        <w:t xml:space="preserve">[27:56] </w:t>
      </w:r>
      <w:r>
        <w:t>But I'm not understanding the background or context of the thing</w:t>
      </w:r>
    </w:p>
    <w:p>
      <w:pPr>
        <w:jc w:val="right"/>
      </w:pPr>
      <w:r>
        <w:t>But I'm not understanding the background اور context of the thing</w:t>
      </w:r>
    </w:p>
    <w:p>
      <w:r>
        <w:rPr>
          <w:b/>
        </w:rPr>
        <w:t xml:space="preserve">[28:01] </w:t>
      </w:r>
      <w:r>
        <w:t>. So I would like if you have some time or something so we can sit in group and we can just read it and you can explain us what is in it.</w:t>
      </w:r>
    </w:p>
    <w:p>
      <w:pPr>
        <w:jc w:val="right"/>
      </w:pPr>
      <w:r>
        <w:t>۔ So I would like if you have some time or something so we can sit in group and we can just read it and you can explain us what is in it۔</w:t>
      </w:r>
    </w:p>
    <w:p>
      <w:r>
        <w:rPr>
          <w:b/>
        </w:rPr>
        <w:t xml:space="preserve">[28:11] </w:t>
      </w:r>
      <w:r>
        <w:t>So this was like you know God has answered me ke foran mujhko jawab mil gaya ke nahi yeh khali mera apna dimagh ka apprehension tha, doubt tha ke log isko padhenge nahi ya log isko samjhenge nahi ya isko utilize nahi karenge</w:t>
      </w:r>
    </w:p>
    <w:p>
      <w:pPr>
        <w:jc w:val="right"/>
      </w:pPr>
      <w:r>
        <w:t>So this was like you know God has answered me کہ فوراً مجھ کو جواب مل گیا کہ نہیں یہ خالی میرا اپنا دماغ کا apprehension تھا، doubt تھا کہ لوگ اس کو پڑھیں گے نہیں یا لوگ اس کو سمجھیں گے نہیں یا اس کو utilize نہیں کریں گ</w:t>
      </w:r>
    </w:p>
    <w:p>
      <w:r>
        <w:rPr>
          <w:b/>
        </w:rPr>
        <w:t xml:space="preserve">[28:28] </w:t>
      </w:r>
      <w:r>
        <w:t>. So thank God that I got the meaning and color to my work, to my journey, to my visit.</w:t>
      </w:r>
    </w:p>
    <w:p>
      <w:pPr>
        <w:jc w:val="right"/>
      </w:pPr>
      <w:r>
        <w:t>ے۔ So thank God that I got the meaning and color to my work، to my journey، to my visit۔</w:t>
      </w:r>
    </w:p>
    <w:p>
      <w:r>
        <w:rPr>
          <w:b/>
        </w:rPr>
        <w:t xml:space="preserve">[28:37] </w:t>
      </w:r>
      <w:r>
        <w:t>And I would be really thankful to all my friends who were there with me who actually helped me out how to</w:t>
      </w:r>
    </w:p>
    <w:p>
      <w:pPr>
        <w:jc w:val="right"/>
      </w:pPr>
      <w:r>
        <w:t>And I would be really thankful to all my friends who were there with me who actually helped me out how to</w:t>
      </w:r>
    </w:p>
    <w:p>
      <w:r>
        <w:rPr>
          <w:b/>
        </w:rPr>
        <w:t xml:space="preserve">[28:50] </w:t>
      </w:r>
      <w:r>
        <w:t>go to people and how to distribute it and how to talk to them, how to have a discussion</w:t>
      </w:r>
    </w:p>
    <w:p>
      <w:pPr>
        <w:jc w:val="right"/>
      </w:pPr>
      <w:r>
        <w:t>go to people and how to distribute it and how to talk to them, how to have a discussion</w:t>
      </w:r>
    </w:p>
    <w:p>
      <w:r>
        <w:rPr>
          <w:b/>
        </w:rPr>
        <w:t xml:space="preserve">[28:56] </w:t>
      </w:r>
      <w:r>
        <w:t>with them. Thank you all. And most importantly thank God. Mera bahut hi dil karne laga ke I wish I were a part of this team.</w:t>
      </w:r>
    </w:p>
    <w:p>
      <w:pPr>
        <w:jc w:val="right"/>
      </w:pPr>
      <w:r>
        <w:t>with them۔ Thank you all۔ And most importantly thank God۔ میرا بہت ہی دل کرنے لگا کہ I wish I were a part of this team۔</w:t>
      </w:r>
    </w:p>
    <w:p>
      <w:r>
        <w:rPr>
          <w:b/>
        </w:rPr>
        <w:t xml:space="preserve">[29:05] </w:t>
      </w:r>
      <w:r>
        <w:t>To 25 tareekh ko asal mein main ek dream batana cha rahi thi. 25 tareekh ko Ramish ka phone aaya. Aur Ramish ke phone se pehle isi raat ko main ne ek dream dekha tha.</w:t>
      </w:r>
    </w:p>
    <w:p>
      <w:pPr>
        <w:jc w:val="right"/>
      </w:pPr>
      <w:r>
        <w:t>تو 25 تاریخ کو اصل میں میں ایک dream بتانا چاہ رہی تھی۔ 25 تاریخ کو رامش کا فون آیا۔ اور رامش کے فون سے پہلے اسی رات کو میں نے ایک dream دیکھا تھا۔</w:t>
      </w:r>
    </w:p>
    <w:p>
      <w:r>
        <w:rPr>
          <w:b/>
        </w:rPr>
        <w:t xml:space="preserve">[29:17] </w:t>
      </w:r>
      <w:r>
        <w:t>To mujhe bilkul bhi nahi maloom tha ke wahan kya kaam ho raha hai.</w:t>
      </w:r>
    </w:p>
    <w:p>
      <w:pPr>
        <w:jc w:val="right"/>
      </w:pPr>
      <w:r>
        <w:t>تو مجھے بالکل بھی نہیں معلوم تھا کہ وہاں کیا کام ہو رہا ہے۔</w:t>
      </w:r>
    </w:p>
    <w:p>
      <w:r>
        <w:rPr>
          <w:b/>
        </w:rPr>
        <w:t xml:space="preserve">[29:21] </w:t>
      </w:r>
      <w:r>
        <w:t>To isi raat ko main ne dream dekha ke mere paas bahut saare kaghazat hain aur is mein saare naam, poori humanity ke, poori entire humanity ke naam likhe hue hain.</w:t>
      </w:r>
    </w:p>
    <w:p>
      <w:pPr>
        <w:jc w:val="right"/>
      </w:pPr>
      <w:r>
        <w:t>تو اسی رات کو میں نے dream دیکھا کہ میرے پاس بہت سارے کاغذات ہیں اور اس میں سارے نام، پوری humanity کے، پوری entire humanity کے نام لکھے ہوئے ہیں۔</w:t>
      </w:r>
    </w:p>
    <w:p>
      <w:r>
        <w:rPr>
          <w:b/>
        </w:rPr>
        <w:t xml:space="preserve">[29:32] </w:t>
      </w:r>
      <w:r>
        <w:t>aur main kaghaz aik aik ult rahi hoon. aur jo jannati log hain un ke naam highlighted hain, jaisay bold kar ke likh diye jatay hain. to mere paas aisay hi log bethe hue hain, main un ko bata rahi hoon.</w:t>
      </w:r>
    </w:p>
    <w:p>
      <w:pPr>
        <w:jc w:val="right"/>
      </w:pPr>
      <w:r>
        <w:t>اور میں کاغذ ایک ایک الٹ رہی ہوں۔ اور جو جنتی لوگ ہیں ان کے نام highlighted ہیں، جیسے bold کر کے لکھ دیے جاتے ہیں۔ تو میرے پاس ایسے ہی لوگ بیٹھے ہوئے ہیں، میں ان کو بتا رہی ہوں۔</w:t>
      </w:r>
    </w:p>
    <w:p>
      <w:r>
        <w:rPr>
          <w:b/>
        </w:rPr>
        <w:t xml:space="preserve">[29:43] </w:t>
      </w:r>
      <w:r>
        <w:t>to har kaghaz pe taqreeban so naam hoga andazan. aur is mein se das, paanch, das, paanch jannati log nikaltay hain.</w:t>
      </w:r>
    </w:p>
    <w:p>
      <w:pPr>
        <w:jc w:val="right"/>
      </w:pPr>
      <w:r>
        <w:t>تو ہر کاغذ پہ تقریباً سو نام ہوگا اندازاً۔ اور اس میں سے دس، پانچ، دس، پانچ جنتی لوگ نکلتے ہیں۔</w:t>
      </w:r>
    </w:p>
    <w:p>
      <w:r>
        <w:rPr>
          <w:b/>
        </w:rPr>
        <w:t xml:space="preserve">[29:51] </w:t>
      </w:r>
      <w:r>
        <w:t>to hotay hotay jab hamaray apna zamana aaya to mere dimagh mein bilkul yeh tha ke yeh jo CPS ka kaam ho raha hai, dawah warq, woh dimagh mein tha.</w:t>
      </w:r>
    </w:p>
    <w:p>
      <w:pPr>
        <w:jc w:val="right"/>
      </w:pPr>
      <w:r>
        <w:t>تو ہوتے ہوتے جب ہمارے اپنا زمانہ آیا تو میرے دماغ میں بالکل یہ تھا کہ یہ جو CPS کا کام ہو رہا ہے، دعویٰ ورق، وہ دماغ میں تھا۔</w:t>
      </w:r>
    </w:p>
    <w:p>
      <w:r>
        <w:rPr>
          <w:b/>
        </w:rPr>
        <w:t xml:space="preserve">[30:02] </w:t>
      </w:r>
      <w:r>
        <w:t>to jab hamara apna zamana aata hai, CPS ka zamana, to itnay ziyada is mein matlab itna clear mujhe yeh dream hai, itnay ziyada naam highlighted hain, itnay ziyada highlighted hain ke ab main naam bata nahi pa rahi hoon, itnay ziyada</w:t>
      </w:r>
    </w:p>
    <w:p>
      <w:pPr>
        <w:jc w:val="right"/>
      </w:pPr>
      <w:r>
        <w:t>تو جب ہمارا اپنا زمانہ آتا ہے، CPS کا زمانہ، تو اتنے زیادہ اس میں مطلب اتنا clear مجھے یہ dream ہے، اتنے زیادہ نام highlighted ہیں، اتنے زیادہ highlighted ہیں کہ اب میں نام بتا نہیں پا رہی ہوں، اتنے زیادہ</w:t>
      </w:r>
    </w:p>
    <w:p>
      <w:r>
        <w:rPr>
          <w:b/>
        </w:rPr>
        <w:t xml:space="preserve">[30:17] </w:t>
      </w:r>
      <w:r>
        <w:t>hain. phir main ne image bhi dekhi ke jaisay bohat saray log nikal kar ke bahar atay hain kisi sawari se, bohat saray log ke jin ko aadmi gin nahi sakta.</w:t>
      </w:r>
    </w:p>
    <w:p>
      <w:pPr>
        <w:jc w:val="right"/>
      </w:pPr>
      <w:r>
        <w:t>ہیں۔ پھر میں نے image بھی دیکھی کہ جیسے بہت سارے لوگ نکل کر کے باہر آتے ہیں کسی سواری سے، بہت سارے لوگ کہ جن کو آدمی گن نہیں سکتا۔</w:t>
      </w:r>
    </w:p>
    <w:p>
      <w:r>
        <w:rPr>
          <w:b/>
        </w:rPr>
        <w:t xml:space="preserve">[30:26] </w:t>
      </w:r>
      <w:r>
        <w:t>to is tareeqay se bohat saray log niklay hain. aur main keh rahi hoon yeh sab jannati log hain. to mujhe bohat ziyada acha laga ke yeh log phir isi din subah ko main ne Ramish ko bataya ke main ne yeh khwab dekha.</w:t>
      </w:r>
    </w:p>
    <w:p>
      <w:pPr>
        <w:jc w:val="right"/>
      </w:pPr>
      <w:r>
        <w:t>تو اس طریقے سے بہت سارے لوگ نکلے ہیں۔ اور میں کہہ رہی ہوں یہ سب جنتی لوگ ہیں۔ تو مجھے بہت زیادہ اچھا لگا کہ یہ لوگ پھر اسی دن صبح کو میں نے رامش کو بتایا کہ میں نے یہ خواب دیکھا۔</w:t>
      </w:r>
    </w:p>
    <w:p>
      <w:r>
        <w:rPr>
          <w:b/>
        </w:rPr>
        <w:t xml:space="preserve">[30:37] </w:t>
      </w:r>
      <w:r>
        <w:t>to Ramish ne bataya ke hum log do hazar copies Quran ki distribute kar chukay hain, aik hi din mein.</w:t>
      </w:r>
    </w:p>
    <w:p>
      <w:pPr>
        <w:jc w:val="right"/>
      </w:pPr>
      <w:r>
        <w:t>تو رامش نے بتایا کہ ہم لوگ دو ہزار copies قرآن کی distribute کر چکے ہیں، ایک ہی دن میں۔</w:t>
      </w:r>
    </w:p>
    <w:p>
      <w:r>
        <w:rPr>
          <w:b/>
        </w:rPr>
        <w:t xml:space="preserve">[30:44] </w:t>
      </w:r>
      <w:r>
        <w:t>to aap logon ki insha Allah taala yeh sab koshishain qabool hongi. aur yeh isi liye main yeh khwab ko share karna chah rahi thi aap logon se.</w:t>
      </w:r>
    </w:p>
    <w:p>
      <w:pPr>
        <w:jc w:val="right"/>
      </w:pPr>
      <w:r>
        <w:t>تو آپ لوگوں کی انشاء اللہ تعالیٰ یہ سب کوششیں قبول ہوں گی۔ اور یہ اسی لیے میں یہ خواب کو share کرنا چاہ رہی تھی آپ لوگوں سے۔</w:t>
      </w:r>
    </w:p>
    <w:p>
      <w:r>
        <w:rPr>
          <w:b/>
        </w:rPr>
        <w:t xml:space="preserve">[30:53] </w:t>
      </w:r>
      <w:r>
        <w:t>mujhe bohat hi ziyada khushi hui ke</w:t>
      </w:r>
    </w:p>
    <w:p>
      <w:pPr>
        <w:jc w:val="right"/>
      </w:pPr>
      <w:r>
        <w:t>مجھے بہت ہی زیادہ خوشی ہوئی کہ</w:t>
      </w:r>
    </w:p>
    <w:p>
      <w:r>
        <w:rPr>
          <w:b/>
        </w:rPr>
        <w:t xml:space="preserve">[30:57] </w:t>
      </w:r>
      <w:r>
        <w:t>mere sathiyon ne</w:t>
      </w:r>
    </w:p>
    <w:p>
      <w:pPr>
        <w:jc w:val="right"/>
      </w:pPr>
      <w:r>
        <w:t>میرے ساتھیوں نے</w:t>
      </w:r>
    </w:p>
    <w:p>
      <w:r>
        <w:rPr>
          <w:b/>
        </w:rPr>
        <w:t xml:space="preserve">[31:04] </w:t>
      </w:r>
      <w:r>
        <w:t>khud apnay incentive se</w:t>
      </w:r>
    </w:p>
    <w:p>
      <w:pPr>
        <w:jc w:val="right"/>
      </w:pPr>
      <w:r>
        <w:t>خود اپنے incentive سے</w:t>
      </w:r>
    </w:p>
    <w:p>
      <w:r>
        <w:rPr>
          <w:b/>
        </w:rPr>
        <w:t xml:space="preserve">[31:09] </w:t>
      </w:r>
      <w:r>
        <w:t>program banaya. aur khud apnay incentive se is ko ja kar wahan par execute kiya.</w:t>
      </w:r>
    </w:p>
    <w:p>
      <w:pPr>
        <w:jc w:val="right"/>
      </w:pPr>
      <w:r>
        <w:t>program بنایا۔ اور خود اپنے incentive سے اس کو جا کر وہاں پر execute کیا۔</w:t>
      </w:r>
    </w:p>
    <w:p>
      <w:r>
        <w:rPr>
          <w:b/>
        </w:rPr>
        <w:t xml:space="preserve">[31:19] </w:t>
      </w:r>
      <w:r>
        <w:t>to yeh bohat hi ziyada khushi ki baat hai ke khud hi khud log sar garam hain, khud hi khud log active hain.</w:t>
      </w:r>
    </w:p>
    <w:p>
      <w:pPr>
        <w:jc w:val="right"/>
      </w:pPr>
      <w:r>
        <w:t>تو یہ بہت ہی زیادہ خوشی کی بات ہے کہ خود ہی خود لوگ سرگرم ہیں، خود ہی خود لوگ active ہیں۔</w:t>
      </w:r>
    </w:p>
    <w:p>
      <w:r>
        <w:rPr>
          <w:b/>
        </w:rPr>
        <w:t xml:space="preserve">[31:32] </w:t>
      </w:r>
      <w:r>
        <w:t>to mujhe Quran ki aik ayat yaad aayi.</w:t>
      </w:r>
    </w:p>
    <w:p>
      <w:pPr>
        <w:jc w:val="right"/>
      </w:pPr>
      <w:r>
        <w:t>تو مجھے قرآن کی ایک آیت یاد آئی۔</w:t>
      </w:r>
    </w:p>
    <w:p>
      <w:r>
        <w:rPr>
          <w:b/>
        </w:rPr>
        <w:t xml:space="preserve">[31:36] </w:t>
      </w:r>
      <w:r>
        <w:t>Quran mein</w:t>
      </w:r>
    </w:p>
    <w:p>
      <w:pPr>
        <w:jc w:val="right"/>
      </w:pPr>
      <w:r>
        <w:t>قرآن میں</w:t>
      </w:r>
    </w:p>
    <w:p>
      <w:r>
        <w:rPr>
          <w:b/>
        </w:rPr>
        <w:t xml:space="preserve">[31:40] </w:t>
      </w:r>
      <w:r>
        <w:t>hazrat Musa ke zamane mein jo yehood thay, un ke baray mein hai. to Allah ne kaha tha ke tum dakhil ho jao arz e muqaddas mein.</w:t>
      </w:r>
    </w:p>
    <w:p>
      <w:pPr>
        <w:jc w:val="right"/>
      </w:pPr>
      <w:r>
        <w:t>حضرت موسیٰ کے زمانے میں جو یہود تھے، ان کے بارے میں ہے۔ تو اللہ نے کہا تھا کہ تم داخل ہو جاؤ ارض مقدس میں۔</w:t>
      </w:r>
    </w:p>
    <w:p>
      <w:r>
        <w:rPr>
          <w:b/>
        </w:rPr>
        <w:t xml:space="preserve">[31:53] </w:t>
      </w:r>
      <w:r>
        <w:t>bas dakhil ho jao.</w:t>
      </w:r>
    </w:p>
    <w:p>
      <w:pPr>
        <w:jc w:val="right"/>
      </w:pPr>
      <w:r>
        <w:t>بس داخل ہو جاؤ۔</w:t>
      </w:r>
    </w:p>
    <w:p>
      <w:r>
        <w:rPr>
          <w:b/>
        </w:rPr>
        <w:t xml:space="preserve">[32:00] </w:t>
      </w:r>
      <w:r>
        <w:t>yani tum bas, tum ko sirf wahan kharay hona hai, chal parna hai. baqi sara kaam farishtay karein ge.</w:t>
      </w:r>
    </w:p>
    <w:p>
      <w:pPr>
        <w:jc w:val="right"/>
      </w:pPr>
      <w:r>
        <w:t>یعنی تم بس، تم کو صرف وہاں کھڑے ہونا ہے، چل پڑنا ہے۔ باقی سارا کام فرشتے کریں گے۔</w:t>
      </w:r>
    </w:p>
    <w:p>
      <w:r>
        <w:rPr>
          <w:b/>
        </w:rPr>
        <w:t xml:space="preserve">[32:09] </w:t>
      </w:r>
      <w:r>
        <w:t>yeh bohat ajeeb baat hai ke Allah ka jo kaam hai, waqeatan agar woh Allah ka kaam hai to is mein aap ko sirf kharay hona hai.</w:t>
      </w:r>
    </w:p>
    <w:p>
      <w:pPr>
        <w:jc w:val="right"/>
      </w:pPr>
      <w:r>
        <w:t>یہ بہت عجیب بات ہے کہ اللہ کا جو کام ہے، واقعتا اگر وہ اللہ کا کام ہے تو اس میں آپ کو صرف کھڑا ہونا ہے۔</w:t>
      </w:r>
    </w:p>
    <w:p>
      <w:r>
        <w:rPr>
          <w:b/>
        </w:rPr>
        <w:t xml:space="preserve">[32:19] </w:t>
      </w:r>
      <w:r>
        <w:t>kharay hotay hi aap dekhtay hain ke kuch unseen forces hain, wahan par aap ka kaam kar rahi hain.</w:t>
      </w:r>
    </w:p>
    <w:p>
      <w:pPr>
        <w:jc w:val="right"/>
      </w:pPr>
      <w:r>
        <w:t>کھڑا ہوتے ہی آپ دیکھتے ہیں کہ کچھ unseen forces ہیں، وہاں پر آپ کا کام کر رہی ہیں۔</w:t>
      </w:r>
    </w:p>
    <w:p>
      <w:r>
        <w:rPr>
          <w:b/>
        </w:rPr>
        <w:t xml:space="preserve">[32:31] </w:t>
      </w:r>
      <w:r>
        <w:t>yeh jo Quran mein ayat hai, yehood ke reference mein, yehood se murad woh ummat e Musa ke reference hain.</w:t>
      </w:r>
    </w:p>
    <w:p>
      <w:pPr>
        <w:jc w:val="right"/>
      </w:pPr>
      <w:r>
        <w:t>یہ جو قرآن میں آیت ہے، یہود کے reference میں، یہود سے مراد وہ امت موسیٰ کے reference ہیں۔</w:t>
      </w:r>
    </w:p>
    <w:p>
      <w:r>
        <w:rPr>
          <w:b/>
        </w:rPr>
        <w:t xml:space="preserve">[32:39] </w:t>
      </w:r>
      <w:r>
        <w:t>to woh hum sab ke liye aik bohat bari khushkhabri hai ke Allah ke kaam mein aisi nahi hai ke aap kharay ho jain, aap wahan pohanch jain, gate aap ka aap khul jaye ga.</w:t>
      </w:r>
    </w:p>
    <w:p>
      <w:pPr>
        <w:jc w:val="right"/>
      </w:pPr>
      <w:r>
        <w:t>تو وہ ہم سب کے لیے ایک بہت بڑی خوشخبری ہے کہ اللہ کے کام میں ایسی نہیں ہے کہ آپ کھڑے ہو جائیں، آپ وہاں پہنچ جائیں، gate آپ کا آپ کھل جائے گا۔</w:t>
      </w:r>
    </w:p>
    <w:p>
      <w:r>
        <w:rPr>
          <w:b/>
        </w:rPr>
        <w:t xml:space="preserve">[32:53] </w:t>
      </w:r>
      <w:r>
        <w:t>jis tarah aaj kal ke zamane mein aap jantay hain ke aik tareeqa hai ke jo gate se pehle jo farsh hota hai, us ke andar aisi technique hoti hai ke wahan qadam aap rakha hai to darwaza khulta chala jata hai.</w:t>
      </w:r>
    </w:p>
    <w:p>
      <w:pPr>
        <w:jc w:val="right"/>
      </w:pPr>
      <w:r>
        <w:t>جس طرح آج کل کے زمانے میں آپ جانتے ہیں کہ ایک طریقہ ہے کہ جو gate سے پہلے جو فرش ہوتا ہے، اس کے اندر ایسی technique ہوتی ہے کہ وہاں قدم آپ رکھا ہے تو دروازہ کھلتا چلا جاتا ہے۔</w:t>
      </w:r>
    </w:p>
    <w:p>
      <w:r>
        <w:rPr>
          <w:b/>
        </w:rPr>
        <w:t xml:space="preserve">[33:10] </w:t>
      </w:r>
      <w:r>
        <w:t>wohi haal hai ke aap gate ke paas pohanchain ge ke darwaza khul jaye ga. to main sirf dua kar sakta hoon ke Allah taala mujh ko bhi aap ke is kaam mein shareek kare aur is kaam ko aagay barhaye, aagay barhaye, aagay barhaye,</w:t>
      </w:r>
    </w:p>
    <w:p>
      <w:pPr>
        <w:jc w:val="right"/>
      </w:pPr>
      <w:r>
        <w:t>وہی حال ہے کہ آپ gate کے پاس پہنچیں گے کہ دروازہ کھل جائے گا۔ تو میں صرف دعا کر سکتا ہوں کہ اللہ تعالیٰ مجھ کو بھی آپ کے اس کام میں شریک کرے اور اس کام کو آگے بڑھائے، آگے بڑھائے، آگے بڑھائے،</w:t>
      </w:r>
    </w:p>
    <w:p>
      <w:r>
        <w:rPr>
          <w:b/>
        </w:rPr>
        <w:t xml:space="preserve">[33:39] </w:t>
      </w:r>
      <w:r>
        <w:t>yahan tak ke yeh kaam global level phail jaye. aur is ke nateejay mein hum sab ko Allah</w:t>
      </w:r>
    </w:p>
    <w:p>
      <w:pPr>
        <w:jc w:val="right"/>
      </w:pPr>
      <w:r>
        <w:t>یہاں تک کہ یہ کام گلوبل لیول پھیل جائے۔ اور اس کے نتیجے میں ہم سب کو اللہ</w:t>
      </w:r>
    </w:p>
    <w:p>
      <w:r>
        <w:rPr>
          <w:b/>
        </w:rPr>
        <w:t xml:space="preserve">[33:51] </w:t>
      </w:r>
      <w:r>
        <w:t>jannat mein dakhil karey.</w:t>
      </w:r>
    </w:p>
    <w:p>
      <w:pPr>
        <w:jc w:val="right"/>
      </w:pPr>
      <w:r>
        <w:t>جنت میں داخل کرے۔</w:t>
      </w:r>
    </w:p>
    <w:p>
      <w:r>
        <w:rPr>
          <w:b/>
        </w:rPr>
        <w:t xml:space="preserve">[33:57] </w:t>
      </w:r>
      <w:r>
        <w:t>mein boorha ho gaya hoon aur us din ka intezar kar raha hoon</w:t>
      </w:r>
    </w:p>
    <w:p>
      <w:pPr>
        <w:jc w:val="right"/>
      </w:pPr>
      <w:r>
        <w:t>میں بوڑھا ہو گیا ہوں اور اس دن کا انتظار کر رہا ہوں</w:t>
      </w:r>
    </w:p>
    <w:p>
      <w:r>
        <w:rPr>
          <w:b/>
        </w:rPr>
        <w:t xml:space="preserve">[34:04] </w:t>
      </w:r>
      <w:r>
        <w:t>jab haj ke maidan mein log ikhatta hon ge,</w:t>
      </w:r>
    </w:p>
    <w:p>
      <w:pPr>
        <w:jc w:val="right"/>
      </w:pPr>
      <w:r>
        <w:t>جب حج کے میدان میں لوگ اکٹھا ہوں گے،</w:t>
      </w:r>
    </w:p>
    <w:p>
      <w:r>
        <w:rPr>
          <w:b/>
        </w:rPr>
        <w:t xml:space="preserve">[34:10] </w:t>
      </w:r>
      <w:r>
        <w:t>saare log. to mujhe umeed hai ke Allah ka farishta wahan awaz de ga.</w:t>
      </w:r>
    </w:p>
    <w:p>
      <w:pPr>
        <w:jc w:val="right"/>
      </w:pPr>
      <w:r>
        <w:t>سارے لوگ۔ تو مجھے امید ہے کہ اللہ کا فرشتہ وہاں آواز دے گا۔</w:t>
      </w:r>
    </w:p>
    <w:p>
      <w:r>
        <w:rPr>
          <w:b/>
        </w:rPr>
        <w:t xml:space="preserve">[34:27] </w:t>
      </w:r>
      <w:r>
        <w:t>Allah ka farishta Allah ke hukum se awaz de ga ke kahan hai CPS ke log?</w:t>
      </w:r>
    </w:p>
    <w:p>
      <w:pPr>
        <w:jc w:val="right"/>
      </w:pPr>
      <w:r>
        <w:t>اللہ کا فرشتہ اللہ کے حکم سے آواز دے گا کہ کہاں ہے سی پی ایس کے لوگ؟</w:t>
      </w:r>
    </w:p>
    <w:p>
      <w:r>
        <w:rPr>
          <w:b/>
        </w:rPr>
        <w:t xml:space="preserve">[34:35] </w:t>
      </w:r>
      <w:r>
        <w:t>woh aa gaya hai.</w:t>
      </w:r>
    </w:p>
    <w:p>
      <w:pPr>
        <w:jc w:val="right"/>
      </w:pPr>
      <w:r>
        <w:t>وہ آگیا ہے۔</w:t>
      </w:r>
    </w:p>
    <w:p>
      <w:r>
        <w:rPr>
          <w:b/>
        </w:rPr>
        <w:t xml:space="preserve">[34:39] </w:t>
      </w:r>
      <w:r>
        <w:t>un ke liye aisi shart gate jannat ka khol diya gaya hai.</w:t>
      </w:r>
    </w:p>
    <w:p>
      <w:pPr>
        <w:jc w:val="right"/>
      </w:pPr>
      <w:r>
        <w:t>ان کے لیے ایسی شرط گیٹ جنت کا کھول دیا گیا ہے۔</w:t>
      </w:r>
    </w:p>
    <w:p>
      <w:r>
        <w:rPr>
          <w:b/>
        </w:rPr>
        <w:t xml:space="preserve">[34:45] </w:t>
      </w:r>
      <w:r>
        <w:t>aur sab log is mein crowd kar ke dakhil ho jayen.</w:t>
      </w:r>
    </w:p>
    <w:p>
      <w:pPr>
        <w:jc w:val="right"/>
      </w:pPr>
      <w:r>
        <w:t>اور سب لوگ اس میں crowd کر کے داخل ہو جائیں۔</w:t>
      </w:r>
    </w:p>
    <w:p>
      <w:r>
        <w:rPr>
          <w:b/>
        </w:rPr>
        <w:t xml:space="preserve">[34:57] </w:t>
      </w:r>
      <w:r>
        <w:t>hum sab ka jo asal goal hai, woh sirf aik hai. oopar hai jannat.</w:t>
      </w:r>
    </w:p>
    <w:p>
      <w:pPr>
        <w:jc w:val="right"/>
      </w:pPr>
      <w:r>
        <w:t>ہم سب کا جو اصل goal ہے، وہ صرف ایک ہے۔ اوپر ہے جنت۔</w:t>
      </w:r>
    </w:p>
    <w:p>
      <w:r>
        <w:rPr>
          <w:b/>
        </w:rPr>
        <w:t xml:space="preserve">[35:09] </w:t>
      </w:r>
      <w:r>
        <w:t>Allah ka kaam karna aur Allah ki jannat mein dakhil ho jana. bas yahi goal hai hamara. to mein dua karta hoon ke Allah taala mujh ko aur aap ko is kaam ke liye qabool farmaye.</w:t>
      </w:r>
    </w:p>
    <w:p>
      <w:pPr>
        <w:jc w:val="right"/>
      </w:pPr>
      <w:r>
        <w:t>اللہ کا کام کرنا اور اللہ کی جنت میں داخل ہو جانا۔ بس یہی goal ہے ہمارا۔ تو میں دعا کرتا ہوں کہ اللہ تعالیٰ مجھ کو اور آپ کو اس کام کے لیے قبول فرمائے۔</w:t>
      </w:r>
    </w:p>
    <w:p>
      <w:r>
        <w:rPr>
          <w:b/>
        </w:rPr>
        <w:t xml:space="preserve">[35:28] </w:t>
      </w:r>
      <w:r>
        <w:t>dunya mein hum se woh kaam le le jo us ka, us ki pasand ka kaam hai. aur akhirat mein hamein apni rehmaton se, apni placings se, apne inaam se nawazey.</w:t>
      </w:r>
    </w:p>
    <w:p>
      <w:pPr>
        <w:jc w:val="right"/>
      </w:pPr>
      <w:r>
        <w:t>دنیا میں ہم سے وہ کام لے لے جو اس کا، اس کی پسند کا کام ہے۔ اور آخرت میں ہمیں اپنی رحمتوں سے، اپنی پلیسنگ سے، اپنے انعام سے نوازے۔</w:t>
      </w:r>
    </w:p>
    <w:p>
      <w:r>
        <w:rPr>
          <w:b/>
        </w:rPr>
        <w:t xml:space="preserve">[35:45] </w:t>
      </w:r>
      <w:r>
        <w:t>yehi dua ke sath mein apni baat ko khatam karta hoon. aqool qooli wastaghfirullah li walakum ajmaeen.</w:t>
      </w:r>
    </w:p>
    <w:p>
      <w:pPr>
        <w:jc w:val="right"/>
      </w:pPr>
      <w:r>
        <w:t>یہی دعا کے ساتھ میں اپنی بات کو ختم کرتا ہوں۔ اقول قولی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