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206, 208, 212, 213 &amp; 214 July 2, 2007 Maulana Wahiduddin Khan</w:t>
      </w:r>
    </w:p>
    <w:p>
      <w:r>
        <w:t>https://www.youtube.com/watch?v=34tQK67_TvQ</w:t>
      </w:r>
    </w:p>
    <w:p>
      <w:r>
        <w:rPr>
          <w:b/>
        </w:rPr>
        <w:t xml:space="preserve">[00:11] </w:t>
      </w:r>
      <w:r>
        <w:t>bismillah rahman rahim, wasalli Allahu alan nabiyyil kareem.</w:t>
      </w:r>
    </w:p>
    <w:p>
      <w:pPr>
        <w:jc w:val="right"/>
      </w:pPr>
      <w:r>
        <w:t>بسم اللہ الرحمن الرحیم، وصلی اللہ علی النبی الکریم.</w:t>
      </w:r>
    </w:p>
    <w:p>
      <w:r>
        <w:rPr>
          <w:b/>
        </w:rPr>
        <w:t xml:space="preserve">[00:19] </w:t>
      </w:r>
      <w:r>
        <w:t>rab ishrah li sadri, wayassir li amri, wahluqdatan min lisani, yafqahu qawli.</w:t>
      </w:r>
    </w:p>
    <w:p>
      <w:pPr>
        <w:jc w:val="right"/>
      </w:pPr>
      <w:r>
        <w:t>رب اشرح لی صدری، ویسر لی امری، واحل العقدۃ من لسانی، یفقہ قولی.</w:t>
      </w:r>
    </w:p>
    <w:p>
      <w:r>
        <w:rPr>
          <w:b/>
        </w:rPr>
        <w:t xml:space="preserve">[00:32] </w:t>
      </w:r>
      <w:r>
        <w:t>chapter number two Quran ka,</w:t>
      </w:r>
    </w:p>
    <w:p>
      <w:pPr>
        <w:jc w:val="right"/>
      </w:pPr>
      <w:r>
        <w:t>چیپٹر نمبر ٹو قرآن کا،</w:t>
      </w:r>
    </w:p>
    <w:p>
      <w:r>
        <w:rPr>
          <w:b/>
        </w:rPr>
        <w:t xml:space="preserve">[00:36] </w:t>
      </w:r>
      <w:r>
        <w:t>is ki kuch ayaton ko le kar is ki tashreeh karein ge, inshallah. dekhiye, Al-Baqarah ki ayat number 206, yani verse number 206</w:t>
      </w:r>
    </w:p>
    <w:p>
      <w:pPr>
        <w:jc w:val="right"/>
      </w:pPr>
      <w:r>
        <w:t>اس کی کچھ آیتوں کو لے کر اس کی تشریح کریں گے، انشاءاللہ۔ دیکھیے، البقرہ کی آیت نمبر 206، یعنی ورس نمبر 206</w:t>
      </w:r>
    </w:p>
    <w:p>
      <w:r>
        <w:rPr>
          <w:b/>
        </w:rPr>
        <w:t xml:space="preserve">[00:57] </w:t>
      </w:r>
      <w:r>
        <w:t>mein Allah taala ne farmaya:</w:t>
      </w:r>
    </w:p>
    <w:p>
      <w:pPr>
        <w:jc w:val="right"/>
      </w:pPr>
      <w:r>
        <w:t>میں اللہ تعالیٰ نے فرمایا:</w:t>
      </w:r>
    </w:p>
    <w:p>
      <w:r>
        <w:rPr>
          <w:b/>
        </w:rPr>
        <w:t xml:space="preserve">[01:03] </w:t>
      </w:r>
      <w:r>
        <w:t>"wa idha qeela lahu ittaqillah, akhadhatul izzatu bil ism. wa idha qeela lahu ittaqillah, akhadhatul izzatu bil ism."</w:t>
      </w:r>
    </w:p>
    <w:p>
      <w:pPr>
        <w:jc w:val="right"/>
      </w:pPr>
      <w:r>
        <w:t>"وإذا قيل له اتق اللہ، أخذت العزة بالاسم. وإذا قيل له اتق اللہ، أخذت العزة بالاسم."</w:t>
      </w:r>
    </w:p>
    <w:p>
      <w:r>
        <w:rPr>
          <w:b/>
        </w:rPr>
        <w:t xml:space="preserve">[01:21] </w:t>
      </w:r>
      <w:r>
        <w:t>jab is se kaha jata hai ke Allah se daro, to is ko woh prestige show bana leta hai aur gunah se lipta rehta hai.</w:t>
      </w:r>
    </w:p>
    <w:p>
      <w:pPr>
        <w:jc w:val="right"/>
      </w:pPr>
      <w:r>
        <w:t>جب اس سے کہا جاتا ہے کہ اللہ سے ڈرو، تو اس کو وہ پریسٹیج شو بنا لیتا ہے اور گناہ سے لپٹا رہتا ہے۔</w:t>
      </w:r>
    </w:p>
    <w:p>
      <w:r>
        <w:rPr>
          <w:b/>
        </w:rPr>
        <w:t xml:space="preserve">[01:40] </w:t>
      </w:r>
      <w:r>
        <w:t>yahan par</w:t>
      </w:r>
    </w:p>
    <w:p>
      <w:pPr>
        <w:jc w:val="right"/>
      </w:pPr>
      <w:r>
        <w:t>یہاں پر</w:t>
      </w:r>
    </w:p>
    <w:p>
      <w:r>
        <w:rPr>
          <w:b/>
        </w:rPr>
        <w:t xml:space="preserve">[01:45] </w:t>
      </w:r>
      <w:r>
        <w:t>pehley yeh samajhne ki cheez hai ke taqwa ka matlab kya hai.</w:t>
      </w:r>
    </w:p>
    <w:p>
      <w:pPr>
        <w:jc w:val="right"/>
      </w:pPr>
      <w:r>
        <w:t>پہلے یہ سمجھنے کی چیز ہے کہ تقویٰ کا مطلب کیا ہے۔</w:t>
      </w:r>
    </w:p>
    <w:p>
      <w:r>
        <w:rPr>
          <w:b/>
        </w:rPr>
        <w:t xml:space="preserve">[01:52] </w:t>
      </w:r>
      <w:r>
        <w:t>dekhein, taqwa ka lafz Quran mein bar bar aaya hai. Quran ke bilkul shuru mein aap parhte hain ke "zalikal kitab la raiba feeh, hudallil muttaqeen."</w:t>
      </w:r>
    </w:p>
    <w:p>
      <w:pPr>
        <w:jc w:val="right"/>
      </w:pPr>
      <w:r>
        <w:t>دیکھیں، تقویٰ کا لفظ قرآن میں بار بار آیا ہے۔ قرآن کے بالکل شروع میں آپ پڑھتے ہیں کہ "ذالک الکتاب العربی فیہ،ھد للمتقین."</w:t>
      </w:r>
    </w:p>
    <w:p>
      <w:r>
        <w:rPr>
          <w:b/>
        </w:rPr>
        <w:t xml:space="preserve">[02:11] </w:t>
      </w:r>
      <w:r>
        <w:t>to taqwa bar bar Quran mein repeat hua hai.</w:t>
      </w:r>
    </w:p>
    <w:p>
      <w:pPr>
        <w:jc w:val="right"/>
      </w:pPr>
      <w:r>
        <w:t>تو تقویٰ بار بار قرآن میں ریپیٹ ہوا ہے۔</w:t>
      </w:r>
    </w:p>
    <w:p>
      <w:r>
        <w:rPr>
          <w:b/>
        </w:rPr>
        <w:t xml:space="preserve">[02:20] </w:t>
      </w:r>
      <w:r>
        <w:t>taqwa ke maani hote hain</w:t>
      </w:r>
    </w:p>
    <w:p>
      <w:pPr>
        <w:jc w:val="right"/>
      </w:pPr>
      <w:r>
        <w:t>تقویٰ کے معنی ہوتے ہیں</w:t>
      </w:r>
    </w:p>
    <w:p>
      <w:r>
        <w:rPr>
          <w:b/>
        </w:rPr>
        <w:t xml:space="preserve">[02:25] </w:t>
      </w:r>
      <w:r>
        <w:t>darna ya bachna.</w:t>
      </w:r>
    </w:p>
    <w:p>
      <w:pPr>
        <w:jc w:val="right"/>
      </w:pPr>
      <w:r>
        <w:t>ڈرنا یا بچنا۔</w:t>
      </w:r>
    </w:p>
    <w:p>
      <w:r>
        <w:rPr>
          <w:b/>
        </w:rPr>
        <w:t xml:space="preserve">[02:30] </w:t>
      </w:r>
      <w:r>
        <w:t>mein samajhta hoon ke is ko is tarah kaha jata hai ke "submission to god by choice."</w:t>
      </w:r>
    </w:p>
    <w:p>
      <w:pPr>
        <w:jc w:val="right"/>
      </w:pPr>
      <w:r>
        <w:t>میں سمجھتا ہوں کہ اس کو اس طرح کہا جاتا ہے کہ "سبمیشن ٹو گاڈ بائی چوائس."</w:t>
      </w:r>
    </w:p>
    <w:p>
      <w:r>
        <w:rPr>
          <w:b/>
        </w:rPr>
        <w:t xml:space="preserve">[02:43] </w:t>
      </w:r>
      <w:r>
        <w:t>dekhein, is kainat mein jitni bhi cheezein hain, woh sab khuda ke muqable mein taqwa ke culture par hain.</w:t>
      </w:r>
    </w:p>
    <w:p>
      <w:pPr>
        <w:jc w:val="right"/>
      </w:pPr>
      <w:r>
        <w:t>دیکھیں، اس کائنات میں جتنی بھی چیزیں ہیں، وہ سب خدا کے مقابلے میں تقویٰ کے کلچر پر ہیں۔</w:t>
      </w:r>
    </w:p>
    <w:p>
      <w:r>
        <w:rPr>
          <w:b/>
        </w:rPr>
        <w:t xml:space="preserve">[02:56] </w:t>
      </w:r>
      <w:r>
        <w:t>taqwa is kainat ka universal culture hai.</w:t>
      </w:r>
    </w:p>
    <w:p>
      <w:pPr>
        <w:jc w:val="right"/>
      </w:pPr>
      <w:r>
        <w:t>تقویٰ اس کائنات کا یونیورسل کلچر ہے۔</w:t>
      </w:r>
    </w:p>
    <w:p>
      <w:r>
        <w:rPr>
          <w:b/>
        </w:rPr>
        <w:t xml:space="preserve">[03:07] </w:t>
      </w:r>
      <w:r>
        <w:t>universal culture hai.</w:t>
      </w:r>
    </w:p>
    <w:p>
      <w:pPr>
        <w:jc w:val="right"/>
      </w:pPr>
      <w:r>
        <w:t>یونیورسل کلچر ہے۔</w:t>
      </w:r>
    </w:p>
    <w:p>
      <w:r>
        <w:rPr>
          <w:b/>
        </w:rPr>
        <w:t xml:space="preserve">[03:12] </w:t>
      </w:r>
      <w:r>
        <w:t>har cheez jo is kainat mein hai, woh</w:t>
      </w:r>
    </w:p>
    <w:p>
      <w:pPr>
        <w:jc w:val="right"/>
      </w:pPr>
      <w:r>
        <w:t>ہر چیز جو اس کائنات میں ہے، وہ</w:t>
      </w:r>
    </w:p>
    <w:p>
      <w:r>
        <w:rPr>
          <w:b/>
        </w:rPr>
        <w:t xml:space="preserve">[03:21] </w:t>
      </w:r>
      <w:r>
        <w:t>khuda se</w:t>
      </w:r>
    </w:p>
    <w:p>
      <w:pPr>
        <w:jc w:val="right"/>
      </w:pPr>
      <w:r>
        <w:t>خدا سے</w:t>
      </w:r>
    </w:p>
    <w:p>
      <w:r>
        <w:rPr>
          <w:b/>
        </w:rPr>
        <w:t xml:space="preserve">[03:24] </w:t>
      </w:r>
      <w:r>
        <w:t>derti hai. har cheez khuda ke hukum ki paband hai.</w:t>
      </w:r>
    </w:p>
    <w:p>
      <w:pPr>
        <w:jc w:val="right"/>
      </w:pPr>
      <w:r>
        <w:t>ڈرتی ہے۔ ہر چیز خدا کے حکم کی پابند ہے۔</w:t>
      </w:r>
    </w:p>
    <w:p>
      <w:r>
        <w:rPr>
          <w:b/>
        </w:rPr>
        <w:t xml:space="preserve">[03:35] </w:t>
      </w:r>
      <w:r>
        <w:t>lekin ek farq hai, yaani submission aur surrender, yeh is kainat ki har cheez ka mazhab hai.</w:t>
      </w:r>
    </w:p>
    <w:p>
      <w:pPr>
        <w:jc w:val="right"/>
      </w:pPr>
      <w:r>
        <w:t>لیکن ایک فرق ہے، یعنی سبمیشن اور سرینڈر، یہ اس کائنات کی ہر چیز کا مذہب ہے۔</w:t>
      </w:r>
    </w:p>
    <w:p>
      <w:r>
        <w:rPr>
          <w:b/>
        </w:rPr>
        <w:t xml:space="preserve">[03:51] </w:t>
      </w:r>
      <w:r>
        <w:t>yaani yeh kehna sahi hoga ke "submission is the only religion for both man and the universe."</w:t>
      </w:r>
    </w:p>
    <w:p>
      <w:pPr>
        <w:jc w:val="right"/>
      </w:pPr>
      <w:r>
        <w:t>یعنی یہ کہنا صحیح ہوگا کہ "سبمیشن از دا اونلی ریلیجن فار بوتھ مین اینڈ دی یونیورس."</w:t>
      </w:r>
    </w:p>
    <w:p>
      <w:r>
        <w:rPr>
          <w:b/>
        </w:rPr>
        <w:t xml:space="preserve">[04:03] </w:t>
      </w:r>
      <w:r>
        <w:t>submission is the only religion for both man and universe. lekin ek farq hai insan mein aur rest of the world, insan mein aur doosri cheezon mein.</w:t>
      </w:r>
    </w:p>
    <w:p>
      <w:pPr>
        <w:jc w:val="right"/>
      </w:pPr>
      <w:r>
        <w:t>سبمیشن از دا اونلی ریلیجن فار بوتھ مین اینڈ یونیورس۔ لیکن ایک فرق ہے انسان میں اور ریسٹ آف دا ورلڈ، انسان میں اور دوسری چیزوں میں۔</w:t>
      </w:r>
    </w:p>
    <w:p>
      <w:r>
        <w:rPr>
          <w:b/>
        </w:rPr>
        <w:t xml:space="preserve">[04:22] </w:t>
      </w:r>
      <w:r>
        <w:t>woh kya? insan ke siwa jo baqi cheezein hain, woh compulsively submission ka tareeqa ikhtiyar ki hui hain.</w:t>
      </w:r>
    </w:p>
    <w:p>
      <w:pPr>
        <w:jc w:val="right"/>
      </w:pPr>
      <w:r>
        <w:t>وہ کیا؟ انسان کے سوا جو بقیہ چیزیں ہیں، وہ کمپلسولی سبمیشن کا طریقہ اختیار کی ہوئی ہیں۔</w:t>
      </w:r>
    </w:p>
    <w:p>
      <w:r>
        <w:rPr>
          <w:b/>
        </w:rPr>
        <w:t xml:space="preserve">[04:34] </w:t>
      </w:r>
      <w:r>
        <w:t>compulsively un ke liye koi choice nahi hai.</w:t>
      </w:r>
    </w:p>
    <w:p>
      <w:pPr>
        <w:jc w:val="right"/>
      </w:pPr>
      <w:r>
        <w:t>کمپلسولی ان کے لیے کوئی چوائس نہیں ہے۔</w:t>
      </w:r>
    </w:p>
    <w:p>
      <w:r>
        <w:rPr>
          <w:b/>
        </w:rPr>
        <w:t xml:space="preserve">[04:39] </w:t>
      </w:r>
      <w:r>
        <w:t>lekin insan ko choice hai kyunke insan ko azadi di gayi hai.</w:t>
      </w:r>
    </w:p>
    <w:p>
      <w:pPr>
        <w:jc w:val="right"/>
      </w:pPr>
      <w:r>
        <w:t>لیکن انسان کو چوائس ہے کیونکہ انسان کو آزادی دی گئی ہے۔</w:t>
      </w:r>
    </w:p>
    <w:p>
      <w:r>
        <w:rPr>
          <w:b/>
        </w:rPr>
        <w:t xml:space="preserve">[04:49] </w:t>
      </w:r>
      <w:r>
        <w:t>baqi cheezein azaad nahi hain.</w:t>
      </w:r>
    </w:p>
    <w:p>
      <w:pPr>
        <w:jc w:val="right"/>
      </w:pPr>
      <w:r>
        <w:t>بقیہ چیزیں آزاد نہیں ہیں۔</w:t>
      </w:r>
    </w:p>
    <w:p>
      <w:r>
        <w:rPr>
          <w:b/>
        </w:rPr>
        <w:t xml:space="preserve">[04:54] </w:t>
      </w:r>
      <w:r>
        <w:t>saara jo material world hai, woh law of nature se control hota hai. aur jo man animal world hai, woh bhi instinct se control hota hai.</w:t>
      </w:r>
    </w:p>
    <w:p>
      <w:pPr>
        <w:jc w:val="right"/>
      </w:pPr>
      <w:r>
        <w:t>سارا جو مٹیریل ورلڈ ہے، وہ لاء آف نیچر سے کنٹرول ہوتا ہے۔ اور جو من اینیمل ورلڈ ہے، وہ بھی انسٹنکٹ سے کنٹرول ہوتا ہے۔</w:t>
      </w:r>
    </w:p>
    <w:p>
      <w:r>
        <w:rPr>
          <w:b/>
        </w:rPr>
        <w:t xml:space="preserve">[05:05] </w:t>
      </w:r>
      <w:r>
        <w:t>lekin insan azaad hai.</w:t>
      </w:r>
    </w:p>
    <w:p>
      <w:pPr>
        <w:jc w:val="right"/>
      </w:pPr>
      <w:r>
        <w:t>لیکن انسان آزاد ہے۔</w:t>
      </w:r>
    </w:p>
    <w:p>
      <w:r>
        <w:rPr>
          <w:b/>
        </w:rPr>
        <w:t xml:space="preserve">[05:09] </w:t>
      </w:r>
      <w:r>
        <w:t>to insan ko bhi submission ke rastay par chalna hai, lekin azaadana ikhtiyar ke tehat.</w:t>
      </w:r>
    </w:p>
    <w:p>
      <w:pPr>
        <w:jc w:val="right"/>
      </w:pPr>
      <w:r>
        <w:t>تو انسان کو بھی سبمیشن کے راستے پر چلنا ہے، لیکن آزادانہ اختیار کے تحت۔</w:t>
      </w:r>
    </w:p>
    <w:p>
      <w:r>
        <w:rPr>
          <w:b/>
        </w:rPr>
        <w:t xml:space="preserve">[05:19] </w:t>
      </w:r>
      <w:r>
        <w:t>yaani insan se jo cheez matloob hai, woh azaadana itaat khudaawandi,</w:t>
      </w:r>
    </w:p>
    <w:p>
      <w:pPr>
        <w:jc w:val="right"/>
      </w:pPr>
      <w:r>
        <w:t>یعنی انسان سے جو چیز مطلوب ہے، وہ آزادانہ اطاعت خداوندی،</w:t>
      </w:r>
    </w:p>
    <w:p>
      <w:r>
        <w:rPr>
          <w:b/>
        </w:rPr>
        <w:t xml:space="preserve">[05:30] </w:t>
      </w:r>
      <w:r>
        <w:t>azaadana tor par Allah se dar kar rehna,</w:t>
      </w:r>
    </w:p>
    <w:p>
      <w:pPr>
        <w:jc w:val="right"/>
      </w:pPr>
      <w:r>
        <w:t>آزادانہ طور پر اللہ سے ڈر کر رہنا،</w:t>
      </w:r>
    </w:p>
    <w:p>
      <w:r>
        <w:rPr>
          <w:b/>
        </w:rPr>
        <w:t xml:space="preserve">[05:36] </w:t>
      </w:r>
      <w:r>
        <w:t>azaadana submission. to isi ko mein ne kaha ke taqwa ka matlab hai "submission to god by choice." isi par jannat hai.</w:t>
      </w:r>
    </w:p>
    <w:p>
      <w:pPr>
        <w:jc w:val="right"/>
      </w:pPr>
      <w:r>
        <w:t>آزادانہ سبمیشن۔ تو اسی کو میں نے کہا کہ تقویٰ کا مطلب ہے "سبمیشن ٹو گاڈ بائی چوائس." اسی پر جنت ہے۔</w:t>
      </w:r>
    </w:p>
    <w:p>
      <w:r>
        <w:rPr>
          <w:b/>
        </w:rPr>
        <w:t xml:space="preserve">[05:54] </w:t>
      </w:r>
      <w:r>
        <w:t>is kainat mein koi bhi doosri cheez nahi hai jis ke liye jannat ho, paradise ho.</w:t>
      </w:r>
    </w:p>
    <w:p>
      <w:pPr>
        <w:jc w:val="right"/>
      </w:pPr>
      <w:r>
        <w:t>اس کائنات میں کوئی بھی دوسری چیز نہیں ہے جس کے لیے جنت ہو، پیراڈائز ہو۔</w:t>
      </w:r>
    </w:p>
    <w:p>
      <w:r>
        <w:rPr>
          <w:b/>
        </w:rPr>
        <w:t xml:space="preserve">[06:01] </w:t>
      </w:r>
      <w:r>
        <w:t>sirf insan hai jis ke liye jannat hai, paradise hai. to is ki price kya hai? yahi is ki price hai: "submission to god by choice." azaadana ikhtiyar ke tehat khuda ka mahtat bana lena apne aap ko,</w:t>
      </w:r>
    </w:p>
    <w:p>
      <w:pPr>
        <w:jc w:val="right"/>
      </w:pPr>
      <w:r>
        <w:t>صرف انسان ہے جس کے لیے جنت ہے، پیراڈائز ہے۔ تو اس کی پرائس کیا ہے؟ یہی اس کی پرائس ہے: "سبمیشن ٹو گاڈ بائی چوائس." آزادانہ اختیار کے تحت خدا کا ماتحت بنا لینا اپنے آپ کو،</w:t>
      </w:r>
    </w:p>
    <w:p>
      <w:r>
        <w:rPr>
          <w:b/>
        </w:rPr>
        <w:t xml:space="preserve">[06:25] </w:t>
      </w:r>
      <w:r>
        <w:t>azaadana ikhtiyar ke sath, azaadana ikhtiyar ke tehat khuda ka, khuda ke aagay surrender kar dena.</w:t>
      </w:r>
    </w:p>
    <w:p>
      <w:pPr>
        <w:jc w:val="right"/>
      </w:pPr>
      <w:r>
        <w:t>آزادانہ اختیار کے ساتھ، آزادانہ اختیار کے تحت خدا کا، خدا کے آگے سرینڈر کر دینا۔</w:t>
      </w:r>
    </w:p>
    <w:p>
      <w:r>
        <w:rPr>
          <w:b/>
        </w:rPr>
        <w:t xml:space="preserve">[06:39] </w:t>
      </w:r>
      <w:r>
        <w:t>to taqwa ka matlab hai "submission to god by choice."</w:t>
      </w:r>
    </w:p>
    <w:p>
      <w:pPr>
        <w:jc w:val="right"/>
      </w:pPr>
      <w:r>
        <w:t>تو تقویٰ کا مطلب ہے "سبمیشن ٹو گاڈ بائی چوائس."</w:t>
      </w:r>
    </w:p>
    <w:p>
      <w:r>
        <w:rPr>
          <w:b/>
        </w:rPr>
        <w:t xml:space="preserve">[06:46] </w:t>
      </w:r>
      <w:r>
        <w:t>to yeh farmaya ayat number 206 mein ke jab is se kaha jata hai ke khuda se daro, to woh is ko izzat ka sawal bana leta hai, prestige issue bana leta hai, aur apne</w:t>
      </w:r>
    </w:p>
    <w:p>
      <w:pPr>
        <w:jc w:val="right"/>
      </w:pPr>
      <w:r>
        <w:t>تو یہ فرمایا آیت نمبر 206 میں کہ جب اس سے کہا جاتا ہے کہ خدا سے ڈرو، تو وہ اس کو عزت کا سوال بنا لیتا ہے، پریسٹیج ایشو بنا لیتا ہے، اور اپنے</w:t>
      </w:r>
    </w:p>
    <w:p>
      <w:r>
        <w:rPr>
          <w:b/>
        </w:rPr>
        <w:t xml:space="preserve">[07:06] </w:t>
      </w:r>
      <w:r>
        <w:t>gunah ke tareeqe par woh qaim rehta hai.</w:t>
      </w:r>
    </w:p>
    <w:p>
      <w:pPr>
        <w:jc w:val="right"/>
      </w:pPr>
      <w:r>
        <w:t>گناہ کے طریقے پر وہ قائم رہتا ہے۔</w:t>
      </w:r>
    </w:p>
    <w:p>
      <w:r>
        <w:rPr>
          <w:b/>
        </w:rPr>
        <w:t xml:space="preserve">[07:11] </w:t>
      </w:r>
      <w:r>
        <w:t>yahan par sochne ki baat hai ke kyun is ko woh izzat ka sawal bana leta hai?</w:t>
      </w:r>
    </w:p>
    <w:p>
      <w:pPr>
        <w:jc w:val="right"/>
      </w:pPr>
      <w:r>
        <w:t>یہاں پر سوچنے کی بات ہے کہ کیوں اس کو وہ عزت کا سوال بنا لیتا ہے؟</w:t>
      </w:r>
    </w:p>
    <w:p>
      <w:r>
        <w:rPr>
          <w:b/>
        </w:rPr>
        <w:t xml:space="preserve">[07:21] </w:t>
      </w:r>
      <w:r>
        <w:t>kyun ke Khuda ke muqable mein har aadmi itna zyada helpless hai, itna zyada ajeez hai ke koi bhi Khuda ke muqable mein izzat ka sawal nahi banaye ga.</w:t>
      </w:r>
    </w:p>
    <w:p>
      <w:pPr>
        <w:jc w:val="right"/>
      </w:pPr>
      <w:r>
        <w:t>کیونکہ خدا کے مقابلے میں ہر آدمی اتنا زیادہ ہیلپ لیس ہے، اتنا زیادہ عاجز ہے کہ کوئی بھی خدا کے مقابلے میں عزت کا سوال نہیں بنائے گا۔</w:t>
      </w:r>
    </w:p>
    <w:p>
      <w:r>
        <w:rPr>
          <w:b/>
        </w:rPr>
        <w:t xml:space="preserve">[07:38] </w:t>
      </w:r>
      <w:r>
        <w:t>yeh hota hai insaan ke muqable mein. Choonke Khuda ki baat ek insaan ke munh se kahi jati hai,</w:t>
      </w:r>
    </w:p>
    <w:p>
      <w:pPr>
        <w:jc w:val="right"/>
      </w:pPr>
      <w:r>
        <w:t>یہ ہوتا ہے انسان کے مقابلے میں۔ چونکہ خدا کی بات ایک انسان کے منہ سے کہی جاتی ہے،</w:t>
      </w:r>
    </w:p>
    <w:p>
      <w:r>
        <w:rPr>
          <w:b/>
        </w:rPr>
        <w:t xml:space="preserve">[07:49] </w:t>
      </w:r>
      <w:r>
        <w:t>Khuda khud direct tor par logon ko nahi kehta, Khuda khud samne nahi aata, Khuda direct tor par address nahi karta.</w:t>
      </w:r>
    </w:p>
    <w:p>
      <w:pPr>
        <w:jc w:val="right"/>
      </w:pPr>
      <w:r>
        <w:t>خدا خود ڈائریکٹ طور پر لوگوں کو نہیں کہتا، خدا خود سامنے نہیں آتا، خدا ڈائریکٹ طور پر ایڈریس نہیں کرتا۔</w:t>
      </w:r>
    </w:p>
    <w:p>
      <w:r>
        <w:rPr>
          <w:b/>
        </w:rPr>
        <w:t xml:space="preserve">[08:04] </w:t>
      </w:r>
      <w:r>
        <w:t>Khuda kisi ko prophet banata hai, messenger banata hai, aur woh Khuda ki taraf se bolta hai.</w:t>
      </w:r>
    </w:p>
    <w:p>
      <w:pPr>
        <w:jc w:val="right"/>
      </w:pPr>
      <w:r>
        <w:t>خدا کسی کو پرافٹ بناتا ہے، میسنجر بناتا ہے، اور وہ خدا کی طرف سے بولتا ہے۔</w:t>
      </w:r>
    </w:p>
    <w:p>
      <w:r>
        <w:rPr>
          <w:b/>
        </w:rPr>
        <w:t xml:space="preserve">[08:16] </w:t>
      </w:r>
      <w:r>
        <w:t>prophet ke baad daai yahi kaam karta hai. Daai jo hai, prophet ki jagah par, yaani peghambar ki jagah par khara hota hai.</w:t>
      </w:r>
    </w:p>
    <w:p>
      <w:pPr>
        <w:jc w:val="right"/>
      </w:pPr>
      <w:r>
        <w:t>پرافٹ کے بعد داعی یہی کام کرتا ہے۔ داعی جو ہے، پرافٹ کی جگہ پر، یعنی پیغمبر کی جگہ پر کھڑا ہوتا ہے۔</w:t>
      </w:r>
    </w:p>
    <w:p>
      <w:r>
        <w:rPr>
          <w:b/>
        </w:rPr>
        <w:t xml:space="preserve">[08:29] </w:t>
      </w:r>
      <w:r>
        <w:t>to dawat ka kaam darasal</w:t>
      </w:r>
    </w:p>
    <w:p>
      <w:pPr>
        <w:jc w:val="right"/>
      </w:pPr>
      <w:r>
        <w:t>تو دعوت کا کام دراصل</w:t>
      </w:r>
    </w:p>
    <w:p>
      <w:r>
        <w:rPr>
          <w:b/>
        </w:rPr>
        <w:t xml:space="preserve">[08:34] </w:t>
      </w:r>
      <w:r>
        <w:t>peghambar ki niyabat hai. Daai peghambar ka qaim muqam hota hai. To</w:t>
      </w:r>
    </w:p>
    <w:p>
      <w:pPr>
        <w:jc w:val="right"/>
      </w:pPr>
      <w:r>
        <w:t>پیغمبر کی نیابت ہے۔ داعی پیغمبر کا قائم مقام ہوتا ہے۔ تو</w:t>
      </w:r>
    </w:p>
    <w:p>
      <w:r>
        <w:rPr>
          <w:b/>
        </w:rPr>
        <w:t xml:space="preserve">[08:42] </w:t>
      </w:r>
      <w:r>
        <w:t>phir bhi insaan hai. To jab ek peghambar ne kaha ke Khuda se daro, gunahgari ki zindagi chodo, Khuda ko ek mano,</w:t>
      </w:r>
    </w:p>
    <w:p>
      <w:pPr>
        <w:jc w:val="right"/>
      </w:pPr>
      <w:r>
        <w:t>پھر بھی انسان ہے۔ تو جب ایک پیغمبر نے کہا کہ خدا سے ڈرو، گناہ گاری کی زندگی چھوڑو، خدا کو ایک مانو،</w:t>
      </w:r>
    </w:p>
    <w:p>
      <w:r>
        <w:rPr>
          <w:b/>
        </w:rPr>
        <w:t xml:space="preserve">[08:55] </w:t>
      </w:r>
      <w:r>
        <w:t>to is ko is ne liya ek insaan ki baat ke tor par,</w:t>
      </w:r>
    </w:p>
    <w:p>
      <w:pPr>
        <w:jc w:val="right"/>
      </w:pPr>
      <w:r>
        <w:t>تو اس کو اس نے لیا ایک انسان کی بات کے طور پر،</w:t>
      </w:r>
    </w:p>
    <w:p>
      <w:r>
        <w:rPr>
          <w:b/>
        </w:rPr>
        <w:t xml:space="preserve">[09:01] </w:t>
      </w:r>
      <w:r>
        <w:t>Khuda ki baat ke tor par nahi. Yeh bohat zyada sochne ki baat hai ke jab bhi aadmi kisi se sunta hai sachai ki baat, jis mein us ko apni ghalti dikhai deti hai,</w:t>
      </w:r>
    </w:p>
    <w:p>
      <w:pPr>
        <w:jc w:val="right"/>
      </w:pPr>
      <w:r>
        <w:t>خدا کی بات کے طور پر نہیں۔ یہ بہت زیادہ سوچنے کی بات ہے کہ جب بھی آدمی کسی سے سنتا ہے سچائی کی بات، جس میں اس کو اپنی غلطی دکھائی دیتی ہے،</w:t>
      </w:r>
    </w:p>
    <w:p>
      <w:r>
        <w:rPr>
          <w:b/>
        </w:rPr>
        <w:t xml:space="preserve">[09:22] </w:t>
      </w:r>
      <w:r>
        <w:t>jis mein dikhai deta hai ke ab tak mein jhoot par khara hua tha, ab mujhe sachai par khara hona hai.</w:t>
      </w:r>
    </w:p>
    <w:p>
      <w:pPr>
        <w:jc w:val="right"/>
      </w:pPr>
      <w:r>
        <w:t>جس میں دکھائی دیتا ہے کہ اب تک میں جھوٹ پر کھڑا ہوا تھا، اب مجھے سچائی پر کھڑا ہونا ہے۔</w:t>
      </w:r>
    </w:p>
    <w:p>
      <w:r>
        <w:rPr>
          <w:b/>
        </w:rPr>
        <w:t xml:space="preserve">[09:30] </w:t>
      </w:r>
      <w:r>
        <w:t>ab tak mein gunahgari mein pada hua tha, ab mujhe neki ke rastay par chalna hai. Ab tak mein apni khwahishon ke peechay daur raha tha,</w:t>
      </w:r>
    </w:p>
    <w:p>
      <w:pPr>
        <w:jc w:val="right"/>
      </w:pPr>
      <w:r>
        <w:t>اب تک میں گناہ گاری میں پڑا ہوا تھا، اب مجھے نیکی کے راستے پر چلنا ہے۔ اب تک میں اپنی خواہشوں کے پیچھے دوڑ رہا تھا،</w:t>
      </w:r>
    </w:p>
    <w:p>
      <w:r>
        <w:rPr>
          <w:b/>
        </w:rPr>
        <w:t xml:space="preserve">[09:44] </w:t>
      </w:r>
      <w:r>
        <w:t>ab mujhe Khuda ke bataye hue principle par chalna hai.</w:t>
      </w:r>
    </w:p>
    <w:p>
      <w:pPr>
        <w:jc w:val="right"/>
      </w:pPr>
      <w:r>
        <w:t>اب مجھے خدا کے بتائے ہوئے پرنسپل پر چلنا ہے۔</w:t>
      </w:r>
    </w:p>
    <w:p>
      <w:r>
        <w:rPr>
          <w:b/>
        </w:rPr>
        <w:t xml:space="preserve">[09:52] </w:t>
      </w:r>
      <w:r>
        <w:t>ab tak mein apni ana ko follow kar raha tha,</w:t>
      </w:r>
    </w:p>
    <w:p>
      <w:pPr>
        <w:jc w:val="right"/>
      </w:pPr>
      <w:r>
        <w:t>اب تک میں اپنی انا کو فالو کر رہا تھا،</w:t>
      </w:r>
    </w:p>
    <w:p>
      <w:r>
        <w:rPr>
          <w:b/>
        </w:rPr>
        <w:t xml:space="preserve">[09:56] </w:t>
      </w:r>
      <w:r>
        <w:t>ab mujhe Khuda ko follow karna hai. To yeh hota hai paigham, yeh hota hai message peghambar ka ya peghambar ke baad daai ka.</w:t>
      </w:r>
    </w:p>
    <w:p>
      <w:pPr>
        <w:jc w:val="right"/>
      </w:pPr>
      <w:r>
        <w:t>اب مجھے خدا کو فالو کرنا ہے۔ تو یہ ہوتا ہے پیغام، یہ ہوتا ہے میسج پیغمبر کا یا پیغمبر کے بعد داعی کا۔</w:t>
      </w:r>
    </w:p>
    <w:p>
      <w:r>
        <w:rPr>
          <w:b/>
        </w:rPr>
        <w:t xml:space="preserve">[10:10] </w:t>
      </w:r>
      <w:r>
        <w:t>to aadmi dekhta hai ke mere samne jo insaan hai, woh jo yeh message de raha hai, to jaisa mein, waisa woh.</w:t>
      </w:r>
    </w:p>
    <w:p>
      <w:pPr>
        <w:jc w:val="right"/>
      </w:pPr>
      <w:r>
        <w:t>تو آدمی دیکھتا ہے کہ میرے سامنے جو انسان ہے، وہ جو یہ میسج دے رہا ہے، تو جیسا میں، ویسا وہ۔</w:t>
      </w:r>
    </w:p>
    <w:p>
      <w:r>
        <w:rPr>
          <w:b/>
        </w:rPr>
        <w:t xml:space="preserve">[10:20] </w:t>
      </w:r>
      <w:r>
        <w:t>mein bhi insaan, yeh bhi insaan. To agar mein is ki baat manoon to goya ke maine ek insaan ke aage, agar mein is ki baat manoon to us ko aisa lagta hai ke mein ek insaan ke aage jhuk gaya.</w:t>
      </w:r>
    </w:p>
    <w:p>
      <w:pPr>
        <w:jc w:val="right"/>
      </w:pPr>
      <w:r>
        <w:t>میں بھی انسان، یہ بھی انسان۔ تو اگر میں اس کی بات مانوں تو گویا کہ میں نے ایک انسان کے آگے، اگر میں اس کی بات مانوں تو اس کو ایسا لگتا ہے کہ میں ایک انسان کے آگے جھک گیا۔</w:t>
      </w:r>
    </w:p>
    <w:p>
      <w:r>
        <w:rPr>
          <w:b/>
        </w:rPr>
        <w:t xml:space="preserve">[10:37] </w:t>
      </w:r>
      <w:r>
        <w:t>dekhen, imaan aur inkaar mein yahi farq hai.</w:t>
      </w:r>
    </w:p>
    <w:p>
      <w:pPr>
        <w:jc w:val="right"/>
      </w:pPr>
      <w:r>
        <w:t>دیکھیں، ایمان اور انکار میں یہی فرق ہے۔</w:t>
      </w:r>
    </w:p>
    <w:p>
      <w:r>
        <w:rPr>
          <w:b/>
        </w:rPr>
        <w:t xml:space="preserve">[10:42] </w:t>
      </w:r>
      <w:r>
        <w:t>jab sachai ka message diya jaye, jab Khuda ki baat le kar koi aadmi khara ho, to jo log</w:t>
      </w:r>
    </w:p>
    <w:p>
      <w:pPr>
        <w:jc w:val="right"/>
      </w:pPr>
      <w:r>
        <w:t>جب سچائی کا میسج دیا جائے، جب خدا کی بات لے کر کوئی آدمی کھڑا ہو، تو جو لوگ</w:t>
      </w:r>
    </w:p>
    <w:p>
      <w:r>
        <w:rPr>
          <w:b/>
        </w:rPr>
        <w:t xml:space="preserve">[10:55] </w:t>
      </w:r>
      <w:r>
        <w:t>yeh samjhen ke yeh Khuda ki baat hai jo ek insaan ki zuban se ada ho rahi hai,</w:t>
      </w:r>
    </w:p>
    <w:p>
      <w:pPr>
        <w:jc w:val="right"/>
      </w:pPr>
      <w:r>
        <w:t>یہ سمجھیں کہ یہ خدا کی بات ہے جو ایک انسان کی زبان سے ادا ہو رہی ہے،</w:t>
      </w:r>
    </w:p>
    <w:p>
      <w:r>
        <w:rPr>
          <w:b/>
        </w:rPr>
        <w:t xml:space="preserve">[11:03] </w:t>
      </w:r>
      <w:r>
        <w:t>yeh Khuda ki baat hai jo ek insaan ki zuban se ada ho rahi hai, to woh foran us ke aage surrender kar den ge.</w:t>
      </w:r>
    </w:p>
    <w:p>
      <w:pPr>
        <w:jc w:val="right"/>
      </w:pPr>
      <w:r>
        <w:t>یہ خدا کی بات ہے جو ایک انسان کی زبان سے ادا ہو رہی ہے، تو وہ فوراً اس کے آگے سرینڈر کر دیں گے۔</w:t>
      </w:r>
    </w:p>
    <w:p>
      <w:r>
        <w:rPr>
          <w:b/>
        </w:rPr>
        <w:t xml:space="preserve">[11:14] </w:t>
      </w:r>
      <w:r>
        <w:t>yeh samajhte hue ke mein is jo surrender kar raha hoon, to kisi insaan ke samne nahi, Khuda ke samne.</w:t>
      </w:r>
    </w:p>
    <w:p>
      <w:pPr>
        <w:jc w:val="right"/>
      </w:pPr>
      <w:r>
        <w:t>یہ سمجھتے ہوئے کہ میں اس جو سرینڈر کر رہا ہوں، تو کسی انسان کے سامنے نہیں، خدا کے سامنے۔</w:t>
      </w:r>
    </w:p>
    <w:p>
      <w:r>
        <w:rPr>
          <w:b/>
        </w:rPr>
        <w:t xml:space="preserve">[11:22] </w:t>
      </w:r>
      <w:r>
        <w:t>to imaan aur inkaar ka yeh farq hai ke jo insaan</w:t>
      </w:r>
    </w:p>
    <w:p>
      <w:pPr>
        <w:jc w:val="right"/>
      </w:pPr>
      <w:r>
        <w:t>تو ایمان اور انکار کا یہ فرق ہے کہ جو انسان</w:t>
      </w:r>
    </w:p>
    <w:p>
      <w:r>
        <w:rPr>
          <w:b/>
        </w:rPr>
        <w:t xml:space="preserve">[11:32] </w:t>
      </w:r>
      <w:r>
        <w:t>sachai ke message ko sune, aur us ko agarche, agarche woh, woh, woh dekhe ke agarche ek aadmi bol raha hai, lekin woh baat jo hai, woh Khuda ki baat hai.</w:t>
      </w:r>
    </w:p>
    <w:p>
      <w:pPr>
        <w:jc w:val="right"/>
      </w:pPr>
      <w:r>
        <w:t>سچائی کے میسج کو سنے، اور اس کو اگرچہ، اگرچہ وہ، وہ، وہ دیکھے کہ اگرچہ ایک آدمی بول رہا ہے، لیکن وہ بات جو ہے، وہ خدا کی بات ہے۔</w:t>
      </w:r>
    </w:p>
    <w:p>
      <w:r>
        <w:rPr>
          <w:b/>
        </w:rPr>
        <w:t xml:space="preserve">[11:48] </w:t>
      </w:r>
      <w:r>
        <w:t>insan ke munh se ada hone wali baat ko woh Khuda ki baat samjhe, to woh us ko apna aur Khuda ka muamla qarar de ga.</w:t>
      </w:r>
    </w:p>
    <w:p>
      <w:pPr>
        <w:jc w:val="right"/>
      </w:pPr>
      <w:r>
        <w:t>انسان کے منہ سے ادا ہونے والی بات کو وہ خدا کی بات سمجھے، تو وہ اس کو اپنا اور خدا کا معاملہ قرار دے گا۔</w:t>
      </w:r>
    </w:p>
    <w:p>
      <w:r>
        <w:rPr>
          <w:b/>
        </w:rPr>
        <w:t xml:space="preserve">[12:02] </w:t>
      </w:r>
      <w:r>
        <w:t>yani ek taraf mein hoon, ek taraf Khuda hai.</w:t>
      </w:r>
    </w:p>
    <w:p>
      <w:pPr>
        <w:jc w:val="right"/>
      </w:pPr>
      <w:r>
        <w:t>یعنی ایک طرف میں ہوں، ایک طرف خدا ہے۔</w:t>
      </w:r>
    </w:p>
    <w:p>
      <w:r>
        <w:rPr>
          <w:b/>
        </w:rPr>
        <w:t xml:space="preserve">[12:06] </w:t>
      </w:r>
      <w:r>
        <w:t>to jo log aisa sochen ge ke yeh Khuda hai jo kisi insan ke marfat mein us ko address kar raha hai, to foran woh submission ka rawaiyya ikhtiyar kar len ge,</w:t>
      </w:r>
    </w:p>
    <w:p>
      <w:pPr>
        <w:jc w:val="right"/>
      </w:pPr>
      <w:r>
        <w:t>تو جو لوگ ایسا سوچیں گے کہ یہ خدا ہے جو کسی انسان کے معرفت میں اس کو ایڈریس کر رہا ہے، تو فوراً وہ سبمیشن کا رویہ اختیار کر لیں گے،</w:t>
      </w:r>
    </w:p>
    <w:p>
      <w:r>
        <w:rPr>
          <w:b/>
        </w:rPr>
        <w:t xml:space="preserve">[12:24] </w:t>
      </w:r>
      <w:r>
        <w:t>kyunke woh us ko insan aur Khuda ka muamla samjhen ge.</w:t>
      </w:r>
    </w:p>
    <w:p>
      <w:pPr>
        <w:jc w:val="right"/>
      </w:pPr>
      <w:r>
        <w:t>کیونکہ وہ اس کو انسان اور خدا کا معاملہ سمجھیں گے۔</w:t>
      </w:r>
    </w:p>
    <w:p>
      <w:r>
        <w:rPr>
          <w:b/>
        </w:rPr>
        <w:t xml:space="preserve">[12:31] </w:t>
      </w:r>
      <w:r>
        <w:t>to iman yeh hai ke dawat ke paigham ko insan aur Khuda ka muamla samajhna.</w:t>
      </w:r>
    </w:p>
    <w:p>
      <w:pPr>
        <w:jc w:val="right"/>
      </w:pPr>
      <w:r>
        <w:t>تو ایمان یہ ہے کہ دعوت کے پیغام کو انسان اور خدا کا معاملہ سمجھنا۔</w:t>
      </w:r>
    </w:p>
    <w:p>
      <w:r>
        <w:rPr>
          <w:b/>
        </w:rPr>
        <w:t xml:space="preserve">[12:41] </w:t>
      </w:r>
      <w:r>
        <w:t>to jo log aisa samjhen ge, wohi momin bante hain, wohi jhuk jaate hain, wohi surrender karte hain. lekin jo log yeh dekhen, woh ek insan hi tha, yeh bol raha hai, ek insan hai, yeh jo us ko paigham de raha hai,</w:t>
      </w:r>
    </w:p>
    <w:p>
      <w:pPr>
        <w:jc w:val="right"/>
      </w:pPr>
      <w:r>
        <w:t>تو جو لوگ ایسا سمجھیں گے، وہی مومن بنتے ہیں، وہی جھک جاتے ہیں، وہی سرینڈر کرتے ہیں۔ لیکن جو لوگ یہ دیکھیں، وہ ایک انسان ہی تھا، یہ بول رہا ہے، ایک انسان ہے، یہ جو اس کو پیغام دے رہا ہے،</w:t>
      </w:r>
    </w:p>
    <w:p>
      <w:r>
        <w:rPr>
          <w:b/>
        </w:rPr>
        <w:t xml:space="preserve">[12:59] </w:t>
      </w:r>
      <w:r>
        <w:t>to apni ghaflat ki wajah se woh us ko insan aur insan ka muamla samajh bethte hain. kyunke ek taraf woh khud hote hain, aur doosri taraf ek daai hai ya ek paighambar hai, to samajhte hain ke yeh to ek insan aur doosre insan ka muamla hai.</w:t>
      </w:r>
    </w:p>
    <w:p>
      <w:pPr>
        <w:jc w:val="right"/>
      </w:pPr>
      <w:r>
        <w:t>تو اپنی غفلت کی وجہ سے وہ اس کو انسان اور انسان کا معاملہ سمجھ بیٹھتے ہیں۔ کیونکہ ایک طرف وہ خود ہوتے ہیں، اور دوسری طرف ایک داعی ہے یا ایک پیغمبر ہے، تو سمجھتے ہیں کہ یہ تو ایک انسان اور دوسرے انسان کا معاملہ ہے۔</w:t>
      </w:r>
    </w:p>
    <w:p>
      <w:r>
        <w:rPr>
          <w:b/>
        </w:rPr>
        <w:t xml:space="preserve">[13:18] </w:t>
      </w:r>
      <w:r>
        <w:t>yahi log hain jo us ko izzat ka sawal bana lete hain, aur yeh log hain jo inkar ki rawish ikhtiyar kar lete hain.</w:t>
      </w:r>
    </w:p>
    <w:p>
      <w:pPr>
        <w:jc w:val="right"/>
      </w:pPr>
      <w:r>
        <w:t>یہی لوگ ہیں جو اس کو عزت کا سوال بنا لیتے ہیں، اور یہ لوگ ہیں جو انکار کی روش اختیار کر لیتے ہیں۔</w:t>
      </w:r>
    </w:p>
    <w:p>
      <w:r>
        <w:rPr>
          <w:b/>
        </w:rPr>
        <w:t xml:space="preserve">[13:27] </w:t>
      </w:r>
      <w:r>
        <w:t>to jo aadmi dawat ke muamle ko insan aur insan ka muamla samajh le, wohi woh hai jo inkar kar de ga, nahi manega.</w:t>
      </w:r>
    </w:p>
    <w:p>
      <w:pPr>
        <w:jc w:val="right"/>
      </w:pPr>
      <w:r>
        <w:t>تو جو آدمی دعوت کے معاملے کو انسان اور انسان کا معاملہ سمجھ لے، وہی وہ ہے جو انکار کر دے گا، نہیں مانے گا۔</w:t>
      </w:r>
    </w:p>
    <w:p>
      <w:r>
        <w:rPr>
          <w:b/>
        </w:rPr>
        <w:t xml:space="preserve">[13:40] </w:t>
      </w:r>
      <w:r>
        <w:t>aur woh insan jo us ko insan aur Khuda ka muamla samjhe, woh surrender kar de ga, aur isi ka naam hai iman.</w:t>
      </w:r>
    </w:p>
    <w:p>
      <w:pPr>
        <w:jc w:val="right"/>
      </w:pPr>
      <w:r>
        <w:t>اور وہ انسان جو اس کو انسان اور خدا کا معاملہ سمجھے، وہ سرینڈر کر دے گا، اور اسی کا نام ہے ایمان۔</w:t>
      </w:r>
    </w:p>
    <w:p>
      <w:r>
        <w:rPr>
          <w:b/>
        </w:rPr>
        <w:t xml:space="preserve">[13:56] </w:t>
      </w:r>
      <w:r>
        <w:t>to yeh farmaya ke yeh, yeh, yeh baat jo hai, yeh sardaron ki baat hai. yani woh log jo kisi society mein sarbarah hote hain, leader hote hain,</w:t>
      </w:r>
    </w:p>
    <w:p>
      <w:pPr>
        <w:jc w:val="right"/>
      </w:pPr>
      <w:r>
        <w:t>تو یہ فرمایا کہ یہ، یہ، یہ بات جو ہے، یہ سرداروں کی بات ہے۔ یعنی وہ لوگ جو کسی سوسائٹی میں سربراہ ہوتے ہیں، لیڈر ہوتے ہیں،</w:t>
      </w:r>
    </w:p>
    <w:p>
      <w:r>
        <w:rPr>
          <w:b/>
        </w:rPr>
        <w:t xml:space="preserve">[14:11] </w:t>
      </w:r>
      <w:r>
        <w:t>unhi ka masla yeh zyada hota hai. aam logon ke liye to bohat asan hota hai surrender karna,</w:t>
      </w:r>
    </w:p>
    <w:p>
      <w:pPr>
        <w:jc w:val="right"/>
      </w:pPr>
      <w:r>
        <w:t>انہی کا مسئلہ یہ زیادہ ہوتا ہے۔ عام لوگوں کے لیے تو بہت آسان ہوتا ہے سرینڈر کرنا،</w:t>
      </w:r>
    </w:p>
    <w:p>
      <w:r>
        <w:rPr>
          <w:b/>
        </w:rPr>
        <w:t xml:space="preserve">[14:18] </w:t>
      </w:r>
      <w:r>
        <w:t>lekin jo sardari mein jee rahe hon, jin ko sardari mili hui ho, jo samaj mein leader ka darja paaye hue hon, unhi ka masla yeh hai ke us ko woh izzat ka sawal bana lete hain.</w:t>
      </w:r>
    </w:p>
    <w:p>
      <w:pPr>
        <w:jc w:val="right"/>
      </w:pPr>
      <w:r>
        <w:t>لیکن جو بڑائی میں جی رہے ہوں، جن کو سرداری ملی ہوئی ہو، جو سماج میں لیڈر کا درجہ پائے ہوئے ہوں، انہی کا مسئلہ یہ ہے کہ اس کو وہ عزت کا سوال بنا لیتے ہیں۔</w:t>
      </w:r>
    </w:p>
    <w:p>
      <w:r>
        <w:rPr>
          <w:b/>
        </w:rPr>
        <w:t xml:space="preserve">[14:34] </w:t>
      </w:r>
      <w:r>
        <w:t>yeh dekh kar ke yeh to insan hai mere samne, mein insan ke aage kyun jhukoon? to ego problem bana lete hain woh.</w:t>
      </w:r>
    </w:p>
    <w:p>
      <w:pPr>
        <w:jc w:val="right"/>
      </w:pPr>
      <w:r>
        <w:t>یہ دیکھ کر کہ یہ تو انسان ہے میرے سامنے، میں انسان کے آگے کیوں جھکوں؟ تو ایگو پرابلم بنا لیتے ہیں وہ۔</w:t>
      </w:r>
    </w:p>
    <w:p>
      <w:r>
        <w:rPr>
          <w:b/>
        </w:rPr>
        <w:t xml:space="preserve">[14:46] </w:t>
      </w:r>
      <w:r>
        <w:t>lekin jo log us ko is tarah len ke yeh agarche ek insan bol raha hai, lekin yeh Khuda ki boli hai, yeh Khuda ki baat hai,</w:t>
      </w:r>
    </w:p>
    <w:p>
      <w:pPr>
        <w:jc w:val="right"/>
      </w:pPr>
      <w:r>
        <w:t>لیکن جو لوگ اس کو اس طرح لیں کہ یہ اگرچہ ایک انسان بول رہا ہے، لیکن یہ خدا کی بولی ہے، یہ خدا کی بات ہے،</w:t>
      </w:r>
    </w:p>
    <w:p>
      <w:r>
        <w:rPr>
          <w:b/>
        </w:rPr>
        <w:t xml:space="preserve">[15:00] </w:t>
      </w:r>
      <w:r>
        <w:t>to woh foran surrender kar den ge. aur jab surrender karenge to woh yahi samjhen ke mein Khuda ke aage jhuk gaya.</w:t>
      </w:r>
    </w:p>
    <w:p>
      <w:pPr>
        <w:jc w:val="right"/>
      </w:pPr>
      <w:r>
        <w:t>تو وہ فوراً سرینڈر کر دیں گے۔ اور جب سرینڈر کریں گے تو وہ یہی سمجھیں کہ میں خدا کے آگے جھک گیا۔</w:t>
      </w:r>
    </w:p>
    <w:p>
      <w:r>
        <w:rPr>
          <w:b/>
        </w:rPr>
        <w:t xml:space="preserve">[15:11] </w:t>
      </w:r>
      <w:r>
        <w:t>isi liye taqwa ka maine bataya ke taqwa naam hai "submission to God by choice". ab dekhiye, is ke aage</w:t>
      </w:r>
    </w:p>
    <w:p>
      <w:pPr>
        <w:jc w:val="right"/>
      </w:pPr>
      <w:r>
        <w:t>اسی لیے تقویٰ کا میں نے بتایا کہ تقویٰ نام ہے "سبمیشن ٹو گاڈ بائی چوائس"۔ اب دیکھیے، اس کے آگے</w:t>
      </w:r>
    </w:p>
    <w:p>
      <w:r>
        <w:rPr>
          <w:b/>
        </w:rPr>
        <w:t xml:space="preserve">[15:28] </w:t>
      </w:r>
      <w:r>
        <w:t>ayat number 208.</w:t>
      </w:r>
    </w:p>
    <w:p>
      <w:pPr>
        <w:jc w:val="right"/>
      </w:pPr>
      <w:r>
        <w:t>آیت نمبر 208۔</w:t>
      </w:r>
    </w:p>
    <w:p>
      <w:r>
        <w:rPr>
          <w:b/>
        </w:rPr>
        <w:t xml:space="preserve">[15:33] </w:t>
      </w:r>
      <w:r>
        <w:t>ayat number 208 mein farmaya: "ya ayyuhal lazeena amanu, ad</w:t>
      </w:r>
    </w:p>
    <w:p>
      <w:pPr>
        <w:jc w:val="right"/>
      </w:pPr>
      <w:r>
        <w:t>آیت نمبر 208 میں فرمایا: "یا ایہا الذین آمنوا، اد</w:t>
      </w:r>
    </w:p>
    <w:p>
      <w:r>
        <w:rPr>
          <w:b/>
        </w:rPr>
        <w:t xml:space="preserve">[15:39] </w:t>
      </w:r>
      <w:r>
        <w:t>kholu fis silm". kaf: "ae iman walo, itaat mein pure ke pure dakhil ho jao".</w:t>
      </w:r>
    </w:p>
    <w:p>
      <w:pPr>
        <w:jc w:val="right"/>
      </w:pPr>
      <w:r>
        <w:t>خلو فی السلم"۔ کف: "اے ایمان والو، اطاعت میں پورے کے پورے داخل ہو جاؤ"۔</w:t>
      </w:r>
    </w:p>
    <w:p>
      <w:r>
        <w:rPr>
          <w:b/>
        </w:rPr>
        <w:t xml:space="preserve">[15:52] </w:t>
      </w:r>
      <w:r>
        <w:t>ae iman walo, itaat mein yani Khuda ki itaat mein pure ke pure dakhil ho jao. is ka matlab kya hai?</w:t>
      </w:r>
    </w:p>
    <w:p>
      <w:pPr>
        <w:jc w:val="right"/>
      </w:pPr>
      <w:r>
        <w:t>اے ایمان والو، اطاعت میں یعنی خدا کی اطاعت میں پورے کے پورے داخل ہو جاؤ۔ اس کا مطلب کیا ہے؟</w:t>
      </w:r>
    </w:p>
    <w:p>
      <w:r>
        <w:rPr>
          <w:b/>
        </w:rPr>
        <w:t xml:space="preserve">[16:02] </w:t>
      </w:r>
      <w:r>
        <w:t>is ka matlab yeh nahi ke sare jo ahkam hain, un ko apne upar naafiz karo.</w:t>
      </w:r>
    </w:p>
    <w:p>
      <w:pPr>
        <w:jc w:val="right"/>
      </w:pPr>
      <w:r>
        <w:t>اس کا مطلب یہ نہیں کہ سارے جو احکام ہیں، ان کو اپنے اوپر نافذ کرو۔</w:t>
      </w:r>
    </w:p>
    <w:p>
      <w:r>
        <w:rPr>
          <w:b/>
        </w:rPr>
        <w:t xml:space="preserve">[16:11] </w:t>
      </w:r>
      <w:r>
        <w:t>is ka yeh matlab nahi hai. is ka matlab hai ke tumhari apni zaat,</w:t>
      </w:r>
    </w:p>
    <w:p>
      <w:pPr>
        <w:jc w:val="right"/>
      </w:pPr>
      <w:r>
        <w:t>اس کا یہ مطلب نہیں ہے۔ اس کا مطلب ہے کہ تمہاری اپنی ذات،</w:t>
      </w:r>
    </w:p>
    <w:p>
      <w:r>
        <w:rPr>
          <w:b/>
        </w:rPr>
        <w:t xml:space="preserve">[16:19] </w:t>
      </w:r>
      <w:r>
        <w:t>tumhari apni zaat ke aitbar se tum</w:t>
      </w:r>
    </w:p>
    <w:p>
      <w:pPr>
        <w:jc w:val="right"/>
      </w:pPr>
      <w:r>
        <w:t>تمہاری اپنی ذات کے اعتبار سے تم</w:t>
      </w:r>
    </w:p>
    <w:p>
      <w:r>
        <w:rPr>
          <w:b/>
        </w:rPr>
        <w:t xml:space="preserve">[16:26] </w:t>
      </w:r>
      <w:r>
        <w:t>it̤aat mein dakhil ho jao.</w:t>
      </w:r>
    </w:p>
    <w:p>
      <w:pPr>
        <w:jc w:val="right"/>
      </w:pPr>
      <w:r>
        <w:t>اطاعت میں داخل ہو جاؤ۔</w:t>
      </w:r>
    </w:p>
    <w:p>
      <w:r>
        <w:rPr>
          <w:b/>
        </w:rPr>
        <w:t xml:space="preserve">[16:30] </w:t>
      </w:r>
      <w:r>
        <w:t>yani Allah ki, Allah ka taqwa ikhtiyar karo, Allah ki yaad mein zindagi guzaro, Allah ki ibaadat karo.</w:t>
      </w:r>
    </w:p>
    <w:p>
      <w:pPr>
        <w:jc w:val="right"/>
      </w:pPr>
      <w:r>
        <w:t>یعنی اللہ کی، اللہ کا تقویٰ اختیار کرو، اللہ کی یاد میں زندگی گزارو، اللہ کی عبادت کرو۔</w:t>
      </w:r>
    </w:p>
    <w:p>
      <w:r>
        <w:rPr>
          <w:b/>
        </w:rPr>
        <w:t xml:space="preserve">[16:50] </w:t>
      </w:r>
      <w:r>
        <w:t>apne bol mein, tumhari zabaan jo chle, jis tarah tumhari jo speech hai, woh Khuda ki jo tum bolo, to yeh soch kar bolo ke tum ko apne har bol ka Khuda ko hisaab dena hai.</w:t>
      </w:r>
    </w:p>
    <w:p>
      <w:pPr>
        <w:jc w:val="right"/>
      </w:pPr>
      <w:r>
        <w:t>اپنے بول میں، تمہاری زبان جو چلے، جس طرح تمہاری جو سپیچ ہے، وہ خدا کی جو تم بولو، تو یہ سوچ کر بولو کہ تم کو اپنے ہر بول کا خدا کو حساب دینا ہے۔</w:t>
      </w:r>
    </w:p>
    <w:p>
      <w:r>
        <w:rPr>
          <w:b/>
        </w:rPr>
        <w:t xml:space="preserve">[17:13] </w:t>
      </w:r>
      <w:r>
        <w:t>to tumhari speech, tumhara behavior, tumhara character, tumhare activities, tumhari dealing family ke andar, family ke bahar,</w:t>
      </w:r>
    </w:p>
    <w:p>
      <w:pPr>
        <w:jc w:val="right"/>
      </w:pPr>
      <w:r>
        <w:t>تو تمہاری سپیچ، تمہارا بیہیویئر، تمہارا کریکٹر، تمہارے ایکٹیویٹیز، تمہاری ڈیلنگ فیملی کے اندر، فیملی کے باہر،</w:t>
      </w:r>
    </w:p>
    <w:p>
      <w:r>
        <w:rPr>
          <w:b/>
        </w:rPr>
        <w:t xml:space="preserve">[17:31] </w:t>
      </w:r>
      <w:r>
        <w:t>khule haal, khule mein aur chhupe mein, har haal mein, as an individual, tumhari jo raush hai, woh poori ki poori Islam par ho.</w:t>
      </w:r>
    </w:p>
    <w:p>
      <w:pPr>
        <w:jc w:val="right"/>
      </w:pPr>
      <w:r>
        <w:t>کھلے حال، کھلے میں اور چھپے میں، ہر حال میں، ایز این انڈیویجول، تمہاری جو روش ہے، وہ پوری کی پوری اسلام پر ہو۔</w:t>
      </w:r>
    </w:p>
    <w:p>
      <w:r>
        <w:rPr>
          <w:b/>
        </w:rPr>
        <w:t xml:space="preserve">[17:44] </w:t>
      </w:r>
      <w:r>
        <w:t>to yeh jo farmaya ke Islam mein poore ke poore dakhil ho jao, yeh individual ke aitbaar se hai, fard ke aitbaar se hai.</w:t>
      </w:r>
    </w:p>
    <w:p>
      <w:pPr>
        <w:jc w:val="right"/>
      </w:pPr>
      <w:r>
        <w:t>تو یہ جو فرمایا کہ اسلام میں پورے کے پورے داخل ہو جاؤ، یہ انڈیویجول کے اعتبار سے ہے، فرد کے اعتبار سے ہے۔</w:t>
      </w:r>
    </w:p>
    <w:p>
      <w:r>
        <w:rPr>
          <w:b/>
        </w:rPr>
        <w:t xml:space="preserve">[17:53] </w:t>
      </w:r>
      <w:r>
        <w:t>iska matlab nahi ke lad kar ke hukoomaton ko badlo aur Islami hukoomat qaim karo aur saare qanoon Islam ke naafiz karo, tab ja kar ke tum Islam mein mukammal it̤aat karne wale bano ge.</w:t>
      </w:r>
    </w:p>
    <w:p>
      <w:pPr>
        <w:jc w:val="right"/>
      </w:pPr>
      <w:r>
        <w:t>اس کا مطلب نہیں کہ لڑ کر کے حکومتوں کو بدلو اور اسلامی حکومت قائم کرو اور سارے قوانین اسلام کے نافذ کرو، تب جا کر کے تم اسلام میں مکمل اطاعت کرنے والے بنو گے۔</w:t>
      </w:r>
    </w:p>
    <w:p>
      <w:r>
        <w:rPr>
          <w:b/>
        </w:rPr>
        <w:t xml:space="preserve">[18:09] </w:t>
      </w:r>
      <w:r>
        <w:t>yeh sab bilkul absurd baatein hain.</w:t>
      </w:r>
    </w:p>
    <w:p>
      <w:pPr>
        <w:jc w:val="right"/>
      </w:pPr>
      <w:r>
        <w:t>یہ سب بالکل ایبسرٹ باتیں ہیں۔</w:t>
      </w:r>
    </w:p>
    <w:p>
      <w:r>
        <w:rPr>
          <w:b/>
        </w:rPr>
        <w:t xml:space="preserve">[18:12] </w:t>
      </w:r>
      <w:r>
        <w:t>iska is aayat se koi ta'alluq nahi hai. Yani poore ke poore Islam mein dakhil ho jao, maano as a, as an individual, tumhara as a fard, tum jo ek fard ho, ek insaan ho,</w:t>
      </w:r>
    </w:p>
    <w:p>
      <w:pPr>
        <w:jc w:val="right"/>
      </w:pPr>
      <w:r>
        <w:t>اس کا اس آیت سے کوئی تعلق نہیں ہے۔ یعنی پورے کے پورے اسلام میں داخل ہو جاؤ، مانیں ایز اے، ایز این انڈیویجول، تمہارا ایز اے فرد، تم جو ایک فرد ہو، ایک انسان ہو،</w:t>
      </w:r>
    </w:p>
    <w:p>
      <w:r>
        <w:rPr>
          <w:b/>
        </w:rPr>
        <w:t xml:space="preserve">[18:28] </w:t>
      </w:r>
      <w:r>
        <w:t>to tum ko tumhari niyat, tumhara qaul, tumhari sarkargi, tumhara behavior, tumhari dealing, yeh jo tum se, yeh jo tumhari daily life hai,</w:t>
      </w:r>
    </w:p>
    <w:p>
      <w:pPr>
        <w:jc w:val="right"/>
      </w:pPr>
      <w:r>
        <w:t>تو تم کو تمہاری نیت، تمہارا قول، تمہاری سرگرمی، تمہارا بیہیویئر، تمہاری ڈیلنگ، یہ جو تم سے، یہ جو تمہاری ڈیلی لائف ہے،</w:t>
      </w:r>
    </w:p>
    <w:p>
      <w:r>
        <w:rPr>
          <w:b/>
        </w:rPr>
        <w:t xml:space="preserve">[18:43] </w:t>
      </w:r>
      <w:r>
        <w:t>fard ki hesiyat se rozana jo tum karte ho, in sab mein tum ko Khuda ke ahkaam ki pabandi karni hai.</w:t>
      </w:r>
    </w:p>
    <w:p>
      <w:pPr>
        <w:jc w:val="right"/>
      </w:pPr>
      <w:r>
        <w:t>فرد کی حیثیت سے روزانہ جو تم کرتے ہو، ان سب میں تم کو خدا کے احکام کی پابندی کرنی ہے۔</w:t>
      </w:r>
    </w:p>
    <w:p>
      <w:r>
        <w:rPr>
          <w:b/>
        </w:rPr>
        <w:t xml:space="preserve">[18:55] </w:t>
      </w:r>
      <w:r>
        <w:t>iska yeh matlab nahi ke ijtimaa'i zindagi mein inqilaab paida karo, hukoomaton se lad kar ke hukoomat Islami qanoon naafiz karo.</w:t>
      </w:r>
    </w:p>
    <w:p>
      <w:pPr>
        <w:jc w:val="right"/>
      </w:pPr>
      <w:r>
        <w:t>اس کا یہ مطلب نہیں کہ اجتماعی زندگی میں انقلاب پیدا کرو، حکومتوں سے لڑ کر کے حکومت اسلامی قوانین نافذ کرو۔</w:t>
      </w:r>
    </w:p>
    <w:p>
      <w:r>
        <w:rPr>
          <w:b/>
        </w:rPr>
        <w:t xml:space="preserve">[19:05] </w:t>
      </w:r>
      <w:r>
        <w:t>iska is aayat se koi ta'alluq nahi hai. Aisi har tashreeh bilkul baatil hai, absurd hai.</w:t>
      </w:r>
    </w:p>
    <w:p>
      <w:pPr>
        <w:jc w:val="right"/>
      </w:pPr>
      <w:r>
        <w:t>اس کا اس آیت سے کوئی تعلق نہیں ہے۔ ایسی ہر تشریح بالکل باطل ہے، ایبسرٹ ہے۔</w:t>
      </w:r>
    </w:p>
    <w:p>
      <w:r>
        <w:rPr>
          <w:b/>
        </w:rPr>
        <w:t xml:space="preserve">[19:15] </w:t>
      </w:r>
      <w:r>
        <w:t>aap jante hain ke ek insaan ko rozana aise mamlaat pesh aate hain jis mein us ko kuch karna parta hai.</w:t>
      </w:r>
    </w:p>
    <w:p>
      <w:pPr>
        <w:jc w:val="right"/>
      </w:pPr>
      <w:r>
        <w:t>آپ جانتے ہیں کہ ایک انسان کو روزانہ ایسے معاملات پیش آتے ہیں جس میں اس کو کچھ کرنا پڑتا ہے۔</w:t>
      </w:r>
    </w:p>
    <w:p>
      <w:r>
        <w:rPr>
          <w:b/>
        </w:rPr>
        <w:t xml:space="preserve">[19:26] </w:t>
      </w:r>
      <w:r>
        <w:t>uski soch, uski niyat, uske bol, uska behavior, uska akhlaq, uske mamlaat, har cheez mein us ko koi rukh ikhtiyar karna parta hai, koi rukh, koi pattern.</w:t>
      </w:r>
    </w:p>
    <w:p>
      <w:pPr>
        <w:jc w:val="right"/>
      </w:pPr>
      <w:r>
        <w:t>اس کی سوچ، اس کی نیت، اس کے بول، اس کا بیہیویئر، اس کا اخلاق، اس کے معاملات، ہر چیز میں اس کو کوئی رخ اختیار کرنا پڑتا ہے، کوئی رخ، کوئی پیٹرن۔</w:t>
      </w:r>
    </w:p>
    <w:p>
      <w:r>
        <w:rPr>
          <w:b/>
        </w:rPr>
        <w:t xml:space="preserve">[19:44] </w:t>
      </w:r>
      <w:r>
        <w:t>to us ko Islam par dhalo, yani apni infiradi zindagi ko Islam par dhalo. Matlab yeh hai is ka</w:t>
      </w:r>
    </w:p>
    <w:p>
      <w:pPr>
        <w:jc w:val="right"/>
      </w:pPr>
      <w:r>
        <w:t>تو اس کو اسلام پر ڈھالو، یعنی اپنی انفرادی زندگی کو اسلام پر ڈھالو۔ مطلب یہ ہے اس کا</w:t>
      </w:r>
    </w:p>
    <w:p>
      <w:r>
        <w:rPr>
          <w:b/>
        </w:rPr>
        <w:t xml:space="preserve">[19:53] </w:t>
      </w:r>
      <w:r>
        <w:t>jo tumhari infiradi zindagi hai, ek fard ki hesiyat se jo tumhari zindagi hai, us ko poori tarah, mukammal taur par Islam ke tareeqe par dhaal do.</w:t>
      </w:r>
    </w:p>
    <w:p>
      <w:pPr>
        <w:jc w:val="right"/>
      </w:pPr>
      <w:r>
        <w:t>جو تمہاری انفرادی زندگی ہے، ایک فرد کی حیثیت سے جو تمہاری زندگی ہے، اس کو پوری طرح، مکمل طور پر اسلام کے طریقے پر ڈھال دو۔</w:t>
      </w:r>
    </w:p>
    <w:p>
      <w:r>
        <w:rPr>
          <w:b/>
        </w:rPr>
        <w:t xml:space="preserve">[20:09] </w:t>
      </w:r>
      <w:r>
        <w:t>tumhari apni jo fard ki hesiyat se zindagi hai, uska koi hissa Islam ke bahar na rahe.</w:t>
      </w:r>
    </w:p>
    <w:p>
      <w:pPr>
        <w:jc w:val="right"/>
      </w:pPr>
      <w:r>
        <w:t>تمہاری اپنی جو فرد کی حیثیت سے زندگی ہے، اس کا کوئی حصہ اسلام کے باہر نہ رہے۔</w:t>
      </w:r>
    </w:p>
    <w:p>
      <w:r>
        <w:rPr>
          <w:b/>
        </w:rPr>
        <w:t xml:space="preserve">[20:15] </w:t>
      </w:r>
      <w:r>
        <w:t>misal ke taur par, aisa na ho ke tum masjid mein namaz to parho aur jab apne business mein jao to business mein tum logon ko dhoka do, logon se jhoot bolo,</w:t>
      </w:r>
    </w:p>
    <w:p>
      <w:pPr>
        <w:jc w:val="right"/>
      </w:pPr>
      <w:r>
        <w:t>مثال کے طور پر، ایسا نہ ہو کہ تم مسجد میں نماز تو پڑھو اور جب اپنے بزنس میں جاؤ تو بزنس میں تم لوگوں کو دھوکہ دو، لوگوں سے جھوٹ بولو،</w:t>
      </w:r>
    </w:p>
    <w:p>
      <w:r>
        <w:rPr>
          <w:b/>
        </w:rPr>
        <w:t xml:space="preserve">[20:29] </w:t>
      </w:r>
      <w:r>
        <w:t>logon ko exploit karo, galat sauda do logon ko. Aisa mat karo.</w:t>
      </w:r>
    </w:p>
    <w:p>
      <w:pPr>
        <w:jc w:val="right"/>
      </w:pPr>
      <w:r>
        <w:t>لوگوں کو ایکسپائٹ کرو، غلط سودا دو لوگوں کو۔ ایسا مت کرو۔</w:t>
      </w:r>
    </w:p>
    <w:p>
      <w:r>
        <w:rPr>
          <w:b/>
        </w:rPr>
        <w:t xml:space="preserve">[20:38] </w:t>
      </w:r>
      <w:r>
        <w:t>ya yeh ke tum saal mein jab Ramzan ka mahina aaye to roza rakho, lekin saath saath logon se jhagda karo.</w:t>
      </w:r>
    </w:p>
    <w:p>
      <w:pPr>
        <w:jc w:val="right"/>
      </w:pPr>
      <w:r>
        <w:t>یا یہ کہ تم سال میں جب رمضان کا مہینہ آئے تو روزہ رکھو، لیکن ساتھ ساتھ لوگوں سے جھگڑا کرو۔</w:t>
      </w:r>
    </w:p>
    <w:p>
      <w:r>
        <w:rPr>
          <w:b/>
        </w:rPr>
        <w:t xml:space="preserve">[20:51] </w:t>
      </w:r>
      <w:r>
        <w:t>to yeh jo cheez hai ke hum masjid ki ibaadat to kar lein, lekin mamlaat mein hum sarkash ban jayein, is se mana kiya gaya hai.</w:t>
      </w:r>
    </w:p>
    <w:p>
      <w:pPr>
        <w:jc w:val="right"/>
      </w:pPr>
      <w:r>
        <w:t>تو یہ جو چیز ہے کہ ہم مسجد کی عبادت تو کر لیں، لیکن معاملات میں ہم سرکش بن جائیں، اس سے منع کیا گیا ہے۔</w:t>
      </w:r>
    </w:p>
    <w:p>
      <w:r>
        <w:rPr>
          <w:b/>
        </w:rPr>
        <w:t xml:space="preserve">[21:07] </w:t>
      </w:r>
      <w:r>
        <w:t>ek fard ki hesiyat se jo zindagi hamari hai, chahe woh masjid mein ho, masjid ke bahar ho, family mein ho, family ke bahar ho, woh poori ki poori Islam ke rang mein rangi hui ho.</w:t>
      </w:r>
    </w:p>
    <w:p>
      <w:pPr>
        <w:jc w:val="right"/>
      </w:pPr>
      <w:r>
        <w:t>ایک فرد کی حیثیت سے جو زندگی ہماری ہے، چاہے وہ مسجد میں ہو، مسجد کے باہر ہو، فیملی میں ہو، فیملی کے باہر ہو، وہ پوری کی پوری اسلام کے رنگ میں رنگی ہوئی ہو۔</w:t>
      </w:r>
    </w:p>
    <w:p>
      <w:r>
        <w:rPr>
          <w:b/>
        </w:rPr>
        <w:t xml:space="preserve">[21:24] </w:t>
      </w:r>
      <w:r>
        <w:t>yeh matlab hai is aayat ka ke "ya ayyuhal ladhina amanu, adkhulu fis silmi". Kaf:</w:t>
      </w:r>
    </w:p>
    <w:p>
      <w:pPr>
        <w:jc w:val="right"/>
      </w:pPr>
      <w:r>
        <w:t>یہ مطلب ہے اس آیت کا کہ "یا ایہا الذین آمنوا، ادخلو فی السلم"۔ کف:</w:t>
      </w:r>
    </w:p>
    <w:p>
      <w:r>
        <w:rPr>
          <w:b/>
        </w:rPr>
        <w:t xml:space="preserve">[21:33] </w:t>
      </w:r>
      <w:r>
        <w:t>"Ae iman walo, jab tum iman laye ho, jab tum ne kalma parh liya hai, jab tum ne Allah ka iqraar kar liya hai, peghambar ka iqraar kar liya hai,</w:t>
      </w:r>
    </w:p>
    <w:p>
      <w:pPr>
        <w:jc w:val="right"/>
      </w:pPr>
      <w:r>
        <w:t>"اے ایمان والو، جب تم ایمان لائے ہو، جب تم نے کلمہ پڑھ لیا ہے، جب تم نے اللہ کا اقرار کر لیا ہے، پیغمبر کا اقرار کر لیا ہے،</w:t>
      </w:r>
    </w:p>
    <w:p>
      <w:r>
        <w:rPr>
          <w:b/>
        </w:rPr>
        <w:t xml:space="preserve">[21:47] </w:t>
      </w:r>
      <w:r>
        <w:t>to ab tumhara farz ban jata hai ke tum, tum apni rozmarra ki zindagi ko, apni inforadi sargarmiyon ko poori tarah Allah ki itaat mein de do."</w:t>
      </w:r>
    </w:p>
    <w:p>
      <w:pPr>
        <w:jc w:val="right"/>
      </w:pPr>
      <w:r>
        <w:t>تو اب تمہارا فرض بن جاتا ہے کہ تم، تم اپنی روزمرہ کی زندگی کو، اپنی انفرادی سرگرمیوں کو پوری طرح اللہ کی اطاعت میں دے دو۔"</w:t>
      </w:r>
    </w:p>
    <w:p>
      <w:r>
        <w:rPr>
          <w:b/>
        </w:rPr>
        <w:t xml:space="preserve">[22:07] </w:t>
      </w:r>
      <w:r>
        <w:t>isi tarah dekhiye, ayat Surah Al-Baqarah ki ayat number 212 lijiye. 212 is mein farmaya ke "Zain lil-ladheena,</w:t>
      </w:r>
    </w:p>
    <w:p>
      <w:pPr>
        <w:jc w:val="right"/>
      </w:pPr>
      <w:r>
        <w:t>اسی طرح دیکھیے، آیت سورہ البقرہ کی آیت نمبر 212 لیجئے۔ 212 اس میں فرمایا کہ "زین للذین،</w:t>
      </w:r>
    </w:p>
    <w:p>
      <w:r>
        <w:rPr>
          <w:b/>
        </w:rPr>
        <w:t xml:space="preserve">[22:26] </w:t>
      </w:r>
      <w:r>
        <w:t>Zain lil-ladheena kafar al-hayat ad-dunya, Zain lil-ladheena kafar al-hayat ad-dunya".</w:t>
      </w:r>
    </w:p>
    <w:p>
      <w:pPr>
        <w:jc w:val="right"/>
      </w:pPr>
      <w:r>
        <w:t>زین للذین کفر الحیات الدنیا، زین للذین کفر الحیات الدنیا"۔</w:t>
      </w:r>
    </w:p>
    <w:p>
      <w:r>
        <w:rPr>
          <w:b/>
        </w:rPr>
        <w:t xml:space="preserve">[22:38] </w:t>
      </w:r>
      <w:r>
        <w:t>jinhon ne inkar kiya, un ko</w:t>
      </w:r>
    </w:p>
    <w:p>
      <w:pPr>
        <w:jc w:val="right"/>
      </w:pPr>
      <w:r>
        <w:t>جنہوں نے انکار کیا، ان کو</w:t>
      </w:r>
    </w:p>
    <w:p>
      <w:r>
        <w:rPr>
          <w:b/>
        </w:rPr>
        <w:t xml:space="preserve">[22:43] </w:t>
      </w:r>
      <w:r>
        <w:t>jinhon ne inkar kiya, un ke liye dunya ki zindagi mazeen kar di gayi hai.</w:t>
      </w:r>
    </w:p>
    <w:p>
      <w:pPr>
        <w:jc w:val="right"/>
      </w:pPr>
      <w:r>
        <w:t>جنہوں نے انکار کیا، ان کے لیے دنیا کی زندگی مزین کر دی گئی ہے۔</w:t>
      </w:r>
    </w:p>
    <w:p>
      <w:r>
        <w:rPr>
          <w:b/>
        </w:rPr>
        <w:t xml:space="preserve">[22:51] </w:t>
      </w:r>
      <w:r>
        <w:t>yeh dunya ki zindagi hamari hai, to inkar karne walon ko woh mazeen kar di gayi hai.</w:t>
      </w:r>
    </w:p>
    <w:p>
      <w:pPr>
        <w:jc w:val="right"/>
      </w:pPr>
      <w:r>
        <w:t>یہ دنیا کی زندگی ہماری ہے، تو انکار کرنے والوں کو وہ مزین کر دی گئی ہے۔</w:t>
      </w:r>
    </w:p>
    <w:p>
      <w:r>
        <w:rPr>
          <w:b/>
        </w:rPr>
        <w:t xml:space="preserve">[23:00] </w:t>
      </w:r>
      <w:r>
        <w:t>is ka matlab kya hai?</w:t>
      </w:r>
    </w:p>
    <w:p>
      <w:pPr>
        <w:jc w:val="right"/>
      </w:pPr>
      <w:r>
        <w:t>اس کا مطلب کیا ہے؟</w:t>
      </w:r>
    </w:p>
    <w:p>
      <w:r>
        <w:rPr>
          <w:b/>
        </w:rPr>
        <w:t xml:space="preserve">[23:05] </w:t>
      </w:r>
      <w:r>
        <w:t>inkar ki rawish jo hai, yeh hai</w:t>
      </w:r>
    </w:p>
    <w:p>
      <w:pPr>
        <w:jc w:val="right"/>
      </w:pPr>
      <w:r>
        <w:t>انکار کی روش جو ہے، یہ ہے</w:t>
      </w:r>
    </w:p>
    <w:p>
      <w:r>
        <w:rPr>
          <w:b/>
        </w:rPr>
        <w:t xml:space="preserve">[23:12] </w:t>
      </w:r>
      <w:r>
        <w:t>kufr ke mani inkar ke hain.</w:t>
      </w:r>
    </w:p>
    <w:p>
      <w:pPr>
        <w:jc w:val="right"/>
      </w:pPr>
      <w:r>
        <w:t>کفر کے معنی انکار کے ہیں۔</w:t>
      </w:r>
    </w:p>
    <w:p>
      <w:r>
        <w:rPr>
          <w:b/>
        </w:rPr>
        <w:t xml:space="preserve">[23:17] </w:t>
      </w:r>
      <w:r>
        <w:t>Shah Abdul Qadir Sahab, jo Quran ke mutarjim hain, jinhon ke tarjume ko sab se zyada authentic mana jata hai, authentic, unhon ne kafir ka tarjuma munkir kiya hai aur kufr ka tarjuma inkar kiya hai.</w:t>
      </w:r>
    </w:p>
    <w:p>
      <w:pPr>
        <w:jc w:val="right"/>
      </w:pPr>
      <w:r>
        <w:t>شاہ عبدالقادر صاحب، جو قرآن کے مترجم ہیں، جن کے ترجمے کو سب سے زیادہ اتھینٹک مانا جاتا ہے، اتھینٹک، انہوں نے کافر کا ترجمہ منکر کیا ہے اور کفر کا ترجمہ انکار کیا ہے۔</w:t>
      </w:r>
    </w:p>
    <w:p>
      <w:r>
        <w:rPr>
          <w:b/>
        </w:rPr>
        <w:t xml:space="preserve">[23:33] </w:t>
      </w:r>
      <w:r>
        <w:t>yahi sahih hai. Yani arabi zaban mein kufr ke mani hote hain inkar, kafir ke mani hote hain munkir.</w:t>
      </w:r>
    </w:p>
    <w:p>
      <w:pPr>
        <w:jc w:val="right"/>
      </w:pPr>
      <w:r>
        <w:t>یہی صحیح ہے۔ یعنی عربی زبان میں کفر کے معنی ہوتے ہیں انکار، کافر کے معنی ہوتے ہیں منکر۔</w:t>
      </w:r>
    </w:p>
    <w:p>
      <w:r>
        <w:rPr>
          <w:b/>
        </w:rPr>
        <w:t xml:space="preserve">[23:43] </w:t>
      </w:r>
      <w:r>
        <w:t>yeh matlab hai is ka</w:t>
      </w:r>
    </w:p>
    <w:p>
      <w:pPr>
        <w:jc w:val="right"/>
      </w:pPr>
      <w:r>
        <w:t>یہ مطلب ہے اس کا</w:t>
      </w:r>
    </w:p>
    <w:p>
      <w:r>
        <w:rPr>
          <w:b/>
        </w:rPr>
        <w:t xml:space="preserve">[23:45] </w:t>
      </w:r>
      <w:r>
        <w:t>kis baat ka? ek baat poori dalil ke sath pesh ki jaye kisi ke samne, woh samajh le, achi tarah us ko woh baat pahunch jaye,</w:t>
      </w:r>
    </w:p>
    <w:p>
      <w:pPr>
        <w:jc w:val="right"/>
      </w:pPr>
      <w:r>
        <w:t>کس بات کا؟ ایک بات پوری دلیل کے ساتھ پیش کی جائے کسی کے سامنے، وہ سمجھ لے، اچھی طرح اس کو وہ بات پہنچ جائے،</w:t>
      </w:r>
    </w:p>
    <w:p>
      <w:r>
        <w:rPr>
          <w:b/>
        </w:rPr>
        <w:t xml:space="preserve">[24:01] </w:t>
      </w:r>
      <w:r>
        <w:t>phir bhi woh kahe ke mein to is ko nahi manta, to woh munkir bana. Aur agar us ke samne baat pesh hi nahi gayi, agar us ke samne baat pesh hi nahi ki gayi, to us ko aap munkir nahi kar sakte.</w:t>
      </w:r>
    </w:p>
    <w:p>
      <w:pPr>
        <w:jc w:val="right"/>
      </w:pPr>
      <w:r>
        <w:t>پھر بھی وہ کہے کہ میں تو اس کو نہیں مانتا، تو وہ منکر بنا۔ اور اگر اس کے سامنے بات پیش ہی نہیں گئی، اگر اس کے سامنے بات پیش ہی نہیں کی گئی، تو اس کو آپ منکر نہیں کر سکتے۔</w:t>
      </w:r>
    </w:p>
    <w:p>
      <w:r>
        <w:rPr>
          <w:b/>
        </w:rPr>
        <w:t xml:space="preserve">[24:21] </w:t>
      </w:r>
      <w:r>
        <w:t>pesh kiye jane ke baad, bharpoor taur par pesh kiye jane ke baad, tab aisa ho sakta hai ke aap kahein ke is ne inkar kiya ya woh munkir ban gaya.</w:t>
      </w:r>
    </w:p>
    <w:p>
      <w:pPr>
        <w:jc w:val="right"/>
      </w:pPr>
      <w:r>
        <w:t>پیش کیے جانے کے بعد، بھرپور طور پر پیش کیے جانے کے بعد، تب ایسا ہو سکتا ہے کہ آپ کہیں کہ اس نے انکار کیا یا وہ منکر بن گیا۔</w:t>
      </w:r>
    </w:p>
    <w:p>
      <w:r>
        <w:rPr>
          <w:b/>
        </w:rPr>
        <w:t xml:space="preserve">[24:36] </w:t>
      </w:r>
      <w:r>
        <w:t>aur pesh karna yeh nahi ke loudspeaker se ailan kar dein.</w:t>
      </w:r>
    </w:p>
    <w:p>
      <w:pPr>
        <w:jc w:val="right"/>
      </w:pPr>
      <w:r>
        <w:t>اور پیش کرنا یہ نہیں کہ لاؤڈ سپیکر سے اعلان کر دیں۔</w:t>
      </w:r>
    </w:p>
    <w:p>
      <w:r>
        <w:rPr>
          <w:b/>
        </w:rPr>
        <w:t xml:space="preserve">[24:41] </w:t>
      </w:r>
      <w:r>
        <w:t>pesh karne ka jo yani sachai ko pesh karne ka jo meyar hai, mujhe hai Quran mein ke "wa layaqooloo sadadastah".</w:t>
      </w:r>
    </w:p>
    <w:p>
      <w:pPr>
        <w:jc w:val="right"/>
      </w:pPr>
      <w:r>
        <w:t>پیش کرنے کا جو یعنی سچائی کو پیش کرنے کا جو معیار ہے، مجھے ہے قرآن میں کہ "ولیقولو درستہ"۔</w:t>
      </w:r>
    </w:p>
    <w:p>
      <w:r>
        <w:rPr>
          <w:b/>
        </w:rPr>
        <w:t xml:space="preserve">[24:55] </w:t>
      </w:r>
      <w:r>
        <w:t>yani woh keh padein, woh khud bol dein ke tum ne sari baat pahuncha di,</w:t>
      </w:r>
    </w:p>
    <w:p>
      <w:pPr>
        <w:jc w:val="right"/>
      </w:pPr>
      <w:r>
        <w:t>یعنی وہ کہہ پڑیں، وہ خود بول دیں کہ تم نے ساری بات پہنچا دی،</w:t>
      </w:r>
    </w:p>
    <w:p>
      <w:r>
        <w:rPr>
          <w:b/>
        </w:rPr>
        <w:t xml:space="preserve">[25:03] </w:t>
      </w:r>
      <w:r>
        <w:t>hum jaan chuke.</w:t>
      </w:r>
    </w:p>
    <w:p>
      <w:pPr>
        <w:jc w:val="right"/>
      </w:pPr>
      <w:r>
        <w:t>ہم جان چکے۔</w:t>
      </w:r>
    </w:p>
    <w:p>
      <w:r>
        <w:rPr>
          <w:b/>
        </w:rPr>
        <w:t xml:space="preserve">[25:08] </w:t>
      </w:r>
      <w:r>
        <w:t>to aap pesh karne ka jo meyar hai, woh pesh karne wale par nahi hai, jis par pesh kiya gaya hai, us par hai.</w:t>
      </w:r>
    </w:p>
    <w:p>
      <w:pPr>
        <w:jc w:val="right"/>
      </w:pPr>
      <w:r>
        <w:t>تو آپ پیش کرنے کا جو معیار ہے، وہ پیش کرنے والے پر نہیں ہے، جس پر پیش کیا گیا ہے، اس پر ہے۔</w:t>
      </w:r>
    </w:p>
    <w:p>
      <w:r>
        <w:rPr>
          <w:b/>
        </w:rPr>
        <w:t xml:space="preserve">[25:20] </w:t>
      </w:r>
      <w:r>
        <w:t>yani daai aur mad'u, daai woh hai jo pesh kar raha hai, mad'u woh hai jis ke upar baat pesh ki gayi hai.</w:t>
      </w:r>
    </w:p>
    <w:p>
      <w:pPr>
        <w:jc w:val="right"/>
      </w:pPr>
      <w:r>
        <w:t>یعنی داعی اور مدعو، داعی وہ ہے جو پیش کر رہا ہے، مدعو وہ ہے جس کے اوپر بات پیش کی گئی ہے۔</w:t>
      </w:r>
    </w:p>
    <w:p>
      <w:r>
        <w:rPr>
          <w:b/>
        </w:rPr>
        <w:t xml:space="preserve">[25:32] </w:t>
      </w:r>
      <w:r>
        <w:t>to yeh mad'u ke rawaiye se tay hoga ke woh inkar kiya, mad'u ke rawaiye se tay hoga ke woh munkir bana ya nahi bana. Daai ke kehne se koi munkir nahi ban sakta hai.</w:t>
      </w:r>
    </w:p>
    <w:p>
      <w:pPr>
        <w:jc w:val="right"/>
      </w:pPr>
      <w:r>
        <w:t>تو یہ مدعو کے رویے سے طے ہوگا کہ وہ انکار کیا، مدعو کے رویے سے طے ہوگا کہ وہ منکر بنا یا نہیں بنا۔ داعی کے کہنے سے کوئی منکر نہیں بن سکتا ہے۔</w:t>
      </w:r>
    </w:p>
    <w:p>
      <w:r>
        <w:rPr>
          <w:b/>
        </w:rPr>
        <w:t xml:space="preserve">[25:46] </w:t>
      </w:r>
      <w:r>
        <w:t>to Quran mein farmaya ke "wa layaqooloo sadadastah". Yahan tak baat pahunchao, yahan tak baat pahunchao, yahan tak baat pahunchao ke woh khud bol dein ke haan, hum ne samajh liya, hum ne jaan liya ke tum kya keh rahe ho, lekin hum is ko nahi mante.</w:t>
      </w:r>
    </w:p>
    <w:p>
      <w:pPr>
        <w:jc w:val="right"/>
      </w:pPr>
      <w:r>
        <w:t>تو قرآن میں فرمایا کہ "ولیقولو درستہ"۔ یہاں تک بات پہنچاؤ، یہاں تک بات پہنچاؤ، یہاں تک بات پہنچاؤ کہ وہ خود بول دیں کہ ہاں، ہم نے سمجھ لیا، ہم نے جان لیا کہ تم کیا کہہ رہے ہو، لیکن ہم اس کو نہیں مانتے۔</w:t>
      </w:r>
    </w:p>
    <w:p>
      <w:r>
        <w:rPr>
          <w:b/>
        </w:rPr>
        <w:t xml:space="preserve">[26:02] </w:t>
      </w:r>
      <w:r>
        <w:t>tab aap yeh kehne ka haq rakhte hain ke yeh aadmi munkir ban gaya.</w:t>
      </w:r>
    </w:p>
    <w:p>
      <w:pPr>
        <w:jc w:val="right"/>
      </w:pPr>
      <w:r>
        <w:t>تب آپ یہ کہنے کا حق رکھتے ہیں کہ یہ آدمی منکر بن گیا۔</w:t>
      </w:r>
    </w:p>
    <w:p>
      <w:r>
        <w:rPr>
          <w:b/>
        </w:rPr>
        <w:t xml:space="preserve">[26:10] </w:t>
      </w:r>
      <w:r>
        <w:t>to jab aadmi inkar ki rawish ikhtiyar karta hai to kyun aisa hota hai ke burai us ke liye mazeen kar di jati hai?</w:t>
      </w:r>
    </w:p>
    <w:p>
      <w:pPr>
        <w:jc w:val="right"/>
      </w:pPr>
      <w:r>
        <w:t>تو جب آدمی انکار کی روش اختیار کرتا ہے تو کیوں ایسا ہوتا ہے کہ برائی اس کے لیے مزین کر دی جاتی ہے؟</w:t>
      </w:r>
    </w:p>
    <w:p>
      <w:r>
        <w:rPr>
          <w:b/>
        </w:rPr>
        <w:t xml:space="preserve">[26:22] </w:t>
      </w:r>
      <w:r>
        <w:t>muzayyan ma'ni achhi lagne lagti hai is ko, samajhta hai ke main bara achha kaam kar raha hoon. to kyon</w:t>
      </w:r>
    </w:p>
    <w:p>
      <w:pPr>
        <w:jc w:val="right"/>
      </w:pPr>
      <w:r>
        <w:t>مزین معنی اچھی لگنے لگتی ہے اس کو، سمجھتا ہے کہ میں بڑا اچھا کام کر رہا ہوں۔ تو کیوں</w:t>
      </w:r>
    </w:p>
    <w:p>
      <w:r>
        <w:rPr>
          <w:b/>
        </w:rPr>
        <w:t xml:space="preserve">[26:29] </w:t>
      </w:r>
      <w:r>
        <w:t>? dekhiye, jab aadmi samajh boojh kar inkar kare, samajh boojh kar baat is ke samne pesh ki gayi, baat is ke samne pesh ki gayi, wo samjha aur jaan boojh kar is ne inkar kiya, to kya hota hai?</w:t>
      </w:r>
    </w:p>
    <w:p>
      <w:pPr>
        <w:jc w:val="right"/>
      </w:pPr>
      <w:r>
        <w:t>؟ دیکھیے، جب آدمی سمجھ بوجھ کر انکار کرے، سمجھ بوجھ کر بات اس کے سامنے پیش کی گئی، بات اس کے سامنے پیش کی گئی، وہ سمجھا اور جان بوجھ کر اس نے انکار کیا، تو کیا ہوتا ہے؟</w:t>
      </w:r>
    </w:p>
    <w:p>
      <w:r>
        <w:rPr>
          <w:b/>
        </w:rPr>
        <w:t xml:space="preserve">[26:50] </w:t>
      </w:r>
      <w:r>
        <w:t>foran hi shaitan is ke andar dakhil ho jata hai.</w:t>
      </w:r>
    </w:p>
    <w:p>
      <w:pPr>
        <w:jc w:val="right"/>
      </w:pPr>
      <w:r>
        <w:t>فوراً ہی شیطان اس کے اندر داخل ہو جاتا ہے۔</w:t>
      </w:r>
    </w:p>
    <w:p>
      <w:r>
        <w:rPr>
          <w:b/>
        </w:rPr>
        <w:t xml:space="preserve">[26:55] </w:t>
      </w:r>
      <w:r>
        <w:t>is tarah ka inkar shaitan ko is aadmi ke andar aik penetration ka maqam de deta hai, is ke andar dakhil hone ka moqa pa leta hai.</w:t>
      </w:r>
    </w:p>
    <w:p>
      <w:pPr>
        <w:jc w:val="right"/>
      </w:pPr>
      <w:r>
        <w:t>اس طرح کا انکار شیطان کو اس آدمی کے اندر ایک پینٹریشن کا مقام دے دیتا ہے، اس کے اندر داخل ہونے کا موقع پا لیتا ہے۔</w:t>
      </w:r>
    </w:p>
    <w:p>
      <w:r>
        <w:rPr>
          <w:b/>
        </w:rPr>
        <w:t xml:space="preserve">[27:08] </w:t>
      </w:r>
      <w:r>
        <w:t>shaitan ab shaitan jab dakhil ho gaya aadmi ke andar to shaitan ka yahi kaam hai, shaitan ka yahi kaam hai ke wo burai ko khoobsurat bana kar pesh kare.</w:t>
      </w:r>
    </w:p>
    <w:p>
      <w:pPr>
        <w:jc w:val="right"/>
      </w:pPr>
      <w:r>
        <w:t>شیطان اب شیطان جب داخل ہو گیا آدمی کے اندر تو شیطان کا یہی کام ہے، شیطان کا یہی کام ہے کہ وہ برائی کو خوبصورت بنا کر پیش کرے۔</w:t>
      </w:r>
    </w:p>
    <w:p>
      <w:r>
        <w:rPr>
          <w:b/>
        </w:rPr>
        <w:t xml:space="preserve">[27:27] </w:t>
      </w:r>
      <w:r>
        <w:t>quran mein kai jagah yeh baat kahi gayi hai ke shaitan jo hai, kya karta hai? aadmi ko andar, aadmi ke andar dakhil ho kar ghalat kamon ko, burai ke kamon ko khoobsurat bana kar pesh karta hai.</w:t>
      </w:r>
    </w:p>
    <w:p>
      <w:pPr>
        <w:jc w:val="right"/>
      </w:pPr>
      <w:r>
        <w:t>قرآن میں کئی جگہ یہ بات کہی گئی ہے کہ شیطان جو ہے، کیا کرتا ہے؟ آدمی کو اندر، آدمی کے اندر داخل ہو کر غلط کاموں کو، برائی کے کاموں کو خوبصورت بنا کر پیش کرتا ہے۔</w:t>
      </w:r>
    </w:p>
    <w:p>
      <w:r>
        <w:rPr>
          <w:b/>
        </w:rPr>
        <w:t xml:space="preserve">[27:47] </w:t>
      </w:r>
      <w:r>
        <w:t>to jab shaitan andar dakhil ho gaya to is ke baad yeh process aadmi ke andar shuru ho jata hai.</w:t>
      </w:r>
    </w:p>
    <w:p>
      <w:pPr>
        <w:jc w:val="right"/>
      </w:pPr>
      <w:r>
        <w:t>تو جب شیطان اندر داخل ہو گیا تو اس کے بعد یہ پروسیس آدمی کے اندر شروع ہو جاتا ہے۔</w:t>
      </w:r>
    </w:p>
    <w:p>
      <w:r>
        <w:rPr>
          <w:b/>
        </w:rPr>
        <w:t xml:space="preserve">[27:54] </w:t>
      </w:r>
      <w:r>
        <w:t>aik cheez hai, burai ki baaten is ko achhi lagne lagti hain. yani false, is ko aap keh sakte hain ke shaitan is ko false justification dene lagta hai.</w:t>
      </w:r>
    </w:p>
    <w:p>
      <w:pPr>
        <w:jc w:val="right"/>
      </w:pPr>
      <w:r>
        <w:t>ایک چیز ہے، برائی کی باتیں اس کو اچھی لگنے لگتی ہیں۔ یعنی فالس، اس کو آپ کہہ سکتے ہیں کہ شیطان اس کو فالس جسٹیفیکیشن دینے لگتا ہے۔</w:t>
      </w:r>
    </w:p>
    <w:p>
      <w:r>
        <w:rPr>
          <w:b/>
        </w:rPr>
        <w:t xml:space="preserve">[28:11] </w:t>
      </w:r>
      <w:r>
        <w:t>false justification, false justification ka maidan bohat zyada bara hai.</w:t>
      </w:r>
    </w:p>
    <w:p>
      <w:pPr>
        <w:jc w:val="right"/>
      </w:pPr>
      <w:r>
        <w:t>فالس جسٹیفیکیشن، فالس جسٹیفیکیشن کا میدان بہت زیادہ بڑا ہے۔</w:t>
      </w:r>
    </w:p>
    <w:p>
      <w:r>
        <w:rPr>
          <w:b/>
        </w:rPr>
        <w:t xml:space="preserve">[28:21] </w:t>
      </w:r>
      <w:r>
        <w:t>har cheez ko aap,</w:t>
      </w:r>
    </w:p>
    <w:p>
      <w:pPr>
        <w:jc w:val="right"/>
      </w:pPr>
      <w:r>
        <w:t>ہر چیز کو آپ،</w:t>
      </w:r>
    </w:p>
    <w:p>
      <w:r>
        <w:rPr>
          <w:b/>
        </w:rPr>
        <w:t xml:space="preserve">[28:25] </w:t>
      </w:r>
      <w:r>
        <w:t>har har burai ke liye dunya mein false justification maujood hota hai aur shaitan yeh provide karta hai.</w:t>
      </w:r>
    </w:p>
    <w:p>
      <w:pPr>
        <w:jc w:val="right"/>
      </w:pPr>
      <w:r>
        <w:t>ہر ہر برائی کے لیے دنیا میں فالس جسٹیفیکیشن موجود ہوتا ہے اور شیطان یہ پرووائیڈ کرتا ہے۔</w:t>
      </w:r>
    </w:p>
    <w:p>
      <w:r>
        <w:rPr>
          <w:b/>
        </w:rPr>
        <w:t xml:space="preserve">[28:37] </w:t>
      </w:r>
      <w:r>
        <w:t>to jab aadmi sachai ka inkar kar de to wo shaitan ko invite karta hai.</w:t>
      </w:r>
    </w:p>
    <w:p>
      <w:pPr>
        <w:jc w:val="right"/>
      </w:pPr>
      <w:r>
        <w:t>تو جب آدمی سچائی کا انکار کر دے تو وہ شیطان کو انوائٹ کرتا ہے۔</w:t>
      </w:r>
    </w:p>
    <w:p>
      <w:r>
        <w:rPr>
          <w:b/>
        </w:rPr>
        <w:t xml:space="preserve">[28:49] </w:t>
      </w:r>
      <w:r>
        <w:t>jab bhi koi aadmi ke samne, jab bhi kisi aadmi ke samne sachai pesh ki gayi, daleel ke sath, wo samjha is ko, phir bhi is ne inkar kiya to is ka matlab yeh hai ke ab wo shaitan ko invite kar raha hai ke aao, mujhe apne bas mein kar lo.</w:t>
      </w:r>
    </w:p>
    <w:p>
      <w:pPr>
        <w:jc w:val="right"/>
      </w:pPr>
      <w:r>
        <w:t>جب بھی کوئی آدمی کے سامنے، جب بھی کسی آدمی کے سامنے سچائی پیش کی گئی، دلیل کے ساتھ، وہ سمجھا اس کو، پھر بھی اس نے انکار کیا تو اس کا مطلب یہ ہے کہ اب وہ شیطان کو انوائٹ کر رہا ہے کہ آؤ، مجھے اپنے بس میں کر لو۔</w:t>
      </w:r>
    </w:p>
    <w:p>
      <w:r>
        <w:rPr>
          <w:b/>
        </w:rPr>
        <w:t xml:space="preserve">[29:13] </w:t>
      </w:r>
      <w:r>
        <w:t>aur shaitan ka bas mein karna yahi hai ke wo false justification mein aadmi ko uljhaye rehta hai.</w:t>
      </w:r>
    </w:p>
    <w:p>
      <w:pPr>
        <w:jc w:val="right"/>
      </w:pPr>
      <w:r>
        <w:t>اور شیطان کا بس میں کرنا یہی ہے کہ وہ فالس جسٹیفیکیشن میں آدمی کو الجھائے رہتا ہے۔</w:t>
      </w:r>
    </w:p>
    <w:p>
      <w:r>
        <w:rPr>
          <w:b/>
        </w:rPr>
        <w:t xml:space="preserve">[29:22] </w:t>
      </w:r>
      <w:r>
        <w:t>har burai ke liye wo aik khoobsurat tawjeeh de kar isi mein us ko mashgool kar deta hai.</w:t>
      </w:r>
    </w:p>
    <w:p>
      <w:pPr>
        <w:jc w:val="right"/>
      </w:pPr>
      <w:r>
        <w:t>ہر برائی کے لیے وہ ایک خوبصورت توجیح دے کر اسی میں اس کو مشغول کر دیتا ہے۔</w:t>
      </w:r>
    </w:p>
    <w:p>
      <w:r>
        <w:rPr>
          <w:b/>
        </w:rPr>
        <w:t xml:space="preserve">[29:34] </w:t>
      </w:r>
      <w:r>
        <w:t>to aadmi ko is se bohat zyada bachna chahiye kyunke yeh tazeen jo hai, cheezon ka mazayyan, cheezon ka mazayyan kiya jana ya false justification,</w:t>
      </w:r>
    </w:p>
    <w:p>
      <w:pPr>
        <w:jc w:val="right"/>
      </w:pPr>
      <w:r>
        <w:t>تو آدمی کو اس سے بہت زیادہ بچنا چاہیے کیونکہ یہ تزین جو ہے، چیزوں کا مزین، چیزوں کا مزین کیا جانا یا فالس جسٹیفیکیشن،</w:t>
      </w:r>
    </w:p>
    <w:p>
      <w:r>
        <w:rPr>
          <w:b/>
        </w:rPr>
        <w:t xml:space="preserve">[29:48] </w:t>
      </w:r>
      <w:r>
        <w:t>yeh aadmi ko burai ke kaam mein dheet bana deta hai. wo samajhta hai ke main to theek kaam kar raha hoon,</w:t>
      </w:r>
    </w:p>
    <w:p>
      <w:pPr>
        <w:jc w:val="right"/>
      </w:pPr>
      <w:r>
        <w:t>یہ آدمی کو برائی کے کام میں ڈھیٹ بنا دیتا ہے۔ وہ سمجھتا ہے کہ میں تو ٹھیک کام کر رہا ہوں،</w:t>
      </w:r>
    </w:p>
    <w:p>
      <w:r>
        <w:rPr>
          <w:b/>
        </w:rPr>
        <w:t xml:space="preserve">[29:57] </w:t>
      </w:r>
      <w:r>
        <w:t>apne false justification, apne false justification ki bina par wo samajhta hai ke main to theek kar raha hoon. phir wo isi mein jam jata hai, dheet ban jata hai, chhodta nahi hai is ko.</w:t>
      </w:r>
    </w:p>
    <w:p>
      <w:pPr>
        <w:jc w:val="right"/>
      </w:pPr>
      <w:r>
        <w:t>اپنے فالس جسٹیفیکیشن، اپنے فالس جسٹیفیکیشن کی بنا پر وہ سمجھتا ہے کہ میں تو ٹھیک کر رہا ہوں۔ پھر وہ اسی میں جم جاتا ہے، ڈھیٹ بن جاتا ہے، چھوڑتا نہیں ہے اس کو۔</w:t>
      </w:r>
    </w:p>
    <w:p>
      <w:r>
        <w:rPr>
          <w:b/>
        </w:rPr>
        <w:t xml:space="preserve">[30:14] </w:t>
      </w:r>
      <w:r>
        <w:t>is is is bana par aadmi ko bohat zyada apna introspection karna chahiye ke kahin bohat zyada sochte rehna chahiye</w:t>
      </w:r>
    </w:p>
    <w:p>
      <w:pPr>
        <w:jc w:val="right"/>
      </w:pPr>
      <w:r>
        <w:t>اس اس اس بنا پر آدمی کو بہت زیادہ اپنا انٹراسپیکشن کرنا چاہیے کہ کہیں بہت زیادہ سوچتے رہنا چاہیے</w:t>
      </w:r>
    </w:p>
    <w:p>
      <w:r>
        <w:rPr>
          <w:b/>
        </w:rPr>
        <w:t xml:space="preserve">[30:26] </w:t>
      </w:r>
      <w:r>
        <w:t>, kahin aisa to nahi hai ke shaitan is ko is dhoke mein dale hue hai.</w:t>
      </w:r>
    </w:p>
    <w:p>
      <w:pPr>
        <w:jc w:val="right"/>
      </w:pPr>
      <w:r>
        <w:t>، کہیں ایسا تو نہیں ہے کہ شیطان اس کو اس دھوکے میں ڈالے ہوئے ہے۔</w:t>
      </w:r>
    </w:p>
    <w:p>
      <w:r>
        <w:rPr>
          <w:b/>
        </w:rPr>
        <w:t xml:space="preserve">[30:37] </w:t>
      </w:r>
      <w:r>
        <w:t>jhooti tawjeeh, khushnuma tawjeeh, false justification, is mein to nahi is ne mujhe phansa diya hai.</w:t>
      </w:r>
    </w:p>
    <w:p>
      <w:pPr>
        <w:jc w:val="right"/>
      </w:pPr>
      <w:r>
        <w:t>جھوٹی توجیح، خوشنما توجیح، فالس جسٹیفیکیشن، اس میں تو نہیں اس نے مجھے پھنسا دیا ہے۔</w:t>
      </w:r>
    </w:p>
    <w:p>
      <w:r>
        <w:rPr>
          <w:b/>
        </w:rPr>
        <w:t xml:space="preserve">[30:49] </w:t>
      </w:r>
      <w:r>
        <w:t>to yeh koi aasman se awaz nahi aayegi.</w:t>
      </w:r>
    </w:p>
    <w:p>
      <w:pPr>
        <w:jc w:val="right"/>
      </w:pPr>
      <w:r>
        <w:t>تو یہ کوئی آسمان سے آواز نہیں آئے گی۔</w:t>
      </w:r>
    </w:p>
    <w:p>
      <w:r>
        <w:rPr>
          <w:b/>
        </w:rPr>
        <w:t xml:space="preserve">[30:55] </w:t>
      </w:r>
      <w:r>
        <w:t>aadmi ko khud soch kar ise janna hai kyunke ab jaisa ke main ne arz kiya ke taqwa ka matlab kya hai? submission to god by choice.</w:t>
      </w:r>
    </w:p>
    <w:p>
      <w:pPr>
        <w:jc w:val="right"/>
      </w:pPr>
      <w:r>
        <w:t>آدمی کو خود سوچ کر اسے جاننا ہے کیونکہ اب جیسا کہ میں نے عرض کیا کہ تقویٰ کا مطلب کیا ہے؟ سبمیشن ٹو گاڈ بائی چوائس۔</w:t>
      </w:r>
    </w:p>
    <w:p>
      <w:r>
        <w:rPr>
          <w:b/>
        </w:rPr>
        <w:t xml:space="preserve">[31:13] </w:t>
      </w:r>
      <w:r>
        <w:t>to apne choice ko aap ko istemal karna hai, apni aqal ko istemal karna hai.</w:t>
      </w:r>
    </w:p>
    <w:p>
      <w:pPr>
        <w:jc w:val="right"/>
      </w:pPr>
      <w:r>
        <w:t>تو اپنے چوائس کو آپ کو استعمال کرنا ہے، اپنی عقل کو استعمال کرنا ہے۔</w:t>
      </w:r>
    </w:p>
    <w:p>
      <w:r>
        <w:rPr>
          <w:b/>
        </w:rPr>
        <w:t xml:space="preserve">[31:22] </w:t>
      </w:r>
      <w:r>
        <w:t>aur wo jabhi hota hai jab aap introspection karte rahen.</w:t>
      </w:r>
    </w:p>
    <w:p>
      <w:pPr>
        <w:jc w:val="right"/>
      </w:pPr>
      <w:r>
        <w:t>اور وہ جبھی ہوتا ہے جب آپ انٹراسپیکشن کرتے رہیں۔</w:t>
      </w:r>
    </w:p>
    <w:p>
      <w:r>
        <w:rPr>
          <w:b/>
        </w:rPr>
        <w:t xml:space="preserve">[31:25] </w:t>
      </w:r>
      <w:r>
        <w:t>shaitan ki tazeen se, shaitan ke jhoote justification se bachne ke liye har subah o sham, har raat aur din aadmi ko sochte rehna chahiye.</w:t>
      </w:r>
    </w:p>
    <w:p>
      <w:pPr>
        <w:jc w:val="right"/>
      </w:pPr>
      <w:r>
        <w:t>شیطان کی تزین سے، شیطان کے جھوٹے جسٹیفیکیشن سے بچنے کے لیے ہر صبح و شام، ہر رات اور دن آدمی کو سوچتے رہنا چاہیے۔</w:t>
      </w:r>
    </w:p>
    <w:p>
      <w:r>
        <w:rPr>
          <w:b/>
        </w:rPr>
        <w:t xml:space="preserve">[31:43] </w:t>
      </w:r>
      <w:r>
        <w:t>hadees mein aata hai ke rasool Allah sal Allah alaih wasallam ne farmaya ke main 70 baar astaghfar karta hoon. 70 ka matlab ginkar nahi, matlab baar baar karta hoon.</w:t>
      </w:r>
    </w:p>
    <w:p>
      <w:pPr>
        <w:jc w:val="right"/>
      </w:pPr>
      <w:r>
        <w:t>حدیث میں آتا ہے کہ رسول اللہ صلی اللہ علیہ وسلم نے فرمایا کہ میں 70 بار استغفار کرتا ہوں۔ 70 کا معنی گن کر نہیں، مطلب بار بار کرتا ہوں۔</w:t>
      </w:r>
    </w:p>
    <w:p>
      <w:r>
        <w:rPr>
          <w:b/>
        </w:rPr>
        <w:t xml:space="preserve">[31:56] </w:t>
      </w:r>
      <w:r>
        <w:t>is tarah aap ne namoona diya insaan ko ke tumhein kya karna hai. astaghfar ka faida kya hota hai?</w:t>
      </w:r>
    </w:p>
    <w:p>
      <w:pPr>
        <w:jc w:val="right"/>
      </w:pPr>
      <w:r>
        <w:t>اس طرح آپ نے نمونہ دیا انسان کو کہ تمہیں کیا کرنا ہے۔ استغفار کا فائدہ کیا ہوتا ہے؟</w:t>
      </w:r>
    </w:p>
    <w:p>
      <w:r>
        <w:rPr>
          <w:b/>
        </w:rPr>
        <w:t xml:space="preserve">[32:05] </w:t>
      </w:r>
      <w:r>
        <w:t>ke aap Khuda ka, Khuda ki help haasil kar lete hain,</w:t>
      </w:r>
    </w:p>
    <w:p>
      <w:pPr>
        <w:jc w:val="right"/>
      </w:pPr>
      <w:r>
        <w:t>کہ آپ خدا کا، خدا کی ہیلپ حاصل کر لیتے ہیں،</w:t>
      </w:r>
    </w:p>
    <w:p>
      <w:r>
        <w:rPr>
          <w:b/>
        </w:rPr>
        <w:t xml:space="preserve">[32:16] </w:t>
      </w:r>
      <w:r>
        <w:t>Khuda ko apni dhaal bana lete hain.</w:t>
      </w:r>
    </w:p>
    <w:p>
      <w:pPr>
        <w:jc w:val="right"/>
      </w:pPr>
      <w:r>
        <w:t>خدا کو اپنی ڈھال بنا لیتے ہیں۔</w:t>
      </w:r>
    </w:p>
    <w:p>
      <w:r>
        <w:rPr>
          <w:b/>
        </w:rPr>
        <w:t xml:space="preserve">[32:19] </w:t>
      </w:r>
      <w:r>
        <w:t>phir farishtay aap ke madadgaar ho jaate hain aur farishtay aap ko is se bachate hain ke aap false justification mein padh kar galtiyon ke aadi ban jaayen aur phir isi mein maut aa jaaye.</w:t>
      </w:r>
    </w:p>
    <w:p>
      <w:pPr>
        <w:jc w:val="right"/>
      </w:pPr>
      <w:r>
        <w:t>پھر فرشتے آپ کے مددگار ہو جاتے ہیں اور فرشتے آپ کو اس سے بچاتے ہیں کہ آپ فالس جسٹیفیکیشن میں پڑھ کر غلطیوں کے عادی بن جائیں اور پھر اسی میں موت آ جائے۔</w:t>
      </w:r>
    </w:p>
    <w:p>
      <w:r>
        <w:rPr>
          <w:b/>
        </w:rPr>
        <w:t xml:space="preserve">[32:40] </w:t>
      </w:r>
      <w:r>
        <w:t>is ke baad dekhiye,</w:t>
      </w:r>
    </w:p>
    <w:p>
      <w:pPr>
        <w:jc w:val="right"/>
      </w:pPr>
      <w:r>
        <w:t>اس کے بعد دیکھیے،</w:t>
      </w:r>
    </w:p>
    <w:p>
      <w:r>
        <w:rPr>
          <w:b/>
        </w:rPr>
        <w:t xml:space="preserve">[32:46] </w:t>
      </w:r>
      <w:r>
        <w:t>aayat number 213 yaani Al-Baqarah ki aayat number 213, is mein farmaya ke Allah yadee man yashaa ila sirat mustaqeem.</w:t>
      </w:r>
    </w:p>
    <w:p>
      <w:pPr>
        <w:jc w:val="right"/>
      </w:pPr>
      <w:r>
        <w:t>آیت نمبر 213 یعنی البقرہ کی آیت نمبر 213، اس میں فرمایا کہ اللہیدی من یشاء الی صراط مستقیم۔</w:t>
      </w:r>
    </w:p>
    <w:p>
      <w:r>
        <w:rPr>
          <w:b/>
        </w:rPr>
        <w:t xml:space="preserve">[33:02] </w:t>
      </w:r>
      <w:r>
        <w:t>aayat number 213:</w:t>
      </w:r>
    </w:p>
    <w:p>
      <w:pPr>
        <w:jc w:val="right"/>
      </w:pPr>
      <w:r>
        <w:t>آیت نمبر 213:</w:t>
      </w:r>
    </w:p>
    <w:p>
      <w:r>
        <w:rPr>
          <w:b/>
        </w:rPr>
        <w:t xml:space="preserve">[33:07] </w:t>
      </w:r>
      <w:r>
        <w:t>Allah yadee man yashaa ila sirat mustaqeem.</w:t>
      </w:r>
    </w:p>
    <w:p>
      <w:pPr>
        <w:jc w:val="right"/>
      </w:pPr>
      <w:r>
        <w:t>اللہیدی من یشاء الی صراط مستقیم۔</w:t>
      </w:r>
    </w:p>
    <w:p>
      <w:r>
        <w:rPr>
          <w:b/>
        </w:rPr>
        <w:t xml:space="preserve">[33:18] </w:t>
      </w:r>
      <w:r>
        <w:t>Allah jis ko chahta hai, us ko seedhe raaste ki taraf rehnumai deta hai.</w:t>
      </w:r>
    </w:p>
    <w:p>
      <w:pPr>
        <w:jc w:val="right"/>
      </w:pPr>
      <w:r>
        <w:t>اللہ جس کو چاہتا ہے، اس کو سیدھے راستے کی طرف رہنمائی دیتا ہے۔</w:t>
      </w:r>
    </w:p>
    <w:p>
      <w:r>
        <w:rPr>
          <w:b/>
        </w:rPr>
        <w:t xml:space="preserve">[33:32] </w:t>
      </w:r>
      <w:r>
        <w:t>Allah jis ko chahta hai, us ko seedhe raaste ki taraf,</w:t>
      </w:r>
    </w:p>
    <w:p>
      <w:pPr>
        <w:jc w:val="right"/>
      </w:pPr>
      <w:r>
        <w:t>اللہ جس کو چاہتا ہے، اس کو سیدھے راستے کی طرف،</w:t>
      </w:r>
    </w:p>
    <w:p>
      <w:r>
        <w:rPr>
          <w:b/>
        </w:rPr>
        <w:t xml:space="preserve">[33:43] </w:t>
      </w:r>
      <w:r>
        <w:t>seedhe raaste ki rehnumai de deta hai.</w:t>
      </w:r>
    </w:p>
    <w:p>
      <w:pPr>
        <w:jc w:val="right"/>
      </w:pPr>
      <w:r>
        <w:t>سیدھے راستے کی رہنمائی دے دیتا ہے۔</w:t>
      </w:r>
    </w:p>
    <w:p>
      <w:r>
        <w:rPr>
          <w:b/>
        </w:rPr>
        <w:t xml:space="preserve">[33:47] </w:t>
      </w:r>
      <w:r>
        <w:t>yahan par dekhiye, yeh jo lafz hai man yashaa, jis ko chahta hai, is ka matlab yeh nahi ke duniya mein jabr hai.</w:t>
      </w:r>
    </w:p>
    <w:p>
      <w:pPr>
        <w:jc w:val="right"/>
      </w:pPr>
      <w:r>
        <w:t>یہاں پر دیکھیے، یہ جو لفظ ہے من یشاء، جس کو چاہتا ہے، اس کا مطلب یہ نہیں کہ دنیا میں جبر ہے۔</w:t>
      </w:r>
    </w:p>
    <w:p>
      <w:r>
        <w:rPr>
          <w:b/>
        </w:rPr>
        <w:t xml:space="preserve">[33:56] </w:t>
      </w:r>
      <w:r>
        <w:t>Khuda chahega to aap ko hidayat milegi, nahi to hidayat nahi milegi. yeh matlab nahi hai is ka.</w:t>
      </w:r>
    </w:p>
    <w:p>
      <w:pPr>
        <w:jc w:val="right"/>
      </w:pPr>
      <w:r>
        <w:t>خدا چاہے گا تو آپ کو ہدایت ملے گی، نہیں تو ہدایت نہیں ملے گی۔ یہ مطلب نہیں ہے اس کا۔</w:t>
      </w:r>
    </w:p>
    <w:p>
      <w:r>
        <w:rPr>
          <w:b/>
        </w:rPr>
        <w:t xml:space="preserve">[34:07] </w:t>
      </w:r>
      <w:r>
        <w:t>dekhiye, kisi bhi aayat ko samajhne ke liye poore Quran ke context mein us ko dekhna padta hai.</w:t>
      </w:r>
    </w:p>
    <w:p>
      <w:pPr>
        <w:jc w:val="right"/>
      </w:pPr>
      <w:r>
        <w:t>دیکھیے، کسی بھی آیت کو سمجھنے کے لیے پورے قرآن کے کنٹیکسٹ میں اس کو دیکھنا پڑتا ہے۔</w:t>
      </w:r>
    </w:p>
    <w:p>
      <w:r>
        <w:rPr>
          <w:b/>
        </w:rPr>
        <w:t xml:space="preserve">[34:15] </w:t>
      </w:r>
      <w:r>
        <w:t>agar aap kisi ek aayat ko single out kar len aur us se matlab nikalen to yeh galat hai. misaal ke taur par Quran ki ek aayat hai ke la taqrab al-salat, namaz ke qareeb na jao.</w:t>
      </w:r>
    </w:p>
    <w:p>
      <w:pPr>
        <w:jc w:val="right"/>
      </w:pPr>
      <w:r>
        <w:t>اگر آپ کسی ایک آیت کو سنگل آؤٹ کر لیں اور اس سے مطلب نکالیں تو یہ غلط ہے۔ مثلاً قرآن کی ایک آیت ہے کہ لا تقرب الصلوۃ، نماز کے قریب نہ جاؤ۔</w:t>
      </w:r>
    </w:p>
    <w:p>
      <w:r>
        <w:rPr>
          <w:b/>
        </w:rPr>
        <w:t xml:space="preserve">[34:30] </w:t>
      </w:r>
      <w:r>
        <w:t>ab is ko aap single out kar len, kahein ke namaz Quran to khud hi keh raha hai ke namaz mat parho. to is qism ka istadlal jo hai, bilkul laغو hai, bilkul absurd hai.</w:t>
      </w:r>
    </w:p>
    <w:p>
      <w:pPr>
        <w:jc w:val="right"/>
      </w:pPr>
      <w:r>
        <w:t>اب اس کو آپ سنگل آؤٹ کر لیں، کہیں کہ نماز قرآن تو خود ہی کہہ رہا ہے کہ نماز مت پڑھو۔ تو اس قسم کا استدلال جو ہے، بالکل لغو ہے، بالکل ایبسرڈ ہے۔</w:t>
      </w:r>
    </w:p>
    <w:p>
      <w:r>
        <w:rPr>
          <w:b/>
        </w:rPr>
        <w:t xml:space="preserve">[34:45] </w:t>
      </w:r>
      <w:r>
        <w:t>Quran ki kisi bhi aayat ko samajhne ke liye us ki doosri aayaton ko dekhna padta hai, poore context ko dekhna padta hai, poori scheme jo Quran ki hai, us ko dekhna padta hai.</w:t>
      </w:r>
    </w:p>
    <w:p>
      <w:pPr>
        <w:jc w:val="right"/>
      </w:pPr>
      <w:r>
        <w:t>قرآن کی کسی بھی آیت کو سمجھنے کے لیے اس کی دوسری آیتوں کو دیکھنا پڑتا ہے، پورے کنٹیکسٹ کو دیکھنا پڑتا ہے، پوری سکیم جو قرآن کی ہے، اس کو دیکھنا پڑتا ہے۔</w:t>
      </w:r>
    </w:p>
    <w:p>
      <w:r>
        <w:rPr>
          <w:b/>
        </w:rPr>
        <w:t xml:space="preserve">[35:01] </w:t>
      </w:r>
      <w:r>
        <w:t>to yeh jo farmaya hai ke Allah hidayat deta hai, jis ko chahta hai, sachai ki taraf, to is ka matlab yeh hai</w:t>
      </w:r>
    </w:p>
    <w:p>
      <w:pPr>
        <w:jc w:val="right"/>
      </w:pPr>
      <w:r>
        <w:t>تو یہ جو فرمایا ہے کہ اللہ ہدایت دیتا ہے، جس کو چاہتا ہے، سچائی کی طرف، تو اس کا مطلب یہ ہے</w:t>
      </w:r>
    </w:p>
    <w:p>
      <w:r>
        <w:rPr>
          <w:b/>
        </w:rPr>
        <w:t xml:space="preserve">[35:12] </w:t>
      </w:r>
      <w:r>
        <w:t>ke jo aadmi apni aazadi ko sahi dhang par istemal karta hai.</w:t>
      </w:r>
    </w:p>
    <w:p>
      <w:pPr>
        <w:jc w:val="right"/>
      </w:pPr>
      <w:r>
        <w:t>کہ جو آدمی اپنی آزادی کو صحیح ڈھنگ پر استعمال کرتا ہے۔</w:t>
      </w:r>
    </w:p>
    <w:p>
      <w:r>
        <w:rPr>
          <w:b/>
        </w:rPr>
        <w:t xml:space="preserve">[35:19] </w:t>
      </w:r>
      <w:r>
        <w:t>yeh saara maamla jo hai, aazadi ko misuse karna aur aazadi ko sahi dhang par istemal karna</w:t>
      </w:r>
    </w:p>
    <w:p>
      <w:pPr>
        <w:jc w:val="right"/>
      </w:pPr>
      <w:r>
        <w:t>یہ سارا معاملہ جو ہے، آزادی کو مس یوز کرنا اور آزادی کو صحیح ڈھنگ پر استعمال کرنا</w:t>
      </w:r>
    </w:p>
    <w:p>
      <w:r>
        <w:rPr>
          <w:b/>
        </w:rPr>
        <w:t xml:space="preserve">[35:29] </w:t>
      </w:r>
      <w:r>
        <w:t xml:space="preserve"> , saara maamla yahi hai. isi par sab kuch depend karta hai. jo insaan aisa kare ke apni khwahishon ke peeche daudne lage,</w:t>
      </w:r>
    </w:p>
    <w:p>
      <w:pPr>
        <w:jc w:val="right"/>
      </w:pPr>
      <w:r>
        <w:t>، سارا معاملہ یہی ہے۔ اسی پر سب کچھ ڈیپینڈ کرتا ہے۔ جو انسان ایسا کرے کہ اپنی خواہشوں کے پیچھے دوڑنے لگے،</w:t>
      </w:r>
    </w:p>
    <w:p>
      <w:r>
        <w:rPr>
          <w:b/>
        </w:rPr>
        <w:t xml:space="preserve">[35:45] </w:t>
      </w:r>
      <w:r>
        <w:t>to us ne apni aazadi ko galat istemal kiya. jis aadmi ko ghussa aa jaaye aur woh phir lage logon ko maarne, to us ne apni aazadi ko galat istemal kiya.</w:t>
      </w:r>
    </w:p>
    <w:p>
      <w:pPr>
        <w:jc w:val="right"/>
      </w:pPr>
      <w:r>
        <w:t>تو اس نے اپنی آزادی کو غلط استعمال کیا۔ جس آدمی کو غصہ آ جائے اور وہ پھر لگے لوگوں کو مارنے، تو اس نے اپنی آزادی کو غلط استعمال کیا۔</w:t>
      </w:r>
    </w:p>
    <w:p>
      <w:r>
        <w:rPr>
          <w:b/>
        </w:rPr>
        <w:t xml:space="preserve">[35:58] </w:t>
      </w:r>
      <w:r>
        <w:t>jis ko kisi shikayat paida ho jaaye to nafrat karne lage aur us se woh revenge ki tadbeer sochne lage, to us ne apni aazadi ko galat istemal kiya.</w:t>
      </w:r>
    </w:p>
    <w:p>
      <w:pPr>
        <w:jc w:val="right"/>
      </w:pPr>
      <w:r>
        <w:t>جس کو کسی شکایت پیدا ہو جائے تو نفرت کرنے لگے اور اس سے وہ رینج کی تدبیر سوچنے لگے، تو اس نے اپنی آزادی کو غلط استعمال کیا۔</w:t>
      </w:r>
    </w:p>
    <w:p>
      <w:r>
        <w:rPr>
          <w:b/>
        </w:rPr>
        <w:t xml:space="preserve">[36:11] </w:t>
      </w:r>
      <w:r>
        <w:t>is ke baraks dekhiye ke jis jo aadmi aisa kare ke apne ghusse ko control kare, apni khwahishon ko control kare, apni وم ko control kare, apni ana ko control kare,</w:t>
      </w:r>
    </w:p>
    <w:p>
      <w:pPr>
        <w:jc w:val="right"/>
      </w:pPr>
      <w:r>
        <w:t>اس کے برعکس دیکھیے کہ جس جو آدمی ایسا کرے کہ اپنے غصے کو کنٹرول کرے، اپنی خواہشوں کو کنٹرول کرے، اپنی وم کو کنٹرول کرے، اپنی انا کو کنٹرول کرے،</w:t>
      </w:r>
    </w:p>
    <w:p>
      <w:r>
        <w:rPr>
          <w:b/>
        </w:rPr>
        <w:t xml:space="preserve">[36:26] </w:t>
      </w:r>
      <w:r>
        <w:t>to is ne apni azadi ko sahi istemal kiya.</w:t>
      </w:r>
    </w:p>
    <w:p>
      <w:pPr>
        <w:jc w:val="right"/>
      </w:pPr>
      <w:r>
        <w:t>تو اس نے اپنی آزادی کو صحیح استعمال کیا۔</w:t>
      </w:r>
    </w:p>
    <w:p>
      <w:r>
        <w:rPr>
          <w:b/>
        </w:rPr>
        <w:t xml:space="preserve">[36:33] </w:t>
      </w:r>
      <w:r>
        <w:t>to Khuda ke chahne ka matlab yeh hai ke jis aadmi ne fitrat ke nizam ke mutabiq</w:t>
      </w:r>
    </w:p>
    <w:p>
      <w:pPr>
        <w:jc w:val="right"/>
      </w:pPr>
      <w:r>
        <w:t>تو خدا کے چاہنے کا مطلب یہ ہے کہ جس آدمی نے فطرت کے نظام کے مطابق</w:t>
      </w:r>
    </w:p>
    <w:p>
      <w:r>
        <w:rPr>
          <w:b/>
        </w:rPr>
        <w:t xml:space="preserve">[36:48] </w:t>
      </w:r>
      <w:r>
        <w:t>sahi kaam kiya, yani Khuda ne insan ko salahiyat di ke woh soche, fitrat ke naqshe ko jaane, sahi o galat ke bare mein rai bana sake, yeh sab faculty insan ko di gayi hai.</w:t>
      </w:r>
    </w:p>
    <w:p>
      <w:pPr>
        <w:jc w:val="right"/>
      </w:pPr>
      <w:r>
        <w:t>صحیح کام کیا، یعنی خدا نے انسان کو صلاحیت دی کہ وہ سوچے، فطرت کے نقشے کو جانے، صحیح و غلط کے بارے میں رائے بنا سکے، یہ سب فیکلٹی انسان کو دی گئی ہے۔</w:t>
      </w:r>
    </w:p>
    <w:p>
      <w:r>
        <w:rPr>
          <w:b/>
        </w:rPr>
        <w:t xml:space="preserve">[37:04] </w:t>
      </w:r>
      <w:r>
        <w:t>insan soch kar samajh sakta hai ke kaun sa rasta tabahi ka hai, kaun sa rasta falah ka hai. To apni soch kar dekhiye, apni soch ko positive way mein istemal karna.</w:t>
      </w:r>
    </w:p>
    <w:p>
      <w:pPr>
        <w:jc w:val="right"/>
      </w:pPr>
      <w:r>
        <w:t>انسان سوچ کر سمجھ سکتا ہے کہ کون سا راستہ تباہی کا ہے، کون سا راستہ فلاح کا ہے۔ تو اپنی سوچ کر دیکھیے، اپنی سوچ کو پازیٹیو وے میں استعمال کرنا۔</w:t>
      </w:r>
    </w:p>
    <w:p>
      <w:r>
        <w:rPr>
          <w:b/>
        </w:rPr>
        <w:t xml:space="preserve">[37:26] </w:t>
      </w:r>
      <w:r>
        <w:t>jo aadmi apni soch ko positive way mein istemal karega, to is ne apne ko Khuda ki madad ka mustahiq bana liya.</w:t>
      </w:r>
    </w:p>
    <w:p>
      <w:pPr>
        <w:jc w:val="right"/>
      </w:pPr>
      <w:r>
        <w:t>جو آدمی اپنی سوچ کو پازیٹیو وے میں استعمال کرے گا، تو اس نے اپنے کو خدا کی مدد کا مستحق بنا لیا۔</w:t>
      </w:r>
    </w:p>
    <w:p>
      <w:r>
        <w:rPr>
          <w:b/>
        </w:rPr>
        <w:t xml:space="preserve">[37:39] </w:t>
      </w:r>
      <w:r>
        <w:t>yeh sara mamla jo hai, is tarah se hai ke jo aadmi apne zehen ko, apne mind ko negative rukh par chalaye, is ne apne aap ko Khuda ki madad se mehroom kar liya.</w:t>
      </w:r>
    </w:p>
    <w:p>
      <w:pPr>
        <w:jc w:val="right"/>
      </w:pPr>
      <w:r>
        <w:t>یہ سارا معاملہ جو ہے، اس طریقے سے ہے کہ جو آدمی اپنے ذہن کو، اپنے مائنڈ کو نیگیٹیو رخ پر چلائے، اس نے اپنے آپ کو خدا کی مدد سے محروم کر لیا۔</w:t>
      </w:r>
    </w:p>
    <w:p>
      <w:r>
        <w:rPr>
          <w:b/>
        </w:rPr>
        <w:t xml:space="preserve">[37:55] </w:t>
      </w:r>
      <w:r>
        <w:t>to is ko kabhi bhi sachai ka rasta dikhai nahi dega, woh sirat e mustaqeem par nahi chal payega.</w:t>
      </w:r>
    </w:p>
    <w:p>
      <w:pPr>
        <w:jc w:val="right"/>
      </w:pPr>
      <w:r>
        <w:t>تو اس کو کبھی بھی سچائی کا راستہ دکھائی نہیں دے گا، وہ صراط مستقیم پر نہیں چل پائے گا۔</w:t>
      </w:r>
    </w:p>
    <w:p>
      <w:r>
        <w:rPr>
          <w:b/>
        </w:rPr>
        <w:t xml:space="preserve">[38:05] </w:t>
      </w:r>
      <w:r>
        <w:t>to sara mamla yeh hai ke dunya mein bar bar tarah tarah ki situation create hoti hai. Woh situation, woh situation test ke liye hoti hai.</w:t>
      </w:r>
    </w:p>
    <w:p>
      <w:pPr>
        <w:jc w:val="right"/>
      </w:pPr>
      <w:r>
        <w:t>تو سارا معاملہ یہ ہے کہ دنیا میں بار بار طرح طرح کی سچوئیشن کریٹ ہوتی ہے۔ وہ سچوئیشن، وہ سچوئیشن ٹیسٹ کے لیے ہوتی ہے۔</w:t>
      </w:r>
    </w:p>
    <w:p>
      <w:r>
        <w:rPr>
          <w:b/>
        </w:rPr>
        <w:t xml:space="preserve">[38:17] </w:t>
      </w:r>
      <w:r>
        <w:t>misalan koi aadmi aap ko provoke kar de to ek situation create hui.</w:t>
      </w:r>
    </w:p>
    <w:p>
      <w:pPr>
        <w:jc w:val="right"/>
      </w:pPr>
      <w:r>
        <w:t>مثلاً کوئی آدمی آپ کو پرووک کر دے تو ایک سچوئیشن کریٹ ہوئی۔</w:t>
      </w:r>
    </w:p>
    <w:p>
      <w:r>
        <w:rPr>
          <w:b/>
        </w:rPr>
        <w:t xml:space="preserve">[38:24] </w:t>
      </w:r>
      <w:r>
        <w:t>koi aadmi aap ko gaali de de, koi bhi aisi baat kare jis se aap provoke ho jayen, to ek situation create hui, test ki situation.</w:t>
      </w:r>
    </w:p>
    <w:p>
      <w:pPr>
        <w:jc w:val="right"/>
      </w:pPr>
      <w:r>
        <w:t>کوئی آدمی آپ کو گالی دے دے، کوئی بھی ایسی بات کرے جس سے آپ پرووک ہو جائیں، تو ایک سچوئیشن کریٹ ہوئی، ٹیسٹ کی سچوئیشن۔</w:t>
      </w:r>
    </w:p>
    <w:p>
      <w:r>
        <w:rPr>
          <w:b/>
        </w:rPr>
        <w:t xml:space="preserve">[38:39] </w:t>
      </w:r>
      <w:r>
        <w:t>ab aap ko kya karna hai? Apne aap ko is se bachana hai ke is test mein aap fail ho jayen.</w:t>
      </w:r>
    </w:p>
    <w:p>
      <w:pPr>
        <w:jc w:val="right"/>
      </w:pPr>
      <w:r>
        <w:t>اب آپ کو کیا کرنا ہے؟ اپنے آپ کو اس سے بچانا ہے کہ اس ٹیسٹ میں آپ فیل ہو جائیں۔</w:t>
      </w:r>
    </w:p>
    <w:p>
      <w:r>
        <w:rPr>
          <w:b/>
        </w:rPr>
        <w:t xml:space="preserve">[38:49] </w:t>
      </w:r>
      <w:r>
        <w:t>apne aap ko is se bachana hai ke is test mein aap fail ho jayen.</w:t>
      </w:r>
    </w:p>
    <w:p>
      <w:pPr>
        <w:jc w:val="right"/>
      </w:pPr>
      <w:r>
        <w:t>اپنے آپ کو اس سے بچانا ہے کہ اس ٹیسٹ میں آپ فیل ہو جائیں۔</w:t>
      </w:r>
    </w:p>
    <w:p>
      <w:r>
        <w:rPr>
          <w:b/>
        </w:rPr>
        <w:t xml:space="preserve">[38:53] </w:t>
      </w:r>
      <w:r>
        <w:t>to aap ko kya karna hai? Aap ko master of situation banna hai, slave of situation nahi banna hai.</w:t>
      </w:r>
    </w:p>
    <w:p>
      <w:pPr>
        <w:jc w:val="right"/>
      </w:pPr>
      <w:r>
        <w:t>تو آپ کو کیا کرنا ہے؟ آپ کو ماسٹر آف سچوئیشن بننا ہے، سلیو آف سچوئیشن نہیں بننا ہے۔</w:t>
      </w:r>
    </w:p>
    <w:p>
      <w:r>
        <w:rPr>
          <w:b/>
        </w:rPr>
        <w:t xml:space="preserve">[39:04] </w:t>
      </w:r>
      <w:r>
        <w:t>situation ko manage karna hai. Master of situation, master of situation banne ka matlab kya hai? Jab aap ko ghussa aaye to aap sochen, kuch tham kar ke, ruk kar ke.</w:t>
      </w:r>
    </w:p>
    <w:p>
      <w:pPr>
        <w:jc w:val="right"/>
      </w:pPr>
      <w:r>
        <w:t>سچوئیشن کو مینج کرنا ہے۔ ماسٹر آف سچوئیشن، ماسٹر آف سچوئیشن بننے کا مطلب کیا ہے؟ جب آپ کو غصہ آئے تو آپ سوچیں، کچھ تھم کر کے، رک کر کے۔</w:t>
      </w:r>
    </w:p>
    <w:p>
      <w:r>
        <w:rPr>
          <w:b/>
        </w:rPr>
        <w:t xml:space="preserve">[39:20] </w:t>
      </w:r>
      <w:r>
        <w:t>aap ke andar jab rage ki aag bhadke to aap apne ko thamen, apne ko control karen aur sochen. Yani soch samajh kar faisla karna,</w:t>
      </w:r>
    </w:p>
    <w:p>
      <w:pPr>
        <w:jc w:val="right"/>
      </w:pPr>
      <w:r>
        <w:t>آپ کے اندر جب رینج کی آگ بھڑکے تو آپ اپنے کو تھامیں، اپنے کو کنٹرول کریں اور سوچیں۔ یعنی سوچ سمجھ کر فیصلہ کرنا،</w:t>
      </w:r>
    </w:p>
    <w:p>
      <w:r>
        <w:rPr>
          <w:b/>
        </w:rPr>
        <w:t xml:space="preserve">[39:35] </w:t>
      </w:r>
      <w:r>
        <w:t>soch samajh kar apni rai banana, soch samajh kar apna ravaiyya mutayyan karna, yeh hai insan ki zimmedari.</w:t>
      </w:r>
    </w:p>
    <w:p>
      <w:pPr>
        <w:jc w:val="right"/>
      </w:pPr>
      <w:r>
        <w:t>سوچ سمجھ کر اپنی رائے بنانا، سوچ سمجھ کر اپنا رویہ متعین کرنا، یہ ہے انسان کی ذمہ داری۔</w:t>
      </w:r>
    </w:p>
    <w:p>
      <w:r>
        <w:rPr>
          <w:b/>
        </w:rPr>
        <w:t xml:space="preserve">[39:50] </w:t>
      </w:r>
      <w:r>
        <w:t>chunki insan ke andar Khuda ne yeh salahiyat, yeh isti'dad di hai, is liye woh aisa karna hai. Is ke upar farz hai ke woh aisa kare.</w:t>
      </w:r>
    </w:p>
    <w:p>
      <w:pPr>
        <w:jc w:val="right"/>
      </w:pPr>
      <w:r>
        <w:t>چونکہ انسان کے اندر خدا نے یہ صلاحیت، یہ استعداد دی ہے، اس لیے وہ ایسا کرنا ہے۔ اس کے اوپر فرض ہے کہ وہ ایسا کرے۔</w:t>
      </w:r>
    </w:p>
    <w:p>
      <w:r>
        <w:rPr>
          <w:b/>
        </w:rPr>
        <w:t xml:space="preserve">[40:03] </w:t>
      </w:r>
      <w:r>
        <w:t>jaise ke mujhe pyas lagi, to pyas lagi to glass maujood hai. Mere hath mein Khuda ne taqat di hai ke main is ka hath ko yahan le jaon, glass ko pakrun, pakad kar yahan le aaon aur glass ko pani piyun.</w:t>
      </w:r>
    </w:p>
    <w:p>
      <w:pPr>
        <w:jc w:val="right"/>
      </w:pPr>
      <w:r>
        <w:t>جیسے کہ مجھے پیاس لگی، تو پیاس لگی تو گلاس موجود ہے۔ میرے ہاتھ میں خدا نے طاقت دی ہے کہ میں اس کا ہاتھ کو یہاں لے جاؤں، گلاس کو پکڑوں، پکڑ کے یہاں لے آؤں اور گلاس کو پانی پیوں۔</w:t>
      </w:r>
    </w:p>
    <w:p>
      <w:r>
        <w:rPr>
          <w:b/>
        </w:rPr>
        <w:t xml:space="preserve">[40:21] </w:t>
      </w:r>
      <w:r>
        <w:t>to pyas to andar paida hui, lekin sath sath Khuda ne mujhe aankh di ke main glass ko dekhun, hath diya ke main Khuda glass ko pakrun.</w:t>
      </w:r>
    </w:p>
    <w:p>
      <w:pPr>
        <w:jc w:val="right"/>
      </w:pPr>
      <w:r>
        <w:t>تو پیاس تو اندر پیدا ہوئی، لیکن ساتھ ساتھ خدا نے مجھے آنکھ دی کہ میں گلاس کو دیکھوں، ہاتھ دیا کہ میں خدا گلاس کو پکڑوں۔</w:t>
      </w:r>
    </w:p>
    <w:p>
      <w:r>
        <w:rPr>
          <w:b/>
        </w:rPr>
        <w:t xml:space="preserve">[40:32] </w:t>
      </w:r>
      <w:r>
        <w:t>to yeh mujhe karna parega khud. Agar main hath ko harkat na doon, glass ko apne hath se na pakrun, glass ko apne munh tak na le jaon to zahir hai ke meri pyas nahi bujhegi.</w:t>
      </w:r>
    </w:p>
    <w:p>
      <w:pPr>
        <w:jc w:val="right"/>
      </w:pPr>
      <w:r>
        <w:t>تو یہ مجھے کرنا پڑے گا خود۔ اگر میں ہاتھ کو حرکت نہ دوں، گلاس کو اپنے ہاتھ سے نہ پکڑوں، گلاس کو اپنے منہ تک نہ لے جاؤں تو ظاہر ہے کہ میری پیاس نہیں بجھے گی۔</w:t>
      </w:r>
    </w:p>
    <w:p>
      <w:r>
        <w:rPr>
          <w:b/>
        </w:rPr>
        <w:t xml:space="preserve">[40:47] </w:t>
      </w:r>
      <w:r>
        <w:t>isi tarah se Khuda ne insan ke andar yeh mada rakha hai ke woh soch sake, cheezon ko assess kar sake, cheezon ko analyze kar sake.</w:t>
      </w:r>
    </w:p>
    <w:p>
      <w:pPr>
        <w:jc w:val="right"/>
      </w:pPr>
      <w:r>
        <w:t>اسی طرح سے خدا نے انسان کے اندر یہ مادہ رکھا ہے کہ وہ سوچ سکے، چیزوں کو اسس کر سکے، چیزوں کو انالیسز کر سکے۔</w:t>
      </w:r>
    </w:p>
    <w:p>
      <w:r>
        <w:rPr>
          <w:b/>
        </w:rPr>
        <w:t xml:space="preserve">[40:59] </w:t>
      </w:r>
      <w:r>
        <w:t>woh to jo aadmi sahi dhang se analyze kare, yani apni is faculty ko, sochne ki faculty ko sahi taur par istemal kare.</w:t>
      </w:r>
    </w:p>
    <w:p>
      <w:pPr>
        <w:jc w:val="right"/>
      </w:pPr>
      <w:r>
        <w:t>وہ تو جو آدمی صحیح ڈھنگ سے انالیسز کرے، یعنی اپنی اس فیکلٹی کو، سوچنے کی فیکلٹی کو صحیح طور پر استعمال کرے۔</w:t>
      </w:r>
    </w:p>
    <w:p>
      <w:r>
        <w:rPr>
          <w:b/>
        </w:rPr>
        <w:t xml:space="preserve">[41:16] </w:t>
      </w:r>
      <w:r>
        <w:t>jaise main apne hath ko sahi taur par istemal kiya to maine glass ko pakda, is ko munh tak le gaya aur pani pi kar apni pyas bujhai.</w:t>
      </w:r>
    </w:p>
    <w:p>
      <w:pPr>
        <w:jc w:val="right"/>
      </w:pPr>
      <w:r>
        <w:t>جیسے میں اپنے ہاتھ کو صحیح طور پر استعمال کیا تو میں نے گلاس کو پکڑا، اس کو منہ تک لے گیا اور پانی پی کر اپنی پیاس بجھائی۔</w:t>
      </w:r>
    </w:p>
    <w:p>
      <w:r>
        <w:rPr>
          <w:b/>
        </w:rPr>
        <w:t xml:space="preserve">[41:26] </w:t>
      </w:r>
      <w:r>
        <w:t>to maine apne hath ko istemal kiya, apni aankh ko istemal kiya. Isi tarah se insan ke andar sochne ki taqat rakhi gayi hai, assess karne ki taqat rakhi gayi hai,</w:t>
      </w:r>
    </w:p>
    <w:p>
      <w:pPr>
        <w:jc w:val="right"/>
      </w:pPr>
      <w:r>
        <w:t>تو میں نے اپنے ہاتھ کو استعمال کیا، اپنی آنکھ کو استعمال کیا۔ اسی طریقے سے انسان کے اندر سوچنے کی طاقت رکھی گئی ہے، اسس کرنے کی طاقت رکھی گئی ہے،</w:t>
      </w:r>
    </w:p>
    <w:p>
      <w:r>
        <w:rPr>
          <w:b/>
        </w:rPr>
        <w:t xml:space="preserve">[41:43] </w:t>
      </w:r>
      <w:r>
        <w:t>analisys karne ki taqat rakhi gayi hai.</w:t>
      </w:r>
    </w:p>
    <w:p>
      <w:pPr>
        <w:jc w:val="right"/>
      </w:pPr>
      <w:r>
        <w:t>انالیسز کرنے کی طاقت رکھی گئی ہے۔</w:t>
      </w:r>
    </w:p>
    <w:p>
      <w:r>
        <w:rPr>
          <w:b/>
        </w:rPr>
        <w:t xml:space="preserve">[41:46] </w:t>
      </w:r>
      <w:r>
        <w:t>is taqat ko aap ko istemal karna hai,</w:t>
      </w:r>
    </w:p>
    <w:p>
      <w:pPr>
        <w:jc w:val="right"/>
      </w:pPr>
      <w:r>
        <w:t>اس طاقت کو آپ کو استعمال کرنا ہے،</w:t>
      </w:r>
    </w:p>
    <w:p>
      <w:r>
        <w:rPr>
          <w:b/>
        </w:rPr>
        <w:t xml:space="preserve">[41:51] </w:t>
      </w:r>
      <w:r>
        <w:t>yeh farz hai. to jab aap is taqat ko istemal karein to kya hoga? aap ko dikhai padega ke ranj ka rasta sahi rasta nahi hai, nafrat ka rasta sahi rasta nahi hai.</w:t>
      </w:r>
    </w:p>
    <w:p>
      <w:pPr>
        <w:jc w:val="right"/>
      </w:pPr>
      <w:r>
        <w:t>یہ فرض ہے۔ تو جب آپ اس طاقت کو استعمال کریں تو کیا ہوگا؟ آپ کو دکھائی پڑے گا کہ رینج کا راستہ صحیح راستہ نہیں ہے، نفرت کا راستہ صحیح راستہ نہیں ہے۔</w:t>
      </w:r>
    </w:p>
    <w:p>
      <w:r>
        <w:rPr>
          <w:b/>
        </w:rPr>
        <w:t xml:space="preserve">[42:09] </w:t>
      </w:r>
      <w:r>
        <w:t>negative thought mein pad jana, negative thought mein jeena, yeh koi sahi tareeqa nahi hai.</w:t>
      </w:r>
    </w:p>
    <w:p>
      <w:pPr>
        <w:jc w:val="right"/>
      </w:pPr>
      <w:r>
        <w:t>نیگیٹیو تھاٹ میں پڑ جانا، نیگیٹیو تھاٹ میں جینا، یہ کوئی صحیح طریقہ نہیں ہے۔</w:t>
      </w:r>
    </w:p>
    <w:p>
      <w:r>
        <w:rPr>
          <w:b/>
        </w:rPr>
        <w:t xml:space="preserve">[42:16] </w:t>
      </w:r>
      <w:r>
        <w:t>aap ki aqal yeh batayegi, aap apni soch ke zariye yahan tak pahunchenge. to phir kya hoga? jab aap yeh irada karenge ke mujhe sahi raste par chalna hai to foran Khuda ki madad aap ko aa jayegi.</w:t>
      </w:r>
    </w:p>
    <w:p>
      <w:pPr>
        <w:jc w:val="right"/>
      </w:pPr>
      <w:r>
        <w:t>آپ کی عقل یہ بتائے گی، آپ اپنی سوچ کے ذریعے یہاں تک پہنچیں گے۔ تو پھر کیا ہوگا؟ جب آپ یہ ارادہ کریں گے کہ مجھے صحیح راستے پر چلنا ہے تو فوراً خدا کی مدد آپ کو آ جائے گی۔</w:t>
      </w:r>
    </w:p>
    <w:p>
      <w:r>
        <w:rPr>
          <w:b/>
        </w:rPr>
        <w:t xml:space="preserve">[42:35] </w:t>
      </w:r>
      <w:r>
        <w:t>kyun ke Khuda ki madad, Khuda ki taqviyat ke baghair aap kuch kar nahi sakte hain.</w:t>
      </w:r>
    </w:p>
    <w:p>
      <w:pPr>
        <w:jc w:val="right"/>
      </w:pPr>
      <w:r>
        <w:t>کیونکہ خدا کی مدد، خدا کی تقویت کے بغیر آپ کچھ کر نہیں سکتے ہیں۔</w:t>
      </w:r>
    </w:p>
    <w:p>
      <w:r>
        <w:rPr>
          <w:b/>
        </w:rPr>
        <w:t xml:space="preserve">[42:44] </w:t>
      </w:r>
      <w:r>
        <w:t>to dekhiye, har har situation jo create hoti hai, woh hamein do choice ke beech mein khada kar deti hai: negative response, positive response.</w:t>
      </w:r>
    </w:p>
    <w:p>
      <w:pPr>
        <w:jc w:val="right"/>
      </w:pPr>
      <w:r>
        <w:t>تو دیکھیے، ہر ہر سچوئیشن جو کریٹ ہوتی ہے، وہ ہمیں دو چوائس کے بیچ میں کھڑا کر دیتی ہے: نیگیٹیو رسپانس، پازیٹیو رسپانس۔</w:t>
      </w:r>
    </w:p>
    <w:p>
      <w:r>
        <w:rPr>
          <w:b/>
        </w:rPr>
        <w:t xml:space="preserve">[42:57] </w:t>
      </w:r>
      <w:r>
        <w:t>yani ghussa aaya to ya to ghusse ko hum nafrat bana dein ya hum ghusse ko forgive kar dein.</w:t>
      </w:r>
    </w:p>
    <w:p>
      <w:pPr>
        <w:jc w:val="right"/>
      </w:pPr>
      <w:r>
        <w:t>یعنی غصہ آیا تو یا تو غصے کو ہم نفرت بنا دیں یا ہم غصے کو فارگیو کر دیں۔</w:t>
      </w:r>
    </w:p>
    <w:p>
      <w:r>
        <w:rPr>
          <w:b/>
        </w:rPr>
        <w:t xml:space="preserve">[43:06] </w:t>
      </w:r>
      <w:r>
        <w:t>jab ghussa aaya to hum do choice ke beech mein khade ho gaye:</w:t>
      </w:r>
    </w:p>
    <w:p>
      <w:pPr>
        <w:jc w:val="right"/>
      </w:pPr>
      <w:r>
        <w:t>جب غصہ آیا تو ہم دو چوائس کے بیچ میں کھڑے ہو گئے:</w:t>
      </w:r>
    </w:p>
    <w:p>
      <w:r>
        <w:rPr>
          <w:b/>
        </w:rPr>
        <w:t xml:space="preserve">[43:11] </w:t>
      </w:r>
      <w:r>
        <w:t>ya to hum is ko, ghusse ko bhula dein, ghusse ko pee jayein ya ghusse ko hum nafrat banayein, inteqam banayein.</w:t>
      </w:r>
    </w:p>
    <w:p>
      <w:pPr>
        <w:jc w:val="right"/>
      </w:pPr>
      <w:r>
        <w:t>یا تو ہم اس کو، غصے کو بھلا دیں، غصے کو پی جائیں یا غصے کو ہم نفرت بنائیں، انتقام بنائیں۔</w:t>
      </w:r>
    </w:p>
    <w:p>
      <w:r>
        <w:rPr>
          <w:b/>
        </w:rPr>
        <w:t xml:space="preserve">[43:22] </w:t>
      </w:r>
      <w:r>
        <w:t>to dekhiye, yaad rakhiye ke zindagi naam hai different situation mein</w:t>
      </w:r>
    </w:p>
    <w:p>
      <w:pPr>
        <w:jc w:val="right"/>
      </w:pPr>
      <w:r>
        <w:t>تو دیکھیے، یاد رکھیے کہ زندگی نام ہے ڈفرنٹ سچوئیشن میں</w:t>
      </w:r>
    </w:p>
    <w:p>
      <w:r>
        <w:rPr>
          <w:b/>
        </w:rPr>
        <w:t xml:space="preserve">[43:29] </w:t>
      </w:r>
      <w:r>
        <w:t>jo test ho raha hai, us mein poora utarne ka. aur ek lafz mein yahi hai ke har situation mein ya to aadmi negative response deta hai ya positive response deta hai.</w:t>
      </w:r>
    </w:p>
    <w:p>
      <w:pPr>
        <w:jc w:val="right"/>
      </w:pPr>
      <w:r>
        <w:t>جو ٹیسٹ ہو رہا ہے، اس میں پورا اترنے کا۔ اور ایک لفظ میں یہی ہے کہ ہر سچوئیشن میں یا تو آدمی نیگیٹیو رسپانس دیتا ہے یا پازیٹیو رسپانس دیتا ہے۔</w:t>
      </w:r>
    </w:p>
    <w:p>
      <w:r>
        <w:rPr>
          <w:b/>
        </w:rPr>
        <w:t xml:space="preserve">[43:47] </w:t>
      </w:r>
      <w:r>
        <w:t>agar aadmi ne negative response diya to woh Khuda ki hidayat se mehroom ho jayega. agar aadmi ne positive response diya to us ko Khuda ki hidayat milegi.</w:t>
      </w:r>
    </w:p>
    <w:p>
      <w:pPr>
        <w:jc w:val="right"/>
      </w:pPr>
      <w:r>
        <w:t>اگر آدمی نے نیگیٹیو رسپانس دیا تو وہ خدا کی ہدایت سے محروم ہو جائے گا۔ اگر آدمی نے پازیٹیو رسپانس دیا تو اس کو خدا کی ہدایت ملے گی۔</w:t>
      </w:r>
    </w:p>
    <w:p>
      <w:r>
        <w:rPr>
          <w:b/>
        </w:rPr>
        <w:t xml:space="preserve">[44:00] </w:t>
      </w:r>
      <w:r>
        <w:t>to negative response dene wala sirat e mustaqeem se door chala jata hai. aur situation mein positive response dena, dene wala us ko sirat e mustaqeem ki tofeeq milti hai aur woh sirat e mustaqeem par chal padta hai,</w:t>
      </w:r>
    </w:p>
    <w:p>
      <w:pPr>
        <w:jc w:val="right"/>
      </w:pPr>
      <w:r>
        <w:t>تو نیگیٹیو رسپانس دینے والا صراط مستقیم سے دور چلا جاتا ہے۔ اور سچوئیشن میں پازیٹیو رسپانس دینا، دینے والا اس کو صراط مستقیم کی توفیق ملتی ہے اور وہ صراط مستقیم پر چل پڑتا ہے،</w:t>
      </w:r>
    </w:p>
    <w:p>
      <w:r>
        <w:rPr>
          <w:b/>
        </w:rPr>
        <w:t xml:space="preserve">[44:20] </w:t>
      </w:r>
      <w:r>
        <w:t>yahan tak ke manzil par pahunch jata hai.</w:t>
      </w:r>
    </w:p>
    <w:p>
      <w:pPr>
        <w:jc w:val="right"/>
      </w:pPr>
      <w:r>
        <w:t>یہاں تک کہ منزل پر پہنچ جاتا ہے۔</w:t>
      </w:r>
    </w:p>
    <w:p>
      <w:r>
        <w:rPr>
          <w:b/>
        </w:rPr>
        <w:t xml:space="preserve">[44:26] </w:t>
      </w:r>
      <w:r>
        <w:t>is ke baad dekhiye,</w:t>
      </w:r>
    </w:p>
    <w:p>
      <w:pPr>
        <w:jc w:val="right"/>
      </w:pPr>
      <w:r>
        <w:t>اس کے بعد دیکھیے،</w:t>
      </w:r>
    </w:p>
    <w:p>
      <w:r>
        <w:rPr>
          <w:b/>
        </w:rPr>
        <w:t xml:space="preserve">[44:31] </w:t>
      </w:r>
      <w:r>
        <w:t>ayat number 214, Al-Baqarah ki ayat number 214 mein farmaya ke "am hasibtum an tadkhulul jannata"</w:t>
      </w:r>
    </w:p>
    <w:p>
      <w:pPr>
        <w:jc w:val="right"/>
      </w:pPr>
      <w:r>
        <w:t>آیت نمبر 214، البقرہ کی آیت نمبر 214 میں فرمایا کہ "امحسبت من تدخل الجنہ"</w:t>
      </w:r>
    </w:p>
    <w:p>
      <w:r>
        <w:rPr>
          <w:b/>
        </w:rPr>
        <w:t xml:space="preserve">[44:49] </w:t>
      </w:r>
      <w:r>
        <w:t>. yeh Rasool Allah ke zamane mein jo log iman laye, jin ko hum Sahaba kehte hain, un ko khitab kar ke yeh baat kahi ja rahi hai.</w:t>
      </w:r>
    </w:p>
    <w:p>
      <w:pPr>
        <w:jc w:val="right"/>
      </w:pPr>
      <w:r>
        <w:t>۔ یہ رسول اللہ کے زمانے میں جو لوگ ایمان لائے، جن کو ہم صحابہ کہتے ہیں، ان کو خطاب کر کے یہ بات کہی جا رہی ہے۔</w:t>
      </w:r>
    </w:p>
    <w:p>
      <w:r>
        <w:rPr>
          <w:b/>
        </w:rPr>
        <w:t xml:space="preserve">[45:05] </w:t>
      </w:r>
      <w:r>
        <w:t>yeh jo hai Surah Al-Baqarah ki ayat number 214,</w:t>
      </w:r>
    </w:p>
    <w:p>
      <w:pPr>
        <w:jc w:val="right"/>
      </w:pPr>
      <w:r>
        <w:t>یہ جو ہے سورہ البقرہ کی آیت نمبر 214،</w:t>
      </w:r>
    </w:p>
    <w:p>
      <w:r>
        <w:rPr>
          <w:b/>
        </w:rPr>
        <w:t xml:space="preserve">[45:13] </w:t>
      </w:r>
      <w:r>
        <w:t>yeh Rasool Allah ke zamane ke ahl e iman ko khitab kar ke kaha ja raha hai aur phir saare baad ke logon tak woh apply ho rahi hai.</w:t>
      </w:r>
    </w:p>
    <w:p>
      <w:pPr>
        <w:jc w:val="right"/>
      </w:pPr>
      <w:r>
        <w:t>یہ رسول اللہ کے زمانے کے اہل ایمان کو خطاب کر کے کہا جا رہا ہے اور پھر سارے بعد کے لوگوں تک وہ اپلائی ہو رہی ہے۔</w:t>
      </w:r>
    </w:p>
    <w:p>
      <w:r>
        <w:rPr>
          <w:b/>
        </w:rPr>
        <w:t xml:space="preserve">[45:28] </w:t>
      </w:r>
      <w:r>
        <w:t>yani direct taur par jo revelation hua, direct taur par jo Khuda ki taraf se wahi aayi</w:t>
      </w:r>
    </w:p>
    <w:p>
      <w:pPr>
        <w:jc w:val="right"/>
      </w:pPr>
      <w:r>
        <w:t>یعنی ڈائریکٹ طور پر جو ریویلیشن ہوا، ڈائریکٹ طور پر جو خدا کی طرف سے وحی آئی</w:t>
      </w:r>
    </w:p>
    <w:p>
      <w:r>
        <w:rPr>
          <w:b/>
        </w:rPr>
        <w:t xml:space="preserve">[45:34] </w:t>
      </w:r>
      <w:r>
        <w:t>to us zamane mein aayi jab ke Sahaba zinda the. lekin ab saare hi iman wale is ka mukhatib hain, sab par woh apply ho rahi hai.</w:t>
      </w:r>
    </w:p>
    <w:p>
      <w:pPr>
        <w:jc w:val="right"/>
      </w:pPr>
      <w:r>
        <w:t>تو اس زمانے میں آئی جب کہ صحابہ زندہ تھے۔ لیکن اب سارے ہی ایمان والے اس کا مخاطب ہیں، سب پر وہ اپلائی ہو رہی ہے۔</w:t>
      </w:r>
    </w:p>
    <w:p>
      <w:r>
        <w:rPr>
          <w:b/>
        </w:rPr>
        <w:t xml:space="preserve">[45:48] </w:t>
      </w:r>
      <w:r>
        <w:t>to farmaya ke "am hasibtum an tadkhulul jannata" walamma ya'tikum mislullazina khalau minkum, massahumul ba'sau waddarra'u wazulzilu.</w:t>
      </w:r>
    </w:p>
    <w:p>
      <w:pPr>
        <w:jc w:val="right"/>
      </w:pPr>
      <w:r>
        <w:t>تو فرمایا کہ "امحسبت من تدخل الجنہ"۔ ولما یاتکم مصر الذین خلق قبلکم، مستحب الباساء والذراء والذلل۔</w:t>
      </w:r>
    </w:p>
    <w:p>
      <w:r>
        <w:rPr>
          <w:b/>
        </w:rPr>
        <w:t xml:space="preserve">[46:05] </w:t>
      </w:r>
      <w:r>
        <w:t>kya tum samajhte ho? kya tum ne yeh samjha hai ke tum ko jannat mein dakhila mil jayega?</w:t>
      </w:r>
    </w:p>
    <w:p>
      <w:pPr>
        <w:jc w:val="right"/>
      </w:pPr>
      <w:r>
        <w:t>کیا تم سمجھتے ہو؟ کیا تم نے یہ سمجھا ہے کہ تم کو جنت میں داخلہ مل جائے گا؟</w:t>
      </w:r>
    </w:p>
    <w:p>
      <w:r>
        <w:rPr>
          <w:b/>
        </w:rPr>
        <w:t xml:space="preserve">[46:16] </w:t>
      </w:r>
      <w:r>
        <w:t>yani tum iman laye, tum namaz padhte ho, tum Rasool Allah ke paas baithte ho aur Ramzan mein roze roze rakhte ho, yeh sab karte ho.</w:t>
      </w:r>
    </w:p>
    <w:p>
      <w:pPr>
        <w:jc w:val="right"/>
      </w:pPr>
      <w:r>
        <w:t>یعنی تم ایمان لائے، تم نماز پڑھتے ہو، تم رسول اللہ کے پاس بیٹھتے ہو اور رمضان میں روزے روزے رکھتے ہو، یہ سب کرتے ہو۔</w:t>
      </w:r>
    </w:p>
    <w:p>
      <w:r>
        <w:rPr>
          <w:b/>
        </w:rPr>
        <w:t xml:space="preserve">[46:30] </w:t>
      </w:r>
      <w:r>
        <w:t>to kya tum samajhte ho ke is ki bina par aisa kar ke tum jannat mein dakhil ho jao ge?</w:t>
      </w:r>
    </w:p>
    <w:p>
      <w:pPr>
        <w:jc w:val="right"/>
      </w:pPr>
      <w:r>
        <w:t>تو کیا تم سمجھتے ہو کہ اس کی بنا پر ایسا کر کے تم جنت میں داخل ہو جاؤ گے؟</w:t>
      </w:r>
    </w:p>
    <w:p>
      <w:r>
        <w:rPr>
          <w:b/>
        </w:rPr>
        <w:t xml:space="preserve">[46:40] </w:t>
      </w:r>
      <w:r>
        <w:t>halan ke abhi tak tum par woh halaat guzre hi nahi jo pichle ahl e iman par guzre the, jo pichli ummaton par guzre the.</w:t>
      </w:r>
    </w:p>
    <w:p>
      <w:pPr>
        <w:jc w:val="right"/>
      </w:pPr>
      <w:r>
        <w:t>حالانکہ ابھی تک تم پر وہ حالات گزرے ہی نہیں جو پچھلے اہل ایمان پر گزرے تھے، جو پچھلی امتوں پر گزرے تھے۔</w:t>
      </w:r>
    </w:p>
    <w:p>
      <w:r>
        <w:rPr>
          <w:b/>
        </w:rPr>
        <w:t xml:space="preserve">[46:51] </w:t>
      </w:r>
      <w:r>
        <w:t>un par museebatein pari hain, takleefein pari hain, un ko hila mara gaya</w:t>
      </w:r>
    </w:p>
    <w:p>
      <w:pPr>
        <w:jc w:val="right"/>
      </w:pPr>
      <w:r>
        <w:t>ان پر مصیبتیں پڑی ہیں، تکلیفیں پڑی ہیں، ان کو ہلا مارا گیا</w:t>
      </w:r>
    </w:p>
    <w:p>
      <w:r>
        <w:rPr>
          <w:b/>
        </w:rPr>
        <w:t xml:space="preserve">[46:58] </w:t>
      </w:r>
      <w:r>
        <w:t>, un par zalzala ke tareeqe se unhein hila mara gaya. tab ja kar ke jab woh test mein poore utre to faisla hua ke yeh jannat wale log hain.</w:t>
      </w:r>
    </w:p>
    <w:p>
      <w:pPr>
        <w:jc w:val="right"/>
      </w:pPr>
      <w:r>
        <w:t>، ان پر زلزلہ کے طریقے سے انہیں ہلا مارا گیا۔ تب جا کر کے جب وہ ٹیسٹ میں پورے اترے تو فیصلہ ہوا کہ یہ جنت والے لوگ ہیں۔</w:t>
      </w:r>
    </w:p>
    <w:p>
      <w:r>
        <w:rPr>
          <w:b/>
        </w:rPr>
        <w:t xml:space="preserve">[47:12] </w:t>
      </w:r>
      <w:r>
        <w:t>is se kya baat maloom hui? yeh jo 214 ayat hai Surah Al Baqarah ki, is se kya baat maloom hui?</w:t>
      </w:r>
    </w:p>
    <w:p>
      <w:pPr>
        <w:jc w:val="right"/>
      </w:pPr>
      <w:r>
        <w:t>اس سے کیا بات معلوم ہوئی؟ یہ جو 214 آیت ہے سورہ البقرہ کی، اس سے کیا بات معلوم ہوئی؟</w:t>
      </w:r>
    </w:p>
    <w:p>
      <w:r>
        <w:rPr>
          <w:b/>
        </w:rPr>
        <w:t xml:space="preserve">[47:24] </w:t>
      </w:r>
      <w:r>
        <w:t>is se yeh maloom hua ke jannat ka faisla ya jannat ka dakhla</w:t>
      </w:r>
    </w:p>
    <w:p>
      <w:pPr>
        <w:jc w:val="right"/>
      </w:pPr>
      <w:r>
        <w:t>اس سے یہ معلوم ہوا کہ جنت کا فیصلہ یا جنت کا داخلہ</w:t>
      </w:r>
    </w:p>
    <w:p>
      <w:r>
        <w:rPr>
          <w:b/>
        </w:rPr>
        <w:t xml:space="preserve">[47:33] </w:t>
      </w:r>
      <w:r>
        <w:t>routine qism ki dindari par nahi hota. ek routine qism ki dindari hai</w:t>
      </w:r>
    </w:p>
    <w:p>
      <w:pPr>
        <w:jc w:val="right"/>
      </w:pPr>
      <w:r>
        <w:t>روٹین قسم کی دینداری پر نہیں ہوتا۔ ایک روٹین قسم کی دینداری ہے</w:t>
      </w:r>
    </w:p>
    <w:p>
      <w:r>
        <w:rPr>
          <w:b/>
        </w:rPr>
        <w:t xml:space="preserve">[47:41] </w:t>
      </w:r>
      <w:r>
        <w:t>ke aap ne kalma padh liya aur namaz panch waqt ki padhne lage, khaas tarah kapda pehanne lage aap aur Eid Bakr Eid mein aap shareek hone lage, roza rakh liya saal mein.</w:t>
      </w:r>
    </w:p>
    <w:p>
      <w:pPr>
        <w:jc w:val="right"/>
      </w:pPr>
      <w:r>
        <w:t>کہ آپ نے کلمہ پڑھ لیا اور نماز پانچ وقت کی پڑھنے لگے، خاص طرح کپڑا پہننے لگے آپ اور عید بکر عید میں آپ شریک ہونے لگے، روزہ رکھ لیا سال میں۔</w:t>
      </w:r>
    </w:p>
    <w:p>
      <w:r>
        <w:rPr>
          <w:b/>
        </w:rPr>
        <w:t xml:space="preserve">[47:55] </w:t>
      </w:r>
      <w:r>
        <w:t>yeh hai routine ki dindari. routine ki dindari mein murad kar raha hoon ke jis mein koi crisis mein na pada ho aadmi.</w:t>
      </w:r>
    </w:p>
    <w:p>
      <w:pPr>
        <w:jc w:val="right"/>
      </w:pPr>
      <w:r>
        <w:t>یہ ہے روٹین کی دینداری۔ روٹین کی دینداری میں مراد کر رہا ہوں کہ جس میں کوئی کرائسز میں نہ پڑا ہو آدمی۔</w:t>
      </w:r>
    </w:p>
    <w:p>
      <w:r>
        <w:rPr>
          <w:b/>
        </w:rPr>
        <w:t xml:space="preserve">[48:06] </w:t>
      </w:r>
      <w:r>
        <w:t>to ek hai routine ki dindari</w:t>
      </w:r>
    </w:p>
    <w:p>
      <w:pPr>
        <w:jc w:val="right"/>
      </w:pPr>
      <w:r>
        <w:t>تو ایک ہے روٹین کی دینداری</w:t>
      </w:r>
    </w:p>
    <w:p>
      <w:r>
        <w:rPr>
          <w:b/>
        </w:rPr>
        <w:t xml:space="preserve">[48:10] </w:t>
      </w:r>
      <w:r>
        <w:t>aur ek hai crisis mein dindari. is ko jhatka lage, is ko is ka routine toote, is ko sacrifice ke level par ja kar ke apne iman ka proof dena ho.</w:t>
      </w:r>
    </w:p>
    <w:p>
      <w:pPr>
        <w:jc w:val="right"/>
      </w:pPr>
      <w:r>
        <w:t>اور ایک ہے کرائسز میں دینداری۔ اس کو جھٹکا لگے، اس کو اس کا روٹین ٹوٹے، اس کو سیکریفائس کے لیول پر جا کر کے اپنے ایمان کا پروف دینا ہو۔</w:t>
      </w:r>
    </w:p>
    <w:p>
      <w:r>
        <w:rPr>
          <w:b/>
        </w:rPr>
        <w:t xml:space="preserve">[48:33] </w:t>
      </w:r>
      <w:r>
        <w:t>to ek hai routine ki dindari aur ek hai sacrifice ke satah par, sacrifice ki satah ki dindari.</w:t>
      </w:r>
    </w:p>
    <w:p>
      <w:pPr>
        <w:jc w:val="right"/>
      </w:pPr>
      <w:r>
        <w:t>تو ایک ہے روٹین کی دینداری اور ایک ہے سیکریفائس کے سطح پر، سیکریفائس کی سطح کی دینداری۔</w:t>
      </w:r>
    </w:p>
    <w:p>
      <w:r>
        <w:rPr>
          <w:b/>
        </w:rPr>
        <w:t xml:space="preserve">[48:45] </w:t>
      </w:r>
      <w:r>
        <w:t>yeh farmaya bohat hi zyada sochne wali ayat hai ke tum jo ek routine ki dindari ikhtiyar kar li hai tum ne, to tum samajhte ho ke yeh jannat ke liye kafi hai?</w:t>
      </w:r>
    </w:p>
    <w:p>
      <w:pPr>
        <w:jc w:val="right"/>
      </w:pPr>
      <w:r>
        <w:t>یہ فرمایا بہت ہی زیادہ سوچنے والی آیت ہے کہ تم جو ایک روٹین کی دینداری اختیار کر لی ہے تم نے، تو تم سمجھتے ہو کہ یہ جنت کے لیے کافی ہے؟</w:t>
      </w:r>
    </w:p>
    <w:p>
      <w:r>
        <w:rPr>
          <w:b/>
        </w:rPr>
        <w:t xml:space="preserve">[48:59] </w:t>
      </w:r>
      <w:r>
        <w:t>to aisa hone wala nahi. Am hasibtum tadkhulul jannata walamma yatikum mislullazina khalau min qablikum, mustabtil ba'sa'a wad darra'a wazulzalu,</w:t>
      </w:r>
    </w:p>
    <w:p>
      <w:pPr>
        <w:jc w:val="right"/>
      </w:pPr>
      <w:r>
        <w:t>تو ایسا ہونے والا نہیں۔ امحسبت من تدخل الجنہ ولما یاتکم مصر الذین خلق من قبلکم، مستحب الذراء والمستحب الباساء والذراء والذلل،</w:t>
      </w:r>
    </w:p>
    <w:p>
      <w:r>
        <w:rPr>
          <w:b/>
        </w:rPr>
        <w:t xml:space="preserve">[49:18] </w:t>
      </w:r>
      <w:r>
        <w:t>hata yqulur rasulullazina amanu: "mata nasrullahi? ala inna nasrullahi qarib".</w:t>
      </w:r>
    </w:p>
    <w:p>
      <w:pPr>
        <w:jc w:val="right"/>
      </w:pPr>
      <w:r>
        <w:t>حتیٰ یقول رسول الذین آمنوا: "ما متا نصر اللہ علی نصر اللہ قریب"۔</w:t>
      </w:r>
    </w:p>
    <w:p>
      <w:r>
        <w:rPr>
          <w:b/>
        </w:rPr>
        <w:t xml:space="preserve">[49:27] </w:t>
      </w:r>
      <w:r>
        <w:t>to is ka matlab yeh hai ke routine ki dindari par jannat ka faisla nahi hota, balke crisis zindagi mein pesh aata hai, sacrifice ka mauqa hota hai.</w:t>
      </w:r>
    </w:p>
    <w:p>
      <w:pPr>
        <w:jc w:val="right"/>
      </w:pPr>
      <w:r>
        <w:t>تو اس کا مطلب یہ ہے کہ روٹین کی دینداری پر جنت کا فیصلہ نہیں ہوتا، بلکہ کرائسز زندگی میں پیش آتا ہے، سیکریفائس کا موقع ہوتا ہے۔</w:t>
      </w:r>
    </w:p>
    <w:p>
      <w:r>
        <w:rPr>
          <w:b/>
        </w:rPr>
        <w:t xml:space="preserve">[49:44] </w:t>
      </w:r>
      <w:r>
        <w:t>ab normal situation mein apni apni iman ka saboot dena padta hai. zindagi mein ek halchal aati hai jis ko zalzala kaha gaya is ayat mein.</w:t>
      </w:r>
    </w:p>
    <w:p>
      <w:pPr>
        <w:jc w:val="right"/>
      </w:pPr>
      <w:r>
        <w:t>اب نارمل سچوئیشن میں اپنی اپنی ایمان کا ثبوت دینا پڑتا ہے۔ زندگی میں ایک ہلچل آتی ہے جس کو زلزلہ کہا گیا اس آیت میں۔</w:t>
      </w:r>
    </w:p>
    <w:p>
      <w:r>
        <w:rPr>
          <w:b/>
        </w:rPr>
        <w:t xml:space="preserve">[49:57] </w:t>
      </w:r>
      <w:r>
        <w:t>to zalzala khaiz waqiyat mein jab aadmi yeh sabit karta hai ke woh iman mein pakka hai, woh Khuda ki itaat mein pakka hai,</w:t>
      </w:r>
    </w:p>
    <w:p>
      <w:pPr>
        <w:jc w:val="right"/>
      </w:pPr>
      <w:r>
        <w:t>تو زلزلہ خیز واقعات میں جب آدمی یہ ثابت کرتا ہے کہ وہ ایمان میں پکا ہے، وہ خدا کی اطاعت میں پکا ہے،</w:t>
      </w:r>
    </w:p>
    <w:p>
      <w:r>
        <w:rPr>
          <w:b/>
        </w:rPr>
        <w:t xml:space="preserve">[50:13] </w:t>
      </w:r>
      <w:r>
        <w:t>tab ja kar is ke liye faisla hota hai jannat ka.</w:t>
      </w:r>
    </w:p>
    <w:p>
      <w:pPr>
        <w:jc w:val="right"/>
      </w:pPr>
      <w:r>
        <w:t>تب جا کر اس کے لیے فیصلہ ہوتا ہے جنت کا۔</w:t>
      </w:r>
    </w:p>
    <w:p>
      <w:r>
        <w:rPr>
          <w:b/>
        </w:rPr>
        <w:t xml:space="preserve">[50:22] </w:t>
      </w:r>
      <w:r>
        <w:t>goya ke mamool ke halaat mein jannat ka faisla nahi kiya jata. ghair mamooli halaat mein jab aadmi apne iman ka saboot de de, tab ja kar is ke liye jannat ka faisla kiya jata hai.</w:t>
      </w:r>
    </w:p>
    <w:p>
      <w:pPr>
        <w:jc w:val="right"/>
      </w:pPr>
      <w:r>
        <w:t>گویا کہ معمول کے حالات میں جنت کا فیصلہ نہیں کیا جاتا۔ غیر معمولی حالات میں جب آدمی اپنے ایمان کا ثبوت دے دے، تب جا کر اس کے لیے جنت کا فیصلہ کیا جاتا ہے۔</w:t>
      </w:r>
    </w:p>
    <w:p>
      <w:r>
        <w:rPr>
          <w:b/>
        </w:rPr>
        <w:t xml:space="preserve">[50:41] </w:t>
      </w:r>
      <w:r>
        <w:t>yeh bohat zyada sochne wali baat hai.</w:t>
      </w:r>
    </w:p>
    <w:p>
      <w:pPr>
        <w:jc w:val="right"/>
      </w:pPr>
      <w:r>
        <w:t>یہ بہت زیادہ سوچنے والی بات ہے۔</w:t>
      </w:r>
    </w:p>
    <w:p>
      <w:r>
        <w:rPr>
          <w:b/>
        </w:rPr>
        <w:t xml:space="preserve">[50:45] </w:t>
      </w:r>
      <w:r>
        <w:t>yani yeh ayat hai, yeh jo ayat hai, is mein address kiya gaya tha Rasool Allah ke zamane ke ahl e iman ko.</w:t>
      </w:r>
    </w:p>
    <w:p>
      <w:pPr>
        <w:jc w:val="right"/>
      </w:pPr>
      <w:r>
        <w:t>یعنی یہ آیت ہے، یہ جو آیت ہے، اس میں ایڈریس کیا گیا تھا رسول اللہ کے زمانے کے اہل ایمان کو۔</w:t>
      </w:r>
    </w:p>
    <w:p>
      <w:r>
        <w:rPr>
          <w:b/>
        </w:rPr>
        <w:t xml:space="preserve">[50:56] </w:t>
      </w:r>
      <w:r>
        <w:t>lekin aap jante hain Quran sab ke liye hai.</w:t>
      </w:r>
    </w:p>
    <w:p>
      <w:pPr>
        <w:jc w:val="right"/>
      </w:pPr>
      <w:r>
        <w:t>لیکن آپ جانتے ہیں قرآن سب کے لیے ہے۔</w:t>
      </w:r>
    </w:p>
    <w:p>
      <w:r>
        <w:rPr>
          <w:b/>
        </w:rPr>
        <w:t xml:space="preserve">[51:02] </w:t>
      </w:r>
      <w:r>
        <w:t>to us waqt</w:t>
      </w:r>
    </w:p>
    <w:p>
      <w:pPr>
        <w:jc w:val="right"/>
      </w:pPr>
      <w:r>
        <w:t>تو اس وقت</w:t>
      </w:r>
    </w:p>
    <w:p>
      <w:r>
        <w:rPr>
          <w:b/>
        </w:rPr>
        <w:t xml:space="preserve">[51:06] </w:t>
      </w:r>
      <w:r>
        <w:t>jis tarah unhein khitab kiya gaya tha, usi tarah hamesha ke liye, har zamane ke liye, qayamat tak ke liye jo insaan hai, woh sab is ke mukhatib hain.</w:t>
      </w:r>
    </w:p>
    <w:p>
      <w:pPr>
        <w:jc w:val="right"/>
      </w:pPr>
      <w:r>
        <w:t>جس طرح انہیں خطاب کیا گیا تھا، اسی طرح ہمیشہ کے لیے، ہر زمانے کے لیے، قیامت تک کے لیے جو انسان ہے، وہ سب اس کے مخاطب ہیں۔</w:t>
      </w:r>
    </w:p>
    <w:p>
      <w:r>
        <w:rPr>
          <w:b/>
        </w:rPr>
        <w:t xml:space="preserve">[51:17] </w:t>
      </w:r>
      <w:r>
        <w:t>sab par yeh ayat apply ho rahi hai aur woh yeh hai is ka matlab ke mamooli dindari par jannat ka dakhla nahi milta,</w:t>
      </w:r>
    </w:p>
    <w:p>
      <w:pPr>
        <w:jc w:val="right"/>
      </w:pPr>
      <w:r>
        <w:t>سب پر یہ آیت اپلائی ہو رہی ہے اور وہ یہ ہے اس کا مطلب کہ معمول کی دینداری پر جنت کا داخلہ نہیں ملتا،</w:t>
      </w:r>
    </w:p>
    <w:p>
      <w:r>
        <w:rPr>
          <w:b/>
        </w:rPr>
        <w:t xml:space="preserve">[51:30] </w:t>
      </w:r>
      <w:r>
        <w:t>balkeh ghair maamooli halaat mein deen par qaim rahe aadmi, tab ja kar is ke liye jannat ka faisla kiya jata hai.</w:t>
      </w:r>
    </w:p>
    <w:p>
      <w:pPr>
        <w:jc w:val="right"/>
      </w:pPr>
      <w:r>
        <w:t>بلکہ غیر معمولی حالات میں دین پر قائم رہے آدمی، تب جا کر اس کے لیے جنت کا فیصلہ کیا جاتا ہے۔</w:t>
      </w:r>
    </w:p>
    <w:p>
      <w:r>
        <w:rPr>
          <w:b/>
        </w:rPr>
        <w:t xml:space="preserve">[51:43] </w:t>
      </w:r>
      <w:r>
        <w:t>to yeh bohat zyada sochne wali baat hai.</w:t>
      </w:r>
    </w:p>
    <w:p>
      <w:pPr>
        <w:jc w:val="right"/>
      </w:pPr>
      <w:r>
        <w:t>تو یہ بہت زیادہ سوچنے والی بات ہے۔</w:t>
      </w:r>
    </w:p>
    <w:p>
      <w:r>
        <w:rPr>
          <w:b/>
        </w:rPr>
        <w:t xml:space="preserve">[51:48] </w:t>
      </w:r>
      <w:r>
        <w:t>jo log routine ki dindari ikhtiyar kar ke samajhte hain ke unhon ne jannat ka certificate hasil kar liya hai, woh bohat bade dhoke mein hain, bohat bade dhoke mein hain.</w:t>
      </w:r>
    </w:p>
    <w:p>
      <w:pPr>
        <w:jc w:val="right"/>
      </w:pPr>
      <w:r>
        <w:t>جو لوگ روٹین کی دینداری اختیار کر کے سمجھتے ہیں کہ انہوں نے جنت کا سرٹیفیکیٹ حاصل کر لیا ہے، وہ بہت بڑے دھوکے میں ہیں، بہت بڑے دھوکے میں ہیں۔</w:t>
      </w:r>
    </w:p>
    <w:p>
      <w:r>
        <w:rPr>
          <w:b/>
        </w:rPr>
        <w:t xml:space="preserve">[52:01] </w:t>
      </w:r>
      <w:r>
        <w:t>yani woh apna aik job kar rahe hain, business kar rahe hain, family life bata rahe hain aur is mein aik routine ki dindari ikhtiyar kar liya unhon ne.</w:t>
      </w:r>
    </w:p>
    <w:p>
      <w:pPr>
        <w:jc w:val="right"/>
      </w:pPr>
      <w:r>
        <w:t>یعنی وہ اپنا ایک جاب کر رہے ہیں، بزنس کر رہے ہیں، فیملی لائف بتا رہے ہیں اور اس میں ایک روٹین کی دینداری اختیار کر لیا انہوں نے۔</w:t>
      </w:r>
    </w:p>
    <w:p>
      <w:r>
        <w:rPr>
          <w:b/>
        </w:rPr>
        <w:t xml:space="preserve">[52:11] </w:t>
      </w:r>
      <w:r>
        <w:t>to woh to aik tarah ka appendix hai, just like appendix ke apni jo dunya daarana zindagi hai, us mein aik appendix laga liya unhon ne, aik zamima.</w:t>
      </w:r>
    </w:p>
    <w:p>
      <w:pPr>
        <w:jc w:val="right"/>
      </w:pPr>
      <w:r>
        <w:t>تو وہ تو ایک طرح کا اپینڈکس ہے، جسٹ لائک اپینڈکس کہ اپنی جو دنیا دارانہ زندگی ہے، اس میں ایک اپینڈکس لگا لیا انہوں نے، ایک ضمیمہ۔</w:t>
      </w:r>
    </w:p>
    <w:p>
      <w:r>
        <w:rPr>
          <w:b/>
        </w:rPr>
        <w:t xml:space="preserve">[52:27] </w:t>
      </w:r>
      <w:r>
        <w:t>dunya daran, dunya daarana zindagi mein aik zamima ke taur par deen unhon ne ikhtiyar kar liya.</w:t>
      </w:r>
    </w:p>
    <w:p>
      <w:pPr>
        <w:jc w:val="right"/>
      </w:pPr>
      <w:r>
        <w:t>دنیا داران، دنیا دارانہ زندگی میں ایک ضمیمہ کے طور پر دین انہوں نے اختیار کر لیا۔</w:t>
      </w:r>
    </w:p>
    <w:p>
      <w:r>
        <w:rPr>
          <w:b/>
        </w:rPr>
        <w:t xml:space="preserve">[52:37] </w:t>
      </w:r>
      <w:r>
        <w:t>is par jannat ka faisla nahi hoga,</w:t>
      </w:r>
    </w:p>
    <w:p>
      <w:pPr>
        <w:jc w:val="right"/>
      </w:pPr>
      <w:r>
        <w:t>اس پر جنت کا فیصلہ نہیں ہوگا،</w:t>
      </w:r>
    </w:p>
    <w:p>
      <w:r>
        <w:rPr>
          <w:b/>
        </w:rPr>
        <w:t xml:space="preserve">[52:42] </w:t>
      </w:r>
      <w:r>
        <w:t>balkeh aik bhonchal aye ga aur aik normal situation create hogi, ghair maamooli halaat paida honge</w:t>
      </w:r>
    </w:p>
    <w:p>
      <w:pPr>
        <w:jc w:val="right"/>
      </w:pPr>
      <w:r>
        <w:t>بلکہ ایک بھونچال آئے گا اور ایک نارمل سچوئیشن کریٹ ہوگی، غیر معمولی حالات پیدا ہوں گے</w:t>
      </w:r>
    </w:p>
    <w:p>
      <w:r>
        <w:rPr>
          <w:b/>
        </w:rPr>
        <w:t xml:space="preserve">[52:53] </w:t>
      </w:r>
      <w:r>
        <w:t>aur is bohran ki soorat mein aadmi jab qaim rahe iman par, islam par, khuda ki itaat par,</w:t>
      </w:r>
    </w:p>
    <w:p>
      <w:pPr>
        <w:jc w:val="right"/>
      </w:pPr>
      <w:r>
        <w:t>اور اس بحران کی صورت میں آدمی جب قائم رہے ایمان پر، اسلام پر، خدا کی اطاعت پر،</w:t>
      </w:r>
    </w:p>
    <w:p>
      <w:r>
        <w:rPr>
          <w:b/>
        </w:rPr>
        <w:t xml:space="preserve">[53:03] </w:t>
      </w:r>
      <w:r>
        <w:t>tab ja kar woh is qabil banta hai ke is ke liye faisla kar diya jaye ke yeh</w:t>
      </w:r>
    </w:p>
    <w:p>
      <w:pPr>
        <w:jc w:val="right"/>
      </w:pPr>
      <w:r>
        <w:t>تب جا کر وہ اس قابل بنتا ہے کہ اس کے لیے فیصلہ کر دیا جائے کہ یہ</w:t>
      </w:r>
    </w:p>
    <w:p>
      <w:r>
        <w:rPr>
          <w:b/>
        </w:rPr>
        <w:t xml:space="preserve">[53:07] </w:t>
      </w:r>
      <w:r>
        <w:t>aadmi is qabil hai ke is ko khuda ki abadi jannat mein dakhil kiya jaye.</w:t>
      </w:r>
    </w:p>
    <w:p>
      <w:pPr>
        <w:jc w:val="right"/>
      </w:pPr>
      <w:r>
        <w:t>آدمی اس قابل ہے کہ اس کو خدا کی ابدی جنت میں داخل کیا جائے۔</w:t>
      </w:r>
    </w:p>
    <w:p>
      <w:r>
        <w:rPr>
          <w:b/>
        </w:rPr>
        <w:t xml:space="preserve">[53:24] </w:t>
      </w:r>
      <w:r>
        <w:t>dekhiye Quran ki Surah Al-Baqarah ki ayat number 216, 216 yeh hai:</w:t>
      </w:r>
    </w:p>
    <w:p>
      <w:pPr>
        <w:jc w:val="right"/>
      </w:pPr>
      <w:r>
        <w:t>دیکھیے قرآن کی سورہ البقرہ کی آیت نمبر 216، 216 یہ ہے:</w:t>
      </w:r>
    </w:p>
    <w:p>
      <w:r>
        <w:rPr>
          <w:b/>
        </w:rPr>
        <w:t xml:space="preserve">[53:36] </w:t>
      </w:r>
      <w:r>
        <w:t>"asaa an takrahu shai'an wa huwa khairun lakum, wa asaa an tuhibbu shai'an wa huwa sharrun lakum".</w:t>
      </w:r>
    </w:p>
    <w:p>
      <w:pPr>
        <w:jc w:val="right"/>
      </w:pPr>
      <w:r>
        <w:t>"اسان تقرو شین وھو خیر لکم، واسان تحبو شین وھو شر لکم"۔</w:t>
      </w:r>
    </w:p>
    <w:p>
      <w:r>
        <w:rPr>
          <w:b/>
        </w:rPr>
        <w:t xml:space="preserve">[53:50] </w:t>
      </w:r>
      <w:r>
        <w:t>yeh bohat hi important ayat hai.</w:t>
      </w:r>
    </w:p>
    <w:p>
      <w:pPr>
        <w:jc w:val="right"/>
      </w:pPr>
      <w:r>
        <w:t>یہ بہت ہی امپورٹنٹ آیت ہے۔</w:t>
      </w:r>
    </w:p>
    <w:p>
      <w:r>
        <w:rPr>
          <w:b/>
        </w:rPr>
        <w:t xml:space="preserve">[53:54] </w:t>
      </w:r>
      <w:r>
        <w:t>is ka matlab yeh hai ke ho sakta hai ke tum aik cheez ko napasand karo</w:t>
      </w:r>
    </w:p>
    <w:p>
      <w:pPr>
        <w:jc w:val="right"/>
      </w:pPr>
      <w:r>
        <w:t>اس کا مطلب یہ ہے کہ ہو سکتا ہے کہ تم ایک چیز کو ناپسند کرو</w:t>
      </w:r>
    </w:p>
    <w:p>
      <w:r>
        <w:rPr>
          <w:b/>
        </w:rPr>
        <w:t xml:space="preserve">[54:04] </w:t>
      </w:r>
      <w:r>
        <w:t>aur woh tumhare liye khair ho. ho sakta hai ke tum aik cheez ko napasand karo aur woh tumhare liye khair ho.</w:t>
      </w:r>
    </w:p>
    <w:p>
      <w:pPr>
        <w:jc w:val="right"/>
      </w:pPr>
      <w:r>
        <w:t>اور وہ تمہارے لیے خیر ہو۔ ہو سکتا ہے کہ تم ایک چیز کو ناپسند کرو اور وہ تمہارے لیے خیر ہو۔</w:t>
      </w:r>
    </w:p>
    <w:p>
      <w:r>
        <w:rPr>
          <w:b/>
        </w:rPr>
        <w:t xml:space="preserve">[54:13] </w:t>
      </w:r>
      <w:r>
        <w:t>aur ho sakta hai ke tum aik cheez ko pasand karo aur woh tumhare liye sharr ho.</w:t>
      </w:r>
    </w:p>
    <w:p>
      <w:pPr>
        <w:jc w:val="right"/>
      </w:pPr>
      <w:r>
        <w:t>اور ہو سکتا ہے کہ تم ایک چیز کو پسند کرو اور وہ تمہارے لیے شر ہو۔</w:t>
      </w:r>
    </w:p>
    <w:p>
      <w:r>
        <w:rPr>
          <w:b/>
        </w:rPr>
        <w:t xml:space="preserve">[54:23] </w:t>
      </w:r>
      <w:r>
        <w:t>dekhiye aik hai ke ke jo immediate situation hoti hai, us ko dekh kar hum pasand napasand kar lete hain.</w:t>
      </w:r>
    </w:p>
    <w:p>
      <w:pPr>
        <w:jc w:val="right"/>
      </w:pPr>
      <w:r>
        <w:t>دیکھیے ایک ہے کہ کہ جو امیڈیٹ سچوئیشن ہوتی ہے، اس کو دیکھ کر ہم پسند ناپسند کر لیتے ہیں۔</w:t>
      </w:r>
    </w:p>
    <w:p>
      <w:r>
        <w:rPr>
          <w:b/>
        </w:rPr>
        <w:t xml:space="preserve">[54:34] </w:t>
      </w:r>
      <w:r>
        <w:t>jaise misaal ke taur par shadi hui, aik husband hai, aik wife hai. ab wife jo hai, us ko kisi wajah se achi nahi lag rahi hai</w:t>
      </w:r>
    </w:p>
    <w:p>
      <w:pPr>
        <w:jc w:val="right"/>
      </w:pPr>
      <w:r>
        <w:t>جیسے مثال کے طور پر شادی ہوئی، ایک ہسبینڈ ہے، ایک وائف ہے۔ اب وائف جو ہے، اس کو کسی وجہ سے اچھی نہیں لگ رہی ہے</w:t>
      </w:r>
    </w:p>
    <w:p>
      <w:r>
        <w:rPr>
          <w:b/>
        </w:rPr>
        <w:t xml:space="preserve">[54:47] </w:t>
      </w:r>
      <w:r>
        <w:t>to woh samajh leta hai ke yeh biwi mere liye achi nahi hai.</w:t>
      </w:r>
    </w:p>
    <w:p>
      <w:pPr>
        <w:jc w:val="right"/>
      </w:pPr>
      <w:r>
        <w:t>تو وہ سمجھ لیتا ہے کہ یہ بیوی میرے لیے اچھی نہیں ہے۔</w:t>
      </w:r>
    </w:p>
    <w:p>
      <w:r>
        <w:rPr>
          <w:b/>
        </w:rPr>
        <w:t xml:space="preserve">[54:54] </w:t>
      </w:r>
      <w:r>
        <w:t>yani is ka aik waqti, aik waqti ta'assur ke tehat us ne samajh liya ke yeh biwi mere liye achi nahi hai.</w:t>
      </w:r>
    </w:p>
    <w:p>
      <w:pPr>
        <w:jc w:val="right"/>
      </w:pPr>
      <w:r>
        <w:t>یعنی اس کا ایک وقتی، ایک وقتی تاثر کے تحت اس نے سمجھ لیا کہ یہ بیوی میرے لیے اچھی نہیں ہے۔</w:t>
      </w:r>
    </w:p>
    <w:p>
      <w:r>
        <w:rPr>
          <w:b/>
        </w:rPr>
        <w:t xml:space="preserve">[55:07] </w:t>
      </w:r>
      <w:r>
        <w:t>lekin ain mumkin hai, ain mumkin hai ke in the long run woh achi ho tumhare liye. aur isi tarah se aik biwi jo aap ko achi lage dekhne mein, ho sakta hai ke in the long run woh achi na ho aap ke liye.</w:t>
      </w:r>
    </w:p>
    <w:p>
      <w:pPr>
        <w:jc w:val="right"/>
      </w:pPr>
      <w:r>
        <w:t>لیکن عین ممکن ہے، عین ممکن ہے کہ ان دا لانگ رن وہ اچھی ہو تمہارے لیے۔ اور اسی طرح سے ایک بیوی جو آپ کو اچھی لگے دیکھنے میں، ہو سکتا ہے کہ ان دا لانگ رن وہ اچھی نہ ہو آپ کے لیے۔</w:t>
      </w:r>
    </w:p>
    <w:p>
      <w:r>
        <w:rPr>
          <w:b/>
        </w:rPr>
        <w:t xml:space="preserve">[55:26] </w:t>
      </w:r>
      <w:r>
        <w:t>is wajah se kya kaha gaya</w:t>
      </w:r>
    </w:p>
    <w:p>
      <w:pPr>
        <w:jc w:val="right"/>
      </w:pPr>
      <w:r>
        <w:t>اس وجہ سے کیا کہا گیا</w:t>
      </w:r>
    </w:p>
    <w:p>
      <w:r>
        <w:rPr>
          <w:b/>
        </w:rPr>
        <w:t xml:space="preserve">[55:29] </w:t>
      </w:r>
      <w:r>
        <w:t>ke foran koi faisla mat karo, balkeh jo kehte hain na "wait and see", "wait and see" ki policy ikhtiyar karo.</w:t>
      </w:r>
    </w:p>
    <w:p>
      <w:pPr>
        <w:jc w:val="right"/>
      </w:pPr>
      <w:r>
        <w:t>کہ فوراً کوئی فیصلہ مت کرو، بلکہ جو کہتے ہیں نا "ویٹ اینڈ سی"، "ویٹ اینڈ سی" کی پالیسی اختیار کرو۔</w:t>
      </w:r>
    </w:p>
    <w:p>
      <w:r>
        <w:rPr>
          <w:b/>
        </w:rPr>
        <w:t xml:space="preserve">[55:41] </w:t>
      </w:r>
      <w:r>
        <w:t>Hadees mein aata hai ke</w:t>
      </w:r>
    </w:p>
    <w:p>
      <w:pPr>
        <w:jc w:val="right"/>
      </w:pPr>
      <w:r>
        <w:t>حدیث میں آتا ہے کہ</w:t>
      </w:r>
    </w:p>
    <w:p>
      <w:r>
        <w:rPr>
          <w:b/>
        </w:rPr>
        <w:t xml:space="preserve">[55:46] </w:t>
      </w:r>
      <w:r>
        <w:t>"afzal al-ibadah intizar al-faraj" hai. yeh aik afzal ibadah hai ke aadmi kushadgi ka intizar kare.</w:t>
      </w:r>
    </w:p>
    <w:p>
      <w:pPr>
        <w:jc w:val="right"/>
      </w:pPr>
      <w:r>
        <w:t>"افضل العبادت انتظار الفرج" ہے۔ یہ ایک افضل عبادت ہے کہ آدمی کشادگی کا انتظار کرے۔</w:t>
      </w:r>
    </w:p>
    <w:p>
      <w:r>
        <w:rPr>
          <w:b/>
        </w:rPr>
        <w:t xml:space="preserve">[55:59] </w:t>
      </w:r>
      <w:r>
        <w:t>yeh afzal ibadat hai ke aadmi kushadgi ka intezar kare. yani ek situation paida hui, woh aap ko pasand nahi aa rahi hai</w:t>
      </w:r>
    </w:p>
    <w:p>
      <w:pPr>
        <w:jc w:val="right"/>
      </w:pPr>
      <w:r>
        <w:t>یہ افضل عبادت ہے کہ آدمی کشادگی کا انتظار کرے۔ یعنی ایک سچوئیشن پیدا ہوئی، وہ آپ کو پسند نہیں آ رہی ہے</w:t>
      </w:r>
    </w:p>
    <w:p>
      <w:r>
        <w:rPr>
          <w:b/>
        </w:rPr>
        <w:t xml:space="preserve">[56:10] </w:t>
      </w:r>
      <w:r>
        <w:t>toh aap jaldi se faisla na kar lijiye, intezar kijiye ke aap ne shadi ki, biwi aap ko pasand nahi aa rahi hai toh jaldi se talak mat dijiye, isko neglect mat kar dijiye,</w:t>
      </w:r>
    </w:p>
    <w:p>
      <w:pPr>
        <w:jc w:val="right"/>
      </w:pPr>
      <w:r>
        <w:t>تو آپ جلدی سے فیصلہ نہ کر لیجئے، انتظار کیجئے کہ آپ نے شادی کی، بیوی آپ کو پسند نہیں آ رہی ہے تو جلدی سے طلاق مت دیجئے، اس کو نگلیکٹ مت کر دیجئے،</w:t>
      </w:r>
    </w:p>
    <w:p>
      <w:r>
        <w:rPr>
          <w:b/>
        </w:rPr>
        <w:t xml:space="preserve">[56:25] </w:t>
      </w:r>
      <w:r>
        <w:t>isko chhod mat dijiye, balkeh sabr kijiye. aur ain mumkin hai ke aindah wahi biwi aap ke liye rehmat ban jaye, wahi biwi aap ke liye blessing ban jaye.</w:t>
      </w:r>
    </w:p>
    <w:p>
      <w:pPr>
        <w:jc w:val="right"/>
      </w:pPr>
      <w:r>
        <w:t>اس کو چھوڑ مت دیجئے، بلکہ صبر کیجئے۔ اور عین ممکن ہے کہ آئندہ وہی بیوی آپ کے لیے رحمت بن جائے، وہی بیوی آپ کے لیے بلیسنگ بن جائے۔</w:t>
      </w:r>
    </w:p>
    <w:p>
      <w:r>
        <w:rPr>
          <w:b/>
        </w:rPr>
        <w:t xml:space="preserve">[56:39] </w:t>
      </w:r>
      <w:r>
        <w:t>isi tarah aur bhi doosri situation zindagi mein har waqt hum kisi na kisi situation mein mubtala hote hain. toh waqti taassur ke tehat, zahiri halaat ke tehat hum ek rai bana lete hain ke yeh toh theek nahi hai, yeh toh gadbad hai,</w:t>
      </w:r>
    </w:p>
    <w:p>
      <w:pPr>
        <w:jc w:val="right"/>
      </w:pPr>
      <w:r>
        <w:t>اسی طرح اور بھی دوسری سچوئیشن زندگی میں ہر وقت ہم کسی نہ کسی سچوئیشن میں مبتلا ہوتے ہیں۔ تو وقتی تاثر کے تحت، ظاہری حالات کے تحت ہم ایک رائے بنا لیتے ہیں کہ یہ تو ٹھیک نہیں ہے، یہ تو گڑبڑ ہے،</w:t>
      </w:r>
    </w:p>
    <w:p>
      <w:r>
        <w:rPr>
          <w:b/>
        </w:rPr>
        <w:t xml:space="preserve">[56:58] </w:t>
      </w:r>
      <w:r>
        <w:t>yeh tareeqa sahi nahi hai.</w:t>
      </w:r>
    </w:p>
    <w:p>
      <w:pPr>
        <w:jc w:val="right"/>
      </w:pPr>
      <w:r>
        <w:t>یہ طریقہ صحیح نہیں ہے۔</w:t>
      </w:r>
    </w:p>
    <w:p>
      <w:r>
        <w:rPr>
          <w:b/>
        </w:rPr>
        <w:t xml:space="preserve">[57:02] </w:t>
      </w:r>
      <w:r>
        <w:t>toh isi ko farmaya ke ho sakta hai ke tum ek cheez ko bura samjho, halanke woh tumhare liye acha ho.</w:t>
      </w:r>
    </w:p>
    <w:p>
      <w:pPr>
        <w:jc w:val="right"/>
      </w:pPr>
      <w:r>
        <w:t>تو اسی کو فرمایا کہ ہو سکتا ہے کہ تم ایک چیز کو برا سمجھو، حالانکہ وہ تمہارے لیے اچھا ہو۔</w:t>
      </w:r>
    </w:p>
    <w:p>
      <w:r>
        <w:rPr>
          <w:b/>
        </w:rPr>
        <w:t xml:space="preserve">[57:15] </w:t>
      </w:r>
      <w:r>
        <w:t>yeh bhi ho sakta hai ke ek cheez ko tum acha samjho aur woh tumhare liye bura ho. is liye sabr karna bohat zaroori hai,</w:t>
      </w:r>
    </w:p>
    <w:p>
      <w:pPr>
        <w:jc w:val="right"/>
      </w:pPr>
      <w:r>
        <w:t>یہ بھی ہو سکتا ہے کہ ایک چیز کو تم اچھا سمجھو اور وہ تمہارے لیے برا ہو۔ اس لیے صبر کرنا بہت ضروری ہے،</w:t>
      </w:r>
    </w:p>
    <w:p>
      <w:r>
        <w:rPr>
          <w:b/>
        </w:rPr>
        <w:t xml:space="preserve">[57:24] </w:t>
      </w:r>
      <w:r>
        <w:t>chahe shadi ka mamla ho ya zindagi ke doosre mamlaat hon. sabr karna bohat zaroori hai.</w:t>
      </w:r>
    </w:p>
    <w:p>
      <w:pPr>
        <w:jc w:val="right"/>
      </w:pPr>
      <w:r>
        <w:t>چاہے شادی کا معاملہ ہو یا زندگی کے دوسرے معاملات ہوں۔ صبر کرنا بہت ضروری ہے۔</w:t>
      </w:r>
    </w:p>
    <w:p>
      <w:r>
        <w:rPr>
          <w:b/>
        </w:rPr>
        <w:t xml:space="preserve">[57:35] </w:t>
      </w:r>
      <w:r>
        <w:t>fouri taassur ke tehat kabhi aadmi ko faisla nahi lena chahiye,</w:t>
      </w:r>
    </w:p>
    <w:p>
      <w:pPr>
        <w:jc w:val="right"/>
      </w:pPr>
      <w:r>
        <w:t>فوری تاثر کے تحت کبھی آدمی کو فیصلہ نہیں لینا چاہیے،</w:t>
      </w:r>
    </w:p>
    <w:p>
      <w:r>
        <w:rPr>
          <w:b/>
        </w:rPr>
        <w:t xml:space="preserve">[57:44] </w:t>
      </w:r>
      <w:r>
        <w:t>kyun ke cheezein aaj yeh bar bar ka tajurba hai,</w:t>
      </w:r>
    </w:p>
    <w:p>
      <w:pPr>
        <w:jc w:val="right"/>
      </w:pPr>
      <w:r>
        <w:t>کیونکہ چیزیں آج یہ بار بار کا تجربہ ہے،</w:t>
      </w:r>
    </w:p>
    <w:p>
      <w:r>
        <w:rPr>
          <w:b/>
        </w:rPr>
        <w:t xml:space="preserve">[57:50] </w:t>
      </w:r>
      <w:r>
        <w:t>ek cheez aaj ke lehaz se theek nahi dikhai de rahi hai, lekin mustaqbil ke lehaz se wahi theek ban jati hai.</w:t>
      </w:r>
    </w:p>
    <w:p>
      <w:pPr>
        <w:jc w:val="right"/>
      </w:pPr>
      <w:r>
        <w:t>ایک چیز آج کے لحاظ سے ٹھیک نہیں دکھائی دے رہی ہے، لیکن مستقبل کے لحاظ سے وہی ٹھیک بن جاتی ہے۔</w:t>
      </w:r>
    </w:p>
    <w:p>
      <w:r>
        <w:rPr>
          <w:b/>
        </w:rPr>
        <w:t xml:space="preserve">[58:02] </w:t>
      </w:r>
      <w:r>
        <w:t>aaj mein aur mustaqbil mein bohat farq ho jata hai, yeh bar bar ka tajurba hai.</w:t>
      </w:r>
    </w:p>
    <w:p>
      <w:pPr>
        <w:jc w:val="right"/>
      </w:pPr>
      <w:r>
        <w:t>آج میں اور مستقبل میں بہت فرق ہو جاتا ہے، یہ بار بار کا تجربہ ہے۔</w:t>
      </w:r>
    </w:p>
    <w:p>
      <w:r>
        <w:rPr>
          <w:b/>
        </w:rPr>
        <w:t xml:space="preserve">[58:09] </w:t>
      </w:r>
      <w:r>
        <w:t>toh kabhi bhi aisa nahi karna chahiye aadmi ko ke aaj agar koi cheez theek nahi dikhai pad rahi hai toh mustaqbil mein bhi woh theek hi nahi rahe gi.</w:t>
      </w:r>
    </w:p>
    <w:p>
      <w:pPr>
        <w:jc w:val="right"/>
      </w:pPr>
      <w:r>
        <w:t>تو کبھی بھی ایسا نہیں کرنا چاہیے آدمی کو کہ آج اگر کوئی چیز ٹھیک نہیں دکھائی پڑ رہی ہے تو مستقبل میں بھی وہ ٹھیک ہی نہیں رہے گی۔</w:t>
      </w:r>
    </w:p>
    <w:p>
      <w:r>
        <w:rPr>
          <w:b/>
        </w:rPr>
        <w:t xml:space="preserve">[58:19] </w:t>
      </w:r>
      <w:r>
        <w:t>ain mumkin hai ke mustaqbil mein woh theek ho jaye. toh yeh bhi ibadat hai ke aadmi intezar kare. nakhushgawar ko bardasht karna bhi ek ibadat hai.</w:t>
      </w:r>
    </w:p>
    <w:p>
      <w:pPr>
        <w:jc w:val="right"/>
      </w:pPr>
      <w:r>
        <w:t>عین ممکن ہے کہ مستقبل میں وہ ٹھیک ہو جائے۔ تو یہ بھی عبادت ہے کہ آدمی انتظار کرے۔ ناخوشگوار کو برداشت کرنا بھی ایک عبادت ہے۔</w:t>
      </w:r>
    </w:p>
    <w:p>
      <w:r>
        <w:rPr>
          <w:b/>
        </w:rPr>
        <w:t xml:space="preserve">[58:33] </w:t>
      </w:r>
      <w:r>
        <w:t>napasanad cheez ke sath adjust kar ke rehna bhi ek ibadat hai.</w:t>
      </w:r>
    </w:p>
    <w:p>
      <w:pPr>
        <w:jc w:val="right"/>
      </w:pPr>
      <w:r>
        <w:t>ناپسند چیز کے ساتھ ایڈجسٹ کر کے رہنا بھی ایک عبادت ہے۔</w:t>
      </w:r>
    </w:p>
    <w:p>
      <w:r>
        <w:rPr>
          <w:b/>
        </w:rPr>
        <w:t xml:space="preserve">[58:39] </w:t>
      </w:r>
      <w:r>
        <w:t>kyun? aadmi intezar kar raha hai Khuda ki agli nasrat ka. aisi aisa intezar goya ke dua hai ke aye Khuda!</w:t>
      </w:r>
    </w:p>
    <w:p>
      <w:pPr>
        <w:jc w:val="right"/>
      </w:pPr>
      <w:r>
        <w:t>کیوں؟ آدمی انتظار کر رہا ہے خدا کی اگلی نصرت کا۔ ایسی ایسا انتظار گویا کہ دعا ہے کہ اے خدا!</w:t>
      </w:r>
    </w:p>
    <w:p>
      <w:r>
        <w:rPr>
          <w:b/>
        </w:rPr>
        <w:t xml:space="preserve">[58:48] </w:t>
      </w:r>
      <w:r>
        <w:t>aaj jo cheez mujhe dikhai de rahi hai ke theek nahi hai, kal toh mustaqbil mein is ko mere liye theek bana de. aqool qawli haza wastaghfirullaha li walakum ajmaeen.</w:t>
      </w:r>
    </w:p>
    <w:p>
      <w:pPr>
        <w:jc w:val="right"/>
      </w:pPr>
      <w:r>
        <w:t>آج جو چیز مجھے دکھائی دے رہی ہے کہ ٹھیک نہیں ہے، کل تو مستقبل میں اس کو میرے لیے ٹھیک بنا دے۔ اقول قولیھذا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