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Talk Given by Prof. Farida Khanam at Vidyajyoti College Theology September 2, 2022</w:t>
      </w:r>
    </w:p>
    <w:p>
      <w:r>
        <w:t>https://www.youtube.com/watch?v=xWunZk7U6xo</w:t>
      </w:r>
    </w:p>
    <w:p>
      <w:r>
        <w:rPr>
          <w:b/>
        </w:rPr>
        <w:t xml:space="preserve">[00:04] </w:t>
      </w:r>
      <w:r>
        <w:t>Dear brothers, dear sisters, assalamalaykum. Good afternoon to you all. We are very grateful to professor doctor Fareeda Khanum and Farhar Umri sahib this afternoon. Dear friends, as we have spoken, we have exchanged thoughts and we discussed.</w:t>
      </w:r>
    </w:p>
    <w:p>
      <w:pPr>
        <w:jc w:val="right"/>
      </w:pPr>
      <w:r>
        <w:t>Dear brothers, dear sisters, असालामालायकुम. Good afternoon to you all. We are very grateful to professor doctor फरीदा खानुम and फरहर उमरी साहब this afternoon. Dear friends, as we have spoken, we have exchanged thoughts and we discussed.</w:t>
      </w:r>
    </w:p>
    <w:p>
      <w:r>
        <w:rPr>
          <w:b/>
        </w:rPr>
        <w:t xml:space="preserve">[00:33] </w:t>
      </w:r>
      <w:r>
        <w:t>One of the important aspect of knowing the other, the religion of the other, is not only reading the texts of the other religions or the sacred scripture as well as the theological literature of the particular religion. That's very important aspect.</w:t>
      </w:r>
    </w:p>
    <w:p>
      <w:pPr>
        <w:jc w:val="right"/>
      </w:pPr>
      <w:r>
        <w:t>One of the important aspect of knowing the other, the religion of the other, is not only reading the texts of the other religions or the sacred scripture as well as the theological literature of the particular religion. That's very important aspect.</w:t>
      </w:r>
    </w:p>
    <w:p>
      <w:r>
        <w:rPr>
          <w:b/>
        </w:rPr>
        <w:t xml:space="preserve">[00:57] </w:t>
      </w:r>
      <w:r>
        <w:t>but along with this, we have come to recognize that we must meet people who practice that particular religion.</w:t>
      </w:r>
    </w:p>
    <w:p>
      <w:pPr>
        <w:jc w:val="right"/>
      </w:pPr>
      <w:r>
        <w:t>But along with this, we have come to recognize that we must meet people who practice that particular religion.</w:t>
      </w:r>
    </w:p>
    <w:p>
      <w:r>
        <w:rPr>
          <w:b/>
        </w:rPr>
        <w:t xml:space="preserve">[01:07] </w:t>
      </w:r>
      <w:r>
        <w:t>when we meet with them, we recognize how they live their faith.</w:t>
      </w:r>
    </w:p>
    <w:p>
      <w:pPr>
        <w:jc w:val="right"/>
      </w:pPr>
      <w:r>
        <w:t>When we meet with them, we recognize how they live their faith.</w:t>
      </w:r>
    </w:p>
    <w:p>
      <w:r>
        <w:rPr>
          <w:b/>
        </w:rPr>
        <w:t xml:space="preserve">[01:17] </w:t>
      </w:r>
      <w:r>
        <w:t>with their joys and sorrows, struggles and challenges, what gives them meaning in their life?</w:t>
      </w:r>
    </w:p>
    <w:p>
      <w:pPr>
        <w:jc w:val="right"/>
      </w:pPr>
      <w:r>
        <w:t>With their joys and sorrows, struggles and challenges, What gives them meaning in their life?</w:t>
      </w:r>
    </w:p>
    <w:p>
      <w:r>
        <w:rPr>
          <w:b/>
        </w:rPr>
        <w:t xml:space="preserve">[01:28] </w:t>
      </w:r>
      <w:r>
        <w:t>What helps them to face the difficulties in life? We come to recognize. The other day we met sister Jared Phillips. She said, when we meet, we not only grow in our desire to learn about other religions, but also we come to love the people. People of other faiths, our brothers and sisters.</w:t>
      </w:r>
    </w:p>
    <w:p>
      <w:pPr>
        <w:jc w:val="right"/>
      </w:pPr>
      <w:r>
        <w:t>What helps them to face the difficulties in life? We come to recognize. The other day we met sister Jared Phillips. She said, when we meet, we not only grow in our desire to learn about other religions, but also we come to love the people. People of other faiths, our brothers and sisters.</w:t>
      </w:r>
    </w:p>
    <w:p>
      <w:r>
        <w:rPr>
          <w:b/>
        </w:rPr>
        <w:t xml:space="preserve">[01:56] </w:t>
      </w:r>
      <w:r>
        <w:t>I have couple of times in our conversation I mentioned about father Victor Kurtwa, a Belgian Jesuit who lived in Kolkata, was a pioneer in Christian Muslim relations. He said that we must listen to the faith convictions of others. We also give witness to our faith when we are present to them.</w:t>
      </w:r>
    </w:p>
    <w:p>
      <w:pPr>
        <w:jc w:val="right"/>
      </w:pPr>
      <w:r>
        <w:t>I have couple of times in our conversation I mentioned about father Victor Kurtwa, a Belgian Jesuit who lived in Kolkata, was a pioneer in Christian Muslim relations. He said that we must listen to the faith convictions of others. We also give witness to our faith when we are present to them.</w:t>
      </w:r>
    </w:p>
    <w:p>
      <w:r>
        <w:rPr>
          <w:b/>
        </w:rPr>
        <w:t xml:space="preserve">[02:22] </w:t>
      </w:r>
      <w:r>
        <w:t>He said that giving witness to one another's faith, we come to recognize the features of our heavenly father in one another. Mean to say that we recognize that we are brothers and sisters to one another.</w:t>
      </w:r>
    </w:p>
    <w:p>
      <w:pPr>
        <w:jc w:val="right"/>
      </w:pPr>
      <w:r>
        <w:t>He said that giving witness to one another's faith, we come to recognize the features of our heavenly father in one another. Mean to say that we recognize that we are brothers and sisters to one another.</w:t>
      </w:r>
    </w:p>
    <w:p>
      <w:r>
        <w:rPr>
          <w:b/>
        </w:rPr>
        <w:t xml:space="preserve">[02:39] </w:t>
      </w:r>
      <w:r>
        <w:t>This is the insight that Francis of Assisi, eighty eight centuries ago when he met with sultan Malik al Kamil at Damitya in Egypt. When the crusaders were raging for a fight, raging for killing, Francis of Assisi went and met with sultan Malik al Kamen.</w:t>
      </w:r>
    </w:p>
    <w:p>
      <w:pPr>
        <w:jc w:val="right"/>
      </w:pPr>
      <w:r>
        <w:t>This is the insight that Francis of Assisi, eighty eight centuries ago when he met with sultan Malik al Kamil at Damitya in Egypt. When the crusaders were raging for a fight, raging for killing, Francis of Assisi went and met with sultan Malik al Kamen.</w:t>
      </w:r>
    </w:p>
    <w:p>
      <w:r>
        <w:rPr>
          <w:b/>
        </w:rPr>
        <w:t xml:space="preserve">[03:06] </w:t>
      </w:r>
      <w:r>
        <w:t>instantaneously both of them recognized in one another as man of god.</w:t>
      </w:r>
    </w:p>
    <w:p>
      <w:pPr>
        <w:jc w:val="right"/>
      </w:pPr>
      <w:r>
        <w:t>Instantaneously both of them recognized in one another as man of god.</w:t>
      </w:r>
    </w:p>
    <w:p>
      <w:r>
        <w:rPr>
          <w:b/>
        </w:rPr>
        <w:t xml:space="preserve">[03:16] </w:t>
      </w:r>
      <w:r>
        <w:t>in being living in the camp of the sultan for two weeks, francis of assisi came to recognize</w:t>
      </w:r>
    </w:p>
    <w:p>
      <w:pPr>
        <w:jc w:val="right"/>
      </w:pPr>
      <w:r>
        <w:t>In being living in the camp of the sultan for two weeks, Francis of Assisi came to recognize</w:t>
      </w:r>
    </w:p>
    <w:p>
      <w:r>
        <w:rPr>
          <w:b/>
        </w:rPr>
        <w:t xml:space="preserve">[03:26] </w:t>
      </w:r>
      <w:r>
        <w:t>that all human beings, all human beings, without any exception, all of us are brothers and sisters to one another.</w:t>
      </w:r>
    </w:p>
    <w:p>
      <w:pPr>
        <w:jc w:val="right"/>
      </w:pPr>
      <w:r>
        <w:t>that all human beings, all human beings, without any exception, all of us are brothers and sisters to one another.</w:t>
      </w:r>
    </w:p>
    <w:p>
      <w:r>
        <w:rPr>
          <w:b/>
        </w:rPr>
        <w:t xml:space="preserve">[03:37] </w:t>
      </w:r>
      <w:r>
        <w:t>The most profound impact on his life, that experience had. He also recognized that the the the essence of human creature, the essence of creature, essence of human person is to worship God.</w:t>
      </w:r>
    </w:p>
    <w:p>
      <w:pPr>
        <w:jc w:val="right"/>
      </w:pPr>
      <w:r>
        <w:t>The most profound impact on his life, that experience had. He also recognized that the the the essence of human creature, the essence of creature, essence of human person is to worship God.</w:t>
      </w:r>
    </w:p>
    <w:p>
      <w:r>
        <w:rPr>
          <w:b/>
        </w:rPr>
        <w:t xml:space="preserve">[03:56] </w:t>
      </w:r>
      <w:r>
        <w:t>These two profound insights that he experienced in the presence of the sultan Malik Al Kamel who practiced religion. So it's important for us to meet with one another and listen to them and ask for clarifications and enrich ourselves, a mutual enrichment between, you know, meeting with each meeting with one another.</w:t>
      </w:r>
    </w:p>
    <w:p>
      <w:pPr>
        <w:jc w:val="right"/>
      </w:pPr>
      <w:r>
        <w:t>These two profound insights that he experienced in the presence of the sultan Malik Al Kamel who practiced religion. So it's important for us to meet with one another and listen to them and ask for clarifications and enrich ourselves, a mutual enrichment between, you know, meeting with each meeting with one another.</w:t>
      </w:r>
    </w:p>
    <w:p>
      <w:r>
        <w:rPr>
          <w:b/>
        </w:rPr>
        <w:t xml:space="preserve">[04:26] </w:t>
      </w:r>
      <w:r>
        <w:t>Every year I'm very very grateful to Center for Peace and Spirituality, the center that was established by Maulana Wahiduddin Khan sahib.</w:t>
      </w:r>
    </w:p>
    <w:p>
      <w:pPr>
        <w:jc w:val="right"/>
      </w:pPr>
      <w:r>
        <w:t>Every year I'm very very grateful to Center for Peace and Spirituality, the center that was established by मौलाना वाहिद्दीन खान साहब.</w:t>
      </w:r>
    </w:p>
    <w:p>
      <w:r>
        <w:rPr>
          <w:b/>
        </w:rPr>
        <w:t xml:space="preserve">[04:41] </w:t>
      </w:r>
      <w:r>
        <w:t>His daughter and his granddaughters and his students and a number of friends together every year they come here to share with us their faith conviction and how they how they understand the religion and also they are open to questions, clarifications.</w:t>
      </w:r>
    </w:p>
    <w:p>
      <w:pPr>
        <w:jc w:val="right"/>
      </w:pPr>
      <w:r>
        <w:t>His daughter and his granddaughters and his students and a number of friends together every year they come here to share with us their faith conviction and how they how they understand the religion and also they are open to questions, clarifications.</w:t>
      </w:r>
    </w:p>
    <w:p>
      <w:r>
        <w:rPr>
          <w:b/>
        </w:rPr>
        <w:t xml:space="preserve">[05:07] </w:t>
      </w:r>
      <w:r>
        <w:t>So dear friends, brothers and sisters, feel free to ask any question you want to ask. Now ask that in a sensitive, in a in a very positive way so that it opens up a conversation in this hall. Ok? With these words, I once again I welcome professor doctor Farida Khanum.</w:t>
      </w:r>
    </w:p>
    <w:p>
      <w:pPr>
        <w:jc w:val="right"/>
      </w:pPr>
      <w:r>
        <w:t>So dear friends, brothers and sisters, feel free to ask any question you want to ask. Now ask that in a sensitive, in a in a very positive way so that it opens up a conversation in this hall. Ok? With these words, I once again I welcome professor doctor फरीदा खानु.</w:t>
      </w:r>
    </w:p>
    <w:p>
      <w:r>
        <w:rPr>
          <w:b/>
        </w:rPr>
        <w:t xml:space="preserve">[05:33] </w:t>
      </w:r>
      <w:r>
        <w:t>She was professor at Jamia Millia Islamia Islamic studies department, department of Islamic studies. And Farhad Umri sahib is graduate from Umrahbad Umrahbad Ambur in Tamil Nadu. There is a big Madrasa there. He is graduated from there. So thank you Farida ma'am and Umri sahib for your presence here.</w:t>
      </w:r>
    </w:p>
    <w:p>
      <w:pPr>
        <w:jc w:val="right"/>
      </w:pPr>
      <w:r>
        <w:t>She was professor at जामिया मिल्लीय इस्लामिया Islamic studies department, department of Islamic studies. And फरहद उम्री साहब is graduate from उम्राबद उम्राबाद आंबूर in तमिलनाडु. There is a big मद्रसाद there. He is graduated from there. So thank you फरीदा ma'am and उम्री साहब for your presence here.</w:t>
      </w:r>
    </w:p>
    <w:p>
      <w:r>
        <w:rPr>
          <w:b/>
        </w:rPr>
        <w:t xml:space="preserve">[06:01] </w:t>
      </w:r>
      <w:r>
        <w:t>May I invite professor doctor Farida Khanum to share with with all of us her faith convictions about the holy Quran and about the prophet Muhammad. Please be upon him. Thank you father for such beautiful introduction, sisters and brothers. I have always enjoyed coming here. You are so receptive, so positive.</w:t>
      </w:r>
    </w:p>
    <w:p>
      <w:pPr>
        <w:jc w:val="right"/>
      </w:pPr>
      <w:r>
        <w:t>May I invite professor doctor फरीदा खानुम to share with with all of us her faith convictions about the holy Quran and about the prophet मोहम्मद. Please be upon him. Thank you father for such beautiful introduction, sisters and brothers. I have always enjoyed coming here. You are so receptive, so positive.</w:t>
      </w:r>
    </w:p>
    <w:p>
      <w:r>
        <w:rPr>
          <w:b/>
        </w:rPr>
        <w:t xml:space="preserve">[06:31] </w:t>
      </w:r>
      <w:r>
        <w:t>I I really feel very comfortable when I come here and address. I'm gonna find an opportunity to share our thoughts with you. So today I have got two topics, prophet Muhammad and the Quran. So I will first take up prophet Muhammad.</w:t>
      </w:r>
    </w:p>
    <w:p>
      <w:pPr>
        <w:jc w:val="right"/>
      </w:pPr>
      <w:r>
        <w:t>I I really feel very comfortable when I come here and address. I'm gonna find an opportunity to share our thoughts with you. So today I have got two topics, prophet मोहम्मद and the कुरान. So I will first take up prophet मोहम्मद.</w:t>
      </w:r>
    </w:p>
    <w:p>
      <w:r>
        <w:rPr>
          <w:b/>
        </w:rPr>
        <w:t xml:space="preserve">[06:55] </w:t>
      </w:r>
      <w:r>
        <w:t>I'll first begin with saying Matlab Philip ke Hitti has written a book on history of the Arabs. He writes Muhammad was born within the full light of history. So we know everything about him. Right from his birth, throughout his life, everything has been recorded.</w:t>
      </w:r>
    </w:p>
    <w:p>
      <w:pPr>
        <w:jc w:val="right"/>
      </w:pPr>
      <w:r>
        <w:t>I'll first begin with saying मतलब Philip के हित्ती has written a book on history of the Arabs. He writes मोहम्मद was born within the full light of history. So we know everything about him. Right from his birth, throughout his life, everything has been recorded.</w:t>
      </w:r>
    </w:p>
    <w:p>
      <w:r>
        <w:rPr>
          <w:b/>
        </w:rPr>
        <w:t xml:space="preserve">[07:19] </w:t>
      </w:r>
      <w:r>
        <w:t>So he was born in Mecca in Arabia in May. So he, his mother was Amina and brother and father Abdullah. But father died two months before he was born.</w:t>
      </w:r>
    </w:p>
    <w:p>
      <w:pPr>
        <w:jc w:val="right"/>
      </w:pPr>
      <w:r>
        <w:t>So he was born in मक्का in Arabia in May. So he, his mother was आमना and brother and father अब्दुल्लाह. But father died two months before he was born.</w:t>
      </w:r>
    </w:p>
    <w:p>
      <w:r>
        <w:rPr>
          <w:b/>
        </w:rPr>
        <w:t xml:space="preserve">[07:42] </w:t>
      </w:r>
      <w:r>
        <w:t>Then when he was born, the mother sent the baby to his grandfather, Abdul Muttalib. Abdul Muttalib he he was a very his personality was very very good personality, very handsome. So Abdul Muttalib named him Muhammad.</w:t>
      </w:r>
    </w:p>
    <w:p>
      <w:pPr>
        <w:jc w:val="right"/>
      </w:pPr>
      <w:r>
        <w:t>Then when he was born, the mother sent the baby to his grandfather, Abdul Muttalib. अब्दुल मतलीब he he was a very his personality was very very good personality, very handsome. So अब्दुल मतलीब named him मोहम्मद.</w:t>
      </w:r>
    </w:p>
    <w:p>
      <w:r>
        <w:rPr>
          <w:b/>
        </w:rPr>
        <w:t xml:space="preserve">[08:10] </w:t>
      </w:r>
      <w:r>
        <w:t>this was uncommon name in arabia.</w:t>
      </w:r>
    </w:p>
    <w:p>
      <w:pPr>
        <w:jc w:val="right"/>
      </w:pPr>
      <w:r>
        <w:t>This was uncommon name in Arabia.</w:t>
      </w:r>
    </w:p>
    <w:p>
      <w:r>
        <w:rPr>
          <w:b/>
        </w:rPr>
        <w:t xml:space="preserve">[08:17] </w:t>
      </w:r>
      <w:r>
        <w:t>so mohammad meant praiseworthy.</w:t>
      </w:r>
    </w:p>
    <w:p>
      <w:pPr>
        <w:jc w:val="right"/>
      </w:pPr>
      <w:r>
        <w:t>So मोहम्मद meant praiseworthy.</w:t>
      </w:r>
    </w:p>
    <w:p>
      <w:r>
        <w:rPr>
          <w:b/>
        </w:rPr>
        <w:t xml:space="preserve">[08:25] </w:t>
      </w:r>
      <w:r>
        <w:t>so this in this way his name was mohammad and there was a custom in arabia of that</w:t>
      </w:r>
    </w:p>
    <w:p>
      <w:pPr>
        <w:jc w:val="right"/>
      </w:pPr>
      <w:r>
        <w:t>So this in this way his name was मोहम्मद and there was a custom in Arabia of that</w:t>
      </w:r>
    </w:p>
    <w:p>
      <w:r>
        <w:rPr>
          <w:b/>
        </w:rPr>
        <w:t xml:space="preserve">[08:32] </w:t>
      </w:r>
      <w:r>
        <w:t>time that the babies were given to vet nurses because they'll they thought that the the environment of</w:t>
      </w:r>
    </w:p>
    <w:p>
      <w:pPr>
        <w:jc w:val="right"/>
      </w:pPr>
      <w:r>
        <w:t>time that the babies were given to vet nurses because they'll they thought that the the environment of</w:t>
      </w:r>
    </w:p>
    <w:p>
      <w:r>
        <w:rPr>
          <w:b/>
        </w:rPr>
        <w:t xml:space="preserve">[08:40] </w:t>
      </w:r>
      <w:r>
        <w:t>the desert is good for their health and they have pure language, arabic language, pure language because this</w:t>
      </w:r>
    </w:p>
    <w:p>
      <w:pPr>
        <w:jc w:val="right"/>
      </w:pPr>
      <w:r>
        <w:t>the desert is good for their health and they have pure language, Arabic language, pure language because this</w:t>
      </w:r>
    </w:p>
    <w:p>
      <w:r>
        <w:rPr>
          <w:b/>
        </w:rPr>
        <w:t xml:space="preserve">[08:47] </w:t>
      </w:r>
      <w:r>
        <w:t>was makka was a city and you know in in the town there are so many people mix.</w:t>
      </w:r>
    </w:p>
    <w:p>
      <w:pPr>
        <w:jc w:val="right"/>
      </w:pPr>
      <w:r>
        <w:t>was मक्का was a city and you know in in the town there are so many people mix.</w:t>
      </w:r>
    </w:p>
    <w:p>
      <w:r>
        <w:rPr>
          <w:b/>
        </w:rPr>
        <w:t xml:space="preserve">[08:55] </w:t>
      </w:r>
      <w:r>
        <w:t>And then the language is also not the same. Original language that is in the suburban areas. So he lives for, he lived in the suburb for about five five years when he came back. Then his mother took him to Medina to her parents.</w:t>
      </w:r>
    </w:p>
    <w:p>
      <w:pPr>
        <w:jc w:val="right"/>
      </w:pPr>
      <w:r>
        <w:t>And then the language is also not the same. Original language that is in the suburban areas. So he lives for, he lived in the suburb for about five five years when he came back. Then his mother took him to Medina to her parents.</w:t>
      </w:r>
    </w:p>
    <w:p>
      <w:r>
        <w:rPr>
          <w:b/>
        </w:rPr>
        <w:t xml:space="preserve">[09:21] </w:t>
      </w:r>
      <w:r>
        <w:t>But Andre back, the mother also died. Then he was given to the, Abdul Muttalib who was his grandfather, so he became his guardian. But he also died when he was just eight years old. Then Abu Talib became his guardian.</w:t>
      </w:r>
    </w:p>
    <w:p>
      <w:pPr>
        <w:jc w:val="right"/>
      </w:pPr>
      <w:r>
        <w:t>But Andre back, the mother also died. Then he was given to the, Abdul Muttalib who was his grandfather, so he became his guardian. But he also died when he was just eight years old. Then Abu Talib became his guardian.</w:t>
      </w:r>
    </w:p>
    <w:p>
      <w:r>
        <w:rPr>
          <w:b/>
        </w:rPr>
        <w:t xml:space="preserve">[09:45] </w:t>
      </w:r>
      <w:r>
        <w:t>Abu Talib was a merchant and sometimes he would go to trading trips also with him. So it was about twenty, after twenty five years, you know, his character was so, he was so sincere, so honest and so truth loving that people knew about him and people called him Al-ameen Assadik.</w:t>
      </w:r>
    </w:p>
    <w:p>
      <w:pPr>
        <w:jc w:val="right"/>
      </w:pPr>
      <w:r>
        <w:t>Abu Talib was a merchant and sometimes he would go to trading trips also with him. So it was about twenty, after twenty five years, you know, his character was so, he was so sincere, so honest and so truth loving that people knew about him and people called him al-ameen assadik.</w:t>
      </w:r>
    </w:p>
    <w:p>
      <w:r>
        <w:rPr>
          <w:b/>
        </w:rPr>
        <w:t xml:space="preserve">[10:14] </w:t>
      </w:r>
      <w:r>
        <w:t>Al-ameen means the trustworthy and Assadik means the truthful. So because of his honesty, he was asked by a rich widow Khadija to do his trading for him. Was the wife of a merchant and and the husband had died.</w:t>
      </w:r>
    </w:p>
    <w:p>
      <w:pPr>
        <w:jc w:val="right"/>
      </w:pPr>
      <w:r>
        <w:t>Al-ameen means the trustworthy and assadik means the truthful. So because of his honesty, he was asked by a rich widow खदीजा to do his trading for him. Was the wife of a merchant and and the husband had died.</w:t>
      </w:r>
    </w:p>
    <w:p>
      <w:r>
        <w:rPr>
          <w:b/>
        </w:rPr>
        <w:t xml:space="preserve">[10:42] </w:t>
      </w:r>
      <w:r>
        <w:t>So she used to do the trading and she would employ some people for this purpose. So because the trading used was have they had to go to different towns for trading. The ladies could not have gone in those days. The, it was very difficult because it was only the transportation and everything was camel.</w:t>
      </w:r>
    </w:p>
    <w:p>
      <w:pPr>
        <w:jc w:val="right"/>
      </w:pPr>
      <w:r>
        <w:t>So she used to do the trading and she would employ some people for this purpose. So because the trading used was have they had to go to different towns for trading. The ladies could not have gone in those days. The, it was very difficult because it was only the transportation and everything was camel.</w:t>
      </w:r>
    </w:p>
    <w:p>
      <w:r>
        <w:rPr>
          <w:b/>
        </w:rPr>
        <w:t xml:space="preserve">[11:09] </w:t>
      </w:r>
      <w:r>
        <w:t>So she employed men to do trading for her. So when she employed Muhammad and Muhammad was accompanied by one servant Maisra. He was Khadija's servant. So when he came back the prophet, he had made great profit and Maisra talked very highly of him that he is a very good character.</w:t>
      </w:r>
    </w:p>
    <w:p>
      <w:pPr>
        <w:jc w:val="right"/>
      </w:pPr>
      <w:r>
        <w:t>So she employed men to do trading for her. So when she employed मोहम्मद and मोहम्मद was accompanied by one servant मैस्रा. He was खदीजा's servant. So when he came back the prophet, he had made great profit and मैस्रा talked very highly of him that he is a very good character.</w:t>
      </w:r>
    </w:p>
    <w:p>
      <w:r>
        <w:rPr>
          <w:b/>
        </w:rPr>
        <w:t xml:space="preserve">[11:37] </w:t>
      </w:r>
      <w:r>
        <w:t>To then Khadija got interested. You know in those days women were quite had enjoyed all the freedom. Even in Islam in the early days of Islam, women had all the freedom. It was later on that their freedom was curtailed and they thought that they have to be, they have to stay indoors.</w:t>
      </w:r>
    </w:p>
    <w:p>
      <w:pPr>
        <w:jc w:val="right"/>
      </w:pPr>
      <w:r>
        <w:t>तो then खदीजा got interested. You know in those days women were quite had enjoyed all the freedom. Even in islam in the early days of Islam, women had all the freedom. It was later on that their freedom was curtailed and they thought that they have to be, they have to stay indoors.</w:t>
      </w:r>
    </w:p>
    <w:p>
      <w:r>
        <w:rPr>
          <w:b/>
        </w:rPr>
        <w:t xml:space="preserve">[12:04] </w:t>
      </w:r>
      <w:r>
        <w:t>But they were free in in ancient Arabia as well as during the early days of Islam. So she asked him that she wanted to marry him.</w:t>
      </w:r>
    </w:p>
    <w:p>
      <w:pPr>
        <w:jc w:val="right"/>
      </w:pPr>
      <w:r>
        <w:t>But they were free in in ancient Arabia as well as during the early days of Islam. So she asked him that she wanted to marry him.</w:t>
      </w:r>
    </w:p>
    <w:p>
      <w:r>
        <w:rPr>
          <w:b/>
        </w:rPr>
        <w:t xml:space="preserve">[12:19] </w:t>
      </w:r>
      <w:r>
        <w:t>Then Muhammad discussed the matter with his uncle and uncle agreed with this proposal because she was a very very pious woman and everyone spoke highly of her. So they got married. But from here we, his life as a seeker begins. In Arabia there were many Christian hermits also.</w:t>
      </w:r>
    </w:p>
    <w:p>
      <w:pPr>
        <w:jc w:val="right"/>
      </w:pPr>
      <w:r>
        <w:t>Then मोहम्मद discussed the matter with his uncle and uncle agreed with this proposal because she was a very very pious woman and everyone spoke highly of her. So they got married. But from here we, his life as a seeker begins. In Arabia there were many Christian hermits also.</w:t>
      </w:r>
    </w:p>
    <w:p>
      <w:r>
        <w:rPr>
          <w:b/>
        </w:rPr>
        <w:t xml:space="preserve">[12:49] </w:t>
      </w:r>
      <w:r>
        <w:t>So people knew this this custom that they used to go to isolated places like caves and then jungles for spiritual meditation.</w:t>
      </w:r>
    </w:p>
    <w:p>
      <w:pPr>
        <w:jc w:val="right"/>
      </w:pPr>
      <w:r>
        <w:t>So people knew this this custom that they used to go to isolated places like caves and then jungles for spiritual meditation.</w:t>
      </w:r>
    </w:p>
    <w:p>
      <w:r>
        <w:rPr>
          <w:b/>
        </w:rPr>
        <w:t xml:space="preserve">[13:07] </w:t>
      </w:r>
      <w:r>
        <w:t>So there were some, some Arabs also who were truth seekers and they used to retire to such isolated places and for meditation, for pondering and actually prophets, Muhammad's ancestor was Abraham and Ishmael who had built the Kaaba.</w:t>
      </w:r>
    </w:p>
    <w:p>
      <w:pPr>
        <w:jc w:val="right"/>
      </w:pPr>
      <w:r>
        <w:t>So there were some, some Arabs also who were truth seekers and they used to retire to such isolated places and for meditation, for pondering and actually prophets, मोहम्मद's ancestor was Abraham and ishmael who had built the Kaaba.</w:t>
      </w:r>
    </w:p>
    <w:p>
      <w:r>
        <w:rPr>
          <w:b/>
        </w:rPr>
        <w:t xml:space="preserve">[13:29] </w:t>
      </w:r>
      <w:r>
        <w:t>But now about two thousand five hundred years had elapsed. So their teachings had been distorted. People didn't know how to pray to God, how to connect with God. So these people were quite thinking all the time that why man has come to this world where he is going after death. All these questions troubled him also.</w:t>
      </w:r>
    </w:p>
    <w:p>
      <w:pPr>
        <w:jc w:val="right"/>
      </w:pPr>
      <w:r>
        <w:t>But now about two thousand five hundred years had elapsed. So their teachings had been distorted. People didn't know how to pray to God, how to connect with God. So these people were quite thinking all the time that why man has come to this world where he is going after death. All these questions troubled him also.</w:t>
      </w:r>
    </w:p>
    <w:p>
      <w:r>
        <w:rPr>
          <w:b/>
        </w:rPr>
        <w:t xml:space="preserve">[13:59] </w:t>
      </w:r>
      <w:r>
        <w:t>So these people were called Hanif, truth seekers. So instead of living a comfortable life with Khadija's wealth, he began going to such spiritual, for such spiritual places like Wareher Adarbad, small cave.</w:t>
      </w:r>
    </w:p>
    <w:p>
      <w:pPr>
        <w:jc w:val="right"/>
      </w:pPr>
      <w:r>
        <w:t>So these people were called हनीफ, truth seekers. So instead of living a comfortable life with खदीजा's wealth, he began going to such spiritual, for such spiritual places like वारेहेर अदरबाद, small cave.</w:t>
      </w:r>
    </w:p>
    <w:p>
      <w:r>
        <w:rPr>
          <w:b/>
        </w:rPr>
        <w:t xml:space="preserve">[14:21] </w:t>
      </w:r>
      <w:r>
        <w:t>So he used to go there, medicate and pray to god to tell him to answer all the questions that he had in his mind. So he was very disturbed that he doesn't know what is man's goal, where, from where he has come and from where he will go. After death, what is man's destination?</w:t>
      </w:r>
    </w:p>
    <w:p>
      <w:pPr>
        <w:jc w:val="right"/>
      </w:pPr>
      <w:r>
        <w:t>So he used to go there, medicate and pray to god to tell him to answer all the questions that he had in his mind. So he was very disturbed that he doesn't know what is man's goal, where, from where he has come and from where he will go. After death, what is man's destination?</w:t>
      </w:r>
    </w:p>
    <w:p>
      <w:r>
        <w:rPr>
          <w:b/>
        </w:rPr>
        <w:t xml:space="preserve">[14:46] </w:t>
      </w:r>
      <w:r>
        <w:t>So one day when he he had he was about 40 years old then all of a sudden a human being appeared in the cave and he told him that he was chosen god's prophet and he told him to read some verses which had which he had brought from god.</w:t>
      </w:r>
    </w:p>
    <w:p>
      <w:pPr>
        <w:jc w:val="right"/>
      </w:pPr>
      <w:r>
        <w:t>So one day when he he had he was about 40 years old then all of a sudden a human being appeared in the cave and he told him that he was chosen god's prophet and he told him to read some verses which had which he had brought from god.</w:t>
      </w:r>
    </w:p>
    <w:p>
      <w:r>
        <w:rPr>
          <w:b/>
        </w:rPr>
        <w:t xml:space="preserve">[15:16] </w:t>
      </w:r>
      <w:r>
        <w:t>These are part of the quran. So this was the first verse that was revealed to the prophet. Recite in the name of your lord who created from a clot of blood. Your lord is most gracious. So he said he was not he was unlettered. He was not able to read and write. In Arabia there were very few people who were able to read and write. So he said I can't read.</w:t>
      </w:r>
    </w:p>
    <w:p>
      <w:pPr>
        <w:jc w:val="right"/>
      </w:pPr>
      <w:r>
        <w:t>These are part of the quran. So this was the first verse that was revealed to the prophet. Recite in the name of your lord who created from a clot of blood. Your lord is most gracious. So he said he was not he was unlettered. He was not able to read and write. In Arabia there were very few people who were able to read and write. So he said I can't read.</w:t>
      </w:r>
    </w:p>
    <w:p>
      <w:r>
        <w:rPr>
          <w:b/>
        </w:rPr>
        <w:t xml:space="preserve">[15:44] </w:t>
      </w:r>
      <w:r>
        <w:t>So three times Gabriel said that read these verses. He said I can't read. Then Gabriel embraced him and then he began to read or repeat those verses. But he was very, then Gabriel left after some time and then he was so confused. This was his first experience.</w:t>
      </w:r>
    </w:p>
    <w:p>
      <w:pPr>
        <w:jc w:val="right"/>
      </w:pPr>
      <w:r>
        <w:t>So three times Gabriel said that read these verses. He said I can't read. Then Gabriel embraced him and then he began to read or repeat those verses. But he was very, then Gabriel left after some time and then he was so confused. This was his first experience.</w:t>
      </w:r>
    </w:p>
    <w:p>
      <w:r>
        <w:rPr>
          <w:b/>
        </w:rPr>
        <w:t xml:space="preserve">[16:10] </w:t>
      </w:r>
      <w:r>
        <w:t>He was so confused he rest back home and but khadija who was 40 years old at the time of marriage, so by this time she should have been more than 50. So she was quite experienced, quite mature.</w:t>
      </w:r>
    </w:p>
    <w:p>
      <w:pPr>
        <w:jc w:val="right"/>
      </w:pPr>
      <w:r>
        <w:t>He was so confused he rest back home and but ख़ादीजा who was 40 years old at the time of marriage, so by this time she should have been more than 50. So she was quite experienced, quite mature.</w:t>
      </w:r>
    </w:p>
    <w:p>
      <w:r>
        <w:rPr>
          <w:b/>
        </w:rPr>
        <w:t xml:space="preserve">[16:26] </w:t>
      </w:r>
      <w:r>
        <w:t>So she comforted him and said that you are such a nice man, you help the poor, you you never tell lies, you always are helpful to everyone so god will never disgrace you. Then what she did, she asked him to because he was very very confused very it was a shocking experience for him.</w:t>
      </w:r>
    </w:p>
    <w:p>
      <w:pPr>
        <w:jc w:val="right"/>
      </w:pPr>
      <w:r>
        <w:t>So she comforted him and said that you are such a nice man, you help the poor, you you never tell lies, you always are helpful to everyone so god will never disgrace you. Then what she did, she asked him to because he was very very confused very it was a shocking experience for him.</w:t>
      </w:r>
    </w:p>
    <w:p>
      <w:r>
        <w:rPr>
          <w:b/>
        </w:rPr>
        <w:t xml:space="preserve">[16:52] </w:t>
      </w:r>
      <w:r>
        <w:t>So hadithya said that you stay here I will go to one of my cousin varakh. He had converted to christianity and he had translated some portions of the bible into arabic as well. So he was a scholar of those days. So she went there and she told the whole story.</w:t>
      </w:r>
    </w:p>
    <w:p>
      <w:pPr>
        <w:jc w:val="right"/>
      </w:pPr>
      <w:r>
        <w:t>So hadithya said that you stay here I will go to one of my cousin varakh. He had converted to christianity and he had translated some portions of the Bible into Arabic as well. So he was a scholar of those days. So she went there and she told the whole story.</w:t>
      </w:r>
    </w:p>
    <w:p>
      <w:r>
        <w:rPr>
          <w:b/>
        </w:rPr>
        <w:t xml:space="preserve">[17:13] </w:t>
      </w:r>
      <w:r>
        <w:t>And then said that he must be the same person, the Gabriel who used, who comes to prophets. He came to Jesus, he came to Moses. So then she was a little, she understood what is the, what is the matter. Then she came and told everything to mohammad.</w:t>
      </w:r>
    </w:p>
    <w:p>
      <w:pPr>
        <w:jc w:val="right"/>
      </w:pPr>
      <w:r>
        <w:t>And then said that he must be the same person, the Gabriel who used, who comes to prophets. He came to Jesus, he came to Moses. So then she was a little, she understood what is the, what is the matter. Then she came and told everything to मोहम्मद.</w:t>
      </w:r>
    </w:p>
    <w:p>
      <w:r>
        <w:rPr>
          <w:b/>
        </w:rPr>
        <w:t xml:space="preserve">[17:39] </w:t>
      </w:r>
      <w:r>
        <w:t>And now gradually he began to understand that he is chosen by god, he is god's messenger. So then what was the most important thing? What is the most important thing about a messenger that they have to receive the messages from god and that messages have to be communicated to other people. This is not the way of god to communicate to each and every person.</w:t>
      </w:r>
    </w:p>
    <w:p>
      <w:pPr>
        <w:jc w:val="right"/>
      </w:pPr>
      <w:r>
        <w:t>And now gradually he began to understand that he is chosen by god, he is god's messenger. So then what was the most important thing? What is the most important thing about a messenger that they have to receive the messages from god and that messages have to be communicated to other people. This is not the way of god to communicate to each and every person.</w:t>
      </w:r>
    </w:p>
    <w:p>
      <w:r>
        <w:rPr>
          <w:b/>
        </w:rPr>
        <w:t xml:space="preserve">[18:07] </w:t>
      </w:r>
      <w:r>
        <w:t>He chooses a person, he communicates his messages and then that person has to communicate it to the rest of the people.</w:t>
      </w:r>
    </w:p>
    <w:p>
      <w:pPr>
        <w:jc w:val="right"/>
      </w:pPr>
      <w:r>
        <w:t>He chooses a person, he communicates his messages and then that person has to communicate it to the rest of the people.</w:t>
      </w:r>
    </w:p>
    <w:p>
      <w:r>
        <w:rPr>
          <w:b/>
        </w:rPr>
        <w:t xml:space="preserve">[18:18] </w:t>
      </w:r>
      <w:r>
        <w:t>So the first thing he did was that the urgent problem was that those messages, those verses had to be recorded properly so that people may have, may remember them, may follow them.</w:t>
      </w:r>
    </w:p>
    <w:p>
      <w:pPr>
        <w:jc w:val="right"/>
      </w:pPr>
      <w:r>
        <w:t>So the first thing he did was that the urgent problem was that those messages, those verses had to be recorded properly so that people may have, may remember them, may follow them.</w:t>
      </w:r>
    </w:p>
    <w:p>
      <w:r>
        <w:rPr>
          <w:b/>
        </w:rPr>
        <w:t xml:space="preserve">[18:38] </w:t>
      </w:r>
      <w:r>
        <w:t>To first of all he would repeat and then he would ask one of his companions to record in writing because he didn't know how to write. And then everyone used to remember. Actually the whole quran was not revealed all at once. Some verses were revealed. So it was and the verses are very rhythmic in tone. So it is easy to remember them, to memorize them.</w:t>
      </w:r>
    </w:p>
    <w:p>
      <w:pPr>
        <w:jc w:val="right"/>
      </w:pPr>
      <w:r>
        <w:t>तो first of all he would repeat and then he would ask one of his companions to record in writing because he didn't know how to write. And then everyone used to remember. Actually the whole Quran was not revealed all at once. Some verses were revealed. So it was and the verses are very rhythmic in tone. So it is easy to remember them, to memorize them.</w:t>
      </w:r>
    </w:p>
    <w:p>
      <w:r>
        <w:rPr>
          <w:b/>
        </w:rPr>
        <w:t xml:space="preserve">[19:07] </w:t>
      </w:r>
      <w:r>
        <w:t>And those verses have to be repeated in the prayer also. The, we say five times prayer, so we repeat those verses. So usually, it is easy for everyone to remember those verses from the quran.</w:t>
      </w:r>
    </w:p>
    <w:p>
      <w:pPr>
        <w:jc w:val="right"/>
      </w:pPr>
      <w:r>
        <w:t>And those verses have to be repeated in the prayer also. The, we say five times prayer, so we repeat those verses. So usually, it is easy for everyone to remember those verses from the Quran.</w:t>
      </w:r>
    </w:p>
    <w:p>
      <w:r>
        <w:rPr>
          <w:b/>
        </w:rPr>
        <w:t xml:space="preserve">[19:29] </w:t>
      </w:r>
      <w:r>
        <w:t>So in the beginning, his wife, his cousin ali, and his friend abu bakr, and there was one servant who said these four people had accepted islam and they used to say the prayers together. And even khadija used to say the prayer together. Today we are not allowed to go to the mosque, but this was not the tradition in those times.</w:t>
      </w:r>
    </w:p>
    <w:p>
      <w:pPr>
        <w:jc w:val="right"/>
      </w:pPr>
      <w:r>
        <w:t>So in the beginning, his wife, his cousin Ali, and his friend Abu Bakr, and there was one servant who said these four people had accepted Islam and they used to say the prayers together. And even Khadija used to say the prayer together. Today we are not allowed to go to the mosque, but this was not the tradition in those times.</w:t>
      </w:r>
    </w:p>
    <w:p>
      <w:r>
        <w:rPr>
          <w:b/>
        </w:rPr>
        <w:t xml:space="preserve">[19:57] </w:t>
      </w:r>
      <w:r>
        <w:t>Khadija since day one used to pray with the prophet. Then it was, you know, there was another thing is that those were the days of religious persecution. In those days religion was a state matter.</w:t>
      </w:r>
    </w:p>
    <w:p>
      <w:pPr>
        <w:jc w:val="right"/>
      </w:pPr>
      <w:r>
        <w:t>खादीजा since day one used to pray with the prophet. Then it was, you know, there was another thing is that those were the days of religious persecution. In those days religion was a state matter.</w:t>
      </w:r>
    </w:p>
    <w:p>
      <w:r>
        <w:rPr>
          <w:b/>
        </w:rPr>
        <w:t xml:space="preserve">[20:17] </w:t>
      </w:r>
      <w:r>
        <w:t>Only though that religion was acceptable for the common man to follow which was the religion of the king or the chief of the tribes, so it was very difficult to accept another religion. So there was great religious persecution and it's a long story that how prophet accepted their insults, their persecutions.</w:t>
      </w:r>
    </w:p>
    <w:p>
      <w:pPr>
        <w:jc w:val="right"/>
      </w:pPr>
      <w:r>
        <w:t>Only though that religion was acceptable for the common man to follow which was the religion of the king or the chief of the tribes, so it was very difficult to accept another religion. So there was great religious persecution and it's a long story that how prophet accepted their insults, their persecutions.</w:t>
      </w:r>
    </w:p>
    <w:p>
      <w:r>
        <w:rPr>
          <w:b/>
        </w:rPr>
        <w:t xml:space="preserve">[20:46] </w:t>
      </w:r>
      <w:r>
        <w:t>They would felt them, felt him with stones. He would bleed while he was going to tair. But the prophet today today there is so much fuss about shadnwal persecution of the prophet that he has, he must be, that person must be killed who abuses the prophet. But this was not the done thing.</w:t>
      </w:r>
    </w:p>
    <w:p>
      <w:pPr>
        <w:jc w:val="right"/>
      </w:pPr>
      <w:r>
        <w:t>They would felt them, felt him with stones. He would bleed while he was going to तैर. But the prophet today today there is so much fuss about शाद्नवाल persecution of the prophet that he has, he must be, that person must be killed who abuses the prophet. But this was not the done thing.</w:t>
      </w:r>
    </w:p>
    <w:p>
      <w:r>
        <w:rPr>
          <w:b/>
        </w:rPr>
        <w:t xml:space="preserve">[21:13] </w:t>
      </w:r>
      <w:r>
        <w:t>The prophet always forgave that person, always avoided, never even retaliated, never even reacted. He would only pray for them. So I am also translating my father's book on this topic, chatverasul.</w:t>
      </w:r>
    </w:p>
    <w:p>
      <w:pPr>
        <w:jc w:val="right"/>
      </w:pPr>
      <w:r>
        <w:t>The prophet always forgave that person, always avoided, never even retaliated, never even reacted. He would only pray for them. So I am also translating my father's book on this topic, Chatverasul.</w:t>
      </w:r>
    </w:p>
    <w:p>
      <w:r>
        <w:rPr>
          <w:b/>
        </w:rPr>
        <w:t xml:space="preserve">[21:34] </w:t>
      </w:r>
      <w:r>
        <w:t>So this will become very clear that during the life of the prophet and in the early days, such people were ignored. They were, there was no reaction, no negative response and the prophet always prayed for them. At at thyve, when people set street urchins behind him and they were pelting him with stone.</w:t>
      </w:r>
    </w:p>
    <w:p>
      <w:pPr>
        <w:jc w:val="right"/>
      </w:pPr>
      <w:r>
        <w:t>So this will become very clear that during the life of the prophet and in the early days, such people were ignored. They were, there was no reaction, no negative response and the prophet always prayed for them. At at thyve, when people set street urchins behind him and they were pelting him with stone.</w:t>
      </w:r>
    </w:p>
    <w:p>
      <w:r>
        <w:rPr>
          <w:b/>
        </w:rPr>
        <w:t xml:space="preserve">[22:02] </w:t>
      </w:r>
      <w:r>
        <w:t>He was bleeding and at that time when the darkness fell and he had, then when the boys left, then he he sat somewhere for rest And then he prayed that may god help them to understand your message better. So he always prayed for such people.</w:t>
      </w:r>
    </w:p>
    <w:p>
      <w:pPr>
        <w:jc w:val="right"/>
      </w:pPr>
      <w:r>
        <w:t>He was bleeding and at that time when the darkness fell and he had, then when the boys left, then he he sat somewhere for rest And then he prayed that may god help them to understand your message better. So he always prayed for such people.</w:t>
      </w:r>
    </w:p>
    <w:p>
      <w:r>
        <w:rPr>
          <w:b/>
        </w:rPr>
        <w:t xml:space="preserve">[22:27] </w:t>
      </w:r>
      <w:r>
        <w:t>And then the when the persecution began very very intense, they used to even they killed also some people. Actually, were in arabia there were two types of people. One who had the support of a tribe and those people who were weak and labor class, slaves. So when these people converted to islam, so they were persecuted.</w:t>
      </w:r>
    </w:p>
    <w:p>
      <w:pPr>
        <w:jc w:val="right"/>
      </w:pPr>
      <w:r>
        <w:t>And then the when the persecution began very very intense, they used to even they killed also some people. Actually, were in Arabia there were two types of people. One who had the support of a tribe and those people who were weak and labor class, slaves. So when these people converted to Islam, so they were persecuted.</w:t>
      </w:r>
    </w:p>
    <w:p>
      <w:r>
        <w:rPr>
          <w:b/>
        </w:rPr>
        <w:t xml:space="preserve">[22:56] </w:t>
      </w:r>
      <w:r>
        <w:t>Some of them were even killed. So when this became too much then prophet asked them to migrate to abyssinia. It was a christian kingdom neguz was the king. Nal, in urdu we call him najashi. So he was, he gave protection to these muslims and they lived there for quite some time unless the prophet migrated to madina.</w:t>
      </w:r>
    </w:p>
    <w:p>
      <w:pPr>
        <w:jc w:val="right"/>
      </w:pPr>
      <w:r>
        <w:t>Some of them were even killed. So when this became too much then prophet asked them to migrate to Abyssinia. It was a Christian kingdom नेगज was the king. नाल, in उर्दू we call him नजाशि. So he was, he gave protection to these muslims and they lived there for quite some time unless the prophet migrated to मदीना.</w:t>
      </w:r>
    </w:p>
    <w:p>
      <w:r>
        <w:rPr>
          <w:b/>
        </w:rPr>
        <w:t xml:space="preserve">[23:25] </w:t>
      </w:r>
      <w:r>
        <w:t>Only then they came back from abu dhusinia to madina. So actually what happened when abu talib was the chief of the clan and you know there is tribe and then there is clan. So tribe is the larger group and clan is the smaller group. So abu was the chief of the clan which was the guardian of kaaba.</w:t>
      </w:r>
    </w:p>
    <w:p>
      <w:pPr>
        <w:jc w:val="right"/>
      </w:pPr>
      <w:r>
        <w:t>Only then they came back from Abu Dhusinia to मदीना. So actually what happened when Abu Talib was the chief of the clan and you know there is tribe and then there is clan. So tribe is the larger group and clan is the smaller group. So Abu was the chief of the clan which was the guardian of Kaaba.</w:t>
      </w:r>
    </w:p>
    <w:p>
      <w:r>
        <w:rPr>
          <w:b/>
        </w:rPr>
        <w:t xml:space="preserve">[23:55] </w:t>
      </w:r>
      <w:r>
        <w:t>So it was a very important post. And abu talib protected mohammad. That is why the opponents were not able to harm him much. Matlab they were not able to kill him. Otherwise they persecuted. But they were not able to kill him.</w:t>
      </w:r>
    </w:p>
    <w:p>
      <w:pPr>
        <w:jc w:val="right"/>
      </w:pPr>
      <w:r>
        <w:t>So it was a very important post. And Abu Talib protected Mohammad. That is why the opponents were not able to harm him much. मतलब they were not able to kill him. Otherwise they persecuted. But they were not able to kill him.</w:t>
      </w:r>
    </w:p>
    <w:p>
      <w:r>
        <w:rPr>
          <w:b/>
        </w:rPr>
        <w:t xml:space="preserve">[24:19] </w:t>
      </w:r>
      <w:r>
        <w:t>So once abu talib died, then abu lahab became the chief of the tribe, the of the clan. Then abu lahab was the direst opponent of the prophet. So immediately he declared that now he does not enjoy the protection of the clan. Then the prophet was left all alone and there was no one to protect him from these persecutions.</w:t>
      </w:r>
    </w:p>
    <w:p>
      <w:pPr>
        <w:jc w:val="right"/>
      </w:pPr>
      <w:r>
        <w:t>So once Abu Talib died, then Abu Lahab became the chief of the tribe, the of the clan. Then Abu Lahab was the direst opponent of the prophet. So immediately he declared that now he does not enjoy the protection of the clan. Then the prophet was left all alone and there was no one to protect him from these persecutions.</w:t>
      </w:r>
    </w:p>
    <w:p>
      <w:r>
        <w:rPr>
          <w:b/>
        </w:rPr>
        <w:t xml:space="preserve">[24:48] </w:t>
      </w:r>
      <w:r>
        <w:t>It was only then that even then he did not retaliate. And he did not say anything to them that they are evil people and they are persecuting me for no good reason. I'm just telling them the message of god and the message was that god is one and you worship worship god and son from all evil ways.</w:t>
      </w:r>
    </w:p>
    <w:p>
      <w:pPr>
        <w:jc w:val="right"/>
      </w:pPr>
      <w:r>
        <w:t>It was only then that even then he did not retaliate. And he did not say anything to them that they are evil people and they are persecuting me for no good reason. I'm just telling them the message of god and the message was that god is one and you worship worship god and son from all evil ways.</w:t>
      </w:r>
    </w:p>
    <w:p>
      <w:r>
        <w:rPr>
          <w:b/>
        </w:rPr>
        <w:t xml:space="preserve">[25:16] </w:t>
      </w:r>
      <w:r>
        <w:t>Then finally, when they saw that Islam was spreading very fast, then they thought that Muhammad should be killed. And otherwise there is no other way that Islam could be stopped from spreading. So then when they planned to kill him, then God told him to leave Medina at midnight. In the meantime, the people of Medina had accepted Islam in large number.</w:t>
      </w:r>
    </w:p>
    <w:p>
      <w:pPr>
        <w:jc w:val="right"/>
      </w:pPr>
      <w:r>
        <w:t>Then finally, when they saw that Islam was spreading very fast, then they thought that Muhammad should be killed. And otherwise there is no other way that Islam could be stopped from spreading. So then when they planned to kill him, then God told him to leave Medina at midnight. In the meantime, the people of Medina had accepted Islam in large number.</w:t>
      </w:r>
    </w:p>
    <w:p>
      <w:r>
        <w:rPr>
          <w:b/>
        </w:rPr>
        <w:t xml:space="preserve">[25:45] </w:t>
      </w:r>
      <w:r>
        <w:t>Actually in madina there were, there was agriculture, they were farmers, they were more gentle and in makka people were big merchants. So they had, they were quite wealthy. And in makka there was kaabah. So there in the kaabah they had housed 360 idols.</w:t>
      </w:r>
    </w:p>
    <w:p>
      <w:pPr>
        <w:jc w:val="right"/>
      </w:pPr>
      <w:r>
        <w:t>Actually in मदीना there were, there was agriculture, they were farmers, they were more gentle and in मक्का people were big merchants. So they had, they were quite wealthy. And in मक्का there was काबाह. So there in the काबाह they had housed 360 idols.</w:t>
      </w:r>
    </w:p>
    <w:p>
      <w:r>
        <w:rPr>
          <w:b/>
        </w:rPr>
        <w:t xml:space="preserve">[26:10] </w:t>
      </w:r>
      <w:r>
        <w:t>And because of these idols tribes from all over Arabia used to come and pay their homage and offerings. So they were rich also. And so they were quite arrogant. And they made things so difficult that he had to leave the, leave his hometown. Then these people did not leave him there.</w:t>
      </w:r>
    </w:p>
    <w:p>
      <w:pPr>
        <w:jc w:val="right"/>
      </w:pPr>
      <w:r>
        <w:t>And because of these idols tribes from all over Arabia used to come and pay their homage and offerings. So they were rich also. And so they were quite arrogant. And they made things so difficult that he had to leave the, leave his hometown. Then these people did not leave him there.</w:t>
      </w:r>
    </w:p>
    <w:p>
      <w:r>
        <w:rPr>
          <w:b/>
        </w:rPr>
        <w:t xml:space="preserve">[26:36] </w:t>
      </w:r>
      <w:r>
        <w:t>In Islam, although there were three wars, I won't call a war but battle. So these three battles were all in defense and there is a very clear proof that all these battles took place near madina, not near makka. So there the makkins used to come to madina to attack him.</w:t>
      </w:r>
    </w:p>
    <w:p>
      <w:pPr>
        <w:jc w:val="right"/>
      </w:pPr>
      <w:r>
        <w:t>In Islam, although there were three wars, I won't call a war but battle. So these three battles were all in defense and there is a very clear proof that all these battles took place near मदीना, not near मक्का. So there the मक्किनs used to come to मदीना to attack him.</w:t>
      </w:r>
    </w:p>
    <w:p>
      <w:r>
        <w:rPr>
          <w:b/>
        </w:rPr>
        <w:t xml:space="preserve">[27:03] </w:t>
      </w:r>
      <w:r>
        <w:t>So there were some three battles in defense and these were, my father called that, these were skirmishes because they lasted only for half a day. The prophet always avoided these battles. Sometimes he dug the trench and there were many ways, sometimes he negotiated. So when these people thought that Islam is spreading, so far the whole Medina almost had converted.</w:t>
      </w:r>
    </w:p>
    <w:p>
      <w:pPr>
        <w:jc w:val="right"/>
      </w:pPr>
      <w:r>
        <w:t>So there were some three battles in defense and these were, my father called that, these were skirmishes because they lasted only for half a day. The prophet always avoided these battles. Sometimes he dug the trench and there were many ways, sometimes he negotiated. So when these people thought that Islam is spreading, so far the whole Medina almost had converted.</w:t>
      </w:r>
    </w:p>
    <w:p>
      <w:r>
        <w:rPr>
          <w:b/>
        </w:rPr>
        <w:t xml:space="preserve">[27:31] </w:t>
      </w:r>
      <w:r>
        <w:t>So they were still wanted to fight and finish till their last breath. So then the prophet made a peace treaty called Hudabia. So this peace treaty was ten year, no war pact.</w:t>
      </w:r>
    </w:p>
    <w:p>
      <w:pPr>
        <w:jc w:val="right"/>
      </w:pPr>
      <w:r>
        <w:t>So they were still wanted to fight and finish till their last breath. So then the prophet made a peace treaty called Hudabia. So this peace treaty was ten year, no war pact.</w:t>
      </w:r>
    </w:p>
    <w:p>
      <w:r>
        <w:rPr>
          <w:b/>
        </w:rPr>
        <w:t xml:space="preserve">[27:52] </w:t>
      </w:r>
      <w:r>
        <w:t>So when this no war pact was and this no war pact was just taken at by accepting all the conditions unilaterally. Prophet accepted all the conditions of the enemy of the attackers unilaterally. Only then this treaty could be negotiated.</w:t>
      </w:r>
    </w:p>
    <w:p>
      <w:pPr>
        <w:jc w:val="right"/>
      </w:pPr>
      <w:r>
        <w:t>So when this no war pact was and this no war pact was just taken at by accepting all the conditions unilaterally. Prophet accepted all the conditions of the enemy of the attackers unilaterally. Only then this treaty could be negotiated.</w:t>
      </w:r>
    </w:p>
    <w:p>
      <w:r>
        <w:rPr>
          <w:b/>
        </w:rPr>
        <w:t xml:space="preserve">[28:18] </w:t>
      </w:r>
      <w:r>
        <w:t>So after this negotiation of this treaty, then there was peace prevailed and and Islam was spreading very fast because of peace. Earlier there was war. So during war time there was no no work was being done easily. So after very soon it happened that about 10,000 muslims had accepted islam.</w:t>
      </w:r>
    </w:p>
    <w:p>
      <w:pPr>
        <w:jc w:val="right"/>
      </w:pPr>
      <w:r>
        <w:t>So after this negotiation of this treaty, then there was peace prevailed and and Islam was spreading very fast because of peace. Earlier there was war. So during war time there was no no work was being done easily. So after very soon it happened that about 10,000 muslims had accepted islam.</w:t>
      </w:r>
    </w:p>
    <w:p>
      <w:r>
        <w:rPr>
          <w:b/>
        </w:rPr>
        <w:t xml:space="preserve">[28:48] </w:t>
      </w:r>
      <w:r>
        <w:t>So the prophet very secretly went through makka because the makkas were not accepting prophet's terms and they were trying to sabotage Islam. They were trying to attack whenever possible. So they had breached also the contract.</w:t>
      </w:r>
    </w:p>
    <w:p>
      <w:pPr>
        <w:jc w:val="right"/>
      </w:pPr>
      <w:r>
        <w:t>So the prophet very secretly went through मक्का because the मक्का's were not accepting prophet's terms and they were trying to sabotage Islam. They were trying to attack whenever possible. So they had breached also the contract.</w:t>
      </w:r>
    </w:p>
    <w:p>
      <w:r>
        <w:rPr>
          <w:b/>
        </w:rPr>
        <w:t xml:space="preserve">[29:14] </w:t>
      </w:r>
      <w:r>
        <w:t>So then he managed so secretly that when he entered makka only then they were able to know that they have arrived in makka and makka was conquered without any bloodshed. I think except four five people were killed and without any bloodshed. That is a long story.</w:t>
      </w:r>
    </w:p>
    <w:p>
      <w:pPr>
        <w:jc w:val="right"/>
      </w:pPr>
      <w:r>
        <w:t>So then he managed so secretly that when he entered मक्का only then they were able to know that they have arrived in मक्का and मक्का was conquered without any bloodshed. I think except four five people were killed and without any bloodshed. That is a long story.</w:t>
      </w:r>
    </w:p>
    <w:p>
      <w:r>
        <w:rPr>
          <w:b/>
        </w:rPr>
        <w:t xml:space="preserve">[29:38] </w:t>
      </w:r>
      <w:r>
        <w:t>And when all these Makkan, aggressors, opponents who had killed so many Muslims and made things difficult for him yet to leave his own hometown. Then all these people had gathered in Kaaba. They thought that now they have they will be killed. Because in those time there were no jail, nothing.</w:t>
      </w:r>
    </w:p>
    <w:p>
      <w:pPr>
        <w:jc w:val="right"/>
      </w:pPr>
      <w:r>
        <w:t>And when all these Makkan, aggressors, opponents who had killed so many Muslims and made things difficult for him yet to leave his own hometown. Then all these people had gathered in Kaaba. They thought that now they have they will be killed. Because in those time there were no jail, nothing.</w:t>
      </w:r>
    </w:p>
    <w:p>
      <w:r>
        <w:rPr>
          <w:b/>
        </w:rPr>
        <w:t xml:space="preserve">[30:05] </w:t>
      </w:r>
      <w:r>
        <w:t>So all the prisoners of war were killed. Then they all came and the prophet was there. The prophet asked them, what do you expect from me? They said, you are a noble brother like prophet Joseph and we expect nothing but good from you. Then the prophet said, go, you are all free.</w:t>
      </w:r>
    </w:p>
    <w:p>
      <w:pPr>
        <w:jc w:val="right"/>
      </w:pPr>
      <w:r>
        <w:t>So all the prisoners of war were killed. Then they all came and the prophet was there. The prophet asked them, what do you expect from me? They said, you are a noble brother like prophet Joseph and we expect nothing but good from you. Then the prophet said, go, you are all free.</w:t>
      </w:r>
    </w:p>
    <w:p>
      <w:r>
        <w:rPr>
          <w:b/>
        </w:rPr>
        <w:t xml:space="preserve">[30:29] </w:t>
      </w:r>
      <w:r>
        <w:t>Prophet did not punish even those enemies who had killed so many muslims, who had waged so many wars, who had done all the atrocities that was possible. So the when the prophet forgave them all, so you know, in everyone there is conscience. Their conscience was awakened and very soon they all accepted Islam.</w:t>
      </w:r>
    </w:p>
    <w:p>
      <w:pPr>
        <w:jc w:val="right"/>
      </w:pPr>
      <w:r>
        <w:t>Prophet did not punish even those enemies who had killed so many muslims, who had waged so many wars, who had done all the atrocities that was possible. So the when the prophet forgave them all, so you know, in everyone there is conscience. Their conscience was awakened and very soon they all accepted Islam.</w:t>
      </w:r>
    </w:p>
    <w:p>
      <w:r>
        <w:rPr>
          <w:b/>
        </w:rPr>
        <w:t xml:space="preserve">[30:58] </w:t>
      </w:r>
      <w:r>
        <w:t>That is why, you know, in very short time the whole Arabia accepted Islam because of prophet's policy of forgiveness. And there is another policy, talif akal, softening of the heart.</w:t>
      </w:r>
    </w:p>
    <w:p>
      <w:pPr>
        <w:jc w:val="right"/>
      </w:pPr>
      <w:r>
        <w:t>That is why, you know, in very short time the whole Arabia accepted Islam because of prophet's policy of forgiveness. And there is another policy, talif akal, softening of the heart.</w:t>
      </w:r>
    </w:p>
    <w:p>
      <w:r>
        <w:rPr>
          <w:b/>
        </w:rPr>
        <w:t xml:space="preserve">[31:15] </w:t>
      </w:r>
      <w:r>
        <w:t>So prophet gave everything which was available to these enemies and the muslims, there were some muslims complained that you are giving everything to them and not to us who have sacrificed with you, who are, who have been with you all these in difficult times.</w:t>
      </w:r>
    </w:p>
    <w:p>
      <w:pPr>
        <w:jc w:val="right"/>
      </w:pPr>
      <w:r>
        <w:t>So prophet gave everything which was available to these enemies and the muslims, there were some muslims complained that you are giving everything to them and not to us who have sacrificed with you, who are, who have been with you all these in difficult times.</w:t>
      </w:r>
    </w:p>
    <w:p>
      <w:r>
        <w:rPr>
          <w:b/>
        </w:rPr>
        <w:t xml:space="preserve">[31:39] </w:t>
      </w:r>
      <w:r>
        <w:t>But he was only thinking of bringing all those people within the fold of Islam, of conquering their hearts and not killing them. So then after the whole Arabia almost had come in the fold of Islam, then prophet made the last pilgrimage.</w:t>
      </w:r>
    </w:p>
    <w:p>
      <w:pPr>
        <w:jc w:val="right"/>
      </w:pPr>
      <w:r>
        <w:t>But he was only thinking of bringing all those people within the fold of Islam, of conquering their hearts and not killing them. So then after the whole Arabia almost had come in the fold of Islam, then prophet made the last pilgrimage.</w:t>
      </w:r>
    </w:p>
    <w:p>
      <w:r>
        <w:rPr>
          <w:b/>
        </w:rPr>
        <w:t xml:space="preserve">[32:04] </w:t>
      </w:r>
      <w:r>
        <w:t>for prophet, this was the last as well as the this was the first as well as the last pilgrimage.</w:t>
      </w:r>
    </w:p>
    <w:p>
      <w:pPr>
        <w:jc w:val="right"/>
      </w:pPr>
      <w:r>
        <w:t>For prophet, this was the last as well as the this was the first as well as the last pilgrimage.</w:t>
      </w:r>
    </w:p>
    <w:p>
      <w:r>
        <w:rPr>
          <w:b/>
        </w:rPr>
        <w:t xml:space="preserve">[32:11] </w:t>
      </w:r>
      <w:r>
        <w:t>So after the pilgrimage of Mecca, he died at the time of death.</w:t>
      </w:r>
    </w:p>
    <w:p>
      <w:pPr>
        <w:jc w:val="right"/>
      </w:pPr>
      <w:r>
        <w:t>So after the pilgrimage of Mecca, he died at the time of death.</w:t>
      </w:r>
    </w:p>
    <w:p>
      <w:r>
        <w:rPr>
          <w:b/>
        </w:rPr>
        <w:t xml:space="preserve">[32:19] </w:t>
      </w:r>
      <w:r>
        <w:t>He was 63 years old.</w:t>
      </w:r>
    </w:p>
    <w:p>
      <w:pPr>
        <w:jc w:val="right"/>
      </w:pPr>
      <w:r>
        <w:t>He was 63 years old.</w:t>
      </w:r>
    </w:p>
    <w:p>
      <w:r>
        <w:rPr>
          <w:b/>
        </w:rPr>
        <w:t xml:space="preserve">[32:27] </w:t>
      </w:r>
      <w:r>
        <w:t>And Adilat Abu Dhagkar, was his oldest, most senior companion of the prophet, he became his successor.</w:t>
      </w:r>
    </w:p>
    <w:p>
      <w:pPr>
        <w:jc w:val="right"/>
      </w:pPr>
      <w:r>
        <w:t>And Adilat Abu Dhagkar, was his oldest, most senior companion of the prophet, he became his successor.</w:t>
      </w:r>
    </w:p>
    <w:p>
      <w:r>
        <w:rPr>
          <w:b/>
        </w:rPr>
        <w:t xml:space="preserve">[32:35] </w:t>
      </w:r>
      <w:r>
        <w:t>So the Quran that was revealed to prophet Mohammed, it is a divine book. It is actual word of god in human language. So the Quran began to be revealed as I told in the Cave Of Herah in 06/2010. So the prophet was sitting there all alone and these were the first verses.</w:t>
      </w:r>
    </w:p>
    <w:p>
      <w:pPr>
        <w:jc w:val="right"/>
      </w:pPr>
      <w:r>
        <w:t>So the Quran that was revealed to prophet Mohammed, it is a divine book. It is actual word of god in human language. So the Quran began to be revealed as I told in the Cave Of Herah in 06/2010. So the prophet was sitting there all alone and these were the first verses.</w:t>
      </w:r>
    </w:p>
    <w:p>
      <w:r>
        <w:rPr>
          <w:b/>
        </w:rPr>
        <w:t xml:space="preserve">[33:04] </w:t>
      </w:r>
      <w:r>
        <w:t>Then the Quran comprises about one, the chapters of the Quran are 114 in number and there are 6,000 verses in the Quran. So the entire period of revelation of the Quran is twenty three years. Actually the Quran was revealed from time to time according to circumstances.</w:t>
      </w:r>
    </w:p>
    <w:p>
      <w:pPr>
        <w:jc w:val="right"/>
      </w:pPr>
      <w:r>
        <w:t>Then the Quran comprises about one, the chapters of the Quran are 114 in number and there are 6,000 verses in the Quran. So the entire period of revelation of the Quran is twenty three years. Actually the Quran was revealed from time to time according to circumstances.</w:t>
      </w:r>
    </w:p>
    <w:p>
      <w:r>
        <w:rPr>
          <w:b/>
        </w:rPr>
        <w:t xml:space="preserve">[33:31] </w:t>
      </w:r>
      <w:r>
        <w:t>Not the whole book was revealed all at once. So the main teaching of the Quran is monotheism. So this monotheism, all the prophets were sent by god to humanity with this basic concept that god is one. We have to worship god, we have to discover god, we have to realize god. So this is the main theme of the quran as well.</w:t>
      </w:r>
    </w:p>
    <w:p>
      <w:pPr>
        <w:jc w:val="right"/>
      </w:pPr>
      <w:r>
        <w:t>Not the whole book was revealed all at once. So the main teaching of the Quran is monotheism. So this monotheism, all the prophets were sent by god to humanity with this basic concept that god is one. We have to worship god, we have to discover god, we have to realize god. So this is the main theme of the quran as well.</w:t>
      </w:r>
    </w:p>
    <w:p>
      <w:r>
        <w:rPr>
          <w:b/>
        </w:rPr>
        <w:t xml:space="preserve">[34:00] </w:t>
      </w:r>
      <w:r>
        <w:t>The Quran puts it thus, say he is god, the one god, the self sufficient one. There is nothing like him. This is chapter 112. The concept of the one god is the central concept of Islam.</w:t>
      </w:r>
    </w:p>
    <w:p>
      <w:pPr>
        <w:jc w:val="right"/>
      </w:pPr>
      <w:r>
        <w:t>The Quran puts it thus, say he is god, the one god, the self sufficient one. There is nothing like him. This is chapter 112. The concept of the one god is the central concept of Islam.</w:t>
      </w:r>
    </w:p>
    <w:p>
      <w:r>
        <w:rPr>
          <w:b/>
        </w:rPr>
        <w:t xml:space="preserve">[34:23] </w:t>
      </w:r>
      <w:r>
        <w:t>It is this belief which is the essence of Islam and the sole source of all its teachings. So the main concept of the Quran is the creation plan of God. Why man has come to this world? What is God's creation plan? So God's creation plan is that man man is an eternal creature.</w:t>
      </w:r>
    </w:p>
    <w:p>
      <w:pPr>
        <w:jc w:val="right"/>
      </w:pPr>
      <w:r>
        <w:t>It is this belief which is the essence of Islam and the sole source of all its teachings. So the main concept of the Quran is the creation plan of God. Why man has come to this world? What is God's creation plan? So God's creation plan is that man man is an eternal creature.</w:t>
      </w:r>
    </w:p>
    <w:p>
      <w:r>
        <w:rPr>
          <w:b/>
        </w:rPr>
        <w:t xml:space="preserve">[34:49] </w:t>
      </w:r>
      <w:r>
        <w:t>And just sixty, seventy, eighty years we have to live in this world for being tested. But we are being tested whether because god has given us freedom. Whether you we use this freedom for making wrong choices or making right choices.</w:t>
      </w:r>
    </w:p>
    <w:p>
      <w:pPr>
        <w:jc w:val="right"/>
      </w:pPr>
      <w:r>
        <w:t>And just sixty, seventy, eighty years we have to live in this world for being tested. But we are being tested whether because god has given us freedom. Whether you we use this freedom for making wrong choices or making right choices.</w:t>
      </w:r>
    </w:p>
    <w:p>
      <w:r>
        <w:rPr>
          <w:b/>
        </w:rPr>
        <w:t xml:space="preserve">[35:11] </w:t>
      </w:r>
      <w:r>
        <w:t>So the choice that we will make, so accordingly we will be given our place in the next eternal world. There is paradise, there is hell, So there is those who will make right choice, who will lead god oriented life. So they will be given paradise. Paradise is god's neighborhood.</w:t>
      </w:r>
    </w:p>
    <w:p>
      <w:pPr>
        <w:jc w:val="right"/>
      </w:pPr>
      <w:r>
        <w:t>So the choice that we will make, so accordingly we will be given our place in the next eternal world. There is paradise, there is hell, So there is those who will make right choice, who will lead god oriented life. So they will be given paradise. Paradise is god's neighborhood.</w:t>
      </w:r>
    </w:p>
    <w:p>
      <w:r>
        <w:rPr>
          <w:b/>
        </w:rPr>
        <w:t xml:space="preserve">[35:38] </w:t>
      </w:r>
      <w:r>
        <w:t>So you can understand how precious paradise is. Then according to according to the Quran, God's messenger came in every age. We believe in all the prophets. There is a tradition of the prophet that about one lakh 24,000 prophets have come to this world.</w:t>
      </w:r>
    </w:p>
    <w:p>
      <w:pPr>
        <w:jc w:val="right"/>
      </w:pPr>
      <w:r>
        <w:t>So you can understand how precious paradise is. Then according to according to the Quran, God's messenger came in every age. We believe in all the prophets. There is a tradition of the prophet that about one lakh 24,000 prophets have come to this world.</w:t>
      </w:r>
    </w:p>
    <w:p>
      <w:r>
        <w:rPr>
          <w:b/>
        </w:rPr>
        <w:t xml:space="preserve">[36:05] </w:t>
      </w:r>
      <w:r>
        <w:t>But most of the teachings have been forgotten because those were different age. There was no praise, there was no other way of communicating the messages of god to people. So people just forgot those messages. That's why god had to send prophets again and again. But about one dozen prophets have been mentioned in the Quran by name.</w:t>
      </w:r>
    </w:p>
    <w:p>
      <w:pPr>
        <w:jc w:val="right"/>
      </w:pPr>
      <w:r>
        <w:t>But most of the teachings have been forgotten because those were different age. There was no praise, there was no other way of communicating the messages of god to people. So people just forgot those messages. That's why god had to send prophets again and again. But about one dozen prophets have been mentioned in the Quran by name.</w:t>
      </w:r>
    </w:p>
    <w:p>
      <w:r>
        <w:rPr>
          <w:b/>
        </w:rPr>
        <w:t xml:space="preserve">[36:35] </w:t>
      </w:r>
      <w:r>
        <w:t>So only the prophet Joseph's story is described in full. The whole chapter is devoted to surah Yusuf, prophet Joseph. Because that is a very the Quran calls it as an ul kasas, the best story.</w:t>
      </w:r>
    </w:p>
    <w:p>
      <w:pPr>
        <w:jc w:val="right"/>
      </w:pPr>
      <w:r>
        <w:t>So only the prophet Joseph's story is described in full. The whole chapter is devoted to सूर्य युसूफ, prophet Joseph. Because that is a very the Quran calls it as an ul kasas, the best story.</w:t>
      </w:r>
    </w:p>
    <w:p>
      <w:r>
        <w:rPr>
          <w:b/>
        </w:rPr>
        <w:t xml:space="preserve">[36:58] </w:t>
      </w:r>
      <w:r>
        <w:t>Then we have the this is in in in the infinite mercy of god that god has chosen prophets, messengers to guide us. Otherwise, we would not have known what to do while we have been sent to this world. And we will not know, we would not have known that we are accountable to god.</w:t>
      </w:r>
    </w:p>
    <w:p>
      <w:pPr>
        <w:jc w:val="right"/>
      </w:pPr>
      <w:r>
        <w:t>Then we have the this is in in in the infinite mercy of god that god has chosen prophets, messengers to guide us. Otherwise, we would not have known what to do while we have been sent to this world. And we will not know, we would not have known that we are accountable to god.</w:t>
      </w:r>
    </w:p>
    <w:p>
      <w:r>
        <w:rPr>
          <w:b/>
        </w:rPr>
        <w:t xml:space="preserve">[37:26] </w:t>
      </w:r>
      <w:r>
        <w:t>And after death, we would have been, we would not have been found a place in God's paradise. So this is a great great mercy of God that he has made this arrangement of messengers. Then we learn from the Quran that God has created angels who serve as intermediaries between God and man. Because we can't connect with God directly.</w:t>
      </w:r>
    </w:p>
    <w:p>
      <w:pPr>
        <w:jc w:val="right"/>
      </w:pPr>
      <w:r>
        <w:t>And after death, we would have been, we would not have been found a place in God's paradise. So this is a great great mercy of God that he has made this arrangement of messengers. Then we learn from the Quran that God has created angels who serve as intermediaries between God and man. Because we can't connect with God directly.</w:t>
      </w:r>
    </w:p>
    <w:p>
      <w:r>
        <w:rPr>
          <w:b/>
        </w:rPr>
        <w:t xml:space="preserve">[37:56] </w:t>
      </w:r>
      <w:r>
        <w:t>So it is according to the quran, is through angels that we connect with god. They bring the messages from the quran, from god to human being, which these messengers communicate to man. The angels are friends and protectors of human beings, and they are God's obedient servants.</w:t>
      </w:r>
    </w:p>
    <w:p>
      <w:pPr>
        <w:jc w:val="right"/>
      </w:pPr>
      <w:r>
        <w:t>So it is according to the quran, is through angels that we connect with god. They bring the messages from the quran, from god to human being, which these messengers communicate to man. The angels are friends and protectors of human beings, and they are God's obedient servants.</w:t>
      </w:r>
    </w:p>
    <w:p>
      <w:r>
        <w:rPr>
          <w:b/>
        </w:rPr>
        <w:t xml:space="preserve">[38:26] </w:t>
      </w:r>
      <w:r>
        <w:t>Angel Gabriel is called Ruhul Amin, the trustworthy spirit. As we learn from the Quran, the foundation of Islam has been laid on five principles which also we call five pillars. To bear witness that there is only one god and that Muhammad is his prophet.</w:t>
      </w:r>
    </w:p>
    <w:p>
      <w:pPr>
        <w:jc w:val="right"/>
      </w:pPr>
      <w:r>
        <w:t>Angel Gabriel is called Ruhul Anin, the trustworthy spirit. As we learn from the Quran, the foundation of Islam has been laid on five principles which also we call five pillars. To bear witness that there is only one god and that Muhammad is his prophet.</w:t>
      </w:r>
    </w:p>
    <w:p>
      <w:r>
        <w:rPr>
          <w:b/>
        </w:rPr>
        <w:t xml:space="preserve">[38:51] </w:t>
      </w:r>
      <w:r>
        <w:t>To offer prayers, salah, to give alms, zakat, to perform hajj, and keep fast during Ramadan. To all these observances, faith, prayer, fasting, charity, pilgrimage are not mere rituals, but they are a source of receiving divine blessings.</w:t>
      </w:r>
    </w:p>
    <w:p>
      <w:pPr>
        <w:jc w:val="right"/>
      </w:pPr>
      <w:r>
        <w:t>To offer prayers, सलाह, to give alms, ज़कात, to perform हाज, and keep fast during रमज़ान. तो all these observances, faith, prayer, fasting, charity, pilgrimage are not mere rituals, but they are a source of receiving divine blessings.</w:t>
      </w:r>
    </w:p>
    <w:p>
      <w:r>
        <w:rPr>
          <w:b/>
        </w:rPr>
        <w:t xml:space="preserve">[39:15] </w:t>
      </w:r>
      <w:r>
        <w:t>In the Quran it is said, when we prostrate to God, then we are closest to god. Wajhud waqtarr means prostrate to god and be near. So our, there is a tradition of the prophet that god created man and jinn only to worship him.</w:t>
      </w:r>
    </w:p>
    <w:p>
      <w:pPr>
        <w:jc w:val="right"/>
      </w:pPr>
      <w:r>
        <w:t>In the Quran it is said, when we prostrate to God, then we are closest to god. वाज्युद वाक्तारि means prostrate to god and be near. So our, there is a tradition of the prophet that god created man and jinn only to worship him.</w:t>
      </w:r>
    </w:p>
    <w:p>
      <w:r>
        <w:rPr>
          <w:b/>
        </w:rPr>
        <w:t xml:space="preserve">[39:41] </w:t>
      </w:r>
      <w:r>
        <w:t>So this tradition has been explained by one of the most senior companions of the prophet Abdullah ibn Abbas, that worshipping means realization of god.</w:t>
      </w:r>
    </w:p>
    <w:p>
      <w:pPr>
        <w:jc w:val="right"/>
      </w:pPr>
      <w:r>
        <w:t>So this tradition has been explained by one of the most senior companions of the prophet Abdullah ibn Abbas, that worshipping means realization of god.</w:t>
      </w:r>
    </w:p>
    <w:p>
      <w:r>
        <w:rPr>
          <w:b/>
        </w:rPr>
        <w:t xml:space="preserve">[39:57] </w:t>
      </w:r>
      <w:r>
        <w:t>We have to discover god, we have to realize god, And because God is invisible, so we have to realize God through pondering, through meditation, through our devotions.</w:t>
      </w:r>
    </w:p>
    <w:p>
      <w:pPr>
        <w:jc w:val="right"/>
      </w:pPr>
      <w:r>
        <w:t>We have to discover god, we have to realize god, And because God is invisible, so we have to realize God through pondering, through meditation, through our devotions.</w:t>
      </w:r>
    </w:p>
    <w:p>
      <w:r>
        <w:rPr>
          <w:b/>
        </w:rPr>
        <w:t xml:space="preserve">[40:14] </w:t>
      </w:r>
      <w:r>
        <w:t>So, and then the next point is that after belief in God, that we have to regard all human beings as equal and they have equal rights, equal responsibilities and equal respect. The Quran ensigns only the basic teachings of Islam. The details of these teachings have been found in the hadiths, sayings and doings of the prophet Mohammed.</w:t>
      </w:r>
    </w:p>
    <w:p>
      <w:pPr>
        <w:jc w:val="right"/>
      </w:pPr>
      <w:r>
        <w:t>So, and then the next point is that after belief in God, that we have to regard all human beings as equal and they have equal rights, equal responsibilities and equal respect. The Quran ensigns only the basic teachings of Islam. The details of these teachings have been found in the hadiths, sayings and doings of the prophet Mohammed.</w:t>
      </w:r>
    </w:p>
    <w:p>
      <w:r>
        <w:rPr>
          <w:b/>
        </w:rPr>
        <w:t xml:space="preserve">[40:43] </w:t>
      </w:r>
      <w:r>
        <w:t>The Quran is a very short book. So it only gives us principles, not details. The details are available in the practices of the prophet. So often prophet explained the verses of the Quran through word as well as through his deeds. Regarding social life, the essence of the teachings of the Quran is that God has granted freedom to everyone.</w:t>
      </w:r>
    </w:p>
    <w:p>
      <w:pPr>
        <w:jc w:val="right"/>
      </w:pPr>
      <w:r>
        <w:t>The Quran is a very short book. So it only gives us principles, not details. The details are available in the practices of the prophet. So often prophet explained the verses of the Quran through word as well as through his deeds. Regarding social life, the essence of the teachings of the Quran is that God has granted freedom to everyone.</w:t>
      </w:r>
    </w:p>
    <w:p>
      <w:r>
        <w:rPr>
          <w:b/>
        </w:rPr>
        <w:t xml:space="preserve">[41:13] </w:t>
      </w:r>
      <w:r>
        <w:t>This freedom in itself demands that people should lead their lives with restraint. If freedom is exercised without restraint, it will result in breakdown, destroying social life in its wake. So the the the every chapter of the Quran begins with Bismillahir Rahmani Rinil.</w:t>
      </w:r>
    </w:p>
    <w:p>
      <w:pPr>
        <w:jc w:val="right"/>
      </w:pPr>
      <w:r>
        <w:t>This freedom in itself demands that people should lead their lives with restraint. If freedom is exercised without restraint, it will result in breakdown, destroying social life in its wake. So the the the every chapter of the Quran begins with Bismillahir Rahmani Rinil.</w:t>
      </w:r>
    </w:p>
    <w:p>
      <w:r>
        <w:rPr>
          <w:b/>
        </w:rPr>
        <w:t xml:space="preserve">[41:39] </w:t>
      </w:r>
      <w:r>
        <w:t>In the name of god, the most beneficient, the most merciful. Because there are 114 chapters, so each chapter begins with this verse. So the occurrence of this invocation 114 times in the Quran is itself an indication of how important it is. Each chapter of the Quran starts with this invocation.</w:t>
      </w:r>
    </w:p>
    <w:p>
      <w:pPr>
        <w:jc w:val="right"/>
      </w:pPr>
      <w:r>
        <w:t>In the name of god, the most beneficient, the most merciful. Because there are 114 chapters, so each chapter begins with this verse. So the occurrence of this invocation 114 times in the Quran is itself an indication of how important it is. Each chapter of the Quran starts with this invocation.</w:t>
      </w:r>
    </w:p>
    <w:p>
      <w:r>
        <w:rPr>
          <w:b/>
        </w:rPr>
        <w:t xml:space="preserve">[42:06] </w:t>
      </w:r>
      <w:r>
        <w:t>To commence any undertaking in his name is to pray that God, in his infinite mercy, should come</w:t>
      </w:r>
    </w:p>
    <w:p>
      <w:pPr>
        <w:jc w:val="right"/>
      </w:pPr>
      <w:r>
        <w:t>To commence any undertaking in his name is to pray that God, in his infinite mercy, should come</w:t>
      </w:r>
    </w:p>
    <w:p>
      <w:r>
        <w:rPr>
          <w:b/>
        </w:rPr>
        <w:t xml:space="preserve">[42:17] </w:t>
      </w:r>
      <w:r>
        <w:t>to one's assistance and bring one's work to a successful conclusion.</w:t>
      </w:r>
    </w:p>
    <w:p>
      <w:pPr>
        <w:jc w:val="right"/>
      </w:pPr>
      <w:r>
        <w:t>to one's assistance and bring one's work to a successful conclusion.</w:t>
      </w:r>
    </w:p>
    <w:p>
      <w:r>
        <w:rPr>
          <w:b/>
        </w:rPr>
        <w:t xml:space="preserve">[42:28] </w:t>
      </w:r>
      <w:r>
        <w:t>So this is a short summary of the teaching of the Quran.</w:t>
      </w:r>
    </w:p>
    <w:p>
      <w:pPr>
        <w:jc w:val="right"/>
      </w:pPr>
      <w:r>
        <w:t>So this is a short summary of the teaching of the Quran.</w:t>
      </w:r>
    </w:p>
    <w:p>
      <w:r>
        <w:rPr>
          <w:b/>
        </w:rPr>
        <w:t xml:space="preserve">[42:39] </w:t>
      </w:r>
      <w:r>
        <w:t>Speech, so thank you very much professor Khanum for this beautiful and very powerful presentation speech you gave, especially in times where, like, there are discourses on how to deal, like, with people who are insulting Islam within the Muslim communities worldwide. It was very refreshing to have such a peaceful, you know, stance on that. I'm pretty honest.</w:t>
      </w:r>
    </w:p>
    <w:p>
      <w:pPr>
        <w:jc w:val="right"/>
      </w:pPr>
      <w:r>
        <w:t>Speech, so thank you very much professor Khanum for this beautiful and very powerful presentation speech you gave, especially in times where, like, there are discourses on how to deal, like, with people who are insulting Islam within the Muslim communities worldwide. It was very refreshing to have such a peaceful, you know, stance on that. I'm pretty honest.</w:t>
      </w:r>
    </w:p>
    <w:p>
      <w:r>
        <w:rPr>
          <w:b/>
        </w:rPr>
        <w:t xml:space="preserve">[43:06] </w:t>
      </w:r>
      <w:r>
        <w:t>I was very shocked when you say, like, Muslim women are somehow denied entry into mosques. Because being, like, from a Turkish family, like, there is no, like, prohibition from Muslim women to enter the mosque. Of course, we have, like, separate spaces, but I was like, is it only here in India the case? Because it's the first time I hear that.</w:t>
      </w:r>
    </w:p>
    <w:p>
      <w:pPr>
        <w:jc w:val="right"/>
      </w:pPr>
      <w:r>
        <w:t>I was very shocked when you say, like, Muslim women are somehow denied entry into mosses. Because being, like, from a Turkish family, like, there is no, like, prohibition from Muslim women to enter the mosque. Of course, we have, like, separate spaces, but I was like, is it only here in India the case? Because it's the first time I hear that.</w:t>
      </w:r>
    </w:p>
    <w:p>
      <w:r>
        <w:rPr>
          <w:b/>
        </w:rPr>
        <w:t xml:space="preserve">[43:32] </w:t>
      </w:r>
      <w:r>
        <w:t>And, given the fact that Namaz is also one of the core five pillars of Islam, how is that possible that women cannot enter mosque? Yeah, that is like one of the question which just I had in mind. Maybe you can talk to them. She says that the Namaz offering Namaz is one of the five pillars of Islam.</w:t>
      </w:r>
    </w:p>
    <w:p>
      <w:pPr>
        <w:jc w:val="right"/>
      </w:pPr>
      <w:r>
        <w:t>And, given the fact that Namaz is also one of the core five pillars of Islam, how is that possible that women cannot enter mosque? Yeah, that is like one of the question which just I had in mind. Maybe you can talk to them. She says that the Namas offering Namas is one of the five pillars of Islam.</w:t>
      </w:r>
    </w:p>
    <w:p>
      <w:r>
        <w:rPr>
          <w:b/>
        </w:rPr>
        <w:t xml:space="preserve">[44:01] </w:t>
      </w:r>
      <w:r>
        <w:t>Their faith or prohibiting them to the fundamental pillar, practicing the fundamental pillar of Islam.</w:t>
      </w:r>
    </w:p>
    <w:p>
      <w:pPr>
        <w:jc w:val="right"/>
      </w:pPr>
      <w:r>
        <w:t>Their faith or prohibiting them to the fundamental pillar, practicing the fundamental pillar of Islam.</w:t>
      </w:r>
    </w:p>
    <w:p>
      <w:r>
        <w:rPr>
          <w:b/>
        </w:rPr>
        <w:t xml:space="preserve">[44:13] </w:t>
      </w:r>
      <w:r>
        <w:t>But this is not the mind seat of Islam.</w:t>
      </w:r>
    </w:p>
    <w:p>
      <w:pPr>
        <w:jc w:val="right"/>
      </w:pPr>
      <w:r>
        <w:t>But this is not the mind seat of Islam.</w:t>
      </w:r>
    </w:p>
    <w:p>
      <w:r>
        <w:rPr>
          <w:b/>
        </w:rPr>
        <w:t xml:space="preserve">[44:26] </w:t>
      </w:r>
      <w:r>
        <w:t>Before that she said lot of power, no very, very well affirmed your peaceful message.</w:t>
      </w:r>
    </w:p>
    <w:p>
      <w:pPr>
        <w:jc w:val="right"/>
      </w:pPr>
      <w:r>
        <w:t>Before that she said lot of power, no very, very well affirmed your peaceful message.</w:t>
      </w:r>
    </w:p>
    <w:p>
      <w:r>
        <w:rPr>
          <w:b/>
        </w:rPr>
        <w:t xml:space="preserve">[44:39] </w:t>
      </w:r>
      <w:r>
        <w:t>Thank you. Thank you. You know, from the day one, prophet's wife, Khadija, used to pray with the prophet, not only at home, but because the environment was very hostile. So they used to retire to some secluded area and there she prayed with with him.</w:t>
      </w:r>
    </w:p>
    <w:p>
      <w:pPr>
        <w:jc w:val="right"/>
      </w:pPr>
      <w:r>
        <w:t>Thank you. Thank you. You know, from the day one, prophet's wife, Khadija, used to pray with the prophet, not only at home, but because the environment was very hostile. So they used to retire to some secluded area and there she prayed with with him.</w:t>
      </w:r>
    </w:p>
    <w:p>
      <w:r>
        <w:rPr>
          <w:b/>
        </w:rPr>
        <w:t xml:space="preserve">[45:04] </w:t>
      </w:r>
      <w:r>
        <w:t>And prophet himself encouraged later when many women had converted and when he went to Madina the first mosque was built in Madina. So he encouraged these women to come and pray and hear his sermons.</w:t>
      </w:r>
    </w:p>
    <w:p>
      <w:pPr>
        <w:jc w:val="right"/>
      </w:pPr>
      <w:r>
        <w:t>And prophet himself encouraged later when many women had converted and when he went to मदीना the first mosque was built in मदीना. So he encouraged these women to come and pray and hear his sermons.</w:t>
      </w:r>
    </w:p>
    <w:p>
      <w:r>
        <w:rPr>
          <w:b/>
        </w:rPr>
        <w:t xml:space="preserve">[45:25] </w:t>
      </w:r>
      <w:r>
        <w:t>You know sometimes I'll just give you one incident that sometimes these these ladies would come with small babies and they would start crying during prayer and the prophet said that I shall tell my prayer In prayer, you know, some portions of the Quran are recited. So you can recite more, you can recite less.</w:t>
      </w:r>
    </w:p>
    <w:p>
      <w:pPr>
        <w:jc w:val="right"/>
      </w:pPr>
      <w:r>
        <w:t>You know sometimes I'll just give you one incident that sometimes these these ladies would come with small babies and they would start crying during prayer and the prophet said that I shall tell my prayer In prayer, you know, some portions of the Quran are recited. So you can recite more, you can recite less.</w:t>
      </w:r>
    </w:p>
    <w:p>
      <w:r>
        <w:rPr>
          <w:b/>
        </w:rPr>
        <w:t xml:space="preserve">[45:54] </w:t>
      </w:r>
      <w:r>
        <w:t>So he said that I shorten my prayer so that they are not, so not to trouble them. But if they if they have to stand for a long time for prayer and the baby is crying. For their difficulty, for their problem, he himself would shorten the prayer. He will not say that why you come with a small baby to the mosque.</w:t>
      </w:r>
    </w:p>
    <w:p>
      <w:pPr>
        <w:jc w:val="right"/>
      </w:pPr>
      <w:r>
        <w:t>So he said that I shorten my prayer so that they are not, so not to trouble them. But if they if they have to stand for a long time for prayer and the baby is crying. For their difficulty, for their problem, he himself would shorten the prayer. He will not say that why you come with a small baby to the mosque.</w:t>
      </w:r>
    </w:p>
    <w:p>
      <w:r>
        <w:rPr>
          <w:b/>
        </w:rPr>
        <w:t xml:space="preserve">[46:24] </w:t>
      </w:r>
      <w:r>
        <w:t>So he encouraged to this extent. Some ladies said that there are so many men we feel hesitant to come to the mask. So sir, us some some separate class. So he arranged for a separate class as well. So so those ladies who wanted to come to the mask, they would come to the mask. And those who wanted to have separate class, for them we arranged separate class.</w:t>
      </w:r>
    </w:p>
    <w:p>
      <w:pPr>
        <w:jc w:val="right"/>
      </w:pPr>
      <w:r>
        <w:t>So he encouraged to this extent. Some ladies said that there are so many men we feel hesitant to come to the mask. So sir, us some some separate class. So he arranged for a separate class as well. So so those ladies who wanted to come to the mask, they would come to the mask. And those who wanted to have separate class, for them we arranged separate class.</w:t>
      </w:r>
    </w:p>
    <w:p>
      <w:r>
        <w:rPr>
          <w:b/>
        </w:rPr>
        <w:t xml:space="preserve">[46:52] </w:t>
      </w:r>
      <w:r>
        <w:t>And there were all the sorts of questions. matlab when there is a new religion, there are so many questions. So these questions, they used to come to the prophet for asking these questions and he never said that you remain at home while you are coming out and there was no burqa, no scarf, no burqa.</w:t>
      </w:r>
    </w:p>
    <w:p>
      <w:pPr>
        <w:jc w:val="right"/>
      </w:pPr>
      <w:r>
        <w:t>And there were all the sorts of questions. मतलब when there is a new religion, there are so many questions. So these questions, they used to come to the prophet for asking these questions and he never said that you remain at home while you are coming out and there was no burqa, no scarf, no burqa.</w:t>
      </w:r>
    </w:p>
    <w:p>
      <w:r>
        <w:rPr>
          <w:b/>
        </w:rPr>
        <w:t xml:space="preserve">[47:19] </w:t>
      </w:r>
      <w:r>
        <w:t>Just I'm just like I'm doing this is Islamic dress. So it was on later what happened, the whole Iran, Persia converted and in Persia women were kept indoors. They would not come out.</w:t>
      </w:r>
    </w:p>
    <w:p>
      <w:pPr>
        <w:jc w:val="right"/>
      </w:pPr>
      <w:r>
        <w:t>Just I'm just like I'm doing this is Islamic dress. So it was on later what happened, the whole Iran, Persia converted and in Persia women were kept indoors. They would not come out.</w:t>
      </w:r>
    </w:p>
    <w:p>
      <w:r>
        <w:rPr>
          <w:b/>
        </w:rPr>
        <w:t xml:space="preserve">[47:42] </w:t>
      </w:r>
      <w:r>
        <w:t>There is there is one couplet in a very famous poem by Fridawsi.</w:t>
      </w:r>
    </w:p>
    <w:p>
      <w:pPr>
        <w:jc w:val="right"/>
      </w:pPr>
      <w:r>
        <w:t>There is there is one couplet in a very famous poem by Fridawsi.</w:t>
      </w:r>
    </w:p>
    <w:p>
      <w:r>
        <w:rPr>
          <w:b/>
        </w:rPr>
        <w:t xml:space="preserve">[47:48] </w:t>
      </w:r>
      <w:r>
        <w:t>He said that our women, especially royal royal, those who belong to the royalties, even the sun has</w:t>
      </w:r>
    </w:p>
    <w:p>
      <w:pPr>
        <w:jc w:val="right"/>
      </w:pPr>
      <w:r>
        <w:t>He said that our women, especially royal royal, those who belong to the royalties, even the sun has</w:t>
      </w:r>
    </w:p>
    <w:p>
      <w:r>
        <w:rPr>
          <w:b/>
        </w:rPr>
        <w:t xml:space="preserve">[47:54] </w:t>
      </w:r>
      <w:r>
        <w:t>not seen them.</w:t>
      </w:r>
    </w:p>
    <w:p>
      <w:pPr>
        <w:jc w:val="right"/>
      </w:pPr>
      <w:r>
        <w:t>not seen them.</w:t>
      </w:r>
    </w:p>
    <w:p>
      <w:r>
        <w:rPr>
          <w:b/>
        </w:rPr>
        <w:t xml:space="preserve">[48:00] </w:t>
      </w:r>
      <w:r>
        <w:t>They don't come out even in their homes.</w:t>
      </w:r>
    </w:p>
    <w:p>
      <w:pPr>
        <w:jc w:val="right"/>
      </w:pPr>
      <w:r>
        <w:t>They don't come out even in their homes.</w:t>
      </w:r>
    </w:p>
    <w:p>
      <w:r>
        <w:rPr>
          <w:b/>
        </w:rPr>
        <w:t xml:space="preserve">[48:06] </w:t>
      </w:r>
      <w:r>
        <w:t>They will remain indoors in their rooms.</w:t>
      </w:r>
    </w:p>
    <w:p>
      <w:pPr>
        <w:jc w:val="right"/>
      </w:pPr>
      <w:r>
        <w:t>They will remain indoors in their rooms.</w:t>
      </w:r>
    </w:p>
    <w:p>
      <w:r>
        <w:rPr>
          <w:b/>
        </w:rPr>
        <w:t xml:space="preserve">[48:13] </w:t>
      </w:r>
      <w:r>
        <w:t>So this culture because they were in majority and the Arabs were in minority. So because when all of them converted, their culture prevailed. So the culture of the converts prevailed and everyone began to adopt that culture. This is not the culture in Islam. You can read the Quran.</w:t>
      </w:r>
    </w:p>
    <w:p>
      <w:pPr>
        <w:jc w:val="right"/>
      </w:pPr>
      <w:r>
        <w:t>So this culture because they were in majority and the Arabs were in minority. So because when all of them converted, their culture prevailed. So the culture of the converts prevailed and everyone began to adopt that culture. This is not the culture in Islam. You can read the Quran.</w:t>
      </w:r>
    </w:p>
    <w:p>
      <w:r>
        <w:rPr>
          <w:b/>
        </w:rPr>
        <w:t xml:space="preserve">[48:36] </w:t>
      </w:r>
      <w:r>
        <w:t>There is no single verse in the Quran that women are restricted to do something or only we have to stand for a meable ways. Otherwise, everything good. We can engage in any good activities. No problem. We bring Quran copies for you all. You can see yourself. Is there any words which restricts women to do anything good? Yeah.</w:t>
      </w:r>
    </w:p>
    <w:p>
      <w:pPr>
        <w:jc w:val="right"/>
      </w:pPr>
      <w:r>
        <w:t>There is no single verse in the Quran that women are restricted to do something or only we have to stand for a meable ways. Otherwise, everything good. We can engage in any good activities. No problem. We bring Quran copies for you all. You can see yourself. Is there any words which restricts women to do anything good? Yeah.</w:t>
      </w:r>
    </w:p>
    <w:p>
      <w:r>
        <w:rPr>
          <w:b/>
        </w:rPr>
        <w:t xml:space="preserve">[49:05] </w:t>
      </w:r>
      <w:r>
        <w:t>Thank you so much for because I I never heard that that women are not allowed entry to mosque. Because in Turkey, Azerbaijan, or even in Germany word then. Because even, like, in Germany, we have a Turkish mosque, and there's always space for movement. And, like, it's not only for Turkish mosque movement, but every mosque woman who wants to come. And from me, it was, like, rocking that's, like, prevailing. It's a huge injustice to Muslim women.</w:t>
      </w:r>
    </w:p>
    <w:p>
      <w:pPr>
        <w:jc w:val="right"/>
      </w:pPr>
      <w:r>
        <w:t>Thank you so much for because I I never heard that that women are not allowed entry to mosque. Because in Turkey, Azerbaijan, or even in Germany word then. Because even, like, in Germany, we have a Turkish mosque, and there's always space for movement. And, like, it's not only for Turkish mosque movement, but every mosque woman who wants to come. And from me, it was, like, rocking that's, like, prevailing. It's a huge injustice to Muslim women.</w:t>
      </w:r>
    </w:p>
    <w:p>
      <w:r>
        <w:rPr>
          <w:b/>
        </w:rPr>
        <w:t xml:space="preserve">[49:33] </w:t>
      </w:r>
      <w:r>
        <w:t>You know, in ancient times, women were not allowed to go out because the outside atmosphere outside place was not safe for women. There was no no roads, no security, no safety, no transport, nothing. So women, because of that ancient times, there was no facilities.</w:t>
      </w:r>
    </w:p>
    <w:p>
      <w:pPr>
        <w:jc w:val="right"/>
      </w:pPr>
      <w:r>
        <w:t>You know, in ancient times, women were not allowed to go out because the outside atmosphere outside place was not safe for women. There was no no roads, no security, no safety, no transport, nothing. So women, because of that ancient times, there was no facilities.</w:t>
      </w:r>
    </w:p>
    <w:p>
      <w:r>
        <w:rPr>
          <w:b/>
        </w:rPr>
        <w:t xml:space="preserve">[50:02] </w:t>
      </w:r>
      <w:r>
        <w:t>So they had to remain at home. And when men used to go out and work, the life outside was very hard, not for women to handle. So there a culture evolves, develops because of those times and that is ancient culture, not Islamic culture. Thank you for your presentation.</w:t>
      </w:r>
    </w:p>
    <w:p>
      <w:pPr>
        <w:jc w:val="right"/>
      </w:pPr>
      <w:r>
        <w:t>So they had to remain at home. And when men used to go out and work, the life outside was very hard, not for women to handle. So there a culture evolves, develops because of those times and that is ancient culture, not Islamic culture. Thank you for your presentation.</w:t>
      </w:r>
    </w:p>
    <w:p>
      <w:r>
        <w:rPr>
          <w:b/>
        </w:rPr>
        <w:t xml:space="preserve">[50:27] </w:t>
      </w:r>
      <w:r>
        <w:t>My only only question is that, is there a concept of resurrection or rebirth in Islam? Man has been granted an eternal life. One short period like most we can say hundred years is placed in this world and the rest is placed in the next eternal world. So there is no re birth in this in this world.</w:t>
      </w:r>
    </w:p>
    <w:p>
      <w:pPr>
        <w:jc w:val="right"/>
      </w:pPr>
      <w:r>
        <w:t>My only only question is that, is there a concept of resurrection or rebirth in Islam? Man has been granted an eternal life. One short period like most we can say hundred years is placed in this world and the rest is placed in the next eternal world. So there is no re birth in this in this world.</w:t>
      </w:r>
    </w:p>
    <w:p>
      <w:r>
        <w:rPr>
          <w:b/>
        </w:rPr>
        <w:t xml:space="preserve">[50:54] </w:t>
      </w:r>
      <w:r>
        <w:t>We will be reborn in the next eternal world and and we also are eternal creatures.</w:t>
      </w:r>
    </w:p>
    <w:p>
      <w:pPr>
        <w:jc w:val="right"/>
      </w:pPr>
      <w:r>
        <w:t>We will be reborn in the next eternal world and and we also are eternal creatures.</w:t>
      </w:r>
    </w:p>
    <w:p>
      <w:r>
        <w:rPr>
          <w:b/>
        </w:rPr>
        <w:t xml:space="preserve">[51:00] </w:t>
      </w:r>
      <w:r>
        <w:t>But in the next eternal world, there is no rebirth in this world.</w:t>
      </w:r>
    </w:p>
    <w:p>
      <w:pPr>
        <w:jc w:val="right"/>
      </w:pPr>
      <w:r>
        <w:t>But in the next eternal world, there is no rebirth in this world.</w:t>
      </w:r>
    </w:p>
    <w:p>
      <w:r>
        <w:rPr>
          <w:b/>
        </w:rPr>
        <w:t xml:space="preserve">[51:06] </w:t>
      </w:r>
      <w:r>
        <w:t>I would like to know that is there like a concept of second coming of prophet and when</w:t>
      </w:r>
    </w:p>
    <w:p>
      <w:pPr>
        <w:jc w:val="right"/>
      </w:pPr>
      <w:r>
        <w:t>I would like to know that is there like a concept of second coming of prophet and when</w:t>
      </w:r>
    </w:p>
    <w:p>
      <w:r>
        <w:rPr>
          <w:b/>
        </w:rPr>
        <w:t xml:space="preserve">[51:12] </w:t>
      </w:r>
      <w:r>
        <w:t>if he comes then what will be the sign and symptoms?</w:t>
      </w:r>
    </w:p>
    <w:p>
      <w:pPr>
        <w:jc w:val="right"/>
      </w:pPr>
      <w:r>
        <w:t>if he comes then what will be the sign and symptoms?</w:t>
      </w:r>
    </w:p>
    <w:p>
      <w:r>
        <w:rPr>
          <w:b/>
        </w:rPr>
        <w:t xml:space="preserve">[51:18] </w:t>
      </w:r>
      <w:r>
        <w:t>How we'll know that second prophet has come? Difficult question.</w:t>
      </w:r>
    </w:p>
    <w:p>
      <w:pPr>
        <w:jc w:val="right"/>
      </w:pPr>
      <w:r>
        <w:t>How we'll know that second prophet has come? Difficult question.</w:t>
      </w:r>
    </w:p>
    <w:p>
      <w:r>
        <w:rPr>
          <w:b/>
        </w:rPr>
        <w:t xml:space="preserve">[51:25] </w:t>
      </w:r>
      <w:r>
        <w:t>We believe in the second coming of Christ, but there are people are saying if the Christ comes, no one would recognize him. There are many many traditions in Islamic books that of the second coming of Christ. But the problem is who will recognize him?</w:t>
      </w:r>
    </w:p>
    <w:p>
      <w:pPr>
        <w:jc w:val="right"/>
      </w:pPr>
      <w:r>
        <w:t>We believe in the second coming of Christ, but there are people are saying if the Christ comes, no one would recognize him. There are many many traditions in Islamic books that of the second coming of Christ. But the problem is who will recognize him?</w:t>
      </w:r>
    </w:p>
    <w:p>
      <w:r>
        <w:rPr>
          <w:b/>
        </w:rPr>
        <w:t xml:space="preserve">[51:50] </w:t>
      </w:r>
      <w:r>
        <w:t>It is people say that he will be so simple that no one will recognize him. I think you you can answer this question better. The ma'am said no. So the coming of Christ as we also talked about, Christ is now mortally taken from the cross to the heavens, and he would come back. And it would indicate that</w:t>
      </w:r>
    </w:p>
    <w:p>
      <w:pPr>
        <w:jc w:val="right"/>
      </w:pPr>
      <w:r>
        <w:t>It is people say that he will be so simple that no one will recognize him. I think you you can answer this question better. The ma'am said no. So the coming of Christ as we also talked about, Christ is now mortally taken from the cross to the heavens, and he would come back. And it would indicate that</w:t>
      </w:r>
    </w:p>
    <w:p>
      <w:r>
        <w:rPr>
          <w:b/>
        </w:rPr>
        <w:t xml:space="preserve">[52:19] </w:t>
      </w:r>
      <w:r>
        <w:t>Because we all be in this, he will come back. Yeah. He when Christ comes comes back, then it's also the indication for the the akhri dinka. So the the world, the coming to the end of the world. That's his coming is an indication that the world is going to end. That's sort of a There's so many versions that some Muslims think that he will be a great political leader and he will rule the world.</w:t>
      </w:r>
    </w:p>
    <w:p>
      <w:pPr>
        <w:jc w:val="right"/>
      </w:pPr>
      <w:r>
        <w:t>Because we all be in this, he will come back. Yeah. He when Christ comes comes back, then it's also the indication for the the akhri dinka. So the the world, the coming to the end of the world. That's his coming is an indication that the world is going to end. That's sort of a There's so many versions that some Muslims think that he will be a great political leader and he will rule the world.</w:t>
      </w:r>
    </w:p>
    <w:p>
      <w:r>
        <w:rPr>
          <w:b/>
        </w:rPr>
        <w:t xml:space="preserve">[52:49] </w:t>
      </w:r>
      <w:r>
        <w:t>But this is not right. He will be a spiritual leader, not political leader. No one knows very clearly about all these things. When I was young, younger days, I used to pray that when Christ comes, may God let me have that opportunity to meet Christ.</w:t>
      </w:r>
    </w:p>
    <w:p>
      <w:pPr>
        <w:jc w:val="right"/>
      </w:pPr>
      <w:r>
        <w:t>But this is not right. He will be a spiritual leader, not political leader. No one knows very clearly about all these things. When I was young, younger days, I used to pray that when Christ comes, may God let me have that opportunity to meet Christ.</w:t>
      </w:r>
    </w:p>
    <w:p>
      <w:r>
        <w:rPr>
          <w:b/>
        </w:rPr>
        <w:t xml:space="preserve">[53:17] </w:t>
      </w:r>
      <w:r>
        <w:t>So we all believe in this concept. May I call upon Mr. Vincennes to propose votal thanks? Good evening, everyone. It's a, it was really a wonderful time we had and madam has taken us all really into the world of Islam, explaining us about prophet Mohammed and the Quran, their belief.</w:t>
      </w:r>
    </w:p>
    <w:p>
      <w:pPr>
        <w:jc w:val="right"/>
      </w:pPr>
      <w:r>
        <w:t>So we all believe in this concept. May I call upon Mr. Vincennes to propose votal thanks? Good evening, everyone. It's a, it was really a wonderful time we had and madam has taken us all really into the world of Islam, explaining us about prophet Mohammed and the Quran, their belief.</w:t>
      </w:r>
    </w:p>
    <w:p>
      <w:r>
        <w:rPr>
          <w:b/>
        </w:rPr>
        <w:t xml:space="preserve">[53:44] </w:t>
      </w:r>
      <w:r>
        <w:t>Really, she has taken us into the world of Islam religion, and we we also thank sir for explaining the faith of the teachings of Maulana yeah. So we thank, sir, and for having come come over here, spending time with us despite your busy schedule. We thank we would like to thank you for on behalf of all our friends, professor and our principal.</w:t>
      </w:r>
    </w:p>
    <w:p>
      <w:pPr>
        <w:jc w:val="right"/>
      </w:pPr>
      <w:r>
        <w:t>Really, she has taken us into the world of Islam religion, and we we also thank sir for explaining the faith of the teachings of मोलाना yeah. So we thank, sir, and for having come come over here, spending time with us despite your busy schedule. We thank we would like to thank you for on behalf of all our friends, professor and our principal.</w:t>
      </w:r>
    </w:p>
    <w:p>
      <w:r>
        <w:rPr>
          <w:b/>
        </w:rPr>
        <w:t xml:space="preserve">[54:14] </w:t>
      </w:r>
      <w:r>
        <w:t>Thank you. Thanks a lot.</w:t>
      </w:r>
    </w:p>
    <w:p>
      <w:pPr>
        <w:jc w:val="right"/>
      </w:pPr>
      <w:r>
        <w:t>Thank you. Thanks a lot.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