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Human Creation March 6, 2011</w:t>
      </w:r>
    </w:p>
    <w:p>
      <w:r>
        <w:t>https://youtu.be/9AVHD6tESJo</w:t>
      </w:r>
    </w:p>
    <w:p>
      <w:r>
        <w:rPr>
          <w:b/>
        </w:rPr>
        <w:t xml:space="preserve">[00:14] </w:t>
      </w:r>
      <w:r>
        <w:t>bismillah rahman rahim, wa salla Allahu ala nabiyyi al-karim. Rabbi ishrah li sadri, wa yassir li amri, wa ahlu l-uqdata min lisani,</w:t>
      </w:r>
    </w:p>
    <w:p>
      <w:pPr>
        <w:jc w:val="right"/>
      </w:pPr>
      <w:r>
        <w:t>بسم اللہ الرحمن الرحیم ، وصلیاللہ علی النبی الکریم ۔رباشرحلی صدری، و یسرلی امری، واحل العقدۃ منلسانی،</w:t>
      </w:r>
    </w:p>
    <w:p>
      <w:r>
        <w:rPr>
          <w:b/>
        </w:rPr>
        <w:t xml:space="preserve">[00:31] </w:t>
      </w:r>
      <w:r>
        <w:t>yaf qahu qawli. Aaj ka topic hai "the story of creation"</w:t>
      </w:r>
    </w:p>
    <w:p>
      <w:pPr>
        <w:jc w:val="right"/>
      </w:pPr>
      <w:r>
        <w:t>یفقہ قولی۔آجکا ٹاپکہے" دا سٹوریآف کریشن"</w:t>
      </w:r>
    </w:p>
    <w:p>
      <w:r>
        <w:rPr>
          <w:b/>
        </w:rPr>
        <w:t xml:space="preserve">[00:41] </w:t>
      </w:r>
      <w:r>
        <w:t>yani takhleeq ka, takhleeq ki kahani.</w:t>
      </w:r>
    </w:p>
    <w:p>
      <w:pPr>
        <w:jc w:val="right"/>
      </w:pPr>
      <w:r>
        <w:t>یعنیتخلیقکا ،تخلیقکیکہانی ۔</w:t>
      </w:r>
    </w:p>
    <w:p>
      <w:r>
        <w:rPr>
          <w:b/>
        </w:rPr>
        <w:t xml:space="preserve">[00:47] </w:t>
      </w:r>
      <w:r>
        <w:t>yeh mauzu history of thought se talluq rakhta hai aur ispar hazaron kitaben likhi gayi hain.</w:t>
      </w:r>
    </w:p>
    <w:p>
      <w:pPr>
        <w:jc w:val="right"/>
      </w:pPr>
      <w:r>
        <w:t>یہ موضوع ہسٹریآف تھاٹسےتعلقرکھتاہے اور اسپر ہزاروںکتابیںلکھیگئی ہیں۔</w:t>
      </w:r>
    </w:p>
    <w:p>
      <w:r>
        <w:rPr>
          <w:b/>
        </w:rPr>
        <w:t xml:space="preserve">[00:57] </w:t>
      </w:r>
      <w:r>
        <w:t>main apni baat ka aghaz ek ayat se karunga.</w:t>
      </w:r>
    </w:p>
    <w:p>
      <w:pPr>
        <w:jc w:val="right"/>
      </w:pPr>
      <w:r>
        <w:t>میں اپنی بات کاآغاز ایکآیتسےکروںگا۔</w:t>
      </w:r>
    </w:p>
    <w:p>
      <w:r>
        <w:rPr>
          <w:b/>
        </w:rPr>
        <w:t xml:space="preserve">[01:03] </w:t>
      </w:r>
      <w:r>
        <w:t>quran ki surah al-zukhruf yani chapter 43 mein ek ayat hai:</w:t>
      </w:r>
    </w:p>
    <w:p>
      <w:pPr>
        <w:jc w:val="right"/>
      </w:pPr>
      <w:r>
        <w:t>قرآنکی سورہ الزخرف یعنیچیپٹر 4 3 میں ایکآیتہے:</w:t>
      </w:r>
    </w:p>
    <w:p>
      <w:r>
        <w:rPr>
          <w:b/>
        </w:rPr>
        <w:t xml:space="preserve">[01:16] </w:t>
      </w:r>
      <w:r>
        <w:t>"ma hum bi dhalika min ilm, in hum illa yakhursun". Yani logon ko iske bare mein koi ilm nahin hai, woh sirf guess kar rahe hain.</w:t>
      </w:r>
    </w:p>
    <w:p>
      <w:pPr>
        <w:jc w:val="right"/>
      </w:pPr>
      <w:r>
        <w:t>"مال ہمبذالکمنعلم ،ان ہمالا یخرسون "۔یعنی لوگوںکو اسکےبارےمیںکوئینالجنہیںہے، وہصرفگیسکررہےہیں۔</w:t>
      </w:r>
    </w:p>
    <w:p>
      <w:r>
        <w:rPr>
          <w:b/>
        </w:rPr>
        <w:t xml:space="preserve">[01:26] </w:t>
      </w:r>
      <w:r>
        <w:t>to yeh ayat jo hai, iska jo immediate reference hai, woh yeh hai ki woh log farishton ko Allah ka qareeb samajhkar unko puchte the ki farishte unki shafaat kar denge.</w:t>
      </w:r>
    </w:p>
    <w:p>
      <w:pPr>
        <w:jc w:val="right"/>
      </w:pPr>
      <w:r>
        <w:t>تو یہ آیتجوہے، اسکاجو امیڈیٹریفرنسہے، وہیہہے کہوہلوگ فرشتوںکو خداکا قریبیسمجھکرانکوپوچھتےتھے کہ فرشتےانکی شفاعتکردیںگے۔</w:t>
      </w:r>
    </w:p>
    <w:p>
      <w:r>
        <w:rPr>
          <w:b/>
        </w:rPr>
        <w:t xml:space="preserve">[01:44] </w:t>
      </w:r>
      <w:r>
        <w:t>farishton ko Allah ki betiyan kehte the. To ghara z hai ki farishton ke bare mein jawan ka aqeedah tha, woh samajhte hain ki yeh yeh hai.</w:t>
      </w:r>
    </w:p>
    <w:p>
      <w:pPr>
        <w:jc w:val="right"/>
      </w:pPr>
      <w:r>
        <w:t>فرشتوںکو خداکیبیٹیاںکہتےتھے۔ توغرضہےکہفرشتوںکےبارےمیں جوانکا عقیدہتھا، وہ سمجھتےہیں کہ یہیہے۔</w:t>
      </w:r>
    </w:p>
    <w:p>
      <w:r>
        <w:rPr>
          <w:b/>
        </w:rPr>
        <w:t xml:space="preserve">[01:56] </w:t>
      </w:r>
      <w:r>
        <w:t>aam taur par mufassireen isi tarah ka batate hain. Dekhiye, quran ka ek usool yeh hai</w:t>
      </w:r>
    </w:p>
    <w:p>
      <w:pPr>
        <w:jc w:val="right"/>
      </w:pPr>
      <w:r>
        <w:t>عامطورپرمفسریناسیطرح کا بتاتےہیں۔ دیکھیے،قرآنکاایکاصولیہہے</w:t>
      </w:r>
    </w:p>
    <w:p>
      <w:r>
        <w:rPr>
          <w:b/>
        </w:rPr>
        <w:t xml:space="preserve">[02:06] </w:t>
      </w:r>
      <w:r>
        <w:t>ki ek hota hai kisi ayat ka particular mafhoom, ek hota hai iska general mafhoom. To particular application hota hai aur general application.</w:t>
      </w:r>
    </w:p>
    <w:p>
      <w:pPr>
        <w:jc w:val="right"/>
      </w:pPr>
      <w:r>
        <w:t>کہ ایک ہوتاہے کسی آیتکا پرٹیکولرمفہوم، ایکہوتاہےاسکا جنرلمفہوم۔ تو پرٹیکولرایپلیکیشنہوتاہےاور جنرلایپلیکیشن۔</w:t>
      </w:r>
    </w:p>
    <w:p>
      <w:r>
        <w:rPr>
          <w:b/>
        </w:rPr>
        <w:t xml:space="preserve">[02:18] </w:t>
      </w:r>
      <w:r>
        <w:t>to immediate, immediate reference to wohi hai, lekin is ayat mein poori human history par ek ek tabsarah hai. It is a review of entire human history, aur yeh bahut hi zyada aham baat hai.</w:t>
      </w:r>
    </w:p>
    <w:p>
      <w:pPr>
        <w:jc w:val="right"/>
      </w:pPr>
      <w:r>
        <w:t>تو امیڈیٹ،امیڈیٹریفرنستووہیہے، لیکن اسآیتمیں پوریہیومنہسٹریپرایک ایک تبصرہہے۔ اٹازریویو آف اینٹائرہیومنہسٹری،اوریہبہتہی زیادہ اہمباتہے۔</w:t>
      </w:r>
    </w:p>
    <w:p>
      <w:r>
        <w:rPr>
          <w:b/>
        </w:rPr>
        <w:t xml:space="preserve">[02:36] </w:t>
      </w:r>
      <w:r>
        <w:t>yani iska matlab hai ki quran yeh bata raha hai ki jo history hai, iski ek buniyadi yeh hai ki aap ilm par maraye banayein,</w:t>
      </w:r>
    </w:p>
    <w:p>
      <w:pPr>
        <w:jc w:val="right"/>
      </w:pPr>
      <w:r>
        <w:t>یعنیاسکامعنیہےکہ قرآن یہبتارہاہے کہجو ہسٹریہے، اسکی ایک بنی ادیہہےکہآپ علم پر مرائےبنائیں،</w:t>
      </w:r>
    </w:p>
    <w:p>
      <w:r>
        <w:rPr>
          <w:b/>
        </w:rPr>
        <w:t xml:space="preserve">[02:49] </w:t>
      </w:r>
      <w:r>
        <w:t>ilm ko lekar ke, knowledge ko lekar ke, established knowledge ko lekar ke. Aur ek yeh hai ki guman, guess.</w:t>
      </w:r>
    </w:p>
    <w:p>
      <w:pPr>
        <w:jc w:val="right"/>
      </w:pPr>
      <w:r>
        <w:t>علم کولےکرکے، نالجکولےکرکے، اسٹیبلشنالجکولےکرکے۔اورایکیہہےکہ گمان ، گیس۔</w:t>
      </w:r>
    </w:p>
    <w:p>
      <w:r>
        <w:rPr>
          <w:b/>
        </w:rPr>
        <w:t xml:space="preserve">[03:01] </w:t>
      </w:r>
      <w:r>
        <w:t>to poori history mein aisa hua hai ki insan jo hai, guess karke rai bana raha hai creation ke bare mein.</w:t>
      </w:r>
    </w:p>
    <w:p>
      <w:pPr>
        <w:jc w:val="right"/>
      </w:pPr>
      <w:r>
        <w:t>تو پوری ہسٹریمیںایساہواہے کہ انسان جوہے، گیسکرکےرائےبناتارہاہے کریشنکےبارےمیں ۔</w:t>
      </w:r>
    </w:p>
    <w:p>
      <w:r>
        <w:rPr>
          <w:b/>
        </w:rPr>
        <w:t xml:space="preserve">[03:14] </w:t>
      </w:r>
      <w:r>
        <w:t>Islam ne isko khatm kiya, woh main arz karna chahta hoon us waqt. Woh guess kya tha?</w:t>
      </w:r>
    </w:p>
    <w:p>
      <w:pPr>
        <w:jc w:val="right"/>
      </w:pPr>
      <w:r>
        <w:t>اسلام نے اسکو ختم کیا، وہ میںعرضکرناچاہتاہوںاسوقت۔وہگیسکیاتھا؟</w:t>
      </w:r>
    </w:p>
    <w:p>
      <w:r>
        <w:rPr>
          <w:b/>
        </w:rPr>
        <w:t xml:space="preserve">[03:22] </w:t>
      </w:r>
      <w:r>
        <w:t>basically do qism ka guess tha</w:t>
      </w:r>
    </w:p>
    <w:p>
      <w:pPr>
        <w:jc w:val="right"/>
      </w:pPr>
      <w:r>
        <w:t>بیسیکلی دوقسم کاگیستھا</w:t>
      </w:r>
    </w:p>
    <w:p>
      <w:r>
        <w:rPr>
          <w:b/>
        </w:rPr>
        <w:t xml:space="preserve">[03:26] </w:t>
      </w:r>
      <w:r>
        <w:t>is kainaat ke bare mein, is creation ke bare mein, is duniya ke bare mein. Ek woh tha jis ko hum kehte hain shirk, doosra woh tha jis ko hum kehte hain philosophy.</w:t>
      </w:r>
    </w:p>
    <w:p>
      <w:pPr>
        <w:jc w:val="right"/>
      </w:pPr>
      <w:r>
        <w:t>اس کائناتکےبارےمیں، اسکریشنکےبارےمیں، اس دنیا کےبارےمیں۔ ایک وہتھاجسکوہمکہتےہیں شرک ،دوسراوہتھاجسکوہمکہتےہیں ف لاسفی۔</w:t>
      </w:r>
    </w:p>
    <w:p>
      <w:r>
        <w:rPr>
          <w:b/>
        </w:rPr>
        <w:t xml:space="preserve">[03:39] </w:t>
      </w:r>
      <w:r>
        <w:t>donon hi guess pe khade hue the, shirk bhi aur philosophy bhi. Shirk yeh maane hue tha ki bahut sare devta hain jo is duniya ko chala rahe hain.</w:t>
      </w:r>
    </w:p>
    <w:p>
      <w:pPr>
        <w:jc w:val="right"/>
      </w:pPr>
      <w:r>
        <w:t>دونوںہی گیسپہکھڑےہوئےتھے، شرکبھی اورفلاسفیبھی۔ شرک یہ مانےہوئےتھا کہ بہت سارے دیوتاہیں جو اسدنیا کو چلارہےہیں۔</w:t>
      </w:r>
    </w:p>
    <w:p>
      <w:r>
        <w:rPr>
          <w:b/>
        </w:rPr>
        <w:t xml:space="preserve">[03:54] </w:t>
      </w:r>
      <w:r>
        <w:t>yani suraj bhi devta hai, chand bhi devta hai, sitare devta hain, pahad aur samandar se yeh sab devta hain. To bahut sare devtaon ka jo concept tha, us se shirk paida hua. Yani polytheism.</w:t>
      </w:r>
    </w:p>
    <w:p>
      <w:pPr>
        <w:jc w:val="right"/>
      </w:pPr>
      <w:r>
        <w:t>یعنیسورجبھیدیوتاہے،چاندبھیدیوتاہے، ستارےدیوتاہیں، پہاڑاورسم ندر سے یہسبدیوتاہیں۔ توبہتسارےدیوتاؤںکا جو کانسیپٹتھا، اسسے شرکپیدا ہوا۔یعنی پولیتھیزم۔</w:t>
      </w:r>
    </w:p>
    <w:p>
      <w:r>
        <w:rPr>
          <w:b/>
        </w:rPr>
        <w:t xml:space="preserve">[04:11] </w:t>
      </w:r>
      <w:r>
        <w:t>philosophy jo hai, iska claim yeh tha ki woh yani reason, ek rational discipline hai.</w:t>
      </w:r>
    </w:p>
    <w:p>
      <w:pPr>
        <w:jc w:val="right"/>
      </w:pPr>
      <w:r>
        <w:t>ف لاسفیجوہے، اسکا کلیمتویہتھاکہوہ یعنیریزن، ایک ریشنل ڈسپلنہے۔</w:t>
      </w:r>
    </w:p>
    <w:p>
      <w:r>
        <w:rPr>
          <w:b/>
        </w:rPr>
        <w:t xml:space="preserve">[04:21] </w:t>
      </w:r>
      <w:r>
        <w:t>yeh woh bhi guess pe qaim thi. Kyun? Taqrreban sare philosophers jo hain, woh mante the monistic concept ko,</w:t>
      </w:r>
    </w:p>
    <w:p>
      <w:pPr>
        <w:jc w:val="right"/>
      </w:pPr>
      <w:r>
        <w:t>یہوہبھیگیسپرقائمتھی۔ کیوں ؟ تقریباًسارے فلاسفرزجوہے، وہ مانتےتھے مانسٹککانسیپٹکو،</w:t>
      </w:r>
    </w:p>
    <w:p>
      <w:r>
        <w:rPr>
          <w:b/>
        </w:rPr>
        <w:t xml:space="preserve">[04:32] </w:t>
      </w:r>
      <w:r>
        <w:t>jis ko hegel ne world spirit kaha. Yani ek spirit hai, ek ek yani ek unseen, ek koi taqat hai jo poori kainaat isika mazhar hai.</w:t>
      </w:r>
    </w:p>
    <w:p>
      <w:pPr>
        <w:jc w:val="right"/>
      </w:pPr>
      <w:r>
        <w:t>جسکو ہیگلنے ورلڈسپرٹکہا۔ یعنی ایک سپرٹہے، ایک ایک یعنی ایک ان سین،ایک کوئی طاقتہے جو پوری کائناتاسیکامظہرہے۔</w:t>
      </w:r>
    </w:p>
    <w:p>
      <w:r>
        <w:rPr>
          <w:b/>
        </w:rPr>
        <w:t xml:space="preserve">[04:50] </w:t>
      </w:r>
      <w:r>
        <w:t>yani isika zahoor hai, isika manifestation hai. Yani kainaat alag se koi cheez nahin hai, alag se koi cheez nahin hai.</w:t>
      </w:r>
    </w:p>
    <w:p>
      <w:pPr>
        <w:jc w:val="right"/>
      </w:pPr>
      <w:r>
        <w:t>یعنیاسیکاظہورہے،اسیکامینیفیسٹیشنہے۔ یعنیکائناتالگسےکوئیچیزنہیںہے، الگسےکوئیچیزنہیںہے۔</w:t>
      </w:r>
    </w:p>
    <w:p>
      <w:r>
        <w:rPr>
          <w:b/>
        </w:rPr>
        <w:t xml:space="preserve">[05:00] </w:t>
      </w:r>
      <w:r>
        <w:t>isi ek supertka, isi ek ek ek aaiydeka zahoor hai. yeh to yeh do concept history mein rahe hain, dono hi gess hain.</w:t>
      </w:r>
    </w:p>
    <w:p>
      <w:pPr>
        <w:jc w:val="right"/>
      </w:pPr>
      <w:r>
        <w:t>اسیایک سپرٹکا، اسیایک ایک ایک آئیڈیاکا ظہورہے۔یہ تو یہ دو کانسیپٹ ہسٹریمیںرہےہیں،دونوںہی گیسہیں۔</w:t>
      </w:r>
    </w:p>
    <w:p>
      <w:r>
        <w:rPr>
          <w:b/>
        </w:rPr>
        <w:t xml:space="preserve">[05:15] </w:t>
      </w:r>
      <w:r>
        <w:t>na to is duniya ko koi devta chala rahe hain aur na aisa hai ke koi ek world spirit hai, koi ek idea hai jiska zahoor kainat mein hua hai.</w:t>
      </w:r>
    </w:p>
    <w:p>
      <w:pPr>
        <w:jc w:val="right"/>
      </w:pPr>
      <w:r>
        <w:t>نہتو اسدنیا کوکوئیدیوتاچلارہےہیں اور نہ ایساہےکہکوئی ایک ورلڈسپرٹہے، کوئیایک آئیڈیاہے جسکا ظہور کائناتمیںہواہے۔</w:t>
      </w:r>
    </w:p>
    <w:p>
      <w:r>
        <w:rPr>
          <w:b/>
        </w:rPr>
        <w:t xml:space="preserve">[05:26] </w:t>
      </w:r>
      <w:r>
        <w:t>hum aap asika zahoor hain.</w:t>
      </w:r>
    </w:p>
    <w:p>
      <w:pPr>
        <w:jc w:val="right"/>
      </w:pPr>
      <w:r>
        <w:t>ہم آپاسیکاظہورہیں۔</w:t>
      </w:r>
    </w:p>
    <w:p>
      <w:r>
        <w:rPr>
          <w:b/>
        </w:rPr>
        <w:t xml:space="preserve">[05:28] </w:t>
      </w:r>
      <w:r>
        <w:t>yeh dono baatein jo hain, kharast hain. to farmaya ke "mal hum bidhalkumnilam, inhala yakhursun". yaani jo creation hai, jo duniya hai, jo kainat hai, iske bare mein inke paas koi ilm nahi hai, gess se inhone rai bana rakhi hai. to isse kya hua? shirk se yeh bana ke bahut sare khuda hain,</w:t>
      </w:r>
    </w:p>
    <w:p>
      <w:pPr>
        <w:jc w:val="right"/>
      </w:pPr>
      <w:r>
        <w:t>یہدونوںباتیںجوہے، خرصتھیں۔ تو فرمایا کہ "مال ہمبذالکمنعلم ،انہمالا یخرسون" ۔یعنیجو کریشنہے،جو دنیا ہے،جو کائناتہے، اسکےبارےمیںانکےپاسکوئیعلم نہیںہے، گیسسےانہوںنےرائےبنارکھیہے۔تواسسےکیاہوا؟شرکسے یہبناکہبہت سارےخداہیں،</w:t>
      </w:r>
    </w:p>
    <w:p>
      <w:r>
        <w:rPr>
          <w:b/>
        </w:rPr>
        <w:t xml:space="preserve">[05:49] </w:t>
      </w:r>
      <w:r>
        <w:t>kai khuda ka concept paida hua. aur jo monaz tha, usse personal god ka concept khatam ho gaya. ek world spirit ka concept bana.</w:t>
      </w:r>
    </w:p>
    <w:p>
      <w:pPr>
        <w:jc w:val="right"/>
      </w:pPr>
      <w:r>
        <w:t>کئیخدا کاکانسیپٹپیداہوا۔ اور جو مونزمتھا، اسسے پرسنلگاڈکاکانسیپٹختمہوگیا۔ ایک ورلڈسپرٹکاکانسیپٹبنا۔</w:t>
      </w:r>
    </w:p>
    <w:p>
      <w:r>
        <w:rPr>
          <w:b/>
        </w:rPr>
        <w:t xml:space="preserve">[06:01] </w:t>
      </w:r>
      <w:r>
        <w:t>to isse kya hua? ke kainat ke bare mein research ka kaam nahi ho raha tha. kainat ko hum discover karein, isko explore karein, yeh nahi ho raha tha.</w:t>
      </w:r>
    </w:p>
    <w:p>
      <w:pPr>
        <w:jc w:val="right"/>
      </w:pPr>
      <w:r>
        <w:t>تو اسسےکیاہوا ؟کہ کائناتکےبارےمیں ریسرچکاکامنہیںہورہاتھا۔ کائناتکوہمڈسکورکریں،اسکوایکسپلورکریں،یہنہیںہورہاتھا۔</w:t>
      </w:r>
    </w:p>
    <w:p>
      <w:r>
        <w:rPr>
          <w:b/>
        </w:rPr>
        <w:t xml:space="preserve">[06:12] </w:t>
      </w:r>
      <w:r>
        <w:t>kyun ke dono isko khuda ka darja diye hue the.</w:t>
      </w:r>
    </w:p>
    <w:p>
      <w:pPr>
        <w:jc w:val="right"/>
      </w:pPr>
      <w:r>
        <w:t>کیونکہدونوںاسکوخداکادرجہدیےہوئےتھے۔</w:t>
      </w:r>
    </w:p>
    <w:p>
      <w:r>
        <w:rPr>
          <w:b/>
        </w:rPr>
        <w:t xml:space="preserve">[06:15] </w:t>
      </w:r>
      <w:r>
        <w:t>yaani ek suraj aur chand ko alag alag khuda maane hue tha aur doosra jo hai, sabhi khuda hain, ek hi khuda ka sab zahoor hain.</w:t>
      </w:r>
    </w:p>
    <w:p>
      <w:pPr>
        <w:jc w:val="right"/>
      </w:pPr>
      <w:r>
        <w:t>یعنی ایک سورجاورچاندکوالگالگخدامانےہوئےتھا اور دوسراجوہے، سبہیخداہیں، ایکہیخداکاسبظہورہیں۔</w:t>
      </w:r>
    </w:p>
    <w:p>
      <w:r>
        <w:rPr>
          <w:b/>
        </w:rPr>
        <w:t xml:space="preserve">[06:26] </w:t>
      </w:r>
      <w:r>
        <w:t>to Islam ne yeh concept diya ke yeh dono nazariye galat hain. khuda alag hai, creation alag hai, creator alag hai, creature alag hai, khuda ne create kiya hai.</w:t>
      </w:r>
    </w:p>
    <w:p>
      <w:pPr>
        <w:jc w:val="right"/>
      </w:pPr>
      <w:r>
        <w:t>تو اسلام نے یہکانسیپٹدیا کہ یہدونوںنظریےغلطہیں۔ خدا الگہے، کریشنالگہے، کریٹرالگہے، کریچرالگہے، خدانےکریٹکیاہے۔</w:t>
      </w:r>
    </w:p>
    <w:p>
      <w:r>
        <w:rPr>
          <w:b/>
        </w:rPr>
        <w:t xml:space="preserve">[06:40] </w:t>
      </w:r>
      <w:r>
        <w:t>isse ek naya tasawwur aaya tareekh mein.</w:t>
      </w:r>
    </w:p>
    <w:p>
      <w:pPr>
        <w:jc w:val="right"/>
      </w:pPr>
      <w:r>
        <w:t>اسسےایکنیا تص ور آیا تاریخ میں۔</w:t>
      </w:r>
    </w:p>
    <w:p>
      <w:r>
        <w:rPr>
          <w:b/>
        </w:rPr>
        <w:t xml:space="preserve">[06:44] </w:t>
      </w:r>
      <w:r>
        <w:t>yeh is is concept se history na aashna thi. to rasool Allah ke zamane mein aap jante hain ke poora Arab jo hai, woh isse pehle kisi paighambar ke zamane mein badi tadad mein log naye saathi bante the, do char saathi hote the. bas rasool Allah ke zamane mein poora poora Arab jo hai, woh Islamize ho gaya.</w:t>
      </w:r>
    </w:p>
    <w:p>
      <w:pPr>
        <w:jc w:val="right"/>
      </w:pPr>
      <w:r>
        <w:t>یہ اس اس کانسیپٹسے ہسٹری ناآشناتھی۔ تورسولاللہکےزمان ےمیںآپجانتےہیںکہ کہ پوراعرب جوہے، وہ اسسےپہلے کسی پیغمبرکےزمانےمیں بڑی تعداد میںلوگ نئے ساتھیبنتےتھے، دو چارساتھیہوتےتھے۔بس رسولاللہکےزمانےمیںپوراپوراعربجوہے،وہاسلام ائزہوگیا۔</w:t>
      </w:r>
    </w:p>
    <w:p>
      <w:r>
        <w:rPr>
          <w:b/>
        </w:rPr>
        <w:t xml:space="preserve">[07:09] </w:t>
      </w:r>
      <w:r>
        <w:t>iske baad rasool Allah ne kaha ke tum log nikal jao, yaani Arab mein mat raho, sab jao idhar udhar. "innallaha basnikum kaffatan lana fadwa". to khutba Hajjatul Wida joodi tha, usmein aap ne yeh baat kahi thi.</w:t>
      </w:r>
    </w:p>
    <w:p>
      <w:pPr>
        <w:jc w:val="right"/>
      </w:pPr>
      <w:r>
        <w:t>اسکےبعد رسولاللہنے کہاکہتم لوگنکلجاؤ، یعنیعرب میںمترہو،سبجاؤ ادھرادھر۔ "إنالله باسنيكافۃ لناف دوا" ۔توخطبہحجۃالوداعجودیاتھا،اسمیںآپنےیہباتکیتھی۔</w:t>
      </w:r>
    </w:p>
    <w:p>
      <w:r>
        <w:rPr>
          <w:b/>
        </w:rPr>
        <w:t xml:space="preserve">[07:24] </w:t>
      </w:r>
      <w:r>
        <w:t>to rasool Allah ki wafat ke baad jo aap ke saathi the, jinko hum Sahaba kehte hain, woh Arab mein nahi chale gaye dunya bhar mein. chunke unki qabrein Makkah Madinah mein bahut kam hain,</w:t>
      </w:r>
    </w:p>
    <w:p>
      <w:pPr>
        <w:jc w:val="right"/>
      </w:pPr>
      <w:r>
        <w:t>تورسولاللہ کیوفاتکےبعد جوآپ کےساتھیتھے، جنکوہمصحابہکہتےہیں، وہعرب میںنہیں چلےگئےدنیا بھرمیں۔چونکہانکیقبریں مکہمدینہمیںبہتکمہیں،</w:t>
      </w:r>
    </w:p>
    <w:p>
      <w:r>
        <w:rPr>
          <w:b/>
        </w:rPr>
        <w:t xml:space="preserve">[07:37] </w:t>
      </w:r>
      <w:r>
        <w:t>phir kya hua? yeh</w:t>
      </w:r>
    </w:p>
    <w:p>
      <w:pPr>
        <w:jc w:val="right"/>
      </w:pPr>
      <w:r>
        <w:t>پھرکیاہوا ؟یہ</w:t>
      </w:r>
    </w:p>
    <w:p>
      <w:r>
        <w:rPr>
          <w:b/>
        </w:rPr>
        <w:t xml:space="preserve">[07:38] </w:t>
      </w:r>
      <w:r>
        <w:t>jagah jagah gaye, iska interaction hua. is interaction se ek naya concept jo hai, dunya mein pahuncha ke yeh cheezein jo hain, yeh khuda nahi hain, khuda ek alag hasti hai, isne create kiya hai aur yahi sab kuch hamare liye hai.</w:t>
      </w:r>
    </w:p>
    <w:p>
      <w:pPr>
        <w:jc w:val="right"/>
      </w:pPr>
      <w:r>
        <w:t>جگہجگہگئے، اسکا انٹریکشنہوا۔ اسانٹریکشنسےایک نیاکانسیپٹجوہے، دنیا میںپہنچا کہیہچیزیں جو ہیں، یہخدانہیںہیں، خدا ایکالگہستیہے، اسنےکریٹکیاہے اوریہیہسبکچھہمارےلیے ہے۔</w:t>
      </w:r>
    </w:p>
    <w:p>
      <w:r>
        <w:rPr>
          <w:b/>
        </w:rPr>
        <w:t xml:space="preserve">[07:55] </w:t>
      </w:r>
      <w:r>
        <w:t>isse dunya mein ek nayi cheez aayi.</w:t>
      </w:r>
    </w:p>
    <w:p>
      <w:pPr>
        <w:jc w:val="right"/>
      </w:pPr>
      <w:r>
        <w:t>اسسے دنیا میںایک نئیچیزآئی۔</w:t>
      </w:r>
    </w:p>
    <w:p>
      <w:r>
        <w:rPr>
          <w:b/>
        </w:rPr>
        <w:t xml:space="preserve">[07:57] </w:t>
      </w:r>
      <w:r>
        <w:t>misal ke taur par dekhein, yeh Sahaba jab Misr mein gaye to Misr mein jo jo river Nile hai, darya-e-Neel, uske bare mein samjha samjha jata tha ke woh ek ek ladki ki bal daan chahti hai, sacrifice chahti hai.</w:t>
      </w:r>
    </w:p>
    <w:p>
      <w:pPr>
        <w:jc w:val="right"/>
      </w:pPr>
      <w:r>
        <w:t>مثالکےطورپردیکھیں، یہصحابہجبمصر میںگئے تو مصر میںجو جو ریور نائلہے، دریائے نیل، اسکےبارےمیںسمجھا سمجھاجاتاتھاکہوہ ایک ایک لڑکیکی بل دانچاہتیہے،سیکریفائسچاہتیہے۔</w:t>
      </w:r>
    </w:p>
    <w:p>
      <w:r>
        <w:rPr>
          <w:b/>
        </w:rPr>
        <w:t xml:space="preserve">[08:16] </w:t>
      </w:r>
      <w:r>
        <w:t>har saal ek ladki ko woh pehnakar ke acche acche kapde usmein daal dete the, tab samajhte the ke darya mein pani aayega. inhone khatam kiya isko.</w:t>
      </w:r>
    </w:p>
    <w:p>
      <w:pPr>
        <w:jc w:val="right"/>
      </w:pPr>
      <w:r>
        <w:t>ہر سال ایک لڑکیکووہ پہناکرکےاچھےاچھےکپڑےاسمیں ڈالدیتےتھے، تبسمجھتےتھےکہدریا میںپانیآئےگا۔ انہوںنے ختمکیا اسکو ۔</w:t>
      </w:r>
    </w:p>
    <w:p>
      <w:r>
        <w:rPr>
          <w:b/>
        </w:rPr>
        <w:t xml:space="preserve">[08:27] </w:t>
      </w:r>
      <w:r>
        <w:t>jab Sahaba wahan gaye to unhone khatam kiya isko. aise hi dekhiye, sitaron ko samajhte the ke woh devta hain. to pehli baar Baghdad mein observatory bani, jisko masjid kehte hain, marsad.</w:t>
      </w:r>
    </w:p>
    <w:p>
      <w:pPr>
        <w:jc w:val="right"/>
      </w:pPr>
      <w:r>
        <w:t>جبصحابہوہاںگئےتوانہوںنےختمکیا اسکو ۔ ایسےہیدیکھیے، ستاروںکوسمجھتےتھےکہوہ دیوتاہے۔ توپہلیبار بغدادمیں ابزرویٹریبنی، جسکو مسجدکہتےہیں،مرصد ۔</w:t>
      </w:r>
    </w:p>
    <w:p>
      <w:r>
        <w:rPr>
          <w:b/>
        </w:rPr>
        <w:t xml:space="preserve">[08:43] </w:t>
      </w:r>
      <w:r>
        <w:t>us par chadh kar ke mutala karte the sitaron ka. yaani isse pehle sitaron ko poocha jata tha, yaani object of worship bane hue the saare sitare.</w:t>
      </w:r>
    </w:p>
    <w:p>
      <w:pPr>
        <w:jc w:val="right"/>
      </w:pPr>
      <w:r>
        <w:t>اس پرچڑھکرکے مطالعہکرتے تھے ستاروںکا۔ یعنیاسسےپہلےستاروںکو پوچھاجاتا تھا، یعنیابجیکٹآفورشپبنےہوئےتھےسارےستارے۔</w:t>
      </w:r>
    </w:p>
    <w:p>
      <w:r>
        <w:rPr>
          <w:b/>
        </w:rPr>
        <w:t xml:space="preserve">[08:53] </w:t>
      </w:r>
      <w:r>
        <w:t>suraj, chand jo hai, object of worship bane hue the.</w:t>
      </w:r>
    </w:p>
    <w:p>
      <w:pPr>
        <w:jc w:val="right"/>
      </w:pPr>
      <w:r>
        <w:t>سورج،چاندجوہے، ابجیکٹآفورشپبنےہوئےتھے۔</w:t>
      </w:r>
    </w:p>
    <w:p>
      <w:r>
        <w:rPr>
          <w:b/>
        </w:rPr>
        <w:t xml:space="preserve">[08:57] </w:t>
      </w:r>
      <w:r>
        <w:t>pehli baar aisa hua ke Baghdad mein jab Musalmanon ne hukumat qaim ki, Baghdad mein, Qurtuba mein aur Qahira mein, har jagah observatory banayi gayi.</w:t>
      </w:r>
    </w:p>
    <w:p>
      <w:pPr>
        <w:jc w:val="right"/>
      </w:pPr>
      <w:r>
        <w:t>پہلیبارایساہوا کہ بغدادمیں جب مسلمانوںنےحکومت قائمکی، بغدادمیں، قرطبہمیں اور قاہرہمیں،ہرجگہ ابزرویٹریبنائیگئی۔</w:t>
      </w:r>
    </w:p>
    <w:p>
      <w:r>
        <w:rPr>
          <w:b/>
        </w:rPr>
        <w:t xml:space="preserve">[09:07] </w:t>
      </w:r>
      <w:r>
        <w:t>to woh woh observation hone laga. jis cheez ko pehle poocha jata tha, uska observation hone laga. aise hi Musalman jo dunya mein phailay, jagah jagah, to interaction jo hua, is interaction se ek naya concept jo hai, introduce hua history mein.</w:t>
      </w:r>
    </w:p>
    <w:p>
      <w:pPr>
        <w:jc w:val="right"/>
      </w:pPr>
      <w:r>
        <w:t>تو وہ وہ ابزرویشنہونے لگا۔ جسچیزکوپہلے پوچھتےتھے، اسکاابزرویشنہونےلگا۔ ایسےہیمسلمانجودنیامیںپھیلے،جگہجگہ، تو انٹریکشنجوہوا،اسانٹریکشنسےایک نیا کانسیپٹجوہے،انٹروڈیوسہواہسٹریمیں۔</w:t>
      </w:r>
    </w:p>
    <w:p>
      <w:r>
        <w:rPr>
          <w:b/>
        </w:rPr>
        <w:t xml:space="preserve">[09:25] </w:t>
      </w:r>
      <w:r>
        <w:t>aap jante hain ke history mein jab koi naya concept introduce hota hai to woh chalta rehta hai, chalta rehta hai, chalta rehta hai. to is tarah se history mein ek naya process jari hua ke yeh devta nahi hai,</w:t>
      </w:r>
    </w:p>
    <w:p>
      <w:pPr>
        <w:jc w:val="right"/>
      </w:pPr>
      <w:r>
        <w:t>آپجانتےہیںکہہسٹریمیںجبکوئی نیاکانسیپٹ انٹروڈیوس ہوت اہےتووہچلتارہتاہے،چلتارہتاہے،چلتارہتاہے۔ تو اسطرحسے ہسٹریمیںایکنیا پروسیسجاریہوا کہیہ دیوتانہیںہے،</w:t>
      </w:r>
    </w:p>
    <w:p>
      <w:r>
        <w:rPr>
          <w:b/>
        </w:rPr>
        <w:t xml:space="preserve">[09:39] </w:t>
      </w:r>
      <w:r>
        <w:t>yeh khuda nahi hai, yeh ek creature hai hamari taraf se. inko explore karo, inko research karo, inki tehqeeq karo, inko istemal karo.</w:t>
      </w:r>
    </w:p>
    <w:p>
      <w:pPr>
        <w:jc w:val="right"/>
      </w:pPr>
      <w:r>
        <w:t>یہخدانہیںہے، یہ ایککریچرہےہماریطرفسے۔ انکو ایکسپلورکرو، انکو ریسرچکرو، انکیتحقیقکرو،انکواستعمال کرو۔</w:t>
      </w:r>
    </w:p>
    <w:p>
      <w:r>
        <w:rPr>
          <w:b/>
        </w:rPr>
        <w:t xml:space="preserve">[09:53] </w:t>
      </w:r>
      <w:r>
        <w:t>to sahaba woh hain, rasool Allah (SAW) ne jinko bhi bhej diya arab se bahar, woh sada baat nahi thi. yeh tha global interaction ka mamla.</w:t>
      </w:r>
    </w:p>
    <w:p>
      <w:pPr>
        <w:jc w:val="right"/>
      </w:pPr>
      <w:r>
        <w:t>تو صحابہجوہے، رسولاللہصلیاللہعلیہوسلمنےجوانکوبھیجدیا عربسےباہر، وہسادہباتنہیںتھی۔ یہتھا گلوبلانٹریکشنکامعاملہ۔</w:t>
      </w:r>
    </w:p>
    <w:p>
      <w:r>
        <w:rPr>
          <w:b/>
        </w:rPr>
        <w:t xml:space="preserve">[10:06] </w:t>
      </w:r>
      <w:r>
        <w:t>is zamane mein aap jante hain ke media nahi tha,</w:t>
      </w:r>
    </w:p>
    <w:p>
      <w:pPr>
        <w:jc w:val="right"/>
      </w:pPr>
      <w:r>
        <w:t>اسزمانےمیںآپجانتےہیںکہ میڈیانہیںتھا،</w:t>
      </w:r>
    </w:p>
    <w:p>
      <w:r>
        <w:rPr>
          <w:b/>
        </w:rPr>
        <w:t xml:space="preserve">[10:09] </w:t>
      </w:r>
      <w:r>
        <w:t>to media ke zariye baat nahi pahunch sakti thi. media hota to is mein aap media mein baatein daal kar phailate. to is zamane mein yeh tha nahi.</w:t>
      </w:r>
    </w:p>
    <w:p>
      <w:pPr>
        <w:jc w:val="right"/>
      </w:pPr>
      <w:r>
        <w:t>تومیڈیاکےذریعےباتنہیںپہنچسکتیتھی۔ میڈیاہوتاتواسمیںآپ میڈیامیں باتیں ڈالکرپھیلاتے۔ تواسزمانےمیںیہتھانہیں۔</w:t>
      </w:r>
    </w:p>
    <w:p>
      <w:r>
        <w:rPr>
          <w:b/>
        </w:rPr>
        <w:t xml:space="preserve">[10:18] </w:t>
      </w:r>
      <w:r>
        <w:t>aik hi shakal thi ke logon ko bahar bhejo. to riwayat kitabon mein aata hai ke jiska ghoda jidhar khada tha, udhar usi taraf woh chal pada.</w:t>
      </w:r>
    </w:p>
    <w:p>
      <w:pPr>
        <w:jc w:val="right"/>
      </w:pPr>
      <w:r>
        <w:t>ایکہیشکلتھاکہ لوگوںکوباہربھیجو۔ تو روایت کتاب وںمیںآتاہےکہ جسکا گھوڑا جدھرکھڑاتھا،ادھر اسیطرفوہچلپڑا۔</w:t>
      </w:r>
    </w:p>
    <w:p>
      <w:r>
        <w:rPr>
          <w:b/>
        </w:rPr>
        <w:t xml:space="preserve">[10:31] </w:t>
      </w:r>
      <w:r>
        <w:t>kyunke rasool Allah ne kaha tha, "nikal jao". to saari duniya mein woh phailay, unse interaction hua.</w:t>
      </w:r>
    </w:p>
    <w:p>
      <w:pPr>
        <w:jc w:val="right"/>
      </w:pPr>
      <w:r>
        <w:t>کیونکہرسولاللہنےکہاتھا،"نکلجاؤ"۔ تو ساریدنیا میںوہپھیلے، انسےانٹریکشنہوا۔</w:t>
      </w:r>
    </w:p>
    <w:p>
      <w:r>
        <w:rPr>
          <w:b/>
        </w:rPr>
        <w:t xml:space="preserve">[10:39] </w:t>
      </w:r>
      <w:r>
        <w:t>to aik global discussion, global aik dialogue shuru ho gaya. global dialogue yani yeh jo niklay, jagah jagah gaye, arab se spain tak gaye, Asia mein, Africa mein, Europe mein, har jagah phailay.</w:t>
      </w:r>
    </w:p>
    <w:p>
      <w:pPr>
        <w:jc w:val="right"/>
      </w:pPr>
      <w:r>
        <w:t>تو ایک گلوبل ڈسکشن،گلوبل ایک ڈائیلاگشروع ہوگیا۔ گلوبلڈائیلاگیعنییہجونکلے،جگہجگہگئے، عرب سےاسپینتکگئے، ایشیامیں، افریقہمیں، یورپمیں، ہرجگہپھیلے۔</w:t>
      </w:r>
    </w:p>
    <w:p>
      <w:r>
        <w:rPr>
          <w:b/>
        </w:rPr>
        <w:t xml:space="preserve">[10:56] </w:t>
      </w:r>
      <w:r>
        <w:t>sirf Australia aur America jo hai, us waqt to ghair abad tha taqreeban, wahan nahi pahunch sake yeh log. baqi teeno barazam mein yani Asia mein, Africa mein aur Europe mein phail gaye yeh log.</w:t>
      </w:r>
    </w:p>
    <w:p>
      <w:pPr>
        <w:jc w:val="right"/>
      </w:pPr>
      <w:r>
        <w:t>صرف آسٹریلیااور امریک ہجوہے، اسوقت توغیرآباد تھاتقریباً، وہاںمیںنہیںپہنچسکےیہلوگ ۔ باقی تینوں براعظممیںیعنیایشیامیں، افریقہمیںاوریورپمیں پھیلگئےیہلوگ ۔</w:t>
      </w:r>
    </w:p>
    <w:p>
      <w:r>
        <w:rPr>
          <w:b/>
        </w:rPr>
        <w:t xml:space="preserve">[11:10] </w:t>
      </w:r>
      <w:r>
        <w:t>to that was a kind of global dialogue, global discussion, global interaction. to jahan woh gaye, unhone bataya in cheezon ko.</w:t>
      </w:r>
    </w:p>
    <w:p>
      <w:pPr>
        <w:jc w:val="right"/>
      </w:pPr>
      <w:r>
        <w:t>تو دیٹوازاکائنڈآف گلوبل ڈائیلاگ، گلوبلڈسکشن،گلوبلانٹریکشن۔ توجہاںوہگئے،انہوںنے بت ایا انچیزوںکو۔</w:t>
      </w:r>
    </w:p>
    <w:p>
      <w:r>
        <w:rPr>
          <w:b/>
        </w:rPr>
        <w:t xml:space="preserve">[11:21] </w:t>
      </w:r>
      <w:r>
        <w:t>tab history mein aik naya process jari hua. woh chalte chalte phir yani Europe mein jisko hum Renaissance kehte hain, Renaissance isika nateeja tha.</w:t>
      </w:r>
    </w:p>
    <w:p>
      <w:pPr>
        <w:jc w:val="right"/>
      </w:pPr>
      <w:r>
        <w:t>تب ہسٹریمیںایکنیاپروسیسجاریہوا۔ وہچلتےچلتےپھر یعنی یورپمیںجسکوہمرینساکہتےہیں، رین سا اسیکا نتیجہتھا۔</w:t>
      </w:r>
    </w:p>
    <w:p>
      <w:r>
        <w:rPr>
          <w:b/>
        </w:rPr>
        <w:t xml:space="preserve">[11:35] </w:t>
      </w:r>
      <w:r>
        <w:t>isika nateeja tha.</w:t>
      </w:r>
    </w:p>
    <w:p>
      <w:pPr>
        <w:jc w:val="right"/>
      </w:pPr>
      <w:r>
        <w:t>اسیکانتیجہتھا۔</w:t>
      </w:r>
    </w:p>
    <w:p>
      <w:r>
        <w:rPr>
          <w:b/>
        </w:rPr>
        <w:t xml:space="preserve">[11:37] </w:t>
      </w:r>
      <w:r>
        <w:t>to Europe mein yeh zehan barha aur phir scientific انقلاب aaya. to scientific انقلاب woh kul manish tha is process ka jo Mecca Medina mein jari hua.</w:t>
      </w:r>
    </w:p>
    <w:p>
      <w:pPr>
        <w:jc w:val="right"/>
      </w:pPr>
      <w:r>
        <w:t>تو یورپمیں یہ ذہنبڑھااورپھر سائنٹیفکانقلابآیا۔ تو س ائنٹیفکانقلابوہکل منیشنتھا اس پروسیسکا جو مکہمدینہمیںجاریہوا۔</w:t>
      </w:r>
    </w:p>
    <w:p>
      <w:r>
        <w:rPr>
          <w:b/>
        </w:rPr>
        <w:t xml:space="preserve">[11:50] </w:t>
      </w:r>
      <w:r>
        <w:t>isko alag kar ke dekh nahi sakte aap. isko aap alag kar ke dekh nahi sakte.</w:t>
      </w:r>
    </w:p>
    <w:p>
      <w:pPr>
        <w:jc w:val="right"/>
      </w:pPr>
      <w:r>
        <w:t>اسکوالگکرکےدیکھنہیںسکتےآپ۔ اسکوآپالگکرکےدیکھنہیںسکتے۔</w:t>
      </w:r>
    </w:p>
    <w:p>
      <w:r>
        <w:rPr>
          <w:b/>
        </w:rPr>
        <w:t xml:space="preserve">[11:58] </w:t>
      </w:r>
      <w:r>
        <w:t>to jo jo process jari hua Mecca Medina mein, jo Mecca se chala, Medina pahuncha, Damascus pahuncha aur Baghdad pahuncha,</w:t>
      </w:r>
    </w:p>
    <w:p>
      <w:pPr>
        <w:jc w:val="right"/>
      </w:pPr>
      <w:r>
        <w:t>تو جو جو پروسیسجاریہوا مکہمدینہمیں، جو مکہسےچلا،مدینہپہنچا، دمشقپہنچا اور بغداد پہنچا،</w:t>
      </w:r>
    </w:p>
    <w:p>
      <w:r>
        <w:rPr>
          <w:b/>
        </w:rPr>
        <w:t xml:space="preserve">[12:13] </w:t>
      </w:r>
      <w:r>
        <w:t>Cairo pahuncha, Qurtuba pahuncha, is tareeqe se pahunchte pahunchte poori duniya mein phail gaya. to yeh jo global interaction hua, global discussion jo jari hua, global dialogue jo jari hua, woh woh woh tha process.</w:t>
      </w:r>
    </w:p>
    <w:p>
      <w:pPr>
        <w:jc w:val="right"/>
      </w:pPr>
      <w:r>
        <w:t>قاہرہپہنچا، قرطبہپہنچا، اسطریقےسے پہنچتےپہنچتےپورادنیامیںپھیلگیا۔ تو یہجوگلوبل انٹریکشنہوا ، گلوبلڈسکشنجوجاریہوا، گلوبلڈائیلاگجوجاریہوا، وہ وہ وہتھا پراسیس۔</w:t>
      </w:r>
    </w:p>
    <w:p>
      <w:r>
        <w:rPr>
          <w:b/>
        </w:rPr>
        <w:t xml:space="preserve">[12:28] </w:t>
      </w:r>
      <w:r>
        <w:t>aaj process chalta hai through media. is zamane mein process chala through yani insano ke yani mobilities.</w:t>
      </w:r>
    </w:p>
    <w:p>
      <w:pPr>
        <w:jc w:val="right"/>
      </w:pPr>
      <w:r>
        <w:t>آج پراسیسچلتاہے تھرو میڈیا۔ اسزمانےمیںپراسیس چلا تھرو یعنی انسانوںکے یعنی موبیلٹیسے۔</w:t>
      </w:r>
    </w:p>
    <w:p>
      <w:r>
        <w:rPr>
          <w:b/>
        </w:rPr>
        <w:t xml:space="preserve">[12:39] </w:t>
      </w:r>
      <w:r>
        <w:t>yahan insan jo jagah jagah dakhil hue, isse isse jari hua. to yani insani tareekh isse nikal kar yani guess kar ke jo rai banayi jati thi, jisko mein kahunga superstition,</w:t>
      </w:r>
    </w:p>
    <w:p>
      <w:pPr>
        <w:jc w:val="right"/>
      </w:pPr>
      <w:r>
        <w:t>یہاں انسانجو جگہجگہداخلہوئے، اسسےاسسےجاریہوا۔ تو یعنی انسانی تاریخ اسسےنکل کرکے یعنیگیس کرکےجورائےبنائیجاتیتھی،جسکومیںکہوںگا سپریسٹیشن،</w:t>
      </w:r>
    </w:p>
    <w:p>
      <w:r>
        <w:rPr>
          <w:b/>
        </w:rPr>
        <w:t xml:space="preserve">[12:57] </w:t>
      </w:r>
      <w:r>
        <w:t>woh woh jo tha jo Quran mein isko kaha gaya hai, guess yani kharas. aaj ki zaban mein mein kahunga ke woh superstition tha.</w:t>
      </w:r>
    </w:p>
    <w:p>
      <w:pPr>
        <w:jc w:val="right"/>
      </w:pPr>
      <w:r>
        <w:t>وہ وہجوتھا جو قرآنمیںاسکاکہا کہاگیاہے، گیس یعنیخرص۔ آجکیزبان میںمیںکہوںگاکہوہ سپریسٹیشنتھا۔</w:t>
      </w:r>
    </w:p>
    <w:p>
      <w:r>
        <w:rPr>
          <w:b/>
        </w:rPr>
        <w:t xml:space="preserve">[13:07] </w:t>
      </w:r>
      <w:r>
        <w:t>to superstition ki buniyad par logon ne rai bana rakhi thi. ab research hone lagi. to Galileo aur Newton, Copernicus, in logon se jo history aati hai, log kehte hain ke woh yani father of modern science the.</w:t>
      </w:r>
    </w:p>
    <w:p>
      <w:pPr>
        <w:jc w:val="right"/>
      </w:pPr>
      <w:r>
        <w:t>توسپریسٹیشن کی بنیادپرلوگوںنےرائےبنارکھیتھی۔ ابریسرچہونے لگی۔ تو گل یلیواور نی وٹن، کوپرن یکس، انلوگوںسےجو ہسٹریآتیہے،لوگ کہاجاتاہےکہوہ یعنیفادرآف ماڈرنسائنستھے۔</w:t>
      </w:r>
    </w:p>
    <w:p>
      <w:r>
        <w:rPr>
          <w:b/>
        </w:rPr>
        <w:t xml:space="preserve">[13:24] </w:t>
      </w:r>
      <w:r>
        <w:t>yeh yeh lafz jo hai yani misleading hai. yani Galileo aur Newton aur Copernicus father of modern science nahi the sahi maano mein, balkeh is is process ka kul manish the yeh log jo jari hua tha wahan.</w:t>
      </w:r>
    </w:p>
    <w:p>
      <w:pPr>
        <w:jc w:val="right"/>
      </w:pPr>
      <w:r>
        <w:t>یہ یہلفظجوہے یعنی مس لیڈنگہے۔ یعنیگل یلیواور نی وٹناور کوپرنیکسیہ فادرآف ماڈرنسائنسنہیںتھے صحیحمعنوںمیں، بلکہ اس اس پرو سیسکا کل منیشنتھےیہلوگ جو جاریہواتھاوہاں۔</w:t>
      </w:r>
    </w:p>
    <w:p>
      <w:r>
        <w:rPr>
          <w:b/>
        </w:rPr>
        <w:t xml:space="preserve">[13:43] </w:t>
      </w:r>
      <w:r>
        <w:t>ab unhone microscope banaya, telescope banaya aur bohat sare tareeqe daryaft kiye. yahan tak ke scientific club aaya.</w:t>
      </w:r>
    </w:p>
    <w:p>
      <w:pPr>
        <w:jc w:val="right"/>
      </w:pPr>
      <w:r>
        <w:t>ابانہوںنے م ائیکروسکوپبنایا، ٹیلیسکوپبنایا اوربہت سارےطریقےدریا فتکیے۔ یہاںتککہسائنٹیفککلبآیا۔</w:t>
      </w:r>
    </w:p>
    <w:p>
      <w:r>
        <w:rPr>
          <w:b/>
        </w:rPr>
        <w:t xml:space="preserve">[13:54] </w:t>
      </w:r>
      <w:r>
        <w:t>ab phir tareekh ke bare mein aik naya aik chapter khula. history creation ke bare mein nayi baatein samne aayin. ab mein yeh batana chahunga ke scientific jo jo discovery hui, jo scientific mutala kiya gaya,</w:t>
      </w:r>
    </w:p>
    <w:p>
      <w:pPr>
        <w:jc w:val="right"/>
      </w:pPr>
      <w:r>
        <w:t>ابپھر تاریخ کےبارےمیں ایک نیا ایک چیپٹرکھلا ۔ ہسٹری کریشنکےبارےمیں نئیباتیںسامنےآئیں۔ابمیںیہ بت اناچاہوںگا کہ سائنٹیفکجو جو ڈسکوریہوئی، جو سائنٹیفکمطالعہکیاگیا،</w:t>
      </w:r>
    </w:p>
    <w:p>
      <w:r>
        <w:rPr>
          <w:b/>
        </w:rPr>
        <w:t xml:space="preserve">[14:13] </w:t>
      </w:r>
      <w:r>
        <w:t>isse jo creation ka jo concept bana, woh kya? woh kya tha?</w:t>
      </w:r>
    </w:p>
    <w:p>
      <w:pPr>
        <w:jc w:val="right"/>
      </w:pPr>
      <w:r>
        <w:t>اسسے جو کریشنکاجو کانسیپٹبنا، وہکیا ؟وہ کیاتھا؟</w:t>
      </w:r>
    </w:p>
    <w:p>
      <w:r>
        <w:rPr>
          <w:b/>
        </w:rPr>
        <w:t xml:space="preserve">[14:22] </w:t>
      </w:r>
      <w:r>
        <w:t>maine jo padha hai, isse mein samajh paya hoon ke yeh chah period mein taqseem hai. chah period. to chah ka lafz Quran mein aaya hai ke Allah Ta'ala ne zameen o aasman ko chah ayyam mein banaya.</w:t>
      </w:r>
    </w:p>
    <w:p>
      <w:pPr>
        <w:jc w:val="right"/>
      </w:pPr>
      <w:r>
        <w:t>میںنے جو پڑھاہے،اسسےمیں سمجھپایاہوںکہیہ چھ پیریڈمیں تقسیمہے۔ چھ پیریڈ ۔ تو چھ کالفظقرآنمیں آیاہے کہ اللہ تعالینے زمین وآسمانکو چھ ایاممیںبنایا۔</w:t>
      </w:r>
    </w:p>
    <w:p>
      <w:r>
        <w:rPr>
          <w:b/>
        </w:rPr>
        <w:t xml:space="preserve">[14:38] </w:t>
      </w:r>
      <w:r>
        <w:t>ayyam se murad hai period. chah period. lekin mein yeh nahi keh raha hoon ke Quran ka jo chah din hai ya chah period hai, woh jo mein kehne ja raha hoon, woh isika yeh na samjhein aap ke isika yani isika apply na karein aap.</w:t>
      </w:r>
    </w:p>
    <w:p>
      <w:pPr>
        <w:jc w:val="right"/>
      </w:pPr>
      <w:r>
        <w:t>ایامسےمرادہےپیریڈ۔ چھ پیریڈ۔لیکنمیں یہنہیںکہہرہاہوں کہ قرآنکاجو چھ دنہے یاچھپیریڈہے، وہ جومیںکہنےجارہاہوں، وہ اسیکا یہنہسمجھیںآپکہ اسیکا یعنی اسیکااپلائینہکریںآپ۔</w:t>
      </w:r>
    </w:p>
    <w:p>
      <w:r>
        <w:rPr>
          <w:b/>
        </w:rPr>
        <w:t xml:space="preserve">[14:57] </w:t>
      </w:r>
      <w:r>
        <w:t>kyunke Quran mein jo chah bataya gaya hai, saat ayyam, usse haqeeqatan kya murad hai? abhi tak yeh cheez daryaft nahi hui hai. achha, chah ka lafz science bhi nahi bolti.</w:t>
      </w:r>
    </w:p>
    <w:p>
      <w:pPr>
        <w:jc w:val="right"/>
      </w:pPr>
      <w:r>
        <w:t>کیونکہ قرآنمیںجو چھ بتایاگیاہے،ست ایام، اسسےحقیقتاًکیامرادہے؟ابھیتک یہچیز دریافتنہیںہوئیہے۔ اچھا، چھکالفظسائنسبھینہیںبول تی۔</w:t>
      </w:r>
    </w:p>
    <w:p>
      <w:r>
        <w:rPr>
          <w:b/>
        </w:rPr>
        <w:t xml:space="preserve">[15:08] </w:t>
      </w:r>
      <w:r>
        <w:t>yani science sabhi cheh lafz nahi bolti hai. lekin mein jo khud se mein ne jo samjha hai, woh mein ne cheh period mein taqseem kiya hai.</w:t>
      </w:r>
    </w:p>
    <w:p>
      <w:pPr>
        <w:jc w:val="right"/>
      </w:pPr>
      <w:r>
        <w:t>یعنیسائنسبھیچھکالفظنہیںبولتیہے۔ لیکن میں جو خود سےمیںنےجوسمجھاہے، وہ میںنےچھپیریڈمیںتقسیمکیاہے۔</w:t>
      </w:r>
    </w:p>
    <w:p>
      <w:r>
        <w:rPr>
          <w:b/>
        </w:rPr>
        <w:t xml:space="preserve">[15:17] </w:t>
      </w:r>
      <w:r>
        <w:t>aur ho sakta hai ke woh wohi murad ho is se ya na bhi ho, mein yeh nahi keh sakta. lekin mein ne apni study se jo jaana hai, us ko bata raha hoon aap ko ke cheh period wohi, woh mere nazdeek shuru hote hain jis ko kehte hain big bang.</w:t>
      </w:r>
    </w:p>
    <w:p>
      <w:pPr>
        <w:jc w:val="right"/>
      </w:pPr>
      <w:r>
        <w:t>اور ہوسکتاہےکہوہ وہیمرادہواسسے یا نہبھیہو،میںیہنہیںکہہسکتا۔ لیکن میں نےاپنی اسٹڈیسےجوجاناہے، اسکوبتارہاہوںآپکو کہچھ پیریڈجوہیں، وہ میرےنزدیکشروع ہوتےہیں جسکوکہتےہیںبگبینگ۔</w:t>
      </w:r>
    </w:p>
    <w:p>
      <w:r>
        <w:rPr>
          <w:b/>
        </w:rPr>
        <w:t xml:space="preserve">[15:33] </w:t>
      </w:r>
      <w:r>
        <w:t>to big bang, little bang, water bang, plant bang, animal bang, human bang, yeh cheh period hain mere study ke mutabiq.</w:t>
      </w:r>
    </w:p>
    <w:p>
      <w:pPr>
        <w:jc w:val="right"/>
      </w:pPr>
      <w:r>
        <w:t>تو بگبینگ، لٹلبینگ، واٹر بینگ، پلانٹبینگ، این یملبینگ،ہیومنبینگ،یہ چھ پیریڈہیں می رے اسٹڈیکےمطابق ۔</w:t>
      </w:r>
    </w:p>
    <w:p>
      <w:r>
        <w:rPr>
          <w:b/>
        </w:rPr>
        <w:t xml:space="preserve">[15:48] </w:t>
      </w:r>
      <w:r>
        <w:t>to ab se 15 billion saal pehle taqreeban</w:t>
      </w:r>
    </w:p>
    <w:p>
      <w:pPr>
        <w:jc w:val="right"/>
      </w:pPr>
      <w:r>
        <w:t>تو اب سے 15 بل ینسال پہلے تقریباً</w:t>
      </w:r>
    </w:p>
    <w:p>
      <w:r>
        <w:rPr>
          <w:b/>
        </w:rPr>
        <w:t xml:space="preserve">[15:53] </w:t>
      </w:r>
      <w:r>
        <w:t>yeh science kehti hai, astronomy yeh kehti hai ke ab se 15 billion saal pehle space mein ek bohat bara gola zahir hua jis ko kehte hain super atom.</w:t>
      </w:r>
    </w:p>
    <w:p>
      <w:pPr>
        <w:jc w:val="right"/>
      </w:pPr>
      <w:r>
        <w:t>یہسائنسیہکہتیہے، اسٹرانومییہکہتیہےکہ ابسے 15 بل ینسال پہلے اسپیسمیں ایکبہت بڑا گولا ظاہرہواجس کوکہتےہیںسپرایٹم۔</w:t>
      </w:r>
    </w:p>
    <w:p>
      <w:r>
        <w:rPr>
          <w:b/>
        </w:rPr>
        <w:t xml:space="preserve">[16:07] </w:t>
      </w:r>
      <w:r>
        <w:t>to poore universe mein jitne particle hain, woh sab is mein maujood thay.</w:t>
      </w:r>
    </w:p>
    <w:p>
      <w:pPr>
        <w:jc w:val="right"/>
      </w:pPr>
      <w:r>
        <w:t>تو پورےیونیورس میںجتنےپارٹیکلہیں،وہسب اسمیںموجود تھے۔</w:t>
      </w:r>
    </w:p>
    <w:p>
      <w:r>
        <w:rPr>
          <w:b/>
        </w:rPr>
        <w:t xml:space="preserve">[16:12] </w:t>
      </w:r>
      <w:r>
        <w:t>ab jo poori universe hai, jo star hai aur planet, planet hain aur jo kuch bhi hai, chahe woh samandar ho ya pahar ho, kuch bhi jo hai, to us ke jo us ke jo particle thay, woh sab ke sab is mein maujood thay, is super atom mein.</w:t>
      </w:r>
    </w:p>
    <w:p>
      <w:pPr>
        <w:jc w:val="right"/>
      </w:pPr>
      <w:r>
        <w:t>ابجو پورییونیورس ہے،جو سٹارہے اور پلینٹ،پلینٹہیں اورجوکچھبھیہے، چاہےوہسمندرہویاپہاڑہو، کچھبھیجو ہے، تو اسکےجو اسکےجوپارٹیکلتھے، وہ سبکےسباسمیں موجود تھے، اسسپرایٹممیں۔</w:t>
      </w:r>
    </w:p>
    <w:p>
      <w:r>
        <w:rPr>
          <w:b/>
        </w:rPr>
        <w:t xml:space="preserve">[16:30] </w:t>
      </w:r>
      <w:r>
        <w:t>to phir taqreeban 15 billion saal pehle is ke andar ek explosion hua. isi explosion ko kehte hain big bang.</w:t>
      </w:r>
    </w:p>
    <w:p>
      <w:pPr>
        <w:jc w:val="right"/>
      </w:pPr>
      <w:r>
        <w:t>تو پھر تقریباً 15 بل ینسال پہلے اسکےاندرایکایکسپلوژنہوا۔ اسیایکسپلوژنکوکہتےہیں بگبینگ۔</w:t>
      </w:r>
    </w:p>
    <w:p>
      <w:r>
        <w:rPr>
          <w:b/>
        </w:rPr>
        <w:t xml:space="preserve">[16:38] </w:t>
      </w:r>
      <w:r>
        <w:t>is super atom mein explosion hua jis ko big bang kaha jata hai. yeh 20th century ke first quarter mein yeh yeh cheez discover hui.</w:t>
      </w:r>
    </w:p>
    <w:p>
      <w:pPr>
        <w:jc w:val="right"/>
      </w:pPr>
      <w:r>
        <w:t>اسسپرایٹممیںایکسپلوژنہوا جسکو بگبینگکہاجاتاہے۔ یہ ٹونٹی سینچریکےفرسٹکوارٹرمیںیہ یہچیزڈسکورہوئی ۔</w:t>
      </w:r>
    </w:p>
    <w:p>
      <w:r>
        <w:rPr>
          <w:b/>
        </w:rPr>
        <w:t xml:space="preserve">[16:50] </w:t>
      </w:r>
      <w:r>
        <w:t>ab woh establish ho gayi hai mazeed study ke baad. to jitne particle thay, woh space mein phail gaye.</w:t>
      </w:r>
    </w:p>
    <w:p>
      <w:pPr>
        <w:jc w:val="right"/>
      </w:pPr>
      <w:r>
        <w:t>ابوہ اسٹیبلشہوگئیہے مزید اسٹڈیکےبعد ۔ تو جتنےپارٹیکلتھے،وہ اسپیسمیںپھیلگئے۔</w:t>
      </w:r>
    </w:p>
    <w:p>
      <w:r>
        <w:rPr>
          <w:b/>
        </w:rPr>
        <w:t xml:space="preserve">[17:00] </w:t>
      </w:r>
      <w:r>
        <w:t>isko Quran Majeed mein dekhein. mein samajhta hoon ke jo ayat hai Quran Majeed ki, woh isi ki taraf ishara karti hai ke إن السماوات والارض ر تقا فت قنہ یہ رتق کہتے ہیں منزم الاجزاء یعنی یہ جو ہے، یہی رتق halat hai yani yeh bilkul juda hua hai ek doosre se.</w:t>
      </w:r>
    </w:p>
    <w:p>
      <w:pPr>
        <w:jc w:val="right"/>
      </w:pPr>
      <w:r>
        <w:t>اسکو قرآنمجیدمیںدیکھیں۔ میںسمجھتاہوںکہجوآیتہےقرآنمجیدکی، وہاسیکیطرفاشارہکرتیہے کہ إن السماوات والارض ر تقا فت قنہ یہرتقکہتےہیں منزم الاجزاءیعنییہجوہے، یہیہرتقحالتہے یعنی یہبالکل جڑاہواہےایکدوسرےسے۔</w:t>
      </w:r>
    </w:p>
    <w:p>
      <w:r>
        <w:rPr>
          <w:b/>
        </w:rPr>
        <w:t xml:space="preserve">[17:19] </w:t>
      </w:r>
      <w:r>
        <w:t>yeh رتق aur فتقیہ ہے کہ کھل جائے۔</w:t>
      </w:r>
    </w:p>
    <w:p>
      <w:pPr>
        <w:jc w:val="right"/>
      </w:pPr>
      <w:r>
        <w:t>یہ رتق اورفتقیہہےکہ کھلجائے۔</w:t>
      </w:r>
    </w:p>
    <w:p>
      <w:r>
        <w:rPr>
          <w:b/>
        </w:rPr>
        <w:t xml:space="preserve">[17:24] </w:t>
      </w:r>
      <w:r>
        <w:t>is ayat mein bataya gaya hai ke ke zameen o aasman aapas mein jode hue thay, phir hum ne is ko khol diya. إنالسماوات والارضر تقا فتقنہ mein samajhta hoon is mein isi waqe ki taraf ishara hai yani taqreeban 15 billion saal pehle jo big bang hua, jo explosion hua space mein aur sare particle phail gaye, isi ki taraf is mein ishara hai. phir yeh particle jo hai, woh jama hone lage</w:t>
      </w:r>
    </w:p>
    <w:p>
      <w:pPr>
        <w:jc w:val="right"/>
      </w:pPr>
      <w:r>
        <w:t>اسآیتمیںبتایاگیاہےکہ کہزمین وآسمانآپسمیںجڑےہوئےتھے، پھر ہمنےاسکوکھولدیا۔ إنالسماوات والارضر تقا فتقنہ میںسمجھتاہوںاسمیںاسیواقعےکیطرفاشارہہے یعنیتقریباً15 بلینسالپہلے جوبگبینگہوا، جوایکسپلوژنہوا اسپیسمیں اورسارےپارٹیکلپھیلگئے، اسیکیطرف اسمیںاشارہہے۔پھریہپارٹیکلجوہے،وہجمع ہونےلگے</w:t>
      </w:r>
    </w:p>
    <w:p>
      <w:r>
        <w:rPr>
          <w:b/>
        </w:rPr>
        <w:t xml:space="preserve">[17:51] </w:t>
      </w:r>
      <w:r>
        <w:t>yani star bane, planet bana, sari cheezein isi se bani. chahe pahar hon, chahe samandar hon, chahe koi bhi cheez ho, isi particle ke jama hone se sab cheezein bani hain.</w:t>
      </w:r>
    </w:p>
    <w:p>
      <w:pPr>
        <w:jc w:val="right"/>
      </w:pPr>
      <w:r>
        <w:t>یعنی اسٹاربنے، پلینٹبنا، ساریچیزیںاسیسےبنی۔چاہےپہاڑہوں،چاہےسمندرہوں، چاہےکوئیبھیچیزہو، اسی پارٹیکلکے جمع ہونےسےسبچیزیںبنی ہیں۔</w:t>
      </w:r>
    </w:p>
    <w:p>
      <w:r>
        <w:rPr>
          <w:b/>
        </w:rPr>
        <w:t xml:space="preserve">[18:05] </w:t>
      </w:r>
      <w:r>
        <w:t>to pehle yani pehla jo jo pehla jo waqe hua, jis ko first period aap keh sakte hain, woh tha big bang</w:t>
      </w:r>
    </w:p>
    <w:p>
      <w:pPr>
        <w:jc w:val="right"/>
      </w:pPr>
      <w:r>
        <w:t>تو پہلے یعنیپہلاجو جو پہلاجو واقعہہوا، جسکوفرسٹپیریڈآپکہہسکتےہیں، وہتھا بگبینگ</w:t>
      </w:r>
    </w:p>
    <w:p>
      <w:r>
        <w:rPr>
          <w:b/>
        </w:rPr>
        <w:t xml:space="preserve">[18:14] </w:t>
      </w:r>
      <w:r>
        <w:t>yani super atom mein an explosion ho kar ke kainat ka yani beginning.</w:t>
      </w:r>
    </w:p>
    <w:p>
      <w:pPr>
        <w:jc w:val="right"/>
      </w:pPr>
      <w:r>
        <w:t>یعنی سپرایٹممیں انایکسپلوژنہوکرکے کائناتکا یعنی بگننگ۔</w:t>
      </w:r>
    </w:p>
    <w:p>
      <w:r>
        <w:rPr>
          <w:b/>
        </w:rPr>
        <w:t xml:space="preserve">[18:23] </w:t>
      </w:r>
      <w:r>
        <w:t>that was beginning of the universe. Phir science yeh mante hain ke is ke baad ek little bang hua kai billion saal pehle yani pehle waqt kai billion saal baad.</w:t>
      </w:r>
    </w:p>
    <w:p>
      <w:pPr>
        <w:jc w:val="right"/>
      </w:pPr>
      <w:r>
        <w:t>دیٹوازبگننگآفدایونیورس ۔ پھرسائنٹسٹیہمانتےہیںکہاسکےبعدایکلٹلبینگہوا کئیبلینسالپہلے یعنی پہلے وقت کئیبلینسالبعد۔</w:t>
      </w:r>
    </w:p>
    <w:p>
      <w:r>
        <w:rPr>
          <w:b/>
        </w:rPr>
        <w:t xml:space="preserve">[18:35] </w:t>
      </w:r>
      <w:r>
        <w:t>is little bang ko kehte hain ke solar system bana is se</w:t>
      </w:r>
    </w:p>
    <w:p>
      <w:pPr>
        <w:jc w:val="right"/>
      </w:pPr>
      <w:r>
        <w:t>اس لٹلبینگکوکہتےہیں کہ سولرسسٹمبنااسسے</w:t>
      </w:r>
    </w:p>
    <w:p>
      <w:r>
        <w:rPr>
          <w:b/>
        </w:rPr>
        <w:t xml:space="preserve">[18:40] </w:t>
      </w:r>
      <w:r>
        <w:t>yani ek bohat bara sa star jo star bane thay, is mein se ek bohat bara star tha. to is star mein ek phir ek bang hua, ek woh explosion hua, is se suraj bana, chand bana, zameen bani.</w:t>
      </w:r>
    </w:p>
    <w:p>
      <w:pPr>
        <w:jc w:val="right"/>
      </w:pPr>
      <w:r>
        <w:t>یعنیایک بہت بڑا سا ستارجو ستاربنےتھے، اسمیںسےایکبہتبڑاستارتھا۔ تو اس اسٹارمیںایکپھرایک بینگہوا،ایک وہ ایکسپلوژنہوا، اسسے سورجبنا، چاندبنا، زمین بنی۔</w:t>
      </w:r>
    </w:p>
    <w:p>
      <w:r>
        <w:rPr>
          <w:b/>
        </w:rPr>
        <w:t xml:space="preserve">[18:55] </w:t>
      </w:r>
      <w:r>
        <w:t>yeh sare planet hain, planet woh bane. to big bang se to universe wajood mein aayi thi aur little bang se solar system wajood mein aaya</w:t>
      </w:r>
    </w:p>
    <w:p>
      <w:pPr>
        <w:jc w:val="right"/>
      </w:pPr>
      <w:r>
        <w:t>یہسارے پلینٹہیں،پلینٹ وہبنے۔ تو بگبینگسےتویونیورس وجود میںآئیتھی اورلٹلبینگسےسولرسسٹموجود میںآیا</w:t>
      </w:r>
    </w:p>
    <w:p>
      <w:r>
        <w:rPr>
          <w:b/>
        </w:rPr>
        <w:t xml:space="preserve">[19:05] </w:t>
      </w:r>
      <w:r>
        <w:t>jis mein ek ke ek ek bohat bara star yani suraj beech mein hai, is ke charon taraf sare sayare daud rahe hain, sayare daud rahe hain.</w:t>
      </w:r>
    </w:p>
    <w:p>
      <w:pPr>
        <w:jc w:val="right"/>
      </w:pPr>
      <w:r>
        <w:t>جسمیںایککہایکایک بہتبڑا ستارہ یعنی سورج بیچمیںہے، اسکے چاروںطرف سارےسیارےدوڑرہےہیں، سیارےدوڑرہےہیں۔</w:t>
      </w:r>
    </w:p>
    <w:p>
      <w:r>
        <w:rPr>
          <w:b/>
        </w:rPr>
        <w:t xml:space="preserve">[19:18] </w:t>
      </w:r>
      <w:r>
        <w:t>to little bang se yeh bana solar system jis mein ek roshan star hai, is ko hum suraj kehte hain, baqi planet hain, chand bhi roshan nahi hai, woh bhi ghair roshan hai.</w:t>
      </w:r>
    </w:p>
    <w:p>
      <w:pPr>
        <w:jc w:val="right"/>
      </w:pPr>
      <w:r>
        <w:t>تو لٹلبینگسے یہ بنا سولرسسٹم جسمیں ایک روشن ستارہہے، اسکوہم سورجکہتےہیں، باقی پلینٹہیں، چاندبھی روشننہیںہے،وہبھی غیر روشنہے۔</w:t>
      </w:r>
    </w:p>
    <w:p>
      <w:r>
        <w:rPr>
          <w:b/>
        </w:rPr>
        <w:t xml:space="preserve">[19:35] </w:t>
      </w:r>
      <w:r>
        <w:t>to bohat sare planet hain jo is ke gird ghoom rahe hain, is mein se ek hai zameen. zameen bhi ek planet hai.</w:t>
      </w:r>
    </w:p>
    <w:p>
      <w:pPr>
        <w:jc w:val="right"/>
      </w:pPr>
      <w:r>
        <w:t>تو بہت سارےپلینٹہیںجواسکےگرد گھومرہےہیں، اسیمیںسےایکہےزمین ۔ زمین بھیایکپلینٹہے۔</w:t>
      </w:r>
    </w:p>
    <w:p>
      <w:r>
        <w:rPr>
          <w:b/>
        </w:rPr>
        <w:t xml:space="preserve">[19:46] </w:t>
      </w:r>
      <w:r>
        <w:t>to ek exception aisa hua ke zameen par pani wajood mein aaya. to yeh tha water bang yani little bang ke baad jo hua waqe, water bang yani zameen ke ooper gases phaili hui thin,</w:t>
      </w:r>
    </w:p>
    <w:p>
      <w:pPr>
        <w:jc w:val="right"/>
      </w:pPr>
      <w:r>
        <w:t>تو ایکسیپشن لیایساہواکہ زمین پر پانی وجود میںآیا۔ تویہتھا واٹربینگ یعنی لٹلبینگکےبعد جو ہوا واقع ہ،واٹربینگیعنی زمین کےاوپر گیسزپھیلیہوئیتھیں،</w:t>
      </w:r>
    </w:p>
    <w:p>
      <w:r>
        <w:rPr>
          <w:b/>
        </w:rPr>
        <w:t xml:space="preserve">[20:04] </w:t>
      </w:r>
      <w:r>
        <w:t>bohat sari gases. is mein se do gas yani woh oxygen aur hydrogen, do gases ke particle alag hue aur mil kar ke molecule banaya unhone.</w:t>
      </w:r>
    </w:p>
    <w:p>
      <w:pPr>
        <w:jc w:val="right"/>
      </w:pPr>
      <w:r>
        <w:t>بہتساریگیسز۔اسمیںسے دوگیس یعنی وہ اکسیجن اور ہائیڈروجن، دو گیسزکے پارٹیکلالگہوئے اور ملکرکے مالیکیولبنایاانہوںنے۔</w:t>
      </w:r>
    </w:p>
    <w:p>
      <w:r>
        <w:rPr>
          <w:b/>
        </w:rPr>
        <w:t xml:space="preserve">[20:20] </w:t>
      </w:r>
      <w:r>
        <w:t>isse water bana. water jo hai, do gases ko milkar bana hai.</w:t>
      </w:r>
    </w:p>
    <w:p>
      <w:pPr>
        <w:jc w:val="right"/>
      </w:pPr>
      <w:r>
        <w:t>اسسے واٹربنا۔ واٹرجوہے، دوگیسزکوملکر بناہے۔</w:t>
      </w:r>
    </w:p>
    <w:p>
      <w:r>
        <w:rPr>
          <w:b/>
        </w:rPr>
        <w:t xml:space="preserve">[20:28] </w:t>
      </w:r>
      <w:r>
        <w:t>to water jo banta hai wo fiza mein pani ki zarat the, phir barishain huin to sare samandar wajood mein aaye.</w:t>
      </w:r>
    </w:p>
    <w:p>
      <w:pPr>
        <w:jc w:val="right"/>
      </w:pPr>
      <w:r>
        <w:t>تو واٹرجوبناتو وہ فضامیں پانیکیذ راتتھے، پھربارشیںہوئیں تو سارےسمندر وجود میںآئے۔</w:t>
      </w:r>
    </w:p>
    <w:p>
      <w:r>
        <w:rPr>
          <w:b/>
        </w:rPr>
        <w:t xml:space="preserve">[20:39] </w:t>
      </w:r>
      <w:r>
        <w:t>pani jo hai, samandaron mein bhar gaya. ab nature ne kya kiya ke wahan par ek aur ek ek intervention kiya ke samandaron ke pani mein namak mila diya, salt.</w:t>
      </w:r>
    </w:p>
    <w:p>
      <w:pPr>
        <w:jc w:val="right"/>
      </w:pPr>
      <w:r>
        <w:t>پانیجوہے، سمندروںمیںبھرگیا۔ اب نیچرنےکیاکیا کہوہاںپر ایکاور ایک ایک انٹرویوشنکیا کہ سمندروںکےپانیمیں نمکملادیا، سال ٹ۔</w:t>
      </w:r>
    </w:p>
    <w:p>
      <w:r>
        <w:rPr>
          <w:b/>
        </w:rPr>
        <w:t xml:space="preserve">[20:52] </w:t>
      </w:r>
      <w:r>
        <w:t>to samandaron ke pani mein 10 percent salt hota hai. yeh salt kya hai? preservative hai.</w:t>
      </w:r>
    </w:p>
    <w:p>
      <w:pPr>
        <w:jc w:val="right"/>
      </w:pPr>
      <w:r>
        <w:t>تو سمندروںکےپانیمیں 10پرسنٹسالٹہوتاہے۔ یہسالٹکیاہے؟ پریزروی ٹیوہے۔</w:t>
      </w:r>
    </w:p>
    <w:p>
      <w:r>
        <w:rPr>
          <w:b/>
        </w:rPr>
        <w:t xml:space="preserve">[20:59] </w:t>
      </w:r>
      <w:r>
        <w:t>agar salt na hota to samandar ka pani jo hai, wo polluted, pollute ho jata, sara pani polluted ban jata. to samandar ke pani ko pollution se bachane ke liye is mein 10 percent salt mila diya gaya, lekin insan isko istemal nahi kar sakta.</w:t>
      </w:r>
    </w:p>
    <w:p>
      <w:pPr>
        <w:jc w:val="right"/>
      </w:pPr>
      <w:r>
        <w:t>اگر سالٹنہہوتو سمندر کاپانیجوہے،وہ پلوٹڈ، پلوٹہوجائے، ساراپانیپلوٹڈبنجائے۔ تو سم ندر کےپانیکو پولیوشنسےبچانےکےلیےاسمیں 10پرسنٹسالٹملایاگیا، لیکن انسان اسکواستعمالنہیںکرسکتا۔</w:t>
      </w:r>
    </w:p>
    <w:p>
      <w:r>
        <w:rPr>
          <w:b/>
        </w:rPr>
        <w:t xml:space="preserve">[21:15] </w:t>
      </w:r>
      <w:r>
        <w:t>salt water na kheti ho sakti, na aap is se pi sakte, na koi kaam ho sakta hai is ka. to phir nature ne ek nizam banaya barish ka</w:t>
      </w:r>
    </w:p>
    <w:p>
      <w:pPr>
        <w:jc w:val="right"/>
      </w:pPr>
      <w:r>
        <w:t>سال ٹیواٹر نہکھیتیہوسکتی، نہ آپاسسے پیسکتے، نہ کوئیکامہوسکتاہےاسکا ۔ تو پھر نیچرنےایکنظامبنایا بارشکا</w:t>
      </w:r>
    </w:p>
    <w:p>
      <w:r>
        <w:rPr>
          <w:b/>
        </w:rPr>
        <w:t xml:space="preserve">[21:27] </w:t>
      </w:r>
      <w:r>
        <w:t>ke suraj garmi se samandaron mein bhap bhejti hai, bhap upar jati hai. aur yeh nature ka qanoon hai ke bhap jo hai, wo halki hoti hai aur namak jo hai, wo salt, wo bhari hota hai.</w:t>
      </w:r>
    </w:p>
    <w:p>
      <w:pPr>
        <w:jc w:val="right"/>
      </w:pPr>
      <w:r>
        <w:t>کہ سورجگرمیسے سم ندروںمیںبھاپاٹھتیہے، بھاپاوپرجاتیہے۔ اور یہبھینیچرکاقانون ہےکہ بھاپجوہے، وہ ہلکیہوتیہے اور نم کجوہے،وہ سالٹ،وہبھاریہوتاہے۔</w:t>
      </w:r>
    </w:p>
    <w:p>
      <w:r>
        <w:rPr>
          <w:b/>
        </w:rPr>
        <w:t xml:space="preserve">[21:42] </w:t>
      </w:r>
      <w:r>
        <w:t>to bhari hone ki wajah se wo theher jata hai neeche, yeh samandar mein theher jata hai aur bhap upar jati hai. to upar ja kar ke ek bahut bada ek process hota hai, us process pe barasti</w:t>
      </w:r>
    </w:p>
    <w:p>
      <w:pPr>
        <w:jc w:val="right"/>
      </w:pPr>
      <w:r>
        <w:t>توبھاریہونے کیوجہسےوہٹھہرجاتاہےنیچے، یہسمندرمیںٹھہرجاتاہے اور بھاپاوپرجاتیہے۔ تواوپرجاکرکے ایک بہت بڑا ایک پراسیسہوتاہے،اسپراسیسپہ بر ستی</w:t>
      </w:r>
    </w:p>
    <w:p>
      <w:r>
        <w:rPr>
          <w:b/>
        </w:rPr>
        <w:t xml:space="preserve">[21:54] </w:t>
      </w:r>
      <w:r>
        <w:t>hai. to yeh wo yeh hai jisko hum atba, jisko kehte hain taqteer, taqteer yani salt nikal kar fresh water ka wapas aana hamari taraf.</w:t>
      </w:r>
    </w:p>
    <w:p>
      <w:pPr>
        <w:jc w:val="right"/>
      </w:pPr>
      <w:r>
        <w:t>ہے۔ تویہوہ یہےجسکوہم عطبہ،جسکوکہتےہیںتقتیر، تقتیر یعنی سالٹکالےہوکر فریشواٹر کا واپسآناہماریطرف ۔</w:t>
      </w:r>
    </w:p>
    <w:p>
      <w:r>
        <w:rPr>
          <w:b/>
        </w:rPr>
        <w:t xml:space="preserve">[22:07] </w:t>
      </w:r>
      <w:r>
        <w:t>is tarah hum ko meetha water, meetha pani milta hai. to big bang se dunya wajood mein aai, is ke baad little bang se solar system wajood mein aaya,</w:t>
      </w:r>
    </w:p>
    <w:p>
      <w:pPr>
        <w:jc w:val="right"/>
      </w:pPr>
      <w:r>
        <w:t>اسطرحہمکومیٹھا واٹر، میٹھاپانیملتاہے۔ تو بگبینگسے دنیا وجود میںآئی، اسکےبعدلٹلبینگسےسولرسسٹموجود میںآیا،</w:t>
      </w:r>
    </w:p>
    <w:p>
      <w:r>
        <w:rPr>
          <w:b/>
        </w:rPr>
        <w:t xml:space="preserve">[22:19] </w:t>
      </w:r>
      <w:r>
        <w:t>phir zameen par jo water being hua, us se pani wajood mein aaya. aur Quran majeed mein hai ke wa ja'alna minal ma'i kulla shai'in hayyin hum ne pani se sari zinda cheezain banai hain. yeh pehle koi janta nahi tha ke insan bhi pani hai, hathi bhi pani hai aur sher bhi pani hai, chiria bhi pani hai.</w:t>
      </w:r>
    </w:p>
    <w:p>
      <w:pPr>
        <w:jc w:val="right"/>
      </w:pPr>
      <w:r>
        <w:t>پھر زمین پرجوواٹر بینگہوا، اسسےپانیوجود میںآیا۔ اورقرآنمجیدمیںہےکہ وج علنامن الماء کل شائن ہمنے پانیسے ساریزندہچیزیںبنائیہیں۔یہپہلےکوئیجانتانہیںتھا کہانسانبھی پانیہے، ہاتھیبھیپانیہے اور شیربھیپانیہے، چڑیابھیپانیہے۔</w:t>
      </w:r>
    </w:p>
    <w:p>
      <w:r>
        <w:rPr>
          <w:b/>
        </w:rPr>
        <w:t xml:space="preserve">[22:39] </w:t>
      </w:r>
      <w:r>
        <w:t>yani bahut zyada 80 percent hamare wajood ka pani hai. yeh koi janta nahi tha.</w:t>
      </w:r>
    </w:p>
    <w:p>
      <w:pPr>
        <w:jc w:val="right"/>
      </w:pPr>
      <w:r>
        <w:t>یعنیبہت زیادہ 80پرسنٹہمارے وجود کاپانیہے۔ یہکوئیجانتانہیںتھا۔</w:t>
      </w:r>
    </w:p>
    <w:p>
      <w:r>
        <w:rPr>
          <w:b/>
        </w:rPr>
        <w:t xml:space="preserve">[22:45] </w:t>
      </w:r>
      <w:r>
        <w:t>pehli bar Quran majeed mein yeh ayat aai ke wa ja'alna minal ma'i kulla shai'in hum ne tamam zinda cheezon ko banaya pani se.</w:t>
      </w:r>
    </w:p>
    <w:p>
      <w:pPr>
        <w:jc w:val="right"/>
      </w:pPr>
      <w:r>
        <w:t>پہلیبار قرآنمجیدمیںیہآیتآئی کہ وج علنامنالماءکل شائنہم نےتمام زندہچیزوںکو بنایاپانیسے ۔</w:t>
      </w:r>
    </w:p>
    <w:p>
      <w:r>
        <w:rPr>
          <w:b/>
        </w:rPr>
        <w:t xml:space="preserve">[22:54] </w:t>
      </w:r>
      <w:r>
        <w:t>yani zyada bada juz is mein pani hai, mard o zin 80 percent. to yeh zinda cheezain bani.</w:t>
      </w:r>
    </w:p>
    <w:p>
      <w:pPr>
        <w:jc w:val="right"/>
      </w:pPr>
      <w:r>
        <w:t>یعنی زیادہ بڑا جز اسمیںپانیکاہے، موردین80پرسنٹ۔ تویہزندہچیزیںبنیں۔</w:t>
      </w:r>
    </w:p>
    <w:p>
      <w:r>
        <w:rPr>
          <w:b/>
        </w:rPr>
        <w:t xml:space="preserve">[23:03] </w:t>
      </w:r>
      <w:r>
        <w:t>yeh yeh yeh tha water being. to water being ke baad jo doosri doosri daur aata hai, wo hai plant.</w:t>
      </w:r>
    </w:p>
    <w:p>
      <w:pPr>
        <w:jc w:val="right"/>
      </w:pPr>
      <w:r>
        <w:t>یہ یہ یہتھا واٹربینگ۔ تو واٹر بینگکےبعدجو دوسری دوسرادور آتاہے،وہہے پلانٹ۔</w:t>
      </w:r>
    </w:p>
    <w:p>
      <w:r>
        <w:rPr>
          <w:b/>
        </w:rPr>
        <w:t xml:space="preserve">[23:13] </w:t>
      </w:r>
      <w:r>
        <w:t>jab pani aa gaya, pani se soil mein nami aai, is mein nabatat ugain, ghas ugai, darakht ugai, sabza hoga.</w:t>
      </w:r>
    </w:p>
    <w:p>
      <w:pPr>
        <w:jc w:val="right"/>
      </w:pPr>
      <w:r>
        <w:t>جبپانیآگیا، پانیسے سوائلمیں نمیآئی، اسمیں نبات اتاگیں، گھاساگے،درختاگے،سبزہہوگا۔</w:t>
      </w:r>
    </w:p>
    <w:p>
      <w:r>
        <w:rPr>
          <w:b/>
        </w:rPr>
        <w:t xml:space="preserve">[23:22] </w:t>
      </w:r>
      <w:r>
        <w:t>puri dunya sabze se bhar gai. yani jo samandar jo hain, jo taqreeban yani ek chothai hissa hai dunya ka,</w:t>
      </w:r>
    </w:p>
    <w:p>
      <w:pPr>
        <w:jc w:val="right"/>
      </w:pPr>
      <w:r>
        <w:t>پوریزمین سبزےسےبھرگئی۔ یعنیجو سم ندرجوہیں، جو تقریباً یعنی ایک چوتھائیحصہہے زمین کا،</w:t>
      </w:r>
    </w:p>
    <w:p>
      <w:r>
        <w:rPr>
          <w:b/>
        </w:rPr>
        <w:t xml:space="preserve">[23:37] </w:t>
      </w:r>
      <w:r>
        <w:t>chothai hisse se k</w:t>
      </w:r>
    </w:p>
    <w:p>
      <w:pPr>
        <w:jc w:val="right"/>
      </w:pPr>
      <w:r>
        <w:t>چوتھائیحصےسےک</w:t>
      </w:r>
    </w:p>
    <w:p>
      <w:r>
        <w:rPr>
          <w:b/>
        </w:rPr>
        <w:t xml:space="preserve">[23:38] </w:t>
      </w:r>
      <w:r>
        <w:t>chhe zyada baqi teen hisse jo hain, wo samandar hain. to jo khushki thi, jo land tha, wo sab sabze se bhar gai.</w:t>
      </w:r>
    </w:p>
    <w:p>
      <w:pPr>
        <w:jc w:val="right"/>
      </w:pPr>
      <w:r>
        <w:t>چھزیادہ بقیہ تین حص ہجوہے، وہ سم ندرہے۔ تو جو خشکیتھی، جو لینڈتھا، وہ سب سبزےسےبھرگئی۔</w:t>
      </w:r>
    </w:p>
    <w:p>
      <w:r>
        <w:rPr>
          <w:b/>
        </w:rPr>
        <w:t xml:space="preserve">[23:47] </w:t>
      </w:r>
      <w:r>
        <w:t>yeh tha plant being. yeh pani ke baad sabza ka wajood mein aaya. is ko main kahunga plant being.</w:t>
      </w:r>
    </w:p>
    <w:p>
      <w:pPr>
        <w:jc w:val="right"/>
      </w:pPr>
      <w:r>
        <w:t>یہتھا پلانٹبینگ۔ یہ پانیکےبعد سبزہکاوجود میںآیا۔ اسکو میںکہوںگا پلانٹبینگ۔</w:t>
      </w:r>
    </w:p>
    <w:p>
      <w:r>
        <w:rPr>
          <w:b/>
        </w:rPr>
        <w:t xml:space="preserve">[23:59] </w:t>
      </w:r>
      <w:r>
        <w:t>to plant being mein kya hua ke drakht bane, faslain bani aur bahut lambi muddat tak insan ne research karne ke baad phir sari cheezain banain. yani bagh banaye, gehoon nikala.</w:t>
      </w:r>
    </w:p>
    <w:p>
      <w:pPr>
        <w:jc w:val="right"/>
      </w:pPr>
      <w:r>
        <w:t>تو پلانٹبینگمیںکیاہوا کہ درخت بنے، فصلیںبنی اور بہت لمبیمدتتک انسان نے ریسرچکرنےکےبعد پھر ساریچیزیںبنائیں۔یعنیباغبنائے، گیہوں نکالا۔</w:t>
      </w:r>
    </w:p>
    <w:p>
      <w:r>
        <w:rPr>
          <w:b/>
        </w:rPr>
        <w:t xml:space="preserve">[24:13] </w:t>
      </w:r>
      <w:r>
        <w:t>matlab woh cheezain maujood theen is mein. yani nature ne woh sab cheezain is se paida kar di theen. janglon</w:t>
      </w:r>
    </w:p>
    <w:p>
      <w:pPr>
        <w:jc w:val="right"/>
      </w:pPr>
      <w:r>
        <w:t>مطلبوہچیزیںموجود تھیںاسمیں۔ یعنینیچرنےوہسبچیزیںاسسےپیدا کردیتھیں۔ جنگ لوں</w:t>
      </w:r>
    </w:p>
    <w:p>
      <w:r>
        <w:rPr>
          <w:b/>
        </w:rPr>
        <w:t xml:space="preserve">[24:19] </w:t>
      </w:r>
      <w:r>
        <w:t>mein, janglon mein nature tha, janglon mein woh gehoon tha, janglon mein dhan tha, janglon mein sare phalon wale darakht the.</w:t>
      </w:r>
    </w:p>
    <w:p>
      <w:pPr>
        <w:jc w:val="right"/>
      </w:pPr>
      <w:r>
        <w:t>میں، جنگ لوںمیںنیچرتھا،جنگ لوںمیں وہ جنگلوںمیںگیہوںتھا،جنگلوںمیںدھانتھا، جنگ لوںمیں سارےپھلوالے درختتھے۔</w:t>
      </w:r>
    </w:p>
    <w:p>
      <w:r>
        <w:rPr>
          <w:b/>
        </w:rPr>
        <w:t xml:space="preserve">[24:29] </w:t>
      </w:r>
      <w:r>
        <w:t>is se alag kiya, is ne alag kar ke is ne agriculture aur horticulture ki science wajood mein aai. ek lambi tareekh is ki hai.</w:t>
      </w:r>
    </w:p>
    <w:p>
      <w:pPr>
        <w:jc w:val="right"/>
      </w:pPr>
      <w:r>
        <w:t>اسسےالگکیا،اسنےالگکرکےاسنےایگریکلچراورہارٹیکلچر کیسائنسوجود میںآئی۔ ایک لمبیتاریخ اسکیہے۔</w:t>
      </w:r>
    </w:p>
    <w:p>
      <w:r>
        <w:rPr>
          <w:b/>
        </w:rPr>
        <w:t xml:space="preserve">[24:39] </w:t>
      </w:r>
      <w:r>
        <w:t>to water being ke baad plant being, is ke baad animal being.</w:t>
      </w:r>
    </w:p>
    <w:p>
      <w:pPr>
        <w:jc w:val="right"/>
      </w:pPr>
      <w:r>
        <w:t>تو واٹربینگکےبعد پلانٹبینگ، اسکےبعد اینیملبینگ۔</w:t>
      </w:r>
    </w:p>
    <w:p>
      <w:r>
        <w:rPr>
          <w:b/>
        </w:rPr>
        <w:t xml:space="preserve">[24:46] </w:t>
      </w:r>
      <w:r>
        <w:t>ye animal being dekhein, mein nazdeek evolution ko nahi manta. mein mein ye mein jo keh raha hoon, iska matlab ye nahi ke evolution hua. mein evolution nahi manta.</w:t>
      </w:r>
    </w:p>
    <w:p>
      <w:pPr>
        <w:jc w:val="right"/>
      </w:pPr>
      <w:r>
        <w:t>این یملبینگدیکھیں،میں نزدیک ایولوشنکونہیںمانتا۔میں میں یہ میںجوکہہرہاہوں،اسکامطلبیہنہیںکہ ایولوشنہوا۔ میںایولوشن نہیںمانتا۔</w:t>
      </w:r>
    </w:p>
    <w:p>
      <w:r>
        <w:rPr>
          <w:b/>
        </w:rPr>
        <w:t xml:space="preserve">[24:56] </w:t>
      </w:r>
      <w:r>
        <w:t>har cheez specially creation thi. yani Allah taala ne specially paida kiya. mein is is spiritm ko jisme explosion se dunya bani.</w:t>
      </w:r>
    </w:p>
    <w:p>
      <w:pPr>
        <w:jc w:val="right"/>
      </w:pPr>
      <w:r>
        <w:t>ہرچیز اسپیشلکریشنتھی۔ یعنیاللہ تعالینےاسپیشلیپیدا کیا۔ میں اس اسسپرایٹمکو جسمیںایکسپلوژنسےدنیا بنی ۔</w:t>
      </w:r>
    </w:p>
    <w:p>
      <w:r>
        <w:rPr>
          <w:b/>
        </w:rPr>
        <w:t xml:space="preserve">[25:08] </w:t>
      </w:r>
      <w:r>
        <w:t>Allah taala ne specially paida kiya. iske baad solar system ko. phir Allah taala ne specially paida kiya. is zameen ko.</w:t>
      </w:r>
    </w:p>
    <w:p>
      <w:pPr>
        <w:jc w:val="right"/>
      </w:pPr>
      <w:r>
        <w:t>اللہ تعالینےاسپیشلیپیدا کیا۔ اسکےبعد سولرسسٹمکو۔ پھراللہتعالینے اسپیشلیپیدا کیا۔ اس زمین کو ۔</w:t>
      </w:r>
    </w:p>
    <w:p>
      <w:r>
        <w:rPr>
          <w:b/>
        </w:rPr>
        <w:t xml:space="preserve">[25:17] </w:t>
      </w:r>
      <w:r>
        <w:t>specially paida kiya. paani ko. specially specially paida kiya. plant ko. phir aap ne specially paida kiya. janwaron ko. mein evolution ko bilkul galat samajhta hoon. iski koi scientific base nahi hai.</w:t>
      </w:r>
    </w:p>
    <w:p>
      <w:pPr>
        <w:jc w:val="right"/>
      </w:pPr>
      <w:r>
        <w:t>اسپیشلیپیدا کیا۔پانیکو ۔ اسپیشلی اسپیشلیپیدا کیا۔ پلانٹکو ۔ پھرآپنےاسپیشلیپیداکیا۔ جانوروںکو۔ میں ایولوشنکوبالکل غلطسمجھتاہوں۔اسکیکوئی سائنٹیفک بیسنہیںہے۔</w:t>
      </w:r>
    </w:p>
    <w:p>
      <w:r>
        <w:rPr>
          <w:b/>
        </w:rPr>
        <w:t xml:space="preserve">[25:31] </w:t>
      </w:r>
      <w:r>
        <w:t>log is liye mante hain ke kyunke Khuda ko nahi manna hai, to ek ek explain karne ke liye unhone ek ek theory bana li hai. yani Khuda ko na maan kar kaise explain kiya jaye,</w:t>
      </w:r>
    </w:p>
    <w:p>
      <w:pPr>
        <w:jc w:val="right"/>
      </w:pPr>
      <w:r>
        <w:t>لوگ اسلیےمانتےہیںکہ چونکہخداکونہیںمانناہے، تو ایک ایک سپلینکرنےکےلیےانہوںنےایک ایک تھیوریبنالیہے۔ یعنی خداکو نہ مان کرکیسےایکسپلینکیاجائے،</w:t>
      </w:r>
    </w:p>
    <w:p>
      <w:r>
        <w:rPr>
          <w:b/>
        </w:rPr>
        <w:t xml:space="preserve">[25:45] </w:t>
      </w:r>
      <w:r>
        <w:t>iska ek ek false theory hai. explosion, evolution theory. to mein isko nahi manta. behal,</w:t>
      </w:r>
    </w:p>
    <w:p>
      <w:pPr>
        <w:jc w:val="right"/>
      </w:pPr>
      <w:r>
        <w:t>اسکاایک ایک فالس تھیوریہے۔ ایکسپلوشن، ایولوشنتھیوری۔ تومیںاسکونہیںمانتا۔بہرحال،</w:t>
      </w:r>
    </w:p>
    <w:p>
      <w:r>
        <w:rPr>
          <w:b/>
        </w:rPr>
        <w:t xml:space="preserve">[25:52] </w:t>
      </w:r>
      <w:r>
        <w:t>yani Allah taala ne jo khaliq hai, jo creator hai, uske uske uska jo jisko jab plant tha, jis tarike se usne plant ko execute kiya, usko mein bata raha hoon.</w:t>
      </w:r>
    </w:p>
    <w:p>
      <w:pPr>
        <w:jc w:val="right"/>
      </w:pPr>
      <w:r>
        <w:t>یعنیاللہ تعالی نےجو خالقہے،جو کریٹرہے، اس کے اسکے اسکاجو جسکوجبپلانتھا، جسطریقےسےاسنےپلانٹکو ایگزیکیوٹکیا،اسکومیںبتارہاہوں۔</w:t>
      </w:r>
    </w:p>
    <w:p>
      <w:r>
        <w:rPr>
          <w:b/>
        </w:rPr>
        <w:t xml:space="preserve">[26:05] </w:t>
      </w:r>
      <w:r>
        <w:t>to sabze ke baad phir doosra daur aata hai animal ka. tarah tarah ke keede makode, tarah tarah ke haiwanat. ye haiwanat woh hain, bohat hi important hain.</w:t>
      </w:r>
    </w:p>
    <w:p>
      <w:pPr>
        <w:jc w:val="right"/>
      </w:pPr>
      <w:r>
        <w:t>تو سبزےکےبعد پھردوسرادور آتاہے اینیملکا ۔ طرح طرحکےکیڑےمکوڑے،طرح طرحکے حیوانات ۔ یہ حیواناتجوہیں،بہت ہی امپورٹنٹہیں۔</w:t>
      </w:r>
    </w:p>
    <w:p>
      <w:r>
        <w:rPr>
          <w:b/>
        </w:rPr>
        <w:t xml:space="preserve">[26:15] </w:t>
      </w:r>
      <w:r>
        <w:t>misal ke taur par jo keede makode hain, jinko hum insect kehte hain. insect agar insect na hon to do mahine ke baad hum sab log khatm ho jayen, wajood mit jaye hamara.</w:t>
      </w:r>
    </w:p>
    <w:p>
      <w:pPr>
        <w:jc w:val="right"/>
      </w:pPr>
      <w:r>
        <w:t>مثلاًجوکیڑےمکوڑےہیں، جنکوہمانسیکٹکہتےہیں۔انسیکٹ اگر انسیکٹنہہوں تو دو مہینےکےبعد ہمسبلوگ ختمہوجائیں،وجود مٹجائےہمارا۔</w:t>
      </w:r>
    </w:p>
    <w:p>
      <w:r>
        <w:rPr>
          <w:b/>
        </w:rPr>
        <w:t xml:space="preserve">[26:26] </w:t>
      </w:r>
      <w:r>
        <w:t>kyun ke insect woh hain, woh pollution ko khate hain. har waqt dunya mein pollution aa raha hai, mukhtalif tareeqe se.</w:t>
      </w:r>
    </w:p>
    <w:p>
      <w:pPr>
        <w:jc w:val="right"/>
      </w:pPr>
      <w:r>
        <w:t>کیونکہانسیکٹجوہیں،وہ پولیوشنکوکھاتےہیں۔ ہروقت دنیا میںپولیوشنآرہاہے، مختلف طریقےسے۔</w:t>
      </w:r>
    </w:p>
    <w:p>
      <w:r>
        <w:rPr>
          <w:b/>
        </w:rPr>
        <w:t xml:space="preserve">[26:36] </w:t>
      </w:r>
      <w:r>
        <w:t>mukhtalif tareeqe se. misal ke taur par janwar mar gaya, uska dead body hai, woh pollute karega. is dead body ko khatm karne ke liye maujood hain animal.</w:t>
      </w:r>
    </w:p>
    <w:p>
      <w:pPr>
        <w:jc w:val="right"/>
      </w:pPr>
      <w:r>
        <w:t>مختلف طریقےسے۔مثلاً جانور مرگیا، اسکا ڈیڈباڈیہے،وہپلوٹکرےگا۔ اسڈیڈباڈیکو ختمکرنےکےلیے موجود ہیں اینیمل۔</w:t>
      </w:r>
    </w:p>
    <w:p>
      <w:r>
        <w:rPr>
          <w:b/>
        </w:rPr>
        <w:t xml:space="preserve">[26:48] </w:t>
      </w:r>
      <w:r>
        <w:t>to mukhtalif qism ke har waqt pollution dunya mein maujood mein</w:t>
      </w:r>
    </w:p>
    <w:p>
      <w:pPr>
        <w:jc w:val="right"/>
      </w:pPr>
      <w:r>
        <w:t>تو مختلف قسم کےہروقت پولیوشندنیامیںموجود میں</w:t>
      </w:r>
    </w:p>
    <w:p>
      <w:r>
        <w:rPr>
          <w:b/>
        </w:rPr>
        <w:t xml:space="preserve">[26:52] </w:t>
      </w:r>
      <w:r>
        <w:t>aate hain. yani ye ab jo industrial pollution hai, isse pehle ki baat kar raha hoon. mein isse alag baat kar raha hoon. industrial pollution toh apni jagah par hai, jo carbon emissions se paida hoti hai.</w:t>
      </w:r>
    </w:p>
    <w:p>
      <w:pPr>
        <w:jc w:val="right"/>
      </w:pPr>
      <w:r>
        <w:t>آتےہیں۔یعنییہ ابجو انڈسٹریلپولیوشنہے،اسسےپہلےکیباتکررہاہوں۔میں اسسےالگکیباتکررہاہوں۔ انڈسٹریلپولیوشنتواپنیجگہپر ہے، جو کاربنایمی شنسےپیدا ہوتیہے۔</w:t>
      </w:r>
    </w:p>
    <w:p>
      <w:r>
        <w:rPr>
          <w:b/>
        </w:rPr>
        <w:t xml:space="preserve">[27:02] </w:t>
      </w:r>
      <w:r>
        <w:t>iske alawa jo pollution hote rehte hain, unko khatm karne ke liye misal ke taur par medak jo hai, uski khurak Allah taala ne bana di. kya machhar, uski sabse zyada lazeez khurak machhar hai.</w:t>
      </w:r>
    </w:p>
    <w:p>
      <w:pPr>
        <w:jc w:val="right"/>
      </w:pPr>
      <w:r>
        <w:t>اسکےعلاوہجوپولیوشنہوتےرہتےہیں، انکو ختم کرنے کےلیے مثالطورپرمیڈکجوہے، اسکیخوراکاللہتعالینےبنادی۔کیا مچھر، اسکی سبسےزیادہ لذیذخوراکمچھرہے۔</w:t>
      </w:r>
    </w:p>
    <w:p>
      <w:r>
        <w:rPr>
          <w:b/>
        </w:rPr>
        <w:t xml:space="preserve">[27:15] </w:t>
      </w:r>
      <w:r>
        <w:t>machhar kha jata hai. woh</w:t>
      </w:r>
    </w:p>
    <w:p>
      <w:pPr>
        <w:jc w:val="right"/>
      </w:pPr>
      <w:r>
        <w:t>مچھرکھاجاتاہے۔وہ</w:t>
      </w:r>
    </w:p>
    <w:p>
      <w:r>
        <w:rPr>
          <w:b/>
        </w:rPr>
        <w:t xml:space="preserve">[27:18] </w:t>
      </w:r>
      <w:r>
        <w:t>aisi jo jinko gadah kehte hain, gadah ki lazeez khurak kya hai? dead body. woh hi sabse achhi khurak uski hai. woh is par toot padta hai. to ye ye jo animal hain, jo woh bohat barol kar rahe hain.</w:t>
      </w:r>
    </w:p>
    <w:p>
      <w:pPr>
        <w:jc w:val="right"/>
      </w:pPr>
      <w:r>
        <w:t>ایسیجو جنکوگدکہتےہیں، گدکیلذیذخوراککیاہے؟ ڈیڈباڈی۔ وہیسبسےاچھیخوراکاسکیہے۔وہاسپرٹوٹپڑتاہے۔ تو یہ یہجو اینیملہیں،جو وہ بہت بڑارولکررہےہیں۔</w:t>
      </w:r>
    </w:p>
    <w:p>
      <w:r>
        <w:rPr>
          <w:b/>
        </w:rPr>
        <w:t xml:space="preserve">[27:34] </w:t>
      </w:r>
      <w:r>
        <w:t>yani pollution free banate hain is dunya ko. to ye hai animal being hua. yani matlab woh halaat paida hue jisse ek animal wajood mein aaye.</w:t>
      </w:r>
    </w:p>
    <w:p>
      <w:pPr>
        <w:jc w:val="right"/>
      </w:pPr>
      <w:r>
        <w:t>یعنی پولیوشنفریبناتےہیں اس دنیا کو ۔ تو یہہے اینیملبینگہوا۔ یعنیمطلبوہحالات پیدا ہوئے جسسےایکاینیملوجود میںآئے۔</w:t>
      </w:r>
    </w:p>
    <w:p>
      <w:r>
        <w:rPr>
          <w:b/>
        </w:rPr>
        <w:t xml:space="preserve">[27:47] </w:t>
      </w:r>
      <w:r>
        <w:t>iske baad phir aata hai. yani animal being jo tha, woh panchwan daur tha. yani big bang, little bang, water bang, plant bang aur animal bang.</w:t>
      </w:r>
    </w:p>
    <w:p>
      <w:pPr>
        <w:jc w:val="right"/>
      </w:pPr>
      <w:r>
        <w:t>اسکےبعد پھر آتاہے۔ یعنیاینیملبینگجوتھا،وہ پانچواں دور تھا۔ یعنی بگبینگ،لٹلبینگ،واٹربینگ، پلانٹبینگاوراینیملبینگ۔</w:t>
      </w:r>
    </w:p>
    <w:p>
      <w:r>
        <w:rPr>
          <w:b/>
        </w:rPr>
        <w:t xml:space="preserve">[27:58] </w:t>
      </w:r>
      <w:r>
        <w:t>aur chhatwa jo hai, human being. insan ka wajood mein aana. to aap jante hain Quran majeed mein insan ke wajood mein aane ke bare mein bohat kaafi tafseel hai.</w:t>
      </w:r>
    </w:p>
    <w:p>
      <w:pPr>
        <w:jc w:val="right"/>
      </w:pPr>
      <w:r>
        <w:t>اورچھٹاجوہے، ہیومنبینگ۔ انسان کا وجود میںآنا۔ تو آپ جانتےہیںقرآنمجیدمیںانسان کےوجود میںآنےکےبارےمیںبہت کافی تفصیل ہے۔</w:t>
      </w:r>
    </w:p>
    <w:p>
      <w:r>
        <w:rPr>
          <w:b/>
        </w:rPr>
        <w:t xml:space="preserve">[28:10] </w:t>
      </w:r>
      <w:r>
        <w:t>Adam ki kahani, Iblees ki kahani aur sajde ka waqea aur bohat sari</w:t>
      </w:r>
    </w:p>
    <w:p>
      <w:pPr>
        <w:jc w:val="right"/>
      </w:pPr>
      <w:r>
        <w:t>آدمکیکہانی ،ابلیسکیکہانی اور سجدےکاواقع ہاوربہتساری</w:t>
      </w:r>
    </w:p>
    <w:p>
      <w:r>
        <w:rPr>
          <w:b/>
        </w:rPr>
        <w:t xml:space="preserve">[28:15] </w:t>
      </w:r>
      <w:r>
        <w:t>baatein Quran majeed mein hain. isse ek poori picture banti hai ke jab Khuda ne insan ko paida kiya toh. toh sari kainat sach poochhein toh insan ko paida karne ke liye ye sara ho raha tha.</w:t>
      </w:r>
    </w:p>
    <w:p>
      <w:pPr>
        <w:jc w:val="right"/>
      </w:pPr>
      <w:r>
        <w:t>باتیں قرآنمجیدمیںہیں۔ اسسےایکپوریپکچربنتیہے کہجبخدانےانسانکوپیدا کیاتو ۔تو ساری کائنات سچپوچھیںتوانسانکو پیدا کرنےکےلیے یہسارا ہورہاتھا۔</w:t>
      </w:r>
    </w:p>
    <w:p>
      <w:r>
        <w:rPr>
          <w:b/>
        </w:rPr>
        <w:t xml:space="preserve">[28:28] </w:t>
      </w:r>
      <w:r>
        <w:t>Allah taala ye kar sakta tha ke achanak ek lamhe mein sab kuch wajood mein aa jaye, lekin Allah taala ka tareeqa nahi hai. woh Allah ka tareeqa jo hai, jisko mein kaha karta hoon, discovery method par base karta hai.</w:t>
      </w:r>
    </w:p>
    <w:p>
      <w:pPr>
        <w:jc w:val="right"/>
      </w:pPr>
      <w:r>
        <w:t>اللہ تعالی یہکرسکتاتھاکہاچانک ایک لمحےمیںسبکچھوجود میںآجائے، لیکن اللہ تعالیکاطریقہنہیںہے۔وہ اللہ کاطریقہجوہے،جسکومیںکہاکرتاہوں، ڈسکوریمیتھڈپربیسکرتاہے۔</w:t>
      </w:r>
    </w:p>
    <w:p>
      <w:r>
        <w:rPr>
          <w:b/>
        </w:rPr>
        <w:t xml:space="preserve">[28:42] </w:t>
      </w:r>
      <w:r>
        <w:t>aap jante hain ke education mein ek tareeqa hai, jisko kehte hain discovery method. discovery method, discovery method mein kya cheezon ko tukde tukde tukde kar dete hain.</w:t>
      </w:r>
    </w:p>
    <w:p>
      <w:pPr>
        <w:jc w:val="right"/>
      </w:pPr>
      <w:r>
        <w:t>آپجانتےہیںکہ ایجوکیشنمیں ایکطریقہہے،جسکوکہتےہیں ڈسکوری میتھڈ۔ ڈسکوری میتھڈ،ڈسکوریمیتھڈمیںکیاچیزوںکوٹکڑ ےٹکڑےٹکڑےکردیتےہیں۔</w:t>
      </w:r>
    </w:p>
    <w:p>
      <w:r>
        <w:rPr>
          <w:b/>
        </w:rPr>
        <w:t xml:space="preserve">[28:53] </w:t>
      </w:r>
      <w:r>
        <w:t>jaise ek glass hai, ab glass mein dekhiye, ye dhakkan hai. ek bachcha, jisko kuch nahi, concept hai na dhakkan ka na glass ka, usko aap alag rakh denge, usko alag rakh denge.</w:t>
      </w:r>
    </w:p>
    <w:p>
      <w:pPr>
        <w:jc w:val="right"/>
      </w:pPr>
      <w:r>
        <w:t>جیسےایکگلاسہے، ابگلاسمیںدیکھیے، یہڈھکن ہے۔ ایک بچہ،جسکوکچھنہیں ،کانسیپٹہے نہڈھکنکانہگلاسکا، اسکوآپالگرکھدیںگے،اسکوالگرکھدیںگے۔</w:t>
      </w:r>
    </w:p>
    <w:p>
      <w:r>
        <w:rPr>
          <w:b/>
        </w:rPr>
        <w:t xml:space="preserve">[29:04] </w:t>
      </w:r>
      <w:r>
        <w:t>bachche se kahenge ke. toh bachcha dhoondhte dhoondhte dhoondh kar karte karte karte usko aesa karega</w:t>
      </w:r>
    </w:p>
    <w:p>
      <w:pPr>
        <w:jc w:val="right"/>
      </w:pPr>
      <w:r>
        <w:t>بچےسےکہیںگےکہ۔ توبچہ ڈھونڈتےڈھونڈتےڈھونڈکرتےکرتے کرتے اسکو ایساکرےگا</w:t>
      </w:r>
    </w:p>
    <w:p>
      <w:r>
        <w:rPr>
          <w:b/>
        </w:rPr>
        <w:t xml:space="preserve">[29:11] </w:t>
      </w:r>
      <w:r>
        <w:t>to discover karega ke uska yeh cover hai, uska dhakan hai. to apna mind ko istemal karke cheezon ko jaanna, ek ek sab kuch likha hua ho,</w:t>
      </w:r>
    </w:p>
    <w:p>
      <w:pPr>
        <w:jc w:val="right"/>
      </w:pPr>
      <w:r>
        <w:t>تو ڈسکورکرےگاکہاسکا یہ کورہے، اسکاڈھکنہے۔ تو اپنا مائنڈکواستعمال کرکے چیزوںکوجان نا، ایک ایکسبکچھلکھاہواہو ،</w:t>
      </w:r>
    </w:p>
    <w:p>
      <w:r>
        <w:rPr>
          <w:b/>
        </w:rPr>
        <w:t xml:space="preserve">[29:26] </w:t>
      </w:r>
      <w:r>
        <w:t>ek ek khud aadmi apne mind ko istemal kare. to agar Allah taala ne duniya ko paida karte the is tarah se, woh bhi Allah taala ke ilm mein tha, kyunke Allah taala ki sifat hai kun fayakun kaha chaak sab kuch ho jata,</w:t>
      </w:r>
    </w:p>
    <w:p>
      <w:pPr>
        <w:jc w:val="right"/>
      </w:pPr>
      <w:r>
        <w:t>ایکایکخود آدمیاپنےمائنڈکواستعمال کرے۔ تواگر اللہ تعالیدنیا کوپیدا کرتے تھےاسطرحسے، وہبھی اللہتعالیکےبسمیںتھا، کیونکہاللہتعالی کی صفتہےکنفیکون کہاچانکسبکچھہوجاتا،</w:t>
      </w:r>
    </w:p>
    <w:p>
      <w:r>
        <w:rPr>
          <w:b/>
        </w:rPr>
        <w:t xml:space="preserve">[29:38] </w:t>
      </w:r>
      <w:r>
        <w:t>na koi process, na koi jisko kehte hain principle foundation, woh na. to hum sochte hain kya yeh itna lamba jo process chala, har qadam pe is mein jo beshahsare ajza shamil hue, ek pura process chala, uski ek tareekh bani.</w:t>
      </w:r>
    </w:p>
    <w:p>
      <w:pPr>
        <w:jc w:val="right"/>
      </w:pPr>
      <w:r>
        <w:t>نہکوئیپراسیس ،نہکوئی جسکوکہ تےہیں پرنسپلفاؤنڈیشن،وہ نہ۔ توہمسوچتےہیںکیا یہ اتنالمباجوپراسیسچلا، ہرقدم پراسمیںجوبہتسارے اجزاءشامل ہوئے، ایک پوراپراسیسچلا، اسکیایکتاریخ بنی ۔</w:t>
      </w:r>
    </w:p>
    <w:p>
      <w:r>
        <w:rPr>
          <w:b/>
        </w:rPr>
        <w:t xml:space="preserve">[29:58] </w:t>
      </w:r>
      <w:r>
        <w:t>to humko mauqa mila ke hum sochein. to Khuda ko yeh matloob hai ke hum sochkar cheezon ko discover karein. isi ko kehte hain marifat, realization.</w:t>
      </w:r>
    </w:p>
    <w:p>
      <w:pPr>
        <w:jc w:val="right"/>
      </w:pPr>
      <w:r>
        <w:t>توہمکو موقعملاکہہمسوچیں۔ توخداکویہمطلوبہےکہہمسوچکرچیزوںکوڈسکورکریں۔ اسیکوکہتےہیں معرفت، ریلائزیشن۔</w:t>
      </w:r>
    </w:p>
    <w:p>
      <w:r>
        <w:rPr>
          <w:b/>
        </w:rPr>
        <w:t xml:space="preserve">[30:09] </w:t>
      </w:r>
      <w:r>
        <w:t>to insaan ka mind jo hai, unfold ho, sochkar ke intellectual development ho, aur phir Allah taala ko, yaani discovery ke taur par, woh jaane, yaani creator ko discover kare. woh jaise farishte hain, farishton ko iski zaroorat nahi ke woh creator ko discover karein, kyunke paidaish jaante hain woh Khuda ko.</w:t>
      </w:r>
    </w:p>
    <w:p>
      <w:pPr>
        <w:jc w:val="right"/>
      </w:pPr>
      <w:r>
        <w:t>تو انسان کا مائنڈجوہے، انفولڈہو، سوچکرکے انٹلیکچولڈیولپمنٹہو،اور پھراللہتعالی کو ،یعنی ڈسکوری کےطورپر،وہجانے، یعنیکریٹرکوڈسکورکرے۔وہ جیسےفرشتےہیں، فرشتوں کو اسکیضرورتنہیںکہوہکریٹرکوڈسکورکریں،کیونکہ پیدائش جانتےہیںوہخداکو۔</w:t>
      </w:r>
    </w:p>
    <w:p>
      <w:r>
        <w:rPr>
          <w:b/>
        </w:rPr>
        <w:t xml:space="preserve">[30:35] </w:t>
      </w:r>
      <w:r>
        <w:t>yaani sher ke haath ki zaroorat nahi ke woh Khuda ko discover kare.</w:t>
      </w:r>
    </w:p>
    <w:p>
      <w:pPr>
        <w:jc w:val="right"/>
      </w:pPr>
      <w:r>
        <w:t>یعنی شیرکےہاتھیکیضرورتنہیں کہوہخداکوڈسکورکرے۔</w:t>
      </w:r>
    </w:p>
    <w:p>
      <w:r>
        <w:rPr>
          <w:b/>
        </w:rPr>
        <w:t xml:space="preserve">[30:39] </w:t>
      </w:r>
      <w:r>
        <w:t>pahaad aur samandar ko Khuda ko discover nahi karna hai, kisi star ko Khuda ko discover nahi karna hai. is tarah se animal hain, unko Khuda ko discover nahi karna hai, ya insaan hai, hatta ke farishton ko bhi Khuda ko discover nahi karna hai.</w:t>
      </w:r>
    </w:p>
    <w:p>
      <w:pPr>
        <w:jc w:val="right"/>
      </w:pPr>
      <w:r>
        <w:t>پہاڑاورسم ندرکوخداکوڈسکورنہیںکرناہے، کسی اسٹارکو خداکوڈسکورنہیںکرناہے۔ اسطرحسےاینیملہیں،انکو خداکوڈسکورنہیںکرناہے، یا انسان ہے، حتیکہ فرشتوںکوبھی خداکوڈسکورنہیںکرناہے۔</w:t>
      </w:r>
    </w:p>
    <w:p>
      <w:r>
        <w:rPr>
          <w:b/>
        </w:rPr>
        <w:t xml:space="preserve">[30:56] </w:t>
      </w:r>
      <w:r>
        <w:t>woh jaante hain.</w:t>
      </w:r>
    </w:p>
    <w:p>
      <w:pPr>
        <w:jc w:val="right"/>
      </w:pPr>
      <w:r>
        <w:t>وہجانتےہیں۔</w:t>
      </w:r>
    </w:p>
    <w:p>
      <w:r>
        <w:rPr>
          <w:b/>
        </w:rPr>
        <w:t xml:space="preserve">[30:58] </w:t>
      </w:r>
      <w:r>
        <w:t>yeh insaan ki sifat hai ke Allah taala ko matloob hua ke ek aisa, aisi makhlooq ho jo Khuda ko discovery ke taur par jaane. Quran Majeed mein likhi ayat hai ke wa ma khalaqtul jinna wal insa illa li ya'budun</w:t>
      </w:r>
    </w:p>
    <w:p>
      <w:pPr>
        <w:jc w:val="right"/>
      </w:pPr>
      <w:r>
        <w:t>یہانسان کیصفتہےکہاللہتعالیکو مطلوبہواکہ ایکایسا، ایسیمخلوقہو جوخداکوڈسکوریکےطورپر جانے۔ قرآنمجیدمیںلکھیآیتہے کہ وماخلقت الجنوالإنسإلاليعبدون</w:t>
      </w:r>
    </w:p>
    <w:p>
      <w:r>
        <w:rPr>
          <w:b/>
        </w:rPr>
        <w:t xml:space="preserve">[31:15] </w:t>
      </w:r>
      <w:r>
        <w:t>Quran Majeed ki ayat hai yeh ke kya Allah taala ne paida kiya insaan ko kis liye? ibaadat ke liye.</w:t>
      </w:r>
    </w:p>
    <w:p>
      <w:pPr>
        <w:jc w:val="right"/>
      </w:pPr>
      <w:r>
        <w:t>قرآنمجیدکیآیتہےیہ کہ کیااللہ تعالینے پیدا کیاانسانکو کسلیے ؟عبادتکےلیے۔</w:t>
      </w:r>
    </w:p>
    <w:p>
      <w:r>
        <w:rPr>
          <w:b/>
        </w:rPr>
        <w:t xml:space="preserve">[31:23] </w:t>
      </w:r>
      <w:r>
        <w:t>to ek Sahabi ki riwayat hai is maamle mein ke 'li ya'budun' se murad hai 'li arifun', yaani Khuda ki marifat hasil karna.</w:t>
      </w:r>
    </w:p>
    <w:p>
      <w:pPr>
        <w:jc w:val="right"/>
      </w:pPr>
      <w:r>
        <w:t>تو ایک صحابیکیروایتہےاسمعاملےمیں کہلعبدونسے مرادہے لیارفون، یعنی خداکیمعرفتحاصل کرنا۔</w:t>
      </w:r>
    </w:p>
    <w:p>
      <w:r>
        <w:rPr>
          <w:b/>
        </w:rPr>
        <w:t xml:space="preserve">[31:32] </w:t>
      </w:r>
      <w:r>
        <w:t>to Allah taala ne paida kiya insaan ko kis liye? taake woh Allah ki marifat hasil kare. marifat ke maane kya hain? discovery ke taur par daryaft kare. woh yeh matlab hai uska.</w:t>
      </w:r>
    </w:p>
    <w:p>
      <w:pPr>
        <w:jc w:val="right"/>
      </w:pPr>
      <w:r>
        <w:t>تواللہ تعالینےپیدا کیا انسانکو کسلیے ؟تاکہوہاللہ کی معرفتحاصلکرے۔ معرفتکےمعنیکیاہیں؟ ڈسکوریکےطورپردریا فتکرے۔وہ یہمطلبہےاسکا ۔</w:t>
      </w:r>
    </w:p>
    <w:p>
      <w:r>
        <w:rPr>
          <w:b/>
        </w:rPr>
        <w:t xml:space="preserve">[31:45] </w:t>
      </w:r>
      <w:r>
        <w:t>yaani ek ayat, ek ayat ke bilkul bata diya gaya hota hai, jaise farishton ko bata diya gaya hai.</w:t>
      </w:r>
    </w:p>
    <w:p>
      <w:pPr>
        <w:jc w:val="right"/>
      </w:pPr>
      <w:r>
        <w:t>یعنیایکآیت،ایک آیتکہبالکل بت ایاہواہوتاہے،جیسےفرشتوںکوبتایاہواہے۔</w:t>
      </w:r>
    </w:p>
    <w:p>
      <w:r>
        <w:rPr>
          <w:b/>
        </w:rPr>
        <w:t xml:space="preserve">[31:51] </w:t>
      </w:r>
      <w:r>
        <w:t>farishton ko paida hote hi maloom hai ke Khuda hai. yahan par Khuda ka ilm inko foran ke foran mil gaya. paida hote hi insaan ke maamle mein yeh hai ke study karke jaanne,</w:t>
      </w:r>
    </w:p>
    <w:p>
      <w:pPr>
        <w:jc w:val="right"/>
      </w:pPr>
      <w:r>
        <w:t>فرشتوںکو پیدا ہوتےہیمعلومہےکہ خداہے۔یہاںپر خداکاعلم انکو فوراًکےفوراًملگیا۔ پیدا ہوتےہی انسان کےمعاملےمیںیہہے کہ اسٹڈیکرکےجان ے،</w:t>
      </w:r>
    </w:p>
    <w:p>
      <w:r>
        <w:rPr>
          <w:b/>
        </w:rPr>
        <w:t xml:space="preserve">[32:06] </w:t>
      </w:r>
      <w:r>
        <w:t>discover karke, discover karke woh marifat tak pahunch</w:t>
      </w:r>
    </w:p>
    <w:p>
      <w:pPr>
        <w:jc w:val="right"/>
      </w:pPr>
      <w:r>
        <w:t>ڈسکورکرکے، ڈسکوریکرکےوہ معرفتتکپہنچ</w:t>
      </w:r>
    </w:p>
    <w:p>
      <w:r>
        <w:rPr>
          <w:b/>
        </w:rPr>
        <w:t xml:space="preserve">[32:10] </w:t>
      </w:r>
      <w:r>
        <w:t>e. cheezon mein soche, cheezon mein woh, cheezon mein woh apni aqal ko lagaye to phir woh daryaft ke darje mein iski imaan hasil ho.</w:t>
      </w:r>
    </w:p>
    <w:p>
      <w:pPr>
        <w:jc w:val="right"/>
      </w:pPr>
      <w:r>
        <w:t>ے۔ چیزوںمیںسوچے، چیزوںمیں وہ ،چیزوںمیںوہ اپنیعقلکولگائے توپھروہ دریا فتکےدرجےمیںاسکیایمانحاصل ہو ۔</w:t>
      </w:r>
    </w:p>
    <w:p>
      <w:r>
        <w:rPr>
          <w:b/>
        </w:rPr>
        <w:t xml:space="preserve">[32:22] </w:t>
      </w:r>
      <w:r>
        <w:t>yeh matlab hai uska. isko kyun aisa hai? is se ek thrill paida ho. thrill sab se bada jo jo aahe hai, joi oai jo aahe, woh woh hai discovery. yaani yeh glass rakha hua hai to isko dekhkar thrill nahi aayega,</w:t>
      </w:r>
    </w:p>
    <w:p>
      <w:pPr>
        <w:jc w:val="right"/>
      </w:pPr>
      <w:r>
        <w:t>یہمطلبہےاسکا ۔ اسکاکیوںایساہے؟ اسسےایکتھرلپیداہو۔تھرل سبسے بڑاجو جو جوائےہے، جےاو وائیجوائے، وہ وہہے ڈسکوری ۔یعنییہگلاسرکھاہواہے تو اسکودیکھکرتھرلنہیںآئےگا،</w:t>
      </w:r>
    </w:p>
    <w:p>
      <w:r>
        <w:rPr>
          <w:b/>
        </w:rPr>
        <w:t xml:space="preserve">[32:40] </w:t>
      </w:r>
      <w:r>
        <w:t>lekin yahan kuch bher ho, achaanak aap discover karein glass ko aur pani ko to ek ek thrill ka tajurba aapko hota hota hai. is se</w:t>
      </w:r>
    </w:p>
    <w:p>
      <w:pPr>
        <w:jc w:val="right"/>
      </w:pPr>
      <w:r>
        <w:t>لیکن یہاںکچھبھیرہو،اچانکآپ ڈسکورکریں گلاس کواورپانیکو توایکایکتھرلنگتجربہآپکوہوتاہوتاہے۔اسسے</w:t>
      </w:r>
    </w:p>
    <w:p>
      <w:r>
        <w:rPr>
          <w:b/>
        </w:rPr>
        <w:t xml:space="preserve">[32:50] </w:t>
      </w:r>
      <w:r>
        <w:t>to Khuda ko, yaani Allah taala ko yeh matloob nahi tha ke sab bata diya jaye aur insaan jaane, jaise farishte jaante hain. nahi, balke insaan soche, apni aqal ko istemal kare, apne potential ko unfold kare, aur phir woh daryaft kare</w:t>
      </w:r>
    </w:p>
    <w:p>
      <w:pPr>
        <w:jc w:val="right"/>
      </w:pPr>
      <w:r>
        <w:t>تو خداکو ،یعنیاللہتعالیکویہمطلوبنہیںتھاکہبسبتادیا جائےاورانسانجان لے، جیسےفرشتےجانتےہیں۔ نہیں ، بلکہانسان سوچے،اپنی عقلکواستعمالکرے، اپنے پوٹینشلکوانفولڈکرے، اورپھروہ دریافتکرے</w:t>
      </w:r>
    </w:p>
    <w:p>
      <w:r>
        <w:rPr>
          <w:b/>
        </w:rPr>
        <w:t xml:space="preserve">[33:07] </w:t>
      </w:r>
      <w:r>
        <w:t>ke usko woh tajurba ho, usko ke Archimedes ne kaha tha, Greek philosopher ne, Eureka. Eureka yeh bohat mashoor qissa hai ke badshah ne us se kaha ke kyun aisa hai ke pani mein agar hum lohe ka tukda daalein to woh doob jata hai,</w:t>
      </w:r>
    </w:p>
    <w:p>
      <w:pPr>
        <w:jc w:val="right"/>
      </w:pPr>
      <w:r>
        <w:t>کہاسکووہتجربہہو،اسکو کہ ارکیمیڈیزنےکہاتھا، گریکفلاسفرنے، یوریکا۔یوریکا یہ بہتمشہورقصہہے کہ بادشاہنےاسسےکہا کہ کیوںایساہےکہپانیمیںاگرہم لوہےکاٹکڑاڈالیںتو وہڈوبجاتاہے،</w:t>
      </w:r>
    </w:p>
    <w:p>
      <w:r>
        <w:rPr>
          <w:b/>
        </w:rPr>
        <w:t xml:space="preserve">[33:26] </w:t>
      </w:r>
      <w:r>
        <w:t>aur boat daalein to doobti, doobti nahi hai. yaani nauj woh hai, kashti jo hai, woh nahi doobti hai, aur lohe ka tukda doob jata hai.</w:t>
      </w:r>
    </w:p>
    <w:p>
      <w:pPr>
        <w:jc w:val="right"/>
      </w:pPr>
      <w:r>
        <w:t>اور بوٹڈالیںتو ڈوبتی،ڈوبتینہیںہے۔ یعنی ناوجوہے، کشتیجوہے،وہنہیںڈوبتیہے، اورلوہےکاٹکڑاڈوبجاتاہے۔</w:t>
      </w:r>
    </w:p>
    <w:p>
      <w:r>
        <w:rPr>
          <w:b/>
        </w:rPr>
        <w:t xml:space="preserve">[33:35] </w:t>
      </w:r>
      <w:r>
        <w:t>kyun aisa hai?</w:t>
      </w:r>
    </w:p>
    <w:p>
      <w:pPr>
        <w:jc w:val="right"/>
      </w:pPr>
      <w:r>
        <w:t>کیوںایساہے؟</w:t>
      </w:r>
    </w:p>
    <w:p>
      <w:r>
        <w:rPr>
          <w:b/>
        </w:rPr>
        <w:t xml:space="preserve">[33:36] </w:t>
      </w:r>
      <w:r>
        <w:t>iska pata karo. to Archimedes jo hai, wohi yeh sochte sochte ek din jab ke woh nahara tha, woh hauz mein achaanak usko discovery ho gayi.</w:t>
      </w:r>
    </w:p>
    <w:p>
      <w:pPr>
        <w:jc w:val="right"/>
      </w:pPr>
      <w:r>
        <w:t>اسکاپتہکرو۔ تو ارکیمیڈیزجوہے،وہیہسوچتےسوچتےایکدنجبکہوہنہارہاتھا،وہ حوضمیں اچانکاسکوڈسکوریہوگئی۔</w:t>
      </w:r>
    </w:p>
    <w:p>
      <w:r>
        <w:rPr>
          <w:b/>
        </w:rPr>
        <w:t xml:space="preserve">[33:46] </w:t>
      </w:r>
      <w:r>
        <w:t>us ko daryaft kar liya unhone, us ne us law of nature ko. to woh bhaga hauz se nikal kar ke, Eureka, Eureka, main ne pa liya, main ne pa liya, main ne pa liya.</w:t>
      </w:r>
    </w:p>
    <w:p>
      <w:pPr>
        <w:jc w:val="right"/>
      </w:pPr>
      <w:r>
        <w:t>اس لاکودریافتکرلیاانہوںنے، اسنے اس لاآفنیچرکو۔ تو وہ بھاگاحوضسےنکلکرکے،یوریکا،یوریکا، میںنے پالیا،میںنےپالیا،میںنےپالیا۔</w:t>
      </w:r>
    </w:p>
    <w:p>
      <w:r>
        <w:rPr>
          <w:b/>
        </w:rPr>
        <w:t xml:space="preserve">[34:01] </w:t>
      </w:r>
      <w:r>
        <w:t>to badshah ko bataya us ne.</w:t>
      </w:r>
    </w:p>
    <w:p>
      <w:pPr>
        <w:jc w:val="right"/>
      </w:pPr>
      <w:r>
        <w:t>تو بادشاہکوبتایااسنے۔</w:t>
      </w:r>
    </w:p>
    <w:p>
      <w:r>
        <w:rPr>
          <w:b/>
        </w:rPr>
        <w:t xml:space="preserve">[34:03] </w:t>
      </w:r>
      <w:r>
        <w:t>to allah ta'ala ko yeh matloob hai ke eureka type ka aap ko marifat hasil ho. eureka type ki marifat ke aap bilkul be-taab ho jaen, aap bilkul aik aik thrilling experience aap ko ho, aik storm aaye aap ke andar, intellectual storm.</w:t>
      </w:r>
    </w:p>
    <w:p>
      <w:pPr>
        <w:jc w:val="right"/>
      </w:pPr>
      <w:r>
        <w:t>تو اللہ تعالیکویہمطلوبہے کہ یوریکا ٹائپکاآپکو معرفتحاصل ہو۔ یوریکاٹائپکیمعرفت کہآپبالکل بےتابہوجائیں، آپ بالکل ایک ایک تھرلنگایکسپیرینسآپکوہو، ایک اسٹارمآئےآپکےاندر،انٹلیکچولاسٹارم۔</w:t>
      </w:r>
    </w:p>
    <w:p>
      <w:r>
        <w:rPr>
          <w:b/>
        </w:rPr>
        <w:t xml:space="preserve">[34:24] </w:t>
      </w:r>
      <w:r>
        <w:t>is liye allah ta'ala ne paida kiya insaan ko.</w:t>
      </w:r>
    </w:p>
    <w:p>
      <w:pPr>
        <w:jc w:val="right"/>
      </w:pPr>
      <w:r>
        <w:t>اسلیےاللہتعالینےپیدا کیاانسانکو ۔</w:t>
      </w:r>
    </w:p>
    <w:p>
      <w:r>
        <w:rPr>
          <w:b/>
        </w:rPr>
        <w:t xml:space="preserve">[34:27] </w:t>
      </w:r>
      <w:r>
        <w:t>is qism ka experience na to star ko hota, na planet ko hota, na suraj chand ko hota, na samandar ko hota, na pahar ko hota, na kisi darakht ko hota, na kisi animal ko hota, yahan tak ke farishton ke paas nahin hota.</w:t>
      </w:r>
    </w:p>
    <w:p>
      <w:pPr>
        <w:jc w:val="right"/>
      </w:pPr>
      <w:r>
        <w:t>اس قسم کا ایکسپیرینسنہتو اسٹارکوہوتا، نہ پلینٹکوہوتا، نہ سورجچاندکوہوتا، نہ سمندرکوہوتا،نہپہاڑکوہوتا، نہ کسی درختکوہوتا،نہکسی اینیملکوہوتا، یہاںتککہفرشتوںکےپہنہیںہوتا۔</w:t>
      </w:r>
    </w:p>
    <w:p>
      <w:r>
        <w:rPr>
          <w:b/>
        </w:rPr>
        <w:t xml:space="preserve">[34:45] </w:t>
      </w:r>
      <w:r>
        <w:t>saari kainat mein, saari kainat mein 15 billion saal se jo kainat ban rahi hai, ban rahi hai,</w:t>
      </w:r>
    </w:p>
    <w:p>
      <w:pPr>
        <w:jc w:val="right"/>
      </w:pPr>
      <w:r>
        <w:t>ساری کائناتمیں،ساریکائناتمیں 15 بل ینسالسےجوکائنات بنرہیہے،بنرہیہے،</w:t>
      </w:r>
    </w:p>
    <w:p>
      <w:r>
        <w:rPr>
          <w:b/>
        </w:rPr>
        <w:t xml:space="preserve">[34:53] </w:t>
      </w:r>
      <w:r>
        <w:t>to sirf insaan hi hai jis ko is qism ka thrilling experience hota hai. wohi quran ayat mein bataya gaya hai wa ma khalaqtul jinna wal insa illa li ya'budun ya'ni insaan ko paida kiya allah ta'ala ne ke woh aik thrilling experience ke taur par is ko marifat ho, thrilling experience ke taur par khuda ko daryaft kare.</w:t>
      </w:r>
    </w:p>
    <w:p>
      <w:pPr>
        <w:jc w:val="right"/>
      </w:pPr>
      <w:r>
        <w:t>تو صرف انسان ہیہے جسکو اس قسم کا تھرلنگایکسپیرینسہوتاہے۔ وہیقرآنآیتمیںبتایاگیاہے وماخلقت الجنوالإنسإلاليعبدون یعنیانسانکو پیدا کیااللہتعالینےکہوہ ایک تھرلنگایکسپیرینسکےطورپراسکومعرفتہو، تھرلنگایکسپیرینسکےطورپر خداکودریافتکرے۔</w:t>
      </w:r>
    </w:p>
    <w:p>
      <w:r>
        <w:rPr>
          <w:b/>
        </w:rPr>
        <w:t xml:space="preserve">[35:15] </w:t>
      </w:r>
      <w:r>
        <w:t>yeh kaisi ajeeb nemat hai allah ta'ala ki jo aap ko de di allah ta'ala ne, kyun ke is se jo mohabbat paida hoti hai allah ta'ala se, agar allah ka ilm aap ko aise ho jaye</w:t>
      </w:r>
    </w:p>
    <w:p>
      <w:pPr>
        <w:jc w:val="right"/>
      </w:pPr>
      <w:r>
        <w:t>یہ کیسیعجیبنعمتہےاللہتعالیکیجوآپکودیہےاللہتعالینے، کیونکہاسسےجو محبتپیدا ہوتیہےاللہتعالیسے، اگر اللہ کاعلم آپکوایسےہوجائے</w:t>
      </w:r>
    </w:p>
    <w:p>
      <w:r>
        <w:rPr>
          <w:b/>
        </w:rPr>
        <w:t xml:space="preserve">[35:26] </w:t>
      </w:r>
      <w:r>
        <w:t>jaise ke technical taur par hi ho jaye, jaise farishton ko hai, ya'ni doosre log bhi khuda ko jante hain, star ko bhi ilm hai, planet ko bhi ilm hai, samandar aur pahar ko bhi ilm hai ke un ka aik creator hai.</w:t>
      </w:r>
    </w:p>
    <w:p>
      <w:pPr>
        <w:jc w:val="right"/>
      </w:pPr>
      <w:r>
        <w:t>جیسےکہ ٹیکنیکلطورپرہیجوہوجائے،جیسےفرشتوںکوہے، یعنی دوسرےلوگ بھیخداکوجانتےہیں، اسٹارکوبھیعلم ہے، پلینٹکوبھیعلم ہے، سم ندراورپہاڑکوبھیعلمہے کہانکاایککریٹرہے۔</w:t>
      </w:r>
    </w:p>
    <w:p>
      <w:r>
        <w:rPr>
          <w:b/>
        </w:rPr>
        <w:t xml:space="preserve">[35:43] </w:t>
      </w:r>
      <w:r>
        <w:t>kyun ke quran majeed mein hai ke sab tasbeeh karte hain allah ta'ala ki, saari zameen o aasmaan allah ki tasbeeh karte hain, to jante hain tabhi to.</w:t>
      </w:r>
    </w:p>
    <w:p>
      <w:pPr>
        <w:jc w:val="right"/>
      </w:pPr>
      <w:r>
        <w:t>کیونکہقرآنمجیدمیںہےکہسب تسبیحکرتےہیںاللہتعالی کی، ساریزمین وآسماناللہکیتسبیحکرتےہیں، تو جانتےہیںتبھیتو۔</w:t>
      </w:r>
    </w:p>
    <w:p>
      <w:r>
        <w:rPr>
          <w:b/>
        </w:rPr>
        <w:t xml:space="preserve">[35:54] </w:t>
      </w:r>
      <w:r>
        <w:t>to planet ko, animal ko, sab ko ilm hai ke un ka aik creator hai, lekin unhone is ko discovery ke darje mein nahin paya hai. is liye khuda ki marifat un ko, un ke liye aik thrilling experience nahin hai.</w:t>
      </w:r>
    </w:p>
    <w:p>
      <w:pPr>
        <w:jc w:val="right"/>
      </w:pPr>
      <w:r>
        <w:t>تو پلانٹکو،اینیملکو،سبکوعلمہےکہانکاایککریٹرہے،لیکن انہوںنے اسکو ڈسکوریکےدرجےمیںنہیںپایاہے۔ اسلیےخداکیمعرفتانکو،انکےلیے ایک تھرلنگ ایکسپیرینسنہیںہے۔</w:t>
      </w:r>
    </w:p>
    <w:p>
      <w:r>
        <w:rPr>
          <w:b/>
        </w:rPr>
        <w:t xml:space="preserve">[36:08] </w:t>
      </w:r>
      <w:r>
        <w:t>khuda ne insaan ko muntakhib kiya, aise asbab diye, aisa dimagh diya, aise halaat paida kiye ke woh khuda ko thrilling experience ke taur par jaane.</w:t>
      </w:r>
    </w:p>
    <w:p>
      <w:pPr>
        <w:jc w:val="right"/>
      </w:pPr>
      <w:r>
        <w:t>خدانےانسانکو منتخبکیا، ایسےاسبابدیے،ایسا دماغدیا، ایسےحالات پیدا کیے کہوہخداکو تھرلنگایکسپیرینسکےطورپر جان ے۔</w:t>
      </w:r>
    </w:p>
    <w:p>
      <w:r>
        <w:rPr>
          <w:b/>
        </w:rPr>
        <w:t xml:space="preserve">[36:20] </w:t>
      </w:r>
      <w:r>
        <w:t>aur phir is ke andar jo woh duaen niklen, woh ibaadat, woh ibaadat is ke andar aaye. aap ghor kijiye ke jab khuda ko aap aik thrilling experience ke taur par daryaft karenge to aap ki dua aik aik ajeeb o ghareeb dua hogi, aap ki ibaadat aik ajeeb o ghareeb ki ibaadat hogi.</w:t>
      </w:r>
    </w:p>
    <w:p>
      <w:pPr>
        <w:jc w:val="right"/>
      </w:pPr>
      <w:r>
        <w:t>اورپھراسکےاندرجو وہ دعائیںنکلیں،وہعبادت،وہ عب ادتاسکےاندرآئے۔ آپ غورکیجئے کہجبخداکوآپ ایک تھرلنگایکسپیرینسکےطورپر دریافتکریںگےتو آپکیدعاایک ایکعجیبوغریبدعاہوگی، آپکیعبادتایکعجیبوغریب کیعبادتہوگی۔</w:t>
      </w:r>
    </w:p>
    <w:p>
      <w:r>
        <w:rPr>
          <w:b/>
        </w:rPr>
        <w:t xml:space="preserve">[36:40] </w:t>
      </w:r>
      <w:r>
        <w:t>woh technical type ki baat nahin hogi, robot, robot type ki ibaadat nahin hogi. woh</w:t>
      </w:r>
    </w:p>
    <w:p>
      <w:pPr>
        <w:jc w:val="right"/>
      </w:pPr>
      <w:r>
        <w:t>وہ ٹیکنیکلٹائپکیباتنہیںہوگی، روبوٹ، روبوٹٹائپکی عبادتنہیںہوگی۔وہ</w:t>
      </w:r>
    </w:p>
    <w:p>
      <w:r>
        <w:rPr>
          <w:b/>
        </w:rPr>
        <w:t xml:space="preserve">[36:49] </w:t>
      </w:r>
      <w:r>
        <w:t>woh aik bohat hi living ibaadat hogi, aik living dua hogi, aik living ta'alluq hoga khuda se. to woh, woh, woh allah ta'ala ko matloob tha ke aisa, aisa aik makhlooq ho, aisa aik, aisi aik creature, aisa aik creature ho jo is is tarah ka marifat is ko hasil ho.</w:t>
      </w:r>
    </w:p>
    <w:p>
      <w:pPr>
        <w:jc w:val="right"/>
      </w:pPr>
      <w:r>
        <w:t>وہایکبہت ہیلیونگعبادتہوگی، ایکلیونگدعاہوگی، ایک لیونگتعلقہوگاخداسے۔ تووہ،وہ،وہاللہتعالیکومطلوبتھاکہایسا، ایساایک مخلوقہو، ایسا ایک ،ایسیایککریچر ،ایساایک کریچرہو جو اس اس طرحکا معرفت اسکوحاصل ہو۔</w:t>
      </w:r>
    </w:p>
    <w:p>
      <w:r>
        <w:rPr>
          <w:b/>
        </w:rPr>
        <w:t xml:space="preserve">[37:10] </w:t>
      </w:r>
      <w:r>
        <w:t>to aaj usi ke liye allah ta'ala ne phir phir paighambar ka silsila shuru kiya.</w:t>
      </w:r>
    </w:p>
    <w:p>
      <w:pPr>
        <w:jc w:val="right"/>
      </w:pPr>
      <w:r>
        <w:t>توآجاسیکےلیےاللہ تعالینےپھر پھر پیغمبر کا سلسلہشروعکیا۔</w:t>
      </w:r>
    </w:p>
    <w:p>
      <w:r>
        <w:rPr>
          <w:b/>
        </w:rPr>
        <w:t xml:space="preserve">[37:15] </w:t>
      </w:r>
      <w:r>
        <w:t>jab duniya ban gayi, star ban gaye, planet ban gaye, yeh zameen ban gayi, pani ban gaya, plant ban gaya, animal aa gaye, insaan paida ho gaya, to phir allah ta'ala ne silsila shuru kiya paighambaron ka,</w:t>
      </w:r>
    </w:p>
    <w:p>
      <w:pPr>
        <w:jc w:val="right"/>
      </w:pPr>
      <w:r>
        <w:t>جب دنیا بنگئی، اسٹاربنگئے، پلینٹبنگئے، یہ صحیح،یہزمین بنگئی، پانیبنگیا، پلانٹبنگیا، اینیملآگئے، انسان پیدا ہوگیا، توپھراللہتعالینےسلسلہشروع کیا پیغمبروںکا،</w:t>
      </w:r>
    </w:p>
    <w:p>
      <w:r>
        <w:rPr>
          <w:b/>
        </w:rPr>
        <w:t xml:space="preserve">[37:31] </w:t>
      </w:r>
      <w:r>
        <w:t>yeh batane ke liye. insan ko yeh batane ke liye allah ta'ala ne paida kiya peghambaron ko.</w:t>
      </w:r>
    </w:p>
    <w:p>
      <w:pPr>
        <w:jc w:val="right"/>
      </w:pPr>
      <w:r>
        <w:t>یہیبتانےکےلیے۔ انسانکویہبتانےکےلیے اللہ تعالینےپیدا کیا پیغمبروںکو ۔</w:t>
      </w:r>
    </w:p>
    <w:p>
      <w:r>
        <w:rPr>
          <w:b/>
        </w:rPr>
        <w:t xml:space="preserve">[37:40] </w:t>
      </w:r>
      <w:r>
        <w:t>aap quran ki jo para hai, satvan para, woh isko padhiye. aap</w:t>
      </w:r>
    </w:p>
    <w:p>
      <w:pPr>
        <w:jc w:val="right"/>
      </w:pPr>
      <w:r>
        <w:t>آپقرآنکیجو پارہہے،ساتواںپارہ، وہاسکوپڑھیے۔آپ</w:t>
      </w:r>
    </w:p>
    <w:p>
      <w:r>
        <w:rPr>
          <w:b/>
        </w:rPr>
        <w:t xml:space="preserve">[37:44] </w:t>
      </w:r>
      <w:r>
        <w:t>wa idha sami'u ma un'a ila al-rasul tara 'aynahum tufidu min al-dammi mimma 'arafu bihi al-haqq</w:t>
      </w:r>
    </w:p>
    <w:p>
      <w:pPr>
        <w:jc w:val="right"/>
      </w:pPr>
      <w:r>
        <w:t>وَإِذَاسَمَعُوا مَعُونٍ أَلَىالرَّسُولِ تَرَىٰعَيْنُهُمْتَفِيدٌمَنَالْدَّمْمِمَّاعَرَفُوابِنَالْحَقِّ</w:t>
      </w:r>
    </w:p>
    <w:p>
      <w:r>
        <w:rPr>
          <w:b/>
        </w:rPr>
        <w:t xml:space="preserve">[37:52] </w:t>
      </w:r>
      <w:r>
        <w:t>to ismein ek qisse ka zikr hai ke ek christian ka ek wafd aya tha rasool allah ke paas madina</w:t>
      </w:r>
    </w:p>
    <w:p>
      <w:pPr>
        <w:jc w:val="right"/>
      </w:pPr>
      <w:r>
        <w:t>تواسمیں ایکقصےکاذکرہے کہایک کرسچنکاایک وفدآیاتھا رسولاللہکےپاس مدینہ</w:t>
      </w:r>
    </w:p>
    <w:p>
      <w:r>
        <w:rPr>
          <w:b/>
        </w:rPr>
        <w:t xml:space="preserve">[38:04] </w:t>
      </w:r>
      <w:r>
        <w:t>jannay ke liye ke aap, aap ka mission hai, aap ko kya mission hai, aap ka kya logon se kya kehte hain. aap to aap ne kya kiya ke un ko quran ki ayaten sunain.</w:t>
      </w:r>
    </w:p>
    <w:p>
      <w:pPr>
        <w:jc w:val="right"/>
      </w:pPr>
      <w:r>
        <w:t>جاننےکےلیےکہآپ ،آپ کا مشنجوہے،آپکاکیامشنہے،آپکا کیا لوگ وںسےکیاکہتےہیں۔ آپ تو آپ نے کیا کیا کہانکوقرآنکیآیتیںسن ائیں۔</w:t>
      </w:r>
    </w:p>
    <w:p>
      <w:r>
        <w:rPr>
          <w:b/>
        </w:rPr>
        <w:t xml:space="preserve">[38:17] </w:t>
      </w:r>
      <w:r>
        <w:t>woh arabi janne wale log the. woh</w:t>
      </w:r>
    </w:p>
    <w:p>
      <w:pPr>
        <w:jc w:val="right"/>
      </w:pPr>
      <w:r>
        <w:t>وہعربیجاننےوالےلوگ تھے۔وہ</w:t>
      </w:r>
    </w:p>
    <w:p>
      <w:r>
        <w:rPr>
          <w:b/>
        </w:rPr>
        <w:t xml:space="preserve">[38:22] </w:t>
      </w:r>
      <w:r>
        <w:t>to jab quran suna unhone to un ki aankhon mein aansu bahane lage.</w:t>
      </w:r>
    </w:p>
    <w:p>
      <w:pPr>
        <w:jc w:val="right"/>
      </w:pPr>
      <w:r>
        <w:t>تو جب قرآنسناانہوںنے تو انکی آنکھوںمیںآنسو بہانےلگے۔</w:t>
      </w:r>
    </w:p>
    <w:p>
      <w:r>
        <w:rPr>
          <w:b/>
        </w:rPr>
        <w:t xml:space="preserve">[38:30] </w:t>
      </w:r>
      <w:r>
        <w:t>tafeed bin dam aankhon se aansu jari ho gaya. kyun? mimma 'arafu minal haqq haq ko haq ke daryaft ke nateeje mein,</w:t>
      </w:r>
    </w:p>
    <w:p>
      <w:pPr>
        <w:jc w:val="right"/>
      </w:pPr>
      <w:r>
        <w:t>تفویض ابن دم آنکھوںسےآنسوجاریہوگیا۔ کیوں ؟ مِمَّاعَرَفُوامِنَالْحَقِّ حق کو حق کے دریا فتکےنتیجےمیں،</w:t>
      </w:r>
    </w:p>
    <w:p>
      <w:r>
        <w:rPr>
          <w:b/>
        </w:rPr>
        <w:t xml:space="preserve">[38:44] </w:t>
      </w:r>
      <w:r>
        <w:t>haq ke daryaft ke nateeje mein yeh hai marifat haq jo hai asal cheez hai. haq ke daryaft mimma 'arafu minal haqq</w:t>
      </w:r>
    </w:p>
    <w:p>
      <w:pPr>
        <w:jc w:val="right"/>
      </w:pPr>
      <w:r>
        <w:t>حق کےدریا فتکےنتیجےمیں یہہے معرفت حقجوہےاصلچیزہے۔ حق کےدریا فت مِمَّاعَرَفُوامِنَالْحَقِّ</w:t>
      </w:r>
    </w:p>
    <w:p>
      <w:r>
        <w:rPr>
          <w:b/>
        </w:rPr>
        <w:t xml:space="preserve">[38:55] </w:t>
      </w:r>
      <w:r>
        <w:t>to paighambaron ko bheja allah ta'ala ne is liye ke un ko batayen, un ko tayyar karen ke marifat ke darje mein woh allah ko pehchanein, marifat ke darje mein allah par iman layen.</w:t>
      </w:r>
    </w:p>
    <w:p>
      <w:pPr>
        <w:jc w:val="right"/>
      </w:pPr>
      <w:r>
        <w:t>تو پیغمبروںکو بھیجااللہتعالینےاسلیے کہ انکو بت ائیں،انکوتیار کریں کہ معرفتکےدرج ےمیںوہاللہکو پہچانیں، معرفتکےدرجےمیںاللہ پرایمانلائیں۔</w:t>
      </w:r>
    </w:p>
    <w:p>
      <w:r>
        <w:rPr>
          <w:b/>
        </w:rPr>
        <w:t xml:space="preserve">[39:10] </w:t>
      </w:r>
      <w:r>
        <w:t>marifat ka matlab hai discovery, realization. ya'ni un ko thrilling, un ko aik thrilling experience ho. asthir mein jeene wala bane woh mar</w:t>
      </w:r>
    </w:p>
    <w:p>
      <w:pPr>
        <w:jc w:val="right"/>
      </w:pPr>
      <w:r>
        <w:t>معرفتکامطلبہےڈسکوری،ریلائزی شن۔ یعنیانکوتھ رلنگ، انکو ایک تھرلنگایکسپیرینسہو۔ استھرلمیںجینےوالابنےوہمع</w:t>
      </w:r>
    </w:p>
    <w:p>
      <w:r>
        <w:rPr>
          <w:b/>
        </w:rPr>
        <w:t xml:space="preserve">[39:21] </w:t>
      </w:r>
      <w:r>
        <w:t>ifat ke thrill. sab jeerhe hain, zameen o aasman sab jeerhe hain khuda ki ibaadat mein. kyun ke quran mein saaf saaf hai, bar bar aaya hai ke tamam cheezein khuda ki tasbeeh karti hain.</w:t>
      </w:r>
    </w:p>
    <w:p>
      <w:pPr>
        <w:jc w:val="right"/>
      </w:pPr>
      <w:r>
        <w:t>رفت کےتھرل۔ سب جیرہےہیں،زمین وآسمانسبجیرہےہیں خداکی عبادتمیں۔ کیونکہقرآنمیںصافصافہے، باربار آیاہے کہ تمام چیزیںخداکیتسبیحکرتیہیں۔</w:t>
      </w:r>
    </w:p>
    <w:p>
      <w:r>
        <w:rPr>
          <w:b/>
        </w:rPr>
        <w:t xml:space="preserve">[39:34] </w:t>
      </w:r>
      <w:r>
        <w:t>ya'ni saari kainat khuda ki ibaadat kar rahi hai. yeh quran se sabit hai. sab hanallaha wa ma fis samawati wa ma fil ardi aisi bohat si ayaten hain.</w:t>
      </w:r>
    </w:p>
    <w:p>
      <w:pPr>
        <w:jc w:val="right"/>
      </w:pPr>
      <w:r>
        <w:t>یعنیساری کائناتخداکیعبادتکررہیہے۔ یہقرآنسےثابتہے۔ سب حاناللہ ومافيالسماواتومافيالأرض ایسیبہتسیآیتیںہیں۔</w:t>
      </w:r>
    </w:p>
    <w:p>
      <w:r>
        <w:rPr>
          <w:b/>
        </w:rPr>
        <w:t xml:space="preserve">[39:48] </w:t>
      </w:r>
      <w:r>
        <w:t>to iszrhzrh khuda ki ibadat kar raha hai. tamam sitare, tamam si are, suraj chand, pahad aur samandar sab khuda ki ibadat kar rahe hain.</w:t>
      </w:r>
    </w:p>
    <w:p>
      <w:pPr>
        <w:jc w:val="right"/>
      </w:pPr>
      <w:r>
        <w:t>تو اسذرہذرہخداکی عبادتکررہاہے۔ تمام ستارے،تمام سی ارے، سورج چاند ، پہاڑاورسمندرسبخداکیعبادتکررہےہیں۔</w:t>
      </w:r>
    </w:p>
    <w:p>
      <w:r>
        <w:rPr>
          <w:b/>
        </w:rPr>
        <w:t xml:space="preserve">[40:00] </w:t>
      </w:r>
      <w:r>
        <w:t>lekin inke liye ibadat koi thrilling experience nahi hai.</w:t>
      </w:r>
    </w:p>
    <w:p>
      <w:pPr>
        <w:jc w:val="right"/>
      </w:pPr>
      <w:r>
        <w:t>لیکن انکےلیے عبادت کوئیتھرلنگایکسپیرینسنہیںہے۔</w:t>
      </w:r>
    </w:p>
    <w:p>
      <w:r>
        <w:rPr>
          <w:b/>
        </w:rPr>
        <w:t xml:space="preserve">[40:08] </w:t>
      </w:r>
      <w:r>
        <w:t>inke liye ibadat jo hai koi thrilling experience nahi hai. inki tasbeeh, inki ibadat bas ek, ek, ek, ek technical cheez hai. bas</w:t>
      </w:r>
    </w:p>
    <w:p>
      <w:pPr>
        <w:jc w:val="right"/>
      </w:pPr>
      <w:r>
        <w:t>انکےلیے عبادتجوہےکوئیتھرلنگایکسپیرینسنہیںہے۔ انکی تسبیح،انکیعبادت بس ایک،ایک، ایک، ایک ٹیکنیکلچیزہے۔بس</w:t>
      </w:r>
    </w:p>
    <w:p>
      <w:r>
        <w:rPr>
          <w:b/>
        </w:rPr>
        <w:t xml:space="preserve">[40:22] </w:t>
      </w:r>
      <w:r>
        <w:t>to Allah taala ka kitna bada yeh ehsan tha insan ke liye. to isne insaan ko aisi salahiyatein dein, aisa mind diya, aise halaat paida kiye isko.</w:t>
      </w:r>
    </w:p>
    <w:p>
      <w:pPr>
        <w:jc w:val="right"/>
      </w:pPr>
      <w:r>
        <w:t>تو اللہ تعالی کا کتنابڑا یہ احسانتھا انسان کےلیے۔ تواسنےانسانکو ایسیصلاحیتیںدیں، ایسا مائنڈدیا،ایسےحالات پیدا کیےاسکو۔</w:t>
      </w:r>
    </w:p>
    <w:p>
      <w:r>
        <w:rPr>
          <w:b/>
        </w:rPr>
        <w:t xml:space="preserve">[40:34] </w:t>
      </w:r>
      <w:r>
        <w:t>to paighambar isi liye bheje gaye insan ko yeh batane ke liye ke jano ke Khuda ne tumhare saath kya blessing ki hai, kya inaam tumhare par kiya hai.</w:t>
      </w:r>
    </w:p>
    <w:p>
      <w:pPr>
        <w:jc w:val="right"/>
      </w:pPr>
      <w:r>
        <w:t>تو پیغمبراسیلیےبھیجےگئے انسان کویہبتانےکےلیےکہجانوکہخدانےتمہارےساتھ کیا بلیسنگکیہے، کیا انعامتمہارےپرکیاہے۔</w:t>
      </w:r>
    </w:p>
    <w:p>
      <w:r>
        <w:rPr>
          <w:b/>
        </w:rPr>
        <w:t xml:space="preserve">[40:43] </w:t>
      </w:r>
      <w:r>
        <w:t>to woh tumhara darja star se badha diya, us planet se badha diya, tumhara darja Khuda ne suraj chand se badha diya, planet se, animal se, sab se badha diya.</w:t>
      </w:r>
    </w:p>
    <w:p>
      <w:pPr>
        <w:jc w:val="right"/>
      </w:pPr>
      <w:r>
        <w:t>تووہتمہارادرجہ اسٹارسےبڑھادیا، اس پلینٹسےبڑھادیا، تمہارادرجہ خدانےسورجچاندسےبڑھادیا، پلانٹسے،اینیملسے،سبسےبڑھادیا۔</w:t>
      </w:r>
    </w:p>
    <w:p>
      <w:r>
        <w:rPr>
          <w:b/>
        </w:rPr>
        <w:t xml:space="preserve">[40:56] </w:t>
      </w:r>
      <w:r>
        <w:t>kyunki woh Khuda ki ibadat kar rahe the ek, ek, ek technical, technical andaaz mein, robot ke andaaz mein. sab ke sab Khuda ki ibadat kar rahe the robot ke andaaz mein kar rahe the.</w:t>
      </w:r>
    </w:p>
    <w:p>
      <w:pPr>
        <w:jc w:val="right"/>
      </w:pPr>
      <w:r>
        <w:t>کیونکہوہ خداکیعبادتکررہےتھے ایک، ایک،ایک ٹیکنیکل،ٹیکنیکلاندازمیں، روبوٹکےاندازمیں۔ سبکےسب خداکیعبادتکررہےتھےروبوٹکےاندازمیںکررہےتھے۔</w:t>
      </w:r>
    </w:p>
    <w:p>
      <w:r>
        <w:rPr>
          <w:b/>
        </w:rPr>
        <w:t xml:space="preserve">[41:09] </w:t>
      </w:r>
      <w:r>
        <w:t>to Allah taala ne in farishton, Allah taala ne paighambaron ko bheja insan ko batane ke liye ke tum ka tumhara darja kya hai Allah ke haan.</w:t>
      </w:r>
    </w:p>
    <w:p>
      <w:pPr>
        <w:jc w:val="right"/>
      </w:pPr>
      <w:r>
        <w:t>تو اللہ تعالی نے ان فرشتوں ، اللہتعالینے پیغمبروںکوبھیجا انسان کو بتانےکےلیے کہ تم کاتمہارادرجہکیاہےاللہکےہاں۔</w:t>
      </w:r>
    </w:p>
    <w:p>
      <w:r>
        <w:rPr>
          <w:b/>
        </w:rPr>
        <w:t xml:space="preserve">[41:20] </w:t>
      </w:r>
      <w:r>
        <w:t>tum thrill ke darje mein daryaft karo, thrill ke darje mein ibadat karo Allah taala ki.</w:t>
      </w:r>
    </w:p>
    <w:p>
      <w:pPr>
        <w:jc w:val="right"/>
      </w:pPr>
      <w:r>
        <w:t>تم تھرلکےدرجےمیںدریافتکرو،تھرلکےدرجےمیں عبادتکرواللہتعالیکی۔</w:t>
      </w:r>
    </w:p>
    <w:p>
      <w:r>
        <w:rPr>
          <w:b/>
        </w:rPr>
        <w:t xml:space="preserve">[41:24] </w:t>
      </w:r>
      <w:r>
        <w:t>aur yeh woh log hain jo jin mein jagah payenge. jannat kisi darakht ke liye nahi hai, kisi pahad ke liye nahi hai, kisi star ke liye nahi hai, kisi planet ke liye nahi hai.</w:t>
      </w:r>
    </w:p>
    <w:p>
      <w:pPr>
        <w:jc w:val="right"/>
      </w:pPr>
      <w:r>
        <w:t>اور یہیوہلوگہیںجوجنتمیںجگہپائیںگے۔ جنتکسی درختکےلیےنہیںہے،کسی پہاڑکےلیےنہیںہے، کسی اسٹارکےلیےنہیںہے،کسی اسپلینٹکےلیےنہیںہے۔</w:t>
      </w:r>
    </w:p>
    <w:p>
      <w:r>
        <w:rPr>
          <w:b/>
        </w:rPr>
        <w:t xml:space="preserve">[41:34] </w:t>
      </w:r>
      <w:r>
        <w:t>jannat kisi animal ki jannat nahi hai, insan ki jannat hai. kyun? jannat un logon ke liye hai jo thrill ke darje mein Allah ko payein, thrill ke darje mein dua aur ibadat ka saboot dein.</w:t>
      </w:r>
    </w:p>
    <w:p>
      <w:pPr>
        <w:jc w:val="right"/>
      </w:pPr>
      <w:r>
        <w:t>جنت کسی اینیملکیجنتنہیںہے، انسان کیجنتہے۔ کیوں؟ جنتانلوگوںکےلیےہےجو تھرلکےدرجےمیںاللہکوپائیں، تھرلکےدرجےمیں دعااورعبادت کا ثبوتدیں۔</w:t>
      </w:r>
    </w:p>
    <w:p>
      <w:r>
        <w:rPr>
          <w:b/>
        </w:rPr>
        <w:t xml:space="preserve">[41:53] </w:t>
      </w:r>
      <w:r>
        <w:t>to yeh, yeh, is, yeh, yeh isi ko batane ke liye tamam paighambar aaye.</w:t>
      </w:r>
    </w:p>
    <w:p>
      <w:pPr>
        <w:jc w:val="right"/>
      </w:pPr>
      <w:r>
        <w:t>تو یہ،یہ، اس،یہ،یہ اسیکوبت انےکےلیےتمام پیغمبرآئے۔</w:t>
      </w:r>
    </w:p>
    <w:p>
      <w:r>
        <w:rPr>
          <w:b/>
        </w:rPr>
        <w:t xml:space="preserve">[42:00] </w:t>
      </w:r>
      <w:r>
        <w:t>lekin insan jo hai itna zyada mashghool tha, yani iski soch jo hai woh unfolding ho pa rahi thi.</w:t>
      </w:r>
    </w:p>
    <w:p>
      <w:pPr>
        <w:jc w:val="right"/>
      </w:pPr>
      <w:r>
        <w:t>لیکن انسانجوہے اتنازیادہ مشغولتھا، یعنی اسکیسوچجوہےوہ انفولڈنگہوپارہیتھی۔</w:t>
      </w:r>
    </w:p>
    <w:p>
      <w:r>
        <w:rPr>
          <w:b/>
        </w:rPr>
        <w:t xml:space="preserve">[42:13] </w:t>
      </w:r>
      <w:r>
        <w:t>insan ki jo soch hai woh conditioning mein, conditioning mein jeera tha.</w:t>
      </w:r>
    </w:p>
    <w:p>
      <w:pPr>
        <w:jc w:val="right"/>
      </w:pPr>
      <w:r>
        <w:t>انسان کیجوسوچہے وہ کنڈیشننگ میں،کنڈیشننگمیںجیرہاتھا۔</w:t>
      </w:r>
    </w:p>
    <w:p>
      <w:r>
        <w:rPr>
          <w:b/>
        </w:rPr>
        <w:t xml:space="preserve">[42:19] </w:t>
      </w:r>
      <w:r>
        <w:t>hazaron saal tak insan jo hai shirk ki conditioning. aur main ne jo do baat arz ki, shirk aur yeh,</w:t>
      </w:r>
    </w:p>
    <w:p>
      <w:pPr>
        <w:jc w:val="right"/>
      </w:pPr>
      <w:r>
        <w:t>ہزاروںسالتک انسانجوہے شرککیکنڈیشننگ۔ اور میںنےجودو بات عرضکی، شرکاور یہ،</w:t>
      </w:r>
    </w:p>
    <w:p>
      <w:r>
        <w:rPr>
          <w:b/>
        </w:rPr>
        <w:t xml:space="preserve">[42:32] </w:t>
      </w:r>
      <w:r>
        <w:t>yani polytheism aur monotheism. ek, ek paida hua tha mushrikana mazhab se, doosra paida hua tha philosopher ne paida kiya tha.</w:t>
      </w:r>
    </w:p>
    <w:p>
      <w:pPr>
        <w:jc w:val="right"/>
      </w:pPr>
      <w:r>
        <w:t>یعنی اول تھیزماورمونوتھیزم۔ ایک ،ایک پیدا ہواتھا مشرکانہمذہبسے ،دوسراپیدا ہواتھا فلاسفرنےپیداکیاتھا۔</w:t>
      </w:r>
    </w:p>
    <w:p>
      <w:r>
        <w:rPr>
          <w:b/>
        </w:rPr>
        <w:t xml:space="preserve">[42:42] </w:t>
      </w:r>
      <w:r>
        <w:t>isi mein jeera tha, isi mein condition ho gaya tha woh.</w:t>
      </w:r>
    </w:p>
    <w:p>
      <w:pPr>
        <w:jc w:val="right"/>
      </w:pPr>
      <w:r>
        <w:t>اسیمیںجیرہاتھا،اسیمیںکنڈیشنہوگیاتھاوہ۔</w:t>
      </w:r>
    </w:p>
    <w:p>
      <w:r>
        <w:rPr>
          <w:b/>
        </w:rPr>
        <w:t xml:space="preserve">[42:46] </w:t>
      </w:r>
      <w:r>
        <w:t>to phir Allah taala ne char hazar saal pehle Hazrat Hajra ko basaya, Hajra ko, Ismail ko wahan par Arab ke desert mein.</w:t>
      </w:r>
    </w:p>
    <w:p>
      <w:pPr>
        <w:jc w:val="right"/>
      </w:pPr>
      <w:r>
        <w:t>توپھراللہ تعالینے چارہزارسالپہلے حضرتہاجرہکو بسایا، ہاجرہکو،اسماعیلکو وہاںپر عرب کے ڈیزرٹمیں۔</w:t>
      </w:r>
    </w:p>
    <w:p>
      <w:r>
        <w:rPr>
          <w:b/>
        </w:rPr>
        <w:t xml:space="preserve">[42:56] </w:t>
      </w:r>
      <w:r>
        <w:t>kyun? taake ek new generation paida ho jo free of conditioning ho. wahan par koi saman tha nahi condition karne ka,</w:t>
      </w:r>
    </w:p>
    <w:p>
      <w:pPr>
        <w:jc w:val="right"/>
      </w:pPr>
      <w:r>
        <w:t>کیوں ؟تاکہایکنئینسل پیدا ہو جو فریآفکنڈیشننگہو۔ وہاںپرکوئی سامانتھا نہیںکنڈیشن کرنے کا ،</w:t>
      </w:r>
    </w:p>
    <w:p>
      <w:r>
        <w:rPr>
          <w:b/>
        </w:rPr>
        <w:t xml:space="preserve">[43:07] </w:t>
      </w:r>
      <w:r>
        <w:t>sehra mein kuch bhi nahi tha, wahan par animal bhi nahi the, wahan darakht bhi nahi the, wahan par na koi culture tha, na koi tamaddun tha, kuch bhi nahi tha.</w:t>
      </w:r>
    </w:p>
    <w:p>
      <w:pPr>
        <w:jc w:val="right"/>
      </w:pPr>
      <w:r>
        <w:t>صحرامیںکچھبھینہیںتھا،وہاںپر اینیملبھینہیںتھے،وہاںدرختبھینہیںتھے،وہاںپر نہکوئی کلچرتھا،نہکوئیتمدنتھا، کچھبھینہیں تھا۔</w:t>
      </w:r>
    </w:p>
    <w:p>
      <w:r>
        <w:rPr>
          <w:b/>
        </w:rPr>
        <w:t xml:space="preserve">[43:18] </w:t>
      </w:r>
      <w:r>
        <w:t>sehrai zindagi, desert ki zindagi. to ismein Hajra ko basadiya, Ismail ko basadiya.</w:t>
      </w:r>
    </w:p>
    <w:p>
      <w:pPr>
        <w:jc w:val="right"/>
      </w:pPr>
      <w:r>
        <w:t>صحرائیزندگی ، ڈیزرٹکیزندگی ۔ تو اسمیں ہاجرہ کو بسادیا، اسماعیلکوبسادیا۔</w:t>
      </w:r>
    </w:p>
    <w:p>
      <w:r>
        <w:rPr>
          <w:b/>
        </w:rPr>
        <w:t xml:space="preserve">[43:30] </w:t>
      </w:r>
      <w:r>
        <w:t>wahan par ek new generation bani. is new generation mein se Muhammad bin Abdullah bin Abdul Muttalib nikle,</w:t>
      </w:r>
    </w:p>
    <w:p>
      <w:pPr>
        <w:jc w:val="right"/>
      </w:pPr>
      <w:r>
        <w:t>وہاںپرایکنئینسلبنی ۔ اسینئینسلمیںسے محمد بنعبداللہابن عبدالمطلبنکلے،</w:t>
      </w:r>
    </w:p>
    <w:p>
      <w:r>
        <w:rPr>
          <w:b/>
        </w:rPr>
        <w:t xml:space="preserve">[43:38] </w:t>
      </w:r>
      <w:r>
        <w:t>khatam un nabiyyin. phir unhone apna machine chalaya, wahan tauheed ka 610 AD mein. phir, yani chuki woh log conditioning se pak the,</w:t>
      </w:r>
    </w:p>
    <w:p>
      <w:pPr>
        <w:jc w:val="right"/>
      </w:pPr>
      <w:r>
        <w:t>خاتم النبیین۔ پھرانہوںنے اپنا مشینچلایا،وہاں توحیدکا 6 10عیسویمیں۔ پھر، یعنیچونکہوہلوگ کنڈیشننگسےپاک تھے،</w:t>
      </w:r>
    </w:p>
    <w:p>
      <w:r>
        <w:rPr>
          <w:b/>
        </w:rPr>
        <w:t xml:space="preserve">[43:52] </w:t>
      </w:r>
      <w:r>
        <w:t>jaldi baat ko samajh gaye. pichhle paighambaron ke zamane mein log mazaaq udate rahe, ya hasrat, ya hasrat allabad, maati rusul, inna kanw aniyee pichhle saare paighambaron ka mazaaq udate rahe log.</w:t>
      </w:r>
    </w:p>
    <w:p>
      <w:pPr>
        <w:jc w:val="right"/>
      </w:pPr>
      <w:r>
        <w:t>جلدیباتکوسمجھگئے۔ پچھلےپیغمبروںکےزمانےمیںلوگ مذاقاڑاتےرہے، یا حس رت ،یاحسرت اللباد، مایتی رس ول ،اناکان وی عنیپچھلےسارے پیغمبروںکامذاقاڑاتےرہےلوگ۔</w:t>
      </w:r>
    </w:p>
    <w:p>
      <w:r>
        <w:rPr>
          <w:b/>
        </w:rPr>
        <w:t xml:space="preserve">[44:07] </w:t>
      </w:r>
      <w:r>
        <w:t>kabhi koi team bani hai, bani, koi kabhi aisa nahi hoga ke bahut saare log paighambar ke saathi ban aayein. kyun? conditioning ki wajah se the.</w:t>
      </w:r>
    </w:p>
    <w:p>
      <w:pPr>
        <w:jc w:val="right"/>
      </w:pPr>
      <w:r>
        <w:t>کبھیکوئی ٹیمبنی ہے،بنی، کوئی کبھیایسانہیںہوگاکہبہتسارےلوگ پیغمبرکےساتھیبنجائیں۔ کیوں؟کنڈیشننگکیوجہسےتھے۔</w:t>
      </w:r>
    </w:p>
    <w:p>
      <w:r>
        <w:rPr>
          <w:b/>
        </w:rPr>
        <w:t xml:space="preserve">[44:17] </w:t>
      </w:r>
      <w:r>
        <w:t>inkikondishiningkotornekelie sahramenbasayagaya, yani desertmenjo basayagiyatha, hajra ko, ismail ko. to isilie thake kondishan, yani kondishining se free ek naslbane.</w:t>
      </w:r>
    </w:p>
    <w:p>
      <w:pPr>
        <w:jc w:val="right"/>
      </w:pPr>
      <w:r>
        <w:t>انکیکنڈیشننگکوتوڑنےکےلیے صحرامیںبسایاگیا، یعنیڈیزرٹمیںجوبسایاگیاتھا ،ہاجرہکو،اسماعیلکو۔ تو اسیلیےتھاکہ کنڈیشن، یعنیکنڈیشننگسے فری ایک نسلبنے۔</w:t>
      </w:r>
    </w:p>
    <w:p>
      <w:r>
        <w:rPr>
          <w:b/>
        </w:rPr>
        <w:t xml:space="preserve">[44:36] </w:t>
      </w:r>
      <w:r>
        <w:t>wo bani, wo nasl do hazar sal laggae isko banane men. kyonke tola hoga, tanasla hoga, baap se beta paida hoga, bete se pota paida hoga, hote hote, hote hote, tab bari tadad banegi.</w:t>
      </w:r>
    </w:p>
    <w:p>
      <w:pPr>
        <w:jc w:val="right"/>
      </w:pPr>
      <w:r>
        <w:t>وہ بنی، وہ نسل دوہزارساللگگئےاسکوبنانےمیں۔ کیونکہ تول دہوگا،تناسلہوگا، باپسےبیٹا پیداہوگا،بیٹےسےپوتاپیداہوگا،ہوتےہوتے،ہوتےہوتے،تببڑیتعداد بنےگی۔</w:t>
      </w:r>
    </w:p>
    <w:p>
      <w:r>
        <w:rPr>
          <w:b/>
        </w:rPr>
        <w:t xml:space="preserve">[44:52] </w:t>
      </w:r>
      <w:r>
        <w:t>to rasool Allah sallallahu alaihi wasallam paida hue wahan 570 isvi men makka men, is nasl men se, yani jisko hote hain hum bani ismail.</w:t>
      </w:r>
    </w:p>
    <w:p>
      <w:pPr>
        <w:jc w:val="right"/>
      </w:pPr>
      <w:r>
        <w:t>تورسولاللہصلیاللہعلیہوسلمپیداہوئےوہاں5 70عیسویمیں مکہمیں، اسینسل میںسے،یعنیجسکوہوتےہیںہمبنواسماعیل۔</w:t>
      </w:r>
    </w:p>
    <w:p>
      <w:r>
        <w:rPr>
          <w:b/>
        </w:rPr>
        <w:t xml:space="preserve">[45:01] </w:t>
      </w:r>
      <w:r>
        <w:t>phir aap ke tablegh se, aap ki dawat se ek bada groh taiyar ho gaya. is groh ne tarikh ko ek naya board diya, yani us ki kondishining ko toda.</w:t>
      </w:r>
    </w:p>
    <w:p>
      <w:pPr>
        <w:jc w:val="right"/>
      </w:pPr>
      <w:r>
        <w:t>پھرآپ کے تبلیغسے،آپکیدعوتسے ایکبڑا گروہتیارہوگیا۔ اس گروہنے تاریخ کو ایک نیا بورڈدیا، یعنیاسکیکنڈیشننگکوتوڑا۔</w:t>
      </w:r>
    </w:p>
    <w:p>
      <w:r>
        <w:rPr>
          <w:b/>
        </w:rPr>
        <w:t xml:space="preserve">[45:17] </w:t>
      </w:r>
      <w:r>
        <w:t>iske bare men jahan tak men ne parha hai, isko bahut zyada, yani isko itraf kiya hai, bahut zyada isko, yani janana hai.</w:t>
      </w:r>
    </w:p>
    <w:p>
      <w:pPr>
        <w:jc w:val="right"/>
      </w:pPr>
      <w:r>
        <w:t>اسکےبارےمیںجہاںتکمیںنےپڑھاہے، اسکابہتزیادہ ،یعنیاسکو اعت رافکیاہے،بہتزیادہ اسکو، یعنیجاناہے۔</w:t>
      </w:r>
    </w:p>
    <w:p>
      <w:r>
        <w:rPr>
          <w:b/>
        </w:rPr>
        <w:t xml:space="preserve">[45:27] </w:t>
      </w:r>
      <w:r>
        <w:t>france ke ek murikh ne, iska naam hai Henrypren.</w:t>
      </w:r>
    </w:p>
    <w:p>
      <w:pPr>
        <w:jc w:val="right"/>
      </w:pPr>
      <w:r>
        <w:t>فرانس کےایکمورخنے،اسکانامہے ہنریپرین۔</w:t>
      </w:r>
    </w:p>
    <w:p>
      <w:r>
        <w:rPr>
          <w:b/>
        </w:rPr>
        <w:t xml:space="preserve">[45:33] </w:t>
      </w:r>
      <w:r>
        <w:t>Henrypren to Henrypren ne likha hai ke Islam changed the face of the globe. The traditional order of history was overthrown.</w:t>
      </w:r>
    </w:p>
    <w:p>
      <w:pPr>
        <w:jc w:val="right"/>
      </w:pPr>
      <w:r>
        <w:t>ہنریپرین توہنریپریننےلکھاہے کہ اسلام چینجدا فیسآفداگلوب۔ دا ٹریڈیشنلآرڈرآفہسٹریوازاوورتھرون۔</w:t>
      </w:r>
    </w:p>
    <w:p>
      <w:r>
        <w:rPr>
          <w:b/>
        </w:rPr>
        <w:t xml:space="preserve">[45:48] </w:t>
      </w:r>
      <w:r>
        <w:t>Islam changed the face of the globe. The traditional order of history was overthrown.</w:t>
      </w:r>
    </w:p>
    <w:p>
      <w:pPr>
        <w:jc w:val="right"/>
      </w:pPr>
      <w:r>
        <w:t>اسلام چینجدافیسآفداگلوب۔ دا ٹریڈیشنلآرڈرآفہسٹریوازاوورتھرون۔</w:t>
      </w:r>
    </w:p>
    <w:p>
      <w:r>
        <w:rPr>
          <w:b/>
        </w:rPr>
        <w:t xml:space="preserve">[45:56] </w:t>
      </w:r>
      <w:r>
        <w:t>is ne isko janana hai ke kitna bada inqilab aaya tha Islam ke zariye se ke pichli kondishining toot gayi. Pichla jo culture tha, jo shirk par base karta tha, wo khatam ho gaya.</w:t>
      </w:r>
    </w:p>
    <w:p>
      <w:pPr>
        <w:jc w:val="right"/>
      </w:pPr>
      <w:r>
        <w:t>اسنےاسکوجاناہے کہکتنابڑاانقلابآیاتھااسلام کےذریعےسے کہپچھلیکنڈیشننگٹوٹگئی۔ پچھلاجوکلچرتھا،جو سپرشرکبیسکرتاتھا،وہختمہوگیا۔</w:t>
      </w:r>
    </w:p>
    <w:p>
      <w:r>
        <w:rPr>
          <w:b/>
        </w:rPr>
        <w:t xml:space="preserve">[46:08] </w:t>
      </w:r>
      <w:r>
        <w:t>ek naya daur aaya, pura pura arab jo hai, is men ek nai nasl ban gai. Phir ye log phailen duniya men,</w:t>
      </w:r>
    </w:p>
    <w:p>
      <w:pPr>
        <w:jc w:val="right"/>
      </w:pPr>
      <w:r>
        <w:t>ایک نیادور آیا، پوراپر پ وراپرعرب جوہے،اسمیںایکنئینسلبنگئی۔ پھریہلوگ پھیلے دنیا میں،</w:t>
      </w:r>
    </w:p>
    <w:p>
      <w:r>
        <w:rPr>
          <w:b/>
        </w:rPr>
        <w:t xml:space="preserve">[46:21] </w:t>
      </w:r>
      <w:r>
        <w:t>phail kar ke sari duniya men unhon ne iska mashal diya. Unhon ne</w:t>
      </w:r>
    </w:p>
    <w:p>
      <w:pPr>
        <w:jc w:val="right"/>
      </w:pPr>
      <w:r>
        <w:t>پھیلکرکےساریدنیا میںانہوںنےاسکامشندیا۔انہوںنے</w:t>
      </w:r>
    </w:p>
    <w:p>
      <w:r>
        <w:rPr>
          <w:b/>
        </w:rPr>
        <w:t xml:space="preserve">[46:25] </w:t>
      </w:r>
      <w:r>
        <w:t>to ek process chala, process chala, process chalte chalte Europe men aakar ke scientific inqilab aaya. To Europe ka scientific inqilab men samajhta hoon ke rasool Allah ke mission ka secular version hai,</w:t>
      </w:r>
    </w:p>
    <w:p>
      <w:pPr>
        <w:jc w:val="right"/>
      </w:pPr>
      <w:r>
        <w:t>تو ایکپراسیسچلا،پراسیسچلا،پراسیسچ لتےچلتے یورپمیںآکرکے سائنٹیفکانقلابآیا۔ تو یورپکاسائنٹیفکانقلابمیںسمجھتاہوںکہرسولاللہکےمشنکا سیکولرورژنہے،</w:t>
      </w:r>
    </w:p>
    <w:p>
      <w:r>
        <w:rPr>
          <w:b/>
        </w:rPr>
        <w:t xml:space="preserve">[46:41] </w:t>
      </w:r>
      <w:r>
        <w:t>secular aspect hai. Rasool Allah ke mission ka ek religious aspect, iski numaindagi ki muhaddiseen ne, fuqaha ne aur sare ulama ne.</w:t>
      </w:r>
    </w:p>
    <w:p>
      <w:pPr>
        <w:jc w:val="right"/>
      </w:pPr>
      <w:r>
        <w:t>سیکولراسپیکٹہے۔ رسولاللہکےمشنکاایکتھاریلیجیساسپیکٹ، اسکینمائندگیکی محدثیننے، فقہاءنے اور سارےعلماءنے۔</w:t>
      </w:r>
    </w:p>
    <w:p>
      <w:r>
        <w:rPr>
          <w:b/>
        </w:rPr>
        <w:t xml:space="preserve">[46:54] </w:t>
      </w:r>
      <w:r>
        <w:t>ye jo aspect tha religious aspect, ye masjidon ke zariye se, madrason ke zariye se aur Muslim adaron ke zariye chalta raha. To sahaba, tabeen, tabe tabeen aur ye muhaddiseen, fuqaha, ulama, ye sab isko le kar chalte rahe iske religious aspect ko.</w:t>
      </w:r>
    </w:p>
    <w:p>
      <w:pPr>
        <w:jc w:val="right"/>
      </w:pPr>
      <w:r>
        <w:t>یہجو اس پیک ٹتھاریلیجیساسپیکٹ، یہ مسجدوںکےذریعےسے، مدرس وںکےذریعےسے اور مسلماداروںکےذریعےچلتارہا۔ تو صحابہ ،تابعین،تبع اور یہ محدثین، فقہاء،علم اء، یہسب اسکولےکرچلتےرہے اسکےریلیجیساسپیکٹکو۔</w:t>
      </w:r>
    </w:p>
    <w:p>
      <w:r>
        <w:rPr>
          <w:b/>
        </w:rPr>
        <w:t xml:space="preserve">[47:13] </w:t>
      </w:r>
      <w:r>
        <w:t>aur phir iska jo secular aspect tha ke kainat ko explore karna,</w:t>
      </w:r>
    </w:p>
    <w:p>
      <w:pPr>
        <w:jc w:val="right"/>
      </w:pPr>
      <w:r>
        <w:t>اورپھراسکاجوسیکولراسپیکٹتھا کہ کائناتکوایکسپلورکرنا،</w:t>
      </w:r>
    </w:p>
    <w:p>
      <w:r>
        <w:rPr>
          <w:b/>
        </w:rPr>
        <w:t xml:space="preserve">[47:17] </w:t>
      </w:r>
      <w:r>
        <w:t>kainat men chupi hui jo jo khudaai signs hain, khudaai nishaniyan hain, in ko kholna. Jisko Quran majeed men aaya hai ke sanu re hum ayat na fil afaq wa fi anfusina hatta yatbayyana lakum al haqq ye jo kaam hai, ye scientists ne zyada tar kiya.</w:t>
      </w:r>
    </w:p>
    <w:p>
      <w:pPr>
        <w:jc w:val="right"/>
      </w:pPr>
      <w:r>
        <w:t>کائناتمیںچھپیہوئی جو جو خدائی سائنزہیں،خدائینش انیاںہیں،انکوکھولنا۔ جسکوقرآنمجیدمیںآیاہےکہ سن وریہمآیات نا فیالآفاق وفیأنفس ہم حتی ٰیتبین لہم الح ق یہجوکام ہے، یہ سائنسدانوںنےزیادہترکیا۔</w:t>
      </w:r>
    </w:p>
    <w:p>
      <w:r>
        <w:rPr>
          <w:b/>
        </w:rPr>
        <w:t xml:space="preserve">[47:40] </w:t>
      </w:r>
      <w:r>
        <w:t>to jo do dhare chale rasool Allah ke baad, jo inqilab aaya, uske do</w:t>
      </w:r>
    </w:p>
    <w:p>
      <w:pPr>
        <w:jc w:val="right"/>
      </w:pPr>
      <w:r>
        <w:t>تو جو دودھارےچلے رسولاللہکےبعد،جوانقلابآیا،اسکےدود</w:t>
      </w:r>
    </w:p>
    <w:p>
      <w:r>
        <w:rPr>
          <w:b/>
        </w:rPr>
        <w:t xml:space="preserve">[47:45] </w:t>
      </w:r>
      <w:r>
        <w:t>dhare chale. Ek tha iska religious dhara, ek tha secular dhara. Religious dhare ke zariye se logon ne Quran ko mehfooz kiya, hadithon ko mehfooz kiya, rasool Allah ki seerat ko mehfooz kiya, fiqh banai aur Islami adare banaye, masjidें qaim kin, madrasay qaim kiye.</w:t>
      </w:r>
    </w:p>
    <w:p>
      <w:pPr>
        <w:jc w:val="right"/>
      </w:pPr>
      <w:r>
        <w:t>ھارےچلے۔ ایک تھااسکاریلیجیسدھارا،ایکتھا سیکولردھارا۔ ریلیجیسدھارےکےذریعےسےلوگوںنےقرآنکومحفوظکیا، حدیثوںکومحفوظکیا، رسولاللہکیسیرتکومحفوظکیا، فقہبنائی اور اسلامی ادارےبنائے، مسجدیںقائمکیں، مدرس ےقائمکیے۔</w:t>
      </w:r>
    </w:p>
    <w:p>
      <w:r>
        <w:rPr>
          <w:b/>
        </w:rPr>
        <w:t xml:space="preserve">[48:06] </w:t>
      </w:r>
      <w:r>
        <w:t>ye tha religious dhara is inqilab ka. Dusra dhara jo tha, wo secular dhara, yani kainat ko explore karna.</w:t>
      </w:r>
    </w:p>
    <w:p>
      <w:pPr>
        <w:jc w:val="right"/>
      </w:pPr>
      <w:r>
        <w:t>یہتھا ریلیجیسدھارا اس اسانقلابکا ۔ دوسرادھاراجوتھا،وہسیکولردھارا،یعنیکائناتکوایکسپلورکرنا۔</w:t>
      </w:r>
    </w:p>
    <w:p>
      <w:r>
        <w:rPr>
          <w:b/>
        </w:rPr>
        <w:t xml:space="preserve">[48:15] </w:t>
      </w:r>
      <w:r>
        <w:t>unhon ne mutala kiya suraj chand ka, zameen o aasman ka, darya o pahad ka. Unhon ne telescope banaya, unhon ne microscope banaya, durbin banai, khurdbeen banai aur phir ek kai,</w:t>
      </w:r>
    </w:p>
    <w:p>
      <w:pPr>
        <w:jc w:val="right"/>
      </w:pPr>
      <w:r>
        <w:t>انہوںنےمطالعہکیا سورجچاندکا،زمین وآسمانکا، دریا اورپہاڑکا۔ انہوںنے ٹیلیسکوپبنایا،انہوںنےمائیکروسکوپبنایا، دور بینبنائی،خردبینبنائیاورپھر ایک کئی،</w:t>
      </w:r>
    </w:p>
    <w:p>
      <w:r>
        <w:rPr>
          <w:b/>
        </w:rPr>
        <w:t xml:space="preserve">[48:32] </w:t>
      </w:r>
      <w:r>
        <w:t>yani kai so sal tak is men mashgool rahe, bahut sare mind, yahan tak ke scientific revolution aaya. To scientific revolution jo hai, wo kya hai?</w:t>
      </w:r>
    </w:p>
    <w:p>
      <w:pPr>
        <w:jc w:val="right"/>
      </w:pPr>
      <w:r>
        <w:t>یعنی کئی سو سالتک اسمیںمشغولرہے، بہتسارےمائنڈ، یہاںتککہسائنٹیفک ریولوشنآیا۔ تو سائنٹیفکریولوشنجوہے،وہکیاہے؟</w:t>
      </w:r>
    </w:p>
    <w:p>
      <w:r>
        <w:rPr>
          <w:b/>
        </w:rPr>
        <w:t xml:space="preserve">[48:42] </w:t>
      </w:r>
      <w:r>
        <w:t>wo insan ko, wo, wo, wo nature men chhupe hue jo Khuda ke jo divine signs hain, isko batata hai. Wo</w:t>
      </w:r>
    </w:p>
    <w:p>
      <w:pPr>
        <w:jc w:val="right"/>
      </w:pPr>
      <w:r>
        <w:t>وہ انسانکو، وہ، وہ ،وہ نیچرمیںچھپےہوئےجو خداکے جوڈیوائنسائنہیں،اسکوبتاتاہے۔وہ</w:t>
      </w:r>
    </w:p>
    <w:p>
      <w:r>
        <w:rPr>
          <w:b/>
        </w:rPr>
        <w:t xml:space="preserve">[48:57] </w:t>
      </w:r>
      <w:r>
        <w:t>divine signs wohi hain, divine nishan, yani khudaai jo nishaniyan hain, jo Quran men kaha hai "Alal Allah" aur "Kalimat Kalimat Allah", yani wohi cheez jisko Khuda ne kaha hai "Kalimat Allah" ya</w:t>
      </w:r>
    </w:p>
    <w:p>
      <w:pPr>
        <w:jc w:val="right"/>
      </w:pPr>
      <w:r>
        <w:t>ڈیوائن سائنجوہیں،ڈیوائن نشان، یعنیخدائیجو نش انیاںہیں،جوقرآنمیںکہاہے"الا اللہ" اور "کلمات کلمات اللہ" ،یعنیوہیچیزجسکوخدانےکہاہے"کلمات اللہ" یا</w:t>
      </w:r>
    </w:p>
    <w:p>
      <w:r>
        <w:rPr>
          <w:b/>
        </w:rPr>
        <w:t xml:space="preserve">[49:10] </w:t>
      </w:r>
      <w:r>
        <w:t>"Alal Allah", is ko hi discover kiya hai science ne. Is ki discovery ka naam hai science. Koi log alfaham se samajhte hain science naam hai ilhad ka, halanke ilhad ka alag cheez hai, science alag cheez hai, is se iska koi taluq nahi hai.</w:t>
      </w:r>
    </w:p>
    <w:p>
      <w:pPr>
        <w:jc w:val="right"/>
      </w:pPr>
      <w:r>
        <w:t>"الااللہ"،اسیکوتوڈسکورکیاہے سائنسنے۔ اسیکیڈسکوریکانامہےسائنس۔ کوئیلوگ الف ہامیسمجھتےہیںسائنسنامہے الحادکا، حالانکہالحادکاالگچیزہے،سائنسالگچیزہے، اسسےاسکاکوئیتعلقنہیںہے۔</w:t>
      </w:r>
    </w:p>
    <w:p>
      <w:r>
        <w:rPr>
          <w:b/>
        </w:rPr>
        <w:t xml:space="preserve">[49:30] </w:t>
      </w:r>
      <w:r>
        <w:t>Ilhad to ek philosophy hai. Dekhen, science koi philosophy nahi hai, science koi ideology nahi hai, science koi religion nahi hai.</w:t>
      </w:r>
    </w:p>
    <w:p>
      <w:pPr>
        <w:jc w:val="right"/>
      </w:pPr>
      <w:r>
        <w:t>الحادتوایکفلاسفیہے۔ دیکھیں،سائنسکوئیفلاسفینہیںہے، سائنسکوئیآئیڈیالوجینہیںہے، سائنسکوئیریلیجننہیںہے۔</w:t>
      </w:r>
    </w:p>
    <w:p>
      <w:r>
        <w:rPr>
          <w:b/>
        </w:rPr>
        <w:t xml:space="preserve">[49:41] </w:t>
      </w:r>
      <w:r>
        <w:t>science nahtori lejan hai, na philosophy hai, na ideology hai, kuch bhi nahen. science to sirf yeh karti hai ke nature mein woh mutala'a karti hai, nature ko observe karti hai aur nature mein jo Khuda ka jo qanoon hai,</w:t>
      </w:r>
    </w:p>
    <w:p>
      <w:pPr>
        <w:jc w:val="right"/>
      </w:pPr>
      <w:r>
        <w:t>سائنسنہتوریلیجنہے، نہ فلاسفیہے، نہآئیڈیالوجیہے، کچھبھینہیں۔ سائنستوصرف یہ کرتیہےکہ نیچرمیں وہ مطالعہکرتیہے، نیچرکو اب زروکرتیہے اور نیچرمیںجوخداکاجوقانون ہے،</w:t>
      </w:r>
    </w:p>
    <w:p>
      <w:r>
        <w:rPr>
          <w:b/>
        </w:rPr>
        <w:t xml:space="preserve">[49:59] </w:t>
      </w:r>
      <w:r>
        <w:t>Khuda ka jo jo science hain, science, science, nishaniyan, isko explore karti hai, isko discover karti hai.</w:t>
      </w:r>
    </w:p>
    <w:p>
      <w:pPr>
        <w:jc w:val="right"/>
      </w:pPr>
      <w:r>
        <w:t>خداکاجو جو سائنزہیں، ایسآئیجیاین، ایس سائنز، نش انیاں، اسکو ایکسپلورکرتیہے، اسکو ڈسکورکرتیہے۔</w:t>
      </w:r>
    </w:p>
    <w:p>
      <w:r>
        <w:rPr>
          <w:b/>
        </w:rPr>
        <w:t xml:space="preserve">[50:11] </w:t>
      </w:r>
      <w:r>
        <w:t>woh to ayn Islam ke aqaaid mein hai aur shayad un logon ke bare mein woh hadith hai Bukhari mein ke 'an Allah la yad ad-din bil-rajulil-fajir' yahan mujhe fajir se murad maine dekha hai secular,</w:t>
      </w:r>
    </w:p>
    <w:p>
      <w:pPr>
        <w:jc w:val="right"/>
      </w:pPr>
      <w:r>
        <w:t>وہتو عیناسلام کے عقائدمیںہے اور شایدانلوگوںکےبارےمیںوہحدیثہےبخاریمیں کہان اللہ لید الد ینبالرجلالفاجر یہاںمجھےفاجرسےمرادمیں نےدیکھاہےسیکولر،</w:t>
      </w:r>
    </w:p>
    <w:p>
      <w:r>
        <w:rPr>
          <w:b/>
        </w:rPr>
        <w:t xml:space="preserve">[50:27] </w:t>
      </w:r>
      <w:r>
        <w:t>yani Allah Khuda ke, Allah is deen ki madad secular logon se bhi karega.</w:t>
      </w:r>
    </w:p>
    <w:p>
      <w:pPr>
        <w:jc w:val="right"/>
      </w:pPr>
      <w:r>
        <w:t>یعنیاللہ خداکے ،اللہ اسدینکیمدد سیکولرلوگوںسےبھیکرےگا۔</w:t>
      </w:r>
    </w:p>
    <w:p>
      <w:r>
        <w:rPr>
          <w:b/>
        </w:rPr>
        <w:t xml:space="preserve">[50:34] </w:t>
      </w:r>
      <w:r>
        <w:t>yahan fajir ke mani koi, yani burai wale nahin, is mani secular log, non-religious log.</w:t>
      </w:r>
    </w:p>
    <w:p>
      <w:pPr>
        <w:jc w:val="right"/>
      </w:pPr>
      <w:r>
        <w:t>یہاںفاجرکےمعنی کوئی ،یعنی برائی والے نہیں، اس معنیہیںسیکولرلوگ، نانریلیجیسلوگ۔</w:t>
      </w:r>
    </w:p>
    <w:p>
      <w:r>
        <w:rPr>
          <w:b/>
        </w:rPr>
        <w:t xml:space="preserve">[50:44] </w:t>
      </w:r>
      <w:r>
        <w:t>to kaha ke yeh jo yeh jo dhara chalega Khatam an-Nabiyyin ke baad, ismein dono group apna apna role ada karega, religious group bhi aur non-religious group bhi.</w:t>
      </w:r>
    </w:p>
    <w:p>
      <w:pPr>
        <w:jc w:val="right"/>
      </w:pPr>
      <w:r>
        <w:t>توکہاکہیہ جویہجو دھاراچلےگا خاتم النبیینکےبعد، اسمیں دونوں گروپاپنااپنارولاداکرےگا، ریلیجیسگروپبھیاور نانریلیجیسگروپبھی۔</w:t>
      </w:r>
    </w:p>
    <w:p>
      <w:r>
        <w:rPr>
          <w:b/>
        </w:rPr>
        <w:t xml:space="preserve">[50:55] </w:t>
      </w:r>
      <w:r>
        <w:t>yeh matlab hai is hadith ka.</w:t>
      </w:r>
    </w:p>
    <w:p>
      <w:pPr>
        <w:jc w:val="right"/>
      </w:pPr>
      <w:r>
        <w:t>یہمطلبہے اس حدیثکا ۔</w:t>
      </w:r>
    </w:p>
    <w:p>
      <w:r>
        <w:rPr>
          <w:b/>
        </w:rPr>
        <w:t xml:space="preserve">[51:00] </w:t>
      </w:r>
      <w:r>
        <w:t>to non-religious group ko ismein kaha gaya hai fajir.</w:t>
      </w:r>
    </w:p>
    <w:p>
      <w:pPr>
        <w:jc w:val="right"/>
      </w:pPr>
      <w:r>
        <w:t>تو نانریلیجیسگروپکو اسمیںکہاگیاہےفاجر ۔</w:t>
      </w:r>
    </w:p>
    <w:p>
      <w:r>
        <w:rPr>
          <w:b/>
        </w:rPr>
        <w:t xml:space="preserve">[51:04] </w:t>
      </w:r>
      <w:r>
        <w:t>aajkal ki zuban mein hum kahenge secular.</w:t>
      </w:r>
    </w:p>
    <w:p>
      <w:pPr>
        <w:jc w:val="right"/>
      </w:pPr>
      <w:r>
        <w:t>آجکلکیزبان میںہمکہیںگے سیکولر۔</w:t>
      </w:r>
    </w:p>
    <w:p>
      <w:r>
        <w:rPr>
          <w:b/>
        </w:rPr>
        <w:t xml:space="preserve">[51:09] </w:t>
      </w:r>
      <w:r>
        <w:t>to religious group ne kaam kiya ke woh religion ko ismein madad kiya, religion ko baqayda ispar kitaben likhin, religious library tayyar ho gayi,</w:t>
      </w:r>
    </w:p>
    <w:p>
      <w:pPr>
        <w:jc w:val="right"/>
      </w:pPr>
      <w:r>
        <w:t>تو ریلیجیسگروپنے کام کیا کہوہ ریلیجنکو اسمیں مد ونکیا، ریلیجنکو باقاعدہ اسپر کتاب یںلکھیں،ریلیجیسلائبریریتیارہوگئی،</w:t>
      </w:r>
    </w:p>
    <w:p>
      <w:r>
        <w:rPr>
          <w:b/>
        </w:rPr>
        <w:t xml:space="preserve">[51:21] </w:t>
      </w:r>
      <w:r>
        <w:t>yani mazhab ki buniyad par bahut badi library ban gayi, bahut bada discipline ban gaya. Aur unhone kya kiya ke nature mein chhupe hue jo dalail the, usko khola. Unhone misal ke taur par yeh jumla maine arz kiya ke Quran mein yeh ayat thi ke 'inna as-samawati wal-ard'</w:t>
      </w:r>
    </w:p>
    <w:p>
      <w:pPr>
        <w:jc w:val="right"/>
      </w:pPr>
      <w:r>
        <w:t>یعنیمذہبکیبنی ادپر بہت بڑیلائبریریبنگئی ، بہت بڑاڈسپلنبنگیا۔ اور انہوںنےکیاکیا کہ نیچرمیںچھپےہوئےجو دلائلتھے، اسکوکھولا۔انہوںنے مثالکےطورپریہجومیںنے عرضکیا کہقرآنمیں یہآیتتھی کہ ان السماوات رتقافت قنا</w:t>
      </w:r>
    </w:p>
    <w:p>
      <w:r>
        <w:rPr>
          <w:b/>
        </w:rPr>
        <w:t xml:space="preserve">[51:47] </w:t>
      </w:r>
      <w:r>
        <w:t>to usko unhone daryaft kiya aur usi ko big bang kehte hain.</w:t>
      </w:r>
    </w:p>
    <w:p>
      <w:pPr>
        <w:jc w:val="right"/>
      </w:pPr>
      <w:r>
        <w:t>تو اسکوانہوںنےدریافتکیا اوراسیکوہمبگبینگکہتےہیں۔</w:t>
      </w:r>
    </w:p>
    <w:p>
      <w:r>
        <w:rPr>
          <w:b/>
        </w:rPr>
        <w:t xml:space="preserve">[51:55] </w:t>
      </w:r>
      <w:r>
        <w:t>main yahan par ek waqia arz karoon, isi mafhoom ki ek aur ayat hai Quran majeed mein 'afala tashakkun billahil-fatir as-samawati wal-ard'</w:t>
      </w:r>
    </w:p>
    <w:p>
      <w:pPr>
        <w:jc w:val="right"/>
      </w:pPr>
      <w:r>
        <w:t>میں یہاںپرایک واقع ہعرضکروں، اسیمفہوم کیایکاور آیتہےقرآنمجیدمیں اف لا شک الفاطرالسماوات والارض</w:t>
      </w:r>
    </w:p>
    <w:p>
      <w:r>
        <w:rPr>
          <w:b/>
        </w:rPr>
        <w:t xml:space="preserve">[52:07] </w:t>
      </w:r>
      <w:r>
        <w:t>kya shakk hai tumko is Khuda par jisne zameen aasman ko phaada? Yeh fatir ke lafzi mani phaadna hota hai, phaadna.</w:t>
      </w:r>
    </w:p>
    <w:p>
      <w:pPr>
        <w:jc w:val="right"/>
      </w:pPr>
      <w:r>
        <w:t>کیا شکہےتمکو اس خداپر جسنےزمینآس مانکوپھاڑا؟ یہفاطرکےلفظیمعنیپھاڑاہوتاہے،پھاڑنا۔</w:t>
      </w:r>
    </w:p>
    <w:p>
      <w:r>
        <w:rPr>
          <w:b/>
        </w:rPr>
        <w:t xml:space="preserve">[52:15] </w:t>
      </w:r>
      <w:r>
        <w:t>lekin pichhle zamane mein chuki maloom nahin tha ke phaadna kya cheez hoti hai, to iska matlab lete the log. Paida kiya? Kya tumko shakk hai is Khuda par jisne zameen aasman ko paida kiya?</w:t>
      </w:r>
    </w:p>
    <w:p>
      <w:pPr>
        <w:jc w:val="right"/>
      </w:pPr>
      <w:r>
        <w:t>لیکن پچھلےزمانےمیںچونکہمعلومنہیںتھاکہپھاڑناکیاچیزہوتیہے، تو اسکامطلب لیتےتھےلوگ۔پیدا کیا؟ کیا تم کوشک ہے اس خداپرجسنےزمین آسمانکوپیدا کیا؟</w:t>
      </w:r>
    </w:p>
    <w:p>
      <w:r>
        <w:rPr>
          <w:b/>
        </w:rPr>
        <w:t xml:space="preserve">[52:33] </w:t>
      </w:r>
      <w:r>
        <w:t>to kaha jata hai ke ek baar kisi basti mein do group ban gaye the, unmein behas ho rahi thi. Ek kehta hai Khuda hai, ek kehta hai Khuda nahin hai,</w:t>
      </w:r>
    </w:p>
    <w:p>
      <w:pPr>
        <w:jc w:val="right"/>
      </w:pPr>
      <w:r>
        <w:t>تو کہاجاتاہےکہایکبار کسی بستیمیں دوگروپبنگئےتھے، انمیںبحثہورہیتھی۔ ایککہتاہےخداہے، ایککہتاہےخدانہیںہے،</w:t>
      </w:r>
    </w:p>
    <w:p>
      <w:r>
        <w:rPr>
          <w:b/>
        </w:rPr>
        <w:t xml:space="preserve">[52:43] </w:t>
      </w:r>
      <w:r>
        <w:t>yani Khuda ko manne wale aur Khuda ko na manne walon ke darmiyan behas thi.</w:t>
      </w:r>
    </w:p>
    <w:p>
      <w:pPr>
        <w:jc w:val="right"/>
      </w:pPr>
      <w:r>
        <w:t>یعنیخداکوماننےوالےاورخداکونہماننےوالوںکےدرمیانبحثتھی۔</w:t>
      </w:r>
    </w:p>
    <w:p>
      <w:r>
        <w:rPr>
          <w:b/>
        </w:rPr>
        <w:t xml:space="preserve">[52:49] </w:t>
      </w:r>
      <w:r>
        <w:t>to faisla nahin ho raha tha kyunke us zamane mein dalail nahin the. Us zamane mein dono guest chalaate the, guest woh bhi unke paas, guest unke paas bhi, guest. To ek masjid mein ek buzurg raha karte the, Hafiz.</w:t>
      </w:r>
    </w:p>
    <w:p>
      <w:pPr>
        <w:jc w:val="right"/>
      </w:pPr>
      <w:r>
        <w:t>تو فیصلہنہیںہورہاتھا کیونکہاسزمانےمیںدلائلنہیںتھے۔ اسزمانےمیںدونوںگیسٹچلاتےتھے،گیسٹ وہبھیانکےپاس،گیسٹانکےپاسبھی،گیسٹ۔توایک مسجدمیںایکبزرگ رہاکرتے تھے، حافظ۔</w:t>
      </w:r>
    </w:p>
    <w:p>
      <w:r>
        <w:rPr>
          <w:b/>
        </w:rPr>
        <w:t xml:space="preserve">[53:04] </w:t>
      </w:r>
      <w:r>
        <w:t>to unhone kaha ke bhai unko bulao, shayad woh masla hal karein.</w:t>
      </w:r>
    </w:p>
    <w:p>
      <w:pPr>
        <w:jc w:val="right"/>
      </w:pPr>
      <w:r>
        <w:t>توانہوںنے کہاکہبھئیانکوبلاؤ،شایدوہ مسئلہحلکردیں۔</w:t>
      </w:r>
    </w:p>
    <w:p>
      <w:r>
        <w:rPr>
          <w:b/>
        </w:rPr>
        <w:t xml:space="preserve">[53:09] </w:t>
      </w:r>
      <w:r>
        <w:t>to woh gaye, log unko bulaya to woh aaye, woh aur unko bataya gaya ke bhai yahan yeh masla hai. To unhone koi taqreer nahin ki, bas khade hue aur kaha Bismillah-ir-Rahman-ir-Rahim yeh tha ke tareeqa hai aur phir yeh ayat padh di, bas 'afala tashakkun billahil-fatir as-samawati wal-ard' kya tumko shakk hai is is Khuda par jo fatir hai zameen o aasman ka?</w:t>
      </w:r>
    </w:p>
    <w:p>
      <w:pPr>
        <w:jc w:val="right"/>
      </w:pPr>
      <w:r>
        <w:t>تووہگئے، لوگ انکوبل ایا تووہآئے،وہ اورانکوبتایاگیاکہبھئییہاںیہمسئلہہے۔ توانہوںنےکوئیتقریرنہیںکی، بسکھڑےہوئے اورکہابسماللہ الرحمنالرحیم یہتھاکہطریقہہے اورپھریہآیتپڑھدی،بس اف لا شک الفاطر السماوات والارض کیا تمکوشکہےاس اس خداپر جوفاطرہےزمینوآسمانکا ؟</w:t>
      </w:r>
    </w:p>
    <w:p>
      <w:r>
        <w:rPr>
          <w:b/>
        </w:rPr>
        <w:t xml:space="preserve">[53:36] </w:t>
      </w:r>
      <w:r>
        <w:t>aur yeh kehkar chale gaye. Woh</w:t>
      </w:r>
    </w:p>
    <w:p>
      <w:pPr>
        <w:jc w:val="right"/>
      </w:pPr>
      <w:r>
        <w:t>اوریہکہہکرچلےگئے۔وہ</w:t>
      </w:r>
    </w:p>
    <w:p>
      <w:r>
        <w:rPr>
          <w:b/>
        </w:rPr>
        <w:t xml:space="preserve">[53:40] </w:t>
      </w:r>
      <w:r>
        <w:t>us waqt yeh pata nahin tha ke is lafz fatir ke, ismein ek bahut badi meaning chhupi hui hai, ma'ni bahut badi ma'niyat chhupi hui hai.</w:t>
      </w:r>
    </w:p>
    <w:p>
      <w:pPr>
        <w:jc w:val="right"/>
      </w:pPr>
      <w:r>
        <w:t>اسوقت یہپتہنہیںتھاکہ اس لفظفاطرجوہے، اسمیں ایکبہت بڑی میننگچھپیہوئیہے، مع نیبہتبڑیمعنویتچھپیہوئیہے۔</w:t>
      </w:r>
    </w:p>
    <w:p>
      <w:r>
        <w:rPr>
          <w:b/>
        </w:rPr>
        <w:t xml:space="preserve">[53:50] </w:t>
      </w:r>
      <w:r>
        <w:t>kyunki fatir ke lafzi ma'ni hote hain phaadna, lekin phaadna kya hai, woh to koi jaanta nahin tha. Koi ab maloom hua ke woh woh ishara tha big bang ki taraf, yani explosion.</w:t>
      </w:r>
    </w:p>
    <w:p>
      <w:pPr>
        <w:jc w:val="right"/>
      </w:pPr>
      <w:r>
        <w:t>کیونکہفتحکےلفظیمعنیہوتےہیںپھاڑنا، لیکن پھاڑناکیاہے، وہتوکوئی جانتانہیںتھا۔کوئی اب معلومہوا کہ وہ وہاشارہتھا بگبینگ کیطرف ،یعنیایکسپلوژن۔</w:t>
      </w:r>
    </w:p>
    <w:p>
      <w:r>
        <w:rPr>
          <w:b/>
        </w:rPr>
        <w:t xml:space="preserve">[54:04] </w:t>
      </w:r>
      <w:r>
        <w:t>phaadna se matlab explosion kiya isne.</w:t>
      </w:r>
    </w:p>
    <w:p>
      <w:pPr>
        <w:jc w:val="right"/>
      </w:pPr>
      <w:r>
        <w:t>پھاڑناسےمطلب ایکسپلوٹکیا اسنے۔</w:t>
      </w:r>
    </w:p>
    <w:p>
      <w:r>
        <w:rPr>
          <w:b/>
        </w:rPr>
        <w:t xml:space="preserve">[54:10] </w:t>
      </w:r>
      <w:r>
        <w:t>to jab yeh sabit hua ke kainat mein explosion hua hai, bahut bada, bahut bada, bahut bada, to koi hona chahiye jo usko interview kare.</w:t>
      </w:r>
    </w:p>
    <w:p>
      <w:pPr>
        <w:jc w:val="right"/>
      </w:pPr>
      <w:r>
        <w:t>تو جب یہ ثابتہوا کہ کائناتمیں ایکسپلوژنہواہے،بہتبڑا،بہتبڑا،بہت بڑا، تو کوئیہوناچاہیےجواسکوانٹرویوکرے۔</w:t>
      </w:r>
    </w:p>
    <w:p>
      <w:r>
        <w:rPr>
          <w:b/>
        </w:rPr>
        <w:t xml:space="preserve">[54:21] </w:t>
      </w:r>
      <w:r>
        <w:t>jo superatmentha, woh aisa bilkul compact haalt mein tha, saare particle bilkul compact haalt mein thay.</w:t>
      </w:r>
    </w:p>
    <w:p>
      <w:pPr>
        <w:jc w:val="right"/>
      </w:pPr>
      <w:r>
        <w:t>جو سپرایٹمتھا، وہ ایسا بالکل کمپیکٹحالتمیںتھا، سارے پارٹیکلبالکلکمپیکٹحالتمیںتھے۔</w:t>
      </w:r>
    </w:p>
    <w:p>
      <w:r>
        <w:rPr>
          <w:b/>
        </w:rPr>
        <w:t xml:space="preserve">[54:31] </w:t>
      </w:r>
      <w:r>
        <w:t>to physical laws wahin, physical laws batate hain ke jab compact haalt mein woh hon to inko, yani inko external way mein, inko inko aap safar karana, inka yeh mumkin nahin hua karta.</w:t>
      </w:r>
    </w:p>
    <w:p>
      <w:pPr>
        <w:jc w:val="right"/>
      </w:pPr>
      <w:r>
        <w:t>تو دافزیکللازجوہیں،فزیکللازبتاتےہیں کہجب کمپیکٹحالتمیںوہہوں تو انکو ،یعنی انکو ایکسٹرنلوےمیں،انکوانکوآپ سفرکر انا،انکایہممکننہیںہوا کرتا۔</w:t>
      </w:r>
    </w:p>
    <w:p>
      <w:r>
        <w:rPr>
          <w:b/>
        </w:rPr>
        <w:t xml:space="preserve">[54:45] </w:t>
      </w:r>
      <w:r>
        <w:t>woh andar ki taraf chipke rahenge, ek doosre se chipke rahenge, bahar ki taraf travel nahin karenge. woh to physical law ke against mein aisa hua ke in mein ek explosion hua aur woh bahir safar shuru hoga inka,</w:t>
      </w:r>
    </w:p>
    <w:p>
      <w:pPr>
        <w:jc w:val="right"/>
      </w:pPr>
      <w:r>
        <w:t>وہاندرہیکیطرف چپکےرہیںگے،ایکدوسرےسےچپکےرہیںگے، باہرکیطرفٹریولنہیںکریںگے۔وہ توفزیکللاءکےاگینسٹمیںایساہوا کہ انمیں ایک ایکسپلوژنہوااوروہ بیر ونیسفر شروع ہوگاانکا،</w:t>
      </w:r>
    </w:p>
    <w:p>
      <w:r>
        <w:rPr>
          <w:b/>
        </w:rPr>
        <w:t xml:space="preserve">[54:59] </w:t>
      </w:r>
      <w:r>
        <w:t>yani andar jo inka safar tha, woh bahar ki taraf chalne laga. to yeh sabit kiya hua ke kisi ne intervention kiya.</w:t>
      </w:r>
    </w:p>
    <w:p>
      <w:pPr>
        <w:jc w:val="right"/>
      </w:pPr>
      <w:r>
        <w:t>یعنیاندرجوانکا سفرتھا، وہ باہرکیطرفچلنےلگا۔ تو یہ ثابتکیاہوا کہکسی نےانٹروینکیا۔</w:t>
      </w:r>
    </w:p>
    <w:p>
      <w:r>
        <w:rPr>
          <w:b/>
        </w:rPr>
        <w:t xml:space="preserve">[55:12] </w:t>
      </w:r>
      <w:r>
        <w:t>aur jab intervention an intervention naz proved, intervention raz also proved. agar sabit ho jaye ke wahan pe ek intervention hua hai, iske maani ek koi intervener hai,</w:t>
      </w:r>
    </w:p>
    <w:p>
      <w:pPr>
        <w:jc w:val="right"/>
      </w:pPr>
      <w:r>
        <w:t>اور جب انٹروین وینان ٹر انٹروینشناز پروفڈ، انٹروینرازالزوپروفڈ۔ اگر ثابتہوجائےکہ وہاںپہ ایکانٹروینشنہواہے، اسکےمعنیایککوئیانٹروینرہے،</w:t>
      </w:r>
    </w:p>
    <w:p>
      <w:r>
        <w:rPr>
          <w:b/>
        </w:rPr>
        <w:t xml:space="preserve">[55:27] </w:t>
      </w:r>
      <w:r>
        <w:t>yani mudakhlat agar sabit hui, mudakhlat to mudakhlat kar apne aap sabit ho jata hai. yeh is ayat mein tha ke tum ko shakk hai jab ke tum jante ho kainat mein ek intervention hua hai aur is mein is intervention se apne aap sabit ho raha hai ke koi intervener hai,</w:t>
      </w:r>
    </w:p>
    <w:p>
      <w:pPr>
        <w:jc w:val="right"/>
      </w:pPr>
      <w:r>
        <w:t>یعنی مداخلتاگرثابتہوئی،مداخلت تو مداخلتکار اپنےآپثابتہوجاتاہے۔ یہ اسآیتمیںتھا کہتم کوشک ہے جب کہتم جانتےہوکائناتمیں ایکانٹروینشنہواہے اور اسمیں اسانٹروینشنسےاپنےآپثابتہورہاہےکہکوئیانٹروینرہے،</w:t>
      </w:r>
    </w:p>
    <w:p>
      <w:r>
        <w:rPr>
          <w:b/>
        </w:rPr>
        <w:t xml:space="preserve">[55:49] </w:t>
      </w:r>
      <w:r>
        <w:t>koi mudakhlat karne wala hai.</w:t>
      </w:r>
    </w:p>
    <w:p>
      <w:pPr>
        <w:jc w:val="right"/>
      </w:pPr>
      <w:r>
        <w:t>کوئیمداخلتکرنےوالاہے۔</w:t>
      </w:r>
    </w:p>
    <w:p>
      <w:r>
        <w:rPr>
          <w:b/>
        </w:rPr>
        <w:t xml:space="preserve">[55:52] </w:t>
      </w:r>
      <w:r>
        <w:t>to yeh jo is ayat mein jo jo jo istidlal, jo istidlal ka sarmaya tha, us se insan bekhabar tha.</w:t>
      </w:r>
    </w:p>
    <w:p>
      <w:pPr>
        <w:jc w:val="right"/>
      </w:pPr>
      <w:r>
        <w:t>تو یہجو اسآیتمیںجو جو جو استدلال، جو استدلالکاسرمایہتھا، اسسےانسان بےخبرتھا۔</w:t>
      </w:r>
    </w:p>
    <w:p>
      <w:r>
        <w:rPr>
          <w:b/>
        </w:rPr>
        <w:t xml:space="preserve">[56:03] </w:t>
      </w:r>
      <w:r>
        <w:t>isko science ne daryaft karke bataya. to Quran mein goya ek ek ek statement tha.</w:t>
      </w:r>
    </w:p>
    <w:p>
      <w:pPr>
        <w:jc w:val="right"/>
      </w:pPr>
      <w:r>
        <w:t>اسکو سائنسنے دریافتکرکےبتایا۔ تو قرآنمیں گویا ایک ایک ایک سٹیٹمنٹتھا۔</w:t>
      </w:r>
    </w:p>
    <w:p>
      <w:r>
        <w:rPr>
          <w:b/>
        </w:rPr>
        <w:t xml:space="preserve">[56:12] </w:t>
      </w:r>
      <w:r>
        <w:t>is statement ke peeche jo jo daleel thi nature mein, woh us waqt tak insan ko maloom nahin thi.</w:t>
      </w:r>
    </w:p>
    <w:p>
      <w:pPr>
        <w:jc w:val="right"/>
      </w:pPr>
      <w:r>
        <w:t>اس سٹیٹمنٹکے کے پیچھےجو جو دلیلتھی نیچرمیں، وہ اسوقتتکانسانکومعلومنہیںتھی۔</w:t>
      </w:r>
    </w:p>
    <w:p>
      <w:r>
        <w:rPr>
          <w:b/>
        </w:rPr>
        <w:t xml:space="preserve">[56:21] </w:t>
      </w:r>
      <w:r>
        <w:t>woh science ne discover karke batayi. is maani mein kehta hoon ke do dhare hain. ek dhara tha Quran ko mehfooz karna, doosra dhara hai ke Quran ke jo dalail hain, usko kholna. to pehle dhare ko chalaya lajise people ne, doosre dhare ko chalaya non lajise people ne, jis ko hum secular kehte hain.</w:t>
      </w:r>
    </w:p>
    <w:p>
      <w:pPr>
        <w:jc w:val="right"/>
      </w:pPr>
      <w:r>
        <w:t>وہ سائنسنےڈسکورکرکےبتائی۔ اسیمعنیمیںکہتاہوںکہ دودھارےہیں۔ ایکدھاراتھاقرآنکومحفوظکرنا، دوسرادھاراہےکہقرآنکےجودلائلہیں،اسکوکھولنا۔تو پہلے دھارے کو چلایا لیجسپیپلنے، دوسرےدھارےکوچلایا نانلیجسپیپلنے، جسکوہمسیکولرکہتےہیں۔</w:t>
      </w:r>
    </w:p>
    <w:p>
      <w:r>
        <w:rPr>
          <w:b/>
        </w:rPr>
        <w:t xml:space="preserve">[56:44] </w:t>
      </w:r>
      <w:r>
        <w:t>to is tarah se yeh tareekh chalti rahi. ab</w:t>
      </w:r>
    </w:p>
    <w:p>
      <w:pPr>
        <w:jc w:val="right"/>
      </w:pPr>
      <w:r>
        <w:t>تواسطرحسے یہ تاریخ چلتیرہی۔ اب</w:t>
      </w:r>
    </w:p>
    <w:p>
      <w:r>
        <w:rPr>
          <w:b/>
        </w:rPr>
        <w:t xml:space="preserve">[56:50] </w:t>
      </w:r>
      <w:r>
        <w:t>jo hai, jo Rasool Allah ne jo Quran diya hai hum ko, us mein jo kisi plan bataya gaya Allah taala ka, woh kya hai?</w:t>
      </w:r>
    </w:p>
    <w:p>
      <w:pPr>
        <w:jc w:val="right"/>
      </w:pPr>
      <w:r>
        <w:t>جوہے، جو رسولاللہکے نےجو قرآندیاہےہمکو ،اسمیںجو کسی پلانبتایاگیااللہتعالیکا ، وہکیاہے؟</w:t>
      </w:r>
    </w:p>
    <w:p>
      <w:r>
        <w:rPr>
          <w:b/>
        </w:rPr>
        <w:t xml:space="preserve">[57:02] </w:t>
      </w:r>
      <w:r>
        <w:t>Quran yeh batata hai ke yeh yeh jo duniya chal rahi hai, ek din khatam ho jayegi. yeh hamesha ke liye nahin hai. yeh</w:t>
      </w:r>
    </w:p>
    <w:p>
      <w:pPr>
        <w:jc w:val="right"/>
      </w:pPr>
      <w:r>
        <w:t>قرآنیہبتاتاہےکہ یہ یہجو دنیا چلرہیہے،ایکدنختمہوجائےگی۔یہ ہمیشہکےلیےنہیںہے۔یہ</w:t>
      </w:r>
    </w:p>
    <w:p>
      <w:r>
        <w:rPr>
          <w:b/>
        </w:rPr>
        <w:t xml:space="preserve">[57:11] </w:t>
      </w:r>
      <w:r>
        <w:t>matlab yeh jo duniya chali ke jisko maine kaha ke big bang, little bang, water bang, plant bang, animal bang, human bang, ab ek aur aane wala hai, bada, us se bada bang, woh hai qayamat.</w:t>
      </w:r>
    </w:p>
    <w:p>
      <w:pPr>
        <w:jc w:val="right"/>
      </w:pPr>
      <w:r>
        <w:t>مطلب یہجودنیا چلی کہ جسکومیںنےکہاکہ بگبینگ،لٹلبینگ، واٹربینگ،پلانٹبینگ،اینیملبینگ،ہیومنبینگ، ابایکاور آنےوالاہے، بڑا، اسسےبڑابینگ،وہہےقیامت۔</w:t>
      </w:r>
    </w:p>
    <w:p>
      <w:r>
        <w:rPr>
          <w:b/>
        </w:rPr>
        <w:t xml:space="preserve">[57:26] </w:t>
      </w:r>
      <w:r>
        <w:t>woh super bang hoga. woh qayamat jo hai, super bang hai, woh sab se bada explosion. phir ek nayi duniya banegi.</w:t>
      </w:r>
    </w:p>
    <w:p>
      <w:pPr>
        <w:jc w:val="right"/>
      </w:pPr>
      <w:r>
        <w:t>وہ سپربینگہوگا۔وہ قیامتجوہے،سپربینگہے،وہ سبسےبڑاایکسپلوژن۔ پھرایکنئیدنیا بنےگی۔</w:t>
      </w:r>
    </w:p>
    <w:p>
      <w:r>
        <w:rPr>
          <w:b/>
        </w:rPr>
        <w:t xml:space="preserve">[57:37] </w:t>
      </w:r>
      <w:r>
        <w:t>is nayi duniya mein hall hoga aur paradise hogi,</w:t>
      </w:r>
    </w:p>
    <w:p>
      <w:pPr>
        <w:jc w:val="right"/>
      </w:pPr>
      <w:r>
        <w:t>اس نئیدنیا میں ہلہوگااور پیراڈائزہوگی،</w:t>
      </w:r>
    </w:p>
    <w:p>
      <w:r>
        <w:rPr>
          <w:b/>
        </w:rPr>
        <w:t xml:space="preserve">[57:42] </w:t>
      </w:r>
      <w:r>
        <w:t>jannat aur jahannum. us waqt Khuda zahir hoga, Khuda darbar karega, Khuda adalat karega, saare farishte ikatthe honge, saare insan ikatthe kiye jayenge hashar ke maidan mein.</w:t>
      </w:r>
    </w:p>
    <w:p>
      <w:pPr>
        <w:jc w:val="right"/>
      </w:pPr>
      <w:r>
        <w:t>جنت اوردوزخ۔ اسوقت خداظاہرہوگا، خدا دربار کرےگا، خدا عدالتکرےگا، سارےفرشتےاکٹھاہوںگے، سارےانسان اکٹھاکیےجائیںگےحشرکےمیدانمیں۔</w:t>
      </w:r>
    </w:p>
    <w:p>
      <w:r>
        <w:rPr>
          <w:b/>
        </w:rPr>
        <w:t xml:space="preserve">[57:59] </w:t>
      </w:r>
      <w:r>
        <w:t>to sab ka hisab liya jayega. chuki Quran majeed mein hai ke har insan ke saath do farishte lage hue hain jo uska record tayyar karein.</w:t>
      </w:r>
    </w:p>
    <w:p>
      <w:pPr>
        <w:jc w:val="right"/>
      </w:pPr>
      <w:r>
        <w:t>توسبکاحسابلیاجائےگا۔ چونکہ قرآنمجیدمیںہے کہہرانسانکےساتھ دودوفرشتےلگےہوئےہیں جواسکاریکارڈتیارکردیں۔</w:t>
      </w:r>
    </w:p>
    <w:p>
      <w:r>
        <w:rPr>
          <w:b/>
        </w:rPr>
        <w:t xml:space="preserve">[58:09] </w:t>
      </w:r>
      <w:r>
        <w:t>har mard ke saath, har aurat ke saath do farishte record bana rahe hain uska. to yeh saara record us waqt pesh kiya jayega. is record ke mutabiq Allah ki adalat se faisla hoga ke yeh jannat ke qabil hai, yeh jahannum ke qabil hai.</w:t>
      </w:r>
    </w:p>
    <w:p>
      <w:pPr>
        <w:jc w:val="right"/>
      </w:pPr>
      <w:r>
        <w:t>ہر مرد کےساتھ،ہرعورتکےساتھ دوفرشتےریکارڈبنارہےہیںاسکا۔ تویہساراریکارڈاسوقتپیشکیاجائےگا۔ اس ریکارڈکےمطابق اللہ کیعدالتسےفیصلہہوگا کہیہ جنتکےقابلہے،یہجہنمکےقابلہے۔</w:t>
      </w:r>
    </w:p>
    <w:p>
      <w:r>
        <w:rPr>
          <w:b/>
        </w:rPr>
        <w:t xml:space="preserve">[58:26] </w:t>
      </w:r>
      <w:r>
        <w:t>yeh waqea hoga super bang ke baad, yani qayamat ke baad. yeh bataya hai Allah taala ne apni kitab mein.</w:t>
      </w:r>
    </w:p>
    <w:p>
      <w:pPr>
        <w:jc w:val="right"/>
      </w:pPr>
      <w:r>
        <w:t>یہ واقعہہوگا سپربینگکےبعد ،یعنیقیامتکےبعد ۔ یہ بتایاہےاللہتعالینے اپنیکتاب میں۔</w:t>
      </w:r>
    </w:p>
    <w:p>
      <w:r>
        <w:rPr>
          <w:b/>
        </w:rPr>
        <w:t xml:space="preserve">[58:35] </w:t>
      </w:r>
      <w:r>
        <w:t>Quran jo mehfooz kitab hai, koi bhi kitab aasmani mehfooz nahin hai. is mein milawatein ho gayin, kuch ka kuch is mein shamil ho gaya, lekin Quran jo hai, mehfooz kitab hai.</w:t>
      </w:r>
    </w:p>
    <w:p>
      <w:pPr>
        <w:jc w:val="right"/>
      </w:pPr>
      <w:r>
        <w:t>قرآنجومحفوظکتاب ہے، کوئیبھیکتاب آسمانیمحفوظنہیںہے۔ اسمیںملاوٹیںہوگئیں، کچھکاکچھاسمیں شامل ہوگیا، لیکن قرآنجوہے، محفوظکتاب ہے۔</w:t>
      </w:r>
    </w:p>
    <w:p>
      <w:r>
        <w:rPr>
          <w:b/>
        </w:rPr>
        <w:t xml:space="preserve">[58:48] </w:t>
      </w:r>
      <w:r>
        <w:t>to Quran mein is jo Khuda ka jo kaise plan hai, usko wazeh taur pe bata diya gaya ke yeh duniya khatam hone wali hai aur uske baad yeh hone wala hai.</w:t>
      </w:r>
    </w:p>
    <w:p>
      <w:pPr>
        <w:jc w:val="right"/>
      </w:pPr>
      <w:r>
        <w:t>تو قرآنمیں اس جوخداکاجو کیسےپلانہے،اسکو واضحطورپربتادیاگیا کہ یہ دنیا ختمہونےوالیہے اوراسکےبعدیہہونے والاہے۔</w:t>
      </w:r>
    </w:p>
    <w:p>
      <w:r>
        <w:rPr>
          <w:b/>
        </w:rPr>
        <w:t xml:space="preserve">[59:01] </w:t>
      </w:r>
      <w:r>
        <w:t>to main dua karta hoon ke Allah taala mujh ko aur aap ko isko samajhne ki tofeeq ataa farmaye. hum khud is par amal karein, duniya ko is se khabar karein.</w:t>
      </w:r>
    </w:p>
    <w:p>
      <w:pPr>
        <w:jc w:val="right"/>
      </w:pPr>
      <w:r>
        <w:t>تو میں دعاکرتاہوںکہاللہ تعالیمجھکواورآپکو اسکو سمجھنےکیتوفیقعطافرمائے۔ ہمخود اسپرعملکریں،دنیا کو اسسےباخبرکریں۔</w:t>
      </w:r>
    </w:p>
    <w:p>
      <w:r>
        <w:rPr>
          <w:b/>
        </w:rPr>
        <w:t xml:space="preserve">[59:12] </w:t>
      </w:r>
      <w:r>
        <w:t>aqool qawli hadha wa astaghfirullaha li walakum ajmaeen</w:t>
      </w:r>
    </w:p>
    <w:p>
      <w:pPr>
        <w:jc w:val="right"/>
      </w:pPr>
      <w:r>
        <w:t>اقول قولیهذا واستغفراللہلیولكماجمعین</w:t>
      </w:r>
    </w:p>
    <w:p>
      <w:r>
        <w:rPr>
          <w:b/>
        </w:rPr>
        <w:t xml:space="preserve">[59:27] </w:t>
      </w:r>
      <w:r>
        <w:t>ne dilise likha hai: "quran mein hai jin tum mein milti julti cheezen milengi. jannat ek thirlki jagah hai.</w:t>
      </w:r>
    </w:p>
    <w:p>
      <w:pPr>
        <w:jc w:val="right"/>
      </w:pPr>
      <w:r>
        <w:t>نے دلیسےلکھاہے: "قرآنمیں ہے جن تمیں ملتی جلتیچیزیں ملیںگی۔ جنت ایک تھرلکیجگہہے۔</w:t>
      </w:r>
    </w:p>
    <w:p>
      <w:r>
        <w:rPr>
          <w:b/>
        </w:rPr>
        <w:t xml:space="preserve">[59:38] </w:t>
      </w:r>
      <w:r>
        <w:t>to jo bande yahan khuda ko thirlke darje mein discor na kar paye, to kya unki jannat bhi muj tabiya hai ? iske bare mein bataein."</w:t>
      </w:r>
    </w:p>
    <w:p>
      <w:pPr>
        <w:jc w:val="right"/>
      </w:pPr>
      <w:r>
        <w:t>تو جو بندے یہاںخداکو تھرلکےدرجےمیں ڈسکورنہ کرپائے، توکیا انکی جنتبھی مج تبیٰہے ؟ اسکےبارےمیں بتائیں۔"</w:t>
      </w:r>
    </w:p>
    <w:p>
      <w:r>
        <w:rPr>
          <w:b/>
        </w:rPr>
        <w:t xml:space="preserve">[59:51] </w:t>
      </w:r>
      <w:r>
        <w:t>ab dekhiye, aakhri baat to allah hi ko pata hai.</w:t>
      </w:r>
    </w:p>
    <w:p>
      <w:pPr>
        <w:jc w:val="right"/>
      </w:pPr>
      <w:r>
        <w:t>ابدیکھیے، آخریبات تواللہ ہیکوپتہہے۔</w:t>
      </w:r>
    </w:p>
    <w:p>
      <w:r>
        <w:rPr>
          <w:b/>
        </w:rPr>
        <w:t xml:space="preserve">[59:56] </w:t>
      </w:r>
      <w:r>
        <w:t>lekin mein samajhta hoon ke jannat unhi logon ke liye hai. lafz jo aaya quran majeed mein, marifat aaya hai.</w:t>
      </w:r>
    </w:p>
    <w:p>
      <w:pPr>
        <w:jc w:val="right"/>
      </w:pPr>
      <w:r>
        <w:t>لیکن میںسمجھتاہوںکہ جنت انہیلوگوںکےلیےہے۔ لفظجوآیاقرآنمجیدمیں،معرفتآیاہے۔</w:t>
      </w:r>
    </w:p>
    <w:p>
      <w:r>
        <w:rPr>
          <w:b/>
        </w:rPr>
        <w:t xml:space="preserve">[1:00:05] </w:t>
      </w:r>
      <w:r>
        <w:t>mein isko thirllka lafz bolta hoon. to marifat ka matlab to wahi hai, yaani marifat ke darje mein jisko</w:t>
      </w:r>
    </w:p>
    <w:p>
      <w:pPr>
        <w:jc w:val="right"/>
      </w:pPr>
      <w:r>
        <w:t>میںاسکو تھرلکالفظبولتاہوں۔ تومعرفتکامطلبتویہیہے، یعنیمعرفت کے درج ےمیں جسکو</w:t>
      </w:r>
    </w:p>
    <w:p>
      <w:r>
        <w:rPr>
          <w:b/>
        </w:rPr>
        <w:t xml:space="preserve">[1:00:16] </w:t>
      </w:r>
      <w:r>
        <w:t>jisne jaana. to marifat darja maeni kiya hai? wo quran mein aap padh lijiye.</w:t>
      </w:r>
    </w:p>
    <w:p>
      <w:pPr>
        <w:jc w:val="right"/>
      </w:pPr>
      <w:r>
        <w:t>جسنےجانا۔ تومعرفتدرجہمعنیکیاہے؟ وہ قرآنمیں آپپڑھلیجئے۔</w:t>
      </w:r>
    </w:p>
    <w:p>
      <w:r>
        <w:rPr>
          <w:b/>
        </w:rPr>
        <w:t xml:space="preserve">[1:00:23] </w:t>
      </w:r>
      <w:r>
        <w:t>to marifat darje mein maeni jaanna kiya hai? to marifat darje mein jaane, marifat ke darje mein janne ka jo mamla hai, usi ko mein kehta hoon thirlinga experience.</w:t>
      </w:r>
    </w:p>
    <w:p>
      <w:pPr>
        <w:jc w:val="right"/>
      </w:pPr>
      <w:r>
        <w:t>تومعرفت درجےمیںمعنی جانناکیاہے؟ تو معرفت درجےمیں جانے ،معرفت کے درجےمیںجاننےکاجومعاملہہے،اسیکومیںکہتاہوںتھرلنگایکسپیرینس۔</w:t>
      </w:r>
    </w:p>
    <w:p>
      <w:r>
        <w:rPr>
          <w:b/>
        </w:rPr>
        <w:t xml:space="preserve">[1:00:35] </w:t>
      </w:r>
      <w:r>
        <w:t>to bazahir to wahi hai, baqi allah ko ilm hai ke wo kiya karne wala hai apne bandon ke sath . mist muhammad tuqeer alam ne muzaffar pur se likha hai: "ulmae haq aur ulmae su ka matlab kiya hai aur</w:t>
      </w:r>
    </w:p>
    <w:p>
      <w:pPr>
        <w:jc w:val="right"/>
      </w:pPr>
      <w:r>
        <w:t>توبظاہرتویہیہے، باقیاللہ کو علم ہےکہوہ کیا کرنےوالاہے اپنےبندوںکےساتھ ۔ مس ٹرمحمد توقیرعالمنے مظفر پورسےلکھاہے: "علمائے حق اور علم ائے سو کامطلب کیا ہے اور</w:t>
      </w:r>
    </w:p>
    <w:p>
      <w:r>
        <w:rPr>
          <w:b/>
        </w:rPr>
        <w:t xml:space="preserve">[1:00:52] </w:t>
      </w:r>
      <w:r>
        <w:t>iski alamat kiya hai ? iske bare mein bataein."</w:t>
      </w:r>
    </w:p>
    <w:p>
      <w:pPr>
        <w:jc w:val="right"/>
      </w:pPr>
      <w:r>
        <w:t>اسکی علامتکیا ہے ؟ اسکےبارےمیںبتائیں۔"</w:t>
      </w:r>
    </w:p>
    <w:p>
      <w:r>
        <w:rPr>
          <w:b/>
        </w:rPr>
        <w:t xml:space="preserve">[1:01:01] </w:t>
      </w:r>
      <w:r>
        <w:t>bhai, dekhiye, bohat mushkil sawal hai. yeh koi aasan nahi hai. yeh</w:t>
      </w:r>
    </w:p>
    <w:p>
      <w:pPr>
        <w:jc w:val="right"/>
      </w:pPr>
      <w:r>
        <w:t>بھئی،دیکھیے،بہتہیمشکلسوالہے۔ یہکوئیآساننہیںہے۔ یہ</w:t>
      </w:r>
    </w:p>
    <w:p>
      <w:r>
        <w:rPr>
          <w:b/>
        </w:rPr>
        <w:t xml:space="preserve">[1:01:09] </w:t>
      </w:r>
      <w:r>
        <w:t>iske mukhtalif matlab bataye gaye hain.</w:t>
      </w:r>
    </w:p>
    <w:p>
      <w:pPr>
        <w:jc w:val="right"/>
      </w:pPr>
      <w:r>
        <w:t>اسکےمختلف مطلببتائےگئےہیں۔</w:t>
      </w:r>
    </w:p>
    <w:p>
      <w:r>
        <w:rPr>
          <w:b/>
        </w:rPr>
        <w:t xml:space="preserve">[1:01:15] </w:t>
      </w:r>
      <w:r>
        <w:t>jahan tak mein samajhta hoon,</w:t>
      </w:r>
    </w:p>
    <w:p>
      <w:pPr>
        <w:jc w:val="right"/>
      </w:pPr>
      <w:r>
        <w:t>جہاںتکمیںسمجھتاہوں،</w:t>
      </w:r>
    </w:p>
    <w:p>
      <w:r>
        <w:rPr>
          <w:b/>
        </w:rPr>
        <w:t xml:space="preserve">[1:01:20] </w:t>
      </w:r>
      <w:r>
        <w:t>wahi hai ke ek hai ilm deen ko deen ke liye istemal karna. ulma wo hain jinko deen ka ilm hasil ho .</w:t>
      </w:r>
    </w:p>
    <w:p>
      <w:pPr>
        <w:jc w:val="right"/>
      </w:pPr>
      <w:r>
        <w:t>وہیہہے کہ ایکہے علم دینکو دینکےلیےاستعمال کرنا۔ علماءوہہیںجنکودینکاعلم حاصل ہو ۔</w:t>
      </w:r>
    </w:p>
    <w:p>
      <w:r>
        <w:rPr>
          <w:b/>
        </w:rPr>
        <w:t xml:space="preserve">[1:01:30] </w:t>
      </w:r>
      <w:r>
        <w:t>ek hai deen ko deen ke liye istemal karna. wo hain ulmae haq . ek wo hain jo deen ko duniya ke liye istemal karein.</w:t>
      </w:r>
    </w:p>
    <w:p>
      <w:pPr>
        <w:jc w:val="right"/>
      </w:pPr>
      <w:r>
        <w:t>ایک ہے دینکو دینکےلیےاستعمال کرنا۔ وہہیںعلم ائے حق ۔ ایک وہہیںجودینکو دنیا کےلیےاستعمالکریں۔</w:t>
      </w:r>
    </w:p>
    <w:p>
      <w:r>
        <w:rPr>
          <w:b/>
        </w:rPr>
        <w:t xml:space="preserve">[1:01:41] </w:t>
      </w:r>
      <w:r>
        <w:t>wo hain ulmae su .</w:t>
      </w:r>
    </w:p>
    <w:p>
      <w:pPr>
        <w:jc w:val="right"/>
      </w:pPr>
      <w:r>
        <w:t>وہہیںعلمائے سو ۔</w:t>
      </w:r>
    </w:p>
    <w:p>
      <w:r>
        <w:rPr>
          <w:b/>
        </w:rPr>
        <w:t xml:space="preserve">[1:01:44] </w:t>
      </w:r>
      <w:r>
        <w:t>naam dono deen ka lenge. inhe mein se koi aesa nahi hoga jo deen ka naam na le. lekin deen ka naam le kar ek shakhs deen hi ke liye kaam karega.</w:t>
      </w:r>
    </w:p>
    <w:p>
      <w:pPr>
        <w:jc w:val="right"/>
      </w:pPr>
      <w:r>
        <w:t>نام دونوں دینکالیںگے۔ انہیمیںسےکوئیایسانہیںہوگا جودینکانام نہلے۔ لیکن دینکانام لےکرایک شخص دینہیکےلیےکامکرےگا۔</w:t>
      </w:r>
    </w:p>
    <w:p>
      <w:r>
        <w:rPr>
          <w:b/>
        </w:rPr>
        <w:t xml:space="preserve">[1:01:55] </w:t>
      </w:r>
      <w:r>
        <w:t>ek shakhs deen ka naam le kar duniya, duniya ke maeni hain ke paisa, shohrat, fame, power, izzat, yeh sab cheezen duniya mein aati hain.</w:t>
      </w:r>
    </w:p>
    <w:p>
      <w:pPr>
        <w:jc w:val="right"/>
      </w:pPr>
      <w:r>
        <w:t>ایکشخصدینکاناملےکر دنیا ،دنیا کےمعنیہیںکہ پیسہ، شہ رت، فیم، پاور ،عزت ، یہسبچیزیںدنیامیںآتیہیں۔</w:t>
      </w:r>
    </w:p>
    <w:p>
      <w:r>
        <w:rPr>
          <w:b/>
        </w:rPr>
        <w:t xml:space="preserve">[1:02:09] </w:t>
      </w:r>
      <w:r>
        <w:t>to jahan tak mein ne samjha hai, yahi farq hai dono ke darmiyan.</w:t>
      </w:r>
    </w:p>
    <w:p>
      <w:pPr>
        <w:jc w:val="right"/>
      </w:pPr>
      <w:r>
        <w:t>توجہاںتکمیںنےسمجھاہے، یہیفرقہے دونوںکے درمیان۔</w:t>
      </w:r>
    </w:p>
    <w:p>
      <w:r>
        <w:rPr>
          <w:b/>
        </w:rPr>
        <w:t xml:space="preserve">[1:02:16] </w:t>
      </w:r>
      <w:r>
        <w:t>miss naghma sadiqi ne dilise likha hai: "Yousay nature servesas amodel for prov iding man with lessons.</w:t>
      </w:r>
    </w:p>
    <w:p>
      <w:pPr>
        <w:jc w:val="right"/>
      </w:pPr>
      <w:r>
        <w:t>مس نغمہصدی قینےدلیسےلکھاہے: "Yousay nature servesas amodel for prov iding man with lessons.</w:t>
      </w:r>
    </w:p>
    <w:p>
      <w:r>
        <w:rPr>
          <w:b/>
        </w:rPr>
        <w:t xml:space="preserve">[1:02:25] </w:t>
      </w:r>
      <w:r>
        <w:t>molana, canyoupleaseexplain this withanexamp le?"</w:t>
      </w:r>
    </w:p>
    <w:p>
      <w:pPr>
        <w:jc w:val="right"/>
      </w:pPr>
      <w:r>
        <w:t>مولانا،canyoupleaseexplain this withanexamp le?"</w:t>
      </w:r>
    </w:p>
    <w:p>
      <w:r>
        <w:rPr>
          <w:b/>
        </w:rPr>
        <w:t xml:space="preserve">[1:02:40] </w:t>
      </w:r>
      <w:r>
        <w:t>mein samajhta hoon ke sari nature wo hai, wo model hai. sari nature .</w:t>
      </w:r>
    </w:p>
    <w:p>
      <w:pPr>
        <w:jc w:val="right"/>
      </w:pPr>
      <w:r>
        <w:t>میں سمجھتاہوںکہساری نیچرجوہے، وہ ماڈلہے۔ سارینیچر ۔</w:t>
      </w:r>
    </w:p>
    <w:p>
      <w:r>
        <w:rPr>
          <w:b/>
        </w:rPr>
        <w:t xml:space="preserve">[1:02:51] </w:t>
      </w:r>
      <w:r>
        <w:t>jaise abhi mein subah ko baitha hua tha apne ghar ke samne to drakht dikhai de rahe the, sab har taraf drakht .</w:t>
      </w:r>
    </w:p>
    <w:p>
      <w:pPr>
        <w:jc w:val="right"/>
      </w:pPr>
      <w:r>
        <w:t>جیسےابھیمیںصبحکوبیٹھاہواتھا اپنے گھرکےسامنے تو درختدکھائیدےرہےتھے،سب ہرطرف درخت ۔</w:t>
      </w:r>
    </w:p>
    <w:p>
      <w:r>
        <w:rPr>
          <w:b/>
        </w:rPr>
        <w:t xml:space="preserve">[1:03:03] </w:t>
      </w:r>
      <w:r>
        <w:t>is ke upar chirya urr rahi thi.</w:t>
      </w:r>
    </w:p>
    <w:p>
      <w:pPr>
        <w:jc w:val="right"/>
      </w:pPr>
      <w:r>
        <w:t>اس کےاوپرچڑیااڑرہیتھی۔</w:t>
      </w:r>
    </w:p>
    <w:p>
      <w:r>
        <w:rPr>
          <w:b/>
        </w:rPr>
        <w:t xml:space="preserve">[1:03:08] </w:t>
      </w:r>
      <w:r>
        <w:t>to mujhe do hadiseen yaad aaein. ek hadith hai ke</w:t>
      </w:r>
    </w:p>
    <w:p>
      <w:pPr>
        <w:jc w:val="right"/>
      </w:pPr>
      <w:r>
        <w:t>تومجھے دوحدیثیںیادآئیں۔ ایکحدیثہےکہ</w:t>
      </w:r>
    </w:p>
    <w:p>
      <w:r>
        <w:rPr>
          <w:b/>
        </w:rPr>
        <w:t xml:space="preserve">[1:03:15] </w:t>
      </w:r>
      <w:r>
        <w:t>momin ke bare mein , momin kaisa hota hai, momin ka character.</w:t>
      </w:r>
    </w:p>
    <w:p>
      <w:pPr>
        <w:jc w:val="right"/>
      </w:pPr>
      <w:r>
        <w:t>مومنکےبارےمیں ،مومنکیساہوتاہے، مومنکاکریکٹر۔</w:t>
      </w:r>
    </w:p>
    <w:p>
      <w:r>
        <w:rPr>
          <w:b/>
        </w:rPr>
        <w:t xml:space="preserve">[1:03:22] </w:t>
      </w:r>
      <w:r>
        <w:t>misal momin ka misal khama</w:t>
      </w:r>
    </w:p>
    <w:p>
      <w:pPr>
        <w:jc w:val="right"/>
      </w:pPr>
      <w:r>
        <w:t>مثل مومن کامثل خامہ</w:t>
      </w:r>
    </w:p>
    <w:p>
      <w:r>
        <w:rPr>
          <w:b/>
        </w:rPr>
        <w:t xml:space="preserve">[1:03:28] </w:t>
      </w:r>
      <w:r>
        <w:t>khama kehte hain poda,</w:t>
      </w:r>
    </w:p>
    <w:p>
      <w:pPr>
        <w:jc w:val="right"/>
      </w:pPr>
      <w:r>
        <w:t>خامہکہتےہیں پودا،</w:t>
      </w:r>
    </w:p>
    <w:p>
      <w:r>
        <w:rPr>
          <w:b/>
        </w:rPr>
        <w:t xml:space="preserve">[1:03:33] </w:t>
      </w:r>
      <w:r>
        <w:t>hara bhara poda woh hota hai. to momin ki misal pode jaisi hai. poda kya hota hai? ab jaise poda yeh hai ke hawa chalti hai idhar se to idhar jhuk jata hai, idhar chalti hai idhar jhuk jata hai.</w:t>
      </w:r>
    </w:p>
    <w:p>
      <w:pPr>
        <w:jc w:val="right"/>
      </w:pPr>
      <w:r>
        <w:t>ہرابھراپوداجوہوتاہے۔ تو مومنکیمثال پودےجیسیہے۔ پوداکیاہوتاہے؟ ابجیسےپودایہہے کہ ہوا چلتیہے ادھرسےتوادھرجھکجاتاہے، ادھرچلتیہےادھرجھکجاتاہے۔</w:t>
      </w:r>
    </w:p>
    <w:p>
      <w:r>
        <w:rPr>
          <w:b/>
        </w:rPr>
        <w:t xml:space="preserve">[1:03:49] </w:t>
      </w:r>
      <w:r>
        <w:t>to woh model hai ke momin mein akran nahi hoti. momin mein akran nahi hoti. poda akarta nahi, hawa se takrata nahi.</w:t>
      </w:r>
    </w:p>
    <w:p>
      <w:pPr>
        <w:jc w:val="right"/>
      </w:pPr>
      <w:r>
        <w:t>تو وہماڈلہے کہ مومنمیںاکڑنہیںہوتی۔ مومنمیںاکڑنہیںہوتی۔ پودااکڑتانہیں، ہوا سے ٹکراتانہیں۔</w:t>
      </w:r>
    </w:p>
    <w:p>
      <w:r>
        <w:rPr>
          <w:b/>
        </w:rPr>
        <w:t xml:space="preserve">[1:04:02] </w:t>
      </w:r>
      <w:r>
        <w:t>takraye baghair aise ho jata hai. to woh hadith mujhe yaad aayi ke yeh yeh darakht, yeh pode bata rahe hain ke bana akr ke jiyo, akr mat dikhao, takrao mat karo.</w:t>
      </w:r>
    </w:p>
    <w:p>
      <w:pPr>
        <w:jc w:val="right"/>
      </w:pPr>
      <w:r>
        <w:t>ٹکرائےبغیر ایسےہوجاتا ہے۔ تووہحدیثمجھےیادآئیکہیہ یہ درخت،یہ پودےبتارہےہیں کہ بنااکڑکےجیو، اکڑمتدکھاؤ، ٹکراؤنہکرو۔</w:t>
      </w:r>
    </w:p>
    <w:p>
      <w:r>
        <w:rPr>
          <w:b/>
        </w:rPr>
        <w:t xml:space="preserve">[1:04:19] </w:t>
      </w:r>
      <w:r>
        <w:t>yani confrontational approach jo hai, woh kisi pode ka nahi hota hai.</w:t>
      </w:r>
    </w:p>
    <w:p>
      <w:pPr>
        <w:jc w:val="right"/>
      </w:pPr>
      <w:r>
        <w:t>یعنیکنفrontiational approachجوہے،وہ کسی پودےکانہیںہوتاہے۔</w:t>
      </w:r>
    </w:p>
    <w:p>
      <w:r>
        <w:rPr>
          <w:b/>
        </w:rPr>
        <w:t xml:space="preserve">[1:04:26] </w:t>
      </w:r>
      <w:r>
        <w:t>ab chidiya urr rahi thi to mujhe ek aur hadith yaad aayi ke jannat walon ke bare mein af dathamakafathathair ke jannat walon ke dil wahi, woh chidiya ki tarah honge.</w:t>
      </w:r>
    </w:p>
    <w:p>
      <w:pPr>
        <w:jc w:val="right"/>
      </w:pPr>
      <w:r>
        <w:t>ابچڑیااڑرہیتھیتومجھےایکاورحدیثیادآئی کہ جنتوالوںکےبارےمیں اف د تهمكافۃ الطير کہجنتوالوںکےدلجوہیں،وہچڑیاکیطرحہوںگے۔</w:t>
      </w:r>
    </w:p>
    <w:p>
      <w:r>
        <w:rPr>
          <w:b/>
        </w:rPr>
        <w:t xml:space="preserve">[1:04:41] </w:t>
      </w:r>
      <w:r>
        <w:t>to chidiya hawa mein urr rahi hai, koi usse nafrat nahi. khali fazaa mein urr rahi hai, idhar se idhar, idhar se idhar. na nafrat hai, na kisi ko usse marna hai, na kisi se revenge lena hai, kuch bhi nahi.</w:t>
      </w:r>
    </w:p>
    <w:p>
      <w:pPr>
        <w:jc w:val="right"/>
      </w:pPr>
      <w:r>
        <w:t>توچڑیاہوا میںاڑرہیہے، کوئیاسکونفرتنہیں۔ کھلیفضامیںاڑرہیہے،ادھرسےادھر،ادھرسےادھر۔ نہنفرتہے، نہ کسی کواسےمارناہے، نہکسیسے ری ونجلیناہے،کچھبھینہیں ۔</w:t>
      </w:r>
    </w:p>
    <w:p>
      <w:r>
        <w:rPr>
          <w:b/>
        </w:rPr>
        <w:t xml:space="preserve">[1:04:56] </w:t>
      </w:r>
      <w:r>
        <w:t>ek ek alag duniya mein urr rahi hai, woh usse upar duniya mein.</w:t>
      </w:r>
    </w:p>
    <w:p>
      <w:pPr>
        <w:jc w:val="right"/>
      </w:pPr>
      <w:r>
        <w:t>ایک ایک الگہیدنیا میںاڑرہیہے،وہ اسسےاوپر دنیا میں۔</w:t>
      </w:r>
    </w:p>
    <w:p>
      <w:r>
        <w:rPr>
          <w:b/>
        </w:rPr>
        <w:t xml:space="preserve">[1:05:03] </w:t>
      </w:r>
      <w:r>
        <w:t>yeh nafrat ki duniya, tashaddud ki duniya, revenge ki duniya, takrao ki duniya, usse upar urr rahi hai. woh ek ek ek ek gaya, yani to upar ek ek ek buland tar level usne jaan daryaft kar liya zindagi ka.</w:t>
      </w:r>
    </w:p>
    <w:p>
      <w:pPr>
        <w:jc w:val="right"/>
      </w:pPr>
      <w:r>
        <w:t>یہنفرتکیدنیا ،تشددکیدنیا ، ریونجکیدنیا ، ٹکراؤکیدنیا،اسسےاوپر اڑرہیہے۔وہ ایک ایک ایک ایک گیا، یعنی تو اوپرایک ایک ایک بلندترلیول اسنے جان دریافتکرلیازندگی کا ۔</w:t>
      </w:r>
    </w:p>
    <w:p>
      <w:r>
        <w:rPr>
          <w:b/>
        </w:rPr>
        <w:t xml:space="preserve">[1:05:25] </w:t>
      </w:r>
      <w:r>
        <w:t>to isi ko kaha gaya hadith mein ke unke dil chidiya ke dil ke manind honge. to darakht bhi ek model bana hua hai insan ke liye, aur chidiya bhi ek model bani hui hai insan ke liye.</w:t>
      </w:r>
    </w:p>
    <w:p>
      <w:pPr>
        <w:jc w:val="right"/>
      </w:pPr>
      <w:r>
        <w:t>تو اسیکوکہاگیاحدیثمیںکہانکےدل چڑیاکےدلکےمانندہوںگے۔ تو درخت بھی ایک ماڈل بناہواہے انسانکےلیے ،اورچڑیابھیایکماڈلبنیہوئیہےانسانکےلیے۔</w:t>
      </w:r>
    </w:p>
    <w:p>
      <w:r>
        <w:rPr>
          <w:b/>
        </w:rPr>
        <w:t xml:space="preserve">[1:05:41] </w:t>
      </w:r>
      <w:r>
        <w:t>aise aap ghoor karenge to sara nature hi model hai, sara nature model hai. yeh ghaas se le kar ke sitaron tak</w:t>
      </w:r>
    </w:p>
    <w:p>
      <w:pPr>
        <w:jc w:val="right"/>
      </w:pPr>
      <w:r>
        <w:t>ایسےآپغورکریںگےتوسارانیچرہیماڈلہے، سارانیچرماڈلہے۔ یہگھاسسےلےکرکےستاروںتک</w:t>
      </w:r>
    </w:p>
    <w:p>
      <w:r>
        <w:rPr>
          <w:b/>
        </w:rPr>
        <w:t xml:space="preserve">[1:05:48] </w:t>
      </w:r>
      <w:r>
        <w:t>. mister abdul rehman ne dilli se likha hai: "molana sahib, despite the fact that Bible is not the preserved book, you quote number of times in your write ups verses from the Bible.</w:t>
      </w:r>
    </w:p>
    <w:p>
      <w:pPr>
        <w:jc w:val="right"/>
      </w:pPr>
      <w:r>
        <w:t>۔ مسٹرعبدالرحمن نے دلیسےلکھاہے: "مول اناصاحب، ڈسپائٹدا فیکٹ دیٹبائبل از ناٹدا پریزروڈبک ،یوکوٹ نمبراف ٹائمزانیوررائٹاپس ورسزفرامدابائبل ۔</w:t>
      </w:r>
    </w:p>
    <w:p>
      <w:r>
        <w:rPr>
          <w:b/>
        </w:rPr>
        <w:t xml:space="preserve">[1:06:03] </w:t>
      </w:r>
      <w:r>
        <w:t>what was the wisdom behind this?" dekhen, bible mein aisa hai, humko ek, hum usko historical exegesis samajhte hain. historical</w:t>
      </w:r>
    </w:p>
    <w:p>
      <w:pPr>
        <w:jc w:val="right"/>
      </w:pPr>
      <w:r>
        <w:t>واٹازداوزڈمبیہائنڈدس؟" دیکھیں،بائبلمیں ایساہے، ہمکو ایک ،ہماسکو ہسٹریکاایکسورسسمجھتےہیں۔ہسٹریکا</w:t>
      </w:r>
    </w:p>
    <w:p>
      <w:r>
        <w:rPr>
          <w:b/>
        </w:rPr>
        <w:t xml:space="preserve">[1:06:17] </w:t>
      </w:r>
      <w:r>
        <w:t>dekhen, dono mein farq hai, dono baaton mein. ek yeh hai ke Khuda ka jo, Khuda ki jo wahi aayi hai, Khuda ki jo revelation, uska authentic source samjhen aap.</w:t>
      </w:r>
    </w:p>
    <w:p>
      <w:pPr>
        <w:jc w:val="right"/>
      </w:pPr>
      <w:r>
        <w:t>دیکھیں،دونوںمیںفرقہے،دونوںباتوںمیں۔ ایکیہہےکہ خداکا جو ،خداکیجووحیآئیہے، خداکیجوریلیشن، اسکا اتھینٹکسورسسمجھیںآپ۔</w:t>
      </w:r>
    </w:p>
    <w:p>
      <w:r>
        <w:rPr>
          <w:b/>
        </w:rPr>
        <w:t xml:space="preserve">[1:06:29] </w:t>
      </w:r>
      <w:r>
        <w:t>ek historical source samjhen aap. to bible mein peghambaron ki history hai, Quran se zyada. Quran se zyada history is mein hai, bohat se nabiyon ka zikr hai.</w:t>
      </w:r>
    </w:p>
    <w:p>
      <w:pPr>
        <w:jc w:val="right"/>
      </w:pPr>
      <w:r>
        <w:t>ایک ہ سٹریکاسورسسمجھیںآپ۔ تو بائبلمیں پیغمبروںکیہسٹریہے، قرآنسےزیادہ ۔قرآنسےزیادہ ہسٹریاسمیںہے، بہت سےنبیوںکاذکرہے۔</w:t>
      </w:r>
    </w:p>
    <w:p>
      <w:r>
        <w:rPr>
          <w:b/>
        </w:rPr>
        <w:t xml:space="preserve">[1:06:43] </w:t>
      </w:r>
      <w:r>
        <w:t>to</w:t>
      </w:r>
    </w:p>
    <w:p>
      <w:pPr>
        <w:jc w:val="right"/>
      </w:pPr>
      <w:r>
        <w:t>تو</w:t>
      </w:r>
    </w:p>
    <w:p>
      <w:r>
        <w:rPr>
          <w:b/>
        </w:rPr>
        <w:t xml:space="preserve">[1:06:44] </w:t>
      </w:r>
      <w:r>
        <w:t>sara hi aisa nahi ke har har satr uska jo hai, badli hui hai. bohat si baatein is mein aisi hain jo, yani hamari maloomat mein izafa karti hain.</w:t>
      </w:r>
    </w:p>
    <w:p>
      <w:pPr>
        <w:jc w:val="right"/>
      </w:pPr>
      <w:r>
        <w:t>ساراہیایسانہیںکہہرہر سطر اسکاجوہے، بدلیہوئیہے۔ بہت سیباتیںاسمیںایسیہیںجو ،یعنی ہماریمعلوماتمیںاضافہکرتیہیں۔</w:t>
      </w:r>
    </w:p>
    <w:p>
      <w:r>
        <w:rPr>
          <w:b/>
        </w:rPr>
        <w:t xml:space="preserve">[1:07:00] </w:t>
      </w:r>
      <w:r>
        <w:t>to mera manna yeh hai ke agar aapko yeh jaan na ho ke Khuda ka jo, yani jo Khuda ke liye jo wahi aayi, jo revelation aaya Khuda ki taraf se,</w:t>
      </w:r>
    </w:p>
    <w:p>
      <w:pPr>
        <w:jc w:val="right"/>
      </w:pPr>
      <w:r>
        <w:t>تومیراماننایہہےکہاگرآپکویہجان ناہو کہ خداکا جو، یعنیجو خدا کےلیےجو وحیآئی،جو ریولیوشنآیاخداکیطرفسے،</w:t>
      </w:r>
    </w:p>
    <w:p>
      <w:r>
        <w:rPr>
          <w:b/>
        </w:rPr>
        <w:t xml:space="preserve">[1:07:14] </w:t>
      </w:r>
      <w:r>
        <w:t>woh fi al waqe kya tha, to authentic source sirf Quran hai uske liye. lekin historical ke aitbar se aap jaan na chahen to bohat si baatein milti hain bible mein, jo Quran mein bhi nahi, hadith mein bhi nahi hain.</w:t>
      </w:r>
    </w:p>
    <w:p>
      <w:pPr>
        <w:jc w:val="right"/>
      </w:pPr>
      <w:r>
        <w:t>وہ فیالواقعکیاتھا، تو اتھینٹکسورسصرفقرآنہےاسکےلیے۔ لیکن ہسٹریکےاعتبارسے آپ جانناچاہیںتوبہت سیباتیں ملتیہیں بائبلمیں، جو قرآنمیںبھینہیں،حدیثمیںبھینہیںہیں۔</w:t>
      </w:r>
    </w:p>
    <w:p>
      <w:r>
        <w:rPr>
          <w:b/>
        </w:rPr>
        <w:t xml:space="preserve">[1:07:33] </w:t>
      </w:r>
      <w:r>
        <w:t>to yeh yeh mera mamla hai,</w:t>
      </w:r>
    </w:p>
    <w:p>
      <w:pPr>
        <w:jc w:val="right"/>
      </w:pPr>
      <w:r>
        <w:t>تو یہ یہ میرامعاملہہے،</w:t>
      </w:r>
    </w:p>
    <w:p>
      <w:r>
        <w:rPr>
          <w:b/>
        </w:rPr>
        <w:t xml:space="preserve">[1:07:37] </w:t>
      </w:r>
      <w:r>
        <w:t>yani marifat ka reference batana ho to Quran hai. historical reference batana ho to is aur bohat si kitabein hain, usmein se bible bhi hai.</w:t>
      </w:r>
    </w:p>
    <w:p>
      <w:pPr>
        <w:jc w:val="right"/>
      </w:pPr>
      <w:r>
        <w:t>یعنی معرفتکا ریفرنس بت اناہوتوقرآنہے۔ ہسٹریکاریفرنسبتاناہوتو اساوربہتسیکتاب یںہیں،اسمیںسےبائبلبھیہے۔</w:t>
      </w:r>
    </w:p>
    <w:p>
      <w:r>
        <w:rPr>
          <w:b/>
        </w:rPr>
        <w:t xml:space="preserve">[1:07:51] </w:t>
      </w:r>
      <w:r>
        <w:t>molana amanullah riyazi ne dilli se likha hai: "islami tareekh mein muhaddiseen ka role kya hai ? uski wazahat farmayen."</w:t>
      </w:r>
    </w:p>
    <w:p>
      <w:pPr>
        <w:jc w:val="right"/>
      </w:pPr>
      <w:r>
        <w:t>مول انا امان اللہریاضینے دلیسےلکھاہے: "اسلامی تاریخ میں محدثینکا رول کیا ہے ؟ اسکی وضاحتفرمائیں۔"</w:t>
      </w:r>
    </w:p>
    <w:p>
      <w:r>
        <w:rPr>
          <w:b/>
        </w:rPr>
        <w:t xml:space="preserve">[1:08:05] </w:t>
      </w:r>
      <w:r>
        <w:t>yeh muhaddiseen ka role bohat hi bada hai,</w:t>
      </w:r>
    </w:p>
    <w:p>
      <w:pPr>
        <w:jc w:val="right"/>
      </w:pPr>
      <w:r>
        <w:t>یہ محدثینکارول بہت ہیبڑاہے،</w:t>
      </w:r>
    </w:p>
    <w:p>
      <w:r>
        <w:rPr>
          <w:b/>
        </w:rPr>
        <w:t xml:space="preserve">[1:08:12] </w:t>
      </w:r>
      <w:r>
        <w:t>yani sahaba ke darje ka role hai. hamare paas dekhen, do cheezein hain: Quran aur hadith. Quran o hadith na hon to hum kya, hum andhere mein hain?</w:t>
      </w:r>
    </w:p>
    <w:p>
      <w:pPr>
        <w:jc w:val="right"/>
      </w:pPr>
      <w:r>
        <w:t>یعنی صحابہکےدرج ےکارولہے۔ ہمارےپاسدیکھیں،دوچیزیںہیں: قرآناورحدیث ۔قرآنوحدیث نہہوتوہمکیا،ہماندھیرےمیںہیں؟</w:t>
      </w:r>
    </w:p>
    <w:p>
      <w:r>
        <w:rPr>
          <w:b/>
        </w:rPr>
        <w:t xml:space="preserve">[1:08:24] </w:t>
      </w:r>
      <w:r>
        <w:t>humein kuch pata nahi hai.</w:t>
      </w:r>
    </w:p>
    <w:p>
      <w:pPr>
        <w:jc w:val="right"/>
      </w:pPr>
      <w:r>
        <w:t>ہمیںکچھپتہنہیںہے۔</w:t>
      </w:r>
    </w:p>
    <w:p>
      <w:r>
        <w:rPr>
          <w:b/>
        </w:rPr>
        <w:t xml:space="preserve">[1:08:29] </w:t>
      </w:r>
      <w:r>
        <w:t>to sahaba ka kamal yeh hai ke unho ne quran ko mehfooz kiya, is ko yaad kiya, is ko likha, is ka صحیfa banaya, aur agle generation tak pohanchaya.</w:t>
      </w:r>
    </w:p>
    <w:p>
      <w:pPr>
        <w:jc w:val="right"/>
      </w:pPr>
      <w:r>
        <w:t>تو صحابہکا کمالیہہےکہانہوںنےقرآنکومحفوظکیا ،اسکویادکیا، اسکولکھ ا، اسکا صحیفہبنایا، اور اگلے جنریشنتکپہنچایا۔</w:t>
      </w:r>
    </w:p>
    <w:p>
      <w:r>
        <w:rPr>
          <w:b/>
        </w:rPr>
        <w:t xml:space="preserve">[1:08:46] </w:t>
      </w:r>
      <w:r>
        <w:t>yani sahaba ne rasool allah se quran liya, is ko mehfooz kar ke agli generation tak pohanchaya.</w:t>
      </w:r>
    </w:p>
    <w:p>
      <w:pPr>
        <w:jc w:val="right"/>
      </w:pPr>
      <w:r>
        <w:t>یعنیصحابہنےرسولاللہسے قرآنلیا، اسکو محفوظکرکے اگلی جنریشنتکپہنچایا۔</w:t>
      </w:r>
    </w:p>
    <w:p>
      <w:r>
        <w:rPr>
          <w:b/>
        </w:rPr>
        <w:t xml:space="preserve">[1:08:57] </w:t>
      </w:r>
      <w:r>
        <w:t>to yeh hai sahaba ka role</w:t>
      </w:r>
    </w:p>
    <w:p>
      <w:pPr>
        <w:jc w:val="right"/>
      </w:pPr>
      <w:r>
        <w:t>تویہہےصحابہکارول</w:t>
      </w:r>
    </w:p>
    <w:p>
      <w:r>
        <w:rPr>
          <w:b/>
        </w:rPr>
        <w:t xml:space="preserve">[1:08:59] </w:t>
      </w:r>
      <w:r>
        <w:t>ke sahaba ka role agar na hota to humein quran se hum be khabar hote. quran na agar hum par pohanchta woh andhere mein the. hamare paas koi, yani koi base nahi tha koi baat kehne ke liye.</w:t>
      </w:r>
    </w:p>
    <w:p>
      <w:pPr>
        <w:jc w:val="right"/>
      </w:pPr>
      <w:r>
        <w:t>کہصحابہکارولاگرنہہوتا تو ہمیںقرآن سےہمبےخبرہوتے۔ قرآننہاگرہمپرپہنچتاتوہماندھیرےمیںتھے۔ ہمارےپاسکوئی ،یعنی کوئیبیسنہیںتھا کوئیباتکہنےکےلیے۔</w:t>
      </w:r>
    </w:p>
    <w:p>
      <w:r>
        <w:rPr>
          <w:b/>
        </w:rPr>
        <w:t xml:space="preserve">[1:09:15] </w:t>
      </w:r>
      <w:r>
        <w:t>bilkul hum ek baseless mazhab par khare hote hain. hum muhaddiseen ka role yeh hai ke unho ne hadithon ko jama kiya.</w:t>
      </w:r>
    </w:p>
    <w:p>
      <w:pPr>
        <w:jc w:val="right"/>
      </w:pPr>
      <w:r>
        <w:t>بالکل ہمایک بیسلیس مذہبپرکھڑےہوتےہیں۔ہم محدثینکارولیہہےکہانہوںنے حدیثوںکوجمع کیا۔</w:t>
      </w:r>
    </w:p>
    <w:p>
      <w:r>
        <w:rPr>
          <w:b/>
        </w:rPr>
        <w:t xml:space="preserve">[1:09:27] </w:t>
      </w:r>
      <w:r>
        <w:t>to mein is ko barabar ka role samajhta hoon. yani muhaddiseen ne taqreeban 100 baras tak sara apna energy is mein laga di.</w:t>
      </w:r>
    </w:p>
    <w:p>
      <w:pPr>
        <w:jc w:val="right"/>
      </w:pPr>
      <w:r>
        <w:t>تومیںاسکوبرابرکارولسمجھتاہوں۔ یعنی محدثین نے تقریباًسو برستک سارا اپنا انرجیاسمیںلگادی۔</w:t>
      </w:r>
    </w:p>
    <w:p>
      <w:r>
        <w:rPr>
          <w:b/>
        </w:rPr>
        <w:t xml:space="preserve">[1:09:39] </w:t>
      </w:r>
      <w:r>
        <w:t>jis se log paisa kamate hain, fehm hasil karte hain, power hasil karte hain, is sab se bilkul alag ho gaye. woh yahan tak ke is se bhi alag ho gaye. woh kahan un ke zamane mein jo hukumat thi, abbasi hukumat,</w:t>
      </w:r>
    </w:p>
    <w:p>
      <w:pPr>
        <w:jc w:val="right"/>
      </w:pPr>
      <w:r>
        <w:t>جسسےلوگ پیسہکماتےہیں، فہمحاصل کرتےہیں، پاورحاصلکرتےہیں،اسسبسےبالکل الگہوگئے۔وہ یہاںتک کہ اسسےبھیالگہوگئے۔وہ کہانکےزمانےمیںجوحکومت تھی، عب اسیتحکومت،</w:t>
      </w:r>
    </w:p>
    <w:p>
      <w:r>
        <w:rPr>
          <w:b/>
        </w:rPr>
        <w:t xml:space="preserve">[1:09:54] </w:t>
      </w:r>
      <w:r>
        <w:t>woh aaj kal ki zaban mein wohi thi jis se ke aaj kal lad rahe hain.</w:t>
      </w:r>
    </w:p>
    <w:p>
      <w:pPr>
        <w:jc w:val="right"/>
      </w:pPr>
      <w:r>
        <w:t>وہ آجکل کیزبان میںوہیتھیجسسےکہآجکللڑرہےہیں۔</w:t>
      </w:r>
    </w:p>
    <w:p>
      <w:r>
        <w:rPr>
          <w:b/>
        </w:rPr>
        <w:t xml:space="preserve">[1:09:57] </w:t>
      </w:r>
      <w:r>
        <w:t>arab countries mein log lad rahe hain aapas mein, waisi hukumat thi. woh wahan corruption tha, wahan par exploitation tha, wahan sab kuch tha, wahan zulm tha.</w:t>
      </w:r>
    </w:p>
    <w:p>
      <w:pPr>
        <w:jc w:val="right"/>
      </w:pPr>
      <w:r>
        <w:t>عرب کنٹریزمیںلوگلڑرہےہیںآپسمیں،ویسےحکومت تھی۔وہ وہاں کرپشنتھا، وہاںپرایکسپلائٹیشنتھا،وہاںسبکچھتھا،وہاںظلم تھا۔</w:t>
      </w:r>
    </w:p>
    <w:p>
      <w:r>
        <w:rPr>
          <w:b/>
        </w:rPr>
        <w:t xml:space="preserve">[1:10:07] </w:t>
      </w:r>
      <w:r>
        <w:t>magar unho ne is ko bardasht kiya, lade nahi. woh kyun? unhein ek doosra ek kaam karna tha, yani political confirmation ke siwa ek aur kaam karna tha: hadithon ko jama karna.</w:t>
      </w:r>
    </w:p>
    <w:p>
      <w:pPr>
        <w:jc w:val="right"/>
      </w:pPr>
      <w:r>
        <w:t>مگرانہوںنےاسکوبرداشتکیا، لڑےنہیں۔وہ کیوں؟انہیں ایک دوسراایککامکرناتھا، یعنیپولیٹیکلکنفرمیشنکےسوا ایکاورکامکرناتھا: حدیثوںکوجمع کرنا۔</w:t>
      </w:r>
    </w:p>
    <w:p>
      <w:r>
        <w:rPr>
          <w:b/>
        </w:rPr>
        <w:t xml:space="preserve">[1:10:22] </w:t>
      </w:r>
      <w:r>
        <w:t>bohat bara kaam unho ne kiya ke jo rawi the, un ke halaat jama kiye, hadithon ko jama kiya, ilm hadith banaya.</w:t>
      </w:r>
    </w:p>
    <w:p>
      <w:pPr>
        <w:jc w:val="right"/>
      </w:pPr>
      <w:r>
        <w:t>بہت بڑا کام انہوںنےکیا کہ جو راویتھے،انکےحالاتاکٹھا کیے، حدیثوںکوجمع کیا، علم حدیثبنایا۔</w:t>
      </w:r>
    </w:p>
    <w:p>
      <w:r>
        <w:rPr>
          <w:b/>
        </w:rPr>
        <w:t xml:space="preserve">[1:10:32] </w:t>
      </w:r>
      <w:r>
        <w:t>agar farz kiye ke yahi ek baat le lijiye ke agar woh kamane mein lagte, jaise aaj kal log kamane mein lage hue hain, to un ke paas bohat thoda time hota.</w:t>
      </w:r>
    </w:p>
    <w:p>
      <w:pPr>
        <w:jc w:val="right"/>
      </w:pPr>
      <w:r>
        <w:t>اگر فرضکیےکہ یہیایکباتلےلیجئے کہاگر وہ کمانےمیںلگتے،جیسےآجکللوگکمانےمیںلگےہوئےہیں، تو انکےپاسبہتتھوڑاٹائمہوتا۔</w:t>
      </w:r>
    </w:p>
    <w:p>
      <w:r>
        <w:rPr>
          <w:b/>
        </w:rPr>
        <w:t xml:space="preserve">[1:10:44] </w:t>
      </w:r>
      <w:r>
        <w:t>to thode time mein koi bara kaam nahi hua karta hai. sara aap poora de dete hain time, tab ja ke koi kaam ho pata hai.</w:t>
      </w:r>
    </w:p>
    <w:p>
      <w:pPr>
        <w:jc w:val="right"/>
      </w:pPr>
      <w:r>
        <w:t>تو تھوڑےٹائممیںکوئیبڑاکامنہیںہواکرتاہے۔ سارا آپپورا دےدیتےہیںٹائم،تبجاکےکوئیکامہوپاتاہے۔</w:t>
      </w:r>
    </w:p>
    <w:p>
      <w:r>
        <w:rPr>
          <w:b/>
        </w:rPr>
        <w:t xml:space="preserve">[1:10:53] </w:t>
      </w:r>
      <w:r>
        <w:t>woh un ka kiya tha? woh unho ne biwi se matlab, na bachche se matlab, na family se matlab, kisi cheez se koi matlab nahi, na job se matlab, na business se matlab.</w:t>
      </w:r>
    </w:p>
    <w:p>
      <w:pPr>
        <w:jc w:val="right"/>
      </w:pPr>
      <w:r>
        <w:t>وہ انکاکیا تھا؟وہ انہوںنے بیویسےمطلب،نہبچےسےمطلب،نہفیملیسےمطلب، کسی چیزسےکوئیمطلبہینہیں، نہ جابسےمطلب،نہبزنسسےمطلب۔</w:t>
      </w:r>
    </w:p>
    <w:p>
      <w:r>
        <w:rPr>
          <w:b/>
        </w:rPr>
        <w:t xml:space="preserve">[1:11:05] </w:t>
      </w:r>
      <w:r>
        <w:t>taqreeban 100 baras tak yeh log isi mein lage rahe. yahan tak ke hukumaton mein log loot paat kar rahe hain to karo, jo chahe karo, allah tum se nipte ga.</w:t>
      </w:r>
    </w:p>
    <w:p>
      <w:pPr>
        <w:jc w:val="right"/>
      </w:pPr>
      <w:r>
        <w:t>تقریباًسو برستکیہلوگاسیمیںلگےرہے۔ یہاںتککہحکومت وںمیںلوگ لوٹپاٹکررہےہیںتوکرو، جوچاہےکرو، اللہ تمسے نپٹےگا۔</w:t>
      </w:r>
    </w:p>
    <w:p>
      <w:r>
        <w:rPr>
          <w:b/>
        </w:rPr>
        <w:t xml:space="preserve">[1:11:15] </w:t>
      </w:r>
      <w:r>
        <w:t>agar unho ne aisa na kiya hota to yeh bohat bara generation gap ho jata. generation gap,</w:t>
      </w:r>
    </w:p>
    <w:p>
      <w:pPr>
        <w:jc w:val="right"/>
      </w:pPr>
      <w:r>
        <w:t>اگر انہوںنےایسانہکیاہوتا تو یہبہت بڑا جنریشنگیپہوجاتا۔ جنریشنگیپ،</w:t>
      </w:r>
    </w:p>
    <w:p>
      <w:r>
        <w:rPr>
          <w:b/>
        </w:rPr>
        <w:t xml:space="preserve">[1:11:23] </w:t>
      </w:r>
      <w:r>
        <w:t>yani sahaba udhar the, idhar hum log hain, beech mein muhaddiseen ghayab. to yeh jo generation gap tha, to aap bilkul, yani hadithon se bilkul, yani woh maroof ho jate.</w:t>
      </w:r>
    </w:p>
    <w:p>
      <w:pPr>
        <w:jc w:val="right"/>
      </w:pPr>
      <w:r>
        <w:t>یعنی صحابہ ادھرتھے، ادھرہملوگہیں، بیچمیں محدثینغائب۔ تو یہجوجنریشنگیپتھا، تو آپبالکل، یعنی حدیثوںسےبالکل، یعنی وہ معروفہوجاتے۔</w:t>
      </w:r>
    </w:p>
    <w:p>
      <w:r>
        <w:rPr>
          <w:b/>
        </w:rPr>
        <w:t xml:space="preserve">[1:11:42] </w:t>
      </w:r>
      <w:r>
        <w:t>to muhaddiseen ne is generation ki gap ko nahi hone diya aur kitabon mein murattab kar li. hadith ki</w:t>
      </w:r>
    </w:p>
    <w:p>
      <w:pPr>
        <w:jc w:val="right"/>
      </w:pPr>
      <w:r>
        <w:t>تو محدثیننے اس جنریشن کیپگیپکونہیںہونے دیا اور کتاب یں مرت بکرالیں۔حدیثکی</w:t>
      </w:r>
    </w:p>
    <w:p>
      <w:r>
        <w:rPr>
          <w:b/>
        </w:rPr>
        <w:t xml:space="preserve">[1:11:52] </w:t>
      </w:r>
      <w:r>
        <w:t>sirf chhe kitaben nahi, sihaah sittah hain, us ke ilawa bhi bohat sari hadith ki kitaben hain.</w:t>
      </w:r>
    </w:p>
    <w:p>
      <w:pPr>
        <w:jc w:val="right"/>
      </w:pPr>
      <w:r>
        <w:t>صرف چھ کتاب یںنہیں،سیاہجوہیں،اسکےعلاوہبھیبہتساریحدیثکیکتاب یںہیں۔</w:t>
      </w:r>
    </w:p>
    <w:p>
      <w:r>
        <w:rPr>
          <w:b/>
        </w:rPr>
        <w:t xml:space="preserve">[1:12:00] </w:t>
      </w:r>
      <w:r>
        <w:t>to quran ko mehfooz kar ke dene wale sahaba hain, hadith ko mehfooz de kar dene wale muhaddiseen hain. aur dekhiye, ek rasool allah sallallahu alaihi wasallam ne aakhri zamane mein farmaya tha: iqtarabtufi qitaballahi wa sunnati mein tumhare darmiyan do cheez chhod kar ja raha hoon:</w:t>
      </w:r>
    </w:p>
    <w:p>
      <w:pPr>
        <w:jc w:val="right"/>
      </w:pPr>
      <w:r>
        <w:t>تو قرآنکو محفوظکرکےدینےوالے صحابہہیں، حدیثکومحفوظ دے کرکےدینےوالے محدثینہیں۔ اور دیکھیے، ایک رسولاللہصلیاللہعلیہوسلمنےآخریزمانےمیںفرمایاتھا: اقترحتوفیق کتاب اللہ وس نت میں تمہارےدرمیاندو چیز چھوڑکرجارہاہوں:</w:t>
      </w:r>
    </w:p>
    <w:p>
      <w:r>
        <w:rPr>
          <w:b/>
        </w:rPr>
        <w:t xml:space="preserve">[1:12:20] </w:t>
      </w:r>
      <w:r>
        <w:t>ek kitab allah aur doosri sunnat rasool allah. to kitab allah to diya sahaba ne hum ko, aur yeh kis se mili? hum ko hadith jo hain, sunnat jo hai, woh kis se mili? woh muhaddiseen ne diya.</w:t>
      </w:r>
    </w:p>
    <w:p>
      <w:pPr>
        <w:jc w:val="right"/>
      </w:pPr>
      <w:r>
        <w:t>ایککتاب اللہاوردوسریسنترسولاللہ۔ توکتاب اللہ تو دیا صحابہنےہمکو،اوریہکسسےملی ؟ہمکو حدیثجوہیں، سنتجوہے،وہکسسےملی؟وہ محدثیننےدیا۔</w:t>
      </w:r>
    </w:p>
    <w:p>
      <w:r>
        <w:rPr>
          <w:b/>
        </w:rPr>
        <w:t xml:space="preserve">[1:12:35] </w:t>
      </w:r>
      <w:r>
        <w:t>to muhaddiseen ne apne aap ko dedicate kiya, yani 100 percent dedicate kar diya, 100 percent.</w:t>
      </w:r>
    </w:p>
    <w:p>
      <w:pPr>
        <w:jc w:val="right"/>
      </w:pPr>
      <w:r>
        <w:t>تو محدثیننےاپنےآپکو ڈیڈیکیٹکیا، یعنی100فیصدڈیڈیکیٹکردیا، 100فیصد۔</w:t>
      </w:r>
    </w:p>
    <w:p>
      <w:r>
        <w:rPr>
          <w:b/>
        </w:rPr>
        <w:t xml:space="preserve">[1:12:44] </w:t>
      </w:r>
      <w:r>
        <w:t>to mein samajhta hoon ke un ka role yeh hai, itna hi bara jitna bara sahaba ka role hai.</w:t>
      </w:r>
    </w:p>
    <w:p>
      <w:pPr>
        <w:jc w:val="right"/>
      </w:pPr>
      <w:r>
        <w:t>تو میںسمجھتاہوںکہ انکا رولجوہے، اتناہیبڑاہے جتنابڑاصحابہکارولہے۔</w:t>
      </w:r>
    </w:p>
    <w:p>
      <w:r>
        <w:rPr>
          <w:b/>
        </w:rPr>
        <w:t xml:space="preserve">[1:12:53] </w:t>
      </w:r>
      <w:r>
        <w:t>Mister Sajjad Anwar ne Rawalpindi se likha hai: "Maulana sahib, when innocent people die in an accident caused due to human errors, people attribute it to human negligence."</w:t>
      </w:r>
    </w:p>
    <w:p>
      <w:pPr>
        <w:jc w:val="right"/>
      </w:pPr>
      <w:r>
        <w:t>مس ٹر ساجدانورنے رڑکیسےلکھاہے: "مول اناصاحب،when innocentpeople die in an acc ident caused dueto human errors, people att ributeit tohuman neglig ence.</w:t>
      </w:r>
    </w:p>
    <w:p>
      <w:r>
        <w:rPr>
          <w:b/>
        </w:rPr>
        <w:t xml:space="preserve">[1:13:08] </w:t>
      </w:r>
      <w:r>
        <w:t>But people question God's intention when the same innocent people die in a natural calamity as to why God did it.</w:t>
      </w:r>
    </w:p>
    <w:p>
      <w:pPr>
        <w:jc w:val="right"/>
      </w:pPr>
      <w:r>
        <w:t>But people ques tion God 's intent ion when the same innocentpeople die inanatural cal am ityas to whyGod didit.</w:t>
      </w:r>
    </w:p>
    <w:p>
      <w:r>
        <w:rPr>
          <w:b/>
        </w:rPr>
        <w:t xml:space="preserve">[1:13:18] </w:t>
      </w:r>
      <w:r>
        <w:t>Molana sahib, kindly explain this."</w:t>
      </w:r>
    </w:p>
    <w:p>
      <w:pPr>
        <w:jc w:val="right"/>
      </w:pPr>
      <w:r>
        <w:t>مول اناصاحب،kindlyexplainth is."</w:t>
      </w:r>
    </w:p>
    <w:p>
      <w:r>
        <w:rPr>
          <w:b/>
        </w:rPr>
        <w:t xml:space="preserve">[1:13:24] </w:t>
      </w:r>
      <w:r>
        <w:t>Dekhiye, yahan tak maine samjha hai ke dunya ka sara mamla jo hai, us waqt tak explain nahin hota jab tak aap yeh na maanein ke insaan ko Khuda ne freedom de diya. Freedom yeh jo hai, jab tak na maanein, tab tak koi cheez explain nahin hoti.</w:t>
      </w:r>
    </w:p>
    <w:p>
      <w:pPr>
        <w:jc w:val="right"/>
      </w:pPr>
      <w:r>
        <w:t>دیکھیے،یہاںتک میںنےسمجھاہے کہدنیا کاسارامعاملہجوہے، اسوقت تکایکسپلیننہیںہوتاجبتکآپیہنہمانیں کہانسان کوخدانے فریڈمدےدیا۔فریڈم یہجوہے،جبتکنہمانیں، تبتککوئیچیزایکسپلیننہیںہوتی۔</w:t>
      </w:r>
    </w:p>
    <w:p>
      <w:r>
        <w:rPr>
          <w:b/>
        </w:rPr>
        <w:t xml:space="preserve">[1:13:41] </w:t>
      </w:r>
      <w:r>
        <w:t>To freedom ke saare sab yeh phenomena hain. Insaan apni freedom ko kahin misuse karta hai, kahin sahi istemal karta hai.</w:t>
      </w:r>
    </w:p>
    <w:p>
      <w:pPr>
        <w:jc w:val="right"/>
      </w:pPr>
      <w:r>
        <w:t>تو فریڈمکےسارے سب یہ فیناومیناہیں۔ انسان اپنیفریڈمکوکہیں مسیوزکرتاہے، کہیں صحیحاستعمالکرتاہے۔</w:t>
      </w:r>
    </w:p>
    <w:p>
      <w:r>
        <w:rPr>
          <w:b/>
        </w:rPr>
        <w:t xml:space="preserve">[1:13:52] </w:t>
      </w:r>
      <w:r>
        <w:t>Koi wrong side mein chalata hai, koi sahi sahi side mein chalata hai. Ab ek aadmi right side mein chala raha hai, right side toh apni freedom ko misuse kar raha hai. Woh ek aadmi apni gaadi wrong side mein daur raha hai, toh woh freedom ko misuse kar raha hai. Woh toh Khuda warish nahin karega jab tak qayamat na aa jaye. Khuda logon ki freedom warish nahin karega.</w:t>
      </w:r>
    </w:p>
    <w:p>
      <w:pPr>
        <w:jc w:val="right"/>
      </w:pPr>
      <w:r>
        <w:t>کوئیرنگسائیڈمیںچلاتاہے،کوئی صحیحصحیحسائیڈمیںچلاتاہے۔ابایکآدمیرائمصاحبچلارہاہے،رائمصاحبتواپنیفریڈمکومسیوزکررہاہے۔وہ ایک آدمیاپنیگاڑیرنگسائیڈمیںدوڑارہاہے،تووہ فریڈمکومسیوزکررہاہے۔وہ تو خداابوارشنہیںکرےگا جبتک قیامتنہآجائے۔خدا لوگوںکیفریڈمکاوارشنہیںکرےگا۔</w:t>
      </w:r>
    </w:p>
    <w:p>
      <w:r>
        <w:rPr>
          <w:b/>
        </w:rPr>
        <w:t xml:space="preserve">[1:14:14] </w:t>
      </w:r>
      <w:r>
        <w:t>Yaani inko proper use ki ijazat hai, toh unhone misuse ki bhi ijazat hai.</w:t>
      </w:r>
    </w:p>
    <w:p>
      <w:pPr>
        <w:jc w:val="right"/>
      </w:pPr>
      <w:r>
        <w:t>یعنیانکو پراپریوزکیاجازتہے،توانہوںنےمسیوزکیبھیاجازتہے۔</w:t>
      </w:r>
    </w:p>
    <w:p>
      <w:r>
        <w:rPr>
          <w:b/>
        </w:rPr>
        <w:t xml:space="preserve">[1:14:19] </w:t>
      </w:r>
      <w:r>
        <w:t>Isi par toh imtehan hai, isi par toh jannat ka faisla hona hai. Toh jab tak yeh na maana jaye ke insaan ko mukammal freedom mili hui hai, aur freedom ko koi sahi istemal kare, koi galat istemal karega,</w:t>
      </w:r>
    </w:p>
    <w:p>
      <w:pPr>
        <w:jc w:val="right"/>
      </w:pPr>
      <w:r>
        <w:t>اسیپرتو انامتحانہے،اسیپرتوجنتکا فیصلہہوناہے۔ توجبتک یہنہماناجائےکہانسان کو مک ملفریڈمملیہوئیہے، اورفریڈم کوکوئی صحیحاستعمال کرے،کوئیغلطاستعمالکرےگا،</w:t>
      </w:r>
    </w:p>
    <w:p>
      <w:r>
        <w:rPr>
          <w:b/>
        </w:rPr>
        <w:t xml:space="preserve">[1:14:36] </w:t>
      </w:r>
      <w:r>
        <w:t>Aur Khuda warish nahin karega freedom ko. Yaani insaan khud Rasool Allah ke daant tod dega, tab bhi nahin rokega. Hazrat Yahya peghambar the, woh qatl kare, tab bhi nahin rokega.</w:t>
      </w:r>
    </w:p>
    <w:p>
      <w:pPr>
        <w:jc w:val="right"/>
      </w:pPr>
      <w:r>
        <w:t>اورخداابوارشنہیںکرےگافریڈمکو۔ یعنیانسان خود رسولاللہکےدانتتوڑےگا،تببھینہیںروکےگا۔ حضرتیحییٰپیغمبرتھے،وہقتلکرے،تببھینہیںروکےگا۔</w:t>
      </w:r>
    </w:p>
    <w:p>
      <w:r>
        <w:rPr>
          <w:b/>
        </w:rPr>
        <w:t xml:space="preserve">[1:14:47] </w:t>
      </w:r>
      <w:r>
        <w:t>Hazrat Umar ko qatl karega, tab bhi nahin rokega. Khuda kyun freedom ko warish nahin karne wala hai? Khuda jo jo log chahte hain, us ka matlab hai ke freedom ko warish kar diya jaye.</w:t>
      </w:r>
    </w:p>
    <w:p>
      <w:pPr>
        <w:jc w:val="right"/>
      </w:pPr>
      <w:r>
        <w:t>حضرت عمر کوقتلکرےگا،تببھینہیںروکےگا۔خدا کیوںف ریڈمکوابوارشنہیںکرنےوالاہے؟خدا جو جولوگچاہتےہیں،اسکامطلبہےکہفریڈمکوابوارشکردیا جائے۔</w:t>
      </w:r>
    </w:p>
    <w:p>
      <w:r>
        <w:rPr>
          <w:b/>
        </w:rPr>
        <w:t xml:space="preserve">[1:14:59] </w:t>
      </w:r>
      <w:r>
        <w:t>Woh toh ho nahin sakta hai, kyunke phir imtehan kis baat ka? Test kis baat ka hoga? Dekhiye, crucial judgement test hai, crucial test wahi hi hai ke insaan apni aazadi ko sahi istemal karta hai ya galat istemal karta hai.</w:t>
      </w:r>
    </w:p>
    <w:p>
      <w:pPr>
        <w:jc w:val="right"/>
      </w:pPr>
      <w:r>
        <w:t>وہتوہونہیںسکتاہے، کیونکہپھرامتحانکسباتکا؟ٹیسٹکسباتکاہوگا؟ دیکھیے،کروشلجوٹیسٹ ہے،کروشلٹیسٹ وہیہیہے کہ انسان اپنی آزادیکو صحیحاستعمالکرتاہےیاغلطاستعمالکرتاہے۔</w:t>
      </w:r>
    </w:p>
    <w:p>
      <w:r>
        <w:rPr>
          <w:b/>
        </w:rPr>
        <w:t xml:space="preserve">[1:15:13] </w:t>
      </w:r>
      <w:r>
        <w:t>Yeh crucial test hai.</w:t>
      </w:r>
    </w:p>
    <w:p>
      <w:pPr>
        <w:jc w:val="right"/>
      </w:pPr>
      <w:r>
        <w:t>یہ کروشلٹیسٹ ہے۔</w:t>
      </w:r>
    </w:p>
    <w:p>
      <w:r>
        <w:rPr>
          <w:b/>
        </w:rPr>
        <w:t xml:space="preserve">[1:15:19] </w:t>
      </w:r>
      <w:r>
        <w:t>Molana Zikwanand Veenay Delhi se likha hai: "Shah Waliullah Dehlvi ne apni kitaab Al-Fauz Al-Kabir mein likha hai ke agar tum yehood ki sifaat ko jaanna chahte ho toh apne zamane ke ulama ko dekh lo.</w:t>
      </w:r>
    </w:p>
    <w:p>
      <w:pPr>
        <w:jc w:val="right"/>
      </w:pPr>
      <w:r>
        <w:t>مولانازکوانندوینے دلیسےلکھاہے: "شاہولی اللہ دہلوینے اپنی کتاب الفوضالکبیرمیںلکھاہے کہاگر تم یہ ودکی صفاتکو جان ناچاہتےہو تو اپنے زمان ےکے علم ائے سوکودیکھلو ۔</w:t>
      </w:r>
    </w:p>
    <w:p>
      <w:r>
        <w:rPr>
          <w:b/>
        </w:rPr>
        <w:t xml:space="preserve">[1:15:37] </w:t>
      </w:r>
      <w:r>
        <w:t>"Is ka matlab kya hai? Ab yeh inka ek inka ek ehsaas hai jo likha unhone.</w:t>
      </w:r>
    </w:p>
    <w:p>
      <w:pPr>
        <w:jc w:val="right"/>
      </w:pPr>
      <w:r>
        <w:t>"اسکامطلب کیا ہے ؟ ابیہ انکاایک انکاایکاحساسہےجولکھا انہوںنے۔</w:t>
      </w:r>
    </w:p>
    <w:p>
      <w:r>
        <w:rPr>
          <w:b/>
        </w:rPr>
        <w:t xml:space="preserve">[1:15:47] </w:t>
      </w:r>
      <w:r>
        <w:t>Koi zaroori nahin ke inka matlab yaani absolute maene mein sahi ho. Yeh main toh aisa nahin kehta.</w:t>
      </w:r>
    </w:p>
    <w:p>
      <w:pPr>
        <w:jc w:val="right"/>
      </w:pPr>
      <w:r>
        <w:t>کوئیضرورینہیںکہ انکو مطلب یعنیایبسولیوٹمعنیمیںصحیحہو۔یہ میںتوایسانہیںکہتا۔</w:t>
      </w:r>
    </w:p>
    <w:p>
      <w:r>
        <w:rPr>
          <w:b/>
        </w:rPr>
        <w:t xml:space="preserve">[1:16:01] </w:t>
      </w:r>
      <w:r>
        <w:t>Toh behraal unhone aisa likha hai, lekin main is tarah ke statement ko mera tareeqa nahin hai. Main aisa is tarah nahin karta. Main yaani tajziya karta hoon, analysis karta hoon.</w:t>
      </w:r>
    </w:p>
    <w:p>
      <w:pPr>
        <w:jc w:val="right"/>
      </w:pPr>
      <w:r>
        <w:t>تو بہرحالانہوںنےایسالکھاہے،لیکن میں اسطرح کےسٹیٹمنٹکو میراطریقہنہیںہے۔میں ایسااسطرحنہیںکرتا۔میں یعنی تجزیہکرتاہوں، انالیسزکرتاہوں۔</w:t>
      </w:r>
    </w:p>
    <w:p>
      <w:r>
        <w:rPr>
          <w:b/>
        </w:rPr>
        <w:t xml:space="preserve">[1:16:13] </w:t>
      </w:r>
      <w:r>
        <w:t>Main tajziya jo analysis ka tajziya hai.</w:t>
      </w:r>
    </w:p>
    <w:p>
      <w:pPr>
        <w:jc w:val="right"/>
      </w:pPr>
      <w:r>
        <w:t>میں تجزیہجوانالیسزکاتجزیہہے۔</w:t>
      </w:r>
    </w:p>
    <w:p>
      <w:r>
        <w:rPr>
          <w:b/>
        </w:rPr>
        <w:t xml:space="preserve">[1:16:19] </w:t>
      </w:r>
      <w:r>
        <w:t>Baqi yeh hai ke yeh yehood mein jo kuch baatein aayi thin, woh zawal ke nateeje mein aayi thin. Yaani degeneration. Jab degeneration hota hai toh jo cheezein yehood mein paida huin, wohi Musalmanon mein paida hongi.</w:t>
      </w:r>
    </w:p>
    <w:p>
      <w:pPr>
        <w:jc w:val="right"/>
      </w:pPr>
      <w:r>
        <w:t>باقییہہےکہ یہ ود یہ ودمیںجوکچھباتیںآئیںتھیں،وہزوال کے نتیجےمیںآئیںتھیں۔ یعنیڈیجنریشن۔ جب ڈی جنریشنہوتاہے تو جو چیزیں یہودمیںپیداہوئیں،وہیمسلمانوںمیںپیداہوںگی۔</w:t>
      </w:r>
    </w:p>
    <w:p>
      <w:r>
        <w:rPr>
          <w:b/>
        </w:rPr>
        <w:t xml:space="preserve">[1:16:35] </w:t>
      </w:r>
      <w:r>
        <w:t>Yaani common cheez hai, woh degeneration hai. Toh degeneration ke baad yehoodi ulama mein jo bigaad aa gaya tha, wahi Muslim Muslim ulama mein bigaad aayega.</w:t>
      </w:r>
    </w:p>
    <w:p>
      <w:pPr>
        <w:jc w:val="right"/>
      </w:pPr>
      <w:r>
        <w:t>یعنیکامنجوچیزہے،وہڈیجنریشنہے۔ تو ڈی جنریشنکےبعد یہ ودیعلم اءمیںجو بگاڑآیاتھا، وہی مسلممسلمعلماءمیںبگاڑآئےگا۔</w:t>
      </w:r>
    </w:p>
    <w:p>
      <w:r>
        <w:rPr>
          <w:b/>
        </w:rPr>
        <w:t xml:space="preserve">[1:16:46] </w:t>
      </w:r>
      <w:r>
        <w:t>Toh kisi pe apply nahin karte hue main aisa keh raha hoon.</w:t>
      </w:r>
    </w:p>
    <w:p>
      <w:pPr>
        <w:jc w:val="right"/>
      </w:pPr>
      <w:r>
        <w:t>توکسی پہاپلائینہکرتے ہوئےمیںایساکہہرہاہوں۔</w:t>
      </w:r>
    </w:p>
    <w:p>
      <w:r>
        <w:rPr>
          <w:b/>
        </w:rPr>
        <w:t xml:space="preserve">[1:16:50] </w:t>
      </w:r>
      <w:r>
        <w:t>Main kisi pe apply nahin karunga ke main yeh kahunga ke it's a phenomena of degeneration. Toh dono mein common cheez hai, wahi hai ke daur zawal jab aayega, jab degeneration hoga, toh jo wahan paida hua tha, woh yahan bhi paida ho jayega.</w:t>
      </w:r>
    </w:p>
    <w:p>
      <w:pPr>
        <w:jc w:val="right"/>
      </w:pPr>
      <w:r>
        <w:t>میںکسیپہاپلائینہیںکروںگا کہمیںیہکہوںگاکہ اٹازدافیناومیناآفڈیجنریشن۔ تو دونوںمیںکامنجوچیزہے،وہیہے کہ دور زوالجبآئےگا، جب ڈی جنریشنہوگا، تو جو وہاں پیدا ہواتھا، وہ یہاںبھیپیدا ہوجائےگا۔</w:t>
      </w:r>
    </w:p>
    <w:p>
      <w:r>
        <w:rPr>
          <w:b/>
        </w:rPr>
        <w:t xml:space="preserve">[1:17:10] </w:t>
      </w:r>
      <w:r>
        <w:t>Aisa main samajhta hoon.</w:t>
      </w:r>
    </w:p>
    <w:p>
      <w:pPr>
        <w:jc w:val="right"/>
      </w:pPr>
      <w:r>
        <w:t>ایسا میںسمجھتاہوں۔</w:t>
      </w:r>
    </w:p>
    <w:p>
      <w:r>
        <w:rPr>
          <w:b/>
        </w:rPr>
        <w:t xml:space="preserve">[1:17:14] </w:t>
      </w:r>
      <w:r>
        <w:t>Mr Ramesh Siddiqui ne Delhi se likha hai: "What is the importance of Hadith in Islam? Kindly tell us."</w:t>
      </w:r>
    </w:p>
    <w:p>
      <w:pPr>
        <w:jc w:val="right"/>
      </w:pPr>
      <w:r>
        <w:t>مسٹررامش صدی قینے دلیسےلکھاہے: "واٹازدیامپورٹنس آف حدیث ان اسلام ؟ کائنڈلیٹیلاس۔"</w:t>
      </w:r>
    </w:p>
    <w:p>
      <w:r>
        <w:rPr>
          <w:b/>
        </w:rPr>
        <w:t xml:space="preserve">[1:17:26] </w:t>
      </w:r>
      <w:r>
        <w:t>Bhai, dekhein, ulama jo hain, woh Hadith aur Quran mein farq nahin karte hajjat ke aitbaar se, yaani authentic source ke aitbaar se.</w:t>
      </w:r>
    </w:p>
    <w:p>
      <w:pPr>
        <w:jc w:val="right"/>
      </w:pPr>
      <w:r>
        <w:t>بھائی،دیکھیں،علماءجوہیں، وہ حدیثاورقرآنمیںفرقنہیںکرتے حجتکےاعتبارسے ، یعنیاتھینٹکسورسکےاعتبارسے۔</w:t>
      </w:r>
    </w:p>
    <w:p>
      <w:r>
        <w:rPr>
          <w:b/>
        </w:rPr>
        <w:t xml:space="preserve">[1:17:36] </w:t>
      </w:r>
      <w:r>
        <w:t>Ulama ka jo accepted stand hai, wahi hi hai ke Islam mein do authentic sources hain: Quran aur Hadith.</w:t>
      </w:r>
    </w:p>
    <w:p>
      <w:pPr>
        <w:jc w:val="right"/>
      </w:pPr>
      <w:r>
        <w:t>علم اءکاجو ایکسیپٹڈ سٹینڈہے، وہیہیہے کہ اسلام میں دو اتھینٹکسورسہیں: قرآناورحدیث ۔</w:t>
      </w:r>
    </w:p>
    <w:p>
      <w:r>
        <w:rPr>
          <w:b/>
        </w:rPr>
        <w:t xml:space="preserve">[1:17:48] </w:t>
      </w:r>
      <w:r>
        <w:t>Ek Hadith jo saabit ho jaye, yaani jo ilm e Hadith hai, us ke usool ke mutabiq ke Rasool Allah ne farmaya tha,</w:t>
      </w:r>
    </w:p>
    <w:p>
      <w:pPr>
        <w:jc w:val="right"/>
      </w:pPr>
      <w:r>
        <w:t>ایکحدیثجوثابتہوجائے ،یعنیجو فنحدیثہے،اسکےاصولکےمطابق کہرسولاللہنےفرمایاتھا،</w:t>
      </w:r>
    </w:p>
    <w:p>
      <w:r>
        <w:rPr>
          <w:b/>
        </w:rPr>
        <w:t xml:space="preserve">[1:17:58] </w:t>
      </w:r>
      <w:r>
        <w:t>to woh waise hi authentic hai jaise Quran authentic hai.</w:t>
      </w:r>
    </w:p>
    <w:p>
      <w:pPr>
        <w:jc w:val="right"/>
      </w:pPr>
      <w:r>
        <w:t>تووہ ویسےہیاتھینٹکہےجیسےقرآن اتھینٹکہے۔</w:t>
      </w:r>
    </w:p>
    <w:p>
      <w:r>
        <w:rPr>
          <w:b/>
        </w:rPr>
        <w:t xml:space="preserve">[1:18:03] </w:t>
      </w:r>
      <w:r>
        <w:t>ilm e ahadees woh, yaani jisko hum sunnat kehte hain, to uske teen woh hain: woh hai qaul, amal aur taqreer.</w:t>
      </w:r>
    </w:p>
    <w:p>
      <w:pPr>
        <w:jc w:val="right"/>
      </w:pPr>
      <w:r>
        <w:t>علم اء تین وہ ،یعنی جسکوہمسنتکہتےہیں، تواسکےتین وہہیں: وہہے قول،عمل اور تقریر۔</w:t>
      </w:r>
    </w:p>
    <w:p>
      <w:r>
        <w:rPr>
          <w:b/>
        </w:rPr>
        <w:t xml:space="preserve">[1:18:15] </w:t>
      </w:r>
      <w:r>
        <w:t>qaul ka matlab hai ke Rasool Allah ne lafzan kaha ho koi baat. Lafzan to woh qaul hua. Amal yeh hai ke aap ne kuch kiya aur Sahaba ne dekha aur Sahaba ne bataya ke aap ne aisa kiya tha.</w:t>
      </w:r>
    </w:p>
    <w:p>
      <w:pPr>
        <w:jc w:val="right"/>
      </w:pPr>
      <w:r>
        <w:t>قولکامطلبہےکہرسولاللہنےلفظاًکہاہوکوئیبات۔ لفظاً تو وہ قولہوا۔ عمل یہہےکہآپ نےکچھکیا اور صحابہنےدیکھااورصحابہنےبتایاکہآپنےایساکیاتھا۔</w:t>
      </w:r>
    </w:p>
    <w:p>
      <w:r>
        <w:rPr>
          <w:b/>
        </w:rPr>
        <w:t xml:space="preserve">[1:18:30] </w:t>
      </w:r>
      <w:r>
        <w:t>yaani practice. Taqreer yeh hai ke aap ke saamne koi baat ki gayi aur aap ne is par, yaani kuch galat nahi bataya isko, yaani silent consent de diya aap ne isko.</w:t>
      </w:r>
    </w:p>
    <w:p>
      <w:pPr>
        <w:jc w:val="right"/>
      </w:pPr>
      <w:r>
        <w:t>یعنیپریکٹس۔ تقریریہہےکہ آپ کےسامنےکوئیباتکیگئی اور آپنےاسپر ،یعنی کچھغلطنہیںبتایااسکو ، یعنی سائلنٹکنسنٹدیاآپنےاسکو ۔</w:t>
      </w:r>
    </w:p>
    <w:p>
      <w:r>
        <w:rPr>
          <w:b/>
        </w:rPr>
        <w:t xml:space="preserve">[1:18:46] </w:t>
      </w:r>
      <w:r>
        <w:t>woh hai taqreer. To ilm e ahadees ke nazdeek qaul, amal, taqreer teeno jo hain, agar woh saabit ho jayein to isi tarah hujjat hai jiss tarah se Quran hujjat hai.</w:t>
      </w:r>
    </w:p>
    <w:p>
      <w:pPr>
        <w:jc w:val="right"/>
      </w:pPr>
      <w:r>
        <w:t>وہہےتقریر۔ تو علم اءکےنزدیک قول،عمل،تقریرتینوںجوہیں، اگر وہثابتہوجائیں تو اسیطرح حجتہےجسطرحسےقرآنحجتہے۔</w:t>
      </w:r>
    </w:p>
    <w:p>
      <w:r>
        <w:rPr>
          <w:b/>
        </w:rPr>
        <w:t xml:space="preserve">[1:18:58] </w:t>
      </w:r>
      <w:r>
        <w:t>hujjat ke aitbaar se dono ke darmiyan koi farq nahi.</w:t>
      </w:r>
    </w:p>
    <w:p>
      <w:pPr>
        <w:jc w:val="right"/>
      </w:pPr>
      <w:r>
        <w:t>حجتکےاعتبارسےدونوںکےدرمیانکوئیفرقنہیں ۔</w:t>
      </w:r>
    </w:p>
    <w:p>
      <w:r>
        <w:rPr>
          <w:b/>
        </w:rPr>
        <w:t xml:space="preserve">[1:19:04] </w:t>
      </w:r>
      <w:r>
        <w:t>Mr. Shah Umar Hassan ne Delhi se likha hai: "Har kalma parhne wala jannat jayega. Iska matlab kya hai ?</w:t>
      </w:r>
    </w:p>
    <w:p>
      <w:pPr>
        <w:jc w:val="right"/>
      </w:pPr>
      <w:r>
        <w:t>مسٹر شاہ عمر ان حسننے دلیسےلکھاہے: "ہر کلمہپڑھنےوالا جنت جائےگا۔ اسکامطلب کیاہے ؟</w:t>
      </w:r>
    </w:p>
    <w:p>
      <w:r>
        <w:rPr>
          <w:b/>
        </w:rPr>
        <w:t xml:space="preserve">[1:19:13] </w:t>
      </w:r>
      <w:r>
        <w:t>—</w:t>
      </w:r>
    </w:p>
    <w:p>
      <w:pPr>
        <w:jc w:val="right"/>
      </w:pPr>
      <w:r>
        <w:t>"</w:t>
      </w:r>
    </w:p>
    <w:p>
      <w:r>
        <w:rPr>
          <w:b/>
        </w:rPr>
        <w:t xml:space="preserve">[1:19:15] </w:t>
      </w:r>
      <w:r>
        <w:t>Haan, dekhiye, riwayat hai ke man qala la ilaha illallah dakhala al jannah. Lekin yeh, yaani kis qail ki baat hai? Yeh jo mu'azz lafz lafz lafz saroskar kare,</w:t>
      </w:r>
    </w:p>
    <w:p>
      <w:pPr>
        <w:jc w:val="right"/>
      </w:pPr>
      <w:r>
        <w:t>ہاں،دیکھیے،رو ایتہےکہ من قال لا الہالااللہدخل الج نہ۔ لیکن یہ، یعنی کس قائلکیباتہے؟یہ جو معاذلفظلفظلفظسروسکرے،</w:t>
      </w:r>
    </w:p>
    <w:p>
      <w:r>
        <w:rPr>
          <w:b/>
        </w:rPr>
        <w:t xml:space="preserve">[1:19:35] </w:t>
      </w:r>
      <w:r>
        <w:t>yaani log sirf qaul ko dekhte hain, qail ko nahi dekhte, yaani qail e kalma ko nahi dekhte.</w:t>
      </w:r>
    </w:p>
    <w:p>
      <w:pPr>
        <w:jc w:val="right"/>
      </w:pPr>
      <w:r>
        <w:t>یعنی لوگ صرف قولکودیکھتےہیں ، قائلکونہیںدیکھتے، یعنیقائل کلمہکونہیںدیکھتے۔</w:t>
      </w:r>
    </w:p>
    <w:p>
      <w:r>
        <w:rPr>
          <w:b/>
        </w:rPr>
        <w:t xml:space="preserve">[1:19:43] </w:t>
      </w:r>
      <w:r>
        <w:t>agar qail e kalma ko na dekhein aap to woh lafz saros sab ban jaata hai. Woh</w:t>
      </w:r>
    </w:p>
    <w:p>
      <w:pPr>
        <w:jc w:val="right"/>
      </w:pPr>
      <w:r>
        <w:t>اگر قائلکلمہکونہدیکھیںآپتووہلفظسروسبنجاتاہے۔وہ</w:t>
      </w:r>
    </w:p>
    <w:p>
      <w:r>
        <w:rPr>
          <w:b/>
        </w:rPr>
        <w:t xml:space="preserve">[1:19:52] </w:t>
      </w:r>
      <w:r>
        <w:t>to is mein jo qail e kalma hai, yaani kehne wala, us se murad woh insaan hai jo seekh raha tha, phir us ne study ki, phir us ko discovery hui, phir us ne Allah ko daryaft kiya,</w:t>
      </w:r>
    </w:p>
    <w:p>
      <w:pPr>
        <w:jc w:val="right"/>
      </w:pPr>
      <w:r>
        <w:t>تو اسمیں جو قائل کلمہہے،یعنی کہنےوالا، اسسےمرادوہانسانہے جو سیکھرتھا، پھراسنے اسٹڈیکی، پھراسکوڈسکوریہوئی، پھراسنےاللہکودریافتکیا،</w:t>
      </w:r>
    </w:p>
    <w:p>
      <w:r>
        <w:rPr>
          <w:b/>
        </w:rPr>
        <w:t xml:space="preserve">[1:20:07] </w:t>
      </w:r>
      <w:r>
        <w:t>phir uska is shakhsiyat mein ek ek nayi ek naya emergency hua aur uske soch, uska har cheez badal gayi. Is zindagi Allah ke rang mein rang gayi.</w:t>
      </w:r>
    </w:p>
    <w:p>
      <w:pPr>
        <w:jc w:val="right"/>
      </w:pPr>
      <w:r>
        <w:t>پھراسکا اسشخص یتمیںایک ایک نئی ایک نیاایمرجنسیہوا اوراسکے سوچ،اسکا ہرچیزبدلگئی۔ اسزندگی اللہ کےرنگمیںرنگگئی۔</w:t>
      </w:r>
    </w:p>
    <w:p>
      <w:r>
        <w:rPr>
          <w:b/>
        </w:rPr>
        <w:t xml:space="preserve">[1:20:18] </w:t>
      </w:r>
      <w:r>
        <w:t>uska qaul to sirf qaul ko</w:t>
      </w:r>
    </w:p>
    <w:p>
      <w:pPr>
        <w:jc w:val="right"/>
      </w:pPr>
      <w:r>
        <w:t>اسکا قول توصرف قولکو</w:t>
      </w:r>
    </w:p>
    <w:p>
      <w:r>
        <w:rPr>
          <w:b/>
        </w:rPr>
        <w:t xml:space="preserve">[1:20:21] </w:t>
      </w:r>
      <w:r>
        <w:t>mat dekhiye, qail uske qail ko dekhiye to baat samajh mein aa jayegi. Main is hadees ko is ma'ani mein leta hoon ke yeh hadees mein lafz saros ka zikr nahi hai.</w:t>
      </w:r>
    </w:p>
    <w:p>
      <w:pPr>
        <w:jc w:val="right"/>
      </w:pPr>
      <w:r>
        <w:t>متدیکھیے،قائل اسکےقائلکودیکھیے تو باتسمجھمیںآجائےگی۔ میں اساس حدیثکواسیمعنیمیںلیتاہوںکہیہحدیثمیں لفظسروسکاذکرنہیںہے۔</w:t>
      </w:r>
    </w:p>
    <w:p>
      <w:r>
        <w:rPr>
          <w:b/>
        </w:rPr>
        <w:t xml:space="preserve">[1:20:34] </w:t>
      </w:r>
      <w:r>
        <w:t>is hadees mein ek bahut bade waqe'e ka zikr hai jismein aadmi ki poori shakhsiyat badal jaye.</w:t>
      </w:r>
    </w:p>
    <w:p>
      <w:pPr>
        <w:jc w:val="right"/>
      </w:pPr>
      <w:r>
        <w:t>اسحدیثمیں ایک بہت بڑے واقعےکاذکرہے جسمیں آدمیکیپوریشخص یتبدلجائے۔</w:t>
      </w:r>
    </w:p>
    <w:p>
      <w:r>
        <w:rPr>
          <w:b/>
        </w:rPr>
        <w:t xml:space="preserve">[1:20:42] </w:t>
      </w:r>
      <w:r>
        <w:t>aap ki badli hui shakhsiyat ka woh ek izhaar ho ke aap ke andar jo nayi personality paida hui hai, us nayi personality ka ek izhaar ho kalma to uske liye woh jannat hai.</w:t>
      </w:r>
    </w:p>
    <w:p>
      <w:pPr>
        <w:jc w:val="right"/>
      </w:pPr>
      <w:r>
        <w:t>آپ کی بدلیہوئیشخصیت کا وہایک اظہارہو کہآپکےاندرجو نئیپرسنیلٹیپیدا ہوئیہے، اسنئیپرسنیلٹیکاایکاظہارہو کلمہ تو اسکےلیےوہجنتہے۔</w:t>
      </w:r>
    </w:p>
    <w:p>
      <w:r>
        <w:rPr>
          <w:b/>
        </w:rPr>
        <w:t xml:space="preserve">[1:20:59] </w:t>
      </w:r>
      <w:r>
        <w:t>Maulana, unhone apne doosre sawal mein yeh likha hai ke hadees mein aaya hai ke imaan ghatta aur badhta rehta hai.</w:t>
      </w:r>
    </w:p>
    <w:p>
      <w:pPr>
        <w:jc w:val="right"/>
      </w:pPr>
      <w:r>
        <w:t>مولانا،انہوںنےاپنے دوسرےسوالمیںیہلکھاہےکہ حدیثمیں آیاہےکہ ایمان گھٹتااور بڑارہتاہے۔</w:t>
      </w:r>
    </w:p>
    <w:p>
      <w:r>
        <w:rPr>
          <w:b/>
        </w:rPr>
        <w:t xml:space="preserve">[1:21:07] </w:t>
      </w:r>
      <w:r>
        <w:t>is ke bare mein aap apna apna personal example se isko explain karein.</w:t>
      </w:r>
    </w:p>
    <w:p>
      <w:pPr>
        <w:jc w:val="right"/>
      </w:pPr>
      <w:r>
        <w:t>اسکےبارےمیں آپ اپنا اپنا پرسنلایگزامپلسےاسکوایکسپلینکریے۔</w:t>
      </w:r>
    </w:p>
    <w:p>
      <w:r>
        <w:rPr>
          <w:b/>
        </w:rPr>
        <w:t xml:space="preserve">[1:21:16] </w:t>
      </w:r>
      <w:r>
        <w:t>yeh to bilkul aatish batni natural ghatna padhna,</w:t>
      </w:r>
    </w:p>
    <w:p>
      <w:pPr>
        <w:jc w:val="right"/>
      </w:pPr>
      <w:r>
        <w:t>یہتوبالکل اٹازبٹنیچرل گھٹناپڑھنا ،</w:t>
      </w:r>
    </w:p>
    <w:p>
      <w:r>
        <w:rPr>
          <w:b/>
        </w:rPr>
        <w:t xml:space="preserve">[1:21:23] </w:t>
      </w:r>
      <w:r>
        <w:t>yeh to ek natural baat hai. Jaise aap ek aadmi ko apni maa se mohabbat hoti hai to bilkul koi constant mohabbat thodi hoti hai.</w:t>
      </w:r>
    </w:p>
    <w:p>
      <w:pPr>
        <w:jc w:val="right"/>
      </w:pPr>
      <w:r>
        <w:t>یہتو ایکنیچرلباتہے۔ جیسےآپ ایکآدمیکواپنیماںسےمحبتہوتیہے تو بالکل کوئیکانسٹنٹ محبتتھوڑیہوتیہے۔</w:t>
      </w:r>
    </w:p>
    <w:p>
      <w:r>
        <w:rPr>
          <w:b/>
        </w:rPr>
        <w:t xml:space="preserve">[1:21:33] </w:t>
      </w:r>
      <w:r>
        <w:t>kabhi bhool jata hai, kabhi kuch hota hai, kabhi bahut zyada jazba padh jata hai mohabbat ka aur bhaag ke jata hai milne ke liye. To aisi har cheez jo hai, is mein to ghatna phatna rahega,</w:t>
      </w:r>
    </w:p>
    <w:p>
      <w:pPr>
        <w:jc w:val="right"/>
      </w:pPr>
      <w:r>
        <w:t>کبھیبھولجاتا ہے، کبھیکچھہوتاہے،کبھیبہت زیادہ جذبہپڑجاتاہے محبتکا اوربھاگکےجاتاہےملنےکےلیے۔ تو ایسیہرچیزجوہے، اسمیںتوگھٹناپھٹنارہےگا،</w:t>
      </w:r>
    </w:p>
    <w:p>
      <w:r>
        <w:rPr>
          <w:b/>
        </w:rPr>
        <w:t xml:space="preserve">[1:21:47] </w:t>
      </w:r>
      <w:r>
        <w:t>woh to rahega. Woh yeh misaal ke taur par ab pani hai, kabhi to aap bas pani pe lenge, bas aise hi saada tareeqe par.</w:t>
      </w:r>
    </w:p>
    <w:p>
      <w:pPr>
        <w:jc w:val="right"/>
      </w:pPr>
      <w:r>
        <w:t>وہتورہےگا۔وہ یہ مثالکےطورپر ابپانیہے، کبھیتو آپبسپانیپیلیںگے،بسایسےہی سادہطریقےپر۔</w:t>
      </w:r>
    </w:p>
    <w:p>
      <w:r>
        <w:rPr>
          <w:b/>
        </w:rPr>
        <w:t xml:space="preserve">[1:22:01] </w:t>
      </w:r>
      <w:r>
        <w:t>kabhi aap glass lenge to is mein poori kainat dikhai degi aap ko, poori history dikhai degi ke kis tarah se yeh kainat bani, kis tarah zameen ke upar gas ka badal chhaya, phir kaise do gas mil kar ke pani bana aur phir kis tarah is mein salt aaya.</w:t>
      </w:r>
    </w:p>
    <w:p>
      <w:pPr>
        <w:jc w:val="right"/>
      </w:pPr>
      <w:r>
        <w:t>کبھیآپ گلاسلیںگےتواسمیںپوریکائناتدکھائیدےگیآپکو، پوریہسٹریدکھائیدےگی کہکسطرحسے یہ کائناتبنی، کسطرح زمین کےاوپر گیسز کا بادلچھایا، پھرکیسےدوگیسزملکرکےپانیبنا اورپھرکسطرحاسمیںسالٹ آیا۔</w:t>
      </w:r>
    </w:p>
    <w:p>
      <w:r>
        <w:rPr>
          <w:b/>
        </w:rPr>
        <w:t xml:space="preserve">[1:22:21] </w:t>
      </w:r>
      <w:r>
        <w:t>yeh poora ek poora nizaam aap ko yaad aa jayega. To woh peena ek aur peena hoga, matlab yahan par badh jayega ma'arifat.</w:t>
      </w:r>
    </w:p>
    <w:p>
      <w:pPr>
        <w:jc w:val="right"/>
      </w:pPr>
      <w:r>
        <w:t>یہپوراایک پورا نظام آپکویادآجائےگا۔ تووہپیناایکاورپیناہوگا، مطلبوہاںپربڑھجائےگامعرفت ۔</w:t>
      </w:r>
    </w:p>
    <w:p>
      <w:r>
        <w:rPr>
          <w:b/>
        </w:rPr>
        <w:t xml:space="preserve">[1:22:30] </w:t>
      </w:r>
      <w:r>
        <w:t>to ye kahe kam darje ki marifat, ye hai ke aapne pila aur alhamdulillah keh diya. aur ek ye hai ke pila ek ek tharal aa kar aane ke baad pila aapne.</w:t>
      </w:r>
    </w:p>
    <w:p>
      <w:pPr>
        <w:jc w:val="right"/>
      </w:pPr>
      <w:r>
        <w:t>توایکہے کم درجےکیمعرفت،یہہےکہآپنےپیلیا اور الحمدللہکہہدیا۔ اور ایکیہہےکہ پیاتوایک ایک تھرلآکرآنےکےبعد پیاآپنے۔</w:t>
      </w:r>
    </w:p>
    <w:p>
      <w:r>
        <w:rPr>
          <w:b/>
        </w:rPr>
        <w:t xml:space="preserve">[1:22:42] </w:t>
      </w:r>
      <w:r>
        <w:t>to ye to ek fitri baat hai ke aadmi ko, yani kabhi kam hoga, kabhi zyada hoga, kabhi saada tareeqe se hoga, kabhi tharaling ke andaaz mein hoga</w:t>
      </w:r>
    </w:p>
    <w:p>
      <w:pPr>
        <w:jc w:val="right"/>
      </w:pPr>
      <w:r>
        <w:t>تویہتو ایک فطریباتہے کہآدمی کو، یعنی کبھی کمہوگا،کبھیزیادہہوگا، کبھی سادہ طریقےسےہوگا،کبھی تھرلنگکےاندازمیںہوگ</w:t>
      </w:r>
    </w:p>
    <w:p>
      <w:r>
        <w:rPr>
          <w:b/>
        </w:rPr>
        <w:t xml:space="preserve">[1:22:57] </w:t>
      </w:r>
      <w:r>
        <w:t>a. ye to insaan ki fitrat hai aur is mein koi exception na ho.</w:t>
      </w:r>
    </w:p>
    <w:p>
      <w:pPr>
        <w:jc w:val="right"/>
      </w:pPr>
      <w:r>
        <w:t>ا۔ یہتوانسان کی فطرتہے اوراسمیںکوئیایکسیپشننہیں۔</w:t>
      </w:r>
    </w:p>
    <w:p>
      <w:r>
        <w:rPr>
          <w:b/>
        </w:rPr>
        <w:t xml:space="preserve">[1:23:04] </w:t>
      </w:r>
      <w:r>
        <w:t>Mr Zubair Ahmed Shah ne Kashmir se likha hai: "few questions that hit my mind. All classical scholars without any exception believe in the second coming of Jesus.</w:t>
      </w:r>
    </w:p>
    <w:p>
      <w:pPr>
        <w:jc w:val="right"/>
      </w:pPr>
      <w:r>
        <w:t>مسٹر زبیر احمد شاہ نے کشمیرسےلکھاہے: "فیوکوئسچنز اف ن ہٹمائیمائنڈ۔ الدیکلاسیکل سک الرز وداآؤٹاینایک سیپشن بیلیوانداسیکنڈ کمنگآف جیزس۔</w:t>
      </w:r>
    </w:p>
    <w:p>
      <w:r>
        <w:rPr>
          <w:b/>
        </w:rPr>
        <w:t xml:space="preserve">[1:23:20] </w:t>
      </w:r>
      <w:r>
        <w:t>do they all reject it?</w:t>
      </w:r>
    </w:p>
    <w:p>
      <w:pPr>
        <w:jc w:val="right"/>
      </w:pPr>
      <w:r>
        <w:t>دینوائیڈویوریجیکٹاٹ؟</w:t>
      </w:r>
    </w:p>
    <w:p>
      <w:r>
        <w:rPr>
          <w:b/>
        </w:rPr>
        <w:t xml:space="preserve">[1:23:23] </w:t>
      </w:r>
      <w:r>
        <w:t>"main main ne ye to nahi kaha, main ne to ye nahi kaha ke nahi aayega. sirf is ki main ne ek taweel ki hai. taweel Islam mein jante hain, saare ulama taweel karte hain.</w:t>
      </w:r>
    </w:p>
    <w:p>
      <w:pPr>
        <w:jc w:val="right"/>
      </w:pPr>
      <w:r>
        <w:t>"میں میںنے یہتونہیںکہا، میں نےتویہنہیںکہاکہ نہیںآئےگا۔ صرف اسکی میںنےایکتاویلکیہے۔تاویل اسلام میں جانتےہیں،سارےعلماءتاویلکرتےہیں۔</w:t>
      </w:r>
    </w:p>
    <w:p>
      <w:r>
        <w:rPr>
          <w:b/>
        </w:rPr>
        <w:t xml:space="preserve">[1:23:37] </w:t>
      </w:r>
      <w:r>
        <w:t>taweel Islam mein ek bahut hi accepted tareeqa hai. main ne rejection nahi kiya, main ne taweel ki hai.</w:t>
      </w:r>
    </w:p>
    <w:p>
      <w:pPr>
        <w:jc w:val="right"/>
      </w:pPr>
      <w:r>
        <w:t>تاویل اسلام میں ایک بہت ہی ایکسیپٹڈطریقہہے۔ میںنےریجیکٹنہیںکیا،میںنےتاویلکیہے۔</w:t>
      </w:r>
    </w:p>
    <w:p>
      <w:r>
        <w:rPr>
          <w:b/>
        </w:rPr>
        <w:t xml:space="preserve">[1:23:46] </w:t>
      </w:r>
      <w:r>
        <w:t>aur doosra sawal un ka molana ye hai ke why did the caliphate era shideen invade other empires and nations?</w:t>
      </w:r>
    </w:p>
    <w:p>
      <w:pPr>
        <w:jc w:val="right"/>
      </w:pPr>
      <w:r>
        <w:t>اور دوسرا سوال انکامول انایہہےکہ وائیڈیڈدا خلافت اےراشدین ان ویڈ ادر ایمپائرز اینڈنیشنز؟</w:t>
      </w:r>
    </w:p>
    <w:p>
      <w:r>
        <w:rPr>
          <w:b/>
        </w:rPr>
        <w:t xml:space="preserve">[1:23:56] </w:t>
      </w:r>
      <w:r>
        <w:t>instead they should have sent preachers to these nations to invite people to Islam. dekhen, invade ka galat kehna galat hai, wo invasion nahi tha.</w:t>
      </w:r>
    </w:p>
    <w:p>
      <w:pPr>
        <w:jc w:val="right"/>
      </w:pPr>
      <w:r>
        <w:t>انسٹیڈ دےشوڈہیوسینٹ پریچرزٹودیزنیشنز ٹوانوائٹپیپلٹواسلام ۔ دیکھیں،انویڈکاغلط کہناغلطہے،وہانویژننہیںتھا۔</w:t>
      </w:r>
    </w:p>
    <w:p>
      <w:r>
        <w:rPr>
          <w:b/>
        </w:rPr>
        <w:t xml:space="preserve">[1:24:07] </w:t>
      </w:r>
      <w:r>
        <w:t>wo that was not an invasion, wo defense tha.</w:t>
      </w:r>
    </w:p>
    <w:p>
      <w:pPr>
        <w:jc w:val="right"/>
      </w:pPr>
      <w:r>
        <w:t>وہ دیٹوازناٹاینی انویژن، وہ ڈیفنستھا۔</w:t>
      </w:r>
    </w:p>
    <w:p>
      <w:r>
        <w:rPr>
          <w:b/>
        </w:rPr>
        <w:t xml:space="preserve">[1:24:12] </w:t>
      </w:r>
      <w:r>
        <w:t>main ne likha hai apni kitab mein, aap as ko padh lijiye ke Roman Empire, Sasanian Empire, dono ne afsakiya tha. to Muslim jo aage badhe, wo defense ke taur par aage badhe.</w:t>
      </w:r>
    </w:p>
    <w:p>
      <w:pPr>
        <w:jc w:val="right"/>
      </w:pPr>
      <w:r>
        <w:t>میںنےلکھاہےاپنیکتاب میں،آپاسکوپڑھلیجئے کہ رومنایمپائر،ساسانیایمپائر،دونوںنے اف نسکیاتھا۔ تو مس لمانجو آگےبڑھے،وہڈیفنسکےطورپرآگےبڑھے۔</w:t>
      </w:r>
    </w:p>
    <w:p>
      <w:r>
        <w:rPr>
          <w:b/>
        </w:rPr>
        <w:t xml:space="preserve">[1:24:26] </w:t>
      </w:r>
      <w:r>
        <w:t>ye to history se sabit hai, aap meri kitab padh lijiye. aap</w:t>
      </w:r>
    </w:p>
    <w:p>
      <w:pPr>
        <w:jc w:val="right"/>
      </w:pPr>
      <w:r>
        <w:t>یہتوہسٹریسےثابتہے، آپ میریکتاب پڑھلیجئے۔آپ</w:t>
      </w:r>
    </w:p>
    <w:p>
      <w:r>
        <w:rPr>
          <w:b/>
        </w:rPr>
        <w:t xml:space="preserve">[1:24:32] </w:t>
      </w:r>
      <w:r>
        <w:t>Miss Zareen Khan ne Delhi se likha hai: "how do I respond to someone who doesn't believe in God and says that if there's God, then he has class biased and gender biased,</w:t>
      </w:r>
    </w:p>
    <w:p>
      <w:pPr>
        <w:jc w:val="right"/>
      </w:pPr>
      <w:r>
        <w:t>مس زرینخان نے دلیسےلکھاہے: "ہاؤڈوآئیریسپانڈٹو سمون ہو ڈزنٹ بیلیوان گاڈ اینڈسیزدیٹاف دیرازگاڈ، دینہیاز کلاس بائیڈ اینڈج ینڈربائیڈ،</w:t>
      </w:r>
    </w:p>
    <w:p>
      <w:r>
        <w:rPr>
          <w:b/>
        </w:rPr>
        <w:t xml:space="preserve">[1:24:47] </w:t>
      </w:r>
      <w:r>
        <w:t>referring to the status of prophets and other holy men who preach the word of God?" kiya matlab hai?</w:t>
      </w:r>
    </w:p>
    <w:p>
      <w:pPr>
        <w:jc w:val="right"/>
      </w:pPr>
      <w:r>
        <w:t>ریفرنگٹوداسٹیٹسآف پراف ٹس اینڈادرہولیمین ہو پریچ داورڈآفگاڈ؟" کیامطلب ہے؟</w:t>
      </w:r>
    </w:p>
    <w:p>
      <w:r>
        <w:rPr>
          <w:b/>
        </w:rPr>
        <w:t xml:space="preserve">[1:24:58] </w:t>
      </w:r>
      <w:r>
        <w:t>yani prophet aurat ko nahi hui?</w:t>
      </w:r>
    </w:p>
    <w:p>
      <w:pPr>
        <w:jc w:val="right"/>
      </w:pPr>
      <w:r>
        <w:t>یعنی پرافٹ عورتکونہیںہوئی ؟</w:t>
      </w:r>
    </w:p>
    <w:p>
      <w:r>
        <w:rPr>
          <w:b/>
        </w:rPr>
        <w:t xml:space="preserve">[1:25:01] </w:t>
      </w:r>
      <w:r>
        <w:t>J Maulana, ek to is ka ye hai ke gender biased hai aur class biased hai. dekhiye, main to aaj hi subah kahin se keh raha tha, nahi kal kal kisi se baat hui thi ke aurat ka darja mard se bhi zyada diya gaya hai.</w:t>
      </w:r>
    </w:p>
    <w:p>
      <w:pPr>
        <w:jc w:val="right"/>
      </w:pPr>
      <w:r>
        <w:t>جیمولانا،ایکتو اسکایہیہےکہج ینڈربائیڈہےاورکلاس بائیڈہے۔ دیکھیے،میںتوآجہی صبحکہیںسےکہہرہاتھا،نہیںکل کل کسیسےباتہوئی تھی کہعورتکادرجہمردسےبھیزیادہ دیا گیاہے۔</w:t>
      </w:r>
    </w:p>
    <w:p>
      <w:r>
        <w:rPr>
          <w:b/>
        </w:rPr>
        <w:t xml:space="preserve">[1:25:14] </w:t>
      </w:r>
      <w:r>
        <w:t>aur Rasool Allah ki misaal se</w:t>
      </w:r>
    </w:p>
    <w:p>
      <w:pPr>
        <w:jc w:val="right"/>
      </w:pPr>
      <w:r>
        <w:t>اور رسولاللہ کیمثالسے</w:t>
      </w:r>
    </w:p>
    <w:p>
      <w:r>
        <w:rPr>
          <w:b/>
        </w:rPr>
        <w:t xml:space="preserve">[1:25:18] </w:t>
      </w:r>
      <w:r>
        <w:t>Hazrat Khadija jo thin, Allah taala ki pehli jo ahliya thin, to main kal hi kisi se baat kar raha tha ke wo female bossism ki pehli misaal hai.</w:t>
      </w:r>
    </w:p>
    <w:p>
      <w:pPr>
        <w:jc w:val="right"/>
      </w:pPr>
      <w:r>
        <w:t>حضرتخدیجہجوتھیں، اللہتعالی کی پہلیجو اہلیہتھیں، تو میں کل ہی کسی سےباتکررہاتھا کہ وہ فیمیل باسزمکیپہلیمثالہے۔</w:t>
      </w:r>
    </w:p>
    <w:p>
      <w:r>
        <w:rPr>
          <w:b/>
        </w:rPr>
        <w:t xml:space="preserve">[1:25:33] </w:t>
      </w:r>
      <w:r>
        <w:t>Rasool Allah ke baad jo thin, Khadija thin, har maamle mein wo mashwara deti thin. maslan jab wahi aayi to aap ko ghbrahat taari ho gayi.</w:t>
      </w:r>
    </w:p>
    <w:p>
      <w:pPr>
        <w:jc w:val="right"/>
      </w:pPr>
      <w:r>
        <w:t>رسولاللہکےبعدجوتھیں،خدیجہتھیں، ہرمعاملےمیں وہیمشورہدیتیتھیں۔ مثلاًجب وحیآئی تو آپ کو گھبراہٹطاریہوگئی۔</w:t>
      </w:r>
    </w:p>
    <w:p>
      <w:r>
        <w:rPr>
          <w:b/>
        </w:rPr>
        <w:t xml:space="preserve">[1:25:44] </w:t>
      </w:r>
      <w:r>
        <w:t>aap aaye to aap ne kaha ke zammiluni zammiluni</w:t>
      </w:r>
    </w:p>
    <w:p>
      <w:pPr>
        <w:jc w:val="right"/>
      </w:pPr>
      <w:r>
        <w:t>آپ آئےتوآپکہاکہزنبلونیزنبل ونی</w:t>
      </w:r>
    </w:p>
    <w:p>
      <w:r>
        <w:rPr>
          <w:b/>
        </w:rPr>
        <w:t xml:space="preserve">[1:25:48] </w:t>
      </w:r>
      <w:r>
        <w:t>main main matlab bistar par mujhe sulao. to Hazrat Khadija ne us waqt aap ko mashwara diya ke ah ke chaliye hum Warqa bin Naufal ke paas chalte hain.</w:t>
      </w:r>
    </w:p>
    <w:p>
      <w:pPr>
        <w:jc w:val="right"/>
      </w:pPr>
      <w:r>
        <w:t>میں میں مطلببسترپر مجھےسلاؤ۔ تو حضرتخدیجہنے اسوقت آپکومشورہدیاکہ اہ کہ چلیےہم ورقہبننوفلکےپاسچلتےہیں۔</w:t>
      </w:r>
    </w:p>
    <w:p>
      <w:r>
        <w:rPr>
          <w:b/>
        </w:rPr>
        <w:t xml:space="preserve">[1:25:59] </w:t>
      </w:r>
      <w:r>
        <w:t>wo religious scholar the, bahut bade. to unhone bas kar role ada kiya.</w:t>
      </w:r>
    </w:p>
    <w:p>
      <w:pPr>
        <w:jc w:val="right"/>
      </w:pPr>
      <w:r>
        <w:t>وہ ریلیجسسکالرتھے،بہتبڑے۔ توانہوںنےباسکارولاداکیا۔</w:t>
      </w:r>
    </w:p>
    <w:p>
      <w:r>
        <w:rPr>
          <w:b/>
        </w:rPr>
        <w:t xml:space="preserve">[1:26:07] </w:t>
      </w:r>
      <w:r>
        <w:t>abhi main kahin se keh raha tha ke hadith mein aata hai ke hubba li minad dunya wan nisaa ke duniya mein jo cheezein hain, un mein aurat mere liye mahboob bana di gayi.</w:t>
      </w:r>
    </w:p>
    <w:p>
      <w:pPr>
        <w:jc w:val="right"/>
      </w:pPr>
      <w:r>
        <w:t>ابھیمیںکہیںسےکہہرہاتھاکہحدیثمیںآتاہےکہ ح ب بعلی مندنیا وال نساء کہ دنیا میں جو چیزیںہیں،انمیں عورتمیرےلیےمحبوببنادیگئی ۔</w:t>
      </w:r>
    </w:p>
    <w:p>
      <w:r>
        <w:rPr>
          <w:b/>
        </w:rPr>
        <w:t xml:space="preserve">[1:26:20] </w:t>
      </w:r>
      <w:r>
        <w:t>Rasool Allah ne farmaya. to main ne kaha ke ise jo cheez batai gayi hai, wo hai female partner ki baat. female partner har mard ki zaroorat hai ke uska ek female partner ho, har aurat ki zaroorat hai ke uska ek male partner ho.</w:t>
      </w:r>
    </w:p>
    <w:p>
      <w:pPr>
        <w:jc w:val="right"/>
      </w:pPr>
      <w:r>
        <w:t>رسولاللہنےفرمایا۔ تومیںنےکہاکہ اسے جوچیزبتائیگئیہے،وہہے فیمیلپارٹنر کیبات۔فیمیلپارٹنر ہر مرد کیضرورتہےکہاسکاایکفیمیلپارٹنرہو، ہر عورتکیضرورتہےکہاسکاایکمیلپارٹنرہو۔</w:t>
      </w:r>
    </w:p>
    <w:p>
      <w:r>
        <w:rPr>
          <w:b/>
        </w:rPr>
        <w:t xml:space="preserve">[1:26:34] </w:t>
      </w:r>
      <w:r>
        <w:t>ye kyun?</w:t>
      </w:r>
    </w:p>
    <w:p>
      <w:pPr>
        <w:jc w:val="right"/>
      </w:pPr>
      <w:r>
        <w:t>یہکیوں ؟</w:t>
      </w:r>
    </w:p>
    <w:p>
      <w:r>
        <w:rPr>
          <w:b/>
        </w:rPr>
        <w:t xml:space="preserve">[1:26:36] </w:t>
      </w:r>
      <w:r>
        <w:t>kisenebehat sahih kahaha hai: "Of all things alike, then there is now, ah, now, now one thinks very much." ki sab log ek sath ek ko sochen to koi zyada nahin sochta.</w:t>
      </w:r>
    </w:p>
    <w:p>
      <w:pPr>
        <w:jc w:val="right"/>
      </w:pPr>
      <w:r>
        <w:t>کسینےبہت صحیحکہاہے: "اف ال تھنگزالائک،دیندیرازنو، اہاہ ، نو،نو ونتھنکسویریمچ۔" کہسب لوگ ایکساتھایک کوسوچیںتوکوئیزیادہ نہیںسوچتا۔</w:t>
      </w:r>
    </w:p>
    <w:p>
      <w:r>
        <w:rPr>
          <w:b/>
        </w:rPr>
        <w:t xml:space="preserve">[1:26:50] </w:t>
      </w:r>
      <w:r>
        <w:t>to aurat ko different banaya, mard ko different banaya. aurat is different hai, mard is different hai. to jab woh do sath hote hain to dono ke exchange se nai chezen average karti hain.</w:t>
      </w:r>
    </w:p>
    <w:p>
      <w:pPr>
        <w:jc w:val="right"/>
      </w:pPr>
      <w:r>
        <w:t>تو عورتکوڈفرنٹبنایا، مرد کوڈفرنٹبنایا۔ عورت مسڈفرنٹ ہے، مرد مسٹرڈفرنٹہے۔ تو جب وہ دو ساتھہوتےہیں تو دونوںکے ایکسچینجسے نئیچیزیںایورجکرتیہیں۔</w:t>
      </w:r>
    </w:p>
    <w:p>
      <w:r>
        <w:rPr>
          <w:b/>
        </w:rPr>
        <w:t xml:space="preserve">[1:27:05] </w:t>
      </w:r>
      <w:r>
        <w:t>to mard ko femal partner chahiye, aurat ko mel partner chahiye. yani opposit partner. yeh to bahut bara scheme hai Allah ta'ala ki kaha opposit partner diya.</w:t>
      </w:r>
    </w:p>
    <w:p>
      <w:pPr>
        <w:jc w:val="right"/>
      </w:pPr>
      <w:r>
        <w:t>تو مرد کو فیمیلپارٹنرچاہیے،عورتکومیل پارٹنرچاہیے۔ یعنی اپوزٹپارٹنر۔ یہتوبہت بڑا اسکیمہےاللہتعالیکی کہاپوزٹپارٹنردیا۔</w:t>
      </w:r>
    </w:p>
    <w:p>
      <w:r>
        <w:rPr>
          <w:b/>
        </w:rPr>
        <w:t xml:space="preserve">[1:27:19] </w:t>
      </w:r>
      <w:r>
        <w:t>to isko is tarah se nahin lena chahiye ki koi ba'is hai ya kya hai. nahin, yeh scheme hai, yeh planning hai. kyunke agar mard jo hota, woh aurat hoti, jo aurat hota, woh mard hota.</w:t>
      </w:r>
    </w:p>
    <w:p>
      <w:pPr>
        <w:jc w:val="right"/>
      </w:pPr>
      <w:r>
        <w:t>تو اسکو اس طرحسےنہیںلیناچاہیے کہ کوئی باعثہےیاکیاہے۔ نہیں ،یہ اسک یمہے، یہپلاننگہے۔ کیونکہاگر مرد جو ہوتا،وہعورتہوتی، جوعورتہوتا،وہمردہوتا۔</w:t>
      </w:r>
    </w:p>
    <w:p>
      <w:r>
        <w:rPr>
          <w:b/>
        </w:rPr>
        <w:t xml:space="preserve">[1:27:32] </w:t>
      </w:r>
      <w:r>
        <w:t>jis ko kehte hain gender equality. Gender equality to nothing.</w:t>
      </w:r>
    </w:p>
    <w:p>
      <w:pPr>
        <w:jc w:val="right"/>
      </w:pPr>
      <w:r>
        <w:t>جسکوکہتےہیںجینڈرایکولٹی۔جینڈرایکولٹیتونتھنگ۔</w:t>
      </w:r>
    </w:p>
    <w:p>
      <w:r>
        <w:rPr>
          <w:b/>
        </w:rPr>
        <w:t xml:space="preserve">[1:27:35] </w:t>
      </w:r>
      <w:r>
        <w:t>agar dono gender equal hote to dunya bilkul dead hoti. dead dead hoti. bahut sahih kaha kisi ne jo main ne abhi bataya aap ko ki when all things alike, no one thinks very much.</w:t>
      </w:r>
    </w:p>
    <w:p>
      <w:pPr>
        <w:jc w:val="right"/>
      </w:pPr>
      <w:r>
        <w:t>اگر دونوںجینڈر ایکولہوتے تو دنیا بالکلڈیڈہوتی۔ڈیڈ ڈیڈہوتی۔ بہتصحیحکہاکسی نےجو میںنےابھیبتایاآپکو کہ وینال تھنگزالائک، نو ونتھنکسویریمچ۔</w:t>
      </w:r>
    </w:p>
    <w:p>
      <w:r>
        <w:rPr>
          <w:b/>
        </w:rPr>
        <w:t xml:space="preserve">[1:27:50] </w:t>
      </w:r>
      <w:r>
        <w:t>jab sab ek sath sochte hain to koi bhi zyada nahin sochta. to Allah ta'ala yeh gender equality ko main nahin manta, main manta hoon gender complementarity ko manta hoon</w:t>
      </w:r>
    </w:p>
    <w:p>
      <w:pPr>
        <w:jc w:val="right"/>
      </w:pPr>
      <w:r>
        <w:t>جب سب ایکساتھسوچتےہیںتوکوئیبھیزیادہ نہیںسوچتا۔ تو اللہ تعالی یہجینڈرایک ولٹی کومیںنہیںمانتا، میں مانتاہوںجینڈرکمپلیمنٹریٹیکومانتاہوں</w:t>
      </w:r>
    </w:p>
    <w:p>
      <w:r>
        <w:rPr>
          <w:b/>
        </w:rPr>
        <w:t xml:space="preserve">[1:28:01] </w:t>
      </w:r>
      <w:r>
        <w:t>ki do different ko paida karke Allah ta'ala ne ek kar diya ta ke inse inka fa'ida ho, inka inka inka fa'ida ho. is ko bias ke terms mein nahin sochna chahiye, is ko sochna chahiye Allah ta'ala ki scheme ke terms mein.</w:t>
      </w:r>
    </w:p>
    <w:p>
      <w:pPr>
        <w:jc w:val="right"/>
      </w:pPr>
      <w:r>
        <w:t>کہ دو ڈفرنٹکوپیدا کرکےاللہتعالینےایککردیا تاکہانسےانکافائدہہو،انکوانکوانکو فائدہہو۔ اسکو باعثکےٹرممیںنہیںسوچناچاہیے، اسکوسوچناچاہیےاللہتعالی کی اسک یمکےٹرممیں۔</w:t>
      </w:r>
    </w:p>
    <w:p>
      <w:r>
        <w:rPr>
          <w:b/>
        </w:rPr>
        <w:t xml:space="preserve">[1:28:17] </w:t>
      </w:r>
      <w:r>
        <w:t>maulana abdul basit umar ne doha, qatar se likha hai: "maulana, aaj musalman ummah jin chezon ko janti hai, woh sirf ahkam hain,</w:t>
      </w:r>
    </w:p>
    <w:p>
      <w:pPr>
        <w:jc w:val="right"/>
      </w:pPr>
      <w:r>
        <w:t>مول اناعبدالب اسط عمرینے دوحہ،قطرسےلکھاہے: "مول انا،آج مسلم امہ جنچیزوںکو جان تیہے، وہ صرف احکامہیں،</w:t>
      </w:r>
    </w:p>
    <w:p>
      <w:r>
        <w:rPr>
          <w:b/>
        </w:rPr>
        <w:t xml:space="preserve">[1:28:29] </w:t>
      </w:r>
      <w:r>
        <w:t>halanke quran zyada jin chezon se bahas karta hai, woh Allah ki ma'rifat aur hikmat hai." maulana, kya yeh sahih hai ?</w:t>
      </w:r>
    </w:p>
    <w:p>
      <w:pPr>
        <w:jc w:val="right"/>
      </w:pPr>
      <w:r>
        <w:t>حالانکہ قرآن زیادہ جنچیزوںسے بحثکرتاہے، وہ اللہ کی معرفت اور حک متہے۔" مولانا،کیا یہصحیحہے ؟</w:t>
      </w:r>
    </w:p>
    <w:p>
      <w:r>
        <w:rPr>
          <w:b/>
        </w:rPr>
        <w:t xml:space="preserve">[1:28:40] </w:t>
      </w:r>
      <w:r>
        <w:t>yeh baat sahih hai. is mein aisa hua ki baad ke zamanon mein, yani fuqaha ke zamanon mein,</w:t>
      </w:r>
    </w:p>
    <w:p>
      <w:pPr>
        <w:jc w:val="right"/>
      </w:pPr>
      <w:r>
        <w:t>یہباتصحیحہے۔ اسمیںایساہوا کہ بعد کےزمان ےمیں ،یعنی فقہاءکےزمانےمیں،</w:t>
      </w:r>
    </w:p>
    <w:p>
      <w:r>
        <w:rPr>
          <w:b/>
        </w:rPr>
        <w:t xml:space="preserve">[1:28:51] </w:t>
      </w:r>
      <w:r>
        <w:t>log zyada tar puchte the, yeh hi sab baaten puchte the, quran padhte the. har aadmi is zamanon mein dekhen, quran sab ko yaad hota tha,</w:t>
      </w:r>
    </w:p>
    <w:p>
      <w:pPr>
        <w:jc w:val="right"/>
      </w:pPr>
      <w:r>
        <w:t>لوگ زیادہترپوچھتےتھے،یہیسبباتیںپوچھتےتھے، قرآنپڑھتےتھے۔ہرآدمیاسزمانےمیںدیکھیں،قرآنسبکویادہوتاتھا،</w:t>
      </w:r>
    </w:p>
    <w:p>
      <w:r>
        <w:rPr>
          <w:b/>
        </w:rPr>
        <w:t xml:space="preserve">[1:28:58] </w:t>
      </w:r>
      <w:r>
        <w:t>sab quran padhte the. to unko woh baaten quran mein jaan lete the, woh ki khuda ke ek mano, rasool Allah ko khatam al rasool nabi mano.</w:t>
      </w:r>
    </w:p>
    <w:p>
      <w:pPr>
        <w:jc w:val="right"/>
      </w:pPr>
      <w:r>
        <w:t>سب قرآنپڑھتےتھے۔ تو انکو وہ باتیں قرآنمیںجانلیتےتھے،وہ کہخداکےایکمان و، رسولاللہ کوخاتمالرسول نبی مانو۔</w:t>
      </w:r>
    </w:p>
    <w:p>
      <w:r>
        <w:rPr>
          <w:b/>
        </w:rPr>
        <w:t xml:space="preserve">[1:29:10] </w:t>
      </w:r>
      <w:r>
        <w:t>masail jo the, wohi puchte the aa kar ke ulama se, woh kyunke masail mein un ko zaroorat hoti thi janne ki. to masail jo hain, mauzu ban gaye fiqh ka, yani fiqh ma'rifat ka ilm nahin hai, masail ka ilm hai.</w:t>
      </w:r>
    </w:p>
    <w:p>
      <w:pPr>
        <w:jc w:val="right"/>
      </w:pPr>
      <w:r>
        <w:t>مسائلجوتھے،وہیپوچھتےتھےآکرکےعلماءسے،وہ کیونکہمسائلمیں انکو ضرورتہوتیتھیجاننےکی۔ تو مسائلجوہے، موضوعبنگئےفقہکا، یعنیفقہ معرفتکاعلمنہیںہے، مسائلکاعلم ہے۔</w:t>
      </w:r>
    </w:p>
    <w:p>
      <w:r>
        <w:rPr>
          <w:b/>
        </w:rPr>
        <w:t xml:space="preserve">[1:29:28] </w:t>
      </w:r>
      <w:r>
        <w:t>yani baad ke zamanon mein jo fiqh bani to ma'rifat ka ilm nahin thi, woh woh masail ka ilm thi, kyunke logo hi puchte the usi ke bare mein.</w:t>
      </w:r>
    </w:p>
    <w:p>
      <w:pPr>
        <w:jc w:val="right"/>
      </w:pPr>
      <w:r>
        <w:t>یعنیبعد کےزمانےمیںجوفقہبنی تو معرفتکاعلمنہیںتھی،وہ وہ مسائلکاعلمتھی،کیونکہلوگوہیپوچھتےتھےاسیکےبارےمیں۔</w:t>
      </w:r>
    </w:p>
    <w:p>
      <w:r>
        <w:rPr>
          <w:b/>
        </w:rPr>
        <w:t xml:space="preserve">[1:29:40] </w:t>
      </w:r>
      <w:r>
        <w:t>ab woh is ke baad kya hua ki history pe rooh kiya gaya. rasool Allah ke zamanon mein aisa nahin hota tha, sahaba ke zamanon mein aisa nahin hota tha ki log masail pe bahas karen khali.</w:t>
      </w:r>
    </w:p>
    <w:p>
      <w:pPr>
        <w:jc w:val="right"/>
      </w:pPr>
      <w:r>
        <w:t>ابوہ اسکےبعد کیا ہوا کہ ہسٹریپروحیچھاگیا۔ رسولاللہکےزمانےمیںایسانہیںہوتاتھا،صحابہکےزمانےمیںایسانہیںہوتاتھا کہلوگمسائل پہ بحثکریںخالی۔</w:t>
      </w:r>
    </w:p>
    <w:p>
      <w:r>
        <w:rPr>
          <w:b/>
        </w:rPr>
        <w:t xml:space="preserve">[1:29:54] </w:t>
      </w:r>
      <w:r>
        <w:t>lekin ek daur aisa aaya ki jab sare ulama, sare ulama jo hain, masail pe lag gaye bahas karne, kyunke log us se puchte the, un se wohi masail. ab history yahin se chal padi.</w:t>
      </w:r>
    </w:p>
    <w:p>
      <w:pPr>
        <w:jc w:val="right"/>
      </w:pPr>
      <w:r>
        <w:t>لیکن ایک دور ایساآیاکہجب سارےعلم اء،سارےعلماءجوہے، مسائلپہلگےبحثکرنے ،کیونکہلوگاسےپوچھتےتھے،انسےوہیمسائل۔ اب ہسٹرییہیںسےچلپڑی۔</w:t>
      </w:r>
    </w:p>
    <w:p>
      <w:r>
        <w:rPr>
          <w:b/>
        </w:rPr>
        <w:t xml:space="preserve">[1:30:06] </w:t>
      </w:r>
      <w:r>
        <w:t>to aaj ka jo mazhab hai, they are driver from fiqh, is not driver from quran o hadith. to baad ki naslen jo hain, un ka immediate reference ban gaya fiqh,</w:t>
      </w:r>
    </w:p>
    <w:p>
      <w:pPr>
        <w:jc w:val="right"/>
      </w:pPr>
      <w:r>
        <w:t>تو آجکاجو مذہبہے، دےازڈرائیوفرامفقہ، ازناٹڈرائیوفرام قرآنوحدیث۔ تو بعد کےنسلیںجوہیں، انکا امیڈیٹ ریفرنسبنگیا فقہ،</w:t>
      </w:r>
    </w:p>
    <w:p>
      <w:r>
        <w:rPr>
          <w:b/>
        </w:rPr>
        <w:t xml:space="preserve">[1:30:20] </w:t>
      </w:r>
      <w:r>
        <w:t>kyunke gap aa gaya tha beech mein</w:t>
      </w:r>
    </w:p>
    <w:p>
      <w:pPr>
        <w:jc w:val="right"/>
      </w:pPr>
      <w:r>
        <w:t>کیونکہ گیپآگیاتھا بیچمیں</w:t>
      </w:r>
    </w:p>
    <w:p>
      <w:r>
        <w:rPr>
          <w:b/>
        </w:rPr>
        <w:t xml:space="preserve">[1:30:22] </w:t>
      </w:r>
      <w:r>
        <w:t>. yani quran o hadith idhar ho gaye, ab jo thi immediate reference thi, woh fiqh thi. to fiqh se chal padi hai yeh tareekh, warna fiqh jo hai, woh asal nahin hai,</w:t>
      </w:r>
    </w:p>
    <w:p>
      <w:pPr>
        <w:jc w:val="right"/>
      </w:pPr>
      <w:r>
        <w:t>۔ یعنیقرآنوحدیثادھرہوگئے، ابجو تھی امیڈیٹریفرنستھی،وہفقہتھی۔ تو فقہسےچلپڑیہے یہتاریخ، ورنہفقہجوہے،وہ اصلنہیںہے،</w:t>
      </w:r>
    </w:p>
    <w:p>
      <w:r>
        <w:rPr>
          <w:b/>
        </w:rPr>
        <w:t xml:space="preserve">[1:30:35] </w:t>
      </w:r>
      <w:r>
        <w:t>asal to quran o hadith hai, yani ma'rifat.</w:t>
      </w:r>
    </w:p>
    <w:p>
      <w:pPr>
        <w:jc w:val="right"/>
      </w:pPr>
      <w:r>
        <w:t>اصلتوقرآنوحدیثہے،یعنیمعرفت۔</w:t>
      </w:r>
    </w:p>
    <w:p>
      <w:r>
        <w:rPr>
          <w:b/>
        </w:rPr>
        <w:t xml:space="preserve">[1:30:40] </w:t>
      </w:r>
      <w:r>
        <w:t>ab zaroorat hai ki is ko, yani is ka correction kiya jaye, aur hum loten dobara quran o hadith wale model ki taraf .</w:t>
      </w:r>
    </w:p>
    <w:p>
      <w:pPr>
        <w:jc w:val="right"/>
      </w:pPr>
      <w:r>
        <w:t>ابضرورتہےکہاسکو ،یعنی اسکا کریکشنکیا جائے، اورہملوٹیںدوبارہ قرآنوحدیثوالے ماڈلکیطرف ۔</w:t>
      </w:r>
    </w:p>
    <w:p>
      <w:r>
        <w:rPr>
          <w:b/>
        </w:rPr>
        <w:t xml:space="preserve">[1:30:52] </w:t>
      </w:r>
      <w:r>
        <w:t>mister faiz ne california se likha hai: "maulana sahib, i want to know who give you the names of surah of the quran.</w:t>
      </w:r>
    </w:p>
    <w:p>
      <w:pPr>
        <w:jc w:val="right"/>
      </w:pPr>
      <w:r>
        <w:t>مسٹر فائقنے کیلیفورنیاسےلکھاہے: "مول اناصاحب، ائیوانٹٹونو ہو گیودی نیمزآف سورہآف دیقرآن۔</w:t>
      </w:r>
    </w:p>
    <w:p>
      <w:r>
        <w:rPr>
          <w:b/>
        </w:rPr>
        <w:t xml:space="preserve">[1:31:03] </w:t>
      </w:r>
      <w:r>
        <w:t>how was the sequence of arrangement of quran decided? like surah fatiha, surah baqarah, etc. the order was not the sequence how the quran courses were revealed.</w:t>
      </w:r>
    </w:p>
    <w:p>
      <w:pPr>
        <w:jc w:val="right"/>
      </w:pPr>
      <w:r>
        <w:t>ہاؤوازدا سیکوئنسآف ارینجمنٹ آف قرآن ڈیسائیڈڈ ؟لائک سورہ فاتحہ،سورہبقرہ، ایٹسٹرہ۔ الد ودساز ناٹداسیکوئنس ہاؤداقرآنکورسزوارریویلڈ۔</w:t>
      </w:r>
    </w:p>
    <w:p>
      <w:r>
        <w:rPr>
          <w:b/>
        </w:rPr>
        <w:t xml:space="preserve">[1:31:18] </w:t>
      </w:r>
      <w:r>
        <w:t>please explain</w:t>
      </w:r>
    </w:p>
    <w:p>
      <w:pPr>
        <w:jc w:val="right"/>
      </w:pPr>
      <w:r>
        <w:t>پلیزایکسپلیند</w:t>
      </w:r>
    </w:p>
    <w:p>
      <w:r>
        <w:rPr>
          <w:b/>
        </w:rPr>
        <w:t xml:space="preserve">[1:31:19] </w:t>
      </w:r>
      <w:r>
        <w:t>s. " is par deikhein, bohat qabil likhi gayi hain tadween-e-quran par. is ko sab log mante hain ke yeh tauqeefiyya hai. tauqeefi ka matlab yeh hai ke rasool Allah ne khud hi bata diya, jibril ne aa ke bataiya rasool Allah ko, aur aap ne bata diya.</w:t>
      </w:r>
    </w:p>
    <w:p>
      <w:pPr>
        <w:jc w:val="right"/>
      </w:pPr>
      <w:r>
        <w:t>س۔" اسپردیکھیں،بہت قابللکھیگئیہیںتدوینقرآنپر ۔ اسکو سب لوگمانتےہیںکہیہتوقیفیہے۔ توقیفیکامعنییہہےکہرسولاللہ نےخودہیبتادیا، جبرائیل نےآکےبتایارسولاللہکو ،اور آپنےبتادیا۔</w:t>
      </w:r>
    </w:p>
    <w:p>
      <w:r>
        <w:rPr>
          <w:b/>
        </w:rPr>
        <w:t xml:space="preserve">[1:31:34] </w:t>
      </w:r>
      <w:r>
        <w:t>to aaj suraton ki tarteeb, ayaton ki tarteeb, sab jibril ke bataane ke mutabiq rasool Allah sal Allah alaih wasallam ne ummat ko bataiya. isi ko kehte hain tauqeefi.</w:t>
      </w:r>
    </w:p>
    <w:p>
      <w:pPr>
        <w:jc w:val="right"/>
      </w:pPr>
      <w:r>
        <w:t>تو آج سورتوںکیترتیب ،آیاتکیترتیب،سب جبرائیلکے بت انےکےمطابقرسولاللہصلیاللہعلیہوسلمنےامتکوبتایا۔ اسیکوکہتےہیںتوقیفی۔</w:t>
      </w:r>
    </w:p>
    <w:p>
      <w:r>
        <w:rPr>
          <w:b/>
        </w:rPr>
        <w:t xml:space="preserve">[1:31:44] </w:t>
      </w:r>
      <w:r>
        <w:t>ismein koi ikhtilaf nahi hai, ulama mein koi ikhtilaf nahi hai. baad ke zamane mein kuch logon ne behasein chhedi hain ke jab tarteeb-e-nazool ka aur kuch aur thi, tarteeb-e-tilawat kuch aur hai. yeh sab baad ki behasein hain.</w:t>
      </w:r>
    </w:p>
    <w:p>
      <w:pPr>
        <w:jc w:val="right"/>
      </w:pPr>
      <w:r>
        <w:t>اسمیںکوئی اختلافنہیںہے،علماءمیں کوئیاختلافنہیںہے۔ بعد کےزمانےمیںکچھلوگوںنےبحثیںچھیڑیہیں کہ جبترتیبنزولکااور کچھاور تھی، ترتیب تلاوتکچھاورہے۔یہسب بعدکیبحثیںہیں۔</w:t>
      </w:r>
    </w:p>
    <w:p>
      <w:r>
        <w:rPr>
          <w:b/>
        </w:rPr>
        <w:t xml:space="preserve">[1:31:57] </w:t>
      </w:r>
      <w:r>
        <w:t>rasool Allah ne jo bataiya tha sahaba ko, aur sahaba ne jo bataiya agli naslon ko, ismein yahi hai ke rasool Allah ne ayaton ko is tareeqe se tartib diya, aur suraton ke naam muqarrar kiye.</w:t>
      </w:r>
    </w:p>
    <w:p>
      <w:pPr>
        <w:jc w:val="right"/>
      </w:pPr>
      <w:r>
        <w:t>رسولاللہنےجوبتایاتھاصحابہکو، اورصحابہنےجوبتایا اگلینسلوںکو، اسمیںیہیہے کہ رسولاللہ نے آیتوںکواسطریقےسےترتیبدیا، اور سورتوںکےنام مقررکیے۔</w:t>
      </w:r>
    </w:p>
    <w:p>
      <w:r>
        <w:rPr>
          <w:b/>
        </w:rPr>
        <w:t xml:space="preserve">[1:32:11] </w:t>
      </w:r>
      <w:r>
        <w:t>yeh sab to deikhein, hadithon mein aata hai ke aakhri zamane mein, rasool Allah ke aakhri zamane mein, arz-e-awwali aur arz-e-akhira ka lafz aata hai.</w:t>
      </w:r>
    </w:p>
    <w:p>
      <w:pPr>
        <w:jc w:val="right"/>
      </w:pPr>
      <w:r>
        <w:t>یہسب تو دیکھیے، حدیثوںمیںآتاہےکہآخریزمان ےمیں، رسولاللہکےآخریزمان ےمیں، عرض اولیاور عرضاخیرہکالفظآتاہے۔</w:t>
      </w:r>
    </w:p>
    <w:p>
      <w:r>
        <w:rPr>
          <w:b/>
        </w:rPr>
        <w:t xml:space="preserve">[1:32:24] </w:t>
      </w:r>
      <w:r>
        <w:t>yani jibril aaye do baar.</w:t>
      </w:r>
    </w:p>
    <w:p>
      <w:pPr>
        <w:jc w:val="right"/>
      </w:pPr>
      <w:r>
        <w:t>یعنی جبرائیلآئے دوبار۔</w:t>
      </w:r>
    </w:p>
    <w:p>
      <w:r>
        <w:rPr>
          <w:b/>
        </w:rPr>
        <w:t xml:space="preserve">[1:32:27] </w:t>
      </w:r>
      <w:r>
        <w:t>jibril ne poore quran ko isi tarteeb ke sath, jo ab hai, tarteeb-e-quran ki, yani ayatein utri to martab kiya gaya.</w:t>
      </w:r>
    </w:p>
    <w:p>
      <w:pPr>
        <w:jc w:val="right"/>
      </w:pPr>
      <w:r>
        <w:t>جبرائیلنےپورےقرآنکواسیترتیبکےساتھ،جو ابہے،ترتیبقرآنکی، یعنی آیتیں اتریتو مرت بکیاگیا۔</w:t>
      </w:r>
    </w:p>
    <w:p>
      <w:r>
        <w:rPr>
          <w:b/>
        </w:rPr>
        <w:t xml:space="preserve">[1:32:37] </w:t>
      </w:r>
      <w:r>
        <w:t>to jibril ne poore quran ko shuru se aakhir tak padh kar sunaya rasool Allah sal Allah alaih wasallam ko. phir rasool Allah sal Allah alaih wasallam ne jibril ko sunaya. yeh hai arz-e-awwali.</w:t>
      </w:r>
    </w:p>
    <w:p>
      <w:pPr>
        <w:jc w:val="right"/>
      </w:pPr>
      <w:r>
        <w:t>تو جبرائیلنے پورےقرآنکو شروعسے آخرتک پڑھکرسنایارسولاللہصلیاللہعلیہوسلمکو۔ پھررسولاللہصلیاللہعلیہوسلمنےجبرائیلکوسنایا۔ یہہےعرض اولی۔</w:t>
      </w:r>
    </w:p>
    <w:p>
      <w:r>
        <w:rPr>
          <w:b/>
        </w:rPr>
        <w:t xml:space="preserve">[1:32:46] </w:t>
      </w:r>
      <w:r>
        <w:t>phir ek aur baar aisa hua ke jibril aaye, aur phir unhon ne yeh kiya ke alhamdulillah se le kar ke qulub-un-nas tak silsila war padha. jibril ne phir rasool Allah ne unke samne silsila war padha.</w:t>
      </w:r>
    </w:p>
    <w:p>
      <w:pPr>
        <w:jc w:val="right"/>
      </w:pPr>
      <w:r>
        <w:t>پھرایکاور بار ایساہوا کہجبرائیلآئے، اور پھر انہوںنےیہکیا کہ الحمدللہسےلےکر کے قلوب بنناستک سلسلوار پڑھا۔جبرائیلنے پھررسولاللہنےانکےسامنےسلسلوارپڑھا۔</w:t>
      </w:r>
    </w:p>
    <w:p>
      <w:r>
        <w:rPr>
          <w:b/>
        </w:rPr>
        <w:t xml:space="preserve">[1:33:00] </w:t>
      </w:r>
      <w:r>
        <w:t>woh kaha arz-e-akhira kehte hain is ko. to yeh cheez ulama ki taraf mein muttafiq alaih hai, ismein koi ikhtilaf nahi hai. aap jo behasein nikalte hain, yeh log to baad ki behasein hain, yeh is ki koi haqeeqat nahi hai.</w:t>
      </w:r>
    </w:p>
    <w:p>
      <w:pPr>
        <w:jc w:val="right"/>
      </w:pPr>
      <w:r>
        <w:t>وہکہا عرضاخیرہکہتےہیںاسکو۔ تو یہچیز علماءکیطرف میںمتفقعلیہہے،اسمیںکوئیاختلافنہیںہے۔ آپجوبحثیںنکالتےہیں،یہلوگتوبعدکیبحثیںہیں،یہ اسکیکوئیحقیقتنہیںہے۔</w:t>
      </w:r>
    </w:p>
    <w:p>
      <w:r>
        <w:rPr>
          <w:b/>
        </w:rPr>
        <w:t xml:space="preserve">[1:33:13] </w:t>
      </w:r>
      <w:r>
        <w:t>molana, un ka ek aur sawal hai. unhon ne likha hai: "is peaceful protest allowed in Islam, like Hazrat Umar expressed his opinion to Rasool Allah against the treaty of Hudaibiyah in strong words,</w:t>
      </w:r>
    </w:p>
    <w:p>
      <w:pPr>
        <w:jc w:val="right"/>
      </w:pPr>
      <w:r>
        <w:t>مولانا،انکاایکاور سوالہے۔ انہوںنےلکھاہے: "اس پیسفل پروٹیسٹ الاؤڈان اسلام، لائکحضرت عمر ایکسپریسڈہزاوپینین ٹورسولاللہ اگینسٹداٹریٹیآفحدیبیہ ان سٹرونگورڈز،</w:t>
      </w:r>
    </w:p>
    <w:p>
      <w:r>
        <w:rPr>
          <w:b/>
        </w:rPr>
        <w:t xml:space="preserve">[1:33:29] </w:t>
      </w:r>
      <w:r>
        <w:t>seeing that we are not on the right path, then why we agree to such terms by the kuffar?"</w:t>
      </w:r>
    </w:p>
    <w:p>
      <w:pPr>
        <w:jc w:val="right"/>
      </w:pPr>
      <w:r>
        <w:t>سین گ دی ٹ ار ویناٹاندارائٹ پاتھ ،دینوائیڈوویایگری ٹوسچ ٹرمزبائیداکفار؟</w:t>
      </w:r>
    </w:p>
    <w:p>
      <w:r>
        <w:rPr>
          <w:b/>
        </w:rPr>
        <w:t xml:space="preserve">[1:33:37] </w:t>
      </w:r>
      <w:r>
        <w:t>"Hazrat refused to remove Rasool Allah from the contract of Hudaibiyah, then Prophet himself removed that.</w:t>
      </w:r>
    </w:p>
    <w:p>
      <w:pPr>
        <w:jc w:val="right"/>
      </w:pPr>
      <w:r>
        <w:t>"حضرت ریفیوزٹو ریموو رسول اللہ فرامدا کانٹریکٹآف حدیبیہ، دین پرافٹ ہمسیلف ریمووڈاٹ۔</w:t>
      </w:r>
    </w:p>
    <w:p>
      <w:r>
        <w:rPr>
          <w:b/>
        </w:rPr>
        <w:t xml:space="preserve">[1:33:47] </w:t>
      </w:r>
      <w:r>
        <w:t>please give your comment. kya pehla sentence kya tha? "is peaceful protest allowed in Islam." haan, nahi, woh protest nahi tha, woh dissent tha.</w:t>
      </w:r>
    </w:p>
    <w:p>
      <w:pPr>
        <w:jc w:val="right"/>
      </w:pPr>
      <w:r>
        <w:t>پلیزگیویورکمنٹ۔ کیا پہلاسینٹنسکیاتھا؟ "اس پیسفل پروٹیسٹالاؤڈان اسلام ۔" ہاں، نہیں،وہپروٹیسٹنہیںتھا،وہڈیسنٹ تھا۔</w:t>
      </w:r>
    </w:p>
    <w:p>
      <w:r>
        <w:rPr>
          <w:b/>
        </w:rPr>
        <w:t xml:space="preserve">[1:33:57] </w:t>
      </w:r>
      <w:r>
        <w:t>and the difference between dissent and protest,</w:t>
      </w:r>
    </w:p>
    <w:p>
      <w:pPr>
        <w:jc w:val="right"/>
      </w:pPr>
      <w:r>
        <w:t>انداڈیفرنسبٹوینڈیسنٹاینڈپروٹیسٹ،</w:t>
      </w:r>
    </w:p>
    <w:p>
      <w:r>
        <w:rPr>
          <w:b/>
        </w:rPr>
        <w:t xml:space="preserve">[1:34:04] </w:t>
      </w:r>
      <w:r>
        <w:t>dissent. солисл халк کا کوئی لفظ ہو تو وہ تھا۔ وہ یعنی jaisa ke farishton ne kiya tha, Allah ta'ala se kaha tha.</w:t>
      </w:r>
    </w:p>
    <w:p>
      <w:pPr>
        <w:jc w:val="right"/>
      </w:pPr>
      <w:r>
        <w:t>ڈیسنٹ ۔سولک ہلکاکوئیلفظہو تووہ تھا۔وہ یعنیجیساکہ فرشتوںنےکیاتھا،اللہتعالیسےکہاتھا۔</w:t>
      </w:r>
    </w:p>
    <w:p>
      <w:r>
        <w:rPr>
          <w:b/>
        </w:rPr>
        <w:t xml:space="preserve">[1:34:14] </w:t>
      </w:r>
      <w:r>
        <w:t>yani aap ki ek rai hai, is rai ka aap izhar karte hain. only to clarify the issue, yani clarification pahunchane ke liye aap ek ek khayal ka izhar karte hain.</w:t>
      </w:r>
    </w:p>
    <w:p>
      <w:pPr>
        <w:jc w:val="right"/>
      </w:pPr>
      <w:r>
        <w:t>یعنیآپکیایکرائےہے، اس رائےکاآپاظہارکرتےہیں۔ اونلیٹوکلیریفائی دا ایشو، یعنیکلیریفیکیشن پہنچ انےکےلیےآپ ایک ایک خیال کااظہارکرتے ہیں۔</w:t>
      </w:r>
    </w:p>
    <w:p>
      <w:r>
        <w:rPr>
          <w:b/>
        </w:rPr>
        <w:t xml:space="preserve">[1:34:25] </w:t>
      </w:r>
      <w:r>
        <w:t>woh protest nahi hai, woh koi demonstration nahi hai, woh aaj kal ki parties ka koi ta'alluq nahi hai.</w:t>
      </w:r>
    </w:p>
    <w:p>
      <w:pPr>
        <w:jc w:val="right"/>
      </w:pPr>
      <w:r>
        <w:t>وہ پروٹیسٹنہیںہے، وہکوئیڈیمونسٹریشننہیںہے، وہآجکلکیپارٹیزکاکوئیتعلقنہیںہے۔</w:t>
      </w:r>
    </w:p>
    <w:p>
      <w:r>
        <w:rPr>
          <w:b/>
        </w:rPr>
        <w:t xml:space="preserve">[1:34:34] </w:t>
      </w:r>
      <w:r>
        <w:t>to woh to hoga, yeh to bilkul fitri baat hai ke aap ko ek baat samajh mein na aaye gi, aap poochein ge. there is no such question, question alag cheez hai, protest alag cheez hai.</w:t>
      </w:r>
    </w:p>
    <w:p>
      <w:pPr>
        <w:jc w:val="right"/>
      </w:pPr>
      <w:r>
        <w:t>تو وہتو ہوگا،یہتوبالکلفطریباتہے کہآپکوایکباتسمجھمیںنہآئےگی،آپپوچھیںگے۔ دردکو ئسچن، کوئسچنالگچیزہے،پروٹیسٹالگچیزہے۔</w:t>
      </w:r>
    </w:p>
    <w:p>
      <w:r>
        <w:rPr>
          <w:b/>
        </w:rPr>
        <w:t xml:space="preserve">[1:34:45] </w:t>
      </w:r>
      <w:r>
        <w:t>protest nahi tha, woh yeh is ko protest ka naam dena mujhe woh galat tha. question to karega aadmi, kyun nahi? question karega,</w:t>
      </w:r>
    </w:p>
    <w:p>
      <w:pPr>
        <w:jc w:val="right"/>
      </w:pPr>
      <w:r>
        <w:t>پروٹیسٹنہیںتھا،وہ یہاسکو پروٹیسٹکانامدینا مجھےوہغلطتھا۔ کوئسچنتو کرےگاآدمی،کیوںنہیں؟کوئسچنکرےگا،</w:t>
      </w:r>
    </w:p>
    <w:p>
      <w:r>
        <w:rPr>
          <w:b/>
        </w:rPr>
        <w:t xml:space="preserve">[1:34:57] </w:t>
      </w:r>
      <w:r>
        <w:t>is ko le kar ke jo protest nikal le, woh demonstration ko koi jaiz qarar de to yeh sab bilkul baseless baat hai.</w:t>
      </w:r>
    </w:p>
    <w:p>
      <w:pPr>
        <w:jc w:val="right"/>
      </w:pPr>
      <w:r>
        <w:t>اسکولےکرکےجو پروٹیسٹنکالے،وہڈیمونسٹریشن کوکوئیجائز قرار دے تو یہسب بالکل بیسلیسباتہے۔</w:t>
      </w:r>
    </w:p>
    <w:p>
      <w:r>
        <w:rPr>
          <w:b/>
        </w:rPr>
        <w:t xml:space="preserve">[1:35:08] </w:t>
      </w:r>
      <w:r>
        <w:t>Doctor Owais Siddiqui ne Delhi se likha hai: "Molana, atheist people say that religious people teach their children that they will be tormented in hell till eternity, if they don't believe in God.</w:t>
      </w:r>
    </w:p>
    <w:p>
      <w:pPr>
        <w:jc w:val="right"/>
      </w:pPr>
      <w:r>
        <w:t>ڈاکٹر اویس صدی قینے دلیسےلکھاہے: "مول انا، ایتھسٹپیپل زسے دی ٹریلیجیسپیپل ٹیچ دیرچلڈرن دیٹدےولبی ٹورمنٹڈان ہیلف ائر ٹل ایٹرنیٹی ،اف دےڈونٹ بیلیوان گاڈ۔</w:t>
      </w:r>
    </w:p>
    <w:p>
      <w:r>
        <w:rPr>
          <w:b/>
        </w:rPr>
        <w:t xml:space="preserve">[1:35:25] </w:t>
      </w:r>
      <w:r>
        <w:t>This gives a bad impact on their mind." What is your comment on this? Yeh sab bekar baatein hain, yeh sab ahmaqana baatein hain.</w:t>
      </w:r>
    </w:p>
    <w:p>
      <w:pPr>
        <w:jc w:val="right"/>
      </w:pPr>
      <w:r>
        <w:t>دسگیوزابیڈامپیکٹان دیرمائنڈ۔ "واٹازیورکمنٹان دس؟ یہ سببیکارباتیںہیں، یہسباحمقانہباتیںہیں۔</w:t>
      </w:r>
    </w:p>
    <w:p>
      <w:r>
        <w:rPr>
          <w:b/>
        </w:rPr>
        <w:t xml:space="preserve">[1:35:35] </w:t>
      </w:r>
      <w:r>
        <w:t>har mulk mein ek laa hai, ek law hai ke agar aisa karoge to punishment hoga ke yeh bed ho jayega. is se to law laa se sab khatm kar diya jaye.</w:t>
      </w:r>
    </w:p>
    <w:p>
      <w:pPr>
        <w:jc w:val="right"/>
      </w:pPr>
      <w:r>
        <w:t>ہرملکمیںایکلاءہے، ایک لاءہےکہاگر ایساکروگےتوپنشمنٹہوگاکہ یہبیڈہوجائےگا۔اسسے تو ل اءلاءسےسبختمکردیاجائے۔</w:t>
      </w:r>
    </w:p>
    <w:p>
      <w:r>
        <w:rPr>
          <w:b/>
        </w:rPr>
        <w:t xml:space="preserve">[1:35:46] </w:t>
      </w:r>
      <w:r>
        <w:t>har mulk mein ek law hai ke traffic ko logon ke khilaf karoge to wahan punishment hoga, qatl karoge to kisi ko yeh hoga ke yeh sab khatm kar diya jaye.</w:t>
      </w:r>
    </w:p>
    <w:p>
      <w:pPr>
        <w:jc w:val="right"/>
      </w:pPr>
      <w:r>
        <w:t>ہر ملکمیں ایک لاءہے کہٹ ریفککولوگوںکےخلافکروگےتووہاںپنشمنٹہوگا، قتلکروگےتوکسی کویہہوگاکہیہسبختمکردیاجائے۔</w:t>
      </w:r>
    </w:p>
    <w:p>
      <w:r>
        <w:rPr>
          <w:b/>
        </w:rPr>
        <w:t xml:space="preserve">[1:35:56] </w:t>
      </w:r>
      <w:r>
        <w:t>yeh sab bilkul yani false nuqte hain, yeh koi haqeeqat iske nahi hain. Hamesha har qaum mein log linah jaise hain, nar hote hi hote hain,</w:t>
      </w:r>
    </w:p>
    <w:p>
      <w:pPr>
        <w:jc w:val="right"/>
      </w:pPr>
      <w:r>
        <w:t>یہسببالکل یعنی فالس نقطےہیں، یہ کوئیحقیقتاسکینہیںہے۔ ہمیشہ ہر قوم میں لیگ لنارمجیسےہیں، نارمہوتےہیہوتےہیں،</w:t>
      </w:r>
    </w:p>
    <w:p>
      <w:r>
        <w:rPr>
          <w:b/>
        </w:rPr>
        <w:t xml:space="preserve">[1:36:10] </w:t>
      </w:r>
      <w:r>
        <w:t>yeh to hote hi hota hai. Agar aisa na ho to koi mulk nahi chal sakta. Constitution mein hota hai, law mein hota hai. To aap to woh extend karke woh bhi kar dijiye ke law nahi hona chahiye</w:t>
      </w:r>
    </w:p>
    <w:p>
      <w:pPr>
        <w:jc w:val="right"/>
      </w:pPr>
      <w:r>
        <w:t>یہتوہوتےہیہوتاہے۔ اگر ایسانہہوتو کوئی ملکنہیں چلسکتا۔ کانسٹیٹیوشنمیںہوتاہے، لاءمیںہوتاہے۔ توآپ تو وہایکسٹینڈکرکےوہبھیکردیجئے کہلاءنہیںہوناچاہیے</w:t>
      </w:r>
    </w:p>
    <w:p>
      <w:r>
        <w:rPr>
          <w:b/>
        </w:rPr>
        <w:t xml:space="preserve">[1:36:23] </w:t>
      </w:r>
      <w:r>
        <w:t>ke iska zehan woh hai, bade bade padhega. Iska yeh koi, yeh sab kuch bhi haqeeqat iske nahi hai, yeh koi sawal nahi hai.</w:t>
      </w:r>
    </w:p>
    <w:p>
      <w:pPr>
        <w:jc w:val="right"/>
      </w:pPr>
      <w:r>
        <w:t>کہاسکا ذہنجوہے، بڑے بڑے پڑےگا۔اسکا یہ کوئی ،یہسب کچھبھیحقیقتاسکےنہیںہے، یہکوئیسوالنہیںہے۔</w:t>
      </w:r>
    </w:p>
    <w:p>
      <w:r>
        <w:rPr>
          <w:b/>
        </w:rPr>
        <w:t xml:space="preserve">[1:36:34] </w:t>
      </w:r>
      <w:r>
        <w:t>Jo log aisa kehte hain, woh yani woh insincere log hain.</w:t>
      </w:r>
    </w:p>
    <w:p>
      <w:pPr>
        <w:jc w:val="right"/>
      </w:pPr>
      <w:r>
        <w:t>جولوگ ایساکہتےہیں،وہ یعنیوہ انسنسیرلوگہیں۔</w:t>
      </w:r>
    </w:p>
    <w:p>
      <w:r>
        <w:rPr>
          <w:b/>
        </w:rPr>
        <w:t xml:space="preserve">[1:36:43] </w:t>
      </w:r>
      <w:r>
        <w:t>Maulana Amanullah ne Dilli se likha hai: "Jis tarah insano ko Allah ki marifat hasil ho sakti hai, usi tarah kya jinnat ko bhi marifat ho sakti hai?" Hai, inko jinnat ko hai,</w:t>
      </w:r>
    </w:p>
    <w:p>
      <w:pPr>
        <w:jc w:val="right"/>
      </w:pPr>
      <w:r>
        <w:t>مول انااماناللہ نے دلیسےلکھاہے: "جسطرح انسان وںکو اللہ کی معرفت حاصل ہو سکتیہے، اسیطرح کیا جن اتکوبھی معرفت ہوسکتیہے ؟" ہے، انکوجناتکوہے،</w:t>
      </w:r>
    </w:p>
    <w:p>
      <w:r>
        <w:rPr>
          <w:b/>
        </w:rPr>
        <w:t xml:space="preserve">[1:37:00] </w:t>
      </w:r>
      <w:r>
        <w:t>inko discover nahi karna padta, woh woh jante hain. Yani humein discover karna padta hai,</w:t>
      </w:r>
    </w:p>
    <w:p>
      <w:pPr>
        <w:jc w:val="right"/>
      </w:pPr>
      <w:r>
        <w:t>انکو ڈسکورنہیںکرناپڑتا، وہ وہ جانتےہیں۔ یعنیہمیںڈسکورکرناپڑتاہے،</w:t>
      </w:r>
    </w:p>
    <w:p>
      <w:r>
        <w:rPr>
          <w:b/>
        </w:rPr>
        <w:t xml:space="preserve">[1:37:07] </w:t>
      </w:r>
      <w:r>
        <w:t>yahan tak ke main samjha hoon, yani kahin likha hua nahi is tarike se. Lekin jinnat ko har baat maloom hai, yeh computer ko har baat maloom hai.</w:t>
      </w:r>
    </w:p>
    <w:p>
      <w:pPr>
        <w:jc w:val="right"/>
      </w:pPr>
      <w:r>
        <w:t>یہاںتککہمیںسمجھاہے، یعنیکہیںلکھاہوانہیںاسطریقےسے ۔لیکن جناتکوہرباتمعلوم ہے، یہ کمپیوٹرکوہرباتمعلومہے۔</w:t>
      </w:r>
    </w:p>
    <w:p>
      <w:r>
        <w:rPr>
          <w:b/>
        </w:rPr>
        <w:t xml:space="preserve">[1:37:18] </w:t>
      </w:r>
      <w:r>
        <w:t>Humein jo hai, har cheez ko unfold karna hai, discover karna hai, ismein apni apni aqal ko lagana hai. Ismein</w:t>
      </w:r>
    </w:p>
    <w:p>
      <w:pPr>
        <w:jc w:val="right"/>
      </w:pPr>
      <w:r>
        <w:t>ہمیںجوہے، ہرچیزکو انفولڈکرناہے،ڈسکورکرناہے،اسمیں اپنی اپنیعقلکولگاناہے۔اسمیں</w:t>
      </w:r>
    </w:p>
    <w:p>
      <w:r>
        <w:rPr>
          <w:b/>
        </w:rPr>
        <w:t xml:space="preserve">[1:37:25] </w:t>
      </w:r>
      <w:r>
        <w:t>To jinnat ke haan ghaleban yeh is qism ka yani discover method ghaleban nahi hai, inke liye har cheez jaani hui hai.</w:t>
      </w:r>
    </w:p>
    <w:p>
      <w:pPr>
        <w:jc w:val="right"/>
      </w:pPr>
      <w:r>
        <w:t>تو جناتکےہاں غالباً یہ اسقسم کا یعنیڈسکوریمیتھڈغالباًنہیںہے، انکےلیےہرچیزجانیہوئی ہے۔</w:t>
      </w:r>
    </w:p>
    <w:p>
      <w:r>
        <w:rPr>
          <w:b/>
        </w:rPr>
        <w:t xml:space="preserve">[1:37:42] </w:t>
      </w:r>
      <w:r>
        <w:t>Imam Makram Hussain Qasimi ne Dilli se likha hai: "Imam Ghazali ne apni kitab Al-Mughzi mein likha hai ke ek khandan musalman ko sabse pehle jis cheez se tauba karna chahiye,</w:t>
      </w:r>
    </w:p>
    <w:p>
      <w:pPr>
        <w:jc w:val="right"/>
      </w:pPr>
      <w:r>
        <w:t>امام مک رمحسین قاسمینے دلیسےلکھاہے: "امام غزالینےاپنی کتاب المقض میںلکھاہے کہ ایک خان دانی مس لمان کو سبسے پہلے جس چیز سے توبہکرناچاہیے،</w:t>
      </w:r>
    </w:p>
    <w:p>
      <w:r>
        <w:rPr>
          <w:b/>
        </w:rPr>
        <w:t xml:space="preserve">[1:38:00] </w:t>
      </w:r>
      <w:r>
        <w:t>woh khandan mazhab hai. Isko chahiye ke woh apni khandan mazhab ki haisiyat se daryaft kare." Iska matlab kya hai ?</w:t>
      </w:r>
    </w:p>
    <w:p>
      <w:pPr>
        <w:jc w:val="right"/>
      </w:pPr>
      <w:r>
        <w:t>وہ خان دانی مذہبہے۔ اسکو چاہیےکہوہ اپنی خان دانی مذہبکو خ دائیمذہبکی حیثیتسےدریا فتکرے۔ "اسکامطلبکیا ہے ؟</w:t>
      </w:r>
    </w:p>
    <w:p>
      <w:r>
        <w:rPr>
          <w:b/>
        </w:rPr>
        <w:t xml:space="preserve">[1:38:12] </w:t>
      </w:r>
      <w:r>
        <w:t>Ab khandani ka matlab hai jismein woh condition ho jata hai. Aadmi khandani ka matlab isko khandan ke matlab lijiye, society ke matlab mein lijiye ke society mein kuch traditions hoti hain, ismein woh condition ho jata hai.</w:t>
      </w:r>
    </w:p>
    <w:p>
      <w:pPr>
        <w:jc w:val="right"/>
      </w:pPr>
      <w:r>
        <w:t>ابخاندانیکامطلبہے جسمیںوہکنڈیشنہوجاتاہے۔آدمی خان دانکامطلباسکو خاندانکےمعنیمتلیجئے، سوسائٹیکےمعنیمیںلیجئے کہسوسائٹیمیں کچھٹریڈیشنزہوتیہیں، اسیمیںوہکنڈیشنہوجاتا ہے۔</w:t>
      </w:r>
    </w:p>
    <w:p>
      <w:r>
        <w:rPr>
          <w:b/>
        </w:rPr>
        <w:t xml:space="preserve">[1:38:29] </w:t>
      </w:r>
      <w:r>
        <w:t>To tradition par usko manne lagta hai. Marifat ka darja bani mante, iska Islam marifat ka darja bani hota.</w:t>
      </w:r>
    </w:p>
    <w:p>
      <w:pPr>
        <w:jc w:val="right"/>
      </w:pPr>
      <w:r>
        <w:t>تو ٹریڈیشنلطورپراسکوماننےلگتاہے۔ معرفتکادرجہبنی مانتے، اسکا اسلام معرفتکادرجہبنیہوتا۔</w:t>
      </w:r>
    </w:p>
    <w:p>
      <w:r>
        <w:rPr>
          <w:b/>
        </w:rPr>
        <w:t xml:space="preserve">[1:38:38] </w:t>
      </w:r>
      <w:r>
        <w:t>Inka matlab sirf yahi hai ke Islam ko marifat, marifat ka darja aapko milna chahiye, na ke sirf chala hua hai. Aap yani maal fana Allah abana ke tarike se, yani maa baap se chal raha hai, Islam bhi kar rahe hain. Aisa to aisa na ho, balkeh aapne isko khud jana ho, khud iski marifat aapko mili ho.</w:t>
      </w:r>
    </w:p>
    <w:p>
      <w:pPr>
        <w:jc w:val="right"/>
      </w:pPr>
      <w:r>
        <w:t>انکامطلبصرفیہیہے کہ اسلام کو معرفت ،معرفتکادرجہآپکوملناچاہیے، نہ کہ صرفچلاہواہے۔ آپ یعنی مال فانہعلیہ ابانہکےطریقےسے ،یعنی ماںباپسےچلارہاہے،اسلام بھی کررہےہیں۔ایسا تو ایسا نہہو،بلکہآپنےاسکو خود جاناہو،خود اسکیمعرفتآپکوملی ہو۔</w:t>
      </w:r>
    </w:p>
    <w:p>
      <w:r>
        <w:rPr>
          <w:b/>
        </w:rPr>
        <w:t xml:space="preserve">[1:39:01] </w:t>
      </w:r>
      <w:r>
        <w:t>To is asli imaan wohi hai.</w:t>
      </w:r>
    </w:p>
    <w:p>
      <w:pPr>
        <w:jc w:val="right"/>
      </w:pPr>
      <w:r>
        <w:t>تو اس اصلی ایمانوہیہے۔</w:t>
      </w:r>
    </w:p>
    <w:p>
      <w:r>
        <w:rPr>
          <w:b/>
        </w:rPr>
        <w:t xml:space="preserve">[1:39:08] </w:t>
      </w:r>
      <w:r>
        <w:t>Mr. Adnan Khan ne Dilli se likha hai: "Maulana, you said you do not believe in evolution, but many scientists have claimed to have found a missing link.</w:t>
      </w:r>
    </w:p>
    <w:p>
      <w:pPr>
        <w:jc w:val="right"/>
      </w:pPr>
      <w:r>
        <w:t>مسٹرعدنان خاننے دلیسے لکھاہے: "مولانا،یوسیڈ یوڈوناٹ بیلیوان ایولوشن، بٹمینیافدا سائنٹسٹہیوک لیمٹوہیوفاؤنڈدامسنگلنک۔</w:t>
      </w:r>
    </w:p>
    <w:p>
      <w:r>
        <w:rPr>
          <w:b/>
        </w:rPr>
        <w:t xml:space="preserve">[1:39:22] </w:t>
      </w:r>
      <w:r>
        <w:t>What is your comment on the so-called discoveries and claims to disprove the theory of evolution?" Yani kisi scientist ne yeh kahin nahi kaha hai ke missing link ko daryaft kar liya unhone.</w:t>
      </w:r>
    </w:p>
    <w:p>
      <w:pPr>
        <w:jc w:val="right"/>
      </w:pPr>
      <w:r>
        <w:t>واٹازیور کمنٹان دیرسو کالڈڈسکوریز اینڈک لیمزٹوداپروفان تھیوریافای ولوشن؟ "یعنیکسی سائنٹسٹنےیہکہیںنہیںکہاہےکہ مسنگلنککودریافتکرلیاانہوںنے۔</w:t>
      </w:r>
    </w:p>
    <w:p>
      <w:r>
        <w:rPr>
          <w:b/>
        </w:rPr>
        <w:t xml:space="preserve">[1:39:33] </w:t>
      </w:r>
      <w:r>
        <w:t>Yeh to koi bhi scientist nahi hai.</w:t>
      </w:r>
    </w:p>
    <w:p>
      <w:pPr>
        <w:jc w:val="right"/>
      </w:pPr>
      <w:r>
        <w:t>یہتوکوئیبھی سائنٹسٹنہیںہے۔</w:t>
      </w:r>
    </w:p>
    <w:p>
      <w:r>
        <w:rPr>
          <w:b/>
        </w:rPr>
        <w:t xml:space="preserve">[1:39:38] </w:t>
      </w:r>
      <w:r>
        <w:t>Sach poochhein to evolution jo hai, woh scientific theory hai hi nahi, yeh to ek philosophy hai.</w:t>
      </w:r>
    </w:p>
    <w:p>
      <w:pPr>
        <w:jc w:val="right"/>
      </w:pPr>
      <w:r>
        <w:t>سچپوچھیںتوایولوشن جوہے،وہسائنٹیفکتھیوریہےہینہیں، یہتوایک فلاسفیہے۔</w:t>
      </w:r>
    </w:p>
    <w:p>
      <w:r>
        <w:rPr>
          <w:b/>
        </w:rPr>
        <w:t xml:space="preserve">[1:39:45] </w:t>
      </w:r>
      <w:r>
        <w:t>Main evolution ko philosophy manta hoon, science nahi manta, kyunke ek workable theory hai, woh</w:t>
      </w:r>
    </w:p>
    <w:p>
      <w:pPr>
        <w:jc w:val="right"/>
      </w:pPr>
      <w:r>
        <w:t>میںایولوشنکوفلاسفیمانتاہوں، سائنسنہیںمانتا، کیونکہایکورکیبلتھیوریہے،وہ</w:t>
      </w:r>
    </w:p>
    <w:p>
      <w:r>
        <w:rPr>
          <w:b/>
        </w:rPr>
        <w:t xml:space="preserve">[1:39:54] </w:t>
      </w:r>
      <w:r>
        <w:t>workable theory hai. Woh</w:t>
      </w:r>
    </w:p>
    <w:p>
      <w:pPr>
        <w:jc w:val="right"/>
      </w:pPr>
      <w:r>
        <w:t>ورکیبلتھیوریہے۔وہ</w:t>
      </w:r>
    </w:p>
    <w:p>
      <w:r>
        <w:rPr>
          <w:b/>
        </w:rPr>
        <w:t xml:space="preserve">[1:39:56] </w:t>
      </w:r>
      <w:r>
        <w:t>Dekhein, science ka jo kaam hai, woh known fact pe chalta hai. Known fact jo humein maloom hai, yeh to sab unknown fact pe chal raha hai. Sara evolution jo hai,</w:t>
      </w:r>
    </w:p>
    <w:p>
      <w:pPr>
        <w:jc w:val="right"/>
      </w:pPr>
      <w:r>
        <w:t>دیکھیں،سائنس کا جو کام ہے، وہ نونفیکٹپہچلتاہے۔نونفیکٹجوہمیںمعلوم ہے، یہتو سباننونفیکٹپہچلرہاہے۔سارا ای ولوشنجوہے،</w:t>
      </w:r>
    </w:p>
    <w:p>
      <w:r>
        <w:rPr>
          <w:b/>
        </w:rPr>
        <w:t xml:space="preserve">[1:40:11] </w:t>
      </w:r>
      <w:r>
        <w:t>hazaron saal pehle kya tha, kya tha, kya tha, kya tha, woh sab unknown hai. Ismein guess karte hain, woh guess karke milate hain, aur jo ismein batate hain, sab woh sab guess hota hai. Woh</w:t>
      </w:r>
    </w:p>
    <w:p>
      <w:pPr>
        <w:jc w:val="right"/>
      </w:pPr>
      <w:r>
        <w:t>ہزاروںسالپہلے کیاتھا،کیاتھا،کیاتھا،کیاتھا،وہسباننونہے۔ اسمیںگیسکرتےہیں،وہگیسکرکےملاتےہیں، اور جو اسمیں بتاتےہیں، سب وہسبگیسہوتاہے۔وہ</w:t>
      </w:r>
    </w:p>
    <w:p>
      <w:r>
        <w:rPr>
          <w:b/>
        </w:rPr>
        <w:t xml:space="preserve">[1:40:25] </w:t>
      </w:r>
      <w:r>
        <w:t>woh sab guess hota hai. To yeh haqeeqat mein, yani main isko science nahi manta, main isko philosophy manta hoon.</w:t>
      </w:r>
    </w:p>
    <w:p>
      <w:pPr>
        <w:jc w:val="right"/>
      </w:pPr>
      <w:r>
        <w:t>وہسبگیسہوتاہے۔ تو یہ حقیقت میں، یعنی میںاسکو سائنسنہیںمانتا، میںاسکوفلاسفیمانتاہوں۔</w:t>
      </w:r>
    </w:p>
    <w:p>
      <w:r>
        <w:rPr>
          <w:b/>
        </w:rPr>
        <w:t xml:space="preserve">[1:40:34] </w:t>
      </w:r>
      <w:r>
        <w:t>Sara guess par base karta hai. Yahan se wahan tak, jaise misaal ke taur par woh kahenge, aap padhein to achaanak kahenge ke isne falan cheez develop kar li, evolve kar liya.</w:t>
      </w:r>
    </w:p>
    <w:p>
      <w:pPr>
        <w:jc w:val="right"/>
      </w:pPr>
      <w:r>
        <w:t>ساراگیس پر بیسکرتاہے۔یہاںسےوہاںتک، جیسےمثالکےطورپروہکہیںگے، آپ پڑھیںتواچانکوہکہیںگےکہاسنےفلاںچیز ڈیولپکرلی،ایوالوکرلیا۔</w:t>
      </w:r>
    </w:p>
    <w:p>
      <w:r>
        <w:rPr>
          <w:b/>
        </w:rPr>
        <w:t xml:space="preserve">[1:40:45] </w:t>
      </w:r>
      <w:r>
        <w:t>jaise soot j o hai, to uska haath ka ewaal kar lia. ab ewaal kaise hua? soot yeh yeh nahi bata payenge.</w:t>
      </w:r>
    </w:p>
    <w:p>
      <w:pPr>
        <w:jc w:val="right"/>
      </w:pPr>
      <w:r>
        <w:t>جیسےسوٹجوہے،تواسکا ہاتھیکا ایوالوکرلیا۔ابایوالوکیسےہوا ؟ سوٹ یہیہنہیںبتاپائیںگے۔</w:t>
      </w:r>
    </w:p>
    <w:p>
      <w:r>
        <w:rPr>
          <w:b/>
        </w:rPr>
        <w:t xml:space="preserve">[1:40:54] </w:t>
      </w:r>
      <w:r>
        <w:t>jaise misaal ke taur par dekhiye, ek misaal deta hoon. mein darwion ki jo kitaab hai, do kitaabain basically darwion ki hain: "descent of man" aur "origin of species".</w:t>
      </w:r>
    </w:p>
    <w:p>
      <w:pPr>
        <w:jc w:val="right"/>
      </w:pPr>
      <w:r>
        <w:t>جیسےمثالکےطورپردیکھیے، ایک مثالدیتاہوں۔میں ڈارونکیجوکتاب ہے، دوکتاب یںبیسیکلیڈارون کیہیں: "ڈیسنٹآفمین" اور "وریجنآف اسپیشیز"۔</w:t>
      </w:r>
    </w:p>
    <w:p>
      <w:r>
        <w:rPr>
          <w:b/>
        </w:rPr>
        <w:t xml:space="preserve">[1:41:06] </w:t>
      </w:r>
      <w:r>
        <w:t>yeh do kitaabain hain. to isne ek misaal yeh di hai ke bakri jo hai, woh zarafah ban gai. bakri jo hai, woh zarafah ban gai.</w:t>
      </w:r>
    </w:p>
    <w:p>
      <w:pPr>
        <w:jc w:val="right"/>
      </w:pPr>
      <w:r>
        <w:t>یہدوکتاب یںہیں۔ تو اسنےایک مثال یہدیہے کہ بکریجوہے، وہ یزرافہبنگئی۔ بکریجوہے،وہیزرافہبنگئی۔</w:t>
      </w:r>
    </w:p>
    <w:p>
      <w:r>
        <w:rPr>
          <w:b/>
        </w:rPr>
        <w:t xml:space="preserve">[1:41:18] </w:t>
      </w:r>
      <w:r>
        <w:t>woh kaise ban gai? yaani ewaal karte karte.</w:t>
      </w:r>
    </w:p>
    <w:p>
      <w:pPr>
        <w:jc w:val="right"/>
      </w:pPr>
      <w:r>
        <w:t>وہکیسےبنگئی ؟ یعنیایوالوکرتے کرتے۔</w:t>
      </w:r>
    </w:p>
    <w:p>
      <w:r>
        <w:rPr>
          <w:b/>
        </w:rPr>
        <w:t xml:space="preserve">[1:41:22] </w:t>
      </w:r>
      <w:r>
        <w:t>to woh kehte hain ke sahib, bakri jo hai, pehli nasl mein itni bari bari thi. bakri farz kijiye, to doosri baar jo paida hui, usse chaar bachay paida hue hain.</w:t>
      </w:r>
    </w:p>
    <w:p>
      <w:pPr>
        <w:jc w:val="right"/>
      </w:pPr>
      <w:r>
        <w:t>تو وہکہتےہیں کہ صاحب، بکریجوہے، پہلینسلمیں اتنیبڑیبڑیتھی۔بکریفرضکیجئے، تو دوس ریبارجو پیدا ہوئی، اسسے چاربچےپیدا ہوئے ہیں۔</w:t>
      </w:r>
    </w:p>
    <w:p>
      <w:r>
        <w:rPr>
          <w:b/>
        </w:rPr>
        <w:t xml:space="preserve">[1:41:33] </w:t>
      </w:r>
      <w:r>
        <w:t>ek bachay ki gardan kuch bari thi, to ab woh chalte chalte is is satah ke sabza sab kha gaye. sab ab oopar ke darakht ki pattiyan reh gayeen.</w:t>
      </w:r>
    </w:p>
    <w:p>
      <w:pPr>
        <w:jc w:val="right"/>
      </w:pPr>
      <w:r>
        <w:t>ایکبچےکیگرد نکچھبڑیتھی، تو اب وہ چلتےچلتے اس اس سطح کےسبزہسبکھاگئے۔سب اباوپرکےدرختکیپتیاںرہگئیں۔</w:t>
      </w:r>
    </w:p>
    <w:p>
      <w:r>
        <w:rPr>
          <w:b/>
        </w:rPr>
        <w:t xml:space="preserve">[1:41:45] </w:t>
      </w:r>
      <w:r>
        <w:t>to jo thora sa jiski gardan zyada thi, woh kuch oopar kha sakti</w:t>
      </w:r>
    </w:p>
    <w:p>
      <w:pPr>
        <w:jc w:val="right"/>
      </w:pPr>
      <w:r>
        <w:t>تو جو تھوڑاسا جسکیگردنزیادہ تھی،وہکچھاوپر کھاسکتی</w:t>
      </w:r>
    </w:p>
    <w:p>
      <w:r>
        <w:rPr>
          <w:b/>
        </w:rPr>
        <w:t xml:space="preserve">[1:41:49] </w:t>
      </w:r>
      <w:r>
        <w:t>thi. to baqi to mar gaye, jo wahan tak nahi pohanch sakte thay. to phir itni gardan wali jitna khaya tha, wahan tak kha gaya.</w:t>
      </w:r>
    </w:p>
    <w:p>
      <w:pPr>
        <w:jc w:val="right"/>
      </w:pPr>
      <w:r>
        <w:t>تھی۔ تو باقی تومرگئے، جووہاںتکنہیںپہنچسکتےتھے۔ تو پھر اتنیگردنوالی جتناکھایاتھا،وہاںتک کھاگیا۔</w:t>
      </w:r>
    </w:p>
    <w:p>
      <w:r>
        <w:rPr>
          <w:b/>
        </w:rPr>
        <w:t xml:space="preserve">[1:41:59] </w:t>
      </w:r>
      <w:r>
        <w:t>iske baad oopar woh hai, neeche nahi reh gaya. to woh woh mar gaya. woh is tareeqay se bohat dinon tak chalte chalte chalte gardan jo hai, woh woh lambi gardan ban gai.</w:t>
      </w:r>
    </w:p>
    <w:p>
      <w:pPr>
        <w:jc w:val="right"/>
      </w:pPr>
      <w:r>
        <w:t>اسکےبعد اوپرتوہے،نیچےنہیںرہگیا۔ تو وہ وہیمرگیا۔وہ اسطریقےسےبہت دنوںتکچلتےچلتےچلتے گردنجوہے،وہ وہ لمبیگردنبنگئی۔</w:t>
      </w:r>
    </w:p>
    <w:p>
      <w:r>
        <w:rPr>
          <w:b/>
        </w:rPr>
        <w:t xml:space="preserve">[1:42:10] </w:t>
      </w:r>
      <w:r>
        <w:t>isiko isne kaha hai j o line huxley ne kaha woh woh manta hai. isko reproduction, variation and differences, survival.</w:t>
      </w:r>
    </w:p>
    <w:p>
      <w:pPr>
        <w:jc w:val="right"/>
      </w:pPr>
      <w:r>
        <w:t>اسیکو اسنےکہاہےجولینہکسلےنےکہ وہ وہمانتاہے۔اسکو ری پروڈکشن،ویریشن اینڈڈیفرنسز، سروائیول۔</w:t>
      </w:r>
    </w:p>
    <w:p>
      <w:r>
        <w:rPr>
          <w:b/>
        </w:rPr>
        <w:t xml:space="preserve">[1:42:20] </w:t>
      </w:r>
      <w:r>
        <w:t>reproduction and and variation, differences, survival. ke nayi nasl paida ho, usmein ek variation ho, woh survive kare aur phir baqi zarafah ban jaye.</w:t>
      </w:r>
    </w:p>
    <w:p>
      <w:pPr>
        <w:jc w:val="right"/>
      </w:pPr>
      <w:r>
        <w:t>ری پروڈکشن اینڈ اینڈویریشن، ڈیفرنسز،سروائیول۔ کہنئینسلپیدا ہو،اسمیںایکویریشنہو، وہسروائیوکرے اورپھرباقیزرافہبنجائے۔</w:t>
      </w:r>
    </w:p>
    <w:p>
      <w:r>
        <w:rPr>
          <w:b/>
        </w:rPr>
        <w:t xml:space="preserve">[1:42:30] </w:t>
      </w:r>
      <w:r>
        <w:t>yeh koi science thori hai, yeh philosophy hai.</w:t>
      </w:r>
    </w:p>
    <w:p>
      <w:pPr>
        <w:jc w:val="right"/>
      </w:pPr>
      <w:r>
        <w:t>یہکوئیسائنستھوڑیہے،یہ ف لاسفیہے۔</w:t>
      </w:r>
    </w:p>
    <w:p>
      <w:r>
        <w:rPr>
          <w:b/>
        </w:rPr>
        <w:t xml:space="preserve">[1:42:33] </w:t>
      </w:r>
      <w:r>
        <w:t>saara guess par mabni hai, guess par hai. kisne dekha ke woh is tareeqay se gardan barhti chali gai? is tareeqay se aate hain ke zarafah ban gaya. to evolution theory jo hai, scientific theory nahi hai, philosophy, falsafa, philosophical theory hai.</w:t>
      </w:r>
    </w:p>
    <w:p>
      <w:pPr>
        <w:jc w:val="right"/>
      </w:pPr>
      <w:r>
        <w:t>ساراگیسپر مبنیہے،گیسپرہے۔ کسنےدیکھاکہوہ اسطریقےسے گرد ن بڑھتیچلیگئی؟ اس طریقےسےآتےہیںکہزرافہبنگیا۔ تو ایولوشنتھیوریجوہے، سائنٹیفکتھیورینہیںہے،فلاسفی، فلس فہ،فلس فیکلتھیوریہے۔</w:t>
      </w:r>
    </w:p>
    <w:p>
      <w:r>
        <w:rPr>
          <w:b/>
        </w:rPr>
        <w:t xml:space="preserve">[1:42:48] </w:t>
      </w:r>
      <w:r>
        <w:t>mera yeh manna hai. maine bohat kitaabain parhin, is par aise hi nahi kar raha hoon baat, aur maine yahi paya hai ke kisi science par base nahi karta hai. yeh science ek well known fact par observation karta hai. j</w:t>
      </w:r>
    </w:p>
    <w:p>
      <w:pPr>
        <w:jc w:val="right"/>
      </w:pPr>
      <w:r>
        <w:t>میرایہمانناہے۔ میںنےبہتکتاب یںپڑھیں، اسپرمیں ایسےہواہینہیںکررہاہوںبات، اورمیںنےیہیپایاہےکہ کسی سائنسپربیسنہیںکرتاہے۔یہ سائنسایک ویلنونفیکٹپرابزرویشنکرتاہے۔ج</w:t>
      </w:r>
    </w:p>
    <w:p>
      <w:r>
        <w:rPr>
          <w:b/>
        </w:rPr>
        <w:t xml:space="preserve">[1:43:01] </w:t>
      </w:r>
      <w:r>
        <w:t>aise ke ek glass hai, to science jo hai, uska analysis karegi. yeh sheesha jo hai, yeh kya cheez hai? karte karte pahunchenge woh ke ek pathar hai, usse bana yeh glass.</w:t>
      </w:r>
    </w:p>
    <w:p>
      <w:pPr>
        <w:jc w:val="right"/>
      </w:pPr>
      <w:r>
        <w:t>یسےکہایکگلاسہے، تو سائنس جوہے،اسکا انالیسزکرےگی۔ یہ شیشہجوہے، یہکیاچیزہے؟ کرتے کرتے پہنچیںگےوہ کہ ایکپتھرہے، اسسےبنایہ گلاس۔</w:t>
      </w:r>
    </w:p>
    <w:p>
      <w:r>
        <w:rPr>
          <w:b/>
        </w:rPr>
        <w:t xml:space="preserve">[1:43:14] </w:t>
      </w:r>
      <w:r>
        <w:t>is pathar mein aisa hai ke isko aisa karte, aisa aisa karte hain to sheesha ban jata hai. pani hai, is par woh analysis karenge ke ismein do gases hain.</w:t>
      </w:r>
    </w:p>
    <w:p>
      <w:pPr>
        <w:jc w:val="right"/>
      </w:pPr>
      <w:r>
        <w:t>اسپتھرمیں ایساہےکہاسکو ایسا کرتے،ایساایساکرتےہیںتو شیشہبنجاتا ہے۔ پانیہے، اسپر وہ انالیسزکریںگے کہاسمیں دو گیسزہیں۔</w:t>
      </w:r>
    </w:p>
    <w:p>
      <w:r>
        <w:rPr>
          <w:b/>
        </w:rPr>
        <w:t xml:space="preserve">[1:43:26] </w:t>
      </w:r>
      <w:r>
        <w:t>gohar milne se p</w:t>
      </w:r>
    </w:p>
    <w:p>
      <w:pPr>
        <w:jc w:val="right"/>
      </w:pPr>
      <w:r>
        <w:t>گوہرملنےسےپ</w:t>
      </w:r>
    </w:p>
    <w:p>
      <w:r>
        <w:rPr>
          <w:b/>
        </w:rPr>
        <w:t xml:space="preserve">[1:43:27] </w:t>
      </w:r>
      <w:r>
        <w:t>ani bani to woh cheez jo dekhne mein aaye, jo jo observe ki ja sakti ho, us us par uska amal hota hai. science ka observable hai woh cheez,</w:t>
      </w:r>
    </w:p>
    <w:p>
      <w:pPr>
        <w:jc w:val="right"/>
      </w:pPr>
      <w:r>
        <w:t>انیبنگیاتووہ چیزجو دیکھنےمیںآئے، جو جو ابزروکیاسکتیہو، اس اسپر اسکاعملہوتاہے۔سائنسکا ابزرویبلہےوہچیز،</w:t>
      </w:r>
    </w:p>
    <w:p>
      <w:r>
        <w:rPr>
          <w:b/>
        </w:rPr>
        <w:t xml:space="preserve">[1:43:40] </w:t>
      </w:r>
      <w:r>
        <w:t>aur yeh to saara guess par chalta hai. evolution theory guess par. behraal, main apni had tak keh sakta hoon ke main isko philosophy manta hoon, isko main science nahi manta.</w:t>
      </w:r>
    </w:p>
    <w:p>
      <w:pPr>
        <w:jc w:val="right"/>
      </w:pPr>
      <w:r>
        <w:t>اوریہتو ساراگیسپرچلتاہے۔ ایولوشنتھیوریگیسپر۔ بہرحال،میں اپنی حدتکیہکہہسکتاہوںکہ میں اسکوفلاسفیمانتاہوں،اسکومیں سائنسنہیںمانتا۔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