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Interaction 8 August 28, 2022</w:t>
      </w:r>
    </w:p>
    <w:p>
      <w:r>
        <w:t>https://www.youtube.com/watch?v=TL5rMVeuDh8</w:t>
      </w:r>
    </w:p>
    <w:p>
      <w:r>
        <w:rPr>
          <w:b/>
        </w:rPr>
        <w:t xml:space="preserve">[00:19] </w:t>
      </w:r>
      <w:r>
        <w:t>Ladies. Today is August 28. And, this is our CPS ladies monthly meeting, and we have assembled here, to be a part of this, program. And, today is, since this is the end of the month, and, we have been doing the article study that is the book, CPS Ladies book.</w:t>
      </w:r>
    </w:p>
    <w:p>
      <w:pPr>
        <w:jc w:val="right"/>
      </w:pPr>
      <w:r>
        <w:t>Ladies. Today is August 28. And, this is our CPS ladies monthly meeting, and we have assembled here, to be a part of this, program. And, today is, since this is the end of the month, and, we have been doing the article study that is the book, CPS Ladies book.</w:t>
      </w:r>
    </w:p>
    <w:p>
      <w:r>
        <w:rPr>
          <w:b/>
        </w:rPr>
        <w:t xml:space="preserve">[00:46] </w:t>
      </w:r>
      <w:r>
        <w:t>We have already covered three sessions in every week of this month, and this is the end of the month, and we, Inshallah, for either chairperson of CPS International, will be joining soon with us to, answer our queries or questions, whatever we want to share about our insights, our learning, or, want to, even share our intellectual intellectual development during this month.</w:t>
      </w:r>
    </w:p>
    <w:p>
      <w:pPr>
        <w:jc w:val="right"/>
      </w:pPr>
      <w:r>
        <w:t>We have already covered three sessions in every week of this month, and this is the end of the month, and we, Inshallah, for either chairperson of CPS International, will be joining soon with us to, answer our queries or questions, whatever we want to share about our insights, our learning, or, want to, even share our intellectual intellectual development during this month.</w:t>
      </w:r>
    </w:p>
    <w:p>
      <w:r>
        <w:rPr>
          <w:b/>
        </w:rPr>
        <w:t xml:space="preserve">[01:14] </w:t>
      </w:r>
      <w:r>
        <w:t>So, I open this session, today, not taking much time. Assalam Walikum. Walikum Assalam. Ji aap log to bohat acha kaam kar rahe hain aur isi tarah se karte rahe hain aur apna development karte rahe. Bas mujhe yahi kehna hai kaam bohat zyada hai aur hamare paas time bohat kam hai.</w:t>
      </w:r>
    </w:p>
    <w:p>
      <w:pPr>
        <w:jc w:val="right"/>
      </w:pPr>
      <w:r>
        <w:t>So, I open this session, today, not taking much time. अस्सलाम वालिकुम. वालिकुम अस्लाम. जी आप लोग तो बहुत अच्छा काम कर रहे हैं और इसी तरीके से करते रहे हैं और अपना development करते रहे. बस मुझे यही कहना है काम बहुत ज़्यादा है और हमारे पास time बहुत कम है.</w:t>
      </w:r>
    </w:p>
    <w:p>
      <w:r>
        <w:rPr>
          <w:b/>
        </w:rPr>
        <w:t xml:space="preserve">[01:40] </w:t>
      </w:r>
      <w:r>
        <w:t>To is liye bas apna kaam karte rahein aur koi bhi question ho, koi problem ho to bas us se us ko maloom kar lein ke is ka kya hal hai, is ko kya shariyat mein is ka kya solution hai, kya answer hai is ka?</w:t>
      </w:r>
    </w:p>
    <w:p>
      <w:pPr>
        <w:jc w:val="right"/>
      </w:pPr>
      <w:r>
        <w:t>तो इसलिए बस अपना काम करते रहें और कोई भी question हो, कोई problem हो तो बस उससे उसको मालूम कर लें कि इसका क्या हाल है, इसको क्या शरीयत में इसका क्या solution है, क्या answer है इसका?</w:t>
      </w:r>
    </w:p>
    <w:p>
      <w:r>
        <w:rPr>
          <w:b/>
        </w:rPr>
        <w:t xml:space="preserve">[01:58] </w:t>
      </w:r>
      <w:r>
        <w:t>Baqi to aap log acha kaam kar hi rahe hain aur bohat zyada zarorat hai ke hum bohat bohat zyada ahmiyat ke sath is kaam ko samjhein aur is kaam mein dilo jaan se apne aap ko laga dein to akhirat mein yahi yahi kaam aayega. Hum dunya mein lage rehte hain to woh to hamare kaam aayega nahi jitna hum apne aap ko deen mein lagayenge apna spiritual development karenge wahi hamare akhirat mein kaam aayega.</w:t>
      </w:r>
    </w:p>
    <w:p>
      <w:pPr>
        <w:jc w:val="right"/>
      </w:pPr>
      <w:r>
        <w:t>बाकी तो आप लोग अच्छा काम करनी कर ही रहे हैं और बहुत ज़्यादा ज़रूरत है कि हम बहुत बहुत ज़्यादा अहमियत के साथ इस काम को समझें और इस काम में दिलो जान से अपने आप को लगा दें तो आखिरत में यही यही काम आएगा. हम दुनिया में लगे रहते हैं तो वह तो हमारे काम आएगा नहीं जितना हम अपने आप को दीन में लगाएंगे अपना spiritual development करेंगे वही हमारे आखिरत में काम आएगा.</w:t>
      </w:r>
    </w:p>
    <w:p>
      <w:r>
        <w:rPr>
          <w:b/>
        </w:rPr>
        <w:t xml:space="preserve">[02:27] </w:t>
      </w:r>
      <w:r>
        <w:t>Maulana sahib kehte the ke yeh jo hum apni personality jo hum banayenge is dunya mein usi ke mutabiq hum uthaye jayenge akhirat mein.</w:t>
      </w:r>
    </w:p>
    <w:p>
      <w:pPr>
        <w:jc w:val="right"/>
      </w:pPr>
      <w:r>
        <w:t>मारोना साहब कहते थे कि यह जो हम अपनी personality जो हम बनाएंगे इस दुनिया में उसी के मुताबिक हम उठाए जाएंगे आखिरत में.</w:t>
      </w:r>
    </w:p>
    <w:p>
      <w:r>
        <w:rPr>
          <w:b/>
        </w:rPr>
        <w:t xml:space="preserve">[02:38] </w:t>
      </w:r>
      <w:r>
        <w:t>Log yeh samajhte hain ke puran khani karke yeh sab kaam karke hum uska sawab pahuncha sakte hain departed rooh ko lekin aisa nahi hai hamein khud hi apne aap ko apni personality ko develop karna hai aur yeh bohat hi serious baat hai ke bilkul jahan hum khatam honge usi ke mutabiq hamein doosri dunya mein jagah milegi.</w:t>
      </w:r>
    </w:p>
    <w:p>
      <w:pPr>
        <w:jc w:val="right"/>
      </w:pPr>
      <w:r>
        <w:t>लोग यह समझते हैं कि पुरान खानी करके यह सब काम करके हम उसका स्वाभ पहुंचा सकते हैं departed रूह को लेकिन ऐसा नहीं है हमें खुद ही अपने आप को अपनी personality को develop करना है और यह बहुत ही serious बात है कि बिल्कुल जहां हम खत्म होंगे उसी के मुताबिक हमें दूसरी दुनिया में जगह मिलेगी.</w:t>
      </w:r>
    </w:p>
    <w:p>
      <w:r>
        <w:rPr>
          <w:b/>
        </w:rPr>
        <w:t xml:space="preserve">[03:04] </w:t>
      </w:r>
      <w:r>
        <w:t>To hum kaam karte rahein jitna bhi jisko halat hai jitna jisko mawaqe hain us ke mutabiq woh kaam karte rahein aur jahan koi masla hai to wahan par hum se poochein, theek hai? Ji appa, jizaa karna. So we start. I open the session to all the ladies who have joined here. A very warm welcome to all of you and, please share your learnings.</w:t>
      </w:r>
    </w:p>
    <w:p>
      <w:pPr>
        <w:jc w:val="right"/>
      </w:pPr>
      <w:r>
        <w:t>तो हम काम करते रहें जितना भी जिसको हालात है जितना जिसको मवाके हैं उसके मुताबिक वह काम करते रहें और जहां कोई मसला है तो वहां पर हमसे पूछें, ठीक है? जी अप्पा, जिज़्ज़ा करना. So we start. I open the session to all the ladies who have joined here. A very warm welcome to all of you and, please share your learnings.</w:t>
      </w:r>
    </w:p>
    <w:p>
      <w:r>
        <w:rPr>
          <w:b/>
        </w:rPr>
        <w:t xml:space="preserve">[03:33] </w:t>
      </w:r>
      <w:r>
        <w:t>And, since we have posted this, regarding this meeting, four to five days back, I think two to</w:t>
      </w:r>
    </w:p>
    <w:p>
      <w:pPr>
        <w:jc w:val="right"/>
      </w:pPr>
      <w:r>
        <w:t>And, since we have posted this, regarding this meeting, four to five days back, I think two to</w:t>
      </w:r>
    </w:p>
    <w:p>
      <w:r>
        <w:rPr>
          <w:b/>
        </w:rPr>
        <w:t xml:space="preserve">[03:38] </w:t>
      </w:r>
      <w:r>
        <w:t>three days back.</w:t>
      </w:r>
    </w:p>
    <w:p>
      <w:pPr>
        <w:jc w:val="right"/>
      </w:pPr>
      <w:r>
        <w:t>three days back.</w:t>
      </w:r>
    </w:p>
    <w:p>
      <w:r>
        <w:rPr>
          <w:b/>
        </w:rPr>
        <w:t xml:space="preserve">[03:44] </w:t>
      </w:r>
      <w:r>
        <w:t>So anything that you have written or recorded or thought about it to share on this platform, please</w:t>
      </w:r>
    </w:p>
    <w:p>
      <w:pPr>
        <w:jc w:val="right"/>
      </w:pPr>
      <w:r>
        <w:t>So anything that you have written or recorded or thought about it to share on this platform, please</w:t>
      </w:r>
    </w:p>
    <w:p>
      <w:r>
        <w:rPr>
          <w:b/>
        </w:rPr>
        <w:t xml:space="preserve">[03:50] </w:t>
      </w:r>
      <w:r>
        <w:t>do so without any inhibition.</w:t>
      </w:r>
    </w:p>
    <w:p>
      <w:pPr>
        <w:jc w:val="right"/>
      </w:pPr>
      <w:r>
        <w:t>do so without any inhibition.</w:t>
      </w:r>
    </w:p>
    <w:p>
      <w:r>
        <w:rPr>
          <w:b/>
        </w:rPr>
        <w:t xml:space="preserve">[03:56] </w:t>
      </w:r>
      <w:r>
        <w:t>This is an informal setup, and the more we open, in fact, we will learn more.</w:t>
      </w:r>
    </w:p>
    <w:p>
      <w:pPr>
        <w:jc w:val="right"/>
      </w:pPr>
      <w:r>
        <w:t>This is an informal setup, and the more we open, in fact, we will learn more.</w:t>
      </w:r>
    </w:p>
    <w:p>
      <w:r>
        <w:rPr>
          <w:b/>
        </w:rPr>
        <w:t xml:space="preserve">[04:02] </w:t>
      </w:r>
      <w:r>
        <w:t>So please come up with your questions or whatever you want to share with us.</w:t>
      </w:r>
    </w:p>
    <w:p>
      <w:pPr>
        <w:jc w:val="right"/>
      </w:pPr>
      <w:r>
        <w:t>So please come up with your questions or whatever you want to share with us.</w:t>
      </w:r>
    </w:p>
    <w:p>
      <w:r>
        <w:rPr>
          <w:b/>
        </w:rPr>
        <w:t xml:space="preserve">[04:08] </w:t>
      </w:r>
      <w:r>
        <w:t>Shamina mera network phir kharab ho gaya hai thoda sa. To mujhe is liye khol nahi rahi hoon. Appa se mera question hai? Ji appa kaun hai? Appa mera question yeh hai ke auratein apne emotions ko kaise control karein?</w:t>
      </w:r>
    </w:p>
    <w:p>
      <w:pPr>
        <w:jc w:val="right"/>
      </w:pPr>
      <w:r>
        <w:t>शमीना मेरा network फिर ख़राब हो गया है थोड़ा सा. तो मुझे इसलिए खोल नहीं रही हूं. आपा से मेरा question है? जी आपा कौन है? आपा मेरा question यह है कि औरतें अपने emotions को कैसे control करें?</w:t>
      </w:r>
    </w:p>
    <w:p>
      <w:r>
        <w:rPr>
          <w:b/>
        </w:rPr>
        <w:t xml:space="preserve">[04:30] </w:t>
      </w:r>
      <w:r>
        <w:t>Ji haan yeh bohat zyada important question hai kyun ke auratein bohat emotional hoti hain aur agar emotional na ho yeh un ke liye dono minus bhi hai aur plus bhi hai. To emotions ka sahi istemal karna hai yeh. Plus hai emotions ka, galat istemal karna hai yeh minus hai.</w:t>
      </w:r>
    </w:p>
    <w:p>
      <w:pPr>
        <w:jc w:val="right"/>
      </w:pPr>
      <w:r>
        <w:t>जी हां यह बहुत ज़्यादा important question है क्योंकि औरतें बहुत emotional होती हैं और अगर emotional ना हो यह उनके लिए दोनों minus भी है और plus भी है. तो emotions का सही इस्तेमाल करना है यह. Plus है emotions का, गलत इस्तेमाल करना है यह minus है.</w:t>
      </w:r>
    </w:p>
    <w:p>
      <w:r>
        <w:rPr>
          <w:b/>
        </w:rPr>
        <w:t xml:space="preserve">[04:49] </w:t>
      </w:r>
      <w:r>
        <w:t>To ab hum logon ko apne aap ko itna zyada apna shaoor ko itna bedar karna hai ke hamein samajh mein aa jaye ke kahan hamein emotions ki zarorat hai, kahan nahi zarorat hai. Kyun ke agar jaise aurat ko ghar ki zimmedari sambhalni hoti hai. Agar us ke andar emotions na ho to woh nahi kar payegi. To emotions bhi zaroori hain aur dawah work ke liye bhi bohat zyada emotions ki zarorat hoti hai.</w:t>
      </w:r>
    </w:p>
    <w:p>
      <w:pPr>
        <w:jc w:val="right"/>
      </w:pPr>
      <w:r>
        <w:t>तो अब हम लोगों को अपने आप को इतना ज़्यादा अपना शोर को इतना बेदार करना है कि हमें समझ में आ जाए कि कहां हमें emotions की ज़रूरत है, कहां नहीं ज़रूरत है. क्योंकि अगर जैसे औरत को घर की ज़िम्मेदारी संभालनी होती है. अगर उसके अंदर emotions ना हो तो वह नहीं कर पाएगी. तो emotions भी ज़रूरी हैं और दावा वर्ग के लिए भी बहुत ज़्यादा emotions की ज़रूरत होती है.</w:t>
      </w:r>
    </w:p>
    <w:p>
      <w:r>
        <w:rPr>
          <w:b/>
        </w:rPr>
        <w:t xml:space="preserve">[05:15] </w:t>
      </w:r>
      <w:r>
        <w:t>Lekin negative emotions jo hai us ko curve karna hai, us ko khatam karna hai. Bas har baat ko yahi samjhiye ke akhirat mein hamein kis cheez ka reward milega, kis cheez ka reward nahi milega. Ek yeh criteria bilkul aap apne dimagh mein set kar lijiye ke yeh kaam karenge to is ka hota kya reward milega aur yeh kaam karenge to woh saza milegi. To emotions agar hamare andar negative hain to us ko hamein khatam karna hai.</w:t>
      </w:r>
    </w:p>
    <w:p>
      <w:pPr>
        <w:jc w:val="right"/>
      </w:pPr>
      <w:r>
        <w:t>लेकिन negative emotions जो है उसको curve करना है, उसको खत्म करना है. बस हर बात को यही समझिए कि आखिरत में हमें किस चीज़ का reward मिलेगा, किस चीज़ का reward नहीं मिलेगा. एक यह criteria बिल्कुल आप अपने दिमाग में set कर लीजिए कि यह काम करेंगे तो इसका होता क्या reward मिलेगा और यह काम करेंगे तो वह ससदा मिलेगी. तो emotions अगर हमारे अंदर negative हैं तो उसको हमें खत्म करना है.</w:t>
      </w:r>
    </w:p>
    <w:p>
      <w:r>
        <w:rPr>
          <w:b/>
        </w:rPr>
        <w:t xml:space="preserve">[05:43] </w:t>
      </w:r>
      <w:r>
        <w:t>Positive emotions hain to woh bohat achi baat hai. To Maulana ne bilkul hamesha hum logon ko yahi sikhaya ke jazbati hona jo hai na us ko achhe kaam mein lagana to sahi hai lekin galat kaam mein lagana to bohat zyada galat hai aur ki personality chalta rehta hai to negative emotions bilkul khatam karna hai.</w:t>
      </w:r>
    </w:p>
    <w:p>
      <w:pPr>
        <w:jc w:val="right"/>
      </w:pPr>
      <w:r>
        <w:t>Positive emotions हैं तो वह बहुत अच्छी बात है. तो मोराना ने बिल्कुल हमेशा हम लोगों को यही सिखाया कि जज़्बाती होना जो है ना उसको अच्छे काम में लगाना तो सही है लेकिन गलत काम में लगाना तो बहुत ज़्यादा गलत है और की personality चलाता रहता है तो negative emotions बिल्कुल खत्म करना है.</w:t>
      </w:r>
    </w:p>
    <w:p>
      <w:r>
        <w:rPr>
          <w:b/>
        </w:rPr>
        <w:t xml:space="preserve">[06:12] </w:t>
      </w:r>
      <w:r>
        <w:t>Tarah tarah se apne aap ko samjhana hai, explain karna hai na ke us ko justify karna hai ke agar hum kisi ke khilaf ho jate hain to hamein soch lena chahiye ke yeh to ek waqt hi dunya mein hum chaar din ke liye aaye hain. Hamein sirf wahi kaam karna hai jo Khuda ki raza hasil karne ke liye kiya jaye. Baqi har kaam ko humne bilkul minus karte rehna hai, eliminate karte rehna hai.</w:t>
      </w:r>
    </w:p>
    <w:p>
      <w:pPr>
        <w:jc w:val="right"/>
      </w:pPr>
      <w:r>
        <w:t>तरह तरह से अपने आप को समझाना है, explain करना है ना कि उसको justify करना है कि अगर हम किसी के खिलाफ हो जाते हैं तो हमें सोच लेना चाहिए कि यह तो एक वक्त ही दुनिया में हम चार दिन के लिए आए हैं. हमें सिर्फ वही काम करना है जो खुदा की रद्दा हासिल करने के लिए किया जाए. बाकी हर काम को हमने बिल्कुल minus करते रहना है, eliminate करते रहना है.</w:t>
      </w:r>
    </w:p>
    <w:p>
      <w:r>
        <w:rPr>
          <w:b/>
        </w:rPr>
        <w:t xml:space="preserve">[06:38] </w:t>
      </w:r>
      <w:r>
        <w:t>To agar aap ko dimagh mein bilkul focused rahe na ke hum ko dunya mein hamein apni personality ko develop karna hai aur Maulana ne bar bar kaha hai ke positive personality hi jannat mein jayegi. To agar aap ko itna zyada passionate feeling ho jaye ke hamein jannat hi mein jana hai to aap yeh emotions negative emotions ko bilkul us ko bilkul consider hi nahi karenge.</w:t>
      </w:r>
    </w:p>
    <w:p>
      <w:pPr>
        <w:jc w:val="right"/>
      </w:pPr>
      <w:r>
        <w:t>तो अगर आपको दिमाग में बिल्कुल focused रहे ना कि हमको दुनिया में हमें अपनी personality को develop करना है और मोहराना ने बार बार कहा है कि positive personality ही जन्नत में जाएगी. तो अगर आपको इतना ज़्यादा passionate feeling हो जाए कि हमें जन्नत ही में जाना है तो आप यह emotions negative emotions को बिल्कुल उसको बिल्कुल consider ही नहीं करेंगे.</w:t>
      </w:r>
    </w:p>
    <w:p>
      <w:r>
        <w:rPr>
          <w:b/>
        </w:rPr>
        <w:t xml:space="preserve">[07:04] </w:t>
      </w:r>
      <w:r>
        <w:t>Bilkul us ko aisa khatam kar denge jaise ke woh kabhi tha hi nahi. To negative emotions ko bilkul khatam kar dijiye kyun ke hamein is dunya mein rehna hai Khuda ki marzi ke mutabiq na ke apni desires ke mutabiq. To Khuda ki marzi yahi hai ke hum har hal mein Khuda ka shukr ada karein aur jahan aap ke andar negativity aayi aap ke andar shukr khatam ho jayega.</w:t>
      </w:r>
    </w:p>
    <w:p>
      <w:pPr>
        <w:jc w:val="right"/>
      </w:pPr>
      <w:r>
        <w:t>बिल्कुल उसको ऐसा खत्म कर देंगे जैसे कि वह कभी था ही नहीं. तो negative emotions को बिल्कुल खत्म कर दीजिए क्योंकि हमें इस दुनिया में रहना है खुदा की मर्ज़ी के मुताबिक ना कि अपनी desires के मुताबिक. तो खुदा की मर्ज़ी यही है कि हम हर हाल में खुदा का शुक्र अदा करें और जहां आपके अंदर negativity आई आपके अंदर शुक्र खत्म हो जाएगा.</w:t>
      </w:r>
    </w:p>
    <w:p>
      <w:r>
        <w:rPr>
          <w:b/>
        </w:rPr>
        <w:t xml:space="preserve">[07:31] </w:t>
      </w:r>
      <w:r>
        <w:t>To aap bataiye ke Maulana sahib keh dete hain ek lamha ke liye bhi main apne shukr ka erosion bardasht nahi kar sakta. Isi liye un ke samne to bohat zyada hum logon ko to utna takleefein, utna masail, utna museebatein padi hi nahi hain jitna un ko padi thi. To lekin woh apne dimagh mein rakhte hi nahi the us ko.</w:t>
      </w:r>
    </w:p>
    <w:p>
      <w:pPr>
        <w:jc w:val="right"/>
      </w:pPr>
      <w:r>
        <w:t>तो आप बताइए कि मोराना साहब कह देते हैं एक लम्हा के लिए भी मैं अपने शुक्र का erosion बर्दाश्त नहीं कर सकता. इसीलिए उनके सामने तो बहुत ज़्यादा हम लोगों को तो उतना तग़लीफ़ें, उतना मसाल, उतना मुसीबतें पड़ी ही नहीं हैं जितना उनको पड़ी थी. तो लेकिन वह अपने दिमाग में रखते ही नहीं थे उसको.</w:t>
      </w:r>
    </w:p>
    <w:p>
      <w:r>
        <w:rPr>
          <w:b/>
        </w:rPr>
        <w:t xml:space="preserve">[07:50] </w:t>
      </w:r>
      <w:r>
        <w:t>Bilkul foran nikal dete the kyun ke jitni der woh apne dimagh mein rakhein utni der woh Khuda ka shukr ada nahi kar rahe honge to hamein har lamha Khuda ka shukr ada karna hai. Har waqt nayi nayi baatein discover karte rehna hai aur tabhi hum Khuda ka shukr guzar bande banenge aur jab tak ke hum Khuda ke shukr guzar bande nahi banenge tab tak hum jannat ke mustehid nahi thehrenge.</w:t>
      </w:r>
    </w:p>
    <w:p>
      <w:pPr>
        <w:jc w:val="right"/>
      </w:pPr>
      <w:r>
        <w:t>बिल्कुल फ़ौरन निकाल देते थे क्योंकि जितनी देर वह अपने दिमाग में रखें उतनी देर वह खुदा का शुक्र अदा नहीं कर रहे होंगे तो हमें हर लम्हा खुदा का शुक्र अदा करना है. हर वक्त नई नई बातें discover करते रहना है और तभी हम खुदा का शुरू गुरुगुज़ार बंदे बनेंगे और जब तक कि हम खुदा के शुरू गुज़ार बंदे नहीं बनेंगे तब तक हम जन्नत के मुस्तेद नहीं ठहरेंगे.</w:t>
      </w:r>
    </w:p>
    <w:p>
      <w:r>
        <w:rPr>
          <w:b/>
        </w:rPr>
        <w:t xml:space="preserve">[08:17] </w:t>
      </w:r>
      <w:r>
        <w:t>to yeh itna bara hum risk le rahe hain negative emotions ko display karke ke yeh hum CPS</w:t>
      </w:r>
    </w:p>
    <w:p>
      <w:pPr>
        <w:jc w:val="right"/>
      </w:pPr>
      <w:r>
        <w:t>तो यह इतना बड़ा हम risk ले रहे हैं negative emotions को display करके कि यह हम CPS</w:t>
      </w:r>
    </w:p>
    <w:p>
      <w:r>
        <w:rPr>
          <w:b/>
        </w:rPr>
        <w:t xml:space="preserve">[08:23] </w:t>
      </w:r>
      <w:r>
        <w:t>wale jo bhi itna zyada humne Maulana ki literature ko padhaya hai.</w:t>
      </w:r>
    </w:p>
    <w:p>
      <w:pPr>
        <w:jc w:val="right"/>
      </w:pPr>
      <w:r>
        <w:t>वाले जो भी इतना ज़्यादा हमने मोलाना की literature को पढ़ाया है.</w:t>
      </w:r>
    </w:p>
    <w:p>
      <w:r>
        <w:rPr>
          <w:b/>
        </w:rPr>
        <w:t xml:space="preserve">[08:29] </w:t>
      </w:r>
      <w:r>
        <w:t>agar CPS wale aisa na kar paayein to phir kaun kar paayega?</w:t>
      </w:r>
    </w:p>
    <w:p>
      <w:pPr>
        <w:jc w:val="right"/>
      </w:pPr>
      <w:r>
        <w:t>अगर CPS वाले ऐसा ना कर पाएं तो फिर कौन कर पाएगा?</w:t>
      </w:r>
    </w:p>
    <w:p>
      <w:r>
        <w:rPr>
          <w:b/>
        </w:rPr>
        <w:t xml:space="preserve">[08:35] </w:t>
      </w:r>
      <w:r>
        <w:t>to CPS walon ko bohat hi zyada is maamle mein bashoor hona chahiye ke humein negativity har haalat</w:t>
      </w:r>
    </w:p>
    <w:p>
      <w:pPr>
        <w:jc w:val="right"/>
      </w:pPr>
      <w:r>
        <w:t>तो CPS वालों को बहुत ही ज़्यादा इस मामले में बाशोर होना चाहिए कि हमें negativity हर हालत</w:t>
      </w:r>
    </w:p>
    <w:p>
      <w:r>
        <w:rPr>
          <w:b/>
        </w:rPr>
        <w:t xml:space="preserve">[08:41] </w:t>
      </w:r>
      <w:r>
        <w:t>mein khatam karni hai.</w:t>
      </w:r>
    </w:p>
    <w:p>
      <w:pPr>
        <w:jc w:val="right"/>
      </w:pPr>
      <w:r>
        <w:t>में खत्म करनी है.</w:t>
      </w:r>
    </w:p>
    <w:p>
      <w:r>
        <w:rPr>
          <w:b/>
        </w:rPr>
        <w:t xml:space="preserve">[08:48] </w:t>
      </w:r>
      <w:r>
        <w:t>Jizaa kar la appa? Aur koi ladies jo question lekar kuch aur share karna chahti hain? Want to ask something from appa? Somebody is there who's raise your hand. Please speak. Apna naam aur place bataein.</w:t>
      </w:r>
    </w:p>
    <w:p>
      <w:pPr>
        <w:jc w:val="right"/>
      </w:pPr>
      <w:r>
        <w:t>जिज़ा कर ला आपा? और कोई ladies जो question लेकर कुछ और share करना चाहती हैं? Want to ask something from आपा? Somebody is there who's raise your hand. Please speak. अपना नाम और place बताएं.</w:t>
      </w:r>
    </w:p>
    <w:p>
      <w:r>
        <w:rPr>
          <w:b/>
        </w:rPr>
        <w:t xml:space="preserve">[09:15] </w:t>
      </w:r>
      <w:r>
        <w:t>Achha Walikum main America se baat kar rahi hoon aur Princess Khan mera naam hai. Fareeda aap kaise hain aur baqi sab log yahan par kaise hain aap logon se milne ke liye poora hafta excitement rehti hai mere liye. Mujhe ek to aapse do teen cheezein ek to mera apna kya experience hai aur maine kya gain kiya hai?</w:t>
      </w:r>
    </w:p>
    <w:p>
      <w:pPr>
        <w:jc w:val="right"/>
      </w:pPr>
      <w:r>
        <w:t>अच्छा मालिकुम मैं America से बात कर रही हूं और princess खान मेरा नाम है. फरीदा पाप कैसे हैं और बाकी सब लोग यहां पर कैसे हैं आप लोगों से मिलने के लिए पूरा हफ्ता excitement रहती है मेरे लिए. मुझे एक तो आपसे दो तीन चीज़ें एक तो मेरा अपना क्या experience है और मैंने क्या gain किया है?</w:t>
      </w:r>
    </w:p>
    <w:p>
      <w:r>
        <w:rPr>
          <w:b/>
        </w:rPr>
        <w:t xml:space="preserve">[09:40] </w:t>
      </w:r>
      <w:r>
        <w:t>Main kyun ke ek aise daare se musallik hoon jahan par senior citizens hote hain. To woh zyada tar woh dementia ke patient hote hain.</w:t>
      </w:r>
    </w:p>
    <w:p>
      <w:pPr>
        <w:jc w:val="right"/>
      </w:pPr>
      <w:r>
        <w:t>मैं क्योंकि एक ऐसे दारे से मुसलिक हूं जहां पर senior citizens होते हैं. तो वह ज़्यादातर वह dementia के patient होते हैं.</w:t>
      </w:r>
    </w:p>
    <w:p>
      <w:r>
        <w:rPr>
          <w:b/>
        </w:rPr>
        <w:t xml:space="preserve">[09:50] </w:t>
      </w:r>
      <w:r>
        <w:t>jab wahan main unke saath hoti hoon to main yeh dekhti hoon ke woh us jagah par pahunch</w:t>
      </w:r>
    </w:p>
    <w:p>
      <w:pPr>
        <w:jc w:val="right"/>
      </w:pPr>
      <w:r>
        <w:t>जब वहां मैं उनके साथ होती हूं तो मैं यह देखती हूं कि वह उस जगह पर पहुंच</w:t>
      </w:r>
    </w:p>
    <w:p>
      <w:r>
        <w:rPr>
          <w:b/>
        </w:rPr>
        <w:t xml:space="preserve">[09:59] </w:t>
      </w:r>
      <w:r>
        <w:t>pahunch chuke hain woh log jahan par unko yeh pata matlab woh ab apni sirf unko yeh pata</w:t>
      </w:r>
    </w:p>
    <w:p>
      <w:pPr>
        <w:jc w:val="right"/>
      </w:pPr>
      <w:r>
        <w:t>पहुंच चुके हैं वह लोग जहां पर उनको यह पता मतलब वह अब अपनी सिर्फ उनको यह पता</w:t>
      </w:r>
    </w:p>
    <w:p>
      <w:r>
        <w:rPr>
          <w:b/>
        </w:rPr>
        <w:t xml:space="preserve">[10:08] </w:t>
      </w:r>
      <w:r>
        <w:t>hai unko khaate hain magar ek zame ki zaroor aayi usko dekar kyunke dahibat e alam duniyala latala</w:t>
      </w:r>
    </w:p>
    <w:p>
      <w:pPr>
        <w:jc w:val="right"/>
      </w:pPr>
      <w:r>
        <w:t>है उनको खाते हैं मगर एक ज़मे की ज़रूर आई उसको देकर क्योंकि दहिबत ए अलम दुनेला लताला</w:t>
      </w:r>
    </w:p>
    <w:p>
      <w:r>
        <w:rPr>
          <w:b/>
        </w:rPr>
        <w:t xml:space="preserve">[10:17] </w:t>
      </w:r>
      <w:r>
        <w:t>ne Maulana sahab ka saath de diya hai, unki talimaat ka saath de diya hai.</w:t>
      </w:r>
    </w:p>
    <w:p>
      <w:pPr>
        <w:jc w:val="right"/>
      </w:pPr>
      <w:r>
        <w:t>ने मौलाना साहब का साथ दे दिया है, उनकी तालिमात का साथ दे दिया है.</w:t>
      </w:r>
    </w:p>
    <w:p>
      <w:r>
        <w:rPr>
          <w:b/>
        </w:rPr>
        <w:t xml:space="preserve">[10:26] </w:t>
      </w:r>
      <w:r>
        <w:t>to har waqt shahur yaani conscious rehta hai ke dekhiye ek waqt aayega ke hum bhi humein kya</w:t>
      </w:r>
    </w:p>
    <w:p>
      <w:pPr>
        <w:jc w:val="right"/>
      </w:pPr>
      <w:r>
        <w:t>तो हर वक्त शहूर यानी conscious रहता है कि देखिए एक वक्त आएगा कि हम भी हमें क्या</w:t>
      </w:r>
    </w:p>
    <w:p>
      <w:r>
        <w:rPr>
          <w:b/>
        </w:rPr>
        <w:t xml:space="preserve">[11:27] </w:t>
      </w:r>
      <w:r>
        <w:t>karna chahiye aise mawaqon ke upar?</w:t>
      </w:r>
    </w:p>
    <w:p>
      <w:pPr>
        <w:jc w:val="right"/>
      </w:pPr>
      <w:r>
        <w:t>करना चाहिए ऐसे मवाकों के ऊपर?</w:t>
      </w:r>
    </w:p>
    <w:p>
      <w:r>
        <w:rPr>
          <w:b/>
        </w:rPr>
        <w:t xml:space="preserve">[12:28] </w:t>
      </w:r>
      <w:r>
        <w:t>Shukriya. Ji yeh bohat zyada galat musalmanon ke andar yeh baat hai ke falan jahannum kehte hain jahannum raseed hai koi galat aadmi hai to aur falan jannat wala hai. Yeh to bilkul Khuda ke jurisdiction mein dakhil hona hai. Khuda bohat ghazabnak hota hai kyun ke jo kaam Khuda ka hai woh kaise yeh apne hath mein le sakte hain.</w:t>
      </w:r>
    </w:p>
    <w:p>
      <w:pPr>
        <w:jc w:val="right"/>
      </w:pPr>
      <w:r>
        <w:t>शुक्रिया. जी यह बहुत ज़्यादा गलत मुसलमानों के अंदर यह बात है कि फलां जहन्नम कहते हैं जहन्नम रसीद है कोई गलत आदमी है तो और फलां जन्नत वाला है. यह तो बिल्कुल खोदा के jurisdiction में दाखिल होना है. खोदा बहुत गज़बनाक होता है क्योंकि जो काम खोदा का है वह कैसे यह अपने हाथ में ले सकते हैं.</w:t>
      </w:r>
    </w:p>
    <w:p>
      <w:r>
        <w:rPr>
          <w:b/>
        </w:rPr>
        <w:t xml:space="preserve">[12:55] </w:t>
      </w:r>
      <w:r>
        <w:t>Khuda ne kaha hai ke hum akhir waqt tak jo ke jab akhir waqt jab jaan nikalti hai to us waqt tak Khuda logon ki dua ko bhool karta hai, logon ki maafi ko bhool karta hai. To hum kaun hote hain yeh sab baat karne wale hain.</w:t>
      </w:r>
    </w:p>
    <w:p>
      <w:pPr>
        <w:jc w:val="right"/>
      </w:pPr>
      <w:r>
        <w:t>खुदा ने कहा है कि हम आखिर वक्त तक जो कि जब आखिर वक्त जब जान निकलती है तो उस वक्त तक खुदा लोगों की दुआ को भूल करता है, लोगों की माफी को भूल करता है. तो हम कौन होते हैं यह सब बात करने वाले हैं.</w:t>
      </w:r>
    </w:p>
    <w:p>
      <w:r>
        <w:rPr>
          <w:b/>
        </w:rPr>
        <w:t xml:space="preserve">[13:09] </w:t>
      </w:r>
      <w:r>
        <w:t>humara kaam sirf dua karna hai unke liye aur ho sakta hai galla tala jo hai hum dua</w:t>
      </w:r>
    </w:p>
    <w:p>
      <w:pPr>
        <w:jc w:val="right"/>
      </w:pPr>
      <w:r>
        <w:t>हमारा काम सिर्फ दुआ करना है उनके लिए और हो सकता है गल्ला ताला जो है हम दुआ</w:t>
      </w:r>
    </w:p>
    <w:p>
      <w:r>
        <w:rPr>
          <w:b/>
        </w:rPr>
        <w:t xml:space="preserve">[13:15] </w:t>
      </w:r>
      <w:r>
        <w:t>ko ko bhool farmaayein aur unke andar jo hai kuch aisi baat ho jaaye aur doosri hai ke</w:t>
      </w:r>
    </w:p>
    <w:p>
      <w:pPr>
        <w:jc w:val="right"/>
      </w:pPr>
      <w:r>
        <w:t>को को भूल फरमाएं और उनके अंदर जो है कुछ ऐसी बात हो जाए और दूसरी है कि</w:t>
      </w:r>
    </w:p>
    <w:p>
      <w:r>
        <w:rPr>
          <w:b/>
        </w:rPr>
        <w:t xml:space="preserve">[13:22] </w:t>
      </w:r>
      <w:r>
        <w:t>dekhiye sabse badi baat yeh hai ke humne unko Islam ka pragaam pahunchaya nahi to hum is tarah</w:t>
      </w:r>
    </w:p>
    <w:p>
      <w:pPr>
        <w:jc w:val="right"/>
      </w:pPr>
      <w:r>
        <w:t>देखिए सबसे बड़ी बात यह है कि हमने उनको इस्लाम का प्रागाम पहुंचाया नहीं तो हम इस तरह</w:t>
      </w:r>
    </w:p>
    <w:p>
      <w:r>
        <w:rPr>
          <w:b/>
        </w:rPr>
        <w:t xml:space="preserve">[13:28] </w:t>
      </w:r>
      <w:r>
        <w:t>ki baat kaise kar sakte hain agar aap unko Islam ka pragaam itna achhe tareeke se pahunchate jitna</w:t>
      </w:r>
    </w:p>
    <w:p>
      <w:pPr>
        <w:jc w:val="right"/>
      </w:pPr>
      <w:r>
        <w:t>की बात कैसे कर सकते हैं अगर आप उनको इस्लाम का प्रागाम इतना अच्छे तरीके से पहुंचाते जितना</w:t>
      </w:r>
    </w:p>
    <w:p>
      <w:r>
        <w:rPr>
          <w:b/>
        </w:rPr>
        <w:t xml:space="preserve">[13:35] </w:t>
      </w:r>
      <w:r>
        <w:t>kya ek paigambar pahunchata hai us waqt hum kehte hain ke humne unke upar itmaan hujjat kar di</w:t>
      </w:r>
    </w:p>
    <w:p>
      <w:pPr>
        <w:jc w:val="right"/>
      </w:pPr>
      <w:r>
        <w:t>क्या एक पगंबर पहुंचाता है उस वक्त हम कहते हैं कि हमने उनके ऊपर इत्मान हुज्जत कर दी</w:t>
      </w:r>
    </w:p>
    <w:p>
      <w:r>
        <w:rPr>
          <w:b/>
        </w:rPr>
        <w:t xml:space="preserve">[13:42] </w:t>
      </w:r>
      <w:r>
        <w:t>uske bawajood unhone nahi maana lekin woh sirf paigambar ke liye hai ke paigambar jab itmaan hujjat kar</w:t>
      </w:r>
    </w:p>
    <w:p>
      <w:pPr>
        <w:jc w:val="right"/>
      </w:pPr>
      <w:r>
        <w:t>उसके बावजूद उन्होंने नहीं माना लेकिन वह सिर्फ पगंबर के लिए है कि पगंबर जब इत्मान हुज्जत कर</w:t>
      </w:r>
    </w:p>
    <w:p>
      <w:r>
        <w:rPr>
          <w:b/>
        </w:rPr>
        <w:t xml:space="preserve">[13:48] </w:t>
      </w:r>
      <w:r>
        <w:t>de deta hai aakhri had tak paigambar ko pahuncha deta hai poori sincerity ke saath, poori well wishing ke</w:t>
      </w:r>
    </w:p>
    <w:p>
      <w:pPr>
        <w:jc w:val="right"/>
      </w:pPr>
      <w:r>
        <w:t>देता है आखिरी हद तक प्रगतंबर को पहुंचा देता है पूरी sincerity के साथ, पूरी well wishing के</w:t>
      </w:r>
    </w:p>
    <w:p>
      <w:r>
        <w:rPr>
          <w:b/>
        </w:rPr>
        <w:t xml:space="preserve">[13:55] </w:t>
      </w:r>
      <w:r>
        <w:t>saath phir uske baad Allah taala ka faisla aata hai ke ab yeh log Islam ko koobool nahi farmaayeinge.</w:t>
      </w:r>
    </w:p>
    <w:p>
      <w:pPr>
        <w:jc w:val="right"/>
      </w:pPr>
      <w:r>
        <w:t>साथ फिर उसके बाद अल्लाह ताला का फ़ैसला आता है कि अब यह लोग इस्लाम को कोबूल नहीं फरमाएंगे.</w:t>
      </w:r>
    </w:p>
    <w:p>
      <w:r>
        <w:rPr>
          <w:b/>
        </w:rPr>
        <w:t xml:space="preserve">[14:02] </w:t>
      </w:r>
      <w:r>
        <w:t>kobool nahi karenge to lekin ek aam insan ke liye aisa kuch nahi hai. usko to sirf kaam karte rehna hai, unke liye duaen karte rehna hai. kyunki humein jo hai hum apni personality ka izhaar kar rahe hain na ki hum jo hain sabke liye bahut zyada hum sabke well wisher hain aur hum jo hai doosron ki bhalai chahte hain, doosron ke liye dhwah karte hain. rasoolullah sallalah sab ke liye dhwah karte the.</w:t>
      </w:r>
    </w:p>
    <w:p>
      <w:pPr>
        <w:jc w:val="right"/>
      </w:pPr>
      <w:r>
        <w:t>कोबूल नहीं करेंगे तो लेकिन एक आम इंसान के लिए ऐसा कुछ नहीं है. उसको तो सिर्फ़ काम करते रहना है, उनके लिए दुआएं करते रहना है. क्योंकि हमें जो है हम अपनी personality का इज़्हार कर रहे हैं ना कि हम जो हैं सबके लिए बहुत ज़्यादा हम सबके well wisher हैं और हम जो है दूसरों की भलाई चाहते हैं, दूसरों के लिए ध्वाह करते हैं. रसूल्लाह सल्लाह सब के लिए ध्वाह करते थे.</w:t>
      </w:r>
    </w:p>
    <w:p>
      <w:r>
        <w:rPr>
          <w:b/>
        </w:rPr>
        <w:t xml:space="preserve">[14:30] </w:t>
      </w:r>
      <w:r>
        <w:t>taif mein jin logon ne patthar mara unke liye aap dua kar rahe the. udh mein jinhone aapko zakhmi kiya unke liye aap dua kar rahe the. to kya woh jannat mein jaane ke liye koi matlab islam ko koi woh musalman the? to hamara kaam hai dua karna.</w:t>
      </w:r>
    </w:p>
    <w:p>
      <w:pPr>
        <w:jc w:val="right"/>
      </w:pPr>
      <w:r>
        <w:t>ताइफ़ में जिन लोगों ने पत्थर मारा उनके लिए आप दुआ कर रहे थे. उध में जिन्होंने आपको ज़ख़्मी किया उनके लिए आप दुआ कर रहे थे. तो क्या वह जन्नत में जाने के लिए कोई मतलब इस्लाम को कोई वह मुसलमान थे? तो हमारा काम है दुआ करना.</w:t>
      </w:r>
    </w:p>
    <w:p>
      <w:r>
        <w:rPr>
          <w:b/>
        </w:rPr>
        <w:t xml:space="preserve">[14:48] </w:t>
      </w:r>
      <w:r>
        <w:t>chahe woh allah ka kaam hai ki woh jannat mein jayenge ki jananm mein jayenge to humein allah ke jurisdiction mein dakhil nahi hona hai aapko uska reward milega.</w:t>
      </w:r>
    </w:p>
    <w:p>
      <w:pPr>
        <w:jc w:val="right"/>
      </w:pPr>
      <w:r>
        <w:t>चाहे वह अल्लाह का काम है कि वह जन्नत में जाएंगे कि जानन्म में जाएंगे तो हमें अल्लाह के jurisdiction में दाखिल नहीं होना है आपको उसका reward मिलेगा.</w:t>
      </w:r>
    </w:p>
    <w:p>
      <w:r>
        <w:rPr>
          <w:b/>
        </w:rPr>
        <w:t xml:space="preserve">[15:16] </w:t>
      </w:r>
      <w:r>
        <w:t>to yeh aap jo aap kar rahi hain bilkul woh karte rahiye aur yahi yahi islam hai. shukriya farida apa. jizza kar la apa. yeh un tak message to pahunch gayi hai. yeh hamara bada kaam hai.</w:t>
      </w:r>
    </w:p>
    <w:p>
      <w:pPr>
        <w:jc w:val="right"/>
      </w:pPr>
      <w:r>
        <w:t>तो यह आप जो आप कर रही हैं बिल्कुल वह करते रहिए और यही यही इस्लाम है. शुक्रिया फरीदा आपा. जिज़्ज़ा कर ला आपा. यह उन तक message तो पहुंच गई है. यह हमारा बड़ा काम है.</w:t>
      </w:r>
    </w:p>
    <w:p>
      <w:r>
        <w:rPr>
          <w:b/>
        </w:rPr>
        <w:t xml:space="preserve">[15:39] </w:t>
      </w:r>
      <w:r>
        <w:t>agar unke saath kaam kar rahe hain to un tak allah ki message pahunchana phir dua karna hai. ji aur koi ladies hain? shamano. mera ek sawal hai.</w:t>
      </w:r>
    </w:p>
    <w:p>
      <w:pPr>
        <w:jc w:val="right"/>
      </w:pPr>
      <w:r>
        <w:t>अगर उनके साथ काम कर रहे हैं तो उन तक अल्लाह की message पहुंचाना फिर दुआ करना है. जी और कोई ladies हैं? शामानों. मेरा एक सवाल है.</w:t>
      </w:r>
    </w:p>
    <w:p>
      <w:r>
        <w:rPr>
          <w:b/>
        </w:rPr>
        <w:t xml:space="preserve">[16:07] </w:t>
      </w:r>
      <w:r>
        <w:t>sawal yeh hai ki humein yeh kaha jata hai na ki hamare liye namoona hai, hamare liye best example hai. humne unko follow karna hai. saath hi yeh kaha jata hai ki unko unko ulla talak ne chuna tha, unka seena chaak hua tha aur phir yeh ki unka saaya nahi tha.</w:t>
      </w:r>
    </w:p>
    <w:p>
      <w:pPr>
        <w:jc w:val="right"/>
      </w:pPr>
      <w:r>
        <w:t>सवाल यह है कि हमें यह कहा जाता है ना कि हमारे लिए नमूना है, हमारे लिए best example है. हमने उनको follow करना है. साथ ही यह कहा जाता है कि उनको उनको उल्ला तलक ने चुना था, उनका सीना चाक हुआ था और फिर यह कि उनका साया नहीं था.</w:t>
      </w:r>
    </w:p>
    <w:p>
      <w:r>
        <w:rPr>
          <w:b/>
        </w:rPr>
        <w:t xml:space="preserve">[16:35] </w:t>
      </w:r>
      <w:r>
        <w:t>ab unko special unke saath special treatment bhi thi.</w:t>
      </w:r>
    </w:p>
    <w:p>
      <w:pPr>
        <w:jc w:val="right"/>
      </w:pPr>
      <w:r>
        <w:t>अब उनको special उनके साथ special treatment भी थी.</w:t>
      </w:r>
    </w:p>
    <w:p>
      <w:r>
        <w:rPr>
          <w:b/>
        </w:rPr>
        <w:t xml:space="preserve">[16:42] </w:t>
      </w:r>
      <w:r>
        <w:t>to jab ek ek naya zehan ek main yeh sawaal ek ek bachchi ki taraf se kar rahi</w:t>
      </w:r>
    </w:p>
    <w:p>
      <w:pPr>
        <w:jc w:val="right"/>
      </w:pPr>
      <w:r>
        <w:t>तो जब एक एक नया ज़हन एक मैं यह सवाल एक एक बच्ची की तरफ़ से कर रही</w:t>
      </w:r>
    </w:p>
    <w:p>
      <w:r>
        <w:rPr>
          <w:b/>
        </w:rPr>
        <w:t xml:space="preserve">[16:49] </w:t>
      </w:r>
      <w:r>
        <w:t>hoon aur tab jab woh unke zehan mein yeh sawaal aata hai yeh sawaal bilkul valid hai ke</w:t>
      </w:r>
    </w:p>
    <w:p>
      <w:pPr>
        <w:jc w:val="right"/>
      </w:pPr>
      <w:r>
        <w:t>हूं और तब जब वह उनके ज़हन में यह सवाल आता है यह सवाल बिल्कुल valid है कि</w:t>
      </w:r>
    </w:p>
    <w:p>
      <w:r>
        <w:rPr>
          <w:b/>
        </w:rPr>
        <w:t xml:space="preserve">[16:57] </w:t>
      </w:r>
      <w:r>
        <w:t>jab humne example doosre salm ki humare paas rakhi gayi hai to jab insaan yeh sochta hai ke</w:t>
      </w:r>
    </w:p>
    <w:p>
      <w:pPr>
        <w:jc w:val="right"/>
      </w:pPr>
      <w:r>
        <w:t>जब हमने example दूसरे सल्म की हमारे पास रखी गई है तो जब इंसान यह सोचता है कि</w:t>
      </w:r>
    </w:p>
    <w:p>
      <w:r>
        <w:rPr>
          <w:b/>
        </w:rPr>
        <w:t xml:space="preserve">[17:04] </w:t>
      </w:r>
      <w:r>
        <w:t>woh to humare jaise nahi the to phir yeh thoda sa demotivating lagta hai ke hum un jaise</w:t>
      </w:r>
    </w:p>
    <w:p>
      <w:pPr>
        <w:jc w:val="right"/>
      </w:pPr>
      <w:r>
        <w:t>वह तो हमारे जैसे नहीं थे तो फिर यह थोड़ा सा demotivating लगता है कि हम उन जैसे</w:t>
      </w:r>
    </w:p>
    <w:p>
      <w:r>
        <w:rPr>
          <w:b/>
        </w:rPr>
        <w:t xml:space="preserve">[17:11] </w:t>
      </w:r>
      <w:r>
        <w:t>ban bhi nahi sakte.</w:t>
      </w:r>
    </w:p>
    <w:p>
      <w:pPr>
        <w:jc w:val="right"/>
      </w:pPr>
      <w:r>
        <w:t>वन भी नहीं सकते.</w:t>
      </w:r>
    </w:p>
    <w:p>
      <w:r>
        <w:rPr>
          <w:b/>
        </w:rPr>
        <w:t xml:space="preserve">[17:19] </w:t>
      </w:r>
      <w:r>
        <w:t>ki special treatment like aur kasaya nahi tha aur is tarah ki bohat si aur baatein hain.</w:t>
      </w:r>
    </w:p>
    <w:p>
      <w:pPr>
        <w:jc w:val="right"/>
      </w:pPr>
      <w:r>
        <w:t>की special treatment like और कसाया नहीं था और इस तरह की बहुत सी और बातें हैं.</w:t>
      </w:r>
    </w:p>
    <w:p>
      <w:r>
        <w:rPr>
          <w:b/>
        </w:rPr>
        <w:t xml:space="preserve">[17:29] </w:t>
      </w:r>
      <w:r>
        <w:t>But isko doosra se samjha jaye?</w:t>
      </w:r>
    </w:p>
    <w:p>
      <w:pPr>
        <w:jc w:val="right"/>
      </w:pPr>
      <w:r>
        <w:t>But इसको दूसरा से समझा जाए?</w:t>
      </w:r>
    </w:p>
    <w:p>
      <w:r>
        <w:rPr>
          <w:b/>
        </w:rPr>
        <w:t xml:space="preserve">[17:39] </w:t>
      </w:r>
      <w:r>
        <w:t>Yeh poochna tha</w:t>
      </w:r>
    </w:p>
    <w:p>
      <w:pPr>
        <w:jc w:val="right"/>
      </w:pPr>
      <w:r>
        <w:t>यह पूछना था</w:t>
      </w:r>
    </w:p>
    <w:p>
      <w:r>
        <w:rPr>
          <w:b/>
        </w:rPr>
        <w:t xml:space="preserve">[17:50] </w:t>
      </w:r>
      <w:r>
        <w:t>lekin hum khuda ke liye sab karenge. to woh bhi ek insan the agar insan na hote to hamare liye namoona nahi hote. khud quran mein aaya us vatin vatin hasna ki woh bahut bahut hi achhe example hai good example hai hum logon ke liye jab khud quran mein aaya hai to aap sabse pehle aap quran ki baat manenge na aur na ki log kya keh rahe hain?</w:t>
      </w:r>
    </w:p>
    <w:p>
      <w:pPr>
        <w:jc w:val="right"/>
      </w:pPr>
      <w:r>
        <w:t>लेकिन हम खुदा के लिए सब करेंगे. तो वह भी एक इंसान थे अगर इंसान ना होते तो हमारे लिए नमूना नहीं होते. खुद कुरान में आया उस वतिन वतिन हसना कि वह बहुत बहुत ही अच्छे example है good example है हम लोगों के लिए जब खुद कुरान में आया है तो आप सबसे पहले आप कुरान की बात मानेंगे ना और ना कि लोग क्या कह रहे हैं?</w:t>
      </w:r>
    </w:p>
    <w:p>
      <w:r>
        <w:rPr>
          <w:b/>
        </w:rPr>
        <w:t xml:space="preserve">[18:19] </w:t>
      </w:r>
      <w:r>
        <w:t>log kya keh rahe hain uska koi basis nahi hai. basis woh hai jo quran hadish mein paya jata hai. hadishon mein bahut sari hadishen aisi hain jo baad mein bana li gayi hain. jinko zaheefdishhen kehte hain. to aap apni baat ko zaheefdishhon par besmaan kariye balki jo authentic hadishen hain usko manie.</w:t>
      </w:r>
    </w:p>
    <w:p>
      <w:pPr>
        <w:jc w:val="right"/>
      </w:pPr>
      <w:r>
        <w:t>लोग क्या कह रहे हैं उसका कोई basis नहीं है. Basis वह है जो कुरान हदीश में पाया जाता है. हदीशों में बहुत सारी हदीशें ऐसी हैं जो बाद में बना ली गई हैं. जिनको ज़हीफ़दीशें कहते हैं. तो आप अपनी बात को ज़हीफ़दीशों पर बेसमान करिए बल्कि जो authentic हदीशें हैं उसको मानिए.</w:t>
      </w:r>
    </w:p>
    <w:p>
      <w:r>
        <w:rPr>
          <w:b/>
        </w:rPr>
        <w:t xml:space="preserve">[18:44] </w:t>
      </w:r>
      <w:r>
        <w:t>aisa kuch nahi hai rasoolullah sarasalah hamare liye uswah hai hamare liye example hai aur poori jo hai aapki tareef poori mafuz hai tamam log jo hai bilkul hum yeh nahi kar sakte hum par van jayenge lekin jo aapne jo jo aapki practice rahi hai aapki jo sunna rahi hai woh hum logon ko usko jitna humse ho sake utna humko usko manna hai us par chalna hai aur usi ke mutabik is duniya mein amal karna hai.</w:t>
      </w:r>
    </w:p>
    <w:p>
      <w:pPr>
        <w:jc w:val="right"/>
      </w:pPr>
      <w:r>
        <w:t>ऐसा कुछ नहीं है रसूल्लाह सरसलाह हमारे लिए उस्वाह है हमारे लिए example है और पूरी जो है आपकी तारीफ़ पूरी माफ़ूज़ है तमाम लोग जो है बिल्कुल हम यह नहीं कर सकते हम पर वन जाएंगे लेकिन जो आपने जो जो आपकी practice रही है आपकी जो सुनना रही है वह हम लोगों को उसको जितना हमसे हो सके उतना हमको उसको मानना है उस पर चलना है और उसी के मुताबिक इस दुनिया में अमल करना है.</w:t>
      </w:r>
    </w:p>
    <w:p>
      <w:r>
        <w:rPr>
          <w:b/>
        </w:rPr>
        <w:t xml:space="preserve">[19:12] </w:t>
      </w:r>
      <w:r>
        <w:t>ab jitna ho sakta hai ab yeh sab baaten jo hai ki woh chaap kiya gaya aur yeh sab hua yeh sab kahani kisse hain aur dekhiye science ke se pehle kahaniyan kisse jo hain wahi chalte the story tellers hote the entertainment ka wahi ek zariya tha to yeh sab story tellers ki baaten hain jo baat morana ne likhi hai apni kitabon mein unhone kai kitabein likhi hai prophet par.</w:t>
      </w:r>
    </w:p>
    <w:p>
      <w:pPr>
        <w:jc w:val="right"/>
      </w:pPr>
      <w:r>
        <w:t>अब जितना हो सकता है अब यह सब बातें जो है कि वह चाप किया गया और यह सब हुआ यह सब कहानी किस्से हैं और देखिए science के से पहले कहानियां किस्से जो हैं वही चलते थे story tellers होते थे entertainment का वही एक जरिया था तो यह सब story tellers की बातें हैं जो बात मोराना ने लिखी है अपनी किताबों में उनके उन्होंने कई किताबें लिखी है prophet पर.</w:t>
      </w:r>
    </w:p>
    <w:p>
      <w:r>
        <w:rPr>
          <w:b/>
        </w:rPr>
        <w:t xml:space="preserve">[19:40] </w:t>
      </w:r>
      <w:r>
        <w:t>woh aap bas padhiye nahi to quran padhiye authentic traditions padhiye usse apne raay banaiye. to jo jo quran mein saaf saaf aaya hai ki rasoolullah se sallam tumhare liye ek example hai woh to baad mein logon ne yeh sab kahani kisse kar liye hain. yeh sab gadi hui kahaniyan kisse hain. aap keh dijiye yeh sab authentic nahi hai to is par humein kuch nahi karna hai.</w:t>
      </w:r>
    </w:p>
    <w:p>
      <w:pPr>
        <w:jc w:val="right"/>
      </w:pPr>
      <w:r>
        <w:t>वह आप बस पढ़िए नहीं तो कुरान पढ़िए authentic traditions पढ़िए उससे अपने राय बनाइए. तो जो जो कुरान में साफ साफ आया है कि रसूल्लाह से सल्लम तुम्हारे लिए एक example है वह तो बाद में लोगों ने यह सब कहानी किस्से कर लिए हैं. यह सब गड़ी हुई कहानियां किस्से हैं. आप कह दीजिए यह सब authentic नहीं है तो इस पर हमें कुछ नहीं करना है.</w:t>
      </w:r>
    </w:p>
    <w:p>
      <w:r>
        <w:rPr>
          <w:b/>
        </w:rPr>
        <w:t xml:space="preserve">[20:09] </w:t>
      </w:r>
      <w:r>
        <w:t>ek baar hazrat aasha se poocha kisi ne ki rasoolullah sarsalam ka akhilah kaisa tha? to aapne kaha ki bilkul aapka aapka akhilah jo hai woh quran tha yani aap quran par jo quran mein likha hua hai usi par aap chalte the. to aapka ek lakh isi liye to nakus kiya gaya hai taki hum log usko apnayen. woh hamare liye namoona hai, hamare liye ushwa hai.</w:t>
      </w:r>
    </w:p>
    <w:p>
      <w:pPr>
        <w:jc w:val="right"/>
      </w:pPr>
      <w:r>
        <w:t>एक बार हज़रत आशा से पुछा किसी ने कि रसूल्लाह सरसलम का अखिलाह कैसा था? तो आपने कहा कि बिल्कुल आपका आपका अखिलाह जो है वह कुरान था यानी आप कुरान पर जो कुरान में लिखा हुआ है उसी पर आप चलते थे. तो आपका एक लाख इसीलिए तो नाकूस किया गया है ताकि हम लोग उसको अपनाएं. वह हमारे लिए नमूना है, हमारे लिए उष्वा है.</w:t>
      </w:r>
    </w:p>
    <w:p>
      <w:r>
        <w:rPr>
          <w:b/>
        </w:rPr>
        <w:t xml:space="preserve">[20:38] </w:t>
      </w:r>
      <w:r>
        <w:t>woh sab baaten jo hain bilkul bilkul reality se koi talluk nahi rakhti hain. jaza khila khila khila khila khila khila. 21, no more. shama likkum faridaba. ji wali saurabh. doctor supina bol rahi hoon.</w:t>
      </w:r>
    </w:p>
    <w:p>
      <w:pPr>
        <w:jc w:val="right"/>
      </w:pPr>
      <w:r>
        <w:t>वह सब बातें जो हैं बिल्कुल बिल्कुल reality से कोई ताल्लुक नहीं रखती हैं. जज़ा खिला खिला खिला खिला खिला खिला खिला. 21, no more. शाम लिक्कुम फरीदाबा. जी वाली सौरभ. Doctor सुपीना बोल रही हूं.</w:t>
      </w:r>
    </w:p>
    <w:p>
      <w:r>
        <w:rPr>
          <w:b/>
        </w:rPr>
        <w:t xml:space="preserve">[21:06] </w:t>
      </w:r>
      <w:r>
        <w:t>faridapa jo aapne abhi bataya ki rasola salah salah salah to bilkul insan the, bashar the. isliye woh hamare liye poori tarah namoona hai. to kya koi aisa example bhi hai ki jab rasola salah salah se galti hui ho? jaise ki insan sikh ho jati hai. galti to puran nahi likha hua hai.</w:t>
      </w:r>
    </w:p>
    <w:p>
      <w:pPr>
        <w:jc w:val="right"/>
      </w:pPr>
      <w:r>
        <w:t>फरीदापा जो आपने अभी बताया कि रसोला सलाह सलाह सलाह तो बिल्कुल इंसान थे, बशर थे. इसलिए वह हमारे लिए पूरी तरह नमूना है. तो क्या कोई ऐसा example भी है कि जब रसोला सलाह सलाह से गलती हुई हो? जैसे कि इंसान सिख हो जाती है. गलती तो पुरान नहीं लिखा हुआ है.</w:t>
      </w:r>
    </w:p>
    <w:p>
      <w:r>
        <w:rPr>
          <w:b/>
        </w:rPr>
        <w:t xml:space="preserve">[21:26] </w:t>
      </w:r>
      <w:r>
        <w:t>jab jange badr mein aapne jo itne sakht qism ke jo criminals the unko aapne maaf kar diya kyunke</w:t>
      </w:r>
    </w:p>
    <w:p>
      <w:pPr>
        <w:jc w:val="right"/>
      </w:pPr>
      <w:r>
        <w:t>जब जंगेबद्र में आपने जो इतने सख़्त किस्म के जो criminals थे उनको आपने माफ कर दिया क्योंकि</w:t>
      </w:r>
    </w:p>
    <w:p>
      <w:r>
        <w:rPr>
          <w:b/>
        </w:rPr>
        <w:t xml:space="preserve">[21:33] </w:t>
      </w:r>
      <w:r>
        <w:t>aap bohat naramdil the to aapne maaf kar diya to uske bare mein to khud Quran mein aya</w:t>
      </w:r>
    </w:p>
    <w:p>
      <w:pPr>
        <w:jc w:val="right"/>
      </w:pPr>
      <w:r>
        <w:t>आप बहुत नरम्भिल थे तो आपने माफ कर दिया तो उसके बारे में तो खुद कुरान में आया</w:t>
      </w:r>
    </w:p>
    <w:p>
      <w:r>
        <w:rPr>
          <w:b/>
        </w:rPr>
        <w:t xml:space="preserve">[21:40] </w:t>
      </w:r>
      <w:r>
        <w:t>hai ke tumne bohat bhari galti kari hai to aisa nahi hai jang ohud mein galti hui jo</w:t>
      </w:r>
    </w:p>
    <w:p>
      <w:pPr>
        <w:jc w:val="right"/>
      </w:pPr>
      <w:r>
        <w:t>है कि तुमने बहुत भारी गलती करी है तो ऐसा नहीं है जंग ओहुद में गलती हुई जो</w:t>
      </w:r>
    </w:p>
    <w:p>
      <w:r>
        <w:rPr>
          <w:b/>
        </w:rPr>
        <w:t xml:space="preserve">[21:47] </w:t>
      </w:r>
      <w:r>
        <w:t>jang hui to usmein kuch logon ne yeh rai di ke madine ke andar rehkar muqabla kiya jaye</w:t>
      </w:r>
    </w:p>
    <w:p>
      <w:pPr>
        <w:jc w:val="right"/>
      </w:pPr>
      <w:r>
        <w:t>जंग हुई तो उसमें कुछ लोगों ने यह राय दी कि मदीने के अंदर रहकर मुकाबला किया जाए</w:t>
      </w:r>
    </w:p>
    <w:p>
      <w:r>
        <w:rPr>
          <w:b/>
        </w:rPr>
        <w:t xml:space="preserve">[21:54] </w:t>
      </w:r>
      <w:r>
        <w:t>dushman ka aur kuch logon ne kaha ke nahi hum bahar jaakar muqabla karenge.</w:t>
      </w:r>
    </w:p>
    <w:p>
      <w:pPr>
        <w:jc w:val="right"/>
      </w:pPr>
      <w:r>
        <w:t>दुश्मन का और कुछ लोगों ने कहा कि नहीं हम बाहर जाकर मुकाबला करेंगे.</w:t>
      </w:r>
    </w:p>
    <w:p>
      <w:r>
        <w:rPr>
          <w:b/>
        </w:rPr>
        <w:t xml:space="preserve">[22:01] </w:t>
      </w:r>
      <w:r>
        <w:t>to madine ke andar rehkar muqabla zyada safe tha kyunki madina jo ek aisa shahar tha ki wahan par pahaad aur khajoor ke bhagat the. sirf ek taraf woh uski jo khula hua hissa tha woh ek hi taraf tha. to wahan par zyada mahfuz tarike se hum woh muqabla ho sakta tha. to woh bhi galti thi aur usi ki wajah se kitna zabardast nuksan hua.</w:t>
      </w:r>
    </w:p>
    <w:p>
      <w:pPr>
        <w:jc w:val="right"/>
      </w:pPr>
      <w:r>
        <w:t>तो मदीने के अंदर रहकर मुकाबला ज़्यादा safe था क्योंकि मदीना जो एक ऐसा शहर था कि वहां पर पहाड़ और खजूर के भागात थे. सिर्फ एक तरफ वह उसकी जो खुला हुआ हिस्सा था वह एक ही तरफ था. तो वहां पर ज़्यादा महफूज तरीके से हम वह मुकाबला हो सकता था. तो वह भी गलती थी और उसी की वजह से कितना ज़बरदस्त नुकसान हुआ.</w:t>
      </w:r>
    </w:p>
    <w:p>
      <w:r>
        <w:rPr>
          <w:b/>
        </w:rPr>
        <w:t xml:space="preserve">[22:28] </w:t>
      </w:r>
      <w:r>
        <w:t>to yeh sab to hua aap bashar the aur uski agar bashar na hote to aaj aap hamare liye namoona na hote. to rasoolullah sasilm ne udh ke mauke par keh diya tha ki aisi kaum kaise phail payegi jo apne nabi ko lahulahan kare. to fauran hadd jivelel islam aaye aur kaha ki aapko iska haq nahi hai.</w:t>
      </w:r>
    </w:p>
    <w:p>
      <w:pPr>
        <w:jc w:val="right"/>
      </w:pPr>
      <w:r>
        <w:t>तो यह सब तो हुआ आप बशर थे और उसकी अगर बशर ना होते तो आज आप हमारे लिए नमूना ना होते. तो रासूल्लाह सस्लिम ने उध के मौके पर कह दिया था कि ऐसी कौम कैसे फैला पाएगी जो अपने नबी को लहूलाहन करे. तो फ़ौरन हद्द जिवलेल इस्लाम आए और कहा कि आपको इसका हक नहीं है.</w:t>
      </w:r>
    </w:p>
    <w:p>
      <w:r>
        <w:rPr>
          <w:b/>
        </w:rPr>
        <w:t xml:space="preserve">[22:54] </w:t>
      </w:r>
      <w:r>
        <w:t>to bas aam musalman mein aur paigambar mein dekhiye yeh fark hai ki aam musalman galti karta hai aur zaroori nahi hai ki woh apni galti ka correction bhi kar le.</w:t>
      </w:r>
    </w:p>
    <w:p>
      <w:pPr>
        <w:jc w:val="right"/>
      </w:pPr>
      <w:r>
        <w:t>तो बस आम मुसलमान में और पैगंबर में देखिए यह फ़र्क है कि आम मुसलमान गलती करता है और ज़रूरी नहीं है कि वह अपनी गलती का correction भी कर ले.</w:t>
      </w:r>
    </w:p>
    <w:p>
      <w:r>
        <w:rPr>
          <w:b/>
        </w:rPr>
        <w:t xml:space="preserve">[23:05] </w:t>
      </w:r>
      <w:r>
        <w:t>kabhi karega kabhi nahi karega lekin rasoolullah sallam galti karte the to fauran hazrat jibreel allaihissalam aakar uska correction kar dete the phir aap khuda se maafi aap sattar bar istefar karte the agar aisa na hota hai ki aap log bashari mein hote to phir istefar kis baat ka karte hain? to yeh sab baad ki kahaniyan hai.</w:t>
      </w:r>
    </w:p>
    <w:p>
      <w:pPr>
        <w:jc w:val="right"/>
      </w:pPr>
      <w:r>
        <w:t>कभी करेगा कभी नहीं करेगा लेकिन रसूल्लाह सल्लाम गलती करते थे तो फ़ौरन हज़रत जिबरेल अल्लाहिस्सलाम आकर उसका correction कर देते थे फिर आप खुदा से माफी आप सत्तर बार इस्तेफ़ार करते थे अगर ऐसा ना होता है कि आप लोग बशरी में होते तो फिर इस्तेफ़ार किस बात का करते हैं? तो यह सब बाद की कहानियां है.</w:t>
      </w:r>
    </w:p>
    <w:p>
      <w:r>
        <w:rPr>
          <w:b/>
        </w:rPr>
        <w:t xml:space="preserve">[23:29] </w:t>
      </w:r>
      <w:r>
        <w:t>Aap logon ko nahi maloom humne woh zamana bhi dekha hai kabhi TV waghera ka zamana nahi tha</w:t>
      </w:r>
    </w:p>
    <w:p>
      <w:pPr>
        <w:jc w:val="right"/>
      </w:pPr>
      <w:r>
        <w:t>आप लोगों को नहीं मालूम हमने वह ज़माना भी देखा है कभी TV वगैरह का ज़माना नहीं था</w:t>
      </w:r>
    </w:p>
    <w:p>
      <w:r>
        <w:rPr>
          <w:b/>
        </w:rPr>
        <w:t xml:space="preserve">[23:35] </w:t>
      </w:r>
      <w:r>
        <w:t>cinema nahi tha to entertainment ke liye storytellers hote the khud hamare khandan mein ek the unko hum</w:t>
      </w:r>
    </w:p>
    <w:p>
      <w:pPr>
        <w:jc w:val="right"/>
      </w:pPr>
      <w:r>
        <w:t>cinema नहीं था तो entertainment के लिए storytellers होते थे खुद हमारे खानदार में एक थे उनको हम</w:t>
      </w:r>
    </w:p>
    <w:p>
      <w:r>
        <w:rPr>
          <w:b/>
        </w:rPr>
        <w:t xml:space="preserve">[23:42] </w:t>
      </w:r>
      <w:r>
        <w:t>log guruchakcha kehte the to woh cook bhi the aur aur kahaniyan sunate the to woh sham ko</w:t>
      </w:r>
    </w:p>
    <w:p>
      <w:pPr>
        <w:jc w:val="right"/>
      </w:pPr>
      <w:r>
        <w:t>लोग गुरुचक्चा कहते थे तो वह cook भी थे और और कहानियां सुनाते थे तो वह शाम को</w:t>
      </w:r>
    </w:p>
    <w:p>
      <w:r>
        <w:rPr>
          <w:b/>
        </w:rPr>
        <w:t xml:space="preserve">[23:49] </w:t>
      </w:r>
      <w:r>
        <w:t>sab log baith jate the aur woh kahaniyan sunte the sunaya karte the aur logon ko bohat entertainment</w:t>
      </w:r>
    </w:p>
    <w:p>
      <w:pPr>
        <w:jc w:val="right"/>
      </w:pPr>
      <w:r>
        <w:t>सब लोग बैठ जाते थे और वह कहानियां सुनते थे सुनाया करते थे और लोगों को बहुत entertainment</w:t>
      </w:r>
    </w:p>
    <w:p>
      <w:r>
        <w:rPr>
          <w:b/>
        </w:rPr>
        <w:t xml:space="preserve">[23:56] </w:t>
      </w:r>
      <w:r>
        <w:t>hota tha usse jaanti hai ke woh kitna kahaniyan sunate the logon ko entertainment.</w:t>
      </w:r>
    </w:p>
    <w:p>
      <w:pPr>
        <w:jc w:val="right"/>
      </w:pPr>
      <w:r>
        <w:t>होता था उससे जानती है कि वह कितना कहानियां सुनाते थे लोगों को entertainment.</w:t>
      </w:r>
    </w:p>
    <w:p>
      <w:r>
        <w:rPr>
          <w:b/>
        </w:rPr>
        <w:t xml:space="preserve">[24:03] </w:t>
      </w:r>
      <w:r>
        <w:t>kahaniyan aise hi hoti thi. ek din hamari dadi ne kaha ki unke પોતી hui thi to dadi ne kaha ki kya naam rakha? akhtarun, mattun, jadduny sahib. to yahi sab karte the sab log hanste the.</w:t>
      </w:r>
    </w:p>
    <w:p>
      <w:pPr>
        <w:jc w:val="right"/>
      </w:pPr>
      <w:r>
        <w:t>कहानियां ऐसे ही होती थी. एक दिन हमारी दादी ने कहा कि उनके पोती हुई थी तो दादी ने कहा कि क्या नाम रखा? अख्तरुन, मत्तुन, जद्दुन्य साहब. तो यही सब करते थे सब लोग हंसते थे.</w:t>
      </w:r>
    </w:p>
    <w:p>
      <w:r>
        <w:rPr>
          <w:b/>
        </w:rPr>
        <w:t xml:space="preserve">[24:33] </w:t>
      </w:r>
      <w:r>
        <w:t>to yeh sab storytellers ki baaten hain. ab hum log scientific age mein hain. to hum logon ko storyteller wali baaten alag karke dekhna hai aur mohran sahab ki itni kitabein hain. sirat e rasool hai, mutala sirat hai. usko aap padhiye usi se apna zehan banaiye. sannaha zareen kuch kehna chahti hain?</w:t>
      </w:r>
    </w:p>
    <w:p>
      <w:pPr>
        <w:jc w:val="right"/>
      </w:pPr>
      <w:r>
        <w:t>तो यह सब storytellers की बातें हैं. अब हम लोग scientific age में हैं. तो हम लोगों को storyteller वाली बातें अलग करके देखना है और मोहरान साहब की इतनी किताबें हैं. सीरथ ए रसूल है, मुताला सीरथ है. उसको आप पढ़िए उसी से अपना ज़ेहन बनाइए. संनाह ज़रीन कुछ कहना चाहती हैं?</w:t>
      </w:r>
    </w:p>
    <w:p>
      <w:r>
        <w:rPr>
          <w:b/>
        </w:rPr>
        <w:t xml:space="preserve">[25:02] </w:t>
      </w:r>
      <w:r>
        <w:t>jee, asslam alaikum aleem aleem jee, ma'am ne actually ek chhota sa experience and uske saath ek question aur answer session ko share bhi karna tha maine. Actually yeh lockdown ke time ke through is baat hai. Mere mere relative nahi hai matlab meri mamu hai. Aapki awaaz clear nahi hai. Haan ok. Abhi theek hai hello. Jee jee.</w:t>
      </w:r>
    </w:p>
    <w:p>
      <w:pPr>
        <w:jc w:val="right"/>
      </w:pPr>
      <w:r>
        <w:t>जी, अस्लाम अलीकुम अलीम अलीम जी, ma'am ने actually एक छोटा सा experience and उसके साथ एक question और answer session को share भी करना था मैंने. Actually यह lockdown के time के through इस बात है. मेरे मेरे relative नहीं है मतलब मेरी मामू है. आपकी आवाज़ clear नहीं है. हां ok. अभी ठीक है hello. जी जी.</w:t>
      </w:r>
    </w:p>
    <w:p>
      <w:r>
        <w:rPr>
          <w:b/>
        </w:rPr>
        <w:t xml:space="preserve">[25:32] </w:t>
      </w:r>
      <w:r>
        <w:t>jee toh main yeh keh rahi thi ki meri relative meri mamu hai ajay mamu toh unke matlab paanch beti hai jiske andar se do hai jo normal hai and teens abnormal. Toh woh abnormal aise hai ki woh bore sun nahi paate completely bahut se aur ki no bhai behan hai. So unko mamu ne ek tareeqe se jab preta ki yeh situation hai toh unko ek high education di ki woh ek achhe se duniya mein comfortable hai hi jee sake. Toh unki high education chali aaj koi twelfth mein hai and koi graduation hai like aisa.</w:t>
      </w:r>
    </w:p>
    <w:p>
      <w:pPr>
        <w:jc w:val="right"/>
      </w:pPr>
      <w:r>
        <w:t>जी तो मैं यह कह रही थी कि मेरी relative मेरी मामू है अजय मामू तो उनके मतलब पांच बेटी है जिसके अंदर से दो है जो normal है and teens abnormal. तो वह abnormal ऐसे है कि वह bore sun नहीं पाते completely बहुत से और कि no भाई बहन है. So उनको मामू ने एक तरीके से जब प्रेता की यह situation है तो उनको एक high education दी कि वह एक अच्छे से दुनिया में comfortable है ही जी सके. तो उनकी high education चली आज कोई twelfth में है and कोई graduation है like ऐसा.</w:t>
      </w:r>
    </w:p>
    <w:p>
      <w:r>
        <w:rPr>
          <w:b/>
        </w:rPr>
        <w:t xml:space="preserve">[26:02] </w:t>
      </w:r>
      <w:r>
        <w:t>So lockdown ke time par hum sab mujhe bhi ek saath hi thi aur mamu ki ek badi beti hai jo haliya hai. So like aisi tha cheezein toh woh bachche matlab ek tareeqe se hota hai ki wahan par jab ghar mein namaz roza waghera hota cheezein hoti hai. Toh woh log usko dekhte the aur like follow karte the kaise jhuka jata hai, swachha kaise kiya jata hai. Unhe yeh nahi idea tha ki usko kya padhaya jata hai. Yeh kya cheezein like follows karta hai. Unke zehan mein kaise aaya lambat jaan ke aaya?</w:t>
      </w:r>
    </w:p>
    <w:p>
      <w:pPr>
        <w:jc w:val="right"/>
      </w:pPr>
      <w:r>
        <w:t>So lockdown के time पर हम सब मुझे भी एक साथ ही थी और मामू की एक बड़ी बेटी है जो हालियां है. So like ऐसी था चीज़ें तो वह बच्चे मतलब एक तरीके से होता है कि वहां पर जब घर में नमाज़ रोज़ा वगैरह होता चीज़ें होती है. तो वह लोग उसको देखते थे और like follow करते थे कैसे झूका जाता है, स्वच्छा कैसे किया जाता है. उन्हें यह नहीं idea था कि उसको क्या पढ़ाया जाता है. यह क्या चीज़ें like follows करता है. उनके ज़हन में कैसे आया लम्बत जान के आया?</w:t>
      </w:r>
    </w:p>
    <w:p>
      <w:r>
        <w:rPr>
          <w:b/>
        </w:rPr>
        <w:t xml:space="preserve">[26:30] </w:t>
      </w:r>
      <w:r>
        <w:t>ke unhein matlab chahti thi ke woh jaane ke usmein kya padha jata hai?</w:t>
      </w:r>
    </w:p>
    <w:p>
      <w:pPr>
        <w:jc w:val="right"/>
      </w:pPr>
      <w:r>
        <w:t>कि उन्हें मतलब चाहती थी कि वह जाने कि उसमें क्या पढ़ा जाता है?</w:t>
      </w:r>
    </w:p>
    <w:p>
      <w:r>
        <w:rPr>
          <w:b/>
        </w:rPr>
        <w:t xml:space="preserve">[26:41] </w:t>
      </w:r>
      <w:r>
        <w:t>To like unhein apne sister se poochne ki poonchni thi.</w:t>
      </w:r>
    </w:p>
    <w:p>
      <w:pPr>
        <w:jc w:val="right"/>
      </w:pPr>
      <w:r>
        <w:t>तो like उन्हें अपने sister से पूछने की पूछनी थी.</w:t>
      </w:r>
    </w:p>
    <w:p>
      <w:r>
        <w:rPr>
          <w:b/>
        </w:rPr>
        <w:t xml:space="preserve">[26:52] </w:t>
      </w:r>
      <w:r>
        <w:t>Usne unko comfort zone ke hisab se bataya unki language ke hisab se.</w:t>
      </w:r>
    </w:p>
    <w:p>
      <w:pPr>
        <w:jc w:val="right"/>
      </w:pPr>
      <w:r>
        <w:t>उसने उनको comfort zone के हिसाब से बताया उनकी language के हिसाब से.</w:t>
      </w:r>
    </w:p>
    <w:p>
      <w:r>
        <w:rPr>
          <w:b/>
        </w:rPr>
        <w:t xml:space="preserve">[27:03] </w:t>
      </w:r>
      <w:r>
        <w:t>Unki different language hoti hai assigned language.</w:t>
      </w:r>
    </w:p>
    <w:p>
      <w:pPr>
        <w:jc w:val="right"/>
      </w:pPr>
      <w:r>
        <w:t>उनकी different language होती है assigned language.</w:t>
      </w:r>
    </w:p>
    <w:p>
      <w:r>
        <w:rPr>
          <w:b/>
        </w:rPr>
        <w:t xml:space="preserve">[27:14] </w:t>
      </w:r>
      <w:r>
        <w:t>Aur ek mahina maine un logon se train li bachchon se aur woh fourth month maine sign language</w:t>
      </w:r>
    </w:p>
    <w:p>
      <w:pPr>
        <w:jc w:val="right"/>
      </w:pPr>
      <w:r>
        <w:t>और एक महीना मैंने उन लोगों से train ली बच्चों से और वह fourth month मैंने sign language</w:t>
      </w:r>
    </w:p>
    <w:p>
      <w:r>
        <w:rPr>
          <w:b/>
        </w:rPr>
        <w:t xml:space="preserve">[27:27] </w:t>
      </w:r>
      <w:r>
        <w:t>li thi and uske baad pure sixth month rakhi maine unko puran ki and phir uske baad maine</w:t>
      </w:r>
    </w:p>
    <w:p>
      <w:pPr>
        <w:jc w:val="right"/>
      </w:pPr>
      <w:r>
        <w:t>ली थी and उसके बाद पूरे sixth month रखी मैंने उनको पुरान की and फिर उसके बाद मैंने</w:t>
      </w:r>
    </w:p>
    <w:p>
      <w:r>
        <w:rPr>
          <w:b/>
        </w:rPr>
        <w:t xml:space="preserve">[27:40] </w:t>
      </w:r>
      <w:r>
        <w:t>sir ki woh batai tha call up purana to like unhone usko foreign catch kiya and woh study</w:t>
      </w:r>
    </w:p>
    <w:p>
      <w:pPr>
        <w:jc w:val="right"/>
      </w:pPr>
      <w:r>
        <w:t>sir की वह बताई था call up पुराना तो like उन्होंने उसको foreign catch किया and वह study</w:t>
      </w:r>
    </w:p>
    <w:p>
      <w:r>
        <w:rPr>
          <w:b/>
        </w:rPr>
        <w:t xml:space="preserve">[27:53] </w:t>
      </w:r>
      <w:r>
        <w:t>continue ko aur karte karte mujhe bohat khushi bhi ke main matlab kaam aa sakungi.</w:t>
      </w:r>
    </w:p>
    <w:p>
      <w:pPr>
        <w:jc w:val="right"/>
      </w:pPr>
      <w:r>
        <w:t>continue को और करते करते मुझे बहुत खुशी भी कि मैं मतलब काम आ सकूंगी.</w:t>
      </w:r>
    </w:p>
    <w:p>
      <w:r>
        <w:rPr>
          <w:b/>
        </w:rPr>
        <w:t xml:space="preserve">[28:06] </w:t>
      </w:r>
      <w:r>
        <w:t>So phir unhone wahan tak usko complete topic kiya. Phir woh log chale gaye. Kya kehna chahiye mujhe?</w:t>
      </w:r>
    </w:p>
    <w:p>
      <w:pPr>
        <w:jc w:val="right"/>
      </w:pPr>
      <w:r>
        <w:t>So फिर उन्होंने वहां तक उसको complete topic किया. फिर वह लोग चले गए. क्या कहना चाहिए मुझे?</w:t>
      </w:r>
    </w:p>
    <w:p>
      <w:r>
        <w:rPr>
          <w:b/>
        </w:rPr>
        <w:t xml:space="preserve">[28:26] </w:t>
      </w:r>
      <w:r>
        <w:t>Toh because phir maine unko call rakha video like sign language mein aur jo bhi language hai usmein maine unko samjhaya ki aise aise different tareeqe hain ad Maulana sir yeh kehte hain toh yeh tareeqa hai jo bhi tareeqe the So like unhone ek do logon ko diya tha.</w:t>
      </w:r>
    </w:p>
    <w:p>
      <w:pPr>
        <w:jc w:val="right"/>
      </w:pPr>
      <w:r>
        <w:t>तो because फिर मैंने उनको call रखा video like sign language में और जो भी language है उसमें मैंने उनको समझाया कि ऐसे ऐसे different तरीके हैं ad मौलाना sir यह कहते हैं तो यह तरीका है जो भी तरीके थे So like उन्होंने एक दो लोगों को दिया था.</w:t>
      </w:r>
    </w:p>
    <w:p>
      <w:r>
        <w:rPr>
          <w:b/>
        </w:rPr>
        <w:t xml:space="preserve">[28:54] </w:t>
      </w:r>
      <w:r>
        <w:t>So ma'am mera yeh tha question aapse ek toh mujhe ek experience hua ki maine bahut different cheeze thi aur mujhe yeh achha bhi laga and second mera yeh question tha ma'am ki matlab jaise woh hai Like mera yeh question tha.</w:t>
      </w:r>
    </w:p>
    <w:p>
      <w:pPr>
        <w:jc w:val="right"/>
      </w:pPr>
      <w:r>
        <w:t>So ma'am मेरा यह था question आपसे एक तो मुझे एक experience हुआ कि मैंने बहुत different चीज़ थी और मुझे यह अच्छा भी लगा and second मेरा यह question था ma'am कि मतलब जैसे वह है Like मेरा यह question था.</w:t>
      </w:r>
    </w:p>
    <w:p>
      <w:r>
        <w:rPr>
          <w:b/>
        </w:rPr>
        <w:t xml:space="preserve">[29:21] </w:t>
      </w:r>
      <w:r>
        <w:t>मतलब right है यह right way है उनको dawah work नहीं करना.</w:t>
      </w:r>
    </w:p>
    <w:p>
      <w:pPr>
        <w:jc w:val="right"/>
      </w:pPr>
      <w:r>
        <w:t>मतलब right है यह right way है उनको दावा walk नहीं करना.</w:t>
      </w:r>
    </w:p>
    <w:p>
      <w:r>
        <w:rPr>
          <w:b/>
        </w:rPr>
        <w:t xml:space="preserve">[29:27] </w:t>
      </w:r>
      <w:r>
        <w:t>Clear nahi tha thoda sa bata denge mukhtasar sa.</w:t>
      </w:r>
    </w:p>
    <w:p>
      <w:pPr>
        <w:jc w:val="right"/>
      </w:pPr>
      <w:r>
        <w:t>Clear नहीं था थोड़ा सा बता देंगे मक्तसर सा.</w:t>
      </w:r>
    </w:p>
    <w:p>
      <w:r>
        <w:rPr>
          <w:b/>
        </w:rPr>
        <w:t xml:space="preserve">[29:34] </w:t>
      </w:r>
      <w:r>
        <w:t>Ji ma'am, main yeh keh rahi thi ke jo bachche bowls mein nahi paate hain jinko complete matlab</w:t>
      </w:r>
    </w:p>
    <w:p>
      <w:pPr>
        <w:jc w:val="right"/>
      </w:pPr>
      <w:r>
        <w:t>जी ma'am, मैं यह कह रही थी कि जो बच्चे bowls में नहीं पाते हैं जिनको complete मतलब</w:t>
      </w:r>
    </w:p>
    <w:p>
      <w:r>
        <w:rPr>
          <w:b/>
        </w:rPr>
        <w:t xml:space="preserve">[29:40] </w:t>
      </w:r>
      <w:r>
        <w:t>उनकी एक अलग education होती है तो वह अलग education के हिसाब से the work करना चाहते हैं.</w:t>
      </w:r>
    </w:p>
    <w:p>
      <w:pPr>
        <w:jc w:val="right"/>
      </w:pPr>
      <w:r>
        <w:t>उनकी एक अलग education होती है तो वह अलग education के हिसाब से दांव work करना चाहते हैं.</w:t>
      </w:r>
    </w:p>
    <w:p>
      <w:r>
        <w:rPr>
          <w:b/>
        </w:rPr>
        <w:t xml:space="preserve">[29:47] </w:t>
      </w:r>
      <w:r>
        <w:t>to kya ma'am woh kar sakte hain daan work apne field mein?</w:t>
      </w:r>
    </w:p>
    <w:p>
      <w:pPr>
        <w:jc w:val="right"/>
      </w:pPr>
      <w:r>
        <w:t>तो क्या ma'am वह कर सकते हैं दांव work अपने field में?</w:t>
      </w:r>
    </w:p>
    <w:p>
      <w:r>
        <w:rPr>
          <w:b/>
        </w:rPr>
        <w:t xml:space="preserve">[29:54] </w:t>
      </w:r>
      <w:r>
        <w:t>Matlab woh bol nahi paate hain kya matlab? Jee jee woh bol bhi nahi paate hain, sun bhi nahi paate hain. Unki ek alag education rahi hai. Kya woh bilate</w:t>
      </w:r>
    </w:p>
    <w:p>
      <w:pPr>
        <w:jc w:val="right"/>
      </w:pPr>
      <w:r>
        <w:t>मतलब वह बोल नहीं पाते हैं क्या मतलब? जी जी वह बोल भी नहीं पाते हैं, sun भी नहीं पाते हैं. उनकी एक अलग education रही है. क्या वह बिलाते</w:t>
      </w:r>
    </w:p>
    <w:p>
      <w:r>
        <w:rPr>
          <w:b/>
        </w:rPr>
        <w:t xml:space="preserve">[30:23] </w:t>
      </w:r>
      <w:r>
        <w:t>Woh toh hamare mujhe toh yahi samajh mein aa raha hai ki jo hamare paas jo literature hai usi mein se kuch literature filhaal ke liye jab tak woh taiyar nahi ho jaate toh woh literature hi logon ko dein. Unko usi ka sawal milega kyunki insaan jitna kaam kar sakta hai toh usi par uska usko judge kiya jayega.</w:t>
      </w:r>
    </w:p>
    <w:p>
      <w:pPr>
        <w:jc w:val="right"/>
      </w:pPr>
      <w:r>
        <w:t>वह तो हमारे मुझे तो यही समझ में आ रहा है कि जो हमारे पास जो literature है उसी में से कुछ literature फ़िलहाल के लिए जब तक वह तैयार नहीं हो जाते तो वह literature ही लोगों को दें. उनको उसी का सवाल मिलेगा क्योंकि इंसान जितना काम कर सकता है तो उसी पर उसका उसको judge किया जाएगा.</w:t>
      </w:r>
    </w:p>
    <w:p>
      <w:r>
        <w:rPr>
          <w:b/>
        </w:rPr>
        <w:t xml:space="preserve">[30:49] </w:t>
      </w:r>
      <w:r>
        <w:t>Ab main nahi samajh pa rahi hoon ke woh kitna kaam kar sakte hain lekin literature to woh</w:t>
      </w:r>
    </w:p>
    <w:p>
      <w:pPr>
        <w:jc w:val="right"/>
      </w:pPr>
      <w:r>
        <w:t>अब मैं नहीं समझ पा रही हूं कि वह कितना काम कर सकते हैं लेकिन literature तो वह</w:t>
      </w:r>
    </w:p>
    <w:p>
      <w:r>
        <w:rPr>
          <w:b/>
        </w:rPr>
        <w:t xml:space="preserve">[30:54] </w:t>
      </w:r>
      <w:r>
        <w:t>de hi sakte hain kyunki ismein to koi problem nahin hai.</w:t>
      </w:r>
    </w:p>
    <w:p>
      <w:pPr>
        <w:jc w:val="right"/>
      </w:pPr>
      <w:r>
        <w:t>दे ही सकते हैं क्योंकि इसमें तो कोई problem नहीं है.</w:t>
      </w:r>
    </w:p>
    <w:p>
      <w:r>
        <w:rPr>
          <w:b/>
        </w:rPr>
        <w:t xml:space="preserve">[31:00] </w:t>
      </w:r>
      <w:r>
        <w:t>wah mujhe samajh mein nahin aa raha hai kaise karna hai kaam.</w:t>
      </w:r>
    </w:p>
    <w:p>
      <w:pPr>
        <w:jc w:val="right"/>
      </w:pPr>
      <w:r>
        <w:t>वह मुझे समझ में नहीं आ रहा है कैसे करना है काम.</w:t>
      </w:r>
    </w:p>
    <w:p>
      <w:r>
        <w:rPr>
          <w:b/>
        </w:rPr>
        <w:t xml:space="preserve">[31:05] </w:t>
      </w:r>
      <w:r>
        <w:t>aap zyada samjhenge isko.</w:t>
      </w:r>
    </w:p>
    <w:p>
      <w:pPr>
        <w:jc w:val="right"/>
      </w:pPr>
      <w:r>
        <w:t>आप ज़्यादा समझेंगे इसको.</w:t>
      </w:r>
    </w:p>
    <w:p>
      <w:r>
        <w:rPr>
          <w:b/>
        </w:rPr>
        <w:t xml:space="preserve">[31:11] </w:t>
      </w:r>
      <w:r>
        <w:t>jaise chhoti chhoti hamare pamphlet hai, leaflet hai, chhoti chhoti kitabein hain.</w:t>
      </w:r>
    </w:p>
    <w:p>
      <w:pPr>
        <w:jc w:val="right"/>
      </w:pPr>
      <w:r>
        <w:t>जैसे छोटी छोटी हमारे pamphlet है, leaflet है, छोटी छोटी किताबें हैं.</w:t>
      </w:r>
    </w:p>
    <w:p>
      <w:r>
        <w:rPr>
          <w:b/>
        </w:rPr>
        <w:t xml:space="preserve">[31:16] </w:t>
      </w:r>
      <w:r>
        <w:t>abhi ek love of god taiyar hui chhoti chhoti to wo logon ko de sakte hain, puran de sakte hain.</w:t>
      </w:r>
    </w:p>
    <w:p>
      <w:pPr>
        <w:jc w:val="right"/>
      </w:pPr>
      <w:r>
        <w:t>अभी एक love of god तैयार हुई छोटी छोटी तो वो लोगों को दे सकते हैं, पुरान दे सकते हैं.</w:t>
      </w:r>
    </w:p>
    <w:p>
      <w:r>
        <w:rPr>
          <w:b/>
        </w:rPr>
        <w:t xml:space="preserve">[31:22] </w:t>
      </w:r>
      <w:r>
        <w:t>baqi aap unki training karte rahiye kya pata hai kabhi wo taiyar ho jayen?</w:t>
      </w:r>
    </w:p>
    <w:p>
      <w:pPr>
        <w:jc w:val="right"/>
      </w:pPr>
      <w:r>
        <w:t>बाकी आप उनकी training करते रहिए क्या पता है कभी वह तैयार हो जाएं?</w:t>
      </w:r>
    </w:p>
    <w:p>
      <w:r>
        <w:rPr>
          <w:b/>
        </w:rPr>
        <w:t xml:space="preserve">[31:28] </w:t>
      </w:r>
      <w:r>
        <w:t>ji ma'am thank you.</w:t>
      </w:r>
    </w:p>
    <w:p>
      <w:pPr>
        <w:jc w:val="right"/>
      </w:pPr>
      <w:r>
        <w:t>जी ma'am thank you.</w:t>
      </w:r>
    </w:p>
    <w:p>
      <w:r>
        <w:rPr>
          <w:b/>
        </w:rPr>
        <w:t xml:space="preserve">[31:34] </w:t>
      </w:r>
      <w:r>
        <w:t>jizza kalapa aur maimoona sultana kuch kehna chah rahi hain?</w:t>
      </w:r>
    </w:p>
    <w:p>
      <w:pPr>
        <w:jc w:val="right"/>
      </w:pPr>
      <w:r>
        <w:t>जिज़्ज़ा कलापा और मैमूना सुल्ताना कुछ कहना चाह रही हैं?</w:t>
      </w:r>
    </w:p>
    <w:p>
      <w:r>
        <w:rPr>
          <w:b/>
        </w:rPr>
        <w:t xml:space="preserve">[31:40] </w:t>
      </w:r>
      <w:r>
        <w:t>phir uske baad baad mein.</w:t>
      </w:r>
    </w:p>
    <w:p>
      <w:pPr>
        <w:jc w:val="right"/>
      </w:pPr>
      <w:r>
        <w:t>फिर उसके बाद बाद में.</w:t>
      </w:r>
    </w:p>
    <w:p>
      <w:r>
        <w:rPr>
          <w:b/>
        </w:rPr>
        <w:t xml:space="preserve">[31:46] </w:t>
      </w:r>
      <w:r>
        <w:t>aapki awaaz nahin aa rahi hai?</w:t>
      </w:r>
    </w:p>
    <w:p>
      <w:pPr>
        <w:jc w:val="right"/>
      </w:pPr>
      <w:r>
        <w:t>आपकी आवाज़ नहीं आ रही है?</w:t>
      </w:r>
    </w:p>
    <w:p>
      <w:r>
        <w:rPr>
          <w:b/>
        </w:rPr>
        <w:t xml:space="preserve">[31:53] </w:t>
      </w:r>
      <w:r>
        <w:t>Main Maimoona Sultana, can you hear me? Yes, asslam alaikum. Yeah, please please speak loud. Asslam alaikum. Walikum asslam. Jee, mera sawal hai. Main aksar paigambar ke bare mein sochti hoon jitne bhi jo paigambar aaye hain duniya mein toh mera sawal yeh hai ki koi paigambar khatoon kyun nahi aayi?</w:t>
      </w:r>
    </w:p>
    <w:p>
      <w:pPr>
        <w:jc w:val="right"/>
      </w:pPr>
      <w:r>
        <w:t>मैं मुना सुल्ताना, can you hear me? Yes, लाम लेकुम. Yeah, please please speak loud. अस्लाम लिखुम. वालिक मुस्लाम. जी, मेरा सवाल है. मैं अक्सर पैगंबर के बारे में सोचती हूं जितने भी जो पैगंबर आए हैं दुनिया में तो मेरा सवाल यह है कि कोई पैगंबर खातून क्यों नहीं आई?</w:t>
      </w:r>
    </w:p>
    <w:p>
      <w:r>
        <w:rPr>
          <w:b/>
        </w:rPr>
        <w:t xml:space="preserve">[32:22] </w:t>
      </w:r>
      <w:r>
        <w:t>Matlab jals ke paigambar hone ke peeche Allah ka kya wisdom hai? Jaise Islam mein saare fook diye gaye hain, aurat ko woh mukam diya gaya hai. Khatoon ko woh saari fook diye gaye hain. Toh Allah ne khatoon ko paigambar kyun nahi banakar bheja? Yeh mera sawal hai.</w:t>
      </w:r>
    </w:p>
    <w:p>
      <w:pPr>
        <w:jc w:val="right"/>
      </w:pPr>
      <w:r>
        <w:t>मतलब jails के पैगंबर होने के पीछे अल्लाह का क्या wisdom है? जैसे इस्लाम में सारे फूक दिए गए हैं, औरत को वह मुकाम दिया गया है. खातुन को वह सारी फूख दिए गए हैं. तो अल्लाह ने खातुन को पैगंबर क्यों नहीं बनाकर भेजा? यह मेरा सवाल है.</w:t>
      </w:r>
    </w:p>
    <w:p>
      <w:r>
        <w:rPr>
          <w:b/>
        </w:rPr>
        <w:t xml:space="preserve">[32:46] </w:t>
      </w:r>
      <w:r>
        <w:t>Halat ke lihaz se kiya jata hai na ancient times mein aur kaise itna sakht halaat the kaise kaam kar sakti thi.</w:t>
      </w:r>
    </w:p>
    <w:p>
      <w:pPr>
        <w:jc w:val="right"/>
      </w:pPr>
      <w:r>
        <w:t>हालात के लिहाज से किया जाता है ना ancient times में और कैसे इतना सख़्त हालात थे कैसे काम कर सकती थी.</w:t>
      </w:r>
    </w:p>
    <w:p>
      <w:r>
        <w:rPr>
          <w:b/>
        </w:rPr>
        <w:t xml:space="preserve">[32:56] </w:t>
      </w:r>
      <w:r>
        <w:t>jang hoti thi wahan par oont par safar karna hota tha aur khane peene to nahin milta tha</w:t>
      </w:r>
    </w:p>
    <w:p>
      <w:pPr>
        <w:jc w:val="right"/>
      </w:pPr>
      <w:r>
        <w:t>जंग होती थी वहां पर ऊंट पर सफर करना होता था और खाने पीने तो नहीं मिलता था</w:t>
      </w:r>
    </w:p>
    <w:p>
      <w:r>
        <w:rPr>
          <w:b/>
        </w:rPr>
        <w:t xml:space="preserve">[33:03] </w:t>
      </w:r>
      <w:r>
        <w:t>bhukhe rehna padta tha bahar jab safar mein jate the to bahut hi sakht halaat the to aur</w:t>
      </w:r>
    </w:p>
    <w:p>
      <w:pPr>
        <w:jc w:val="right"/>
      </w:pPr>
      <w:r>
        <w:t>भूखे रहना पड़ता था बाहर जब सफर में जाते थे तो बहुत ही सख़्त हालात थे तो और</w:t>
      </w:r>
    </w:p>
    <w:p>
      <w:r>
        <w:rPr>
          <w:b/>
        </w:rPr>
        <w:t xml:space="preserve">[33:11] </w:t>
      </w:r>
      <w:r>
        <w:t>koi baat nahin aurat ko poora mukam diya gaya poora darja diya gaya aur hazrat mariyam par inspiration</w:t>
      </w:r>
    </w:p>
    <w:p>
      <w:pPr>
        <w:jc w:val="right"/>
      </w:pPr>
      <w:r>
        <w:t>कोई बात नहीं औरत को पूरा मुकाम दिया गया पूरा दर्जा दिया गया और हजरत मरियम पर inspiration</w:t>
      </w:r>
    </w:p>
    <w:p>
      <w:r>
        <w:rPr>
          <w:b/>
        </w:rPr>
        <w:t xml:space="preserve">[33:19] </w:t>
      </w:r>
      <w:r>
        <w:t>bhi aata tha aur unke bare mein poori poora chapter hai quran mein.</w:t>
      </w:r>
    </w:p>
    <w:p>
      <w:pPr>
        <w:jc w:val="right"/>
      </w:pPr>
      <w:r>
        <w:t>भी आता था और उनके बारे में पूरी पूरा chapter है कुरान में.</w:t>
      </w:r>
    </w:p>
    <w:p>
      <w:r>
        <w:rPr>
          <w:b/>
        </w:rPr>
        <w:t xml:space="preserve">[33:27] </w:t>
      </w:r>
      <w:r>
        <w:t>Hazrat Zakariya unke paas aate the toh woh bahut achhi achhi baatein spiritual baatein karti thi toh woh poochte the yeh risk tumko kahan se milta hai? Toh woh batati thi Khuda ke baad se milta hai. Toh risk ko logon ne asal mein baaton ko samjha hi nahi na woh risk ko samjhe the ki tray mein bharkar khana jannat se aata tha fal aata tha. Woh nahi spiritual provision tha.</w:t>
      </w:r>
    </w:p>
    <w:p>
      <w:pPr>
        <w:jc w:val="right"/>
      </w:pPr>
      <w:r>
        <w:t>हजरत ज़करिया उनके पास आते थे तो वह बहुत अच्छी अच्छी बातें spiritual बातें करती थी तो वह पूछते थे यह risk तुमको कहां से मिलता है? तो वह बताती थी खुदा के बाद से मिलता है. तो risk को लोगों ने असल में बातों को समझा ही नहीं ना वह risk को समझे थे कि tray में भरकर खाना जन्नत से आता था फ़ल आता था. वह नहीं spiritual provision था.</w:t>
      </w:r>
    </w:p>
    <w:p>
      <w:r>
        <w:rPr>
          <w:b/>
        </w:rPr>
        <w:t xml:space="preserve">[33:52] </w:t>
      </w:r>
      <w:r>
        <w:t>Spiritual risk wisdom ki baatein, spiritual baatein, marfat ki baatein toh jitna ho sakta tha utna aurat ko darja mila. Ab Hazrat Hazra ko zaroor Hazrat Jibreel allam aaye honge unko solace diya hoga. Phir Hazrat Khadija ne itna bada role ada kiya. Hazrat Jimraheel ne unko salam kahlaaya.</w:t>
      </w:r>
    </w:p>
    <w:p>
      <w:pPr>
        <w:jc w:val="right"/>
      </w:pPr>
      <w:r>
        <w:t>Spiritual risk wisdom की बातें, spiritual बातें, मार्फत की बातें तो जितना हो सकता था उतना औरत को दर्जा मिला. अब हज़रत हज़रा को ज़रूर हज़र जिव्रेल अल्लाम आए होंगे उनको solace दिया होगा. फिर हज़रत खदीजा ने इतना बड़ा role अदा किया. हजरत जिमराहील ने उनको सलाम कहलाया.</w:t>
      </w:r>
    </w:p>
    <w:p>
      <w:r>
        <w:rPr>
          <w:b/>
        </w:rPr>
        <w:t xml:space="preserve">[34:17] </w:t>
      </w:r>
      <w:r>
        <w:t>hazrat ayesha ne jitna matlab jo ho sakta tha har zamane ke lihaz se kaam kiya jata hai na.</w:t>
      </w:r>
    </w:p>
    <w:p>
      <w:pPr>
        <w:jc w:val="right"/>
      </w:pPr>
      <w:r>
        <w:t>हजरत आयशा ने जितना मतलब जो हो सकता था हर जमाने के लिहाज से काम किया जाता है ना.</w:t>
      </w:r>
    </w:p>
    <w:p>
      <w:r>
        <w:rPr>
          <w:b/>
        </w:rPr>
        <w:t xml:space="preserve">[34:26] </w:t>
      </w:r>
      <w:r>
        <w:t>ab aaj agar shayad aaj agar koi paak-e-ambar aata to aurat bhi ho sakti thi aaj halaat bilkul</w:t>
      </w:r>
    </w:p>
    <w:p>
      <w:pPr>
        <w:jc w:val="right"/>
      </w:pPr>
      <w:r>
        <w:t>अब आज अगर शायद आज अगर कोई पैकंबर आता तो औरत भी हो सकती थी आज हालात बिल्कुल</w:t>
      </w:r>
    </w:p>
    <w:p>
      <w:r>
        <w:rPr>
          <w:b/>
        </w:rPr>
        <w:t xml:space="preserve">[34:35] </w:t>
      </w:r>
      <w:r>
        <w:t>different hain na us zamane ke halaat mein to bahut hi taqatwar aadmi strong aadmi chahiye tha jaise</w:t>
      </w:r>
    </w:p>
    <w:p>
      <w:pPr>
        <w:jc w:val="right"/>
      </w:pPr>
      <w:r>
        <w:t>different है ना उस जमाने के हालात में तो बहुत ही ताकतवर आदमी strong आदमी चाहिए था जैसे</w:t>
      </w:r>
    </w:p>
    <w:p>
      <w:r>
        <w:rPr>
          <w:b/>
        </w:rPr>
        <w:t xml:space="preserve">[34:44] </w:t>
      </w:r>
      <w:r>
        <w:t>hazrat musal e istilam to bahut zyada strong the inspiration mila tabhi to unko bataya jakar bachche ko</w:t>
      </w:r>
    </w:p>
    <w:p>
      <w:pPr>
        <w:jc w:val="right"/>
      </w:pPr>
      <w:r>
        <w:t>हजरत मुसाल ए इस्तलाम तो बहुत ज़्यादा strong थे Inspiration मिला तभी तो उनको बताया जाकर बच्चे को</w:t>
      </w:r>
    </w:p>
    <w:p>
      <w:r>
        <w:rPr>
          <w:b/>
        </w:rPr>
        <w:t xml:space="preserve">[34:53] </w:t>
      </w:r>
      <w:r>
        <w:t>adar ya neel mein ek basket mein daal do.</w:t>
      </w:r>
    </w:p>
    <w:p>
      <w:pPr>
        <w:jc w:val="right"/>
      </w:pPr>
      <w:r>
        <w:t>अदर या नील में एक basket में डाल दूं.</w:t>
      </w:r>
    </w:p>
    <w:p>
      <w:r>
        <w:rPr>
          <w:b/>
        </w:rPr>
        <w:t xml:space="preserve">[35:02] </w:t>
      </w:r>
      <w:r>
        <w:t>Toh zaroorat ke mutabik aurat ko bhi inspiration mila hai. Usmein aapne poore mauke ko avail karke kaam kiya ki nahi kiya?</w:t>
      </w:r>
    </w:p>
    <w:p>
      <w:pPr>
        <w:jc w:val="right"/>
      </w:pPr>
      <w:r>
        <w:t>तो ज़रूरत के मुताबिक औरत को भी inspiration मिला है. उसमें आपने पूरे मौके को avail करके काम किया कि नहीं किया?</w:t>
      </w:r>
    </w:p>
    <w:p>
      <w:r>
        <w:rPr>
          <w:b/>
        </w:rPr>
        <w:t xml:space="preserve">[35:28] </w:t>
      </w:r>
      <w:r>
        <w:t>Toh aurat ko jo mauka mil raha hai woh kaam kare yeh sab jo hai na yeh sab aap sochiye bhi mat. Yeh sab sochna bhi nahi chahiye kyunki isse phir nashukri paida hogi. Nashukri bilkul abba kehte the Islam ki shariyat mein nashukri haram hai. Isko bilkul haram samjhiye ki aurat kyun nahi woh yeh yeh aala mukam diya gaya.</w:t>
      </w:r>
    </w:p>
    <w:p>
      <w:pPr>
        <w:jc w:val="right"/>
      </w:pPr>
      <w:r>
        <w:t>तो औरत को जो मौका मिल रहा है वह काम करे यह सब जो है ना यह सब आप सोचिए भी मत. यह सब सोचना भी नहीं चाहिए क्योंकि इससे फिर नाशुक्री पैदा होगी. नाशुक्री बिल्कुल अब्बा कहते थे इस्लाम की शरीयत में नाशुक्री हराम है. इसको बिल्कुल हराम समझिए कि औरत क्यों नहीं वह यह यह आला मुकाम दिया गया.</w:t>
      </w:r>
    </w:p>
    <w:p>
      <w:r>
        <w:rPr>
          <w:b/>
        </w:rPr>
        <w:t xml:space="preserve">[35:53] </w:t>
      </w:r>
      <w:r>
        <w:t>Inshallah yeh mukam jannat mein milega aur raat aur mard wahan par barabar honge. Jee jaza kalam. Jee jaza kalam hoon. Haan jaza kalam ek aur lady hai jinka naam mujhe samajh mein nahi aa raha hai. Razia aap kuch kehna chah rahi hain? Jee. Jee boliye. Asslam alaikum. Asslam alaikum? Walikum asslam. Walikum asslam. Jee boliye. Haan.</w:t>
      </w:r>
    </w:p>
    <w:p>
      <w:pPr>
        <w:jc w:val="right"/>
      </w:pPr>
      <w:r>
        <w:t>Inshallah यह मुकाम जन्नत में मिलेगा और रात और मार्द वहां पर बराबर होंगे. जी जज़ा कल्लाम. जी जज़ा कल्लाम हूं. हां जज़ा कल्लाम एक और lady है जिनका नाम मुझे समझ में नहीं आ रहा है. राजिया आप कुछ कहना चाह रही हैं? जी. जी बोलिए. अस्लाम लिखू. अस्लाम अलीखून? वालिक मस्लाम. वालिक मस्लाम. जी बोलिए. हां.</w:t>
      </w:r>
    </w:p>
    <w:p>
      <w:r>
        <w:rPr>
          <w:b/>
        </w:rPr>
        <w:t xml:space="preserve">[36:22] </w:t>
      </w:r>
      <w:r>
        <w:t>Aap jo abhi inhone sawal kiya hai us par mere zehan mein ek khayal aaya ki yeh bhi toh kaha jata hai ki Allah taala apne bande par uski capacity se zyada responsibility nahi dalta. Toh phir main jaise Fareeda aap ne bataya hai ki us us zamane mein toh ladies ke liye mushkil tha. Toh phir waise bhi ladies ko dekha jaye toh phir woh itni pareshaniyon mein kaise ja paati?</w:t>
      </w:r>
    </w:p>
    <w:p>
      <w:pPr>
        <w:jc w:val="right"/>
      </w:pPr>
      <w:r>
        <w:t>आप जो अभी इन्होंने सवाल किया है उस पर मेरे ज़हन में एक ख्याल आया कि यह भी तो कहा जाता है कि अल्लाह तालाह अपने बंदे पर उसकी capacity से ज़्यादा responsibility नहीं डालता. तो फिर मैं जैसे फरीदा आप ने बताया है कि उस उस ज़माने में तो ladies के लिए मुश्किल था. तो फिर वैसे भी ladies को देखा जाए तो फिर वह इतनी परेशानियों में कैसे जा पाती?</w:t>
      </w:r>
    </w:p>
    <w:p>
      <w:r>
        <w:rPr>
          <w:b/>
        </w:rPr>
        <w:t xml:space="preserve">[36:48] </w:t>
      </w:r>
      <w:r>
        <w:t>Toh ek capacity bhi dekhi jati hai ki Allah ne jis jitna diya hai ki woh usko nibha sakta hai us duty ko. Toh Allah taala phir usi se karate hain na? Jee haan bilkul sahi karein aap. Ek ek ek question yeh bhi hai aap ki jaise bataya hai aapne ki woh unko unki matlab zindagi se humko seekhna hai. Matlab woh hamare liye model hai.</w:t>
      </w:r>
    </w:p>
    <w:p>
      <w:pPr>
        <w:jc w:val="right"/>
      </w:pPr>
      <w:r>
        <w:t>तो एक capacity भी देखी जाती है कि अल्लाह ने जिसको जिस जितना दिया है कि वह उसको निभा सकता है उस duty को. तो अल्लाह तालाह फिर उसी से कराते हैं ना? जी हां बिल्कुल सही करें आप. एक एक एक question यह भी है आप कि जैसे बताया है आपने कि वह उनको उनकी मतलब ज़िंदगी से हमको सीखना है. मतलब वह हमारे लिए model है.</w:t>
      </w:r>
    </w:p>
    <w:p>
      <w:r>
        <w:rPr>
          <w:b/>
        </w:rPr>
        <w:t xml:space="preserve">[37:16] </w:t>
      </w:r>
      <w:r>
        <w:t>lekin main yeh bhi poochna chahti hoon ke kya hamari kuch liabilities, kuch responsibilities bhi banti hain? ji aapki question bohat clear nahi hai. aap responsibilities ke sense mein bol rahi hain. usko thoda bahut clear kijiye. jaise humko hum unki umeed hai.</w:t>
      </w:r>
    </w:p>
    <w:p>
      <w:pPr>
        <w:jc w:val="right"/>
      </w:pPr>
      <w:r>
        <w:t>लेकिन मैं यह भी पूछना चाहती हूं कि क्या हमारी कुछ liabilities, कुछ responsibilities भी बनती हैं? जी आपकी question बहुत clear नहीं है. आप responsibilities के sense में बोल रही हैं. उसको थोड़ा बहुत clear कीजिए. जैसे हमको हम उनकी उम्मीद है.</w:t>
      </w:r>
    </w:p>
    <w:p>
      <w:r>
        <w:rPr>
          <w:b/>
        </w:rPr>
        <w:t xml:space="preserve">[37:41] </w:t>
      </w:r>
      <w:r>
        <w:t>to ab ek cheez to mujhe CPS se judne ke baad pata chali hai ke humko dawa daawat badkar karna hai, theek hai? to woh to theek hai. uske alawa hum umeed hone ke lihaaz se hum par kaun si zimmedariyan aaye hoti hain?</w:t>
      </w:r>
    </w:p>
    <w:p>
      <w:pPr>
        <w:jc w:val="right"/>
      </w:pPr>
      <w:r>
        <w:t>तो अब एक चीज़ तो मुझे CPS से जुड़ने के बाद पता चली है कि हमको दावा दावत बदकर करना है, ठीक है? तो वह तो ठीक है. उसके अलावा हम उम्मीद होने के लिहाज से हम पर कौन सी ज़िम्मेदारियां आए होती हैं?</w:t>
      </w:r>
    </w:p>
    <w:p>
      <w:r>
        <w:rPr>
          <w:b/>
        </w:rPr>
        <w:t xml:space="preserve">[38:02] </w:t>
      </w:r>
      <w:r>
        <w:t>sabse bada kaam to dawa work hi karna hai aur bachchon ko islami lihaaz se unki training karein apne ghar walon ko apne family members ko train karein. islamilihaaz se bohat sari ladies hain jo kuch na kuch bachchon ko batati rehti hain, batati rehti hain. yahan tak ke bachchon ko poora mission samajh mein aa jata hai.</w:t>
      </w:r>
    </w:p>
    <w:p>
      <w:pPr>
        <w:jc w:val="right"/>
      </w:pPr>
      <w:r>
        <w:t>सबसे बड़ा काम तो दावा work ही करना है और बच्चों को इस्लामी लिहाज से उनकी training करें अपने घर वालों को अपने family members को train करें. इस्लामीलिहाज से बहुत सारी ladies हैं जो कुछ ना कुछ बच्चों को बताती रहती हैं, बताती रहती हैं. यहां तक के बच्चों को पूरा mission समझ में आ जाता है.</w:t>
      </w:r>
    </w:p>
    <w:p>
      <w:r>
        <w:rPr>
          <w:b/>
        </w:rPr>
        <w:t xml:space="preserve">[38:24] </w:t>
      </w:r>
      <w:r>
        <w:t>to ghar ka woh mahaul banayein taake bachchon ko poori tarah se unki training ho aur jitna bahar mauka mile utna bahar kaam karein aur auraton ne aisa nahi ke aaj hi kaam kar rahi hain. rasoolullah sallam ne auraton ko poora mauka diya.</w:t>
      </w:r>
    </w:p>
    <w:p>
      <w:pPr>
        <w:jc w:val="right"/>
      </w:pPr>
      <w:r>
        <w:t>तो घर का वह माहौल बनाएं ताकि बच्चों को पूरी तरीके से उनकी training हो और जितना बाहर मौका मिले उतना बाहर काम करें और औरतों ने ऐसा नहीं कि आज ही काम कर रही हैं. रसूल्लाह सलाम ने औरतों को पूरा मौका दिया.</w:t>
      </w:r>
    </w:p>
    <w:p>
      <w:r>
        <w:rPr>
          <w:b/>
        </w:rPr>
        <w:t xml:space="preserve">[38:41] </w:t>
      </w:r>
      <w:r>
        <w:t>masjid mein jaati thi, sermon attend karti thi aur har tarah se unko mauka tha aur yahan tak us zamane ki jo sari jo primary education thi bachchon ki woh sab auratein hi uska intezaam karti thi unke gharon mein taleem deti thi aur yeh to hazaar varsh tak chalta raha.</w:t>
      </w:r>
    </w:p>
    <w:p>
      <w:pPr>
        <w:jc w:val="right"/>
      </w:pPr>
      <w:r>
        <w:t>मस्जिद में जाती थी, sermon attend करती थी और हर तरह से उनको मौका था और यहां तक उस ज़माने की जो सारी जो primary education थी बच्चों की वह सब औरतें ही उसका इंतज़ाम करती थी उनके घरों में तालीम देती थी और यह तो हज़ार वर्ष तक चलता रहा.</w:t>
      </w:r>
    </w:p>
    <w:p>
      <w:r>
        <w:rPr>
          <w:b/>
        </w:rPr>
        <w:t xml:space="preserve">[39:00] </w:t>
      </w:r>
      <w:r>
        <w:t>ab jo naya zamana aaya hai nai technology aayi hai literature aaya hai to ab hum dawa work bahar nikal kar bhi kar sakte hain nahi gharon mein to auratein sab kaam kar hi rahi thi. auraton ne kabhi koi kami nahi ki lekin bas masla hi hai ke auraton ki baaton ko record bohat kam kiya gaya hai. auratein ghar mein rehti thi to utna record mein aayi nahi tareekh mein unka record kam milta hai lekin kaam to unhone bohat zyada kiya hai.</w:t>
      </w:r>
    </w:p>
    <w:p>
      <w:pPr>
        <w:jc w:val="right"/>
      </w:pPr>
      <w:r>
        <w:t>अब जो नया ज़माना आया है नई technology आई है literature आया है तो अब हम दावा work बाहर निकलकर भी कर सकते हैं नहीं घरों में तो औरतें सब काम कर ही रही थी. औरतों ने कभी कोई कमी नहीं की लेकिन बस मसला ही है कि औरतों की बातों को record बहुत कम किया गया है. औरतें घर में रहती थी तो उतना record में आई नहीं तारीख में उनका record कम मिलता है लेकिन काम तो उन्होंने बहुत ज़्यादा किया है.</w:t>
      </w:r>
    </w:p>
    <w:p>
      <w:r>
        <w:rPr>
          <w:b/>
        </w:rPr>
        <w:t xml:space="preserve">[39:29] </w:t>
      </w:r>
      <w:r>
        <w:t>kaam mein auraton ne koi kami nahin ki hai.</w:t>
      </w:r>
    </w:p>
    <w:p>
      <w:pPr>
        <w:jc w:val="right"/>
      </w:pPr>
      <w:r>
        <w:t>काम में औरतों ने कोई कमी नहीं की है.</w:t>
      </w:r>
    </w:p>
    <w:p>
      <w:r>
        <w:rPr>
          <w:b/>
        </w:rPr>
        <w:t xml:space="preserve">[39:35] </w:t>
      </w:r>
      <w:r>
        <w:t>hadrat asha itna zyada unko yeh room tha ki bahut sare sahwa jab koi baat unko samajh mein</w:t>
      </w:r>
    </w:p>
    <w:p>
      <w:pPr>
        <w:jc w:val="right"/>
      </w:pPr>
      <w:r>
        <w:t>हदरत आशा इतना ज़्यादा उनको यह room था कि बहुत सारे साहवा जब कोई बात उनको समझ में</w:t>
      </w:r>
    </w:p>
    <w:p>
      <w:r>
        <w:rPr>
          <w:b/>
        </w:rPr>
        <w:t xml:space="preserve">[39:41] </w:t>
      </w:r>
      <w:r>
        <w:t>nahin aati thi to wo unse samajhne ke liye aate the aur khali hadrat asha hi nahin bahut</w:t>
      </w:r>
    </w:p>
    <w:p>
      <w:pPr>
        <w:jc w:val="right"/>
      </w:pPr>
      <w:r>
        <w:t>नहीं आती थी तो वह उनसे समझने के लिए आते थे और खाली हदरत आशा ही नहीं बहुत</w:t>
      </w:r>
    </w:p>
    <w:p>
      <w:r>
        <w:rPr>
          <w:b/>
        </w:rPr>
        <w:t xml:space="preserve">[39:48] </w:t>
      </w:r>
      <w:r>
        <w:t>zyada kaam auraton ne kiya hai ab jab ek bahut hi badi woh hai ki tadariyon ko zamane</w:t>
      </w:r>
    </w:p>
    <w:p>
      <w:pPr>
        <w:jc w:val="right"/>
      </w:pPr>
      <w:r>
        <w:t>ज़्यादा काम औरतों ने किया है अब जब एक बहुत ही बड़ी वह है कि तादारियों को जमाने</w:t>
      </w:r>
    </w:p>
    <w:p>
      <w:r>
        <w:rPr>
          <w:b/>
        </w:rPr>
        <w:t xml:space="preserve">[39:54] </w:t>
      </w:r>
      <w:r>
        <w:t>mein jabki itna zabardast mangolon ne hamla kiya tha ki ek ek shahar mein lakhon lakhon logon ko</w:t>
      </w:r>
    </w:p>
    <w:p>
      <w:pPr>
        <w:jc w:val="right"/>
      </w:pPr>
      <w:r>
        <w:t>में जबकि इतना ज़बरदस्त मंगोलों ने हमला किया था कि एक एक शहर में लाखों लाखों लोगों को</w:t>
      </w:r>
    </w:p>
    <w:p>
      <w:r>
        <w:rPr>
          <w:b/>
        </w:rPr>
        <w:t xml:space="preserve">[40:01] </w:t>
      </w:r>
      <w:r>
        <w:t>maar dala tha, masjidें sari dha di thi sare hadare jo hai maza madarse wagera sab dha diye</w:t>
      </w:r>
    </w:p>
    <w:p>
      <w:pPr>
        <w:jc w:val="right"/>
      </w:pPr>
      <w:r>
        <w:t>मार डाला था, मस्जिदें सारी ढा दी थी सारे हदारे जो है मज़ा मदर्शे वगैरह सब ढा दिए</w:t>
      </w:r>
    </w:p>
    <w:p>
      <w:r>
        <w:rPr>
          <w:b/>
        </w:rPr>
        <w:t xml:space="preserve">[40:07] </w:t>
      </w:r>
      <w:r>
        <w:t>the aur unhon ne mardon ko to maar dala tha auraton ko jo hai woh unko bejra samajhte the</w:t>
      </w:r>
    </w:p>
    <w:p>
      <w:pPr>
        <w:jc w:val="right"/>
      </w:pPr>
      <w:r>
        <w:t>थे और उन्होंने मर्दों को तो मार डाला था औरतों को जो है वह उनको बेजरा समझते थे</w:t>
      </w:r>
    </w:p>
    <w:p>
      <w:r>
        <w:rPr>
          <w:b/>
        </w:rPr>
        <w:t xml:space="preserve">[40:14] </w:t>
      </w:r>
      <w:r>
        <w:t>unko utha le gaye gharon mein kuch kisi se shadi kari kisi zyada tar mistress bana kar apne khadim bana kar</w:t>
      </w:r>
    </w:p>
    <w:p>
      <w:pPr>
        <w:jc w:val="right"/>
      </w:pPr>
      <w:r>
        <w:t>उनको उठा ले गए घरों में कुछ किसी से शादी करी किसी ज़्यादातर mistress बनाकर अपने खादिम बनाकर</w:t>
      </w:r>
    </w:p>
    <w:p>
      <w:r>
        <w:rPr>
          <w:b/>
        </w:rPr>
        <w:t xml:space="preserve">[40:20] </w:t>
      </w:r>
      <w:r>
        <w:t>woh sab apne gharon mein rakh liya.</w:t>
      </w:r>
    </w:p>
    <w:p>
      <w:pPr>
        <w:jc w:val="right"/>
      </w:pPr>
      <w:r>
        <w:t>वह सब अपने घरों में रख लिया.</w:t>
      </w:r>
    </w:p>
    <w:p>
      <w:r>
        <w:rPr>
          <w:b/>
        </w:rPr>
        <w:t xml:space="preserve">[40:27] </w:t>
      </w:r>
      <w:r>
        <w:t>ab yeh auraten us zamane mein dekhiye auraten itni zyada samajhdar thi, padhi likhi thi ki unhon ne woh</w:t>
      </w:r>
    </w:p>
    <w:p>
      <w:pPr>
        <w:jc w:val="right"/>
      </w:pPr>
      <w:r>
        <w:t>अब यह औरतें उस ज़माने में देखिए औरतें इतनी ज़्यादा समझदार थी, पढ़ी लिखी थी कि उन्होंने वो</w:t>
      </w:r>
    </w:p>
    <w:p>
      <w:r>
        <w:rPr>
          <w:b/>
        </w:rPr>
        <w:t xml:space="preserve">[40:34] </w:t>
      </w:r>
      <w:r>
        <w:t>jo mangol se tar tarthe woh log toh woh the barbarians the aur yeh auraten sari culture</w:t>
      </w:r>
    </w:p>
    <w:p>
      <w:pPr>
        <w:jc w:val="right"/>
      </w:pPr>
      <w:r>
        <w:t>जो मंगोल से तार तार्थ थे वो लोग तो वो थे barbarians थे और ये औरतें सारी culture</w:t>
      </w:r>
    </w:p>
    <w:p>
      <w:r>
        <w:rPr>
          <w:b/>
        </w:rPr>
        <w:t xml:space="preserve">[40:41] </w:t>
      </w:r>
      <w:r>
        <w:t>thi civilized thi padhi likhi thi toh un logon ne negative nahi hui balki unhon ne kya kiya ki</w:t>
      </w:r>
    </w:p>
    <w:p>
      <w:pPr>
        <w:jc w:val="right"/>
      </w:pPr>
      <w:r>
        <w:t>थी civilized थी पढ़ी लिखी थी तो उन लोगों ने negative नहीं हुई बल्कि उन्होंने क्या किया कि</w:t>
      </w:r>
    </w:p>
    <w:p>
      <w:r>
        <w:rPr>
          <w:b/>
        </w:rPr>
        <w:t xml:space="preserve">[40:49] </w:t>
      </w:r>
      <w:r>
        <w:t>ghar ke mahaul ko dheere dheere dheere dheere badalna shuru kiya aur bachchon ko samjhana shuru kiya tarah</w:t>
      </w:r>
    </w:p>
    <w:p>
      <w:pPr>
        <w:jc w:val="right"/>
      </w:pPr>
      <w:r>
        <w:t>घर के माहौल को धीरे धीरे धीरे धीरे बदलना शुरू किया और बच्चों को समझाना शुरू किया तरह</w:t>
      </w:r>
    </w:p>
    <w:p>
      <w:r>
        <w:rPr>
          <w:b/>
        </w:rPr>
        <w:t xml:space="preserve">[40:56] </w:t>
      </w:r>
      <w:r>
        <w:t>tarah se islam ki baaten bahut hi indirectly aur bahut hi peaceful bhi unhon ne samjhati nahi samjhati nahi.</w:t>
      </w:r>
    </w:p>
    <w:p>
      <w:pPr>
        <w:jc w:val="right"/>
      </w:pPr>
      <w:r>
        <w:t>तरह से इस्लाम की बातें बहुत ही indirectly और बहुत ही peaceful भी उन्होंने समझाती नहीं समझाती नहीं.</w:t>
      </w:r>
    </w:p>
    <w:p>
      <w:r>
        <w:rPr>
          <w:b/>
        </w:rPr>
        <w:t xml:space="preserve">[41:04] </w:t>
      </w:r>
      <w:r>
        <w:t>yahan tak ek waqt aaya lambi kahani hai ek waqt aaya inhi tamam tathariyon ne islam ko ulta kar liya aur yeh jo mughal rulers hain yeh sab wahi hain to tamam logon ne islam ko hold kar liya to auraton ne bohat kaam kiya hai auratein unko record nahi kiya gaya hai masla yeh hai.</w:t>
      </w:r>
    </w:p>
    <w:p>
      <w:pPr>
        <w:jc w:val="right"/>
      </w:pPr>
      <w:r>
        <w:t>यहां तक एक वक्त आया लंबी कहानी है एक वक्त आया इन्हीं तमाम ताथारियों ने इस्लाम को उल्ल कर लिया और यह जो मुगल rulers हैं यह सब वही हैं तो तमाम लोगों ने इस्लाम को hold कर लिया तो औरतों ने बहुत काम किया है औरतें उनको record नहीं किया गया है मसला यह है.</w:t>
      </w:r>
    </w:p>
    <w:p>
      <w:r>
        <w:rPr>
          <w:b/>
        </w:rPr>
        <w:t xml:space="preserve">[41:30] </w:t>
      </w:r>
      <w:r>
        <w:t>jahan tak main apne experience se main batana cha rahi hoon raziya ke auraton ke paas bohat zyada opportunity hai mardon ke hisab se. jaise ke auraton ko allah taala ne multitasking banaya hai aur yahi ek wajah hai ke hamare paas kai sare platforms hain. jaise ke main ek chhoti si example de pichhle hafte mere my eldest son unke jo college compete ya job mein hai unke do friend aaye hue the mere ghar par.</w:t>
      </w:r>
    </w:p>
    <w:p>
      <w:pPr>
        <w:jc w:val="right"/>
      </w:pPr>
      <w:r>
        <w:t>जहां तक मैं अपने experience से मैं बताना चाह रही हूं राजिया कि औरतों के पास बहुत ज़्यादा opportunity है मर्दों के हिसाब से. जैसे कि औरतों को अल्लाह ताला ने multitasking बनाया है और यही एक वजह है कि हमारे पास कई सारे platforms हैं. जैसे कि मैं एक छोटी सी example दे पिछले हफ्ते मेरे my eldest son उनके जो college compete या job में है उनके दो friend आए हुए थे मेरे घर पर.</w:t>
      </w:r>
    </w:p>
    <w:p>
      <w:r>
        <w:rPr>
          <w:b/>
        </w:rPr>
        <w:t xml:space="preserve">[41:58] </w:t>
      </w:r>
      <w:r>
        <w:t>to jab woh jaane lage to maine unko quran ko introduce kiya aur unko gift kiya. jaate waqt dono non muslim the. to aap is tarah ke dekhiyega informal settings mein auraton ko bohat zyada ladies jo hum maein hain, mothers hain, sisters hain. hum sirf ek apne liye ek awareness create karein ke hamara ek bohat hi important role hai dawa karne ka, dawat ka kaam karne ka.</w:t>
      </w:r>
    </w:p>
    <w:p>
      <w:pPr>
        <w:jc w:val="right"/>
      </w:pPr>
      <w:r>
        <w:t>तो जब वह जाने लगे तो मैंने उनको कुरान को introduce किया और उनको gift किया. जाते वक्त दोनों non Muslim थे. तो आप इस तरह के देखिएगा informal settings में औरतों को बहुत ज़्यादा ladies जो हम माएं हैं, mothers हैं, sisters हैं. हम सिर्फ एक अपने लिए एक awareness create करें कि हमारा एक बहुत ही important role है दावा करने का, दावती काम करने का.</w:t>
      </w:r>
    </w:p>
    <w:p>
      <w:r>
        <w:rPr>
          <w:b/>
        </w:rPr>
        <w:t xml:space="preserve">[42:22] </w:t>
      </w:r>
      <w:r>
        <w:t>to aap apne aap hi dekhiye jab aap khud conscious ho jayenge na to aap har opportunity ko, kisi bhi opportunity ko aap lose nahi karenge. aap dekhiye ek ghar mein, ek ghar ki setting mein maine ek dawa work kar liya. to is tarah se opportunities har din har bohat zyada mauke milte hain hum ladies ko. to it is just upon us to avail those opportunities. kar lo, zyada kar lo. ek aur lady hain jinka naam mujhe samajh mein nahi aa raha hai.</w:t>
      </w:r>
    </w:p>
    <w:p>
      <w:pPr>
        <w:jc w:val="right"/>
      </w:pPr>
      <w:r>
        <w:t>तो आप अपने आप ही देखिए जब आप खुद conscious हो जाएंगे ना तो आप हर opportunity को, किसी भी opportunity को आप lose नहीं करेंगे. आप देखिए एक घर में, एक घर की setting में मैंने एक दावा work कर लिया. तो इस तरह से opportunities हर दिन हर बहुत ज़्यादा मौके मिलते हैं हम ladies को. तो it is just upon us to avail those opportunities. कर लो, ज़्यादा कर लो. एक और lady हैं जिनका नाम मुझे समझ में नहीं आ रहा है.</w:t>
      </w:r>
    </w:p>
    <w:p>
      <w:r>
        <w:rPr>
          <w:b/>
        </w:rPr>
        <w:t xml:space="preserve">[42:51] </w:t>
      </w:r>
      <w:r>
        <w:t>kafi der se unhone raise kiya hai. please apna naam batayein aur say your question. ji, mera naam Princess Khan hai. main America se baat kar rahi hoon. mujhe faridabad se ek to yeh cheez poochni thi. kya Maulana sahib ki audio books hain, jo unki books hain, woh audio hain kyunki hum log travelling bohat karte hain. to travelling ke andar yeh hota hai hamari liye bohat aasani ho jati hai.</w:t>
      </w:r>
    </w:p>
    <w:p>
      <w:pPr>
        <w:jc w:val="right"/>
      </w:pPr>
      <w:r>
        <w:t>काफी देर से उन्होंने raise किया है. Please अपना नाम बताएं और say your question. जी, मेरा नाम Princess Khan है. मैं America से बात कर रही हूं. मुझे फरीदाबाद से एक तो यह चीज़ पूछना थी. क्या मोलाना साहब की audio books हैं, जो उनकी books हैं, वह audio हैं क्योंकि हम लोग travelling बहुत करते हैं. तो travelling के अंदर यह होता है हमारी लिए बहुत आसानी हो जाती है.</w:t>
      </w:r>
    </w:p>
    <w:p>
      <w:r>
        <w:rPr>
          <w:b/>
        </w:rPr>
        <w:t xml:space="preserve">[43:17] </w:t>
      </w:r>
      <w:r>
        <w:t>jo books hain unko hum toh mere ek cheez zehan mein aayi thi ki kyunke mashilla mashilla maulana</w:t>
      </w:r>
    </w:p>
    <w:p>
      <w:pPr>
        <w:jc w:val="right"/>
      </w:pPr>
      <w:r>
        <w:t>जो books हैं उनको हम तो मेरे एक चीज़ ज़हन में आई थी कि क्योंकि माशिल्ला माशिल्ला मौलाना</w:t>
      </w:r>
    </w:p>
    <w:p>
      <w:r>
        <w:rPr>
          <w:b/>
        </w:rPr>
        <w:t xml:space="preserve">[43:29] </w:t>
      </w:r>
      <w:r>
        <w:t>sahab ki itni tasaneef hai, itni cheezen hain ki agar hum three sixty type ka koi bhi ek</w:t>
      </w:r>
    </w:p>
    <w:p>
      <w:pPr>
        <w:jc w:val="right"/>
      </w:pPr>
      <w:r>
        <w:t>साहब की इतनी तसानीफ है, इतनी चीज़ें हैं कि अगर हम three sixty type का कोई भी एक</w:t>
      </w:r>
    </w:p>
    <w:p>
      <w:r>
        <w:rPr>
          <w:b/>
        </w:rPr>
        <w:t xml:space="preserve">[43:41] </w:t>
      </w:r>
      <w:r>
        <w:t>aisa cheez platform banaye jisme maurana jaise hum three sixty mein jaate hain toh tamam bukhari aa jati</w:t>
      </w:r>
    </w:p>
    <w:p>
      <w:pPr>
        <w:jc w:val="right"/>
      </w:pPr>
      <w:r>
        <w:t>ऐसा चीज़ platform बनाए जिसमें मौराना जैसे हम three sixty में जाते हैं तो तमाम बुखारी आ जाती</w:t>
      </w:r>
    </w:p>
    <w:p>
      <w:r>
        <w:rPr>
          <w:b/>
        </w:rPr>
        <w:t xml:space="preserve">[43:53] </w:t>
      </w:r>
      <w:r>
        <w:t>hai, tamam cheezen aa jati hain aap usko click karein.</w:t>
      </w:r>
    </w:p>
    <w:p>
      <w:pPr>
        <w:jc w:val="right"/>
      </w:pPr>
      <w:r>
        <w:t>है, तमाम चीज़ें आ जाती हैं आप उसको click करें.</w:t>
      </w:r>
    </w:p>
    <w:p>
      <w:r>
        <w:rPr>
          <w:b/>
        </w:rPr>
        <w:t xml:space="preserve">[44:05] </w:t>
      </w:r>
      <w:r>
        <w:t>different different usmein options diye gaye hain. to koi ek aisi cheez kyunki main yeh samajhti hoon ke Maulana sara chalti hi khulti hai ek alag alag ki karm se fazal se ek library hai.</w:t>
      </w:r>
    </w:p>
    <w:p>
      <w:pPr>
        <w:jc w:val="right"/>
      </w:pPr>
      <w:r>
        <w:t>Different different उसमें options दिए गए हैं. तो कोई एक ऐसी चीज़ क्योंकि मैं यह समझती हूं कि मौराना सारा चलती ही खुलती है एक अलग अलग की कर्म से फ़ज़ल से एक library है.</w:t>
      </w:r>
    </w:p>
    <w:p>
      <w:r>
        <w:rPr>
          <w:b/>
        </w:rPr>
        <w:t xml:space="preserve">[44:17] </w:t>
      </w:r>
      <w:r>
        <w:t>unhone itni research ki hai aur islam ko samajhne mein bohat aaj ke especially for this era unhone bohat aasani ki hai to koi aisa platform bhi banaya jaye jiske andar har insan agar woh us jaise yeh 360 number hai koi number bana dein, koi naam bana dein usko use jaye aap click karein to wahan par audio book bhi aa jaye, wahan par reading book bhi aa jaye. is tarah ka koi cheez agar hai ya nahi hai to aisa bhi kar sakte hain.</w:t>
      </w:r>
    </w:p>
    <w:p>
      <w:pPr>
        <w:jc w:val="right"/>
      </w:pPr>
      <w:r>
        <w:t>उन्होंने इतनी research की है और इस्लाम को समझने में बहुत आज के especially for this era उन्होंने बहुत आसानी की है तो कोई ऐसा platform भी बनाया जाए जिसके अंदर हर इंसान अगर वह उस जैसे यह 360 number है कोई number बना दें, कोई नाम बना दें उसको उसे जाए आप click करें तो वहां पर audio book भी आ जाए, वहां पर reading book भी आ जाए. इस तरह का कोई चीज़ अगर है या नहीं है तो ऐसा भी कर सकते हैं.</w:t>
      </w:r>
    </w:p>
    <w:p>
      <w:r>
        <w:rPr>
          <w:b/>
        </w:rPr>
        <w:t xml:space="preserve">[44:42] </w:t>
      </w:r>
      <w:r>
        <w:t>teesri meri teesri cheez faridabad se mera yeh sawal sochne ka tha ki jaise main aisa mujhe aisa</w:t>
      </w:r>
    </w:p>
    <w:p>
      <w:pPr>
        <w:jc w:val="right"/>
      </w:pPr>
      <w:r>
        <w:t>तीसरी मेरी तीसरी चीज़ फरीदाबाद से मेरा यह सवाल सोचने का था कि जैसे मैं ऐसा मुझे ऐसा</w:t>
      </w:r>
    </w:p>
    <w:p>
      <w:r>
        <w:rPr>
          <w:b/>
        </w:rPr>
        <w:t xml:space="preserve">[45:39] </w:t>
      </w:r>
      <w:r>
        <w:t>lagta hai kyunke main toh zehabbat hai yahan par America mein rehti hoon toh humein netabik clear kar</w:t>
      </w:r>
    </w:p>
    <w:p>
      <w:pPr>
        <w:jc w:val="right"/>
      </w:pPr>
      <w:r>
        <w:t>लगता है क्योंकि मैं तो ज़हब्बत है यहां पर America में रहती हूं तो हमें नेताबिक clear कर</w:t>
      </w:r>
    </w:p>
    <w:p>
      <w:r>
        <w:rPr>
          <w:b/>
        </w:rPr>
        <w:t xml:space="preserve">[46:36] </w:t>
      </w:r>
      <w:r>
        <w:t>liya maine apni baat ko?</w:t>
      </w:r>
    </w:p>
    <w:p>
      <w:pPr>
        <w:jc w:val="right"/>
      </w:pPr>
      <w:r>
        <w:t>लिया मैंने अपनी बात को?</w:t>
      </w:r>
    </w:p>
    <w:p>
      <w:r>
        <w:rPr>
          <w:b/>
        </w:rPr>
        <w:t xml:space="preserve">[47:33] </w:t>
      </w:r>
      <w:r>
        <w:t>ji haan ji haan bilkul clear to hai ab musalmanon ka amal asal mein pehle to waise hi tha jo zyada se zyada quran aur hadith profit ki sunna par amal tha unka lekin baad mein negativity bohat aa gayi. jab aadmi negative ho jata hai na to phir uska har cheez poori personality negative ho jati hai. yeh hua yahan colonialism ke zamane se.</w:t>
      </w:r>
    </w:p>
    <w:p>
      <w:pPr>
        <w:jc w:val="right"/>
      </w:pPr>
      <w:r>
        <w:t>जी हां जी हां बिल्कुल clear तो है अब मुसलमानों का अमल असल में पहले तो वैसे ही था जो ज़्यादा से ज़्यादा कुरान और हतीश profit की सुनना पर अमल था उनका लेकिन बाद में negativity बहुत आ गई. जब आदमी negative हो जाता है ना तो फिर उसका हर चीज़ पूरी personality negative हो जाती है. यह हुआ यहां colonialism के ज़माने से.</w:t>
      </w:r>
    </w:p>
    <w:p>
      <w:r>
        <w:rPr>
          <w:b/>
        </w:rPr>
        <w:t xml:space="preserve">[48:03] </w:t>
      </w:r>
      <w:r>
        <w:t>colonialism aaya to unka jo hai bohat hi strong reaction unhone kiya. halanki utna woh hona nahi chahiye tha kyunki yeh to quran mein hi likha hua tha ke jo hai political rule jo hai woh badalta rehta hai. we change these days by terms khud quran mein aaya hai.</w:t>
      </w:r>
    </w:p>
    <w:p>
      <w:pPr>
        <w:jc w:val="right"/>
      </w:pPr>
      <w:r>
        <w:t>Colonialism आया तो उनका जो है बहुत ही strong reaction उन्होंने किया. हालांकि उतना वह होना नहीं चाहिए था क्योंकि यह तो कुरान में ही लिखा हुआ था कि जो है political rule जो है वह बदलता रहता है. We change these days by terms खुद कुरान में आया है.</w:t>
      </w:r>
    </w:p>
    <w:p>
      <w:r>
        <w:rPr>
          <w:b/>
        </w:rPr>
        <w:t xml:space="preserve">[48:27] </w:t>
      </w:r>
      <w:r>
        <w:t>to is duniya ka yeh tareeka hai kyunki har cheez yahan par test hai political rule bhi test hai isiliye rule hamesha badalta rehta hai kuch kuch dinon ke baad doosre doosre logon ko milta rehta hai kyunki un allah taala ko sab contest lena hai lekin musalmanon ne yeh samajh liya ke inhone hamare upar zulm kiya hai hamari hukumat khatm ki hai to phir woh us par bohat zyada negative ho gaye.</w:t>
      </w:r>
    </w:p>
    <w:p>
      <w:pPr>
        <w:jc w:val="right"/>
      </w:pPr>
      <w:r>
        <w:t>तो इस दुनिया का यह तरीका है क्योंकि हर चीज़ यहां पर test है political rule भी test है इसीलिए rule हमेशा बदलता रहता है कुछ कुछ दिनों के बाद दूसरे दूसरे लोगों को मिलता रहता है क्योंकि उन अल्लाह ताला को सब contest लेना है लेकिन मुसलमानों ने यह समझ लिया कि इन्होंने हमारे ऊपर जुल्म किया है हमारी हुकूमत खत्म की है तो फिर वह उस पर बहुत ज़्यादा negative हो गए.</w:t>
      </w:r>
    </w:p>
    <w:p>
      <w:r>
        <w:rPr>
          <w:b/>
        </w:rPr>
        <w:t xml:space="preserve">[48:55] </w:t>
      </w:r>
      <w:r>
        <w:t>uski wajah se aisa hua ki aaj hamara jo hai jo personality jo hai na woh negative ho</w:t>
      </w:r>
    </w:p>
    <w:p>
      <w:pPr>
        <w:jc w:val="right"/>
      </w:pPr>
      <w:r>
        <w:t>उसकी वजह से ऐसा हुआ कि आज हमारा जो है जो personality जो है ना वह negative हो</w:t>
      </w:r>
    </w:p>
    <w:p>
      <w:r>
        <w:rPr>
          <w:b/>
        </w:rPr>
        <w:t xml:space="preserve">[49:01] </w:t>
      </w:r>
      <w:r>
        <w:t>gayi hai warna pehle musalman ab yeh jab Britishers se jo unhon ne woh kiya unke khilaf jo tahweer</w:t>
      </w:r>
    </w:p>
    <w:p>
      <w:pPr>
        <w:jc w:val="right"/>
      </w:pPr>
      <w:r>
        <w:t>गई है वरना पहले मुसलमान अब यह जब Britishers से जो उन्होंने वह किया उनके खिलाफ जो तह्वीर</w:t>
      </w:r>
    </w:p>
    <w:p>
      <w:r>
        <w:rPr>
          <w:b/>
        </w:rPr>
        <w:t xml:space="preserve">[49:08] </w:t>
      </w:r>
      <w:r>
        <w:t>chalayi toh usse pehle ke musalman jab hum purane musalmanon se humne purane hinduo se humne mulakatein ki</w:t>
      </w:r>
    </w:p>
    <w:p>
      <w:pPr>
        <w:jc w:val="right"/>
      </w:pPr>
      <w:r>
        <w:t>चलाई तो उससे पहले के मुसलमान जब हम पुराने मुसलमानों से हमने पुराने हिंदुओं से हमने मुलाकातें की</w:t>
      </w:r>
    </w:p>
    <w:p>
      <w:r>
        <w:rPr>
          <w:b/>
        </w:rPr>
        <w:t xml:space="preserve">[49:15] </w:t>
      </w:r>
      <w:r>
        <w:t>hain toh woh batate hain musalman bahut achhe hote the hamari bahut madad karte the toh woh aise</w:t>
      </w:r>
    </w:p>
    <w:p>
      <w:pPr>
        <w:jc w:val="right"/>
      </w:pPr>
      <w:r>
        <w:t>हैं तो वह बताते हैं मुसलमान बहुत अच्छे होते थे हमारी बहुत मदद करते थे तो वह ऐसे</w:t>
      </w:r>
    </w:p>
    <w:p>
      <w:r>
        <w:rPr>
          <w:b/>
        </w:rPr>
        <w:t xml:space="preserve">[49:22] </w:t>
      </w:r>
      <w:r>
        <w:t>hi the musalman pehle ki.</w:t>
      </w:r>
    </w:p>
    <w:p>
      <w:pPr>
        <w:jc w:val="right"/>
      </w:pPr>
      <w:r>
        <w:t>ही थे मुसलमान पहले की.</w:t>
      </w:r>
    </w:p>
    <w:p>
      <w:r>
        <w:rPr>
          <w:b/>
        </w:rPr>
        <w:t xml:space="preserve">[49:29] </w:t>
      </w:r>
      <w:r>
        <w:t>ab unko dobara jo hai unko yeh sab batana hai unko ke hamara is duniya mein hum test ke liye aaye hain aur hamari yeh zimmedari hai ke hum doosron ko koda ka paakaam pahunchayein aur koda ka paakaam pahunchane ke liye well wishing jo hai woh sabse zyada zaroori hai. to ab jo CPS jo hai culture develop kar raha hai to usmein log ek doosre ka sharakh vah ban rahe hain.</w:t>
      </w:r>
    </w:p>
    <w:p>
      <w:pPr>
        <w:jc w:val="right"/>
      </w:pPr>
      <w:r>
        <w:t>अब उनको दोबारा जो है उनको यह सब बताना है उनको कि हमारा इस दुनिया में हम test के लिए आए हैं और हमारी यह ज़िम्मेदारी है कि हम दूसरों को कोदा का पाकाम पहुंचा है और कोदा का पाकाम पहुंचाने के लिए well wishing जो है वह सबसे ज़्यादा ज़रूरी है. तो अब जो CPS जो है culture develop कर रहा है तो उसमें लोग एक दूसरे का शारख्वाह वन रहे हैं.</w:t>
      </w:r>
    </w:p>
    <w:p>
      <w:r>
        <w:rPr>
          <w:b/>
        </w:rPr>
        <w:t xml:space="preserve">[49:55] </w:t>
      </w:r>
      <w:r>
        <w:t>ek doosre se unko talluk khayam ho raha hai, ek doosre se mohabbat karte hain lekin beach mein yeh sab khatm ho gaya tha kyunki woh sabko dushman samajhne lag gaye the.</w:t>
      </w:r>
    </w:p>
    <w:p>
      <w:pPr>
        <w:jc w:val="right"/>
      </w:pPr>
      <w:r>
        <w:t>एक दूसरे से उनको तल्लुक खायम हो रहा है, एक दूसरे से मोहब्बत करते हैं लेकिन beach में यह सब खत्म हो गया था क्योंकि वह सबको दुश्मन समझने लग गए थे.</w:t>
      </w:r>
    </w:p>
    <w:p>
      <w:r>
        <w:rPr>
          <w:b/>
        </w:rPr>
        <w:t xml:space="preserve">[50:08] </w:t>
      </w:r>
      <w:r>
        <w:t>toh yeh inshallah taala agar yeh literature phaila na toh yeh sab khatm ho jayega aur jo hai</w:t>
      </w:r>
    </w:p>
    <w:p>
      <w:pPr>
        <w:jc w:val="right"/>
      </w:pPr>
      <w:r>
        <w:t>तो यह इंशालाह तालाह अगर यह literature फैला ना तो यह सब खत्म हो जाएगा और जो है</w:t>
      </w:r>
    </w:p>
    <w:p>
      <w:r>
        <w:rPr>
          <w:b/>
        </w:rPr>
        <w:t xml:space="preserve">[50:15] </w:t>
      </w:r>
      <w:r>
        <w:t>dobara musalman jo hai apne usi culture par aa jayenge lekin yeh hai ki sirf hum achhe aklap</w:t>
      </w:r>
    </w:p>
    <w:p>
      <w:pPr>
        <w:jc w:val="right"/>
      </w:pPr>
      <w:r>
        <w:t>दोबारा मुसलमान जो है अपने उसी culture पर आ जाएंगे लेकिन यह है कि सिर्फ हम अच्छे अकलाप</w:t>
      </w:r>
    </w:p>
    <w:p>
      <w:r>
        <w:rPr>
          <w:b/>
        </w:rPr>
        <w:t xml:space="preserve">[50:22] </w:t>
      </w:r>
      <w:r>
        <w:t>ke sath duniya ke samne pesh aayen yeh kafi nahi hai yeh toh sirf ek support hai ki</w:t>
      </w:r>
    </w:p>
    <w:p>
      <w:pPr>
        <w:jc w:val="right"/>
      </w:pPr>
      <w:r>
        <w:t>के साथ दुनिया के सामने पेश आएं यह काफी नहीं है यह तो सिर्फ एक support है कि</w:t>
      </w:r>
    </w:p>
    <w:p>
      <w:r>
        <w:rPr>
          <w:b/>
        </w:rPr>
        <w:t xml:space="preserve">[50:30] </w:t>
      </w:r>
      <w:r>
        <w:t>isse logon ko madad milegi taake islam ke bare mein unki jo hai bahut zyada negative ho gaye</w:t>
      </w:r>
    </w:p>
    <w:p>
      <w:pPr>
        <w:jc w:val="right"/>
      </w:pPr>
      <w:r>
        <w:t>इससे लोगों को मदद मिलेगी ताकि इस्लाम के बारे में उनकी जो है बहुत ज़्यादा negative हो गए</w:t>
      </w:r>
    </w:p>
    <w:p>
      <w:r>
        <w:rPr>
          <w:b/>
        </w:rPr>
        <w:t xml:space="preserve">[50:37] </w:t>
      </w:r>
      <w:r>
        <w:t>hain woh khatm ho ki nahi musalman achhe log hote hain lekin humein unko quran pesh karna padega.</w:t>
      </w:r>
    </w:p>
    <w:p>
      <w:pPr>
        <w:jc w:val="right"/>
      </w:pPr>
      <w:r>
        <w:t>हैं वह खत्म हो कि नहीं मुसलमान अच्छे लोग होते हैं लेकिन हमें उनको कुरान पेश करना पड़ेगा.</w:t>
      </w:r>
    </w:p>
    <w:p>
      <w:r>
        <w:rPr>
          <w:b/>
        </w:rPr>
        <w:t xml:space="preserve">[50:45] </w:t>
      </w:r>
      <w:r>
        <w:t>rasoolullah sallallahu wasallam aur doosre tamam ka gamber jo the unka to character jo hai bilkul pariksalah character hota tha na uske bawajood aisa nahi hua ke rasoolullah ke character ko dekh kar sab musalman ho jayein. aapko quran unko pesh karna padta tha. to yeh bhi bohat zyada is par bhi nahi woh karna hai hamein ke bas hamara character sahi ho jaye to sare masle aa jayenge.</w:t>
      </w:r>
    </w:p>
    <w:p>
      <w:pPr>
        <w:jc w:val="right"/>
      </w:pPr>
      <w:r>
        <w:t>रसूल्लाह सरसलम और दूसरे तमाम का गंबर जो थे उनका तो character जो है बिल्कुल पारिक्सलाह character होता था ना उसके बावजूद ऐसा नहीं हुआ कि रसूल्लाह के character को देखकर सब मुसलमान हो जाएं. आपको कुरान उनको पेश करना पड़ता था. तो यह भी बहुत ज़्यादा इस पर भी नहीं वह करना है हमें कि बस हमारा character सही हो जाए तो सारे मसले आ जाएंगे.</w:t>
      </w:r>
    </w:p>
    <w:p>
      <w:r>
        <w:rPr>
          <w:b/>
        </w:rPr>
        <w:t xml:space="preserve">[51:11] </w:t>
      </w:r>
      <w:r>
        <w:t>balki uske bawajood character sahi karne ke bawajood hame logon ko quran pesh karna hai aur yahi rasoolullah sallallahu alaihi wasallam ka uswa hai. jaza akillah apa.</w:t>
      </w:r>
    </w:p>
    <w:p>
      <w:pPr>
        <w:jc w:val="right"/>
      </w:pPr>
      <w:r>
        <w:t>बल्कि उसके बावजूद character सही करने के बावजूद हमें लोगों को कुरान पेश करना है और यही रसूल्लाह सरसलम का उस्वाह है. जज़ा अकिल्लाह अपा.</w:t>
      </w:r>
    </w:p>
    <w:p>
      <w:r>
        <w:rPr>
          <w:b/>
        </w:rPr>
        <w:t xml:space="preserve">[51:25] </w:t>
      </w:r>
      <w:r>
        <w:t>to unka third sawal tha jo aapne abhi address kiya aur jahan tak app ka sawal hai aur quran ke aapne jo bataya ki islam three sixty mein jo maulana wahiduddin khan sahab ki tafsir jo add hui hai the updated version will be shared, inshallah, on the, whatsapp group. and, we will, give give us some time, then we will interact with our cps team. and then we, inshallah, we'll share.</w:t>
      </w:r>
    </w:p>
    <w:p>
      <w:pPr>
        <w:jc w:val="right"/>
      </w:pPr>
      <w:r>
        <w:t>तो उनका third सवाल था जो आपने अभी address किया और जहां तक app का सवाल है और कुरान के आपने जो बताया कि इस्लाम three sixty में जो मौलानवाई दुद्दीन खान साहब की तफ्सीद जो add हुई है the updated version will be shared, inशालाह, on the, WhatsApp group. And, we will, give give us some time, then we will interact with our CPS team. And then we, inशालाह, we'll share.</w:t>
      </w:r>
    </w:p>
    <w:p>
      <w:r>
        <w:rPr>
          <w:b/>
        </w:rPr>
        <w:t xml:space="preserve">[51:51] </w:t>
      </w:r>
      <w:r>
        <w:t>if it is there anything that is what you are asking for then we will share on the whatsapp group. haan, abhi bhi bahut sari cheezein hain cpsglobal.org par hain lekin abhi hamare kaam chal raha hai aur bahut comprehensive qism ki website develop ho rahi hai maulana par bhi aur quran par bhi to inshallah bahut jald tayyar ho jayegi. audio books bhi sab available hain. achha hai. thank you so much.</w:t>
      </w:r>
    </w:p>
    <w:p>
      <w:pPr>
        <w:jc w:val="right"/>
      </w:pPr>
      <w:r>
        <w:t>If it is there anything that is what you are asking for then we will share on the WhatsApp group. हां, अभी भी बहुत सारी चीज़ें हैं cpsglobal.org पर हैं लेकिन अभी हमारे काम चल रहा है और बहुत comprehensive किस्म की website develop हो रही है मुराना पर भी और कुरान पर भी तो इंशालाह बहुत जल्द तैयार हो जाएगी. Audio books भी सब available हैं. अच्छा है. Thank you so much.</w:t>
      </w:r>
    </w:p>
    <w:p>
      <w:r>
        <w:rPr>
          <w:b/>
        </w:rPr>
        <w:t xml:space="preserve">[52:20] </w:t>
      </w:r>
      <w:r>
        <w:t>ji ji. yes yes, audio books are available. i think pakistan team has done some lot of work on that. to we will get back to you and we will share it on the whatsapp group. so, salma zareen wants to ask. we have baad four minutes time or maybe we can extend ek sawal. ek sawal ok mein ok, papa.</w:t>
      </w:r>
    </w:p>
    <w:p>
      <w:pPr>
        <w:jc w:val="right"/>
      </w:pPr>
      <w:r>
        <w:t>जी जी. Yes yes, audio books are available. I think Pakistan team has done some lot of work on that. तो we will get back to you and we will share it on the WhatsApp group. So, सलाह ज़रीन wants to ask. We have बाद four minutes time or maybe we can extend एक question. एक question Ok में ok, papa.</w:t>
      </w:r>
    </w:p>
    <w:p>
      <w:r>
        <w:rPr>
          <w:b/>
        </w:rPr>
        <w:t xml:space="preserve">[52:49] </w:t>
      </w:r>
      <w:r>
        <w:t>salma zareen please ask a question. please make it short. take very little time. yeah yeah sure ma'am. actually us time main ma'am se puch rahi thi but main clear puch nahi paayi thi. mera question exactly ma'am se yeh tha ki jo deaf and dumb dekh rahe to kya unke liye da'wah work hai woh kar sakte hain agar unhe knowledge hai quran ki aur literature ki. like main khaskar yahi question kar raha hoon ki woh da'wah work kar sakte hain apni field mein.</w:t>
      </w:r>
    </w:p>
    <w:p>
      <w:pPr>
        <w:jc w:val="right"/>
      </w:pPr>
      <w:r>
        <w:t>संज़रीन please ask a question. Please make it short. Take very little time. Yeah yeah sure ma'am. Actually उस time मैं ma'am से पुछ रही थी but मैं clear पुछ नहीं पाई थी. मेरा question exactly ma'am से यह था कि जो dumb and देख रहे तो क्या उनके लिए दावा work है वह कर सकते हैं अगर उन्हें knowledge है कुरान की और literature की. Like मैं खासकर यही question कर रहा हूं कि वह दावा work कर सकते हैं अपनी field में.</w:t>
      </w:r>
    </w:p>
    <w:p>
      <w:r>
        <w:rPr>
          <w:b/>
        </w:rPr>
        <w:t xml:space="preserve">[53:15] </w:t>
      </w:r>
      <w:r>
        <w:t>like kuch aisa to nahi hai ki unhe knowledge nahi hai to unhe gunah padega ya unke liye shayad different cheezein hain. kaun? deaf and dumb kar sakte hain. yahi baat maloom hai abhi ismein. deaf and dumb kaise bolenge? jo maloom hogi. to kaise samajh mein nahi aaya jab woh bol nahi sakte to kaise karenge?</w:t>
      </w:r>
    </w:p>
    <w:p>
      <w:pPr>
        <w:jc w:val="right"/>
      </w:pPr>
      <w:r>
        <w:t>Like कुछ ऐसा तो नहीं है कि उन्हें knowledge नहीं है तो उन्हें गुना पड़ेगा या उनके लिए शायद different चीज़ें हैं. कौन? Dumb and कर सकते हैं. यही बात मालूम है अभी इसमें. Demand दिव्य कैसे बोलेंगे? जो मालूम होगी. तो कैसे समझ में नहीं आया जब वह बोल नहीं सकते तो कैसे करेंगे?</w:t>
      </w:r>
    </w:p>
    <w:p>
      <w:r>
        <w:rPr>
          <w:b/>
        </w:rPr>
        <w:t xml:space="preserve">[53:42] </w:t>
      </w:r>
      <w:r>
        <w:t>bas yahi kaam kar sakte hain ki literature de logon ko. ji ma'am woh apni language mein hi. haan to kyon nahi kar sakte? jo jitna kaam kar sakta hai woh kare allah taala ka intention to intention dekhi jaati hai na? jitna bhi woh kar sakte hain kare unka jazba allah taala dekha jayega. bukhari ki jo sabse pehli hadith hai woh hai allah a'malu bin niyyat. hamari jo aisi intention hogi waisa khuda taala uska reward milega.</w:t>
      </w:r>
    </w:p>
    <w:p>
      <w:pPr>
        <w:jc w:val="right"/>
      </w:pPr>
      <w:r>
        <w:t>बस यही काम कर सकते हैं कि literature दे लोगों को. जी ma'am वह अपनी language में ही. हां तो क्यों नहीं कर सकते? जो जितना काम कर सकता है वह करें अल्लाह ताला ज्ञान तो intention देखी जाती है ना? जितना भी वह कर सकते हैं करें उनका जज़्बा अल्लाह ज्ञान देखा जाएगा. बुखारी की जो सबसे पहली हद्दी से वह है अल्लाह अमालु बिन नियात. हमारी जो ऐसी intention होगी वैसा खुदा ज्ञान उसका reward मिलेगा.</w:t>
      </w:r>
    </w:p>
    <w:p>
      <w:r>
        <w:rPr>
          <w:b/>
        </w:rPr>
        <w:t xml:space="preserve">[54:11] </w:t>
      </w:r>
      <w:r>
        <w:t>to jitna kar sakte hain kare aisa to kuch nahi ki woh nahi kar sakte. woh apni language mein kar sakte hain mujhe kaun si language mein? ji haan ji haan. ek hadith hai ki pahunchao meri taraf se chahe woh ek ayat hi ho to agar hum ek ayat bhi logon ko pahuncha dein to yeh bhi bahut bada amal hai hamare liye. to jo jitna kar sake woh kare koi kam ya zyada allah taala ka woh nahi hai.</w:t>
      </w:r>
    </w:p>
    <w:p>
      <w:pPr>
        <w:jc w:val="right"/>
      </w:pPr>
      <w:r>
        <w:t>तो जितना कर सकते हैं करें ऐसा तो कुछ नहीं कि वह नहीं कर सकते. वह अपनी language में कर सकते हैं मुझे कौन सी language में? जी हां जी हां. एक हदीश है कि पहुंचाओ मेरी तरफ से चाहे वह एक आयत ही हो तो अगर हम एक आयत भी लोगों को पहुंचा दें तो यह भी बहुत बड़ा अमल है हमारे लिए. तो जो जितना कर सके वह करें कोई कम या ज़्यादा अल्लाह या इसका वह नहीं है.</w:t>
      </w:r>
    </w:p>
    <w:p>
      <w:r>
        <w:rPr>
          <w:b/>
        </w:rPr>
        <w:t xml:space="preserve">[54:38] </w:t>
      </w:r>
      <w:r>
        <w:t>allah taala ka jazba dekha jayega ki is jazbe se humne kaam kiya hai. par aap main samajhti hoon unki jo books hoti hain na jo unki special ek books hoti hain us un books mein maulana sahab ki books banayi jaye agar koi kar sakta hai. us tarah ki jo books hain usmein unki special books maulana sahab ki books ko waisa banaya jaye. to woh padh bhi sakenge usko woh phir. woh touch karke karte hain usmein mujhe naam nahi yaad aa raha hai yeh braille braille braille. ji. haan. to braille mein to khula braille.</w:t>
      </w:r>
    </w:p>
    <w:p>
      <w:pPr>
        <w:jc w:val="right"/>
      </w:pPr>
      <w:r>
        <w:t>अल्लाह यहां जज़्बा देखा जाएगा कि इस जज़्बे से हमने काम किया है. पर आप मैं समझती हूं उनकी जो books होती हैं ना जो उनकी special एक books होती हैं उस उन books में मोलाना साहब की books बनाई जाएं अगर कोई कर सकता है. उस तरह की जो books हैं उसमें उनकी special books मोलाना साहब की books को वैसा बनाया जाए. तो वह पढ़ भी सकेंगे उसको वह फिर. वह touch करके करते हैं उसमें मुझे नाम नहीं याद आ रहा है यह braille braille braille. जी. हां. तो braille में तो खुला braille.</w:t>
      </w:r>
    </w:p>
    <w:p>
      <w:r>
        <w:rPr>
          <w:b/>
        </w:rPr>
        <w:t xml:space="preserve">[55:08] </w:t>
      </w:r>
      <w:r>
        <w:t>ok. ji. ji ji. braille mein quran hai hamare hamare paas. ji. seekhu paani hai unko. aur kitabi mein.</w:t>
      </w:r>
    </w:p>
    <w:p>
      <w:pPr>
        <w:jc w:val="right"/>
      </w:pPr>
      <w:r>
        <w:t>Ok. जी. जी जी. Braille में कुरान है हमारे हमारे पास. जी. सीखू पैरानी है उनको. और किताबी में.</w:t>
      </w:r>
    </w:p>
    <w:p>
      <w:r>
        <w:rPr>
          <w:b/>
        </w:rPr>
        <w:t xml:space="preserve">[55:19] </w:t>
      </w:r>
      <w:r>
        <w:t>i think so haan to usse woh bachche pahunch sakte hain aur bata sakte woh apne group mein jo unke un jaise log hain woh unko bata sakte hain. woh unko padha sakte hain. ji haan.</w:t>
      </w:r>
    </w:p>
    <w:p>
      <w:pPr>
        <w:jc w:val="right"/>
      </w:pPr>
      <w:r>
        <w:t>I think so हां तो उससे वह बच्चे पहुंच सकते हैं और बता सकते वह अपने group में जो उनके उन जैसे लोग हैं वह उनको बता सकते हैं. वह उनको पढ़ा सकते हैं. जी हां.</w:t>
      </w:r>
    </w:p>
    <w:p>
      <w:r>
        <w:rPr>
          <w:b/>
        </w:rPr>
        <w:t xml:space="preserve">[55:44] </w:t>
      </w:r>
      <w:r>
        <w:t>mushkil sir puri team lagi hui hai kaam mein lekin yeh kaam bahut bada hai na global da'wah hamein karna hai. to jitne log milte hain utne logon ko unke mutabik unko kaam bataya jata hai aur har jagah kaam ho raha hai.</w:t>
      </w:r>
    </w:p>
    <w:p>
      <w:pPr>
        <w:jc w:val="right"/>
      </w:pPr>
      <w:r>
        <w:t>मुसल sir पूरी team लगी हुई है काम में लेकिन यह काम बहुत बड़ा है ना global दावा हमें करना है. तो जितने लोग मिलते हैं उतने लोगों को उनके मुताबिक उनको काम बताया जाता है और हर जगह काम हो रहा है.</w:t>
      </w:r>
    </w:p>
    <w:p>
      <w:r>
        <w:rPr>
          <w:b/>
        </w:rPr>
        <w:t xml:space="preserve">[55:59] </w:t>
      </w:r>
      <w:r>
        <w:t>hamare qaleemuddin sahab hain woh kitna safar brazil ka karte hain to jagah jagah woh ja rahe hain logon tak ka kaam pahuncha rahe hain to kaam ho raha hai lekin kaam hi bahut bada hai na to is wajah se usmein time to lagega aur bahut sare logon ka environment bhi zaroori hai. ji, i think that answers your question salma. yes.</w:t>
      </w:r>
    </w:p>
    <w:p>
      <w:pPr>
        <w:jc w:val="right"/>
      </w:pPr>
      <w:r>
        <w:t>हमारे कली मुद्दीन साहब हैं वह कितना सफर Brazil का करते हैं तो जगह जगह वह जा रहे हैं लोगों तक का काम पहुंचा रहे हैं तो काम हो रहा है लेकिन काम ही बहुत बड़ा है ना तो इस वजह से उसमें time तो लगेगा और बहुत सारे लोगों का environment भी ज़रूरी है. जी, I think that answers your question सलाह. Yes.</w:t>
      </w:r>
    </w:p>
    <w:p>
      <w:r>
        <w:rPr>
          <w:b/>
        </w:rPr>
        <w:t xml:space="preserve">[56:26] </w:t>
      </w:r>
      <w:r>
        <w:t>what you are doing is very good and keep on doing that. inshallah, it will take time whatever you are asking for. and a lot of work is that is a new aspect that you have since mentioned us. and, inshallah, this will be forwarded to the cps center team and maybe something allah will pay way for this too, roma vani wants to say something. i just</w:t>
      </w:r>
    </w:p>
    <w:p>
      <w:pPr>
        <w:jc w:val="right"/>
      </w:pPr>
      <w:r>
        <w:t>What you are doing is very good and keep on doing that. Inshallah, it will take time whatever you are asking for. And a lot of work is that is a new aspect that you have since mentioned us. And, Inshallah, this will be forwarded to the CPS center team and maybe something अल्लाह will pay way for this too, रोमा वाणी wants to say something. I just</w:t>
      </w:r>
    </w:p>
    <w:p>
      <w:r>
        <w:rPr>
          <w:b/>
        </w:rPr>
        <w:t xml:space="preserve">[56:56] </w:t>
      </w:r>
      <w:r>
        <w:t>want to thank the admins of cps. teen din pehle jab abba ji ka maulana sahab, abba jaan ka aapne dala why we must have the most love in our heart for God.</w:t>
      </w:r>
    </w:p>
    <w:p>
      <w:pPr>
        <w:jc w:val="right"/>
      </w:pPr>
      <w:r>
        <w:t>want to thank the admins of CPS. तीन दिन पहले जब अबा जी का मालाना साहब, अबाजान का आपने डाला why we must have the most love in our art for God.</w:t>
      </w:r>
    </w:p>
    <w:p>
      <w:r>
        <w:rPr>
          <w:b/>
        </w:rPr>
        <w:t xml:space="preserve">[57:10] </w:t>
      </w:r>
      <w:r>
        <w:t>mujhe lagta hai ke jitne bhi hamari questions hain, answers hain ya jitne bhi hamare obstacles hain ya</w:t>
      </w:r>
    </w:p>
    <w:p>
      <w:pPr>
        <w:jc w:val="right"/>
      </w:pPr>
      <w:r>
        <w:t>मुझे लगता है कि जितने भी हमारी questions हैं, answers हैं या जितने भी हमारे obstacles हैं या</w:t>
      </w:r>
    </w:p>
    <w:p>
      <w:r>
        <w:rPr>
          <w:b/>
        </w:rPr>
        <w:t xml:space="preserve">[57:18] </w:t>
      </w:r>
      <w:r>
        <w:t>challenges hain dunya mein, us ek baat se main bar bar sunte rahi aur laga ke wakai agar</w:t>
      </w:r>
    </w:p>
    <w:p>
      <w:pPr>
        <w:jc w:val="right"/>
      </w:pPr>
      <w:r>
        <w:t>challenges हैं दुनिया में, उस एक बात से मैं बार बार सुनते रही और लगा कि वाकई अगर</w:t>
      </w:r>
    </w:p>
    <w:p>
      <w:r>
        <w:rPr>
          <w:b/>
        </w:rPr>
        <w:t xml:space="preserve">[57:26] </w:t>
      </w:r>
      <w:r>
        <w:t>jaise Maulana sahib ne bataya ke we must have the most love for Allah to automatically sari zindagi</w:t>
      </w:r>
    </w:p>
    <w:p>
      <w:pPr>
        <w:jc w:val="right"/>
      </w:pPr>
      <w:r>
        <w:t>जैसे मोदाना साहब ने बताया कि we must have the most love for अल्लाह तो automatically सारी ज़िंदगी</w:t>
      </w:r>
    </w:p>
    <w:p>
      <w:r>
        <w:rPr>
          <w:b/>
        </w:rPr>
        <w:t xml:space="preserve">[57:34] </w:t>
      </w:r>
      <w:r>
        <w:t>bahut badhiya se guzar jayegi aur jo dawa work hai maine dekha bahar jaane ki bhi zaroorat nahi hai.</w:t>
      </w:r>
    </w:p>
    <w:p>
      <w:pPr>
        <w:jc w:val="right"/>
      </w:pPr>
      <w:r>
        <w:t>बहुत बढ़िया से गुज़र जाएगी और जो दावा work है मैंने देखा बाहर जाने की भी ज़रूरत नहीं है.</w:t>
      </w:r>
    </w:p>
    <w:p>
      <w:r>
        <w:rPr>
          <w:b/>
        </w:rPr>
        <w:t xml:space="preserve">[57:42] </w:t>
      </w:r>
      <w:r>
        <w:t>agar ghar mein bhi hum apne jaise shohar ko ya bachchon ko hum bataye to automatically ek network ban jaate hain aur jab woh bahar jaate hain hum jaye na jaye woh bahar jaate hain to agar unke dimagh mein dil mein woh baatein hoti hain to aage phail hi jaati hain. but basically thank you cps admins for putting up this beautiful talk of maulana sahab. i think it was on on thursday that we put it up.</w:t>
      </w:r>
    </w:p>
    <w:p>
      <w:pPr>
        <w:jc w:val="right"/>
      </w:pPr>
      <w:r>
        <w:t>अगर घर में भी हम अपने जैसे शौर को या बच्चों को हम बताएं तो automatically एक network वन जाते हैं और जब वह बाहर जाते हैं हम जाए ना जाए वह बाहर जाते हैं तो अगर उनके दिमाग में दिल में वह बातें होती हैं तो आगे फैल ही जाती हैं. But basically thank you CPS admins for putting up this beautiful talk of मौलाना साहब. I think it was on on Thursday that we put it up.</w:t>
      </w:r>
    </w:p>
    <w:p>
      <w:r>
        <w:rPr>
          <w:b/>
        </w:rPr>
        <w:t xml:space="preserve">[58:11] </w:t>
      </w:r>
      <w:r>
        <w:t>thank you. thank you. najma papa, you want to say something? ek, no, mera question tha. ab rehne dein ab time nahi ab dua wagairah lein. koi baat nahi. we can we can we can extend it for ten to ten minutes more. it's 08:00 please wait. haan koi exception mat aap question mat kariye aap conclude kariye. conclude karoon?</w:t>
      </w:r>
    </w:p>
    <w:p>
      <w:pPr>
        <w:jc w:val="right"/>
      </w:pPr>
      <w:r>
        <w:t>Thank you. Thank you. नजमा papa, you want to say something? एक, no, मेरा question था. अब रहने दें अब time नहीं अब दुआ वग़ैरह लें. कोई बात नहीं. We can we can we can extend it for ten to ten minutes more. It's 08:00 please wait. हां कोई exception मत आप question मत करिए आप conclude करिए. Conclude करूं?</w:t>
      </w:r>
    </w:p>
    <w:p>
      <w:r>
        <w:rPr>
          <w:b/>
        </w:rPr>
        <w:t xml:space="preserve">[58:39] </w:t>
      </w:r>
      <w:r>
        <w:t>achha to achhe liye conclude karti hoon. aaj ka jo hamari woh lecture tha hazrat musa ka ki story usmein hazrat musa ki dua thi jismein hazrat musa ne apne bhai ke liye kaha ki mere bhai ko mere saath bhej dein par taaki woh phir raunaq paayein. bahut hi bahut si cheezein thi uske andar.</w:t>
      </w:r>
    </w:p>
    <w:p>
      <w:pPr>
        <w:jc w:val="right"/>
      </w:pPr>
      <w:r>
        <w:t>अच्छा तो अच्छे लिए conclude करती हूं. आज का जो हमारी वह lecture था हजरत मूसा का की story उसमें हज़रत मूसा की दुआंत थी जिसमें हज़रत मूसा ने अपने भाई के लिए कहा कि मेरे भाई को मेरे साथ भेज दें पर ताकि वह फिर रौनके पाएं. बहुत ही बहुत से चीज़ें थी उसके अंदर.</w:t>
      </w:r>
    </w:p>
    <w:p>
      <w:r>
        <w:rPr>
          <w:b/>
        </w:rPr>
        <w:t xml:space="preserve">[59:07] </w:t>
      </w:r>
      <w:r>
        <w:t>to aur uzur apne sahabi se sahaba ke saath kaam kiya karte the aur yeh unse humne learn kiya. to hamari cps jo group hai woh ikattha milkar kaam karta hai. yeh hamari ladies ki jo ek group hai isse itne interactions hote hain aur jaise maulana kehte the isse intellectual development ho raha hai.</w:t>
      </w:r>
    </w:p>
    <w:p>
      <w:pPr>
        <w:jc w:val="right"/>
      </w:pPr>
      <w:r>
        <w:t>तो और उजूर अपने साहबी से साहबा के साथ काम किया करते थे और यह उनसे हमने learn किया. तो हमारी CPS जो group है वह इकट्ठा मिलकर काम करता है. यह हमारी ladies की जो एक group है इससे इतने interactions होते हैं और जैसे मौलाना कहते थे इससे intellectual development हो रहा है.</w:t>
      </w:r>
    </w:p>
    <w:p>
      <w:r>
        <w:rPr>
          <w:b/>
        </w:rPr>
        <w:t xml:space="preserve">[59:37] </w:t>
      </w:r>
      <w:r>
        <w:t>allah ka shukr aur usmein positive rehne ko maulana ne yeh kaha ki negative situation mein bhi positive raho.</w:t>
      </w:r>
    </w:p>
    <w:p>
      <w:pPr>
        <w:jc w:val="right"/>
      </w:pPr>
      <w:r>
        <w:t>अल्लाह का शुक्र और उसमें positive रहने को मौलाना ने यह कहा कि negative situation में भी positive रहो.</w:t>
      </w:r>
    </w:p>
    <w:p>
      <w:r>
        <w:rPr>
          <w:b/>
        </w:rPr>
        <w:t xml:space="preserve">[59:45] </w:t>
      </w:r>
      <w:r>
        <w:t>to yeh jab woh miljhul ke sab kaam kar rahe hain usse hamari apni personality develop ho rahi hai, poori positivity aa rahi hai sab mein aur yeh baatein jitni phailti hain utna zyada achha hota hai to bas meri dua hai ki allah hamare kaam ko aur badhaye cps mission ko aur aage badhaye aur jo logon ne suggestions di hain aur bataya hai ki yahan par maulana ka literature jale uske hi taraf kaam ho raha hai.</w:t>
      </w:r>
    </w:p>
    <w:p>
      <w:pPr>
        <w:jc w:val="right"/>
      </w:pPr>
      <w:r>
        <w:t>तो यह जब वह मिलझुल के सब काम कर रहे हैं उससे हमारी अपनी personality develop हो रही है, पूरी positivity आ रही है सब में और यह बातें जितनी फैलती हैं उतना ज़्यादा अच्छा होता है तो बस मेरी दुआ है कि अल्लाह हमारे काम को और बढ़ाए CPS mission को और आगे बढ़ाए और जो लोगों ने suggestions दी हैं और बताया है कि यहां पर मुलाना का literature जले उसके ही तरफ काम हो रहा है.</w:t>
      </w:r>
    </w:p>
    <w:p>
      <w:r>
        <w:rPr>
          <w:b/>
        </w:rPr>
        <w:t xml:space="preserve">[1:00:14] </w:t>
      </w:r>
      <w:r>
        <w:t>to allah se dua hai ki allah is kaam mein hamari madad kare aur usko jaldi se jaldi kaam karwa sake. hamein aise log aur mil jayein, aise all volunteers mil jayein jo iske andar kaam karna chahte hain aur kar sakte hain taaki hamara kaam aage aur badhe.</w:t>
      </w:r>
    </w:p>
    <w:p>
      <w:pPr>
        <w:jc w:val="right"/>
      </w:pPr>
      <w:r>
        <w:t>तो अल्लाह से दुआ है कि अल्लाह इस काम में हमारी मदद करें और उसको जल्दी से जल्दी काम करवा सके. हमें ऐसे लोग और मिल जाएं, ऐसे all volunteers मिल जाएं जो इसके अंदर काम करना चाहते हैं और कर सकते हैं ताकि हमारा काम आगे और बढ़े.</w:t>
      </w:r>
    </w:p>
    <w:p>
      <w:r>
        <w:rPr>
          <w:b/>
        </w:rPr>
        <w:t xml:space="preserve">[1:00:34] </w:t>
      </w:r>
      <w:r>
        <w:t>bas yahi meri allah se dua hai aur thank you everybody aur phir main ek baar yahan par ramita sahiba ka shukriya ada karungi ki jinhone ek lead leading role lekar yeh group banaya aur isse bahut logon ka ek yeh understanding develop ho rahi hai aur intellectual development ho raha hai jaza akllah. jaza akllahapa.</w:t>
      </w:r>
    </w:p>
    <w:p>
      <w:pPr>
        <w:jc w:val="right"/>
      </w:pPr>
      <w:r>
        <w:t>बस यही मेरी अल्लाह से दुआ है और thank you everybody और फिर मैं एक बार यहां पर रमिता साहिबा का शुक्रिया अदा करूंगी कि जिन्होंने एक lead leading role लेकर यह group बनाया और इससे बहुत लोगों का एक यह understanding develop हो रही है और intellectual development हो रहा है जज़ा अकलला. जज़ा अकललापा.</w:t>
      </w:r>
    </w:p>
    <w:p>
      <w:r>
        <w:rPr>
          <w:b/>
        </w:rPr>
        <w:t xml:space="preserve">[1:01:00] </w:t>
      </w:r>
      <w:r>
        <w:t>we it is eight and anyone who wants to ask questions otherwise we will conclude. main nahi chahti hoon ki kisi ke questions reh jayein aur phir hum log faridabad se phir inshallah shabana wants to say something but please be short. ji, bas meri ek request hai.</w:t>
      </w:r>
    </w:p>
    <w:p>
      <w:pPr>
        <w:jc w:val="right"/>
      </w:pPr>
      <w:r>
        <w:t>We it is eight and anyone who wants to ask questions otherwise we will conclude. मैं नहीं चाहती हूं कि किसी के questions रह जाएं और फिर हम लोग फरीदाबा से फिर इंशालाह शाबाना wants to say something but please be short. जी, बस मेरी एक request है.</w:t>
      </w:r>
    </w:p>
    <w:p>
      <w:r>
        <w:rPr>
          <w:b/>
        </w:rPr>
        <w:t xml:space="preserve">[1:01:21] </w:t>
      </w:r>
      <w:r>
        <w:t>main istefa jab suraj bakra suraj alamiran ki badal ek mauke ki ek aib padi thi aur usne mujhe mahajareen aur ansar ka ek reflection mila. to mujhe usse yeh andaza hua ki jis tarah se mahakhaten matdeena hua aur jis tarah se ansar aur mahazreen ko ek doosre ke liye complementary banaya gaya aur ek ki kami ko doosre ki jyati se poora kiya gaya.</w:t>
      </w:r>
    </w:p>
    <w:p>
      <w:pPr>
        <w:jc w:val="right"/>
      </w:pPr>
      <w:r>
        <w:t>मैं इस्तेफ़ा जब सूर्य बकरा सूर्य आलमिरान की बदल एक मौके की एक आयब पड़ी थी और उसने मुझे महाजरीन और अनुसार का एक reflection मिला. तो मुझे उससे यह अंदाज़ा हुआ कि जिस तरह से महाखातें मतदीना हुआ और जिस तरह से अनुसार और महाज़रीन को एक दूसरे के लिए complementary बनाया गया और एक की कमी को दूसरे की ज्याति से पूरा किया गया.</w:t>
      </w:r>
    </w:p>
    <w:p>
      <w:r>
        <w:rPr>
          <w:b/>
        </w:rPr>
        <w:t xml:space="preserve">[1:01:50] </w:t>
      </w:r>
      <w:r>
        <w:t>meri andar ki mujhe awaz aisi lag rahi thi ki molana sabka literature jo hai wah jo CPS ka asasa hai. is waqt muslim umma ko us asase ki itni shakhht sakhht zarorat hai ki we we eagerly need femida apa, fareeda apa.</w:t>
      </w:r>
    </w:p>
    <w:p>
      <w:pPr>
        <w:jc w:val="right"/>
      </w:pPr>
      <w:r>
        <w:t>मेरी अंदर की मुझे आवाज़ ऐसी लग रही थी कि मोलाना सबका literature जो है वह जो CPS का असासा है. इस वक्त मुस्लिम उम्मा को उस आसासे की इतनी शख़्त सख़्त ज़रूरत है कि we we eagerly need फ़ैमीदा आपा, फरीदा आपा.</w:t>
      </w:r>
    </w:p>
    <w:p>
      <w:r>
        <w:rPr>
          <w:b/>
        </w:rPr>
        <w:t xml:space="preserve">[1:02:10] </w:t>
      </w:r>
      <w:r>
        <w:t>yeh jo aap sab ladies hain aur jab jab mera kisi se bhi interaction hota hai aur main</w:t>
      </w:r>
    </w:p>
    <w:p>
      <w:pPr>
        <w:jc w:val="right"/>
      </w:pPr>
      <w:r>
        <w:t>यह जो आप सब ladies हैं और जब जब मेरा किसी से भी interaction होता है और मैं</w:t>
      </w:r>
    </w:p>
    <w:p>
      <w:r>
        <w:rPr>
          <w:b/>
        </w:rPr>
        <w:t xml:space="preserve">[1:02:20] </w:t>
      </w:r>
      <w:r>
        <w:t>koi bhi video lekar dekhti hoon to aap yakeen karein mujhe woh lagta hai ke main Muhajireen ka</w:t>
      </w:r>
    </w:p>
    <w:p>
      <w:pPr>
        <w:jc w:val="right"/>
      </w:pPr>
      <w:r>
        <w:t>कोई भी video लेकर देखती हूं तो आप यकीन करें मुझे वह लगता है कि मैं मोहाज़रीन का</w:t>
      </w:r>
    </w:p>
    <w:p>
      <w:r>
        <w:rPr>
          <w:b/>
        </w:rPr>
        <w:t xml:space="preserve">[1:02:31] </w:t>
      </w:r>
      <w:r>
        <w:t>ek member hoon aur mujhe Ansar se madad di gayi hai ya Muhajireen ko jo Ansar se faida hua.</w:t>
      </w:r>
    </w:p>
    <w:p>
      <w:pPr>
        <w:jc w:val="right"/>
      </w:pPr>
      <w:r>
        <w:t>एक member हूं और मुझे अंसार से मदद दी गई है या मोहाज़रीन को जो अंसार से फ़ायदा हुआ.</w:t>
      </w:r>
    </w:p>
    <w:p>
      <w:r>
        <w:rPr>
          <w:b/>
        </w:rPr>
        <w:t xml:space="preserve">[1:02:42] </w:t>
      </w:r>
      <w:r>
        <w:t>ko yeh message dena chahti hoon aapke vyavastha se aap hi ke us us poore literature se jo equipment aapke paas hai that other area jo ki wah auratein hain aur wah zehan jo in cheezon se na wakif hain unko aap sabki bahut zarorat hai. faridab apna apni faridab aap apni sehat ka bahut khayal rakhiye. we need you.</w:t>
      </w:r>
    </w:p>
    <w:p>
      <w:pPr>
        <w:jc w:val="right"/>
      </w:pPr>
      <w:r>
        <w:t>को यह message देना चाहती हूं आपके व्यवस्था से आप ही के उस उस पूरे literature से जो equipment आपके पास है that other area जो कि वह औरतें हैं और वह ज़हन जो इन चीज़ों से ना वाकिफ हैं उनको आप सबकी बहुत ज़रूरत है. फरीदाब अपना अपनी फरीदाब आप अपनी सेहत का बहुत ख्याल रखिए. We need you.</w:t>
      </w:r>
    </w:p>
    <w:p>
      <w:r>
        <w:rPr>
          <w:b/>
        </w:rPr>
        <w:t xml:space="preserve">[1:03:04] </w:t>
      </w:r>
      <w:r>
        <w:t>we need your wisdom aur poori team ko mere liye meri taraf se bahut si duaen i wish you all the best for CPS family. dizaaqla khair. thank you. thank you. main thoda sa kehna chahti thi. shafina apa? haan shafina. bas thoda sa kuch kehna chahti thi aaj bahut hi achha yeh session tha.</w:t>
      </w:r>
    </w:p>
    <w:p>
      <w:pPr>
        <w:jc w:val="right"/>
      </w:pPr>
      <w:r>
        <w:t>We need your wisdom और पूरी team को मेरे लिए मेरी तरफ़ से बहुत सी दुआएं I wish you all the best for CPS family. दिज़ाक़ला ख़ैर. Thank you. Thank you. मैं थोड़ा सा कहना चाह रही थी. शपिना आपा? हां शपिना. बस थोड़ा सा कुछ कहना चाह रही थी आज बहुत ही अच्छा यह session था.</w:t>
      </w:r>
    </w:p>
    <w:p>
      <w:r>
        <w:rPr>
          <w:b/>
        </w:rPr>
        <w:t xml:space="preserve">[1:03:30] </w:t>
      </w:r>
      <w:r>
        <w:t>logon ne itna achhe se apni apni baatein batai, suggestion diye aur sari cheezen sunkar mujhe bahut hi lalala ki shukr ada kar rahi thi ki jis tarah se usne hum sabko milaya aur hum ek doosre se kitna seekh rahe hain aur main yahan par ek cheez aur kahungi ki mere sath doctor safina ne mera bahut bahut is group ke liye kiya hai. to doctor safina mere liye bahut badi blessing hai.</w:t>
      </w:r>
    </w:p>
    <w:p>
      <w:pPr>
        <w:jc w:val="right"/>
      </w:pPr>
      <w:r>
        <w:t>लोगों ने इतना अच्छे से अपनी अपनी बातें बताई, सजेशन दिए और सारी चीज़ें सुनकर मुझे बहुत ही लाताला की शुक्र अदा कर रही थी कि जिस तरह से उसने हम सबको मिलाया और हम एक दूसरे से कितना सीख रहे हैं और मैं यहां पर एक चीज़ और कहूंगी कि मेरे साथ doctor सफ़ीना ने मेरा बहुत बहुत इस group के लिए किया है. तो Doctor सफीना मेरे लिए बहुत बड़ी blessing है.</w:t>
      </w:r>
    </w:p>
    <w:p>
      <w:r>
        <w:rPr>
          <w:b/>
        </w:rPr>
        <w:t xml:space="preserve">[1:03:59] </w:t>
      </w:r>
      <w:r>
        <w:t>mujhse malana sahab ne kaha tha ki doctor safina ko lekar chaliye. to unhone inke andar bahut kuch dekha tha. tab unhone mujhse aise kaha tha malana sahab ne.</w:t>
      </w:r>
    </w:p>
    <w:p>
      <w:pPr>
        <w:jc w:val="right"/>
      </w:pPr>
      <w:r>
        <w:t>मुझसे मालाना साहब ने कहा था कि Doctor सफीना को लेकर चलिए. तो उन्होंने इनके अंदर बहुत कुछ देखा था. तब उन्होंने मुझसे ऐसे कहा था मलाना साहब ने.</w:t>
      </w:r>
    </w:p>
    <w:p>
      <w:r>
        <w:rPr>
          <w:b/>
        </w:rPr>
        <w:t xml:space="preserve">[1:04:11] </w:t>
      </w:r>
      <w:r>
        <w:t>to aaj mere liye Doctor Safeena main apne poore jazbe ke saath duagti hoon bahut zyada ke doctor</w:t>
      </w:r>
    </w:p>
    <w:p>
      <w:pPr>
        <w:jc w:val="right"/>
      </w:pPr>
      <w:r>
        <w:t>तो आज मेरे लिए Doctor सफ़ीना मैं अपने पूरे जज़्बे के साथ द्वागती हूं बहुत ज़्यादा कि doctor</w:t>
      </w:r>
    </w:p>
    <w:p>
      <w:r>
        <w:rPr>
          <w:b/>
        </w:rPr>
        <w:t xml:space="preserve">[1:04:17] </w:t>
      </w:r>
      <w:r>
        <w:t>Safeena ko alag alag sehat ke saath rakhe aur jo woh yeh group jo is waqt dekh rahi</w:t>
      </w:r>
    </w:p>
    <w:p>
      <w:pPr>
        <w:jc w:val="right"/>
      </w:pPr>
      <w:r>
        <w:t>सफ़ीना को अलग अलग सेहत के साथ रखे और जो वह यह group जो इस वक्त देख रही</w:t>
      </w:r>
    </w:p>
    <w:p>
      <w:r>
        <w:rPr>
          <w:b/>
        </w:rPr>
        <w:t xml:space="preserve">[1:04:24] </w:t>
      </w:r>
      <w:r>
        <w:t>hain matlab dono group dekh rahi hain woh aur aur Shabano ne jo bataya ke yeh Apa ke</w:t>
      </w:r>
    </w:p>
    <w:p>
      <w:pPr>
        <w:jc w:val="right"/>
      </w:pPr>
      <w:r>
        <w:t>हैं मतलब दोनों group देख रही हैं वह और और शाबानों ने जो बताया कि यह आपा के</w:t>
      </w:r>
    </w:p>
    <w:p>
      <w:r>
        <w:rPr>
          <w:b/>
        </w:rPr>
        <w:t xml:space="preserve">[1:04:31] </w:t>
      </w:r>
      <w:r>
        <w:t>sehat khayal rakhe hain to yeh bhi bahut achhi dawa diya Shabano aur sabhi ka main bahut zyada</w:t>
      </w:r>
    </w:p>
    <w:p>
      <w:pPr>
        <w:jc w:val="right"/>
      </w:pPr>
      <w:r>
        <w:t>सेहत ख्याल रखे हैं तो यह भी बहुत अच्छी दवा दिया शामानों और सभी का मैं बहुत ज़्यादा</w:t>
      </w:r>
    </w:p>
    <w:p>
      <w:r>
        <w:rPr>
          <w:b/>
        </w:rPr>
        <w:t xml:space="preserve">[1:04:37] </w:t>
      </w:r>
      <w:r>
        <w:t>shukriyada karti hoon aur Princess Khan jo bahut achhi advice deti hai mashhan na, to bas hum sab</w:t>
      </w:r>
    </w:p>
    <w:p>
      <w:pPr>
        <w:jc w:val="right"/>
      </w:pPr>
      <w:r>
        <w:t>शुक्रियादा करती हूं और princess खान जो बहुत अच्छी advice देती है मशहान ना, तो बस हम सब</w:t>
      </w:r>
    </w:p>
    <w:p>
      <w:r>
        <w:rPr>
          <w:b/>
        </w:rPr>
        <w:t xml:space="preserve">[1:04:44] </w:t>
      </w:r>
      <w:r>
        <w:t>dua karenge Apa ko shayad ke saath zindagi ke sture aur hum logon ke liye ek bahut badi</w:t>
      </w:r>
    </w:p>
    <w:p>
      <w:pPr>
        <w:jc w:val="right"/>
      </w:pPr>
      <w:r>
        <w:t>दवा करेंगे आपा को शायद के साथ ज़िंदगी के स्तुरे और हम लोगों के लिए एक बहुत बड़ी</w:t>
      </w:r>
    </w:p>
    <w:p>
      <w:r>
        <w:rPr>
          <w:b/>
        </w:rPr>
        <w:t xml:space="preserve">[1:04:51] </w:t>
      </w:r>
      <w:r>
        <w:t>nemat hai aap is waqt.</w:t>
      </w:r>
    </w:p>
    <w:p>
      <w:pPr>
        <w:jc w:val="right"/>
      </w:pPr>
      <w:r>
        <w:t>नेमत है आप इस वक्त.</w:t>
      </w:r>
    </w:p>
    <w:p>
      <w:r>
        <w:rPr>
          <w:b/>
        </w:rPr>
        <w:t xml:space="preserve">[1:04:58] </w:t>
      </w:r>
      <w:r>
        <w:t>haan ameen. kahan? ameen ameen ameen. aameen. to main ek ek cheez hai agar time ho shuru na to main do minute ka kuch itna ek rajat batana chahti thi ki main ji aapka bataiye. haan haan ek ek din main to kahjoot padh rahi thi abhi ek hafte pehle ki baat hai ki achanak se aisa mahsus hua ki ki koi bahut tez tez chalkar aaya mere room ke darwaze par aakar ruk gaya.</w:t>
      </w:r>
    </w:p>
    <w:p>
      <w:pPr>
        <w:jc w:val="right"/>
      </w:pPr>
      <w:r>
        <w:t>हां अमीन. कहां? अमीन अमीन अमीन. आमीन. तो मैं एक एक चीज़ है अगर time हो शुरू ना तो मैं दो minute का कुछ इतना एक रजत बताना चाह रही थी कि मैं जी आपका बताइए. हां हां एक एक दिन मैं तो कहजूत पढ़ रही थी अभी एक हफ्ते पहले की बात है कि अचानक से ऐसा महसूस हुआ कि कि कोई बहुत तेज़ तेज़ चलकर आया मेरे room के दरवाज़े पर आकर रुक गया.</w:t>
      </w:r>
    </w:p>
    <w:p>
      <w:r>
        <w:rPr>
          <w:b/>
        </w:rPr>
        <w:t xml:space="preserve">[1:05:25] </w:t>
      </w:r>
      <w:r>
        <w:t>to main namaz padh hi rahi thi to poori tarah mere andar bilkul tharthari aa gayi main ekdam kanpne lagi. is tarike se kaamp rahi thi ki main mujhe laga ki dhadkan meri awaz jo hai dil ki dhadkan ki awaz main sun rahi hoon.</w:t>
      </w:r>
    </w:p>
    <w:p>
      <w:pPr>
        <w:jc w:val="right"/>
      </w:pPr>
      <w:r>
        <w:t>तो मैं नमाज़ पढ़ ही रही थी तो पूरी तरह मेरे अंदर बिल्कुल थरथरी आ गई मैं एकदम कांपने लगी. इस तरीके से कांप रही थी कि मैं मुझे लगा कि धड़कन मेरी आवाज़ जो है दिल की धड़कन की आवाज़ मैं sun रही हूं.</w:t>
      </w:r>
    </w:p>
    <w:p>
      <w:r>
        <w:rPr>
          <w:b/>
        </w:rPr>
        <w:t xml:space="preserve">[1:05:42] </w:t>
      </w:r>
      <w:r>
        <w:t>poora jism mera kaamp raha tha thodi der ke baad mein thoda sa sahi hui to mujhe ekdam yeh saath hua ki isi tarah jab khuda achanak se mere samne aa jayega, tab mera kya hal hoga? achanak se khuda ka maujud hona mujhe isse bhi zyada kab kabhi ka ehsas hoga jaisa mujhe abhi hua.</w:t>
      </w:r>
    </w:p>
    <w:p>
      <w:pPr>
        <w:jc w:val="right"/>
      </w:pPr>
      <w:r>
        <w:t>पूरा जिस्म मेरा कांप रहा था थोड़ी देर के बाद में थोड़ा सा सही हुई तो मुझे एकदम यह साथ हुआ कि इसी तरह जब खुदा अचानक से मेरे सामने आ जाएगा, तब मेरा क्या हाल होगा? अचानक से खुदा का मौजूद होना मुझे इससे भी ज़्यादा कब कभी का एहसास होगा जैसा मुझे अभी हुआ.</w:t>
      </w:r>
    </w:p>
    <w:p>
      <w:r>
        <w:rPr>
          <w:b/>
        </w:rPr>
        <w:t xml:space="preserve">[1:06:09] </w:t>
      </w:r>
      <w:r>
        <w:t>to is soch ke main apni galtiyon ki maafi mangne lagi ki yaar aaj mujhe tune mauka diya hai ki main apni gunahon ki maafi mang rakh sakoon.</w:t>
      </w:r>
    </w:p>
    <w:p>
      <w:pPr>
        <w:jc w:val="right"/>
      </w:pPr>
      <w:r>
        <w:t>तो इस सोच के मैं अपनी गलतियों की माफी मांगने लगी कि यार आज मुझे तूने मौका दिया है कि मैं अपनी गुनाहों की माफी मांग रख सकूं.</w:t>
      </w:r>
    </w:p>
    <w:p>
      <w:r>
        <w:rPr>
          <w:b/>
        </w:rPr>
        <w:t xml:space="preserve">[1:06:19] </w:t>
      </w:r>
      <w:r>
        <w:t>aakhir par mere liye mauka bhi khatam ho jayega aur din bhar main apne kamon ke dauran hi sochti rahi ki agar khuda ke presence ka ehsas meri zindagi mein is tarah se shamil ho jaye, jis tarah mujhe raat ko fizuruwa hua, to meri zindagi ka har amal pure ho jaye, sirf khuda ke liye ho jaye.</w:t>
      </w:r>
    </w:p>
    <w:p>
      <w:pPr>
        <w:jc w:val="right"/>
      </w:pPr>
      <w:r>
        <w:t>आखिर पर मेरे लिए मौका भी खत्म हो जाएगा और दिन भर मैं अपने कामों के दौरान ही सोचती रही कि अगर खुदा के presence का एहसास मेरी ज़िंदगी में इस तरह से शामिल हो जाए, जिस तरह मुझे रात को फिजुरुवा हुआ, तो मेरी ज़िंदगी का हर अमल pure हो जाए, सिर्फ खुदा के लिए हो जाए.</w:t>
      </w:r>
    </w:p>
    <w:p>
      <w:r>
        <w:rPr>
          <w:b/>
        </w:rPr>
        <w:t xml:space="preserve">[1:06:41] </w:t>
      </w:r>
      <w:r>
        <w:t>to halla ka dar insan ko sabse zyada serious banata hai, halla ka dar hi insan ke andar sahi soch paida karta hai. khuda ka khauf hamein galat cheezon se rukta hai aur jab hum galat kuch karne se ruk jate hain to hamare andar jo sahi soch hai wah kaam karne lagti hai. to mujhe yeh lesson mila ki zindagi khuda ke dar ke sath bahut soch samajhkar guzani chahiye.</w:t>
      </w:r>
    </w:p>
    <w:p>
      <w:pPr>
        <w:jc w:val="right"/>
      </w:pPr>
      <w:r>
        <w:t>तो हल्ला का डर इंसान को सबसे ज़्यादा serious बनाता है, हल्ला का डर ही इंसान के अंदर सही सोच पैदा करता है. खुदा का खौफ हमें गलत चीज़ों से रुकता है और जब हम गलत कुछ करने से रुक जाते हैं तो हमारे अंदर जो सही सोच है वह काम करने लगती है. तो मुझे यह लेसन मिला कि ज़िंदगी खुदा के डर के साथ बहुत सोच समझकर गुज़ानी चाहिए.</w:t>
      </w:r>
    </w:p>
    <w:p>
      <w:r>
        <w:rPr>
          <w:b/>
        </w:rPr>
        <w:t xml:space="preserve">[1:07:09] </w:t>
      </w:r>
      <w:r>
        <w:t>jaise ki malana sahab kehte hain ki char hisse mein aapki zindagi bati honi chahiye. pehla yeh ki aapko khuda koi. pehla yeh ki aapko khuda ke presence ka tazurba hone lagi. doosra yeh ki aap apna introspection kar rahe ho. aap khuda ke creation mein khuda ki jhalakiyan dekh rahe ho aur chautha yani one fourth aapke time ka yeh hona chahiye ki aap apne zaruriyat ko poora karne mein lagaye.</w:t>
      </w:r>
    </w:p>
    <w:p>
      <w:pPr>
        <w:jc w:val="right"/>
      </w:pPr>
      <w:r>
        <w:t>जैसे कि मालाना साहब कहते हैं कि चार हिस्से में आपकी ज़िंदगी बटी होनी चाहिए. पहला यह कि आपको खुदा कोई. पहला यह कि आपको खुदा के presence का तज़रबा होने लगी. दूसरा यह कि आप अपना introspection कर रहे हो. आप खुदा के creation में खुदा की झलकियां देख रहे हो और चौथा यानी one fourth आपके time का यह होना चाहिए कि आप अपने ज़रूरियात को पूरा करने में लगाएं.</w:t>
      </w:r>
    </w:p>
    <w:p>
      <w:r>
        <w:rPr>
          <w:b/>
        </w:rPr>
        <w:t xml:space="preserve">[1:07:37] </w:t>
      </w:r>
      <w:r>
        <w:t>apne job, apne ghar, apne material needs mein lagaye. to yeh formula malana sahab ne god oriented life ka bataya hai. to is tarah humko apni zindagi char hisse mein divide kar lena chahiye. ab hum yeh is cheez ka ait karein ki hamare marfat ka safaltaay karne ke liye yeh zindagi ka jo right form bola hai jisko god oriented oriented zindagi kehte hain.</w:t>
      </w:r>
    </w:p>
    <w:p>
      <w:pPr>
        <w:jc w:val="right"/>
      </w:pPr>
      <w:r>
        <w:t>अपने job, अपने घर, अपने material needs में लगाएं. तो यह formula मौलाना साहब ने god oriented life का बताया है. तो इस तरह हमको अपनी ज़िंदगी चार हिस्से में divide कर लेना चाहिए. अब हम यह इस चीज़ का ऐत करें कि हमारे मार्फत का सफलताय करने के लिए यह ज़िंदगी का जो right form बोला है जिसको god oriented oriented ज़िंदगी कहते हैं.</w:t>
      </w:r>
    </w:p>
    <w:p>
      <w:r>
        <w:rPr>
          <w:b/>
        </w:rPr>
        <w:t xml:space="preserve">[1:08:04] </w:t>
      </w:r>
      <w:r>
        <w:t>to yahi dua hai allah taala se ki hamein is tarah ki hum sabko is tarah ki zindagi jeene mein allah taala hamari madad karein. hamein shavi ne maine time zyada de diya hai iske liye. main zara se ek minute bol sakti hoon. ji ek</w:t>
      </w:r>
    </w:p>
    <w:p>
      <w:pPr>
        <w:jc w:val="right"/>
      </w:pPr>
      <w:r>
        <w:t>तो यही दुआ है अल्लाह ताला से कि हमें इस तरह की हम सबको इस तरह की ज़िंदगी जीने में अल्लाह तालाह हमारी मदद करें. हमें शवि ने मैंने time ज़्यादा दे दिया है इसके लिए. मैं ज़रा से एक minute बोल सकती हूं. जी एक</w:t>
      </w:r>
    </w:p>
    <w:p>
      <w:r>
        <w:rPr>
          <w:b/>
        </w:rPr>
        <w:t xml:space="preserve">[1:08:22] </w:t>
      </w:r>
      <w:r>
        <w:t>to fahmida saba ka bahut hi zyada important unka baat thi char hisson mein apni zindagi ko divide karna bahut zyada important baat hai yeh. to hum sab logon ko is ko gehrai se samajhna chahiye aur doosre mein yeh shah bano ne jo yeh baat kahi mahajareen aur ansar wali to yeh bahut hi creative point hai.</w:t>
      </w:r>
    </w:p>
    <w:p>
      <w:pPr>
        <w:jc w:val="right"/>
      </w:pPr>
      <w:r>
        <w:t>तो फ़हमीदा साबा का बहुत ही ज़्यादा important उनका बात थी चार हिस्सों में अपनी ज़िंदगी को divide करना बहुत ज़्यादा important बात है यह. तो हम सब लोगों को इस को गहराई से समझना चाहिए और दूसरे में यह शाह बानों ने जो यह बात कही महाजरीन और अनुसार वाली तो यह बहुत ही creative point है.</w:t>
      </w:r>
    </w:p>
    <w:p>
      <w:r>
        <w:rPr>
          <w:b/>
        </w:rPr>
        <w:t xml:space="preserve">[1:08:48] </w:t>
      </w:r>
      <w:r>
        <w:t>to hum log jo mulana bhi spiritual sisters aur spiritual brother kehte the. to yeh ek ek tarah se yeh sunna ka ek profit ki ek sunna ka revival hai. kyunki tamam musalman jo hain apne rishtedaron mein fase hue hain. unhi se milte hain, unhi ki dawatें karte hain, unhi ki programon mein jate hain.</w:t>
      </w:r>
    </w:p>
    <w:p>
      <w:pPr>
        <w:jc w:val="right"/>
      </w:pPr>
      <w:r>
        <w:t>तो हम लोग जो मुलाना भी spiritual sisters और spiritual brother कहते थे. तो यह एक एक तरह से यह सुनना का एक profit की एक सुनना का revival है. क्योंकि तमाम मुसलमान जो है अपने रिश्तेदारों में फ़ंसे हुए हैं. उन्हीं से मिलते हैं, उन्हीं की दावातें करते हैं, उन्हीं की programओं में जाते हैं.</w:t>
      </w:r>
    </w:p>
    <w:p>
      <w:r>
        <w:rPr>
          <w:b/>
        </w:rPr>
        <w:t xml:space="preserve">[1:09:10] </w:t>
      </w:r>
      <w:r>
        <w:t>to yeh pehli bar yeh ek ek aisi sunna jo abandoned ho gayi thi to wah yahan par CPS mein revive hui hai. to hum logon ko itna zyada apne jo CPS wale hain jo dawa team ke jo members hain unse itna gehra tal log hai ki wah apne rishtedar to aap bahut hi peeche chal ja chuke hain.</w:t>
      </w:r>
    </w:p>
    <w:p>
      <w:pPr>
        <w:jc w:val="right"/>
      </w:pPr>
      <w:r>
        <w:t>तो यह पहली बार यह एक एक ऐसी सुनना जो abandoned हो गई थी तो वह यहां पर CPS में revive हुई है. तो हम लोगों को इतना ज़्यादा अपने जो CPS वाले हैं जो दावा team के जो members हैं उनसे इतना गहरा ताल लोग है कि वह अपने रिश्तेदार तो आप बहुत ही पीछे चल जा चुके हैं.</w:t>
      </w:r>
    </w:p>
    <w:p>
      <w:r>
        <w:rPr>
          <w:b/>
        </w:rPr>
        <w:t xml:space="preserve">[1:09:34] </w:t>
      </w:r>
      <w:r>
        <w:t>to yeh abhi mujhe samajh mein aaya ki yeh sunna hai profit ki jo yahan par revive hui hai CPS culture mein. to yeh bahut hi achhi baat unhone batai. yahi kehna chahti thi. zinda kar zinda kar. zinda zinda kar. to aap humse complete the sessions? sir ek bas ek baat hai.</w:t>
      </w:r>
    </w:p>
    <w:p>
      <w:pPr>
        <w:jc w:val="right"/>
      </w:pPr>
      <w:r>
        <w:t>तो यह अभी मुझे समझ में आया कि यह सुनना है profit की जो यहां पर revive हुई है CPS culture में. तो यह बहुत ही अच्छी बात उन्होंने बताई. यही कहना चाह रही थी. ज़िदा कर ज़िदा कर. ज़िदा ज़िदा कर. तो आप हमसे complete the sessions? Sir एक बस एक बात है.</w:t>
      </w:r>
    </w:p>
    <w:p>
      <w:r>
        <w:rPr>
          <w:b/>
        </w:rPr>
        <w:t xml:space="preserve">[1:09:59] </w:t>
      </w:r>
      <w:r>
        <w:t>yeh yeh poochna tha mujhe Faridabad hum log Allah ka sorry excuse me Allah ke khauf ki kyun</w:t>
      </w:r>
    </w:p>
    <w:p>
      <w:pPr>
        <w:jc w:val="right"/>
      </w:pPr>
      <w:r>
        <w:t>यह यह पूछना था मुझे फरीदाबाद हम लोग अल्लाह का sorry excuse me अल्लाह के खौफ की क्यों</w:t>
      </w:r>
    </w:p>
    <w:p>
      <w:r>
        <w:rPr>
          <w:b/>
        </w:rPr>
        <w:t xml:space="preserve">[1:10:12] </w:t>
      </w:r>
      <w:r>
        <w:t>baat karte hain?</w:t>
      </w:r>
    </w:p>
    <w:p>
      <w:pPr>
        <w:jc w:val="right"/>
      </w:pPr>
      <w:r>
        <w:t>बात करते हैं?</w:t>
      </w:r>
    </w:p>
    <w:p>
      <w:r>
        <w:rPr>
          <w:b/>
        </w:rPr>
        <w:t xml:space="preserve">[1:10:26] </w:t>
      </w:r>
      <w:r>
        <w:t>jaise Allah ke jaise main aapko Allah ki misaal jaise aap hain.</w:t>
      </w:r>
    </w:p>
    <w:p>
      <w:pPr>
        <w:jc w:val="right"/>
      </w:pPr>
      <w:r>
        <w:t>जैसे अल्लाह के जैसे मैं आपको अल्लाह की मिसाल जैसे आप हैं.</w:t>
      </w:r>
    </w:p>
    <w:p>
      <w:r>
        <w:rPr>
          <w:b/>
        </w:rPr>
        <w:t xml:space="preserve">[1:10:40] </w:t>
      </w:r>
      <w:r>
        <w:t>kabhi kabhi aisa hota hai ki hum hum insan bahut zyada uske andar desires hain na to kabhi kabhi aisa hota hai ki hum ko agar allah ka khauf na ho to hum apni desires ko nahi chhodenge. desires wali zindagi jo hai wah hamein itna mahboob hai to hamein khauf hota hai kahin</w:t>
      </w:r>
    </w:p>
    <w:p>
      <w:pPr>
        <w:jc w:val="right"/>
      </w:pPr>
      <w:r>
        <w:t>कभी कभी ऐसा होता है कि हम हम इंसान बहुत ज़्यादा उसके अंदर desires हैं ना तो कभी कभी ऐसा होता है कि हम को अगर अल्लाह का खौफ ना हो तो हम अपनी desires को नहीं छोड़ेंगे. Desires वाली ज़िंदगी जो है वह हमें इतना महबूब है तो हमें खौफ होता है कहीं</w:t>
      </w:r>
    </w:p>
    <w:p>
      <w:r>
        <w:rPr>
          <w:b/>
        </w:rPr>
        <w:t xml:space="preserve">[1:11:03] </w:t>
      </w:r>
      <w:r>
        <w:t>hum humko jannat se mehroomi na ho jaye kahin hamara khoda humse naraz na ho jaye kyunki asal cheez to wahi hai khoda se mohabbat aur sabse mohabbat asal cheez to wahi hai lekin kabhi kabhi uski zarorat padti hai.</w:t>
      </w:r>
    </w:p>
    <w:p>
      <w:pPr>
        <w:jc w:val="right"/>
      </w:pPr>
      <w:r>
        <w:t>हम हमको जन्नत से महरूमी ना हो जाए कहीं हमारा खोदा हमसे नाराज़ ना हो जाए क्योंकि असल चीज़ तो वही है खोदा से मोहब्बत और सबसे मोहब्बत असल चीज़ तो वही है लेकिन कभी कभी उसकी ज़रूरत पड़ती है.</w:t>
      </w:r>
    </w:p>
    <w:p>
      <w:r>
        <w:rPr>
          <w:b/>
        </w:rPr>
        <w:t xml:space="preserve">[1:11:20] </w:t>
      </w:r>
      <w:r>
        <w:t>agar dost nikal diya jaye aur khuda ki narazi ko nikal diya jaye to bahut sare kaam aise hain jinko karte hue hum darange nahi to wah bhi wah bhi zaruri hai lekin yeh hai ki log foran mein darane lagte hain dost se yeh sab yeh sab bhi galat hai.</w:t>
      </w:r>
    </w:p>
    <w:p>
      <w:pPr>
        <w:jc w:val="right"/>
      </w:pPr>
      <w:r>
        <w:t>अगर दोस्त निकाल दिया जाए और खुदा की नाराज़ी को निकाल दिया जाए तो बहुत सारे काम ऐसे हैं जिनको करते हुए हम डरेंगे नहीं तो वह भी वह भी ज़रूरी है लेकिन यह है कि लोग फ़ौरन में डराने लगते हैं दोस्त से यह सब यह सब भी गलत है.</w:t>
      </w:r>
    </w:p>
    <w:p>
      <w:r>
        <w:rPr>
          <w:b/>
        </w:rPr>
        <w:t xml:space="preserve">[1:11:39] </w:t>
      </w:r>
      <w:r>
        <w:t>har cheez ko ek had mein haaluye sahi hoti hai ki bahut saare kaam hum karna chahte hain lekin hum jab sochte hain ki nahi kahin hum jannat se mahrūm na ho jaye tab hum chhod dete hain. to ek insaan ki jo jazbāt hai na uske lihaz se darr bhi zarūri hai.</w:t>
      </w:r>
    </w:p>
    <w:p>
      <w:pPr>
        <w:jc w:val="right"/>
      </w:pPr>
      <w:r>
        <w:t>हर चीज़ को एक हद में हालुए सही होती है कि बहुत सारे काम हम करना चाहते हैं लेकिन हम जब सोचते हैं कि नहीं कहीं हम जन्नत से मैरूम ना हो जाए तब हम छोड़ देते हैं. तो एक इंसान की जो जज़्बात है ना उसके लिहाज से डर भी ज़रूरी है.</w:t>
      </w:r>
    </w:p>
    <w:p>
      <w:r>
        <w:rPr>
          <w:b/>
        </w:rPr>
        <w:t xml:space="preserve">[1:11:56] </w:t>
      </w:r>
      <w:r>
        <w:t>kai kaam aise hain jab hum darr ki wajah se hum nahi karte hain to lekin aajkal musalman log jo hai na bahut zyada darate hain khabar se darate hain khabar mein sthāp bichchū honge yeh honge woh honge to woh sab galat hai. ab ek misaal aapko deti hoon ek pehle zamane mein ghulām hua karte the to ek saahab hi the. abu vūyū vansari the. abu masūd. abu masūd.</w:t>
      </w:r>
    </w:p>
    <w:p>
      <w:pPr>
        <w:jc w:val="right"/>
      </w:pPr>
      <w:r>
        <w:t>कई काम ऐसे हैं जब हम डर की वजह से हम नहीं करते हैं तो लेकिन आजकल मुसलमान लोग जो है ना बहुत ज़्यादा डराते हैं खबर से डराते हैं खबर में स्थाप बिच्छू होंगे यह होंगे वह होंगे तो वह सब गलत है. अब एक मिसाल आपको देती हूं एक पहले ज़माने में गुलाम हुआ करते थे तो एक साहब ही थे. अबू वयू वंसारी थे. अबू मसूद. अबू मसूद.</w:t>
      </w:r>
    </w:p>
    <w:p>
      <w:r>
        <w:rPr>
          <w:b/>
        </w:rPr>
        <w:t xml:space="preserve">[1:12:24] </w:t>
      </w:r>
      <w:r>
        <w:t>to woh rasūlullah sasullam udhar se guzre to woh apne ghulām ko maar rahe the. to rasūlullah sasullam ne dekha rasūlullah sasullam to kabhi zindagi mein aapne kisi ko jo muqādim par jhidka tak nahi to aur aapne kaha ki tumko khuda se darna chahiye kyunki jitna khudrat tumko is walam par hai usse bahut zyada khudrat hota tumhare upar hai.</w:t>
      </w:r>
    </w:p>
    <w:p>
      <w:pPr>
        <w:jc w:val="right"/>
      </w:pPr>
      <w:r>
        <w:t>तो वह रसूल्लाह ससुल्लाम उधर से गुज़रे तो वह अपने गुलाम को मार रहे थे. तो रसूल्लाह ससुल्लाम ने देखा रसूल्लाह ससुल्लाम तो कभी ज़िंदगी में आपने किसी को जो मुक़ादिम पर झिड़का तक नहीं तो और आपने कहा कि तुमको खुदा से डरना चाहिए क्योंकि जितना खुदरत तुमको इस वलाम पर है उससे बहुत ज़्यादा खुदरत होता तुम्हारे ऊपर है.</w:t>
      </w:r>
    </w:p>
    <w:p>
      <w:r>
        <w:rPr>
          <w:b/>
        </w:rPr>
        <w:t xml:space="preserve">[1:12:54] </w:t>
      </w:r>
      <w:r>
        <w:t>to matlab wahan par darr zarūri tha. to kahin kahin darr bhi zarūri hota hai. hum human beings hain na to unko kahin kahin darr bhi zarūri hota hai. lekin yeh jo log aajkal mohal bhi log khāstar par darate hain ki khabar mein yeh hoga, woh hoga. to yeh sab galat hai. yeh sab jo hai baad mein cheezein hum jo hain bana li gayi hain. jazāk allāh aapne bahut achhi baat batai.</w:t>
      </w:r>
    </w:p>
    <w:p>
      <w:pPr>
        <w:jc w:val="right"/>
      </w:pPr>
      <w:r>
        <w:t>तो मतलब वहां पर डर ज़रूरी था. तो कहीं कहीं डर भी ज़रूरी होता है. हम human beings हैं ना तो उनको कहीं कहीं डर भी ज़रूरी होता है. लेकिन यह जो लोग आजकल मोहल भी लोग खास्तर पर डराते हैं कि खबर में यह होगा, वह होगा. तो यह सब गलत है. यह सब जो है बाद में चीज़ें हम जो हैं बना ली गई हैं. जज़ाक अल्लाह आपने बहुत अच्छी बात बताई.</w:t>
      </w:r>
    </w:p>
    <w:p>
      <w:r>
        <w:rPr>
          <w:b/>
        </w:rPr>
        <w:t xml:space="preserve">[1:13:19] </w:t>
      </w:r>
      <w:r>
        <w:t>mujhe aisa lag raha hai ki maulana to love ki baat karte the ki we should love allāh the most. woh to yahi batate the to allāh se mohabbat aur phir main yeh sochti hoon jaise hum maa baap se mohabbat karte hain to us wajah se hum ġalat kaam karte hue darte hain ki yeh hamare maa baap ko bura lagega.</w:t>
      </w:r>
    </w:p>
    <w:p>
      <w:pPr>
        <w:jc w:val="right"/>
      </w:pPr>
      <w:r>
        <w:t>मुझे ऐसा लग रहा है कि मौलाना तो love की बात करते थे कि we should love अल्लाह the most. वह तो यही बताते थे तो Allah से मोहब्बत और फिर मैं यह सोचती हूं जैसे हम मां बाप से मोहब्बत करते हैं तो उस वजह से हम ग़लत काम करते हुए डरते हैं कि यह हमारे मां बाप को बुरा लगेगा.</w:t>
      </w:r>
    </w:p>
    <w:p>
      <w:r>
        <w:rPr>
          <w:b/>
        </w:rPr>
        <w:t xml:space="preserve">[1:13:42] </w:t>
      </w:r>
      <w:r>
        <w:t>to allāh jisse hum itna pyaar karna chahiye ya karte hain to koi galat kaam karein to hamein uska darr hai kyunki woh hamare upar woh kehte hain ki allāh ki mohabbat tumhare agar tum do kadam chalo woh das kadam aage aayega. allāh to yeh sab kuch kehta hai.</w:t>
      </w:r>
    </w:p>
    <w:p>
      <w:pPr>
        <w:jc w:val="right"/>
      </w:pPr>
      <w:r>
        <w:t>तो अल्लाह जिससे हम इतना प्यार करना चाहिए या करते हैं तो कोई गलत काम करें तो हमें उसका डर है क्योंकि वह हमारे ऊपर वह कहते हैं कि अल्लाह कि मोहब्बत तुम्हारे अगर तुम दो कदम चलो वह दस कदम आगे आएगा. अल्लाह तो यह सब कुछ कहता है.</w:t>
      </w:r>
    </w:p>
    <w:p>
      <w:r>
        <w:rPr>
          <w:b/>
        </w:rPr>
        <w:t xml:space="preserve">[1:14:00] </w:t>
      </w:r>
      <w:r>
        <w:t>to maulana bhi love of god ka bahut we should love god the most aur isi liye kyunki hum usse mohabbat karte hain to hamein uska darr bhi hai ki woh hum koi galat kaam jo usne kaha hai uska galat kaam na karein. yeh. shukriya nushmapa ji. shukriya. do dār. teen din se main yahi hoon. shukriya bahut bahut. we should love the most.</w:t>
      </w:r>
    </w:p>
    <w:p>
      <w:pPr>
        <w:jc w:val="right"/>
      </w:pPr>
      <w:r>
        <w:t>तो मौलाना भी love of God का बहुत we should love God the most और इसीलिए क्योंकि हम उससे मोहब्बत करते हैं तो हमें उसका डर भी है कि वह हम कोई गलत काम जो उसने कहा है उसका गलत काम ना करें. यह. शुक्रिया नश्मापा जी. शुक्रिया. दो दार. तीन दिन से मैं यही हूं. शुक्रिया बहुत बहुत. We should love the most.</w:t>
      </w:r>
    </w:p>
    <w:p>
      <w:r>
        <w:rPr>
          <w:b/>
        </w:rPr>
        <w:t xml:space="preserve">[1:14:29] </w:t>
      </w:r>
      <w:r>
        <w:t>Beautiful. Haan.</w:t>
      </w:r>
    </w:p>
    <w:p>
      <w:pPr>
        <w:jc w:val="right"/>
      </w:pPr>
      <w:r>
        <w:t>Beautiful. हां.</w:t>
      </w:r>
    </w:p>
    <w:p>
      <w:r>
        <w:rPr>
          <w:b/>
        </w:rPr>
        <w:t xml:space="preserve">[1:14:34] </w:t>
      </w:r>
      <w:r>
        <w:t>Papa, should we conclude this session?</w:t>
      </w:r>
    </w:p>
    <w:p>
      <w:pPr>
        <w:jc w:val="right"/>
      </w:pPr>
      <w:r>
        <w:t>Papa, should we conclude this session?</w:t>
      </w:r>
    </w:p>
    <w:p>
      <w:r>
        <w:rPr>
          <w:b/>
        </w:rPr>
        <w:t xml:space="preserve">[1:14:40] </w:t>
      </w:r>
      <w:r>
        <w:t>I think so. Dil tanichara?</w:t>
      </w:r>
    </w:p>
    <w:p>
      <w:pPr>
        <w:jc w:val="right"/>
      </w:pPr>
      <w:r>
        <w:t>I think so. दिल तनीचारा?</w:t>
      </w:r>
    </w:p>
    <w:p>
      <w:r>
        <w:rPr>
          <w:b/>
        </w:rPr>
        <w:t xml:space="preserve">[1:14:46] </w:t>
      </w:r>
      <w:r>
        <w:t>Haan haan bilkul shrita.</w:t>
      </w:r>
    </w:p>
    <w:p>
      <w:pPr>
        <w:jc w:val="right"/>
      </w:pPr>
      <w:r>
        <w:t>हां हां बिल्कुल श्रीता.</w:t>
      </w:r>
    </w:p>
    <w:p>
      <w:r>
        <w:rPr>
          <w:b/>
        </w:rPr>
        <w:t xml:space="preserve">[1:14:51] </w:t>
      </w:r>
      <w:r>
        <w:t>Time ho gaya hai.</w:t>
      </w:r>
    </w:p>
    <w:p>
      <w:pPr>
        <w:jc w:val="right"/>
      </w:pPr>
      <w:r>
        <w:t>Time हो गया है.</w:t>
      </w:r>
    </w:p>
    <w:p>
      <w:r>
        <w:rPr>
          <w:b/>
        </w:rPr>
        <w:t xml:space="preserve">[1:14:57] </w:t>
      </w:r>
      <w:r>
        <w:t>aaj hum phir aaj hum dua dete hain. theek hai. Haan.</w:t>
      </w:r>
    </w:p>
    <w:p>
      <w:pPr>
        <w:jc w:val="right"/>
      </w:pPr>
      <w:r>
        <w:t>आज हम फिर आज हम दुआ देते हैं. ठीक है. हां.</w:t>
      </w:r>
    </w:p>
    <w:p>
      <w:r>
        <w:rPr>
          <w:b/>
        </w:rPr>
        <w:t xml:space="preserve">[1:15:03] </w:t>
      </w:r>
      <w:r>
        <w:t>jisme layak ramane rahein. musalman islam ka wāqi'a hai jab woh bani islam ko nikalkar, misr se nikalkar aage badhe to saamne samandar aa gaya aur peeche fir'aun talashkar tha. us waqt bani islam pareshan ho gayi. lekin musalman islam allāh par bahut zyada yaqeen rakhte the to unhone yeh kaha jumla jo main arabi mein padhta hoon phir uska tarjumā hai. allāh, innama yārabī sehteen.</w:t>
      </w:r>
    </w:p>
    <w:p>
      <w:pPr>
        <w:jc w:val="right"/>
      </w:pPr>
      <w:r>
        <w:t>जिसमें लायक रमाने रहें. मुसाल इस्लाम का वाकिया है जब वह बनी इस्लाम को निकालकर, मिस्र से निकालकर आगे बढ़े तो सामने समंदर आ गया और पीछे फिरौन तलश्कर था. उस वक्त बनी इस्लाम परेशान हो गई. लेकिन मुसालिस्लाम अल्लाह पर बहुत ज़्यादा यकीन रखते थे तो उन्होंने यह कहा जुमला जो मैं अरबी में पढ़ता हूं फिर उसका तर्जुमा है. अल्लाह, इन्नामाय, यारबी सेहतीन.</w:t>
      </w:r>
    </w:p>
    <w:p>
      <w:r>
        <w:rPr>
          <w:b/>
        </w:rPr>
        <w:t xml:space="preserve">[1:15:33] </w:t>
      </w:r>
      <w:r>
        <w:t>Arjiz nahi, beshak mere saath mera ravya hai.</w:t>
      </w:r>
    </w:p>
    <w:p>
      <w:pPr>
        <w:jc w:val="right"/>
      </w:pPr>
      <w:r>
        <w:t>अर्गिज नहीं, बेशक मेरे साथ मेरा रव्य है.</w:t>
      </w:r>
    </w:p>
    <w:p>
      <w:r>
        <w:rPr>
          <w:b/>
        </w:rPr>
        <w:t xml:space="preserve">[1:15:39] </w:t>
      </w:r>
      <w:r>
        <w:t>woh mujhe zaroor ranmayi karega.</w:t>
      </w:r>
    </w:p>
    <w:p>
      <w:pPr>
        <w:jc w:val="right"/>
      </w:pPr>
      <w:r>
        <w:t>वह मुझे ज़रूर रणमायी करेगा.</w:t>
      </w:r>
    </w:p>
    <w:p>
      <w:r>
        <w:rPr>
          <w:b/>
        </w:rPr>
        <w:t xml:space="preserve">[1:15:45] </w:t>
      </w:r>
      <w:r>
        <w:t>to uske baad jo nateeja hua woh aap log jante hain ke allah taala ne ban Israel ko</w:t>
      </w:r>
    </w:p>
    <w:p>
      <w:pPr>
        <w:jc w:val="right"/>
      </w:pPr>
      <w:r>
        <w:t>तो उसके बाद जो नतीजा हुआ वह आप लोग जानते हैं कि अल्लाह तालाह ने वन Israel को</w:t>
      </w:r>
    </w:p>
    <w:p>
      <w:r>
        <w:rPr>
          <w:b/>
        </w:rPr>
        <w:t xml:space="preserve">[1:15:52] </w:t>
      </w:r>
      <w:r>
        <w:t>bahut hi khilaf-e-law of nature ke khilaf jaakar bachaya tha wahan par.</w:t>
      </w:r>
    </w:p>
    <w:p>
      <w:pPr>
        <w:jc w:val="right"/>
      </w:pPr>
      <w:r>
        <w:t>बहुत ही खिलाफें law of nature के खिलाफ जाकर बचाया था वहां पर.</w:t>
      </w:r>
    </w:p>
    <w:p>
      <w:r>
        <w:rPr>
          <w:b/>
        </w:rPr>
        <w:t xml:space="preserve">[1:15:58] </w:t>
      </w:r>
      <w:r>
        <w:t>yeh bas is buniyad par hua ke ibrahim alaihissalam yaqeen rakhte the aur allah ke raaste mein</w:t>
      </w:r>
    </w:p>
    <w:p>
      <w:pPr>
        <w:jc w:val="right"/>
      </w:pPr>
      <w:r>
        <w:t>यह बस इस बुनियाद पर हुआ कि इब्राहिम अल्काह मुसालिस्लाम यकीन रखते थे और अल्लाह के रास्ते में</w:t>
      </w:r>
    </w:p>
    <w:p>
      <w:r>
        <w:rPr>
          <w:b/>
        </w:rPr>
        <w:t xml:space="preserve">[1:16:05] </w:t>
      </w:r>
      <w:r>
        <w:t>chal rahe the.</w:t>
      </w:r>
    </w:p>
    <w:p>
      <w:pPr>
        <w:jc w:val="right"/>
      </w:pPr>
      <w:r>
        <w:t>चल रहे थे.</w:t>
      </w:r>
    </w:p>
    <w:p>
      <w:r>
        <w:rPr>
          <w:b/>
        </w:rPr>
        <w:t xml:space="preserve">[1:16:11] </w:t>
      </w:r>
      <w:r>
        <w:t>allah ke hukum ke mutabiq chal rahe the.</w:t>
      </w:r>
    </w:p>
    <w:p>
      <w:pPr>
        <w:jc w:val="right"/>
      </w:pPr>
      <w:r>
        <w:t>अल्लाह का ख़ुम के मुताबिक चल रहे थे.</w:t>
      </w:r>
    </w:p>
    <w:p>
      <w:r>
        <w:rPr>
          <w:b/>
        </w:rPr>
        <w:t xml:space="preserve">[1:16:18] </w:t>
      </w:r>
      <w:r>
        <w:t>amin, summa, amin. amin. so i think we should conclude this session. we have taken a lot of time. it's, 08:20 almost. but this was a very beautiful, very enlightening, and very enriching session with farīda apā and all the ladies who have shared their, learnings, their experiences. it was a growing moment for all of us. and, thank you and jazā k allāh to each one of us who has part participated.</w:t>
      </w:r>
    </w:p>
    <w:p>
      <w:pPr>
        <w:jc w:val="right"/>
      </w:pPr>
      <w:r>
        <w:t>Amin, summa, mean. Amin. So I think we should conclude this session. We have taken a lot of time. It's, 08:20 almost. But this was a very beautiful, very enlightening, and very enriching session with फरीदा अपा and all the ladies who have shared their, learnings, their experiences. It was a growing moment for all of us. And, thank you and जज़ा कल्लाह to each one of us who has part participated.</w:t>
      </w:r>
    </w:p>
    <w:p>
      <w:r>
        <w:rPr>
          <w:b/>
        </w:rPr>
        <w:t xml:space="preserve">[1:16:48] </w:t>
      </w:r>
      <w:r>
        <w:t>and one very good thing is that i today more and more ladies have joined and māshā'allāh we have learned quite a lot and we look forward to these kind of sessions more and more with farīda farīda apā, māshā'allāh, replies so nicely and so enlightening. in a very simple manner, she explains things to us.</w:t>
      </w:r>
    </w:p>
    <w:p>
      <w:pPr>
        <w:jc w:val="right"/>
      </w:pPr>
      <w:r>
        <w:t>And one very good thing is that I today more and more ladies have joined and माशालाह we have learned quite a lot and we look forward to these kind of sessions more and more with फरीदा फरीदा अपार, माशालाह, replies so nicely and so enlightening. In a very simple manner, she explains things to us.</w:t>
      </w:r>
    </w:p>
    <w:p>
      <w:r>
        <w:rPr>
          <w:b/>
        </w:rPr>
        <w:t xml:space="preserve">[1:17:12] </w:t>
      </w:r>
      <w:r>
        <w:t>so farīda apā, we love your company, and may allāh reward you immensely for this, give you lots of sehat and good health and amen. equity to be with us. you're like a guardian amen. sister, big sister. always look forward to you to be with us. your smiling face is always like an icon in us. so i'm be there always with us.</w:t>
      </w:r>
    </w:p>
    <w:p>
      <w:pPr>
        <w:jc w:val="right"/>
      </w:pPr>
      <w:r>
        <w:t>So फरीदा अपार, we love your company, and may Allah reward you immensely for this, give you lots of सेहत and good health and Amen. Equity to be with us. You're like a guardian Amen. Sister, big sister. Always look forward to you to be with us. Your smiling face is always like an icon in us. So I'm be there always with us.</w:t>
      </w:r>
    </w:p>
    <w:p>
      <w:r>
        <w:rPr>
          <w:b/>
        </w:rPr>
        <w:t xml:space="preserve">[1:17:41] </w:t>
      </w:r>
      <w:r>
        <w:t>and i end this session now. and, we'll meet again. next week it will be the article ladies book session. so please participate. it will again be a very enlightening and learning session for all of us. so until we meet again, jisāb kumtām.</w:t>
      </w:r>
    </w:p>
    <w:p>
      <w:pPr>
        <w:jc w:val="right"/>
      </w:pPr>
      <w:r>
        <w:t>And I end this session now. And, we'll meet again. Next week it will be the article ladies book session. So please participate. It will again be a very enlightening and learning session for all of us. So until we meet again, जिसाब कुम्ताम.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