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Understanding Sufism August 7, 2022 Prof. Farida Khanam</w:t>
      </w:r>
    </w:p>
    <w:p>
      <w:r>
        <w:t>https://www.youtube.com/watch?v=6J2Bb3Ypf2Y</w:t>
      </w:r>
    </w:p>
    <w:p>
      <w:r>
        <w:rPr>
          <w:b/>
        </w:rPr>
        <w:t xml:space="preserve">[00:11] </w:t>
      </w:r>
      <w:r>
        <w:t>assalāmalekum. today we will be discussing on the subject understanding sufism and we have with us today professor farīda khānam who not only has taught sufism at jāmi'a millia islamia but has also written many articles and book on sufism. her book a simple guide to sufism is very popular among the students of sufism and people who want to know what sufism is all about.</w:t>
      </w:r>
    </w:p>
    <w:p>
      <w:pPr>
        <w:jc w:val="right"/>
      </w:pPr>
      <w:r>
        <w:t>अस्सलामालेकुम. Today we will be discussing on the subject understanding Sufism and we have with us today professor फरीदा खानम who not only has taught Sufism at जामिया मिलिया इस्लामिया but has also written many articles and book on Sufism. Her book A Simple Guide to Sufism is very popular among the students of Sufism and people who want to know what Sufism is all about.</w:t>
      </w:r>
    </w:p>
    <w:p>
      <w:r>
        <w:rPr>
          <w:b/>
        </w:rPr>
        <w:t xml:space="preserve">[00:39] </w:t>
      </w:r>
      <w:r>
        <w:t>to chaliye baatcheet karte hain farīda apā ke saath. assalāmalekum apā kaisi hain aap? o alībal slām. aap khareed se hain. ji alandar allāh. apā sabse pehla jo sawāl zehan mein aata woh yahi hai kyunki aajkal subject understanding sufism hai ki sufism ke maayne kya hai? what is sufism? to iske baare mein aap hum sabko bataiye.</w:t>
      </w:r>
    </w:p>
    <w:p>
      <w:pPr>
        <w:jc w:val="right"/>
      </w:pPr>
      <w:r>
        <w:t>तो चलिए बातचीत करते हैं फरीदा आपा के साथ. अस्लामालिकुम आपा कैसी हैं आप? ओ अलीब स्लाम. आप ख़रीद से हैं. जी अलंदर अल्ला. आपा सबसे पहला जो सवाल ज़ेहन में आता वह यही है क्योंकि आजकल subject understanding सुफिज़म है कि सुफिज़म के मायने क्या है? What is सुफिज़म? तो इसके बारे में आप हम सबको बताइए.</w:t>
      </w:r>
    </w:p>
    <w:p>
      <w:r>
        <w:rPr>
          <w:b/>
        </w:rPr>
        <w:t xml:space="preserve">[01:03] </w:t>
      </w:r>
      <w:r>
        <w:t>sufism ko arbī ne jo ek bahut mashhūr author hai, to unhone tasawwuf ki kitab likhi unhone usko kaha hai mystical dimension of islam. main usko kahūngi spiritual dimension of islam. to sufism yeh logon ne logon ko objection hua is is talā se. sūfī, tasawwuf, mysticism.</w:t>
      </w:r>
    </w:p>
    <w:p>
      <w:pPr>
        <w:jc w:val="right"/>
      </w:pPr>
      <w:r>
        <w:t>सुफिज़म को आर्भरी ने जो एक बहुत मशहूर author है, तो उन्होंने तस्वूफ की किताब लिखी उन्होंने उसको कहा है mystical dimension of islam. मैं उसको कहूंगी spiritual dimension of islam. तो sufism यह लोगों ने लोगों को objection हुआ इस इस तला से. सूफी, तसवूफ, mysticism.</w:t>
      </w:r>
    </w:p>
    <w:p>
      <w:r>
        <w:rPr>
          <w:b/>
        </w:rPr>
        <w:t xml:space="preserve">[01:29] </w:t>
      </w:r>
      <w:r>
        <w:t>lekin uski jo haqīqat hai, woh bilkul wahi hai jo islam ki spirit hai. to unhone islam ki spirit ko awaken kiya. to shuru mein to jo sahāba aur rasūlullah sasullam ka jo lifestyle tha, sahāba ka jo lifestyle tha aur uske baad tābīn ka, to woh bilkul model tha religiosity ka.</w:t>
      </w:r>
    </w:p>
    <w:p>
      <w:pPr>
        <w:jc w:val="right"/>
      </w:pPr>
      <w:r>
        <w:t>लेकिन उसकी जो हकेकत है, वह बिल्कुल वही है जो इस्लाम की spirit है. तो उन्होंने इस्लाम की spirit को awaken किया. तो शुरू में तो जो सहाबा और रसूल्लाह सरसलम का जो lifestyle था, सहाबा का जो lifestyle था और उसके बाद ताबीन का, तो वह बिल्कुल model था religiosity का.</w:t>
      </w:r>
    </w:p>
    <w:p>
      <w:r>
        <w:rPr>
          <w:b/>
        </w:rPr>
        <w:t xml:space="preserve">[01:56] </w:t>
      </w:r>
      <w:r>
        <w:t>woh din raat huda ki zikr karte, har har baad mein tasabbur karte, tadabbur karte, ibādat karte, raat raat ko ibādat karte aur duniya se unko koi talluq nahi tha. to yeh cheez sūfiyon ke yahan bahut zyada hai ki duniya se talluq khatm karna, attachment khatm karna.</w:t>
      </w:r>
    </w:p>
    <w:p>
      <w:pPr>
        <w:jc w:val="right"/>
      </w:pPr>
      <w:r>
        <w:t>वह दिन रात होदा की ज़िक्र करते, हर हर बाद में तबस्सुम करते, तदब्बुर करते, ऐबादत करते, रात रात को ऐबादत करते और दुनिया से उनको कोई ताल्लुक नहीं था. तो यह चीज़ सूफियों के यहां बहुत ज़्यादा है कि दुनिया से ताल्लुक खत्म करना, attachment खत्म करना.</w:t>
      </w:r>
    </w:p>
    <w:p>
      <w:r>
        <w:rPr>
          <w:b/>
        </w:rPr>
        <w:t xml:space="preserve">[02:20] </w:t>
      </w:r>
      <w:r>
        <w:t>to woh har woh cheez jo hum rasūlullah sasullam ke yahan aur sahāba ke yahan tābīn ke yahan hum dekhte hain, usi ko early sūfīs ki had tak mukammal taur par usko unhone revitalize karne ki koshish ki. kyunki har society mein aisa hota hai ki kuch dinon ke baad after certain generations woh spirit khatm ho jati hai. namaz, roza, haj, zakāt sab bāqi raha.</w:t>
      </w:r>
    </w:p>
    <w:p>
      <w:pPr>
        <w:jc w:val="right"/>
      </w:pPr>
      <w:r>
        <w:t>तो वह हर वह चीज़ जो हम रसूल्लाह सरसुलम के यहां और साहबा के यहां ताबीन के यहां हम देखते हैं, उसी को early सुफीs की हद तक मुकम्मल तौर पर उसको उन्होंने revitalize करने की कोशिश की. क्योंकि हर society में ऐसा होता है कि कुछ दिनों के बाद after certain generations वह spirit खत्म हो जाती है. नमाज़, रोज़ा, हज, जकात सब बाकी रहा.</w:t>
      </w:r>
    </w:p>
    <w:p>
      <w:r>
        <w:rPr>
          <w:b/>
        </w:rPr>
        <w:t xml:space="preserve">[02:49] </w:t>
      </w:r>
      <w:r>
        <w:t>lekin spirit bahut hi kamzor ho gayi. to in logon ne us spirit ko zinda kiya. to shuru mein to jo samajh lijiye ki do tarah ke log hote the. kuch log sirf obligatory duties karte the bāqi aur doosre kaam karte the. tayārat bhi karte the aur jihād bhi karte the.</w:t>
      </w:r>
    </w:p>
    <w:p>
      <w:pPr>
        <w:jc w:val="right"/>
      </w:pPr>
      <w:r>
        <w:t>लेकिन spirit बहुत ही कमज़ोर हो गई. तो इन लोगों ने उस spirit को ज़िंदा किया. तो शुरू में तो जो समझ लीजिए कि दो तरह के लोग होते थे. कुछ लोग सिर्फ obligatory duties करते थे बाकी और दूसरे काम करते थे. तैजारत भी करते थे और जिहाद भी करते थे.</w:t>
      </w:r>
    </w:p>
    <w:p>
      <w:r>
        <w:rPr>
          <w:b/>
        </w:rPr>
        <w:t xml:space="preserve">[03:13] </w:t>
      </w:r>
      <w:r>
        <w:t>bāqi jo duniya ke kaam hote hain aur kuch log aise the jo bahut zyada ibādat nahi apna waqt guzarte the aur zyada zindagi akhtair karte the. kyunki jab woh duniya mein fansenge nahi to bahut zyada āyūshurat ki zindagi woh khud ba khud eliminate ho jati hai.</w:t>
      </w:r>
    </w:p>
    <w:p>
      <w:pPr>
        <w:jc w:val="right"/>
      </w:pPr>
      <w:r>
        <w:t>बाकी जो दुनिया के काम होते हैं और कुछ लोग ऐसे थे जो बहुत ज़्यादा इबादत नहीं अपना वक्त गुजारते थे और ज़्यादा ज़िंदगी अख्तैर करते थे. क्योंकि जब वह दुनिया में फ़ंसेंगे नहीं तो बहुत ज़्यादा आयशूषरत की ज़िंदगी वह खुद बखुद eliminate हो जाती है.</w:t>
      </w:r>
    </w:p>
    <w:p>
      <w:r>
        <w:rPr>
          <w:b/>
        </w:rPr>
        <w:t xml:space="preserve">[03:33] </w:t>
      </w:r>
      <w:r>
        <w:t>to uski misaal hai asāb sūfā ki ek ki woh wahan par rehte the masjid e navvī ke chabūtere par hi wahin rehte hi the woh log aur rasūlullah sallāh sallāh se jo baatein sunte the jinko hum hadīsh kehte hain, usko record karte the, usko māfūs karte the. usi mein abu huraira the jinhone sabse zyada hadīse rawāt ki hain.</w:t>
      </w:r>
    </w:p>
    <w:p>
      <w:pPr>
        <w:jc w:val="right"/>
      </w:pPr>
      <w:r>
        <w:t>तो उसकी मिसाल है असाब सुफा की एक कि वह वहां पर रहते थे मस्जिद ए नव्वी के चबूतरे पर ही वहीं रहते ही थे वह लोग और रसूल्लाह सल्लाह सल्लाह से जो बातें सुनते थे जिनको हम हदीश कहते हैं, उसको record करते थे, उसको माफूस करते थे. उसी में अबू होरैरा थे जिन्होंने सबसे ज़्यादा हदी से रवात की हैं.</w:t>
      </w:r>
    </w:p>
    <w:p>
      <w:r>
        <w:rPr>
          <w:b/>
        </w:rPr>
        <w:t xml:space="preserve">[03:56] </w:t>
      </w:r>
      <w:r>
        <w:t>to yeh logon ki jo zindagi thi woh din raat bas huda ki ibādat mein, huda ki yaad mein guzarti thi. to yahi sufism ka hai. sirf alfās se log jo hain woh ho rahe hain kyunki jo jab lafz sahābi bola jata tha ya tābehi bola jata tha, to phir hamein kisi aur lafz ki zarūrat nahi hoti thi. kisi ki religiosity ko batane ke liye.</w:t>
      </w:r>
    </w:p>
    <w:p>
      <w:pPr>
        <w:jc w:val="right"/>
      </w:pPr>
      <w:r>
        <w:t>तो यह लोगों की जो ज़िंदगी थी वह दिन रात बस होदा की एबादत में, होदा की याद में गुजरती थी. तो यही सूफिज़िम का है. सिर्फ अल्फास से लोग जो हैं वो हो रहे हैं क्योंकि जो जब लब्ज सहाबी बोला जाता था या ताबेही बोला जाता था, तो फिर हमें किसी और लब्ज की ज़रूरत नहीं होती थी. किसी की religiosity को बताने के लिए.</w:t>
      </w:r>
    </w:p>
    <w:p>
      <w:r>
        <w:rPr>
          <w:b/>
        </w:rPr>
        <w:t xml:space="preserve">[04:25] </w:t>
      </w:r>
      <w:r>
        <w:t>woh sabse bada model tha. sahābi, stābhī. phir uske baad jo log is raste par chale matlab zyada ibādat wale karne wale aur duniya se door rehne wale to unko zāhid aur ābid kaha jaane laga. lekin yeh jo lafz sūfī nikla hai yeh ninth century mein yeh lafz istemal kiya gaya hai. to ek bahut mashhūr hai abul qāsim kushharī.</w:t>
      </w:r>
    </w:p>
    <w:p>
      <w:pPr>
        <w:jc w:val="right"/>
      </w:pPr>
      <w:r>
        <w:t>वह सबसे बड़ा model था. साहबी, स्ताभीन. फिर उसके बाद जो लोग इस रास्ते पर चले मतलब ज़्यादा एबादत वाले करने वाले और दुनिया से दूर रहने वाले तो उनको जाहिद और आबिद कहा जाने लगा. लेकिन यह जो लब्ज सूफी निकला है यह ninth century में यह लब्ज इस्तेमाल किया गया है. तो एक बहुत मशहूर है अबुल कासिम कुशहरी.</w:t>
      </w:r>
    </w:p>
    <w:p>
      <w:r>
        <w:rPr>
          <w:b/>
        </w:rPr>
        <w:t xml:space="preserve">[04:54] </w:t>
      </w:r>
      <w:r>
        <w:t>unka hai kitabe risala kushhriya. tasawwuf mein kitabein bahut kam likhi gayi hain lekin jaise kashwul maijoob hai, fawad hai, risala kushhriya hai. to yeh sab bahut important books hain. to ismein unhone bataya hai ki ninth century mein sabse pehle soofi ka love istemal kiya gaya. to Iraq mein ek sahib the abhu hasim kooafi.</w:t>
      </w:r>
    </w:p>
    <w:p>
      <w:pPr>
        <w:jc w:val="right"/>
      </w:pPr>
      <w:r>
        <w:t>उनका है किताबें रिसाला कुशहरिया. तस्वूफ में किताबें बहुत कम लिखी गई हैं लेकिन जैसे कश्वुल मैजूब है, फौवाद है, रिसाला कुशहरिया है. तो यह सब बहुत important books हैं. तो इसमें उन्होंने बताया है कि ninth century में सबसे पहले सूफी का love इस्तेमाल किया गया. तो Iraq में एक साहब थे अभु हासिम कूफी.</w:t>
      </w:r>
    </w:p>
    <w:p>
      <w:r>
        <w:rPr>
          <w:b/>
        </w:rPr>
        <w:t xml:space="preserve">[05:23] </w:t>
      </w:r>
      <w:r>
        <w:t>to unhone yeh aisa jo kapde hote hain, koras kulat keh dein ya jaise jhoot hota hai aur bilkul mota chhota kapda jisko hum kahenge. to unhone woh pehna. ho sakta hai ki us zamane mein, har zamane mein dekhiye sadhu sant rahe hain, rahib rahe hain aur woh log duniya se cut kar zindagi guzarte the.</w:t>
      </w:r>
    </w:p>
    <w:p>
      <w:pPr>
        <w:jc w:val="right"/>
      </w:pPr>
      <w:r>
        <w:t>तो उन्होंने यह ऐसा जो कपड़े होते हैं, कोरस कुलात कह दें या जैसे झूठ होता है और बिल्कुल मोटा छोटा कपड़ा जिसको हम कहेंगे. तो उन्होंने वह पहना. हो सकता है कि उस जमाने में, हर जमाने में देखिए साधु संत रहे हैं, राहिब रहे हैं और वो लोग दुनिया से cut कर ज़िंदगी गुजारते थे.</w:t>
      </w:r>
    </w:p>
    <w:p>
      <w:r>
        <w:rPr>
          <w:b/>
        </w:rPr>
        <w:t xml:space="preserve">[05:48] </w:t>
      </w:r>
      <w:r>
        <w:t>to ab jab duniya se aadmi cut kar zindagi guzarega to bahut hi achhe achhe kapde bhi nahin</w:t>
      </w:r>
    </w:p>
    <w:p>
      <w:pPr>
        <w:jc w:val="right"/>
      </w:pPr>
      <w:r>
        <w:t>तो अब जब दुनिया से आदमी cut कर ज़िंदगी गुजारेगा तो बहुत ही अच्छे अच्छे कपड़े भी नहीं</w:t>
      </w:r>
    </w:p>
    <w:p>
      <w:r>
        <w:rPr>
          <w:b/>
        </w:rPr>
        <w:t xml:space="preserve">[05:52] </w:t>
      </w:r>
      <w:r>
        <w:t>pahan sakta hai.</w:t>
      </w:r>
    </w:p>
    <w:p>
      <w:pPr>
        <w:jc w:val="right"/>
      </w:pPr>
      <w:r>
        <w:t>पहन सकता है.</w:t>
      </w:r>
    </w:p>
    <w:p>
      <w:r>
        <w:rPr>
          <w:b/>
        </w:rPr>
        <w:t xml:space="preserve">[05:56] </w:t>
      </w:r>
      <w:r>
        <w:t>wo saada hi kapde pahnega.</w:t>
      </w:r>
    </w:p>
    <w:p>
      <w:pPr>
        <w:jc w:val="right"/>
      </w:pPr>
      <w:r>
        <w:t>वो सादा ही कपड़े पहनेगा.</w:t>
      </w:r>
    </w:p>
    <w:p>
      <w:r>
        <w:rPr>
          <w:b/>
        </w:rPr>
        <w:t xml:space="preserve">[06:01] </w:t>
      </w:r>
      <w:r>
        <w:t>uski zindagi poori ki poori saada rahegi.</w:t>
      </w:r>
    </w:p>
    <w:p>
      <w:pPr>
        <w:jc w:val="right"/>
      </w:pPr>
      <w:r>
        <w:t>उसकी ज़िंदगी पूरी की पूरी सादा रहेगी.</w:t>
      </w:r>
    </w:p>
    <w:p>
      <w:r>
        <w:rPr>
          <w:b/>
        </w:rPr>
        <w:t xml:space="preserve">[06:05] </w:t>
      </w:r>
      <w:r>
        <w:t>to is tarike se woh phir waise hi kapde pahanne lage aur doosre log bhi aise kapde pahanne lage.</w:t>
      </w:r>
    </w:p>
    <w:p>
      <w:pPr>
        <w:jc w:val="right"/>
      </w:pPr>
      <w:r>
        <w:t>तो इस तरीके से वह फिर वैसे ही कपड़े पहनने लगे और दूसरे लोग भी ऐसे कपड़े पहनने लगे.</w:t>
      </w:r>
    </w:p>
    <w:p>
      <w:r>
        <w:rPr>
          <w:b/>
        </w:rPr>
        <w:t xml:space="preserve">[06:10] </w:t>
      </w:r>
      <w:r>
        <w:t>to isse pata chalta tha ke yeh soofi hain aur yeh sirf ibadat karne wale log hain.</w:t>
      </w:r>
    </w:p>
    <w:p>
      <w:pPr>
        <w:jc w:val="right"/>
      </w:pPr>
      <w:r>
        <w:t>तो इससे पता चलता था कि यह सूफी हैं और यह सिर्फ इबादत करने वाले लोग हैं.</w:t>
      </w:r>
    </w:p>
    <w:p>
      <w:r>
        <w:rPr>
          <w:b/>
        </w:rPr>
        <w:t xml:space="preserve">[06:14] </w:t>
      </w:r>
      <w:r>
        <w:t>to inko duniya se duniyadari se koi dilchaspi nahin hai.</w:t>
      </w:r>
    </w:p>
    <w:p>
      <w:pPr>
        <w:jc w:val="right"/>
      </w:pPr>
      <w:r>
        <w:t>तो इनको दुनिया से दुनियादारी से कोई दिलचस्प नहीं है.</w:t>
      </w:r>
    </w:p>
    <w:p>
      <w:r>
        <w:rPr>
          <w:b/>
        </w:rPr>
        <w:t xml:space="preserve">[06:19] </w:t>
      </w:r>
      <w:r>
        <w:t>to is tarike se yeh log jo hain total devotion to god mein jeete the. din raat ebadat karte the. allah ko yaad karte the, koi milta tha to usse sirf allah ki baatein karte the aur ek baat yeh hai ki unko andar khauf rokhawda bahut zyada tha. bahut zyada khawda se darte the, rote the, girya karte the. kabhi in logon se koi poochta jaise hasan basri se kisi ne poocha ki aap to koi galat kaam karte nahin hain.</w:t>
      </w:r>
    </w:p>
    <w:p>
      <w:pPr>
        <w:jc w:val="right"/>
      </w:pPr>
      <w:r>
        <w:t>तो इस तरीके से यह लोग जो हैं total devotion to god में जीते थे. दिन रात एबादत करते थे. अल्लाह को याद करते थे, कोई मिलता था तो उससे सिर्फ अल्लाह की बातें करते थे और एक बात यह है कि उनको अंदर खौफ रुखौदा बहुत ज़्यादा था. बहुत ज़्यादा खौदा से डरते थे, रोते थे, गिरिया करते थे. कभी इन लोगों से कोई पूछता जैसे हसन बस्री से किसी ने पुछा कि आप तो कोई गलत काम करते नहीं हैं.</w:t>
      </w:r>
    </w:p>
    <w:p>
      <w:r>
        <w:rPr>
          <w:b/>
        </w:rPr>
        <w:t xml:space="preserve">[06:46] </w:t>
      </w:r>
      <w:r>
        <w:t>aap kyon itna rote hain, itna istekhwar karte hain, tauba karte hain? to unhone kaha bejaane mein lailmi mein kuch mujhse ho sakta hai aur woh allah ko napasand hua ho. uske liye main bahut zyada us khawda se darta hoon. to aur doosri ek aur baat hai ki humne to yeh ibadat kar li. ab humein maloom nahin ki woh khuda ke yahan woh yeh ibadat maqbool hui ki nahin, khuda ne accept kiya ki nahin.</w:t>
      </w:r>
    </w:p>
    <w:p>
      <w:pPr>
        <w:jc w:val="right"/>
      </w:pPr>
      <w:r>
        <w:t>आप क्यों इतना रोते हैं, इतना इस्तेख्वार करते हैं, तौबा करते हैं? तो उन्होंने कहा बेजाने में लाईल्मी में कुछ मुझसे हो सकता है और वह अल्लाह को नापसंद हुआ हो. उसके लिए मैं बहुत ज़्यादा उस खोदा से डरता हूं. तो और दूसरी एक और बात है कि हमने तो यह बादत कर ली. अब हमें मालूम नहीं कि वह खुदा के यहां वह यह बादत मकबूल हुई कि नहीं, खुदा ने accept किया कि नहीं.</w:t>
      </w:r>
    </w:p>
    <w:p>
      <w:r>
        <w:rPr>
          <w:b/>
        </w:rPr>
        <w:t xml:space="preserve">[07:14] </w:t>
      </w:r>
      <w:r>
        <w:t>to har waqt ek momin jo hai is to ismein yeh baat hai ke local asraat in logon</w:t>
      </w:r>
    </w:p>
    <w:p>
      <w:pPr>
        <w:jc w:val="right"/>
      </w:pPr>
      <w:r>
        <w:t>तो हर वक्त एक मोमिन जो है इस तो इसमें यह बात है कि local असरात इन लोगों</w:t>
      </w:r>
    </w:p>
    <w:p>
      <w:r>
        <w:rPr>
          <w:b/>
        </w:rPr>
        <w:t xml:space="preserve">[07:31] </w:t>
      </w:r>
      <w:r>
        <w:t>ne qubool kiye kyunke christianity mein bhi aur judaism mein bhi aise log the jo jangalon mein rehte the.</w:t>
      </w:r>
    </w:p>
    <w:p>
      <w:pPr>
        <w:jc w:val="right"/>
      </w:pPr>
      <w:r>
        <w:t>ने कुबूल किए क्योंकि christianity में भी और judaism में भी ऐसे लोग थे जो जंगलों में रहते थे.</w:t>
      </w:r>
    </w:p>
    <w:p>
      <w:r>
        <w:rPr>
          <w:b/>
        </w:rPr>
        <w:t xml:space="preserve">[07:48] </w:t>
      </w:r>
      <w:r>
        <w:t>bilkul sansan jagah rehte the. khud makkah mein aise bahut sare log the. to unka asrat pade in logon par aur yeh islam ke khilaf bhi nahin tha kyunki agar kuch log zyada yeh ibadat mein lage to woh apne disciples ko, apne followers ko yeh nahin kehte the ki tum duniya ke kaam mat karo.</w:t>
      </w:r>
    </w:p>
    <w:p>
      <w:pPr>
        <w:jc w:val="right"/>
      </w:pPr>
      <w:r>
        <w:t>बिल्कुल संसान जगह रहते थे. खुद मक्का में ऐसे बहुत सारे लोग थे. तो उनका असरात पड़े इन लोगों पर और यह इस्लाम के खिलाफ भी नहीं था क्योंकि अगर कुछ लोग ज़्यादा यह बातत में लगे तो वह अपने disciples को, अपने followers को यह नहीं कहते थे कि तुम दुनिया के काम मत करो.</w:t>
      </w:r>
    </w:p>
    <w:p>
      <w:r>
        <w:rPr>
          <w:b/>
        </w:rPr>
        <w:t xml:space="preserve">[08:10] </w:t>
      </w:r>
      <w:r>
        <w:t>agar kuch log aisa karte hain jaise yeh takaff hota hai, jaise rasoolullah sallallahu alaihi wasallam kahara mein jaate the, baithte the. to ismein koi harj nahin tha. kyunki unhone doosre logon ko nahin mana kiya ki tum log duniya ke kaam mat karo. to aisa wahibrat kuch log zyada spiritual hote hain. to unko zyada dilchaspi hoti hai ahbadat wagairah zyada karne se.</w:t>
      </w:r>
    </w:p>
    <w:p>
      <w:pPr>
        <w:jc w:val="right"/>
      </w:pPr>
      <w:r>
        <w:t>अगर कुछ लोग ऐसा करते हैं जैसे यह तकाफ होता है, जैसे रसूल्लाह सल्लाह सल्लम कारहरा में जाते थे, बैठते थे. तो इसमें कोई हरज नहीं था. क्योंकि उन्होंने दूसरे लोगों को नहीं मना किया कि तुम लोग दुनिया के काम मत करो. तो ऐसा वाहिबरत कुछ लोग ज़्यादा spiritual होते हैं. तो उनको ज़्यादा दिलचस्पी होती है अहबादत वगैरह ज़्यादा करने से.</w:t>
      </w:r>
    </w:p>
    <w:p>
      <w:r>
        <w:rPr>
          <w:b/>
        </w:rPr>
        <w:t xml:space="preserve">[08:37] </w:t>
      </w:r>
      <w:r>
        <w:t>islam mein hai bhi supraurgatory prayer jisko nafil prayer kehte hain. to woh islam mein bhi hai. ek hadith bhi hai ki jab banda mujhse nawafil ke zariye qareeb hota hai aur jab woh phir main usse mohabbat karne lagta hoon aur main uski aankh ban jata hoon jis se woh dekhta hai. main uski kaan ban jata hoon jis se woh sunta hai. main uska haath ban jata hoon jis se woh kaam karta hai.</w:t>
      </w:r>
    </w:p>
    <w:p>
      <w:pPr>
        <w:jc w:val="right"/>
      </w:pPr>
      <w:r>
        <w:t>इस्लाम में है भी supraurgatory prayer जिसको नफिल prayer कहते हैं. तो वह इस्लाम में भी है. एक हदीस भी है कि जब बंदा मुझसे नवाफिल के जरिए करीब होता है और जब वह फिर मैं उससे मोहब्बत करने लगता हूं और मैं उसकी आंख वन जाता हूं जिससे वह देखता है. मैं उसकी कान वन जाता हूं जिससे वह सुनता है. मैं उसका हाथ वन जाता हूँ जिससे वह काम करता है.</w:t>
      </w:r>
    </w:p>
    <w:p>
      <w:r>
        <w:rPr>
          <w:b/>
        </w:rPr>
        <w:t xml:space="preserve">[09:05] </w:t>
      </w:r>
      <w:r>
        <w:t>main uska paon ban jata hoon jis se woh chalta hai. to nafil namazon ka to bahut zyada islam mein hai. aisa kuch nahin hai ki unhone kuch alag se kuch kaam kiya. baad ke sufiyan mein kuch aisi cheezein aa gayin jo unhone local jo traditions thi us se unhone asrat ko bol kiye lekin early sufi s jo the woh to bilkul hi islam ki spirit par chal rahe the.</w:t>
      </w:r>
    </w:p>
    <w:p>
      <w:pPr>
        <w:jc w:val="right"/>
      </w:pPr>
      <w:r>
        <w:t>मैं उसका पाँव वन जाता हूँ जिससे वह चलता है. तो नफिल नमाज़ों का तो बहुत ज़्यादा इस्लाम में है. ऐसा कुछ नहीं है कि उन्होंने कुछ अलग से कुछ काम किया. बाद के सूफियां में कुछ ऐसी चीज़ें आ गईं जो उन्होंने local जो traditions थी उससे उन्होंने असरात को बोल किए लेकिन early सुफीs जो थे वह तो बिल्कुल ही इस्लाम की spirit पर चल रहे थे.</w:t>
      </w:r>
    </w:p>
    <w:p>
      <w:r>
        <w:rPr>
          <w:b/>
        </w:rPr>
        <w:t xml:space="preserve">[09:32] </w:t>
      </w:r>
      <w:r>
        <w:t>kyunki islam ki spirit ko awaken karna unhone samjha ki yeh bahut zyada zaroori hai. to kuch log ghar baar bhi chhod dete the. kyunki jab aadmi ghar mein rahega to bahut sari cheezon se gotalik rahega, uska mind diverted rahega. to ghar baar chhod dene se concentration zyada hota hai. to is wajah se woh ghar baar bhi kuch log chhod diya karte the.</w:t>
      </w:r>
    </w:p>
    <w:p>
      <w:pPr>
        <w:jc w:val="right"/>
      </w:pPr>
      <w:r>
        <w:t>क्योंकि इस्लाम की spirit को awaken करना उन्होंने समझा कि यह बहुत ज़्यादा ज़रूरी है. तो कुछ लोग घर बार भी छोड़ देते थे. क्योंकि जब आदमी घर में रहेगा तो बहुत सारी चीज़ों से गोतालिक रहेगा, उसका mind diverted रहेगा. तो घर बार छोड़ देने से concentration ज़्यादा होता है. तो इस वजह से वह घर बार भी कुछ लोग छोड़ दिया करते थे.</w:t>
      </w:r>
    </w:p>
    <w:p>
      <w:r>
        <w:rPr>
          <w:b/>
        </w:rPr>
        <w:t xml:space="preserve">[09:59] </w:t>
      </w:r>
      <w:r>
        <w:t>to unke upar bahut tanqideen bhi hui.</w:t>
      </w:r>
    </w:p>
    <w:p>
      <w:pPr>
        <w:jc w:val="right"/>
      </w:pPr>
      <w:r>
        <w:t>तो उनके ऊपर बहुत तनखीदें भी हुई.</w:t>
      </w:r>
    </w:p>
    <w:p>
      <w:r>
        <w:rPr>
          <w:b/>
        </w:rPr>
        <w:t xml:space="preserve">[10:18] </w:t>
      </w:r>
      <w:r>
        <w:t>nizabuddin nawlia se kisi ne kaha ke yeh to islam mein nahin hai ke ghar baar chhod do.</w:t>
      </w:r>
    </w:p>
    <w:p>
      <w:pPr>
        <w:jc w:val="right"/>
      </w:pPr>
      <w:r>
        <w:t>नज़ाबुद्धिय नौलिया से किसी ने कहा कि यह तो इस्लाम में नहीं है कि घर बार छोड़ दो.</w:t>
      </w:r>
    </w:p>
    <w:p>
      <w:r>
        <w:rPr>
          <w:b/>
        </w:rPr>
        <w:t xml:space="preserve">[10:38] </w:t>
      </w:r>
      <w:r>
        <w:t>to bahut zyada woh log do cheezon par focus bahut zyada tha. ek aibazat par aur doosre khidmat khalk par. logon se unko bahut zyada mohabbat thi. unki khilmat karte. unke liye sab kuch karne ke liye taiyar rehte the. koi aata to usko khana khilate. uski usko talim dete aur uski jo bhi zaroorat hoti thi usko poora karte.</w:t>
      </w:r>
    </w:p>
    <w:p>
      <w:pPr>
        <w:jc w:val="right"/>
      </w:pPr>
      <w:r>
        <w:t>तो बहुत ज़्यादा वो लोग दो चीज़ों पर focus बहुत ज़्यादा था. एक ऐबाज़ात पर और दूसरे खिदमतें खल्क पर. लोगों से उनको बहुत ज़्यादा मोहब्बत थी. उनकी खिल्मत करते. उनके लिए सब कुछ करने के लिए तैयार रहते थे. कोई आता तो उसको खाना खिलाते. उसकी उसको तालीम देते और उसकी जो भी ज़रूरत होती थी उसको पूरा करते.</w:t>
      </w:r>
    </w:p>
    <w:p>
      <w:r>
        <w:rPr>
          <w:b/>
        </w:rPr>
        <w:t xml:space="preserve">[11:04] </w:t>
      </w:r>
      <w:r>
        <w:t>to yeh hai prasafoof early stage mein. ji, aap ismein ek bahut important baat aapne kahi ki ghar bahar chhodna sufism nahin hai. sufism is not about renunciation of the world but rather renunciation of worldliness. to yeh bahut achhe se aapne isko waze kiya kyunki aksar log yahi sochte hain ki Sufism matlab ki sab kuch chhod chhad ke aage badh jana khuda ki ram hai.</w:t>
      </w:r>
    </w:p>
    <w:p>
      <w:pPr>
        <w:jc w:val="right"/>
      </w:pPr>
      <w:r>
        <w:t>तो यह है प्रसाबूफ़ early stage में. जी, आप इसमें एक बहुत important बात आपने कही कि घर बाहर छोड़ना सुफिज़म नहीं है. सुफिज़म is not about renunciation of the world but rather renunciation of worldliness. तो यह बहुत अच्छे से आपने इसको वाज़े किया क्योंकि अक्सर लोग यही सोचते हैं कि Sufism मतलब कि सब कुछ छोड़ छाड़ के आगे बढ़ जाना खुदा की राम है.</w:t>
      </w:r>
    </w:p>
    <w:p>
      <w:r>
        <w:rPr>
          <w:b/>
        </w:rPr>
        <w:t xml:space="preserve">[11:33] </w:t>
      </w:r>
      <w:r>
        <w:t>ab aapne sufism ke bare mein padhaya hai, likha hai, aapki kitab bhi bahut popular hui to abhi aapne kuch background bhi bataya. to main chahunga ki kuch aur background batayein aap sufism ke bare mein taki us se aur waze ho jaye woh.</w:t>
      </w:r>
    </w:p>
    <w:p>
      <w:pPr>
        <w:jc w:val="right"/>
      </w:pPr>
      <w:r>
        <w:t>अब आपने सूfism के बारे में पढ़ाया है, लिखा है, आपकी किताब भी बहुत popular हुई तो अभी आपने कुछ background भी बताया. तो मैं चाहूंगा कि कुछ और background बताएं आप सूfism के बारे में ताकि उससे और वाज़े हो जाए वह.</w:t>
      </w:r>
    </w:p>
    <w:p>
      <w:r>
        <w:rPr>
          <w:b/>
        </w:rPr>
        <w:t xml:space="preserve">[11:50] </w:t>
      </w:r>
      <w:r>
        <w:t>asal mein islam ke early stage mein rasoolullah sallallahu alaihi wasallam ka zamana, sahaba ka zamana, khulfa e rashideen ka jo zamana tha, usmein islam apni form aur spirit dono ke saath zinda tha. jab woh log namaz padhte the form ke saath to usi mein poori spirit bhi usmein hoti thi usmein. to jab woh log namaz padhte the to bahut zyada woh khuda bahut dhyan se namaz padhte the.</w:t>
      </w:r>
    </w:p>
    <w:p>
      <w:pPr>
        <w:jc w:val="right"/>
      </w:pPr>
      <w:r>
        <w:t>असल में इस्लाम के early stage में रसूल्लाह सिर्फ़सलम का जमाना, साहबा का जमाना, खुलफ़ायदा राषधीन का जो जमाना था, उसमें इस्लाम अपनी farm और spirit दोनों के साथ ज़िंदा था. जब वह लोग नमाज़ पढ़ते थे farm के साथ तो उसी में पूरी spirit भी उसमें होती थी उसमें. तो जब वो लोग नमाज़ पढ़ते थे तो बहुत ज़्यादा वह खुदा बहुत ध्यान से नमाज़ पढ़ते थे.</w:t>
      </w:r>
    </w:p>
    <w:p>
      <w:r>
        <w:rPr>
          <w:b/>
        </w:rPr>
        <w:t xml:space="preserve">[12:19] </w:t>
      </w:r>
      <w:r>
        <w:t>khushi o khudu ke saath namaz padhte the. namaz padhne ke baad bhi woh soch mein gark rehte jo unhone namaz mein padha tha. to us waqt spirit zinda thi. to koi masla nahin tha. lekin baad mein aisa hua qualify rashideen ke baad.</w:t>
      </w:r>
    </w:p>
    <w:p>
      <w:pPr>
        <w:jc w:val="right"/>
      </w:pPr>
      <w:r>
        <w:t>खुशी व खुदू के साथ नमाज़ पढ़ते थे. नमाज़ पढ़ने के बाद भी वो सोच में गर्क रहते जो उन्होंने नमाज़ में पढ़ा था. तो उस वक्त spirit ज़िंदा थी. तो कोई मसला नहीं था. लेकिन बाद में ऐसा हुआ qualify राषधीन के बाद.</w:t>
      </w:r>
    </w:p>
    <w:p>
      <w:r>
        <w:rPr>
          <w:b/>
        </w:rPr>
        <w:t xml:space="preserve">[12:37] </w:t>
      </w:r>
      <w:r>
        <w:t>aisa hua ki jab banumaiyya ka daur aaya to un logon ne bahut hi zyada aisa hua ki bahut badi empire ban gaya tha. ji. islam ne bahut sare momalik fatah ho gaye the aur ek badi empire muslim empire ho gaya tha. to us empire ki wajah se bahut daulat ki rail pel ho gayi thi. log bahut zyada shandar zindagi guzarne lage.</w:t>
      </w:r>
    </w:p>
    <w:p>
      <w:pPr>
        <w:jc w:val="right"/>
      </w:pPr>
      <w:r>
        <w:t>ऐसा हुआ कि जब बनवमैया का दौर आया तो उन लोगों ने बहुत ही ज़्यादा ऐसा हुआ कि बहुत बड़ी empire वन गया था. जी. इस्लाम ने बहुत सारे मोमालिक फताह हो गए थे और एक बड़ी empire मुस्लिम empire हो गया था. तो उस empire की वजह से बहुत दौलत की रेल पेल हो गई थी. लोग बहुत ज़्यादा शानदार ज़िंदगी गुज़ारने लगे.</w:t>
      </w:r>
    </w:p>
    <w:p>
      <w:r>
        <w:rPr>
          <w:b/>
        </w:rPr>
        <w:t xml:space="preserve">[13:07] </w:t>
      </w:r>
      <w:r>
        <w:t>duniya dar ho gaye aur khas taur par jo rulers the unhone mahal banaye aur jo bhi jo islam ke ek ruler ke liye jo talimat thi woh unhone us par amal nahin kiya. misal ke taur par khulfa e rashideen jo the ab poori tarike se musabad par qaim the, adal par qaim the. agar koi cheez aati baitulmal mein to sabko barabar barabar di jati.</w:t>
      </w:r>
    </w:p>
    <w:p>
      <w:pPr>
        <w:jc w:val="right"/>
      </w:pPr>
      <w:r>
        <w:t>दुनियादार हो गए और खास तौर पर जो rulers थे उन्होंने महल बनाए और जो भी जो इस्लाम के एक ruler के लिए जो तालिमात थी वह उन्होंने उसको उस पर अमल नहीं किया. मिसाल के तौर पर खोलफाए राष्ट्रीदीन जो थे अब पूरी तरीके से मुसाबाद पर कायम थे, अदल पर कायम थे. अगर कोई चीज़ आती बैतुलमाल में तो सबको बराबर बराबर दी जाती.</w:t>
      </w:r>
    </w:p>
    <w:p>
      <w:r>
        <w:rPr>
          <w:b/>
        </w:rPr>
        <w:t xml:space="preserve">[13:35] </w:t>
      </w:r>
      <w:r>
        <w:t>yeh nahin dekha jata ki koi ameer gareeb hai, koi hamara rishtedar hai, koi rishtedar wagairah. shura doosre jo bahut hi important state chalane ka usool hai woh shura hai. shura ke naam par poori chapter hai quran mein. to har kaam khulfa e rashideen ke zamane mein shura ke zariye hota tha. baqayda mashwara hota tha.</w:t>
      </w:r>
    </w:p>
    <w:p>
      <w:pPr>
        <w:jc w:val="right"/>
      </w:pPr>
      <w:r>
        <w:t>यह नहीं देखा जाता कि कोई अमीर गरीब है, कोई हमारा रिश्तेदार है, कोई रिश्तेदार वगैरह. शूर्ह दूसरे जो बहुत ही important state चलाने का उसूल है वह शूर्ह है. शूर्य के नाम पर पूरी chapter है कुरान में. तो हर काम खोलोफाई राषधीन के जमाने में शूर्य के जरिए होता था. बाकायदा मशवरा होता था.</w:t>
      </w:r>
    </w:p>
    <w:p>
      <w:r>
        <w:rPr>
          <w:b/>
        </w:rPr>
        <w:t xml:space="preserve">[13:59] </w:t>
      </w:r>
      <w:r>
        <w:t>koi bada masla hota tha to zyada log bulaya jaate to unse mashwara kiya jaata tha aur khaleefa</w:t>
      </w:r>
    </w:p>
    <w:p>
      <w:pPr>
        <w:jc w:val="right"/>
      </w:pPr>
      <w:r>
        <w:t>कोई बड़ा मसला होता था तो ज़्यादा लोग बुलाया जाते तो उनसे मशवरा किया जाता था और खलीफा</w:t>
      </w:r>
    </w:p>
    <w:p>
      <w:r>
        <w:rPr>
          <w:b/>
        </w:rPr>
        <w:t xml:space="preserve">[14:09] </w:t>
      </w:r>
      <w:r>
        <w:t>usmein maujood hota tha.</w:t>
      </w:r>
    </w:p>
    <w:p>
      <w:pPr>
        <w:jc w:val="right"/>
      </w:pPr>
      <w:r>
        <w:t>उसमें मौजूद होता था.</w:t>
      </w:r>
    </w:p>
    <w:p>
      <w:r>
        <w:rPr>
          <w:b/>
        </w:rPr>
        <w:t xml:space="preserve">[14:19] </w:t>
      </w:r>
      <w:r>
        <w:t>sabki rai sunta tha aur jo rai best hoti thi usko accept kar liya karta tha.</w:t>
      </w:r>
    </w:p>
    <w:p>
      <w:pPr>
        <w:jc w:val="right"/>
      </w:pPr>
      <w:r>
        <w:t>सबकी राय सुनता था और जो राय best होती थी उसको accept कर लिया करता था.</w:t>
      </w:r>
    </w:p>
    <w:p>
      <w:r>
        <w:rPr>
          <w:b/>
        </w:rPr>
        <w:t xml:space="preserve">[14:30] </w:t>
      </w:r>
      <w:r>
        <w:t>masla jab hua jab yeh log duniya dar ho gaye aur agar unke upar criticism ki jati to unhone jalad rakh rakhe the aur woh sar kalam kar dete sakht sadayein dete. kisi ko bhi spare nahin karte the. yahan tak ki mamabu hanifa ko kaha gaya ki tum qadi ka ohda qubool kar lo. unhone isiliye ohda qubool nahin kiya ki yeh log pressure dal ke apne matlab ka faisla lenge.</w:t>
      </w:r>
    </w:p>
    <w:p>
      <w:pPr>
        <w:jc w:val="right"/>
      </w:pPr>
      <w:r>
        <w:t>मसला जब हुआ जब यह लोग दुनियादार हो गए और अगर उनके ऊपर criticism की जाती तो उन्होंने जल्दाद रख रखे थे और वह सर कलम कर देते सख़्त सदाएं देते. किसी को भी spare नहीं करते थे. यहां तक कि मामाबू हनीफा को कहा गया कि तुम कादी का ओदा कुबूल कर लो. उन्होंने इसीलिए ओदा कुबूल नहीं किया कि यह लोग pressure डाल के अपने मतलब का फ़ैसला लेंगे.</w:t>
      </w:r>
    </w:p>
    <w:p>
      <w:r>
        <w:rPr>
          <w:b/>
        </w:rPr>
        <w:t xml:space="preserve">[14:58] </w:t>
      </w:r>
      <w:r>
        <w:t>to unko bhi sakhtsadayein di gayin. kode mare gaye. to yeh halat thi. ab do option the. ya to woh un logon ka woh karte un logon se un logon ke khilaf tehreek chalate jaise aajkal hota hai. fauran khilaf tehreek chala dete hain. to yeh jo khilaf hukoomat ek established hukoomat ke khilaf tehreek chalana, yeh islam mein bilkul mana hai.</w:t>
      </w:r>
    </w:p>
    <w:p>
      <w:pPr>
        <w:jc w:val="right"/>
      </w:pPr>
      <w:r>
        <w:t>तो उनको भी सख़्सदाएं दी गईं. कोड़े मारे गए. तो यह हालत थी. अब दो option थे. या तो वह उन लोगों का वह करते उन लोगों से उन लोगों के खिलाफ तहरीक चलाते जैसे आजकल होता है. फ़ौरन खिलाफ तहरीक चला देते हैं. तो यह जो खिलाफ हुकूमत एक established हुकूमत के खिलाफ तहरीक चलाना, यह इस्लाम में बिल्कुल मना है.</w:t>
      </w:r>
    </w:p>
    <w:p>
      <w:r>
        <w:rPr>
          <w:b/>
        </w:rPr>
        <w:t xml:space="preserve">[15:27] </w:t>
      </w:r>
      <w:r>
        <w:t>to rasoolullah sallallahu alaihi wasallam ne farmaya ki kitne hi bure tumhare ruler hon. tum log furz mat karna. yahan tak ke tum log apni talwar tod dena, jangal chale jana, ghosa gir ho jana lekin unke khilaf tehreek mat chalana kyunki isse bahut barbadi aayegi. to tum log talwar ke bajaye sabr se kaam lena.</w:t>
      </w:r>
    </w:p>
    <w:p>
      <w:pPr>
        <w:jc w:val="right"/>
      </w:pPr>
      <w:r>
        <w:t>तो रसूल्लाह सल्लाह सल्लाह ने फरमाया कि कितने ही बुरे तुम्हारे ruler हों. तुम लोग फ़ूर्ज मत करना. यहां तक के तुम लोग अपनी तलवार तोड़ देना, जंगल चले जाना, घोषा गिर हो जाना लेकिन उनके खिलाफ तहरीक मत चलाना क्योंकि इससे बहुत बर्बादी आएगी. तो तुम लोग तलवार के बजाय सब्र से काम लेना.</w:t>
      </w:r>
    </w:p>
    <w:p>
      <w:r>
        <w:rPr>
          <w:b/>
        </w:rPr>
        <w:t xml:space="preserve">[15:52] </w:t>
      </w:r>
      <w:r>
        <w:t>to yeh log islam ki talimat par jo log the us waqt unhone yahi socha ki agar hum aisa karte hain in logon ke khilaf tareek chalate hain to yeh log sirf barbadi barbadi hogi, halakat hogi.</w:t>
      </w:r>
    </w:p>
    <w:p>
      <w:pPr>
        <w:jc w:val="right"/>
      </w:pPr>
      <w:r>
        <w:t>तो यह लोग इस्लाम की तालिमात पर जो लोग थे उस वक्त उन्होंने यही सोचा कि अगर हम ऐसा करते हैं इन लोगों के खिलाफ तरीक चलाते हैं तो यह लोग सिर्फ बर्बादी बर्बादी होगी, हालाकत होगी.</w:t>
      </w:r>
    </w:p>
    <w:p>
      <w:r>
        <w:rPr>
          <w:b/>
        </w:rPr>
        <w:t xml:space="preserve">[16:07] </w:t>
      </w:r>
      <w:r>
        <w:t>to isse achha unhone socha ke un logon se alag ho jayen aur ghoshagiri ki zindagi akhtiyar karen</w:t>
      </w:r>
    </w:p>
    <w:p>
      <w:pPr>
        <w:jc w:val="right"/>
      </w:pPr>
      <w:r>
        <w:t>तो इससे अच्छा उन्होंने सोचा कि उन लोगों से अलग हो जाएं और घोषागीरी की ज़िंदगी अख्तैर करें</w:t>
      </w:r>
    </w:p>
    <w:p>
      <w:r>
        <w:rPr>
          <w:b/>
        </w:rPr>
        <w:t xml:space="preserve">[16:14] </w:t>
      </w:r>
      <w:r>
        <w:t>aur ibadat karen jo spirit logon se ja rahi hai kyunke daulat bahut zyada aa gayi thi.</w:t>
      </w:r>
    </w:p>
    <w:p>
      <w:pPr>
        <w:jc w:val="right"/>
      </w:pPr>
      <w:r>
        <w:t>और अह्बादत करें जो spirit लोगों से जा रही है क्योंकि दौलत बहुत ज़्यादा आ गई थी.</w:t>
      </w:r>
    </w:p>
    <w:p>
      <w:r>
        <w:rPr>
          <w:b/>
        </w:rPr>
        <w:t xml:space="preserve">[16:22] </w:t>
      </w:r>
      <w:r>
        <w:t>to jo spirit ja rahi hai logon se usko logon mein awami tareeq chala kar logon mein woh spirit awaken karen.</w:t>
      </w:r>
    </w:p>
    <w:p>
      <w:pPr>
        <w:jc w:val="right"/>
      </w:pPr>
      <w:r>
        <w:t>तो जो spirit जा रही है लोगों से उसको लोगों में आवामी तरीक चलाकर लोगों में वह spirit awaken करें.</w:t>
      </w:r>
    </w:p>
    <w:p>
      <w:r>
        <w:rPr>
          <w:b/>
        </w:rPr>
        <w:t xml:space="preserve">[16:30] </w:t>
      </w:r>
      <w:r>
        <w:t>to is tarike se yeh hua.</w:t>
      </w:r>
    </w:p>
    <w:p>
      <w:pPr>
        <w:jc w:val="right"/>
      </w:pPr>
      <w:r>
        <w:t>तो इस तरीके से यह हुआ.</w:t>
      </w:r>
    </w:p>
    <w:p>
      <w:r>
        <w:rPr>
          <w:b/>
        </w:rPr>
        <w:t xml:space="preserve">[16:38] </w:t>
      </w:r>
      <w:r>
        <w:t>to log yeh jo hai na jo background yahi hai ke woh mahaul se dil bardaashta ho gaye the. mahaul se un ko itna zyada takleef ho rahi thi ke unhon ne socha ke yahi behtar hai ke alag ho jayen aur apna aibadat karen aur jitne log un ke contact mein ayen un ko islam ki talimat, us ki spirit ke sath un ko batayen ta ke kam se kam aisa na lage ke islam ko hi sirf syasat aur hugoomat ke liye aaya hai.</w:t>
      </w:r>
    </w:p>
    <w:p>
      <w:pPr>
        <w:jc w:val="right"/>
      </w:pPr>
      <w:r>
        <w:t>तो लोग यह जो है ना जो background यही है कि वो माहौल से दिल बर्दाश्ता हो गए थे. माहौल से उनको इतना ज़्यादा तकलीफ हो रही थी कि उन्होंने सोचा कि यही बेहतर है कि अलग हो जाएं और अपना ऐबादत करें और जितने लोग उनके contact में आएं उनको इस्लाम की तालिमात, उसकी spirit के साथ उनको बताएं ताकि कम से कम ऐसा ना लगे कि इस्लाम को ही सिर्फ स्यासत और हुगूमत के लिए आया है.</w:t>
      </w:r>
    </w:p>
    <w:p>
      <w:r>
        <w:rPr>
          <w:b/>
        </w:rPr>
        <w:t xml:space="preserve">[17:06] </w:t>
      </w:r>
      <w:r>
        <w:t>to yeh tha us ka background. ji ji. to papa aap ne kaha ke alag ho jayen aur lekin phir bhi jo log un ke taluqat mein ayen, to un ko islam ki talimat batayen. to kuch early sufi characteristics us ke bare mein aap hum sab ko batayen? early sufis mein aata hai, owaishkarni ka naam khaja fuzail, ibrahim adam, hasan basri, rabia basri.</w:t>
      </w:r>
    </w:p>
    <w:p>
      <w:pPr>
        <w:jc w:val="right"/>
      </w:pPr>
      <w:r>
        <w:t>तो यह था उसका background. जी जी. तो papa आपने कहा कि अलग हो जाएं और लेकिन फिर भी जो लोग उनके तालुकात में आएं, तो उनको इस्लाम की तालीमात बताएं. तो कुछ early सूफी characteristics उसके बारे में आप हम सबको बताइए? Early सूफीs में आता है, ओवैस्कर्नी का नाम खाजा फुज़ैल, इब्राहिम अदम, हसन बसरी, राबिया बसरी.</w:t>
      </w:r>
    </w:p>
    <w:p>
      <w:r>
        <w:rPr>
          <w:b/>
        </w:rPr>
        <w:t xml:space="preserve">[17:34] </w:t>
      </w:r>
      <w:r>
        <w:t>to yeh log hain jo early sufis hain. to in logon ko wahi main ek kalap hua tha. shahana, shahana jo lifestyle develop ho gaya tha, asal mein iran bahut badi empire tha aur wahan par monarchy thi. to us ki wajah se wahan par bilkul royal lifestyle tha. wahi arbon ne us ko adapt kar liya tha.</w:t>
      </w:r>
    </w:p>
    <w:p>
      <w:pPr>
        <w:jc w:val="right"/>
      </w:pPr>
      <w:r>
        <w:t>तो यह लोग हैं जो early सूफीs हैं. तो इन लोगों को वही main एक कलाप हुआ था. शहाना, शहाना जो lifestyle develop हो गया था, असल में Iran बहुत बड़ी empire था और वहां पर monarchy थी. तो उसकी वजह से वहां पर बिल्कुल royal lifestyle था. वही अरबों ने उसको adapt कर लिया था.</w:t>
      </w:r>
    </w:p>
    <w:p>
      <w:r>
        <w:rPr>
          <w:b/>
        </w:rPr>
        <w:t xml:space="preserve">[18:01] </w:t>
      </w:r>
      <w:r>
        <w:t>to is wajah se woh bilkul hi mahaul badal gaya tha. ab islami mahaul ke bajaye woh irani mahaul qayam ho gaya tha. to us ke liye un logon ne bahut zyada kaam kiya. jab yeh log ghoshageer ho gaye to woh log jin ko lag raha tha ke jo ab ho raha hai aur jo rulers hain aur jo bare bare ohdedaar log hain woh sab din se door hote ja rahe hain.</w:t>
      </w:r>
    </w:p>
    <w:p>
      <w:pPr>
        <w:jc w:val="right"/>
      </w:pPr>
      <w:r>
        <w:t>तो इस वजह से वह बिल्कुल ही माहौल बदल गया था. अब इस्लामी माहौल के बजाय वह Irani माहौल कायम हो गया था. तो उसके लिए उन लोगों ने बहुत ज़्यादा काम किया. जब यह लोग घोषागीर हो गए तो वह लोग जिनको लग रहा था कि जो अब हो रहा है और जो rulers हैं और जो बड़े बड़े ओहदेदाल लोग हैं वह सब दिन से दूर होते जा रहे हैं.</w:t>
      </w:r>
    </w:p>
    <w:p>
      <w:r>
        <w:rPr>
          <w:b/>
        </w:rPr>
        <w:t xml:space="preserve">[18:29] </w:t>
      </w:r>
      <w:r>
        <w:t>namaz roza kabhi khatam nahi hua tha lekin woh spirit se doori ho rahi ho rahi thi to un logon ne us ke liye bahut zyada kaam kiya aur tamam logon ko bataya ke asal islam kya hai? aur lekin aisa tha ke kabhi aisa ho jata tha ke hamesha buzurg logon se logon ko dilchaspi rahi hai. ji. to badshah log bhi bare bare ohdedaar bhi milna chahte the. to yeh log kabhi bhi un ko encourage nahi karte the.</w:t>
      </w:r>
    </w:p>
    <w:p>
      <w:pPr>
        <w:jc w:val="right"/>
      </w:pPr>
      <w:r>
        <w:t>नमाज़ रोज़ा कभी खत्म नहीं हुआ था लेकिन वह spirit से दूरी हो रही हो रही थी तो उन लोगों ने उसके लिए बहुत ज़्यादा काम किया और तमाम लोगों को बताया कि असल इस्लाम क्या है? और लेकिन ऐसा था कि कभी ऐसा हो जाता था कि हमेशा बुज़ुर्ग लोगों से लोगों को दिलचस्पी रही है. जी. तो बादशाह लोग भी बड़े बड़े होदेदार भी मिलना चाहते थे. तो यह लोग कभी भी उनको encourage नहीं करते थे.</w:t>
      </w:r>
    </w:p>
    <w:p>
      <w:r>
        <w:rPr>
          <w:b/>
        </w:rPr>
        <w:t xml:space="preserve">[18:59] </w:t>
      </w:r>
      <w:r>
        <w:t>lekin kabhi koi aa jata tha, baghair bulaye hue. to us un par un ko khulkar un ko saaf saaf baat kehte hain ke tum log jo kaam kar rahe ho, woh galat kar rahe ho islam ke talimat ke khilaf kar rahe ho. to aise hi ek waki aata hai khaja fuzail ka ke ek bar haroon rasheed jo ke emperor tha to woh un ke pas aaya aur unhon ne itna zyada yeh log bachte the.</w:t>
      </w:r>
    </w:p>
    <w:p>
      <w:pPr>
        <w:jc w:val="right"/>
      </w:pPr>
      <w:r>
        <w:t>लेकिन कभी कोई आ जाता था, बगैर बुलाए हुए. तो उस उन पर उनको खुलकर उनको साफ साफ बात कहते हैं कि तुम लोग जो काम कर रहे हो, वह गलत कर रहे हो इस्लाम के तालिमात के खिलाफ कर रहे हो. तो ऐसे ही एक वाकई आता है खाजा फुज़ैल का कि एक बार हारुन रसीद जो कि emperor था तो वह उनके पास आया और उन्होंने इतना ज़्यादा यह लोग बचते थे.</w:t>
      </w:r>
    </w:p>
    <w:p>
      <w:r>
        <w:rPr>
          <w:b/>
        </w:rPr>
        <w:t xml:space="preserve">[19:28] </w:t>
      </w:r>
      <w:r>
        <w:t>ruler se unhon ne apna lamp gusa diya ke ruler ki shakal woh na dekhen. to barrel woh aaya baitha to baat to karni thi kyun ke woh emperor tha. to uska hath inke hath se chhu gaya. to hath bahut hi naram tha, soft tha. to unhon ne usi par kaha ke kaisa naram hath hai, kash ke dhodhak se bach jaye. to is ka asar hota tha in logon ke upar.</w:t>
      </w:r>
    </w:p>
    <w:p>
      <w:pPr>
        <w:jc w:val="right"/>
      </w:pPr>
      <w:r>
        <w:t>Ruler से उन्होंने अपना lamp गुसा दिया कि ruler की शक्ल वह ना देखें. तो बैरल वह आया बैठा तो बात तो करनी थी क्योंकि वह emperor था. तो उसका हाथ इनके हाथ से छू गया. तो हाथ बहुत ही नरम था, soft था. तो उन्होंने उसी पर कहा कि कैसा नरम हाथ है, काश के धोधक से बच जाए. तो इसका असर होता था इन लोगों के ऊपर.</w:t>
      </w:r>
    </w:p>
    <w:p>
      <w:r>
        <w:rPr>
          <w:b/>
        </w:rPr>
        <w:t xml:space="preserve">[19:55] </w:t>
      </w:r>
      <w:r>
        <w:t>to is liye aise mauke par woh baat nahi islaah ke liye jo kaam kar rahe the taszki anfas ke liye woh kaam kar rahe the to uska asar hua. agar yeh log kaam na karte to islam bilkul ek siyasi program hokar reh jata. to dheere dheere kaam badhta chala gaya, badhta chala gaya.</w:t>
      </w:r>
    </w:p>
    <w:p>
      <w:pPr>
        <w:jc w:val="right"/>
      </w:pPr>
      <w:r>
        <w:t>तो इसलिए ऐसे मौके पर वह बात नहीं इस्लाह के लिए जो काम कर रहे थे तस्की अनफ्स के लिए वह काम कर रहे थे तो उसका असर हुआ. अगर यह लोग काम ना करते तो इस्लाम बिल्कुल एक सियासी program होकर रह जाता. तो धीरे धीरे काम बढ़ता चला गया, बढ़ता चला गया.</w:t>
      </w:r>
    </w:p>
    <w:p>
      <w:r>
        <w:rPr>
          <w:b/>
        </w:rPr>
        <w:t xml:space="preserve">[20:13] </w:t>
      </w:r>
      <w:r>
        <w:t>yahan tak sari duniya mein tasawwuf phail gaya aur isi ki wajah se sari duniya mein jo islam aaya jo tolerant version of islam aaya woh inhi sufiyan ki wajah se aaya. ji.</w:t>
      </w:r>
    </w:p>
    <w:p>
      <w:pPr>
        <w:jc w:val="right"/>
      </w:pPr>
      <w:r>
        <w:t>यहां तक सारी दुनिया में तस्व फ़ैल गया और इसी की वजह से सारी दुनिया में जो इस्लाम आया जो tolerant version of इस्लाम आया वह इन्हीं सूफियां की वजह से आया. जी.</w:t>
      </w:r>
    </w:p>
    <w:p>
      <w:r>
        <w:rPr>
          <w:b/>
        </w:rPr>
        <w:t xml:space="preserve">[20:29] </w:t>
      </w:r>
      <w:r>
        <w:t>papa aap ne abhi tzakia nafs ka bhi zikr kiya aur quran mein bhi aaya hai ke prophet has been given four responsibilities and one being self purification and therefore it becomes essential for every believer to give utmost importance to self purification. to aap hum yeh bhi chahenge ke aap tzakia nafs jo sufi method hai us ko thoda wazeh karen hum sab ke liye.</w:t>
      </w:r>
    </w:p>
    <w:p>
      <w:pPr>
        <w:jc w:val="right"/>
      </w:pPr>
      <w:r>
        <w:t>Papa आपने अभी तस्कीय नफ्स का भी ज़िक्र किया और कुरान में भी आया है कि prophet has been given four responsibilities and one being self purification and therefore it becomes essential for every believer to give utmost importance to self purification. तो आप हम यह भी चाहेंगे कि आप तस्क्याएं नफ्ज़ जो सूफी method है उसको थोड़ा वाज़े करें हम सबके लिए.</w:t>
      </w:r>
    </w:p>
    <w:p>
      <w:r>
        <w:rPr>
          <w:b/>
        </w:rPr>
        <w:t xml:space="preserve">[20:59] </w:t>
      </w:r>
      <w:r>
        <w:t>sufiyon ke haan jo sab se zyada important baat hai woh yeh hai ke dil hamara bilkul saaf rahe. tzakia nafs ka matlab hai purification of the self. to yeh log kehte the ke dil jo hai woh center hai spirituality ka. to us zamane mein yahi samjha jata tha.</w:t>
      </w:r>
    </w:p>
    <w:p>
      <w:pPr>
        <w:jc w:val="right"/>
      </w:pPr>
      <w:r>
        <w:t>सूफियों के हां जो सबसे ज़्यादा important बात है वह यह है कि दिल हमारा बिल्कुल साफ रहे. तस्किया नफ्ज़ का मतलब है purification of the self. तो यह लोग कहते थे कि दिल जो है वह center है spirituality का. तो उस ज़माने में यही समझा जाता था.</w:t>
      </w:r>
    </w:p>
    <w:p>
      <w:r>
        <w:rPr>
          <w:b/>
        </w:rPr>
        <w:t xml:space="preserve">[21:19] </w:t>
      </w:r>
      <w:r>
        <w:t>halanke dil jo hai maulana ne bar bar likha hai ke dil center nahi hai mind center hai lekin hum feel hum ko feel hota hai heart ke level par to is wajah se ye log aur tamam log pehle ke zamane mein yahi samajhte the ke dil center hai. to kehte the jab tak dil pak nahi hoga tab tak us dil par khuda ka inspiration nahi ayega.</w:t>
      </w:r>
    </w:p>
    <w:p>
      <w:pPr>
        <w:jc w:val="right"/>
      </w:pPr>
      <w:r>
        <w:t>हालांकि दिल जो है मौलाना ने बार बार लिखा है कि दिल center नहीं है mind center है लेकिन हम feel हमको feel होता है heart के level पर तो इस वजह से ये लोग और तमाम लोग पहले के जमाने में यही समझते थे कि दिल center है. तो कहते थे जब तक दिल पाक नहीं होगा तब तक उस दिल पर खुदा का inspiration नहीं आएगा.</w:t>
      </w:r>
    </w:p>
    <w:p>
      <w:r>
        <w:rPr>
          <w:b/>
        </w:rPr>
        <w:t xml:space="preserve">[21:42] </w:t>
      </w:r>
      <w:r>
        <w:t>to is wajah se humein dil ko pak saaf rakhna hai aur us ke liye bahut unhon ne kaam kiya kyun ke quran ke mutabiq bhi ek surah surah mein aaya hai qad aflaha man zakka wa qad khaba man dassa. jis ne apne nafs ko pak kiya, saaf kiya woh kamyab raha. jis ne apne nafs ko palat kiya, woh nakaam raha.</w:t>
      </w:r>
    </w:p>
    <w:p>
      <w:pPr>
        <w:jc w:val="right"/>
      </w:pPr>
      <w:r>
        <w:t>तो इस वजह से हमें दिल को पाक साफ रखना है और उसके लिए बहुत उन्होंने काम किया क्योंकि पुरान के मुताबिक भी एक सूर्य सूर्य में आया है कदफलाह मंज़क्काह वकत खाब मनदस्साह. जिसने अपने नफ्स को पाक किया, साफ किया वह कामयाब रहा. जिसने अपने नफ्स को पलट किया, वह नाकाम रहा.</w:t>
      </w:r>
    </w:p>
    <w:p>
      <w:r>
        <w:rPr>
          <w:b/>
        </w:rPr>
        <w:t xml:space="preserve">[22:07] </w:t>
      </w:r>
      <w:r>
        <w:t>to jab tak ke nafs hamara pak nahi hoga, tab tak hum jannat mein jane ke qabil nahi rahenge. quran mein bar bar aaya hai. zalika jaza'u man tazakka. paradise is for those who purify themselves. to purified personality jo hai yeh kyun zaruri hai? kyun ke insaan ke andar bahut zyada desires hain.</w:t>
      </w:r>
    </w:p>
    <w:p>
      <w:pPr>
        <w:jc w:val="right"/>
      </w:pPr>
      <w:r>
        <w:t>तो जब तक कि नफ्स हमारा पाक नहीं होगा, तब तक हम जन्नत में जाने के काबिल नहीं रहेंगे. पुरान में बार बार आया है. जा लेका जज़ाओ मंताज़क्का. Paradise is for those who purify themselves. तो purified personality जो है यह क्यों ज़रूरी है? क्योंकि इंसान के अंदर बहुत ज़्यादा desires हैं.</w:t>
      </w:r>
    </w:p>
    <w:p>
      <w:r>
        <w:rPr>
          <w:b/>
        </w:rPr>
        <w:t xml:space="preserve">[22:33] </w:t>
      </w:r>
      <w:r>
        <w:t>aur woh desires hi us ko bura kaam galat kaam karne ki taraf hi dete hain aur ek taraf humein shaitan behkara hota hai. to is wajah se humein bahut zyada is par tawajjoh deni hai ke hum desires se bachen. sirf need based hamari life ho, desire based na ho kyun ke desire to hamari kabhi bhi poori hoti hi nahi hai.</w:t>
      </w:r>
    </w:p>
    <w:p>
      <w:pPr>
        <w:jc w:val="right"/>
      </w:pPr>
      <w:r>
        <w:t>और वह desires ही उसको बुरा काम गलत काम करने की तरफ़ ही देते हैं और एक तरफ हमें शैतान बहकारा होता है. तो इस वजह से हमें बहुत ज़्यादा इस पर तवज्जो देनी है कि हम desires से बचें. सिर्फ need based हमारी life हो, desire based ना हो क्योंकि desire तो हमारी कभी भी पूरी होती ही नहीं है.</w:t>
      </w:r>
    </w:p>
    <w:p>
      <w:r>
        <w:rPr>
          <w:b/>
        </w:rPr>
        <w:t xml:space="preserve">[22:59] </w:t>
      </w:r>
      <w:r>
        <w:t>to is ke liye unhon ne introspection jo mahasaba hota hai us par sufia log bahut zyada zor dete the. kyun ke jab hum sochenge jaise rasoolullah sallallahu alaihi wasallam rozana introspection karte the. jab din bhar hum ne ek kaam kiya hai phir raat ko baith ke humein sochna chahiye ke hum ne kya achha kiya? kya bura kiya? kya cheez humein improve karni hai? to introspection jo hai woh bahut zaruri hai.</w:t>
      </w:r>
    </w:p>
    <w:p>
      <w:pPr>
        <w:jc w:val="right"/>
      </w:pPr>
      <w:r>
        <w:t>तो इसके लिए उन्होंने introspection जो महासभा होता है उस पर सूफिया लोग बहुत ज़्यादा ज़ोर देते थे. क्योंकि जब हम सोचेंगे जैसे रसूल्लाह सरलाह सल्लम रोज़ाना introspection करते थे. जब दिन भर हमने एक काम किया है फिर रात को बैठ के हमें सोचना चाहिए कि हमने क्या अच्छा किया? क्या बुरा किया? क्या चीज़ हमें improve करनी है? तो introspection जो है वह बहुत ज़रूरी है.</w:t>
      </w:r>
    </w:p>
    <w:p>
      <w:r>
        <w:rPr>
          <w:b/>
        </w:rPr>
        <w:t xml:space="preserve">[23:28] </w:t>
      </w:r>
      <w:r>
        <w:t>to unhon ne kaha ke nafs sufia ne kaha ke nafs ko zer karne ke liye ibadat bahut zaruri hai. ek hota hai farz ibadat. farz ibadat mein to thoda sa time lagta hai aur woh uska utna poora asar nahi hota. to nafil ibadat jo hai woh is kaam ke liye zaruri hai.</w:t>
      </w:r>
    </w:p>
    <w:p>
      <w:pPr>
        <w:jc w:val="right"/>
      </w:pPr>
      <w:r>
        <w:t>तो उन्होंने कहा कि नफ्स सूफिया ने कहा कि नफ्स को ज़ेर करने के लिए इबादत बहुत ज़रूरी है. एक होता है फर्ज़ इबादत. फर्ज़ इबादत में तो थोड़ा सा time लगता है और वह उसका उतना पूरा असर नहीं होता. तो नफिल एबादत जो है वह इस काम के लिए ज़रूरी है.</w:t>
      </w:r>
    </w:p>
    <w:p>
      <w:r>
        <w:rPr>
          <w:b/>
        </w:rPr>
        <w:t xml:space="preserve">[23:49] </w:t>
      </w:r>
      <w:r>
        <w:t>tzakia nafs ke liye to zyada zor zor se padh rahe the. to rasoolullah sallallahu alaihi wasallam ne farmaye kitni zor zor se mat padho. phir aage bare bare to hazrat ubai bhi quran padh rahe the.</w:t>
      </w:r>
    </w:p>
    <w:p>
      <w:pPr>
        <w:jc w:val="right"/>
      </w:pPr>
      <w:r>
        <w:t>तस्कीय नफ्स के लिए तो ज़्यादा ज़ोर ज़ोर से पढ़ रहे थे. तो रसूल्लाह सस्रम ने फरमाए कितनी ज़ोर ज़ोर से मत पढ़ो. फिर आगे बड़े बड़े तो हजरत उभक्र भी पुरान पढ़ रहे थे.</w:t>
      </w:r>
    </w:p>
    <w:p>
      <w:r>
        <w:rPr>
          <w:b/>
        </w:rPr>
        <w:t xml:space="preserve">[24:17] </w:t>
      </w:r>
      <w:r>
        <w:t>woh sahi andaaz se padh rahe the zyada zor se nahi padh rahe the. to yeh sahaba sab log aisa karte the ke nafil yani additional prayer karte the aur quran to best hai kyun ke un logon ki to zabani arabi thi woh log us ko samajhte the. us ko apni zindagi mein apply karte the. to is par in logon ne sufia ne bahut zyada zor diya.</w:t>
      </w:r>
    </w:p>
    <w:p>
      <w:pPr>
        <w:jc w:val="right"/>
      </w:pPr>
      <w:r>
        <w:t>वह सही अंदाज़ से पढ़ रहे थे ज़्यादा ज़ोर से नहीं पढ़ रहे थे. तो यह सहाबा सब लोग ऐसा करते थे कि नफिल यानी additional prayer करते थे और कुरान तो best है क्योंकि उन लोगों की तो ज़बानी अरबी थी वो लोग उसको समझते थे. उसको अपनी ज़िंदगियों में apply करते थे. तो इस पर इन लोगों ने सूफिया ने बहुत ज़्यादा ज़ोर दिया.</w:t>
      </w:r>
    </w:p>
    <w:p>
      <w:r>
        <w:rPr>
          <w:b/>
        </w:rPr>
        <w:t xml:space="preserve">[24:44] </w:t>
      </w:r>
      <w:r>
        <w:t>ab unhon ne baad mein kuch methods bhi us mein develop kiye unhon ne kuch methods bhi matlab zikr ke un ke bahut sare tareeqe the. to zikr karne ka method zikr individual bhi hota tha. congregational bhi hota tha. to is tarike se unhon ne bahut sari cheezen jo hain, us mein izafa kiya.</w:t>
      </w:r>
    </w:p>
    <w:p>
      <w:pPr>
        <w:jc w:val="right"/>
      </w:pPr>
      <w:r>
        <w:t>अब उन्होंने बाद में कुछ methods भी उसमें develop किए उन्होंने कुछ methods भी मतलब ज़िक्र के उनके बहुत सारे तरीके थे. तो ज़िक्र करने का method ज़िक्र individual भी होता था. Congregational भी होता था. तो इस तरीके से उन्होंने बहुत सारी चीज़ें जो हैं, उसमें इज़ाफा किया.</w:t>
      </w:r>
    </w:p>
    <w:p>
      <w:r>
        <w:rPr>
          <w:b/>
        </w:rPr>
        <w:t xml:space="preserve">[25:09] </w:t>
      </w:r>
      <w:r>
        <w:t>lekin zyada tar cheezen wahi thi jo bilkul islam ke mutabiq thi. bahut achhe se wazeh kiya aap ne. maulana wahiduddin khan sahab bhi bare examples dete the.</w:t>
      </w:r>
    </w:p>
    <w:p>
      <w:pPr>
        <w:jc w:val="right"/>
      </w:pPr>
      <w:r>
        <w:t>लेकिन ज़्यादातर चीज़ें वही थी जो बिल्कुल इस्लाम के मुताबिक थी. बहुत अच्छे से बाज़े किया आपने. मुलाना वैदुद्दीन खान साहब भी बड़े examples देते थे.</w:t>
      </w:r>
    </w:p>
    <w:p>
      <w:r>
        <w:rPr>
          <w:b/>
        </w:rPr>
        <w:t xml:space="preserve">[25:21] </w:t>
      </w:r>
      <w:r>
        <w:t>woh kehte the ke tzakia ka literal maane hi growth hai aur jis tarike se ek beej ped ban jata hai dheere dheere grow karke, to usi tarike se tzakia se bhi yahi hota hai ke insaan jab self purification karta hai to uska intellectual growth jo hai woh you know it's a natural outcome of self introspection.</w:t>
      </w:r>
    </w:p>
    <w:p>
      <w:pPr>
        <w:jc w:val="right"/>
      </w:pPr>
      <w:r>
        <w:t>वह कहते थे कि तस्किया का literal मायने ही growth है और जिस तरीके से एक बीज पेड़ वन जाता है धीरे धीरे grow करके, तो उसी तरीके से तस्किया से भी यही होता है कि इंसान जब self purification करता है तो उसका intellectual growth जो है वो you know it's a natural outcome of self introspection.</w:t>
      </w:r>
    </w:p>
    <w:p>
      <w:r>
        <w:rPr>
          <w:b/>
        </w:rPr>
        <w:t xml:space="preserve">[25:43] </w:t>
      </w:r>
      <w:r>
        <w:t>to is liye tzakia nafs aap ne jis tarah bataya woh bahut hi zaruri ho jata hai ke har ek believer us ko bahut importance de us ko utmost priority le. aap aap ne sufism ke bare mein bataya, us ke background ke bare mein bataya, us ki characteristics batayi, bas kya hai nafs bhi bare achhe se aap ne explain kiya. to ab main chahunga ke kuch sufi personalities ko lekar hum discuss karen, baatchit ko aage badhayen.</w:t>
      </w:r>
    </w:p>
    <w:p>
      <w:pPr>
        <w:jc w:val="right"/>
      </w:pPr>
      <w:r>
        <w:t>तो इसलिए तस्कियाए नफ्स आपने जिस तरह बताया वह बहुत ही ज़रूरी हो जाता है कि हर एक believer उसको बहुत importance दे उसको utmost priority ले. आप आपने सूfism के बारे में बताया, उसके background के बारे में बताया, उसकी characteristics बताई, बस क्या है नफ सभी बड़े अच्छे से आपने explain किया. तो अब मैं चाहूंगा कि कुछ सूफी personalities को लेकर हम discuss करें, बातचीत को आगे बढ़ाएं.</w:t>
      </w:r>
    </w:p>
    <w:p>
      <w:r>
        <w:rPr>
          <w:b/>
        </w:rPr>
        <w:t xml:space="preserve">[26:11] </w:t>
      </w:r>
      <w:r>
        <w:t>to within soofi tradition one prominent woman name that comes in mind is Rabia Basri.</w:t>
      </w:r>
    </w:p>
    <w:p>
      <w:pPr>
        <w:jc w:val="right"/>
      </w:pPr>
      <w:r>
        <w:t>तो within सूफी tradition one prominent woman name that comes in mind is राविया बसरी.</w:t>
      </w:r>
    </w:p>
    <w:p>
      <w:r>
        <w:rPr>
          <w:b/>
        </w:rPr>
        <w:t xml:space="preserve">[26:16] </w:t>
      </w:r>
      <w:r>
        <w:t>to unka janm Iraq, Basra mein hua 0713 AD mein.</w:t>
      </w:r>
    </w:p>
    <w:p>
      <w:pPr>
        <w:jc w:val="right"/>
      </w:pPr>
      <w:r>
        <w:t>तो उनका जन्म Iraq बसरा में हुआ 07/2013 AD में.</w:t>
      </w:r>
    </w:p>
    <w:p>
      <w:r>
        <w:rPr>
          <w:b/>
        </w:rPr>
        <w:t xml:space="preserve">[26:21] </w:t>
      </w:r>
      <w:r>
        <w:t>to main chahunga ke unke bare mein aap hum sabko bataye.</w:t>
      </w:r>
    </w:p>
    <w:p>
      <w:pPr>
        <w:jc w:val="right"/>
      </w:pPr>
      <w:r>
        <w:t>तो मैं चाहूंगा कि उनके बारे में आप हम सबको बताएं.</w:t>
      </w:r>
    </w:p>
    <w:p>
      <w:r>
        <w:rPr>
          <w:b/>
        </w:rPr>
        <w:t xml:space="preserve">[26:26] </w:t>
      </w:r>
      <w:r>
        <w:t>bahut si ladies rahi hongi lekin ladies ka record hamein nahin milta.</w:t>
      </w:r>
    </w:p>
    <w:p>
      <w:pPr>
        <w:jc w:val="right"/>
      </w:pPr>
      <w:r>
        <w:t>बहुत सी ladies रही होंगी लेकिन ladies का record हमें नहीं मिलता.</w:t>
      </w:r>
    </w:p>
    <w:p>
      <w:r>
        <w:rPr>
          <w:b/>
        </w:rPr>
        <w:t xml:space="preserve">[26:31] </w:t>
      </w:r>
      <w:r>
        <w:t>rawiya basri ke bare mein bhi humko kafi saal sau do sau saal ke baad hamein unke upar</w:t>
      </w:r>
    </w:p>
    <w:p>
      <w:pPr>
        <w:jc w:val="right"/>
      </w:pPr>
      <w:r>
        <w:t>राविया बसरी के बारे में भी हमको काफी साल सौ दो सौ साल के बाद हमें उनके ऊपर</w:t>
      </w:r>
    </w:p>
    <w:p>
      <w:r>
        <w:rPr>
          <w:b/>
        </w:rPr>
        <w:t xml:space="preserve">[26:36] </w:t>
      </w:r>
      <w:r>
        <w:t>kitab likhi gayi.</w:t>
      </w:r>
    </w:p>
    <w:p>
      <w:pPr>
        <w:jc w:val="right"/>
      </w:pPr>
      <w:r>
        <w:t>किताब लिखी गई.</w:t>
      </w:r>
    </w:p>
    <w:p>
      <w:r>
        <w:rPr>
          <w:b/>
        </w:rPr>
        <w:t xml:space="preserve">[26:42] </w:t>
      </w:r>
      <w:r>
        <w:t>to barrel yeh ek prominent lady soofi hai. to kehte hain ki irakh mein basra mein qahd pada tha. to bohat log jo hai kuch log mar gaye, kuch log bhaag gaye wahan se. to inki family mein bhi shayad inke parents khatam ho gaye the. inki behnein thi unhone sab idhar udhar ho gaye inko kahin kahin inko inko kahin bech diya us zamane mein.</w:t>
      </w:r>
    </w:p>
    <w:p>
      <w:pPr>
        <w:jc w:val="right"/>
      </w:pPr>
      <w:r>
        <w:t>तो बैरल यह एक prominent lady सूफी है. तो कहते हैं कि इराख़ में बसरा में कहद पड़ा था. तो बहुत लोग जो है कुछ लोग मर गए, कुछ लोग भाग गए वहां से. तो इनकी family में भी शायद इनके parents खत्म हो गए थे. इनकी बहनें थी उन्होंने सब इधर उधर हो गए इनको कहीं कहीं इनको इनको कहीं बेच दिया उस जमाने में.</w:t>
      </w:r>
    </w:p>
    <w:p>
      <w:r>
        <w:rPr>
          <w:b/>
        </w:rPr>
        <w:t xml:space="preserve">[27:10] </w:t>
      </w:r>
      <w:r>
        <w:t>gulami ka riwaj tha. to halaat bohat zyada kharab the to jis ghar mein woh gayi to as ghulam to wahan par kaam bohat hota tha. to woh din bhar kaam karti aur raat ko ibadat karti. aise hi hota raha bohat dinon tak.</w:t>
      </w:r>
    </w:p>
    <w:p>
      <w:pPr>
        <w:jc w:val="right"/>
      </w:pPr>
      <w:r>
        <w:t>गुलामी का रवाज था. तो हालात बहुत ज़्यादा खराब थे तो जिस घर में वो गई तो as गुलाम तो वहां पर काम बहुत होता था. तो वह दिन भर काम करती और रात को इबादत करती. ऐसे ही होता रहा बहुत दिनों तक.</w:t>
      </w:r>
    </w:p>
    <w:p>
      <w:r>
        <w:rPr>
          <w:b/>
        </w:rPr>
        <w:t xml:space="preserve">[27:27] </w:t>
      </w:r>
      <w:r>
        <w:t>to ek din kya hua ki malik ne kisi kaam se utha raat ko to dekha yeh ibadat kar rahi hain aur keh rahi hain ki malik main main din bhar kaam karti hoon main ghulam hoon to main din ko ibadat karne ka mauqa nahi milta. to agar jo yahi raat ke waqt mujhe mauqa milta hai to main teri yeh baat karti hoon.</w:t>
      </w:r>
    </w:p>
    <w:p>
      <w:pPr>
        <w:jc w:val="right"/>
      </w:pPr>
      <w:r>
        <w:t>तो एक दिन क्या हुआ कि मालिक ने किसी काम से उठा रात को तो देखा यह वादत कर रही हैं और कह रही हैं कि मालिक मैं मैं दिन भर काम करती हूं मैं गुलाम हूं तो मैं दिन को विवादत करने का मौका नहीं मिलता. तो अगर जो यही रात के वक्त मुझे मौका मिलता है तो मैं तेरी यह बात करती हूं.</w:t>
      </w:r>
    </w:p>
    <w:p>
      <w:r>
        <w:rPr>
          <w:b/>
        </w:rPr>
        <w:t xml:space="preserve">[27:51] </w:t>
      </w:r>
      <w:r>
        <w:t>to meri yeh baat ko qubool farma yahi sab kar rahi thi ki agar mujhe din ko mauqa milta to main din raatein baat karti teri. to woh sun raha tha unke chehre par bohat noor tha.</w:t>
      </w:r>
    </w:p>
    <w:p>
      <w:pPr>
        <w:jc w:val="right"/>
      </w:pPr>
      <w:r>
        <w:t>तो मेरी यह बात को कुबूल फरमा यही सब कर रही थी कि अगर मुझे दिन को मौका मिलता तो मैं दिन रातें बात करती तेरी. तो वह sun रहा था उनके चेहरे पर बहुत नूर था.</w:t>
      </w:r>
    </w:p>
    <w:p>
      <w:r>
        <w:rPr>
          <w:b/>
        </w:rPr>
        <w:t xml:space="preserve">[28:19] </w:t>
      </w:r>
      <w:r>
        <w:t>ek mitti ka ghada tha aur ek patthar tha. us par sar lagti thi patthar jo shield type patthar hota hai. us par sar lagti thi bas. aur na woh kisi se koi donation leti thi. koi paisa leti thi. kehti thi main khuda se nahi mangti to tumse kya lungi? kitna hi koi request karta hai woh koi paisa nahi leti thi. to kehti thi main sirf aur sirf khuda ke liye ibadat karti hoon. khuda se mohabbat ke liye. ibadat karti hoon.</w:t>
      </w:r>
    </w:p>
    <w:p>
      <w:pPr>
        <w:jc w:val="right"/>
      </w:pPr>
      <w:r>
        <w:t>एक मिट्टी का घड़ा था और एक पत्थर था. उस पर सर लगती थी पत्थर जो shield type पत्थर होता है. उस पर सर लगती थी बस. और ना वह किसी से कोई donation लेती थी. कोई पैसा लेती थी. कहती थी मैं खुदा से नहीं मांगती तो तुमसे क्या लूंगी? कितना ही कोई request करता है वो कोई पैसा नहीं लेती थी. तो कहती थी मैं सिर्फ और सिर्फ खुदा के लिए यबादत करती हूँ. खुदा से मोहब्बत के लिए. यबादत करती हूँ.</w:t>
      </w:r>
    </w:p>
    <w:p>
      <w:r>
        <w:rPr>
          <w:b/>
        </w:rPr>
        <w:t xml:space="preserve">[28:48] </w:t>
      </w:r>
      <w:r>
        <w:t>mujhe jannat ke liye bhi yeh baat nahin karti.</w:t>
      </w:r>
    </w:p>
    <w:p>
      <w:pPr>
        <w:jc w:val="right"/>
      </w:pPr>
      <w:r>
        <w:t>मुझे जन्नत के लिए भी यह बात नहीं करती.</w:t>
      </w:r>
    </w:p>
    <w:p>
      <w:r>
        <w:rPr>
          <w:b/>
        </w:rPr>
        <w:t xml:space="preserve">[28:55] </w:t>
      </w:r>
      <w:r>
        <w:t>jhanam se bachne ke liye bhi main yeh baat nahin karti balke sirf khuda ke liye yeh baat karti hoon.</w:t>
      </w:r>
    </w:p>
    <w:p>
      <w:pPr>
        <w:jc w:val="right"/>
      </w:pPr>
      <w:r>
        <w:t>झानम से बचने के लिए भी मैं यह बात नहीं करती बल्कि सिर्फ खुदा के लिए यह बात करती हूँ.</w:t>
      </w:r>
    </w:p>
    <w:p>
      <w:r>
        <w:rPr>
          <w:b/>
        </w:rPr>
        <w:t xml:space="preserve">[29:02] </w:t>
      </w:r>
      <w:r>
        <w:t>unhi wahi thi jinhone is khudabandi ka nazariya pesh kiya.</w:t>
      </w:r>
    </w:p>
    <w:p>
      <w:pPr>
        <w:jc w:val="right"/>
      </w:pPr>
      <w:r>
        <w:t>उन्हीं वही थी जिन्होंने इस खुदाबंदी का नज़रिया पेश किया.</w:t>
      </w:r>
    </w:p>
    <w:p>
      <w:r>
        <w:rPr>
          <w:b/>
        </w:rPr>
        <w:t xml:space="preserve">[29:09] </w:t>
      </w:r>
      <w:r>
        <w:t>to kehti thi ab kuch kahani kisse bhi honge.</w:t>
      </w:r>
    </w:p>
    <w:p>
      <w:pPr>
        <w:jc w:val="right"/>
      </w:pPr>
      <w:r>
        <w:t>तो कहती थी अब कुछ कहानी किस्से भी होंगे.</w:t>
      </w:r>
    </w:p>
    <w:p>
      <w:r>
        <w:rPr>
          <w:b/>
        </w:rPr>
        <w:t xml:space="preserve">[29:16] </w:t>
      </w:r>
      <w:r>
        <w:t>kehte hain ek din woh ja rahi thi apne ek hath mein pani lekar, ek hath mein aag</w:t>
      </w:r>
    </w:p>
    <w:p>
      <w:pPr>
        <w:jc w:val="right"/>
      </w:pPr>
      <w:r>
        <w:t>कहते हैं एक दिन वह जा रही थी अपने एक हाथ में पानी लेकर, एक हाथ में आग</w:t>
      </w:r>
    </w:p>
    <w:p>
      <w:r>
        <w:rPr>
          <w:b/>
        </w:rPr>
        <w:t xml:space="preserve">[29:23] </w:t>
      </w:r>
      <w:r>
        <w:t>lekar ke aur yeh kehti hui ja rahi thi jannat ko jala dungi aur jananm ko bujha dungi.</w:t>
      </w:r>
    </w:p>
    <w:p>
      <w:pPr>
        <w:jc w:val="right"/>
      </w:pPr>
      <w:r>
        <w:t>लेकर के और यह कहती हुई जा रही थी जन्नत को जला दूंगी और जानन्म को बुझा दूंगी.</w:t>
      </w:r>
    </w:p>
    <w:p>
      <w:r>
        <w:rPr>
          <w:b/>
        </w:rPr>
        <w:t xml:space="preserve">[29:30] </w:t>
      </w:r>
      <w:r>
        <w:t>aur sirf aur sabr aur shukr aur jo bhi islam ki jo talimat hai bilkul usi ke mutabiq woh zindagi guzarti thi. to yeh tha unka woh bohat hi unke bare mein bohat zyada maloomat hamare paas nahi hai. ji. aapka agla sawal lene se pehle kuch comments padhna chahunga. kafi log aapke program ko pasand kar rahe hain. kai different different jagahon se dekh rahe hain.</w:t>
      </w:r>
    </w:p>
    <w:p>
      <w:pPr>
        <w:jc w:val="right"/>
      </w:pPr>
      <w:r>
        <w:t>और सिर्फ और सब्र और शुक्र और जो भी इस्लाम की जो तालिमात है बिल्कुल उसी के मुताबिक वह ज़िंदगी गुजारती थी. तो यह था उनका वह बहुत ही उनके बारे में बहुत ज़्यादा मालूमात हमारे पास नहीं है. जी. आपका अगला सवाल लेने से पहले कुछ comments पढ़ना चाहूंगा. काफी लोग आपके program को पसंद कर रहे हैं. कई different different जगहों से देख रहे हैं.</w:t>
      </w:r>
    </w:p>
    <w:p>
      <w:r>
        <w:rPr>
          <w:b/>
        </w:rPr>
        <w:t xml:space="preserve">[29:59] </w:t>
      </w:r>
      <w:r>
        <w:t>naveed, rehmani sahab, balochistan se dekh rahe hain. doctor aslam khan sahab, saharanpur se unhone likha hai comment according to all soofi saints God himself is responsible for all your livelihood. it means that worship of God is the only purpose to convey the creation plan of God. noorul anjiya ne likha hai Australia se.</w:t>
      </w:r>
    </w:p>
    <w:p>
      <w:pPr>
        <w:jc w:val="right"/>
      </w:pPr>
      <w:r>
        <w:t>नवेद, रहमानी साहब, बलूचिस्तान से देख रहे हैं. Doctor असलम खान साहब, सहारनपुर से उन्होंने लिखा है comment according to all सूफी saints God himself is responsible for all your livelihood. It means that worship of God is the only purpose to convey the creation plan of God. नूरुल एंजिया ने लिखा है Australia से.</w:t>
      </w:r>
    </w:p>
    <w:p>
      <w:r>
        <w:rPr>
          <w:b/>
        </w:rPr>
        <w:t xml:space="preserve">[30:26] </w:t>
      </w:r>
      <w:r>
        <w:t>unhone likha hai am listening from Australia very amazing talk masha allah. i am already feeling motivated. live long cps team. aapka agla agli personality jinke bare mein main aapse poochna chahunga hasan al basri sahab, unhone unka janm madina mein june mein hua aur he has had tremendous influence in development of sufism. to woh tabibi the.</w:t>
      </w:r>
    </w:p>
    <w:p>
      <w:pPr>
        <w:jc w:val="right"/>
      </w:pPr>
      <w:r>
        <w:t>उन्होंने लिखा है am listening from Australia very amazing talk माशा अल्लाह. I am already feeling motivated. Live long CPS team. आपका अगला अगली personality जिनके बारे में मैं आपसे पूछना चाहूंगा हसन अल बसरी साहब, उन्होंने उनका जन्म मदीना में June में हुआ और he has had tremendous influence in development of sufism. तो वो ताबीबी थे.</w:t>
      </w:r>
    </w:p>
    <w:p>
      <w:r>
        <w:rPr>
          <w:b/>
        </w:rPr>
        <w:t xml:space="preserve">[30:55] </w:t>
      </w:r>
      <w:r>
        <w:t>to main chahunga unke bare mein bhi aap kuch batayein. unhone hazrat abbuqr ke haath islam ko qabool kiya tha. to woh tazir the, kafi daulatmand tazir the. lekin unko jab khuda se bohat gehra talluq kaam ho gaya to unhone taizarat ko chhod diya aur ekdum duniya se kinarkashi ikhtiyar kar li.</w:t>
      </w:r>
    </w:p>
    <w:p>
      <w:pPr>
        <w:jc w:val="right"/>
      </w:pPr>
      <w:r>
        <w:t>तो मैं चाहूंगा उनके बारे में भी आप कुछ बताएं. उन्होंने हजरत अब्बुग्र के हाथ इस्लाम को भूल किया था. तो वो ताज़िर थे, काफी दौलतमन ताज़िर थे. लेकिन उनको जब खुदा से बहुत गहरा ताल्लुख काम हो गया तो उन्होंने तैज़ारत को छोड़ दिया और एकदम दुनिया से किनारकशी हक्तैयार कर ली.</w:t>
      </w:r>
    </w:p>
    <w:p>
      <w:r>
        <w:rPr>
          <w:b/>
        </w:rPr>
        <w:t xml:space="preserve">[31:15] </w:t>
      </w:r>
      <w:r>
        <w:t>to din raat woh yeh baad mein mashgool rehte the us par khuda tawajjo nahin karta aur us</w:t>
      </w:r>
    </w:p>
    <w:p>
      <w:pPr>
        <w:jc w:val="right"/>
      </w:pPr>
      <w:r>
        <w:t>तो दिन रात वह यह बादद में मशगूर रहते थे उस पर खुदा तवज्जो नहीं करता और उस</w:t>
      </w:r>
    </w:p>
    <w:p>
      <w:r>
        <w:rPr>
          <w:b/>
        </w:rPr>
        <w:t xml:space="preserve">[31:25] </w:t>
      </w:r>
      <w:r>
        <w:t>zamane ke jo musalman the us zamane mein daulat ki bahut zyada rail pel thi to kehte the</w:t>
      </w:r>
    </w:p>
    <w:p>
      <w:pPr>
        <w:jc w:val="right"/>
      </w:pPr>
      <w:r>
        <w:t>जमाने के जो मुसलमान थे उस जमाने में दौलत की बहुत ज़्यादा रेल पेल थी तो कहते थे</w:t>
      </w:r>
    </w:p>
    <w:p>
      <w:r>
        <w:rPr>
          <w:b/>
        </w:rPr>
        <w:t xml:space="preserve">[31:35] </w:t>
      </w:r>
      <w:r>
        <w:t>ke maine sattar badri sahaba ko dekha hai.</w:t>
      </w:r>
    </w:p>
    <w:p>
      <w:pPr>
        <w:jc w:val="right"/>
      </w:pPr>
      <w:r>
        <w:t>कि मैंने सत्तर बदरी सहाबा को देखा है.</w:t>
      </w:r>
    </w:p>
    <w:p>
      <w:r>
        <w:rPr>
          <w:b/>
        </w:rPr>
        <w:t xml:space="preserve">[31:46] </w:t>
      </w:r>
      <w:r>
        <w:t>agar tum unhein dekhte to kehte hain ki yeh pagal hain. agar woh tumhare achhon ko dekhein to kahenge ki deen mein unka koi hissa nahi. to maine aise log dekhe ki duniya unke nazdeek paon ke neeche ki mitti se bhi zyada behqiqaat thi. to kehte hain ki jo sahaba the woh itna zyada inspired the ki kehte hain ki akhirat ke fikr ne unko deewana bana diya tha.</w:t>
      </w:r>
    </w:p>
    <w:p>
      <w:pPr>
        <w:jc w:val="right"/>
      </w:pPr>
      <w:r>
        <w:t>अगर तुम उन्हें देखते तो कहते हैं कि यह पागल हैं. अगर वह तुम्हारे अच्छों को देखें तो कहेंगे कि दीन में उनका कोई हिस्सा नहीं. तो मैंने ऐसे लोग देखे कि दुनिया उनके नज़दीक पांव के नीचे की मिट्टी से भी ज़्यादा बेहकीकत थी. तो कहते हैं कि जो सहाबा थे वो इतना ज़्यादा inspired थे कि कहते हैं कि आखिरत के फ़िक्र ने उनको दीवाना बना दिया था.</w:t>
      </w:r>
    </w:p>
    <w:p>
      <w:r>
        <w:rPr>
          <w:b/>
        </w:rPr>
        <w:t xml:space="preserve">[32:14] </w:t>
      </w:r>
      <w:r>
        <w:t>to wohi kaha unhone bataya ki tum log dekho to kahoge woh pagal hain. pagal nahi woh khuda ki matlab khuda ki fikr mein aur akhirat ki fikr mein aur khuda se dar ne unko aisa bana diya tha. to woh kehte hain kehte the ki ilm yeh hai ki aadmi khuda se darne lage. to khuda se jo hai log sirf farm ki yeh baat kar rahe hain. farm kuch bhi sochte nahi hai.</w:t>
      </w:r>
    </w:p>
    <w:p>
      <w:pPr>
        <w:jc w:val="right"/>
      </w:pPr>
      <w:r>
        <w:t>तो वही कहा उन्होंने बताया कि तुम लोग देखो तो कहोगे वो पागल हैं. पागल नहीं वो खुदा की मतलब खुदा की फ़िक्र में और आखिरत की फ़िक्र में और खुदा से डर ने उनको ऐसा बना दिया था. तो वह कहते हैं कहते थे कि इल्म यह है कि आदमी खुदा से डरने लगे. तो खुदा से जो है लोग सिर्फ farm की यह बात कर रहे हैं. Farm कुछ भी सोचते नहीं है.</w:t>
      </w:r>
    </w:p>
    <w:p>
      <w:r>
        <w:rPr>
          <w:b/>
        </w:rPr>
        <w:t xml:space="preserve">[32:42] </w:t>
      </w:r>
      <w:r>
        <w:t>na khuda se dar, na khuda se mohabbat, na jahannum ka dar, na jannat ka shauk bas waqti taur par bas woh panch das minute ki ibadat kar lete hain. to wohi agar in logon ne kaam na kiya hota to islam ki spirit to bohat pehle khatam ho chuki hoti.</w:t>
      </w:r>
    </w:p>
    <w:p>
      <w:pPr>
        <w:jc w:val="right"/>
      </w:pPr>
      <w:r>
        <w:t>ना खुदा से डर, ना खुदा से मोहब्बत, ना जाननम का डर, ना जन्नत का शौक बस वक्ती तौर पर बस वह पांच दस minute की वादत कर लेते हैं. तो वही अगर इन लोगों ने काम ना किया होता तो इस्लाम की spirit तो बहुत पहले खत्म हो चुकी होती.</w:t>
      </w:r>
    </w:p>
    <w:p>
      <w:r>
        <w:rPr>
          <w:b/>
        </w:rPr>
        <w:t xml:space="preserve">[33:01] </w:t>
      </w:r>
      <w:r>
        <w:t>to in logon ne jo sab kaam kiya in logon ke jo disciples the aur is jo shilasile</w:t>
      </w:r>
    </w:p>
    <w:p>
      <w:pPr>
        <w:jc w:val="right"/>
      </w:pPr>
      <w:r>
        <w:t>तो इन लोगों ने जो सब काम किया इन लोगों के जो disciples थे और इस जो शिलसिले</w:t>
      </w:r>
    </w:p>
    <w:p>
      <w:r>
        <w:rPr>
          <w:b/>
        </w:rPr>
        <w:t xml:space="preserve">[33:09] </w:t>
      </w:r>
      <w:r>
        <w:t>ko spiritual jo trend tha spiritual jo uska islam ka aspect tha usko in logon ne aage badhaya</w:t>
      </w:r>
    </w:p>
    <w:p>
      <w:pPr>
        <w:jc w:val="right"/>
      </w:pPr>
      <w:r>
        <w:t>को spiritual जो trend था spiritual जो उसका इस्लाम का aspect था उसको इन लोगों ने आगे बढ़ाया</w:t>
      </w:r>
    </w:p>
    <w:p>
      <w:r>
        <w:rPr>
          <w:b/>
        </w:rPr>
        <w:t xml:space="preserve">[33:17] </w:t>
      </w:r>
      <w:r>
        <w:t>aur in logon ne inhi logon ki wajah se baad mein woh yeh silsila jo hai spiritual silsila</w:t>
      </w:r>
    </w:p>
    <w:p>
      <w:pPr>
        <w:jc w:val="right"/>
      </w:pPr>
      <w:r>
        <w:t>और इन लोगों ने इन्हीं लोगों की वजह से बाद में वह यह सिलसिला जो है spiritual सिलसिला</w:t>
      </w:r>
    </w:p>
    <w:p>
      <w:r>
        <w:rPr>
          <w:b/>
        </w:rPr>
        <w:t xml:space="preserve">[33:25] </w:t>
      </w:r>
      <w:r>
        <w:t>badhta hi chala gaya, badhta hi chala gaya yahan tak ke woh sari duniya mein fail gaya.</w:t>
      </w:r>
    </w:p>
    <w:p>
      <w:pPr>
        <w:jc w:val="right"/>
      </w:pPr>
      <w:r>
        <w:t>बढ़ता ही चला गया, बढ़ता ही चला गया यहां तक कि वह सारी दुनिया में फ़ैल गया.</w:t>
      </w:r>
    </w:p>
    <w:p>
      <w:r>
        <w:rPr>
          <w:b/>
        </w:rPr>
        <w:t xml:space="preserve">[33:34] </w:t>
      </w:r>
      <w:r>
        <w:t>ji aur unke yahan par quotes bhi bohat famous hue hain. ek to mujhe bohat hi pasand aaya ki unhone kaha ki whoever speaks evil about you behind your back do not get angry For in reality they are offering their good deeds on a golden plate. to main samajhta hoon ki yeh ghusse ki jad ko hi kaat diya unhone is baat ko kehkar. bohat hi zabardast quote tha unka yeh.</w:t>
      </w:r>
    </w:p>
    <w:p>
      <w:pPr>
        <w:jc w:val="right"/>
      </w:pPr>
      <w:r>
        <w:t>जी और उनके यहां पर courts भी बहुत famous हुए हैं. एक तो मुझे बहुत ही पसंद आया कि उन्होंने कहा कि whoever speaks evil about you behind your back do not get angry For in reality they are offering their good deeds on a golden plate. तो मैं समझता हूं कि यह गुस्से की जड़ को ही काट दिया उन्होंने इस बात को कहकर. बहुत ही ज़बरदस्त quote था उनका यह.</w:t>
      </w:r>
    </w:p>
    <w:p>
      <w:r>
        <w:rPr>
          <w:b/>
        </w:rPr>
        <w:t xml:space="preserve">[34:00] </w:t>
      </w:r>
      <w:r>
        <w:t>aap usi tarah se ek aur bade sufi rahe khwaja muinuddin chishti.</w:t>
      </w:r>
    </w:p>
    <w:p>
      <w:pPr>
        <w:jc w:val="right"/>
      </w:pPr>
      <w:r>
        <w:t>आप उसी तरीके से एक और बड़े सूफी रहे ख्वाजा मुईनुद्दीन चिष्टी.</w:t>
      </w:r>
    </w:p>
    <w:p>
      <w:r>
        <w:rPr>
          <w:b/>
        </w:rPr>
        <w:t xml:space="preserve">[34:05] </w:t>
      </w:r>
      <w:r>
        <w:t>He was a Persian Muslim and he was he settled in Indian subcontinent in the thirteenth century.</w:t>
      </w:r>
    </w:p>
    <w:p>
      <w:pPr>
        <w:jc w:val="right"/>
      </w:pPr>
      <w:r>
        <w:t>He was a Persian मुस्लिम and he was he settled in Indian subcontinent in the thirteenth century.</w:t>
      </w:r>
    </w:p>
    <w:p>
      <w:r>
        <w:rPr>
          <w:b/>
        </w:rPr>
        <w:t xml:space="preserve">[34:10] </w:t>
      </w:r>
      <w:r>
        <w:t>to main chahunga iske unke bare mein bhi aap hum sabko bataye.</w:t>
      </w:r>
    </w:p>
    <w:p>
      <w:pPr>
        <w:jc w:val="right"/>
      </w:pPr>
      <w:r>
        <w:t>तो मैं चाहूंगा इसके उनके बारे में भी आप हम सबको बताएं.</w:t>
      </w:r>
    </w:p>
    <w:p>
      <w:r>
        <w:rPr>
          <w:b/>
        </w:rPr>
        <w:t xml:space="preserve">[34:15] </w:t>
      </w:r>
      <w:r>
        <w:t>yeh bahut bade sufi hain khaja mohinnidin chishti.</w:t>
      </w:r>
    </w:p>
    <w:p>
      <w:pPr>
        <w:jc w:val="right"/>
      </w:pPr>
      <w:r>
        <w:t>यह बहुत बड़े सूफी हैं खाजा मोहिन्निद्दीन चिश्ती.</w:t>
      </w:r>
    </w:p>
    <w:p>
      <w:r>
        <w:rPr>
          <w:b/>
        </w:rPr>
        <w:t xml:space="preserve">[34:20] </w:t>
      </w:r>
      <w:r>
        <w:t>jinka ajmer mein dargah hai.</w:t>
      </w:r>
    </w:p>
    <w:p>
      <w:pPr>
        <w:jc w:val="right"/>
      </w:pPr>
      <w:r>
        <w:t>जिनका आजमेर में दरगाह है.</w:t>
      </w:r>
    </w:p>
    <w:p>
      <w:r>
        <w:rPr>
          <w:b/>
        </w:rPr>
        <w:t xml:space="preserve">[34:25] </w:t>
      </w:r>
      <w:r>
        <w:t>to yahi sabse pehle jo bahut prominent sufiyon mein yahi sabse pehle India hai.</w:t>
      </w:r>
    </w:p>
    <w:p>
      <w:pPr>
        <w:jc w:val="right"/>
      </w:pPr>
      <w:r>
        <w:t>तो यही सबसे पहले जो बहुत prominent सूफियों में यही सबसे पहले India है.</w:t>
      </w:r>
    </w:p>
    <w:p>
      <w:r>
        <w:rPr>
          <w:b/>
        </w:rPr>
        <w:t xml:space="preserve">[34:31] </w:t>
      </w:r>
      <w:r>
        <w:t>to inke walid ek daulatmand tazir the sista ki yeh rehne wale the. to aisa hua ki yeh bees saal ke the ki walid ka inteqal ho gaya. to walid ke jo ek bagh chhodkar unka inteqal bagh unhone chhoda tha virse mein aur ek ek chakki thi. to woh bagh ke dekhbhal yahi karte the walid ke baad.</w:t>
      </w:r>
    </w:p>
    <w:p>
      <w:pPr>
        <w:jc w:val="right"/>
      </w:pPr>
      <w:r>
        <w:t>तो इनके वालिद एक दौलंद मन ताज़िर थे सीस्ता की यह रहने वाले थे. तो ऐसा हुआ की यह बीस साल के थे की वालिद का इंतकाल हो गया. तो वालिद के जो एक बाग छोड़कर उनका इंतक बाग उन्होंने छोड़ा था विर्से में और एक एक चक्की थी. तो वह बाग के देखभाल यही करते थे वालिद के बाद.</w:t>
      </w:r>
    </w:p>
    <w:p>
      <w:r>
        <w:rPr>
          <w:b/>
        </w:rPr>
        <w:t xml:space="preserve">[34:56] </w:t>
      </w:r>
      <w:r>
        <w:t>to aisa hua ki jo soofiyan hote hain woh mustaqil safar mein rehte hain. safar mein rehte hain aur raaste mein jo bhi soofiyan hote hain milte hain woh unse milte jaate hain us unse woh mustafiz hote hain. in logon ka ek yeh bhi hai ki ilm seena. ki soofiyan ka jo ilm hai woh unke seene mein hota hai. to jab woh unse milenge unki sohbat mein rahenge to us ilm se unko fayda hoga.</w:t>
      </w:r>
    </w:p>
    <w:p>
      <w:pPr>
        <w:jc w:val="right"/>
      </w:pPr>
      <w:r>
        <w:t>तो ऐसा हुआ कि जो सूफियां होते हैं वह मुस्तकिल सफर में रहते हैं. सफर में रहते हैं और रास्ते में जो भी सूफियां होते हैं मिलते हैं वह उनसे मिलते जाते हैं उस उनसे वह मुस्तफीज़ होते हैं. इन लोगों का एक यह भी है कि इल्म सीना. कि सूफियां का जो इल्म है वह उनके सीने में होता है. तो जब वह उनसे मिलेंगे उनकी सौबत में रहेंगे तो उस इल्म से उनको फ़ायदा होगा.</w:t>
      </w:r>
    </w:p>
    <w:p>
      <w:r>
        <w:rPr>
          <w:b/>
        </w:rPr>
        <w:t xml:space="preserve">[35:25] </w:t>
      </w:r>
      <w:r>
        <w:t>to bohat sare aise soofiyan the jo musalsal safar mein rehte the. to isi tarah ke ek soofi the ibrahim kandoji. to woh ek baar inke bagh mein aaye.</w:t>
      </w:r>
    </w:p>
    <w:p>
      <w:pPr>
        <w:jc w:val="right"/>
      </w:pPr>
      <w:r>
        <w:t>तो बहुत सारे ऐसे सूफियां थे जो मुसलसल सफर में रहते थे. तो इसी तरीके के एक सूफी थे इब्राहिम कंदोजी. तो वह एक बार इनके भाग में आए.</w:t>
      </w:r>
    </w:p>
    <w:p>
      <w:r>
        <w:rPr>
          <w:b/>
        </w:rPr>
        <w:t xml:space="preserve">[35:52] </w:t>
      </w:r>
      <w:r>
        <w:t>apna ghar bahar chhod diya, bagh bech diya aur woh bhi safar mein nikal pade. us zamane mein raaste safe the koi problem nahi tha. to us zamane mein log ek doosre ka khyal bhi rakhte the. woh zamana tha ki teen din to aap kisi ke bhi ghar mein jaakar mehman reh sakte the. aise hi kehte hain bina badouda ne poori duniya ka poori muslim world ka safar kar liya tha.</w:t>
      </w:r>
    </w:p>
    <w:p>
      <w:pPr>
        <w:jc w:val="right"/>
      </w:pPr>
      <w:r>
        <w:t>अपना घर बाहर छोड़ दिया, भाग बेच दिया और वह भी सफर में निकल पड़े. उस ज़माने में रास्ते safe थे कोई problem नहीं था. तो उस ज़माने में लोग एक दूसरे का ख्याल भी रखते थे. वह ज़माना था कि तीन दिन तो आप किसी के भी घर में जाकर मेहमान रह सकते थे. ऐसे ही कहते हैं बिना बदौदा ने पूरी दुनिया का पूरी मुस्लिम world का सफर कर लिया था.</w:t>
      </w:r>
    </w:p>
    <w:p>
      <w:r>
        <w:rPr>
          <w:b/>
        </w:rPr>
        <w:t xml:space="preserve">[36:17] </w:t>
      </w:r>
      <w:r>
        <w:t>aise hi teen teen din ab sab jagah reh rahe the unhone bohat zyada safar kar liya tha aur chuki woh bohat padha likha aadmi the. to unko kai jagah jo muslim saltanatein thi unhone kaam bhi diya tha. to unhone poori us waqt ki jo muslim aabad duniya thi safar kar liya tha. to isi tarah se soofiyan bhi safar kiya karte the. to woh samarkand gaye bukhara gaye.</w:t>
      </w:r>
    </w:p>
    <w:p>
      <w:pPr>
        <w:jc w:val="right"/>
      </w:pPr>
      <w:r>
        <w:t>ऐसे ही तीन तीन दिन अब सब जगह रह रहे थे उन्होंने बहुत ज़्यादा सफर कर लिया था और चूंकि वह बहुत पढ़ा लिखे आदमी थे. तो उनको कई जगह जो मुस्लिम सल्तनतें थीं उन्होंने काम भी दिया था. तो उन्होंने पूरी उस वक्त की जो मुस्लिम आबाद दुनिया थी सफर कर लिया था. तो इसी तरीके से सूफियां भी सफर किया करते थे. तो वह समार्कंद गए बुखारा गए.</w:t>
      </w:r>
    </w:p>
    <w:p>
      <w:r>
        <w:rPr>
          <w:b/>
        </w:rPr>
        <w:t xml:space="preserve">[36:42] </w:t>
      </w:r>
      <w:r>
        <w:t>to wahan par jagah jagah unhone mazhabi taalim hasil ki. achha ek baat aur dekhne ki hai ki soofiyan jo hai woh zamane ke sabke sab us zamane ke hisab se aala taalim yafta the. us zamane mein jo bhi mazhabi taalim available thi woh unhone hasil ki thi. to ek hoti thi jo personally woh soofiyan se milkar unse seekhte the.</w:t>
      </w:r>
    </w:p>
    <w:p>
      <w:pPr>
        <w:jc w:val="right"/>
      </w:pPr>
      <w:r>
        <w:t>तो वहां पर जगह जगह उन्होंने मज़हबी तालीम हासिल की. अच्छा एक बात और देखने की है कि सूफियां जो है वह ज़माने के सबके सब उस ज़माने के हिसाब से आला तालीम यावता थे. उस ज़माने में जो भी मज़हबी तालीम available थी वह उन्होंने हासिल की थी. तो एक होती थी जो personally वह सूफियां से मिलकर उनसे सीखते थे.</w:t>
      </w:r>
    </w:p>
    <w:p>
      <w:r>
        <w:rPr>
          <w:b/>
        </w:rPr>
        <w:t xml:space="preserve">[37:08] </w:t>
      </w:r>
      <w:r>
        <w:t>tasawwuf ka ilm aur doosre woh madarson mein bhi jaakar padhai karte the. to isi safar mein unko ek doosre soofi mile. khwaja usman harmony. to unke saath bhi woh bees saal rahe. phir wahan se woh ajmer aaye. to ajmer jab aaye unke kuch miracles waghera hain. to miracles ki wajah se woh bohat zyada wahan par mashhoor ho gaye.</w:t>
      </w:r>
    </w:p>
    <w:p>
      <w:pPr>
        <w:jc w:val="right"/>
      </w:pPr>
      <w:r>
        <w:t>तसबूफ का इल्म और दूसरे वह मदर्शों में भी जाकर पढ़ाई करते थे. तो इसी सफर में उनको एक दूसरे सूफी मिले. खाजा उस्मान harmony. तो उनके साथ भी वो बीस साल रहे. फिर वहां से वो अजमेर आए. तो अजमेर जब आए उनके कुछ miracles वगैरह हैं. तो miracles की वजह से वह बहुत ज़्यादा वहां पर मशहूर हो गए.</w:t>
      </w:r>
    </w:p>
    <w:p>
      <w:r>
        <w:rPr>
          <w:b/>
        </w:rPr>
        <w:t xml:space="preserve">[37:35] </w:t>
      </w:r>
      <w:r>
        <w:t>kehte hain ke yeh log jab ajmer aaye to inke sath chalis log the.</w:t>
      </w:r>
    </w:p>
    <w:p>
      <w:pPr>
        <w:jc w:val="right"/>
      </w:pPr>
      <w:r>
        <w:t>कहते हैं कि यह लोग जब अजमेर आए तो इनके साथ चालीस लोग थे.</w:t>
      </w:r>
    </w:p>
    <w:p>
      <w:r>
        <w:rPr>
          <w:b/>
        </w:rPr>
        <w:t xml:space="preserve">[37:41] </w:t>
      </w:r>
      <w:r>
        <w:t>to chalis logon ke liye kuch jagah chahiye thi baithne ki.</w:t>
      </w:r>
    </w:p>
    <w:p>
      <w:pPr>
        <w:jc w:val="right"/>
      </w:pPr>
      <w:r>
        <w:t>तो चालीस लोगों के लिए कुछ जगह चाहिए थी बैठने की.</w:t>
      </w:r>
    </w:p>
    <w:p>
      <w:r>
        <w:rPr>
          <w:b/>
        </w:rPr>
        <w:t xml:space="preserve">[37:48] </w:t>
      </w:r>
      <w:r>
        <w:t>ab jab thak jaate hain safar se to kahin padaav daalte hain.</w:t>
      </w:r>
    </w:p>
    <w:p>
      <w:pPr>
        <w:jc w:val="right"/>
      </w:pPr>
      <w:r>
        <w:t>अब जब थक जाते हैं सफर से तो कहीं पड़ाव डालते हैं.</w:t>
      </w:r>
    </w:p>
    <w:p>
      <w:r>
        <w:rPr>
          <w:b/>
        </w:rPr>
        <w:t xml:space="preserve">[37:55] </w:t>
      </w:r>
      <w:r>
        <w:t>to vah kahin baith gae.</w:t>
      </w:r>
    </w:p>
    <w:p>
      <w:pPr>
        <w:jc w:val="right"/>
      </w:pPr>
      <w:r>
        <w:t>तो वह कहीं बैठ गए.</w:t>
      </w:r>
    </w:p>
    <w:p>
      <w:r>
        <w:rPr>
          <w:b/>
        </w:rPr>
        <w:t xml:space="preserve">[38:02] </w:t>
      </w:r>
      <w:r>
        <w:t>to wahan baithe to vah raja ke oonton ke baithne ki jagah thi vah.</w:t>
      </w:r>
    </w:p>
    <w:p>
      <w:pPr>
        <w:jc w:val="right"/>
      </w:pPr>
      <w:r>
        <w:t>तो वहां बैठे तो वह राजा के ऊंटों के बैठने की जगह थी वह.</w:t>
      </w:r>
    </w:p>
    <w:p>
      <w:r>
        <w:rPr>
          <w:b/>
        </w:rPr>
        <w:t xml:space="preserve">[38:09] </w:t>
      </w:r>
      <w:r>
        <w:t>to yeh log yeh keh ke uth gae ke jao ab oont hi baithenge.</w:t>
      </w:r>
    </w:p>
    <w:p>
      <w:pPr>
        <w:jc w:val="right"/>
      </w:pPr>
      <w:r>
        <w:t>तो यह लोग यह कह के उठ गए कि जाओ अब ऊंट ही बैठेंगे.</w:t>
      </w:r>
    </w:p>
    <w:p>
      <w:r>
        <w:rPr>
          <w:b/>
        </w:rPr>
        <w:t xml:space="preserve">[38:20] </w:t>
      </w:r>
      <w:r>
        <w:t>to ab kya hua ke ab inka baat ka asar aisa hua ke jab dobara subah ko vah</w:t>
      </w:r>
    </w:p>
    <w:p>
      <w:pPr>
        <w:jc w:val="right"/>
      </w:pPr>
      <w:r>
        <w:t>तो अब क्या हुआ कि अब इनका बात का असर ऐसा हुआ कि जब दोबारा सुबह को वह</w:t>
      </w:r>
    </w:p>
    <w:p>
      <w:r>
        <w:rPr>
          <w:b/>
        </w:rPr>
        <w:t xml:space="preserve">[38:32] </w:t>
      </w:r>
      <w:r>
        <w:t>oont ko lene aaya jab raja ka to phir vo oont uth kar tehal rahe the.</w:t>
      </w:r>
    </w:p>
    <w:p>
      <w:pPr>
        <w:jc w:val="right"/>
      </w:pPr>
      <w:r>
        <w:t>ऊंट को लेने आया जब राजा का तो फिर वो ऊंट उठ कर टहल रहे थे.</w:t>
      </w:r>
    </w:p>
    <w:p>
      <w:r>
        <w:rPr>
          <w:b/>
        </w:rPr>
        <w:t xml:space="preserve">[38:44] </w:t>
      </w:r>
      <w:r>
        <w:t>to is tareeqe se woh itna zyada woh popular ho gaye, itna zyada log unke asar mein aa gaye. hindu, muslim, saare log unke asar mein aa gaye. to saare log unke khanqah mein aate. to yahan tak aur doosra ek baat yeh hai ke sufiyan jo hain woh koi tafreekh nahi karte the doosri qaumon mein. jaise ulma hai sirf apna masjid mother se mein rehte the wahin kaam karte the. yeh log awam se milte the.</w:t>
      </w:r>
    </w:p>
    <w:p>
      <w:pPr>
        <w:jc w:val="right"/>
      </w:pPr>
      <w:r>
        <w:t>तो इस तरीके से वो इतना ज़्यादा वो popular हो गए, इतना ज़्यादा लोग उनके असर में आ गए. हिन्दू, मुस्लिम, सारे लोग उनके असर में आ गए. तो सारे लोग उनके खानखा में आते. तो यहां तक और दूसरा एक बात यह है कि सूफियां जो हैं वह कोई तफरीख नहीं करते थे दूसरी कौमों में. जैसे ओलमा है सिर्फ अपना मस्जिद mother से में रहते थे वहीं काम करते थे. यह लोग आवाम से मिलते थे.</w:t>
      </w:r>
    </w:p>
    <w:p>
      <w:r>
        <w:rPr>
          <w:b/>
        </w:rPr>
        <w:t xml:space="preserve">[39:12] </w:t>
      </w:r>
      <w:r>
        <w:t>har mazhab ke logon se woh milte the aur khaastor par gareeb tabqe se. to gareeb tabqe ko woh bahut zyada madad karte the aur unke saath uthna, baithna. us zamane mein jabke bahut zyada fark tha ameer gareeb mein to us zamane mein jab in logon ne yeh musabad ki aur bilkul real dil se agar woh khana kha rahe hote aur koi gareeb aadmi aa jata to woh apna khana usko khila dete hain.</w:t>
      </w:r>
    </w:p>
    <w:p>
      <w:pPr>
        <w:jc w:val="right"/>
      </w:pPr>
      <w:r>
        <w:t>हर मज़हब के लोगों से वह मिलते थे और खासतौर पर गरीब तबके से. तो गरीब तबके को वह बहुत ज़्यादा मदद करते थे और उनके साथ उठना, बैठना. उस ज़माने में जबकि बहुत ज़्यादा फ़र्क था अमीर गरीब में तो उस ज़माने में जब इन लोगों ने यह मुसाबाद की और बिल्कुल real दिल से अगर वह खाना खा रहे होते और कोई गरीब आदमी आ जाता तो वो अपना खाना उसको खिला देते हैं.</w:t>
      </w:r>
    </w:p>
    <w:p>
      <w:r>
        <w:rPr>
          <w:b/>
        </w:rPr>
        <w:t xml:space="preserve">[39:39] </w:t>
      </w:r>
      <w:r>
        <w:t>to bahut zyada in logon ne jisko khidmat khal kehte hain bahut zyada uske liye kaam kiya hai. in logon ke andar bahut gehra insani jazba tha. to is wajah se in logon ke itne zyada murid ho gaye. hindu, muslim, tamam log. jhuk dar jhuk unke khanqah mein aate aur wahin se langar ka shuru hua. to saare logon ko free khana diya jata.</w:t>
      </w:r>
    </w:p>
    <w:p>
      <w:pPr>
        <w:jc w:val="right"/>
      </w:pPr>
      <w:r>
        <w:t>तो बहुत ज़्यादा इन लोगों ने जिसको खिदमत है खाल कहते हैं बहुत ज़्यादा उसके लिए काम किया है. इन लोगों के अंदर बहुत गहरा इंसानी जज़्बा था. तो इस वजह से इन लोगों के इतने ज़्यादा मुरीद हो गए. हिंदू, मुस्लिम, तमाम लोग. झूक दर झूक उनके खानखा में आते और वहीं से लंगर का शुरू हुआ. तो सारे लोगों को free खाना दिया जाता.</w:t>
      </w:r>
    </w:p>
    <w:p>
      <w:r>
        <w:rPr>
          <w:b/>
        </w:rPr>
        <w:t xml:space="preserve">[40:04] </w:t>
      </w:r>
      <w:r>
        <w:t>in logon ko jo bhi donation wagera milta hai yeh log apne paas kuch nahi rakhte the. kehte the yeh tawakkul yaani khuda par trust ke khilaf hai ke hum bacha bacha ke rakhen. to woh bilkul rakhte nahi the. woh sab logon mein distribute kar dete the. ek niyamir bahut mashhoor sufi jinhone punjab mein golden temple ki buniyad rakhi hai.</w:t>
      </w:r>
    </w:p>
    <w:p>
      <w:pPr>
        <w:jc w:val="right"/>
      </w:pPr>
      <w:r>
        <w:t>इन लोगों को जो भी donation वगैरह मिलता है यह लोग अपने पास कुछ नहीं रखते थे. कहते थे यह तवक्कुल यानी खुदा पर trust के खिलाफ है कि हम बचा बचा के रखें. तो वह बिल्कुल रखते नहीं थे. वह सब लोगों में distribute कर देते थे. एक नियमीर बहुत मशहूर सूफी जिन्होंने Punjab में golden temple की बुनियाद रखी है.</w:t>
      </w:r>
    </w:p>
    <w:p>
      <w:r>
        <w:rPr>
          <w:b/>
        </w:rPr>
        <w:t xml:space="preserve">[40:27] </w:t>
      </w:r>
      <w:r>
        <w:t>to woh to kehte hain ke pani bhi phenk dete the ke pani rakhne ka matlab humne tabakkul kiya ke humne pani hamare paas rakha hua hai. to woh sirf aur sirf khuda par bharosa karte the. to yeh saari jo khushusiyad thi iski wajah se us zamane ke aap sochiye ke us zamane ke awam jinko koi poochta nahi tha. ameer gareeb mein bahut zyada fark tha.</w:t>
      </w:r>
    </w:p>
    <w:p>
      <w:pPr>
        <w:jc w:val="right"/>
      </w:pPr>
      <w:r>
        <w:t>तो वो तो कहते हैं कि पानी भी फ़ेंक देते थे कि पानी रखने का मतलब हमने तबक्कुल किया कि हमने पानी हमारे पास रखा हुआ है. तो वह सिर्फ और सिर्फ खुदा पर भरोसा करते थे. तो यह सारी जो खुशूसियाद थी इसकी वजह से उस जमाने के आप सोचिए कि उस जमाने के आवाम जिनको कोई पूछता नहीं था. अमीर गरीब में बहुत ज़्यादा फ़र्क था.</w:t>
      </w:r>
    </w:p>
    <w:p>
      <w:r>
        <w:rPr>
          <w:b/>
        </w:rPr>
        <w:t xml:space="preserve">[40:52] </w:t>
      </w:r>
      <w:r>
        <w:t>to us zamane mein inhone itna zyada musabad ke tareeqe se amal kiya. unke saath uthna, baithna, unke saath namaz padhna. unke saath har kaam karna. to is wajah se bahut zyada logon ko inse dilchaspi ho gayi. unhone baad mein unko bahut bada darja de diya yahan tak ke unke grave ki prastish karne lage. lekin yeh sufiyan ne nahi kaha tha ke aisa karo.</w:t>
      </w:r>
    </w:p>
    <w:p>
      <w:pPr>
        <w:jc w:val="right"/>
      </w:pPr>
      <w:r>
        <w:t>तो उस ज़माने में इन्होंने इतना ज़्यादा मुसाबाद के तरीके से अमल किया. उनके साथ उठना, बैठना, उनके साथ नमाज़ पढ़ना. उनके साथ हर काम करना. तो इस वजह से बहुत ज़्यादा लोगों को इनसे दिलचस्पी हो गई. उन्होंने बाद में उनको बहुत बड़ा दर्जा दे दिया यहां तक के उनके grave की प्रस्तिष्ट करने लगे. लेकिन यह सूफिया ने नहीं कहा था कि ऐसा करो.</w:t>
      </w:r>
    </w:p>
    <w:p>
      <w:r>
        <w:rPr>
          <w:b/>
        </w:rPr>
        <w:t xml:space="preserve">[41:21] </w:t>
      </w:r>
      <w:r>
        <w:t>baad mein kuch log ne aisa karne lage. to usse tasawwuf ki bandami hui. lekin in logon ki koi usmein galti nahi thi. in logon ne to yeh sab sikhaya nahi tha. to baad mein yeh sab logon ne kiya hai. to yeh log sabse do hi point inka tha. ek to khuda ki yeh ibadat. doosre halke khuda ki khidmat jisko aaj hum social work kehte hain.</w:t>
      </w:r>
    </w:p>
    <w:p>
      <w:pPr>
        <w:jc w:val="right"/>
      </w:pPr>
      <w:r>
        <w:t>बाद में कुछ लोग ने ऐसा करने लगे. तो उससे तस्वूफ की बंदामी हुई. लेकिन इन लोगों की कोई उसमें गलती नहीं थी. इन लोगों ने तो यह सब सिखाया नहीं था. तो बाद में यह सब लोगों ने किया है. तो यह लोग सबसे दो ही point इनका था. एक तो खुदा की यह बाधत. दूसरे हल्के खुदा की खिम्मत जिसको आज हम social work कहते हैं.</w:t>
      </w:r>
    </w:p>
    <w:p>
      <w:r>
        <w:rPr>
          <w:b/>
        </w:rPr>
        <w:t xml:space="preserve">[41:48] </w:t>
      </w:r>
      <w:r>
        <w:t>to moinuddin chishti ajmeri ne kaha ke apne andar darya kisi fayyazi, suraj jaisi garam joshi, zameen jaisi mehmaan nawazi paida karo. to yahi rasta in logon ki itna zyada kamyabi ka. ji, mashallah bahut detail mein acche se aapne samjhaya apa. accha apa hum chishti order ke bare mein baat kar rahe hain.</w:t>
      </w:r>
    </w:p>
    <w:p>
      <w:pPr>
        <w:jc w:val="right"/>
      </w:pPr>
      <w:r>
        <w:t>तो मयूनुद्दीन चिष्टी अजमेरी ने कहा कि अपने अंदर दरिया किसी फैयाज़ी, सूरज जैसी गर्म जोशी, ज़मीन जैसी मेहमान नवाज़ी पैदा करो. तो यही रास्ता इन लोगों की इतना ज़्यादा कामयाबी का. जी, माशाला बहुत detail में अच्छे से आपने समझाया आपा. अच्छा आपा हम चिश्ती order के बारे में बात कर रहे हैं.</w:t>
      </w:r>
    </w:p>
    <w:p>
      <w:r>
        <w:rPr>
          <w:b/>
        </w:rPr>
        <w:t xml:space="preserve">[42:15] </w:t>
      </w:r>
      <w:r>
        <w:t>chishti order ke i mean indian subcontinent mein ek aur bade sufi seth rahe hain. hazrat nizamuddin unko mehboob e ilahi ke naam se bhi jana jata hai kyunke he stressed, he emphasized love as a means of realizing god. for him love of god implied love for humanity. to main chahunga unke bare mein bhi aap hum sabko bataen.</w:t>
      </w:r>
    </w:p>
    <w:p>
      <w:pPr>
        <w:jc w:val="right"/>
      </w:pPr>
      <w:r>
        <w:t>चिश्ती order के I mean Indian subcontinent में एक और बड़े सूफी सेठ रहे हैं. हज़रत नज़ामुदीन उनको महबूबे इलाही के नाम से भी जाना जाता है क्योंकि he stressed, he emphasized love as a means of realizing god. For him love of god implied love for humanity. तो मैं चाहूंगा उनके बारे में भी आप हम सबको बताएं.</w:t>
      </w:r>
    </w:p>
    <w:p>
      <w:r>
        <w:rPr>
          <w:b/>
        </w:rPr>
        <w:t xml:space="preserve">[42:41] </w:t>
      </w:r>
      <w:r>
        <w:t>ab yeh jo mehboob e ilahi ka jo concept hai to woh is par base karta hai ke yeh log itni zyada khuda ki ibadat karte the. duniya se unko koi talluq nahi tha. to unko khaas vision hota tha. yeh log aisa mante hain. to uski wajah se unka khuda se jo hai na bahut qurbat ho jati thi. ji.</w:t>
      </w:r>
    </w:p>
    <w:p>
      <w:pPr>
        <w:jc w:val="right"/>
      </w:pPr>
      <w:r>
        <w:t>अब यह जो महबूब ए इलाही का जो concept है तो वह इसका इस पर base करता है कि यह लोग इतनी ज़्यादा खुदा की यह वादत करते थे. दुनिया से उनको कोई ताल्लुक नहीं था. तो उनको खास vision होता था. यह लोग ऐसा मानते हैं. तो उसकी वजह से उनका खुदा से जो है ना बहुत कुर्बत हो जाती थी. जी.</w:t>
      </w:r>
    </w:p>
    <w:p>
      <w:r>
        <w:rPr>
          <w:b/>
        </w:rPr>
        <w:t xml:space="preserve">[43:03] </w:t>
      </w:r>
      <w:r>
        <w:t>Means jaise quran mein wajood waqtareeb tab khoda ki qurbat haasil hoti hai.</w:t>
      </w:r>
    </w:p>
    <w:p>
      <w:pPr>
        <w:jc w:val="right"/>
      </w:pPr>
      <w:r>
        <w:t>Means जैसे कुरान में वज़जुद वक्तरीब तब खोदा की कुर्बत हासिल होती है.</w:t>
      </w:r>
    </w:p>
    <w:p>
      <w:r>
        <w:rPr>
          <w:b/>
        </w:rPr>
        <w:t xml:space="preserve">[43:13] </w:t>
      </w:r>
      <w:r>
        <w:t>to nazamuddin auliya jo hai yeh log bukhara samuddalok rakhte the. Ji.</w:t>
      </w:r>
    </w:p>
    <w:p>
      <w:pPr>
        <w:jc w:val="right"/>
      </w:pPr>
      <w:r>
        <w:t>तो नज़ामुद्दीन औलिया जो है यह लोग बुखारा समुद्दाल्लोक रखते थे. जी.</w:t>
      </w:r>
    </w:p>
    <w:p>
      <w:r>
        <w:rPr>
          <w:b/>
        </w:rPr>
        <w:t xml:space="preserve">[43:23] </w:t>
      </w:r>
      <w:r>
        <w:t>asal mein us zamane mein kya tha ke yahan par dilli saltanat, deli saltanat jo qayam thi to</w:t>
      </w:r>
    </w:p>
    <w:p>
      <w:pPr>
        <w:jc w:val="right"/>
      </w:pPr>
      <w:r>
        <w:t>असल में उस जमाने में क्या था कि यहां पर दिल्ली सल्तनत, देली सल्तनत जो कायम थी तो</w:t>
      </w:r>
    </w:p>
    <w:p>
      <w:r>
        <w:rPr>
          <w:b/>
        </w:rPr>
        <w:t xml:space="preserve">[43:33] </w:t>
      </w:r>
      <w:r>
        <w:t>ismein bahut hi jo ghulam dynasty thi usmein bahut hi zyada achhe bhasha gujre hain balban jaise.</w:t>
      </w:r>
    </w:p>
    <w:p>
      <w:pPr>
        <w:jc w:val="right"/>
      </w:pPr>
      <w:r>
        <w:t>इसमें बहुत ही जो गुलाम dynasty थी उसमें बहुत ही ज़्यादा अच्छे भाषा गुजरे हैं बलबन जैसे.</w:t>
      </w:r>
    </w:p>
    <w:p>
      <w:r>
        <w:rPr>
          <w:b/>
        </w:rPr>
        <w:t xml:space="preserve">[43:43] </w:t>
      </w:r>
      <w:r>
        <w:t>तो इन लोगों ने दिल्ली को बहुत ही safe schedule بنا کے رکھا ہوا تھا.</w:t>
      </w:r>
    </w:p>
    <w:p>
      <w:pPr>
        <w:jc w:val="right"/>
      </w:pPr>
      <w:r>
        <w:t>तो इन लोगों ने दिल्ली को बहुत ही safe schedule बना के रखा हुआ था.</w:t>
      </w:r>
    </w:p>
    <w:p>
      <w:r>
        <w:rPr>
          <w:b/>
        </w:rPr>
        <w:t xml:space="preserve">[43:54] </w:t>
      </w:r>
      <w:r>
        <w:t>jabke bahar turk aur mangol baad mein aur is tareeqe ke log babhar attack karte rehte the. to delhi mein kaha jata hai ke bahut sare princes aur prince aur bahut sare bade bade log ulma aur sufia sab bahar se bhag bhag ke yahan aate the kyunke delhi bahut hi safe heaven tha. to isi tareeqe se bahut sare log yahan aaye.</w:t>
      </w:r>
    </w:p>
    <w:p>
      <w:pPr>
        <w:jc w:val="right"/>
      </w:pPr>
      <w:r>
        <w:t>जबकि बाहर तुर्क और मंगोल बाद में और इस तरीके के लोग भाभर attack करते रहते थे. तो दिल्ली में कहा जाता है कि बहुत सारे princes और prince और बहुत सारे बड़े बड़े लोग ओलमा और सूफिया सब बाहर से भाग भाग के यहां आते थे क्योंकि दिल्ली बहुत ही safe heaven था. तो इसी तरीके से बहुत सारे लोग यहां आए.</w:t>
      </w:r>
    </w:p>
    <w:p>
      <w:r>
        <w:rPr>
          <w:b/>
        </w:rPr>
        <w:t xml:space="preserve">[44:21] </w:t>
      </w:r>
      <w:r>
        <w:t>us zamane mein dilli ek jamghata van gaya tha.</w:t>
      </w:r>
    </w:p>
    <w:p>
      <w:pPr>
        <w:jc w:val="right"/>
      </w:pPr>
      <w:r>
        <w:t>उस ज़माने में दिल्ली एक जमघटा वन गया था.</w:t>
      </w:r>
    </w:p>
    <w:p>
      <w:r>
        <w:rPr>
          <w:b/>
        </w:rPr>
        <w:t xml:space="preserve">[44:26] </w:t>
      </w:r>
      <w:r>
        <w:t>bahut hi bade bade logon ka ulma aur sufia aur badshah royal family ke log.</w:t>
      </w:r>
    </w:p>
    <w:p>
      <w:pPr>
        <w:jc w:val="right"/>
      </w:pPr>
      <w:r>
        <w:t>बहुत ही बड़े बड़े लोगों का ओलमा और सूफिया और बादशाह royal family के लोग.</w:t>
      </w:r>
    </w:p>
    <w:p>
      <w:r>
        <w:rPr>
          <w:b/>
        </w:rPr>
        <w:t xml:space="preserve">[44:32] </w:t>
      </w:r>
      <w:r>
        <w:t>to usi tarike se yeh bhi bukhara se aaye the inke dada bukhara se aaye the badhaiyon. Ji.</w:t>
      </w:r>
    </w:p>
    <w:p>
      <w:pPr>
        <w:jc w:val="right"/>
      </w:pPr>
      <w:r>
        <w:t>तो उसी तरीके से यह भी बुखारा से आए थे इनके दादा बुखारा से आए थे बधाइयों. जी.</w:t>
      </w:r>
    </w:p>
    <w:p>
      <w:r>
        <w:rPr>
          <w:b/>
        </w:rPr>
        <w:t xml:space="preserve">[44:37] </w:t>
      </w:r>
      <w:r>
        <w:t>to unke vah dada the.</w:t>
      </w:r>
    </w:p>
    <w:p>
      <w:pPr>
        <w:jc w:val="right"/>
      </w:pPr>
      <w:r>
        <w:t>तो उनके वह दादा थे.</w:t>
      </w:r>
    </w:p>
    <w:p>
      <w:r>
        <w:rPr>
          <w:b/>
        </w:rPr>
        <w:t xml:space="preserve">[44:43] </w:t>
      </w:r>
      <w:r>
        <w:t>to dilli chuke bahut zyada congested ho gayi thi.</w:t>
      </w:r>
    </w:p>
    <w:p>
      <w:pPr>
        <w:jc w:val="right"/>
      </w:pPr>
      <w:r>
        <w:t>तो दिल्ली चूके बहुत ज़्यादा congested हो गई थी.</w:t>
      </w:r>
    </w:p>
    <w:p>
      <w:r>
        <w:rPr>
          <w:b/>
        </w:rPr>
        <w:t xml:space="preserve">[44:48] </w:t>
      </w:r>
      <w:r>
        <w:t>bahut zyada yahan aabadi thi to vah badhaiyon mein vah log jaakar vah mukem hue.</w:t>
      </w:r>
    </w:p>
    <w:p>
      <w:pPr>
        <w:jc w:val="right"/>
      </w:pPr>
      <w:r>
        <w:t>बहुत ज़्यादा यहां आबादी थी तो वह बधाइयों में वह लोग जाकर वह मुकेम हुए.</w:t>
      </w:r>
    </w:p>
    <w:p>
      <w:r>
        <w:rPr>
          <w:b/>
        </w:rPr>
        <w:t xml:space="preserve">[44:54] </w:t>
      </w:r>
      <w:r>
        <w:t>to nizamuddin jo hai woh paanch hi baras ke the ke baap aur unki memory bhi bahut acchi thi. to unhone bahut acche tareeqe se taleem hasil ki. phir woh zamane mein kya hota tha?</w:t>
      </w:r>
    </w:p>
    <w:p>
      <w:pPr>
        <w:jc w:val="right"/>
      </w:pPr>
      <w:r>
        <w:t>तो नज़ाम दिन जो है वह पांच ही बरस के थे कि बाप और उनकी memory भी बहुत अच्छी थी. तो उन्होंने बहुत अच्छे तरीके से तालीम हासिल की. फिर वह ज़माने में क्या होता था?</w:t>
      </w:r>
    </w:p>
    <w:p>
      <w:r>
        <w:rPr>
          <w:b/>
        </w:rPr>
        <w:t xml:space="preserve">[45:21] </w:t>
      </w:r>
      <w:r>
        <w:t>primary education to apne local area mein aadmi le leta tha. lekin higher education ke liye woh kahin jata tha. to woh delhi aaye. to ittefaq aisa tha ke delhi mein woh nazeeb sheikh nazimuddin ke pados mein rehte the. to sheikh nazimuddin jo the baba faridgan shakar ke bhai the. to yeh unse bar bar unki baaten sunte rehte the. to bahut matdasar ho gaye the.</w:t>
      </w:r>
    </w:p>
    <w:p>
      <w:pPr>
        <w:jc w:val="right"/>
      </w:pPr>
      <w:r>
        <w:t>Primary education तो अपने local area में आदमी ले लेता था. लेकिन higher education के लिए वह कहीं जाता था. तो वह दिल्ली आए. तो इत्तेफ़ाक़ ऐसा था कि दिल्ली में वह नज़ीब शेख नज़ीबुद्दीन के पड़ोस में रहते थे. तो शेख नज़ीबुद्दीन जो थे बाबा फरीदगन शकर के भाई थे. तो यह उनसे बार बार उनकी बातें सुनते रहते थे. तो बहुत मतदस्यर हो गए थे.</w:t>
      </w:r>
    </w:p>
    <w:p>
      <w:r>
        <w:rPr>
          <w:b/>
        </w:rPr>
        <w:t xml:space="preserve">[45:49] </w:t>
      </w:r>
      <w:r>
        <w:t>to ek din unhone unse kaha ke mujhe dua kijiye ke main qazi ban jaun. us zamane mein qazi banna bahut hi respectable ho jata. to unhone kaha qazi to mat bano kuch aur ban jao. to kyunke qazi woh yeh samajh ke kaha tha ke jo bhi ruler hoga woh dabav dalega aur apne matlab ka faisla karvayega. to is wajah se tum qadi mat bano.</w:t>
      </w:r>
    </w:p>
    <w:p>
      <w:pPr>
        <w:jc w:val="right"/>
      </w:pPr>
      <w:r>
        <w:t>तो एक दिन उन्होंने उनसे कहा कि मुझे धुआ कीजिए कि मैं काज़ी वन जाऊं. उस ज़माने में काज़ी बनना बहुत ही respectable हो जाता. तो उन्होंने कहा काज़ी तो मत बनो कुछ और वन जाओ. तो क्योंकि काज़ी वो यह समझ के कहा था कि जो भी ruler होगा वो दबाव डालेगा और अपने मतलब का फ़ैसला करवाएगा. तो इस वजह से तुम कादी मत बनो.</w:t>
      </w:r>
    </w:p>
    <w:p>
      <w:r>
        <w:rPr>
          <w:b/>
        </w:rPr>
        <w:t xml:space="preserve">[46:17] </w:t>
      </w:r>
      <w:r>
        <w:t>to ittefaq aisa hai ke usi dauran unhone masjid mein yeh ayat suni. kya allah ke bando ke liye woh waqt nahi aaya ke unke dil allah ki yaad se jhuk jayen? to unke upar bahut zabardast iska asar hua aur unhone faisla kar liya ajodhan jaane ka. ajodhan mein baba farid gan shakar bahut hi bade sufi the to woh wahan rehte the. yeh multan ke paas hai.</w:t>
      </w:r>
    </w:p>
    <w:p>
      <w:pPr>
        <w:jc w:val="right"/>
      </w:pPr>
      <w:r>
        <w:t>तो इत्तेफ़ाक़ ऐसा है कि उसी दौरान उन्होंने मस्जिद में यह आयात सुनी. क्या अल्लाह के बंदों के लिए वह वक्त नहीं आया कि उनके दिल अल्लाह की याद से झुक जाएं? तो उनके ऊपर बहुत ज़बरदस्त इसका असर हुआ और उन्होंने फ़ैसला कर लिया अजोधन जाने का. अजोधन में बाबा फरीद गन शकर बहुत ही बड़े सूफी थे तो वो वहां रहते थे. यह मुल्तान के पास है.</w:t>
      </w:r>
    </w:p>
    <w:p>
      <w:r>
        <w:rPr>
          <w:b/>
        </w:rPr>
        <w:t xml:space="preserve">[46:47] </w:t>
      </w:r>
      <w:r>
        <w:t>to baba ne dekha, baba faridganj ne dekha inke andar jo salahiyat thi bahut zyada thi to unhone khaas tawajjod di unko aur unko unko tasawwuf ki kitaben padhai. jo bade sufiyan hote the to apne khaas muridon ko khud tasawwuf ki kitaben padhaya karte the aur phir jab woh poora tareeqe se unhone tamam taleem hasil kar li to phir unko unhone hindustan bheja. to in logon ke khalifa hote hain.</w:t>
      </w:r>
    </w:p>
    <w:p>
      <w:pPr>
        <w:jc w:val="right"/>
      </w:pPr>
      <w:r>
        <w:t>तो बाबा ने देखा, बाबा फरीदगंज ने देखा इनके अंदर जो सलाहियत थी बहुत ज़्यादा थी तो उन्होंने खास तवज्जोद दी उनको और उनको उनको तस्वूर्व की किताबें पढ़ाई. जो बड़े सूफियां होते थे तो अपने खास मरीदों को खुद तस्वूर्व की किताबें पढ़ाया करते थे और फिर जब वह पूरा तरीके से उन्होंने तमाम तालीम हासिल कर ली तो फिर उनको उन्होंने हिंदुस्तान भेजा. तो इन लोगों के खलीफा होते हैं.</w:t>
      </w:r>
    </w:p>
    <w:p>
      <w:r>
        <w:rPr>
          <w:b/>
        </w:rPr>
        <w:t xml:space="preserve">[47:16] </w:t>
      </w:r>
      <w:r>
        <w:t>aam disciples to murid kehelate hain. lekin jo usmein zyada ilm hasil kar leta hai. jo tasawwuf ka to usko woh apna successor banate hain. successor ek hi nahi hota. kai successor hote hain aur mukhtalif jagahon par unko bhejte hain ke aage jaakar woh kaam karen. ji. to unhone jab unko khalifa banaya to unse kaha ke tum jao wahan aur tumse allah ke bando ko bahut fayda pahunchega.</w:t>
      </w:r>
    </w:p>
    <w:p>
      <w:pPr>
        <w:jc w:val="right"/>
      </w:pPr>
      <w:r>
        <w:t>आम disciples तो मुरीद कहलाते हैं. लेकिन जो उसमें ज़्यादा इल्म हासिल कर लेता है. जो तस्वूफ का तो उसको वह अपना successor बनाते हैं. Successor एक ही नहीं होता. कई successor होते हैं और मुक्तलीप जगहों पर उनको भेजते हैं कि आगे जाकर वह काम करें. जी. तो उन्होंने जब उनको खलीफा बनाया तो उनसे कहा कि तुम जाओ वहां और तुमसे अल्लाह के बंदों को बहुत फ़ायदा पहुंचेगा.</w:t>
      </w:r>
    </w:p>
    <w:p>
      <w:r>
        <w:rPr>
          <w:b/>
        </w:rPr>
        <w:t xml:space="preserve">[47:45] </w:t>
      </w:r>
      <w:r>
        <w:t>ab yeh jahan aate hain unki personality thi. jahan aate baithte hain ibadat karte hain aur log jante hain ke yeh baba farid gansagar ke paas se aaye hain. to log unke paas jama hone lag gaye. bahut zyada bheed hone lagi to woh yeh ibadat acche se nahi kar paate the. to kai jagah unhone badli. finally woh yahan aaye gayaspur. yahi jo nizamuddin hai isi ko pehle gayaspur ek gaon tha. to yeh log thoda sa abadi se alag hi rehte the.</w:t>
      </w:r>
    </w:p>
    <w:p>
      <w:pPr>
        <w:jc w:val="right"/>
      </w:pPr>
      <w:r>
        <w:t>अब यह जहां आते हैं उनकी personality थी. जहां आते बैठते हैं बादत करते हैं और लोग जानते हैं कि यह बाबा फरीद गंशगर के पास से आए हैं. तो लोग उनके पास जमा होने लग गए. बहुत ज़्यादा भीड़ होने लगी तो वो ये बादत अच्छे से नहीं कर पाते थे. तो कई जगह उन्होंने बदली. Finally वो यहां आए गयासपुर. यही जो निज़ामुद्दीन है इसी को पहले गयासपुर एक गांव था. तो यह लोग थोड़ा सा आबादी से अलग ही रहते थे.</w:t>
      </w:r>
    </w:p>
    <w:p>
      <w:r>
        <w:rPr>
          <w:b/>
        </w:rPr>
        <w:t xml:space="preserve">[48:15] </w:t>
      </w:r>
      <w:r>
        <w:t>to yahan aaye yahan bhi bheed bahar hone lag gayi. to ek naujawan aaya usne kaha ke jab bheed bahar hone lagi inko ibadat ka time kam milne laga to unhone socha ab kahin aur chalo. to unhone kaha ke dekho jo aadmi mashhoor ho jata hai to uske paas to log aayenge tum kahin bhi jaakar raho. aur baat to aur yeh sochna ke agar bahut sare log hain tumko allah ki yaad nahi aayegi to yeh galat hai.</w:t>
      </w:r>
    </w:p>
    <w:p>
      <w:pPr>
        <w:jc w:val="right"/>
      </w:pPr>
      <w:r>
        <w:t>तो यहां आए यहां भी भीड़ बाहर होने लग गई. तो एक नौजवान आया उसने कहा कि कि जब भीड़ बाहर होने लगी इनको यहबादत का time कम मिलने लगा तो उन्होंने सोचा अब कहीं और चलो. तो उन्होंने कहा कि देखो जो आदमी मशहूर हो जाता है तो उसके पास तो लोग आऐंगे तुम कहीं भी जाकर रहो. और बात तो और यह सोचना के अगर बहुत सारे लोग हैं तुमको अल्लाह की याद नहीं आएगी तो यह गलत है.</w:t>
      </w:r>
    </w:p>
    <w:p>
      <w:r>
        <w:rPr>
          <w:b/>
        </w:rPr>
        <w:t xml:space="preserve">[48:41] </w:t>
      </w:r>
      <w:r>
        <w:t>baat to jab hai jab logon ki bheed mein tum khuda ki love lag hi rahe. to yeh baat unko ekdam dimag mein aa gayi aur unhone socha ke humko bando ki hidayat bhi hamari hamari zimmedari hai. yeh bhi usi tarah jaise ibadat farz hai usi tarah yeh bhi farz hai to unhone phir uske baad woh yahin reh gaye aur isi ilake ko baad mein nizamuddin ghaisiyat se develop hua.</w:t>
      </w:r>
    </w:p>
    <w:p>
      <w:pPr>
        <w:jc w:val="right"/>
      </w:pPr>
      <w:r>
        <w:t>बात तो जब है जब लोगों की भीड़ में तुम खुदा की love लग ही रहे. तो यह बात उनको एकदम दिमाग में आ गई और उन्होंने सोचा कि हमको बंदों की हदायत भी हमारी हमारी ज़िम्मेदारी है. यह भी उसी तरह जैसे यहबादत फर्ज है उसी तरह यह भी फर्ज है तो उन्होंने फिर उसके बाद वह यहीं रह गए और इसी इलाके को बाद में निज़ामुद्दीन घैसियत से develop हुआ.</w:t>
      </w:r>
    </w:p>
    <w:p>
      <w:r>
        <w:rPr>
          <w:b/>
        </w:rPr>
        <w:t xml:space="preserve">[49:09] </w:t>
      </w:r>
      <w:r>
        <w:t>to is tareeqe se jo sufia the unko ek taraf woh ibadat mein lage rehte the aur doosri taraf khidmat khalq mein lage rehte the. to isi wajah se inhone itne zyada in logon ke paas itne zyada inke paas log aate the aur nizamuddin auliya ke paas to bahut zyada log aate the aur us zamane mein aap sochiye ke jab koi masjid mother se is tarah se hote nahi the. logon ki taleem ka koi intezam nahi tha. to yahi sufia the inke center hote the.</w:t>
      </w:r>
    </w:p>
    <w:p>
      <w:pPr>
        <w:jc w:val="right"/>
      </w:pPr>
      <w:r>
        <w:t>तो इस तरीके से जो सूफिया थे उनको एक तरफ वह अहबादत में लगे रहते थे और दूसरी तरफ खिदमते खाल्क में लगे रहते थे. तो इसी वजह से इन्होंने इतने ज़्यादा इन लोगों के पास इतने ज़्यादा इनके पास लोग आते थे और नज़ामुद्दीन वालिया के पास तो बहुत ज़्यादा लोग आते थे और उस ज़माने में आप सोचिए कि जब कोई मस्जिद mother से इस तरह से होते नहीं थे. लोगों की तालीन का कोई इंतज़ाम नहीं था. तो यही सूफिया थे इनके center होते थे.</w:t>
      </w:r>
    </w:p>
    <w:p>
      <w:r>
        <w:rPr>
          <w:b/>
        </w:rPr>
        <w:t xml:space="preserve">[49:39] </w:t>
      </w:r>
      <w:r>
        <w:t>jo khanqah hoti thi woh center hota tha. to wahan par log aate the wahan par freely ho. wahan par reh sakte the. wahan khana khate. wahan tararte. wahan apne mushid ki baaten sunte unse mazhabi taleem hasil karte. to is tareeqe se un logon ne inse deen seekha. us zamane mein yeh is tarah ke center hote nahi the.</w:t>
      </w:r>
    </w:p>
    <w:p>
      <w:pPr>
        <w:jc w:val="right"/>
      </w:pPr>
      <w:r>
        <w:t>जो खानखा होती थी वह center होता था. तो वहां पर लोग आते थे वहां पर freely हो. वहां पर रह सकते थे. वहां खाना खाते. वहां traरते. वहां अपने मुर्शित की बातें सुनते उनसे मज़हबी तालिम हासिल करते. तो इस तरीके से उन लोगों ने इनसे दीन सीखा. उस ज़माने में यह इस तरह के center होते नहीं थे.</w:t>
      </w:r>
    </w:p>
    <w:p>
      <w:r>
        <w:rPr>
          <w:b/>
        </w:rPr>
        <w:t xml:space="preserve">[50:07] </w:t>
      </w:r>
      <w:r>
        <w:t>to yahin par unhon ne un se deen seekha, un se tamam jo jo spiritual islam hai vah inhi se in logon ne seekha. inke inke paas aam log bhi aate the aur khaas log bhi aate the. to ek the ameer hasan sijji. unko sanjari bhi kehte hain, sijji bhi kehte hain. to vah us mein the courtier the. to vah aate the inke paas to unko farsi aati thi.</w:t>
      </w:r>
    </w:p>
    <w:p>
      <w:pPr>
        <w:jc w:val="right"/>
      </w:pPr>
      <w:r>
        <w:t>तो यहीं पर उन्होंने उनसे दीन सीखा, उनसे तमाम जो जो spiritual इस्लाम है वह इन्हीं से इन लोगों ने सीखा. इनके इनके पास आम लोग भी आते थे और खास लोग भी आते थे. तो एक थे अमीर हसन सिज्जी. उनको संजरी भी कहते हैं, सिज्जी भी कहते हैं. तो वह उसमें थे courtier थे. तो वह आते थे इनके पास तो उनको फारसी आती थी.</w:t>
      </w:r>
    </w:p>
    <w:p>
      <w:r>
        <w:rPr>
          <w:b/>
        </w:rPr>
        <w:t xml:space="preserve">[50:37] </w:t>
      </w:r>
      <w:r>
        <w:t>to vah maulan nizamabdin walia jo batchit karte the usko record karte the aur vah farshiyan mein. to vah poora record un ka maujood hai. vah fawaydul fawaad ki shakal mein aaj available hai. us mein bahut sari baaten hain. us mein ek baat jo un ka call darj hai ki kamal chaar cheezon se hasil hota hai. kam khane se, kam bolne se, kam milne se aur kam sone se.</w:t>
      </w:r>
    </w:p>
    <w:p>
      <w:pPr>
        <w:jc w:val="right"/>
      </w:pPr>
      <w:r>
        <w:t>तो वह मौलान निजामबदीन वालिया जो बातचीत करते थे उसको record करते थे और वह फर्शियन में. तो वह पूरा record उनका मौजूद है. वह फवायदुल फवाद की शक्ल में आज available है. उसमें बहुत सारी बातें हैं. उसमें एक बात जो उनका call दर्ज है कि कमाल चार चीज़ों से हासिल होता है. कम खाने से, कम बोलने से, कम मिलने से और कम सोने से.</w:t>
      </w:r>
    </w:p>
    <w:p>
      <w:r>
        <w:rPr>
          <w:b/>
        </w:rPr>
        <w:t xml:space="preserve">[51:07] </w:t>
      </w:r>
      <w:r>
        <w:t>to is tarah ki baaten vah logon ko batate the samajh lijiye ki vah spiritualize kiya unhon ne poori society ko. to is tarah se hai logon ko ek guide aisa mil gaya jo un ka bahut ham dard tha, dard man tha un ke liye sab kuch un ke liye karta tha. yahan tak un ko koi bhi un ki zaroorat hoti thi to us ko vah poora karta tha vah. unhi ko vah apni family samajhta tha. ji ji.</w:t>
      </w:r>
    </w:p>
    <w:p>
      <w:pPr>
        <w:jc w:val="right"/>
      </w:pPr>
      <w:r>
        <w:t>तो इस तरीके की बातें वह लोगों को बताते थे समझ लीजिए कि वह spiritualize किया उन्होंने पूरी society को. तो इस तरीके से जो है लोगों को एक guide ऐसा मिल गया जो उनका बहुत हम दर्द था, दर्द मन था उनके लिए सब कुछ उनके लिए करता था. यहां तक उनको कोई भी उनकी ज़रूरत होती थी तो उसको वह पूरा करता था वह. उन्हीं को वह अपनी family समझता था. जी जी.</w:t>
      </w:r>
    </w:p>
    <w:p>
      <w:r>
        <w:rPr>
          <w:b/>
        </w:rPr>
        <w:t xml:space="preserve">[51:37] </w:t>
      </w:r>
      <w:r>
        <w:t>aap ka kuch sawal bhi aaye hain aur kuch comments hain jo main padhna chahunga. yeh comment bheja hai delhi se doctor saniye snain khan sahab ne. unhon ne likha hai very important session on the spirit of Sufism by Doctor fareeda khanam. the sufi practice focuses on the renunciation of worldly things, purification of the soul and the contemplation of God. ehtisham nadeem sahab ne Pakistan se likha hai.</w:t>
      </w:r>
    </w:p>
    <w:p>
      <w:pPr>
        <w:jc w:val="right"/>
      </w:pPr>
      <w:r>
        <w:t>आपका कुछ सवाल भी आए हैं और कुछ comments हैं जो मैं पढ़ना चाहूंगा. यह comment भेजा है दिल्ली से Doctor सानीय स्नैन खान साहब ने. उन्होंने लिखा है very important session on the spirit of Sufism by Doctor फरीदा खानम. The सूफी practice focuses on the renunciation of worldly things, purification of the soul and the contemplation of God. एहतीशाम नदीम साहब ने Pakistan से लिखा है.</w:t>
      </w:r>
    </w:p>
    <w:p>
      <w:r>
        <w:rPr>
          <w:b/>
        </w:rPr>
        <w:t xml:space="preserve">[52:07] </w:t>
      </w:r>
      <w:r>
        <w:t>ma'am jaza kalla thank you so much for all the information you are giving. faim umar sahab unhon ne location hi likhi hai, unhon ne likha hai ki mashaallah aap bahut shandar, bahut zabardast. aap aaj do do teen sawal hain, main poochna chahunga aapse. yeh sawal bheja hai miss noorul and aziya ne australia se. unhon ne likha hai pyari apa i have a question.</w:t>
      </w:r>
    </w:p>
    <w:p>
      <w:pPr>
        <w:jc w:val="right"/>
      </w:pPr>
      <w:r>
        <w:t>Ma'am जज़ा कल्ला thank you so much for all the information you are giving. फैम उमर साहब उन्होंने location ही लिखी है, उन्होंने लिखा है कि माशाल्लाह आप बहुत शानदार, बहुत ज़बरदस्त. आप आज दो दो तीन सवाल हैं, मैं पूछना चाहूंगा आपसे. यह सवाल भेजा है miss नूरूल and अज़िया ने Australia से. उन्होंने लिखा है प्यारी आपा I have a question.</w:t>
      </w:r>
    </w:p>
    <w:p>
      <w:r>
        <w:rPr>
          <w:b/>
        </w:rPr>
        <w:t xml:space="preserve">[52:32] </w:t>
      </w:r>
      <w:r>
        <w:t>when i tell some stories of sufi personalities to my children they ask me one question which is that why these people don't eat a lot and how they control their hunger and don't eat for so many days. to is ke bare mein bataen ki yeh kaise mumkin karte hain vah? roze mein nahin hota. roze ke shuru mein hamein bahut mushkil lagta hai.</w:t>
      </w:r>
    </w:p>
    <w:p>
      <w:pPr>
        <w:jc w:val="right"/>
      </w:pPr>
      <w:r>
        <w:t>When I tell some stories of सूफी personalities to my children they ask me one question which is that why these people don't eat a lot and how they control their hunger and don't eat for so many days. तो इसके बारे में बताएं कि यह कैसे मुमकिन करते हैं वह? रोज़े में नहीं होता. रोज़े के शुरू में हमें बहुत मुश्किल लगता है.</w:t>
      </w:r>
    </w:p>
    <w:p>
      <w:r>
        <w:rPr>
          <w:b/>
        </w:rPr>
        <w:t xml:space="preserve">[53:02] </w:t>
      </w:r>
      <w:r>
        <w:t>bhukha rehna, pyasa rehna. lekin baad mein ekdam aadat ho jati hai. to agar hamara dhyan hoda mein lag jayega, focus karega dimagh, focus kar lega. jaise hum koi kaam karte hain. bachchon ko exam dena hota hai unhein to unhein zabardasti khilaya pilaya jata hai. ji. kyunki un ka mind to kahin aur laga hua hota hai. to yeh mind hai aap us ko jahan chahe laga len wahin vah lag jayega.</w:t>
      </w:r>
    </w:p>
    <w:p>
      <w:pPr>
        <w:jc w:val="right"/>
      </w:pPr>
      <w:r>
        <w:t>भूखा रहना, प्यासा रहना. लेकिन बाद में एकदम आदत हो जाती है. तो अगर हमारा ध्यान होदा में लग जाएगा, focus करेगा दिमाग, focus कर लेगा. जैसे हम कोई काम करते हैं. बच्चों को exam देना होता है उन्हें तो उनको जबरदस्ती खिलाया पिलाया जाता है. जी. क्योंकि उनका mind तो कहीं और लगा हुआ होता है. तो यह mind है आप उसको जहां चाहे लगा लें वहीं वह लग जाएगा.</w:t>
      </w:r>
    </w:p>
    <w:p>
      <w:r>
        <w:rPr>
          <w:b/>
        </w:rPr>
        <w:t xml:space="preserve">[53:28] </w:t>
      </w:r>
      <w:r>
        <w:t>to us ko itna zyada hamein zaroorat nahin hoti hai khane peene ki. agar hassaba aur rasoolla sawslam bahut kam khate the. ji. do khajoor kha liya aur pani pi liya. kabhi vah mil gaya doodh to doodh pi liya. khana to bahut kam khate the dekhiye. un se zyada mehnat aur mayda to kisi ne nahin kiya. ji. to khana bahut zyada us ki zaroorat nahin hoti hai. lekin vah hum aadatan khate rehte hain.</w:t>
      </w:r>
    </w:p>
    <w:p>
      <w:pPr>
        <w:jc w:val="right"/>
      </w:pPr>
      <w:r>
        <w:t>तो उसको इतना ज़्यादा हमें ज़रूरत नहीं होती है खाने पीने की. अगर हस्साबा और रसूल्ला सौस्लम बहुत कम खाते थे. जी. दो खजूर खा लिया और पानी पी लिया. कभी वह मिल गया दूध तो दूध पी लिया. खाना तो बहुत कम खाते थे देखिए. उनसे ज़्यादा मेहनत और मजायदा तो किसी ने नहीं किया. जी. तो खाना बहुत ज़्यादा उसकी ज़रूरत नहीं होती है. लेकिन वह हम आदतन खाते रहते हैं.</w:t>
      </w:r>
    </w:p>
    <w:p>
      <w:r>
        <w:rPr>
          <w:b/>
        </w:rPr>
        <w:t xml:space="preserve">[53:58] </w:t>
      </w:r>
      <w:r>
        <w:t>hum teen avodh khate hain chahe bhookh ho ya naav khate hain aur kehna hai sukhraat ne kaha tha ki jab tak tum tadapne na lago doosra khana mat khao. to yeh jo hai to hum apni sehti kharab karte hain har waqt kha kha ke. ji. hum ko khane ki utni zyada zaroorat nahin hoti jitna hum khate hain. ji. aur aap agar dekha jaye, aap ne jaise sahaba aur rasoollah ka kabhi zikr kiya, to rasoollah ki zindagi mein dekhe to kitni simple lifestyle tha.</w:t>
      </w:r>
    </w:p>
    <w:p>
      <w:pPr>
        <w:jc w:val="right"/>
      </w:pPr>
      <w:r>
        <w:t>हम तीन अवोध खाते हैं चाहे भूख हो या नाव खाते हैं और कहना है सुखराद ने कहा था कि जब तक तुम तड़पने ना लगो दूसरा खाना मत खाओ. तो यह जो है तो हम अपनी सेहती खराब करते हैं हर वक्त खा खा के. जी. हमको खाने की उतनी ज़्यादा ज़रूरत नहीं होती जितना हम खाते हैं. जी. और आप अगर देखा जाए, आपने जैसे साहबा और रसुल्लाह का कभी ज़िक्र किया, तो रसुल्लाह की ज़िंदगी में देखे तो कितनी simple lifestyle था.</w:t>
      </w:r>
    </w:p>
    <w:p>
      <w:r>
        <w:rPr>
          <w:b/>
        </w:rPr>
        <w:t xml:space="preserve">[54:26] </w:t>
      </w:r>
      <w:r>
        <w:t>un ko kuch bhi agar gifts milte the to vah us ko charity mein de dete the. despite gaining supremacy over a large arab world, i mean he all he had or all he possess was a simple mattress jis par sote the ek pitcher pani ka aur matlab bahut hi sadgi ke sath unhon ne zindagi bitai. to ek bahut bada role model milta hai aap ne jaise zikr bhi kiya. aap doosra sawal yeh bheja hai kashmir se abdul majid bhatt sahab ne.</w:t>
      </w:r>
    </w:p>
    <w:p>
      <w:pPr>
        <w:jc w:val="right"/>
      </w:pPr>
      <w:r>
        <w:t>उनको कुछ भी अगर gifts मिलते थे तो वह उसको charity में दे देते थे. Despite gaining supremacy over a large Arab world, I mean he all he had or all he possess was a simple mattress जिस पर सोते थे एक pitcher पानी का और मतलब बहुत ही सादगी के साथ उन्होंने ज़िंदगी बिताई. तो एक बहुत बड़ा role model मिलता है आपने जैसे ज़िक्र भी किया. आप दूसरा सवाल यह भेजा है कश्मीर से अब्दुल माजिद भट्ट साहब ने.</w:t>
      </w:r>
    </w:p>
    <w:p>
      <w:r>
        <w:rPr>
          <w:b/>
        </w:rPr>
        <w:t xml:space="preserve">[54:56] </w:t>
      </w:r>
      <w:r>
        <w:t>unhon ne likha hai ki apa sufism has its own influence on kashmiri people but it has deviated them from islamic monotheism. is ke bare mein aap kya kahengi? haan vah sare logon ka deviation nahin hai. vah wadatul wajood aur wadatul shood jo hai, to wadatul wajood in ka ek concept hai jis ke mane hain oneness of being.</w:t>
      </w:r>
    </w:p>
    <w:p>
      <w:pPr>
        <w:jc w:val="right"/>
      </w:pPr>
      <w:r>
        <w:t>उन्होंने लिखा है कि आपा सूfism has its own influence on कश्मीरी people but it has deviated them from Islamic monotheism. इसके बारे में आप क्या कहेंगी? हां वह सारे लोगों का deviation नहीं है. वह वादतुल वजूद और वादतुल शूद जो है, तो वादतुल वजूद इनका एक concept है जिसके माने हैं oneness of being.</w:t>
      </w:r>
    </w:p>
    <w:p>
      <w:r>
        <w:rPr>
          <w:b/>
        </w:rPr>
        <w:t xml:space="preserve">[55:24] </w:t>
      </w:r>
      <w:r>
        <w:t>matlab is hinduism mein tha advit vaad aur duvit vaad. to duvit vaad to hum monotheism keh sakte hain aur advit vaad yeh hai वन्य sab being wala concept. ji. wadatul wajood wala. to yeh log motasy rue hain kyunki har country ka main jo in ka to suboof ka jo version hai vah fark hai. to local influences aaye hain.</w:t>
      </w:r>
    </w:p>
    <w:p>
      <w:pPr>
        <w:jc w:val="right"/>
      </w:pPr>
      <w:r>
        <w:t>मतलब इस हिंदूism में था अद्वित वाद और दुवित वाद. तो दुवित वाद तो हम monotheism कह सकते हैं और अद्वित वाद यह है वन्य सब being वाला concept. जी. वादतुल वजूद वाला. तो यह लोग मोतास्य रुए हैं क्योंकि हर country का मैं जो इनका तो सबूफ का जो version है वह फ़र्क है. तो local influences आए हैं.</w:t>
      </w:r>
    </w:p>
    <w:p>
      <w:r>
        <w:rPr>
          <w:b/>
        </w:rPr>
        <w:t xml:space="preserve">[55:50] </w:t>
      </w:r>
      <w:r>
        <w:t>to local influences to jo hum islam practice kar rahe hain, us mein bhi hain. ji. itna zyada jo rasm aur aawaz hai dekhiye aap rasoollah sawslam ke zamane mein yeh sab kuch nahin the. ji ji. shadi ekdam saada andaaz mein hoti thi aaj hoti hai. koi bhi saada andaaz mein shadi nahin karta hai. to jo hamesha aisa hota hai ki har generation mein ki local influencers hamare upar padte hain.</w:t>
      </w:r>
    </w:p>
    <w:p>
      <w:pPr>
        <w:jc w:val="right"/>
      </w:pPr>
      <w:r>
        <w:t>तो local influences तो जो हम इस्लाम practice कर रहे हैं, उसमें भी हैं. जी. इतना ज़्यादा जो रस्म और आवाज़ है देखिए आप रसूल्लाह सौसलम के जमाने में यह सब कुछ नहीं थे. जी जी. शादी एकदम सादा अंदाज़ में होती थी आज होती है. कोई भी सादा अंदाज़ में शादी नहीं करता है. तो जो हमेशा ऐसा होता है कि हर generation में कि local influencers हमारे ऊपर पढ़ते हैं.</w:t>
      </w:r>
    </w:p>
    <w:p>
      <w:r>
        <w:rPr>
          <w:b/>
        </w:rPr>
        <w:t xml:space="preserve">[56:15] </w:t>
      </w:r>
      <w:r>
        <w:t>to us par bahut sare reformers hote hain us ko us par tankhit karte hain, us ko sudharte hain. to isi tarah se jo wadutul wajood hai us par bhi tankhit hui hai. wadatul shahood ke naam se punjab ke rehne wale the abhi naam yaad aa jayega.</w:t>
      </w:r>
    </w:p>
    <w:p>
      <w:pPr>
        <w:jc w:val="right"/>
      </w:pPr>
      <w:r>
        <w:t>तो उस पर बहुत सारे reformers होते हैं उसको उस पर तनखित करते हैं, उसको सुधारते हैं. तो इसी तरीके से जो वादुतुल वजूद है उस पर भी तनखित हुई है. वादुतुल शहूद के नाम से Punjab के रहने वाले थे अभी नाम याद आ जाएगा.</w:t>
      </w:r>
    </w:p>
    <w:p>
      <w:r>
        <w:rPr>
          <w:b/>
        </w:rPr>
        <w:t xml:space="preserve">[56:33] </w:t>
      </w:r>
      <w:r>
        <w:t>to unhon ne wadatu shahood ka concept pesh kiya aur unhon ne kaha ki asal mein jo hai ki jab hum bahut zyada concentrate karte hain divine par, to hamein sirf vahi nazar aane lagta hai. bahut zyada concentration ki wajah se hamein sirf khuda hi khuda nazar aata hai aur kuch nazar nahin aata hai. to vah bhadatul shood hai to vah vision ki unity hai na ki reality ki unity.</w:t>
      </w:r>
    </w:p>
    <w:p>
      <w:pPr>
        <w:jc w:val="right"/>
      </w:pPr>
      <w:r>
        <w:t>तो उन्होंने वादतु शहूद का concept पेश किया और उन्होंने कहा कि असल में जो है कि जब हम बहुत ज़्यादा concentrate करते हैं divine पर, तो हमें सिर्फ वही नज़र आने लगता है. बहुत ज़्यादा concentration की वजह से हमें सिर्फ खुदा ही खुदा नज़र आता है और कुछ नज़र नहीं आता है. तो वह भादतुल शूद है तो वह vision की unity है ना कि reality की unity.</w:t>
      </w:r>
    </w:p>
    <w:p>
      <w:r>
        <w:rPr>
          <w:b/>
        </w:rPr>
        <w:t xml:space="preserve">[57:03] </w:t>
      </w:r>
      <w:r>
        <w:t>jabki bhadatul wajood mein kehte hain ki vah reality ki unity, vah hinduism wala concept hai ki insan jo hai vah ya koi bhi being jo bhi hai vah sab hoda hi ka hissa hai. to yeh islam ka concept nahin hai is par tankhit ki gayi hai. to vahan datul shahood jo hai vah kehte hain vision ki unity hai, reality mein unity nahin hai.</w:t>
      </w:r>
    </w:p>
    <w:p>
      <w:pPr>
        <w:jc w:val="right"/>
      </w:pPr>
      <w:r>
        <w:t>जबकि भादतुल वजूद में कहते हैं कि वह reality की unity, वह हिंदूism वाला concept है कि इंसान जो है वह या कोई भी being जो भी है वह सब होदाही का हिस्सा है. तो यह इस्लाम का concept नहीं है इस पर तनखीत की गई है. तो वहां दतु शहूद जो है वह कहते हैं vision की unity है, reality में unity नहीं है.</w:t>
      </w:r>
    </w:p>
    <w:p>
      <w:r>
        <w:rPr>
          <w:b/>
        </w:rPr>
        <w:t xml:space="preserve">[57:30] </w:t>
      </w:r>
      <w:r>
        <w:t>vah bahut zyada yeh baadat karne ki wajah se aisa hota hai ki sab kuch khuda hi un ko nazar hi aane lagta hai, kuch aur nazar nahin aata. yeh hai. ji. aap ka ek aur sawal bangladesh se kiya hai mohammad roukebul hasan tamal sahab ne. unhon ne likha hai ki religion was perfected during the time of the prophet and during his lifetime. it is recognized in the quran.</w:t>
      </w:r>
    </w:p>
    <w:p>
      <w:pPr>
        <w:jc w:val="right"/>
      </w:pPr>
      <w:r>
        <w:t>वह बहुत ज़्यादा यह बादत करने की वजह से ऐसा होता है कि सब कुछ खुदा ही उनको नज़र ही आने लगता है, कुछ और नज़र नहीं आता. यह है. जी. आपका एक और सवाल बांग्लादेश से किया है मोहम्मद रौकेबुल हसन तमाल साहब ने. उन्होंने लिखा है कि religion was perfected during the time of the prophet and during his lifetime. It is recognized in the Quran.</w:t>
      </w:r>
    </w:p>
    <w:p>
      <w:r>
        <w:rPr>
          <w:b/>
        </w:rPr>
        <w:t xml:space="preserve">[57:56] </w:t>
      </w:r>
      <w:r>
        <w:t>then why is there so much discussion about different doctrines? why shouldn't the event of the time of rasul ullah and the companions be the best subject for us to discuss? ab itni badi empire, itne zyada log. ji. to everyone thinks differently kyunki interpretation ka to rom hamesha rehta hai. ji. fark ka isi tarah se development hua. itne sari fekh paida hui. to interpretation ka difference hai.</w:t>
      </w:r>
    </w:p>
    <w:p>
      <w:pPr>
        <w:jc w:val="right"/>
      </w:pPr>
      <w:r>
        <w:t>Then why is there so much discussion about different doctrines? Why shouldn't the event of the time of रसुल उल्लाह and the companions be the best subject for us to discuss? अब इतनी बड़ी empire, इतने ज़्यादा लोग. जी. तो everyone thinks differently क्योंकि interpretation का तो रोम हमेशा रहता है. जी. फ़र्क का इसी तरीके से development हुआ. इतने सारी फेख पैदा हुई. तो interpretation का difference है.</w:t>
      </w:r>
    </w:p>
    <w:p>
      <w:r>
        <w:rPr>
          <w:b/>
        </w:rPr>
        <w:t xml:space="preserve">[58:25] </w:t>
      </w:r>
      <w:r>
        <w:t>to hamari bahut hi badi baat hai ki quran mahfooz hai, seerat mahfooz hai aur hadis mahfooz hai sab. lekin interpretation ka difference hamesha rahega. to us mein us ko koi hum rok nahin sakte kyunki har aadmi jo hai us ko apne hisab se samajhta hai. misal ke taur par ek main batati hoon ki jab rasoollah susallam madine mein the. ek baar yahoodi ka janaza ja raha tha. to rasoollah susallam khade ho gaye.</w:t>
      </w:r>
    </w:p>
    <w:p>
      <w:pPr>
        <w:jc w:val="right"/>
      </w:pPr>
      <w:r>
        <w:t>तो हमारी बहुत ही बड़ी बात है कि कुरान महफूज है, सीरत महफूज है और हदीस महफूज है सब. लेकिन interpretation का difference हमेशा रहेगा. तो उसमें उसको कोई हम रोक नहीं सकते क्योंकि हर आदमी जो है उसको अपने हिसाब से समझता है. मिसाल के तौर पर एक मैं बताती हूं कि जब रसूल्लाह सुसलम मदीने में थे. एक बार यहूदी का जनाज़ा जा रहा था. तो रसूल्लाह सुसलम खड़े हो गए.</w:t>
      </w:r>
    </w:p>
    <w:p>
      <w:r>
        <w:rPr>
          <w:b/>
        </w:rPr>
        <w:t xml:space="preserve">[58:55] </w:t>
      </w:r>
      <w:r>
        <w:t>ab dekhiye us waqt to sahaba the. us waqt bhi vah log alag alag tarah se soch rahe the. kisi ne kaha ki rasoolla sallam is liye khade ho gaye ki yeh hudi ka janaza upar tha aur aap baithe hue the to aap neeche the vah upar tha. kisi ne kaha ki is liye khade ho gaye ki us ke sath farishte the. abhi jo jaan nikalte hain vah farishte us ke sath the. kisi ne kaha ki un uddhoni dete hain. vah bahut sari mahak dete hain na dead body ko. ji.</w:t>
      </w:r>
    </w:p>
    <w:p>
      <w:pPr>
        <w:jc w:val="right"/>
      </w:pPr>
      <w:r>
        <w:t>अब देखिए उस वक्त तो सहाबा थे. उस वक्त भी वह लोग अलग अलग तरीके से सोच रहे थे. किसी ने कहा कि रसूल्ला सल्लम इसलिए खड़े हो गए कि यह हुदी का जनाजा ऊपर था और आप बैठे हुए थे तो आप नीचे थे वह ऊपर था. किसी ने कहा कि इसलिए खड़े हो गए कि उसके साथ फरिश्ते थे. अभी जो जान निकालते हैं वह फरिश्ते उसके साथ थे. किसी ने कहा कि उन उद्धोनी देते हैं. वह बहुत सारी महक देते हैं ना dead body को. जी.</w:t>
      </w:r>
    </w:p>
    <w:p>
      <w:r>
        <w:rPr>
          <w:b/>
        </w:rPr>
        <w:t xml:space="preserve">[59:25] </w:t>
      </w:r>
      <w:r>
        <w:t>to us ki wajah se vah khade ho gaye. un ko mahak aa rahi thi. kisi ne kuch kaha, kisi ne kuch kaha aur rasoollah susallam ne us kisi ne kaha ki aap kyun khade ho gaye? vo to yahoodi ka janada tha. to aap ne kaha to kya he was not a human being. alahisab nafsan. to rasoollah susallam ke zamane mein bhi log differently soch rahe the. ji.</w:t>
      </w:r>
    </w:p>
    <w:p>
      <w:pPr>
        <w:jc w:val="right"/>
      </w:pPr>
      <w:r>
        <w:t>तो उसकी वजह से वह खड़े हो गए. उनको महक आ रही थी. किसी ने कुछ कहा, किसी ने कुछ कहा और रसूल्लाह ससुल्लाम ने उसे किसी ने कहा कि आप क्यों खड़े हो गए? वो तो यहूदी का जनादा था. तो आपने कहा तो क्या he was not a human being. अलाहिसाहब नफ्सन. तो रसूल्लाह सुसलम के जमाने में भी लोग differently सोच रहे थे. जी.</w:t>
      </w:r>
    </w:p>
    <w:p>
      <w:r>
        <w:rPr>
          <w:b/>
        </w:rPr>
        <w:t xml:space="preserve">[59:50] </w:t>
      </w:r>
      <w:r>
        <w:t>bas hum sincerity hamare andar ho aur hamare andar selflessness ho to hamari intention sahi ho. jaise bukhari mein allah malubin niyaat, to hamare jo amal hai vah niyaat par uska dharumdhar hai. hamari niyaat durust ho, to hamein inshallah uska sawab milega. sochne ko to rasoollah sasallam ne mana nahin kiya. ji.</w:t>
      </w:r>
    </w:p>
    <w:p>
      <w:pPr>
        <w:jc w:val="right"/>
      </w:pPr>
      <w:r>
        <w:t>बस हम sincerity हमारे अंदर हो और हमारे अंदर selflessness हो तो हमारी intention सही हो. जैसे बुखारी में अल्लाह मालूबिन नियात, तो हमारे जो अमल है वह नियत पर उसका धारुमधार है. हमारी नियत दुरुस्त हो, तो हमें इंशाल अल्लाह उसका सवाल मिलेगा. सोचने को तो रसूल्लाह सस्लाम ने मना नहीं किया. जी.</w:t>
      </w:r>
    </w:p>
    <w:p>
      <w:r>
        <w:rPr>
          <w:b/>
        </w:rPr>
        <w:t xml:space="preserve">[1:00:13] </w:t>
      </w:r>
      <w:r>
        <w:t>bano qureza ki misal hai jab bano qureza aap ne bheja ek party ko aur bahut jaldi thi to aap ne kaha tha jaldi jao tezi se aur jakar asir ki namaz wahin padhna. ab aisa hua ki asir ke namaz ka time nikla ja raha tha. to kuch logon ne wahin namaz padh liya aur kuch logon ne vahan jakar namaz padhi. donon ne aakar bataya rasoolla aslam se ki aisa hua. unhon ne to kaha tha wahin jakar namaz padhna.</w:t>
      </w:r>
    </w:p>
    <w:p>
      <w:pPr>
        <w:jc w:val="right"/>
      </w:pPr>
      <w:r>
        <w:t>बनु कुरेज़ा की मिसाल है जब बनु कुरेज़ा आपने भेजा एक party को और बहुत जल्दी थी तो आपने कहा था जल्दी जाओ तेज़ी से और जाकर असिर की नमाज़ वहीं पढ़ना. अब ऐसा हुआ कि असिर के नमाज़ का time निकला जा रहा था. तो कुछ लोगों ने वहीं नमाज़ पढ़ लिया और कुछ लोगों ने वहां जाकर नमाज़ पढ़ी. दोनों ने आकर बताया रसूल्लास असलम से कि ऐसा हुआ. उन्होंने तो कहा था वहीं जाकर नमाज़ पढ़ना.</w:t>
      </w:r>
    </w:p>
    <w:p>
      <w:r>
        <w:rPr>
          <w:b/>
        </w:rPr>
        <w:t xml:space="preserve">[1:00:40] </w:t>
      </w:r>
      <w:r>
        <w:t>to bataya ki kuch logon ne raste mein padh li ki der ho rahi hai. rasoollaslam ko yeh maksad nahin tha ki namaz qaza karke padho. to aap ne donon ko durast par kaha. ji. to yeh to hoga insan. maine kaha jata man is a thinking animal. ab vah sochega to bilkul exactly hai ki manvar par to nahin sochega na vah sochega to. ji ji ji. us mein differences aayenge. bas yeh sochna chahiye ki difference ko tolerate karna chahiye. us par ladai nahin karna chahiye.</w:t>
      </w:r>
    </w:p>
    <w:p>
      <w:pPr>
        <w:jc w:val="right"/>
      </w:pPr>
      <w:r>
        <w:t>तो बताया कि कुछ लोगों ने रास्ते में पढ़ ली कि देर हो रही है. रसुल्लास्लम को यह मकसद नहीं था कि नमाज़ कज़ा करके पढ़ो. तो आपने दोनों को दुर्स्त पर कहा. जी. तो यह तो होगा इंसान. मैंने कहा जाता man is a thinking animal. अब वह सोचेगा तो बिल्कुल exactly है कि मांवर पर तो नहीं सोचेगा ना वह सोचेगा तो. जी जी जी. उसमें differences आऐंगे. बस यह सोचना चाहिए कि difference को tolerate करना चाहिए. उस पर लड़ाई नहीं करना चाहिए.</w:t>
      </w:r>
    </w:p>
    <w:p>
      <w:r>
        <w:rPr>
          <w:b/>
        </w:rPr>
        <w:t xml:space="preserve">[1:01:10] </w:t>
      </w:r>
      <w:r>
        <w:t>us par jaise aajkal tarah tarah se conflict confrontation hota hai ek doosre ke mukhalif ho jate hain yani difference ko bardasht karna chahiye. difference ko welcome karna chahiye. difference se learning lena chahiye jaise ki maulana sahab ne hamesha hum logon ko bataya hai.</w:t>
      </w:r>
    </w:p>
    <w:p>
      <w:pPr>
        <w:jc w:val="right"/>
      </w:pPr>
      <w:r>
        <w:t>उस पर जैसे आजकल तरह तरह से conflict confrontation होता है एक दूसरे के मुखालिफ हो जाते हैं यानी difference को बर्दाश्त करना चाहिए. Difference को welcome करना चाहिए. Difference से learning लेना चाहिए जैसे कि मौलाना साहब ने हमेशा हम लोगों को बताया है.</w:t>
      </w:r>
    </w:p>
    <w:p>
      <w:r>
        <w:rPr>
          <w:b/>
        </w:rPr>
        <w:t xml:space="preserve">[1:01:28] </w:t>
      </w:r>
      <w:r>
        <w:t>aur aap ab main samajhta hoon ke yeh bhi zaroori hai ke cheezon ko sahi perspective mein samjhana</w:t>
      </w:r>
    </w:p>
    <w:p>
      <w:pPr>
        <w:jc w:val="right"/>
      </w:pPr>
      <w:r>
        <w:t>और आप अब मैं समझता हूं कि यह भी ज़रूरी है कि चीज़ों को सही perspective में समझाना</w:t>
      </w:r>
    </w:p>
    <w:p>
      <w:r>
        <w:rPr>
          <w:b/>
        </w:rPr>
        <w:t xml:space="preserve">[1:01:37] </w:t>
      </w:r>
      <w:r>
        <w:t>because there is a tendency among people like many people have started thinking Sufism as something different than Islam.</w:t>
      </w:r>
    </w:p>
    <w:p>
      <w:pPr>
        <w:jc w:val="right"/>
      </w:pPr>
      <w:r>
        <w:t>because there is a tendency among people like many people have started thinking Sufism as something different than Islam.</w:t>
      </w:r>
    </w:p>
    <w:p>
      <w:r>
        <w:rPr>
          <w:b/>
        </w:rPr>
        <w:t xml:space="preserve">[1:01:46] </w:t>
      </w:r>
      <w:r>
        <w:t>But aapne jaise apni kitabon mein aur aaj aapne lecture mein bhi ke Sufism ke sahi maayne kya hai?</w:t>
      </w:r>
    </w:p>
    <w:p>
      <w:pPr>
        <w:jc w:val="right"/>
      </w:pPr>
      <w:r>
        <w:t>But आपने जैसे अपनी किताबों में और आज आपने lecture में भी कि Sufism के सही मायने क्या है?</w:t>
      </w:r>
    </w:p>
    <w:p>
      <w:r>
        <w:rPr>
          <w:b/>
        </w:rPr>
        <w:t xml:space="preserve">[1:01:55] </w:t>
      </w:r>
      <w:r>
        <w:t>usko bahut achhe se waazeh kiya.</w:t>
      </w:r>
    </w:p>
    <w:p>
      <w:pPr>
        <w:jc w:val="right"/>
      </w:pPr>
      <w:r>
        <w:t>उसको बहुत अच्छे से वाज़े किया.</w:t>
      </w:r>
    </w:p>
    <w:p>
      <w:r>
        <w:rPr>
          <w:b/>
        </w:rPr>
        <w:t xml:space="preserve">[1:02:05] </w:t>
      </w:r>
      <w:r>
        <w:t>ke cheezon ko sahi perspective mein logon ko batana aur usko waazeh karna. To aap aap aakhri hissa, aakhri hisse par hum pahunch gaye hain aaj ke session mein. Bas do sawal aapse poochna chahoonga. Ek sawal to yeh hai ke kuch Sufi ke terms hain, terminology hain. To main chahoonga uske baare mein bhi ab hum sabko batayein taake humein thodi clarity mile. To usko zoobaze karein.</w:t>
      </w:r>
    </w:p>
    <w:p>
      <w:pPr>
        <w:jc w:val="right"/>
      </w:pPr>
      <w:r>
        <w:t>कि चीज़ों को सही perspective में लोगों को बताना और उसको वाज़े करना. तो आप आप आखिरी हिस्सा, आखिरी हिस्से पर हम पहुंच गए हैं आज के session में. बस दो सवाल आपसे पूछना चाहूंगा. एक सवाल तो यह है कि कुछ सूफी के terms हैं, terminology हैं. तो मैं चाहूंगा उसके बारे में भी अब हम सबको बताएं ताकि हमें थोड़ी clarity मिले. तो उसको ज़ोबाज़े करें.</w:t>
      </w:r>
    </w:p>
    <w:p>
      <w:r>
        <w:rPr>
          <w:b/>
        </w:rPr>
        <w:t xml:space="preserve">[1:02:32] </w:t>
      </w:r>
      <w:r>
        <w:t>Yeh saari terms wahi hain jo Quran mein hadith mein istilaahaat aayi hain. Sufiyon ne kuch uska ek method banaya usko organize tareeke mein usko istemaal kiya matlab zikr hai. Na hadith mein saari baat details hai.</w:t>
      </w:r>
    </w:p>
    <w:p>
      <w:pPr>
        <w:jc w:val="right"/>
      </w:pPr>
      <w:r>
        <w:t>यह सारी terms वही है जो कुरान में हदीश में इस्तलाहात आई है. सूफियों ने कुछ उसका एक method बनाया उसको organize तरीके में उसको इस्तेमाल किया मतलब ज़िक्र है. ना हदीश में सारी बात details है.</w:t>
      </w:r>
    </w:p>
    <w:p>
      <w:r>
        <w:rPr>
          <w:b/>
        </w:rPr>
        <w:t xml:space="preserve">[1:03:02] </w:t>
      </w:r>
      <w:r>
        <w:t>To detailing to insaan karta hai aur usmein fark ho jata hai. To zikr ke bahut saare tareeke Sufiya ne bataye. Ek zikr jali hai, ek zikr khafi hai. Zikr jali jo hai woh loud recitation hota hai. To bahut saare log milkar jaise la ilaha illallah iska recitation karte hain.</w:t>
      </w:r>
    </w:p>
    <w:p>
      <w:pPr>
        <w:jc w:val="right"/>
      </w:pPr>
      <w:r>
        <w:t>तो detailing तो इंसान करता है और उसमें फ़र्क हो जाता है. तो ज़िक्र के बहुत सारे तरीके सूफिया ने बताएं. एक ज़िक्र जली है, एक ज़िक्र खफी है. ज़िक्र जली जो है वह loud recitation होता है. तो बहुत सारे लोग मिलकर जैसे लाह इलाह इल्लाह इसका recitation करते हैं.</w:t>
      </w:r>
    </w:p>
    <w:p>
      <w:r>
        <w:rPr>
          <w:b/>
        </w:rPr>
        <w:t xml:space="preserve">[1:03:23] </w:t>
      </w:r>
      <w:r>
        <w:t>Aur bahut saare jo aksar aisa hota hai ke jo individuals recitation karte hain to silent recitation karte hain. To zikr ke bahut saare tareeke hain aur chaar main jo silsile hain chishtiyan aur suharwardiyan aur naqshbandiyan qadriya to ismein thoda thoda sa sab mein fark hai. To ek main asal mein us zamane mein yeh samjha jata tha ke heart jo hai woh center hai spirituality ka.</w:t>
      </w:r>
    </w:p>
    <w:p>
      <w:pPr>
        <w:jc w:val="right"/>
      </w:pPr>
      <w:r>
        <w:t>और बहुत सारे जो अक्सर ऐसा होता है कि जो individuals recitation करते हैं तो silent recitation करते हैं. तो ज़िक्र के बहुत सारे तरीके हैं और चार main जो सिलसिले हैं चिष्टियां और स्वरवर्धियां और नक्सबंदियां काद्रियां तो इसमें थोड़ा थोड़ा सा सब में फ़र्क है. तो एक मैं असल में उस ज़माने में यह समझा जाता था कि heart जो है वह center है spirituality का.</w:t>
      </w:r>
    </w:p>
    <w:p>
      <w:r>
        <w:rPr>
          <w:b/>
        </w:rPr>
        <w:t xml:space="preserve">[1:03:53] </w:t>
      </w:r>
      <w:r>
        <w:t>Ji. To woh kehte the ke jab se zikr karte hain na jaise la ilaha illallah. To zikr dil par aise dil par jab zarb lagayenge to spirituality jo hai hamari awaken hogi. Yeh us zamane ki jo traditions thi religious traditions usmein usse unhone bahut saari cheezein borrow kiya hai. To uski wajah se unhone yeh fark ho gaya zikr ke tareekon mein.</w:t>
      </w:r>
    </w:p>
    <w:p>
      <w:pPr>
        <w:jc w:val="right"/>
      </w:pPr>
      <w:r>
        <w:t>जी. तो वह कहते थे कि जब से ज़िक्र करते हैं ना जैसे लाह इलाह इलाह. तो ज़िक्र दिल पर ऐसे दिल पर जब ज़र्ब लगाएंगे तो spirituality जो है हमारी awaken होगी. यह उस ज़माने की जो traditions थी religious traditions उसमें उससे उन्होंने बहुत सारी चीज़ें borrow किया है. तो उसकी वजह से उन्होंने यह फ़र्क हो गया ज़िक्र के तरीकों में.</w:t>
      </w:r>
    </w:p>
    <w:p>
      <w:r>
        <w:rPr>
          <w:b/>
        </w:rPr>
        <w:t xml:space="preserve">[1:04:19] </w:t>
      </w:r>
      <w:r>
        <w:t>Lekin jahan tak zikr hai woh to usi tareeke se importance uska hai jitna ke pehle tha utna hi baad mein. To zikr ka sirf tareeka badal gaya hai aur yahan par India mein jo hai yoga mein techniques thi. Yoga mein bhi wahi tha sab spirituality ko kaise attain karein. To yahan bhi wahi sab tha ke desires ko kaise khatam karein.</w:t>
      </w:r>
    </w:p>
    <w:p>
      <w:pPr>
        <w:jc w:val="right"/>
      </w:pPr>
      <w:r>
        <w:t>लेकिन जहां तक ज़िक्र है वह तो उसी तरीके से importance उसका है जितना के पहले था उतना ही बाद में. तो ज़िक्र का सिर्फ तरीका बदल गया है और यहां पर India में जो है योगा में techniques थीं. योगा में भी वही था सब spirituality को कैसे attain करें. तो यहां भी वही सब था कि desires को कैसे खत्म करें.</w:t>
      </w:r>
    </w:p>
    <w:p>
      <w:r>
        <w:rPr>
          <w:b/>
        </w:rPr>
        <w:t xml:space="preserve">[1:04:44] </w:t>
      </w:r>
      <w:r>
        <w:t>Kyunke desires khatam hone se India ka jo tradition thi woh yeh thi ke hamare jo aawagaman hota hai jiski wajah se hamein saari suffering hoti hai. To jab hum apni spirituality ko ultimate goal tak pahuncha denge to yeh jo hai hum hum ab uske liye zaroori hai ke hum yeh desires khatam karein.</w:t>
      </w:r>
    </w:p>
    <w:p>
      <w:pPr>
        <w:jc w:val="right"/>
      </w:pPr>
      <w:r>
        <w:t>क्योंकि desires खत्म होने से India का जो tradition थी वह यह थी कि हमारे जो आवागमन होता है जिसकी वजह से हमें सारी suffering होती है. तो जब हम अपनी spirituality को ultimate goal तक पहुंचा देंगे तो यह जो है हम हम अब उसके लिए ज़रूरी है कि हम यह desires खत्म करें.</w:t>
      </w:r>
    </w:p>
    <w:p>
      <w:r>
        <w:rPr>
          <w:b/>
        </w:rPr>
        <w:t xml:space="preserve">[1:05:08] </w:t>
      </w:r>
      <w:r>
        <w:t>To jab desires khatam ho jayengi phir hamara aawagaman nahi hoga aur hamari suffering isko buddism mein bahut zyada achhe tareeke se usko bataya gaya hai. To jab hamari desire khatam ho jayengi to phir hum is duniya mein aana band ho jayega. Kyunke desires jo hai wahi ek nayi body lekar is duniya mein aati hain.</w:t>
      </w:r>
    </w:p>
    <w:p>
      <w:pPr>
        <w:jc w:val="right"/>
      </w:pPr>
      <w:r>
        <w:t>तो जब desires खत्म हो जाएंगी फिर हमारा आवागमन नहीं होगा और हमारी suffering इसको बुद्धिम में बहुत ज़्यादा अच्छे तरीके से उसको बताया गया है. तो जब हमारी desire खत्म हो जाएंगी तो फिर हम इस दुनिया में आना बंद हो जाएगा. क्योंकि desires जो है वही एक नई body लेकर इस दुनिया में आती हैं.</w:t>
      </w:r>
    </w:p>
    <w:p>
      <w:r>
        <w:rPr>
          <w:b/>
        </w:rPr>
        <w:t xml:space="preserve">[1:05:28] </w:t>
      </w:r>
      <w:r>
        <w:t>To usse bhi in logon ne learning kari hai kyunke kaha jata hai nizamuddin auliya ke yahan jogi aate the aur woh logon se unhone kai cheezein seekhi hain. Jaise saans ko rokna. Jisko kehte hain pas e anfas. To saans ko saans par bahut tawajjoh dete hain taake hamara mind jo hai doosri cheezon par na jaye mind divert na ho.</w:t>
      </w:r>
    </w:p>
    <w:p>
      <w:pPr>
        <w:jc w:val="right"/>
      </w:pPr>
      <w:r>
        <w:t>तो उससे भी इन लोगों ने learning करी है क्योंकि कहा जाता है नज़दामुद्दीन औलिया के यहां जोगी आते थे और वह लोगों से उन्होंने कई चीज़ें सीखी हैं. जैसे सांस को रोकना. जिसको कहते हैं पास ए अंफास. तो सांस को सांस पर बहुत तवज्जो देते हैं ताकि हमारा mind जो है दूसरी चीज़ों पर ना जाए mind divert ना हो.</w:t>
      </w:r>
    </w:p>
    <w:p>
      <w:r>
        <w:rPr>
          <w:b/>
        </w:rPr>
        <w:t xml:space="preserve">[1:05:53] </w:t>
      </w:r>
      <w:r>
        <w:t>To us dum bahut zyada saans par tawajjoh dekar aur zikr karte hain. To zikr inka hai ek zikr ki wajah se hum hamara concentration aata hai. Jab hum pas e anfas ke zariye se zikr karte hain to hum poore tareeke se concentration paida ho jata hai aur hum poore tareeke se Khuda ki marzi ke mutabiq hum apni matlab surrender kar dena Khuda ke aage. To tabhi hum poori tarah surrender kar sakte hain.</w:t>
      </w:r>
    </w:p>
    <w:p>
      <w:pPr>
        <w:jc w:val="right"/>
      </w:pPr>
      <w:r>
        <w:t>तो उस दम बहुत ज़्यादा सांस पर तवज्जो देकर और ज़िक्र करते हैं. तो ज़िक्र इनका है एक ज़िक्र की वजह से हम हमारा concentration आता है. जब हम पासे अनफास के जरिए से ज़िक्र करते हैं तो हम पूरे तरीके से concentration पैदा हो जाता है और हम पूरे तरीके से खुदा की मर्ज़ी के मुताबिक हम अपनी मतलब surrender कर देना खुदा के आगे. तो तभी हम पूरी तरह surrender कर सकते हैं.</w:t>
      </w:r>
    </w:p>
    <w:p>
      <w:r>
        <w:rPr>
          <w:b/>
        </w:rPr>
        <w:t xml:space="preserve">[1:06:23] </w:t>
      </w:r>
      <w:r>
        <w:t>Ji ji ji. Aap aakhri sawal aaj ka session jo poochna chahoonga main aapse. Aaj aapne jaise zikr bhi kiya Sufi personalities ke baare mein. So, Sufism found its way in India in the eleventh and twelfth century and there was a massive Sufi movement and Sufi saints worked tirelessly, you know, bringing about peace and harmony in the Indian Subcontinent.</w:t>
      </w:r>
    </w:p>
    <w:p>
      <w:pPr>
        <w:jc w:val="right"/>
      </w:pPr>
      <w:r>
        <w:t>जी जी जी. आप आखिरी सवाल आज का session जो पूछना चाहूंगा मैं आपसे. आज आपने जैसे ज़िक्र भी किया सूफी personalities के बारे में. So, सूfism found its way in India in the eleventh and twelfth century and there was a massive सूफी movement and सूफी saints worked tirelessly, you know, bringing about peace and harmony in the Indian Subcontinent.</w:t>
      </w:r>
    </w:p>
    <w:p>
      <w:r>
        <w:rPr>
          <w:b/>
        </w:rPr>
        <w:t xml:space="preserve">[1:06:50] </w:t>
      </w:r>
      <w:r>
        <w:t>To aap yeh bataiye ke what has been the contribution of Sufis in India? Iske baare mein hum sabko batayein. Asal mein yeh na bahut hi bada topic hai. India mein bahut zyada kaam hua hai. To isko hum soch rahe hain ke isko alag bhi le lenge. Ji. Kyunke yahan par bahut zyada us zamane mein woh jo medieval world tha na to bahut zyada fark tha.</w:t>
      </w:r>
    </w:p>
    <w:p>
      <w:pPr>
        <w:jc w:val="right"/>
      </w:pPr>
      <w:r>
        <w:t>तो आप यह बताइए कि what has been the contribution of सूफीs in India? इसके बारे में हम सबको बताएं. असल में यह ना बहुत ही बड़ा topic है. India में बहुत ज़्यादा काम हुआ है. तो इसको हम सोच रहे हैं कि इसको अलग भी ले लेंगे. जी. क्योंकि यहां पर बहुत ज़्यादा उस ज़माने में वह जो medieval world था ना तो बहुत ज़्यादा फ़र्क था.</w:t>
      </w:r>
    </w:p>
    <w:p>
      <w:r>
        <w:rPr>
          <w:b/>
        </w:rPr>
        <w:t xml:space="preserve">[1:07:18] </w:t>
      </w:r>
      <w:r>
        <w:t>Middle class bhi nahi thi ya to ekdum lower class thi ya upper class thi. To aawam ke liye yahan kuch bhi intezam nahi tha. Na koi adare the. Na unki koi training hoti thi. Na unke paas koi job tha. Bahut hi unki halat bahut hi khasta thi. To yeh jo Sufiya the yeh bilkul khud hi unhone duniya ko chhod rakha tha. To yeh log kisi mein fark nahi karte the sabse miljul kar rehte the.</w:t>
      </w:r>
    </w:p>
    <w:p>
      <w:pPr>
        <w:jc w:val="right"/>
      </w:pPr>
      <w:r>
        <w:t>Middle class भी नहीं थी या तो एकदम lower class थी या upper class थी. तो आवाम के लिए यहां कुछ भी इंतज़ाम नहीं था. ना कोई अदारे थे. ना उनकी कोई training होती थी. ना उनके पास कोई जाब था. बहुत ही उनकी हालत बहुत ही खस्ता थी. तो यह जो सूफिया थे यह बिल्कुल खुद ही उन्होंने दुनिया को छोड़ रखा था. तो यह लोग किसी में फ़र्क नहीं करते थे सबसे मिलजुल कर रहते थे.</w:t>
      </w:r>
    </w:p>
    <w:p>
      <w:r>
        <w:rPr>
          <w:b/>
        </w:rPr>
        <w:t xml:space="preserve">[1:07:45] </w:t>
      </w:r>
      <w:r>
        <w:t>Jo unki khanqah hoti thi wahan par saare log aate the. To khastur par India mein chunke Musalman aaye aur unhone attack kiya to bahut zyada Hindu Muslim tension bahut zyada ho gaya tha. Ji. Ek woh naya bilkul alien culture tha aur yahan ke bilkul alien culture dono ek doosre se bahut door the. To tension bahut zyada tha ek doosre se koi taalluq nahi rakhna chahte the. Ek doosre ko malish kehte the.</w:t>
      </w:r>
    </w:p>
    <w:p>
      <w:pPr>
        <w:jc w:val="right"/>
      </w:pPr>
      <w:r>
        <w:t>जो उनकी खानखा होती थी वहां पर सारे लोग आते थे. तो खासतर पर India में चूंकि मुसलमान आए और उन्होंने attack किया तो बहुत ज़्यादा हिंदू मुस्लिम tension बहुत ज़्यादा हो गया था. जी. एक वह नया बिल्कुल alien culture था और यहां के बिल्कुल alien culture दोनों एक दूसरे से बहुत दूर थे. तो tension बहुत ज़्यादा था एक दूसरे से कोई ताल्लुक नहीं रखना चाहते थे. एक दूसरे को मलिश कहते थे.</w:t>
      </w:r>
    </w:p>
    <w:p>
      <w:r>
        <w:rPr>
          <w:b/>
        </w:rPr>
        <w:t xml:space="preserve">[1:08:12] </w:t>
      </w:r>
      <w:r>
        <w:t>to yahi sufia the jinhone itne zyada achhe talluqaat banaye nafraten khatm ki aur zyada paat se vah</w:t>
      </w:r>
    </w:p>
    <w:p>
      <w:pPr>
        <w:jc w:val="right"/>
      </w:pPr>
      <w:r>
        <w:t>तो यही सूफिया थे जिन्होंने इतने ज़्यादा अच्छे ताल्लुकात बनाए नफरतें खत्म की और ज़्यादा पात से वह</w:t>
      </w:r>
    </w:p>
    <w:p>
      <w:r>
        <w:rPr>
          <w:b/>
        </w:rPr>
        <w:t xml:space="preserve">[1:08:21] </w:t>
      </w:r>
      <w:r>
        <w:t>upar uth gaye aur bahut zyada unhone langar ka nizam unhi ne kaam kiya jisko ab sardaron ne</w:t>
      </w:r>
    </w:p>
    <w:p>
      <w:pPr>
        <w:jc w:val="right"/>
      </w:pPr>
      <w:r>
        <w:t>ऊपर उठ गए और बहुत ज़्यादा उन्होंने लंगर का निज़ाम उन्हीं ने काम किया जिसको अब सरदारों ने</w:t>
      </w:r>
    </w:p>
    <w:p>
      <w:r>
        <w:rPr>
          <w:b/>
        </w:rPr>
        <w:t xml:space="preserve">[1:08:30] </w:t>
      </w:r>
      <w:r>
        <w:t>بہت زیادہ high level پر اس کو کام کر رکھا ہے۔</w:t>
      </w:r>
    </w:p>
    <w:p>
      <w:pPr>
        <w:jc w:val="right"/>
      </w:pPr>
      <w:r>
        <w:t>बहुत ज़्यादा high level पर उसको काम कर रखा है.</w:t>
      </w:r>
    </w:p>
    <w:p>
      <w:r>
        <w:rPr>
          <w:b/>
        </w:rPr>
        <w:t xml:space="preserve">[1:08:39] </w:t>
      </w:r>
      <w:r>
        <w:t>to sara yeh kaam sufia ne kiya tha.</w:t>
      </w:r>
    </w:p>
    <w:p>
      <w:pPr>
        <w:jc w:val="right"/>
      </w:pPr>
      <w:r>
        <w:t>तो सारा यह काम सूफिया ने किया था.</w:t>
      </w:r>
    </w:p>
    <w:p>
      <w:r>
        <w:rPr>
          <w:b/>
        </w:rPr>
        <w:t xml:space="preserve">[1:08:48] </w:t>
      </w:r>
      <w:r>
        <w:t>Jaza kallahu khair aaj aapne bahut wonderful session kiya and you spoke on the understanding of Sufism and I'm sure many of us have benefited from your understanding and knowledge on the subject of Sufism. So before we end today's session, some very important releases that we want to announce. And there are certain leaflets and booklets that, we would be launching today.</w:t>
      </w:r>
    </w:p>
    <w:p>
      <w:pPr>
        <w:jc w:val="right"/>
      </w:pPr>
      <w:r>
        <w:t>जज़ा कल्लाहाबा आज आपने बहुत wonderful session किया and you spoke on the understanding of सुfism and I'm sure many of us have benefited from your understanding and knowledge on the subject of Sufism. So before we end today's session, some very important releases that we want to announce. And there are certain leaflets and booklets that, we would be launching today.</w:t>
      </w:r>
    </w:p>
    <w:p>
      <w:r>
        <w:rPr>
          <w:b/>
        </w:rPr>
        <w:t xml:space="preserve">[1:09:17] </w:t>
      </w:r>
      <w:r>
        <w:t>And, the first launch is about, these four leaflets, has been created by Bangalore team. And before, I request doctor Sanye Stan Khansav to release these booklets, leaflets. I would like to read out the message that the Bangalore team has sent for all of you.</w:t>
      </w:r>
    </w:p>
    <w:p>
      <w:pPr>
        <w:jc w:val="right"/>
      </w:pPr>
      <w:r>
        <w:t>And, the first launch is about, these four leaflets, has been created by Bangalore team. And before, I request doctor Sanye Stan Khansav to release these booklets, leaflets. I would like to read out the message that the बैंगलोर team has sent for all of you.</w:t>
      </w:r>
    </w:p>
    <w:p>
      <w:r>
        <w:rPr>
          <w:b/>
        </w:rPr>
        <w:t xml:space="preserve">[1:09:40] </w:t>
      </w:r>
      <w:r>
        <w:t>The message has been sent by miss Sara Fatima from Bangalore and she has written in the name of Allah the most beneficial, the most merciful. Dear CPS mission family, Assalamualikum, With the best duas for all of you, I truly feel humbled and share with you this help of Allah for all of us.</w:t>
      </w:r>
    </w:p>
    <w:p>
      <w:pPr>
        <w:jc w:val="right"/>
      </w:pPr>
      <w:r>
        <w:t>The message has been sent by miss Sara Fatima from बैंगलोर and she has written in the name of अल्लाह the most beneficial, the most merciful. Dear CPS mission family, अस्सलामुलेकुम, With the best duas for all of you, I truly feel humbled and share with you this help of Allah for all of us.</w:t>
      </w:r>
    </w:p>
    <w:p>
      <w:r>
        <w:rPr>
          <w:b/>
        </w:rPr>
        <w:t xml:space="preserve">[1:10:10] </w:t>
      </w:r>
      <w:r>
        <w:t>Allah in his infinite mercies has been so kind to us in terms of sending his guidance through the prophet. May peace, mercy and blessings of Allah be upon the prophet. Further, it calls for enormous gratitude that Allah chose Maulana Wahiduddin Khan sahib to guide us to the true face of Islam and the mission from the original sources.</w:t>
      </w:r>
    </w:p>
    <w:p>
      <w:pPr>
        <w:jc w:val="right"/>
      </w:pPr>
      <w:r>
        <w:t>Allah in his infinite mercies has been so kind to us in terms of sending his guidance through the prophet. May peace, mercy and blessings of Allah be upon the prophet. Further, it calls for enormous gratitude that Allah chose मुलाना वहीदुद्दीन खान साहब to guide us to the true face of Islam and the mission from the original sources.</w:t>
      </w:r>
    </w:p>
    <w:p>
      <w:r>
        <w:rPr>
          <w:b/>
        </w:rPr>
        <w:t xml:space="preserve">[1:10:35] </w:t>
      </w:r>
      <w:r>
        <w:t>We all understand and accept that situations are not in our control.</w:t>
      </w:r>
    </w:p>
    <w:p>
      <w:pPr>
        <w:jc w:val="right"/>
      </w:pPr>
      <w:r>
        <w:t>We all understand and accept that situations are not in our control.</w:t>
      </w:r>
    </w:p>
    <w:p>
      <w:r>
        <w:rPr>
          <w:b/>
        </w:rPr>
        <w:t xml:space="preserve">[1:10:41] </w:t>
      </w:r>
      <w:r>
        <w:t>Only our response to the situation is under our control.</w:t>
      </w:r>
    </w:p>
    <w:p>
      <w:pPr>
        <w:jc w:val="right"/>
      </w:pPr>
      <w:r>
        <w:t>Only our response to the situation is under our control.</w:t>
      </w:r>
    </w:p>
    <w:p>
      <w:r>
        <w:rPr>
          <w:b/>
        </w:rPr>
        <w:t xml:space="preserve">[1:10:47] </w:t>
      </w:r>
      <w:r>
        <w:t>Maulana Saheb has taught us how to convert any situation into a positive situation and benefit from it.</w:t>
      </w:r>
    </w:p>
    <w:p>
      <w:pPr>
        <w:jc w:val="right"/>
      </w:pPr>
      <w:r>
        <w:t>मलाना साहब has taught us how to convert any situation into a positive situation and benefit from it.</w:t>
      </w:r>
    </w:p>
    <w:p>
      <w:r>
        <w:rPr>
          <w:b/>
        </w:rPr>
        <w:t xml:space="preserve">[1:10:53] </w:t>
      </w:r>
      <w:r>
        <w:t>I am focusing on one such present situation of the issue pertaining to the prophet.</w:t>
      </w:r>
    </w:p>
    <w:p>
      <w:pPr>
        <w:jc w:val="right"/>
      </w:pPr>
      <w:r>
        <w:t>I am focusing on one such present situation of the issue pertaining to the prophet.</w:t>
      </w:r>
    </w:p>
    <w:p>
      <w:r>
        <w:rPr>
          <w:b/>
        </w:rPr>
        <w:t xml:space="preserve">[1:10:59] </w:t>
      </w:r>
      <w:r>
        <w:t>This situation has created an awareness about the prophet of Islam across the globe.</w:t>
      </w:r>
    </w:p>
    <w:p>
      <w:pPr>
        <w:jc w:val="right"/>
      </w:pPr>
      <w:r>
        <w:t>This situation has created an awareness about the prophet of Islam across the globe.</w:t>
      </w:r>
    </w:p>
    <w:p>
      <w:r>
        <w:rPr>
          <w:b/>
        </w:rPr>
        <w:t xml:space="preserve">[1:11:06] </w:t>
      </w:r>
      <w:r>
        <w:t>We have to make use of this opportunity to present the prophet of Islam who is a mercy to mankind and who practiced and preached peace. We being powerless and with limitations can only take one infant step with regard to anything in life. Rest is Allah's domain.</w:t>
      </w:r>
    </w:p>
    <w:p>
      <w:pPr>
        <w:jc w:val="right"/>
      </w:pPr>
      <w:r>
        <w:t>We have to make use of this opportunity to present the prophet of Islam who is a mercy to mankind and who practiced and preached peace. We being powerless and with limitations can only take one infant step with regard to anything in life. Rest is Allah's domain.</w:t>
      </w:r>
    </w:p>
    <w:p>
      <w:r>
        <w:rPr>
          <w:b/>
        </w:rPr>
        <w:t xml:space="preserve">[1:11:27] </w:t>
      </w:r>
      <w:r>
        <w:t>With all help from Allah, this small step is in the form of this booklet, prophet, a man of peace presented in the way of Allah. It is a combination of many articles of Mulan sahib which dispels the wrong image of the prophet being a warrior prophet wrongly presented by the biographers.</w:t>
      </w:r>
    </w:p>
    <w:p>
      <w:pPr>
        <w:jc w:val="right"/>
      </w:pPr>
      <w:r>
        <w:t>With all help from Allah, this small step is in the form of this booklet, prophet, a man of peace presented in the way of Allah. It is a combination of many articles of Mulan Nasab which dispels the wrong image of the prophet being a warrior prophet wrongly presented by the biographers.</w:t>
      </w:r>
    </w:p>
    <w:p>
      <w:r>
        <w:rPr>
          <w:b/>
        </w:rPr>
        <w:t xml:space="preserve">[1:11:50] </w:t>
      </w:r>
      <w:r>
        <w:t>The booklet presented along with the other booklets, one of communal harmony message and the other of Farida Apa's article published in the Times of India about blasphemy, is helping us to reach out to many people, both Muslims and people of other faiths with positive results.</w:t>
      </w:r>
    </w:p>
    <w:p>
      <w:pPr>
        <w:jc w:val="right"/>
      </w:pPr>
      <w:r>
        <w:t>The booklet presented along with the other booklets, one of communal harmony message and the other of फरीदा Apa's article published in the Times of India about blasphemy, is helping us to reach out to many people, both मुस्लिमs and people of other faiths with positive results.</w:t>
      </w:r>
    </w:p>
    <w:p>
      <w:r>
        <w:rPr>
          <w:b/>
        </w:rPr>
        <w:t xml:space="preserve">[1:12:12] </w:t>
      </w:r>
      <w:r>
        <w:t>I will be grateful if every CPS Dawah will take up this work of sharing this both on social media as PDF copies and hard copies as well with our fellow beings. A humble offer of 50 hard copies to each of the CPS members in India will be sent by post for beginning.</w:t>
      </w:r>
    </w:p>
    <w:p>
      <w:pPr>
        <w:jc w:val="right"/>
      </w:pPr>
      <w:r>
        <w:t>I will be grateful if every CPS दाई will take up this work of sharing this both on social media as PDF copies and hard copies as well with our fellow beings. A humble offer of 50 hard copies to each of the CPS members in India will be sent by post for beginning.</w:t>
      </w:r>
    </w:p>
    <w:p>
      <w:r>
        <w:rPr>
          <w:b/>
        </w:rPr>
        <w:t xml:space="preserve">[1:12:35] </w:t>
      </w:r>
      <w:r>
        <w:t>You can send your address on WhatsApp number (988) 031-0382. May our message of peace and quran reach every nook and corner of the world. May Allah shower malana sahib with his choices, blessings and accept our humble efforts in his way. Ameen. All praise be to Allah through whose blessings good things are accomplished.</w:t>
      </w:r>
    </w:p>
    <w:p>
      <w:pPr>
        <w:jc w:val="right"/>
      </w:pPr>
      <w:r>
        <w:t>You can send your address on WhatsApp number (988) 031-0382. May our message of peace and कुरान reach every nook and corner of the world. May Allah shower मलाना साहब with his choices, blessings and accept our humble efforts in his way. अमीन. All praise be to Allah through whose blessings good things are accomplished.</w:t>
      </w:r>
    </w:p>
    <w:p>
      <w:r>
        <w:rPr>
          <w:b/>
        </w:rPr>
        <w:t xml:space="preserve">[1:13:04] </w:t>
      </w:r>
      <w:r>
        <w:t>So this is the message that fatima sara has sent for all of us and with this I will request doctor sane snain khan sahib to launch the first booklet, prophet mohammad the man of peace. Asslam walikum.</w:t>
      </w:r>
    </w:p>
    <w:p>
      <w:pPr>
        <w:jc w:val="right"/>
      </w:pPr>
      <w:r>
        <w:t>So this is the message that फातिमा सारा has sent for all of us and with this I will request doctor साने स्नैन खान साहब to launch the first booklet, prophet मोहम्मद the man of peace. अस्लाम वालिकुम.</w:t>
      </w:r>
    </w:p>
    <w:p>
      <w:r>
        <w:rPr>
          <w:b/>
        </w:rPr>
        <w:t xml:space="preserve">[1:13:21] </w:t>
      </w:r>
      <w:r>
        <w:t>Mujhe behad khushi ho rahi hai yeh char leaflets jo sara fatima sahib maine release kiye hain banglore se.</w:t>
      </w:r>
    </w:p>
    <w:p>
      <w:pPr>
        <w:jc w:val="right"/>
      </w:pPr>
      <w:r>
        <w:t>मुझे बेहद ख़ुशी हो रही है यह चार leaflets जो सारा पातिमा साहब मैंने release किए हैं बैंगलोर से.</w:t>
      </w:r>
    </w:p>
    <w:p>
      <w:r>
        <w:rPr>
          <w:b/>
        </w:rPr>
        <w:t xml:space="preserve">[1:13:49] </w:t>
      </w:r>
      <w:r>
        <w:t>Yeh jo leaflets hain bahut hi achha achhe hain yani is purpose ke liye ki isko aasani se de sakte hain logon ko aur aajkal zaroorat hai iski khaas taur se prophet mohammad ke bare mein log janna chahte hain. To yeh ek bahut hi chhota sa introduction hai aur bahut hi inshallah isse faida hoga.</w:t>
      </w:r>
    </w:p>
    <w:p>
      <w:pPr>
        <w:jc w:val="right"/>
      </w:pPr>
      <w:r>
        <w:t>यह जो leaflets हैं बहुत ही अच्छा अच्छे हैं यानी इस purpose के लिए कि इसको आसानी से दे सकते हैं लोगों को और आजकल ज़रूरत है इसकी खास तौर से prophet मोहम्मद के बारे में लोग जानना चाहते हैं. तो यह एक बहुत ही छोटा सा introduction है और बहुत ही इंशालाह इससे फ़ायदा होगा.</w:t>
      </w:r>
    </w:p>
    <w:p>
      <w:r>
        <w:rPr>
          <w:b/>
        </w:rPr>
        <w:t xml:space="preserve">[1:14:12] </w:t>
      </w:r>
      <w:r>
        <w:t>mujhe yaad aata hai Maulana ne kahin likha hai ki jab woh naujawan thay to unko kahin Kerala</w:t>
      </w:r>
    </w:p>
    <w:p>
      <w:pPr>
        <w:jc w:val="right"/>
      </w:pPr>
      <w:r>
        <w:t>मुझे याद आता है मोलाना ने कहीं लिखा है कि जब वह नौजवान थे तो उनको कहीं केरला</w:t>
      </w:r>
    </w:p>
    <w:p>
      <w:r>
        <w:rPr>
          <w:b/>
        </w:rPr>
        <w:t xml:space="preserve">[1:14:20] </w:t>
      </w:r>
      <w:r>
        <w:t>vagairah jaana tha.</w:t>
      </w:r>
    </w:p>
    <w:p>
      <w:pPr>
        <w:jc w:val="right"/>
      </w:pPr>
      <w:r>
        <w:t>वगैरह जाना था.</w:t>
      </w:r>
    </w:p>
    <w:p>
      <w:r>
        <w:rPr>
          <w:b/>
        </w:rPr>
        <w:t xml:space="preserve">[1:14:29] </w:t>
      </w:r>
      <w:r>
        <w:t>to us safar mein jis train par baithe hue thay to wahan barabar mein koi saahab baithe hue thay.</w:t>
      </w:r>
    </w:p>
    <w:p>
      <w:pPr>
        <w:jc w:val="right"/>
      </w:pPr>
      <w:r>
        <w:t>तो उस सफर में जिस train पर बैठे हुए थे तो वहां बराबर में कोई साहब बैठे हुए थे.</w:t>
      </w:r>
    </w:p>
    <w:p>
      <w:r>
        <w:rPr>
          <w:b/>
        </w:rPr>
        <w:t xml:space="preserve">[1:14:38] </w:t>
      </w:r>
      <w:r>
        <w:t>to unse baatcheet hui to woh koi Christian thay.</w:t>
      </w:r>
    </w:p>
    <w:p>
      <w:pPr>
        <w:jc w:val="right"/>
      </w:pPr>
      <w:r>
        <w:t>तो उनसे बातचीत हुई तो वह कोई Christian थे.</w:t>
      </w:r>
    </w:p>
    <w:p>
      <w:r>
        <w:rPr>
          <w:b/>
        </w:rPr>
        <w:t xml:space="preserve">[1:14:47] </w:t>
      </w:r>
      <w:r>
        <w:t>Koi christianity ke upar ji. Molana ko diya aur molana ne bataya ki us par likha hua tha printed at Ohio. Ji. Use zamane ki baat hai main samajhta hoon unnis sau pachas wagera ki hogi.</w:t>
      </w:r>
    </w:p>
    <w:p>
      <w:pPr>
        <w:jc w:val="right"/>
      </w:pPr>
      <w:r>
        <w:t>कोई christianity के ऊपर जी. मोलाना को दिया और मोलाना ने बताया कि उस पर लिखा हुआ था printed at Ohio. जी. Use जमाने की बात है मैं समझता हूं उन्नीस सौ पचास वगैरह की होगी.</w:t>
      </w:r>
    </w:p>
    <w:p>
      <w:r>
        <w:rPr>
          <w:b/>
        </w:rPr>
        <w:t xml:space="preserve">[1:15:00] </w:t>
      </w:r>
      <w:r>
        <w:t>To yeh bahut hi effective tareeka hai ki jisse bhi aap mile to kuch aap dein taki yeh ek dawati jo zimmedari hai woh bhi ada hoti hai aur isse inshallah faida hoga aur sara fatima sahiba khud ek bahut hi inspiring shaksiyat hai. Kaise single handedly woh yeh sari cheezein karti hain aur kitna jazba hai. Bahut sare programs mein jati hain.</w:t>
      </w:r>
    </w:p>
    <w:p>
      <w:pPr>
        <w:jc w:val="right"/>
      </w:pPr>
      <w:r>
        <w:t>तो यह बहुत ही effective तरीका है कि जिससे भी आप मिले तो कुछ आप दें ताकि यह एक दावती जो ज़िम्मेदारी है वह भी आधा होती है और इससे इंशालाह फ़ायदा होगा और सारा फातिमा साहिबा खुद एक बहुत ही inspiring शख्सियत है. कैसे single handedly वह यह सारी चीज़ें करती हैं और कितना जज़्बा है. बहुत सारे programs में जाती हैं.</w:t>
      </w:r>
    </w:p>
    <w:p>
      <w:r>
        <w:rPr>
          <w:b/>
        </w:rPr>
        <w:t xml:space="preserve">[1:15:27] </w:t>
      </w:r>
      <w:r>
        <w:t>Aksar main dekhta hoon ki woh unko invite kiya jata hai. Ji. Christians, churches aur temples wagera mein bahut hi alag fazal hai. Bahut achha kaam karti hain. Alag alag ajarat ji matafarmaen. Ji. So I will just read out these titles once again. Prophet mohammad, a man of peace.</w:t>
      </w:r>
    </w:p>
    <w:p>
      <w:pPr>
        <w:jc w:val="right"/>
      </w:pPr>
      <w:r>
        <w:t>अक्सर मैं देखता हूं कि वह उनको invite किया जाता है. जी. Christians, churches और temples वगैरह में बहुत ही अलग फ़ज़ल है. बहुत अच्छा काम करनी है. अलग अलग अजरित जी माताफरमाएं. जी. So I will just read out these titles once again. Prophet मोहम्मद, a man of peace.</w:t>
      </w:r>
    </w:p>
    <w:p>
      <w:r>
        <w:rPr>
          <w:b/>
        </w:rPr>
        <w:t xml:space="preserve">[1:15:51] </w:t>
      </w:r>
      <w:r>
        <w:t>The second leaflet is end misunderstandings through sound argument, which is an article of professor farida apa on blasphemy against the prophet of Islam, which came in times of India. And then the third piece, spirituality and communal harmony. And, fourthly, center for peace and spirituality international brochure with all the important links, which can be used to download further books and literature.</w:t>
      </w:r>
    </w:p>
    <w:p>
      <w:pPr>
        <w:jc w:val="right"/>
      </w:pPr>
      <w:r>
        <w:t>The second leaflet is end misunderstandings through sound argument, which is an article of professor फरीदा आपा on blasphemy against the prophet of Islam, which came in times of India. And then the third piece, spirituality and communal harmony. And, fourthly, center for peace and spirituality international brochure with all the important links, which can be used to download further books and literature.</w:t>
      </w:r>
    </w:p>
    <w:p>
      <w:r>
        <w:rPr>
          <w:b/>
        </w:rPr>
        <w:t xml:space="preserve">[1:16:18] </w:t>
      </w:r>
      <w:r>
        <w:t>So these are very handy, and, we've already, shared the link in the comment session. You can also download it from the website. These will also be sent out 50 copies as Sara Fatima Abba has promised.</w:t>
      </w:r>
    </w:p>
    <w:p>
      <w:pPr>
        <w:jc w:val="right"/>
      </w:pPr>
      <w:r>
        <w:t>So these are very handy, and, we've already, shared the link in the comment session. You can also download it from the website. These will also be sent out 50 copies as Sara Fatima Abba has promised.</w:t>
      </w:r>
    </w:p>
    <w:p>
      <w:r>
        <w:rPr>
          <w:b/>
        </w:rPr>
        <w:t xml:space="preserve">[1:16:34] </w:t>
      </w:r>
      <w:r>
        <w:t>If you send the address and details on the WhatsApp number that we shared and these are very simple easy handouts which you can give it to your friend circle, to institutions and all those who come across you know for interfaith dialogue. Ab main request karunga doctor sanishtain khan sahib se ki farida apa ki ek nayi kitab aayi hai prophet mohammad the prophet of teas. Isko woh launch karein.</w:t>
      </w:r>
    </w:p>
    <w:p>
      <w:pPr>
        <w:jc w:val="right"/>
      </w:pPr>
      <w:r>
        <w:t>If you send the address and details on the WhatsApp number that we shared and these are very simple easy handouts which you can give it to your friend circle, to institutions and all those who come across you know for interfaith dialogue. अब मैं request करूंगा doctor सानिष्टैन खान साहब से कि फरीदा आपा की एक नई किताब आई है prophet मोहम्मद the prophet of teas. इसको वह launch करें.</w:t>
      </w:r>
    </w:p>
    <w:p>
      <w:r>
        <w:rPr>
          <w:b/>
        </w:rPr>
        <w:t xml:space="preserve">[1:17:03] </w:t>
      </w:r>
      <w:r>
        <w:t>माशाल अल्लाह मुझे बहुत खुशी हो रही है इस छोटी सी booklet को launch करते हुए, The Prophet</w:t>
      </w:r>
    </w:p>
    <w:p>
      <w:pPr>
        <w:jc w:val="right"/>
      </w:pPr>
      <w:r>
        <w:t>माशाल अल्लाह मुझे बहुत खुशी हो रही है इस छोटी सी booklet को launch करते हुए, The Profit</w:t>
      </w:r>
    </w:p>
    <w:p>
      <w:r>
        <w:rPr>
          <w:b/>
        </w:rPr>
        <w:t xml:space="preserve">[1:17:12] </w:t>
      </w:r>
      <w:r>
        <w:t>of Peace, jismein articles jo hain woh peace par based hain ki jaise pehla article hai prophet Mohammad</w:t>
      </w:r>
    </w:p>
    <w:p>
      <w:pPr>
        <w:jc w:val="right"/>
      </w:pPr>
      <w:r>
        <w:t>of Peace, जिसमें articles जो हैं वह peace पर based है कि जैसे पहला article है prophet मोहम्मद</w:t>
      </w:r>
    </w:p>
    <w:p>
      <w:r>
        <w:rPr>
          <w:b/>
        </w:rPr>
        <w:t xml:space="preserve">[1:17:21] </w:t>
      </w:r>
      <w:r>
        <w:t>the prophet of peace.</w:t>
      </w:r>
    </w:p>
    <w:p>
      <w:pPr>
        <w:jc w:val="right"/>
      </w:pPr>
      <w:r>
        <w:t>the prophet of peace.</w:t>
      </w:r>
    </w:p>
    <w:p>
      <w:r>
        <w:rPr>
          <w:b/>
        </w:rPr>
        <w:t xml:space="preserve">[1:17:30] </w:t>
      </w:r>
      <w:r>
        <w:t>phir aage jo articles hain yeh saare peaceful teachings jo Rasool Allah Sallam ki thi un par based hain</w:t>
      </w:r>
    </w:p>
    <w:p>
      <w:pPr>
        <w:jc w:val="right"/>
      </w:pPr>
      <w:r>
        <w:t>फिर आगे जो articles हैं यह सारे peaceful teachings जो रसोला सल्लम की थी उन पर based है</w:t>
      </w:r>
    </w:p>
    <w:p>
      <w:r>
        <w:rPr>
          <w:b/>
        </w:rPr>
        <w:t xml:space="preserve">[1:17:39] </w:t>
      </w:r>
      <w:r>
        <w:t>aur bahut hi waaqyati andaaz mein hai.</w:t>
      </w:r>
    </w:p>
    <w:p>
      <w:pPr>
        <w:jc w:val="right"/>
      </w:pPr>
      <w:r>
        <w:t>और बहुत ही वाक्याती अंदाज़ में है.</w:t>
      </w:r>
    </w:p>
    <w:p>
      <w:r>
        <w:rPr>
          <w:b/>
        </w:rPr>
        <w:t xml:space="preserve">[1:17:48] </w:t>
      </w:r>
      <w:r>
        <w:t>To uske liye ideal kitab hai Allah taala. Ajir ezeem atafarmah jisne, jin logon ne ismein hissa liya hai. Shukriya rakh sahib aur Allah Urdu magazine jo 1976 se regular publish ho rahi hai, ab woh bimonthly ho gayi hai aur agar aap iski hard copies lena chahein to aap goodworldbooks.com se aap le sakte hain. Aap isko download bhi kar sakte hain CPS website se.</w:t>
      </w:r>
    </w:p>
    <w:p>
      <w:pPr>
        <w:jc w:val="right"/>
      </w:pPr>
      <w:r>
        <w:t>तो उसके लिए ideal किताब है अल्लाह ताला. अजिर एजीम अताफरमाह जिसने, जिन लोगों ने इसमें हिस्सा लिया है. शुक्रिया राख साहब और अल्लाह उर्दू magazine जो 1976 से regular publish हो रही है, अब वो bimonthly हो गई है और अगर आप इसकी hard copies लेना चाहें तो आप goodworldbooks.com से आप ले सकते हैं. आप इसको download भी कर सकते हैं CPS website से.</w:t>
      </w:r>
    </w:p>
    <w:p>
      <w:r>
        <w:rPr>
          <w:b/>
        </w:rPr>
        <w:t xml:space="preserve">[1:18:16] </w:t>
      </w:r>
      <w:r>
        <w:t>To is baar ka jo by monthly alwessala main chahunga doctor sahib se request karunga ki woh usko release karein. Jaisa aapne bataya 1976 se yeh alwessala shai ho raha hai. Pichhle dino COVID ki wajah se thoda interrupt ho gaya tha yeh aur ismein jo khaas contribution hai is waqt farad sahib ka hai, Maulana farad ahmed sahib.</w:t>
      </w:r>
    </w:p>
    <w:p>
      <w:pPr>
        <w:jc w:val="right"/>
      </w:pPr>
      <w:r>
        <w:t>तो इस बार का जो by monthly अल्वेसाला मैं चाहूंगा doctor साहब से request करूंगा कि वह उसको release करें. जैसा आपने बताया 1976 से यह अल्लेसाला शाय हो रहा है. पिछले दिनों COVID की वजह से थोड़ा interrupt हो गया था यह और इसमें जो खास contribution है इस वक्त फराद साहब का है, मौलाना फराद अहमद साहब.</w:t>
      </w:r>
    </w:p>
    <w:p>
      <w:r>
        <w:rPr>
          <w:b/>
        </w:rPr>
        <w:t xml:space="preserve">[1:18:45] </w:t>
      </w:r>
      <w:r>
        <w:t>Woh molane ke articles ko ikhatta karte hain aur usko compile karte hain aur ek book form mein, magazine ke form mein publish karte hain. To yeh wahi pattern hai jo pehle tha ek ek page ke articles taki log bashani isko far saken. Maine abhi dekha ki ismein jo ek section naya shuru hua hai woh hai mutale hadith. Darasal Maulana ne ek kitab likhna shuru ki thi jo ki kafiyat tak likh likh di thi lekin complete nahi hui thi.</w:t>
      </w:r>
    </w:p>
    <w:p>
      <w:pPr>
        <w:jc w:val="right"/>
      </w:pPr>
      <w:r>
        <w:t>वह मौलाने के articles को इकट्ठा करते हैं और उसको compile करते हैं और एक book form में, magazine के form में publish करते हैं. तो यह वही pattern है जो पहले था एक एक page के articles ताकि लोग भाषानी इसको फ़र सकें. मैंने अभी देखा कि इसमें जो एक section नया शुरू हुआ है वह है मुताले हदीश. दरअसल मौलाना ने एक किताब लिखना शुरू की थी जो कि काफियत तक लिख लिख दी थी लेकिन complete नहीं हुई थी.</w:t>
      </w:r>
    </w:p>
    <w:p>
      <w:r>
        <w:rPr>
          <w:b/>
        </w:rPr>
        <w:t xml:space="preserve">[1:19:14] </w:t>
      </w:r>
      <w:r>
        <w:t>Hadith ke upar hai yani ahadis ko molana ne bahut hi simple aur aasan andaaz mein explain kiya hai. To woh kafi sari hadis hain jo molana ne jinko explain kiya hai. Brief explanation jisse jo hadis ki jo rooh hai woh samne aati hai. To woh uska bhi yeh silsiledar ismein shuru ho gaya hai.</w:t>
      </w:r>
    </w:p>
    <w:p>
      <w:pPr>
        <w:jc w:val="right"/>
      </w:pPr>
      <w:r>
        <w:t>हदीस के ऊपर है यानी आहदीस को मोलाना ने बहुत ही simple और आसान अंदाज़ में explain किया है. तो वह काफी सारी हदीस हैं जो मोलाना ने जिनको explain किया है. Brief explanation जिससे जो हदीश की जो रूह है वह सामने आती है. तो वह उसका भी यह सिलसिलेवार इसमें शुरू हो गया है.</w:t>
      </w:r>
    </w:p>
    <w:p>
      <w:r>
        <w:rPr>
          <w:b/>
        </w:rPr>
        <w:t xml:space="preserve">[1:19:38] </w:t>
      </w:r>
      <w:r>
        <w:t>Pehla jo iska yeh hissa hai pehla silsila hai woh main abhi dekh raha hoon to ek mujhe hadis bahut achhi nazar aayi to woh main padhta hoon usse aapko andaza bhi hoga ki yeh kitab kis nauiyat yeh jo kitab jo ab aayegi inshallah jab complete ho jayegi ki uska kya kya nauiyat hai. To yeh ek hadis hai solah sallam ne farmaya.</w:t>
      </w:r>
    </w:p>
    <w:p>
      <w:pPr>
        <w:jc w:val="right"/>
      </w:pPr>
      <w:r>
        <w:t>पहला जो इसका यह हिस्सा है पहला सिलसिला है वह मैं अभी देख रहा हूं तो एक मुझे हदीश बहुत अच्छी नज़र आई तो वह मैं पढ़ता हूं उससे आपको अंदाज़ा भी होगा कि यह किताब किस नौयियत यह जो किताब जो अब आएगी इंशालाह जब complete हो जाएगी कि उसका क्या क्या नौयियत है. तो यह एक हदीश है सोलह सल्लम ने परमाया.</w:t>
      </w:r>
    </w:p>
    <w:p>
      <w:r>
        <w:rPr>
          <w:b/>
        </w:rPr>
        <w:t xml:space="preserve">[1:20:04] </w:t>
      </w:r>
      <w:r>
        <w:t>Us shaks, us shaks ne iman ka maza chakha jo Allah ko apna rab banane par razi ho gaya aur Islam ko apna deen banane par aur Muhammad ko apna rasool banane par. To is par molane ne do teen linein likhi hain, insan paidaishi taur par sachai ka mutalashi hai.</w:t>
      </w:r>
    </w:p>
    <w:p>
      <w:pPr>
        <w:jc w:val="right"/>
      </w:pPr>
      <w:r>
        <w:t>उस शख्स, उस शख्स ने ईमान का मज़ा चखा जो अल्लाह को अपना रब बनाने पर राजी हो गया और इस्लाम को अपना दीन बनाने पर और मुहम्मद को अपना रसूल बनाने पर. तो इस पर मौलाने ने दो तीन लाइनें लिखी हैं, इंसान पैदाइशी तौर पर सच्चाई का मुतलाशी है.</w:t>
      </w:r>
    </w:p>
    <w:p>
      <w:r>
        <w:rPr>
          <w:b/>
        </w:rPr>
        <w:t xml:space="preserve">[1:20:24] </w:t>
      </w:r>
      <w:r>
        <w:t>Kisi insan ki talash jab usko iman tak pahunchati hai to yeh waqya uske liye sabse badi talab ko pa lene ke hum maane hota hai. Woh Khuda ko aur Khuda ke rasool ko aur Khuda ke deen ko apne dil ki gehraiyon mein is tarah utar leta hai jaise ki usko koi uska usko koi behad lazeez cheez mil gayi ho.</w:t>
      </w:r>
    </w:p>
    <w:p>
      <w:pPr>
        <w:jc w:val="right"/>
      </w:pPr>
      <w:r>
        <w:t>किसी इंसान की तलाश जब उसको ईमान तक पहुंचाती है तो यह वाकया उसके लिए सबसे बड़ी तलब को पा लेने के हम माने होता है. वह खुदा को और खुदा के रसूल को और खुदा के दीन को अपने दिल की गहराइयों में इस तरह उतार लेता है जैसे कि उसको कोई उसका उसको कोई बेहद लजीज चीज़ मिल गई हो.</w:t>
      </w:r>
    </w:p>
    <w:p>
      <w:r>
        <w:rPr>
          <w:b/>
        </w:rPr>
        <w:t xml:space="preserve">[1:20:52] </w:t>
      </w:r>
      <w:r>
        <w:t>To yeh ek Maulana ka ek bahut hi bada contribution hai hadith ke upar jo silsiledar alwessala mein aana shuru ho gaya hai ki hadisen aam taur se agar aap hadison mein kitab padhen to bahut hi difficult hota hai usko padhna. Sirf jo loma azrat hai wahi padh paate hain kyunki usmein bahut sari cheezein aur hoti hain. Rawiyon ke naam aur repetition aur bahut sari cheezein aur uska explanation bhi bahut nahi hota hai.</w:t>
      </w:r>
    </w:p>
    <w:p>
      <w:pPr>
        <w:jc w:val="right"/>
      </w:pPr>
      <w:r>
        <w:t>तो यह एक मौलाना का एक बहुत ही बड़ा contribution है हदीस के ऊपर जो सिलसिलेवार अल्लेसाला में आना शुरू हो गया है कि हदीसें आमतौर से अगर आप हदीसों में किताब पढ़ें तो बहुत ही difficult होता है उसको पढ़ना. सिर्फ जो लोमा आज़रात है वही पढ़ पाते हैं क्योंकि उसमें बहुत सारी चीज़ें और होती हैं. रावियों के नाम और repetition और बहुत सारी चीज़ें और उसका explanation भी बहुत नहीं होता है.</w:t>
      </w:r>
    </w:p>
    <w:p>
      <w:r>
        <w:rPr>
          <w:b/>
        </w:rPr>
        <w:t xml:space="preserve">[1:21:22] </w:t>
      </w:r>
      <w:r>
        <w:t>To Maulana ne jo spirit hai ajiz ki us par yeh ek silsila shuru kiya tha jo ki kafi had tak ho gaya hai. Inshallah isko hum jald shayad karenge. Pashwar dawana nilmadil ilah rabbi laram. Okay. We will end the session now. We'll be back next Sunday, 10:30AM. Thank you.</w:t>
      </w:r>
    </w:p>
    <w:p>
      <w:pPr>
        <w:jc w:val="right"/>
      </w:pPr>
      <w:r>
        <w:t>तो मौलाना ने जो spirit है आजी इसकी उस पर यह एक सिलसिला शुरू किया था जो कि काफी हद तक हो गया है. इंशालाह इसको हम जल्द शायद करेंगे. पाश्वर दावाना निलमदल इलाह रब्बी लारम. Okay. We will end the session now. We'll be back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