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Monthly Interaction 7 July 31, 2022</w:t>
      </w:r>
    </w:p>
    <w:p>
      <w:r>
        <w:t>https://www.youtube.com/watch?v=GoGlYFzDt1I</w:t>
      </w:r>
    </w:p>
    <w:p>
      <w:r>
        <w:rPr>
          <w:b/>
        </w:rPr>
        <w:t xml:space="preserve">[00:13] </w:t>
      </w:r>
      <w:r>
        <w:t>Usual, from January '22, we have been doing this Zoom platform CPS meeting, and it has been an incredible improvement and as well as, we are here on a routine basis. And, each session is quite a learning for all of us.</w:t>
      </w:r>
    </w:p>
    <w:p>
      <w:pPr>
        <w:jc w:val="right"/>
      </w:pPr>
      <w:r>
        <w:t>Usual, from January '22, we have been doing this Zoom platform CPS meeting, and it has been an incredible improvement and as well as, we are here on a routine basis. And, each session is quite a learning for all of us.</w:t>
      </w:r>
    </w:p>
    <w:p>
      <w:r>
        <w:rPr>
          <w:b/>
        </w:rPr>
        <w:t xml:space="preserve">[00:41] </w:t>
      </w:r>
      <w:r>
        <w:t>From learning, we are learning from faridapa, from faridapa, from rajmapa. And all the ladies who are here on this platform, very much welcome. And today, we are not keeping any sort of topic as such, but we will be sharing our reflection and, our learning or or anything that you would like to ask a question, from faridapa. She's here.</w:t>
      </w:r>
    </w:p>
    <w:p>
      <w:pPr>
        <w:jc w:val="right"/>
      </w:pPr>
      <w:r>
        <w:t>From learning, we are learning from फरीदापा, from फरीदापा, from रजमापा. And all the ladies who are here on this platform, very much welcome. And today, we are not keeping any sort of topic as such, but we will be sharing our reflection and, our learning or or anything that you would like to ask a question, from फरीदापा. She's here.</w:t>
      </w:r>
    </w:p>
    <w:p>
      <w:r>
        <w:rPr>
          <w:b/>
        </w:rPr>
        <w:t xml:space="preserve">[01:10] </w:t>
      </w:r>
      <w:r>
        <w:t>And, during this entire month of learning, many a times we come across some things which we want answers to. So I would request the ladies here so to maintain a diary. Because for me as well, what I feel sometimes just three, four days back, I was having a certain question in my mind, and I did not write it.</w:t>
      </w:r>
    </w:p>
    <w:p>
      <w:pPr>
        <w:jc w:val="right"/>
      </w:pPr>
      <w:r>
        <w:t>And, during this entire month of learning, many a times we come across some things which we want answers to. So I would request the ladies here so to maintain a diary. Because for me as well, what I feel sometimes just three, four days back, I was having a certain question in my mind, and I did not write it.</w:t>
      </w:r>
    </w:p>
    <w:p>
      <w:r>
        <w:rPr>
          <w:b/>
        </w:rPr>
        <w:t xml:space="preserve">[01:34] </w:t>
      </w:r>
      <w:r>
        <w:t>So at this moment, I may not remember that question that was I wanting the answer to. So it is better we all maintain a diary, all the ladies out here.</w:t>
      </w:r>
    </w:p>
    <w:p>
      <w:pPr>
        <w:jc w:val="right"/>
      </w:pPr>
      <w:r>
        <w:t>So at this moment, I may not remember that question that was I wanting the answer to. So it is better we all maintain a diary, all the ladies out here.</w:t>
      </w:r>
    </w:p>
    <w:p>
      <w:r>
        <w:rPr>
          <w:b/>
        </w:rPr>
        <w:t xml:space="preserve">[01:44] </w:t>
      </w:r>
      <w:r>
        <w:t>And when we come on this Zoom platform for this session, we can go back through our entire months of learning, and then we can ask Papa or whoever other ladies are also there can also give their guidance or reflection about the topic that we are talking about. So, we'll go ahead with this kind of session.</w:t>
      </w:r>
    </w:p>
    <w:p>
      <w:pPr>
        <w:jc w:val="right"/>
      </w:pPr>
      <w:r>
        <w:t>And when we come on this Zoom platform for this session, we can go back through our entire months of learning, and then we can ask Papa or whoever other ladies are also there can also give their guidance or reflection about the topic that we are talking about. So, we'll go ahead with this kind of session.</w:t>
      </w:r>
    </w:p>
    <w:p>
      <w:r>
        <w:rPr>
          <w:b/>
        </w:rPr>
        <w:t xml:space="preserve">[02:10] </w:t>
      </w:r>
      <w:r>
        <w:t>So today, I am not taking any session with Farida Apa on a particular topic, but she's there to take any queries, any questions that anybody would like to ask.</w:t>
      </w:r>
    </w:p>
    <w:p>
      <w:pPr>
        <w:jc w:val="right"/>
      </w:pPr>
      <w:r>
        <w:t>So today, I am not taking any session with Farida Apa on a particular topic, but she's there to take any queries, any questions that anybody would like to ask.</w:t>
      </w:r>
    </w:p>
    <w:p>
      <w:r>
        <w:rPr>
          <w:b/>
        </w:rPr>
        <w:t xml:space="preserve">[02:21] </w:t>
      </w:r>
      <w:r>
        <w:t>And, also, the experiences they have experienced during this entire month while doing while doing any kind of Dawa work or any kind of realization or any kind of that they have underwent during this entire month period, then then then please do share on this platform so that we can all learn. So I start this session to any of one of us.</w:t>
      </w:r>
    </w:p>
    <w:p>
      <w:pPr>
        <w:jc w:val="right"/>
      </w:pPr>
      <w:r>
        <w:t>And, also, the experiences they have experienced during this entire month while doing while doing any kind of Dawa work or any kind of realization or any kind of that they have underwent during this entire month period, then then then please do share on this platform so that we can all learn. So I start this session to any of one of us.</w:t>
      </w:r>
    </w:p>
    <w:p>
      <w:r>
        <w:rPr>
          <w:b/>
        </w:rPr>
        <w:t xml:space="preserve">[02:48] </w:t>
      </w:r>
      <w:r>
        <w:t>So this is a kind of informal session for all of us.</w:t>
      </w:r>
    </w:p>
    <w:p>
      <w:pPr>
        <w:jc w:val="right"/>
      </w:pPr>
      <w:r>
        <w:t>So this is a kind of informal session for all of us.</w:t>
      </w:r>
    </w:p>
    <w:p>
      <w:r>
        <w:rPr>
          <w:b/>
        </w:rPr>
        <w:t xml:space="preserve">[03:05] </w:t>
      </w:r>
      <w:r>
        <w:t>So anybody who are here who wants to share anything in particular or any queries, then will attend to.</w:t>
      </w:r>
    </w:p>
    <w:p>
      <w:pPr>
        <w:jc w:val="right"/>
      </w:pPr>
      <w:r>
        <w:t>So anybody who are here who wants to share anything in particular or any queries, then will attend to.</w:t>
      </w:r>
    </w:p>
    <w:p>
      <w:r>
        <w:rPr>
          <w:b/>
        </w:rPr>
        <w:t xml:space="preserve">[03:22] </w:t>
      </w:r>
      <w:r>
        <w:t>A very warm welcome to you in this session of CPS Zoom meeting, monthly meeting.</w:t>
      </w:r>
    </w:p>
    <w:p>
      <w:pPr>
        <w:jc w:val="right"/>
      </w:pPr>
      <w:r>
        <w:t>A very warm welcome to you in this session of CPS Zoom meeting, monthly meeting.</w:t>
      </w:r>
    </w:p>
    <w:p>
      <w:r>
        <w:rPr>
          <w:b/>
        </w:rPr>
        <w:t xml:space="preserve">[03:39] </w:t>
      </w:r>
      <w:r>
        <w:t>Anyone who has got a question or anything that you want to share while you experience during this</w:t>
      </w:r>
    </w:p>
    <w:p>
      <w:pPr>
        <w:jc w:val="right"/>
      </w:pPr>
      <w:r>
        <w:t>Anyone who has got a question or anything that you want to share while you experience during this</w:t>
      </w:r>
    </w:p>
    <w:p>
      <w:r>
        <w:rPr>
          <w:b/>
        </w:rPr>
        <w:t xml:space="preserve">[03:45] </w:t>
      </w:r>
      <w:r>
        <w:t>entire month, please come forward.</w:t>
      </w:r>
    </w:p>
    <w:p>
      <w:pPr>
        <w:jc w:val="right"/>
      </w:pPr>
      <w:r>
        <w:t>entire month, please come forward.</w:t>
      </w:r>
    </w:p>
    <w:p>
      <w:r>
        <w:rPr>
          <w:b/>
        </w:rPr>
        <w:t xml:space="preserve">[03:51] </w:t>
      </w:r>
      <w:r>
        <w:t>Please tell your name and the place that you're speaking from. Yeah.</w:t>
      </w:r>
    </w:p>
    <w:p>
      <w:pPr>
        <w:jc w:val="right"/>
      </w:pPr>
      <w:r>
        <w:t>Please tell your name and the place that you're speaking from. Yeah.</w:t>
      </w:r>
    </w:p>
    <w:p>
      <w:r>
        <w:rPr>
          <w:b/>
        </w:rPr>
        <w:t xml:space="preserve">[03:58] </w:t>
      </w:r>
      <w:r>
        <w:t>Mazhar Ud-Nisa would like to say something.</w:t>
      </w:r>
    </w:p>
    <w:p>
      <w:pPr>
        <w:jc w:val="right"/>
      </w:pPr>
      <w:r>
        <w:t>मज़हर उड़निसा would like to say something.</w:t>
      </w:r>
    </w:p>
    <w:p>
      <w:r>
        <w:rPr>
          <w:b/>
        </w:rPr>
        <w:t xml:space="preserve">[04:04] </w:t>
      </w:r>
      <w:r>
        <w:t>Please unmute yourself.</w:t>
      </w:r>
    </w:p>
    <w:p>
      <w:pPr>
        <w:jc w:val="right"/>
      </w:pPr>
      <w:r>
        <w:t>Please unmute yourself.</w:t>
      </w:r>
    </w:p>
    <w:p>
      <w:r>
        <w:rPr>
          <w:b/>
        </w:rPr>
        <w:t xml:space="preserve">[04:11] </w:t>
      </w:r>
      <w:r>
        <w:t>Assalamualaykum everyone. Alaykum assalam. Please start watching. Is mahine bahut sari article share kiye gaye jo bahut faydemand sabit hue.</w:t>
      </w:r>
    </w:p>
    <w:p>
      <w:pPr>
        <w:jc w:val="right"/>
      </w:pPr>
      <w:r>
        <w:t>अस्सलामालायकुम everyone. अल्लायकुम अस्सलाम. Please start watching. इस महीने बहुत सारी article share किए गए जो बहुत फायदामंद साबित हुए.</w:t>
      </w:r>
    </w:p>
    <w:p>
      <w:r>
        <w:rPr>
          <w:b/>
        </w:rPr>
        <w:t xml:space="preserve">[04:41] </w:t>
      </w:r>
      <w:r>
        <w:t>Unke liye jo sirf Urdu ya English padhte hain. In English articles ki sharing mere family groups mein main karne se kafi youngsters pasand kiye. Recently share kiye gaye do articles ki takeaway. Main yahan share karna chahti hoon. First article hai the touchstone of virtue.</w:t>
      </w:r>
    </w:p>
    <w:p>
      <w:pPr>
        <w:jc w:val="right"/>
      </w:pPr>
      <w:r>
        <w:t>उनके लिए जो सिर्फ़ उर्दू या English पढ़ते हैं. इन English articles की sharing मेरे family groups में मैं करने से काफी youngsters पसंद किए. Recently share किए गए दो articles की takeaway. मैं यहां share करना चाहती हूं. First article है the touchstone of virtue.</w:t>
      </w:r>
    </w:p>
    <w:p>
      <w:r>
        <w:rPr>
          <w:b/>
        </w:rPr>
        <w:t xml:space="preserve">[05:11] </w:t>
      </w:r>
      <w:r>
        <w:t>Is article se mujhe yeh pata chala ki ek momin ka ravaiyya deen Islam ko apna ke waqt kya hona chahiye? Apna waqt aur maal deen Islam ki raah mein lagaun aur Allah se jannat mangun. Dusra article hai maarifat ka safar. Is article mein mujhe bahut badi warning mili.</w:t>
      </w:r>
    </w:p>
    <w:p>
      <w:pPr>
        <w:jc w:val="right"/>
      </w:pPr>
      <w:r>
        <w:t>इस article से मुझे यह पता चला कि एक बोमिन का रवैया दीन इस्लाम को अपना के वक्त क्या होना चाहिए? अपना वक्त और माल दीन इस्लाम की राह में लगाऊं और अल्लाह से जन्नत मांगूं. दूसरा article है मारीफत का सफर. इस article में मुझे बहुत बड़ी warning मिली.</w:t>
      </w:r>
    </w:p>
    <w:p>
      <w:r>
        <w:rPr>
          <w:b/>
        </w:rPr>
        <w:t xml:space="preserve">[05:41] </w:t>
      </w:r>
      <w:r>
        <w:t>Maarifat ka safar, yeh chadhai ki maanind hota hai jo is duniya se shuru hokar akhirat ki duniya mein khatm hota hai. Humein yeh journey continuously ada karna hai in spite of our responsibilities. Jaise ki hum saans lete hain, uske saath saath doosre kaam bhi anjaam dete hain.</w:t>
      </w:r>
    </w:p>
    <w:p>
      <w:pPr>
        <w:jc w:val="right"/>
      </w:pPr>
      <w:r>
        <w:t>मारीफत का सफर, यह चढ़ाई की मानिंद होता है जो इस दुनिया से शुरू होकर आखिरत की दुनिया में खत्म होता है. हमें यह journey continuously अदा करना है in spite of our responsibilities. जैसे कि हम सांस लेते हैं, उसके साथ साथ दूसरे काम भी अंजाम देते हैं.</w:t>
      </w:r>
    </w:p>
    <w:p>
      <w:r>
        <w:rPr>
          <w:b/>
        </w:rPr>
        <w:t xml:space="preserve">[06:11] </w:t>
      </w:r>
      <w:r>
        <w:t>Agar hamari soch is tarah ki hogi, har responsibility aasan ho jayegi. Maulana government service ka misaal diye hain. Agar aap government service mein hon aur bees saal kaam kiye hon, magar bila ijazat aap chutti le lete hain, to aapki seniority khatm ho jayegi.</w:t>
      </w:r>
    </w:p>
    <w:p>
      <w:pPr>
        <w:jc w:val="right"/>
      </w:pPr>
      <w:r>
        <w:t>अगर हमारी सोच इस तरह की होगी, हर responsibility आसान हो जाएगी. मोलाना government service का मिसाल दिए हैं. अगर आप government service में हों और बीस साल काम किए हों, मगर बिला इजाज़त आप छुट्टी ले लेते हैं, तो आपकी seniority खत्म हो जाएगी.</w:t>
      </w:r>
    </w:p>
    <w:p>
      <w:r>
        <w:rPr>
          <w:b/>
        </w:rPr>
        <w:t xml:space="preserve">[06:40] </w:t>
      </w:r>
      <w:r>
        <w:t>Aap dobara ghoomkar wahin pahunch jaoge jahan se shuru kiye the. Yahi mamila maarifat ka hai. Agar aap maarifat ka safar shuru karein, uske baad excuses nahin. Agar main doosre kaamon mein distracted hokar maarifat ke safar mein ruk gayi, aisa hoga jaise ki main phir se pehle step mein</w:t>
      </w:r>
    </w:p>
    <w:p>
      <w:pPr>
        <w:jc w:val="right"/>
      </w:pPr>
      <w:r>
        <w:t>आप दुबारा घूमकर वहीं पहुंच जाओगे जहां से शुरू किए थे. यही मामिला मारीफत का है. अगर आप मारीफत का सफर शुरू करें, उसके बाद excuses नहीं. अगर मैं दूसरे कामों में distracted होकर मारीफत के सफर में रुक गई, ऐसा होगा जैसे कि मैं फिर से पहले step में</w:t>
      </w:r>
    </w:p>
    <w:p>
      <w:r>
        <w:rPr>
          <w:b/>
        </w:rPr>
        <w:t xml:space="preserve">[07:10] </w:t>
      </w:r>
      <w:r>
        <w:t>aa Allah se dua hai ki woh mujhe thaame rakhein aur saabit qadmi se apni maarifat ka safar</w:t>
      </w:r>
    </w:p>
    <w:p>
      <w:pPr>
        <w:jc w:val="right"/>
      </w:pPr>
      <w:r>
        <w:t>आ अल्लाह से दुआ है कि वह मुझे थामे रखें और साबित ख़त्मी से अपनी मारीफ़त का सफ़र</w:t>
      </w:r>
    </w:p>
    <w:p>
      <w:r>
        <w:rPr>
          <w:b/>
        </w:rPr>
        <w:t xml:space="preserve">[07:25] </w:t>
      </w:r>
      <w:r>
        <w:t>jaari rakhne mein meri madad karein.</w:t>
      </w:r>
    </w:p>
    <w:p>
      <w:pPr>
        <w:jc w:val="right"/>
      </w:pPr>
      <w:r>
        <w:t>जारी रखने में मेरी मदद करें.</w:t>
      </w:r>
    </w:p>
    <w:p>
      <w:r>
        <w:rPr>
          <w:b/>
        </w:rPr>
        <w:t xml:space="preserve">[07:41] </w:t>
      </w:r>
      <w:r>
        <w:t>aur doosron ke liye dawat par focus karke kaam karne ki tofeeq ata farmayein. Aameen.</w:t>
      </w:r>
    </w:p>
    <w:p>
      <w:pPr>
        <w:jc w:val="right"/>
      </w:pPr>
      <w:r>
        <w:t>और दूसरों के लिए दावत पर focus करके काम करने की तोफ़ी खिताफ़रमाएं. आमिन.</w:t>
      </w:r>
    </w:p>
    <w:p>
      <w:r>
        <w:rPr>
          <w:b/>
        </w:rPr>
        <w:t xml:space="preserve">[07:57] </w:t>
      </w:r>
      <w:r>
        <w:t>Haan, Shabina.</w:t>
      </w:r>
    </w:p>
    <w:p>
      <w:pPr>
        <w:jc w:val="right"/>
      </w:pPr>
      <w:r>
        <w:t>हां, शबीना.</w:t>
      </w:r>
    </w:p>
    <w:p>
      <w:r>
        <w:rPr>
          <w:b/>
        </w:rPr>
        <w:t xml:space="preserve">[08:00] </w:t>
      </w:r>
      <w:r>
        <w:t>Ji ji, sorry it was unmute.</w:t>
      </w:r>
    </w:p>
    <w:p>
      <w:pPr>
        <w:jc w:val="right"/>
      </w:pPr>
      <w:r>
        <w:t>जी जी, sorry it was unmute.</w:t>
      </w:r>
    </w:p>
    <w:p>
      <w:r>
        <w:rPr>
          <w:b/>
        </w:rPr>
        <w:t xml:space="preserve">[08:04] </w:t>
      </w:r>
      <w:r>
        <w:t>So, Mashallah thank you so much, Mazhar.</w:t>
      </w:r>
    </w:p>
    <w:p>
      <w:pPr>
        <w:jc w:val="right"/>
      </w:pPr>
      <w:r>
        <w:t>So, माशालाह thank you so much, मज़ार.</w:t>
      </w:r>
    </w:p>
    <w:p>
      <w:r>
        <w:rPr>
          <w:b/>
        </w:rPr>
        <w:t xml:space="preserve">[08:08] </w:t>
      </w:r>
      <w:r>
        <w:t>Aapne bahut achha, bahut achhi baatein batai humein aur ek lady hai Mehmoona Sultana.</w:t>
      </w:r>
    </w:p>
    <w:p>
      <w:pPr>
        <w:jc w:val="right"/>
      </w:pPr>
      <w:r>
        <w:t>आपने बहुत अच्छा, बहुत अच्छी बातें बताई हमें और एक lady है मेहमूना सुल्ताना.</w:t>
      </w:r>
    </w:p>
    <w:p>
      <w:r>
        <w:rPr>
          <w:b/>
        </w:rPr>
        <w:t xml:space="preserve">[08:12] </w:t>
      </w:r>
      <w:r>
        <w:t>shayad unko aawaaz nahin aa rahi hai.</w:t>
      </w:r>
    </w:p>
    <w:p>
      <w:pPr>
        <w:jc w:val="right"/>
      </w:pPr>
      <w:r>
        <w:t>शायद उनको आवाज़ नहीं आ रही है.</w:t>
      </w:r>
    </w:p>
    <w:p>
      <w:r>
        <w:rPr>
          <w:b/>
        </w:rPr>
        <w:t xml:space="preserve">[08:16] </w:t>
      </w:r>
      <w:r>
        <w:t>Can you hear mehmuna?</w:t>
      </w:r>
    </w:p>
    <w:p>
      <w:pPr>
        <w:jc w:val="right"/>
      </w:pPr>
      <w:r>
        <w:t>Can you hear मेहमूना?</w:t>
      </w:r>
    </w:p>
    <w:p>
      <w:r>
        <w:rPr>
          <w:b/>
        </w:rPr>
        <w:t xml:space="preserve">[08:20] </w:t>
      </w:r>
      <w:r>
        <w:t>aap sabko aawaaz aa rahi hai?</w:t>
      </w:r>
    </w:p>
    <w:p>
      <w:pPr>
        <w:jc w:val="right"/>
      </w:pPr>
      <w:r>
        <w:t>आप सबको आवाज़ आ रही है?</w:t>
      </w:r>
    </w:p>
    <w:p>
      <w:r>
        <w:rPr>
          <w:b/>
        </w:rPr>
        <w:t xml:space="preserve">[08:24] </w:t>
      </w:r>
      <w:r>
        <w:t>kisi ko koi problem ho raha hai kya?</w:t>
      </w:r>
    </w:p>
    <w:p>
      <w:pPr>
        <w:jc w:val="right"/>
      </w:pPr>
      <w:r>
        <w:t>किसी को कोई problem हो रहा है क्या?</w:t>
      </w:r>
    </w:p>
    <w:p>
      <w:r>
        <w:rPr>
          <w:b/>
        </w:rPr>
        <w:t xml:space="preserve">[08:28] </w:t>
      </w:r>
      <w:r>
        <w:t>Awaaz aa rahi hai? Aa rahi hai awaaz. Awaaz aa rahi hai. Bahut saaf hai. So we have Doctor Sapna Kasum here. Aaj hum log is koi particular topic nahin le rahe hain Doctor Sapna. Hum aapas mein kuch bhi apna share karna chahte hain, kuch bhi learning to we can go ahead. Do you have anything to share with us Doctor Sabina? Ji Assalamualaykum sabko.</w:t>
      </w:r>
    </w:p>
    <w:p>
      <w:pPr>
        <w:jc w:val="right"/>
      </w:pPr>
      <w:r>
        <w:t>आवाज़ आ रही है? आ रही है आवाज़. आवाज़ आ रही है. बहुत साफ है. So we have Doctor सपना का बसुम here. आज हम लोग इस कोई particular topic नहीं ले रहे हैं Doctor सपना. हम आपस में कुछ भी अपना share करना चाहते हैं, कुछ भी learning तो we can go ahead. Do you have anything to share with us Doctor सबीना? जी अस्लामालिकुम सबको.</w:t>
      </w:r>
    </w:p>
    <w:p>
      <w:r>
        <w:rPr>
          <w:b/>
        </w:rPr>
        <w:t xml:space="preserve">[08:58] </w:t>
      </w:r>
      <w:r>
        <w:t>Ji Walaykum assalam. Ekdum se bilkul zehan se abhi paanch minute tak yaad tha aur ekdum nikal gaya tha ki meeting hai. Bilkul delete ho jana hai dekho the. Pata nahin kaise aur phir achanak se jab yaad aaya phone aaya to ghar ke baaki maine connect kiya abhi abhi. To mere khayal se abhi pehle aur logon se sun lete hain phir. Ok ok. Aur koi ladies hain?</w:t>
      </w:r>
    </w:p>
    <w:p>
      <w:pPr>
        <w:jc w:val="right"/>
      </w:pPr>
      <w:r>
        <w:t>जी वाली प्रस्लाम. एकदम से बिल्कुल ज़ेहद से अभी पांच minute तक याद था और एकदम निकल गया था कि meeting है. बिल्कुल delete हो जाना है देखो थे. पता नहीं कैसे और फिर अचानक से जब याद आया phone आया तो घर के बाकी मैंने connect किया अभी अभी. तो मेरे ख्याल से अभी पहले और लोगों से sun लेते हैं फिर. Ok ok. और कोई ladies हैं?</w:t>
      </w:r>
    </w:p>
    <w:p>
      <w:r>
        <w:rPr>
          <w:b/>
        </w:rPr>
        <w:t xml:space="preserve">[09:25] </w:t>
      </w:r>
      <w:r>
        <w:t>Mazhab Unne Sara ke baad jo unhone bola hai us par kuch. Ji aap, aap bataein. Ji aap. Unhone jo baat batai ki break in service ko jo relate kiya maarfat se bahut important hai. To humein maarfat ka safal hamesha jari rakhna hai.</w:t>
      </w:r>
    </w:p>
    <w:p>
      <w:pPr>
        <w:jc w:val="right"/>
      </w:pPr>
      <w:r>
        <w:t>मज़हब उन्ने सारा के बाद जो उन्होंने बोला है उस पर कुछ. जी आप, आप बताएं. जी आप. उन्होंने जो बात बताई कि break in service को जो relate किया मार्फत से बहुत important है. तो हमें मार्फत का सफल हमेशा जारी रखना है.</w:t>
      </w:r>
    </w:p>
    <w:p>
      <w:r>
        <w:rPr>
          <w:b/>
        </w:rPr>
        <w:t xml:space="preserve">[09:47] </w:t>
      </w:r>
      <w:r>
        <w:t>Breaking service ki tarike se uska bhi wahi nuksan hoga agar hum wheat mein chhod de to jo humne abhi tak jo tarasti ki thi wo sab, wo sab khatm ho jayegi phir naye sire se maarfat mein tarasti karna padegi maarfat ke liye kaam karna padega.</w:t>
      </w:r>
    </w:p>
    <w:p>
      <w:pPr>
        <w:jc w:val="right"/>
      </w:pPr>
      <w:r>
        <w:t>Breaking service की तरीके से उसका भी वही नुकसान होगा अगर हम wheat में छोड़ दे तो जो हमने अभी तक जो तरस्ती की थी वो सब, वो सब खत्म हो जाएगी फिर नए सिरे से मारफत में तरस्ती करना पड़ेगी मारफत के लिए काम करना पड़ेगा.</w:t>
      </w:r>
    </w:p>
    <w:p>
      <w:r>
        <w:rPr>
          <w:b/>
        </w:rPr>
        <w:t xml:space="preserve">[10:04] </w:t>
      </w:r>
      <w:r>
        <w:t>To yeh khaskar par ladies ke liye bahut important hai kyunki ladies ka kafi waqt kitchen mein aur ghar ke kaamon mein jo karta hai to woh yeh samajhte hain ki hamara kaam hamara waqt bila wajah zaaya ho raha hai. To yeh aisa na samjhein kyunki Allah ki nishaniyan har jagah hai. Kitchen mein tarah tarah ki sabziyan hoti hai, tarah tarah ki phal hote hai. Bahut sare saaman hote hai. Har cheez ko dekhkar unko Khuda ki yaad aaye.</w:t>
      </w:r>
    </w:p>
    <w:p>
      <w:pPr>
        <w:jc w:val="right"/>
      </w:pPr>
      <w:r>
        <w:t>तो यह खासकर पर ladies के लिए बहुत important है क्योंकि ladies का काफी वक्त kitchen में और घर के कामों में जो करता है तो वह यह समझते हैं कि हमारा काम हमारा वक्त बिला वजह ज़ाय हो रहा है. तो यह ऐसा ना समझे क्योंकि अल्लाह की निशानियां हर जगह है. Kitchen में तरह तरह की सब्ज़ियां होती है, तरह तरह की फ़ल होते है. बहुत सारे सामान होते है. हर चीज़ को देखकर उनको खुदा की याद आए.</w:t>
      </w:r>
    </w:p>
    <w:p>
      <w:r>
        <w:rPr>
          <w:b/>
        </w:rPr>
        <w:t xml:space="preserve">[10:33] </w:t>
      </w:r>
      <w:r>
        <w:t>Pata ki yaad aane ke liye koi bahut badi si cheez nahin chahiye ki hum jaaye kahi Kashmir jaaye tab hum Pata koi yaad kare. Pata ki yaad har cheez mein hoti hai. Hum aurana kehte the ki Allah ko kaise pata khud Allah ne taste nahin kiya. Har cheez ka taste Allah ko kaise pata? Har cheez Allah ne ek naye taste ke saath banai. To chahe aap khara mircha aur dhaniya bhi le lijiye. Usmein bhi Allah ki nishaniyan hain.</w:t>
      </w:r>
    </w:p>
    <w:p>
      <w:pPr>
        <w:jc w:val="right"/>
      </w:pPr>
      <w:r>
        <w:t>पता की याद आने के लिए कोई बहुत बड़ी सी चीज़ नहीं चाहिए की हम जाए कही कश्मीर जाए तब हम पता कोई याद करे. पता की याद हर चीज़ में होती है. हम औराना कहते थे की अल्लाह को कैसे पता खुद अल्लाह ने taste नहीं किया. हर चीज़ का taste अल्लाह को कैसे पता? हर चीज़ अल्लाह ने एक नए taste के साथ बनाई. तो चाहे आप खारा मिर्चा और धनिया भी ले लीजिए. उसमें भी अल्लाह की निशानियां हैं.</w:t>
      </w:r>
    </w:p>
    <w:p>
      <w:r>
        <w:rPr>
          <w:b/>
        </w:rPr>
        <w:t xml:space="preserve">[11:02] </w:t>
      </w:r>
      <w:r>
        <w:t>To humein chahiye ki hum apne itna zyada apne dimagh ko unfold karein ki har cheez mein humein Khuda ki nishaniyan nazar aaye. Phir ek din matlab har dimagh ekdum open rehna chahiye.</w:t>
      </w:r>
    </w:p>
    <w:p>
      <w:pPr>
        <w:jc w:val="right"/>
      </w:pPr>
      <w:r>
        <w:t>तो हमें चाहिए की हम अपने इतना ज़्यादा अपने दिमाग को unfold करें की हर चीज़ में हमें खुदा की निशानियां नज़र आए. फिर एक दिन मतलब हर दिमाग एकदम open रहना चाहिए.</w:t>
      </w:r>
    </w:p>
    <w:p>
      <w:r>
        <w:rPr>
          <w:b/>
        </w:rPr>
        <w:t xml:space="preserve">[11:30] </w:t>
      </w:r>
      <w:r>
        <w:t>Woh jaata hai, kamata hai, business karta hai, job karta hai, phir baais tarike se saaman bazaar se shareer kar lata hai, phir usko istemal karta hai aur ek bandar hai hamare ghar ke saamne ek uska ped hai aam ka, to achha bahut achha aam hote hai usmein. Is baar aam hi nahin hua jab aam hote hai aur mausam mein to hamare paas humein bhi dete hai.</w:t>
      </w:r>
    </w:p>
    <w:p>
      <w:pPr>
        <w:jc w:val="right"/>
      </w:pPr>
      <w:r>
        <w:t>वो जाता है, कमाता है, business करता है, job करता है, फिर बाइस तरीके से सामान बाज़ार से शरीर कर लाता है, फिर उसको इस्तेमाल करता है और एक बंदर है हमारे घर के सामने एक उसका पेड़ है आम का, तो अच्छा बहुत अच्छा आम होते है उसमें. इस बार आम ही नहीं हुआ जब आम होते है और मौसम में तो हमारे पास हमें भी देते है.</w:t>
      </w:r>
    </w:p>
    <w:p>
      <w:r>
        <w:rPr>
          <w:b/>
        </w:rPr>
        <w:t xml:space="preserve">[11:56] </w:t>
      </w:r>
      <w:r>
        <w:t>To ekdum chhote chhote aam woh lekar aayi, kehne lagi is baar sab bandar tod ke kha gaye. To Allah ne humein kitni izzat di hai ki hum, hum apne paise se jaakar bazaar se khareedkar saaman laate hai. To har cheez mein matlab mera hai ki har cheez mein hum Khuda ko yaad rakhein. Ek Rasool Allah sallallahu sallallahu sallallahu ne apne ashaab ko niyat ki thi ki tum jahan bhi raho Khuda ko yaad rakho, Khuda se garv.</w:t>
      </w:r>
    </w:p>
    <w:p>
      <w:pPr>
        <w:jc w:val="right"/>
      </w:pPr>
      <w:r>
        <w:t>तो एकदम छोटे छोटे आम वो लेकर आई, कहने लगी इस बार सब बंदर तोड़ के खा गए. तो अल्लाह ने हमें कितनी इज़्ज़त दी है कि हम, हम अपने पैसे से जाकर बाज़ार से खरीदकर सामान लाते है. तो हर चीज़ में मतलब मेरा है की हर चीज़ में हम कोदा को याद रखे. एक रसूल्ला सल्लाह सल्लाह सल्लाह ने अपने आसाब को नतीयत की थी कि तुम जहां भी रहो कोदा को याद रखो, कोदा से गर्व.</w:t>
      </w:r>
    </w:p>
    <w:p>
      <w:r>
        <w:rPr>
          <w:b/>
        </w:rPr>
        <w:t xml:space="preserve">[12:25] </w:t>
      </w:r>
      <w:r>
        <w:t>To Khuda se darne ke liye bahut bhar bhari badi cheez ki zaroorat nahin hai. Jahan bhi rahe Khuda se darte rahe aur yahi maarfat ka jeena hai. To yahi main kehna cha rahi thi. Jaza kalrappa aapne bahut hi achha approach diya.</w:t>
      </w:r>
    </w:p>
    <w:p>
      <w:pPr>
        <w:jc w:val="right"/>
      </w:pPr>
      <w:r>
        <w:t>तो कोदा से डरने के लिए बहुत भार भारी बड़ी चीज़ की ज़रूरत नहीं है. जहां भी रहे कोदा से डरते रहे और यही मार्गपत का जीना है. तो यही मैं कहना चाह रही थी. जज़ा कल्रापा आपने बहुत ही अच्छा approach दिया.</w:t>
      </w:r>
    </w:p>
    <w:p>
      <w:r>
        <w:rPr>
          <w:b/>
        </w:rPr>
        <w:t xml:space="preserve">[12:46] </w:t>
      </w:r>
      <w:r>
        <w:t>Usually kya hoti hai ladies apna zyada se zyada work kitchen aur ghar ke kaamon mein bahut time unka guzarta hai aur kai baar bahut depression aur mayoosi bhi ho jati hai ki hum bahut bade kaam nahin kar pa rahe hain. To aapne jo point of view humein diya hai isko is tarah se is angle se hum dekhein, in baaton ko jo kaam hum kar rahe hain to ek zimmedari wali kaam hai lekin ismein bhi hum maarfat hasil kar sakte hain.</w:t>
      </w:r>
    </w:p>
    <w:p>
      <w:pPr>
        <w:jc w:val="right"/>
      </w:pPr>
      <w:r>
        <w:t>Usually क्या होती है ladies अपना ज़्यादा से ज़्यादा work kitchen और घर के कामों में बहुत time उनका गुजरता है और कई बार बहुत depression और मायूसी भी हो जाती है कि हम बहुत बड़े काम नहीं कर पा रहे हैं. तो आपने जो point of view हमें दिया है इसको इस तरह से इस angle से हम देखें, इन बातों को जो काम हम कर रहे हैं तो एक ज़िम्मेदारी वाली काम है लेकिन इसमें भी हम मार्फ़त हासिल कर सकते हैं.</w:t>
      </w:r>
    </w:p>
    <w:p>
      <w:r>
        <w:rPr>
          <w:b/>
        </w:rPr>
        <w:t xml:space="preserve">[13:15] </w:t>
      </w:r>
      <w:r>
        <w:t>Yeh bahut achha approach aapne aur ek bahut achha angle humein diya Khuda ki maarfat ko paani ke liye. Aur koi ladies hain jo kuch kehna cha rahi hain? Assalam alaykum aap logon ko meri awaaz aa rahi hai? Ji ji.</w:t>
      </w:r>
    </w:p>
    <w:p>
      <w:pPr>
        <w:jc w:val="right"/>
      </w:pPr>
      <w:r>
        <w:t>यह बहुत अच्छा approach आपने और एक बहुत अच्छा angle हमें दिया खुदा की मार्फत को पानी के लिए. और कोई ladies हैं जो कुछ कहना चाह रही हैं? अस्सामल एक को आप लोगों को मेरी आवाज़ आ रही है? जी जी.</w:t>
      </w:r>
    </w:p>
    <w:p>
      <w:r>
        <w:rPr>
          <w:b/>
        </w:rPr>
        <w:t xml:space="preserve">[13:31] </w:t>
      </w:r>
      <w:r>
        <w:t>main main subah bahut zyada excited ho jaati hoon hamesha koi mujhe aisa ek sabse pehle aap sabko</w:t>
      </w:r>
    </w:p>
    <w:p>
      <w:pPr>
        <w:jc w:val="right"/>
      </w:pPr>
      <w:r>
        <w:t>मैं मैं सुबह बहुत ज़्यादा excited हो जाती हूं हमेशा कोई मुझे ऐसा एक सबसे पहले आप सबको</w:t>
      </w:r>
    </w:p>
    <w:p>
      <w:r>
        <w:rPr>
          <w:b/>
        </w:rPr>
        <w:t xml:space="preserve">[13:41] </w:t>
      </w:r>
      <w:r>
        <w:t>snanikum aur khaas taur par faridapa kyunki unko maine dekha aur kyunki ek sabse mohabbat hai is group</w:t>
      </w:r>
    </w:p>
    <w:p>
      <w:pPr>
        <w:jc w:val="right"/>
      </w:pPr>
      <w:r>
        <w:t>स्नानिकुम और खास तौर पर फरीदापा क्योंकि उनको मैंने देखा और क्योंकि एक सबसे मोहब्बत है इस group</w:t>
      </w:r>
    </w:p>
    <w:p>
      <w:r>
        <w:rPr>
          <w:b/>
        </w:rPr>
        <w:t xml:space="preserve">[13:51] </w:t>
      </w:r>
      <w:r>
        <w:t>ke logon se magar faridafa ka kyunki Maulana sahib ki jaas se ek unka taalluq itna pyara sa</w:t>
      </w:r>
    </w:p>
    <w:p>
      <w:pPr>
        <w:jc w:val="right"/>
      </w:pPr>
      <w:r>
        <w:t>के लोगों से मगर फरीदाफा का क्योंकि मौलाना साहब की जास से एक उनका ताल्लुक इतना प्यारा सा</w:t>
      </w:r>
    </w:p>
    <w:p>
      <w:r>
        <w:rPr>
          <w:b/>
        </w:rPr>
        <w:t xml:space="preserve">[14:01] </w:t>
      </w:r>
      <w:r>
        <w:t>taalluq hai ki woh unse bagair mile hue unse mohabbat ho gayi hai aur abhi unki baat suni</w:t>
      </w:r>
    </w:p>
    <w:p>
      <w:pPr>
        <w:jc w:val="right"/>
      </w:pPr>
      <w:r>
        <w:t>ताल्लुक है कि वह उनसे बगैर मिले हुए उनसे मोहब्बत हो गई है और अभी उनकी बात सुनी</w:t>
      </w:r>
    </w:p>
    <w:p>
      <w:r>
        <w:rPr>
          <w:b/>
        </w:rPr>
        <w:t xml:space="preserve">[14:11] </w:t>
      </w:r>
      <w:r>
        <w:t>to maine kaha ki dekho main main ek khwahish maine Allah taala se ki ki main Allah CPS</w:t>
      </w:r>
    </w:p>
    <w:p>
      <w:pPr>
        <w:jc w:val="right"/>
      </w:pPr>
      <w:r>
        <w:t>तो मैंने कहा कि देखो मैं मैं एक ख्वाहिश मैंने अल्ला ताला से की कि मैं अल्ला CPS</w:t>
      </w:r>
    </w:p>
    <w:p>
      <w:r>
        <w:rPr>
          <w:b/>
        </w:rPr>
        <w:t xml:space="preserve">[14:21] </w:t>
      </w:r>
      <w:r>
        <w:t>ka hissa banun aur is hisse se ko Allah taala aise banata chala gaya jo maine kabhi socha</w:t>
      </w:r>
    </w:p>
    <w:p>
      <w:pPr>
        <w:jc w:val="right"/>
      </w:pPr>
      <w:r>
        <w:t>का हिस्सा बनूं और इस हिस्से से को अल्ला ताला ऐसे बनाता चला गया जो मैंने कभी सोचा</w:t>
      </w:r>
    </w:p>
    <w:p>
      <w:r>
        <w:rPr>
          <w:b/>
        </w:rPr>
        <w:t xml:space="preserve">[14:31] </w:t>
      </w:r>
      <w:r>
        <w:t>bhi nahin tha ki main is group ka hissa jismein faridaba khud hongi.</w:t>
      </w:r>
    </w:p>
    <w:p>
      <w:pPr>
        <w:jc w:val="right"/>
      </w:pPr>
      <w:r>
        <w:t>भी नहीं था कि मैं इस group का हिस्सा जिसमें फरीदाबा खुद होंगी.</w:t>
      </w:r>
    </w:p>
    <w:p>
      <w:r>
        <w:rPr>
          <w:b/>
        </w:rPr>
        <w:t xml:space="preserve">[14:42] </w:t>
      </w:r>
      <w:r>
        <w:t>Allam dolaylal, hamdolelal, mashallah main us aaj us group ka hissa hoon aur Allatala mujhe us kamil banaye ke main woh humalana sahab ne ek dafa ek zikr kar rahe the shayad mere khyal mein brown bread ke upar.</w:t>
      </w:r>
    </w:p>
    <w:p>
      <w:pPr>
        <w:jc w:val="right"/>
      </w:pPr>
      <w:r>
        <w:t>अल्लाम दोलेलाल, हम्दोलेलाल, माशैलाह मैं उस आज उस group का हिस्सा हूं और अल्लाताला मुझे उस कामिल बनाएं कि मैं वह हुमालाना साहब ने एक दफा एक ज़िक्र कर रहे थे शायद मेरे ख्याल में brown bread के ऊपर.</w:t>
      </w:r>
    </w:p>
    <w:p>
      <w:r>
        <w:rPr>
          <w:b/>
        </w:rPr>
        <w:t xml:space="preserve">[15:12] </w:t>
      </w:r>
      <w:r>
        <w:t>woh rubber roti kha uske upar unhone itni tafseel se bataya tha ke sir gandum gandum ki tafseel shukriya bas. main aap sab rukte yeh kahungi bohat seekhoge inshallah. aapne apna naam nahi bataya aur jagah nahi bataya.</w:t>
      </w:r>
    </w:p>
    <w:p>
      <w:pPr>
        <w:jc w:val="right"/>
      </w:pPr>
      <w:r>
        <w:t>वह रब्बर रोटी खा उसके ऊपर उन्होंने इतनी तफ़सील से बताया था कि sir गंदुम गंदुम की तफ़सील शुक्रिया बस. मैं आप सब रुक्ते यह कहूंगी बहुत सीखोगे इंशालाह. आपने अपना नाम नहीं बताया और जगह नहीं बताया.</w:t>
      </w:r>
    </w:p>
    <w:p>
      <w:r>
        <w:rPr>
          <w:b/>
        </w:rPr>
        <w:t xml:space="preserve">[15:41] </w:t>
      </w:r>
      <w:r>
        <w:t>ji ji, I'm so sorry. main Princess Khan mera naam hai bada unusual sa naam hai shayad hota nahi aur main America mein rehti hoon condo taxes mein. so what do you do there? main actually as a profession main social worker hoon.</w:t>
      </w:r>
    </w:p>
    <w:p>
      <w:pPr>
        <w:jc w:val="right"/>
      </w:pPr>
      <w:r>
        <w:t>जी जी, I'm so sorry. मैं Princess Khan मेरा नाम है बड़ा unusual सा नाम है शायद होता नहीं और मैं America में रहती हूं condo taxes में. So what do you do there? मैं actually as a profession मैं social worker हूं.</w:t>
      </w:r>
    </w:p>
    <w:p>
      <w:r>
        <w:rPr>
          <w:b/>
        </w:rPr>
        <w:t xml:space="preserve">[15:59] </w:t>
      </w:r>
      <w:r>
        <w:t>social work karti hoon aur different jitne bhi old homes waghera hote hain ya shelters hote hain unke saath link rehti hoon aur pehle pehle shuru ke andar main cosmetic aur iske saath judi bhi thi.</w:t>
      </w:r>
    </w:p>
    <w:p>
      <w:pPr>
        <w:jc w:val="right"/>
      </w:pPr>
      <w:r>
        <w:t>Social work करती हूं और different जितने भी old homes वगैरह होते हैं या shelters होते हैं उनके साथ link रहती हूं और पहले पहले शुरू के अंदर मैं cosmetic और इसके साथ जुड़ी भी थी.</w:t>
      </w:r>
    </w:p>
    <w:p>
      <w:r>
        <w:rPr>
          <w:b/>
        </w:rPr>
        <w:t xml:space="preserve">[16:15] </w:t>
      </w:r>
      <w:r>
        <w:t>different profession the mere skin jo aestheticians hoti hain woh karti thi aur bas uske baad phir further kyunke mere husband doctor hain to unko zyada tha ke tum is is raste ke upar dekho, social work mein aao yahan par kyunke old homes mein bohat cheezein hoti hain ya women's shelters hain is tarah ki cheezon mein phir maine ab kaam karti hoon. yeh different social work karti hoon. please can you repeat your name please?</w:t>
      </w:r>
    </w:p>
    <w:p>
      <w:pPr>
        <w:jc w:val="right"/>
      </w:pPr>
      <w:r>
        <w:t>Different profession थे मेरे skin जो aestheticians होती हैं वह करती थी और बस उसके बाद फिर further क्योंकि मेरे husband doctor हैं तो उनको ज़्यादा था कि तुम इस इस रास्ते के ऊपर देखो, social work में आओ यहां पर क्योंकि old homes में बहुत चीज़ें होती हैं या women's shelters हैं इस तरह की चीज़ों में फिर मैंने अब काम करती हूं. यह different social work करती हूं. Please can you repeat your name please?</w:t>
      </w:r>
    </w:p>
    <w:p>
      <w:r>
        <w:rPr>
          <w:b/>
        </w:rPr>
        <w:t xml:space="preserve">[16:45] </w:t>
      </w:r>
      <w:r>
        <w:t>I just mhmm. Princess Princess Khan. Princess Khan. okay. that's a very nice and peculiar name. anyway I know. it's nice to meet you here on this platform. and since you're saying your profession is, like, meeting people, so as you said that you want to be a part of CPS, and CPS is basically about Dava work.</w:t>
      </w:r>
    </w:p>
    <w:p>
      <w:pPr>
        <w:jc w:val="right"/>
      </w:pPr>
      <w:r>
        <w:t>I just Mhmm. Princess Princess Khan. Princess Khan. Okay. That's a very nice and peculiar name. Anyway I know. It's nice to meet you here on this platform. And since you're saying your profession is, like, meeting people, so as you said that you want to be a part of CPS, and CPS is basically about Dava work.</w:t>
      </w:r>
    </w:p>
    <w:p>
      <w:r>
        <w:rPr>
          <w:b/>
        </w:rPr>
        <w:t xml:space="preserve">[17:10] </w:t>
      </w:r>
      <w:r>
        <w:t>so we are grooming ourselves do more and more Dava work, what Molena has taught us by that way. so I think when you're interacting with so many people, you have a very good opportunity to when you're to do Dava work with, using this platform. so, I'll just pray that, you aap humse judi rahein aur Dava work ke bohat sare opportunities humein milte hain.</w:t>
      </w:r>
    </w:p>
    <w:p>
      <w:pPr>
        <w:jc w:val="right"/>
      </w:pPr>
      <w:r>
        <w:t>So we are grooming ourselves do more and more Dava work, what Molena has taught us by that way. So I think when you're interacting with so many people, you have a very good opportunity to when you're to do Dava work with, using this platform. So, I'll just pray that, you आप हमसे जुड़ी रहे हैं और Dava work के बहुत सारे opportunities हमें मिलते हैं.</w:t>
      </w:r>
    </w:p>
    <w:p>
      <w:r>
        <w:rPr>
          <w:b/>
        </w:rPr>
        <w:t xml:space="preserve">[17:38] </w:t>
      </w:r>
      <w:r>
        <w:t>In fact, you can, go through one of the video of, class that Sarah up ahead done just</w:t>
      </w:r>
    </w:p>
    <w:p>
      <w:pPr>
        <w:jc w:val="right"/>
      </w:pPr>
      <w:r>
        <w:t>In fact, you can, go through one of the video of, class that Sarah up ahead done just</w:t>
      </w:r>
    </w:p>
    <w:p>
      <w:r>
        <w:rPr>
          <w:b/>
        </w:rPr>
        <w:t xml:space="preserve">[17:43] </w:t>
      </w:r>
      <w:r>
        <w:t>one month back, and it has been yesterday been shared on our CPS, this lady's group.</w:t>
      </w:r>
    </w:p>
    <w:p>
      <w:pPr>
        <w:jc w:val="right"/>
      </w:pPr>
      <w:r>
        <w:t>one month back, and it has been yesterday been shared on our CPS, this lady's group.</w:t>
      </w:r>
    </w:p>
    <w:p>
      <w:r>
        <w:rPr>
          <w:b/>
        </w:rPr>
        <w:t xml:space="preserve">[17:48] </w:t>
      </w:r>
      <w:r>
        <w:t>You can go through that, and, you'll learn quite a lot of tips and ways by which we</w:t>
      </w:r>
    </w:p>
    <w:p>
      <w:pPr>
        <w:jc w:val="right"/>
      </w:pPr>
      <w:r>
        <w:t>You can go through that, and, you'll learn quite a lot of tips and ways by which we</w:t>
      </w:r>
    </w:p>
    <w:p>
      <w:r>
        <w:rPr>
          <w:b/>
        </w:rPr>
        <w:t xml:space="preserve">[17:53] </w:t>
      </w:r>
      <w:r>
        <w:t>can do our work with with our family and outside our family. Inshallah.</w:t>
      </w:r>
    </w:p>
    <w:p>
      <w:pPr>
        <w:jc w:val="right"/>
      </w:pPr>
      <w:r>
        <w:t>can do our work with with our family and outside our family. Inshallah.</w:t>
      </w:r>
    </w:p>
    <w:p>
      <w:r>
        <w:rPr>
          <w:b/>
        </w:rPr>
        <w:t xml:space="preserve">[17:58] </w:t>
      </w:r>
      <w:r>
        <w:t>Thank you so much.</w:t>
      </w:r>
    </w:p>
    <w:p>
      <w:pPr>
        <w:jc w:val="right"/>
      </w:pPr>
      <w:r>
        <w:t>Thank you so much.</w:t>
      </w:r>
    </w:p>
    <w:p>
      <w:r>
        <w:rPr>
          <w:b/>
        </w:rPr>
        <w:t xml:space="preserve">[18:03] </w:t>
      </w:r>
      <w:r>
        <w:t>I will Inshallah. Okay.</w:t>
      </w:r>
    </w:p>
    <w:p>
      <w:pPr>
        <w:jc w:val="right"/>
      </w:pPr>
      <w:r>
        <w:t>I will Inshallah. Okay.</w:t>
      </w:r>
    </w:p>
    <w:p>
      <w:r>
        <w:rPr>
          <w:b/>
        </w:rPr>
        <w:t xml:space="preserve">[18:09] </w:t>
      </w:r>
      <w:r>
        <w:t>Appa, do you want to say something? you are always want you to come and speak little little something something to us. ji, aapne Pritis Khan ne jo bataya ke woh unko kis tarike se CPS mein aayin woh dua karti thi ganda taala. unko yahan par din ka sidhmat karne ka mauka mile.</w:t>
      </w:r>
    </w:p>
    <w:p>
      <w:pPr>
        <w:jc w:val="right"/>
      </w:pPr>
      <w:r>
        <w:t>Appa, do you want to say something? You are always want you to come and speak little little something something to us. जी, आपने प्रितिस खान ने जो बताया कि वह उनको किस तरीके से CPS में आईं वह दुआ करती थी गंदा ताला. उनको यहां पर दिन का सिद्मत करने का मौका मिले.</w:t>
      </w:r>
    </w:p>
    <w:p>
      <w:r>
        <w:rPr>
          <w:b/>
        </w:rPr>
        <w:t xml:space="preserve">[18:35] </w:t>
      </w:r>
      <w:r>
        <w:t>to bas wahi mujhe yeh hua ke dua kitni zyada ahmiyat rakhti hai dil mein. bohat zyada duaen kar sakte hain. yahan tak aapse zyada shukrguzaar banda kaun ho sakta hai uske liye aap dua karte the. Allah majalli lakashak karan ae Allah tu mujhe bohat zyada shukr karne wala bana. to yeh jo dua jo hai na yeh bohat zyada ahmiyat rakhti hai. hamesha humko dua mein jeena chahiye.</w:t>
      </w:r>
    </w:p>
    <w:p>
      <w:pPr>
        <w:jc w:val="right"/>
      </w:pPr>
      <w:r>
        <w:t>तो बस वही मुझे यह हुआ कि दुआ कितनी ज़्यादा अहमियत रखती है दिल में. बहुत ज़्यादा दुआएं कर सकते हैं. यहां तक आपसे ज़्यादा शुक्रगुज़ार बंदा कौन हो सकता है उसके लिए आप दुआ करते थे. अल्लाह माज अल्ली लकाशक कारण ऐ अल्लाह तू मुझे बहुत ज़्यादा शुक्र करने वाला बना. तो यह जो दुआ जो है ना यह बहुत ज़्यादा अहमियत रखती है. हमेशा हमको दुआ में जीना चाहिए.</w:t>
      </w:r>
    </w:p>
    <w:p>
      <w:r>
        <w:rPr>
          <w:b/>
        </w:rPr>
        <w:t xml:space="preserve">[19:05] </w:t>
      </w:r>
      <w:r>
        <w:t>yahan tak ke ras ek hadish hai ke tum har cheez Khuda se mango. yahan tak ke joote ka feet bhi. to yeh bohat hi acha laga ke is tarah ki duaen karna chahiye kyunke bohat sare log aise hain ke actively din mein involve nahi hain to woh bhi dua karein Allah taala unko leebh mawase param karenge.</w:t>
      </w:r>
    </w:p>
    <w:p>
      <w:pPr>
        <w:jc w:val="right"/>
      </w:pPr>
      <w:r>
        <w:t>यहां तक के रस एक हदीश है कि तुम हर चीज़ खुदा से मांगो. यहां तक के जूते का फीता भी. तो यह बहुत ही अच्छा लगा कि इस तरह की दुआएं करना चाहिए क्योंकि बहुत सारे लोग ऐसे हैं के actively दिन में involve नहीं हैं तो वह भी दुआ करें अल्लाह तालाह उनको लीभ मवा से पराम करेंगे.</w:t>
      </w:r>
    </w:p>
    <w:p>
      <w:r>
        <w:rPr>
          <w:b/>
        </w:rPr>
        <w:t xml:space="preserve">[19:34] </w:t>
      </w:r>
      <w:r>
        <w:t>to yeh bohat hi important baat hai aur bohat hi unka jaldba bohat qable qadr hai Allah taala usmein aur zyada burmdin. Haridapa ek baat main aapse share karna cha rahi thi ke woh main kyunke ek saal pehle se Maulana sahab ko jaanti hoon jis din balki unka inteqal hua tha.</w:t>
      </w:r>
    </w:p>
    <w:p>
      <w:pPr>
        <w:jc w:val="right"/>
      </w:pPr>
      <w:r>
        <w:t>तो यह बहुत ही important बात है और बहुत ही उनका जल्दबा बहुत काबले कद्र है अल्ला ताला उसमें और ज़्यादा बर्मदिन. हरिदापा एक बात मैं आपसे share करना चाह रही थी कि वह मैं क्योंकि एक साल पहले से मौलाना साहब को जानती जिस दिन बल्कि उनका इंतक़ाल हुआ था.</w:t>
      </w:r>
    </w:p>
    <w:p>
      <w:r>
        <w:rPr>
          <w:b/>
        </w:rPr>
        <w:t xml:space="preserve">[19:54] </w:t>
      </w:r>
      <w:r>
        <w:t>maine pehli dafa first time social media par implement karti hoon maine balki in fact mere jo sure</w:t>
      </w:r>
    </w:p>
    <w:p>
      <w:pPr>
        <w:jc w:val="right"/>
      </w:pPr>
      <w:r>
        <w:t>मैंने पहली दफा first time social media पर implement करती हूं मैंने बल्कि in fact मेरे जो sure</w:t>
      </w:r>
    </w:p>
    <w:p>
      <w:r>
        <w:rPr>
          <w:b/>
        </w:rPr>
        <w:t xml:space="preserve">[20:19] </w:t>
      </w:r>
      <w:r>
        <w:t>hain unko bhi woh bhi sunne lage balki hum log yaad se jab hum log long drive par</w:t>
      </w:r>
    </w:p>
    <w:p>
      <w:pPr>
        <w:jc w:val="right"/>
      </w:pPr>
      <w:r>
        <w:t>हैं उनको भी वह भी सुनने लगे बल्कि हम लोग याद से जब हम लोग long drive पर</w:t>
      </w:r>
    </w:p>
    <w:p>
      <w:r>
        <w:rPr>
          <w:b/>
        </w:rPr>
        <w:t xml:space="preserve">[20:44] </w:t>
      </w:r>
      <w:r>
        <w:t>kahin jaate hain to khaas saaf hum plan karte hain ki tum ki main different topic chun kar rakhti</w:t>
      </w:r>
    </w:p>
    <w:p>
      <w:pPr>
        <w:jc w:val="right"/>
      </w:pPr>
      <w:r>
        <w:t>कहीं जाते हैं तो ख़ास साफ़ हम plan करते हैं कि तुम कि मैं different topic चुनकर रखती</w:t>
      </w:r>
    </w:p>
    <w:p>
      <w:r>
        <w:rPr>
          <w:b/>
        </w:rPr>
        <w:t xml:space="preserve">[21:09] </w:t>
      </w:r>
      <w:r>
        <w:t>hoon Maulana sahib ke.</w:t>
      </w:r>
    </w:p>
    <w:p>
      <w:pPr>
        <w:jc w:val="right"/>
      </w:pPr>
      <w:r>
        <w:t>हूं मौलाना साहब के.</w:t>
      </w:r>
    </w:p>
    <w:p>
      <w:r>
        <w:rPr>
          <w:b/>
        </w:rPr>
        <w:t xml:space="preserve">[21:35] </w:t>
      </w:r>
      <w:r>
        <w:t>aur apa ne abhi kaha doaa ke bare mein. to main apni bas ek Friday ko main apni main apni ek experience share karna chahti hoon aapke saath.</w:t>
      </w:r>
    </w:p>
    <w:p>
      <w:pPr>
        <w:jc w:val="right"/>
      </w:pPr>
      <w:r>
        <w:t>और आपा ने अभी कहा दोआ के बारे में. तो मैं अपनी बस एक Friday को मैं अपनी मैं अपनी एक experience share करना चाहती हूं आपके साथ.</w:t>
      </w:r>
    </w:p>
    <w:p>
      <w:r>
        <w:rPr>
          <w:b/>
        </w:rPr>
        <w:t xml:space="preserve">[21:47] </w:t>
      </w:r>
      <w:r>
        <w:t>dua kabhi kabhi hum itne uljhe hote hain situation mein ki hum bahut helpless feel karte hain kabhi</w:t>
      </w:r>
    </w:p>
    <w:p>
      <w:pPr>
        <w:jc w:val="right"/>
      </w:pPr>
      <w:r>
        <w:t>दोआ कभी कभी हम इतने उलझे होते हैं situation में कि हम बहुत helpless feel करते हैं कभी</w:t>
      </w:r>
    </w:p>
    <w:p>
      <w:r>
        <w:rPr>
          <w:b/>
        </w:rPr>
        <w:t xml:space="preserve">[21:53] </w:t>
      </w:r>
      <w:r>
        <w:t>koi situation mein aur subconscious ki dua to karte rehte hain but that situation in grip you so</w:t>
      </w:r>
    </w:p>
    <w:p>
      <w:pPr>
        <w:jc w:val="right"/>
      </w:pPr>
      <w:r>
        <w:t>कोई situation में और subconscious की दुआ तो करते रहते हैं but that situation in grip you so</w:t>
      </w:r>
    </w:p>
    <w:p>
      <w:r>
        <w:rPr>
          <w:b/>
        </w:rPr>
        <w:t xml:space="preserve">[21:59] </w:t>
      </w:r>
      <w:r>
        <w:t>much that you just forget and ek situation mere saath abhi kuch Thursday hua tha mere saath ki</w:t>
      </w:r>
    </w:p>
    <w:p>
      <w:pPr>
        <w:jc w:val="right"/>
      </w:pPr>
      <w:r>
        <w:t>much that you just forget and एक situation मेरे साथ अभी कुछ Thursday हुआ था मेरे साथ कि</w:t>
      </w:r>
    </w:p>
    <w:p>
      <w:r>
        <w:rPr>
          <w:b/>
        </w:rPr>
        <w:t xml:space="preserve">[22:05] </w:t>
      </w:r>
      <w:r>
        <w:t>main apni beti ko gayi thi school usually main pickup nahin karti hoon to kuch situation aise hogi</w:t>
      </w:r>
    </w:p>
    <w:p>
      <w:pPr>
        <w:jc w:val="right"/>
      </w:pPr>
      <w:r>
        <w:t>मैं अपनी बेटी को गई थी school usually मैं pickup नहीं करती हूं तो कुछ situation ऐसे होगी</w:t>
      </w:r>
    </w:p>
    <w:p>
      <w:r>
        <w:rPr>
          <w:b/>
        </w:rPr>
        <w:t xml:space="preserve">[22:11] </w:t>
      </w:r>
      <w:r>
        <w:t>jaise mujhe jana pada unko school pickup karne ke liye.</w:t>
      </w:r>
    </w:p>
    <w:p>
      <w:pPr>
        <w:jc w:val="right"/>
      </w:pPr>
      <w:r>
        <w:t>जैसे मुझे जाना पड़ा उनको school pickup करने के लिए.</w:t>
      </w:r>
    </w:p>
    <w:p>
      <w:r>
        <w:rPr>
          <w:b/>
        </w:rPr>
        <w:t xml:space="preserve">[22:18] </w:t>
      </w:r>
      <w:r>
        <w:t>to raste mein mujhe kuch saman bhi ghar ke liye kharidni thi and I had little cash cash in my purse and most of the time I'm using card. to jab main school tak wahan pahunchi to maine dekha ke mere paas cash thode kam hue hain. maybe just $20.30 rupees shayad kam ho rahe hain. usually jo taxi wale ko mujhe dena hoga it will be around 01:20, 01:30. I was having just 100 rupees in my hand. to maine ek lady jo mere apartment mein rehti hai, mere floor ke neeche rehti hai.</w:t>
      </w:r>
    </w:p>
    <w:p>
      <w:pPr>
        <w:jc w:val="right"/>
      </w:pPr>
      <w:r>
        <w:t>तो रास्ते में मुझे कुछ सामान भी घर के लिए खरीदनी थी and I had little cash cash in my purse and most of the time I'm using card. तो जब मैं school तक वहां पहुंची तो मैंने देखा कि मेरे पास cash थोड़े कम हुए हैं. Maybe just $20.30 rupees शायद कम हो रहे हैं. Usually जो taxi वाले को मुझे देना होगा it will be around 01:20, 01:30. I was having just 100 rupees in my hand. तो मैंने एक lady जो मेरे apartment में रहती है, मेरे floor के नीचे रहती है.</w:t>
      </w:r>
    </w:p>
    <w:p>
      <w:r>
        <w:rPr>
          <w:b/>
        </w:rPr>
        <w:t xml:space="preserve">[22:47] </w:t>
      </w:r>
      <w:r>
        <w:t>maine bohat jhijhakte shatmil di se maine unse kaha ke aapke paas agar 100 rupees change hoga to mujhe de dein and inshallah I'll return you in the evening. I was just speaking to myself aur poore all the time main isko lekar ke uljhi hui thi.</w:t>
      </w:r>
    </w:p>
    <w:p>
      <w:pPr>
        <w:jc w:val="right"/>
      </w:pPr>
      <w:r>
        <w:t>मैंने बहुत झिझकते शत्मिल दीजिए से मैंने उनसे कहा कि आपके पास अगर 100 rupees change होगा तो मुझे दे दें and inशालाह I'll return you in the evening. I was just speaking to myself और पूरे all the time मैं इसको लेकर के उलझी हुई थी.</w:t>
      </w:r>
    </w:p>
    <w:p>
      <w:r>
        <w:rPr>
          <w:b/>
        </w:rPr>
        <w:t xml:space="preserve">[23:14] </w:t>
      </w:r>
      <w:r>
        <w:t>to meri beti aati aur main I go towards this place jahan par taxi available hai and I was waiting. mere aage ek aur lady hai woh bhi taxi dekh rahi thi. to taxi wala ne unke paas roka, mere paas nahi roka. to main unke saath khadi ho gayi aur maine unse kaha ke chalo hum log dono baith jaate hain isi mein. aapko jana jana hoga, aap utar jaen aur main usko aage le jaungi. taxi wala ne unse apna charge bataya, mujhse ab mera charge nahi bataya, kitna woh lega?</w:t>
      </w:r>
    </w:p>
    <w:p>
      <w:pPr>
        <w:jc w:val="right"/>
      </w:pPr>
      <w:r>
        <w:t>तो मेरी बेटी आती और मैं I go towards this place जहां पर taxi available है and I was waiting. मेरे आगे एक और lady है वह भी taxi देख रही थी. तो taxi वाला ने उनके पास रोका, मेरे पास नहीं रोका. तो मैं उनके साथ खड़ी हो गई और मैंने उनसे कहा कि चलो हम लोग दोनों बैठ जाते हैं इसी में. आपको जाना जाना होगा, आप उतर जाएं और मैं उसको आगे ले जाऊंगी. Taxi वाला ने उनसे अपना charge बताया, मुझसे अब मेरा charge नहीं बताया, कितना वह लेगा?</w:t>
      </w:r>
    </w:p>
    <w:p>
      <w:r>
        <w:rPr>
          <w:b/>
        </w:rPr>
        <w:t xml:space="preserve">[23:44] </w:t>
      </w:r>
      <w:r>
        <w:t>to hum dono hi taxi mein baith gaye aur raste mein hi unka ghar pehle aaya aur mera baad mein aaya. to jab unko stop karna tha to unhone 100 rupees nikal kar diya aur woh utar gayi apne place par and bohat hi short distance bacha tha mere ghar ka aur jahan woh drop thi. jab main apne ghar ke paas maine taxi wale se pucha ke bhai aap kya charge karenge? kya lenge? to unhone kaha ke jo meter ka hoga wahi hum lenge, lenge aapse.</w:t>
      </w:r>
    </w:p>
    <w:p>
      <w:pPr>
        <w:jc w:val="right"/>
      </w:pPr>
      <w:r>
        <w:t>तो हम दोनों ही taxi में बैठ गए और रास्ते में ही उनका घर पहले आया और मेरा बाद में आया. तो जब उनको stop करना था तो उन्होंने 100 rupees निकालकर दिया और वह उतर गई अपने place पर and बहुत ही short distance बचा था मेरे घर का और जहां वह drop थी. जब मैं अपने घर के पास मैंने taxi वाले से पुछा कि भाई आप क्या charge करेंगे? क्या लेंगे? तो उन्होंने कहा कि जो meter का होगा वही हम लेंगे, लेंगे आपसे.</w:t>
      </w:r>
    </w:p>
    <w:p>
      <w:r>
        <w:rPr>
          <w:b/>
        </w:rPr>
        <w:t xml:space="preserve">[24:13] </w:t>
      </w:r>
      <w:r>
        <w:t>jab main ghar ke paas aayi, main ghar ke paas uthi to the meter was saying just 50 rupees. usne kaha ke aap mujhe badha kar de rahe. to maine unko 60 rupees de diya. to what I got, you know, I am still so trembling of this feeling ke main kisi cheez ko lekar pareshan thi because there are some short of money but Allah knew he is a living god. ise kitabon mein hum padhte nahi ke yeh Khuda zinda Khuda hai.</w:t>
      </w:r>
    </w:p>
    <w:p>
      <w:pPr>
        <w:jc w:val="right"/>
      </w:pPr>
      <w:r>
        <w:t>जब मैं घर के पास आई, मैं घर के पास उठी तो the meter was saying just 50 rupees. उसने कहा कि आप मुझे बढ़ाकर दे रहे. तो मैंने उनको 60 rupees दे दिया. तो what I got, you know, I am still so trembling of this feeling कि मैं किसी चीज़ को लेकर परेशान थी because there are some short of money but अल्लाह knew he is a living god. इसे किताबों में हम पढ़ते नहीं कि यह खुदा ज़िंदा खुदा है.</w:t>
      </w:r>
    </w:p>
    <w:p>
      <w:r>
        <w:rPr>
          <w:b/>
        </w:rPr>
        <w:t xml:space="preserve">[24:39] </w:t>
      </w:r>
      <w:r>
        <w:t>hamari har situation ko, hamare har lama mein hamare par kya guzar raha hai? woh hamein isse bohat zyada woh waqif hai. to jab main utri taxi se it was just mind blowing and I keep on recalling that incident and I keep on realizing ki God is a living God. He knows each and every situation of ours and how he comes and help us out of the way that is totally mind blowing.</w:t>
      </w:r>
    </w:p>
    <w:p>
      <w:pPr>
        <w:jc w:val="right"/>
      </w:pPr>
      <w:r>
        <w:t>हमारी हर situation को, हमारे हर लमा में हमारे पर क्या गुज़र रहा है? वह हमें इससे बहुत ज़्यादा वह वाकिफ है. तो जब मैं उतरी taxi से it was just mind blowing and I keep on recalling that incident and I keep on realizing कि God is a living God. He knows each and every situation of ours and how he comes and help us out of the way that is totally mind blowing.</w:t>
      </w:r>
    </w:p>
    <w:p>
      <w:r>
        <w:rPr>
          <w:b/>
        </w:rPr>
        <w:t xml:space="preserve">[25:08] </w:t>
      </w:r>
      <w:r>
        <w:t>to yeh mujhe main soch rahi thi ke aap sabse yeh share karungi yeh jo incident mere saath hua. isi tarah ka mera bhi check hua hai. kai baar aisa lagta hai mujhe kaam lagta hai ke bohat mushkil lag raha hai. kaam band hi nahi raha hai. ek baar mujhe Sunday ko address karna tha aur mujhe samajh mein hi nahi aara tha. phir main Maulana sahab ke kamre mein gayi wahan baith ke duaba mangi.</w:t>
      </w:r>
    </w:p>
    <w:p>
      <w:pPr>
        <w:jc w:val="right"/>
      </w:pPr>
      <w:r>
        <w:t>तो यह मुझे मैं सोच रही थी कि आप सबसे यह share करूंगी यह जो incident मेरे साथ हुआ. इसी तरह का मेरा भी check हुआ है. कई बार ऐसा लगता है मुझे काम लगता है कि बहुत मुश्किल लग रहा है. काम बंद ही नहीं रहा है. एक बार मुझे Sunday को address करना था और मुझे समझ में ही नहीं आ रहा था. फिर मैं मोराना साहब के कमरे में गई वहां बैठ के दुबा मांगी.</w:t>
      </w:r>
    </w:p>
    <w:p>
      <w:r>
        <w:rPr>
          <w:b/>
        </w:rPr>
        <w:t xml:space="preserve">[25:35] </w:t>
      </w:r>
      <w:r>
        <w:t>phir jo matlab kai din se kaam nahi ho raha tha na woh do ghante mein ho gaya. to phir uske baad jab bhi mujhe koi problem hota hai, kaam nahi ho raha hota hai to main chali jati hoon Maulana sab kamre mein aur wahan baith ke dua karti hoon aur zyada hi pareshani hoti hai phir Quran padhti hoon. to ab dua karti hoon to bilkul aisa resolve ho jata hai jaise ki koi masla tha hi nahi.</w:t>
      </w:r>
    </w:p>
    <w:p>
      <w:pPr>
        <w:jc w:val="right"/>
      </w:pPr>
      <w:r>
        <w:t>फिर जो मतलब कई दिन से काम नहीं हो रहा था ना वह दो घंटे में हो गया. तो फिर उसके बाद जब भी मुझे कोई problem होता है, काम नहीं हो रहा होता है तो मैं चली जाती हूं मालाम सब कमरे में और वहां बैठ के दुआ करती हूं और ज़्यादा ही परेशानी होती है फिर कुरान पढ़ती हूं. तो अब दुआ करती हूं तो बिल्कुल ऐसा resolve हो जाता है जैसे की कोई मसला था ही नहीं.</w:t>
      </w:r>
    </w:p>
    <w:p>
      <w:r>
        <w:rPr>
          <w:b/>
        </w:rPr>
        <w:t xml:space="preserve">[26:02] </w:t>
      </w:r>
      <w:r>
        <w:t>yeh sab Allah taala isliye kar de hum humko feel ho ki hum always we are always in touch with God. yeh feeling honi chahiye. Khuda hamein watch kar raha hai.</w:t>
      </w:r>
    </w:p>
    <w:p>
      <w:pPr>
        <w:jc w:val="right"/>
      </w:pPr>
      <w:r>
        <w:t>यह सब अल्लाह तालाह इसलिए कर दे हम हमको feel हो की हम always we are always in touch with God. यह feeling होनी चाहिए. खुदा हमें watch कर रहा है.</w:t>
      </w:r>
    </w:p>
    <w:p>
      <w:r>
        <w:rPr>
          <w:b/>
        </w:rPr>
        <w:t xml:space="preserve">[26:29] </w:t>
      </w:r>
      <w:r>
        <w:t>khuda hamari har har zaroorat ko janta hai aur usko poora karta hai. to ek living god ka ek kaam hota hai. yeh bahut hi bahut hi badi baat thi. thank you, appa chiza kullaha aur aur koi ladies hai kuch aise experiences jo bahut hi unique hai aur unko ravani kuch kehna chahti hain?</w:t>
      </w:r>
    </w:p>
    <w:p>
      <w:pPr>
        <w:jc w:val="right"/>
      </w:pPr>
      <w:r>
        <w:t>खुदा हमारी हर हर ज़रूरत को जानता है और उसको पूरा करता है. तो एक living god का एक काम होता है. यह बहुत ही बहुत ही बड़ी बात थी. Thank you, अप्पा चिज़ा कल्लाह और और कोई ladies है कुछ ऐसे experiences जो बहुत ही unique है और उनको रोमा वानी कुछ कहना चाहती हैं?</w:t>
      </w:r>
    </w:p>
    <w:p>
      <w:r>
        <w:rPr>
          <w:b/>
        </w:rPr>
        <w:t xml:space="preserve">[26:58] </w:t>
      </w:r>
      <w:r>
        <w:t>assalamulikum kaun? walikum assalam. shabina aapka jo experience suna to farida apa to jaanti hain. aise matlab hazaron hazaron har pal, har lamha experiences hote rehte hain. lekin aaj apa ne jab shuruaat ki to ek baat kahi ki aap ruko mat ke kashmir jayenge tab jaakar unka ehsaas karenge.</w:t>
      </w:r>
    </w:p>
    <w:p>
      <w:pPr>
        <w:jc w:val="right"/>
      </w:pPr>
      <w:r>
        <w:t>अस्लामुलिक कौन? वालिक मस्लाम. शभिना आपका जो experience सुना तो फरीदा आपा तो जानती हैं. ऐसे मतलब हज़ारों हज़ारों हर पल, हर लम्हा experiences होते रहते हैं. लेकिन आज आपा ने जब शुरुआत की तो एक बात कही कि आप रुको मत के कश्मीर जाएंगे तब जाकर उनका एहसास करेंगे.</w:t>
      </w:r>
    </w:p>
    <w:p>
      <w:r>
        <w:rPr>
          <w:b/>
        </w:rPr>
        <w:t xml:space="preserve">[27:23] </w:t>
      </w:r>
      <w:r>
        <w:t>to main aapko batana chahti hoon farida appaiye please dhyan se suniye. main to kashmir mein hi hoon. to hota yeh hai ki jitna maulana sahab ko zyada padhte hain aur jo bhi hamare cpc group mein jo bhi roz articles ya jo bhi hamari guftagu hoti hai.</w:t>
      </w:r>
    </w:p>
    <w:p>
      <w:pPr>
        <w:jc w:val="right"/>
      </w:pPr>
      <w:r>
        <w:t>तो मैं आपको बताना चाहती हूं फरीदा अपाइए please ध्यान से सुनिए. मैं तो कश्मीर में ही हूं. तो होता यह है कि जितना मौलाना साहब को ज़्यादा पढ़ते हैं और जो भी हमारे CPS group में जो भी रोज़ articles या जो भी हमारी गुफ्तगु होती है.</w:t>
      </w:r>
    </w:p>
    <w:p>
      <w:r>
        <w:rPr>
          <w:b/>
        </w:rPr>
        <w:t xml:space="preserve">[27:42] </w:t>
      </w:r>
      <w:r>
        <w:t>main aajkal itni sensitive ban gayi hoon na matlab lagta hai ki jab main akeli hoon to main theek hoon allah ke saath lekin jaise hi main kisi ke saath interact karungi to pata nahi lagta hai ki kahin mera reaction ya mera behavior towards them na woh ek andar se kuch pata nahi aur ghar walon ke saath apni duty to kar hi leti hoon.</w:t>
      </w:r>
    </w:p>
    <w:p>
      <w:pPr>
        <w:jc w:val="right"/>
      </w:pPr>
      <w:r>
        <w:t>मैं आजकल इतनी sensitive वन गई हूं ना मतलब लगता है कि जब मैं अकेली हूं तो मैं ठीक हूं अल्लाह के साथ लेकिन जैसे ही मैं किसी के साथ interact करूंगी तो पता नहीं लगता है कि कहीं मेरा reaction या मेरा behavior towards them ना वह एक अंदर से कुछ पता नहीं और घर वालों के साथ अपनी duty तो कर ही लेती हूं.</w:t>
      </w:r>
    </w:p>
    <w:p>
      <w:r>
        <w:rPr>
          <w:b/>
        </w:rPr>
        <w:t xml:space="preserve">[28:11] </w:t>
      </w:r>
      <w:r>
        <w:t>kitchen mein bhi nazar doongi, ghar ka bhi kaam kar loongi jo bhi lekin woh jo matlab achha hi nahi lagta hai kisi ke saath baithna. to pata nahi kya gadbad ho rahi hai. aap thoda guide karein aapka ki kyon aisa ho raha hai? par aap jante hain main to bahut khush hoti hoon jaise aap saat baje ka intezaar kar rahi thi. main paune saat baje hi line par aa gayi.</w:t>
      </w:r>
    </w:p>
    <w:p>
      <w:pPr>
        <w:jc w:val="right"/>
      </w:pPr>
      <w:r>
        <w:t>Kitchen में भी नज़र दूंगी, घर का भी काम कर लूंगी जो भी लेकिन वह जो मतलब अच्छा ही नहीं लगता है किसी के साथ बैठना. तो पता नहीं क्या गड़बड़ हो रही है. आप थोड़ा guide करें आपका कि क्यों ऐसा हो रहा है? पर आप जानते हैं मैं तो बहुत खुश होती हूं जैसे आप सात बजे का इंतज़ार कर रही थी. मैं पौने सात बजे ही line पर आ गई.</w:t>
      </w:r>
    </w:p>
    <w:p>
      <w:r>
        <w:rPr>
          <w:b/>
        </w:rPr>
        <w:t xml:space="preserve">[28:35] </w:t>
      </w:r>
      <w:r>
        <w:t>dekha bhi koi nahi aaya hai to meeting leave kar gayi phir ki chale saat baje shabina ji start karenge to aaungi. to agar aapke saath hona chahti hoon to baaqiyon ke saath yeh ajeeb kuch matlab doori maintain karna chahti hoon ya kuch matlab woh pehle wali koi attachment nahi rahi ya agar kuch guide kar sakein to batayein mujhe.</w:t>
      </w:r>
    </w:p>
    <w:p>
      <w:pPr>
        <w:jc w:val="right"/>
      </w:pPr>
      <w:r>
        <w:t>देखा भी कोई नहीं आया है तो meeting leave कर गई फिर कि चले सात बजे शाबिना जी start करेंगे तो आऊंगी. तो अगर आपके साथ होना चाहती हूं तो बाकियों के साथ यह अजीब कुछ मतलब दूरी maintain करना चाहती हूं या कुछ मतलब वह पहले वाली कोई attachment नहीं रही या अगर कुछ guide कर सकें तो बताएं मुझे.</w:t>
      </w:r>
    </w:p>
    <w:p>
      <w:r>
        <w:rPr>
          <w:b/>
        </w:rPr>
        <w:t xml:space="preserve">[29:03] </w:t>
      </w:r>
      <w:r>
        <w:t>asal mein insaan jo hai ek hi jagah focus karta hai. mind ki banawat aisi hai ki woh focus ek hi jagah karta hai.</w:t>
      </w:r>
    </w:p>
    <w:p>
      <w:pPr>
        <w:jc w:val="right"/>
      </w:pPr>
      <w:r>
        <w:t>असल में इंसान जो है एक ही जगह focus करता है. Mind की बनावट ऐसी है कि वह focus एक ही जगह करता है.</w:t>
      </w:r>
    </w:p>
    <w:p>
      <w:r>
        <w:rPr>
          <w:b/>
        </w:rPr>
        <w:t xml:space="preserve">[29:12] </w:t>
      </w:r>
      <w:r>
        <w:t>jab aapne khuda ki baaton par apna focus kiya, khuda par apna dhyan diya aur to unhi logon se aap saal log rakhna chahte hai jo aapke mission se saal log rakhte hai to yeh it is but natural list ko hum kahenge ki humko doosri cheezon mein dilchaspi nahi hoti lekin doosron se malakat bhi karni hai kyunki unko apni baatein bhi batani hai.</w:t>
      </w:r>
    </w:p>
    <w:p>
      <w:pPr>
        <w:jc w:val="right"/>
      </w:pPr>
      <w:r>
        <w:t>जब आपने खुदा की बातों पर अपना focus किया, खुदा पर अपना ध्यान दिया और तो उन्हीं लोगों से आप साल लोग रखना चाहते है जो आपके mission से साल लोग रखते है तो यह it is but natural list को हम कहेंगे कि हमको दूसरी चीज़ों में दिलचस्पी नहीं होती लेकिन दूसरों से मलाकात भी करनी है क्योंकि उनको अपनी बातें भी बतानी है.</w:t>
      </w:r>
    </w:p>
    <w:p>
      <w:r>
        <w:rPr>
          <w:b/>
        </w:rPr>
        <w:t xml:space="preserve">[29:40] </w:t>
      </w:r>
      <w:r>
        <w:t>yeh to hamari duty hai na ki doosron ko bhi hum hafta ki hazar ka rasta dikhayein. to isliye hamein milna bhi hai. main batati hoon maurana sahab kabhi bhi kisi shadi wagera aise program mein kabhi nahi jaate the. to woh samajhte the ki yeh time waste of time hai. lekin ek baar unko ehsaas hua ki wahan par jo log ikattha hote hain woh humko is tarah nahi milenge.</w:t>
      </w:r>
    </w:p>
    <w:p>
      <w:pPr>
        <w:jc w:val="right"/>
      </w:pPr>
      <w:r>
        <w:t>यह तो हमारी duty है ना कि दूसरों को भी हम हफ़्ता की हज़ार का रास्ता दिखाएं. तो इसलिए हमें मिलना भी है. मैं बताती हूं मोराना साहब कभी भी किसी शादी वगैरह ऐसे program में कभी नहीं जाते थे. तो वह समझते थे कि यह time waste of time है. लेकिन एक बार उनको एहसास हुआ कि वहां पर जो लोग इकट्ठा होते हैं वह हमको इस तरह नहीं मिलेंगे.</w:t>
      </w:r>
    </w:p>
    <w:p>
      <w:r>
        <w:rPr>
          <w:b/>
        </w:rPr>
        <w:t xml:space="preserve">[30:08] </w:t>
      </w:r>
      <w:r>
        <w:t>to unhone last der mein apne chand shadi program attend kiye. to wahan hum log aur hamari jo bhatiji hain bhatiji do teen bhatijiyan to woh sab quran aur literature lekar jati thi wahan ek mez lekar us par rakh ke literature distribute karti thi. to is tarike se kai program hue aur bahut kaam hua.</w:t>
      </w:r>
    </w:p>
    <w:p>
      <w:pPr>
        <w:jc w:val="right"/>
      </w:pPr>
      <w:r>
        <w:t>तो उन्होंने last देर में अपने चंद शादी program attend किए. तो वहां हम लोग और हमारी जो भतीजी हैं भतीजी दो तीन भतीजियां तो वह सब कुरान और literature लेकर जाती थी वहां एक मेज लेकर उस पर रख के literature distribute करती थी. तो इस तरीके से कई program हुए और बहुत काम हुआ.</w:t>
      </w:r>
    </w:p>
    <w:p>
      <w:r>
        <w:rPr>
          <w:b/>
        </w:rPr>
        <w:t xml:space="preserve">[30:33] </w:t>
      </w:r>
      <w:r>
        <w:t>to aap yeh socha kariye ki kuch log kahoge jo bilkul in sync with your mission hai aur</w:t>
      </w:r>
    </w:p>
    <w:p>
      <w:pPr>
        <w:jc w:val="right"/>
      </w:pPr>
      <w:r>
        <w:t>तो आप यह सोचा करिए कि कुछ लोग कहोगे जो बिल्कुल in sync with your mission है और</w:t>
      </w:r>
    </w:p>
    <w:p>
      <w:r>
        <w:rPr>
          <w:b/>
        </w:rPr>
        <w:t xml:space="preserve">[30:43] </w:t>
      </w:r>
      <w:r>
        <w:t>kuch log ho jinko aapko mission ki taraf lana hai.</w:t>
      </w:r>
    </w:p>
    <w:p>
      <w:pPr>
        <w:jc w:val="right"/>
      </w:pPr>
      <w:r>
        <w:t>कुछ लोग हो जिनको आपको mission की तरफ लाना है.</w:t>
      </w:r>
    </w:p>
    <w:p>
      <w:r>
        <w:rPr>
          <w:b/>
        </w:rPr>
        <w:t xml:space="preserve">[30:53] </w:t>
      </w:r>
      <w:r>
        <w:t>to is tarike se aapko features bhi ho jayegi aur aap unko mission ki baatein batayenge.</w:t>
      </w:r>
    </w:p>
    <w:p>
      <w:pPr>
        <w:jc w:val="right"/>
      </w:pPr>
      <w:r>
        <w:t>तो इस तरीके से आपको features भी हो जाएगी और आप उनको mission की बातें बताएंगे.</w:t>
      </w:r>
    </w:p>
    <w:p>
      <w:r>
        <w:rPr>
          <w:b/>
        </w:rPr>
        <w:t xml:space="preserve">[31:04] </w:t>
      </w:r>
      <w:r>
        <w:t>bade to bada dushman aapka hota tha usse bhi milte the. to sabko apni baat bataya karte the. zaroori nahi ki usi waqt baat samajh mein aa jaye. baad mein bhi samajh mein aati. ab hazrat umar ko bahut pehle se sab baatein pata thi frran ki aaye the farfar ke log sunate the. lekin ek waqt aaya jab unhone usko realize kiya to unko marfat ho gayi.</w:t>
      </w:r>
    </w:p>
    <w:p>
      <w:pPr>
        <w:jc w:val="right"/>
      </w:pPr>
      <w:r>
        <w:t>बड़े तो बड़ा दुश्मन आपका होता था उससे भी मिलते थे. तो सबको अपनी बात बताया करते थे. ज़रूरी नहीं की उसी वक्त बात समझ में आ जाए. बाद में भी समझ में आती. अब हजरत उमर को बहुत पहले से सब बातें पता दी फ़रान की आए थे फ़रफ़र के लोग सुनाते थे. लेकिन एक वक्त आया जब उन्होंने उसको realize किया तो उनको मारफ़त हो गई.</w:t>
      </w:r>
    </w:p>
    <w:p>
      <w:r>
        <w:rPr>
          <w:b/>
        </w:rPr>
        <w:t xml:space="preserve">[31:31] </w:t>
      </w:r>
      <w:r>
        <w:t>to hamein yeh chahiye ki hum logon se mulakat karein lekin is yeh maqsad apne samne rakhein ki hamein inko matlab bahut zyada bhi nahi bata sakte jitna hum unko bata sakein utna hum unko baatein batayein. ji.</w:t>
      </w:r>
    </w:p>
    <w:p>
      <w:pPr>
        <w:jc w:val="right"/>
      </w:pPr>
      <w:r>
        <w:t>तो हमें यह चाहिए कि हम लोगों से मुलाकात करें लेकिन इस यह मकसद अपने सामने रखें कि हमें इनको मतलब बहुत ज़्यादा भी नहीं बता सकते जितना हम उनको बता सकें उतना हम उनको बातें बताएं. जी.</w:t>
      </w:r>
    </w:p>
    <w:p>
      <w:r>
        <w:rPr>
          <w:b/>
        </w:rPr>
        <w:t xml:space="preserve">[31:52] </w:t>
      </w:r>
      <w:r>
        <w:t>to kuch na kuch baatein unko batayein thoda thoda experience mein to ho sakta hai ki unko kabhi na kabhi baatein aapke samajh mein aa jayengi ab woh aapke saathi ban jayenge to is lihaz se sochiye lekin aapka jo spiritual level hai woh bahut buland ho gaya hai bahut khushi hui ki aapko un logon se dilchaspi nahi hoti jo aapke mission mein aapke saathi nahi hai.</w:t>
      </w:r>
    </w:p>
    <w:p>
      <w:pPr>
        <w:jc w:val="right"/>
      </w:pPr>
      <w:r>
        <w:t>तो कुछ ना कुछ बातें उनको बताएं थोड़ा थोड़ा experience में तो हो सकता है कि उनको कभी ना कभी बातें आपके समझ में आ जाएंगी अब वह आपके साथी वन जाएंगे तो इस लिहाज से सोचिए लेकिन आपका जो spiritual level है वह बहुत बुलंद हो गया है बहुत खुशी हुई कि आपको उन लोगों से दिलचस्पी नहीं होती जो आपके mission में आपके साथी नहीं है.</w:t>
      </w:r>
    </w:p>
    <w:p>
      <w:r>
        <w:rPr>
          <w:b/>
        </w:rPr>
        <w:t xml:space="preserve">[32:16] </w:t>
      </w:r>
      <w:r>
        <w:t>lekin dilchaspi fayda karni padegi kyunki rasoolullah sallam ne har ek baat ki woh yahood ho, yugitai ho, woh makkaj ho, mushrikeen ho to usi tarike se hamein bhi karna hai padega.</w:t>
      </w:r>
    </w:p>
    <w:p>
      <w:pPr>
        <w:jc w:val="right"/>
      </w:pPr>
      <w:r>
        <w:t>लेकिन दिलचस्पी फ़ायदा करनी पड़ेगी क्योंकि रसूल्लाह सुल्लाम ने हर एक बात की वो यहूद हो, योगीताई हो, वह मक्केज हो, मुश्रिकीन हो तो उसी तरीके से हमें भी करना है पड़ेगा.</w:t>
      </w:r>
    </w:p>
    <w:p>
      <w:r>
        <w:rPr>
          <w:b/>
        </w:rPr>
        <w:t xml:space="preserve">[32:32] </w:t>
      </w:r>
      <w:r>
        <w:t>ji ji appa main koshish karti hoon jo khaskar ke youth wagera hote hain unse to mil bhi</w:t>
      </w:r>
    </w:p>
    <w:p>
      <w:pPr>
        <w:jc w:val="right"/>
      </w:pPr>
      <w:r>
        <w:t>जी जी अप्पा मैं कोशिश करती हूं जो खासकर के youth वगैरह होते हैं उनसे तो मिल भी</w:t>
      </w:r>
    </w:p>
    <w:p>
      <w:r>
        <w:rPr>
          <w:b/>
        </w:rPr>
        <w:t xml:space="preserve">[32:38] </w:t>
      </w:r>
      <w:r>
        <w:t>leti hoon aur online bhi baat kar leti hoon aur aajkal zyada woh comparative studies mein bhi unko</w:t>
      </w:r>
    </w:p>
    <w:p>
      <w:pPr>
        <w:jc w:val="right"/>
      </w:pPr>
      <w:r>
        <w:t>लेती हूं और online भी बात कर लेती हूं और आजकल ज़्यादा वह comparative studies में भी उनको</w:t>
      </w:r>
    </w:p>
    <w:p>
      <w:r>
        <w:rPr>
          <w:b/>
        </w:rPr>
        <w:t xml:space="preserve">[32:44] </w:t>
      </w:r>
      <w:r>
        <w:t>encourage karti hoon ki aap apne dharm se jo main keh rahi hoon aap apne dharm se bhi</w:t>
      </w:r>
    </w:p>
    <w:p>
      <w:pPr>
        <w:jc w:val="right"/>
      </w:pPr>
      <w:r>
        <w:t>encourage करती हूं कि आप अपने धर्म से जो मैं कह रही हूं आप अपने धर्म से भी</w:t>
      </w:r>
    </w:p>
    <w:p>
      <w:r>
        <w:rPr>
          <w:b/>
        </w:rPr>
        <w:t xml:space="preserve">[32:50] </w:t>
      </w:r>
      <w:r>
        <w:t>samajhne ki koshish kijiye lekin thoda sa dar bhi lagta hai ki woh matlab koi restlessness ho jati</w:t>
      </w:r>
    </w:p>
    <w:p>
      <w:pPr>
        <w:jc w:val="right"/>
      </w:pPr>
      <w:r>
        <w:t>समझने की कोशिश कीजिए लेकिन थोड़ा सा डर भी लगता है कि वह मतलब कोई restlessness हो जाती</w:t>
      </w:r>
    </w:p>
    <w:p>
      <w:r>
        <w:rPr>
          <w:b/>
        </w:rPr>
        <w:t xml:space="preserve">[32:56] </w:t>
      </w:r>
      <w:r>
        <w:t>hai logon se milkar na sochti hoon ki yeh pata nahi theek hai main koshish karungi aapka aap</w:t>
      </w:r>
    </w:p>
    <w:p>
      <w:pPr>
        <w:jc w:val="right"/>
      </w:pPr>
      <w:r>
        <w:t>है लोगों से मिलकर ना सोचती हूं कि यह पता नहीं ठीक है मैं कोशिश करूंगी आपका आप</w:t>
      </w:r>
    </w:p>
    <w:p>
      <w:r>
        <w:rPr>
          <w:b/>
        </w:rPr>
        <w:t xml:space="preserve">[33:02] </w:t>
      </w:r>
      <w:r>
        <w:t>logon main koshish karungi milne ke logon se.</w:t>
      </w:r>
    </w:p>
    <w:p>
      <w:pPr>
        <w:jc w:val="right"/>
      </w:pPr>
      <w:r>
        <w:t>लोगों मैं कोशिश करूंगी मिलने के लोगों से.</w:t>
      </w:r>
    </w:p>
    <w:p>
      <w:r>
        <w:rPr>
          <w:b/>
        </w:rPr>
        <w:t xml:space="preserve">[33:09] </w:t>
      </w:r>
      <w:r>
        <w:t>shukriya. sala walikum. shukriya. ab aaye rasoolullah sallam kaba mein jaate the wahan buddh rakhte hue the. jaakar logon ko baatein batate the. to aap poori koshish kariye aur samajh lijiye aap rasoolullah sallam ki sunna par aman kar rahi hain. chalo. ji aap nishma aap kuch kehna chahti hain?</w:t>
      </w:r>
    </w:p>
    <w:p>
      <w:pPr>
        <w:jc w:val="right"/>
      </w:pPr>
      <w:r>
        <w:t>शुक्रिया. सलाह वालिक खुश. शुक्रिया. अब आए रसूल्लाह सलम काबा में जाते थे वहां बुद्ध रखते हुए थे. जाकर लोगों को बातें बताते थे. तो आप पूरी कोशिश करिए और समझ लीजिए आप रसूल्ला सस्लाम की सुनना पर अमन कर रही हैं. चलो. जी आप निश्मा आप कुछ कहना चाह रही हैं?</w:t>
      </w:r>
    </w:p>
    <w:p>
      <w:r>
        <w:rPr>
          <w:b/>
        </w:rPr>
        <w:t xml:space="preserve">[33:36] </w:t>
      </w:r>
      <w:r>
        <w:t>main soch rahi thi ki is waqt kuch nahi bol rahi hoon lekin i got motivated. maine socha ek dua ka main bhi ek share karna chahti hoon. abhi kuch mahine pehle main dubai gayi thi jab yeh corona ka woh chal raha tha sara. to hamein test karakar jaana tha kisi hospital se jo humne kara liya phir wahan jaakar hua.</w:t>
      </w:r>
    </w:p>
    <w:p>
      <w:pPr>
        <w:jc w:val="right"/>
      </w:pPr>
      <w:r>
        <w:t>मैं सोच रही थी कि इस वक्त कुछ नहीं बोल रही हूं लेकिन I got motivated. मैंने सोचा एक दोआ का मैं भी एक share करना चाह रही हूं. अभी कुछ महीने पहले मैं Dubai गई थी जब यह corona का वह चल रहा था सारा. तो हमें test कराकर जाना था किसी hospital से जो हमने करा लिया फिर वहां जाकर हुआ.</w:t>
      </w:r>
    </w:p>
    <w:p>
      <w:r>
        <w:rPr>
          <w:b/>
        </w:rPr>
        <w:t xml:space="preserve">[33:59] </w:t>
      </w:r>
      <w:r>
        <w:t>to jab main ticket vicket mera sab ho gaya to jab usne dekha to usne kaha ki iske upar wahan ki muhall nahi hai hospital and you cannot go. with this we cannot let you go. to maine kaha bhai yeh hospital se hamein mila hai ab uske andar usne muhall lagai ya nahi lagai ki main kya bataun aapko? phir maine apni beti nakma ko yahan phone kiya. usne driver ko ek aur driver ko bheja hospital mein.</w:t>
      </w:r>
    </w:p>
    <w:p>
      <w:pPr>
        <w:jc w:val="right"/>
      </w:pPr>
      <w:r>
        <w:t>तो जब मैं ticket विकेट मेरा सब हो गया तो जब उसने देखा तो उसने कहा कि इसके ऊपर वहां की मुहल नहीं है hospital and you cannot go. With this we cannot let you go. तो मैंने कहा भाई यह hospital से हमें मिला है अब उसके अंदर उन्होंने मुहल लगाई या नहीं लगाई कि मैं क्या बताऊं आपको? फिर मैंने अपनी बेटी नकमा को यहां phone किया. उसने driver को एक और driver को भेजा hospital में.</w:t>
      </w:r>
    </w:p>
    <w:p>
      <w:r>
        <w:rPr>
          <w:b/>
        </w:rPr>
        <w:t xml:space="preserve">[34:28] </w:t>
      </w:r>
      <w:r>
        <w:t>to jahan se woh woh milna tha woh wahan par koi tha nahi unhone raat ke saat saade saat aath baj rahe the us waqt to hospital mein bhi wahan koi nahi tha. to main bas phir usne mujhse kaha ki dekhiye aap yahan se line se hat jaiye aur unko phone jo bhi aapko karna hai line se hat jaiye. bas main itni andaaz se dua karti rahi ki dekhiye yeh humne to apni taraf se sab kuch kiya.</w:t>
      </w:r>
    </w:p>
    <w:p>
      <w:pPr>
        <w:jc w:val="right"/>
      </w:pPr>
      <w:r>
        <w:t>तो जहां से वह वह मिलना था वह वहां पर कोई था नहीं उन्होंने रात के सात साढ़े सात आठ बज रहे थे उस वक़्त तो hospital में भी वहां कोई नहीं था. तो मैं बस फिर उसने मुझसे कहा कि देखिए आप यहां से line से हट जाइए और उनको phone जो भी आपको करना है line से हट जाइए. बस मैं इतनी अंदाज़ से दौआ करती रही कि देखिए यह हमने तो अपनी तरफ़ से सब कुछ किया.</w:t>
      </w:r>
    </w:p>
    <w:p>
      <w:r>
        <w:rPr>
          <w:b/>
        </w:rPr>
        <w:t xml:space="preserve">[34:54] </w:t>
      </w:r>
      <w:r>
        <w:t>khair phir driver se kaha ki jaakar tum andar jao matlab jahan se milna tha use kisi aur counter par jaakar poochkar paachho. to woh bata raha tha to us aadmi ne bhi kaha ki hum is waqt help nahi kar sakte ki us us jagah ka koi nahi hai. to wahan par ek lady khadi hui thi unhone pucha ki unka naam tha nargis khan. maine us hospital mein koi nargis khan wagera ko main nahi jaanti thi. to unhone kaha kya problem hai pata ho? usne bataya unhein.</w:t>
      </w:r>
    </w:p>
    <w:p>
      <w:pPr>
        <w:jc w:val="right"/>
      </w:pPr>
      <w:r>
        <w:t>खैर फिर driver से कहा कि जाकर तुम अंदर जाओ मतलब जहां से मिलना था उसे किसी और counter पर जाकर पूछकर पाछो. तो वह बता रहा था तो उस आदमी ने भी कहा कि हम इस वक्त help नहीं कर सकते कि उस उस जगह का कोई नहीं है. तो वहां पर एक lady खड़ी हुई थी उन्होंने पुछा कि उनका नाम था नरगिस खान. मैंने उस hospital में कोई नरगिस खान वगैरह को मैं नहीं जानती थी. तो उन्होंने कहा क्या problem है पता हो? उसने बताया उन्हें.</w:t>
      </w:r>
    </w:p>
    <w:p>
      <w:r>
        <w:rPr>
          <w:b/>
        </w:rPr>
        <w:t xml:space="preserve">[35:24] </w:t>
      </w:r>
      <w:r>
        <w:t>to unhone kaha achha main dekhti hoon. she might be a doctor or nurse i don't know. to woh jaakar unhone kisi se kehkar woh buhar lagwa di aur woh hamein bhej di. hum do ghante bahar khade rahe matlab line se hatkar khade rahe aur phir yeh aa gaya. to maine itna main main mujhe pareshani to thi lekin itni nahi thi. main allah mein bahut bharosa tha ki allah tu hi kuch madad karega, tu hi kuch madad karega aur woh ho gaya.</w:t>
      </w:r>
    </w:p>
    <w:p>
      <w:pPr>
        <w:jc w:val="right"/>
      </w:pPr>
      <w:r>
        <w:t>तो उन्होंने कहा अच्छा मैं देखती हूं. She might be a doctor or nurse I don't know. तो वह जाकर उन्होंने किसी से कहकर वह बुहर लगवा दी और वह हमें भेज दी. हम दो घंटे बाहर खड़े रहे मतलब line से हटकर खड़े रहे और फिर यह आ गया. तो मैंने इतना मैं मैं मुझे परेशानी तो थी लेकिन इतनी नहीं थी. मैं अल्लाह में बहुत भरोसा था कि अल्लाह तू ही कुछ मदद करेगा, तू ही कुछ मदद करेगा और वह हो गया.</w:t>
      </w:r>
    </w:p>
    <w:p>
      <w:r>
        <w:rPr>
          <w:b/>
        </w:rPr>
        <w:t xml:space="preserve">[35:53] </w:t>
      </w:r>
      <w:r>
        <w:t>to bas mujhe laga ki yeh to farsh to nahi diya hai.</w:t>
      </w:r>
    </w:p>
    <w:p>
      <w:pPr>
        <w:jc w:val="right"/>
      </w:pPr>
      <w:r>
        <w:t>तो बस मुझे लगा कि यह तो फर्श तो नहीं दिया है.</w:t>
      </w:r>
    </w:p>
    <w:p>
      <w:r>
        <w:rPr>
          <w:b/>
        </w:rPr>
        <w:t xml:space="preserve">[35:58] </w:t>
      </w:r>
      <w:r>
        <w:t>aisa kaam kaise ho sakta tha aur woh aise hua kaam izhaar karna.</w:t>
      </w:r>
    </w:p>
    <w:p>
      <w:pPr>
        <w:jc w:val="right"/>
      </w:pPr>
      <w:r>
        <w:t>ऐसा काम कैसे हो सकता था और वह ऐसे हुआ काम इज़ार करना.</w:t>
      </w:r>
    </w:p>
    <w:p>
      <w:r>
        <w:rPr>
          <w:b/>
        </w:rPr>
        <w:t xml:space="preserve">[36:03] </w:t>
      </w:r>
      <w:r>
        <w:t>ji apa, nazma apa aapne ekdam sahi kaha.</w:t>
      </w:r>
    </w:p>
    <w:p>
      <w:pPr>
        <w:jc w:val="right"/>
      </w:pPr>
      <w:r>
        <w:t>जी आपा, नज़मा आपा आपने एकदम सही कहा.</w:t>
      </w:r>
    </w:p>
    <w:p>
      <w:r>
        <w:rPr>
          <w:b/>
        </w:rPr>
        <w:t xml:space="preserve">[36:08] </w:t>
      </w:r>
      <w:r>
        <w:t>kai baar aise situation hamare samne aate hain aur woh bilkul hi koi angel, koi farishta hi se</w:t>
      </w:r>
    </w:p>
    <w:p>
      <w:pPr>
        <w:jc w:val="right"/>
      </w:pPr>
      <w:r>
        <w:t>कई बार ऐसे situation हमारे सामने आते हैं और वह बिल्कुल ही कोई angel, कोई फरिश्ता ही से</w:t>
      </w:r>
    </w:p>
    <w:p>
      <w:r>
        <w:rPr>
          <w:b/>
        </w:rPr>
        <w:t xml:space="preserve">[36:13] </w:t>
      </w:r>
      <w:r>
        <w:t>hi yeh kaam hua tabhi to yeh kaam ho paya.</w:t>
      </w:r>
    </w:p>
    <w:p>
      <w:pPr>
        <w:jc w:val="right"/>
      </w:pPr>
      <w:r>
        <w:t>ही यह काम हुआ तभी तो यह काम हो पाया.</w:t>
      </w:r>
    </w:p>
    <w:p>
      <w:r>
        <w:rPr>
          <w:b/>
        </w:rPr>
        <w:t xml:space="preserve">[36:18] </w:t>
      </w:r>
      <w:r>
        <w:t>to bilkul aapne sahi kaha.</w:t>
      </w:r>
    </w:p>
    <w:p>
      <w:pPr>
        <w:jc w:val="right"/>
      </w:pPr>
      <w:r>
        <w:t>तो बिल्कुल आपने सही कहा.</w:t>
      </w:r>
    </w:p>
    <w:p>
      <w:r>
        <w:rPr>
          <w:b/>
        </w:rPr>
        <w:t xml:space="preserve">[36:24] </w:t>
      </w:r>
      <w:r>
        <w:t>shabina tasneem has raised her hand to say something. doctor shabina. ji. i hope ki main isliye sun rahi thi bahut hi zyada sabke itne messages sunkar aisa spiritually awaken ho jaate hain na. phir apni baat ko hum bahut achhe se bata paate hain.</w:t>
      </w:r>
    </w:p>
    <w:p>
      <w:pPr>
        <w:jc w:val="right"/>
      </w:pPr>
      <w:r>
        <w:t>सफीना तपसुम has raised her hand to say something. Doctor सफीना. जी. I hope कि मैं इसलिए sun रही थी बहुत ही ज़्यादा सबके इतने messages सुनकर ऐसा spiritually awaken हो जाते हैं ना. फिर अपनी बात को हम बहुत अच्छे से बता पाते हैं.</w:t>
      </w:r>
    </w:p>
    <w:p>
      <w:r>
        <w:rPr>
          <w:b/>
        </w:rPr>
        <w:t xml:space="preserve">[36:46] </w:t>
      </w:r>
      <w:r>
        <w:t>to tab main us ekdam se jaise join kiya to mujhe lag raha tha ki main bahut zyada abhi kuch bolne layak hi nahi hoon lekin mashallah sabki baaton ne mera spiritual level ekdam se raise kiya hai. thoda sa shabina mera lamba ho jayega aur koi lady agar kehna chahe to woh apna hath utha le main band kar doongi. kyunki maine na abhi recently ek travel kiya tha. main aligarh gayi thi.</w:t>
      </w:r>
    </w:p>
    <w:p>
      <w:pPr>
        <w:jc w:val="right"/>
      </w:pPr>
      <w:r>
        <w:t>तो तब मैं उस एकदम से जैसे join किया तो मुझे लग रहा था कि मैं बहुत ज़्यादा अभी कुछ बोलने लायक ही नहीं हूं लेकिन माशिल्ला सबकी बातों ने मेरा spiritual level एकदम से raise किया है. थोड़ा सा शविना मेरा लंबा हो जाएगा और कोई lady अगर कहना चाहे तो वह अपना हाथ उठा ले मैं बंद कर दूंगी. क्योंकि मैंने ना अभी recently एक travel किया था. मैं अलीगढ़ गई थी.</w:t>
      </w:r>
    </w:p>
    <w:p>
      <w:r>
        <w:rPr>
          <w:b/>
        </w:rPr>
        <w:t xml:space="preserve">[37:10] </w:t>
      </w:r>
      <w:r>
        <w:t>to wahan ke main kuch experiences mujhe hue aur main thoda sa wah bade hain to main agar aapko lagega na zyada ho gaya to beach mein cut short kar dena please sirf shabina I request. ji ji ji are you go ahead?</w:t>
      </w:r>
    </w:p>
    <w:p>
      <w:pPr>
        <w:jc w:val="right"/>
      </w:pPr>
      <w:r>
        <w:t>तो वहां के मैं कुछ experiences मुझे हुए और मैं थोड़ा सा वह बड़े हैं तो मैं अगर आपको लगेगा ना ज़्यादा हो गया तो beach में cut short कर देना please सिर्फ़ शभीना I request. जी जी जी are you go ahead?</w:t>
      </w:r>
    </w:p>
    <w:p>
      <w:r>
        <w:rPr>
          <w:b/>
        </w:rPr>
        <w:t xml:space="preserve">[37:24] </w:t>
      </w:r>
      <w:r>
        <w:t>actually sabse pehle to yeh travel jo tha hamara bahut unplanned travel travel tha thi hamari gaadi aage</w:t>
      </w:r>
    </w:p>
    <w:p>
      <w:pPr>
        <w:jc w:val="right"/>
      </w:pPr>
      <w:r>
        <w:t>Actually सबसे पहले तो यह travel जो था हमारा बहुत unplanned travel travel था थी हमारी गाड़ी आगे</w:t>
      </w:r>
    </w:p>
    <w:p>
      <w:r>
        <w:rPr>
          <w:b/>
        </w:rPr>
        <w:t xml:space="preserve">[37:51] </w:t>
      </w:r>
      <w:r>
        <w:t>chale ja rahi thi.</w:t>
      </w:r>
    </w:p>
    <w:p>
      <w:pPr>
        <w:jc w:val="right"/>
      </w:pPr>
      <w:r>
        <w:t>चले जा रही थी.</w:t>
      </w:r>
    </w:p>
    <w:p>
      <w:r>
        <w:rPr>
          <w:b/>
        </w:rPr>
        <w:t xml:space="preserve">[38:19] </w:t>
      </w:r>
      <w:r>
        <w:t>har barricade se hum aage ja rahe the. to ek barricade se ek police wale ne humse kaha ki aap agar yahi baat har jagah batayenge na ki exam hai to aage wale log aapko jaane nahi denge. yeh bahut chhota sa bahana hai. aap na kuch bada boliye. usne humein suggest kiya ki aap jhoot boliye. aap kahiye ki tabiyat kharab hai aur delhi jaana hai Ames mein. to aapko koi bilkul puchega hi nahi aur us waqt ek hota hai na zehan pareshan tha thoda sa to hum bhi ekdam influence ho gaye uski baat se.</w:t>
      </w:r>
    </w:p>
    <w:p>
      <w:pPr>
        <w:jc w:val="right"/>
      </w:pPr>
      <w:r>
        <w:t>हर barricade से हम आगे जा रहे थे. तो एक barricade से एक police वाले ने हमसे कहा कि आप अगर यही बात हर जगह बताएंगे ना कि exam है तो आगे वाले लोग आपको जाने नहीं देंगे. यह बहुत छोटा सा बहाना है. आप ना कुछ बड़ा बोलिए. उसने हमें suggest किया कि आप झूठ बोलिए. आप कहिए कि तबीयत ख़राब है और दिल्ली जाना है Ames में. तो आपको कोई बिल्कुल पूछेगा ही नहीं और उस वक्त एक होता है ना ज़ेहन परेशान था थोड़ा सा तो हम भी एकदम influence हो गए उसकी बात से.</w:t>
      </w:r>
    </w:p>
    <w:p>
      <w:r>
        <w:rPr>
          <w:b/>
        </w:rPr>
        <w:t xml:space="preserve">[38:48] </w:t>
      </w:r>
      <w:r>
        <w:t>humne kaha achha aisa hai?</w:t>
      </w:r>
    </w:p>
    <w:p>
      <w:pPr>
        <w:jc w:val="right"/>
      </w:pPr>
      <w:r>
        <w:t>हमने कहा अच्छा ऐसा है?</w:t>
      </w:r>
    </w:p>
    <w:p>
      <w:r>
        <w:rPr>
          <w:b/>
        </w:rPr>
        <w:t xml:space="preserve">[39:08] </w:t>
      </w:r>
      <w:r>
        <w:t>woh bola haan aap pareshan ho agle stoppage par aap yahi bolna.</w:t>
      </w:r>
    </w:p>
    <w:p>
      <w:pPr>
        <w:jc w:val="right"/>
      </w:pPr>
      <w:r>
        <w:t>वह बोला हां आप परेशान हो अगले stoppage पर आप यही बोलना.</w:t>
      </w:r>
    </w:p>
    <w:p>
      <w:r>
        <w:rPr>
          <w:b/>
        </w:rPr>
        <w:t xml:space="preserve">[39:28] </w:t>
      </w:r>
      <w:r>
        <w:t>to ab bilkul block zehan ke saath hum aage gaye phir roka police ne to humne bola, mere</w:t>
      </w:r>
    </w:p>
    <w:p>
      <w:pPr>
        <w:jc w:val="right"/>
      </w:pPr>
      <w:r>
        <w:t>तो अब बिल्कुल block ज़ेहन के साथ हम आगे गए फिर रोका police ने तो हमने बोला, मेरे</w:t>
      </w:r>
    </w:p>
    <w:p>
      <w:r>
        <w:rPr>
          <w:b/>
        </w:rPr>
        <w:t xml:space="preserve">[39:49] </w:t>
      </w:r>
      <w:r>
        <w:t>husband ne bola ki bhai inki tabiyat kharab hai humein aims karna hai.</w:t>
      </w:r>
    </w:p>
    <w:p>
      <w:pPr>
        <w:jc w:val="right"/>
      </w:pPr>
      <w:r>
        <w:t>husband ने बोला कि भाई इनकी तबीयत खराब है हमें aims करना है.</w:t>
      </w:r>
    </w:p>
    <w:p>
      <w:r>
        <w:rPr>
          <w:b/>
        </w:rPr>
        <w:t xml:space="preserve">[40:09] </w:t>
      </w:r>
      <w:r>
        <w:t>to woh police wala bolta hai ki papers kahan hain?</w:t>
      </w:r>
    </w:p>
    <w:p>
      <w:pPr>
        <w:jc w:val="right"/>
      </w:pPr>
      <w:r>
        <w:t>तो वह police वाला बोलता है कि papers कहां हैं?</w:t>
      </w:r>
    </w:p>
    <w:p>
      <w:r>
        <w:rPr>
          <w:b/>
        </w:rPr>
        <w:t xml:space="preserve">[40:30] </w:t>
      </w:r>
      <w:r>
        <w:t>to mujhe wahan par bas ek hi baat samajh mein aayi ki jab aadmi bolta hai uske paas hazaar cheezein hoti hain bolne ke liye lekin wah sirf ek baat bolta hai.</w:t>
      </w:r>
    </w:p>
    <w:p>
      <w:pPr>
        <w:jc w:val="right"/>
      </w:pPr>
      <w:r>
        <w:t>तो मुझे वहां पर बस एक ही बात समझ में आई कि जब आदमी बोलता है उसके पास हज़ार चीज़ें होती हैं बोलने के लिए लेकिन वह सिर्फ़ एक बात बोलता है.</w:t>
      </w:r>
    </w:p>
    <w:p>
      <w:r>
        <w:rPr>
          <w:b/>
        </w:rPr>
        <w:t xml:space="preserve">[40:57] </w:t>
      </w:r>
      <w:r>
        <w:t>to maine bola ki aapka aapki granddaughter aapke paas hai, aapka beta aapke paas sehat se hai, aap logon ko COVID salah talan is saal bachaya. aapke paas yeh baatein bhi hain bolne ke liye lekin kyun ek hi baat aapko har waqt haavi rehti hai to phir unka bhi zehan is cheez ki taraf gaya aur unhein kaha ki haan hum log hum log ka sochne ka tareeka haan galat hai. hum log ek hi baat sochte rehte hain.</w:t>
      </w:r>
    </w:p>
    <w:p>
      <w:pPr>
        <w:jc w:val="right"/>
      </w:pPr>
      <w:r>
        <w:t>तो मैंने बोला कि आपका आपकी granddaughter आपके पास है, आपका बेटा आपके पास सेहत से है, आप लोगों को COVID सैलह तालन इस साल बचाया. आपके पास यह बातें भी हैं बोलने के लिए लेकिन क्यों एक ही बात आपको हर वक़्त हावी रहती है तो फिर उनका भी ज़हन इस चीज़ की तरफ गया और उन्हें कहा कि हां हम लोग हम लोग का सोचने का तरीका हां ग़लत है. हम लोग एक ही बात सोचते रहते हैं.</w:t>
      </w:r>
    </w:p>
    <w:p>
      <w:r>
        <w:rPr>
          <w:b/>
        </w:rPr>
        <w:t xml:space="preserve">[41:21] </w:t>
      </w:r>
      <w:r>
        <w:t>to mujhe baad mein teesra tazurba mera yeh hua ki wahan se phir hum wapas nahi aa paye kyunki raaste bahut safat tareeke se band the to humne apna roop change kar liya. hum delhi ki taraf chale gaye.</w:t>
      </w:r>
    </w:p>
    <w:p>
      <w:pPr>
        <w:jc w:val="right"/>
      </w:pPr>
      <w:r>
        <w:t>तो मुझे बाद में तीसरा तज़रबा मेरा यह हुआ कि वहां से फिर हम वापस नहीं आ पाए क्योंकि रास्ते बहुत सफ़्त तरीके से बंद थे तो हमने अपना रूप change कर लिया. हम दिल्ली की तरफ चले गए.</w:t>
      </w:r>
    </w:p>
    <w:p>
      <w:r>
        <w:rPr>
          <w:b/>
        </w:rPr>
        <w:t xml:space="preserve">[41:47] </w:t>
      </w:r>
      <w:r>
        <w:t>to wahan jab gaye to main main bas yahi samajh payi ki allah taala mulana hamesha kehte the</w:t>
      </w:r>
    </w:p>
    <w:p>
      <w:pPr>
        <w:jc w:val="right"/>
      </w:pPr>
      <w:r>
        <w:t>तो वहां जब गए तो मैं मैं बस यही समझ पाई कि अल्हा ताला मुलाना हमेशा कहते थे</w:t>
      </w:r>
    </w:p>
    <w:p>
      <w:r>
        <w:rPr>
          <w:b/>
        </w:rPr>
        <w:t xml:space="preserve">[41:58] </w:t>
      </w:r>
      <w:r>
        <w:t>allah taala ne yeh duniya na alternative se bhar di hai ki ismein agar aapko ek alternative nahi</w:t>
      </w:r>
    </w:p>
    <w:p>
      <w:pPr>
        <w:jc w:val="right"/>
      </w:pPr>
      <w:r>
        <w:t>अल्हा ताला ने यह दुनिया ना alternative से भर दी है कि इसमें अगर आपको एक alternative नहीं</w:t>
      </w:r>
    </w:p>
    <w:p>
      <w:r>
        <w:rPr>
          <w:b/>
        </w:rPr>
        <w:t xml:space="preserve">[42:09] </w:t>
      </w:r>
      <w:r>
        <w:t>mil raha hai, ek opportunity aapko nahi mil rahi hai to dusra option kahin na kahin maujood hai.</w:t>
      </w:r>
    </w:p>
    <w:p>
      <w:pPr>
        <w:jc w:val="right"/>
      </w:pPr>
      <w:r>
        <w:t>मिल रहा है, एक opportunity आपको नहीं मिल रही है तो दूसरा option कहीं ना कहीं मौजूद है.</w:t>
      </w:r>
    </w:p>
    <w:p>
      <w:r>
        <w:rPr>
          <w:b/>
        </w:rPr>
        <w:t xml:space="preserve">[42:20] </w:t>
      </w:r>
      <w:r>
        <w:t>wahan par ek market hai bagirath palace. aapne shayad suna ho to yahan par sab logon ne kaha ki ghar ke liye decorative item wali light lights hoti hai na ghar ki decorative lights le lo. to mujhe bhi le gaye sath mein. lekin main itna taajub kar rahi thi ki main in sab cheezon ki bahut shaukeen thi. lekin mujhe ek bhi light achhi nahi lag rahi thi.</w:t>
      </w:r>
    </w:p>
    <w:p>
      <w:pPr>
        <w:jc w:val="right"/>
      </w:pPr>
      <w:r>
        <w:t>वहां पर एक market है बागीरथ palace. आपने शायद सुना हो तो यहां पर सब लोगों ने कहा कि घर के लिए decorative item वाली light lights होती है ना घर की decorative lights ले लो. तो मुझे भी ले गए साथ में. लेकिन मैं इतना ताजूब कर रही थी कि मैं इन सब चीज़ों की बहुत शौकीन थी. लेकिन मुझे एक भी light अच्छी नहीं लग रही थी.</w:t>
      </w:r>
    </w:p>
    <w:p>
      <w:r>
        <w:rPr>
          <w:b/>
        </w:rPr>
        <w:t xml:space="preserve">[42:44] </w:t>
      </w:r>
      <w:r>
        <w:t>main dekhe ja rahi thi bazaar mein sab taraf chamak chamak ho raha hai aur dukaanon par aur wah bata rahe hain yeh wali yeh wali mujhe ek bhi light mujhse khareedi nahi gayi aur mujhe ek bhi pasand nahi aayi. to baad mein mujhe laga ki haan maine yeh yeh change mere andar Maulana sahab ki wajah se, is group ki wajah se aaya ki mujhe yeh bazaar ki chamak damat se apne aap ko detach karna aa gaya.</w:t>
      </w:r>
    </w:p>
    <w:p>
      <w:pPr>
        <w:jc w:val="right"/>
      </w:pPr>
      <w:r>
        <w:t>मैं देखे जा रही थी बाज़ार में सब तरफ चमक चमक हो रहा है और दुकानों पर और वह बता रहे हैं यह वाली यह वाली मुझे एक भी light मुझसे खरीदी नहीं गई और मुझे एक भी पसंद नहीं आई. तो बाद में मुझे लगा कि हां मैंने यह यह change मेरे अंदर मुलाना साहब की वजह से, इस group की वजह से आया कि मुझे यह बाज़ार की चमक दमत से अपने आप को detach करना आ गया.</w:t>
      </w:r>
    </w:p>
    <w:p>
      <w:r>
        <w:rPr>
          <w:b/>
        </w:rPr>
        <w:t xml:space="preserve">[43:08] </w:t>
      </w:r>
      <w:r>
        <w:t>alham tulilla yeh bahut badi mere liye ek mujhe blessing lagi kyunki yeh cheez halakat ki taraf le jaane wali hai, main yeh jaan gayi. phir wahan par jab hum ek din ruke the delhi mein to bahut se rishtedaron se milna hua. to main jab pehle unse milti thi na to unki kisi na kisi baat se argument mein aa jaati thi kyunki wah alag ideology ke log hain, main alag tarah ki hoon. to kahin na kahin kuch khatpat ho jaati thi ya kuch ho jaata tha. to is baar maine pehle hi dua kari hai taala se.</w:t>
      </w:r>
    </w:p>
    <w:p>
      <w:pPr>
        <w:jc w:val="right"/>
      </w:pPr>
      <w:r>
        <w:t>अलम तुलिल्ला यह बहुत बड़ी मेरे लिए एक मुझे blessing लगी क्योंकि यह चीज़ हालाकत की तरफ ले जाने वाली है, मैं यह जान गई. फिर वहां पर जब हम एक दिन रुके थे दिल्ली में तो बहुत से रिश्तेदारों से मिलना हुआ. तो मैं जब पहले उनसे मिलती थी ना तो उनकी किसी ना किसी बात से argument में आ जाती थी क्योंकि वह अलग ideology के लोग हैं, मैं अलग तरह की हूं. तो कहीं ना कहीं कुछ खटपट हो जाती थी या कुछ हो जाता था. तो इस बार मैंने पहले ही दुआ करी है ताला से.</w:t>
      </w:r>
    </w:p>
    <w:p>
      <w:r>
        <w:rPr>
          <w:b/>
        </w:rPr>
        <w:t xml:space="preserve">[43:37] </w:t>
      </w:r>
      <w:r>
        <w:t>halla taala mujhe bahut positively sabke sath rahi unki baatein jo mujhe napasand thi. usko sunkar bhi main gussa nahi hui.</w:t>
      </w:r>
    </w:p>
    <w:p>
      <w:pPr>
        <w:jc w:val="right"/>
      </w:pPr>
      <w:r>
        <w:t>हल्ला ताला मुझे बहुत positively सबके साथ रही उनकी बातें जो मुझे नापसंद थी. उसको सुनकर भी मैं गुस्सा नहीं हुई.</w:t>
      </w:r>
    </w:p>
    <w:p>
      <w:r>
        <w:rPr>
          <w:b/>
        </w:rPr>
        <w:t xml:space="preserve">[43:59] </w:t>
      </w:r>
      <w:r>
        <w:t>mujhe bahut hi hairat hui is baat par aur yeh cheez ekdam mujhe matlab apne andar ek changes jo main batana chah rahi hoon ki jo is group ke wajah se humein aa rahe hain wah personality hamari kis tarah banate ja rahe hain yeh main note karti ja rahi thi aur aakhiri mein jab chalne ka waqt hua to kisi wajah se ek do ghanta delay ho gaya ki nahi abhi nahi ja pa rahe do ghanta aur rokna padega. to us waqt jaise maan lo mere sabr tootne lagaao aur main rone lagi.</w:t>
      </w:r>
    </w:p>
    <w:p>
      <w:pPr>
        <w:jc w:val="right"/>
      </w:pPr>
      <w:r>
        <w:t>मुझे बहुत ही हैरत हुई इस बात पर और यह चीज़ एकदम मुझे मतलब अपने अंदर एक changes जो मैं बताना चाह रही हूं कि जो इस group के वजह से हमें आ रहे हैं वह personality हमारी किस तरह बनाते जा रहे हैं यह मैं note करती जा रही थी और आखिरी में जब चलने का वक्त हुआ तो किसी वजह से एक दो घंटा delay हो गया कि नहीं अभी नहीं जा पा रहे दो घंटा और रोकना पड़ेगा. तो उस वक़्त जैसे मान लो मेरे सब्र टूटने लगाओ और मैं रोने लगी.</w:t>
      </w:r>
    </w:p>
    <w:p>
      <w:r>
        <w:rPr>
          <w:b/>
        </w:rPr>
        <w:t xml:space="preserve">[44:27] </w:t>
      </w:r>
      <w:r>
        <w:t>maine kaha are allah kaise jayenge yahan se? kitna phas gaye hain? to maine tab dekha ki maine apni family ka support dekha.</w:t>
      </w:r>
    </w:p>
    <w:p>
      <w:pPr>
        <w:jc w:val="right"/>
      </w:pPr>
      <w:r>
        <w:t>मैंने कहा अरे अल्लाह कैसे जाएंगे यहां से? कितना फ़ंस गए हैं? तो मैंने तब देखा कि मैंने अपनी family का support देखा.</w:t>
      </w:r>
    </w:p>
    <w:p>
      <w:r>
        <w:rPr>
          <w:b/>
        </w:rPr>
        <w:t xml:space="preserve">[44:37] </w:t>
      </w:r>
      <w:r>
        <w:t>un logon ne mehsoos kiya ki yeh apna jo, apna jo akelapan hai, jo yeh meetings aur ki</w:t>
      </w:r>
    </w:p>
    <w:p>
      <w:pPr>
        <w:jc w:val="right"/>
      </w:pPr>
      <w:r>
        <w:t>उन लोगों ने महसूस किया कि यह अपना जो, अपना जो अकेलापन है, जो यह meetings और कि</w:t>
      </w:r>
    </w:p>
    <w:p>
      <w:r>
        <w:rPr>
          <w:b/>
        </w:rPr>
        <w:t xml:space="preserve">[44:48] </w:t>
      </w:r>
      <w:r>
        <w:t>allah ne is tarah ki family hum logon ko provide ki hai jo ki hum logon ko support</w:t>
      </w:r>
    </w:p>
    <w:p>
      <w:pPr>
        <w:jc w:val="right"/>
      </w:pPr>
      <w:r>
        <w:t>अल्लाह ने इस तरह की family हम लोगों को provide की है जो कि हम लोगों को support</w:t>
      </w:r>
    </w:p>
    <w:p>
      <w:r>
        <w:rPr>
          <w:b/>
        </w:rPr>
        <w:t xml:space="preserve">[44:59] </w:t>
      </w:r>
      <w:r>
        <w:t>karti hai aur iska hum log maine kabhi itne achhe se shukr ada nahi kiya tha jitna ki</w:t>
      </w:r>
    </w:p>
    <w:p>
      <w:pPr>
        <w:jc w:val="right"/>
      </w:pPr>
      <w:r>
        <w:t>करती है और इसका हम लोग मैंने कभी इतने अच्छे से शुक्र अदा नहीं किया था जितना कि</w:t>
      </w:r>
    </w:p>
    <w:p>
      <w:r>
        <w:rPr>
          <w:b/>
        </w:rPr>
        <w:t xml:space="preserve">[45:11] </w:t>
      </w:r>
      <w:r>
        <w:t>us din maine shukr kiya allah ka kitna bada shukr hai aur jo hari hari pattiyan hain woh</w:t>
      </w:r>
    </w:p>
    <w:p>
      <w:pPr>
        <w:jc w:val="right"/>
      </w:pPr>
      <w:r>
        <w:t>उस दिन मैंने शुक्र किया अल्लाह का कितना बड़ा शुक्र है और जो हरी हरी पत्तियां हैं वह</w:t>
      </w:r>
    </w:p>
    <w:p>
      <w:r>
        <w:rPr>
          <w:b/>
        </w:rPr>
        <w:t xml:space="preserve">[45:22] </w:t>
      </w:r>
      <w:r>
        <w:t>barish mein dhul gayin taaki fresh oxygen mere liye phir se produce honi shuru ho jaye fresh aur</w:t>
      </w:r>
    </w:p>
    <w:p>
      <w:pPr>
        <w:jc w:val="right"/>
      </w:pPr>
      <w:r>
        <w:t>बारिश में धुल गईं ताकि fresh oxygen मेरे लिए फिर से produce होनी शुरू हो जाए fresh और</w:t>
      </w:r>
    </w:p>
    <w:p>
      <w:r>
        <w:rPr>
          <w:b/>
        </w:rPr>
        <w:t xml:space="preserve">[45:33] </w:t>
      </w:r>
      <w:r>
        <w:t>har cheez ki har patti ki alag shape, alag color kitna versatile hai woh khuda.</w:t>
      </w:r>
    </w:p>
    <w:p>
      <w:pPr>
        <w:jc w:val="right"/>
      </w:pPr>
      <w:r>
        <w:t>हर चीज़ की हर पत्ती की अलग shape, अलग color कितना versatile है वह खुदा.</w:t>
      </w:r>
    </w:p>
    <w:p>
      <w:r>
        <w:rPr>
          <w:b/>
        </w:rPr>
        <w:t xml:space="preserve">[45:45] </w:t>
      </w:r>
      <w:r>
        <w:t>jo surat chamak raha tha bright to wah jaise ki mujhe bata raha ho ki ab tumhare sabr ka waqt khatm ho gaya, tum apni jagah par pahunch rahi ho. to wah mujhe ek hope de raha tha aur aasman ke jo bahut zyada rang bikhre hue the to mujhe bahut hi zyada khoobsurati us waqt nazar aa rahi thi ki kitna perfect aur high taste wala khuda hai aur ek din dhalne ke baad phir doosra din nikalta hai yeh sunset mujhe sikha raha tha.</w:t>
      </w:r>
    </w:p>
    <w:p>
      <w:pPr>
        <w:jc w:val="right"/>
      </w:pPr>
      <w:r>
        <w:t>जो सूरत चमक रहा था bright तो वह जैसे कि मुझे बता रहा हो कि अब तुम्हारे सब्र का वक्त खत्म हो गया, तुम अपनी जगह पर पहुंच रही हो. तो वह मुझे एक hope दे रहा था और आसमान के जो बहुत ज़्यादा रंग बिख रहे हुए थे तो मुझे बहुत ही ज़्यादा खूबसूरती उस वक्त नज़र आ रही थी कि कितना perfect और high taste वाला खुदा है और एक दिन ढलने के बाद फिर दूसरा दिन निकलता है यह sunset मुझे सिखा रहा था.</w:t>
      </w:r>
    </w:p>
    <w:p>
      <w:r>
        <w:rPr>
          <w:b/>
        </w:rPr>
        <w:t xml:space="preserve">[46:10] </w:t>
      </w:r>
      <w:r>
        <w:t>to sara shukr main khuda ko kar rahi thi ki is tarah se usne mujhe ek ek bharpoor</w:t>
      </w:r>
    </w:p>
    <w:p>
      <w:pPr>
        <w:jc w:val="right"/>
      </w:pPr>
      <w:r>
        <w:t>तो सारा शुक्र मैं खुदा को कर रही थी कि इस तरह से उसने मुझे एक एक भरपूर</w:t>
      </w:r>
    </w:p>
    <w:p>
      <w:r>
        <w:rPr>
          <w:b/>
        </w:rPr>
        <w:t xml:space="preserve">[46:16] </w:t>
      </w:r>
      <w:r>
        <w:t>zindagi apni blessings ki bhari hui di, khushiyon ki aur jisme umeed hi umeed hai, positivity hi positivity</w:t>
      </w:r>
    </w:p>
    <w:p>
      <w:pPr>
        <w:jc w:val="right"/>
      </w:pPr>
      <w:r>
        <w:t>ज़िंदगी अपनी blessings की भरी हुई दी, खुशियों की और जिसमें उम्मीद ही उम्मीद है, positivity ही positivity</w:t>
      </w:r>
    </w:p>
    <w:p>
      <w:r>
        <w:rPr>
          <w:b/>
        </w:rPr>
        <w:t xml:space="preserve">[46:22] </w:t>
      </w:r>
      <w:r>
        <w:t>hai aur mujhe jo cheez apne upar aur kaam karni hai woh yahi hai jo ne bataya ki</w:t>
      </w:r>
    </w:p>
    <w:p>
      <w:pPr>
        <w:jc w:val="right"/>
      </w:pPr>
      <w:r>
        <w:t>है और मुझे जो चीज़ अपने ऊपर और काम करनी है वह यही है जो ने बताया कि</w:t>
      </w:r>
    </w:p>
    <w:p>
      <w:r>
        <w:rPr>
          <w:b/>
        </w:rPr>
        <w:t xml:space="preserve">[46:28] </w:t>
      </w:r>
      <w:r>
        <w:t>un logon se jinko hum agree nahi karte unke sath milkar un tak apni baat ko beautifully pahunchana,</w:t>
      </w:r>
    </w:p>
    <w:p>
      <w:pPr>
        <w:jc w:val="right"/>
      </w:pPr>
      <w:r>
        <w:t>उन लोगों से जिनको हम agree नहीं करते उनके साथ मिलकर उन तक अपनी बात को beautifully पहुंचाना,</w:t>
      </w:r>
    </w:p>
    <w:p>
      <w:r>
        <w:rPr>
          <w:b/>
        </w:rPr>
        <w:t xml:space="preserve">[46:34] </w:t>
      </w:r>
      <w:r>
        <w:t>pahunchate rehna aur positive rehna is par bhi aur bhi kaam karna hai.</w:t>
      </w:r>
    </w:p>
    <w:p>
      <w:pPr>
        <w:jc w:val="right"/>
      </w:pPr>
      <w:r>
        <w:t>पहुंचाते रहना और positive रहना इस पर भी और भी काम करना है.</w:t>
      </w:r>
    </w:p>
    <w:p>
      <w:r>
        <w:rPr>
          <w:b/>
        </w:rPr>
        <w:t xml:space="preserve">[46:41] </w:t>
      </w:r>
      <w:r>
        <w:t>main is safar mein yeh seekh paayi. to I hope maine zyada waqt nahi liya. bas share karna chah rahi thi aap logon ke sath intezar karna. asha allah doctor sabina bahut hi bahut hi zabardast. it was like I'm listening to a story. the entire journey of your listening to this kind of reflection that you had during this period of your journey is all sort of learning for all of us.</w:t>
      </w:r>
    </w:p>
    <w:p>
      <w:pPr>
        <w:jc w:val="right"/>
      </w:pPr>
      <w:r>
        <w:t>मैं इस सफ़र में यह सीख पाई. तो I hope मैंने ज़्यादा वक्त नहीं लिया. बस share करना चाह रही थी आप लोगों के साथ इंतज़ार करना. आशा अल्लाह doctor सफ़ीना बहुत ही बहुत ही ज़बरदस्त. It was like I'm listening to a story. The entire journey of your listening to this kind of reflection that you had during this period of your journey is all sort of learning for all of us.</w:t>
      </w:r>
    </w:p>
    <w:p>
      <w:r>
        <w:rPr>
          <w:b/>
        </w:rPr>
        <w:t xml:space="preserve">[47:08] </w:t>
      </w:r>
      <w:r>
        <w:t>in fact hum log sab shayad yeh sab experience karte hain apni is live journey par. aaj main kahin gayi thi koi official kaam se. to mere sath mera beta tha aur wah aage baitha hua tha. maine unse kaha ki dekho hum log kitni door gaadi se chalkar ke aa rahe hain aur jahan jis spot se humne shuru kiya aur jis spot par hum ja rahe hain aur samne ek market tha jahan par phal phool sabziyan jo sabziyan yahan ke market par mere ghar ke paas mili thi.</w:t>
      </w:r>
    </w:p>
    <w:p>
      <w:pPr>
        <w:jc w:val="right"/>
      </w:pPr>
      <w:r>
        <w:t>In fact हम लोग सब शायद यह सब experience करते हैं अपनी इस live journey पर. आज मैं कहीं गई थी कोई official काम से. तो मेरे साथ मेरा बेटा था और वह आगे बैठा हुआ था. मैंने उनसे कहा कि देखो हम लोग कितनी दूर गाड़ी से चलकर के आ रहे हैं और जहां जिस spot से हमने शुरू किया और जिस spot पर हम जा रहे हैं और सामने एक market था जहां पर फ़ल फ़ूल सब्ज़ियां जो सब्ज़ियां यहां के market पर मेरे घर के पास मिली थी.</w:t>
      </w:r>
    </w:p>
    <w:p>
      <w:r>
        <w:rPr>
          <w:b/>
        </w:rPr>
        <w:t xml:space="preserve">[47:38] </w:t>
      </w:r>
      <w:r>
        <w:t>exactly wahi sabziyan wahan market par bhi mil rahi thi.</w:t>
      </w:r>
    </w:p>
    <w:p>
      <w:pPr>
        <w:jc w:val="right"/>
      </w:pPr>
      <w:r>
        <w:t>Exactly वही सब्ज़ियां वहां market पर भी मिल रही थी.</w:t>
      </w:r>
    </w:p>
    <w:p>
      <w:r>
        <w:rPr>
          <w:b/>
        </w:rPr>
        <w:t xml:space="preserve">[47:43] </w:t>
      </w:r>
      <w:r>
        <w:t>to maine unse apne bete se kaha ki dekho jab aap kisi safar ya journey par nikalte hain</w:t>
      </w:r>
    </w:p>
    <w:p>
      <w:pPr>
        <w:jc w:val="right"/>
      </w:pPr>
      <w:r>
        <w:t>तो मैंने उनसे अपने बेटे से कहा कि देखो जब आप किसी सफर या journey पर निकलते हैं</w:t>
      </w:r>
    </w:p>
    <w:p>
      <w:r>
        <w:rPr>
          <w:b/>
        </w:rPr>
        <w:t xml:space="preserve">[47:48] </w:t>
      </w:r>
      <w:r>
        <w:t>to aapko yeh realize hota hai ki yeh duniya kitni badi hai aur har jagah insan hai aur</w:t>
      </w:r>
    </w:p>
    <w:p>
      <w:pPr>
        <w:jc w:val="right"/>
      </w:pPr>
      <w:r>
        <w:t>तो आपको यह realize होता है कि यह दुनिया कितनी बड़ी है और हर जगह इंसान है और</w:t>
      </w:r>
    </w:p>
    <w:p>
      <w:r>
        <w:rPr>
          <w:b/>
        </w:rPr>
        <w:t xml:space="preserve">[47:53] </w:t>
      </w:r>
      <w:r>
        <w:t>allah ne itni badi capacity se aisa production kar raha hai ki har jagah kisi bhi kone mein</w:t>
      </w:r>
    </w:p>
    <w:p>
      <w:pPr>
        <w:jc w:val="right"/>
      </w:pPr>
      <w:r>
        <w:t>अल्लाह ने इतनी बड़ी capacity से ऐसा production कर रहा है कि हर जगह किसी भी कोने में</w:t>
      </w:r>
    </w:p>
    <w:p>
      <w:r>
        <w:rPr>
          <w:b/>
        </w:rPr>
        <w:t xml:space="preserve">[47:58] </w:t>
      </w:r>
      <w:r>
        <w:t>insan jahan hai unke khane peene ka, unke rehne ka, unki jo life support system hai uska poora</w:t>
      </w:r>
    </w:p>
    <w:p>
      <w:pPr>
        <w:jc w:val="right"/>
      </w:pPr>
      <w:r>
        <w:t>इंसान जहां है उनके खाने पीने का, उनके रहने का, उनकी जो life support system है उसका पूरा</w:t>
      </w:r>
    </w:p>
    <w:p>
      <w:r>
        <w:rPr>
          <w:b/>
        </w:rPr>
        <w:t xml:space="preserve">[48:03] </w:t>
      </w:r>
      <w:r>
        <w:t>poora allah ne intezam karke rakha hai and this is so much of a hassle free work that</w:t>
      </w:r>
    </w:p>
    <w:p>
      <w:pPr>
        <w:jc w:val="right"/>
      </w:pPr>
      <w:r>
        <w:t>पूरा अल्लाह ने इंतज़ाम करके रखा है and this is so much of a hassle free work that</w:t>
      </w:r>
    </w:p>
    <w:p>
      <w:r>
        <w:rPr>
          <w:b/>
        </w:rPr>
        <w:t xml:space="preserve">[48:08] </w:t>
      </w:r>
      <w:r>
        <w:t>god is doing.</w:t>
      </w:r>
    </w:p>
    <w:p>
      <w:pPr>
        <w:jc w:val="right"/>
      </w:pPr>
      <w:r>
        <w:t>God is doing.</w:t>
      </w:r>
    </w:p>
    <w:p>
      <w:r>
        <w:rPr>
          <w:b/>
        </w:rPr>
        <w:t xml:space="preserve">[48:13] </w:t>
      </w:r>
      <w:r>
        <w:t>jo hum kabhi insan kabhi is level par hum kaam hi nahi kar sakte. thoda apna ghar sambhalte hain aur usmein zara sooch neech ho jaati hai. to hum kitna utha patak kar dete hain, yeh nahi available, wah nahi available aur allah is poori duniya, is poori kayanat ka nizam apne hathon mile gaya it is totally sound proof, violent proof and negativity proof. sab cheez se proof allah taala poore poore kaam ko, poore nizam ko apne hathon mile karte rakha hai.</w:t>
      </w:r>
    </w:p>
    <w:p>
      <w:pPr>
        <w:jc w:val="right"/>
      </w:pPr>
      <w:r>
        <w:t>जो हम कभी इंसान कभी इस level पर हम काम कर ही नहीं सकते. थोड़ा अपना घर संभालते हैं और उसमें ज़रा सूच नीच हो जाती है. तो हम कितना उठा पटक कर देते हैं, यह नहीं available, वह नहीं available और अल्लाह इस पूरी दुनिया, इस पूरी कायनात का निज़ाम अपने हाथों मिले गया it is totally sound proof, violent proof and negativity proof. सब चीज़ से proof अल्लाह तारा पूरे पूरे काम को, पूरे निजाम को अपने हाथों मिली करते रखा है.</w:t>
      </w:r>
    </w:p>
    <w:p>
      <w:r>
        <w:rPr>
          <w:b/>
        </w:rPr>
        <w:t xml:space="preserve">[48:42] </w:t>
      </w:r>
      <w:r>
        <w:t>to is tarah ki reflection jab hum basically yeh hamare andar yeh kyun develop hua? because hum log Maulana Wahiduddin Khan ki literature se hum padhkar yeh develop hum kar paye apne aap aur Maulana se jo hamari team bani hai aur yeh sab jo sharing is platform par hamari ho rahi hai to hamari personality development bahut us tarah se develop ho rahi hai. ji jaza kalla doctor sabina. jaza kalla doctor sabina.</w:t>
      </w:r>
    </w:p>
    <w:p>
      <w:pPr>
        <w:jc w:val="right"/>
      </w:pPr>
      <w:r>
        <w:t>तो इस तरह की reflection जब हम basically यह हमारे अंदर यह क्यों develop हुआ? Because हम लोग मौलाना वहीं तो दिन खान की literature से हम पढ़कर यह develop हम कर पाएं अपने आप और मांशाला से जो हमारी team बनी है और यह सब जो sharing इस platform पर हमारी हो रही है तो हमारी personality development बहुत उस तरह से develop हो रही है. जी जज़ा कल्ला doctor सफ़ीना. जज़ा कल्ला doctor सफ़ीना.</w:t>
      </w:r>
    </w:p>
    <w:p>
      <w:r>
        <w:rPr>
          <w:b/>
        </w:rPr>
        <w:t xml:space="preserve">[49:10] </w:t>
      </w:r>
      <w:r>
        <w:t>mujhe lag raha tha ki aap bolti rahe ho main sochti rahoon. ekdam mujhe is tarah ka ehsaas ho raha tha. aap keh rahi thi ki main zyada bolungi to tum mujhe chup kara dena aur jaise lag raha tha ki main kahan kho gayi thi? itna team thi aapne apna saare waqai aapko share kiya. main dil se aapke liye tyoha nikal rahi hai. bahut bahut shukriya.</w:t>
      </w:r>
    </w:p>
    <w:p>
      <w:pPr>
        <w:jc w:val="right"/>
      </w:pPr>
      <w:r>
        <w:t>मुझे लग रहा था कि आप बोलती रहे हो मैं सोचती रहूं. एकदम मुझे इस तरह का एहसास हो रहा था. आप कह रही थी कि मैं ज़्यादा बोलूंगी तो तुम मुझे चुप करा देना और जैसे लग रहा था कि मैं कहां खो गई थी? इतना team थी आपने अपना सारे वाकई आपको share किया. मैं दिल से आपके लिए त्यौहा निकल रही है. बहुत बहुत शुक्रिया.</w:t>
      </w:r>
    </w:p>
    <w:p>
      <w:r>
        <w:rPr>
          <w:b/>
        </w:rPr>
        <w:t xml:space="preserve">[49:38] </w:t>
      </w:r>
      <w:r>
        <w:t>aap hamara time 07:51 ho raha hai. premita aap aap apni learning aur kuch bhi jo share karna chahti hai hamare sath please share. salamaleikum sevi ma'am. mujhe doctor sabina ka sunne ke baad to mere aisa koi learning nahi hai. aisa lag raha hai ki unhone aisa ka khatm kar diya.</w:t>
      </w:r>
    </w:p>
    <w:p>
      <w:pPr>
        <w:jc w:val="right"/>
      </w:pPr>
      <w:r>
        <w:t>आप हमारा time 07:51 हो रहा है. प्रेमिता आप आप अपनी learning और कुछ भी जो share करना चाहती है हमारे साथ please share. सलामालेकुम सेवी ma'am. मुझे doctor सफ़ीना का सुनने के बाद तो मेरे ऐसा कोई learning नहीं है. ऐसे लग रहा है कि उन्होंने ऐसा का खत्म कर दिया.</w:t>
      </w:r>
    </w:p>
    <w:p>
      <w:r>
        <w:rPr>
          <w:b/>
        </w:rPr>
        <w:t xml:space="preserve">[50:04] </w:t>
      </w:r>
      <w:r>
        <w:t>kisi ka ab ho nahi sakta isse achha aur mere paas to bas sabse zyada yeh hai ki pehle to yahi sabse arz karenge ki group mein jo dawat aur marthak par jo Maulana sahab yeh articles daale jaate hain, unko aap log zaroor padhein aur phir sochkar apni learning dikhenge.</w:t>
      </w:r>
    </w:p>
    <w:p>
      <w:pPr>
        <w:jc w:val="right"/>
      </w:pPr>
      <w:r>
        <w:t>किसी का अब हो नहीं सकता इससे अच्छा और मेरे पास तो बस सबसे ज़्यादा यह है कि पहले तो यही सबसे अर्ज करेंगे कि गुरुप में जो दावत और मार्थक पर जो मलाना साहब यह articles डाले जाते हैं, उनको आप लोग ज़रूर पढ़ें और फिर सोचकर अपनी learning दिखेंगे.</w:t>
      </w:r>
    </w:p>
    <w:p>
      <w:r>
        <w:rPr>
          <w:b/>
        </w:rPr>
        <w:t xml:space="preserve">[50:29] </w:t>
      </w:r>
      <w:r>
        <w:t>gurup mein jab likhengi na to aap log apna sochkar likhenge to aur hum logon ka maji sochne ki aadat develop ho sakti hai. molana sahib ne hamein yeh bataya hai ki thinking ki habit sochne ki habit hamein khuda tak pahunchati hai to isse badi cheez aur kya ho sakti hai?</w:t>
      </w:r>
    </w:p>
    <w:p>
      <w:pPr>
        <w:jc w:val="right"/>
      </w:pPr>
      <w:r>
        <w:t>गुरुप में जब लिखेंगी ना तो आप लोग अपना सोचकर लिखेंगे तो और हम लोगों का मजी सोचने की आदत develop हो सकती है. मोलाना साहब ने हमें यह बताया है कि thinking की habit सोचने की habit हमें खुदा तक पहुंचाती है तो इससे बड़ी चीज़ और क्या हो सकती है?</w:t>
      </w:r>
    </w:p>
    <w:p>
      <w:r>
        <w:rPr>
          <w:b/>
        </w:rPr>
        <w:t xml:space="preserve">[50:55] </w:t>
      </w:r>
      <w:r>
        <w:t>main ek din aisi soch rahi thi ki aise log subah ko walk karne jaate hain. phir ghar aakar newspaper aur TV, mobile ko itni zyada dilchaspi ke saath padhte hain aur dekhte hain aur poori energy ke saath usi mein busy ho jaate hain.</w:t>
      </w:r>
    </w:p>
    <w:p>
      <w:pPr>
        <w:jc w:val="right"/>
      </w:pPr>
      <w:r>
        <w:t>मैं एक दिन ऐसी सोच रही थी कि ऐसे लोग सुबह को walk करने जाते हैं. फिर घर आकर newspaper और TV, mobile को इतनी ज़्यादा दिलचस्पी के साथ पढ़ते हैं और देखते हैं और पूरी energy के साथ उसी में busy हो जाते हैं.</w:t>
      </w:r>
    </w:p>
    <w:p>
      <w:r>
        <w:rPr>
          <w:b/>
        </w:rPr>
        <w:t xml:space="preserve">[51:14] </w:t>
      </w:r>
      <w:r>
        <w:t>to maine socha ki jis tarah subah ke time insaan ki body ko achhi ghaza ki zaroorat hoti hai, achhi ghaza chahiye hoti hai. bilkul usi tarah subah ke time insaan ki rooh jo hoti hai wah mind jo hota hai wah bilkul fresh hota hai. to us waqt insaan ki rooh ko bhi achhi ghaza chahiye hoti hai.</w:t>
      </w:r>
    </w:p>
    <w:p>
      <w:pPr>
        <w:jc w:val="right"/>
      </w:pPr>
      <w:r>
        <w:t>तो मैंने सोचा कि जिस तरह सुबह के time इंसान की body को अच्छी गज़ा की ज़रूरत होती है, अच्छी गज़ा चाहिए होती है. बिल्कुल उसी तरह सुबह के time इंसान की रूह जो होती है वह mind जो होता है वह बिल्कुल fresh होता है. तो उस वक्त इंसान की रूह को भी अच्छी गज़ा चाहिए होती है.</w:t>
      </w:r>
    </w:p>
    <w:p>
      <w:r>
        <w:rPr>
          <w:b/>
        </w:rPr>
        <w:t xml:space="preserve">[51:40] </w:t>
      </w:r>
      <w:r>
        <w:t>insan healthy breakfast to kar leta hai par apni soul ko subah hi subah unhealthy food deta hai.</w:t>
      </w:r>
    </w:p>
    <w:p>
      <w:pPr>
        <w:jc w:val="right"/>
      </w:pPr>
      <w:r>
        <w:t>इंसान healthy breakfast तो कर लेता है पर अपनी soul को सुबह ही सुबह unhealthy food देता है.</w:t>
      </w:r>
    </w:p>
    <w:p>
      <w:r>
        <w:rPr>
          <w:b/>
        </w:rPr>
        <w:t xml:space="preserve">[51:45] </w:t>
      </w:r>
      <w:r>
        <w:t>jaise ki hum jante hain ki news mobile aur aajkal jo cheezen hoti hain woh hamari thinking ko</w:t>
      </w:r>
    </w:p>
    <w:p>
      <w:pPr>
        <w:jc w:val="right"/>
      </w:pPr>
      <w:r>
        <w:t>जैसे कि हम जानते हैं कि news mobile और आजकल जो चीज़ें होती हैं वह हमारी thinking को</w:t>
      </w:r>
    </w:p>
    <w:p>
      <w:r>
        <w:rPr>
          <w:b/>
        </w:rPr>
        <w:t xml:space="preserve">[51:50] </w:t>
      </w:r>
      <w:r>
        <w:t>zamood ka shikar bana deti hain.</w:t>
      </w:r>
    </w:p>
    <w:p>
      <w:pPr>
        <w:jc w:val="right"/>
      </w:pPr>
      <w:r>
        <w:t>ज़मूद का शिकार बना देती है.</w:t>
      </w:r>
    </w:p>
    <w:p>
      <w:r>
        <w:rPr>
          <w:b/>
        </w:rPr>
        <w:t xml:space="preserve">[51:56] </w:t>
      </w:r>
      <w:r>
        <w:t>yani soch hamari aage badh hi nahi paati.</w:t>
      </w:r>
    </w:p>
    <w:p>
      <w:pPr>
        <w:jc w:val="right"/>
      </w:pPr>
      <w:r>
        <w:t>यानी सोच हमारी आगे बढ़ ही नहीं पाती.</w:t>
      </w:r>
    </w:p>
    <w:p>
      <w:r>
        <w:rPr>
          <w:b/>
        </w:rPr>
        <w:t xml:space="preserve">[52:01] </w:t>
      </w:r>
      <w:r>
        <w:t>hum chhoti chhoti cheezon mein phanskar khuda se door ho jate hain.</w:t>
      </w:r>
    </w:p>
    <w:p>
      <w:pPr>
        <w:jc w:val="right"/>
      </w:pPr>
      <w:r>
        <w:t>हम छोटी छोटी चीज़ों में फ़ंसकर खुदा से दूर हो जाते हैं.</w:t>
      </w:r>
    </w:p>
    <w:p>
      <w:r>
        <w:rPr>
          <w:b/>
        </w:rPr>
        <w:t xml:space="preserve">[52:06] </w:t>
      </w:r>
      <w:r>
        <w:t>to Maulana sahab ne humein bataya hai ki hamara jo bhi development hota hai woh isi duniya mein hota hai.</w:t>
      </w:r>
    </w:p>
    <w:p>
      <w:pPr>
        <w:jc w:val="right"/>
      </w:pPr>
      <w:r>
        <w:t>तो मलाना साहब ने हमें बताया है कि हमारा जो भी development होता है वह इसी दुनिया में होता है.</w:t>
      </w:r>
    </w:p>
    <w:p>
      <w:r>
        <w:rPr>
          <w:b/>
        </w:rPr>
        <w:t xml:space="preserve">[52:12] </w:t>
      </w:r>
      <w:r>
        <w:t>marne ke baad hamara koi bhi development hone wala nahin aur duniya ke development ke hisab se hi hamein aakhirat mein mein hamara faisla hoga. to hamara is duniya mein aane ka matlab yahi hai ki hum sochkar apne malik ko pa saken. unko usko pehchan saken. discover kar saken. jis tarah ki hum sochkar duniya ki cheezon ko pa lete hain.</w:t>
      </w:r>
    </w:p>
    <w:p>
      <w:pPr>
        <w:jc w:val="right"/>
      </w:pPr>
      <w:r>
        <w:t>मरने के बाद हमारा कोई भी development होने वाला नहीं और दुनिया के development के हिसाब से ही हमें आख़िर्त में में हमारा फ़ैसला होगा. तो हमारा इस दुनिया में आने का मतलब यही है कि हम सोचकर अपने मालिक को पा सकें. उनको उसको पहचान सकें. Discover कर सकें. जिस तरह की हम सोचकर दुनिया की चीज़ों को पा लेते हैं.</w:t>
      </w:r>
    </w:p>
    <w:p>
      <w:r>
        <w:rPr>
          <w:b/>
        </w:rPr>
        <w:t xml:space="preserve">[52:40] </w:t>
      </w:r>
      <w:r>
        <w:t>to subah ka wah khoobsurat nazara raat ko allataala din mein convert karta hai. jab kainat khuda ko introduce karati hai us waqt allataala apne bando se kehta hai ki koi hai jo mujhse mange aur main usko doon.</w:t>
      </w:r>
    </w:p>
    <w:p>
      <w:pPr>
        <w:jc w:val="right"/>
      </w:pPr>
      <w:r>
        <w:t>तो सुबह का वह खूबसूरत नज़ारा रात को अल्लाताला दिन में convert करता है. जब कायनात खुदा को introduce कराती है उस वक्त अल्लाताला अपने बंदों से कहता है कि कोई है जो मुझसे मांगे और मैं उसको दूं.</w:t>
      </w:r>
    </w:p>
    <w:p>
      <w:r>
        <w:rPr>
          <w:b/>
        </w:rPr>
        <w:t xml:space="preserve">[53:01] </w:t>
      </w:r>
      <w:r>
        <w:t>to subah hi subah hamein allah taala mauka deta hai ki yeh allah taala se hi hum allah taala ko mange aur apna poora din kuda ki yaar mein guzaren to hamein sab subah savere ka wah khaas waqt jo hai wah zaroor avail karna chahiye apni marfat ko badhane ke liye.</w:t>
      </w:r>
    </w:p>
    <w:p>
      <w:pPr>
        <w:jc w:val="right"/>
      </w:pPr>
      <w:r>
        <w:t>तो सुबह ही सुबह हमें अल्लाह तालाह मौका देता है कि यह अल्लाह तालाह से ही हम अल्लाह तालाह को मांगे और अपना पूरा दिन कुदा की यार में गुज़ारें तो हमें सब सुबह सवेरे का वह खास वक्त जो है वह ज़रूर avail करना चाहिए अपनी मार्फत को बढ़ाने के लिए.</w:t>
      </w:r>
    </w:p>
    <w:p>
      <w:r>
        <w:rPr>
          <w:b/>
        </w:rPr>
        <w:t xml:space="preserve">[53:24] </w:t>
      </w:r>
      <w:r>
        <w:t>jaise ki aapne apni balcony mein ek chhota sa hojra banaya hua hai jismein wah akele baithkar sochti hain aur apna kaam karti hain subah ke time. to khamoshi plus thinking yeh hamein bahut upar le jaate hain. hamari soch ka level us takleef grow hota rehta hai. hum marfat ke darwaze mein dakhil ho jaate hain.</w:t>
      </w:r>
    </w:p>
    <w:p>
      <w:pPr>
        <w:jc w:val="right"/>
      </w:pPr>
      <w:r>
        <w:t>जैसे कि आपने अपनी balcony में एक छोटा सा होजरा बनाया हुआ है जिसमें वह अकेले बैठकर सोचती हैं और अपना काम करती हैं सुबह के time. तो खामोशी plus thinking यह हमें बहुत ऊपर ले जाते हैं. हमारी सोच का level उस तकलीफ grow होता रहता है. हम मार्फत के दरवाज़े में दाखिल हो जाते हैं.</w:t>
      </w:r>
    </w:p>
    <w:p>
      <w:r>
        <w:rPr>
          <w:b/>
        </w:rPr>
        <w:t xml:space="preserve">[53:51] </w:t>
      </w:r>
      <w:r>
        <w:t>molana sahib ne hamein bataya hai ki sochkar khuda ko uski azmat aur jalal ke saath paana aala darje ka iman hai. to aala darje ka iman hum jab bhi pa sakte hain, jab hum apni thinking ko badhayenge aur aisa karenge to hamara allah zaroor hamari madad karega.</w:t>
      </w:r>
    </w:p>
    <w:p>
      <w:pPr>
        <w:jc w:val="right"/>
      </w:pPr>
      <w:r>
        <w:t>मौलाना साहब ने हमें बताया है कि सोचकर खुदा को उसकी अज़मत और जलाल के साथ पाना आला दर्जे का ईमान है. तो आला दर्जे का ईमान हम जब भी पा सकते हैं, जब हम अपनी thinking को बढ़ाएंगे और ऐसा करेंगे तो हमारा अल्लाह ज़रूर हमारी मदद करेगा.</w:t>
      </w:r>
    </w:p>
    <w:p>
      <w:r>
        <w:rPr>
          <w:b/>
        </w:rPr>
        <w:t xml:space="preserve">[54:14] </w:t>
      </w:r>
      <w:r>
        <w:t>to molana sah ke books ko padhna bahut zaroori hai aur usmein apni learning, apni jo bhi hai wah jo bhi hamari samajh mein aa raha usko zaroor share karen. iske saath hi main ek achhi news bhi dena chah rahi thi sabko ki next Sunday se hum molana saki book se discussion shuru kar rahe hain shaalla.</w:t>
      </w:r>
    </w:p>
    <w:p>
      <w:pPr>
        <w:jc w:val="right"/>
      </w:pPr>
      <w:r>
        <w:t>तो मौलाना साह के books को पढ़ना बहुत ज़रूरी है और उसमें अपनी learning, अपनी जो भी है वह जो भी हमारी समझ में आ रहा उसको ज़रूर share करें. इसके साथ ही मैं एक अच्छी news भी देना चाह रही थी सबको कि next Sunday से हम मोलाना साकी book से discussion शुरू कर रहे हैं शाल्ला.</w:t>
      </w:r>
    </w:p>
    <w:p>
      <w:r>
        <w:rPr>
          <w:b/>
        </w:rPr>
        <w:t xml:space="preserve">[54:42] </w:t>
      </w:r>
      <w:r>
        <w:t>to har Sunday hum malo na sahib ki book se discussion karenge. group mein article aur kitab ka naam daal diya jayega. agar us book ka English version available nahin hoga to wah available hoga to wah bhi group mein bata diya jayega. agar nahin hoga to bhi aapko koi problem nahin hogi. kyunki hum book discussion mein pehle article wala ne sahib ke article ko padhenge.</w:t>
      </w:r>
    </w:p>
    <w:p>
      <w:pPr>
        <w:jc w:val="right"/>
      </w:pPr>
      <w:r>
        <w:t>तो हर Sunday हम मालो ना साहब की book से discussion करेंगे. Group में article और किताब का नाम डाल दिया जाएगा. अगर उस book का English version available नहीं होगा तो वह available होगा तो वह भी group में बता दिया जाएगा. अगर नहीं होगा तो भी आपको कोई problem नहीं होगी. क्योंकि हम book discussion में पहले article वाला ने साहब के article को पढ़ेंगे.</w:t>
      </w:r>
    </w:p>
    <w:p>
      <w:r>
        <w:rPr>
          <w:b/>
        </w:rPr>
        <w:t xml:space="preserve">[55:12] </w:t>
      </w:r>
      <w:r>
        <w:t>isliye koi pareshani nahin hogi jo log urdu nahin jaante hain. to yeh bahut achha mauka hai ki mauka rahega ki jab hum wala na sab ke urdu ki books se apni learning ko badhayenge inshaallah aur iska time kya hoga yeh hum baad mein inshaallah group mein bata denge.</w:t>
      </w:r>
    </w:p>
    <w:p>
      <w:pPr>
        <w:jc w:val="right"/>
      </w:pPr>
      <w:r>
        <w:t>इसलिए कोई परेशानी नहीं होगी जो लोग उर्दू नहीं जानते हैं. तो यह बहुत अच्छा मौका है कि मौका रहेगा कि जब हम वाला नासाब के उर्दू की books से अपनी learning को बढ़ाएंगे इंशाल्लाह और इसका time क्या होगा यह हम बाद में इंशाल्लाह group में बता देंगे.</w:t>
      </w:r>
    </w:p>
    <w:p>
      <w:r>
        <w:rPr>
          <w:b/>
        </w:rPr>
        <w:t xml:space="preserve">[55:35] </w:t>
      </w:r>
      <w:r>
        <w:t>to jazag allah shvina yeh saare tumhare fark ki wajah se hum is tarah se ikattha hote hain aur itna sab kuch seekhte hain aur alladalaat tumhein iska bahut azardey yeh sara tum jo arrange karti ho jaza karna. jaza kar lapa? aur koi ladies hain then? shvina. minutes left. ji. can i just say thank you to famida ji?</w:t>
      </w:r>
    </w:p>
    <w:p>
      <w:pPr>
        <w:jc w:val="right"/>
      </w:pPr>
      <w:r>
        <w:t>तो जज़ाग अल्लाह शविना यह सारे तुम्हारे फ़र्क की वजह से हम इस तरह से इकट्ठा होते हैं और इतना सब कुछ सीखते हैं और अल्लादालत तुम्हें इसका बहुत अज़र्दे यह सारा तुम जो arrange करती हो जज़ा करना. जज़ा कर लापा? और कोई ladies हैं then? शविना. Minutes left. जी. Can I just say thank you to फामीदा जी?</w:t>
      </w:r>
    </w:p>
    <w:p>
      <w:r>
        <w:rPr>
          <w:b/>
        </w:rPr>
        <w:t xml:space="preserve">[56:05] </w:t>
      </w:r>
      <w:r>
        <w:t>main ab ek kamzori batana chahti hoon jo maine pehle bhi zikr kiya i want to stay aloof to ek do baar mere dil mein yeh aaya ya allah meri journey agar khatm hui hai to ab mujhe bula lo. i know it was a kamzori ka moment lekin ab jab famida ji ne kaha na ki jab tak hum zinda hain tabhi tak hum unko samajh sakte hain na. marne ke baad kuch nahin hoga. to i want to thank her for reminding me, you know.</w:t>
      </w:r>
    </w:p>
    <w:p>
      <w:pPr>
        <w:jc w:val="right"/>
      </w:pPr>
      <w:r>
        <w:t>मैं अब एक कमज़ोरी बताना चाहती हूं जो मैंने पहले भी ज़िक्र किया I want to stay aloof तो एक दो बार मेरे दिल में यह आया या अल्लाह मेरी journey अगर ख़त्म हुई है तो अब मुझे बुला लो. I know it was a कमज़ोरी का moment लेकिन अब जब फामीदा जी ने कहा ना कि जब तक हम ज़िंदा हैं तभी तक हम उनको समझ सकते हैं ना. मरने के बाद कुछ नहीं होगा. तो I want to thank her for reminding me, you know.</w:t>
      </w:r>
    </w:p>
    <w:p>
      <w:r>
        <w:rPr>
          <w:b/>
        </w:rPr>
        <w:t xml:space="preserve">[56:33] </w:t>
      </w:r>
      <w:r>
        <w:t>so next time i have one of these weak moments. of course it was not weakness in per se in me but mujhe laga ki are meri journey khatm hui hai to ab theek hai. but nahin nahin ab main famida ji ka sunkar zinda rehna chahti hoon taki allah ki taraf aur apna jo bhi hai dhyan poora rakh sakoon aur aap bhi sab dua karen inshaallah. shukriya shvina for allowing me this moment. thank you.</w:t>
      </w:r>
    </w:p>
    <w:p>
      <w:pPr>
        <w:jc w:val="right"/>
      </w:pPr>
      <w:r>
        <w:t>So next time I have one of these weak moments. Of course it was not weakness in per se in me but मुझे लगा कि अरे मेरी journey खत्म हुई है तो अब ठीक है. But नहीं नहीं अब मैं फामीदा जी का सुनकर ज़िंदा रहना चाहती हूं ताकि अल्लाह की तरफ और अपना जो भी है ध्यान पूरा रख सकूं और आप भी सब दुआ करें इंशाल्लाह. शुक्रिया शविना for allowing me this moment. Thank you.</w:t>
      </w:r>
    </w:p>
    <w:p>
      <w:r>
        <w:rPr>
          <w:b/>
        </w:rPr>
        <w:t xml:space="preserve">[57:00] </w:t>
      </w:r>
      <w:r>
        <w:t>Hello maa ji aapki awaaz itni mashallah.</w:t>
      </w:r>
    </w:p>
    <w:p>
      <w:pPr>
        <w:jc w:val="right"/>
      </w:pPr>
      <w:r>
        <w:t>Hello मां जी आपकी आवाज़ इतनी मशहल्लाह.</w:t>
      </w:r>
    </w:p>
    <w:p>
      <w:r>
        <w:rPr>
          <w:b/>
        </w:rPr>
        <w:t xml:space="preserve">[57:06] </w:t>
      </w:r>
      <w:r>
        <w:t>Itni smooth hai ki mujhe aisa lagta hai ki aap bahut hi zyada Allah se judi hui hai</w:t>
      </w:r>
    </w:p>
    <w:p>
      <w:pPr>
        <w:jc w:val="right"/>
      </w:pPr>
      <w:r>
        <w:t>इतनी smooth है कि मुझे ऐसा लगता है कि आप बहुत ही ज़्यादा अन्लाह से जुड़ी हुई है</w:t>
      </w:r>
    </w:p>
    <w:p>
      <w:r>
        <w:rPr>
          <w:b/>
        </w:rPr>
        <w:t xml:space="preserve">[57:12] </w:t>
      </w:r>
      <w:r>
        <w:t>Aur yeh line Maulana saaf ki hai aur jaise aapne bataya ki main zinda rehna chahti hoon aur</w:t>
      </w:r>
    </w:p>
    <w:p>
      <w:pPr>
        <w:jc w:val="right"/>
      </w:pPr>
      <w:r>
        <w:t>और यह line मौलाना साफ की है और जैसे आपने बताया कि मैं ज़िंदा रहना चाहती हूं और</w:t>
      </w:r>
    </w:p>
    <w:p>
      <w:r>
        <w:rPr>
          <w:b/>
        </w:rPr>
        <w:t xml:space="preserve">[57:19] </w:t>
      </w:r>
      <w:r>
        <w:t>Is tarah se aapne socha, to yeh line mujhe bhi bahut zyada karti hai ki Maulana sahib ki</w:t>
      </w:r>
    </w:p>
    <w:p>
      <w:pPr>
        <w:jc w:val="right"/>
      </w:pPr>
      <w:r>
        <w:t>इस तरह से आपने सोचा, तो यह line मुझे भी बहुत ज़्यादा करती है कि मलाना साहब की</w:t>
      </w:r>
    </w:p>
    <w:p>
      <w:r>
        <w:rPr>
          <w:b/>
        </w:rPr>
        <w:t xml:space="preserve">[57:25] </w:t>
      </w:r>
      <w:r>
        <w:t>Line ki main kitna apna development apna mera kitna ho jayegi main wahan par jaakar aakhirat mein qabil</w:t>
      </w:r>
    </w:p>
    <w:p>
      <w:pPr>
        <w:jc w:val="right"/>
      </w:pPr>
      <w:r>
        <w:t>line कि मैं कितना अपना development अपना मेरा कितना हो जाएगी मैं वहां पर जाकर आख़िरत में काबिल</w:t>
      </w:r>
    </w:p>
    <w:p>
      <w:r>
        <w:rPr>
          <w:b/>
        </w:rPr>
        <w:t xml:space="preserve">[57:31] </w:t>
      </w:r>
      <w:r>
        <w:t>Rahu ki mujhe bhi Allah taala achhi jagah de.</w:t>
      </w:r>
    </w:p>
    <w:p>
      <w:pPr>
        <w:jc w:val="right"/>
      </w:pPr>
      <w:r>
        <w:t>रहूं कि मुझे भी अल्लाह ताला अच्छी जगह दे.</w:t>
      </w:r>
    </w:p>
    <w:p>
      <w:r>
        <w:rPr>
          <w:b/>
        </w:rPr>
        <w:t xml:space="preserve">[57:38] </w:t>
      </w:r>
      <w:r>
        <w:t>to yeh waqai bahut achhi line hai malana sahib ke. sabhi kuch bahut hi zabardast hai insaan ki personality ko badalne ke liye. lekin waqai yeh wali line mujhe bhi bahut hi karti hai. roma ji main aapse apni ek main aapne jo baatein kahi to main aapse kuch kehna chahti hoon.</w:t>
      </w:r>
    </w:p>
    <w:p>
      <w:pPr>
        <w:jc w:val="right"/>
      </w:pPr>
      <w:r>
        <w:t>तो यह वाकई बहुत अच्छी line है मलाना साहब के. सभी कुछ बहुत ही ज़बरदस्त है इंसान की personality को बदलने के लिए. लेकिन वाकई यह वाली line मुझे भी बहुत ही करती है. रोमा जी मैं आपसे अपनी एक मैं आपने जो बातें कही तो मैं आपसे कुछ कहना चाहती हूं.</w:t>
      </w:r>
    </w:p>
    <w:p>
      <w:r>
        <w:rPr>
          <w:b/>
        </w:rPr>
        <w:t xml:space="preserve">[58:01] </w:t>
      </w:r>
      <w:r>
        <w:t>aapki jo feeling hai aapne jo kaha ki aap usually logon ko avoid karti hain aur jo bhi aapne experience kiya sort of main bhi aise hi kuch halaat se situation se guzar rahi hoon. most of the time jab hum mission se jude hue hain, hamari mind ki reengineering ho rahi hai.</w:t>
      </w:r>
    </w:p>
    <w:p>
      <w:pPr>
        <w:jc w:val="right"/>
      </w:pPr>
      <w:r>
        <w:t>आपकी जो feeling है आपने जो कहा कि आप usually लोगों को avoid करती हैं और जो भी आपने experience किया sort of मैं भी ऐसे ही कुछ हालात से situation से गुज़र रही हूं. Most of the time जब हम mission से जुड़े हुए हैं, हमारी mind की reengineering हो रही है.</w:t>
      </w:r>
    </w:p>
    <w:p>
      <w:r>
        <w:rPr>
          <w:b/>
        </w:rPr>
        <w:t xml:space="preserve">[58:24] </w:t>
      </w:r>
      <w:r>
        <w:t>molana ki literature padhkar aur us par hum reflect karte hain aur har baar hamari ek nayi learning apne aap mein hoti rahi hai. it's sort of a personality development which is going, it is an ongoing process and it is not something that we are doing it consciously. it is unconsciously happening with us.</w:t>
      </w:r>
    </w:p>
    <w:p>
      <w:pPr>
        <w:jc w:val="right"/>
      </w:pPr>
      <w:r>
        <w:t>मौलाना की literature पढ़कर और उस पर हम reflect करते हैं और हर बार हमारी एक नई learning अपने आप में होती रही है. It's sort of a personality development which is going, it is an ongoing process and it is not something that we are doing it consciously. It is unconsciously happening with us.</w:t>
      </w:r>
    </w:p>
    <w:p>
      <w:r>
        <w:rPr>
          <w:b/>
        </w:rPr>
        <w:t xml:space="preserve">[58:45] </w:t>
      </w:r>
      <w:r>
        <w:t>so aap jo keh rahi hain na logon ko ek sort of jab hum kisi se milte hain then we ponder upon what the other person has said. how much materialism is there in their talk, in their reflection, in their life? to sort of that way ki main bhi bahut zyada avoid karne lagi hoon logon ka interaction, logon ki company.</w:t>
      </w:r>
    </w:p>
    <w:p>
      <w:pPr>
        <w:jc w:val="right"/>
      </w:pPr>
      <w:r>
        <w:t>So आप जो कह रही हैं ना लोगों को एक sort of जब हम किसी से मिलते हैं then we ponder upon what the other person has said. How much materialism is there in their talk, in their reflection, in their life? तो sort of that way कि मैं भी बहुत ज़्यादा avoid करने लगी हूं लोगों का interaction, लोगों की company.</w:t>
      </w:r>
    </w:p>
    <w:p>
      <w:r>
        <w:rPr>
          <w:b/>
        </w:rPr>
        <w:t xml:space="preserve">[59:07] </w:t>
      </w:r>
      <w:r>
        <w:t>in fact, i have started loving my own company where mujhe bahut zyada 99 kya? 99.9% i have started feeling that when i'm alone, i'm in the company of god because that is the very good opportunity of me talking to somebody in person and me talking to god.</w:t>
      </w:r>
    </w:p>
    <w:p>
      <w:pPr>
        <w:jc w:val="right"/>
      </w:pPr>
      <w:r>
        <w:t>In fact, I have started loving my own company where मुझे बहुत ज़्यादा 99 क्या? 99.9% I have started feeling that when I'm alone, I'm in the company of god because that is the very good opportunity of me talking to somebody in person and me talking to god.</w:t>
      </w:r>
    </w:p>
    <w:p>
      <w:r>
        <w:rPr>
          <w:b/>
        </w:rPr>
        <w:t xml:space="preserve">[59:31] </w:t>
      </w:r>
      <w:r>
        <w:t>it is like abhi main do teen din pehle maine isko bahut zyada strongly isko mehsoos kiya maine ki main jab akeli hoon aur aisa lag raha hai ki man mein to hamari jo dimag hai jo brain hai wah har waqt kuch na kuch soch raha hai. to jab hum soch rahe hain usko agar hum ek root de dein, ek line of thoughts de dein, to wah line of thought hamara god se jaakar judta hai aur hum har situation ko assess karte hain.</w:t>
      </w:r>
    </w:p>
    <w:p>
      <w:pPr>
        <w:jc w:val="right"/>
      </w:pPr>
      <w:r>
        <w:t>It is like अभी मैं दो तीन दिन पहले मैंने इसको बहुत ज़्यादा strongly इसको महसूस किया मैंने कि मैं जब अकेली हूं और ऐसा लग रहा है कि मन में तो हमारी जो दिमाग है जो brain है वह हर वक्त कुछ ना कुछ सोच रहा है. तो जब हम सोच रहे हैं उसको अगर हम एक root दे दें, एक line of thoughts दे दें, तो वह line of thought हमारा god से जाकर जुड़ता है और हम हर situation को assess करते हैं.</w:t>
      </w:r>
    </w:p>
    <w:p>
      <w:r>
        <w:rPr>
          <w:b/>
        </w:rPr>
        <w:t xml:space="preserve">[59:59] </w:t>
      </w:r>
      <w:r>
        <w:t>then we start thinking in the line of god, what god wants from me. so in that way you have a company of god with you when you are alone. so agar aap isko yeh direction se agar aap isko sochein, just try it sometime because i have myself start doing it and i'm just love being alone and in these kind of thoughts that i'm having a company of god.</w:t>
      </w:r>
    </w:p>
    <w:p>
      <w:pPr>
        <w:jc w:val="right"/>
      </w:pPr>
      <w:r>
        <w:t>Then we start thinking in the line of God, what God wants from me. So in that way you have a company of God with you when you are alone. So अगर आप इसको यह direction से अगर आप इसको सोचें, just try it sometime because I have myself start doing it and I'm just love being alone and in these kind of thoughts that I'm having a company of god.</w:t>
      </w:r>
    </w:p>
    <w:p>
      <w:r>
        <w:rPr>
          <w:b/>
        </w:rPr>
        <w:t xml:space="preserve">[1:00:24] </w:t>
      </w:r>
      <w:r>
        <w:t>phir inshaallah definitely that fear which you are saying that is engulfing you ek dar, ek fear hai jo, inshaallah you will definitely overcome. i hope this helps. thank you shabina. aur koi ladies jo kuch bhi share karna chahti hain? we have yeh aap kahan? ok. ji aap.</w:t>
      </w:r>
    </w:p>
    <w:p>
      <w:pPr>
        <w:jc w:val="right"/>
      </w:pPr>
      <w:r>
        <w:t>फिर इंशालाह definitely that fear which you are saying that is engulfing you एक डर, एक fear है जो, इंशालाह you will definitely overcome. I hope this helps. Thank you शबीना. और कोई ladies जो कुछ भी share करना चाहती हैं? We have यह आप कहां? Ok. जी आप.</w:t>
      </w:r>
    </w:p>
    <w:p>
      <w:r>
        <w:rPr>
          <w:b/>
        </w:rPr>
        <w:t xml:space="preserve">[1:00:48] </w:t>
      </w:r>
      <w:r>
        <w:t>abhi jo aapne kaha to usi par mujhe yaad aaya ki jo aap keh rahe hain to jab aurana akele rehte the tab wahi haal hota tha ki bilkul lagta tha ki jaise he is in conversation with god to bilkul usi mein ghoom rahe the. lekin jahan koi mauka milta tha kisi se milne ka to us mauke ko haath se nahin jaane dete the.</w:t>
      </w:r>
    </w:p>
    <w:p>
      <w:pPr>
        <w:jc w:val="right"/>
      </w:pPr>
      <w:r>
        <w:t>अभी जो आपने कहा तो उसी पर मुझे याद आया कि जो आप कह रहे हैं तो जब औराना अकेले रहते थे तब वही हाल होता था कि बिल्कुल लगता था कि जैसे he is in conversation with god तो बिल्कुल उसी में घूम रहे थे. लेकिन जहां कोई मौका मिलता था किसी से मिलने का तो उस मौके को हाथ से नहीं जाने देते थे.</w:t>
      </w:r>
    </w:p>
    <w:p>
      <w:r>
        <w:rPr>
          <w:b/>
        </w:rPr>
        <w:t xml:space="preserve">[1:01:15] </w:t>
      </w:r>
      <w:r>
        <w:t>mujhe lagta hai ke abhi hum log is culture se bohat poori taraf usko adopt nahi kar paye hain.</w:t>
      </w:r>
    </w:p>
    <w:p>
      <w:pPr>
        <w:jc w:val="right"/>
      </w:pPr>
      <w:r>
        <w:t>मुझे लगता है कि अभी हम लोग इस culture से बहुत पूरी तरफ उसको adopt नहीं कर पाए हैं.</w:t>
      </w:r>
    </w:p>
    <w:p>
      <w:r>
        <w:rPr>
          <w:b/>
        </w:rPr>
        <w:t xml:space="preserve">[1:01:23] </w:t>
      </w:r>
      <w:r>
        <w:t>to itna zyada woh doosron ki hidayat the, harais the ke koi aata tha jabke tabkiyat unki theek nahi thi aur dawa khate the halk kharab tha bolne nikalti thi aur mujhe lagta tha mujhe ye lagta tha ke abba ko disturb karega yaad mein lekin woh ekdum uthkar baith jate the aur usi halat mein baithkar poora attend karte the.</w:t>
      </w:r>
    </w:p>
    <w:p>
      <w:pPr>
        <w:jc w:val="right"/>
      </w:pPr>
      <w:r>
        <w:t>तो इतना ज़्यादा वो दूसरों की हिदायत थे, हरीश थे कि कोई आता था जबकि तबकयत उनकी ठीक नहीं थी और दवा खाते थे हल्क खराब था बोलने निकलती थी और मुझे लगता था मुझे ये लगता था कि अब्बा को disturb करेगा याद में लेकिन वह एकदम उठकर बैठ जाते थे और उसी हालत में बैठकर पूरा attend करते थे.</w:t>
      </w:r>
    </w:p>
    <w:p>
      <w:r>
        <w:rPr>
          <w:b/>
        </w:rPr>
        <w:t xml:space="preserve">[1:01:49] </w:t>
      </w:r>
      <w:r>
        <w:t>ek baar kahin se ek phone aa gaya to ab us waqt dawa khaye hue rehte the na to dawa mein hota hai neech ka galba to maine kaha ke kisi ka phone aaya hai to so rahe the use nahi. jab use to maine bataya ke falan ka phone aaya tha to kehne lage jagaya kyun nahi? maine kaha jagaya tha aap matlab zor zor se nahi boli thi bola tha to aap so rahe the. kehne lage mujhe patthar maar ke jagaya hota.</w:t>
      </w:r>
    </w:p>
    <w:p>
      <w:pPr>
        <w:jc w:val="right"/>
      </w:pPr>
      <w:r>
        <w:t>एक बार कहीं से एक phone आ गया तो अब उस वक्त दवा खाए हुए रहते थे ना तो दवा में होता है नीच का गलबा तो मैंने कहा कि किसी का phone आया है तो सो रहे थे उसे नहीं. जब उसे तो मैंने बताया कि फलां का phone आया था तो कहने लगे जगाया क्यों नहीं? मैंने कहा जगाया था आप मतलब ज़ोर ज़ोर से नहीं बोली थी बोला था तो आप सो रहे थे. कहने लगे मुझे पत्थर मार के जगाया होता.</w:t>
      </w:r>
    </w:p>
    <w:p>
      <w:r>
        <w:rPr>
          <w:b/>
        </w:rPr>
        <w:t xml:space="preserve">[1:02:18] </w:t>
      </w:r>
      <w:r>
        <w:t>to yeh jo hai na hamara do do kaam hai. ek hum apne aap ka intellectual development karna, spiritual development karna aur doosre logon ki hidayat ke liye harais hona. to yeh dono kaam saath saath chalega.</w:t>
      </w:r>
    </w:p>
    <w:p>
      <w:pPr>
        <w:jc w:val="right"/>
      </w:pPr>
      <w:r>
        <w:t>तो यह जो है ना हमारा दो दो काम है. एक हम अपने आप का intellectual development करना, spiritual development करना और दूसरे लोगों की हिदायत के लिए हरीश होना. तो यह दोनों काम साथ साथ चलेगा.</w:t>
      </w:r>
    </w:p>
    <w:p>
      <w:r>
        <w:rPr>
          <w:b/>
        </w:rPr>
        <w:t xml:space="preserve">[1:02:36] </w:t>
      </w:r>
      <w:r>
        <w:t>Jab aap akeli hain to aap bilkul ek tarah rahiye jaise aap soodha saath hain aur jahan koi</w:t>
      </w:r>
    </w:p>
    <w:p>
      <w:pPr>
        <w:jc w:val="right"/>
      </w:pPr>
      <w:r>
        <w:t>जब आप अकेली हैं तो आप बिल्कुल एक तरह रहिए जैसे आप सोधा साथ हैं और जहां कोई</w:t>
      </w:r>
    </w:p>
    <w:p>
      <w:r>
        <w:rPr>
          <w:b/>
        </w:rPr>
        <w:t xml:space="preserve">[1:02:42] </w:t>
      </w:r>
      <w:r>
        <w:t>Mauka mile kisi se baat karne ka, usko baat samjhane ka to aap foran uske liye taiyar ho jayegi.</w:t>
      </w:r>
    </w:p>
    <w:p>
      <w:pPr>
        <w:jc w:val="right"/>
      </w:pPr>
      <w:r>
        <w:t>मौका मिले किसी से बात करने का, उसको बात समझाने का तो आप फ़ौरन उसके लिए तैयार हो जाएगी.</w:t>
      </w:r>
    </w:p>
    <w:p>
      <w:r>
        <w:rPr>
          <w:b/>
        </w:rPr>
        <w:t xml:space="preserve">[1:02:48] </w:t>
      </w:r>
      <w:r>
        <w:t>Inshallah aap inshallah.</w:t>
      </w:r>
    </w:p>
    <w:p>
      <w:pPr>
        <w:jc w:val="right"/>
      </w:pPr>
      <w:r>
        <w:t>इंशाल आप इंशाल.</w:t>
      </w:r>
    </w:p>
    <w:p>
      <w:r>
        <w:rPr>
          <w:b/>
        </w:rPr>
        <w:t xml:space="preserve">[1:02:54] </w:t>
      </w:r>
      <w:r>
        <w:t>Main kuch bolna chahti hoon wahan par. Ji kahiye.</w:t>
      </w:r>
    </w:p>
    <w:p>
      <w:pPr>
        <w:jc w:val="right"/>
      </w:pPr>
      <w:r>
        <w:t>मैं कुछ बोलना चाहती हूं वहां पर. जी कहिए.</w:t>
      </w:r>
    </w:p>
    <w:p>
      <w:r>
        <w:rPr>
          <w:b/>
        </w:rPr>
        <w:t xml:space="preserve">[1:03:00] </w:t>
      </w:r>
      <w:r>
        <w:t>Main Rahmat Andisha Bangalore se Karnataka se baat kar rahi hoon.</w:t>
      </w:r>
    </w:p>
    <w:p>
      <w:pPr>
        <w:jc w:val="right"/>
      </w:pPr>
      <w:r>
        <w:t>मैं राहमत अंडिशा बैंगलोर से कर्नाटका से बात कर रही हूं.</w:t>
      </w:r>
    </w:p>
    <w:p>
      <w:r>
        <w:rPr>
          <w:b/>
        </w:rPr>
        <w:t xml:space="preserve">[1:03:07] </w:t>
      </w:r>
      <w:r>
        <w:t>Mere saath ek mera tajurba hua.</w:t>
      </w:r>
    </w:p>
    <w:p>
      <w:pPr>
        <w:jc w:val="right"/>
      </w:pPr>
      <w:r>
        <w:t>मेरे साथ एक मेरा तजुरबा हुआ.</w:t>
      </w:r>
    </w:p>
    <w:p>
      <w:r>
        <w:rPr>
          <w:b/>
        </w:rPr>
        <w:t xml:space="preserve">[1:03:14] </w:t>
      </w:r>
      <w:r>
        <w:t>To last Friday to bahar transfer mission ka woh kuch burst hua ismein electric ka aur achhanak hamare</w:t>
      </w:r>
    </w:p>
    <w:p>
      <w:pPr>
        <w:jc w:val="right"/>
      </w:pPr>
      <w:r>
        <w:t>तो last Friday तो बाहर transfer mission का वह कुछ burst हुआ इसमें electric का और अचानक हमारे</w:t>
      </w:r>
    </w:p>
    <w:p>
      <w:r>
        <w:rPr>
          <w:b/>
        </w:rPr>
        <w:t xml:space="preserve">[1:03:22] </w:t>
      </w:r>
      <w:r>
        <w:t>Motor ka wire jo hai paani jo chadhane ka woh ekdam burst hua.</w:t>
      </w:r>
    </w:p>
    <w:p>
      <w:pPr>
        <w:jc w:val="right"/>
      </w:pPr>
      <w:r>
        <w:t>motor का wire जो है पानी जो चढ़ाने का वह एकदम burst हुआ.</w:t>
      </w:r>
    </w:p>
    <w:p>
      <w:r>
        <w:rPr>
          <w:b/>
        </w:rPr>
        <w:t xml:space="preserve">[1:03:30] </w:t>
      </w:r>
      <w:r>
        <w:t>Hamein ghar ke andar wali awaaz mein bahar ka transformer ka jo yeh awaaz thi woh dab gayi.</w:t>
      </w:r>
    </w:p>
    <w:p>
      <w:pPr>
        <w:jc w:val="right"/>
      </w:pPr>
      <w:r>
        <w:t>हमें घर के अंदर वाली आवाज़ में बाहर का transformer का जो यह आवाज़ थी वह दब गई.</w:t>
      </w:r>
    </w:p>
    <w:p>
      <w:r>
        <w:rPr>
          <w:b/>
        </w:rPr>
        <w:t xml:space="preserve">[1:03:38] </w:t>
      </w:r>
      <w:r>
        <w:t>to baad jaakar dekha to woh wire jal rahi thi aur baad jalibaaz bhi aa rahi thi aur to humne khair supply cut hui hai pani ki. baad mein mujhe pata ji. ek baat yaad aayi Maulana ki.</w:t>
      </w:r>
    </w:p>
    <w:p>
      <w:pPr>
        <w:jc w:val="right"/>
      </w:pPr>
      <w:r>
        <w:t>तो बाद जाकर देखा तो वह wire जल रही थी और बाद जलीबाज़ भी आ रही थी और तो हमने खैर supply cut हुई है पानी की. बाद में मुझे पता जी. एक बात याद आई मौलाना की.</w:t>
      </w:r>
    </w:p>
    <w:p>
      <w:r>
        <w:rPr>
          <w:b/>
        </w:rPr>
        <w:t xml:space="preserve">[1:03:59] </w:t>
      </w:r>
      <w:r>
        <w:t>Kabhi bhi jab koi dhamaka hota hai, hah woh patakhe ka ho ya bomb ka ho, bade se</w:t>
      </w:r>
    </w:p>
    <w:p>
      <w:pPr>
        <w:jc w:val="right"/>
      </w:pPr>
      <w:r>
        <w:t>कभी भी जब कोई धमाका होता है, हाह वो पटाखे का हो या बम का हो, बड़े से</w:t>
      </w:r>
    </w:p>
    <w:p>
      <w:r>
        <w:rPr>
          <w:b/>
        </w:rPr>
        <w:t xml:space="preserve">[1:04:04] </w:t>
      </w:r>
      <w:r>
        <w:t>Bada ho, chhote se chhota ho, uska nateeja hamesha takreeb mein hota hai.</w:t>
      </w:r>
    </w:p>
    <w:p>
      <w:pPr>
        <w:jc w:val="right"/>
      </w:pPr>
      <w:r>
        <w:t>बड़ा हो, छोटे से छोटा हो, उसका नतीजा हमेशा तकरीब में होता है.</w:t>
      </w:r>
    </w:p>
    <w:p>
      <w:r>
        <w:rPr>
          <w:b/>
        </w:rPr>
        <w:t xml:space="preserve">[1:04:09] </w:t>
      </w:r>
      <w:r>
        <w:t>Yaani destruction, destruction uska nateeja hai.</w:t>
      </w:r>
    </w:p>
    <w:p>
      <w:pPr>
        <w:jc w:val="right"/>
      </w:pPr>
      <w:r>
        <w:t>यानी destruction, destruction उसका नतीजा है.</w:t>
      </w:r>
    </w:p>
    <w:p>
      <w:r>
        <w:rPr>
          <w:b/>
        </w:rPr>
        <w:t xml:space="preserve">[1:04:14] </w:t>
      </w:r>
      <w:r>
        <w:t>Ab yahan kya hua?</w:t>
      </w:r>
    </w:p>
    <w:p>
      <w:pPr>
        <w:jc w:val="right"/>
      </w:pPr>
      <w:r>
        <w:t>अब यहां क्या हुआ?</w:t>
      </w:r>
    </w:p>
    <w:p>
      <w:r>
        <w:rPr>
          <w:b/>
        </w:rPr>
        <w:t xml:space="preserve">[1:04:19] </w:t>
      </w:r>
      <w:r>
        <w:t>Paani ki supply mustati reh gayi aur waise hi jumma tha.</w:t>
      </w:r>
    </w:p>
    <w:p>
      <w:pPr>
        <w:jc w:val="right"/>
      </w:pPr>
      <w:r>
        <w:t>पानी की supply मुतास्ती रह गई और वैसे ही जुम्मा था.</w:t>
      </w:r>
    </w:p>
    <w:p>
      <w:r>
        <w:rPr>
          <w:b/>
        </w:rPr>
        <w:t xml:space="preserve">[1:04:24] </w:t>
      </w:r>
      <w:r>
        <w:t>Paani ka zyada kharch hota.</w:t>
      </w:r>
    </w:p>
    <w:p>
      <w:pPr>
        <w:jc w:val="right"/>
      </w:pPr>
      <w:r>
        <w:t>पानी का ज़्यादा ख़र्च होता.</w:t>
      </w:r>
    </w:p>
    <w:p>
      <w:r>
        <w:rPr>
          <w:b/>
        </w:rPr>
        <w:t xml:space="preserve">[1:04:30] </w:t>
      </w:r>
      <w:r>
        <w:t>to Maulana farmate hi to unka November December 2020 ka ek aalishala, aalishala ka ek article. Super atom, jab super atom karalatara ne paida kiya, duniya se pehle Big Bang, jo woh apni poori shiddat ke saath woh andar, apne kahat ko andar kheenchta tha.</w:t>
      </w:r>
    </w:p>
    <w:p>
      <w:pPr>
        <w:jc w:val="right"/>
      </w:pPr>
      <w:r>
        <w:t>तो मौलाना फरमाते ही तो उनका November December 2020 का एक आलिशाला, आलिशाला का एक article. Super atom, जब super atom करलातारा ने पैदा किया, दुनिया से पहले Big Bang, जो वह अपनी पूरी शिद्दक्ष के साथ वह अंदर, अपने काहत को अंदर खींचता था.</w:t>
      </w:r>
    </w:p>
    <w:p>
      <w:r>
        <w:rPr>
          <w:b/>
        </w:rPr>
        <w:t xml:space="preserve">[1:05:00] </w:t>
      </w:r>
      <w:r>
        <w:t>jab Allah taala ka hua, Allah ne apne radhi mudafilat se usko super atom ko dhamake se uda diya. to ismein do cheezon, do cheezein sabit hui hain. yeh Maulana ki baat hai, Maulana ki baat hai.</w:t>
      </w:r>
    </w:p>
    <w:p>
      <w:pPr>
        <w:jc w:val="right"/>
      </w:pPr>
      <w:r>
        <w:t>जब अल्लाह तालाह का हुआ, अल्लाह ने अपने राधी मुदाफिलत से उसको super atom को धमाके से उड़ा दिया. तो इसमें दो चीज़ों, दो चीज़ें साबित हुई हैं. यह मोलाना की बात है, मोलाना की बात है.</w:t>
      </w:r>
    </w:p>
    <w:p>
      <w:r>
        <w:rPr>
          <w:b/>
        </w:rPr>
        <w:t xml:space="preserve">[1:05:17] </w:t>
      </w:r>
      <w:r>
        <w:t>Ek yeh ki yahan kainaz se alag ek taqatwar hasti pehle hi maujood hai, jisne apni mudakhilch se</w:t>
      </w:r>
    </w:p>
    <w:p>
      <w:pPr>
        <w:jc w:val="right"/>
      </w:pPr>
      <w:r>
        <w:t>एक यह कि यहां कायनाज से अलग एक ताकतवर हस्ती पहले ही मौजूद है, जिसने अपनी मुदाखिलच से</w:t>
      </w:r>
    </w:p>
    <w:p>
      <w:r>
        <w:rPr>
          <w:b/>
        </w:rPr>
        <w:t xml:space="preserve">[1:05:25] </w:t>
      </w:r>
      <w:r>
        <w:t>Is gamal mamudi waqiye ko kiya aur super atom ke zara dakhili rukh mein safar ke bajay beruniy</w:t>
      </w:r>
    </w:p>
    <w:p>
      <w:pPr>
        <w:jc w:val="right"/>
      </w:pPr>
      <w:r>
        <w:t>इस गैमाल मामूदी वाक्य को किया और super atom के ज़रा दाखिली रुख में सफर के बजाय बेरुनीय</w:t>
      </w:r>
    </w:p>
    <w:p>
      <w:r>
        <w:rPr>
          <w:b/>
        </w:rPr>
        <w:t xml:space="preserve">[1:05:34] </w:t>
      </w:r>
      <w:r>
        <w:t>Rukh mein safar karne lage aur doosra waqiya is azeem pehlu ka, is waqiye ka doosra azeem pehlu</w:t>
      </w:r>
    </w:p>
    <w:p>
      <w:pPr>
        <w:jc w:val="right"/>
      </w:pPr>
      <w:r>
        <w:t>रुख में सफर करने लगे और दूसरा वाखिया इस अजीम पहलू का, इस वाखिये का दूसरा अजीम पहलू</w:t>
      </w:r>
    </w:p>
    <w:p>
      <w:r>
        <w:rPr>
          <w:b/>
        </w:rPr>
        <w:t xml:space="preserve">[1:05:42] </w:t>
      </w:r>
      <w:r>
        <w:t>Yeh hai ki hamesha takreebin, dhamaka takreebin nataish ka sabak banta hai.</w:t>
      </w:r>
    </w:p>
    <w:p>
      <w:pPr>
        <w:jc w:val="right"/>
      </w:pPr>
      <w:r>
        <w:t>यह है कि हमेशा तकरीबीन, धमा का तकरीबीन नताइश का सबक बनता है.</w:t>
      </w:r>
    </w:p>
    <w:p>
      <w:r>
        <w:rPr>
          <w:b/>
        </w:rPr>
        <w:t xml:space="preserve">[1:05:51] </w:t>
      </w:r>
      <w:r>
        <w:t>yaani destruction, it will cause destruction, cause destruction. magar chhota super atom ka dhamaka is tasnai taur par ghayat takreem hi tha. isse koi takreem nahi, sirf construction poore adlah taala ke hukum ke mutabik poore kainat ujud mein aayi.</w:t>
      </w:r>
    </w:p>
    <w:p>
      <w:pPr>
        <w:jc w:val="right"/>
      </w:pPr>
      <w:r>
        <w:t>यानी destruction, it will cause destruction, cause destruction. मगर छोटा super atom का धमाका इस तस्नाई तौर पर गायत तकरीब ही था. इससे कोई तकरीब नहीं, सिर्फ construction पूरे अद्लाह ताला के हुकुम के मुताबिक पूरे कायनात उजूद में आई.</w:t>
      </w:r>
    </w:p>
    <w:p>
      <w:r>
        <w:rPr>
          <w:b/>
        </w:rPr>
        <w:t xml:space="preserve">[1:06:16] </w:t>
      </w:r>
      <w:r>
        <w:t>Stars, kehkar shah, tumhare saare fal ki yaad aur waise bhi mujhe fal ki yaad meri bohat pasandida maujoo hai. main jab bhi koi sciencey reference molaki Maulana ki ek article main dekhti hoon to mujhe bohat zyada pasand aata hai aur baar baar padhti hoon main use. to woh baat maine use relate ki.</w:t>
      </w:r>
    </w:p>
    <w:p>
      <w:pPr>
        <w:jc w:val="right"/>
      </w:pPr>
      <w:r>
        <w:t>Stars, कहकर शाह, तुम्हारे सारे फ़ल की याद और वैसे भी मुझे फ़ल की याद मेरी बहुत पसंदीदा मौजूर है. मैं जब भी कोई sciencey reference मौलाकी मौलाना की एक article मैं देखती हूं तो मुझे बहुत ज़्यादा पसंद आता है और बार बार पढ़ती हूं मैं उसे. तो वह बात मैंने उसे relate की.</w:t>
      </w:r>
    </w:p>
    <w:p>
      <w:r>
        <w:rPr>
          <w:b/>
        </w:rPr>
        <w:t xml:space="preserve">[1:06:39] </w:t>
      </w:r>
      <w:r>
        <w:t>jab woh wire yeh ho gayi, burst ho gayi, to yeh baat mujhe, yeh baat Maulana ki baat mujhe usse relate hui thi ke har, har dhamaka takreem ka nateeja hai. takreem usse takreem nikalti hai, construction nahi destruction hota hai. lekin Allah taala har natijon par mukammal control karta hai. Allah taala ka control hai har natije par. khah ho takreem karein ya taameer karein.</w:t>
      </w:r>
    </w:p>
    <w:p>
      <w:pPr>
        <w:jc w:val="right"/>
      </w:pPr>
      <w:r>
        <w:t>जब वह wire यह हो गई, burst हो गई, तो यह बात मुझे, यह बात मौलाना की बात मुझे उससे relate हुई थी कि हर, हर धमा का तकरीब का नतीजा है. तकरीब उससे तकरीब निकलती है, construction नहीं destruction होता है. लेकिन अल्लाह तालाह हर नतीजों पर मुक्कम्मल control करता है. अल्लाह तालाह का control है हर नतीजे पर. खाह हो तकरीब करें या तामीर करें.</w:t>
      </w:r>
    </w:p>
    <w:p>
      <w:r>
        <w:rPr>
          <w:b/>
        </w:rPr>
        <w:t xml:space="preserve">[1:07:09] </w:t>
      </w:r>
      <w:r>
        <w:t>to yeh baat mujhe maine correlate kiya aur mujhe samajh mein samajh mein bohat zyada sukoon mila ke dekho Allah taala ke bare mein sochna kitna zaroori hai ek chhoti si cheez and even main shuru se bhi Maulana ki kitabon ki wajah se itna zyada main hissas tabiyat hui. ek beej bhi aur gardening bhi mujhe bohat pasand hai.</w:t>
      </w:r>
    </w:p>
    <w:p>
      <w:pPr>
        <w:jc w:val="right"/>
      </w:pPr>
      <w:r>
        <w:t>तो यह बात मुझे मैंने correlate किया और मुझे समझ में समझ में बहुत ज़्यादा सुकून मिला कि देखो अल्लाह ताला के बारे में सोचना कितना ज़रूरी है एक छोटी सी चीज़ and even मैं शुरू से भी मौलाना कि किताबों की वजह से इतना ज़्यादा मैं हिस्सास तबियत हुई. एक बीज भी और gardening भी मुझे बहुत पसंद है.</w:t>
      </w:r>
    </w:p>
    <w:p>
      <w:r>
        <w:rPr>
          <w:b/>
        </w:rPr>
        <w:t xml:space="preserve">[1:07:33] </w:t>
      </w:r>
      <w:r>
        <w:t>ab ek beej bhi main peroon to main use dekhti rehti hoon kaisa woh beej, woh beej kaisa uske upar ki utni sari mutti ko hatata hai, hatata hai. to main dekhti rahoon, dekhti rahoon, even woh pathreli bhi mitti agar ho to use hata deta hai. to wahan woh jagah khali ho jati hai. tab main samajhti mujhe bohat zyada Allah taala ki khudrat ki taqat.</w:t>
      </w:r>
    </w:p>
    <w:p>
      <w:pPr>
        <w:jc w:val="right"/>
      </w:pPr>
      <w:r>
        <w:t>अब एक बीज भी मैं पेरूं तो मैं उसे देखती रहती हूं कैसा वह बीच, वह बीच कैसा उसके ऊपर की उतनी सारी मुट्टी को हटाता है, हटाता है. तो मैं देखती रहूं, देखती रहूं, even वह पथरेली भी मिट्टी अगर हो तो उसे हटा देता है. तो वहां वह जगह खाली हो जाती है. तब मैं समझती मुझे बहुत ज़्यादा अल्लाह ताला कि खुदरत की ताकत.</w:t>
      </w:r>
    </w:p>
    <w:p>
      <w:r>
        <w:rPr>
          <w:b/>
        </w:rPr>
        <w:t xml:space="preserve">[1:08:02] </w:t>
      </w:r>
      <w:r>
        <w:t>Allah is chhote beej mein to koi taqat nahi, lekin yeh sirf aur sirf teri taqat hai jiske upar padi hui mitti ko pattharon ko hatata hai. afraiyat tab usi waqt mujhe Allah taala ki woh ayat waqaiyi ki yaad aati hain. afraiyat tum mataakhaltoon antum tazraon na ho amnahu zareen. to musamay aasman par dekhti hoon anda beshak beshak. yeh kaam tumhara hai.</w:t>
      </w:r>
    </w:p>
    <w:p>
      <w:pPr>
        <w:jc w:val="right"/>
      </w:pPr>
      <w:r>
        <w:t>अल्लाह इस छोटे बीज में तो कोई ताकत नहीं, लेकिन यह सिर्फ़ और सिर्फ़ तेरी ताकत है जिसके ऊपर पड़ी हुई मिट्टी को पत्थरों को हटाता है. अफरायत तब उसी वक्त मुझे अल्लाह तालाह की वह आयत वाकईय की याद आती हैं. अफरायत तुम माताख़लतून अंतुम तज़राओं ना हो अम्नाहु ज़री हूं. तो मुसमय आसमान पर देखती हूं अंदा बेशक बेशक. यह काम तुम्हारा है.</w:t>
      </w:r>
    </w:p>
    <w:p>
      <w:r>
        <w:rPr>
          <w:b/>
        </w:rPr>
        <w:t xml:space="preserve">[1:08:29] </w:t>
      </w:r>
      <w:r>
        <w:t>beej ka koi nahi, hamara koi nahi. kisan sirf apne had tak koshish karta hai. to aise sari chhoti chhoti baatein ek ek article mein Maulana ki itni zyada marifat ki cheezein ghaza hamein milti hain. ab to hamara CPS ka marifat aur dawa naam pad gaya. tab hum in dono cheezon par kaam karna hai.</w:t>
      </w:r>
    </w:p>
    <w:p>
      <w:pPr>
        <w:jc w:val="right"/>
      </w:pPr>
      <w:r>
        <w:t>बीज का कोई नहीं, हमारा कोई नहीं. किसान सिर्फ़ अपने हद तक कोशिश करता है. तो ऐसे सारी छोटी छोटी बातें एक एक article में मौलाना कि इतनी ज़्यादा मारीफत की चीज़ें ग़ज़ा हमें मिलती हैं. अब तो हमारा CPS का मारीफत और दावा नाम पड़ गया. तब हम इन दोनों चीज़ों पर काम करना है.</w:t>
      </w:r>
    </w:p>
    <w:p>
      <w:r>
        <w:rPr>
          <w:b/>
        </w:rPr>
        <w:t xml:space="preserve">[1:08:55] </w:t>
      </w:r>
      <w:r>
        <w:t>marifat par aur dawa par aur shuru se bhi main maine meri ladki ki shadi mein bhi Maulana ki kitabon ka yeh dawat ke dawat-i kitabon ka yeh intezam kiya tha bantne ka. to bohat sau ne aitraz kiya aur bohat sau ne uski tareef ki. mere padosi ne kaha, main tees saal se raha hoon bangalore mein.</w:t>
      </w:r>
    </w:p>
    <w:p>
      <w:pPr>
        <w:jc w:val="right"/>
      </w:pPr>
      <w:r>
        <w:t>मारीफत पर और दावा पर और शुरू से भी मैं मैंने मेरी लड़की की शादी में भी मौलाना की किताबों का यह दावत के दावती किताबों का यह इंतज़ाम किया था बांटने का. तो बहुत सौ ने ऐतराज़ किया और बहुत सौ ने उसकी तारीफ़ की. मेरे पड़ोसी ने कहा, मैं तीस साल से रहा हूं बैंगलोर में.</w:t>
      </w:r>
    </w:p>
    <w:p>
      <w:r>
        <w:rPr>
          <w:b/>
        </w:rPr>
        <w:t xml:space="preserve">[1:09:19] </w:t>
      </w:r>
      <w:r>
        <w:t>kabhi aisi shadi nahi dekhi jismein deeni kitabon ka ki taqseem ho. to jitna apne hamara haath se ho, ho sake apne bachchon ko aur meri bachchi ki shadi mein bhi maine Maulana ka hi khuran diya tarshbe ka, tazeerul khuran aur aaj bhi woh tazeer ul khuran hi padhti hai aur apne bachchon ko bhi padhati hai aur uska hamara muttabiq darjuma bhi batati hai.</w:t>
      </w:r>
    </w:p>
    <w:p>
      <w:pPr>
        <w:jc w:val="right"/>
      </w:pPr>
      <w:r>
        <w:t>कभी ऐसी शादी नहीं देखी जिसमें दीनी किताबों का की तक़सीम हो. तो जितना अपने हमारा हाथ से हो, हो सके अपने बच्चों को और मेरी बच्ची की शादी में भी मैंने मौलाना का ही खुरान दिया तर्शबे का, तस्कीरूल खुरान और आज भी वह तस्कीर उल खुरान ही पढ़ती है और अपने बच्चों को भी पढ़ाती है और उसका हमारा मुत्ताबिक दर्जुमा भी बताती है.</w:t>
      </w:r>
    </w:p>
    <w:p>
      <w:r>
        <w:rPr>
          <w:b/>
        </w:rPr>
        <w:t xml:space="preserve">[1:09:48] </w:t>
      </w:r>
      <w:r>
        <w:t>to is tarah hum Allah taala ke nishaniyon ko hum chhoti chhoti cheezon mein dekhkar uske aur uski maujood ka yaqeen hamare dil mein baith jata hai aur aksar Maulana ek aayaz bhi batate the jo Hameem Sasta ki 53 aaya tha.</w:t>
      </w:r>
    </w:p>
    <w:p>
      <w:pPr>
        <w:jc w:val="right"/>
      </w:pPr>
      <w:r>
        <w:t>तो इस तरह हम अल्लाह ताला के निशानियों को हम छोटी छोटी चीज़ों में देखकर उसके और उसकी मुजूद का यकीन हमारे दिल में बैठ जाता है और अक्सर मौलाना एक आयज भी बताते थे जो हामीम सस्ता कि 53 आया था.</w:t>
      </w:r>
    </w:p>
    <w:p>
      <w:r>
        <w:rPr>
          <w:b/>
        </w:rPr>
        <w:t xml:space="preserve">[1:10:14] </w:t>
      </w:r>
      <w:r>
        <w:t>سنوری ہم آیا تھی نا پھر آفاق دے اور پھر آفاق دے تو بھیا نا رہوم انا الحق.</w:t>
      </w:r>
    </w:p>
    <w:p>
      <w:pPr>
        <w:jc w:val="right"/>
      </w:pPr>
      <w:r>
        <w:t>सनूरी हिम आया थी ना फिर आफ़ाक़ दे और फिर आफ़ाक़ दे तो भैया ना रहोम अन्नाहुल हक़.</w:t>
      </w:r>
    </w:p>
    <w:p>
      <w:r>
        <w:rPr>
          <w:b/>
        </w:rPr>
        <w:t xml:space="preserve">[1:10:23] </w:t>
      </w:r>
      <w:r>
        <w:t>yaani hum logon ko apni, hum logon ko apni nishaniyan dikhayenge aafaq mein bhi aur anfus mein bhi</w:t>
      </w:r>
    </w:p>
    <w:p>
      <w:pPr>
        <w:jc w:val="right"/>
      </w:pPr>
      <w:r>
        <w:t>यानी हम लोगों को अपनी, हम लोगों को अपनी निशानियां दिखाएंगे आफ़ाक़ में भी और अंफुस में भी</w:t>
      </w:r>
    </w:p>
    <w:p>
      <w:r>
        <w:rPr>
          <w:b/>
        </w:rPr>
        <w:t xml:space="preserve">[1:10:32] </w:t>
      </w:r>
      <w:r>
        <w:t>yaani khud unke andar bhi, unki janon mein bhi.</w:t>
      </w:r>
    </w:p>
    <w:p>
      <w:pPr>
        <w:jc w:val="right"/>
      </w:pPr>
      <w:r>
        <w:t>यानी खुद उनके अंदर भी, उनकी जानों में भी.</w:t>
      </w:r>
    </w:p>
    <w:p>
      <w:r>
        <w:rPr>
          <w:b/>
        </w:rPr>
        <w:t xml:space="preserve">[1:10:41] </w:t>
      </w:r>
      <w:r>
        <w:t>yahan tak ke un par zahir ho jaye ke yeh haq hai,</w:t>
      </w:r>
    </w:p>
    <w:p>
      <w:pPr>
        <w:jc w:val="right"/>
      </w:pPr>
      <w:r>
        <w:t>यहां तक के उन पर जाहिर हो जाए कि यह हक है,</w:t>
      </w:r>
    </w:p>
    <w:p>
      <w:r>
        <w:rPr>
          <w:b/>
        </w:rPr>
        <w:t xml:space="preserve">[1:10:50] </w:t>
      </w:r>
      <w:r>
        <w:t>If someone else also wants to speak. haan haan.</w:t>
      </w:r>
    </w:p>
    <w:p>
      <w:pPr>
        <w:jc w:val="right"/>
      </w:pPr>
      <w:r>
        <w:t>If someone else also wants to speak. हां हां.</w:t>
      </w:r>
    </w:p>
    <w:p>
      <w:r>
        <w:rPr>
          <w:b/>
        </w:rPr>
        <w:t xml:space="preserve">[1:10:58] </w:t>
      </w:r>
      <w:r>
        <w:t>Last month July 13 ke ismein paper mein Times of India mein woh jo naya largest space observatory</w:t>
      </w:r>
    </w:p>
    <w:p>
      <w:pPr>
        <w:jc w:val="right"/>
      </w:pPr>
      <w:r>
        <w:t>Last month July 13 के इसमें paper में Times of India में वह जो नया largest space observatory</w:t>
      </w:r>
    </w:p>
    <w:p>
      <w:r>
        <w:rPr>
          <w:b/>
        </w:rPr>
        <w:t xml:space="preserve">[1:11:07] </w:t>
      </w:r>
      <w:r>
        <w:t>James Webb space telescope ke zariye se jo kaynath ki kaksha iska naya nazara kiya gaya, woh chaar</w:t>
      </w:r>
    </w:p>
    <w:p>
      <w:pPr>
        <w:jc w:val="right"/>
      </w:pPr>
      <w:r>
        <w:t>James Webb space telescope के ज़रिए से जो कायनाथ की काक्षा इसका नया नज़ारा किया गया, वह चार</w:t>
      </w:r>
    </w:p>
    <w:p>
      <w:r>
        <w:rPr>
          <w:b/>
        </w:rPr>
        <w:t xml:space="preserve">[1:11:15] </w:t>
      </w:r>
      <w:r>
        <w:t>cheezon ka nazara bahut achhe pyare photos ke saath hai.</w:t>
      </w:r>
    </w:p>
    <w:p>
      <w:pPr>
        <w:jc w:val="right"/>
      </w:pPr>
      <w:r>
        <w:t>चीज़ों का नज़ारा बहुत अच्छे प्यारे photos के साथ है.</w:t>
      </w:r>
    </w:p>
    <w:p>
      <w:r>
        <w:rPr>
          <w:b/>
        </w:rPr>
        <w:t xml:space="preserve">[1:11:24] </w:t>
      </w:r>
      <w:r>
        <w:t>to yeh sab sari cheezein Allah taala ki marifat ke bohat aala nishana the aur is par gaur khosh karna hamara apne haath mein hai aur Allah talne itni achhi, itna achha dimag aur itne salahiyate potentials Allah talne dekar hain. to main isi ke saath bas main baat khatm karna chahti hoon, chahti hoon.</w:t>
      </w:r>
    </w:p>
    <w:p>
      <w:pPr>
        <w:jc w:val="right"/>
      </w:pPr>
      <w:r>
        <w:t>तो यह सब सारी चीज़ें अल्लाह ताला की मारीफत के बहुत आला निशाना थे और इस पर गौरव खौश करना हमारा अपने हाथ में है और अल्लाह तालने इतनी अच्छी, इतना अच्छा दिमाग और इतने सलाहियते potentials अल्लाह तालन देकर हैं. तो मैं इसी के साथ बस मैं बात ख़त्म करना चाहती हूं, चाहती हूं.</w:t>
      </w:r>
    </w:p>
    <w:p>
      <w:r>
        <w:rPr>
          <w:b/>
        </w:rPr>
        <w:t xml:space="preserve">[1:11:52] </w:t>
      </w:r>
      <w:r>
        <w:t>Jaza kar lao khairaba. Jaza kar lao. Sana Zareen wants to say something. Can you hear me? Hello. Ji. Yes. Hello, Asslam u alaikum. Haan bilkul. Aapki jagah bohat hi kam time mein hai. Bilkul hamari. Darasal hum kehna chah rahe the yeh ke actual meri yeh baat karne ka sirf do do matlab tha.</w:t>
      </w:r>
    </w:p>
    <w:p>
      <w:pPr>
        <w:jc w:val="right"/>
      </w:pPr>
      <w:r>
        <w:t>जज़ा कर लाओ खैराबा. जज़ा कर लाओ. साना ज़रीन wants to say something. Can you hear me? Hello. जी. Yes. Hello, अस्लाम अलिको. हां बिल्कुल. आपकी जगह बहुत ही कम time में है. बिल्कुल हमारी. दरअसल हम कहना चाह रहे थे यह कि actual मेरी यह बात करने का सिर्फ दो दो मतलब था.</w:t>
      </w:r>
    </w:p>
    <w:p>
      <w:r>
        <w:rPr>
          <w:b/>
        </w:rPr>
        <w:t xml:space="preserve">[1:12:18] </w:t>
      </w:r>
      <w:r>
        <w:t>ek yeh ke choti sa experience hum share karna chah rahe the aap sabse and second yeh ke specially kabhi mujhe ma'am se kuch baat matlab bahut se questions hote hain main puch nahi paati hoon.</w:t>
      </w:r>
    </w:p>
    <w:p>
      <w:pPr>
        <w:jc w:val="right"/>
      </w:pPr>
      <w:r>
        <w:t>एक यह कि छोटी सा experience हम share करना चाह रहे थे आप सबसे and second यह कि specially कभी मुझे ma'am से कुछ बात मतलब बहुत से questions होते हैं मैं पुछ नहीं पाती हूं.</w:t>
      </w:r>
    </w:p>
    <w:p>
      <w:r>
        <w:rPr>
          <w:b/>
        </w:rPr>
        <w:t xml:space="preserve">[1:12:28] </w:t>
      </w:r>
      <w:r>
        <w:t>faayda aapas mein mujhe aapke upar koi charge kare.</w:t>
      </w:r>
    </w:p>
    <w:p>
      <w:pPr>
        <w:jc w:val="right"/>
      </w:pPr>
      <w:r>
        <w:t>फ़ायदा आपस में मुझे आपके ऊपर कोई charge करे.</w:t>
      </w:r>
    </w:p>
    <w:p>
      <w:r>
        <w:rPr>
          <w:b/>
        </w:rPr>
        <w:t xml:space="preserve">[1:13:17] </w:t>
      </w:r>
      <w:r>
        <w:t>aap bilkul usko palat ke mar bolo.</w:t>
      </w:r>
    </w:p>
    <w:p>
      <w:pPr>
        <w:jc w:val="right"/>
      </w:pPr>
      <w:r>
        <w:t>आप बिल्कुल उसको पलट के मर बोलो.</w:t>
      </w:r>
    </w:p>
    <w:p>
      <w:r>
        <w:rPr>
          <w:b/>
        </w:rPr>
        <w:t xml:space="preserve">[1:14:06] </w:t>
      </w:r>
      <w:r>
        <w:t>aapke Maulana yeh kehte hain.</w:t>
      </w:r>
    </w:p>
    <w:p>
      <w:pPr>
        <w:jc w:val="right"/>
      </w:pPr>
      <w:r>
        <w:t>आपके मौलाना यह कहते हैं.</w:t>
      </w:r>
    </w:p>
    <w:p>
      <w:r>
        <w:rPr>
          <w:b/>
        </w:rPr>
        <w:t xml:space="preserve">[1:14:55] </w:t>
      </w:r>
      <w:r>
        <w:t>agar hum aisa nahi karenge to muslam, muslam kaise safe hoga?</w:t>
      </w:r>
    </w:p>
    <w:p>
      <w:pPr>
        <w:jc w:val="right"/>
      </w:pPr>
      <w:r>
        <w:t>अगर हम ऐसा नहीं करेंगे तो मुस्लाम, मुस्लाम कैसे safe होगा?</w:t>
      </w:r>
    </w:p>
    <w:p>
      <w:r>
        <w:rPr>
          <w:b/>
        </w:rPr>
        <w:t xml:space="preserve">[1:15:44] </w:t>
      </w:r>
      <w:r>
        <w:t>to maine unko bola.</w:t>
      </w:r>
    </w:p>
    <w:p>
      <w:pPr>
        <w:jc w:val="right"/>
      </w:pPr>
      <w:r>
        <w:t>तो मैंने उनको बोला.</w:t>
      </w:r>
    </w:p>
    <w:p>
      <w:r>
        <w:rPr>
          <w:b/>
        </w:rPr>
        <w:t xml:space="preserve">[1:16:33] </w:t>
      </w:r>
      <w:r>
        <w:t>maine kaha seriously aap Islam safe kar sakte hain?</w:t>
      </w:r>
    </w:p>
    <w:p>
      <w:pPr>
        <w:jc w:val="right"/>
      </w:pPr>
      <w:r>
        <w:t>मैंने कहा seriously आप इस्लाम safe कर सकते हैं?</w:t>
      </w:r>
    </w:p>
    <w:p>
      <w:r>
        <w:rPr>
          <w:b/>
        </w:rPr>
        <w:t xml:space="preserve">[1:17:22] </w:t>
      </w:r>
      <w:r>
        <w:t>jis time ke aap jihad ki baat kar rahe hain us time par zaroori tha ke hum talwar</w:t>
      </w:r>
    </w:p>
    <w:p>
      <w:pPr>
        <w:jc w:val="right"/>
      </w:pPr>
      <w:r>
        <w:t>जिस time के आप जिहाद की बात कर रहे हैं उस time पर ज़रूरी था कि हम तलवार</w:t>
      </w:r>
    </w:p>
    <w:p>
      <w:r>
        <w:rPr>
          <w:b/>
        </w:rPr>
        <w:t xml:space="preserve">[1:17:59] </w:t>
      </w:r>
      <w:r>
        <w:t>ki knowledge len.</w:t>
      </w:r>
    </w:p>
    <w:p>
      <w:pPr>
        <w:jc w:val="right"/>
      </w:pPr>
      <w:r>
        <w:t>की knowledge लें.</w:t>
      </w:r>
    </w:p>
    <w:p>
      <w:r>
        <w:rPr>
          <w:b/>
        </w:rPr>
        <w:t xml:space="preserve">[1:18:36] </w:t>
      </w:r>
      <w:r>
        <w:t>Because us time mein agar hum uski knowledge nahi lete woh ilm hasil nahi karte.</w:t>
      </w:r>
    </w:p>
    <w:p>
      <w:pPr>
        <w:jc w:val="right"/>
      </w:pPr>
      <w:r>
        <w:t>Because उस time में अगर हम उसकी knowledge नहीं लेते वह इल्म हासिल नहीं करते.</w:t>
      </w:r>
    </w:p>
    <w:p>
      <w:r>
        <w:rPr>
          <w:b/>
        </w:rPr>
        <w:t xml:space="preserve">[1:19:13] </w:t>
      </w:r>
      <w:r>
        <w:t>to woh cheez hamare liye mushkil ho jati hai.</w:t>
      </w:r>
    </w:p>
    <w:p>
      <w:pPr>
        <w:jc w:val="right"/>
      </w:pPr>
      <w:r>
        <w:t>तो वह चीज़ हमारे लिए मुश्किल हो जाती है.</w:t>
      </w:r>
    </w:p>
    <w:p>
      <w:r>
        <w:rPr>
          <w:b/>
        </w:rPr>
        <w:t xml:space="preserve">[1:19:50] </w:t>
      </w:r>
      <w:r>
        <w:t>But aaj ka time yeh hai ke agar aapko jihad karna hai</w:t>
      </w:r>
    </w:p>
    <w:p>
      <w:pPr>
        <w:jc w:val="right"/>
      </w:pPr>
      <w:r>
        <w:t>But आज का time यह है कि अगर आपको जिहाद करना है</w:t>
      </w:r>
    </w:p>
    <w:p>
      <w:r>
        <w:rPr>
          <w:b/>
        </w:rPr>
        <w:t xml:space="preserve">[1:20:28] </w:t>
      </w:r>
      <w:r>
        <w:t>meri woh zabardast jawab tha aapka. woh khamosh ho gaye, lajawab ho gaye aur kya chahiye tha? woh jihad aur qatal ke maane bhi nahi samajhte. jihad ke maane to struggle hain paregi noble cause. to struggle to ab CPS walon se zyada aur kaun struggle kar raha hai? jin raat log isi mission ke kaam mein lage hue hain aur wo jo hota hai na wo to hota hai qatal, jang karna qatal.</w:t>
      </w:r>
    </w:p>
    <w:p>
      <w:pPr>
        <w:jc w:val="right"/>
      </w:pPr>
      <w:r>
        <w:t>मेरी वह ज़बरदस्त जवाब था आपका. वह खामोश हो गए, लाजवाब हो गए और क्या चाहिए था? वह जिहाद और कटाल के माने भी नहीं समझते. जिहाद के माने तो struggle हैं परेगी noble cause. तो struggle तो अब CPS वालों से ज़्यादा और कौन struggle कर रहा है? जिन रात लोग इसी mission के काम में लगे हुए हैं और वो जो होता है ना वो तो होता है केताल, जंग करना किताल.</w:t>
      </w:r>
    </w:p>
    <w:p>
      <w:r>
        <w:rPr>
          <w:b/>
        </w:rPr>
        <w:t xml:space="preserve">[1:20:56] </w:t>
      </w:r>
      <w:r>
        <w:t>to us zamane mein woh religious persecution ka age tha. log jang karte the to defa aata hai defa ek aur defa mein kuch jange karni padi to aaj to woh mahauli nahi hai. aaj to peaceful, peaceful andaaz mein saare log kaam kar rahe hain. hamein bhi usi andaaz mein kaam karna hai. to yeh bahut zabardast saal. main aapne pehle bhi mere saal mein apna experience bataya tha.</w:t>
      </w:r>
    </w:p>
    <w:p>
      <w:pPr>
        <w:jc w:val="right"/>
      </w:pPr>
      <w:r>
        <w:t>तो उस जमाने में वह religious persecution का age था. लोग जंग करते थे तो देफा आता है देफा एक और देफा में कुछ जंगे करनी पड़ी तो आज तो वह माहौली नहीं है. आज तो peaceful, peaceful अंदाज़ में सारे लोग काम कर रहे हैं. हमें भी उसी अंदाज़ में काम करना है. तो यह बहुत ज़बरदस्त साल. मैं आपने पहले भी मेरे साल में अपना experience बताया था.</w:t>
      </w:r>
    </w:p>
    <w:p>
      <w:r>
        <w:rPr>
          <w:b/>
        </w:rPr>
        <w:t xml:space="preserve">[1:21:24] </w:t>
      </w:r>
      <w:r>
        <w:t>to jaise koi baat is tarah ki karta hai aakar to hum log ab bilkul gussa nahi hote. to hum log aur hum yeh samajh lete hain ke Allah taala mein hi logon ko aazadi dijiye. Creation plan ke tehat aazadi mili hui hai. to woh apni aazadi ka use misuse dono kar sakte hain.</w:t>
      </w:r>
    </w:p>
    <w:p>
      <w:pPr>
        <w:jc w:val="right"/>
      </w:pPr>
      <w:r>
        <w:t>तो जैसे कोई बात इस तरह की करता है आकर तो हम लोग अब बिल्कुल गुस्सा नहीं होते. तो हम लोग और हम यह समझ लेते हैं कि अल्लाह तालाह में ही लोगों को आज़ादी दीजिए. Creation plan के तहत आज़ादी मिली हुई है. तो वह अपनी आज़ादी का use misuse दोनों कर सकते हैं.</w:t>
      </w:r>
    </w:p>
    <w:p>
      <w:r>
        <w:rPr>
          <w:b/>
        </w:rPr>
        <w:t xml:space="preserve">[1:21:45] </w:t>
      </w:r>
      <w:r>
        <w:t>hamara kaam hai unki baat ko patiently sunna aur phir peaceful tareeqe se uska jawab dena jo ke aapne bahut achhe tareeqe se kiya. main shdme rasool par aajkal kaam kar rahi thi ab kitab hai shdme rasool. to usmein ek American scholar professor the.</w:t>
      </w:r>
    </w:p>
    <w:p>
      <w:pPr>
        <w:jc w:val="right"/>
      </w:pPr>
      <w:r>
        <w:t>हमारा काम है उनकी बात को patiently सुनना और फिर peaceful तरीके से उसका जवाब देना जो कि आपने बहुत अच्छे तरीके से किया. मैं शद्मे रसूल पर आजकल काम कर रही थी अब किताब है शद्मे रसूल. तो उसमें एक American scholar professor थे.</w:t>
      </w:r>
    </w:p>
    <w:p>
      <w:r>
        <w:rPr>
          <w:b/>
        </w:rPr>
        <w:t xml:space="preserve">[1:22:04] </w:t>
      </w:r>
      <w:r>
        <w:t>ab professor Abdul Salam ab unka ek dangal ho chuka hai jo unki class mein kisi student ne kaha ke Salman Rushdie ko manna chahiye khatm kar dena chahiye kill kar dena chahiye. wo amika mein tha Salman Rushdie England mein to unhone bahut hi sanjeed hi se kaha ke agar aap is par poora yakeen rakhte hain ke Salman Rushdie should be kill to aapko is waqt England mein hona chahiye.</w:t>
      </w:r>
    </w:p>
    <w:p>
      <w:pPr>
        <w:jc w:val="right"/>
      </w:pPr>
      <w:r>
        <w:t>अब professor अब्दुल सलाम अब उनका एक दंगाल हो चुका है जो उनकी class में किसी student ने कहा कि सलमान रुद्दी को मानना चाहिए खत्म कर देना चाहिए kill कर देना चाहिए. वो अमीका में था सलमान रुद्दी England में तो उन्होंने बहुत ही संजीत ही से कहा कि अगर आप इस पर पूरा यकीन रखते हैं कि सलमान रुद्दी should be खिल तो आपको इस वक्त England में होना चाहिए.</w:t>
      </w:r>
    </w:p>
    <w:p>
      <w:r>
        <w:rPr>
          <w:b/>
        </w:rPr>
        <w:t xml:space="preserve">[1:22:34] </w:t>
      </w:r>
      <w:r>
        <w:t>to yeh bahut achha tareeqa hai jawab ka ekdum aadmi lajawab ho jaye. agar aap gussa karte hain to unke upar bhi shaitaan mangali bhaja tha aur wo bhi gussa karte hain aur baat koi hi saabit na hoti hai. to aapka bahut achha tareeqa hai Lucknow mein hamare kuch log hain.</w:t>
      </w:r>
    </w:p>
    <w:p>
      <w:pPr>
        <w:jc w:val="right"/>
      </w:pPr>
      <w:r>
        <w:t>तो यह बहुत अच्छा तरीका है जवाब का एकदम आदमी लाजवाब हो जाए. अगर आप गुस्सा करते हैं तो उनके ऊपर भी शैता मंगाली भाजा था और वो भी गुस्सा करते हैं और बात कोई ही साबित ना होती है. तो आपका बहुत अच्छा तरीका है लखनऊ में हमारे कुछ लोग हैं.</w:t>
      </w:r>
    </w:p>
    <w:p>
      <w:r>
        <w:rPr>
          <w:b/>
        </w:rPr>
        <w:t xml:space="preserve">[1:22:53] </w:t>
      </w:r>
      <w:r>
        <w:t>main to yeh chahungi ke aap ek monthly meeting yeh jaise Zoom meeting hoti hai to aap physical meeting karein chahe zoom bhi log aaye usmein physical meeting karein dheere dheere woh badhti jayegi. hamari jo CPS ki meeting ho rahi hai bees saal pehle, pachees saal pehle yeh sirf sirf teen chaar log aate the.</w:t>
      </w:r>
    </w:p>
    <w:p>
      <w:pPr>
        <w:jc w:val="right"/>
      </w:pPr>
      <w:r>
        <w:t>मैं तो यह चाहूंगी कि आप एक monthly meeting यह जैसे Zoom meeting होती है तो आप physical meeting करें चाहे जन्म भी लोग आए उसमें physical meeting करें धीरे धीरे वह बढ़ती जाएगी. हमारी जो CPS की meeting हो रही है बीस साल पहले, पच्चीस साल पहले यह सिर्फ सिर्फ तीन चार लोग आते थे.</w:t>
      </w:r>
    </w:p>
    <w:p>
      <w:r>
        <w:rPr>
          <w:b/>
        </w:rPr>
        <w:t xml:space="preserve">[1:23:16] </w:t>
      </w:r>
      <w:r>
        <w:t>dheere dheere dheere dheere saari itna zyada log ho gaye jo duniya mein log pehle mein jinhone is class ko attend kiya hai. to mera khyal mein yeh aapke liye aapko itna achhe tareeqe se baat karni aati hai to aapke liye yeh bahut achha rahega.</w:t>
      </w:r>
    </w:p>
    <w:p>
      <w:pPr>
        <w:jc w:val="right"/>
      </w:pPr>
      <w:r>
        <w:t>धीरे धीरे धीरे धीरे सारी इतना ज़्यादा लोग हो गए जो दुनिया में लोग पहले में जिन्होंने इस class को attend किया है. तो मेरा ख्याल में यह आपके लिए आपको इतना अच्छे तरीके से बात करनी आती है तो आपके लिए यह बहुत अच्छा रहेगा.</w:t>
      </w:r>
    </w:p>
    <w:p>
      <w:r>
        <w:rPr>
          <w:b/>
        </w:rPr>
        <w:t xml:space="preserve">[1:23:34] </w:t>
      </w:r>
      <w:r>
        <w:t>chandi log chahe aaye, ladies aaye aur aap unse baat karein aur thodi der ke liye baithe is tarah se kaam aage badhta jayega aur ek jo hamare rishtedar wagera hai Lucknow mein to program hoga to hum unko batayenge woh bhi aayenge. ji ma'am. ji. appa fahmida par it is almost nine to 08:25 and aap hah shreena main close</w:t>
      </w:r>
    </w:p>
    <w:p>
      <w:pPr>
        <w:jc w:val="right"/>
      </w:pPr>
      <w:r>
        <w:t>चंदी लोग चाहे आएं, ladies आएं और आप उनसे बात करें और थोड़ी देर के लिए बैठे इस तरह से काम आगे बढ़ता जाएगा और एक जो हमारे रिश्तेदार वगैरह है लखनऊ में तो program होगा तो हम उनको बताएंगे वह भी आऐंगे. जी ma'am. जी. अप्पा फ़हमीदा पर it is almost nine to 08:25 and आप हां श्रीना मैं close</w:t>
      </w:r>
    </w:p>
    <w:p>
      <w:r>
        <w:rPr>
          <w:b/>
        </w:rPr>
        <w:t xml:space="preserve">[1:24:04] </w:t>
      </w:r>
      <w:r>
        <w:t>kar liya hoon. session ko? haan, close kar loon. Ok ok papa. Then I would request paradhai to close this session with the dua.</w:t>
      </w:r>
    </w:p>
    <w:p>
      <w:pPr>
        <w:jc w:val="right"/>
      </w:pPr>
      <w:r>
        <w:t>कर लिया हूं. Session को? हां, close कर लूं. Ok ok papa. Then I would request पराधाई to close this session with the दुआ.</w:t>
      </w:r>
    </w:p>
    <w:p>
      <w:r>
        <w:rPr>
          <w:b/>
        </w:rPr>
        <w:t xml:space="preserve">[1:24:28] </w:t>
      </w:r>
      <w:r>
        <w:t>aaj jo baatcheet hui uske manashtr se ek adheek padhta hoon aur usse jo dua nikalti woh hum karenge.</w:t>
      </w:r>
    </w:p>
    <w:p>
      <w:pPr>
        <w:jc w:val="right"/>
      </w:pPr>
      <w:r>
        <w:t>आज जो बातचीत हुई उसके मनाष्ट्र से एक अधीक पड़ता हूं और उससे जो दुआ निकलती वह हम करेंगे.</w:t>
      </w:r>
    </w:p>
    <w:p>
      <w:r>
        <w:rPr>
          <w:b/>
        </w:rPr>
        <w:t xml:space="preserve">[1:24:36] </w:t>
      </w:r>
      <w:r>
        <w:t>ab utar al gifari kehte hain Rasoolullah sallam ne humko is saal mein chhodha ke aasman mein ek</w:t>
      </w:r>
    </w:p>
    <w:p>
      <w:pPr>
        <w:jc w:val="right"/>
      </w:pPr>
      <w:r>
        <w:t>अब उतर अल गिफारी कहते हैं रसूल्लाह सलाह ने हमको इस साल में छोड़ा कि आसमान में एक</w:t>
      </w:r>
    </w:p>
    <w:p>
      <w:r>
        <w:rPr>
          <w:b/>
        </w:rPr>
        <w:t xml:space="preserve">[1:24:46] </w:t>
      </w:r>
      <w:r>
        <w:t>parinda bhi apne park ho hilata to aap usse humko ek kil mein yaad milate jo tu is</w:t>
      </w:r>
    </w:p>
    <w:p>
      <w:pPr>
        <w:jc w:val="right"/>
      </w:pPr>
      <w:r>
        <w:t>परिंदा भी अपने पर्क हो हिलाता तो आप उससे हमको एक किल में याद मिलाते जो तू इस</w:t>
      </w:r>
    </w:p>
    <w:p>
      <w:r>
        <w:rPr>
          <w:b/>
        </w:rPr>
        <w:t xml:space="preserve">[1:24:57] </w:t>
      </w:r>
      <w:r>
        <w:t>khaynath mein karta hai usse humko film aur marfat ki seekhne ki topic de aur jo cheez hamein</w:t>
      </w:r>
    </w:p>
    <w:p>
      <w:pPr>
        <w:jc w:val="right"/>
      </w:pPr>
      <w:r>
        <w:t>खायनाथ में करता है उससे हमको film और मार्वत की सीखने की topic दे और जो चीज़ हमें</w:t>
      </w:r>
    </w:p>
    <w:p>
      <w:r>
        <w:rPr>
          <w:b/>
        </w:rPr>
        <w:t xml:space="preserve">[1:25:07] </w:t>
      </w:r>
      <w:r>
        <w:t>channat se khareed kare aur jahannum se door kare us par amal karne ki topic de.</w:t>
      </w:r>
    </w:p>
    <w:p>
      <w:pPr>
        <w:jc w:val="right"/>
      </w:pPr>
      <w:r>
        <w:t>चन्नत से खरीद करे और जहन्नम से दूर करे उस पर अमल करने की topic दे.</w:t>
      </w:r>
    </w:p>
    <w:p>
      <w:r>
        <w:rPr>
          <w:b/>
        </w:rPr>
        <w:t xml:space="preserve">[1:25:18] </w:t>
      </w:r>
      <w:r>
        <w:t>Aameen. Aameen. to abba main faridaba mein is session ko end karti hoon inshallah to rejoin again next month and the end August, thirty first August, inshallah. Stay healthy, stay safe. shubhi na. ji yahan par. Book discussion book discussion hoga inshallah next Sunday.</w:t>
      </w:r>
    </w:p>
    <w:p>
      <w:pPr>
        <w:jc w:val="right"/>
      </w:pPr>
      <w:r>
        <w:t>आमिन. आमिन. तो अब्बा मैं फरीदाबा में इस session को end करती हूं इंशालाह to rejoin again next month and the end August, thirty first August, इंशालाह. Stay healthy, stay safe. शुभी ना. जी यहां पर. Book discussion book discussion होगा inshallah next Sunday.</w:t>
      </w:r>
    </w:p>
    <w:p>
      <w:r>
        <w:rPr>
          <w:b/>
        </w:rPr>
        <w:t xml:space="preserve">[1:25:45] </w:t>
      </w:r>
      <w:r>
        <w:t>Ok, but this month I'm talking about the monthly meeting inshallah. We'll join again, inshallah, next Sunday for the book discussion. And as for the ladies CPS Zoom meeting, this is different altogether. Inshallah, we'll join again next month at the end of the month with our new reflection, new learning, and new insight into the work we are doing with the Dava mission.</w:t>
      </w:r>
    </w:p>
    <w:p>
      <w:pPr>
        <w:jc w:val="right"/>
      </w:pPr>
      <w:r>
        <w:t>Ok, but this month I'm talking about the monthly meeting inshallah. We'll join again, inshallah, next Sunday for the book discussion. And as for the ladies CPS Zoom meeting, this is different altogether. Inshallah, we'll join again next month at the end of the month with our new reflection, new learning, and new insight into the work we are doing with the Dava mission.</w:t>
      </w:r>
    </w:p>
    <w:p>
      <w:r>
        <w:rPr>
          <w:b/>
        </w:rPr>
        <w:t xml:space="preserve">[1:26:09] </w:t>
      </w:r>
      <w:r>
        <w:t>Inshallah, we'll all be also be sharing about the Dava experiences, which is very, very important, our integral part of our mission.</w:t>
      </w:r>
    </w:p>
    <w:p>
      <w:pPr>
        <w:jc w:val="right"/>
      </w:pPr>
      <w:r>
        <w:t>Inshallah, we'll all be also be sharing about the Dava experiences, which is very, very important, our integral part of our mission.</w:t>
      </w:r>
    </w:p>
    <w:p>
      <w:r>
        <w:rPr>
          <w:b/>
        </w:rPr>
        <w:t xml:space="preserve">[1:26:18] </w:t>
      </w:r>
      <w:r>
        <w:t>So maintain a diary and write whatever you have experiences this entire month and write it down and kindly make what your whatever you want to speak or whatever you want to say, make it short and precise so that we can give time to everybody who is here on this platform. So jiza kala everyone for joining us. asslam reko.</w:t>
      </w:r>
    </w:p>
    <w:p>
      <w:pPr>
        <w:jc w:val="right"/>
      </w:pPr>
      <w:r>
        <w:t>So maintain a diary and write whatever you have experiences this entire month and write it down and kindly make what your whatever you want to speak or whatever you want to say, make it short and precise so that we can give time to everybody who is here on this platform. So जिज़ा कला everyone for joining us. अस्लाम रेखो.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