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Computer A Sign of God January 27, 2008 Maulana Wahiduddin Khan</w:t>
      </w:r>
    </w:p>
    <w:p>
      <w:r>
        <w:t>https://www.youtube.com/watch?v=MdBcX_Q_rWg</w:t>
      </w:r>
    </w:p>
    <w:p>
      <w:r>
        <w:rPr>
          <w:b/>
        </w:rPr>
        <w:t xml:space="preserve">[00:12] </w:t>
      </w:r>
      <w:r>
        <w:t>Bismillah hir rahman nir rahim, wasallallahu ala nabiyyil karim. Rab ishrah li sadri, wa yassir li amri, wah 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[00:33] </w:t>
      </w:r>
      <w:r>
        <w:t>aaj ka topic hai:</w:t>
      </w:r>
    </w:p>
    <w:p>
      <w:pPr>
        <w:jc w:val="right"/>
      </w:pPr>
      <w:r>
        <w:t>آج کا ٹاپک ہے:</w:t>
      </w:r>
    </w:p>
    <w:p>
      <w:r>
        <w:rPr>
          <w:b/>
        </w:rPr>
        <w:t xml:space="preserve">[00:39] </w:t>
      </w:r>
      <w:r>
        <w:t>computer, a sign of God.</w:t>
      </w:r>
    </w:p>
    <w:p>
      <w:pPr>
        <w:jc w:val="right"/>
      </w:pPr>
      <w:r>
        <w:t>کمپیوٹر، ا سائن آف گاڈ۔</w:t>
      </w:r>
    </w:p>
    <w:p>
      <w:r>
        <w:rPr>
          <w:b/>
        </w:rPr>
        <w:t xml:space="preserve">[00:45] </w:t>
      </w:r>
      <w:r>
        <w:t>computer, a sign of God.</w:t>
      </w:r>
    </w:p>
    <w:p>
      <w:pPr>
        <w:jc w:val="right"/>
      </w:pPr>
      <w:r>
        <w:t>کمپیوٹر، ا سائن آف گاڈ۔</w:t>
      </w:r>
    </w:p>
    <w:p>
      <w:r>
        <w:rPr>
          <w:b/>
        </w:rPr>
        <w:t xml:space="preserve">[00:53] </w:t>
      </w:r>
      <w:r>
        <w:t>dekhiye, Quran mein ek bahut hi badi baat kahi gayi thi</w:t>
      </w:r>
    </w:p>
    <w:p>
      <w:pPr>
        <w:jc w:val="right"/>
      </w:pPr>
      <w:r>
        <w:t>دیکھیے، قرآن میں ایک بہت ہی بڑی بات کہی گئی تھی</w:t>
      </w:r>
    </w:p>
    <w:p>
      <w:r>
        <w:rPr>
          <w:b/>
        </w:rPr>
        <w:t xml:space="preserve">[01:04] </w:t>
      </w:r>
      <w:r>
        <w:t>ke</w:t>
      </w:r>
    </w:p>
    <w:p>
      <w:pPr>
        <w:jc w:val="right"/>
      </w:pPr>
      <w:r>
        <w:t>کہ</w:t>
      </w:r>
    </w:p>
    <w:p>
      <w:r>
        <w:rPr>
          <w:b/>
        </w:rPr>
        <w:t xml:space="preserve">[01:07] </w:t>
      </w:r>
      <w:r>
        <w:t>baad ke zamane mein, yaani latter period mein, jo discoveries hongi, jo inventions hongi, woh Quran ki baaton ki tasdeeq karne wali ban jayengi,</w:t>
      </w:r>
    </w:p>
    <w:p>
      <w:pPr>
        <w:jc w:val="right"/>
      </w:pPr>
      <w:r>
        <w:t>بعد کے زمانے میں، یعنی لیٹر پیریڈ میں، جو ڈسکوریز ہوں گی، جو انوینشنز ہوں گی، وہ قرآن کی باتوں کی تصدیق کرنے والی بن جائیں گی،</w:t>
      </w:r>
    </w:p>
    <w:p>
      <w:r>
        <w:rPr>
          <w:b/>
        </w:rPr>
        <w:t xml:space="preserve">[01:23] </w:t>
      </w:r>
      <w:r>
        <w:t>yaani unko confirm karne wali ban jayengi. History mein dekhiye, hum paate hain ke bahut se logon ne future ke bare mein kuch prediction kiye,</w:t>
      </w:r>
    </w:p>
    <w:p>
      <w:pPr>
        <w:jc w:val="right"/>
      </w:pPr>
      <w:r>
        <w:t>یعنی ان کو کنفرم کرنے والی بن جائیں گی۔ ہسٹری میں دیکھیے، ہم پاتے ہیں کہ بہت سے لوگوں نے فیوچر کے بارے میں کچھ پریڈکشن کیے،</w:t>
      </w:r>
    </w:p>
    <w:p>
      <w:r>
        <w:rPr>
          <w:b/>
        </w:rPr>
        <w:t xml:space="preserve">[01:40] </w:t>
      </w:r>
      <w:r>
        <w:t>magar sab ke sab prediction galat sabit hue.</w:t>
      </w:r>
    </w:p>
    <w:p>
      <w:pPr>
        <w:jc w:val="right"/>
      </w:pPr>
      <w:r>
        <w:t>مگر سب کے سب پریڈکشن غلط ثابت ہوئے۔</w:t>
      </w:r>
    </w:p>
    <w:p>
      <w:r>
        <w:rPr>
          <w:b/>
        </w:rPr>
        <w:t xml:space="preserve">[01:48] </w:t>
      </w:r>
      <w:r>
        <w:t>jaise Karl Marx ne kaha tha ke</w:t>
      </w:r>
    </w:p>
    <w:p>
      <w:pPr>
        <w:jc w:val="right"/>
      </w:pPr>
      <w:r>
        <w:t>جیسے کارل مارکس نے کہا تھا کہ</w:t>
      </w:r>
    </w:p>
    <w:p>
      <w:r>
        <w:rPr>
          <w:b/>
        </w:rPr>
        <w:t xml:space="preserve">[01:55] </w:t>
      </w:r>
      <w:r>
        <w:t>communism ki subah Paris se jhaank rahi hai, haalanki aap jante hain ke Paris ya kisi bhi developed country se communism ki subah talu nahi hua.</w:t>
      </w:r>
    </w:p>
    <w:p>
      <w:pPr>
        <w:jc w:val="right"/>
      </w:pPr>
      <w:r>
        <w:t>کمیونزم کی صبح پیرس سے جھانک رہی ہے، حالانکہ آپ جانتے ہیں کہ پیرس یا کسی بھی ڈویلپ کنٹری سے کمیونزم کی صبح طلوع نہیں ہوئی۔</w:t>
      </w:r>
    </w:p>
    <w:p>
      <w:r>
        <w:rPr>
          <w:b/>
        </w:rPr>
        <w:t xml:space="preserve">[02:14] </w:t>
      </w:r>
      <w:r>
        <w:t>aise hi hum paate hain ke history mein bahut se logon ne kuch predictions kiye, yeh predictions unke liye ek bahut badi cheez thi, kyunke isi par unke sahi ya galat hone ka</w:t>
      </w:r>
    </w:p>
    <w:p>
      <w:pPr>
        <w:jc w:val="right"/>
      </w:pPr>
      <w:r>
        <w:t>ایسے ہی ہم پاتے ہیں کہ ہسٹری میں بہت سے لوگوں نے کچھ پریڈکشنز کیے، یہ پریڈکشنز ان کے لیے ایک بہت بڑی چیز تھیں، کیونکہ اسی پر ان کے صحیح یا غلط ہونے کا</w:t>
      </w:r>
    </w:p>
    <w:p>
      <w:r>
        <w:rPr>
          <w:b/>
        </w:rPr>
        <w:t xml:space="preserve">[02:36] </w:t>
      </w:r>
      <w:r>
        <w:t>faisla hona tha.</w:t>
      </w:r>
    </w:p>
    <w:p>
      <w:pPr>
        <w:jc w:val="right"/>
      </w:pPr>
      <w:r>
        <w:t>فیصلہ ہونا تھا۔</w:t>
      </w:r>
    </w:p>
    <w:p>
      <w:r>
        <w:rPr>
          <w:b/>
        </w:rPr>
        <w:t xml:space="preserve">[02:40] </w:t>
      </w:r>
      <w:r>
        <w:t>agar yeh prediction sahi ho jayen to woh right the, yeh prediction galat ho jayen to woh galat the. To prediction bahut hi zyada serious cheez hai,</w:t>
      </w:r>
    </w:p>
    <w:p>
      <w:pPr>
        <w:jc w:val="right"/>
      </w:pPr>
      <w:r>
        <w:t>اگر یہ پریڈکشن صحیح ہو جائیں تو وہ رائٹ تھے، یہ پریڈکشن غلط ہو جائیں تو وہ غلط تھے۔ تو پریڈکشن بہت ہی زیادہ سیریس چیز ہے،</w:t>
      </w:r>
    </w:p>
    <w:p>
      <w:r>
        <w:rPr>
          <w:b/>
        </w:rPr>
        <w:t xml:space="preserve">[02:54] </w:t>
      </w:r>
      <w:r>
        <w:t>bahut zyada serious cheez hai.</w:t>
      </w:r>
    </w:p>
    <w:p>
      <w:pPr>
        <w:jc w:val="right"/>
      </w:pPr>
      <w:r>
        <w:t>بہت زیادہ سیریس چیز ہے۔</w:t>
      </w:r>
    </w:p>
    <w:p>
      <w:r>
        <w:rPr>
          <w:b/>
        </w:rPr>
        <w:t xml:space="preserve">[03:01] </w:t>
      </w:r>
      <w:r>
        <w:t>lekin hum dekhte hain ke history of thought mein sirf Quran hi ek aisi kitab hai ke jisne ek cheez ko bataya future ke liye, yaani predict kiya, aur woh waise hi ke waise hi nikli.</w:t>
      </w:r>
    </w:p>
    <w:p>
      <w:pPr>
        <w:jc w:val="right"/>
      </w:pPr>
      <w:r>
        <w:t>لیکن ہم دیکھتے ہیں کہ ہسٹری آف تھاٹ میں صرف قرآن ہی ایک ایسی کتاب ہے کہ جس نے ایک چیز کو بتایا فیوچر کے لیے، یعنی پریڈکٹ کیا، اور وہ ویسے ہی کے ویسے ہی نکلی۔</w:t>
      </w:r>
    </w:p>
    <w:p>
      <w:r>
        <w:rPr>
          <w:b/>
        </w:rPr>
        <w:t xml:space="preserve">[03:22] </w:t>
      </w:r>
      <w:r>
        <w:t>to isi mein se ek computer bhi hai.</w:t>
      </w:r>
    </w:p>
    <w:p>
      <w:pPr>
        <w:jc w:val="right"/>
      </w:pPr>
      <w:r>
        <w:t>تو اسی میں سے ایک کمپیوٹر بھی ہے۔</w:t>
      </w:r>
    </w:p>
    <w:p>
      <w:r>
        <w:rPr>
          <w:b/>
        </w:rPr>
        <w:t xml:space="preserve">[03:29] </w:t>
      </w:r>
      <w:r>
        <w:t>Quran mein kaha gaya tha ke Khuda ayyub al-samawat wal-ard hai, Khuda zameen o aasman ko manage kar raha hai.</w:t>
      </w:r>
    </w:p>
    <w:p>
      <w:pPr>
        <w:jc w:val="right"/>
      </w:pPr>
      <w:r>
        <w:t>قرآن میں کہا گیا تھا کہ خدا ایوب السماوات والارض ہے، خدا زمین و آسمان کو مینج کر رہا ہے۔</w:t>
      </w:r>
    </w:p>
    <w:p>
      <w:r>
        <w:rPr>
          <w:b/>
        </w:rPr>
        <w:t xml:space="preserve">[03:40] </w:t>
      </w:r>
      <w:r>
        <w:t>yeh jo universe hai jis mein countless stars hain, planets hain,</w:t>
      </w:r>
    </w:p>
    <w:p>
      <w:pPr>
        <w:jc w:val="right"/>
      </w:pPr>
      <w:r>
        <w:t>یہ جو یونیورس ہے جس میں کاؤنٹ لیس اسٹارز ہیں، پلینٹس ہیں،</w:t>
      </w:r>
    </w:p>
    <w:p>
      <w:r>
        <w:rPr>
          <w:b/>
        </w:rPr>
        <w:t xml:space="preserve">[03:50] </w:t>
      </w:r>
      <w:r>
        <w:t>bodies hain, ek poori bahut hi unthinkable duniya hai, aur poori ki poori duniya jo harkat mein hai, move kar rahi hai, just like a universal factory.</w:t>
      </w:r>
    </w:p>
    <w:p>
      <w:pPr>
        <w:jc w:val="right"/>
      </w:pPr>
      <w:r>
        <w:t>باڈیز ہیں، ایک پوری بہت ہی ان تھنکیبل دنیا ہے، اور پوری کی پوری دنیا جو حرکت میں ہے، موو کر رہی ہے، جسٹ لائک ا یونیورسل فیکٹری۔</w:t>
      </w:r>
    </w:p>
    <w:p>
      <w:r>
        <w:rPr>
          <w:b/>
        </w:rPr>
        <w:t xml:space="preserve">[04:07] </w:t>
      </w:r>
      <w:r>
        <w:t>to Quran mein kaha gaya tha ke Khuda ayyub al-samawat wal-ard hai, yaani Khuda is zameen o aasman ko manage kar raha hai.</w:t>
      </w:r>
    </w:p>
    <w:p>
      <w:pPr>
        <w:jc w:val="right"/>
      </w:pPr>
      <w:r>
        <w:t>تو قرآن میں کہا گیا تھا کہ خدا ایوب السماوات والارض ہے، یعنی خدا اس زمین و آسمان کو مینج کر رہا ہے۔</w:t>
      </w:r>
    </w:p>
    <w:p>
      <w:r>
        <w:rPr>
          <w:b/>
        </w:rPr>
        <w:t xml:space="preserve">[04:18] </w:t>
      </w:r>
      <w:r>
        <w:t>pehle zamane ka insaan nahi samajh sakta tha ke Khuda kaise manage kar raha hai.</w:t>
      </w:r>
    </w:p>
    <w:p>
      <w:pPr>
        <w:jc w:val="right"/>
      </w:pPr>
      <w:r>
        <w:t>پہلے زمانے کا انسان نہیں سمجھ سکتا تھا کہ خدا کیسے مینج کر رہا ہے۔</w:t>
      </w:r>
    </w:p>
    <w:p>
      <w:r>
        <w:rPr>
          <w:b/>
        </w:rPr>
        <w:t xml:space="preserve">[04:26] </w:t>
      </w:r>
      <w:r>
        <w:t>to Khuda ne hamari is duniya mein, jo hamari known world hai, us mein aisi cheezein rakhi hain jo hain demonstration,</w:t>
      </w:r>
    </w:p>
    <w:p>
      <w:pPr>
        <w:jc w:val="right"/>
      </w:pPr>
      <w:r>
        <w:t>تو خدا نے ہماری اس دنیا میں، جو ہماری نون ورلڈ ہے، اس میں ایسی چیزیں رکھی ہیں جو ہیں ڈیمونسٹریشن،</w:t>
      </w:r>
    </w:p>
    <w:p>
      <w:r>
        <w:rPr>
          <w:b/>
        </w:rPr>
        <w:t xml:space="preserve">[04:40] </w:t>
      </w:r>
      <w:r>
        <w:t>yaani unseen realities ka seen world mein demonstration. To aisi bahut sari cheezein hain, inhi mein se ek hai computer.</w:t>
      </w:r>
    </w:p>
    <w:p>
      <w:pPr>
        <w:jc w:val="right"/>
      </w:pPr>
      <w:r>
        <w:t>یعنی ان سین ریلیٹیز کا سین ورلڈ میں ڈیمونسٹریشن۔ تو ایسی بہت ساری چیزیں ہیں، انہی میں سے ایک ہے کمپیوٹر۔</w:t>
      </w:r>
    </w:p>
    <w:p>
      <w:r>
        <w:rPr>
          <w:b/>
        </w:rPr>
        <w:t xml:space="preserve">[04:56] </w:t>
      </w:r>
      <w:r>
        <w:t>dekhiye, computer ko mechanical mind kaha jata hai, mechanical mind,</w:t>
      </w:r>
    </w:p>
    <w:p>
      <w:pPr>
        <w:jc w:val="right"/>
      </w:pPr>
      <w:r>
        <w:t>دیکھیے، کمپیوٹر کو مکینیکل مائنڈ کہا جاتا ہے، مکینیکل مائنڈ،</w:t>
      </w:r>
    </w:p>
    <w:p>
      <w:r>
        <w:rPr>
          <w:b/>
        </w:rPr>
        <w:t xml:space="preserve">[05:08] </w:t>
      </w:r>
      <w:r>
        <w:t>aur insaan jo hai woh bhi ek mind hai.</w:t>
      </w:r>
    </w:p>
    <w:p>
      <w:pPr>
        <w:jc w:val="right"/>
      </w:pPr>
      <w:r>
        <w:t>اور انسان جو ہے وہ بھی ایک مائنڈ ہے۔</w:t>
      </w:r>
    </w:p>
    <w:p>
      <w:r>
        <w:rPr>
          <w:b/>
        </w:rPr>
        <w:t xml:space="preserve">[05:14] </w:t>
      </w:r>
      <w:r>
        <w:t>ek scientist ne kaha hai ke insaan ka mind itna zyada bada hai, uski capacities itni zyada hain,</w:t>
      </w:r>
    </w:p>
    <w:p>
      <w:pPr>
        <w:jc w:val="right"/>
      </w:pPr>
      <w:r>
        <w:t>ایک سائنٹسٹ نے کہا ہے کہ انسان کا مائنڈ اتنا زیادہ بڑا ہے، اس کی کیپیسٹیز اتنی زیادہ ہیں،</w:t>
      </w:r>
    </w:p>
    <w:p>
      <w:r>
        <w:rPr>
          <w:b/>
        </w:rPr>
        <w:t xml:space="preserve">[05:26] </w:t>
      </w:r>
      <w:r>
        <w:t>insaan ke mind ki capacity itni zyada hai ke usne ek ek misaal di ke agar ek computer, bahut bada computer banaya jaye, super computer,</w:t>
      </w:r>
    </w:p>
    <w:p>
      <w:pPr>
        <w:jc w:val="right"/>
      </w:pPr>
      <w:r>
        <w:t>انسان کے مائنڈ کی کیپیسٹی اتنی زیادہ ہے کہ اس نے ایک ایک مثال دی کہ اگر ایک کمپیوٹر، بہت بڑا کمپیوٹر بنایا جائے، سپر کمپیوٹر،</w:t>
      </w:r>
    </w:p>
    <w:p>
      <w:r>
        <w:rPr>
          <w:b/>
        </w:rPr>
        <w:t xml:space="preserve">[05:45] </w:t>
      </w:r>
      <w:r>
        <w:t>duniya ka sab se bada computer, to usne kaha ke woh itna bada hoga ke seven stories ki ek building mein usne kaha ke agar ek aisa super computer banaya jaye, agar abhi tak bana nahi hai aisa computer,</w:t>
      </w:r>
    </w:p>
    <w:p>
      <w:pPr>
        <w:jc w:val="right"/>
      </w:pPr>
      <w:r>
        <w:t>دنیا کا سب سے بڑا کمپیوٹر، تو اس نے کہا کہ وہ اتنا بڑا ہوگا کہ سیون اسٹوریز کی ایک بلڈنگ میں اس نے کہا کہ اگر ایک ایسا سپر کمپیوٹر بنایا جائے، اگر ابھی تک بنا نہیں ہے ایسا کمپیوٹر،</w:t>
      </w:r>
    </w:p>
    <w:p>
      <w:r>
        <w:rPr>
          <w:b/>
        </w:rPr>
        <w:t xml:space="preserve">[06:07] </w:t>
      </w:r>
      <w:r>
        <w:t>aisa computer abhi tak bana nahi hai,</w:t>
      </w:r>
    </w:p>
    <w:p>
      <w:pPr>
        <w:jc w:val="right"/>
      </w:pPr>
      <w:r>
        <w:t>ایسا کمپیوٹر ابھی تک بنا نہیں ہے،</w:t>
      </w:r>
    </w:p>
    <w:p>
      <w:r>
        <w:rPr>
          <w:b/>
        </w:rPr>
        <w:t xml:space="preserve">[06:13] </w:t>
      </w:r>
      <w:r>
        <w:t>to human mind ko batane ke liye usne kaha ke agar ek aisa super computer banaya jaye jis ka infrastructure seven stories ki building mein phaila hua ho,</w:t>
      </w:r>
    </w:p>
    <w:p>
      <w:pPr>
        <w:jc w:val="right"/>
      </w:pPr>
      <w:r>
        <w:t>تو ہیومن مائنڈ کو بتانے کے لیے اس نے کہا کہ اگر ایک ایسا سپر کمپیوٹر بنایا جائے جس کا انفراسٹرکچر سیون اسٹوریز کی بلڈنگ میں پھیلا ہوا ہو،</w:t>
      </w:r>
    </w:p>
    <w:p>
      <w:r>
        <w:rPr>
          <w:b/>
        </w:rPr>
        <w:t xml:space="preserve">[06:34] </w:t>
      </w:r>
      <w:r>
        <w:t>to woh insani mind ka sirf aik rough sketch hoga.</w:t>
      </w:r>
    </w:p>
    <w:p>
      <w:pPr>
        <w:jc w:val="right"/>
      </w:pPr>
      <w:r>
        <w:t>تو وہ انسانی مائنڈ کا صرف ایک رف اسکیچ ہوگا۔</w:t>
      </w:r>
    </w:p>
    <w:p>
      <w:r>
        <w:rPr>
          <w:b/>
        </w:rPr>
        <w:t xml:space="preserve">[06:43] </w:t>
      </w:r>
      <w:r>
        <w:t>aisa super computer sirf insani mind ka aik rough sketch hoga. to mein yeh kahunga ke agar insani mind ko aap ka aik sketch banayein,</w:t>
      </w:r>
    </w:p>
    <w:p>
      <w:pPr>
        <w:jc w:val="right"/>
      </w:pPr>
      <w:r>
        <w:t>ایسا سپر کمپیوٹر صرف انسانی مائنڈ کا ایک رف اسکیچ ہوگا۔ تو میں یہ کہوں گا کہ اگر انسانی مائنڈ کو آپ کا ایک اسکیچ بنائیں،</w:t>
      </w:r>
    </w:p>
    <w:p>
      <w:r>
        <w:rPr>
          <w:b/>
        </w:rPr>
        <w:t xml:space="preserve">[07:03] </w:t>
      </w:r>
      <w:r>
        <w:t>billion trillion time ziyada barhayein is ko, to bila tashbeeh mein kahunga ke woh divine mind ka aik rough sketch hoga.</w:t>
      </w:r>
    </w:p>
    <w:p>
      <w:pPr>
        <w:jc w:val="right"/>
      </w:pPr>
      <w:r>
        <w:t>بلین ٹریلین ٹائم زیادہ بڑھائیں اس کو، تو بلا تشبیہ میں کہوں گا کہ وہ ڈیوائن مائنڈ کا ایک رف اسکیچ ہوگا۔</w:t>
      </w:r>
    </w:p>
    <w:p>
      <w:r>
        <w:rPr>
          <w:b/>
        </w:rPr>
        <w:t xml:space="preserve">[07:19] </w:t>
      </w:r>
      <w:r>
        <w:t>to computer ne yeh bataya ke Khuda, jis ko ke Sir Sir James Ji ne kaha tha ke mathematical mind, Khuda ko is ne jo visualize kiya to kaha ke aik mathematical mind hai jo poore universe ko control kar raha hai.</w:t>
      </w:r>
    </w:p>
    <w:p>
      <w:pPr>
        <w:jc w:val="right"/>
      </w:pPr>
      <w:r>
        <w:t>تو کمپیوٹر نے یہ بتایا کہ خدا، جس کو کہ سر سر جیمز جی نے کہا تھا کہ میتھمیٹیکل مائنڈ، خدا کو اس نے جو ویژولائز کیا تو کہا کہ ایک میتھمیٹیکل مائنڈ ہے جو پورے یونیورس کو کنٹرول کر رہا ہے۔</w:t>
      </w:r>
    </w:p>
    <w:p>
      <w:r>
        <w:rPr>
          <w:b/>
        </w:rPr>
        <w:t xml:space="preserve">[07:44] </w:t>
      </w:r>
      <w:r>
        <w:t>lekin us ke zamane mein computer nahi bana tha, abhi</w:t>
      </w:r>
    </w:p>
    <w:p>
      <w:pPr>
        <w:jc w:val="right"/>
      </w:pPr>
      <w:r>
        <w:t>لیکن اس کے زمانے میں کمپیوٹر نہیں بنا تھا، ابھی</w:t>
      </w:r>
    </w:p>
    <w:p>
      <w:r>
        <w:rPr>
          <w:b/>
        </w:rPr>
        <w:t xml:space="preserve">[07:49] </w:t>
      </w:r>
      <w:r>
        <w:t>ab computer bana hai. aap jante hain computer kya cheez hai? aaj computer se sare bare bare kaam ho rahe hain, jaise aik bohat bara office hai to woh computer se manage kiya jata hai,</w:t>
      </w:r>
    </w:p>
    <w:p>
      <w:pPr>
        <w:jc w:val="right"/>
      </w:pPr>
      <w:r>
        <w:t>اب کمپیوٹر بنا ہے۔ آپ جانتے ہیں کمپیوٹر کیا چیز ہے؟ آج کمپیوٹر سے سارے بڑے بڑے کام ہو رہے ہیں، جیسے ایک بہت بڑا آفس ہے تو وہ کمپیوٹر سے مینج کیا جاتا ہے،</w:t>
      </w:r>
    </w:p>
    <w:p>
      <w:r>
        <w:rPr>
          <w:b/>
        </w:rPr>
        <w:t xml:space="preserve">[08:09] </w:t>
      </w:r>
      <w:r>
        <w:t>aik corporate business hai jo phaila hua hai na sirf country mein balkeh sari duniya mein, to is ko computer se manage kiya jata hai.</w:t>
      </w:r>
    </w:p>
    <w:p>
      <w:pPr>
        <w:jc w:val="right"/>
      </w:pPr>
      <w:r>
        <w:t>ایک کارپوریٹ بزنس ہے جو پھیلا ہوا ہے نہ صرف کنٹری میں بلکہ ساری دنیا میں، تو اس کو کمپیوٹر سے مینج کیا جاتا ہے۔</w:t>
      </w:r>
    </w:p>
    <w:p>
      <w:r>
        <w:rPr>
          <w:b/>
        </w:rPr>
        <w:t xml:space="preserve">[08:21] </w:t>
      </w:r>
      <w:r>
        <w:t>ship chalte hain bare bare samundaron mein, airplane urte hain fiza mein, in sab ko computer se control kiya jata hai.</w:t>
      </w:r>
    </w:p>
    <w:p>
      <w:pPr>
        <w:jc w:val="right"/>
      </w:pPr>
      <w:r>
        <w:t>شپ چلتے ہیں بڑے بڑے سمندروں میں، ایروپلین اڑتے ہیں فضا میں، ان سب کو کمپیوٹر سے کنٹرول کیا جاتا ہے۔</w:t>
      </w:r>
    </w:p>
    <w:p>
      <w:r>
        <w:rPr>
          <w:b/>
        </w:rPr>
        <w:t xml:space="preserve">[08:36] </w:t>
      </w:r>
      <w:r>
        <w:t>aaj jo warfare hoti hai, aaj ki warfare jo itni bare level par hoti hai ke duniya mein kabhi aisi ladai nahi hui,</w:t>
      </w:r>
    </w:p>
    <w:p>
      <w:pPr>
        <w:jc w:val="right"/>
      </w:pPr>
      <w:r>
        <w:t>آج جو وارفیئر ہوتی ہے، آج کی وارفیئر جو اتنی بڑے لیول پر ہوتی ہے کہ دنیا میں کبھی ایسی لڑائی نہیں ہوئی،</w:t>
      </w:r>
    </w:p>
    <w:p>
      <w:r>
        <w:rPr>
          <w:b/>
        </w:rPr>
        <w:t xml:space="preserve">[08:49] </w:t>
      </w:r>
      <w:r>
        <w:t>yani poore universe, poori poori duniya ke resources ko is mein involve kiya jata hai,</w:t>
      </w:r>
    </w:p>
    <w:p>
      <w:pPr>
        <w:jc w:val="right"/>
      </w:pPr>
      <w:r>
        <w:t>یعنی پورے یونیورس، پوری پوری دنیا کے ریسورسز کو اس میں انوالو کیا جاتا ہے،</w:t>
      </w:r>
    </w:p>
    <w:p>
      <w:r>
        <w:rPr>
          <w:b/>
        </w:rPr>
        <w:t xml:space="preserve">[08:56] </w:t>
      </w:r>
      <w:r>
        <w:t>aaj ki warfare jo hai woh bhi computer se ladi jati hai. aur dekhiye, insan ne aap jante hain ke hazaron ki tadad mein satellite space mein bheje hain.</w:t>
      </w:r>
    </w:p>
    <w:p>
      <w:pPr>
        <w:jc w:val="right"/>
      </w:pPr>
      <w:r>
        <w:t>آج کی وارفیئر جو ہے وہ بھی کمپیوٹر سے لڑی جاتی ہے۔ اور دیکھیے، انسان نے آپ جانتے ہیں کہ ہزاروں کی تعداد میں سیٹلائٹ اسپیس میں بھیجے ہیں۔</w:t>
      </w:r>
    </w:p>
    <w:p>
      <w:r>
        <w:rPr>
          <w:b/>
        </w:rPr>
        <w:t xml:space="preserve">[09:15] </w:t>
      </w:r>
      <w:r>
        <w:t>jab mein apne gaon mein rehta tha 67 se pehle</w:t>
      </w:r>
    </w:p>
    <w:p>
      <w:pPr>
        <w:jc w:val="right"/>
      </w:pPr>
      <w:r>
        <w:t>جب میں اپنے گاؤں میں رہتا تھا 67 سے پہلے</w:t>
      </w:r>
    </w:p>
    <w:p>
      <w:r>
        <w:rPr>
          <w:b/>
        </w:rPr>
        <w:t xml:space="preserve">[09:24] </w:t>
      </w:r>
      <w:r>
        <w:t>to gaon mein us waqt koi pollution nahi tha, raat ko aasman mein aik dam saaf dikhai deta tha, aik dam saaf.</w:t>
      </w:r>
    </w:p>
    <w:p>
      <w:pPr>
        <w:jc w:val="right"/>
      </w:pPr>
      <w:r>
        <w:t>تو گاؤں میں اس وقت کوئی پولیوشن نہیں تھا، رات کو آسمان میں ایک دم صاف دکھائی دیتا تھا، ایک دم صاف۔</w:t>
      </w:r>
    </w:p>
    <w:p>
      <w:r>
        <w:rPr>
          <w:b/>
        </w:rPr>
        <w:t xml:space="preserve">[09:36] </w:t>
      </w:r>
      <w:r>
        <w:t>Delhi mein to aap aasman ko saaf nahi dekhte,</w:t>
      </w:r>
    </w:p>
    <w:p>
      <w:pPr>
        <w:jc w:val="right"/>
      </w:pPr>
      <w:r>
        <w:t>دلی میں تو آپ آسمان کو صاف نہیں دیکھتے،</w:t>
      </w:r>
    </w:p>
    <w:p>
      <w:r>
        <w:rPr>
          <w:b/>
        </w:rPr>
        <w:t xml:space="preserve">[09:41] </w:t>
      </w:r>
      <w:r>
        <w:t>lekin us waqt gaon mein aasman bilkul saaf hota tha, khaas tor par jab barish hoti thi tab to aur bhi</w:t>
      </w:r>
    </w:p>
    <w:p>
      <w:pPr>
        <w:jc w:val="right"/>
      </w:pPr>
      <w:r>
        <w:t>لیکن اس وقت گاؤں میں آسمان بالکل صاف ہوتا تھا، خاص طور پر جب بارش ہوتی تھی تب تو اور بھی</w:t>
      </w:r>
    </w:p>
    <w:p>
      <w:r>
        <w:rPr>
          <w:b/>
        </w:rPr>
        <w:t xml:space="preserve">[09:49] </w:t>
      </w:r>
      <w:r>
        <w:t>saaf hota tha. to mein aksar sota tha apne ghar ke sehan mein, ghar ke aangan mein raat ke waqt.</w:t>
      </w:r>
    </w:p>
    <w:p>
      <w:pPr>
        <w:jc w:val="right"/>
      </w:pPr>
      <w:r>
        <w:t>صاف ہوتا تھا۔ تو میں اکثر سوتا تھا اپنے گھر کے صحن میں، گھر کے آنگن میں رات کے وقت۔</w:t>
      </w:r>
    </w:p>
    <w:p>
      <w:r>
        <w:rPr>
          <w:b/>
        </w:rPr>
        <w:t xml:space="preserve">[09:59] </w:t>
      </w:r>
      <w:r>
        <w:t>to ooper jab mein dekhta tha to jagmag jagmag jagmag karte sitaron ke darmiyan kai bar koi roshan body move karti hui dikhai deti thi,</w:t>
      </w:r>
    </w:p>
    <w:p>
      <w:pPr>
        <w:jc w:val="right"/>
      </w:pPr>
      <w:r>
        <w:t>تو اوپر جب میں دیکھتا تھا تو جگمگ جگمگ جگمگ کرتے ستاروں کے درمیان کئی بار کوئی روشن باڈی موو کرتی ہوئی دکھائی دیتی تھی،</w:t>
      </w:r>
    </w:p>
    <w:p>
      <w:r>
        <w:rPr>
          <w:b/>
        </w:rPr>
        <w:t xml:space="preserve">[10:16] </w:t>
      </w:r>
      <w:r>
        <w:t>yani moving star samajh lijiye.</w:t>
      </w:r>
    </w:p>
    <w:p>
      <w:pPr>
        <w:jc w:val="right"/>
      </w:pPr>
      <w:r>
        <w:t>یعنی موونگ اسٹار سمجھ لیجیے۔</w:t>
      </w:r>
    </w:p>
    <w:p>
      <w:r>
        <w:rPr>
          <w:b/>
        </w:rPr>
        <w:t xml:space="preserve">[10:20] </w:t>
      </w:r>
      <w:r>
        <w:t>to is se mein dekhta tha ke yeh hai man made satellite jo ghoom raha hai, kyunke sitaron ki movement ko aap is tarah se neckt aage se nahi dekh sakte, kyunke woh bohat ooper, bohat ooper, bohat ooper hote hain.</w:t>
      </w:r>
    </w:p>
    <w:p>
      <w:pPr>
        <w:jc w:val="right"/>
      </w:pPr>
      <w:r>
        <w:t>تو اس سے میں دیکھتا تھا کہ یہ ہے مین میڈ سیٹلائٹ جو گھوم رہا ہے، کیونکہ ستاروں کی موومنٹ کو آپ اس طرح سے نیکٹ آگے سے نہیں دیکھ سکتے، کیونکہ وہ بہت اوپر، بہت اوپر، بہت اوپر ہوتے ہیں۔</w:t>
      </w:r>
    </w:p>
    <w:p>
      <w:r>
        <w:rPr>
          <w:b/>
        </w:rPr>
        <w:t xml:space="preserve">[10:37] </w:t>
      </w:r>
      <w:r>
        <w:t>lekin yeh jo insan ka jo bheja hua satellite hota hai, woh to bohat neeche hota hai, woh dikhai deta hai.</w:t>
      </w:r>
    </w:p>
    <w:p>
      <w:pPr>
        <w:jc w:val="right"/>
      </w:pPr>
      <w:r>
        <w:t>لیکن یہ جو انسان کا جو بھیجا ہوا سیٹلائٹ ہوتا ہے، وہ تو بہت نیچے ہوتا ہے، وہ دکھائی دیتا ہے۔</w:t>
      </w:r>
    </w:p>
    <w:p>
      <w:r>
        <w:rPr>
          <w:b/>
        </w:rPr>
        <w:t xml:space="preserve">[10:47] </w:t>
      </w:r>
      <w:r>
        <w:t>to moving star ke roop mein mujhe dikhai deta tha, to mein sochta tha ke dekho yeh hai insan ka banaya hua satellite, is ko bhi manage kiya jata hai zameen par computer se.</w:t>
      </w:r>
    </w:p>
    <w:p>
      <w:pPr>
        <w:jc w:val="right"/>
      </w:pPr>
      <w:r>
        <w:t>تو موونگ اسٹار کے روپ میں مجھے دکھائی دیتا تھا، تو میں سوچتا تھا کہ دیکھو یہ ہے انسان کا بنایا ہوا سیٹلائٹ، اس کو بھی مینج کیا جاتا ہے زمین پر کمپیوٹر سے۔</w:t>
      </w:r>
    </w:p>
    <w:p>
      <w:r>
        <w:rPr>
          <w:b/>
        </w:rPr>
        <w:t xml:space="preserve">[11:04] </w:t>
      </w:r>
      <w:r>
        <w:t>to computer ne is tarah se jo karishma dikhaya hai, woh aik demonstration hai ke kis tarah se Khuda sari universe ko manage kar raha hai.</w:t>
      </w:r>
    </w:p>
    <w:p>
      <w:pPr>
        <w:jc w:val="right"/>
      </w:pPr>
      <w:r>
        <w:t>تو کمپیوٹر نے اس طرح سے جو کرشمہ دکھایا ہے، وہ ایک ڈیمونسٹریشن ہے کہ کس طرح سے خدا ساری یونیورس کو مینج کر رہا ہے۔</w:t>
      </w:r>
    </w:p>
    <w:p>
      <w:r>
        <w:rPr>
          <w:b/>
        </w:rPr>
        <w:t xml:space="preserve">[11:18] </w:t>
      </w:r>
      <w:r>
        <w:t>computer hamari choti si jo duniya hai, hamari, hamara corporate business hai, hamara aviation hai, hamara jo international business hota hai ya artificial satellite hai,</w:t>
      </w:r>
    </w:p>
    <w:p>
      <w:pPr>
        <w:jc w:val="right"/>
      </w:pPr>
      <w:r>
        <w:t>کمپیوٹر ہماری چھوٹی سی جو دنیا ہے، ہماری، ہمارا کارپوریٹ بزنس ہے، ہمارا ایوی ایشن ہے، ہمارا جو انٹرنیشنل بزنس ہوتا ہے یا آرٹیفیشل سیٹلائٹ ہے،</w:t>
      </w:r>
    </w:p>
    <w:p>
      <w:r>
        <w:rPr>
          <w:b/>
        </w:rPr>
        <w:t xml:space="preserve">[11:35] </w:t>
      </w:r>
      <w:r>
        <w:t>aaj kal ke zamane ki jo government hoti hai, yeh sara jo insan chala raha hai, poori poori civilization, is ko manage kiya jata hai computer ke zariye.</w:t>
      </w:r>
    </w:p>
    <w:p>
      <w:pPr>
        <w:jc w:val="right"/>
      </w:pPr>
      <w:r>
        <w:t>آج کل کے زمانے کی جو گورنمنٹ ہوتی ہے، یہ سارا جو انسان چلا رہا ہے، پوری پوری سویلائزیشن، اس کو مینج کیا جاتا ہے کمپیوٹر کے ذریعے۔</w:t>
      </w:r>
    </w:p>
    <w:p>
      <w:r>
        <w:rPr>
          <w:b/>
        </w:rPr>
        <w:t xml:space="preserve">[11:46] </w:t>
      </w:r>
      <w:r>
        <w:t>yeh goya aik tarah ka demonstration hai human level par ke jis tarah se computer manage kar raha hai insani duniya ko, isi tarah se Khuda poore universe ko manage kar raha hai,</w:t>
      </w:r>
    </w:p>
    <w:p>
      <w:pPr>
        <w:jc w:val="right"/>
      </w:pPr>
      <w:r>
        <w:t>یہ گویا ایک طرح کا ڈیمونسٹریشن ہے ہیومن لیول پر کہ جس طرح سے کمپیوٹر مینج کر رہا ہے انسانی دنیا کو، اسی طرح سے خدا پورے یونیورس کو مینج کر رہا ہے،</w:t>
      </w:r>
    </w:p>
    <w:p>
      <w:r>
        <w:rPr>
          <w:b/>
        </w:rPr>
        <w:t xml:space="preserve">[12:04] </w:t>
      </w:r>
      <w:r>
        <w:t>stars ko, planet ko, galaxy ko, solar system ko aur sari dunya ko.</w:t>
      </w:r>
    </w:p>
    <w:p>
      <w:pPr>
        <w:jc w:val="right"/>
      </w:pPr>
      <w:r>
        <w:t>اسٹارز کو، پلینٹ کو، گلیکسی کو، سولر سسٹم کو اور ساری دنیا کو۔</w:t>
      </w:r>
    </w:p>
    <w:p>
      <w:r>
        <w:rPr>
          <w:b/>
        </w:rPr>
        <w:t xml:space="preserve">[12:14] </w:t>
      </w:r>
      <w:r>
        <w:t>to main samajhta hoon ke yeh ek bohat bara divine sign hai, khuda ka nishan hai, computer jo is cheez ko understandable bana raha hai jis ko pehle insan nahi janta tha.</w:t>
      </w:r>
    </w:p>
    <w:p>
      <w:pPr>
        <w:jc w:val="right"/>
      </w:pPr>
      <w:r>
        <w:t>تو میں سمجھتا ہوں کہ یہ ایک بہت بڑا ڈیوائن سائن ہے، خدا کا نشان ہے، کمپیوٹر جو اس چیز کو انڈرسٹینڈ ایبل بنا رہا ہے جس کو پہلے انسان نہیں جانتا تھا۔</w:t>
      </w:r>
    </w:p>
    <w:p>
      <w:r>
        <w:rPr>
          <w:b/>
        </w:rPr>
        <w:t xml:space="preserve">[12:30] </w:t>
      </w:r>
      <w:r>
        <w:t>is se pehle insan soch nahi pata tha ke kaise khuda manage karta hoga.</w:t>
      </w:r>
    </w:p>
    <w:p>
      <w:pPr>
        <w:jc w:val="right"/>
      </w:pPr>
      <w:r>
        <w:t>اس سے پہلے انسان سوچ نہیں پاتا تھا کہ کیسے خدا مینج کرتا ہوگا۔</w:t>
      </w:r>
    </w:p>
    <w:p>
      <w:r>
        <w:rPr>
          <w:b/>
        </w:rPr>
        <w:t xml:space="preserve">[12:42] </w:t>
      </w:r>
      <w:r>
        <w:t>to khuda ne hamari is dunya mein aise potential rakhe the, aise aisi cheezen rakh di thin, haan inhi cheezon ko le kar ke insan ne computer banaya hai,</w:t>
      </w:r>
    </w:p>
    <w:p>
      <w:pPr>
        <w:jc w:val="right"/>
      </w:pPr>
      <w:r>
        <w:t>تو خدا نے ہماری اس دنیا میں ایسے پوٹینشیل رکھے تھے، ایسے ایسی چیزیں رکھ دی تھیں، ہاں انہی چیزوں کو لے کر کے انسان نے کمپیوٹر بنایا ہے،</w:t>
      </w:r>
    </w:p>
    <w:p>
      <w:r>
        <w:rPr>
          <w:b/>
        </w:rPr>
        <w:t xml:space="preserve">[12:57] </w:t>
      </w:r>
      <w:r>
        <w:t>yani computer khuda ki hi di hui nature se bana hai.</w:t>
      </w:r>
    </w:p>
    <w:p>
      <w:pPr>
        <w:jc w:val="right"/>
      </w:pPr>
      <w:r>
        <w:t>یعنی کمپیوٹر خدا کی ہی دی ہوئی نیچر سے بنا ہے۔</w:t>
      </w:r>
    </w:p>
    <w:p>
      <w:r>
        <w:rPr>
          <w:b/>
        </w:rPr>
        <w:t xml:space="preserve">[13:03] </w:t>
      </w:r>
      <w:r>
        <w:t>nature ne nature mein khuda ne jo potential rakhe the, usi potential ko actual bana kar ke hum car banate hain, hawai jahaz banate hain, har cheez banate hain.</w:t>
      </w:r>
    </w:p>
    <w:p>
      <w:pPr>
        <w:jc w:val="right"/>
      </w:pPr>
      <w:r>
        <w:t>نیچر نے نیچر میں خدا نے جو پوٹینشیل رکھے تھے، اسی پوٹینشیل کو ایکچول بنا کر کے ہم کار بناتے ہیں، ہوا جات بناتے ہیں، ہر چیز بناتے ہیں۔</w:t>
      </w:r>
    </w:p>
    <w:p>
      <w:r>
        <w:rPr>
          <w:b/>
        </w:rPr>
        <w:t xml:space="preserve">[13:15] </w:t>
      </w:r>
      <w:r>
        <w:t>to isi potential ko actual bana kar ke yeh computer bhi bana hai. computer sach poochien to invention nahi hai, woh discovery hai.</w:t>
      </w:r>
    </w:p>
    <w:p>
      <w:pPr>
        <w:jc w:val="right"/>
      </w:pPr>
      <w:r>
        <w:t>تو اسی پوٹینشیل کو ایکچول بنا کر کے یہ کمپیوٹر بھی بنا ہے۔ کمپیوٹر سچ پوچھیں تو انوینشن نہیں ہے، وہ ڈسکوری ہے۔</w:t>
      </w:r>
    </w:p>
    <w:p>
      <w:r>
        <w:rPr>
          <w:b/>
        </w:rPr>
        <w:t xml:space="preserve">[13:26] </w:t>
      </w:r>
      <w:r>
        <w:t>aksar log is tarah ki cheezon ko keh dete hain invention. insan ne koi cheez invent nahi ki hai.</w:t>
      </w:r>
    </w:p>
    <w:p>
      <w:pPr>
        <w:jc w:val="right"/>
      </w:pPr>
      <w:r>
        <w:t>اکثر لوگ اس طرح کی چیزوں کو کہہ دیتے ہیں انوینشن۔ انسان نے کوئی چیز انوینٹ نہیں کی ہے۔</w:t>
      </w:r>
    </w:p>
    <w:p>
      <w:r>
        <w:rPr>
          <w:b/>
        </w:rPr>
        <w:t xml:space="preserve">[13:33] </w:t>
      </w:r>
      <w:r>
        <w:t>jo kuch bhi hai, woh insan ki discovery hai, yani nature mein chupi hui cheezon ko discover kar ke us ko istemal karna.</w:t>
      </w:r>
    </w:p>
    <w:p>
      <w:pPr>
        <w:jc w:val="right"/>
      </w:pPr>
      <w:r>
        <w:t>جو کچھ بھی ہے، وہ انسان کی ڈسکوری ہے، یعنی نیچر میں چھپی ہوئی چیزوں کو ڈسکور کر کے اس کو استعمال کرنا۔</w:t>
      </w:r>
    </w:p>
    <w:p>
      <w:r>
        <w:rPr>
          <w:b/>
        </w:rPr>
        <w:t xml:space="preserve">[13:44] </w:t>
      </w:r>
      <w:r>
        <w:t>inhi mein se ek hai computer. to yeh mechanical brain jo hai, hum ko human brain ke bare mein batata hai.</w:t>
      </w:r>
    </w:p>
    <w:p>
      <w:pPr>
        <w:jc w:val="right"/>
      </w:pPr>
      <w:r>
        <w:t>انہی میں سے ایک ہے کمپیوٹر۔ تو یہ مکینیکل برین جو ہے، ہم کو ہیومن برین کے بارے میں بتاتا ہے۔</w:t>
      </w:r>
    </w:p>
    <w:p>
      <w:r>
        <w:rPr>
          <w:b/>
        </w:rPr>
        <w:t xml:space="preserve">[13:54] </w:t>
      </w:r>
      <w:r>
        <w:t>phir bohat zyada is ko barhaiye, bohat zyada barhaiye to woh bila tashbeeh woh divine brain ko hi bata raha hai</w:t>
      </w:r>
    </w:p>
    <w:p>
      <w:pPr>
        <w:jc w:val="right"/>
      </w:pPr>
      <w:r>
        <w:t>پھر بہت زیادہ اس کو بڑھائیے، بہت زیادہ بڑھائیے تو وہ بلا تشبیہ وہ ڈیوائن برین کو ہی بتا رہا ہے</w:t>
      </w:r>
    </w:p>
    <w:p>
      <w:r>
        <w:rPr>
          <w:b/>
        </w:rPr>
        <w:t xml:space="preserve">[14:02] </w:t>
      </w:r>
      <w:r>
        <w:t>kis tarah khuda itne bare universe ko manage kar raha hoga. is ka ek chota sa demonstration. phir isi tarah dekhiye, computer ke zariye aur bohat sari baaten</w:t>
      </w:r>
    </w:p>
    <w:p>
      <w:pPr>
        <w:jc w:val="right"/>
      </w:pPr>
      <w:r>
        <w:t>کس طرح خدا اتنے بڑے یونیورس کو مینج کر رہا ہوگا۔ اس کا ایک چھوٹا سا ڈیمونسٹریشن۔ پھر اسی طرح دیکھیے، کمپیوٹر کے ذریعے اور بہت ساری باتیں</w:t>
      </w:r>
    </w:p>
    <w:p>
      <w:r>
        <w:rPr>
          <w:b/>
        </w:rPr>
        <w:t xml:space="preserve">[14:20] </w:t>
      </w:r>
      <w:r>
        <w:t>hamare</w:t>
      </w:r>
    </w:p>
    <w:p>
      <w:pPr>
        <w:jc w:val="right"/>
      </w:pPr>
      <w:r>
        <w:t>ہمارے</w:t>
      </w:r>
    </w:p>
    <w:p>
      <w:r>
        <w:rPr>
          <w:b/>
        </w:rPr>
        <w:t xml:space="preserve">[14:24] </w:t>
      </w:r>
      <w:r>
        <w:t>hamari understandable bani hain, hamare bas mein aayi hain jo pehle ke bas mein nahi thin.</w:t>
      </w:r>
    </w:p>
    <w:p>
      <w:pPr>
        <w:jc w:val="right"/>
      </w:pPr>
      <w:r>
        <w:t>ہماری انڈرسٹینڈ ایبل بنی ہیں، ہمارے بس میں آئیں ہیں جو پہلے کے بس میں نہیں تھیں۔</w:t>
      </w:r>
    </w:p>
    <w:p>
      <w:r>
        <w:rPr>
          <w:b/>
        </w:rPr>
        <w:t xml:space="preserve">[14:31] </w:t>
      </w:r>
      <w:r>
        <w:t>misalan dekhiye, bohat hi ajeeb baat hai, hadith mein aap jante hain ke prophet of Islam aaye the seven century ke first quarter mein.</w:t>
      </w:r>
    </w:p>
    <w:p>
      <w:pPr>
        <w:jc w:val="right"/>
      </w:pPr>
      <w:r>
        <w:t>مثلاً دیکھیے، بہت ہی عجیب بات ہے، حدیث میں آپ جانتے ہیں کہ پرافٹ آف اسلام آئے تھے سیون سینچری کے فرسٹ کوارٹر میں۔</w:t>
      </w:r>
    </w:p>
    <w:p>
      <w:r>
        <w:rPr>
          <w:b/>
        </w:rPr>
        <w:t xml:space="preserve">[14:45] </w:t>
      </w:r>
      <w:r>
        <w:t>first quarter mein us waqt aap ne farmaya tha ke zaroor aisa hoga ke Allah ka kalma zameen ke sare chote aur bare gharon mein dakhil ho jaye.</w:t>
      </w:r>
    </w:p>
    <w:p>
      <w:pPr>
        <w:jc w:val="right"/>
      </w:pPr>
      <w:r>
        <w:t>فرسٹ کوارٹر میں اس وقت آپ نے فرمایا تھا کہ ضرور ایسا ہوگا کہ اللہ کا کلمہ زمین کے سارے چھوٹے اور بڑے گھروں میں داخل ہو جائے۔</w:t>
      </w:r>
    </w:p>
    <w:p>
      <w:r>
        <w:rPr>
          <w:b/>
        </w:rPr>
        <w:t xml:space="preserve">[15:03] </w:t>
      </w:r>
      <w:r>
        <w:t>zaroor aisa hone wala hai future mein ke word of God</w:t>
      </w:r>
    </w:p>
    <w:p>
      <w:pPr>
        <w:jc w:val="right"/>
      </w:pPr>
      <w:r>
        <w:t>ضرور ایسا ہونے والا ہے فیوچر میں کہ ورڈ آف گاڈ</w:t>
      </w:r>
    </w:p>
    <w:p>
      <w:r>
        <w:rPr>
          <w:b/>
        </w:rPr>
        <w:t xml:space="preserve">[15:13] </w:t>
      </w:r>
      <w:r>
        <w:t>zameen par basne hue insano ke har ghar mein, chote hon aur bare, kache hon, pakke, is mein dakhil ho jaye. us waqt yeh ek lagta tha ke ek is kahani hai jise pehle zamane mein hawai jahaz se pehle uran khatole kahani hua karti thi.</w:t>
      </w:r>
    </w:p>
    <w:p>
      <w:pPr>
        <w:jc w:val="right"/>
      </w:pPr>
      <w:r>
        <w:t>زمین پر بسنے ہوئے انسانوں کے ہر گھر میں، چھوٹے ہوں اور بڑے، کچے ہوں، پکے، اس میں داخل ہو جائے۔ اس وقت یہ ایک لگتا تھا کہ ایک اس کہانی ہے جسے پہلے زمانے میں ہوا جہاز سے پہلے اڑن کھٹولے کہانی ہوا کرتی تھی۔</w:t>
      </w:r>
    </w:p>
    <w:p>
      <w:r>
        <w:rPr>
          <w:b/>
        </w:rPr>
        <w:t xml:space="preserve">[15:32] </w:t>
      </w:r>
      <w:r>
        <w:t>kyun? aap dekhiye, seven century mein is ki koi possibility hi nahi thi ke sari dunya mein word of God pohnch jaye.</w:t>
      </w:r>
    </w:p>
    <w:p>
      <w:pPr>
        <w:jc w:val="right"/>
      </w:pPr>
      <w:r>
        <w:t>کیوں؟ آپ دیکھیے، سیون سینچری میں اس کی کوئی پوسیبلیٹی ہی نہیں تھی کہ ساری دنیا میں ورڈ آف گاڈ پہنچ جائے۔</w:t>
      </w:r>
    </w:p>
    <w:p>
      <w:r>
        <w:rPr>
          <w:b/>
        </w:rPr>
        <w:t xml:space="preserve">[15:41] </w:t>
      </w:r>
      <w:r>
        <w:t>kaise pohnchega? bataiye, na to communication tha, na koi sa tha, aur printing press bhi is zamane mein wajood mein nahi aaya tha.</w:t>
      </w:r>
    </w:p>
    <w:p>
      <w:pPr>
        <w:jc w:val="right"/>
      </w:pPr>
      <w:r>
        <w:t>کیسے پہنچے گا؟ بتائیے، نہ تو کمیونیکیشن تھا، نہ کوئی سا تھا، اور پرنٹنگ پریس بھی اس زمانے میں وجود میں نہیں آیا تھا۔</w:t>
      </w:r>
    </w:p>
    <w:p>
      <w:r>
        <w:rPr>
          <w:b/>
        </w:rPr>
        <w:t xml:space="preserve">[15:56] </w:t>
      </w:r>
      <w:r>
        <w:t>aap jante hain, Quran utra to us waqt printing press tha nahi, hath se likha jata tha, yani ek ek copy hath se likhi jati thi.</w:t>
      </w:r>
    </w:p>
    <w:p>
      <w:pPr>
        <w:jc w:val="right"/>
      </w:pPr>
      <w:r>
        <w:t>آپ جانتے ہیں، قرآن اترا تو اس وقت پرنٹنگ پریس تھا نہیں، ہاتھ سے لکھا جاتا تھا، یعنی ایک ایک کاپی ہاتھ سے لکھی جاتی تھی۔</w:t>
      </w:r>
    </w:p>
    <w:p>
      <w:r>
        <w:rPr>
          <w:b/>
        </w:rPr>
        <w:t xml:space="preserve">[16:09] </w:t>
      </w:r>
      <w:r>
        <w:t>aap soch sakte hain kitna time lagega ek copy likhne mein. to is ko aap phailayen kaise? yani Quran ko global level par phailane ka koi chance hi nahi tha is zamane mein.</w:t>
      </w:r>
    </w:p>
    <w:p>
      <w:pPr>
        <w:jc w:val="right"/>
      </w:pPr>
      <w:r>
        <w:t>آپ سوچ سکتے ہیں کتنا ٹائم لگے گا ایک کاپی لکھنے میں۔ تو اس کو آپ پھیلائیں کیسے؟ یعنی قرآن کو گلوبل لیول پر پھیلانے کا کوئی چانس ہی نہیں تھا اس زمانے میں۔</w:t>
      </w:r>
    </w:p>
    <w:p>
      <w:r>
        <w:rPr>
          <w:b/>
        </w:rPr>
        <w:t xml:space="preserve">[16:26] </w:t>
      </w:r>
      <w:r>
        <w:t>us waqt aap ne kaha, yani us waqt yeh prediction thi, yeh ek unthinkable prediction.</w:t>
      </w:r>
    </w:p>
    <w:p>
      <w:pPr>
        <w:jc w:val="right"/>
      </w:pPr>
      <w:r>
        <w:t>اس وقت آپ نے کہا، یعنی اس وقت یہ پریڈکشن تھی، یہ ایک ان تھنکیبل پریڈکشن۔</w:t>
      </w:r>
    </w:p>
    <w:p>
      <w:r>
        <w:rPr>
          <w:b/>
        </w:rPr>
        <w:t xml:space="preserve">[16:36] </w:t>
      </w:r>
      <w:r>
        <w:t>seven century ke first quarter mein yeh kehna, yeh ke yeh jo word of God hai, ek waqt aaye ga jab ke sare globe ke tamam gharon mein, chahe chota ho ya bara, kacha ho ya pakka,</w:t>
      </w:r>
    </w:p>
    <w:p>
      <w:pPr>
        <w:jc w:val="right"/>
      </w:pPr>
      <w:r>
        <w:t>سیون سینچری کے فرسٹ کوارٹر میں یہ کہنا، یہ کہ یہ جو ورڈ آف گاڈ ہے، ایک وقت آئے گا جب کہ سارے گلوب کے تمام گھروں میں، چاہے چھوٹا ہو یا بڑا، کچا ہو یا پکا،</w:t>
      </w:r>
    </w:p>
    <w:p>
      <w:r>
        <w:rPr>
          <w:b/>
        </w:rPr>
        <w:t xml:space="preserve">[16:52] </w:t>
      </w:r>
      <w:r>
        <w:t>us ke andar woh dakhil ho jaye ga.</w:t>
      </w:r>
    </w:p>
    <w:p>
      <w:pPr>
        <w:jc w:val="right"/>
      </w:pPr>
      <w:r>
        <w:t>اس کے اندر وہ داخل ہو جائے گا۔</w:t>
      </w:r>
    </w:p>
    <w:p>
      <w:r>
        <w:rPr>
          <w:b/>
        </w:rPr>
        <w:t xml:space="preserve">[16:55] </w:t>
      </w:r>
      <w:r>
        <w:t>kese dakhil hoga? yeh an thinkable tha.</w:t>
      </w:r>
    </w:p>
    <w:p>
      <w:pPr>
        <w:jc w:val="right"/>
      </w:pPr>
      <w:r>
        <w:t>کیسے داخل ہوگا؟ یہ ان تھنکیبل تھا۔</w:t>
      </w:r>
    </w:p>
    <w:p>
      <w:r>
        <w:rPr>
          <w:b/>
        </w:rPr>
        <w:t xml:space="preserve">[17:02] </w:t>
      </w:r>
      <w:r>
        <w:t>phir dekhiye ke history mein ek process chala, is ke baad ke dheere dheere dheere dheere printing press bana, chhapayi ka kaam hone laga.</w:t>
      </w:r>
    </w:p>
    <w:p>
      <w:pPr>
        <w:jc w:val="right"/>
      </w:pPr>
      <w:r>
        <w:t>پھر دیکھیے کہ ہسٹری میں ایک پراسیس چلا، اس کے بعد کہ دھیرے دھیرے دھیرے دھیرے پرنٹنگ پریس بنا، چھپائی کا کام ہونے لگا۔</w:t>
      </w:r>
    </w:p>
    <w:p>
      <w:r>
        <w:rPr>
          <w:b/>
        </w:rPr>
        <w:t xml:space="preserve">[17:16] </w:t>
      </w:r>
      <w:r>
        <w:t>chhapayi ke maani kya hain?</w:t>
      </w:r>
    </w:p>
    <w:p>
      <w:pPr>
        <w:jc w:val="right"/>
      </w:pPr>
      <w:r>
        <w:t>چھپائی کے معنی کیا ہیں؟</w:t>
      </w:r>
    </w:p>
    <w:p>
      <w:r>
        <w:rPr>
          <w:b/>
        </w:rPr>
        <w:t xml:space="preserve">[17:19] </w:t>
      </w:r>
      <w:r>
        <w:t>ek quran aap ne, yeh ek quran ya koi kitaab aap ne tayyar ki, is ke tayyar karne mein jo bhi time lage, is ke baad daal diya us ko aap ne printing process mein.</w:t>
      </w:r>
    </w:p>
    <w:p>
      <w:pPr>
        <w:jc w:val="right"/>
      </w:pPr>
      <w:r>
        <w:t>ایک قرآن آپ نے، یہ ایک قرآن یا کوئی کتاب آپ نے تیار کی، اس کے تیار کرنے میں جو بھی ٹائم لگے، اس کے بعد ڈال دیا اس کو آپ نے پرنٹنگ پراسیس میں۔</w:t>
      </w:r>
    </w:p>
    <w:p>
      <w:r>
        <w:rPr>
          <w:b/>
        </w:rPr>
        <w:t xml:space="preserve">[17:35] </w:t>
      </w:r>
      <w:r>
        <w:t>to aap million billion copy nikal lijiye is ki. to is koi janta hi nahi tha seven century mein</w:t>
      </w:r>
    </w:p>
    <w:p>
      <w:pPr>
        <w:jc w:val="right"/>
      </w:pPr>
      <w:r>
        <w:t>تو آپ ملین بلین کاپی نکال لیجئے اس کی۔ تو اس کوئی جانتا ہی نہیں تھا سیون سینچری میں</w:t>
      </w:r>
    </w:p>
    <w:p>
      <w:r>
        <w:rPr>
          <w:b/>
        </w:rPr>
        <w:t xml:space="preserve">[17:44] </w:t>
      </w:r>
      <w:r>
        <w:t>jab aap ne yeh baat kahi thi ke aisa bhi possible hai ke ek copy banao aur phir is ki million copy nikal lo. unthinkable tha us waqt, lekin aisa hua.</w:t>
      </w:r>
    </w:p>
    <w:p>
      <w:pPr>
        <w:jc w:val="right"/>
      </w:pPr>
      <w:r>
        <w:t>جب آپ نے یہ بات کہی تھی کہ ایسا بھی پوسیبل ہے کہ ایک کاپی بناؤ اور پھر اس کی ملین کاپی نکال لو۔ ان تھنکیبل تھا اس وقت، لیکن ایسا ہوا۔</w:t>
      </w:r>
    </w:p>
    <w:p>
      <w:r>
        <w:rPr>
          <w:b/>
        </w:rPr>
        <w:t xml:space="preserve">[18:00] </w:t>
      </w:r>
      <w:r>
        <w:t>to pehle quran jo hai, jo word of god hai, woh phailne laga chhapayi ke zariye se, chhap chhap kar phailne laga, lekin phir bhi woh limited way mein phail paat</w:t>
      </w:r>
    </w:p>
    <w:p>
      <w:pPr>
        <w:jc w:val="right"/>
      </w:pPr>
      <w:r>
        <w:t>تو پہلے قرآن جو ہے، جو ورڈ آف گاڈ ہے، وہ پھیلنے لگا چھپائی کے ذریعے سے، چھپ چھپ کر پھیلنے لگا، لیکن پھر بھی وہ لمیٹڈ وے میں پھیل پات</w:t>
      </w:r>
    </w:p>
    <w:p>
      <w:r>
        <w:rPr>
          <w:b/>
        </w:rPr>
        <w:t xml:space="preserve">[18:14] </w:t>
      </w:r>
      <w:r>
        <w:t>a tha. phir hua jahaz bane aur quran ke chhape hue nuskhay jahaz mein lat kar ke jagah jagah pohnchne lage.</w:t>
      </w:r>
    </w:p>
    <w:p>
      <w:pPr>
        <w:jc w:val="right"/>
      </w:pPr>
      <w:r>
        <w:t>ا تھا۔ پھر ہوا جہاز بنے اور قرآن کے چھپے ہوئے نسخے ہوا جہاز میں لت کر کے جگہ جگہ پہنچنے لگے۔</w:t>
      </w:r>
    </w:p>
    <w:p>
      <w:r>
        <w:rPr>
          <w:b/>
        </w:rPr>
        <w:t xml:space="preserve">[18:25] </w:t>
      </w:r>
      <w:r>
        <w:t>is tarah se quran zameen mein phailne laga idhar udhar, lekin ab bhi limited way mein phail paata tha. is ke baad aaya computer ka zamana.</w:t>
      </w:r>
    </w:p>
    <w:p>
      <w:pPr>
        <w:jc w:val="right"/>
      </w:pPr>
      <w:r>
        <w:t>اس طرح سے قرآن زمین میں پھیلنے لگا ادھر ادھر، لیکن اب بھی لمیٹڈ وے میں پھیل پاتا تھا۔ اس کے بعد آیا کمپیوٹر کا زمانہ۔</w:t>
      </w:r>
    </w:p>
    <w:p>
      <w:r>
        <w:rPr>
          <w:b/>
        </w:rPr>
        <w:t xml:space="preserve">[18:37] </w:t>
      </w:r>
      <w:r>
        <w:t>ab poora poora islam ka literature, poora poora quran, tamam hadithain sab computer mein daal di gaein.</w:t>
      </w:r>
    </w:p>
    <w:p>
      <w:pPr>
        <w:jc w:val="right"/>
      </w:pPr>
      <w:r>
        <w:t>اب پورا پورا اسلام کا لٹریچر، پورا پورا قرآن، تمام حدیثیں سب کمپیوٹر میں ڈال دی گئیں۔</w:t>
      </w:r>
    </w:p>
    <w:p>
      <w:r>
        <w:rPr>
          <w:b/>
        </w:rPr>
        <w:t xml:space="preserve">[18:46] </w:t>
      </w:r>
      <w:r>
        <w:t>ab kya hai? dunya ke kisi bhi ek goshe mein aap hon, ek jhonpde mein hon, aap ek kamre mein hon, aap wahan agar aap ke paas ek computer hai to computer mein is ki keyboard par aap ungliyan chalaie aur achaanak aap dekhenge ke is ki screen par chala raha hai, chala raha hai, chala raha hai</w:t>
      </w:r>
    </w:p>
    <w:p>
      <w:pPr>
        <w:jc w:val="right"/>
      </w:pPr>
      <w:r>
        <w:t>اب کیا ہے؟ دنیا کے کسی بھی ایک گوشے میں آپ ہوں، ایک جھونپڑے میں ہوں، آپ ایک کمرے میں ہوں، آپ وہاں اگر آپ کے پاس ایک کمپیوٹر ہے تو کمپیوٹر میں اس کی کی بورڈ پر آپ انگلیاں چلائیے اور اچانک آپ دیکھیں گے کہ اس کی سکرین پر چلا رہا ہے، چلا رہا ہے، چلا رہا ہے</w:t>
      </w:r>
    </w:p>
    <w:p>
      <w:r>
        <w:rPr>
          <w:b/>
        </w:rPr>
        <w:t xml:space="preserve">[19:14] </w:t>
      </w:r>
      <w:r>
        <w:t>quran poora ka poora, islam ka literature poora ka poora. kahin bhi aap hon, aaj subah kya hua? aaj hi ki morning ki baat hai,</w:t>
      </w:r>
    </w:p>
    <w:p>
      <w:pPr>
        <w:jc w:val="right"/>
      </w:pPr>
      <w:r>
        <w:t>قرآن پورا کا پورا، اسلام کا لٹریچر پورا کا پورا۔ کہیں بھی آپ ہوں، آج صبح کیا ہوا؟ آج ہی کی مارننگ کی بات ہے،</w:t>
      </w:r>
    </w:p>
    <w:p>
      <w:r>
        <w:rPr>
          <w:b/>
        </w:rPr>
        <w:t xml:space="preserve">[19:27] </w:t>
      </w:r>
      <w:r>
        <w:t>apni ladki se maine kaha ke ek ek tajurba karne ke liye ke computer ke bare mein main chahta tha ke jab computer mein computer ke paas kisi baat ka jawab na ho to computer kya karta hai us waqt?</w:t>
      </w:r>
    </w:p>
    <w:p>
      <w:pPr>
        <w:jc w:val="right"/>
      </w:pPr>
      <w:r>
        <w:t>اپنی لڑکی سے میں نے کہا کہ ایک ایک تجربہ کرنے کے لیے کہ کمپیوٹر کے بارے میں میں چاہتا تھا کہ جب کمپیوٹر میں کمپیوٹر کے پاس کسی بات کا جواب نہ ہو تو کمپیوٹر کیا کرتا ہے اس وقت؟</w:t>
      </w:r>
    </w:p>
    <w:p>
      <w:r>
        <w:rPr>
          <w:b/>
        </w:rPr>
        <w:t xml:space="preserve">[19:46] </w:t>
      </w:r>
      <w:r>
        <w:t>is</w:t>
      </w:r>
    </w:p>
    <w:p>
      <w:pPr>
        <w:jc w:val="right"/>
      </w:pPr>
      <w:r>
        <w:t>اس</w:t>
      </w:r>
    </w:p>
    <w:p>
      <w:r>
        <w:rPr>
          <w:b/>
        </w:rPr>
        <w:t xml:space="preserve">[19:47] </w:t>
      </w:r>
      <w:r>
        <w:t>baat ka main chahta tha tajurba karna ke jab computer se ek baat poochni jaye, kyunke jo feed karenge aap usi ke mutabiq jawab dega woh.</w:t>
      </w:r>
    </w:p>
    <w:p>
      <w:pPr>
        <w:jc w:val="right"/>
      </w:pPr>
      <w:r>
        <w:t>بات کا میں چاہتا تھا تجربہ کرنا کہ جب کمپیوٹر سے ایک بات پوچھی جائے، کیونکہ جو فیڈ کریں گے آپ اسی کے مطابق جواب دے گا وہ۔</w:t>
      </w:r>
    </w:p>
    <w:p>
      <w:r>
        <w:rPr>
          <w:b/>
        </w:rPr>
        <w:t xml:space="preserve">[20:00] </w:t>
      </w:r>
      <w:r>
        <w:t>to maine kaha ke ek us ko ek word diya, main jis gaon mein paida hua UP ke, us ke gaon ka naam hai Badhriya, B A D H A R I A, Badhriya.</w:t>
      </w:r>
    </w:p>
    <w:p>
      <w:pPr>
        <w:jc w:val="right"/>
      </w:pPr>
      <w:r>
        <w:t>تو میں نے کہا کہ ایک اس کو ایک ورڈ دیا، میں جس گاؤں میں پیدا ہوا یو پی کے، اس کے گاؤں کا نام ہے بڈھریہ، بی اے ڈی ایچ اے آر آئی اے، بڈھریہ۔</w:t>
      </w:r>
    </w:p>
    <w:p>
      <w:r>
        <w:rPr>
          <w:b/>
        </w:rPr>
        <w:t xml:space="preserve">[20:15] </w:t>
      </w:r>
      <w:r>
        <w:t>ab Badhriya ek bohat hi remote village hai, bohat hi unknown village hai. aap kisi bhi atlas mein dekhen to Badhriya ka word nahi milega,</w:t>
      </w:r>
    </w:p>
    <w:p>
      <w:pPr>
        <w:jc w:val="right"/>
      </w:pPr>
      <w:r>
        <w:t>اب بڈھریہ ایک بہت ہی ریموٹ ولیج ہے، بہت ہی ان نون ولیج ہے۔ آپ کسی بھی ایٹلس میں دیکھیں تو بڈھریہ کا ورڈ نہیں ملے گا،</w:t>
      </w:r>
    </w:p>
    <w:p>
      <w:r>
        <w:rPr>
          <w:b/>
        </w:rPr>
        <w:t xml:space="preserve">[20:28] </w:t>
      </w:r>
      <w:r>
        <w:t>kisi bhi atlas mein Badhriya ka word chupa hua nahi hoga. to maine kaha ke yeh type karo. to type kiya to maloom hua ke is mein information chali aa rahi hai, information Badhriya ke bare mein information chali aa rahi hai.</w:t>
      </w:r>
    </w:p>
    <w:p>
      <w:pPr>
        <w:jc w:val="right"/>
      </w:pPr>
      <w:r>
        <w:t>کسی بھی ایٹلس میں بڈھریہ کا ورڈ چھپا ہوا نہیں ہوگا۔ تو میں نے کہا کہ یہ ٹائپ کرو۔ تو ٹائپ کیا تو معلوم ہوا کہ اس میں انفارمیشن چلی آ رہی ہے، انفارمیشن بڈھریہ کے بارے میں انفارمیشن چلی آ رہی ہے۔</w:t>
      </w:r>
    </w:p>
    <w:p>
      <w:r>
        <w:rPr>
          <w:b/>
        </w:rPr>
        <w:t xml:space="preserve">[20:44] </w:t>
      </w:r>
      <w:r>
        <w:t>mujhe mera naam bhi hai, Iqbal Ahmed Sohail ka naam hai, hamara jo school banaya gaya hai,</w:t>
      </w:r>
    </w:p>
    <w:p>
      <w:pPr>
        <w:jc w:val="right"/>
      </w:pPr>
      <w:r>
        <w:t>مجھے میرا نام بھی ہے، اقبال احمد سہیل کا نام ہے، ہمارا جو اسکول بنایا گیا ہے،</w:t>
      </w:r>
    </w:p>
    <w:p>
      <w:r>
        <w:rPr>
          <w:b/>
        </w:rPr>
        <w:t xml:space="preserve">[20:53] </w:t>
      </w:r>
      <w:r>
        <w:t>school ka naam chala aa raha hai, is ka location kahan hai, woh chala aa raha hai, is ke link kahan se hain, road link aur train ka link, woh sab chala aa raha hai.</w:t>
      </w:r>
    </w:p>
    <w:p>
      <w:pPr>
        <w:jc w:val="right"/>
      </w:pPr>
      <w:r>
        <w:t>اسکول کا نام چلا آ رہا ہے، اس کا لوکیشن کہاں ہے، وہ چلا آ رہا ہے، اس کے لنک کہاں سے ہیں، روڈ لنک اور ٹرین کا لنک، وہ سب چلا آ رہا ہے۔</w:t>
      </w:r>
    </w:p>
    <w:p>
      <w:r>
        <w:rPr>
          <w:b/>
        </w:rPr>
        <w:t xml:space="preserve">[21:06] </w:t>
      </w:r>
      <w:r>
        <w:t>kisi ajeeb cheez hai! maine kaha ke computer,</w:t>
      </w:r>
    </w:p>
    <w:p>
      <w:pPr>
        <w:jc w:val="right"/>
      </w:pPr>
      <w:r>
        <w:t>کیسی عجیب چیز ہے! میں نے کہا کہ کمپیوٹر،</w:t>
      </w:r>
    </w:p>
    <w:p>
      <w:r>
        <w:rPr>
          <w:b/>
        </w:rPr>
        <w:t xml:space="preserve">[21:11] </w:t>
      </w:r>
      <w:r>
        <w:t>yani is ke andar agar knowledge ka khazana hai,</w:t>
      </w:r>
    </w:p>
    <w:p>
      <w:pPr>
        <w:jc w:val="right"/>
      </w:pPr>
      <w:r>
        <w:t>یعنی اس کے اندر اگر نالج کا خزانہ ہے،</w:t>
      </w:r>
    </w:p>
    <w:p>
      <w:r>
        <w:rPr>
          <w:b/>
        </w:rPr>
        <w:t xml:space="preserve">[21:19] </w:t>
      </w:r>
      <w:r>
        <w:t>itni knowledge bhari hui hai ke jo main samajhta tha ke Badhriya ke knowledge hogi nahi, is ke andar tab bhi chali aa rahi hai.</w:t>
      </w:r>
    </w:p>
    <w:p>
      <w:pPr>
        <w:jc w:val="right"/>
      </w:pPr>
      <w:r>
        <w:t>اتنی نالج بھری ہوئی ہے کہ جو میں سمجھتا تھا کہ بڈھریہ کے نالج ہوگی نہیں، اس کے اندر تب بھی چلی آ رہی ہے۔</w:t>
      </w:r>
    </w:p>
    <w:p>
      <w:r>
        <w:rPr>
          <w:b/>
        </w:rPr>
        <w:t xml:space="preserve">[21:28] </w:t>
      </w:r>
      <w:r>
        <w:t>to poori poori encyclopedia, poora poora quran, poora poora hadith literature, poora poora islam ki sari kitabein Arabic mein, English mein, French mein, har zaban mein is mein bhari hui hain.</w:t>
      </w:r>
    </w:p>
    <w:p>
      <w:pPr>
        <w:jc w:val="right"/>
      </w:pPr>
      <w:r>
        <w:t>تو پوری پوری سائیکلوپیڈیا، پورا پورا قرآن، پورا پورا حدیث لٹریچر، پورا پورا اسلام کی ساری کتابیں عربک میں، انگلش میں، فرینچ میں، ہر زبان میں اس میں بھری ہوئی ہیں۔</w:t>
      </w:r>
    </w:p>
    <w:p>
      <w:r>
        <w:rPr>
          <w:b/>
        </w:rPr>
        <w:t xml:space="preserve">[21:44] </w:t>
      </w:r>
      <w:r>
        <w:t>is ka matlab kya hai ke pehle quran ko haath se likh kar bohat hi thode logon tak pahunchana possible hota tha.</w:t>
      </w:r>
    </w:p>
    <w:p>
      <w:pPr>
        <w:jc w:val="right"/>
      </w:pPr>
      <w:r>
        <w:t>اس کا مطلب کیا ہے کہ پہلے قرآن کو ہاتھ سے لکھ کر بہت ہی تھوڑے لوگوں تک پہنچانا پوسیبل ہوتا تھا۔</w:t>
      </w:r>
    </w:p>
    <w:p>
      <w:r>
        <w:rPr>
          <w:b/>
        </w:rPr>
        <w:t xml:space="preserve">[21:54] </w:t>
      </w:r>
      <w:r>
        <w:t>printing press mein bhi relatively aik limited daire mein quran pohnch pata tha. barhte barhte barhte barhte computer ka zamana aya.</w:t>
      </w:r>
    </w:p>
    <w:p>
      <w:pPr>
        <w:jc w:val="right"/>
      </w:pPr>
      <w:r>
        <w:t>پرنٹنگ پریس میں بھی ریلیٹولی ایک لمیٹڈ دائرے میں قرآن پہنچ پاتا تھا۔ بڑھتے بڑھتے بڑھتے بڑھتے کمپیوٹر کا زمانہ آیا۔</w:t>
      </w:r>
    </w:p>
    <w:p>
      <w:r>
        <w:rPr>
          <w:b/>
        </w:rPr>
        <w:t xml:space="preserve">[22:07] </w:t>
      </w:r>
      <w:r>
        <w:t>ab quran ko aur poora literature jo islam ka hai, us ko quran daal diya gaya computer mein.</w:t>
      </w:r>
    </w:p>
    <w:p>
      <w:pPr>
        <w:jc w:val="right"/>
      </w:pPr>
      <w:r>
        <w:t>اب قرآن کو اور پورا لٹریچر جو اسلام کا ہے، اس کو قرآن ڈال دیا گیا کمپیوٹر میں۔</w:t>
      </w:r>
    </w:p>
    <w:p>
      <w:r>
        <w:rPr>
          <w:b/>
        </w:rPr>
        <w:t xml:space="preserve">[22:16] </w:t>
      </w:r>
      <w:r>
        <w:t>ab dunya mein kahin bhi aap hon, kahin bhi aap hon, sirf is ke keyboard par apni ungliyan chaliye aur aap achank aap dekhen ke is ki screen par sari kitaben chali aa rahi hain.</w:t>
      </w:r>
    </w:p>
    <w:p>
      <w:pPr>
        <w:jc w:val="right"/>
      </w:pPr>
      <w:r>
        <w:t>اب دنیا میں کہیں بھی آپ ہوں، کہیں بھی آپ ہوں، صرف اس کے کی بورڈ پر اپنی انگلیاں چلائیے اور آپ اچانک آپ دیکھیں کہ اس کی سکرین پر ساری کتابیں چلی آ رہی ہیں۔</w:t>
      </w:r>
    </w:p>
    <w:p>
      <w:r>
        <w:rPr>
          <w:b/>
        </w:rPr>
        <w:t xml:space="preserve">[22:34] </w:t>
      </w:r>
      <w:r>
        <w:t>to kon janta tha ke is tarah se, aur aap jante hain ke aaj kal computer itna aam ho gaya hai ke har jagah computer hai.</w:t>
      </w:r>
    </w:p>
    <w:p>
      <w:pPr>
        <w:jc w:val="right"/>
      </w:pPr>
      <w:r>
        <w:t>تو کون جانتا تھا کہ اس طرح سے، اور آپ جانتے ہیں کہ آج کل کمپیوٹر اتنا عام ہو گیا ہے کہ ہر جگہ کمپیوٹر ہے۔</w:t>
      </w:r>
    </w:p>
    <w:p>
      <w:r>
        <w:rPr>
          <w:b/>
        </w:rPr>
        <w:t xml:space="preserve">[22:43] </w:t>
      </w:r>
      <w:r>
        <w:t>jo hadith mein aata hai ke har kache aur pakke ghar mein, dunya ke har kache aur pakke ghar mein pohnch jayega word of god.</w:t>
      </w:r>
    </w:p>
    <w:p>
      <w:pPr>
        <w:jc w:val="right"/>
      </w:pPr>
      <w:r>
        <w:t>جو حدیث میں آتا ہے کہ ہر کچے اور پکے گھر میں، دنیا کے ہر کچے اور پکے گھر میں پہنچ جائے گا ورڈ آف گاڈ۔</w:t>
      </w:r>
    </w:p>
    <w:p>
      <w:r>
        <w:rPr>
          <w:b/>
        </w:rPr>
        <w:t xml:space="preserve">[22:52] </w:t>
      </w:r>
      <w:r>
        <w:t>to sach much computer to aaj har kache ghar mein aur har pakke ghar mein pohnch gaya hai, har aadmi ke liye woh accessible ban gaya hai.</w:t>
      </w:r>
    </w:p>
    <w:p>
      <w:pPr>
        <w:jc w:val="right"/>
      </w:pPr>
      <w:r>
        <w:t>تو سچ مچ کمپیوٹر تو آج ہر کچے گھر میں اور ہر پکے گھر میں پہنچ گیا ہے، ہر آدمی کے لیے وہ ایکسیسیبل بن گیا ہے۔</w:t>
      </w:r>
    </w:p>
    <w:p>
      <w:r>
        <w:rPr>
          <w:b/>
        </w:rPr>
        <w:t xml:space="preserve">[23:04] </w:t>
      </w:r>
      <w:r>
        <w:t>kabhi insan ne socha nahi tha ke aisa bhi koi, aisi bhi koi technique hai jo universal level par is ko accessible bana de.</w:t>
      </w:r>
    </w:p>
    <w:p>
      <w:pPr>
        <w:jc w:val="right"/>
      </w:pPr>
      <w:r>
        <w:t>کبھی انسان نے سوچا نہیں تھا کہ ایسا بھی کوئی، ایسی بھی کوئی ٹیکنیک ہے جو یونیورسل لیول پر اس کو ایکسیسیبل بنا دے۔</w:t>
      </w:r>
    </w:p>
    <w:p>
      <w:r>
        <w:rPr>
          <w:b/>
        </w:rPr>
        <w:t xml:space="preserve">[23:17] </w:t>
      </w:r>
      <w:r>
        <w:t>yeh kaisi anokha waqea hai ke jo prediction aap ne ki thi, wohi ke wohi poori hui.</w:t>
      </w:r>
    </w:p>
    <w:p>
      <w:pPr>
        <w:jc w:val="right"/>
      </w:pPr>
      <w:r>
        <w:t>یہ کیسی انوکھا واقعہ ہے کہ جو پریڈکشن آپ نے کی تھی، وہ وہی کہ وہی پوری ہوئی۔</w:t>
      </w:r>
    </w:p>
    <w:p>
      <w:r>
        <w:rPr>
          <w:b/>
        </w:rPr>
        <w:t xml:space="preserve">[23:28] </w:t>
      </w:r>
      <w:r>
        <w:t>to is mein do baaten hain:</w:t>
      </w:r>
    </w:p>
    <w:p>
      <w:pPr>
        <w:jc w:val="right"/>
      </w:pPr>
      <w:r>
        <w:t>تو اس میں دو باتیں ہیں:</w:t>
      </w:r>
    </w:p>
    <w:p>
      <w:r>
        <w:rPr>
          <w:b/>
        </w:rPr>
        <w:t xml:space="preserve">[23:32] </w:t>
      </w:r>
      <w:r>
        <w:t>aik to yeh hai ke prophet of islam ka prophet hona is se establish hua ke sach much woh prophet of god thay. agar prophet of god na hotay to future ki baaten kaise woh jante?</w:t>
      </w:r>
    </w:p>
    <w:p>
      <w:pPr>
        <w:jc w:val="right"/>
      </w:pPr>
      <w:r>
        <w:t>ایک تو یہ ہے کہ پرافٹ آف اسلام کا پرافٹ ہونا اس سے اسٹیبلش ہوا کہ سچ مچ وہ پرافٹ آف گاڈ تھے۔ اگر پرافٹ آف گاڈ نہ ہوتے تو فیوچر کی باتیں کیسے وہ جانتے؟</w:t>
      </w:r>
    </w:p>
    <w:p>
      <w:r>
        <w:rPr>
          <w:b/>
        </w:rPr>
        <w:t xml:space="preserve">[23:51] </w:t>
      </w:r>
      <w:r>
        <w:t>kaise woh bata paate ke khuda qayoom al samawat wal arz hai?</w:t>
      </w:r>
    </w:p>
    <w:p>
      <w:pPr>
        <w:jc w:val="right"/>
      </w:pPr>
      <w:r>
        <w:t>کیسے وہ بتا پاتے کہ خدا قیوم السماوات والارض ہے؟</w:t>
      </w:r>
    </w:p>
    <w:p>
      <w:r>
        <w:rPr>
          <w:b/>
        </w:rPr>
        <w:t xml:space="preserve">[23:57] </w:t>
      </w:r>
      <w:r>
        <w:t>yeh kabhi bilkul tum ko apne ilm insani ke rooh se tum ko understandable ho jayega.</w:t>
      </w:r>
    </w:p>
    <w:p>
      <w:pPr>
        <w:jc w:val="right"/>
      </w:pPr>
      <w:r>
        <w:t>یہ کبھی بالکل تم کو اپنے علم انسانی کے روح سے تم کو انڈرسٹینڈ ایبل ہو جائے گا۔</w:t>
      </w:r>
    </w:p>
    <w:p>
      <w:r>
        <w:rPr>
          <w:b/>
        </w:rPr>
        <w:t xml:space="preserve">[24:06] </w:t>
      </w:r>
      <w:r>
        <w:t>kaise jante hain woh? kaise jante hain ke woh word of god jo hai, sari dunya mein aik aik insan ke liye accessible ban jayega?</w:t>
      </w:r>
    </w:p>
    <w:p>
      <w:pPr>
        <w:jc w:val="right"/>
      </w:pPr>
      <w:r>
        <w:t>کیسے جانتے ہیں وہ؟ کیسے جانتے ہیں کہ وہ ورڈ آف گاڈ جو ہے، ساری دنیا میں ایک ایک انسان کے لیے ایکسیسیبل بن جائے گا؟</w:t>
      </w:r>
    </w:p>
    <w:p>
      <w:r>
        <w:rPr>
          <w:b/>
        </w:rPr>
        <w:t xml:space="preserve">[24:15] </w:t>
      </w:r>
      <w:r>
        <w:t>kaise jante</w:t>
      </w:r>
    </w:p>
    <w:p>
      <w:pPr>
        <w:jc w:val="right"/>
      </w:pPr>
      <w:r>
        <w:t>کیسے جانت</w:t>
      </w:r>
    </w:p>
    <w:p>
      <w:r>
        <w:rPr>
          <w:b/>
        </w:rPr>
        <w:t xml:space="preserve">[24:16] </w:t>
      </w:r>
      <w:r>
        <w:t>hain woh? to jis ko kehte hain daleel-e-nubowat, us ko kehte hain daleel-e-nubowat, yani prophet ka prophet ke prophet hone ka proof.</w:t>
      </w:r>
    </w:p>
    <w:p>
      <w:pPr>
        <w:jc w:val="right"/>
      </w:pPr>
      <w:r>
        <w:t>ے ہیں وہ؟ تو جس کو کہتے ہیں دلیل نبوت، اس کو کہتے ہیں دلیل نبوت، یعنی پرافٹ کا پرافٹ کے پرافٹ ہونے کا پروف۔</w:t>
      </w:r>
    </w:p>
    <w:p>
      <w:r>
        <w:rPr>
          <w:b/>
        </w:rPr>
        <w:t xml:space="preserve">[24:31] </w:t>
      </w:r>
      <w:r>
        <w:t>us ko kehte hain daleel-e-nubowat, prophet ke prophet of god hone ka proof.</w:t>
      </w:r>
    </w:p>
    <w:p>
      <w:pPr>
        <w:jc w:val="right"/>
      </w:pPr>
      <w:r>
        <w:t>اس کو کہتے ہیں دلیل نبوت، پرافٹ کے پرافٹ آف گاڈ ہونے کا پروف۔</w:t>
      </w:r>
    </w:p>
    <w:p>
      <w:r>
        <w:rPr>
          <w:b/>
        </w:rPr>
        <w:t xml:space="preserve">[24:39] </w:t>
      </w:r>
      <w:r>
        <w:t>to aik hi exception poori history mein hai ke kisi ne future ke bare mein aisi baat kahi ho jo us waqt na payi jati ho jab ke us ne kaha tha.</w:t>
      </w:r>
    </w:p>
    <w:p>
      <w:pPr>
        <w:jc w:val="right"/>
      </w:pPr>
      <w:r>
        <w:t>تو ایک ہی ایکسیپشن پوری ہسٹری میں ہے کہ کسی نے فیوچر کے بارے میں ایسی بات کہی ہو جو اس وقت نہ پائی جاتی ہو جب کہ اس نے کہا تھا۔</w:t>
      </w:r>
    </w:p>
    <w:p>
      <w:r>
        <w:rPr>
          <w:b/>
        </w:rPr>
        <w:t xml:space="preserve">[24:55] </w:t>
      </w:r>
      <w:r>
        <w:t>woh insan ke zamane mein, us ke contemporary world mein, woh cheez na payi jati ho aur distant future mein woh ho aur baat ko woh nikle aur pehle woh jaan le.</w:t>
      </w:r>
    </w:p>
    <w:p>
      <w:pPr>
        <w:jc w:val="right"/>
      </w:pPr>
      <w:r>
        <w:t>وہ انسان کے زمانے میں، اس کے کنٹیمپریری ورلڈ میں، وہ چیز نہ پائی جاتی ہو اور ڈسٹنٹ فیوچر میں وہ ہو اور بات کو وہ نکلے اور پہلے وہ جان لے۔</w:t>
      </w:r>
    </w:p>
    <w:p>
      <w:r>
        <w:rPr>
          <w:b/>
        </w:rPr>
        <w:t xml:space="preserve">[25:09] </w:t>
      </w:r>
      <w:r>
        <w:t>aisi to koi koi aur example hai nahi, sirf aik hi example hai, woh hai prophet of islam ka.</w:t>
      </w:r>
    </w:p>
    <w:p>
      <w:pPr>
        <w:jc w:val="right"/>
      </w:pPr>
      <w:r>
        <w:t>ایسی تو کوئی کوئی اور ایگزیمپل ہے نہیں، صرف ایک ہی ایگزیمپل ہے، وہ ہے پرافٹ آف اسلام کا۔</w:t>
      </w:r>
    </w:p>
    <w:p>
      <w:r>
        <w:rPr>
          <w:b/>
        </w:rPr>
        <w:t xml:space="preserve">[25:19] </w:t>
      </w:r>
      <w:r>
        <w:t>koi bhi doosra example is bare mein hai hi nahi, poori history is se khali hai. kyunke aik is mein yeh nikla ke is se prophet of islam ka prophet of god hona establish ho gaya.</w:t>
      </w:r>
    </w:p>
    <w:p>
      <w:pPr>
        <w:jc w:val="right"/>
      </w:pPr>
      <w:r>
        <w:t>کوئی بھی دوسرا ایگزیمپل اس بارے میں ہے ہی نہیں، پوری ہسٹری اس سے خالی ہے۔ کیونکہ ایک اس میں یہ نکلا کہ اس سے پرافٹ آف اسلام کا پرافٹ آف گاڈ ہونا اسٹیبلش ہو گیا۔</w:t>
      </w:r>
    </w:p>
    <w:p>
      <w:r>
        <w:rPr>
          <w:b/>
        </w:rPr>
        <w:t xml:space="preserve">[25:38] </w:t>
      </w:r>
      <w:r>
        <w:t>ab koi inkar kare to woh dhandli hogi. ab khwah makhwah to aap kisi baat ka bhi inkar karte rahen, lekin agar aap sincere hain to aap ke liye ab inkar ka refuse karne ka koi bhi chance baqi nahi raha hai.</w:t>
      </w:r>
    </w:p>
    <w:p>
      <w:pPr>
        <w:jc w:val="right"/>
      </w:pPr>
      <w:r>
        <w:t>اب کوئی انکار کرے تو وہ دھاندلی ہوگی۔ اب خواہ مخواہ تو آپ کسی بات کا بھی انکار کرتے رہیں، لیکن اگر آپ سنسیئر ہیں تو آپ کے لیے اب انکار کا ریفیوز کرنے کا کوئی بھی چانس باقی نہیں رہا ہے۔</w:t>
      </w:r>
    </w:p>
    <w:p>
      <w:r>
        <w:rPr>
          <w:b/>
        </w:rPr>
        <w:t xml:space="preserve">[26:00] </w:t>
      </w:r>
      <w:r>
        <w:t>to aik aspect yeh hua. isi tarah dekhiye, aik bari anokhi baat mujhe abhi hal mein samajh mein aayi,</w:t>
      </w:r>
    </w:p>
    <w:p>
      <w:pPr>
        <w:jc w:val="right"/>
      </w:pPr>
      <w:r>
        <w:t>تو ایک اسپیکٹ یہ ہوا۔ اسی طرح دیکھیے، ایک بڑی انوکھی بات مجھے ابھی حال میں سمجھ میں آئی،</w:t>
      </w:r>
    </w:p>
    <w:p>
      <w:r>
        <w:rPr>
          <w:b/>
        </w:rPr>
        <w:t xml:space="preserve">[26:08] </w:t>
      </w:r>
      <w:r>
        <w:t>yani is ne computer ne aik naya culture paida kiya hai, jis ko kehte hain programming.</w:t>
      </w:r>
    </w:p>
    <w:p>
      <w:pPr>
        <w:jc w:val="right"/>
      </w:pPr>
      <w:r>
        <w:t>یعنی اس نے کمپیوٹر نے ایک نیا کلچر پیدا کیا ہے، جس کو کہتے ہیں پروگرامنگ۔</w:t>
      </w:r>
    </w:p>
    <w:p>
      <w:r>
        <w:rPr>
          <w:b/>
        </w:rPr>
        <w:t xml:space="preserve">[26:19] </w:t>
      </w:r>
      <w:r>
        <w:t>is se pehle programming ka word hamare haan paya nahi jata tha. jab computer age aya hai to aik culture aya hai, us ko kehte hain programming,</w:t>
      </w:r>
    </w:p>
    <w:p>
      <w:pPr>
        <w:jc w:val="right"/>
      </w:pPr>
      <w:r>
        <w:t>اس سے پہلے پروگرامنگ کا ورڈ ہمارے ہاں پایا نہیں جاتا تھا۔ جب کمپیوٹر ایج آیا ہے تو ایک کلچر آیا ہے، اس کو کہتے ہیں پروگرامنگ،</w:t>
      </w:r>
    </w:p>
    <w:p>
      <w:r>
        <w:rPr>
          <w:b/>
        </w:rPr>
        <w:t xml:space="preserve">[26:31] </w:t>
      </w:r>
      <w:r>
        <w:t>yani jo mechanical device banayi jati hai computer ki shakal mein,</w:t>
      </w:r>
    </w:p>
    <w:p>
      <w:pPr>
        <w:jc w:val="right"/>
      </w:pPr>
      <w:r>
        <w:t>یعنی جو مکینیکل ڈیوائس بنائی جاتی ہے کمپیوٹر کی شکل میں،</w:t>
      </w:r>
    </w:p>
    <w:p>
      <w:r>
        <w:rPr>
          <w:b/>
        </w:rPr>
        <w:t xml:space="preserve">[26:41] </w:t>
      </w:r>
      <w:r>
        <w:t>to us ke andar programming ki aati hai. is ke bare bare expert hote hain, yeh jo hum har baat nikal lete hain is se to programming ki wajah se nikal paate hain.</w:t>
      </w:r>
    </w:p>
    <w:p>
      <w:pPr>
        <w:jc w:val="right"/>
      </w:pPr>
      <w:r>
        <w:t>تو اس کے اندر پروگرامنگ کی آتی ہے۔ اس کے بڑے بڑے ایکسپرٹ ہوتے ہیں، یہ جو ہم ہر بات نکال لیتے ہیں اس سے تو پروگرامنگ کی وجہ سے نکال پاتے ہیں۔</w:t>
      </w:r>
    </w:p>
    <w:p>
      <w:r>
        <w:rPr>
          <w:b/>
        </w:rPr>
        <w:t xml:space="preserve">[26:54] </w:t>
      </w:r>
      <w:r>
        <w:t>is mein feed kiya aata hai, yeh sari baatein aisa nahi ke apne aap hi is ke andar maujood hon.</w:t>
      </w:r>
    </w:p>
    <w:p>
      <w:pPr>
        <w:jc w:val="right"/>
      </w:pPr>
      <w:r>
        <w:t>اس میں فیڈ کیا آتا ہے، یہ ساری باتیں ایسا نہیں کہ اپنے آپ ہی اس کے اندر موجود ہوں۔</w:t>
      </w:r>
    </w:p>
    <w:p>
      <w:r>
        <w:rPr>
          <w:b/>
        </w:rPr>
        <w:t xml:space="preserve">[27:01] </w:t>
      </w:r>
      <w:r>
        <w:t>wohi cheezein bataye ga computer jo is ke andar feed kiya hua ho, jo is ke programming mein shamil ho.</w:t>
      </w:r>
    </w:p>
    <w:p>
      <w:pPr>
        <w:jc w:val="right"/>
      </w:pPr>
      <w:r>
        <w:t>وہی چیزیں بتائے گا کمپیوٹر جو اس کے اندر فیڈ کیا ہوا ہو، جو اس کے پروگرامنگ میں شامل ہو۔</w:t>
      </w:r>
    </w:p>
    <w:p>
      <w:r>
        <w:rPr>
          <w:b/>
        </w:rPr>
        <w:t xml:space="preserve">[27:09] </w:t>
      </w:r>
      <w:r>
        <w:t>programming</w:t>
      </w:r>
    </w:p>
    <w:p>
      <w:pPr>
        <w:jc w:val="right"/>
      </w:pPr>
      <w:r>
        <w:t>پروگرامنگ</w:t>
      </w:r>
    </w:p>
    <w:p>
      <w:r>
        <w:rPr>
          <w:b/>
        </w:rPr>
        <w:t xml:space="preserve">[27:13] </w:t>
      </w:r>
      <w:r>
        <w:t>to yeh ek naya lafz use hona shuru hua hai computer culture ke baad.</w:t>
      </w:r>
    </w:p>
    <w:p>
      <w:pPr>
        <w:jc w:val="right"/>
      </w:pPr>
      <w:r>
        <w:t>تو یہ ایک نیا لفظ یوز ہونا شروع ہوا ہے کمپیوٹر کلچر کے بعد۔</w:t>
      </w:r>
    </w:p>
    <w:p>
      <w:r>
        <w:rPr>
          <w:b/>
        </w:rPr>
        <w:t xml:space="preserve">[27:21] </w:t>
      </w:r>
      <w:r>
        <w:t>is ne ek bohat bari baat,</w:t>
      </w:r>
    </w:p>
    <w:p>
      <w:pPr>
        <w:jc w:val="right"/>
      </w:pPr>
      <w:r>
        <w:t>اس نے ایک بہت بڑی بات،</w:t>
      </w:r>
    </w:p>
    <w:p>
      <w:r>
        <w:rPr>
          <w:b/>
        </w:rPr>
        <w:t xml:space="preserve">[27:26] </w:t>
      </w:r>
      <w:r>
        <w:t>yani mauqa diya mujhe ke ek bohat bari baat mein discover kar sakoon, woh hai maut ke bare mein. maut ke bare mein</w:t>
      </w:r>
    </w:p>
    <w:p>
      <w:pPr>
        <w:jc w:val="right"/>
      </w:pPr>
      <w:r>
        <w:t>یعنی موقع دیا مجھے کہ ایک بہت بڑی بات میں ڈسکور کر سکوں، وہ ہے موت کے بارے میں۔ موت کے بارے میں</w:t>
      </w:r>
    </w:p>
    <w:p>
      <w:r>
        <w:rPr>
          <w:b/>
        </w:rPr>
        <w:t xml:space="preserve">[27:36] </w:t>
      </w:r>
      <w:r>
        <w:t>dekhiye, bohat pehle se jab se mujhe hosh aaya hai to ek sawal se mein do char tha, kyunke mein aisa hai ke jab mein paanch saal ka tha to mere baap ki death ho gayi</w:t>
      </w:r>
    </w:p>
    <w:p>
      <w:pPr>
        <w:jc w:val="right"/>
      </w:pPr>
      <w:r>
        <w:t>دیکھیے، بہت پہلے سے جب سے مجھے ہوش آیا ہے تو ایک سوال سے میں دو چار تھا، کیونکہ میں ایسا ہے کہ جب میں پانچ سال کا تھا تو میرے باپ کی ڈیتھ ہو گئی</w:t>
      </w:r>
    </w:p>
    <w:p>
      <w:r>
        <w:rPr>
          <w:b/>
        </w:rPr>
        <w:t xml:space="preserve">[27:57] </w:t>
      </w:r>
      <w:r>
        <w:t>december 1929 mein. december 1929 mein mere baap ki death ho gayi aur baap se bohat zyada attachment tha mujh ko.</w:t>
      </w:r>
    </w:p>
    <w:p>
      <w:pPr>
        <w:jc w:val="right"/>
      </w:pPr>
      <w:r>
        <w:t>دسمبر 1929 میں۔ دسمبر 1929 میں میرے باپ کی ڈیتھ ہو گئی اور باپ سے بہت زیادہ اٹیچمنٹ تھا مجھ کو۔</w:t>
      </w:r>
    </w:p>
    <w:p>
      <w:r>
        <w:rPr>
          <w:b/>
        </w:rPr>
        <w:t xml:space="preserve">[28:10] </w:t>
      </w:r>
      <w:r>
        <w:t>to death ka mujhe experience hua us waqt jab ke mein paanch saal ka tha. death ko mein ne apni aankhon se dekha.</w:t>
      </w:r>
    </w:p>
    <w:p>
      <w:pPr>
        <w:jc w:val="right"/>
      </w:pPr>
      <w:r>
        <w:t>تو ڈیتھ کا مجھے ایکسپیرینس ہوا اس وقت جب کہ میں پانچ سال کا تھا۔ ڈیتھ کو میں نے اپنی آنکھوں سے دیکھا۔</w:t>
      </w:r>
    </w:p>
    <w:p>
      <w:r>
        <w:rPr>
          <w:b/>
        </w:rPr>
        <w:t xml:space="preserve">[28:22] </w:t>
      </w:r>
      <w:r>
        <w:t>agar mere baap ka intiqal hota bohat baad ko, sau saal poori hone ke baad to death ko mein qareeb se nahi dekh pata.</w:t>
      </w:r>
    </w:p>
    <w:p>
      <w:pPr>
        <w:jc w:val="right"/>
      </w:pPr>
      <w:r>
        <w:t>اگر میرے باپ کا انتقال ہوتا بہت بعد کو، سو سال پوری ہونے کے بعد تو ڈیتھ کو میں قریب سے نہیں دیکھ پاتا۔</w:t>
      </w:r>
    </w:p>
    <w:p>
      <w:r>
        <w:rPr>
          <w:b/>
        </w:rPr>
        <w:t xml:space="preserve">[28:34] </w:t>
      </w:r>
      <w:r>
        <w:t>to mein baap ki god mein bekhabar rehta, kyunke woh meri pampering karte the bohat zyada.</w:t>
      </w:r>
    </w:p>
    <w:p>
      <w:pPr>
        <w:jc w:val="right"/>
      </w:pPr>
      <w:r>
        <w:t>تو میں باپ کی گود میں بے خبر رہتا، کیونکہ وہ میری پیمپرنگ کرتے تھے بہت زیادہ۔</w:t>
      </w:r>
    </w:p>
    <w:p>
      <w:r>
        <w:rPr>
          <w:b/>
        </w:rPr>
        <w:t xml:space="preserve">[28:42] </w:t>
      </w:r>
      <w:r>
        <w:t>to december 1929 mein mere baap par, jis ko kehte hain falij ya stroke, hua.</w:t>
      </w:r>
    </w:p>
    <w:p>
      <w:pPr>
        <w:jc w:val="right"/>
      </w:pPr>
      <w:r>
        <w:t>تو دسمبر 1929 میں میرے باپ پر، جس کو کہتے ہیں فالج یا اسٹروک، ہوا۔</w:t>
      </w:r>
    </w:p>
    <w:p>
      <w:r>
        <w:rPr>
          <w:b/>
        </w:rPr>
        <w:t xml:space="preserve">[28:56] </w:t>
      </w:r>
      <w:r>
        <w:t>sakht sardiyon ka zamana tha woh, to is mein un ka intiqal ho gaya. yeh mere liye gaya ke maut ka, maut ko dekha mein ne,</w:t>
      </w:r>
    </w:p>
    <w:p>
      <w:pPr>
        <w:jc w:val="right"/>
      </w:pPr>
      <w:r>
        <w:t>سخت سردیوں کا زمانہ تھا وہ، تو اس میں ان کا انتقال ہو گیا۔ یہ میرے لیے گیا کہ موت کا، موت کو دیکھا میں نے،</w:t>
      </w:r>
    </w:p>
    <w:p>
      <w:r>
        <w:rPr>
          <w:b/>
        </w:rPr>
        <w:t xml:space="preserve">[29:12] </w:t>
      </w:r>
      <w:r>
        <w:t>maut ko qareeb se jaana mein ne. us waqt zahir hai ke meri umar aisi nahi thi ke mein gehrai se baaton ko samhoon, lekin maut mere dimagh mein baith gayi.</w:t>
      </w:r>
    </w:p>
    <w:p>
      <w:pPr>
        <w:jc w:val="right"/>
      </w:pPr>
      <w:r>
        <w:t>موت کو قریب سے جانا میں نے۔ اس وقت ظاہر ہے کہ میری عمر ایسی نہیں تھی کہ میں گہرائی سے باتوں کو سمجھوں، لیکن موت میرے دماغ میں بیٹھ گئی۔</w:t>
      </w:r>
    </w:p>
    <w:p>
      <w:r>
        <w:rPr>
          <w:b/>
        </w:rPr>
        <w:t xml:space="preserve">[29:26] </w:t>
      </w:r>
      <w:r>
        <w:t>jab bhi mein jata, jab bhi mein jaise koi marta hai to wahan jata hai aadmi. tajheez o takfeen hoti hai to qabristan mein jaate hain log.</w:t>
      </w:r>
    </w:p>
    <w:p>
      <w:pPr>
        <w:jc w:val="right"/>
      </w:pPr>
      <w:r>
        <w:t>جب بھی میں جاتا، جب بھی میں جیسے کوئی مرتا ہے تو وہاں جاتا ہے آدمی۔ تجوید تکفین ہوتی ہے تو قبرستان میں جاتے ہیں لوگ۔</w:t>
      </w:r>
    </w:p>
    <w:p>
      <w:r>
        <w:rPr>
          <w:b/>
        </w:rPr>
        <w:t xml:space="preserve">[29:38] </w:t>
      </w:r>
      <w:r>
        <w:t>to aise mauqe par zahir hai ke mein bhi jata tha.</w:t>
      </w:r>
    </w:p>
    <w:p>
      <w:pPr>
        <w:jc w:val="right"/>
      </w:pPr>
      <w:r>
        <w:t>تو ایسے موقع پر ظاہر ہے کہ میں بھی جاتا تھا۔</w:t>
      </w:r>
    </w:p>
    <w:p>
      <w:r>
        <w:rPr>
          <w:b/>
        </w:rPr>
        <w:t xml:space="preserve">[29:42] </w:t>
      </w:r>
      <w:r>
        <w:t>mein ne dekha ke koi bhi maut ki baat nahi karta. mein khud to maut ke bare mein sochta hoon, lekin jo log wahan ekhatta hue hain, woh maut ka koi charcha nahi karte.</w:t>
      </w:r>
    </w:p>
    <w:p>
      <w:pPr>
        <w:jc w:val="right"/>
      </w:pPr>
      <w:r>
        <w:t>میں نے دیکھا کہ کوئی بھی موت کی بات نہیں کرتا۔ میں خود تو موت کے بارے میں سوچتا ہوں، لیکن جو لوگ وہاں اکٹھا ہوئے ہیں، وہ موت کا کوئی چرچا نہیں کرتے۔</w:t>
      </w:r>
    </w:p>
    <w:p>
      <w:r>
        <w:rPr>
          <w:b/>
        </w:rPr>
        <w:t xml:space="preserve">[29:58] </w:t>
      </w:r>
      <w:r>
        <w:t>is koi relative mein se koi mar jaye to log wahan aate hain, jis ko kehte hain taaziyat. taaziyat ke liye aate hain.</w:t>
      </w:r>
    </w:p>
    <w:p>
      <w:pPr>
        <w:jc w:val="right"/>
      </w:pPr>
      <w:r>
        <w:t>اس کوئی ریلیٹو میں سے کوئی مر جائے تو لوگ وہاں آتے ہیں، جس کو کہتے ہیں تعزیت۔ تعزیت کے لیے آتے ہیں۔</w:t>
      </w:r>
    </w:p>
    <w:p>
      <w:r>
        <w:rPr>
          <w:b/>
        </w:rPr>
        <w:t xml:space="preserve">[30:09] </w:t>
      </w:r>
      <w:r>
        <w:t>is tareeqe se condolence meeting hoti hai, koi mar jaye to. to mein ne dekha ke log taaziyat ke liye aate hain ghar mein aur kuch bhi nahi idhar udhar ki baatein kiya aur chale gaye.</w:t>
      </w:r>
    </w:p>
    <w:p>
      <w:pPr>
        <w:jc w:val="right"/>
      </w:pPr>
      <w:r>
        <w:t>اس طریقے سے کنڈولنس میٹنگ ہوتی ہے، کوئی مر جائے تو۔ تو میں نے دیکھا کہ لوگ تعزیت کے لیے آتے ہیں گھر میں اور کچھ بھی نہیں ادھر ادھر کی باتیں کیا اور چلے گئے۔</w:t>
      </w:r>
    </w:p>
    <w:p>
      <w:r>
        <w:rPr>
          <w:b/>
        </w:rPr>
        <w:t xml:space="preserve">[30:21] </w:t>
      </w:r>
      <w:r>
        <w:t>condolence ki meetingon mein bar bar mein shareek hua. to wahan mein ne dekha kya marne wale ka bakhaan, marne wale ki tareef, marne wala ka praise aise the, woh waise the, lekin maut ka koi charcha nahi.</w:t>
      </w:r>
    </w:p>
    <w:p>
      <w:pPr>
        <w:jc w:val="right"/>
      </w:pPr>
      <w:r>
        <w:t>کنڈولنس کی میٹنگوں میں بار بار میں شریک ہوا۔ تو وہاں میں نے دیکھا کیا مرنے والے کا بکھان، مرنے والے کی تعریف، مرنے والا کا پریز ایسے تھے، وہ ویسے تھے، لیکن موت کا کوئی چرچا نہیں۔</w:t>
      </w:r>
    </w:p>
    <w:p>
      <w:r>
        <w:rPr>
          <w:b/>
        </w:rPr>
        <w:t xml:space="preserve">[30:39] </w:t>
      </w:r>
      <w:r>
        <w:t>maut ka koi charcha nahi. aise hi dekhein, hamare jo papers hain, jo magazine hai, is mein koi marta hai to is is ke bare mein chhappta hai, jis ko kehte hain ab churi.</w:t>
      </w:r>
    </w:p>
    <w:p>
      <w:pPr>
        <w:jc w:val="right"/>
      </w:pPr>
      <w:r>
        <w:t>موت کا کوئی چرچا نہیں۔ ایسے ہی دیکھیں، ہمارے جو پیپرز ہیں، جو میگزین ہے، اس میں کوئی مرتا ہے تو اس اس کے بارے میں چھپتا ہے، جس کو کہتے ہیں اب چوری۔</w:t>
      </w:r>
    </w:p>
    <w:p>
      <w:r>
        <w:rPr>
          <w:b/>
        </w:rPr>
        <w:t xml:space="preserve">[30:56] </w:t>
      </w:r>
      <w:r>
        <w:t>mein ne kitne saare parhe is tarah ke article, lekin is mein sirf woh marne wale ka tha ke woh aisa tha, woh waisa tha, us ki praise, lekin maut ka koi charcha nahi ke maut kaisi cheez hai.</w:t>
      </w:r>
    </w:p>
    <w:p>
      <w:pPr>
        <w:jc w:val="right"/>
      </w:pPr>
      <w:r>
        <w:t>میں نے کتنے سارے پڑھے اس طرح کے آرٹیکل، لیکن اس میں صرف وہ مرنے والے کا تھا کہ وہ ایسا تھا، وہ ویسا تھا، اس کی پریز، لیکن موت کا کوئی چرچا نہیں کہ موت کیسی چیز ہے۔</w:t>
      </w:r>
    </w:p>
    <w:p>
      <w:r>
        <w:rPr>
          <w:b/>
        </w:rPr>
        <w:t xml:space="preserve">[31:12] </w:t>
      </w:r>
      <w:r>
        <w:t>kitni baar aisa hua ke mein kisi ke marne par tajheez o takfeen ke liye qabristan gaya, wahan par janaza aaya, qabr khodi gayi, dafan kiye gaye.</w:t>
      </w:r>
    </w:p>
    <w:p>
      <w:pPr>
        <w:jc w:val="right"/>
      </w:pPr>
      <w:r>
        <w:t>کتنی بار ایسا ہوا کہ میں کسی کے مرنے پر تجوید تکفین کے لیے قبرستان گیا، وہاں پر جنازہ آیا، قبر کھودی گئی، دفن کیے گئے۔</w:t>
      </w:r>
    </w:p>
    <w:p>
      <w:r>
        <w:rPr>
          <w:b/>
        </w:rPr>
        <w:t xml:space="preserve">[31:24] </w:t>
      </w:r>
      <w:r>
        <w:t>yeh sari cheezein samne huien.</w:t>
      </w:r>
    </w:p>
    <w:p>
      <w:pPr>
        <w:jc w:val="right"/>
      </w:pPr>
      <w:r>
        <w:t>یہ ساری چیزیں سامنے ہوئیں۔</w:t>
      </w:r>
    </w:p>
    <w:p>
      <w:r>
        <w:rPr>
          <w:b/>
        </w:rPr>
        <w:t xml:space="preserve">[31:26] </w:t>
      </w:r>
      <w:r>
        <w:t>boht se log wahan aur bhi thay. maine dekha ke koi bhi aisa nahi paya maine ke koi maut ka charcha karta ho. maut ki koi baat hi nahi.</w:t>
      </w:r>
    </w:p>
    <w:p>
      <w:pPr>
        <w:jc w:val="right"/>
      </w:pPr>
      <w:r>
        <w:t>بہت سے لوگ وہاں اور بھی تھے۔ میں نے دیکھا کہ کوئی بھی ایسا نہیں پایا میں نے کہ کوئی موت کا چرچا کرتا ہو۔ موت کی کوئی بات ہی نہیں۔</w:t>
      </w:r>
    </w:p>
    <w:p>
      <w:r>
        <w:rPr>
          <w:b/>
        </w:rPr>
        <w:t xml:space="preserve">[31:39] </w:t>
      </w:r>
      <w:r>
        <w:t>main akela hota tha jo maut ke baray mein sochta tha, chup chap bilkul maut ke baray mein sochta tha.</w:t>
      </w:r>
    </w:p>
    <w:p>
      <w:pPr>
        <w:jc w:val="right"/>
      </w:pPr>
      <w:r>
        <w:t>میں اکیلا ہوتا تھا جو موت کے بارے میں سوچتا تھا، چپ چاپ بالکل موت کے بارے میں سوچتا تھا۔</w:t>
      </w:r>
    </w:p>
    <w:p>
      <w:r>
        <w:rPr>
          <w:b/>
        </w:rPr>
        <w:t xml:space="preserve">[31:49] </w:t>
      </w:r>
      <w:r>
        <w:t>to yeh mere mind mein ek sawal tha ke kya wajah hai ke log maut ko dekhte hain, phir bhi apne baray mein nahi sochte? apne ko woh jaise ke exclude kar lete hain.</w:t>
      </w:r>
    </w:p>
    <w:p>
      <w:pPr>
        <w:jc w:val="right"/>
      </w:pPr>
      <w:r>
        <w:t>تو یہ میرے مائنڈ میں ایک سوال تھا کہ کیا وجہ ہے کہ لوگ موت کو دیکھتے ہیں، پھر بھی اپنے بارے میں نہیں سوچتے؟ اپنے کو وہ جیسے کہ ایکسکلوڈ کر لیتے ہوں۔</w:t>
      </w:r>
    </w:p>
    <w:p>
      <w:r>
        <w:rPr>
          <w:b/>
        </w:rPr>
        <w:t xml:space="preserve">[32:04] </w:t>
      </w:r>
      <w:r>
        <w:t>log dekhte hain ke road par accident hua, mar gaya aadmi, hospital mein aadmi mar gaya, apni family mein koi mar gaya,</w:t>
      </w:r>
    </w:p>
    <w:p>
      <w:pPr>
        <w:jc w:val="right"/>
      </w:pPr>
      <w:r>
        <w:t>لوگ دیکھتے ہیں کہ روڈ پر ایکسیڈنٹ ہوا، مر گیا آدمی، ہاسپٹل میں آدمی مر گیا، اپنی فیملی میں کوئی مر گیا،</w:t>
      </w:r>
    </w:p>
    <w:p>
      <w:r>
        <w:rPr>
          <w:b/>
        </w:rPr>
        <w:t xml:space="preserve">[32:16] </w:t>
      </w:r>
      <w:r>
        <w:t>paper mein news aayi ke falan aadmi mar gaya,</w:t>
      </w:r>
    </w:p>
    <w:p>
      <w:pPr>
        <w:jc w:val="right"/>
      </w:pPr>
      <w:r>
        <w:t>پیپر میں نیوز آئی کہ فلاں آدمی مر گیا،</w:t>
      </w:r>
    </w:p>
    <w:p>
      <w:r>
        <w:rPr>
          <w:b/>
        </w:rPr>
        <w:t xml:space="preserve">[32:20] </w:t>
      </w:r>
      <w:r>
        <w:t>qabristan mein gaye to wahan kafan dafan mein dekha ke ek aadmi ko jo chalta phirta tha, woh zameen mein dafan kiya ja raha hai.</w:t>
      </w:r>
    </w:p>
    <w:p>
      <w:pPr>
        <w:jc w:val="right"/>
      </w:pPr>
      <w:r>
        <w:t>قبرستان میں گئے تو وہاں کفن دفن میں دیکھا کہ ایک آدمی کو جو چلتا پھرتا تھا، وہ زمین میں دفن کیا جا رہا ہے۔</w:t>
      </w:r>
    </w:p>
    <w:p>
      <w:r>
        <w:rPr>
          <w:b/>
        </w:rPr>
        <w:t xml:space="preserve">[32:31] </w:t>
      </w:r>
      <w:r>
        <w:t>yeh sari baatein maine paya ke log dekhte hain, lekin maut ka koi charcha nahi. to aisa kyun hota hai?</w:t>
      </w:r>
    </w:p>
    <w:p>
      <w:pPr>
        <w:jc w:val="right"/>
      </w:pPr>
      <w:r>
        <w:t>یہ ساری باتیں میں نے پایا کہ لوگ دیکھتے ہیں، لیکن موت کا کوئی چرچا نہیں۔ تو ایسا کیوں ہوتا ہے؟</w:t>
      </w:r>
    </w:p>
    <w:p>
      <w:r>
        <w:rPr>
          <w:b/>
        </w:rPr>
        <w:t xml:space="preserve">[32:42] </w:t>
      </w:r>
      <w:r>
        <w:t>is sawal se boht dinon se main is sawal par main boht dinon se sochta tha.</w:t>
      </w:r>
    </w:p>
    <w:p>
      <w:pPr>
        <w:jc w:val="right"/>
      </w:pPr>
      <w:r>
        <w:t>اس سوال سے بہت دنوں سے میں اس سوال پر میں بہت دنوں سے سوچتا تھا۔</w:t>
      </w:r>
    </w:p>
    <w:p>
      <w:r>
        <w:rPr>
          <w:b/>
        </w:rPr>
        <w:t xml:space="preserve">[32:50] </w:t>
      </w:r>
      <w:r>
        <w:t>to computer ne is sawal ko hal kiya. woh hai programming ka jo concept hai computer mein. programming, yani dekhein, computer mein jo programming ki aati hai,</w:t>
      </w:r>
    </w:p>
    <w:p>
      <w:pPr>
        <w:jc w:val="right"/>
      </w:pPr>
      <w:r>
        <w:t>تو کمپیوٹر نے اس سوال کو حل کیا۔ وہ ہے پروگرامنگ کا جو کانسیپٹ ہے کمپیوٹر میں۔ پروگرامنگ، یعنی دیکھیں، کمپیوٹر میں جو پروگرامنگ کی آتی ہے،</w:t>
      </w:r>
    </w:p>
    <w:p>
      <w:r>
        <w:rPr>
          <w:b/>
        </w:rPr>
        <w:t xml:space="preserve">[33:07] </w:t>
      </w:r>
      <w:r>
        <w:t>ise ke mutabiq computer jo hai, woh work karta hai. yani computer ke jo mechanical source hai, isi pe chalti hai.</w:t>
      </w:r>
    </w:p>
    <w:p>
      <w:pPr>
        <w:jc w:val="right"/>
      </w:pPr>
      <w:r>
        <w:t>اسے کے مطابق کمپیوٹر جو ہے، وہ ورک کرتا ہے۔ یعنی کمپیوٹر کے جو مکینیکل سورس ہے، اسی پہ چلتی ہے۔</w:t>
      </w:r>
    </w:p>
    <w:p>
      <w:r>
        <w:rPr>
          <w:b/>
        </w:rPr>
        <w:t xml:space="preserve">[33:18] </w:t>
      </w:r>
      <w:r>
        <w:t>agar ek ek word ya ek concept aap ne computer mein feed na kiya ho, farz kijiye death, d e a t h, death ka word computer mein feed na kiya ho ya uska koi concept na dala ho uske andar aap,</w:t>
      </w:r>
    </w:p>
    <w:p>
      <w:pPr>
        <w:jc w:val="right"/>
      </w:pPr>
      <w:r>
        <w:t>اگر ایک ایک ورڈ یا ایک کانسیپٹ آپ نے کمپیوٹر میں فیڈ نہ کیا ہو، فرض کیجئے ڈیتھ، ڈی ای اے ٹی ایچ، ڈیتھ کا ورڈ کمپیوٹر میں فیڈ نہ کیا ہو یا اس کا کوئی کانسیپٹ نہ ڈالا ہو اس کے اندر آپ،</w:t>
      </w:r>
    </w:p>
    <w:p>
      <w:r>
        <w:rPr>
          <w:b/>
        </w:rPr>
        <w:t xml:space="preserve">[33:34] </w:t>
      </w:r>
      <w:r>
        <w:t>to kitne hi aap poochte rahiye, computer kuch nahi batayega aap ko, kyunke death ke baray mein uske paas maloomat nahi hain.</w:t>
      </w:r>
    </w:p>
    <w:p>
      <w:pPr>
        <w:jc w:val="right"/>
      </w:pPr>
      <w:r>
        <w:t>تو کتنے ہی آپ پوچھتے رہیے، کمپیوٹر کچھ نہیں بتائے گا آپ کو، کیونکہ ڈیتھ کے بارے میں اس کے پاس معلومات نہیں ہیں۔</w:t>
      </w:r>
    </w:p>
    <w:p>
      <w:r>
        <w:rPr>
          <w:b/>
        </w:rPr>
        <w:t xml:space="preserve">[33:45] </w:t>
      </w:r>
      <w:r>
        <w:t>uski programming mein death nahi hai, to woh death ke baray mein kuch batayega bhi nahi. jaise aaj subah maine jab budhiya ka type kiya gaya, woh aa gaya is mein to ek even ult aap kuch word unhon ne use kiye,</w:t>
      </w:r>
    </w:p>
    <w:p>
      <w:pPr>
        <w:jc w:val="right"/>
      </w:pPr>
      <w:r>
        <w:t>اس کی پروگرامنگ میں ڈیتھ نہیں ہے، تو وہ ڈیتھ کے بارے میں کچھ بتائے گا بھی نہیں۔ جیسے آج صبح میں نے جب بڑھیا کا ٹائپ کیا گیا، وہ آ گیا اس میں تو ایک ایون الٹ اپ کچھ ورڈ انہوں نے یوز کیے،</w:t>
      </w:r>
    </w:p>
    <w:p>
      <w:r>
        <w:rPr>
          <w:b/>
        </w:rPr>
        <w:t xml:space="preserve">[34:02] </w:t>
      </w:r>
      <w:r>
        <w:t>aise hi awc, ahr, kuch aise hi idhar udhar ke at random tor par. to wahan par yeh aaye ke ke computer ne wahan par inkar kar diya ke hamare paas uske baray mein koi jankari nahi hai,</w:t>
      </w:r>
    </w:p>
    <w:p>
      <w:pPr>
        <w:jc w:val="right"/>
      </w:pPr>
      <w:r>
        <w:t>ایسے ہی اے ڈبلیو سی، اے ایچ آر، کچھ ایسے ہی ادھر ادھر کے اٹرنڈم طور پر۔ تو وہاں پر یہ آئے کہ کہ کمپیوٹر نے وہاں پر انکار کر دیا کہ ہمارے پاس اس کے بارے میں کوئی جانکاری نہیں ہے،</w:t>
      </w:r>
    </w:p>
    <w:p>
      <w:r>
        <w:rPr>
          <w:b/>
        </w:rPr>
        <w:t xml:space="preserve">[34:19] </w:t>
      </w:r>
      <w:r>
        <w:t>kyunke woh feed nahi kiya gaya tha.</w:t>
      </w:r>
    </w:p>
    <w:p>
      <w:pPr>
        <w:jc w:val="right"/>
      </w:pPr>
      <w:r>
        <w:t>کیونکہ وہ فیڈ نہیں کیا گیا تھا۔</w:t>
      </w:r>
    </w:p>
    <w:p>
      <w:r>
        <w:rPr>
          <w:b/>
        </w:rPr>
        <w:t xml:space="preserve">[34:23] </w:t>
      </w:r>
      <w:r>
        <w:t>to dekhiye, programming ka jo concept hai, is se yeh baat maine jaani ke computer ki programming mein jo baat feed ki gayi hai,</w:t>
      </w:r>
    </w:p>
    <w:p>
      <w:pPr>
        <w:jc w:val="right"/>
      </w:pPr>
      <w:r>
        <w:t>تو دیکھیے، پروگرامنگ کا جو کانسیپٹ ہے، اس سے یہ بات میں نے جانی کہ کمپیوٹر کی پروگرامنگ میں جو بات فیڈ کی گئی ہے،</w:t>
      </w:r>
    </w:p>
    <w:p>
      <w:r>
        <w:rPr>
          <w:b/>
        </w:rPr>
        <w:t xml:space="preserve">[34:40] </w:t>
      </w:r>
      <w:r>
        <w:t>uske baray mein to woh khoob batayega aap ko, lekin jo cheez feed nahi ki gayi hai, us se woh unaware rahega, bilkul unaware rahega.</w:t>
      </w:r>
    </w:p>
    <w:p>
      <w:pPr>
        <w:jc w:val="right"/>
      </w:pPr>
      <w:r>
        <w:t>اس کے بارے میں تو وہ خوب بتائے گا آپ کو، لیکن جو چیز فیڈ نہیں کی گئی ہے، اس سے وہ ان اویئر رہے گا، بالکل ان اویئر رہے گا۔</w:t>
      </w:r>
    </w:p>
    <w:p>
      <w:r>
        <w:rPr>
          <w:b/>
        </w:rPr>
        <w:t xml:space="preserve">[34:51] </w:t>
      </w:r>
      <w:r>
        <w:t>is se maine yeh baat samjhi ke insaan ki jo programming nature mein ki gayi hai, Khuda ne jo ki hai, us mein maut ka concept maujood hi nahi hai.</w:t>
      </w:r>
    </w:p>
    <w:p>
      <w:pPr>
        <w:jc w:val="right"/>
      </w:pPr>
      <w:r>
        <w:t>اس سے میں نے یہ بات سمجھی کہ انسان کی جو پروگرامنگ نیچر میں کی گئی ہے، خدا نے جو کی ہے، اس میں موت کا کانسیپٹ موجود ہی نہیں ہے۔</w:t>
      </w:r>
    </w:p>
    <w:p>
      <w:r>
        <w:rPr>
          <w:b/>
        </w:rPr>
        <w:t xml:space="preserve">[35:02] </w:t>
      </w:r>
      <w:r>
        <w:t>maut ka lafz, word maujood nahi hai. kyun? Khuda ne paida kiya insaan ko ek eternal being ke tor par.</w:t>
      </w:r>
    </w:p>
    <w:p>
      <w:pPr>
        <w:jc w:val="right"/>
      </w:pPr>
      <w:r>
        <w:t>موت کا لفظ، ورڈ موجود نہیں ہے۔ کیوں؟ خدا نے پیدا کیا انسان کو ایک ایٹرنل بینگ کے طور پر۔</w:t>
      </w:r>
    </w:p>
    <w:p>
      <w:r>
        <w:rPr>
          <w:b/>
        </w:rPr>
        <w:t xml:space="preserve">[35:13] </w:t>
      </w:r>
      <w:r>
        <w:t>ab jaise aaiye ek misaal lijiye, jaise neend hai. neend ki programming har aadmi ke andar hoti hai. shaam aayi, raat hui to har aadmi ko neend aane lagti hai,</w:t>
      </w:r>
    </w:p>
    <w:p>
      <w:pPr>
        <w:jc w:val="right"/>
      </w:pPr>
      <w:r>
        <w:t>اب جیسے آئیے ایک مثال لیجئے، جیسے نیند ہے۔ نیند کی پروگرامنگ ہر آدمی کے اندر ہوتی ہے۔ شام آئی، رات ہوئی تو ہر آدمی کو نیند آنے لگتی ہے،</w:t>
      </w:r>
    </w:p>
    <w:p>
      <w:r>
        <w:rPr>
          <w:b/>
        </w:rPr>
        <w:t xml:space="preserve">[35:29] </w:t>
      </w:r>
      <w:r>
        <w:t>kyunke hamari jo programming hai, us mein yeh hai ke raat aaye to so jao, raat aaye to so jao, raat aaye to so jao.</w:t>
      </w:r>
    </w:p>
    <w:p>
      <w:pPr>
        <w:jc w:val="right"/>
      </w:pPr>
      <w:r>
        <w:t>کیونکہ ہماری جو پروگرامنگ ہے، اس میں یہ ہے کہ رات آئے تو سو جاؤ، رات آئے تو سو جاؤ، رات آئے تو سو جاؤ۔</w:t>
      </w:r>
    </w:p>
    <w:p>
      <w:r>
        <w:rPr>
          <w:b/>
        </w:rPr>
        <w:t xml:space="preserve">[35:37] </w:t>
      </w:r>
      <w:r>
        <w:t>to hamare jo mind ki jo programming hai, us mein neend ko is tarah se shamil kar diya gaya hai ke raat aaye to so jao.</w:t>
      </w:r>
    </w:p>
    <w:p>
      <w:pPr>
        <w:jc w:val="right"/>
      </w:pPr>
      <w:r>
        <w:t>تو ہمارے جو مائنڈ کی جو پروگرامنگ ہے، اس میں نیند کو اس طریقے سے شامل کر دیا گیا ہے کہ رات آئے تو سو جاؤ۔</w:t>
      </w:r>
    </w:p>
    <w:p>
      <w:r>
        <w:rPr>
          <w:b/>
        </w:rPr>
        <w:t xml:space="preserve">[35:50] </w:t>
      </w:r>
      <w:r>
        <w:t>isi tarah se maut ki programming nahi hai ke tumhari umar jab das saal ki hogi to mar jaoge, ya pachaas saal hogi to mar jaoge, saath baras hogi to mar jaoge,</w:t>
      </w:r>
    </w:p>
    <w:p>
      <w:pPr>
        <w:jc w:val="right"/>
      </w:pPr>
      <w:r>
        <w:t>اسی طرح سے موت کی پروگرامنگ نہیں ہے کہ تمہاری عمر جب دس سال کی ہوگی تو مر جاؤ گے، یا پچاس سال ہوگی تو مر جاؤ گے، ساٹھ برس ہوگی تو مر جاؤ گے،</w:t>
      </w:r>
    </w:p>
    <w:p>
      <w:r>
        <w:rPr>
          <w:b/>
        </w:rPr>
        <w:t xml:space="preserve">[36:04] </w:t>
      </w:r>
      <w:r>
        <w:t>do hazar aath mein tum mar jaoge.</w:t>
      </w:r>
    </w:p>
    <w:p>
      <w:pPr>
        <w:jc w:val="right"/>
      </w:pPr>
      <w:r>
        <w:t>دو ہزار آٹھ میں تم مر جاؤ گے۔</w:t>
      </w:r>
    </w:p>
    <w:p>
      <w:r>
        <w:rPr>
          <w:b/>
        </w:rPr>
        <w:t xml:space="preserve">[36:06] </w:t>
      </w:r>
      <w:r>
        <w:t>aisi koi programming hamare mind mein nahi hai. isi liye dekhiye, is par boht research hui hai.</w:t>
      </w:r>
    </w:p>
    <w:p>
      <w:pPr>
        <w:jc w:val="right"/>
      </w:pPr>
      <w:r>
        <w:t>ایسی کوئی پروگرامنگ ہمارے مائنڈ میں نہیں ہے۔ اسی لیے دیکھیے، اس پر بہت ریسرچ ہوئی ہے۔</w:t>
      </w:r>
    </w:p>
    <w:p>
      <w:r>
        <w:rPr>
          <w:b/>
        </w:rPr>
        <w:t xml:space="preserve">[36:15] </w:t>
      </w:r>
      <w:r>
        <w:t>jo jo scholars hain psychology aur biology ke, woh kehte hain ke maut ke baray mein hum ne bohat research ki, magar aaj tak yeh nahi jaan paaye hum ke maut kyun hoti hai.</w:t>
      </w:r>
    </w:p>
    <w:p>
      <w:pPr>
        <w:jc w:val="right"/>
      </w:pPr>
      <w:r>
        <w:t>جو جو سکالرز ہیں سائیکالوجی اور بیالوجی کے، وہ کہتے ہیں کہ موت کے بارے میں ہم نے بہت ریسرچ کی، مگر آج تک یہ نہیں جان پائے ہم کہ موت کیوں ہوتی ہے۔</w:t>
      </w:r>
    </w:p>
    <w:p>
      <w:r>
        <w:rPr>
          <w:b/>
        </w:rPr>
        <w:t xml:space="preserve">[36:31] </w:t>
      </w:r>
      <w:r>
        <w:t>hamaray researchers jo hain, woh batatay hain ke maut ke ko hum predict nahi kar sakte. kuch bhi nahi maloom ke maut kab aati hai, kyun aati hai.</w:t>
      </w:r>
    </w:p>
    <w:p>
      <w:pPr>
        <w:jc w:val="right"/>
      </w:pPr>
      <w:r>
        <w:t>ہمارے ریسرچرز جو ہیں، وہ بتاتے ہیں کہ موت کے کو ہم پریڈکٹ نہیں کر سکتے۔ کچھ بھی نہیں معلوم کہ موت کب آتی ہے، کیوں آتی ہے۔</w:t>
      </w:r>
    </w:p>
    <w:p>
      <w:r>
        <w:rPr>
          <w:b/>
        </w:rPr>
        <w:t xml:space="preserve">[36:41] </w:t>
      </w:r>
      <w:r>
        <w:t>kyun ke aap jantay hain ke koi koi bachcha hai, woh bachche mein mar gaya, bachche ki umar mein mar gaya. koi bachpan ki umar mein marta hai, koi naujawani ki umar mein marta hai, koi jawan ho kar marta hai, koi boorha ho kar marta hai.</w:t>
      </w:r>
    </w:p>
    <w:p>
      <w:pPr>
        <w:jc w:val="right"/>
      </w:pPr>
      <w:r>
        <w:t>کیونکہ آپ جانتے ہیں کہ کوئی کوئی بچہ ہے، وہ بچے میں مر گیا، بچے کی عمر میں مر گیا۔ کوئی بچپن کی عمر میں مرتا ہے، کوئی نوجوانی کی عمر میں مرتا ہے، کوئی جوان ہو کر مرتا ہے، کوئی بوڑھا ہو کر مرتا ہے۔</w:t>
      </w:r>
    </w:p>
    <w:p>
      <w:r>
        <w:rPr>
          <w:b/>
        </w:rPr>
        <w:t xml:space="preserve">[36:56] </w:t>
      </w:r>
      <w:r>
        <w:t>kisi ki umar ka koi pata nahi, kisi ki maut kab aayegi, is ka kuch pata nahi.</w:t>
      </w:r>
    </w:p>
    <w:p>
      <w:pPr>
        <w:jc w:val="right"/>
      </w:pPr>
      <w:r>
        <w:t>کسی کی عمر کا کوئی پتہ نہیں، کسی کی موت کب آئے گی، اس کا کچھ پتہ نہیں۔</w:t>
      </w:r>
    </w:p>
    <w:p>
      <w:r>
        <w:rPr>
          <w:b/>
        </w:rPr>
        <w:t xml:space="preserve">[37:01] </w:t>
      </w:r>
      <w:r>
        <w:t>to baat kya hai? maut hamari programming mein shamil nahi hai, jis tarah neend shamil hai. maut Khuda ke direct verdict ke tehat aati hai.</w:t>
      </w:r>
    </w:p>
    <w:p>
      <w:pPr>
        <w:jc w:val="right"/>
      </w:pPr>
      <w:r>
        <w:t>تو بات کیا ہے؟ موت ہماری پروگرامنگ میں شامل نہیں ہے، جس طرح نیند شامل ہے۔ موت خدا کے ڈائریکٹ ورڈکٹ کے تحت آتی ہے۔</w:t>
      </w:r>
    </w:p>
    <w:p>
      <w:r>
        <w:rPr>
          <w:b/>
        </w:rPr>
        <w:t xml:space="preserve">[37:16] </w:t>
      </w:r>
      <w:r>
        <w:t>direct tor par Khuda aik faisla karta hai ke abhi is insaan ko is dunya se utha lena hai.</w:t>
      </w:r>
    </w:p>
    <w:p>
      <w:pPr>
        <w:jc w:val="right"/>
      </w:pPr>
      <w:r>
        <w:t>ڈائریکٹ طور پر خدا ایک فیصلہ کرتا ہے کہ ابھی اس انسان کو اس دنیا سے اٹھا لینا ہے۔</w:t>
      </w:r>
    </w:p>
    <w:p>
      <w:r>
        <w:rPr>
          <w:b/>
        </w:rPr>
        <w:t xml:space="preserve">[37:23] </w:t>
      </w:r>
      <w:r>
        <w:t>to sari baatein doosri, maslan bhook lagna, pyaas lagna, neend aana waghera waghera, yeh sab hamaray mind ki programming mein shamil hain.</w:t>
      </w:r>
    </w:p>
    <w:p>
      <w:pPr>
        <w:jc w:val="right"/>
      </w:pPr>
      <w:r>
        <w:t>تو ساری باتیں دوسری، مثلاً بھوک لگنا، پیاس لگنا، نیند آنا وغیرہ وغیرہ، یہ سب ہمارے مائنڈ کی پروگرامنگ میں شامل ہیں۔</w:t>
      </w:r>
    </w:p>
    <w:p>
      <w:r>
        <w:rPr>
          <w:b/>
        </w:rPr>
        <w:t xml:space="preserve">[37:39] </w:t>
      </w:r>
      <w:r>
        <w:t>lekin maut ya death hamaray mind ki programming mein shamil hai nahi. to humein khabar kaise ho? woh to achanak,</w:t>
      </w:r>
    </w:p>
    <w:p>
      <w:pPr>
        <w:jc w:val="right"/>
      </w:pPr>
      <w:r>
        <w:t>لیکن موت یا ڈیتھ ہمارے مائنڈ کی پروگرامنگ میں شامل ہے نہیں۔ تو ہمیں خبر کیسے ہو؟ وہ تو اچانک،</w:t>
      </w:r>
    </w:p>
    <w:p>
      <w:r>
        <w:rPr>
          <w:b/>
        </w:rPr>
        <w:t xml:space="preserve">[37:52] </w:t>
      </w:r>
      <w:r>
        <w:t>achanak kisi waqt maut aa jati hai.</w:t>
      </w:r>
    </w:p>
    <w:p>
      <w:pPr>
        <w:jc w:val="right"/>
      </w:pPr>
      <w:r>
        <w:t>اچانک کسی وقت موت آ جاتی ہے۔</w:t>
      </w:r>
    </w:p>
    <w:p>
      <w:r>
        <w:rPr>
          <w:b/>
        </w:rPr>
        <w:t xml:space="preserve">[37:57] </w:t>
      </w:r>
      <w:r>
        <w:t>achanak aa jati hai. la tadri bi ayi urdun tamut, la tadri nafs maddah taqisib ghada, la tadri nafs bi ayi urdun tamut.</w:t>
      </w:r>
    </w:p>
    <w:p>
      <w:pPr>
        <w:jc w:val="right"/>
      </w:pPr>
      <w:r>
        <w:t>اچانک آ جاتی ہے۔ لا تدری بیائی اردن تموت، لا تدری نفس مادہ تقسب غدا، ولا تدری نفس بیائی اردن تموت۔</w:t>
      </w:r>
    </w:p>
    <w:p>
      <w:r>
        <w:rPr>
          <w:b/>
        </w:rPr>
        <w:t xml:space="preserve">[38:11] </w:t>
      </w:r>
      <w:r>
        <w:t>kisi insaan ko yeh pata nahi ke woh kab mar jayega.</w:t>
      </w:r>
    </w:p>
    <w:p>
      <w:pPr>
        <w:jc w:val="right"/>
      </w:pPr>
      <w:r>
        <w:t>کسی انسان کو یہ پتہ نہیں کہ وہ کب مر جائے گا۔</w:t>
      </w:r>
    </w:p>
    <w:p>
      <w:r>
        <w:rPr>
          <w:b/>
        </w:rPr>
        <w:t xml:space="preserve">[38:17] </w:t>
      </w:r>
      <w:r>
        <w:t>maut har insaan ke liye poori tarah aik un known cheez hai. un known sab kuch jo hum is dunya mein karte hain, woh is ki programming hamaray nature mein maujood hai.</w:t>
      </w:r>
    </w:p>
    <w:p>
      <w:pPr>
        <w:jc w:val="right"/>
      </w:pPr>
      <w:r>
        <w:t>موت ہر انسان کے لیے پوری طرح ایک ان نون چیز ہے۔ ان نون سب کچھ جو ہم اس دنیا میں کرتے ہیں، وہ اس کی پروگرامنگ ہمارے نیچر میں موجود ہے۔</w:t>
      </w:r>
    </w:p>
    <w:p>
      <w:r>
        <w:rPr>
          <w:b/>
        </w:rPr>
        <w:t xml:space="preserve">[38:34] </w:t>
      </w:r>
      <w:r>
        <w:t>yeh mere bolne ka jo lehja hai, woh bhi program hai mere mind mein. is mein har aadmi ke bolne ka jo lehja hai, us ki bhi programming hai hamaray mind mein.</w:t>
      </w:r>
    </w:p>
    <w:p>
      <w:pPr>
        <w:jc w:val="right"/>
      </w:pPr>
      <w:r>
        <w:t>یہ میرے بولنے کا جو لہجہ ہے، وہ بھی پروگرام ہے میرے مائنڈ میں۔ اس میں ہر آدمی کے بولنے کا جو لہجہ ہے، اس کی بھی پروگرامنگ ہے ہمارے مائنڈ میں۔</w:t>
      </w:r>
    </w:p>
    <w:p>
      <w:r>
        <w:rPr>
          <w:b/>
        </w:rPr>
        <w:t xml:space="preserve">[38:46] </w:t>
      </w:r>
      <w:r>
        <w:t>is programming ke mutabiq mera lehja hai, aap ki programming ke mutabiq aap ka lehja hai. kuch bhi jo hum is dunya mein karte hain, woh sab ki programming hui hui hai pehle se.</w:t>
      </w:r>
    </w:p>
    <w:p>
      <w:pPr>
        <w:jc w:val="right"/>
      </w:pPr>
      <w:r>
        <w:t>اس پروگرامنگ کے مطابق میرا لہجہ ہے، آپ کی پروگرامنگ کے مطابق آپ کا لہجہ ہے۔ کچھ بھی جو ہم اس دنیا میں کرتے ہیں، وہ سب کی پروگرامنگ ہوئی ہوئی ہے پہلے سے۔</w:t>
      </w:r>
    </w:p>
    <w:p>
      <w:r>
        <w:rPr>
          <w:b/>
        </w:rPr>
        <w:t xml:space="preserve">[39:02] </w:t>
      </w:r>
      <w:r>
        <w:t>abhi jo DNA ka study ki gayi hai, DNA se maloom hota hai ke aik aik cheez maujood hai hamaray DNA mein, lekin death nahi hai.</w:t>
      </w:r>
    </w:p>
    <w:p>
      <w:pPr>
        <w:jc w:val="right"/>
      </w:pPr>
      <w:r>
        <w:t>ابھی جو ڈی این اے کا اسٹڈی کی گئی ہے، ڈی این اے سے معلوم ہوتا ہے کہ ایک ایک چیز موجود ہے ہمارے ڈی این اے میں، لیکن ڈیتھ نہیں ہے۔</w:t>
      </w:r>
    </w:p>
    <w:p>
      <w:r>
        <w:rPr>
          <w:b/>
        </w:rPr>
        <w:t xml:space="preserve">[39:16] </w:t>
      </w:r>
      <w:r>
        <w:t>kyun? death jo hai, woh DNA mein shamil nahi hai, woh gender mein shamil nahi hai.</w:t>
      </w:r>
    </w:p>
    <w:p>
      <w:pPr>
        <w:jc w:val="right"/>
      </w:pPr>
      <w:r>
        <w:t>کیوں؟ ڈیتھ جو ہے، وہ ڈی این اے میں شامل نہیں ہے، وہ جینڈر میں شامل نہیں ہے۔</w:t>
      </w:r>
    </w:p>
    <w:p>
      <w:r>
        <w:rPr>
          <w:b/>
        </w:rPr>
        <w:t xml:space="preserve">[39:28] </w:t>
      </w:r>
      <w:r>
        <w:t>woh direct tor par Khuda apne faislay ke tehat kisi waqt ward kar deta hai.</w:t>
      </w:r>
    </w:p>
    <w:p>
      <w:pPr>
        <w:jc w:val="right"/>
      </w:pPr>
      <w:r>
        <w:t>وہ ڈائریکٹ طور پر خدا اپنے فیصلے کے تحت کسی وقت وارد کر دیتا ہے۔</w:t>
      </w:r>
    </w:p>
    <w:p>
      <w:r>
        <w:rPr>
          <w:b/>
        </w:rPr>
        <w:t xml:space="preserve">[39:37] </w:t>
      </w:r>
      <w:r>
        <w:t>to direct tor par Khuda ke faislay ke tehat kisi ki maut waqe hoti hai.</w:t>
      </w:r>
    </w:p>
    <w:p>
      <w:pPr>
        <w:jc w:val="right"/>
      </w:pPr>
      <w:r>
        <w:t>تو ڈائریکٹ طور پر خدا کے فیصلے کے تحت کسی کی موت واقع ہوتی ہے۔</w:t>
      </w:r>
    </w:p>
    <w:p>
      <w:r>
        <w:rPr>
          <w:b/>
        </w:rPr>
        <w:t xml:space="preserve">[39:44] </w:t>
      </w:r>
      <w:r>
        <w:t>is liye aadmi, yaani conscious level par, program death se waqif nahi.</w:t>
      </w:r>
    </w:p>
    <w:p>
      <w:pPr>
        <w:jc w:val="right"/>
      </w:pPr>
      <w:r>
        <w:t>اس لیے آدمی، یعنی کانشیس لیول پر، پروگرام ڈیتھ سے واقف نہیں۔</w:t>
      </w:r>
    </w:p>
    <w:p>
      <w:r>
        <w:rPr>
          <w:b/>
        </w:rPr>
        <w:t xml:space="preserve">[39:54] </w:t>
      </w:r>
      <w:r>
        <w:t>aadmi ka jo conscious hai, jo is ka shaoor hai, us mein eternity bhari hui hai. eternity, I am an eternal being, yeh is ka shaoor hai, is ka consciousness hai.</w:t>
      </w:r>
    </w:p>
    <w:p>
      <w:pPr>
        <w:jc w:val="right"/>
      </w:pPr>
      <w:r>
        <w:t>آدمی کا جو کانشیس ہے، جو اس کا شعور ہے، اس میں ایٹرنیٹی بھری ہوئی ہے۔ ایٹرنیٹی، آئی ایم این ایٹرنل بینگ، یہ اس کا شعور ہے، اس کا کانشیسنس ہے۔</w:t>
      </w:r>
    </w:p>
    <w:p>
      <w:r>
        <w:rPr>
          <w:b/>
        </w:rPr>
        <w:t xml:space="preserve">[40:11] </w:t>
      </w:r>
      <w:r>
        <w:t>yaani consciously har aadmi ke andar yeh baat pai jati hai,</w:t>
      </w:r>
    </w:p>
    <w:p>
      <w:pPr>
        <w:jc w:val="right"/>
      </w:pPr>
      <w:r>
        <w:t>یعنی کانشیسلی ہر آدمی کے اندر یہ بات پائی جاتی ہے،</w:t>
      </w:r>
    </w:p>
    <w:p>
      <w:r>
        <w:rPr>
          <w:b/>
        </w:rPr>
        <w:t xml:space="preserve">[40:20] </w:t>
      </w:r>
      <w:r>
        <w:t>us ke un conscious mind mein bhari hui hai ke I am an eternal being. I am an eternal being, isi mein jeeta hai aadmi.</w:t>
      </w:r>
    </w:p>
    <w:p>
      <w:pPr>
        <w:jc w:val="right"/>
      </w:pPr>
      <w:r>
        <w:t>اس کے انکانس مائنڈ میں بھری ہوئی ہے کہ آئی ایم این ایٹرنل بینگ۔ آئی ایم این ایٹرنل بینگ، اسی میں جیتا ہے آدمی۔</w:t>
      </w:r>
    </w:p>
    <w:p>
      <w:r>
        <w:rPr>
          <w:b/>
        </w:rPr>
        <w:t xml:space="preserve">[40:32] </w:t>
      </w:r>
      <w:r>
        <w:t>aadmi isi mein jeeta hai, eternity ke consciousness mein jeeta hai insaan.</w:t>
      </w:r>
    </w:p>
    <w:p>
      <w:pPr>
        <w:jc w:val="right"/>
      </w:pPr>
      <w:r>
        <w:t>آدمی اسی میں جیتا ہے، ایٹرنیٹی کے کانشیسنس میں جیتا ہے انسان۔</w:t>
      </w:r>
    </w:p>
    <w:p>
      <w:r>
        <w:rPr>
          <w:b/>
        </w:rPr>
        <w:t xml:space="preserve">[40:40] </w:t>
      </w:r>
      <w:r>
        <w:t>yaani dawami shaoor mein jeeta hai insaan. to kaise soche aadmi? jis tarah se computer apni programming ke khilaf nahi soch sakta,</w:t>
      </w:r>
    </w:p>
    <w:p>
      <w:pPr>
        <w:jc w:val="right"/>
      </w:pPr>
      <w:r>
        <w:t>یعنی دوامی شعور میں جیتا ہے انسان۔ تو کیسے سوچے آدمی؟ جس طرح سے کمپیوٹر اپنی پروگرامنگ کے خلاف نہیں سوچ سکتا،</w:t>
      </w:r>
    </w:p>
    <w:p>
      <w:r>
        <w:rPr>
          <w:b/>
        </w:rPr>
        <w:t xml:space="preserve">[40:56] </w:t>
      </w:r>
      <w:r>
        <w:t>to insaan soch nahi pata.</w:t>
      </w:r>
    </w:p>
    <w:p>
      <w:pPr>
        <w:jc w:val="right"/>
      </w:pPr>
      <w:r>
        <w:t>تو انسان سوچ نہیں پاتا۔</w:t>
      </w:r>
    </w:p>
    <w:p>
      <w:r>
        <w:rPr>
          <w:b/>
        </w:rPr>
        <w:t xml:space="preserve">[41:01] </w:t>
      </w:r>
      <w:r>
        <w:t>is liye woh logon ko marte dekhta hai, lekin apna jo uska jo hai shaoor, woh prevail karta hai. woh</w:t>
      </w:r>
    </w:p>
    <w:p>
      <w:pPr>
        <w:jc w:val="right"/>
      </w:pPr>
      <w:r>
        <w:t>اس لیے وہ لوگوں کو مرتے دیکھتا ہے، لیکن اپنا جو اس کا جو ہے شعور، وہ پریویل کرتا ہے۔ وہ</w:t>
      </w:r>
    </w:p>
    <w:p>
      <w:r>
        <w:rPr>
          <w:b/>
        </w:rPr>
        <w:t xml:space="preserve">[41:09] </w:t>
      </w:r>
      <w:r>
        <w:t>isko control kar raha hota hai. apne shaoor ke level par wahi samajhta hai ke main to eternal hoon, main to eternal hoon, main to eternal hoon, eternal hoon.</w:t>
      </w:r>
    </w:p>
    <w:p>
      <w:pPr>
        <w:jc w:val="right"/>
      </w:pPr>
      <w:r>
        <w:t>اس کو کنٹرول کر رہا ہوتا ہے۔ اپنے شعور کے لیول پر وہی سمجھتا ہے کہ میں تو ایٹرنل ہوں، میں تو ایٹرنل ہوں، میں تو ایٹرنل ہوں، ایٹرنل ہوں۔</w:t>
      </w:r>
    </w:p>
    <w:p>
      <w:r>
        <w:rPr>
          <w:b/>
        </w:rPr>
        <w:t xml:space="preserve">[41:21] </w:t>
      </w:r>
      <w:r>
        <w:t>to har insaan jeeta hai, jeeta hai eternity mein, according to his own programming. ab masla kya hai</w:t>
      </w:r>
    </w:p>
    <w:p>
      <w:pPr>
        <w:jc w:val="right"/>
      </w:pPr>
      <w:r>
        <w:t>تو ہر انسان جیتا ہے، جیتا ہے ایٹرنیٹی میں، اکارڈنگ ٹو ہز اون پروگرامنگ۔ اب مسئلہ کیا ہے</w:t>
      </w:r>
    </w:p>
    <w:p>
      <w:r>
        <w:rPr>
          <w:b/>
        </w:rPr>
        <w:t xml:space="preserve">[41:29] </w:t>
      </w:r>
      <w:r>
        <w:t>? masla yeh hai ke agarchay insaan aik eternal being hai, aik dawami shakhsiyat hai, lekin marna to hai,</w:t>
      </w:r>
    </w:p>
    <w:p>
      <w:pPr>
        <w:jc w:val="right"/>
      </w:pPr>
      <w:r>
        <w:t>؟ مسئلہ یہ ہے کہ اگرچہ انسان ایک ایٹرنل بینگ ہے، ایک دوامی شخصیت ہے، لیکن مرنا تو ہے،</w:t>
      </w:r>
    </w:p>
    <w:p>
      <w:r>
        <w:rPr>
          <w:b/>
        </w:rPr>
        <w:t xml:space="preserve">[41:44] </w:t>
      </w:r>
      <w:r>
        <w:t>marna to hai.</w:t>
      </w:r>
    </w:p>
    <w:p>
      <w:pPr>
        <w:jc w:val="right"/>
      </w:pPr>
      <w:r>
        <w:t>مرنا تو ہے۔</w:t>
      </w:r>
    </w:p>
    <w:p>
      <w:r>
        <w:rPr>
          <w:b/>
        </w:rPr>
        <w:t xml:space="preserve">[41:47] </w:t>
      </w:r>
      <w:r>
        <w:t>to jis tarah se hum accident ko predict nahi kar sakte, lekin accident to hotay hain. road accident ko aap predict nahi kar sakte, lekin woh hotay hain.</w:t>
      </w:r>
    </w:p>
    <w:p>
      <w:pPr>
        <w:jc w:val="right"/>
      </w:pPr>
      <w:r>
        <w:t>تو جس طرح سے ہم ایکسیڈنٹ کو پریڈکٹ نہیں کر سکتے، لیکن ایکسیڈنٹ تو ہوتے ہیں۔ روڈ ایکسیڈنٹ کو آپ پریڈکٹ نہیں کر سکتے، لیکن وہ ہوتے ہیں۔</w:t>
      </w:r>
    </w:p>
    <w:p>
      <w:r>
        <w:rPr>
          <w:b/>
        </w:rPr>
        <w:t xml:space="preserve">[41:57] </w:t>
      </w:r>
      <w:r>
        <w:t>kisi timetable mein aap chahain ke road accident likha hua ho, to aisa nahi. koi timetable milega aap ko. railway ke timetable chaptay hain, us mein yeh nahi likha rahe ga kehtay hain bachpan mein itni minute pe yeh accident hoga, itnay bachpan mein itnay bachpan mein itni minute pe woh accident hoga.</w:t>
      </w:r>
    </w:p>
    <w:p>
      <w:pPr>
        <w:jc w:val="right"/>
      </w:pPr>
      <w:r>
        <w:t>کسی ٹائم ٹیبل میں آپ چاہیں کہ روڈ ایکسیڈنٹ لکھا ہوا ہو، تو ایسا نہیں۔ کوئی ٹائم ٹیبل ملے گا آپ کو۔ ریلوے کے ٹائم ٹیبل چھپتے ہیں، اس میں یہ نہیں لکھا رہے گا کہتے ہیں بچپن میں اتنی منٹ پہ یہ ایکسیڈنٹ ہوگا، اتنے بچپن میں اتنے بچپن میں اتنی منٹ پہ وہ ایکسیڈنٹ ہوگا۔</w:t>
      </w:r>
    </w:p>
    <w:p>
      <w:r>
        <w:rPr>
          <w:b/>
        </w:rPr>
        <w:t xml:space="preserve">[42:15] </w:t>
      </w:r>
      <w:r>
        <w:t>railway ke timetable mein yeh cheez darj nahi hoti, woh to achaanak hota hai accident.</w:t>
      </w:r>
    </w:p>
    <w:p>
      <w:pPr>
        <w:jc w:val="right"/>
      </w:pPr>
      <w:r>
        <w:t>ریلوے کے ٹائم ٹیبل میں یہ چیز درج نہیں ہوتی، وہ تو اچانک ہوتا ہے ایکسیڈنٹ۔</w:t>
      </w:r>
    </w:p>
    <w:p>
      <w:r>
        <w:rPr>
          <w:b/>
        </w:rPr>
        <w:t xml:space="preserve">[42:22] </w:t>
      </w:r>
      <w:r>
        <w:t>is tareeqay se chounkay mere mind ki programming mein death shamil nahi hai, is wajah se main eternity ke concept mein jeeta hoon.</w:t>
      </w:r>
    </w:p>
    <w:p>
      <w:pPr>
        <w:jc w:val="right"/>
      </w:pPr>
      <w:r>
        <w:t>اس طریقے سے چونکہ میرے مائنڈ کی پروگرامنگ میں ڈیتھ شامل نہیں ہے، اس وجہ سے میں ایٹرنیٹی کے کانسیپٹ میں جیتا ہوں۔</w:t>
      </w:r>
    </w:p>
    <w:p>
      <w:r>
        <w:rPr>
          <w:b/>
        </w:rPr>
        <w:t xml:space="preserve">[42:35] </w:t>
      </w:r>
      <w:r>
        <w:t>ab hum ne kya karna hai ke Khuda ke is faislay ko humein alg se janna hai. to gaya ke aap ko yahan par kya karna hai?</w:t>
      </w:r>
    </w:p>
    <w:p>
      <w:pPr>
        <w:jc w:val="right"/>
      </w:pPr>
      <w:r>
        <w:t>اب ہم نے کیا کرنا ہے کہ خدا کے اس فیصلے کو ہمیں الگ سے جاننا ہے۔ تو گیا کہ آپ کو یہاں پر کیا کرنا ہے؟</w:t>
      </w:r>
    </w:p>
    <w:p>
      <w:r>
        <w:rPr>
          <w:b/>
        </w:rPr>
        <w:t xml:space="preserve">[42:48] </w:t>
      </w:r>
      <w:r>
        <w:t>yahan par yeh karna hai ke aap ko against programming soch apne andar lana hai, out of programming soch apne andar lana hai. yani Khuda ke is faislay se apne ko adjust karne ke liye, uski tayari karne ke liye,</w:t>
      </w:r>
    </w:p>
    <w:p>
      <w:pPr>
        <w:jc w:val="right"/>
      </w:pPr>
      <w:r>
        <w:t>یہاں پر یہ کرنا ہے کہ آپ کو اگینسٹ پروگرامنگ سوچ اپنے اندر لانا ہے، آؤٹ آف پروگرامنگ سوچ اپنے اندر لانا ہے۔ یعنی خدا کے اس فیصلے سے اپنے کو ایڈجسٹ کرنے کے لیے، اس کی تیاری کرنے کے لیے،</w:t>
      </w:r>
    </w:p>
    <w:p>
      <w:r>
        <w:rPr>
          <w:b/>
        </w:rPr>
        <w:t xml:space="preserve">[43:06] </w:t>
      </w:r>
      <w:r>
        <w:t>out of programming sochna hai. kyun? is liye ke yeh to hona hi hona hai ke maut aayegi, aur yeh hona hi hona hai ke aap Khuda ke samnay hazir kar diye jayenge.</w:t>
      </w:r>
    </w:p>
    <w:p>
      <w:pPr>
        <w:jc w:val="right"/>
      </w:pPr>
      <w:r>
        <w:t>آؤٹ آف پروگرامنگ سوچنا ہے۔ کیوں؟ اس لیے کہ یہ تو ہونا ہی ہونا ہے کہ موت آئے گی، اور یہ ہونا ہی ہونا ہے کہ آپ خدا کے سامنے حاضر کر دیے جائیں گے۔</w:t>
      </w:r>
    </w:p>
    <w:p>
      <w:r>
        <w:rPr>
          <w:b/>
        </w:rPr>
        <w:t xml:space="preserve">[43:18] </w:t>
      </w:r>
      <w:r>
        <w:t>kyunkay yeh duniya jo hai, yeh test ke liye hai. yahan par jo saath athar saal aap ko mila hai, woh to test period tha. yahan jo record banaya hai aap ne apna, is record ke mutabiq</w:t>
      </w:r>
    </w:p>
    <w:p>
      <w:pPr>
        <w:jc w:val="right"/>
      </w:pPr>
      <w:r>
        <w:t>کیونکہ یہ دنیا جو ہے، یہ ٹیسٹ کے لیے ہے۔ یہاں پر جو ساٹھ ستر سال آپ کو ملا ہے، وہ تو ٹیسٹ پیریڈ تھا۔ یہاں جو ریکارڈ بنایا ہے آپ نے اپنا، اس ریکارڈ کے مطابق</w:t>
      </w:r>
    </w:p>
    <w:p>
      <w:r>
        <w:rPr>
          <w:b/>
        </w:rPr>
        <w:t xml:space="preserve">[43:37] </w:t>
      </w:r>
      <w:r>
        <w:t>agli duniya mein aap ka hisab kiya jayega. wahan par hell aur paradise, jis ka aap laiq honge, woh aap ko diya jayega.</w:t>
      </w:r>
    </w:p>
    <w:p>
      <w:pPr>
        <w:jc w:val="right"/>
      </w:pPr>
      <w:r>
        <w:t>اگلی دنیا میں آپ کا حساب کیا جائے گا۔ وہاں پر ہیل اور پیراڈائز، جس کا آپ لائق ہوں گے، وہ آپ کو دیا جائے گا۔</w:t>
      </w:r>
    </w:p>
    <w:p>
      <w:r>
        <w:rPr>
          <w:b/>
        </w:rPr>
        <w:t xml:space="preserve">[43:48] </w:t>
      </w:r>
      <w:r>
        <w:t>to yeh aik bohat hi serious matter hai ke hum yeh jannay Khuda ke samnay peshi ko.</w:t>
      </w:r>
    </w:p>
    <w:p>
      <w:pPr>
        <w:jc w:val="right"/>
      </w:pPr>
      <w:r>
        <w:t>تو یہ ایک بہت ہی سیریس میٹر ہے کہ ہم یہ جانیں خدا کے سامنے پیشی کو۔</w:t>
      </w:r>
    </w:p>
    <w:p>
      <w:r>
        <w:rPr>
          <w:b/>
        </w:rPr>
        <w:t xml:space="preserve">[43:59] </w:t>
      </w:r>
      <w:r>
        <w:t>to date, maut ki date na jantay huay bhi humein bait par sochna hai.</w:t>
      </w:r>
    </w:p>
    <w:p>
      <w:pPr>
        <w:jc w:val="right"/>
      </w:pPr>
      <w:r>
        <w:t>تو ڈیٹ، موت کی ڈیٹ نہ جانتے ہوئے بھی ہمیں بیت پر سوچنا ہے۔</w:t>
      </w:r>
    </w:p>
    <w:p>
      <w:r>
        <w:rPr>
          <w:b/>
        </w:rPr>
        <w:t xml:space="preserve">[44:07] </w:t>
      </w:r>
      <w:r>
        <w:t>maut ki date na jantay huay bhi humein maut ke baray mein sochna hai. isi ko main keh raha hoon ke out of programming sochna hai,</w:t>
      </w:r>
    </w:p>
    <w:p>
      <w:pPr>
        <w:jc w:val="right"/>
      </w:pPr>
      <w:r>
        <w:t>موت کی ڈیٹ نہ جانتے ہوئے بھی ہمیں موت کے بارے میں سوچنا ہے۔ اسی کو میں کہہ رہا ہوں کہ آؤٹ آف پروگرامنگ سوچنا ہے،</w:t>
      </w:r>
    </w:p>
    <w:p>
      <w:r>
        <w:rPr>
          <w:b/>
        </w:rPr>
        <w:t xml:space="preserve">[44:16] </w:t>
      </w:r>
      <w:r>
        <w:t>against programming apne andar soch paida karna hai. kyun? taake hum maut se pehle apne ko prepare kar sakain us waqt ke liye jab ke hum Khuda ke samnay pesh kar diye jayenge.</w:t>
      </w:r>
    </w:p>
    <w:p>
      <w:pPr>
        <w:jc w:val="right"/>
      </w:pPr>
      <w:r>
        <w:t>اگینسٹ پروگرامنگ اپنے اندر سوچ پیدا کرنا ہے۔ کیوں؟ تاکہ ہم موت سے پہلے اپنے کو پریپیئر کر سکیں اس وقت کے لیے جب کہ ہم خدا کے سامنے پیش کر دیے جائیں گے۔</w:t>
      </w:r>
    </w:p>
    <w:p>
      <w:r>
        <w:rPr>
          <w:b/>
        </w:rPr>
        <w:t xml:space="preserve">[44:30] </w:t>
      </w:r>
      <w:r>
        <w:t>to dekhen, is concept mein maut jo hai, same on of death nahi hai. woh aik qisam ka transfer hai, yahan se wahan chale jana.</w:t>
      </w:r>
    </w:p>
    <w:p>
      <w:pPr>
        <w:jc w:val="right"/>
      </w:pPr>
      <w:r>
        <w:t>تو دیکھیں، اس کانسیپٹ میں موت جو ہے، سیم آن آف ڈیتھ نہیں ہے۔ وہ ایک قسم کا ٹرانسفر ہے، یہاں سے وہاں چلے جانا۔</w:t>
      </w:r>
    </w:p>
    <w:p>
      <w:r>
        <w:rPr>
          <w:b/>
        </w:rPr>
        <w:t xml:space="preserve">[44:42] </w:t>
      </w:r>
      <w:r>
        <w:t>jaise aik officer abhi Delhi mein kaam kar raha ho, uska transfer kar diya jaye, usko bhej diya jaye Bombay mein. to uski death nahi hui, uska transfer hua.</w:t>
      </w:r>
    </w:p>
    <w:p>
      <w:pPr>
        <w:jc w:val="right"/>
      </w:pPr>
      <w:r>
        <w:t>جیسے ایک آفیسر ابھی دلی میں کام کر رہا ہو، اس کا ٹرانسفر کر دیا جائے، اس کو بھیج دیا جائے بمبے میں۔ تو اس کی ڈیتھ نہیں ہوئی، اس کا ٹرانسفر ہوا۔</w:t>
      </w:r>
    </w:p>
    <w:p>
      <w:r>
        <w:rPr>
          <w:b/>
        </w:rPr>
        <w:t xml:space="preserve">[44:55] </w:t>
      </w:r>
      <w:r>
        <w:t>yani place badal gaya uska. pehle woh reh raha tha Bombay mein, pehle reh raha tha Delhi mein, ab woh chala gaya Bombay mein.</w:t>
      </w:r>
    </w:p>
    <w:p>
      <w:pPr>
        <w:jc w:val="right"/>
      </w:pPr>
      <w:r>
        <w:t>یعنی پلیس بدل گیا اس کا۔ پہلے وہ رہ رہا تھا بمبے میں، پہلے رہ رہا تھا دلی میں، اب وہ چلا گیا بمبے میں۔</w:t>
      </w:r>
    </w:p>
    <w:p>
      <w:r>
        <w:rPr>
          <w:b/>
        </w:rPr>
        <w:t xml:space="preserve">[45:05] </w:t>
      </w:r>
      <w:r>
        <w:t>aise hi death jo hai, woh beech ka aik mamla hai ke maut se pehle aap reh rahe thay is present world mein, maut ke baad aap chale gaye agli duniya mein jahan Khuda se aap ka samna hona hai.</w:t>
      </w:r>
    </w:p>
    <w:p>
      <w:pPr>
        <w:jc w:val="right"/>
      </w:pPr>
      <w:r>
        <w:t>ایسے ہی ڈیتھ جو ہے، وہ بیچ کا ایک معاملہ ہے کہ موت سے پہلے آپ رہ رہے تھے اس پریزنٹ ورلڈ میں، موت کے بعد آپ چلے گئے اگلے دنیا میں جہاں خدا سے آپ کا سامنا ہونا ہے۔</w:t>
      </w:r>
    </w:p>
    <w:p>
      <w:r>
        <w:rPr>
          <w:b/>
        </w:rPr>
        <w:t xml:space="preserve">[45:25] </w:t>
      </w:r>
      <w:r>
        <w:t>to yeh jo pesh aana hai Khuda ke faislay ke tehat, is ko humein soch kar apne mind mein la</w:t>
      </w:r>
    </w:p>
    <w:p>
      <w:pPr>
        <w:jc w:val="right"/>
      </w:pPr>
      <w:r>
        <w:t>تو یہ جو پیش آنا ہے خدا کے فیصلے کے تحت، اس کو ہمیں سوچ کر اپنے مائنڈ میں ل</w:t>
      </w:r>
    </w:p>
    <w:p>
      <w:r>
        <w:rPr>
          <w:b/>
        </w:rPr>
        <w:t xml:space="preserve">[45:34] </w:t>
      </w:r>
      <w:r>
        <w:t>ana hai. kyunkay programming mein nahi hai, woh programming ke mutabiq to hum eternal being hain, hamesha rehna hai hum ko, khatam nahi hona hai.</w:t>
      </w:r>
    </w:p>
    <w:p>
      <w:pPr>
        <w:jc w:val="right"/>
      </w:pPr>
      <w:r>
        <w:t>انا ہے۔ کیونکہ پروگرامنگ میں نہیں ہے، وہ پروگرامنگ کے مطابق تو ہم ایٹرنل بینگ ہیں، ہمیشہ رہنا ہے ہم کو، ختم نہیں ہونا ہے۔</w:t>
      </w:r>
    </w:p>
    <w:p>
      <w:r>
        <w:rPr>
          <w:b/>
        </w:rPr>
        <w:t xml:space="preserve">[45:46] </w:t>
      </w:r>
      <w:r>
        <w:t>to hum maut bolte hain jo us ke aik aik lafz banaya hai hum ne, maut ya death. is waqay ko jo pesh aata hai, us ko batane ke liye hum ne aik maut ka word istemal kiya.</w:t>
      </w:r>
    </w:p>
    <w:p>
      <w:pPr>
        <w:jc w:val="right"/>
      </w:pPr>
      <w:r>
        <w:t>تو ہم موت بولتے ہیں جو اس کے ایک ایک لفظ بنایا ہے ہم نے، موت یا ڈیتھ۔ اس واقعے کو جو پیش آتا ہے، اس کو بتانے کے لیے ہم نے ایک موت کا ورڈ استعمال کیا۔</w:t>
      </w:r>
    </w:p>
    <w:p>
      <w:r>
        <w:rPr>
          <w:b/>
        </w:rPr>
        <w:t xml:space="preserve">[46:01] </w:t>
      </w:r>
      <w:r>
        <w:t>haqeeqat mein woh transfer hai,</w:t>
      </w:r>
    </w:p>
    <w:p>
      <w:pPr>
        <w:jc w:val="right"/>
      </w:pPr>
      <w:r>
        <w:t>حقیقت میں وہ ٹرانسفر ہے،</w:t>
      </w:r>
    </w:p>
    <w:p>
      <w:r>
        <w:rPr>
          <w:b/>
        </w:rPr>
        <w:t xml:space="preserve">[46:04] </w:t>
      </w:r>
      <w:r>
        <w:t>yeh dunya se us dunya tak. yaani jis waqt maut aati hai, tab bhi insaan ka zindagi ke sath zinda rehta hai.</w:t>
      </w:r>
    </w:p>
    <w:p>
      <w:pPr>
        <w:jc w:val="right"/>
      </w:pPr>
      <w:r>
        <w:t>یہ دنیا سے اس دنیا تک۔ یعنی جس وقت موت آتی ہے، تب بھی انسان کا زندگی کے ساتھ زندہ رہتا ہے۔</w:t>
      </w:r>
    </w:p>
    <w:p>
      <w:r>
        <w:rPr>
          <w:b/>
        </w:rPr>
        <w:t xml:space="preserve">[46:13] </w:t>
      </w:r>
      <w:r>
        <w:t>aisa nahi ke us waqt samajhta ho ke main nahi raha, main khatam ho gaya. tab bhi us ko i ka ehsaas baqi rehta hai, tab bhi woh apne aap ko jaanta rehta hai ke main hoon.</w:t>
      </w:r>
    </w:p>
    <w:p>
      <w:pPr>
        <w:jc w:val="right"/>
      </w:pPr>
      <w:r>
        <w:t>ایسا نہیں کہ اس وقت سمجھتا ہو کہ میں نہیں رہا، میں ختم ہو گیا۔ تب بھی اس کو آئی کا احساس باقی رہتا ہے، تب بھی وہ اپنے آپ کو جانتا رہتا ہے کہ میں ہوں۔</w:t>
      </w:r>
    </w:p>
    <w:p>
      <w:r>
        <w:rPr>
          <w:b/>
        </w:rPr>
        <w:t xml:space="preserve">[46:28] </w:t>
      </w:r>
      <w:r>
        <w:t>lekin</w:t>
      </w:r>
    </w:p>
    <w:p>
      <w:pPr>
        <w:jc w:val="right"/>
      </w:pPr>
      <w:r>
        <w:t>لیکن</w:t>
      </w:r>
    </w:p>
    <w:p>
      <w:r>
        <w:rPr>
          <w:b/>
        </w:rPr>
        <w:t xml:space="preserve">[46:30] </w:t>
      </w:r>
      <w:r>
        <w:t>is lamhe mein Khuda us ko is dunya se kaat kar doosri dunya ki taraf kar deta hai. to hamari nisbat se woh bekhabar hai, apni nisbat se woh ba-khabar hai,</w:t>
      </w:r>
    </w:p>
    <w:p>
      <w:pPr>
        <w:jc w:val="right"/>
      </w:pPr>
      <w:r>
        <w:t>اس لمحے میں خدا اس کو اس دنیا سے کاٹ کر دوسری دنیا کی طرف کر دیتا ہے۔ تو ہماری نسبت سے وہ بے خبر ہے، اپنی نسبت سے وہ باخبر ہے،</w:t>
      </w:r>
    </w:p>
    <w:p>
      <w:r>
        <w:rPr>
          <w:b/>
        </w:rPr>
        <w:t xml:space="preserve">[46:45] </w:t>
      </w:r>
      <w:r>
        <w:t>hamari nisbat se woh unaware hai, khud apni nisbat se woh aware hai.</w:t>
      </w:r>
    </w:p>
    <w:p>
      <w:pPr>
        <w:jc w:val="right"/>
      </w:pPr>
      <w:r>
        <w:t>ہماری نسبت سے وہ ان اویئر ہے، خود اپنی نسبت سے وہ اویئر ہے۔</w:t>
      </w:r>
    </w:p>
    <w:p>
      <w:r>
        <w:rPr>
          <w:b/>
        </w:rPr>
        <w:t xml:space="preserve">[46:52] </w:t>
      </w:r>
      <w:r>
        <w:t>to hamein as a programming nahi, lekin as a responsibility, hamein is baat ko alag se soch kar ke jaanna hai.</w:t>
      </w:r>
    </w:p>
    <w:p>
      <w:pPr>
        <w:jc w:val="right"/>
      </w:pPr>
      <w:r>
        <w:t>تو ہمیں ایز اے پروگرامنگ نہیں، لیکن ایز اے ریسپانسبیلٹی، ہمیں اس بات کو الگ سے سوچ کر کے جاننا ہے۔</w:t>
      </w:r>
    </w:p>
    <w:p>
      <w:r>
        <w:rPr>
          <w:b/>
        </w:rPr>
        <w:t xml:space="preserve">[47:04] </w:t>
      </w:r>
      <w:r>
        <w:t>yaani agar poore programming mein shamil hoti hai baat, to hum as a programming, hum us ko apne mind mein rakhte hain. jaise neend hai, neend as a programming hamari zindagi mein shamil hai.</w:t>
      </w:r>
    </w:p>
    <w:p>
      <w:pPr>
        <w:jc w:val="right"/>
      </w:pPr>
      <w:r>
        <w:t>یعنی اگر پورے پروگرامنگ میں شامل ہوتی ہے بات، تو ہم ایز اے پروگرامنگ، ہم اس کو اپنے مائنڈ میں رکھتے ہیں۔ جیسے نیند ہے، نیند ایز اے پروگرامنگ ہماری زندگی میں شامل ہے۔</w:t>
      </w:r>
    </w:p>
    <w:p>
      <w:r>
        <w:rPr>
          <w:b/>
        </w:rPr>
        <w:t xml:space="preserve">[47:18] </w:t>
      </w:r>
      <w:r>
        <w:t>to hum sochte hain ke bhai, mujhe raat ko aath baj kar tees minit par so jaana hai.</w:t>
      </w:r>
    </w:p>
    <w:p>
      <w:pPr>
        <w:jc w:val="right"/>
      </w:pPr>
      <w:r>
        <w:t>تو ہم سوچتے ہیں کہ بھائی، مجھے رات کو آٹھ بج کر تیس منٹ پر سو جانا ہے۔</w:t>
      </w:r>
    </w:p>
    <w:p>
      <w:r>
        <w:rPr>
          <w:b/>
        </w:rPr>
        <w:t xml:space="preserve">[47:25] </w:t>
      </w:r>
      <w:r>
        <w:t>jaise maine padha, 15 august 1947 ko India jab azaad hua tha, to raat ko barah baj kar, raat ko barah baj kar ek minit par viceroy yeh radio par, us waqt radio hua karta tha, ya yeh announce karne wala tha ke "today India is free".</w:t>
      </w:r>
    </w:p>
    <w:p>
      <w:pPr>
        <w:jc w:val="right"/>
      </w:pPr>
      <w:r>
        <w:t>جیسے میں نے پڑھا، 15 اگست 1947 کو انڈیا جب آزاد ہوا تھا، تو رات کو بارہ بج کر، رات کو بارہ بج کر ایک منٹ پر وائسرائے یہ ریڈیو پر، اس وقت ریڈیو ہوا کرتا تھا، یا یہ اناؤنس کرنے والا تھا کہ "ٹوڈے انڈیا از فری"۔</w:t>
      </w:r>
    </w:p>
    <w:p>
      <w:r>
        <w:rPr>
          <w:b/>
        </w:rPr>
        <w:t xml:space="preserve">[47:53] </w:t>
      </w:r>
      <w:r>
        <w:t>"today India is free". to tamam leader log jo thay, woh bill house mein, Delhi ke bill house mein ikhatta thay us ko sunne ke liye raat ke waqt.</w:t>
      </w:r>
    </w:p>
    <w:p>
      <w:pPr>
        <w:jc w:val="right"/>
      </w:pPr>
      <w:r>
        <w:t>"ٹوڈے انڈیا از فری"۔ تو تمام لیڈر لوگ جو تھے، وہ بل ہاؤس میں، دلی کے بل ہاؤس میں اکٹھا تھے اس کو سننے کے لیے رات کے وقت۔</w:t>
      </w:r>
    </w:p>
    <w:p>
      <w:r>
        <w:rPr>
          <w:b/>
        </w:rPr>
        <w:t xml:space="preserve">[48:06] </w:t>
      </w:r>
      <w:r>
        <w:t>to bade bade leader wahan thay. to wahan par G.D. Birla bhi tha, jo woh bhi congress mein shareek tha. woh to jab woh aath baj kar tees minit hue, 8:30, to foran uth gaya.</w:t>
      </w:r>
    </w:p>
    <w:p>
      <w:pPr>
        <w:jc w:val="right"/>
      </w:pPr>
      <w:r>
        <w:t>تو بڑے بڑے لیڈر وہاں تھے۔ تو وہاں پر جی ڈی برلا بھی تھا، جو وہ بھی کانگریس میں شریک تھا۔ وہ تو جب وہ آٹھ بج کر تیس منٹ ہوئے، 8:30، تو فوراً اٹھ گیا۔</w:t>
      </w:r>
    </w:p>
    <w:p>
      <w:r>
        <w:rPr>
          <w:b/>
        </w:rPr>
        <w:t xml:space="preserve">[48:21] </w:t>
      </w:r>
      <w:r>
        <w:t>woh</w:t>
      </w:r>
    </w:p>
    <w:p>
      <w:pPr>
        <w:jc w:val="right"/>
      </w:pPr>
      <w:r>
        <w:t>وہ</w:t>
      </w:r>
    </w:p>
    <w:p>
      <w:r>
        <w:rPr>
          <w:b/>
        </w:rPr>
        <w:t xml:space="preserve">[48:23] </w:t>
      </w:r>
      <w:r>
        <w:t>logon ne kaha ke bhai, kahan ja rahe hain? abhi to hamein sunna hai viceroy ka announcement. to unhon ne kaha ke nahi, mere sone ka waqt ho gaya hai, ab mujhe jaana hai, main kal akhbar mein padh loonga.</w:t>
      </w:r>
    </w:p>
    <w:p>
      <w:pPr>
        <w:jc w:val="right"/>
      </w:pPr>
      <w:r>
        <w:t>لوگوں نے کہا کہ بھئی، کہاں جا رہے ہیں؟ ابھی تو ہمیں سننا ہے وائسرائے کا اناؤنسمنٹ۔ تو انہوں نے کہا کہ نہیں، میرے سونے کا وقت ہو گیا ہے، اب مجھے جانا ہے، میں کل اخبار میں پڑھ لوں گا۔</w:t>
      </w:r>
    </w:p>
    <w:p>
      <w:r>
        <w:rPr>
          <w:b/>
        </w:rPr>
        <w:t xml:space="preserve">[48:34] </w:t>
      </w:r>
      <w:r>
        <w:t>to us ko pehle se us ki programming thi ke 8:30 par mujhe sona hai. 8:30 baja to bed par chala gaya. woh to maut ke bare mein aisa nahi hai, kisi ke liye bhi,</w:t>
      </w:r>
    </w:p>
    <w:p>
      <w:pPr>
        <w:jc w:val="right"/>
      </w:pPr>
      <w:r>
        <w:t>تو اس کو پہلے سے اس کی پروگرامنگ تھی کہ 8:30 پر مجھے سونا ہے۔ 8:30 بجا تو بیڈ پر چلا گیا۔ وہ تو موت کے بارے میں ایسا نہیں ہے، کسی کے لیے بھی،</w:t>
      </w:r>
    </w:p>
    <w:p>
      <w:r>
        <w:rPr>
          <w:b/>
        </w:rPr>
        <w:t xml:space="preserve">[48:48] </w:t>
      </w:r>
      <w:r>
        <w:t>kisi ka mamla bhi aisa nahi hai ke tareekh aur waqt muqarrar ho pehle se, us ko pata ho, woh waqt aaya to kahe ke bhai, ab to mujhe marne ke liye jaana hai.</w:t>
      </w:r>
    </w:p>
    <w:p>
      <w:pPr>
        <w:jc w:val="right"/>
      </w:pPr>
      <w:r>
        <w:t>کسی کا معاملہ بھی ایسا نہیں ہے کہ تاریخ اور وقت مقرر ہو پہلے سے، اس کو پتہ ہو، وہ وقت آیا تو کہے کہ بھئی، اب تو مجھے مرنے کے لیے جانا ہے۔</w:t>
      </w:r>
    </w:p>
    <w:p>
      <w:r>
        <w:rPr>
          <w:b/>
        </w:rPr>
        <w:t xml:space="preserve">[48:57] </w:t>
      </w:r>
      <w:r>
        <w:t>to maut is qism ki koi cheez nahi hai jis tarah se aadmi ke upar neend aati hai. maut Khuda ka unilateral faisla hai, Khuda ka unilateral decision hai jo kabhi kisi waqt kahin bhi hamari taraf aa jata hai.</w:t>
      </w:r>
    </w:p>
    <w:p>
      <w:pPr>
        <w:jc w:val="right"/>
      </w:pPr>
      <w:r>
        <w:t>تو موت اس قسم کی کوئی چیز نہیں ہے جس طرح سے آدمی کے اوپر نیند آتی ہے۔ موت خدا کا یونی لیٹرل فیصلہ ہے، خدا کا یونی لیٹرل ڈیسیژن ہے جو کبھی کسی وقت کہیں بھی ہماری طرف آ جاتا ہے۔</w:t>
      </w:r>
    </w:p>
    <w:p>
      <w:r>
        <w:rPr>
          <w:b/>
        </w:rPr>
        <w:t xml:space="preserve">[49:18] </w:t>
      </w:r>
      <w:r>
        <w:t>ab yeh goya is mein do tarafah baat hui ke ek taraf to death hamari programming mein shamil nahi hai, programming mein jo shamil hai woh eternity hai.</w:t>
      </w:r>
    </w:p>
    <w:p>
      <w:pPr>
        <w:jc w:val="right"/>
      </w:pPr>
      <w:r>
        <w:t>اب یہ گویا اس میں دو طرفہ بات ہوئی کہ ایک طرف تو ڈیتھ ہماری پروگرامنگ میں شامل نہیں ہے، پروگرامنگ میں جو شامل ہے وہ ایٹرنیٹی ہے۔</w:t>
      </w:r>
    </w:p>
    <w:p>
      <w:r>
        <w:rPr>
          <w:b/>
        </w:rPr>
        <w:t xml:space="preserve">[49:33] </w:t>
      </w:r>
      <w:r>
        <w:t>jab Khuda ne hamein banaya aur Quran mein hai ke "allama Adam al-asmaa'a kullaha". sari baatein us ke andar daal dein.</w:t>
      </w:r>
    </w:p>
    <w:p>
      <w:pPr>
        <w:jc w:val="right"/>
      </w:pPr>
      <w:r>
        <w:t>جب خدا نے ہمیں بنایا اور قرآن میں ہے کہ "علم آدم الاسماء کلا"۔ ساری باتیں اس کے اندر ڈال دیں۔</w:t>
      </w:r>
    </w:p>
    <w:p>
      <w:r>
        <w:rPr>
          <w:b/>
        </w:rPr>
        <w:t xml:space="preserve">[49:44] </w:t>
      </w:r>
      <w:r>
        <w:t>jis tarah computer mein aap sari baatein daal dete hain, to Quran mein hai ke jab insaan ko banaya Khuda ne to sari baatein us ke andar daal dein, us ke mind mein.</w:t>
      </w:r>
    </w:p>
    <w:p>
      <w:pPr>
        <w:jc w:val="right"/>
      </w:pPr>
      <w:r>
        <w:t>جس طرح کمپیوٹر میں آپ ساری باتیں ڈال دیتے ہیں، تو قرآن میں ہے کہ جب انسان کو بنایا خدا نے تو ساری باتیں اس کے اندر ڈال دیں، اس کے مائنڈ میں۔</w:t>
      </w:r>
    </w:p>
    <w:p>
      <w:r>
        <w:rPr>
          <w:b/>
        </w:rPr>
        <w:t xml:space="preserve">[49:55] </w:t>
      </w:r>
      <w:r>
        <w:t>hamara mind feed kiya hua hai Khuda ki taraf se, hamara mind feed kiya hua hai, sari baatein us ke andar daali hui hain, except death.</w:t>
      </w:r>
    </w:p>
    <w:p>
      <w:pPr>
        <w:jc w:val="right"/>
      </w:pPr>
      <w:r>
        <w:t>ہمارا مائنڈ فیڈ کیا ہوا ہے خدا کی طرف سے، ہمارا مائنڈ فیڈ کیا ہوا ہے، ساری باتیں اس کے اندر ڈالی ہوئی ہیں، ایکسیپٹ ڈیتھ۔</w:t>
      </w:r>
    </w:p>
    <w:p>
      <w:r>
        <w:rPr>
          <w:b/>
        </w:rPr>
        <w:t xml:space="preserve">[50:09] </w:t>
      </w:r>
      <w:r>
        <w:t>death is sense mein ke yaani khatam ho jaana, mit jaana, is sense mein to sab kuch hamare mind mein daala hua hai, lekin death nahi daali hui hai.</w:t>
      </w:r>
    </w:p>
    <w:p>
      <w:pPr>
        <w:jc w:val="right"/>
      </w:pPr>
      <w:r>
        <w:t>ڈیتھ اس سینس میں کہ یعنی ختم ہو جانا، مٹ جانا، اس سینس میں تو سب کچھ ہمارے مائنڈ میں ڈالا ہوا ہے، لیکن ڈیتھ نہیں ڈالی ہوئی ہے۔</w:t>
      </w:r>
    </w:p>
    <w:p>
      <w:r>
        <w:rPr>
          <w:b/>
        </w:rPr>
        <w:t xml:space="preserve">[50:21] </w:t>
      </w:r>
      <w:r>
        <w:t>kyun ke death to aane wali nahi hai. jab hum paida ho gaye to hamein eternity, eternally rehna hai. jab hum paida ho gaye to hamein eternally rehna hai.</w:t>
      </w:r>
    </w:p>
    <w:p>
      <w:pPr>
        <w:jc w:val="right"/>
      </w:pPr>
      <w:r>
        <w:t>کیونکہ ڈیتھ تو آنے والی نہیں ہے۔ جب ہم پیدا ہو گئے تو ہمیں ایٹرنیٹی، ایٹرنلی رہنا ہے۔ جب ہم پیدا ہو گئے تو ہمیں ایٹرنلی رہنا ہے۔</w:t>
      </w:r>
    </w:p>
    <w:p>
      <w:r>
        <w:rPr>
          <w:b/>
        </w:rPr>
        <w:t xml:space="preserve">[50:31] </w:t>
      </w:r>
      <w:r>
        <w:t>kuch din is dunya mein, is ke baad baad wali dunya mein, kuch din yeh testing period mein rehna hai.</w:t>
      </w:r>
    </w:p>
    <w:p>
      <w:pPr>
        <w:jc w:val="right"/>
      </w:pPr>
      <w:r>
        <w:t>کچھ دن اس دنیا میں، اس کے بعد بعد والی دنیا میں، کچھ دن یہ ٹیسٹنگ پیریڈ میں رہنا ہے۔</w:t>
      </w:r>
    </w:p>
    <w:p>
      <w:r>
        <w:rPr>
          <w:b/>
        </w:rPr>
        <w:t xml:space="preserve">[50:38] </w:t>
      </w:r>
      <w:r>
        <w:t>yahan hamara test ho raha hai, phir is ke baad jaana hai, apne record ke mutabiq uska anjaam bhugatna hai. to yeh ek continuity hai, yeh jo hai ek continuity hai.</w:t>
      </w:r>
    </w:p>
    <w:p>
      <w:pPr>
        <w:jc w:val="right"/>
      </w:pPr>
      <w:r>
        <w:t>یہاں ہمارا ٹیسٹ ہو رہا ہے، پھر اس کے بعد جانا ہے، اپنے ریکارڈ کے مطابق اس کا انجام بھگتنا ہے۔ تو یہ ایک کنٹینیوٹی ہے، یہ جو ہے ایک کنٹینیوٹی ہے۔</w:t>
      </w:r>
    </w:p>
    <w:p>
      <w:r>
        <w:rPr>
          <w:b/>
        </w:rPr>
        <w:t xml:space="preserve">[50:57] </w:t>
      </w:r>
      <w:r>
        <w:t>to ab hamein kya karna pare ga ke hamein do baaton ko ek saath sochna pare ga.</w:t>
      </w:r>
    </w:p>
    <w:p>
      <w:pPr>
        <w:jc w:val="right"/>
      </w:pPr>
      <w:r>
        <w:t>تو اب ہمیں کیا کرنا پڑے گا کہ ہمیں دو باتوں کو ایک ساتھ سوچنا پڑے گا۔</w:t>
      </w:r>
    </w:p>
    <w:p>
      <w:r>
        <w:rPr>
          <w:b/>
        </w:rPr>
        <w:t xml:space="preserve">[51:07] </w:t>
      </w:r>
      <w:r>
        <w:t>ek taraf to hum yeh sochein ke jab mein paida ho gaya to ab mujhe jeena hai, eternally jeena hai. to kahin aisa na ho ke mein maut ke baad mein hell mein pahunch jaon, to kaise zindagi guzaron ga mein?</w:t>
      </w:r>
    </w:p>
    <w:p>
      <w:pPr>
        <w:jc w:val="right"/>
      </w:pPr>
      <w:r>
        <w:t>ایک طرف تو ہم یہ سوچیں کہ جب میں پیدا ہو گیا تو اب مجھے جینا ہے، ایٹرنلی جینا ہے۔ تو کہیں ایسا نہ ہو کہ میں موت کے بعد میں ہیل میں پہنچ جاؤں، تو کیسے زندگی گزاروں گا میں؟</w:t>
      </w:r>
    </w:p>
    <w:p>
      <w:r>
        <w:rPr>
          <w:b/>
        </w:rPr>
        <w:t xml:space="preserve">[51:22] </w:t>
      </w:r>
      <w:r>
        <w:t>is liye mujhe tayyari karni chahiye. yaani eternal world mein kaise mein bhugtoon ga hell ko?</w:t>
      </w:r>
    </w:p>
    <w:p>
      <w:pPr>
        <w:jc w:val="right"/>
      </w:pPr>
      <w:r>
        <w:t>اس لیے مجھے تیاری کرنی چاہیے۔ یعنی ایٹرنل ورلڈ میں کیسے میں بھگتوں گا ہیل کو؟</w:t>
      </w:r>
    </w:p>
    <w:p>
      <w:r>
        <w:rPr>
          <w:b/>
        </w:rPr>
        <w:t xml:space="preserve">[51:30] </w:t>
      </w:r>
      <w:r>
        <w:t>to abhi se mein tayyari karon taake mujhe paradise milay. ek soch yeh chalegi</w:t>
      </w:r>
    </w:p>
    <w:p>
      <w:pPr>
        <w:jc w:val="right"/>
      </w:pPr>
      <w:r>
        <w:t>تو ابھی سے میں تیاری کروں تاکہ مجھے پیراڈائز ملے۔ ایک سوچ یہ چلے گی</w:t>
      </w:r>
    </w:p>
    <w:p>
      <w:r>
        <w:rPr>
          <w:b/>
        </w:rPr>
        <w:t xml:space="preserve">[51:38] </w:t>
      </w:r>
      <w:r>
        <w:t>jo eternity ko le kar hogi. doosri soch yeh chalegi ke jo mere paas time hai, woh bohat hi short time hai, bas das bees saal, pachas saal hai, ziyada nahi hai.</w:t>
      </w:r>
    </w:p>
    <w:p>
      <w:pPr>
        <w:jc w:val="right"/>
      </w:pPr>
      <w:r>
        <w:t>جو ایٹرنیٹی کو لے کر ہوگی۔ دوسری سوچ یہ چلے گی کہ جو میرے پاس ٹائم ہے، وہ بہت ہی شارٹ ٹائم ہے، بس دس بیس سال، پچاس سال ہے، زیادہ نہیں ہے۔</w:t>
      </w:r>
    </w:p>
    <w:p>
      <w:r>
        <w:rPr>
          <w:b/>
        </w:rPr>
        <w:t xml:space="preserve">[51:51] </w:t>
      </w:r>
      <w:r>
        <w:t>maut aayi to time khatam. jis tarah se aap jante hain ke student jo hai, woh baithe hue hain examination hall mein.</w:t>
      </w:r>
    </w:p>
    <w:p>
      <w:pPr>
        <w:jc w:val="right"/>
      </w:pPr>
      <w:r>
        <w:t>موت آئی تو ٹائم ختم۔ جس طرح سے آپ جانتے ہیں کہ اسٹوڈنٹ جو ہے، وہ بیٹھے ہوئے ہیں ایگزامینیشن ہال میں۔</w:t>
      </w:r>
    </w:p>
    <w:p>
      <w:r>
        <w:rPr>
          <w:b/>
        </w:rPr>
        <w:t xml:space="preserve">[52:02] </w:t>
      </w:r>
      <w:r>
        <w:t>ab jaise teen ghante hua to foran ghanti baji</w:t>
      </w:r>
    </w:p>
    <w:p>
      <w:pPr>
        <w:jc w:val="right"/>
      </w:pPr>
      <w:r>
        <w:t>اب جیسے تین گھنٹہ ہوا تو فوراً گھنٹی بجی</w:t>
      </w:r>
    </w:p>
    <w:p>
      <w:r>
        <w:rPr>
          <w:b/>
        </w:rPr>
        <w:t xml:space="preserve">[52:05] </w:t>
      </w:r>
      <w:r>
        <w:t>. to ghanti student ki death ki nahi hoti hai, time ko khatam karne ki hoti hai. yaani teen ghante ke baad, jo teen ghante ke baad jo wahan alarm baji,</w:t>
      </w:r>
    </w:p>
    <w:p>
      <w:pPr>
        <w:jc w:val="right"/>
      </w:pPr>
      <w:r>
        <w:t>۔ تو گھنٹی اسٹوڈنٹ کی ڈیتھ کی نہیں ہوتی ہے، ٹائم کو ختم کرنے کی ہوتی ہے۔ یعنی تین گھنٹے کے بعد، جو تین گھنٹے کے بعد جو وہاں الارم بجا،</w:t>
      </w:r>
    </w:p>
    <w:p>
      <w:r>
        <w:rPr>
          <w:b/>
        </w:rPr>
        <w:t xml:space="preserve">[52:20] </w:t>
      </w:r>
      <w:r>
        <w:t>to is ka matlab nahi ke student ki maut ka alarm tha, woh nahi. woh testing period khatam hoga, is ka alarm tha, woh.</w:t>
      </w:r>
    </w:p>
    <w:p>
      <w:pPr>
        <w:jc w:val="right"/>
      </w:pPr>
      <w:r>
        <w:t>تو اس کا مطلب نہیں کہ اسٹوڈنٹ کی موت کا الارم تھا، وہ نہیں۔ وہ ٹیسٹنگ پیریڈ ختم ہوگا، اس کا الارم تھا، وہ۔</w:t>
      </w:r>
    </w:p>
    <w:p>
      <w:r>
        <w:rPr>
          <w:b/>
        </w:rPr>
        <w:t xml:space="preserve">[52:32] </w:t>
      </w:r>
      <w:r>
        <w:t>to doosri soch yeh laani pare gi hamein</w:t>
      </w:r>
    </w:p>
    <w:p>
      <w:pPr>
        <w:jc w:val="right"/>
      </w:pPr>
      <w:r>
        <w:t>تو دوسری سوچ یہ لانی پڑے گی ہمیں</w:t>
      </w:r>
    </w:p>
    <w:p>
      <w:r>
        <w:rPr>
          <w:b/>
        </w:rPr>
        <w:t xml:space="preserve">[52:37] </w:t>
      </w:r>
      <w:r>
        <w:t>ke bohat hi thora waqt hai, bohat hi kam waqt hai. kabhi bhi maut aa sakti hai, subah ya shaam aa sakti hai, is ka koi time fix nahi hai.</w:t>
      </w:r>
    </w:p>
    <w:p>
      <w:pPr>
        <w:jc w:val="right"/>
      </w:pPr>
      <w:r>
        <w:t>کہ بہت ہی تھوڑا وقت ہے، بہت ہی کم وقت ہے۔ کبھی بھی موت آ سکتی ہے، صبح یا شام آ سکتی ہے، اس کا کوئی ٹائم فکس نہیں ہے۔</w:t>
      </w:r>
    </w:p>
    <w:p>
      <w:r>
        <w:rPr>
          <w:b/>
        </w:rPr>
        <w:t xml:space="preserve">[52:52] </w:t>
      </w:r>
      <w:r>
        <w:t>to jald se jald jo yeh yeh mila hua hai, yeh chance is ko avail karo, ek second bhi zaya mat karo,</w:t>
      </w:r>
    </w:p>
    <w:p>
      <w:pPr>
        <w:jc w:val="right"/>
      </w:pPr>
      <w:r>
        <w:t>تو جلد سے جلد جو یہ یہ ملا ہوا ہے، یہ چانس اس کو اویل کرو، ایک سیکنڈ بھی ضائع مت کرو،</w:t>
      </w:r>
    </w:p>
    <w:p>
      <w:r>
        <w:rPr>
          <w:b/>
        </w:rPr>
        <w:t xml:space="preserve">[53:01] </w:t>
      </w:r>
      <w:r>
        <w:t>kahin bhi distraction mein mat apne aap ko dalo. har distraction se apne ko bachao, apne time ko manage karo, apni energy ko manage karo,</w:t>
      </w:r>
    </w:p>
    <w:p>
      <w:pPr>
        <w:jc w:val="right"/>
      </w:pPr>
      <w:r>
        <w:t>کہیں بھی ڈسٹریکشن میں مت اپنے آپ کو ڈالو۔ ہر ڈسٹریکشن سے اپنے کو بچاؤ، اپنے ٹائم کو مینج کرو، اپنی انرجی کو مینج کرو،</w:t>
      </w:r>
    </w:p>
    <w:p>
      <w:r>
        <w:rPr>
          <w:b/>
        </w:rPr>
        <w:t xml:space="preserve">[53:17] </w:t>
      </w:r>
      <w:r>
        <w:t>aur kahin bhi aisa mat karo ke tum waste karo apni energy ko, apne time ko.</w:t>
      </w:r>
    </w:p>
    <w:p>
      <w:pPr>
        <w:jc w:val="right"/>
      </w:pPr>
      <w:r>
        <w:t>اور کہیں بھی ایسا مت کرو کہ تم ویسٹ کرو اپنی انرجی کو، اپنے ٹائم کو۔</w:t>
      </w:r>
    </w:p>
    <w:p>
      <w:r>
        <w:rPr>
          <w:b/>
        </w:rPr>
        <w:t xml:space="preserve">[53:24] </w:t>
      </w:r>
      <w:r>
        <w:t>opportunity ko khone ka soch bhi nahi sakta insan.</w:t>
      </w:r>
    </w:p>
    <w:p>
      <w:pPr>
        <w:jc w:val="right"/>
      </w:pPr>
      <w:r>
        <w:t>اپرچونیٹی کو کھونے کا سوچ بھی نہیں سکتا انسان۔</w:t>
      </w:r>
    </w:p>
    <w:p>
      <w:r>
        <w:rPr>
          <w:b/>
        </w:rPr>
        <w:t xml:space="preserve">[53:30] </w:t>
      </w:r>
      <w:r>
        <w:t>jo opportunity hai, us ko avail hi karna hai hamein. jo chance mila hai, us ko hamein avail hi karna hai. kyunke there is no second chance.</w:t>
      </w:r>
    </w:p>
    <w:p>
      <w:pPr>
        <w:jc w:val="right"/>
      </w:pPr>
      <w:r>
        <w:t>جو اپرچونیٹی ہے، اس کو اویل ہی کرنا ہے ہمیں۔ جو چانس ملا ہے، اس کو ہمیں اویل ہی کرنا ہے۔ کیونکہ دیر از نو سیکنڈ چانس۔</w:t>
      </w:r>
    </w:p>
    <w:p>
      <w:r>
        <w:rPr>
          <w:b/>
        </w:rPr>
        <w:t xml:space="preserve">[53:40] </w:t>
      </w:r>
      <w:r>
        <w:t>ek hi chance mila hai, is ke baad chance khatam.</w:t>
      </w:r>
    </w:p>
    <w:p>
      <w:pPr>
        <w:jc w:val="right"/>
      </w:pPr>
      <w:r>
        <w:t>ایک ہی چانس ملا ہے، اس کے بعد چانس ختم۔</w:t>
      </w:r>
    </w:p>
    <w:p>
      <w:r>
        <w:rPr>
          <w:b/>
        </w:rPr>
        <w:t xml:space="preserve">[53:50] </w:t>
      </w:r>
      <w:r>
        <w:t>ab agar aap yeh kahein ke sahib, yeh dohra tareeqa kaise soche ga aadmi?</w:t>
      </w:r>
    </w:p>
    <w:p>
      <w:pPr>
        <w:jc w:val="right"/>
      </w:pPr>
      <w:r>
        <w:t>اب اگر آپ یہ کہیں کہ صاحب، یہ دہرا طریقہ کیسے سوچے گا آدمی؟</w:t>
      </w:r>
    </w:p>
    <w:p>
      <w:r>
        <w:rPr>
          <w:b/>
        </w:rPr>
        <w:t xml:space="preserve">[53:55] </w:t>
      </w:r>
      <w:r>
        <w:t>ek taraf to socha woh eternity ko le kar ke, ek taraf log socha yeh yaani short time, ek short period ke liye ke thore waqt mile hain hamein maut se pehle, aur saath saath ek aadmi eternity ke is mein jee raha hai.</w:t>
      </w:r>
    </w:p>
    <w:p>
      <w:pPr>
        <w:jc w:val="right"/>
      </w:pPr>
      <w:r>
        <w:t>ایک طرف تو سوچا وہ ایٹرنیٹی کو لے کر کے، ایک طرف لوگ سوچا یہ یعنی شارٹ ٹائم، ایک شارٹ پیریڈ کے لیے کہ تھوڑے وقت ملے ہیں ہمیں موت سے پہلے، اور ساتھ ساتھ ایک آدمی ایٹرنیٹی کے اس میں جی رہا ہے۔</w:t>
      </w:r>
    </w:p>
    <w:p>
      <w:r>
        <w:rPr>
          <w:b/>
        </w:rPr>
        <w:t xml:space="preserve">[54:11] </w:t>
      </w:r>
      <w:r>
        <w:t>kyunke is ka andar ka jo ehsaas hai, woh eternity ko le kar bana hai. to kaise aadmi soch sakta hai is tarah se</w:t>
      </w:r>
    </w:p>
    <w:p>
      <w:pPr>
        <w:jc w:val="right"/>
      </w:pPr>
      <w:r>
        <w:t>کیونکہ اس کا اندر کا جو احساس ہے، وہ ایٹرنیٹی کو لے کر بنا ہے۔ تو کیسے آدمی سوچ سکتا ہے اس طرح سے</w:t>
      </w:r>
    </w:p>
    <w:p>
      <w:r>
        <w:rPr>
          <w:b/>
        </w:rPr>
        <w:t xml:space="preserve">[54:20] </w:t>
      </w:r>
      <w:r>
        <w:t>? to is ka jawab mein samajhta hoon ke ek ek British scholar ne bara acha diya. isi sawal par nahi, kisi aur sawal jo isi type ka tha, isi dhang ka hai.</w:t>
      </w:r>
    </w:p>
    <w:p>
      <w:pPr>
        <w:jc w:val="right"/>
      </w:pPr>
      <w:r>
        <w:t>؟ تو اس کا جواب میں سمجھتا ہوں کہ ایک ایک برٹش سکالر نے بڑا اچھا دیا۔ اسی سوال پر نہیں، کسی اور سوال جو اسی ٹائپ کا تھا، اسی ڈھنگ کا ہے۔</w:t>
      </w:r>
    </w:p>
    <w:p>
      <w:r>
        <w:rPr>
          <w:b/>
        </w:rPr>
        <w:t xml:space="preserve">[54:32] </w:t>
      </w:r>
      <w:r>
        <w:t>ek ek sawal tha jis ka jawab diya unhon ne. to unhon ne kaha ke "I am large enough to contain all these contradictions."</w:t>
      </w:r>
    </w:p>
    <w:p>
      <w:pPr>
        <w:jc w:val="right"/>
      </w:pPr>
      <w:r>
        <w:t>ایک ایک سوال تھا جس کا جواب دیا انہوں نے۔ تو انہوں نے کہا کہ "آئی ایم لارج انف ٹو کنٹین ال دیز کنٹراڈکشنز۔"</w:t>
      </w:r>
    </w:p>
    <w:p>
      <w:r>
        <w:rPr>
          <w:b/>
        </w:rPr>
        <w:t xml:space="preserve">[54:49] </w:t>
      </w:r>
      <w:r>
        <w:t>"I am large enough to contain all these contradictions."</w:t>
      </w:r>
    </w:p>
    <w:p>
      <w:pPr>
        <w:jc w:val="right"/>
      </w:pPr>
      <w:r>
        <w:t>"آئی ایم لارج انف ٹو کنٹین ال دیز کنٹراڈکشنز۔"</w:t>
      </w:r>
    </w:p>
    <w:p>
      <w:r>
        <w:rPr>
          <w:b/>
        </w:rPr>
        <w:t xml:space="preserve">[54:58] </w:t>
      </w:r>
      <w:r>
        <w:t>to yeh hai</w:t>
      </w:r>
    </w:p>
    <w:p>
      <w:pPr>
        <w:jc w:val="right"/>
      </w:pPr>
      <w:r>
        <w:t>تو یہ ہے</w:t>
      </w:r>
    </w:p>
    <w:p>
      <w:r>
        <w:rPr>
          <w:b/>
        </w:rPr>
        <w:t xml:space="preserve">[55:02] </w:t>
      </w:r>
      <w:r>
        <w:t>zindagi ki haqeeqat. Quran mein aap dekhein, agar Quran ko aap parhein to baar baar aap ko aayega, is mein aap milega, aap ko contemplation par bohat ziyada emphasis diya</w:t>
      </w:r>
    </w:p>
    <w:p>
      <w:pPr>
        <w:jc w:val="right"/>
      </w:pPr>
      <w:r>
        <w:t>زندگی کی حقیقت۔ قرآن میں آپ دیکھیں، اگر قرآن کو آپ پڑھیں تو بار بار آپ کو آئے گا، اس میں آپ ملے گا، آپ کو کنٹمپلیشن پر بہت زیادہ ایمفیسز دیا</w:t>
      </w:r>
    </w:p>
    <w:p>
      <w:r>
        <w:rPr>
          <w:b/>
        </w:rPr>
        <w:t xml:space="preserve">[55:18] </w:t>
      </w:r>
      <w:r>
        <w:t>gaya hai. sochna, sochna, sochna. is ke liye is mein kai word aaye hain, mislan tadabbur, tafakkur, tazakkur, tasawwum, is tarah ke alfaaz jo sab contemplation se milte julte hain.</w:t>
      </w:r>
    </w:p>
    <w:p>
      <w:pPr>
        <w:jc w:val="right"/>
      </w:pPr>
      <w:r>
        <w:t>گیا ہے۔ سوچنا، سوچنا، سوچنا۔ اس کے لیے اس میں کئی ورڈ آئے ہیں، مثلاً تدبر، تفکر، تذکر، توسم، اس طرح کے الفاظ جو سب کنٹمپلیشن سے ملتے جلتے ہیں۔</w:t>
      </w:r>
    </w:p>
    <w:p>
      <w:r>
        <w:rPr>
          <w:b/>
        </w:rPr>
        <w:t xml:space="preserve">[55:37] </w:t>
      </w:r>
      <w:r>
        <w:t>to sochne par bohat ziyada zor diya gaya hai,</w:t>
      </w:r>
    </w:p>
    <w:p>
      <w:pPr>
        <w:jc w:val="right"/>
      </w:pPr>
      <w:r>
        <w:t>تو سوچنے پر بہت زیادہ زور دیا گیا ہے،</w:t>
      </w:r>
    </w:p>
    <w:p>
      <w:r>
        <w:rPr>
          <w:b/>
        </w:rPr>
        <w:t xml:space="preserve">[55:41] </w:t>
      </w:r>
      <w:r>
        <w:t>bohat ziyada, bohat ziyada, bohat ziyada. yahan tak ke jis ko hum zikr kehte hain, to kai log samajhte hain ke zikr ka matlab hai ke tasbeeh ke daane le kar ke is par ginta, Allah Allah Allah Allah karna.</w:t>
      </w:r>
    </w:p>
    <w:p>
      <w:pPr>
        <w:jc w:val="right"/>
      </w:pPr>
      <w:r>
        <w:t>بہت زیادہ، بہت زیادہ، بہت زیادہ۔ یہاں تک کہ جس کو ہم ذکر کہتے ہیں، تو کئی لوگ سمجھتے ہیں کہ ذکر کا مطلب ہے کہ تسبیح کے دانے لے کر کے اس پر گنتا، اللہ اللہ اللہ اللہ کرنا۔</w:t>
      </w:r>
    </w:p>
    <w:p>
      <w:r>
        <w:rPr>
          <w:b/>
        </w:rPr>
        <w:t xml:space="preserve">[55:54] </w:t>
      </w:r>
      <w:r>
        <w:t>yeh zikr nahi hai. zikr ke maani hain yahi: sochna, sochna, sochna, sochna.</w:t>
      </w:r>
    </w:p>
    <w:p>
      <w:pPr>
        <w:jc w:val="right"/>
      </w:pPr>
      <w:r>
        <w:t>یہ ذکر نہیں ہے۔ ذکر کے معنی ہیں یہی: سوچنا، سوچنا، سوچنا، سوچنا۔</w:t>
      </w:r>
    </w:p>
    <w:p>
      <w:r>
        <w:rPr>
          <w:b/>
        </w:rPr>
        <w:t xml:space="preserve">[56:05] </w:t>
      </w:r>
      <w:r>
        <w:t>zikr ke bare mein sochna.</w:t>
      </w:r>
    </w:p>
    <w:p>
      <w:pPr>
        <w:jc w:val="right"/>
      </w:pPr>
      <w:r>
        <w:t>ذکر کے بارے میں سوچنا۔</w:t>
      </w:r>
    </w:p>
    <w:p>
      <w:r>
        <w:rPr>
          <w:b/>
        </w:rPr>
        <w:t xml:space="preserve">[56:10] </w:t>
      </w:r>
      <w:r>
        <w:t>to yeh jo baatein maine arz keen, is se aap andaaza kar sakte hain ke zikr kiya cheez hai. yahi yahi zikr hai.</w:t>
      </w:r>
    </w:p>
    <w:p>
      <w:pPr>
        <w:jc w:val="right"/>
      </w:pPr>
      <w:r>
        <w:t>تو یہ جو باتیں میں نے عرض کیں، اس سے آپ اندازہ کر سکتے ہیں کہ ذکر کیا چیز ہے۔ یہی یہی ذکر ہے۔</w:t>
      </w:r>
    </w:p>
    <w:p>
      <w:r>
        <w:rPr>
          <w:b/>
        </w:rPr>
        <w:t xml:space="preserve">[56:21] </w:t>
      </w:r>
      <w:r>
        <w:t>tasbeeh ke daanon par Allah Allah karna, yeh zikr nahi hai. Allah ke jo signs hain, Allah ki jo nishaniyan hain, soch soch kar un ko discover karna.</w:t>
      </w:r>
    </w:p>
    <w:p>
      <w:pPr>
        <w:jc w:val="right"/>
      </w:pPr>
      <w:r>
        <w:t>تسبیح کے دانوں پر اللہ اللہ کرنا، یہ ذکر نہیں ہے۔ اللہ کے جو سائنز ہیں، اللہ کی جو نشانیاں ہیں، سوچ سوچ کر ان کو ڈسکور کرنا۔</w:t>
      </w:r>
    </w:p>
    <w:p>
      <w:r>
        <w:rPr>
          <w:b/>
        </w:rPr>
        <w:t xml:space="preserve">[56:33] </w:t>
      </w:r>
      <w:r>
        <w:t>aur phir is se aap ka thrill aayega, aap ke andar aap lesson len ge</w:t>
      </w:r>
    </w:p>
    <w:p>
      <w:pPr>
        <w:jc w:val="right"/>
      </w:pPr>
      <w:r>
        <w:t>اور پھر اس سے آپ کا تھرل آئے گا، آپ کے اندر آپ لیسن لیں گ</w:t>
      </w:r>
    </w:p>
    <w:p>
      <w:r>
        <w:rPr>
          <w:b/>
        </w:rPr>
        <w:t xml:space="preserve">[56:37] </w:t>
      </w:r>
      <w:r>
        <w:t>e, is ke andar aap ke andar Khuda ka Khuda ka marifat barhegi, jannat aur jahannum ka ehsaas barhega.</w:t>
      </w:r>
    </w:p>
    <w:p>
      <w:pPr>
        <w:jc w:val="right"/>
      </w:pPr>
      <w:r>
        <w:t>ے، اس کے اندر آپ کے اندر خدا کا خدا کا معرفت بڑھے گی، جنت اور جہنم کا احساس بڑھے گا۔</w:t>
      </w:r>
    </w:p>
    <w:p>
      <w:r>
        <w:rPr>
          <w:b/>
        </w:rPr>
        <w:t xml:space="preserve">[56:47] </w:t>
      </w:r>
      <w:r>
        <w:t>yeh hai zikr.</w:t>
      </w:r>
    </w:p>
    <w:p>
      <w:pPr>
        <w:jc w:val="right"/>
      </w:pPr>
      <w:r>
        <w:t>یہ ہے ذکر۔</w:t>
      </w:r>
    </w:p>
    <w:p>
      <w:r>
        <w:rPr>
          <w:b/>
        </w:rPr>
        <w:t xml:space="preserve">[56:52] </w:t>
      </w:r>
      <w:r>
        <w:t>to is ko kehte hain contemplation.</w:t>
      </w:r>
    </w:p>
    <w:p>
      <w:pPr>
        <w:jc w:val="right"/>
      </w:pPr>
      <w:r>
        <w:t>تو اس کو کہتے ہیں کنٹمپلیشن۔</w:t>
      </w:r>
    </w:p>
    <w:p>
      <w:r>
        <w:rPr>
          <w:b/>
        </w:rPr>
        <w:t xml:space="preserve">[56:57] </w:t>
      </w:r>
      <w:r>
        <w:t>to main samajhta hoon ke</w:t>
      </w:r>
    </w:p>
    <w:p>
      <w:pPr>
        <w:jc w:val="right"/>
      </w:pPr>
      <w:r>
        <w:t>تو میں سمجھتا ہوں کہ</w:t>
      </w:r>
    </w:p>
    <w:p>
      <w:r>
        <w:rPr>
          <w:b/>
        </w:rPr>
        <w:t xml:space="preserve">[57:02] </w:t>
      </w:r>
      <w:r>
        <w:t>Qur'an mein hai ke "Wala zikrullahi akbar" aur zikr sab se bari cheez hai. aap gaur kijiye ke zikr sab se bari cheez hai ka matlab kiya hai?</w:t>
      </w:r>
    </w:p>
    <w:p>
      <w:pPr>
        <w:jc w:val="right"/>
      </w:pPr>
      <w:r>
        <w:t>قرآن میں ہے کہ "ولا ذکر اللہ اکبر" اور ذکر سب سے بڑی چیز ہے۔ آپ غور کیجئے کہ ذکر سب سے بڑی چیز ہے کا مطلب کیا ہے؟</w:t>
      </w:r>
    </w:p>
    <w:p>
      <w:r>
        <w:rPr>
          <w:b/>
        </w:rPr>
        <w:t xml:space="preserve">[57:13] </w:t>
      </w:r>
      <w:r>
        <w:t>tasbeeh khwani nahi hai. tasbeeh ke daanon ko ginna ya zikr, yeh sab se bari cheez kaise ho sakta hai? kaise ho sakta hai sab se bari?</w:t>
      </w:r>
    </w:p>
    <w:p>
      <w:pPr>
        <w:jc w:val="right"/>
      </w:pPr>
      <w:r>
        <w:t>تسبیح خوانی نہیں ہے۔ تسبیح کے دانوں کو گننا یا ذکر، یہ سب سے بڑی چیز کیسے ہو سکتا ہے؟ کیسے ہو سکتا ہے سب سے بڑی؟</w:t>
      </w:r>
    </w:p>
    <w:p>
      <w:r>
        <w:rPr>
          <w:b/>
        </w:rPr>
        <w:t xml:space="preserve">[57:23] </w:t>
      </w:r>
      <w:r>
        <w:t>yani Khuda ka underestimation hoga. yeh</w:t>
      </w:r>
    </w:p>
    <w:p>
      <w:pPr>
        <w:jc w:val="right"/>
      </w:pPr>
      <w:r>
        <w:t>یعنی خدا کا انڈر ایسٹیمیشن ہوگا۔ یہ</w:t>
      </w:r>
    </w:p>
    <w:p>
      <w:r>
        <w:rPr>
          <w:b/>
        </w:rPr>
        <w:t xml:space="preserve">[57:26] </w:t>
      </w:r>
      <w:r>
        <w:t>yeh Khuda ka underestimation hoga ke aap samjhein ke tasbeeh par jo daane gine aate hain, woh sab se wahi sab se bari cheez hai. aap Khuda ko under-estimate karein ge?</w:t>
      </w:r>
    </w:p>
    <w:p>
      <w:pPr>
        <w:jc w:val="right"/>
      </w:pPr>
      <w:r>
        <w:t>یہ خدا کا انڈر ایسٹیمیشن ہوگا کہ آپ سمجھیں کہ تسبیح پر جو دانے گنے آتے ہیں، وہ سب سے وہی سب سے بڑی چیز ہے۔ آپ خدا کو انڈر ایسٹیمیٹ کریں گے؟</w:t>
      </w:r>
    </w:p>
    <w:p>
      <w:r>
        <w:rPr>
          <w:b/>
        </w:rPr>
        <w:t xml:space="preserve">[57:37] </w:t>
      </w:r>
      <w:r>
        <w:t>nahi. zikr ka matlab hai soch, dhyan. yahi baat hai jo maine arz ki aap ki. yeh sab zikr tha jo maine aap ki khidmat mein arz ki.</w:t>
      </w:r>
    </w:p>
    <w:p>
      <w:pPr>
        <w:jc w:val="right"/>
      </w:pPr>
      <w:r>
        <w:t>نہیں۔ ذکر کا مطلب ہے سوچ، دھیان۔ یہی بات ہے جو میں نے عرض کی آپ کی۔ یہ سب ذکر تھا جو میں نے آپ کی خدمت میں عرض کی۔</w:t>
      </w:r>
    </w:p>
    <w:p>
      <w:r>
        <w:rPr>
          <w:b/>
        </w:rPr>
        <w:t xml:space="preserve">[57:48] </w:t>
      </w:r>
      <w:r>
        <w:t>yeh sab zikr tha.</w:t>
      </w:r>
    </w:p>
    <w:p>
      <w:pPr>
        <w:jc w:val="right"/>
      </w:pPr>
      <w:r>
        <w:t>یہ سب ذکر تھا۔</w:t>
      </w:r>
    </w:p>
    <w:p>
      <w:r>
        <w:rPr>
          <w:b/>
        </w:rPr>
        <w:t xml:space="preserve">[57:53] </w:t>
      </w:r>
      <w:r>
        <w:t>sochne se aadmi nayi nayi baaton ko jaanta hai.</w:t>
      </w:r>
    </w:p>
    <w:p>
      <w:pPr>
        <w:jc w:val="right"/>
      </w:pPr>
      <w:r>
        <w:t>سوچنے سے آدمی نئی نئی باتوں کو جانتا ہے۔</w:t>
      </w:r>
    </w:p>
    <w:p>
      <w:r>
        <w:rPr>
          <w:b/>
        </w:rPr>
        <w:t xml:space="preserve">[57:57] </w:t>
      </w:r>
      <w:r>
        <w:t>sochne se aadmi ki marifat barhti hai. sochne se aadmi ka intellectual development hota hai. sochne se aadmi ka spiritual development hota hai.</w:t>
      </w:r>
    </w:p>
    <w:p>
      <w:pPr>
        <w:jc w:val="right"/>
      </w:pPr>
      <w:r>
        <w:t>سوچنے سے آدمی کی معرفت بڑھتی ہے۔ سوچنے سے آدمی کا انٹلیکچول ڈیویلپمنٹ ہوتا ہے۔ سوچنے سے آدمی کا اسپریچول ڈیویلپمنٹ ہوتا ہے۔</w:t>
      </w:r>
    </w:p>
    <w:p>
      <w:r>
        <w:rPr>
          <w:b/>
        </w:rPr>
        <w:t xml:space="preserve">[58:11] </w:t>
      </w:r>
      <w:r>
        <w:t>to yahi zikr hai. is zikr ko apne andar paida kijiye.</w:t>
      </w:r>
    </w:p>
    <w:p>
      <w:pPr>
        <w:jc w:val="right"/>
      </w:pPr>
      <w:r>
        <w:t>تو یہی ذکر ہے۔ اس ذکر کو اپنے اندر پیدا کیجئے۔</w:t>
      </w:r>
    </w:p>
    <w:p>
      <w:r>
        <w:rPr>
          <w:b/>
        </w:rPr>
        <w:t xml:space="preserve">[58:21] </w:t>
      </w:r>
      <w:r>
        <w:t>isi zikr se discovery hogi, isi zikr se marifat barhegi, isi zikr se aap Khuda se qareeb ho jayenge. wa qawlu qawli hadha wastaghfirullaha li walakum ajmaeen.</w:t>
      </w:r>
    </w:p>
    <w:p>
      <w:pPr>
        <w:jc w:val="right"/>
      </w:pPr>
      <w:r>
        <w:t>اسی ذکر سے ڈسکوری ہوگی، اسی ذکر سے معرفت بڑھے گی، اسی ذکر سے آپ خدا سے قریب ہو جائیں گے۔ وقول قولیھذا واستغفراللہ لی ولکم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