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Ancient Shirk or Modern Shirk February 1, 2008 Maulana Wahiduddin Khan</w:t>
      </w:r>
    </w:p>
    <w:p>
      <w:r>
        <w:t>https://www.youtube.com/watch?v=LB6iBYerQmw</w:t>
      </w:r>
    </w:p>
    <w:p>
      <w:r>
        <w:rPr>
          <w:b/>
        </w:rPr>
        <w:t xml:space="preserve">[00:14] </w:t>
      </w:r>
      <w:r>
        <w:t>Bismillah hir rehman nir rahim, wa salla Allahu ala nabi al kareem. Rabbi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[00:32] </w:t>
      </w:r>
      <w:r>
        <w:t>yaf qahu qawli.</w:t>
      </w:r>
    </w:p>
    <w:p>
      <w:pPr>
        <w:jc w:val="right"/>
      </w:pPr>
      <w:r>
        <w:t>یفقہ قولی۔</w:t>
      </w:r>
    </w:p>
    <w:p>
      <w:r>
        <w:rPr>
          <w:b/>
        </w:rPr>
        <w:t xml:space="preserve">[00:37] </w:t>
      </w:r>
      <w:r>
        <w:t>aa</w:t>
      </w:r>
    </w:p>
    <w:p>
      <w:pPr>
        <w:jc w:val="right"/>
      </w:pPr>
      <w:r>
        <w:t>آ</w:t>
      </w:r>
    </w:p>
    <w:p>
      <w:r>
        <w:rPr>
          <w:b/>
        </w:rPr>
        <w:t xml:space="preserve">[00:38] </w:t>
      </w:r>
      <w:r>
        <w:t>j ki jo talk hai, us ki theme hai:</w:t>
      </w:r>
    </w:p>
    <w:p>
      <w:pPr>
        <w:jc w:val="right"/>
      </w:pPr>
      <w:r>
        <w:t>ج کی جو ٹاک ہے، اس کی تھیم ہے:</w:t>
      </w:r>
    </w:p>
    <w:p>
      <w:r>
        <w:rPr>
          <w:b/>
        </w:rPr>
        <w:t xml:space="preserve">[00:45] </w:t>
      </w:r>
      <w:r>
        <w:t>qadeem shirk aur jadeed shirk, yani ancient version of shirk and modern version of shirk.</w:t>
      </w:r>
    </w:p>
    <w:p>
      <w:pPr>
        <w:jc w:val="right"/>
      </w:pPr>
      <w:r>
        <w:t>قدیم شرک اور جدید شرک، یعنی اینشنٹ ورژن آف شرک اینڈ ماڈرن ورژن آف شرک۔</w:t>
      </w:r>
    </w:p>
    <w:p>
      <w:r>
        <w:rPr>
          <w:b/>
        </w:rPr>
        <w:t xml:space="preserve">[01:00] </w:t>
      </w:r>
      <w:r>
        <w:t>dekhiye, agar aap tareekh ki study karen, insani samajh ki aur insani tareekh ki, to aap yeh paayenge ke insaan hamesha ek hi burai mein mubtala raha hai.</w:t>
      </w:r>
    </w:p>
    <w:p>
      <w:pPr>
        <w:jc w:val="right"/>
      </w:pPr>
      <w:r>
        <w:t>دیکھیے، اگر آپ تاریخ کی اسٹڈی کریں، انسانی سماج کی اور انسانی تاریخ کی، تو آپ یہ پائیں گے کہ انسان ہمیشہ ایک ہی برائی میں مبتلا رہا ہے۔</w:t>
      </w:r>
    </w:p>
    <w:p>
      <w:r>
        <w:rPr>
          <w:b/>
        </w:rPr>
        <w:t xml:space="preserve">[01:26] </w:t>
      </w:r>
      <w:r>
        <w:t>isi burai ko mazhab ki zabaan mein shirk kaha jaata hai. mazhab ki zabaan mein shirk.</w:t>
      </w:r>
    </w:p>
    <w:p>
      <w:pPr>
        <w:jc w:val="right"/>
      </w:pPr>
      <w:r>
        <w:t>اسی برائی کو مذہب کی زبان میں شرک کہا جاتا ہے۔ مذہب کی زبان میں شرک۔</w:t>
      </w:r>
    </w:p>
    <w:p>
      <w:r>
        <w:rPr>
          <w:b/>
        </w:rPr>
        <w:t xml:space="preserve">[01:37] </w:t>
      </w:r>
      <w:r>
        <w:t>shirk kya hai? aap insaan ki nature ko padhiye to aap paayenge ke insaan ke andar ek jazba bahut hi gehrai mein inculcate hai, bahut hi gehrai mein pevast hai.</w:t>
      </w:r>
    </w:p>
    <w:p>
      <w:pPr>
        <w:jc w:val="right"/>
      </w:pPr>
      <w:r>
        <w:t>شرک کیا ہے؟ آپ انسان کی نیچر کو پڑھیے تو آپ پائیں گے کہ انسان کے اندر ایک جذبہ بہت ہی گہرائی میں انکلکیٹ ہے، بہت ہی گہرائی میں پیوست ہے۔</w:t>
      </w:r>
    </w:p>
    <w:p>
      <w:r>
        <w:rPr>
          <w:b/>
        </w:rPr>
        <w:t xml:space="preserve">[01:55] </w:t>
      </w:r>
      <w:r>
        <w:t>woh kya hai? isko kahenge jazba tashakkur, yani gratitude. kisi se kuch mile to usko acknowledge karna, usko gratitude pesh karna,</w:t>
      </w:r>
    </w:p>
    <w:p>
      <w:pPr>
        <w:jc w:val="right"/>
      </w:pPr>
      <w:r>
        <w:t>وہ کیا ہے؟ اس کو کہیں گے جذبہ تشکر، یعنی گریٹیوڈ۔ کسی سے کچھ ملے تو اس کو اکنالج کرنا، اس کو گریٹیوڈ پیش کرنا،</w:t>
      </w:r>
    </w:p>
    <w:p>
      <w:r>
        <w:rPr>
          <w:b/>
        </w:rPr>
        <w:t xml:space="preserve">[02:13] </w:t>
      </w:r>
      <w:r>
        <w:t>uske dene ko, uski giving ko maanna. yeh jazba bahut hi zabardast tareeqe par insaan ke andar inter woven hai.</w:t>
      </w:r>
    </w:p>
    <w:p>
      <w:pPr>
        <w:jc w:val="right"/>
      </w:pPr>
      <w:r>
        <w:t>اس کے دینے کو، اس کی گیونگ کو ماننا۔ یہ جذبہ بہت ہی زبردست طریقے پر انسان کے اندر انٹر وومن ہے۔</w:t>
      </w:r>
    </w:p>
    <w:p>
      <w:r>
        <w:rPr>
          <w:b/>
        </w:rPr>
        <w:t xml:space="preserve">[02:26] </w:t>
      </w:r>
      <w:r>
        <w:t>koi bhi aadmi is jazbe se apne aap ko khaali nahi kar sakta.</w:t>
      </w:r>
    </w:p>
    <w:p>
      <w:pPr>
        <w:jc w:val="right"/>
      </w:pPr>
      <w:r>
        <w:t>کوئی بھی آدمی اس جذبے سے اپنے آپ کو خالی نہیں کر سکتا۔</w:t>
      </w:r>
    </w:p>
    <w:p>
      <w:r>
        <w:rPr>
          <w:b/>
        </w:rPr>
        <w:t xml:space="preserve">[02:33] </w:t>
      </w:r>
      <w:r>
        <w:t>yani giver ke liye tashakkur ya gratitude ka jazba, yeh insaan ki nature mein is tarah se</w:t>
      </w:r>
    </w:p>
    <w:p>
      <w:pPr>
        <w:jc w:val="right"/>
      </w:pPr>
      <w:r>
        <w:t>یعنی گیور کے لیے تشکر یا گریٹیوڈ کا جذبہ، یہ انسان کی نیچر میں اس طرح سے</w:t>
      </w:r>
    </w:p>
    <w:p>
      <w:r>
        <w:rPr>
          <w:b/>
        </w:rPr>
        <w:t xml:space="preserve">[02:44] </w:t>
      </w:r>
      <w:r>
        <w:t>inter woven hai ke isko aap nikaal hi nahi sakte.</w:t>
      </w:r>
    </w:p>
    <w:p>
      <w:pPr>
        <w:jc w:val="right"/>
      </w:pPr>
      <w:r>
        <w:t>انٹر وومن ہے کہ اس کو آپ نکال ہی نہیں سکتے۔</w:t>
      </w:r>
    </w:p>
    <w:p>
      <w:r>
        <w:rPr>
          <w:b/>
        </w:rPr>
        <w:t xml:space="preserve">[02:50] </w:t>
      </w:r>
      <w:r>
        <w:t>jis tarah insaan ke andar se aap chahen ke pyaas ko nikaal dein, bhookh ko nikaal dein, to aap aisa nahi kar sakte. isi tarah se yeh jazba bhi, jis ko hum urdu mein tashakkur kehte hain, english mein gratitude kaha jaata hai,</w:t>
      </w:r>
    </w:p>
    <w:p>
      <w:pPr>
        <w:jc w:val="right"/>
      </w:pPr>
      <w:r>
        <w:t>جس طرح انسان کے اندر سے آپ چاہیں کہ پیاس کو نکال دیں، بھوک کو نکال دیں، تو آپ ایسا نہیں کر سکتے۔ اسی طرح سے یہ جذبہ بھی، جس کو ہم اردو میں تشکر کہتے ہیں، انگلش میں گریٹیوڈ کہا جاتا ہے،</w:t>
      </w:r>
    </w:p>
    <w:p>
      <w:r>
        <w:rPr>
          <w:b/>
        </w:rPr>
        <w:t xml:space="preserve">[03:08] </w:t>
      </w:r>
      <w:r>
        <w:t>isko bhi aap insaan ke nature se nikaal nahi sakte.</w:t>
      </w:r>
    </w:p>
    <w:p>
      <w:pPr>
        <w:jc w:val="right"/>
      </w:pPr>
      <w:r>
        <w:t>اس کو بھی آپ انسان کے نیچر سے نکال نہیں سکتے۔</w:t>
      </w:r>
    </w:p>
    <w:p>
      <w:r>
        <w:rPr>
          <w:b/>
        </w:rPr>
        <w:t xml:space="preserve">[03:16] </w:t>
      </w:r>
      <w:r>
        <w:t>to sach poochhiye to saari history, poori human history, do shabdon mein bati hui hai: tauheed aur shirk.</w:t>
      </w:r>
    </w:p>
    <w:p>
      <w:pPr>
        <w:jc w:val="right"/>
      </w:pPr>
      <w:r>
        <w:t>تو سچ پوچھیے تو ساری ہسٹری، پوری ہیومن ہسٹری، دو शब्दوں میں بٹی ہوئی ہے: توحید اور شرک۔</w:t>
      </w:r>
    </w:p>
    <w:p>
      <w:r>
        <w:rPr>
          <w:b/>
        </w:rPr>
        <w:t xml:space="preserve">[03:32] </w:t>
      </w:r>
      <w:r>
        <w:t>do shabdon mein. tauheed ka matlab kya hai?</w:t>
      </w:r>
    </w:p>
    <w:p>
      <w:pPr>
        <w:jc w:val="right"/>
      </w:pPr>
      <w:r>
        <w:t>دو शब्दوں میں۔ توحید کا مطلب کیا ہے؟</w:t>
      </w:r>
    </w:p>
    <w:p>
      <w:r>
        <w:rPr>
          <w:b/>
        </w:rPr>
        <w:t xml:space="preserve">[03:37] </w:t>
      </w:r>
      <w:r>
        <w:t>tauheed yeh hai ke aap Khuda ko acknowledge karen, ya creator ko acknowledge karen, ya khaliq ko acknowledge karen.</w:t>
      </w:r>
    </w:p>
    <w:p>
      <w:pPr>
        <w:jc w:val="right"/>
      </w:pPr>
      <w:r>
        <w:t>توحید یہ ہے کہ آپ خدا کو اکنالج کریں، یا کریٹر کو اکنالج کریں، یا خالق کو اکنالج کریں۔</w:t>
      </w:r>
    </w:p>
    <w:p>
      <w:r>
        <w:rPr>
          <w:b/>
        </w:rPr>
        <w:t xml:space="preserve">[03:48] </w:t>
      </w:r>
      <w:r>
        <w:t>aur shirk kya hai? other than God. other than God kaun hai? creature hai, makhlooq hai, paida ki hui cheezein hain.</w:t>
      </w:r>
    </w:p>
    <w:p>
      <w:pPr>
        <w:jc w:val="right"/>
      </w:pPr>
      <w:r>
        <w:t>اور شرک کیا ہے؟ ادر دین گاڈ۔ ادر دین گاڈ کون ہے؟ کریچر ہے، مخلوق ہے، پیدا کی ہوئی چیزیں ہیں۔</w:t>
      </w:r>
    </w:p>
    <w:p>
      <w:r>
        <w:rPr>
          <w:b/>
        </w:rPr>
        <w:t xml:space="preserve">[03:58] </w:t>
      </w:r>
      <w:r>
        <w:t>isko aap acknowledge karen.</w:t>
      </w:r>
    </w:p>
    <w:p>
      <w:pPr>
        <w:jc w:val="right"/>
      </w:pPr>
      <w:r>
        <w:t>اس کو آپ اکنالج کریں۔</w:t>
      </w:r>
    </w:p>
    <w:p>
      <w:r>
        <w:rPr>
          <w:b/>
        </w:rPr>
        <w:t xml:space="preserve">[04:03] </w:t>
      </w:r>
      <w:r>
        <w:t>to khaliq ko ya creator ko apna gratitude pesh karna, yeh tauheed hai. aur creature ko ya makhlooqat ko apna gratitude pesh karna, yeh shirk hai.</w:t>
      </w:r>
    </w:p>
    <w:p>
      <w:pPr>
        <w:jc w:val="right"/>
      </w:pPr>
      <w:r>
        <w:t>تو خالق کو یا کریٹر کو اپنا گریٹیوڈ پیش کرنا، یہ توحید ہے۔ اور کریچر کو یا مخلوقات کو اپنا گریٹیوڈ پیش کرنا، یہ شرک ہے۔</w:t>
      </w:r>
    </w:p>
    <w:p>
      <w:r>
        <w:rPr>
          <w:b/>
        </w:rPr>
        <w:t xml:space="preserve">[04:23] </w:t>
      </w:r>
      <w:r>
        <w:t>to qadeem zamane mein kya tha? aaj kya hai? pehle zamane mein kya tha? aur ab kya hai?</w:t>
      </w:r>
    </w:p>
    <w:p>
      <w:pPr>
        <w:jc w:val="right"/>
      </w:pPr>
      <w:r>
        <w:t>تو قدیم زمانے میں کیا تھا؟ آج کیا ہے؟ پہلے زمانے میں کیا تھا؟ اور اب کیا ہے؟</w:t>
      </w:r>
    </w:p>
    <w:p>
      <w:r>
        <w:rPr>
          <w:b/>
        </w:rPr>
        <w:t xml:space="preserve">[04:31] </w:t>
      </w:r>
      <w:r>
        <w:t>dekhiye, pehle zamane mein yeh tha ke aadmi nature ko worship karta tha, jis ko kehte hain nature worship.</w:t>
      </w:r>
    </w:p>
    <w:p>
      <w:pPr>
        <w:jc w:val="right"/>
      </w:pPr>
      <w:r>
        <w:t>دیکھیے، پہلے زمانے میں یہ تھا کہ آدمی نیچر کو ورشپ کرتا تھا، جس کو کہتے ہیں نیچر ورشپ۔</w:t>
      </w:r>
    </w:p>
    <w:p>
      <w:r>
        <w:rPr>
          <w:b/>
        </w:rPr>
        <w:t xml:space="preserve">[04:44] </w:t>
      </w:r>
      <w:r>
        <w:t>pehla hazaron saal tak insaan nature worship mein pada raha. yani woh dekhta tha ke ab usko daryaaon se paani mil raha hai, to daryaaon ko poojne laga.</w:t>
      </w:r>
    </w:p>
    <w:p>
      <w:pPr>
        <w:jc w:val="right"/>
      </w:pPr>
      <w:r>
        <w:t>پہلے ہزاروں سال تک انسان نیچر ورشپ میں پڑا رہا۔ یعنی وہ دیکھتا تھا کہ اب اس کو دریاؤں سے پانی مل رہا ہے، تو دریاؤں کو پوجنے لگا۔</w:t>
      </w:r>
    </w:p>
    <w:p>
      <w:r>
        <w:rPr>
          <w:b/>
        </w:rPr>
        <w:t xml:space="preserve">[04:58] </w:t>
      </w:r>
      <w:r>
        <w:t>woh dekhta tha ke mujhe aasman se baarish ho rahi hai, to baarish ke ek God usne farz kiya aur usko poojne laga. woh dekhta tha ke suraj se mujh ko roshni mil rahi hai, to suraj ko usne God samajh liya.</w:t>
      </w:r>
    </w:p>
    <w:p>
      <w:pPr>
        <w:jc w:val="right"/>
      </w:pPr>
      <w:r>
        <w:t>وہ دیکھتا تھا کہ مجھے آسمان سے بارش ہو رہی ہے، تو بارش کے ایک گارڈ اس نے فرض کیا اور اس کو پوجنے لگا۔ وہ دیکھتا تھا کہ سورج سے مجھ کو روشنی مل رہی ہے، تو سورج کو اس نے گارڈ سمجھ لیا۔</w:t>
      </w:r>
    </w:p>
    <w:p>
      <w:r>
        <w:rPr>
          <w:b/>
        </w:rPr>
        <w:t xml:space="preserve">[05:13] </w:t>
      </w:r>
      <w:r>
        <w:t>yeh hai nature. yeh sab kuch jo hamare aas paas hai, woh nature hai. to aadmi ko sab kuch nature se to mil raha hai.</w:t>
      </w:r>
    </w:p>
    <w:p>
      <w:pPr>
        <w:jc w:val="right"/>
      </w:pPr>
      <w:r>
        <w:t>یہ ہے نیچر۔ یہ سب کچھ جو ہمارے آس پاس ہے، وہ نیچر ہے۔ تو آدمی کو سب کچھ نیچر سے تو مل رہا ہے۔</w:t>
      </w:r>
    </w:p>
    <w:p>
      <w:r>
        <w:rPr>
          <w:b/>
        </w:rPr>
        <w:t xml:space="preserve">[05:25] </w:t>
      </w:r>
      <w:r>
        <w:t>chalne ke liye aadmi kahan chalega?</w:t>
      </w:r>
    </w:p>
    <w:p>
      <w:pPr>
        <w:jc w:val="right"/>
      </w:pPr>
      <w:r>
        <w:t>چلنے کے لیے آدمی کہاں چلے گا؟</w:t>
      </w:r>
    </w:p>
    <w:p>
      <w:r>
        <w:rPr>
          <w:b/>
        </w:rPr>
        <w:t xml:space="preserve">[05:28] </w:t>
      </w:r>
      <w:r>
        <w:t>space mein to nahi chal sakta woh. usko zameen chahiye. zameen hai tab chalenge aap. aap fiza mein ya space mein nahi chal sakte.</w:t>
      </w:r>
    </w:p>
    <w:p>
      <w:pPr>
        <w:jc w:val="right"/>
      </w:pPr>
      <w:r>
        <w:t>اسپیس میں تو نہیں چل سکتا وہ۔ اس کو زمین چاہیے۔ زمین ہے تب چلیں گے آپ۔ آپ فضا میں یا اسپیس میں نہیں چل سکتے۔</w:t>
      </w:r>
    </w:p>
    <w:p>
      <w:r>
        <w:rPr>
          <w:b/>
        </w:rPr>
        <w:t xml:space="preserve">[05:39] </w:t>
      </w:r>
      <w:r>
        <w:t>to zameen ko aadmi ne samajh liya ke yahi guard hai. phir us ko pani chahiye, oxygen chahiye, hawa chahiye, roshni chahiye, khana chahiye.</w:t>
      </w:r>
    </w:p>
    <w:p>
      <w:pPr>
        <w:jc w:val="right"/>
      </w:pPr>
      <w:r>
        <w:t>تو زمین کو آدمی نے سمجھ لیا کہ یہی گارڈ ہے۔ پھر اس کو پانی چاہیے، آکسیجن چاہیے، ہوا چاہیے، روشنی چاہیے، کھانا چاہیے۔</w:t>
      </w:r>
    </w:p>
    <w:p>
      <w:r>
        <w:rPr>
          <w:b/>
        </w:rPr>
        <w:t xml:space="preserve">[05:54] </w:t>
      </w:r>
      <w:r>
        <w:t>yeh sari cheezein hain jis ko hum kehte hain, jis ko kaha jata hai life support system. to life support system ke baghair to aap jee nahi sakte dunya mein.</w:t>
      </w:r>
    </w:p>
    <w:p>
      <w:pPr>
        <w:jc w:val="right"/>
      </w:pPr>
      <w:r>
        <w:t>یہ ساری چیزیں ہیں جس کو ہم کہتے ہیں، جس کو کہا جاتا ہے لائف سپورٹ سسٹم۔ تو لائف سپورٹ سسٹم کے بغیر تو آپ جی نہیں سکتے دنیا میں۔</w:t>
      </w:r>
    </w:p>
    <w:p>
      <w:r>
        <w:rPr>
          <w:b/>
        </w:rPr>
        <w:t xml:space="preserve">[06:07] </w:t>
      </w:r>
      <w:r>
        <w:t>aadmi kaise jiye ga? agar woh inkar kar de pani peene se, inkar kar de khana khane se, woh inkar kar de zameen par chalne se, woh inkar kar de suraj ki roshni mein dekhne se,</w:t>
      </w:r>
    </w:p>
    <w:p>
      <w:pPr>
        <w:jc w:val="right"/>
      </w:pPr>
      <w:r>
        <w:t>آدمی کیسے جیئے گا؟ اگر وہ انکار کر دے پانی پینے سے، انکار کر دے کھانا کھانے سے، وہ انکار کر دے زمین پر چلنے سے، وہ انکار کر دے سورج کی روشنی میں دیکھنے سے،</w:t>
      </w:r>
    </w:p>
    <w:p>
      <w:r>
        <w:rPr>
          <w:b/>
        </w:rPr>
        <w:t xml:space="preserve">[06:21] </w:t>
      </w:r>
      <w:r>
        <w:t>to zahir hai ke aisa aadmi jee nahi sakta.</w:t>
      </w:r>
    </w:p>
    <w:p>
      <w:pPr>
        <w:jc w:val="right"/>
      </w:pPr>
      <w:r>
        <w:t>تو ظاہر ہے کہ ایسا آدمی جی نہیں سکتا۔</w:t>
      </w:r>
    </w:p>
    <w:p>
      <w:r>
        <w:rPr>
          <w:b/>
        </w:rPr>
        <w:t xml:space="preserve">[06:25] </w:t>
      </w:r>
      <w:r>
        <w:t>to yeh sari cheezein jin se aadmi faida utha raha tha aur janta tha ke is ke baghair meri zindagi zindagi nahi hai,</w:t>
      </w:r>
    </w:p>
    <w:p>
      <w:pPr>
        <w:jc w:val="right"/>
      </w:pPr>
      <w:r>
        <w:t>تو یہ ساری چیزیں جن سے آدمی فائدہ اٹھا رہا تھا اور جانتا تھا کہ اس کے بغیر میری زندگی زندگی نہیں ہے،</w:t>
      </w:r>
    </w:p>
    <w:p>
      <w:r>
        <w:rPr>
          <w:b/>
        </w:rPr>
        <w:t xml:space="preserve">[06:37] </w:t>
      </w:r>
      <w:r>
        <w:t>to isi ko us ne samjha ke bas yahi hai jis ko mujhe worship karna chahiye. to us ko hum kehte hain mazhab ki zaban mein us ko kaha jata hai shirk.</w:t>
      </w:r>
    </w:p>
    <w:p>
      <w:pPr>
        <w:jc w:val="right"/>
      </w:pPr>
      <w:r>
        <w:t>تو اسی کو اس نے سمجھا کہ بس یہی ہے جس کو مجھے ورشپ کرنا چاہیے۔ تو اس کو ہم کہتے ہیں مذہب کی زبان میں اس کو کہا جاتا ہے شرک۔</w:t>
      </w:r>
    </w:p>
    <w:p>
      <w:r>
        <w:rPr>
          <w:b/>
        </w:rPr>
        <w:t xml:space="preserve">[06:51] </w:t>
      </w:r>
      <w:r>
        <w:t>yani is ne alag kar diya khaliq ko aur creature ko,</w:t>
      </w:r>
    </w:p>
    <w:p>
      <w:pPr>
        <w:jc w:val="right"/>
      </w:pPr>
      <w:r>
        <w:t>یعنی اس نے الگ کر دیا خالق کو اور کریچر کو،</w:t>
      </w:r>
    </w:p>
    <w:p>
      <w:r>
        <w:rPr>
          <w:b/>
        </w:rPr>
        <w:t xml:space="preserve">[06:56] </w:t>
      </w:r>
      <w:r>
        <w:t>paida karne wale ko aur paida ki hui cheezon ko, banane wale ko aur bani hui cheezon ko alag kar diya.</w:t>
      </w:r>
    </w:p>
    <w:p>
      <w:pPr>
        <w:jc w:val="right"/>
      </w:pPr>
      <w:r>
        <w:t>پیدا کرنے والے کو اور پیدا کی ہوئی چیزوں کو، بنانے والے کو اور بنی ہوئی چیزوں کو الگ کر دیا۔</w:t>
      </w:r>
    </w:p>
    <w:p>
      <w:r>
        <w:rPr>
          <w:b/>
        </w:rPr>
        <w:t xml:space="preserve">[07:06] </w:t>
      </w:r>
      <w:r>
        <w:t>to insaan ki fitrat andar se jo gratitude pesh karna chahti thi, jo tashakkur pesh karna chahti thi, jo acknowledge karna chahti thi, jo itraaf karna chahti thi,</w:t>
      </w:r>
    </w:p>
    <w:p>
      <w:pPr>
        <w:jc w:val="right"/>
      </w:pPr>
      <w:r>
        <w:t>تو انسان کی فطرت اندر سے جو گریٹیوڈ پیش کرنا چاہتی تھی، جو تشکر پیش کرنا چاہتی تھی، جو اکنالج کرنا چاہتی تھی، جو اعتراف کرنا چاہتی تھی،</w:t>
      </w:r>
    </w:p>
    <w:p>
      <w:r>
        <w:rPr>
          <w:b/>
        </w:rPr>
        <w:t xml:space="preserve">[07:21] </w:t>
      </w:r>
      <w:r>
        <w:t>in sare jazbat ko is ne focus kar diya kis par? nature par. is tarah ke isi ko woh worship karne laga.</w:t>
      </w:r>
    </w:p>
    <w:p>
      <w:pPr>
        <w:jc w:val="right"/>
      </w:pPr>
      <w:r>
        <w:t>ان سارے جذبات کو اس نے فوکس کر دیا کس پر؟ نیچر پر۔ اس طرح کہ اسی کو وہ ورشپ کرنے لگا۔</w:t>
      </w:r>
    </w:p>
    <w:p>
      <w:r>
        <w:rPr>
          <w:b/>
        </w:rPr>
        <w:t xml:space="preserve">[07:32] </w:t>
      </w:r>
      <w:r>
        <w:t>is se nature worship ka zamana dunya mein aaya.</w:t>
      </w:r>
    </w:p>
    <w:p>
      <w:pPr>
        <w:jc w:val="right"/>
      </w:pPr>
      <w:r>
        <w:t>اس سے نیچر ورشپ کا زمانہ دنیا میں آیا۔</w:t>
      </w:r>
    </w:p>
    <w:p>
      <w:r>
        <w:rPr>
          <w:b/>
        </w:rPr>
        <w:t xml:space="preserve">[07:36] </w:t>
      </w:r>
      <w:r>
        <w:t>to hazaron saal tak shirk ki yeh surat dunya mein thi ke aadmi nature hi ko sab kuch samajh kar isi ko god banaye hue tha.</w:t>
      </w:r>
    </w:p>
    <w:p>
      <w:pPr>
        <w:jc w:val="right"/>
      </w:pPr>
      <w:r>
        <w:t>تو ہزاروں سال تک شرک کی یہ صورت دنیا میں تھی کہ آدمی نیچر ہی کو سب کچھ سمجھ کر اسی کو گاڈ بنائے ہوئے تھا۔</w:t>
      </w:r>
    </w:p>
    <w:p>
      <w:r>
        <w:rPr>
          <w:b/>
        </w:rPr>
        <w:t xml:space="preserve">[07:48] </w:t>
      </w:r>
      <w:r>
        <w:t>is ko kehte hain nature worship. ab yeh jo zamana hai, aaj ka zamana, aaj ke zamane mein aadmi samajhta hai ke woh mazhab ko nahi manta, woh Khuda ko nahi manta.</w:t>
      </w:r>
    </w:p>
    <w:p>
      <w:pPr>
        <w:jc w:val="right"/>
      </w:pPr>
      <w:r>
        <w:t>اس کو کہتے ہیں نیچر ورشپ۔ اب یہ جو زمانہ ہے، آج کا زمانہ، آج کے زمانے میں آدمی سمجھتا ہے کہ وہ مذہب کو نہیں مانتا، وہ خدا کو نہیں مانتا۔</w:t>
      </w:r>
    </w:p>
    <w:p>
      <w:r>
        <w:rPr>
          <w:b/>
        </w:rPr>
        <w:t xml:space="preserve">[08:02] </w:t>
      </w:r>
      <w:r>
        <w:t>lekin kya Khuda ko na man kar ke bhi woh yeh karega ke nature ko na maney?</w:t>
      </w:r>
    </w:p>
    <w:p>
      <w:pPr>
        <w:jc w:val="right"/>
      </w:pPr>
      <w:r>
        <w:t>لیکن کیا خدا کو نہ مان کر کے بھی وہ یہ کرے گا کہ نیچر کو نہ مانے؟</w:t>
      </w:r>
    </w:p>
    <w:p>
      <w:r>
        <w:rPr>
          <w:b/>
        </w:rPr>
        <w:t xml:space="preserve">[08:08] </w:t>
      </w:r>
      <w:r>
        <w:t>aap Khuda ko na manen, mazhab ko na manen, tab bhi aap chalenge isi zameen par, tab bhi aap saans lenge isi hawa mein, tab bhi aap khana lenge isi soil se, tab bhi aap pani ke liye isi jo pani barta hai,</w:t>
      </w:r>
    </w:p>
    <w:p>
      <w:pPr>
        <w:jc w:val="right"/>
      </w:pPr>
      <w:r>
        <w:t>آپ خدا کو نہ مانیں، مذہب کو نہ مانیں، تب بھی آپ چلیں گے اسی زمین پر، تب بھی آپ سانس لیں گے اسی ہوا میں، تب بھی آپ کھانا لیں گے اسی سائل سے، تب بھی آپ پانی کے لیے اسی جو پانی برستا ہے،</w:t>
      </w:r>
    </w:p>
    <w:p>
      <w:r>
        <w:rPr>
          <w:b/>
        </w:rPr>
        <w:t xml:space="preserve">[08:29] </w:t>
      </w:r>
      <w:r>
        <w:t>nadiyon mein behta hai aur chashmon se milta hai, isi se aap pani lenge.</w:t>
      </w:r>
    </w:p>
    <w:p>
      <w:pPr>
        <w:jc w:val="right"/>
      </w:pPr>
      <w:r>
        <w:t>ندیوں میں بہتا ہے اور چشموں سے ملتا ہے، اسی سے آپ پانی لیں گے۔</w:t>
      </w:r>
    </w:p>
    <w:p>
      <w:r>
        <w:rPr>
          <w:b/>
        </w:rPr>
        <w:t xml:space="preserve">[08:35] </w:t>
      </w:r>
      <w:r>
        <w:t>to kya ke khaliq ko na man kar ke bhi aap makhlooq ko to manenge? aap khaliq ko hadaf kar sakte hain lekin makhlooq ko aap hadaf nahi kar sakte.</w:t>
      </w:r>
    </w:p>
    <w:p>
      <w:pPr>
        <w:jc w:val="right"/>
      </w:pPr>
      <w:r>
        <w:t>تو کیا کہ خالق کو نہ مان کر کے بھی آپ مخلوق کو تو مانیں گے؟ آپ خالق کو حذف کر سکتے ہیں لیکن مخلوق کو آپ حذف نہیں کر سکتے۔</w:t>
      </w:r>
    </w:p>
    <w:p>
      <w:r>
        <w:rPr>
          <w:b/>
        </w:rPr>
        <w:t xml:space="preserve">[08:48] </w:t>
      </w:r>
      <w:r>
        <w:t>khaliq ek tasawwurati cheez hai, ek idea hai. khaliq ko aap ko bator idea manna padta hai, bator ek concept, ek idea, ek ideology.</w:t>
      </w:r>
    </w:p>
    <w:p>
      <w:pPr>
        <w:jc w:val="right"/>
      </w:pPr>
      <w:r>
        <w:t>خالق ایک تصوراتی چیز ہے، ایک آئیڈیا ہے۔ خالق کو آپ کو بطور آئیڈیا ماننا پڑتا ہے، بطور ایک کانسیپٹ، ایک آئیڈیا، ایک آئیڈیالوجی۔</w:t>
      </w:r>
    </w:p>
    <w:p>
      <w:r>
        <w:rPr>
          <w:b/>
        </w:rPr>
        <w:t xml:space="preserve">[09:00] </w:t>
      </w:r>
      <w:r>
        <w:t>to is ko to aap keh sakte hain ke main nahi manta.</w:t>
      </w:r>
    </w:p>
    <w:p>
      <w:pPr>
        <w:jc w:val="right"/>
      </w:pPr>
      <w:r>
        <w:t>تو اس کو تو آپ کہہ سکتے ہیں کہ میں نہیں مانتا۔</w:t>
      </w:r>
    </w:p>
    <w:p>
      <w:r>
        <w:rPr>
          <w:b/>
        </w:rPr>
        <w:t xml:space="preserve">[09:04] </w:t>
      </w:r>
      <w:r>
        <w:t>lekin yeh jo zindagi hai, is ko batane ke liye aap ko life support system chahiye. aap ko pani chahiye, khana chahiye, roshni chahiye, sari cheezein chahiye.</w:t>
      </w:r>
    </w:p>
    <w:p>
      <w:pPr>
        <w:jc w:val="right"/>
      </w:pPr>
      <w:r>
        <w:t>لیکن یہ جو زندگی ہے، اس کو بتانے کے لیے آپ کو لائف سپورٹ سسٹم چاہیے۔ آپ کو پانی چاہیے، کھانا چاہیے، روشنی چاہیے، ساری چیزیں چاہیے۔</w:t>
      </w:r>
    </w:p>
    <w:p>
      <w:r>
        <w:rPr>
          <w:b/>
        </w:rPr>
        <w:t xml:space="preserve">[09:15] </w:t>
      </w:r>
      <w:r>
        <w:t>to ab bhi dobara kya hua ke aadmi ne khaliq ko to minus kiya lekin woh makhlooq ko minus na kar saka.</w:t>
      </w:r>
    </w:p>
    <w:p>
      <w:pPr>
        <w:jc w:val="right"/>
      </w:pPr>
      <w:r>
        <w:t>تو اب بھی دوبارہ کیا ہوا کہ آدمی نے خالق کو تو مائنس کیا لیکن وہ مخلوق کو مائنس نہ کر سکا۔</w:t>
      </w:r>
    </w:p>
    <w:p>
      <w:r>
        <w:rPr>
          <w:b/>
        </w:rPr>
        <w:t xml:space="preserve">[09:28] </w:t>
      </w:r>
      <w:r>
        <w:t>lekin is ne worship ka naam nahi liya. pehle ek insaan kehta tha ke main worship karta hoon.</w:t>
      </w:r>
    </w:p>
    <w:p>
      <w:pPr>
        <w:jc w:val="right"/>
      </w:pPr>
      <w:r>
        <w:t>لیکن اس نے ورشپ کا نام نہیں لیا۔ پہلے ایک انسان کہتا تھا کہ میں ورشپ کرتا ہوں۔</w:t>
      </w:r>
    </w:p>
    <w:p>
      <w:r>
        <w:rPr>
          <w:b/>
        </w:rPr>
        <w:t xml:space="preserve">[09:36] </w:t>
      </w:r>
      <w:r>
        <w:t>yani nature ki ko worship ke naam par woh apna concern banaye hue tha. samajhta tha ke jab main is ki worship karunga to mujhe is se milta rahega, woh khud mere nature khush rahe gi.</w:t>
      </w:r>
    </w:p>
    <w:p>
      <w:pPr>
        <w:jc w:val="right"/>
      </w:pPr>
      <w:r>
        <w:t>یعنی نیچر کی کو ورشپ کے نام پر وہ اپنا کنسرن بنائے ہوئے تھا۔ سمجھتا تھا کہ جب میں اس کی ورشپ کروں گا تو مجھے اس سے ملتا رہے گا، وہ خود میرے نیچر خوش رہے گی۔</w:t>
      </w:r>
    </w:p>
    <w:p>
      <w:r>
        <w:rPr>
          <w:b/>
        </w:rPr>
        <w:t xml:space="preserve">[09:52] </w:t>
      </w:r>
      <w:r>
        <w:t>yeh sari cheezein jin ko gods bana liya, with us ball ji, to us ko khush karne ke liye us ki worship karta raha taake woh cheezein barabar mujhe supply hoti rahen.</w:t>
      </w:r>
    </w:p>
    <w:p>
      <w:pPr>
        <w:jc w:val="right"/>
      </w:pPr>
      <w:r>
        <w:t>یہ ساری چیزیں جن کو گاڈز بنا لیا، ود اس بال جی، تو اس کو خوش کرنے کے لیے اس کی ورشپ کرتا رہا تاکہ وہ چیزیں برابر مجھے سپلائی ہوتی رہیں۔</w:t>
      </w:r>
    </w:p>
    <w:p>
      <w:r>
        <w:rPr>
          <w:b/>
        </w:rPr>
        <w:t xml:space="preserve">[10:09] </w:t>
      </w:r>
      <w:r>
        <w:t>ab kya hai? ab yeh yeh hai ke ab woh nature ko inhone bajaye worship ke entertainment ka zariya bana liya.</w:t>
      </w:r>
    </w:p>
    <w:p>
      <w:pPr>
        <w:jc w:val="right"/>
      </w:pPr>
      <w:r>
        <w:t>اب کیا ہے؟ اب یہ یہ ہے کہ اب وہ نیچر کو انہوں نے بجائے ورشپ کے انٹرٹینمنٹ کا ذریعہ بنا لیا۔</w:t>
      </w:r>
    </w:p>
    <w:p>
      <w:r>
        <w:rPr>
          <w:b/>
        </w:rPr>
        <w:t xml:space="preserve">[10:17] </w:t>
      </w:r>
      <w:r>
        <w:t>yani ek shabda mein yeh kahoon ga ke pehle zamane mein nature jo thi, woh object of worship thi insaan ke liye.</w:t>
      </w:r>
    </w:p>
    <w:p>
      <w:pPr>
        <w:jc w:val="right"/>
      </w:pPr>
      <w:r>
        <w:t>یعنی ایک शब्द میں یہ کہوں گا کہ پہلے زمانے میں نیچر جو تھی، وہ آبجیکٹ آف ورشپ تھی انسان کے لیے۔</w:t>
      </w:r>
    </w:p>
    <w:p>
      <w:r>
        <w:rPr>
          <w:b/>
        </w:rPr>
        <w:t xml:space="preserve">[10:27] </w:t>
      </w:r>
      <w:r>
        <w:t>object of worship. Ab woh insaan ke liye object of entertainment hai. Itna hi farq hua hai. Ab bhi insaan sab kuch is nature par karta hai.</w:t>
      </w:r>
    </w:p>
    <w:p>
      <w:pPr>
        <w:jc w:val="right"/>
      </w:pPr>
      <w:r>
        <w:t>آبجیکٹ آف ورشپ۔ اب وہ انسان کے لیے آبجیکٹ آف انٹرٹینمنٹ ہے۔ اتنا ہی فرق ہوا ہے۔ اب بھی انسان سب کچھ اس نیچر پر کرتا ہے۔</w:t>
      </w:r>
    </w:p>
    <w:p>
      <w:r>
        <w:rPr>
          <w:b/>
        </w:rPr>
        <w:t xml:space="preserve">[10:43] </w:t>
      </w:r>
      <w:r>
        <w:t>nature ke baghair is ki koi life nahin. Lekin pehle aadmi jo karta tha, woh kya karta tha? Ke nature ko woh object of worship banaye hue tha.</w:t>
      </w:r>
    </w:p>
    <w:p>
      <w:pPr>
        <w:jc w:val="right"/>
      </w:pPr>
      <w:r>
        <w:t>نیچر کے بغیر اس کی کوئی لائف نہیں۔ لیکن پہلے آدمی جو کرتا تھا، وہ کیا کرتا تھا؟ کہ نیچر کو وہ آبجیکٹ آف ورشپ بنائے ہوئے تھا۔</w:t>
      </w:r>
    </w:p>
    <w:p>
      <w:r>
        <w:rPr>
          <w:b/>
        </w:rPr>
        <w:t xml:space="preserve">[10:55] </w:t>
      </w:r>
      <w:r>
        <w:t>Ab is ne yeh kiya ke nature ko is ne object of entertainment bana liya. Yani tafreeh ke liye, intefa ke liye, is se faida uthane ke liye, bas.</w:t>
      </w:r>
    </w:p>
    <w:p>
      <w:pPr>
        <w:jc w:val="right"/>
      </w:pPr>
      <w:r>
        <w:t>اب اس نے یہ کیا کہ نیچر کو اس نے آبجیکٹ آف انٹرٹینمنٹ بنا لیا۔ یعنی تفریح کے لیے، انتفاع کے لیے، اس سے فائدہ اٹھانے کے لیے، بس۔</w:t>
      </w:r>
    </w:p>
    <w:p>
      <w:r>
        <w:rPr>
          <w:b/>
        </w:rPr>
        <w:t xml:space="preserve">[11:11] </w:t>
      </w:r>
      <w:r>
        <w:t>To yeh hai pehle ke insaan ka aur aaj ke insaan ka farq.</w:t>
      </w:r>
    </w:p>
    <w:p>
      <w:pPr>
        <w:jc w:val="right"/>
      </w:pPr>
      <w:r>
        <w:t>تو یہ ہے پہلے کے انسان کا اور آج کے انسان کا فرق۔</w:t>
      </w:r>
    </w:p>
    <w:p>
      <w:r>
        <w:rPr>
          <w:b/>
        </w:rPr>
        <w:t xml:space="preserve">[11:18] </w:t>
      </w:r>
      <w:r>
        <w:t>Dono hi shirk mein mubtala the. Dono hi khaliq ko minus kar ke makhlooq mein apna dhiyan lagaye hue the.</w:t>
      </w:r>
    </w:p>
    <w:p>
      <w:pPr>
        <w:jc w:val="right"/>
      </w:pPr>
      <w:r>
        <w:t>دونوں ہی شرک میں مبتلا تھے۔ دونوں ہی خالق کو مائنس کر کے مخلوق میں اپنا دھیان لگائے ہوئے تھے۔</w:t>
      </w:r>
    </w:p>
    <w:p>
      <w:r>
        <w:rPr>
          <w:b/>
        </w:rPr>
        <w:t xml:space="preserve">[11:31] </w:t>
      </w:r>
      <w:r>
        <w:t>Sirf naam ka farq hai.</w:t>
      </w:r>
    </w:p>
    <w:p>
      <w:pPr>
        <w:jc w:val="right"/>
      </w:pPr>
      <w:r>
        <w:t>صرف نام کا فرق ہے۔</w:t>
      </w:r>
    </w:p>
    <w:p>
      <w:r>
        <w:rPr>
          <w:b/>
        </w:rPr>
        <w:t xml:space="preserve">[11:34] </w:t>
      </w:r>
      <w:r>
        <w:t>Pehle woh nature worship thi, ab jo hai entertainment is ka naam hai.</w:t>
      </w:r>
    </w:p>
    <w:p>
      <w:pPr>
        <w:jc w:val="right"/>
      </w:pPr>
      <w:r>
        <w:t>پہلے وہ نیچر ورشپ تھی، اب جو ہے انٹرٹینمنٹ اس کا نام ہے۔</w:t>
      </w:r>
    </w:p>
    <w:p>
      <w:r>
        <w:rPr>
          <w:b/>
        </w:rPr>
        <w:t xml:space="preserve">[11:43] </w:t>
      </w:r>
      <w:r>
        <w:t>Yahi aaj ka zehan hai. Main yeh kahoon ga ke</w:t>
      </w:r>
    </w:p>
    <w:p>
      <w:pPr>
        <w:jc w:val="right"/>
      </w:pPr>
      <w:r>
        <w:t>یہی آج کا ذہن ہے۔ میں یہ کہوں گا کہ</w:t>
      </w:r>
    </w:p>
    <w:p>
      <w:r>
        <w:rPr>
          <w:b/>
        </w:rPr>
        <w:t xml:space="preserve">[11:53] </w:t>
      </w:r>
      <w:r>
        <w:t>Ke isi cheez ne insaan ko is cheez mein mubtala kiya jis ko kehte hain tension aur stress.</w:t>
      </w:r>
    </w:p>
    <w:p>
      <w:pPr>
        <w:jc w:val="right"/>
      </w:pPr>
      <w:r>
        <w:t>کہ اسی چیز نے انسان کو اس چیز میں مبتلا کیا جس کو کہتے ہیں ٹینشن اور اسٹریس۔</w:t>
      </w:r>
    </w:p>
    <w:p>
      <w:r>
        <w:rPr>
          <w:b/>
        </w:rPr>
        <w:t xml:space="preserve">[12:00] </w:t>
      </w:r>
      <w:r>
        <w:t>Aaj sari dunya aap dekhiye, sab log tension mein hain, stress mein hain.</w:t>
      </w:r>
    </w:p>
    <w:p>
      <w:pPr>
        <w:jc w:val="right"/>
      </w:pPr>
      <w:r>
        <w:t>آج ساری دنیا آپ دیکھیے، سب لوگ ٹینشن میں ہیں، اسٹریس میں ہیں۔</w:t>
      </w:r>
    </w:p>
    <w:p>
      <w:r>
        <w:rPr>
          <w:b/>
        </w:rPr>
        <w:t xml:space="preserve">[12:09] </w:t>
      </w:r>
      <w:r>
        <w:t>Kaha jata hai ke sab se bara problem is zamane ka tension hai ya stress hai. Kyun ke chahe aap dolat ikatha kar lein, achhe se achha ghar bana lein, khoobsurat carain aap ke ghar ke samne khadi hui hon,</w:t>
      </w:r>
    </w:p>
    <w:p>
      <w:pPr>
        <w:jc w:val="right"/>
      </w:pPr>
      <w:r>
        <w:t>کہا جاتا ہے کہ سب سے بڑا پرابلم اس زمانے کا ٹینشن ہے یا اسٹریس ہے۔ کیونکہ چاہے آپ دولت اکٹھا کر لیں، اچھے سے اچھا گھر بنا لیں، خوبصورت کاریں آپ کے گھر کے سامنے کھڑی ہوئی ہوں،</w:t>
      </w:r>
    </w:p>
    <w:p>
      <w:r>
        <w:rPr>
          <w:b/>
        </w:rPr>
        <w:t xml:space="preserve">[12:23] </w:t>
      </w:r>
      <w:r>
        <w:t>Sab kuch ho, sab kuch ho, sab kuch ho. Lekin phir kya hota hai? Stress.</w:t>
      </w:r>
    </w:p>
    <w:p>
      <w:pPr>
        <w:jc w:val="right"/>
      </w:pPr>
      <w:r>
        <w:t>سب کچھ ہو، سب کچھ ہو، سب کچھ ہو۔ لیکن پھر کیا ہوتا ہے؟ اسٹریس۔</w:t>
      </w:r>
    </w:p>
    <w:p>
      <w:r>
        <w:rPr>
          <w:b/>
        </w:rPr>
        <w:t xml:space="preserve">[12:30] </w:t>
      </w:r>
      <w:r>
        <w:t>Phir kya hota hai? Tension. Yeh ek aam baat hai. Is zamane mein ek bohat bari industry hai jis ko kehte hain de-stressing.</w:t>
      </w:r>
    </w:p>
    <w:p>
      <w:pPr>
        <w:jc w:val="right"/>
      </w:pPr>
      <w:r>
        <w:t>پھر کیا ہوتا ہے؟ ٹینشن۔ یہ ایک عام بات ہے۔ اس زمانے میں ایک بہت بڑی انڈسٹری ہے جس کو کہتے ہیں ڈی اسٹریسنگ۔</w:t>
      </w:r>
    </w:p>
    <w:p>
      <w:r>
        <w:rPr>
          <w:b/>
        </w:rPr>
        <w:t xml:space="preserve">[12:45] </w:t>
      </w:r>
      <w:r>
        <w:t>De-stressing. Jitne bare bare log hain, paise wale log hain, woh sab de-stressing ke liye daud rahe hain is industry ki taraf.</w:t>
      </w:r>
    </w:p>
    <w:p>
      <w:pPr>
        <w:jc w:val="right"/>
      </w:pPr>
      <w:r>
        <w:t>ڈی اسٹریسنگ۔ جتنے بڑے بڑے لوگ ہیں، پیسے والے لوگ ہیں، وہ سب ڈی اسٹریسنگ کے لیے دوڑ رہے ہیں اس انڈسٹری کی طرف۔</w:t>
      </w:r>
    </w:p>
    <w:p>
      <w:r>
        <w:rPr>
          <w:b/>
        </w:rPr>
        <w:t xml:space="preserve">[12:54] </w:t>
      </w:r>
      <w:r>
        <w:t>Apne ko tension free banana, apne stress ko khatam karna, yeh in ka sab se bara problem hai. To de-stressing is zamane mein ek bohat bari flourishing industry hai.</w:t>
      </w:r>
    </w:p>
    <w:p>
      <w:pPr>
        <w:jc w:val="right"/>
      </w:pPr>
      <w:r>
        <w:t>اپنے کو ٹینشن فری بنانا، اپنے اسٹریس کو ختم کرنا، یہ ان کا سب سے بڑا پرابلم ہے۔ تو ڈی اسٹریسنگ اس زمانے میں ایک بہت بڑی فلرشنگ انڈسٹری ہے۔</w:t>
      </w:r>
    </w:p>
    <w:p>
      <w:r>
        <w:rPr>
          <w:b/>
        </w:rPr>
        <w:t xml:space="preserve">[13:09] </w:t>
      </w:r>
      <w:r>
        <w:t>Ab bare bare log is mein lage hue hain. Achha, kyun hai yeh? Is ka jo reason hai, woh hai ek qism ka contradiction jis mein insaan jeeta hai.</w:t>
      </w:r>
    </w:p>
    <w:p>
      <w:pPr>
        <w:jc w:val="right"/>
      </w:pPr>
      <w:r>
        <w:t>اب بڑے بڑے لوگ اس میں لگے ہوئے ہیں۔ اچھا، کیوں ہے یہ؟ اس کا جو ریزن ہے، وہ ہے ایک قسم کا کنٹراڈکشن جس میں انسان جیتا ہے۔</w:t>
      </w:r>
    </w:p>
    <w:p>
      <w:r>
        <w:rPr>
          <w:b/>
        </w:rPr>
        <w:t xml:space="preserve">[13:24] </w:t>
      </w:r>
      <w:r>
        <w:t>Yani present man is living in contradiction and result is in tension.</w:t>
      </w:r>
    </w:p>
    <w:p>
      <w:pPr>
        <w:jc w:val="right"/>
      </w:pPr>
      <w:r>
        <w:t>یعنی پریزنٹ مین از لیونگ ان کنٹراڈکشن اینڈ رزلٹ از ان ٹینشن۔</w:t>
      </w:r>
    </w:p>
    <w:p>
      <w:r>
        <w:rPr>
          <w:b/>
        </w:rPr>
        <w:t xml:space="preserve">[13:32] </w:t>
      </w:r>
      <w:r>
        <w:t>And the direct result of this contradiction is tension and stress. Aaj ka insaan jeeta hai tazad mein, contradiction mein.</w:t>
      </w:r>
    </w:p>
    <w:p>
      <w:pPr>
        <w:jc w:val="right"/>
      </w:pPr>
      <w:r>
        <w:t>اینڈ دا ڈائریکٹ رزلٹ آف دس کنٹراڈکشن از ٹینشن اینڈ اسٹریس۔ آج کا انسان جیتا ہے تضاد میں، کنٹراڈکشن میں۔</w:t>
      </w:r>
    </w:p>
    <w:p>
      <w:r>
        <w:rPr>
          <w:b/>
        </w:rPr>
        <w:t xml:space="preserve">[13:43] </w:t>
      </w:r>
      <w:r>
        <w:t>Isi ka barah e raast nateeja hai tension aur stress. Woh kaise? Is ko ghor kijiye.</w:t>
      </w:r>
    </w:p>
    <w:p>
      <w:pPr>
        <w:jc w:val="right"/>
      </w:pPr>
      <w:r>
        <w:t>اسی کا براہ راست نتیجہ ہے ٹینشن اور اسٹریس۔ وہ کیسے؟ اس کو غور کیجیے۔</w:t>
      </w:r>
    </w:p>
    <w:p>
      <w:r>
        <w:rPr>
          <w:b/>
        </w:rPr>
        <w:t xml:space="preserve">[13:52] </w:t>
      </w:r>
      <w:r>
        <w:t>Dekhiye, jaisa ke main ne arz kiya, insaan by birth ek nature le kar paida hua hai. Woh nature hai tashakkur, gratitude, acknowledge karna.</w:t>
      </w:r>
    </w:p>
    <w:p>
      <w:pPr>
        <w:jc w:val="right"/>
      </w:pPr>
      <w:r>
        <w:t>دیکھیے، جیسا کہ میں نے عرض کیا، انسان بائی برتھ ایک نیچر لے کر پیدا ہوا ہے۔ وہ نیچر ہے تشکر، گریٹیوڈ، اکنالج کرنا۔</w:t>
      </w:r>
    </w:p>
    <w:p>
      <w:r>
        <w:rPr>
          <w:b/>
        </w:rPr>
        <w:t xml:space="preserve">[14:08] </w:t>
      </w:r>
      <w:r>
        <w:t>Insaan ki nature mein yeh cheez introven hai. Nature mein introven hai ke kisi se kuch mile to us ko acknowledge kare.</w:t>
      </w:r>
    </w:p>
    <w:p>
      <w:pPr>
        <w:jc w:val="right"/>
      </w:pPr>
      <w:r>
        <w:t>انسان کی نیچر میں یہ چیز انٹرپروون ہے۔ نیچر میں انٹرپروون ہے کہ کسی سے کچھ ملے تو اس کو اکنالج کرے۔</w:t>
      </w:r>
    </w:p>
    <w:p>
      <w:r>
        <w:rPr>
          <w:b/>
        </w:rPr>
        <w:t xml:space="preserve">[14:20] </w:t>
      </w:r>
      <w:r>
        <w:t>Kisi se kuch mile to us ka etraf kare.</w:t>
      </w:r>
    </w:p>
    <w:p>
      <w:pPr>
        <w:jc w:val="right"/>
      </w:pPr>
      <w:r>
        <w:t>کسی سے کچھ ملے تو اس کا اعتراف کرے۔</w:t>
      </w:r>
    </w:p>
    <w:p>
      <w:r>
        <w:rPr>
          <w:b/>
        </w:rPr>
        <w:t xml:space="preserve">[14:26] </w:t>
      </w:r>
      <w:r>
        <w:t>To agar aap etraf na karein to kya hoga? Aap contradiction mein jeene lagen ge.</w:t>
      </w:r>
    </w:p>
    <w:p>
      <w:pPr>
        <w:jc w:val="right"/>
      </w:pPr>
      <w:r>
        <w:t>تو اگر آپ اعتراف نہ کریں تو کیا ہوگا؟ آپ کنٹراڈکشن میں جینے لگیں گے۔</w:t>
      </w:r>
    </w:p>
    <w:p>
      <w:r>
        <w:rPr>
          <w:b/>
        </w:rPr>
        <w:t xml:space="preserve">[14:33] </w:t>
      </w:r>
      <w:r>
        <w:t>Yani aap ko kisi se ek bara gift mila, kisi se ek bari blessing mile, kisi se aap ko bohat bara faida mile, lekin aap us ko acknowledge na karein,</w:t>
      </w:r>
    </w:p>
    <w:p>
      <w:pPr>
        <w:jc w:val="right"/>
      </w:pPr>
      <w:r>
        <w:t>یعنی آپ کو کسی سے ایک بڑا گفٹ ملا، کسی سے ایک بڑی بلیسنگ ملے، کسی سے آپ کو بہت بڑا فائدہ ملے، لیکن آپ اس کو اکنالج نہ کریں،</w:t>
      </w:r>
    </w:p>
    <w:p>
      <w:r>
        <w:rPr>
          <w:b/>
        </w:rPr>
        <w:t xml:space="preserve">[14:51] </w:t>
      </w:r>
      <w:r>
        <w:t>is ka eteraaf na karein to kya hoga? aap ke andar aik bohat zabardast qism ki kashmakash shuru ho jayegi.</w:t>
      </w:r>
    </w:p>
    <w:p>
      <w:pPr>
        <w:jc w:val="right"/>
      </w:pPr>
      <w:r>
        <w:t>اس کا اعتراف نہ کریں تو کیا ہوگا؟ آپ کے اندر ایک بہت زبردست قسم کی کشمکش شروع ہو جائے گی۔</w:t>
      </w:r>
    </w:p>
    <w:p>
      <w:r>
        <w:rPr>
          <w:b/>
        </w:rPr>
        <w:t xml:space="preserve">[14:58] </w:t>
      </w:r>
      <w:r>
        <w:t>aap ki nature chahegi acknowledge karna, lekin aap ka jo argument mind hai, woh acknowledge nahi karega. to nature mein aur aap ke argument mind mein aik kashmakash shuru ho jayegi.</w:t>
      </w:r>
    </w:p>
    <w:p>
      <w:pPr>
        <w:jc w:val="right"/>
      </w:pPr>
      <w:r>
        <w:t>آپ کی نیچر چاہے گی اکنالج کرنا، لیکن آپ کا جو آرگنڈ مائنڈ ہے، وہ اکنالج نہیں کرے گا۔ تو نیچر میں اور آپ کے آرگنڈ مائنڈ میں ایک کشمکش شروع ہو جائے گی۔</w:t>
      </w:r>
    </w:p>
    <w:p>
      <w:r>
        <w:rPr>
          <w:b/>
        </w:rPr>
        <w:t xml:space="preserve">[15:14] </w:t>
      </w:r>
      <w:r>
        <w:t>aik complex create hoga. to isi ka naam hai tension. nature kahegi acknowledge karo, lekin aap apni barhai ko baqi rakhne ke liye acknowledge nahi karenge</w:t>
      </w:r>
    </w:p>
    <w:p>
      <w:pPr>
        <w:jc w:val="right"/>
      </w:pPr>
      <w:r>
        <w:t>ایک کمپلیکس کریٹ ہوگا۔ تو اسی کا نام ہے ٹینشن۔ نیچر کہے گی اکنالج کرو، لیکن آپ اپنی بڑائی کو باقی رکھنے کے لیے اکنالج نہیں کریں گے</w:t>
      </w:r>
    </w:p>
    <w:p>
      <w:r>
        <w:rPr>
          <w:b/>
        </w:rPr>
        <w:t xml:space="preserve">[15:28] </w:t>
      </w:r>
      <w:r>
        <w:t>to isi ka naam hai tension. arabic mein aik woh hai ke itta shar man ahsanti lae.</w:t>
      </w:r>
    </w:p>
    <w:p>
      <w:pPr>
        <w:jc w:val="right"/>
      </w:pPr>
      <w:r>
        <w:t>تو اسی کا نام ہے ٹینشن۔ عربک میں ایک وہ ہے کہ اتق شر من احسنتی لے۔</w:t>
      </w:r>
    </w:p>
    <w:p>
      <w:r>
        <w:rPr>
          <w:b/>
        </w:rPr>
        <w:t xml:space="preserve">[15:41] </w:t>
      </w:r>
      <w:r>
        <w:t>itta shar man ahsanti lae. yaani tum ne agar kisi ke sath, aadmi ke sath ehsaan kiya hai, yaani good behaviour kiya hai, us ko kuch bari cheez de di hai to us ke shar se bacho, us ki burai se bacho.</w:t>
      </w:r>
    </w:p>
    <w:p>
      <w:pPr>
        <w:jc w:val="right"/>
      </w:pPr>
      <w:r>
        <w:t>اتق شر من احسنتی لے۔ یعنی تم نے اگر کسی کے ساتھ، آدمی کے ساتھ احسان کیا ہے، یعنی گڈ بیہیویئر کیا ہے، اس کو کچھ بڑی چیز دے دی ہے تو اس کے شر سے بچو، اس کی برائی سے بچو۔</w:t>
      </w:r>
    </w:p>
    <w:p>
      <w:r>
        <w:rPr>
          <w:b/>
        </w:rPr>
        <w:t xml:space="preserve">[15:58] </w:t>
      </w:r>
      <w:r>
        <w:t>kyun?</w:t>
      </w:r>
    </w:p>
    <w:p>
      <w:pPr>
        <w:jc w:val="right"/>
      </w:pPr>
      <w:r>
        <w:t>کیوں؟</w:t>
      </w:r>
    </w:p>
    <w:p>
      <w:r>
        <w:rPr>
          <w:b/>
        </w:rPr>
        <w:t xml:space="preserve">[15:59] </w:t>
      </w:r>
      <w:r>
        <w:t>hota yahi hai ke aadmi agar aap ke dene ko acknowledge kar le to phir woh shar nahi phailayega.</w:t>
      </w:r>
    </w:p>
    <w:p>
      <w:pPr>
        <w:jc w:val="right"/>
      </w:pPr>
      <w:r>
        <w:t>ہوتا یہی ہے کہ آدمی اگر آپ کے دینے کو اکنالج کر لے تو پھر وہ شر نہیں پھیلائے گا۔</w:t>
      </w:r>
    </w:p>
    <w:p>
      <w:r>
        <w:rPr>
          <w:b/>
        </w:rPr>
        <w:t xml:space="preserve">[16:10] </w:t>
      </w:r>
      <w:r>
        <w:t>kyunki us ki nature address ho gayi. jab acknowledge kar liya us ne to us ki nature address ho gayi, woh tension free ho gaya.</w:t>
      </w:r>
    </w:p>
    <w:p>
      <w:pPr>
        <w:jc w:val="right"/>
      </w:pPr>
      <w:r>
        <w:t>کیونکہ اس کی نیچر ایڈریس ہو گئی۔ جب اکنالج کر لیا اس نے تو اس کی نیچر ایڈریس ہو گئی، وہ ٹینشن فری ہو گیا۔</w:t>
      </w:r>
    </w:p>
    <w:p>
      <w:r>
        <w:rPr>
          <w:b/>
        </w:rPr>
        <w:t xml:space="preserve">[16:20] </w:t>
      </w:r>
      <w:r>
        <w:t>lekin jab woh acknowledge na kare ke aap ne diya hai, aap se mila hai, aap ki den hai to is maani ke us ki nature address nahi ho rahi hai.</w:t>
      </w:r>
    </w:p>
    <w:p>
      <w:pPr>
        <w:jc w:val="right"/>
      </w:pPr>
      <w:r>
        <w:t>لیکن جب وہ اکنالج نہ کرے کہ آپ نے دیا ہے، آپ سے ملا ہے، آپ کی دین ہے تو اس معنی کہ اس کی نیچر ایڈریس نہیں ہو رہی ہے۔</w:t>
      </w:r>
    </w:p>
    <w:p>
      <w:r>
        <w:rPr>
          <w:b/>
        </w:rPr>
        <w:t xml:space="preserve">[16:34] </w:t>
      </w:r>
      <w:r>
        <w:t>to ab woh kya karega? ulta aap ko bura batane lagega. taake taake yeh apne ko dhoka de. yaani false conviction mein jeene ke liye yeh aadmi is qabil hai nahi ke use kuch mile kisi ko.</w:t>
      </w:r>
    </w:p>
    <w:p>
      <w:pPr>
        <w:jc w:val="right"/>
      </w:pPr>
      <w:r>
        <w:t>تو اب وہ کیا کرے گا؟ الٹا آپ کو برا بتانے لگے گا۔ تاکہ تاکہ یہ اپنے کو دھوکہ دے۔ یعنی فالس کنوکشن میں جینے کے لیے یہ آدمی اس قابل ہے نہیں کہ اسے کچھ ملے کسی کو۔</w:t>
      </w:r>
    </w:p>
    <w:p>
      <w:r>
        <w:rPr>
          <w:b/>
        </w:rPr>
        <w:t xml:space="preserve">[16:48] </w:t>
      </w:r>
      <w:r>
        <w:t>yeh to bohat kharab aadmi hai.</w:t>
      </w:r>
    </w:p>
    <w:p>
      <w:pPr>
        <w:jc w:val="right"/>
      </w:pPr>
      <w:r>
        <w:t>یہ تو بہت خراب آدمی ہے۔</w:t>
      </w:r>
    </w:p>
    <w:p>
      <w:r>
        <w:rPr>
          <w:b/>
        </w:rPr>
        <w:t xml:space="preserve">[16:51] </w:t>
      </w:r>
      <w:r>
        <w:t>to apne ehsaan ko jo aadmi bura bhala kehta hai, apne ehsaan ke khilaf jo ulta propaganda karta hai, to us ka raaz yahi hai.</w:t>
      </w:r>
    </w:p>
    <w:p>
      <w:pPr>
        <w:jc w:val="right"/>
      </w:pPr>
      <w:r>
        <w:t>تو اپنے محسن کو جو آدمی برا بھلا کہتا ہے، اپنے محسن کے خلاف جو الٹا پروپیگنڈا کرتا ہے، تو اس کا راز یہی ہے۔</w:t>
      </w:r>
    </w:p>
    <w:p>
      <w:r>
        <w:rPr>
          <w:b/>
        </w:rPr>
        <w:t xml:space="preserve">[17:02] </w:t>
      </w:r>
      <w:r>
        <w:t>woh yeh show karna chahta hai ke yeh aadmi to kisi qabil nahi hai, worthless hai. yeh lekin apne nature ko to mita nahi sakta.</w:t>
      </w:r>
    </w:p>
    <w:p>
      <w:pPr>
        <w:jc w:val="right"/>
      </w:pPr>
      <w:r>
        <w:t>وہ یہ شو کرنا چاہتا ہے کہ یہ آدمی تو کسی قابل نہیں ہے، ورتھ لیس ہے۔ یہ لیکن اپنے نیچر کو تو مٹا نہیں سکتا۔</w:t>
      </w:r>
    </w:p>
    <w:p>
      <w:r>
        <w:rPr>
          <w:b/>
        </w:rPr>
        <w:t xml:space="preserve">[17:10] </w:t>
      </w:r>
      <w:r>
        <w:t>woh nature phir bhi alive rehta hai. to zahir mein to woh us ke khilaf propaganda karega,</w:t>
      </w:r>
    </w:p>
    <w:p>
      <w:pPr>
        <w:jc w:val="right"/>
      </w:pPr>
      <w:r>
        <w:t>وہ نیچر پھر بھی الائیو رہتا ہے۔ تو ظاہر میں تو وہ اس کے خلاف پروپیگنڈا کرے گا،</w:t>
      </w:r>
    </w:p>
    <w:p>
      <w:r>
        <w:rPr>
          <w:b/>
        </w:rPr>
        <w:t xml:space="preserve">[17:20] </w:t>
      </w:r>
      <w:r>
        <w:t>andar us ka nature alive rahega. to yahan par kya hoga? contradiction mein jeene lagega woh. kyunki woh apne nature ko address nahi kar raha hai.</w:t>
      </w:r>
    </w:p>
    <w:p>
      <w:pPr>
        <w:jc w:val="right"/>
      </w:pPr>
      <w:r>
        <w:t>اندر اس کا نیچر الائیو رہے گا۔ تو یہاں پر کیا ہوگا؟ کنٹراڈکشن میں جینے لگے گا وہ۔ کیونکہ وہ اپنے نیچر کو ایڈریس نہیں کر رہا ہے۔</w:t>
      </w:r>
    </w:p>
    <w:p>
      <w:r>
        <w:rPr>
          <w:b/>
        </w:rPr>
        <w:t xml:space="preserve">[17:34] </w:t>
      </w:r>
      <w:r>
        <w:t>yahi maamla is ka hai ke insaan jo hai, jo itna aalami satah par, universal level par, international problem hai aaj ka tension.</w:t>
      </w:r>
    </w:p>
    <w:p>
      <w:pPr>
        <w:jc w:val="right"/>
      </w:pPr>
      <w:r>
        <w:t>یہی معاملہ اس کا ہے کہ انسان جو ہے، جو اتنا عالمی سطح پر، یونیورسل لیول پر، انٹرنیشنل پرابلم ہے آج کا ٹینشن۔</w:t>
      </w:r>
    </w:p>
    <w:p>
      <w:r>
        <w:rPr>
          <w:b/>
        </w:rPr>
        <w:t xml:space="preserve">[17:50] </w:t>
      </w:r>
      <w:r>
        <w:t>kal parson TV mein aik program tha, aik aik prime minister ka, aik sahib jo prime minister hain, aik desh ke sab se barhe hakim hain.</w:t>
      </w:r>
    </w:p>
    <w:p>
      <w:pPr>
        <w:jc w:val="right"/>
      </w:pPr>
      <w:r>
        <w:t>کل پرسوں ٹی وی میں ایک پروگرام تھا، ایک ایک پرائم منسٹر کا، ایک صاحب جو پرائم منسٹر ہیں، ایک دیش کے سب سے بڑے حاکم ہیں۔</w:t>
      </w:r>
    </w:p>
    <w:p>
      <w:r>
        <w:rPr>
          <w:b/>
        </w:rPr>
        <w:t xml:space="preserve">[18:02] </w:t>
      </w:r>
      <w:r>
        <w:t>to un ka interview tha. interview mein unhon ne poocha ke prime minister sahib, kya kal ki raat aap achi tarah soye?</w:t>
      </w:r>
    </w:p>
    <w:p>
      <w:pPr>
        <w:jc w:val="right"/>
      </w:pPr>
      <w:r>
        <w:t>تو ان کا انٹرویو تھا۔ انٹرویو میں انہوں نے پوچھا کہ پرائم منسٹر صاحب، کیا کل کی رات آپ اچھی طرح سوئے؟</w:t>
      </w:r>
    </w:p>
    <w:p>
      <w:r>
        <w:rPr>
          <w:b/>
        </w:rPr>
        <w:t xml:space="preserve">[18:14] </w:t>
      </w:r>
      <w:r>
        <w:t>to unhon ne kaha ke honestly, no</w:t>
      </w:r>
    </w:p>
    <w:p>
      <w:pPr>
        <w:jc w:val="right"/>
      </w:pPr>
      <w:r>
        <w:t>تو انہوں نے کہا کہ ہونسٹلی، نو</w:t>
      </w:r>
    </w:p>
    <w:p>
      <w:r>
        <w:rPr>
          <w:b/>
        </w:rPr>
        <w:t xml:space="preserve">[18:18] </w:t>
      </w:r>
      <w:r>
        <w:t>. honestly speaking, i i can say no. honestly speaking, i can say no.</w:t>
      </w:r>
    </w:p>
    <w:p>
      <w:pPr>
        <w:jc w:val="right"/>
      </w:pPr>
      <w:r>
        <w:t>۔ ہونسٹلی سپیکنگ، آئی آئی کین سے نو۔ ہونسٹلی سپیکنگ، آئی کین سے نو۔</w:t>
      </w:r>
    </w:p>
    <w:p>
      <w:r>
        <w:rPr>
          <w:b/>
        </w:rPr>
        <w:t xml:space="preserve">[18:29] </w:t>
      </w:r>
      <w:r>
        <w:t>yeh sara har aik ka maamla hai, kisi aik ka maamla nahi hai. jo barhe barhe film star hain, jo barhe barhe celebrities hain, jo barhe barhe politicians hain,</w:t>
      </w:r>
    </w:p>
    <w:p>
      <w:pPr>
        <w:jc w:val="right"/>
      </w:pPr>
      <w:r>
        <w:t>یہ سارا ہر ایک کا معاملہ ہے، کسی ایک کا معاملہ نہیں ہے۔ جو بڑے بڑے فلم اسٹار ہیں، جو بڑے بڑے سیلیبریٹیز ہیں، جو بڑے بڑے پولیٹیشنز ہیں،</w:t>
      </w:r>
    </w:p>
    <w:p>
      <w:r>
        <w:rPr>
          <w:b/>
        </w:rPr>
        <w:t xml:space="preserve">[18:43] </w:t>
      </w:r>
      <w:r>
        <w:t>un sab ko andar se aik problem ghere hue hai, woh tension ka problem. woh woh kya karte hain?</w:t>
      </w:r>
    </w:p>
    <w:p>
      <w:pPr>
        <w:jc w:val="right"/>
      </w:pPr>
      <w:r>
        <w:t>ان سب کو اندر سے ایک پرابلم گھیرے ہوئے ہے، وہ ٹینشن کا پرابلم۔ وہ وہ کیا کرتے ہیں؟</w:t>
      </w:r>
    </w:p>
    <w:p>
      <w:r>
        <w:rPr>
          <w:b/>
        </w:rPr>
        <w:t xml:space="preserve">[18:53] </w:t>
      </w:r>
      <w:r>
        <w:t>pills kha kar sote hain, un ko neend nahi aati, un ko digest problem rehta hai, un ko blood pressure ho jata hai.</w:t>
      </w:r>
    </w:p>
    <w:p>
      <w:pPr>
        <w:jc w:val="right"/>
      </w:pPr>
      <w:r>
        <w:t>پلز کھا کر سوتے ہیں، ان کو نیند نہیں آتی، ان کو ڈائجسٹو پرابلم رہتا ہے، ان کو بلڈ پریشر ہو جاتا ہے۔</w:t>
      </w:r>
    </w:p>
    <w:p>
      <w:r>
        <w:rPr>
          <w:b/>
        </w:rPr>
        <w:t xml:space="preserve">[19:05] </w:t>
      </w:r>
      <w:r>
        <w:t>tarah tarah ke masle se woh gharay rehte hain kyunki woh tension mein jeete hain.</w:t>
      </w:r>
    </w:p>
    <w:p>
      <w:pPr>
        <w:jc w:val="right"/>
      </w:pPr>
      <w:r>
        <w:t>طرح طرح کے مسئلے سے وہ گھرے رہتے ہیں کیونکہ وہ ٹینشن میں جیتے ہیں۔</w:t>
      </w:r>
    </w:p>
    <w:p>
      <w:r>
        <w:rPr>
          <w:b/>
        </w:rPr>
        <w:t xml:space="preserve">[19:11] </w:t>
      </w:r>
      <w:r>
        <w:t>yeh aalami phenomena hai, universal phenomena hai. aur yeh phenomena kyun hai? mein ne is par ghor kiya to mujhe samajh mein aaya ke yeh hai internal contradiction ka phenomena.</w:t>
      </w:r>
    </w:p>
    <w:p>
      <w:pPr>
        <w:jc w:val="right"/>
      </w:pPr>
      <w:r>
        <w:t>یہ عالمی فیناومینا ہے، یونیورسل فیناومینا ہے۔ اور یہ فیناومینا کیوں ہے؟ میں نے اس پر غور کیا تو مجھے سمجھ میں آیا کہ یہ ہے انٹرنل کنٹراڈکشن کا فیناومینا۔</w:t>
      </w:r>
    </w:p>
    <w:p>
      <w:r>
        <w:rPr>
          <w:b/>
        </w:rPr>
        <w:t xml:space="preserve">[19:26] </w:t>
      </w:r>
      <w:r>
        <w:t>kyunke insaan jo hai, khuda ko acknowledge nahi kar raha hai, woh sirf kar raha hai kis ko?</w:t>
      </w:r>
    </w:p>
    <w:p>
      <w:pPr>
        <w:jc w:val="right"/>
      </w:pPr>
      <w:r>
        <w:t>کیونکہ انسان جو ہے، خدا کو اکنالج نہیں کر رہا ہے، وہ صرف کر رہا ہے کس کو؟</w:t>
      </w:r>
    </w:p>
    <w:p>
      <w:r>
        <w:rPr>
          <w:b/>
        </w:rPr>
        <w:t xml:space="preserve">[19:36] </w:t>
      </w:r>
      <w:r>
        <w:t>us ko, yaani</w:t>
      </w:r>
    </w:p>
    <w:p>
      <w:pPr>
        <w:jc w:val="right"/>
      </w:pPr>
      <w:r>
        <w:t>اس کو، یعنی</w:t>
      </w:r>
    </w:p>
    <w:p>
      <w:r>
        <w:rPr>
          <w:b/>
        </w:rPr>
        <w:t xml:space="preserve">[19:40] </w:t>
      </w:r>
      <w:r>
        <w:t>makhlooq ko, creature ko. abhi maine ek article padha ek ek angrezi akhbar mein. is mein unhon ne kaha tha ke khush rehne ka formula kya hai?</w:t>
      </w:r>
    </w:p>
    <w:p>
      <w:pPr>
        <w:jc w:val="right"/>
      </w:pPr>
      <w:r>
        <w:t>مخلوق کو، کریچر کو۔ ابھی میں نے ایک آرٹیکل پڑھا ایک ایک انگریزی اخبار میں۔ اس میں انہوں نے کہا تھا کہ خوش رہنے کا فارمولا کیا ہے؟</w:t>
      </w:r>
    </w:p>
    <w:p>
      <w:r>
        <w:rPr>
          <w:b/>
        </w:rPr>
        <w:t xml:space="preserve">[19:54] </w:t>
      </w:r>
      <w:r>
        <w:t>khush rehne ka formula toh unhon ne bataya ke tum har cheez ko gratitude pesh karo.</w:t>
      </w:r>
    </w:p>
    <w:p>
      <w:pPr>
        <w:jc w:val="right"/>
      </w:pPr>
      <w:r>
        <w:t>خوش رہنے کا فارمولا تو انہوں نے بتایا کہ تم ہر چیز کو گریٹیوڈ پیش کرو۔</w:t>
      </w:r>
    </w:p>
    <w:p>
      <w:r>
        <w:rPr>
          <w:b/>
        </w:rPr>
        <w:t xml:space="preserve">[20:03] </w:t>
      </w:r>
      <w:r>
        <w:t>tumhare paas khoobsurat bachcha paida hua hai toh is bachche ko khoob gratitude pesh karo. tumhare paas ek computer hai toh us ko gratitude pesh karo.</w:t>
      </w:r>
    </w:p>
    <w:p>
      <w:pPr>
        <w:jc w:val="right"/>
      </w:pPr>
      <w:r>
        <w:t>تمہارے پاس خوبصورت بچہ پیدا ہوا ہے تو اس بچے کو خوب گریٹیوڈ پیش کرو۔ تمہارے پاس ایک کمپیوٹر ہے تو اس کو گریٹیوڈ پیش کرو۔</w:t>
      </w:r>
    </w:p>
    <w:p>
      <w:r>
        <w:rPr>
          <w:b/>
        </w:rPr>
        <w:t xml:space="preserve">[20:14] </w:t>
      </w:r>
      <w:r>
        <w:t>apni car, apna makaan, apna khana peena, har cheez ko shukriya pesh karo. maine kaha kaisa ajeeb hai yeh formula.</w:t>
      </w:r>
    </w:p>
    <w:p>
      <w:pPr>
        <w:jc w:val="right"/>
      </w:pPr>
      <w:r>
        <w:t>اپنی کار، اپنا مکان، اپنا کھانا پینا، ہر چیز کو شکریہ پیش کرو۔ میں نے کہا کیسا عجیب ہے یہ فارمولا۔</w:t>
      </w:r>
    </w:p>
    <w:p>
      <w:r>
        <w:rPr>
          <w:b/>
        </w:rPr>
        <w:t xml:space="preserve">[20:27] </w:t>
      </w:r>
      <w:r>
        <w:t>yaani is saari cheez ko aap shukriya pesh kar rahe hain, acknowledge kar rahe hain, lekin jise diya hai us ka kahin naam nahi. jo giver hai, yaani nemat par shukriya, ammonium ka zikr hi nahi.</w:t>
      </w:r>
    </w:p>
    <w:p>
      <w:pPr>
        <w:jc w:val="right"/>
      </w:pPr>
      <w:r>
        <w:t>یعنی اس ساری چیز کو آپ شکریہ پیش کر رہے ہیں، اکنالج کر رہے ہیں، لیکن جسے دیا ہے اس کا کہیں نام نہیں۔ جو گیور ہے، یعنی نعمت پر شکریہ، امونیم کا ذکر ہی نہیں۔</w:t>
      </w:r>
    </w:p>
    <w:p>
      <w:r>
        <w:rPr>
          <w:b/>
        </w:rPr>
        <w:t xml:space="preserve">[20:42] </w:t>
      </w:r>
      <w:r>
        <w:t>yaani blessing par aap keh rahe hain ke is par gratitude pesh karo. yaani giver of blessing jo hai, jis ne blessing ko diya hai, us ka naam hi nahi.</w:t>
      </w:r>
    </w:p>
    <w:p>
      <w:pPr>
        <w:jc w:val="right"/>
      </w:pPr>
      <w:r>
        <w:t>یعنی بلیسنگ پر آپ کہہ رہے ہیں کہ اس پر گریٹیوڈ پیش کرو۔ یعنی گیور آف بلیسنگ جو ہے، جس نے بلیسنگ کو دیا ہے، اس کا نام ہی نہیں۔</w:t>
      </w:r>
    </w:p>
    <w:p>
      <w:r>
        <w:rPr>
          <w:b/>
        </w:rPr>
        <w:t xml:space="preserve">[20:54] </w:t>
      </w:r>
      <w:r>
        <w:t>toh yeh cheezein apne aap toh nahi ban gayeen.</w:t>
      </w:r>
    </w:p>
    <w:p>
      <w:pPr>
        <w:jc w:val="right"/>
      </w:pPr>
      <w:r>
        <w:t>تو یہ چیزیں اپنے آپ تو نہیں بن گئیں۔</w:t>
      </w:r>
    </w:p>
    <w:p>
      <w:r>
        <w:rPr>
          <w:b/>
        </w:rPr>
        <w:t xml:space="preserve">[20:59] </w:t>
      </w:r>
      <w:r>
        <w:t>aap ke paas ek khoobsurat bachcha hai toh woh apne aap nahi ban gaya, woh us ko bhi khuda ne banaya hai, khaliq ne banaya hai. aap ke paas ek computer hai toh woh bhi aap ne sach poochhein toh invent nahi kiya hai.</w:t>
      </w:r>
    </w:p>
    <w:p>
      <w:pPr>
        <w:jc w:val="right"/>
      </w:pPr>
      <w:r>
        <w:t>آپ کے پاس ایک خوبصورت بچہ ہے تو وہ اپنے آپ نہیں بن گیا، وہ اس کو بھی خدا نے بنایا ہے، خالق نے بنایا ہے۔ آپ کے پاس ایک کمپیوٹر ہے تو وہ بھی آپ نے سچ پوچھیں تو انوینٹ نہیں کیا ہے۔</w:t>
      </w:r>
    </w:p>
    <w:p>
      <w:r>
        <w:rPr>
          <w:b/>
        </w:rPr>
        <w:t xml:space="preserve">[21:12] </w:t>
      </w:r>
      <w:r>
        <w:t>nature mein jo opportunities theen, us ko discover kar ke aap ne banaya toh toh computer ban gaya, mobile ban gaya, car ban gayi, hawai jahaz ban gaya.</w:t>
      </w:r>
    </w:p>
    <w:p>
      <w:pPr>
        <w:jc w:val="right"/>
      </w:pPr>
      <w:r>
        <w:t>نیچر میں جو اپرچونیٹیز تھیں، اس کو ڈسکور کر کے آپ نے بنایا تو تو کمپیوٹر بن گیا، موبائل بن گیا، کار بن گئی، ہوائی جہاز بن گیا۔</w:t>
      </w:r>
    </w:p>
    <w:p>
      <w:r>
        <w:rPr>
          <w:b/>
        </w:rPr>
        <w:t xml:space="preserve">[21:25] </w:t>
      </w:r>
      <w:r>
        <w:t>toh woh sab ki sab dekhiye, jo bhi cheezein hain, kuch cheezein hain direct taur par khaliq ki dein hain, jaise pani, hawa, roshni.</w:t>
      </w:r>
    </w:p>
    <w:p>
      <w:pPr>
        <w:jc w:val="right"/>
      </w:pPr>
      <w:r>
        <w:t>تو وہ سب کی سب دیکھیے، جو بھی چیزیں ہیں، کچھ چیزیں ہیں ڈائریکٹ طور پر خالق کی دین ہیں، جیسے پانی، ہوا، روشنی۔</w:t>
      </w:r>
    </w:p>
    <w:p>
      <w:r>
        <w:rPr>
          <w:b/>
        </w:rPr>
        <w:t xml:space="preserve">[21:38] </w:t>
      </w:r>
      <w:r>
        <w:t>kuch cheezein woh hain jo indirect taur par khuda ki dein hain, jaise car, hawai jahaz, computer. ke wohi ka wohi direct taur par mil rahi hai aap ko ek cheez, woh direct hui.</w:t>
      </w:r>
    </w:p>
    <w:p>
      <w:pPr>
        <w:jc w:val="right"/>
      </w:pPr>
      <w:r>
        <w:t>کچھ چیزیں وہ ہیں جو ان ڈائریکٹ طور پر خدا کی دین ہیں، جیسے کار، ہوائی جہاز، کمپیوٹر۔ کہ وہی کا وہی ڈائریکٹ طور پر مل رہی ہے آپ کو ایک چیز، وہ ڈائریکٹ ہوئی۔</w:t>
      </w:r>
    </w:p>
    <w:p>
      <w:r>
        <w:rPr>
          <w:b/>
        </w:rPr>
        <w:t xml:space="preserve">[21:51] </w:t>
      </w:r>
      <w:r>
        <w:t>ek yeh ke khaliq ne jo is duniya mein jo cheezein rakhi theen, un cheezon ko aap ne discover kiya, discover kar ke un ko dhala aap ne.</w:t>
      </w:r>
    </w:p>
    <w:p>
      <w:pPr>
        <w:jc w:val="right"/>
      </w:pPr>
      <w:r>
        <w:t>ایک یہ کہ خالق نے جو اس دنیا میں جو چیزیں رکھی تھیں، ان چیزوں کو آپ نے ڈسکور کیا، ڈسکور کر کے ان کو ڈھالا آپ نے۔</w:t>
      </w:r>
    </w:p>
    <w:p>
      <w:r>
        <w:rPr>
          <w:b/>
        </w:rPr>
        <w:t xml:space="preserve">[22:03] </w:t>
      </w:r>
      <w:r>
        <w:t>jaise aur rakha tha khuda ne, us ko aap ne steel banaya, phir us se aap ne machine banayi. petrol rakha tha zameen mein, us ko aap ne discover kiya, phir us ko aap ne fuel mein tabdeel kiya, phir aap ne us se machinein chalayeen aur hawai jahaz chalaye.</w:t>
      </w:r>
    </w:p>
    <w:p>
      <w:pPr>
        <w:jc w:val="right"/>
      </w:pPr>
      <w:r>
        <w:t>جیسے اور رکھا تھا خدا نے، اس کو آپ نے اسٹیل بنایا، پھر اس سے آپ نے مشین بنائی۔ پیٹرول رکھا تھا زمین میں، اس کو آپ نے ڈسکور کیا، پھر اس کو آپ نے فیول میں تبدیل کیا، پھر آپ نے اس سے مشینیں چلائیں اور ہوائی جہاز چلائے۔</w:t>
      </w:r>
    </w:p>
    <w:p>
      <w:r>
        <w:rPr>
          <w:b/>
        </w:rPr>
        <w:t xml:space="preserve">[22:21] </w:t>
      </w:r>
      <w:r>
        <w:t>toh saari cheezein ya toh direct blessing hain creator ka ya indirect blessing hain creator ka.</w:t>
      </w:r>
    </w:p>
    <w:p>
      <w:pPr>
        <w:jc w:val="right"/>
      </w:pPr>
      <w:r>
        <w:t>تو ساری چیزیں یا تو ڈائریکٹ بلیسنگ ہیں کریٹر کا یا ان ڈائریکٹ بلیسنگ ہیں کریٹر کا۔</w:t>
      </w:r>
    </w:p>
    <w:p>
      <w:r>
        <w:rPr>
          <w:b/>
        </w:rPr>
        <w:t xml:space="preserve">[22:32] </w:t>
      </w:r>
      <w:r>
        <w:t>toh yeh jo nazariya hai ke har cheez ko gratitude pesh karo jo tumhare paas hai, wah car, wah kaisi achhi car hai mere paas, kaisa computer achha hai mere paas, kaisa khoobsurat beta hai mera, kaisa achha mera makaan hai.</w:t>
      </w:r>
    </w:p>
    <w:p>
      <w:pPr>
        <w:jc w:val="right"/>
      </w:pPr>
      <w:r>
        <w:t>تو یہ جو نظریہ ہے کہ ہر چیز کو گریٹیوڈ پیش کرو جو تمہارے پاس ہے، واہ کار، واہ کیسی اچھی کار ہے میرے پاس، کیسا کمپیوٹر اچھا ہے میرے پاس، کیسا خوبصورت بیٹا ہے میرا، کیسا اچھا میرا مکان ہے۔</w:t>
      </w:r>
    </w:p>
    <w:p>
      <w:r>
        <w:rPr>
          <w:b/>
        </w:rPr>
        <w:t xml:space="preserve">[22:48] </w:t>
      </w:r>
      <w:r>
        <w:t>toh is maani kya hue ke aap ne nemat ko acknowledge kiya aur minim ko acknowledge nahi kiya. yaani aap ne blessing ko acknowledge kiya lekin giver ko acknowledge nahi kiya.</w:t>
      </w:r>
    </w:p>
    <w:p>
      <w:pPr>
        <w:jc w:val="right"/>
      </w:pPr>
      <w:r>
        <w:t>تو اس معنی کیا ہوئے کہ آپ نے نعمت کو اکنالج کیا اور منیم کو اکنالج نہیں کیا۔ یعنی آپ نے بلیسنگ کو اکنالج کیا لیکن گیور کو اکنالج نہیں کیا۔</w:t>
      </w:r>
    </w:p>
    <w:p>
      <w:r>
        <w:rPr>
          <w:b/>
        </w:rPr>
        <w:t xml:space="preserve">[23:03] </w:t>
      </w:r>
      <w:r>
        <w:t>aap ne creature ko acknowledge kiya, creator ko acknowledge nahi kiya aap ne. yeh hai aap ke nature ke against mein.</w:t>
      </w:r>
    </w:p>
    <w:p>
      <w:pPr>
        <w:jc w:val="right"/>
      </w:pPr>
      <w:r>
        <w:t>آپ نے کریچر کو اکنالج کیا، کریٹر کو اکنالج نہیں کیا آپ نے۔ یہ ہے آپ کے نیچر کے اگینسٹ میں۔</w:t>
      </w:r>
    </w:p>
    <w:p>
      <w:r>
        <w:rPr>
          <w:b/>
        </w:rPr>
        <w:t xml:space="preserve">[23:14] </w:t>
      </w:r>
      <w:r>
        <w:t>toh aisa acknowledge jo hai, woh aap ki nature ko address nahi karta. aisa acknowledge, aisa acknowledgement jo hai, woh aap ki nature ko address nahi karta.</w:t>
      </w:r>
    </w:p>
    <w:p>
      <w:pPr>
        <w:jc w:val="right"/>
      </w:pPr>
      <w:r>
        <w:t>تو ایسا اکنالج جو ہے، وہ آپ کی نیچر کو ایڈریس نہیں کرتا۔ ایسا اکنالج، ایسا اکنالجمنٹ جو ہے، وہ آپ کی نیچر کو ایڈریس نہیں کرتا۔</w:t>
      </w:r>
    </w:p>
    <w:p>
      <w:r>
        <w:rPr>
          <w:b/>
        </w:rPr>
        <w:t xml:space="preserve">[23:26] </w:t>
      </w:r>
      <w:r>
        <w:t>yeh toh aise hi hai jaise ke yeh glass hai, ab is mein agar pani daala ja raha hai ulti taraf toh pani glass mein nahi jayega, glass bharega nahi, kabhi bhi nahi bharega.</w:t>
      </w:r>
    </w:p>
    <w:p>
      <w:pPr>
        <w:jc w:val="right"/>
      </w:pPr>
      <w:r>
        <w:t>یہ تو ایسے ہی ہے جیسے کہ یہ گلاس ہے، اب اس میں اگر پانی ڈالا جا رہا ہے الٹی طرف تو پانی گلاس میں نہیں جائے گا، گلاس بھرے گا نہیں، کبھی بھی نہیں بھرے گا۔</w:t>
      </w:r>
    </w:p>
    <w:p>
      <w:r>
        <w:rPr>
          <w:b/>
        </w:rPr>
        <w:t xml:space="preserve">[23:39] </w:t>
      </w:r>
      <w:r>
        <w:t>woh toh yun karna padega, tab is mein pani jayega, tab hi bharega.</w:t>
      </w:r>
    </w:p>
    <w:p>
      <w:pPr>
        <w:jc w:val="right"/>
      </w:pPr>
      <w:r>
        <w:t>وہ تو یوں کرنا پڑے گا، تب اس میں پانی جائے گا، تب ہی بھرے گا۔</w:t>
      </w:r>
    </w:p>
    <w:p>
      <w:r>
        <w:rPr>
          <w:b/>
        </w:rPr>
        <w:t xml:space="preserve">[23:45] </w:t>
      </w:r>
      <w:r>
        <w:t>yeh maamla nature ka hai. is zamane mein jo culture insaan ne ikhtiyar kiya hai ke cheezon par khush hona, cheezon ko gratitude pesh karna, cheezon par tashakkur karna,</w:t>
      </w:r>
    </w:p>
    <w:p>
      <w:pPr>
        <w:jc w:val="right"/>
      </w:pPr>
      <w:r>
        <w:t>یہ معاملہ نیچر کا ہے۔ اس زمانے میں جو کلچر انسان نے اختیار کیا ہے کہ چیزوں پر خوش ہونا، چیزوں کو گریٹیوڈ پیش کرنا، چیزوں پر تشکر کرنا،</w:t>
      </w:r>
    </w:p>
    <w:p>
      <w:r>
        <w:rPr>
          <w:b/>
        </w:rPr>
        <w:t xml:space="preserve">[24:01] </w:t>
      </w:r>
      <w:r>
        <w:t>is se is ka nature address nahi ho raha hai. jab address nahi ho raha hai toh complex create hota hai. isi complex ko hum kehte hain tension aur aur stress.</w:t>
      </w:r>
    </w:p>
    <w:p>
      <w:pPr>
        <w:jc w:val="right"/>
      </w:pPr>
      <w:r>
        <w:t>اس سے اس کا نیچر ایڈریس نہیں ہو رہا ہے۔ جب ایڈریس نہیں ہو رہا ہے تو کمپلیکس کریٹ ہوتا ہے۔ اسی کمپلیکس کو ہم کہتے ہیں ٹینشن اور اور اسٹریس۔</w:t>
      </w:r>
    </w:p>
    <w:p>
      <w:r>
        <w:rPr>
          <w:b/>
        </w:rPr>
        <w:t xml:space="preserve">[24:17] </w:t>
      </w:r>
      <w:r>
        <w:t>toh yeh hai maamla. yahan main ek baat aur add karunga ke pehle zamane mein jo log shirk karte the aur aaj ka jo shirk hai, is mein phir bhi ek farq hai.</w:t>
      </w:r>
    </w:p>
    <w:p>
      <w:pPr>
        <w:jc w:val="right"/>
      </w:pPr>
      <w:r>
        <w:t>تو یہ ہے معاملہ۔ یہاں میں ایک بات اور ایڈ کروں گا کہ پہلے زمانے میں جو لوگ شرک کرتے تھے اور آج کا جو شرک ہے، اس میں پھر بھی ایک فرق ہے۔</w:t>
      </w:r>
    </w:p>
    <w:p>
      <w:r>
        <w:rPr>
          <w:b/>
        </w:rPr>
        <w:t xml:space="preserve">[24:30] </w:t>
      </w:r>
      <w:r>
        <w:t>pehlay zamanay kay shirk mein kuch positive aspect thay, aaj to positive aspect bhi khatam ho gaya hai. Mislan dekhiye, pehlay zamanay ka jo insan tha, woh nature ko, nature kay agay jhukta tha,</w:t>
      </w:r>
    </w:p>
    <w:p>
      <w:pPr>
        <w:jc w:val="right"/>
      </w:pPr>
      <w:r>
        <w:t>پہلے زمانے کے شرک میں کچھ پازیٹیو ایسپیکٹ تھے، آج تو پازیٹیو ایسپیکٹ بھی ختم ہو گیا ہے۔ مثلاً دیکھیے، پہلے زمانے کا جو انسان تھا، وہ نیچر کو، نیچر کے آگے جھکتا تھا،</w:t>
      </w:r>
    </w:p>
    <w:p>
      <w:r>
        <w:rPr>
          <w:b/>
        </w:rPr>
        <w:t xml:space="preserve">[24:47] </w:t>
      </w:r>
      <w:r>
        <w:t>nature ki worship karta tha. Is say us kay andar yeh quality paida hui, modesty ki quality, jhuknay ki quality.</w:t>
      </w:r>
    </w:p>
    <w:p>
      <w:pPr>
        <w:jc w:val="right"/>
      </w:pPr>
      <w:r>
        <w:t>نیچر کی ورشپ کرتا تھا۔ اس سے اس کے اندر یہ کوالٹی پیدا ہوئی، ماڈیسٹی کی کوالٹی، جھکنے کی کوالٹی۔</w:t>
      </w:r>
    </w:p>
    <w:p>
      <w:r>
        <w:rPr>
          <w:b/>
        </w:rPr>
        <w:t xml:space="preserve">[24:57] </w:t>
      </w:r>
      <w:r>
        <w:t>kisi kay samnay jhukna. Jaisay mein nay aik aik kitaab parhi to us mein bataya tha unhonay Japan kay baray mein kay Japanese kay people kaisay hain,</w:t>
      </w:r>
    </w:p>
    <w:p>
      <w:pPr>
        <w:jc w:val="right"/>
      </w:pPr>
      <w:r>
        <w:t>کسی کے سامنے جھکنا۔ جیسے میں نے ایک ایک کتاب پڑھی تو اس میں بتایا تھا انہوں نے جاپان کے بارے میں کہ جیپنیز کے پیپل کیسے ہیں،</w:t>
      </w:r>
    </w:p>
    <w:p>
      <w:r>
        <w:rPr>
          <w:b/>
        </w:rPr>
        <w:t xml:space="preserve">[25:12] </w:t>
      </w:r>
      <w:r>
        <w:t>hotay hain, un ki psyche kiya hoti hai.</w:t>
      </w:r>
    </w:p>
    <w:p>
      <w:pPr>
        <w:jc w:val="right"/>
      </w:pPr>
      <w:r>
        <w:t>ہوتے ہیں، ان کی سائیکی کیا ہوتی ہے۔</w:t>
      </w:r>
    </w:p>
    <w:p>
      <w:r>
        <w:rPr>
          <w:b/>
        </w:rPr>
        <w:t xml:space="preserve">[25:15] </w:t>
      </w:r>
      <w:r>
        <w:t>to unhonay kaha tha kay har Japanese jo hai, har Japani aadmi is feeling mein jeeta hai kay I am under someone. I am under someone.</w:t>
      </w:r>
    </w:p>
    <w:p>
      <w:pPr>
        <w:jc w:val="right"/>
      </w:pPr>
      <w:r>
        <w:t>تو انہوں نے کہا تھا کہ ہر جیپنیز جو ہے، ہر جاپانی آدمی اس فیلنگ میں جیتا ہے کہ آئی ایم انڈر سم ون۔ آئی ایم انڈر سم ون۔</w:t>
      </w:r>
    </w:p>
    <w:p>
      <w:r>
        <w:rPr>
          <w:b/>
        </w:rPr>
        <w:t xml:space="preserve">[25:28] </w:t>
      </w:r>
      <w:r>
        <w:t>to chuna kay yeh yeh tha zehn pehlay kay insan ka kay woh chuna kay nature ko worship karta tha, nature kay agay jhukta tha,</w:t>
      </w:r>
    </w:p>
    <w:p>
      <w:pPr>
        <w:jc w:val="right"/>
      </w:pPr>
      <w:r>
        <w:t>تو چونکہ یہ یہ تھا ذہن پہلے کے انسان کا کہ وہ چونکہ نیچر کو ورشپ کرتا تھا، نیچر کے آگے جھکتا تھا،</w:t>
      </w:r>
    </w:p>
    <w:p>
      <w:r>
        <w:rPr>
          <w:b/>
        </w:rPr>
        <w:t xml:space="preserve">[25:43] </w:t>
      </w:r>
      <w:r>
        <w:t>nature kay agay surrender kiayay hua tha, to is say us kay andar aik submission ka mizaj aya. Submission ka mizaj.</w:t>
      </w:r>
    </w:p>
    <w:p>
      <w:pPr>
        <w:jc w:val="right"/>
      </w:pPr>
      <w:r>
        <w:t>نیچر کے آگے سرینڈر کیے ہوئے تھا، تو اس سے اس کے اندر ایک سبمیشن کا مزاج آیا۔ سبمیشن کا مزاج۔</w:t>
      </w:r>
    </w:p>
    <w:p>
      <w:r>
        <w:rPr>
          <w:b/>
        </w:rPr>
        <w:t xml:space="preserve">[25:55] </w:t>
      </w:r>
      <w:r>
        <w:t>aur doosri yeh kay woh chuna kay nature ko samajhta tha kay yeh God hai, to us ko pollute nahi karta tha.</w:t>
      </w:r>
    </w:p>
    <w:p>
      <w:pPr>
        <w:jc w:val="right"/>
      </w:pPr>
      <w:r>
        <w:t>اور دوسری یہ کہ وہ چونکہ نیچر کو سمجھتا تھا کہ یہ گاڈ ہے، تو اس کو پولیوٹ نہیں کرتا تھا۔</w:t>
      </w:r>
    </w:p>
    <w:p>
      <w:r>
        <w:rPr>
          <w:b/>
        </w:rPr>
        <w:t xml:space="preserve">[26:04] </w:t>
      </w:r>
      <w:r>
        <w:t>us ko reverence ki nazar say dekhta tha. Woh aaj ka insan dekhiye kiya hai, aaj ka insan mein yeh dono positive value khatam ho gayi hain.</w:t>
      </w:r>
    </w:p>
    <w:p>
      <w:pPr>
        <w:jc w:val="right"/>
      </w:pPr>
      <w:r>
        <w:t>اس کو ریورنس کی نظر سے دیکھتا تھا۔ وہ آج کا انسان دیکھیے کیا ہے، آج کا انسان میں یہ دونوں پازیٹیو ویلیو ختم ہو گئی ہیں۔</w:t>
      </w:r>
    </w:p>
    <w:p>
      <w:r>
        <w:rPr>
          <w:b/>
        </w:rPr>
        <w:t xml:space="preserve">[26:17] </w:t>
      </w:r>
      <w:r>
        <w:t>chuna kay nature ko woh sirf dekhta hai entertainment kay nazriay say. Entertainment.</w:t>
      </w:r>
    </w:p>
    <w:p>
      <w:pPr>
        <w:jc w:val="right"/>
      </w:pPr>
      <w:r>
        <w:t>کیونکہ نیچر کو وہ صرف دیکھتا ہے انٹرٹینمنٹ کے نظریے سے۔ انٹرٹینمنٹ۔</w:t>
      </w:r>
    </w:p>
    <w:p>
      <w:r>
        <w:rPr>
          <w:b/>
        </w:rPr>
        <w:t xml:space="preserve">[26:25] </w:t>
      </w:r>
      <w:r>
        <w:t>sirf entertainment. To jhukna nahi hai yahan par. Yahan par modesty nahi hai. Yahan par submission nahi hai. Yahan par akarr hai, pride hai, arrogance hai.</w:t>
      </w:r>
    </w:p>
    <w:p>
      <w:pPr>
        <w:jc w:val="right"/>
      </w:pPr>
      <w:r>
        <w:t>صرف انٹرٹینمنٹ۔ تو جھکنا نہیں ہے یہاں پر۔ یہاں پر ماڈیسٹی نہیں ہے۔ یہاں پر سبمیشن نہیں ہے۔ یہاں پر اکڑ ہے، پرائیڈ ہے، آرگنز ہے۔</w:t>
      </w:r>
    </w:p>
    <w:p>
      <w:r>
        <w:rPr>
          <w:b/>
        </w:rPr>
        <w:t xml:space="preserve">[26:37] </w:t>
      </w:r>
      <w:r>
        <w:t>to pehlay ka jo insan tha, us kay shirk say us ko kam az kam itna to tha kay us ko submission mila tha, modesty mili thi, jhuknay ka mizaj bana tha</w:t>
      </w:r>
    </w:p>
    <w:p>
      <w:pPr>
        <w:jc w:val="right"/>
      </w:pPr>
      <w:r>
        <w:t>تو پہلے کا جو انسان تھا، اس کے شرک سے اس کو کم از کم اتنا تو تھا کہ اس کو سبمیشن ملا تھا، ماڈیسٹی ملی تھی، جھکنے کا مزاج بنا تھا</w:t>
      </w:r>
    </w:p>
    <w:p>
      <w:r>
        <w:rPr>
          <w:b/>
        </w:rPr>
        <w:t xml:space="preserve">[26:49] </w:t>
      </w:r>
      <w:r>
        <w:t>kay yeh sab cheezain God hain, is liye mujhe jhukna hai. Aur doosri cheez yeh hai kay aaj ka insan jo hai, aap dekhiye, us nay saray nature ko pollute kar rakha hai.</w:t>
      </w:r>
    </w:p>
    <w:p>
      <w:pPr>
        <w:jc w:val="right"/>
      </w:pPr>
      <w:r>
        <w:t>کہ یہ سب چیزیں گاڈ ہیں، اس لیے مجھے جھکنا ہے۔ اور دوسری چیز یہ ہے کہ آج کا انسان جو ہے، آپ دیکھیے، اس نے سارے نیچر کو پولیوٹ کر رکھا ہے۔</w:t>
      </w:r>
    </w:p>
    <w:p>
      <w:r>
        <w:rPr>
          <w:b/>
        </w:rPr>
        <w:t xml:space="preserve">[26:58] </w:t>
      </w:r>
      <w:r>
        <w:t>air pollution, water pollution, noise pollution, yeh sab pehlay kaha tha. Pehlay aisa nahi tha.</w:t>
      </w:r>
    </w:p>
    <w:p>
      <w:pPr>
        <w:jc w:val="right"/>
      </w:pPr>
      <w:r>
        <w:t>ایئر پولیوشن، واٹر پولیوشن، نوائز پولیوشن، یہ سب پہلے کہا تھا۔ پہلے ایسا نہیں تھا۔</w:t>
      </w:r>
    </w:p>
    <w:p>
      <w:r>
        <w:rPr>
          <w:b/>
        </w:rPr>
        <w:t xml:space="preserve">[27:08] </w:t>
      </w:r>
      <w:r>
        <w:t>chuna kay insan jis nature mein rehta tha, us nature ko woh worship karta tha. Us say woh jhuka rehta tha.</w:t>
      </w:r>
    </w:p>
    <w:p>
      <w:pPr>
        <w:jc w:val="right"/>
      </w:pPr>
      <w:r>
        <w:t>کیونکہ انسان جس نیچر میں رہتا تھا، اس نیچر کو وہ ورشپ کرتا تھا۔ اس سے وہ جھکا رہتا تھا۔</w:t>
      </w:r>
    </w:p>
    <w:p>
      <w:r>
        <w:rPr>
          <w:b/>
        </w:rPr>
        <w:t xml:space="preserve">[27:16] </w:t>
      </w:r>
      <w:r>
        <w:t>to us ko pollute karna us kay mizaj mein nahi tha. Apnay God ko kaisay pollute karay ga koi? Apnay God ko kaisay ganda karay ga aadmi?</w:t>
      </w:r>
    </w:p>
    <w:p>
      <w:pPr>
        <w:jc w:val="right"/>
      </w:pPr>
      <w:r>
        <w:t>تو اس کو پولیوٹ کرنا اس کے مزاج میں نہیں تھا۔ اپنے خدا کو کیسے پولیوٹ کرے گا کوئی؟ اپنے خدا کو کیسے گندا کرے گا آدمی؟</w:t>
      </w:r>
    </w:p>
    <w:p>
      <w:r>
        <w:rPr>
          <w:b/>
        </w:rPr>
        <w:t xml:space="preserve">[27:27] </w:t>
      </w:r>
      <w:r>
        <w:t>apnay God mein kaisay aadmi gandagi bikhray ga? Woh to reverence ka jazba ata tha.</w:t>
      </w:r>
    </w:p>
    <w:p>
      <w:pPr>
        <w:jc w:val="right"/>
      </w:pPr>
      <w:r>
        <w:t>اپنے خدا میں کیسے آدمی گندگی بکھیرے گا؟ وہ تو ریورنس کا جذبہ آتا تھا۔</w:t>
      </w:r>
    </w:p>
    <w:p>
      <w:r>
        <w:rPr>
          <w:b/>
        </w:rPr>
        <w:t xml:space="preserve">[27:35] </w:t>
      </w:r>
      <w:r>
        <w:t>to pehlay zamanay kay insan mein jo shirk tha aur aaj kay zamanay kay insan mein jo shirk hai, us mein aik bohat bara farq yeh bhi hai kay pehlay zamanay kay insan nay kam az kam yeh positive aspect tha kay us kay andar modesty hoti thi, submission hota tha, aur sath sath woh gandagi say bacha hua tha.</w:t>
      </w:r>
    </w:p>
    <w:p>
      <w:pPr>
        <w:jc w:val="right"/>
      </w:pPr>
      <w:r>
        <w:t>تو پہلے زمانے کے انسان میں جو شرک تھا اور آج کے زمانے کے انسان میں جو شرک ہے، اس میں ایک بہت بڑا فرق یہ بھی ہے کہ پہلے زمانے کے انسان نے کم از کم یہ پازیٹیو ایسپیکٹ تھا کہ اس کے اندر ماڈیسٹی ہوتی تھی، سبمیشن ہوتا تھا، اور ساتھ ساتھ وہ گندگی سے بچا ہوا تھا۔</w:t>
      </w:r>
    </w:p>
    <w:p>
      <w:r>
        <w:rPr>
          <w:b/>
        </w:rPr>
        <w:t xml:space="preserve">[28:01] </w:t>
      </w:r>
      <w:r>
        <w:t>aaj ka insan ulta ho gaya hai.</w:t>
      </w:r>
    </w:p>
    <w:p>
      <w:pPr>
        <w:jc w:val="right"/>
      </w:pPr>
      <w:r>
        <w:t>آج کا انسان الٹا ہو گیا ہے۔</w:t>
      </w:r>
    </w:p>
    <w:p>
      <w:r>
        <w:rPr>
          <w:b/>
        </w:rPr>
        <w:t xml:space="preserve">[28:03] </w:t>
      </w:r>
      <w:r>
        <w:t>aaj ka insan jo hai, inhi nature ki cheezon ko apni bana liya, entertainment, tafreeh. Ab woh submission ka jazba khatam ho gaya, modesty ka jazba khatam ho gaya,</w:t>
      </w:r>
    </w:p>
    <w:p>
      <w:pPr>
        <w:jc w:val="right"/>
      </w:pPr>
      <w:r>
        <w:t>آج کا انسان جو ہے، انہی نیچر کی چیزوں کو اپنی بنا لیا، انٹرٹینمنٹ، تفریح۔ اب وہ سبمیشن کا جذبہ ختم ہو گیا، ماڈیسٹی کا جذبہ ختم ہو گیا،</w:t>
      </w:r>
    </w:p>
    <w:p>
      <w:r>
        <w:rPr>
          <w:b/>
        </w:rPr>
        <w:t xml:space="preserve">[28:19] </w:t>
      </w:r>
      <w:r>
        <w:t>surrender karnay ka jazba khatam ho gaya. Kiya aa gaya?</w:t>
      </w:r>
    </w:p>
    <w:p>
      <w:pPr>
        <w:jc w:val="right"/>
      </w:pPr>
      <w:r>
        <w:t>سرینڈر کرنے کا جذبہ ختم ہو گیا۔ کیا آ گیا؟</w:t>
      </w:r>
    </w:p>
    <w:p>
      <w:r>
        <w:rPr>
          <w:b/>
        </w:rPr>
        <w:t xml:space="preserve">[28:22] </w:t>
      </w:r>
      <w:r>
        <w:t>akarr aa gayi. Akarr aa gayi, arrogance aa gaya, pride aa gaya.</w:t>
      </w:r>
    </w:p>
    <w:p>
      <w:pPr>
        <w:jc w:val="right"/>
      </w:pPr>
      <w:r>
        <w:t>اکڑ آ گئی۔ اکڑ آ گئی، آرگنز آ گیا، پرائیڈ آ گیا۔</w:t>
      </w:r>
    </w:p>
    <w:p>
      <w:r>
        <w:rPr>
          <w:b/>
        </w:rPr>
        <w:t xml:space="preserve">[28:30] </w:t>
      </w:r>
      <w:r>
        <w:t>aur doosri cheez kiya hui? Jis ko woh kehtay hain pollution. Har taraf aaj kay insan nay pollution bikhair rakha hai.</w:t>
      </w:r>
    </w:p>
    <w:p>
      <w:pPr>
        <w:jc w:val="right"/>
      </w:pPr>
      <w:r>
        <w:t>اور دوسری چیز کیا ہوئی؟ جس کو وہ کہتے ہیں پولیوشن۔ ہر طرف آج کے انسان نے پولیوشن بکھیر رکھا ہے۔</w:t>
      </w:r>
    </w:p>
    <w:p>
      <w:r>
        <w:rPr>
          <w:b/>
        </w:rPr>
        <w:t xml:space="preserve">[28:41] </w:t>
      </w:r>
      <w:r>
        <w:t>pehlay ka insan aisa nahi karta tha.</w:t>
      </w:r>
    </w:p>
    <w:p>
      <w:pPr>
        <w:jc w:val="right"/>
      </w:pPr>
      <w:r>
        <w:t>پہلے کا انسان ایسا نہیں کرتا تھا۔</w:t>
      </w:r>
    </w:p>
    <w:p>
      <w:r>
        <w:rPr>
          <w:b/>
        </w:rPr>
        <w:t xml:space="preserve">[28:44] </w:t>
      </w:r>
      <w:r>
        <w:t>to mein samajhta hoon kay aaj ka jo shirk hai aur kal ka jo shirk hai, ya woh pehlay kay zamanay ka jo shirk hai, us mein yeh farq hai kay pehlay zamanay kay shirk mein phir bhi kuch positive values theen.</w:t>
      </w:r>
    </w:p>
    <w:p>
      <w:pPr>
        <w:jc w:val="right"/>
      </w:pPr>
      <w:r>
        <w:t>تو میں سمجھتا ہوں کہ آج کا جو شرک ہے اور کل کا جو شرک ہے، یا وہ پہلے کے زمانے کا جو شرک ہے، اس میں یہ فرق ہے کہ پہلے زمانے کے شرک میں پھر بھی کچھ پازیٹیو ویلیوز تھیں۔</w:t>
      </w:r>
    </w:p>
    <w:p>
      <w:r>
        <w:rPr>
          <w:b/>
        </w:rPr>
        <w:t xml:space="preserve">[28:59] </w:t>
      </w:r>
      <w:r>
        <w:t>aur aaj ka jo shirk hai, is mein koi positive value nahin. koi positive value nahin.</w:t>
      </w:r>
    </w:p>
    <w:p>
      <w:pPr>
        <w:jc w:val="right"/>
      </w:pPr>
      <w:r>
        <w:t>اور آج کا جو شرک ہے، اس میں کوئی پازیٹیو ویلیو نہیں۔ کوئی پازیٹیو ویلیو نہیں۔</w:t>
      </w:r>
    </w:p>
    <w:p>
      <w:r>
        <w:rPr>
          <w:b/>
        </w:rPr>
        <w:t xml:space="preserve">[29:08] </w:t>
      </w:r>
      <w:r>
        <w:t>to baharhal mein yeh keh raha tha ke jab insaan yeh karta hai ke woh shirk ka tareeqa ikhtiyar karta hai, yaani khalique ko hadaf kar ke makhlooq ko apna concern banata hai.</w:t>
      </w:r>
    </w:p>
    <w:p>
      <w:pPr>
        <w:jc w:val="right"/>
      </w:pPr>
      <w:r>
        <w:t>تو بہرحال میں یہ کہہ رہا تھا کہ جب انسان یہ کرتا ہے کہ وہ شرک کا طریقہ اختیار کرتا ہے، یعنی خالق کو حذف کر کے مخلوق کو اپنا کنسرن بناتا ہے۔</w:t>
      </w:r>
    </w:p>
    <w:p>
      <w:r>
        <w:rPr>
          <w:b/>
        </w:rPr>
        <w:t xml:space="preserve">[29:26] </w:t>
      </w:r>
      <w:r>
        <w:t>dekhiye, is dunya mein do tareeqay hain. ek hai seedha rasta, ek hai bhatkaao ka rasta. seedha rasta aur bhatkaao ka rasta.</w:t>
      </w:r>
    </w:p>
    <w:p>
      <w:pPr>
        <w:jc w:val="right"/>
      </w:pPr>
      <w:r>
        <w:t>دیکھیے، اس دنیا میں دو طریقے ہیں۔ ایک ہے سیدھا راستہ، ایک ہے بھٹکاؤ کا راستہ۔ سیدھا راستہ اور بھٹکاؤ کا راستہ۔</w:t>
      </w:r>
    </w:p>
    <w:p>
      <w:r>
        <w:rPr>
          <w:b/>
        </w:rPr>
        <w:t xml:space="preserve">[29:37] </w:t>
      </w:r>
      <w:r>
        <w:t>seedha rasta yeh hai ke aap khalique ko manen, khalique ko apna concern banayen, aap khalique kharukhi zindagi ikhtiyar karen.</w:t>
      </w:r>
    </w:p>
    <w:p>
      <w:pPr>
        <w:jc w:val="right"/>
      </w:pPr>
      <w:r>
        <w:t>سیدھا راستہ یہ ہے کہ آپ خالق کو مانیں، خالق کو اپنا کنسرن بنائیں، آپ خالق خروخی زندگی اختیار کریں۔</w:t>
      </w:r>
    </w:p>
    <w:p>
      <w:r>
        <w:rPr>
          <w:b/>
        </w:rPr>
        <w:t xml:space="preserve">[29:48] </w:t>
      </w:r>
      <w:r>
        <w:t>yaani creator oriented life. creator oriented life ikhtiyar karen. yeh hai seedha rasta. aur doosra bhatkaao rasta kya</w:t>
      </w:r>
    </w:p>
    <w:p>
      <w:pPr>
        <w:jc w:val="right"/>
      </w:pPr>
      <w:r>
        <w:t>یعنی کریٹر اورینٹڈ لائف۔ کریٹر اورینٹڈ لائف اختیار کریں۔ یہ ہے سیدھا راستہ۔ اور دوسرا بھٹکاؤ راستہ کیا</w:t>
      </w:r>
    </w:p>
    <w:p>
      <w:r>
        <w:rPr>
          <w:b/>
        </w:rPr>
        <w:t xml:space="preserve">[30:02] </w:t>
      </w:r>
      <w:r>
        <w:t>hai? ke aap creature ko, yaani makhlooq ho, usi ko sab kuch samajh len. makhlooq oriented life ban jaye aap ki, to usi ko shirk kaha gaya hai.</w:t>
      </w:r>
    </w:p>
    <w:p>
      <w:pPr>
        <w:jc w:val="right"/>
      </w:pPr>
      <w:r>
        <w:t>ہے؟ کہ آپ کریچر کو، یعنی مخلوق ہو، اسی کو سب کچھ سمجھ لیں۔ مخلوق اورینٹڈ لائف بن جائے آپ کی، تو اسی کو شرک کہا گیا ہے۔</w:t>
      </w:r>
    </w:p>
    <w:p>
      <w:r>
        <w:rPr>
          <w:b/>
        </w:rPr>
        <w:t xml:space="preserve">[30:18] </w:t>
      </w:r>
      <w:r>
        <w:t>seedhay rastay par chalne ka naam tauheed hai aur bhatkay hue rastay par chalne ka naam shirk hai.</w:t>
      </w:r>
    </w:p>
    <w:p>
      <w:pPr>
        <w:jc w:val="right"/>
      </w:pPr>
      <w:r>
        <w:t>سیدھے راستے پر چلنے کا نام توحید ہے اور بھٹکے ہوئے راستے پر چلنے کا نام شرک ہے۔</w:t>
      </w:r>
    </w:p>
    <w:p>
      <w:r>
        <w:rPr>
          <w:b/>
        </w:rPr>
        <w:t xml:space="preserve">[30:26] </w:t>
      </w:r>
      <w:r>
        <w:t>aaj kal ke zamanay mein agar dekhiye to jo log samajhte hain ke woh shirk se bache hue hain, woh bhi shirk mein mubtala hain.</w:t>
      </w:r>
    </w:p>
    <w:p>
      <w:pPr>
        <w:jc w:val="right"/>
      </w:pPr>
      <w:r>
        <w:t>آج کل کے زمانے میں اگر دیکھیے تو جو لوگ سمجھتے ہیں کہ وہ شرک سے بچے ہوئے ہیں، وہ بھی شرک میں مبتلا ہیں۔</w:t>
      </w:r>
    </w:p>
    <w:p>
      <w:r>
        <w:rPr>
          <w:b/>
        </w:rPr>
        <w:t xml:space="preserve">[30:39] </w:t>
      </w:r>
      <w:r>
        <w:t>kyun? rasmi taur par, formal taur par to woh kehte hain ke hum Khuda ko ek mante hain, hum khalique ko mante hain. lekin un ki practical life ko dekhiye</w:t>
      </w:r>
    </w:p>
    <w:p>
      <w:pPr>
        <w:jc w:val="right"/>
      </w:pPr>
      <w:r>
        <w:t>کیوں؟ رسمی طور پر، فارمل طور پر تو وہ کہتے ہیں کہ ہم خدا کو ایک مانتے ہیں، ہم خالق کو مانتے ہیں۔ لیکن ان کی پریکٹیکل لائف کو دیکھیے</w:t>
      </w:r>
    </w:p>
    <w:p>
      <w:r>
        <w:rPr>
          <w:b/>
        </w:rPr>
        <w:t xml:space="preserve">[30:51] </w:t>
      </w:r>
      <w:r>
        <w:t>to un ki sari zindagi mein yahi entertainment hi in ka bhi zindagi ka maqsad bana hua hai. material cheezon ko khoob khoob ikattha karo,</w:t>
      </w:r>
    </w:p>
    <w:p>
      <w:pPr>
        <w:jc w:val="right"/>
      </w:pPr>
      <w:r>
        <w:t>تو ان کی ساری زندگی میں یہی انٹرٹینمنٹ ہی ان کا بھی زندگی کا مقصد بنا ہوا ہے۔ مٹیریل چیزوں کو خوب خوب اکٹھا کرو،</w:t>
      </w:r>
    </w:p>
    <w:p>
      <w:r>
        <w:rPr>
          <w:b/>
        </w:rPr>
        <w:t xml:space="preserve">[31:04] </w:t>
      </w:r>
      <w:r>
        <w:t>khoob khoob kamai karo, more and more money hasil karo, ghar banao, carain banao, bachon ko taraqqi do.</w:t>
      </w:r>
    </w:p>
    <w:p>
      <w:pPr>
        <w:jc w:val="right"/>
      </w:pPr>
      <w:r>
        <w:t>خوب خوب کمائی کرو، مور اینڈ مور منی حاصل کرو، گھر بناؤ، کاریں بناؤ، بچوں کو ترقی دو۔</w:t>
      </w:r>
    </w:p>
    <w:p>
      <w:r>
        <w:rPr>
          <w:b/>
        </w:rPr>
        <w:t xml:space="preserve">[31:17] </w:t>
      </w:r>
      <w:r>
        <w:t>yaani material jo culture hai, woh dono ka hai.</w:t>
      </w:r>
    </w:p>
    <w:p>
      <w:pPr>
        <w:jc w:val="right"/>
      </w:pPr>
      <w:r>
        <w:t>یعنی مٹیریل جو کلچر ہے، وہ دونوں کا ہے۔</w:t>
      </w:r>
    </w:p>
    <w:p>
      <w:r>
        <w:rPr>
          <w:b/>
        </w:rPr>
        <w:t xml:space="preserve">[31:28] </w:t>
      </w:r>
      <w:r>
        <w:t>to is ma'nay ke lafz service ke tor par woh kehte hain ke hum khalique ko mante hain. lafz service ya ek formal aqeeday ke tor par.</w:t>
      </w:r>
    </w:p>
    <w:p>
      <w:pPr>
        <w:jc w:val="right"/>
      </w:pPr>
      <w:r>
        <w:t>تو اس معنی کہ لفظ سروس کے طور پر وہ کہتے ہیں کہ ہم خالق کو مانتے ہیں۔ لفظ سروس یا ایک فارمل عقیدے کے طور پر۔</w:t>
      </w:r>
    </w:p>
    <w:p>
      <w:r>
        <w:rPr>
          <w:b/>
        </w:rPr>
        <w:t xml:space="preserve">[31:36] </w:t>
      </w:r>
      <w:r>
        <w:t>lekin jahan tak zindagi hai, zindagi, woh ek hi culture mein jee rahe hain, dono ke dono.</w:t>
      </w:r>
    </w:p>
    <w:p>
      <w:pPr>
        <w:jc w:val="right"/>
      </w:pPr>
      <w:r>
        <w:t>لیکن جہاں تک زندگی ہے، زندگی، وہ ایک ہی کلچر میں جی رہے ہیں، دونوں کے دونوں۔</w:t>
      </w:r>
    </w:p>
    <w:p>
      <w:r>
        <w:rPr>
          <w:b/>
        </w:rPr>
        <w:t xml:space="preserve">[31:43] </w:t>
      </w:r>
      <w:r>
        <w:t>woh is se material culture in ka bhi hai, woh is se material culture in ka bhi hai.</w:t>
      </w:r>
    </w:p>
    <w:p>
      <w:pPr>
        <w:jc w:val="right"/>
      </w:pPr>
      <w:r>
        <w:t>وہ اس سے مٹیریل کلچر ان کا بھی ہے، وہ اس سے مٹیریل کلچر ان کا بھی ہے۔</w:t>
      </w:r>
    </w:p>
    <w:p>
      <w:r>
        <w:rPr>
          <w:b/>
        </w:rPr>
        <w:t xml:space="preserve">[31:50] </w:t>
      </w:r>
      <w:r>
        <w:t>samajhta hoon ke yeh baat bohat ziyada sochne ki hai.</w:t>
      </w:r>
    </w:p>
    <w:p>
      <w:pPr>
        <w:jc w:val="right"/>
      </w:pPr>
      <w:r>
        <w:t>سمجھتا ہوں کہ یہ بات بہت زیادہ سوچنے کی ہے۔</w:t>
      </w:r>
    </w:p>
    <w:p>
      <w:r>
        <w:rPr>
          <w:b/>
        </w:rPr>
        <w:t xml:space="preserve">[31:55] </w:t>
      </w:r>
      <w:r>
        <w:t>yeh baat bohat ziyada sochne ki hai. is liye ke jis ne paida kiya hai, us ka haq sirf yeh nahin hai ke hum lafz service ke tor par maan len us ko.</w:t>
      </w:r>
    </w:p>
    <w:p>
      <w:pPr>
        <w:jc w:val="right"/>
      </w:pPr>
      <w:r>
        <w:t>یہ بات بہت زیادہ سوچنے کی ہے۔ اس لیے کہ جس نے پیدا کیا ہے، اس کا حق صرف یہ نہیں ہے کہ ہم لفظ سروس کے طور پر مان لیں اس کو۔</w:t>
      </w:r>
    </w:p>
    <w:p>
      <w:r>
        <w:rPr>
          <w:b/>
        </w:rPr>
        <w:t xml:space="preserve">[32:10] </w:t>
      </w:r>
      <w:r>
        <w:t>yeh nahin hai.</w:t>
      </w:r>
    </w:p>
    <w:p>
      <w:pPr>
        <w:jc w:val="right"/>
      </w:pPr>
      <w:r>
        <w:t>یہ نہیں ہے۔</w:t>
      </w:r>
    </w:p>
    <w:p>
      <w:r>
        <w:rPr>
          <w:b/>
        </w:rPr>
        <w:t xml:space="preserve">[32:13] </w:t>
      </w:r>
      <w:r>
        <w:t>us ka haq yeh hai ke aap us ko supreme concern banaen. khalique jo hai, itna hi us ka haq nahin hai ke aap keh den ke mein khalique ko manta hoon,</w:t>
      </w:r>
    </w:p>
    <w:p>
      <w:pPr>
        <w:jc w:val="right"/>
      </w:pPr>
      <w:r>
        <w:t>اس کا حق یہ ہے کہ آپ اس کو سپریم کنسرن بنائیں۔ خالق جو ہے، اتنا ہی اس کا حق نہیں ہے کہ آپ کہہ دیں کہ میں خالق کو مانتا ہوں،</w:t>
      </w:r>
    </w:p>
    <w:p>
      <w:r>
        <w:rPr>
          <w:b/>
        </w:rPr>
        <w:t xml:space="preserve">[32:28] </w:t>
      </w:r>
      <w:r>
        <w:t>khalique ko ek manta hoon. yeh to ek lafz service ki baat hui. yeh to ek formal aqeeday ki baat hui.</w:t>
      </w:r>
    </w:p>
    <w:p>
      <w:pPr>
        <w:jc w:val="right"/>
      </w:pPr>
      <w:r>
        <w:t>خالق کو ایک مانتا ہوں۔ یہ تو ایک لفظ سروس کی بات ہوئی۔ یہ تو ایک فارمل عقیدے کی بات ہوئی۔</w:t>
      </w:r>
    </w:p>
    <w:p>
      <w:r>
        <w:rPr>
          <w:b/>
        </w:rPr>
        <w:t xml:space="preserve">[32:37] </w:t>
      </w:r>
      <w:r>
        <w:t>asal cheez hai ke aap usi ko apna supreme concern banaen. yaani aap ki thinking, aap ki speech, aap ka behaviour, aap ki activities,</w:t>
      </w:r>
    </w:p>
    <w:p>
      <w:pPr>
        <w:jc w:val="right"/>
      </w:pPr>
      <w:r>
        <w:t>اصل چیز ہے کہ آپ اسی کو اپنا سپریم کنسرن بنائیں۔ یعنی آپ کی تھنکنگ، آپ کی سپیچ، آپ کا بیہیویئر، آپ کی ایکٹیویٹیز،</w:t>
      </w:r>
    </w:p>
    <w:p>
      <w:r>
        <w:rPr>
          <w:b/>
        </w:rPr>
        <w:t xml:space="preserve">[32:51] </w:t>
      </w:r>
      <w:r>
        <w:t>sab ka orientation usi wohi ho. sab ka orientation jo hai, woh khalique ban jaye. aadmi kya hai?</w:t>
      </w:r>
    </w:p>
    <w:p>
      <w:pPr>
        <w:jc w:val="right"/>
      </w:pPr>
      <w:r>
        <w:t>سب کا اورینٹیشن اسی وہی ہو۔ سب کا اورینٹیشن جو ہے، وہ خالق بن جائے۔ آدمی کیا ہے؟</w:t>
      </w:r>
    </w:p>
    <w:p>
      <w:r>
        <w:rPr>
          <w:b/>
        </w:rPr>
        <w:t xml:space="preserve">[33:03] </w:t>
      </w:r>
      <w:r>
        <w:t>aadmi ek ek hasti hai, ek being hai.</w:t>
      </w:r>
    </w:p>
    <w:p>
      <w:pPr>
        <w:jc w:val="right"/>
      </w:pPr>
      <w:r>
        <w:t>آدمی ایک ایک ہستی ہے، ایک بینگ ہے۔</w:t>
      </w:r>
    </w:p>
    <w:p>
      <w:r>
        <w:rPr>
          <w:b/>
        </w:rPr>
        <w:t xml:space="preserve">[33:09] </w:t>
      </w:r>
      <w:r>
        <w:t>woh sochne wali makhlooq hai, woh bolne wali makhlooq hai, us ki koi activities hoti hain. dunya mein ek zindagi banata hai apni woh.</w:t>
      </w:r>
    </w:p>
    <w:p>
      <w:pPr>
        <w:jc w:val="right"/>
      </w:pPr>
      <w:r>
        <w:t>وہ سوچنے والی مخلوق ہے، وہ بولنے والی مخلوق ہے، اس کی کوئی ایکٹیویٹیز ہوتی ہیں۔ دنیا میں ایک زندگی بناتا ہے اپنی وہ۔</w:t>
      </w:r>
    </w:p>
    <w:p>
      <w:r>
        <w:rPr>
          <w:b/>
        </w:rPr>
        <w:t xml:space="preserve">[33:20] </w:t>
      </w:r>
      <w:r>
        <w:t>in sab mein khalique ka</w:t>
      </w:r>
    </w:p>
    <w:p>
      <w:pPr>
        <w:jc w:val="right"/>
      </w:pPr>
      <w:r>
        <w:t>ان سب میں خالق کا</w:t>
      </w:r>
    </w:p>
    <w:p>
      <w:r>
        <w:rPr>
          <w:b/>
        </w:rPr>
        <w:t xml:space="preserve">[33:26] </w:t>
      </w:r>
      <w:r>
        <w:t>yeh sab cheezein isi is ka orientation khalq ki taraf hona chahiye. Poori zindagi ka orientation khalq ki taraf hona chahiye.</w:t>
      </w:r>
    </w:p>
    <w:p>
      <w:pPr>
        <w:jc w:val="right"/>
      </w:pPr>
      <w:r>
        <w:t>یہ سب چیزیں اسی اس کا اورینٹیشن خالق کی طرف ہونا چاہیے۔ پوری زندگی کا اورینٹیشن خالق کی طرف ہونا چاہیے۔</w:t>
      </w:r>
    </w:p>
    <w:p>
      <w:r>
        <w:rPr>
          <w:b/>
        </w:rPr>
        <w:t xml:space="preserve">[33:36] </w:t>
      </w:r>
      <w:r>
        <w:t>Ab is mein kahiye kya hai? Agar aisa ho jaye to kya hoga? Material cheezon ko aap lenge bator need ke, greed ke nahin.</w:t>
      </w:r>
    </w:p>
    <w:p>
      <w:pPr>
        <w:jc w:val="right"/>
      </w:pPr>
      <w:r>
        <w:t>اب اس میں کہیے کیا ہے؟ اگر ایسا ہو جائے تو کیا ہوگا؟ مٹیریل چیزوں کو آپ لیں گے بطور نیڈ کے، گریڈ کے نہیں۔</w:t>
      </w:r>
    </w:p>
    <w:p>
      <w:r>
        <w:rPr>
          <w:b/>
        </w:rPr>
        <w:t xml:space="preserve">[33:46] </w:t>
      </w:r>
      <w:r>
        <w:t>To greed lene ke maani kya hue? Ke orientation aap ka wahi ho gaya, soul concern aap ka wahi ho gaya.</w:t>
      </w:r>
    </w:p>
    <w:p>
      <w:pPr>
        <w:jc w:val="right"/>
      </w:pPr>
      <w:r>
        <w:t>تو گریڈ لینے کے معنی کیا ہوئے؟ کہ اورینٹیشن آپ کا وہی ہو گیا، سول کنسرن آپ کا وہی ہو گیا۔</w:t>
      </w:r>
    </w:p>
    <w:p>
      <w:r>
        <w:rPr>
          <w:b/>
        </w:rPr>
        <w:t xml:space="preserve">[33:54] </w:t>
      </w:r>
      <w:r>
        <w:t>Cheezon ko aap jab bator greed lene lage, is ka matlab kya hua? Ke aap ne apna soul concern cheezon hi ko bana liya.</w:t>
      </w:r>
    </w:p>
    <w:p>
      <w:pPr>
        <w:jc w:val="right"/>
      </w:pPr>
      <w:r>
        <w:t>چیزوں کو آپ جب بطور گریڈ لینے لگے، اس کا مطلب کیا ہوا؟ کہ آپ نے اپنا سول کنسرن چیزوں ہی کو بنا لیا۔</w:t>
      </w:r>
    </w:p>
    <w:p>
      <w:r>
        <w:rPr>
          <w:b/>
        </w:rPr>
        <w:t xml:space="preserve">[34:06] </w:t>
      </w:r>
      <w:r>
        <w:t>Aur jab aap bator need lein, to is ke maani ke woh cheezein aap ke liye secondary hain.</w:t>
      </w:r>
    </w:p>
    <w:p>
      <w:pPr>
        <w:jc w:val="right"/>
      </w:pPr>
      <w:r>
        <w:t>اور جب آپ بطور نیڈ لیں، تو اس کے معنی کہ وہ چیزیں آپ کے لیے سیکنڈری ہیں۔</w:t>
      </w:r>
    </w:p>
    <w:p>
      <w:r>
        <w:rPr>
          <w:b/>
        </w:rPr>
        <w:t xml:space="preserve">[34:13] </w:t>
      </w:r>
      <w:r>
        <w:t>Secondary hain. To khalq ko primary banana aur material cheezon ko secondary banana, yeh hota hai in ka tareeqa jo sachay rastay par hotay hain,</w:t>
      </w:r>
    </w:p>
    <w:p>
      <w:pPr>
        <w:jc w:val="right"/>
      </w:pPr>
      <w:r>
        <w:t>سیکنڈری ہیں۔ تو خالق کو پرائمری بنانا اور مٹیریل چیزوں کو سیکنڈری بنانا، یہ ہوتا ہے ان کا طریقہ جو سچے راستے پر ہوتے ہیں،</w:t>
      </w:r>
    </w:p>
    <w:p>
      <w:r>
        <w:rPr>
          <w:b/>
        </w:rPr>
        <w:t xml:space="preserve">[34:27] </w:t>
      </w:r>
      <w:r>
        <w:t>Jin ko hum tauheed kehte hain. Jo bhatkay hue rastay par hotay hain, bhatkay hue rastay par, woh zabaan se bol denge ke hum khalq ko maante hain, lafz service ke tor par.</w:t>
      </w:r>
    </w:p>
    <w:p>
      <w:pPr>
        <w:jc w:val="right"/>
      </w:pPr>
      <w:r>
        <w:t>جن کو ہم توحید کہتے ہیں۔ جو بھٹکے ہوئے راستے پر ہوتے ہیں، بھٹکے ہوئے راستے پر، وہ زبان سے بول دیں گے کہ ہم خالق کو مانتے ہیں، لفظ سروس کے طور پر۔</w:t>
      </w:r>
    </w:p>
    <w:p>
      <w:r>
        <w:rPr>
          <w:b/>
        </w:rPr>
        <w:t xml:space="preserve">[34:39] </w:t>
      </w:r>
      <w:r>
        <w:t>Lekin sara orientation woh kar rahe hain kis par? Material cheezein, more and more, more and more, yaani greed.</w:t>
      </w:r>
    </w:p>
    <w:p>
      <w:pPr>
        <w:jc w:val="right"/>
      </w:pPr>
      <w:r>
        <w:t>لیکن سارا اورینٹیشن وہ کر رہے ہیں کس پر؟ مٹیریل چیزیں، مور اینڈ مور، مور اینڈ مور، یعنی گریڈ۔</w:t>
      </w:r>
    </w:p>
    <w:p>
      <w:r>
        <w:rPr>
          <w:b/>
        </w:rPr>
        <w:t xml:space="preserve">[34:51] </w:t>
      </w:r>
      <w:r>
        <w:t>Greed. To ek hai need, ek hai greed. Material cheezon ke maal maamle mein ek hai need, ek hai greed.</w:t>
      </w:r>
    </w:p>
    <w:p>
      <w:pPr>
        <w:jc w:val="right"/>
      </w:pPr>
      <w:r>
        <w:t>گریڈ۔ تو ایک ہے نیڈ، ایک ہے گریڈ۔ مٹیریل چیزوں کے مال معاملے میں ایک ہے نیڈ، ایک ہے گریڈ۔</w:t>
      </w:r>
    </w:p>
    <w:p>
      <w:r>
        <w:rPr>
          <w:b/>
        </w:rPr>
        <w:t xml:space="preserve">[35:02] </w:t>
      </w:r>
      <w:r>
        <w:t>To jo log sirf formal tor par keh dein ke main khalq ko maanta hoon, lekin woh greed culture mein pade hue hon, to unhon ne nahin maana.</w:t>
      </w:r>
    </w:p>
    <w:p>
      <w:pPr>
        <w:jc w:val="right"/>
      </w:pPr>
      <w:r>
        <w:t>تو جو لوگ صرف فارمل طور پر کہہ دیں کہ میں خالق کو مانتا ہوں، لیکن وہ گریڈ کلچر میں پڑے ہوئے ہوں، تو انہوں نے نہیں مانا۔</w:t>
      </w:r>
    </w:p>
    <w:p>
      <w:r>
        <w:rPr>
          <w:b/>
        </w:rPr>
        <w:t xml:space="preserve">[35:15] </w:t>
      </w:r>
      <w:r>
        <w:t>To material cheezon ke maamle mein ek hai need culture, ek greed culture,</w:t>
      </w:r>
    </w:p>
    <w:p>
      <w:pPr>
        <w:jc w:val="right"/>
      </w:pPr>
      <w:r>
        <w:t>تو مٹیریل چیزوں کے معاملے میں ایک ہے نیڈ کلچر، ایک گریڈ کلچر،</w:t>
      </w:r>
    </w:p>
    <w:p>
      <w:r>
        <w:rPr>
          <w:b/>
        </w:rPr>
        <w:t xml:space="preserve">[35:20] </w:t>
      </w:r>
      <w:r>
        <w:t>Yaani need based culture ya greed based culture.</w:t>
      </w:r>
    </w:p>
    <w:p>
      <w:pPr>
        <w:jc w:val="right"/>
      </w:pPr>
      <w:r>
        <w:t>یعنی نیڈ بیسڈ کلچر یا گریڈ بیسڈ کلچر۔</w:t>
      </w:r>
    </w:p>
    <w:p>
      <w:r>
        <w:rPr>
          <w:b/>
        </w:rPr>
        <w:t xml:space="preserve">[35:26] </w:t>
      </w:r>
      <w:r>
        <w:t>Material cheezon ke maamle mein yeh do tareeqay hain. Ek hai ke need based aur doosra hai greed based. To agar aap khalq ko apna supreme concern banayenge,</w:t>
      </w:r>
    </w:p>
    <w:p>
      <w:pPr>
        <w:jc w:val="right"/>
      </w:pPr>
      <w:r>
        <w:t>مٹیریل چیزوں کے معاملے میں یہ دو طریقے ہیں۔ ایک ہے کہ نیڈ بیسڈ اور دوسرا ہے گریڈ بیسڈ۔ تو اگر آپ خالق کو اپنا سپریم کنسرن بنائیں گے،</w:t>
      </w:r>
    </w:p>
    <w:p>
      <w:r>
        <w:rPr>
          <w:b/>
        </w:rPr>
        <w:t xml:space="preserve">[35:41] </w:t>
      </w:r>
      <w:r>
        <w:t>To aap ki zindagi material cheezon ke maamle mein need based hogi. Kyun ke aap ko time nahin.</w:t>
      </w:r>
    </w:p>
    <w:p>
      <w:pPr>
        <w:jc w:val="right"/>
      </w:pPr>
      <w:r>
        <w:t>تو آپ کی زندگی مٹیریل چیزوں کے معاملے میں نیڈ بیسڈ ہوگی۔ کیونکہ آپ کو ٹائم نہیں۔</w:t>
      </w:r>
    </w:p>
    <w:p>
      <w:r>
        <w:rPr>
          <w:b/>
        </w:rPr>
        <w:t xml:space="preserve">[35:50] </w:t>
      </w:r>
      <w:r>
        <w:t>Dekhiye, aadmi ek ek back waqt do cheezon ko apna concern nahin bana sakta. Supreme concern aadmi ek hi cheez ko bana pata hai.</w:t>
      </w:r>
    </w:p>
    <w:p>
      <w:pPr>
        <w:jc w:val="right"/>
      </w:pPr>
      <w:r>
        <w:t>دیکھیے، آدمی ایک ایک بیک وقت دو چیزوں کو اپنا کنسرن نہیں بنا سکتا۔ سپریم کنسرن آدمی ایک ہی چیز کو بنا پاتا ہے۔</w:t>
      </w:r>
    </w:p>
    <w:p>
      <w:r>
        <w:rPr>
          <w:b/>
        </w:rPr>
        <w:t xml:space="preserve">[36:04] </w:t>
      </w:r>
      <w:r>
        <w:t>Supreme concern ek aadmi, jaise ke ek ek beta hai, to apni maa hi ko woh mohabbat de sakta hai jo jo jo mohabbat madri is ko kehte hain.</w:t>
      </w:r>
    </w:p>
    <w:p>
      <w:pPr>
        <w:jc w:val="right"/>
      </w:pPr>
      <w:r>
        <w:t>سپریم کنسرن ایک آدمی، جیسے کہ ایک ایک بیٹا ہے، تو اپنی ماں ہی کو وہ محبت دے سکتا ہے جو جو جو محبت مادری اس کو کہتے ہیں۔</w:t>
      </w:r>
    </w:p>
    <w:p>
      <w:r>
        <w:rPr>
          <w:b/>
        </w:rPr>
        <w:t xml:space="preserve">[36:16] </w:t>
      </w:r>
      <w:r>
        <w:t>Yaani maa wali mohabbat jo hai, bohat hi special love hoti hai. Woh to maa wali mohabbat jo special love hai, woh sirf apni maa ko de payega.</w:t>
      </w:r>
    </w:p>
    <w:p>
      <w:pPr>
        <w:jc w:val="right"/>
      </w:pPr>
      <w:r>
        <w:t>یعنی ماں والی محبت جو ہے، بہت ہی اسپیشل لو ہوتی ہے۔ وہ تو ماں والی محبت جو اسپیشل لو ہے، وہ صرف اپنی ماں کو دے پائے گا۔</w:t>
      </w:r>
    </w:p>
    <w:p>
      <w:r>
        <w:rPr>
          <w:b/>
        </w:rPr>
        <w:t xml:space="preserve">[36:26] </w:t>
      </w:r>
      <w:r>
        <w:t>Yeh to yeh nahin ke koi bhi aurat jo chal phir rahi hai street par, us ko woh de de. Woh kyun ke supreme concern mein split nahin hota.</w:t>
      </w:r>
    </w:p>
    <w:p>
      <w:pPr>
        <w:jc w:val="right"/>
      </w:pPr>
      <w:r>
        <w:t>یہ تو یہ نہیں کہ کوئی بھی عورت جو چل پھر رہی ہے اسٹریٹ پر، اس کو وہ دے دے۔ وہ کیونکہ سپریم کنسرن میں اسپلٹ نہیں ہوتا۔</w:t>
      </w:r>
    </w:p>
    <w:p>
      <w:r>
        <w:rPr>
          <w:b/>
        </w:rPr>
        <w:t xml:space="preserve">[36:37] </w:t>
      </w:r>
      <w:r>
        <w:t>There is no split in supreme concern. Is wajah se kya hoga</w:t>
      </w:r>
    </w:p>
    <w:p>
      <w:pPr>
        <w:jc w:val="right"/>
      </w:pPr>
      <w:r>
        <w:t>دیر از نو اسپلٹ ان سپریم کنسرن۔ اس وجہ سے کیا ہوگا</w:t>
      </w:r>
    </w:p>
    <w:p>
      <w:r>
        <w:rPr>
          <w:b/>
        </w:rPr>
        <w:t xml:space="preserve">[36:45] </w:t>
      </w:r>
      <w:r>
        <w:t>Ke jo aadmi khalq ko apna supreme concern banayega, us ki zindagi material cheezon mein need based apne aap ban jayegi.</w:t>
      </w:r>
    </w:p>
    <w:p>
      <w:pPr>
        <w:jc w:val="right"/>
      </w:pPr>
      <w:r>
        <w:t>کہ جو آدمی خالق کو اپنا سپریم کنسرن بنائے گا، اس کی زندگی مٹیریل چیزوں میں نیڈ بیسڈ اپنے آپ بن جائے گی۔</w:t>
      </w:r>
    </w:p>
    <w:p>
      <w:r>
        <w:rPr>
          <w:b/>
        </w:rPr>
        <w:t xml:space="preserve">[37:01] </w:t>
      </w:r>
      <w:r>
        <w:t>Aur jo aadmi sirf naam lega khalq ka, lafz service ke tor par, us ka kya haal hoga?</w:t>
      </w:r>
    </w:p>
    <w:p>
      <w:pPr>
        <w:jc w:val="right"/>
      </w:pPr>
      <w:r>
        <w:t>اور جو آدمی صرف نام لے گا خالق کا، لفظ سروس کے طور پر، اس کا کیا حال ہوگا؟</w:t>
      </w:r>
    </w:p>
    <w:p>
      <w:r>
        <w:rPr>
          <w:b/>
        </w:rPr>
        <w:t xml:space="preserve">[37:10] </w:t>
      </w:r>
      <w:r>
        <w:t>Material cheezon mein us ki zindagi greed based bani rahegi.</w:t>
      </w:r>
    </w:p>
    <w:p>
      <w:pPr>
        <w:jc w:val="right"/>
      </w:pPr>
      <w:r>
        <w:t>مٹیریل چیزوں میں اس کی زندگی گریڈ بیسڈ بنی رہے گی۔</w:t>
      </w:r>
    </w:p>
    <w:p>
      <w:r>
        <w:rPr>
          <w:b/>
        </w:rPr>
        <w:t xml:space="preserve">[37:17] </w:t>
      </w:r>
      <w:r>
        <w:t>To agar aisa hai ke material cheezon mein aap ki zindagi greed based hai, to aap chahe khalq ka naam lein, tab bhi aap woh naam lena ma'tabar nahin hai.</w:t>
      </w:r>
    </w:p>
    <w:p>
      <w:pPr>
        <w:jc w:val="right"/>
      </w:pPr>
      <w:r>
        <w:t>تو اگر ایسا ہے کہ مٹیریل چیزوں میں آپ کی زندگی گریڈ بیسڈ ہے، تو آپ چاہے خالق کا نام لیں، تب بھی آپ وہ نام لینا معتبر نہیں ہے۔</w:t>
      </w:r>
    </w:p>
    <w:p>
      <w:r>
        <w:rPr>
          <w:b/>
        </w:rPr>
        <w:t xml:space="preserve">[37:31] </w:t>
      </w:r>
      <w:r>
        <w:t>Is naam ki koi haqeeqat nahin hai. Naam lein ya na lein, dono barabar hain. Aap naam lein ya na lein, dono barabar hain.</w:t>
      </w:r>
    </w:p>
    <w:p>
      <w:pPr>
        <w:jc w:val="right"/>
      </w:pPr>
      <w:r>
        <w:t>اس نام کی کوئی حقیقت نہیں ہے۔ نام لیں یا نہ لیں، دونوں برابر ہیں۔ آپ نام لیں یا نہ لیں، دونوں برابر ہیں۔</w:t>
      </w:r>
    </w:p>
    <w:p>
      <w:r>
        <w:rPr>
          <w:b/>
        </w:rPr>
        <w:t xml:space="preserve">[37:42] </w:t>
      </w:r>
      <w:r>
        <w:t>Aap tauheed ke khaane mein nahin likhe jayenge. Aap</w:t>
      </w:r>
    </w:p>
    <w:p>
      <w:pPr>
        <w:jc w:val="right"/>
      </w:pPr>
      <w:r>
        <w:t>آپ توحید کے خانے میں نہیں لکھے جائیں گے۔ آپ</w:t>
      </w:r>
    </w:p>
    <w:p>
      <w:r>
        <w:rPr>
          <w:b/>
        </w:rPr>
        <w:t xml:space="preserve">[37:47] </w:t>
      </w:r>
      <w:r>
        <w:t>shirki ke khane mein likhe jayenge.</w:t>
      </w:r>
    </w:p>
    <w:p>
      <w:pPr>
        <w:jc w:val="right"/>
      </w:pPr>
      <w:r>
        <w:t>شرکی کے خانے میں لکھے جائیں گے۔</w:t>
      </w:r>
    </w:p>
    <w:p>
      <w:r>
        <w:rPr>
          <w:b/>
        </w:rPr>
        <w:t xml:space="preserve">[37:52] </w:t>
      </w:r>
      <w:r>
        <w:t>ek shakhs ne is sahi kaha hai ke ke believer woh hai jo god ko apna supreme concern bana le.</w:t>
      </w:r>
    </w:p>
    <w:p>
      <w:pPr>
        <w:jc w:val="right"/>
      </w:pPr>
      <w:r>
        <w:t>ایک شخص نے اس صحیح کہا ہے کہ کہ بیلیور وہ ہے جو گاڈ کو اپنا سپریم کنسرن بنا لے۔</w:t>
      </w:r>
    </w:p>
    <w:p>
      <w:r>
        <w:rPr>
          <w:b/>
        </w:rPr>
        <w:t xml:space="preserve">[38:05] </w:t>
      </w:r>
      <w:r>
        <w:t>jo aadmi god ko apna supreme concern na banaye, woh believer hi nahi hai. woh lafz service is nothing.</w:t>
      </w:r>
    </w:p>
    <w:p>
      <w:pPr>
        <w:jc w:val="right"/>
      </w:pPr>
      <w:r>
        <w:t>جو آدمی گاڈ کو اپنا سپریم کنسرن نہ بنائے، وہ بیلیور ہی نہیں ہے۔ وہ لفظ سروس از نتھنگ۔</w:t>
      </w:r>
    </w:p>
    <w:p>
      <w:r>
        <w:rPr>
          <w:b/>
        </w:rPr>
        <w:t xml:space="preserve">[38:16] </w:t>
      </w:r>
      <w:r>
        <w:t>to aaj kal ke zamane mein itna fascination ho gaya hai material cheezon mein, material cheezon mein itna attraction ho gaya hai ke sab isi par tootay padh rahe hain.</w:t>
      </w:r>
    </w:p>
    <w:p>
      <w:pPr>
        <w:jc w:val="right"/>
      </w:pPr>
      <w:r>
        <w:t>تو آج کل کے زمانے میں اتنا فیسینیشن ہو گیا ہے مٹیریل چیزوں میں، مٹیریل چیزوں میں اتنا اٹریکشن ہو گیا ہے کہ سب اسی پر ٹوٹے پڑ رہے ہیں۔</w:t>
      </w:r>
    </w:p>
    <w:p>
      <w:r>
        <w:rPr>
          <w:b/>
        </w:rPr>
        <w:t xml:space="preserve">[38:29] </w:t>
      </w:r>
      <w:r>
        <w:t>chahe woh bazahir religious log hon ya secular log hon. is mani mein religious aadmi aur secular aadmi jo farq hai, woh kya hai?</w:t>
      </w:r>
    </w:p>
    <w:p>
      <w:pPr>
        <w:jc w:val="right"/>
      </w:pPr>
      <w:r>
        <w:t>چاہے وہ بظاہر ریلیجیس لوگ ہوں یا سیکولر لوگ ہوں۔ اس معنی میں ریلیجیس آدمی اور سیکولر آدمی جو فرق ہے، وہ کیا ہے؟</w:t>
      </w:r>
    </w:p>
    <w:p>
      <w:r>
        <w:rPr>
          <w:b/>
        </w:rPr>
        <w:t xml:space="preserve">[38:38] </w:t>
      </w:r>
      <w:r>
        <w:t>lafz service ka.</w:t>
      </w:r>
    </w:p>
    <w:p>
      <w:pPr>
        <w:jc w:val="right"/>
      </w:pPr>
      <w:r>
        <w:t>لفظ سروس کا۔</w:t>
      </w:r>
    </w:p>
    <w:p>
      <w:r>
        <w:rPr>
          <w:b/>
        </w:rPr>
        <w:t xml:space="preserve">[38:40] </w:t>
      </w:r>
      <w:r>
        <w:t>bas yani secular aadmi bator lafz service bhi creator ko nahi manta. aur religious aadmi jo hai, bator lafz service ke creator ka naam leta hai.</w:t>
      </w:r>
    </w:p>
    <w:p>
      <w:pPr>
        <w:jc w:val="right"/>
      </w:pPr>
      <w:r>
        <w:t>بس یعنی سیکولر آدمی بطور لفظ سروس بھی کریٹر کو نہیں مانتا۔ اور ریلیجیس آدمی جو ہے، بطور لفظ سروس کے کریٹر کا نام لیتا ہے۔</w:t>
      </w:r>
    </w:p>
    <w:p>
      <w:r>
        <w:rPr>
          <w:b/>
        </w:rPr>
        <w:t xml:space="preserve">[38:53] </w:t>
      </w:r>
      <w:r>
        <w:t>bas is se aage aur kuch bhi nahi.</w:t>
      </w:r>
    </w:p>
    <w:p>
      <w:pPr>
        <w:jc w:val="right"/>
      </w:pPr>
      <w:r>
        <w:t>بس اس سے آگے اور کچھ بھی نہیں۔</w:t>
      </w:r>
    </w:p>
    <w:p>
      <w:r>
        <w:rPr>
          <w:b/>
        </w:rPr>
        <w:t xml:space="preserve">[38:57] </w:t>
      </w:r>
      <w:r>
        <w:t>is zamane mein jo material cheezein hain, is mein itna attraction barh gaya hai ke aadmi afford nahi kar sakta ke is ko woh ignore kare.</w:t>
      </w:r>
    </w:p>
    <w:p>
      <w:pPr>
        <w:jc w:val="right"/>
      </w:pPr>
      <w:r>
        <w:t>اس زمانے میں جو مٹیریل چیزیں ہیں، اس میں اتنا اٹریکشن بڑھ گیا ہے کہ آدمی افورڈ نہیں کر سکتا کہ اس کو وہ اگنور کرے۔</w:t>
      </w:r>
    </w:p>
    <w:p>
      <w:r>
        <w:rPr>
          <w:b/>
        </w:rPr>
        <w:t xml:space="preserve">[39:11] </w:t>
      </w:r>
      <w:r>
        <w:t>ignore kare.</w:t>
      </w:r>
    </w:p>
    <w:p>
      <w:pPr>
        <w:jc w:val="right"/>
      </w:pPr>
      <w:r>
        <w:t>اگنور کرے۔</w:t>
      </w:r>
    </w:p>
    <w:p>
      <w:r>
        <w:rPr>
          <w:b/>
        </w:rPr>
        <w:t xml:space="preserve">[39:15] </w:t>
      </w:r>
      <w:r>
        <w:t>agar aap ek, agar aap ke paas ek choti car hai aur aap ke parosi ke paas bari car hai, to aap afford nahi kar sakte ke is ko ignore karein.</w:t>
      </w:r>
    </w:p>
    <w:p>
      <w:pPr>
        <w:jc w:val="right"/>
      </w:pPr>
      <w:r>
        <w:t>اگر آپ ایک، اگر آپ کے پاس ایک چھوٹی کار ہے اور آپ کے پڑوسی کے پاس بڑی کار ہے، تو آپ افورڈ نہیں کر سکتے کہ اس کو اگنور کریں۔</w:t>
      </w:r>
    </w:p>
    <w:p>
      <w:r>
        <w:rPr>
          <w:b/>
        </w:rPr>
        <w:t xml:space="preserve">[39:28] </w:t>
      </w:r>
      <w:r>
        <w:t>aap chahte hain ke mere paas bhi bari car ho jaye. aisi sari material cheezein, material cheezon mein itni zyada aaj kal kashish ho gayi hai.</w:t>
      </w:r>
    </w:p>
    <w:p>
      <w:pPr>
        <w:jc w:val="right"/>
      </w:pPr>
      <w:r>
        <w:t>آپ چاہتے ہیں کہ میرے پاس بھی بڑی کار ہو جائے۔ ایسی ساری مٹیریل چیزیں، مٹیریل چیزوں میں اتنی زیادہ آج کل کشش ہو گئی ہے۔</w:t>
      </w:r>
    </w:p>
    <w:p>
      <w:r>
        <w:rPr>
          <w:b/>
        </w:rPr>
        <w:t xml:space="preserve">[39:40] </w:t>
      </w:r>
      <w:r>
        <w:t>pehlay zamane mein dekhiye, bail gaadi pe insaan chalta tha to bail gaadi mein koi koi attraction nahi. kisi ke paas hai, kisi ke paas nahi hai, dono barabar hain.</w:t>
      </w:r>
    </w:p>
    <w:p>
      <w:pPr>
        <w:jc w:val="right"/>
      </w:pPr>
      <w:r>
        <w:t>پہلے زمانے میں دیکھیے، بیل گاڑی پہ انسان چلتا تھا تو بیل گاڑی میں کوئی کوئی اٹریکشن نہیں۔ کسی کے پاس ہے، کسی کے پاس نہیں ہے، دونوں برابر ہیں۔</w:t>
      </w:r>
    </w:p>
    <w:p>
      <w:r>
        <w:rPr>
          <w:b/>
        </w:rPr>
        <w:t xml:space="preserve">[39:54] </w:t>
      </w:r>
      <w:r>
        <w:t>ab jo hai, beautiful car, shandar car khari hui hai aap ke kisi ke ghar ke samne, is ko aap dekhte hain to bohat zabardast aap ko asar parta hai.</w:t>
      </w:r>
    </w:p>
    <w:p>
      <w:pPr>
        <w:jc w:val="right"/>
      </w:pPr>
      <w:r>
        <w:t>اب جو ہے، بیوٹی فل کار، شاندار کار کھڑی ہوئی ہے آپ کے کسی کے گھر کے سامنے، اس کو آپ دیکھتے ہیں تو بہت زبردست آپ کو اثر پڑتا ہے۔</w:t>
      </w:r>
    </w:p>
    <w:p>
      <w:r>
        <w:rPr>
          <w:b/>
        </w:rPr>
        <w:t xml:space="preserve">[40:08] </w:t>
      </w:r>
      <w:r>
        <w:t>to qadeem zamane mein beautification nahi hua tha. is zamane mein har cheez ka beautification ho gaya hai. ghar ka beautification, sawari ka beautification, consumer goods ka beautification,</w:t>
      </w:r>
    </w:p>
    <w:p>
      <w:pPr>
        <w:jc w:val="right"/>
      </w:pPr>
      <w:r>
        <w:t>تو قدیم زمانے میں بیوٹیفیکیشن نہیں ہوا تھا۔ اس زمانے میں ہر چیز کا بیوٹیفیکیشن ہو گیا ہے۔ گھر کا بیوٹیفیکیشن، سواری کا بیوٹیفیکیشن، کنزیومر گڈز کا بیوٹیفیکیشن،</w:t>
      </w:r>
    </w:p>
    <w:p>
      <w:r>
        <w:rPr>
          <w:b/>
        </w:rPr>
        <w:t xml:space="preserve">[40:24] </w:t>
      </w:r>
      <w:r>
        <w:t>har cheez ka beautification. to yeh age hai, age of beautification.</w:t>
      </w:r>
    </w:p>
    <w:p>
      <w:pPr>
        <w:jc w:val="right"/>
      </w:pPr>
      <w:r>
        <w:t>ہر چیز کا بیوٹیفیکیشن۔ تو یہ ایج ہے، ایج آف بیوٹیفیکیشن۔</w:t>
      </w:r>
    </w:p>
    <w:p>
      <w:r>
        <w:rPr>
          <w:b/>
        </w:rPr>
        <w:t xml:space="preserve">[40:35] </w:t>
      </w:r>
      <w:r>
        <w:t>to cheezon ko aisa beautify kar diya gaya hai ke insaan is se ooper uth nahi pata. isi ki taraf dor rahe hain, isi ki taraf dor rahe hain. isi se aaj kal ke zamane mein greed paida hui hai.</w:t>
      </w:r>
    </w:p>
    <w:p>
      <w:pPr>
        <w:jc w:val="right"/>
      </w:pPr>
      <w:r>
        <w:t>تو چیزوں کو ایسا بیوٹیفائی کر دیا گیا ہے کہ انسان اس سے اوپر اٹھ نہیں پاتا۔ اسی کی طرف دوڑ رہے ہیں، اسی کی طرف دوڑ رہے ہیں۔ اسی سے آج کل کے زمانے میں گریڈ پیدا ہوئی ہے۔</w:t>
      </w:r>
    </w:p>
    <w:p>
      <w:r>
        <w:rPr>
          <w:b/>
        </w:rPr>
        <w:t xml:space="preserve">[40:46] </w:t>
      </w:r>
      <w:r>
        <w:t>pehlay zamane mein itni greed nahi thi kyunke cheezon ko itna beautify nahi kiya gaya tha. abhi bhi agar aap idhar udhar safar karein, duniya mein jayein to aap kahin pohnchenge shehar mein aur kaha jayega ke yahan par king ka mahal hai.</w:t>
      </w:r>
    </w:p>
    <w:p>
      <w:pPr>
        <w:jc w:val="right"/>
      </w:pPr>
      <w:r>
        <w:t>پہلے زمانے میں اتنی گریڈ نہیں تھی کیونکہ چیزوں کو اتنا بیوٹیفائی نہیں کیا گیا تھا۔ ابھی بھی اگر آپ ادھر ادھر سفر کریں، دنیا میں جائیں تو آپ کہیں پہنچیں گے شہر میں اور کہا جائے گا کہ یہاں پر کنگ کا محل ہے۔</w:t>
      </w:r>
    </w:p>
    <w:p>
      <w:r>
        <w:rPr>
          <w:b/>
        </w:rPr>
        <w:t xml:space="preserve">[41:02] </w:t>
      </w:r>
      <w:r>
        <w:t>jab wahan pohnchenge to king ka mahal kya hoga? patharon ka ek bangam, ek khara hua ek structure. to jis building ko pehlay ke zamane ka insaan kehta tha palace, aaj ke insaan ke liye woh patharon ka ek ek bangam structure hai.</w:t>
      </w:r>
    </w:p>
    <w:p>
      <w:pPr>
        <w:jc w:val="right"/>
      </w:pPr>
      <w:r>
        <w:t>جب وہاں پہنچیں گے تو کنگ کا محل کیا ہوگا؟ پتھروں کا ایک بہنگم، ایک کھڑا ہوا ایک سٹرکچر۔ تو جس بلڈنگ کو پہلے کے زمانے کا انسان کہتا تھا پیلس، آج کے انسان کے لیے وہ پتھروں کا ایک ایک بہنگم سٹرکچر ہے۔</w:t>
      </w:r>
    </w:p>
    <w:p>
      <w:r>
        <w:rPr>
          <w:b/>
        </w:rPr>
        <w:t xml:space="preserve">[41:20] </w:t>
      </w:r>
      <w:r>
        <w:t>lekin aaj jo banti hain buildingein, woh kitni beautiful hoti hain. to pehlay zamane mein chalta tha aadmi bail gaadi par, is mein koi beauty nahi thi.</w:t>
      </w:r>
    </w:p>
    <w:p>
      <w:pPr>
        <w:jc w:val="right"/>
      </w:pPr>
      <w:r>
        <w:t>لیکن آج جو بنتی ہیں بلڈنگیں، وہ کتنی بیوٹی فل ہوتی ہیں۔ تو پہلے زمانے میں چلتا تھا آدمی بیل گاڑی پر، اس میں کوئی بیوٹی نہیں تھی۔</w:t>
      </w:r>
    </w:p>
    <w:p>
      <w:r>
        <w:rPr>
          <w:b/>
        </w:rPr>
        <w:t xml:space="preserve">[41:31] </w:t>
      </w:r>
      <w:r>
        <w:t>aaj chalta hai car par, is mein bohat zyada beauty hai. to har cheez ko is zamane mein beautify kar diya gaya hai. har cheez ko. is wajah se koi insaan afford nahi kar pata ke is ko woh ignore kare.</w:t>
      </w:r>
    </w:p>
    <w:p>
      <w:pPr>
        <w:jc w:val="right"/>
      </w:pPr>
      <w:r>
        <w:t>آج چلتا ہے کار پر، اس میں بہت زیادہ بیوٹی ہے۔ تو ہر چیز کو اس زمانے میں بیوٹیفائی کر دیا گیا ہے۔ ہر چیز کو۔ اس وجہ سے کوئی انسان افورڈ نہیں کر پاتا کہ اس کو وہ اگنور کرے۔</w:t>
      </w:r>
    </w:p>
    <w:p>
      <w:r>
        <w:rPr>
          <w:b/>
        </w:rPr>
        <w:t xml:space="preserve">[41:46] </w:t>
      </w:r>
      <w:r>
        <w:t>kaise ignore karega woh? isi se greed culture paida hua hai. pehlay jo tha, woh duniya mein need culture tha, need based culture.</w:t>
      </w:r>
    </w:p>
    <w:p>
      <w:pPr>
        <w:jc w:val="right"/>
      </w:pPr>
      <w:r>
        <w:t>کیسے اگنور کرے گا وہ؟ اسی سے گریڈ کلچر پیدا ہوا ہے۔ پہلے جو تھا، وہ دنیا میں نیڈ کلچر تھا، نیڈ بیسڈ کلچر۔</w:t>
      </w:r>
    </w:p>
    <w:p>
      <w:r>
        <w:rPr>
          <w:b/>
        </w:rPr>
        <w:t xml:space="preserve">[41:59] </w:t>
      </w:r>
      <w:r>
        <w:t>ab insaan afford nahi kar pata ke woh need based culture par jiye. is ko yani compulsively jana parta hai greed based culture par.</w:t>
      </w:r>
    </w:p>
    <w:p>
      <w:pPr>
        <w:jc w:val="right"/>
      </w:pPr>
      <w:r>
        <w:t>اب انسان افورڈ نہیں کر پاتا کہ وہ نیڈ بیسڈ کلچر پر جیے۔ اس کو یعنی کمپلسولی جانا پڑتا ہے گریڈ بیسڈ کلچر پر۔</w:t>
      </w:r>
    </w:p>
    <w:p>
      <w:r>
        <w:rPr>
          <w:b/>
        </w:rPr>
        <w:t xml:space="preserve">[42:13] </w:t>
      </w:r>
      <w:r>
        <w:t>to is zamane mein mein ek yeh kahunga ke compulso greed ka culture aa gaya hai duniya mein. pehlay agar compulso need ka culture tha to ab compulso greed ka culture hai.</w:t>
      </w:r>
    </w:p>
    <w:p>
      <w:pPr>
        <w:jc w:val="right"/>
      </w:pPr>
      <w:r>
        <w:t>تو اس زمانے میں میں ایک یہ کہوں گا کہ کمپلسو گریڈ کا کلچر آگیا ہے دنیا میں۔ پہلے اگر کمپلسو نیڈ کا کلچر تھا تو اب کمپلسو گریڈ کا کلچر ہے۔</w:t>
      </w:r>
    </w:p>
    <w:p>
      <w:r>
        <w:rPr>
          <w:b/>
        </w:rPr>
        <w:t xml:space="preserve">[42:30] </w:t>
      </w:r>
      <w:r>
        <w:t>pehlay aap kya karte? kuch cheez hi nahi thi ke jis mein aap daudein. bilkul simple qism ke kapre hote thay, saada qism ki, mamooli qism ki charpai hoti thi, mamooli qism ka ghar hota tha.</w:t>
      </w:r>
    </w:p>
    <w:p>
      <w:pPr>
        <w:jc w:val="right"/>
      </w:pPr>
      <w:r>
        <w:t>پہلے آپ کیا کرتے؟ کچھ چیز ہی نہیں تھی کہ جس میں آپ دوڑیں۔ بالکل سمپل قسم کے کپڑے ہوتے تھے، سادہ قسم کی، معمولی قسم کی چارپائی ہوتی تھی، معمولی قسم کا گھر ہوتا تھا۔</w:t>
      </w:r>
    </w:p>
    <w:p>
      <w:r>
        <w:rPr>
          <w:b/>
        </w:rPr>
        <w:t xml:space="preserve">[42:43] </w:t>
      </w:r>
      <w:r>
        <w:t>kuch cheez hi nahi hai jis mein aap dorain. to aap under compulsive need par rehte thay. under compulsive need par rehte thay.</w:t>
      </w:r>
    </w:p>
    <w:p>
      <w:pPr>
        <w:jc w:val="right"/>
      </w:pPr>
      <w:r>
        <w:t>کچھ چیز ہی نہیں ہے جس میں آپ دوڑیں۔ تو آپ انڈر کمپلسو نیڈ پر رہتے تھے۔ انڈر کمپلسو نیڈ پر رہتے تھے۔</w:t>
      </w:r>
    </w:p>
    <w:p>
      <w:r>
        <w:rPr>
          <w:b/>
        </w:rPr>
        <w:t xml:space="preserve">[42:56] </w:t>
      </w:r>
      <w:r>
        <w:t>ab under compulsive aap ko grade par jana parta hai.</w:t>
      </w:r>
    </w:p>
    <w:p>
      <w:pPr>
        <w:jc w:val="right"/>
      </w:pPr>
      <w:r>
        <w:t>اب انڈر کمپلسو آپ کو گریڈ پر جانا پڑتا ہے۔</w:t>
      </w:r>
    </w:p>
    <w:p>
      <w:r>
        <w:rPr>
          <w:b/>
        </w:rPr>
        <w:t xml:space="preserve">[43:00] </w:t>
      </w:r>
      <w:r>
        <w:t>yeh zamana compulsive grade ka zamana hai.</w:t>
      </w:r>
    </w:p>
    <w:p>
      <w:pPr>
        <w:jc w:val="right"/>
      </w:pPr>
      <w:r>
        <w:t>یہ زمانہ کمپلسو گریڈ کا زمانہ ہے۔</w:t>
      </w:r>
    </w:p>
    <w:p>
      <w:r>
        <w:rPr>
          <w:b/>
        </w:rPr>
        <w:t xml:space="preserve">[43:08] </w:t>
      </w:r>
      <w:r>
        <w:t>ek mein ne ek angrezi akhbar mein ek report parhi ek exhibition ke bare mein. ek exhibition hui thi, bohat is mein industrial goods thay.</w:t>
      </w:r>
    </w:p>
    <w:p>
      <w:pPr>
        <w:jc w:val="right"/>
      </w:pPr>
      <w:r>
        <w:t>ایک میں نے ایک انگریزی اخبار میں ایک رپورٹ پڑھی ایک ایگزیبیشن کے بارے میں۔ ایک ایگزیبیشن ہوئی تھی، بہت اس میں انڈسٹریل گڈز تھے۔</w:t>
      </w:r>
    </w:p>
    <w:p>
      <w:r>
        <w:rPr>
          <w:b/>
        </w:rPr>
        <w:t xml:space="preserve">[43:17] </w:t>
      </w:r>
      <w:r>
        <w:t>is mein mukhtalif qism ke industrial goods, bohat hi khoobsurat qism ki cheezain.</w:t>
      </w:r>
    </w:p>
    <w:p>
      <w:pPr>
        <w:jc w:val="right"/>
      </w:pPr>
      <w:r>
        <w:t>اس میں مختلف قسم کے انڈسٹریل گڈز، بہت ہی خوبصورت قسم کی چیزیں۔</w:t>
      </w:r>
    </w:p>
    <w:p>
      <w:r>
        <w:rPr>
          <w:b/>
        </w:rPr>
        <w:t xml:space="preserve">[43:25] </w:t>
      </w:r>
      <w:r>
        <w:t>to ek sadhu wahan aya jo tiyaag kiye hue tha. kisi wajah se wahan pohnch gaya dekhne ke liye. to jab us ne dekha wahan ki chamak damak, yeh report maine parhi thi ek angrezi akhbar mein.</w:t>
      </w:r>
    </w:p>
    <w:p>
      <w:pPr>
        <w:jc w:val="right"/>
      </w:pPr>
      <w:r>
        <w:t>تو ایک سادھو وہاں آیا جو تیاگ کیے ہوئے تھا۔ کسی وجہ سے وہاں پہنچ گیا دیکھنے کے لیے۔ تو جب اس نے دیکھا وہاں کی چمک دمک، یہ رپورٹ میں نے پڑھی تھی ایک انگریزی اخبار میں۔</w:t>
      </w:r>
    </w:p>
    <w:p>
      <w:r>
        <w:rPr>
          <w:b/>
        </w:rPr>
        <w:t xml:space="preserve">[43:42] </w:t>
      </w:r>
      <w:r>
        <w:t>jab industrial exhibition ki, woh ek industrial exhibition thi. woh industrial goods ke sare wahan par numaish ki gayi thi.</w:t>
      </w:r>
    </w:p>
    <w:p>
      <w:pPr>
        <w:jc w:val="right"/>
      </w:pPr>
      <w:r>
        <w:t>جب انڈسٹریل ایگزیبیشن کی، وہ ایک انڈسٹریل ایگزیبیشن تھی۔ وہ انڈسٹریل گڈز کے سارے وہاں پر نمائش کی گئی تھی۔</w:t>
      </w:r>
    </w:p>
    <w:p>
      <w:r>
        <w:rPr>
          <w:b/>
        </w:rPr>
        <w:t xml:space="preserve">[43:55] </w:t>
      </w:r>
      <w:r>
        <w:t>un ko display kiya gaya tha. us ne dekha ke khoobsurat khoobsurat cheezain har taraf hain.</w:t>
      </w:r>
    </w:p>
    <w:p>
      <w:pPr>
        <w:jc w:val="right"/>
      </w:pPr>
      <w:r>
        <w:t>ان کو ڈسپلے کیا گیا تھا۔ اس نے دیکھا کہ خوبصورت خوبصورت چیزیں ہر طرف ہیں۔</w:t>
      </w:r>
    </w:p>
    <w:p>
      <w:r>
        <w:rPr>
          <w:b/>
        </w:rPr>
        <w:t xml:space="preserve">[44:04] </w:t>
      </w:r>
      <w:r>
        <w:t>to us ke andar ek ajeeb halchal paida hui. to koi reporter wahan tha, us ne poocha us se ke bhai tum ko dekh kar yeh kaisa lagta hai?</w:t>
      </w:r>
    </w:p>
    <w:p>
      <w:pPr>
        <w:jc w:val="right"/>
      </w:pPr>
      <w:r>
        <w:t>تو اس کے اندر ایک عجیب ہلچل پیدا ہوئی۔ تو کوئی رپورٹر وہاں تھا، اس نے پوچھا اس سے کہ بھئی تم کو دیکھ کر یہ کیسا لگتا ہے؟</w:t>
      </w:r>
    </w:p>
    <w:p>
      <w:r>
        <w:rPr>
          <w:b/>
        </w:rPr>
        <w:t xml:space="preserve">[44:17] </w:t>
      </w:r>
      <w:r>
        <w:t>to us sadhu ne kaha ke main ek zabardast qism ke, mere andar second thought aa gaya hai. second thought.</w:t>
      </w:r>
    </w:p>
    <w:p>
      <w:pPr>
        <w:jc w:val="right"/>
      </w:pPr>
      <w:r>
        <w:t>تو اس سادھو نے کہا کہ میں ایک زبردست قسم کے، میرے اندر سیکنڈ تھاٹ آگیا ہے۔ سیکنڈ تھاٹ۔</w:t>
      </w:r>
    </w:p>
    <w:p>
      <w:r>
        <w:rPr>
          <w:b/>
        </w:rPr>
        <w:t xml:space="preserve">[44:28] </w:t>
      </w:r>
      <w:r>
        <w:t>to us ne poocha ke woh kya second thought? us ne kaha ke second thought yeh hai ke main bhi isi material world ki taraf jaon aur yeh sab khoobsurat cheezain hasil karon.</w:t>
      </w:r>
    </w:p>
    <w:p>
      <w:pPr>
        <w:jc w:val="right"/>
      </w:pPr>
      <w:r>
        <w:t>تو اس نے پوچھا کہ وہ کیا سیکنڈ تھاٹ؟ اس نے کہا کہ سیکنڈ تھاٹ یہ ہے کہ میں بھی اسی مٹیریل ورلڈ کی طرف جاؤں اور یہ سب خوبصورت چیزیں حاصل کروں۔</w:t>
      </w:r>
    </w:p>
    <w:p>
      <w:r>
        <w:rPr>
          <w:b/>
        </w:rPr>
        <w:t xml:space="preserve">[44:40] </w:t>
      </w:r>
      <w:r>
        <w:t>ya apni isi zindagi mein rahoon, tiyaag wali zindagi mein.</w:t>
      </w:r>
    </w:p>
    <w:p>
      <w:pPr>
        <w:jc w:val="right"/>
      </w:pPr>
      <w:r>
        <w:t>یا اپنی اسی زندگی میں رہوں، تیاگ والی زندگی میں۔</w:t>
      </w:r>
    </w:p>
    <w:p>
      <w:r>
        <w:rPr>
          <w:b/>
        </w:rPr>
        <w:t xml:space="preserve">[44:46] </w:t>
      </w:r>
      <w:r>
        <w:t>ke main jhonpre mein rehta hoon, meri zindagi tiyaag ki zindagi hai, mamooli kapra pehnta hoon, mamooli khana khata hoon. to us ko chhod kar ke main bhi jump kar doon isi mein ya isi mein pada rahoon main.</w:t>
      </w:r>
    </w:p>
    <w:p>
      <w:pPr>
        <w:jc w:val="right"/>
      </w:pPr>
      <w:r>
        <w:t>کہ میں جھونپڑے میں رہتا ہوں، میری زندگی تیاگ کی زندگی ہے، معمولی کپڑا پہنتا ہوں، معمولی کھانا کھاتا ہوں۔ تو اس کو چھوڑ کر کے میں بھی جمپ کر دوں اسی میں یا اسی میں پڑا رہوں میں۔</w:t>
      </w:r>
    </w:p>
    <w:p>
      <w:r>
        <w:rPr>
          <w:b/>
        </w:rPr>
        <w:t xml:space="preserve">[45:01] </w:t>
      </w:r>
      <w:r>
        <w:t>yeh har insan ka muamla hai, kisi ek insan ka nahi. isi liye main kehta hoon ke yeh compulsive grade ka zamana hai.</w:t>
      </w:r>
    </w:p>
    <w:p>
      <w:pPr>
        <w:jc w:val="right"/>
      </w:pPr>
      <w:r>
        <w:t>یہ ہر انسان کا معاملہ ہے، کسی ایک انسان کا نہیں۔ اسی لیے میں کہتا ہوں کہ یہ کمپلسو گریڈ کا زمانہ ہے۔</w:t>
      </w:r>
    </w:p>
    <w:p>
      <w:r>
        <w:rPr>
          <w:b/>
        </w:rPr>
        <w:t xml:space="preserve">[45:12] </w:t>
      </w:r>
      <w:r>
        <w:t>cheezon mein attraction itna barh gaya hai ke aap compulsively idhar dor parhte hain. mujhe bhi acha ghar chahiye, mujhe bhi khoobsurat carain chahiye, mere bete bhi shandar kapre pehnein,</w:t>
      </w:r>
    </w:p>
    <w:p>
      <w:pPr>
        <w:jc w:val="right"/>
      </w:pPr>
      <w:r>
        <w:t>چیزوں میں اٹریکشن اتنا بڑھ گیا ہے کہ آپ کمپلسولی ادھر دوڑ پڑتے ہیں۔ مجھے بھی اچھا گھر چاہیے، مجھے بھی خوبصورت کاریں چاہییں، میرے بیٹے بھی شاندار کپڑے پہنیں،</w:t>
      </w:r>
    </w:p>
    <w:p>
      <w:r>
        <w:rPr>
          <w:b/>
        </w:rPr>
        <w:t xml:space="preserve">[45:26] </w:t>
      </w:r>
      <w:r>
        <w:t>mere bete bhi khoobsurat shandar school mein parhein, mere bete bhi hawai jahaz par safar kar ke yahan se wahan jayen, mere ghar mein bhi woh sara furniture ho, beautiful furniture,</w:t>
      </w:r>
    </w:p>
    <w:p>
      <w:pPr>
        <w:jc w:val="right"/>
      </w:pPr>
      <w:r>
        <w:t>میرے بیٹے بھی خوبصورت شاندار اسکول میں پڑھیں، میرے بیٹے بھی ہوائی جہاز پر سفر کر کے یہاں سے وہاں جائیں، میرے گھر میں بھی وہ سارا فرنیچر ہو، بیوٹی فل فرنیچر،</w:t>
      </w:r>
    </w:p>
    <w:p>
      <w:r>
        <w:rPr>
          <w:b/>
        </w:rPr>
        <w:t xml:space="preserve">[45:41] </w:t>
      </w:r>
      <w:r>
        <w:t>mere bachon ke liye khoobsurat khilone hon. to pehle zamane mein yeh sab kahan tha? pehle zamane mein har cheez bilkul crot shakal mein hoti thi, crot crot shakal mein hoti thi.</w:t>
      </w:r>
    </w:p>
    <w:p>
      <w:pPr>
        <w:jc w:val="right"/>
      </w:pPr>
      <w:r>
        <w:t>میرے بچوں کے لیے خوبصورت کھلونے ہوں۔ تو پہلے زمانے میں یہ سب کہاں تھا؟ پہلے زمانے میں ہر چیز بالکل کروٹ شکل میں ہوتی تھی، کروٹ کروٹ شکل میں ہوتی تھی۔</w:t>
      </w:r>
    </w:p>
    <w:p>
      <w:r>
        <w:rPr>
          <w:b/>
        </w:rPr>
        <w:t xml:space="preserve">[45:55] </w:t>
      </w:r>
      <w:r>
        <w:t>koi bhi cheez aaj kal ki tarah se beautiful nahi hua karti thi.</w:t>
      </w:r>
    </w:p>
    <w:p>
      <w:pPr>
        <w:jc w:val="right"/>
      </w:pPr>
      <w:r>
        <w:t>کوئی بھی چیز آج کل کی طرح سے بیوٹی فل نہیں ہوا کرتی تھی۔</w:t>
      </w:r>
    </w:p>
    <w:p>
      <w:r>
        <w:rPr>
          <w:b/>
        </w:rPr>
        <w:t xml:space="preserve">[46:03] </w:t>
      </w:r>
      <w:r>
        <w:t>is soorat e haal ne shirk ko ek nayi taqat de di hai.</w:t>
      </w:r>
    </w:p>
    <w:p>
      <w:pPr>
        <w:jc w:val="right"/>
      </w:pPr>
      <w:r>
        <w:t>اس صورتحال نے شرک کو ایک نئی طاقت دے دی ہے۔</w:t>
      </w:r>
    </w:p>
    <w:p>
      <w:r>
        <w:rPr>
          <w:b/>
        </w:rPr>
        <w:t xml:space="preserve">[46:09] </w:t>
      </w:r>
      <w:r>
        <w:t>pehle zamane ka shirk jo tha, yani Khuda ko chhod kar makhlooq ko poojna, Khuda ko chhod kar makhlooq ko apna supreme concern banana, yeh itna zyada powerful nahi tha jitna ke is zamane mein powerful ban gaya hai.</w:t>
      </w:r>
    </w:p>
    <w:p>
      <w:pPr>
        <w:jc w:val="right"/>
      </w:pPr>
      <w:r>
        <w:t>پہلے زمانے کا شرک جو تھا، یعنی خدا کو چھوڑ کر مخلوق کو پوجنا، خدا کو چھوڑ کر مخلوق کو اپنا سپریم کنسرن بنانا، یہ اتنا زیادہ پاورفل نہیں تھا جتنا کہ اس زمانے میں پاورفل بن گیا ہے۔</w:t>
      </w:r>
    </w:p>
    <w:p>
      <w:r>
        <w:rPr>
          <w:b/>
        </w:rPr>
        <w:t xml:space="preserve">[46:28] </w:t>
      </w:r>
      <w:r>
        <w:t>ab jo makhlooq hai, ab jo cheezain hain jo nature ko explore kar ke insan ne banai hain,</w:t>
      </w:r>
    </w:p>
    <w:p>
      <w:pPr>
        <w:jc w:val="right"/>
      </w:pPr>
      <w:r>
        <w:t>اب جو مخلوق ہے، اب جو چیزیں ہیں جو نیچر کو ایکسپلور کر کے انسان نے بنائی ہیں،</w:t>
      </w:r>
    </w:p>
    <w:p>
      <w:r>
        <w:rPr>
          <w:b/>
        </w:rPr>
        <w:t xml:space="preserve">[46:39] </w:t>
      </w:r>
      <w:r>
        <w:t>pehle nature ko explore nahi kar paya tha insan. nature apni sada shakal mein thi, nature apni sada shakal mein thi.</w:t>
      </w:r>
    </w:p>
    <w:p>
      <w:pPr>
        <w:jc w:val="right"/>
      </w:pPr>
      <w:r>
        <w:t>پہلے نیچر کو ایکسپلور نہیں کر پایا تھا انسان۔ نیچر اپنی سادہ شکل میں تھی، نیچر اپنی سادہ شکل میں تھی۔</w:t>
      </w:r>
    </w:p>
    <w:p>
      <w:r>
        <w:rPr>
          <w:b/>
        </w:rPr>
        <w:t xml:space="preserve">[46:49] </w:t>
      </w:r>
      <w:r>
        <w:t>ab nature ko explore kar ke insan ne itni cheezain banain, itni cheezain banain aur bohat hi beautiful cheezain. aap jante hain ke jo jo beautiful color hotay hain, woh kis se bane hain?</w:t>
      </w:r>
    </w:p>
    <w:p>
      <w:pPr>
        <w:jc w:val="right"/>
      </w:pPr>
      <w:r>
        <w:t>اب نیچر کو ایکسپلور کر کے انسان نے اتنی چیزیں بنائیں، اتنی چیزیں بنائیں اور بہت ہی بیوٹی فل چیزیں۔ آپ جانتے ہیں کہ جو جو بیوٹی فل کلر ہوتے ہیں، وہ کس سے بنے ہیں؟</w:t>
      </w:r>
    </w:p>
    <w:p>
      <w:r>
        <w:rPr>
          <w:b/>
        </w:rPr>
        <w:t xml:space="preserve">[47:01] </w:t>
      </w:r>
      <w:r>
        <w:t>koyle se bane hain. yeh jo koylta hota hai, is ko hum pathar koylta kehte hain.</w:t>
      </w:r>
    </w:p>
    <w:p>
      <w:pPr>
        <w:jc w:val="right"/>
      </w:pPr>
      <w:r>
        <w:t>کوئلے سے بنے ہیں۔ یہ جو کوئلہ ہوتا ہے، اس کو ہم پتھر کوئلہ کہتے ہیں۔</w:t>
      </w:r>
    </w:p>
    <w:p>
      <w:r>
        <w:rPr>
          <w:b/>
        </w:rPr>
        <w:t xml:space="preserve">[47:06] </w:t>
      </w:r>
      <w:r>
        <w:t>to pehle bhi hota tha. ab pathar ke koyle mein kya bataiye, kya attraction hai? pathar ke koyle mein to koi attraction nahi hai.</w:t>
      </w:r>
    </w:p>
    <w:p>
      <w:pPr>
        <w:jc w:val="right"/>
      </w:pPr>
      <w:r>
        <w:t>تو پہلے بھی ہوتا تھا۔ اب پتھر کے کوئلے میں کیا بتائیے، کیا اٹریکشن ہے؟ پتھر کے کوئلے میں تو کوئی اٹریکشن نہیں ہے۔</w:t>
      </w:r>
    </w:p>
    <w:p>
      <w:r>
        <w:rPr>
          <w:b/>
        </w:rPr>
        <w:t xml:space="preserve">[47:15] </w:t>
      </w:r>
      <w:r>
        <w:t>lekin aaj jo beauty full color bane hue hain, woh to bohat ziyada dil ko lotate hain, bohat attraction in ke andar hai.</w:t>
      </w:r>
    </w:p>
    <w:p>
      <w:pPr>
        <w:jc w:val="right"/>
      </w:pPr>
      <w:r>
        <w:t>لیکن آج جو بیوٹی فل کلر بنے ہوئے ہیں، وہ تو بہت زیادہ دل کو لواتے ہیں، بہت اٹریکشن ان کے اندر ہے۔</w:t>
      </w:r>
    </w:p>
    <w:p>
      <w:r>
        <w:rPr>
          <w:b/>
        </w:rPr>
        <w:t xml:space="preserve">[47:27] </w:t>
      </w:r>
      <w:r>
        <w:t>pehle zamane mein yeh tha, hath ke karghay hua karte thay. hath ke karghay, hath ke karghay se log mote chote kapray bana lete thay.</w:t>
      </w:r>
    </w:p>
    <w:p>
      <w:pPr>
        <w:jc w:val="right"/>
      </w:pPr>
      <w:r>
        <w:t>پہلے زمانے میں یہ تھا، ہاتھ کے کرگے ہوا کرتے تھے۔ ہاتھ کے کرگے، ہاتھ کے کرگے سے لوگ موٹے چھوٹے کپڑے بنا لیتے تھے۔</w:t>
      </w:r>
    </w:p>
    <w:p>
      <w:r>
        <w:rPr>
          <w:b/>
        </w:rPr>
        <w:t xml:space="preserve">[47:40] </w:t>
      </w:r>
      <w:r>
        <w:t>woh kya tha? woh to is mein koi attraction nahi tha. ab jo billon mein kapray bante hain, shandar qism ke, woh to bara attraction is ke andar hai.</w:t>
      </w:r>
    </w:p>
    <w:p>
      <w:pPr>
        <w:jc w:val="right"/>
      </w:pPr>
      <w:r>
        <w:t>وہ کیا تھا؟ وہ تو اس میں کوئی اٹریکشن نہیں تھا۔ اب جو بلوں میں کپڑے بنتے ہیں، شاندار قسم کے، وہ تو بڑا اٹریکشن اس کے اندر ہے۔</w:t>
      </w:r>
    </w:p>
    <w:p>
      <w:r>
        <w:rPr>
          <w:b/>
        </w:rPr>
        <w:t xml:space="preserve">[47:51] </w:t>
      </w:r>
      <w:r>
        <w:t>to pehle zamane mein lakri ki aisi bail gaari bana li jati thi, is mein koi attraction nahi tha.</w:t>
      </w:r>
    </w:p>
    <w:p>
      <w:pPr>
        <w:jc w:val="right"/>
      </w:pPr>
      <w:r>
        <w:t>تو پہلے زمانے میں لکڑی کی ایسی بیل گاڑی بنا لی جاتی تھی، اس میں کوئی اٹریکشن نہیں تھا۔</w:t>
      </w:r>
    </w:p>
    <w:p>
      <w:r>
        <w:rPr>
          <w:b/>
        </w:rPr>
        <w:t xml:space="preserve">[47:57] </w:t>
      </w:r>
      <w:r>
        <w:t>aaj ka jo car aur hawai jahaz hai, is mein zabardast attraction hai. pehle zamane mein mitti ka ghar bana lete thay log, aise hi mitti ka ghar bana liya, is ke oopar chappar daal liya, is mein koi attraction nahi.</w:t>
      </w:r>
    </w:p>
    <w:p>
      <w:pPr>
        <w:jc w:val="right"/>
      </w:pPr>
      <w:r>
        <w:t>آج کا جو کار اور ہوائی جہاز ہے، اس میں زبردست اٹریکشن ہے۔ پہلے زمانے میں مٹی کا گھر بنا لیتے تھے لوگ، ایسے ہی مٹی کا گھر بنا لیا، اس کے اوپر چھپر ڈال لیا، اس میں کوئی اٹریکشن نہیں۔</w:t>
      </w:r>
    </w:p>
    <w:p>
      <w:r>
        <w:rPr>
          <w:b/>
        </w:rPr>
        <w:t xml:space="preserve">[48:12] </w:t>
      </w:r>
      <w:r>
        <w:t>ab jo buildingen banti hain, modern tareeqay se, ab jo aaj ka jo architecture hai, is se jo banti hain, to bara zabardast is ke andar attraction hota hai.</w:t>
      </w:r>
    </w:p>
    <w:p>
      <w:pPr>
        <w:jc w:val="right"/>
      </w:pPr>
      <w:r>
        <w:t>اب جو بلڈنگیں بنتی ہیں، ماڈرن طریقے سے، اب جو آج کا جو آرکیٹیکچر ہے، اس سے جو بنتی ہیں، تو بڑا زبردست اس کے اندر اٹریکشن ہوتا ہے۔</w:t>
      </w:r>
    </w:p>
    <w:p>
      <w:r>
        <w:rPr>
          <w:b/>
        </w:rPr>
        <w:t xml:space="preserve">[48:27] </w:t>
      </w:r>
      <w:r>
        <w:t>to koi bhi cheez, koi bhi cheez, koi bhi cheez lijiye aap, woh bohat hi beautiful dikhai degi aap ko.</w:t>
      </w:r>
    </w:p>
    <w:p>
      <w:pPr>
        <w:jc w:val="right"/>
      </w:pPr>
      <w:r>
        <w:t>تو کوئی بھی چیز، کوئی بھی چیز، کوئی بھی چیز لیجیے آپ، وہ بہت ہی بیوٹی فل دکھائی دے گی آپ کو۔</w:t>
      </w:r>
    </w:p>
    <w:p>
      <w:r>
        <w:rPr>
          <w:b/>
        </w:rPr>
        <w:t xml:space="preserve">[48:36] </w:t>
      </w:r>
      <w:r>
        <w:t>jabke pehle zamane mein cheezen bilkul sadah theen, simple theen, bhaddi qism ki hua karti theen.</w:t>
      </w:r>
    </w:p>
    <w:p>
      <w:pPr>
        <w:jc w:val="right"/>
      </w:pPr>
      <w:r>
        <w:t>جبکہ پہلے زمانے میں چیزیں بالکل سادہ تھیں، سمپل تھیں، بھدی قسم کی ہوا کرتی تھیں۔</w:t>
      </w:r>
    </w:p>
    <w:p>
      <w:r>
        <w:rPr>
          <w:b/>
        </w:rPr>
        <w:t xml:space="preserve">[48:45] </w:t>
      </w:r>
      <w:r>
        <w:t>to aaj ka jo shirk hai, woh bohat ziyada strong shirk hai.</w:t>
      </w:r>
    </w:p>
    <w:p>
      <w:pPr>
        <w:jc w:val="right"/>
      </w:pPr>
      <w:r>
        <w:t>تو آج کا جو شرک ہے، وہ بہت زیادہ سٹرانگ شرک ہے۔</w:t>
      </w:r>
    </w:p>
    <w:p>
      <w:r>
        <w:rPr>
          <w:b/>
        </w:rPr>
        <w:t xml:space="preserve">[48:51] </w:t>
      </w:r>
      <w:r>
        <w:t>yani Khuda ko chhod kar ke aadmi makhlooq ko apna concern banaye hue hai. creator ko chhod kar aadmi nature ko apna sab kuch banaye hue hai.</w:t>
      </w:r>
    </w:p>
    <w:p>
      <w:pPr>
        <w:jc w:val="right"/>
      </w:pPr>
      <w:r>
        <w:t>یعنی خدا کو چھوڑ کر کے آدمی مخلوق کو اپنا کنسرن بنائے ہوئے ہے۔ کریٹر کو چھوڑ کر آدمی نیچر کو اپنا سب کچھ بنائے ہوئے ہے۔</w:t>
      </w:r>
    </w:p>
    <w:p>
      <w:r>
        <w:rPr>
          <w:b/>
        </w:rPr>
        <w:t xml:space="preserve">[49:03] </w:t>
      </w:r>
      <w:r>
        <w:t>to ab chounke is ko beautify kar diya gaya hai, beautify karne ki wajah se is ke oopar tuta pad raha hai, woh more and more culture is zamane mein chal pada hai, aur ziyada, aur ziyada, aur ziyada.</w:t>
      </w:r>
    </w:p>
    <w:p>
      <w:pPr>
        <w:jc w:val="right"/>
      </w:pPr>
      <w:r>
        <w:t>تو اب چونکہ اس کو بیوٹیفائی کر دیا گیا ہے، بیوٹیفائی کرنے کی وجہ سے اس کے اوپر ٹوٹا پڑ رہا ہے، وہ مور اینڈ مور کلچر اس زمانے میں چل پڑا ہے، اور زیادہ، اور زیادہ، اور زیادہ۔</w:t>
      </w:r>
    </w:p>
    <w:p>
      <w:r>
        <w:rPr>
          <w:b/>
        </w:rPr>
        <w:t xml:space="preserve">[49:18] </w:t>
      </w:r>
      <w:r>
        <w:t>to ab main samajhta hoon ke jo farq hai mazhabi logon mein aur secular logon mein, woh sirf aik aik aik zahiri farq hai ke lafz service ke taur par mazhabi log Khuda ka naam lete hain aur secular log lafz service bhi nahi karte.</w:t>
      </w:r>
    </w:p>
    <w:p>
      <w:pPr>
        <w:jc w:val="right"/>
      </w:pPr>
      <w:r>
        <w:t>تو اب میں سمجھتا ہوں کہ جو فرق ہے مذہبی لوگوں میں اور سیکولر لوگوں میں، وہ صرف ایک ایک ایک ظاہری فرق ہے کہ لفظ سروس کے طور پر مذہبی لوگ خدا کا نام لیتے ہیں اور سیکولر لوگ لفظ سروس بھی نہیں کرتے۔</w:t>
      </w:r>
    </w:p>
    <w:p>
      <w:r>
        <w:rPr>
          <w:b/>
        </w:rPr>
        <w:t xml:space="preserve">[49:37] </w:t>
      </w:r>
      <w:r>
        <w:t>bas itna hi farq hai.</w:t>
      </w:r>
    </w:p>
    <w:p>
      <w:pPr>
        <w:jc w:val="right"/>
      </w:pPr>
      <w:r>
        <w:t>بس اتنا ہی فرق ہے۔</w:t>
      </w:r>
    </w:p>
    <w:p>
      <w:r>
        <w:rPr>
          <w:b/>
        </w:rPr>
        <w:t xml:space="preserve">[49:39] </w:t>
      </w:r>
      <w:r>
        <w:t>practical life mein koi farq nahi. kyunke due to this attraction, everyone is running after these material, this material culture.</w:t>
      </w:r>
    </w:p>
    <w:p>
      <w:pPr>
        <w:jc w:val="right"/>
      </w:pPr>
      <w:r>
        <w:t>پریکٹیکل لائف میں کوئی فرق نہیں۔ کیونکہ ڈیو ٹو دس اٹریکشن، ایوری ون از رننگ افٹر دیز مٹیریل، دس مٹیریل کلچر۔</w:t>
      </w:r>
    </w:p>
    <w:p>
      <w:r>
        <w:rPr>
          <w:b/>
        </w:rPr>
        <w:t xml:space="preserve">[49:55] </w:t>
      </w:r>
      <w:r>
        <w:t>to lafz service ke taur par to keh diya ke main creator ko manta hoon, lekin sara apna, apni sari energy lagaye hue hain inhi cheezon ko hasil karne mein.</w:t>
      </w:r>
    </w:p>
    <w:p>
      <w:pPr>
        <w:jc w:val="right"/>
      </w:pPr>
      <w:r>
        <w:t>تو لفظ سروس کے طور پر تو کہہ دیا کہ میں کریٹر کو مانتا ہوں، لیکن سارا اپنا، اپنی ساری انرجی لگائے ہوئے ہیں انہی چیزوں کو حاصل کرنے میں۔</w:t>
      </w:r>
    </w:p>
    <w:p>
      <w:r>
        <w:rPr>
          <w:b/>
        </w:rPr>
        <w:t xml:space="preserve">[50:09] </w:t>
      </w:r>
      <w:r>
        <w:t>apna sara time lagaye hue hain inhi cheezon ko hasil karne mein. apni sari activities isi taraf lagaye hue hain. to yeh bohat ziyada sochne ki baat hai,</w:t>
      </w:r>
    </w:p>
    <w:p>
      <w:pPr>
        <w:jc w:val="right"/>
      </w:pPr>
      <w:r>
        <w:t>اپنا سارا ٹائم لگائے ہوئے ہیں انہی چیزوں کو حاصل کرنے میں۔ اپنی ساری ایکٹیویٹیز اسی طرف لگائے ہوئے ہیں۔ تو یہ بہت زیادہ سوچنے کی بات ہے،</w:t>
      </w:r>
    </w:p>
    <w:p>
      <w:r>
        <w:rPr>
          <w:b/>
        </w:rPr>
        <w:t xml:space="preserve">[50:25] </w:t>
      </w:r>
      <w:r>
        <w:t>bohat ziyada sochne ki baat hai. yahi wajah hai, dekhiye ke is zamane mein mazhabi log bhi isi tarah tension mein pade hue hain jaise secular log.</w:t>
      </w:r>
    </w:p>
    <w:p>
      <w:pPr>
        <w:jc w:val="right"/>
      </w:pPr>
      <w:r>
        <w:t>بہت زیادہ سوچنے کی بات ہے۔ یہی وجہ ہے، دیکھیے کہ اس زمانے میں مذہبی لوگ بھی اسی طرح ٹینشن میں پڑے ہوئے ہیں جیسے سیکولر لوگ۔</w:t>
      </w:r>
    </w:p>
    <w:p>
      <w:r>
        <w:rPr>
          <w:b/>
        </w:rPr>
        <w:t xml:space="preserve">[50:34] </w:t>
      </w:r>
      <w:r>
        <w:t>tension ke aitbar se koi farq nahi hai.</w:t>
      </w:r>
    </w:p>
    <w:p>
      <w:pPr>
        <w:jc w:val="right"/>
      </w:pPr>
      <w:r>
        <w:t>ٹینشن کے اعتبار سے کوئی فرق نہیں ہے۔</w:t>
      </w:r>
    </w:p>
    <w:p>
      <w:r>
        <w:rPr>
          <w:b/>
        </w:rPr>
        <w:t xml:space="preserve">[50:39] </w:t>
      </w:r>
      <w:r>
        <w:t>yahan tak tension aur stress ki baat hai jaise mazhabi log bhi isi mein hain aur aur aur aur secular log bhi isi mein hain.</w:t>
      </w:r>
    </w:p>
    <w:p>
      <w:pPr>
        <w:jc w:val="right"/>
      </w:pPr>
      <w:r>
        <w:t>یہاں تک ٹینشن اور اسٹریس کی بات ہے جیسے مذہبی لوگ بھی اسی میں ہیں اور اور اور اور سیکولر لوگ بھی اسی میں ہیں۔</w:t>
      </w:r>
    </w:p>
    <w:p>
      <w:r>
        <w:rPr>
          <w:b/>
        </w:rPr>
        <w:t xml:space="preserve">[50:48] </w:t>
      </w:r>
      <w:r>
        <w:t>kyun? dono hi ka mamla yeh hai ke in ka jo nature hai, woh address nahi ho raha hai.</w:t>
      </w:r>
    </w:p>
    <w:p>
      <w:pPr>
        <w:jc w:val="right"/>
      </w:pPr>
      <w:r>
        <w:t>کیوں؟ دونوں ہی کا معاملہ یہ ہے کہ ان کا جو نیچر ہے، وہ ایڈریس نہیں ہو رہا ہے۔</w:t>
      </w:r>
    </w:p>
    <w:p>
      <w:r>
        <w:rPr>
          <w:b/>
        </w:rPr>
        <w:t xml:space="preserve">[50:56] </w:t>
      </w:r>
      <w:r>
        <w:t>dono hi ka mamla yeh hai ke in ka jo nature hai, woh address nahi ho raha hai.</w:t>
      </w:r>
    </w:p>
    <w:p>
      <w:pPr>
        <w:jc w:val="right"/>
      </w:pPr>
      <w:r>
        <w:t>دونوں ہی کا معاملہ یہ ہے کہ ان کا جو نیچر ہے، وہ ایڈریس نہیں ہو رہا ہے۔</w:t>
      </w:r>
    </w:p>
    <w:p>
      <w:r>
        <w:rPr>
          <w:b/>
        </w:rPr>
        <w:t xml:space="preserve">[51:02] </w:t>
      </w:r>
      <w:r>
        <w:t>yani cheezon ko aap istemal karte hain, cheezon ko aap khoob khoob ikatha karte hain apne liye, cheezon ko le kar apni aik beautiful duniya banate hain, lekin dhyan cheezon hi mein rehta hai, khaliq mein nahi jata.</w:t>
      </w:r>
    </w:p>
    <w:p>
      <w:pPr>
        <w:jc w:val="right"/>
      </w:pPr>
      <w:r>
        <w:t>یعنی چیزوں کو آپ استعمال کرتے ہیں، چیزوں کو آپ خوب خوب اکٹھا کرتے ہیں اپنے لیے، چیزوں کو لے کر اپنی ایک بیوٹی فل دنیا بناتے ہیں، لیکن دھیان چیزوں ہی میں رہتا ہے، خالق میں نہیں جاتا۔</w:t>
      </w:r>
    </w:p>
    <w:p>
      <w:r>
        <w:rPr>
          <w:b/>
        </w:rPr>
        <w:t xml:space="preserve">[51:20] </w:t>
      </w:r>
      <w:r>
        <w:t>to andar ka jo nature hai insaan ka, woh to chahta hai ke khaliq ko acknowledge kare aur aap khaliq ko acknowledge kar nahi rahe hain.</w:t>
      </w:r>
    </w:p>
    <w:p>
      <w:pPr>
        <w:jc w:val="right"/>
      </w:pPr>
      <w:r>
        <w:t>تو اندر کا جو نیچر ہے انسان کا، وہ تو چاہتا ہے کہ خالق کو اکنالج کرے اور آپ خالق کو اکنالج کر نہیں رہے ہیں۔</w:t>
      </w:r>
    </w:p>
    <w:p>
      <w:r>
        <w:rPr>
          <w:b/>
        </w:rPr>
        <w:t xml:space="preserve">[51:31] </w:t>
      </w:r>
      <w:r>
        <w:t>aap sirf cheezon mein gum hain. to cheezon mein gum hone ki wajah se yeh ho raha hai ke andar aik complex create hota hai ke jis ka jo giver hai, us giver ko to aap acknowledge kar nahi rahay ho.</w:t>
      </w:r>
    </w:p>
    <w:p>
      <w:pPr>
        <w:jc w:val="right"/>
      </w:pPr>
      <w:r>
        <w:t>آپ صرف چیزوں میں گم ہیں۔ تو چیزوں میں گم ہونے کی وجہ سے یہ ہو رہا ہے کہ اندر ایک کمپلیکس کریٹ ہوتا ہے کہ جس کا جو گیور ہے، اس گیور کو تو آپ اکنالج کر نہیں رہے ہو۔</w:t>
      </w:r>
    </w:p>
    <w:p>
      <w:r>
        <w:rPr>
          <w:b/>
        </w:rPr>
        <w:t xml:space="preserve">[51:46] </w:t>
      </w:r>
      <w:r>
        <w:t>jo blessing hai, usi mein pade hue ho.</w:t>
      </w:r>
    </w:p>
    <w:p>
      <w:pPr>
        <w:jc w:val="right"/>
      </w:pPr>
      <w:r>
        <w:t>جو بلیسنگ ہے، اسی میں پڑے ہوئے ہو۔</w:t>
      </w:r>
    </w:p>
    <w:p>
      <w:r>
        <w:rPr>
          <w:b/>
        </w:rPr>
        <w:t xml:space="preserve">[51:53] </w:t>
      </w:r>
      <w:r>
        <w:t>yeh hai contradiction jis mein ke religious log bhi jee rahe hain aur secular log bhi jee rahe hain.</w:t>
      </w:r>
    </w:p>
    <w:p>
      <w:pPr>
        <w:jc w:val="right"/>
      </w:pPr>
      <w:r>
        <w:t>یہ ہے کنٹراڈکشن جس میں کہ ریلیجیس لوگ بھی جی رہے ہیں اور سیکولر لوگ بھی جی رہے ہیں۔</w:t>
      </w:r>
    </w:p>
    <w:p>
      <w:r>
        <w:rPr>
          <w:b/>
        </w:rPr>
        <w:t xml:space="preserve">[52:04] </w:t>
      </w:r>
      <w:r>
        <w:t>isi liye quran mein hai ke ala bi zikrillah tatmain al quloob. ala bi zikrillah tatmain al quloob.</w:t>
      </w:r>
    </w:p>
    <w:p>
      <w:pPr>
        <w:jc w:val="right"/>
      </w:pPr>
      <w:r>
        <w:t>اسی لیے قرآن میں ہے کہ الا بذکر اللہ تطمئن القلوب۔ الا بذکر اللہ تطمئن القلوب۔</w:t>
      </w:r>
    </w:p>
    <w:p>
      <w:r>
        <w:rPr>
          <w:b/>
        </w:rPr>
        <w:t xml:space="preserve">[52:13] </w:t>
      </w:r>
      <w:r>
        <w:t>mein samajhta hoon ke yeh ayat jo hai, is zamane mein zyada understandable ban gayi hai. quran ki yeh ayat jo hai, pehle zamane mein itna shayad clear na hogi, ab zyada understandable ban gayi hai.</w:t>
      </w:r>
    </w:p>
    <w:p>
      <w:pPr>
        <w:jc w:val="right"/>
      </w:pPr>
      <w:r>
        <w:t>میں سمجھتا ہوں کہ یہ آیت جو ہے، اس زمانے میں زیادہ انڈرسٹینڈ ایبل بن گئی ہے۔ قرآن کی یہ آیت جو ہے، پہلے زمانے میں اتنا شاید کلیئر نہ ہوگی، اب زیادہ انڈرسٹینڈ ایبل بن گئی ہے۔</w:t>
      </w:r>
    </w:p>
    <w:p>
      <w:r>
        <w:rPr>
          <w:b/>
        </w:rPr>
        <w:t xml:space="preserve">[52:27] </w:t>
      </w:r>
      <w:r>
        <w:t>is ayat ka matlab yeh hai ke sirf khuda ko acknowledge karne se insaan ko peace milta hai, peace of mind.</w:t>
      </w:r>
    </w:p>
    <w:p>
      <w:pPr>
        <w:jc w:val="right"/>
      </w:pPr>
      <w:r>
        <w:t>اس آیت کا مطلب یہ ہے کہ صرف خدا کو اکنالج کرنے سے انسان کو پیس ملتا ہے، پیس آف مائنڈ۔</w:t>
      </w:r>
    </w:p>
    <w:p>
      <w:r>
        <w:rPr>
          <w:b/>
        </w:rPr>
        <w:t xml:space="preserve">[52:37] </w:t>
      </w:r>
      <w:r>
        <w:t>sirf khuda ko acknowledge karne se insaan ko peace of mind milta hai.</w:t>
      </w:r>
    </w:p>
    <w:p>
      <w:pPr>
        <w:jc w:val="right"/>
      </w:pPr>
      <w:r>
        <w:t>صرف خدا کو اکنالج کرنے سے انسان کو پیس آف مائنڈ ملتا ہے۔</w:t>
      </w:r>
    </w:p>
    <w:p>
      <w:r>
        <w:rPr>
          <w:b/>
        </w:rPr>
        <w:t xml:space="preserve">[52:45] </w:t>
      </w:r>
      <w:r>
        <w:t>ab kitni zabardast baat yeh hai! chuna ke log khuda ko acknowledge kar nahi rahe hain, sara unka concern bana hua hai</w:t>
      </w:r>
    </w:p>
    <w:p>
      <w:pPr>
        <w:jc w:val="right"/>
      </w:pPr>
      <w:r>
        <w:t>اب کتنی زبردست بات یہ ہے! چونکہ لوگ خدا کو اکنالج کر نہیں رہے ہیں، سارا ان کا کنسرن بنا ہوا ہے</w:t>
      </w:r>
    </w:p>
    <w:p>
      <w:r>
        <w:rPr>
          <w:b/>
        </w:rPr>
        <w:t xml:space="preserve">[52:55] </w:t>
      </w:r>
      <w:r>
        <w:t>cheezein, yaani creator ko acknowledge nahi kar rahe aur creator ne jo cheezein create ki hain, create ki hui cheezon mein apna dhyan lagaye hue hain,</w:t>
      </w:r>
    </w:p>
    <w:p>
      <w:pPr>
        <w:jc w:val="right"/>
      </w:pPr>
      <w:r>
        <w:t>چیزیں، یعنی کریٹر کو اکنالج نہیں کر رہے اور کریٹر نے جو چیزیں کریٹ کی ہیں، کریٹ کی ہوئی چیزوں میں اپنا دھیان لگائے ہوئے ہیں،</w:t>
      </w:r>
    </w:p>
    <w:p>
      <w:r>
        <w:rPr>
          <w:b/>
        </w:rPr>
        <w:t xml:space="preserve">[53:10] </w:t>
      </w:r>
      <w:r>
        <w:t>toh kaise aap ko sukoon mil sakta hai?</w:t>
      </w:r>
    </w:p>
    <w:p>
      <w:pPr>
        <w:jc w:val="right"/>
      </w:pPr>
      <w:r>
        <w:t>تو کیسے آپ کو سکون مل سکتا ہے؟</w:t>
      </w:r>
    </w:p>
    <w:p>
      <w:r>
        <w:rPr>
          <w:b/>
        </w:rPr>
        <w:t xml:space="preserve">[53:15] </w:t>
      </w:r>
      <w:r>
        <w:t>toh is ayat ka matlab yeh hai ke agar tum cheezon mein pade rahoge, cheezon mein apna dhyan lagaye rahoge, cheezon hi mein jeeoge, cheezon hi ko apna concern banaoge, toh tum ko peace of mind hasil nahi hoga.</w:t>
      </w:r>
    </w:p>
    <w:p>
      <w:pPr>
        <w:jc w:val="right"/>
      </w:pPr>
      <w:r>
        <w:t>تو اس آیت کا مطلب یہ ہے کہ اگر تم چیزوں میں پڑے رہو گے، چیزوں میں اپنا دھیان لگائے رہو گے، چیزوں ہی میں جیو گے، چیزوں ہی کو اپنا کنسرن بناؤ گے، تو تم کو پیس آف مائنڈ حاصل نہیں ہوگا۔</w:t>
      </w:r>
    </w:p>
    <w:p>
      <w:r>
        <w:rPr>
          <w:b/>
        </w:rPr>
        <w:t xml:space="preserve">[53:33] </w:t>
      </w:r>
      <w:r>
        <w:t>kyun ke jo dene wala hai, jo giver hai, giver ko toh acknowledge nahi kiya tum ne, jab ke tumhara nature chahta hai ke giver ko acknowledge kiya jaye.</w:t>
      </w:r>
    </w:p>
    <w:p>
      <w:pPr>
        <w:jc w:val="right"/>
      </w:pPr>
      <w:r>
        <w:t>کیونکہ جو دینے والا ہے، جو گیور ہے، گیور کو تو اکنالج نہیں کیا تم نے، جبکہ تمہارا نیچر چاہتا ہے کہ گیور کو اکنالج کیا جائے۔</w:t>
      </w:r>
    </w:p>
    <w:p>
      <w:r>
        <w:rPr>
          <w:b/>
        </w:rPr>
        <w:t xml:space="preserve">[53:47] </w:t>
      </w:r>
      <w:r>
        <w:t>toh aadmi ke andar, har aadmi ke andar, is zamane mein yeh contradiction aaya hua hai, chahe woh secular ho ya mazhabi ho. kyun ke dono jee rahe hain isi material cheezon mein.</w:t>
      </w:r>
    </w:p>
    <w:p>
      <w:pPr>
        <w:jc w:val="right"/>
      </w:pPr>
      <w:r>
        <w:t>تو آدمی کے اندر، ہر آدمی کے اندر، اس زمانے میں یہ کنٹراڈکشن آیا ہوا ہے، چاہے وہ سیکولر ہو یا مذہبی ہو۔ کیونکہ دونوں جی رہے ہیں اسی مٹیریل چیزوں میں۔</w:t>
      </w:r>
    </w:p>
    <w:p>
      <w:r>
        <w:rPr>
          <w:b/>
        </w:rPr>
        <w:t xml:space="preserve">[54:01] </w:t>
      </w:r>
      <w:r>
        <w:t>god mein toh koi jee nahi raha hai, creator mein toh koi jee nahi raha hai. creator ko daal diya unhone lafz service ke khane mein, kuch shabd bol diye toh gaya ho gaya creator ka haq ada ho gaya.</w:t>
      </w:r>
    </w:p>
    <w:p>
      <w:pPr>
        <w:jc w:val="right"/>
      </w:pPr>
      <w:r>
        <w:t>گاڈ میں تو کوئی جی نہیں رہا ہے، کریٹر میں تو کوئی جی نہیں رہا ہے۔ کریٹر کو ڈال دیا انہوں نے لفظ سروس کے خانے میں، کچھ शब्द بول دیے تو گویا ہو گیا کریٹر کا حق ادا ہو گیا۔</w:t>
      </w:r>
    </w:p>
    <w:p>
      <w:r>
        <w:rPr>
          <w:b/>
        </w:rPr>
        <w:t xml:space="preserve">[54:18] </w:t>
      </w:r>
      <w:r>
        <w:t>toh aadmi ki nature chahti hai ke woh bharpoor taur par god ko acknowledge kare, woh bharpoor taur par creator ko acknowledge kare, woh bharpoor taur par jis ne diya hai, jo giver hai, jo sach much jo giver hai, us ko acknowledge kare.</w:t>
      </w:r>
    </w:p>
    <w:p>
      <w:pPr>
        <w:jc w:val="right"/>
      </w:pPr>
      <w:r>
        <w:t>تو آدمی کی نیچر چاہتی ہے کہ وہ بھرپور طور پر گاڈ کو اکنالج کرے، وہ بھرپور طور پر کریٹر کو اکنالج کرے، وہ بھرپور طور پر جس نے دیا ہے، جو گیور ہے، جو سچ مچ جو گیور ہے، اس کو اکنالج کرے۔</w:t>
      </w:r>
    </w:p>
    <w:p>
      <w:r>
        <w:rPr>
          <w:b/>
        </w:rPr>
        <w:t xml:space="preserve">[54:36] </w:t>
      </w:r>
      <w:r>
        <w:t>lekin woh acknowledge kyun kar raha hai?</w:t>
      </w:r>
    </w:p>
    <w:p>
      <w:pPr>
        <w:jc w:val="right"/>
      </w:pPr>
      <w:r>
        <w:t>لیکن وہ اکنالج کیوں کر رہا ہے؟</w:t>
      </w:r>
    </w:p>
    <w:p>
      <w:r>
        <w:rPr>
          <w:b/>
        </w:rPr>
        <w:t xml:space="preserve">[54:40] </w:t>
      </w:r>
      <w:r>
        <w:t>apne cheezon ko, apne ghar ko, apni car ko, apne computer ko, apne bachon ko, apni us ko?</w:t>
      </w:r>
    </w:p>
    <w:p>
      <w:pPr>
        <w:jc w:val="right"/>
      </w:pPr>
      <w:r>
        <w:t>اپنے چیزوں کو، اپنے گھر کو، اپنی کار کو، اپنے کمپیوٹر کو، اپنے بچوں کو، اپنی اس کو؟</w:t>
      </w:r>
    </w:p>
    <w:p>
      <w:r>
        <w:rPr>
          <w:b/>
        </w:rPr>
        <w:t xml:space="preserve">[54:51] </w:t>
      </w:r>
      <w:r>
        <w:t>kisi dene wale ne yeh cheezein di hain, yeh cheezein jo hain, kisi dene wale ke diye se mili hain aap ko, ya direct ya indirect.</w:t>
      </w:r>
    </w:p>
    <w:p>
      <w:pPr>
        <w:jc w:val="right"/>
      </w:pPr>
      <w:r>
        <w:t>کسی دینے والے نے یہ چیزیں دی ہیں، یہ چیزیں جو ہیں، کسی دینے والے کے دیے سے ملی ہیں آپ کو، یا ڈائریکٹ یا ان ڈائریکٹ۔</w:t>
      </w:r>
    </w:p>
    <w:p>
      <w:r>
        <w:rPr>
          <w:b/>
        </w:rPr>
        <w:t xml:space="preserve">[55:01] </w:t>
      </w:r>
      <w:r>
        <w:t>toh dene wale ko aap acknowledge nahi kar rahe hain, isi mein khush hain, isi mein magan hain, isi mein entertain kar rahe hain, isi mein enjoy kar rahe hain.</w:t>
      </w:r>
    </w:p>
    <w:p>
      <w:pPr>
        <w:jc w:val="right"/>
      </w:pPr>
      <w:r>
        <w:t>تو دینے والے کو آپ اکنالج نہیں کر رہے ہیں، اسی میں خوش ہیں، اسی میں مگن ہیں، اسی میں انٹرٹین کر رہے ہیں، اسی میں انجوائے کر رہے ہیں۔</w:t>
      </w:r>
    </w:p>
    <w:p>
      <w:r>
        <w:rPr>
          <w:b/>
        </w:rPr>
        <w:t xml:space="preserve">[55:13] </w:t>
      </w:r>
      <w:r>
        <w:t>toh aap ka nature jo hai, woh unaddressed rehta hai.</w:t>
      </w:r>
    </w:p>
    <w:p>
      <w:pPr>
        <w:jc w:val="right"/>
      </w:pPr>
      <w:r>
        <w:t>تو آپ کا نیچر جو ہے، وہ ان ایڈریس رہتا ہے۔</w:t>
      </w:r>
    </w:p>
    <w:p>
      <w:r>
        <w:rPr>
          <w:b/>
        </w:rPr>
        <w:t xml:space="preserve">[55:19] </w:t>
      </w:r>
      <w:r>
        <w:t>your nature left unaddressed. aap ka nature unaddressed pada rehta hai. toh jab unaddressed pada rahe nature, toh isi ka naam hai tension, isi ka naam hai stress.</w:t>
      </w:r>
    </w:p>
    <w:p>
      <w:pPr>
        <w:jc w:val="right"/>
      </w:pPr>
      <w:r>
        <w:t>یور نیچر لیفٹ ان ایڈریسڈ۔ آپ کا نیچر ان ایڈریس پڑا رہتا ہے۔ تو جب ان ایڈریس پڑا رہے نیچر، تو اسی کا نام ہے ٹینشن، اسی کا نام ہے اسٹریس۔</w:t>
      </w:r>
    </w:p>
    <w:p>
      <w:r>
        <w:rPr>
          <w:b/>
        </w:rPr>
        <w:t xml:space="preserve">[55:39] </w:t>
      </w:r>
      <w:r>
        <w:t>aap ke nature ka unaddressed pada rehna,</w:t>
      </w:r>
    </w:p>
    <w:p>
      <w:pPr>
        <w:jc w:val="right"/>
      </w:pPr>
      <w:r>
        <w:t>آپ کے نیچر کا ان ایڈریس پڑا رہنا،</w:t>
      </w:r>
    </w:p>
    <w:p>
      <w:r>
        <w:rPr>
          <w:b/>
        </w:rPr>
        <w:t xml:space="preserve">[55:44] </w:t>
      </w:r>
      <w:r>
        <w:t>isi ka result hai tension, isi ka nateeja hai stress. aur phir aap jante hain, is zamane mein tension se kitni sari bimariyan paida hoti hain, stress se kitni sari bimariyan paida hoti hain.</w:t>
      </w:r>
    </w:p>
    <w:p>
      <w:pPr>
        <w:jc w:val="right"/>
      </w:pPr>
      <w:r>
        <w:t>اسی کا رزلٹ ہے ٹینشن، اسی کا نتیجہ ہے اسٹریس۔ اور پھر آپ جانتے ہیں، اس زمانے میں ٹینشن سے کتنی ساری بیماریاں پیدا ہوتی ہیں، اسٹریس سے کتنی ساری بیماریاں پیدا ہوتی ہیں۔</w:t>
      </w:r>
    </w:p>
    <w:p>
      <w:r>
        <w:rPr>
          <w:b/>
        </w:rPr>
        <w:t xml:space="preserve">[56:02] </w:t>
      </w:r>
      <w:r>
        <w:t>aap kisi bhi doctor se puchiye, koi bhi doctor, toh woh batayega ke is zamane mein kya haal hai.</w:t>
      </w:r>
    </w:p>
    <w:p>
      <w:pPr>
        <w:jc w:val="right"/>
      </w:pPr>
      <w:r>
        <w:t>آپ کسی بھی ڈاکٹر سے پوچھئے، کوئی بھی ڈاکٹر، تو وہ بتائے گا کہ اس زمانے میں کیا حال ہے۔</w:t>
      </w:r>
    </w:p>
    <w:p>
      <w:r>
        <w:rPr>
          <w:b/>
        </w:rPr>
        <w:t xml:space="preserve">[56:13] </w:t>
      </w:r>
      <w:r>
        <w:t>ghalib ne kaha tha ke jin ke rutbe hain sawa, un ke siwa mushkil hai. yeh ghalib ka ek shair hai ke jin ke rutbe hain sawa, un ke siwa mushkil hai.</w:t>
      </w:r>
    </w:p>
    <w:p>
      <w:pPr>
        <w:jc w:val="right"/>
      </w:pPr>
      <w:r>
        <w:t>غالب نے کہا تھا کہ جن کے رتبے ہیں سوا، ان کے سوا مشکل ہے۔ یہ غالب کا ایک شعر ہے کہ جن کے رتبے ہیں سوا، ان کے سوا مشکل ہے۔</w:t>
      </w:r>
    </w:p>
    <w:p>
      <w:r>
        <w:rPr>
          <w:b/>
        </w:rPr>
        <w:t xml:space="preserve">[56:24] </w:t>
      </w:r>
      <w:r>
        <w:t>toh is zamane mein yeh kaha jayega ke jin ke paas wealth zyada hai, woh aur zyada museebat mein pade hue hain.</w:t>
      </w:r>
    </w:p>
    <w:p>
      <w:pPr>
        <w:jc w:val="right"/>
      </w:pPr>
      <w:r>
        <w:t>تو اس زمانے میں یہ کہا جائے گا کہ جن کے پاس بلتھ زیادہ ہے، وہ اور زیادہ مصیبت میں پڑے ہوئے ہیں۔</w:t>
      </w:r>
    </w:p>
    <w:p>
      <w:r>
        <w:rPr>
          <w:b/>
        </w:rPr>
        <w:t xml:space="preserve">[56:33] </w:t>
      </w:r>
      <w:r>
        <w:t>jin ke paas money zyada hai, woh aur museebat mein hain.</w:t>
      </w:r>
    </w:p>
    <w:p>
      <w:pPr>
        <w:jc w:val="right"/>
      </w:pPr>
      <w:r>
        <w:t>جن کے پاس منی زیادہ ہے، وہ اور مصیبت میں ہیں۔</w:t>
      </w:r>
    </w:p>
    <w:p>
      <w:r>
        <w:rPr>
          <w:b/>
        </w:rPr>
        <w:t xml:space="preserve">[56:36] </w:t>
      </w:r>
      <w:r>
        <w:t>jin ke paas bade bade properties hain, bade bade business hain, aur woh zyada tension aur stress mein jeete hain. to sab ka jo nature hai, woh unaddressed pada hua hai.</w:t>
      </w:r>
    </w:p>
    <w:p>
      <w:pPr>
        <w:jc w:val="right"/>
      </w:pPr>
      <w:r>
        <w:t>جن کے پاس بڑے بڑے پراپرٹیز ہیں، بڑے بڑے بزنس ہیں، اور وہ زیادہ ٹینشن اور اسٹریس میں جیتے ہیں۔ تو سب کا جو نیچر ہے، وہ ان ایڈریس پڑا ہوا ہے۔</w:t>
      </w:r>
    </w:p>
    <w:p>
      <w:r>
        <w:rPr>
          <w:b/>
        </w:rPr>
        <w:t xml:space="preserve">[56:51] </w:t>
      </w:r>
      <w:r>
        <w:t>everyone is living with an unaddressed nature. yeh hai tension ka raaz. to aaj kal ke zamane mein jo tension aur stress ki baat ki jaati hai, to maine is par bahut socha,</w:t>
      </w:r>
    </w:p>
    <w:p>
      <w:pPr>
        <w:jc w:val="right"/>
      </w:pPr>
      <w:r>
        <w:t>ایوری ون از لیونگ ود ان ایڈریس نیچر۔ یہ ہے ٹینشن کا راز۔ تو آج کل کے زمانے میں جو ٹینشن اور اسٹریس کی بات کی جاتی ہے، تو میں نے اس پر بہت سوچا،</w:t>
      </w:r>
    </w:p>
    <w:p>
      <w:r>
        <w:rPr>
          <w:b/>
        </w:rPr>
        <w:t xml:space="preserve">[57:06] </w:t>
      </w:r>
      <w:r>
        <w:t>meri samajh mein yeh baat aayi ke yeh unaddressed nature ka phenomenon hai. agar aap chahte hain sach much ke tension free jeen duniya mein,</w:t>
      </w:r>
    </w:p>
    <w:p>
      <w:pPr>
        <w:jc w:val="right"/>
      </w:pPr>
      <w:r>
        <w:t>میری سمجھ میں یہ بات آئی کہ یہ ان ایڈریس نیچر کا فینامینا ہے۔ اگر آپ چاہتے ہیں سچ مچ کہ ٹینشن فری جیئیں دنیا میں،</w:t>
      </w:r>
    </w:p>
    <w:p>
      <w:r>
        <w:rPr>
          <w:b/>
        </w:rPr>
        <w:t xml:space="preserve">[57:21] </w:t>
      </w:r>
      <w:r>
        <w:t>stress ke baghair jeen duniya mein, to aap ko yeh karna padega ke apni fitrat ko address karna padega, yani God ko gratitude pesh karna padega, God ko acknowledge karna padega,</w:t>
      </w:r>
    </w:p>
    <w:p>
      <w:pPr>
        <w:jc w:val="right"/>
      </w:pPr>
      <w:r>
        <w:t>اسٹریس کے بغیر جیئیں دنیا میں، تو آپ کو یہ کرنا پڑے گا کہ اپنی فطرت کو ایڈریس کرنا پڑے گا، یعنی گاڈ کو گریٹیٹیوڈ پیش کرنا پڑے گا، گاڈ کو اکنالج کرنا پڑے گا،</w:t>
      </w:r>
    </w:p>
    <w:p>
      <w:r>
        <w:rPr>
          <w:b/>
        </w:rPr>
        <w:t xml:space="preserve">[57:36] </w:t>
      </w:r>
      <w:r>
        <w:t>creator ko apna concern banana padega.</w:t>
      </w:r>
    </w:p>
    <w:p>
      <w:pPr>
        <w:jc w:val="right"/>
      </w:pPr>
      <w:r>
        <w:t>کریٹر کو اپنا کنسرن بنانا پڑے گا۔</w:t>
      </w:r>
    </w:p>
    <w:p>
      <w:r>
        <w:rPr>
          <w:b/>
        </w:rPr>
        <w:t xml:space="preserve">[57:41] </w:t>
      </w:r>
      <w:r>
        <w:t>yeh jo soorat-e-haal is zamane mein hai ke creator ko to hadaf kar diya, aur us ne jo paida kiya hai cheez hai, us mein khoob entertain kar rahe hain, khoob enjoy kar rahe hain, yeh cheez aap ke nature ko address hone nahi deti.</w:t>
      </w:r>
    </w:p>
    <w:p>
      <w:pPr>
        <w:jc w:val="right"/>
      </w:pPr>
      <w:r>
        <w:t>یہ جو صورتحال اس زمانے میں ہے کہ کریٹر کو تو حذف کر دیا، اور اس نے جو پیدا کیا ہے چیز ہے، اس میں خوب انٹرٹین کر رہے ہیں، خوب انجوائے کر رہے ہیں، یہ چیز آپ کے نیچر کو ایڈریس ہونے نہیں دیتی۔</w:t>
      </w:r>
    </w:p>
    <w:p>
      <w:r>
        <w:rPr>
          <w:b/>
        </w:rPr>
        <w:t xml:space="preserve">[57:59] </w:t>
      </w:r>
      <w:r>
        <w:t>aap ka nature unaddressed pada rehti hai.</w:t>
      </w:r>
    </w:p>
    <w:p>
      <w:pPr>
        <w:jc w:val="right"/>
      </w:pPr>
      <w:r>
        <w:t>آپ کا نیچر ان ایڈریس پڑی رہتی ہے۔</w:t>
      </w:r>
    </w:p>
    <w:p>
      <w:r>
        <w:rPr>
          <w:b/>
        </w:rPr>
        <w:t xml:space="preserve">[58:04] </w:t>
      </w:r>
      <w:r>
        <w:t>to is ka formula wahi hai ke ala bi zikrillah tatma'innul quloob, yani Khuda ko acknowledge karo to tumhara nature address hoga, aur jab nature address hoga to tum ko peace of mind milega,</w:t>
      </w:r>
    </w:p>
    <w:p>
      <w:pPr>
        <w:jc w:val="right"/>
      </w:pPr>
      <w:r>
        <w:t>تو اس کا فارمولا وہی ہے کہ الا بذکر اللہ تطمئن القلوب، یعنی خدا کو اکنالج کرو تو تمہارا نیچر ایڈریس ہوگا، اور جب نیچر ایڈریس ہوگا تو تم کو پیس آف مائنڈ ملے گا،</w:t>
      </w:r>
    </w:p>
    <w:p>
      <w:r>
        <w:rPr>
          <w:b/>
        </w:rPr>
        <w:t xml:space="preserve">[58:17] </w:t>
      </w:r>
      <w:r>
        <w:t>tum ko tension free life haasil ho jayegi. yeh hai formula meri nazdeek.</w:t>
      </w:r>
    </w:p>
    <w:p>
      <w:pPr>
        <w:jc w:val="right"/>
      </w:pPr>
      <w:r>
        <w:t>تم کو ٹینشن فری لائف حاصل ہو جائے گی۔ یہ ہے فارمولا میری نزدیک۔</w:t>
      </w:r>
    </w:p>
    <w:p>
      <w:r>
        <w:rPr>
          <w:b/>
        </w:rPr>
        <w:t xml:space="preserve">[58:27] </w:t>
      </w:r>
      <w:r>
        <w:t>to is moamle ko bahut zyada sochiye, yeh koi saada baat nahi hai, koi superficial baat nahi hai. har aadmi ek complex mein mubtala hai, woh yeh ke woh unaddressed nature ke saath jee raha hai.</w:t>
      </w:r>
    </w:p>
    <w:p>
      <w:pPr>
        <w:jc w:val="right"/>
      </w:pPr>
      <w:r>
        <w:t>تو اس معاملے کو بہت زیادہ سوچیے، یہ کوئی سادہ بات نہیں ہے، کوئی سپرفلس بات نہیں ہے۔ ہر آدمی ایک کمپلیکس میں مبتلا ہے، وہ یہ کہ وہ ان ایڈریس نیچر کے ساتھ جی رہا ہے۔</w:t>
      </w:r>
    </w:p>
    <w:p>
      <w:r>
        <w:rPr>
          <w:b/>
        </w:rPr>
        <w:t xml:space="preserve">[58:43] </w:t>
      </w:r>
      <w:r>
        <w:t>apne nature ko address kijiye, aur phir aap ko peace of mind haasil ho jayega. aqoolu qawli hadha wastaghfirullaha li walakum ajma'een.</w:t>
      </w:r>
    </w:p>
    <w:p>
      <w:pPr>
        <w:jc w:val="right"/>
      </w:pPr>
      <w:r>
        <w:t>اپنے نیچر کو ایڈریس کیجئے، اور پھر آپ کو پیس آف مائنڈ حاصل ہو جائے گا۔ اقول قولیھذا واستغفراللہ لیولکم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