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Interaction 6 June 30, 2022</w:t>
      </w:r>
    </w:p>
    <w:p>
      <w:r>
        <w:t>https://www.youtube.com/watch?v=ZkEveN93vh8</w:t>
      </w:r>
    </w:p>
    <w:p>
      <w:r>
        <w:rPr>
          <w:b/>
        </w:rPr>
        <w:t xml:space="preserve">[00:19] </w:t>
      </w:r>
      <w:r>
        <w:t>Ladies. We have assembled here. Today is thirtieth June two thousand twenty two on Zoom platform. This is our monthly meet. As usual, we have started since January. ji papa. And mashallah Alhamdulillah this been a lot of progress on our intellectual side.</w:t>
      </w:r>
    </w:p>
    <w:p>
      <w:pPr>
        <w:jc w:val="right"/>
      </w:pPr>
      <w:r>
        <w:t>Ladies. We have assembled here. Today is thirtieth June two thousand twenty two on Zoom platform. This is our monthly meet. As usual, we have started since January. जी papa. And माशाल्लाह अलहम्दिल्लाह this been a lot of progress on our intellectual side.</w:t>
      </w:r>
    </w:p>
    <w:p>
      <w:r>
        <w:rPr>
          <w:b/>
        </w:rPr>
        <w:t xml:space="preserve">[00:48] </w:t>
      </w:r>
      <w:r>
        <w:t>We have spiritually developed our self and we can feel that. woh hum khud mehsoos kar sakte hain ke hum ne kitni zyada apni development ki hai aur mashallah yeh hamari jo meeting ho rahi hai pichli baar hamari Sarapa ke saath jo hamari classes hui aur Sarapa ne jo hum se share kiya kis tarah se hum CPS ka kaam, kaise hum log Dawa work, apni family members ko kaise samjha sakte hain?</w:t>
      </w:r>
    </w:p>
    <w:p>
      <w:pPr>
        <w:jc w:val="right"/>
      </w:pPr>
      <w:r>
        <w:t>We have spiritually developed our self and we can feel that. वह हम ख़ुद महसूस कर सकते हैं कि हमने कितनी ज़्यादा अपनी development की है और माशाल्लाह यह हमारी जो meeting हो रही है पिछली बार हमारी सारापा के साथ जो हमारी classes हुई और सारापा ने जो हमसे share किया किस तरह से हम CPS का काम, कैसे हम लोग दावा work, अपनी family members को कैसे समझा सकते हैं?</w:t>
      </w:r>
    </w:p>
    <w:p>
      <w:r>
        <w:rPr>
          <w:b/>
        </w:rPr>
        <w:t xml:space="preserve">[01:16] </w:t>
      </w:r>
      <w:r>
        <w:t>It was a totally new experience because she shared lot of things from her side and many of the tips were given to us which was very very good on a learning part. to isi tarah se hum log Allah ki madad se hum log har mahine is tarah se end of the month Zoom meet karte rahein aur apni learning ko badhate rahein.</w:t>
      </w:r>
    </w:p>
    <w:p>
      <w:pPr>
        <w:jc w:val="right"/>
      </w:pPr>
      <w:r>
        <w:t>It was a totally new experience because she shared lot of things from her side and many of the tips were given to us which was very very good on a learning part. तो इसी तरह से हम लोग अल्लाह की मदद से हम लोग हर महीने इस तरह से end of the month Zoom meet करते रहें और अपनी learning को पढ़ाते रहें.</w:t>
      </w:r>
    </w:p>
    <w:p>
      <w:r>
        <w:rPr>
          <w:b/>
        </w:rPr>
        <w:t xml:space="preserve">[01:41] </w:t>
      </w:r>
      <w:r>
        <w:t>to aaj ka topic jo hum log le rahe hain woh hai marifa realization of God aur Dawa experiences.</w:t>
      </w:r>
    </w:p>
    <w:p>
      <w:pPr>
        <w:jc w:val="right"/>
      </w:pPr>
      <w:r>
        <w:t>तो आज का topic जो हम लोग ले रहे हैं वह है मारिफा realization of God और दावा experiences.</w:t>
      </w:r>
    </w:p>
    <w:p>
      <w:r>
        <w:rPr>
          <w:b/>
        </w:rPr>
        <w:t xml:space="preserve">[01:50] </w:t>
      </w:r>
      <w:r>
        <w:t>Since we have done the class with Sara Apa to jo ladies yahan judi hui hain zaroor share</w:t>
      </w:r>
    </w:p>
    <w:p>
      <w:pPr>
        <w:jc w:val="right"/>
      </w:pPr>
      <w:r>
        <w:t>Since we have done the class with सारा अपा तो जो ladies यहां जुड़ी हुई हैं ज़रूर share</w:t>
      </w:r>
    </w:p>
    <w:p>
      <w:r>
        <w:rPr>
          <w:b/>
        </w:rPr>
        <w:t xml:space="preserve">[01:56] </w:t>
      </w:r>
      <w:r>
        <w:t>karen apne experiences ko aur Sara Apa ki classes se unko kya faayda hua aur agar kuch bhi</w:t>
      </w:r>
    </w:p>
    <w:p>
      <w:pPr>
        <w:jc w:val="right"/>
      </w:pPr>
      <w:r>
        <w:t>करें अपने experiences को और सारा अपा की classes से उनको क्या फ़ायदा हुआ और अगर कुछ भी</w:t>
      </w:r>
    </w:p>
    <w:p>
      <w:r>
        <w:rPr>
          <w:b/>
        </w:rPr>
        <w:t xml:space="preserve">[02:02] </w:t>
      </w:r>
      <w:r>
        <w:t>aisi topics woh aur lena chahti hain to zaroor ab iske bare mein feedback den aur SaraApa ne</w:t>
      </w:r>
    </w:p>
    <w:p>
      <w:pPr>
        <w:jc w:val="right"/>
      </w:pPr>
      <w:r>
        <w:t>ऐसी topics वह और लेना चाहती हैं तो ज़रूर अब इसके बारे में feedback दें और सारापा ने</w:t>
      </w:r>
    </w:p>
    <w:p>
      <w:r>
        <w:rPr>
          <w:b/>
        </w:rPr>
        <w:t xml:space="preserve">[02:08] </w:t>
      </w:r>
      <w:r>
        <w:t>bhi yeh bhi kaha hai ki jo lidhi us din meet join ki thi vah unke saath unko</w:t>
      </w:r>
    </w:p>
    <w:p>
      <w:pPr>
        <w:jc w:val="right"/>
      </w:pPr>
      <w:r>
        <w:t>भी यह भी कहा है कि जो लिधि उस दिन meet join की थी वह उनके साथ उनको</w:t>
      </w:r>
    </w:p>
    <w:p>
      <w:r>
        <w:rPr>
          <w:b/>
        </w:rPr>
        <w:t xml:space="preserve">[02:14] </w:t>
      </w:r>
      <w:r>
        <w:t>sarapa ka numbers personally share kiya jayega taki unke paas koi sawal ho ya koi bhi uljhan ho,</w:t>
      </w:r>
    </w:p>
    <w:p>
      <w:pPr>
        <w:jc w:val="right"/>
      </w:pPr>
      <w:r>
        <w:t>सारापा का numbers personally share किया जाएगा ताकि उनके पास कोई सवाल हो या कोई भी उलझन हो,</w:t>
      </w:r>
    </w:p>
    <w:p>
      <w:r>
        <w:rPr>
          <w:b/>
        </w:rPr>
        <w:t xml:space="preserve">[02:20] </w:t>
      </w:r>
      <w:r>
        <w:t>dawa experience se related to vah sarapa se directly WhatsApp mein puch sakti hain.</w:t>
      </w:r>
    </w:p>
    <w:p>
      <w:pPr>
        <w:jc w:val="right"/>
      </w:pPr>
      <w:r>
        <w:t>दावा experience से related तो वह सारापा से directly WhatsApp में पुछ सकती हैं.</w:t>
      </w:r>
    </w:p>
    <w:p>
      <w:r>
        <w:rPr>
          <w:b/>
        </w:rPr>
        <w:t xml:space="preserve">[02:26] </w:t>
      </w:r>
      <w:r>
        <w:t>So we will take the session ahead with Farida Apa and main chunke aaj Zil Hajj ka pehli tareekh hai aur das din baad Bakrid hai to main Farida Apa se request karungi ke is mahine ki hum logon ko significance bata dein bahut short mein. maine Apa ko pehle se nahi kaha tha. abhi idea aaya ke mahina shuru hone wala hai.</w:t>
      </w:r>
    </w:p>
    <w:p>
      <w:pPr>
        <w:jc w:val="right"/>
      </w:pPr>
      <w:r>
        <w:t>So we will take the session ahead with फरीदापा and मैं चूंकि आज ज़िल हज्जा का पहली तारीख़ है और दस दिन बाद बकरीद है तो मैं फरीदापा से request करूंगी कि इस महीने की हम लोगों को significance बता दें बहुत short में. मैंने आपा को पहले से नहीं कहा था. अभी idea आया कि महीना शुरू होने वाला है.</w:t>
      </w:r>
    </w:p>
    <w:p>
      <w:r>
        <w:rPr>
          <w:b/>
        </w:rPr>
        <w:t xml:space="preserve">[02:55] </w:t>
      </w:r>
      <w:r>
        <w:t>to Apa please hum logon ko iski significance batayein aur humein kya karna chahiye? Apa over to you, Parida Apa. ji, kya bolna hai mujhe nahi pata. koi baat nahi aap aaj jo aap ko samajh mein aa raha hai.</w:t>
      </w:r>
    </w:p>
    <w:p>
      <w:pPr>
        <w:jc w:val="right"/>
      </w:pPr>
      <w:r>
        <w:t>तो आपा please हम लोगों को इसकी significance बताएं और हमें क्या करना चाहिए? आपा over to you, परिदा आपा. जी, क्या बोलना है मुझे नहीं पता. कोई बात नहीं आप आज जो आपको समझ में आ रहा है.</w:t>
      </w:r>
    </w:p>
    <w:p>
      <w:r>
        <w:rPr>
          <w:b/>
        </w:rPr>
        <w:t xml:space="preserve">[03:15] </w:t>
      </w:r>
      <w:r>
        <w:t>bas hum log room mein baithe hue hain aap ke saath aur aap ke kuch bhi hum logon ko bolna chahe hain Zil Hajj se related ya Bakrid se mutaliq jo significant hai hum logon ke liye to wahi bata dijiye aap. main to ek kitab hai Maulana ki Khuda ki Daryab.</w:t>
      </w:r>
    </w:p>
    <w:p>
      <w:pPr>
        <w:jc w:val="right"/>
      </w:pPr>
      <w:r>
        <w:t>बस हम लोग room में बैठे हुए हैं आपके साथ और आपके कुछ भी हम लोगों को बोलना चाहे हैं ज़िल हज्जा से related या पकरीत से मुतालिक जो significant है हम लोगों के लिए तो वही बता दीजिए आप. मैं तो एक किताब है मौलाने की कोदा की दरियाब.</w:t>
      </w:r>
    </w:p>
    <w:p>
      <w:r>
        <w:rPr>
          <w:b/>
        </w:rPr>
        <w:t xml:space="preserve">[03:39] </w:t>
      </w:r>
      <w:r>
        <w:t>usi par kaam kar rahi thi to bahut achhi kitab lagi religion and science ko lekar.</w:t>
      </w:r>
    </w:p>
    <w:p>
      <w:pPr>
        <w:jc w:val="right"/>
      </w:pPr>
      <w:r>
        <w:t>उसी पर काम कर रही थी तो बहुत अच्छी किताब लगी religion and science को लेकर.</w:t>
      </w:r>
    </w:p>
    <w:p>
      <w:r>
        <w:rPr>
          <w:b/>
        </w:rPr>
        <w:t xml:space="preserve">[03:48] </w:t>
      </w:r>
      <w:r>
        <w:t>usmein khuda ki jo azmat hai vah itni zyada visible lagi jo scientific latest discoveries hain to vah</w:t>
      </w:r>
    </w:p>
    <w:p>
      <w:pPr>
        <w:jc w:val="right"/>
      </w:pPr>
      <w:r>
        <w:t>उसमें खोदा की जो अज़मत है वह इतनी ज़्यादा visible लगी जो scientific latest discoveries हैं तो वह</w:t>
      </w:r>
    </w:p>
    <w:p>
      <w:r>
        <w:rPr>
          <w:b/>
        </w:rPr>
        <w:t xml:space="preserve">[03:58] </w:t>
      </w:r>
      <w:r>
        <w:t>main soch rahi thi ki jo humne God Arises kitab thi pehle to uske baad jo discoveries aayi</w:t>
      </w:r>
    </w:p>
    <w:p>
      <w:pPr>
        <w:jc w:val="right"/>
      </w:pPr>
      <w:r>
        <w:t>मैं सोच रही थी कि जो हमने God Arises किताब थी पहले तो उसके बाद जो discoveries आई</w:t>
      </w:r>
    </w:p>
    <w:p>
      <w:r>
        <w:rPr>
          <w:b/>
        </w:rPr>
        <w:t xml:space="preserve">[04:08] </w:t>
      </w:r>
      <w:r>
        <w:t>scientific discoveries to vah usko ismein saare included hain to yeh bahut zyada bahut zyada inspiring hai.</w:t>
      </w:r>
    </w:p>
    <w:p>
      <w:pPr>
        <w:jc w:val="right"/>
      </w:pPr>
      <w:r>
        <w:t>scientific discoveries तो वह उसको इसमें सारे included हैं तो यह बहुत ज़्यादा बहुत ज़्यादा inspiring है.</w:t>
      </w:r>
    </w:p>
    <w:p>
      <w:r>
        <w:rPr>
          <w:b/>
        </w:rPr>
        <w:t xml:space="preserve">[04:18] </w:t>
      </w:r>
      <w:r>
        <w:t>to isi par main poora hafta mera isi par laga aaj mera yeh kaam woh kamal ho gaya hai to nishal nah bahut jald yeh website par aa jayegi to yahi sab marifa ke sources hain kyunke science jo hai usi ke zariye se hum ko Khuda ki barai, Khuda ki azmaten science ne humein batayi pehle to aadmi kuch janta hi nahi tha.</w:t>
      </w:r>
    </w:p>
    <w:p>
      <w:pPr>
        <w:jc w:val="right"/>
      </w:pPr>
      <w:r>
        <w:t>तो इसी पर मैं पूरा हफ्ता मेरा इसी पर लगा आज मेरा यह काम वो कमल हो गया है तो निशाल नाह बहुत जल्द यह website पर आ जाएगी तो यही सब मार्फत के sources हैं क्योंकि science जो है उसी के जरिए से हमको होता की बड़ाई, होता की अद्मतें science नहीं हमें बताइए पहले तो आदमी कुछ जानता ही नहीं था.</w:t>
      </w:r>
    </w:p>
    <w:p>
      <w:r>
        <w:rPr>
          <w:b/>
        </w:rPr>
        <w:t xml:space="preserve">[04:43] </w:t>
      </w:r>
      <w:r>
        <w:t>hamare ek qissa yaad aaya mujhe abhi hamare Nana jo the woh bahut bade Sukhi the to kisi ne kaha unki barai batate hue ke woh to das hazar karein gin sakte hain das hazar gaon mein rehte the to aaj to billions and billions of stars hain jo humein latest telescopes ke zariye pata chalte hain.</w:t>
      </w:r>
    </w:p>
    <w:p>
      <w:pPr>
        <w:jc w:val="right"/>
      </w:pPr>
      <w:r>
        <w:t>हमारे एक किस्सा याद आया मुझे अभी हमारे नाना जो थे वह बहुत बड़े सूखी थे तो किसी ने कहा उनकी बड़ाई बताते हुए कि वह तो दस हज़ार कारे गिन सकते हैं दस हज़ार गांव में रहते थे तो आज तो billions and billions of stars हैं जो हमें latest telescopes के जरिए पता चलते हैं.</w:t>
      </w:r>
    </w:p>
    <w:p>
      <w:r>
        <w:rPr>
          <w:b/>
        </w:rPr>
        <w:t xml:space="preserve">[05:09] </w:t>
      </w:r>
      <w:r>
        <w:t>Billions of galaxies hain to vah das hazar stars hi ka daur tha vah to uski wajah se</w:t>
      </w:r>
    </w:p>
    <w:p>
      <w:pPr>
        <w:jc w:val="right"/>
      </w:pPr>
      <w:r>
        <w:t>Billions of galaxies हैं तो वह दस हज़ार stars ही का दौर था वह तो उसकी वजह से</w:t>
      </w:r>
    </w:p>
    <w:p>
      <w:r>
        <w:rPr>
          <w:b/>
        </w:rPr>
        <w:t xml:space="preserve">[05:16] </w:t>
      </w:r>
      <w:r>
        <w:t>ab marfat hamari bahut zyada badh sakti hai agar hum seriously in cheezon ko study karein aur upar</w:t>
      </w:r>
    </w:p>
    <w:p>
      <w:pPr>
        <w:jc w:val="right"/>
      </w:pPr>
      <w:r>
        <w:t>अब मार्फत हमारी बहुत ज़्यादा बढ़ सकती है अगर हम seriously इन चीज़ों को study करें और ऊपर</w:t>
      </w:r>
    </w:p>
    <w:p>
      <w:r>
        <w:rPr>
          <w:b/>
        </w:rPr>
        <w:t xml:space="preserve">[05:24] </w:t>
      </w:r>
      <w:r>
        <w:t>gaur fikr karein kyunki sirf study ek baar karenge to vah bhool jayega to usko baar baar revise</w:t>
      </w:r>
    </w:p>
    <w:p>
      <w:pPr>
        <w:jc w:val="right"/>
      </w:pPr>
      <w:r>
        <w:t>गौर फ़िक्र करें क्योंकि सिर्फ study एक बार करेंगे तो वह भूल जाएगा तो उसको बार बार revise</w:t>
      </w:r>
    </w:p>
    <w:p>
      <w:r>
        <w:rPr>
          <w:b/>
        </w:rPr>
        <w:t xml:space="preserve">[05:31] </w:t>
      </w:r>
      <w:r>
        <w:t>karein baar baar discussion karein aur us par gaurfikr karein paudha ko yaad karein to yahi saare sources</w:t>
      </w:r>
    </w:p>
    <w:p>
      <w:pPr>
        <w:jc w:val="right"/>
      </w:pPr>
      <w:r>
        <w:t>करें बार बार discussion करें और उस पर गौरफिक्र करें पौधा को याद करें तो यही सारे sources</w:t>
      </w:r>
    </w:p>
    <w:p>
      <w:r>
        <w:rPr>
          <w:b/>
        </w:rPr>
        <w:t xml:space="preserve">[05:39] </w:t>
      </w:r>
      <w:r>
        <w:t>hain marfat ke to yahi main aap logon ko bhi chahungi ki aap log bhi isi tarike se</w:t>
      </w:r>
    </w:p>
    <w:p>
      <w:pPr>
        <w:jc w:val="right"/>
      </w:pPr>
      <w:r>
        <w:t>हैं मारफत के तो यही मैं आप लोगों को भी चाहूंगी कि आप लोग भी इसी तरीके से</w:t>
      </w:r>
    </w:p>
    <w:p>
      <w:r>
        <w:rPr>
          <w:b/>
        </w:rPr>
        <w:t xml:space="preserve">[05:46] </w:t>
      </w:r>
      <w:r>
        <w:t>marfat ko pehchane marvat ko samjhe aur in kitabon ko baar baar padhein kyunki baar baar padhne se</w:t>
      </w:r>
    </w:p>
    <w:p>
      <w:pPr>
        <w:jc w:val="right"/>
      </w:pPr>
      <w:r>
        <w:t>मारफत को पहचाने मार्वत को समझे और इन किताबों को बार बार पढ़ें क्योंकि बार बार पढ़ने से</w:t>
      </w:r>
    </w:p>
    <w:p>
      <w:r>
        <w:rPr>
          <w:b/>
        </w:rPr>
        <w:t xml:space="preserve">[05:54] </w:t>
      </w:r>
      <w:r>
        <w:t>hi humein yeh baatein samajh mein aayengi.</w:t>
      </w:r>
    </w:p>
    <w:p>
      <w:pPr>
        <w:jc w:val="right"/>
      </w:pPr>
      <w:r>
        <w:t>ही हमें यह बातें समझ में आएंगी.</w:t>
      </w:r>
    </w:p>
    <w:p>
      <w:r>
        <w:rPr>
          <w:b/>
        </w:rPr>
        <w:t xml:space="preserve">[06:02] </w:t>
      </w:r>
      <w:r>
        <w:t>to Hazrat Ibrahim aleh salam ne bhi ek to Quran mein aaya hai ke aasman aur zameen mein gaur karke Khuda ko daryaft kiya tha.</w:t>
      </w:r>
    </w:p>
    <w:p>
      <w:pPr>
        <w:jc w:val="right"/>
      </w:pPr>
      <w:r>
        <w:t>तो हजरत इमराहिम अले सलाम ने भी एक तो कुरान में आया है कि आसमान और ज़मीन में गौर करके कोदा को दर्याप्त किया था.</w:t>
      </w:r>
    </w:p>
    <w:p>
      <w:r>
        <w:rPr>
          <w:b/>
        </w:rPr>
        <w:t xml:space="preserve">[06:10] </w:t>
      </w:r>
      <w:r>
        <w:t>lekin us waqt prophets ko to dekhiye bahut sari baatein jo hain unko pata ki taraf se specially</w:t>
      </w:r>
    </w:p>
    <w:p>
      <w:pPr>
        <w:jc w:val="right"/>
      </w:pPr>
      <w:r>
        <w:t>लेकिन उस वक्त prophets को तो देखिए बहुत सारी बातें जो हैं उनको पता की तरफ से specially</w:t>
      </w:r>
    </w:p>
    <w:p>
      <w:r>
        <w:rPr>
          <w:b/>
        </w:rPr>
        <w:t xml:space="preserve">[06:18] </w:t>
      </w:r>
      <w:r>
        <w:t>batayi jati thi kyunki unka jo role tha vah bahut bada role tha to usko ada karne ke</w:t>
      </w:r>
    </w:p>
    <w:p>
      <w:pPr>
        <w:jc w:val="right"/>
      </w:pPr>
      <w:r>
        <w:t>बताई जाती थी क्योंकि उनका जो role था वह बहुत बड़ा role था तो उसको अदा करने के</w:t>
      </w:r>
    </w:p>
    <w:p>
      <w:r>
        <w:rPr>
          <w:b/>
        </w:rPr>
        <w:t xml:space="preserve">[06:26] </w:t>
      </w:r>
      <w:r>
        <w:t>liye unko khas taur par kuch baatein batai jati thi lekin ab jo hai ab jo baatein prophet</w:t>
      </w:r>
    </w:p>
    <w:p>
      <w:pPr>
        <w:jc w:val="right"/>
      </w:pPr>
      <w:r>
        <w:t>लिए उनको खास तौर पर कुछ बातें बताई जाती थी लेकिन अब जो है अब जो बातें prophet</w:t>
      </w:r>
    </w:p>
    <w:p>
      <w:r>
        <w:rPr>
          <w:b/>
        </w:rPr>
        <w:t xml:space="preserve">[06:34] </w:t>
      </w:r>
      <w:r>
        <w:t>ko khas taur par angels ke zariye se khuda ke direct intervention ke zariye batai jati thi vah aaj</w:t>
      </w:r>
    </w:p>
    <w:p>
      <w:pPr>
        <w:jc w:val="right"/>
      </w:pPr>
      <w:r>
        <w:t>को खासतौर पर angels के जरिए से खुदा के direct intervention के जरिए बताई जाती थी वह आज</w:t>
      </w:r>
    </w:p>
    <w:p>
      <w:r>
        <w:rPr>
          <w:b/>
        </w:rPr>
        <w:t xml:space="preserve">[06:42] </w:t>
      </w:r>
      <w:r>
        <w:t>humko science ne bata diya hai to aaj hum kitna zyada fortunate hain ki humein hum us us</w:t>
      </w:r>
    </w:p>
    <w:p>
      <w:pPr>
        <w:jc w:val="right"/>
      </w:pPr>
      <w:r>
        <w:t>हमको science ने बता दिया है तो आज हम कितना ज़्यादा fortunate हैं कि हमें हम उस उस</w:t>
      </w:r>
    </w:p>
    <w:p>
      <w:r>
        <w:rPr>
          <w:b/>
        </w:rPr>
        <w:t xml:space="preserve">[06:50] </w:t>
      </w:r>
      <w:r>
        <w:t>darje ka ki marfat hasil kar sakte hain jo paygambaron ke darje ki marfat ke barabar ho sakti</w:t>
      </w:r>
    </w:p>
    <w:p>
      <w:pPr>
        <w:jc w:val="right"/>
      </w:pPr>
      <w:r>
        <w:t>दर्जे का की मार्फत हासिल कर सकते हैं जो प्यागंबरों के दर्जे की मार्फत के बराबर हो सकती</w:t>
      </w:r>
    </w:p>
    <w:p>
      <w:r>
        <w:rPr>
          <w:b/>
        </w:rPr>
        <w:t xml:space="preserve">[06:58] </w:t>
      </w:r>
      <w:r>
        <w:t>hai agar hum us par bahut zyada mehnat karein, study karein, gaurfikr karein aur usko bahut hi gehrai</w:t>
      </w:r>
    </w:p>
    <w:p>
      <w:pPr>
        <w:jc w:val="right"/>
      </w:pPr>
      <w:r>
        <w:t>है अगर हम उस पर बहुत ज़्यादा मेहनत करें, study करें, गौरफिक्र करें और उसको बहुत ही गहराई</w:t>
      </w:r>
    </w:p>
    <w:p>
      <w:r>
        <w:rPr>
          <w:b/>
        </w:rPr>
        <w:t xml:space="preserve">[07:06] </w:t>
      </w:r>
      <w:r>
        <w:t>se samajhne ki koshish karein kyunki Allah taala ne karnath isi liye banai hai karnath kehte</w:t>
      </w:r>
    </w:p>
    <w:p>
      <w:pPr>
        <w:jc w:val="right"/>
      </w:pPr>
      <w:r>
        <w:t>से समझने की कोशिश करें क्योंकि अल्लाह ताला ने कारनाथ इसीलिए बनाई है कारनाथ कहते</w:t>
      </w:r>
    </w:p>
    <w:p>
      <w:r>
        <w:rPr>
          <w:b/>
        </w:rPr>
        <w:t xml:space="preserve">[07:14] </w:t>
      </w:r>
      <w:r>
        <w:t>hain custom made universe hai to isiliye banai ke insan marfat hasil karen. to hamein pehli baar aisa hua hai ke karnath ki sare raaz jo hain hamare samne aa gaye hain bas hamein unko study karna hai unko warfikr karna hai.</w:t>
      </w:r>
    </w:p>
    <w:p>
      <w:pPr>
        <w:jc w:val="right"/>
      </w:pPr>
      <w:r>
        <w:t>हैं custom made universe है तो इसीलिए बनाई के इंसान मार्फद हासिल करें. तो हमें पहली बार ऐसा हुआ है कि कारनाथ की सारे राज जो हैं हमारे सामने आ गए हैं बस हमें उनको study करना है उनको वार्फिक्र करना है.</w:t>
      </w:r>
    </w:p>
    <w:p>
      <w:r>
        <w:rPr>
          <w:b/>
        </w:rPr>
        <w:t xml:space="preserve">[07:35] </w:t>
      </w:r>
      <w:r>
        <w:t>to hum yeh kaam hum kar rahe hain sari literature hamara yahi maqsad hai ke murana ka sara literature jo hai woh English mein aa jayegi. bahut sare aise log hain jo urdu nahi padh paate hain to English mein aa jaye taake globally logon ke reach mein ho jaye. to yahi mera kaam hai aur inshalah dala is kaam ka hum karte rahenge.</w:t>
      </w:r>
    </w:p>
    <w:p>
      <w:pPr>
        <w:jc w:val="right"/>
      </w:pPr>
      <w:r>
        <w:t>तो हम यह काम हम कर रहे हैं सारी literature हमारा यही मकसद है कि मुराना का सारा literature जो है वह English में आ जाएगी. बहुत सारे ऐसे लोग हैं जो उर्दू नहीं पढ़ पाते हैं तो English में आ जाए ताकि globally लोगों के reach में हो जाए. तो यही मेरा काम है और इंशालाह दाला इस काम का हम करते रहेंगे.</w:t>
      </w:r>
    </w:p>
    <w:p>
      <w:r>
        <w:rPr>
          <w:b/>
        </w:rPr>
        <w:t xml:space="preserve">[08:04] </w:t>
      </w:r>
      <w:r>
        <w:t>ab aap log baat kariye. inshal lalaapa aur main add karna chahoongi aap. maine main bhi yeh mera ek paper hai rationality islam usi ke hawale se main kitab padh rahi thi yeh maulana ki abhi God arises maine shuru kiya hai. thodi tough lag rahi hai lekin usko maine padhna shuru kiya hai.</w:t>
      </w:r>
    </w:p>
    <w:p>
      <w:pPr>
        <w:jc w:val="right"/>
      </w:pPr>
      <w:r>
        <w:t>अब आप लोग बात करिए. इंशाल लालापा और मैं add करना चाहूंगी आप. मैंने मैं भी यह मेरा एक paper है rationality इस्लाम उसी के हवाले से मैं किताब पढ़ रही थी यह मौलाना कि अभी God arises मैंने शुरू किया है. थोड़ी tough लग रही है लेकिन उसको मैंने पढ़ना शुरू किया है.</w:t>
      </w:r>
    </w:p>
    <w:p>
      <w:r>
        <w:rPr>
          <w:b/>
        </w:rPr>
        <w:t xml:space="preserve">[08:33] </w:t>
      </w:r>
      <w:r>
        <w:t>to maine ek article google search mein ek padha tha recently teen char din pehle discovery of science how science has discovered the existence of God.</w:t>
      </w:r>
    </w:p>
    <w:p>
      <w:pPr>
        <w:jc w:val="right"/>
      </w:pPr>
      <w:r>
        <w:t>तो मैंने एक article Google search में एक पढ़ा था recently तीन चार दिन पहले discovery of science how science has discovered the existence of God.</w:t>
      </w:r>
    </w:p>
    <w:p>
      <w:r>
        <w:rPr>
          <w:b/>
        </w:rPr>
        <w:t xml:space="preserve">[08:48] </w:t>
      </w:r>
      <w:r>
        <w:t>to maine do cheez us bade aaj se article mein maine padha hai ki yeh scientist jo hain</w:t>
      </w:r>
    </w:p>
    <w:p>
      <w:pPr>
        <w:jc w:val="right"/>
      </w:pPr>
      <w:r>
        <w:t>तो मैंने दो चीज़ उस बड़े आज से article में मैंने पढ़ा है कि यह scientist जो हैं</w:t>
      </w:r>
    </w:p>
    <w:p>
      <w:r>
        <w:rPr>
          <w:b/>
        </w:rPr>
        <w:t xml:space="preserve">[08:55] </w:t>
      </w:r>
      <w:r>
        <w:t>jo research karte hain aur research karte hain lekin vah god ko deny karte hain because unke liye</w:t>
      </w:r>
    </w:p>
    <w:p>
      <w:pPr>
        <w:jc w:val="right"/>
      </w:pPr>
      <w:r>
        <w:t>जो research करते हैं और research करते हैं लेकिन वह god को deny करते हैं because उनके लिए</w:t>
      </w:r>
    </w:p>
    <w:p>
      <w:r>
        <w:rPr>
          <w:b/>
        </w:rPr>
        <w:t xml:space="preserve">[09:02] </w:t>
      </w:r>
      <w:r>
        <w:t>unka religion sirf science hai, lekin jab unki scientific findings milti hai jo scientific findings milne ke baad</w:t>
      </w:r>
    </w:p>
    <w:p>
      <w:pPr>
        <w:jc w:val="right"/>
      </w:pPr>
      <w:r>
        <w:t>उनका religion सिर्फ science है, लेकिन जब उनकी scientific findings मिलती है जो scientific findings मिलने के बाद</w:t>
      </w:r>
    </w:p>
    <w:p>
      <w:r>
        <w:rPr>
          <w:b/>
        </w:rPr>
        <w:t xml:space="preserve">[09:09] </w:t>
      </w:r>
      <w:r>
        <w:t>ultimatum jo ek inference hota hai unke observation ka aur experiments ka aur experiences ka wah yahi kehte</w:t>
      </w:r>
    </w:p>
    <w:p>
      <w:pPr>
        <w:jc w:val="right"/>
      </w:pPr>
      <w:r>
        <w:t>ultimatum जो एक inference होता है उनके observation का और experiments का और experiences का वह यही कहते</w:t>
      </w:r>
    </w:p>
    <w:p>
      <w:r>
        <w:rPr>
          <w:b/>
        </w:rPr>
        <w:t xml:space="preserve">[09:16] </w:t>
      </w:r>
      <w:r>
        <w:t>hain ki there is a designer to this universe aur itni intelligent design hai is universe mein.</w:t>
      </w:r>
    </w:p>
    <w:p>
      <w:pPr>
        <w:jc w:val="right"/>
      </w:pPr>
      <w:r>
        <w:t>हैं कि there is a designer to this universe और इतनी intelligent design है इस universe में.</w:t>
      </w:r>
    </w:p>
    <w:p>
      <w:r>
        <w:rPr>
          <w:b/>
        </w:rPr>
        <w:t xml:space="preserve">[09:23] </w:t>
      </w:r>
      <w:r>
        <w:t>There has to be somebody behind this. It cannot be created on this level. do point jo mujhe bahut zyada samajh mein aaye which was very very much mind boggling. main kyunke main jab usko gehrai si zyada soch rahi thi to mujhe aisa lag raha tha ke I am not able to think further.</w:t>
      </w:r>
    </w:p>
    <w:p>
      <w:pPr>
        <w:jc w:val="right"/>
      </w:pPr>
      <w:r>
        <w:t>There has to be somebody behind this. It cannot be created on this level. दो point जो मुझे बहुत ज़्यादा समझ में आए which was very very much mind boggling. मैं क्योंकि मैं जब उसको गहराई सी ज़्यादा सोच रही थी तो मुझे ऐसा लग रहा था कि I am not able to think further.</w:t>
      </w:r>
    </w:p>
    <w:p>
      <w:r>
        <w:rPr>
          <w:b/>
        </w:rPr>
        <w:t xml:space="preserve">[09:41] </w:t>
      </w:r>
      <w:r>
        <w:t>ek point jo unhone kaha ke woh Bing Bang Theory ki because Bing Bang Theory led to everything out of nothing and the second point is that DNA. DNA ke bare mein yeh bata rahe the ke DNA ki jo findings hai woh coding hai.</w:t>
      </w:r>
    </w:p>
    <w:p>
      <w:pPr>
        <w:jc w:val="right"/>
      </w:pPr>
      <w:r>
        <w:t>एक point जो उन्होंने कहा कि वह Bing Bang Theory कि because Bing Bang Theory led to everything out of nothing and the second point is that DNA. DNA के बारे में यह बता रहे थे कि DNA की जो findings है वह coding है.</w:t>
      </w:r>
    </w:p>
    <w:p>
      <w:r>
        <w:rPr>
          <w:b/>
        </w:rPr>
        <w:t xml:space="preserve">[10:01] </w:t>
      </w:r>
      <w:r>
        <w:t>jo DNA hai woh pure codings ke upar depend karta hai aur itni fine tuning hai codings ki ke I mean ek insan ki poori zindagi woh kya paidaish se lekar ke marne tak uski poori life ki poori us yeh har ek cell mein DNA hai aur us DNA mein poori ki poori coding hai aur uska jo circumference hai DNA ka ek DNA ka.</w:t>
      </w:r>
    </w:p>
    <w:p>
      <w:pPr>
        <w:jc w:val="right"/>
      </w:pPr>
      <w:r>
        <w:t>जो DNA है वह पूरे codings के ऊपर depend करता है और इतनी fine tuning है codings की कि I mean एक इंसान की पूरी ज़िंदगी वह क्या पैदाइश से लेकर के मरने तक उसकी पूरी life की पूरी उस यह हर एक cell में DNA है और उस DNA में पूरी की पूरी coding है और उसका जो circumference है DNA का एक DNA का.</w:t>
      </w:r>
    </w:p>
    <w:p>
      <w:r>
        <w:rPr>
          <w:b/>
        </w:rPr>
        <w:t xml:space="preserve">[10:31] </w:t>
      </w:r>
      <w:r>
        <w:t>ab sochiye millions of cells hain hamare body mein. ek DNA ka jo circumference hai woh kitna thousand miles circumference earth ko cover karta hai. This is something I mean realization of God hamein isi tarah se mil sakti hai jab hum in baaton ko sochenge jo ki itni zyada evident hai universe mein.</w:t>
      </w:r>
    </w:p>
    <w:p>
      <w:pPr>
        <w:jc w:val="right"/>
      </w:pPr>
      <w:r>
        <w:t>अब सोचिए millions of cells हैं हमारे body में. एक DNA का जो circumference है वह कितना thousand miles circumference earth को cover करता है. This is something I mean realization of God हमें इसी तरह से मिल सकती है जब हम इन बातों को सोचेंगे जो कि इतनी ज़्यादा evident है universe में.</w:t>
      </w:r>
    </w:p>
    <w:p>
      <w:r>
        <w:rPr>
          <w:b/>
        </w:rPr>
        <w:t xml:space="preserve">[10:56] </w:t>
      </w:r>
      <w:r>
        <w:t>jitni bhi cheezein hain duniya mein, jitni bhi Allah ne paide kiye sab atoms se bana hua hai aur atoms mein nucleus hai, electron hai, proton hai. We just can't think a mind human mind can not think beyond a certain point ke how God can be. So meri yeh cheez realization of God thi us article ko padhkar ke.</w:t>
      </w:r>
    </w:p>
    <w:p>
      <w:pPr>
        <w:jc w:val="right"/>
      </w:pPr>
      <w:r>
        <w:t>जितनी भी चीज़ें हैं दुनिया में, जितनी भी अल्लाह ने पैदे किए सब atoms से बना हुआ है और atoms में nucleus है, electron है, proton है. We just can't think a mind human mind can not think beyond a certain point कि how God can be. So मेरी यह चीज़ realization of God थी उस article को पढ़कर के.</w:t>
      </w:r>
    </w:p>
    <w:p>
      <w:r>
        <w:rPr>
          <w:b/>
        </w:rPr>
        <w:t xml:space="preserve">[11:21] </w:t>
      </w:r>
      <w:r>
        <w:t>main doctor safeena ko invite karoongi ke aap woh kuch add karna chahti hain to ismein add karen. Thank you shubheena.</w:t>
      </w:r>
    </w:p>
    <w:p>
      <w:pPr>
        <w:jc w:val="right"/>
      </w:pPr>
      <w:r>
        <w:t>मैं doctor सफीना को invite करूंगी कि आप वह कुछ add करना चाहती हैं तो इसमें add करें. Thank you शुभीना.</w:t>
      </w:r>
    </w:p>
    <w:p>
      <w:r>
        <w:rPr>
          <w:b/>
        </w:rPr>
        <w:t xml:space="preserve">[11:32] </w:t>
      </w:r>
      <w:r>
        <w:t>Ma'am ek point jo faridapan ne abhi bola ke hum is taur mein hain ke hum aaj prophetic level ka marfat hasil kar sakte hain kyunke science ne hamein woh data faraham kar diya hai, woh technology faraham kar di hai ke hum apne realization ko badha sakte hain, apni marfat ko badha sakte hain.</w:t>
      </w:r>
    </w:p>
    <w:p>
      <w:pPr>
        <w:jc w:val="right"/>
      </w:pPr>
      <w:r>
        <w:t>Ma'am एक point जो फरीदापन ने अभी बोला कि हम इस तौर में हैं कि हम आज prophetic level का मार्फत हासिल कर सकते हैं क्योंकि science ने हमें वह data फराहम कर दिया है, वह technology फराहम कर दी है कि हम अपने realization को बढ़ा सकते हैं, अपनी मार्फत को बढ़ा सकते हैं.</w:t>
      </w:r>
    </w:p>
    <w:p>
      <w:r>
        <w:rPr>
          <w:b/>
        </w:rPr>
        <w:t xml:space="preserve">[11:52] </w:t>
      </w:r>
      <w:r>
        <w:t>to uska ek chhota sa ek example kal hum log ek ayat padh rahe the usmein Hazrat Uzair ke bare mein jo Surah Baqarah mein ayat hai ke unka gadha ko Allah taala ne maut de di aur unhein bhi maut de di aur unhein phir sau saal baad uthaya aur phir woh unke gadhe ki haddiyon par gosh chadhaya aur unhein dikhaya ke kaise in dubara saila taala marne ke baad zinda kar sakte hain, kaise zindagi de sakte hain.</w:t>
      </w:r>
    </w:p>
    <w:p>
      <w:pPr>
        <w:jc w:val="right"/>
      </w:pPr>
      <w:r>
        <w:t>तो उसका एक छोटा सा एक example कल हम लोग एक आयत पढ़ रहे थे उसमें हज़रत गुज़ैर के बारे में जो सूर्य बकरा में आयत है कि उनका गधे को अला ताला ने मौत दे दी और उन्हें भी मौत दे दी और उन्हें फिर सौ साल बाद उठाया और फिर वह उनके गधे की हड्डियों पर गोष चढ़ाया और उन्हें दिखाया कि कैसे इन दुबारा सैला ताला मरने के बाद ज़िंदा कर सकते हैं, कैसे ज़िंदगी दे सकते हैं.</w:t>
      </w:r>
    </w:p>
    <w:p>
      <w:r>
        <w:rPr>
          <w:b/>
        </w:rPr>
        <w:t xml:space="preserve">[12:19] </w:t>
      </w:r>
      <w:r>
        <w:t>to uske pad padhne se mujhe yeh yeh strike kiya ke aaj hum woh cheez jo profit ko dikhai gayi ek miraculous cheez thi lekin aaj hum ek baby ko jab fetus mein development hote hue dekh sakte hain aur usko isi tarah dekh sakte hain ke kab usmein bones develop ho rahi hain, phir us bones ke upar kaise muscles shape le rahi hain, kaise uske tamam organs ban pa rahe hain. to yeh cheez hum apni apni aankhon se dekh paate hain.</w:t>
      </w:r>
    </w:p>
    <w:p>
      <w:pPr>
        <w:jc w:val="right"/>
      </w:pPr>
      <w:r>
        <w:t>तो उसके पढ़ पढ़ने से मुझे यह यह strike किया कि आज हम वह चीज़ जो profit को दिखाई गई एक miraculous चीज़ थी लेकिन आज हम एक baby को जब fetus में development होते हुए देख सकते हैं और उसको इसी तरह देख सकते हैं कि कब उसमें bones develop हो रही हैं, फिर उस bones के ऊपर कैसे muscles shape ले रही हैं, कैसे उसके तमाम organs वन पा रहे हैं. तो यह चीज़ हम अपनी अपनी आंखों से देख पाते हैं.</w:t>
      </w:r>
    </w:p>
    <w:p>
      <w:r>
        <w:rPr>
          <w:b/>
        </w:rPr>
        <w:t xml:space="preserve">[12:46] </w:t>
      </w:r>
      <w:r>
        <w:t>agar hum usko us level ke realization se dekhen to yeh bahut azeem shukr hai Khuda ka ke hum is daur mein hain ke hum us level ki marfat hasil kar saken. bas Allah taala hamein hamesha is tarah ki nigaah de, aisi baseerat de. main yeh add karna cha rahi thi. shukriya.</w:t>
      </w:r>
    </w:p>
    <w:p>
      <w:pPr>
        <w:jc w:val="right"/>
      </w:pPr>
      <w:r>
        <w:t>अगर हम उसको उस level के realization से देखें तो यह बहुत अजीम शुक्र है खुदा का कि हम इस दौर में हैं कि हम उस level की मार्फत हासिल कर सकें. बस अल्लाह तालाह हमें हमेशा इस तरह की निगाह दे, ऐसी बसीरत दे. मैं यह add करना चाह रही थी. शुक्रिया.</w:t>
      </w:r>
    </w:p>
    <w:p>
      <w:r>
        <w:rPr>
          <w:b/>
        </w:rPr>
        <w:t xml:space="preserve">[13:13] </w:t>
      </w:r>
      <w:r>
        <w:t>bahut bahut thank you Doctor Supina. aapne jo add kiya aur najmapa aap kuch kehna chahenge isse?</w:t>
      </w:r>
    </w:p>
    <w:p>
      <w:pPr>
        <w:jc w:val="right"/>
      </w:pPr>
      <w:r>
        <w:t>बहुत बहुत thank you Doctor सुपीना. आपने जो add किया और नजमापा आप कुछ कहना चाहेंगे इससे?</w:t>
      </w:r>
    </w:p>
    <w:p>
      <w:r>
        <w:rPr>
          <w:b/>
        </w:rPr>
        <w:t xml:space="preserve">[13:41] </w:t>
      </w:r>
      <w:r>
        <w:t>ab aapka mute hai. No. theek ho gaya. main keh rahi hoon ke aap sab logon ne science ki baat kari to mera bhi science background hai. main Maulana ki yeh kitab Akhlaq e Islam ki proofreading kar rahi thi.</w:t>
      </w:r>
    </w:p>
    <w:p>
      <w:pPr>
        <w:jc w:val="right"/>
      </w:pPr>
      <w:r>
        <w:t>अब आपका mute है. No. ठीक हो गया. मैं कह रही हूं कि आप सब लोगों ने science की बात करी तो मेरा भी science background है. मैं मौलाना की यह किताब अखिलात ए इस्लाम की proofreading कर रही थी.</w:t>
      </w:r>
    </w:p>
    <w:p>
      <w:r>
        <w:rPr>
          <w:b/>
        </w:rPr>
        <w:t xml:space="preserve">[14:05] </w:t>
      </w:r>
      <w:r>
        <w:t>to main kal ko inshalah iska ek article padhkar bataoongi ise karoon to main woh nahi bata rahi hoon. usmein itne detail mein itna Maulana ne likha hai to woh itna meaningful hai ke mera dilchaar hai. main sabse woh padhkar communicate karoon. to hum is group mein is duniya mein insan hum bas marfat hi ki hasil karna hai aur Allah ko realize karna hai.</w:t>
      </w:r>
    </w:p>
    <w:p>
      <w:pPr>
        <w:jc w:val="right"/>
      </w:pPr>
      <w:r>
        <w:t>तो मैं कल को इंशालाह इसका एक article पढ़कर बताऊंगी इसे करूं तो मैं वह नहीं बता रही हूं. उसमें इतने detail में इतना मौलाना ने लिखा है तो वह इतना meaningful है कि मेरा दिलचार है. मैं सबसे वह पढ़कर communicate करूं. तो हम इस group में इस दुनिया में इंसान हम बस मार्फत ही की हासिल करना है और अल्लाह को realize करना है.</w:t>
      </w:r>
    </w:p>
    <w:p>
      <w:r>
        <w:rPr>
          <w:b/>
        </w:rPr>
        <w:t xml:space="preserve">[14:35] </w:t>
      </w:r>
      <w:r>
        <w:t>yeh realization ek intellectual process hai. aise hamein isi duniya mein shuru karte hain aur woh aakhir, aakhir tak jaari rehta hai.</w:t>
      </w:r>
    </w:p>
    <w:p>
      <w:pPr>
        <w:jc w:val="right"/>
      </w:pPr>
      <w:r>
        <w:t>यह realization एक intellectual process है. ऐसे हमें इसी दुनिया में शुरू करते हैं और वह आखिर, आखिर तक जारी रहता है.</w:t>
      </w:r>
    </w:p>
    <w:p>
      <w:r>
        <w:rPr>
          <w:b/>
        </w:rPr>
        <w:t xml:space="preserve">[14:46] </w:t>
      </w:r>
      <w:r>
        <w:t>to Allah hamein sabil banaye ke hum Allah ki marfat yahan shuru karen jo aakhir tak hamein pahunche aur yeh intellectual process jaari rahe hamare aur Allah ka shukr hai ke usne hamein aala dimagh bhi diya hai aur taake hum is objective ko achieve kar saken aur isiliye hamare CPS ladies ka naam bhi marfa e andawat kar diya gaya hai.</w:t>
      </w:r>
    </w:p>
    <w:p>
      <w:pPr>
        <w:jc w:val="right"/>
      </w:pPr>
      <w:r>
        <w:t>तो अल्लाह हमें साबिल बनाए कि हम अल्लाह की मार्फत यहां शुरू करें जो आखिर तक हमें पहुंचे और यह intellectual process जारी रहे हमारे और अल्लाह का शुक्र है कि उसने हमें आला दिमाग भी दिया है और ताकि हम इस objective को achieve कर सके और इसीलिए हमारे CPS ladies का नाम भी मारफा एंदावत कर दिया गया है.</w:t>
      </w:r>
    </w:p>
    <w:p>
      <w:r>
        <w:rPr>
          <w:b/>
        </w:rPr>
        <w:t xml:space="preserve">[15:13] </w:t>
      </w:r>
      <w:r>
        <w:t>to woh mere hisab se jo marfaat ya realization yeh kisi cheez ko poori tarah se samajhna, pehchanna, yahan marfate Allah ki baat kar rahe hain, ilahe allahe marfate ilahe ki baat kar rahe hain. to yeh ekdam se to nahi aati.</w:t>
      </w:r>
    </w:p>
    <w:p>
      <w:pPr>
        <w:jc w:val="right"/>
      </w:pPr>
      <w:r>
        <w:t>तो वह मेरे हिसाब से जो मारफात या realization यह किसी चीज़ को पूरी तरह से समझना, पहचानना, यहां मारफते अल्लाह की बात कर रहे हैं, इलाहे अल्लाहे मारफते इलाहे की बात कर रहे हैं. तो यह एकदम से तो नहीं आती.</w:t>
      </w:r>
    </w:p>
    <w:p>
      <w:r>
        <w:rPr>
          <w:b/>
        </w:rPr>
        <w:t xml:space="preserve">[15:31] </w:t>
      </w:r>
      <w:r>
        <w:t>to Allah ka shukr hai ki is group ke interaction se yeh hum samajh rahe hain aur jitne</w:t>
      </w:r>
    </w:p>
    <w:p>
      <w:pPr>
        <w:jc w:val="right"/>
      </w:pPr>
      <w:r>
        <w:t>तो अल्लाह का शुक्र है कि इस group के interaction से यह हम समझ रहे हैं और जितने</w:t>
      </w:r>
    </w:p>
    <w:p>
      <w:r>
        <w:rPr>
          <w:b/>
        </w:rPr>
        <w:t xml:space="preserve">[15:38] </w:t>
      </w:r>
      <w:r>
        <w:t>bhi is group mein alag alag log different aspects se yeh concept clear karte hain to bahut samajh</w:t>
      </w:r>
    </w:p>
    <w:p>
      <w:pPr>
        <w:jc w:val="right"/>
      </w:pPr>
      <w:r>
        <w:t>भी इस group में अलग अलग लोग different aspects से यह concept clear करते हैं तो बहुत समझ</w:t>
      </w:r>
    </w:p>
    <w:p>
      <w:r>
        <w:rPr>
          <w:b/>
        </w:rPr>
        <w:t xml:space="preserve">[15:46] </w:t>
      </w:r>
      <w:r>
        <w:t>mein aata hai aur members apne apne experience bhi batate hain ek reference points lekar to jisse bahut</w:t>
      </w:r>
    </w:p>
    <w:p>
      <w:pPr>
        <w:jc w:val="right"/>
      </w:pPr>
      <w:r>
        <w:t>में आता है और members अपने अपने experience भी बताते हैं एक reference points लेकर तो जिससे बहुत</w:t>
      </w:r>
    </w:p>
    <w:p>
      <w:r>
        <w:rPr>
          <w:b/>
        </w:rPr>
        <w:t xml:space="preserve">[15:54] </w:t>
      </w:r>
      <w:r>
        <w:t>hamara concept clear hota hai, samajh mein aata hai, internalize karte hain aur Allah humein usko apne behavior</w:t>
      </w:r>
    </w:p>
    <w:p>
      <w:pPr>
        <w:jc w:val="right"/>
      </w:pPr>
      <w:r>
        <w:t>हमारा concept clear होता है, समझ में आता है, internalize करते हैं और अल्लाह हमें उसको अपने behavior</w:t>
      </w:r>
    </w:p>
    <w:p>
      <w:r>
        <w:rPr>
          <w:b/>
        </w:rPr>
        <w:t xml:space="preserve">[16:02] </w:t>
      </w:r>
      <w:r>
        <w:t>mein reflect karna sikhaye aur ek baat aur jo main samajhti hoon ki Allah ke kitni puran mein</w:t>
      </w:r>
    </w:p>
    <w:p>
      <w:pPr>
        <w:jc w:val="right"/>
      </w:pPr>
      <w:r>
        <w:t>में reflect करना सिखाए और एक बात और जो मैं समझती हूं कि अल्लाह के कितनी पुरान में</w:t>
      </w:r>
    </w:p>
    <w:p>
      <w:r>
        <w:rPr>
          <w:b/>
        </w:rPr>
        <w:t xml:space="preserve">[16:10] </w:t>
      </w:r>
      <w:r>
        <w:t>batayi gayi hain to wah humein Rabbalalameen ki azmaton ke saath hi Allah ko tareeqaft karna hai aur</w:t>
      </w:r>
    </w:p>
    <w:p>
      <w:pPr>
        <w:jc w:val="right"/>
      </w:pPr>
      <w:r>
        <w:t>बताई गई हैं तो वह हमें रबुलालामीन की अज़मतों के साथ ही अल्लाह को तरीकाफ्त करना है और</w:t>
      </w:r>
    </w:p>
    <w:p>
      <w:r>
        <w:rPr>
          <w:b/>
        </w:rPr>
        <w:t xml:space="preserve">[16:18] </w:t>
      </w:r>
      <w:r>
        <w:t>iske jo tareeqe Maulana ne humein bataye hain apne lectures ke through, apne literature ke through aur apni</w:t>
      </w:r>
    </w:p>
    <w:p>
      <w:pPr>
        <w:jc w:val="right"/>
      </w:pPr>
      <w:r>
        <w:t>इसके जो तरीके मौलाना ने हमें बताए हैं अपने lectures के through, अपने literature के through और अपनी</w:t>
      </w:r>
    </w:p>
    <w:p>
      <w:r>
        <w:rPr>
          <w:b/>
        </w:rPr>
        <w:t xml:space="preserve">[16:26] </w:t>
      </w:r>
      <w:r>
        <w:t>blessings ko kaise hum reference point banakar karein to uska hum pareshani mein bhi agar hum pareshan hain</w:t>
      </w:r>
    </w:p>
    <w:p>
      <w:pPr>
        <w:jc w:val="right"/>
      </w:pPr>
      <w:r>
        <w:t>blessings को कैसे हम reference point बनाकर करें तो उसका हम परेशानी में भी अगर हम परेशान हैं</w:t>
      </w:r>
    </w:p>
    <w:p>
      <w:r>
        <w:rPr>
          <w:b/>
        </w:rPr>
        <w:t xml:space="preserve">[16:34] </w:t>
      </w:r>
      <w:r>
        <w:t>to bahut sari aisi cheezein hain jisme hum Allah ka shukr karein.</w:t>
      </w:r>
    </w:p>
    <w:p>
      <w:pPr>
        <w:jc w:val="right"/>
      </w:pPr>
      <w:r>
        <w:t>तो बहुत सारी ऐसी चीज़ें हैं जिसमें हम अल्लाह का शुक्र करें.</w:t>
      </w:r>
    </w:p>
    <w:p>
      <w:r>
        <w:rPr>
          <w:b/>
        </w:rPr>
        <w:t xml:space="preserve">[16:42] </w:t>
      </w:r>
      <w:r>
        <w:t>to al Maulana ne to hamein reference points diye hain ke hum sari blessings ko lekar unko realize karen, unka ek reference point banakar uska shukriya ada karen to hamari ek personality galat ho rahi hai aur ek yeh process hai. to Allah hamein is group mein ismein bahut madad mil rahi hai ke sabki personality develop ho rahi hai aur marfa ka kaam ho raha hai.</w:t>
      </w:r>
    </w:p>
    <w:p>
      <w:pPr>
        <w:jc w:val="right"/>
      </w:pPr>
      <w:r>
        <w:t>तो अल मौलाना ने तो हमें reference points दिए हैं कि हम सारी blessings को लेकर उनको realize करें, उनका एक reference point बनाकर उसका शुक्रिया अदा करें तो हमारी एक personality गलत हो रही है और एक यह process है. तो अल्लाह हमें इस group में इसमें बहुत मदद मिल रही है कि सबकी personality develop हो रही है और मार्फा का काम हो रहा है.</w:t>
      </w:r>
    </w:p>
    <w:p>
      <w:r>
        <w:rPr>
          <w:b/>
        </w:rPr>
        <w:t xml:space="preserve">[17:08] </w:t>
      </w:r>
      <w:r>
        <w:t>Bharat ka jahan tak kaam hai woh jitna hona chahiye woh utna main nahi kar pa rahi hoon. mujhe uski bahut sikar rehti hai aur sara sahiba ne jo bataya aapne family mein kaise karo, bahut achhe tips diye hain. to Allah hamein ise behtar karne ka taafeekh de. Allah hamein Allah ki marfat is tarah se dekar hamari personality mein aur hum continuously apne aap ki waqt tak karte rahen. karlaah.</w:t>
      </w:r>
    </w:p>
    <w:p>
      <w:pPr>
        <w:jc w:val="right"/>
      </w:pPr>
      <w:r>
        <w:t>भारत का जहां तक काम है वह जितना होना चाहिए वह उतना मैं नहीं कर पा रही हूं. मुझे उसकी बहुत सिकार रहती है और सारा साहिबा ने जो बताया आपने family में कैसे करो, बहुत अच्छे tips दिए हैं. तो अल्लाह हमें इसे बेहतर करने का ताफीख़ दे. अल्लाह हमें अल्लाह की मार्फत इस तरह से देकर हमारी personality में और हम continuously अपने आप की वक्त तक करते रहें. कर लाह.</w:t>
      </w:r>
    </w:p>
    <w:p>
      <w:r>
        <w:rPr>
          <w:b/>
        </w:rPr>
        <w:t xml:space="preserve">[17:38] </w:t>
      </w:r>
      <w:r>
        <w:t>Jizaa karlaah aap haan aur koi aur ladies hain jo yahan par kuch share karna chahti hain dawa experiences, realization of God and even they can talk about what sarapa has said and how they have promoted dawa work in their families. Somebody wants to say something?</w:t>
      </w:r>
    </w:p>
    <w:p>
      <w:pPr>
        <w:jc w:val="right"/>
      </w:pPr>
      <w:r>
        <w:t>जिज़्ज़ार कर लाह आप हां और कोई और ladies हैं जो यहां पर कुछ share करना चाहती हैं दावा experiences, realization of God and even they can talk about what सारापा has said and how they have promoted दावा work in their families. Somebody wants to say something?</w:t>
      </w:r>
    </w:p>
    <w:p>
      <w:r>
        <w:rPr>
          <w:b/>
        </w:rPr>
        <w:t xml:space="preserve">[18:04] </w:t>
      </w:r>
      <w:r>
        <w:t>Please come aap apni inhibitions ko yahan par hum log bahut personal level par apni apni baaton ko</w:t>
      </w:r>
    </w:p>
    <w:p>
      <w:pPr>
        <w:jc w:val="right"/>
      </w:pPr>
      <w:r>
        <w:t>Please come आप अपनी inhibitions को यहां पर हम लोग बहुत personal level पर अपनी अपनी बातों को</w:t>
      </w:r>
    </w:p>
    <w:p>
      <w:r>
        <w:rPr>
          <w:b/>
        </w:rPr>
        <w:t xml:space="preserve">[18:10] </w:t>
      </w:r>
      <w:r>
        <w:t>rakh rahe hain isliye zara bhi na jhikken ki main kya kahoon ya kuch bhi.</w:t>
      </w:r>
    </w:p>
    <w:p>
      <w:pPr>
        <w:jc w:val="right"/>
      </w:pPr>
      <w:r>
        <w:t>रख रहे हैं इसलिए ज़रा सभी ना जिचकें कि मैं क्या कहूं या कुछ भी.</w:t>
      </w:r>
    </w:p>
    <w:p>
      <w:r>
        <w:rPr>
          <w:b/>
        </w:rPr>
        <w:t xml:space="preserve">[18:16] </w:t>
      </w:r>
      <w:r>
        <w:t>kuch bhi aapke zehan mein aa raha hai zaroor share kariye.</w:t>
      </w:r>
    </w:p>
    <w:p>
      <w:pPr>
        <w:jc w:val="right"/>
      </w:pPr>
      <w:r>
        <w:t>कुछ भी आपके ज़हन में आ रहा है ज़रूर share करिए.</w:t>
      </w:r>
    </w:p>
    <w:p>
      <w:r>
        <w:rPr>
          <w:b/>
        </w:rPr>
        <w:t xml:space="preserve">[18:22] </w:t>
      </w:r>
      <w:r>
        <w:t>wah hamare liye bhi bahut learning hogi. Ji Rajia.</w:t>
      </w:r>
    </w:p>
    <w:p>
      <w:pPr>
        <w:jc w:val="right"/>
      </w:pPr>
      <w:r>
        <w:t>वह हमारे लिए भी बहुत learning होगी. जी राजिया.</w:t>
      </w:r>
    </w:p>
    <w:p>
      <w:r>
        <w:rPr>
          <w:b/>
        </w:rPr>
        <w:t xml:space="preserve">[18:28] </w:t>
      </w:r>
      <w:r>
        <w:t>aap hamari Ok Rajia please tell me where you are speaking from. Assalam ullaikhoo. Walikhoo assalam.</w:t>
      </w:r>
    </w:p>
    <w:p>
      <w:pPr>
        <w:jc w:val="right"/>
      </w:pPr>
      <w:r>
        <w:t>आप हमारी Ok राजिया please tell me where you are speaking from. अस्लाम उल्लीखू. वालिखू अस्लाम.</w:t>
      </w:r>
    </w:p>
    <w:p>
      <w:r>
        <w:rPr>
          <w:b/>
        </w:rPr>
        <w:t xml:space="preserve">[18:35] </w:t>
      </w:r>
      <w:r>
        <w:t>ma'am jaisay ke najma apne bataya hai, kuch aisa hi mujhe bhi mehsoos hota hai. jaisay na pehlay kya tha ke nani se ya phir bachpan mein namaz seekh lena, jannat jahannum ka saboor, yeh sari cheezain kahin ghar mein ho to hoti thi aisi baatein. acha yeh attract bhi karti thi.</w:t>
      </w:r>
    </w:p>
    <w:p>
      <w:pPr>
        <w:jc w:val="right"/>
      </w:pPr>
      <w:r>
        <w:t>Ma'am जैसे कि नजमा अपने बताया है, कुछ ऐसा ही मुझे भी महसूस होता है. जैसे ना पहले क्या था कि नानी से या फिर बचपन में नमाज़ सीख लेना, जन्नत जहन्नुमकता सबूर, यह सारी चीज़ें कहीं घर में हो तो होती थी ऐसी बातें. अच्छा यह attract भी करती थी.</w:t>
      </w:r>
    </w:p>
    <w:p>
      <w:r>
        <w:rPr>
          <w:b/>
        </w:rPr>
        <w:t xml:space="preserve">[19:01] </w:t>
      </w:r>
      <w:r>
        <w:t>lekin jis tareeqay se jab se main is group se judi hoon CVS ya molana sahib ke contact mein aai hoon. tab se matlab islam ko maine jeena seekha hai. islam ke andar islam ko kaise jeetay hain?</w:t>
      </w:r>
    </w:p>
    <w:p>
      <w:pPr>
        <w:jc w:val="right"/>
      </w:pPr>
      <w:r>
        <w:t>लेकिन जिस तरीके से जब से मैं इस group से जुड़ी हूं CVS या मोलाना साहब के contact में आई हूं. तब से मतलब इस्लाम को मैंने जीना सीखा है. इस्लाम के अंदर इस्लाम को कैसे जीते हैं?</w:t>
      </w:r>
    </w:p>
    <w:p>
      <w:r>
        <w:rPr>
          <w:b/>
        </w:rPr>
        <w:t xml:space="preserve">[19:18] </w:t>
      </w:r>
      <w:r>
        <w:t>matlab mujhe lagta hai ke jab jab kabhi main usko feel karti hoon to kuch hota yeh hai ke insaan jo hai kuch bani banai cheezon par kaam ko karnay lag jata hai to us mein interest nahi aata. lekin jab woh us par andar rehne lagta hai, jeen'nay lagta hai to usko maza aata hai. to mujhe maza aanay laga hai ke</w:t>
      </w:r>
    </w:p>
    <w:p>
      <w:pPr>
        <w:jc w:val="right"/>
      </w:pPr>
      <w:r>
        <w:t>मतलब मुझे लगता है कि जब जब कभी मैं उसको feel करती हूं तो कुछ होता यह है कि इंसान जो है कुछ बनी बनाई चीज़ों पर काम को करने लग जाता है तो उसमें interest नहीं आता. लेकिन जब वह उस पर अंदर रहने लगता है, जीनने लगता है तो उसको मज़ा आता है. तो मुझे मज़ा आने लगा है कि</w:t>
      </w:r>
    </w:p>
    <w:p>
      <w:r>
        <w:rPr>
          <w:b/>
        </w:rPr>
        <w:t xml:space="preserve">[19:42] </w:t>
      </w:r>
      <w:r>
        <w:t>jab kabhi kabhi hota kya hai ke jaisay maan lijiye bola na sahib ki koi baat hi mujhe yaad aa jati hai ke apnay aap ko jorkar dekhna aur realization karna woh cheezain maine group se seekhi hain yahan par.</w:t>
      </w:r>
    </w:p>
    <w:p>
      <w:pPr>
        <w:jc w:val="right"/>
      </w:pPr>
      <w:r>
        <w:t>जब कभी कभी होता क्या है कि जैसे मान लीजिए बोला ना साहब की कोई बात ही मुझे याद आ जाती है कि अपने आप को जोड़कर देखना और realization करना वह चीज़ें मैंने group से सीखी हैं यहां पर.</w:t>
      </w:r>
    </w:p>
    <w:p>
      <w:r>
        <w:rPr>
          <w:b/>
        </w:rPr>
        <w:t xml:space="preserve">[20:11] </w:t>
      </w:r>
      <w:r>
        <w:t>CPS se seekhi hai. matlab lagta hai ke maine jo hai kuch pa liya hai aur mujhe is mein maza aanay laga hai. masha alla. masha masha alla. allah taalaah aap ko is mein aur ziyada barhouti de aur aap is mein aagay barhain. ji, aamir. aamir. aap kahan se keh rahay hain, waise keh rahi thi rajya? ji, main kahan se hoon? kahan se? main main kahan se hoon, yeh batana hai?</w:t>
      </w:r>
    </w:p>
    <w:p>
      <w:pPr>
        <w:jc w:val="right"/>
      </w:pPr>
      <w:r>
        <w:t>CPS से सीखी है. मतलब लगता है कि मैंने जो है कुछ पा लिया है और मुझे इसमें मज़ा आने लगा है. माशा अल्ला. माशा माशा अल्ला. अल्लाह तालाह आपको इसमें और ज़्यादा बढ़ोतरी दे और आप इसमें आगे बढ़ें. जी, आमिर. आमिर. आप कहां से कह रहे हैं, वैसे कह रही थी राज्या? जी, मैं कहां से हूं? कहां से? मैं मैं कहां से हूं, यह बताना है?</w:t>
      </w:r>
    </w:p>
    <w:p>
      <w:r>
        <w:rPr>
          <w:b/>
        </w:rPr>
        <w:t xml:space="preserve">[20:40] </w:t>
      </w:r>
      <w:r>
        <w:t>ji ji. ji, main waise to main meerut se hoon lekin abhi ghaziabad nagar ne posted hoon. is wajah se yahin rehti hoon. ok ok. ji. jaisay mere na office mein to kuch tensions aati hain na to woh wala sahib ki woh baatein avoid karna hai aur jo hai tolerate karna hai. to main jab apply karti hoon aur woh woh waise hi result deti hain tab lagta hai ke wahan kitna bari cheez hai yeh to. ji ji bilkul. ji.</w:t>
      </w:r>
    </w:p>
    <w:p>
      <w:pPr>
        <w:jc w:val="right"/>
      </w:pPr>
      <w:r>
        <w:t>जी जी. जी, मैं वैसे तो मैं मेरठ से हूं लेकिन अभी गाजियाबाद नगर ने posted हूं. इस वजह से यहीं रहती हूं. Ok ok. जी. जैसे मेरे ना office में तो कुछ tensions आती हैं ना तो वह वाला साहब कि वह बातें avoid करना है और जो है tolerate करना है. तो मैं जब apply करती हूं और वह वह वैसे ही result देती हैं तब लगता है कि वहां कितना बड़ी चीज़ है यह तो. जी जी बिल्कुल. जी.</w:t>
      </w:r>
    </w:p>
    <w:p>
      <w:r>
        <w:rPr>
          <w:b/>
        </w:rPr>
        <w:t xml:space="preserve">[21:08] </w:t>
      </w:r>
      <w:r>
        <w:t>aur koi ladies kuch share karna chahti hain?</w:t>
      </w:r>
    </w:p>
    <w:p>
      <w:pPr>
        <w:jc w:val="right"/>
      </w:pPr>
      <w:r>
        <w:t>और कोई ladies कुछ share करना चाहती हैं?</w:t>
      </w:r>
    </w:p>
    <w:p>
      <w:r>
        <w:rPr>
          <w:b/>
        </w:rPr>
        <w:t xml:space="preserve">[21:13] </w:t>
      </w:r>
      <w:r>
        <w:t>Ayesha hai kya? Unse kahiye.</w:t>
      </w:r>
    </w:p>
    <w:p>
      <w:pPr>
        <w:jc w:val="right"/>
      </w:pPr>
      <w:r>
        <w:t>आयशा है क्या? उनसे कहिए.</w:t>
      </w:r>
    </w:p>
    <w:p>
      <w:r>
        <w:rPr>
          <w:b/>
        </w:rPr>
        <w:t xml:space="preserve">[21:18] </w:t>
      </w:r>
      <w:r>
        <w:t>Ayesha, I saamne aayi hai aap. Ji.</w:t>
      </w:r>
    </w:p>
    <w:p>
      <w:pPr>
        <w:jc w:val="right"/>
      </w:pPr>
      <w:r>
        <w:t>आयशा, आई सामने आई है आप. जी.</w:t>
      </w:r>
    </w:p>
    <w:p>
      <w:r>
        <w:rPr>
          <w:b/>
        </w:rPr>
        <w:t xml:space="preserve">[21:23] </w:t>
      </w:r>
      <w:r>
        <w:t>Unmute karein apne aap? Haan. Yeah. Ji anushk. Assalam likhoo.</w:t>
      </w:r>
    </w:p>
    <w:p>
      <w:pPr>
        <w:jc w:val="right"/>
      </w:pPr>
      <w:r>
        <w:t>Unmute करें अपने आप? हां. Yeah. जी अनुश्क. असलाम लिखो.</w:t>
      </w:r>
    </w:p>
    <w:p>
      <w:r>
        <w:rPr>
          <w:b/>
        </w:rPr>
        <w:t xml:space="preserve">[21:28] </w:t>
      </w:r>
      <w:r>
        <w:t>Walik mast salam. Assalam likhoo.</w:t>
      </w:r>
    </w:p>
    <w:p>
      <w:pPr>
        <w:jc w:val="right"/>
      </w:pPr>
      <w:r>
        <w:t>बालिक मस्त सलाम. असलाम लिखो.</w:t>
      </w:r>
    </w:p>
    <w:p>
      <w:r>
        <w:rPr>
          <w:b/>
        </w:rPr>
        <w:t xml:space="preserve">[21:33] </w:t>
      </w:r>
      <w:r>
        <w:t>Walik mast salam.</w:t>
      </w:r>
    </w:p>
    <w:p>
      <w:pPr>
        <w:jc w:val="right"/>
      </w:pPr>
      <w:r>
        <w:t>बालिक मस्त सलाम.</w:t>
      </w:r>
    </w:p>
    <w:p>
      <w:r>
        <w:rPr>
          <w:b/>
        </w:rPr>
        <w:t xml:space="preserve">[21:39] </w:t>
      </w:r>
      <w:r>
        <w:t>main shortly bolnay chahti hoon aaj ji. aap kahan se hain woh bataiyay? main parhoon? haan haan aap kahan se hain woh bataiyay sab ko? main ji mera naam meri naam ayesha hissa hai aur main wishah kapil se hoon. ji. aur please batao.</w:t>
      </w:r>
    </w:p>
    <w:p>
      <w:pPr>
        <w:jc w:val="right"/>
      </w:pPr>
      <w:r>
        <w:t>मैं shortly बोलने चाहती हूं आज जी. आप कहां से हैं वह बताइए? मैं पढ़ूं? हां हां आप कहां से हैं वह बताइए सबको? मैं जी मेरा नाम मेरी नाम आयशा हिस्सा है और मैं विशाह कपिल से हूं. जी. और please बताओ.</w:t>
      </w:r>
    </w:p>
    <w:p>
      <w:r>
        <w:rPr>
          <w:b/>
        </w:rPr>
        <w:t xml:space="preserve">[22:04] </w:t>
      </w:r>
      <w:r>
        <w:t>aaj main ji, aaj main jo yeh maloom ke related aik choti si baat bolni chahti hoon. aaj subah maine 33 al ahzaab mein yeh words parhi hoon ke put your trust in god. god is sufficient as a guardian.</w:t>
      </w:r>
    </w:p>
    <w:p>
      <w:pPr>
        <w:jc w:val="right"/>
      </w:pPr>
      <w:r>
        <w:t>आज मैं जी, आज मैं जो यह मालूम के related एक छोटी सी बात बोलनी चाहती हूं. आज सुबह मैंने 33 अल अख़ज़ाब में यह words पढ़ी हूं कि put your trust in God. God is sufficient as a guardian.</w:t>
      </w:r>
    </w:p>
    <w:p>
      <w:r>
        <w:rPr>
          <w:b/>
        </w:rPr>
        <w:t xml:space="preserve">[22:28] </w:t>
      </w:r>
      <w:r>
        <w:t>to maine yeh sochi hoon ke hum zindagi mein aik problem aanay se uske madad ke liye bohat saray logon ke paas jatay hain lekin hamaray dimagh mein yahi khayal aati hai ke kaun sa insaan hamaray ko help karay ga?</w:t>
      </w:r>
    </w:p>
    <w:p>
      <w:pPr>
        <w:jc w:val="right"/>
      </w:pPr>
      <w:r>
        <w:t>तो मैंने यह सोची हूं कि हम ज़िंदगी में एक problem आने से उसके मदद के लिए बहुत सारे लोगों के पास जाते हैं लेकिन हमारे दिमाग में यही ख्याल आती है कि कौन सा इंसान हमारे को help करेगा?</w:t>
      </w:r>
    </w:p>
    <w:p>
      <w:r>
        <w:rPr>
          <w:b/>
        </w:rPr>
        <w:t xml:space="preserve">[22:50] </w:t>
      </w:r>
      <w:r>
        <w:t>yeh yeh sochtay hain aksar log ke woh aadmi kitna powerful hai hamaray ko is halaat se bachayay ga, help karay ga. to hum insaan ke jab bhi hum zindagi mein mushkilat face karnay se, difficulties face karnay se hum insaan ki taraf dekhtay hain lekin kuda ki taraf dekhnay se kuda kitna bara hai, kitna madadgar hai.</w:t>
      </w:r>
    </w:p>
    <w:p>
      <w:pPr>
        <w:jc w:val="right"/>
      </w:pPr>
      <w:r>
        <w:t>यह यह सोचते हैं अक्सर लोग कि वह आदमी कितना powerful है हमारे को इस हालात से बचाएगा, help करेगा. तो हम इंसान के जब भी हम ज़िंदगी में मुश्किलात face करने से, difficulties face करने से हम इंसान की तरफ देखते हैं लेकिन कुदा की तरफ देखने से कुदा कितना बड़ा है, कितना मददगार है.</w:t>
      </w:r>
    </w:p>
    <w:p>
      <w:r>
        <w:rPr>
          <w:b/>
        </w:rPr>
        <w:t xml:space="preserve">[23:18] </w:t>
      </w:r>
      <w:r>
        <w:t>poora quran mein boltay hain allah behtareen madadgar hai. allah taalaah aap har kaam ko aasan karay ga. aap allah par tawakkul karo, allah ke oopar yaqeen rakho, tumhara sab kaam aasan ho jayay ga. tab kal raat mein namaz mein yahi yaad yahi khayal aai hai ke main meray ko ke main allah se madad mangnay se meray sath kaam ho jayay ga.</w:t>
      </w:r>
    </w:p>
    <w:p>
      <w:pPr>
        <w:jc w:val="right"/>
      </w:pPr>
      <w:r>
        <w:t>पूरा कुरान में बोलते हैं अल्लाह बेहतरीन मददगार है. अल्लाह तालाह आप हर काम को आसान करेगा. आप अल्लाह पर तवक्कुल करो, अल्लाह के ऊपर यकीन रखो, तुम्हारा सब काम आसान हो जाएगा. तब कल रात में नमाज़ में यही याद यही ख्याल आई है कि मैं मेरे को कि मैं अल्लाह से मदद मांगने से मेरे साथ काम हो जाएगा.</w:t>
      </w:r>
    </w:p>
    <w:p>
      <w:r>
        <w:rPr>
          <w:b/>
        </w:rPr>
        <w:t xml:space="preserve">[23:45] </w:t>
      </w:r>
      <w:r>
        <w:t>to choti si ho ya bari si ho. sirf allah se madad mangnay ka pehlay allah ko realize karni chahiye. allah ki powerfulness ko hum realize karni chahiye. allah qudrat ko humay understand karni chahiye. tabhi iskay iskay liye hum khudar ki science ko dekhni paray gi. khudar ko, khudar ki creation ko dekhni paray gi. tabhi allah ka qudrat hamaray ko maloom hoga.</w:t>
      </w:r>
    </w:p>
    <w:p>
      <w:pPr>
        <w:jc w:val="right"/>
      </w:pPr>
      <w:r>
        <w:t>तो छोटी सी हो या बड़ी सी हो. सिर्फ अल्लाह से मदद मांगने का पहले अल्लाह को realize करनी चाहिए. अल्लाह की powerfulness को हम realize करनी चाहिए. अल्लाह कुदरत को हमें understand करनी चाहिए. तभी इसके इसके लिए हम खुदार की science को देखनी पड़ेगी. खुदार को, खुदार की creation को देखनी पड़ेगी. तभी अल्लाह का कुदरत हमारे को मालूम होगा.</w:t>
      </w:r>
    </w:p>
    <w:p>
      <w:r>
        <w:rPr>
          <w:b/>
        </w:rPr>
        <w:t xml:space="preserve">[24:12] </w:t>
      </w:r>
      <w:r>
        <w:t>allah ka, allah jitna bara hai, itna mehbaan hai yeh to hum aik jagah bite kar soch le saktay hain. hum jo daily incidents hotay rehtay hain na hamaray every minute hamari jo zindagi mein patience badal jati hai. tab humay is liye molana ne kaha hai ke preparedness chahiye. jab hamaray in mind itni prepared samay denay ki itni hi hum situation ko understand karti hain.</w:t>
      </w:r>
    </w:p>
    <w:p>
      <w:pPr>
        <w:jc w:val="right"/>
      </w:pPr>
      <w:r>
        <w:t>अल्लाह का, अल्लाह जितना बड़ा है, इतना महबान है यह तो हम एक जगह bite कर सोच ले सकते हैं. हम जो daily incidents होते रहते हैं ना हमारे every minute हमारी जो ज़िंदगी में patience बदल जाती है. तब हमें इसलिए मौलाने ने कहा है कि preparement चाहिए. जब हमारे in mind इतनी prepared समय देने की इतनी ही हम situation को understand करती हैं.</w:t>
      </w:r>
    </w:p>
    <w:p>
      <w:r>
        <w:rPr>
          <w:b/>
        </w:rPr>
        <w:t xml:space="preserve">[24:39] </w:t>
      </w:r>
      <w:r>
        <w:t>is saal ke tor par kal main aik hotel ko gayi thi nash thalanay ke waste. tab aik aurat ko main dekhi hi wahan woh aurat karti hai. main unko bohat achi tarah janti hoon.</w:t>
      </w:r>
    </w:p>
    <w:p>
      <w:pPr>
        <w:jc w:val="right"/>
      </w:pPr>
      <w:r>
        <w:t>इस साल के तौर पर कल मैं एक hotel को गई थी नाश ठलाने के वास्ते. तब एक औरत को मैं देखी ही वहां वह औरत करती है. मैं उनको बहुत अच्छी तरह जानती हूं.</w:t>
      </w:r>
    </w:p>
    <w:p>
      <w:r>
        <w:rPr>
          <w:b/>
        </w:rPr>
        <w:t xml:space="preserve">[24:56] </w:t>
      </w:r>
      <w:r>
        <w:t>unho'nay aik choti si dukaan ka owner hai, lekin isi wajah se un woh dukaan ko bech diya hai kisi logon ko aur doosray logon ko bechkar inhone yahan aakar kaam karti hai. tab mujhe bohat afsos hogi hai. maine yahi socha agar zindagi mein humay right planning na karnay se humay aisi mushkil ko face kar saktay hain.</w:t>
      </w:r>
    </w:p>
    <w:p>
      <w:pPr>
        <w:jc w:val="right"/>
      </w:pPr>
      <w:r>
        <w:t>उन्होंने एक छोटी सी दुकान का owner है, लेकिन इसी वजह से उन वह दुकान को बेच दिया है किसी लोगों को और दूसरे लोगों को बेचकर इन्होंने यहां आकर काम करती है. तब मुझे बहुत अफसोस होगी है. मैंने यही सोचा अगर ज़िंदगी में हमें right planning ना करने से हमें ऐसी मुश्किला को face कर सकते हैं.</w:t>
      </w:r>
    </w:p>
    <w:p>
      <w:r>
        <w:rPr>
          <w:b/>
        </w:rPr>
        <w:t xml:space="preserve">[25:19] </w:t>
      </w:r>
      <w:r>
        <w:t>tab maine yeh socha agar allah taalaah mujhe yeh zindagi diya hai tab maine yeh zindagi ko right planning ke sath lead nahi kar, lead nahi karnay se yeh zindagi ko main achi tarah use nahi karnay se main bhi aaqirat mein IC hoga.</w:t>
      </w:r>
    </w:p>
    <w:p>
      <w:pPr>
        <w:jc w:val="right"/>
      </w:pPr>
      <w:r>
        <w:t>तब मैंने यह सोचा अगर अल्लाह ताल्लाह मुझे यह ज़िंदगी दिया है तब मैंने यह ज़िंदगी को right planning के साथ lead नहीं कर, lead नहीं करने से यह ज़िंदगी को मैं अच्छी तरह use नहीं करने से मैं भी आकृत में IC होगा.</w:t>
      </w:r>
    </w:p>
    <w:p>
      <w:r>
        <w:rPr>
          <w:b/>
        </w:rPr>
        <w:t xml:space="preserve">[25:36] </w:t>
      </w:r>
      <w:r>
        <w:t>jo insaan is is temporary duniya ko jis insaan achi tarah se soch samajhkar nahi lead karay ga woh beshak hiraftar mein fail ho jayay ga. to yeh bohat bari sabak mili hai mujhe. bohat meray mind mein aik toofan hui hai. yeh to choti si incident hai lekin main yeh aaqirat ke related karkay bohat bari sabak li hai main.</w:t>
      </w:r>
    </w:p>
    <w:p>
      <w:pPr>
        <w:jc w:val="right"/>
      </w:pPr>
      <w:r>
        <w:t>जो इंसान इस इस temporary दुनिया को जिस इंसान अच्छी तरह से सोच समझकर नहीं lead करेगा वह बेशक हीराफ्तर में fail हो जाएगा. तो यह बहुत बड़ी सबक मिली है मुझे. बहुत मेरे mind में एक तूफान हुई है. यह तो छोटी सी incident है लेकिन मैं यह आकृत के related करके बहुत बड़ी सबक ली है मैं.</w:t>
      </w:r>
    </w:p>
    <w:p>
      <w:r>
        <w:rPr>
          <w:b/>
        </w:rPr>
        <w:t xml:space="preserve">[26:06] </w:t>
      </w:r>
      <w:r>
        <w:t>yeh hi hai mera jo experience hai. jaisay kal. main sham aapnay bohat acha share kiya hum logon ke sath and these these are the ways where we can realize in every instance of a life jaisay ke faridabad ne kaha ke aik reference point banakar ke hum apni khud realization of god ko barha saktay hain.</w:t>
      </w:r>
    </w:p>
    <w:p>
      <w:pPr>
        <w:jc w:val="right"/>
      </w:pPr>
      <w:r>
        <w:t>यही है मेरा जो experience है. जैसा कल. मैं शाम आपने बहुत अच्छा share किया हम लोगों के साथ and these these are the ways where we can realize in every instance of a life जैसे कि फरीदाबाद ने कहा कि एक reference point बनाकर के हम अपनी खुद realization of God को बढ़ा सकते हैं.</w:t>
      </w:r>
    </w:p>
    <w:p>
      <w:r>
        <w:rPr>
          <w:b/>
        </w:rPr>
        <w:t xml:space="preserve">[26:32] </w:t>
      </w:r>
      <w:r>
        <w:t>hamari life mein din bhar mein chaubis ghantay mein kitnay saray aisay chotay aur baray incident hotay rehtay hain but we can make it as a reference point and related to god and definitely we learn something new and especially because of molana's literature and audios and the videos. it has in fact hamari jo intellectual level ka jo aik stamina hai woh kafi barh gaya hai.</w:t>
      </w:r>
    </w:p>
    <w:p>
      <w:pPr>
        <w:jc w:val="right"/>
      </w:pPr>
      <w:r>
        <w:t>हमारी life में दिन भर में चौबीस घंटे में कितने सारे ऐसे छोटे और बड़े incident होते रहते हैं but we can make it as a reference point and related to God and definitely we learn something new and especially because of मोलाना's literature and audios and the videos. It has in fact हमारी जो intellectual level का जो एक stamina है वह काफी बढ़ गया है.</w:t>
      </w:r>
    </w:p>
    <w:p>
      <w:r>
        <w:rPr>
          <w:b/>
        </w:rPr>
        <w:t xml:space="preserve">[27:00] </w:t>
      </w:r>
      <w:r>
        <w:t>jo pehlay hamaray andar nahi tha lekin ab mashilllah se hamari group mein jo learning hoti rehti hai aur hum do hum jo aapas mein aik interaction kartay rehtay hain aur faridapa hai aur femidapa jo hamari grooming kar rahi hain mashaallah is group ke through. to jo hamara stamina hai brain ka aur feelings se jo stamina hai towards god has mashaallah increased a lot.</w:t>
      </w:r>
    </w:p>
    <w:p>
      <w:pPr>
        <w:jc w:val="right"/>
      </w:pPr>
      <w:r>
        <w:t>जो पहले हमारे अंदर नहीं था लेकिन अब माशिल्लाह से हमारी group में जो learning होती रहती है और हम दो हम जो आपस में एक interaction करते रहते हैं और फरीदापा है और फैमीदापा जो हमारी grooming कर रही हैं माशाल्लाह इस group के through. तो जो हमारा stamina है brain का और feelings से जो stamina है towards god has माशाल्लाह increased a lot.</w:t>
      </w:r>
    </w:p>
    <w:p>
      <w:r>
        <w:rPr>
          <w:b/>
        </w:rPr>
        <w:t xml:space="preserve">[27:26] </w:t>
      </w:r>
      <w:r>
        <w:t>so aur koi ladies aur kuch share karna chahti hoon please go ahead. ji. salam alaikum. balik mastalam. naam bataiyay please ji, shabana khatun kolkata se. ok. ji please go ahead.</w:t>
      </w:r>
    </w:p>
    <w:p>
      <w:pPr>
        <w:jc w:val="right"/>
      </w:pPr>
      <w:r>
        <w:t>So और कोई ladies और कुछ share करना चाहती हूं please go ahead. जी. सलाम अलैकूम. बालिक मस्तलाम. नाम बताइए please जी, शबाना खातुन कोलकाता से. Ok. जी please go ahead.</w:t>
      </w:r>
    </w:p>
    <w:p>
      <w:r>
        <w:rPr>
          <w:b/>
        </w:rPr>
        <w:t xml:space="preserve">[27:47] </w:t>
      </w:r>
      <w:r>
        <w:t>Ji, haan main yeh batana cha rahi hoon ki pehle to yeh bata doon ki jab hum wah</w:t>
      </w:r>
    </w:p>
    <w:p>
      <w:pPr>
        <w:jc w:val="right"/>
      </w:pPr>
      <w:r>
        <w:t>जी, हां मैं यह बताना चाह रही हूं कि पहले तो यह बता दूं कि जब हम वह</w:t>
      </w:r>
    </w:p>
    <w:p>
      <w:r>
        <w:rPr>
          <w:b/>
        </w:rPr>
        <w:t xml:space="preserve">[27:53] </w:t>
      </w:r>
      <w:r>
        <w:t>Molana shaheb ke khwab ke bare mein hum log sunein, wah kisi lecture mein sunein ki unhone khwab</w:t>
      </w:r>
    </w:p>
    <w:p>
      <w:pPr>
        <w:jc w:val="right"/>
      </w:pPr>
      <w:r>
        <w:t>मोलाना शाहेब के ख्वाब के बारे में हम लोग सुनें, वह किसी lecture में सुनें कि उन्होंने ख्वाब</w:t>
      </w:r>
    </w:p>
    <w:p>
      <w:r>
        <w:rPr>
          <w:b/>
        </w:rPr>
        <w:t xml:space="preserve">[27:59] </w:t>
      </w:r>
      <w:r>
        <w:t>dikha hai ki jannat mein maane auratein hain aur wah kuch liberation mood mein hain, kuch tayyari kar</w:t>
      </w:r>
    </w:p>
    <w:p>
      <w:pPr>
        <w:jc w:val="right"/>
      </w:pPr>
      <w:r>
        <w:t>दिखा है कि जन्नत में माने औरतें हैं और वह कुछ liberation mood में है, कुछ तैयारी कर</w:t>
      </w:r>
    </w:p>
    <w:p>
      <w:r>
        <w:rPr>
          <w:b/>
        </w:rPr>
        <w:t xml:space="preserve">[28:06] </w:t>
      </w:r>
      <w:r>
        <w:t>rhi hai, kuch hai, bahut achha kuch function wahan par ho raha hai aur sari CPH ki ladies</w:t>
      </w:r>
    </w:p>
    <w:p>
      <w:pPr>
        <w:jc w:val="right"/>
      </w:pPr>
      <w:r>
        <w:t>रही है, कुछ है, बहुत अच्छा कुछ function वहां पर हो रहा है और सारी CPH की ladies</w:t>
      </w:r>
    </w:p>
    <w:p>
      <w:r>
        <w:rPr>
          <w:b/>
        </w:rPr>
        <w:t xml:space="preserve">[28:12] </w:t>
      </w:r>
      <w:r>
        <w:t>log wahan par hain aur ek to ab usko sunne ke baad jab se maine yeh cheez isko</w:t>
      </w:r>
    </w:p>
    <w:p>
      <w:pPr>
        <w:jc w:val="right"/>
      </w:pPr>
      <w:r>
        <w:t>लोग वहां पर हैं और एक तो अब उसको सुनने के बाद जब से मैंने यह चीज़ इसको</w:t>
      </w:r>
    </w:p>
    <w:p>
      <w:r>
        <w:rPr>
          <w:b/>
        </w:rPr>
        <w:t xml:space="preserve">[28:19] </w:t>
      </w:r>
      <w:r>
        <w:t>is khwab ke bare mein unke suna hai, tab se mera ek cheez ho gaya hai, yeh bahut</w:t>
      </w:r>
    </w:p>
    <w:p>
      <w:pPr>
        <w:jc w:val="right"/>
      </w:pPr>
      <w:r>
        <w:t>इस ख्वाब के बारे में उनके सुना है, तब से मेरा एक चीज़ हो गया है, यह बहुत</w:t>
      </w:r>
    </w:p>
    <w:p>
      <w:r>
        <w:rPr>
          <w:b/>
        </w:rPr>
        <w:t xml:space="preserve">[28:25] </w:t>
      </w:r>
      <w:r>
        <w:t>dil ko laga ki hamein bhi usmein rehna hai.</w:t>
      </w:r>
    </w:p>
    <w:p>
      <w:pPr>
        <w:jc w:val="right"/>
      </w:pPr>
      <w:r>
        <w:t>दिल को लगा कि हमें भी उसमें रहना है.</w:t>
      </w:r>
    </w:p>
    <w:p>
      <w:r>
        <w:rPr>
          <w:b/>
        </w:rPr>
        <w:t xml:space="preserve">[28:32] </w:t>
      </w:r>
      <w:r>
        <w:t>inshallah. lasidwa karti hoon ke hum bhi us mein rahay. jab sab CPH ki ladies wahan par ho to hum bhi wahan par ho. is liye ab aisa ho gaya hai ke jab bhi kuch galat hota hai yani kuch bhi aisa cheez jisay man mein aa gaya jo sahi ke jo nahi karna chahiye tha to foran yeh cheez dil ko lag jata hai ke agar main aisa karti rahoon to phir to hum wahan par nahi hon gay.</w:t>
      </w:r>
    </w:p>
    <w:p>
      <w:pPr>
        <w:jc w:val="right"/>
      </w:pPr>
      <w:r>
        <w:t>इंशाल्लाह. लासिद्वा करती हूं कि हम भी उसमें रहे. जब सब CPH की ladies वहां पर हो तो हम भी वहां पर हो. इसलिए अब ऐसा हो गया है कि जब भी कुछ गलत होता है यानी कुछ भी ऐसा चीज़ जिसे मन में आ गया जो सही के जो नहीं करना चाहिए था तो फ़ौरन यह चीज़ दिल को लग जाता है कि अगर मैं ऐसा करती रहूं तो फिर तो हम वहां पर नहीं होंगे.</w:t>
      </w:r>
    </w:p>
    <w:p>
      <w:r>
        <w:rPr>
          <w:b/>
        </w:rPr>
        <w:t xml:space="preserve">[29:01] </w:t>
      </w:r>
      <w:r>
        <w:t>isko lekar hamne apne aap mein bahut sa cheez ko maine apna theek kiya. apne aap ko bahut sukoon apne andar mein aaya ki nahi, jab hamein wahan par rehna hai iska matlab ki hamein jannat mein jaana hai. jannat mein shamil hona hai, iske ladies ke saath toh hamein yeh kaam nahi karna hoga, humko woh kaam nahi karna hoga, humko aise rehna hai, humko aise bahut hai. dheere dheere yeh cheez bahut aaya hamare andar.</w:t>
      </w:r>
    </w:p>
    <w:p>
      <w:pPr>
        <w:jc w:val="right"/>
      </w:pPr>
      <w:r>
        <w:t>इसको लेकर हमने अपने आप में बहुत सा चीज़ को मैंने अपना ठीक किया. अपने आप को बहुत सुकून अपने अंदर में आया कि नहीं, जब हमें वहां पर रहना है इसका मतलब कि हमें जन्नत में जाना है. जन्नत में शामिल होना है, इसके ladies के साथ तो हमें यह काम नहीं करना होगा, हमको वह काम नहीं करना होगा, हमको ऐसे रहना है, हमको ऐसे बहुत है. धीरे धीरे यह चीज़ बहुत आया हमारे अंदर.</w:t>
      </w:r>
    </w:p>
    <w:p>
      <w:r>
        <w:rPr>
          <w:b/>
        </w:rPr>
        <w:t xml:space="preserve">[29:28] </w:t>
      </w:r>
      <w:r>
        <w:t>mere andar yeh bahut aaya aur toh iski wajah se kya hua ki jab mere upar jimmari jo badhne lagi toh usko maine bahut sukoon mind se us cheez ko maine liya. usko bahut sukoon ke saath us zimmaari ko maine poora karne ki koshish ki.</w:t>
      </w:r>
    </w:p>
    <w:p>
      <w:pPr>
        <w:jc w:val="right"/>
      </w:pPr>
      <w:r>
        <w:t>मेरे अंदर यह बहुत आया और तो इसकी वजह से क्या हुआ कि जब मेरे ऊपर जिम्मारी जो बढ़ने लगी तो उसको मैंने बहुत सुकून mind से उस चीज़ को मैंने लिया. उसको बहुत सुकून के साथ उस ज़िम्मारी को मैंने पूरा करने की कोशिश की.</w:t>
      </w:r>
    </w:p>
    <w:p>
      <w:r>
        <w:rPr>
          <w:b/>
        </w:rPr>
        <w:t xml:space="preserve">[29:48] </w:t>
      </w:r>
      <w:r>
        <w:t>abhi main wah utna nahi bata paungi lekin haan bahut sa kuch maine ramzan guzra uske baad ka</w:t>
      </w:r>
    </w:p>
    <w:p>
      <w:pPr>
        <w:jc w:val="right"/>
      </w:pPr>
      <w:r>
        <w:t>अभी मैं वह उतना नहीं बता पाऊंगी लेकिन हां बहुत सा कुछ मैंने रमज़ान गुज़रा उसके बाद का</w:t>
      </w:r>
    </w:p>
    <w:p>
      <w:r>
        <w:rPr>
          <w:b/>
        </w:rPr>
        <w:t xml:space="preserve">[29:54] </w:t>
      </w:r>
      <w:r>
        <w:t>waqt jismein bahut se mere sir par aise kuch kaam aaye jise main bahut agar pehle agar yeh</w:t>
      </w:r>
    </w:p>
    <w:p>
      <w:pPr>
        <w:jc w:val="right"/>
      </w:pPr>
      <w:r>
        <w:t>वक्त जिसमें बहुत से मेरे सिर पर ऐसे कुछ काम आए जिसे मैं बहुत अगर पहले अगर यह</w:t>
      </w:r>
    </w:p>
    <w:p>
      <w:r>
        <w:rPr>
          <w:b/>
        </w:rPr>
        <w:t xml:space="preserve">[30:00] </w:t>
      </w:r>
      <w:r>
        <w:t>sab cheez main nahi jani hoti Maulana sahib ke kitab ko padhkar unke lectures ko sunkar agar main</w:t>
      </w:r>
    </w:p>
    <w:p>
      <w:pPr>
        <w:jc w:val="right"/>
      </w:pPr>
      <w:r>
        <w:t>सब चीज़ मैं नहीं जानी होती मुलाना साहिब के किताब को पढ़कर उनके lectures को सुनकर अगर मैं</w:t>
      </w:r>
    </w:p>
    <w:p>
      <w:r>
        <w:rPr>
          <w:b/>
        </w:rPr>
        <w:t xml:space="preserve">[30:06] </w:t>
      </w:r>
      <w:r>
        <w:t>mere andar wah salahiyat paida nahi hui hoti jise mushkil se mushkil kaam ko bhi main ab halka</w:t>
      </w:r>
    </w:p>
    <w:p>
      <w:pPr>
        <w:jc w:val="right"/>
      </w:pPr>
      <w:r>
        <w:t>मेरे अंदर वह सलाहित पैदा नहीं हुई होती जिसे मुश्किल से मुश्किल काम को भी मैं अब हल्का</w:t>
      </w:r>
    </w:p>
    <w:p>
      <w:r>
        <w:rPr>
          <w:b/>
        </w:rPr>
        <w:t xml:space="preserve">[30:12] </w:t>
      </w:r>
      <w:r>
        <w:t>samajhne lagi hoon, aasan lagne laga hai.</w:t>
      </w:r>
    </w:p>
    <w:p>
      <w:pPr>
        <w:jc w:val="right"/>
      </w:pPr>
      <w:r>
        <w:t>समझने लगी हूं, आसान लगने लगा है.</w:t>
      </w:r>
    </w:p>
    <w:p>
      <w:r>
        <w:rPr>
          <w:b/>
        </w:rPr>
        <w:t xml:space="preserve">[30:19] </w:t>
      </w:r>
      <w:r>
        <w:t>us cheez ko bahut thande dimaag se aur bahut sukoon ke saath poora karne ki koshish karti hoon aur woh bhi ja aata hai.</w:t>
      </w:r>
    </w:p>
    <w:p>
      <w:pPr>
        <w:jc w:val="right"/>
      </w:pPr>
      <w:r>
        <w:t>उस चीज़ को बहुत ठंडे दिमाग से और बहुत सुकून के साथ पूरा करने की कोशिश करती हूं और वह भी जा आता है.</w:t>
      </w:r>
    </w:p>
    <w:p>
      <w:r>
        <w:rPr>
          <w:b/>
        </w:rPr>
        <w:t xml:space="preserve">[30:26] </w:t>
      </w:r>
      <w:r>
        <w:t>toh yeh cheez bahut andar andar ka jo bolte hain na woh safai bahut hua hai aur ab bahut bad se bade ya bade se bada aisa kuch kaam aata yeh main batana chah rahi thi. ji.</w:t>
      </w:r>
    </w:p>
    <w:p>
      <w:pPr>
        <w:jc w:val="right"/>
      </w:pPr>
      <w:r>
        <w:t>तो यह चीज़ बहुत अंदर अंदर का जो बोलते हैं ना वह सफाई बहुत हुआ है और अब बहुत बढ़ से बड़े या बड़े से बड़ा ऐसा कुछ काम आता यह मैं बताना चाह रही थी. जी.</w:t>
      </w:r>
    </w:p>
    <w:p>
      <w:r>
        <w:rPr>
          <w:b/>
        </w:rPr>
        <w:t xml:space="preserve">[30:54] </w:t>
      </w:r>
      <w:r>
        <w:t>yeh mera experience hai Maulana ke teaching ke baad. Masha Allah Shabana. Aapne purification of soul ke upar highlight kiya hai. Tazkiya hai jisko kehte hain aur sabse badi waadat yahi hai tatva tazkiya hum apni purification of soul ko karein aur aur koi ladies hain jo share karna chahti hain? koi daawa experiences ko share karein? Assala Mulik Maapa.</w:t>
      </w:r>
    </w:p>
    <w:p>
      <w:pPr>
        <w:jc w:val="right"/>
      </w:pPr>
      <w:r>
        <w:t>यह मेरा experience है बुलाने के teaching के बाद. माशाल्लाह शबाना. आपने purification of soul के ऊपर highlight किया है. तस्किया है जिसको कहते हैं और सबसे बड़ी वादत यही है तत्वाह तस्किया हम अपनी purification of soul को करें और और कोई ladies हैं जो share करना चाहती हैं? कोई दावा experiences को share करें? अस्सलाह मुलिक मापा.</w:t>
      </w:r>
    </w:p>
    <w:p>
      <w:r>
        <w:rPr>
          <w:b/>
        </w:rPr>
        <w:t xml:space="preserve">[31:24] </w:t>
      </w:r>
      <w:r>
        <w:t>Waliq Mastram. Ji bataiye. Main main Karnataka se baat kar rahi hoon aap. Ok. Mera naam Shamshad hai. Ji. Main is mahine ki kitaab May, June do hazar baais ka ek taiyara padhna chahti hoon aapke paas aur main Fareeda se karna chahti hoon ki yeh points mere zindagi mein aane ke liye kya karna chahiye?</w:t>
      </w:r>
    </w:p>
    <w:p>
      <w:pPr>
        <w:jc w:val="right"/>
      </w:pPr>
      <w:r>
        <w:t>वालिक मास्त्राम. जी बताइए. मैं मैं कर्नाटक से बात कर रही हूं आप. Ok. मेरा नाम शमचाद है. जी. मैं इस महीने की किताब May, June दो हज़ार बाइस का एक तैयारा पढ़ना चाहती हूं आपके पास और मैं फरीदाब से करना चाहती हूं कि यह points मेरे ज़िंदगी में आने के लिए क्या करना चाहिए?</w:t>
      </w:r>
    </w:p>
    <w:p>
      <w:r>
        <w:rPr>
          <w:b/>
        </w:rPr>
        <w:t xml:space="preserve">[31:53] </w:t>
      </w:r>
      <w:r>
        <w:t>Page number 49, these are some things that I had learned from Maulana Vaidyeen Khan.</w:t>
      </w:r>
    </w:p>
    <w:p>
      <w:pPr>
        <w:jc w:val="right"/>
      </w:pPr>
      <w:r>
        <w:t>Page number 49, these are some things that I had learned from मोलाना वैद्यीन खान.</w:t>
      </w:r>
    </w:p>
    <w:p>
      <w:r>
        <w:rPr>
          <w:b/>
        </w:rPr>
        <w:t xml:space="preserve">[32:03] </w:t>
      </w:r>
      <w:r>
        <w:t>Deconditioning, introspection, objectivity, follow on, hate none, patience, positivity, extensive study, being you are ready to accept one's,</w:t>
      </w:r>
    </w:p>
    <w:p>
      <w:pPr>
        <w:jc w:val="right"/>
      </w:pPr>
      <w:r>
        <w:t>Deconditioning, introspection, objectivity, follow on, hate none, patience, positivity, extensive study, being you are ready to accept one's,</w:t>
      </w:r>
    </w:p>
    <w:p>
      <w:r>
        <w:rPr>
          <w:b/>
        </w:rPr>
        <w:t xml:space="preserve">[32:13] </w:t>
      </w:r>
      <w:r>
        <w:t>mistake, sincerity, early rising, time management, planning planning and planning again.</w:t>
      </w:r>
    </w:p>
    <w:p>
      <w:pPr>
        <w:jc w:val="right"/>
      </w:pPr>
      <w:r>
        <w:t>mistake, sincerity, early rising, time management, planning planning and planning again.</w:t>
      </w:r>
    </w:p>
    <w:p>
      <w:r>
        <w:rPr>
          <w:b/>
        </w:rPr>
        <w:t xml:space="preserve">[32:24] </w:t>
      </w:r>
      <w:r>
        <w:t>Peace, thinking thinking and thinking again. Avoidance with travel issue. No reaction. Remembrance of the almighty. Dua, dua, and dua every time. Discover yourself continuous effort. Avail all the available opportunity. No excuse. No complaint. Taking responsibility. Living with god.</w:t>
      </w:r>
    </w:p>
    <w:p>
      <w:pPr>
        <w:jc w:val="right"/>
      </w:pPr>
      <w:r>
        <w:t>Peace, thinking thinking and thinking again. Avoidance with travel issue. No reaction. Remembrance of the almighty. Dua, dua, and dua every time. Discover yourself continuous effort. Avail all the available opportunity. No excuse. No complaint. Taking responsibility. Living with god.</w:t>
      </w:r>
    </w:p>
    <w:p>
      <w:r>
        <w:rPr>
          <w:b/>
        </w:rPr>
        <w:t xml:space="preserve">[32:50] </w:t>
      </w:r>
      <w:r>
        <w:t>Rending yourself up the skin of the doomsday. Don't involve yourself with anything without necessary competence. Learn learn and learn again. Promoting dialogue, adopting the realistic approach, practical wisdom, ultimate courage for standing for the truth, calling people to god.</w:t>
      </w:r>
    </w:p>
    <w:p>
      <w:pPr>
        <w:jc w:val="right"/>
      </w:pPr>
      <w:r>
        <w:t>Rending yourself up the skin of the doomsday. Don't involve yourself with anything without necessary competence. Learn learn and learn again. Promoting dialogue, adopting the realistic approach, practical wisdom, ultimate courage for standing for the truth, calling people to god.</w:t>
      </w:r>
    </w:p>
    <w:p>
      <w:r>
        <w:rPr>
          <w:b/>
        </w:rPr>
        <w:t xml:space="preserve">[33:16] </w:t>
      </w:r>
      <w:r>
        <w:t>yeh para mister Azhar Mubarak Jharkhar sikhaya tha. Some are there in my life but all points are is not there in my life. How to improve ma'am? Ji Shumma aap apne question ko aapne jo padha ho hum logo ne suna aur aap apne sawal ko phir se repeat karna.</w:t>
      </w:r>
    </w:p>
    <w:p>
      <w:pPr>
        <w:jc w:val="right"/>
      </w:pPr>
      <w:r>
        <w:t>यह पैरा mister अज़हर मुबारक झारकर सिखाया था. Some are there in my life but all points are is not there in my life. How to improve ma'am? जी शुम्मा आप अपने question को आपने जो पढ़ा हो हम लोगों ने सुना और आप अपने सवाल को फिर से repeat करना.</w:t>
      </w:r>
    </w:p>
    <w:p>
      <w:r>
        <w:rPr>
          <w:b/>
        </w:rPr>
        <w:t xml:space="preserve">[33:43] </w:t>
      </w:r>
      <w:r>
        <w:t>Papa, sabhi point jin mein aane ke liye mujhe kitni mehnat karni chahiye. Some points are there but all points are not there in my life. How can I improve ma'am? Ok, this question is for Fareeda pa. Haan, please stay ma'am. Ok. Woh suggestion mein.</w:t>
      </w:r>
    </w:p>
    <w:p>
      <w:pPr>
        <w:jc w:val="right"/>
      </w:pPr>
      <w:r>
        <w:t>Papa, सभी point जिन में आने के लिए मुझे कितनी मेहनत करनी चाहिए. Some points are there but all points are not there my life. How can improve ma'am? Ok, this question is for फरीदापा. हां, please stay ma'am. Ok. वह suggestion में.</w:t>
      </w:r>
    </w:p>
    <w:p>
      <w:r>
        <w:rPr>
          <w:b/>
        </w:rPr>
        <w:t xml:space="preserve">[34:10] </w:t>
      </w:r>
      <w:r>
        <w:t>Ji Abul. Ji Islam leti hoon. Jiwali ki Islam aap inka sawal hai. Ji. Phir se bata dijiye. Shrimshal aap phir se ek baar sawal karein aapse. Yeh sab yeh full para padhi hoon ma'am phir se. Haan nahi nahi woh mat padhiye bas sawal bata dijiye.</w:t>
      </w:r>
    </w:p>
    <w:p>
      <w:pPr>
        <w:jc w:val="right"/>
      </w:pPr>
      <w:r>
        <w:t>जी अब्बुल. जी इस्लाम लेती हूं. जीवाली की इस्लाम आप इनका सवाल है. जी. फिर से बता दीजिए. श्रीमशाल आप फिर से एक बार सवाल करें आपसे. यह सब यह full पैरा पड़ी हूं ma'am फिर से. हां नहीं नहीं वह मत पड़िए बस सवाल बता दीजिए.</w:t>
      </w:r>
    </w:p>
    <w:p>
      <w:r>
        <w:rPr>
          <w:b/>
        </w:rPr>
        <w:t xml:space="preserve">[34:34] </w:t>
      </w:r>
      <w:r>
        <w:t>Haan ismein ismein sab mein such points are there introspection mere ismein hai meham ab. Follow one hai. Hate none nahi hai mere ismein abhi tak bhi. Patience thoda kam hai. Positivity ab thoda thoda improvement ho raha hai. Planning again and planning thoda time management hai but being able to accept one's mistake yeh mere ismein nahi hai aapka.</w:t>
      </w:r>
    </w:p>
    <w:p>
      <w:pPr>
        <w:jc w:val="right"/>
      </w:pPr>
      <w:r>
        <w:t>हां इसमें इसमें सब में सच points are there introspection मेरे इसमें है मेहम अब. Follow one है. Hate none नहीं है मेरे इसमें अभी तक भी. Patience थोड़ा कम है. Positivity अब थोड़ा थोड़ा improvement हो रहा है. Planning again and planning थोड़ा time management है but being able to accept one's mistake यह मेरे इसमें नहीं है आपका.</w:t>
      </w:r>
    </w:p>
    <w:p>
      <w:r>
        <w:rPr>
          <w:b/>
        </w:rPr>
        <w:t xml:space="preserve">[35:02] </w:t>
      </w:r>
      <w:r>
        <w:t>Discover is some some points are there but all points are not there ma'am. How can?</w:t>
      </w:r>
    </w:p>
    <w:p>
      <w:pPr>
        <w:jc w:val="right"/>
      </w:pPr>
      <w:r>
        <w:t>Discover is some some points are there but all points are not there ma'am. How can?</w:t>
      </w:r>
    </w:p>
    <w:p>
      <w:r>
        <w:rPr>
          <w:b/>
        </w:rPr>
        <w:t xml:space="preserve">[35:08] </w:t>
      </w:r>
      <w:r>
        <w:t>Deconditioning mere ismein nahi hai madam aap.</w:t>
      </w:r>
    </w:p>
    <w:p>
      <w:pPr>
        <w:jc w:val="right"/>
      </w:pPr>
      <w:r>
        <w:t>Deconditioning मेरे इसमें नहीं है madam आप.</w:t>
      </w:r>
    </w:p>
    <w:p>
      <w:r>
        <w:rPr>
          <w:b/>
        </w:rPr>
        <w:t xml:space="preserve">[35:14] </w:t>
      </w:r>
      <w:r>
        <w:t>No reaction to ab nahi hai yaar.</w:t>
      </w:r>
    </w:p>
    <w:p>
      <w:pPr>
        <w:jc w:val="right"/>
      </w:pPr>
      <w:r>
        <w:t>No reaction तो अब नहीं है यार.</w:t>
      </w:r>
    </w:p>
    <w:p>
      <w:r>
        <w:rPr>
          <w:b/>
        </w:rPr>
        <w:t xml:space="preserve">[35:20] </w:t>
      </w:r>
      <w:r>
        <w:t>No reaction thoda thoda zyada reaction hi ho jata hai.</w:t>
      </w:r>
    </w:p>
    <w:p>
      <w:pPr>
        <w:jc w:val="right"/>
      </w:pPr>
      <w:r>
        <w:t>No reaction थोड़ा थोड़ा ज़्यादा reaction ही हो जाता है.</w:t>
      </w:r>
    </w:p>
    <w:p>
      <w:r>
        <w:rPr>
          <w:b/>
        </w:rPr>
        <w:t xml:space="preserve">[35:26] </w:t>
      </w:r>
      <w:r>
        <w:t>tab saah kabhi kabhi ke baad.</w:t>
      </w:r>
    </w:p>
    <w:p>
      <w:pPr>
        <w:jc w:val="right"/>
      </w:pPr>
      <w:r>
        <w:t>तब साह कभी कभी के बाद.</w:t>
      </w:r>
    </w:p>
    <w:p>
      <w:r>
        <w:rPr>
          <w:b/>
        </w:rPr>
        <w:t xml:space="preserve">[35:33] </w:t>
      </w:r>
      <w:r>
        <w:t>iske liye mujhe kya karna chahiye? Papa did you get the question? Ji haan ji I got the question. Itni saari baatein unhone batai hain. Usko cover karna mushkil hai. Toh aisa kariye inko hum apna telephone number de dete hain. Haan.</w:t>
      </w:r>
    </w:p>
    <w:p>
      <w:pPr>
        <w:jc w:val="right"/>
      </w:pPr>
      <w:r>
        <w:t>इसके लिए मुझे क्या करना चाहिए? Papa did you get the question? जी हां जी I got the question. इतनी सारी बातें उन्होंने बताई हैं. उसको cover करना मुश्किल है. तो ऐसा करिए इनको हम अपना telephone number दे देते हैं. हां.</w:t>
      </w:r>
    </w:p>
    <w:p>
      <w:r>
        <w:rPr>
          <w:b/>
        </w:rPr>
        <w:t xml:space="preserve">[35:53] </w:t>
      </w:r>
      <w:r>
        <w:t>Toh ek ek baat yeh humse karti rahe telephone par kyunki yeh saara kaam ek din mein toh ho hi nahi sakta hai na toh apna study karte rehna hai, duaayein karte rehna hai aur koshish karte rehna hai. Aise aise situations aayengi toh Allah ke liye tabbar karna hai, shukr karna hai.</w:t>
      </w:r>
    </w:p>
    <w:p>
      <w:pPr>
        <w:jc w:val="right"/>
      </w:pPr>
      <w:r>
        <w:t>तो एक एक बात यह हमसे करती रहे telephone पर क्योंकि यह सारा काम एक दिन में तो हो ही नहीं सकता है ना तो अपना study करते रहना है, दुआएं करते रहना है और कोशिश करते रहना है. ऐसे ऐसे situations आएंगी तो अल्लाह के लिए तब्र करना है, शुक्र करना है.</w:t>
      </w:r>
    </w:p>
    <w:p>
      <w:r>
        <w:rPr>
          <w:b/>
        </w:rPr>
        <w:t xml:space="preserve">[36:14] </w:t>
      </w:r>
      <w:r>
        <w:t>Ab mere ko jo main samajhti hoon Maulana ki writing se jo maine samjha hai ki hamare andar shukr ki kami hai bahut zyada. Ab agar hum shukr nahi karenge toh humko tarah tarah se har cheez har cheez hamein kharab lagegi har waqt hum negative ho jayenge doosron ko galat batayenge. Toh agar hum shukr karenge toh hamare paas itne item itne item shukr karne gaye ki wahi wahi kabhi nahi poore honge toh hum negative ho hi nahi sakte.</w:t>
      </w:r>
    </w:p>
    <w:p>
      <w:pPr>
        <w:jc w:val="right"/>
      </w:pPr>
      <w:r>
        <w:t>अब मेरे को जो मैं समझती हूं मालाने की writing से जो मैंने समझा है कि हमारे अंदर शुक्र की कमी है बहुत ज़्यादा. अब अगर हम शुक्र नहीं करेंगे तो हमको तरह तरह से हर चीज़ हर चीज़ हमें खराब लगेगी हर वक्त हम negative हो जाएंगे दूसरों को गलत बताएंगे. तो अगर हम शुक्र करेंगे तो हमारे पास इतने item इतने item शुक्र करने गए कि वही वही कभी नहीं पूरे होंगे तो हम negative हो ही नहीं सकते.</w:t>
      </w:r>
    </w:p>
    <w:p>
      <w:r>
        <w:rPr>
          <w:b/>
        </w:rPr>
        <w:t xml:space="preserve">[36:42] </w:t>
      </w:r>
      <w:r>
        <w:t>Main ek ek waaqya hai Raaviya Basri ek bahut badi sufiya guzri hain. Toh unhone unhone dekha ki ek aadmi apne sar par balai patti lagaye hue hai. Toh pucha ki yeh toh lagaye hue hai. Unhone kaha ki mere sar mein dard ho raha hai. Toh aapne kaha ki ek din aap tumhare sar mein dard ho gaya toh bula ek patti laga liya aur rozana dard nahi hota tha toh shukriya ki patti nahi lagayi.</w:t>
      </w:r>
    </w:p>
    <w:p>
      <w:pPr>
        <w:jc w:val="right"/>
      </w:pPr>
      <w:r>
        <w:t>मैं एक एक वाक्या है रावेया बस्री एक बहुत बड़ी सूतियां गुजरी हैं. तो उन्होंने उनके उन्होंने देखा कि एक आदमी अपने सर पर बलाई पट्टी लगाए हुए हैं. तो पुछा कि यह तो लगाए हुए हैं. उन्होंने कहा कि मेरे सर में दर्द हो रहा है. तो आपने कहा कि एक दिन आप तुम्हारे सर में दर्द हो गया तो बुला एक पट्टी लगा लिया और रोज़ाना दर्द नहीं होता था तो शुक्रिया की पट्टी नहीं लगाई.</w:t>
      </w:r>
    </w:p>
    <w:p>
      <w:r>
        <w:rPr>
          <w:b/>
        </w:rPr>
        <w:t xml:space="preserve">[37:12] </w:t>
      </w:r>
      <w:r>
        <w:t>Toh bahut zyada badi cheez hai shukr. Aap shukr se aapka seena labrez rahega na toh yeh saari cheezein khud ba khud khatam ho jayengi. Toh main aapko apna woh de denge number. Ek ek baat jab jis waqt jo aapko problem aaye na toh usi baat aap mujhse puch lijiyega. Theek hai? Haan theek hai aapka. Main daily yeh para padh rahi hoon jab se kitaab mili hai na aapko mujhe.</w:t>
      </w:r>
    </w:p>
    <w:p>
      <w:pPr>
        <w:jc w:val="right"/>
      </w:pPr>
      <w:r>
        <w:t>तो बहुत ज़्यादा बड़ी चीज़ है शुक्र. आप शुक्र से आपका सीना लबरेज रहेगा ना तो यह सारी चीज़ें खुद बखुद खत्म हो जाएंगी. तो मैं आपको अपना वह दे देंगे number. एक एक बात जब जिस वक्त जो आपको problem आए ना तो उसी बात आप मुझसे पुछ लीजिएगा. ठीक है? हां ठीक है आपका. मैं daily यह पैरा पढ़ रही हूं जब से किताब मिली है ना आपको मुझे.</w:t>
      </w:r>
    </w:p>
    <w:p>
      <w:r>
        <w:rPr>
          <w:b/>
        </w:rPr>
        <w:t xml:space="preserve">[37:38] </w:t>
      </w:r>
      <w:r>
        <w:t>Haan daily yeh para daily one times morning ka evening daily ek tehra padhti hoon kyunki padhne se zyada mujhe words laane ki wajah se woh behavior bhi change ho sakta hai. Kaun si kitaab padhi? Yeh Alarsala ka abhi May, June aaya na ma'am 2022. Baar baar baar padhiye. Maulana se koi kehta tha ek baar padha hai tab baane ka aapne nahi Risala padha.</w:t>
      </w:r>
    </w:p>
    <w:p>
      <w:pPr>
        <w:jc w:val="right"/>
      </w:pPr>
      <w:r>
        <w:t>हां daily यह पैरा daily one times morning का evening daily एक तैरा पढ़ती हूं क्योंकि पढ़ने से ज़्यादा मुझे words लाने की वजह से वह behavior भी change हो सकता है. कौन सी किताब पढ़ी? यह अलर्सला का अभी May, June आया ना ma'am 2022. बार बार बार पढ़िए. मोराना से कोई कहता था एक बार पढ़ा है तब बाने का आपने नहीं रैसाला पढ़ा.</w:t>
      </w:r>
    </w:p>
    <w:p>
      <w:r>
        <w:rPr>
          <w:b/>
        </w:rPr>
        <w:t xml:space="preserve">[38:04] </w:t>
      </w:r>
      <w:r>
        <w:t>Toh aap usko baar baar padhiye kyunki bahut saare layers hote hain meaning ke between the lines bahut saari baatein hoti hain. Toh aap baar baar padhne se woh dimaag mein jisko professor Lajma bahut acche alpaad mein shaiti internalize karna. Toh baar baar padhne se woh internalize hota hai. Ek baar padhne se nahi hoga. Theek hai? Shukriya aap.</w:t>
      </w:r>
    </w:p>
    <w:p>
      <w:pPr>
        <w:jc w:val="right"/>
      </w:pPr>
      <w:r>
        <w:t>तो आप उसको बार बार पढ़िए क्योंकि बहुत सारे layers होते हैं meaning के between the lines बहुत सारी बातें होती हैं. तो आप बार बार पढ़ने से वह दिमाग में जिसको professor लजमा बहुत अच्छे अल्पाद में शैति internalize करना. तो बार बार पढ़ने से वह internalize होता है. एक बार पढ़ने से नहीं होगा. ठीक है? शुक्रिया आप.</w:t>
      </w:r>
    </w:p>
    <w:p>
      <w:r>
        <w:rPr>
          <w:b/>
        </w:rPr>
        <w:t xml:space="preserve">[38:31] </w:t>
      </w:r>
      <w:r>
        <w:t>I have one practical suggestion for you Shimsha I think Shimsha Adrez. Yes, ma'am. The points that you have highlighted over here that you read, you write those points in a chart paper. Okay? Somewhere where you're sitting or reading on a on on or on your table in big words in black mark or something like that.</w:t>
      </w:r>
    </w:p>
    <w:p>
      <w:pPr>
        <w:jc w:val="right"/>
      </w:pPr>
      <w:r>
        <w:t>I have one practical suggestion for you शिमशा I think शिमशा अद्रेज़. Yes, ma'am. The points that you have highlighted over here that you read, you write those points in a chart paper. Okay? Somewhere where you're sitting or reading on a on on or on your table in big words in black mark or something like that.</w:t>
      </w:r>
    </w:p>
    <w:p>
      <w:r>
        <w:rPr>
          <w:b/>
        </w:rPr>
        <w:t xml:space="preserve">[38:55] </w:t>
      </w:r>
      <w:r>
        <w:t>And each of those points that you have just read it out, you start working on those points, like, deconditioning. And, like, you said, hate none. Isn't it? So in everyday life, definitely, practically, you might be facing any of the situations of of these points which you have covered.</w:t>
      </w:r>
    </w:p>
    <w:p>
      <w:pPr>
        <w:jc w:val="right"/>
      </w:pPr>
      <w:r>
        <w:t>And each of those points that you have just read it out, you start working on those points, like, deconditioning. And, like, you said, hate none. Isn't it? So in everyday life, definitely, practically, you might be facing any of the situations of of these points which you have covered.</w:t>
      </w:r>
    </w:p>
    <w:p>
      <w:r>
        <w:rPr>
          <w:b/>
        </w:rPr>
        <w:t xml:space="preserve">[39:21] </w:t>
      </w:r>
      <w:r>
        <w:t>So when that situation will come to you now, If that points is there, then you will start working on that. Suppose man manana has written hate none, and there has come a situation in your life where you are tending to hit somebody who has done wrong to you. So when you read that hit none, so you will try to inculcate in yourself that I'm not going supposed to hate anybody.</w:t>
      </w:r>
    </w:p>
    <w:p>
      <w:pPr>
        <w:jc w:val="right"/>
      </w:pPr>
      <w:r>
        <w:t>So when that situation will come to you now, If that points is there, then you will start working on that. Suppose मन मनाना has written hate none, and there has come a situation in your life where you are tending to hit somebody who has done wrong to you. So when you read that hit none, so you will try to inculcate in yourself that I'm not going supposed to hate anybody.</w:t>
      </w:r>
    </w:p>
    <w:p>
      <w:r>
        <w:rPr>
          <w:b/>
        </w:rPr>
        <w:t xml:space="preserve">[39:47] </w:t>
      </w:r>
      <w:r>
        <w:t>So in a way, working day to day, it's not going to happen in one day or one hour. So it's going to have you have to work every day on yourself. So when you start working this way na, so all these points will be start inculcating in your personality in shayad. Shukriya. Aisha Yusra wants to say something.</w:t>
      </w:r>
    </w:p>
    <w:p>
      <w:pPr>
        <w:jc w:val="right"/>
      </w:pPr>
      <w:r>
        <w:t>So in a way, working day to day, it's not going to happen in one day or one hour. So it's going to have you have to work every day on yourself. So when you start working this way ना, so all these points will be start inculcating in your personality in शायद. शुक्रिया. आयशा युसरा wants to say something.</w:t>
      </w:r>
    </w:p>
    <w:p>
      <w:r>
        <w:rPr>
          <w:b/>
        </w:rPr>
        <w:t xml:space="preserve">[40:15] </w:t>
      </w:r>
      <w:r>
        <w:t>Bas ek minute, ek baat aur isi par kehna tha mujhe abhi. Unhone jo kaha ki hate man wali baat na to is par bhi mujhe Raveya Vasturi ka yaad aaya kyunki maine tasawwuf par kitaab likhi hai na to mujhe kuch points yaad hai. To unhone kaha unse kisi ne poocha ki aap shaitan se nafrat karti hain?</w:t>
      </w:r>
    </w:p>
    <w:p>
      <w:pPr>
        <w:jc w:val="right"/>
      </w:pPr>
      <w:r>
        <w:t>बस एक minute, एक बात और इसी पर कहना था मुझे अभी. उन्होंने जो कहा कि hate मन वाली बात ना तो इस पर भी मुझे रावेया वस्तुरी का याद आया क्योंकि मैंने तस्वबूफ पर किताब लिखी है ना तो मुझे कुछ points याद है. तो उन्होंने कहा उनसे किसी ने पुछा कि आप शैतान से नफरत करती हैं?</w:t>
      </w:r>
    </w:p>
    <w:p>
      <w:r>
        <w:rPr>
          <w:b/>
        </w:rPr>
        <w:t xml:space="preserve">[40:38] </w:t>
      </w:r>
      <w:r>
        <w:t>To unhone kaha mujhe Rehman se mohabbat karne se hi fursat nahi milti ki main shaitan se nafrat karungi. Ab Allah se itni zyada mohabbat karein itna zyada Allah ko yaad karein. Har baat Allah mein jiye to aapko fursat hi nahi milegi ki aap kisi se nafrat karein. Theek hai? Bahut sahi, bahut sahi. Shukriya aap. Yeh yahan main ek baat inse add kar tum shapa. Ji ji appa. Ji kahiye.</w:t>
      </w:r>
    </w:p>
    <w:p>
      <w:pPr>
        <w:jc w:val="right"/>
      </w:pPr>
      <w:r>
        <w:t>तो उन्होंने कहा मुझे रहमान से मोहब्बत करने से ही फुर्सत नहीं मिलती कि मैं शैतान से नफरत करूंगी. अब अल्लाह से इतनी ज़्यादा मोहब्बत करें इतना ज़्यादा अल्लाह को याद करें. हर बात अल्लाह में जिए तो आपको फुर्सत ही नहीं मिलेगी कि आप किसी से लफरत करें. ठीक है? बहुत सही, बहुत सही. शुक्रिया आप. यह यहां मैं एक बात इनसे add कर तुम शपा. जी जी अप्पा. जी कहिए.</w:t>
      </w:r>
    </w:p>
    <w:p>
      <w:r>
        <w:rPr>
          <w:b/>
        </w:rPr>
        <w:t xml:space="preserve">[41:07] </w:t>
      </w:r>
      <w:r>
        <w:t>Main yeh keh rahi hoon ki yeh jitni bhi baatein hain yeh Maulana ke hisab se personality development ka hissa hai. Hum personality develop inhi cheezon ke through karte hain. To personality development it's a process. Ek din mein ya do din mein nahi ho jata.</w:t>
      </w:r>
    </w:p>
    <w:p>
      <w:pPr>
        <w:jc w:val="right"/>
      </w:pPr>
      <w:r>
        <w:t>मैं यह कह रही हूं कि यह जितनी भी बातें हैं यह मौलाना के हिसाब से personality development का हिस्सा है. हम personality develop इन्हीं चीज़ों के through करते हैं. तो personality development it's a process. एक दिन में या दो दिन में नहीं हो जाता.</w:t>
      </w:r>
    </w:p>
    <w:p>
      <w:r>
        <w:rPr>
          <w:b/>
        </w:rPr>
        <w:t xml:space="preserve">[41:26] </w:t>
      </w:r>
      <w:r>
        <w:t>to aap jaise jaise sochte hain yeh continuously aur ek positive rahein har cheez mein to wah sabse</w:t>
      </w:r>
    </w:p>
    <w:p>
      <w:pPr>
        <w:jc w:val="right"/>
      </w:pPr>
      <w:r>
        <w:t>तो आप जैसे जैसे सोचते हैं यह continuously और एक positive रहें हर चीज़ में तो वह सबसे</w:t>
      </w:r>
    </w:p>
    <w:p>
      <w:r>
        <w:rPr>
          <w:b/>
        </w:rPr>
        <w:t xml:space="preserve">[41:32] </w:t>
      </w:r>
      <w:r>
        <w:t>achhi baat hai ki jab hum positive rahenge to har cheez ko hum samajh paenge.</w:t>
      </w:r>
    </w:p>
    <w:p>
      <w:pPr>
        <w:jc w:val="right"/>
      </w:pPr>
      <w:r>
        <w:t>अच्छी बात है कि जब हम positive रहेंगे तो हर चीज़ को हम समझ पाएंगे.</w:t>
      </w:r>
    </w:p>
    <w:p>
      <w:r>
        <w:rPr>
          <w:b/>
        </w:rPr>
        <w:t xml:space="preserve">[41:38] </w:t>
      </w:r>
      <w:r>
        <w:t>to start yahan se karein aur hum sab log isi ke through abhi bhi hamari complete personality nahi</w:t>
      </w:r>
    </w:p>
    <w:p>
      <w:pPr>
        <w:jc w:val="right"/>
      </w:pPr>
      <w:r>
        <w:t>तो start यहां से करें और हम सब लोग इसी के through अभी भी हमारी complete personality नहीं</w:t>
      </w:r>
    </w:p>
    <w:p>
      <w:r>
        <w:rPr>
          <w:b/>
        </w:rPr>
        <w:t xml:space="preserve">[41:44] </w:t>
      </w:r>
      <w:r>
        <w:t>develop hui hai.</w:t>
      </w:r>
    </w:p>
    <w:p>
      <w:pPr>
        <w:jc w:val="right"/>
      </w:pPr>
      <w:r>
        <w:t>develop हुई है.</w:t>
      </w:r>
    </w:p>
    <w:p>
      <w:r>
        <w:rPr>
          <w:b/>
        </w:rPr>
        <w:t xml:space="preserve">[41:50] </w:t>
      </w:r>
      <w:r>
        <w:t>We are still continuing on that but apne discussion se usse it's a part of personality development.</w:t>
      </w:r>
    </w:p>
    <w:p>
      <w:pPr>
        <w:jc w:val="right"/>
      </w:pPr>
      <w:r>
        <w:t>We are still continuing on that but अपने discussion से उससे it's a part of personality development.</w:t>
      </w:r>
    </w:p>
    <w:p>
      <w:r>
        <w:rPr>
          <w:b/>
        </w:rPr>
        <w:t xml:space="preserve">[41:57] </w:t>
      </w:r>
      <w:r>
        <w:t>To yeh main add karna chahu. Ji aapka, thank you so much. I'll just set in one example. Main example batana cha rahi hoon. Yeh teen chaar din pehle I just came to know that somebody spoke very bad about me and and maine bahut usko na negatively react kiya aur and I conveyed the message to that person that this was not acceptable.</w:t>
      </w:r>
    </w:p>
    <w:p>
      <w:pPr>
        <w:jc w:val="right"/>
      </w:pPr>
      <w:r>
        <w:t>तो यह मैं add करना चाहूं. जी आपका, thank you so much. I'll just set in one example. मैं example बताना चाह रही हूं. यह तीन चार दिन पहले I just came to know that somebody spoke very bad about me and and मैंने बहुत उसको ना negatively react किया और and I conveyed the message to that person that this was not acceptable.</w:t>
      </w:r>
    </w:p>
    <w:p>
      <w:r>
        <w:rPr>
          <w:b/>
        </w:rPr>
        <w:t xml:space="preserve">[42:23] </w:t>
      </w:r>
      <w:r>
        <w:t>This bad behavior of saying bad things, bad mouthing was not acceptable, and he should be working on himself rather than speaking on my on me or my family. So later, I realized that that person did not take that positively. And that definitely, because of my this saying, that person got very, very angry. And unhone bhi bahut negatively react kiya.</w:t>
      </w:r>
    </w:p>
    <w:p>
      <w:pPr>
        <w:jc w:val="right"/>
      </w:pPr>
      <w:r>
        <w:t>This bad behavior of saying bad things, bad mouthing was not acceptable, and he should be working on himself rather than speaking on my on me or my family. So later, I realized that that person did not take that positively. And that definitely, because of my this saying, that person got very, very angry. And उन्होंने भी बहुत negatively react किया.</w:t>
      </w:r>
    </w:p>
    <w:p>
      <w:r>
        <w:rPr>
          <w:b/>
        </w:rPr>
        <w:t xml:space="preserve">[42:49] </w:t>
      </w:r>
      <w:r>
        <w:t>To at that moment jaise ki abhi Shimshad ne kaha ki I was wrong. This very important thing of inculcating I was wrong. At that point of time, I realized I was wrong.</w:t>
      </w:r>
    </w:p>
    <w:p>
      <w:pPr>
        <w:jc w:val="right"/>
      </w:pPr>
      <w:r>
        <w:t>तो at that moment जैसे कि अभी शिमशाद ने कहा कि I was wrong. This very important thing of inculcating I was wrong. At that point of time, I realized I was wrong.</w:t>
      </w:r>
    </w:p>
    <w:p>
      <w:r>
        <w:rPr>
          <w:b/>
        </w:rPr>
        <w:t xml:space="preserve">[43:02] </w:t>
      </w:r>
      <w:r>
        <w:t>Because had I not reacted negatively to that situation and I had not said anything negatively, that person this situation would not have arise on the other person who has done something back to you. So at that point of time, you realize ki you cannot tell the person you are wrong, but you can tell yourself that you are wrong. So in a way, you are developing your own personality.</w:t>
      </w:r>
    </w:p>
    <w:p>
      <w:pPr>
        <w:jc w:val="right"/>
      </w:pPr>
      <w:r>
        <w:t>Because had I not reacted negatively to that situation and I had not said anything negatively, that person this situation would not have arise on the other person who has done something back to you. So at that point of time, you realize कि you cannot tell the person you are wrong, but you can tell yourself that you are wrong. So in a way, you are developing your own personality.</w:t>
      </w:r>
    </w:p>
    <w:p>
      <w:r>
        <w:rPr>
          <w:b/>
        </w:rPr>
        <w:t xml:space="preserve">[43:32] </w:t>
      </w:r>
      <w:r>
        <w:t>And definitely, with time, this will start working. Any anytime that situation comes, your one mistake will be a learning lesson for you for the next mistake. I hope that's ok, Shimshal. Whatever. Haan haan, shukriya pa shukriya papa. Thank you. Aisha Yusra wants to say something.</w:t>
      </w:r>
    </w:p>
    <w:p>
      <w:pPr>
        <w:jc w:val="right"/>
      </w:pPr>
      <w:r>
        <w:t>And definitely, with time, this will start working. Any anytime that situation comes, your one mistake will be a learning lesson for you for the next mistake. I hope that's ok, शिमशाल. Whatever. हां हां, शुक्रिया पा शुक्रिया पापा. Thank you. आयशा युसरा wants to say something.</w:t>
      </w:r>
    </w:p>
    <w:p>
      <w:r>
        <w:rPr>
          <w:b/>
        </w:rPr>
        <w:t xml:space="preserve">[43:59] </w:t>
      </w:r>
      <w:r>
        <w:t>Main idhar ek meri khwab kehne chahti hoon ki CPS se join, CPS mein join hone se pehle main ek khwab aayi thi ki main ek aurat ke mazme mein hoon. Sab auratein upar chale gaye hain lekin there is one feet, there was one feet difference between between us.</w:t>
      </w:r>
    </w:p>
    <w:p>
      <w:pPr>
        <w:jc w:val="right"/>
      </w:pPr>
      <w:r>
        <w:t>मैं इधर एक मेरी ख्वाब कहने चाहती हूं कि CPS से join, CPS में join होने से पहले मैं एक ख्वाब आई थी कि मैं एक औरत के मज़मे में हूं. सब औरतें ऊपर चले गए हैं लेकिन there is one feet, there was one feet difference between between us.</w:t>
      </w:r>
    </w:p>
    <w:p>
      <w:r>
        <w:rPr>
          <w:b/>
        </w:rPr>
        <w:t xml:space="preserve">[44:25] </w:t>
      </w:r>
      <w:r>
        <w:t>To main kitni try karoon lekin woh upar nahi ja sakti hoon ki aur ek aurat mujhe haath dene se bhi main inshallah zaroor upar pahunchaungi. Tab CPS mein yeh yeh main iska woh khwab ke is dream ke baare mein Allah se bahut dua'n khai hoon. Uske baad main CPS ladies mein join hui hoon aur woh hand shabinaapa ka hand hai. Oh my god.</w:t>
      </w:r>
    </w:p>
    <w:p>
      <w:pPr>
        <w:jc w:val="right"/>
      </w:pPr>
      <w:r>
        <w:t>तो मैं कितनी try करूं लेकिन वह ऊपर नहीं जा सकती हूं कि और एक औरत मुझे हाथ देने से भी मैं इंशालाह ज़रूर ऊपर पहुंचाऊंगी. तब CPS में यह यह मैं इसका वह ख्वाब के इस dream के बारे में अल्लाह से बहुत दुआं खाई हूं. उसके बाद मैं CPS ladies में join हुई हूं और वह hand शभिनापा का hand है. Oh my god.</w:t>
      </w:r>
    </w:p>
    <w:p>
      <w:r>
        <w:rPr>
          <w:b/>
        </w:rPr>
        <w:t xml:space="preserve">[44:54] </w:t>
      </w:r>
      <w:r>
        <w:t>Aur main CPS aur main join hone ke baad aur ek dream bhi Allah ki taraf se aayi hai ki main ek beautiful wonderful garden mein thi. Par saath itni khoobsurat auratein hain to main I can't explain the beauty of them. Har taraf se aurat intellectually aur physically bahut achhe hain auratein. Uske mazme mein main hoon.</w:t>
      </w:r>
    </w:p>
    <w:p>
      <w:pPr>
        <w:jc w:val="right"/>
      </w:pPr>
      <w:r>
        <w:t>और मैं CPS और मैं join होने के बाद और एक dream भी अल्लाह की तरफ़ से आई है कि मैं एक beautiful wonderful garden में थी. पर साथ इतनी कूबसूरत औरतें हैं तो मैं I can't explain the beauty of them. हर तरफ से औरत intellectually और physically बहुत अच्छे हैं औरतें. उसके मद्मे में मैं हूं.</w:t>
      </w:r>
    </w:p>
    <w:p>
      <w:r>
        <w:rPr>
          <w:b/>
        </w:rPr>
        <w:t xml:space="preserve">[45:19] </w:t>
      </w:r>
      <w:r>
        <w:t>Ek pehle mere CPS ke joining ke pehle yeh dream hai aur CPS mein join hone ke baad yeh dream hai. To main ek Zoom meeting ke zariye ab sabko bhi main bahut bahut shukr ada karti hoon. Agar aap nahi rehne se mera intellectual development jari hone wali nahi hai. Aap sabko bhi jaza karla khair, laap, aap sabko achha rakhein. Masha Allah, yeh hum sabke liye kuch karla jaza bahut badi.</w:t>
      </w:r>
    </w:p>
    <w:p>
      <w:pPr>
        <w:jc w:val="right"/>
      </w:pPr>
      <w:r>
        <w:t>एक पहले मेरे CPS के joining के पहले यह dream है और CPS में join होने के बाद यह dream है. तो मैं एक Zoom meeting के ज़रिए अब सबको भी मैं बहुत बहुत शुक्र अदा करती हूं. अगर आप नहीं रहने से मेरा intellectual development जारी होने वाली नहीं है. आप सबको भी जज़ा करला खैर, लाप, आप सबको अच्छा रखें. माशा अल्लाह, यह हम सबके लिए कुछ करला जज़ा बहुत बड़ी.</w:t>
      </w:r>
    </w:p>
    <w:p>
      <w:r>
        <w:rPr>
          <w:b/>
        </w:rPr>
        <w:t xml:space="preserve">[45:49] </w:t>
      </w:r>
      <w:r>
        <w:t>Ji. Ji. Aur koi ladies kuch kehna cha rahi hain please? Share your experiences. Ji, hello. Hello. Yes yes. Ji ji, main yeh batana cha rahi thi ki mere main aksar khwab dekhti hoon ki main bahut chakkar kaat'ti hoon koi aisi jagah par ki mujhe wahan par pahunchna hai.</w:t>
      </w:r>
    </w:p>
    <w:p>
      <w:pPr>
        <w:jc w:val="right"/>
      </w:pPr>
      <w:r>
        <w:t>जी. जी. और कोई ladies कुछ कहना चाह रही हैं please? Share your experiences. जी, hello. Hello. Yes yes. जी जी, मैं यह बताना चाह रही थी कि मेरे मैं अक्सर ख्वाब देखती हूं कि मैं बहुत चक्कर काटती हूं कोई ऐसी जगह पर कि मुझे वहां पर पहुंचना है.</w:t>
      </w:r>
    </w:p>
    <w:p>
      <w:r>
        <w:rPr>
          <w:b/>
        </w:rPr>
        <w:t xml:space="preserve">[46:17] </w:t>
      </w:r>
      <w:r>
        <w:t>mujhe aur wah jahan par mujhe jana hai wah mere ekdam paas mein hai to yeh main itna</w:t>
      </w:r>
    </w:p>
    <w:p>
      <w:pPr>
        <w:jc w:val="right"/>
      </w:pPr>
      <w:r>
        <w:t>मुझे और वह जहां पर मुझे जाना है वह मेरे एकदम पास में है तो यह मैं इतना</w:t>
      </w:r>
    </w:p>
    <w:p>
      <w:r>
        <w:rPr>
          <w:b/>
        </w:rPr>
        <w:t xml:space="preserve">[46:37] </w:t>
      </w:r>
      <w:r>
        <w:t>baar sochi thi ki yeh is cheez ke bare mein main zikr karungi aur aksar yeh kab hota hai?</w:t>
      </w:r>
    </w:p>
    <w:p>
      <w:pPr>
        <w:jc w:val="right"/>
      </w:pPr>
      <w:r>
        <w:t>बार सोची थी कि यह इस चीज़ के बारे में मैं ज़िक्र करूंगी और अक्सर यह कब होता है?</w:t>
      </w:r>
    </w:p>
    <w:p>
      <w:r>
        <w:rPr>
          <w:b/>
        </w:rPr>
        <w:t xml:space="preserve">[46:57] </w:t>
      </w:r>
      <w:r>
        <w:t>jab main thoda sa bhi neglect karti hoon, Quran hai, namaz hai ya Allah ke ek taraf se</w:t>
      </w:r>
    </w:p>
    <w:p>
      <w:pPr>
        <w:jc w:val="right"/>
      </w:pPr>
      <w:r>
        <w:t>जब मैं थोड़ा सा भी neglect करती हूं, कुरान है, नमाज़ है या अल्लाह के एक तरफ से</w:t>
      </w:r>
    </w:p>
    <w:p>
      <w:r>
        <w:rPr>
          <w:b/>
        </w:rPr>
        <w:t xml:space="preserve">[47:06] </w:t>
      </w:r>
      <w:r>
        <w:t>thoda sa bhi mera neglect maane hatne lagta hai jaisa mind kabhi jaisa yeh group mein jab hum</w:t>
      </w:r>
    </w:p>
    <w:p>
      <w:pPr>
        <w:jc w:val="right"/>
      </w:pPr>
      <w:r>
        <w:t>थोड़ा सा भी मेरा neglect माने हटने लगता है जैसा mind कभी जैसे यह group में जब हम</w:t>
      </w:r>
    </w:p>
    <w:p>
      <w:r>
        <w:rPr>
          <w:b/>
        </w:rPr>
        <w:t xml:space="preserve">[47:16] </w:t>
      </w:r>
      <w:r>
        <w:t>log har cheez uska group mein jo bhi hota sab padhte hain aur padhne ke baad apne andar</w:t>
      </w:r>
    </w:p>
    <w:p>
      <w:pPr>
        <w:jc w:val="right"/>
      </w:pPr>
      <w:r>
        <w:t>लोग हर चीज़ उसका group में जो भी होता सब पढ़ते हैं और पढ़ने के बाद अपने अंदर</w:t>
      </w:r>
    </w:p>
    <w:p>
      <w:r>
        <w:rPr>
          <w:b/>
        </w:rPr>
        <w:t xml:space="preserve">[47:25] </w:t>
      </w:r>
      <w:r>
        <w:t>us cheez ko utaarne ki koshish karte hain mujhe samajh mein aa jayega.</w:t>
      </w:r>
    </w:p>
    <w:p>
      <w:pPr>
        <w:jc w:val="right"/>
      </w:pPr>
      <w:r>
        <w:t>उस चीज़ को उतारने की कोशिश करते हैं मुझे समझ में आ जाएगा.</w:t>
      </w:r>
    </w:p>
    <w:p>
      <w:r>
        <w:rPr>
          <w:b/>
        </w:rPr>
        <w:t xml:space="preserve">[47:35] </w:t>
      </w:r>
      <w:r>
        <w:t>farida kuch kehna chahenge is baare mein? farida aap?</w:t>
      </w:r>
    </w:p>
    <w:p>
      <w:pPr>
        <w:jc w:val="right"/>
      </w:pPr>
      <w:r>
        <w:t>फरीदा कुछ कहना चाहेंगे इस बारे में? फरीदा आप?</w:t>
      </w:r>
    </w:p>
    <w:p>
      <w:r>
        <w:rPr>
          <w:b/>
        </w:rPr>
        <w:t xml:space="preserve">[47:46] </w:t>
      </w:r>
      <w:r>
        <w:t>ji haan ji haan.</w:t>
      </w:r>
    </w:p>
    <w:p>
      <w:pPr>
        <w:jc w:val="right"/>
      </w:pPr>
      <w:r>
        <w:t>जी हां जी हां.</w:t>
      </w:r>
    </w:p>
    <w:p>
      <w:r>
        <w:rPr>
          <w:b/>
        </w:rPr>
        <w:t xml:space="preserve">[47:57] </w:t>
      </w:r>
      <w:r>
        <w:t>to matlab yahi samajh mein aa raha hai ki aur zyada mehnat karein kyunki ek sahab ne ekdam</w:t>
      </w:r>
    </w:p>
    <w:p>
      <w:pPr>
        <w:jc w:val="right"/>
      </w:pPr>
      <w:r>
        <w:t>तो मतलब यही समझ में आ रहा है कि और ज़्यादा मेहनत करें क्योंकि एक साहब ने एकदम</w:t>
      </w:r>
    </w:p>
    <w:p>
      <w:r>
        <w:rPr>
          <w:b/>
        </w:rPr>
        <w:t xml:space="preserve">[48:08] </w:t>
      </w:r>
      <w:r>
        <w:t>exactly yahi sahab dekha tha haath dekha ki woh andar pahunch gaye. abesh ji.</w:t>
      </w:r>
    </w:p>
    <w:p>
      <w:pPr>
        <w:jc w:val="right"/>
      </w:pPr>
      <w:r>
        <w:t>exactly यही साहब देखा था हाथ देखा कि वह अंदर पहुंच गए. अबेश जी.</w:t>
      </w:r>
    </w:p>
    <w:p>
      <w:r>
        <w:rPr>
          <w:b/>
        </w:rPr>
        <w:t xml:space="preserve">[48:19] </w:t>
      </w:r>
      <w:r>
        <w:t>to aap bhi aur zyada mehnat kariye yeh to motivation ke liye hai.</w:t>
      </w:r>
    </w:p>
    <w:p>
      <w:pPr>
        <w:jc w:val="right"/>
      </w:pPr>
      <w:r>
        <w:t>तो आप भी और ज़्यादा मेहनत करिए यह तो motivation के लिए है.</w:t>
      </w:r>
    </w:p>
    <w:p>
      <w:r>
        <w:rPr>
          <w:b/>
        </w:rPr>
        <w:t xml:space="preserve">[48:24] </w:t>
      </w:r>
      <w:r>
        <w:t>yeh sab cheezein motivation ke liye hoti hain.</w:t>
      </w:r>
    </w:p>
    <w:p>
      <w:pPr>
        <w:jc w:val="right"/>
      </w:pPr>
      <w:r>
        <w:t>यह सब चीज़ें motivation के लिए होती हैं.</w:t>
      </w:r>
    </w:p>
    <w:p>
      <w:r>
        <w:rPr>
          <w:b/>
        </w:rPr>
        <w:t xml:space="preserve">[48:29] </w:t>
      </w:r>
      <w:r>
        <w:t>final nahi hota hai ki aapko jo hai aap isi tarah raasta aapko nahi milega.</w:t>
      </w:r>
    </w:p>
    <w:p>
      <w:pPr>
        <w:jc w:val="right"/>
      </w:pPr>
      <w:r>
        <w:t>Final नहीं होता है कि आपको जो है आप इसी तरह रास्ता आपको नहीं मिलेगा.</w:t>
      </w:r>
    </w:p>
    <w:p>
      <w:r>
        <w:rPr>
          <w:b/>
        </w:rPr>
        <w:t xml:space="preserve">[48:35] </w:t>
      </w:r>
      <w:r>
        <w:t>yeh aisa isko final mat samjhiye.</w:t>
      </w:r>
    </w:p>
    <w:p>
      <w:pPr>
        <w:jc w:val="right"/>
      </w:pPr>
      <w:r>
        <w:t>यह ऐसा इसको final मत समझिए.</w:t>
      </w:r>
    </w:p>
    <w:p>
      <w:r>
        <w:rPr>
          <w:b/>
        </w:rPr>
        <w:t xml:space="preserve">[48:40] </w:t>
      </w:r>
      <w:r>
        <w:t>aur zyada mehnat kariye aur zyada duaen kariye.</w:t>
      </w:r>
    </w:p>
    <w:p>
      <w:pPr>
        <w:jc w:val="right"/>
      </w:pPr>
      <w:r>
        <w:t>और ज़्यादा मेहनत करिए और ज़्यादा दुआएं करिए.</w:t>
      </w:r>
    </w:p>
    <w:p>
      <w:r>
        <w:rPr>
          <w:b/>
        </w:rPr>
        <w:t xml:space="preserve">[48:46] </w:t>
      </w:r>
      <w:r>
        <w:t>ji aapaar thank you so much.</w:t>
      </w:r>
    </w:p>
    <w:p>
      <w:pPr>
        <w:jc w:val="right"/>
      </w:pPr>
      <w:r>
        <w:t>जी आपार thank you so much.</w:t>
      </w:r>
    </w:p>
    <w:p>
      <w:r>
        <w:rPr>
          <w:b/>
        </w:rPr>
        <w:t xml:space="preserve">[48:51] </w:t>
      </w:r>
      <w:r>
        <w:t>achha baat ji haan ji ji ji ji</w:t>
      </w:r>
    </w:p>
    <w:p>
      <w:pPr>
        <w:jc w:val="right"/>
      </w:pPr>
      <w:r>
        <w:t>अच्छा बात जी हां जी जी जी जी</w:t>
      </w:r>
    </w:p>
    <w:p>
      <w:r>
        <w:rPr>
          <w:b/>
        </w:rPr>
        <w:t xml:space="preserve">[48:57] </w:t>
      </w:r>
      <w:r>
        <w:t>Hello, Assalamu Alaikum. Ji, Alaikum assalam. Ji. Ji, main Sona Jabeen baat kar rahi hoon Kolkata se. Ok. Ji ma'am. Actual mera is group par second time maine main aayi hoon yahan par. So and kaafi matlab. Main hoon yaar. Ji. Bas main aap sabki baat sunkar ek chhota sa ek khoobsurati learning matlab share karne ka mera dil gaya to maine kaha main share karoon.</w:t>
      </w:r>
    </w:p>
    <w:p>
      <w:pPr>
        <w:jc w:val="right"/>
      </w:pPr>
      <w:r>
        <w:t>Hello, असला मलिकू. जी, मलिकू स्नाम. जी. जी, मैं सोना जुड़ीन बात कर रही हूं कोलकाता से. Ok. जी ma'am. Actual मेरा इस group पर second time मैंने मैं आई हूं यहां पर. So and काफी मतलब. मैं हूं यार. जी. बस मैं आप सबकी बात सुनकर एक छोटा सा एक खूबसूरती learning मतलब share करने का मेरा दिल गया तो मैंने कहा मैं share करूं.</w:t>
      </w:r>
    </w:p>
    <w:p>
      <w:r>
        <w:rPr>
          <w:b/>
        </w:rPr>
        <w:t xml:space="preserve">[49:22] </w:t>
      </w:r>
      <w:r>
        <w:t>actually sometime matlab waise to Maulana sahib ki taskir continue hum padha karte hain aur unko study kam</w:t>
      </w:r>
    </w:p>
    <w:p>
      <w:pPr>
        <w:jc w:val="right"/>
      </w:pPr>
      <w:r>
        <w:t>Actually sometime मतलब वैसे तो मुलाना साहब की तस्कीर continue हम पढ़ा करते हैं और उनको study कम</w:t>
      </w:r>
    </w:p>
    <w:p>
      <w:r>
        <w:rPr>
          <w:b/>
        </w:rPr>
        <w:t xml:space="preserve">[49:28] </w:t>
      </w:r>
      <w:r>
        <w:t>se kam das barah saal se karein.</w:t>
      </w:r>
    </w:p>
    <w:p>
      <w:pPr>
        <w:jc w:val="right"/>
      </w:pPr>
      <w:r>
        <w:t>से कम दस बारह साल से करें.</w:t>
      </w:r>
    </w:p>
    <w:p>
      <w:r>
        <w:rPr>
          <w:b/>
        </w:rPr>
        <w:t xml:space="preserve">[49:35] </w:t>
      </w:r>
      <w:r>
        <w:t>even mere father pehle karte the phir unke zariye maine.</w:t>
      </w:r>
    </w:p>
    <w:p>
      <w:pPr>
        <w:jc w:val="right"/>
      </w:pPr>
      <w:r>
        <w:t>Even मेरे father पहले करते थे फिर उनके ज़रिए मैंने.</w:t>
      </w:r>
    </w:p>
    <w:p>
      <w:r>
        <w:rPr>
          <w:b/>
        </w:rPr>
        <w:t xml:space="preserve">[49:42] </w:t>
      </w:r>
      <w:r>
        <w:t>to aise karte karte maine taskir padhi to uske andar maine ek cheez line padhi hai quran ki.</w:t>
      </w:r>
    </w:p>
    <w:p>
      <w:pPr>
        <w:jc w:val="right"/>
      </w:pPr>
      <w:r>
        <w:t>तो ऐसे करते करते मैंने तस्कीर पढ़ी तो उसके अंदर मैंने एक चीज़ line पढ़ी है कुरान की.</w:t>
      </w:r>
    </w:p>
    <w:p>
      <w:r>
        <w:rPr>
          <w:b/>
        </w:rPr>
        <w:t xml:space="preserve">[49:49] </w:t>
      </w:r>
      <w:r>
        <w:t>to usmein tha ki imaan walon imaan raho.</w:t>
      </w:r>
    </w:p>
    <w:p>
      <w:pPr>
        <w:jc w:val="right"/>
      </w:pPr>
      <w:r>
        <w:t>तो उसमें था कि ईमान वालों ईमान रहो.</w:t>
      </w:r>
    </w:p>
    <w:p>
      <w:r>
        <w:rPr>
          <w:b/>
        </w:rPr>
        <w:t xml:space="preserve">[49:56] </w:t>
      </w:r>
      <w:r>
        <w:t>and woh is tarike se raha ki hum UP mein the and wahan par ek madarsa raha to</w:t>
      </w:r>
    </w:p>
    <w:p>
      <w:pPr>
        <w:jc w:val="right"/>
      </w:pPr>
      <w:r>
        <w:t>And वह इस तरीके से रहा कि हम UP में थे and वहां पर एक मदैसा रहा तो</w:t>
      </w:r>
    </w:p>
    <w:p>
      <w:r>
        <w:rPr>
          <w:b/>
        </w:rPr>
        <w:t xml:space="preserve">[50:51] </w:t>
      </w:r>
      <w:r>
        <w:t>wahan par mujhe distribute karna tha quran.</w:t>
      </w:r>
    </w:p>
    <w:p>
      <w:pPr>
        <w:jc w:val="right"/>
      </w:pPr>
      <w:r>
        <w:t>वहां पर मुझे distribute करना था कुरान.</w:t>
      </w:r>
    </w:p>
    <w:p>
      <w:r>
        <w:rPr>
          <w:b/>
        </w:rPr>
        <w:t xml:space="preserve">[51:46] </w:t>
      </w:r>
      <w:r>
        <w:t>mera intention hua ki main wahan distribute karti hoon bachiyan fari ho rahi hain.</w:t>
      </w:r>
    </w:p>
    <w:p>
      <w:pPr>
        <w:jc w:val="right"/>
      </w:pPr>
      <w:r>
        <w:t>मेरा intention हुआ कि मैं वहां distribute करती हूं बच्चियां फारी हो रही हैं.</w:t>
      </w:r>
    </w:p>
    <w:p>
      <w:r>
        <w:rPr>
          <w:b/>
        </w:rPr>
        <w:t xml:space="preserve">[52:41] </w:t>
      </w:r>
      <w:r>
        <w:t>maine poora padha mujhe samajh nahi aaya lekin jab woh experience mere saath lo tab mujhe samajh mein</w:t>
      </w:r>
    </w:p>
    <w:p>
      <w:pPr>
        <w:jc w:val="right"/>
      </w:pPr>
      <w:r>
        <w:t>मैंने पूरा पढ़ा मुझे समझ नहीं आया लेकिन जब वह experience मेरे साथ लो तब मुझे समझ में</w:t>
      </w:r>
    </w:p>
    <w:p>
      <w:r>
        <w:rPr>
          <w:b/>
        </w:rPr>
        <w:t xml:space="preserve">[52:47] </w:t>
      </w:r>
      <w:r>
        <w:t>aaya ki iska kya matlab banta hai?</w:t>
      </w:r>
    </w:p>
    <w:p>
      <w:pPr>
        <w:jc w:val="right"/>
      </w:pPr>
      <w:r>
        <w:t>आया कि इसका क्या मतलब बनता है?</w:t>
      </w:r>
    </w:p>
    <w:p>
      <w:r>
        <w:rPr>
          <w:b/>
        </w:rPr>
        <w:t xml:space="preserve">[52:53] </w:t>
      </w:r>
      <w:r>
        <w:t>kis tarike se insaan apne thought ko matlab aage badhaye aur kis tarike se uski learning rah jo nahi rahe.</w:t>
      </w:r>
    </w:p>
    <w:p>
      <w:pPr>
        <w:jc w:val="right"/>
      </w:pPr>
      <w:r>
        <w:t>किस तरीके से इंसान अपने thought को मतलब आगे बढ़ाए और किस तरीके से उसकी learning रह जो नहीं रहे.</w:t>
      </w:r>
    </w:p>
    <w:p>
      <w:r>
        <w:rPr>
          <w:b/>
        </w:rPr>
        <w:t xml:space="preserve">[52:59] </w:t>
      </w:r>
      <w:r>
        <w:t>to usi ke sath phir matlab yeh ek tareeqe se discovery mein bhi aa jata hai ki discovery</w:t>
      </w:r>
    </w:p>
    <w:p>
      <w:pPr>
        <w:jc w:val="right"/>
      </w:pPr>
      <w:r>
        <w:t>तो उसी के साथ फिर मतलब यह एक तरीके से discovery में भी आ जाता है कि discovery</w:t>
      </w:r>
    </w:p>
    <w:p>
      <w:r>
        <w:rPr>
          <w:b/>
        </w:rPr>
        <w:t xml:space="preserve">[53:05] </w:t>
      </w:r>
      <w:r>
        <w:t>hota hai ki insaan sachchai ki talash karta hai aur jab insaan sachchai ki talash karta hai to</w:t>
      </w:r>
    </w:p>
    <w:p>
      <w:pPr>
        <w:jc w:val="right"/>
      </w:pPr>
      <w:r>
        <w:t>होता है कि इंसान सच्चाई की तलाश करता है और जब इंसान सच्चाई की तलाश करता है तो</w:t>
      </w:r>
    </w:p>
    <w:p>
      <w:r>
        <w:rPr>
          <w:b/>
        </w:rPr>
        <w:t xml:space="preserve">[53:11] </w:t>
      </w:r>
      <w:r>
        <w:t>sachcha sirf hota hai.</w:t>
      </w:r>
    </w:p>
    <w:p>
      <w:pPr>
        <w:jc w:val="right"/>
      </w:pPr>
      <w:r>
        <w:t>सच्चा सिर्फ होता है.</w:t>
      </w:r>
    </w:p>
    <w:p>
      <w:r>
        <w:rPr>
          <w:b/>
        </w:rPr>
        <w:t xml:space="preserve">[53:17] </w:t>
      </w:r>
      <w:r>
        <w:t>to automatic use alag alag mil jate hain.</w:t>
      </w:r>
    </w:p>
    <w:p>
      <w:pPr>
        <w:jc w:val="right"/>
      </w:pPr>
      <w:r>
        <w:t>तो automatic उसे अलग अलग मिल जाते हैं.</w:t>
      </w:r>
    </w:p>
    <w:p>
      <w:r>
        <w:rPr>
          <w:b/>
        </w:rPr>
        <w:t xml:space="preserve">[53:23] </w:t>
      </w:r>
      <w:r>
        <w:t>Ji, thank you. Ashara, bahut achha Sana aapne jawab diya unko. That is a part of engineering of his mind because the way you reply to him was definitely not your negative approach. You could have said something but his queries was very much appropriate. In that way it was a sort of he worked towards what you were saying whether it was right or wrong aur unko sahi lagi yeh baat. Ji.</w:t>
      </w:r>
    </w:p>
    <w:p>
      <w:pPr>
        <w:jc w:val="right"/>
      </w:pPr>
      <w:r>
        <w:t>जी, thank you. आशारा, बहुत अच्छा साना आपने जवाब दिया उनको. That is a part of engineering of his mind because the way you reply to him was definitely not your negative approach. You could have said something but his queries was very much appropriate. In that way it was a sort of he worked towards what you were saying whether it was right or wrong और उनको सही लगी यह बात. जी.</w:t>
      </w:r>
    </w:p>
    <w:p>
      <w:r>
        <w:rPr>
          <w:b/>
        </w:rPr>
        <w:t xml:space="preserve">[53:52] </w:t>
      </w:r>
      <w:r>
        <w:t>Definitely yes, it worked on him. Mashallah se.</w:t>
      </w:r>
    </w:p>
    <w:p>
      <w:pPr>
        <w:jc w:val="right"/>
      </w:pPr>
      <w:r>
        <w:t>Definitely yes, it worked on him. माशालाह से.</w:t>
      </w:r>
    </w:p>
    <w:p>
      <w:r>
        <w:rPr>
          <w:b/>
        </w:rPr>
        <w:t xml:space="preserve">[53:58] </w:t>
      </w:r>
      <w:r>
        <w:t>Very nice, very nice.</w:t>
      </w:r>
    </w:p>
    <w:p>
      <w:pPr>
        <w:jc w:val="right"/>
      </w:pPr>
      <w:r>
        <w:t>Very nice, very nice.</w:t>
      </w:r>
    </w:p>
    <w:p>
      <w:r>
        <w:rPr>
          <w:b/>
        </w:rPr>
        <w:t xml:space="preserve">[54:04] </w:t>
      </w:r>
      <w:r>
        <w:t>ji ma'am, thank you.</w:t>
      </w:r>
    </w:p>
    <w:p>
      <w:pPr>
        <w:jc w:val="right"/>
      </w:pPr>
      <w:r>
        <w:t>जी ma'am, thank you.</w:t>
      </w:r>
    </w:p>
    <w:p>
      <w:r>
        <w:rPr>
          <w:b/>
        </w:rPr>
        <w:t xml:space="preserve">[54:11] </w:t>
      </w:r>
      <w:r>
        <w:t>ji aur koi ladies jo kuch share karna chahti hoon because we are almost time.</w:t>
      </w:r>
    </w:p>
    <w:p>
      <w:pPr>
        <w:jc w:val="right"/>
      </w:pPr>
      <w:r>
        <w:t>जी और कोई ladies जो कुछ share करना चाहती हूं because we are almost time.</w:t>
      </w:r>
    </w:p>
    <w:p>
      <w:r>
        <w:rPr>
          <w:b/>
        </w:rPr>
        <w:t xml:space="preserve">[54:17] </w:t>
      </w:r>
      <w:r>
        <w:t>It's going to be five to six minute.</w:t>
      </w:r>
    </w:p>
    <w:p>
      <w:pPr>
        <w:jc w:val="right"/>
      </w:pPr>
      <w:r>
        <w:t>It's going to be five to six minute.</w:t>
      </w:r>
    </w:p>
    <w:p>
      <w:r>
        <w:rPr>
          <w:b/>
        </w:rPr>
        <w:t xml:space="preserve">[54:24] </w:t>
      </w:r>
      <w:r>
        <w:t>I'm going to call ji ek ek do minute ek minute.</w:t>
      </w:r>
    </w:p>
    <w:p>
      <w:pPr>
        <w:jc w:val="right"/>
      </w:pPr>
      <w:r>
        <w:t>I'm going to call जी एक एक दो minute एक minute.</w:t>
      </w:r>
    </w:p>
    <w:p>
      <w:r>
        <w:rPr>
          <w:b/>
        </w:rPr>
        <w:t xml:space="preserve">[54:30] </w:t>
      </w:r>
      <w:r>
        <w:t>ji phir sunao.</w:t>
      </w:r>
    </w:p>
    <w:p>
      <w:pPr>
        <w:jc w:val="right"/>
      </w:pPr>
      <w:r>
        <w:t>जी फिर सुनाओ.</w:t>
      </w:r>
    </w:p>
    <w:p>
      <w:r>
        <w:rPr>
          <w:b/>
        </w:rPr>
        <w:t xml:space="preserve">[54:37] </w:t>
      </w:r>
      <w:r>
        <w:t>yeh jo abhi abhi jo jo lady thi unka naam kya tha?</w:t>
      </w:r>
    </w:p>
    <w:p>
      <w:pPr>
        <w:jc w:val="right"/>
      </w:pPr>
      <w:r>
        <w:t>यह जो अभी अभी जो जो lady थी उनका नाम क्या था?</w:t>
      </w:r>
    </w:p>
    <w:p>
      <w:r>
        <w:rPr>
          <w:b/>
        </w:rPr>
        <w:t xml:space="preserve">[54:43] </w:t>
      </w:r>
      <w:r>
        <w:t>Her name is Sana from Kolkata. Sana,</w:t>
      </w:r>
    </w:p>
    <w:p>
      <w:pPr>
        <w:jc w:val="right"/>
      </w:pPr>
      <w:r>
        <w:t>Her name is सना from कोलकाता. सना,</w:t>
      </w:r>
    </w:p>
    <w:p>
      <w:r>
        <w:rPr>
          <w:b/>
        </w:rPr>
        <w:t xml:space="preserve">[54:50] </w:t>
      </w:r>
      <w:r>
        <w:t>Thank you, appa. Any more ladies? I will call Fameeda app. I invite miss Fameeda from CPS Faridabad. Please aap share karein apni learning. Ji, Asslam walekum. Walekum Asslam walekum.</w:t>
      </w:r>
    </w:p>
    <w:p>
      <w:pPr>
        <w:jc w:val="right"/>
      </w:pPr>
      <w:r>
        <w:t>Thank you, अप्पा. Any more ladies? I will call फ़ैमीदा अप्प. I invite miss फ़मीदा from CPS फरीदाबाद. Please आप share करें अपनी learning. जी, अस्लाम वालेक. वालेक मिस्लाम वालेक.</w:t>
      </w:r>
    </w:p>
    <w:p>
      <w:r>
        <w:rPr>
          <w:b/>
        </w:rPr>
        <w:t xml:space="preserve">[55:20] </w:t>
      </w:r>
      <w:r>
        <w:t>We can't see you aap. Haan, theek hai aur shubhi na aise hi rehne haan haan. Kuch. Ok aap. Sabse pehle main aap sabse maafi mangna chahungi ki ab ki baar ki meeting humne all of sudden kiya. Sorry for the inconvenience.</w:t>
      </w:r>
    </w:p>
    <w:p>
      <w:pPr>
        <w:jc w:val="right"/>
      </w:pPr>
      <w:r>
        <w:t>We can't see you आप. हां, ठीक है और शुभी ना ऐसे ही रहने हां हां. कुछ. Ok आप. सबसे पहले मैं आप सबसे माफी मांगना चाहूंगी कि अब की बार की meeting हमने all of sudden किया. Sorry for the inconvenience.</w:t>
      </w:r>
    </w:p>
    <w:p>
      <w:r>
        <w:rPr>
          <w:b/>
        </w:rPr>
        <w:t xml:space="preserve">[55:48] </w:t>
      </w:r>
      <w:r>
        <w:t>Aisa hua ki main doctor Safeena Nazma apa ke saath book discussion kar rahi thi. To main Maulana Sahab ka article padh rahi thi ki achanak doctor Safeena ne mujhe rokkar poocha ki aapka kya is mahine group ki meeting nahi hogi? Main achanak se bilkul shock ho gayi ki main kahan khoyi hui thi ki mujhe kuch yaad hi nahi.</w:t>
      </w:r>
    </w:p>
    <w:p>
      <w:pPr>
        <w:jc w:val="right"/>
      </w:pPr>
      <w:r>
        <w:t>ऐसा हुआ कि मैं doctor सफ़ीना नजमा अपा के साथ book discussion कर रही थी. तो मैं मलाना साहब का article पढ़ रही थी कि अचानक doctor सफ़ीना ने मुझे रोककर पुछा कि आपका क्या इस महीने group की meeting नहीं होगी? मैं अचानक से बिल्कुल shock हो गई कि मैं कहां खोई हुई थी कि मुझे कुछ याद ही नहीं.</w:t>
      </w:r>
    </w:p>
    <w:p>
      <w:r>
        <w:rPr>
          <w:b/>
        </w:rPr>
        <w:t xml:space="preserve">[56:18] </w:t>
      </w:r>
      <w:r>
        <w:t>Din bhar mujhe apni gair zimmedari ka ehsaas hua. Main duniyabi kaamon mein aisa lagi thi ki main bas important jo mere group ki meeting thi vah main karni thi yaad hi nahi mujhe.</w:t>
      </w:r>
    </w:p>
    <w:p>
      <w:pPr>
        <w:jc w:val="right"/>
      </w:pPr>
      <w:r>
        <w:t>दिन भर मुझे अपनी गैर ज़िम्मेदारी का एहसास हुआ. मैं दुनियाबी कामों में ऐसा लगी थी कि मैं बस important जो मेरे group की meeting थी वह मैं करनी थी याद ही नहीं मुझे.</w:t>
      </w:r>
    </w:p>
    <w:p>
      <w:r>
        <w:rPr>
          <w:b/>
        </w:rPr>
        <w:t xml:space="preserve">[56:35] </w:t>
      </w:r>
      <w:r>
        <w:t>To wahan to usmein thi phir maine Allah taala se yeh dua kari ki Allah mujhe jo aapne duniyadi se meri dari di hai usko karte hue main group ki meeting bhool gayi. Magar Allah aise koi halaat mere saath na ho jaye ki main aakhirat ko bhool jaun.</w:t>
      </w:r>
    </w:p>
    <w:p>
      <w:pPr>
        <w:jc w:val="right"/>
      </w:pPr>
      <w:r>
        <w:t>तो वहां तो उसमें थी फिर मैंने अल्लाह तालस यह द्वाह करी कि अल्लाह मुझे जो आपने दुनियादी से मेरी दारी दी है उसको करते हुए मैं group की meeting भूल गई. मगर अल्लाह ऐसे कोई हालात मेरे साथ ना हो जाए कि मैं आख़िरत को भूल जाऊं.</w:t>
      </w:r>
    </w:p>
    <w:p>
      <w:r>
        <w:rPr>
          <w:b/>
        </w:rPr>
        <w:t xml:space="preserve">[57:00] </w:t>
      </w:r>
      <w:r>
        <w:t>To meri madad farma jis tarah doctor Safeena ne mujhe yaad dilaya usi tarah aap apne farishton ke zariye meri meri yaad dihani karate rahiye taaki main qayamat ko yaad rakh sakoon, aakhirat ko yaad rakh sakoon.</w:t>
      </w:r>
    </w:p>
    <w:p>
      <w:pPr>
        <w:jc w:val="right"/>
      </w:pPr>
      <w:r>
        <w:t>तो मेरी मदद फ़रमा जिस तरह doctor सफीना ने मुझे याद दिलाया उसी तरह आप अपने फरिश्तों के ज़रिए मेरी मेरी याद दिहानी कराते रहिए ताकि मैं क्यामत को याद रख सकूं, आखिरत को याद रख सकूं.</w:t>
      </w:r>
    </w:p>
    <w:p>
      <w:r>
        <w:rPr>
          <w:b/>
        </w:rPr>
        <w:t xml:space="preserve">[57:20] </w:t>
      </w:r>
      <w:r>
        <w:t>Ho jati hai kaam mein koi kami hone lagi ya koi galti ho jati hai to Allah apne kisi bande ke zariye ya tihani karata hai aur farishton ke zariye uski madad karta hai.</w:t>
      </w:r>
    </w:p>
    <w:p>
      <w:pPr>
        <w:jc w:val="right"/>
      </w:pPr>
      <w:r>
        <w:t>हो जाती है काम में कोई कमी होने लगी या कोई गलती हो जाती है तो अल्लाह अपने किसी बंदे के ज़रिए या तिहानी कराता है और फरिश्तों के ज़रिए उसकी मदद करता है.</w:t>
      </w:r>
    </w:p>
    <w:p>
      <w:r>
        <w:rPr>
          <w:b/>
        </w:rPr>
        <w:t xml:space="preserve">[57:38] </w:t>
      </w:r>
      <w:r>
        <w:t>Humein ba maqsad zindagi guzarnay wala banaye, zyada waqt nahi loongi aaj bahut zyada bahut achha discussion tha poora time jo maine bahut seekha sabse aur apna introspection kaise karna hai? Apne ko badalna kaise hai? Shamshad bahut achha maine bataya tha.</w:t>
      </w:r>
    </w:p>
    <w:p>
      <w:pPr>
        <w:jc w:val="right"/>
      </w:pPr>
      <w:r>
        <w:t>हमें बामकसद ज़िंदगी गुज़ारने वाला बनाएं, ज़्यादा वक्त नहीं लूंगी आज बहुत ज़्यादा बहुत अच्छा discussion था पूरा time जो मैंने बहुत सीखा सबसे और अपना introspection कैसे करना है? अपने को बदलना कैसे है? शमशात बहुत अच्छा मैंने बताया था.</w:t>
      </w:r>
    </w:p>
    <w:p>
      <w:r>
        <w:rPr>
          <w:b/>
        </w:rPr>
        <w:t xml:space="preserve">[58:03] </w:t>
      </w:r>
      <w:r>
        <w:t>main bhi us alishalah ka woh jo article jo bhi hai jinka bataya tha naam maine zaroor padhungi</w:t>
      </w:r>
    </w:p>
    <w:p>
      <w:pPr>
        <w:jc w:val="right"/>
      </w:pPr>
      <w:r>
        <w:t>मैं भी उस आलिशाला का वह जो article जो भी है जिनका बताया था नाम मैंने ज़रूर पढूंगी</w:t>
      </w:r>
    </w:p>
    <w:p>
      <w:r>
        <w:rPr>
          <w:b/>
        </w:rPr>
        <w:t xml:space="preserve">[58:11] </w:t>
      </w:r>
      <w:r>
        <w:t>aur jo apa ne bataya ki kis tarah se karna hai apna transcription, apna tazkiya to main ishna</w:t>
      </w:r>
    </w:p>
    <w:p>
      <w:pPr>
        <w:jc w:val="right"/>
      </w:pPr>
      <w:r>
        <w:t>और जो आपा ने बताया कि किस तरह से करना है अपना transcription, अपना तस्किया तो मैं इशाना</w:t>
      </w:r>
    </w:p>
    <w:p>
      <w:r>
        <w:rPr>
          <w:b/>
        </w:rPr>
        <w:t xml:space="preserve">[58:19] </w:t>
      </w:r>
      <w:r>
        <w:t>us par apna tazkiya karne ki koshish karungi.</w:t>
      </w:r>
    </w:p>
    <w:p>
      <w:pPr>
        <w:jc w:val="right"/>
      </w:pPr>
      <w:r>
        <w:t>उस पर अपना तस्किया करने की कोशिश करूंगी.</w:t>
      </w:r>
    </w:p>
    <w:p>
      <w:r>
        <w:rPr>
          <w:b/>
        </w:rPr>
        <w:t xml:space="preserve">[58:27] </w:t>
      </w:r>
      <w:r>
        <w:t>bahut achhi laga sabka aaj sabki cheezon se bahut kuch mila.</w:t>
      </w:r>
    </w:p>
    <w:p>
      <w:pPr>
        <w:jc w:val="right"/>
      </w:pPr>
      <w:r>
        <w:t>बहुत अच्छी लगा सबका आज सबकी चीज़ों से बहुत कुछ मिला.</w:t>
      </w:r>
    </w:p>
    <w:p>
      <w:r>
        <w:rPr>
          <w:b/>
        </w:rPr>
        <w:t xml:space="preserve">[58:35] </w:t>
      </w:r>
      <w:r>
        <w:t>Bas itna hi kehna cha rahi thi. Main aasaab se request hai ki woh dua karate darja karna aap sabhi logon ko. I think doctor Safeena wants to say something. Fameeda apa?</w:t>
      </w:r>
    </w:p>
    <w:p>
      <w:pPr>
        <w:jc w:val="right"/>
      </w:pPr>
      <w:r>
        <w:t>बस इतना ही कहना चाह रही थी. मैं आसाब से request है कि वह द्वा कराते दर्जा करना आप सभी लोगों को. I think doctor सफ़ीना wants to say something. फ़मीदा आपा?</w:t>
      </w:r>
    </w:p>
    <w:p>
      <w:r>
        <w:rPr>
          <w:b/>
        </w:rPr>
        <w:t xml:space="preserve">[59:05] </w:t>
      </w:r>
      <w:r>
        <w:t>Aapse main yeh kehna chahungi ki aapki madad Allah taala ne poori tarah ki hai. Is meeting mein main is baat se itni khush hoon ki hamare itne saare participants ne ismein achhe se participate kiya. Sab log bole aur hum log yahi to chahte the ki sab apni baat ko rakh paaye aur yeh itni short notice par meeting itni successful lagi.</w:t>
      </w:r>
    </w:p>
    <w:p>
      <w:pPr>
        <w:jc w:val="right"/>
      </w:pPr>
      <w:r>
        <w:t>आपसे मैं यह कहना चाहूंगी कि आपकी मदद अल्लाह तालाह ने पूरी तरह की है. इस meeting में मैं इस बात से इतनी खुश हूं कि हमारे इतने सारे participants ने इसमें अच्छे से participate किया. सब लोग बोले और हम लोग यही तो चाहते थे कि सब अपनी बात को रख पाएं और यह इतनी short notice पर meeting इतनी successful लगी.</w:t>
      </w:r>
    </w:p>
    <w:p>
      <w:r>
        <w:rPr>
          <w:b/>
        </w:rPr>
        <w:t xml:space="preserve">[59:27] </w:t>
      </w:r>
      <w:r>
        <w:t>Mujhe lagta hai sabse zyada successful yeh meeting hai ki hamare itne log apne experiences lekar aaye aur hamein unhone itni achhi learnings di. To bahut bahut shukriya aapka ki aapke efforts ko bhi Allataala farishton se madad bhijwate hain. Jaisa ke Allah? Nahi Safina mera to koi bhi effort nahi rehta. Main ab sab kuch aap hi log karte hain.</w:t>
      </w:r>
    </w:p>
    <w:p>
      <w:pPr>
        <w:jc w:val="right"/>
      </w:pPr>
      <w:r>
        <w:t>मुझे लगता है सबसे ज़्यादा successful यह meeting है कि हमारे इतने लोग अपने experiences लेकर आए और हमें उन्होंने इतनी अच्छी learnings दी. तो बहुत बहुत शुक्रिया आपका कि आपके efforts को भी अल्लाताला फरीश्तों से मदद भिजवाते हैं. जैसा के अलावा? नहीं जबसफ़ी ना मेरा तो कोई भी effort नहीं रहता. मैं अब सब कुछ आप ही लोग करते हैं.</w:t>
      </w:r>
    </w:p>
    <w:p>
      <w:r>
        <w:rPr>
          <w:b/>
        </w:rPr>
        <w:t xml:space="preserve">[59:53] </w:t>
      </w:r>
      <w:r>
        <w:t>Sara jo bhi Lataala aap logon ko bahut achha rakhkar sehat ke saath rakhkar to sab kuch aap hi log manage kar rahe hain. Main to is waqt ekdam kuch bhi nahi kar pa rahi. To aapne mujhe suggest kiya tha ki aap yeh pareshan na hoiye ki main kuch kar nahi pa rahi hoon, kuch samay na lagi hai. Aap jo kar rahi hai usi mein aap Lataala ko yaad rakhiye.</w:t>
      </w:r>
    </w:p>
    <w:p>
      <w:pPr>
        <w:jc w:val="right"/>
      </w:pPr>
      <w:r>
        <w:t>सारा जो भी लताला आप लोगों को बहुत अच्छा रखकर सेहत के साथ रखकर तो सब कुछ आप ही लोग manage कर रहे हैं. मैं तो इस वक्त एकदम कुछ भी नहीं कर पा रही. तो आपने मुझे suggest किया था कि आप यह परेशान ना होइए कि मैं कुछ कर नहीं पा रही हूं, कुछ समय ना लगी है. आप जो कर रही है उसी में आप लाताला को याद रखिए.</w:t>
      </w:r>
    </w:p>
    <w:p>
      <w:r>
        <w:rPr>
          <w:b/>
        </w:rPr>
        <w:t xml:space="preserve">[1:00:18] </w:t>
      </w:r>
      <w:r>
        <w:t>To is waqt mera jo meri jo jo hai to sirf dua karti hoon aur mujhe sabse zyada jo hai aap hi logon ke upar umeed bhi hai main main mere liye bhi aap log dua karein ki main bhi kuch Allah ke liye apne aapko badal sakoon. Papa aap inspiration hain aap do hum logon ki.</w:t>
      </w:r>
    </w:p>
    <w:p>
      <w:pPr>
        <w:jc w:val="right"/>
      </w:pPr>
      <w:r>
        <w:t>तो इस वक्त मेरा जो मेरी जो जो है तो सिर्फ दोहा करती हूं और मुझे सबसे ज़्यादा जो है आप ही लोगों के ऊपर उम्मीद भी है मैं मैं मेरे लिए भी आप लोग दोहा करें कि मैं भी कुछ अल्लाह के लिए अपने आपको बदल सकूं. Papa आप inspiration हैं आप दो हम लोगों की.</w:t>
      </w:r>
    </w:p>
    <w:p>
      <w:r>
        <w:rPr>
          <w:b/>
        </w:rPr>
        <w:t xml:space="preserve">[1:00:47] </w:t>
      </w:r>
      <w:r>
        <w:t>Inshallah Allah hum sabki pareshani aasan karega aur hamein khoob khoob kaam karne ka mauka dega Inshallah.</w:t>
      </w:r>
    </w:p>
    <w:p>
      <w:pPr>
        <w:jc w:val="right"/>
      </w:pPr>
      <w:r>
        <w:t>Inshallah अल्लाह हम सबकी परेशानी आसान करेगा और हमें खूब खूब काम करने का मौका देगा Inshallah.</w:t>
      </w:r>
    </w:p>
    <w:p>
      <w:r>
        <w:rPr>
          <w:b/>
        </w:rPr>
        <w:t xml:space="preserve">[1:00:53] </w:t>
      </w:r>
      <w:r>
        <w:t>aur koi ladies hai?</w:t>
      </w:r>
    </w:p>
    <w:p>
      <w:pPr>
        <w:jc w:val="right"/>
      </w:pPr>
      <w:r>
        <w:t>और कोई ladies है?</w:t>
      </w:r>
    </w:p>
    <w:p>
      <w:r>
        <w:rPr>
          <w:b/>
        </w:rPr>
        <w:t xml:space="preserve">[1:01:00] </w:t>
      </w:r>
      <w:r>
        <w:t>I can see somebody.</w:t>
      </w:r>
    </w:p>
    <w:p>
      <w:pPr>
        <w:jc w:val="right"/>
      </w:pPr>
      <w:r>
        <w:t>I can see somebody.</w:t>
      </w:r>
    </w:p>
    <w:p>
      <w:r>
        <w:rPr>
          <w:b/>
        </w:rPr>
        <w:t xml:space="preserve">[1:01:07] </w:t>
      </w:r>
      <w:r>
        <w:t>I think Sana, your hand is raised.</w:t>
      </w:r>
    </w:p>
    <w:p>
      <w:pPr>
        <w:jc w:val="right"/>
      </w:pPr>
      <w:r>
        <w:t>I think साना, your hand is raised.</w:t>
      </w:r>
    </w:p>
    <w:p>
      <w:r>
        <w:rPr>
          <w:b/>
        </w:rPr>
        <w:t xml:space="preserve">[1:01:14] </w:t>
      </w:r>
      <w:r>
        <w:t>You want to say something, Sana?</w:t>
      </w:r>
    </w:p>
    <w:p>
      <w:pPr>
        <w:jc w:val="right"/>
      </w:pPr>
      <w:r>
        <w:t>You want to say something, साना?</w:t>
      </w:r>
    </w:p>
    <w:p>
      <w:r>
        <w:rPr>
          <w:b/>
        </w:rPr>
        <w:t xml:space="preserve">[1:01:21] </w:t>
      </w:r>
      <w:r>
        <w:t>Main ek baat kehna cha rahi thi ki Aisha Yusra ne khwab ke bare mein kaha aur maine kai baar Farida apa se bhi interact kiya. Apa ne bhi bataya ki CPS mission se jitne log jude hue hain, sab log kahin na kahin kuch na kuch khwab dekhte hain.</w:t>
      </w:r>
    </w:p>
    <w:p>
      <w:pPr>
        <w:jc w:val="right"/>
      </w:pPr>
      <w:r>
        <w:t>मैं एक बात कहना चाह रही थी कि आयशा युसरा ने ख्याब के बारे में कहा और मैंने कई बार फरीदा आपा से भी interact किया. आपा ने भी बताया कि CPS mission से जितने लोग जुड़े हुए हैं, सब लोग कहीं ना कहीं कुछ ना कुछ खाब देखते हैं.</w:t>
      </w:r>
    </w:p>
    <w:p>
      <w:r>
        <w:rPr>
          <w:b/>
        </w:rPr>
        <w:t xml:space="preserve">[1:01:39] </w:t>
      </w:r>
      <w:r>
        <w:t>To ek tarah se hum sabke liye khushkhabri hai ki hum isi tarah se Allah ke is mission se hum jude rahein Inshallah Allah taala zaroor hum sabko aakhirat ki bhi kamyabi naseeb karega, Inshallah. Ek khwab jo maine CPS ko bach 2015 maine join kiya tha aur yeh 2015 hi ki khwab hai bahut shuru mein.</w:t>
      </w:r>
    </w:p>
    <w:p>
      <w:pPr>
        <w:jc w:val="right"/>
      </w:pPr>
      <w:r>
        <w:t>तो एक तरह से हम सबके लिए खुशखबरी है कि हम इसी तरह से अल्लाह के इस mission से हम जुड़े रहें इन्शाल्लाह अल्लाह तारा ज़रूर हम सबको आख़िद की भी कामयाबी नसीब करेगा, इन्शाल्लाह. एक खाब जो मैंने CPS को बच 2015 मैंने join किया था और यह 2015 ही की खाब है बहुत शुरू में.</w:t>
      </w:r>
    </w:p>
    <w:p>
      <w:r>
        <w:rPr>
          <w:b/>
        </w:rPr>
        <w:t xml:space="preserve">[1:02:04] </w:t>
      </w:r>
      <w:r>
        <w:t>main mission ko itna jaanti bhi nahi thi to maine yeh khwab Maulana sahab se bhi bataya tha</w:t>
      </w:r>
    </w:p>
    <w:p>
      <w:pPr>
        <w:jc w:val="right"/>
      </w:pPr>
      <w:r>
        <w:t>मैं mission को इतना जानती भी नहीं थी तो मैंने यह खाब मौलाना साहब से भी बताया था</w:t>
      </w:r>
    </w:p>
    <w:p>
      <w:r>
        <w:rPr>
          <w:b/>
        </w:rPr>
        <w:t xml:space="preserve">[1:02:22] </w:t>
      </w:r>
      <w:r>
        <w:t>ki ek bahut badi si maidan hai aur wahan par sirf aurtein hi aurtein poori bhari hui hai</w:t>
      </w:r>
    </w:p>
    <w:p>
      <w:pPr>
        <w:jc w:val="right"/>
      </w:pPr>
      <w:r>
        <w:t>कि एक बहुत बड़ी सी मैदान है और वहां पर सिर्फ औरतें ही औरतें पूरी भरी हुई है</w:t>
      </w:r>
    </w:p>
    <w:p>
      <w:r>
        <w:rPr>
          <w:b/>
        </w:rPr>
        <w:t xml:space="preserve">[1:02:41] </w:t>
      </w:r>
      <w:r>
        <w:t>aur main poore us aurtein ke group ke aage mein khadi hoon akele aur</w:t>
      </w:r>
    </w:p>
    <w:p>
      <w:pPr>
        <w:jc w:val="right"/>
      </w:pPr>
      <w:r>
        <w:t>और मैं पूरे उस औरतें के group के आगे में खड़ी हूं अकेले और</w:t>
      </w:r>
    </w:p>
    <w:p>
      <w:r>
        <w:rPr>
          <w:b/>
        </w:rPr>
        <w:t xml:space="preserve">[1:03:00] </w:t>
      </w:r>
      <w:r>
        <w:t>mashallah bahut achha khab yeh filhal.</w:t>
      </w:r>
    </w:p>
    <w:p>
      <w:pPr>
        <w:jc w:val="right"/>
      </w:pPr>
      <w:r>
        <w:t>माशाला बहुत अच्छा खाब यह फ़िलहाल.</w:t>
      </w:r>
    </w:p>
    <w:p>
      <w:r>
        <w:rPr>
          <w:b/>
        </w:rPr>
        <w:t xml:space="preserve">[1:03:05] </w:t>
      </w:r>
      <w:r>
        <w:t>mere khayal se waqt nahi hai na abhi. hamare paas.</w:t>
      </w:r>
    </w:p>
    <w:p>
      <w:pPr>
        <w:jc w:val="right"/>
      </w:pPr>
      <w:r>
        <w:t>मेरे ख्याल से वक्त नहीं है ना अभी. हमारे पास.</w:t>
      </w:r>
    </w:p>
    <w:p>
      <w:r>
        <w:rPr>
          <w:b/>
        </w:rPr>
        <w:t xml:space="preserve">[1:03:11] </w:t>
      </w:r>
      <w:r>
        <w:t>dua kara len.</w:t>
      </w:r>
    </w:p>
    <w:p>
      <w:pPr>
        <w:jc w:val="right"/>
      </w:pPr>
      <w:r>
        <w:t>दुआ करा लें.</w:t>
      </w:r>
    </w:p>
    <w:p>
      <w:r>
        <w:rPr>
          <w:b/>
        </w:rPr>
        <w:t xml:space="preserve">[1:03:16] </w:t>
      </w:r>
      <w:r>
        <w:t>farida pa aap kuch kehna chahenge last mein priyanshal naam log is session ko khatam karenge?</w:t>
      </w:r>
    </w:p>
    <w:p>
      <w:pPr>
        <w:jc w:val="right"/>
      </w:pPr>
      <w:r>
        <w:t>फरीदा पा आप कुछ कहना चाहेंगे last में प्रियंशाल नाम लोग इस session को खत्म करेंगे?</w:t>
      </w:r>
    </w:p>
    <w:p>
      <w:r>
        <w:rPr>
          <w:b/>
        </w:rPr>
        <w:t xml:space="preserve">[1:03:22] </w:t>
      </w:r>
      <w:r>
        <w:t>aapka khab bahut achha laga.</w:t>
      </w:r>
    </w:p>
    <w:p>
      <w:pPr>
        <w:jc w:val="right"/>
      </w:pPr>
      <w:r>
        <w:t>आपका खाब बहुत अच्छा लगा.</w:t>
      </w:r>
    </w:p>
    <w:p>
      <w:r>
        <w:rPr>
          <w:b/>
        </w:rPr>
        <w:t xml:space="preserve">[1:03:27] </w:t>
      </w:r>
      <w:r>
        <w:t>aap hum logon ko lead karte rahiye khab ke mutabik yahi kehna chahenge. ji aap.</w:t>
      </w:r>
    </w:p>
    <w:p>
      <w:pPr>
        <w:jc w:val="right"/>
      </w:pPr>
      <w:r>
        <w:t>आप हम लोगों को lead करते रहिए खाब के मुताबिक यही कहना चाहेंगे. जी आप.</w:t>
      </w:r>
    </w:p>
    <w:p>
      <w:r>
        <w:rPr>
          <w:b/>
        </w:rPr>
        <w:t xml:space="preserve">[1:03:33] </w:t>
      </w:r>
      <w:r>
        <w:t>aap hara saaf dua karenge. ji aap.</w:t>
      </w:r>
    </w:p>
    <w:p>
      <w:pPr>
        <w:jc w:val="right"/>
      </w:pPr>
      <w:r>
        <w:t>आप हरा साफ दुआ करेंगे. जी आप.</w:t>
      </w:r>
    </w:p>
    <w:p>
      <w:r>
        <w:rPr>
          <w:b/>
        </w:rPr>
        <w:t xml:space="preserve">[1:03:39] </w:t>
      </w:r>
      <w:r>
        <w:t>Abhi chuki Allah taala ki taluq se baat hui to us manasbat se khadish hum sunenge aur uske mutabik hum dua karenge.</w:t>
      </w:r>
    </w:p>
    <w:p>
      <w:pPr>
        <w:jc w:val="right"/>
      </w:pPr>
      <w:r>
        <w:t>अभी चूंकि अल्लाह सलाह की ताल्लुक से बात हुई तो उस मनास्पत से खदीश हम सुनेंगे और उसके मुताबिक हम दुआ करेंगे.</w:t>
      </w:r>
    </w:p>
    <w:p>
      <w:r>
        <w:rPr>
          <w:b/>
        </w:rPr>
        <w:t xml:space="preserve">[1:03:53] </w:t>
      </w:r>
      <w:r>
        <w:t>Rasool Allah sallallahu alaihi wasallam ne kaha ki Allah taala se mohabbat karo kyun usne tumko food diya hai, food ke taur par apni nemmat di hai aur mujhse mohabbat karo Allah se mohabbat ki buniyad par aur mere ahl-e-bait se mohabbat karo meri mohabbat ki buniyad par.</w:t>
      </w:r>
    </w:p>
    <w:p>
      <w:pPr>
        <w:jc w:val="right"/>
      </w:pPr>
      <w:r>
        <w:t>रसूल्लाह सलाह अल इस्लाम ने कहा कि अल्लाह सलाह से मोहब्बत करो क्यों उसने तुमको फ़ूट दिया है, फ़ूट के तौर पर अपनी नियमित जी है और मुझसे मोहब्बत करो अल्लाह से मोहब्बत की बुनियाद पर और मेरे ऐलेपैत से मोहब्बत करो मेरी मोहब्बत की बुनियाद पर.</w:t>
      </w:r>
    </w:p>
    <w:p>
      <w:r>
        <w:rPr>
          <w:b/>
        </w:rPr>
        <w:t xml:space="preserve">[1:04:16] </w:t>
      </w:r>
      <w:r>
        <w:t>To yahan par food jo hai woh sirf roti chawal ke sense mein nahi dena hai balki jitni bhi support system hai life ke liye. Oxygen hai, zameen ka hua taavaran hai, poori kayanat bani hui tamam cheezein hain. Yeh nemmat hai is duniyat par aur Rasool Allah sallallahu alaihi wasallam ne yeh socho ke nature mein hota hai to Rasool Allah sallallahu alaihi wasallam ne isko specific andaaz mein hamein khabar diya aur humne usko mana.</w:t>
      </w:r>
    </w:p>
    <w:p>
      <w:pPr>
        <w:jc w:val="right"/>
      </w:pPr>
      <w:r>
        <w:t>तो यहां पर food जो है वह सिर्फ रोटी चावल के sense में नहीं देना है बल्कि जितनी भी support system है life के लिए. Oxygen है, ज़मीन का हुआ तावरण है, पूरी कायनात बनी हुई तमाम चीज़ें हैं. यह नेमत है इस दुनियात पर और रसूल्ला कलासु में यह सोचो के nature में होता है तो रसूल्ला कलासु में इसको specific अंदाज़ में हमें खबर दिया और हमने उसको माना.</w:t>
      </w:r>
    </w:p>
    <w:p>
      <w:r>
        <w:rPr>
          <w:b/>
        </w:rPr>
        <w:t xml:space="preserve">[1:04:45] </w:t>
      </w:r>
      <w:r>
        <w:t>Is duniyat par hum Allah se uski nemmat ki buniyad par aur se inke mission ki buniyad par mohabbat karte hain. Nahi to hum nahi jante Allah kaun hai aur chuki Allah bait ne Rasool Allah ki family ne unka saath diya tha is niyaat par hum unki family se bhi mohabbat karte hain.</w:t>
      </w:r>
    </w:p>
    <w:p>
      <w:pPr>
        <w:jc w:val="right"/>
      </w:pPr>
      <w:r>
        <w:t>इस दुनियाद पर हम अल्लाह से उसकी नेमत की बुनियाद पर और से इनके mission की बुनियाद पर मोहब्बत करते हैं. नहीं तो हम नहीं जानते अल्लाह कौन है और चूंकि अल्लाह बैत ने रसूल्लाह की family ने उनका साथ दिया था इस नियात पर हम उनकी family से भी मोहम्मद करते हैं.</w:t>
      </w:r>
    </w:p>
    <w:p>
      <w:r>
        <w:rPr>
          <w:b/>
        </w:rPr>
        <w:t xml:space="preserve">[1:05:05] </w:t>
      </w:r>
      <w:r>
        <w:t>to allah taala se dua karenge hum yahan par ki allah taala apne niyaton ko realize karke, apni</w:t>
      </w:r>
    </w:p>
    <w:p>
      <w:pPr>
        <w:jc w:val="right"/>
      </w:pPr>
      <w:r>
        <w:t>तो अल्लाह तालाह से दुआ करेंगे हम यहां पर कि अल्लाह तालाह अपने नियमतों को realize करके, अपनी</w:t>
      </w:r>
    </w:p>
    <w:p>
      <w:r>
        <w:rPr>
          <w:b/>
        </w:rPr>
        <w:t xml:space="preserve">[1:05:11] </w:t>
      </w:r>
      <w:r>
        <w:t>blessing ko realize karke apni mohabbat, usse mohabbat karne ki tofeez the aur tere mission ko jo lekar</w:t>
      </w:r>
    </w:p>
    <w:p>
      <w:pPr>
        <w:jc w:val="right"/>
      </w:pPr>
      <w:r>
        <w:t>blessing को realize करके अपनी मोहब्बत, उससे मोहब्बत करने की तोफीज़ थे और तेरे mission को जो लेकर</w:t>
      </w:r>
    </w:p>
    <w:p>
      <w:r>
        <w:rPr>
          <w:b/>
        </w:rPr>
        <w:t xml:space="preserve">[1:05:18] </w:t>
      </w:r>
      <w:r>
        <w:t>aaye hamare paas pahunchaye rasool unse mohabbat karne ki taufeek the aur unke gharwalon ne unka saath diya</w:t>
      </w:r>
    </w:p>
    <w:p>
      <w:pPr>
        <w:jc w:val="right"/>
      </w:pPr>
      <w:r>
        <w:t>आए हमारे पास पहुंचाए रसूल उनसे मोहब्बत करने की तौफीक थे और उनके घरवालों ने उनका साथ दिया</w:t>
      </w:r>
    </w:p>
    <w:p>
      <w:r>
        <w:rPr>
          <w:b/>
        </w:rPr>
        <w:t xml:space="preserve">[1:05:24] </w:t>
      </w:r>
      <w:r>
        <w:t>tha unse mapas karne ki taufeek the aur maujooda daur mein maulana sahab ne hamein islam ko hafeeki</w:t>
      </w:r>
    </w:p>
    <w:p>
      <w:pPr>
        <w:jc w:val="right"/>
      </w:pPr>
      <w:r>
        <w:t>था उनसे मापस करने की तौफीक थे और मौजूदा दौर में मौराना साहब ने हमें इस्लाम को हफ़ीकी</w:t>
      </w:r>
    </w:p>
    <w:p>
      <w:r>
        <w:rPr>
          <w:b/>
        </w:rPr>
        <w:t xml:space="preserve">[1:05:31] </w:t>
      </w:r>
      <w:r>
        <w:t>taur par samajhne ka ka zariya bane.</w:t>
      </w:r>
    </w:p>
    <w:p>
      <w:pPr>
        <w:jc w:val="right"/>
      </w:pPr>
      <w:r>
        <w:t>तौर पर समझने का का ज़रिया बने.</w:t>
      </w:r>
    </w:p>
    <w:p>
      <w:r>
        <w:rPr>
          <w:b/>
        </w:rPr>
        <w:t xml:space="preserve">[1:05:38] </w:t>
      </w:r>
      <w:r>
        <w:t>Woh Maulana Sahab se mohabbat karne ki tofeeq de aur Maulana ki family ne Maulana ka sahib diya unse bhi hamein mohabbat karne ki tofeeq de. Amin. Achha. Aap ab khatam karein lekin ek hand raise hua tha abhi. Rahmatun Nisha shayad woh kuch kehna chahti hain. Ji ji ji main kehna chahti hoon.</w:t>
      </w:r>
    </w:p>
    <w:p>
      <w:pPr>
        <w:jc w:val="right"/>
      </w:pPr>
      <w:r>
        <w:t>वह मौलाना साहब से मोहब्बत करने की तोफीक थे और मौलाना की family ने मौलाना का साहब दिया उनसे भी हमें मोहब्बत करने की तोफीक थे. आमिन. अच्छा. आप अब खत्म करें लेकिन एक hand raise हुआ था अभी. रहमतुन निशा शायद वह कुछ कहना चाहती हैं. जी जी जी मैं कहना चाहती हूं.</w:t>
      </w:r>
    </w:p>
    <w:p>
      <w:r>
        <w:rPr>
          <w:b/>
        </w:rPr>
        <w:t xml:space="preserve">[1:06:08] </w:t>
      </w:r>
      <w:r>
        <w:t>jab yeh khwabon ka silsila shuru hua to maine bhi ek khwab dekha. jaise hi khabar suni mein Maulana ki death ki, subah mein fajar ke namaz padh rahi thi main Ramzan mein. to bahut zyada roi roi, itna zyada roi. mera rohani papa acha chala gaya. bahut zyada roi.</w:t>
      </w:r>
    </w:p>
    <w:p>
      <w:pPr>
        <w:jc w:val="right"/>
      </w:pPr>
      <w:r>
        <w:t>जब यह खाबों का सिलसिला शुरू हुआ तो मैंने भी एक खाब देखा. जैसे ही खबर सुनी में मौलाना की death की, सुबह में फज़र के नमाज़ पड़ रही थी मैं रमज़ान में. तो बहुत ज़्यादा रोई रोई, इतना ज़्यादा रोई. मेरा रोहानी papa अच्छा चला गया. बहुत ज़्यादा रोई.</w:t>
      </w:r>
    </w:p>
    <w:p>
      <w:r>
        <w:rPr>
          <w:b/>
        </w:rPr>
        <w:t xml:space="preserve">[1:06:32] </w:t>
      </w:r>
      <w:r>
        <w:t>to chandin pehle khab mujhe aaya mala na bahut achhe tan dursh itne pyare shayad jawani ka jo</w:t>
      </w:r>
    </w:p>
    <w:p>
      <w:pPr>
        <w:jc w:val="right"/>
      </w:pPr>
      <w:r>
        <w:t>तो चंदीन पहले खाब मुझे आया माला ना बहुत अच्छे तन दुर्ष इतने प्यारे शायद जवानी का जो</w:t>
      </w:r>
    </w:p>
    <w:p>
      <w:r>
        <w:rPr>
          <w:b/>
        </w:rPr>
        <w:t xml:space="preserve">[1:06:37] </w:t>
      </w:r>
      <w:r>
        <w:t>gear hoga utne achhe mote tase bahut achhe baith kar hain aisa.</w:t>
      </w:r>
    </w:p>
    <w:p>
      <w:pPr>
        <w:jc w:val="right"/>
      </w:pPr>
      <w:r>
        <w:t>gear होगा उतने अच्छे मोटे तासे बहुत अच्छे बैठ कर हैं ऐसा.</w:t>
      </w:r>
    </w:p>
    <w:p>
      <w:r>
        <w:rPr>
          <w:b/>
        </w:rPr>
        <w:t xml:space="preserve">[1:06:42] </w:t>
      </w:r>
      <w:r>
        <w:t>main paon ke paas khade hokar main rona shaukyati.</w:t>
      </w:r>
    </w:p>
    <w:p>
      <w:pPr>
        <w:jc w:val="right"/>
      </w:pPr>
      <w:r>
        <w:t>मैं पावों के पास खड़े होकर मैं रोना शौक्यती.</w:t>
      </w:r>
    </w:p>
    <w:p>
      <w:r>
        <w:rPr>
          <w:b/>
        </w:rPr>
        <w:t xml:space="preserve">[1:06:48] </w:t>
      </w:r>
      <w:r>
        <w:t>molala molala kaun aate hain?</w:t>
      </w:r>
    </w:p>
    <w:p>
      <w:pPr>
        <w:jc w:val="right"/>
      </w:pPr>
      <w:r>
        <w:t>मोलाला मोलाला कौन आते हैं?</w:t>
      </w:r>
    </w:p>
    <w:p>
      <w:r>
        <w:rPr>
          <w:b/>
        </w:rPr>
        <w:t xml:space="preserve">[1:06:53] </w:t>
      </w:r>
      <w:r>
        <w:t>molala tumne tasalli diya.</w:t>
      </w:r>
    </w:p>
    <w:p>
      <w:pPr>
        <w:jc w:val="right"/>
      </w:pPr>
      <w:r>
        <w:t>मोलाला तुमने तसल्ली दिया.</w:t>
      </w:r>
    </w:p>
    <w:p>
      <w:r>
        <w:rPr>
          <w:b/>
        </w:rPr>
        <w:t xml:space="preserve">[1:06:58] </w:t>
      </w:r>
      <w:r>
        <w:t>dekho mera kaam mera bachcha karega.</w:t>
      </w:r>
    </w:p>
    <w:p>
      <w:pPr>
        <w:jc w:val="right"/>
      </w:pPr>
      <w:r>
        <w:t>देखो मेरा काम मेरा बच्चा करेगा.</w:t>
      </w:r>
    </w:p>
    <w:p>
      <w:r>
        <w:rPr>
          <w:b/>
        </w:rPr>
        <w:t xml:space="preserve">[1:07:04] </w:t>
      </w:r>
      <w:r>
        <w:t>mujhe to sirf unke ek bete ka naam maloom, Sani Sannain ka. to maine samjha shayad unhi ke bare mein keh rahi hain aap. to uske baad mujhe bahut aakhirat, main to bahut takleef mein thi halaat, bahut kharab the. galiban '92, '92.</w:t>
      </w:r>
    </w:p>
    <w:p>
      <w:pPr>
        <w:jc w:val="right"/>
      </w:pPr>
      <w:r>
        <w:t>मुझे तो सिर्फ उनके एक बेटे का नाम मालूम, सानी स्नैन का. तो मैंने समझा शायद उन्हीं के बारे में कह रही हैं आप. तो उसके बाद मुझे बहुत आख़िदत, मैं तो बहुत तकलीफ में थी हालात, बहुत खराब थे. गालीबन '92, '92.</w:t>
      </w:r>
    </w:p>
    <w:p>
      <w:r>
        <w:rPr>
          <w:b/>
        </w:rPr>
        <w:t xml:space="preserve">[1:07:29] </w:t>
      </w:r>
      <w:r>
        <w:t>to maine ek arsa na yeh ek meri school ke qareeb hi ek library thi. library mein bajati thi main har maah jaise hi mujhe tankhwah milti, main hai na ek thode paise mukhtas kar deti thi main isko kitabon ke liye. ek dafa mera hai meri nazar risala par padi. main sochi dekhen, palta ke dekhen, main lekh khareed kar le gayi.</w:t>
      </w:r>
    </w:p>
    <w:p>
      <w:pPr>
        <w:jc w:val="right"/>
      </w:pPr>
      <w:r>
        <w:t>तो मैंने एक अरसा ना यह एक मेरी school के करीब ही एक library थी. Library में बजाती थी मैं हर मां जैसे ही मुझे तनख्वाह मिलती, मैं है ना एक थोड़े पैसे मुख्तस्त कर दी थी मैं इसको किताबों के लिए. एक दफा मेरा है मेरी नज़र रसाला पर पड़ी. मैं सूची देखें, पलटा के देखें, मैं लेख खरीद कर ले गई.</w:t>
      </w:r>
    </w:p>
    <w:p>
      <w:r>
        <w:rPr>
          <w:b/>
        </w:rPr>
        <w:t xml:space="preserve">[1:07:57] </w:t>
      </w:r>
      <w:r>
        <w:t>to usmein utni acchi aisi baatein hain sabr ki aur patience waghera ki. uski meri dil ko lag gayi. uske baad se main hai na khareedna shuru kari aur har maah padhti thi. uske baad halaat bahut bad se badtar hote gaye. yaani family ka jo yeh tha mere dimag se unko mere khayalat se unmein match nahi kar sakte, match nahi kar sakte.</w:t>
      </w:r>
    </w:p>
    <w:p>
      <w:pPr>
        <w:jc w:val="right"/>
      </w:pPr>
      <w:r>
        <w:t>तो उसमें उतनी अच्छी ऐसी बातें हैं सबर की और patience वगैरह की स्थिति मेरी दिल को लग गई. उसके बाद से मैं है ना खरीदना शुरू करी और हर मां पड़ती थी. उसके बाद हालात बहुत बद से बदतर होते गए. यानी family का जो यह था मेरे दिमाग से उनको मेरे ख्यालात से उनमें match नहीं कर सकते, match नहीं कर सकते.</w:t>
      </w:r>
    </w:p>
    <w:p>
      <w:r>
        <w:rPr>
          <w:b/>
        </w:rPr>
        <w:t xml:space="preserve">[1:08:25] </w:t>
      </w:r>
      <w:r>
        <w:t>tum Maulana se baat ki maine. tum Maulana ne kaha, haan, tumhein ek kaam karo, Bangalore wale, main Bangalore se hoon, Karnataka Bangalore se aur mera naam Rahamtra Nisha. to tum yeh ek kaam karo, Sara ke paas jao. Sara naam ke ek hamare yeh hain member, tum unke paas. tumhein aur meri ladki Sara ke paas. Sara ka bahut ehsan hai. unhone us waqt hamein counseling ki taraf kiya.</w:t>
      </w:r>
    </w:p>
    <w:p>
      <w:pPr>
        <w:jc w:val="right"/>
      </w:pPr>
      <w:r>
        <w:t>तुम मौलाने से बात की मैंने. तुम मौलाने ने कहा, हां, तुम्हें एक काम करो, बैंगलोर वैले, मैं बैंगलोर से हूं, कर्नाटका बैंगलोर से और मेरा नाम राहमत्र नीशा. तो तुम यह एक काम करो, सारा के पास जाओ. सारा नाम के एक हमारे यह हैं member, तुम उनके पास. तुम्हें और मेरी लड़की सारा के पास. सारा का बहुत एहसान है. उन्होंने उस वक्त हमें counseling की तरफ किया.</w:t>
      </w:r>
    </w:p>
    <w:p>
      <w:r>
        <w:rPr>
          <w:b/>
        </w:rPr>
        <w:t xml:space="preserve">[1:08:53] </w:t>
      </w:r>
      <w:r>
        <w:t>bahut zabar ki talqeen ki, bahut zyada hamari moral support ki. uske baad aur phir ek matlab arrange bhi kiya. jab Maulana Baindoor aaye the to unke ghar ko bulakar hamein Ammolana se milaye.</w:t>
      </w:r>
    </w:p>
    <w:p>
      <w:pPr>
        <w:jc w:val="right"/>
      </w:pPr>
      <w:r>
        <w:t>बहुत ज़बर की तलखीन की, बहुत ज़्यादा हमारी moral support की. उसके बाद और फिर एक मतलब arrange भी किया. जब मौलाना बैंदूर आए थे तो उनके घर को बुलाकर हमें अम्मोलाना स्थित मिलाए.</w:t>
      </w:r>
    </w:p>
    <w:p>
      <w:r>
        <w:rPr>
          <w:b/>
        </w:rPr>
        <w:t xml:space="preserve">[1:09:09] </w:t>
      </w:r>
      <w:r>
        <w:t>Ammolana se main baat jab rakhi mere sa takleef ki, pareshaniyon ki to aapne kaha tum ek kaam karo, 41 times Yaseen padho isi niyat se, tumhari mushkilat hal hone ke niyat se. uske baad mujhe itni aakhirat hui Maulana se hamesha mein arishala ko jinhon jaan se intezar karti, intezar karti, har maah intezar karti thi main, har maah intezar karti thi.</w:t>
      </w:r>
    </w:p>
    <w:p>
      <w:pPr>
        <w:jc w:val="right"/>
      </w:pPr>
      <w:r>
        <w:t>अम्मोलाना से मैं बात जब रखी मेरे सा तकालीफ की, परेशानियों की तो आपने कहा तुम एक काम करो, 41 times यासीन पढ़ो इसी नियत से, तुम्हारी मुश्किला थल होने के नियत से. उसके बाद मुझे इतनी आखिरीदत हुई मौलाना से हमेशों में अरिशाला को जिन्हों जान से इंतज़ार करती, इंतज़ार करती, हर मां इंतज़ार करती थी मैं, हर मां इंतज़ार करती थी.</w:t>
      </w:r>
    </w:p>
    <w:p>
      <w:r>
        <w:rPr>
          <w:b/>
        </w:rPr>
        <w:t xml:space="preserve">[1:09:39] </w:t>
      </w:r>
      <w:r>
        <w:t>to mujhe solace bahut zyada mere dil par jaise haath, haath rakha, haath rakh rahe hain. to is tarah main mushkilaton ka saamna karti hui. mujhe bahut kamyabi mili. main akeli mere bachchon ki mukhalifat kis baat ki bachchon ko padhana nahi karu mukhalifat family mein.</w:t>
      </w:r>
    </w:p>
    <w:p>
      <w:pPr>
        <w:jc w:val="right"/>
      </w:pPr>
      <w:r>
        <w:t>तो मुझे सोलेश बहुत ज़्यादा मेरे दिल पर जैसे हाथ, हाथ रखा, हाथ रख रहे हैं. तो इस तरह मैं मुश्किलात का सामना करती हुई. मुझे बहुत कामयाबी मिली. मैं अकेली मेरे बच्चों की मुखालिफत किस बात की बच्चों को पढ़ाना नहीं करूं मुखालिफत family में.</w:t>
      </w:r>
    </w:p>
    <w:p>
      <w:r>
        <w:rPr>
          <w:b/>
        </w:rPr>
        <w:t xml:space="preserve">[1:10:02] </w:t>
      </w:r>
      <w:r>
        <w:t>lekin main hai na akeli akeli khade hokar main mujhe Maulana ke rishale ki jo himmat mili uski bal bote par maine aage badh gayi. aage badh diya aur bachchon ki taaleem mukammal ki mukammal ki maine. to aaj bhi mujhe jab bhi mujhe kuch takleef hoti hai to foran mein koi kitab uthakar arushala personal bhi arushala ko dena chahiye main.</w:t>
      </w:r>
    </w:p>
    <w:p>
      <w:pPr>
        <w:jc w:val="right"/>
      </w:pPr>
      <w:r>
        <w:t>लेकिन मैं है ना अकेली अकेली खड़े होकर मैं मुझे मोलाना के रिशाले की जो हिम्मत मिली उसकी बल बोते पर मैंने आगे बढ़ गई. आगे बढ़ दिया और बच्चों की ताली मुकम्ल की मुकम्ल की मैंने. तो आज भी मुझे जब भी मुझे कुछ तकलीफ होती है तो फ़ौरन में कोई किताब उठाकर अरुशाला personal भी अरुशाला को देना चाहिए मैं.</w:t>
      </w:r>
    </w:p>
    <w:p>
      <w:r>
        <w:rPr>
          <w:b/>
        </w:rPr>
        <w:t xml:space="preserve">[1:10:26] </w:t>
      </w:r>
      <w:r>
        <w:t>nahi mera arushala 92 se jama kar poochu jaise bhi ho mere paas rehne to, rehne do mein. bachche bole main zyada ho gayi kisi ko bhi hamein de dalenge. main boli nahi, mere marne tak ya rishala ke jo copies hain vah mere paas rehne do. to is tarah usne aur sala ne mujhe bahut moral support diya. main mushkilaton se bahar nikli. Allahamdillilah, Allahamdillilah.</w:t>
      </w:r>
    </w:p>
    <w:p>
      <w:pPr>
        <w:jc w:val="right"/>
      </w:pPr>
      <w:r>
        <w:t>नहीं मेरा अरुशाला 92 से जमा कर पूछूं जैसे भी हो मेरे पास रहने तो, रहने दो में. बच्चे बोले मैं ज़्यादा हो गई किसी को भी हमें दे डालेंगे. मैं बोली नहीं, मेरे मरने तक या रिशाला के जो copies हैं वह मेरे पास रहने दो. तो इस तरह उसने और साला ने मुझे बहुत moral support दिया. मैं मुश्किलात से बाहर निकली. अल्लाहमदिलिल्लाह, अल्लाहमदिलिल्ला.</w:t>
      </w:r>
    </w:p>
    <w:p>
      <w:r>
        <w:rPr>
          <w:b/>
        </w:rPr>
        <w:t xml:space="preserve">[1:10:54] </w:t>
      </w:r>
      <w:r>
        <w:t>ab halaat bahut acche hain, bahut acche hain aur har haal mein Allah ka shukr hai. us waqt bhi main hai na jab main pareshan thi, tallah taala ne mujhe kisi cheez ki kami nahi ki. uska bahut ehsan hai, bahut ehsan hai. shukr karna, swar karna. maine arisare se seekha, bas mujhe itna kehna tha. aapne jo mere maukha diya, waqt guzar jaane ke baad bhi maukha diya, main aapki shukr guzar hoon.</w:t>
      </w:r>
    </w:p>
    <w:p>
      <w:pPr>
        <w:jc w:val="right"/>
      </w:pPr>
      <w:r>
        <w:t>अब हालात बहुत अच्छे हैं, बहुत अच्छे हैं और हर हाल में अल्लाह का शुकुर है. उस वक्त भी मैं है ना जब मैं परेशान थी, तल्लाह ताला ने मुझे किसी चीज़ की कमी नहीं की. उसका बहुत एहसान है, बहुत एहसान है. शुकुर करना, स्वर करना. मैंने अरिसारे से सीखा, बस मुझे इतना कहना था. आपने जो मेरे मौखा दिया, वक्त गुज़र जाने के बाद भी मौखा दिया, मैं आपकी शुकुर गुज़र हूं.</w:t>
      </w:r>
    </w:p>
    <w:p>
      <w:r>
        <w:rPr>
          <w:b/>
        </w:rPr>
        <w:t xml:space="preserve">[1:11:23] </w:t>
      </w:r>
      <w:r>
        <w:t>Jazakallahu khair. Jazakallah hai na to missa. puran mein likha hua hai na God is a living God. to hum sab is baat ko bahut zyada realize karte hain ki hamari kaisi kaisi pareshani hamari aati hai God as a living God hamare situations ko hamari life mein kis tarah se usko sambhalte hain.</w:t>
      </w:r>
    </w:p>
    <w:p>
      <w:pPr>
        <w:jc w:val="right"/>
      </w:pPr>
      <w:r>
        <w:t>जज़ाकल्ला हो खैर. जज़ाकल्ला है ना तो मिस्सा. पुरान में लिखा हुआ है ना God is a living God. तो हम सब इस बात को बहुत ज़्यादा realize करते हैं कि हमारी कैसी कैसी परेशानी हमारी आती है God as a living God हमारे situations को हमारी life में किस तरह से उसको संभालते हैं.</w:t>
      </w:r>
    </w:p>
    <w:p>
      <w:r>
        <w:rPr>
          <w:b/>
        </w:rPr>
        <w:t xml:space="preserve">[1:11:48] </w:t>
      </w:r>
      <w:r>
        <w:t>Thank you so much for everybody joining in this session and martial light was a very enlightening session, very lively session. In fact, we interacted very positively today and bahut accha laga aaj ka session. to main isko yahan par khatam karti hoon aur we will meet next month again with a new learning which we learn every month.</w:t>
      </w:r>
    </w:p>
    <w:p>
      <w:pPr>
        <w:jc w:val="right"/>
      </w:pPr>
      <w:r>
        <w:t>Thank you so much for everybody joining in this session and martial light was a very enlightening session, very lively session. In fact, we interacted very positively today and बहुत अच्छा लगा आज का session. तो मैं इसको यहां पर खत्म करती हूं और we will meet next month again with a new learning which we learn every month.</w:t>
      </w:r>
    </w:p>
    <w:p>
      <w:r>
        <w:rPr>
          <w:b/>
        </w:rPr>
        <w:t xml:space="preserve">[1:12:17] </w:t>
      </w:r>
      <w:r>
        <w:t>to main khatam karu Assalam Allequle.</w:t>
      </w:r>
    </w:p>
    <w:p>
      <w:pPr>
        <w:jc w:val="right"/>
      </w:pPr>
      <w:r>
        <w:t>तो मैं ख़त्म करूं अस्सलाम अल्लेकुल.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