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Hajj July 3, 2022 Prof. Farida Khanam</w:t>
      </w:r>
    </w:p>
    <w:p>
      <w:r>
        <w:t>https://www.youtube.com/watch?v=--Nez1VOcAQ</w:t>
      </w:r>
    </w:p>
    <w:p>
      <w:r>
        <w:rPr>
          <w:b/>
        </w:rPr>
        <w:t xml:space="preserve">[00:11] </w:t>
      </w:r>
      <w:r>
        <w:t>Assalamualikum. Today we will be having a conversation with professor Fareeda Khanam on spirit of Hajj. As we know that Hajj is the fifth pillar of Islam and it is incumbent upon only those Muslims who have the ability to undertake it once in their lifetime. Hajj is the journey to god and it represents the ultimate closeness to god while living in this world.</w:t>
      </w:r>
    </w:p>
    <w:p>
      <w:pPr>
        <w:jc w:val="right"/>
      </w:pPr>
      <w:r>
        <w:t>अस्सलामालिकों. Today we will be having a conversation with professor फरीदा खानम on spirit of हज्ज. As we know that हज्ज is the fifth pillar of Islam and it is incumbent upon only those मुस्लिमs who have the ability to undertake it once in their lifetime. हाज is the journey to god and it represents the ultimate closeness to god while living in this world.</w:t>
      </w:r>
    </w:p>
    <w:p>
      <w:r>
        <w:rPr>
          <w:b/>
        </w:rPr>
        <w:t xml:space="preserve">[00:40] </w:t>
      </w:r>
      <w:r>
        <w:t>While other acts of worship are ways of remembering god, Hajj is the way of reaching him. to chaliye aaj baat karte hain Hajj ke bare mein Fareeda apa ke saath. Assalam Walekum apa kaisi hain aap? Aliywali salam aur aap theek hain. ji arvader Allah. apa one special aspect of Hajj is that it makes people remember god's scheme of things.</w:t>
      </w:r>
    </w:p>
    <w:p>
      <w:pPr>
        <w:jc w:val="right"/>
      </w:pPr>
      <w:r>
        <w:t>While other acts of worship are ways of remembering god, हज is the way of reaching him. तो चलिए आज बातचीत करते हैं हज के बारे में फरीदा आपा के साथ. अस्लाम वालेकुम आपा कैसी हैं आप? अलीवाली सलाम और आप ठीक हैं. जी अरवदेर अल्ला. आपा one special aspect of हज is that it makes people remember god's scheme of things.</w:t>
      </w:r>
    </w:p>
    <w:p>
      <w:r>
        <w:rPr>
          <w:b/>
        </w:rPr>
        <w:t xml:space="preserve">[01:07] </w:t>
      </w:r>
      <w:r>
        <w:t>to mera pehla sawal yahi hai ki why is Hajj called the superior form of worship? iske bare mein hum sabko bataiye. Hajj ko ek bahut, Hajj ek bahut azeem ibaadat karar di gayi hai. azeem ibaadat, afzal ibaadat.</w:t>
      </w:r>
    </w:p>
    <w:p>
      <w:pPr>
        <w:jc w:val="right"/>
      </w:pPr>
      <w:r>
        <w:t>तो मेरा पहला सवाल यही है कि why is हज called the superior form of worship? इसके बारे में हम सबको बताइए. हज को एक बहुत, हज एक बहुत अजीम एबादत करार दी गई है. अजीम एबादत, अब्ज़ल एबादत.</w:t>
      </w:r>
    </w:p>
    <w:p>
      <w:r>
        <w:rPr>
          <w:b/>
        </w:rPr>
        <w:t xml:space="preserve">[01:26] </w:t>
      </w:r>
      <w:r>
        <w:t>asal mein Hajj mein tamam jo ibaadat hai uska ek ek bilkul tamam ibaadat ke fawaid Hajj ki ibaadat mein milte hain. to is wajah se Hajj ko ek afzal ibaadat kaha gaya hai. matlab hum namaz padhte hain to wahan par baqayda log bahut zyada farz namaze ke alawa nafil namaze bahut zyada padhte hain.</w:t>
      </w:r>
    </w:p>
    <w:p>
      <w:pPr>
        <w:jc w:val="right"/>
      </w:pPr>
      <w:r>
        <w:t>असल में हज में तमाम जो एबादत है उसका एक एक बिल्कुल तमाम एबादात के फवायद हज की एबादत में मिलते हैं. तो इस वजह से हज को एक अब्ज़ल एबादत कहा गया है. मतलब हम नमाज़ पढ़ते हैं तो वहां पर बाकायदार लोग बहुत ज़्यादा फर्ज़ नमाज़े के अलावा नफिल नमाज़े बहुत ज़्यादा पड़ते हैं.</w:t>
      </w:r>
    </w:p>
    <w:p>
      <w:r>
        <w:rPr>
          <w:b/>
        </w:rPr>
        <w:t xml:space="preserve">[01:51] </w:t>
      </w:r>
      <w:r>
        <w:t>to namaz bahut zyada padhte hain kyunki wahan par insan apne aap ko bilkul apne ghar bahar chhodkar bilkul apne tamam mashagil ko chhodkar wahan jata hai to din raat vah ibaadat mein laga rehta hai aur roze mein jo hamein karna hota hai vah yeh ki bahut usmein roze mein hamein bahut mashaqqat uthani padti hai. bhookh pyas ki mashaqqat.</w:t>
      </w:r>
    </w:p>
    <w:p>
      <w:pPr>
        <w:jc w:val="right"/>
      </w:pPr>
      <w:r>
        <w:t>तो नमाज़ बहुत ज़्यादा पड़ते हैं क्योंकि वहां पर इंसान अपने आप को बिल्कुल अपने घर बाहर छोड़कर बिल्कुल अपने तमाम मशागिल को छोड़कर वहां जाता है तो दिन रात वह इबादत में लगा रहता है और रोज़े में जो हमें करना होता है वह यह कि बहुत उसमें रोज़े में हमें बहुत मशक्कत उठानी पड़ती है. भूख प्यास की मशक्कत.</w:t>
      </w:r>
    </w:p>
    <w:p>
      <w:r>
        <w:rPr>
          <w:b/>
        </w:rPr>
        <w:t xml:space="preserve">[02:17] </w:t>
      </w:r>
      <w:r>
        <w:t>neend ki neend ki humko humko bar bar neend vah hamari vah poori nahi hoti. bahut sari baatein hoti hain to vah sari mushaqqat jo hai vah hamein Hajj mein aati hai kyunki bahut zyada wahan mehnat karni padti hai. bahut zyada chalna padta hai. bahut zyada ibaadat karni padti hai. to vah sari cheezein jo roze se hamein milti hain.</w:t>
      </w:r>
    </w:p>
    <w:p>
      <w:pPr>
        <w:jc w:val="right"/>
      </w:pPr>
      <w:r>
        <w:t>नींद की नींद की हमको हमको बार बार नींद वह हमारी वह पूरी नहीं होती. बहुत सारी बातें होती हैं तो वह सारी मुशक्कत जो है वह हमको हज में आती है क्योंकि बहुत ज़्यादा वहां मेहनत करनी पड़ती है. बहुत ज़्यादा चलना पड़ता है. बहुत ज़्यादा एबादत करनी पड़ती है. तो वह सारी चीज़ें जो रोज़े से हमें मिलती हैं.</w:t>
      </w:r>
    </w:p>
    <w:p>
      <w:r>
        <w:rPr>
          <w:b/>
        </w:rPr>
        <w:t xml:space="preserve">[02:42] </w:t>
      </w:r>
      <w:r>
        <w:t>roze mein jo itkaf hai kyunki poore fawaid hamein wahan milte hain. kyunki wahan hum apne bilkul apne aap ko yaksuf hokar wahan par Khuda ke huzoor mein Khuda ke yahan baad karte hain. Khuda se duayein mangte hain. phir zakat ki ibaadat bhi usmein shamil ho jati hai. kyunki hamein usmein maal kharch hota hai hamara. to is tarike se tamam ibaadaton ka majmua hai.</w:t>
      </w:r>
    </w:p>
    <w:p>
      <w:pPr>
        <w:jc w:val="right"/>
      </w:pPr>
      <w:r>
        <w:t>रोज़े में जो एतकाफ है क्योंकि पूरे फवायद हमें वहां मिलते हैं. क्योंकि वहां हम अपने बिल्कुल अपने आप को यक्सू होकर वहां पर खुदा के हुज़ूर में खुदा के यहां बाद करते हैं. खुदा से दोवाएं मांगते हैं. फिर जकात की बादत भी उसमें शामिल हो जाती है. क्योंकि हमको उसमें माल खर्च होता है हमारा. तो इस तरीके से तमाम एबादतों का मज़मूआ है.</w:t>
      </w:r>
    </w:p>
    <w:p>
      <w:r>
        <w:rPr>
          <w:b/>
        </w:rPr>
        <w:t xml:space="preserve">[03:10] </w:t>
      </w:r>
      <w:r>
        <w:t>lekin Hajj jo hai agar vah spirit ke saath ho tab uske saare fayde hamein milenge. agar sirf mahaj zahiri rusu maadha kar lena hai to kisi bhi vaadat ke sirf rusu mein vaada karne se hamein vah fayde nahi milte. to hamein spirit ka fayda jo hai jab bhi milega jab hum Hajj ko poori kaifiyat ke saath ada karein.</w:t>
      </w:r>
    </w:p>
    <w:p>
      <w:pPr>
        <w:jc w:val="right"/>
      </w:pPr>
      <w:r>
        <w:t>लेकिन हज जो है अगर वह spirit के साथ हो तब उसके सारे फ़ायदे हमें मिलेंगे. अगर सिर्फ महाज जाहिरी रुसू माधा कर लेना है तो किसी भी वादद के सिर्फ रुसू में वादा करने से हमें वह फ़ायदे नहीं मिलते. तो हमें spirit का फ़ायदा जो है जब भी मिलेगा जब हम हज को पूरी कैफियाद के साथ अदा करें.</w:t>
      </w:r>
    </w:p>
    <w:p>
      <w:r>
        <w:rPr>
          <w:b/>
        </w:rPr>
        <w:t xml:space="preserve">[03:38] </w:t>
      </w:r>
      <w:r>
        <w:t>aajkal kya riwaj ho gaya hai ki sab log rati ratai duayein jo hain rati ratai duayein padhte rehte hain. to vah kitabein hoti hain harsh ki duaon par. to usi ko padhte rehte hain. to usse vah sab kaifiyat hamare andar nahi paida hoti. to jo duayein honi chahiye vah hamare dil se nikalni chahiye. hamare andar Khuda se itna zyada gehra talluq paida ho jaye. hamein Khuda ki yaad aane lage.</w:t>
      </w:r>
    </w:p>
    <w:p>
      <w:pPr>
        <w:jc w:val="right"/>
      </w:pPr>
      <w:r>
        <w:t>आजकल क्या रवाज हो गया है कि सब लोग रटी रटाई दवा दुआएं जो हैं रटी रटाई दुआएं पढ़ते रहते हैं. तो वह किताबें होती हैं हर्ष की दुआओं पर. तो उसी को पढ़ते रहते हैं. तो उससे वह सब कैफियाद हमारे अंदर नहीं पैदा होती. तो जो दुआएं होनी चाहिए वह हमारे दिल से निकलनी चाहिए. हमारे अंदर खुदा से इतना ज़्यादा गहरा तल्लुक पैदा हो जाए. हमको खुदा की याद आने लगे.</w:t>
      </w:r>
    </w:p>
    <w:p>
      <w:r>
        <w:rPr>
          <w:b/>
        </w:rPr>
        <w:t xml:space="preserve">[04:08] </w:t>
      </w:r>
      <w:r>
        <w:t>us waqt jo hamare andar se duayein niklegi. to vah kaifiyat wali duayein jo hai vah Khuda ki bar gaah mein qubool hoti hai. to aajkal to ek ek hadith maine dekha ki aakhri zamane mein maldaal log tafri ke liye Hajj karenge. to aajkal Hajj tourism bhi chala hua hai. to doosre log jagah jagah tour karte hain. wahan ke mukamat dekhne ke liye.</w:t>
      </w:r>
    </w:p>
    <w:p>
      <w:pPr>
        <w:jc w:val="right"/>
      </w:pPr>
      <w:r>
        <w:t>उस वक्त जो हमारे अंदर से दुआएं निकलेंगी. तो वह कैफियात वाली दुआएं जो है वह खुदा की बार गाम में कुबूल होती है. तो आजकल तो एक एक हदीश मैंने देखा कि आखिरी जमाने में मालदाल लोग तफरी के लिए हज करेंगे. तो आजकल हज tourism भी चला हुआ है. तो दूसरे लोग जगह जगह tour करते हैं. वहां के मुकामात देखने के लिए.</w:t>
      </w:r>
    </w:p>
    <w:p>
      <w:r>
        <w:rPr>
          <w:b/>
        </w:rPr>
        <w:t xml:space="preserve">[04:36] </w:t>
      </w:r>
      <w:r>
        <w:t>tarekhi mukamat beautiful nature ke scenes dekhne ke liye to hum bahut sare musalman hain. woh haj karne chale jate hain aur ek us mein tha ke ulma jo hain haj karenge shohrat ke liye aur ghareeb log haj karenge wahan mangne ke liye. bahut zyada ghareeb log wahan jate hain. ab kafi paisa ikhatta karke late hain.</w:t>
      </w:r>
    </w:p>
    <w:p>
      <w:pPr>
        <w:jc w:val="right"/>
      </w:pPr>
      <w:r>
        <w:t>तारीखी मुकामात beautiful nature के scenes देखने के लिए तो हम बहुत सारे मुसलमान हैं. वह हज करने चले जाते हैं और एक उसमें था कि ओलमा जो हैं हज करेंगे शोरत के लिए और गरीब लोग हज करेंगे वहां मांगने के लिए. बहुत ज़्यादा गरीब लोग वहां जाते हैं. अब काफी पैसा इकट्ठा करके लाते हैं.</w:t>
      </w:r>
    </w:p>
    <w:p>
      <w:r>
        <w:rPr>
          <w:b/>
        </w:rPr>
        <w:t xml:space="preserve">[04:59] </w:t>
      </w:r>
      <w:r>
        <w:t>to haj ka safar jo hai wah aisa hona chahiye ki haj main hum jab wapas hoon aaj</w:t>
      </w:r>
    </w:p>
    <w:p>
      <w:pPr>
        <w:jc w:val="right"/>
      </w:pPr>
      <w:r>
        <w:t>तो हज का सफर जो है वह ऐसा होना चाहिए कि हज मैं हम जब वापस हूं आज</w:t>
      </w:r>
    </w:p>
    <w:p>
      <w:r>
        <w:rPr>
          <w:b/>
        </w:rPr>
        <w:t xml:space="preserve">[05:04] </w:t>
      </w:r>
      <w:r>
        <w:t>se to poori kafiyat ke saath wapas hoon.</w:t>
      </w:r>
    </w:p>
    <w:p>
      <w:pPr>
        <w:jc w:val="right"/>
      </w:pPr>
      <w:r>
        <w:t>से तो पूरी कैफियाद के साथ वापस हूं.</w:t>
      </w:r>
    </w:p>
    <w:p>
      <w:r>
        <w:rPr>
          <w:b/>
        </w:rPr>
        <w:t xml:space="preserve">[05:09] </w:t>
      </w:r>
      <w:r>
        <w:t>jo hum kehte hain labbe kallam labbek, e khuda main hazir hoon, e khuda main hazir hoon.</w:t>
      </w:r>
    </w:p>
    <w:p>
      <w:pPr>
        <w:jc w:val="right"/>
      </w:pPr>
      <w:r>
        <w:t>जो हम कहते हैं लब्बे कल्लाम लब्बेक, ए खुदा मैं हाज़िर हूं, ए खुदा मैं हाज़िर हूं.</w:t>
      </w:r>
    </w:p>
    <w:p>
      <w:r>
        <w:rPr>
          <w:b/>
        </w:rPr>
        <w:t xml:space="preserve">[05:14] </w:t>
      </w:r>
      <w:r>
        <w:t>to yeh sirf alfaaz nahi hai.</w:t>
      </w:r>
    </w:p>
    <w:p>
      <w:pPr>
        <w:jc w:val="right"/>
      </w:pPr>
      <w:r>
        <w:t>तो यह सिर्फ अल्फाज़ नहीं है.</w:t>
      </w:r>
    </w:p>
    <w:p>
      <w:r>
        <w:rPr>
          <w:b/>
        </w:rPr>
        <w:t xml:space="preserve">[05:19] </w:t>
      </w:r>
      <w:r>
        <w:t>balki poori hamare andar se wah kafiyat paida ho jani chahiye ki allah main apne aap ko, apne</w:t>
      </w:r>
    </w:p>
    <w:p>
      <w:pPr>
        <w:jc w:val="right"/>
      </w:pPr>
      <w:r>
        <w:t>बल्कि पूरी हमारे अंदर से वह कैफियाद पैदा हो जानी चाहिए कि अल्लाह मैं अपने आप को, अपने</w:t>
      </w:r>
    </w:p>
    <w:p>
      <w:r>
        <w:rPr>
          <w:b/>
        </w:rPr>
        <w:t xml:space="preserve">[05:24] </w:t>
      </w:r>
      <w:r>
        <w:t>maal ko, apne time ko, apni energy ko sab kuch tere liye hazir kar raha hoon.</w:t>
      </w:r>
    </w:p>
    <w:p>
      <w:pPr>
        <w:jc w:val="right"/>
      </w:pPr>
      <w:r>
        <w:t>माल को, अपने time को, अपनी energy को सब कुछ तेरे लिए हाज़िर कर रहा हूं.</w:t>
      </w:r>
    </w:p>
    <w:p>
      <w:r>
        <w:rPr>
          <w:b/>
        </w:rPr>
        <w:t xml:space="preserve">[05:30] </w:t>
      </w:r>
      <w:r>
        <w:t>ab sirf mujhe apne aap ko teri mission ke liye dedicate karna hai. to yeh hai isiliye haj ko afzal ebadat kaha gaya hai. ji, mashallah. bahut achhe se wazeh kiya aap aapne.</w:t>
      </w:r>
    </w:p>
    <w:p>
      <w:pPr>
        <w:jc w:val="right"/>
      </w:pPr>
      <w:r>
        <w:t>अब सिर्फ मुझे अपने आपको तेरी mission के लिए dedicate करना है. तो यह है इसीलिए हाज़ को अफज़ाल एबादत कहा गया है. जी, मौशालाह. बहुत अच्छे से बाज़ी किया आप आपने.</w:t>
      </w:r>
    </w:p>
    <w:p>
      <w:r>
        <w:rPr>
          <w:b/>
        </w:rPr>
        <w:t xml:space="preserve">[05:44] </w:t>
      </w:r>
      <w:r>
        <w:t>aap there is a famous quote that there is a woman at the beginning of all great things and Maulana Wahiduddin Khan sahib once you know while narrating this quote said in his talk that Hazrat Hajra is one of the greatest example and proof in human history confirming, you know, the veracity of this court.</w:t>
      </w:r>
    </w:p>
    <w:p>
      <w:pPr>
        <w:jc w:val="right"/>
      </w:pPr>
      <w:r>
        <w:t>आप there is a famous quote that there is a woman at the beginning of all great things and मलाना वैदुद्दीन खान साहब once you know while narrating this quote said in his talk that हजरत हज़ारा is one of the greatest example and proof in human history confirming, you know, the veracity of this court.</w:t>
      </w:r>
    </w:p>
    <w:p>
      <w:r>
        <w:rPr>
          <w:b/>
        </w:rPr>
        <w:t xml:space="preserve">[06:10] </w:t>
      </w:r>
      <w:r>
        <w:t>her marvelous sacrifice brought an era in the human history which which brought about revolution. to ab main chahunga ke aap role of Hajra ko achhe se wazeh karen hum sab ke liye. Hazrat Hajra ka role bahut azeem hai. agar unhone yeh qurbani na di hoti to aaj tauheed ka inqilab bhi na aata.</w:t>
      </w:r>
    </w:p>
    <w:p>
      <w:pPr>
        <w:jc w:val="right"/>
      </w:pPr>
      <w:r>
        <w:t>Her marvelous sacrifice brought an era in the human history which which brought about revolution. तो अब मैं चाहूंगा कि आप role of हाजरा को अच्छे से वाज़े करें हम सबके लिए. हजरत हाजरा का role बहुत अजीम है. अगर उन्होंने यह कुर्बानी ना दी होती तो आज तौहीद का इन खिलाफ भी ना आता.</w:t>
      </w:r>
    </w:p>
    <w:p>
      <w:r>
        <w:rPr>
          <w:b/>
        </w:rPr>
        <w:t xml:space="preserve">[06:36] </w:t>
      </w:r>
      <w:r>
        <w:t>kyunki duniya mein itna zyada shirk tha, itni zyada superstition tha ke koi bhi jab paighambar aata to woh kamyab nahi hota tha kyunke logon ke andar itna zyada superstition tha ke woh paighambar ki dawat e tauheed ko manne ke liye apne aap ko tayyar nahi paate the.</w:t>
      </w:r>
    </w:p>
    <w:p>
      <w:pPr>
        <w:jc w:val="right"/>
      </w:pPr>
      <w:r>
        <w:t>क्योंकि दुनिया में इतना ज़्यादा शिर्क था, इतनी ज़्यादा superstition था कि कोई भी जब पैगम्बर आता तो वह कामयाब नहीं होता था क्योंकि लोगों के अंदर इतना ज़्यादा superstition था कि वह पगम्बर की दावतें तौहीद को मानने के लिए अपने आप को तैयार नहीं पाते थे.</w:t>
      </w:r>
    </w:p>
    <w:p>
      <w:r>
        <w:rPr>
          <w:b/>
        </w:rPr>
        <w:t xml:space="preserve">[06:58] </w:t>
      </w:r>
      <w:r>
        <w:t>to jab allah taala ne ek lakh chobees hazar paighambar bheje aur uske bawajood tauheed par mabni inqilab na aa saka. tab allah taala ne ek planning ki. us planning ke liye jo zabardast qurbani chahiye thi woh ek aurat hi de sakti thi. woh Hazrat Hajra ne woh qurbani di.</w:t>
      </w:r>
    </w:p>
    <w:p>
      <w:pPr>
        <w:jc w:val="right"/>
      </w:pPr>
      <w:r>
        <w:t>तो जब अल्लाह ताला ने एक लाख चौबीस हज़ार पगम्बर भेजे और उसके बावजूद तौहीद पर मवनी इन खिलाफ ना आ सका. तब अल्लाह तालाह ने एक planning की. उस planning के लिए जो ज़बरदस्त कुर्बानी सरकार थी वह एक औरत ही दे सकती थी. वह हजरत हाजरा ने वह कुर्बानी दी.</w:t>
      </w:r>
    </w:p>
    <w:p>
      <w:r>
        <w:rPr>
          <w:b/>
        </w:rPr>
        <w:t xml:space="preserve">[07:21] </w:t>
      </w:r>
      <w:r>
        <w:t>woh qurbani yeh thi ke allah taala ka yeh plan hua ke abadi chunke sari buraiyan abadi mein hoti hain. to abadi mein log shirk tha abadi mein, superstition tha abadi mein, moral evils thi. to jab bachcha paida hota to usi society mein jaakar usi rang mein rang jaata tha.</w:t>
      </w:r>
    </w:p>
    <w:p>
      <w:pPr>
        <w:jc w:val="right"/>
      </w:pPr>
      <w:r>
        <w:t>वह कुर्बानी यह थी कि अल्लाह तालाह का यह plan हुआ कि आबादी चूंकि सारी बुराइयां आबादी में होती हैं. तो आबादी में लोग शिर्क था आबादी में, superstition था आबादी में, moral evils थी. तो जब बच्चा पैदा होता तो उसी society में जाकर उसी रंग में रंग जाता था.</w:t>
      </w:r>
    </w:p>
    <w:p>
      <w:r>
        <w:rPr>
          <w:b/>
        </w:rPr>
        <w:t xml:space="preserve">[07:43] </w:t>
      </w:r>
      <w:r>
        <w:t>to allah taala ne plan kiya ke ek sahara mein ek nasal banai jaye aur us nasal ko jo us sahara ke jo ghair mutamaddin ilaqe mein aur jahan ke har buraiyon se mehfooz ek jagah mein ek nasal paida ki jaye jo nasal baad mein aakhri paighambar ke sath unko support degi aur tauheed par mabni inqilab paida karegi.</w:t>
      </w:r>
    </w:p>
    <w:p>
      <w:pPr>
        <w:jc w:val="right"/>
      </w:pPr>
      <w:r>
        <w:t>तो अल्लाह तालाह ने plan किया कि एक सहारा में एक नस्ल बनाई जाए और उस नस्ल को जो उस सहारा के जो गैर मुतमद्दिन इलाके में और जहां के हर बुराइयों से महफूज एक जगह में एक नस्ल पैदा की जाए जो नस्ल बाद में आखिरी प्रागंबर के साथ उनको support देगी और तौहित परमवलीयन खिलाफ पैदा करेगी.</w:t>
      </w:r>
    </w:p>
    <w:p>
      <w:r>
        <w:rPr>
          <w:b/>
        </w:rPr>
        <w:t xml:space="preserve">[08:11] </w:t>
      </w:r>
      <w:r>
        <w:t>to Hazrat Hajra ne yeh qurbani di. jab Hazrat Ibrahim Hazrat Hajra ko le gaye sahara mein aur unke paas ek chota bachcha tha Ismail. to do teen din ke baad woh jab wahan sahara mein chhodkar jaane lage to Hazrat Hajra ne kaha ke aap humein chhodkar ja rahe hain hum yahan sahara mein kaise rahenge wahan to pani bhi nahi tha. na koi insan, na pani, na khana kuch nahi.</w:t>
      </w:r>
    </w:p>
    <w:p>
      <w:pPr>
        <w:jc w:val="right"/>
      </w:pPr>
      <w:r>
        <w:t>तो हजरत हाजरा ने यह कुर्बानी दी. जब हजरत इब्राहिम हजरत हाजरा को ले गए शहरा में और उनके पास एक छोटा बच्चा था इस्माइल. तो दो तीन दिन के बाद वह जब वहां सेहरा में छोड़कर जाने लगे तो हजरत हाजरा ने कहा कि आप हमें छोड़कर जा रहे हैं हम यहां सेहरा में कैसे रहेंगे वहां तो पानी भी नहीं था. ना कोई इंसान, ना पानी, ना खाना कुछ नहीं.</w:t>
      </w:r>
    </w:p>
    <w:p>
      <w:r>
        <w:rPr>
          <w:b/>
        </w:rPr>
        <w:t xml:space="preserve">[08:38] </w:t>
      </w:r>
      <w:r>
        <w:t>to do teen baar unhone jab bola to Hazrat Ibrahim aur Ismail kuch bole nahi. to phir Hazrat Hajra ne kaha ke kya yeh aap apni marzi se kar rahe hain ya khuda ka hukum hai? to Hazrat Ibrahim ne tab jawab diya ke haan yeh khuda ka hukum hai. to us waqt Hazrat Hajra ne kaha ke agar yeh khuda ka hukum hai to phir allah humein zaya nahi karega.</w:t>
      </w:r>
    </w:p>
    <w:p>
      <w:pPr>
        <w:jc w:val="right"/>
      </w:pPr>
      <w:r>
        <w:t>तो दो तीन बार उन्होंने जब बोला तो हज़ात इब्राहिम और इस्लाम कुछ बोले नहीं. तो फिर हज़ात हज़ारा ने कहा कि क्या यह आप अपनी मर्ज़ी से कर रहे हैं या खुदा का खूफ में? तो हज़ात इब्राहिम ने तब जवाब दिया कि हां यह खुदा का हुक्म है. तो उस वक्त हज़रत हाजरा ने कहा कि अगर यह खुदा का हुक्म है तो फिर अल्लाह हमें जाय नहीं करेगा.</w:t>
      </w:r>
    </w:p>
    <w:p>
      <w:r>
        <w:rPr>
          <w:b/>
        </w:rPr>
        <w:t xml:space="preserve">[09:03] </w:t>
      </w:r>
      <w:r>
        <w:t>ab aap sochiye ke aaj koi bhi na mard na aurat sahara mein akele rehne ke liye tayyar hoga. ji. to yeh bahut bada Hazrat Hajra ka role hai. isko humein yaad karna chahiye aur isse humein inspiration hasil karna chahiye. to Hazrat Hajra mar rahi hai jab pani ki bachcha rone laga pani se to woh daudi Safa aur Marwa ek chhoti chhoti pahadiyan hain. to wahan saat baar daudi uske baad allah taala ne Zam Zam ka khua wahan nikal diya.</w:t>
      </w:r>
    </w:p>
    <w:p>
      <w:pPr>
        <w:jc w:val="right"/>
      </w:pPr>
      <w:r>
        <w:t>अब आप सोचिए कि आज कोई भी ना मर्द ना औरत सेहरा में अकेले रहने के लिए तैयार होगा. जी. तो यह बहुत बड़ा हजरत हाजरा का role है. इसको हमें याद करना चाहिए और इससे हमें inspiration हासिल करना चाहिए. तो हजरत हजरा मार रही है जब पानी की बच्चा रोने लगा पानी से तो वह दौड़ी सफ़ा और मरवा एक छोटी छोटी पहाड़ियां आए. तो वहां सात बार दौड़ी उसके बाद अल्लाह तालने ज़म ज़म का खुआ वहां निकाल दिया.</w:t>
      </w:r>
    </w:p>
    <w:p>
      <w:r>
        <w:rPr>
          <w:b/>
        </w:rPr>
        <w:t xml:space="preserve">[09:33] </w:t>
      </w:r>
      <w:r>
        <w:t>to jab pani ho jata hai sahara mein to phir aur log doosre insan jab woh tribal age tha to koi ek tribe tha Jurhum woh aakar wahan bas gaya.</w:t>
      </w:r>
    </w:p>
    <w:p>
      <w:pPr>
        <w:jc w:val="right"/>
      </w:pPr>
      <w:r>
        <w:t>तो जब पानी हो जाता है सेहरा में तो फिर और लोग दूसरी इंसान जब वह tribal age था तो कोई एक tribe था जुर्म वह आकर वहां बस गया.</w:t>
      </w:r>
    </w:p>
    <w:p>
      <w:r>
        <w:rPr>
          <w:b/>
        </w:rPr>
        <w:t xml:space="preserve">[09:44] </w:t>
      </w:r>
      <w:r>
        <w:t>to dheere dheere wahan abadi ho gayi aur wahan sare jo sulah thi woh shuru ho gayi wahan par lekin phir bhi chunke wahan par shirk nahi tha superstition nahi tha moral evils nahi the to wahan par jo log paida hue dhai hazar ke tabalon do naslon se to unke andar yeh sab buraiyan nahi thi.</w:t>
      </w:r>
    </w:p>
    <w:p>
      <w:pPr>
        <w:jc w:val="right"/>
      </w:pPr>
      <w:r>
        <w:t>तो धीरे धीरे वहां आबादी हो गई और वहां सारे जो सूल याद थी वह शुरू हो गई वहां पर लेकिन फिर भी चूंकि वहां पर शिर्क नहीं था superstation नहीं था moral evils नहीं थे तो वहां पर जो लोग पैदा हुए ढाई हज़ार के तबालों दो तनासुल से तो उनके अंदर यह सब बुराइयां नहीं थी.</w:t>
      </w:r>
    </w:p>
    <w:p>
      <w:r>
        <w:rPr>
          <w:b/>
        </w:rPr>
        <w:t xml:space="preserve">[10:06] </w:t>
      </w:r>
      <w:r>
        <w:t>ab aakhri paighambar ko ek tauheed par mabni jo inqilab lana tha uske liye ek bahut hi energetic nasal chahiye thi. is nasal ko Hitti ne nursery ya firoze kaha hai to bahut zyada bahadur the woh log aur jhoot nahi bolte the. woh log is tarah ki jo moral evils kahi jati hai woh unke andar thi hi nahi. ek baar agar woh wada kar lete to wada pura karte the.</w:t>
      </w:r>
    </w:p>
    <w:p>
      <w:pPr>
        <w:jc w:val="right"/>
      </w:pPr>
      <w:r>
        <w:t>अब आखिरी पगम्बर को एक तहित पर मवनी जो ना खिलाफ लाना था उसके लिए एक बहुत ही energetic नस्ल चाहिए थी. इस नस्ल को हिट्टी ने nursery या फिरोज़ कहा है तो बहुत ज़्यादा बहादुर थे वो लोग और झूठ नहीं बोलते थे. वो लोग इस तरह की जो moral evils कही जाती है वो उनके अंदर थी ही नहीं. एक बार अगर वह वादा कर लेते तो वादा पूरा करते थे.</w:t>
      </w:r>
    </w:p>
    <w:p>
      <w:r>
        <w:rPr>
          <w:b/>
        </w:rPr>
        <w:t xml:space="preserve">[10:34] </w:t>
      </w:r>
      <w:r>
        <w:t>to yeh log the jinhone Rasool Allah sallallahu alaihi wasallam ka aakhri had tak sath diya aur aapko kamyab kiya. to aur wahan par Hazrat Hajra ki wajah se wahan par jab Hazrat Ismail bade hue to wahan allah ka pehla ghar bana. Kaaba jo hai woh pehla tauheed ka ghar hai. jo Hazrat Ibrahim aur Hazrat Ismail ne milkar banaya. to allah taala ne Hazrat Ibrahim ek bahut bade paighambar the.</w:t>
      </w:r>
    </w:p>
    <w:p>
      <w:pPr>
        <w:jc w:val="right"/>
      </w:pPr>
      <w:r>
        <w:t>तो यह लोग थे जिन्होंने रसूल्लाह सौसल्लम का आखिरी हद तक साथ दिया और आपको कामयाब किया. तो और वहां पर रजत हजरा की वजह से वहां पर जब हज़रत इस्माइल बड़े हुए तो वहां अल्लाह का पहला घर बना. काबा जो है वह पहला तहुईद का घर है. जो हज़रत इब्राहीम और हज़रत इस्माइल ने मिलकर बनाया. तो अल्लाह तालाह ने हज़रत इबराहिम एक बहुत बड़े प्रागंबर थे.</w:t>
      </w:r>
    </w:p>
    <w:p>
      <w:r>
        <w:rPr>
          <w:b/>
        </w:rPr>
        <w:t xml:space="preserve">[11:04] </w:t>
      </w:r>
      <w:r>
        <w:t>allah taala ne unko Quran mein Khaleelullah laqab diya hai. to allah taala ne kaha ke inni ja'aluka linnaasi imama. maine tumko tamam insano ka imam banaya. to isi nasal se tamam paighambar paida hue. jo paighambar hain judaism mein hai aur christianity mein hai. Hazrat Isa aur Hazrat Yahya last paighambar the. to uske baad Rasool Allah sallallahu alaihi wasallam aaye.</w:t>
      </w:r>
    </w:p>
    <w:p>
      <w:pPr>
        <w:jc w:val="right"/>
      </w:pPr>
      <w:r>
        <w:t>अल्लाह तालाह ने उनको कुरान में खाली उल्लाह ग़लत जाया है. तो अल्लाह तालाह ने कहा कि इन्हीं जायलों का लिन्ना से इमामा. मैंने तुमको तमाम इंसानों का इमाम बनाया. तो इसी नस्ल से तमाम पैगम्बर पैदा हुए. जो पैगम्बर है judaism में है और christianity में है. हज़रत ईसा और हजरत यही आज last प्रागम्बर थे. तो उसके बाद रसूल्लाह श्रीरा सल्लम आए.</w:t>
      </w:r>
    </w:p>
    <w:p>
      <w:r>
        <w:rPr>
          <w:b/>
        </w:rPr>
        <w:t xml:space="preserve">[11:33] </w:t>
      </w:r>
      <w:r>
        <w:t>sab ke sab isi nasal se aaye. to is nasal ne shirk ko khatm kiya aur aur ek aisa inqilab bapa kiya ke usmein sari duniya mein tauheed ka jo message jo sari duniya mein pahunch gaya. to ab humein Hazrat Hajra se inspiration lena hai aur aaj ka jo masla hai woh shirk nahi hai balki ilhad hai.</w:t>
      </w:r>
    </w:p>
    <w:p>
      <w:pPr>
        <w:jc w:val="right"/>
      </w:pPr>
      <w:r>
        <w:t>सब के सब इसी नस्ल से आए. तो इस नस्ल ने शिर्क को खत्म किया और और एक ऐसा इन खिलाफ बर्फा किया कि उसमें सारी दुनिया में तोहित का जो message जो सारी दुनिया में पहुंच गया. तो अब हमें अद्रथाजरा से inspiration लेना है और आज का जो मसला है वह शिर्ख नहीं है बल्कि इल्हाद है.</w:t>
      </w:r>
    </w:p>
    <w:p>
      <w:r>
        <w:rPr>
          <w:b/>
        </w:rPr>
        <w:t xml:space="preserve">[12:00] </w:t>
      </w:r>
      <w:r>
        <w:t>aaj log science ki jo discoveries hain unko galat interpretation ki wajah se unhone usse ilhad nikala yani khuda ki koi zaroorat nahi hai. har cheez hum ko science explain kar leti hai. hum har cheez ko hum science se explain kar lete hain. to yeh ilhad jo hai yeh utna hi zyada galat cheez hai jitna ke shirk.</w:t>
      </w:r>
    </w:p>
    <w:p>
      <w:pPr>
        <w:jc w:val="right"/>
      </w:pPr>
      <w:r>
        <w:t>आज लोग science की जो discoveries हैं उनको गलत interpretation की वजह से उन्होंने उससे इल्हाद निकाला यानी खुदा की कोई ज़रूरत नहीं है. हर चीज़ हम को science explain कर लेते हैं. हम हर चीज़ को हम science से explain कर लेते हैं. तो यह इलाहाद जो है यह उतना ही ज़्यादा गलत चीज़ है जितना की शिर्क.</w:t>
      </w:r>
    </w:p>
    <w:p>
      <w:r>
        <w:rPr>
          <w:b/>
        </w:rPr>
        <w:t xml:space="preserve">[12:24] </w:t>
      </w:r>
      <w:r>
        <w:t>to humein aaj apne aap ko dedicate karna hai Hajra ki tarah aur is ilhad ko duniya se khatm karna hai aur dobara ek ek ek tauheed based enclave lana hai. ji.</w:t>
      </w:r>
    </w:p>
    <w:p>
      <w:pPr>
        <w:jc w:val="right"/>
      </w:pPr>
      <w:r>
        <w:t>तो हमें आज अपने आप को dedicate करना है हज़रा की तरह और इस इल्हाद को दुनिया से खत्म करना है और दोबारा एक एक एक तोहिद based enclave लाना है. जी.</w:t>
      </w:r>
    </w:p>
    <w:p>
      <w:r>
        <w:rPr>
          <w:b/>
        </w:rPr>
        <w:t xml:space="preserve">[12:40] </w:t>
      </w:r>
      <w:r>
        <w:t>Mashallah, aap aapne jo jaise abhi kaha ke Hazrat Hajra se humein inspiration leni hai aur apne aap ko dedicate karna hai unki tarah, usse ek cheez aur bade achhe se nikal ke aati hai aap ke position of women in Islam is so high. agar hum dekhen Islamic history mein jaise aaj Hazrat Hajra ke bare mein aapne bahut achhe se wazeh kiya, usi tarah se Hazrat Asia ka example Quran mein aaya hai.</w:t>
      </w:r>
    </w:p>
    <w:p>
      <w:pPr>
        <w:jc w:val="right"/>
      </w:pPr>
      <w:r>
        <w:t>माशालाह, आप आपने जो जैसे अभी कहा कि हजरत हाजरा से हमें inspiration लेनी है और अपने आप को dedicate करना है उनकी तरह, उससे एक चीज़ और बड़े अच्छे से निकल के आती है आप कि position of women in इस्लाम is so high. अगर हम देखें islamic history में जैसे आज हज़रत हाजरा के बारे में आपने बहुत अच्छे से वाज़े किया, उसी तरीके से हज़रत asia का example कुरान में आया है.</w:t>
      </w:r>
    </w:p>
    <w:p>
      <w:r>
        <w:rPr>
          <w:b/>
        </w:rPr>
        <w:t xml:space="preserve">[13:08] </w:t>
      </w:r>
      <w:r>
        <w:t>Hazrat Khadija, Hazrat Aisha, Hazrat Umm Salma ne jinhone treaty of Hudaybiyyah mein bada pivotal role play kiya. In fact yahan pe aap main woh phir se dohrana chahunga. woh bahut hi beautiful hadith ki ek shakhs prophet ke paas aata hai aur kehta hai ke who deserves the, who deserves my best treatment? to teen dafa woh prophet se poochta hai aur har dafa prophet kehte hain your mother, your mother, your mother.</w:t>
      </w:r>
    </w:p>
    <w:p>
      <w:pPr>
        <w:jc w:val="right"/>
      </w:pPr>
      <w:r>
        <w:t>हज़रत खदीजा, हज़रत आईशा, हज़रत उम्मीद सल्माह जिन्होंने treaty of उदयबिया में बड़ा pivotal role play किया. In fact यहाँ पे आप मैं वो फिर से दोहराना चाहूंगा. वो बहुत ही beautiful हदीज़ की एक शख्स prophet के पास आता है और कहता है कि who deserves the, who deserves my best treatment? तो तीन दफा वह prophet से पूछता है और हर दफा prophet कहते हैं your mother, your mother, your mother.</w:t>
      </w:r>
    </w:p>
    <w:p>
      <w:r>
        <w:rPr>
          <w:b/>
        </w:rPr>
        <w:t xml:space="preserve">[13:37] </w:t>
      </w:r>
      <w:r>
        <w:t>chauthi dafa prophet kehte hain your father. to isse itne achhe se wazeh hota hai ke yeh position of women in Islam is, is very high. In fact jaise aapne kaha ke humein inspiration lena hai. poori yeh jo Islamic revolution ki agar hum background ko dekhen to Hazrat Hajra se unke sacrifice se shuru hota hai.</w:t>
      </w:r>
    </w:p>
    <w:p>
      <w:pPr>
        <w:jc w:val="right"/>
      </w:pPr>
      <w:r>
        <w:t>चौथी दफा prophet कहते हैं your father. तो इससे इतने अच्छे से वाज़े होता है कि यह position of women in islam is, is very high. In fact जैसे आपने कहा कि हमें inspiration लेना है. पूरी यह जो islamic revolution की अगर हम background को देखें तो हज़रत हाजरा से उनके sacrifice से शुरू होता है.</w:t>
      </w:r>
    </w:p>
    <w:p>
      <w:r>
        <w:rPr>
          <w:b/>
        </w:rPr>
        <w:t xml:space="preserve">[13:59] </w:t>
      </w:r>
      <w:r>
        <w:t>to the common belief that position of women is unequal or is lower in Islam is highly misplaced. yeh sab baatein logon tak pahunchni chahiye. aaj aapne bahut achhe se isko wazeh kiya jaza kalla. ab aaj ka subject hai spirit of Haj aur jahan tak main samjhaun spirit of Haj is all about unity and solidarity.</w:t>
      </w:r>
    </w:p>
    <w:p>
      <w:pPr>
        <w:jc w:val="right"/>
      </w:pPr>
      <w:r>
        <w:t>तो the common belief that position of women is unequal or is lower in islam is highly misplaced. यह सब बातें लोगों तक पहुंचनी चाहिए. आज आपने बहुत अच्छे से इसको वाज़े किया जज़ा करला. अब आज का subject है spirit of हज और जहां तक मैं समझाऊ spirit of हज is all about unity and solidarity.</w:t>
      </w:r>
    </w:p>
    <w:p>
      <w:r>
        <w:rPr>
          <w:b/>
        </w:rPr>
        <w:t xml:space="preserve">[14:24] </w:t>
      </w:r>
      <w:r>
        <w:t>so if a person performs Haj in the real spirit then he is able to do away with opposition and you know a person lives in unity and harmony even you know in a state of provocation. to aap main chahunga ke aap hum sab ko batayein what is the spirit of Haj? Maulana sahib ki ek kitab hai Haqeeqat e Haj. to usmein se main ek chhota sa quote saamne rakhti hoon aapke.</w:t>
      </w:r>
    </w:p>
    <w:p>
      <w:pPr>
        <w:jc w:val="right"/>
      </w:pPr>
      <w:r>
        <w:t>So if a person performs हज in the real spirit then he is able to do away with opposition and you know a person lives in unity and harmony even you know in a state of provocation. तो आप मैं चाहूंगा कि आप हम सबको बताएं what is the spirit of हज? महोराणा साहब की एक किताब है हकीकतें हाज. तो उसमें से मैं एक छोटा सा coat सामने रखती हूं आपके.</w:t>
      </w:r>
    </w:p>
    <w:p>
      <w:r>
        <w:rPr>
          <w:b/>
        </w:rPr>
        <w:t xml:space="preserve">[14:52] </w:t>
      </w:r>
      <w:r>
        <w:t>us se bohat ziyada wazeh hota hai ke hajj ki spirit kya hai? to hajj ki yeh ibadat aik aisi ibadat hai jis mein bohat saare arkaan hain aur bohat saare hamare emotions un se juray hue hain. to uska woh aik chota sa coat hai. to haji ko aisa mehsoos hota hai ke woh apni dunya se nikl kar khuda ki dunya mein pohnch gaya hai.</w:t>
      </w:r>
    </w:p>
    <w:p>
      <w:pPr>
        <w:jc w:val="right"/>
      </w:pPr>
      <w:r>
        <w:t>उससे बहुत ज़्यादा वाज़िर होता है कि हाज की spirit क्या है? तो हज की यह बादत एक ऐसी बादत है जिसमें बहुत सारे अर्कान है और बहुत सारे हमारे emotions उनसे जुड़े हुए हैं. तो उसका वह एक छोटा सा coat है. तो हाजी को ऐसा महसूस होता है कि वह अपनी दुनिया से निकलकर खुदा की दुनिया में पहुंच गया है.</w:t>
      </w:r>
    </w:p>
    <w:p>
      <w:r>
        <w:rPr>
          <w:b/>
        </w:rPr>
        <w:t xml:space="preserve">[15:21] </w:t>
      </w:r>
      <w:r>
        <w:t>woh apne rab ko chhoo raha hai. woh us ke gird ghoom raha hai. woh us ki taraf daur raha hai. woh us ki khatir idhar se udhar ja raha hai. woh us ke khuroor khurbaani pesh kar raha hai. woh us ke dushmani yaani shaitan ko kankariyan maar raha hai. woh us se maang raha hai jo kuch woh us se maangna chahta hai. woh us se pa raha hai. jo kuch woh us se paana chahta hai.</w:t>
      </w:r>
    </w:p>
    <w:p>
      <w:pPr>
        <w:jc w:val="right"/>
      </w:pPr>
      <w:r>
        <w:t>वह अपने रब को छू रहा है. वह उसके गिर्द घूम रहा है. वह उसकी तरफ दौड़ रहा है. वह उसकी खातिर इधर से उधर जा रहा है. वह उसके खुदूर खुरबानी पेश कर रहा है. वह उसके दुश्मनी यानी शैतान को कंकड़ियां मार रहा है. वह उससे मांग रहा है जो कुछ वह उससे मांगना चाहता है. वह उससे पा रहा है. जो कुछ वह उससे पाना चाहता है.</w:t>
      </w:r>
    </w:p>
    <w:p>
      <w:r>
        <w:rPr>
          <w:b/>
        </w:rPr>
        <w:t xml:space="preserve">[15:50] </w:t>
      </w:r>
      <w:r>
        <w:t>to yeh bohat zabardast hajj ki yeh ibadat hai ke us se hamein tamam poori jo spirit yeh ibadat ki honi chahiye woh is se associated hai hajj se. to hajj ko hamein in poori kaifiyat ke saath ada karna hai. kyunke agar kaifiyat ke saath hajj hum ada nahi karenge to uska faida nahi hoga. kyunke hajj hi aik aisi ibadat hai jis mein tamam tareekh judi hui hai.</w:t>
      </w:r>
    </w:p>
    <w:p>
      <w:pPr>
        <w:jc w:val="right"/>
      </w:pPr>
      <w:r>
        <w:t>तो यह बहुत ज़बरदस्त हज की यह बादत है कि उससे हमें तमाम पूरी जो spirit यह बादत की होनी चाहिए वह इससे associated है हज से. तो हज को हमें इन पूरी कैफियाद के साथ अदा करना है. क्योंकि अगर कैफियाद के साथ हज हम अदा नहीं करेंगे तो उसका फ़ायदा नहीं होगा. क्योंकि हज ही एक ऐसी वादत है जिसमें तमाम तारीख जुड़ी हुई है.</w:t>
      </w:r>
    </w:p>
    <w:p>
      <w:r>
        <w:rPr>
          <w:b/>
        </w:rPr>
        <w:t xml:space="preserve">[16:17] </w:t>
      </w:r>
      <w:r>
        <w:t>tamam jo paighambar aaye un ki tareekh wahan judi hui hai. wahan ja kar hum paighambaron ki yaad karte hain. paighambaron ne kis kis muqaam par kya kya qurbaaniyan di thi woh sab hamein yaad aata hai.</w:t>
      </w:r>
    </w:p>
    <w:p>
      <w:pPr>
        <w:jc w:val="right"/>
      </w:pPr>
      <w:r>
        <w:t>तमाम जो पैगंबर आए उनकी तारीख वहां जुड़ी हुई है. वहां जाकर हम पैगंबरों की याद करते हैं. पैगंबरों ने किस किस मुकाम पर क्या क्या कुर्बानियां दी थी वह सब हमें याद आता है.</w:t>
      </w:r>
    </w:p>
    <w:p>
      <w:r>
        <w:rPr>
          <w:b/>
        </w:rPr>
        <w:t xml:space="preserve">[16:46] </w:t>
      </w:r>
      <w:r>
        <w:t>to woh sab yaad aata hai. to Maulana kehte hain ke jo insaan chookay chahta hai ke Allah ko paaye Allah ko mehsoos kare jisko chhoona kaha gaya woh symbolic hai. Allah ko feel kare woh. to wahan ja kar woh Allah ko feel karta hai jaise hajar e aswad hai to jab hajar e aswad ko woh chhoota hai uska boosa leta hai to usko lagta hai ke woh khuda usko touch kar raha hai.</w:t>
      </w:r>
    </w:p>
    <w:p>
      <w:pPr>
        <w:jc w:val="right"/>
      </w:pPr>
      <w:r>
        <w:t>तो वह सब याद आ जाता है. तो माराना कहते हैं कि जो इंसान चूके चाहता है कि अल्लाह को पाए अल्लाह को महसूस करे जिसको छूना कहा गया वह symbolic है. अल्लाह को feel करे वह. तो वहां जाकर वह अल्लाह को feel करता है जैसे हज़र अस्वद है तो जब हज़र अस्वद को वह छूता है उसका बोसा लेता है तो उसको लगता है कि वह खुदा उसको touch कर रहा है.</w:t>
      </w:r>
    </w:p>
    <w:p>
      <w:r>
        <w:rPr>
          <w:b/>
        </w:rPr>
        <w:t xml:space="preserve">[17:14] </w:t>
      </w:r>
      <w:r>
        <w:t>to usko aisa feeling aati hai kyunke us se saari tareekh judi hui hai. ji. to usi tareeqe se jab woh sa'i karta hai tab usko hajra ki qurbaani yaad aati hai ke kis tareeqe se unhone Allah ke liye itni bari qurbaani di. to kitni unhone struggle kiya woh struggle yaad aati hai. ji. to wahan pohnch kar hi humko yeh feeling aa sakti hai. to door door baith kar hum kitaab padh kar utna samajh nahi sakte.</w:t>
      </w:r>
    </w:p>
    <w:p>
      <w:pPr>
        <w:jc w:val="right"/>
      </w:pPr>
      <w:r>
        <w:t>तो उसको ऐसा feeling आती है क्योंकि उससे सारी तारीख जुड़ी हुई है. जी. तो उसी तरीके से जब वह सही करता है तब उसको रजत हजरा की कुर्बानी याद आती है कि किस तरीके से उन्होंने अल्लाह के लिए इतनी बड़ी कुर्बानी दी. तो कितनी उन्होंने struggle किया वह struggle याद आती है. जी. तो वहां पहुंचकर ही हमको यह feeling आ सकती है. तो दूर दूर बैठकर हम किताब पढ़कर उतना समझ नहीं सकते.</w:t>
      </w:r>
    </w:p>
    <w:p>
      <w:r>
        <w:rPr>
          <w:b/>
        </w:rPr>
        <w:t xml:space="preserve">[17:42] </w:t>
      </w:r>
      <w:r>
        <w:t>main pehle sochti thi ke hajj ki itni importance kyun hai? to yeh mujhe haqeeqat e hajj padh rahi thi to us se samajh mein aaye ke wahan ja kar hum khuda ko feel karte hain khuda ke qareeb apne aap ko mehsoos karte hain. to jab main haram mein hum hum logon ne jab gaye the hum log hajj karne to jab haram ke andar dakhil hue to aisa laga jaise koi bohat hi spiritual feeling andar aa gayi.</w:t>
      </w:r>
    </w:p>
    <w:p>
      <w:pPr>
        <w:jc w:val="right"/>
      </w:pPr>
      <w:r>
        <w:t>मैं पहले सोचती थी कि हज की इतनी importance क्यों है? तो यह मुझे हकीकतें हज पढ़ रही थी तो उससे समझ में आए कि वहां जाकर हम खौधा को feel करते हैं खौधा के करीब अपने आप को महसूस करते हैं. तो जब मैं हरम में हम हम लोगों ने जब गए थे हम लोग हच करने तो जब हरम के अंदर दाखिल हुए तो ऐसा लगा जैसे कोई बहुत ही spiritual feeling अंदर आ गई.</w:t>
      </w:r>
    </w:p>
    <w:p>
      <w:r>
        <w:rPr>
          <w:b/>
        </w:rPr>
        <w:t xml:space="preserve">[18:09] </w:t>
      </w:r>
      <w:r>
        <w:t>to Allah taala ne bohat ziyada wahan par spiritual spirituality ko rakh diya taake bande jab wahan aaye to usko feel karein. wahan dua ki jati hai to woh dua ko bhool hoti hai. to is wajah se woh itne pandrah sau saal ho gaya aur log jo hain jo udhar jo kharch karne ke liye jaate hain aur wahan se uj paate hain jo paana chahte hain unko aisa feel hota hai ke jaise woh khuda ke khareeb aa gaye hain.</w:t>
      </w:r>
    </w:p>
    <w:p>
      <w:pPr>
        <w:jc w:val="right"/>
      </w:pPr>
      <w:r>
        <w:t>तो अल्लाह तालाह ने बहुत ज़्यादा वहां पर spiritual spirituality को रख दिया ताकि बंदे जब वहां आए तो उसको feel करें. वहां दुआ की जाती है तो वह दुआ को भूल होती है. तो इस वजह से वह इतने पंद्रह सौ साल हो गया और लोग जो है जो उधर जो खर्च करने के लिए जाते हैं और वहां से उज पाते हैं जो पाना चाहते हैं उनको ऐसा feel होता है कि जैसे वह खोजा के खरीब आ गए हैं.</w:t>
      </w:r>
    </w:p>
    <w:p>
      <w:r>
        <w:rPr>
          <w:b/>
        </w:rPr>
        <w:t xml:space="preserve">[18:37] </w:t>
      </w:r>
      <w:r>
        <w:t>misal ke taur par jab woh tawaf karte hain to unko lagta hai ke woh bilkul khuda ke aage parwana war ghoom raha hai banda. to yeh saari feelings wahin ja kar hoti hain. to is wajah se jo bhi jisko bhi mauqa ho hajj karne ka woh zaroor aik baar zindagi mein hajj karein.</w:t>
      </w:r>
    </w:p>
    <w:p>
      <w:pPr>
        <w:jc w:val="right"/>
      </w:pPr>
      <w:r>
        <w:t>मिसाल के तौर पर जब वह तबाहफ करते हैं तो उनको लगता है कि वह बिल्कुल खोजा के आगे परवाना वार घूम रहा है बंदा. तो यह सारी feelings वहीं जाकर होती है. तो इस वजह से जो भी जिसको भी मौका हो आज करने का वह ज़रूर एक बार ज़िंदगी में हज करें.</w:t>
      </w:r>
    </w:p>
    <w:p>
      <w:r>
        <w:rPr>
          <w:b/>
        </w:rPr>
        <w:t xml:space="preserve">[18:58] </w:t>
      </w:r>
      <w:r>
        <w:t>to hajj jo hai woh phir wahi aa jata hai ke kaifiyat ke saath hajj karna na ke sirf uske zahiri manasik ko bilkul theek theek ada kar dena kyunke Rasoolullah sallallahu alaihi wasallam ke saath jo sahaba the woh pehli baar yeh yeh hajj kar rahe the kyunke hajj ki jo pehle jo hajj chal raha tha Hazrat Ibrahim ke zamane se to us mein bohat bigaad aa gaya tha.</w:t>
      </w:r>
    </w:p>
    <w:p>
      <w:pPr>
        <w:jc w:val="right"/>
      </w:pPr>
      <w:r>
        <w:t>तो हज जो है वह फिर वही आ जाता है कि कैफियाद के साथ हज करना ना कि सिर्फ उसके जाहिरी मनासिक को बिल्कुल ठीक ठीक अदा कर देना क्योंकि रसूल्लाह सल्लम के साथ जो सहाबा थे वह पहली बार यह यह हज कर रहे थे क्योंकि हज की जो पहले जो हज चल रहा था अद्रत इब्राहिम के जमाने से तो उसमें बहुत बिगाड़ आ गया था.</w:t>
      </w:r>
    </w:p>
    <w:p>
      <w:r>
        <w:rPr>
          <w:b/>
        </w:rPr>
        <w:t xml:space="preserve">[19:28] </w:t>
      </w:r>
      <w:r>
        <w:t>to ab jo Rasoolullah sallallahu alaihi wasallam ne jo usko tamam rusoom ko purify kiya, uski asal shakal mein usko logon ko bataya to woh yeh hajj pehli baar ho raha tha. to bohat saare logon ko kai baatein samajh mein nahi aati thi. kyunke taqdeem mein taakhir ka masla tha ke kaun rasam pehle ada karein? kaun baad mein ada karein?</w:t>
      </w:r>
    </w:p>
    <w:p>
      <w:pPr>
        <w:jc w:val="right"/>
      </w:pPr>
      <w:r>
        <w:t>तो अब जो रसूल्लाह सरसलम ने जो उसको तमाम रुसूम को purify किया, उसकी असल शक्ल में उसको लोगों को बताया तो वह यह हज पहली बार हो रहा था. तो बहुत सारे लोगों को कई बातें समझ में नहीं आती थी. क्योंकि तक़्दी में ताख़िर का मसला था कि कौन रस्म पहले आधा करें? कौन बाद में आधा करें?</w:t>
      </w:r>
    </w:p>
    <w:p>
      <w:r>
        <w:rPr>
          <w:b/>
        </w:rPr>
        <w:t xml:space="preserve">[19:50] </w:t>
      </w:r>
      <w:r>
        <w:t>to log Rasoolullah sallallahu alaihi wasallam ke paas aate ke humne sa'i se pehle tawaf kar liya aur nahi tawaf se pehle sa'i kar li. is tarah ki baatein to Rasoolullah kehte hain if al wala haraj if al wala haraj kar lo koi baat nahi. to aaj koi aisa karega to bohat ziyada usko galat samjha jayega. lekin Rasoolullah sallallahu alaihi wasallam spirit dekh rahe the.</w:t>
      </w:r>
    </w:p>
    <w:p>
      <w:pPr>
        <w:jc w:val="right"/>
      </w:pPr>
      <w:r>
        <w:t>तो लोग रसूल्लाह सल्लाह सल्लाह के पास आते कि हमने सही से पहले तबाब कर लिया और नहीं तबाब से पहले सही कर ली. इस तरह की बातें तो रसूल्लाह कहते हैं if अल वलाह हराजा if अल वलाह हराजा कर लो कोई बात नहीं. तो आज कोई ऐसा करेगा तो बहुत ज़्यादा उसको गलत समझा जाएगा. लेकिन रसूल्लाह सब सल्लाह spirit देख रहे थे.</w:t>
      </w:r>
    </w:p>
    <w:p>
      <w:r>
        <w:rPr>
          <w:b/>
        </w:rPr>
        <w:t xml:space="preserve">[20:16] </w:t>
      </w:r>
      <w:r>
        <w:t>to aap ne kaha ke harj is mein hai ke tum kisi insaan ko be-izzat karo. to insaan ki izzat jo hai woh bohat ziyada hai. to hajj ke mauqe par tamam doosri doosri doosre lessons bhi hamein diye jaate hain. misal ke taur par hajj ke mauqe par ladai jhagda bilkul mutlaqan haraam kar diya gaya hai. to agar kisi ko kisi se koi takleef pahunch jaye, koi provoke ho jaye to usko sabr hi karna hai.</w:t>
      </w:r>
    </w:p>
    <w:p>
      <w:pPr>
        <w:jc w:val="right"/>
      </w:pPr>
      <w:r>
        <w:t>तो आपने कहा कि हर्ष इसमें है कि तुम किसी इंसान को बेइज़्ज़त करो. तो इंसान की इज्ज़त जो है वह बहुत ज़्यादा है. तो हाज के मौके पर तमाम दूसरी दूसरी दूसरे lessons भी हमें दिए जाते हैं. मिसाल के तौर पर हाज के मौके पर लड़ाई झगड़ा बिल्कुल मुतलखन हराम कर दिया गया है. तो अगर किसी को किसी से कोई तकलीफ पहुंच जाए, कोई provoke हो जाए तो उसको सब्र ही करना है.</w:t>
      </w:r>
    </w:p>
    <w:p>
      <w:r>
        <w:rPr>
          <w:b/>
        </w:rPr>
        <w:t xml:space="preserve">[20:46] </w:t>
      </w:r>
      <w:r>
        <w:t>to agar hum chaalees din tak wahan hamara taqreeban chaalees din lag jata hai madine bhi jaate hain. chaalees din tak hum agar sabr aur shukr ke saath zindagi guzarenge to woh hamare hamare andar yeh baat hamare andar yeh values paida ho jayengi. to is wajah se sabr karna jo hai woh bilkul lazmi qarar de diya gaya hai.</w:t>
      </w:r>
    </w:p>
    <w:p>
      <w:pPr>
        <w:jc w:val="right"/>
      </w:pPr>
      <w:r>
        <w:t>तो अगर हम चालीस दिन तक वहां हमारा तकरीबन चालीस दिन लग जाता है मदीने भी जाते हैं. चालीस दिन तक हम अगर अब सब्र और शुक्र के साथ ज़िंदगी गुज़ारेंगे तो वह हमारे हमारे अंदर यह बात हमारे अंदर यह values पैदा हो जाएंगी. तो इस वजह से सब करना जो है वो बिल्कुल लाज्मी करार दे दिया गया है.</w:t>
      </w:r>
    </w:p>
    <w:p>
      <w:r>
        <w:rPr>
          <w:b/>
        </w:rPr>
        <w:t xml:space="preserve">[21:13] </w:t>
      </w:r>
      <w:r>
        <w:t>doosre wahan par jo maidan e arafat hai to woh bohat hi important manasik ke maidan e arafat mein jama hona kyunke woh aisa lagta hai ke jaise qayamat ke baad jab hum resurrection hoga aur tamam insaan maidan e hashar mein jama kiye jayenge to aisa lagta hai ke tamam log yahan par jama ho gaye hain khuda ke aage unko jawabdehi karni hai.</w:t>
      </w:r>
    </w:p>
    <w:p>
      <w:pPr>
        <w:jc w:val="right"/>
      </w:pPr>
      <w:r>
        <w:t>दूसरे वहां पर जो मैदानें अरफाद है तो वह बहुत ही important मनासी के मैदानें अरफाद में जमा होना क्योंकि वह ऐसा लगता है कि जैसे क्यामत के बाद जब हम resurrection होगा और तमाम इंसान मैदाने हशर में जमा किए जाएंगे तो ऐसा लगता है कि तमाम लोग यहां पर जमा हो गए हैं खुदा के आगे उनको जवाबदेही करनी है.</w:t>
      </w:r>
    </w:p>
    <w:p>
      <w:r>
        <w:rPr>
          <w:b/>
        </w:rPr>
        <w:t xml:space="preserve">[21:39] </w:t>
      </w:r>
      <w:r>
        <w:t>to yeh sab cheezein jo hain yeh sab kaifiyat jo wahan paida hoti hain to woh insaan ko kya saath bohat dinon tak yeh feelings rehti hain. uske baad insaan study karta rahe war fikr karta rahe, un par sochta rahe. to ye feelings jo hai uske andar continue rahengi. ji. jaza kalla aap.</w:t>
      </w:r>
    </w:p>
    <w:p>
      <w:pPr>
        <w:jc w:val="right"/>
      </w:pPr>
      <w:r>
        <w:t>तो यह सब चीज़ें जो हैं यह सब कैफियाद जो वहां पैदा होती हैं तो वह इंसान को क्या साथ बहुत दिनों तक यह feelings रहती हैं. उसके बाद इंसान study करता रहे war फ़िक्र करता रहे, उन पर सोचता रहे. तो ये feelings जो है उसके अंदर continue रहेंगी. जी. झज़ा कल्ला आप.</w:t>
      </w:r>
    </w:p>
    <w:p>
      <w:r>
        <w:rPr>
          <w:b/>
        </w:rPr>
        <w:t xml:space="preserve">[22:02] </w:t>
      </w:r>
      <w:r>
        <w:t>aap acha agar dekhein to id ul azha ka jo starting point hai woh aik khwab se shuru hota hai jo prophet ibrahim ko aaya. so he had a dream wherein he saw that he is sacrificing his son ishmael but he took the dream literally and he wanted to sacrifice his son. to main chahunga ke aap usko bhi achhe se wazeh karein. woh kya khwab tha aur kya uske maayne the? iske bare mein hum sabko bataiye.</w:t>
      </w:r>
    </w:p>
    <w:p>
      <w:pPr>
        <w:jc w:val="right"/>
      </w:pPr>
      <w:r>
        <w:t>आप अच्छा अगर देखें तो इदुल अज़ा का जो starting point है वो एक ख्वाब से शुरू होता है जो prophet इब्राहिम को आया. So he had a dream wherein he saw that he is sacrificing his son ishmael but he took the dream literally and he wanted to sacrifice his son. तो मैं चाहूंगा कि आप उसको भी अच्छे से वाज़े करें. वह क्या ख्वाब था और क्या उसके मायने थे? इसके बारे में हम सबको बताइए.</w:t>
      </w:r>
    </w:p>
    <w:p>
      <w:r>
        <w:rPr>
          <w:b/>
        </w:rPr>
        <w:t xml:space="preserve">[22:29] </w:t>
      </w:r>
      <w:r>
        <w:t>haan, woh dream jo tha qurbaani ka apne bete ko qurbaan kar rahe hain. to teen baar unhone yeh dream dekha to ab beta kitna sahadatmand tha ke woh raazi ho gaya ke aap ne dream dekha hai to aap usko kar daliye. us mein meri aankh par aap patti daal dijiyega. patti laga dijiyega taake main mujhe koi bhi is mein pareshani na ho.</w:t>
      </w:r>
    </w:p>
    <w:p>
      <w:pPr>
        <w:jc w:val="right"/>
      </w:pPr>
      <w:r>
        <w:t>हाँ, वह dream जो था कुर्बाने का अपने बेटे को कुर्बान कर रहे हैं. तो तीन बार उन्होंने यह dream देखा तो अब बेटा कितना साद आत्मन था कि वह राजी हो गया कि आपने dream देखा है तो आप उसको कर डालिए. उसमें मेरी आंख पर आप पट्टी डाल दीजिएगा. पट्टी लगा दीजिएगा ताकि मैं मुझे कोई भी इसमें परेशानी ना हो.</w:t>
      </w:r>
    </w:p>
    <w:p>
      <w:r>
        <w:rPr>
          <w:b/>
        </w:rPr>
        <w:t xml:space="preserve">[22:55] </w:t>
      </w:r>
      <w:r>
        <w:t>to asal mein log yahi samajhte hain ke asal cheez jo hai woh qurbaani hai. is liye jab janwar ki qurbaani karne ke liye kitna ziyada bohat ziyada unko josh hota hai. to janwar ki qurbaani hai to asal mein symbolic qurbaani hai. jaisa ke Hazrat Ismail alaihi salam ke saath hua ke qurbaani jo thi woh Hazrat Ismail ki thi.</w:t>
      </w:r>
    </w:p>
    <w:p>
      <w:pPr>
        <w:jc w:val="right"/>
      </w:pPr>
      <w:r>
        <w:t>तो असल में लोग यही समझते हैं कि असल चीज़ जो है वह कुर्बानी है. इसीलिए जब जानवर की कुर्बानी करने के लिए कितना ज़्यादा बहुत ज़्यादा उनको जोश होता है. तो जानवर की कुर्बानी है तो असल में symbolic कुर्बानी है. जैसा कि हज़त इस्माइल अली सलाम के साथ हुआ कि कुर्बानी जो थी वह हज़त इस्माइल की थी.</w:t>
      </w:r>
    </w:p>
    <w:p>
      <w:r>
        <w:rPr>
          <w:b/>
        </w:rPr>
        <w:t xml:space="preserve">[23:22] </w:t>
      </w:r>
      <w:r>
        <w:t>unke badle mein woh jo dhoomba ki qurbaani hui to usko us mein Quran mein aaya hai chapter 37 mein hum ne aik bari qurbaani ke avadh usko chhudha liya. to kisi ne yeh nahi socha ke yeh bari qurbaani kya hai? to bari qurbaani Hazrat Ismail ki qurbaani thi. Hazrat Hajra yeh qurbaani thi.</w:t>
      </w:r>
    </w:p>
    <w:p>
      <w:pPr>
        <w:jc w:val="right"/>
      </w:pPr>
      <w:r>
        <w:t>उनके बदले में वह जो धुंबा की कुर्बानी हुई तो उसको उसमें कुरान में आया है chapter 37 में हमने एक बड़ी कुर्बानी के अवध उसको छुड़ा लिया. तो किसी ने यह नहीं सोचा कि यह बड़ी कुर्बानी क्या है? तो बड़ी कुर्बानी हदत इस्माइल की कुर्बानी थी. हदरत हजरा यह कुर्बानी थी.</w:t>
      </w:r>
    </w:p>
    <w:p>
      <w:r>
        <w:rPr>
          <w:b/>
        </w:rPr>
        <w:t xml:space="preserve">[23:48] </w:t>
      </w:r>
      <w:r>
        <w:t>yaani apne aap ko poori zindagi khuda ke liye waqf kar dena, khuda ke mission ke liye waqf kar dena. khuda ke plan ke aage apne aap ko bilkul submit kar dena. to yeh bari qurbaani thi aur uski alamaati qurbaani jo hai woh janwar ki qurbaani hai.</w:t>
      </w:r>
    </w:p>
    <w:p>
      <w:pPr>
        <w:jc w:val="right"/>
      </w:pPr>
      <w:r>
        <w:t>यानी अपने आप को पूरी ज़िंदगी खुदा के लिए वक्फ कर देना, खुदा के mission के लिए वक्फ कर देना. खुदा के plan के आगे अपने आप को बिल्कुल submit कर देना. तो यह बड़ी कुर्बानी थी और उसकी अलामती कुर्बानी जो है वह जानवर की कुर्बानी है.</w:t>
      </w:r>
    </w:p>
    <w:p>
      <w:r>
        <w:rPr>
          <w:b/>
        </w:rPr>
        <w:t xml:space="preserve">[24:06] </w:t>
      </w:r>
      <w:r>
        <w:t>to yeh logon par wazeh nahi hai woh janwar ki qurbaani ko asal qurbaani samajhte hain aur uske baad woh bilkul mutmaeen ho jaate hain ke hum ne qurbaani kar di hai ab kuch aur karna nahi hai. is liye jo khudaai mission hai uske liye log nahi milte hain kyunke woh samajhte hain unhone saare rusoom ada kar diye hain ab kuch aur karne ki zaroorat nahi hai.</w:t>
      </w:r>
    </w:p>
    <w:p>
      <w:pPr>
        <w:jc w:val="right"/>
      </w:pPr>
      <w:r>
        <w:t>तो यह लोगों पर वाज़े नहीं है वह जानवर की कुर्बानी को असल कुर्बानी समझते हैं और उसके बाद वो बिल्कुल मुत्माहीन हो जाते हैं कि हमने कुर्बानी कर दी है अब कुछ और करना नहीं है. इसीलिए जो खुदाई mission है उसके लिए लोग नहीं मिलते हैं क्योंकि वह समझते हैं उन्होंने सारे रुसू माधा कर दिए हैं अब कुछ और करने की ज़रूरत नहीं है.</w:t>
      </w:r>
    </w:p>
    <w:p>
      <w:r>
        <w:rPr>
          <w:b/>
        </w:rPr>
        <w:t xml:space="preserve">[24:32] </w:t>
      </w:r>
      <w:r>
        <w:t>to yeh to Hazrat Ismail ki jo qurbaani jo bari qurbaani kaha gaya hai ke bari qurbaani ke liye unko chhudha liya to woh thi nasl ki tayyari. to jaisa ke pehle yeh wazeh hua hai ke aik nasl banani thi jo Rasoolullah sallallahu alaihi wasallam sallallahu alaihi wasallam sallallahu alaihi wasallam chunke aakhri nabhi the to unko aik aik bohat hi mazboot team chahiye thi aur mission ko establish karne ke liye.</w:t>
      </w:r>
    </w:p>
    <w:p>
      <w:pPr>
        <w:jc w:val="right"/>
      </w:pPr>
      <w:r>
        <w:t>तो यह तो हज़त इस्माइल की जो कुर्बानी जो बड़ी कुर्बानी कहा गया है कि बड़ी कुर्बानी के लिए उनको छुड़ा लिया तो वो थी नस्ल की तैयारी. तो जैसा कि पहले ये वाज़े हुआ है कि एक नस्ल बनानी थी जो रसूल्लाह सल्लाह सल्लाह सल्लाह सल्लाह चूंकि आखिरी नभी थे तो उनको एक एक बहुत ही मज़बूत team चाहिए थी और mission को establish करने के लिए.</w:t>
      </w:r>
    </w:p>
    <w:p>
      <w:r>
        <w:rPr>
          <w:b/>
        </w:rPr>
        <w:t xml:space="preserve">[25:00] </w:t>
      </w:r>
      <w:r>
        <w:t>to in logon ne apni qurbaani ke zariye se woh mazboot team faraham ki aur us team jis ko jo sahaba kehte hain to us team ne poori qurbaani ke saath ab woh sahaba ki jo qurbaani thi bemisaal qurbaani to us qurbaani ki wajah se deen establish hua pehli baar tareekh mein.</w:t>
      </w:r>
    </w:p>
    <w:p>
      <w:pPr>
        <w:jc w:val="right"/>
      </w:pPr>
      <w:r>
        <w:t>तो इन लोगों ने अपनी कुर्बानी के जरिए से वह मज़बूत team फराम की और उस team जिसको जो साहबा कहते हैं तो उस team ने पूरी कुर्बानी के साथ अब वह साहबा की जो कुर्बानी थी बेमिसाल कुर्बानी तो उस कुर्बानी की वजह से दीन establish हुआ पहली बार तारीख में.</w:t>
      </w:r>
    </w:p>
    <w:p>
      <w:r>
        <w:rPr>
          <w:b/>
        </w:rPr>
        <w:t xml:space="preserve">[25:22] </w:t>
      </w:r>
      <w:r>
        <w:t>deen to establish hi nahi ho pa raha tha kyunke prophets ko itne kam followers milte the ke woh kuch kar nahi paate the. jab Hazrat Ibrahim alaihi salam kaafi lambe arse ke baad Iraq se nikle to bas unki biwi Sarah aur unke bhatije Lut unke saath the. Hazrat Nuh alaihi salam nau sau saal tak kaam kiya aur wahan par chand log saath the jo ke kashti mein aa gaye.</w:t>
      </w:r>
    </w:p>
    <w:p>
      <w:pPr>
        <w:jc w:val="right"/>
      </w:pPr>
      <w:r>
        <w:t>दीन तो establish ही नहीं हो पा रहा था क्योंकि prophets को इतने कम followers मिलते थे कि वह कुछ कर नहीं पाते थे. जब भारत इब्राहिम अल्लाहिस्सलाम काफी लंबे अरसे के बाद Iraq से निकले तो बस उनकी बीवी सारा और उनके भतीजे लूत उनके साथ थे. हदरत नूह अलेह सलाम नौ सौ साल तक काम किया और वहां पर चंद लोग साथ थे जो कि कष्टी में आ गए.</w:t>
      </w:r>
    </w:p>
    <w:p>
      <w:r>
        <w:rPr>
          <w:b/>
        </w:rPr>
        <w:t xml:space="preserve">[25:50] </w:t>
      </w:r>
      <w:r>
        <w:t>to is waja se ek bahut badi qurbani sarkar thi ke woh apne aap qurbani dekar ke ek nasl tayyar karen. to yeh hai asal qurbani. woh hai janwari qurbani alamati qurbani hai. ji. aap ek comment padhna chahunga. agla sawal lene se pehle yeh comment bheja hai doctor sane snain khan sahab ne dilli se. unhon ne likha hai very inspiring talk by apa.</w:t>
      </w:r>
    </w:p>
    <w:p>
      <w:pPr>
        <w:jc w:val="right"/>
      </w:pPr>
      <w:r>
        <w:t>तो इस वजह से एक बहुत बड़ी कुर्बानी सरकार थी कि वह अपने आप कुर्बानी देकर के एक नस्ल तैयार करें. तो यह है असल कुर्बानी. वह है जानवरी कुर्बानी अलामती कुर्बानी है. जी. आप एक comment पढ़ना चाहूंगा. अगला सवाल लेने से पहले यह comment भेजा है doctor साने स्नेन खान साहब ने दिल्ली से. उन्होंने लिखा है very inspiring talk by आपा.</w:t>
      </w:r>
    </w:p>
    <w:p>
      <w:r>
        <w:rPr>
          <w:b/>
        </w:rPr>
        <w:t xml:space="preserve">[26:15] </w:t>
      </w:r>
      <w:r>
        <w:t>The sacrifice and the mission of the prophet ibrahim inspires us to dedicate and rededicate our lives to the cause of spreading the word of god. aap aapne abhi jaise sacrifice ke bare mein hum baat kar rahe hain, eid ul aza ke little mayne hi hai eid of sacrifice.</w:t>
      </w:r>
    </w:p>
    <w:p>
      <w:pPr>
        <w:jc w:val="right"/>
      </w:pPr>
      <w:r>
        <w:t>The sacrifice and the mission of the prophet इब्राहिम inspires us to dedicate and rededicate our lives to the cause of spreading the word of god. आप आपने अभी जैसे sacrifice के बारे में हम बात कर रहे हैं, ईद उल आज़ा के little मायने ही है ईद of sacrifice.</w:t>
      </w:r>
    </w:p>
    <w:p>
      <w:r>
        <w:rPr>
          <w:b/>
        </w:rPr>
        <w:t xml:space="preserve">[26:35] </w:t>
      </w:r>
      <w:r>
        <w:t>to jo animal sacrifice hai yeh it is more like symbolic that how one must you know sacrifice one's life throughout the year. to actually kya mayne hain animal sacrifice ke? iske bare mein aap hum sabko bataen. aslama yeh hum apne aap ko remind karte hain, refresh karte hain. ji. ke hamein apni qurbani dena hai. woh ek refresh karna hai.</w:t>
      </w:r>
    </w:p>
    <w:p>
      <w:pPr>
        <w:jc w:val="right"/>
      </w:pPr>
      <w:r>
        <w:t>तो जो animal sacrifice है यह it is more like symbolic that how one must you know sacrifice one's life throughout the year. तो actually क्या मायने हैं animal sacrifice के? इसके बारे में आप हम सबको बताएं. असलमा यह हम अपने आप को remind करते हैं, refresh करते हैं. जी. कि हमें अपनी कुर्बानी देना है. वह एक refresh करना है.</w:t>
      </w:r>
    </w:p>
    <w:p>
      <w:r>
        <w:rPr>
          <w:b/>
        </w:rPr>
        <w:t xml:space="preserve">[27:02] </w:t>
      </w:r>
      <w:r>
        <w:t>woh us qurbani ko yaad karna hai. zordar smile ne aur aapke nasl ne jo qurbani di thi usko yaad karne ke liye ek alamati qurbani hai yeh. ji. aur yahi jo hai yahi asal qurban yahi hai. ji ji.</w:t>
      </w:r>
    </w:p>
    <w:p>
      <w:pPr>
        <w:jc w:val="right"/>
      </w:pPr>
      <w:r>
        <w:t>वह उस कुर्बानी को याद करना है. ज़ोरदार smile ने और आपके नस्ल ने जो कुर्बानी दी थी उसको याद करने के लिए एक alarmती कुर्बानी है यह. जी. और यही जो है यही असल कुर्बान यही है. जी जी.</w:t>
      </w:r>
    </w:p>
    <w:p>
      <w:r>
        <w:rPr>
          <w:b/>
        </w:rPr>
        <w:t xml:space="preserve">[27:32] </w:t>
      </w:r>
      <w:r>
        <w:t>to aapka important take away main kahunga it's not a one day celebration but it its impact lasts the entire year. in fact a person has to bring in himself, you know, the values, the high values and implemented in in one's life. so that's very important. aap hajje badal ke bare mein kuch jankari dijiye ki hajje badal ke kya mayne hain uske bare mein hum sabko bataiye.</w:t>
      </w:r>
    </w:p>
    <w:p>
      <w:pPr>
        <w:jc w:val="right"/>
      </w:pPr>
      <w:r>
        <w:t>तो आपका important take away मैं कहूंगा it's not a one day celebration but it its impact lasts the entire year. In fact a person has to bring in himself, you know, the values, the high values and implemented in in one's life. So that's very important. आप हज्जे बदल के बारे में कुछ जानकारी दीजिए कि हज्जे बदल के क्या मायने हैं उसके बारे में हम सबको बताइए.</w:t>
      </w:r>
    </w:p>
    <w:p>
      <w:r>
        <w:rPr>
          <w:b/>
        </w:rPr>
        <w:t xml:space="preserve">[28:00] </w:t>
      </w:r>
      <w:r>
        <w:t>hajje badal ka matlab hai kisi doosre ke badle mein haj karna. to ek bar ek aurat rasoolah sarosolm ke pas aai aur unhon ne kaha ke mera bap bura ho gaya hai aur woh sawari par nahi chadh sakta. ab sawari to us zamane mein wahi camel ki sawari hoti thi. to kya main uske badle mein hunch kar sakti hoon? aapne kaha haan kar sakti hoon.</w:t>
      </w:r>
    </w:p>
    <w:p>
      <w:pPr>
        <w:jc w:val="right"/>
      </w:pPr>
      <w:r>
        <w:t>हज्जे बदल का मतलब है किसी दूसरे के बदले में हज करना. तो एक बार एक औरत रसूल्लाह सरसोलम के पास आई और उन्होंने कहा कि मेरा बाप बूढ़ा हो गया है और वह सवारी पर नहीं चढ़ सकता. अब सवारी तो उस जमाने में वही कैमल की सवारी होती थी. तो क्या मैं उसके बदले में हंच कर सकती हूं? आपने कहा हां कर सकती हूं.</w:t>
      </w:r>
    </w:p>
    <w:p>
      <w:r>
        <w:rPr>
          <w:b/>
        </w:rPr>
        <w:t xml:space="preserve">[28:24] </w:t>
      </w:r>
      <w:r>
        <w:t>to iska matlab hai ke jab log bimar ho jaen burahe ho jaen to woh hunch ke rasoom ko properly ada nahi kar paate hain. to isse acha hai ke woh ab kisi aur ko zyada strong ho usko bhej sakte hain. to aajkal kya hai ke log mare hue logon ka hunch badal karte hain. yeh bahut zyada chal gaya hai.</w:t>
      </w:r>
    </w:p>
    <w:p>
      <w:pPr>
        <w:jc w:val="right"/>
      </w:pPr>
      <w:r>
        <w:t>तो इसका मतलब है कि जब लोग बीमार हो जाए बूढ़े हो जाए तो वह हंच के रसूम को properly अदा नहीं कर पाते हैं. तो इससे अच्छा है कि वह अब किसी और को ज़्यादा strong हो उसको भेज सकते हैं. तो आजकल क्या है कि लोग मरे हुए लोगों का हज्य बदल करते हैं. यह बहुत ज़्यादा चल गया है.</w:t>
      </w:r>
    </w:p>
    <w:p>
      <w:r>
        <w:rPr>
          <w:b/>
        </w:rPr>
        <w:t xml:space="preserve">[28:47] </w:t>
      </w:r>
      <w:r>
        <w:t>lekin yeh deceased ke liye haj karna us waqt theek hai sahi hai malik ne bhi yeh baat kahi hai jab woh wasiyat karke mara ho jab woh uske liye tayyari kar raha ho uske liye apne paisa jama kiya usne haj karna chahta ho uski niyat rahi haj karne ki magar mar gaya to haj nahi kar paya to aise aadmi ke liye haj badal karna jaiz hai.</w:t>
      </w:r>
    </w:p>
    <w:p>
      <w:pPr>
        <w:jc w:val="right"/>
      </w:pPr>
      <w:r>
        <w:t>लेकिन यह deceased के लिए हज करना उस वक्त ठीक है सही है मालिक ने भी यह बात कही है जब वह वसीयत करके मरा हो जब वह उसके लिए तैयारी कर रहा हो उसके लिए अपने पैसा जमा किया उसने हज करना चाहता हो उसकी नियत रही हज करने की मगर मर गया तो हज नहीं कर पाया तो ऐसे आदमी के लिए हज बदल करना जायज है.</w:t>
      </w:r>
    </w:p>
    <w:p>
      <w:r>
        <w:rPr>
          <w:b/>
        </w:rPr>
        <w:t xml:space="preserve">[29:14] </w:t>
      </w:r>
      <w:r>
        <w:t>ji aur hajje mabroor kisko kehte hain aap? woh bhi aap iske bare mein bataiye. hajje mavarur ko log samajhte hain ke aisa haj ke tamam gunah maaf ho gaye hon. aisa nahi hai ke ab hamein to pata hi nahi ke hamare gunah maaf ho gaye ki nahi maaf ho gaye. woh to akhirat mein hi pata chalega.</w:t>
      </w:r>
    </w:p>
    <w:p>
      <w:pPr>
        <w:jc w:val="right"/>
      </w:pPr>
      <w:r>
        <w:t>जी और हजे मबरूर किसको कहते हैं आप? वह भी आप इसके बारे में बताइए. हज्य मवरूर को लोग समझते हैं कि ऐसा हज कि तमाम गुना माफ हो गए हों. ऐसा नहीं है कि अब हमें तो पता ही नहीं कि हमारे गुना माफ हो गए कि नहीं माफ हो गए. वह तो आखिरत में ही पता चलेगा.</w:t>
      </w:r>
    </w:p>
    <w:p>
      <w:r>
        <w:rPr>
          <w:b/>
        </w:rPr>
        <w:t xml:space="preserve">[29:36] </w:t>
      </w:r>
      <w:r>
        <w:t>iska matlab yeh hai ke ek aisa haj jismein humne poori koshish ki ho ke hum koi gunah ka kaam usme na humne kiya ho. jaise jaise hamein bataya gaya hai tamam jo hamari buraiyan hain unse door rehne ki koshish karen aur jhagda fasad yeh sab na karen. jab main haj karne gai thi to mena mein ab wahan to bahut garmi hoti hai.</w:t>
      </w:r>
    </w:p>
    <w:p>
      <w:pPr>
        <w:jc w:val="right"/>
      </w:pPr>
      <w:r>
        <w:t>इसका मतलब यह है कि एक ऐसा हज जिसमें हमने पूरी कोशिश की हो कि हम कोई गुनाह का काम उसमें ना हमने किया हो. जैसे जैसे हमें बताया गया है तमाम जो हमारी बुराइयां हैं उनसे दूर रहने की कोशिश करें और झगड़ा फसाद यह सब ना करें. जब मैं हज करने गई थी तो मेना में अब वहां तो बहुत गर्मी होती है.</w:t>
      </w:r>
    </w:p>
    <w:p>
      <w:r>
        <w:rPr>
          <w:b/>
        </w:rPr>
        <w:t xml:space="preserve">[30:03] </w:t>
      </w:r>
      <w:r>
        <w:t>ab woh jo pankha chal raha tha ek hi bada pankha tha usko doosre log jo apni taraf apni taraf bar bar kar lete the. hamein garmi lagti thi to ab hum zyada bol baal bhi sakte the lekin hum bolte nahi the kyunke haj mein bilkul allowed nahi hai ke hum ladai karen jhagda karen kisi ko galat alfaaz bolen to yeh allowed nahi hai. to iski waja se hamein bahut zyada iska training hamari ho jati hai.</w:t>
      </w:r>
    </w:p>
    <w:p>
      <w:pPr>
        <w:jc w:val="right"/>
      </w:pPr>
      <w:r>
        <w:t>अब वह जो पंखा चल रहा था एक ही बड़ा पंखा था उसको दूसरे लोग जो अपनी तरफ अपनी तरफ बार बार कर लेते थे. हमें गर्मी लगती थी तो अब हम ज़्यादा बोल बाल भी सकते थे लेकिन हम बोलते नहीं थे क्योंकि हाज में बिल्कुल allowed नहीं है कि हम लड़ाई करें झगड़ा करें किसी को गलत अल्फाद बोलें तो यह allowed नहीं है. तो इसकी वजह से हमें बहुत ज़्यादा इसका training हमारी हो जाती है.</w:t>
      </w:r>
    </w:p>
    <w:p>
      <w:r>
        <w:rPr>
          <w:b/>
        </w:rPr>
        <w:t xml:space="preserve">[30:31] </w:t>
      </w:r>
      <w:r>
        <w:t>to agar hum spirit ke saath haj karein to humko iska poora fayda hoga aur aisa hi haj</w:t>
      </w:r>
    </w:p>
    <w:p>
      <w:pPr>
        <w:jc w:val="right"/>
      </w:pPr>
      <w:r>
        <w:t>तो अगर हम spirit के साथ हाज करें तो हमको इसका पूरा फ़ायदा होगा और ऐसा ही हाज</w:t>
      </w:r>
    </w:p>
    <w:p>
      <w:r>
        <w:rPr>
          <w:b/>
        </w:rPr>
        <w:t xml:space="preserve">[30:41] </w:t>
      </w:r>
      <w:r>
        <w:t>jo hai ajya magarur kaha ja sakta hai ke jisme humko dunya se berakabti ho jaye khuda se</w:t>
      </w:r>
    </w:p>
    <w:p>
      <w:pPr>
        <w:jc w:val="right"/>
      </w:pPr>
      <w:r>
        <w:t>जो है आज्य मगरूर कहा जा सकता है कि जिसमें हमको दुनिया से बेराकबती हो जाए खुदा से</w:t>
      </w:r>
    </w:p>
    <w:p>
      <w:r>
        <w:rPr>
          <w:b/>
        </w:rPr>
        <w:t xml:space="preserve">[30:52] </w:t>
      </w:r>
      <w:r>
        <w:t>bahut gehra talluq ho jaye.</w:t>
      </w:r>
    </w:p>
    <w:p>
      <w:pPr>
        <w:jc w:val="right"/>
      </w:pPr>
      <w:r>
        <w:t>बहुत गहरा ताल्लुक हो जाए.</w:t>
      </w:r>
    </w:p>
    <w:p>
      <w:r>
        <w:rPr>
          <w:b/>
        </w:rPr>
        <w:t xml:space="preserve">[31:03] </w:t>
      </w:r>
      <w:r>
        <w:t>to aise usko hadzm avroor kaha jata hai. ji. aapka ek comment padhna chahunga. doctor safeena tavasum jo program ko dekh rahi hain saharanpur se, unhon ne likha hai, jaza kallah for making us understand the true spirit of idul haza, idul haza and haj. this is an annual pledge to live a life of sacrifice like prophet ibrahim.</w:t>
      </w:r>
    </w:p>
    <w:p>
      <w:pPr>
        <w:jc w:val="right"/>
      </w:pPr>
      <w:r>
        <w:t>तो ऐसे उसको हद्ज़म अवरूर कहा जाता है. जी. आपका एक comment पढ़ना चाहूंगा. Doctor सफीना तवासुम जो program को देख रही हैं सहारनपुर से, उन्होंने लिखा है, जज़ा कल्लाह for making us understand the true spirit of इदुल हज़ा, इदुल हज़ा and हज. This is an annual pledge to live a life of sacrifice like prophet इब्राहिम.</w:t>
      </w:r>
    </w:p>
    <w:p>
      <w:r>
        <w:rPr>
          <w:b/>
        </w:rPr>
        <w:t xml:space="preserve">[31:30] </w:t>
      </w:r>
      <w:r>
        <w:t>acha ab agla sawal jo mera hai, main yeh poochna chahunga ke jaise jab ek pilgrim makka pahunchta hai, to he does a tawaf which is circumambulation of the kabah seven times. so in a way he is demonstrating his willingness to lead a god oriented life.</w:t>
      </w:r>
    </w:p>
    <w:p>
      <w:pPr>
        <w:jc w:val="right"/>
      </w:pPr>
      <w:r>
        <w:t>अच्छा आप अब अगला सवाल जो मेरा है, मैं यह पूछना चाहूंगा कि जैसे जब एक pilgrim मक्का पहुंचता है, तो he does a तवाफ which is circumambulation of the काबाह seven times. So in a way he is demonstrating his willingness to lead a god oriented life.</w:t>
      </w:r>
    </w:p>
    <w:p>
      <w:r>
        <w:rPr>
          <w:b/>
        </w:rPr>
        <w:t xml:space="preserve">[31:49] </w:t>
      </w:r>
      <w:r>
        <w:t>uske baad phir ek ritual aata hai jab woh aapne bhi uska zikr kiya tha ke woh sahi karta hai which is brisk walking from, brisk walking between two hillocks, safa and marwa and we can say that these two hills safa and marwa are symbols of god. to main chahunga iske bare mein bhi aap hum sabko bataenge. haan sirf safa aur marwah hi nahi balki safa aur marwah ke bare mein quran mein aaya hai ke yeh khuda ki yadgar hai.</w:t>
      </w:r>
    </w:p>
    <w:p>
      <w:pPr>
        <w:jc w:val="right"/>
      </w:pPr>
      <w:r>
        <w:t>उसके बाद फिर एक ritual आता है जब वह आपने भी उसका ज़िक्र किया था कि वह सही करता है which is brisk walking from, brisk walking between two hillocks, सफा and मारवा and we can say that these two hills सफा and मारवा are symbols of god. तो मैं चाहूंगा इसके बारे में भी आप हम सबको बताएंगे. हां सिर्फ सफा और मरवाह ही नहीं बल्कि सफा और मरवाह के बारे में कुरान में आया है कि यह खुदा की यादगार है.</w:t>
      </w:r>
    </w:p>
    <w:p>
      <w:r>
        <w:rPr>
          <w:b/>
        </w:rPr>
        <w:t xml:space="preserve">[32:18] </w:t>
      </w:r>
      <w:r>
        <w:t>isi tarike se wahan ki har cheezen hi yadgar hai.</w:t>
      </w:r>
    </w:p>
    <w:p>
      <w:pPr>
        <w:jc w:val="right"/>
      </w:pPr>
      <w:r>
        <w:t>इसी तरीके से वहां की हर चीज़ें ही यादगार है.</w:t>
      </w:r>
    </w:p>
    <w:p>
      <w:r>
        <w:rPr>
          <w:b/>
        </w:rPr>
        <w:t xml:space="preserve">[32:24] </w:t>
      </w:r>
      <w:r>
        <w:t>matlab hai ke jahan khuda apne paigambaron ki jahan khuda ne apne paigambaron ki khas madad ki to</w:t>
      </w:r>
    </w:p>
    <w:p>
      <w:pPr>
        <w:jc w:val="right"/>
      </w:pPr>
      <w:r>
        <w:t>मतलब है कि जहां खुदा अपने पैगंबरों की जहां खुदा ने अपने पैगंबरों की खास मदद की तो</w:t>
      </w:r>
    </w:p>
    <w:p>
      <w:r>
        <w:rPr>
          <w:b/>
        </w:rPr>
        <w:t xml:space="preserve">[32:30] </w:t>
      </w:r>
      <w:r>
        <w:t>woh cheez jo hai wahan par woh ek wahan par ek history judi hui hoti hai ke falan</w:t>
      </w:r>
    </w:p>
    <w:p>
      <w:pPr>
        <w:jc w:val="right"/>
      </w:pPr>
      <w:r>
        <w:t>वह चीज़ जो है वहां पर वह एक वहां पर एक history जुड़ी हुई होती है कि फलां</w:t>
      </w:r>
    </w:p>
    <w:p>
      <w:r>
        <w:rPr>
          <w:b/>
        </w:rPr>
        <w:t xml:space="preserve">[32:36] </w:t>
      </w:r>
      <w:r>
        <w:t>paigambar ke sath jaise ab hum jaye jahan hazrat hajra ke qurbani ki jagah aur wahan par dekhenge</w:t>
      </w:r>
    </w:p>
    <w:p>
      <w:pPr>
        <w:jc w:val="right"/>
      </w:pPr>
      <w:r>
        <w:t>पैगंबर के साथ जैसे अब हम जाए जहां हजरत हजरा के कुर्बानी की जगह और वहां पर देखेंगे</w:t>
      </w:r>
    </w:p>
    <w:p>
      <w:r>
        <w:rPr>
          <w:b/>
        </w:rPr>
        <w:t xml:space="preserve">[32:42] </w:t>
      </w:r>
      <w:r>
        <w:t>ke kis tarike se allah taala ne woh zam zam ka koha zahir kiya aur woh pani itna</w:t>
      </w:r>
    </w:p>
    <w:p>
      <w:pPr>
        <w:jc w:val="right"/>
      </w:pPr>
      <w:r>
        <w:t>कि किस तरीके से अल्लाह ताला ने वह ज़म ज़म का कोहा जाहिर किया और वह पानी इतना</w:t>
      </w:r>
    </w:p>
    <w:p>
      <w:r>
        <w:rPr>
          <w:b/>
        </w:rPr>
        <w:t xml:space="preserve">[32:48] </w:t>
      </w:r>
      <w:r>
        <w:t>zyada usme pani hai ke aaj tak lakhon lakhon haji jate hain wahan aur wahan ke local log</w:t>
      </w:r>
    </w:p>
    <w:p>
      <w:pPr>
        <w:jc w:val="right"/>
      </w:pPr>
      <w:r>
        <w:t>ज़्यादा उसमें पानी है कि आज तक लाखों लाखों हाजी जाते हैं वहां और वहां के local लोग</w:t>
      </w:r>
    </w:p>
    <w:p>
      <w:r>
        <w:rPr>
          <w:b/>
        </w:rPr>
        <w:t xml:space="preserve">[32:54] </w:t>
      </w:r>
      <w:r>
        <w:t>usko use karte hain aur woh aaj tak woh usi tarike se wahan pani aa raha hai to.</w:t>
      </w:r>
    </w:p>
    <w:p>
      <w:pPr>
        <w:jc w:val="right"/>
      </w:pPr>
      <w:r>
        <w:t>उसको use करते हैं और वह आज तक वह उसी तरीके से वहां पानी आ रहा है तो.</w:t>
      </w:r>
    </w:p>
    <w:p>
      <w:r>
        <w:rPr>
          <w:b/>
        </w:rPr>
        <w:t xml:space="preserve">[33:00] </w:t>
      </w:r>
      <w:r>
        <w:t>jabki chaudah sau saal ho chuke hain to bahut hi mere miraculous. to yeh jo allah taala ne khas intervene kiya history mein aur apne bando ki madad ki. un bando ki jinhone apne aap ko khuda ke liye dedicate kar diya tha. to yeh sab khuda ki yadgaaren in in aisi yadgaron ko Jews Judaism mein bahut zyada manaya jata hai, celebrate kiya jata hai.</w:t>
      </w:r>
    </w:p>
    <w:p>
      <w:pPr>
        <w:jc w:val="right"/>
      </w:pPr>
      <w:r>
        <w:t>जबकि चौदह सौ साल हो चुके हैं तो बहुत ही मेरे miraculous. तो यह जो अल्लाह ताला ने खास intervene किया history में और अपने बंदों की मदद की. उन बंदों की जिन्होंने अपने आप को खुदा के लिए dedicate कर दिया था. तो यह सब खुदा की यादगारें इन इन ऐसी यादगारों को Jews Judaism में बहुत ज़्यादा मनाया जाता है, celebrate किया जाता है.</w:t>
      </w:r>
    </w:p>
    <w:p>
      <w:r>
        <w:rPr>
          <w:b/>
        </w:rPr>
        <w:t xml:space="preserve">[33:25] </w:t>
      </w:r>
      <w:r>
        <w:t>har yadgar ko aisi jaha khoda khas zahir hua aur khoda ne khas madad ki jaise azaad musal e salam ki to wo unko baqayda usko public holiday ke taur par manate hain. ji. to in cheezon ko hamein bhi yaad rakhna chahiye kyunke yeh hamare hamare andar spirit bharti hai ke hum bhi isi tarike se karen. to shaira ko kehte hain alamat ya yadgar.</w:t>
      </w:r>
    </w:p>
    <w:p>
      <w:pPr>
        <w:jc w:val="right"/>
      </w:pPr>
      <w:r>
        <w:t>हर यादगार को ऐसी जहा खोदा खास जाहिर हुआ और खोदा ने खास मदद की जैसे आज़ाद मुसाल ए सलाम की तो वो उनको बाकायदा उसको public holiday के तौर पर मनाते हैं. जी. तो इन चीज़ों को हमें भी याद रखना चाहिए क्योंकि यह हमारे हमारे अंदर spirit भर्ती है कि हम भी इसी तरीके से करें. तो शहीरा को कहते हैं अलामत या यादगार.</w:t>
      </w:r>
    </w:p>
    <w:p>
      <w:r>
        <w:rPr>
          <w:b/>
        </w:rPr>
        <w:t xml:space="preserve">[33:51] </w:t>
      </w:r>
      <w:r>
        <w:t>to ye sab reminders hain jo hamein yaad karate hain ke allah taala ki khas khas madad jab allah taala ki hui. to doosri baat ye hai ke insan jo hai khoda ko mehsoos karna chahta hai. to khoda ko mehsoos wahin par insan karta hai jo ki jahan par khoda zahir hua khoda ne khas madad ki aur jaise hazre aswad hai.</w:t>
      </w:r>
    </w:p>
    <w:p>
      <w:pPr>
        <w:jc w:val="right"/>
      </w:pPr>
      <w:r>
        <w:t>तो ये सब reminders हैं जो हमें याद कराते हैं कि अल्लाह तालाह की खास खास मदद जब अल्लाह तालाह की हुई. तो दूसरी बात ये है कि इंसान जो है खोदा को महसूस करना चाहता है. तो खोदा को महसूस वहीं पर इंसान करता है जो कि जहां पर खोदा जाहिर हुआ खोदा ने खास मदद की और जैसे हज़रे अस्वद है.</w:t>
      </w:r>
    </w:p>
    <w:p>
      <w:r>
        <w:rPr>
          <w:b/>
        </w:rPr>
        <w:t xml:space="preserve">[34:19] </w:t>
      </w:r>
      <w:r>
        <w:t>ab khoda ne apna ghar banaya khoda ka koi ghar nahi tha wahi pehla ghar tauheed ka bana to jo hajre aswad hai woh thoda black stone hai to usko log tarah tarah ki uske sath baaten wapas aen. koi kehta hai ke yeh janmat se aaya hai. koi kehta hai insano ki gunav se kala ho gaya hai.</w:t>
      </w:r>
    </w:p>
    <w:p>
      <w:pPr>
        <w:jc w:val="right"/>
      </w:pPr>
      <w:r>
        <w:t>अब खोदा ने अपना घर बनाया खोदा का कोई घर नहीं था वही पहला घर तौहित का बना तो जो हजरे अस्वद है वह थोड़ा black stone है तो उसको लोग तरह तरह की उसके साथ बातें वापस आएं. कोई कहता है कि यह जन्मत से आया है. कोई कहता है इंसानों की गुनाव से काला हो गया है.</w:t>
      </w:r>
    </w:p>
    <w:p>
      <w:r>
        <w:rPr>
          <w:b/>
        </w:rPr>
        <w:t xml:space="preserve">[34:41] </w:t>
      </w:r>
      <w:r>
        <w:t>to aisa kuch nahi hai jab hazrat ibrahim bana rahe the kabah to wahan tawaf karna tha tawaf ek muqam se hi kiya jata hai. to jab utni oonchi deewar ho gayi jahan se hum hath rakhte hain aise to hazrat smile se hazrat ibrahim ne kaha ke jao ek different color ka patthar dhoond kar le aao taake woh hum yahan na sab kar den aur wahan se tabab shuru kiya jayega.</w:t>
      </w:r>
    </w:p>
    <w:p>
      <w:pPr>
        <w:jc w:val="right"/>
      </w:pPr>
      <w:r>
        <w:t>तो ऐसा कुछ नहीं है जब हजरत इब्राहिम बना रहे थे काबाह तो वहां तबाफ करना था तबाफ एक मुकाम से ही किया जाता है. तो जब उतनी ऊंची दीवार हो गई जहां से हम हाथ रखते हैं ऐसे तो हजरत smile से हज़रत इब्राहिम ने कहा कि जाओ एक different color का पत्थर ढूंढ कर ले आओ ताकि वह हम यहां न सब कर दें और वहां से तबाब शुरू किया जाएगा.</w:t>
      </w:r>
    </w:p>
    <w:p>
      <w:r>
        <w:rPr>
          <w:b/>
        </w:rPr>
        <w:t xml:space="preserve">[35:10] </w:t>
      </w:r>
      <w:r>
        <w:t>to woh jakar ek different color ka patthar dhoond kar le aaye.</w:t>
      </w:r>
    </w:p>
    <w:p>
      <w:pPr>
        <w:jc w:val="right"/>
      </w:pPr>
      <w:r>
        <w:t>तो वह जाकर एक different color का पत्थर ढूंढ कर ले आए.</w:t>
      </w:r>
    </w:p>
    <w:p>
      <w:r>
        <w:rPr>
          <w:b/>
        </w:rPr>
        <w:t xml:space="preserve">[35:15] </w:t>
      </w:r>
      <w:r>
        <w:t>to bas uski wahi hai lekin bas yeh baat hai ke kaba bar bar gira hai.</w:t>
      </w:r>
    </w:p>
    <w:p>
      <w:pPr>
        <w:jc w:val="right"/>
      </w:pPr>
      <w:r>
        <w:t>तो बस उसकी वही है लेकिन बस यह बात है कि काबा बार बार गिरा है.</w:t>
      </w:r>
    </w:p>
    <w:p>
      <w:r>
        <w:rPr>
          <w:b/>
        </w:rPr>
        <w:t xml:space="preserve">[35:20] </w:t>
      </w:r>
      <w:r>
        <w:t>flash flats wahan ate hain to kai bar gira hai kaba to usko dobara banaya gaya hai.</w:t>
      </w:r>
    </w:p>
    <w:p>
      <w:pPr>
        <w:jc w:val="right"/>
      </w:pPr>
      <w:r>
        <w:t>Flash flats वहां आते हैं तो कई बार गिरा है काबा तो उसको दोबारा बनाया गया है.</w:t>
      </w:r>
    </w:p>
    <w:p>
      <w:r>
        <w:rPr>
          <w:b/>
        </w:rPr>
        <w:t xml:space="preserve">[35:26] </w:t>
      </w:r>
      <w:r>
        <w:t>to lekin yeh patthar jo hai woh wahi hajat ibrahim aur hajat ismail ke zamane ka patthar hai.</w:t>
      </w:r>
    </w:p>
    <w:p>
      <w:pPr>
        <w:jc w:val="right"/>
      </w:pPr>
      <w:r>
        <w:t>तो लेकिन यह पत्थर जो है वो वही हजत इब्राहिम और हजत इस्माइल के जमाने का पत्थर है.</w:t>
      </w:r>
    </w:p>
    <w:p>
      <w:r>
        <w:rPr>
          <w:b/>
        </w:rPr>
        <w:t xml:space="preserve">[35:31] </w:t>
      </w:r>
      <w:r>
        <w:t>to yeh unki yadgar hai aur is wajah se usko bosa diya jata hai.</w:t>
      </w:r>
    </w:p>
    <w:p>
      <w:pPr>
        <w:jc w:val="right"/>
      </w:pPr>
      <w:r>
        <w:t>तो यह उनकी यादगार है और इस वजह से उसको बोसा दिया जाता है.</w:t>
      </w:r>
    </w:p>
    <w:p>
      <w:r>
        <w:rPr>
          <w:b/>
        </w:rPr>
        <w:t xml:space="preserve">[35:36] </w:t>
      </w:r>
      <w:r>
        <w:t>usko chhua jata hai.</w:t>
      </w:r>
    </w:p>
    <w:p>
      <w:pPr>
        <w:jc w:val="right"/>
      </w:pPr>
      <w:r>
        <w:t>उसको छुआ जाता है.</w:t>
      </w:r>
    </w:p>
    <w:p>
      <w:r>
        <w:rPr>
          <w:b/>
        </w:rPr>
        <w:t xml:space="preserve">[35:42] </w:t>
      </w:r>
      <w:r>
        <w:t>to insan ko insan ko ek emotional attachment hota hai. aisa usko lagta hai jaise woh khuda ko chhu raha hai. khuda ka hath chhu raha hai usko. khuda se qurbat ka jo hai woh ek ehsas usko hota hai. to yahi hai jo hamein yaad rakhna chahiye har mauke par. to taake hum hamare andar woh sare jadbaat jab hi paida hote hain jab humko yeh sari cheezen hum feel karen.</w:t>
      </w:r>
    </w:p>
    <w:p>
      <w:pPr>
        <w:jc w:val="right"/>
      </w:pPr>
      <w:r>
        <w:t>तो इंसान को इंसान को एक emotional attachment होता है. ऐसा उसको लगता है जैसे वह खुदा को छू रहा है. खुदा का हाथ छू रहा है उसको. खुदा से कुर्बत का जो है वह एक एहसास उसको होता है. तो यही है जो हमें याद रखना चाहिए हर मौके पर. तो ताकि हम हमारे अंदर वह सारे जदबात जब ही पैदा होते हैं जब हमको यह सारी चीज़ें हम feel करें.</w:t>
      </w:r>
    </w:p>
    <w:p>
      <w:r>
        <w:rPr>
          <w:b/>
        </w:rPr>
        <w:t xml:space="preserve">[36:09] </w:t>
      </w:r>
      <w:r>
        <w:t>to jaise sai mein jab aadmi sai karta hai to usko feeling aati hai ke woh khuda ke liye daud raha hai. khuda ke liye har kaam karne ke liye tayyar hai. har struggle ke liye woh tayyar hai. to isi wajah se chunke insan khuda ko feel karna chahta tha isi wajah se insano ne khoda ke buddh banaye taake usko feel kare.</w:t>
      </w:r>
    </w:p>
    <w:p>
      <w:pPr>
        <w:jc w:val="right"/>
      </w:pPr>
      <w:r>
        <w:t>तो जैसे सई में जब आदमी साई करता है तो उसको feeling आती है कि वो खुदा के लिए दौड़ रहा है. खुदा के लिए हर काम करने के लिए तैयार है. हर struggle के लिए वो तैयार है. तो इसी वजह से चूंकि इंसान खुदा को feel करना चाहता था इसी वजह से इंसानों ने खोदा के बुद्ध बनाए ताकि उसको feel करे.</w:t>
      </w:r>
    </w:p>
    <w:p>
      <w:r>
        <w:rPr>
          <w:b/>
        </w:rPr>
        <w:t xml:space="preserve">[36:32] </w:t>
      </w:r>
      <w:r>
        <w:t>lekin buddh banane ka matlab aise hi jaise insan ka statue banaye to phir bhi insan to hum dekh rahe hain uska statue banayenge to kuch na kuch resemblance rahegi lekin khuda to invisible hai unlimited hai to uska statue banana jo hai use koi meaningless hai kyunke statue usi cheez ka bana sakte hain jo hamein nazar aa rahi hai jis jo humne dekhi ho aur uske mutabik hum statue banaye.</w:t>
      </w:r>
    </w:p>
    <w:p>
      <w:pPr>
        <w:jc w:val="right"/>
      </w:pPr>
      <w:r>
        <w:t>लेकिन बुद्ध बनाने का मतलब ऐसे ही जैसे इंसान का statue बनाएं तो फिर भी इंसान तो हम देख रहे हैं उसका statue बनाएंगे तो कुछ ना कुछ resemblance रहेगी लेकिन खुदा तो invisible है unlimited है तो उसका statue बनाना जो है उसे कोई meaningless है क्योंकि statue उसी चीज़ का बना सकते हैं जो हमें नज़र आ रही है जिस जो हमने देखी हो और उसके मुताबिक हम statue बनाएं.</w:t>
      </w:r>
    </w:p>
    <w:p>
      <w:r>
        <w:rPr>
          <w:b/>
        </w:rPr>
        <w:t xml:space="preserve">[37:00] </w:t>
      </w:r>
      <w:r>
        <w:t>to yahi jo hai na khuda aur bandey k darmiyan jo yeh talluq qaim hota hai to woh inhi cheezon k zariye se yaani hum wahan ja kar hum ko aik feeling aati hai aur phir yeh ehsas hota hai k khuda k kaisey kaisey bande they unhon ney? kya kya sacrifices diye hain?</w:t>
      </w:r>
    </w:p>
    <w:p>
      <w:pPr>
        <w:jc w:val="right"/>
      </w:pPr>
      <w:r>
        <w:t>तो यही जो है ना खुदा और बंदेक दरमियान जो यह ताल्लुख कायम होता है तो वह इन्हीं चीज़ों के जरिए से यानी हम वहां जाकर हमको एक feeling आती है और फिर यह एहसास होता है कि खुदा के कैसे कैसे बंदे थे उन्होंने? क्या क्या sacrifices दिए हैं?</w:t>
      </w:r>
    </w:p>
    <w:p>
      <w:r>
        <w:rPr>
          <w:b/>
        </w:rPr>
        <w:t xml:space="preserve">[37:20] </w:t>
      </w:r>
      <w:r>
        <w:t>to is tareeqey se wahan par ja kar hum ko yeh ehsas hota hai k in logon ney khuda parasti k kitney aala namoonay qaim kiye hain aur humein bhi dua kartey hain kalla taala. humein bhi is par chalney ki tofeeq ataa farmaaye. jee.</w:t>
      </w:r>
    </w:p>
    <w:p>
      <w:pPr>
        <w:jc w:val="right"/>
      </w:pPr>
      <w:r>
        <w:t>तो इस तरीके से वहां पर जाकर हमको यह एहसास होता है कि इन लोगों ने खुदा परिस्थी के कितने आला नमूने कायम किए हैं और हमें भी दुआ करते हैं कल्ला ताला. हमें भी इस पर चलने की तौफी का ताफरमाएं. जी.</w:t>
      </w:r>
    </w:p>
    <w:p>
      <w:r>
        <w:rPr>
          <w:b/>
        </w:rPr>
        <w:t xml:space="preserve">[37:36] </w:t>
      </w:r>
      <w:r>
        <w:t>In fact, papa I will say the moral of the story or the take away from your answer is that if a believer despite facing hardship keeps his faith alive and trust in God, then miraculous help of God will come for that person in the same manner as he saved the child Ishmael by the miracle of the Zam Zam Spring.</w:t>
      </w:r>
    </w:p>
    <w:p>
      <w:pPr>
        <w:jc w:val="right"/>
      </w:pPr>
      <w:r>
        <w:t>In fact, papa I will say the moral of the story or the take away from your answer is that if a believer despite facing hardship keeps his faith alive and trust in God, then miraculous help of God will come for that person in the same manner as he saved the child Ishmael by the miracle of the Zam Zam Spring.</w:t>
      </w:r>
    </w:p>
    <w:p>
      <w:r>
        <w:rPr>
          <w:b/>
        </w:rPr>
        <w:t xml:space="preserve">[37:59] </w:t>
      </w:r>
      <w:r>
        <w:t>So it's a, it's a big takeaway and a big hope for all the believers who believe in god and then observe patience. aapka agla sawal mera yahi hai k hajj k arkaan k waqeaat jaisey tawaf, sa'i, qurbani waghera iskey baray mein aap hum sab ko bataayein. hajj ka sab se jo munassib hai us mein sab se pehley to ehraam hai.</w:t>
      </w:r>
    </w:p>
    <w:p>
      <w:pPr>
        <w:jc w:val="right"/>
      </w:pPr>
      <w:r>
        <w:t>So it's a, it's a big takeaway and a big hope for all the believers who believe in god and then observe patience. आपका अगला सवाल मेरा यही है कि हज के अर्कान के वाक्याज जैसे तवाफ, सई, कुर्बानी वगैरह इसके बारे में आप हम सबको बताएं. हज का सबसे जो मनाषिक है उसमें सबसे पहले तो ऐहराम है.</w:t>
      </w:r>
    </w:p>
    <w:p>
      <w:r>
        <w:rPr>
          <w:b/>
        </w:rPr>
        <w:t xml:space="preserve">[38:27] </w:t>
      </w:r>
      <w:r>
        <w:t>to haaji ko bilkul saada kapda pehanna parta hai. woh bilkul woh bhi jo joints hain unkey liye baghair sila kapda aik neechey aur aik oopar. yahan par aik haath khola hua rehta hai. jee. aisi daal letey hain oopar se chaadar ki tarah. jee jee. to bilkul saada kapda tamam log aik hi sufaid kapda pehney rehtey hain.</w:t>
      </w:r>
    </w:p>
    <w:p>
      <w:pPr>
        <w:jc w:val="right"/>
      </w:pPr>
      <w:r>
        <w:t>तो हाजी को बिल्कुल साधा कपड़ा पहनना पड़ता है. वो बिल्कुल वो भी जो joints है उनके लिए बगैर सिला कपड़ा एक नीचे और एक ऊपर. यहां पर एक हाथ खोला हुआ रहता है. जी. ऐसी डाल लेते हैं ऊपर से चादर की तरह. जी जी. तो बिल्कुल साधा कपड़ा तमाम लोग एक ही सुफैद कपड़ा पहने रहते हैं.</w:t>
      </w:r>
    </w:p>
    <w:p>
      <w:r>
        <w:rPr>
          <w:b/>
        </w:rPr>
        <w:t xml:space="preserve">[38:47] </w:t>
      </w:r>
      <w:r>
        <w:t>to yeh uska nishani hai k insaan ney apni tamam zarooraton ko bilkul mehdoood kar liya hai limit mein kar liya hai aur apni tamam woh apney tamam resources ko woh khuda k liye waqf kar dega. to isi tareeqey se jaisey tawaaf hai. jee. to tawaaf yeh hai k hum khuda k aagay jo hai usi k aagay hum apni poori zindagi revolve karegi.</w:t>
      </w:r>
    </w:p>
    <w:p>
      <w:pPr>
        <w:jc w:val="right"/>
      </w:pPr>
      <w:r>
        <w:t>तो यह उसका निशानी है कि इंसान ने अपनी तमाम ज़रूरतों को बिल्कुल मेहदूत कर लिया है limit में कर लिया है और अपनी तमाम वो अपने तमाम resources को वो खुदा के लिए वक्फ कर देगा. तो इसी तरीके से जैसे तबाफ है. जी. तो तबाफ यह है कि हम खुदा के आगे जो है उसी के आगे हम अपनी पूरी ज़िंदगी revolve करेगी.</w:t>
      </w:r>
    </w:p>
    <w:p>
      <w:r>
        <w:rPr>
          <w:b/>
        </w:rPr>
        <w:t xml:space="preserve">[39:15] </w:t>
      </w:r>
      <w:r>
        <w:t>khuda se humko itna gehra taluq hai ke humko aisa lagta hai ke jaise humein khuda mil gaya</w:t>
      </w:r>
    </w:p>
    <w:p>
      <w:pPr>
        <w:jc w:val="right"/>
      </w:pPr>
      <w:r>
        <w:t>खुदा से हमको इतना गहरा ताल्लूफ है कि हमको ऐसा लगता है कि जैसे हमें खुदा मिल गया</w:t>
      </w:r>
    </w:p>
    <w:p>
      <w:r>
        <w:rPr>
          <w:b/>
        </w:rPr>
        <w:t xml:space="preserve">[39:20] </w:t>
      </w:r>
      <w:r>
        <w:t>hai khuda ka ghar hai yeh.</w:t>
      </w:r>
    </w:p>
    <w:p>
      <w:pPr>
        <w:jc w:val="right"/>
      </w:pPr>
      <w:r>
        <w:t>है खुदा का घर है यह.</w:t>
      </w:r>
    </w:p>
    <w:p>
      <w:r>
        <w:rPr>
          <w:b/>
        </w:rPr>
        <w:t xml:space="preserve">[39:25] </w:t>
      </w:r>
      <w:r>
        <w:t>humein khuda ka mil gaya hai aur hum hum uske charon taraf se ghoom rahe hain aur bilkul</w:t>
      </w:r>
    </w:p>
    <w:p>
      <w:pPr>
        <w:jc w:val="right"/>
      </w:pPr>
      <w:r>
        <w:t>हमें खुदा का मिल गया है और हम हम उसके चारों तरफ से घूम रहे हैं और बिल्कुल</w:t>
      </w:r>
    </w:p>
    <w:p>
      <w:r>
        <w:rPr>
          <w:b/>
        </w:rPr>
        <w:t xml:space="preserve">[39:30] </w:t>
      </w:r>
      <w:r>
        <w:t>usi ke mutabiq apni zindagi ko guzarna chahte hain.</w:t>
      </w:r>
    </w:p>
    <w:p>
      <w:pPr>
        <w:jc w:val="right"/>
      </w:pPr>
      <w:r>
        <w:t>उसी के मुताबिक अपनी ज़िंदगी को गुज़ारना चाहते हैं.</w:t>
      </w:r>
    </w:p>
    <w:p>
      <w:r>
        <w:rPr>
          <w:b/>
        </w:rPr>
        <w:t xml:space="preserve">[39:35] </w:t>
      </w:r>
      <w:r>
        <w:t>to yeh wahin jakar ehsas hota hai phir bahut sare log jab wahan par haj kar rahe hote</w:t>
      </w:r>
    </w:p>
    <w:p>
      <w:pPr>
        <w:jc w:val="right"/>
      </w:pPr>
      <w:r>
        <w:t>तो यह वहीं जाकर एहसास होता है फिर बहुत सारे लोग जब वहां पर हज कर रहे होते</w:t>
      </w:r>
    </w:p>
    <w:p>
      <w:r>
        <w:rPr>
          <w:b/>
        </w:rPr>
        <w:t xml:space="preserve">[39:40] </w:t>
      </w:r>
      <w:r>
        <w:t>hain wahi sab arkan ada kar rahe hote hain to uski ek alag hi feeling hoti hai.</w:t>
      </w:r>
    </w:p>
    <w:p>
      <w:pPr>
        <w:jc w:val="right"/>
      </w:pPr>
      <w:r>
        <w:t>हैं वही सब अरकान अदा कर रहे होते हैं तो उसकी एक अलग ही feeling होती है.</w:t>
      </w:r>
    </w:p>
    <w:p>
      <w:r>
        <w:rPr>
          <w:b/>
        </w:rPr>
        <w:t xml:space="preserve">[39:46] </w:t>
      </w:r>
      <w:r>
        <w:t>ab sa'i ka wohi hai k hum khuda k khaatir hum saari struggle jo hai woh hum kar saktey hain. to wahan par jo hai hum ko hazrat haajra ki struggle, hazrat ismail ki struggle aur doosrey prophets ki struggle yaad aati hai. to hum uskey liye apney aap ko tayyar kartey hain kisi tareeqey se hum bhi khuda k liye struggle karengay.</w:t>
      </w:r>
    </w:p>
    <w:p>
      <w:pPr>
        <w:jc w:val="right"/>
      </w:pPr>
      <w:r>
        <w:t>अब सही का वही है कि हम खुदा के खातिर हम सारी struggle जो है वह हम कर सकते हैं. तो वहां पर जो है हमको अदरत हाजरा की struggle, अदतित smile की struggle और दूसरे prophets की struggle याद आती है. तो हम उसके लिए अपने आप को तैयार करते हैं किसी तरीके से हम भी हुदा के लिए struggle करेंगे.</w:t>
      </w:r>
    </w:p>
    <w:p>
      <w:r>
        <w:rPr>
          <w:b/>
        </w:rPr>
        <w:t xml:space="preserve">[40:09] </w:t>
      </w:r>
      <w:r>
        <w:t>jab hum ramiy jimar kartey hain yaani shaitan par pathar maartey hain to humein aisa lagta hai k kyun k jab bhi hum khuda ka kaam karengay khuda k deen ka kaam karengay to humein shaitan behkaaye ga. tarah tarah k hum missile humein pesh aayengey tururi baat hoti hain, temptations hoti hain to woh bhi alaamati hai. log bohat zyada ghus jaatey hain aur log stampede ho jata hai kitney log mar jaatey hain.</w:t>
      </w:r>
    </w:p>
    <w:p>
      <w:pPr>
        <w:jc w:val="right"/>
      </w:pPr>
      <w:r>
        <w:t>जब हम रमिय जमार करते हैं यानी शैतान पर पत्थर मारते हैं तो हमें ऐसा लगता है कि क्योंकि जब भी हम खुदा का काम करेंगे खुदा के दिन का काम करेंगे तो हमें शैतान बहकाएगा. तरह तरह के हम missile हमें पेश आऐंगे तरुरी बात होती हैं, temptations होती हैं तो वह भी अलामती है. लोग बहुत ज़्यादा घुस जाते हैं और लोग stampede हो जाता है कितने लोग मर जाते हैं.</w:t>
      </w:r>
    </w:p>
    <w:p>
      <w:r>
        <w:rPr>
          <w:b/>
        </w:rPr>
        <w:t xml:space="preserve">[40:34] </w:t>
      </w:r>
      <w:r>
        <w:t>yeh sab nahi woh alamati hai door se bhi ek chhota sa patthar aap mar dein to woh</w:t>
      </w:r>
    </w:p>
    <w:p>
      <w:pPr>
        <w:jc w:val="right"/>
      </w:pPr>
      <w:r>
        <w:t>यह सब नहीं वह अलामती है दूर से भी एक छोटा सा पत्थर आप मार दें तो वह</w:t>
      </w:r>
    </w:p>
    <w:p>
      <w:r>
        <w:rPr>
          <w:b/>
        </w:rPr>
        <w:t xml:space="preserve">[40:38] </w:t>
      </w:r>
      <w:r>
        <w:t>ho jata hai kyunke woh hamare andar woh feeling paida karni hai ke jab bhi shaitan hamare paas</w:t>
      </w:r>
    </w:p>
    <w:p>
      <w:pPr>
        <w:jc w:val="right"/>
      </w:pPr>
      <w:r>
        <w:t>हो जाता है क्योंकि वह हमारे अंदर वह feeling पैदा करनी है कि जब भी शैतान हमारे पास</w:t>
      </w:r>
    </w:p>
    <w:p>
      <w:r>
        <w:rPr>
          <w:b/>
        </w:rPr>
        <w:t xml:space="preserve">[40:42] </w:t>
      </w:r>
      <w:r>
        <w:t>aayega to hum usko bhagaenge.</w:t>
      </w:r>
    </w:p>
    <w:p>
      <w:pPr>
        <w:jc w:val="right"/>
      </w:pPr>
      <w:r>
        <w:t>आएगा तो हम उसको भगाएंगे.</w:t>
      </w:r>
    </w:p>
    <w:p>
      <w:r>
        <w:rPr>
          <w:b/>
        </w:rPr>
        <w:t xml:space="preserve">[40:47] </w:t>
      </w:r>
      <w:r>
        <w:t>yeh nahi ke wahan koi woh patthar jo hai wahan par laga hua hai yeh nahi ke usi</w:t>
      </w:r>
    </w:p>
    <w:p>
      <w:pPr>
        <w:jc w:val="right"/>
      </w:pPr>
      <w:r>
        <w:t>यह नहीं कि वहां कोई वह पत्थर जो है वहां पर लगा हुआ है यह नहीं कि उसी</w:t>
      </w:r>
    </w:p>
    <w:p>
      <w:r>
        <w:rPr>
          <w:b/>
        </w:rPr>
        <w:t xml:space="preserve">[40:51] </w:t>
      </w:r>
      <w:r>
        <w:t>ke andar shaitan baitha hua hai.</w:t>
      </w:r>
    </w:p>
    <w:p>
      <w:pPr>
        <w:jc w:val="right"/>
      </w:pPr>
      <w:r>
        <w:t>के अंदर शैतान बैठा हुआ है.</w:t>
      </w:r>
    </w:p>
    <w:p>
      <w:r>
        <w:rPr>
          <w:b/>
        </w:rPr>
        <w:t xml:space="preserve">[40:56] </w:t>
      </w:r>
      <w:r>
        <w:t>shaitan hamare andar behkata hai.</w:t>
      </w:r>
    </w:p>
    <w:p>
      <w:pPr>
        <w:jc w:val="right"/>
      </w:pPr>
      <w:r>
        <w:t>शैतान हमारे अंदर बहकाता है.</w:t>
      </w:r>
    </w:p>
    <w:p>
      <w:r>
        <w:rPr>
          <w:b/>
        </w:rPr>
        <w:t xml:space="preserve">[41:00] </w:t>
      </w:r>
      <w:r>
        <w:t>to wahan to hum sirf yeh adam karte hain ke jab bhi hamein shaitan behkayega to hum usko bhagaenge.</w:t>
      </w:r>
    </w:p>
    <w:p>
      <w:pPr>
        <w:jc w:val="right"/>
      </w:pPr>
      <w:r>
        <w:t>तो वहां तो हम सिर्फ यह अद्म करते हैं कि जब भी हमें शैतान बहकाएगा तो हम उसको भगाएंगे.</w:t>
      </w:r>
    </w:p>
    <w:p>
      <w:r>
        <w:rPr>
          <w:b/>
        </w:rPr>
        <w:t xml:space="preserve">[41:05] </w:t>
      </w:r>
      <w:r>
        <w:t>to qurbani ka wahi hai ke jab hamein bhi isi tarah se apni qurbani karna hai.</w:t>
      </w:r>
    </w:p>
    <w:p>
      <w:pPr>
        <w:jc w:val="right"/>
      </w:pPr>
      <w:r>
        <w:t>तो कुर्बानी का वही है कि जब हमें भी इसी तरीके से अपनी कुर्बानी करना है.</w:t>
      </w:r>
    </w:p>
    <w:p>
      <w:r>
        <w:rPr>
          <w:b/>
        </w:rPr>
        <w:t xml:space="preserve">[41:12] </w:t>
      </w:r>
      <w:r>
        <w:t>qurbani jaan ki qurbani nahi balkeh apne maal ki qurbani apne waqt ki qurbani apni energy ki qurbani</w:t>
      </w:r>
    </w:p>
    <w:p>
      <w:pPr>
        <w:jc w:val="right"/>
      </w:pPr>
      <w:r>
        <w:t>कुर्बानी जान की कुर्बानी नहीं बल्कि अपने माल की कुर्बानी अपने वक्त की कुर्बानी अपनी energy की कुर्बानी</w:t>
      </w:r>
    </w:p>
    <w:p>
      <w:r>
        <w:rPr>
          <w:b/>
        </w:rPr>
        <w:t xml:space="preserve">[41:20] </w:t>
      </w:r>
      <w:r>
        <w:t>yeh sab qurbani darkaar hai.</w:t>
      </w:r>
    </w:p>
    <w:p>
      <w:pPr>
        <w:jc w:val="right"/>
      </w:pPr>
      <w:r>
        <w:t>यह सब कुर्बानी धरकार है.</w:t>
      </w:r>
    </w:p>
    <w:p>
      <w:r>
        <w:rPr>
          <w:b/>
        </w:rPr>
        <w:t xml:space="preserve">[41:28] </w:t>
      </w:r>
      <w:r>
        <w:t>jab hum maidan arafat mein jaate hain to hamein aisa lagta hai ke jaise hum qayamat ka manzar</w:t>
      </w:r>
    </w:p>
    <w:p>
      <w:pPr>
        <w:jc w:val="right"/>
      </w:pPr>
      <w:r>
        <w:t>जब हम मैदान अरफाद में जाते हैं तो हमें ऐसा लगता है कि जैसे हम कयामत का मंज़र</w:t>
      </w:r>
    </w:p>
    <w:p>
      <w:r>
        <w:rPr>
          <w:b/>
        </w:rPr>
        <w:t xml:space="preserve">[41:36] </w:t>
      </w:r>
      <w:r>
        <w:t>hai tamam log khud aage aage jama hain aur apne hisabdehi ke liye jawabdehi ke liye tayyar hai</w:t>
      </w:r>
    </w:p>
    <w:p>
      <w:pPr>
        <w:jc w:val="right"/>
      </w:pPr>
      <w:r>
        <w:t>है तमाम लोग खुद आगे आगे जमा है और अपने हिसाबदेही के लिए जवाबदेही के लिए तैयार है</w:t>
      </w:r>
    </w:p>
    <w:p>
      <w:r>
        <w:rPr>
          <w:b/>
        </w:rPr>
        <w:t xml:space="preserve">[41:44] </w:t>
      </w:r>
      <w:r>
        <w:t>wahan par to yeh ehsaas hota hai.</w:t>
      </w:r>
    </w:p>
    <w:p>
      <w:pPr>
        <w:jc w:val="right"/>
      </w:pPr>
      <w:r>
        <w:t>वहां पर तो यह एहसास होता है.</w:t>
      </w:r>
    </w:p>
    <w:p>
      <w:r>
        <w:rPr>
          <w:b/>
        </w:rPr>
        <w:t xml:space="preserve">[41:52] </w:t>
      </w:r>
      <w:r>
        <w:t>to yeh ehsas paida karne k liye kuch tangible signs chahiye hotey hain. jaisey aik aadmi they woh unko ab maut ko yaad karne k liye woh ja kar kabhi kabhi cover mein let jaatey they. kyun k hum door rehtey hain to humein yaad nahi aati hai. to woh cover mein let jaatey they usko yaad kartey they. jee.</w:t>
      </w:r>
    </w:p>
    <w:p>
      <w:pPr>
        <w:jc w:val="right"/>
      </w:pPr>
      <w:r>
        <w:t>तो यह एहसास पैदा करने के लिए कुछ tangible science चाहिए होती हैं. जैसे एक आदमी थे वह उनको अब मौत को याद करने के लिए वह जाकर कभी कभी cover में लेट जाते थे. क्योंकि हम दूर रहते हैं तो हमें याद नहीं आती है. तो वह cover में लेट जाते थे उसको याद करते थे. जी.</w:t>
      </w:r>
    </w:p>
    <w:p>
      <w:r>
        <w:rPr>
          <w:b/>
        </w:rPr>
        <w:t xml:space="preserve">[42:11] </w:t>
      </w:r>
      <w:r>
        <w:t>to aisi kuch insaan jo hai aik emotional makhlooq hai emotional creature hai to usko in sab cheezon ki zaroorat hoti hai k woh jaaye aur in logon in cheezon ko feel karey kyun k insaan aik psychological creature hai. jee jee jee. to feeling k liye bohat zabardast jagah hai. jee. ab mera aakhri sawal hai.</w:t>
      </w:r>
    </w:p>
    <w:p>
      <w:pPr>
        <w:jc w:val="right"/>
      </w:pPr>
      <w:r>
        <w:t>तो ऐसी कुछ इंसान जो है एक emotional मखलोक है emotional creature है तो उसको इन सब चीज़ों की ज़रूरत होती है कि वो जाए और इन लोगों इन चीज़ों को feel करे क्योंकि इंसान एक psychological creature है. जी जी जी. तो feeling के लिए बहुत ज़बरदस्त जगह है. जी. अब मेरा आखिरी सवाल है.</w:t>
      </w:r>
    </w:p>
    <w:p>
      <w:r>
        <w:rPr>
          <w:b/>
        </w:rPr>
        <w:t xml:space="preserve">[42:36] </w:t>
      </w:r>
      <w:r>
        <w:t>As we know that, you know, hajj takes the form of universal gathering as Muslims from all over the world meet one another on this occasion. So in a way it produces universality among the Muslims. Similarly if you see apa then dawa activity also produces universal thinking because one is made to think at the level of humanity.</w:t>
      </w:r>
    </w:p>
    <w:p>
      <w:pPr>
        <w:jc w:val="right"/>
      </w:pPr>
      <w:r>
        <w:t>As we know that, you know, हाज takes the form of universal gathering as मुस्लिमs from all over the world meet one another on this occasion. So in a way it produces universality among the मुस्लिमs. Similarly if you see आपा then दावा activity also produces universal thinking because one is made to think at the level of humanity.</w:t>
      </w:r>
    </w:p>
    <w:p>
      <w:r>
        <w:rPr>
          <w:b/>
        </w:rPr>
        <w:t xml:space="preserve">[43:01] </w:t>
      </w:r>
      <w:r>
        <w:t>So my question is that how does hajj gives a lesson of universal dawa work? iskey baray mein bataayein. to hajj ki jo poori tareekh hai woh yahi hai k wahan par khuda ney planning ki k kis tareeqey se bandon tak khuda ka paigham pohanchaya jaaye. to yeh to uski poori tareekh mein interwoven hai.</w:t>
      </w:r>
    </w:p>
    <w:p>
      <w:pPr>
        <w:jc w:val="right"/>
      </w:pPr>
      <w:r>
        <w:t>So my question is that how does हज gives a lesson of universal दावा work? इसके बारे में बताएं. तो हज की जो पूरी तारीख है वह यही है कि वहां पर खुदा ने planning की कि किस तरीके से बंदों तक खुदा का प्यागाम पहुंचाया जाए. तो यह तो उसकी पूरी तारीख में interwoven है.</w:t>
      </w:r>
    </w:p>
    <w:p>
      <w:r>
        <w:rPr>
          <w:b/>
        </w:rPr>
        <w:t xml:space="preserve">[43:27] </w:t>
      </w:r>
      <w:r>
        <w:t>to yeh hazrat haajra ko isiliye wahan basaya gaya phir uskey baad jo aik nasal paida hui dhai hazaar saal k baad to us nasal ney is tareeqey se rasoolullah sallallahu alaihi wasallam ka saath diya aur phir us nasl ney tamam qurbani dekar k aur deen e tauheed ko ghaalib kiya. to yeh saari planning jo hai woh uski tareekh mein shamil hai.</w:t>
      </w:r>
    </w:p>
    <w:p>
      <w:pPr>
        <w:jc w:val="right"/>
      </w:pPr>
      <w:r>
        <w:t>तो यह श्वाद रथाजरा को इसीलिए वहां बसाया गया फिर उसके बाद जो एक नस्ल पैदा हुई ढाई हज़ार साल के बाद तो उस नस्ल ने इस तरीके से रसूल्लाह सरोशलम का साथ दिया और फिर उस नस्ले तमाम कुर्बानी देकर के और दीने तौहीद को गालीब किया. तो यह सारी planning जो है वह उसकी तारीख में शामिल है.</w:t>
      </w:r>
    </w:p>
    <w:p>
      <w:r>
        <w:rPr>
          <w:b/>
        </w:rPr>
        <w:t xml:space="preserve">[43:56] </w:t>
      </w:r>
      <w:r>
        <w:t>to asal mein humein sab se pehley yeh samajhna hoga k musalman aik daawati group hai. unka zindagi ka maqsad hi yahi hai k khuda k paigham ko doosron tak pohanchayein. jis ko shahadat alal naas kaha gaya hai. to yeh humari zindagi ka maqsad hai aur yeh wahan par ja kar iskey liye hum ko apney aap ko tayyar karna hai. jo labbaik allahumma labbaik kis liye kehtey hain? khaali is liye thori k hum haram mein aa gaye hain.</w:t>
      </w:r>
    </w:p>
    <w:p>
      <w:pPr>
        <w:jc w:val="right"/>
      </w:pPr>
      <w:r>
        <w:t>तो असल में हमें सबसे पहले यह समझना होगा कि मुसलमान एक दावती गर्व है. उनका ज़िंदगी का मकसद ही यही है कि खुदा के पैगाम को दूसरों तक पहुंचाएं. जिसको शहादत अलम नास कहा गया है. तो यह हमारी ज़िंदगी का मकसद है और यह वहां पर जाकर इसके लिए हमको अपने आप को तैयार करना है. जो लब्बेक अल्लाहुम और लब्बेक किस लिए कहते हैं? खाली इसलिए थोड़ी की हम हरम में आ गए हैं.</w:t>
      </w:r>
    </w:p>
    <w:p>
      <w:r>
        <w:rPr>
          <w:b/>
        </w:rPr>
        <w:t xml:space="preserve">[44:25] </w:t>
      </w:r>
      <w:r>
        <w:t>balkey yeh k hum haazir hain Allah taala. teri har kaam k liye, teri har raza k liye, teri har jo bhi hum se tu kahe ga uskey liye hum haazir hain. apni zindagi ko hum dedicate kartey hain is maqsad k liye. apna poora asaas hum apna de dengey apni umer de dengey apna sab kuch de dengey. apni aulaad ko isi k liye tayyar karengay.</w:t>
      </w:r>
    </w:p>
    <w:p>
      <w:pPr>
        <w:jc w:val="right"/>
      </w:pPr>
      <w:r>
        <w:t>बल्कि यह की हम हाज़िर है अल्लाह तालाह. तेरी हर काम के लिए, तेरी हर रज़ा के लिए, तेरी हर जो भी हमसे तू कहेगा उसके लिए हम हाज़िर है. अपनी ज़िंदगी को हम dedicate करते हैं इस मकसद के लिए. अपना पूरा असासद हम अपना दे देंगे अपनी उम्र दे देंगे अपना सब कुछ दे देंगे. अपनी औलात को इसी के लिए तैयार करेंगे.</w:t>
      </w:r>
    </w:p>
    <w:p>
      <w:r>
        <w:rPr>
          <w:b/>
        </w:rPr>
        <w:t xml:space="preserve">[44:49] </w:t>
      </w:r>
      <w:r>
        <w:t>to is tareeqey se humein jab rasoolullah sallallahu alaihi wasallam ney hajj k moqay par jo arafat mein jo aap ka jo final pilgrimage ka jo sermon hai us mein aap ney khaas taur par yeh baat kahi k jo log yahan haazir hain woh un logon tak pohancha dein jo yahan par mojood nahi hain.</w:t>
      </w:r>
    </w:p>
    <w:p>
      <w:pPr>
        <w:jc w:val="right"/>
      </w:pPr>
      <w:r>
        <w:t>तो इस तरीके से हमें जब रसूल्लास रासलम ने हज के मौके पर जो आराफाद में जो आपका जो final pilgrimage का जो sermon है उसमें आपने खासतौर पर यह बात कही कि जो लोग यहां हाज़िर हैं वह उन लोगों तक पहुंचा दें जो यहां पर मौजूद नहीं है.</w:t>
      </w:r>
    </w:p>
    <w:p>
      <w:r>
        <w:rPr>
          <w:b/>
        </w:rPr>
        <w:t xml:space="preserve">[45:12] </w:t>
      </w:r>
      <w:r>
        <w:t>is ka itna asar hua dekhiye jab hum kisi baat ko uski spirit mein letey hain to kitna us ka asar hota hai k kaha jata hai k saarey sahaba jo hain woh sab is baat ko sunney k baad zyada jidhar unka oont tha khada udhar hi nikal gaye. ghar bhi nahi gaye apney k apna saada samaan lekar k apney tayyari kar k jaayein balkey woh nikal gaye.</w:t>
      </w:r>
    </w:p>
    <w:p>
      <w:pPr>
        <w:jc w:val="right"/>
      </w:pPr>
      <w:r>
        <w:t>इसका इतना असर हुआ देखिए जब हम किसी बात को उसकी spirit में लेते हैं तो कितना उसका असर होता है कि कहा जाता है कि सारे साहबा जो हैं वह सब इस बात को सुनने के बाद ज़्यादा जिधर उनका ऊंट था खड़ा उधर ही निकल गए. घर भी नहीं गए अपने कि अपना साधा सामान लेकर के अपने तैयारी करके जाएं बल्कि वो निकल गए.</w:t>
      </w:r>
    </w:p>
    <w:p>
      <w:r>
        <w:rPr>
          <w:b/>
        </w:rPr>
        <w:t xml:space="preserve">[45:38] </w:t>
      </w:r>
      <w:r>
        <w:t>khuda ka deen paigham, khuda ka message pohanchane k liye logon ko aur saari duniya mein unhon ney paigham pohancha diya jab k woh logon ki zabaan nahi jantey they. unkey paas saari sooltein nahi thi jo aaj humarey paas hai lekin woh jazba unkey andar tha. us jazbey ki wajah se unhon ney saari duniya mein khuda ka paigham pohancha diya.</w:t>
      </w:r>
    </w:p>
    <w:p>
      <w:pPr>
        <w:jc w:val="right"/>
      </w:pPr>
      <w:r>
        <w:t>हुदा का दिन पागाम, खुदा का message पहुंचाने के लिए लोगों को और सारी दुनिया में उन्होंने पाकाम पहुंचा दिया जबकि वह लोगों की ज़मान नहीं जानते थे. उनके पास सारी सूलते नहीं थी जो आज हमारे पास है लेकिन वह जज़्बा उनके अंदर था. उस जज़्बे की वजह से उन्होंने सारी दुनिया में खुदा का पगाम पहुंचा दिया.</w:t>
      </w:r>
    </w:p>
    <w:p>
      <w:r>
        <w:rPr>
          <w:b/>
        </w:rPr>
        <w:t xml:space="preserve">[46:00] </w:t>
      </w:r>
      <w:r>
        <w:t>to hum wahan ja kar yeh planning kar saktey hain kyun k woh aik global get together hai saari duniya k log wahan par aatey hain. to agar humarey andar yeh ehsas ho k hum aik daawati group hain tab hum is is jo get together hai aik aalami get together usko poore tareeqey se hum usko istemaal karengay.</w:t>
      </w:r>
    </w:p>
    <w:p>
      <w:pPr>
        <w:jc w:val="right"/>
      </w:pPr>
      <w:r>
        <w:t>तो हम वहां जाकर यह planning कर सकते हैं क्योंकि वह एक global get together है सारी दुनिया के लोग वहां पर आते हैं. तो अगर हमारे अंदर यह एहसास हो कि हम एक दावती गर्व हैं तब हम इस इस जो get together है एक आलमी get together उसको पूरे तरीके से हम उसको इस्तेमाल करेंगे.</w:t>
      </w:r>
    </w:p>
    <w:p>
      <w:r>
        <w:rPr>
          <w:b/>
        </w:rPr>
        <w:t xml:space="preserve">[46:22] </w:t>
      </w:r>
      <w:r>
        <w:t>lekin kyun k humein andar yeh ehsas hai hi nahi to hum usko istemaal nahi kar paatey hain aur isi wajah se kuch kaam nahi ho pata.</w:t>
      </w:r>
    </w:p>
    <w:p>
      <w:pPr>
        <w:jc w:val="right"/>
      </w:pPr>
      <w:r>
        <w:t>लेकिन चूंकि हमें अंदर यह एहसास है ही नहीं तो हम उसको इस्तेमाल नहीं कर पाते हैं और इसी वजह से कुछ काम नहीं हो पाता.</w:t>
      </w:r>
    </w:p>
    <w:p>
      <w:r>
        <w:rPr>
          <w:b/>
        </w:rPr>
        <w:t xml:space="preserve">[46:32] </w:t>
      </w:r>
      <w:r>
        <w:t>to sab se pehley to musalmanon ko yeh jaanna chahiye hai k woh aik daawati group hain unki zindagi ka maqsad logon tak khuda ka paigham pohanchana aur yahi kyun k rasoolullah sallallahu alaihi wasallam aakhri paighambar hain to is wajah se unkey baad koi doosra nabi nahi aaye ga k us paigham ko doosron tak pohanchaye.</w:t>
      </w:r>
    </w:p>
    <w:p>
      <w:pPr>
        <w:jc w:val="right"/>
      </w:pPr>
      <w:r>
        <w:t>तो सबसे पहले तो मुसलमानों को यह जानना चाहे है कि वह एक दावती करोड़ हैं उनकी ज़िंदगी का मकसद लोगों तक हुदा का पैगाम पहुंचाना और यही चूंकि रसूल्लाह सलाह आख़िरी पैगम्बर हैं तो इस वजह से उनके बाद कोई दूसरा नबी नहीं आएगा कि उस पैगाम को दूसरों तक पहुंचाए.</w:t>
      </w:r>
    </w:p>
    <w:p>
      <w:r>
        <w:rPr>
          <w:b/>
        </w:rPr>
        <w:t xml:space="preserve">[46:55] </w:t>
      </w:r>
      <w:r>
        <w:t>is wajah se ummat e mohammad hi ki yeh zimmedari hai ke is paigham ko doosron tak pahunchaye</w:t>
      </w:r>
    </w:p>
    <w:p>
      <w:pPr>
        <w:jc w:val="right"/>
      </w:pPr>
      <w:r>
        <w:t>इस वजह से उम्मत ए मोहम्मद ही की यह ज़िम्मेदारी है कि इस प्रगाम को दूसरों तक पहुंचाए</w:t>
      </w:r>
    </w:p>
    <w:p>
      <w:r>
        <w:rPr>
          <w:b/>
        </w:rPr>
        <w:t xml:space="preserve">[47:01] </w:t>
      </w:r>
      <w:r>
        <w:t>aur jab tak is paigham ko doosron tak nahi pahunchayegi woh ummat e mohammad hi kehne ke qabil nahi hai.</w:t>
      </w:r>
    </w:p>
    <w:p>
      <w:pPr>
        <w:jc w:val="right"/>
      </w:pPr>
      <w:r>
        <w:t>और जब तक इस प्रगाम को दूसरों तक नहीं पहुंचाएगी वह उम्मत ए मोहम्मद ही कहने के काबिल नहीं है.</w:t>
      </w:r>
    </w:p>
    <w:p>
      <w:r>
        <w:rPr>
          <w:b/>
        </w:rPr>
        <w:t xml:space="preserve">[47:07] </w:t>
      </w:r>
      <w:r>
        <w:t>khuda ke yahan woh ummat e mohammad hi kehlaane ke woh haqdaar nahi hogi.</w:t>
      </w:r>
    </w:p>
    <w:p>
      <w:pPr>
        <w:jc w:val="right"/>
      </w:pPr>
      <w:r>
        <w:t>खुदा के यहां वह उम्मतें मोहम्मद ही कहलाने के वह हकदाल नहीं होगी.</w:t>
      </w:r>
    </w:p>
    <w:p>
      <w:r>
        <w:rPr>
          <w:b/>
        </w:rPr>
        <w:t xml:space="preserve">[47:13] </w:t>
      </w:r>
      <w:r>
        <w:t>is wajah se hamein is role ko har haalat mein ada karna hai.</w:t>
      </w:r>
    </w:p>
    <w:p>
      <w:pPr>
        <w:jc w:val="right"/>
      </w:pPr>
      <w:r>
        <w:t>इस वजह से हमें इस role को हर हालत में अदा करना है.</w:t>
      </w:r>
    </w:p>
    <w:p>
      <w:r>
        <w:rPr>
          <w:b/>
        </w:rPr>
        <w:t xml:space="preserve">[47:19] </w:t>
      </w:r>
      <w:r>
        <w:t>isi role ki adaegi par hamari aakhirat ki nijaat munasir hai.</w:t>
      </w:r>
    </w:p>
    <w:p>
      <w:pPr>
        <w:jc w:val="right"/>
      </w:pPr>
      <w:r>
        <w:t>इसी role की अदाएगी पर हमारी आखिरत की निजात मुनासिर है.</w:t>
      </w:r>
    </w:p>
    <w:p>
      <w:r>
        <w:rPr>
          <w:b/>
        </w:rPr>
        <w:t xml:space="preserve">[47:26] </w:t>
      </w:r>
      <w:r>
        <w:t>ji, jaza kallah aap aapne bahut achhe se aaj spirit of haaj ke bare mein hamein baatein batai. I am sure everybody would have loved it. But before we end the session there is one important announcement. We'll be releasing a new book of mulana vaiduddin khan sahab. This book is a English translation of a special edition of Al Rasala August 2003.</w:t>
      </w:r>
    </w:p>
    <w:p>
      <w:pPr>
        <w:jc w:val="right"/>
      </w:pPr>
      <w:r>
        <w:t>जी, जज़ा कल्लाह आप आपने बहुत अच्छे से आज spirit of हाज के बारे में हमें बातें बताई. I am sure everybody would have loved it. But before we end the session there is one important announcement. We'll be releasing a new book of मुलाना वैदुद्दीन खान साहब. This book is a English translation of a special edition of Al Rasala August 2003.</w:t>
      </w:r>
    </w:p>
    <w:p>
      <w:r>
        <w:rPr>
          <w:b/>
        </w:rPr>
        <w:t xml:space="preserve">[47:54] </w:t>
      </w:r>
      <w:r>
        <w:t>As you remember that Maulana Vaidulin Khan traveled to Switzerland a few times and his last travel was in October 2002 wherein he was also given an award by nuclear disarmament forum. Thereafter he he had published a special edition with the title Switzerland ka safar.</w:t>
      </w:r>
    </w:p>
    <w:p>
      <w:pPr>
        <w:jc w:val="right"/>
      </w:pPr>
      <w:r>
        <w:t>As you remember that Mulana Vaidulin Khan traveled to Switzerland a few times and his last travel was in October 2002 wherein he was also given an award by nuclear disarmament forum. Thereafter he he had published a special edition with the title Switzerland का सफर.</w:t>
      </w:r>
    </w:p>
    <w:p>
      <w:r>
        <w:rPr>
          <w:b/>
        </w:rPr>
        <w:t xml:space="preserve">[48:18] </w:t>
      </w:r>
      <w:r>
        <w:t>The same translation has, the same publication has been translated now in English by none other than professor Farida Khanam. The English title is My Journey to Switzerland, The Road to World Peace. So I will request Farida Apa to launch this book. Okay.</w:t>
      </w:r>
    </w:p>
    <w:p>
      <w:pPr>
        <w:jc w:val="right"/>
      </w:pPr>
      <w:r>
        <w:t>The same translation has, the same publication has been translated now in English by none other than professor Farida Khanam. The English title is My Journey to Switzerland, The Road to World Peace. So I will request Farida Apa to launch this book. Okay.</w:t>
      </w:r>
    </w:p>
    <w:p>
      <w:r>
        <w:rPr>
          <w:b/>
        </w:rPr>
        <w:t xml:space="preserve">[48:47] </w:t>
      </w:r>
      <w:r>
        <w:t>So we will end today's session. We'll be back next Sunday, same time, 10:30AM. Thank you.</w:t>
      </w:r>
    </w:p>
    <w:p>
      <w:pPr>
        <w:jc w:val="right"/>
      </w:pPr>
      <w:r>
        <w:t>So we will end today's session. We'll be back next Sunday, same time,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