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 Religion of Peace January 8, 2007 Maulana Wahiduddin Khan</w:t>
      </w:r>
    </w:p>
    <w:p>
      <w:r>
        <w:t>https://www.youtube.com/watch?v=N1-IgG2ycKw</w:t>
      </w:r>
    </w:p>
    <w:p>
      <w:r>
        <w:rPr>
          <w:b/>
        </w:rPr>
        <w:t xml:space="preserve">[00:13] </w:t>
      </w:r>
      <w:r>
        <w:t>wasalli Allahu ala nabiyyil karim. rabishrah li sadri, wa yassir li amri, wahlul uqdatam min lisani yafqahu qawli.</w:t>
      </w:r>
    </w:p>
    <w:p>
      <w:pPr>
        <w:jc w:val="right"/>
      </w:pPr>
      <w:r>
        <w:t>وصلی اللہ علی النبی الکریم۔ رب اشرح لی صدری، ویسر لی امری، واحل العقدۃ من لسانی یفقہ قولی۔</w:t>
      </w:r>
    </w:p>
    <w:p>
      <w:r>
        <w:rPr>
          <w:b/>
        </w:rPr>
        <w:t xml:space="preserve">[00:34] </w:t>
      </w:r>
      <w:r>
        <w:t>jo aadmi Quran ko padhe, wo iske andar</w:t>
      </w:r>
    </w:p>
    <w:p>
      <w:pPr>
        <w:jc w:val="right"/>
      </w:pPr>
      <w:r>
        <w:t>جو آدمی قرآن کو پڑھے، وہ اس کے اندر</w:t>
      </w:r>
    </w:p>
    <w:p>
      <w:r>
        <w:rPr>
          <w:b/>
        </w:rPr>
        <w:t xml:space="preserve">[00:41] </w:t>
      </w:r>
      <w:r>
        <w:t>yeh aayat payega ke:</w:t>
      </w:r>
    </w:p>
    <w:p>
      <w:pPr>
        <w:jc w:val="right"/>
      </w:pPr>
      <w:r>
        <w:t>یہ آیت پائے گا کہ:</w:t>
      </w:r>
    </w:p>
    <w:p>
      <w:r>
        <w:rPr>
          <w:b/>
        </w:rPr>
        <w:t xml:space="preserve">[00:50] </w:t>
      </w:r>
      <w:r>
        <w:t>"man qatala nafsan bighayri nafsin fasadin, fakannama qatalan nasa jami'an".</w:t>
      </w:r>
    </w:p>
    <w:p>
      <w:pPr>
        <w:jc w:val="right"/>
      </w:pPr>
      <w:r>
        <w:t>"من قتل نفسا بغیر نفس فساد، فکانما قتل الناس جمیعا"۔</w:t>
      </w:r>
    </w:p>
    <w:p>
      <w:r>
        <w:rPr>
          <w:b/>
        </w:rPr>
        <w:t xml:space="preserve">[00:59] </w:t>
      </w:r>
      <w:r>
        <w:t>jis aadmi ne kisi insaan ko mara, kisi ek insaan ko,</w:t>
      </w:r>
    </w:p>
    <w:p>
      <w:pPr>
        <w:jc w:val="right"/>
      </w:pPr>
      <w:r>
        <w:t>جس آدمی نے کسی انسان کو مارا، کسی ایک انسان کو،</w:t>
      </w:r>
    </w:p>
    <w:p>
      <w:r>
        <w:rPr>
          <w:b/>
        </w:rPr>
        <w:t xml:space="preserve">[01:08] </w:t>
      </w:r>
      <w:r>
        <w:t>to goya ke usne saare baind kaind ko maar dala.</w:t>
      </w:r>
    </w:p>
    <w:p>
      <w:pPr>
        <w:jc w:val="right"/>
      </w:pPr>
      <w:r>
        <w:t>تو گویا کہ اس نے سارے بینڈ کائنڈ کو مار ڈالا۔</w:t>
      </w:r>
    </w:p>
    <w:p>
      <w:r>
        <w:rPr>
          <w:b/>
        </w:rPr>
        <w:t xml:space="preserve">[01:14] </w:t>
      </w:r>
      <w:r>
        <w:t>yaani ek aadmi ko maarna saare insaanon ko maarne ke barabar hai.</w:t>
      </w:r>
    </w:p>
    <w:p>
      <w:pPr>
        <w:jc w:val="right"/>
      </w:pPr>
      <w:r>
        <w:t>یعنی ایک آدمی کو مارنا سارے انسانوں کو مارنے کے برابر ہے۔</w:t>
      </w:r>
    </w:p>
    <w:p>
      <w:r>
        <w:rPr>
          <w:b/>
        </w:rPr>
        <w:t xml:space="preserve">[01:22] </w:t>
      </w:r>
      <w:r>
        <w:t>yeh hai Quran ki teaching</w:t>
      </w:r>
    </w:p>
    <w:p>
      <w:pPr>
        <w:jc w:val="right"/>
      </w:pPr>
      <w:r>
        <w:t>یہ ہے قرآن کی ٹیچنگ</w:t>
      </w:r>
    </w:p>
    <w:p>
      <w:r>
        <w:rPr>
          <w:b/>
        </w:rPr>
        <w:t xml:space="preserve">[01:25] </w:t>
      </w:r>
      <w:r>
        <w:t>ke jaan ko maarna Islam mein kitna zyada bura hai, aap isse samajh sakte hain.</w:t>
      </w:r>
    </w:p>
    <w:p>
      <w:pPr>
        <w:jc w:val="right"/>
      </w:pPr>
      <w:r>
        <w:t>کہ جان کو مارنا اسلام میں کتنا زیادہ برا ہے، آپ اس سے سمجھ سکتے ہیں۔</w:t>
      </w:r>
    </w:p>
    <w:p>
      <w:r>
        <w:rPr>
          <w:b/>
        </w:rPr>
        <w:t xml:space="preserve">[01:38] </w:t>
      </w:r>
      <w:r>
        <w:t>lekin sochne ki baat yeh hai ke jab Khuda ne pehla insaan banaya, Adam ko, to unke jo bete hue, Habil aur Qabil, to pehli generation mein ek insaan ne doosre insaan ko maar dala.</w:t>
      </w:r>
    </w:p>
    <w:p>
      <w:pPr>
        <w:jc w:val="right"/>
      </w:pPr>
      <w:r>
        <w:t>لیکن سوچنے کی بات یہ ہے کہ جب خدا نے پہلا انسان بنایا، آدم کو، تو ان کے جو بیٹے ہوئے، ہابیل اور قابیل، تو پہلی جنریشن میں ایک انسان نے دوسرے انسان کو مار ڈالا۔</w:t>
      </w:r>
    </w:p>
    <w:p>
      <w:r>
        <w:rPr>
          <w:b/>
        </w:rPr>
        <w:t xml:space="preserve">[01:59] </w:t>
      </w:r>
      <w:r>
        <w:t>Qabil ne Habil ko maar dala.</w:t>
      </w:r>
    </w:p>
    <w:p>
      <w:pPr>
        <w:jc w:val="right"/>
      </w:pPr>
      <w:r>
        <w:t>قابیل نے ہابیل کو مار ڈالا۔</w:t>
      </w:r>
    </w:p>
    <w:p>
      <w:r>
        <w:rPr>
          <w:b/>
        </w:rPr>
        <w:t xml:space="preserve">[02:03] </w:t>
      </w:r>
      <w:r>
        <w:t>aisa kyun?</w:t>
      </w:r>
    </w:p>
    <w:p>
      <w:pPr>
        <w:jc w:val="right"/>
      </w:pPr>
      <w:r>
        <w:t>ایسا کیوں؟</w:t>
      </w:r>
    </w:p>
    <w:p>
      <w:r>
        <w:rPr>
          <w:b/>
        </w:rPr>
        <w:t xml:space="preserve">[02:06] </w:t>
      </w:r>
      <w:r>
        <w:t>ke ek taraf to Quran, Quran word of God hai, yaani Khuda hi ne Habil Qabil ko paida kiya, aur Khuda hi hai Quran ko utaarne wala.</w:t>
      </w:r>
    </w:p>
    <w:p>
      <w:pPr>
        <w:jc w:val="right"/>
      </w:pPr>
      <w:r>
        <w:t>کہ ایک طرف تو قرآن، قرآن ورڈ آف گاڈ ہے، یعنی خدا ہی نے ہابیل قابیل کو پیدا کیا، اور خدا ہی ہے قرآن کو اتارنے والا۔</w:t>
      </w:r>
    </w:p>
    <w:p>
      <w:r>
        <w:rPr>
          <w:b/>
        </w:rPr>
        <w:t xml:space="preserve">[02:23] </w:t>
      </w:r>
      <w:r>
        <w:t>to Quran mein Khuda yeh kehta hai ke ek insaan ko maarna duniya ke saare insaanon ko maarne ke barabar hai.</w:t>
      </w:r>
    </w:p>
    <w:p>
      <w:pPr>
        <w:jc w:val="right"/>
      </w:pPr>
      <w:r>
        <w:t>تو قرآن میں خدا یہ کہتا ہے کہ ایک انسان کو مارنا دنیا کے سارے انسانوں کو مارنے کے برابر ہے۔</w:t>
      </w:r>
    </w:p>
    <w:p>
      <w:r>
        <w:rPr>
          <w:b/>
        </w:rPr>
        <w:t xml:space="preserve">[02:35] </w:t>
      </w:r>
      <w:r>
        <w:t>aur isi Khuda ke paida kiye hue pehli generation mein hum dekhte hain ke ek bhai doosre bhai ko maar dalta hai.</w:t>
      </w:r>
    </w:p>
    <w:p>
      <w:pPr>
        <w:jc w:val="right"/>
      </w:pPr>
      <w:r>
        <w:t>اور اسی خدا کے پیدا کیے ہوئے پہلی جنریشن میں ہم دیکھتے ہیں کہ ایک بھائی دوسرے بھائی کو مار ڈالتا ہے۔</w:t>
      </w:r>
    </w:p>
    <w:p>
      <w:r>
        <w:rPr>
          <w:b/>
        </w:rPr>
        <w:t xml:space="preserve">[02:47] </w:t>
      </w:r>
      <w:r>
        <w:t>to yeh, yeh difference ya ya contradiction kyun?</w:t>
      </w:r>
    </w:p>
    <w:p>
      <w:pPr>
        <w:jc w:val="right"/>
      </w:pPr>
      <w:r>
        <w:t>تو یہ، یہ ڈیفرنس یا یا کنٹراڈکشن کیوں؟</w:t>
      </w:r>
    </w:p>
    <w:p>
      <w:r>
        <w:rPr>
          <w:b/>
        </w:rPr>
        <w:t xml:space="preserve">[02:55] </w:t>
      </w:r>
      <w:r>
        <w:t>is ko samajhne ke liye jab hum gaur karte hain to maloom hota hai ke ke is duniya ke liye Khuda ka tareeqa yeh hai ke usne principle to bata diye,</w:t>
      </w:r>
    </w:p>
    <w:p>
      <w:pPr>
        <w:jc w:val="right"/>
      </w:pPr>
      <w:r>
        <w:t>اس کو سمجھنے کے لیے جب ہم غور کرتے ہیں تو معلوم ہوتا ہے کہ کہ اس دنیا کے لیے خدا کا طریقہ یہ ہے کہ اس نے پرنسپل تو بتا دیے،</w:t>
      </w:r>
    </w:p>
    <w:p>
      <w:r>
        <w:rPr>
          <w:b/>
        </w:rPr>
        <w:t xml:space="preserve">[03:09] </w:t>
      </w:r>
      <w:r>
        <w:t>magar usne koi compulsion nahi rakha.</w:t>
      </w:r>
    </w:p>
    <w:p>
      <w:pPr>
        <w:jc w:val="right"/>
      </w:pPr>
      <w:r>
        <w:t>مگر اس نے کوئی کمپلشن نہیں رکھا۔</w:t>
      </w:r>
    </w:p>
    <w:p>
      <w:r>
        <w:rPr>
          <w:b/>
        </w:rPr>
        <w:t xml:space="preserve">[03:14] </w:t>
      </w:r>
      <w:r>
        <w:t>Khuda ne principle to bata diye, lekin compulsion nahi rakha.</w:t>
      </w:r>
    </w:p>
    <w:p>
      <w:pPr>
        <w:jc w:val="right"/>
      </w:pPr>
      <w:r>
        <w:t>خدا نے پرنسپل تو بتا دیے، لیکن کمپلشن نہیں رکھا۔</w:t>
      </w:r>
    </w:p>
    <w:p>
      <w:r>
        <w:rPr>
          <w:b/>
        </w:rPr>
        <w:t xml:space="preserve">[03:21] </w:t>
      </w:r>
      <w:r>
        <w:t>principle to yeh hai ke koi insaan doosre insaan ko na maare, lekin iske saath koi compulsion juda hua nahi hai ke maarna chahe to maare.</w:t>
      </w:r>
    </w:p>
    <w:p>
      <w:pPr>
        <w:jc w:val="right"/>
      </w:pPr>
      <w:r>
        <w:t>پرنسپل تو یہ ہے کہ کوئی انسان دوسرے انسان کو نہ مارے، لیکن اس کے ساتھ کوئی کمپلشن جڑا ہوا نہیں ہے کہ مارنا چاہے تو مارے۔</w:t>
      </w:r>
    </w:p>
    <w:p>
      <w:r>
        <w:rPr>
          <w:b/>
        </w:rPr>
        <w:t xml:space="preserve">[03:35] </w:t>
      </w:r>
      <w:r>
        <w:t>jaisa ke Qabil ne Habil ko maar dala. to jaisa ke aap Quran mein yeh baat paate hain ke insaan ko is duniya mein rakha gaya hai test ke liye.</w:t>
      </w:r>
    </w:p>
    <w:p>
      <w:pPr>
        <w:jc w:val="right"/>
      </w:pPr>
      <w:r>
        <w:t>جیسا کہ قابیل نے ہابیل کو مار ڈالا۔ تو جیسا کہ آپ قرآن میں یہ بات پاتے ہیں کہ انسان کو اس دنیا میں رکھا گیا ہے ٹیسٹ کے لیے۔</w:t>
      </w:r>
    </w:p>
    <w:p>
      <w:r>
        <w:rPr>
          <w:b/>
        </w:rPr>
        <w:t xml:space="preserve">[03:49] </w:t>
      </w:r>
      <w:r>
        <w:t>test kis baat ka? ke woh</w:t>
      </w:r>
    </w:p>
    <w:p>
      <w:pPr>
        <w:jc w:val="right"/>
      </w:pPr>
      <w:r>
        <w:t>ٹیسٹ کس بات کا؟ کہ وہ</w:t>
      </w:r>
    </w:p>
    <w:p>
      <w:r>
        <w:rPr>
          <w:b/>
        </w:rPr>
        <w:t xml:space="preserve">[03:55] </w:t>
      </w:r>
      <w:r>
        <w:t>achha amal kar ke paradise hasil kare.</w:t>
      </w:r>
    </w:p>
    <w:p>
      <w:pPr>
        <w:jc w:val="right"/>
      </w:pPr>
      <w:r>
        <w:t>اچھا عمل کر کے پیراڈائز حاصل کرے۔</w:t>
      </w:r>
    </w:p>
    <w:p>
      <w:r>
        <w:rPr>
          <w:b/>
        </w:rPr>
        <w:t xml:space="preserve">[04:04] </w:t>
      </w:r>
      <w:r>
        <w:t>test isi baat ka hai. jaise ke aap jante hain ke dunya mein jo test hote hain, ek student jab examination hall mein jata hai test dene ke liye, to uska matlab kya hota hai?</w:t>
      </w:r>
    </w:p>
    <w:p>
      <w:pPr>
        <w:jc w:val="right"/>
      </w:pPr>
      <w:r>
        <w:t>ٹیسٹ اسی بات کا ہے۔ جیسے کہ آپ جانتے ہیں کہ دنیا میں جو ٹیسٹ ہوتے ہیں، ایک اسٹوڈنٹ جب ایگزامینیشن ہال میں جاتا ہے ٹیسٹ دینے کے لیے، تو اس کا مطلب کیا ہوتا ہے؟</w:t>
      </w:r>
    </w:p>
    <w:p>
      <w:r>
        <w:rPr>
          <w:b/>
        </w:rPr>
        <w:t xml:space="preserve">[04:20] </w:t>
      </w:r>
      <w:r>
        <w:t>ke test mein qualify karo to tum ko ek achha job milega.</w:t>
      </w:r>
    </w:p>
    <w:p>
      <w:pPr>
        <w:jc w:val="right"/>
      </w:pPr>
      <w:r>
        <w:t>کہ ٹیسٹ میں کوالیفائی کرو تو تم کو ایک اچھا جاب ملے گا۔</w:t>
      </w:r>
    </w:p>
    <w:p>
      <w:r>
        <w:rPr>
          <w:b/>
        </w:rPr>
        <w:t xml:space="preserve">[04:27] </w:t>
      </w:r>
      <w:r>
        <w:t>test mein qualify karne ki,</w:t>
      </w:r>
    </w:p>
    <w:p>
      <w:pPr>
        <w:jc w:val="right"/>
      </w:pPr>
      <w:r>
        <w:t>ٹیسٹ میں کوالیفائی کرنے کی،</w:t>
      </w:r>
    </w:p>
    <w:p>
      <w:r>
        <w:rPr>
          <w:b/>
        </w:rPr>
        <w:t xml:space="preserve">[04:34] </w:t>
      </w:r>
      <w:r>
        <w:t>test mein qualify karne ka inaam yeh milega ke tum ko ek achha job hasil ho jayega. isi tarah se is present world mein ya pre death period mein hamein test par rakha gaya hai,</w:t>
      </w:r>
    </w:p>
    <w:p>
      <w:pPr>
        <w:jc w:val="right"/>
      </w:pPr>
      <w:r>
        <w:t>ٹیسٹ میں کوالیفائی کرنے کا انعام یہ ملے گا کہ تم کو ایک اچھا جاب حاصل ہو جائے گا۔ اسی طرح سے اس پریزنٹ ورلڈ میں یا پری ڈیتھ پیریڈ میں ہمیں ٹیسٹ پر رکھا گیا ہے،</w:t>
      </w:r>
    </w:p>
    <w:p>
      <w:r>
        <w:rPr>
          <w:b/>
        </w:rPr>
        <w:t xml:space="preserve">[04:50] </w:t>
      </w:r>
      <w:r>
        <w:t>aur agar hum is test mein poore utrein to hum ko ek reward ke taur par paradise milega.</w:t>
      </w:r>
    </w:p>
    <w:p>
      <w:pPr>
        <w:jc w:val="right"/>
      </w:pPr>
      <w:r>
        <w:t>اور اگر ہم اس ٹیسٹ میں پورے اتریں تو ہم کو ایک ریوارڈ کے طور پر پیراڈائز ملے گی۔</w:t>
      </w:r>
    </w:p>
    <w:p>
      <w:r>
        <w:rPr>
          <w:b/>
        </w:rPr>
        <w:t xml:space="preserve">[05:00] </w:t>
      </w:r>
      <w:r>
        <w:t>ab test chuki hai, insaan ko to azadi di gayi hai, aur usko temptation diya gaya hai. kyunke agar temptation na ho to azadi kis waqt?</w:t>
      </w:r>
    </w:p>
    <w:p>
      <w:pPr>
        <w:jc w:val="right"/>
      </w:pPr>
      <w:r>
        <w:t>اب ٹیسٹ چونکہ ہے، انسان کو تو آزادی دی گئی ہے، اور اس کو ٹیمپریشن دیا گیا ہے۔ کیونکہ اگر ٹیمپریشن نہ ہو تو آزادی کس وقت؟</w:t>
      </w:r>
    </w:p>
    <w:p>
      <w:r>
        <w:rPr>
          <w:b/>
        </w:rPr>
        <w:t xml:space="preserve">[05:12] </w:t>
      </w:r>
      <w:r>
        <w:t>agar temptation na ho to test kis baat ka hoga? jaise adam ke do beton mein temptation jaag utha to unhon ne maar dala ek ne doosre ko.</w:t>
      </w:r>
    </w:p>
    <w:p>
      <w:pPr>
        <w:jc w:val="right"/>
      </w:pPr>
      <w:r>
        <w:t>اگر ٹیمپریشن نہ ہو تو ٹیسٹ کس بات کا ہوگا؟ جیسے آدم کے دو بیٹوں میں ٹیمپریشن جاگ اٹھا تو انہوں نے مار ڈالا ایک نے دوسرے کو۔</w:t>
      </w:r>
    </w:p>
    <w:p>
      <w:r>
        <w:rPr>
          <w:b/>
        </w:rPr>
        <w:t xml:space="preserve">[05:29] </w:t>
      </w:r>
      <w:r>
        <w:t>to yahan par jo sabak hai woh yeh hai ke quran mein dialogue aaya hai qabil aur habel ka ke jab dono mein controversy hui,</w:t>
      </w:r>
    </w:p>
    <w:p>
      <w:pPr>
        <w:jc w:val="right"/>
      </w:pPr>
      <w:r>
        <w:t>تو یہاں پر جو سبق ہے وہ یہ ہے کہ قرآن میں ڈائیلاگ آیا ہے قابیل اور ہابیل کا کہ جب دونوں میں کنٹروورسی ہوئی،</w:t>
      </w:r>
    </w:p>
    <w:p>
      <w:r>
        <w:rPr>
          <w:b/>
        </w:rPr>
        <w:t xml:space="preserve">[05:43] </w:t>
      </w:r>
      <w:r>
        <w:t>dono ke zuban bohat difference aa gaya. yahan tak ke ek ne keh diya doosre se ke mein tum ko maar dalunga. to doosra kya kehta hai?</w:t>
      </w:r>
    </w:p>
    <w:p>
      <w:pPr>
        <w:jc w:val="right"/>
      </w:pPr>
      <w:r>
        <w:t>دونوں کے زبان بہت ڈیفرنس آ گیا۔ یہاں تک کہ ایک نے کہہ دیا دوسرے سے کہ میں تم کو مار ڈالوں گا۔ تو دوسرا کیا کہتا ہے؟</w:t>
      </w:r>
    </w:p>
    <w:p>
      <w:r>
        <w:rPr>
          <w:b/>
        </w:rPr>
        <w:t xml:space="preserve">[05:57] </w:t>
      </w:r>
      <w:r>
        <w:t>yani qatil ne to yeh keh diya ke mein tum ko maar dalunga, lekin maqtool kya kehta hai marne se pehle? us ne kaha ke: "laim bastidak li taqtulani".</w:t>
      </w:r>
    </w:p>
    <w:p>
      <w:pPr>
        <w:jc w:val="right"/>
      </w:pPr>
      <w:r>
        <w:t>یعنی قاتل نے تو یہ کہہ دیا کہ میں تم کو مار ڈالوں گا، لیکن مقتول کیا کہتا ہے مرنے سے پہلے؟ اس نے کہا کہ: "لئیم بستیدک لتقتلنی"۔</w:t>
      </w:r>
    </w:p>
    <w:p>
      <w:r>
        <w:rPr>
          <w:b/>
        </w:rPr>
        <w:t xml:space="preserve">[06:12] </w:t>
      </w:r>
      <w:r>
        <w:t>ma'ni babasti: "yadi ala iqtulak". inni akhafu Allah rab al-alamin.</w:t>
      </w:r>
    </w:p>
    <w:p>
      <w:pPr>
        <w:jc w:val="right"/>
      </w:pPr>
      <w:r>
        <w:t>معنی بباستی: "یدی علی اقتلک"۔ انی اخاف اللہ رب العالمین۔</w:t>
      </w:r>
    </w:p>
    <w:p>
      <w:r>
        <w:rPr>
          <w:b/>
        </w:rPr>
        <w:t xml:space="preserve">[06:24] </w:t>
      </w:r>
      <w:r>
        <w:t>yani agar tum apna hath badhao mujhe marne ke liye to mein apna hath nahi badhaunga tum ko marne ke liye.</w:t>
      </w:r>
    </w:p>
    <w:p>
      <w:pPr>
        <w:jc w:val="right"/>
      </w:pPr>
      <w:r>
        <w:t>یعنی اگر تم اپنا ہاتھ بڑھاؤ مجھے مارنے کے لیے تو میں اپنا ہاتھ نہیں بڑھاؤں گا تم کو مارنے کے لیے۔</w:t>
      </w:r>
    </w:p>
    <w:p>
      <w:r>
        <w:rPr>
          <w:b/>
        </w:rPr>
        <w:t xml:space="preserve">[06:36] </w:t>
      </w:r>
      <w:r>
        <w:t>mein Allah se darta hoon.</w:t>
      </w:r>
    </w:p>
    <w:p>
      <w:pPr>
        <w:jc w:val="right"/>
      </w:pPr>
      <w:r>
        <w:t>میں اللہ سے ڈرتا ہوں۔</w:t>
      </w:r>
    </w:p>
    <w:p>
      <w:r>
        <w:rPr>
          <w:b/>
        </w:rPr>
        <w:t xml:space="preserve">[06:41] </w:t>
      </w:r>
      <w:r>
        <w:t>is waqe mein hamein</w:t>
      </w:r>
    </w:p>
    <w:p>
      <w:pPr>
        <w:jc w:val="right"/>
      </w:pPr>
      <w:r>
        <w:t>اس واقعے میں ہمیں</w:t>
      </w:r>
    </w:p>
    <w:p>
      <w:r>
        <w:rPr>
          <w:b/>
        </w:rPr>
        <w:t xml:space="preserve">[06:49] </w:t>
      </w:r>
      <w:r>
        <w:t>woh, woh crux mil jata hai jo is poore maamle ka crux hai. woh kya? ke dunya mein temptation honge, provocation honge,</w:t>
      </w:r>
    </w:p>
    <w:p>
      <w:pPr>
        <w:jc w:val="right"/>
      </w:pPr>
      <w:r>
        <w:t>وہ، وہ کرکس مل جاتا ہے جو اس پورے معاملے کا کرکس ہے۔ وہ کیا؟ کہ دنیا میں ٹیمپریشن ہوں گے، پرووکیشن ہوں گے،</w:t>
      </w:r>
    </w:p>
    <w:p>
      <w:r>
        <w:rPr>
          <w:b/>
        </w:rPr>
        <w:t xml:space="preserve">[07:04] </w:t>
      </w:r>
      <w:r>
        <w:t>to ek woh hai jo sabak sikam kare. temptation ko</w:t>
      </w:r>
    </w:p>
    <w:p>
      <w:pPr>
        <w:jc w:val="right"/>
      </w:pPr>
      <w:r>
        <w:t>تو ایک وہ ہے جو سبق سکم کرے۔ ٹیمپریشن کو</w:t>
      </w:r>
    </w:p>
    <w:p>
      <w:r>
        <w:rPr>
          <w:b/>
        </w:rPr>
        <w:t xml:space="preserve">[07:12] </w:t>
      </w:r>
      <w:r>
        <w:t>follow karne lage. jis aadmi ko dekhe ke woh rastay mein rukawat hai, us ko lage maarne.</w:t>
      </w:r>
    </w:p>
    <w:p>
      <w:pPr>
        <w:jc w:val="right"/>
      </w:pPr>
      <w:r>
        <w:t>فالو کرنے لگے۔ جس آدمی کو دیکھے کہ وہ راستے میں رکاوٹ ہے، اس کو لگے مارنے۔</w:t>
      </w:r>
    </w:p>
    <w:p>
      <w:r>
        <w:rPr>
          <w:b/>
        </w:rPr>
        <w:t xml:space="preserve">[07:23] </w:t>
      </w:r>
      <w:r>
        <w:t>aur doosra aadmi woh hoga jo Allah ke dar se na maare, Allah ke dar se apne hath ko rok le. to do qism ke insaan is dunya mein honge is testing ground mein.</w:t>
      </w:r>
    </w:p>
    <w:p>
      <w:pPr>
        <w:jc w:val="right"/>
      </w:pPr>
      <w:r>
        <w:t>اور دوسرا آدمی وہ ہوگا جو اللہ کے ڈر سے نہ مارے، اللہ کے ڈر سے اپنے ہاتھ کو روک لے۔ تو دو قسم کے انسان اس دنیا میں ہوں گے اس ٹیسٹنگ گراؤنڈ میں۔</w:t>
      </w:r>
    </w:p>
    <w:p>
      <w:r>
        <w:rPr>
          <w:b/>
        </w:rPr>
        <w:t xml:space="preserve">[07:38] </w:t>
      </w:r>
      <w:r>
        <w:t>ek woh jo jab temptation aayega, andar se jab negative thought jagega, andar se manfi jazbaat ubhrenge,</w:t>
      </w:r>
    </w:p>
    <w:p>
      <w:pPr>
        <w:jc w:val="right"/>
      </w:pPr>
      <w:r>
        <w:t>ایک وہ جو جب ٹیمپریشن آئے گا، اندر سے جب نیگیٹیو تھاٹ جگے گا، اندر سے منفی جذبات ابھریں گے،</w:t>
      </w:r>
    </w:p>
    <w:p>
      <w:r>
        <w:rPr>
          <w:b/>
        </w:rPr>
        <w:t xml:space="preserve">[07:51] </w:t>
      </w:r>
      <w:r>
        <w:t>to woh us ko follow karte hue kar guzrega jo kuch uska dil keh raha hai karne ke liye: maarna, kaatna, aur doosre se revenge lena waghera</w:t>
      </w:r>
    </w:p>
    <w:p>
      <w:pPr>
        <w:jc w:val="right"/>
      </w:pPr>
      <w:r>
        <w:t>تو وہ اس کو فالو کرتے ہوئے کر گزرے گا جو کچھ اس کا دل کہہ رہا ہے کرنے کے لیے: مارنا، کاٹنا، اور دوسرے سے ریونج لینا وغیرہ</w:t>
      </w:r>
    </w:p>
    <w:p>
      <w:r>
        <w:rPr>
          <w:b/>
        </w:rPr>
        <w:t xml:space="preserve">[08:05] </w:t>
      </w:r>
      <w:r>
        <w:t>. doosra insaan woh hoga jo resist karega apne temptation ke khilaf, rokega apne aap ko.</w:t>
      </w:r>
    </w:p>
    <w:p>
      <w:pPr>
        <w:jc w:val="right"/>
      </w:pPr>
      <w:r>
        <w:t>۔ دوسرا انسان وہ ہوگا جو ریزسٹ کرے گا اپنے ٹیمپریشن کے خلاف، روکے گا اپنے آپ کو۔</w:t>
      </w:r>
    </w:p>
    <w:p>
      <w:r>
        <w:rPr>
          <w:b/>
        </w:rPr>
        <w:t xml:space="preserve">[08:14] </w:t>
      </w:r>
      <w:r>
        <w:t>self control ka tareeqa woh ikhtiyar karega. yani ek jo hai out of control kar lega apne aap ko, aur doosra jo hai apne ko self control ke rastay pe le jayega.</w:t>
      </w:r>
    </w:p>
    <w:p>
      <w:pPr>
        <w:jc w:val="right"/>
      </w:pPr>
      <w:r>
        <w:t>سیلف کنٹرول کا طریقہ وہ اختیار کرے گا۔ یعنی ایک جو ہے آؤٹ آف کنٹرول کر لے گا اپنے آپ کو، اور دوسرا جو ہے اپنے کو سیلف کنٹرول کے راستے پہ لے جائے گا۔</w:t>
      </w:r>
    </w:p>
    <w:p>
      <w:r>
        <w:rPr>
          <w:b/>
        </w:rPr>
        <w:t xml:space="preserve">[08:27] </w:t>
      </w:r>
      <w:r>
        <w:t>ki</w:t>
      </w:r>
    </w:p>
    <w:p>
      <w:pPr>
        <w:jc w:val="right"/>
      </w:pPr>
      <w:r>
        <w:t>کی</w:t>
      </w:r>
    </w:p>
    <w:p>
      <w:r>
        <w:rPr>
          <w:b/>
        </w:rPr>
        <w:t xml:space="preserve">[08:28] </w:t>
      </w:r>
      <w:r>
        <w:t>un? ani khauf Allah. mein darta hoon Khuda se. yani accountability ka ehsas. ab dekhen do cheezen huien.</w:t>
      </w:r>
    </w:p>
    <w:p>
      <w:pPr>
        <w:jc w:val="right"/>
      </w:pPr>
      <w:r>
        <w:t>وں؟ انی اخاف اللہ۔ میں ڈرتا ہوں خدا سے۔ یعنی اکاؤنٹیبلٹی کا احساس۔ اب دیکھیں دو چیزیں ہوئیں۔</w:t>
      </w:r>
    </w:p>
    <w:p>
      <w:r>
        <w:rPr>
          <w:b/>
        </w:rPr>
        <w:t xml:space="preserve">[08:40] </w:t>
      </w:r>
      <w:r>
        <w:t>ek woh insan hai jo aisa karega ke jab kabhi mauqa aya to woh Khuda se bekhauf ho jayega.</w:t>
      </w:r>
    </w:p>
    <w:p>
      <w:pPr>
        <w:jc w:val="right"/>
      </w:pPr>
      <w:r>
        <w:t>ایک وہ انسان ہے جو ایسا کرے گا کہ جب کبھی موقع آیا تو وہ خدا سے بے خوف ہو جائے گا۔</w:t>
      </w:r>
    </w:p>
    <w:p>
      <w:r>
        <w:rPr>
          <w:b/>
        </w:rPr>
        <w:t xml:space="preserve">[08:53] </w:t>
      </w:r>
      <w:r>
        <w:t>woh apne, apne hi jazbat ke peeche chalega.</w:t>
      </w:r>
    </w:p>
    <w:p>
      <w:pPr>
        <w:jc w:val="right"/>
      </w:pPr>
      <w:r>
        <w:t>وہ اپنے، اپنے ہی جذبات کے پیچھے چلے گا۔</w:t>
      </w:r>
    </w:p>
    <w:p>
      <w:r>
        <w:rPr>
          <w:b/>
        </w:rPr>
        <w:t xml:space="preserve">[08:58] </w:t>
      </w:r>
      <w:r>
        <w:t>is ke mind mein jo aag lag gayi hai, bas isi ko follow karega woh. aur doosra aadmi jo hai foran sochega ke mujhe marna hai, marne ke baad Khuda ke samne jana hai,</w:t>
      </w:r>
    </w:p>
    <w:p>
      <w:pPr>
        <w:jc w:val="right"/>
      </w:pPr>
      <w:r>
        <w:t>اس کے مائنڈ میں جو آگ لگ گئی ہے، بس اسی کو فالو کرے گا وہ۔ اور دوسرا آدمی جو ہے فوراً سوچے گا کہ مجھے مرنا ہے، مرنے کے بعد خدا کے سامنے جانا ہے،</w:t>
      </w:r>
    </w:p>
    <w:p>
      <w:r>
        <w:rPr>
          <w:b/>
        </w:rPr>
        <w:t xml:space="preserve">[09:13] </w:t>
      </w:r>
      <w:r>
        <w:t>wahan hisab kitab dena hai. to accountability ka ehsas us ko rokega.</w:t>
      </w:r>
    </w:p>
    <w:p>
      <w:pPr>
        <w:jc w:val="right"/>
      </w:pPr>
      <w:r>
        <w:t>وہاں حساب کتاب دینا ہے۔ تو اکاؤنٹیبلٹی کا احساس اس کو روکے گا۔</w:t>
      </w:r>
    </w:p>
    <w:p>
      <w:r>
        <w:rPr>
          <w:b/>
        </w:rPr>
        <w:t xml:space="preserve">[09:21] </w:t>
      </w:r>
      <w:r>
        <w:t>aap jante hain ke sarkon par hote hain speed breaker. speed breaker. speed breaker caron ke ya gariyon ki speed ko control mein rakhte hain.</w:t>
      </w:r>
    </w:p>
    <w:p>
      <w:pPr>
        <w:jc w:val="right"/>
      </w:pPr>
      <w:r>
        <w:t>آپ جانتے ہیں کہ سڑکوں پر ہوتے ہیں اسپیڈ بریکر۔ اسپیڈ بریکر۔ اسپیڈ بریکر کاروں کے یا گاڑیوں کی اسپیڈ کو کنٹرول میں رکھتے ہیں۔</w:t>
      </w:r>
    </w:p>
    <w:p>
      <w:r>
        <w:rPr>
          <w:b/>
        </w:rPr>
        <w:t xml:space="preserve">[09:40] </w:t>
      </w:r>
      <w:r>
        <w:t>jahan aaj speed breaker aya to car chalane wala apni car ko</w:t>
      </w:r>
    </w:p>
    <w:p>
      <w:pPr>
        <w:jc w:val="right"/>
      </w:pPr>
      <w:r>
        <w:t>جہاں آج اسپیڈ بریکر آیا تو کار چلانے والا اپنی کار کو</w:t>
      </w:r>
    </w:p>
    <w:p>
      <w:r>
        <w:rPr>
          <w:b/>
        </w:rPr>
        <w:t xml:space="preserve">[09:51] </w:t>
      </w:r>
      <w:r>
        <w:t>us ke rokta hai, us ko ahista chalata hai. to speed breaker jo hai woh car ki speed ko check karte hain.</w:t>
      </w:r>
    </w:p>
    <w:p>
      <w:pPr>
        <w:jc w:val="right"/>
      </w:pPr>
      <w:r>
        <w:t>اس کے روکتا ہے، اس کو آہستہ چلاتا ہے۔ تو اسپیڈ بریکر جو ہے وہ کار کی اسپیڈ کو چیک کرتے ہیں۔</w:t>
      </w:r>
    </w:p>
    <w:p>
      <w:r>
        <w:rPr>
          <w:b/>
        </w:rPr>
        <w:t xml:space="preserve">[10:05] </w:t>
      </w:r>
      <w:r>
        <w:t>isi tarah accountability ka jo ehsas hai woh aadmi ko check karta rehta hai, aadmi ko rokta rehta hai.</w:t>
      </w:r>
    </w:p>
    <w:p>
      <w:pPr>
        <w:jc w:val="right"/>
      </w:pPr>
      <w:r>
        <w:t>اسی طرح اکاؤنٹیبلٹی کا جو احساس ہے وہ آدمی کو چیک کرتا رہتا ہے، آدمی کو روکتا رہتا ہے۔</w:t>
      </w:r>
    </w:p>
    <w:p>
      <w:r>
        <w:rPr>
          <w:b/>
        </w:rPr>
        <w:t xml:space="preserve">[10:19] </w:t>
      </w:r>
      <w:r>
        <w:t>yehi hai kal. yani, yani jo test jo liya ja raha hai insan ka to woh sari baat yehi hai. sari baat yehi hai.</w:t>
      </w:r>
    </w:p>
    <w:p>
      <w:pPr>
        <w:jc w:val="right"/>
      </w:pPr>
      <w:r>
        <w:t>یہی ہے کل۔ یعنی، یعنی جو ٹیسٹ جو لیا جا رہا ہے انسان کا تو وہ ساری بات یہی ہے۔ ساری بات یہی ہے۔</w:t>
      </w:r>
    </w:p>
    <w:p>
      <w:r>
        <w:rPr>
          <w:b/>
        </w:rPr>
        <w:t xml:space="preserve">[10:32] </w:t>
      </w:r>
      <w:r>
        <w:t>aap jante hain caron mein ek system hota hai jis ko kehte hain woh</w:t>
      </w:r>
    </w:p>
    <w:p>
      <w:pPr>
        <w:jc w:val="right"/>
      </w:pPr>
      <w:r>
        <w:t>آپ جانتے ہیں کاروں میں ایک سسٹم ہوتا ہے جس کو کہتے ہیں وہ</w:t>
      </w:r>
    </w:p>
    <w:p>
      <w:r>
        <w:rPr>
          <w:b/>
        </w:rPr>
        <w:t xml:space="preserve">[10:40] </w:t>
      </w:r>
      <w:r>
        <w:t>shock absorber.</w:t>
      </w:r>
    </w:p>
    <w:p>
      <w:pPr>
        <w:jc w:val="right"/>
      </w:pPr>
      <w:r>
        <w:t>شاک ایبزاربر۔</w:t>
      </w:r>
    </w:p>
    <w:p>
      <w:r>
        <w:rPr>
          <w:b/>
        </w:rPr>
        <w:t xml:space="preserve">[10:45] </w:t>
      </w:r>
      <w:r>
        <w:t>caron mein ek system hota hai shock absorber.</w:t>
      </w:r>
    </w:p>
    <w:p>
      <w:pPr>
        <w:jc w:val="right"/>
      </w:pPr>
      <w:r>
        <w:t>کاروں میں ایک سسٹم ہوتا ہے شاک ایبزاربر۔</w:t>
      </w:r>
    </w:p>
    <w:p>
      <w:r>
        <w:rPr>
          <w:b/>
        </w:rPr>
        <w:t xml:space="preserve">[10:51] </w:t>
      </w:r>
      <w:r>
        <w:t>woh kya karta hai? ek car jab dor rahi ho road par aur bahar se us ko dekhen, bahar se</w:t>
      </w:r>
    </w:p>
    <w:p>
      <w:pPr>
        <w:jc w:val="right"/>
      </w:pPr>
      <w:r>
        <w:t>وہ کیا کرتا ہے؟ ایک کار جب دوڑ رہی ہو روڈ پر اور باہر سے اس کو دیکھیں، باہر سے</w:t>
      </w:r>
    </w:p>
    <w:p>
      <w:r>
        <w:rPr>
          <w:b/>
        </w:rPr>
        <w:t xml:space="preserve">[11:00] </w:t>
      </w:r>
      <w:r>
        <w:t>to aap ko kya dikhai dega? ke gari jab dor rahi hai to is ka pehia neeche oper hota rehta hai. body neeche neeche oper nahi hota.</w:t>
      </w:r>
    </w:p>
    <w:p>
      <w:pPr>
        <w:jc w:val="right"/>
      </w:pPr>
      <w:r>
        <w:t>تو آپ کو کیا دکھائی دے گا؟ کہ گاڑی جب دوڑ رہی ہے تو اس کا پہیہ نیچے اوپر ہوتا رہتا ہے۔ باڈی نیچے نیچے اوپر نہیں ہوتا۔</w:t>
      </w:r>
    </w:p>
    <w:p>
      <w:r>
        <w:rPr>
          <w:b/>
        </w:rPr>
        <w:t xml:space="preserve">[11:11] </w:t>
      </w:r>
      <w:r>
        <w:t>yani aap jante hain ke road jo hoti hai woh kuch is mein necha oncha hota hai, friction hota hai. agar friction na ho to gari is pe chal bhi nahi sakti.</w:t>
      </w:r>
    </w:p>
    <w:p>
      <w:pPr>
        <w:jc w:val="right"/>
      </w:pPr>
      <w:r>
        <w:t>یعنی آپ جانتے ہیں کہ روڈ جو ہوتی ہے وہ کچھ اس میں نیچا اونچا ہوتا ہے، فرکشن ہوتا ہے۔ اگر فرکشن نہ ہو تو گاڑی اس پہ چل بھی نہیں سکتی۔</w:t>
      </w:r>
    </w:p>
    <w:p>
      <w:r>
        <w:rPr>
          <w:b/>
        </w:rPr>
        <w:t xml:space="preserve">[11:23] </w:t>
      </w:r>
      <w:r>
        <w:t>har road par friction hota hai. shishe ki tarah se nahi ho sakti. shishe ki tarah agar chikni ho sarak to us par car dor nahi sakti.</w:t>
      </w:r>
    </w:p>
    <w:p>
      <w:pPr>
        <w:jc w:val="right"/>
      </w:pPr>
      <w:r>
        <w:t>ہر روڈ پر فرکشن ہوتا ہے۔ شیشے کی طرح سے نہیں ہو سکتی۔ شیشے کی طرح اگر چکنی ہو سڑک تو اس پر کار دوڑ نہیں سکتی۔</w:t>
      </w:r>
    </w:p>
    <w:p>
      <w:r>
        <w:rPr>
          <w:b/>
        </w:rPr>
        <w:t xml:space="preserve">[11:36] </w:t>
      </w:r>
      <w:r>
        <w:t>to is ki wajah se barabar yeh hota hai ke car ko jhatke lagte hain. har onche neeche par jhatke lagte hain.</w:t>
      </w:r>
    </w:p>
    <w:p>
      <w:pPr>
        <w:jc w:val="right"/>
      </w:pPr>
      <w:r>
        <w:t>تو اس کی وجہ سے برابر یہ ہوتا ہے کہ کار کو جھٹکے لگتے ہیں۔ ہر اونچے نیچے پر جھٹکے لگتے ہیں۔</w:t>
      </w:r>
    </w:p>
    <w:p>
      <w:r>
        <w:rPr>
          <w:b/>
        </w:rPr>
        <w:t xml:space="preserve">[11:49] </w:t>
      </w:r>
      <w:r>
        <w:t>to woh jhatke pehie par reh jate hain, body tak nahi puhanchte. yani body jo hai is par jo insan baitha hua hai jhatke is tak nahi puhanchte.</w:t>
      </w:r>
    </w:p>
    <w:p>
      <w:pPr>
        <w:jc w:val="right"/>
      </w:pPr>
      <w:r>
        <w:t>تو وہ جھٹکے پہیے پر رہ جاتے ہیں، باڈی تک نہیں پہنچتے۔ یعنی باڈی جو ہے اس پر جو انسان بیٹھا ہوا ہے جھٹکے اس تک نہیں پہنچتے۔</w:t>
      </w:r>
    </w:p>
    <w:p>
      <w:r>
        <w:rPr>
          <w:b/>
        </w:rPr>
        <w:t xml:space="preserve">[12:02] </w:t>
      </w:r>
      <w:r>
        <w:t>to yeh kyun hota hai? ek device lagi hui hoti hai car mein. us ko kehte hain shock absorber. yani shock ko seh lene wala.</w:t>
      </w:r>
    </w:p>
    <w:p>
      <w:pPr>
        <w:jc w:val="right"/>
      </w:pPr>
      <w:r>
        <w:t>تو یہ کیوں ہوتا ہے؟ ایک ڈیوائس لگی ہوئی ہوتی ہے کار میں۔ اس کو کہتے ہیں شاک ایبزاربر۔ یعنی شاک کو سہ لینے والا۔</w:t>
      </w:r>
    </w:p>
    <w:p>
      <w:r>
        <w:rPr>
          <w:b/>
        </w:rPr>
        <w:t xml:space="preserve">[12:12] </w:t>
      </w:r>
      <w:r>
        <w:t>to yeh shock absorber jis ko short mein shakir bhi kehte hain woh is baat ki guarantee hai ke jo jhatka lage gari ko woh pehie tak reh jaye.</w:t>
      </w:r>
    </w:p>
    <w:p>
      <w:pPr>
        <w:jc w:val="right"/>
      </w:pPr>
      <w:r>
        <w:t>تو یہ شاک ایبزاربر جس کو شارٹ میں شاکر بھی کہتے ہیں وہ اس بات کی گارنٹی ہے کہ جو جھٹکا لگے گاڑی کو وہ پہیے تک رہ جائے۔</w:t>
      </w:r>
    </w:p>
    <w:p>
      <w:r>
        <w:rPr>
          <w:b/>
        </w:rPr>
        <w:t xml:space="preserve">[12:26] </w:t>
      </w:r>
      <w:r>
        <w:t>oper jo baitha hua insan hai us tak na puhanche.</w:t>
      </w:r>
    </w:p>
    <w:p>
      <w:pPr>
        <w:jc w:val="right"/>
      </w:pPr>
      <w:r>
        <w:t>اوپر جو بیٹھا ہوا انسان ہے اس تک نہ پہنچے۔</w:t>
      </w:r>
    </w:p>
    <w:p>
      <w:r>
        <w:rPr>
          <w:b/>
        </w:rPr>
        <w:t xml:space="preserve">[12:32] </w:t>
      </w:r>
      <w:r>
        <w:t>us tak na puhanche.</w:t>
      </w:r>
    </w:p>
    <w:p>
      <w:pPr>
        <w:jc w:val="right"/>
      </w:pPr>
      <w:r>
        <w:t>اس تک نہ پہنچے۔</w:t>
      </w:r>
    </w:p>
    <w:p>
      <w:r>
        <w:rPr>
          <w:b/>
        </w:rPr>
        <w:t xml:space="preserve">[12:35] </w:t>
      </w:r>
      <w:r>
        <w:t>isi tarah se insan ke andar accountability ka jo ehsas hai woh is ke andar ek shock absorber ka kaam karta hai.</w:t>
      </w:r>
    </w:p>
    <w:p>
      <w:pPr>
        <w:jc w:val="right"/>
      </w:pPr>
      <w:r>
        <w:t>اسی طرح سے انسان کے اندر اکاؤنٹیبلٹی کا جو احساس ہے وہ اس کے اندر ایک شاک ایبزاربر کا کام کرتا ہے۔</w:t>
      </w:r>
    </w:p>
    <w:p>
      <w:r>
        <w:rPr>
          <w:b/>
        </w:rPr>
        <w:t xml:space="preserve">[12:45] </w:t>
      </w:r>
      <w:r>
        <w:t>ke jhatka to sab ko lagna hi lagna hi lagna hai. lekin jo insan momin hai, jo insan believer hai, jo insan accountability ko manta hai, jo insan day of judgment ko manta hai,</w:t>
      </w:r>
    </w:p>
    <w:p>
      <w:pPr>
        <w:jc w:val="right"/>
      </w:pPr>
      <w:r>
        <w:t>کہ جھٹکا تو سب کو لگنا ہی لگنا ہی لگنا ہے۔ لیکن جو انسان مومن ہے، جو انسان بیلیور ہے، جو انسان اکاؤنٹیبلٹی کو مانتا ہے، جو انسان ڈے آف ججمنٹ کو مانتا ہے،</w:t>
      </w:r>
    </w:p>
    <w:p>
      <w:r>
        <w:rPr>
          <w:b/>
        </w:rPr>
        <w:t xml:space="preserve">[13:01] </w:t>
      </w:r>
      <w:r>
        <w:t>is ke dil mein saikolojikal sens mein aik shock absorber lag jata hai.</w:t>
      </w:r>
    </w:p>
    <w:p>
      <w:pPr>
        <w:jc w:val="right"/>
      </w:pPr>
      <w:r>
        <w:t>اس کے دل میں سائیکلوجیکل سینس میں ایک شاک ایبزاربر لگ جاتا ہے۔</w:t>
      </w:r>
    </w:p>
    <w:p>
      <w:r>
        <w:rPr>
          <w:b/>
        </w:rPr>
        <w:t xml:space="preserve">[13:13] </w:t>
      </w:r>
      <w:r>
        <w:t>is ke dil mein aik, aik, aik accountability ka jo concept hai, accountability ka jo aqeedah hai, accountability ka jo, ka jo principle hai woh aadmi ke andar aik, aik saikolojikal type ka shock absorber ban kar baith jata hai.</w:t>
      </w:r>
    </w:p>
    <w:p>
      <w:pPr>
        <w:jc w:val="right"/>
      </w:pPr>
      <w:r>
        <w:t>اس کے دل میں ایک، ایک، ایک اکاؤنٹیبلٹی کا جو کانسیپٹ ہے، اکاؤنٹیبلٹی کا جو عقیدہ ہے، اکاؤنٹیبلٹی کا جو، کا جو پرنسپل ہے وہ آدمی کے اندر ایک، ایک سائیکلوجیکل ٹائپ کا شاک ایبزاربر بن کر بیٹھ جاتا ہے۔</w:t>
      </w:r>
    </w:p>
    <w:p>
      <w:r>
        <w:rPr>
          <w:b/>
        </w:rPr>
        <w:t xml:space="preserve">[13:38] </w:t>
      </w:r>
      <w:r>
        <w:t>har waqt us ko rokta hai, check karta hai, us ko balance mein rakhta hai.</w:t>
      </w:r>
    </w:p>
    <w:p>
      <w:pPr>
        <w:jc w:val="right"/>
      </w:pPr>
      <w:r>
        <w:t>ہر وقت اس کو روکتا ہے، چیک کرتا ہے، اس کو بیلنس میں رکھتا ہے۔</w:t>
      </w:r>
    </w:p>
    <w:p>
      <w:r>
        <w:rPr>
          <w:b/>
        </w:rPr>
        <w:t xml:space="preserve">[13:47] </w:t>
      </w:r>
      <w:r>
        <w:t>yahi hai sara khulasa. kyunke dekhen dunya ko Khuda ne jab banaya hai test ke liye to sab ko freedom bhi di.</w:t>
      </w:r>
    </w:p>
    <w:p>
      <w:pPr>
        <w:jc w:val="right"/>
      </w:pPr>
      <w:r>
        <w:t>یہی ہے سارا خلاصہ۔ کیونکہ دیکھیں دنیا کو خدا نے جب بنایا ہے ٹیسٹ کے لیے تو سب کو فریڈم بھی دیا۔</w:t>
      </w:r>
    </w:p>
    <w:p>
      <w:r>
        <w:rPr>
          <w:b/>
        </w:rPr>
        <w:t xml:space="preserve">[13:58] </w:t>
      </w:r>
      <w:r>
        <w:t>kyunke freedom na ho to test kis baat ka? hath paon bandh kar aap kisi ka test nahi le sakte.</w:t>
      </w:r>
    </w:p>
    <w:p>
      <w:pPr>
        <w:jc w:val="right"/>
      </w:pPr>
      <w:r>
        <w:t>کیونکہ فریڈم نہ ہو تو ٹیسٹ کس بات کا؟ ہاتھ پاؤں باندھ کر آپ کسی کا ٹیسٹ نہیں لے سکتے۔</w:t>
      </w:r>
    </w:p>
    <w:p>
      <w:r>
        <w:rPr>
          <w:b/>
        </w:rPr>
        <w:t xml:space="preserve">[14:09] </w:t>
      </w:r>
      <w:r>
        <w:t>test lene ke liye aap ko us ko free karna pare ga. without freedom there is no test. jab aap freedom den ge to woh misuse bhi kare ga.</w:t>
      </w:r>
    </w:p>
    <w:p>
      <w:pPr>
        <w:jc w:val="right"/>
      </w:pPr>
      <w:r>
        <w:t>ٹیسٹ لینے کے لیے آپ کو اس کو فری کرنا پڑے گا۔ ودا آؤٹ فریڈم دیر از نو ٹیسٹ۔ جب آپ فریڈم دیں گے تو وہ مس یوز بھی کرے گا۔</w:t>
      </w:r>
    </w:p>
    <w:p>
      <w:r>
        <w:rPr>
          <w:b/>
        </w:rPr>
        <w:t xml:space="preserve">[14:21] </w:t>
      </w:r>
      <w:r>
        <w:t>misuse kare ga to problem create hon ge.</w:t>
      </w:r>
    </w:p>
    <w:p>
      <w:pPr>
        <w:jc w:val="right"/>
      </w:pPr>
      <w:r>
        <w:t>مس یوز کرے گا تو پرابلم کریٹ ہوں گے۔</w:t>
      </w:r>
    </w:p>
    <w:p>
      <w:r>
        <w:rPr>
          <w:b/>
        </w:rPr>
        <w:t xml:space="preserve">[14:25] </w:t>
      </w:r>
      <w:r>
        <w:t>aap kahin aap provoke hon ge, kahin aap ko ghussa aaye ga, kahin aap ko revenge aaye ga, kahin aap ke andar negative thought aaye ga.</w:t>
      </w:r>
    </w:p>
    <w:p>
      <w:pPr>
        <w:jc w:val="right"/>
      </w:pPr>
      <w:r>
        <w:t>آپ کہیں آپ پرووک ہوں گے، کہیں آپ کو غصہ آئے گا، کہیں آپ کو ریونج آئے گا، کہیں آپ کے اندر نیگیٹیو تھاٹ آئے گا۔</w:t>
      </w:r>
    </w:p>
    <w:p>
      <w:r>
        <w:rPr>
          <w:b/>
        </w:rPr>
        <w:t xml:space="preserve">[14:34] </w:t>
      </w:r>
      <w:r>
        <w:t>yeh sab hoga.</w:t>
      </w:r>
    </w:p>
    <w:p>
      <w:pPr>
        <w:jc w:val="right"/>
      </w:pPr>
      <w:r>
        <w:t>یہ سب ہوگا۔</w:t>
      </w:r>
    </w:p>
    <w:p>
      <w:r>
        <w:rPr>
          <w:b/>
        </w:rPr>
        <w:t xml:space="preserve">[14:36] </w:t>
      </w:r>
      <w:r>
        <w:t>to wahan par accountability ka jo shock absorber hai woh aap ko roke ga. jaise Habil Qabil ke misaal mein aik aadmi ke andar shock absorber nahi tha,</w:t>
      </w:r>
    </w:p>
    <w:p>
      <w:pPr>
        <w:jc w:val="right"/>
      </w:pPr>
      <w:r>
        <w:t>تو وہاں پر اکاؤنٹیبلٹی کا جو شاک ایبزاربر ہے وہ آپ کو روکے گا۔ جیسے ہابیل قابیل کے مثال میں ایک آدمی کے اندر شاک ایبزاربر نہیں تھا،</w:t>
      </w:r>
    </w:p>
    <w:p>
      <w:r>
        <w:rPr>
          <w:b/>
        </w:rPr>
        <w:t xml:space="preserve">[14:50] </w:t>
      </w:r>
      <w:r>
        <w:t>woh marne khara ho gaya. doosre ke andar, doosre aadmi ke andar shock absorber tha, us ne apne hath ko rok liya. to woh bahar na ho to maro, mein to nahi marun ga tum ko.</w:t>
      </w:r>
    </w:p>
    <w:p>
      <w:pPr>
        <w:jc w:val="right"/>
      </w:pPr>
      <w:r>
        <w:t>وہ مارنے کھڑا ہو گیا۔ دوسرے کے اندر، دوسرے آدمی کے اندر شاک ایبزاربر تھا، اس نے اپنے ہاتھ کو روک لیا۔ تو وہ باہر نہ ہو تو مارو، میں تو نہیں ماروں گا تم کو۔</w:t>
      </w:r>
    </w:p>
    <w:p>
      <w:r>
        <w:rPr>
          <w:b/>
        </w:rPr>
        <w:t xml:space="preserve">[15:05] </w:t>
      </w:r>
      <w:r>
        <w:t>yeh hai sara khulasa. to momin woh hai ya sacha believer woh hai jis ke dil mein aik shock absorber laga hua ho.</w:t>
      </w:r>
    </w:p>
    <w:p>
      <w:pPr>
        <w:jc w:val="right"/>
      </w:pPr>
      <w:r>
        <w:t>یہ ہے سارا خلاصہ۔ تو مومن وہ ہے یا سچا بیلیور وہ ہے جس کے دل میں ایک شاک ایبزاربر لگا ہوا ہو۔</w:t>
      </w:r>
    </w:p>
    <w:p>
      <w:r>
        <w:rPr>
          <w:b/>
        </w:rPr>
        <w:t xml:space="preserve">[15:22] </w:t>
      </w:r>
      <w:r>
        <w:t>shock absorber nahi hoga to kya hoga?</w:t>
      </w:r>
    </w:p>
    <w:p>
      <w:pPr>
        <w:jc w:val="right"/>
      </w:pPr>
      <w:r>
        <w:t>شاک ایبزاربر نہیں ہوگا تو کیا ہوگا؟</w:t>
      </w:r>
    </w:p>
    <w:p>
      <w:r>
        <w:rPr>
          <w:b/>
        </w:rPr>
        <w:t xml:space="preserve">[15:28] </w:t>
      </w:r>
      <w:r>
        <w:t>aap just like animal ban jayen ge. ab is mein aik aur baat add kijiye.</w:t>
      </w:r>
    </w:p>
    <w:p>
      <w:pPr>
        <w:jc w:val="right"/>
      </w:pPr>
      <w:r>
        <w:t>آپ جسٹ لائک اینیمل بن جائیں گے۔ اب اس میں ایک اور بات ایڈ کیجئے۔</w:t>
      </w:r>
    </w:p>
    <w:p>
      <w:r>
        <w:rPr>
          <w:b/>
        </w:rPr>
        <w:t xml:space="preserve">[15:33] </w:t>
      </w:r>
      <w:r>
        <w:t>koi aadmi apne seene mein shock absorber kyun lagaye? kyun woh sahe?</w:t>
      </w:r>
    </w:p>
    <w:p>
      <w:pPr>
        <w:jc w:val="right"/>
      </w:pPr>
      <w:r>
        <w:t>کوئی آدمی اپنے سینے میں شاک ایبزاربر کیوں لگائے؟ کیوں وہ سہے؟</w:t>
      </w:r>
    </w:p>
    <w:p>
      <w:r>
        <w:rPr>
          <w:b/>
        </w:rPr>
        <w:t xml:space="preserve">[15:42] </w:t>
      </w:r>
      <w:r>
        <w:t>kyun woh bardasht kare? kyun woh tolerate kare?</w:t>
      </w:r>
    </w:p>
    <w:p>
      <w:pPr>
        <w:jc w:val="right"/>
      </w:pPr>
      <w:r>
        <w:t>کیوں وہ برداشت کرے؟ کیوں وہ ٹولریٹ کرے؟</w:t>
      </w:r>
    </w:p>
    <w:p>
      <w:r>
        <w:rPr>
          <w:b/>
        </w:rPr>
        <w:t xml:space="preserve">[15:49] </w:t>
      </w:r>
      <w:r>
        <w:t>kyun woh avoid kare? to koi us ka, us ko kuch milna chahiye. dekhen insaan jo hai us ke andar interest baitha hua hai.</w:t>
      </w:r>
    </w:p>
    <w:p>
      <w:pPr>
        <w:jc w:val="right"/>
      </w:pPr>
      <w:r>
        <w:t>کیوں وہ اوائڈ کرے؟ تو کوئی اس کا، اس کو کچھ ملنا چاہیے۔ دیکھیں انسان جو ہے اس کے اندر انٹرسٹ بیٹھا ہوا ہے۔</w:t>
      </w:r>
    </w:p>
    <w:p>
      <w:r>
        <w:rPr>
          <w:b/>
        </w:rPr>
        <w:t xml:space="preserve">[16:03] </w:t>
      </w:r>
      <w:r>
        <w:t>har insaan kuch bhi karta hai to chahta hai kuch return mile, return. yaani mind is return seeking animal.</w:t>
      </w:r>
    </w:p>
    <w:p>
      <w:pPr>
        <w:jc w:val="right"/>
      </w:pPr>
      <w:r>
        <w:t>ہر انسان کچھ بھی کرتا ہے تو چاہتا ہے کچھ ریٹرن ملے، ریٹرن۔ یعنی مائنڈ از ریٹرن سیکنگ اینیمل۔</w:t>
      </w:r>
    </w:p>
    <w:p>
      <w:r>
        <w:rPr>
          <w:b/>
        </w:rPr>
        <w:t xml:space="preserve">[16:17] </w:t>
      </w:r>
      <w:r>
        <w:t>stars, planets, mountains, ocean, un ke andar return ka concept nahi hai ke unhein kuch mile tab woh karen ge, nahi to nahi karen ge. but mind is return seeking animal.</w:t>
      </w:r>
    </w:p>
    <w:p>
      <w:pPr>
        <w:jc w:val="right"/>
      </w:pPr>
      <w:r>
        <w:t>اسٹارز، پلینٹس، ماؤنٹینز، اوشن، ان کے اندر ریٹرن کا کانسیپٹ نہیں ہے کہ انہیں کچھ ملے تب وہ کریں گے، نہیں تو نہیں کریں گے۔ بٹ مائنڈ از ریٹرن سیکنگ اینیمل۔</w:t>
      </w:r>
    </w:p>
    <w:p>
      <w:r>
        <w:rPr>
          <w:b/>
        </w:rPr>
        <w:t xml:space="preserve">[16:27] </w:t>
      </w:r>
      <w:r>
        <w:t>aadmi kuch chahta hai ke mujhe mile.</w:t>
      </w:r>
    </w:p>
    <w:p>
      <w:pPr>
        <w:jc w:val="right"/>
      </w:pPr>
      <w:r>
        <w:t>آدمی کچھ چاہتا ہے کہ مجھے ملے۔</w:t>
      </w:r>
    </w:p>
    <w:p>
      <w:r>
        <w:rPr>
          <w:b/>
        </w:rPr>
        <w:t xml:space="preserve">[16:31] </w:t>
      </w:r>
      <w:r>
        <w:t>ise chahne ka naam hai paradise. paradise ka concept aadmi ko yeh batata hai ke tumhare liye bohat bara reward intezar kar raha hai tumhara.</w:t>
      </w:r>
    </w:p>
    <w:p>
      <w:pPr>
        <w:jc w:val="right"/>
      </w:pPr>
      <w:r>
        <w:t>اسے چاہنے کا نام ہے پیراڈائز۔ پیراڈائز کا کانسیپٹ آدمی کو یہ بتاتا ہے کہ تمہارے لیے بہت بڑا ریوارڈ انتظار کر رہا ہے تمہارا۔</w:t>
      </w:r>
    </w:p>
    <w:p>
      <w:r>
        <w:rPr>
          <w:b/>
        </w:rPr>
        <w:t xml:space="preserve">[16:47] </w:t>
      </w:r>
      <w:r>
        <w:t>agar tum is patience culture ko apnao is dunya mein.</w:t>
      </w:r>
    </w:p>
    <w:p>
      <w:pPr>
        <w:jc w:val="right"/>
      </w:pPr>
      <w:r>
        <w:t>اگر تم اس پیشنس کلچر کو اپناؤ اس دنیا میں۔</w:t>
      </w:r>
    </w:p>
    <w:p>
      <w:r>
        <w:rPr>
          <w:b/>
        </w:rPr>
        <w:t xml:space="preserve">[16:56] </w:t>
      </w:r>
      <w:r>
        <w:t>mein samajhta hoon ke sara khulasa Islam ka jo hai woh hai patience culture, sabr culture.</w:t>
      </w:r>
    </w:p>
    <w:p>
      <w:pPr>
        <w:jc w:val="right"/>
      </w:pPr>
      <w:r>
        <w:t>میں سمجھتا ہوں کہ سارا خلاصہ اسلام کا جو ہے وہ ہے پیشنس کلچر، صبر کلچر۔</w:t>
      </w:r>
    </w:p>
    <w:p>
      <w:r>
        <w:rPr>
          <w:b/>
        </w:rPr>
        <w:t xml:space="preserve">[17:06] </w:t>
      </w:r>
      <w:r>
        <w:t>isi liye Quran mein dekhen kaha gaya hai ke paradise un ko mile gi jinhone dunya mein sabr kiya.</w:t>
      </w:r>
    </w:p>
    <w:p>
      <w:pPr>
        <w:jc w:val="right"/>
      </w:pPr>
      <w:r>
        <w:t>اسی لیے قرآن میں دیکھیں کہا گیا ہے کہ پیراڈائز ان کو ملے گی جنہوں نے دنیا میں صبر کیا۔</w:t>
      </w:r>
    </w:p>
    <w:p>
      <w:r>
        <w:rPr>
          <w:b/>
        </w:rPr>
        <w:t xml:space="preserve">[17:19] </w:t>
      </w:r>
      <w:r>
        <w:t>yaani paradise un ko mile gi jinhone dunya mein sabr kiya. saaf saaf Quran mein likha hua hai.</w:t>
      </w:r>
    </w:p>
    <w:p>
      <w:pPr>
        <w:jc w:val="right"/>
      </w:pPr>
      <w:r>
        <w:t>یعنی پیراڈائز ان کو ملے گی جنہوں نے دنیا میں صبر کیا۔ صاف صاف قرآن میں لکھا ہوا ہے۔</w:t>
      </w:r>
    </w:p>
    <w:p>
      <w:r>
        <w:rPr>
          <w:b/>
        </w:rPr>
        <w:t xml:space="preserve">[17:33] </w:t>
      </w:r>
      <w:r>
        <w:t>to ek lafz mein mein kahunga ke islam naam hai sabr culture ka, patience culture ka, tolerance culture ka. isi ka naam sabr hai.</w:t>
      </w:r>
    </w:p>
    <w:p>
      <w:pPr>
        <w:jc w:val="right"/>
      </w:pPr>
      <w:r>
        <w:t>تو ایک لفظ میں میں کہوں گا کہ اسلام نام ہے صبر کلچر کا، پیشنس کلچر کا، ٹولرنس کلچر کا۔ اسی کا نام صبر ہے۔</w:t>
      </w:r>
    </w:p>
    <w:p>
      <w:r>
        <w:rPr>
          <w:b/>
        </w:rPr>
        <w:t xml:space="preserve">[17:44] </w:t>
      </w:r>
      <w:r>
        <w:t>isi ka naam. aur yahi price, price yahi, yeh price hai paradise ki. yeh price diye baghair agar koi samajhta hai ke isko paradise milegi to woh mashool thinking mein jeeta hai.</w:t>
      </w:r>
    </w:p>
    <w:p>
      <w:pPr>
        <w:jc w:val="right"/>
      </w:pPr>
      <w:r>
        <w:t>اسی کا نام۔ اور یہی پرائس، پرائس یہی، یہ پرائس ہے پیراڈائز کی۔ یہ پرائس دیے بغیر اگر کوئی سمجھتا ہے کہ اس کو پیراڈائز ملے گی تو وہ مشول تھنکنگ میں جیتا ہے۔</w:t>
      </w:r>
    </w:p>
    <w:p>
      <w:r>
        <w:rPr>
          <w:b/>
        </w:rPr>
        <w:t xml:space="preserve">[17:59] </w:t>
      </w:r>
      <w:r>
        <w:t>woh utopia mein jeeta hai.</w:t>
      </w:r>
    </w:p>
    <w:p>
      <w:pPr>
        <w:jc w:val="right"/>
      </w:pPr>
      <w:r>
        <w:t>وہ یوٹوپیا میں جیتا ہے۔</w:t>
      </w:r>
    </w:p>
    <w:p>
      <w:r>
        <w:rPr>
          <w:b/>
        </w:rPr>
        <w:t xml:space="preserve">[18:04] </w:t>
      </w:r>
      <w:r>
        <w:t>kabhi yeh na samjhiye ke kuch kuch rituals hain in ko karne se jannat mil jayegi. jaise aaj kal kya hai namaz ek set of rituals ban gayi hai.</w:t>
      </w:r>
    </w:p>
    <w:p>
      <w:pPr>
        <w:jc w:val="right"/>
      </w:pPr>
      <w:r>
        <w:t>کبھی یہ نہ سمجھیے کہ کچھ کچھ ریچولز ہیں ان کو کرنے سے جنت مل جائے گی۔ جیسے آج کل کیا ہے نماز ایک سیٹ آف ریچول بن گئی ہے۔</w:t>
      </w:r>
    </w:p>
    <w:p>
      <w:r>
        <w:rPr>
          <w:b/>
        </w:rPr>
        <w:t xml:space="preserve">[18:15] </w:t>
      </w:r>
      <w:r>
        <w:t>set of rituals. yaani spirit ke, spirit less ek form hai jis ka naam hum namaz kehte hain aaj kal. spirit less form.</w:t>
      </w:r>
    </w:p>
    <w:p>
      <w:pPr>
        <w:jc w:val="right"/>
      </w:pPr>
      <w:r>
        <w:t>سیٹ آف ریچولز۔ یعنی اسپیٹ کے، اسپیٹ لیس ایک فارم ہے جس کا نام ہم نماز کہتے ہیں آج کل۔ اسپیٹ لیس فارم۔</w:t>
      </w:r>
    </w:p>
    <w:p>
      <w:r>
        <w:rPr>
          <w:b/>
        </w:rPr>
        <w:t xml:space="preserve">[18:26] </w:t>
      </w:r>
      <w:r>
        <w:t>spirit alag hai, ek form hai.</w:t>
      </w:r>
    </w:p>
    <w:p>
      <w:pPr>
        <w:jc w:val="right"/>
      </w:pPr>
      <w:r>
        <w:t>اسپیٹ الگ ہے، ایک فارم ہے۔</w:t>
      </w:r>
    </w:p>
    <w:p>
      <w:r>
        <w:rPr>
          <w:b/>
        </w:rPr>
        <w:t xml:space="preserve">[18:29] </w:t>
      </w:r>
      <w:r>
        <w:t>log jaate hain idhar udhar ki baatein karte hue masjid mein dakhil honge. ek kuch rituals wahan par ada karenge, phir nikalenge to phir wahi idhar udhar ki baatein.</w:t>
      </w:r>
    </w:p>
    <w:p>
      <w:pPr>
        <w:jc w:val="right"/>
      </w:pPr>
      <w:r>
        <w:t>لوگ جاتے ہیں ادھر ادھر کی باتیں کرتے ہوئے مسجد میں داخل ہوں گے۔ ایک کچھ ریچولز وہاں پر ادا کریں گے، پھر نکلیں گے تو پھر وہی ادھر ادھر کی باتیں۔</w:t>
      </w:r>
    </w:p>
    <w:p>
      <w:r>
        <w:rPr>
          <w:b/>
        </w:rPr>
        <w:t xml:space="preserve">[18:41] </w:t>
      </w:r>
      <w:r>
        <w:t>agar spirit wali namaz hoti to jaate namaz ki baatein karte hue, lotte namaz ki baatein karte hue. lekin woh to form hai.</w:t>
      </w:r>
    </w:p>
    <w:p>
      <w:pPr>
        <w:jc w:val="right"/>
      </w:pPr>
      <w:r>
        <w:t>اگر اسپیٹ والی نماز ہوتی تو جاتے نماز کی باتیں کرتے ہوئے، لوٹتے نماز کی باتیں کرتے ہوئے۔ لیکن وہ تو فارم ہے۔</w:t>
      </w:r>
    </w:p>
    <w:p>
      <w:r>
        <w:rPr>
          <w:b/>
        </w:rPr>
        <w:t xml:space="preserve">[18:51] </w:t>
      </w:r>
      <w:r>
        <w:t>form kiya to poora hoga, jab form kar liya to khatam ho gaya. to</w:t>
      </w:r>
    </w:p>
    <w:p>
      <w:pPr>
        <w:jc w:val="right"/>
      </w:pPr>
      <w:r>
        <w:t>فارم کیا تو پورا ہوگا، جب فارم کر لیا تو ختم ہوگیا۔ تو</w:t>
      </w:r>
    </w:p>
    <w:p>
      <w:r>
        <w:rPr>
          <w:b/>
        </w:rPr>
        <w:t xml:space="preserve">[18:56] </w:t>
      </w:r>
      <w:r>
        <w:t>aaj kal jo islam hai jo ritual based hai is islam ki koi value nahi hai. paradise ke lehaz se kuch bhi value nahi hai.</w:t>
      </w:r>
    </w:p>
    <w:p>
      <w:pPr>
        <w:jc w:val="right"/>
      </w:pPr>
      <w:r>
        <w:t>آج کل جو اسلام ہے جو ریچول بیسڈ ہے اس اسلام کی کوئی ویلیو نہیں ہے۔ پیراڈائز کے لحاظ سے کچھ بھی ویلیو نہیں ہے۔</w:t>
      </w:r>
    </w:p>
    <w:p>
      <w:r>
        <w:rPr>
          <w:b/>
        </w:rPr>
        <w:t xml:space="preserve">[19:11] </w:t>
      </w:r>
      <w:r>
        <w:t>ek yeh hai culture, yeh ek culture hai, yeh islam nahi hai.</w:t>
      </w:r>
    </w:p>
    <w:p>
      <w:pPr>
        <w:jc w:val="right"/>
      </w:pPr>
      <w:r>
        <w:t>ایک یہ ہے کلچر، یہ ایک کلچر ہے، یہ اسلام نہیں ہے۔</w:t>
      </w:r>
    </w:p>
    <w:p>
      <w:r>
        <w:rPr>
          <w:b/>
        </w:rPr>
        <w:t xml:space="preserve">[19:17] </w:t>
      </w:r>
      <w:r>
        <w:t>hamesha dekhiye aisa hota hai ke mazhab shuru hota hai ek ideology se, ek spirit se.</w:t>
      </w:r>
    </w:p>
    <w:p>
      <w:pPr>
        <w:jc w:val="right"/>
      </w:pPr>
      <w:r>
        <w:t>ہمیشہ دیکھیے ایسا ہوتا ہے کہ مذہب شروع ہوتا ہے ایک آئیڈیالوجی سے، ایک اسپیٹ سے۔</w:t>
      </w:r>
    </w:p>
    <w:p>
      <w:r>
        <w:rPr>
          <w:b/>
        </w:rPr>
        <w:t xml:space="preserve">[19:27] </w:t>
      </w:r>
      <w:r>
        <w:t>yeh spirit based culture se shuru hota hai mazhab. lekin baat ko ab jab naslein aur aur aati hain to degeneration ho jata hai.</w:t>
      </w:r>
    </w:p>
    <w:p>
      <w:pPr>
        <w:jc w:val="right"/>
      </w:pPr>
      <w:r>
        <w:t>یہ اسپیٹ بیسڈ کلچر سے شروع ہوتا ہے مذہب۔ لیکن بات کو اب جب نسلیں اور اور آتی ہیں تو ڈی جنریشن ہو جاتا ہے۔</w:t>
      </w:r>
    </w:p>
    <w:p>
      <w:r>
        <w:rPr>
          <w:b/>
        </w:rPr>
        <w:t xml:space="preserve">[19:41] </w:t>
      </w:r>
      <w:r>
        <w:t>is waqt kya hota hai? spirit alag ho jati hai, sirf form reh jata hai.</w:t>
      </w:r>
    </w:p>
    <w:p>
      <w:pPr>
        <w:jc w:val="right"/>
      </w:pPr>
      <w:r>
        <w:t>اس وقت کیا ہوتا ہے؟ اسپیٹ الگ ہو جاتی ہے، صرف فارم رہ جاتا ہے۔</w:t>
      </w:r>
    </w:p>
    <w:p>
      <w:r>
        <w:rPr>
          <w:b/>
        </w:rPr>
        <w:t xml:space="preserve">[19:47] </w:t>
      </w:r>
      <w:r>
        <w:t>wahi aaj kal haal hai. to yaad rakhiye kisi bhi form par, kisi bhi rituals par paradise kisi ko milne wali nahi hai.</w:t>
      </w:r>
    </w:p>
    <w:p>
      <w:pPr>
        <w:jc w:val="right"/>
      </w:pPr>
      <w:r>
        <w:t>وہی آج کل حال ہے۔ تو یاد رکھیے کسی بھی فارم پر، کسی بھی ریچولز پر پیراڈائز کسی کو ملنے والی نہیں ہے۔</w:t>
      </w:r>
    </w:p>
    <w:p>
      <w:r>
        <w:rPr>
          <w:b/>
        </w:rPr>
        <w:t xml:space="preserve">[19:58] </w:t>
      </w:r>
      <w:r>
        <w:t>is se bada dhoka aur koi nahi ho sakta. aadmi yeh samjhe.</w:t>
      </w:r>
    </w:p>
    <w:p>
      <w:pPr>
        <w:jc w:val="right"/>
      </w:pPr>
      <w:r>
        <w:t>اس سے بڑا دھوکا اور کوئی نہیں ہو سکتا۔ آدمی یہ سمجھے۔</w:t>
      </w:r>
    </w:p>
    <w:p>
      <w:r>
        <w:rPr>
          <w:b/>
        </w:rPr>
        <w:t xml:space="preserve">[20:05] </w:t>
      </w:r>
      <w:r>
        <w:t>paradise milegi us ko jo sabr culture ko adopt kare. namaz khud sabr culture ki training hai.</w:t>
      </w:r>
    </w:p>
    <w:p>
      <w:pPr>
        <w:jc w:val="right"/>
      </w:pPr>
      <w:r>
        <w:t>پیراڈائز ملے گی اس کو جو صبر کلچر کو اڈاپٹ کرے۔ نماز خود صبر کلچر کی ٹریننگ ہے۔</w:t>
      </w:r>
    </w:p>
    <w:p>
      <w:r>
        <w:rPr>
          <w:b/>
        </w:rPr>
        <w:t xml:space="preserve">[20:15] </w:t>
      </w:r>
      <w:r>
        <w:t>isi liye quran mein dekhiye aap usta'een bis sabri was salaat. in dono ko bracket kiya hai ek saath. namaz aur sabr.</w:t>
      </w:r>
    </w:p>
    <w:p>
      <w:pPr>
        <w:jc w:val="right"/>
      </w:pPr>
      <w:r>
        <w:t>اسی لیے قرآن میں دیکھیے آپ استعین بالصبر والصلاۃ۔ ان دونوں کو بریکٹ کیا ہے ایک ساتھ۔ نماز اور صبر۔</w:t>
      </w:r>
    </w:p>
    <w:p>
      <w:r>
        <w:rPr>
          <w:b/>
        </w:rPr>
        <w:t xml:space="preserve">[20:25] </w:t>
      </w:r>
      <w:r>
        <w:t>usta'een bis sabri was salaat quran mein aata hai. madad chaho sabr se aur namaz se. kaha dono ek doosre ka part hain.</w:t>
      </w:r>
    </w:p>
    <w:p>
      <w:pPr>
        <w:jc w:val="right"/>
      </w:pPr>
      <w:r>
        <w:t>استعین بالصبر والصلاۃ قرآن میں آتا ہے۔ مدد چاہو صبر سے اور نماز سے۔ کہا دونوں ایک دوسرے کا پارٹ ہیں۔</w:t>
      </w:r>
    </w:p>
    <w:p>
      <w:r>
        <w:rPr>
          <w:b/>
        </w:rPr>
        <w:t xml:space="preserve">[20:36] </w:t>
      </w:r>
      <w:r>
        <w:t>integral part hain. agar namaz jo hai sabr ki training hai</w:t>
      </w:r>
    </w:p>
    <w:p>
      <w:pPr>
        <w:jc w:val="right"/>
      </w:pPr>
      <w:r>
        <w:t>انٹیگرل پارٹ ہیں۔ اگر نماز جو ہے صبر کی ٹریننگ ہے</w:t>
      </w:r>
    </w:p>
    <w:p>
      <w:r>
        <w:rPr>
          <w:b/>
        </w:rPr>
        <w:t xml:space="preserve">[20:44] </w:t>
      </w:r>
      <w:r>
        <w:t>to agar jis cheez ki training di ja rahi hai wahi na aaye aadmi ke andar, wahi na paida ho to phir training kya? to useless ho gayi.</w:t>
      </w:r>
    </w:p>
    <w:p>
      <w:pPr>
        <w:jc w:val="right"/>
      </w:pPr>
      <w:r>
        <w:t>تو اگر جس چیز کی ٹریننگ دی جا رہی ہے وہی نہ آئے آدمی کے اندر، وہی نہ پیدا ہو تو پھر ٹریننگ کیا؟ تو یوسلیس ہو گئی۔</w:t>
      </w:r>
    </w:p>
    <w:p>
      <w:r>
        <w:rPr>
          <w:b/>
        </w:rPr>
        <w:t xml:space="preserve">[20:54] </w:t>
      </w:r>
      <w:r>
        <w:t>namaz sabr hi ki training to hai.</w:t>
      </w:r>
    </w:p>
    <w:p>
      <w:pPr>
        <w:jc w:val="right"/>
      </w:pPr>
      <w:r>
        <w:t>نماز صبر ہی کی ٹریننگ تو ہے۔</w:t>
      </w:r>
    </w:p>
    <w:p>
      <w:r>
        <w:rPr>
          <w:b/>
        </w:rPr>
        <w:t xml:space="preserve">[20:59] </w:t>
      </w:r>
      <w:r>
        <w:t>namaz is baat ki tarbiyat hai, is baat ki training hai ke aap duniya mein jab aayein to sabr ke saath reh sakein.</w:t>
      </w:r>
    </w:p>
    <w:p>
      <w:pPr>
        <w:jc w:val="right"/>
      </w:pPr>
      <w:r>
        <w:t>نماز اس بات کی تربیت ہے، اس بات کی ٹریننگ ہے کہ آپ دنیا میں جب آئیں تو صبر کے ساتھ رہ سکیں۔</w:t>
      </w:r>
    </w:p>
    <w:p>
      <w:r>
        <w:rPr>
          <w:b/>
        </w:rPr>
        <w:t xml:space="preserve">[21:11] </w:t>
      </w:r>
      <w:r>
        <w:t>sabr ke saath reh sakein.</w:t>
      </w:r>
    </w:p>
    <w:p>
      <w:pPr>
        <w:jc w:val="right"/>
      </w:pPr>
      <w:r>
        <w:t>صبر کے ساتھ رہ سکیں۔</w:t>
      </w:r>
    </w:p>
    <w:p>
      <w:r>
        <w:rPr>
          <w:b/>
        </w:rPr>
        <w:t xml:space="preserve">[21:13] </w:t>
      </w:r>
      <w:r>
        <w:t>to agar aap sabr ke saath na reh sakein to is ka nahi ke aap ne training nahi liya. isi tarah hazrat umar se kisi ne kaha, ek aadmi ki tareef ki ke bada acha hai, bahut aisa hai, bahut waisa hai.</w:t>
      </w:r>
    </w:p>
    <w:p>
      <w:pPr>
        <w:jc w:val="right"/>
      </w:pPr>
      <w:r>
        <w:t>تو اگر آپ صبر کے ساتھ نہ رہ سکیں تو اس کا نہیں کہ آپ نے ٹریننگ نہیں لیا۔ اسی طرح حضرت عمر سے کسی نے کہا، ایک آدمی کی تعریف کی کہ بڑا اچھا ہے، بہت ایسا ہے، بہت ویسا ہے۔</w:t>
      </w:r>
    </w:p>
    <w:p>
      <w:r>
        <w:rPr>
          <w:b/>
        </w:rPr>
        <w:t xml:space="preserve">[21:26] </w:t>
      </w:r>
      <w:r>
        <w:t>to unhon ne kaha ke tum ne is aadmi ko masjid mein uthte baithte dekha hoga. yaani ruku o sajda ko unhon ne kaha ke uthte baithte dekha hoga.</w:t>
      </w:r>
    </w:p>
    <w:p>
      <w:pPr>
        <w:jc w:val="right"/>
      </w:pPr>
      <w:r>
        <w:t>تو انہوں نے کہا کہ تم نے اس آدمی کو مسجد میں اٹھتے بیٹھتے دیکھا ہوگا۔ یعنی رکوع و سجدہ کو انہوں نے کہا کہ اٹھتے بیٹھتے دیکھا ہوگا۔</w:t>
      </w:r>
    </w:p>
    <w:p>
      <w:r>
        <w:rPr>
          <w:b/>
        </w:rPr>
        <w:t xml:space="preserve">[21:37] </w:t>
      </w:r>
      <w:r>
        <w:t>matlab form wali namaz parhte hue dekha hoga.</w:t>
      </w:r>
    </w:p>
    <w:p>
      <w:pPr>
        <w:jc w:val="right"/>
      </w:pPr>
      <w:r>
        <w:t>مطلب فارم والی نماز پڑھتے ہوئے دیکھا ہوگا۔</w:t>
      </w:r>
    </w:p>
    <w:p>
      <w:r>
        <w:rPr>
          <w:b/>
        </w:rPr>
        <w:t xml:space="preserve">[21:43] </w:t>
      </w:r>
      <w:r>
        <w:t>unhon ne poocha is aadmi se jis ne tareef ki thi ke kya tum ne kabhi in se koi dealing ki hai? nahin. kya tum ne kabhi in ke sath safar kiya hai?</w:t>
      </w:r>
    </w:p>
    <w:p>
      <w:pPr>
        <w:jc w:val="right"/>
      </w:pPr>
      <w:r>
        <w:t>انہوں نے پوچھا اس آدمی سے جس نے تعریف کی تھی کہ کیا تم نے کبھی ان سے کوئی ڈیلنگ کی ہے؟ نہیں۔ کیا تم نے کبھی ان کے ساتھ سفر کیا ہے؟</w:t>
      </w:r>
    </w:p>
    <w:p>
      <w:r>
        <w:rPr>
          <w:b/>
        </w:rPr>
        <w:t xml:space="preserve">[21:52] </w:t>
      </w:r>
      <w:r>
        <w:t>nahin. to kaha jab tum ne na safar kiya na dealing kiya to phir tum ne un ko masjid mein uthte baithte dekha hoga.</w:t>
      </w:r>
    </w:p>
    <w:p>
      <w:pPr>
        <w:jc w:val="right"/>
      </w:pPr>
      <w:r>
        <w:t>نہیں۔ تو کہا جب تم نے نہ سفر کیا نہ ڈیلنگ کیا تو پھر تم نے ان کو مسجد میں اٹھتے بیٹھتے دیکھا ہوگا۔</w:t>
      </w:r>
    </w:p>
    <w:p>
      <w:r>
        <w:rPr>
          <w:b/>
        </w:rPr>
        <w:t xml:space="preserve">[22:04] </w:t>
      </w:r>
      <w:r>
        <w:t>yaani jahan spirit ka izhaar hota hai, safar mein pata chalta hai ke aadmi kis spirit pe jeeta hai. dealing mein pata chalta hai ke aadmi kis spirit pe jeeta hai.</w:t>
      </w:r>
    </w:p>
    <w:p>
      <w:pPr>
        <w:jc w:val="right"/>
      </w:pPr>
      <w:r>
        <w:t>یعنی جہاں اسپیٹ کا اظہار ہوتا ہے، سفر میں پتہ چلتا ہے کہ آدمی کس اسپیٹ پہ جیتا ہے۔ ڈیلنگ میں پتہ چلتا ہے کہ آدمی کس اسپیٹ پہ جیتا ہے۔</w:t>
      </w:r>
    </w:p>
    <w:p>
      <w:r>
        <w:rPr>
          <w:b/>
        </w:rPr>
        <w:t xml:space="preserve">[22:15] </w:t>
      </w:r>
      <w:r>
        <w:t>to is ka tum ne experience kiya nahin?</w:t>
      </w:r>
    </w:p>
    <w:p>
      <w:pPr>
        <w:jc w:val="right"/>
      </w:pPr>
      <w:r>
        <w:t>تو اس کا تم نے ایکسپیرینس کیا نہیں؟</w:t>
      </w:r>
    </w:p>
    <w:p>
      <w:r>
        <w:rPr>
          <w:b/>
        </w:rPr>
        <w:t xml:space="preserve">[22:20] </w:t>
      </w:r>
      <w:r>
        <w:t>to yaad rakhiye</w:t>
      </w:r>
    </w:p>
    <w:p>
      <w:pPr>
        <w:jc w:val="right"/>
      </w:pPr>
      <w:r>
        <w:t>تو یاد رکھیے</w:t>
      </w:r>
    </w:p>
    <w:p>
      <w:r>
        <w:rPr>
          <w:b/>
        </w:rPr>
        <w:t xml:space="preserve">[22:25] </w:t>
      </w:r>
      <w:r>
        <w:t>quran mein bataya gaya hai ke sabr karne walon ko jannat mile gi. aur quran mein sabr ko namaz ke sath bracket kiya gaya hai.</w:t>
      </w:r>
    </w:p>
    <w:p>
      <w:pPr>
        <w:jc w:val="right"/>
      </w:pPr>
      <w:r>
        <w:t>قرآن میں بتایا گیا ہے کہ صبر کرنے والوں کو جنت ملے گی۔ اور قرآن میں صبر کو نماز کے ساتھ بریکٹ کیا گیا ہے۔</w:t>
      </w:r>
    </w:p>
    <w:p>
      <w:r>
        <w:rPr>
          <w:b/>
        </w:rPr>
        <w:t xml:space="preserve">[22:39] </w:t>
      </w:r>
      <w:r>
        <w:t>kaha namaz training hai sabr ki.</w:t>
      </w:r>
    </w:p>
    <w:p>
      <w:pPr>
        <w:jc w:val="right"/>
      </w:pPr>
      <w:r>
        <w:t>کہا نماز ٹریننگ ہے صبر کی۔</w:t>
      </w:r>
    </w:p>
    <w:p>
      <w:r>
        <w:rPr>
          <w:b/>
        </w:rPr>
        <w:t xml:space="preserve">[22:47] </w:t>
      </w:r>
      <w:r>
        <w:t>is liye main kahoon ga ke islam naam hai sabr culture ka. sabr culture ka. aur sabr culture ki, ki, ki sabr culture ki ka jo inaam hai woh hai paradise.</w:t>
      </w:r>
    </w:p>
    <w:p>
      <w:pPr>
        <w:jc w:val="right"/>
      </w:pPr>
      <w:r>
        <w:t>اس لیے میں کہوں گا کہ اسلام نام ہے صبر کلچر کا۔ صبر کلچر کا۔ اور صبر کلچر کی، کی، کی صبر کلچر کی کا جو انعام ہے وہ ہے پیراڈائز۔</w:t>
      </w:r>
    </w:p>
    <w:p>
      <w:r>
        <w:rPr>
          <w:b/>
        </w:rPr>
        <w:t xml:space="preserve">[23:11] </w:t>
      </w:r>
      <w:r>
        <w:t>ab dekhen ke ek shakhs aata hai rasool Allah sal Allah alaihi wasallam ke paas.</w:t>
      </w:r>
    </w:p>
    <w:p>
      <w:pPr>
        <w:jc w:val="right"/>
      </w:pPr>
      <w:r>
        <w:t>اب دیکھیں کہ ایک شخص آتا ہے رسول اللہ صلی اللہ علیہ وسلم کے پاس۔</w:t>
      </w:r>
    </w:p>
    <w:p>
      <w:r>
        <w:rPr>
          <w:b/>
        </w:rPr>
        <w:t xml:space="preserve">[23:14] </w:t>
      </w:r>
      <w:r>
        <w:t>wo kehta hai ke mujhe koi aisi baat bataiye jo meri poori zindagi ko ek formula de de. ek super formula jis mein poori zindagi ko main is ke mutabiq bana sakoon apni.</w:t>
      </w:r>
    </w:p>
    <w:p>
      <w:pPr>
        <w:jc w:val="right"/>
      </w:pPr>
      <w:r>
        <w:t>وہ کہتا ہے کہ مجھے کوئی ایسی بات بتائیے جو میری پوری زندگی کو ایک فارمولا دے دے۔ ایک سپر فارمولا جس میں پوری زندگی کو میں اس کے مطابق بنا سکوں اپنی۔</w:t>
      </w:r>
    </w:p>
    <w:p>
      <w:r>
        <w:rPr>
          <w:b/>
        </w:rPr>
        <w:t xml:space="preserve">[23:29] </w:t>
      </w:r>
      <w:r>
        <w:t>to aap bhi kehte hain ke la taghzab. ghussa tum ghussa na karo. to ghussa na karna kya hai? yahi to hai sabr karna.</w:t>
      </w:r>
    </w:p>
    <w:p>
      <w:pPr>
        <w:jc w:val="right"/>
      </w:pPr>
      <w:r>
        <w:t>تو آپ بھی کہتے ہیں کہ لا تغضب۔ غصہ تم غصہ نہ کرو۔ تو غصہ نہ کرنا کیا ہے؟ یہی تو ہے صبر کرنا۔</w:t>
      </w:r>
    </w:p>
    <w:p>
      <w:r>
        <w:rPr>
          <w:b/>
        </w:rPr>
        <w:t xml:space="preserve">[23:39] </w:t>
      </w:r>
      <w:r>
        <w:t>jis cheez ko aap kehte hain sabr karna usi ka naam hai ghussa na karna. to</w:t>
      </w:r>
    </w:p>
    <w:p>
      <w:pPr>
        <w:jc w:val="right"/>
      </w:pPr>
      <w:r>
        <w:t>جس چیز کو آپ کہتے ہیں صبر کرنا اسی کا نام ہے غصہ نہ کرنا۔ تو</w:t>
      </w:r>
    </w:p>
    <w:p>
      <w:r>
        <w:rPr>
          <w:b/>
        </w:rPr>
        <w:t xml:space="preserve">[23:43] </w:t>
      </w:r>
      <w:r>
        <w:t>kaha ke aap ne kaha ke tum sabr culture ko apnao. yeh aap ne kaha.</w:t>
      </w:r>
    </w:p>
    <w:p>
      <w:pPr>
        <w:jc w:val="right"/>
      </w:pPr>
      <w:r>
        <w:t>کہا کہ آپ نے کہا کہ تم صبر کلچر کو اپناؤ۔ یہ آپ نے کہا۔</w:t>
      </w:r>
    </w:p>
    <w:p>
      <w:r>
        <w:rPr>
          <w:b/>
        </w:rPr>
        <w:t xml:space="preserve">[23:52] </w:t>
      </w:r>
      <w:r>
        <w:t>sabr culture ki zaroorat kyun hai? isi liye hai ke dunya chuki testing ground hai, dunya mein chuki insaan test ke liye hai to yahan woh saare asbab paida kiye gaye hain jin ke beech mein woh test de sakein.</w:t>
      </w:r>
    </w:p>
    <w:p>
      <w:pPr>
        <w:jc w:val="right"/>
      </w:pPr>
      <w:r>
        <w:t>صبر کلچر کی ضرورت کیوں ہے؟ اسی لیے ہے کہ دنیا چونکہ ٹیسٹنگ گراؤنڈ ہے، دنیا میں چونکہ انسان ٹیسٹ کے لیے ہے تو یہاں وہ سارے اسباب پیدا کیے گئے ہیں جن کے بیچ میں وہ ٹیسٹ دے سکیں۔</w:t>
      </w:r>
    </w:p>
    <w:p>
      <w:r>
        <w:rPr>
          <w:b/>
        </w:rPr>
        <w:t xml:space="preserve">[24:13] </w:t>
      </w:r>
      <w:r>
        <w:t>agar dunya mein kuch bhi na ho, koi provocation na ho, koi ghussa dilane wala na ho, koi aap ko aisi baat karne wala na ho jis se aap ke andar heat aa jati hai,</w:t>
      </w:r>
    </w:p>
    <w:p>
      <w:pPr>
        <w:jc w:val="right"/>
      </w:pPr>
      <w:r>
        <w:t>اگر دنیا میں کچھ بھی نہ ہو، کوئی پرووکیشن نہ ہو، کوئی غصہ دلانے والا نہ ہو، کوئی آپ کو ایسی بات کرنے والا نہ ہو جس سے آپ کے اندر ہیٹ آ جاتی ہے،</w:t>
      </w:r>
    </w:p>
    <w:p>
      <w:r>
        <w:rPr>
          <w:b/>
        </w:rPr>
        <w:t xml:space="preserve">[24:27] </w:t>
      </w:r>
      <w:r>
        <w:t>koi aisi cheez na ho jis se aap ke andar lalach aaye, koi aisi cheez na ho jis se aap ko mali aaye, woh saari cheezein jin se is qism ke sentiment jaagte hain woh na hon to test kis baat ka hoga?</w:t>
      </w:r>
    </w:p>
    <w:p>
      <w:pPr>
        <w:jc w:val="right"/>
      </w:pPr>
      <w:r>
        <w:t>کوئی ایسی چیز نہ ہو جس سے آپ کے اندر لالچ آئے، کوئی ایسی چیز نہ ہو جس سے آپ کو مالی آئے، وہ ساری چیزیں جن سے اس قسم کے سینٹیمنٹ جاگتے ہیں وہ نہ ہوں تو ٹیسٹ کس بات کا ہوگا؟</w:t>
      </w:r>
    </w:p>
    <w:p>
      <w:r>
        <w:rPr>
          <w:b/>
        </w:rPr>
        <w:t xml:space="preserve">[24:42] </w:t>
      </w:r>
      <w:r>
        <w:t>phir test to kuch bhi nahin. phir to koi baat nahin. jab test hi nahin to paradise kis liye?</w:t>
      </w:r>
    </w:p>
    <w:p>
      <w:pPr>
        <w:jc w:val="right"/>
      </w:pPr>
      <w:r>
        <w:t>پھر ٹیسٹ تو کچھ بھی نہیں۔ پھر تو کوئی بات نہیں۔ جب ٹیسٹ ہی نہیں تو پیراڈائز کس لیے؟</w:t>
      </w:r>
    </w:p>
    <w:p>
      <w:r>
        <w:rPr>
          <w:b/>
        </w:rPr>
        <w:t xml:space="preserve">[24:53] </w:t>
      </w:r>
      <w:r>
        <w:t>is liye Khuda ne is dunya ko ek, ek, ek jangal ke roop mein bana diya hai. ek jangal hai jahan kaante daar jhaadiyaan hain, saanp aur bichhoo hai.</w:t>
      </w:r>
    </w:p>
    <w:p>
      <w:pPr>
        <w:jc w:val="right"/>
      </w:pPr>
      <w:r>
        <w:t>اس لیے خدا نے اس دنیا کو ایک، ایک، ایک جنگل کے روپ میں بنا دیا ہے۔ ایک جنگل ہے جہاں کانٹے دار جھاڑیاں ہیں، سانپ اور بچھو ہے۔</w:t>
      </w:r>
    </w:p>
    <w:p>
      <w:r>
        <w:rPr>
          <w:b/>
        </w:rPr>
        <w:t xml:space="preserve">[25:08] </w:t>
      </w:r>
      <w:r>
        <w:t>yahan sab saari cheezein hain jo aadmi ko bharkayein, jo aadmi ke andar negative thought jagayein.</w:t>
      </w:r>
    </w:p>
    <w:p>
      <w:pPr>
        <w:jc w:val="right"/>
      </w:pPr>
      <w:r>
        <w:t>یہاں سب ساری چیزیں ہیں جو آدمی کو بھڑکائیں، جو آدمی کے اندر نیگیٹیو تھاٹ جگائیں۔</w:t>
      </w:r>
    </w:p>
    <w:p>
      <w:r>
        <w:rPr>
          <w:b/>
        </w:rPr>
        <w:t xml:space="preserve">[25:19] </w:t>
      </w:r>
      <w:r>
        <w:t>quran mein dekhiye hai al qazi al ghaiz wal afia an nas</w:t>
      </w:r>
    </w:p>
    <w:p>
      <w:pPr>
        <w:jc w:val="right"/>
      </w:pPr>
      <w:r>
        <w:t>قرآن میں دیکھیے ہے القاضی الغیض والعافیہ الناس</w:t>
      </w:r>
    </w:p>
    <w:p>
      <w:r>
        <w:rPr>
          <w:b/>
        </w:rPr>
        <w:t xml:space="preserve">[25:26] </w:t>
      </w:r>
      <w:r>
        <w:t>. momin ki tareef ya jannat walon ki tareef. woh log jo jannat ke liye select kiye jayenge un ki tareef.</w:t>
      </w:r>
    </w:p>
    <w:p>
      <w:pPr>
        <w:jc w:val="right"/>
      </w:pPr>
      <w:r>
        <w:t>۔ مومن کی تعریف یا جنت والوں کی تعریف۔ وہ لوگ جو جنت کے لیے سلیکٹ کیے جائیں گے ان کی تعریف۔</w:t>
      </w:r>
    </w:p>
    <w:p>
      <w:r>
        <w:rPr>
          <w:b/>
        </w:rPr>
        <w:t xml:space="preserve">[25:35] </w:t>
      </w:r>
      <w:r>
        <w:t>al qazi al ghaiz. ghusse ko pee jaane wale.</w:t>
      </w:r>
    </w:p>
    <w:p>
      <w:pPr>
        <w:jc w:val="right"/>
      </w:pPr>
      <w:r>
        <w:t>القاضی الغیض۔ غصے کو پی جانے والے۔</w:t>
      </w:r>
    </w:p>
    <w:p>
      <w:r>
        <w:rPr>
          <w:b/>
        </w:rPr>
        <w:t xml:space="preserve">[25:44] </w:t>
      </w:r>
      <w:r>
        <w:t>al qazi al ghaiz. ghusse ko pee jaane wale. ab dekhen ke yeh nahin kaha ke al faqiddeen al ghaiz.</w:t>
      </w:r>
    </w:p>
    <w:p>
      <w:pPr>
        <w:jc w:val="right"/>
      </w:pPr>
      <w:r>
        <w:t>القاضی الغیض۔ غصے کو پی جانے والے۔ اب دیکھیں کہ یہ نہیں کہا کہ الفاقدین الغیض۔</w:t>
      </w:r>
    </w:p>
    <w:p>
      <w:r>
        <w:rPr>
          <w:b/>
        </w:rPr>
        <w:t xml:space="preserve">[25:54] </w:t>
      </w:r>
      <w:r>
        <w:t>faqdin ka matlab hota hai jin ke andar ghussa hi na ho. agar ghussa na hona yeh asal hoti to aap quran mein hota ke al-faqdin al-ghaiyz.</w:t>
      </w:r>
    </w:p>
    <w:p>
      <w:pPr>
        <w:jc w:val="right"/>
      </w:pPr>
      <w:r>
        <w:t>فاقدین کا مطلب ہوتا ہے جن کے اندر غصہ ہی نہ ہو۔ اگر غصہ نہ ہونا یہ اصل ہوتی تو آپ قرآن میں ہوتا کہ الفاقدین الغیض۔</w:t>
      </w:r>
    </w:p>
    <w:p>
      <w:r>
        <w:rPr>
          <w:b/>
        </w:rPr>
        <w:t xml:space="preserve">[26:07] </w:t>
      </w:r>
      <w:r>
        <w:t>jis ke andar ghussa mafqood ho. jin ke andar ghussa na ho.</w:t>
      </w:r>
    </w:p>
    <w:p>
      <w:pPr>
        <w:jc w:val="right"/>
      </w:pPr>
      <w:r>
        <w:t>جس کے اندر غصہ مفقود ہو۔ جن کے اندر غصہ نہ ہو۔</w:t>
      </w:r>
    </w:p>
    <w:p>
      <w:r>
        <w:rPr>
          <w:b/>
        </w:rPr>
        <w:t xml:space="preserve">[26:15] </w:t>
      </w:r>
      <w:r>
        <w:t>jin ke andar ghussa na paya jata ho. yeh nahi farmaya</w:t>
      </w:r>
    </w:p>
    <w:p>
      <w:pPr>
        <w:jc w:val="right"/>
      </w:pPr>
      <w:r>
        <w:t>جن کے اندر غصہ نہ پایا جاتا ہو۔ یہ نہیں فرمایا</w:t>
      </w:r>
    </w:p>
    <w:p>
      <w:r>
        <w:rPr>
          <w:b/>
        </w:rPr>
        <w:t xml:space="preserve">[26:20] </w:t>
      </w:r>
      <w:r>
        <w:t>balkeh yeh kaha al-qazi al-ghaiyz. jo ghusse ko pee jane wale hain. yaani ghussa to aata hai lekin pee jate hain. ghussa to aata hai lekin bhadakte nahi.</w:t>
      </w:r>
    </w:p>
    <w:p>
      <w:pPr>
        <w:jc w:val="right"/>
      </w:pPr>
      <w:r>
        <w:t>بلکہ یہ کہا القاضی الغیض۔ جو غصے کو پی لینے والے ہیں۔ یعنی غصہ تو آتا ہے لیکن پی جاتے ہیں۔ غصہ تو آتا ہے لیکن بھڑکتے نہیں۔</w:t>
      </w:r>
    </w:p>
    <w:p>
      <w:r>
        <w:rPr>
          <w:b/>
        </w:rPr>
        <w:t xml:space="preserve">[26:30] </w:t>
      </w:r>
      <w:r>
        <w:t>ghussa to aata hai lekin andar andar is ko manage kar lete hain. yaani do you know the art of anger management.</w:t>
      </w:r>
    </w:p>
    <w:p>
      <w:pPr>
        <w:jc w:val="right"/>
      </w:pPr>
      <w:r>
        <w:t>غصہ تو آتا ہے لیکن اندر اندر اس کو مینج کر لیتے ہیں۔ یعنی دو نو دا آرٹ آف اینگر مینجمنٹ۔</w:t>
      </w:r>
    </w:p>
    <w:p>
      <w:r>
        <w:rPr>
          <w:b/>
        </w:rPr>
        <w:t xml:space="preserve">[26:41] </w:t>
      </w:r>
      <w:r>
        <w:t>al-qazi al-ghaiyz ka matlab yeh hua ke do you know the art of anger management woh hain jannat wale.</w:t>
      </w:r>
    </w:p>
    <w:p>
      <w:pPr>
        <w:jc w:val="right"/>
      </w:pPr>
      <w:r>
        <w:t>القاضی الغیض کا مطلب یہ ہوا کہ دو ہو نو دا آرٹ آف اینگر مینجمنٹ وہ ہیں جنت والے۔</w:t>
      </w:r>
    </w:p>
    <w:p>
      <w:r>
        <w:rPr>
          <w:b/>
        </w:rPr>
        <w:t xml:space="preserve">[26:54] </w:t>
      </w:r>
      <w:r>
        <w:t>woh hain jannat wale.</w:t>
      </w:r>
    </w:p>
    <w:p>
      <w:pPr>
        <w:jc w:val="right"/>
      </w:pPr>
      <w:r>
        <w:t>وہ ہیں جنت والے۔</w:t>
      </w:r>
    </w:p>
    <w:p>
      <w:r>
        <w:rPr>
          <w:b/>
        </w:rPr>
        <w:t xml:space="preserve">[26:59] </w:t>
      </w:r>
      <w:r>
        <w:t>to yeh hai jo yeh woh cheez jis ko mein keh raha hoon sabr culture. sabr ka taluq dekhiye family se bhi hai, paros se bhi hai, national life se bhi hai, international life se bhi hai.</w:t>
      </w:r>
    </w:p>
    <w:p>
      <w:pPr>
        <w:jc w:val="right"/>
      </w:pPr>
      <w:r>
        <w:t>تو یہ ہے جو یہ وہ چیز جس کو میں کہہ رہا ہوں صبر کلچر۔ صبر کا تعلق دیکھیے فیملی سے بھی ہے، پڑوس سے بھی ہے، نیشنل لائف سے بھی ہے، انٹرنیشنل لائف سے بھی ہے۔</w:t>
      </w:r>
    </w:p>
    <w:p>
      <w:r>
        <w:rPr>
          <w:b/>
        </w:rPr>
        <w:t xml:space="preserve">[27:15] </w:t>
      </w:r>
      <w:r>
        <w:t>paida hone se le kar marne tak hai. har jagah hai, har jagah se is ka taluq hai.</w:t>
      </w:r>
    </w:p>
    <w:p>
      <w:pPr>
        <w:jc w:val="right"/>
      </w:pPr>
      <w:r>
        <w:t>پیدا ہونے سے لے کر مرنے تک ہے۔ ہر جگہ ہے، ہر جگہ سے اس کا تعلق ہے۔</w:t>
      </w:r>
    </w:p>
    <w:p>
      <w:r>
        <w:rPr>
          <w:b/>
        </w:rPr>
        <w:t xml:space="preserve">[27:25] </w:t>
      </w:r>
      <w:r>
        <w:t>to negative thought to insaan ke zaroor aayenge har cheez se aap is ko aap manage kar saken. jaise ke mein ne misaal di aap ko hazrat adam ke dono beton ki habel qabil.</w:t>
      </w:r>
    </w:p>
    <w:p>
      <w:pPr>
        <w:jc w:val="right"/>
      </w:pPr>
      <w:r>
        <w:t>تو نیگیٹیو تھاٹ تو انسان کے ضرور آئیں گے ہر چیز سے آپ اس کو آپ مینج کر سکیں۔ جیسے کہ میں نے مثال دی آپ کو حضرت آدم کے دونوں بیٹوں کی ہابیل قابیل۔</w:t>
      </w:r>
    </w:p>
    <w:p>
      <w:r>
        <w:rPr>
          <w:b/>
        </w:rPr>
        <w:t xml:space="preserve">[27:39] </w:t>
      </w:r>
      <w:r>
        <w:t>to dono pe differences aaye. dono ke andar negative thought jaag sakta tha. dono ko ek doosre se hate ho sakti thi.</w:t>
      </w:r>
    </w:p>
    <w:p>
      <w:pPr>
        <w:jc w:val="right"/>
      </w:pPr>
      <w:r>
        <w:t>تو دونوں پہ ڈیفرنسز آئے۔ دونوں کے اندر نیگیٹیو تھاٹ جاگ سکتا تھا۔ دونوں کو ایک دوسرے سے ہیٹ ہو سکتی تھی۔</w:t>
      </w:r>
    </w:p>
    <w:p>
      <w:r>
        <w:rPr>
          <w:b/>
        </w:rPr>
        <w:t xml:space="preserve">[27:51] </w:t>
      </w:r>
      <w:r>
        <w:t>to in mein se ek woh tha jis ne manage nahi kiya.</w:t>
      </w:r>
    </w:p>
    <w:p>
      <w:pPr>
        <w:jc w:val="right"/>
      </w:pPr>
      <w:r>
        <w:t>تو ان میں سے ایک وہ تھا جس نے مینج نہیں کیا۔</w:t>
      </w:r>
    </w:p>
    <w:p>
      <w:r>
        <w:rPr>
          <w:b/>
        </w:rPr>
        <w:t xml:space="preserve">[27:56] </w:t>
      </w:r>
      <w:r>
        <w:t>us ne chaha ke mein is ko apne raaste se hata doon. mere raaste mein record ban gaya hai to mein is ko hata doon is ko raaste se. kaha ke us ne apne sentiments ko manage nahi kiya.</w:t>
      </w:r>
    </w:p>
    <w:p>
      <w:pPr>
        <w:jc w:val="right"/>
      </w:pPr>
      <w:r>
        <w:t>اس نے چاہا کہ میں اس کو اپنے راستے سے ہٹا دوں۔ میرے راستے میں ریکارڈ بن گیا ہے تو میں اس کو ہٹا دوں اس کو راستے سے۔ کہا کہ اس نے اپنے سینٹیمنٹس کو مینج نہیں کیا۔</w:t>
      </w:r>
    </w:p>
    <w:p>
      <w:r>
        <w:rPr>
          <w:b/>
        </w:rPr>
        <w:t xml:space="preserve">[28:08] </w:t>
      </w:r>
      <w:r>
        <w:t>negative thought jo aaye the us ke andar woh is ko manage karne mein fail ho gaya. achha doosra aadmi jo tha us ne manage kiya.</w:t>
      </w:r>
    </w:p>
    <w:p>
      <w:pPr>
        <w:jc w:val="right"/>
      </w:pPr>
      <w:r>
        <w:t>نیگیٹیو تھاٹ جو آئے تھے اس کے اندر وہ اس کو مینج کرنے میں فیل ہو گیا۔ اچھا دوسرا آدمی جو تھا اس نے مینج کیا۔</w:t>
      </w:r>
    </w:p>
    <w:p>
      <w:r>
        <w:rPr>
          <w:b/>
        </w:rPr>
        <w:t xml:space="preserve">[28:19] </w:t>
      </w:r>
      <w:r>
        <w:t>jo negative thought us ke andar bhi aaye the lekin us ne manage kiya. kyun</w:t>
      </w:r>
    </w:p>
    <w:p>
      <w:pPr>
        <w:jc w:val="right"/>
      </w:pPr>
      <w:r>
        <w:t>جو نیگیٹیو تھاٹ اس کے اندر بھی آئے تھے لیکن اس نے مینج کیا۔ کیوں</w:t>
      </w:r>
    </w:p>
    <w:p>
      <w:r>
        <w:rPr>
          <w:b/>
        </w:rPr>
        <w:t xml:space="preserve">[28:25] </w:t>
      </w:r>
      <w:r>
        <w:t>? kyunke woh khuda se darta tha. inni akhafu allaha rab al-alameen.</w:t>
      </w:r>
    </w:p>
    <w:p>
      <w:pPr>
        <w:jc w:val="right"/>
      </w:pPr>
      <w:r>
        <w:t>؟ کیونکہ وہ خدا سے ڈرتا تھا۔ انی اخاف اللہ رب العالمین۔</w:t>
      </w:r>
    </w:p>
    <w:p>
      <w:r>
        <w:rPr>
          <w:b/>
        </w:rPr>
        <w:t xml:space="preserve">[28:32] </w:t>
      </w:r>
      <w:r>
        <w:t>to la taghzab ya al-faqdin ya al-qadim al-ghaiyz is tarah ki jo aayatein hain hadith hai is ka matlab kya hai? ke ek woh insaan hai jis ne negative thought yaani negative thought sab ke andar aayenge.</w:t>
      </w:r>
    </w:p>
    <w:p>
      <w:pPr>
        <w:jc w:val="right"/>
      </w:pPr>
      <w:r>
        <w:t>تو لا تغضب یا الفاقدین یا القادم الغیض اس طرح کی جو آیتیں ہیں حدیث ہے اس کا مطلب کیا ہے؟ کہ ایک وہ انسان ہے جس نے نیگیٹیو تھاٹ یعنی نیگیٹیو تھاٹ سب کے اندر آئیں گے۔</w:t>
      </w:r>
    </w:p>
    <w:p>
      <w:r>
        <w:rPr>
          <w:b/>
        </w:rPr>
        <w:t xml:space="preserve">[28:49] </w:t>
      </w:r>
      <w:r>
        <w:t>negative thought sab ke andar aayenge. ab do insaan ho jayenge do category ban</w:t>
      </w:r>
    </w:p>
    <w:p>
      <w:pPr>
        <w:jc w:val="right"/>
      </w:pPr>
      <w:r>
        <w:t>نیگیٹیو تھاٹ سب کے اندر آئیں گے۔ اب دو انسان ہو جائیں گے دو کیٹگری بن</w:t>
      </w:r>
    </w:p>
    <w:p>
      <w:r>
        <w:rPr>
          <w:b/>
        </w:rPr>
        <w:t xml:space="preserve">[28:54] </w:t>
      </w:r>
      <w:r>
        <w:t>jayegi. ek woh jo manage karenge apne negative thought ko. ek woh jo manage nahi kar sakenge apne negative thought ko.</w:t>
      </w:r>
    </w:p>
    <w:p>
      <w:pPr>
        <w:jc w:val="right"/>
      </w:pPr>
      <w:r>
        <w:t>جائے گی۔ ایک وہ جو مینج کریں گے اپنے نیگیٹیو تھاٹ کو۔ ایک وہ جو مینج نہیں کر سکیں گے اپنے نیگیٹیو تھاٹ کو۔</w:t>
      </w:r>
    </w:p>
    <w:p>
      <w:r>
        <w:rPr>
          <w:b/>
        </w:rPr>
        <w:t xml:space="preserve">[29:02] </w:t>
      </w:r>
      <w:r>
        <w:t>yeh khud prophet ke sath bhi hoga. prophet angel nahi hota yaad rakhiye. prophet insaan hota hai. jaise ek waqia hai ke rasool allah ka ek servant</w:t>
      </w:r>
    </w:p>
    <w:p>
      <w:pPr>
        <w:jc w:val="right"/>
      </w:pPr>
      <w:r>
        <w:t>یہ خود پرافٹ کے ساتھ بھی ہوگا۔ پرافٹ اینجل نہیں ہوتا یاد رکھیے۔ پرافٹ انسان ہوتا ہے۔ جیسے ایک واقعہ ہے کہ رسول اللہ کا ایک سرونٹ</w:t>
      </w:r>
    </w:p>
    <w:p>
      <w:r>
        <w:rPr>
          <w:b/>
        </w:rPr>
        <w:t xml:space="preserve">[29:15] </w:t>
      </w:r>
      <w:r>
        <w:t>tha aap ne us se koi kaam karne ke liye kaha ghar se bahar bheja aur us ne bohat dair kar di aur kaam tha jaldi ka to aap ko ghussa aa gaya.</w:t>
      </w:r>
    </w:p>
    <w:p>
      <w:pPr>
        <w:jc w:val="right"/>
      </w:pPr>
      <w:r>
        <w:t>تھا آپ نے اس سے کوئی کام کرنے کے لیے کہا گھر سے باہر بھیجا اور اس نے بہت دیر کر دی اور کام تھا جلدی کا تو آپ کو غصہ آ گیا۔</w:t>
      </w:r>
    </w:p>
    <w:p>
      <w:r>
        <w:rPr>
          <w:b/>
        </w:rPr>
        <w:t xml:space="preserve">[29:32] </w:t>
      </w:r>
      <w:r>
        <w:t>aap ko ghussa aa gaya. ab do shakalain theen aap ke liye. ek to ghussa us ke upar utaren ek hi ek ghusse ko pee jayen. ghusse ko manage karen.</w:t>
      </w:r>
    </w:p>
    <w:p>
      <w:pPr>
        <w:jc w:val="right"/>
      </w:pPr>
      <w:r>
        <w:t>آپ کو غصہ آ گیا۔ اب دو شکلیں تھیں آپ کے لیے۔ ایک تو غصہ اس کے اوپر اتاریں ایک ہی ایک غصے کو پی جائیں۔ غصے کو مینج کریں۔</w:t>
      </w:r>
    </w:p>
    <w:p>
      <w:r>
        <w:rPr>
          <w:b/>
        </w:rPr>
        <w:t xml:space="preserve">[29:43] </w:t>
      </w:r>
      <w:r>
        <w:t>to aap ne kya kiya? aap ne us aadmi se kaha ke laula khashiyat al-quwwat la waja'tuka bi hadha al-siwak woh ek khatoon thi.</w:t>
      </w:r>
    </w:p>
    <w:p>
      <w:pPr>
        <w:jc w:val="right"/>
      </w:pPr>
      <w:r>
        <w:t>تو آپ نے کیا کیا؟ آپ نے اس آدمی سے کہا کہ لولا خشیت القوت لوجعتک بہذا السواک وہ ایک خاتون تھی۔</w:t>
      </w:r>
    </w:p>
    <w:p>
      <w:r>
        <w:rPr>
          <w:b/>
        </w:rPr>
        <w:t xml:space="preserve">[30:01] </w:t>
      </w:r>
      <w:r>
        <w:t>woh jo servant tha woh ek khatoon thi. to aap ne kaha ke laula khashiyat al-quwwat la waja'tuka bi hadha al-siwak aap ke haath mein miswak thi.</w:t>
      </w:r>
    </w:p>
    <w:p>
      <w:pPr>
        <w:jc w:val="right"/>
      </w:pPr>
      <w:r>
        <w:t>وہ جو سرونٹ تھا وہ ایک خاتون تھی۔ تو آپ نے کہا کہ لولا خشیت القوت لوجعتک بہذا السواک آپ کے ہاتھ میں مسواک تھی۔</w:t>
      </w:r>
    </w:p>
    <w:p>
      <w:r>
        <w:rPr>
          <w:b/>
        </w:rPr>
        <w:t xml:space="preserve">[30:11] </w:t>
      </w:r>
      <w:r>
        <w:t>yaani jo kehte hain us ke liye ek tooth brush. ek choti si ungli jaisi ek lakri.</w:t>
      </w:r>
    </w:p>
    <w:p>
      <w:pPr>
        <w:jc w:val="right"/>
      </w:pPr>
      <w:r>
        <w:t>یعنی جو کہتے ہیں اس کے لیے ایک ٹوتھ برش۔ ایک چھوٹی سی انگلی جیسی ایک لکڑی۔</w:t>
      </w:r>
    </w:p>
    <w:p>
      <w:r>
        <w:rPr>
          <w:b/>
        </w:rPr>
        <w:t xml:space="preserve">[30:22] </w:t>
      </w:r>
      <w:r>
        <w:t>to aap ne kaha ke agar mujhe yeh dar na hota ke mujhe aakhirat mein is ka</w:t>
      </w:r>
    </w:p>
    <w:p>
      <w:pPr>
        <w:jc w:val="right"/>
      </w:pPr>
      <w:r>
        <w:t>تو آپ نے کہا کہ اگر مجھے یہ ڈر نہ ہوتا کہ مجھے آخرت میں اس کا</w:t>
      </w:r>
    </w:p>
    <w:p>
      <w:r>
        <w:rPr>
          <w:b/>
        </w:rPr>
        <w:t xml:space="preserve">[30:31] </w:t>
      </w:r>
      <w:r>
        <w:t>badla diya jaye ga to mein tum ko is miswak se marta.</w:t>
      </w:r>
    </w:p>
    <w:p>
      <w:pPr>
        <w:jc w:val="right"/>
      </w:pPr>
      <w:r>
        <w:t>بدلہ دیا جائے گا تو میں تم کو اس مسواک سے مارتا۔</w:t>
      </w:r>
    </w:p>
    <w:p>
      <w:r>
        <w:rPr>
          <w:b/>
        </w:rPr>
        <w:t xml:space="preserve">[30:39] </w:t>
      </w:r>
      <w:r>
        <w:t>to ghussa jo aaya tha woh to keh raha tha ke maro. lekin aap ne apne ghusse ko manage kiya yeh soch kar ke ke mein maro ga to khuda mujhe maray ga.</w:t>
      </w:r>
    </w:p>
    <w:p>
      <w:pPr>
        <w:jc w:val="right"/>
      </w:pPr>
      <w:r>
        <w:t>تو غصہ جو آیا تھا وہ تو کہہ رہا تھا کہ مارو۔ لیکن آپ نے اپنے غصے کو مینج کیا یہ سوچ کر کے کہ میں ماروں گا تو خدا مجھے مارے گا۔</w:t>
      </w:r>
    </w:p>
    <w:p>
      <w:r>
        <w:rPr>
          <w:b/>
        </w:rPr>
        <w:t xml:space="preserve">[30:55] </w:t>
      </w:r>
      <w:r>
        <w:t>aur us ko nahi mara. to mein samajhta hoon ke sara jo test hai sara jo imtehan hai woh isi ek baat ka imtehan hai.</w:t>
      </w:r>
    </w:p>
    <w:p>
      <w:pPr>
        <w:jc w:val="right"/>
      </w:pPr>
      <w:r>
        <w:t>اور اس کو نہیں مارا۔ تو میں سمجھتا ہوں کہ سارا جو ٹیسٹ ہے سارا جو امتحان ہے وہ اسی ایک بات کا امتحان ہے۔</w:t>
      </w:r>
    </w:p>
    <w:p>
      <w:r>
        <w:rPr>
          <w:b/>
        </w:rPr>
        <w:t xml:space="preserve">[31:08] </w:t>
      </w:r>
      <w:r>
        <w:t>ke ek insan woh hai jo negative thought ko manage kar paye ga. doosra insan woh hai jo negative thought ko manage nahi kar paye ga.</w:t>
      </w:r>
    </w:p>
    <w:p>
      <w:pPr>
        <w:jc w:val="right"/>
      </w:pPr>
      <w:r>
        <w:t>کہ ایک انسان وہ ہے جو نیگیٹیو تھاٹ کو مینج کر پائے گا۔ دوسرا انسان وہ ہے جو نیگیٹیو تھاٹ کو مینج نہیں کر پائے گا۔</w:t>
      </w:r>
    </w:p>
    <w:p>
      <w:r>
        <w:rPr>
          <w:b/>
        </w:rPr>
        <w:t xml:space="preserve">[31:19] </w:t>
      </w:r>
      <w:r>
        <w:t>jo manage kar paye un ke liye paradise hai. jo manage nahi kar paye un ke liye hell hai.</w:t>
      </w:r>
    </w:p>
    <w:p>
      <w:pPr>
        <w:jc w:val="right"/>
      </w:pPr>
      <w:r>
        <w:t>جو مینج کر پائے ان کے لیے پیراڈائز ہے۔ جو مینج نہیں کر پائے ان کے لیے ہیل ہے۔</w:t>
      </w:r>
    </w:p>
    <w:p>
      <w:r>
        <w:rPr>
          <w:b/>
        </w:rPr>
        <w:t xml:space="preserve">[31:29] </w:t>
      </w:r>
      <w:r>
        <w:t>dekhiye islam mein sirf yeh nahi hai ke do aur don'ts bata diye gaye hain.</w:t>
      </w:r>
    </w:p>
    <w:p>
      <w:pPr>
        <w:jc w:val="right"/>
      </w:pPr>
      <w:r>
        <w:t>دیکھیے اسلام میں صرف یہ نہیں ہے کہ ڈو اور ڈونٹس بتا دیے گئے ہیں۔</w:t>
      </w:r>
    </w:p>
    <w:p>
      <w:r>
        <w:rPr>
          <w:b/>
        </w:rPr>
        <w:t xml:space="preserve">[31:37] </w:t>
      </w:r>
      <w:r>
        <w:t>yeh karo woh na karo yeh na karo woh na karo. yaani islam jo hai woh sirf ek ek ek technical code jaisa nahi hai.</w:t>
      </w:r>
    </w:p>
    <w:p>
      <w:pPr>
        <w:jc w:val="right"/>
      </w:pPr>
      <w:r>
        <w:t>یہ کرو وہ نہ کرو یہ نہ کرو وہ نہ کرو۔ یعنی اسلام جو ہے وہ صرف ایک ایک ایک ٹیکنیکل کوڈ جیسا نہیں ہے۔</w:t>
      </w:r>
    </w:p>
    <w:p>
      <w:r>
        <w:rPr>
          <w:b/>
        </w:rPr>
        <w:t xml:space="preserve">[31:49] </w:t>
      </w:r>
      <w:r>
        <w:t>nahi is ke peeche poora ek ek aisi philosophy hai aisi cardiology hai jo aadmi ko incentive deti hai jo aadmi ko motivate karti hai.</w:t>
      </w:r>
    </w:p>
    <w:p>
      <w:pPr>
        <w:jc w:val="right"/>
      </w:pPr>
      <w:r>
        <w:t>نہیں اس کے پیچھے پورا ایک ایک ایسی فلاسفی ہے ایسی کارڈیالوجی ہے جو آدمی کو انسنٹیو دیتی ہے جو آدمی کو موٹیویٹ کرتی ہے۔</w:t>
      </w:r>
    </w:p>
    <w:p>
      <w:r>
        <w:rPr>
          <w:b/>
        </w:rPr>
        <w:t xml:space="preserve">[32:03] </w:t>
      </w:r>
      <w:r>
        <w:t>yahan mein aap ko ek hadith sunata hoon.</w:t>
      </w:r>
    </w:p>
    <w:p>
      <w:pPr>
        <w:jc w:val="right"/>
      </w:pPr>
      <w:r>
        <w:t>یہاں میں آپ کو ایک حدیث سناتا ہوں۔</w:t>
      </w:r>
    </w:p>
    <w:p>
      <w:r>
        <w:rPr>
          <w:b/>
        </w:rPr>
        <w:t xml:space="preserve">[32:14] </w:t>
      </w:r>
      <w:r>
        <w:t>ek hadith hai.</w:t>
      </w:r>
    </w:p>
    <w:p>
      <w:pPr>
        <w:jc w:val="right"/>
      </w:pPr>
      <w:r>
        <w:t>ایک حدیث ہے۔</w:t>
      </w:r>
    </w:p>
    <w:p>
      <w:r>
        <w:rPr>
          <w:b/>
        </w:rPr>
        <w:t xml:space="preserve">[32:19] </w:t>
      </w:r>
      <w:r>
        <w:t>dekhiye insan do hastiyon ke beech mein ek khuda ek insan. yaani mere ek taraf humanity hai ek taraf khuda hai.</w:t>
      </w:r>
    </w:p>
    <w:p>
      <w:pPr>
        <w:jc w:val="right"/>
      </w:pPr>
      <w:r>
        <w:t>دیکھیے انسان دو ہستیوں کے بیچ میں ایک خدا ایک انسان۔ یعنی میرے ایک طرف ہیومن ہیومینٹی ہے ایک طرف خدا ہے۔</w:t>
      </w:r>
    </w:p>
    <w:p>
      <w:r>
        <w:rPr>
          <w:b/>
        </w:rPr>
        <w:t xml:space="preserve">[32:33] </w:t>
      </w:r>
      <w:r>
        <w:t>to dono ke huqooq mujhe ada karna hai. huqooq Allah isi ko kaha jata hai huqooq Allah huqooq al-عباد.</w:t>
      </w:r>
    </w:p>
    <w:p>
      <w:pPr>
        <w:jc w:val="right"/>
      </w:pPr>
      <w:r>
        <w:t>تو دونوں کے حقوق مجھے ادا کرنا ہے۔ حقوق اللہ اسی کو کہا جاتا ہے حقوق اللہ حقوق العباد۔</w:t>
      </w:r>
    </w:p>
    <w:p>
      <w:r>
        <w:rPr>
          <w:b/>
        </w:rPr>
        <w:t xml:space="preserve">[32:40] </w:t>
      </w:r>
      <w:r>
        <w:t>ek taraf huqooq Allah ka mamla hai doosri taraf huqooq al-عباد ka mamla hai.</w:t>
      </w:r>
    </w:p>
    <w:p>
      <w:pPr>
        <w:jc w:val="right"/>
      </w:pPr>
      <w:r>
        <w:t>ایک طرف حقوق اللہ کا معاملہ ہے دوسری طرف حقوق العباد کا معاملہ ہے۔</w:t>
      </w:r>
    </w:p>
    <w:p>
      <w:r>
        <w:rPr>
          <w:b/>
        </w:rPr>
        <w:t xml:space="preserve">[32:48] </w:t>
      </w:r>
      <w:r>
        <w:t>dono ke huqooq mujhe ada karna hai. is ke liye jo motive force hai woh kya hai? yeh quran mein ya hadith mein islam mein baton ko sirf dos aur don'ts ke language mein nahi bayan kiya jata</w:t>
      </w:r>
    </w:p>
    <w:p>
      <w:pPr>
        <w:jc w:val="right"/>
      </w:pPr>
      <w:r>
        <w:t>دونوں کے حقوق مجھے ادا کرنا ہے۔ اس کے لیے جو موٹیویٹیو فورس ہے وہ کیا ہے؟ یہ قرآن میں یا حدیث میں اسلام میں باتوں کو صرف ڈوز اور ڈونٹس کے لینگویج میں نہیں بیان کیا جاتا</w:t>
      </w:r>
    </w:p>
    <w:p>
      <w:r>
        <w:rPr>
          <w:b/>
        </w:rPr>
        <w:t xml:space="preserve">[33:05] </w:t>
      </w:r>
      <w:r>
        <w:t>balkeh is ka aisi baat batai thi sirf jo aadmi kehte hain woh motive motive force ban jaye.</w:t>
      </w:r>
    </w:p>
    <w:p>
      <w:pPr>
        <w:jc w:val="right"/>
      </w:pPr>
      <w:r>
        <w:t>بلکہ اس کا ایسی بات بتائی تھی صرف جو آدمی کہتے ہیں وہ موٹیو موٹیو فورس بن جائے۔</w:t>
      </w:r>
    </w:p>
    <w:p>
      <w:r>
        <w:rPr>
          <w:b/>
        </w:rPr>
        <w:t xml:space="preserve">[33:14] </w:t>
      </w:r>
      <w:r>
        <w:t>to woh kya hai is hadith mein aap ghor kijiye. to hadith yeh hai ke man lam yashkur al-nas lam yashkur Allah.</w:t>
      </w:r>
    </w:p>
    <w:p>
      <w:pPr>
        <w:jc w:val="right"/>
      </w:pPr>
      <w:r>
        <w:t>تو وہ کیا ہے اس حدیث میں آپ غور کیجئے۔ تو حدیث یہ ہے کہ من لم یشکر الناس لم یشکر اللہ۔</w:t>
      </w:r>
    </w:p>
    <w:p>
      <w:r>
        <w:rPr>
          <w:b/>
        </w:rPr>
        <w:t xml:space="preserve">[33:28] </w:t>
      </w:r>
      <w:r>
        <w:t>jo aadmi insan ka shukr nahi kare ga woh khuda ka shukr bhi nahi kare ga.</w:t>
      </w:r>
    </w:p>
    <w:p>
      <w:pPr>
        <w:jc w:val="right"/>
      </w:pPr>
      <w:r>
        <w:t>جو آدمی انسان کا شکر نہیں کرے گا وہ خدا کا شکر بھی نہیں کرے گا۔</w:t>
      </w:r>
    </w:p>
    <w:p>
      <w:r>
        <w:rPr>
          <w:b/>
        </w:rPr>
        <w:t xml:space="preserve">[33:35] </w:t>
      </w:r>
      <w:r>
        <w:t>shukr kya hai? shukr hai acknowledge karna. acknowledge karne ko shukr kaha jata hai. yaani kisi ki contribution hai.</w:t>
      </w:r>
    </w:p>
    <w:p>
      <w:pPr>
        <w:jc w:val="right"/>
      </w:pPr>
      <w:r>
        <w:t>شکر کیا ہے؟ شکر ہے اکنالج کرنا۔ اکنالج کرنے کو شکر کہا جاتا ہے۔ یعنی کسی کی کنٹریبیوشن ہے۔</w:t>
      </w:r>
    </w:p>
    <w:p>
      <w:r>
        <w:rPr>
          <w:b/>
        </w:rPr>
        <w:t xml:space="preserve">[33:46] </w:t>
      </w:r>
      <w:r>
        <w:t>kisi ka aap kisi ne aap ke sath kuch kiya hai. kisi ne aap ke sath kuch kiya hai.</w:t>
      </w:r>
    </w:p>
    <w:p>
      <w:pPr>
        <w:jc w:val="right"/>
      </w:pPr>
      <w:r>
        <w:t>کسی کا آپ کسی نے آپ کے ساتھ کچھ کیا ہے۔ کسی نے آپ کے ساتھ کچھ کیا ہے۔</w:t>
      </w:r>
    </w:p>
    <w:p>
      <w:r>
        <w:rPr>
          <w:b/>
        </w:rPr>
        <w:t xml:space="preserve">[33:56] </w:t>
      </w:r>
      <w:r>
        <w:t>to</w:t>
      </w:r>
    </w:p>
    <w:p>
      <w:pPr>
        <w:jc w:val="right"/>
      </w:pPr>
      <w:r>
        <w:t>تو</w:t>
      </w:r>
    </w:p>
    <w:p>
      <w:r>
        <w:rPr>
          <w:b/>
        </w:rPr>
        <w:t xml:space="preserve">[34:01] </w:t>
      </w:r>
      <w:r>
        <w:t>is ko aap acknowledge karein to isi ka naam shukr hai.</w:t>
      </w:r>
    </w:p>
    <w:p>
      <w:pPr>
        <w:jc w:val="right"/>
      </w:pPr>
      <w:r>
        <w:t>اس کو آپ اکنالج کریں تو اسی کا نام شکر ہے۔</w:t>
      </w:r>
    </w:p>
    <w:p>
      <w:r>
        <w:rPr>
          <w:b/>
        </w:rPr>
        <w:t xml:space="preserve">[34:07] </w:t>
      </w:r>
      <w:r>
        <w:t>kisi ne aap ke sath kuch kiya ho aap us ko acknowledge karein dil se to isi ka naam shukr hai. to yeh acknowledgement khuda ke liye bhi matloob hai insan ke liye matloob hai.</w:t>
      </w:r>
    </w:p>
    <w:p>
      <w:pPr>
        <w:jc w:val="right"/>
      </w:pPr>
      <w:r>
        <w:t>کسی نے آپ کے ساتھ کچھ کیا ہو آپ اس کو اکنالج کریں دل سے تو اسی کا نام شکر ہے۔ تو یہ اکنالجمنٹ خدا کے لیے بھی مطلوب ہے انسان کے لیے مطلوب ہے۔</w:t>
      </w:r>
    </w:p>
    <w:p>
      <w:r>
        <w:rPr>
          <w:b/>
        </w:rPr>
        <w:t xml:space="preserve">[34:19] </w:t>
      </w:r>
      <w:r>
        <w:t>dono ke liye. kyun? khuda ne aap ko paida kiya. khuda ne aap ke liye ek life support system diya.</w:t>
      </w:r>
    </w:p>
    <w:p>
      <w:pPr>
        <w:jc w:val="right"/>
      </w:pPr>
      <w:r>
        <w:t>دونوں کے لیے۔ کیوں؟ خدا نے آپ کو پیدا کیا۔ خدا نے آپ کے لیے ایک لائف سپورٹ سسٹم دیا۔</w:t>
      </w:r>
    </w:p>
    <w:p>
      <w:r>
        <w:rPr>
          <w:b/>
        </w:rPr>
        <w:t xml:space="preserve">[34:30] </w:t>
      </w:r>
      <w:r>
        <w:t>universal level par khuda ne aap ke liye woh sare intazamat kiye ke aap dunya mein reh sakein.</w:t>
      </w:r>
    </w:p>
    <w:p>
      <w:pPr>
        <w:jc w:val="right"/>
      </w:pPr>
      <w:r>
        <w:t>یونیورسل لیول پر خدا نے آپ کے لیے وہ سارے انتظامات کیے کہ آپ دنیا میں رہ سکیں۔</w:t>
      </w:r>
    </w:p>
    <w:p>
      <w:r>
        <w:rPr>
          <w:b/>
        </w:rPr>
        <w:t xml:space="preserve">[34:37] </w:t>
      </w:r>
      <w:r>
        <w:t>to khuda ke diye hue life support system ko jab aap sochte hain to khuda ke liye aap ke andar shukr aata hai. doosri taraf insan jo hai us ki bhi lambi effort ke nateejay mein aap ko cheezein mil rahi hain.</w:t>
      </w:r>
    </w:p>
    <w:p>
      <w:pPr>
        <w:jc w:val="right"/>
      </w:pPr>
      <w:r>
        <w:t>تو خدا کے دیے ہوئے لائف سپورٹ سسٹم کو جب آپ سوچتے ہیں تو خدا کے لیے آپ کے اندر شکر آتا ہے۔ دوسری طرف انسان جو ہے اس کی بھی لمبی ایفرٹ کے نتیجے میں آپ کو چیزیں مل رہی ہیں۔</w:t>
      </w:r>
    </w:p>
    <w:p>
      <w:r>
        <w:rPr>
          <w:b/>
        </w:rPr>
        <w:t xml:space="preserve">[34:53] </w:t>
      </w:r>
      <w:r>
        <w:t>jo kuch bhi hai kapra hai. show hai. bartan hai. bijli hai. ghar hai. yeh insan ki lambi effort ke baad aap ko mila hai aisi cheezein.</w:t>
      </w:r>
    </w:p>
    <w:p>
      <w:pPr>
        <w:jc w:val="right"/>
      </w:pPr>
      <w:r>
        <w:t>جو کچھ بھی ہے کپڑا ہے۔ شو ہے۔ برتن ہے۔ بجلی ہے۔ گھر ہے۔ یہ انسان کی لمبی ایفرٹ کے بعد آپ کو ملا ہے ایسی چیزیں۔</w:t>
      </w:r>
    </w:p>
    <w:p>
      <w:r>
        <w:rPr>
          <w:b/>
        </w:rPr>
        <w:t xml:space="preserve">[35:05] </w:t>
      </w:r>
      <w:r>
        <w:t>jaise main aap ko aik misaal deta hoon. aik glass pani ka lijiye aap shishe ke glass mein pani daliye. aap hath mein lijiye shishe ke glass ko pani ke sath.</w:t>
      </w:r>
    </w:p>
    <w:p>
      <w:pPr>
        <w:jc w:val="right"/>
      </w:pPr>
      <w:r>
        <w:t>جیسے میں آپ کو ایک مثال دیتا ہوں۔ ایک گلاس پانی کا لیجئے آپ شیشے کے گلاس میں پانی ڈالیے۔ آپ ہاتھ میں لیجئے شیشے کے گلاس کو پانی کے ساتھ۔</w:t>
      </w:r>
    </w:p>
    <w:p>
      <w:r>
        <w:rPr>
          <w:b/>
        </w:rPr>
        <w:t xml:space="preserve">[35:20] </w:t>
      </w:r>
      <w:r>
        <w:t>aap dekhenge pani to aap sochiye apne mind ko activate kijiye ke pani kya cheez hai.</w:t>
      </w:r>
    </w:p>
    <w:p>
      <w:pPr>
        <w:jc w:val="right"/>
      </w:pPr>
      <w:r>
        <w:t>آپ دیکھیں گے پانی تو آپ سوچیے اپنے مائنڈ کو ایکٹیویٹ کیجئے کہ پانی کیا چیز ہے۔</w:t>
      </w:r>
    </w:p>
    <w:p>
      <w:r>
        <w:rPr>
          <w:b/>
        </w:rPr>
        <w:t xml:space="preserve">[35:32] </w:t>
      </w:r>
      <w:r>
        <w:t>pani jo hai insan ki sab se bari zaroorat hai. without water there is no life. hamari body ka</w:t>
      </w:r>
    </w:p>
    <w:p>
      <w:pPr>
        <w:jc w:val="right"/>
      </w:pPr>
      <w:r>
        <w:t>پانی جو ہے انسان کی سب سے بڑی ضرورت ہے۔ ودا آؤٹ واٹر دیر از نو لائف۔ ہماری باڈی کا</w:t>
      </w:r>
    </w:p>
    <w:p>
      <w:r>
        <w:rPr>
          <w:b/>
        </w:rPr>
        <w:t xml:space="preserve">[35:46] </w:t>
      </w:r>
      <w:r>
        <w:t>bara hissa yaani more than 90 percent pani hi pani hai. pani se zindagi hai pani se plant hote hain pani se sabzi hai pani se sab kuch hai.</w:t>
      </w:r>
    </w:p>
    <w:p>
      <w:pPr>
        <w:jc w:val="right"/>
      </w:pPr>
      <w:r>
        <w:t>بڑا حصہ یعنی مور دین 90 پرسنٹ پانی ہی پانی ہے۔ پانی سے زندگی ہے پانی سے پلانٹ ہوتے ہیں پانی سے سبزی ہے پانی سے سب کچھ ہے۔</w:t>
      </w:r>
    </w:p>
    <w:p>
      <w:r>
        <w:rPr>
          <w:b/>
        </w:rPr>
        <w:t xml:space="preserve">[36:00] </w:t>
      </w:r>
      <w:r>
        <w:t>to khuda ne is dunya mein itna zyada pani paida kar diya ke yeh yeh jo yeh jo yeh jo globe hai is globe ka one fourth land hai three fourth ocean hai.</w:t>
      </w:r>
    </w:p>
    <w:p>
      <w:pPr>
        <w:jc w:val="right"/>
      </w:pPr>
      <w:r>
        <w:t>تو خدا نے اس دنیا میں اتنا زیادہ پانی پیدا کر دیا کہ یہ یہ جو یہ جو یہ جو گلوب ہے اس گلوب کا ون فورتھ لینڈ ہے تھری فورتھ اوشن ہے۔</w:t>
      </w:r>
    </w:p>
    <w:p>
      <w:r>
        <w:rPr>
          <w:b/>
        </w:rPr>
        <w:t xml:space="preserve">[36:18] </w:t>
      </w:r>
      <w:r>
        <w:t>three fourth jo hai woh sea aur ocean hai idhar pani bhara hua hai.</w:t>
      </w:r>
    </w:p>
    <w:p>
      <w:pPr>
        <w:jc w:val="right"/>
      </w:pPr>
      <w:r>
        <w:t>تھری فورتھ جو ہے وہ سی اور اوشن ہے ادھر پانی بھرا ہوا ہے۔</w:t>
      </w:r>
    </w:p>
    <w:p>
      <w:r>
        <w:rPr>
          <w:b/>
        </w:rPr>
        <w:t xml:space="preserve">[36:25] </w:t>
      </w:r>
      <w:r>
        <w:t>one one fourth land hai jahan hum hum aap rehte hain aur kheti karte hain aur three fourth jo hai woh reservoir hai pani ka reservoir.</w:t>
      </w:r>
    </w:p>
    <w:p>
      <w:pPr>
        <w:jc w:val="right"/>
      </w:pPr>
      <w:r>
        <w:t>ون ون فورتھ لینڈ ہے جہاں ہم ہم آپ رہتے ہیں اور کھیتی کرتے ہیں اور تھری فورتھ جو ہے وہ ریزروائر ہے پانی کا ریزروائر۔</w:t>
      </w:r>
    </w:p>
    <w:p>
      <w:r>
        <w:rPr>
          <w:b/>
        </w:rPr>
        <w:t xml:space="preserve">[36:34] </w:t>
      </w:r>
      <w:r>
        <w:t>ocean aur aur sea kya hai? pani ka reservoir hai. pani kaise bana? do gases hydrogen aur oxygen ke atom mile to pani ban gaya.</w:t>
      </w:r>
    </w:p>
    <w:p>
      <w:pPr>
        <w:jc w:val="right"/>
      </w:pPr>
      <w:r>
        <w:t>اوشن اور اور سی کیا ہے؟ پانی کا ریزروائر ہے۔ پانی کیسے بنا؟ دو گیسز ہائیڈروجن اور اکسیجن کے ایٹم ملے تو پانی بن گیا۔</w:t>
      </w:r>
    </w:p>
    <w:p>
      <w:r>
        <w:rPr>
          <w:b/>
        </w:rPr>
        <w:t xml:space="preserve">[36:47] </w:t>
      </w:r>
      <w:r>
        <w:t>kaisi anokhi baat hai? yaani hydrogen bhi gas aur oxygen bhi gas</w:t>
      </w:r>
    </w:p>
    <w:p>
      <w:pPr>
        <w:jc w:val="right"/>
      </w:pPr>
      <w:r>
        <w:t>کیسی انوکھی بات ہے؟ یعنی ہائیڈروجن بھی گیس اور اکسیجن بھی گیس</w:t>
      </w:r>
    </w:p>
    <w:p>
      <w:r>
        <w:rPr>
          <w:b/>
        </w:rPr>
        <w:t xml:space="preserve">[36:55] </w:t>
      </w:r>
      <w:r>
        <w:t>alag se dono gases hain. mila diya to pani bana diya khuda ne is ko. to itne abundant miqdar mein khuda ne pani rakh diya zameen par ke sari zarooraten hamari poori hoti rahin.</w:t>
      </w:r>
    </w:p>
    <w:p>
      <w:pPr>
        <w:jc w:val="right"/>
      </w:pPr>
      <w:r>
        <w:t>الگ سے دونوں گیسز ہیں۔ ملا دیا تو پانی بنا دیا خدا نے اس کو۔ تو اتنے ابینڈنٹ مقدار میں خدا نے پانی رکھ دیا زمین پر کہ ساری ضرورتیں ہماری پوری ہوتی رہیں۔</w:t>
      </w:r>
    </w:p>
    <w:p>
      <w:r>
        <w:rPr>
          <w:b/>
        </w:rPr>
        <w:t xml:space="preserve">[37:07] </w:t>
      </w:r>
      <w:r>
        <w:t>ab aap pani ka glass jab aap dekhte hain to aik poori history aap ke samne aaye gi. ke billion billion saal pehle yeh zameen khushk thi.</w:t>
      </w:r>
    </w:p>
    <w:p>
      <w:pPr>
        <w:jc w:val="right"/>
      </w:pPr>
      <w:r>
        <w:t>اب آپ پانی کا گلاس جب آپ دیکھتے ہیں تو ایک پوری ہسٹری آپ کے سامنے آئے گی۔ کہ بلین بلین سال پہلے یہ زمین خشک تھی۔</w:t>
      </w:r>
    </w:p>
    <w:p>
      <w:r>
        <w:rPr>
          <w:b/>
        </w:rPr>
        <w:t xml:space="preserve">[37:17] </w:t>
      </w:r>
      <w:r>
        <w:t>just like rock thi rock.</w:t>
      </w:r>
    </w:p>
    <w:p>
      <w:pPr>
        <w:jc w:val="right"/>
      </w:pPr>
      <w:r>
        <w:t>جسٹ لائک راک تھی راک۔</w:t>
      </w:r>
    </w:p>
    <w:p>
      <w:r>
        <w:rPr>
          <w:b/>
        </w:rPr>
        <w:t xml:space="preserve">[37:21] </w:t>
      </w:r>
      <w:r>
        <w:t>phir khuda ne anokhay tor par pani paida kiya aur barishain huin. dhal thal ho gaya zameen par pani.</w:t>
      </w:r>
    </w:p>
    <w:p>
      <w:pPr>
        <w:jc w:val="right"/>
      </w:pPr>
      <w:r>
        <w:t>پھر خدا نے انوکھے طور پر پانی پیدا کیا اور بارشیں ہوئیں۔ دھل تھل ہو گیا زمین پر پانی۔</w:t>
      </w:r>
    </w:p>
    <w:p>
      <w:r>
        <w:rPr>
          <w:b/>
        </w:rPr>
        <w:t xml:space="preserve">[37:32] </w:t>
      </w:r>
      <w:r>
        <w:t>yahan par ocean bane aur sea bane aur daryain banin aur chashme bane. paharon par barf jami. yeh billion billion saal pehle aur lakhon saal tak yeh sab hota raha.</w:t>
      </w:r>
    </w:p>
    <w:p>
      <w:pPr>
        <w:jc w:val="right"/>
      </w:pPr>
      <w:r>
        <w:t>یہاں پر اوشن بنے اور سی بنے اور دریائیں بنیں اور چشمے بنے۔ پہاڑوں پر برف جمی۔ یہ بلین بلین سال پہلے اور لاکھوں سال تک یہ سب ہوتا رہا۔</w:t>
      </w:r>
    </w:p>
    <w:p>
      <w:r>
        <w:rPr>
          <w:b/>
        </w:rPr>
        <w:t xml:space="preserve">[37:50] </w:t>
      </w:r>
      <w:r>
        <w:t>phir aap dekhiye ke khuda ne pani ko jo ke jo reservoir hai pani ke ocean aur sea wahan pani ke sath namak mila hua hota hai.</w:t>
      </w:r>
    </w:p>
    <w:p>
      <w:pPr>
        <w:jc w:val="right"/>
      </w:pPr>
      <w:r>
        <w:t>پھر آپ دیکھیے کہ خدا نے پانی کو جو کہ جو ریزروائر ہے پانی کے اوشن اور سی وہاں پانی کے ساتھ نمک ملا ہوا ہوتا ہے۔</w:t>
      </w:r>
    </w:p>
    <w:p>
      <w:r>
        <w:rPr>
          <w:b/>
        </w:rPr>
        <w:t xml:space="preserve">[38:01] </w:t>
      </w:r>
      <w:r>
        <w:t>salt mila hua hota hai. woh itna khari hota hai ke aap us ko pee nahi sakte. yaani direct tor par samandar ka pani le kar aap pee nahi sakte us ko. us ko istemal nahi kar sakte.</w:t>
      </w:r>
    </w:p>
    <w:p>
      <w:pPr>
        <w:jc w:val="right"/>
      </w:pPr>
      <w:r>
        <w:t>سالٹ ملا ہوا ہوتا ہے۔ وہ اتنا کھاری ہوتا ہے کہ آپ اس کو پی نہیں سکتے۔ یعنی ڈائریکٹ طور پر سمندر کا پانی لے کر آپ پی نہیں سکتے اس کو۔ اس کو استعمال نہیں کر سکتے۔</w:t>
      </w:r>
    </w:p>
    <w:p>
      <w:r>
        <w:rPr>
          <w:b/>
        </w:rPr>
        <w:t xml:space="preserve">[38:17] </w:t>
      </w:r>
      <w:r>
        <w:t>agriculture ke liye bhi nahi. agriculture ke bhi nahi. to khuda ne aik universal level par aik nizam banaya ke suraj ki garmi se pani bhap ban ke ooper uthe.</w:t>
      </w:r>
    </w:p>
    <w:p>
      <w:pPr>
        <w:jc w:val="right"/>
      </w:pPr>
      <w:r>
        <w:t>ایگریکلچر کے لیے بھی نہیں۔ ایگریکلچر کے بھی نہیں۔ تو خدا نے ایک یونیورسل لیول پر ایک نظام بنایا کہ سورج کی گرمی سے پانی بھاپ بن کے اوپر اٹھے۔</w:t>
      </w:r>
    </w:p>
    <w:p>
      <w:r>
        <w:rPr>
          <w:b/>
        </w:rPr>
        <w:t xml:space="preserve">[38:29] </w:t>
      </w:r>
      <w:r>
        <w:t>woh ooper jaye atmosphere mein wahan par particles hain jo us ko dobara heavy karte hain.</w:t>
      </w:r>
    </w:p>
    <w:p>
      <w:pPr>
        <w:jc w:val="right"/>
      </w:pPr>
      <w:r>
        <w:t>وہ اوپر جائے ایٹمسفیئر میں وہاں پر پارٹیکلز ہیں جو اس کو دوبارہ ہیوی کرتے ہیں۔</w:t>
      </w:r>
    </w:p>
    <w:p>
      <w:r>
        <w:rPr>
          <w:b/>
        </w:rPr>
        <w:t xml:space="preserve">[38:35] </w:t>
      </w:r>
      <w:r>
        <w:t>yaani khuda ne aisa kiya ke pani to halka ho aur salt heavy ho. to jab is par dhoop parti hai to salt content heavy hone ki wajah se neechay reh jata hai.</w:t>
      </w:r>
    </w:p>
    <w:p>
      <w:pPr>
        <w:jc w:val="right"/>
      </w:pPr>
      <w:r>
        <w:t>یعنی خدا نے ایسا کیا کہ پانی تو ہلکا ہو اور سالٹ ہیوی ہو۔ تو جب اس پر دھوپ پڑتی ہے تو سالٹ کنٹینٹ ہیوی ہونے کی وجہ سے نیچے رہ جاتا ہے۔</w:t>
      </w:r>
    </w:p>
    <w:p>
      <w:r>
        <w:rPr>
          <w:b/>
        </w:rPr>
        <w:t xml:space="preserve">[38:51] </w:t>
      </w:r>
      <w:r>
        <w:t>aur water content jo hai woh light hone ki wajah se ooper uth jata hai. itna bara nizam itna bara nizam.</w:t>
      </w:r>
    </w:p>
    <w:p>
      <w:pPr>
        <w:jc w:val="right"/>
      </w:pPr>
      <w:r>
        <w:t>اور واٹر کنٹینٹ جو ہے وہ لائٹ ہونے کی وجہ سے اوپر اٹھ جاتا ہے۔ اتنا بڑا نظام اتنا بڑا نظام۔</w:t>
      </w:r>
    </w:p>
    <w:p>
      <w:r>
        <w:rPr>
          <w:b/>
        </w:rPr>
        <w:t xml:space="preserve">[39:00] </w:t>
      </w:r>
      <w:r>
        <w:t>to pehle to salt milaya us ko preservative ke tor par. kyunke salt na hota to pani kharab ho jata. to itne bare intezam ke tehat khuda ne pani banaya.</w:t>
      </w:r>
    </w:p>
    <w:p>
      <w:pPr>
        <w:jc w:val="right"/>
      </w:pPr>
      <w:r>
        <w:t>تو پہلے تو سالٹ ملایا اس کو پریزرویٹیو کے طور پر۔ کیونکہ سالٹ نہ ہوتا تو پانی خراب ہو جاتا۔ تو اتنے بڑے انتظام کے تحت خدا نے پانی بنایا۔</w:t>
      </w:r>
    </w:p>
    <w:p>
      <w:r>
        <w:rPr>
          <w:b/>
        </w:rPr>
        <w:t xml:space="preserve">[39:13] </w:t>
      </w:r>
      <w:r>
        <w:t>us ko reservoir mein rakha. wahan par preservative ke tor par namak milaya. phir rain ka system banaya itna bara. itna bara rain ka system.</w:t>
      </w:r>
    </w:p>
    <w:p>
      <w:pPr>
        <w:jc w:val="right"/>
      </w:pPr>
      <w:r>
        <w:t>اس کو ریزروائر میں رکھا۔ وہاں پر پریزرویٹیو کے طور پر نمک ملایا۔ پھر رین کا سسٹم بنایا اتنا بڑا۔ اتنا بڑا رین کا سسٹم۔</w:t>
      </w:r>
    </w:p>
    <w:p>
      <w:r>
        <w:rPr>
          <w:b/>
        </w:rPr>
        <w:t xml:space="preserve">[39:23] </w:t>
      </w:r>
      <w:r>
        <w:t>jis se pani jata hai ooper phir fresh water neechay lotta hai.</w:t>
      </w:r>
    </w:p>
    <w:p>
      <w:pPr>
        <w:jc w:val="right"/>
      </w:pPr>
      <w:r>
        <w:t>جس سے پانی جاتا ہے اوپر پھر فریش واٹر نیچے لوٹتا ہے۔</w:t>
      </w:r>
    </w:p>
    <w:p>
      <w:r>
        <w:rPr>
          <w:b/>
        </w:rPr>
        <w:t xml:space="preserve">[39:28] </w:t>
      </w:r>
      <w:r>
        <w:t>kahin daryaaon mein kahin samandar mein kahin darakht kahin mountain ke oopar barf mein.</w:t>
      </w:r>
    </w:p>
    <w:p>
      <w:pPr>
        <w:jc w:val="right"/>
      </w:pPr>
      <w:r>
        <w:t>کہیں دریاؤں میں کہیں سمندر میں کہیں درخت کہیں ماؤنٹین کے اوپر برف میں۔</w:t>
      </w:r>
    </w:p>
    <w:p>
      <w:r>
        <w:rPr>
          <w:b/>
        </w:rPr>
        <w:t xml:space="preserve">[39:36] </w:t>
      </w:r>
      <w:r>
        <w:t>itne saare intezaam kar ke tab paani mila humein. ab aap glass of water jo lenge to jab sochenge is paani ke baare mein to aap ko ek thrilling experience hoga.</w:t>
      </w:r>
    </w:p>
    <w:p>
      <w:pPr>
        <w:jc w:val="right"/>
      </w:pPr>
      <w:r>
        <w:t>اتنے سارے انتظام کر کے تب پانی ملا ہمیں۔ اب آپ گلاس اف واٹر جو لیں گے تو جب سوچیں گے اس پانی کے بارے میں تو آپ کو ایک تھرلنگ ایکسپیرینس ہوگا۔</w:t>
      </w:r>
    </w:p>
    <w:p>
      <w:r>
        <w:rPr>
          <w:b/>
        </w:rPr>
        <w:t xml:space="preserve">[39:48] </w:t>
      </w:r>
      <w:r>
        <w:t>thrilling experience. isi ka naam shukr hai. ek thrilling experience hoga jiska naam shukr hai.</w:t>
      </w:r>
    </w:p>
    <w:p>
      <w:pPr>
        <w:jc w:val="right"/>
      </w:pPr>
      <w:r>
        <w:t>تھرلنگ ایکسپیرینس۔ اسی کا نام شکر ہے۔ ایک تھرلنگ ایکسپیرینس ہوگا جس کا نام شکر ہے۔</w:t>
      </w:r>
    </w:p>
    <w:p>
      <w:r>
        <w:rPr>
          <w:b/>
        </w:rPr>
        <w:t xml:space="preserve">[39:57] </w:t>
      </w:r>
      <w:r>
        <w:t>ab aap aayen glass ki taraf sheeshe ka glass. ab aap kitabon mein padhiye ke glass kaise bana ya sheesha kaise bana.</w:t>
      </w:r>
    </w:p>
    <w:p>
      <w:pPr>
        <w:jc w:val="right"/>
      </w:pPr>
      <w:r>
        <w:t>اب آپ ائیں گلاس کی طرف شیشے کا گلاس۔ اب آپ کتابوں میں پڑھیے کہ گلاس کیسے بنا یا شیشہ کیسے بنا۔</w:t>
      </w:r>
    </w:p>
    <w:p>
      <w:r>
        <w:rPr>
          <w:b/>
        </w:rPr>
        <w:t xml:space="preserve">[40:09] </w:t>
      </w:r>
      <w:r>
        <w:t>to aap dekhenge ke paanch hazaar saal pehle aap jaante hain ke yeh sheesha kya cheez hai.</w:t>
      </w:r>
    </w:p>
    <w:p>
      <w:pPr>
        <w:jc w:val="right"/>
      </w:pPr>
      <w:r>
        <w:t>تو آپ دیکھیں کہ پانچ ہزار سال پہلے آپ جانتے ہیں کہ یہ شیشہ کیا چیز ہے۔</w:t>
      </w:r>
    </w:p>
    <w:p>
      <w:r>
        <w:rPr>
          <w:b/>
        </w:rPr>
        <w:t xml:space="preserve">[40:17] </w:t>
      </w:r>
      <w:r>
        <w:t>ek mineral hai is ko kehte hain silica. ek substance hai ya mineral hai jo hamari zameen par aaya tha. mineral is ko kehte hain silica.</w:t>
      </w:r>
    </w:p>
    <w:p>
      <w:pPr>
        <w:jc w:val="right"/>
      </w:pPr>
      <w:r>
        <w:t>ایک منرل ہے اس کو کہتے ہیں سلیکا۔ ایک سبسٹنس ہے یا منرل ہے جو ہماری زمین پر ایا تھا۔ منرل اس کو کہتے ہیں سلیکا۔</w:t>
      </w:r>
    </w:p>
    <w:p>
      <w:r>
        <w:rPr>
          <w:b/>
        </w:rPr>
        <w:t xml:space="preserve">[40:27] </w:t>
      </w:r>
      <w:r>
        <w:t>jo zarron ki shakal mein hai yeh rock ki shakal mein hota hai. is silica mein kuch aur cheezein milai jaati hain. potash aur sodium waghera.</w:t>
      </w:r>
    </w:p>
    <w:p>
      <w:pPr>
        <w:jc w:val="right"/>
      </w:pPr>
      <w:r>
        <w:t>جو ذروں کی شکل میں ہے یہ راک کی شکل میں ہوتا ہے۔ اس سلیکا میں کچھ اور چیزیں ملائی جاتی ہیں۔ پوٹاش اور سوڈیم وغیرہ۔</w:t>
      </w:r>
    </w:p>
    <w:p>
      <w:r>
        <w:rPr>
          <w:b/>
        </w:rPr>
        <w:t xml:space="preserve">[40:40] </w:t>
      </w:r>
      <w:r>
        <w:t>to yeh ek process hai jis se woh cheez sheeshe mein dhal jaati hai.</w:t>
      </w:r>
    </w:p>
    <w:p>
      <w:pPr>
        <w:jc w:val="right"/>
      </w:pPr>
      <w:r>
        <w:t>تو یہ ایک پروسیس ہے جس سے وہ چیز شیشے میں ڈھل جاتی ہے۔</w:t>
      </w:r>
    </w:p>
    <w:p>
      <w:r>
        <w:rPr>
          <w:b/>
        </w:rPr>
        <w:t xml:space="preserve">[40:45] </w:t>
      </w:r>
      <w:r>
        <w:t>yaani silica jo hai kuch aur cheezon ko mila kar ke sheesha banta hai. isi ko shayar ne kaha ke tu sang afridi zujaj afridam.</w:t>
      </w:r>
    </w:p>
    <w:p>
      <w:pPr>
        <w:jc w:val="right"/>
      </w:pPr>
      <w:r>
        <w:t>یعنی سلیکا جو ہے کچھ اور چیزوں کو ملا کر کے شیشہ بنتا ہے۔ اسی کو شاعر نے کہا کہ تو سنگ افریدی زجاج افریدم۔</w:t>
      </w:r>
    </w:p>
    <w:p>
      <w:r>
        <w:rPr>
          <w:b/>
        </w:rPr>
        <w:t xml:space="preserve">[40:56] </w:t>
      </w:r>
      <w:r>
        <w:t>khuda se shayar kehta hai ke tune pathar paida kiya aur main ne is ko sheesha mein dhal diya.</w:t>
      </w:r>
    </w:p>
    <w:p>
      <w:pPr>
        <w:jc w:val="right"/>
      </w:pPr>
      <w:r>
        <w:t>خدا سے شاعر کہتا ہے کہ تو نے پتھر پیدا کیا اور میں نے اس کو شیشہ میں ڈھال دیا۔</w:t>
      </w:r>
    </w:p>
    <w:p>
      <w:r>
        <w:rPr>
          <w:b/>
        </w:rPr>
        <w:t xml:space="preserve">[41:04] </w:t>
      </w:r>
      <w:r>
        <w:t>to paanch hazaar saal pehle Egypt mein kuch logon ne is ko discover kiya ke silica aur falan falan cheezon ke milane se sheesha ban jaata hai.</w:t>
      </w:r>
    </w:p>
    <w:p>
      <w:pPr>
        <w:jc w:val="right"/>
      </w:pPr>
      <w:r>
        <w:t>تو پانچ ہزار سال پہلے ایجپٹ میں کچھ لوگوں نے اس کو ڈسکور کیا کہ سلیکا اور فلاں فلاں چیزوں کے ملانے سے شیشہ بن جاتا ہے۔</w:t>
      </w:r>
    </w:p>
    <w:p>
      <w:r>
        <w:rPr>
          <w:b/>
        </w:rPr>
        <w:t xml:space="preserve">[41:18] </w:t>
      </w:r>
      <w:r>
        <w:t>initial stage par Egypt se woh yahan aaya Iraq pahuncha jisko Misr Pataamia kaha jaata tha pehle.</w:t>
      </w:r>
    </w:p>
    <w:p>
      <w:pPr>
        <w:jc w:val="right"/>
      </w:pPr>
      <w:r>
        <w:t>انیشل اسٹیج پر ایجپٹ سے وہ یہاں ایا عراق پہنچا جس کو مصر پٹامیہ کہا جاتا تھا پہلے۔</w:t>
      </w:r>
    </w:p>
    <w:p>
      <w:r>
        <w:rPr>
          <w:b/>
        </w:rPr>
        <w:t xml:space="preserve">[41:27] </w:t>
      </w:r>
      <w:r>
        <w:t>wahan se phir Greece pahuncha Greece se phir Europe aaya.</w:t>
      </w:r>
    </w:p>
    <w:p>
      <w:pPr>
        <w:jc w:val="right"/>
      </w:pPr>
      <w:r>
        <w:t>وہاں سے پھر گریس پہنچا گریس سے پھر یورپ ایا۔</w:t>
      </w:r>
    </w:p>
    <w:p>
      <w:r>
        <w:rPr>
          <w:b/>
        </w:rPr>
        <w:t xml:space="preserve">[41:32] </w:t>
      </w:r>
      <w:r>
        <w:t>paanch hazaar saal ka ek development hai. five thousand years ka ek process hai jis ke nateeje mein woh khoobsurat glass bana jis ko aap jis paani le kar aap paani peete hain.</w:t>
      </w:r>
    </w:p>
    <w:p>
      <w:pPr>
        <w:jc w:val="right"/>
      </w:pPr>
      <w:r>
        <w:t>پانچ ہزار سال کا ایک ڈیولپمنٹ ہے۔ فائیو تھا ایرز کا ایک پروسیس ہے جس کے نتیجے میں وہ خوبصورت گلاس بنا جس کو اپ جس پانی لے کر اپ پانی پیتے ہیں۔</w:t>
      </w:r>
    </w:p>
    <w:p>
      <w:r>
        <w:rPr>
          <w:b/>
        </w:rPr>
        <w:t xml:space="preserve">[41:47] </w:t>
      </w:r>
      <w:r>
        <w:t>ab aap sochiye is paanch hazaar saal mein insaan ka kitna bada contribution hai. jisko main kehta hoon civilizational contribution.</w:t>
      </w:r>
    </w:p>
    <w:p>
      <w:pPr>
        <w:jc w:val="right"/>
      </w:pPr>
      <w:r>
        <w:t>اب اپ سوچیے اس پانچ ہزار سال میں انسان کا کتنا بڑا کنٹریبیوشن ہے۔ جس کو میں کہتا ہوں سویلائزیشنل کنٹریبیوشن۔</w:t>
      </w:r>
    </w:p>
    <w:p>
      <w:r>
        <w:rPr>
          <w:b/>
        </w:rPr>
        <w:t xml:space="preserve">[41:57] </w:t>
      </w:r>
      <w:r>
        <w:t>ek insaan ki civilization hai. is ka ek process hai is ki ek history hai is mein woh chal raha hai.</w:t>
      </w:r>
    </w:p>
    <w:p>
      <w:pPr>
        <w:jc w:val="right"/>
      </w:pPr>
      <w:r>
        <w:t>ایک انسان کی سویلائزیشن ہے۔ اس کا ایک پروسیس ہے اس کی ایک ہسٹری ہے اس میں وہ چل رہا ہے۔</w:t>
      </w:r>
    </w:p>
    <w:p>
      <w:r>
        <w:rPr>
          <w:b/>
        </w:rPr>
        <w:t xml:space="preserve">[42:07] </w:t>
      </w:r>
      <w:r>
        <w:t>to sheeshe ko insaan ne discover kiya kya kya sacrifice ki kya kya museebatein uthayeen laakhon log isi mein mar gaye research karte karte</w:t>
      </w:r>
    </w:p>
    <w:p>
      <w:pPr>
        <w:jc w:val="right"/>
      </w:pPr>
      <w:r>
        <w:t>تو شیشے کو انسان نے ڈسکور کیا کیا کیا سیکریفائس کی کیا کیا مصیبتیں اٹھائیں لاکھوں لوگ اسی میں مر گئے ریسرچ کرتے کرتے</w:t>
      </w:r>
    </w:p>
    <w:p>
      <w:r>
        <w:rPr>
          <w:b/>
        </w:rPr>
        <w:t xml:space="preserve">[42:20] </w:t>
      </w:r>
      <w:r>
        <w:t>to paanch hazaar saal kya ek process hai jis ki wajah se aap ko sheeshe ka glass milta hai. aap sochiye jab aap sheeshe ka glass apne haath mein lenge to ek taraf paani ke baare mein soch kar aap ke andar shukr ka ek ek thrilling shukr shukr aayega ke kaisa bada hai Khuda jis ne paani banaya hai mere liye</w:t>
      </w:r>
    </w:p>
    <w:p>
      <w:pPr>
        <w:jc w:val="right"/>
      </w:pPr>
      <w:r>
        <w:t>تو پانچ ہزار سال کیا ایک پروسیس ہے جس کی وجہ سے اپ کو شیشے کا گلاس ملتا ہے۔ اپ سوچیے جب اپ شیشے کا گلاس اپنے ہاتھ میں لیں گے تو ایک طرف پانی کے بارے میں سوچ کر اپ کے اندر شکر کا ایک ایک تھرلنگ شکر شکر ائے گا کہ کیسا بڑا ہے خدا جس نے پانی بنایا ہے میرے لیے</w:t>
      </w:r>
    </w:p>
    <w:p>
      <w:r>
        <w:rPr>
          <w:b/>
        </w:rPr>
        <w:t xml:space="preserve">[42:48] </w:t>
      </w:r>
      <w:r>
        <w:t>aur doosri taraf jo glass hai us ko jab aap sochenge jo to civilizational contribution jo hai jo humanity ka jo contribution hai humanity ka jo contribution hai jis ne ke kya kya mehnatain qurbaniyan sacrifice ki tab aap ko sheeshe ka itna beautiful glass mila jis mein paani rakh kar pee rahe hain aap to insaan ke liye aap ke dil mein kitna zyada ehsaan mandee ka jazba aa jayega</w:t>
      </w:r>
    </w:p>
    <w:p>
      <w:pPr>
        <w:jc w:val="right"/>
      </w:pPr>
      <w:r>
        <w:t>اور دوسری طرف جو گلاس ہے اس کو جب اپ سوچیں گے جو تو سویلائزیشنل کنٹریبیوشن جو ہے جو ہیومینٹی کا جو کنٹریبیوشن ہے ہیومینٹی کا جو کنٹریبیوشن ہے جس نے کہ کیا کیا محنتیں قربانیاں سیکریفائس کی تب اپ کو شیشے کا اتنا بیوٹی فل گلاس ملا جس میں پانی رکھ کر پی رہے ہیں اپ تو انسان کے لیے اپ کے دل میں کتنا زیادہ احسان مندی کا جذبہ ا جائے گا</w:t>
      </w:r>
    </w:p>
    <w:p>
      <w:r>
        <w:rPr>
          <w:b/>
        </w:rPr>
        <w:t xml:space="preserve">[43:18] </w:t>
      </w:r>
      <w:r>
        <w:t>ap acknowledge karenge insan ko</w:t>
      </w:r>
    </w:p>
    <w:p>
      <w:pPr>
        <w:jc w:val="right"/>
      </w:pPr>
      <w:r>
        <w:t>اپ اکنالج کریں گے انسان کو</w:t>
      </w:r>
    </w:p>
    <w:p>
      <w:r>
        <w:rPr>
          <w:b/>
        </w:rPr>
        <w:t xml:space="preserve">[43:22] </w:t>
      </w:r>
      <w:r>
        <w:t>jo jo namaz mein jise kehte hain assalam o alaikum wa rehmatullah aye insanon tum par salamati ho aye</w:t>
      </w:r>
    </w:p>
    <w:p>
      <w:pPr>
        <w:jc w:val="right"/>
      </w:pPr>
      <w:r>
        <w:t>جو جو نماز میں جسے کہتے ہیں السلام علیکم ورحمۃ اللہ اے انسانوں تم پر سلامتی ہو اے</w:t>
      </w:r>
    </w:p>
    <w:p>
      <w:r>
        <w:rPr>
          <w:b/>
        </w:rPr>
        <w:t xml:space="preserve">[43:27] </w:t>
      </w:r>
      <w:r>
        <w:t>insanon tum par blessing ho yeh isi isi spirit ko hi calculate karna hai</w:t>
      </w:r>
    </w:p>
    <w:p>
      <w:pPr>
        <w:jc w:val="right"/>
      </w:pPr>
      <w:r>
        <w:t>انسانوں تم پر بلیسنگ ہو یہ اسی اسی اسپرٹ کو ہی کیلکلیٹ کرنا ہے</w:t>
      </w:r>
    </w:p>
    <w:p>
      <w:r>
        <w:rPr>
          <w:b/>
        </w:rPr>
        <w:t xml:space="preserve">[43:34] </w:t>
      </w:r>
      <w:r>
        <w:t>woh koi ritual nahi hai</w:t>
      </w:r>
    </w:p>
    <w:p>
      <w:pPr>
        <w:jc w:val="right"/>
      </w:pPr>
      <w:r>
        <w:t>وہ کوئی ریچول نہیں ہے</w:t>
      </w:r>
    </w:p>
    <w:p>
      <w:r>
        <w:rPr>
          <w:b/>
        </w:rPr>
        <w:t xml:space="preserve">[43:37] </w:t>
      </w:r>
      <w:r>
        <w:t>ap jante hain ke namaz panch waqt padhi jati hai</w:t>
      </w:r>
    </w:p>
    <w:p>
      <w:pPr>
        <w:jc w:val="right"/>
      </w:pPr>
      <w:r>
        <w:t>اپ جانتے ہیں کہ نماز پانچ وقت پڑھی جاتی ہے</w:t>
      </w:r>
    </w:p>
    <w:p>
      <w:r>
        <w:rPr>
          <w:b/>
        </w:rPr>
        <w:t xml:space="preserve">[43:41] </w:t>
      </w:r>
      <w:r>
        <w:t>panch waqt namaz padhi jati hai shuru mein kehte hain Allah o Akbar khatam pe kehte hain assalam o alaikum</w:t>
      </w:r>
    </w:p>
    <w:p>
      <w:pPr>
        <w:jc w:val="right"/>
      </w:pPr>
      <w:r>
        <w:t>پانچ وقت نماز پڑھی جاتی ہے شروع میں کہتے ہیں اللہ اکبر ختم پہ کہتے ہیں السلام علیکم</w:t>
      </w:r>
    </w:p>
    <w:p>
      <w:r>
        <w:rPr>
          <w:b/>
        </w:rPr>
        <w:t xml:space="preserve">[43:46] </w:t>
      </w:r>
      <w:r>
        <w:t>wa rehmatullah</w:t>
      </w:r>
    </w:p>
    <w:p>
      <w:pPr>
        <w:jc w:val="right"/>
      </w:pPr>
      <w:r>
        <w:t>ورحمۃ اللہ</w:t>
      </w:r>
    </w:p>
    <w:p>
      <w:r>
        <w:rPr>
          <w:b/>
        </w:rPr>
        <w:t xml:space="preserve">[43:48] </w:t>
      </w:r>
      <w:r>
        <w:t>yaani pehle kehte hain ke aey aey Khuda tu bada hai aey Khuda tu great hai aakhir mein kehte hain aey insaanon tum par salaamti ho tum par Khuda ki blessing ho</w:t>
      </w:r>
    </w:p>
    <w:p>
      <w:pPr>
        <w:jc w:val="right"/>
      </w:pPr>
      <w:r>
        <w:t>یعنی پہلے کہتے ہیں کہ اے اے خدا تو بڑا ہے اے خدا تو گریٹ ہے اخر میں کہتے ہیں اے انسانوں تم پر سلامتی ہو تم پر خدا کی بلیسنگ ہو</w:t>
      </w:r>
    </w:p>
    <w:p>
      <w:r>
        <w:rPr>
          <w:b/>
        </w:rPr>
        <w:t xml:space="preserve">[44:00] </w:t>
      </w:r>
      <w:r>
        <w:t>to Allahu Akbar keh kar aap goya ke Khuda ke life support system par Khuda ki blessing par us ko acknowledge karte hain aur khatam par jab kehte hain Assalamu Alaikum Wa Rahmatullahi Wa Barakatuh to insaan ka jo contribution hai jisko main civilizational contribution kehta hoon us ka aap acknowledge karte hain aey Khuda tu kitna azeem hai ek taraf aap ne yeh kaha aey insaan tera kitna ada contribution hai</w:t>
      </w:r>
    </w:p>
    <w:p>
      <w:pPr>
        <w:jc w:val="right"/>
      </w:pPr>
      <w:r>
        <w:t>تو اللہ اکبر کہہ کر اپ گویا کہ خدا کے لائف سپورٹ سسٹم پر خدا کی بلیسنگ پر اس کو اکنالج کرتے ہیں اور ختم پر جب کہتے ہیں السلام علیکم ورحمۃ اللہ تو انسان کا جو کنٹریبیوشن ہے جس کو میں سویلائزیشنل کنٹریبیوشن کہتا ہوں اس کا اپ اکنالج کرتے ہیں اے خدا تو کتنا عظیم ہے ایک طرف اپ نے یہ کہا اے انسان تیرا کتنا ادا کنٹریبیوشن ہے</w:t>
      </w:r>
    </w:p>
    <w:p>
      <w:r>
        <w:rPr>
          <w:b/>
        </w:rPr>
        <w:t xml:space="preserve">[44:29] </w:t>
      </w:r>
      <w:r>
        <w:t>is ka aap ne itraaf kiya us ko acknowledge kiya yeh spirit hai jis ko le kar ke aap namaz se lotte hain aap sochiye yeh kitni badi cheez hai yeh kitni badi cheez hai yeh</w:t>
      </w:r>
    </w:p>
    <w:p>
      <w:pPr>
        <w:jc w:val="right"/>
      </w:pPr>
      <w:r>
        <w:t>اس کا اپ نے اعتراف کیا اس کو اکنالج کیا یہ اسپرٹ ہے جس کو لے کر کے اپ نماز سے لوٹتے ہیں اپ سوچیے یہ کتنی بڑی چیز ہے یہ کتنی بڑی چیز ہے یہ</w:t>
      </w:r>
    </w:p>
    <w:p>
      <w:r>
        <w:rPr>
          <w:b/>
        </w:rPr>
        <w:t xml:space="preserve">[44:47] </w:t>
      </w:r>
      <w:r>
        <w:t>namaz koi ritual nahi hai namaz koi riwaayati cheez nahi hai namaz kuch lafzon ko dohrane ka naam nahi hai namaz ko uth baith ka naam nahi hai namaz ek spirit ko acknowledge karne ka naam hai</w:t>
      </w:r>
    </w:p>
    <w:p>
      <w:pPr>
        <w:jc w:val="right"/>
      </w:pPr>
      <w:r>
        <w:t>نماز کوئی ریچولز نہیں ہے نماز کوئی روایتی چیز نہیں ہے نماز کچھ لفظوں کو دہرانے کا نام نہیں ہے نماز کو اٹھ بیٹھ کا نام نہیں ہے نماز ایک اسپرٹ کو ایکلکیٹ کرنے کا نام ہے</w:t>
      </w:r>
    </w:p>
    <w:p>
      <w:r>
        <w:rPr>
          <w:b/>
        </w:rPr>
        <w:t xml:space="preserve">[45:02] </w:t>
      </w:r>
      <w:r>
        <w:t>woh woh spirit jab aa jaye to aap ek aap ke andar ek naya insaan emerge karega woh spirit jab aa jaye to ek naya insaan emerge karega aap ke andar</w:t>
      </w:r>
    </w:p>
    <w:p>
      <w:pPr>
        <w:jc w:val="right"/>
      </w:pPr>
      <w:r>
        <w:t>وہ وہ اسپرٹ جب ا جائے تو اپ ایک اپ کے اندر ایک نیا انسان ایمرج کرے گا وہ اسپرٹ جب ا جائے تو ایک نیا انسان ایمرج کرے گا اپ کے اندر</w:t>
      </w:r>
    </w:p>
    <w:p>
      <w:r>
        <w:rPr>
          <w:b/>
        </w:rPr>
        <w:t xml:space="preserve">[45:15] </w:t>
      </w:r>
      <w:r>
        <w:t>masjid se aap ek naye insaan ban kar niklenge ek taraf aap ka mind aur aap ka dil thrilling se khuda ke khuda ke shukr se ek thrilling ka jazba le kar laut raha hoga</w:t>
      </w:r>
    </w:p>
    <w:p>
      <w:pPr>
        <w:jc w:val="right"/>
      </w:pPr>
      <w:r>
        <w:t>مسجد سے اپ ایک نئے انسان بن کر نکلیں گے ایک طرف اپ کا مائنڈ اور اپ کا دل تھرلنگ سے خدا کے خدا کے شکر سے ایک تھرلنگ کا جذبہ لے کر لوٹ رہا ہوگا</w:t>
      </w:r>
    </w:p>
    <w:p>
      <w:r>
        <w:rPr>
          <w:b/>
        </w:rPr>
        <w:t xml:space="preserve">[45:35] </w:t>
      </w:r>
      <w:r>
        <w:t>khuda ki nemat ke ehsaas se aap aap khuda ki nemat ka ehsaas aap ke seene mein ek samandar ban kar mojzan ho jayega aur doosri taraf insaan ke baare mein ke aye insaan hum to is ko acknowledge karte hain insaan se pyar jaagega insaan se mohabbat jaagegi saare insaanon ko apna samjhenge apna</w:t>
      </w:r>
    </w:p>
    <w:p>
      <w:pPr>
        <w:jc w:val="right"/>
      </w:pPr>
      <w:r>
        <w:t>خدا کی نعمت کے احساس سے اپ اپ خدا کی نعمت کا احساس اپ کے سینے میں ایک سمندر بن کر موجزن ہو جائے گا اور دوسری طرف انسان کے بارے میں کہ اے انسان ہم تو اس کو اکنالج کرتے ہیں انسان سے پیار جاگے گا انسان سے محبت جاگے گی سارے انسانوں کو اپنا سمجھیں گے اپنا</w:t>
      </w:r>
    </w:p>
    <w:p>
      <w:r>
        <w:rPr>
          <w:b/>
        </w:rPr>
        <w:t xml:space="preserve">[46:02] </w:t>
      </w:r>
      <w:r>
        <w:t>aap dekhen family mein ek kamane wala hai ek earning member hai woh kama kar lata hai aap ko paisa deta hai aur ghar chal raha hai to saare family wale is ka shukr karte hain yaani family mein das aadmi hain koi boodha hai koi bachcha hai koi aurat hai ek aadmi hai jo kama kar lata hai lakh rupay mahina to saare log is ka shukr karte hain sab ke dil mein is ke ehsaan ka jazba hota hai</w:t>
      </w:r>
    </w:p>
    <w:p>
      <w:pPr>
        <w:jc w:val="right"/>
      </w:pPr>
      <w:r>
        <w:t>اپ دیکھیں فیملی میں ایک کمانے والا ہے ایک اڈنی ممبر ہے وہ کما کر لاتا ہے اپ کو پیسہ دیتا ہے اور گھر چل رہا ہے تو سارے فیملی والے اس کا شکر کرتے ہیں یعنی فیملی میں دس ادمی ہیں کوئی بوڑھا ہے کوئی بچہ ہے کوئی عورت ہے ایک ادمی ہے جو کما کر لاتا ہے لاکھ روپے مہینہ تو سارے لوگ اس کا شکر کرتے ہیں سب کے دل میں اس کے احسان کا جذبہ ہوتا ہے</w:t>
      </w:r>
    </w:p>
    <w:p>
      <w:r>
        <w:rPr>
          <w:b/>
        </w:rPr>
        <w:t xml:space="preserve">[46:27] </w:t>
      </w:r>
      <w:r>
        <w:t>is se billion time zyada aap ke andar ehsaas hona chahiye humanity ka humanity ka</w:t>
      </w:r>
    </w:p>
    <w:p>
      <w:pPr>
        <w:jc w:val="right"/>
      </w:pPr>
      <w:r>
        <w:t>اس سے بلین ٹائم زیادہ اپ کے اندر احساس ہونا چاہیے ہیومینٹی کا ہیومینٹی کا</w:t>
      </w:r>
    </w:p>
    <w:p>
      <w:r>
        <w:rPr>
          <w:b/>
        </w:rPr>
        <w:t xml:space="preserve">[46:36] </w:t>
      </w:r>
      <w:r>
        <w:t>yaani das aadmi ki family mein ek aadmi earning member hai aur har mahine kama kar lakh rupay lata hai is se aap ke ghar ka kaam chalta hai to aap sab log is ko acknowledge karte hain sab log is ke ehsaan mein doobe rehte hain</w:t>
      </w:r>
    </w:p>
    <w:p>
      <w:pPr>
        <w:jc w:val="right"/>
      </w:pPr>
      <w:r>
        <w:t>یعنی دس ادمی کی فیملی میں ایک ادمی ارننگ ممبر ہے اور ہر مہینے کما کر لاکھ روپے لاتا ہے اس سے اپ کے گھر کا کام چلتا ہے تو اپ سب لوگ اس کو اکنالج کرتے ہیں سب لوگ اس کے احسان میں ڈوبے رہتے ہیں</w:t>
      </w:r>
    </w:p>
    <w:p>
      <w:r>
        <w:rPr>
          <w:b/>
        </w:rPr>
        <w:t xml:space="preserve">[46:51] </w:t>
      </w:r>
      <w:r>
        <w:t>main kehta hoon ke is se billion time zyada bada contribution humanity ka hai humanity ka hai insani civilization ka hai</w:t>
      </w:r>
    </w:p>
    <w:p>
      <w:pPr>
        <w:jc w:val="right"/>
      </w:pPr>
      <w:r>
        <w:t>میں کہتا ہوں کہ اس سے بلین ٹائم زیادہ بڑا کنٹریبیوشن ہیومینٹی کا ہے ہیومینٹی کا ہے انسانی سویلائزیشن کا ہے</w:t>
      </w:r>
    </w:p>
    <w:p>
      <w:r>
        <w:rPr>
          <w:b/>
        </w:rPr>
        <w:t xml:space="preserve">[47:07] </w:t>
      </w:r>
      <w:r>
        <w:t>to ek taraf insaan ko raat din yeh ehsaas hona chahiye ke khuda ka life support system agar na ho to main duniya mein zinda nahi reh sakta</w:t>
      </w:r>
    </w:p>
    <w:p>
      <w:pPr>
        <w:jc w:val="right"/>
      </w:pPr>
      <w:r>
        <w:t>تو ایک طرف انسان کو رات دن یہ احساس ہونا چاہیے کہ خدا کا لائف سپورٹ سسٹم اگر نہ ہو تو میں دنیا میں زندہ نہیں رہ سکتا</w:t>
      </w:r>
    </w:p>
    <w:p>
      <w:r>
        <w:rPr>
          <w:b/>
        </w:rPr>
        <w:t xml:space="preserve">[47:19] </w:t>
      </w:r>
      <w:r>
        <w:t>ek taraf musalsal is ko yaad karte rehna chahiye remind karte rehna chahiye recall karte rehna chahiye ke khuda ka jo life support system hai is ke baghair main kuch bhi nahi aur doosri taraf yeh bhi sochte rehna chahiye bada bar bar ke insaan ka jo civilizational contribution hai woh agar na hota to main kya hota</w:t>
      </w:r>
    </w:p>
    <w:p>
      <w:pPr>
        <w:jc w:val="right"/>
      </w:pPr>
      <w:r>
        <w:t>ایک طرف مسلسل اس کو یاد کرتے رہنا چاہیے ریمائنڈ کرتے رہنا چاہیے ریکال کرتے رہنا چاہیے کہ خدا کا جو لائف سپورٹ سسٹم ہے اس کے بغیر میں کچھ بھی نہیں اور دوسری طرف یہ بھی سوچتے رہنا چاہیے بڑا بار بار کہ انسان کا جو سویلائزیشنل کنٹریبیوشن ہے وہ اگر نہ ہوتا تو میں کیا ہوتا</w:t>
      </w:r>
    </w:p>
    <w:p>
      <w:r>
        <w:rPr>
          <w:b/>
        </w:rPr>
        <w:t xml:space="preserve">[47:46] </w:t>
      </w:r>
      <w:r>
        <w:t>main khud apne bachpan mein main ne dekha hai ke lakdi ke bartan hota tha jis mein aadmi pani peeta tha lakdi ka</w:t>
      </w:r>
    </w:p>
    <w:p>
      <w:pPr>
        <w:jc w:val="right"/>
      </w:pPr>
      <w:r>
        <w:t>میں خود اپنے بچپن میں میں نے دیکھا ہے کہ لکڑی کے برتن ہوتا تھا جس میں ادمی پانی پیتا تھا لکڑی کا</w:t>
      </w:r>
    </w:p>
    <w:p>
      <w:r>
        <w:rPr>
          <w:b/>
        </w:rPr>
        <w:t xml:space="preserve">[47:56] </w:t>
      </w:r>
      <w:r>
        <w:t>is se pehle aap chale jaiye to pathar ka insaan banata tha pyala insaan pathar ke pyale banata tha is pathar ke pyale mein woh pani peeta tha main ne aise bhi dekha hai ke ke pathar bhi nahi hai to haath se pani peete the aise aise haath se pani peete the</w:t>
      </w:r>
    </w:p>
    <w:p>
      <w:pPr>
        <w:jc w:val="right"/>
      </w:pPr>
      <w:r>
        <w:t>اس سے پہلے اپ چلے جائیے تو پتھر کا انسان بناتا تھا پیالہ انسان پتھر کے پیالے بناتا تھا اس پتھر کے پیالے میں وہ پانی پیتا تھا میں نے ایسے بھی دیکھا ہے کہ کہ پتھر بھی نہیں ہے تو ہاتھ سے پانی پیتے تھے ایسے ایسے ہاتھ سے پانی پیتے تھے</w:t>
      </w:r>
    </w:p>
    <w:p>
      <w:r>
        <w:rPr>
          <w:b/>
        </w:rPr>
        <w:t xml:space="preserve">[48:13] </w:t>
      </w:r>
      <w:r>
        <w:t>to insaan ne chashma gir raha hai aise haath mein pani liya aur ise pi liya phir insaan ne pathar ka banaya phir insaan ne lakdi ka banaya phir kitne din lag gaye phir lohe ka banaya kitne din lag gaye yeh pata karne mein ke silica jo hai us ko hum dhal sakte hain shishe mein phir yeh yeh bhi kitne din lag gaye us ko us ka poori science develop karne mein</w:t>
      </w:r>
    </w:p>
    <w:p>
      <w:pPr>
        <w:jc w:val="right"/>
      </w:pPr>
      <w:r>
        <w:t>تو انسان نے چشمہ گر رہا ہے ایسے ہاتھ میں پانی لیا اور اسے پی لیا پھر انسان نے پتھر کا بنایا پھر انسان نے لکڑی کا بنایا پھر کتنے دن لگ گئے پھر لوہے کا بنایا کتنے دن لگ گئے یہ پتہ کرنے میں کہ سلیکا جو ہے اس کو ہم ڈھال سکتے ہیں شیشے میں پھر یہ یہ بھی کتنے دن لگ گئے اس کو اس کا پوری سائنس ڈیولپ کرنے میں</w:t>
      </w:r>
    </w:p>
    <w:p>
      <w:r>
        <w:rPr>
          <w:b/>
        </w:rPr>
        <w:t xml:space="preserve">[48:42] </w:t>
      </w:r>
      <w:r>
        <w:t>yeh to ek shishe ki baat hai ab hazaron haz jo item roz aap istemal karte hain un sab ke sath mamla yahi hai har cheez jo hai bahut dinon ke process ke baad is shakal mein bani hai jise aaj aap us ko istemal karte hain chahe kapda ho chahe ghar ho koi bhi cheez ho kehte hain ke ek sui bhi ho</w:t>
      </w:r>
    </w:p>
    <w:p>
      <w:pPr>
        <w:jc w:val="right"/>
      </w:pPr>
      <w:r>
        <w:t>یہ تو ایک شیشے کی بات ہے اب ہزاروں ہزار جو ائٹم روز اپ استعمال کرتے ہیں ان سب کے ساتھ معاملہ یہی ہے ہر چیز جو ہے بہت دنوں کے پروسیس کے بعد اس شکل میں بنی ہے جسے اج اپ اس کو استعمال کرتے ہیں چاہے کپڑا ہو چاہے گھر ہو کوئی بھی چیز ہو کہتے ہیں کہ ایک سوئی بھی ہو</w:t>
      </w:r>
    </w:p>
    <w:p>
      <w:r>
        <w:rPr>
          <w:b/>
        </w:rPr>
        <w:t xml:space="preserve">[49:10] </w:t>
      </w:r>
      <w:r>
        <w:t>lambi muddat ke research koshish sacrifice mehnat ke baad bankar tayyar hui hai jis ko aap aaj birth kar rahe hain to aap le lete hain us ko for granted le lete hain log us ko for granted liye hue hain jaise shishe glass le kar aap pani piyenge to for granted le lenge pani ko bhi aur glass ko bhi</w:t>
      </w:r>
    </w:p>
    <w:p>
      <w:pPr>
        <w:jc w:val="right"/>
      </w:pPr>
      <w:r>
        <w:t>لمبی مدت کے ریسرچ کوشش سیکریفائس محنت کے بعد بن کر تیار ہوئی ہے جس کو اپ اج برتھ کر رہے ہیں تو اپ لے لیتے ہیں اس کو فار گرانٹڈ لے لیتے ہیں لوگ اس کو فار گرانٹڈ لیے ہوئے ہیں جیسے شیشے گلاس لے کر اپ پانی پیئیں گے تو فار گرانٹڈ لے لیں گے پانی کو بھی اور گلاس کو بھی</w:t>
      </w:r>
    </w:p>
    <w:p>
      <w:r>
        <w:rPr>
          <w:b/>
        </w:rPr>
        <w:t xml:space="preserve">[49:34] </w:t>
      </w:r>
      <w:r>
        <w:t>to kuch bhi nahi hoga</w:t>
      </w:r>
    </w:p>
    <w:p>
      <w:pPr>
        <w:jc w:val="right"/>
      </w:pPr>
      <w:r>
        <w:t>تو کچھ بھی نہیں ہوگا</w:t>
      </w:r>
    </w:p>
    <w:p>
      <w:r>
        <w:rPr>
          <w:b/>
        </w:rPr>
        <w:t xml:space="preserve">[49:37] </w:t>
      </w:r>
      <w:r>
        <w:t>to main ne aap ke samne yeh hadith padhi hai man lamshkur alnnas lamshkur Allah jo insaan ka shukr na kare woh khuda ka shukr bhi nahi karega yaani jo insaan ke ko acknowledge na kare woh khuda ko bhi acknowledge nahi karega lekin acknowledge karna kaise hota hai agar aap cheezon ko for granted lete lete rahein to koi bhi spirit nahi jaagegi aap ke andar kuch bhi nahi</w:t>
      </w:r>
    </w:p>
    <w:p>
      <w:pPr>
        <w:jc w:val="right"/>
      </w:pPr>
      <w:r>
        <w:t>تو میں نے اپ کے سامنے یہ حدیث پڑھی ہے من لمشکر الناس لمشکر اللہ جو انسان کا شکر نہ کرے وہ خدا کا شکر بھی نہیں کرے گا یعنی جو انسان کے کو اکنالج نہ کرے وہ خدا کو بھی اکنالج نہیں کرے گا لیکن اکنالج کرنا کیسے ہوتا ہے اگر اپ چیزوں کو فار گرانٹڈ لیتے لیتے رہیں تو کوئی بھی اسپرٹ نہیں جاگے گی اپ کے اندر کچھ بھی نہیں</w:t>
      </w:r>
    </w:p>
    <w:p>
      <w:r>
        <w:rPr>
          <w:b/>
        </w:rPr>
        <w:t xml:space="preserve">[50:06] </w:t>
      </w:r>
      <w:r>
        <w:t>animal ki tarah rahenge jab sochenge apne mind ko activate karenge tab pata chalega ke khuda ka life support system kitni badi cheez hai yaani universal level par khuda ne ek life support system banaya hai</w:t>
      </w:r>
    </w:p>
    <w:p>
      <w:pPr>
        <w:jc w:val="right"/>
      </w:pPr>
      <w:r>
        <w:t>اینیمل کی طرح رہیں گے جب سوچیں گے اپنے مائنڈ کو ایکٹیویٹ کریں گے تب پتہ چلے گا کہ خدا کا لائف سپورٹ سسٹم کتنی بڑی چیز ہے یعنی یونیورسل لیول پر خدا نے ایک لائف سپورٹ سسٹم بنایا ہے</w:t>
      </w:r>
    </w:p>
    <w:p>
      <w:r>
        <w:rPr>
          <w:b/>
        </w:rPr>
        <w:t xml:space="preserve">[50:22] </w:t>
      </w:r>
      <w:r>
        <w:t>mere liye is ki wajah se mein dunya mein jee raha hoon aur doosri taraf civilization jo insan</w:t>
      </w:r>
    </w:p>
    <w:p>
      <w:pPr>
        <w:jc w:val="right"/>
      </w:pPr>
      <w:r>
        <w:t>میرے لیے اس کی وجہ سے میں دنیا میں جی رہا ہوں اور دوسری طرف سویلائزیشن جو انسان</w:t>
      </w:r>
    </w:p>
    <w:p>
      <w:r>
        <w:rPr>
          <w:b/>
        </w:rPr>
        <w:t xml:space="preserve">[50:28] </w:t>
      </w:r>
      <w:r>
        <w:t>ki hai is ne</w:t>
      </w:r>
    </w:p>
    <w:p>
      <w:pPr>
        <w:jc w:val="right"/>
      </w:pPr>
      <w:r>
        <w:t>کی ہے اس نے</w:t>
      </w:r>
    </w:p>
    <w:p>
      <w:r>
        <w:rPr>
          <w:b/>
        </w:rPr>
        <w:t xml:space="preserve">[50:31] </w:t>
      </w:r>
      <w:r>
        <w:t>hazaron saal ke andar</w:t>
      </w:r>
    </w:p>
    <w:p>
      <w:pPr>
        <w:jc w:val="right"/>
      </w:pPr>
      <w:r>
        <w:t>ہزاروں سال کے اندر</w:t>
      </w:r>
    </w:p>
    <w:p>
      <w:r>
        <w:rPr>
          <w:b/>
        </w:rPr>
        <w:t xml:space="preserve">[50:34] </w:t>
      </w:r>
      <w:r>
        <w:t>aik effort jari rakhi aik struggle jari rakhi</w:t>
      </w:r>
    </w:p>
    <w:p>
      <w:pPr>
        <w:jc w:val="right"/>
      </w:pPr>
      <w:r>
        <w:t>ایک ایفرٹ جاری رکھی ایک سٹرگل جاری رکھی</w:t>
      </w:r>
    </w:p>
    <w:p>
      <w:r>
        <w:rPr>
          <w:b/>
        </w:rPr>
        <w:t xml:space="preserve">[50:38] </w:t>
      </w:r>
      <w:r>
        <w:t>yahan tak ke woh cheezein hamein dein jis mein jis ko le kar ke hum aaj aik mutamdin</w:t>
      </w:r>
    </w:p>
    <w:p>
      <w:pPr>
        <w:jc w:val="right"/>
      </w:pPr>
      <w:r>
        <w:t>یہاں تک کہ وہ چیزیں ہمیں دیں جس میں جس کو لے کر کے ہم اج ایک متمدن</w:t>
      </w:r>
    </w:p>
    <w:p>
      <w:r>
        <w:rPr>
          <w:b/>
        </w:rPr>
        <w:t xml:space="preserve">[50:47] </w:t>
      </w:r>
      <w:r>
        <w:t>zindagi guzar rahe hain</w:t>
      </w:r>
    </w:p>
    <w:p>
      <w:pPr>
        <w:jc w:val="right"/>
      </w:pPr>
      <w:r>
        <w:t>زندگی گزار رہے ہیں</w:t>
      </w:r>
    </w:p>
    <w:p>
      <w:r>
        <w:rPr>
          <w:b/>
        </w:rPr>
        <w:t xml:space="preserve">[50:52] </w:t>
      </w:r>
      <w:r>
        <w:t>to yeh hai</w:t>
      </w:r>
    </w:p>
    <w:p>
      <w:pPr>
        <w:jc w:val="right"/>
      </w:pPr>
      <w:r>
        <w:t>تو یہ ہے</w:t>
      </w:r>
    </w:p>
    <w:p>
      <w:r>
        <w:rPr>
          <w:b/>
        </w:rPr>
        <w:t xml:space="preserve">[50:54] </w:t>
      </w:r>
      <w:r>
        <w:t>woh lamashkur linnas lamashkur Allah</w:t>
      </w:r>
    </w:p>
    <w:p>
      <w:pPr>
        <w:jc w:val="right"/>
      </w:pPr>
      <w:r>
        <w:t>ون لمشکر الناس لمشکر اللہ</w:t>
      </w:r>
    </w:p>
    <w:p>
      <w:r>
        <w:rPr>
          <w:b/>
        </w:rPr>
        <w:t xml:space="preserve">[50:58] </w:t>
      </w:r>
      <w:r>
        <w:t>ke spirit agar hogi sachi spirit to aadmi Khuda ko bhi acknowledge karega aur insaan ko bhi</w:t>
      </w:r>
    </w:p>
    <w:p>
      <w:pPr>
        <w:jc w:val="right"/>
      </w:pPr>
      <w:r>
        <w:t>کہ اسپرٹ اگر ہوگی سچی اسپرٹ تو ادمی خدا کو بھی اکنالج کرے گا اور انسان کو بھی</w:t>
      </w:r>
    </w:p>
    <w:p>
      <w:r>
        <w:rPr>
          <w:b/>
        </w:rPr>
        <w:t xml:space="preserve">[51:03] </w:t>
      </w:r>
      <w:r>
        <w:t>acknowledge karega aur spirit nahi hogi to na Khuda ko acknowledge karega na insaan ko acknowledge</w:t>
      </w:r>
    </w:p>
    <w:p>
      <w:pPr>
        <w:jc w:val="right"/>
      </w:pPr>
      <w:r>
        <w:t>اکنالج کرے گا اور اسپرٹ نہیں ہوگی تو نہ خدا کو اکنالج کرے گا نہ انسان کو اکنالج</w:t>
      </w:r>
    </w:p>
    <w:p>
      <w:r>
        <w:rPr>
          <w:b/>
        </w:rPr>
        <w:t xml:space="preserve">[51:08] </w:t>
      </w:r>
      <w:r>
        <w:t>karega aur isi ki training har din ki aati hai namaz mein</w:t>
      </w:r>
    </w:p>
    <w:p>
      <w:pPr>
        <w:jc w:val="right"/>
      </w:pPr>
      <w:r>
        <w:t>کرے گا اور اسی کی ٹریننگ ہر دن کی اتی ہے نماز میں</w:t>
      </w:r>
    </w:p>
    <w:p>
      <w:r>
        <w:rPr>
          <w:b/>
        </w:rPr>
        <w:t xml:space="preserve">[51:15] </w:t>
      </w:r>
      <w:r>
        <w:t>paanch waqt namaz mein</w:t>
      </w:r>
    </w:p>
    <w:p>
      <w:pPr>
        <w:jc w:val="right"/>
      </w:pPr>
      <w:r>
        <w:t>پانچ وقت نماز میں</w:t>
      </w:r>
    </w:p>
    <w:p>
      <w:r>
        <w:rPr>
          <w:b/>
        </w:rPr>
        <w:t xml:space="preserve">[51:18] </w:t>
      </w:r>
      <w:r>
        <w:t>jaisa ke maine arz kiya ke namaz shuru karte hain aap Allahu Akbar keh kar ke</w:t>
      </w:r>
    </w:p>
    <w:p>
      <w:pPr>
        <w:jc w:val="right"/>
      </w:pPr>
      <w:r>
        <w:t>جیسا کہ میں نے عرض کیا کہ نماز شروع کرتے ہیں اپ اللہ اکبر کہہ کر کے</w:t>
      </w:r>
    </w:p>
    <w:p>
      <w:r>
        <w:rPr>
          <w:b/>
        </w:rPr>
        <w:t xml:space="preserve">[51:23] </w:t>
      </w:r>
      <w:r>
        <w:t>is mein aap ne acknowledge kiya khuda ke life support system ko khud khuda hai to kitna bada hai ke tu ne kya kya cheezein hamein dein agar woh cheezein na deti na hoti agar yeh cheezein to na deta to hum kuch bhi nahi the</w:t>
      </w:r>
    </w:p>
    <w:p>
      <w:pPr>
        <w:jc w:val="right"/>
      </w:pPr>
      <w:r>
        <w:t>اس میں اپ نے اکنالج کیا خدا کے لائف سپورٹ سسٹم کو خود خدا ہے تو کتنا بڑا ہے کہ تو نے کیا کیا چیزیں ہمیں دیں اگر وہ چیزیں نہ دیتی نہ ہوتی اگر یہ چیزیں تو نہ دیتا تو ہم کچھ بھی نہیں تھے</w:t>
      </w:r>
    </w:p>
    <w:p>
      <w:r>
        <w:rPr>
          <w:b/>
        </w:rPr>
        <w:t xml:space="preserve">[51:41] </w:t>
      </w:r>
      <w:r>
        <w:t>aur doosri taraf aap acknowledge karte hain insaan ko ke civilizational process jo hai woh jo hai hazaron saal chal raha hai is ki wajah se mujhe sab cheezein mili hui hain</w:t>
      </w:r>
    </w:p>
    <w:p>
      <w:pPr>
        <w:jc w:val="right"/>
      </w:pPr>
      <w:r>
        <w:t>اور دوسری طرف اپ اکنالج کرتے ہیں انسان کو کہ سویلائزیشنل پروسیس جو ہے وہ جو ہے ہزاروں سال چل رہا ہے اس کی وجہ سے مجھے سب چیزیں ملی ہوئی ہیں</w:t>
      </w:r>
    </w:p>
    <w:p>
      <w:r>
        <w:rPr>
          <w:b/>
        </w:rPr>
        <w:t xml:space="preserve">[52:02] </w:t>
      </w:r>
      <w:r>
        <w:t>jaisa ke maine is se pehle maine ek taqreer mein kaha tha ke ek din mein apni</w:t>
      </w:r>
    </w:p>
    <w:p>
      <w:pPr>
        <w:jc w:val="right"/>
      </w:pPr>
      <w:r>
        <w:t>جیسا کہ میں اس سے پہلے میں نے ایک تقریر میں کہا تھا کہ ایک دن میں اپنی</w:t>
      </w:r>
    </w:p>
    <w:p>
      <w:r>
        <w:rPr>
          <w:b/>
        </w:rPr>
        <w:t xml:space="preserve">[52:08] </w:t>
      </w:r>
      <w:r>
        <w:t>gaadi par utra</w:t>
      </w:r>
    </w:p>
    <w:p>
      <w:pPr>
        <w:jc w:val="right"/>
      </w:pPr>
      <w:r>
        <w:t>گاڑی پر اترا</w:t>
      </w:r>
    </w:p>
    <w:p>
      <w:r>
        <w:rPr>
          <w:b/>
        </w:rPr>
        <w:t xml:space="preserve">[52:10] </w:t>
      </w:r>
      <w:r>
        <w:t>to meri gaadi choti gaadi hai aaj kal ke language mein small car to ittefaq se ek saheb</w:t>
      </w:r>
    </w:p>
    <w:p>
      <w:pPr>
        <w:jc w:val="right"/>
      </w:pPr>
      <w:r>
        <w:t>تو میری گاڑی چھوٹی گاڑی ہے اج کل کے لینگویج میں اسمال کار تو اتفاق سے ایک صاحب</w:t>
      </w:r>
    </w:p>
    <w:p>
      <w:r>
        <w:rPr>
          <w:b/>
        </w:rPr>
        <w:t xml:space="preserve">[52:16] </w:t>
      </w:r>
      <w:r>
        <w:t>aa gaye unhone kaha ke aap</w:t>
      </w:r>
    </w:p>
    <w:p>
      <w:pPr>
        <w:jc w:val="right"/>
      </w:pPr>
      <w:r>
        <w:t>ا گئے انہوں نے کہا کہ اپ</w:t>
      </w:r>
    </w:p>
    <w:p>
      <w:r>
        <w:rPr>
          <w:b/>
        </w:rPr>
        <w:t xml:space="preserve">[52:19] </w:t>
      </w:r>
      <w:r>
        <w:t>aap ko Khuda ne is qabil banaya hai ke aap badi gaadi mein safar karein to aap ke</w:t>
      </w:r>
    </w:p>
    <w:p>
      <w:pPr>
        <w:jc w:val="right"/>
      </w:pPr>
      <w:r>
        <w:t>اپ کو خدا نے اس قابل بنایا ہے کہ اپ بڑی گاڑی میں سفر کریں تو اپ کے</w:t>
      </w:r>
    </w:p>
    <w:p>
      <w:r>
        <w:rPr>
          <w:b/>
        </w:rPr>
        <w:t xml:space="preserve">[52:23] </w:t>
      </w:r>
      <w:r>
        <w:t>liye choti gaadi mein safar karna theek nahi hai aap badi gaadi le lijiye</w:t>
      </w:r>
    </w:p>
    <w:p>
      <w:pPr>
        <w:jc w:val="right"/>
      </w:pPr>
      <w:r>
        <w:t>لیے چھوٹی گاڑی میں سفر کرنا ٹھیک نہیں ہے اپ بڑی گاڑی لے لیجئے</w:t>
      </w:r>
    </w:p>
    <w:p>
      <w:r>
        <w:rPr>
          <w:b/>
        </w:rPr>
        <w:t xml:space="preserve">[52:30] </w:t>
      </w:r>
      <w:r>
        <w:t>to meri aankhon mein aansu aa gaye</w:t>
      </w:r>
    </w:p>
    <w:p>
      <w:pPr>
        <w:jc w:val="right"/>
      </w:pPr>
      <w:r>
        <w:t>تو میری انکھوں میں انسو ا گئے</w:t>
      </w:r>
    </w:p>
    <w:p>
      <w:r>
        <w:rPr>
          <w:b/>
        </w:rPr>
        <w:t xml:space="preserve">[52:33] </w:t>
      </w:r>
      <w:r>
        <w:t>main ne kaha ke main to kya ek badshah bhi is qabil nahi ke zameen par paidal bhi chal sake ek badshah bhi meri kya haqeeqat hai kyun khuda ne zameen mein gravity na rakhi hoti to aap ki car chal sakti hai aap ki car hawa maregi</w:t>
      </w:r>
    </w:p>
    <w:p>
      <w:pPr>
        <w:jc w:val="right"/>
      </w:pPr>
      <w:r>
        <w:t>میں نے کہا کہ میں تو کیا ایک بادشاہ بھی اس قابل نہیں کہ زمین پر پیدل بھی چل سکے ایک بادشاہ بھی میری کیا حقیقت ہے کیوں خدا نے زمین میں گریوٹی نہ رکھی ہوتی تو اپ کی کار چل سکتی ہے اپ کی کار ہوا موڑے گی</w:t>
      </w:r>
    </w:p>
    <w:p>
      <w:r>
        <w:rPr>
          <w:b/>
        </w:rPr>
        <w:t xml:space="preserve">[52:54] </w:t>
      </w:r>
      <w:r>
        <w:t>khuda ne zameen mein ek bahut hi bahut hi right proportion mein gravity rakhi hai quwwat e kashish bahut hi right proportion mein is wajah se aap ki carain daudti hain aap aap ki trainain daudti hain aap ise chalte phirte hain is ke upar khuda kuch na kare kuch na kare sirf is ko wapas le le to aap ka kya haal hoga</w:t>
      </w:r>
    </w:p>
    <w:p>
      <w:pPr>
        <w:jc w:val="right"/>
      </w:pPr>
      <w:r>
        <w:t>خدا نے زمین میں ایک بہت ہی بہت ہی رائٹ پروپورشن میں گریوٹی رکھی ہے قوت کشش بہت ہی رائٹ پروپورشن میں اس وجہ سے اپ کی کاریں دوڑتی ہیں اپ اپ کی ٹرینیں دوڑتی ہیں اپ اسے چلتے پھرتے ہیں اس کے اوپر خدا کچھ نہ کرے کچھ نہ کرے صرف اس کو واپس لے لے تو اپ کا کیا حال ہوگا</w:t>
      </w:r>
    </w:p>
    <w:p>
      <w:r>
        <w:rPr>
          <w:b/>
        </w:rPr>
        <w:t xml:space="preserve">[53:18] </w:t>
      </w:r>
      <w:r>
        <w:t>main ne socha ke insaan jo chalta hai zameen par to do cheezein us ko musalsal taur par support mein rehti hain warna sokhi patti ki tarah ude woh chal na sake woh</w:t>
      </w:r>
    </w:p>
    <w:p>
      <w:pPr>
        <w:jc w:val="right"/>
      </w:pPr>
      <w:r>
        <w:t>میں نے سوچا کہ انسان جو چلتا ہے زمین پر تو دو چیزیں اس کو مسلسل طور پر سپورٹ میں رہتی ہیں ورنہ سوکھی پتی کی طرح اڑے وہ چل نہ سکے وہ</w:t>
      </w:r>
    </w:p>
    <w:p>
      <w:r>
        <w:rPr>
          <w:b/>
        </w:rPr>
        <w:t xml:space="preserve">[53:34] </w:t>
      </w:r>
      <w:r>
        <w:t>ek taraf upar se hawa ka dabao hawa charon taraf se use dabaye hue hai jis tarah se aap pani mein agar hon aap nadi mein nahane ke liye jayein is mein pani mein agar aap hon to charon taraf se pani aap ko rehta hai aap ki charon taraf aap ki body ke charon taraf to hawa jo 500 mile tak hai 500 mile tak upar hai woh pure hawa ka dabao aap ko charon taraf se rehta hai is liye aap phir phirte hain zameen ke upar</w:t>
      </w:r>
    </w:p>
    <w:p>
      <w:pPr>
        <w:jc w:val="right"/>
      </w:pPr>
      <w:r>
        <w:t>ایک طرف اوپر سے ہوا کا دباؤ ہوا چاروں طرف سے اسے دبائے ہوئے ہے جس طرح سے اپ پانی میں اگر ہوں اپ ندی میں نہانے کے لیے جائیں اس میں پانی میں اگر اپ ہوں تو چاروں طرف سے پانی اپ کو رہتا ہے اپ کی چاروں طرف اپ کی باڈی کے چاروں طرف تو ہوا جو 500 میل تک ہے 500 مائل تک اوپر ہے وہ پورے ہوا کا دباؤ اپ کو چاروں طرف سے رہتا ہے اس لیے اپ پھیر پھیرتے ہیں زمین کے اوپر</w:t>
      </w:r>
    </w:p>
    <w:p>
      <w:r>
        <w:rPr>
          <w:b/>
        </w:rPr>
        <w:t xml:space="preserve">[54:03] </w:t>
      </w:r>
      <w:r>
        <w:t>dosri taraf zameen ki jo gravity hai kashish woh ap ko kheenche rehti hai agar hawa ka dabao na ho aur gravity na ho to ap kahan car kahan dorayenge phir to ap ki car patang ki tarah uregi idhar udhar ap ki car patang ki tarah uregi ap khud patang ki tarah urenge</w:t>
      </w:r>
    </w:p>
    <w:p>
      <w:pPr>
        <w:jc w:val="right"/>
      </w:pPr>
      <w:r>
        <w:t>دوسری طرف زمین کی جو گریوٹی ہے کشش وہ اپ کو کھینچے رہتی ہے اگر ہوا کا دباؤ نہ ہو اور گریوٹی نہ ہو تو اپ کہاں کار کہاں دوڑائیں گے پھر تو اپ کی کار پتنگ کی طرح اڑے گی ادھر ادھر اپ کی کار پتنگ کی طرح اڑے گی اپ خود پتنگ کی طرح اڑیں گے</w:t>
      </w:r>
    </w:p>
    <w:p>
      <w:r>
        <w:rPr>
          <w:b/>
        </w:rPr>
        <w:t xml:space="preserve">[54:25] </w:t>
      </w:r>
      <w:r>
        <w:t>to agar aadmi yeh soche ke khuda ne kitna bara system banaya hai to paon zameen par rakhte hue woh is ko dar lagega</w:t>
      </w:r>
    </w:p>
    <w:p>
      <w:pPr>
        <w:jc w:val="right"/>
      </w:pPr>
      <w:r>
        <w:t>تو اگر ادمی یہ سوچے کہ خدا نے کتنا بڑا سسٹم بنایا ہے تو پاؤں زمین پر رکھتے ہوئے وہ اس کو ڈر لگے گا</w:t>
      </w:r>
    </w:p>
    <w:p>
      <w:r>
        <w:rPr>
          <w:b/>
        </w:rPr>
        <w:t xml:space="preserve">[54:38] </w:t>
      </w:r>
      <w:r>
        <w:t>khuda ka ehsan se itna dab jayega woh aadmi khuda ki blessing se itna dab jayega woh ke nangay paon chalte hue bhi use dar maloom hoga ke khuda pakar na le is ko</w:t>
      </w:r>
    </w:p>
    <w:p>
      <w:pPr>
        <w:jc w:val="right"/>
      </w:pPr>
      <w:r>
        <w:t>خدا کا احسان سے اتنا دب جائے گا وہ ادمی خدا کی بلیسنگ سے اتنا دب جائے گا وہ کہ ننگے پاؤں چلتے ہوئے بھی اسے ڈر معلوم ہوگا کہ خدا پکڑ نہ لے اس کو</w:t>
      </w:r>
    </w:p>
    <w:p>
      <w:r>
        <w:rPr>
          <w:b/>
        </w:rPr>
        <w:t xml:space="preserve">[54:51] </w:t>
      </w:r>
      <w:r>
        <w:t>to jo log is tarah ke baatein sochte hain unhein pata hi nahi hai ke yeh khuda ki blessing hai yeh khuda ka life support system hai to log na to khuda ke bare mein sochte na insan ke bare mein sochte agar ap insan ka jo contribution hai ap ki zindagi mein is ko ap soche to kabhi bhi insan se hate na karein ap kabhi bhi insan se nafrat na karein ap kabhi bhi aisa nahi ho sakta</w:t>
      </w:r>
    </w:p>
    <w:p>
      <w:pPr>
        <w:jc w:val="right"/>
      </w:pPr>
      <w:r>
        <w:t>تو جو لوگ اس طرح کے باتیں سوچتے ہیں انہیں پتہ ہی نہیں ہے کہ یہ خدا کی بلیسنگ ہے یہ خدا کا لائف سپورٹ سسٹم ہے تو لوگ نہ تو خدا کے بارے میں سوچتے نہ انسان کے بارے میں سوچتے اگر اپ انسان کا جو کنٹریبیوشن ہے اپ کی زندگی میں اس کو اپ سوچیں تو کبھی بھی انسان سے ہیٹ نہ کریں اپ کبھی بھی انسان سے نفرت نہ کریں اپ کبھی بھی ایسا نہیں ہو سکتا</w:t>
      </w:r>
    </w:p>
    <w:p>
      <w:r>
        <w:rPr>
          <w:b/>
        </w:rPr>
        <w:t xml:space="preserve">[55:20] </w:t>
      </w:r>
      <w:r>
        <w:t>ap ke maa aur baap se ap ko pyar hota hai jis ko dekhiye woh apni maa aur baap ke pyar mein jeeta hai main kehta hoon ke maa ke maa maa maa ka jo deen hai ap ka maa aur baap se jo kuch mila hai ap ko use billion time diya hai ap ko insaniyat ne billion times diya hai ap ko insaniyat ne humanity ne</w:t>
      </w:r>
    </w:p>
    <w:p>
      <w:pPr>
        <w:jc w:val="right"/>
      </w:pPr>
      <w:r>
        <w:t>اپ کے ماں اور باپ سے اپ کو پیار ہوتا ہے جس کو دیکھیے وہ اپنی ماں اور باپ کے پیار میں جیتا ہے میں کہتا ہوں کہ ماں کے ماں ماں ماں کا جو دین ہے اپ کا ماں اور باپ سے جو کچھ ملا ہے اپ کو اسے بلین ٹائم دیا ہے اپ کو انسانیت نے بلین ٹائمز دیا ہے اپ کو انسانیت نے ہیومینٹی نے</w:t>
      </w:r>
    </w:p>
    <w:p>
      <w:r>
        <w:rPr>
          <w:b/>
        </w:rPr>
        <w:t xml:space="preserve">[55:43] </w:t>
      </w:r>
      <w:r>
        <w:t>to jitna pyar ap ko maa baap se hai is se billion time zyada pyar hona chahiye ap ko humanity se insaniyat se mankind se</w:t>
      </w:r>
    </w:p>
    <w:p>
      <w:pPr>
        <w:jc w:val="right"/>
      </w:pPr>
      <w:r>
        <w:t>تو جتنا پیار اپ کو ماں باپ سے ہے اس سے بلین ٹائم زیادہ پیار ہونا چاہیے اپ کو ہیومینٹی سے انسانیت سے مین کائنڈ سے</w:t>
      </w:r>
    </w:p>
    <w:p>
      <w:r>
        <w:rPr>
          <w:b/>
        </w:rPr>
        <w:t xml:space="preserve">[55:54] </w:t>
      </w:r>
      <w:r>
        <w:t>yeh sab jazbat jab aadmi ke andar honge tab woh is qabil hoga ke woh paradise mein dakhil kiya jaye unhein paradise ka darwaza is ke liye khulne wala nahi hai</w:t>
      </w:r>
    </w:p>
    <w:p>
      <w:pPr>
        <w:jc w:val="right"/>
      </w:pPr>
      <w:r>
        <w:t>یہ سب جذبات جب ادمی کے اندر ہوں گے تب وہ اس قابل ہوگا کہ وہ پیراڈائز میں داخل کیا جائے انہیں پیراڈائز کا دروازہ اس کے لیے کھلنے والا نہیں ہے</w:t>
      </w:r>
    </w:p>
    <w:p>
      <w:r>
        <w:rPr>
          <w:b/>
        </w:rPr>
        <w:t xml:space="preserve">[56:06] </w:t>
      </w:r>
      <w:r>
        <w:t>dekhiye quran mein ek ayat hai</w:t>
      </w:r>
    </w:p>
    <w:p>
      <w:pPr>
        <w:jc w:val="right"/>
      </w:pPr>
      <w:r>
        <w:t>دیکھیے قران میں ایک ایت ہے</w:t>
      </w:r>
    </w:p>
    <w:p>
      <w:r>
        <w:rPr>
          <w:b/>
        </w:rPr>
        <w:t xml:space="preserve">[56:11] </w:t>
      </w:r>
      <w:r>
        <w:t>la yasmauna fiha laghwun wala ta'thima illa qeelan salaman salaman</w:t>
      </w:r>
    </w:p>
    <w:p>
      <w:pPr>
        <w:jc w:val="right"/>
      </w:pPr>
      <w:r>
        <w:t>لا یسمعون فیہا لغوم ولا تعصیما الا قیرا سلام سلام</w:t>
      </w:r>
    </w:p>
    <w:p>
      <w:r>
        <w:rPr>
          <w:b/>
        </w:rPr>
        <w:t xml:space="preserve">[56:18] </w:t>
      </w:r>
      <w:r>
        <w:t>ke paradise mein har aadmi dosre ke liye salamat ke jazbe liye hue hoga dosre ke liye pyar ka jazba liye hue hoga dosre ke liye mohabbat ka jazba liye hue hoga yani dosre insano ke liye is ke andar kya hoga pyar mohabbat peace shanti</w:t>
      </w:r>
    </w:p>
    <w:p>
      <w:pPr>
        <w:jc w:val="right"/>
      </w:pPr>
      <w:r>
        <w:t>کہ پیراڈائز میں ہر ادمی دوسرے کے لیے سلامتی کے جذبے لیے ہوئے ہوگا دوسرے کے لیے پیار کا جذبہ لیے ہوئے ہوگا دوسرے کے لیے محبت کا جذبہ لیے ہوئے ہوگا یعنی دوسرے انسانوں کے لیے اس کے اندر کیا ہوگا پیار محبت پیس شانتی</w:t>
      </w:r>
    </w:p>
    <w:p>
      <w:r>
        <w:rPr>
          <w:b/>
        </w:rPr>
        <w:t xml:space="preserve">[56:40] </w:t>
      </w:r>
      <w:r>
        <w:t>yeh kaise aa jayega</w:t>
      </w:r>
    </w:p>
    <w:p>
      <w:pPr>
        <w:jc w:val="right"/>
      </w:pPr>
      <w:r>
        <w:t>یہ کیسے ا جائے گا</w:t>
      </w:r>
    </w:p>
    <w:p>
      <w:r>
        <w:rPr>
          <w:b/>
        </w:rPr>
        <w:t xml:space="preserve">[56:44] </w:t>
      </w:r>
      <w:r>
        <w:t>yeh isi duniya mein apne aap ko aisa banana hai aisa nahi ke wahan aap ko injection de</w:t>
      </w:r>
    </w:p>
    <w:p>
      <w:pPr>
        <w:jc w:val="right"/>
      </w:pPr>
      <w:r>
        <w:t>یہ اسی دنیا میں اپنے اپ کو ایسا بنانا ہے ایسا نہیں کہ وہاں اپ کو انجیکشن دے</w:t>
      </w:r>
    </w:p>
    <w:p>
      <w:r>
        <w:rPr>
          <w:b/>
        </w:rPr>
        <w:t xml:space="preserve">[56:48] </w:t>
      </w:r>
      <w:r>
        <w:t>diya jayega</w:t>
      </w:r>
    </w:p>
    <w:p>
      <w:pPr>
        <w:jc w:val="right"/>
      </w:pPr>
      <w:r>
        <w:t>دیا جائے گا</w:t>
      </w:r>
    </w:p>
    <w:p>
      <w:r>
        <w:rPr>
          <w:b/>
        </w:rPr>
        <w:t xml:space="preserve">[56:50] </w:t>
      </w:r>
      <w:r>
        <w:t>yaad rakhiye aisa hone wala nahi hai ke paradise mein dakhil kar ke aap ko injection de de</w:t>
      </w:r>
    </w:p>
    <w:p>
      <w:pPr>
        <w:jc w:val="right"/>
      </w:pPr>
      <w:r>
        <w:t>یاد رکھیے ایسا ہونے والا نہیں ہے کہ پیراڈائز میں داخل کر کے اپ کو انجیکشن دے دے</w:t>
      </w:r>
    </w:p>
    <w:p>
      <w:r>
        <w:rPr>
          <w:b/>
        </w:rPr>
        <w:t xml:space="preserve">[56:54] </w:t>
      </w:r>
      <w:r>
        <w:t>the प्यार का इंजेक्शन दे दिया जाए आप लगेंगे सबसे प्यार करने</w:t>
      </w:r>
    </w:p>
    <w:p>
      <w:pPr>
        <w:jc w:val="right"/>
      </w:pPr>
      <w:r>
        <w:t>دی پیار کا انجیکشن دے دیا جائے اپ لگیں سب سے پیار کرنے</w:t>
      </w:r>
    </w:p>
    <w:p>
      <w:r>
        <w:rPr>
          <w:b/>
        </w:rPr>
        <w:t xml:space="preserve">[56:59] </w:t>
      </w:r>
      <w:r>
        <w:t>aisa hone wala nahi hai</w:t>
      </w:r>
    </w:p>
    <w:p>
      <w:pPr>
        <w:jc w:val="right"/>
      </w:pPr>
      <w:r>
        <w:t>ایسا ہونے والا نہیں ہے</w:t>
      </w:r>
    </w:p>
    <w:p>
      <w:r>
        <w:rPr>
          <w:b/>
        </w:rPr>
        <w:t xml:space="preserve">[57:03] </w:t>
      </w:r>
      <w:r>
        <w:t>yaani paradise koi hospital nahi hai ke wahan andar dakhil kiya jaye logon ko aur sab ko kaha</w:t>
      </w:r>
    </w:p>
    <w:p>
      <w:pPr>
        <w:jc w:val="right"/>
      </w:pPr>
      <w:r>
        <w:t>یعنی پیراڈائز کوئی ہاسپٹل نہیں ہے کہ وہاں اندر داخل کیا جائے لوگوں کو اور سب کو کہا</w:t>
      </w:r>
    </w:p>
    <w:p>
      <w:r>
        <w:rPr>
          <w:b/>
        </w:rPr>
        <w:t xml:space="preserve">[57:09] </w:t>
      </w:r>
      <w:r>
        <w:t>jaye ke pyar ka injection de do sab pyar karne lagenge</w:t>
      </w:r>
    </w:p>
    <w:p>
      <w:pPr>
        <w:jc w:val="right"/>
      </w:pPr>
      <w:r>
        <w:t>جائے کہ پیار کا انجیکشن دے دو سب پیار کرنے لگیں گے</w:t>
      </w:r>
    </w:p>
    <w:p>
      <w:r>
        <w:rPr>
          <w:b/>
        </w:rPr>
        <w:t xml:space="preserve">[57:14] </w:t>
      </w:r>
      <w:r>
        <w:t>isi duniya mein pyar karne wala banna hai ap ko wahan koi injection nahi lagaya janay wala hai</w:t>
      </w:r>
    </w:p>
    <w:p>
      <w:pPr>
        <w:jc w:val="right"/>
      </w:pPr>
      <w:r>
        <w:t>اسی دنیا میں پیار کرنے والا بننا ہے اپ کو وہاں کوئی انجیکشن نہیں لگایا جانے والا ہے</w:t>
      </w:r>
    </w:p>
    <w:p>
      <w:r>
        <w:rPr>
          <w:b/>
        </w:rPr>
        <w:t xml:space="preserve">[57:23] </w:t>
      </w:r>
      <w:r>
        <w:t>jinhon ne apne aap ko prove kiya hoga apne aap ko dikhaya hoga ke main dosre insano se pyar karta hoon wohi is qabil honge jo jannat mein dakhil kiye jayen</w:t>
      </w:r>
    </w:p>
    <w:p>
      <w:pPr>
        <w:jc w:val="right"/>
      </w:pPr>
      <w:r>
        <w:t>جنہوں نے اپنے اپ کو پروف کیا ہوگا اپنے اپ کو دکھایا ہوگا کہ میں دوسرے انسانوں سے پیار کرتا ہوں وہی اس قابل ہوں گے جو جنت میں داخل کیے جائیں</w:t>
      </w:r>
    </w:p>
    <w:p>
      <w:r>
        <w:rPr>
          <w:b/>
        </w:rPr>
        <w:t xml:space="preserve">[57:35] </w:t>
      </w:r>
      <w:r>
        <w:t>aisa nahi hai ke yahan to ap hate karein yahan to ap logon se nafrat karein yahan to sirf apne mummy papa se pyar ho aur insan se nafrat ho aur aur wahan par bheer bakri ki tarah dakhil kar ke phir injection de diya jaye ke logon yahan bhi pyar kar lo sab se</w:t>
      </w:r>
    </w:p>
    <w:p>
      <w:pPr>
        <w:jc w:val="right"/>
      </w:pPr>
      <w:r>
        <w:t>ایسا نہیں ہے کہ یہاں تو اپ ہیٹ کریں یہاں تو اپ لوگوں سے نفرت کریں یہاں تو صرف اپنے ممی پاپا سے پیار ہو اور انسان سے نفرت ہو اور اور وہاں پر بھیڑ بکری کی طرح داخل کر کے پھر انجیکشن دے دیا جائے کہ لوگوں یہاں بھی پیار کر لو سب سے</w:t>
      </w:r>
    </w:p>
    <w:p>
      <w:r>
        <w:rPr>
          <w:b/>
        </w:rPr>
        <w:t xml:space="preserve">[57:52] </w:t>
      </w:r>
      <w:r>
        <w:t>jannat ka jo aisa sochta hai woh jannat ka bohat hi yani under-estimate kar raha hai paradise ko</w:t>
      </w:r>
    </w:p>
    <w:p>
      <w:pPr>
        <w:jc w:val="right"/>
      </w:pPr>
      <w:r>
        <w:t>جنت کا جو ایسا سوچتا ہے وہ جنت کا بہت ہی یعنی انڈرسٹیمر کر رہا ہے پیراڈائز کو</w:t>
      </w:r>
    </w:p>
    <w:p>
      <w:r>
        <w:rPr>
          <w:b/>
        </w:rPr>
        <w:t xml:space="preserve">[58:01] </w:t>
      </w:r>
      <w:r>
        <w:t>yani main yahi dekhta hoon har aadmi apne maa baap se pyar karta hai aur dosre insano se nafrat karta hai to kya aisa hoga ke wahan jo dosre insano ke sath ap ko rehna hai to wahan injection ke zareeye ap ke andar pyar bhar diya jayega aisa nahi hone wala hai isi duniya mein yaad rakhiye hamein apne andar woh quality paida karna hai</w:t>
      </w:r>
    </w:p>
    <w:p>
      <w:pPr>
        <w:jc w:val="right"/>
      </w:pPr>
      <w:r>
        <w:t>یعنی میں یہی دیکھتا ہوں ہر ادمی اپنے ماں باپ سے پیار کرتا ہے اور دوسرے انسانوں سے نفرت کرتا ہے تو کیا ایسا ہوگا کہ وہاں جو دوسرے انسانوں کے ساتھ اپ کو رہنا ہے تو وہاں انجیکشن کے ذریعے اپ کے اندر پیار بھر دیا جائے گا ایسا نہیں ہونے والا ہے اسی دنیا میں یاد رکھیے ہمیں اپنے اندر وہ کوالٹی پیدا کرنا ہے</w:t>
      </w:r>
    </w:p>
    <w:p>
      <w:r>
        <w:rPr>
          <w:b/>
        </w:rPr>
        <w:t xml:space="preserve">[58:28] </w:t>
      </w:r>
      <w:r>
        <w:t>pyar ki quality mohabbat ki quality peace ki quality shanti ki quality yeh sari quality isi duniya mein hamein apne andar paida karna hai phir isi ko lekar ap wahan ji sakenge</w:t>
      </w:r>
    </w:p>
    <w:p>
      <w:pPr>
        <w:jc w:val="right"/>
      </w:pPr>
      <w:r>
        <w:t>پیار کی کوالٹی محبت کی کوالٹی پیس کی کوالٹی شانتی کی کوالٹی یہ ساری کوالٹی اسی دنیا میں ہمیں اپنے اندر پیدا کرنا ہے پھر اسی کو لے کر اپ وہاں جی سکیں گے</w:t>
      </w:r>
    </w:p>
    <w:p>
      <w:r>
        <w:rPr>
          <w:b/>
        </w:rPr>
        <w:t xml:space="preserve">[58:46] </w:t>
      </w:r>
      <w:r>
        <w:t>to gaya ke yeh duniya ek qism ka selecting ground hai</w:t>
      </w:r>
    </w:p>
    <w:p>
      <w:pPr>
        <w:jc w:val="right"/>
      </w:pPr>
      <w:r>
        <w:t>تو گیا کہ یہ دنیا ایک قسم کا سلیکٹنگ گراؤنڈ ہے</w:t>
      </w:r>
    </w:p>
    <w:p>
      <w:r>
        <w:rPr>
          <w:b/>
        </w:rPr>
        <w:t xml:space="preserve">[58:50] </w:t>
      </w:r>
      <w:r>
        <w:t>yani select kiya ja raha hai un logon ko jo insano ke beech mein rahein is tarah ke un ke dil mein dosron ke liye pyar ho un ke dil mein dosron ke liye mohabbat ho un ke dil mein dosron ke liye shanti ho un ke dil mein dosron ke liye positive sentiment hon positive sentiment aise logon ka selection hai yeh yahan ho ho raha hai</w:t>
      </w:r>
    </w:p>
    <w:p>
      <w:pPr>
        <w:jc w:val="right"/>
      </w:pPr>
      <w:r>
        <w:t>یعنی سلیکٹ کیا جا رہا ہے ان لوگوں کو جو انسانوں کے بیچ میں رہیں اس طرح کہ ان کے دل میں دوسروں کے لیے پیار ہو ان کے دل میں دوسروں کے لیے محبت ہو ان کے دل میں دوسروں کے لیے شانتی ہو ان کے دل میں دوسروں کے لیے پوزیٹیو سینٹیمنٹ ہوں پوزیٹیو سینٹیمنٹ ایسے لوگوں کا سلیکشن ہے یہ یہاں ہو ہو رہا ہے</w:t>
      </w:r>
    </w:p>
    <w:p>
      <w:r>
        <w:rPr>
          <w:b/>
        </w:rPr>
        <w:t xml:space="preserve">[59:19] </w:t>
      </w:r>
      <w:r>
        <w:t>yeh bohat bari fallacy hai log samajhte hain ke wahan jab dakhil kar diye jayenge to injection laga laga ke ap ko acha bana diya jayega aisa nahi hone wala hai</w:t>
      </w:r>
    </w:p>
    <w:p>
      <w:pPr>
        <w:jc w:val="right"/>
      </w:pPr>
      <w:r>
        <w:t>یہ بہت بڑی فیلیسی ہے لوگ سمجھتے ہیں کہ وہاں جب داخل کر دیے جائیں گے تو انجیکشن لگا لگا کے اپ کو اچھا بنا دیا جائے گا ایسا نہیں ہونے والا ہے</w:t>
      </w:r>
    </w:p>
    <w:p>
      <w:r>
        <w:rPr>
          <w:b/>
        </w:rPr>
        <w:t xml:space="preserve">[59:32] </w:t>
      </w:r>
      <w:r>
        <w:t>isi duniya mein ap ko jannati character paida karna hai jannati character wahan kisi ko nahi diya jayega</w:t>
      </w:r>
    </w:p>
    <w:p>
      <w:pPr>
        <w:jc w:val="right"/>
      </w:pPr>
      <w:r>
        <w:t>اسی دنیا میں اپ کو جنتی کریکٹر پیدا کرنا ہے جنتی کریکٹر وہاں کسی کو نہیں دیا جائے گا</w:t>
      </w:r>
    </w:p>
    <w:p>
      <w:r>
        <w:rPr>
          <w:b/>
        </w:rPr>
        <w:t xml:space="preserve">[59:43] </w:t>
      </w:r>
      <w:r>
        <w:t>jannati character isi duniya mein apne andar lana hai jannati quality isi duniya mein apne andar lana hai tab ap ko wahan entry milegi jannat mein warna nahi harghiz nahi</w:t>
      </w:r>
    </w:p>
    <w:p>
      <w:pPr>
        <w:jc w:val="right"/>
      </w:pPr>
      <w:r>
        <w:t>جنتی کریکٹر اسی دنیا میں اپنے اندر لانا ہے جنتی کوالٹی اسی دنیا میں اپنے اندر لانا ہے تب اپ کو وہاں انٹری ملے گی جنت میں ورنہ نہیں ہرگز نہیں</w:t>
      </w:r>
    </w:p>
    <w:p>
      <w:r>
        <w:rPr>
          <w:b/>
        </w:rPr>
        <w:t xml:space="preserve">[1:00:02] </w:t>
      </w:r>
      <w:r>
        <w:t>to in baaton ko bohat zyada sochna chahiye bohat zyada gehrai mein ja kar sochna chahiye</w:t>
      </w:r>
    </w:p>
    <w:p>
      <w:pPr>
        <w:jc w:val="right"/>
      </w:pPr>
      <w:r>
        <w:t>تو ان باتوں کو بہت زیادہ سوچنا چاہیے بہت زیادہ گہرائی میں جا کر سوچنا چاہیے</w:t>
      </w:r>
    </w:p>
    <w:p>
      <w:r>
        <w:rPr>
          <w:b/>
        </w:rPr>
        <w:t xml:space="preserve">[1:00:11] </w:t>
      </w:r>
      <w:r>
        <w:t>ek hadith hai</w:t>
      </w:r>
    </w:p>
    <w:p>
      <w:pPr>
        <w:jc w:val="right"/>
      </w:pPr>
      <w:r>
        <w:t>ایک حدیث ہے</w:t>
      </w:r>
    </w:p>
    <w:p>
      <w:r>
        <w:rPr>
          <w:b/>
        </w:rPr>
        <w:t xml:space="preserve">[1:00:15] </w:t>
      </w:r>
      <w:r>
        <w:t>ke man khafa adala wa man adala balaghal manzila ala Allah Allah Allah</w:t>
      </w:r>
    </w:p>
    <w:p>
      <w:pPr>
        <w:jc w:val="right"/>
      </w:pPr>
      <w:r>
        <w:t>کہ من خاف عدل ومن عدل بلغ المنزل علی اللہ اللہ اللہ</w:t>
      </w:r>
    </w:p>
    <w:p>
      <w:r>
        <w:rPr>
          <w:b/>
        </w:rPr>
        <w:t xml:space="preserve">[1:00:29] </w:t>
      </w:r>
      <w:r>
        <w:t>is hadith ko samajhne ke liye ap ko thoda sa is ka background zehan mein rakhna hoga</w:t>
      </w:r>
    </w:p>
    <w:p>
      <w:pPr>
        <w:jc w:val="right"/>
      </w:pPr>
      <w:r>
        <w:t>اس حدیث کو سمجھنے کے لیے اپ کو تھوڑا سا اس کا بیک گراؤنڈ ذہن میں رکھنا ہوگا</w:t>
      </w:r>
    </w:p>
    <w:p>
      <w:r>
        <w:rPr>
          <w:b/>
        </w:rPr>
        <w:t xml:space="preserve">[1:00:38] </w:t>
      </w:r>
      <w:r>
        <w:t>yeh hadith qadeem arab ke halaat ke lihaz se hai literal tarjuma is ka yeh hai ke jo aadmi jis aadmi ko andesha hota hai yani jis jis musafir ko jis aadmi jis musafir ko andesha hota hai woh subah sawere ghar se nikalta hai aur jo subah sawere ghar se nikalta hai woh ek manzil par pahunchta hai</w:t>
      </w:r>
    </w:p>
    <w:p>
      <w:pPr>
        <w:jc w:val="right"/>
      </w:pPr>
      <w:r>
        <w:t>یہ حدیث قدیم عرب کے حالات کے لحاظ سے ہے لٹرل ترجمہ اس کا یہ ہے کہ جو ادمی جس ادمی کو اندیشہ ہوتا ہے یعنی جس جس مسافر کو جس ادمی جس مسافر کو اندیشہ ہوتا ہے وہ صبح سویرے گھر سے نکلتا ہے اور جو صبح سویرے گھر سے نکلتا ہے وہ ایک منزل پر پہنچتا ہے</w:t>
      </w:r>
    </w:p>
    <w:p>
      <w:r>
        <w:rPr>
          <w:b/>
        </w:rPr>
        <w:t xml:space="preserve">[1:01:06] </w:t>
      </w:r>
      <w:r>
        <w:t>to sun lo ke Khuda ki jannat</w:t>
      </w:r>
    </w:p>
    <w:p>
      <w:pPr>
        <w:jc w:val="right"/>
      </w:pPr>
      <w:r>
        <w:t>تو سن لو کہ خدا کی جنت</w:t>
      </w:r>
    </w:p>
    <w:p>
      <w:r>
        <w:rPr>
          <w:b/>
        </w:rPr>
        <w:t xml:space="preserve">[1:01:10] </w:t>
      </w:r>
      <w:r>
        <w:t>sun lo ke Khuda ka sauda jannat hai aur aur jannat bohat hi manga sauda hai is ka</w:t>
      </w:r>
    </w:p>
    <w:p>
      <w:pPr>
        <w:jc w:val="right"/>
      </w:pPr>
      <w:r>
        <w:t>سن لو کہ خدا کا سودا جنت ہے اور اور جنت بہت ہی مانگا سودا ہے اس کا</w:t>
      </w:r>
    </w:p>
    <w:p>
      <w:r>
        <w:rPr>
          <w:b/>
        </w:rPr>
        <w:t xml:space="preserve">[1:01:18] </w:t>
      </w:r>
      <w:r>
        <w:t>background yeh hai</w:t>
      </w:r>
    </w:p>
    <w:p>
      <w:pPr>
        <w:jc w:val="right"/>
      </w:pPr>
      <w:r>
        <w:t>بیک گراؤنڈ یہ ہے</w:t>
      </w:r>
    </w:p>
    <w:p>
      <w:r>
        <w:rPr>
          <w:b/>
        </w:rPr>
        <w:t xml:space="preserve">[1:01:21] </w:t>
      </w:r>
      <w:r>
        <w:t>ke qadeem zamane mein Arab mein log jab safar karte the to aap jante hain ke wahan desert</w:t>
      </w:r>
    </w:p>
    <w:p>
      <w:pPr>
        <w:jc w:val="right"/>
      </w:pPr>
      <w:r>
        <w:t>کہ قدیم زمانے میں عرب میں لوگ جب سفر کرتے تھے تو اپ جانتے ہیں کہ وہاں ڈیزرٹ</w:t>
      </w:r>
    </w:p>
    <w:p>
      <w:r>
        <w:rPr>
          <w:b/>
        </w:rPr>
        <w:t xml:space="preserve">[1:01:26] </w:t>
      </w:r>
      <w:r>
        <w:t>hai wahan sakht garmi parti hai</w:t>
      </w:r>
    </w:p>
    <w:p>
      <w:pPr>
        <w:jc w:val="right"/>
      </w:pPr>
      <w:r>
        <w:t>ہے وہاں سخت گرمی پڑتی ہے</w:t>
      </w:r>
    </w:p>
    <w:p>
      <w:r>
        <w:rPr>
          <w:b/>
        </w:rPr>
        <w:t xml:space="preserve">[1:01:30] </w:t>
      </w:r>
      <w:r>
        <w:t>aj kal ki tarah se wahan hotel nahi thay aj kal ki tarah se wahan city nahi hai</w:t>
      </w:r>
    </w:p>
    <w:p>
      <w:pPr>
        <w:jc w:val="right"/>
      </w:pPr>
      <w:r>
        <w:t>اج کل کی طرح سے وہاں ہوٹل نہیں تھے اج کل کی طرح سے وہاں سٹی نہیں ہے</w:t>
      </w:r>
    </w:p>
    <w:p>
      <w:r>
        <w:rPr>
          <w:b/>
        </w:rPr>
        <w:t xml:space="preserve">[1:01:35] </w:t>
      </w:r>
      <w:r>
        <w:t>nahi thay to</w:t>
      </w:r>
    </w:p>
    <w:p>
      <w:pPr>
        <w:jc w:val="right"/>
      </w:pPr>
      <w:r>
        <w:t>نہیں تھے تو</w:t>
      </w:r>
    </w:p>
    <w:p>
      <w:r>
        <w:rPr>
          <w:b/>
        </w:rPr>
        <w:t xml:space="preserve">[1:01:38] </w:t>
      </w:r>
      <w:r>
        <w:t>logon ko bohat sawere ghar se nikalna padta tha taake dopahar ke dhoop hone se pehle pehle woh kisi jagah pahunch jayein apni manzil par kyunke agar nahi pahunche aur dhoop mein phans gaye toh khud bhi marega un ka oont bhi marega sakht garmi mein toh is wajah se bohat sawere nikalte the taake dhoop hone se pehle pehle apni manzil par pahunch jayein</w:t>
      </w:r>
    </w:p>
    <w:p>
      <w:pPr>
        <w:jc w:val="right"/>
      </w:pPr>
      <w:r>
        <w:t>لوگوں کو بہت سویرے گھر سے نکلنا پڑتا تھا تاکہ دوپہر کے دھوپ ہونے سے پہلے پہلے وہ کسی جگہ پہنچ جائیں اپنی منزل پر کیونکہ اگر نہیں پہنچے اور دھوپ میں پھنس گئے تو خود بھی مرے گا ان کا اونٹ بھی مرے گا سخت گرمی میں تو اس وجہ سے بہت سویرے نکلتے تھے تاکہ دھوپ ہونے سے پہلے پہلے اپنی منزل پر پہنچ جائیں</w:t>
      </w:r>
    </w:p>
    <w:p>
      <w:r>
        <w:rPr>
          <w:b/>
        </w:rPr>
        <w:t xml:space="preserve">[1:02:05] </w:t>
      </w:r>
      <w:r>
        <w:t>is misaal ko le kar farmaya ke dunya ke safar ke liye tum itna intezam karte ho is se bohat zyada important hai woh safar jo jannat ke liye hone wala hai jannati safar toh dunya ke safar ke liye jo tum ko intezam karte ho is se zyada intezam tum karna hai jannati safar ke liye tab tum jannat tak pahunchoge warna shaitan tum ko apna shikar bana lega raste hi mein</w:t>
      </w:r>
    </w:p>
    <w:p>
      <w:pPr>
        <w:jc w:val="right"/>
      </w:pPr>
      <w:r>
        <w:t>اس مثال کو لے کر فرمایا کہ دنیا کے سفر کے لیے تم اتنا اہتمام کرتے ہو اس سے بہت زیادہ امپورٹنٹ ہے وہ سفر جو جنت کے لیے ہونے والا ہے جنتی سفر تو دنیا کے سفر کے لیے جو تم کو اہتمام کرتے ہو اس سے زیادہ اہتمام تم کرنا ہے جنتی سفر کے لیے تب تم جنت تک پہنچو گے ورنہ شیطان تم کو اپنا شکار بنا لے گا راستہ ہی میں</w:t>
      </w:r>
    </w:p>
    <w:p>
      <w:r>
        <w:rPr>
          <w:b/>
        </w:rPr>
        <w:t xml:space="preserve">[1:02:35] </w:t>
      </w:r>
      <w:r>
        <w:t>toh is se yeh bataya hai is misaal ke zariye se ke jannat bohat hi zyada qeemti sauda hai aur jitna sauda qeemti hota hai utni zyada is ke liye intezam karna padta hai utni zyada is ke liye koshish karni padti hai utni zyada is ke liye sacrifice karna padta hai</w:t>
      </w:r>
    </w:p>
    <w:p>
      <w:pPr>
        <w:jc w:val="right"/>
      </w:pPr>
      <w:r>
        <w:t>تو اس سے یہ بتایا ہے اس مثال کے ذریعے سے کہ جنت بہت ہی زیادہ قیمتی سودا ہے اور جتنا سودا قیمتی ہوتا ہے اتنی زیادہ اس کے لیے اہتمام کرنا پڑتا ہے اتنی زیادہ اس کے لیے کوشش کرنی پڑتی ہے اتنی زیادہ اس کے لیے سیکریفائس کرنا پڑتا ہے</w:t>
      </w:r>
    </w:p>
    <w:p>
      <w:r>
        <w:rPr>
          <w:b/>
        </w:rPr>
        <w:t xml:space="preserve">[1:02:56] </w:t>
      </w:r>
      <w:r>
        <w:t>toh jannat ko paana aise aisa nahi hai ke ap kuch rituals karte rahein aur jannat mil jaye</w:t>
      </w:r>
    </w:p>
    <w:p>
      <w:pPr>
        <w:jc w:val="right"/>
      </w:pPr>
      <w:r>
        <w:t>تو جنت کو پانا ایسے ایسا نہیں ہے کہ اپ کچھ ریچولز کرتے رہیں اور جنت مل جائے</w:t>
      </w:r>
    </w:p>
    <w:p>
      <w:r>
        <w:rPr>
          <w:b/>
        </w:rPr>
        <w:t xml:space="preserve">[1:03:02] </w:t>
      </w:r>
      <w:r>
        <w:t>kisi family mein paida ho jaye jannat mil jaye yeh sab bilkul wishful thinking hai quran mein hai ke</w:t>
      </w:r>
    </w:p>
    <w:p>
      <w:pPr>
        <w:jc w:val="right"/>
      </w:pPr>
      <w:r>
        <w:t>کسی فیملی میں پیدا ہو جائے جنت مل جائے یہ سب بالکل وش فل تھنکنگ ہے قران میں ہے کہ</w:t>
      </w:r>
    </w:p>
    <w:p>
      <w:r>
        <w:rPr>
          <w:b/>
        </w:rPr>
        <w:t xml:space="preserve">[1:03:14] </w:t>
      </w:r>
      <w:r>
        <w:t>lais biamanikum wala mani ahl al kitab yajzi is ka matlab hai kisi ki wishful thinking se kisi ko paradise nahi mil jayegi amani matlab wishful thinking</w:t>
      </w:r>
    </w:p>
    <w:p>
      <w:pPr>
        <w:jc w:val="right"/>
      </w:pPr>
      <w:r>
        <w:t>لیس بیامانیکم ولا مانی اہل الکتاب یعمل یجذبی اس کا مطلب ہے کسی کی وش فل تھنکنگ سے کسی کو پیراڈائز نہیں مل جائے گی امانی مطلب وش فل تھنکنگ</w:t>
      </w:r>
    </w:p>
    <w:p>
      <w:r>
        <w:rPr>
          <w:b/>
        </w:rPr>
        <w:t xml:space="preserve">[1:03:31] </w:t>
      </w:r>
      <w:r>
        <w:t>yeh sab wishful thinking hai ke ap kisi family mein paida ho gaye maslan sadat ki family mein paida ho gaye toh jannat hai ap ke liye ap kuch rituals rozana ada karte hain toh jannat mil gayi ap ko kuch kuch ap ne lip service kar ke kuch kuch sab bol diye toh paradise mil gayi ap ko koi log samajhte hain ke pakka madina chale gaye toh phir paradise ho gayi yeh sab bilkul baseless baatein hain</w:t>
      </w:r>
    </w:p>
    <w:p>
      <w:pPr>
        <w:jc w:val="right"/>
      </w:pPr>
      <w:r>
        <w:t>یہ سب وش فل تھنکنگ ہے کہ اپ کسی فیملی میں پیدا ہوگئے مثلا سادات کی فیملی میں پیدا ہوگئے تو جنت ہے اپ کے لیے اپ کچھ ریچولز روزانہ ادا کرتے ہیں تو جنت مل گئی اپ کو کچھ کچھ اپ نے لپ سروس کر کے کچھ کچھ سب بول دیے تو پیراڈائز مل گئی اپ کو کوئی لوگ سمجھتے ہیں کہ پکا مدینہ چلے گئے تو پھر پیراڈائز ہو گئی یہ سب بالکل بیس لیس باتیں ہیں</w:t>
      </w:r>
    </w:p>
    <w:p>
      <w:r>
        <w:rPr>
          <w:b/>
        </w:rPr>
        <w:t xml:space="preserve">[1:03:59] </w:t>
      </w:r>
      <w:r>
        <w:t>jannat hai un logon ke liye jo jannati quality apne andar paida karein</w:t>
      </w:r>
    </w:p>
    <w:p>
      <w:pPr>
        <w:jc w:val="right"/>
      </w:pPr>
      <w:r>
        <w:t>جنت ہے ان لوگوں کے لیے جو جنت والی کوالٹی اپنے اندر پیدا کریں</w:t>
      </w:r>
    </w:p>
    <w:p>
      <w:r>
        <w:rPr>
          <w:b/>
        </w:rPr>
        <w:t xml:space="preserve">[1:04:07] </w:t>
      </w:r>
      <w:r>
        <w:t>jannat kya hai ek bohat hi refined jagah hai refined jagah hai jahan har qism ki achhi baatein hongi sari buri baatein nikal di jayengi wahan se sari limitations wahan khatam ho jayengi sare disadvantage wahan khatam</w:t>
      </w:r>
    </w:p>
    <w:p>
      <w:pPr>
        <w:jc w:val="right"/>
      </w:pPr>
      <w:r>
        <w:t>جنت کیا ہے ایک بہت ہی ریفائنڈ جگہ ہے ریفائنڈ جگہ ہے جہاں ہر قسم کی اچھی باتیں ہوں گی ساری بری باتیں نکال نکال دی جائیں گی وہاں سے ساری لیمیٹیشنز وہاں ختم ہو جائیں گی سارے ڈس ایڈوانٹیج وہاں ختم</w:t>
      </w:r>
    </w:p>
    <w:p>
      <w:r>
        <w:rPr>
          <w:b/>
        </w:rPr>
        <w:t xml:space="preserve">[1:04:25] </w:t>
      </w:r>
      <w:r>
        <w:t>ho jayenge wahan koi fear nahi hoga wahan koi boredom nahi hoga wahan koi bimari nahi hogi wahan koi maut nahi hogi wahan koi accident nahi hoga wahan fulfillment hoga insaan ko mukammal taur par fulfillment pura fulfillment toh aisi dunya jo hai kis ko milegi jo is dunya mein rehne ke qabil apne aap ko banaye</w:t>
      </w:r>
    </w:p>
    <w:p>
      <w:pPr>
        <w:jc w:val="right"/>
      </w:pPr>
      <w:r>
        <w:t>ہو جائیں گے وہاں کوئی فیئر نہیں ہوگا وہاں کوئی بورڈم نہیں ہوگا وہاں کوئی بیماری نہیں ہوگی وہاں کوئی موت نہیں ہوگی وہاں کوئی ایکسیڈنٹ نہیں ہوگا وہاں فلفلمنٹ ہوگا انسان کو مکمل طور پر فلفلمنٹ پورا فلفلمنٹ تو ایسی دنیا جو ہے کس کو ملے گی جو اس دنیا میں رہنے کے قابل اپنے اپ کو بنائے</w:t>
      </w:r>
    </w:p>
    <w:p>
      <w:r>
        <w:rPr>
          <w:b/>
        </w:rPr>
        <w:t xml:space="preserve">[1:04:50] </w:t>
      </w:r>
      <w:r>
        <w:t>jaisa ke maine arz kiya ke is dunya mein rehne ka jo certificate hai woh kya hai woh yeh hai ke ap ke andar positive thinking ho positive thinking har haal mein ap ke andar positive soch rahe musbat soch rahe yahan tak ke ap negative thought ko positive thought mein convert kar sakein</w:t>
      </w:r>
    </w:p>
    <w:p>
      <w:pPr>
        <w:jc w:val="right"/>
      </w:pPr>
      <w:r>
        <w:t>جیسا کہ میں نے عرض کیا کہ اس دنیا میں رہنے کا جو سرٹیفیکیٹ ہے وہ کیا ہے وہ یہ ہے کہ اپ کے اندر پازیٹیو تھنکنگ ہو پازیٹیو تھنکنگ ہر حال میں اپ کے اندر پازیٹیو سوچ رہے مثبت سوچ رہے یہاں تک کہ اپ نیگیٹیو تھاٹ کو پازیٹیو تھاٹ میں کنورٹ کر سکیں</w:t>
      </w:r>
    </w:p>
    <w:p>
      <w:r>
        <w:rPr>
          <w:b/>
        </w:rPr>
        <w:t xml:space="preserve">[1:05:15] </w:t>
      </w:r>
      <w:r>
        <w:t>main aksar yeh misaal deta hoon ke jaise ke gaaye hai gaaye kya hai gaaye khuda ka ek demonstration hai khuda ne khuda ko insaan se jo character matloob hai jo quality matloob hai is ka demonstration is ne physical world mein de diya hai</w:t>
      </w:r>
    </w:p>
    <w:p>
      <w:pPr>
        <w:jc w:val="right"/>
      </w:pPr>
      <w:r>
        <w:t>میں اکثر یہ مثال دیتا ہوں کہ جیسے کہ گائے ہے گائے کیا ہے گائے خدا کا ایک ڈیمونسٹریشن ہے خدا نے خدا کو انسان سے جو کریکٹر مطلوب ہے جو کوالٹی مطلوب ہے اس کا ڈیمونسٹریشن اس نے فزیکل ورلڈ میں دے دیا ہے</w:t>
      </w:r>
    </w:p>
    <w:p>
      <w:r>
        <w:rPr>
          <w:b/>
        </w:rPr>
        <w:t xml:space="preserve">[1:05:38] </w:t>
      </w:r>
      <w:r>
        <w:t>maslan khuda chahta hai ke insaan jo hai insaan ki zindagi khuda ke gird ghoome khuda center mein ho aur insaan is ke gird apni sar garniyon ko chala raha ho yani khuda yeh chahta hai ke insaan ki sari activities jo hain is ka center khuda ho toh is ka demonstration kya diya hai solar system</w:t>
      </w:r>
    </w:p>
    <w:p>
      <w:pPr>
        <w:jc w:val="right"/>
      </w:pPr>
      <w:r>
        <w:t>مثلا خدا چاہتا ہے کہ انسان جو ہے انسان کی زندگی خدا کے گرد گھومے خدا سینٹر میں ہو اور انسان اس کے گرد اپنی سرگرمیوں کو چلا رہا ہو یعنی خدا یہ چاہتا ہے کہ انسان کی ساری ایکٹیویٹیز جو ہیں اس کا سینٹر خدا ہو تو اس کا ڈائمنسٹریشن کیا دیا ہے سولر سسٹم</w:t>
      </w:r>
    </w:p>
    <w:p>
      <w:r>
        <w:rPr>
          <w:b/>
        </w:rPr>
        <w:t xml:space="preserve">[1:06:03] </w:t>
      </w:r>
      <w:r>
        <w:t>yani space mein ek bohat bada sun hai suraj yeh charon taraf planet ghoom rahe hain yeh hai demonstration yani god centered life ka demonstration yani sun centered motion ka ho raha hai space mein jo kehte hain hum heliocentric</w:t>
      </w:r>
    </w:p>
    <w:p>
      <w:pPr>
        <w:jc w:val="right"/>
      </w:pPr>
      <w:r>
        <w:t>یعنی اسپیس میں ایک بہت بڑا سن ہے سورج یہ چاروں طرف پلینٹ گھوم رہے ہیں یہ ہے ڈیمونسٹریشن یعنی گاڈ سینٹرڈ لائف کا ڈیمونسٹریشن یعنی سن سینٹرڈ موشن کا ہو رہا ہے اسپیس میں جو کہتے ہیں ہم ہیلیو سینٹرک</w:t>
      </w:r>
    </w:p>
    <w:p>
      <w:r>
        <w:rPr>
          <w:b/>
        </w:rPr>
        <w:t xml:space="preserve">[1:06:30] </w:t>
      </w:r>
      <w:r>
        <w:t>toh sun beech mein hai aur charon taraf planet ghoom rahe hain isi tarah kaise insaan momin ki zindagi is tarah honi chahiye ke is ki zindagi mein god is ka center ban jaye god is ka supreme concern ban jaye toh god centered life ka naam hai islami zindagi ya imani zindagi ya believer ki zindagi</w:t>
      </w:r>
    </w:p>
    <w:p>
      <w:pPr>
        <w:jc w:val="right"/>
      </w:pPr>
      <w:r>
        <w:t>تو سن بیچ میں ہے اور چاروں طرف پلینٹ گھوم رہے ہیں اسی طرح کیسے انسان مومن کی زندگی اس طرح ہونی چاہیے کہ اس کی زندگی میں گاڈ اس کا سینٹر بن جائے گاڈ اس کا سپریم کنسرن بن جائے تو گاڈ سینٹرڈ لائف کا نام ہے اسلامی زندگی یا ایمانی زندگی یا بیلیور کی زندگی</w:t>
      </w:r>
    </w:p>
    <w:p>
      <w:r>
        <w:rPr>
          <w:b/>
        </w:rPr>
        <w:t xml:space="preserve">[1:06:58] </w:t>
      </w:r>
      <w:r>
        <w:t>toh yeh ek demonstration diya gaya hai isi tarike se gaaye jo hai ek demonstration de rahi hai ap ko kis baat ka ke gaaye ghaas khata hai aur doodh lotata hai yani non milk ko milk mein convert karta hai gaaye kya hai</w:t>
      </w:r>
    </w:p>
    <w:p>
      <w:pPr>
        <w:jc w:val="right"/>
      </w:pPr>
      <w:r>
        <w:t>تو یہ ایک ڈیمونسٹریشن دیا گیا ہے اسی طریقے سے گائے جو ہے ایک ڈیمونسٹریشن دے رہی ہے اپ کو کس بات کا کہ گائے گھاس کھاتی ہے اور دودھ لوٹاتی ہے یعنی نان ملک کو ملک میں کنورٹ کرتی ہے گائے کیا ہے</w:t>
      </w:r>
    </w:p>
    <w:p>
      <w:r>
        <w:rPr>
          <w:b/>
        </w:rPr>
        <w:t xml:space="preserve">[1:07:17] </w:t>
      </w:r>
      <w:r>
        <w:t>gaaye is shakal mein khuda demonstration de raha hai ke tum ko non milk milega lekin tum ko milk ki shakal mein is ko convert karna padega</w:t>
      </w:r>
    </w:p>
    <w:p>
      <w:pPr>
        <w:jc w:val="right"/>
      </w:pPr>
      <w:r>
        <w:t>گائے اس شکل میں خدا ڈیمونسٹریشن دے رہا ہے کہ تم کو نان ملک ملے گا لیکن تم کو ملک کی شکل میں اس کو کنورٹ کرنا پڑے گا</w:t>
      </w:r>
    </w:p>
    <w:p>
      <w:r>
        <w:rPr>
          <w:b/>
        </w:rPr>
        <w:t xml:space="preserve">[1:07:30] </w:t>
      </w:r>
      <w:r>
        <w:t>yahi insaan ka mamla hai ke dunya mein ap ko negative thought aayenge dunya mein ap ko nuksan hoga dunya mein ap ko zak pahunchegi dunya mein ap ko log bura batayenge dunya mein ap ko kaante chubenge dunya mein ap ko negative experience honge bar bar bar bar bar bar lekin ap ko kya karna hai</w:t>
      </w:r>
    </w:p>
    <w:p>
      <w:pPr>
        <w:jc w:val="right"/>
      </w:pPr>
      <w:r>
        <w:t>یہی انسان کا معاملہ ہے کہ دنیا میں اپ کو نیگیٹیو تھاٹ ائیں گے دنیا میں اپ کو نقصان ہوگا دنیا میں اپ کو زک پہنچے گی دنیا میں اپ کو لوگ برا بتائیں گے دنیا میں اپ کو کانٹے چھپیں گے دنیا میں اپ کو نیگیٹیو ایکسپیرینس ہوں گے بار بار بار بار بار بار لیکن اپ کو کیا کرنا ہے</w:t>
      </w:r>
    </w:p>
    <w:p>
      <w:r>
        <w:rPr>
          <w:b/>
        </w:rPr>
        <w:t xml:space="preserve">[1:07:57] </w:t>
      </w:r>
      <w:r>
        <w:t>just like cow you have to convert your negative into positive you have to convert your negative experience into positive result jis tarah se gaaye jo hai non milk ko convert kar ke milk banati hai isi tarah ap ko negative thought ko convert kar ke positive thought banana hai</w:t>
      </w:r>
    </w:p>
    <w:p>
      <w:pPr>
        <w:jc w:val="right"/>
      </w:pPr>
      <w:r>
        <w:t>جسٹ لائک کاؤ یو ہیو ٹو کنورٹ یور نیگیٹیو انٹو پازیٹیو یو ہیو ٹو کنورٹ یور نیگیٹیو ایکسپیرینس انٹو پازیٹیو رزلٹ جس طرح سے گائے جو ہے نان ملک کو کنورٹ کر کے ملک بناتی ہے اسی طرح اپ کو نیگیٹیو تھاٹ کو کنورٹ کر کے پازیٹیو تھاٹ بنانا ہے</w:t>
      </w:r>
    </w:p>
    <w:p>
      <w:r>
        <w:rPr>
          <w:b/>
        </w:rPr>
        <w:t xml:space="preserve">[1:08:23] </w:t>
      </w:r>
      <w:r>
        <w:t>negative experience ko convert kar ke positive experience banana hai</w:t>
      </w:r>
    </w:p>
    <w:p>
      <w:pPr>
        <w:jc w:val="right"/>
      </w:pPr>
      <w:r>
        <w:t>نیگیٹیو ایکسپیرینس کو کنورٹ کر کے پازیٹیو ایکسپیرینس بنانا ہے</w:t>
      </w:r>
    </w:p>
    <w:p>
      <w:r>
        <w:rPr>
          <w:b/>
        </w:rPr>
        <w:t xml:space="preserve">[1:08:30] </w:t>
      </w:r>
      <w:r>
        <w:t>yeh khuda ne ek demonstration de diya hai is baat ka ke kis tarah se ap apne ko jannati insaan banayein jannati insaan ek character ka naam hai jannati insaan ek character ka naam hai woh character ki training isi dunya mein hoti hai wahan toh settle kiya jayega is ko</w:t>
      </w:r>
    </w:p>
    <w:p>
      <w:pPr>
        <w:jc w:val="right"/>
      </w:pPr>
      <w:r>
        <w:t>یہ خدا نے ایک ڈیمونسٹریشن دے دیا ہے اس بات کا کہ کس طرح سے اپ اپنے کو جنتی انسان بنائیں جنتی انسان ایک کریکٹر کا نام ہے جنتی انسان ایک کریکٹر کا نام ہے وہ کریکٹر کی ٹریننگ اسی دنیا میں ہوتی ہے وہاں تو سیٹل کیا جائے گا اس کو</w:t>
      </w:r>
    </w:p>
    <w:p>
      <w:r>
        <w:rPr>
          <w:b/>
        </w:rPr>
        <w:t xml:space="preserve">[1:08:55] </w:t>
      </w:r>
      <w:r>
        <w:t>jannati insaan ki training ya is ka preparation isi dunya mein hota hai aur jab woh ban jayega jab woh jannati character ban jayega toh is ko settle karne ke liye is ko paradise mein dakhil kar denge yeh hai sara mamla</w:t>
      </w:r>
    </w:p>
    <w:p>
      <w:pPr>
        <w:jc w:val="right"/>
      </w:pPr>
      <w:r>
        <w:t>جنتی انسان کی ٹریننگ یا اس کا پریپریشن اسی دنیا میں ہوتا ہے اور جب وہ بن جائے گا جب وہ جنتی کریکٹر بن جائے گا تو اس کو سیٹل کرنے کے لیے اس کو پیراڈائز میں داخل کر دیں گے یہ ہے سارا معاملہ</w:t>
      </w:r>
    </w:p>
    <w:p>
      <w:r>
        <w:rPr>
          <w:b/>
        </w:rPr>
        <w:t xml:space="preserve">[1:09:16] </w:t>
      </w:r>
      <w:r>
        <w:t>to jannati insan woh hai jo dunya mein khuda ko realize kare</w:t>
      </w:r>
    </w:p>
    <w:p>
      <w:pPr>
        <w:jc w:val="right"/>
      </w:pPr>
      <w:r>
        <w:t>تو جنتی انسان وہ ہے جو دنیا میں خدا کو ریلائز کرے</w:t>
      </w:r>
    </w:p>
    <w:p>
      <w:r>
        <w:rPr>
          <w:b/>
        </w:rPr>
        <w:t xml:space="preserve">[1:09:23] </w:t>
      </w:r>
      <w:r>
        <w:t>yani unseen ko seen banaye aap jante hain khuda dikhaye to deta nahi khuda hum ko dikhai nahi deta jis tarah se pead ya hawaliya pahad dikhai deta hai hum ocean ko dekhte hain ek suraj ko dekhte hain lekin khuda ko to nahi dekhte to yahan par kya test hai ke aap khuda ko discover karein apne jo khuda ne aap ko diya hai mind us ke zariye se</w:t>
      </w:r>
    </w:p>
    <w:p>
      <w:pPr>
        <w:jc w:val="right"/>
      </w:pPr>
      <w:r>
        <w:t>یعنی ان سین کو سین بنائے اپ جانتے ہیں خدا دکھائے تو دیتا نہیں خدا ہم کو دکھائی نہیں دیتا جس طرح سے پیڑ یا حوالیہ پہاڑ دکھائی دیتا ہے ہم اوشن کو دیکھتے ہیں ایک سورج کو دیکھتے ہیں لیکن خدا کو تو نہیں دیکھتے تو یہاں پر کیا ٹیسٹ ہے کہ اپ خدا کو ڈسکور کریں اپنے جو خدا نے اپ کو دیا ہے مائنڈ اس کے ذریعے سے</w:t>
      </w:r>
    </w:p>
    <w:p>
      <w:r>
        <w:rPr>
          <w:b/>
        </w:rPr>
        <w:t xml:space="preserve">[1:09:51] </w:t>
      </w:r>
      <w:r>
        <w:t>khuda ko discover karein khuda ko realize karein khuda ke presence ko mehsoos karein yani unseen ko aap seen bana sakein unseen god ko aap seen god bana sakein yeh hai aap ka god test agar aap yeh kahein ke mujhe khuda ko dikhao to manunga mein to kabhi bhi khuda apne aap ko dikhaye ga nahi yeh dunya mein</w:t>
      </w:r>
    </w:p>
    <w:p>
      <w:pPr>
        <w:jc w:val="right"/>
      </w:pPr>
      <w:r>
        <w:t>خدا کو ڈسکور کریں خدا کو ریلائز کریں خدا کے پریزنس کو محسوس کریں یعنی ان سین کو اپ سین بنا سکیں ان سین گاڈ کو اپ سین گاڈ بنا سکیں یہ ہے اپ کا گاڈ ٹیسٹ اگر اپ یہ کہیں کہ مجھے خدا کو دکھاؤ تو مانوں گا میں تو کبھی بھی خدا اپنے اپ کو دکھائے گا نہیں یہ دنیا میں</w:t>
      </w:r>
    </w:p>
    <w:p>
      <w:r>
        <w:rPr>
          <w:b/>
        </w:rPr>
        <w:t xml:space="preserve">[1:10:19] </w:t>
      </w:r>
      <w:r>
        <w:t>wahan to dikhaye ga paradise mein to us ki jhalakiyan hum dekhenge is dunya mein aisa nahi ho sakta hai yahan to humein baghair dekhe hi khuda ko manna hai baghair dekhe hi khuda par yaqin karna hai</w:t>
      </w:r>
    </w:p>
    <w:p>
      <w:pPr>
        <w:jc w:val="right"/>
      </w:pPr>
      <w:r>
        <w:t>وہاں تو دکھائے گا پیراڈائز میں تو اس کی جھلکیاں ہم دیکھیں گے اس دنیا میں ایسا نہیں ہو سکتا ہے یہاں تو ہمیں بغیر دیکھے ہی خدا کو ماننا ہے بغیر دیکھے ہی خدا پر یقین کرنا ہے</w:t>
      </w:r>
    </w:p>
    <w:p>
      <w:r>
        <w:rPr>
          <w:b/>
        </w:rPr>
        <w:t xml:space="preserve">[1:10:38] </w:t>
      </w:r>
      <w:r>
        <w:t>to yahan to yahi hoga ke humein unseen ko seen banana parega</w:t>
      </w:r>
    </w:p>
    <w:p>
      <w:pPr>
        <w:jc w:val="right"/>
      </w:pPr>
      <w:r>
        <w:t>تو یہاں تو یہی ہوگا کہ ہمیں ان سین کو سین بنانا پڑے گا</w:t>
      </w:r>
    </w:p>
    <w:p>
      <w:r>
        <w:rPr>
          <w:b/>
        </w:rPr>
        <w:t xml:space="preserve">[1:10:43] </w:t>
      </w:r>
      <w:r>
        <w:t>isi ka test hai hamare liye</w:t>
      </w:r>
    </w:p>
    <w:p>
      <w:pPr>
        <w:jc w:val="right"/>
      </w:pPr>
      <w:r>
        <w:t>اسی کا ٹیسٹ ہے ہمارے لیے</w:t>
      </w:r>
    </w:p>
    <w:p>
      <w:r>
        <w:rPr>
          <w:b/>
        </w:rPr>
        <w:t xml:space="preserve">[1:10:48] </w:t>
      </w:r>
      <w:r>
        <w:t>aur phir poori zindagi khuda ke jo commandments hain khuda ke jo injunctions hain khuda ke jo ahkam hain un ko follow karna hai</w:t>
      </w:r>
    </w:p>
    <w:p>
      <w:pPr>
        <w:jc w:val="right"/>
      </w:pPr>
      <w:r>
        <w:t>اور پھر پوری زندگی خدا کے جو کمانڈمنٹس ہیں خدا کے جو انجنکشنز ہیں خدا کے جو احکام ہیں ان کو فالو کرنا ہے</w:t>
      </w:r>
    </w:p>
    <w:p>
      <w:r>
        <w:rPr>
          <w:b/>
        </w:rPr>
        <w:t xml:space="preserve">[1:11:00] </w:t>
      </w:r>
      <w:r>
        <w:t>aur doosre insano ke liye aap ke andar pyar aur mohabbat ana chahiye</w:t>
      </w:r>
    </w:p>
    <w:p>
      <w:pPr>
        <w:jc w:val="right"/>
      </w:pPr>
      <w:r>
        <w:t>اور دوسرے انسانوں کے لیے اپ کے اندر پیار اور محبت انا چاہیے</w:t>
      </w:r>
    </w:p>
    <w:p>
      <w:r>
        <w:rPr>
          <w:b/>
        </w:rPr>
        <w:t xml:space="preserve">[1:11:09] </w:t>
      </w:r>
      <w:r>
        <w:t>is pyar o mohabbat ka ek ek ek is ka ek manifestation hai</w:t>
      </w:r>
    </w:p>
    <w:p>
      <w:pPr>
        <w:jc w:val="right"/>
      </w:pPr>
      <w:r>
        <w:t>اس پیار و محبت کا ایک ایک ایک اس کا ایک مینیفیسٹیشن ہے</w:t>
      </w:r>
    </w:p>
    <w:p>
      <w:r>
        <w:rPr>
          <w:b/>
        </w:rPr>
        <w:t xml:space="preserve">[1:11:19] </w:t>
      </w:r>
      <w:r>
        <w:t>is pyar o mohabbat ka jo ek manifestation hai us ke us ke it is a two fold manifestation yani insan ke liye agar aap ke dil mein mohabbat aa jaye to is ka manifestation khuda dekhe ga ho raha hai ke nahi ho raha hai</w:t>
      </w:r>
    </w:p>
    <w:p>
      <w:pPr>
        <w:jc w:val="right"/>
      </w:pPr>
      <w:r>
        <w:t>اس پیار و محبت کا جو ایک مینیفیسٹیشن ہے اس کے اس کے اٹ از ا ٹو فولڈ مینیفیسٹیشن یعنی انسان کے لیے اگر اپ کے دل میں محبت ا جائے تو اس کا مینیفیسٹیشن خدا دیکھے گا ہو رہا ہے کہ نہیں ہو رہا ہے</w:t>
      </w:r>
    </w:p>
    <w:p>
      <w:r>
        <w:rPr>
          <w:b/>
        </w:rPr>
        <w:t xml:space="preserve">[1:11:38] </w:t>
      </w:r>
      <w:r>
        <w:t>sirf yahi kahe ke mein sare insano se pyar karta hoon yeh jhoot kaha jaye ga yeh jhoot mana jaye ga jab tak woh manifest na kare jab tak is ka practical proof na mil jaye tab tak woh jhoot hai bohat se logon ne dekha ke stage par kahenge pyar mohabbat ki baatein andar kuch bhi nahi andar se khokhle</w:t>
      </w:r>
    </w:p>
    <w:p>
      <w:pPr>
        <w:jc w:val="right"/>
      </w:pPr>
      <w:r>
        <w:t>صرف یہی کہے کہ میں سارے انسانوں سے پیار کرتا ہوں یہ جھوٹ کہا جائے گا یہ جھوٹ مانا جائے گا جب تک وہ مینیفیسٹ نہ کرے جب تک اس کا پریکٹیکل پروف نہ مل جائے تب تک وہ جھوٹ ہے بہت سے لوگوں نے دیکھا کہ اسٹیج پر کہیں گے پیار محبت کی باتیں اندر کچھ بھی نہیں اندر سے کھوکھلے</w:t>
      </w:r>
    </w:p>
    <w:p>
      <w:r>
        <w:rPr>
          <w:b/>
        </w:rPr>
        <w:t xml:space="preserve">[1:12:01] </w:t>
      </w:r>
      <w:r>
        <w:t>to insan ke liye piyar o mohabbat ke jazbat ka do manifestation hona chahiye dunya mein manifestation</w:t>
      </w:r>
    </w:p>
    <w:p>
      <w:pPr>
        <w:jc w:val="right"/>
      </w:pPr>
      <w:r>
        <w:t>تو انسان کے لیے پیار و محبت کے جذبات کا دو مینیفیسٹیشن ہونا چاہیے دنیا میں مینیفیسٹیشن</w:t>
      </w:r>
    </w:p>
    <w:p>
      <w:r>
        <w:rPr>
          <w:b/>
        </w:rPr>
        <w:t xml:space="preserve">[1:12:11] </w:t>
      </w:r>
      <w:r>
        <w:t>ek yeh ke daily life mein ap un ke sath achhe insan ban kar rahen daily life mein</w:t>
      </w:r>
    </w:p>
    <w:p>
      <w:pPr>
        <w:jc w:val="right"/>
      </w:pPr>
      <w:r>
        <w:t>ایک یہ کہ ڈیلی لائف میں اپ ان کے ساتھ اچھے انسان بن کر رہیں ڈیلی لائف میں</w:t>
      </w:r>
    </w:p>
    <w:p>
      <w:r>
        <w:rPr>
          <w:b/>
        </w:rPr>
        <w:t xml:space="preserve">[1:12:19] </w:t>
      </w:r>
      <w:r>
        <w:t>ap ek ap ek paros hota hai ap ek society hoti hai jahan ap rehte hain</w:t>
      </w:r>
    </w:p>
    <w:p>
      <w:pPr>
        <w:jc w:val="right"/>
      </w:pPr>
      <w:r>
        <w:t>اپ ایک اپ ایک پڑوس ہوتا ہے اپ ایک سوسائٹی ہوتی ہے جہاں اپ رہتے ہیں</w:t>
      </w:r>
    </w:p>
    <w:p>
      <w:r>
        <w:rPr>
          <w:b/>
        </w:rPr>
        <w:t xml:space="preserve">[1:12:25] </w:t>
      </w:r>
      <w:r>
        <w:t>ap kahin kisi sunsan island mein nahi hotay hain insanon ke beech mein hotay hain</w:t>
      </w:r>
    </w:p>
    <w:p>
      <w:pPr>
        <w:jc w:val="right"/>
      </w:pPr>
      <w:r>
        <w:t>اپ کہیں کسی سنسان ائی لینڈ میں نہیں ہوتے ہیں انسانوں کے بیچ میں ہوتے ہیں</w:t>
      </w:r>
    </w:p>
    <w:p>
      <w:r>
        <w:rPr>
          <w:b/>
        </w:rPr>
        <w:t xml:space="preserve">[1:12:32] </w:t>
      </w:r>
      <w:r>
        <w:t>to wahan kya hai lolam tanfahu fala tadru yeh hai formula is ka insano ke liye ya to aap nafeh bakhsh banein yani giver banein un ke liye ya kam az kam no problem insan ban jayein</w:t>
      </w:r>
    </w:p>
    <w:p>
      <w:pPr>
        <w:jc w:val="right"/>
      </w:pPr>
      <w:r>
        <w:t>تو وہاں کیا ہے لولم تنفاح فلا تدرو یہ ہے فارمولا اس کا انسانوں کے لیے یا تو اپ نفع بخش بنیں یعنی گیور بنیں ان کے لیے یا کم از کم نو پرابلم انسان بن جائیں</w:t>
      </w:r>
    </w:p>
    <w:p>
      <w:r>
        <w:rPr>
          <w:b/>
        </w:rPr>
        <w:t xml:space="preserve">[1:12:50] </w:t>
      </w:r>
      <w:r>
        <w:t>insano ke sath aap jo pyar aap ko hoga aap ke dil mein is ka manifestation yeh hai ke aap se logon ko faida pohanche aap society mein grip giver group ban kar reh sakein aap un ke liye nafeh bakhsh banein aap se un ko jo kuch bhi aap ke pas hai is mein aap woh un ko aap share de dene wale banein</w:t>
      </w:r>
    </w:p>
    <w:p>
      <w:pPr>
        <w:jc w:val="right"/>
      </w:pPr>
      <w:r>
        <w:t>انسانوں کے ساتھ اپ جو پیار اپ کو ہوگا اپ کے دل میں اس کا مینیفیسٹیشن یہ ہے کہ اپ سے لوگوں کو فائدہ پہنچے اپ سوسائٹی میں گرپ گیور گروپ بن کر رہ سکیں اپ ان کے لیے نفع بخش بنیں اپ سے ان کو جو کچھ بھی اپ کے پاس ہے اس میں اپ وہ ان کو اپ شیئر دے دینے والے بن بن سکیں</w:t>
      </w:r>
    </w:p>
    <w:p>
      <w:r>
        <w:rPr>
          <w:b/>
        </w:rPr>
        <w:t xml:space="preserve">[1:13:18] </w:t>
      </w:r>
      <w:r>
        <w:t>to ya to apni jo aap ko kuch hai aap ke pas jo kuch bhi hai is mein se share dein un ko un ko nafa pohanchayein aap un ke liye giver banein aur agar aap aisa nahi kar sakte bil farz kisi wajah se to kam se kam kam se kam yeh shart hai ke aap un ke liye no problem insan ban jayein no problem insan banna bhi ek qism ki giving hai no problem insan banna bhi ek qism ki giving hai</w:t>
      </w:r>
    </w:p>
    <w:p>
      <w:pPr>
        <w:jc w:val="right"/>
      </w:pPr>
      <w:r>
        <w:t>تو یا تو اپنی جو اپ کو کچھ ہے اپ کے پاس جو کچھ بھی ہے اس میں سے شیئر دیں ان کو ان کو نفع پہنچائیں اپ ان کے لیے گیور بنیں اور اگر اپ ایسا نہیں کر سکتے بالفرض کسی وجہ سے تو کم سے کم کم سے کم یہ شرط ہے کہ اپ ان کے لیے نو پرابلم انسان بن جائیں نو پرابلم انسان بننا بھی ایک قسم کی گیونگ ہے نو پرابلم انسان بننا بھی ایک قسم کی گیونگ ہے</w:t>
      </w:r>
    </w:p>
    <w:p>
      <w:r>
        <w:rPr>
          <w:b/>
        </w:rPr>
        <w:t xml:space="preserve">[1:13:47] </w:t>
      </w:r>
      <w:r>
        <w:t>misal hum hum aap yahan baithe hue baat kar rahe hain ab ek aadmi aa kar hath kaan ek car laave lage hara bajane zor zor se to is ne ek problem create kiya hamare liye ke disturb kiya hamare hamare is mahol ke peace ko hamare is mahol ki shanti ko bhang kiya is ne</w:t>
      </w:r>
    </w:p>
    <w:p>
      <w:pPr>
        <w:jc w:val="right"/>
      </w:pPr>
      <w:r>
        <w:t>مثلا ہم ہم اپ یہاں بیٹھے ہوئے بات کر رہے ہیں اب ایک ادمی ا کر ہاتھ کان ایک کار لاوے لگے ہارڈ بجانے زور زور سے تو اس نے ایک پرابلم کریٹ کیا ہمارے لیے کہ ڈسٹرب کیا ہمارے ہمارے اس ماحول کے پیس کو ہمارے اس ماحول کی شانتی کو بھنگ کیا اس نے</w:t>
      </w:r>
    </w:p>
    <w:p>
      <w:r>
        <w:rPr>
          <w:b/>
        </w:rPr>
        <w:t xml:space="preserve">[1:14:08] </w:t>
      </w:r>
      <w:r>
        <w:t>to bahar shor macha kar ke bahar dhuan kar ke bahar baja baja kar ke bahar loudspeaker par cheekh kar ke woh hamare problem create karta hai to no problem insan banna bhi ek qism ki giving hai ke no problem insan ban kar ke aap doosre ko mauqa dete hain ke woh apna kaam karta rahe</w:t>
      </w:r>
    </w:p>
    <w:p>
      <w:pPr>
        <w:jc w:val="right"/>
      </w:pPr>
      <w:r>
        <w:t>تو باہر شور مچا کر کے باہر دھواں کر کے باہر باجا بجا کر کے باہر لاؤڈ سپیکر پر چیخ کر کے وہ ہمارے پرابلم کریٹ کرتا ہے تو نو پرابلم انسان بننا بھی ایک قسم کی گیونگ ہے کہ نو پرابلم انسان بن کر کے اپ دوسرے کو موقع دیتے ہیں کہ وہ اپنا کام کرتا رہے</w:t>
      </w:r>
    </w:p>
    <w:p>
      <w:r>
        <w:rPr>
          <w:b/>
        </w:rPr>
        <w:t xml:space="preserve">[1:14:29] </w:t>
      </w:r>
      <w:r>
        <w:t>agar hamare aas pas ke log no problem ban jayein to hum kam se kam yeh yeh mauqa humein de rahe hain woh ke hum jo keh rahe hain us ko peace fully hum karte rahein jo hum kaam kar rahe hain us ko hum peace fully karte hue us ko end tak pohanchayein</w:t>
      </w:r>
    </w:p>
    <w:p>
      <w:pPr>
        <w:jc w:val="right"/>
      </w:pPr>
      <w:r>
        <w:t>اگر ہمارے اس پاس کے لوگ نو پرابلم بن جائیں تو ہم کم سے کم یہ یہ موقع ہمیں دے رہے ہیں وہ کہ ہم جو کہہ رہے ہیں اس کو پیس فلی ہم کرتے رہیں جو ہم کام کر رہے ہیں اس کو ہم پیس فلی کرتے ہوئے اس کو اینڈ تک پہنچائیں</w:t>
      </w:r>
    </w:p>
    <w:p>
      <w:r>
        <w:rPr>
          <w:b/>
        </w:rPr>
        <w:t xml:space="preserve">[1:14:49] </w:t>
      </w:r>
      <w:r>
        <w:t>to dekhiye insan ke liye pyar o mohabbat hai ke nahi hai is ka criteria kya hai</w:t>
      </w:r>
    </w:p>
    <w:p>
      <w:pPr>
        <w:jc w:val="right"/>
      </w:pPr>
      <w:r>
        <w:t>تو دیکھیے انسان کے لیے پیار و محبت ہے کہ نہیں ہے اس کا کرائٹیریا کیا ہے</w:t>
      </w:r>
    </w:p>
    <w:p>
      <w:r>
        <w:rPr>
          <w:b/>
        </w:rPr>
        <w:t xml:space="preserve">[1:14:56] </w:t>
      </w:r>
      <w:r>
        <w:t>ke aap insan ke liye</w:t>
      </w:r>
    </w:p>
    <w:p>
      <w:pPr>
        <w:jc w:val="right"/>
      </w:pPr>
      <w:r>
        <w:t>کہ اپ انسان کے لیے</w:t>
      </w:r>
    </w:p>
    <w:p>
      <w:r>
        <w:rPr>
          <w:b/>
        </w:rPr>
        <w:t xml:space="preserve">[1:15:02] </w:t>
      </w:r>
      <w:r>
        <w:t>ya to dene wale banein ya kam az kam no problem insan banein un ke liye to ek yeh hai doosra kya hai doosra woh is ko hum kehte hain da'wah work da'wah work yani jis sachai ko aap ne paya hai us sachai ko aap doosron tak pohanchayein da'wah work jo hai woh woh mohabbat se niklta hai</w:t>
      </w:r>
    </w:p>
    <w:p>
      <w:pPr>
        <w:jc w:val="right"/>
      </w:pPr>
      <w:r>
        <w:t>یا تو دینے والے بنیں یا کم از کم نو پرابلم انسان بنیں ان کے لیے تو ایک یہ ہے دوسرا کیا ہے دوسرا وہ اس کو ہم کہتے ہیں داؤ ورک داؤ ورک یعنی جس سچائی کو اپ نے پایا ہے اس سچائی کو اپ دوسروں تک پہنچائیں داؤ ورک جو ہے وہ وہ محبت سے نکلتا ہے</w:t>
      </w:r>
    </w:p>
    <w:p>
      <w:r>
        <w:rPr>
          <w:b/>
        </w:rPr>
        <w:t xml:space="preserve">[1:15:28] </w:t>
      </w:r>
      <w:r>
        <w:t>mein ek martaba ek jagah gaya ek shahar mein to wahan kuch dawat ki baat ho rahi thi to ek sahab ne kaha aap da'wah work kiya baat karte hain sabhi log dawat kar rahe hain hum bhi dawat kar rahe hain to maine kaha ke dekhiye dawat koi sadah cheez nahi hai insan se mohabbat karna parta hai tab da'wah work ka aghaz hota hai</w:t>
      </w:r>
    </w:p>
    <w:p>
      <w:pPr>
        <w:jc w:val="right"/>
      </w:pPr>
      <w:r>
        <w:t>میں ایک مرتبہ ایک جگہ گیا ایک شہر میں تو وہاں کچھ دعوت کی بات ہو رہی تھی تو ایک صاحب نے کہا اپ داؤ ورک کیا بات کرتے ہیں سبھی لوگ دعوت کر رہے ہیں ہم بھی دعوت کر رہے ہیں تو میں نے کہا کہ دیکھیے دعوت کوئی سادہ چیز نہیں ہے انسان سے محبت کرنا پڑتا ہے تب داؤ ورک کا اغاز ہوتا ہے</w:t>
      </w:r>
    </w:p>
    <w:p>
      <w:r>
        <w:rPr>
          <w:b/>
        </w:rPr>
        <w:t xml:space="preserve">[1:15:53] </w:t>
      </w:r>
      <w:r>
        <w:t>انسان سے محبت کرنا پڑتا ہے تب the work شروع ہوتا ہے</w:t>
      </w:r>
    </w:p>
    <w:p>
      <w:pPr>
        <w:jc w:val="right"/>
      </w:pPr>
      <w:r>
        <w:t>انسان سے محبت کرنا پڑتا ہے تب داؤ ورک شروع ہوتا ہے</w:t>
      </w:r>
    </w:p>
    <w:p>
      <w:r>
        <w:rPr>
          <w:b/>
        </w:rPr>
        <w:t xml:space="preserve">[1:15:59] </w:t>
      </w:r>
      <w:r>
        <w:t>to jis cheez ko ap da'wah work keh rahe hain wo kya hai</w:t>
      </w:r>
    </w:p>
    <w:p>
      <w:pPr>
        <w:jc w:val="right"/>
      </w:pPr>
      <w:r>
        <w:t>تو جس چیز کو اپ داؤ ورک کہہ رہے ہیں وہ کیا ہے</w:t>
      </w:r>
    </w:p>
    <w:p>
      <w:r>
        <w:rPr>
          <w:b/>
        </w:rPr>
        <w:t xml:space="preserve">[1:16:04] </w:t>
      </w:r>
      <w:r>
        <w:t>wo wo mohabbat ka izhar hai chounke ap chahte hain ke insan jo hai hell mein na jaye</w:t>
      </w:r>
    </w:p>
    <w:p>
      <w:pPr>
        <w:jc w:val="right"/>
      </w:pPr>
      <w:r>
        <w:t>وہ وہ محبت کا اظہار ہے چونکہ اپ چاہتے ہیں کہ انسان جو ہے ہیل میں نہ جائے</w:t>
      </w:r>
    </w:p>
    <w:p>
      <w:r>
        <w:rPr>
          <w:b/>
        </w:rPr>
        <w:t xml:space="preserve">[1:16:10] </w:t>
      </w:r>
      <w:r>
        <w:t>ap chahte hain ke insan jo hai wo khuda ke punishment se bach jaye</w:t>
      </w:r>
    </w:p>
    <w:p>
      <w:pPr>
        <w:jc w:val="right"/>
      </w:pPr>
      <w:r>
        <w:t>اپ چاہتے ہیں کہ انسان جو ہے وہ خدا کے پنشمنٹ سے بچ جائے</w:t>
      </w:r>
    </w:p>
    <w:p>
      <w:r>
        <w:rPr>
          <w:b/>
        </w:rPr>
        <w:t xml:space="preserve">[1:16:15] </w:t>
      </w:r>
      <w:r>
        <w:t>ap chahte hain ke day of judgment jab khara ho to us ke liye paradise ka faisla kiya jaye</w:t>
      </w:r>
    </w:p>
    <w:p>
      <w:pPr>
        <w:jc w:val="right"/>
      </w:pPr>
      <w:r>
        <w:t>اپ چاہتے ہیں کہ ڈیف ججمنٹ جب کھڑا ہو تو اس کے لیے پیراڈائز کا فیصلہ کیا جائے</w:t>
      </w:r>
    </w:p>
    <w:p>
      <w:r>
        <w:rPr>
          <w:b/>
        </w:rPr>
        <w:t xml:space="preserve">[1:16:24] </w:t>
      </w:r>
      <w:r>
        <w:t>to doosre achhe insano ke sath woh paradise mein dakhil kiya jaye us ko yeh mohabbat aur khair khwahi aur well wishing woh cheez hai jo da'wah work ke liye uthati hai aap ko to da'wah work jo hai woh koi announcement nahi hai woh apne pride ko establish karna nahi hai apne qoumi fakhr ko numayan karna nahi hai yeh sab kuch bhi nahi hai</w:t>
      </w:r>
    </w:p>
    <w:p>
      <w:pPr>
        <w:jc w:val="right"/>
      </w:pPr>
      <w:r>
        <w:t>تو دوسرے اچھے انسانوں کے ساتھ وہ پیراڈائز میں داخل کیا جائے اس کو یہ محبت اور خیر خواہی اور ویل وشنگ وہ چیز ہے جو داؤ ورک کے لیے اٹھاتی ہے اپ کو تو داؤ ورک جو ہے وہ کوئی اناؤنسمنٹ نہیں ہے وہ اپنے پرائیڈ کو اسٹیبلش کرنا نہیں ہے اپنے قومی فخر کو نمایاں کرنا نہیں ہے یہ سب کچھ بھی نہیں ہے</w:t>
      </w:r>
    </w:p>
    <w:p>
      <w:r>
        <w:rPr>
          <w:b/>
        </w:rPr>
        <w:t xml:space="preserve">[1:16:51] </w:t>
      </w:r>
      <w:r>
        <w:t>da'wah work doosre insano se mohabbat karne ka naam hai da'wah work doosre insano ko aag se bachane ke liye uthne ka naam hai da'wah work doosre insano ko paradise mein dakhil karne ke liye jeene marne ka naam hai jab logon ki mohabbat se aap tadapte hain tab da'wah work shuru hota hai</w:t>
      </w:r>
    </w:p>
    <w:p>
      <w:pPr>
        <w:jc w:val="right"/>
      </w:pPr>
      <w:r>
        <w:t>داؤ ورک دوسرے انسانوں سے محبت کرنے کا نام ہے داؤ ورک دوسرے انسانوں کو اگ سے بچانے کے لیے اٹھنے کا نام ہے داؤ ورک دوسرے انسانوں کو پیراڈائز میں داخل کرنے کے لیے جینے مرنے کا نام ہے جب لوگوں کی محبت سے اپ تڑپتے ہیں تب داؤ ورک شروع ہوتا ہے</w:t>
      </w:r>
    </w:p>
    <w:p>
      <w:r>
        <w:rPr>
          <w:b/>
        </w:rPr>
        <w:t xml:space="preserve">[1:17:17] </w:t>
      </w:r>
      <w:r>
        <w:t>jab insaan ki mohabbat mein aap tadapte hain jis tarah maa tadapti hai apne bete ki mohabbat mein yaad rakhen jis tarah maa apne bete ki mohabbat mein tadapti hai is tarah jab aap tadpen doosre insaanon ke liye tab da'o work shuru hota hai da'o work koi khel nahin hai</w:t>
      </w:r>
    </w:p>
    <w:p>
      <w:pPr>
        <w:jc w:val="right"/>
      </w:pPr>
      <w:r>
        <w:t>جب انسان کی محبت میں اپ تڑپتے ہیں جس طرح ماں تڑپتی ہے اپنے بیٹے کی محبت میں یاد رکھیں جس طرح ماں اپنے بیٹے کی محبت میں تڑپتی ہے اس طرح جب اپ تڑپیں دوسرے انسانوں کے لیے تب داؤ ورک شروع ہوتا ہے داؤ ورک کوئی کھیل نہیں ہے</w:t>
      </w:r>
    </w:p>
    <w:p>
      <w:r>
        <w:rPr>
          <w:b/>
        </w:rPr>
        <w:t xml:space="preserve">[1:17:39] </w:t>
      </w:r>
      <w:r>
        <w:t>to yeh do shartein hain insaan ko insaan se mohabbat karne ki ek to yeh hai ke aap un ke liye nafeh bakhsh banen aap ko ek giving spirit aaye aur kam se kam yeh hai ke aap un ke liye no problem ban no problem insaan ban kar reh saken aur doosri cheez yeh hai ke aap un ke liye da'o work karen Khuda ke deen ko un tak pahunchayen</w:t>
      </w:r>
    </w:p>
    <w:p>
      <w:pPr>
        <w:jc w:val="right"/>
      </w:pPr>
      <w:r>
        <w:t>تو یہ دو شرطیں ہیں انسان کو انسان سے محبت کرنے کی ایک تو یہ ہے کہ اپ ان کے لیے نفع بخش بنیں اپ کو ایک گیونگ اسپرٹ ائے اور کم سے کم یہ ہے کہ اپ ان کے لیے نو پرابلم بن نو پرابلم انسان بن کر رہ سکیں اور دوسری چیز یہ ہے کہ اپ ان کے لیے داؤ ورک کریں خدا کے دین کو ان تک پہنچائیں</w:t>
      </w:r>
    </w:p>
    <w:p>
      <w:r>
        <w:rPr>
          <w:b/>
        </w:rPr>
        <w:t xml:space="preserve">[1:18:07] </w:t>
      </w:r>
      <w:r>
        <w:t>paradise ke message ko un tak pohanchayen</w:t>
      </w:r>
    </w:p>
    <w:p>
      <w:pPr>
        <w:jc w:val="right"/>
      </w:pPr>
      <w:r>
        <w:t>پیراڈائز کے میسج کو ان تک پہنچائیں</w:t>
      </w:r>
    </w:p>
    <w:p>
      <w:r>
        <w:rPr>
          <w:b/>
        </w:rPr>
        <w:t xml:space="preserve">[1:18:11] </w:t>
      </w:r>
      <w:r>
        <w:t>aur pohanchana bhi dekhen aisa nahi ke ap announce kar den</w:t>
      </w:r>
    </w:p>
    <w:p>
      <w:pPr>
        <w:jc w:val="right"/>
      </w:pPr>
      <w:r>
        <w:t>اور پہنچانا بھی دیکھیں ایسا نہیں کہ اپ اناؤنس کر دیں</w:t>
      </w:r>
    </w:p>
    <w:p>
      <w:r>
        <w:rPr>
          <w:b/>
        </w:rPr>
        <w:t xml:space="preserve">[1:18:15] </w:t>
      </w:r>
      <w:r>
        <w:t>kitab likh kar chhaap den</w:t>
      </w:r>
    </w:p>
    <w:p>
      <w:pPr>
        <w:jc w:val="right"/>
      </w:pPr>
      <w:r>
        <w:t>کتاب لکھ کر چھاپ دیں</w:t>
      </w:r>
    </w:p>
    <w:p>
      <w:r>
        <w:rPr>
          <w:b/>
        </w:rPr>
        <w:t xml:space="preserve">[1:18:19] </w:t>
      </w:r>
      <w:r>
        <w:t>nahi jis tarah se maa apne bete ki islaah ke liye subah sham ek kar deti hai ke</w:t>
      </w:r>
    </w:p>
    <w:p>
      <w:pPr>
        <w:jc w:val="right"/>
      </w:pPr>
      <w:r>
        <w:t>نہیں جس طرح سے ماں اپنے بیٹے کی اصلاح کے لیے صبح شام ایک کر دیتی ہے کہ</w:t>
      </w:r>
    </w:p>
    <w:p>
      <w:r>
        <w:rPr>
          <w:b/>
        </w:rPr>
        <w:t xml:space="preserve">[1:18:26] </w:t>
      </w:r>
      <w:r>
        <w:t>mera beta jo hai</w:t>
      </w:r>
    </w:p>
    <w:p>
      <w:pPr>
        <w:jc w:val="right"/>
      </w:pPr>
      <w:r>
        <w:t>میرا بیٹا جو ہے</w:t>
      </w:r>
    </w:p>
    <w:p>
      <w:r>
        <w:rPr>
          <w:b/>
        </w:rPr>
        <w:t xml:space="preserve">[1:18:28] </w:t>
      </w:r>
      <w:r>
        <w:t>koi maa dekha hai ke us ke bete mein koi galat adat pad gayi hai to kya ap</w:t>
      </w:r>
    </w:p>
    <w:p>
      <w:pPr>
        <w:jc w:val="right"/>
      </w:pPr>
      <w:r>
        <w:t>کوئی ماں دیکھا ہے کہ اس کے بیٹے میں کوئی غلط عادت پڑ گئی ہے تو کیا اپ</w:t>
      </w:r>
    </w:p>
    <w:p>
      <w:r>
        <w:rPr>
          <w:b/>
        </w:rPr>
        <w:t xml:space="preserve">[1:18:33] </w:t>
      </w:r>
      <w:r>
        <w:t>samajhte hain ke us ke munh se bol degi khali wo</w:t>
      </w:r>
    </w:p>
    <w:p>
      <w:pPr>
        <w:jc w:val="right"/>
      </w:pPr>
      <w:r>
        <w:t>سمجھتے ہیں کہ اس کے منہ سے بول دے گی خالی وہ</w:t>
      </w:r>
    </w:p>
    <w:p>
      <w:r>
        <w:rPr>
          <w:b/>
        </w:rPr>
        <w:t xml:space="preserve">[1:18:37] </w:t>
      </w:r>
      <w:r>
        <w:t>kisi maa ke bete mein koi buri aadat padh gayi ho to kya aisa ho sakta hai ke maa jo hai sirf ek munh se bol de woh samjhe ke bas ho gaya kaam nahin maa is ke liye sochegi isi ke liye tadpegi isi ke liye dua karegi isi ke liye saare sadhan karegi isi ki saari tadbeer karegi</w:t>
      </w:r>
    </w:p>
    <w:p>
      <w:pPr>
        <w:jc w:val="right"/>
      </w:pPr>
      <w:r>
        <w:t>کسی ماں کے بیٹے میں کوئی بری عادت پڑ گئی ہو تو کیا ایسا ہو سکتا ہے کہ ماں جو ہے صرف ایک منہ سے بول دے وہ سمجھے کہ بس ہو گیا کام نہیں ماں اس کے لیے سوچے گی اسی کے لیے تڑپے گی اسی کے لیے دعا کرے گی اسی کے لیے سارے سادھن کرے گی اسی کی ساری تدبیر کرے گی</w:t>
      </w:r>
    </w:p>
    <w:p>
      <w:r>
        <w:rPr>
          <w:b/>
        </w:rPr>
        <w:t xml:space="preserve">[1:19:00] </w:t>
      </w:r>
      <w:r>
        <w:t>jis tarah se maa apne bete ki islaah ke liye saara apna jatan karti hai saara din aur raat ek kar deti hai isi tarah se aap ko da'o work karna hai</w:t>
      </w:r>
    </w:p>
    <w:p>
      <w:pPr>
        <w:jc w:val="right"/>
      </w:pPr>
      <w:r>
        <w:t>جس طرح سے ماں اپنے بیٹے کی اصلاح کے لیے سارا اپنا جتن کرتی ہے سارا دن اور رات ایک کر دیتی ہے اسی طرح سے اپ کو داؤ ورک کرنا ہے</w:t>
      </w:r>
    </w:p>
    <w:p>
      <w:r>
        <w:rPr>
          <w:b/>
        </w:rPr>
        <w:t xml:space="preserve">[1:19:17] </w:t>
      </w:r>
      <w:r>
        <w:t>isi tarah aap karenge tabhi Khuda ke haan aap ko woh inaam milega jo da'iyon ke liye jo inaam rakha gaya hai da'iyon ke liye</w:t>
      </w:r>
    </w:p>
    <w:p>
      <w:pPr>
        <w:jc w:val="right"/>
      </w:pPr>
      <w:r>
        <w:t>اسی طرح اپ کریں گے تبھی خدا کے ہاں اپ کو وہ انعام ملے گا جو داعیوں کے لیے جو انعام رکھا گیا ہے داعیوں کے لیے</w:t>
      </w:r>
    </w:p>
    <w:p>
      <w:r>
        <w:rPr>
          <w:b/>
        </w:rPr>
        <w:t xml:space="preserve">[1:19:28] </w:t>
      </w:r>
      <w:r>
        <w:t>warna nahin</w:t>
      </w:r>
    </w:p>
    <w:p>
      <w:pPr>
        <w:jc w:val="right"/>
      </w:pPr>
      <w:r>
        <w:t>ورنہ نہیں</w:t>
      </w:r>
    </w:p>
    <w:p>
      <w:r>
        <w:rPr>
          <w:b/>
        </w:rPr>
        <w:t xml:space="preserve">[1:19:32] </w:t>
      </w:r>
      <w:r>
        <w:t>stage par khade ho kar ke aap taqreer kar den to yeh da'o work nahin hai</w:t>
      </w:r>
    </w:p>
    <w:p>
      <w:pPr>
        <w:jc w:val="right"/>
      </w:pPr>
      <w:r>
        <w:t>اسٹیج پر کھڑے ہو کر کے اپ تقریر کر دیں تو یہ داؤ ورک نہیں ہے</w:t>
      </w:r>
    </w:p>
    <w:p>
      <w:r>
        <w:rPr>
          <w:b/>
        </w:rPr>
        <w:t xml:space="preserve">[1:19:39] </w:t>
      </w:r>
      <w:r>
        <w:t>da'o work is ke is ke gham mein ghulne ka naam hai da'o work is ki mohabbat mein jalne ka naam hai best jo misaal mein de sakta hoon woh maa aur bete ki misaal hai</w:t>
      </w:r>
    </w:p>
    <w:p>
      <w:pPr>
        <w:jc w:val="right"/>
      </w:pPr>
      <w:r>
        <w:t>داؤ ورک اس کے اس کے غم میں گھلنے کا نام ہے داؤ ورک اس کی محبت میں جلنے کا نام ہے بیسٹ جو مثال میں دے سکتا ہوں وہ ماں اور بیٹے کی مثال ہے</w:t>
      </w:r>
    </w:p>
    <w:p>
      <w:r>
        <w:rPr>
          <w:b/>
        </w:rPr>
        <w:t xml:space="preserve">[1:19:54] </w:t>
      </w:r>
      <w:r>
        <w:t>ke maa jis tarah se bete ki islaah ke liye tadapti hai isi tarah da'i jab mad'u ki islaah ke liye tadapta hai to isi ka naam hota hai da'o work</w:t>
      </w:r>
    </w:p>
    <w:p>
      <w:pPr>
        <w:jc w:val="right"/>
      </w:pPr>
      <w:r>
        <w:t>کہ ماں جس طرح سے بیٹے کی اصلاح کے لیے تڑپتی ہے اسی طرح داعی جب مدعو کی اصلاح کے لیے تڑپتا ہے تو اسی کا نام ہوتا ہے داؤ ورک</w:t>
      </w:r>
    </w:p>
    <w:p>
      <w:r>
        <w:rPr>
          <w:b/>
        </w:rPr>
        <w:t xml:space="preserve">[1:20:07] </w:t>
      </w:r>
      <w:r>
        <w:t>da'o work aur yeh woh log hain jo aakhirat mein paighambaron ke saath uthaye jayenge paighambaron ke saath uthaye jayenge kyunke paighambar ka kaam kya tha da'wat ka kaam tha da'een ila Allah badni</w:t>
      </w:r>
    </w:p>
    <w:p>
      <w:pPr>
        <w:jc w:val="right"/>
      </w:pPr>
      <w:r>
        <w:t>داؤ ورک اور یہ وہ لوگ ہیں جو اخرت میں پیغمبروں کے ساتھ اٹھائے جائیں گے پیغمبروں کے ساتھ اٹھائے جائیں گے کیونکہ پیغمبر کا کام کیا تھا دعوت کا کام تھا داعین الی اللہ بدنی</w:t>
      </w:r>
    </w:p>
    <w:p>
      <w:r>
        <w:rPr>
          <w:b/>
        </w:rPr>
        <w:t xml:space="preserve">[1:20:28] </w:t>
      </w:r>
      <w:r>
        <w:t>paighambar haqeeqat mein da'i hota hai to da'wat ka kaam paighambar wala kaam hai da'wat ka kaam jo hai woh paighambar wala kaam hai to da'wat ke liye jo namoona hai woh paighambar ki zindagi mein milta hai</w:t>
      </w:r>
    </w:p>
    <w:p>
      <w:pPr>
        <w:jc w:val="right"/>
      </w:pPr>
      <w:r>
        <w:t>پیغمبر حقیقت میں داعی ہوتا ہے تو دعوت کا کام پیغمبر والا کام ہے دعوت کا کام جو ہے وہ پیغمبر والا کام ہے تو دعوت کے لیے جو نمونہ ہے وہ پیغمبر کی زندگی میں ملتا ہے</w:t>
      </w:r>
    </w:p>
    <w:p>
      <w:r>
        <w:rPr>
          <w:b/>
        </w:rPr>
        <w:t xml:space="preserve">[1:20:48] </w:t>
      </w:r>
      <w:r>
        <w:t>da'wat kya hai is ko samajhne ke liye hamein paighambar ki zindagi ko padhna padega</w:t>
      </w:r>
    </w:p>
    <w:p>
      <w:pPr>
        <w:jc w:val="right"/>
      </w:pPr>
      <w:r>
        <w:t>دعوت کیا ہے اس کو سمجھنے کے لیے ہمیں پیغمبر کی زندگی کو پڑھنا پڑے گا</w:t>
      </w:r>
    </w:p>
    <w:p>
      <w:r>
        <w:rPr>
          <w:b/>
        </w:rPr>
        <w:t xml:space="preserve">[1:21:01] </w:t>
      </w:r>
      <w:r>
        <w:t>to yeh hai Islam ka khulasa</w:t>
      </w:r>
    </w:p>
    <w:p>
      <w:pPr>
        <w:jc w:val="right"/>
      </w:pPr>
      <w:r>
        <w:t>تو یہ ہے اسلام کا خلاصہ</w:t>
      </w:r>
    </w:p>
    <w:p>
      <w:r>
        <w:rPr>
          <w:b/>
        </w:rPr>
        <w:t xml:space="preserve">[1:21:10] </w:t>
      </w:r>
      <w:r>
        <w:t>yeh hai Islam ka khulasa</w:t>
      </w:r>
    </w:p>
    <w:p>
      <w:pPr>
        <w:jc w:val="right"/>
      </w:pPr>
      <w:r>
        <w:t>یہ ہے اسلام کا خلاصہ</w:t>
      </w:r>
    </w:p>
    <w:p>
      <w:r>
        <w:rPr>
          <w:b/>
        </w:rPr>
        <w:t xml:space="preserve">[1:21:15] </w:t>
      </w:r>
      <w:r>
        <w:t>main samajhta hoon ke hum sab ko phir se sochna chahiye agar hum ne kisi aur cheez ko Islam samajh liya ho</w:t>
      </w:r>
    </w:p>
    <w:p>
      <w:pPr>
        <w:jc w:val="right"/>
      </w:pPr>
      <w:r>
        <w:t>میں سمجھتا ہوں کہ ہم سب کو پھر سے سوچنا چاہیے اگر ہم نے کسی اور چیز کو اسلام سمجھ لیا ہو</w:t>
      </w:r>
    </w:p>
    <w:p>
      <w:r>
        <w:rPr>
          <w:b/>
        </w:rPr>
        <w:t xml:space="preserve">[1:21:30] </w:t>
      </w:r>
      <w:r>
        <w:t>to hamare samajhne se woh Islam nahin ban jayega hamein dekhna padega ke kya sach much is hamara Islam wahi Islam hai jis ko Khuda ne Islam kaha hai</w:t>
      </w:r>
    </w:p>
    <w:p>
      <w:pPr>
        <w:jc w:val="right"/>
      </w:pPr>
      <w:r>
        <w:t>تو ہمارے سمجھنے سے وہ اسلام نہیں بن جائے گا ہمیں دیکھنا پڑے گا کہ کیا سچ مچ اس ہمارا اسلام وہی اسلام ہے جس کو خدا نے اسلام کہا ہے</w:t>
      </w:r>
    </w:p>
    <w:p>
      <w:r>
        <w:rPr>
          <w:b/>
        </w:rPr>
        <w:t xml:space="preserve">[1:21:43] </w:t>
      </w:r>
      <w:r>
        <w:t>jis cheez ko hum sachai maan rahe hain kya woh wahi cheez hai jis ko Khuda ne sachai bataya hai hum kisi ko sachai maan len to is se woh Khuda ke haan sachai nahin ban jayega</w:t>
      </w:r>
    </w:p>
    <w:p>
      <w:pPr>
        <w:jc w:val="right"/>
      </w:pPr>
      <w:r>
        <w:t>جس چیز کو ہم سچائی مان رہے ہیں کیا وہ وہی چیز ہے جس کو خدا نے سچائی بتایا ہے ہم کسی کو سچائی مان لیں تو اس سے وہ خدا کے ہاں سچائی نہیں بن جائے گا</w:t>
      </w:r>
    </w:p>
    <w:p>
      <w:r>
        <w:rPr>
          <w:b/>
        </w:rPr>
        <w:t xml:space="preserve">[1:21:59] </w:t>
      </w:r>
      <w:r>
        <w:t>yaani aap ke paas suppose das hazar das hazar noton ka bundle ho</w:t>
      </w:r>
    </w:p>
    <w:p>
      <w:pPr>
        <w:jc w:val="right"/>
      </w:pPr>
      <w:r>
        <w:t>یعنی اپ کے پاس سپوز دس ہزار دس ہزار نوٹوں کا بنڈل ہو</w:t>
      </w:r>
    </w:p>
    <w:p>
      <w:r>
        <w:rPr>
          <w:b/>
        </w:rPr>
        <w:t xml:space="preserve">[1:22:10] </w:t>
      </w:r>
      <w:r>
        <w:t>das hazar rupaye ka noton ka bundle ho aur khush khush aap jayen market mein kharidari karne ke liye wahan jab pahunchayen to maloom ho ke yeh to saare note jo hain jaali hain aaj kal aap jante hain ke jaali noton ka karobar chal pada hai</w:t>
      </w:r>
    </w:p>
    <w:p>
      <w:pPr>
        <w:jc w:val="right"/>
      </w:pPr>
      <w:r>
        <w:t>دس ہزار روپے کا نوٹوں کا بنڈل ہو اور خوش خوش اپ جائیں مارکیٹ میں خریداری کرنے کے لیے وہاں جب پہنچائیں تو معلوم ہو کہ یہ تو سارے نوٹ جو ہیں جعلی ہیں اج کل اپ جانتے ہیں کہ جعلی نوٹوں کا کاروبار چل پڑا ہے</w:t>
      </w:r>
    </w:p>
    <w:p>
      <w:r>
        <w:rPr>
          <w:b/>
        </w:rPr>
        <w:t xml:space="preserve">[1:22:28] </w:t>
      </w:r>
      <w:r>
        <w:t>to das hazar rupaye ke noton ka bundle aap ka jo hai woh das paise ka bhi nahin rahega agar bank keh de ke yeh note jaali hain agar dukandar keh de ke yeh note jaali hain to kya hoga kuch bhi nahin kuch bhi nahin hoga aap ke paas aap penniless ho jayenge penniless</w:t>
      </w:r>
    </w:p>
    <w:p>
      <w:pPr>
        <w:jc w:val="right"/>
      </w:pPr>
      <w:r>
        <w:t>تو دس ہزار روپے کے نوٹوں کا بنڈل اپ کا جو ہے وہ دس پیسے کا بھی نہیں رہے گا اگر بینک کہہ دے کہ یہ نوٹ جعلی ہیں اگر دکاندار کہہ دے کہ یہ نوٹ جعلی ہیں تو کیا ہوگا کچھ بھی نہیں کچھ بھی نہیں ہوگا اپ کے پاس اپ پینی لیس ہو جائیں گے پینی لیس</w:t>
      </w:r>
    </w:p>
    <w:p>
      <w:r>
        <w:rPr>
          <w:b/>
        </w:rPr>
        <w:t xml:space="preserve">[1:22:50] </w:t>
      </w:r>
      <w:r>
        <w:t>us tareeqay se sochiye</w:t>
      </w:r>
    </w:p>
    <w:p>
      <w:pPr>
        <w:jc w:val="right"/>
      </w:pPr>
      <w:r>
        <w:t>اس طریقے سے سوچیے</w:t>
      </w:r>
    </w:p>
    <w:p>
      <w:r>
        <w:rPr>
          <w:b/>
        </w:rPr>
        <w:t xml:space="preserve">[1:22:53] </w:t>
      </w:r>
      <w:r>
        <w:t>ke jis cheez ko hum sachai manay hue hain jis cheez ko hum deen manay hue hain jis</w:t>
      </w:r>
    </w:p>
    <w:p>
      <w:pPr>
        <w:jc w:val="right"/>
      </w:pPr>
      <w:r>
        <w:t>کہ جس چیز کو ہم سچائی مانے ہوئے ہیں جس چیز کو ہم دین مانے ہوئے ہیں جس</w:t>
      </w:r>
    </w:p>
    <w:p>
      <w:r>
        <w:rPr>
          <w:b/>
        </w:rPr>
        <w:t xml:space="preserve">[1:22:58] </w:t>
      </w:r>
      <w:r>
        <w:t>cheez ko hum islam manay hue hain wo tab hai islam tab hai sachai jab ke akhirat mein</w:t>
      </w:r>
    </w:p>
    <w:p>
      <w:pPr>
        <w:jc w:val="right"/>
      </w:pPr>
      <w:r>
        <w:t>چیز کو ہم اسلام مانے ہوئے ہیں وہ تب ہے اسلام تب ہے سچائی جب کہ اخرت میں</w:t>
      </w:r>
    </w:p>
    <w:p>
      <w:r>
        <w:rPr>
          <w:b/>
        </w:rPr>
        <w:t xml:space="preserve">[1:23:04] </w:t>
      </w:r>
      <w:r>
        <w:t>khuda certify kare ke khuda keh de ke haan yeh sachai thi is ko tum pakra tha tum</w:t>
      </w:r>
    </w:p>
    <w:p>
      <w:pPr>
        <w:jc w:val="right"/>
      </w:pPr>
      <w:r>
        <w:t>خدا سرٹیفائی کرے کہ خدا کہہ دے کہ ہاں یہ سچائی تھی اس کو تم پکڑا تھا تم</w:t>
      </w:r>
    </w:p>
    <w:p>
      <w:r>
        <w:rPr>
          <w:b/>
        </w:rPr>
        <w:t xml:space="preserve">[1:23:10] </w:t>
      </w:r>
      <w:r>
        <w:t>ne yani khuda ke nazdeek wo sachai hai tab wo sachai hai agar khuda ke nazdeek wo sachai</w:t>
      </w:r>
    </w:p>
    <w:p>
      <w:pPr>
        <w:jc w:val="right"/>
      </w:pPr>
      <w:r>
        <w:t>نے یعنی خدا کے نزدیک وہ سچائی ہے تب وہ سچائی ہے اگر خدا کے نزدیک وہ سچائی</w:t>
      </w:r>
    </w:p>
    <w:p>
      <w:r>
        <w:rPr>
          <w:b/>
        </w:rPr>
        <w:t xml:space="preserve">[1:23:16] </w:t>
      </w:r>
      <w:r>
        <w:t>nahi hai to wo sachai bhi nahi hai</w:t>
      </w:r>
    </w:p>
    <w:p>
      <w:pPr>
        <w:jc w:val="right"/>
      </w:pPr>
      <w:r>
        <w:t>نہیں ہے تو وہ سچائی بھی نہیں ہے</w:t>
      </w:r>
    </w:p>
    <w:p>
      <w:r>
        <w:rPr>
          <w:b/>
        </w:rPr>
        <w:t xml:space="preserve">[1:23:21] </w:t>
      </w:r>
      <w:r>
        <w:t>har waqt yeh sochna chahiye aadmi ko har waqt</w:t>
      </w:r>
    </w:p>
    <w:p>
      <w:pPr>
        <w:jc w:val="right"/>
      </w:pPr>
      <w:r>
        <w:t>ہر وقت یہ سوچنا چاہیے ادمی کو ہر وقت</w:t>
      </w:r>
    </w:p>
    <w:p>
      <w:r>
        <w:rPr>
          <w:b/>
        </w:rPr>
        <w:t xml:space="preserve">[1:23:29] </w:t>
      </w:r>
      <w:r>
        <w:t>to main isi par apni baat ko khatam karta hoon aur Allah taala se dua karta hoon ke woh hum sab ko yeh tofeeq de</w:t>
      </w:r>
    </w:p>
    <w:p>
      <w:pPr>
        <w:jc w:val="right"/>
      </w:pPr>
      <w:r>
        <w:t>تو میں اسی پر اپنی بات کو ختم کرتا ہوں اور اللہ تعالی سے دعا کرتا ہوں کہ وہ ہم سب کو یہ توفیق دے</w:t>
      </w:r>
    </w:p>
    <w:p>
      <w:r>
        <w:rPr>
          <w:b/>
        </w:rPr>
        <w:t xml:space="preserve">[1:23:44] </w:t>
      </w:r>
      <w:r>
        <w:t>ke hum sachai ko janen sachai ko apnayen aur sachai ke raaste par chalen</w:t>
      </w:r>
    </w:p>
    <w:p>
      <w:pPr>
        <w:jc w:val="right"/>
      </w:pPr>
      <w:r>
        <w:t>کہ ہم سچائی کو جانیں سچائی کو اپنائیں اور سچائی کے راستے پر چلیں</w:t>
      </w:r>
    </w:p>
    <w:p>
      <w:r>
        <w:rPr>
          <w:b/>
        </w:rPr>
        <w:t xml:space="preserve">[1:23:57] </w:t>
      </w:r>
      <w:r>
        <w:t>yahan tak ke khuda akhirat ke din mein hamein accept kare aur accept kar ke hamein jannat ke baghon mein dakhil farmaye. aool qawli haza wastaghfirullaha walakum ajmaeen.</w:t>
      </w:r>
    </w:p>
    <w:p>
      <w:pPr>
        <w:jc w:val="right"/>
      </w:pPr>
      <w:r>
        <w:t>یہاں تک کہ خدا اخرت کے دن میں ہمیں ایکسیپٹ کرے اور ایکسیپٹ کر کے ہمیں جنت کے باغوں میں داخل فرمائے اقول قولیھذا واستغفراللہ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