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Izhar-e-Deen January 5, 2007 Maulana Wahiduddin Khan</w:t>
      </w:r>
    </w:p>
    <w:p>
      <w:r>
        <w:t>https://www.youtube.com/watch?v=k7A-QmCYPhM</w:t>
      </w:r>
    </w:p>
    <w:p>
      <w:r>
        <w:rPr>
          <w:b/>
        </w:rPr>
        <w:t xml:space="preserve">[00:40] </w:t>
      </w:r>
      <w:r>
        <w:t>jaisa ke aap jante hain, aaj yahan hum ne isha ki namaz padhi hai.</w:t>
      </w:r>
    </w:p>
    <w:p>
      <w:pPr>
        <w:jc w:val="right"/>
      </w:pPr>
      <w:r>
        <w:t>جیسا کہ آپ جانتے ہیں، آج یہاں ہم نے عشاء کی نماز پڑھی ہے۔</w:t>
      </w:r>
    </w:p>
    <w:p>
      <w:r>
        <w:rPr>
          <w:b/>
        </w:rPr>
        <w:t xml:space="preserve">[00:53] </w:t>
      </w:r>
      <w:r>
        <w:t>isha ki namaz mein is ke imam, Maulana Rizwan Nadvi ne quran ka jo hissa padha, us mein yeh ayat thi:</w:t>
      </w:r>
    </w:p>
    <w:p>
      <w:pPr>
        <w:jc w:val="right"/>
      </w:pPr>
      <w:r>
        <w:t>عشاء کی نماز میں اس کے امام، مولانا رضوان ندوی نے قرآن کا جو حصہ پڑھا، اس میں یہ آیت تھی:</w:t>
      </w:r>
    </w:p>
    <w:p>
      <w:r>
        <w:rPr>
          <w:b/>
        </w:rPr>
        <w:t xml:space="preserve">[01:09] </w:t>
      </w:r>
      <w:r>
        <w:t>"huwallazi arsala rasulahu bilhuda wa deenil haqq liyuzhirahu alad deeni kulli, wakafa billahi shaheeda".</w:t>
      </w:r>
    </w:p>
    <w:p>
      <w:pPr>
        <w:jc w:val="right"/>
      </w:pPr>
      <w:r>
        <w:t>"ھو الذی ارسل رسولہ بالہدی ودین الحق لیظہرہ علی الدین کلی، وکفا باللہ شہیدا"۔</w:t>
      </w:r>
    </w:p>
    <w:p>
      <w:r>
        <w:rPr>
          <w:b/>
        </w:rPr>
        <w:t xml:space="preserve">[01:20] </w:t>
      </w:r>
      <w:r>
        <w:t>yeh ayat quran ki bohat hi</w:t>
      </w:r>
    </w:p>
    <w:p>
      <w:pPr>
        <w:jc w:val="right"/>
      </w:pPr>
      <w:r>
        <w:t>یہ آیت قرآن کی بہت ہی</w:t>
      </w:r>
    </w:p>
    <w:p>
      <w:r>
        <w:rPr>
          <w:b/>
        </w:rPr>
        <w:t xml:space="preserve">[01:25] </w:t>
      </w:r>
      <w:r>
        <w:t>aham ayat hai, is par bohat kuch likha gaya hai</w:t>
      </w:r>
    </w:p>
    <w:p>
      <w:pPr>
        <w:jc w:val="right"/>
      </w:pPr>
      <w:r>
        <w:t>اہم آیت ہے، اس پر بہت کچھ لکھا گیا ہے</w:t>
      </w:r>
    </w:p>
    <w:p>
      <w:r>
        <w:rPr>
          <w:b/>
        </w:rPr>
        <w:t xml:space="preserve">[01:32] </w:t>
      </w:r>
      <w:r>
        <w:t>aur abhi tak likha ja raha hai.</w:t>
      </w:r>
    </w:p>
    <w:p>
      <w:pPr>
        <w:jc w:val="right"/>
      </w:pPr>
      <w:r>
        <w:t>اور ابھی تک لکھا جا رہا ہے۔</w:t>
      </w:r>
    </w:p>
    <w:p>
      <w:r>
        <w:rPr>
          <w:b/>
        </w:rPr>
        <w:t xml:space="preserve">[01:37] </w:t>
      </w:r>
      <w:r>
        <w:t>is ka dekhiye, transition yeh hai ke khuda ne apne rasool, yani Muhammad sallallahu alaihi wasallam ko bheja,</w:t>
      </w:r>
    </w:p>
    <w:p>
      <w:pPr>
        <w:jc w:val="right"/>
      </w:pPr>
      <w:r>
        <w:t>اس کا دیکھیے، ٹرانزیشن یہ ہے کہ خدا نے اپنے رسول، یعنی محمد صلی اللہ علیہ وسلم کو بھیجا،</w:t>
      </w:r>
    </w:p>
    <w:p>
      <w:r>
        <w:rPr>
          <w:b/>
        </w:rPr>
        <w:t xml:space="preserve">[01:54] </w:t>
      </w:r>
      <w:r>
        <w:t>hidayat aur sachche deen ke sath, taake woh is ko sare hi deenon par ghalib kar de.</w:t>
      </w:r>
    </w:p>
    <w:p>
      <w:pPr>
        <w:jc w:val="right"/>
      </w:pPr>
      <w:r>
        <w:t>ہدایت اور سچے دین کے ساتھ، تاکہ وہ اس کو سارے ہی دینوں پر غالب کر دے۔</w:t>
      </w:r>
    </w:p>
    <w:p>
      <w:r>
        <w:rPr>
          <w:b/>
        </w:rPr>
        <w:t xml:space="preserve">[02:10] </w:t>
      </w:r>
      <w:r>
        <w:t>ghalib ka matlab hai dominating position de de.</w:t>
      </w:r>
    </w:p>
    <w:p>
      <w:pPr>
        <w:jc w:val="right"/>
      </w:pPr>
      <w:r>
        <w:t>غالب کا مطلب ہے ڈومینیٹنگ پوزیشن دے دے۔</w:t>
      </w:r>
    </w:p>
    <w:p>
      <w:r>
        <w:rPr>
          <w:b/>
        </w:rPr>
        <w:t xml:space="preserve">[02:17] </w:t>
      </w:r>
      <w:r>
        <w:t>yani khuda ne jo bheja aakhri paighambar ko, us ke sath jo quran bheja aur jo deen bheja, to us mein khud khuda ne yeh aelan kiya ke is prophet ko, yani final prophet ko,</w:t>
      </w:r>
    </w:p>
    <w:p>
      <w:pPr>
        <w:jc w:val="right"/>
      </w:pPr>
      <w:r>
        <w:t>یعنی خدا نے جو بھیجا آخری پیغمبر کو، اس کے ساتھ جو قرآن بھیجا اور جو دین بھیجا، تو اس میں خود خدا نے یہ اعلان کیا کہ اس پرافٹ کو، یعنی فائنل پرافٹ کو،</w:t>
      </w:r>
    </w:p>
    <w:p>
      <w:r>
        <w:rPr>
          <w:b/>
        </w:rPr>
        <w:t xml:space="preserve">[02:34] </w:t>
      </w:r>
      <w:r>
        <w:t>deen ke sath sath yeh baat bhi di gayi hai ke woh khuda ke deen ko dominating position de de,</w:t>
      </w:r>
    </w:p>
    <w:p>
      <w:pPr>
        <w:jc w:val="right"/>
      </w:pPr>
      <w:r>
        <w:t>دین کے ساتھ ساتھ یہ بات بھی دی گئی ہے کہ وہ خدا کے دین کو ڈومینیٹنگ پوزیشن دے دے،</w:t>
      </w:r>
    </w:p>
    <w:p>
      <w:r>
        <w:rPr>
          <w:b/>
        </w:rPr>
        <w:t xml:space="preserve">[02:46] </w:t>
      </w:r>
      <w:r>
        <w:t>jis ko kehte hain izhar deen, deen ka ghalib karna. is ka matlab kya hai?</w:t>
      </w:r>
    </w:p>
    <w:p>
      <w:pPr>
        <w:jc w:val="right"/>
      </w:pPr>
      <w:r>
        <w:t>جس کو کہتے ہیں اظہار دین، دین کا غالب کرنا۔ اس کا مطلب کیا ہے؟</w:t>
      </w:r>
    </w:p>
    <w:p>
      <w:r>
        <w:rPr>
          <w:b/>
        </w:rPr>
        <w:t xml:space="preserve">[02:57] </w:t>
      </w:r>
      <w:r>
        <w:t>aam taur par log is ka matlab political power lete hain, magar yeh bilkul sahi nahi hai aur common sense hi yeh sabit karne ke liye kafi hai ke yeh sahi nahi hai.</w:t>
      </w:r>
    </w:p>
    <w:p>
      <w:pPr>
        <w:jc w:val="right"/>
      </w:pPr>
      <w:r>
        <w:t>عام طور پر لوگ اس کا مطلب پولیٹیکل پاور لیتے ہیں، مگر یہ بالکل صحیح نہیں ہے اور کامن سینس ہی یہ ثابت کرنے کے لیے کافی ہے کہ یہ صحیح نہیں ہے۔</w:t>
      </w:r>
    </w:p>
    <w:p>
      <w:r>
        <w:rPr>
          <w:b/>
        </w:rPr>
        <w:t xml:space="preserve">[03:14] </w:t>
      </w:r>
      <w:r>
        <w:t>primarily, it stands rejected. kyun? is liye ke is ayat mein jis tarah se khuda ne declare kiya hai apne plan ko,</w:t>
      </w:r>
    </w:p>
    <w:p>
      <w:pPr>
        <w:jc w:val="right"/>
      </w:pPr>
      <w:r>
        <w:t>پرائم افیشلی، اٹ سٹینڈز ریجیکٹڈ۔ کیوں؟ اس لیے کہ اس آیت میں جس طرح سے خدا نے ڈیکلیئر کیا ہے اپنے پلان کو،</w:t>
      </w:r>
    </w:p>
    <w:p>
      <w:r>
        <w:rPr>
          <w:b/>
        </w:rPr>
        <w:t xml:space="preserve">[03:31] </w:t>
      </w:r>
      <w:r>
        <w:t>to is ka matlab wahi ho sakta hai jis mein do baatein include hon, shamil hon.</w:t>
      </w:r>
    </w:p>
    <w:p>
      <w:pPr>
        <w:jc w:val="right"/>
      </w:pPr>
      <w:r>
        <w:t>تو اس کا مطلب وہی ہو سکتا ہے جس میں دو باتیں انکلوڈ ہوں، شامل ہوں۔</w:t>
      </w:r>
    </w:p>
    <w:p>
      <w:r>
        <w:rPr>
          <w:b/>
        </w:rPr>
        <w:t xml:space="preserve">[03:45] </w:t>
      </w:r>
      <w:r>
        <w:t>woh kya? ek hai universality,</w:t>
      </w:r>
    </w:p>
    <w:p>
      <w:pPr>
        <w:jc w:val="right"/>
      </w:pPr>
      <w:r>
        <w:t>وہ کیا؟ ایک ہے یونیورسلٹی،</w:t>
      </w:r>
    </w:p>
    <w:p>
      <w:r>
        <w:rPr>
          <w:b/>
        </w:rPr>
        <w:t xml:space="preserve">[03:52] </w:t>
      </w:r>
      <w:r>
        <w:t>yani aur doosra hai eternity. yani universal level par woh cheez hasil hona chahiye aur woh eternally milna chahiye.</w:t>
      </w:r>
    </w:p>
    <w:p>
      <w:pPr>
        <w:jc w:val="right"/>
      </w:pPr>
      <w:r>
        <w:t>یعنی اور دوسرا ہے ایٹرنیٹی۔ یعنی یونیورسل لیول پر وہ چیز حاصل ہونا چاہیے اور وہ ایٹرنلی ملنا چاہیے۔</w:t>
      </w:r>
    </w:p>
    <w:p>
      <w:r>
        <w:rPr>
          <w:b/>
        </w:rPr>
        <w:t xml:space="preserve">[04:05] </w:t>
      </w:r>
      <w:r>
        <w:t>aap jante hain ke political power na to universal ho sakta hai, na eternal ho sakta hai kisi ek group ka. yeh impossible hai.</w:t>
      </w:r>
    </w:p>
    <w:p>
      <w:pPr>
        <w:jc w:val="right"/>
      </w:pPr>
      <w:r>
        <w:t>آپ جانتے ہیں کہ پولیٹیکل پاور نہ تو یونیورسل ہو سکتا ہے، نہ ایٹرنل ہو سکتا ہے کسی ایک گروپ کا۔ یہ امپاسیبل ہے۔</w:t>
      </w:r>
    </w:p>
    <w:p>
      <w:r>
        <w:rPr>
          <w:b/>
        </w:rPr>
        <w:t xml:space="preserve">[04:15] </w:t>
      </w:r>
      <w:r>
        <w:t>kyun? quran hi mein ek paighambar, Hazrat Sulaiman alaihi salam, jo paighambar bhi the aur king bhi the, woh political power bhi un ke paas tha.</w:t>
      </w:r>
    </w:p>
    <w:p>
      <w:pPr>
        <w:jc w:val="right"/>
      </w:pPr>
      <w:r>
        <w:t>کیوں؟ قرآن ہی میں ایک پیغمبر، حضرت سلیمان علیہ السلام، جو پیغمبر بھی تھے اور کنگ بھی تھے، وہ پولیٹیکل پاور بھی ان کے پاس تھا۔</w:t>
      </w:r>
    </w:p>
    <w:p>
      <w:r>
        <w:rPr>
          <w:b/>
        </w:rPr>
        <w:t xml:space="preserve">[04:26] </w:t>
      </w:r>
      <w:r>
        <w:t>to quran mein wazeh taur par bataya gaya un ki zuban se ke unhone kaha ke yeh political power jo hai, yeh hai test paper.</w:t>
      </w:r>
    </w:p>
    <w:p>
      <w:pPr>
        <w:jc w:val="right"/>
      </w:pPr>
      <w:r>
        <w:t>تو قرآن میں واضح طور پر بتایا گیا ان کی زبان سے کہ انہوں نے کہا کہ یہ پولیٹیکل پاور جو ہے، یہ ہے ٹیسٹ پیپر۔</w:t>
      </w:r>
    </w:p>
    <w:p>
      <w:r>
        <w:rPr>
          <w:b/>
        </w:rPr>
        <w:t xml:space="preserve">[04:36] </w:t>
      </w:r>
      <w:r>
        <w:t>test paper.</w:t>
      </w:r>
    </w:p>
    <w:p>
      <w:pPr>
        <w:jc w:val="right"/>
      </w:pPr>
      <w:r>
        <w:t>ٹیسٹ پیپر۔</w:t>
      </w:r>
    </w:p>
    <w:p>
      <w:r>
        <w:rPr>
          <w:b/>
        </w:rPr>
        <w:t xml:space="preserve">[04:39] </w:t>
      </w:r>
      <w:r>
        <w:t>unhone yeh nahi kaha ke yeh inaam hai, yeh blessing hai, yeh reward hai, yeh nahi kaha unhone. unhone kaha ke yeh political power test ke liye hai.</w:t>
      </w:r>
    </w:p>
    <w:p>
      <w:pPr>
        <w:jc w:val="right"/>
      </w:pPr>
      <w:r>
        <w:t>انہوں نے یہ نہیں کہا کہ یہ انعام ہے، یہ بلیسنگ ہے، یہ ریوارڈ ہے، یہ نہیں کہا انہوں نے۔ انہوں نے کہا کہ یہ پولیٹیکل پاور ٹیسٹ کے لیے ہے۔</w:t>
      </w:r>
    </w:p>
    <w:p>
      <w:r>
        <w:rPr>
          <w:b/>
        </w:rPr>
        <w:t xml:space="preserve">[04:53] </w:t>
      </w:r>
      <w:r>
        <w:t>khula hua aelan hai yeh. aur jab koi cheez test ke liye ho to woh kisi ek ki monopoly nahi ho sakti. kyunke quran mein doosri jagah kaha gaya hai ke "wa tilkal ayyamu nadawu bainan nas" ke political power to har ek ko diya jayega, kyunke khuda ko har ek ka test lena hai.</w:t>
      </w:r>
    </w:p>
    <w:p>
      <w:pPr>
        <w:jc w:val="right"/>
      </w:pPr>
      <w:r>
        <w:t>کھلا ہوا اعلان ہے یہ۔ اور جب کوئی چیز ٹیسٹ کے لیے ہو تو وہ کسی ایک کی مناپلی نہیں ہو سکتی۔ کیونکہ قرآن میں دوسری جگہ کہا گیا ہے کہ "وتلك الایام نداو بین الناس" کہ پولیٹیکل پاور تو ہر ایک کو دیا جائے گا، کیونکہ خدا کو ہر ایک کا ٹیسٹ لینا ہے۔</w:t>
      </w:r>
    </w:p>
    <w:p>
      <w:r>
        <w:rPr>
          <w:b/>
        </w:rPr>
        <w:t xml:space="preserve">[05:18] </w:t>
      </w:r>
      <w:r>
        <w:t>jis tarah se money, fame, aulad</w:t>
      </w:r>
    </w:p>
    <w:p>
      <w:pPr>
        <w:jc w:val="right"/>
      </w:pPr>
      <w:r>
        <w:t>جس طرح سے منی، فیم، اولاد</w:t>
      </w:r>
    </w:p>
    <w:p>
      <w:r>
        <w:rPr>
          <w:b/>
        </w:rPr>
        <w:t xml:space="preserve">[05:25] </w:t>
      </w:r>
      <w:r>
        <w:t>aur is tarah ki cheezen sab ko milti hain bari bari se. kabhi aisa nahi ho sakta ke sari dunya ki dolat ek aadmi ko khud de di jaye, baqi log sab poori poori bane rahein.</w:t>
      </w:r>
    </w:p>
    <w:p>
      <w:pPr>
        <w:jc w:val="right"/>
      </w:pPr>
      <w:r>
        <w:t>اور اس طرح کی چیزیں سب کو ملتی ہیں باری باری سے۔ کبھی ایسا نہیں ہو سکتا کہ ساری دنیا کی دولت ایک آدمی کو خود دے دی جائے، باقی لوگ سب پوری پورے بنے رہیں۔</w:t>
      </w:r>
    </w:p>
    <w:p>
      <w:r>
        <w:rPr>
          <w:b/>
        </w:rPr>
        <w:t xml:space="preserve">[05:38] </w:t>
      </w:r>
      <w:r>
        <w:t>yeh nahi ho sakta hai.</w:t>
      </w:r>
    </w:p>
    <w:p>
      <w:pPr>
        <w:jc w:val="right"/>
      </w:pPr>
      <w:r>
        <w:t>یہ نہیں ہو سکتا ہے۔</w:t>
      </w:r>
    </w:p>
    <w:p>
      <w:r>
        <w:rPr>
          <w:b/>
        </w:rPr>
        <w:t xml:space="preserve">[05:40] </w:t>
      </w:r>
      <w:r>
        <w:t>isi tarah yeh bhi nahi ho sakta hai ke political power kisi ek group ko, kisi ek race ko, kisi ek community ko de diya jaye.</w:t>
      </w:r>
    </w:p>
    <w:p>
      <w:pPr>
        <w:jc w:val="right"/>
      </w:pPr>
      <w:r>
        <w:t>اسی طرح یہ بھی نہیں ہو سکتا ہے کہ پولیٹیکل پاور کسی ایک گروپ کو، کسی ایک ریس کو، کسی ایک کمیونٹی کو دے دیا جائے۔</w:t>
      </w:r>
    </w:p>
    <w:p>
      <w:r>
        <w:rPr>
          <w:b/>
        </w:rPr>
        <w:t xml:space="preserve">[05:52] </w:t>
      </w:r>
      <w:r>
        <w:t>yeh kabhi nahi ho sakta hai. hamesha political power sab ke paas jata rahega taake sab ka test hota rahe.</w:t>
      </w:r>
    </w:p>
    <w:p>
      <w:pPr>
        <w:jc w:val="right"/>
      </w:pPr>
      <w:r>
        <w:t>یہ کبھی نہیں ہو سکتا ہے۔ ہمیشہ پولیٹیکل پاور سب کے پاس جاتا رہے گا تاکہ سب کا ٹیسٹ ہوتا رہے۔</w:t>
      </w:r>
    </w:p>
    <w:p>
      <w:r>
        <w:rPr>
          <w:b/>
        </w:rPr>
        <w:t xml:space="preserve">[06:02] </w:t>
      </w:r>
      <w:r>
        <w:t>phir woh universal level par to passibly nahi hai. is liye ke sari dunya mein kisi ek ka raj ho, koi ek rule kare, yeh to na hua kabhi na ho sakta hai.</w:t>
      </w:r>
    </w:p>
    <w:p>
      <w:pPr>
        <w:jc w:val="right"/>
      </w:pPr>
      <w:r>
        <w:t>پھر وہ یونیورسل لیول پر تو پاسیبلی نہیں ہے۔ اس لیے کہ ساری دنیا میں کسی ایک کا راج ہو، کوئی ایک رول کرے، یہ تو نہ ہوا کبھی نہ ہو سکتا ہے۔</w:t>
      </w:r>
    </w:p>
    <w:p>
      <w:r>
        <w:rPr>
          <w:b/>
        </w:rPr>
        <w:t xml:space="preserve">[06:15] </w:t>
      </w:r>
      <w:r>
        <w:t>rasool Allah ne sari dunya par rule nahi kiya, aap ke companion ne sari dunya par rule nahi kiya. Khuda ki is ki things ke khilaf hai yeh.</w:t>
      </w:r>
    </w:p>
    <w:p>
      <w:pPr>
        <w:jc w:val="right"/>
      </w:pPr>
      <w:r>
        <w:t>رسول اللہ نے ساری دنیا پر رول نہیں کیا، آپ کے کمپینین نے ساری دنیا پر رول نہیں کیا۔ خدا کی اس کی تھنگز کے خلاف ہے یہ۔</w:t>
      </w:r>
    </w:p>
    <w:p>
      <w:r>
        <w:rPr>
          <w:b/>
        </w:rPr>
        <w:t xml:space="preserve">[06:27] </w:t>
      </w:r>
      <w:r>
        <w:t>Khuda ka jo creation plan hai, is ki jo aap is ki things hain, is mein yeh baat kabhi ho nahi sakti hai ke kisi ek ko, kisi ek group ko sari dunya mein raj karta rahe, woh hamesha ke liye.</w:t>
      </w:r>
    </w:p>
    <w:p>
      <w:pPr>
        <w:jc w:val="right"/>
      </w:pPr>
      <w:r>
        <w:t>خدا کا جو کریشن پلان ہے، اس کی جو آپ اس کی تھنگز ہیں، اس میں یہ بات کبھی ہو نہیں سکتی ہے کہ کسی ایک کو، کسی ایک گروپ کو ساری دنیا میں راج کرتا رہے، وہ ہمیشہ کے لیے۔</w:t>
      </w:r>
    </w:p>
    <w:p>
      <w:r>
        <w:rPr>
          <w:b/>
        </w:rPr>
        <w:t xml:space="preserve">[06:41] </w:t>
      </w:r>
      <w:r>
        <w:t>yeh nahi ho sakta hai. is liye hamein political power ke siwa koi aur interpretation dhoondhna parega is ka.</w:t>
      </w:r>
    </w:p>
    <w:p>
      <w:pPr>
        <w:jc w:val="right"/>
      </w:pPr>
      <w:r>
        <w:t>یہ نہیں ہو سکتا ہے۔ اس لیے ہمیں پولیٹیکل پاور کے سوا کوئی اور انٹرپریٹیشن ڈھونڈنا پڑے گا اس کا۔</w:t>
      </w:r>
    </w:p>
    <w:p>
      <w:r>
        <w:rPr>
          <w:b/>
        </w:rPr>
        <w:t xml:space="preserve">[06:53] </w:t>
      </w:r>
      <w:r>
        <w:t>woh kya hai?</w:t>
      </w:r>
    </w:p>
    <w:p>
      <w:pPr>
        <w:jc w:val="right"/>
      </w:pPr>
      <w:r>
        <w:t>وہ کیا ہے؟</w:t>
      </w:r>
    </w:p>
    <w:p>
      <w:r>
        <w:rPr>
          <w:b/>
        </w:rPr>
        <w:t xml:space="preserve">[06:56] </w:t>
      </w:r>
      <w:r>
        <w:t>woh yeh hai ke Khuda ne final prophet ke zariye ek aisa revolution barpa kiya, history mein aisa change barpa kiya ke Khuda ka deen historical process mein shamil ho gaya.</w:t>
      </w:r>
    </w:p>
    <w:p>
      <w:pPr>
        <w:jc w:val="right"/>
      </w:pPr>
      <w:r>
        <w:t>وہ یہ ہے کہ خدا نے فائنل پرافٹ کے ذریعے ایک ایسا ریولوشن برپا کیا، ہسٹری میں ایسا چینج برپا کیا کہ خدا کا دین ہسٹالکر پروسیس میں شامل ہو گیا۔</w:t>
      </w:r>
    </w:p>
    <w:p>
      <w:r>
        <w:rPr>
          <w:b/>
        </w:rPr>
        <w:t xml:space="preserve">[07:15] </w:t>
      </w:r>
      <w:r>
        <w:t>historical process mein.</w:t>
      </w:r>
    </w:p>
    <w:p>
      <w:pPr>
        <w:jc w:val="right"/>
      </w:pPr>
      <w:r>
        <w:t>ہسٹالکر پروسیس میں۔</w:t>
      </w:r>
    </w:p>
    <w:p>
      <w:r>
        <w:rPr>
          <w:b/>
        </w:rPr>
        <w:t xml:space="preserve">[07:18] </w:t>
      </w:r>
      <w:r>
        <w:t>jaisa ke maine is se pehle arz kiya tha ke France ka historian, Henri Pirenne, Islam ke bare mein is ki kitab hai.</w:t>
      </w:r>
    </w:p>
    <w:p>
      <w:pPr>
        <w:jc w:val="right"/>
      </w:pPr>
      <w:r>
        <w:t>جیسا کہ میں نے اس سے پہلے عرض کیا تھا کہ فرانس کا ہسٹورین، ہنری پرین، اسلام کے بارے میں اس کی کتاب ہے۔</w:t>
      </w:r>
    </w:p>
    <w:p>
      <w:r>
        <w:rPr>
          <w:b/>
        </w:rPr>
        <w:t xml:space="preserve">[07:31] </w:t>
      </w:r>
      <w:r>
        <w:t>us ne likha is kitab mein ke "Islam changed the face of the globe, the traditional order of history was overthrown".</w:t>
      </w:r>
    </w:p>
    <w:p>
      <w:pPr>
        <w:jc w:val="right"/>
      </w:pPr>
      <w:r>
        <w:t>اس نے لکھا اس کتاب میں کہ "اسلام چینج دا فیس اف دا گلوب، دا ٹریڈیشنل آرڈر اف ہسٹری واز اوور تھرون"۔</w:t>
      </w:r>
    </w:p>
    <w:p>
      <w:r>
        <w:rPr>
          <w:b/>
        </w:rPr>
        <w:t xml:space="preserve">[07:46] </w:t>
      </w:r>
      <w:r>
        <w:t>yeh waqia jo hua, woh kyun hua?</w:t>
      </w:r>
    </w:p>
    <w:p>
      <w:pPr>
        <w:jc w:val="right"/>
      </w:pPr>
      <w:r>
        <w:t>یہ واقعہ جو ہوا، وہ کیوں ہوا؟</w:t>
      </w:r>
    </w:p>
    <w:p>
      <w:r>
        <w:rPr>
          <w:b/>
        </w:rPr>
        <w:t xml:space="preserve">[07:49] </w:t>
      </w:r>
      <w:r>
        <w:t>Islam ko historical process mein shamil kar diya jaye, jo ke is se pehle nahi tha. aap jante hain ke is se pehle bar bar aisa hua ke break in history hota raha, yani Islam ki history tootti rahi bar bar.</w:t>
      </w:r>
    </w:p>
    <w:p>
      <w:pPr>
        <w:jc w:val="right"/>
      </w:pPr>
      <w:r>
        <w:t>اسلام کو ہسٹاریکل پروسیس میں شامل کر دیا جائے، جو کہ اس سے پہلے نہیں تھا۔ آپ جانتے ہیں کہ اس سے پہلے بار بار ایسا ہوا کہ بریک ان ہسٹری ہوتا رہا، یعنی اسلام کی ہسٹری ٹوٹتی رہی بار بار۔</w:t>
      </w:r>
    </w:p>
    <w:p>
      <w:r>
        <w:rPr>
          <w:b/>
        </w:rPr>
        <w:t xml:space="preserve">[08:05] </w:t>
      </w:r>
      <w:r>
        <w:t>Hazrat Adam ke baad tooti, Hazrat Nuh ke baad tooti, Hazrat Ibrahim ke baad tooti, Hazrat Isa ke baad tooti. yani Islam ki history jo hai, yani Khuda ke deen ki history,</w:t>
      </w:r>
    </w:p>
    <w:p>
      <w:pPr>
        <w:jc w:val="right"/>
      </w:pPr>
      <w:r>
        <w:t>حضرت آدم کے بعد ٹوٹی، حضرت نوح کے بعد ٹوٹی، حضرت ابراہیم کے بعد ٹوٹی، حضرت عیسیٰ کے بعد ٹوٹی۔ یعنی اسلام کی ہسٹری جو ہے، یعنی خدا کے دین کی ہسٹری،</w:t>
      </w:r>
    </w:p>
    <w:p>
      <w:r>
        <w:rPr>
          <w:b/>
        </w:rPr>
        <w:t xml:space="preserve">[08:18] </w:t>
      </w:r>
      <w:r>
        <w:t>continue nahi rahi, beech beech mein break karti rahi.</w:t>
      </w:r>
    </w:p>
    <w:p>
      <w:pPr>
        <w:jc w:val="right"/>
      </w:pPr>
      <w:r>
        <w:t>کنٹینیو نہیں رہی، بیچ بیچ میں بریک کرتی رہی۔</w:t>
      </w:r>
    </w:p>
    <w:p>
      <w:r>
        <w:rPr>
          <w:b/>
        </w:rPr>
        <w:t xml:space="preserve">[08:25] </w:t>
      </w:r>
      <w:r>
        <w:t>kyun ke us waqt Khuda ka deen historical process mein shamil nahi hua tha.</w:t>
      </w:r>
    </w:p>
    <w:p>
      <w:pPr>
        <w:jc w:val="right"/>
      </w:pPr>
      <w:r>
        <w:t>کیونکہ اس وقت خدا کا دین ہسٹاریکل پروسیس میں شامل نہیں ہوا تھا۔</w:t>
      </w:r>
    </w:p>
    <w:p>
      <w:r>
        <w:rPr>
          <w:b/>
        </w:rPr>
        <w:t xml:space="preserve">[08:32] </w:t>
      </w:r>
      <w:r>
        <w:t>to ab jo revolution laya gaya final prophet ke zariye se, woh ek naya revolution tha. us ne sab kuch badal diya aur Khuda ka deen historical process mein shamil ho gaya.</w:t>
      </w:r>
    </w:p>
    <w:p>
      <w:pPr>
        <w:jc w:val="right"/>
      </w:pPr>
      <w:r>
        <w:t>تو اب جو ریولوشن لایا گیا فائنل پرافٹ کے ذریعے سے، وہ ایک نیا ریولوشن تھا۔ اس نے سب کچھ بدل دیا اور خدا کا دین ہسٹاریکل پروسیس میں شامل ہو گیا۔</w:t>
      </w:r>
    </w:p>
    <w:p>
      <w:r>
        <w:rPr>
          <w:b/>
        </w:rPr>
        <w:t xml:space="preserve">[08:48] </w:t>
      </w:r>
      <w:r>
        <w:t>yani jo historical development hon history mein, baat ko jitne bhi historical development hon, woh kabhi bhi Khuda ke deen ke against mein ja na ja sakein.</w:t>
      </w:r>
    </w:p>
    <w:p>
      <w:pPr>
        <w:jc w:val="right"/>
      </w:pPr>
      <w:r>
        <w:t>یعنی جو ہسٹاریکل ڈیولپمنٹ ہوں ہسٹری میں، بات کو جتنے بھی ہسٹاریکل ڈیولپمنٹ ہوں، وہ کبھی بھی خدا کے دین کے اگینسٹ میں جا نہ جا سکیں۔</w:t>
      </w:r>
    </w:p>
    <w:p>
      <w:r>
        <w:rPr>
          <w:b/>
        </w:rPr>
        <w:t xml:space="preserve">[09:00] </w:t>
      </w:r>
      <w:r>
        <w:t>hamesha Khuda ke deen ke favor hi mein rahein. woh</w:t>
      </w:r>
    </w:p>
    <w:p>
      <w:pPr>
        <w:jc w:val="right"/>
      </w:pPr>
      <w:r>
        <w:t>ہمیشہ خدا کے دین کے فیور ہی میں رہیں۔ وہ</w:t>
      </w:r>
    </w:p>
    <w:p>
      <w:r>
        <w:rPr>
          <w:b/>
        </w:rPr>
        <w:t xml:space="preserve">[09:06] </w:t>
      </w:r>
      <w:r>
        <w:t>is se pehle kabhi aisa nahi hua tha. to historical process mein shamil hone ka matlab yeh hai ke jitne bhi development hon historical history mein, woh hamesha ek hi direction mein chalein.</w:t>
      </w:r>
    </w:p>
    <w:p>
      <w:pPr>
        <w:jc w:val="right"/>
      </w:pPr>
      <w:r>
        <w:t>اس سے پہلے کبھی ایسا نہیں ہوا تھا۔ تو ہسٹاریکل پروسیس میں شامل ہونے کا مطلب یہ ہے کہ جتنے بھی ڈیولپمنٹ ہوں ہسٹاریکل ہسٹری میں، وہ ہمیشہ ایک ہی ڈائریکشن میں چلیں۔</w:t>
      </w:r>
    </w:p>
    <w:p>
      <w:r>
        <w:rPr>
          <w:b/>
        </w:rPr>
        <w:t xml:space="preserve">[09:20] </w:t>
      </w:r>
      <w:r>
        <w:t>woh direction yeh hai ke Khuda ka deen din bad din prove hota ja raha hai, is ki sachai dominate karti rahe,</w:t>
      </w:r>
    </w:p>
    <w:p>
      <w:pPr>
        <w:jc w:val="right"/>
      </w:pPr>
      <w:r>
        <w:t>وہ ڈائریکشن یہ ہے کہ خدا کا دین دن بدن پروف ہوتا جا رہا ہے، اس کی سچائی ڈومینیٹ کرتی رہے،</w:t>
      </w:r>
    </w:p>
    <w:p>
      <w:r>
        <w:rPr>
          <w:b/>
        </w:rPr>
        <w:t xml:space="preserve">[09:29] </w:t>
      </w:r>
      <w:r>
        <w:t>is ki sachai jo hai, kabhi bhi khatam na ho, is ki sachai ki jo continuity hai, woh history ke kisi morr par khatam na ho.</w:t>
      </w:r>
    </w:p>
    <w:p>
      <w:pPr>
        <w:jc w:val="right"/>
      </w:pPr>
      <w:r>
        <w:t>اس کی سچائی جو ہے، کبھی بھی ختم نہ ہو، اس کی سچائی کی جو کنٹینیوٹی ہے، وہ ہسٹری کے کسی موڑ پر ختم نہ ہو۔</w:t>
      </w:r>
    </w:p>
    <w:p>
      <w:r>
        <w:rPr>
          <w:b/>
        </w:rPr>
        <w:t xml:space="preserve">[09:38] </w:t>
      </w:r>
      <w:r>
        <w:t>yani breaker history ka waqia kabhi na pesh aaye Khuda ke deen ko.</w:t>
      </w:r>
    </w:p>
    <w:p>
      <w:pPr>
        <w:jc w:val="right"/>
      </w:pPr>
      <w:r>
        <w:t>یعنی بریکر ہسٹری کا واقعہ کبھی نہ پیش آئے خدا کے دین کو۔</w:t>
      </w:r>
    </w:p>
    <w:p>
      <w:r>
        <w:rPr>
          <w:b/>
        </w:rPr>
        <w:t xml:space="preserve">[09:45] </w:t>
      </w:r>
      <w:r>
        <w:t>aap jante hain ke hamare india mein ek law hai, break in service.</w:t>
      </w:r>
    </w:p>
    <w:p>
      <w:pPr>
        <w:jc w:val="right"/>
      </w:pPr>
      <w:r>
        <w:t>آپ جانتے ہیں کہ ہمارے انڈیا میں ایک لاء ہے، بریک ان سروس۔</w:t>
      </w:r>
    </w:p>
    <w:p>
      <w:r>
        <w:rPr>
          <w:b/>
        </w:rPr>
        <w:t xml:space="preserve">[09:54] </w:t>
      </w:r>
      <w:r>
        <w:t>ek aadmi government service kar raha hai, bila chutti liye. woh ek din ya do din baith gaya to kya hota hai? break in service ho jata hai, uski seniority khatm ho jati hai.</w:t>
      </w:r>
    </w:p>
    <w:p>
      <w:pPr>
        <w:jc w:val="right"/>
      </w:pPr>
      <w:r>
        <w:t>ایک آدمی گورنمنٹ سروس کر رہا ہے، بلا چھٹی لیے۔ وہ ایک دن یا دو دن بیٹھ گیا تو کیا ہوتا ہے؟ بریک ان سروس ہو جاتا ہے، اس کی سینیئرٹی ختم ہو جاتی ہے۔</w:t>
      </w:r>
    </w:p>
    <w:p>
      <w:r>
        <w:rPr>
          <w:b/>
        </w:rPr>
        <w:t xml:space="preserve">[10:07] </w:t>
      </w:r>
      <w:r>
        <w:t>das saal se agar woh kaam kar raha tha aur ek din bhi agar usne chutti liye bina aisa kiya ke ghar baith gaya to break in service ho jayega.</w:t>
      </w:r>
    </w:p>
    <w:p>
      <w:pPr>
        <w:jc w:val="right"/>
      </w:pPr>
      <w:r>
        <w:t>دس سال سے اگر وہ کام کر رہا تھا اور ایک دن بھی اگر اس نے چھٹی لیے بنا ایسا کیا کہ گھر بیٹھ گیا تو بریک ان سروس ہو جائے گا۔</w:t>
      </w:r>
    </w:p>
    <w:p>
      <w:r>
        <w:rPr>
          <w:b/>
        </w:rPr>
        <w:t xml:space="preserve">[10:18] </w:t>
      </w:r>
      <w:r>
        <w:t>phir history uske peeche se chalegi, das saal peeche se chalegi,</w:t>
      </w:r>
    </w:p>
    <w:p>
      <w:pPr>
        <w:jc w:val="right"/>
      </w:pPr>
      <w:r>
        <w:t>پھر ہسٹری اس کے پیچھے سے چلے گی، دس سال پیچھے سے چلے گی،</w:t>
      </w:r>
    </w:p>
    <w:p>
      <w:r>
        <w:rPr>
          <w:b/>
        </w:rPr>
        <w:t xml:space="preserve">[10:23] </w:t>
      </w:r>
      <w:r>
        <w:t>das saal khatm. isi ko main keh raha hoon ke break in history. break in history ka matlab hai ke phir se naye sary se shuru karen.</w:t>
      </w:r>
    </w:p>
    <w:p>
      <w:pPr>
        <w:jc w:val="right"/>
      </w:pPr>
      <w:r>
        <w:t>دس سال ختم۔ اسی کو میں کہہ رہا ہوں کہ بریک ان ہسٹری۔ بریک ان ہسٹری کا مطلب ہے کہ پھر سے نئے سرے سے شروع کریں۔</w:t>
      </w:r>
    </w:p>
    <w:p>
      <w:r>
        <w:rPr>
          <w:b/>
        </w:rPr>
        <w:t xml:space="preserve">[10:32] </w:t>
      </w:r>
      <w:r>
        <w:t>aap Hazrat Ibrahim, Hazrat Hazrat Hazrat Adam ke zamane mein shuru hua to break in history ho gayi. phir Nuh, Hazrat Nuh se shuru hua, phir break in history ho gayi.</w:t>
      </w:r>
    </w:p>
    <w:p>
      <w:pPr>
        <w:jc w:val="right"/>
      </w:pPr>
      <w:r>
        <w:t>آپ حضرت ابراہیم، حضرت حضرت حضرت آدم کے زمانے میں شروع ہوا تو بریک ان ہسٹری ہو گئی۔ پھر نوح، حضرت نوح سے شروع ہوا، پھر بریک ان ہسٹری ہو گئی۔</w:t>
      </w:r>
    </w:p>
    <w:p>
      <w:r>
        <w:rPr>
          <w:b/>
        </w:rPr>
        <w:t xml:space="preserve">[10:44] </w:t>
      </w:r>
      <w:r>
        <w:t>phir kai prophet aaye, phir break in history hua, phir Hazrat Ibrahim aaye, phir break in history hua, Hazrat Isa aaye, phir break in history hua.</w:t>
      </w:r>
    </w:p>
    <w:p>
      <w:pPr>
        <w:jc w:val="right"/>
      </w:pPr>
      <w:r>
        <w:t>پھر کئی پرافٹ آئے، پھر بریک ان ہسٹری ہوا، پھر حضرت ابراہیم آئے، پھر بریک ان ہسٹری ہوا، حضرت عیسیٰ آئے، پھر بریک ان ہسٹری ہوا۔</w:t>
      </w:r>
    </w:p>
    <w:p>
      <w:r>
        <w:rPr>
          <w:b/>
        </w:rPr>
        <w:t xml:space="preserve">[10:54] </w:t>
      </w:r>
      <w:r>
        <w:t>continuity rahi, baqi rahi. Rasool Allah ke zamane mein jo inqalab laya gaya, us ka khas pehlu yeh tha jis ko izhar deen kaha gaya hai yahan ke hamesha ke liye woh dominant position us ne hasil kar li,</w:t>
      </w:r>
    </w:p>
    <w:p>
      <w:pPr>
        <w:jc w:val="right"/>
      </w:pPr>
      <w:r>
        <w:t>کنٹینیوٹی رہی، باقی رہی۔ رسول اللہ کے زمانے میں جو انقلاب لایا گیا، اس کا خاص پہلو یہ تھا جس کو اظہار دین کہا گیا ہے یہاں کہ ہمیشہ کے لیے وہ ڈومیننٹ پوزیشن اس نے حاصل کر لی،</w:t>
      </w:r>
    </w:p>
    <w:p>
      <w:r>
        <w:rPr>
          <w:b/>
        </w:rPr>
        <w:t xml:space="preserve">[11:12] </w:t>
      </w:r>
      <w:r>
        <w:t>political sense mein nahi balkeh historical process ke sense mein.</w:t>
      </w:r>
    </w:p>
    <w:p>
      <w:pPr>
        <w:jc w:val="right"/>
      </w:pPr>
      <w:r>
        <w:t>پولیٹیکل سینس میں نہیں بلکہ ہسٹاریکل پروسیس کے سینس میں۔</w:t>
      </w:r>
    </w:p>
    <w:p>
      <w:r>
        <w:rPr>
          <w:b/>
        </w:rPr>
        <w:t xml:space="preserve">[11:18] </w:t>
      </w:r>
      <w:r>
        <w:t>aap dekhiye ke jitne bhi development hue history mein, baat ko sab ke sab Quran ko confirm karte chale gaye, Khuda ke sach, Khuda ka deen Islam jo hai, us ko confirm karte chale gaye.</w:t>
      </w:r>
    </w:p>
    <w:p>
      <w:pPr>
        <w:jc w:val="right"/>
      </w:pPr>
      <w:r>
        <w:t>آپ دیکھیے کہ جتنے بھی ڈیولپمنٹ ہوئے ہسٹری میں، بات کو سب کے سب قرآن کو کنفرم کرتے چلے گئے، خدا کے سچ، خدا کا دین اسلام جو ہے، اس کو کنفرم کرتے چلے گئے۔</w:t>
      </w:r>
    </w:p>
    <w:p>
      <w:r>
        <w:rPr>
          <w:b/>
        </w:rPr>
        <w:t xml:space="preserve">[11:35] </w:t>
      </w:r>
      <w:r>
        <w:t>aaj mein aaj subah ek waqia hua, us ko mein aap ek misaal dunga ke meri murad kya hai.</w:t>
      </w:r>
    </w:p>
    <w:p>
      <w:pPr>
        <w:jc w:val="right"/>
      </w:pPr>
      <w:r>
        <w:t>آج میں آج صبح ایک واقعہ ہوا، اس کو میں آپ ایک مثال دوں گا کہ میری مراد کیا ہے۔</w:t>
      </w:r>
    </w:p>
    <w:p>
      <w:r>
        <w:rPr>
          <w:b/>
        </w:rPr>
        <w:t xml:space="preserve">[11:45] </w:t>
      </w:r>
      <w:r>
        <w:t>hamare is colony mein ek colony ke ek senior رکن hain, Chaudhry Shafiq Ahmed sahib. aaj subah mein gaya un ke haan, mujh se asal mein ghalti ho gayi thi to mein us ki maafi mangne ke liye gaya tha un ke paas.</w:t>
      </w:r>
    </w:p>
    <w:p>
      <w:pPr>
        <w:jc w:val="right"/>
      </w:pPr>
      <w:r>
        <w:t>ہمارے اس کالونی میں ایک کالونی کے ایک سینئر رکن ہیں، چوہدری شفیق احمد صاحب۔ آج صبح میں گیا ان کے ہاں، مجھ سے اصل میں غلطی ہو گئی تھی تو میں اس کی معافی مانگنے کے لیے گیا تھا ان کے پاس۔</w:t>
      </w:r>
    </w:p>
    <w:p>
      <w:r>
        <w:rPr>
          <w:b/>
        </w:rPr>
        <w:t xml:space="preserve">[12:03] </w:t>
      </w:r>
      <w:r>
        <w:t>ghalti har insan se hoti hai, phir to is human.</w:t>
      </w:r>
    </w:p>
    <w:p>
      <w:pPr>
        <w:jc w:val="right"/>
      </w:pPr>
      <w:r>
        <w:t>غلطی ہر انسان سے ہوتی ہے، پھر ٹو از ہیومن۔</w:t>
      </w:r>
    </w:p>
    <w:p>
      <w:r>
        <w:rPr>
          <w:b/>
        </w:rPr>
        <w:t xml:space="preserve">[12:09] </w:t>
      </w:r>
      <w:r>
        <w:t>mein bhi ghalti karta hoon to mein maafi mangne ke liye gaya to wahan par ek ek nai baat maloom hui. unhone aaj ka paper dikhaya mujhe,</w:t>
      </w:r>
    </w:p>
    <w:p>
      <w:pPr>
        <w:jc w:val="right"/>
      </w:pPr>
      <w:r>
        <w:t>میں بھی غلطی کرتا ہوں تو میں معافی مانگنے کے لیے گیا تو وہاں پر ایک ایک نئی بات معلوم ہوئی۔ انہوں نے آج کا پیپر دکھایا مجھے،</w:t>
      </w:r>
    </w:p>
    <w:p>
      <w:r>
        <w:rPr>
          <w:b/>
        </w:rPr>
        <w:t xml:space="preserve">[12:25] </w:t>
      </w:r>
      <w:r>
        <w:t>us mein ek news item tha.</w:t>
      </w:r>
    </w:p>
    <w:p>
      <w:pPr>
        <w:jc w:val="right"/>
      </w:pPr>
      <w:r>
        <w:t>اس میں ایک نیوز آئٹم تھا۔</w:t>
      </w:r>
    </w:p>
    <w:p>
      <w:r>
        <w:rPr>
          <w:b/>
        </w:rPr>
        <w:t xml:space="preserve">[12:28] </w:t>
      </w:r>
      <w:r>
        <w:t>woh news item yeh tha ke America mein ek converted musalman, jis ka naam Allison hai, ek black Muslim, woh bohat hi leadership ki qualities hain us ke andar,</w:t>
      </w:r>
    </w:p>
    <w:p>
      <w:pPr>
        <w:jc w:val="right"/>
      </w:pPr>
      <w:r>
        <w:t>وہ نیوز آئٹم یہ تھا کہ امریکہ میں ایک کنورٹڈ مسلمان، جس کا نام ایلیسن ہے، ایک بلیک مسلم، وہ بہت ہی لیڈرشپ کی کوالٹیز ہیں اس کے اندر،</w:t>
      </w:r>
    </w:p>
    <w:p>
      <w:r>
        <w:rPr>
          <w:b/>
        </w:rPr>
        <w:t xml:space="preserve">[12:45] </w:t>
      </w:r>
      <w:r>
        <w:t>to election mein hissa liya unhone Chicago ki seat par. woh jeet gaye, jeet kar woh American Congress mein aa gaye, American Congress ke member ban gaye.</w:t>
      </w:r>
    </w:p>
    <w:p>
      <w:pPr>
        <w:jc w:val="right"/>
      </w:pPr>
      <w:r>
        <w:t>تو الیکشن میں حصہ لیا انہوں نے شکاگو کی سیٹ پر۔ وہ جیت گئے، جیت کر وہ امریکن کانگریس میں آ گئے، امریکن کانگریس کے ممبر بن گئے۔</w:t>
      </w:r>
    </w:p>
    <w:p>
      <w:r>
        <w:rPr>
          <w:b/>
        </w:rPr>
        <w:t xml:space="preserve">[12:59] </w:t>
      </w:r>
      <w:r>
        <w:t>to America mein jo bhi aadmi Congress ka member hota hai, us ko oath lena parta hai, jis tarah ke sari dunya mein qaidah hai.</w:t>
      </w:r>
    </w:p>
    <w:p>
      <w:pPr>
        <w:jc w:val="right"/>
      </w:pPr>
      <w:r>
        <w:t>تو امریکہ میں جو بھی آدمی کانگریس کا ممبر ہوتا ہے، اس کو اوتھ لینا پڑتا ہے، جس طرح کہ ساری دنیا میں قاعدہ ہے۔</w:t>
      </w:r>
    </w:p>
    <w:p>
      <w:r>
        <w:rPr>
          <w:b/>
        </w:rPr>
        <w:t xml:space="preserve">[13:08] </w:t>
      </w:r>
      <w:r>
        <w:t>to America mein log Bible par hath rakh kar oath lete hain, Bible par hath rakh kar oath lete hain.</w:t>
      </w:r>
    </w:p>
    <w:p>
      <w:pPr>
        <w:jc w:val="right"/>
      </w:pPr>
      <w:r>
        <w:t>تو امریکہ میں لوگ بائبل پر ہاتھ رکھ کر اوتھ لیتے ہیں، بائبل پر ہاتھ رکھ کر اوتھ لیتے ہیں۔</w:t>
      </w:r>
    </w:p>
    <w:p>
      <w:r>
        <w:rPr>
          <w:b/>
        </w:rPr>
        <w:t xml:space="preserve">[13:17] </w:t>
      </w:r>
      <w:r>
        <w:t>to unhone kaha, yeh jo yeh jo Muslim member the, ke mein Quran par hath rakh kar ke oath loonga kyunke mera faith Quran par ho chuka hai.</w:t>
      </w:r>
    </w:p>
    <w:p>
      <w:pPr>
        <w:jc w:val="right"/>
      </w:pPr>
      <w:r>
        <w:t>تو انہوں نے کہا، یہ جو یہ جو مسلم ممبر تھے، کہ میں قرآن پر ہاتھ رکھ کر کے اوتھ لوں گا کیونکہ میرا فیتھ قرآن پر ہو چکا ہے۔</w:t>
      </w:r>
    </w:p>
    <w:p>
      <w:r>
        <w:rPr>
          <w:b/>
        </w:rPr>
        <w:t xml:space="preserve">[13:32] </w:t>
      </w:r>
      <w:r>
        <w:t>to unhone kaha ke jo bohat hi well known president the, Jefferson, jin ki death hui 1826 mein, 1826 mein,</w:t>
      </w:r>
    </w:p>
    <w:p>
      <w:pPr>
        <w:jc w:val="right"/>
      </w:pPr>
      <w:r>
        <w:t>تو انہوں نے کہا کہ جو بہت ہی ویل نون پریزیڈنٹ تھے، جیفرسن، جن کی ڈیتھ ہوئی 1826 میں، 1826 میں،</w:t>
      </w:r>
    </w:p>
    <w:p>
      <w:r>
        <w:rPr>
          <w:b/>
        </w:rPr>
        <w:t xml:space="preserve">[13:47] </w:t>
      </w:r>
      <w:r>
        <w:t>to un ki jo book collection tha, jo un ka, us mein Quran bhi tha aur library mein un ki sari books preserve hain, us mein woh Quran bhi hai.</w:t>
      </w:r>
    </w:p>
    <w:p>
      <w:pPr>
        <w:jc w:val="right"/>
      </w:pPr>
      <w:r>
        <w:t>تو ان کی جو بک کلیکشن تھا، جو ان کا، اس میں قرآن بھی تھا اور لائبریری میں ان کی ساری بکس پریزرو ہیں، اس میں وہ قرآن بھی ہے۔</w:t>
      </w:r>
    </w:p>
    <w:p>
      <w:r>
        <w:rPr>
          <w:b/>
        </w:rPr>
        <w:t xml:space="preserve">[14:00] </w:t>
      </w:r>
      <w:r>
        <w:t>to unhone kaha ke woh Quran mujhe mangaya jaye, mujhe diya jaye, manga kar ke us par hath rakh kar ke mein oath loonga.</w:t>
      </w:r>
    </w:p>
    <w:p>
      <w:pPr>
        <w:jc w:val="right"/>
      </w:pPr>
      <w:r>
        <w:t>تو انہوں نے کہا کہ وہ قرآن مجھے منگایا جائے، مجھے دیا جائے، منگا کر کے اس پر ہاتھ رکھ کر کے میں اوتھ لوں گا۔</w:t>
      </w:r>
    </w:p>
    <w:p>
      <w:r>
        <w:rPr>
          <w:b/>
        </w:rPr>
        <w:t xml:space="preserve">[14:11] </w:t>
      </w:r>
      <w:r>
        <w:t>to yeh chhap gaya akhbaron mein. is se mein kya nikala hai? mein ne is se ke dekhiye ke aaj Islam news mein aa gaya hai.</w:t>
      </w:r>
    </w:p>
    <w:p>
      <w:pPr>
        <w:jc w:val="right"/>
      </w:pPr>
      <w:r>
        <w:t>تو یہ چھپ گیا اخباروں میں۔ اس سے میں کیا نکالا ہے؟ میں نے اس سے کہ دیکھیے کہ آج اسلام نیوز میں آ گیا ہے۔</w:t>
      </w:r>
    </w:p>
    <w:p>
      <w:r>
        <w:rPr>
          <w:b/>
        </w:rPr>
        <w:t xml:space="preserve">[14:24] </w:t>
      </w:r>
      <w:r>
        <w:t>everyday Islam is on the news, har din koi na koi news aati hai, har din koi na koi news aati hai Islam ke bare mein. acha, news ka matlab kya hai?</w:t>
      </w:r>
    </w:p>
    <w:p>
      <w:pPr>
        <w:jc w:val="right"/>
      </w:pPr>
      <w:r>
        <w:t>ایوری ڈے اسلام از ان دا نیوز، ہر دن کوئی نہ کوئی نیوز آتی ہے، ہر دن کوئی نہ کوئی نیوز آتی ہے اسلام کے بارے میں۔ اچھا، نیوز کا مطلب کیا ہے؟</w:t>
      </w:r>
    </w:p>
    <w:p>
      <w:r>
        <w:rPr>
          <w:b/>
        </w:rPr>
        <w:t xml:space="preserve">[14:36] </w:t>
      </w:r>
      <w:r>
        <w:t>news ka matlab hai curiosity. jab ek news aisi aayi to aadmi ke andar curiosity paida hogi ke kya baat hai ke jefferson ke book collection mein quran maujood tha?</w:t>
      </w:r>
    </w:p>
    <w:p>
      <w:pPr>
        <w:jc w:val="right"/>
      </w:pPr>
      <w:r>
        <w:t>نیوز کا مطلب ہے کیوریسٹی۔ جب ایک نیوز ایسی آئی تو آدمی کے اندر کیوریسٹی پیدا ہوگی کہ کیا بات ہے کہ جیفرسن کے بک کلیکشن میں قرآن موجود تھا؟</w:t>
      </w:r>
    </w:p>
    <w:p>
      <w:r>
        <w:rPr>
          <w:b/>
        </w:rPr>
        <w:t xml:space="preserve">[14:49] </w:t>
      </w:r>
      <w:r>
        <w:t>kya baat hai ke ek american jo hai, bible ki bajaye quran par hath rakh kar oath le raha hai? kya baat hai ke yeh news itni badi news ban gayi ke media ne cover kiya is ko?</w:t>
      </w:r>
    </w:p>
    <w:p>
      <w:pPr>
        <w:jc w:val="right"/>
      </w:pPr>
      <w:r>
        <w:t>کیا بات ہے کہ ایک امریکن جو ہے، بائبل کی بجائے قرآن پر ہاتھ رکھ کر اوتھ لے رہا ہے؟ کیا بات ہے کہ یہ نیوز اتنی بڑی نیوز بن گئی کہ میڈیا میں نے کور کیا اس کو؟</w:t>
      </w:r>
    </w:p>
    <w:p>
      <w:r>
        <w:rPr>
          <w:b/>
        </w:rPr>
        <w:t xml:space="preserve">[15:02] </w:t>
      </w:r>
      <w:r>
        <w:t>to kisi cheez ka news mein aana, is ka curiosity create karna hai logon ke andar. ab kya jab curiosity aayi to kya hoga?</w:t>
      </w:r>
    </w:p>
    <w:p>
      <w:pPr>
        <w:jc w:val="right"/>
      </w:pPr>
      <w:r>
        <w:t>تو کسی چیز کا نیوز میں آنا، اس کا کیوریسٹی کریٹ کرنا ہے لوگوں کے اندر۔ اب کیا جب کیوریسٹی آئی تو کیا ہوگا؟</w:t>
      </w:r>
    </w:p>
    <w:p>
      <w:r>
        <w:rPr>
          <w:b/>
        </w:rPr>
        <w:t xml:space="preserve">[15:12] </w:t>
      </w:r>
      <w:r>
        <w:t>log quran parhne lagenge, lao bhai quran dekhen, kya baat hai quran mein ke president ke book collection mein woh maujood tha</w:t>
      </w:r>
    </w:p>
    <w:p>
      <w:pPr>
        <w:jc w:val="right"/>
      </w:pPr>
      <w:r>
        <w:t>لوگ قرآن پڑھنے لگیں گے، لاؤ بھئی قرآن دیکھیں، کیا بات ہے قرآن میں کہ پریزیڈنٹ کے بک کلیکشن میں وہ موجود تھا</w:t>
      </w:r>
    </w:p>
    <w:p>
      <w:r>
        <w:rPr>
          <w:b/>
        </w:rPr>
        <w:t xml:space="preserve">[15:21] </w:t>
      </w:r>
      <w:r>
        <w:t>, american congress ke member is par hath rakh kar oath le raha hai aur media mein woh cover ho raha hai. to news se aati hai curiosity aur jab curiosity aayi to history aayegi, log parhna chahenge.</w:t>
      </w:r>
    </w:p>
    <w:p>
      <w:pPr>
        <w:jc w:val="right"/>
      </w:pPr>
      <w:r>
        <w:t>، امریکن کانگریس کے ممبر اس پر ہاتھ رکھ کر اوتھ لے رہا ہے اور میڈیا میں وہ کور ہو رہا ہے۔ تو نیوز سے آتی ہے کیوریسٹی اور جب کیوریسٹی آئی تو ہسٹری آئے گی، لوگ پڑھنا چاہیں گے۔</w:t>
      </w:r>
    </w:p>
    <w:p>
      <w:r>
        <w:rPr>
          <w:b/>
        </w:rPr>
        <w:t xml:space="preserve">[15:37] </w:t>
      </w:r>
      <w:r>
        <w:t>is tarah se quran phailta hai. ab dekhiye ke yeh sab jo hai, pehle nahi hota tha. rasool Allah se pehle jo period hai, is period mein yeh baat nahi hoti thi.</w:t>
      </w:r>
    </w:p>
    <w:p>
      <w:pPr>
        <w:jc w:val="right"/>
      </w:pPr>
      <w:r>
        <w:t>اس طرح سے قرآن پھیلتا ہے۔ اب دیکھیے کہ یہ سب جو ہے، پہلے نہیں ہوتا تھا۔ رسول اللہ سے پہلے جو پیریڈ ہے، اس پیریڈ میں یہ بات نہیں ہوتی تھی۔</w:t>
      </w:r>
    </w:p>
    <w:p>
      <w:r>
        <w:rPr>
          <w:b/>
        </w:rPr>
        <w:t xml:space="preserve">[15:48] </w:t>
      </w:r>
      <w:r>
        <w:t>na to wahan koi congress thi, na wahan koi library thi, na wahan ka hum koi media tha, yeh sab kuch bhi nahi tha. aisa ek waqea agar kahin ho to woh ek local news ban kar reh jayega, woh universal nahi banega.</w:t>
      </w:r>
    </w:p>
    <w:p>
      <w:pPr>
        <w:jc w:val="right"/>
      </w:pPr>
      <w:r>
        <w:t>نہ تو وہاں کوئی کانگریس تھی، نہ وہاں کوئی لائبریری تھی، نہ وہاں کا ہم کوئی میڈیا تھا، یہ سب کچھ بھی نہیں تھا۔ ایسا ایک واقعہ اگر کہیں ہو تو وہ ایک لوکل نیوز بن کر رہ جائے گا، وہ یونیورسل نہیں بنے گا۔</w:t>
      </w:r>
    </w:p>
    <w:p>
      <w:r>
        <w:rPr>
          <w:b/>
        </w:rPr>
        <w:t xml:space="preserve">[16:03] </w:t>
      </w:r>
      <w:r>
        <w:t>woh kyunke universal media maujood hi nahi tha is zamane mein, universal media maujood nahi tha is zamane mein.</w:t>
      </w:r>
    </w:p>
    <w:p>
      <w:pPr>
        <w:jc w:val="right"/>
      </w:pPr>
      <w:r>
        <w:t>وہ کیونکہ یونیورسل میڈیا موجود ہی نہیں تھا اس زمانے میں، یونیورسل میڈیا موجود نہیں تھا اس زمانے میں۔</w:t>
      </w:r>
    </w:p>
    <w:p>
      <w:r>
        <w:rPr>
          <w:b/>
        </w:rPr>
        <w:t xml:space="preserve">[16:13] </w:t>
      </w:r>
      <w:r>
        <w:t>isi ko main keh raha hoon ke historical process mein islam ka aa jana ke jo bhi development aap dekhen ho raha hai history mein, woh sab ja raha hai islam ke favor mein.</w:t>
      </w:r>
    </w:p>
    <w:p>
      <w:pPr>
        <w:jc w:val="right"/>
      </w:pPr>
      <w:r>
        <w:t>اسی کو میں کہہ رہا ہوں کہ ہسٹاریکل پروسیس میں اسلام کا آ جانا کہ جو بھی ڈیولپمنٹ آپ دیکھیں ہو رہا ہے ہسٹری میں، وہ سب جا رہا ہے اسلام کے فیور میں۔</w:t>
      </w:r>
    </w:p>
    <w:p>
      <w:r>
        <w:rPr>
          <w:b/>
        </w:rPr>
        <w:t xml:space="preserve">[16:25] </w:t>
      </w:r>
      <w:r>
        <w:t>islam ka matlab yeh hai ke khuda ka jo sacha deen hai, us ke favor mein ja raha hai.</w:t>
      </w:r>
    </w:p>
    <w:p>
      <w:pPr>
        <w:jc w:val="right"/>
      </w:pPr>
      <w:r>
        <w:t>اسلام کا مطلب یہ ہے کہ خدا کا جو سچا دین ہے، اس کے فیور میں جا رہا ہے۔</w:t>
      </w:r>
    </w:p>
    <w:p>
      <w:r>
        <w:rPr>
          <w:b/>
        </w:rPr>
        <w:t xml:space="preserve">[16:32] </w:t>
      </w:r>
      <w:r>
        <w:t>yeh baat bohat zyada sochne ki hai ke hum log jo hain,</w:t>
      </w:r>
    </w:p>
    <w:p>
      <w:pPr>
        <w:jc w:val="right"/>
      </w:pPr>
      <w:r>
        <w:t>یہ بات بہت زیادہ سوچنے کی ہے کہ ہم لوگ جو ہیں،</w:t>
      </w:r>
    </w:p>
    <w:p>
      <w:r>
        <w:rPr>
          <w:b/>
        </w:rPr>
        <w:t xml:space="preserve">[16:40] </w:t>
      </w:r>
      <w:r>
        <w:t>quran, hum log jo hain, izhaar deen ko, jo izhaar deen ko political sense mein liye hue hain, hum ne is ko reduce kar rakha hai.</w:t>
      </w:r>
    </w:p>
    <w:p>
      <w:pPr>
        <w:jc w:val="right"/>
      </w:pPr>
      <w:r>
        <w:t>قرآن، ہم لوگ جو ہیں، اظہار دین کو، جو اظہار دین کو پولیٹیکل سینس میں لیے ہوئے ہیں، ہم نے اس کو ریڈیوس کر رکھا ہے۔</w:t>
      </w:r>
    </w:p>
    <w:p>
      <w:r>
        <w:rPr>
          <w:b/>
        </w:rPr>
        <w:t xml:space="preserve">[16:52] </w:t>
      </w:r>
      <w:r>
        <w:t>woh underestimation hai izhaar deen ka. yaad rakhiye, political power kya hai?</w:t>
      </w:r>
    </w:p>
    <w:p>
      <w:pPr>
        <w:jc w:val="right"/>
      </w:pPr>
      <w:r>
        <w:t>وہ انڈر ایسٹیمیشن ہے اظہار دین کا۔ یاد رکھیے، پولیٹیکل پاور کیا ہے؟</w:t>
      </w:r>
    </w:p>
    <w:p>
      <w:r>
        <w:rPr>
          <w:b/>
        </w:rPr>
        <w:t xml:space="preserve">[16:59] </w:t>
      </w:r>
      <w:r>
        <w:t>musalmanon ko jo political power jis zamane mein tha, to kya tha? ek dynasty thi, woh ek dynasty thi.</w:t>
      </w:r>
    </w:p>
    <w:p>
      <w:pPr>
        <w:jc w:val="right"/>
      </w:pPr>
      <w:r>
        <w:t>مسلمانوں کو جو پولیٹیکل پاور جس زمانے میں تھا، تو کیا تھا؟ ایک ڈائنسٹی تھی، وہ ایک ڈائنسٹی تھی۔</w:t>
      </w:r>
    </w:p>
    <w:p>
      <w:r>
        <w:rPr>
          <w:b/>
        </w:rPr>
        <w:t xml:space="preserve">[17:09] </w:t>
      </w:r>
      <w:r>
        <w:t>islam phir bhi corner kar diya gaya tha, yani throne par islam nahi baitha hua tha, throne par ek dynasty baithi hui thi.</w:t>
      </w:r>
    </w:p>
    <w:p>
      <w:pPr>
        <w:jc w:val="right"/>
      </w:pPr>
      <w:r>
        <w:t>اسلام پھر بھی کارنر کر دیا گیا تھا، یعنی تھرون پر اسلام نہیں بیٹھا ہوا تھا، تھرون پر ایک ڈائنسٹی بیٹھی ہوئی تھی۔</w:t>
      </w:r>
    </w:p>
    <w:p>
      <w:r>
        <w:rPr>
          <w:b/>
        </w:rPr>
        <w:t xml:space="preserve">[17:19] </w:t>
      </w:r>
      <w:r>
        <w:t>to bohat hi under underestimate karenge aap agar izhaar deen ko political sense mein len.</w:t>
      </w:r>
    </w:p>
    <w:p>
      <w:pPr>
        <w:jc w:val="right"/>
      </w:pPr>
      <w:r>
        <w:t>تو بہت ہی انڈر انڈر ایسٹیمیٹ کریں گے آپ اگر اظہار دین کو پولیٹیکل سینس میں لیں۔</w:t>
      </w:r>
    </w:p>
    <w:p>
      <w:r>
        <w:rPr>
          <w:b/>
        </w:rPr>
        <w:t xml:space="preserve">[17:26] </w:t>
      </w:r>
      <w:r>
        <w:t>izhaar deen ka mamla is se billion time zyada bada mamla hai ke history ke jitne bhi development hon, woh sab islam ke favor mein hote chale jayen.</w:t>
      </w:r>
    </w:p>
    <w:p>
      <w:pPr>
        <w:jc w:val="right"/>
      </w:pPr>
      <w:r>
        <w:t>اظہار دین کا معاملہ اس سے بلین ٹائم زیادہ بڑا معاملہ ہے کہ ہسٹری کے جتنے بھی ڈیولپمنٹ ہوں، وہ سب اسلام کے فیور میں ہوتے چلے جائیں۔</w:t>
      </w:r>
    </w:p>
    <w:p>
      <w:r>
        <w:rPr>
          <w:b/>
        </w:rPr>
        <w:t xml:space="preserve">[17:37] </w:t>
      </w:r>
      <w:r>
        <w:t>yeh billion time zyada badi baat hai, bohat zyada badi baat hai.</w:t>
      </w:r>
    </w:p>
    <w:p>
      <w:pPr>
        <w:jc w:val="right"/>
      </w:pPr>
      <w:r>
        <w:t>یہ بلین ٹائم زیادہ بڑی بات ہے، بہت زیادہ بڑی بات ہے۔</w:t>
      </w:r>
    </w:p>
    <w:p>
      <w:r>
        <w:rPr>
          <w:b/>
        </w:rPr>
        <w:t xml:space="preserve">[17:43] </w:t>
      </w:r>
      <w:r>
        <w:t>dekhiye, aaj kal jo hai, main jahan bhi safar karta hoon, india mein, europe mein, america mein, jahan bhi, sare log ko maine paya ke sab ko ek complaint hoti hai, sab ek complain karte hain.</w:t>
      </w:r>
    </w:p>
    <w:p>
      <w:pPr>
        <w:jc w:val="right"/>
      </w:pPr>
      <w:r>
        <w:t>دیکھیے، آج کل جو ہے، میں جہاں بھی سفر کرتا ہوں، انڈیا میں، یورپ میں، امریکہ میں، جہاں بھی، سارے لوگ کو میں نے پایا کہ سب کو ایک کمپلین ہوتی ہے، سب ایک کمپلین کرتے ہیں۔</w:t>
      </w:r>
    </w:p>
    <w:p>
      <w:r>
        <w:rPr>
          <w:b/>
        </w:rPr>
        <w:t xml:space="preserve">[17:59] </w:t>
      </w:r>
      <w:r>
        <w:t>woh kya? hamare bachche jo hain, woh sarkash ho gaye hain baatein sunte, hamare naujawan jo hain, baatein sunte, hamari nayi generation jo hai, baatein sunti, ab islam se revolt kar rahi hai.</w:t>
      </w:r>
    </w:p>
    <w:p>
      <w:pPr>
        <w:jc w:val="right"/>
      </w:pPr>
      <w:r>
        <w:t>وہ کیا؟ ہمارے بچے جو ہیں، وہ سرکش ہو گئے ہیں باتیں سنتے، ہمارے نوجوان جو ہیں، باتیں سنتے، ہماری نئی جنریشن جو ہے، باتیں سنتی، اب اسلام سے ریولٹ کر رہی ہے۔</w:t>
      </w:r>
    </w:p>
    <w:p>
      <w:r>
        <w:rPr>
          <w:b/>
        </w:rPr>
        <w:t xml:space="preserve">[18:11] </w:t>
      </w:r>
      <w:r>
        <w:t>yeh bohat zyada aam hai,</w:t>
      </w:r>
    </w:p>
    <w:p>
      <w:pPr>
        <w:jc w:val="right"/>
      </w:pPr>
      <w:r>
        <w:t>یہ بہت زیادہ عام ہے،</w:t>
      </w:r>
    </w:p>
    <w:p>
      <w:r>
        <w:rPr>
          <w:b/>
        </w:rPr>
        <w:t xml:space="preserve">[18:13] </w:t>
      </w:r>
      <w:r>
        <w:t>yahan tak ke is se pehle, jaisa ke maine aap se kaha tha ke pakistan se ek kitaab chhapi, quran aur ilm jadeed ka challenge, is par Maulana Ali Abu Ali علیہ السلام ne ek book likhi, Raddat Abu Bakr Allah, arabi mein, Raddat Abu Bakr Allah.</w:t>
      </w:r>
    </w:p>
    <w:p>
      <w:pPr>
        <w:jc w:val="right"/>
      </w:pPr>
      <w:r>
        <w:t>یہاں تک کہ اس سے پہلے، جیسا کہ میں نے آپ سے کہا تھا کہ پاکستان سے ایک کتاب چھپی، قرآن اور علم جدید کا چیلنج، اس پر مولانا علی ابو علی علیہ السلام نے ایک بک لکھی، ردت ابا بکر اللہ، عربی میں، ردت ابا بکر اللہ۔</w:t>
      </w:r>
    </w:p>
    <w:p>
      <w:r>
        <w:rPr>
          <w:b/>
        </w:rPr>
        <w:t xml:space="preserve">[18:33] </w:t>
      </w:r>
      <w:r>
        <w:t>ek irtidad hai lekin abubakr nahi, ek blasphemy hai lekin abubakr nahi jo is ko kill karen.</w:t>
      </w:r>
    </w:p>
    <w:p>
      <w:pPr>
        <w:jc w:val="right"/>
      </w:pPr>
      <w:r>
        <w:t>ایک ارتداد ہے لیکن ابوبکر نہیں، ایک بلاسفیمی ہے لیکن ابوبکر نہیں جو اس کو کل کریں۔</w:t>
      </w:r>
    </w:p>
    <w:p>
      <w:r>
        <w:rPr>
          <w:b/>
        </w:rPr>
        <w:t xml:space="preserve">[18:42] </w:t>
      </w:r>
      <w:r>
        <w:t>log samajhte hain ke jang ka waqt aa gaya hai, log kill karo, logon ko blasphemy phail rahi hai, irtidad phail raha hai. nahi, islam ka naya imkan phail raha hai, nayi opportunities phail rahi hain.</w:t>
      </w:r>
    </w:p>
    <w:p>
      <w:pPr>
        <w:jc w:val="right"/>
      </w:pPr>
      <w:r>
        <w:t>لوگ سمجھتے ہیں کہ جنگ کا وقت آ گیا ہے، لوگ کل کرو، لوگوں کو بلاسفیمی پھیل رہی ہے، ارتداد پھیل رہا ہے۔ نہیں، اسلام کا نیا امکان پھیل رہا ہے، نئی اپرچونیٹیز پھیل رہی ہیں۔</w:t>
      </w:r>
    </w:p>
    <w:p>
      <w:r>
        <w:rPr>
          <w:b/>
        </w:rPr>
        <w:t xml:space="preserve">[18:57] </w:t>
      </w:r>
      <w:r>
        <w:t>woh kaise?</w:t>
      </w:r>
    </w:p>
    <w:p>
      <w:pPr>
        <w:jc w:val="right"/>
      </w:pPr>
      <w:r>
        <w:t>وہ کیسے؟</w:t>
      </w:r>
    </w:p>
    <w:p>
      <w:r>
        <w:rPr>
          <w:b/>
        </w:rPr>
        <w:t xml:space="preserve">[19:00] </w:t>
      </w:r>
      <w:r>
        <w:t>dekhiye, pehle zamane mein</w:t>
      </w:r>
    </w:p>
    <w:p>
      <w:pPr>
        <w:jc w:val="right"/>
      </w:pPr>
      <w:r>
        <w:t>دیکھیے، پہلے زمانے میں</w:t>
      </w:r>
    </w:p>
    <w:p>
      <w:r>
        <w:rPr>
          <w:b/>
        </w:rPr>
        <w:t xml:space="preserve">[19:07] </w:t>
      </w:r>
      <w:r>
        <w:t>aap quran ko padhiye, saare nabiyon ko jo jis ko unhon ne refuse kiya, nahin maana, ek hi reason hota tha, ma wajadna alaihi abana ke hum ne apne baap dada ko jis religion par paya hai, us ko hum chhod den, tumhare liye hai.</w:t>
      </w:r>
    </w:p>
    <w:p>
      <w:pPr>
        <w:jc w:val="right"/>
      </w:pPr>
      <w:r>
        <w:t>آپ قرآن کو پڑھیے، سارے نبیوں کو جو جس کو انہوں نے ریفیوز کیا، نہیں مانا، ایک ہی ریزن ہوتا تھا، ما وجدنا علیہ ابانا کہ ہم نے اپنے باپ دادا کو جس ریلیجن پر پایا ہے، اس کو ہم چھوڑ دیں، تمہارے لیے ہے۔</w:t>
      </w:r>
    </w:p>
    <w:p>
      <w:r>
        <w:rPr>
          <w:b/>
        </w:rPr>
        <w:t xml:space="preserve">[19:30] </w:t>
      </w:r>
      <w:r>
        <w:t>poori hazaron saal ki history mein log baap dada ke deen par chalte rahe, yaani religion religion of ancestors, ancestral religion.</w:t>
      </w:r>
    </w:p>
    <w:p>
      <w:pPr>
        <w:jc w:val="right"/>
      </w:pPr>
      <w:r>
        <w:t>پوری ہزاروں سال کی ہسٹری میں لوگ باپ دادا کے دین پر چلتے رہے، یعنی ریلیجن ریلیجن آف انسسٹرز، اینسٹرل ریلیجن۔</w:t>
      </w:r>
    </w:p>
    <w:p>
      <w:r>
        <w:rPr>
          <w:b/>
        </w:rPr>
        <w:t xml:space="preserve">[19:43] </w:t>
      </w:r>
      <w:r>
        <w:t>isi ka jo extremist form tha ke ancestral ancestral worship, yaani ancestors ko apne baap dada ko pujne lage, kuch log inhi ko khuda samajh liya aur doosre log the baap dada ke mazhab ko lete rahe,</w:t>
      </w:r>
    </w:p>
    <w:p>
      <w:pPr>
        <w:jc w:val="right"/>
      </w:pPr>
      <w:r>
        <w:t>اسی کا جو ایکسٹریمسٹ فارم تھا کہ انسٹرل انسٹرل ورشپ، یعنی انسسٹرز کو اپنے باپ دادا کو پوجنے لگے، کچھ لوگ انہی کو خدا سمجھ لیا اور دوسرے لوگ تھے باپ دادا کے مذہب کو لیتے رہے،</w:t>
      </w:r>
    </w:p>
    <w:p>
      <w:r>
        <w:rPr>
          <w:b/>
        </w:rPr>
        <w:t xml:space="preserve">[20:03] </w:t>
      </w:r>
      <w:r>
        <w:t>generation of the generation.</w:t>
      </w:r>
    </w:p>
    <w:p>
      <w:pPr>
        <w:jc w:val="right"/>
      </w:pPr>
      <w:r>
        <w:t>جنریشن آف دی جنریشن۔</w:t>
      </w:r>
    </w:p>
    <w:p>
      <w:r>
        <w:rPr>
          <w:b/>
        </w:rPr>
        <w:t xml:space="preserve">[20:05] </w:t>
      </w:r>
      <w:r>
        <w:t>to baap dada jo mazhab liye hue the, usi mazhab ko maante rehna aur kisi prophet ki baat un ki samajh mein nahin aati thi.</w:t>
      </w:r>
    </w:p>
    <w:p>
      <w:pPr>
        <w:jc w:val="right"/>
      </w:pPr>
      <w:r>
        <w:t>تو باپ دادا جو مذہب لیے ہوئے تھے، اسی مذہب کو مانتے رہنا اور کسی پرافٹ کی بات ان کی سمجھ میں نہیں آتی تھی۔</w:t>
      </w:r>
    </w:p>
    <w:p>
      <w:r>
        <w:rPr>
          <w:b/>
        </w:rPr>
        <w:t xml:space="preserve">[20:15] </w:t>
      </w:r>
      <w:r>
        <w:t>sab se yahi saare prophet ko yahi sunna pada ke tumhari wajah se kya hum baap dada ke mazhab ko maan len? dekhiye, main arz karoon ke rasool Allah sallallahu alaihi wasallam ke chacha the, abu talib,</w:t>
      </w:r>
    </w:p>
    <w:p>
      <w:pPr>
        <w:jc w:val="right"/>
      </w:pPr>
      <w:r>
        <w:t>سب سے یہی سارے پرافٹ کو یہی سننا پڑا کہ تمہاری وجہ سے کیا ہم باپ دادا کے مذہب کو مان لیں؟ دیکھیے، میں عرض کروں کہ رسول اللہ صلی اللہ علیہ وسلم کے چچا تھے، ابو طالب،</w:t>
      </w:r>
    </w:p>
    <w:p>
      <w:r>
        <w:rPr>
          <w:b/>
        </w:rPr>
        <w:t xml:space="preserve">[20:31] </w:t>
      </w:r>
      <w:r>
        <w:t>un ka naam tha,</w:t>
      </w:r>
    </w:p>
    <w:p>
      <w:pPr>
        <w:jc w:val="right"/>
      </w:pPr>
      <w:r>
        <w:t>ان کا نام تھا،</w:t>
      </w:r>
    </w:p>
    <w:p>
      <w:r>
        <w:rPr>
          <w:b/>
        </w:rPr>
        <w:t xml:space="preserve">[20:34] </w:t>
      </w:r>
      <w:r>
        <w:t>woh islam nahin qabool kiya unhon ne. to jab un ke, yaani bimar hue, marne ka time aaya to aap un ke paas gaye aur kaha ke chacha, aap kalma padh dijiye taake khuda ke haan mein witness ban sakoon ke mere chacha ne kalma padha tha.</w:t>
      </w:r>
    </w:p>
    <w:p>
      <w:pPr>
        <w:jc w:val="right"/>
      </w:pPr>
      <w:r>
        <w:t>وہ اسلام نہیں قبول کیا انہوں نے۔ تو جب ان کے، یعنی بیمار ہوئے، مرنے کا ٹائم آیا تو آپ ان کے پاس گئے اور کہا کہ چچا، آپ کلمہ پڑھ دیجئے تاکہ خدا کے ہاں میں وٹنس بن سکوں کہ میرے چچا نے کلمہ پڑھا تھا۔</w:t>
      </w:r>
    </w:p>
    <w:p>
      <w:r>
        <w:rPr>
          <w:b/>
        </w:rPr>
        <w:t xml:space="preserve">[20:56] </w:t>
      </w:r>
      <w:r>
        <w:t>jab wahan ke log, jo the, abu jahal wagera, jo jo leader the wahan ke makkah ke, un ko pata chala kyunke inhi ke group ke the, yeh yaani matlab shirk par the, woh to woh daud kar aaye rokne ke liye.</w:t>
      </w:r>
    </w:p>
    <w:p>
      <w:pPr>
        <w:jc w:val="right"/>
      </w:pPr>
      <w:r>
        <w:t>جب وہاں کے لوگ، جو تھے، ابوجہل وغیرہ، جو جو لیڈر تھے وہاں کے مکہ کے، ان کو پتہ چلا کیونکہ انہی کے گروپ کے تھے، یہ یعنی مطلب شرک پر تھے، وہ تو وہ دوڑ کر آئے روکنے کے لیے۔</w:t>
      </w:r>
    </w:p>
    <w:p>
      <w:r>
        <w:rPr>
          <w:b/>
        </w:rPr>
        <w:t xml:space="preserve">[21:15] </w:t>
      </w:r>
      <w:r>
        <w:t>unhon ne kaha ke abu talib, kya tum apne baap dada ke deen ko chhod doge?</w:t>
      </w:r>
    </w:p>
    <w:p>
      <w:pPr>
        <w:jc w:val="right"/>
      </w:pPr>
      <w:r>
        <w:t>انہوں نے کہا کہ ابو طالب، کیا تم اپنے باپ دادا کے دین کو چھوڑ دو گے؟</w:t>
      </w:r>
    </w:p>
    <w:p>
      <w:r>
        <w:rPr>
          <w:b/>
        </w:rPr>
        <w:t xml:space="preserve">[21:25] </w:t>
      </w:r>
      <w:r>
        <w:t>kya tum apne baap dada ke deen ko chhod doge? yeh un ko jo hai kaha, ghairat dilai. to chunancha kitab mein aata hai ke aakhir mein woh keh kar mare ke amoot ala millat abdul muttalib,</w:t>
      </w:r>
    </w:p>
    <w:p>
      <w:pPr>
        <w:jc w:val="right"/>
      </w:pPr>
      <w:r>
        <w:t>کیا تم اپنے باپ دادا کے دین کو چھوڑ دو گے؟ یہ ان کو جو ہے کہا، غیرت دلائی۔ تو چنانچہ کتاب میں آتا ہے کہ آخر میں وہ کہہ کر مرے کہ اموت علی ملت عبدالمطلب،</w:t>
      </w:r>
    </w:p>
    <w:p>
      <w:r>
        <w:rPr>
          <w:b/>
        </w:rPr>
        <w:t xml:space="preserve">[21:40] </w:t>
      </w:r>
      <w:r>
        <w:t>main apne dada abdul muttalib ke deen par marta hoon. un ke dada mushrik the,</w:t>
      </w:r>
    </w:p>
    <w:p>
      <w:pPr>
        <w:jc w:val="right"/>
      </w:pPr>
      <w:r>
        <w:t>میں اپنے دادا عبدالمطلب کے دین پر مرتا ہوں۔ ان کے دادا مشرک تھے،</w:t>
      </w:r>
    </w:p>
    <w:p>
      <w:r>
        <w:rPr>
          <w:b/>
        </w:rPr>
        <w:t xml:space="preserve">[21:47] </w:t>
      </w:r>
      <w:r>
        <w:t>itna zabardast mind par dabdaba hota tha, itne option mein rehte the log baap dada ke mazhab par ke saari duniya isi isi ko sachcha samajhti thi jis ka baap dada jis ko sachcha samajhte rahe honge.</w:t>
      </w:r>
    </w:p>
    <w:p>
      <w:pPr>
        <w:jc w:val="right"/>
      </w:pPr>
      <w:r>
        <w:t>اتنا زبردست مائنڈ پر دبدبہ ہوتا تھا، اتنے آپشن میں رہتے تھے لوگ باپ دادا کے مذہب پر کہ ساری دنیا اسی اسی کو سچا سمجھتی تھی جس کا باپ دادا جس کو سچا سمجھتے رہے ہوں۔</w:t>
      </w:r>
    </w:p>
    <w:p>
      <w:r>
        <w:rPr>
          <w:b/>
        </w:rPr>
        <w:t xml:space="preserve">[22:04] </w:t>
      </w:r>
      <w:r>
        <w:t>yeh poori history mein yeh raha hai ke paighambaron ko sab se zyada jo rukawat padi woh yeh hai ke baap dada ke mazhab ka itna obsession tha ke us se hatna unhein samajh mein nahin aata ke kaise hat kar prophet ki baat maan len.</w:t>
      </w:r>
    </w:p>
    <w:p>
      <w:pPr>
        <w:jc w:val="right"/>
      </w:pPr>
      <w:r>
        <w:t>یہ پوری ہسٹری میں یہ رہا ہے کہ پیغمبروں کو سب سے زیادہ جو رکاوٹ پڑی وہ یہ ہے کہ باپ دادا کے مذہب کا اتنا آپسیشن تھا کہ اس سے ہٹنا انہیں سمجھ میں نہیں آتا کہ کیسے ہٹ کر پرافٹ کی بات مان لیں۔</w:t>
      </w:r>
    </w:p>
    <w:p>
      <w:r>
        <w:rPr>
          <w:b/>
        </w:rPr>
        <w:t xml:space="preserve">[22:20] </w:t>
      </w:r>
      <w:r>
        <w:t>yeh aaj yeh cheez khatm ho chuki hai. jis cheez ko log kehte hain generation ka revolt, bachchon ke revolt, woh kya hai? abba parasti ka khatma, ancestral worship ka khatma.</w:t>
      </w:r>
    </w:p>
    <w:p>
      <w:pPr>
        <w:jc w:val="right"/>
      </w:pPr>
      <w:r>
        <w:t>یہ آج یہ چیز ختم ہو چکی ہے۔ جس چیز کو لوگ کہتے ہیں جنریشن کا ریولٹ، بچوں کے ریولٹ، وہ کیا ہے؟ ابا پرستی کا خاتمہ، انسٹرل ورشپ کا خاتمہ۔</w:t>
      </w:r>
    </w:p>
    <w:p>
      <w:r>
        <w:rPr>
          <w:b/>
        </w:rPr>
        <w:t xml:space="preserve">[22:33] </w:t>
      </w:r>
      <w:r>
        <w:t>woh hum ne wrong naam, yeh wrong nomenclature kar rakha hai, is ka galat naam de rakha</w:t>
      </w:r>
    </w:p>
    <w:p>
      <w:pPr>
        <w:jc w:val="right"/>
      </w:pPr>
      <w:r>
        <w:t>وہ ہم نے رونگ نام، یہ رونگ نومن کریچر کر رکھا ہے، اس کا غلط نام دے رکھ</w:t>
      </w:r>
    </w:p>
    <w:p>
      <w:r>
        <w:rPr>
          <w:b/>
        </w:rPr>
        <w:t xml:space="preserve">[22:38] </w:t>
      </w:r>
      <w:r>
        <w:t>hai ke yeh to baghi ho gaye hain. baghi nahin hain, woh khuda ke deen ke baghi nahin hain, woh is is principle ke baghi ho gaye ke jo jo baap dada ka deen tha, wahi deen hai, wahi sachcha hai.</w:t>
      </w:r>
    </w:p>
    <w:p>
      <w:pPr>
        <w:jc w:val="right"/>
      </w:pPr>
      <w:r>
        <w:t>ا ہے کہ یہ تو باغی ہو گئے ہیں۔ باغی نہیں ہیں، وہ خدا کے دین کے باغی نہیں ہیں، وہ اس اس پرنسپل کے باغی ہو گئے کہ جو جو باپ دادا کا دین تھا، وہی دین ہے، وہی سچا ہے۔</w:t>
      </w:r>
    </w:p>
    <w:p>
      <w:r>
        <w:rPr>
          <w:b/>
        </w:rPr>
        <w:t xml:space="preserve">[22:50] </w:t>
      </w:r>
      <w:r>
        <w:t>kaha nahin,</w:t>
      </w:r>
    </w:p>
    <w:p>
      <w:pPr>
        <w:jc w:val="right"/>
      </w:pPr>
      <w:r>
        <w:t>کہا نہیں،</w:t>
      </w:r>
    </w:p>
    <w:p>
      <w:r>
        <w:rPr>
          <w:b/>
        </w:rPr>
        <w:t xml:space="preserve">[22:54] </w:t>
      </w:r>
      <w:r>
        <w:t>main ne ek kitab padhi, is ka naam tha, is ka title tha, moti si kitab thi, age of reason. age of reason, yeh age of reason hai.</w:t>
      </w:r>
    </w:p>
    <w:p>
      <w:pPr>
        <w:jc w:val="right"/>
      </w:pPr>
      <w:r>
        <w:t>میں نے ایک کتاب پڑھی، اس کا نام تھا، اس کا ٹائٹل تھا، موٹی سی کتاب تھی، ایج آف ریزن۔ ایج آف ریزن، یہ ایج آف ریزن ہے۔</w:t>
      </w:r>
    </w:p>
    <w:p>
      <w:r>
        <w:rPr>
          <w:b/>
        </w:rPr>
        <w:t xml:space="preserve">[23:04] </w:t>
      </w:r>
      <w:r>
        <w:t>aaj ka insaan har cheez ko reason par toalta hai, toothpaste bhi woh reason par toalta hai ke toothpaste jo hai, woh reason par agar hota ho, lega nahin to nahin.</w:t>
      </w:r>
    </w:p>
    <w:p>
      <w:pPr>
        <w:jc w:val="right"/>
      </w:pPr>
      <w:r>
        <w:t>آج کا انسان ہر چیز کو ریزن پر تولتا ہے، ٹوتھ پیسٹ بھی وہ ریزن پر تولتا ہے کہ ٹوتھ پیسٹ جو ہے، وہ ریزن پر اگر ہوتا ہو، لے گا نہیں تو نہیں۔</w:t>
      </w:r>
    </w:p>
    <w:p>
      <w:r>
        <w:rPr>
          <w:b/>
        </w:rPr>
        <w:t xml:space="preserve">[23:16] </w:t>
      </w:r>
      <w:r>
        <w:t>to yeh jis cheez ko hum chal rahe hain, raddah, irtidad, baghavat, blasphemy, woh kis cheez se hai? woh islam se nahin hai, sachchai se nahin hai, quran se nahin hai, woh hai is is mazhab se jo mazhab chala aa raha tha, us se hai.</w:t>
      </w:r>
    </w:p>
    <w:p>
      <w:pPr>
        <w:jc w:val="right"/>
      </w:pPr>
      <w:r>
        <w:t>تو یہ جس چیز کو ہم چل رہے ہیں، ردہ، ارتداد، بغاوت، بلاسفیمی، وہ کس چیز سے ہے؟ وہ اسلام سے نہیں ہے، سچائی سے نہیں ہے، قرآن سے نہیں ہے، وہ ہے اس اس مذہب سے جو مذہب چلا آ رہا تھا، اس سے ہے۔</w:t>
      </w:r>
    </w:p>
    <w:p>
      <w:r>
        <w:rPr>
          <w:b/>
        </w:rPr>
        <w:t xml:space="preserve">[23:35] </w:t>
      </w:r>
      <w:r>
        <w:t>badqismati se hum ne samajh liya ke islam se hai. jaise akbar ilahabadi ne kaha tha ke hum aisi kal kitaben qabil zabti samajhte hain ke jin ko padh ke ladke baap ko khabti samajhte hain.</w:t>
      </w:r>
    </w:p>
    <w:p>
      <w:pPr>
        <w:jc w:val="right"/>
      </w:pPr>
      <w:r>
        <w:t>بدقسمتی سے ہم نے سمجھ لیا کہ اسلام سے ہے۔ جیسے اکبر الہ آبادی نے کہا تھا کہ ہم ایسی کل کتابیں قابل ضبطی سمجھتے ہیں کہ جن کو پڑھ کے لڑکے باپ کو خبطی سمجھتے ہیں۔</w:t>
      </w:r>
    </w:p>
    <w:p>
      <w:r>
        <w:rPr>
          <w:b/>
        </w:rPr>
        <w:t xml:space="preserve">[23:52] </w:t>
      </w:r>
      <w:r>
        <w:t>to woh samajhte hain ke baap, yaani muslim baap ki baat jo hai, un ko khabti lag rahi hai. main samajhta hoon ke galat tha un ka khayal.</w:t>
      </w:r>
    </w:p>
    <w:p>
      <w:pPr>
        <w:jc w:val="right"/>
      </w:pPr>
      <w:r>
        <w:t>تو وہ سمجھتے ہیں کہ باپ، یعنی مسلم باپ کی بات جو ہے، ان کو خبطی لگ رہی ہے۔ میں سمجھتا ہوں کہ غلط تھا ان کا خیال۔</w:t>
      </w:r>
    </w:p>
    <w:p>
      <w:r>
        <w:rPr>
          <w:b/>
        </w:rPr>
        <w:t xml:space="preserve">[24:02] </w:t>
      </w:r>
      <w:r>
        <w:t>yeh abba parasti ko khabti samajhte the woh, kyunke abba parasti jo tha, jo abai mazhab tha, ancestral mazhab jo tha, woh reason par utarta nahin tha, poora reason par woh stand nahin karta tha.</w:t>
      </w:r>
    </w:p>
    <w:p>
      <w:pPr>
        <w:jc w:val="right"/>
      </w:pPr>
      <w:r>
        <w:t>یہ ابا پرستی کو خبطی سمجھتے تھے وہ، کیونکہ ابا پرستی جو تھا، جو آبائی مذہب تھا، انسٹرل مذہب جو تھا، وہ ریزن پر اترتا نہیں تھا، پورا ریزن پر وہ اسٹینڈ نہیں کرتا تھا۔</w:t>
      </w:r>
    </w:p>
    <w:p>
      <w:r>
        <w:rPr>
          <w:b/>
        </w:rPr>
        <w:t xml:space="preserve">[24:16] </w:t>
      </w:r>
      <w:r>
        <w:t>woh jise iqbal ne kaha ke hum hum samajhte thay ke laye gi faraghat taleem, kya khabar thi ke chalaye ga ilhad bhi sath.</w:t>
      </w:r>
    </w:p>
    <w:p>
      <w:pPr>
        <w:jc w:val="right"/>
      </w:pPr>
      <w:r>
        <w:t>وہ جسے اقبال نے کہا کہ ہم ہم سمجھتے تھے کہ لائے گی فراغت تعلیم، کیا خبر تھی کہ چلائے گا الحاد بھی ساتھ۔</w:t>
      </w:r>
    </w:p>
    <w:p>
      <w:r>
        <w:rPr>
          <w:b/>
        </w:rPr>
        <w:t xml:space="preserve">[24:28] </w:t>
      </w:r>
      <w:r>
        <w:t>yeh bhi bohat hi ghalat baat hai.</w:t>
      </w:r>
    </w:p>
    <w:p>
      <w:pPr>
        <w:jc w:val="right"/>
      </w:pPr>
      <w:r>
        <w:t>یہ بھی بہت ہی غلط بات ہے۔</w:t>
      </w:r>
    </w:p>
    <w:p>
      <w:r>
        <w:rPr>
          <w:b/>
        </w:rPr>
        <w:t xml:space="preserve">[24:30] </w:t>
      </w:r>
      <w:r>
        <w:t>jo cheez sath aayi, woh ilhad nahi thi, woh woh inkar tha aise mazhab se jo reason reason based na ho. woh inkar islam se nahi tha, woh islam divine truth se nahi tha, woh us woh inkar khuda quran se nahi tha.</w:t>
      </w:r>
    </w:p>
    <w:p>
      <w:pPr>
        <w:jc w:val="right"/>
      </w:pPr>
      <w:r>
        <w:t>جو چیز ساتھ آئی، وہ الحاد نہیں تھی، وہ وہ انکار تھا ایسے مذہب سے جو ریزن ریزن بیسڈ نہ ہو۔ وہ انکار اسلام سے نہیں تھا، وہ اسلام ڈیوائن ٹروتھ سے نہیں تھا، وہ اس وہ انکار خدا قرآن سے نہیں تھا۔</w:t>
      </w:r>
    </w:p>
    <w:p>
      <w:r>
        <w:rPr>
          <w:b/>
        </w:rPr>
        <w:t xml:space="preserve">[24:45] </w:t>
      </w:r>
      <w:r>
        <w:t>woh us mazhab se tha, woh jo mazhab reason based na ho, jis ke peeche logic na ho, jo aql ko samajh mein na aaye, us se tha.</w:t>
      </w:r>
    </w:p>
    <w:p>
      <w:pPr>
        <w:jc w:val="right"/>
      </w:pPr>
      <w:r>
        <w:t>وہ اس مذہب سے تھا، وہ جو مذہب ریزن بیسڈ نہ ہو، جس کے پیچھے لاجک نہ ہو، جو عقل کو سمجھ میں نہ آئے، اس سے تھا۔</w:t>
      </w:r>
    </w:p>
    <w:p>
      <w:r>
        <w:rPr>
          <w:b/>
        </w:rPr>
        <w:t xml:space="preserve">[24:55] </w:t>
      </w:r>
      <w:r>
        <w:t>woh toh us ko samajh liya ke unhon ne islam ke khilaf ho gaye hain. yeh sare log</w:t>
      </w:r>
    </w:p>
    <w:p>
      <w:pPr>
        <w:jc w:val="right"/>
      </w:pPr>
      <w:r>
        <w:t>وہ تو اس کو سمجھ لیا کہ انہوں نے اسلام کے خلاف ہو گئے ہیں۔ یہ سارے لوگ</w:t>
      </w:r>
    </w:p>
    <w:p>
      <w:r>
        <w:rPr>
          <w:b/>
        </w:rPr>
        <w:t xml:space="preserve">[25:00] </w:t>
      </w:r>
      <w:r>
        <w:t>ab poori duniya mein musalman kya hai? modern education ke khilaf ho gaye. poori duniya mein musalman modern education ke khilaf ho gaye. yeh kitni bhaari ghalati hai!</w:t>
      </w:r>
    </w:p>
    <w:p>
      <w:pPr>
        <w:jc w:val="right"/>
      </w:pPr>
      <w:r>
        <w:t>اب پوری دنیا میں مسلمان کیا ہے؟ ماڈرن ایجوکیشن کے خلاف ہو گئے۔ پوری دنیا میں مسلمان ماڈرن ایجوکیشن کے خلاف ہو گئے۔ یہ کتنی بھاری غلطی ہے!</w:t>
      </w:r>
    </w:p>
    <w:p>
      <w:r>
        <w:rPr>
          <w:b/>
        </w:rPr>
        <w:t xml:space="preserve">[25:09] </w:t>
      </w:r>
      <w:r>
        <w:t>yeh kitni bhaari ghalati hai! yeh modern education jo tha, woh kya tha? logon ko suppression se nikal raha tha, abaa parasti se nikal raha tha, abai mazhab par ko ab sacha samjhein, us ko nikal raha tha</w:t>
      </w:r>
    </w:p>
    <w:p>
      <w:pPr>
        <w:jc w:val="right"/>
      </w:pPr>
      <w:r>
        <w:t>یہ کتنی بھاری غلطی ہے! یہ ماڈرن ایجوکیشن جو تھا، وہ کیا تھا؟ لوگوں کو سپریسٹن سے نکال رہا تھا، ابا پرستی سے نکال رہا تھا، آبائی مذہب پر کو اب سچا سمجھیں، اس کو نکال رہا تھا</w:t>
      </w:r>
    </w:p>
    <w:p>
      <w:r>
        <w:rPr>
          <w:b/>
        </w:rPr>
        <w:t xml:space="preserve">[25:26] </w:t>
      </w:r>
      <w:r>
        <w:t>aur ek aise deen ki taraf ja raha ja la raha tha jis mein reason ho, jis mein aql ki baat ho. toh yeh toh hamare favor mein tha, yeh toh hamare favor mein tha.</w:t>
      </w:r>
    </w:p>
    <w:p>
      <w:pPr>
        <w:jc w:val="right"/>
      </w:pPr>
      <w:r>
        <w:t>اور ایک ایسے دین کی طرف جا رہا جا لا رہا تھا جس میں ریزن ہو، جس میں عقل کی بات ہو۔ تو یہ تو ہمارے فیور میں تھا، یہ تو ہمارے فیور میں تھا۔</w:t>
      </w:r>
    </w:p>
    <w:p>
      <w:r>
        <w:rPr>
          <w:b/>
        </w:rPr>
        <w:t xml:space="preserve">[25:39] </w:t>
      </w:r>
      <w:r>
        <w:t>abhi dekhiye, hamari is majlis mein kashmir ke kai log hain, mashallah, is mein farooq mustar sahib hain aur hameedullah hameed sahib hain.</w:t>
      </w:r>
    </w:p>
    <w:p>
      <w:pPr>
        <w:jc w:val="right"/>
      </w:pPr>
      <w:r>
        <w:t>ابھی دیکھیے، ہماری اس مجلس میں کشمیر کے کئی لوگ ہیں، ماشاءاللہ، اس میں فاروق مستر صاحب ہیں اور حمید اللہ حمید صاحب ہیں۔</w:t>
      </w:r>
    </w:p>
    <w:p>
      <w:r>
        <w:rPr>
          <w:b/>
        </w:rPr>
        <w:t xml:space="preserve">[25:48] </w:t>
      </w:r>
      <w:r>
        <w:t>yeh log taleem ke maidan mein bohat bara kaam kar rahe hain,</w:t>
      </w:r>
    </w:p>
    <w:p>
      <w:pPr>
        <w:jc w:val="right"/>
      </w:pPr>
      <w:r>
        <w:t>یہ لوگ تعلیم کے میدان میں بہت بڑا کام کر رہے ہیں،</w:t>
      </w:r>
    </w:p>
    <w:p>
      <w:r>
        <w:rPr>
          <w:b/>
        </w:rPr>
        <w:t xml:space="preserve">[25:52] </w:t>
      </w:r>
      <w:r>
        <w:t>wohi modern education ke maidan mein, aur zabardast is ka nateeja nikal raha hai. logon ko islam phir se samajh mein aa raha hai, islam ki sachai phir se un ke mind mein baith rahi hai.</w:t>
      </w:r>
    </w:p>
    <w:p>
      <w:pPr>
        <w:jc w:val="right"/>
      </w:pPr>
      <w:r>
        <w:t>وہی ماڈرن ایجوکیشن کے میدان میں، اور زبردست اس کا نتیجہ نکل رہا ہے۔ لوگوں کو اسلام پھر سے سمجھ میں آ رہا ہے، اسلام کی سچائی پھر سے ان کے مائنڈ میں بیٹھ رہی ہے۔</w:t>
      </w:r>
    </w:p>
    <w:p>
      <w:r>
        <w:rPr>
          <w:b/>
        </w:rPr>
        <w:t xml:space="preserve">[26:04] </w:t>
      </w:r>
      <w:r>
        <w:t>toh yeh jo samajh liya gaya tha ke modern education islam ke khilaf hai,</w:t>
      </w:r>
    </w:p>
    <w:p>
      <w:pPr>
        <w:jc w:val="right"/>
      </w:pPr>
      <w:r>
        <w:t>تو یہ جو سمجھ لیا گیا تھا کہ ماڈرن ایجوکیشن اسلام کے خلاف ہے،</w:t>
      </w:r>
    </w:p>
    <w:p>
      <w:r>
        <w:rPr>
          <w:b/>
        </w:rPr>
        <w:t xml:space="preserve">[26:09] </w:t>
      </w:r>
      <w:r>
        <w:t>toh modern education islam ke khilaf nahi hai, irrational religion ke khilaf hai, illogical religion ke khilaf hai. aur islam toh khuda ke fazal se logical religion hai, rational religion hai, us ke khilaf kaise ho sakta hai?</w:t>
      </w:r>
    </w:p>
    <w:p>
      <w:pPr>
        <w:jc w:val="right"/>
      </w:pPr>
      <w:r>
        <w:t>تو ماڈرن ایجوکیشن اسلام کے خلاف نہیں ہے، ارریشنل ریلیجن کے خلاف ہے، اللاجیکل ریلیجن کے خلاف ہے۔ اور اسلام تو خدا کے فضل سے لاجیکل ریلیجن ہے، ریشنل ریلیجن ہے، اس کے خلاف کیسے ہو سکتا ہے؟</w:t>
      </w:r>
    </w:p>
    <w:p>
      <w:r>
        <w:rPr>
          <w:b/>
        </w:rPr>
        <w:t xml:space="preserve">[26:22] </w:t>
      </w:r>
      <w:r>
        <w:t>woh toh modern education ne ya modern science ne ek bohat bara kaam kiya. woh kya? insan ko us insan ko us trap se nikala.</w:t>
      </w:r>
    </w:p>
    <w:p>
      <w:pPr>
        <w:jc w:val="right"/>
      </w:pPr>
      <w:r>
        <w:t>وہ تو ماڈرن ایجوکیشن نے یا ماڈرن سائنس نے ایک بہت بڑا کام کیا۔ وہ کیا؟ انسان کو اس انسان کو اس ٹریپ سے نکالا۔</w:t>
      </w:r>
    </w:p>
    <w:p>
      <w:r>
        <w:rPr>
          <w:b/>
        </w:rPr>
        <w:t xml:space="preserve">[26:34] </w:t>
      </w:r>
      <w:r>
        <w:t>us trap se</w:t>
      </w:r>
    </w:p>
    <w:p>
      <w:pPr>
        <w:jc w:val="right"/>
      </w:pPr>
      <w:r>
        <w:t>اس ٹریپ سے</w:t>
      </w:r>
    </w:p>
    <w:p>
      <w:r>
        <w:rPr>
          <w:b/>
        </w:rPr>
        <w:t xml:space="preserve">[26:37] </w:t>
      </w:r>
      <w:r>
        <w:t>ek trap tha hazaron saal se ke insan jo hai, jo baap dada se hota hai, wahi hum bhi samajh karte rahenge. jo traditional jo family traditions hain, wahi hum bhi karte rahenge.</w:t>
      </w:r>
    </w:p>
    <w:p>
      <w:pPr>
        <w:jc w:val="right"/>
      </w:pPr>
      <w:r>
        <w:t>ایک ٹریپ تھا ہزاروں سال سے کہ انسان جو ہے، جو باپ دادا سے ہوتا ہے، وہی ہم بھی سمجھ کرتے رہیں گے۔ جو ٹریڈیشنل جو فیملی ٹریڈیشنز ہیں، وہی ہم بھی کرتے رہیں گے۔</w:t>
      </w:r>
    </w:p>
    <w:p>
      <w:r>
        <w:rPr>
          <w:b/>
        </w:rPr>
        <w:t xml:space="preserve">[26:49] </w:t>
      </w:r>
      <w:r>
        <w:t>jo tribe jo tribes ki traditions hain, usi wahi hum bhi karte rahenge. toh tradition ko poojna, suppression ko sachai samajhna, yeh yeh trap tha jis mein insan bandha hua tha.</w:t>
      </w:r>
    </w:p>
    <w:p>
      <w:pPr>
        <w:jc w:val="right"/>
      </w:pPr>
      <w:r>
        <w:t>جو ٹرائب جو ٹرائبز کی ٹریڈیشنز ہیں، اسی وہی ہم بھی کرتے رہیں گے۔ تو ٹریڈیشن کو پوجنا، سپریسٹن کو سچائی سمجھنا، یہ یہ ٹریپ تھا جس میں انسان بندھا ہوا تھا۔</w:t>
      </w:r>
    </w:p>
    <w:p>
      <w:r>
        <w:rPr>
          <w:b/>
        </w:rPr>
        <w:t xml:space="preserve">[27:01] </w:t>
      </w:r>
      <w:r>
        <w:t>aur prophet aate thay, logon ko samajh mein nahi aata tha.</w:t>
      </w:r>
    </w:p>
    <w:p>
      <w:pPr>
        <w:jc w:val="right"/>
      </w:pPr>
      <w:r>
        <w:t>اور پرافٹ آتے تھے، لوگوں کو سمجھ میں نہیں آتا تھا۔</w:t>
      </w:r>
    </w:p>
    <w:p>
      <w:r>
        <w:rPr>
          <w:b/>
        </w:rPr>
        <w:t xml:space="preserve">[27:05] </w:t>
      </w:r>
      <w:r>
        <w:t>is trap ko khatam kar diya modern education ne, modern science ne, modern modern modern knowledge ne. ab dekhein, kitna bara kaam hai ke khuda ke deen ka jo sailab chala aa raha hai, woh wahan pahuncha jahan ke science paida ho gayi.</w:t>
      </w:r>
    </w:p>
    <w:p>
      <w:pPr>
        <w:jc w:val="right"/>
      </w:pPr>
      <w:r>
        <w:t>اس ٹریپ کو ختم کر دیا ماڈرن ایجوکیشن نے، ماڈرن سائنس نے، ماڈرن ماڈرن ماڈرن نالج نے۔ اب دیکھیں، کتنا بڑا کام ہے کہ خدا کے دین کا جو سیلاب چلا آ رہا ہے، وہ وہاں پہنچا جہاں کہ سائنس پیدا ہوگئی۔</w:t>
      </w:r>
    </w:p>
    <w:p>
      <w:r>
        <w:rPr>
          <w:b/>
        </w:rPr>
        <w:t xml:space="preserve">[27:22] </w:t>
      </w:r>
      <w:r>
        <w:t>toh science ne islam islam ke liye naya rasta khol diya.</w:t>
      </w:r>
    </w:p>
    <w:p>
      <w:pPr>
        <w:jc w:val="right"/>
      </w:pPr>
      <w:r>
        <w:t>تو سائنس نے اسلام اسلام کے لیے نیا راستہ کھول دیا۔</w:t>
      </w:r>
    </w:p>
    <w:p>
      <w:r>
        <w:rPr>
          <w:b/>
        </w:rPr>
        <w:t xml:space="preserve">[27:29] </w:t>
      </w:r>
      <w:r>
        <w:t>science ne khuda ke deen ka naya rasta khol diya ke log jo hain, cheezon ko reason par judge karne lage. jab reason par judge karne lage toh maloom hua ke reason par toh sirf islam stand karta hai, koi mazhab stand nahi karta.</w:t>
      </w:r>
    </w:p>
    <w:p>
      <w:pPr>
        <w:jc w:val="right"/>
      </w:pPr>
      <w:r>
        <w:t>سائنس نے خدا کے دین کا نیا راستہ کھول دیا کہ لوگ جو ہیں، چیزوں کو ریزن پر جج کرنے لگے۔ جب ریزن پر جج کرنے لگے تو معلوم ہوا کہ ریزن پر تو صرف اسلام اسٹینڈ کرتا ہے، کوئی مذہب اسٹینڈ نہیں کرتا۔</w:t>
      </w:r>
    </w:p>
    <w:p>
      <w:r>
        <w:rPr>
          <w:b/>
        </w:rPr>
        <w:t xml:space="preserve">[27:43] </w:t>
      </w:r>
      <w:r>
        <w:t>kitni bari baat hui hai! yeh itni bari baat hui ke hamare paas zyada bari baat hai, hazaron political powers se zyada bari baat hai yeh</w:t>
      </w:r>
    </w:p>
    <w:p>
      <w:pPr>
        <w:jc w:val="right"/>
      </w:pPr>
      <w:r>
        <w:t>کتنی بڑی بات ہوئی ہے! یہ اتنی بڑی بات ہوئی کہ ہمارے پاس زیادہ بڑی بات ہے، ہزاروں پولیٹیکل پاورز سے زیادہ بڑی بات ہے یہ</w:t>
      </w:r>
    </w:p>
    <w:p>
      <w:r>
        <w:rPr>
          <w:b/>
        </w:rPr>
        <w:t xml:space="preserve">[27:56] </w:t>
      </w:r>
      <w:r>
        <w:t>ke history ka ka jo history ka jo safar hai, chalte chalte wahan pahuncha jab ke jab ke insan pre scientific era khatam hua aur post scientific era aaya.</w:t>
      </w:r>
    </w:p>
    <w:p>
      <w:pPr>
        <w:jc w:val="right"/>
      </w:pPr>
      <w:r>
        <w:t>کہ ہسٹری کا کا جو ہسٹری کا جو سفر ہے، چلتے چلتے وہاں پہنچا جب کہ جب کہ انسان پری سائنٹیفک ایرا ختم ہوا اور پوسٹ سائنٹیفک ایرا آیا۔</w:t>
      </w:r>
    </w:p>
    <w:p>
      <w:r>
        <w:rPr>
          <w:b/>
        </w:rPr>
        <w:t xml:space="preserve">[28:09] </w:t>
      </w:r>
      <w:r>
        <w:t>yani traditional jo jo tradition, suppression, abaa parasti, yeh jo zamana chala aa raha tha, woh khatam hua. ek naya zamana aaya jis mein cheezon ko reason par judge kiya jata tha, logic se dekha jata tha,</w:t>
      </w:r>
    </w:p>
    <w:p>
      <w:pPr>
        <w:jc w:val="right"/>
      </w:pPr>
      <w:r>
        <w:t>یعنی ٹریڈیشنل جو جو ٹریڈیشن، سپریسٹن، ابا پرستی، یہ جو زمانہ چلا آ رہا تھا، وہ ختم ہوا۔ ایک نیا زمانہ آیا جس میں چیزوں کو ریزن پر جج کیا جاتا تھا، لاجک سے دیکھا جاتا تھا،</w:t>
      </w:r>
    </w:p>
    <w:p>
      <w:r>
        <w:rPr>
          <w:b/>
        </w:rPr>
        <w:t xml:space="preserve">[28:23] </w:t>
      </w:r>
      <w:r>
        <w:t>scientific argument par jaancha jaancha jata tha. us ko</w:t>
      </w:r>
    </w:p>
    <w:p>
      <w:pPr>
        <w:jc w:val="right"/>
      </w:pPr>
      <w:r>
        <w:t>سائنٹیفک ارگیومنٹ پر جچا جانچا جاتا تھا۔ اس کو</w:t>
      </w:r>
    </w:p>
    <w:p>
      <w:r>
        <w:rPr>
          <w:b/>
        </w:rPr>
        <w:t xml:space="preserve">[28:26] </w:t>
      </w:r>
      <w:r>
        <w:t>ab yeh jo zamanah aaya, is zamanah mein kya hua? islam ki sachai aur ziyadah nikhar aai, aur ziyadah nikhar aai.</w:t>
      </w:r>
    </w:p>
    <w:p>
      <w:pPr>
        <w:jc w:val="right"/>
      </w:pPr>
      <w:r>
        <w:t>اب یہ جو زمانہ آیا، اس زمانے میں کیا ہوا؟ اسلام کی سچائی اور زیادہ نکھر آئی، اور زیادہ نکھر آئی۔</w:t>
      </w:r>
    </w:p>
    <w:p>
      <w:r>
        <w:rPr>
          <w:b/>
        </w:rPr>
        <w:t xml:space="preserve">[28:38] </w:t>
      </w:r>
      <w:r>
        <w:t>isi ko main keh raha hoon keh islam khuda ne apne deen ko histal kar process mein shamil kar diya keh jo bhi development ho history mein, woh islam ki favor mein jaye, khuda ke deen ki favor mein jaye, is ka ulta na jaye</w:t>
      </w:r>
    </w:p>
    <w:p>
      <w:pPr>
        <w:jc w:val="right"/>
      </w:pPr>
      <w:r>
        <w:t>اسی کو میں کہہ رہا ہوں کہ اسلام خدا نے اپنے دین کو ہسٹال کر پراسیس میں شامل کر دیا کہ جو بھی ڈیولپمنٹ ہو ہسٹری میں، وہ اسلام کی فیور میں جائے، خدا کے دین کی فیور میں جائے، اس کا الٹا نہ جائ</w:t>
      </w:r>
    </w:p>
    <w:p>
      <w:r>
        <w:rPr>
          <w:b/>
        </w:rPr>
        <w:t xml:space="preserve">[28:52] </w:t>
      </w:r>
      <w:r>
        <w:t>e. main aap ko to to to illustrate this point, i will try to give an example. dekhiye,</w:t>
      </w:r>
    </w:p>
    <w:p>
      <w:pPr>
        <w:jc w:val="right"/>
      </w:pPr>
      <w:r>
        <w:t>ے۔ میں آپ کو ٹو ٹو ٹو ایلسٹرٹ دس پوائنٹ، آئی ویل ٹرائی ٹو گیو این ایگزامپل۔ دیکھیے،</w:t>
      </w:r>
    </w:p>
    <w:p>
      <w:r>
        <w:rPr>
          <w:b/>
        </w:rPr>
        <w:t xml:space="preserve">[29:06] </w:t>
      </w:r>
      <w:r>
        <w:t>yeh jo naya zamanah aaya hai science ka, to har cheezon ko re examine kiya janay laga, har cheez ko, yahan tak keh toothpaste ko bhi re examine kiya gaya.</w:t>
      </w:r>
    </w:p>
    <w:p>
      <w:pPr>
        <w:jc w:val="right"/>
      </w:pPr>
      <w:r>
        <w:t>یہ جو نیا زمانہ آیا ہے سائنس کا، تو ہر چیزوں کو ری ایگزیمن کیا جانے لگا، ہر چیز کو، یہاں تک کہ ٹوتھ پیسٹ کو بھی ری ایگزیمن کیا گیا۔</w:t>
      </w:r>
    </w:p>
    <w:p>
      <w:r>
        <w:rPr>
          <w:b/>
        </w:rPr>
        <w:t xml:space="preserve">[29:19] </w:t>
      </w:r>
      <w:r>
        <w:t>har cheez ko re examine kiya gaya.</w:t>
      </w:r>
    </w:p>
    <w:p>
      <w:pPr>
        <w:jc w:val="right"/>
      </w:pPr>
      <w:r>
        <w:t>ہر چیز کو ری ایگزیمن کیا گیا۔</w:t>
      </w:r>
    </w:p>
    <w:p>
      <w:r>
        <w:rPr>
          <w:b/>
        </w:rPr>
        <w:t xml:space="preserve">[29:22] </w:t>
      </w:r>
      <w:r>
        <w:t>is se chemistry bani, is se physics bani, is se biology bani, is se zoology bani. yeh sare jo banay, re examine karne ke baad yeh sare banay.</w:t>
      </w:r>
    </w:p>
    <w:p>
      <w:pPr>
        <w:jc w:val="right"/>
      </w:pPr>
      <w:r>
        <w:t>اس سے کیمسٹری بنی، اس سے فزکس بنی، اس سے بیالوجی بنی، اس سے زولوجی بنی۔ یہ سارے جو بنے، ری ایگزیمن کرنے کے بعد یہ سارے بنے۔</w:t>
      </w:r>
    </w:p>
    <w:p>
      <w:r>
        <w:rPr>
          <w:b/>
        </w:rPr>
        <w:t xml:space="preserve">[29:32] </w:t>
      </w:r>
      <w:r>
        <w:t>astronomy bani, yani alchemy ko re examine kar ke chemistry bani, astrology ko re examine kar ke astronomy bani.</w:t>
      </w:r>
    </w:p>
    <w:p>
      <w:pPr>
        <w:jc w:val="right"/>
      </w:pPr>
      <w:r>
        <w:t>ایسٹرانومی بنی، یعنی الکیمی کو ری ایگزیمن کر کے کیمسٹری بنی، ایسٹرالوجی کو ری ایگزیمن کر کے ایسٹرانومی بنی۔</w:t>
      </w:r>
    </w:p>
    <w:p>
      <w:r>
        <w:rPr>
          <w:b/>
        </w:rPr>
        <w:t xml:space="preserve">[29:42] </w:t>
      </w:r>
      <w:r>
        <w:t>ab astrology ka zamanah nahi hai, ab astronomy ka zamanah hai, ab alchemy ka zamanah nahi hai, ab chemistry ka zamanah hai. yeh sab kya hai?</w:t>
      </w:r>
    </w:p>
    <w:p>
      <w:pPr>
        <w:jc w:val="right"/>
      </w:pPr>
      <w:r>
        <w:t>اب ایسٹرالوجی کا زمانہ نہیں ہے، اب ایسٹرانومی کا زمانہ ہے، اب الکیمی کا زمانہ نہیں ہے، اب کیمسٹری کا زمانہ ہے۔ یہ سب کیا ہے؟</w:t>
      </w:r>
    </w:p>
    <w:p>
      <w:r>
        <w:rPr>
          <w:b/>
        </w:rPr>
        <w:t xml:space="preserve">[29:50] </w:t>
      </w:r>
      <w:r>
        <w:t>is liye cheezon ko re examine karne ke baad aisa hua. to yeh jo re examine karne ka jo trend tha, woh pohancha mazhab tak bhi, mazhab tak bhi, aur sare mazhabon ko unhon ne establish karna shuru kiya.</w:t>
      </w:r>
    </w:p>
    <w:p>
      <w:pPr>
        <w:jc w:val="right"/>
      </w:pPr>
      <w:r>
        <w:t>اس لیے چیزوں کو ری ایگزیمن کرنے کے بعد ایسا ہوا۔ تو یہ جو ری ایگزیمن کرنے کا جو ٹرینڈ تھا، وہ پہنچا مذہب تک بھی، مذہب تک بھی، اور سارے مذہبوں کو انہوں نے اسٹیبلش کرنا شروع کیا۔</w:t>
      </w:r>
    </w:p>
    <w:p>
      <w:r>
        <w:rPr>
          <w:b/>
        </w:rPr>
        <w:t xml:space="preserve">[30:06] </w:t>
      </w:r>
      <w:r>
        <w:t>historical history of religion ka ek discipline bana baqaydah.</w:t>
      </w:r>
    </w:p>
    <w:p>
      <w:pPr>
        <w:jc w:val="right"/>
      </w:pPr>
      <w:r>
        <w:t>ہسٹاریکل ہسٹری آف ریلیجن کا ایک ڈسپلن بنا باقاعدہ۔</w:t>
      </w:r>
    </w:p>
    <w:p>
      <w:r>
        <w:rPr>
          <w:b/>
        </w:rPr>
        <w:t xml:space="preserve">[30:12] </w:t>
      </w:r>
      <w:r>
        <w:t>ab kya hua? yani bohat sari misalain is mein hain keh kis tarah se doosre mazahib discard ho gaye aur islam ki sachai phir se numayan ho gayi.</w:t>
      </w:r>
    </w:p>
    <w:p>
      <w:pPr>
        <w:jc w:val="right"/>
      </w:pPr>
      <w:r>
        <w:t>اب کیا ہوا؟ یعنی بہت ساری مثالیں اس میں ہیں کہ کس طرح سے دوسرے مذاہب ڈسکارڈ ہو گئے اور اسلام کی سچائی پھر سے نمایاں ہو گئی۔</w:t>
      </w:r>
    </w:p>
    <w:p>
      <w:r>
        <w:rPr>
          <w:b/>
        </w:rPr>
        <w:t xml:space="preserve">[30:25] </w:t>
      </w:r>
      <w:r>
        <w:t>is ki bohat sari misalain maine apni kitabon mein likhi hain, aap dekh sakte hain. is mein is waqt mein ek misal deta hoon aap ko samajhne ke liye mamle ko keh kis tarah se aadmi ko science ne is trap se nikala</w:t>
      </w:r>
    </w:p>
    <w:p>
      <w:pPr>
        <w:jc w:val="right"/>
      </w:pPr>
      <w:r>
        <w:t>اس کی بہت ساری مثالیں میں نے اپنی کتابوں میں لکھی ہیں، آپ دیکھ سکتے ہیں۔ اس میں اس وقت میں ایک مثال دیتا ہوں آپ کو سمجھنے کے لیے معاملے کو کہ کس طرح سے آدمی کو سائنس نے اس ٹریپ سے نکالا</w:t>
      </w:r>
    </w:p>
    <w:p>
      <w:r>
        <w:rPr>
          <w:b/>
        </w:rPr>
        <w:t xml:space="preserve">[30:38] </w:t>
      </w:r>
      <w:r>
        <w:t>keh superstition, superstition bhi un ke nazdeek ek aisi cheez ko maan liya jaye, jaisa keh log maane chale aa rahay thay. to dekhiye, quran mein ek ayat thi keh pharaoh ke baray mein, yani musa ka contemporary jo tha, king, jis ko pharaoh second, rames second, rames second kehte hain us ko.</w:t>
      </w:r>
    </w:p>
    <w:p>
      <w:pPr>
        <w:jc w:val="right"/>
      </w:pPr>
      <w:r>
        <w:t>کہ سپریسٹن، سپریسٹن بھی ان کے نزدیک ایک ایسی چیز کو مان لیا جائے، جیسا کہ لوگ مانے چلے آ رہے تھے۔ تو دیکھیے، قرآن میں ایک آیت تھی کہ فیرو کے بارے میں، یعنی موسیٰ کا کنٹری جو تھا، کنگ، جس کو فیرو سیکن کہتے ہیں، ریمس سیکن، ریمس سیکن کہتے ہیں اس کو۔</w:t>
      </w:r>
    </w:p>
    <w:p>
      <w:r>
        <w:rPr>
          <w:b/>
        </w:rPr>
        <w:t xml:space="preserve">[31:05] </w:t>
      </w:r>
      <w:r>
        <w:t>to quran mein us ke baray mein hai keh jab woh doob raha tha samandar mein, uska qissa aap ko maloom hua kis tarah se Hazrat Musa ka jo contemporary pharaoh tha, dooba samandar mein.</w:t>
      </w:r>
    </w:p>
    <w:p>
      <w:pPr>
        <w:jc w:val="right"/>
      </w:pPr>
      <w:r>
        <w:t>تو قرآن میں اس کے بارے میں ہے کہ جب وہ ڈوب رہا تھا سمندر میں، اس کا قصہ آپ کو معلوم ہوا کس طرح سے حضرت موسیٰ کا جو کنٹیمپریری فیرو تھا، ڈوبا سمندر میں۔</w:t>
      </w:r>
    </w:p>
    <w:p>
      <w:r>
        <w:rPr>
          <w:b/>
        </w:rPr>
        <w:t xml:space="preserve">[31:20] </w:t>
      </w:r>
      <w:r>
        <w:t>us ne Hazrat Musa ko nahi mana tha. to us waqt khuda ne kaha tha keh alyawm nunjeek bibadnika litakuna khalfaka.</w:t>
      </w:r>
    </w:p>
    <w:p>
      <w:pPr>
        <w:jc w:val="right"/>
      </w:pPr>
      <w:r>
        <w:t>اس نے حضرت موسیٰ کو نہیں مانا تھا۔ تو اس وقت خدا نے کہا تھا کہ اليوم ننجیک ببدنک لتکون خلفک آیا۔</w:t>
      </w:r>
    </w:p>
    <w:p>
      <w:r>
        <w:rPr>
          <w:b/>
        </w:rPr>
        <w:t xml:space="preserve">[31:29] </w:t>
      </w:r>
      <w:r>
        <w:t>aaj hum tumhare body ko preserve rakhenge ta keh baad walon ke liye nishani banay, sign banay. ab aap dekhiye, yeh ayat aai thi seven century ke first quarter mein.</w:t>
      </w:r>
    </w:p>
    <w:p>
      <w:pPr>
        <w:jc w:val="right"/>
      </w:pPr>
      <w:r>
        <w:t>آج ہم تمہارے باڈی کو پریزرو رکھیں گے تاکہ بعد والوں کے لیے نشانی بنے، سائن بنے۔ اب آپ دیکھیے، یہ آیت آئی تھی سیون سینچری کے فرسٹ کوارٹر میں۔</w:t>
      </w:r>
    </w:p>
    <w:p>
      <w:r>
        <w:rPr>
          <w:b/>
        </w:rPr>
        <w:t xml:space="preserve">[31:44] </w:t>
      </w:r>
      <w:r>
        <w:t>us waqt koi yeh nahi janta tha keh pharaoh kahin hai, preserve hai uska body. koi nahi janta tha.</w:t>
      </w:r>
    </w:p>
    <w:p>
      <w:pPr>
        <w:jc w:val="right"/>
      </w:pPr>
      <w:r>
        <w:t>اس وقت کوئی یہ نہیں جانتا تھا کہ فیرو کہیں ہے، پریزرو ہے اس کا باڈی۔ کوئی نہیں جانتا تھا۔</w:t>
      </w:r>
    </w:p>
    <w:p>
      <w:r>
        <w:rPr>
          <w:b/>
        </w:rPr>
        <w:t xml:space="preserve">[31:55] </w:t>
      </w:r>
      <w:r>
        <w:t>ab pure barah sau saal tak kisi ne nahi jana is ko.</w:t>
      </w:r>
    </w:p>
    <w:p>
      <w:pPr>
        <w:jc w:val="right"/>
      </w:pPr>
      <w:r>
        <w:t>اب پورے بارہ سو سال تک کسی نے نہیں جانا اس کو۔</w:t>
      </w:r>
    </w:p>
    <w:p>
      <w:r>
        <w:rPr>
          <w:b/>
        </w:rPr>
        <w:t xml:space="preserve">[31:59] </w:t>
      </w:r>
      <w:r>
        <w:t>quran mein ayat thi lekin kisi ko pata nahi tha, kisi ek bhi insan ko pata nahi tha keh pharaoh ka body kahin hai. aur quran mein kaha gaya tha keh hum pharaoh ke body ko preserve rakhenge.</w:t>
      </w:r>
    </w:p>
    <w:p>
      <w:pPr>
        <w:jc w:val="right"/>
      </w:pPr>
      <w:r>
        <w:t>قرآن میں آیت تھی لیکن کسی کو پتہ نہیں تھا، کسی ایک بھی انسان کو پتہ نہیں تھا کہ فیرو کا باڈی کہیں ہے۔ اور قرآن میں کہا گیا تھا کہ ہم فیرو کے باڈی کو پریزرو رکھیں گے۔</w:t>
      </w:r>
    </w:p>
    <w:p>
      <w:r>
        <w:rPr>
          <w:b/>
        </w:rPr>
        <w:t xml:space="preserve">[32:13] </w:t>
      </w:r>
      <w:r>
        <w:t>yahan tak keh ninth century ke akhir mein France aur Germany ke kuch woh gaye, scholars Misr, wahan par unhon ne nikala,</w:t>
      </w:r>
    </w:p>
    <w:p>
      <w:pPr>
        <w:jc w:val="right"/>
      </w:pPr>
      <w:r>
        <w:t>یہاں تک کہ نائنتھ سینچری کے آخر میں فرانس اور جرمنی کے کچھ وہ گئے، اسکالرز مصر، وہاں پر انہوں نے نکالا،</w:t>
      </w:r>
    </w:p>
    <w:p>
      <w:r>
        <w:rPr>
          <w:b/>
        </w:rPr>
        <w:t xml:space="preserve">[32:29] </w:t>
      </w:r>
      <w:r>
        <w:t>wahan jo pyramids hain, us ke andar se koi body nikali aur us ko laye wahan par Cairo ke museum mein. main wahan gaya hoon, Cairo ke museum mein dekha hai, maine ek shishay ke case mein rakha hua hai uska body.</w:t>
      </w:r>
    </w:p>
    <w:p>
      <w:pPr>
        <w:jc w:val="right"/>
      </w:pPr>
      <w:r>
        <w:t>وہاں جو پیرامڈز ہیں، اس کے اندر سے کوئی باڈی نکالی اور اس کو لائے وہاں پر کیرو کے میوزیم میں۔ میں وہاں گیا ہوں، کیرو کے میوزیم میں دیکھا ہے، میں نے ایک شیشے کے کیس میں رکھا ہوا ہے اس کا باڈی۔</w:t>
      </w:r>
    </w:p>
    <w:p>
      <w:r>
        <w:rPr>
          <w:b/>
        </w:rPr>
        <w:t xml:space="preserve">[32:45] </w:t>
      </w:r>
      <w:r>
        <w:t>to jab us ko aaj kal ke zamanay mein aap jantay hain keh carbon 14 dating se history us ki age maloom kar liya jata hai, age to us ko apply kiya gaya.</w:t>
      </w:r>
    </w:p>
    <w:p>
      <w:pPr>
        <w:jc w:val="right"/>
      </w:pPr>
      <w:r>
        <w:t>تو جب اس کو آج کل کے زمانے میں آپ جانتے ہیں کہ کاربن 14 ڈیٹنگ سے ہسٹری اس کی ایج معلوم کر لیا جاتا ہے، ایج تو اس کو اپلائی کیا گیا۔</w:t>
      </w:r>
    </w:p>
    <w:p>
      <w:r>
        <w:rPr>
          <w:b/>
        </w:rPr>
        <w:t xml:space="preserve">[32:59] </w:t>
      </w:r>
      <w:r>
        <w:t>yani dating ka jo scientific technology hai, us ko apply kiya gaya. to pata kya chala keh yeh jo body hai, is ki age wahi hai jo Hazrat Musa ki age thi, yani Hazrat Musa ka contemporary tha.</w:t>
      </w:r>
    </w:p>
    <w:p>
      <w:pPr>
        <w:jc w:val="right"/>
      </w:pPr>
      <w:r>
        <w:t>یعنی ڈیٹنگ کا جو سائنٹیفک ٹیکنالوجی ہے، اس کو اپلائی کیا گیا۔ تو پتہ کیا چلا کہ یہ جو باڈی ہے، اس کی ایج وہی ہے جو حضرت موسیٰ کی ایج تھی، یعنی حضرت موسیٰ کا کنٹیمپریری تھا۔</w:t>
      </w:r>
    </w:p>
    <w:p>
      <w:r>
        <w:rPr>
          <w:b/>
        </w:rPr>
        <w:t xml:space="preserve">[33:13] </w:t>
      </w:r>
      <w:r>
        <w:t>woh</w:t>
      </w:r>
    </w:p>
    <w:p>
      <w:pPr>
        <w:jc w:val="right"/>
      </w:pPr>
      <w:r>
        <w:t>وہ</w:t>
      </w:r>
    </w:p>
    <w:p>
      <w:r>
        <w:rPr>
          <w:b/>
        </w:rPr>
        <w:t xml:space="preserve">[33:15] </w:t>
      </w:r>
      <w:r>
        <w:t>ab bataein keh barah sau saal ke baad, barah sau saal se woh woh us ko pyramid mein rakha hua tha, kisi ko khabar nahi thi, woh band tha charon taraf se.</w:t>
      </w:r>
    </w:p>
    <w:p>
      <w:pPr>
        <w:jc w:val="right"/>
      </w:pPr>
      <w:r>
        <w:t>اب بتائیں کہ بارہ سو سال کے بعد، بارہ سو سال سے وہ وہ اس کو پیرامڈ میں رکھا ہوا تھا، کسی کو خبر نہیں تھی، وہ بند تھا چاروں طرف سے۔</w:t>
      </w:r>
    </w:p>
    <w:p>
      <w:r>
        <w:rPr>
          <w:b/>
        </w:rPr>
        <w:t xml:space="preserve">[33:27] </w:t>
      </w:r>
      <w:r>
        <w:t>to un logon ne nikala aur pata chala ke yeh body wahi hai jo hazrat musa ka contemporary jo firo tha, uska body hai. to aap dekhiye, quran ki ayat sachhi nikal gayi science ke daur mein.</w:t>
      </w:r>
    </w:p>
    <w:p>
      <w:pPr>
        <w:jc w:val="right"/>
      </w:pPr>
      <w:r>
        <w:t>تو ان لوگوں نے نکالا اور پتہ چلا کہ یہ باڈی وہی ہے جو حضرت موسیٰ کا کنٹیمپریری جو فیرو تھا، اس کا باڈی ہے۔ تو آپ دیکھیے، قرآن کی آیت سچی نکل گئی سائنس کے دور میں۔</w:t>
      </w:r>
    </w:p>
    <w:p>
      <w:r>
        <w:rPr>
          <w:b/>
        </w:rPr>
        <w:t xml:space="preserve">[33:40] </w:t>
      </w:r>
      <w:r>
        <w:t>yani science ne jo dating ki technique nikali, dating ki scientific technique, usne quran ke bayan ko confirm kar diya.</w:t>
      </w:r>
    </w:p>
    <w:p>
      <w:pPr>
        <w:jc w:val="right"/>
      </w:pPr>
      <w:r>
        <w:t>یعنی سائنس نے جو ڈیٹنگ کی ٹیکنیک نکالی، ڈیٹنگ کی سائنٹیفک ٹیکنیک، اس نے قرآن کے بیان کو کنفرم کر دیا۔</w:t>
      </w:r>
    </w:p>
    <w:p>
      <w:r>
        <w:rPr>
          <w:b/>
        </w:rPr>
        <w:t xml:space="preserve">[33:52] </w:t>
      </w:r>
      <w:r>
        <w:t>ab doosri taraf lijiye, christianity ko italy mein ek shehar hai, turin, purin, turin.</w:t>
      </w:r>
    </w:p>
    <w:p>
      <w:pPr>
        <w:jc w:val="right"/>
      </w:pPr>
      <w:r>
        <w:t>اب دوسری طرف لیجئے، کرسچینٹی کو اٹلی میں ایک شہر ہے، تورین، پی یو آر آئی این، تورین۔</w:t>
      </w:r>
    </w:p>
    <w:p>
      <w:r>
        <w:rPr>
          <w:b/>
        </w:rPr>
        <w:t xml:space="preserve">[34:02] </w:t>
      </w:r>
      <w:r>
        <w:t>wahan par ek jo cathedral hai, wahan ka, wahan par ek rakha hua hai, ek ek ek woh ek ek ek kapda, ek linen kapda, ek rakha hua hai.</w:t>
      </w:r>
    </w:p>
    <w:p>
      <w:pPr>
        <w:jc w:val="right"/>
      </w:pPr>
      <w:r>
        <w:t>وہاں پر ایک جو کیتھیڈرل ہے، وہاں کا، وہاں پر ایک رکھا ہوا ہے، ایک ایک ایک وہ ایک ایک ایک کپڑا، ایک لینن کپڑا، ایک رکھا ہوا ہے۔</w:t>
      </w:r>
    </w:p>
    <w:p>
      <w:r>
        <w:rPr>
          <w:b/>
        </w:rPr>
        <w:t xml:space="preserve">[34:14] </w:t>
      </w:r>
      <w:r>
        <w:t>to us par ek image hai hazrat masih jaisi, jo hazrat masih ko aap dekhte hain, judge church waghera mein, jo unhon ne banai hai, unki image.</w:t>
      </w:r>
    </w:p>
    <w:p>
      <w:pPr>
        <w:jc w:val="right"/>
      </w:pPr>
      <w:r>
        <w:t>تو اس پر ایک امیج ہے حضرت مسیح جیسی، جو حضرت مسیح کو آپ دیکھتے ہیں، جج چرچ وغیرہ میں، جو انہوں نے بنائی ہے، ان کی امیج۔</w:t>
      </w:r>
    </w:p>
    <w:p>
      <w:r>
        <w:rPr>
          <w:b/>
        </w:rPr>
        <w:t xml:space="preserve">[34:24] </w:t>
      </w:r>
      <w:r>
        <w:t>koi photo to hai nahi, zamane ko artist bhi nahi tha, unhon ne khud se banai hai ek image.</w:t>
      </w:r>
    </w:p>
    <w:p>
      <w:pPr>
        <w:jc w:val="right"/>
      </w:pPr>
      <w:r>
        <w:t>کوئی فوٹو تو ہے نہیں، زمانے کو آرٹسٹ بھی نہیں تھا، انہوں نے خود سے بنائی ہے ایک امیج۔</w:t>
      </w:r>
    </w:p>
    <w:p>
      <w:r>
        <w:rPr>
          <w:b/>
        </w:rPr>
        <w:t xml:space="preserve">[34:29] </w:t>
      </w:r>
      <w:r>
        <w:t>to woh image us par dikhai padti hai, us kapde par, turin mein rakha hua hai. unka manna yeh tha ke jab hazrat masih ko qatl saaf kiya gaya aur aap ko death ho gayi to aap ke body ko latkaya gaya,</w:t>
      </w:r>
    </w:p>
    <w:p>
      <w:pPr>
        <w:jc w:val="right"/>
      </w:pPr>
      <w:r>
        <w:t>تو وہ امیج اس پر دکھائی پڑتی ہے، اس کپڑے پر، تورین میں رکھا ہوا ہے۔ ان کا ماننا یہ تھا کہ جب حضرت مسیح کو کلی صفائی کیا گیا اور آپ کو ڈیتھ ہو گئی تو آپ کے باڈی کو لٹایا گیا،</w:t>
      </w:r>
    </w:p>
    <w:p>
      <w:r>
        <w:rPr>
          <w:b/>
        </w:rPr>
        <w:t xml:space="preserve">[34:46] </w:t>
      </w:r>
      <w:r>
        <w:t>uske upar se ek kapda daal diya gaya. to kuch chemical reaction hua, uski wajah se aap ke body ka jo image thi, us par aa gayi. to woh lagta hai ke wahi insan hai,</w:t>
      </w:r>
    </w:p>
    <w:p>
      <w:pPr>
        <w:jc w:val="right"/>
      </w:pPr>
      <w:r>
        <w:t>اس کے اوپر سے ایک کپڑا ڈال دیا گیا۔ تو کچھ کیمیکل ری ایکشن ہوا، اس کی وجہ سے آپ کے باڈی کا جو امیج تھی، اس پر آ گئی۔ تو وہ لگتا ہے کہ وہی انسان ہے،</w:t>
      </w:r>
    </w:p>
    <w:p>
      <w:r>
        <w:rPr>
          <w:b/>
        </w:rPr>
        <w:t xml:space="preserve">[34:57] </w:t>
      </w:r>
      <w:r>
        <w:t>ek tarah ki ek ek glimpse hai, ek ek picture hai jismein hazrat masih dikhai dete hain, us kapde ke upar. yeh rakha hua hai turin ke cathedral mein.</w:t>
      </w:r>
    </w:p>
    <w:p>
      <w:pPr>
        <w:jc w:val="right"/>
      </w:pPr>
      <w:r>
        <w:t>ایک طرح کی ایک ایک گلمس ہے، ایک ایک پکچر ہے جس میں حضرت مسیح دکھائی دیتے ہیں، اس کپڑے کے اوپر۔ یہ رکھا ہوا ہے تورین کے کیتھیڈرل میں۔</w:t>
      </w:r>
    </w:p>
    <w:p>
      <w:r>
        <w:rPr>
          <w:b/>
        </w:rPr>
        <w:t xml:space="preserve">[35:09] </w:t>
      </w:r>
      <w:r>
        <w:t>woh kehte the ke yeh hazrat masih ke zamane ka hai aur hazrat masih ka ke ke body par jo kapda dala gaya tha, woh kapda yeh hai, us par dekh lo, uski image unki maujood hai.</w:t>
      </w:r>
    </w:p>
    <w:p>
      <w:pPr>
        <w:jc w:val="right"/>
      </w:pPr>
      <w:r>
        <w:t>وہ کہتے تھے کہ یہ حضرت مسیح کے زمانے کا ہے اور حضرت مسیح کا کہ کہ باڈی پر جو کپڑا ڈالا گیا تھا، وہ کپڑا یہ ہے، اس پر دیکھ لو، اس کی امیج ان کی موجود ہے۔</w:t>
      </w:r>
    </w:p>
    <w:p>
      <w:r>
        <w:rPr>
          <w:b/>
        </w:rPr>
        <w:t xml:space="preserve">[35:23] </w:t>
      </w:r>
      <w:r>
        <w:t>to ab dekhiye ke quran kehta tha ke hazrat masih ko salib nahi hui, qatl saaf nahi kiya unhon ne, ma ma qatalu wa ma salbahu.</w:t>
      </w:r>
    </w:p>
    <w:p>
      <w:pPr>
        <w:jc w:val="right"/>
      </w:pPr>
      <w:r>
        <w:t>تو اب دیکھیے کہ قرآن کہتا تھا کہ حضرت مسیح کو صلیب نہیں ہوئی، کلی صفائی نہیں کیا انہوں نے، ماس ماقتلو وما سلبہ۔</w:t>
      </w:r>
    </w:p>
    <w:p>
      <w:r>
        <w:rPr>
          <w:b/>
        </w:rPr>
        <w:t xml:space="preserve">[35:33] </w:t>
      </w:r>
      <w:r>
        <w:t>unhon ne qatl nahi kiya, unhon ne salib nahi charhai. lekin yahan par jo kapda tha, woh bata raha tha ke unko salib charhai gayi, woh qatl kiye gaye, dead body ke upar yeh kapda tha.</w:t>
      </w:r>
    </w:p>
    <w:p>
      <w:pPr>
        <w:jc w:val="right"/>
      </w:pPr>
      <w:r>
        <w:t>انہوں نے قتل نہیں کیا، انہوں نے صلیب نہیں چڑھائی۔ لیکن یہاں پر جو کپڑا تھا، وہ بتا رہا تھا کہ ان کو صلیب چڑھائی گئی، وہ قتل کیے گئے، ڈیڈ باڈی کے اوپر یہ کپڑا تھا۔</w:t>
      </w:r>
    </w:p>
    <w:p>
      <w:r>
        <w:rPr>
          <w:b/>
        </w:rPr>
        <w:t xml:space="preserve">[35:45] </w:t>
      </w:r>
      <w:r>
        <w:t>to jab scientific zamana aaya to kuch scientist wahan gaye, turin mein, wahan par unhon ne wahan ke jo priest the, use kaha ke hum isko jajen ge, iski dating karenge.</w:t>
      </w:r>
    </w:p>
    <w:p>
      <w:pPr>
        <w:jc w:val="right"/>
      </w:pPr>
      <w:r>
        <w:t>تو جب سائنٹیفک زمانہ آیا تو کچھ سائنٹسٹ وہاں گئے، تورین میں، وہاں پر انہوں نے وہاں کے جو پریسٹ تھے، اسے کہا کہ ہم اس کو جانچیں گے، اس کی ڈیٹنگ کریں گے۔</w:t>
      </w:r>
    </w:p>
    <w:p>
      <w:r>
        <w:rPr>
          <w:b/>
        </w:rPr>
        <w:t xml:space="preserve">[35:58] </w:t>
      </w:r>
      <w:r>
        <w:t>to shuru mein woh nahi tayyar hote the iske liye, bahut mushkil se tayyar hue ke iski dating ki jaye, yani carbon 14 dating ko apply kar ke jana jaye ke age kya hai iski.</w:t>
      </w:r>
    </w:p>
    <w:p>
      <w:pPr>
        <w:jc w:val="right"/>
      </w:pPr>
      <w:r>
        <w:t>تو شروع میں وہ نہیں تیار ہوتے تھے اس کے لیے، بہت مشکل سے تیار ہوئے کہ اس کی ڈیٹنگ کی جائے، یعنی کاربن 14 ڈیٹنگ کو اپلائی کر کے جانا جائے کہ ایج کیا ہے اس کی۔</w:t>
      </w:r>
    </w:p>
    <w:p>
      <w:r>
        <w:rPr>
          <w:b/>
        </w:rPr>
        <w:t xml:space="preserve">[36:10] </w:t>
      </w:r>
      <w:r>
        <w:t>to bahut hi mushkil se razi hue, isko nikala gaya aur jab dating ki gayi to pata chala ke to sirf dedh so saal ka hai, yeh sirf</w:t>
      </w:r>
    </w:p>
    <w:p>
      <w:pPr>
        <w:jc w:val="right"/>
      </w:pPr>
      <w:r>
        <w:t>تو بہت ہی مشکل سے راضی ہوئے، اس کو نکالا گیا اور جب ڈیٹنگ کی گئی تو پتہ چلا کہ تو صرف ڈیڑھ سو سال کا ہے، یہ صرف</w:t>
      </w:r>
    </w:p>
    <w:p>
      <w:r>
        <w:rPr>
          <w:b/>
        </w:rPr>
        <w:t xml:space="preserve">[36:20] </w:t>
      </w:r>
      <w:r>
        <w:t>yani do hazar saal pehle hazrat masih ka waqia hua. hazrat masih jo the, unka zamana do so do hazar saal pehle ka hai, jabke woh kapda jo hai, woh iski iski kul umr jo hai, woh dedh dedh so saal hai, dedh so saal.</w:t>
      </w:r>
    </w:p>
    <w:p>
      <w:pPr>
        <w:jc w:val="right"/>
      </w:pPr>
      <w:r>
        <w:t>یعنی دو ہزار سال پہلے حضرت مسیح کا واقعہ ہوا۔ حضرت مسیح جو تھے، ان کا زمانہ دو سو دو ہزار سال پہلے کا ہے، جبکہ وہ کپڑا جو ہے، وہ اس کی اس کی کل عمر جو ہے، وہ ڈیڑھ ڈیڑھ سو سال ہے، ڈیڑھ سو سال۔</w:t>
      </w:r>
    </w:p>
    <w:p>
      <w:r>
        <w:rPr>
          <w:b/>
        </w:rPr>
        <w:t xml:space="preserve">[36:36] </w:t>
      </w:r>
      <w:r>
        <w:t>ab aap yahan dekhiye ke wahi scientific technique jisne quran ke statement ko confirm kiya, wahi scientific technique christianity ke statement ko discard kar raha hai, galat bata raha hai.</w:t>
      </w:r>
    </w:p>
    <w:p>
      <w:pPr>
        <w:jc w:val="right"/>
      </w:pPr>
      <w:r>
        <w:t>اب آپ یہاں دیکھیے کہ وہی سائنٹیفک ٹیکنیک جس نے قرآن کے اسٹیٹمنٹ کو کنفرم کیا، وہی سائنٹیفک ٹیکنیک کرسچینٹی کے اسٹیٹمنٹ کو ڈسکارڈ کر رہا ہے، غلط بتا رہا ہے۔</w:t>
      </w:r>
    </w:p>
    <w:p>
      <w:r>
        <w:rPr>
          <w:b/>
        </w:rPr>
        <w:t xml:space="preserve">[36:56] </w:t>
      </w:r>
      <w:r>
        <w:t>yeh hai jisko main keh raha hoon ke historical process mein khuda ne apne deen ko shamil kar diya ke jo bhi historical development hon, jo bhi historical process ho, jo bhi history jis tarah se aage badhe, to barabar woh khuda ke deen ko confirm karti chali jaye, khuda ki sachai ko aur zyada numayan karti chali jaye.</w:t>
      </w:r>
    </w:p>
    <w:p>
      <w:pPr>
        <w:jc w:val="right"/>
      </w:pPr>
      <w:r>
        <w:t>یہ ہے جس کو میں کہہ رہا ہوں کہ ہسٹاریکل پراسیس میں خدا نے اپنے دین کو شامل کر دیا کہ جو بھی ہسٹاریکل ڈیولپمنٹ ہوں، جو بھی ہسٹاریکل پراسیس ہو، جو بھی ہسٹری جس طرح سے آگے بڑھے، تو برابر وہ خدا کے دین کو کنفرم کرتی چلی جائے، خدا کی سچائی کو اور زیادہ نمایاں کرتی چلی جائے۔</w:t>
      </w:r>
    </w:p>
    <w:p>
      <w:r>
        <w:rPr>
          <w:b/>
        </w:rPr>
        <w:t xml:space="preserve">[37:17] </w:t>
      </w:r>
      <w:r>
        <w:t>kabhi aisa na ho ke khuda ke deen jo hai, is tarike se discard ho jaye jis tarah se turin ka kafan discard ho gaya. aisa kabhi nahi ho sakta,</w:t>
      </w:r>
    </w:p>
    <w:p>
      <w:pPr>
        <w:jc w:val="right"/>
      </w:pPr>
      <w:r>
        <w:t>کبھی ایسا نہ ہو کہ خدا کے دین جو ہے، اس طریقے سے ڈسکارڈ ہو جائے جس طرح سے تورین کا کفن ڈسکارڈ ہو گیا۔ ایسا کبھی نہیں ہو سکتا،</w:t>
      </w:r>
    </w:p>
    <w:p>
      <w:r>
        <w:rPr>
          <w:b/>
        </w:rPr>
        <w:t xml:space="preserve">[37:26] </w:t>
      </w:r>
      <w:r>
        <w:t>na abhi tak kabhi hua. ab bataiye ke jab yeh hai, khuda ne itna bada poori history ko badal dala, khuda ne historical process ko ek ek naye rukh par chala diya.</w:t>
      </w:r>
    </w:p>
    <w:p>
      <w:pPr>
        <w:jc w:val="right"/>
      </w:pPr>
      <w:r>
        <w:t>نہ ابھی تک کبھی ہوا۔ اب بتائیے کہ جب یہ ہے، خدا نے اتنا بڑا پوری ہسٹری کو بدل ڈالا، خدا نے ہسٹاریکل پراسیس کو ایک ایک نئے رخ پر چلا دیا۔</w:t>
      </w:r>
    </w:p>
    <w:p>
      <w:r>
        <w:rPr>
          <w:b/>
        </w:rPr>
        <w:t xml:space="preserve">[37:42] </w:t>
      </w:r>
      <w:r>
        <w:t>aisi duniya mein hum zaban complain karte hain,</w:t>
      </w:r>
    </w:p>
    <w:p>
      <w:pPr>
        <w:jc w:val="right"/>
      </w:pPr>
      <w:r>
        <w:t>ایسی دنیا میں ہم زبان کمپلین کرتے ہیں،</w:t>
      </w:r>
    </w:p>
    <w:p>
      <w:r>
        <w:rPr>
          <w:b/>
        </w:rPr>
        <w:t xml:space="preserve">[37:47] </w:t>
      </w:r>
      <w:r>
        <w:t>kya is se bada koi tragic waqia ho sakta hai?</w:t>
      </w:r>
    </w:p>
    <w:p>
      <w:pPr>
        <w:jc w:val="right"/>
      </w:pPr>
      <w:r>
        <w:t>کیا اس سے بڑا کوئی ٹریجک واقعہ ہو سکتا ہے؟</w:t>
      </w:r>
    </w:p>
    <w:p>
      <w:r>
        <w:rPr>
          <w:b/>
        </w:rPr>
        <w:t xml:space="preserve">[37:56] </w:t>
      </w:r>
      <w:r>
        <w:t>is se bada koi tragic waqia ho sakta hai? bas bas qismati se ab musalmanon jo hai, taqreeban do so saal se yeh haal hai musalmanon ka ke woh negativity ka shikar ho kar reh gaye hain, jisko main kehta hoon ke negative concept of history.</w:t>
      </w:r>
    </w:p>
    <w:p>
      <w:pPr>
        <w:jc w:val="right"/>
      </w:pPr>
      <w:r>
        <w:t>اس سے بڑا کوئی ٹریجک واقعہ ہو سکتا ہے؟ بس بس قسمتی سے اب مسلمانوں جو ہے، تقریباً دو سو سال سے یہ حال ہے مسلمانوں کا کہ وہ نیگیٹیوٹی کا شکار ہو کر رہ گئے ہیں، جس کو میں کہتا ہوں کہ نیگیٹیو کانسیپٹ آف ہسٹری۔</w:t>
      </w:r>
    </w:p>
    <w:p>
      <w:r>
        <w:rPr>
          <w:b/>
        </w:rPr>
        <w:t xml:space="preserve">[38:15] </w:t>
      </w:r>
      <w:r>
        <w:t>ab yahan par dekhiye, maine jo bataya aap ko is ayat ki roshni mein to quran ke mutabiq sahi yeh hai ke positive concept of history aap ke mind mein ho.</w:t>
      </w:r>
    </w:p>
    <w:p>
      <w:pPr>
        <w:jc w:val="right"/>
      </w:pPr>
      <w:r>
        <w:t>اب یہاں پر دیکھیے، میں نے جو بتایا آپ کو اس آیت کی روشنی میں تو قرآن کے مطابق صحیح یہ ہے کہ پوزیٹیو کانسیپٹ آف ہسٹری آپ کے مائنڈ میں ہو۔</w:t>
      </w:r>
    </w:p>
    <w:p>
      <w:r>
        <w:rPr>
          <w:b/>
        </w:rPr>
        <w:t xml:space="preserve">[38:25] </w:t>
      </w:r>
      <w:r>
        <w:t>quran jo hai, positive concept concept of history de raha hai aur musalman sare ke sare one to all, ek mujh ko chhod kar, sab negative concept of history mein pade hue hain, sab ke sab, sab ke sab.</w:t>
      </w:r>
    </w:p>
    <w:p>
      <w:pPr>
        <w:jc w:val="right"/>
      </w:pPr>
      <w:r>
        <w:t>قرآن جو ہے، پوزیٹیو کانسیپٹ کانسیپٹ آف ہسٹری دے رہا ہے اور مسلمان سارے کے سارے ون ٹو آل، ایک مجھ کو چھوڑ کر، سب نیگیٹیو کانسیپٹ آف ہسٹری میں پڑے ہوئے ہیں، سب کے سب، سب کے سب۔</w:t>
      </w:r>
    </w:p>
    <w:p>
      <w:r>
        <w:rPr>
          <w:b/>
        </w:rPr>
        <w:t xml:space="preserve">[38:40] </w:t>
      </w:r>
      <w:r>
        <w:t>woh samajhte hain ke dunya jo hai, hamari enemy ban gayi hai, dunya hamare khilaf sazish kar rahi hai aur western civilization jo hai, woh hum ko mitana chahta hai.</w:t>
      </w:r>
    </w:p>
    <w:p>
      <w:pPr>
        <w:jc w:val="right"/>
      </w:pPr>
      <w:r>
        <w:t>وہ سمجھتے ہیں کہ دنیا جو ہے، ہماری اینمی بن گئی ہے، دنیا ہمارے خلاف سازش کر رہی ہے اور ویسٹرن سویلائزیشن جو ہے، وہ ہم کو مٹانا چاہتا ہے۔</w:t>
      </w:r>
    </w:p>
    <w:p>
      <w:r>
        <w:rPr>
          <w:b/>
        </w:rPr>
        <w:t xml:space="preserve">[38:52] </w:t>
      </w:r>
      <w:r>
        <w:t>maghribi log hamare dushman hain, america enemy number one hai islam ka. yeh sab kya baat hai? yeh sab rubbish hai, rubbish. yani negative concept of history jo hai, islam ke against mein hai.</w:t>
      </w:r>
    </w:p>
    <w:p>
      <w:pPr>
        <w:jc w:val="right"/>
      </w:pPr>
      <w:r>
        <w:t>مغربی لوگ ہمارے دشمن ہیں، امریکہ اینمی نمبر ون ہے اسلام کا۔ یہ سب کیا بات ہے؟ یہ سب ربش ہے، ربش۔ یعنی نیگیٹیو کانسیپٹ آف ہسٹری جو ہے، اسلام کے اگینسٹ میں ہے۔</w:t>
      </w:r>
    </w:p>
    <w:p>
      <w:r>
        <w:rPr>
          <w:b/>
        </w:rPr>
        <w:t xml:space="preserve">[39:06] </w:t>
      </w:r>
      <w:r>
        <w:t>positive concept of history jo hai, woh islam ka concept hai.</w:t>
      </w:r>
    </w:p>
    <w:p>
      <w:pPr>
        <w:jc w:val="right"/>
      </w:pPr>
      <w:r>
        <w:t>پوزیٹیو کانسیپٹ آف ہسٹری جو ہے، وہ اسلام کا کانسیپٹ ہے۔</w:t>
      </w:r>
    </w:p>
    <w:p>
      <w:r>
        <w:rPr>
          <w:b/>
        </w:rPr>
        <w:t xml:space="preserve">[39:11] </w:t>
      </w:r>
      <w:r>
        <w:t>lekin dekhiye, saare log, mujhe ek bhi exception nahi maloom hai jo is se bahar ho, ek bhi exception nahi,</w:t>
      </w:r>
    </w:p>
    <w:p>
      <w:pPr>
        <w:jc w:val="right"/>
      </w:pPr>
      <w:r>
        <w:t>لیکن دیکھیے، سارے لوگ، مجھے ایک بھی ایکسیپشن نہیں معلوم ہے جو اس سے باہر ہو، ایک بھی ایکسیپشن نہیں،</w:t>
      </w:r>
    </w:p>
    <w:p>
      <w:r>
        <w:rPr>
          <w:b/>
        </w:rPr>
        <w:t xml:space="preserve">[39:25] </w:t>
      </w:r>
      <w:r>
        <w:t>koi ek bhi exception nahi. agar ho to aap mujhe bataiye, aap yeh baat mein bohat dinon se keh raha hoon, koi bataye mujhe ke woh kaun hai jo positive concept of history de raha hai dunya ko, mujh ko chhod kar ke, koi bataye.</w:t>
      </w:r>
    </w:p>
    <w:p>
      <w:pPr>
        <w:jc w:val="right"/>
      </w:pPr>
      <w:r>
        <w:t>کوئی ایک بھی ایکسیپشن نہیں۔ اگر ہو تو آپ مجھے بتائیے، آپ یہ بات میں بہت دنوں سے کہہ رہا ہوں، کوئی بتائے مجھے کہ وہ کون ہے جو پوزیٹیو کانسیپٹ آف ہسٹری دے رہا ہے دنیا کو، مجھ کو چھوڑ کر کے، کوئی بتائے۔</w:t>
      </w:r>
    </w:p>
    <w:p>
      <w:r>
        <w:rPr>
          <w:b/>
        </w:rPr>
        <w:t xml:space="preserve">[39:40] </w:t>
      </w:r>
      <w:r>
        <w:t>sab ke sab negative concept of history mein jeete hain, wahi dunya ko bata rahe hain ke history jo hai, hamein mitane ja rahi hai, history hamari dushman bani hui hai.</w:t>
      </w:r>
    </w:p>
    <w:p>
      <w:pPr>
        <w:jc w:val="right"/>
      </w:pPr>
      <w:r>
        <w:t>سب کے سب نیگیٹیو کانسیپٹ آف ہسٹری میں جیتے ہیں، وہی دنیا کو بتا رہے ہیں کہ ہسٹری جو ہے، ہمیں مٹانے جا رہی ہے، ہسٹری ہماری دشمن بنی ہوئی ہے۔</w:t>
      </w:r>
    </w:p>
    <w:p>
      <w:r>
        <w:rPr>
          <w:b/>
        </w:rPr>
        <w:t xml:space="preserve">[39:49] </w:t>
      </w:r>
      <w:r>
        <w:t>main kehta hoon, history hamari taraf aa rahi hai, islam ki sachai ko reaffirm kar rahi hai. islam matlab hai khuda ka deen, khuda ka deen.</w:t>
      </w:r>
    </w:p>
    <w:p>
      <w:pPr>
        <w:jc w:val="right"/>
      </w:pPr>
      <w:r>
        <w:t>میں کہتا ہوں، ہسٹری ہماری طرف آ رہی ہے، اسلام کی سچائی کو ری افرپ کر رہی ہے۔ اسلام مطلب ہے خدا کا دین، خدا کا دین۔</w:t>
      </w:r>
    </w:p>
    <w:p>
      <w:r>
        <w:rPr>
          <w:b/>
        </w:rPr>
        <w:t xml:space="preserve">[39:58] </w:t>
      </w:r>
      <w:r>
        <w:t>islam koi kisi community ka mazhab nahi hai, islam kisi community ka mazhab nahi hai, islam khuda ka sacha deen hai,</w:t>
      </w:r>
    </w:p>
    <w:p>
      <w:pPr>
        <w:jc w:val="right"/>
      </w:pPr>
      <w:r>
        <w:t>اسلام کوئی کسی کمیونٹی کا مذہب نہیں ہے، اسلام کسی کمیونٹی کا مذہب نہیں ہے، اسلام خدا کا سچا دین ہے،</w:t>
      </w:r>
    </w:p>
    <w:p>
      <w:r>
        <w:rPr>
          <w:b/>
        </w:rPr>
        <w:t xml:space="preserve">[40:07] </w:t>
      </w:r>
      <w:r>
        <w:t>preserved deen, preserved, preserved deen.</w:t>
      </w:r>
    </w:p>
    <w:p>
      <w:pPr>
        <w:jc w:val="right"/>
      </w:pPr>
      <w:r>
        <w:t>پریزروڈ دین، پریزروڈ، پریزروڈ دین۔</w:t>
      </w:r>
    </w:p>
    <w:p>
      <w:r>
        <w:rPr>
          <w:b/>
        </w:rPr>
        <w:t xml:space="preserve">[40:15] </w:t>
      </w:r>
      <w:r>
        <w:t>main wahan gaya, barbados ek baar to barbados mein kya hua ke wahan par logon ne ek jalsa kiya,</w:t>
      </w:r>
    </w:p>
    <w:p>
      <w:pPr>
        <w:jc w:val="right"/>
      </w:pPr>
      <w:r>
        <w:t>میں وہاں گیا، بابڈوز ایک بار تو بابڈوز میں کیا ہوا کہ وہاں پر لوگوں نے ایک جلسہ کیا،</w:t>
      </w:r>
    </w:p>
    <w:p>
      <w:r>
        <w:rPr>
          <w:b/>
        </w:rPr>
        <w:t xml:space="preserve">[40:30] </w:t>
      </w:r>
      <w:r>
        <w:t>musalmanon ne</w:t>
      </w:r>
    </w:p>
    <w:p>
      <w:pPr>
        <w:jc w:val="right"/>
      </w:pPr>
      <w:r>
        <w:t>مسلمانوں نے</w:t>
      </w:r>
    </w:p>
    <w:p>
      <w:r>
        <w:rPr>
          <w:b/>
        </w:rPr>
        <w:t xml:space="preserve">[40:34] </w:t>
      </w:r>
      <w:r>
        <w:t>ek jalsa kiya,</w:t>
      </w:r>
    </w:p>
    <w:p>
      <w:pPr>
        <w:jc w:val="right"/>
      </w:pPr>
      <w:r>
        <w:t>ایک جلسہ کیا،</w:t>
      </w:r>
    </w:p>
    <w:p>
      <w:r>
        <w:rPr>
          <w:b/>
        </w:rPr>
        <w:t xml:space="preserve">[40:38] </w:t>
      </w:r>
      <w:r>
        <w:t>is mein meri ek taqreer thi. toh main ne dekha ke ek bachcha, ek naujawan ko uska baap laya, lekin woh baap laya toh woh wahan tak laya jahan ke jahan ke uska gate tha.</w:t>
      </w:r>
    </w:p>
    <w:p>
      <w:pPr>
        <w:jc w:val="right"/>
      </w:pPr>
      <w:r>
        <w:t>اس میں میری ایک تقریر تھی۔ تو میں نے دیکھا کہ ایک بچہ، ایک ایک نوجوان کو اس کا باپ لایا، لیکن وہ باپ لایا تو وہ وہاں تک لایا جہاں کہ جہاں کہ اس کا گیٹ تھا۔</w:t>
      </w:r>
    </w:p>
    <w:p>
      <w:r>
        <w:rPr>
          <w:b/>
        </w:rPr>
        <w:t xml:space="preserve">[40:54] </w:t>
      </w:r>
      <w:r>
        <w:t>andar woh bachcha andar aane ke liye tayyar nahi hua, woh gate par baith gaya, woh aur uska peeth meri taraf thi, munh ulti taraf tha.</w:t>
      </w:r>
    </w:p>
    <w:p>
      <w:pPr>
        <w:jc w:val="right"/>
      </w:pPr>
      <w:r>
        <w:t>اندر وہ بچہ اندر آنے کے لیے تیار نہیں ہوا، وہ گیٹ پر بیٹھ گیا، وہ اور اس کا پیٹھ میری طرف تھی، منہ الٹی طرف تھا۔</w:t>
      </w:r>
    </w:p>
    <w:p>
      <w:r>
        <w:rPr>
          <w:b/>
        </w:rPr>
        <w:t xml:space="preserve">[41:03] </w:t>
      </w:r>
      <w:r>
        <w:t>yani baap ke pakad dhakad se woh aa toh gaya wahan par, lekin wahan is tarah baitha ke peeth uski meri taraf thi aur munh uska ulti taraf tha.</w:t>
      </w:r>
    </w:p>
    <w:p>
      <w:pPr>
        <w:jc w:val="right"/>
      </w:pPr>
      <w:r>
        <w:t>یعنی باپ کے پکڑ دھکڑ سے وہ آ تو گیا وہاں پر، لیکن وہاں اس طرح بیٹھا کہ پیٹھ اس کی میری طرف تھی اور منہ اس کا الٹی طرف تھا۔</w:t>
      </w:r>
    </w:p>
    <w:p>
      <w:r>
        <w:rPr>
          <w:b/>
        </w:rPr>
        <w:t xml:space="preserve">[41:13] </w:t>
      </w:r>
      <w:r>
        <w:t>toh main ne poocha ke yeh kya mamla hai? toh uske baap ne bataya ke yeh woh kehta hai ke me not. jab us ne chaha ke andar lao bachche ko toh us ne kaha ke me not,</w:t>
      </w:r>
    </w:p>
    <w:p>
      <w:pPr>
        <w:jc w:val="right"/>
      </w:pPr>
      <w:r>
        <w:t>تو میں نے پوچھا کہ یہ کیا معاملہ ہے؟ تو اس کے باپ نے بتایا کہ یہ وہ کہتا ہے کہ می ناٹ۔ جب اس نے چاہا کہ اندر لاؤ بچے کو تو اس نے کہا کہ می ناٹ،</w:t>
      </w:r>
    </w:p>
    <w:p>
      <w:r>
        <w:rPr>
          <w:b/>
        </w:rPr>
        <w:t xml:space="preserve">[41:27] </w:t>
      </w:r>
      <w:r>
        <w:t>yeh sab mere liye nahi hai, yeh bohat pehle ki baat hai. toh</w:t>
      </w:r>
    </w:p>
    <w:p>
      <w:pPr>
        <w:jc w:val="right"/>
      </w:pPr>
      <w:r>
        <w:t>یہ سب میرے لیے نہیں ہے، یہ بہت پہلے کی بات ہے۔ تو</w:t>
      </w:r>
    </w:p>
    <w:p>
      <w:r>
        <w:rPr>
          <w:b/>
        </w:rPr>
        <w:t xml:space="preserve">[41:35] </w:t>
      </w:r>
      <w:r>
        <w:t>log is ko le kar is tarah ke bohat se waqea hain, aap jante hain ke india mein jo britishs jo education laye toh hamare bare bare top ke jo thinker aur reformer aur deal reader the, unhon ne kaha ke yeh qatl gaah hai,</w:t>
      </w:r>
    </w:p>
    <w:p>
      <w:pPr>
        <w:jc w:val="right"/>
      </w:pPr>
      <w:r>
        <w:t>لوگ اس کو لے کر اس طرح کے بہت سے واقعے ہیں، آپ جانتے ہیں کہ انڈیا میں جو برٹشز جو ایجوکیشن لائے تو ہمارے بڑے بڑے ٹاپ کے جو تھنکر اور ریفارمر اور ڈیل ریڈر تھے، انہوں نے کہا کہ یہ قتل گاہ ہے،</w:t>
      </w:r>
    </w:p>
    <w:p>
      <w:r>
        <w:rPr>
          <w:b/>
        </w:rPr>
        <w:t xml:space="preserve">[41:54] </w:t>
      </w:r>
      <w:r>
        <w:t>yeh qatl gaah banayi gayi hai, yani deen ko qatl karna, islam ko qatl karna, is ke liye hai. yeh</w:t>
      </w:r>
    </w:p>
    <w:p>
      <w:pPr>
        <w:jc w:val="right"/>
      </w:pPr>
      <w:r>
        <w:t>یہ قتل گاہ بنائی گئی ہے، یعنی دین کو قتل کرنا، اسلام کو قتل کرنا، اس کے لیے ہے۔ یہ</w:t>
      </w:r>
    </w:p>
    <w:p>
      <w:r>
        <w:rPr>
          <w:b/>
        </w:rPr>
        <w:t xml:space="preserve">[42:03] </w:t>
      </w:r>
      <w:r>
        <w:t>yeh ek bilkul galat baat thi, wahan par islam nahi qatl ho raha tha, ghair islam qatl ho raha tha, yani suppression qatl aur qatl ho raha tha, tillation qatl ho rahe the, ab aap parasti qatl ho rahi thi.</w:t>
      </w:r>
    </w:p>
    <w:p>
      <w:pPr>
        <w:jc w:val="right"/>
      </w:pPr>
      <w:r>
        <w:t>یہ ایک بالکل غلط بات تھی، وہاں پر اسلام نہیں قتل ہو رہا تھا، غیر اسلام قتل ہو رہا تھا، یعنی سپریسشر قتل اور قتل ہو رہا تھا، ٹیلیشن قتل ہو رہے تھے، اب آپ پرستی قتل ہو رہی تھی۔</w:t>
      </w:r>
    </w:p>
    <w:p>
      <w:r>
        <w:rPr>
          <w:b/>
        </w:rPr>
        <w:t xml:space="preserve">[42:19] </w:t>
      </w:r>
      <w:r>
        <w:t>logon ne samjha ke islam qatl ho raha hai yahan par toh is ko qatl gaah bana diya. toh</w:t>
      </w:r>
    </w:p>
    <w:p>
      <w:pPr>
        <w:jc w:val="right"/>
      </w:pPr>
      <w:r>
        <w:t>لوگوں نے سمجھا کہ اسلام قتل ہو رہا ہے یہاں پر تو اس کو قتل گاہ بنا دیا۔ تو</w:t>
      </w:r>
    </w:p>
    <w:p>
      <w:r>
        <w:rPr>
          <w:b/>
        </w:rPr>
        <w:t xml:space="preserve">[42:24] </w:t>
      </w:r>
      <w:r>
        <w:t>yeh jo me not ka qissa jo hai, is pe bohat din tak socha maine ke kya aaj ka woh naujawan jo hai, woh me not keh raha hai ke mujhe islam nahi chahiye?</w:t>
      </w:r>
    </w:p>
    <w:p>
      <w:pPr>
        <w:jc w:val="right"/>
      </w:pPr>
      <w:r>
        <w:t>یہ جو می ناٹ کا قصہ جو ہے، اس پہ بہت دن تک سوچا میں نے کہ کیا آج کا وہ نوجوان جو ہے، وہ می ناٹ کہہ رہا ہے کہ مجھے اسلام نہیں چاہیے؟</w:t>
      </w:r>
    </w:p>
    <w:p>
      <w:r>
        <w:rPr>
          <w:b/>
        </w:rPr>
        <w:t xml:space="preserve">[42:35] </w:t>
      </w:r>
      <w:r>
        <w:t>toh phir main ne is ka tajruba kiya, pichhle paanch saal se main ek tajruba kar raha hoon, yahi me not wala, me not group jo hai, isi pe tajruba kar raha hoon.</w:t>
      </w:r>
    </w:p>
    <w:p>
      <w:pPr>
        <w:jc w:val="right"/>
      </w:pPr>
      <w:r>
        <w:t>تو پھر میں نے اس کا تجربہ کیا، پچھلے پانچ سال سے میں ایک تجربہ کر رہا ہوں، یہی می ناٹ والا، می ناٹ گروپ جو ہے، اسی پہ تجربہ کر رہا ہوں۔</w:t>
      </w:r>
    </w:p>
    <w:p>
      <w:r>
        <w:rPr>
          <w:b/>
        </w:rPr>
        <w:t xml:space="preserve">[42:48] </w:t>
      </w:r>
      <w:r>
        <w:t>yani woh bachche jo college mein padhte hain, jo modern fashion mein rehte hain, jo friendship culture mein jeete hain, inhi bachchon mein tajruba kar raha hoon, wahi me not group jo hai.</w:t>
      </w:r>
    </w:p>
    <w:p>
      <w:pPr>
        <w:jc w:val="right"/>
      </w:pPr>
      <w:r>
        <w:t>یعنی وہ بچے جو کالج میں پڑھتے ہیں، جو ماڈرن فیشن میں رہتے ہیں، جو فرینڈشپ کلچر میں جیتے ہیں، انہی بچوں میں تجربہ کر رہا ہوں، وہی می ناٹ گروپ جو ہے۔</w:t>
      </w:r>
    </w:p>
    <w:p>
      <w:r>
        <w:rPr>
          <w:b/>
        </w:rPr>
        <w:t xml:space="preserve">[43:00] </w:t>
      </w:r>
      <w:r>
        <w:t>aur main keh sakta hoon ke aaj bohat se bachche, bohat se naujawan, ladke aur ladkiyan, is group se nikal kar doosre group mein aa gaye hain, yani mere saath hain, un ka style badal gaya hai, un ki soch badal gayi hai.</w:t>
      </w:r>
    </w:p>
    <w:p>
      <w:pPr>
        <w:jc w:val="right"/>
      </w:pPr>
      <w:r>
        <w:t>اور میں کہہ سکتا ہوں کہ آج بہت سے بچے، بہت سے نوجوان، لڑکے اور لڑکیاں، اس گروپ سے نکل کر دوسرے گروپ میں آ گئے ہیں، یعنی میرے ساتھ ہیں، ان کا اسٹائل بدل گیا ہے، ان کی سوچ بدل گئی ہے۔</w:t>
      </w:r>
    </w:p>
    <w:p>
      <w:r>
        <w:rPr>
          <w:b/>
        </w:rPr>
        <w:t xml:space="preserve">[43:18] </w:t>
      </w:r>
      <w:r>
        <w:t>yahan tak ke main kai bachon ko janta hoon ke main ne un se kaha ke tum ko apni mami ki pehmbering chahiye ke meri hembering chahiye?</w:t>
      </w:r>
    </w:p>
    <w:p>
      <w:pPr>
        <w:jc w:val="right"/>
      </w:pPr>
      <w:r>
        <w:t>یہاں تک کہ میں کئی بچوں کو جانتا ہوں کہ میں نے ان سے کہا کہ تم کو اپنی ممی کی پیمبرنگ چاہیے کہ میری ہیمبرنگ چاہیے؟</w:t>
      </w:r>
    </w:p>
    <w:p>
      <w:r>
        <w:rPr>
          <w:b/>
        </w:rPr>
        <w:t xml:space="preserve">[43:29] </w:t>
      </w:r>
      <w:r>
        <w:t>yeh ajeeb baat suniye aap is ko ke in larkon aur larkiyon se main ne kaha ke tum ko apni mami ki pehpering chahiye ke meri hembering chahiye?</w:t>
      </w:r>
    </w:p>
    <w:p>
      <w:pPr>
        <w:jc w:val="right"/>
      </w:pPr>
      <w:r>
        <w:t>یہ عجیب بات سنیے آپ اس کو کہ ان لڑکوں اور لڑکیوں سے میں نے کہا کہ تم کو اپنی ممی کی پیپرنگ چاہیے کہ میری ہیمبرنگ چاہیے؟</w:t>
      </w:r>
    </w:p>
    <w:p>
      <w:r>
        <w:rPr>
          <w:b/>
        </w:rPr>
        <w:t xml:space="preserve">[43:40] </w:t>
      </w:r>
      <w:r>
        <w:t>to aise bachhe yahan maujood hain, aap chahein to main un ka naam le sakta hoon, unhon ne kaha nahi, humein mami ki pehpering nahi chahiye</w:t>
      </w:r>
    </w:p>
    <w:p>
      <w:pPr>
        <w:jc w:val="right"/>
      </w:pPr>
      <w:r>
        <w:t>تو ایسے بچے یہاں موجود ہیں، آپ چاہیں تو میں ان کا نام لے سکتا ہوں، انہوں نے کہا نہیں، ہمیں ممی کی پیپرنگ نہیں چاہیے</w:t>
      </w:r>
    </w:p>
    <w:p>
      <w:r>
        <w:rPr>
          <w:b/>
        </w:rPr>
        <w:t xml:space="preserve">[43:47] </w:t>
      </w:r>
      <w:r>
        <w:t>, hum ko aap ki hembering chahiye.</w:t>
      </w:r>
    </w:p>
    <w:p>
      <w:pPr>
        <w:jc w:val="right"/>
      </w:pPr>
      <w:r>
        <w:t>، ہم کو آپ کی ہیمبرنگ چاہیے۔</w:t>
      </w:r>
    </w:p>
    <w:p>
      <w:r>
        <w:rPr>
          <w:b/>
        </w:rPr>
        <w:t xml:space="preserve">[43:52] </w:t>
      </w:r>
      <w:r>
        <w:t>wohi bachhe jin ko logon ne kaha tha ke qatl, qatl, qatl gaah mein qatl ho rahe hain, wohi bachhe jin ko kaha tha me not keh rahe hain, wohi bachhe jin ko kaha tha ke yeh ilhad le ke chal rahe hain, inhi bachhon ke bare mein</w:t>
      </w:r>
    </w:p>
    <w:p>
      <w:pPr>
        <w:jc w:val="right"/>
      </w:pPr>
      <w:r>
        <w:t>وہی بچے جن کو لوگوں نے کہا تھا کہ قتل، قتل، قتل گاہ میں قتل ہو رہے ہیں، وہی بچے جن کو کہا تھا می ناٹ کہہ رہے ہیں، وہی بچے جن کو کہا تھا کہ یہ الحاد لے کے چلے آ رہے ہیں، انہی بچوں کے بارے میں</w:t>
      </w:r>
    </w:p>
    <w:p>
      <w:r>
        <w:rPr>
          <w:b/>
        </w:rPr>
        <w:t xml:space="preserve">[44:06] </w:t>
      </w:r>
      <w:r>
        <w:t>pichhle panch saal se main ek tajruba kar raha hoon. aur main yeh ek baat bar bar kaha karta hoon ke is mein mere liye ek bohat bara Khuda ne ek ek blessing thi, Miss Priya Malik mere paas aaein aur Mr. Rajat Malhotra wahan se yeh yeh beginning hui is kaam ki.</w:t>
      </w:r>
    </w:p>
    <w:p>
      <w:pPr>
        <w:jc w:val="right"/>
      </w:pPr>
      <w:r>
        <w:t>پچھلے پانچ سال سے میں ایک تجربہ کر رہا ہوں۔ اور میں یہ ایک بات بار بار کہا کرتا ہوں کہ اس میں میرے لیے ایک بہت بڑا خدا نے ایک ایک بلیسنگ تھی، مس پریا ملک میرے پاس آئیں اور مسٹر رجت ولھوترا وہاں سے یہ یہ بگننگ ہوئی اس کام کی۔</w:t>
      </w:r>
    </w:p>
    <w:p>
      <w:r>
        <w:rPr>
          <w:b/>
        </w:rPr>
        <w:t xml:space="preserve">[44:27] </w:t>
      </w:r>
      <w:r>
        <w:t>ek naya jo main ne experience, experiment kiya, yeh un logon ke zariye shuru hua. woh</w:t>
      </w:r>
    </w:p>
    <w:p>
      <w:pPr>
        <w:jc w:val="right"/>
      </w:pPr>
      <w:r>
        <w:t>ایک نیا جو میں نے ایکسپیرینس، ایکسپیریمنٹ کیا، یہ ان لوگوں کے ذریعے شروع ہوا۔ وہ</w:t>
      </w:r>
    </w:p>
    <w:p>
      <w:r>
        <w:rPr>
          <w:b/>
        </w:rPr>
        <w:t xml:space="preserve">[44:33] </w:t>
      </w:r>
      <w:r>
        <w:t>yeh woh log, yeh yeh log aur is tarah kai log yahan par baithe hue hain, ladke ladkiyan jo apne maa baap ke pehmbering mein jeete the. aaj in se aap poochhiye ke in ko apne maa baap ke pehmbering se zyada meri hembering pasand hai?</w:t>
      </w:r>
    </w:p>
    <w:p>
      <w:pPr>
        <w:jc w:val="right"/>
      </w:pPr>
      <w:r>
        <w:t>یہ وہ لوگ، یہ یہ لوگ اور اس طرح کئی لوگ یہاں پر بیٹھے ہوئے ہیں، لڑکے لڑکیاں جو اپنے ماں باپ کے پیمبرنگ میں جیتے تھے۔ آج ان سے آپ پوچھیے کہ ان کو اپنے ماں باپ کے پیمبرنگ سے زیادہ میری ہیمبرنگ پسند ہے؟</w:t>
      </w:r>
    </w:p>
    <w:p>
      <w:r>
        <w:rPr>
          <w:b/>
        </w:rPr>
        <w:t xml:space="preserve">[44:50] </w:t>
      </w:r>
      <w:r>
        <w:t>kyun? is ko samjhiye, is ko samjhiye aap.</w:t>
      </w:r>
    </w:p>
    <w:p>
      <w:pPr>
        <w:jc w:val="right"/>
      </w:pPr>
      <w:r>
        <w:t>کیوں؟ اس کو سمجھیے، اس کو سمجھیے آپ۔</w:t>
      </w:r>
    </w:p>
    <w:p>
      <w:r>
        <w:rPr>
          <w:b/>
        </w:rPr>
        <w:t xml:space="preserve">[44:58] </w:t>
      </w:r>
      <w:r>
        <w:t>dekhiye, in ke jo maa baap the, woh does aur don'ts ki language bolte the, yeh na karo, woh na karo, yeh na karo, woh na karo. does aur don't ki zaban mein woh bata dete the un ko, aur kuch rituals jo mazhab ke naam par the, us ko karwate the un ko.</w:t>
      </w:r>
    </w:p>
    <w:p>
      <w:pPr>
        <w:jc w:val="right"/>
      </w:pPr>
      <w:r>
        <w:t>دیکھیے، ان کے جو ماں باپ تھے، وہ ڈوز اور ڈونٹس کی لینگویج بولتے تھے، یہ نہ کرو، وہ نہ کرو، یہ نہ کرو، وہ نہ کرو۔ ڈوز اور ڈونٹ کی زبان میں وہ بتا دیتے تھے ان کو، اور کچھ ریچولز جو مذہب کے نام پر تھے، اس کو کرواتے تھے ان کو۔</w:t>
      </w:r>
    </w:p>
    <w:p>
      <w:r>
        <w:rPr>
          <w:b/>
        </w:rPr>
        <w:t xml:space="preserve">[45:16] </w:t>
      </w:r>
      <w:r>
        <w:t>kuch kuch rasmein hain, us ko karwate the woh, koi masjid mein le ja kar, koi mandir mein le ja kar ke.</w:t>
      </w:r>
    </w:p>
    <w:p>
      <w:pPr>
        <w:jc w:val="right"/>
      </w:pPr>
      <w:r>
        <w:t>کچھ کچھ رسمیں ہیں، اس کو کرواتے تھے وہ، کوئی مسجد میں لے جا کر، کوئی مندر میں لے جا کر کے۔</w:t>
      </w:r>
    </w:p>
    <w:p>
      <w:r>
        <w:rPr>
          <w:b/>
        </w:rPr>
        <w:t xml:space="preserve">[45:22] </w:t>
      </w:r>
      <w:r>
        <w:t>to aaj ka jo naujawan hai, jo rational andaaz mein sochta hai, woh har cheez ko reason aap ghor kijiye ke jo jo college mein parh raha hai, university mein parh raha hai, wahan to har cheez us ko reason par batai jati hai.</w:t>
      </w:r>
    </w:p>
    <w:p>
      <w:pPr>
        <w:jc w:val="right"/>
      </w:pPr>
      <w:r>
        <w:t>تو آج کا جو نوجوان ہے، جو ریشنل انداز میں سوچتا ہے، وہ ہر چیز کو ریزن آپ غور کیجئے کہ جو جو کالج میں پڑھ رہا ہے، یونیورسٹی میں پڑھ رہا ہے، وہاں تو ہر چیز اس کو ریزن پر بتائی جاتی ہے۔</w:t>
      </w:r>
    </w:p>
    <w:p>
      <w:r>
        <w:rPr>
          <w:b/>
        </w:rPr>
        <w:t xml:space="preserve">[45:41] </w:t>
      </w:r>
      <w:r>
        <w:t>jo bhi discipline woh parh raha hai, koi bhi discipline, to wahan par us ko us ka professor, us ki books jo hai, us mein cheezon ko reason reason way mein bataya jata hai, rational way mein bataya jata hai, logical way mein bataya jata hai.</w:t>
      </w:r>
    </w:p>
    <w:p>
      <w:pPr>
        <w:jc w:val="right"/>
      </w:pPr>
      <w:r>
        <w:t>جو بھی ڈسپلن وہ پڑھ رہا ہے، کوئی بھی ڈسپلن، تو وہاں پر اس کو اس کا پروفیسر، اس کی بکس جو ہے، اس میں چیزوں کو ریزن ریزن وے میں بتایا جاتا ہے، ریشنل وے میں بتایا جاتا ہے، لاجیکل وے میں بتایا جاتا ہے۔</w:t>
      </w:r>
    </w:p>
    <w:p>
      <w:r>
        <w:rPr>
          <w:b/>
        </w:rPr>
        <w:t xml:space="preserve">[45:56] </w:t>
      </w:r>
      <w:r>
        <w:t>ab jab ghar aata hai woh to maa baap kya karte hain ke woh does aur don'ts ki language bolte hain, un ke paas koi logic nahi hoti, koi reason nahi hoti.</w:t>
      </w:r>
    </w:p>
    <w:p>
      <w:pPr>
        <w:jc w:val="right"/>
      </w:pPr>
      <w:r>
        <w:t>اب جب گھر آتا ہے وہ تو ماں باپ کیا کرتے ہیں کہ وہ ڈوز اور ڈونٹ کی لینگویج بولتے ہیں، ان کے پاس کوئی لاجک نہیں ہوتی، کوئی ریزن نہیں ہوتی۔</w:t>
      </w:r>
    </w:p>
    <w:p>
      <w:r>
        <w:rPr>
          <w:b/>
        </w:rPr>
        <w:t xml:space="preserve">[46:08] </w:t>
      </w:r>
      <w:r>
        <w:t>yeh woh cheez hai jis ki wajah se yeh bachhe revolt kiye hue the, yeh yeh cheez hai. main ne Khuda ke fazal se yeh kiya ke un ko un ke reason ko main ne is is tarah se Khuda ke deen ko is tarah bataya ke un ka un ka un ka mind, un ka jo un ka reason address hone lagi,</w:t>
      </w:r>
    </w:p>
    <w:p>
      <w:pPr>
        <w:jc w:val="right"/>
      </w:pPr>
      <w:r>
        <w:t>یہ وہ چیز ہے جس کی وجہ سے یہ بچے ریولٹ کیے ہوئے تھے، یہ یہ چیز ہے۔ میں نے خدا کے فضل سے یہ کیا کہ ان کو ان کے ریزن کو میں نے اس اس طرح سے خدا کے دین کو اس طرح بتایا کہ ان کا ان کا ان کا مائنڈ، ان کا جو ان کا ریزن ایڈریس ہونے لگی،</w:t>
      </w:r>
    </w:p>
    <w:p>
      <w:r>
        <w:rPr>
          <w:b/>
        </w:rPr>
        <w:t xml:space="preserve">[46:30] </w:t>
      </w:r>
      <w:r>
        <w:t>un ki reason address hone lagi, un ki un ki jo un ka jo logical mind hai, woh address hone laga. yeh sab ke sab ne surrender kar diya.</w:t>
      </w:r>
    </w:p>
    <w:p>
      <w:pPr>
        <w:jc w:val="right"/>
      </w:pPr>
      <w:r>
        <w:t>ان کی ریزن ایڈریس ہونے لگی، ان کی ان کی جو ان کا جو لاجیکل مائنڈ ہے، وہ ایڈریس ہونے لگا۔ یہ سب کے سب نے سرینڈر کر دیا۔</w:t>
      </w:r>
    </w:p>
    <w:p>
      <w:r>
        <w:rPr>
          <w:b/>
        </w:rPr>
        <w:t xml:space="preserve">[46:41] </w:t>
      </w:r>
      <w:r>
        <w:t>wohi log jo me not keh rahe the, wohi log jinhon ne kaha tha ke yeh log qatl gaah mein qatl ho chuke hain, wohi log jin ke bare mein Iqbal ne kaha tha ke yeh ilhad mein parh parh chuke hain, wohi log.</w:t>
      </w:r>
    </w:p>
    <w:p>
      <w:pPr>
        <w:jc w:val="right"/>
      </w:pPr>
      <w:r>
        <w:t>وہی لوگ جو می ناٹ کہہ رہے تھے، وہی لوگ جنہوں نے کہا تھا کہ یہ لوگ قتل گاہ میں قتل ہو چکے ہیں، وہی لوگ جن کے بارے میں اقبال نے کہا تھا کہ یہ الحاد میں پڑھ پڑھ چکے ہیں، وہی لوگ۔</w:t>
      </w:r>
    </w:p>
    <w:p>
      <w:r>
        <w:rPr>
          <w:b/>
        </w:rPr>
        <w:t xml:space="preserve">[46:54] </w:t>
      </w:r>
      <w:r>
        <w:t>to in logon ne mamle ko underestimate kiya. yeh baat to ja raha nahi ke Khuda ne ek naya sailab chala diya hai tareekh mein, history mein.</w:t>
      </w:r>
    </w:p>
    <w:p>
      <w:pPr>
        <w:jc w:val="right"/>
      </w:pPr>
      <w:r>
        <w:t>تو ان لوگوں نے معاملے کو انڈرسٹیمیٹ کیا۔ یہ بات تو جا رہا نہیں کہ خدا نے ایک نیا سیلاب چلا دیا ہے تاریخ میں، ہسٹری میں۔</w:t>
      </w:r>
    </w:p>
    <w:p>
      <w:r>
        <w:rPr>
          <w:b/>
        </w:rPr>
        <w:t xml:space="preserve">[47:05] </w:t>
      </w:r>
      <w:r>
        <w:t>us ko ja raha hi nahi.</w:t>
      </w:r>
    </w:p>
    <w:p>
      <w:pPr>
        <w:jc w:val="right"/>
      </w:pPr>
      <w:r>
        <w:t>اس کو جا رہے ہی نہیں۔</w:t>
      </w:r>
    </w:p>
    <w:p>
      <w:r>
        <w:rPr>
          <w:b/>
        </w:rPr>
        <w:t xml:space="preserve">[47:07] </w:t>
      </w:r>
      <w:r>
        <w:t>un ko colonial roleilism dikha deya, Islam ka dhara nahi dikha deya, un ko Zionism dikha deya, lekin Khuda ne jo history mein jo ek ek ek inqilab barpa kiya tha, woh nahi dikha deya un ko.</w:t>
      </w:r>
    </w:p>
    <w:p>
      <w:pPr>
        <w:jc w:val="right"/>
      </w:pPr>
      <w:r>
        <w:t>ان کو کولیئل رولیلزم دکھائے دیا، اسلام کا دھارا نہیں دکھائے دیا، ان کو صہیونیزم دکھائے دیا، لیکن خدا نے جو ہسٹری میں جو ایک ایک ایک انقلاب برپا کیا تھا، وہ نہیں دکھائے دیا ان کو۔</w:t>
      </w:r>
    </w:p>
    <w:p>
      <w:r>
        <w:rPr>
          <w:b/>
        </w:rPr>
        <w:t xml:space="preserve">[47:24] </w:t>
      </w:r>
      <w:r>
        <w:t>asal raaz yeh hai,</w:t>
      </w:r>
    </w:p>
    <w:p>
      <w:pPr>
        <w:jc w:val="right"/>
      </w:pPr>
      <w:r>
        <w:t>اصل راز یہ ہے،</w:t>
      </w:r>
    </w:p>
    <w:p>
      <w:r>
        <w:rPr>
          <w:b/>
        </w:rPr>
        <w:t xml:space="preserve">[47:28] </w:t>
      </w:r>
      <w:r>
        <w:t>aise ladke aur ladkiyan isi isi maujood hain.</w:t>
      </w:r>
    </w:p>
    <w:p>
      <w:pPr>
        <w:jc w:val="right"/>
      </w:pPr>
      <w:r>
        <w:t>ایسے لڑکے اور لڑکیاں اسی اسی موجود ہیں۔</w:t>
      </w:r>
    </w:p>
    <w:p>
      <w:r>
        <w:rPr>
          <w:b/>
        </w:rPr>
        <w:t xml:space="preserve">[47:31] </w:t>
      </w:r>
      <w:r>
        <w:t>aap chahein to un se aap baat kar sakte hain, un se poochh sakte hain ke ke woh log jo apne maa baap ke pehmbering mein jeete the, aaj meri hembering ke liye mere paas aate hain.</w:t>
      </w:r>
    </w:p>
    <w:p>
      <w:pPr>
        <w:jc w:val="right"/>
      </w:pPr>
      <w:r>
        <w:t>آپ چاہیں تو ان سے آپ بات کر سکتے ہیں، ان سے پوچھ سکتے ہیں کہ کہ وہ لوگ جو اپنے ماں باپ کے پیمبرنگ میں جیتے تھے، آج میری ہیمبرنگ کے لیے میرے پاس آتے ہیں۔</w:t>
      </w:r>
    </w:p>
    <w:p>
      <w:r>
        <w:rPr>
          <w:b/>
        </w:rPr>
        <w:t xml:space="preserve">[47:43] </w:t>
      </w:r>
      <w:r>
        <w:t>unhon ne apni lifestyle ko badla, apni soch ko badla, apne fashion ko badla, apni shopping ko badla, apni outing ko badla. aaj in ko woh log jo ke partyon mein jate the, hawa karne ke liye, un ko partyon mein hawa acha nahi lagta, woh mere paas aate hain.</w:t>
      </w:r>
    </w:p>
    <w:p>
      <w:pPr>
        <w:jc w:val="right"/>
      </w:pPr>
      <w:r>
        <w:t>انہوں نے اپنی لائف اسٹائل کو بدلا، اپنی سوچ کو بدلا، اپنے فیشن کو بدلا، اپنی شاپنگ کو بدلا، اپنی آؤٹنگ کو بدلا۔ آج ان کو وہ لوگ جو کہ پارٹیوں میں جاتے تھے، ہوا کرنے کے لیے، ان کو پارٹیوں میں ہوا اچھا نہیں لگتا، وہ میرے پاس آتے ہیں۔</w:t>
      </w:r>
    </w:p>
    <w:p>
      <w:r>
        <w:rPr>
          <w:b/>
        </w:rPr>
        <w:t xml:space="preserve">[48:00] </w:t>
      </w:r>
      <w:r>
        <w:t>woh</w:t>
      </w:r>
    </w:p>
    <w:p>
      <w:pPr>
        <w:jc w:val="right"/>
      </w:pPr>
      <w:r>
        <w:t>وہ</w:t>
      </w:r>
    </w:p>
    <w:p>
      <w:r>
        <w:rPr>
          <w:b/>
        </w:rPr>
        <w:t xml:space="preserve">[48:02] </w:t>
      </w:r>
      <w:r>
        <w:t>yeh hai izhaar-e-deen. jin logon ne izhaar-e-deen ko political maani mein liya, unhon ne Islam ko zibah kar diya, Islam ko zibah kar diya.</w:t>
      </w:r>
    </w:p>
    <w:p>
      <w:pPr>
        <w:jc w:val="right"/>
      </w:pPr>
      <w:r>
        <w:t>یہ ہے اظہار دین۔ جن لوگوں نے اظہار دین کو پولیٹیکل معنی میں لیا، انہوں نے اسلام کو ذبح کر دیا، اسلام کو ذبح کر دیا۔</w:t>
      </w:r>
    </w:p>
    <w:p>
      <w:r>
        <w:rPr>
          <w:b/>
        </w:rPr>
        <w:t xml:space="preserve">[48:14] </w:t>
      </w:r>
      <w:r>
        <w:t>kitni bari cheez Islam ne batai thi, hamare paas bari baat, is ko ek choti si cheez bana diya. is ko political power kya cheez hai?</w:t>
      </w:r>
    </w:p>
    <w:p>
      <w:pPr>
        <w:jc w:val="right"/>
      </w:pPr>
      <w:r>
        <w:t>کتنی بڑی چیز اسلام نے بتائی تھی، ہمارے پاس بڑی بات، اس کو ایک چھوٹی سی چیز بنا دیا۔ اس کو پولیٹیکل پاور کیا چیز ہے؟</w:t>
      </w:r>
    </w:p>
    <w:p>
      <w:r>
        <w:rPr>
          <w:b/>
        </w:rPr>
        <w:t xml:space="preserve">[48:24] </w:t>
      </w:r>
      <w:r>
        <w:t>political power kuch bhi nahin.</w:t>
      </w:r>
    </w:p>
    <w:p>
      <w:pPr>
        <w:jc w:val="right"/>
      </w:pPr>
      <w:r>
        <w:t>پولیٹیکل پاور کچھ بھی نہیں۔</w:t>
      </w:r>
    </w:p>
    <w:p>
      <w:r>
        <w:rPr>
          <w:b/>
        </w:rPr>
        <w:t xml:space="preserve">[48:27] </w:t>
      </w:r>
      <w:r>
        <w:t>ek baat aur bhi samjhiye ke agar political power asal ho ji, to main samajhta hoon ke yeh insaan, aaj ka insaan, maanne par majboor hoga ke Islam koi eternal religion nahin hai,</w:t>
      </w:r>
    </w:p>
    <w:p>
      <w:pPr>
        <w:jc w:val="right"/>
      </w:pPr>
      <w:r>
        <w:t>ایک بات اور بھی سمجھیے کہ اگر پولیٹیکل پاور اصل ہو جی، تو میں سمجھتا ہوں کہ یہ انسان، آج کا انسان، ماننے پر مجبور ہوگا کہ اسلام کوئی ایٹرنل ریلیجن نہیں ہے،</w:t>
      </w:r>
    </w:p>
    <w:p>
      <w:r>
        <w:rPr>
          <w:b/>
        </w:rPr>
        <w:t xml:space="preserve">[48:42] </w:t>
      </w:r>
      <w:r>
        <w:t>woh sirf Arab ke liye tha. yeh bhi samajh lijiye aap ke agar Khuda ne yeh is mein kaha ho ke tum ko hum political power dein ge, to phir Islam ko maanna parega ke Islam eternal religion nahin hai.</w:t>
      </w:r>
    </w:p>
    <w:p>
      <w:pPr>
        <w:jc w:val="right"/>
      </w:pPr>
      <w:r>
        <w:t>وہ صرف عرب کے لیے تھا۔ یہ بھی سمجھ لیجئے آپ کہ اگر خدا نے یہ اس میں کہا ہو کہ تم کو ہم پولیٹیکل پاور دیں گے، تو پھر اسلام کو ماننا پڑے گا کہ اسلام ایٹرنل ریلیجن نہیں ہے۔</w:t>
      </w:r>
    </w:p>
    <w:p>
      <w:r>
        <w:rPr>
          <w:b/>
        </w:rPr>
        <w:t xml:space="preserve">[48:54] </w:t>
      </w:r>
      <w:r>
        <w:t>kyun?</w:t>
      </w:r>
    </w:p>
    <w:p>
      <w:pPr>
        <w:jc w:val="right"/>
      </w:pPr>
      <w:r>
        <w:t>کیوں؟</w:t>
      </w:r>
    </w:p>
    <w:p>
      <w:r>
        <w:rPr>
          <w:b/>
        </w:rPr>
        <w:t xml:space="preserve">[48:56] </w:t>
      </w:r>
      <w:r>
        <w:t>is ko samjhiye aap, is zamane mein jo political power hai, is ko decentralize kiya ja chuka hai. yaad rakhiye, pehle zamane mein jo political power hua karta tha, agriculture ke zamane mein,</w:t>
      </w:r>
    </w:p>
    <w:p>
      <w:pPr>
        <w:jc w:val="right"/>
      </w:pPr>
      <w:r>
        <w:t>اس کو سمجھئے آپ، اس زمانے میں جو پولیٹیکل پاور ہے، اس کو ڈی سیٹلائز کیا جا چکا ہے۔ یاد رکھیے، پہلے زمانے میں جو پولیٹیکل پاور ہوا کرتا تھا، ایگریکلچر کے زمانے میں،</w:t>
      </w:r>
    </w:p>
    <w:p>
      <w:r>
        <w:rPr>
          <w:b/>
        </w:rPr>
        <w:t xml:space="preserve">[49:10] </w:t>
      </w:r>
      <w:r>
        <w:t>agriculture yahi wahi ek hi source tha economy ka. king ke paas agriculture hua karta tha, to us king ke paas sab kuch hota tha, kyun ke agriculture ke bahir koi economy nahin thi,</w:t>
      </w:r>
    </w:p>
    <w:p>
      <w:pPr>
        <w:jc w:val="right"/>
      </w:pPr>
      <w:r>
        <w:t>ایگریکلچر یہی وہی ایک ہی سورس تھا اکانومی کا۔ کنگ کے پاس ایگریکلچر ہوا کرتا تھا، تو اس کنگ کے پاس سب کچھ ہوتا تھا، کیونکہ ایگریکلچر کے باہر کوئی اکانومی نہیں تھی،</w:t>
      </w:r>
    </w:p>
    <w:p>
      <w:r>
        <w:rPr>
          <w:b/>
        </w:rPr>
        <w:t xml:space="preserve">[49:24] </w:t>
      </w:r>
      <w:r>
        <w:t>koi bhi zariya nahin tha income karne ka, kuch bhi nahin. sari economy base karti thi agriculture par. is zamane mein jo industrialization hua hai, is ne decentralize kar diya politics, politic power ko.</w:t>
      </w:r>
    </w:p>
    <w:p>
      <w:pPr>
        <w:jc w:val="right"/>
      </w:pPr>
      <w:r>
        <w:t>کوئی بھی ذریعہ نہیں تھا انکم کرنے کا، کچھ بھی نہیں۔ ساری اکانومی بیس کرتی تھی ایگریکلچر پر۔ اس زمانے میں جو انڈسٹریلائزیشن ہوا ہے، اس نے ڈی سینٹرلائز کر دیا پولیٹکس، پولیٹک پاور کو۔</w:t>
      </w:r>
    </w:p>
    <w:p>
      <w:r>
        <w:rPr>
          <w:b/>
        </w:rPr>
        <w:t xml:space="preserve">[49:40] </w:t>
      </w:r>
      <w:r>
        <w:t>aaj aap dekhiye ke institution bana kar ke log is se zyada bara kaam kar rahe hain jo political power kar sakti thi.</w:t>
      </w:r>
    </w:p>
    <w:p>
      <w:pPr>
        <w:jc w:val="right"/>
      </w:pPr>
      <w:r>
        <w:t>آج آپ دیکھیے کہ انسٹیٹیوشن بنا کر کے لوگ اس سے زیادہ بڑا کام کر رہے ہیں جو پولیٹیکل پاور کر سکتی تھی۔</w:t>
      </w:r>
    </w:p>
    <w:p>
      <w:r>
        <w:rPr>
          <w:b/>
        </w:rPr>
        <w:t xml:space="preserve">[49:49] </w:t>
      </w:r>
      <w:r>
        <w:t>decentralize kar diya har cheez ko is naye tabdeeli ne. misaal ke taur par dekhiye, India mein Parsi ek tiny community hai, Parsi industrial empire bana hui hai.</w:t>
      </w:r>
    </w:p>
    <w:p>
      <w:pPr>
        <w:jc w:val="right"/>
      </w:pPr>
      <w:r>
        <w:t>ڈی سینٹرلائز کر دیا ہر چیز کو اس نئے تبدیلی نے۔ مثال کے طور پر دیکھیے، انڈیا میں پارسی ایک ٹائنی کمیونٹی ہے، پارسی انڈسٹریل ایمپائر بنا ہوئی ہے۔</w:t>
      </w:r>
    </w:p>
    <w:p>
      <w:r>
        <w:rPr>
          <w:b/>
        </w:rPr>
        <w:t xml:space="preserve">[50:01] </w:t>
      </w:r>
      <w:r>
        <w:t>India mein woh Parsi log ek tiny community hain, India mein industrial empire qaim ki hui hai. Christian log ek tiny community hain, unhon ne apna educational empire bana rakha hai.</w:t>
      </w:r>
    </w:p>
    <w:p>
      <w:pPr>
        <w:jc w:val="right"/>
      </w:pPr>
      <w:r>
        <w:t>انڈیا میں وہ پارسی لوگ ایک ٹائنی کمیونٹی ہیں، انڈیا میں انڈسٹریل ایمپائر قائم کی ہوئی ہے۔ کرسچن لوگ ایک ٹائنی کمیونٹی ہیں، انہوں نے اپنا ایجوکیشنل ایمپائر بنا رکھا ہے۔</w:t>
      </w:r>
    </w:p>
    <w:p>
      <w:r>
        <w:rPr>
          <w:b/>
        </w:rPr>
        <w:t xml:space="preserve">[50:15] </w:t>
      </w:r>
      <w:r>
        <w:t>India mein</w:t>
      </w:r>
    </w:p>
    <w:p>
      <w:pPr>
        <w:jc w:val="right"/>
      </w:pPr>
      <w:r>
        <w:t>انڈیا میں</w:t>
      </w:r>
    </w:p>
    <w:p>
      <w:r>
        <w:rPr>
          <w:b/>
        </w:rPr>
        <w:t xml:space="preserve">[50:17] </w:t>
      </w:r>
      <w:r>
        <w:t>Sikh log bohat choti tadad mein hain, woh two percent, sirf two percent, aur two percent jo hai, India ke 20 percent economy control kar rahi hai. yeh two percent minority jo hai, India ke 20 percent economy control kar rahi hai.</w:t>
      </w:r>
    </w:p>
    <w:p>
      <w:pPr>
        <w:jc w:val="right"/>
      </w:pPr>
      <w:r>
        <w:t>سکھ لوگ بہت چھوٹی تعداد میں ہیں، وہ ٹو پرسنٹ، صرف ٹو پرسنٹ، اور ٹو پرسنٹ جو ہے، انڈیا کے 20 پرسنٹ اکانومی کنٹرول کر رہی ہے۔ یہ ٹو پرسنٹ مائنورٹی جو ہے، انڈیا کے 20 پرسنٹ اکانومی کنٹرول کر رہی ہے۔</w:t>
      </w:r>
    </w:p>
    <w:p>
      <w:r>
        <w:rPr>
          <w:b/>
        </w:rPr>
        <w:t xml:space="preserve">[50:32] </w:t>
      </w:r>
      <w:r>
        <w:t>America mein dekhiye aap, wahan ke jo jo hain, woh Yahudi jo hain, woh minority mein hain, lekin is waqt grip mein liye hue hain. ab America ko kaise?</w:t>
      </w:r>
    </w:p>
    <w:p>
      <w:pPr>
        <w:jc w:val="right"/>
      </w:pPr>
      <w:r>
        <w:t>امریکہ میں دیکھیے آپ، وہاں کے جو جو ہیں، وہ یہودی جو ہیں، وہ مائنورٹی میں ہیں، لیکن اس وقت گرپ میں لیے ہوئے ہیں۔ اب امریکہ کو کیسے؟</w:t>
      </w:r>
    </w:p>
    <w:p>
      <w:r>
        <w:rPr>
          <w:b/>
        </w:rPr>
        <w:t xml:space="preserve">[50:42] </w:t>
      </w:r>
      <w:r>
        <w:t>through institution, through politics nahin.</w:t>
      </w:r>
    </w:p>
    <w:p>
      <w:pPr>
        <w:jc w:val="right"/>
      </w:pPr>
      <w:r>
        <w:t>تھرو انسٹیٹیوشن، تھرو پولیٹکس نہیں۔</w:t>
      </w:r>
    </w:p>
    <w:p>
      <w:r>
        <w:rPr>
          <w:b/>
        </w:rPr>
        <w:t xml:space="preserve">[50:45] </w:t>
      </w:r>
      <w:r>
        <w:t>Yahudi rule nahin kar rahe hain wahan par, India mein Parsi rule nahin kar rahe hain, Christian rule nahin kar rahe hain, aur Sikh rule nahin kar rahe hain, lekin empire yahan par unhon ne apna empire bana rakha hai.</w:t>
      </w:r>
    </w:p>
    <w:p>
      <w:pPr>
        <w:jc w:val="right"/>
      </w:pPr>
      <w:r>
        <w:t>یہودی رول نہیں کر رہے ہیں وہاں پر، انڈیا میں پارسی رول نہیں کر رہے ہیں، کرسچن رول نہیں کر رہے ہیں، اور سکھ رول نہیں کر رہے ہیں، لیکن ایمپائر یہاں پر انہوں نے اپنا ایمپائر بنا رکھا ہے۔</w:t>
      </w:r>
    </w:p>
    <w:p>
      <w:r>
        <w:rPr>
          <w:b/>
        </w:rPr>
        <w:t xml:space="preserve">[51:00] </w:t>
      </w:r>
      <w:r>
        <w:t>America mein Yahudi rule nahin kar rahe hain political sense mein, lekin unhon ne empire bana rakha hai.</w:t>
      </w:r>
    </w:p>
    <w:p>
      <w:pPr>
        <w:jc w:val="right"/>
      </w:pPr>
      <w:r>
        <w:t>امریکہ میں یہودی رول نہیں کر رہے ہیں پولیٹیکل سینس میں، لیکن انہوں نے ایمپائر بنا رکھا ہے۔</w:t>
      </w:r>
    </w:p>
    <w:p>
      <w:r>
        <w:rPr>
          <w:b/>
        </w:rPr>
        <w:t xml:space="preserve">[51:06] </w:t>
      </w:r>
      <w:r>
        <w:t>to is ke maani kya hue ke zamana ja raha tha ek aise, yaani aise phase ki taraf jahan political power jo hai, reduce ho jayega.</w:t>
      </w:r>
    </w:p>
    <w:p>
      <w:pPr>
        <w:jc w:val="right"/>
      </w:pPr>
      <w:r>
        <w:t>تو اس کے معنی کیا ہوئے کہ زمانہ جا رہا تھا ایک ایسے، یعنی ایسے فیز کی طرف جہاں پولیٹیکل پاور جو ہے، ریڈیوس ہو جائے گا۔</w:t>
      </w:r>
    </w:p>
    <w:p>
      <w:r>
        <w:rPr>
          <w:b/>
        </w:rPr>
        <w:t xml:space="preserve">[51:19] </w:t>
      </w:r>
      <w:r>
        <w:t>political power reduce ho jayega, aur doosri cheezein zyada bari ban jayengi. institutions jo hain, woh solve kar lengi sari power ko.</w:t>
      </w:r>
    </w:p>
    <w:p>
      <w:pPr>
        <w:jc w:val="right"/>
      </w:pPr>
      <w:r>
        <w:t>پولیٹیکل پاور ریڈیوس ہو جائے گا، اور دوسری چیزیں زیادہ بڑی بن جائیں گی۔ انسٹیٹیوشنز جو ہیں، وہ سولو کر لیں گی ساری پاور کو۔</w:t>
      </w:r>
    </w:p>
    <w:p>
      <w:r>
        <w:rPr>
          <w:b/>
        </w:rPr>
        <w:t xml:space="preserve">[51:31] </w:t>
      </w:r>
      <w:r>
        <w:t>institutions,</w:t>
      </w:r>
    </w:p>
    <w:p>
      <w:pPr>
        <w:jc w:val="right"/>
      </w:pPr>
      <w:r>
        <w:t>انسٹیٹیوشنز،</w:t>
      </w:r>
    </w:p>
    <w:p>
      <w:r>
        <w:rPr>
          <w:b/>
        </w:rPr>
        <w:t xml:space="preserve">[51:35] </w:t>
      </w:r>
      <w:r>
        <w:t>industry jo hai, solve kar legi sari cheezon ko. abhi aap dekhiye, India mein hum ne freedom hasil kar li 47 mein. aaj multinational a kar phir se aa kar ke wahi kar rahi hain jo colonial powers ne kiya tha.</w:t>
      </w:r>
    </w:p>
    <w:p>
      <w:pPr>
        <w:jc w:val="right"/>
      </w:pPr>
      <w:r>
        <w:t>انڈسٹری جو ہے، سولو کر لے گی ساری چیزوں کو۔ ابھی آپ دیکھیے، انڈیا میں ہم نے فریڈم حاصل کر لی 47 میں۔ آج ملٹی نیشنز آ کر پھر سے آ کر کے وہی کر رہی ہیں جو کلونیل پاورز نے کیا تھا۔</w:t>
      </w:r>
    </w:p>
    <w:p>
      <w:r>
        <w:rPr>
          <w:b/>
        </w:rPr>
        <w:t xml:space="preserve">[51:48] </w:t>
      </w:r>
      <w:r>
        <w:t>47 se pehle colonial powers ne jis tarah se India ko apne le rakha tha, apne grip mein, political sense mein, aaj multinational aa kar ke yahan qabza kiye hue hain.</w:t>
      </w:r>
    </w:p>
    <w:p>
      <w:pPr>
        <w:jc w:val="right"/>
      </w:pPr>
      <w:r>
        <w:t>47 سے پہلے کلونیل پاورز نے جس طرح سے انڈیا کو اپنے لے رکھا تھا، اپنے گرپ میں، پولیٹیکل سینس میں، آج ملٹی نیشنز آ کر کے یہاں قبضہ کیے ہوئے ہیں۔</w:t>
      </w:r>
    </w:p>
    <w:p>
      <w:r>
        <w:rPr>
          <w:b/>
        </w:rPr>
        <w:t xml:space="preserve">[52:00] </w:t>
      </w:r>
      <w:r>
        <w:t>sab kuch un ke haath mein hai.</w:t>
      </w:r>
    </w:p>
    <w:p>
      <w:pPr>
        <w:jc w:val="right"/>
      </w:pPr>
      <w:r>
        <w:t>سب کچھ ان کے ہاتھ میں ہے۔</w:t>
      </w:r>
    </w:p>
    <w:p>
      <w:r>
        <w:rPr>
          <w:b/>
        </w:rPr>
        <w:t xml:space="preserve">[52:02] </w:t>
      </w:r>
      <w:r>
        <w:t>to aap ghor kijiye ke agar Islam ka sab se bara target yeh ho ke political power capture karna, to is ke maani ke aaj ke zamane mein Islam kya karega?</w:t>
      </w:r>
    </w:p>
    <w:p>
      <w:pPr>
        <w:jc w:val="right"/>
      </w:pPr>
      <w:r>
        <w:t>تو آپ غور کیجئے کہ اگر اسلام کا سب سے بڑا ٹارگٹ یہ ہو کہ پولیٹیکل پاور کیپچر کرنا، تو اس کے معنی کہ آج کے زمانے میں اسلام کیا کرے گا؟</w:t>
      </w:r>
    </w:p>
    <w:p>
      <w:r>
        <w:rPr>
          <w:b/>
        </w:rPr>
        <w:t xml:space="preserve">[52:15] </w:t>
      </w:r>
      <w:r>
        <w:t>aap agar political science mein aap role kar rahe hon, tab bhi aap kuch nahi honge. is ka proof yeh hai ke aaj bhi dunya mein 57 muslim countries hain jahan in ko political power hasil hai.</w:t>
      </w:r>
    </w:p>
    <w:p>
      <w:pPr>
        <w:jc w:val="right"/>
      </w:pPr>
      <w:r>
        <w:t>آپ اگر پولیٹیکل سینس میں آپ رول کر رہے ہوں، تب بھی آپ کچھ نہیں ہوں گے۔ اس کا پروف یہ ہے کہ آج بھی دنیا میں 57 مسلم کنٹریز ہیں جہاں ان کو پولیٹیکل پاور حاصل ہے۔</w:t>
      </w:r>
    </w:p>
    <w:p>
      <w:r>
        <w:rPr>
          <w:b/>
        </w:rPr>
        <w:t xml:space="preserve">[52:27] </w:t>
      </w:r>
      <w:r>
        <w:t>57 muslim countries political power in ko hasil hai, lekin international map mein in ki koi jagah nahi hai. 57 muslim countries hain aaj bhi jin ka haan musalman hukumat hai, musalman role kar rahe hain,</w:t>
      </w:r>
    </w:p>
    <w:p>
      <w:pPr>
        <w:jc w:val="right"/>
      </w:pPr>
      <w:r>
        <w:t>57 مسلم کنٹریز پولیٹیکل پاور ان کو حاصل ہے، لیکن انٹرنیشنل میپ میں ان کی کوئی جگہ نہیں ہے۔ 57 مسلم کنٹریز ہیں آج بھی جن کا ہاں مسلمان حکومت ہے، مسلمان رول کر رہے ہیں،</w:t>
      </w:r>
    </w:p>
    <w:p>
      <w:r>
        <w:rPr>
          <w:b/>
        </w:rPr>
        <w:t xml:space="preserve">[52:45] </w:t>
      </w:r>
      <w:r>
        <w:t>lekin world map mein kuch bhi in ka jagah nahi hai. kyun? in ke paas industry nahi hai, koi modern science nahi hai, koi modern technology nahi hai.</w:t>
      </w:r>
    </w:p>
    <w:p>
      <w:pPr>
        <w:jc w:val="right"/>
      </w:pPr>
      <w:r>
        <w:t>لیکن ورلڈ میپ میں کچھ بھی ان کا جگہ نہیں ہے۔ کیوں؟ ان کے پاس انڈسٹری نہیں ہے، کوئی ماڈرن سائنس نہیں ہے، کوئی ماڈرن ٹیکنالوجی نہیں ہے۔</w:t>
      </w:r>
    </w:p>
    <w:p>
      <w:r>
        <w:rPr>
          <w:b/>
        </w:rPr>
        <w:t xml:space="preserve">[52:55] </w:t>
      </w:r>
      <w:r>
        <w:t>woh in ka king bhi bimar hota hai, jata hai America mein ilaj karne ke liye.</w:t>
      </w:r>
    </w:p>
    <w:p>
      <w:pPr>
        <w:jc w:val="right"/>
      </w:pPr>
      <w:r>
        <w:t>وہ ان کا کنگ بھی بیمار ہوتا ہے، جاتا ہے امریکہ میں علاج کرنے کے لیے۔</w:t>
      </w:r>
    </w:p>
    <w:p>
      <w:r>
        <w:rPr>
          <w:b/>
        </w:rPr>
        <w:t xml:space="preserve">[53:02] </w:t>
      </w:r>
      <w:r>
        <w:t>arab countries mein butter aur aur aur yeh woh mulk aata hai kahan se?</w:t>
      </w:r>
    </w:p>
    <w:p>
      <w:pPr>
        <w:jc w:val="right"/>
      </w:pPr>
      <w:r>
        <w:t>عرب کنٹریز میں بٹر اور اور اور یہ وہ ملک آتا ہے کہاں سے؟</w:t>
      </w:r>
    </w:p>
    <w:p>
      <w:r>
        <w:rPr>
          <w:b/>
        </w:rPr>
        <w:t xml:space="preserve">[53:11] </w:t>
      </w:r>
      <w:r>
        <w:t>Denmark se. toh 57 muslim countries ke paas political power hai poori tarah se, lekin koi hesiyat hi in ki nahi hai.</w:t>
      </w:r>
    </w:p>
    <w:p>
      <w:pPr>
        <w:jc w:val="right"/>
      </w:pPr>
      <w:r>
        <w:t>ڈنمارک سے۔ تو 57 مسلم کنٹریز کے پاس پولیٹیکل پاور ہے پوری طرح سے، لیکن کوئی حیثیت ہی ان کی نہیں ہے۔</w:t>
      </w:r>
    </w:p>
    <w:p>
      <w:r>
        <w:rPr>
          <w:b/>
        </w:rPr>
        <w:t xml:space="preserve">[53:23] </w:t>
      </w:r>
      <w:r>
        <w:t>toh kya political power ko agar target ho Islam ka, toh woh Islam eternal religion ho sakta hai? ke ek choti si cheez ko Islam yeh samajh le ke is se woh dominate karega shayad history ko, shayad dunya ko.</w:t>
      </w:r>
    </w:p>
    <w:p>
      <w:pPr>
        <w:jc w:val="right"/>
      </w:pPr>
      <w:r>
        <w:t>تو کیا پولیٹیکل پاور کو اگر ٹارگٹ ہو اسلام کا، تو وہ اسلام ایٹرنل ریلیجن ہو سکتا ہے؟ کہ ایک چھوٹی سی چیز کو اسلام یہ سمجھ لے کہ اس سے وہ ڈومینیٹ کرے گا شاید ہسٹری کو، شاید دنیا کو۔</w:t>
      </w:r>
    </w:p>
    <w:p>
      <w:r>
        <w:rPr>
          <w:b/>
        </w:rPr>
        <w:t xml:space="preserve">[53:40] </w:t>
      </w:r>
      <w:r>
        <w:t>aaj political power jo hai, dominate karne wali taqat nahi rahi hai. America jo domination hai, political power ki wajah se nahi hai, woh industry ki wajah se hai, technology ki wajah se hai, science ki wajah se hai.</w:t>
      </w:r>
    </w:p>
    <w:p>
      <w:pPr>
        <w:jc w:val="right"/>
      </w:pPr>
      <w:r>
        <w:t>آج پولیٹیکل پاور جو ہے، ڈومینیٹ کرنے والی طاقت نہیں رہی ہے۔ امریکہ جو ڈومینیشن ہے، پولیٹیکل پاور کی وجہ سے نہیں ہے، وہ انڈسٹری کی وجہ سے ہے، ٹیکنالوجی کی وجہ سے ہے، سائنس کی وجہ سے ہے۔</w:t>
      </w:r>
    </w:p>
    <w:p>
      <w:r>
        <w:rPr>
          <w:b/>
        </w:rPr>
        <w:t xml:space="preserve">[53:53] </w:t>
      </w:r>
      <w:r>
        <w:t>woh political power toh musalmanon ke paas bhi hai, woh kyun nahi dominate kar rahe hain sari dunya mein? Pakistan kyun nahi dominate kar raha hai? 57 muslim countries kyun nahi dominate kar rahe hain sari dunya mein?</w:t>
      </w:r>
    </w:p>
    <w:p>
      <w:pPr>
        <w:jc w:val="right"/>
      </w:pPr>
      <w:r>
        <w:t>وہ پولیٹیکل پاور تو مسلمانوں کے پاس بھی ہے، وہ کیوں نہیں ڈومینیٹ کر رہے ہیں ساری دنیا میں؟ پاکستان کیوں نہیں ڈومینیٹ کر رہا ہے؟ 57 مسلم کنٹریز کیوں نہیں ڈومینیٹ کر رہے ہیں ساری دنیا میں؟</w:t>
      </w:r>
    </w:p>
    <w:p>
      <w:r>
        <w:rPr>
          <w:b/>
        </w:rPr>
        <w:t xml:space="preserve">[54:03] </w:t>
      </w:r>
      <w:r>
        <w:t>agar political power jo hai, wohi isi se domination milta hai dunya mein, toh is ke maani hain ke agar political power Islam ka target hota, toh bohat choti cheez par Islam jo hai,</w:t>
      </w:r>
    </w:p>
    <w:p>
      <w:pPr>
        <w:jc w:val="right"/>
      </w:pPr>
      <w:r>
        <w:t>اگر پولیٹیکل پاور جو ہے، وہی اسی سے ڈومینیشن ملتا ہے دنیا میں، تو اس کے معنی ہیں کہ اگر پولیٹیکل پاور اسلام کا ٹارگٹ ہوتا، تو بہت چھوٹی چیز پر اسلام جو ہے،</w:t>
      </w:r>
    </w:p>
    <w:p>
      <w:r>
        <w:rPr>
          <w:b/>
        </w:rPr>
        <w:t xml:space="preserve">[54:17] </w:t>
      </w:r>
      <w:r>
        <w:t>tikra jata. koi koi bara is ko success nahi milti dunya mein.</w:t>
      </w:r>
    </w:p>
    <w:p>
      <w:pPr>
        <w:jc w:val="right"/>
      </w:pPr>
      <w:r>
        <w:t>ٹک کرا جاتا۔ کوئی کوئی بڑا اس کو سکسیس نہیں ملتی دنیا میں۔</w:t>
      </w:r>
    </w:p>
    <w:p>
      <w:r>
        <w:rPr>
          <w:b/>
        </w:rPr>
        <w:t xml:space="preserve">[54:23] </w:t>
      </w:r>
      <w:r>
        <w:t>is wajah se main kehta hoon ke izhar deen ko political sense lena Islam ko reduce karna hai, balkeh main kahunga Islam ko Islam ko slaughter karna hai.</w:t>
      </w:r>
    </w:p>
    <w:p>
      <w:pPr>
        <w:jc w:val="right"/>
      </w:pPr>
      <w:r>
        <w:t>اس وجہ سے میں کہتا ہوں کہ اظہار دین کو پولیٹیکل سینس لینا اسلام کو ریڈیوس کرنا ہے، بلکہ میں کہوں گا اسلام کو اسلام کو سلاٹر کرنا ہے۔</w:t>
      </w:r>
    </w:p>
    <w:p>
      <w:r>
        <w:rPr>
          <w:b/>
        </w:rPr>
        <w:t xml:space="preserve">[54:32] </w:t>
      </w:r>
      <w:r>
        <w:t>Islam ka logon ke sochne ka khatam kar dena hai, un ke soch ko politics mein, yani cement kar dena hai, mehdood kar dena hai.</w:t>
      </w:r>
    </w:p>
    <w:p>
      <w:pPr>
        <w:jc w:val="right"/>
      </w:pPr>
      <w:r>
        <w:t>اسلام کا لوگوں کے سوچنے کا ختم کر دینا ہے، ان کے سوچ کو پولیٹکس میں، یعنی سیمٹ کر دینا ہے، محدود کر دینا ہے۔</w:t>
      </w:r>
    </w:p>
    <w:p>
      <w:r>
        <w:rPr>
          <w:b/>
        </w:rPr>
        <w:t xml:space="preserve">[54:47] </w:t>
      </w:r>
      <w:r>
        <w:t>is wajah se</w:t>
      </w:r>
    </w:p>
    <w:p>
      <w:pPr>
        <w:jc w:val="right"/>
      </w:pPr>
      <w:r>
        <w:t>اس وجہ سے</w:t>
      </w:r>
    </w:p>
    <w:p>
      <w:r>
        <w:rPr>
          <w:b/>
        </w:rPr>
        <w:t xml:space="preserve">[54:51] </w:t>
      </w:r>
      <w:r>
        <w:t>Islam ne ek aisa target rakha: aadmi education mein aage badhe, industry mein aage badhe, da'wah work mein aage badhe, science mein aage badhe, technology mein aage badhe.</w:t>
      </w:r>
    </w:p>
    <w:p>
      <w:pPr>
        <w:jc w:val="right"/>
      </w:pPr>
      <w:r>
        <w:t>اسلام نے ایک ایسا ٹارگٹ رکھا: آدمی ایجوکیشن میں آگے بڑھے، انڈسٹری میں آگے بڑھے، داؤ ورک میں آگے بڑھے، سائنس میں آگے بڑھے، ٹیکنالوجی میں آگے بڑھے۔</w:t>
      </w:r>
    </w:p>
    <w:p>
      <w:r>
        <w:rPr>
          <w:b/>
        </w:rPr>
        <w:t xml:space="preserve">[55:00] </w:t>
      </w:r>
      <w:r>
        <w:t>saare jo field hain, har cheez, har field mein aage badhe, woh sirf political singhasan mein phans kar na reh jaye.</w:t>
      </w:r>
    </w:p>
    <w:p>
      <w:pPr>
        <w:jc w:val="right"/>
      </w:pPr>
      <w:r>
        <w:t>سارے جو فیلڈ ہیں، ہر چیز، ہر فیلڈ میں آگے بڑھے، وہ صرف پولیٹیکل سنگاسن میں پھنس کر نہ رہ جائے۔</w:t>
      </w:r>
    </w:p>
    <w:p>
      <w:r>
        <w:rPr>
          <w:b/>
        </w:rPr>
        <w:t xml:space="preserve">[55:09] </w:t>
      </w:r>
      <w:r>
        <w:t>toh woh is mein zyada bara, is ko, yani baray zyada baray field mein Islam ko dominating position mein la sake ga.</w:t>
      </w:r>
    </w:p>
    <w:p>
      <w:pPr>
        <w:jc w:val="right"/>
      </w:pPr>
      <w:r>
        <w:t>تو وہ اس میں زیادہ بڑا، اس کو، یعنی بڑے زیادہ بڑے فیلڈ میں اسلام کو ڈومینیٹنگ پوزیشن میں لا سکے گا۔</w:t>
      </w:r>
    </w:p>
    <w:p>
      <w:r>
        <w:rPr>
          <w:b/>
        </w:rPr>
        <w:t xml:space="preserve">[55:17] </w:t>
      </w:r>
      <w:r>
        <w:t>woh is baat ko bohat zyada samajhne ki zaroorat hai. dekhiye, ek baat main arz karunga ke Quran jo hai, woh kya hai?</w:t>
      </w:r>
    </w:p>
    <w:p>
      <w:pPr>
        <w:jc w:val="right"/>
      </w:pPr>
      <w:r>
        <w:t>وہ اس بات کو بہت زیادہ سمجھنے کی ضرورت ہے۔ دیکھیے، ایک بات میں عرض کروں گا کہ قرآن جو ہے، وہ کیا ہے؟</w:t>
      </w:r>
    </w:p>
    <w:p>
      <w:r>
        <w:rPr>
          <w:b/>
        </w:rPr>
        <w:t xml:space="preserve">[55:28] </w:t>
      </w:r>
      <w:r>
        <w:t>woh law of nature ko batata hai. simple maano mein sirf book of religion nahi hai, woh book of religion nahi hai.</w:t>
      </w:r>
    </w:p>
    <w:p>
      <w:pPr>
        <w:jc w:val="right"/>
      </w:pPr>
      <w:r>
        <w:t>وہ لاء آف نیچر کو بتاتا ہے۔ سمپل معنوں میں صرف بک آف ریلیجن نہیں ہے، وہ بک آف ریلیجن نہیں ہے۔</w:t>
      </w:r>
    </w:p>
    <w:p>
      <w:r>
        <w:rPr>
          <w:b/>
        </w:rPr>
        <w:t xml:space="preserve">[55:38] </w:t>
      </w:r>
      <w:r>
        <w:t>history, woh yani</w:t>
      </w:r>
    </w:p>
    <w:p>
      <w:pPr>
        <w:jc w:val="right"/>
      </w:pPr>
      <w:r>
        <w:t>ہسٹری، وہ یعنی</w:t>
      </w:r>
    </w:p>
    <w:p>
      <w:r>
        <w:rPr>
          <w:b/>
        </w:rPr>
        <w:t xml:space="preserve">[55:45] </w:t>
      </w:r>
      <w:r>
        <w:t>course of history, law of nature aur zindagi ki haqeeqat, in sab baaton ko batata hai. main sirf ek ek misaal mein arz karta hoon aap ko ke Quran mein hai ke "inna ma'al 'usri yusra".</w:t>
      </w:r>
    </w:p>
    <w:p>
      <w:pPr>
        <w:jc w:val="right"/>
      </w:pPr>
      <w:r>
        <w:t>کورس آف ہسٹری، لاء آف نیچر اور زندگی کی حقیقت، ان سب باتوں کو بتاتا ہے۔ میں صرف ایک ایک مثال میں عرض کرتا ہوں آپ کو کہ قرآن میں ہے کہ "إن مال العسر یسرا"۔</w:t>
      </w:r>
    </w:p>
    <w:p>
      <w:r>
        <w:rPr>
          <w:b/>
        </w:rPr>
        <w:t xml:space="preserve">[56:02] </w:t>
      </w:r>
      <w:r>
        <w:t>"inna ma'al 'usri yusra". 'usr ke saath yusr hai,</w:t>
      </w:r>
    </w:p>
    <w:p>
      <w:pPr>
        <w:jc w:val="right"/>
      </w:pPr>
      <w:r>
        <w:t>"إن مال العسر یسرا"۔ عسر کے ساتھ یسر ہے،</w:t>
      </w:r>
    </w:p>
    <w:p>
      <w:r>
        <w:rPr>
          <w:b/>
        </w:rPr>
        <w:t xml:space="preserve">[56:07] </w:t>
      </w:r>
      <w:r>
        <w:t>yani "with every hardship there is ease". "with every problem there are solutions". yeh hai Quran mein ayat.</w:t>
      </w:r>
    </w:p>
    <w:p>
      <w:pPr>
        <w:jc w:val="right"/>
      </w:pPr>
      <w:r>
        <w:t>یعنی "وڈ ایوری ہارڈشپ دیر از ایز"۔ "وڈ ایوری پرابلم دیر ار سولیوشن"۔ یہ ہے قرآن میں آیت۔</w:t>
      </w:r>
    </w:p>
    <w:p>
      <w:r>
        <w:rPr>
          <w:b/>
        </w:rPr>
        <w:t xml:space="preserve">[56:19] </w:t>
      </w:r>
      <w:r>
        <w:t>yeh ek universal law ko bataya gaya hai. is tarah se ek ayat hai ke "fa-idha alladhi bainaka wa bainahu 'adawatun walin hameem".</w:t>
      </w:r>
    </w:p>
    <w:p>
      <w:pPr>
        <w:jc w:val="right"/>
      </w:pPr>
      <w:r>
        <w:t>یہ ایک یونیورسل لاء کو بتایا گیا ہے۔ اس طرح سے ایک آیت ہے کہ "فیض الذی بہن عداوۃ ولی حمیم"۔</w:t>
      </w:r>
    </w:p>
    <w:p>
      <w:r>
        <w:rPr>
          <w:b/>
        </w:rPr>
        <w:t xml:space="preserve">[56:29] </w:t>
      </w:r>
      <w:r>
        <w:t>yani har har enemy tumhare liye potential friend hai.</w:t>
      </w:r>
    </w:p>
    <w:p>
      <w:pPr>
        <w:jc w:val="right"/>
      </w:pPr>
      <w:r>
        <w:t>یعنی ہر ہر اینمی تمہارے لیے پوٹینشل فرینڈ ہے۔</w:t>
      </w:r>
    </w:p>
    <w:p>
      <w:r>
        <w:rPr>
          <w:b/>
        </w:rPr>
        <w:t xml:space="preserve">[56:33] </w:t>
      </w:r>
      <w:r>
        <w:t>in do ayaton ko aap lijiye, in do ayaton ko aap lijiye ke dunya mein kabhi bhi aisa nahi hoga ke sirf problem ho aur opportunity na ho.</w:t>
      </w:r>
    </w:p>
    <w:p>
      <w:pPr>
        <w:jc w:val="right"/>
      </w:pPr>
      <w:r>
        <w:t>ان دو آیتوں کو آپ لیجئے، ان دو آیتوں کو آپ لیجئے کہ دنیا میں کبھی بھی ایسا نہیں ہوگا کہ صرف پرابلم ہو اور اپرچونیٹی نہ ہو۔</w:t>
      </w:r>
    </w:p>
    <w:p>
      <w:r>
        <w:rPr>
          <w:b/>
        </w:rPr>
        <w:t xml:space="preserve">[56:48] </w:t>
      </w:r>
      <w:r>
        <w:t>misal ke taur par dekhiye ke india mein aur kashmir mein pichhle pachas baras se sab log chala rahe the ke kashmir problem state hai, kashmir problem state hai,</w:t>
      </w:r>
    </w:p>
    <w:p>
      <w:pPr>
        <w:jc w:val="right"/>
      </w:pPr>
      <w:r>
        <w:t>مثال کے طور پر دیکھیے کہ انڈیا میں اور کشمیر میں پچھلے پچاس برس سے سب لوگ چلا رہے تھے کہ کشمیر پرابلم اسٹیٹ ہے، کشمیر پرابلم اسٹیٹ ہے،</w:t>
      </w:r>
    </w:p>
    <w:p>
      <w:r>
        <w:rPr>
          <w:b/>
        </w:rPr>
        <w:t xml:space="preserve">[57:01] </w:t>
      </w:r>
      <w:r>
        <w:t>yeh india problem country hai, india problem country hai. aaj isi kashmir mein aur isi india mein musalman bohat taraqqi kar rahe hain. isi ka example maine aap ko diya ke isi majlis mein baithe hue hain farooq mustafa sahab aur hameedullah hameed sahab ke wahan zabardast taleemi kaam kar rahe hain education ke field mein.</w:t>
      </w:r>
    </w:p>
    <w:p>
      <w:pPr>
        <w:jc w:val="right"/>
      </w:pPr>
      <w:r>
        <w:t>یہ انڈیا پرابلم کنٹری ہے، انڈیا پرابلم کنٹری ہے۔ آج اسی کشمیر میں اور اسی انڈیا میں مسلمان بہت ترقی کر رہے ہیں۔ اسی کا ایگزیمپل میں نے آپ کو دیا کہ اسی مجلس میں بیٹھے ہوئے ہیں فاروق مصطفی صاحب اور حمید اللہ حمید صاحب کہ وہاں زبردست تعلیمی کام کر رہے ہیں ایجوکیشن کے فیلڈ میں۔</w:t>
      </w:r>
    </w:p>
    <w:p>
      <w:r>
        <w:rPr>
          <w:b/>
        </w:rPr>
        <w:t xml:space="preserve">[57:20] </w:t>
      </w:r>
      <w:r>
        <w:t>yani woh state jis ko log kehte the ke yeh problem state hai, us ko unhon ne discover kiya as a state of opportunity.</w:t>
      </w:r>
    </w:p>
    <w:p>
      <w:pPr>
        <w:jc w:val="right"/>
      </w:pPr>
      <w:r>
        <w:t>یعنی وہ اسٹیٹ جس کو لوگ کہتے تھے کہ یہ پرابلم اسٹیٹ ہے، اس کو انہوں نے ڈسکور کیا ایز اے اسٹیٹ آف اپرچونیٹی۔</w:t>
      </w:r>
    </w:p>
    <w:p>
      <w:r>
        <w:rPr>
          <w:b/>
        </w:rPr>
        <w:t xml:space="preserve">[57:29] </w:t>
      </w:r>
      <w:r>
        <w:t>ek opportunity nikali unhon ne education field mein, us mein kaam kiya unhon ne. hindu aur musalmanon dono ke darmiyan bohat zabardast un ko mawaqe mil rahe hain aur sab ke darmiyan un ki popularity barh rahi hai.</w:t>
      </w:r>
    </w:p>
    <w:p>
      <w:pPr>
        <w:jc w:val="right"/>
      </w:pPr>
      <w:r>
        <w:t>ایک اپرچونیٹی نکالی انہوں نے ایجوکیشن فیلڈ میں، اس میں کام کیا انہوں نے۔ ہندو اور مسلمانوں دونوں کے درمیان بہت زبردست ان کو مواقع مل رہے ہیں اور سب کے درمیان ان کی پاپولیرٹی بڑھ رہی ہے۔</w:t>
      </w:r>
    </w:p>
    <w:p>
      <w:r>
        <w:rPr>
          <w:b/>
        </w:rPr>
        <w:t xml:space="preserve">[57:42] </w:t>
      </w:r>
      <w:r>
        <w:t>aur isi ke baad mein woh, yani isi mein woh apne message bhi phailane ke mawaqe mil rahe hain un ko. to kashmir ko log samajhte the ke problem state hai, lekin jab unhon ne kaam kiya to maloom hua ke nahi,</w:t>
      </w:r>
    </w:p>
    <w:p>
      <w:pPr>
        <w:jc w:val="right"/>
      </w:pPr>
      <w:r>
        <w:t>اور اسی کے بعد میں وہ، یعنی اسی میں وہ اپنے میسج بھی پھیلانے کے مواقع مل رہے ہیں ان کو۔ تو کشمیر کو لوگ سمجھتے تھے کہ پرابلم اسٹیٹ ہے، لیکن جب انہوں نے کام کیا تو معلوم ہوا کہ نہیں،</w:t>
      </w:r>
    </w:p>
    <w:p>
      <w:r>
        <w:rPr>
          <w:b/>
        </w:rPr>
        <w:t xml:space="preserve">[57:56] </w:t>
      </w:r>
      <w:r>
        <w:t>yeh ek aisi state hai jahan opportunities khuli hui hain. aise hi india mein bhi pichhle das saal ke andar musalmanon ne bohat taraqqi ki hai. maine kai bar kaha ke ji dilli mein jab main aaya tha 1967 mein to do char caron the musalmanon ke paas.</w:t>
      </w:r>
    </w:p>
    <w:p>
      <w:pPr>
        <w:jc w:val="right"/>
      </w:pPr>
      <w:r>
        <w:t>یہ ایک ایسی اسٹیٹ ہے جہاں اپرچونیٹیز کھلی ہوئی ہیں۔ ایسے ہی انڈیا میں بھی پچھلے دس سال کے اندر مسلمانوں نے بہت ترقی کی ہے۔ میں نے کئی بار کہا کہ جی دلے میں جب میں آیا تھا 1967 میں تو دو چار کارے تھے مسلمانوں کے پاس۔</w:t>
      </w:r>
    </w:p>
    <w:p>
      <w:r>
        <w:rPr>
          <w:b/>
        </w:rPr>
        <w:t xml:space="preserve">[58:12] </w:t>
      </w:r>
      <w:r>
        <w:t>aaj lakhon caron hain musalmanon ke paas. jidhar ja rahi hai, jidhar jaiye, udhar musalmanon ki kothiyan ban rahi hain. masjidon mein dekhen to wahan caron ki line lagi rehti hai.</w:t>
      </w:r>
    </w:p>
    <w:p>
      <w:pPr>
        <w:jc w:val="right"/>
      </w:pPr>
      <w:r>
        <w:t>آج لاکھوں کارے ہیں مسلمانوں کے پاس۔ جدھر جاری ہے، جدھر جائیے، ادھر مسلمانوں کی کوٹھیاں بن رہی ہیں۔ مسجدوں میں دیکھیں تو وہاں کاروں کی لائن لگی رہتی ہے۔</w:t>
      </w:r>
    </w:p>
    <w:p>
      <w:r>
        <w:rPr>
          <w:b/>
        </w:rPr>
        <w:t xml:space="preserve">[58:25] </w:t>
      </w:r>
      <w:r>
        <w:t>25 baras ke andar kuch se kuch ho gaya isi isi dilli mein. to kya hai? log jo hain blind bane hue the.</w:t>
      </w:r>
    </w:p>
    <w:p>
      <w:pPr>
        <w:jc w:val="right"/>
      </w:pPr>
      <w:r>
        <w:t>25 برس کے اندر کچھ سے کچھ ہو گیا اسی اسی دلے میں۔ تو کیا ہے؟ لوگ جو ہیں بلائنڈ بنے ہوئے تھے۔</w:t>
      </w:r>
    </w:p>
    <w:p>
      <w:r>
        <w:rPr>
          <w:b/>
        </w:rPr>
        <w:t xml:space="preserve">[58:35] </w:t>
      </w:r>
      <w:r>
        <w:t>blind kis sense mein keh raha hoon main? ke khuda ne jo law, jis law ke tehat history ko chala rakha hai, woh to yeh tha ke kabhi bhi aisa na ho ke sirf problem, problem, problem ho jaye.</w:t>
      </w:r>
    </w:p>
    <w:p>
      <w:pPr>
        <w:jc w:val="right"/>
      </w:pPr>
      <w:r>
        <w:t>بلائنڈ کس سینس میں کہہ رہا ہوں میں؟ کہ خدا نے جو لاء، جس لاء کے تحت ہسٹری کو چلا رکھا ہے، وہ تو یہ تھا کہ کبھی بھی ایسا نہ ہو کہ صرف پرابلم، پرابلم، پرابلم ہو جائے۔</w:t>
      </w:r>
    </w:p>
    <w:p>
      <w:r>
        <w:rPr>
          <w:b/>
        </w:rPr>
        <w:t xml:space="preserve">[58:46] </w:t>
      </w:r>
      <w:r>
        <w:t>hamesha opportunity bhi rahe ke sath sath. "with every problem there is there are opportunities".</w:t>
      </w:r>
    </w:p>
    <w:p>
      <w:pPr>
        <w:jc w:val="right"/>
      </w:pPr>
      <w:r>
        <w:t>ہمیشہ اپرچونیٹی بھی رہے کے ساتھ ساتھ۔ "وڈ ایوری پرابلم دیر از دیر ار اپرچونیٹیز"۔</w:t>
      </w:r>
    </w:p>
    <w:p>
      <w:r>
        <w:rPr>
          <w:b/>
        </w:rPr>
        <w:t xml:space="preserve">[58:53] </w:t>
      </w:r>
      <w:r>
        <w:t>so you have to ignore the problem and avail the opportunities. yeh formula diya gaya tha quran majeed mein, lekin sab log chala rahe the: "kya problem, problem, problem".</w:t>
      </w:r>
    </w:p>
    <w:p>
      <w:pPr>
        <w:jc w:val="right"/>
      </w:pPr>
      <w:r>
        <w:t>سو یو ہیو ٹو اگنور دا پرابلم اینڈ اویل دا اپرچونیٹیز۔ یہ فارمولا دیا گیا تھا قرآن مجید میں، لیکن سب لوگ چلا رہے تھے: "کیا پرابلم، پرابلم، پرابلم"۔</w:t>
      </w:r>
    </w:p>
    <w:p>
      <w:r>
        <w:rPr>
          <w:b/>
        </w:rPr>
        <w:t xml:space="preserve">[59:04] </w:t>
      </w:r>
      <w:r>
        <w:t>maine khuda ke fazal se 1967 se ek ek campaign chalai ke india ek problem country nahi hai. india ek mein hamari opportunities hain aur sari dunya mein hamari opportunities hain.</w:t>
      </w:r>
    </w:p>
    <w:p>
      <w:pPr>
        <w:jc w:val="right"/>
      </w:pPr>
      <w:r>
        <w:t>میں نے خدا کے فضل سے 1967 سے ایک ایک کیمپین چلائی کہ انڈیا ایک پرابلم کنٹری نہیں ہے۔ انڈیا ایک میں ہماری اپرچونیٹیز ہیں اور ساری دنیا میں ہماری اپرچونیٹیز ہیں۔</w:t>
      </w:r>
    </w:p>
    <w:p>
      <w:r>
        <w:rPr>
          <w:b/>
        </w:rPr>
        <w:t xml:space="preserve">[59:18] </w:t>
      </w:r>
      <w:r>
        <w:t>kabhi bhi aisa nahi ho sakta ke dunya problem se bhar jaye aur opportunity se khali ho jaye.</w:t>
      </w:r>
    </w:p>
    <w:p>
      <w:pPr>
        <w:jc w:val="right"/>
      </w:pPr>
      <w:r>
        <w:t>کبھی بھی ایسا نہیں ہو سکتا کہ دنیا پرابلم سے بھر جائے اور اپرچونیٹی سے خالی ہو جائے۔</w:t>
      </w:r>
    </w:p>
    <w:p>
      <w:r>
        <w:rPr>
          <w:b/>
        </w:rPr>
        <w:t xml:space="preserve">[59:23] </w:t>
      </w:r>
      <w:r>
        <w:t>aaj har jagah khuda ke fazal se musalman taraqqi kar rahe hain aur kashmir, kashmir mein bhi taraqqi kar rahe hain, india mein bhi kar rahe hain aur sari dunya mein kar rahe hain.</w:t>
      </w:r>
    </w:p>
    <w:p>
      <w:pPr>
        <w:jc w:val="right"/>
      </w:pPr>
      <w:r>
        <w:t>آج ہر جگہ خدا کے فضل سے مسلمان ترقی کر رہے ہیں اور کشمیر، کشمیر میں بھی ترقی کر رہے ہیں، انڈیا میں بھی کر رہے ہیں اور ساری دنیا میں کر رہے ہیں۔</w:t>
      </w:r>
    </w:p>
    <w:p>
      <w:r>
        <w:rPr>
          <w:b/>
        </w:rPr>
        <w:t xml:space="preserve">[59:33] </w:t>
      </w:r>
      <w:r>
        <w:t>to yeh dekhiye ke quran mein jo baat batai gayi hai, woh simply ek religion nahi hai. woh ke namaz roze ka tareeqa bata diya, us mein kuch belief bata diya, bas baat khatam ho gayi.</w:t>
      </w:r>
    </w:p>
    <w:p>
      <w:pPr>
        <w:jc w:val="right"/>
      </w:pPr>
      <w:r>
        <w:t>تو یہ دیکھیے کہ قرآن میں جو بات بتائی گئی ہے، وہ سمپلی ایک ریلیجن نہیں ہے۔ وہ کہ نماز روزہ کا طریقہ بتا دیا، اس میں کچھ بیلیف بتا دیا، بس بات ختم ہوگئی۔</w:t>
      </w:r>
    </w:p>
    <w:p>
      <w:r>
        <w:rPr>
          <w:b/>
        </w:rPr>
        <w:t xml:space="preserve">[59:45] </w:t>
      </w:r>
      <w:r>
        <w:t>aap ko zindagi guzarne ka tareeqa, yani aap ka jo aqal hai, aap ka jo reason hai, woh chahta hai ke aap ko ek ek ek ek rasta mile, ek guide book mile.</w:t>
      </w:r>
    </w:p>
    <w:p>
      <w:pPr>
        <w:jc w:val="right"/>
      </w:pPr>
      <w:r>
        <w:t>آپ کو زندگی گزارنے کا طریقہ، یعنی آپ کا جو عقل ہے، آپ کا جو ریزن ہے، وہ چاہتا ہے کہ آپ کو ایک ایک ایک ایک راستہ ملے، ایک گائیڈ بک ملے۔</w:t>
      </w:r>
    </w:p>
    <w:p>
      <w:r>
        <w:rPr>
          <w:b/>
        </w:rPr>
        <w:t xml:space="preserve">[59:56] </w:t>
      </w:r>
      <w:r>
        <w:t>yeh dunya mein aap jeena chahte hain to is ke liye aap ko ek guide book chahiye. aap ko to log quran ko is tarah pesh kar rahe the ke bas woh namaz roza seekh lo us mein aur tilawat kar lo.</w:t>
      </w:r>
    </w:p>
    <w:p>
      <w:pPr>
        <w:jc w:val="right"/>
      </w:pPr>
      <w:r>
        <w:t>یہ دنیا میں آپ جینا چاہتے ہیں تو اس کے لیے آپ کو ایک گائیڈ بک چاہیے۔ آپ کو تو لوگ قرآن کو اس طرح پیش کر رہے تھے کہ بس وہ نماز روزہ سیکھ لو اس میں اور تلاوت کر لو۔</w:t>
      </w:r>
    </w:p>
    <w:p>
      <w:r>
        <w:rPr>
          <w:b/>
        </w:rPr>
        <w:t xml:space="preserve">[1:00:08] </w:t>
      </w:r>
      <w:r>
        <w:t>maine allah ke fazal se bataya ke quran to ek poori kitab hai, complete book hai, zindagi ki guide hai. woh</w:t>
      </w:r>
    </w:p>
    <w:p>
      <w:pPr>
        <w:jc w:val="right"/>
      </w:pPr>
      <w:r>
        <w:t>میں نے اللہ کے فضل سے بتایا کہ قرآن تو ایک پوری کتاب ہے، کمپلیٹ بک ہے، زندگی کی گائیڈ ہے۔ وہ</w:t>
      </w:r>
    </w:p>
    <w:p>
      <w:r>
        <w:rPr>
          <w:b/>
        </w:rPr>
        <w:t xml:space="preserve">[1:00:15] </w:t>
      </w:r>
      <w:r>
        <w:t>to hazaron hazar log khuda ke fazal se is pe roshni pa rahe hain aur ek ek naya un ke andar انقلاب aa raha hai.</w:t>
      </w:r>
    </w:p>
    <w:p>
      <w:pPr>
        <w:jc w:val="right"/>
      </w:pPr>
      <w:r>
        <w:t>تو ہزاروں ہزار لوگ خدا کے فضل سے اس پہ روشنی پا رہے ہیں اور ایک ایک نیا ان کے اندر انقلاب آ رہا ہے۔</w:t>
      </w:r>
    </w:p>
    <w:p>
      <w:r>
        <w:rPr>
          <w:b/>
        </w:rPr>
        <w:t xml:space="preserve">[1:00:27] </w:t>
      </w:r>
      <w:r>
        <w:t>to hamara ek mustaqil yeh yeh mission hai ke hum yeh batayein logon ko ke dushman dushman mat chalao ke yeh dushman, woh dushman, yeh enemy, woh enemy, yeh sazish, woh sazish, yeh kuch nahi.</w:t>
      </w:r>
    </w:p>
    <w:p>
      <w:pPr>
        <w:jc w:val="right"/>
      </w:pPr>
      <w:r>
        <w:t>تو ہمارا ایک مستقل یہ یہ مشن ہے کہ ہم یہ بتائیں لوگوں کو کہ دشمن دشمن مت چلاؤ کہ یہ دشمن، وہ دشمن، یہ اینمی، وہ اینمی، یہ سازش، وہ سازش، یہ کچھ نہیں۔</w:t>
      </w:r>
    </w:p>
    <w:p>
      <w:r>
        <w:rPr>
          <w:b/>
        </w:rPr>
        <w:t xml:space="preserve">[1:00:43] </w:t>
      </w:r>
      <w:r>
        <w:t>aap dushman mein dost talash karo. "faiz alladhi bain adawatin wali hameem".</w:t>
      </w:r>
    </w:p>
    <w:p>
      <w:pPr>
        <w:jc w:val="right"/>
      </w:pPr>
      <w:r>
        <w:t>آپ دشمن میں دوست تلاش کرو۔ "فیض الذی بہن عداوۃ ولی حمیم"۔</w:t>
      </w:r>
    </w:p>
    <w:p>
      <w:r>
        <w:rPr>
          <w:b/>
        </w:rPr>
        <w:t xml:space="preserve">[1:00:53] </w:t>
      </w:r>
      <w:r>
        <w:t>yani dushman jis ko aap samajh rahe hain, woh ek oopri cheez hai. us ke oopri oopri parde ko hata dijiye, us ke nature tak pahunchiye to jo dushman tha, woh aap ka dost ban jayega.</w:t>
      </w:r>
    </w:p>
    <w:p>
      <w:pPr>
        <w:jc w:val="right"/>
      </w:pPr>
      <w:r>
        <w:t>یعنی دشمن جس کو آپ سمجھ رہے ہیں، وہ ایک اوپری چیز ہے۔ اس کے اوپری اوپری پردے کو ہٹا دیجئے، اس کے نیچر تک پہنچیے تو جو دشمن تھا، وہ آپ کا دوست بن جائے گا۔</w:t>
      </w:r>
    </w:p>
    <w:p>
      <w:r>
        <w:rPr>
          <w:b/>
        </w:rPr>
        <w:t xml:space="preserve">[1:01:06] </w:t>
      </w:r>
      <w:r>
        <w:t>aap ka so you have to yani har dushman potentially aap ka friend hai,</w:t>
      </w:r>
    </w:p>
    <w:p>
      <w:pPr>
        <w:jc w:val="right"/>
      </w:pPr>
      <w:r>
        <w:t>آپ کا سو یو ہیو ٹو یعنی ہر دشمن پوٹینشلی آپ کا فرینڈ ہے،</w:t>
      </w:r>
    </w:p>
    <w:p>
      <w:r>
        <w:rPr>
          <w:b/>
        </w:rPr>
        <w:t xml:space="preserve">[1:01:13] </w:t>
      </w:r>
      <w:r>
        <w:t>har dushman aap ka potential friend hai. so you have to turn the potential to actual.</w:t>
      </w:r>
    </w:p>
    <w:p>
      <w:pPr>
        <w:jc w:val="right"/>
      </w:pPr>
      <w:r>
        <w:t>ہر دشمن آپ کا پوٹینشل فرینڈ ہے۔ سو یو ہیو ٹو ٹرن دا پوٹینشل ٹو ایکچول۔</w:t>
      </w:r>
    </w:p>
    <w:p>
      <w:r>
        <w:rPr>
          <w:b/>
        </w:rPr>
        <w:t xml:space="preserve">[1:01:22] </w:t>
      </w:r>
      <w:r>
        <w:t>yeh hamare mission ka bohat zabardast part raha hai ke hum yeh kehte rahe hain ke problem ko, yani problem ko ignore karo aur opportunities ko avail karo.</w:t>
      </w:r>
    </w:p>
    <w:p>
      <w:pPr>
        <w:jc w:val="right"/>
      </w:pPr>
      <w:r>
        <w:t>یہ ہمارے مشن کا بہت زبردست پارٹ رہا ہے کہ ہم یہ کہتے رہے ہیں کہ پرابلم کو، یعنی پرابلم کو اگنور کرو اور اپرچونیٹیز کو اویل کرو۔</w:t>
      </w:r>
    </w:p>
    <w:p>
      <w:r>
        <w:rPr>
          <w:b/>
        </w:rPr>
        <w:t xml:space="preserve">[1:01:37] </w:t>
      </w:r>
      <w:r>
        <w:t>you have to ignore the problem and avail the opportunities. aur hum yeh bhi kehte rahe hain ke dushman dushman mat chalao. dushman wahan potential friend hai, potential friend hai.</w:t>
      </w:r>
    </w:p>
    <w:p>
      <w:pPr>
        <w:jc w:val="right"/>
      </w:pPr>
      <w:r>
        <w:t>یو ہیو ٹو اگنور دا پرابلم اینڈ اویل دا اپرچونیٹیز۔ اور ہم یہ بھی کہتے رہے ہیں کہ دشمن دشمن مت چلاؤ۔ دشمن وہاں پوٹینشل فرینڈ ہے، پوٹینشل فرینڈ ہے۔</w:t>
      </w:r>
    </w:p>
    <w:p>
      <w:r>
        <w:rPr>
          <w:b/>
        </w:rPr>
        <w:t xml:space="preserve">[1:01:48] </w:t>
      </w:r>
      <w:r>
        <w:t>so you have to turn the potential to actual. aur yeh aaj khuda ke fazl se ek lambi koshish ke baad aaj yeh cheez waqea ban rahi hai.</w:t>
      </w:r>
    </w:p>
    <w:p>
      <w:pPr>
        <w:jc w:val="right"/>
      </w:pPr>
      <w:r>
        <w:t>سو یو ہیو ٹو ٹرن دا پوٹینشل ٹو ایکچول۔ اور یہ آج خدا کے فضل سے ایک لمبی کوشش کے بعد آج یہ چیز واقعہ بن رہی ہے۔</w:t>
      </w:r>
    </w:p>
    <w:p>
      <w:r>
        <w:rPr>
          <w:b/>
        </w:rPr>
        <w:t xml:space="preserve">[1:02:00] </w:t>
      </w:r>
      <w:r>
        <w:t>har jagah aap is ko dekh sakte hain, har jagah aap ko is ka is ke namune dikhaye pad sakte hain.</w:t>
      </w:r>
    </w:p>
    <w:p>
      <w:pPr>
        <w:jc w:val="right"/>
      </w:pPr>
      <w:r>
        <w:t>ہر جگہ آپ اس کو دیکھ سکتے ہیں، ہر جگہ آپ کو اس کا اس کے نمونے دکھائے پڑ سکتے ہیں۔</w:t>
      </w:r>
    </w:p>
    <w:p>
      <w:r>
        <w:rPr>
          <w:b/>
        </w:rPr>
        <w:t xml:space="preserve">[1:02:11] </w:t>
      </w:r>
      <w:r>
        <w:t>jo cheez pehle lagta tha ke sirf ek ek ek concept hai, sirf kehne ki baat hai, aaj woh masha allah waqea ban rahi hai, woh materialize ho rahi hai.</w:t>
      </w:r>
    </w:p>
    <w:p>
      <w:pPr>
        <w:jc w:val="right"/>
      </w:pPr>
      <w:r>
        <w:t>جو چیز پہلے لگتا تھا کہ صرف ایک ایک ایک کانسیپٹ ہے، صرف کہنے کی بات ہے، آج وہ ماشاءاللہ واقعہ بن رہی ہے، وہ مٹیریلائز ہو رہی ہے۔</w:t>
      </w:r>
    </w:p>
    <w:p>
      <w:r>
        <w:rPr>
          <w:b/>
        </w:rPr>
        <w:t xml:space="preserve">[1:02:22] </w:t>
      </w:r>
      <w:r>
        <w:t>har jagah log is ko mehsoos kar rahe hain, har jagah mehsoos kar rahe hain.</w:t>
      </w:r>
    </w:p>
    <w:p>
      <w:pPr>
        <w:jc w:val="right"/>
      </w:pPr>
      <w:r>
        <w:t>ہر جگہ لوگ اس کو محسوس کر رہے ہیں، ہر جگہ محسوس کر رہے ہیں۔</w:t>
      </w:r>
    </w:p>
    <w:p>
      <w:r>
        <w:rPr>
          <w:b/>
        </w:rPr>
        <w:t xml:space="preserve">[1:02:28] </w:t>
      </w:r>
      <w:r>
        <w:t>to baat sirf itni si hai ke aap negative thinking ko chhoden, negative concept of history ko apne mind se nikal den, positive andaaz mein sochna shuru karen.</w:t>
      </w:r>
    </w:p>
    <w:p>
      <w:pPr>
        <w:jc w:val="right"/>
      </w:pPr>
      <w:r>
        <w:t>تو بات صرف اتنی سی ہے کہ آپ نیگیٹیو تھنکنگ کو چھوڑیں، نیگیٹیو کانسیپٹ آف ہسٹری کو اپنے مائنڈ سے نکال دیں، پازیٹیو انداز میں سوچنا شروع کریں۔</w:t>
      </w:r>
    </w:p>
    <w:p>
      <w:r>
        <w:rPr>
          <w:b/>
        </w:rPr>
        <w:t xml:space="preserve">[1:02:40] </w:t>
      </w:r>
      <w:r>
        <w:t>jab aap aisa karenge to aap ke mind ke saare door khul jayenge, saari baaten jo bazahir chhipi hui thin, woh aap ko dikhai padne lagen gi.</w:t>
      </w:r>
    </w:p>
    <w:p>
      <w:pPr>
        <w:jc w:val="right"/>
      </w:pPr>
      <w:r>
        <w:t>جب آپ ایسا کریں گے تو آپ کے مائنڈ کے سارے ڈور کھل جائیں گے، ساری باتیں جو بظاہر چھپی ہوئی تھیں، وہ آپ کو دکھائی پڑنے لگیں گی۔</w:t>
      </w:r>
    </w:p>
    <w:p>
      <w:r>
        <w:rPr>
          <w:b/>
        </w:rPr>
        <w:t xml:space="preserve">[1:02:52] </w:t>
      </w:r>
      <w:r>
        <w:t>to masla apne mind ke door ko kholna hai.</w:t>
      </w:r>
    </w:p>
    <w:p>
      <w:pPr>
        <w:jc w:val="right"/>
      </w:pPr>
      <w:r>
        <w:t>تو مسئلہ اپنے مائنڈ کے ڈور کو کھولنا ہے۔</w:t>
      </w:r>
    </w:p>
    <w:p>
      <w:r>
        <w:rPr>
          <w:b/>
        </w:rPr>
        <w:t xml:space="preserve">[1:02:57] </w:t>
      </w:r>
      <w:r>
        <w:t>bahar to sab sab sab kuch theek hai, bahar ki duniya hai, woh woh woh hamare liye poori tarah se favorable duniya hai, hamare liye opportunities is mein bhari hui hain, lekin hamara mind jo hai, us ko dekh nahin pata.</w:t>
      </w:r>
    </w:p>
    <w:p>
      <w:pPr>
        <w:jc w:val="right"/>
      </w:pPr>
      <w:r>
        <w:t>باہر تو سب سب سب کچھ ٹھیک ہے، باہر کی دنیا ہے، وہ وہ وہ ہمارے لیے پوری طرح سے فیوریبل دنیا ہے، ہمارے لیے اپرچونیٹیز اس میں بھری ہوئی ہیں، لیکن ہمارا مائنڈ جو ہے، اس کو دیکھ نہیں پاتا۔</w:t>
      </w:r>
    </w:p>
    <w:p>
      <w:r>
        <w:rPr>
          <w:b/>
        </w:rPr>
        <w:t xml:space="preserve">[1:03:13] </w:t>
      </w:r>
      <w:r>
        <w:t>to to kaam yeh hai apni blindness ko khatam kijiye, apni blindness ko. jaise hum aankh band kar len to humein suraj dikhai nahin de ga.</w:t>
      </w:r>
    </w:p>
    <w:p>
      <w:pPr>
        <w:jc w:val="right"/>
      </w:pPr>
      <w:r>
        <w:t>تو تو کام یہ ہے اپنی بلائنڈنس کو ختم کیجئے، اپنی بلائنڈنس کو۔ جیسے ہم آنکھ بند کر لیں تو ہمیں سورج دکھائی نہیں دے گا۔</w:t>
      </w:r>
    </w:p>
    <w:p>
      <w:r>
        <w:rPr>
          <w:b/>
        </w:rPr>
        <w:t xml:space="preserve">[1:03:25] </w:t>
      </w:r>
      <w:r>
        <w:t>to yeh kehna ke suraj nahin hai, suraj nahin hai, koi faida nahin. apni aankh ko khol dijiye. jaise hi aap aankh kholenge, aap ko suraj chamakta hua dikhai de ga.</w:t>
      </w:r>
    </w:p>
    <w:p>
      <w:pPr>
        <w:jc w:val="right"/>
      </w:pPr>
      <w:r>
        <w:t>تو یہ کہنا کہ سورج نہیں ہے، سورج نہیں ہے، کوئی فائدہ نہیں۔ اپنی آنکھ کو کھول دیجئے۔ جیسے ہی آپ آنکھ کھولیں گے، آپ کو سورج چمکتا ہوا دکھائی دے گا۔</w:t>
      </w:r>
    </w:p>
    <w:p>
      <w:r>
        <w:rPr>
          <w:b/>
        </w:rPr>
        <w:t xml:space="preserve">[1:03:36] </w:t>
      </w:r>
      <w:r>
        <w:t>to main samajhta hoon ke sab se bara kaam hai logon ko educate karna, logon ko yani intellectual awakening lana logon ke andar, logon ko samajhdari dena,</w:t>
      </w:r>
    </w:p>
    <w:p>
      <w:pPr>
        <w:jc w:val="right"/>
      </w:pPr>
      <w:r>
        <w:t>تو میں سمجھتا ہوں کہ سب سے بڑا کام ہے لوگوں کو ایجوکیٹ کرنا، لوگوں کو یعنی انٹلیکچول اویکننگ لانا لوگوں کے اندر، لوگوں کو سمجھداری دینا،</w:t>
      </w:r>
    </w:p>
    <w:p>
      <w:r>
        <w:rPr>
          <w:b/>
        </w:rPr>
        <w:t xml:space="preserve">[1:03:49] </w:t>
      </w:r>
      <w:r>
        <w:t>logon ko andar art of thinking lana, logon ko sochne ka tareeqa batana. is ki sab se zyada zaroorat hai. aur hum allah ke fazl se isi ke liye kaam kar rahe hain.</w:t>
      </w:r>
    </w:p>
    <w:p>
      <w:pPr>
        <w:jc w:val="right"/>
      </w:pPr>
      <w:r>
        <w:t>لوگوں کو اندر آرٹ آف تھنکنگ لانا، لوگوں کو سوچنے کا طریقہ بتانا۔ اس کی سب سے زیادہ ضرورت ہے۔ اور ہم اللہ کے فضل سے اسی کے لیے کام کر رہے ہیں۔</w:t>
      </w:r>
    </w:p>
    <w:p>
      <w:r>
        <w:rPr>
          <w:b/>
        </w:rPr>
        <w:t xml:space="preserve">[1:04:01] </w:t>
      </w:r>
      <w:r>
        <w:t>main apne liye, aap sab logon ke liye dua karta hoon ke aap ko khuda yani quran ki nazar se dekhne ki taqat ata farmaye. aap par raaste khulen, is duniya mein bhi aur aakhirat mein bhi.</w:t>
      </w:r>
    </w:p>
    <w:p>
      <w:pPr>
        <w:jc w:val="right"/>
      </w:pPr>
      <w:r>
        <w:t>میں اپنے لیے، آپ سب لوگوں کے لیے دعا کرتا ہوں کہ آپ کو خدا یعنی قرآن کی نظر سے دیکھنے کی طاقت عطا فرمائے۔ آپ پر راستے کھلیں، اس دنیا میں بھی اور آخرت میں بھی۔</w:t>
      </w:r>
    </w:p>
    <w:p>
      <w:r>
        <w:rPr>
          <w:b/>
        </w:rPr>
        <w:t xml:space="preserve">[1:04:16] </w:t>
      </w:r>
      <w:r>
        <w:t>aqool qooli haza wastaghfirullah alay wa lakum ajmaeen.</w:t>
      </w:r>
    </w:p>
    <w:p>
      <w:pPr>
        <w:jc w:val="right"/>
      </w:pPr>
      <w:r>
        <w:t>اقول قولیھذا واستغفراللہ علی ویلکم اجمعین۔</w:t>
      </w:r>
    </w:p>
    <w:p>
      <w:r>
        <w:rPr>
          <w:b/>
        </w:rPr>
        <w:t xml:space="preserve">[1:04:35] </w:t>
      </w:r>
      <w:r>
        <w:t>molana does quran have any reference which talks about that human mind has its own limitations to understand the creation plan directly unless and until it is intervened by divinity and discloses it to.</w:t>
      </w:r>
    </w:p>
    <w:p>
      <w:pPr>
        <w:jc w:val="right"/>
      </w:pPr>
      <w:r>
        <w:t>مولانا ڈز قرآن ہیو اینی ریفرنس وچ ٹاکس اباؤٹ دیٹ ہیومن مائنڈ ہیز اٹس اون لیمیٹیشنز ٹو انڈرسٹینڈ دا کریشن پلان ڈائریکٹلی انلیس اینڈ انٹل اٹ از انٹروین بائے ڈیوینیٹی اینڈ ڈسکلوز اٹ ٹو۔</w:t>
      </w:r>
    </w:p>
    <w:p>
      <w:r>
        <w:rPr>
          <w:b/>
        </w:rPr>
        <w:t xml:space="preserve">[1:04:58] </w:t>
      </w:r>
      <w:r>
        <w:t>haan yeh to bohat is ko main is ko pehle bata chuka hoon. astaloon rooh rooh rabbi</w:t>
      </w:r>
    </w:p>
    <w:p>
      <w:pPr>
        <w:jc w:val="right"/>
      </w:pPr>
      <w:r>
        <w:t>ہاں یہ تو بہت اس کو میں اس کو پہلے بتا چکا ہوں۔ استلون روح روح ربی</w:t>
      </w:r>
    </w:p>
    <w:p>
      <w:r>
        <w:rPr>
          <w:b/>
        </w:rPr>
        <w:t xml:space="preserve">[1:05:05] </w:t>
      </w:r>
      <w:r>
        <w:t>mauti qareera. behal woh surah bani israel jo hai quran ke beech mein padhti hai, woh ghaliban number sixteen hai shayad.</w:t>
      </w:r>
    </w:p>
    <w:p>
      <w:pPr>
        <w:jc w:val="right"/>
      </w:pPr>
      <w:r>
        <w:t>ماوتی قریرا۔ بہرحال وہ سورہ بنی اسرائیل جو ہے قرآن کے بیچ میں پڑھتی ہے، وہ غالباً نمبر سکسٹین ہے شاید۔</w:t>
      </w:r>
    </w:p>
    <w:p>
      <w:r>
        <w:rPr>
          <w:b/>
        </w:rPr>
        <w:t xml:space="preserve">[1:05:17] </w:t>
      </w:r>
      <w:r>
        <w:t>to is mein yeh hai ke</w:t>
      </w:r>
    </w:p>
    <w:p>
      <w:pPr>
        <w:jc w:val="right"/>
      </w:pPr>
      <w:r>
        <w:t>تو اس میں یہ ہے کہ</w:t>
      </w:r>
    </w:p>
    <w:p>
      <w:r>
        <w:rPr>
          <w:b/>
        </w:rPr>
        <w:t xml:space="preserve">[1:05:21] </w:t>
      </w:r>
      <w:r>
        <w:t>wa ma ooteet min al-ilmi illa qaleela. insaan ko diya gaya hai sirf limited knowledge.</w:t>
      </w:r>
    </w:p>
    <w:p>
      <w:pPr>
        <w:jc w:val="right"/>
      </w:pPr>
      <w:r>
        <w:t>وما اوتیت من العلم الا قلیلا۔ انسان کو دیا گیا ہے صرف لمیٹڈ نالج۔</w:t>
      </w:r>
    </w:p>
    <w:p>
      <w:r>
        <w:rPr>
          <w:b/>
        </w:rPr>
        <w:t xml:space="preserve">[1:05:30] </w:t>
      </w:r>
      <w:r>
        <w:t>haan wohi jo science kehti hai, science gives but a partial knowledge of reality. to theek wohi wa ma ooteet min al-ilmi illa qaleela.</w:t>
      </w:r>
    </w:p>
    <w:p>
      <w:pPr>
        <w:jc w:val="right"/>
      </w:pPr>
      <w:r>
        <w:t>ہاں وہی جو سائنس کہتی ہے، سائنس گیوز بٹ اے پارشل نالج اف ریلیٹی۔ تو ٹھیک وہی وما اوتیت من العلم الا قلیلا۔</w:t>
      </w:r>
    </w:p>
    <w:p>
      <w:r>
        <w:rPr>
          <w:b/>
        </w:rPr>
        <w:t xml:space="preserve">[1:05:42] </w:t>
      </w:r>
      <w:r>
        <w:t>tum ko ilm diya gaya hai thoda,</w:t>
      </w:r>
    </w:p>
    <w:p>
      <w:pPr>
        <w:jc w:val="right"/>
      </w:pPr>
      <w:r>
        <w:t>تم کو علم دیا گیا ہے تھوڑا،</w:t>
      </w:r>
    </w:p>
    <w:p>
      <w:r>
        <w:rPr>
          <w:b/>
        </w:rPr>
        <w:t xml:space="preserve">[1:05:47] </w:t>
      </w:r>
      <w:r>
        <w:t>ilm diya gaya hai thoda.</w:t>
      </w:r>
    </w:p>
    <w:p>
      <w:pPr>
        <w:jc w:val="right"/>
      </w:pPr>
      <w:r>
        <w:t>علم دیا گیا ہے تھوڑا۔</w:t>
      </w:r>
    </w:p>
    <w:p>
      <w:r>
        <w:rPr>
          <w:b/>
        </w:rPr>
        <w:t xml:space="preserve">[1:05:50] </w:t>
      </w:r>
      <w:r>
        <w:t>ab is ki is ka ek proof yeh hai ke duniya ke sab se bare mind hazaron saal tak near about 55 tha 84 mein lage rahe.</w:t>
      </w:r>
    </w:p>
    <w:p>
      <w:pPr>
        <w:jc w:val="right"/>
      </w:pPr>
      <w:r>
        <w:t>اب اس کی اس کا ایک پروف یہ ہے کہ دنیا کے سب سے بڑے مائنڈ ہزاروں سال تک نیئر اباؤٹ 55 تھا 84 میں لگے رہے۔</w:t>
      </w:r>
    </w:p>
    <w:p>
      <w:r>
        <w:rPr>
          <w:b/>
        </w:rPr>
        <w:t xml:space="preserve">[1:06:04] </w:t>
      </w:r>
      <w:r>
        <w:t>itne bare bare mind the jaise ke Socrates, Plato, Aristotle. itne bare bare mind the, woh pahad the.</w:t>
      </w:r>
    </w:p>
    <w:p>
      <w:pPr>
        <w:jc w:val="right"/>
      </w:pPr>
      <w:r>
        <w:t>اتنے بڑے بڑے مائنڈ تھے جیسے کہ سوکریٹیز، پلیٹو، ارسٹوٹل۔ اتنے بڑے بڑے مائنڈ تھے، وہ پہاڑ تھے۔</w:t>
      </w:r>
    </w:p>
    <w:p>
      <w:r>
        <w:rPr>
          <w:b/>
        </w:rPr>
        <w:t xml:space="preserve">[1:06:13] </w:t>
      </w:r>
      <w:r>
        <w:t>woh toh dunya ek time tha ke philosophy ko queen of art samj</w:t>
      </w:r>
    </w:p>
    <w:p>
      <w:pPr>
        <w:jc w:val="right"/>
      </w:pPr>
      <w:r>
        <w:t>وہ تو دنیا ایک ٹائم تھا کہ فلاسفی کو کوئین اف آرٹ سمج</w:t>
      </w:r>
    </w:p>
    <w:p>
      <w:r>
        <w:rPr>
          <w:b/>
        </w:rPr>
        <w:t xml:space="preserve">[1:06:19] </w:t>
      </w:r>
      <w:r>
        <w:t>hata tha, queen of art. sab se bara ilm science se pehle tamam bare bare mind philosophy mein chale gaye.</w:t>
      </w:r>
    </w:p>
    <w:p>
      <w:pPr>
        <w:jc w:val="right"/>
      </w:pPr>
      <w:r>
        <w:t>ھاتا تھا، کوئین اف آرٹ۔ سب سے بڑا علم سائنس سے پہلے تمام بڑے بڑے مائنڈ فلاسفی میں چلے گئے۔</w:t>
      </w:r>
    </w:p>
    <w:p>
      <w:r>
        <w:rPr>
          <w:b/>
        </w:rPr>
        <w:t xml:space="preserve">[1:06:28] </w:t>
      </w:r>
      <w:r>
        <w:t>ab adhuri conclusion ke sath kuch bhi nahi diya unhon ne,</w:t>
      </w:r>
    </w:p>
    <w:p>
      <w:pPr>
        <w:jc w:val="right"/>
      </w:pPr>
      <w:r>
        <w:t>اب ادھوری کنکلوژن کے ساتھ کچھ بھی نہیں دیا انہوں نے،</w:t>
      </w:r>
    </w:p>
    <w:p>
      <w:r>
        <w:rPr>
          <w:b/>
        </w:rPr>
        <w:t xml:space="preserve">[1:06:35] </w:t>
      </w:r>
      <w:r>
        <w:t>kuch bhi nahi diya. kyun? isi liye ke woh woh chahte the ke hum yani sari cheezon ko aql se explain kar lein.</w:t>
      </w:r>
    </w:p>
    <w:p>
      <w:pPr>
        <w:jc w:val="right"/>
      </w:pPr>
      <w:r>
        <w:t>کچھ بھی نہیں دیا۔ کیوں؟ اسی لیے کہ وہ وہ چاہتے تھے کہ ہم یعنی ساری چیزوں کو عقل سے ایکسپلین کر لیں۔</w:t>
      </w:r>
    </w:p>
    <w:p>
      <w:r>
        <w:rPr>
          <w:b/>
        </w:rPr>
        <w:t xml:space="preserve">[1:06:48] </w:t>
      </w:r>
      <w:r>
        <w:t>ab aql ki limitation ki wajah se woh nahi kar sake.</w:t>
      </w:r>
    </w:p>
    <w:p>
      <w:pPr>
        <w:jc w:val="right"/>
      </w:pPr>
      <w:r>
        <w:t>اب عقل کی لیمیٹیشن کی وجہ سے وہ نہیں کر سکے۔</w:t>
      </w:r>
    </w:p>
    <w:p>
      <w:r>
        <w:rPr>
          <w:b/>
        </w:rPr>
        <w:t xml:space="preserve">[1:06:57] </w:t>
      </w:r>
      <w:r>
        <w:t>toh wa ma ootiya min al-ilmi illa qaleela. tum ko diya ilm thoda. science ne toh maan liya, philosophy ne nahi mana tha. science ne toh maan liya ke ilm insan koi koi woh hai limitations hain,</w:t>
      </w:r>
    </w:p>
    <w:p>
      <w:pPr>
        <w:jc w:val="right"/>
      </w:pPr>
      <w:r>
        <w:t>تو وما اوتیت من العلم الا قلیلا۔ تم کو دیا علم تھوڑا۔ سائنس نے تو مان لیا، فلاسفی نے نہیں مانا تھا۔ سائنس نے تو مان لیا کہ علم انسان کوئی کوئی وہ ہے لیمیٹیشنز ہیں،</w:t>
      </w:r>
    </w:p>
    <w:p>
      <w:r>
        <w:rPr>
          <w:b/>
        </w:rPr>
        <w:t xml:space="preserve">[1:07:12] </w:t>
      </w:r>
      <w:r>
        <w:t>insan ki limitations hain.</w:t>
      </w:r>
    </w:p>
    <w:p>
      <w:pPr>
        <w:jc w:val="right"/>
      </w:pPr>
      <w:r>
        <w:t>انسان کی لیمیٹیشنز ہیں۔</w:t>
      </w:r>
    </w:p>
    <w:p>
      <w:r>
        <w:rPr>
          <w:b/>
        </w:rPr>
        <w:t xml:space="preserve">[1:07:15] </w:t>
      </w:r>
      <w:r>
        <w:t>bohat achi kitab hai woh, woh is ki naam hai limitations of science. aap is ko parhiye, limitations of science.</w:t>
      </w:r>
    </w:p>
    <w:p>
      <w:pPr>
        <w:jc w:val="right"/>
      </w:pPr>
      <w:r>
        <w:t>بہت اچھی کتاب ہے وہ، وہ اس کی نام ہے لیمیٹیشنز اف سائنس۔ آپ اس کو پڑھیے، لیمیٹیشنز اف سائنس۔</w:t>
      </w:r>
    </w:p>
    <w:p>
      <w:r>
        <w:rPr>
          <w:b/>
        </w:rPr>
        <w:t xml:space="preserve">[1:07:26] </w:t>
      </w:r>
      <w:r>
        <w:t>Selyon Selyon ke doctor Selyon ki kitab hai limitations of science. okay</w:t>
      </w:r>
    </w:p>
    <w:p>
      <w:pPr>
        <w:jc w:val="right"/>
      </w:pPr>
      <w:r>
        <w:t>سلیون سلیون کے ڈاکٹر سلیون کی کتاب ہے لیمیٹیشنز اف سائنس۔ اوکے</w:t>
      </w:r>
    </w:p>
    <w:p>
      <w:r>
        <w:rPr>
          <w:b/>
        </w:rPr>
        <w:t xml:space="preserve">[1:07:34] </w:t>
      </w:r>
      <w:r>
        <w:t>and Maulana in this continuation, ah is there any hadith also through prophets</w:t>
      </w:r>
    </w:p>
    <w:p>
      <w:pPr>
        <w:jc w:val="right"/>
      </w:pPr>
      <w:r>
        <w:t>اینڈ مولانا ان دس کنٹینیوشن، اہ از دیر اینی حدیث السو تھرو پرافٹس</w:t>
      </w:r>
    </w:p>
    <w:p>
      <w:r>
        <w:rPr>
          <w:b/>
        </w:rPr>
        <w:t xml:space="preserve">[1:07:44] </w:t>
      </w:r>
      <w:r>
        <w:t>in in the same subject? hmm zaroor hogi, aisa sochna parega.</w:t>
      </w:r>
    </w:p>
    <w:p>
      <w:pPr>
        <w:jc w:val="right"/>
      </w:pPr>
      <w:r>
        <w:t>ان ان دی سیم سبجیکٹ؟ ہمم ضرور ہوگی، ایسا سوچنا پڑے گا۔</w:t>
      </w:r>
    </w:p>
    <w:p>
      <w:r>
        <w:rPr>
          <w:b/>
        </w:rPr>
        <w:t xml:space="preserve">[1:07:58] </w:t>
      </w:r>
      <w:r>
        <w:t>zaroor hogi, main soch ke bataunga inshallah. yeh Quran ki ayat toh saaf saaf hai.</w:t>
      </w:r>
    </w:p>
    <w:p>
      <w:pPr>
        <w:jc w:val="right"/>
      </w:pPr>
      <w:r>
        <w:t>ضرور ہوگی، میں سوچ کے بتاؤں گا انشاءاللہ۔ یہ قرآن کی آیت تو صاف صاف ہے۔</w:t>
      </w:r>
    </w:p>
    <w:p>
      <w:r>
        <w:rPr>
          <w:b/>
        </w:rPr>
        <w:t xml:space="preserve">[1:08:04] </w:t>
      </w:r>
      <w:r>
        <w:t>Maulana aap ne bataya tha pehle that the total war that took place between the prophet during the prophets time was only one and a half days.</w:t>
      </w:r>
    </w:p>
    <w:p>
      <w:pPr>
        <w:jc w:val="right"/>
      </w:pPr>
      <w:r>
        <w:t>مولانا آپ نے بتایا تھا پہلے دیٹ دا ٹوٹل وار دیٹ ٹوک پلیس بٹوین دا پرافٹ ڈیورنگ دا پرافٹس ٹائم وار اونلی ون اینڈ ہاف ڈیز۔</w:t>
      </w:r>
    </w:p>
    <w:p>
      <w:r>
        <w:rPr>
          <w:b/>
        </w:rPr>
        <w:t xml:space="preserve">[1:08:15] </w:t>
      </w:r>
      <w:r>
        <w:t>toh jo sare jo wars hue the, total one and a half days. toh Maulana aisa kyun hai that the spiritual personality of the prophet is ignored by most writers and more the political aspect of his personality come down?</w:t>
      </w:r>
    </w:p>
    <w:p>
      <w:pPr>
        <w:jc w:val="right"/>
      </w:pPr>
      <w:r>
        <w:t>تو جو سارے جو وارز ہوئے تھے، ٹوٹل ون اینڈ ہاف ڈیز۔ تو مولانا ایسا کیوں ہے دیٹ دی سپرچول پرسنیلٹی اف دا پرافٹ از اگنورڈ بائے موسٹ رائٹرز اینڈ مور دا پولیٹیکل ایسپیکٹ اف ہز پرسنیلٹی کم ڈاؤن؟</w:t>
      </w:r>
    </w:p>
    <w:p>
      <w:r>
        <w:rPr>
          <w:b/>
        </w:rPr>
        <w:t xml:space="preserve">[1:08:31] </w:t>
      </w:r>
      <w:r>
        <w:t>haan yeh bohat hi acha question hai. yeh aap se pehle is question ko kiya Ibn Khaldun ne?</w:t>
      </w:r>
    </w:p>
    <w:p>
      <w:pPr>
        <w:jc w:val="right"/>
      </w:pPr>
      <w:r>
        <w:t>ہاں یہ بہت ہی اچھا کوئسچن ہے۔ یہ آپ سے پہلے اس کوئسچن کو کیا ابن خلدون نے؟</w:t>
      </w:r>
    </w:p>
    <w:p>
      <w:r>
        <w:rPr>
          <w:b/>
        </w:rPr>
        <w:t xml:space="preserve">[1:08:41] </w:t>
      </w:r>
      <w:r>
        <w:t>Ibn Khaldun ek bohat bara scholar tha. Ibn Khaldun Spain mein is ka janam hua tha. is ne yahi kaha ke Islam ki history hamare paas available hai, woh history complete nahi hai.</w:t>
      </w:r>
    </w:p>
    <w:p>
      <w:pPr>
        <w:jc w:val="right"/>
      </w:pPr>
      <w:r>
        <w:t>ابن خلدون ایک بہت بڑا اسکالر تھا۔ ابن خلدون اسپین میں اس کا جنم ہوا تھا۔ اس نے یہی کہا کہ اسلام کی ہسٹری ہمارے پاس اویلیبل ہے، وہ ہسٹری کمپلیٹ نہیں ہے۔</w:t>
      </w:r>
    </w:p>
    <w:p>
      <w:r>
        <w:rPr>
          <w:b/>
        </w:rPr>
        <w:t xml:space="preserve">[1:08:57] </w:t>
      </w:r>
      <w:r>
        <w:t>main matlab jo recorded jo written history jo hai, written woh chahta tha ke phir se likhe, rewrite kare history ko. Ibn Khaldun jo tha, woh Islam ki history ko rewrite karna chahta tha.</w:t>
      </w:r>
    </w:p>
    <w:p>
      <w:pPr>
        <w:jc w:val="right"/>
      </w:pPr>
      <w:r>
        <w:t>میں مطلب جو ریکارڈڈ جو ریٹن ہسٹری جو ہے، ریٹن وہ چاہتا تھا کہ پھر سے لکھے، ری رائٹ کرے ہسٹری کو۔ ابن خلدون جو تھا، وہ اسلام کی ہسٹری کو ری رائٹ کرنا چاہتا تھا۔</w:t>
      </w:r>
    </w:p>
    <w:p>
      <w:r>
        <w:rPr>
          <w:b/>
        </w:rPr>
        <w:t xml:space="preserve">[1:09:12] </w:t>
      </w:r>
      <w:r>
        <w:t>toh rewrite Islam ki history kya sakti hai, lekin bohat zyada is mein labor ki zaroorat hai. hum ne bhi chaha tha, lekin hum itni labor nahi kar paye.</w:t>
      </w:r>
    </w:p>
    <w:p>
      <w:pPr>
        <w:jc w:val="right"/>
      </w:pPr>
      <w:r>
        <w:t>تو ری رائٹ اسلام کی ہسٹری کیا سکتی ہے، لیکن بہت زیادہ اس میں لیبر کی ضرورت ہے۔ ہم نے بھی چاہا تھا، لیکن ہم اتنی لیبر نہیں کر پائے۔</w:t>
      </w:r>
    </w:p>
    <w:p>
      <w:r>
        <w:rPr>
          <w:b/>
        </w:rPr>
        <w:t xml:space="preserve">[1:09:21] </w:t>
      </w:r>
      <w:r>
        <w:t>kuch fragments mile humein jo hum dete rehte hain.</w:t>
      </w:r>
    </w:p>
    <w:p>
      <w:pPr>
        <w:jc w:val="right"/>
      </w:pPr>
      <w:r>
        <w:t>کچھ فریگمنٹس ملے ہمیں جو ہم دیتے رہتے ہیں۔</w:t>
      </w:r>
    </w:p>
    <w:p>
      <w:r>
        <w:rPr>
          <w:b/>
        </w:rPr>
        <w:t xml:space="preserve">[1:09:26] </w:t>
      </w:r>
      <w:r>
        <w:t>toh is ki wajah yeh hai, dekhiye ke 13 saal jo prophet ke the Mecca mein, woh sab se zyada bhare hue the is tarah ki baton se.</w:t>
      </w:r>
    </w:p>
    <w:p>
      <w:pPr>
        <w:jc w:val="right"/>
      </w:pPr>
      <w:r>
        <w:t>تو اس کی وجہ یہ ہے، دیکھیے کہ 13 سال جو پرافٹ کے تھے مکہ میں، وہ سب سے زیادہ بھرے ہوئے تھے اس طرح کی باتوں سے۔</w:t>
      </w:r>
    </w:p>
    <w:p>
      <w:r>
        <w:rPr>
          <w:b/>
        </w:rPr>
        <w:t xml:space="preserve">[1:09:40] </w:t>
      </w:r>
      <w:r>
        <w:t>jab ladai shuru nahi hui thi</w:t>
      </w:r>
    </w:p>
    <w:p>
      <w:pPr>
        <w:jc w:val="right"/>
      </w:pPr>
      <w:r>
        <w:t>جب لڑائی شروع نہیں ہوئی تھی</w:t>
      </w:r>
    </w:p>
    <w:p>
      <w:r>
        <w:rPr>
          <w:b/>
        </w:rPr>
        <w:t xml:space="preserve">[1:09:42] </w:t>
      </w:r>
      <w:r>
        <w:t>toh is zamane mein writing ka kaam kuch hua nahi.</w:t>
      </w:r>
    </w:p>
    <w:p>
      <w:pPr>
        <w:jc w:val="right"/>
      </w:pPr>
      <w:r>
        <w:t>تو اس زمانے میں رائٹنگ کا کام کچھ ہوا نہیں۔</w:t>
      </w:r>
    </w:p>
    <w:p>
      <w:r>
        <w:rPr>
          <w:b/>
        </w:rPr>
        <w:t xml:space="preserve">[1:09:49] </w:t>
      </w:r>
      <w:r>
        <w:t>aur jo Madani Madina period mein likha gaya aur is ka charcha hua, toh woh ladai shuru ho chuki thi.</w:t>
      </w:r>
    </w:p>
    <w:p>
      <w:pPr>
        <w:jc w:val="right"/>
      </w:pPr>
      <w:r>
        <w:t>اور جو مدنی مدینہ پیریڈ میں لکھا گیا اور اس کا چرچہ ہوا، تو وہ لڑائی شروع ہو چکی تھی۔</w:t>
      </w:r>
    </w:p>
    <w:p>
      <w:r>
        <w:rPr>
          <w:b/>
        </w:rPr>
        <w:t xml:space="preserve">[1:10:00] </w:t>
      </w:r>
      <w:r>
        <w:t>is wajah se jo political item hain ya jo war se related baatein hain, woh toh bohat zyada hain, bohat zyada hain, bohat zyada hain.</w:t>
      </w:r>
    </w:p>
    <w:p>
      <w:pPr>
        <w:jc w:val="right"/>
      </w:pPr>
      <w:r>
        <w:t>اس وجہ سے جو پولیٹیکل آئٹم ہیں یا جو وار سے ریلیٹڈ باتیں ہیں، وہ تو بہت زیادہ ہیں، بہت زیادہ ہیں، بہت زیادہ ہیں۔</w:t>
      </w:r>
    </w:p>
    <w:p>
      <w:r>
        <w:rPr>
          <w:b/>
        </w:rPr>
        <w:t xml:space="preserve">[1:10:10] </w:t>
      </w:r>
      <w:r>
        <w:t>aur jo superchuali se related baatein hain, woh is ko fragmentary way mein idhar udhar hain. is ko akatha karna hai, woh hum karte rehte hain.</w:t>
      </w:r>
    </w:p>
    <w:p>
      <w:pPr>
        <w:jc w:val="right"/>
      </w:pPr>
      <w:r>
        <w:t>اور جو سپرچولی سے ریلیٹڈ باتیں ہیں، وہ اس کو فریگمنٹری وے میں ادھر ادھر ہیں۔ اس کو اکٹھا کرنا ہے، وہ ہم کرتے رہتے ہیں۔</w:t>
      </w:r>
    </w:p>
    <w:p>
      <w:r>
        <w:rPr>
          <w:b/>
        </w:rPr>
        <w:t xml:space="preserve">[1:10:19] </w:t>
      </w:r>
      <w:r>
        <w:t>yaani hum ne bohat saari cheezein akatha ki hain. abhi ek yaani ek single book mein nahi akatha kiya is ko, lekin different article hamare jo books hain, is ko parhein aap to bohat saari cheezein hum ne akatha ki hain.</w:t>
      </w:r>
    </w:p>
    <w:p>
      <w:pPr>
        <w:jc w:val="right"/>
      </w:pPr>
      <w:r>
        <w:t>یعنی ہم نے بہت ساری چیزیں اکٹھا کی ہیں۔ ابھی ایک یعنی ایک سنگل بک میں نہیں اکٹھا کیا اس کو، لیکن ڈفرنٹ آرٹیکل ہمارے جو بکس ہیں، اس کو پڑھیں آپ تو بہت ساری چیزیں ہم نے اکٹھا کی ہیں۔</w:t>
      </w:r>
    </w:p>
    <w:p>
      <w:r>
        <w:rPr>
          <w:b/>
        </w:rPr>
        <w:t xml:space="preserve">[1:10:34] </w:t>
      </w:r>
      <w:r>
        <w:t>woh hum kar rahe hain,</w:t>
      </w:r>
    </w:p>
    <w:p>
      <w:pPr>
        <w:jc w:val="right"/>
      </w:pPr>
      <w:r>
        <w:t>وہ ہم کر رہے ہیں،</w:t>
      </w:r>
    </w:p>
    <w:p>
      <w:r>
        <w:rPr>
          <w:b/>
        </w:rPr>
        <w:t xml:space="preserve">[1:10:36] </w:t>
      </w:r>
      <w:r>
        <w:t>abhi tak hum is ko kiya ja raha hai. daily hum yeh dekhein, Maulana Zikwan sahib hain, un se poochein, aap daily ab yeh sab karte rehte hain. kitabon mein yaani arabic books jo hain, us mein nikalte rehte hain, nikalte hain, nikalte rehte hain.</w:t>
      </w:r>
    </w:p>
    <w:p>
      <w:pPr>
        <w:jc w:val="right"/>
      </w:pPr>
      <w:r>
        <w:t>ابھی تک ہم اس کو کیا جا رہا ہے۔ ڈیلی ہم یہ دیکھیں، مولانا زکوان صاحب ہیں، ان سے پوچھیں، آپ ڈیلی اب یہ سب کرتے رہتے ہیں۔ کتابوں میں یعنی عربک بکس جو ہیں، اس میں نکالتے رہتے ہیں، نکالتے ہیں، نکالتے رہتے ہیں۔</w:t>
      </w:r>
    </w:p>
    <w:p>
      <w:r>
        <w:rPr>
          <w:b/>
        </w:rPr>
        <w:t xml:space="preserve">[1:10:48] </w:t>
      </w:r>
      <w:r>
        <w:t>daily hum log kaam yahi hai. to Ibn Khaldun ne chaha tha ke likhein, rewrite karein history ko, to woh woh rewrite nahi kar sake, woh bechare mar gaye.</w:t>
      </w:r>
    </w:p>
    <w:p>
      <w:pPr>
        <w:jc w:val="right"/>
      </w:pPr>
      <w:r>
        <w:t>ڈیلی ہم لوگ کام یہی ہے۔ تو ابن خلدون نے چاہا تھا کہ لکھیں، ری رائٹ کریں ہسٹری کو، تو وہ وہ ری رائٹ نہیں کر سکے، وہ بیچارے مر گئے۔</w:t>
      </w:r>
    </w:p>
    <w:p>
      <w:r>
        <w:rPr>
          <w:b/>
        </w:rPr>
        <w:t xml:space="preserve">[1:11:02] </w:t>
      </w:r>
      <w:r>
        <w:t>hum bhi Islamic history ke naam se koi book to nahi likh sake hum, lekin hum ne bohat saare fragments akatha kiye hain. in ko mila kar aap ek picture bana sakte hain, picture.</w:t>
      </w:r>
    </w:p>
    <w:p>
      <w:pPr>
        <w:jc w:val="right"/>
      </w:pPr>
      <w:r>
        <w:t>ہم بھی اسلامک ہسٹری کے نام سے کوئی بک تو نہیں لکھ سکے ہم، لیکن ہم نے بہت سارے فریگمنٹس اکٹھا کیے ہیں۔ ان کو ملا کر آپ ایک پکچر بنا سکتے ہیں، پکچر۔</w:t>
      </w:r>
    </w:p>
    <w:p>
      <w:r>
        <w:rPr>
          <w:b/>
        </w:rPr>
        <w:t xml:space="preserve">[1:11:13] </w:t>
      </w:r>
      <w:r>
        <w:t>haan Maulana, bas is mein jo jo wars hain, woh yeh bhi keh sakte hain Maulana ke kyunke wars are part of the history, so that's the reason he been recorded.</w:t>
      </w:r>
    </w:p>
    <w:p>
      <w:pPr>
        <w:jc w:val="right"/>
      </w:pPr>
      <w:r>
        <w:t>ہاں مولانا، بس اس میں جو جو وارز ہیں، وہ یہ بھی کہہ سکتے ہیں مولانا کہ کیونکہ وارز ار پارٹ اف دا ہسٹری، سو دیٹس دا ریزن ہی بین ریکارڈڈ۔</w:t>
      </w:r>
    </w:p>
    <w:p>
      <w:r>
        <w:rPr>
          <w:b/>
        </w:rPr>
        <w:t xml:space="preserve">[1:11:26] </w:t>
      </w:r>
      <w:r>
        <w:t>dekhein, war to necessary thi bilkul, kyunke woh duaein jo jo rocks the, political rocks, yunani empire aur Roman empire, us ke upar todein nahi aap to woh astar marke nahi chalta tha.</w:t>
      </w:r>
    </w:p>
    <w:p>
      <w:pPr>
        <w:jc w:val="right"/>
      </w:pPr>
      <w:r>
        <w:t>دیکھیں، وار تو نیسیسری تھی بالکل، کیونکہ وہ دعائیں جو جو راکس تھے، پولیٹیکل راکس، یونانی ایمپائر اور رومن ایمپائر، اس کے اوپر توڑیں نہیں آپ تو وہ استار مار کے نہیں چلتا تھا۔</w:t>
      </w:r>
    </w:p>
    <w:p>
      <w:r>
        <w:rPr>
          <w:b/>
        </w:rPr>
        <w:t xml:space="preserve">[1:11:42] </w:t>
      </w:r>
      <w:r>
        <w:t>un ka todna zaroori tha. yeh astar scholars ne mana hai, yeh Heriady Pren ne yeh kaha hai ke agar Islam ne Roman empire ko aur Sasani empire na toda hota to aaj tak insaan jo hai, slavery mein pada rehta.</w:t>
      </w:r>
    </w:p>
    <w:p>
      <w:pPr>
        <w:jc w:val="right"/>
      </w:pPr>
      <w:r>
        <w:t>ان کا توڑنا ضروری تھا۔ یہ استار اسکالرز نے مانا ہے، یہ ہریڈی پرین نے یہ کہا ہے کہ اگر اسلام نے رومن ایمپائر کو اور ساسانی ایمپائر نہ توڑا ہوتا تو آج تک انسان جو ہے، سلیوری میں پڑا رہتا۔</w:t>
      </w:r>
    </w:p>
    <w:p>
      <w:r>
        <w:rPr>
          <w:b/>
        </w:rPr>
        <w:t xml:space="preserve">[1:11:54] </w:t>
      </w:r>
      <w:r>
        <w:t>aaj tak bhi</w:t>
      </w:r>
    </w:p>
    <w:p>
      <w:pPr>
        <w:jc w:val="right"/>
      </w:pPr>
      <w:r>
        <w:t>آج تک بھی</w:t>
      </w:r>
    </w:p>
    <w:p>
      <w:r>
        <w:rPr>
          <w:b/>
        </w:rPr>
        <w:t xml:space="preserve">[1:11:56] </w:t>
      </w:r>
      <w:r>
        <w:t>is rocks ko, political rocks ko toda unhone, to woh to zaroori tha todna. ji Maulana, hum yeh keh rahe hain ke kyunke jo wars thi, woh history ka part the, is liye un ki recording hai.</w:t>
      </w:r>
    </w:p>
    <w:p>
      <w:pPr>
        <w:jc w:val="right"/>
      </w:pPr>
      <w:r>
        <w:t>اس راکس کو، پولیٹیکل راکس کو توڑا انہوں نے، تو وہ تو ضروری تھا توڑنا۔ جی مولانا، ہم یہ کہہ رہے ہیں کہ کیونکہ جو وارز تھیں، وہ ہسٹری کا پارٹ تھے، اس لیے ان کی ریکارڈنگ ہے۔</w:t>
      </w:r>
    </w:p>
    <w:p>
      <w:r>
        <w:rPr>
          <w:b/>
        </w:rPr>
        <w:t xml:space="preserve">[1:12:08] </w:t>
      </w:r>
      <w:r>
        <w:t>is liye nahi, trend. haan, is trend jo tha, woh yeh tha us zamane mein ke log jo history likhte the, to us mein record karte the sirf un cheezon ko jo political events hain,</w:t>
      </w:r>
    </w:p>
    <w:p>
      <w:pPr>
        <w:jc w:val="right"/>
      </w:pPr>
      <w:r>
        <w:t>اس لیے نہیں، ٹرین۔ ہاں، اس ٹرین جو تھا، وہ یہ تھا اس زمانے میں کہ لوگ جو ہسٹری لکھتے تھے، تو اس میں ریکارڈ کرتے تھے صرف ان چیزوں کو جو پولیٹیکل ایونٹس ہیں،</w:t>
      </w:r>
    </w:p>
    <w:p>
      <w:r>
        <w:rPr>
          <w:b/>
        </w:rPr>
        <w:t xml:space="preserve">[1:12:23] </w:t>
      </w:r>
      <w:r>
        <w:t>war se related jo events hain, aur jo spiritual events, moral events, daawa events jo hain, us ko kam record karte the. woh idhar udhar to hain, kahin na kahin un ke qulub hain, kahin kuch hai, kahin kuch hai.</w:t>
      </w:r>
    </w:p>
    <w:p>
      <w:pPr>
        <w:jc w:val="right"/>
      </w:pPr>
      <w:r>
        <w:t>وار سے ریلیٹڈ جو ایونٹس ہیں، اور جو سپرچول ایونٹس، مورل ایونٹس، دعوی ایونٹس جو ہیں، اس کو کم ریکارڈ کرتے تھے۔ وہ ادھر ادھر تو ہیں، کہیں نہ کہیں ان کے قلوب ہیں، کہیں کچھ ہے، کہیں کچھ ہے۔</w:t>
      </w:r>
    </w:p>
    <w:p>
      <w:r>
        <w:rPr>
          <w:b/>
        </w:rPr>
        <w:t xml:space="preserve">[1:12:35] </w:t>
      </w:r>
      <w:r>
        <w:t>is ko akatha kar ke hum picture bana rahe hain.</w:t>
      </w:r>
    </w:p>
    <w:p>
      <w:pPr>
        <w:jc w:val="right"/>
      </w:pPr>
      <w:r>
        <w:t>اس کو اکٹھا کر کے ہم پکچر بنا رہے ہیں۔</w:t>
      </w:r>
    </w:p>
    <w:p>
      <w:r>
        <w:rPr>
          <w:b/>
        </w:rPr>
        <w:t xml:space="preserve">[1:12:39] </w:t>
      </w:r>
      <w:r>
        <w:t>ya Maulana sahib, submit ho sakte hain. kaha jata hai ke jab past politics, past politics is history, that's what it is.</w:t>
      </w:r>
    </w:p>
    <w:p>
      <w:pPr>
        <w:jc w:val="right"/>
      </w:pPr>
      <w:r>
        <w:t>یا مولانا صاحب، سبمٹ ہو سکتے ہیں۔ کہا جاتا ہے کہ جب پاسٹ پولیٹکس، پاسٹ پولیٹکس از ہسٹری، دیٹس واٹ اٹ از۔</w:t>
      </w:r>
    </w:p>
    <w:p>
      <w:r>
        <w:rPr>
          <w:b/>
        </w:rPr>
        <w:t xml:space="preserve">[1:12:50] </w:t>
      </w:r>
      <w:r>
        <w:t>hamesha yeh political events hain, wars hain, ladai hain, aur yeh yahi history rahi hai. hamesha jo spiritual aspect hai, na 19th century ke baad thodi si tabdeeli aayi.</w:t>
      </w:r>
    </w:p>
    <w:p>
      <w:pPr>
        <w:jc w:val="right"/>
      </w:pPr>
      <w:r>
        <w:t>ہمیشہ یہ پولیٹیکل ایونٹس ہیں، وارز ہیں، لڑائی ہیں، اور یہ یہی ہسٹری رہی ہے۔ ہمیشہ جو سپرچول ایسپیکٹ ہے، نہ 19 سینچری کے بعد تھوڑی سی تبدیلی آئی۔</w:t>
      </w:r>
    </w:p>
    <w:p>
      <w:r>
        <w:rPr>
          <w:b/>
        </w:rPr>
        <w:t xml:space="preserve">[1:12:59] </w:t>
      </w:r>
      <w:r>
        <w:t>people started seeing history from economic angle, cultural angle, and particular 20th century</w:t>
      </w:r>
    </w:p>
    <w:p>
      <w:pPr>
        <w:jc w:val="right"/>
      </w:pPr>
      <w:r>
        <w:t>پیپل سٹارٹڈ سیئنگ ہسٹری فرام اکنامک اینگل، کلچرل اینگل، اینڈ پارٹیکولر 20 سینچری</w:t>
      </w:r>
    </w:p>
    <w:p>
      <w:r>
        <w:rPr>
          <w:b/>
        </w:rPr>
        <w:t xml:space="preserve">[1:13:04] </w:t>
      </w:r>
      <w:r>
        <w:t>. yeh hua hai, lekin abhi bhi jo spiritual terms hain, jo Maulana sahib jo farma rahe hain ke spiritual terms mein jo development hua hai, ya philosophy se hat ke real spiritualism ki taraf aaya hai, ya us us taraf jo aaya hai, us ke upar koi nahi hai.</w:t>
      </w:r>
    </w:p>
    <w:p>
      <w:pPr>
        <w:jc w:val="right"/>
      </w:pPr>
      <w:r>
        <w:t>۔ یہ ہوا ہے، لیکن ابھی بھی جو سپرچول ٹرمز ہیں، جو مولانا صاحب جو فرما رہے ہیں کہ سپرچول ٹرمز میں جو ڈیویلپمنٹ ہوا ہے، یا فلاسفی سے ہٹ کے ریل سپرچولزم کی طرف آیا ہے، یا اس اس طرف جو آیا ہے، اس کے اوپر کوئی نہیں ہے۔</w:t>
      </w:r>
    </w:p>
    <w:p>
      <w:r>
        <w:rPr>
          <w:b/>
        </w:rPr>
        <w:t xml:space="preserve">[1:13:17] </w:t>
      </w:r>
      <w:r>
        <w:t>ab logon ne likhna shuru kiya hai ke history of science, history of economic history, hum likhte hain economic history, interpretation of history. to yeh aap jo farma rahe hain, bilkul sahi</w:t>
      </w:r>
    </w:p>
    <w:p>
      <w:pPr>
        <w:jc w:val="right"/>
      </w:pPr>
      <w:r>
        <w:t>اب لوگوں نے لکھنا شروع کیا ہے کہ ہسٹری اف سائنس، ہسٹری اف اکنامک ہسٹری، ہم لکھتے ہیں اکنامک ہسٹری، انٹرپریٹیشن اف ہسٹری۔ تو یہ آپ جو فرما رہے ہیں، بالکل صحیح</w:t>
      </w:r>
    </w:p>
    <w:p>
      <w:r>
        <w:rPr>
          <w:b/>
        </w:rPr>
        <w:t xml:space="preserve">[1:13:27] </w:t>
      </w:r>
      <w:r>
        <w:t>farma rahe hain. aap ne theek kaha, Ibn Khaldun jo hai, us mein woh mana jata hai, wohi founder modern jo concept history ka, us ko mana jata hai, us founder mana jata hai, Ibn Khaldun ko.</w:t>
      </w:r>
    </w:p>
    <w:p>
      <w:pPr>
        <w:jc w:val="right"/>
      </w:pPr>
      <w:r>
        <w:t>فرما رہے ہیں۔ آپ نے ٹھیک کہا، ابن خلدون جو ہے، اس میں وہ مانا جاتا ہے، وہی فاؤنڈر ماڈرن جو کانسیپٹ ہسٹری کا، اس کو مانا جاتا ہے، اس فاؤنڈر مانا جاتا ہے، ابن خلدون کو۔</w:t>
      </w:r>
    </w:p>
    <w:p>
      <w:r>
        <w:rPr>
          <w:b/>
        </w:rPr>
        <w:t xml:space="preserve">[1:13:38] </w:t>
      </w:r>
      <w:r>
        <w:t>to ek kitab hai, uska naam Muqaddamah Ibn Khaldun. us ne us mein likha tha ke history jo hai, is tarah likhi jaye. to pehle jo thi history, woh thi yaani history of kings hua karti thi, history of wars.</w:t>
      </w:r>
    </w:p>
    <w:p>
      <w:pPr>
        <w:jc w:val="right"/>
      </w:pPr>
      <w:r>
        <w:t>تو ایک کتاب ہے، اس کا نام مقدمہ ابن خلدون۔ اس نے اس میں لکھا تھا کہ ہسٹری جو ہے، اس طرح لکھی جائے۔ تو پہلے جو تھی ہسٹری، وہ تھی یعنی ہسٹوری اف کنگز ہوا کرتی تھی، ہسٹوری اف وارز۔</w:t>
      </w:r>
    </w:p>
    <w:p>
      <w:r>
        <w:rPr>
          <w:b/>
        </w:rPr>
        <w:t xml:space="preserve">[1:13:52] </w:t>
      </w:r>
      <w:r>
        <w:t>yeh thi trend jo tha pehle. to Ibn Khaldun ne badla is trend ko,</w:t>
      </w:r>
    </w:p>
    <w:p>
      <w:pPr>
        <w:jc w:val="right"/>
      </w:pPr>
      <w:r>
        <w:t>یہ تھی ٹرینڈ جو تھا پہلے۔ تو ابن خلدون نے بدلا اس ٹرینڈ کو،</w:t>
      </w:r>
    </w:p>
    <w:p>
      <w:r>
        <w:rPr>
          <w:b/>
        </w:rPr>
        <w:t xml:space="preserve">[1:13:58] </w:t>
      </w:r>
      <w:r>
        <w:t>aur us kitab ke saare language mein in translation ho chuka hai, saare European languages mein. aur yeh maanein, aap aap kisi bhi book mein dekhiye, encyclopedia mein dekhiye, sab log maante hain ke Ibn Khaldun jo hai, usi ne modern wohi champion hai, modern trend of history ka.</w:t>
      </w:r>
    </w:p>
    <w:p>
      <w:pPr>
        <w:jc w:val="right"/>
      </w:pPr>
      <w:r>
        <w:t>اور اس کتاب کے سارے لینگویج میں ان ٹرانسلیشن ہو چکا ہے، سارے یورپین لینگویجز میں۔ اور یہ مانیں، آپ آپ کسی بھی بک میں دیکھیے، انسائیکلوپیڈیا میں دیکھیے، سب لوگ مانتے ہیں کہ ابن خلدون جو ہے، اسی نے ماڈرن وہی چیمپیئن ہے، ماڈرن ٹرینڈ اف ہسٹری کا۔</w:t>
      </w:r>
    </w:p>
    <w:p>
      <w:r>
        <w:rPr>
          <w:b/>
        </w:rPr>
        <w:t xml:space="preserve">[1:14:15] </w:t>
      </w:r>
      <w:r>
        <w:t>aur ab is ke baad aap sahi keh rahe hain ke ab ab aisa hua hai ke history jo hai, us mein saari baat likhi jati hai. pehle aisa nahi hota tha, pehle sirf kings ki baat hua karti thi, war ki baat hua</w:t>
      </w:r>
    </w:p>
    <w:p>
      <w:pPr>
        <w:jc w:val="right"/>
      </w:pPr>
      <w:r>
        <w:t>اور اب اس کے بعد آپ صحیح کہہ رہے ہیں کہ اب اب ایسا ہوا ہے کہ ہسٹری جو ہے، اس میں ساری بات لکھی جاتی ہے۔ پہلے ایسا نہیں ہوتا تھا، پہلے صرف کنگز کی بات ہوا کرتی تھی، وار کی بات ہوا</w:t>
      </w:r>
    </w:p>
    <w:p>
      <w:r>
        <w:rPr>
          <w:b/>
        </w:rPr>
        <w:t xml:space="preserve">[1:14:26] </w:t>
      </w:r>
      <w:r>
        <w:t>karti thi. to us ka jo credit jata hai na, wohi Ibn Khaldun ko jata hai. haan, un ka time chuka hai, Ibn Khaldun 14th century, 14th century yaani AD.</w:t>
      </w:r>
    </w:p>
    <w:p>
      <w:pPr>
        <w:jc w:val="right"/>
      </w:pPr>
      <w:r>
        <w:t>کرتی تھی۔ تو اس کا جو کریڈٹ جاتا ہے نا، وہی ابن خلدون کو جاتا ہے۔ ہاں، ان کا ٹائم چکا ہے، ابن خلدون 14 سینچری، 14 سینچری یعنی اے ڈی۔</w:t>
      </w:r>
    </w:p>
    <w:p>
      <w:r>
        <w:rPr>
          <w:b/>
        </w:rPr>
        <w:t xml:space="preserve">[1:14:40] </w:t>
      </w:r>
      <w:r>
        <w:t>haan, kya Maulana sahib, ah, you told us now that human beings are given a limited capacity to understand the realities and safe truth and Almighty God he is unlimited.</w:t>
      </w:r>
    </w:p>
    <w:p>
      <w:pPr>
        <w:jc w:val="right"/>
      </w:pPr>
      <w:r>
        <w:t>ہاں، کیا مولانا صاحب، اہ، یو ٹولڈ اس ناؤ دیٹ ہیومن بینگز ار گیون ا لمیٹڈ کیپیسٹی ٹو انڈرسٹینڈ دا ریلیٹیز اینڈ سیف ٹروتھ اینڈ المائٹی گاڈ ہی از ان لمیٹڈ۔</w:t>
      </w:r>
    </w:p>
    <w:p>
      <w:r>
        <w:rPr>
          <w:b/>
        </w:rPr>
        <w:t xml:space="preserve">[1:14:55] </w:t>
      </w:r>
      <w:r>
        <w:t>so</w:t>
      </w:r>
    </w:p>
    <w:p>
      <w:pPr>
        <w:jc w:val="right"/>
      </w:pPr>
      <w:r>
        <w:t>سو</w:t>
      </w:r>
    </w:p>
    <w:p>
      <w:r>
        <w:rPr>
          <w:b/>
        </w:rPr>
        <w:t xml:space="preserve">[1:14:56] </w:t>
      </w:r>
      <w:r>
        <w:t>how come it is possible for human beings to understand the truth and the total realities? ah, what is the way of?</w:t>
      </w:r>
    </w:p>
    <w:p>
      <w:pPr>
        <w:jc w:val="right"/>
      </w:pPr>
      <w:r>
        <w:t>ہاؤ کم اٹ از پوسیبل فار ہیومن بینگز ٹو انڈرسٹینڈ دا ٹروتھ اینڈ دا ٹوٹل ریلیٹیز؟ اہ، واٹ از دا وے اف؟</w:t>
      </w:r>
    </w:p>
    <w:p>
      <w:r>
        <w:rPr>
          <w:b/>
        </w:rPr>
        <w:t xml:space="preserve">[1:15:06] </w:t>
      </w:r>
      <w:r>
        <w:t>haan, yeh bohat important question hai. dekhiye,</w:t>
      </w:r>
    </w:p>
    <w:p>
      <w:pPr>
        <w:jc w:val="right"/>
      </w:pPr>
      <w:r>
        <w:t>ہاں، یہ بہت امپورٹنٹ کوئسچن ہے۔ دیکھیے،</w:t>
      </w:r>
    </w:p>
    <w:p>
      <w:r>
        <w:rPr>
          <w:b/>
        </w:rPr>
        <w:t xml:space="preserve">[1:15:13] </w:t>
      </w:r>
      <w:r>
        <w:t>jahan tak main samjha hai, jahan tak main ne samjha hai, insaan ke mind mein to sari knowledge bhar di Khuda ne.</w:t>
      </w:r>
    </w:p>
    <w:p>
      <w:pPr>
        <w:jc w:val="right"/>
      </w:pPr>
      <w:r>
        <w:t>جہاں تک میں سمجھا ہے، جہاں تک میں نے سمجھا ہے، انسان کے مائنڈ میں تو ساری نالج بھر دی خدا نے۔</w:t>
      </w:r>
    </w:p>
    <w:p>
      <w:r>
        <w:rPr>
          <w:b/>
        </w:rPr>
        <w:t xml:space="preserve">[1:15:22] </w:t>
      </w:r>
      <w:r>
        <w:t>Quran mein hai ke ilm a'zam al-asma kullun yani sare hi ilm Khuda ne aap ke mind mein de diya. yeh jo kaha jata hai na ke aap ke brain mein</w:t>
      </w:r>
    </w:p>
    <w:p>
      <w:pPr>
        <w:jc w:val="right"/>
      </w:pPr>
      <w:r>
        <w:t>قرآن میں ہے کہ علم اعظم الاسماء کلا یعنی سارے ہی علم خدا نے آپ کے مائنڈ میں دے دیا۔ یہ جو کہا جاتا ہے نا کہ آپ کے برین میں</w:t>
      </w:r>
    </w:p>
    <w:p>
      <w:r>
        <w:rPr>
          <w:b/>
        </w:rPr>
        <w:t xml:space="preserve">[1:15:34] </w:t>
      </w:r>
      <w:r>
        <w:t>hundred million billion billion particles hain, to woh information particles hain. woh aur Quran mein bataya gaya hai ke sab kuch insaan ko Khuda ne de diya hai.</w:t>
      </w:r>
    </w:p>
    <w:p>
      <w:pPr>
        <w:jc w:val="right"/>
      </w:pPr>
      <w:r>
        <w:t>ہنڈرڈ ملین بلین بلین پارٹیکل ہیں، تو وہ انفارمیشن پارٹیکلز ہیں۔ وہ اور قرآن میں بتایا گیا ہے کہ سب کچھ انسان کو خدا نے دے دیا ہے۔</w:t>
      </w:r>
    </w:p>
    <w:p>
      <w:r>
        <w:rPr>
          <w:b/>
        </w:rPr>
        <w:t xml:space="preserve">[1:15:44] </w:t>
      </w:r>
      <w:r>
        <w:t>lekin sawal hai is ko unfold karne ka. unfold karne ke liye aap ke paas framework nahin hota hai. Quran framework deta hai aap ko apne mind ke information particles ko unfold karne ke liye.</w:t>
      </w:r>
    </w:p>
    <w:p>
      <w:pPr>
        <w:jc w:val="right"/>
      </w:pPr>
      <w:r>
        <w:t>لیکن سوال ہے اس کو انفولڈ کرنے کا۔ انفولڈ کرنے کے لیے آپ کے پاس فریم ورک نہیں ہوتا ہے۔ قرآن فریم ورک دیتا ہے آپ کو اپنے مائنڈ کے انفارمیشن پارٹیکلز کو انفولڈ کرنے کے لیے۔</w:t>
      </w:r>
    </w:p>
    <w:p>
      <w:r>
        <w:rPr>
          <w:b/>
        </w:rPr>
        <w:t xml:space="preserve">[1:15:57] </w:t>
      </w:r>
      <w:r>
        <w:t>jo framework hai, woh aap ko Quran deta hai. otherwise aap unfold nahin kar sakt</w:t>
      </w:r>
    </w:p>
    <w:p>
      <w:pPr>
        <w:jc w:val="right"/>
      </w:pPr>
      <w:r>
        <w:t>جو فریم ورک ہے، وہ آپ کو قرآن دیتا ہے۔ ادروائز آپ انفولڈ نہیں کر سکت</w:t>
      </w:r>
    </w:p>
    <w:p>
      <w:r>
        <w:rPr>
          <w:b/>
        </w:rPr>
        <w:t xml:space="preserve">[1:16:02] </w:t>
      </w:r>
      <w:r>
        <w:t>e. to yahan do cheezein hain. ek to hai Quran ko bohat deeply parhein aap. number do, jab main aap se kaha karta hoon ke Quran ek hi kitab hai is duniya mein jis ke author se har waqt aap consult kar sakte hain.</w:t>
      </w:r>
    </w:p>
    <w:p>
      <w:pPr>
        <w:jc w:val="right"/>
      </w:pPr>
      <w:r>
        <w:t>ے۔ تو یہاں دو چیزیں ہیں۔ ایک تو ہے قرآن کو بہت ڈیپلی پڑھیں آپ۔ نمبر دو، جب میں آپ سے کہا کرتا ہوں کہ قرآن ایک ہی کتاب ہے اس دنیا میں جس کے اتھر سے ہر وقت آپ کنسلٹ کر سکتے ہیں۔</w:t>
      </w:r>
    </w:p>
    <w:p>
      <w:r>
        <w:rPr>
          <w:b/>
        </w:rPr>
        <w:t xml:space="preserve">[1:16:17] </w:t>
      </w:r>
      <w:r>
        <w:t>har waqt to author se consult karte hi Quran ko parhein.</w:t>
      </w:r>
    </w:p>
    <w:p>
      <w:pPr>
        <w:jc w:val="right"/>
      </w:pPr>
      <w:r>
        <w:t>ہر وقت تو اتھر سے کنسلٹ کرتے ہی قرآن کو پڑھیں۔</w:t>
      </w:r>
    </w:p>
    <w:p>
      <w:r>
        <w:rPr>
          <w:b/>
        </w:rPr>
        <w:t xml:space="preserve">[1:16:23] </w:t>
      </w:r>
      <w:r>
        <w:t>jaisa ke main ne is se pehle arz kiya tha ke bohat bare scholar the Ibn Taymiyyah. to Quran ki koi baat nahin samajh aati thi un ko. to do rakat namaz parhte the aur sajde mein jaate the aur kehte the: "Ya Mu'allim Ibrahim, 'Allimni!</w:t>
      </w:r>
    </w:p>
    <w:p>
      <w:pPr>
        <w:jc w:val="right"/>
      </w:pPr>
      <w:r>
        <w:t>جیسا کہ میں نے اس سے پہلے عرض کیا تھا کہ بہت بڑے اسکالر تھے ابن تیمیہ۔ تو قرآن کی کوئی بات نہیں سمجھ آتی تھی ان کو۔ تو دو رکعت نماز پڑھتے تھے اور سجدے میں جاتے تھے اور کہتے تھے: "یا معلمہ ابراہیم، علمنی!</w:t>
      </w:r>
    </w:p>
    <w:p>
      <w:r>
        <w:rPr>
          <w:b/>
        </w:rPr>
        <w:t xml:space="preserve">[1:16:39] </w:t>
      </w:r>
      <w:r>
        <w:t>ae Ibrahim ko batane wale, mujhe bhi bata de."</w:t>
      </w:r>
    </w:p>
    <w:p>
      <w:pPr>
        <w:jc w:val="right"/>
      </w:pPr>
      <w:r>
        <w:t>اے ابراہیم کو بتانے والے، مجھے بھی بتا دے۔"</w:t>
      </w:r>
    </w:p>
    <w:p>
      <w:r>
        <w:rPr>
          <w:b/>
        </w:rPr>
        <w:t xml:space="preserve">[1:16:42] </w:t>
      </w:r>
      <w:r>
        <w:t>yani Ibrahim ke bare mein aata hai Quran majeed mein ke Khuda ne un ko sare zameen o aasman ka ilm diya. Ibrahim malakut al-samawat wa al-ard keh dikha diya Khuda ne Ibrahim ko zameen o aasman ka ilm.</w:t>
      </w:r>
    </w:p>
    <w:p>
      <w:pPr>
        <w:jc w:val="right"/>
      </w:pPr>
      <w:r>
        <w:t>یعنی ابراہیم کے بارے میں آتا ہے قرآن مجید میں کہ خدا نے ان کو سارے زمین و آسمان کا علم دیا۔ ابراہیم ملکوت السماوات والارض کہ دکھا دیا خدا نے ابراہیم کو زمین و آسمان کا علم۔</w:t>
      </w:r>
    </w:p>
    <w:p>
      <w:r>
        <w:rPr>
          <w:b/>
        </w:rPr>
        <w:t xml:space="preserve">[1:16:57] </w:t>
      </w:r>
      <w:r>
        <w:t>to woh kehte the ke Ibrahim ko jis tarah tu ne bataya, mujhe bata de. to aap ke mind mein bilashubah sare information particles maujood hain, lekin aap ke paas framework nahin hai.</w:t>
      </w:r>
    </w:p>
    <w:p>
      <w:pPr>
        <w:jc w:val="right"/>
      </w:pPr>
      <w:r>
        <w:t>تو وہ کہتے تھے کہ ابراہیم کو جس طرح تو نے بتایا، مجھے بتا دے۔ تو آپ کے مائنڈ میں بلاشبہ سارے انفارمیشن پارٹیکل موجود ہیں، لیکن آپ کے پاس فریم ورک نہیں ہے۔</w:t>
      </w:r>
    </w:p>
    <w:p>
      <w:r>
        <w:rPr>
          <w:b/>
        </w:rPr>
        <w:t xml:space="preserve">[1:17:12] </w:t>
      </w:r>
      <w:r>
        <w:t>koi independent framework nahin hai aap ke paas. idhar udhar bhatakte rahenge aap. Quran ko le kar ke jab aap sochenge to aap ko ek framework mil jata hai ke kaise aap yani art of thinking mil jata hai Quran mein aap ko.</w:t>
      </w:r>
    </w:p>
    <w:p>
      <w:pPr>
        <w:jc w:val="right"/>
      </w:pPr>
      <w:r>
        <w:t>کوئی انڈیپینڈنٹ فریم ورک نہیں ہے آپ کے پاس۔ ادھیرے بھٹکتے رہیں گے آپ۔ قرآن کو لے کر کے جب آپ سوچیں گے تو آپ کو ایک فریم ورک مل جاتا ہے کہ کیسے آپ یعنی آرٹ اف تھنکنگ مل جاتا ہے قرآن میں آپ کو۔</w:t>
      </w:r>
    </w:p>
    <w:p>
      <w:r>
        <w:rPr>
          <w:b/>
        </w:rPr>
        <w:t xml:space="preserve">[1:17:25] </w:t>
      </w:r>
      <w:r>
        <w:t>lekin woh bhi kafi nahin hai jab tak aap dua ke through Khuda se aap contact na banaye rakhein. dua ko to teen cheez</w:t>
      </w:r>
    </w:p>
    <w:p>
      <w:pPr>
        <w:jc w:val="right"/>
      </w:pPr>
      <w:r>
        <w:t>لیکن وہ بھی کافی نہیں ہے جب تک آپ دعا کے تھرو خدا سے آپ کنٹیکٹ نہ بنائے رکھیں۔ دعا کو تو تین چیز</w:t>
      </w:r>
    </w:p>
    <w:p>
      <w:r>
        <w:rPr>
          <w:b/>
        </w:rPr>
        <w:t xml:space="preserve">[1:17:35] </w:t>
      </w:r>
      <w:r>
        <w:t>ein huin: hamare brain ke information particles, Quran as a framework, aur teesri cheez hai dua. in teen cheezon, teeno cheezon ko mil kar ke agar koi kare to bilashubah woh woh is ko sari baatein jaan sakta hai.</w:t>
      </w:r>
    </w:p>
    <w:p>
      <w:pPr>
        <w:jc w:val="right"/>
      </w:pPr>
      <w:r>
        <w:t>یں ہوئیں: ہمارے برین کے انفارمیشن پارٹیکلز، قرآن ایز اے فریم ورک، اور تیسری چیز ہے دعا۔ ان تین چیزوں، تینوں چیزوں کو مل کر کے اگر کوئی کرے تو بلاشبہ وہ وہ اس کو ساری باتیں جان سکتا ہے۔</w:t>
      </w:r>
    </w:p>
    <w:p>
      <w:r>
        <w:rPr>
          <w:b/>
        </w:rPr>
        <w:t xml:space="preserve">[1:17:51] </w:t>
      </w:r>
      <w:r>
        <w:t>woh sari baatein jaan sakta hai. woh lekin sab se bara jo is mein jo hai price deni padti hai, sir, price ke sare hi distractions apne ko bachana.</w:t>
      </w:r>
    </w:p>
    <w:p>
      <w:pPr>
        <w:jc w:val="right"/>
      </w:pPr>
      <w:r>
        <w:t>وہ ساری باتیں جان سکتا ہے۔ وہ لیکن سب سے بڑا جو اس میں جو ہے پرائس دینی پڑتی ہے، سر، پرائس کہ سارے ہی ڈسٹریکشنز اپنے کو بچانا۔</w:t>
      </w:r>
    </w:p>
    <w:p>
      <w:r>
        <w:rPr>
          <w:b/>
        </w:rPr>
        <w:t xml:space="preserve">[1:18:02] </w:t>
      </w:r>
      <w:r>
        <w:t>har aadmi distraction mein jeeta hai. har waqt distraction. koi yeh price de sake agar ke har qism ki distractions apne ko bachaye to bilashubah woh total knowledge ho sakti hai is ko.</w:t>
      </w:r>
    </w:p>
    <w:p>
      <w:pPr>
        <w:jc w:val="right"/>
      </w:pPr>
      <w:r>
        <w:t>ہر آدمی ڈسٹریکشن میں جیتا ہے۔ ہر وقت ڈسٹریکشن۔ کوئی یہ پرائس دے سکے اگر کہ ہر قسم کی ڈسٹریکشنز اپنے کو بچائے تو بلاشبہ وہ ٹوٹل نالج ہو سکتی ہے اس کو۔</w:t>
      </w:r>
    </w:p>
    <w:p>
      <w:r>
        <w:rPr>
          <w:b/>
        </w:rPr>
        <w:t xml:space="preserve">[1:18:18] </w:t>
      </w:r>
      <w:r>
        <w:t>yeh mera manna hai.</w:t>
      </w:r>
    </w:p>
    <w:p>
      <w:pPr>
        <w:jc w:val="right"/>
      </w:pPr>
      <w:r>
        <w:t>یہ میرا ماننا ہے۔</w:t>
      </w:r>
    </w:p>
    <w:p>
      <w:r>
        <w:rPr>
          <w:b/>
        </w:rPr>
        <w:t xml:space="preserve">[1:18:26] </w:t>
      </w:r>
      <w:r>
        <w:t>Maulana, ah,</w:t>
      </w:r>
    </w:p>
    <w:p>
      <w:pPr>
        <w:jc w:val="right"/>
      </w:pPr>
      <w:r>
        <w:t>مولانا، اہ،</w:t>
      </w:r>
    </w:p>
    <w:p>
      <w:r>
        <w:rPr>
          <w:b/>
        </w:rPr>
        <w:t xml:space="preserve">[1:18:28] </w:t>
      </w:r>
      <w:r>
        <w:t>revelation is always through the angel butween God and man. the medium butween God and man has been angel for revelation.</w:t>
      </w:r>
    </w:p>
    <w:p>
      <w:pPr>
        <w:jc w:val="right"/>
      </w:pPr>
      <w:r>
        <w:t>ریولیشن از الویز تھرو دی اینجل بٹوین گاڈ اینڈ مین۔ دی میڈیم بٹوین گاڈ اینڈ مین ہیز بین اینجل فار ریولیشن۔</w:t>
      </w:r>
    </w:p>
    <w:p>
      <w:r>
        <w:rPr>
          <w:b/>
        </w:rPr>
        <w:t xml:space="preserve">[1:18:41] </w:t>
      </w:r>
      <w:r>
        <w:t>now, besides prophets, have there been some other individuals as well who who could see the angel right in front of them and was giving them mes</w:t>
      </w:r>
    </w:p>
    <w:p>
      <w:pPr>
        <w:jc w:val="right"/>
      </w:pPr>
      <w:r>
        <w:t>ناؤ، بیسائیڈز پرافٹس، ہیو دیر بین سم ادر انڈیویجولز ایز ویل ہو ہو کڈ سی دی اینجل رائٹ ان فرنٹ اف دیم اینڈ واز گیونگ دیم میس</w:t>
      </w:r>
    </w:p>
    <w:p>
      <w:r>
        <w:rPr>
          <w:b/>
        </w:rPr>
        <w:t xml:space="preserve">[1:18:52] </w:t>
      </w:r>
      <w:r>
        <w:t>sage. may not be in the form of scripture or ya a complete, you know, wisdom over the world, but in fragmented way.</w:t>
      </w:r>
    </w:p>
    <w:p>
      <w:pPr>
        <w:jc w:val="right"/>
      </w:pPr>
      <w:r>
        <w:t>ج۔ می ناٹ بی ان دی فارم اف سکرپچر اور یا ا کمپلیٹ، یو نو، وزڈم اوور دا ورلڈ، بٹ ان فریگمنٹڈ وے۔</w:t>
      </w:r>
    </w:p>
    <w:p>
      <w:r>
        <w:rPr>
          <w:b/>
        </w:rPr>
        <w:t xml:space="preserve">[1:19:01] </w:t>
      </w:r>
      <w:r>
        <w:t>dekhiye, aise to nahin dekh sakte aap. okay, kyunke aap apna experience batata hoon main aap ko. hamari walida jab mar gayi na to main jis kamre mein rehta hoon, bohat ziyada loneliness feel karta tha.</w:t>
      </w:r>
    </w:p>
    <w:p>
      <w:pPr>
        <w:jc w:val="right"/>
      </w:pPr>
      <w:r>
        <w:t>دیکھیے، ایسے تو نہیں دیکھ سکتے آپ۔ اوکے، کیونکہ آپ اپنا ایکسپیرینس بتاتا ہوں میں آپ کو۔ ہماری والدہ جب مر گئی نا تو میں جس کمرے میں رہتا ہوں، بہت زیادہ لونلیس فیل کرتا تھا۔</w:t>
      </w:r>
    </w:p>
    <w:p>
      <w:r>
        <w:rPr>
          <w:b/>
        </w:rPr>
        <w:t xml:space="preserve">[1:19:14] </w:t>
      </w:r>
      <w:r>
        <w:t>main loneliness do din tak</w:t>
      </w:r>
    </w:p>
    <w:p>
      <w:pPr>
        <w:jc w:val="right"/>
      </w:pPr>
      <w:r>
        <w:t>میں لونلیس دو دن تک</w:t>
      </w:r>
    </w:p>
    <w:p>
      <w:r>
        <w:rPr>
          <w:b/>
        </w:rPr>
        <w:t xml:space="preserve">[1:19:17] </w:t>
      </w:r>
      <w:r>
        <w:t>ek dam jaise sunata, akela pan, loneliness. to teesri raat ko jab main utha, aap log is ko shayad na maanein, teesri raat ko jab main utha to lagta mujhe jab main chalne laga, mere mere ghar kamre mein teen door hain: ek bathroom ki taraf, ek bahar nikalne ki taraf, ek idhar jidhar meri biwi rehti thi us kamre mein.</w:t>
      </w:r>
    </w:p>
    <w:p>
      <w:pPr>
        <w:jc w:val="right"/>
      </w:pPr>
      <w:r>
        <w:t>ایک دم جیسے سناٹا، اکیلا پن، لونلیس۔ تو تیسری رات کو جب میں اٹھا، آپ لوگ اس کو شاید نہ مانیں، تیسری رات کو جب میں اٹھا تو لگتا مجھے جب میں چلنے لگا، میرے میرے گھر کمرے میں تین ڈور ہیں: ایک باتھ روم کی طرف، ایک باہر نکلنے کی طرف، ایک ادھر جدھر میری بیوی رہتی تھی اس کمرے میں۔</w:t>
      </w:r>
    </w:p>
    <w:p>
      <w:r>
        <w:rPr>
          <w:b/>
        </w:rPr>
        <w:t xml:space="preserve">[1:19:43] </w:t>
      </w:r>
      <w:r>
        <w:t>idhar</w:t>
      </w:r>
    </w:p>
    <w:p>
      <w:pPr>
        <w:jc w:val="right"/>
      </w:pPr>
      <w:r>
        <w:t>ادھر</w:t>
      </w:r>
    </w:p>
    <w:p>
      <w:r>
        <w:rPr>
          <w:b/>
        </w:rPr>
        <w:t xml:space="preserve">[1:19:46] </w:t>
      </w:r>
      <w:r>
        <w:t>to sahib ne jab utha jaana tha mujhe bathroom to mujhe laga ke jaise ke har taraf bheed hai. main ja raha hoon to aise rush yaani bheed mein jaana pad raha hai mujhe bathroom ki taraf jaate hue.</w:t>
      </w:r>
    </w:p>
    <w:p>
      <w:pPr>
        <w:jc w:val="right"/>
      </w:pPr>
      <w:r>
        <w:t>تو صاحب نے جب اٹھا جانا تھا مجھے باتھ روم تو مجھے لگا کہ جیسے کہ ہر طرف بھیڑ ہے۔ میں جا رہا ہوں تو ایسے رش یعنی بھیڑ میں جانا پڑ رہا ہے مجھے باتھ روم کی طرف جاتے ہوئے۔</w:t>
      </w:r>
    </w:p>
    <w:p>
      <w:r>
        <w:rPr>
          <w:b/>
        </w:rPr>
        <w:t xml:space="preserve">[1:20:00] </w:t>
      </w:r>
      <w:r>
        <w:t>to phir main idhar gaya, idhar bhi bheed, idhar bhi bheed, unseen bheed, unseen crowd. okay, yaani ek ajeeb experience tha mujhe.</w:t>
      </w:r>
    </w:p>
    <w:p>
      <w:pPr>
        <w:jc w:val="right"/>
      </w:pPr>
      <w:r>
        <w:t>تو پھر میں ادھر گیا، ادھر بھی بھیڑ، ادھر بھی بھیڑ، ان سین بھیڑ، ان سین کراؤڈ۔ اوکے، یعنی ایک عجیب ایکسپیرینس تھا مجھے۔</w:t>
      </w:r>
    </w:p>
    <w:p>
      <w:r>
        <w:rPr>
          <w:b/>
        </w:rPr>
        <w:t xml:space="preserve">[1:20:10] </w:t>
      </w:r>
      <w:r>
        <w:t>raat ko shayad main utha tha ek baje bathroom jaane ke liye</w:t>
      </w:r>
    </w:p>
    <w:p>
      <w:pPr>
        <w:jc w:val="right"/>
      </w:pPr>
      <w:r>
        <w:t>رات کو شاید میں اٹھا تھا ایک بجے باتھ روم جانے کے لیے</w:t>
      </w:r>
    </w:p>
    <w:p>
      <w:r>
        <w:rPr>
          <w:b/>
        </w:rPr>
        <w:t xml:space="preserve">[1:20:15] </w:t>
      </w:r>
      <w:r>
        <w:t>to ek unseen crowd tha us mein mere kamre mein. jidhar jaaun wahi crowd, idhar jaaun wahi crowd, idhar jaaun wahi crowd. to mujhe kuch woh woh bilashuba angel aaye the is loneliness ko khatam karne ke liye.</w:t>
      </w:r>
    </w:p>
    <w:p>
      <w:pPr>
        <w:jc w:val="right"/>
      </w:pPr>
      <w:r>
        <w:t>تو ایک ان سین کراؤڈ تھا اس میں میرے کمرے میں۔ جدھر جاؤں وہی کراؤڈ، ادھر جاؤں وہی کراؤڈ، ادھر جاؤں وہی کراؤڈ۔ تو مجھے کچھ وہ وہ بلاشبہ اینجل آئے تھے اس لونلیس کو ختم کرنے کے لیے۔</w:t>
      </w:r>
    </w:p>
    <w:p>
      <w:r>
        <w:rPr>
          <w:b/>
        </w:rPr>
        <w:t xml:space="preserve">[1:20:29] </w:t>
      </w:r>
      <w:r>
        <w:t>is ke baad se phir mujhe normal tareeqe se rehne laga, isi isi room mein, isi room mein normal tareeqe se rehne laga. main woh angel jo aaye the ek dam crowd kar ke aaye aur is is loneliness ko unhone khatam kar diya</w:t>
      </w:r>
    </w:p>
    <w:p>
      <w:pPr>
        <w:jc w:val="right"/>
      </w:pPr>
      <w:r>
        <w:t>اس کے بعد سے پھر مجھے نارمل طریقے سے رہنے لگا، اسی اسی روم میں، اسی روم میں نارمل طریقے سے رہنے لگا۔ میں وہ اینجل جو آئے تھے ایک دم کراؤڈ کر کے آئے اور اس اس لونلیس کو انہوں نے ختم کر دیا</w:t>
      </w:r>
    </w:p>
    <w:p>
      <w:r>
        <w:rPr>
          <w:b/>
        </w:rPr>
        <w:t xml:space="preserve">[1:20:44] </w:t>
      </w:r>
      <w:r>
        <w:t>, sone sone pan ko khatam kar diya. hatta ke Fareeda aaein kamre mein to unhone kaha aaj kuch kamre mein kuch ek naya sa lagta hai, mujhe naya sa lagta hai.</w:t>
      </w:r>
    </w:p>
    <w:p>
      <w:pPr>
        <w:jc w:val="right"/>
      </w:pPr>
      <w:r>
        <w:t>، سونے سونے پن کو ختم کر دیا۔ حتی کہ فریدہ آئیں کمرے میں تو انہوں نے کہا آج کچھ کمرے میں کچھ ایک نیا سا لگتا ہے، مجھے نیا سا لگتا ہے۔</w:t>
      </w:r>
    </w:p>
    <w:p>
      <w:r>
        <w:rPr>
          <w:b/>
        </w:rPr>
        <w:t xml:space="preserve">[1:20:58] </w:t>
      </w:r>
      <w:r>
        <w:t>yeh ek baat hui.</w:t>
      </w:r>
    </w:p>
    <w:p>
      <w:pPr>
        <w:jc w:val="right"/>
      </w:pPr>
      <w:r>
        <w:t>یہ ایک بات ہوئی۔</w:t>
      </w:r>
    </w:p>
    <w:p>
      <w:r>
        <w:rPr>
          <w:b/>
        </w:rPr>
        <w:t xml:space="preserve">[1:21:01] </w:t>
      </w:r>
      <w:r>
        <w:t>dekhein, angel ko aam aap dekh to nahin sakte aankhon se lekin Quran mein ek ayat hai ek dam saaf saaf hai ke innal lazina qalu rabbunallahu summas taqamu tatanazzalu alaihimul malaikah,</w:t>
      </w:r>
    </w:p>
    <w:p>
      <w:pPr>
        <w:jc w:val="right"/>
      </w:pPr>
      <w:r>
        <w:t>دیکھیں، اینجل کو عام آپ دیکھ تو نہیں سکتے آنکھوں سے لیکن قرآن میں ایک آیت ہے ایک دم صاف صاف ہے کہ ان الذین قالوا ربنا اللہ مستقامون تتنزل علیہم الملائکہ،</w:t>
      </w:r>
    </w:p>
    <w:p>
      <w:r>
        <w:rPr>
          <w:b/>
        </w:rPr>
        <w:t xml:space="preserve">[1:21:17] </w:t>
      </w:r>
      <w:r>
        <w:t>tatanazzalu alaihimul malaikah, un par utarte hain farishtey. is ka literal translation hai ke un par utarte hain farishtey jo true believer hote hain.</w:t>
      </w:r>
    </w:p>
    <w:p>
      <w:pPr>
        <w:jc w:val="right"/>
      </w:pPr>
      <w:r>
        <w:t>تتنزل علیہم الملائکہ، ان پر اترتے ہیں فرشتے۔ اس کا لٹرل ٹرانسیشن ہے کہ ان پر اترتے ہیں فرشتے جو ٹرو بیلیور ہوتے ہیں۔</w:t>
      </w:r>
    </w:p>
    <w:p>
      <w:r>
        <w:rPr>
          <w:b/>
        </w:rPr>
        <w:t xml:space="preserve">[1:21:25] </w:t>
      </w:r>
      <w:r>
        <w:t>un</w:t>
      </w:r>
    </w:p>
    <w:p>
      <w:pPr>
        <w:jc w:val="right"/>
      </w:pPr>
      <w:r>
        <w:t>ان</w:t>
      </w:r>
    </w:p>
    <w:p>
      <w:r>
        <w:rPr>
          <w:b/>
        </w:rPr>
        <w:t xml:space="preserve">[1:21:26] </w:t>
      </w:r>
      <w:r>
        <w:t>ke yeh Quran se proof ho raha hai ke farishton ka utarna mera woh experience tha. woh to ek baat hai.</w:t>
      </w:r>
    </w:p>
    <w:p>
      <w:pPr>
        <w:jc w:val="right"/>
      </w:pPr>
      <w:r>
        <w:t>کے یہ قرآن سے پروف ہو رہا ہے کہ فرشتوں کا اترنا میرا وہ ایکسپیرینس تھا۔ وہ تو ایک بات ہے۔</w:t>
      </w:r>
    </w:p>
    <w:p>
      <w:r>
        <w:rPr>
          <w:b/>
        </w:rPr>
        <w:t xml:space="preserve">[1:21:36] </w:t>
      </w:r>
      <w:r>
        <w:t>doosri baat yeh hai, dekhiye ke saare scholars mante hain ke do cheezein hain: ek hai wahi, ek hai ilqa.</w:t>
      </w:r>
    </w:p>
    <w:p>
      <w:pPr>
        <w:jc w:val="right"/>
      </w:pPr>
      <w:r>
        <w:t>دوسری بات یہ ہے، دیکھیے کہ سارے اسکالرز مانتے ہیں کہ دو چیزیں ہیں: ایک ہے وحی، ایک ہے القاء۔</w:t>
      </w:r>
    </w:p>
    <w:p>
      <w:r>
        <w:rPr>
          <w:b/>
        </w:rPr>
        <w:t xml:space="preserve">[1:21:48] </w:t>
      </w:r>
      <w:r>
        <w:t>wahi means revelation, ilqa means inspiration. yeh saare scholar</w:t>
      </w:r>
    </w:p>
    <w:p>
      <w:pPr>
        <w:jc w:val="right"/>
      </w:pPr>
      <w:r>
        <w:t>وحی مینز ریولیشن، القاء مینز انسپریشن۔ یہ سارے اسکال</w:t>
      </w:r>
    </w:p>
    <w:p>
      <w:r>
        <w:rPr>
          <w:b/>
        </w:rPr>
        <w:t xml:space="preserve">[1:21:53] </w:t>
      </w:r>
      <w:r>
        <w:t>s mante hain. to Khuda address karta hai prophet ko revelation ke through, doosron ko address karta hai inspiration ke through. ab main apna bataoon aap ko, aap yaqeen kijiye ke shaam ko main Fareeda se pooch lijiye, main kaha tha ke abhi to slot house mein ja raha hoon, kya kahunga wahan?</w:t>
      </w:r>
    </w:p>
    <w:p>
      <w:pPr>
        <w:jc w:val="right"/>
      </w:pPr>
      <w:r>
        <w:t>رز مانتے ہیں۔ تو خدا ایڈریس کرتا ہے پرافٹ کو ریولیشن کے تھرو، دوسروں کو ایڈریس کرتا ہے انسپریشن کے تھرو۔ اب میں اپنا بتاؤں آپ کو، آپ یقین کیجئے کہ شام کو میں فریدہ سے پوچھ لیجئے، میں کہا تھا کہ ابھی تو سلاٹ ہاؤس میں جا رہا ہوں، کیا کہوں گا وہاں؟</w:t>
      </w:r>
    </w:p>
    <w:p>
      <w:r>
        <w:rPr>
          <w:b/>
        </w:rPr>
        <w:t xml:space="preserve">[1:22:10] </w:t>
      </w:r>
      <w:r>
        <w:t>kuch samajh mein nahin aata. aaj ki baat, lekin jab unhone woh ayat padhi na, woh Quran ki woh arz li, idhar rote hue, ek achanak mere mind par jaise aa gaya, ek theme aa gayi.</w:t>
      </w:r>
    </w:p>
    <w:p>
      <w:pPr>
        <w:jc w:val="right"/>
      </w:pPr>
      <w:r>
        <w:t>کچھ سمجھ میں نہیں آتا۔ آج کی بات، لیکن جب انہوں نے وہ آیت پڑھی نا، وہ قرآن کی وہ عرض لی، ادھر روتے ہوئے، ایک اچانک میرے مائنڈ پر جیسے آ گیا، ایک تھیم آ گئی۔</w:t>
      </w:r>
    </w:p>
    <w:p>
      <w:r>
        <w:rPr>
          <w:b/>
        </w:rPr>
        <w:t xml:space="preserve">[1:22:22] </w:t>
      </w:r>
      <w:r>
        <w:t>theme</w:t>
      </w:r>
    </w:p>
    <w:p>
      <w:pPr>
        <w:jc w:val="right"/>
      </w:pPr>
      <w:r>
        <w:t>تھیم</w:t>
      </w:r>
    </w:p>
    <w:p>
      <w:r>
        <w:rPr>
          <w:b/>
        </w:rPr>
        <w:t xml:space="preserve">[1:22:23] </w:t>
      </w:r>
      <w:r>
        <w:t>aaj jo main bola hoon, main woh theme achanak aayi thi, woh theme achanak aayi thi. to yeh tha ilqa ya inspiration.</w:t>
      </w:r>
    </w:p>
    <w:p>
      <w:pPr>
        <w:jc w:val="right"/>
      </w:pPr>
      <w:r>
        <w:t>آج جو میں بولا ہوں، میں وہ تھیم اچانک آئی تھی، وہ تھیم اچانک آئی تھی۔ تو یہ تھا القاء یا انسپریشن۔</w:t>
      </w:r>
    </w:p>
    <w:p>
      <w:r>
        <w:rPr>
          <w:b/>
        </w:rPr>
        <w:t xml:space="preserve">[1:22:36] </w:t>
      </w:r>
      <w:r>
        <w:t>to revelation ke through Khuda address karta tha prophet ko, lekin inspiration ke through Khuda kisi ko bhi address kar sakta hai, woh qayamat tak hota rahega.</w:t>
      </w:r>
    </w:p>
    <w:p>
      <w:pPr>
        <w:jc w:val="right"/>
      </w:pPr>
      <w:r>
        <w:t>تو ریولیشن کے تھرو خدا ایڈریس کرتا تھا پرافٹ کو، لیکن انسپریشن کے تھرو خدا کسی کو بھی ایڈریس کر سکتا ہے، وہ قیامت تک ہوتا رہے گا۔</w:t>
      </w:r>
    </w:p>
    <w:p>
      <w:r>
        <w:rPr>
          <w:b/>
        </w:rPr>
        <w:t xml:space="preserve">[1:22:48] </w:t>
      </w:r>
      <w:r>
        <w:t>haan,</w:t>
      </w:r>
    </w:p>
    <w:p>
      <w:pPr>
        <w:jc w:val="right"/>
      </w:pPr>
      <w:r>
        <w:t>ہاں،</w:t>
      </w:r>
    </w:p>
    <w:p>
      <w:r>
        <w:rPr>
          <w:b/>
        </w:rPr>
        <w:t xml:space="preserve">[1:22:51] </w:t>
      </w:r>
      <w:r>
        <w:t>aur izhaar-e-deen ka matlab hi aaj hi abhi nahin samajh mein aaya. yeh batata hoon aap ko, is ayat par main 60 baras se soch raha hoon, 60 saal se.</w:t>
      </w:r>
    </w:p>
    <w:p>
      <w:pPr>
        <w:jc w:val="right"/>
      </w:pPr>
      <w:r>
        <w:t>اور اظہار دین کا مطلب ہی آج ہی ابھی نہیں سمجھ میں آیا۔ یہ بتاتا ہوں آپ کو، اس آیت پر میں 60 برس سے سوچ رہا ہوں، 60 سال سے۔</w:t>
      </w:r>
    </w:p>
    <w:p>
      <w:r>
        <w:rPr>
          <w:b/>
        </w:rPr>
        <w:t xml:space="preserve">[1:23:01] </w:t>
      </w:r>
      <w:r>
        <w:t>aap ne kyunke padha nahin hai ilm-o-kitab, sab se ziyada is par behas hai. idhar deen kali, yeh log yeh khalis muslimeen wale jo masail hain, is ko political power nikalte hain.</w:t>
      </w:r>
    </w:p>
    <w:p>
      <w:pPr>
        <w:jc w:val="right"/>
      </w:pPr>
      <w:r>
        <w:t>آپ نے کیونکہ پڑھا نہیں ہے علم و کتاب، سب سے زیادہ اس پر بحث ہے۔ ادھر الدین کلی، یہ لوگ یہ خالص مسلمین والے جو مسائل ہیں، اس کو پولیٹیکل پاور نکالتے ہیں۔</w:t>
      </w:r>
    </w:p>
    <w:p>
      <w:r>
        <w:rPr>
          <w:b/>
        </w:rPr>
        <w:t xml:space="preserve">[1:23:13] </w:t>
      </w:r>
      <w:r>
        <w:t>is se itna likha gaya hai, is par lezuddin kalee par</w:t>
      </w:r>
    </w:p>
    <w:p>
      <w:pPr>
        <w:jc w:val="right"/>
      </w:pPr>
      <w:r>
        <w:t>اس سے اتنا لکھا گیا ہے، اس پر لیز الدین کلی پر</w:t>
      </w:r>
    </w:p>
    <w:p>
      <w:r>
        <w:rPr>
          <w:b/>
        </w:rPr>
        <w:t xml:space="preserve">[1:23:19] </w:t>
      </w:r>
      <w:r>
        <w:t>aaj tak mujh par woh cheez khuli nahin thi. yeh baat aaj hi khuli hai ke khuda ne historical process mein is ko shamil kar diya ke historical development jitne bhi hon, woh islam ke favor mein jaate rahen.</w:t>
      </w:r>
    </w:p>
    <w:p>
      <w:pPr>
        <w:jc w:val="right"/>
      </w:pPr>
      <w:r>
        <w:t>آج تک مجھ پر وہ چیز کھلی نہیں تھی۔ یہ بات آج ہی کھلی ہے کہ خدا نے ہسٹوریکل پروسیس میں اس کو شامل کر دیا کہ ہسٹوریکل ڈیولپمنٹ جتنے بھی ہوں، وہ اسلام کے فیور میں جاتے رہیں۔</w:t>
      </w:r>
    </w:p>
    <w:p>
      <w:r>
        <w:rPr>
          <w:b/>
        </w:rPr>
        <w:t xml:space="preserve">[1:23:34] </w:t>
      </w:r>
      <w:r>
        <w:t>matlab wohi cheez jo jis ko aap ilm-e-kalaam kehte hain, maulana ilm-e-kalaam is ka ek ek part hai.</w:t>
      </w:r>
    </w:p>
    <w:p>
      <w:pPr>
        <w:jc w:val="right"/>
      </w:pPr>
      <w:r>
        <w:t>مطلب وہی چیز جو جس کو آپ علم کلام کہتے ہیں، مولانا علم کلام اس کا ایک ایک پارٹ ہے۔</w:t>
      </w:r>
    </w:p>
    <w:p>
      <w:r>
        <w:rPr>
          <w:b/>
        </w:rPr>
        <w:t xml:space="preserve">[1:23:40] </w:t>
      </w:r>
      <w:r>
        <w:t>sirf haan, poora human knowledge jo hai, jo river hai knowledge ka, river woh lever, lever jo chale to kahin bhi woh yaani aisa na ho ke is ke khuda ke deen ki koi cheez discard hoti rahe, balkeh confirm confirm hoti rahe.</w:t>
      </w:r>
    </w:p>
    <w:p>
      <w:pPr>
        <w:jc w:val="right"/>
      </w:pPr>
      <w:r>
        <w:t>صرف ہاں، پورا ہیومن نالج جو ہے، جو ریور ہے نالج کا، ریور وہ لیور، لیور جو چلے تو کہیں بھی وہ یعنی ایسا نہ ہو کہ اس کہ خدا کے دین کی کوئی چیز ڈسکارڈ ہوتی رہے، بلکہ کنفرم کنفرم ہوتی رہے۔</w:t>
      </w:r>
    </w:p>
    <w:p>
      <w:r>
        <w:rPr>
          <w:b/>
        </w:rPr>
        <w:t xml:space="preserve">[1:23:59] </w:t>
      </w:r>
      <w:r>
        <w:t>jabke doosre kisi bhi religion ko aap dijiye, aap aap sab discard hue chale ja rahe hain, discard hue chale ja rahe hain.</w:t>
      </w:r>
    </w:p>
    <w:p>
      <w:pPr>
        <w:jc w:val="right"/>
      </w:pPr>
      <w:r>
        <w:t>جبکہ دوسرے کسی بھی ریلیجن کو آپ دیجیے، آپ آپ سب ڈسکارڈ ہوئے چلے جا رہے ہیں، ڈسکارڈ ہوئے چلے جا رہے ہیں۔</w:t>
      </w:r>
    </w:p>
    <w:p>
      <w:r>
        <w:rPr>
          <w:b/>
        </w:rPr>
        <w:t xml:space="preserve">[1:24:08] </w:t>
      </w:r>
      <w:r>
        <w:t>misal ke taur par dekhiye, is zamane mein pehli baar aisa hua ke history ko criteria banaya gaya legend ko janchne ke liye.</w:t>
      </w:r>
    </w:p>
    <w:p>
      <w:pPr>
        <w:jc w:val="right"/>
      </w:pPr>
      <w:r>
        <w:t>مثال کے طور پر دیکھیے، اس زمانے میں پہلی بار ایسا ہوا کہ ہسٹری کو کرائٹیریا بنایا گیا لیجنڈ کو جانچنے کے لیے۔</w:t>
      </w:r>
    </w:p>
    <w:p>
      <w:r>
        <w:rPr>
          <w:b/>
        </w:rPr>
        <w:t xml:space="preserve">[1:24:17] </w:t>
      </w:r>
      <w:r>
        <w:t>is se pehle kabhi tha hi nahin. pichhle zamane mein kabhi bhi aisa nahin hua ke log yeh kahein ke bhai history pe hum judge karenge. yeh tha hi nahin, yeh trend nahin tha.</w:t>
      </w:r>
    </w:p>
    <w:p>
      <w:pPr>
        <w:jc w:val="right"/>
      </w:pPr>
      <w:r>
        <w:t>اس سے پہلے کبھی تھا ہی نہیں۔ پچھلے زمانے میں کبھی بھی ایسا نہیں ہوا کہ لوگ یہ کہیں کہ بھئی ہسٹری پہ ہم جج کریں گے۔ یہ تھا ہی نہیں، یہ ٹرینڈ نہیں تھا۔</w:t>
      </w:r>
    </w:p>
    <w:p>
      <w:r>
        <w:rPr>
          <w:b/>
        </w:rPr>
        <w:t xml:space="preserve">[1:24:27] </w:t>
      </w:r>
      <w:r>
        <w:t>yeh trend aaya hai scientific zamane mein,</w:t>
      </w:r>
    </w:p>
    <w:p>
      <w:pPr>
        <w:jc w:val="right"/>
      </w:pPr>
      <w:r>
        <w:t>یہ ٹرینڈ آیا ہے سائنٹیفک زمانے میں،</w:t>
      </w:r>
    </w:p>
    <w:p>
      <w:r>
        <w:rPr>
          <w:b/>
        </w:rPr>
        <w:t xml:space="preserve">[1:24:32] </w:t>
      </w:r>
      <w:r>
        <w:t>yaani jo aaj kal kaha jata hai historical criticism. historical criticism kabhi tha hi nahin pehle, yeh discipline nahin tha pehle. ab bataiye ke ilm ka yaani yaani river of knowledge chalte chalte wahan pahuncha ke insan mangne laga ke bhai historical standard se hum janchenge.</w:t>
      </w:r>
    </w:p>
    <w:p>
      <w:pPr>
        <w:jc w:val="right"/>
      </w:pPr>
      <w:r>
        <w:t>یعنی جو آج کل کہا جاتا ہے ہسٹوریکل کریٹیسزم۔ ہسٹوریکل کریٹیسزم کبھی تھا ہی نہیں پہلے، یہ ڈسپلن نہیں تھا پہلے۔ اب بتائیے کہ علم کا یعنی یعنی ریور آف نالج چلتے چلتے وہاں پہنچا کہ انسان مانگنے لگا کہ بھئی ہسٹوریکل اسٹینڈرڈ سے ہم جانچیں گے۔</w:t>
      </w:r>
    </w:p>
    <w:p>
      <w:r>
        <w:rPr>
          <w:b/>
        </w:rPr>
        <w:t xml:space="preserve">[1:24:50] </w:t>
      </w:r>
      <w:r>
        <w:t>historical is par agar poora hota to manenge, nahin to manenge. is liye poora discipline banaya historical criticism ka,</w:t>
      </w:r>
    </w:p>
    <w:p>
      <w:pPr>
        <w:jc w:val="right"/>
      </w:pPr>
      <w:r>
        <w:t>ہسٹوریکل اس پر اگر پورا ہوتا تو مانیں گے، نہیں تو مانیں گے۔ اس لیے پورا ڈسپلن بنایا ہسٹوریکل کریٹیسزم کا،</w:t>
      </w:r>
    </w:p>
    <w:p>
      <w:r>
        <w:rPr>
          <w:b/>
        </w:rPr>
        <w:t xml:space="preserve">[1:24:59] </w:t>
      </w:r>
      <w:r>
        <w:t>aur sare mazhab jitne bhi doosre religion the, other than islam, sab pata chala ke to history par stand nahin karte,</w:t>
      </w:r>
    </w:p>
    <w:p>
      <w:pPr>
        <w:jc w:val="right"/>
      </w:pPr>
      <w:r>
        <w:t>اور سارے مذہب جتنے بھی دوسرے ریلیجن تھے، ادر دین اسلام، سب پتہ چلا کہ تو ہسٹری پر سٹینڈ نہیں کرتے،</w:t>
      </w:r>
    </w:p>
    <w:p>
      <w:r>
        <w:rPr>
          <w:b/>
        </w:rPr>
        <w:t xml:space="preserve">[1:25:10] </w:t>
      </w:r>
      <w:r>
        <w:t>history ki base nahin hai un ke paas. yaani historical authenticity sirf islam ke paas hai, un ke paas hai hi nahin. ab dekhiye, jo history jo river of knowledge jo tha, jab yahan pahuncha, waqt to chhad gaye, islam bhi stand kar raha hai.</w:t>
      </w:r>
    </w:p>
    <w:p>
      <w:pPr>
        <w:jc w:val="right"/>
      </w:pPr>
      <w:r>
        <w:t>ہسٹری کی بیس نہیں ہے ان کے پاس۔ یعنی ہسٹوریکل اتھنٹیسٹی صرف اسلام کے پاس ہے، ان کے پاس ہے ہی نہیں۔ اب دیکھیں، جو ہسٹری جو ریور آف نالج جو تھا، جب یہاں پہنچا، وقت تو چھڑ گئے، اسلام بھی سٹینڈ کر رہا ہے۔</w:t>
      </w:r>
    </w:p>
    <w:p>
      <w:r>
        <w:rPr>
          <w:b/>
        </w:rPr>
        <w:t xml:space="preserve">[1:25:23] </w:t>
      </w:r>
      <w:r>
        <w:t>phir bhi usi ko mein kehta hoon ke historical process mein islam ko shamil kar dena,</w:t>
      </w:r>
    </w:p>
    <w:p>
      <w:pPr>
        <w:jc w:val="right"/>
      </w:pPr>
      <w:r>
        <w:t>پھر بھی اسی کو میں کہتا ہوں کہ ہسٹوریکل پروسیس میں اسلام کو شامل کر دینا،</w:t>
      </w:r>
    </w:p>
    <w:p>
      <w:r>
        <w:rPr>
          <w:b/>
        </w:rPr>
        <w:t xml:space="preserve">[1:25:28] </w:t>
      </w:r>
      <w:r>
        <w:t>yeh aaj hi samajh mein aayi meri. yeh baat aaj samajh mein aayi meri. to yeh inspiration tha mujhe. maine is par likha, is ayat par pichhle pichhle article padhe hain, aur is mein yeh baat ek likh pata paya tha mein.</w:t>
      </w:r>
    </w:p>
    <w:p>
      <w:pPr>
        <w:jc w:val="right"/>
      </w:pPr>
      <w:r>
        <w:t>یہ آج ہی سمجھ میں آئی میری۔ یہ بات آج سمجھ میں آئی میری۔ تو یہ انسپریشن تھا مجھے۔ میں نے اس پر لکھا، اس آیت پر پچھلے پچھلے آرٹیکل پڑھے ہیں، اور اس میں یہ بات ایک لکھ پاتا پایا تھا میں۔</w:t>
      </w:r>
    </w:p>
    <w:p>
      <w:r>
        <w:rPr>
          <w:b/>
        </w:rPr>
        <w:t xml:space="preserve">[1:25:43] </w:t>
      </w:r>
      <w:r>
        <w:t>aap ne padha hoga, yeh baat mein nahin likh paya tha. is mein</w:t>
      </w:r>
    </w:p>
    <w:p>
      <w:pPr>
        <w:jc w:val="right"/>
      </w:pPr>
      <w:r>
        <w:t>آپ نے پڑھا ہوگا، یہ بات میں نہیں لکھ پایا تھا۔ اس میں</w:t>
      </w:r>
    </w:p>
    <w:p>
      <w:r>
        <w:rPr>
          <w:b/>
        </w:rPr>
        <w:t xml:space="preserve">[1:25:48] </w:t>
      </w:r>
      <w:r>
        <w:t>yeh achaanak jab unhone padha quran ki namaz mein to achaanak yeh cheez mujhe utar aayi, jaise ek poori theme utri ho.</w:t>
      </w:r>
    </w:p>
    <w:p>
      <w:pPr>
        <w:jc w:val="right"/>
      </w:pPr>
      <w:r>
        <w:t>یہ اچانک جب انہوں نے پڑھا قرآن کی نماز میں تو اچانک یہ چیز مجھے اتر آئی، جیسے ایک پوری تھیم اتری ہو۔</w:t>
      </w:r>
    </w:p>
    <w:p>
      <w:r>
        <w:rPr>
          <w:b/>
        </w:rPr>
        <w:t xml:space="preserve">[1:25:59] </w:t>
      </w:r>
      <w:r>
        <w:t>ji haan, abhi yeh mujhe samajh mein aayi ke political power kya cheez hai. political power yeh bhi aaj hi mujhe samajh mein aaya ke political power agar ho to target islam ka to eternal legend nahin tha woh ke political power to bahut kam is ka domination hota hai,</w:t>
      </w:r>
    </w:p>
    <w:p>
      <w:pPr>
        <w:jc w:val="right"/>
      </w:pPr>
      <w:r>
        <w:t>جی ہاں، ابھی یہ مجھے سمجھ میں آئی کہ پولیٹیکل پاور کیا چیز ہے۔ پولیٹیکل پاور یہ بھی آج ہی مجھے سمجھ میں آیا کہ پولیٹیکل پاور اگر ہو تو ٹارگٹ اسلام کا تو ایٹرنل لیجنڈ نہیں تھا وہ کہ پولیٹیکل پاور تو بہت کم اس کا ڈومینیشن ہوتا ہے،</w:t>
      </w:r>
    </w:p>
    <w:p>
      <w:r>
        <w:rPr>
          <w:b/>
        </w:rPr>
        <w:t xml:space="preserve">[1:26:18] </w:t>
      </w:r>
      <w:r>
        <w:t>itna reduce ho gaya hai, itna reduce. 57 muslim countries mein to political power hai, but kya hai, kuch bhi nahin hai woh. kyunke ab jo hai decentralization ho gaya hai,</w:t>
      </w:r>
    </w:p>
    <w:p>
      <w:pPr>
        <w:jc w:val="right"/>
      </w:pPr>
      <w:r>
        <w:t>اتنا ریڈیوس ہو گیا ہے، اتنا ریڈیوس۔ 57 مسلم کنٹریز میں تو پولیٹیکل پاور ہے، بٹ کیا ہے، کچھ بھی نہیں ہے وہ۔ کیونکہ اب جو ہے ڈی سینٹرلائزیشن ہو گیا ہے،</w:t>
      </w:r>
    </w:p>
    <w:p>
      <w:r>
        <w:rPr>
          <w:b/>
        </w:rPr>
        <w:t xml:space="preserve">[1:26:32] </w:t>
      </w:r>
      <w:r>
        <w:t>political power ke paas thodi si cheez hai, baqi sab chali gayi, doosron ke paas chali gayi. tech yaani journalism, technology, industry aur education, institutions sab idhar chali gayi.</w:t>
      </w:r>
    </w:p>
    <w:p>
      <w:pPr>
        <w:jc w:val="right"/>
      </w:pPr>
      <w:r>
        <w:t>پولیٹیکل پاور کے پاس تھوڑی سی چیز ہے، باقی سب چلی گئی، دوسروں کے پاس چلی گئی۔ ٹک یعنی جرنلزم، ٹیکنالوجی، انڈسٹری اور ایجوکیشن، انسٹیٹیوشنز سب ادھر چلی گئی۔</w:t>
      </w:r>
    </w:p>
    <w:p>
      <w:r>
        <w:rPr>
          <w:b/>
        </w:rPr>
        <w:t xml:space="preserve">[1:26:46] </w:t>
      </w:r>
      <w:r>
        <w:t>decentralization</w:t>
      </w:r>
    </w:p>
    <w:p>
      <w:pPr>
        <w:jc w:val="right"/>
      </w:pPr>
      <w:r>
        <w:t>ڈی سینٹرلائزیشن</w:t>
      </w:r>
    </w:p>
    <w:p>
      <w:r>
        <w:rPr>
          <w:b/>
        </w:rPr>
        <w:t xml:space="preserve">[1:26:47] </w:t>
      </w:r>
      <w:r>
        <w:t>ho gaya to islam agar yeh kehta ke sab se badi cheez hai yaani political role, to political role to bahut hi ghat chuka hai.</w:t>
      </w:r>
    </w:p>
    <w:p>
      <w:pPr>
        <w:jc w:val="right"/>
      </w:pPr>
      <w:r>
        <w:t>ہو گیا تو اسلام اگر یہ کہتا کہ سب سے بڑی چیز ہے یعنی پولیٹیکل رول، تو پولیٹیکل رول تو بہت ہی گھٹ چکا ہے۔</w:t>
      </w:r>
    </w:p>
    <w:p>
      <w:r>
        <w:rPr>
          <w:b/>
        </w:rPr>
        <w:t xml:space="preserve">[1:26:59] </w:t>
      </w:r>
      <w:r>
        <w:t>to islam eternal legend na hota. is wajah se izhar-e-deen jo hai, is ka matlab hai ke history ke jo development hote rahenge, hamesha islam dominate karta rahega.</w:t>
      </w:r>
    </w:p>
    <w:p>
      <w:pPr>
        <w:jc w:val="right"/>
      </w:pPr>
      <w:r>
        <w:t>تو اسلام ایٹرنل لیجنڈ نہ ہوتا۔ اس وجہ سے اظہار دین جو ہے، اس کا مطلب ہے کہ ہسٹری کے جو ڈیولپمنٹ ہوتے رہیں گے، ہمیشہ اسلام ڈومینیٹ کرتا رہے گا۔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