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Spirituality in Simple Living, High Thinking October 27, 2019 Maulana Wahiduddin Khan</w:t>
      </w:r>
    </w:p>
    <w:p>
      <w:r>
        <w:t>https://www.youtube.com/watch?v=Kr28g15eFr8</w:t>
      </w:r>
    </w:p>
    <w:p>
      <w:r>
        <w:rPr>
          <w:b/>
        </w:rPr>
        <w:t xml:space="preserve">[00:42] </w:t>
      </w:r>
      <w:r>
        <w:t>27 october 2019.</w:t>
      </w:r>
    </w:p>
    <w:p>
      <w:pPr>
        <w:jc w:val="right"/>
      </w:pPr>
      <w:r>
        <w:t>27 اکتوبر 2019۔</w:t>
      </w:r>
    </w:p>
    <w:p>
      <w:r>
        <w:rPr>
          <w:b/>
        </w:rPr>
        <w:t xml:space="preserve">[00:56] </w:t>
      </w:r>
      <w:r>
        <w:t>aaj maine yeh socha aaj subah ko ke aaj main spirituality ke upar kuch baat kahoon, spirituality.</w:t>
      </w:r>
    </w:p>
    <w:p>
      <w:pPr>
        <w:jc w:val="right"/>
      </w:pPr>
      <w:r>
        <w:t>آج میں نے یہ سوچا آج صبح کو کہ آج میں اسپیچولیٹی کے اوپر کچھ بات کہوں، اسپیچولیٹی۔</w:t>
      </w:r>
    </w:p>
    <w:p>
      <w:r>
        <w:rPr>
          <w:b/>
        </w:rPr>
        <w:t xml:space="preserve">[01:15] </w:t>
      </w:r>
      <w:r>
        <w:t>subah se ab tak barabar yahi baat sochta raha ke spirituality par mere paas kehne ke liye kya hai.</w:t>
      </w:r>
    </w:p>
    <w:p>
      <w:pPr>
        <w:jc w:val="right"/>
      </w:pPr>
      <w:r>
        <w:t>صبح سے اب تک برابر یہی بات سوچتا رہا کہ اسپیچولیٹی پر میرے پاس کہنے کے لیے کیا ہے۔</w:t>
      </w:r>
    </w:p>
    <w:p>
      <w:r>
        <w:rPr>
          <w:b/>
        </w:rPr>
        <w:t xml:space="preserve">[01:30] </w:t>
      </w:r>
      <w:r>
        <w:t>to meri samajh mein aaya ke spiritual naam hai self management ka.</w:t>
      </w:r>
    </w:p>
    <w:p>
      <w:pPr>
        <w:jc w:val="right"/>
      </w:pPr>
      <w:r>
        <w:t>تو میری سمجھ میں آیا کہ اسپیچل نام ہے سیلف مینجمنٹ کا۔</w:t>
      </w:r>
    </w:p>
    <w:p>
      <w:r>
        <w:rPr>
          <w:b/>
        </w:rPr>
        <w:t xml:space="preserve">[01:37] </w:t>
      </w:r>
      <w:r>
        <w:t>self management.</w:t>
      </w:r>
    </w:p>
    <w:p>
      <w:pPr>
        <w:jc w:val="right"/>
      </w:pPr>
      <w:r>
        <w:t>سیلف مینجمنٹ۔</w:t>
      </w:r>
    </w:p>
    <w:p>
      <w:r>
        <w:rPr>
          <w:b/>
        </w:rPr>
        <w:t xml:space="preserve">[01:43] </w:t>
      </w:r>
      <w:r>
        <w:t>yeh kya hai self management? is par mujhe ab apna ek waqia yaad aaya. ab se bohat pehle ki baat hai,</w:t>
      </w:r>
    </w:p>
    <w:p>
      <w:pPr>
        <w:jc w:val="right"/>
      </w:pPr>
      <w:r>
        <w:t>یہ کیا ہے سیلف مینجمنٹ؟ اس پر مجھے اب اپنا ایک واقعہ یاد آیا۔ اب سے بہت پہلے کی بات ہے،</w:t>
      </w:r>
    </w:p>
    <w:p>
      <w:r>
        <w:rPr>
          <w:b/>
        </w:rPr>
        <w:t xml:space="preserve">[01:58] </w:t>
      </w:r>
      <w:r>
        <w:t>ek sahab mere paas aaye,</w:t>
      </w:r>
    </w:p>
    <w:p>
      <w:pPr>
        <w:jc w:val="right"/>
      </w:pPr>
      <w:r>
        <w:t>ایک صاحب میرے پاس آئے،</w:t>
      </w:r>
    </w:p>
    <w:p>
      <w:r>
        <w:rPr>
          <w:b/>
        </w:rPr>
        <w:t xml:space="preserve">[02:04] </w:t>
      </w:r>
      <w:r>
        <w:t>ek musalman.</w:t>
      </w:r>
    </w:p>
    <w:p>
      <w:pPr>
        <w:jc w:val="right"/>
      </w:pPr>
      <w:r>
        <w:t>ایک مسلمان۔</w:t>
      </w:r>
    </w:p>
    <w:p>
      <w:r>
        <w:rPr>
          <w:b/>
        </w:rPr>
        <w:t xml:space="preserve">[02:10] </w:t>
      </w:r>
      <w:r>
        <w:t>to woh jahan tak mujhe yaad hai, woh basti ke rehne wale the.</w:t>
      </w:r>
    </w:p>
    <w:p>
      <w:pPr>
        <w:jc w:val="right"/>
      </w:pPr>
      <w:r>
        <w:t>تو وہ جہاں تک مجھے یاد ہے، وہ بستی کے رہنے والے تھے۔</w:t>
      </w:r>
    </w:p>
    <w:p>
      <w:r>
        <w:rPr>
          <w:b/>
        </w:rPr>
        <w:t xml:space="preserve">[02:18] </w:t>
      </w:r>
      <w:r>
        <w:t>basti UP mein ek shehar hai, wahan ke rehne wale the. to woh is ko jante the, shayad burgzi bhi parhte the.</w:t>
      </w:r>
    </w:p>
    <w:p>
      <w:pPr>
        <w:jc w:val="right"/>
      </w:pPr>
      <w:r>
        <w:t>بستی یو پی میں ایک شہر ہے، وہاں کے رہنے والے تھے۔ تو وہ اس کو جانتے تھے، شاید برگزی بھی پڑھتے تھے۔</w:t>
      </w:r>
    </w:p>
    <w:p>
      <w:r>
        <w:rPr>
          <w:b/>
        </w:rPr>
        <w:t xml:space="preserve">[02:33] </w:t>
      </w:r>
      <w:r>
        <w:t>to unhon ne kaha ke</w:t>
      </w:r>
    </w:p>
    <w:p>
      <w:pPr>
        <w:jc w:val="right"/>
      </w:pPr>
      <w:r>
        <w:t>تو انہوں نے کہا کہ</w:t>
      </w:r>
    </w:p>
    <w:p>
      <w:r>
        <w:rPr>
          <w:b/>
        </w:rPr>
        <w:t xml:space="preserve">[02:38] </w:t>
      </w:r>
      <w:r>
        <w:t>wo bohat ghusse mein the, woh.</w:t>
      </w:r>
    </w:p>
    <w:p>
      <w:pPr>
        <w:jc w:val="right"/>
      </w:pPr>
      <w:r>
        <w:t>وہ بہت غصے میں تھے، وہ۔</w:t>
      </w:r>
    </w:p>
    <w:p>
      <w:r>
        <w:rPr>
          <w:b/>
        </w:rPr>
        <w:t xml:space="preserve">[02:42] </w:t>
      </w:r>
      <w:r>
        <w:t>unki baat baat mein ghussa jhalakta tha.</w:t>
      </w:r>
    </w:p>
    <w:p>
      <w:pPr>
        <w:jc w:val="right"/>
      </w:pPr>
      <w:r>
        <w:t>ان کی بات بات میں غصہ جھلکتا تھا۔</w:t>
      </w:r>
    </w:p>
    <w:p>
      <w:r>
        <w:rPr>
          <w:b/>
        </w:rPr>
        <w:t xml:space="preserve">[02:49] </w:t>
      </w:r>
      <w:r>
        <w:t>to unhon ne kaha ke maine tay kiya ke falan aadmi ko qatl kar daloon.</w:t>
      </w:r>
    </w:p>
    <w:p>
      <w:pPr>
        <w:jc w:val="right"/>
      </w:pPr>
      <w:r>
        <w:t>تو انہوں نے کہا کہ میں نے طے کیا کہ فلاں آدمی کو قتل کر ڈالوں۔</w:t>
      </w:r>
    </w:p>
    <w:p>
      <w:r>
        <w:rPr>
          <w:b/>
        </w:rPr>
        <w:t xml:space="preserve">[02:56] </w:t>
      </w:r>
      <w:r>
        <w:t>unhi ke shehar ka ek aadmi tha, balke woh dost bhi tha unka.</w:t>
      </w:r>
    </w:p>
    <w:p>
      <w:pPr>
        <w:jc w:val="right"/>
      </w:pPr>
      <w:r>
        <w:t>انہی کے شہر کا ایک آدمی تھا، بلکہ وہ دوست بھی تھا ان کا۔</w:t>
      </w:r>
    </w:p>
    <w:p>
      <w:r>
        <w:rPr>
          <w:b/>
        </w:rPr>
        <w:t xml:space="preserve">[03:05] </w:t>
      </w:r>
      <w:r>
        <w:t>to unhon ne kaha ke maine tay kiya ke main is aadmi ko qatl kar daloon. maine poocha kyun?</w:t>
      </w:r>
    </w:p>
    <w:p>
      <w:pPr>
        <w:jc w:val="right"/>
      </w:pPr>
      <w:r>
        <w:t>تو انہوں نے کہا کہ میں نے طے کیا کہ میں اس آدمی کو قتل کر ڈالوں۔ میں نے پوچھا کیوں؟</w:t>
      </w:r>
    </w:p>
    <w:p>
      <w:r>
        <w:rPr>
          <w:b/>
        </w:rPr>
        <w:t xml:space="preserve">[03:18] </w:t>
      </w:r>
      <w:r>
        <w:t>to unhon ne bataya ke woh mera dost tha,</w:t>
      </w:r>
    </w:p>
    <w:p>
      <w:pPr>
        <w:jc w:val="right"/>
      </w:pPr>
      <w:r>
        <w:t>تو انہوں نے بتایا کہ وہ میرا دوست تھا،</w:t>
      </w:r>
    </w:p>
    <w:p>
      <w:r>
        <w:rPr>
          <w:b/>
        </w:rPr>
        <w:t xml:space="preserve">[03:23] </w:t>
      </w:r>
      <w:r>
        <w:t>aur us ke paas paise nahi the, mere paas paise the.</w:t>
      </w:r>
    </w:p>
    <w:p>
      <w:pPr>
        <w:jc w:val="right"/>
      </w:pPr>
      <w:r>
        <w:t>اور اس کے پاس پیسے نہیں تھے، میرے پاس پیسے تھے۔</w:t>
      </w:r>
    </w:p>
    <w:p>
      <w:r>
        <w:rPr>
          <w:b/>
        </w:rPr>
        <w:t xml:space="preserve">[03:30] </w:t>
      </w:r>
      <w:r>
        <w:t>to us ne kaha ke aap mujhe paisa dijiye, aur main ek business karoon ga.</w:t>
      </w:r>
    </w:p>
    <w:p>
      <w:pPr>
        <w:jc w:val="right"/>
      </w:pPr>
      <w:r>
        <w:t>تو اس نے کہا کہ آپ مجھے پیسہ دیجیے، اور میں ایک بزنس کروں گا۔</w:t>
      </w:r>
    </w:p>
    <w:p>
      <w:r>
        <w:rPr>
          <w:b/>
        </w:rPr>
        <w:t xml:space="preserve">[03:41] </w:t>
      </w:r>
      <w:r>
        <w:t>aadha jo nafa hoga, woh aadha aap ka, aadha mera.</w:t>
      </w:r>
    </w:p>
    <w:p>
      <w:pPr>
        <w:jc w:val="right"/>
      </w:pPr>
      <w:r>
        <w:t>آدھا جو نفع ہوگا، وہ آدھا آپ کا، آدھا میرا۔</w:t>
      </w:r>
    </w:p>
    <w:p>
      <w:r>
        <w:rPr>
          <w:b/>
        </w:rPr>
        <w:t xml:space="preserve">[03:53] </w:t>
      </w:r>
      <w:r>
        <w:t>yeh bohat pehle ki baat hai, us waqt woh ghaliban 80 hazar rupay ka mamla tha, woh. ab to 80 hazar koi bari baat nahi hai, lekin us waqt jab ke us ne kaha tha to 80 hazar rupay bari baat hua karti thi.</w:t>
      </w:r>
    </w:p>
    <w:p>
      <w:pPr>
        <w:jc w:val="right"/>
      </w:pPr>
      <w:r>
        <w:t>یہ بہت پہلے کی بات ہے، اس وقت وہ غالباً 80 ہزار روپے کا معاملہ تھا، وہ۔ اب تو 80 ہزار کوئی بڑی بات نہیں ہے، لیکن اس وقت جب کہ اس نے کہا تھا تو 80 ہزار روپے بڑی بات ہوا کرتی تھی۔</w:t>
      </w:r>
    </w:p>
    <w:p>
      <w:r>
        <w:rPr>
          <w:b/>
        </w:rPr>
        <w:t xml:space="preserve">[04:15] </w:t>
      </w:r>
      <w:r>
        <w:t>to unhon ne 80 hazar rupay de diye us ko, us ne ek business shuru kiya. aur</w:t>
      </w:r>
    </w:p>
    <w:p>
      <w:pPr>
        <w:jc w:val="right"/>
      </w:pPr>
      <w:r>
        <w:t>تو انہوں نے 80 ہزار روپے دے دیے اس کو، اس نے ایک بزنس شروع کیا۔ اور</w:t>
      </w:r>
    </w:p>
    <w:p>
      <w:r>
        <w:rPr>
          <w:b/>
        </w:rPr>
        <w:t xml:space="preserve">[04:29] </w:t>
      </w:r>
      <w:r>
        <w:t>khush qismati se</w:t>
      </w:r>
    </w:p>
    <w:p>
      <w:pPr>
        <w:jc w:val="right"/>
      </w:pPr>
      <w:r>
        <w:t>خوش قسمتی سے</w:t>
      </w:r>
    </w:p>
    <w:p>
      <w:r>
        <w:rPr>
          <w:b/>
        </w:rPr>
        <w:t xml:space="preserve">[04:33] </w:t>
      </w:r>
      <w:r>
        <w:t>wo business kamyab ho gaya, acha chalega.</w:t>
      </w:r>
    </w:p>
    <w:p>
      <w:pPr>
        <w:jc w:val="right"/>
      </w:pPr>
      <w:r>
        <w:t>وہ بزنس کامیاب ہو گیا، اچھا چلے گا۔</w:t>
      </w:r>
    </w:p>
    <w:p>
      <w:r>
        <w:rPr>
          <w:b/>
        </w:rPr>
        <w:t xml:space="preserve">[04:40] </w:t>
      </w:r>
      <w:r>
        <w:t>to jab ziyada acha business chalega to is dost ki neeyat kuch kharab ho gayi.</w:t>
      </w:r>
    </w:p>
    <w:p>
      <w:pPr>
        <w:jc w:val="right"/>
      </w:pPr>
      <w:r>
        <w:t>تو جب زیادہ اچھا بزنس چلے گا تو اس دوست کی نیت کچھ خراب ہو گئی۔</w:t>
      </w:r>
    </w:p>
    <w:p>
      <w:r>
        <w:rPr>
          <w:b/>
        </w:rPr>
        <w:t xml:space="preserve">[04:54] </w:t>
      </w:r>
      <w:r>
        <w:t>us ne kaha ke sari mehnat tabah karta hoon,</w:t>
      </w:r>
    </w:p>
    <w:p>
      <w:pPr>
        <w:jc w:val="right"/>
      </w:pPr>
      <w:r>
        <w:t>اس نے کہا کہ ساری محنت تباہ کرتا ہوں،</w:t>
      </w:r>
    </w:p>
    <w:p>
      <w:r>
        <w:rPr>
          <w:b/>
        </w:rPr>
        <w:t xml:space="preserve">[04:59] </w:t>
      </w:r>
      <w:r>
        <w:t>sari mehnat ki wajah se paisa aa raha hai, to main kyun aadha doon un ko?</w:t>
      </w:r>
    </w:p>
    <w:p>
      <w:pPr>
        <w:jc w:val="right"/>
      </w:pPr>
      <w:r>
        <w:t>ساری محنت کی وجہ سے پیسہ آ رہا ہے، تو میں کیوں آدھا دوں ان کو؟</w:t>
      </w:r>
    </w:p>
    <w:p>
      <w:r>
        <w:rPr>
          <w:b/>
        </w:rPr>
        <w:t xml:space="preserve">[05:07] </w:t>
      </w:r>
      <w:r>
        <w:t>to koi likha parhi nahi thi, dosti thi dono mein, to koi likha parhi nahi thi. to us ne is ke dil mein aaya ke main yeh mamla khatam kar doon, aur main akela malik ban jaoon is business ka.</w:t>
      </w:r>
    </w:p>
    <w:p>
      <w:pPr>
        <w:jc w:val="right"/>
      </w:pPr>
      <w:r>
        <w:t>تو کوئی لکھا پڑھی نہیں تھی، دوستی تھی دونوں میں، تو کوئی لکھا پڑھی نہیں تھی۔ تو اس نے اس کے دل میں آیا کہ میں یہ معاملہ ختم کر دوں، اور میں اکیلا مالک بن جاؤں اس بزنس کا۔</w:t>
      </w:r>
    </w:p>
    <w:p>
      <w:r>
        <w:rPr>
          <w:b/>
        </w:rPr>
        <w:t xml:space="preserve">[05:33] </w:t>
      </w:r>
      <w:r>
        <w:t>to yeh irada kiya unhon ne,</w:t>
      </w:r>
    </w:p>
    <w:p>
      <w:pPr>
        <w:jc w:val="right"/>
      </w:pPr>
      <w:r>
        <w:t>تو یہ ارادہ کیا انہوں نے،</w:t>
      </w:r>
    </w:p>
    <w:p>
      <w:r>
        <w:rPr>
          <w:b/>
        </w:rPr>
        <w:t xml:space="preserve">[05:39] </w:t>
      </w:r>
      <w:r>
        <w:t>aur</w:t>
      </w:r>
    </w:p>
    <w:p>
      <w:pPr>
        <w:jc w:val="right"/>
      </w:pPr>
      <w:r>
        <w:t>اور</w:t>
      </w:r>
    </w:p>
    <w:p>
      <w:r>
        <w:rPr>
          <w:b/>
        </w:rPr>
        <w:t xml:space="preserve">[05:43] </w:t>
      </w:r>
      <w:r>
        <w:t>mujh se kaha ke maine aisa socha hai.</w:t>
      </w:r>
    </w:p>
    <w:p>
      <w:pPr>
        <w:jc w:val="right"/>
      </w:pPr>
      <w:r>
        <w:t>مجھ سے کہا کہ میں نے ایسا سوچا ہے۔</w:t>
      </w:r>
    </w:p>
    <w:p>
      <w:r>
        <w:rPr>
          <w:b/>
        </w:rPr>
        <w:t xml:space="preserve">[05:50] </w:t>
      </w:r>
      <w:r>
        <w:t>to is ki kahani suni main ne, is ki kahani suni main ne. phir main bhi sochne laga.</w:t>
      </w:r>
    </w:p>
    <w:p>
      <w:pPr>
        <w:jc w:val="right"/>
      </w:pPr>
      <w:r>
        <w:t>تو اس کی کہانی سنی میں نے، اس کی کہانی سنی میں نے۔ پھر میں بھی سوچنے لگا۔</w:t>
      </w:r>
    </w:p>
    <w:p>
      <w:r>
        <w:rPr>
          <w:b/>
        </w:rPr>
        <w:t xml:space="preserve">[05:59] </w:t>
      </w:r>
      <w:r>
        <w:t>to main ne is waqt mere mind mein ek baat aayi, woh main ne kahi us se.</w:t>
      </w:r>
    </w:p>
    <w:p>
      <w:pPr>
        <w:jc w:val="right"/>
      </w:pPr>
      <w:r>
        <w:t>تو میں نے اس وقت میرے مائنڈ میں ایک بات آئی، وہ میں نے کہی اس سے۔</w:t>
      </w:r>
    </w:p>
    <w:p>
      <w:r>
        <w:rPr>
          <w:b/>
        </w:rPr>
        <w:t xml:space="preserve">[06:11] </w:t>
      </w:r>
      <w:r>
        <w:t>ek qissa main ne likha hai apne magazine mein.</w:t>
      </w:r>
    </w:p>
    <w:p>
      <w:pPr>
        <w:jc w:val="right"/>
      </w:pPr>
      <w:r>
        <w:t>ایک قصہ میں نے لکھا ہے اپنے میگزین میں۔</w:t>
      </w:r>
    </w:p>
    <w:p>
      <w:r>
        <w:rPr>
          <w:b/>
        </w:rPr>
        <w:t xml:space="preserve">[06:16] </w:t>
      </w:r>
      <w:r>
        <w:t>to exactly main ne jo kaha tha woh yeh tha ke</w:t>
      </w:r>
    </w:p>
    <w:p>
      <w:pPr>
        <w:jc w:val="right"/>
      </w:pPr>
      <w:r>
        <w:t>تو ایگزیکٹلی میں نے جو کہا تھا وہ یہ تھا کہ</w:t>
      </w:r>
    </w:p>
    <w:p>
      <w:r>
        <w:rPr>
          <w:b/>
        </w:rPr>
        <w:t xml:space="preserve">[06:26] </w:t>
      </w:r>
      <w:r>
        <w:t>unhon ne intiqam ka</w:t>
      </w:r>
    </w:p>
    <w:p>
      <w:pPr>
        <w:jc w:val="right"/>
      </w:pPr>
      <w:r>
        <w:t>انہوں نے انتقام کا</w:t>
      </w:r>
    </w:p>
    <w:p>
      <w:r>
        <w:rPr>
          <w:b/>
        </w:rPr>
        <w:t xml:space="preserve">[06:28] </w:t>
      </w:r>
      <w:r>
        <w:t>lafz bola tha, intiqam ma'ni revenge,</w:t>
      </w:r>
    </w:p>
    <w:p>
      <w:pPr>
        <w:jc w:val="right"/>
      </w:pPr>
      <w:r>
        <w:t>لفظ بولا تھا، انتقام معنی ریونج،</w:t>
      </w:r>
    </w:p>
    <w:p>
      <w:r>
        <w:rPr>
          <w:b/>
        </w:rPr>
        <w:t xml:space="preserve">[06:33] </w:t>
      </w:r>
      <w:r>
        <w:t>ke mujhe intiqam lena hai.</w:t>
      </w:r>
    </w:p>
    <w:p>
      <w:pPr>
        <w:jc w:val="right"/>
      </w:pPr>
      <w:r>
        <w:t>کہ مجھے انتقام لینا ہے۔</w:t>
      </w:r>
    </w:p>
    <w:p>
      <w:r>
        <w:rPr>
          <w:b/>
        </w:rPr>
        <w:t xml:space="preserve">[06:39] </w:t>
      </w:r>
      <w:r>
        <w:t>to main ne kaha ke intiqam lene se pehle soch lo ke intiqam ka bhi intiqam liya jayega.</w:t>
      </w:r>
    </w:p>
    <w:p>
      <w:pPr>
        <w:jc w:val="right"/>
      </w:pPr>
      <w:r>
        <w:t>تو میں نے کہا کہ انتقام لینے سے پہلے سوچ لو کہ انتقام کا بھی انتقام لیا جائے گا۔</w:t>
      </w:r>
    </w:p>
    <w:p>
      <w:r>
        <w:rPr>
          <w:b/>
        </w:rPr>
        <w:t xml:space="preserve">[06:50] </w:t>
      </w:r>
      <w:r>
        <w:t>achanak meri zuban se yeh jumla nikla,</w:t>
      </w:r>
    </w:p>
    <w:p>
      <w:pPr>
        <w:jc w:val="right"/>
      </w:pPr>
      <w:r>
        <w:t>اچانک میری زبان سے یہ جملہ نکلا،</w:t>
      </w:r>
    </w:p>
    <w:p>
      <w:r>
        <w:rPr>
          <w:b/>
        </w:rPr>
        <w:t xml:space="preserve">[06:54] </w:t>
      </w:r>
      <w:r>
        <w:t>intiqam lene se pehle soch lo ke intiqam ka bhi intiqam liya jayega.</w:t>
      </w:r>
    </w:p>
    <w:p>
      <w:pPr>
        <w:jc w:val="right"/>
      </w:pPr>
      <w:r>
        <w:t>انتقام لینے سے پہلے سوچ لو کہ انتقام کا بھی انتقام لیا جائے گا۔</w:t>
      </w:r>
    </w:p>
    <w:p>
      <w:r>
        <w:rPr>
          <w:b/>
        </w:rPr>
        <w:t xml:space="preserve">[07:03] </w:t>
      </w:r>
      <w:r>
        <w:t>yeh jumla main ne bol diya, phir main khud sochne laga gaya, ab woh bhi sochne laga ke kya kaha unhon ne.</w:t>
      </w:r>
    </w:p>
    <w:p>
      <w:pPr>
        <w:jc w:val="right"/>
      </w:pPr>
      <w:r>
        <w:t>یہ جملہ میں نے بول دیا، پھر میں خود سوچنے لگا گیا، اب وہ بھی سوچنے لگا کہ کیا کہا انہوں نے۔</w:t>
      </w:r>
    </w:p>
    <w:p>
      <w:r>
        <w:rPr>
          <w:b/>
        </w:rPr>
        <w:t xml:space="preserve">[07:18] </w:t>
      </w:r>
      <w:r>
        <w:t>to main ne kaha ke dekhiye, intiqam mein koi farishta ab nahi hota.</w:t>
      </w:r>
    </w:p>
    <w:p>
      <w:pPr>
        <w:jc w:val="right"/>
      </w:pPr>
      <w:r>
        <w:t>تو میں نے کہا کہ دیکھیے، انتقام میں کوئی فرشتہ اب نہیں ہوتا۔</w:t>
      </w:r>
    </w:p>
    <w:p>
      <w:r>
        <w:rPr>
          <w:b/>
        </w:rPr>
        <w:t xml:space="preserve">[07:30] </w:t>
      </w:r>
      <w:r>
        <w:t>jab aap intiqam lene ke liye marenge kisi ko to us ke bete, us ke bhai intiqam mein aap ko marenge, chup se baithenge nahi woh.</w:t>
      </w:r>
    </w:p>
    <w:p>
      <w:pPr>
        <w:jc w:val="right"/>
      </w:pPr>
      <w:r>
        <w:t>جب آپ انتقام لینے کے لیے ماریں گے کسی کو تو اس کے بیٹے، اس کے بھائی انتقام میں آپ کو ماریں گے، چپ سے بیٹھیں گے نہیں وہ۔</w:t>
      </w:r>
    </w:p>
    <w:p>
      <w:r>
        <w:rPr>
          <w:b/>
        </w:rPr>
        <w:t xml:space="preserve">[07:48] </w:t>
      </w:r>
      <w:r>
        <w:t>to aap intiqam lenge, phir woh intiqam lega, phir jo us ke baad jo log honge woh intiqam lenge.</w:t>
      </w:r>
    </w:p>
    <w:p>
      <w:pPr>
        <w:jc w:val="right"/>
      </w:pPr>
      <w:r>
        <w:t>تو آپ انتقام لے گئے، پھر وہ انتقام لے گا، پھر جو اس کے بعد جو لوگ ہوں گے وہ انتقام لیں گے۔</w:t>
      </w:r>
    </w:p>
    <w:p>
      <w:r>
        <w:rPr>
          <w:b/>
        </w:rPr>
        <w:t xml:space="preserve">[08:00] </w:t>
      </w:r>
      <w:r>
        <w:t>is tarah se ek chain reaction ban jayega. chain reaction.</w:t>
      </w:r>
    </w:p>
    <w:p>
      <w:pPr>
        <w:jc w:val="right"/>
      </w:pPr>
      <w:r>
        <w:t>اس طرح سے ایک چین ری ایکشن بن جائے گا۔ چین ری ایکشن۔</w:t>
      </w:r>
    </w:p>
    <w:p>
      <w:r>
        <w:rPr>
          <w:b/>
        </w:rPr>
        <w:t xml:space="preserve">[08:11] </w:t>
      </w:r>
      <w:r>
        <w:t>intiqam kya hai? reaction ka naam hai intiqam.</w:t>
      </w:r>
    </w:p>
    <w:p>
      <w:pPr>
        <w:jc w:val="right"/>
      </w:pPr>
      <w:r>
        <w:t>انتقام کیا ہے؟ ری ایکشن کا نام ہے انتقام۔</w:t>
      </w:r>
    </w:p>
    <w:p>
      <w:r>
        <w:rPr>
          <w:b/>
        </w:rPr>
        <w:t xml:space="preserve">[08:24] </w:t>
      </w:r>
      <w:r>
        <w:t>to aap ka is aadmi ko marna ek chain reaction create karega.</w:t>
      </w:r>
    </w:p>
    <w:p>
      <w:pPr>
        <w:jc w:val="right"/>
      </w:pPr>
      <w:r>
        <w:t>تو آپ کا اس آدمی کو مارنا ایک چین ری ایکشن کریٹ کرے گا۔</w:t>
      </w:r>
    </w:p>
    <w:p>
      <w:r>
        <w:rPr>
          <w:b/>
        </w:rPr>
        <w:t xml:space="preserve">[08:36] </w:t>
      </w:r>
      <w:r>
        <w:t>aur chain reaction main ne kaha ke main ne dekha hai apne khud apne jahan mein rehta tha UP mein ke 25 saal tak chalta raha woh maar kaat intiqam.</w:t>
      </w:r>
    </w:p>
    <w:p>
      <w:pPr>
        <w:jc w:val="right"/>
      </w:pPr>
      <w:r>
        <w:t>اور چین ری ایکشن میں نے کہا کہ میں نے دیکھا ہے اپنے خود اپنے جہاں میں رہتا تھا یو پی میں کہ 25 سال تک چلتا رہا وہ مار کاٹ انتقام۔</w:t>
      </w:r>
    </w:p>
    <w:p>
      <w:r>
        <w:rPr>
          <w:b/>
        </w:rPr>
        <w:t xml:space="preserve">[08:54] </w:t>
      </w:r>
      <w:r>
        <w:t>yahan tak ke ghar ke zevar bik gaye,</w:t>
      </w:r>
    </w:p>
    <w:p>
      <w:pPr>
        <w:jc w:val="right"/>
      </w:pPr>
      <w:r>
        <w:t>یہاں تک کہ گھر کے زیور بک گئے،</w:t>
      </w:r>
    </w:p>
    <w:p>
      <w:r>
        <w:rPr>
          <w:b/>
        </w:rPr>
        <w:t xml:space="preserve">[09:01] </w:t>
      </w:r>
      <w:r>
        <w:t>naujawan mare gaye, tab woh thak haar kar khatm ho gaye.</w:t>
      </w:r>
    </w:p>
    <w:p>
      <w:pPr>
        <w:jc w:val="right"/>
      </w:pPr>
      <w:r>
        <w:t>نوجوان مارے گئے، تب وہ تھک ہار کر ختم ہو گئے۔</w:t>
      </w:r>
    </w:p>
    <w:p>
      <w:r>
        <w:rPr>
          <w:b/>
        </w:rPr>
        <w:t xml:space="preserve">[09:11] </w:t>
      </w:r>
      <w:r>
        <w:t>to woh aadmi baharhaal samajhdar tha, meri baat us ki samajh aa gayi.</w:t>
      </w:r>
    </w:p>
    <w:p>
      <w:pPr>
        <w:jc w:val="right"/>
      </w:pPr>
      <w:r>
        <w:t>تو وہ آدمی بہرحال سمجھدار تھا، میری بات اس کی سمجھ آ گئی۔</w:t>
      </w:r>
    </w:p>
    <w:p>
      <w:r>
        <w:rPr>
          <w:b/>
        </w:rPr>
        <w:t xml:space="preserve">[09:19] </w:t>
      </w:r>
      <w:r>
        <w:t>kuch der sochne ke baad us ne kaha ke phir yeh aap bataiye ke main kya karoon?</w:t>
      </w:r>
    </w:p>
    <w:p>
      <w:pPr>
        <w:jc w:val="right"/>
      </w:pPr>
      <w:r>
        <w:t>کچھ دیر سوچنے کے بعد اس نے کہا کہ پھر یہ آپ بتائیے کہ میں کیا کروں؟</w:t>
      </w:r>
    </w:p>
    <w:p>
      <w:r>
        <w:rPr>
          <w:b/>
        </w:rPr>
        <w:t xml:space="preserve">[09:28] </w:t>
      </w:r>
      <w:r>
        <w:t>to mein ne poocha ke tumhare paas ab bhi kuch paisa hai?</w:t>
      </w:r>
    </w:p>
    <w:p>
      <w:pPr>
        <w:jc w:val="right"/>
      </w:pPr>
      <w:r>
        <w:t>تو میں نے پوچھا کہ تمہارے پاس اب بھی کچھ پیسہ ہے؟</w:t>
      </w:r>
    </w:p>
    <w:p>
      <w:r>
        <w:rPr>
          <w:b/>
        </w:rPr>
        <w:t xml:space="preserve">[09:35] </w:t>
      </w:r>
      <w:r>
        <w:t>jo paisa tum ne diya hai un ko, is ke baad hai tumhare paas kuch paisa?</w:t>
      </w:r>
    </w:p>
    <w:p>
      <w:pPr>
        <w:jc w:val="right"/>
      </w:pPr>
      <w:r>
        <w:t>جو پیسہ تم نے دیا ہے ان کو، اس کے بعد ہے تمہارے پاس کچھ پیسہ؟</w:t>
      </w:r>
    </w:p>
    <w:p>
      <w:r>
        <w:rPr>
          <w:b/>
        </w:rPr>
        <w:t xml:space="preserve">[09:42] </w:t>
      </w:r>
      <w:r>
        <w:t>to is ne soch kar bataya ke ab mere paas</w:t>
      </w:r>
    </w:p>
    <w:p>
      <w:pPr>
        <w:jc w:val="right"/>
      </w:pPr>
      <w:r>
        <w:t>تو اس نے سوچ کر بتایا کہ اب میرے پاس</w:t>
      </w:r>
    </w:p>
    <w:p>
      <w:r>
        <w:rPr>
          <w:b/>
        </w:rPr>
        <w:t xml:space="preserve">[09:49] </w:t>
      </w:r>
      <w:r>
        <w:t>taqreeban 30 hazar roope hain, thirty thousand.</w:t>
      </w:r>
    </w:p>
    <w:p>
      <w:pPr>
        <w:jc w:val="right"/>
      </w:pPr>
      <w:r>
        <w:t>تقریباً 30 ہزار روپے ہیں، تھرٹی تھاؤزنڈ۔</w:t>
      </w:r>
    </w:p>
    <w:p>
      <w:r>
        <w:rPr>
          <w:b/>
        </w:rPr>
        <w:t xml:space="preserve">[10:00] </w:t>
      </w:r>
      <w:r>
        <w:t>to mein ne is se kaha ke dekhiye, aap is paise ko bhool jaiye jo aap de chuke hain,</w:t>
      </w:r>
    </w:p>
    <w:p>
      <w:pPr>
        <w:jc w:val="right"/>
      </w:pPr>
      <w:r>
        <w:t>تو میں نے اس سے کہا کہ دیکھیے، آپ اس پیسے کو بھول جائیے جو آپ دے چکے ہیں،</w:t>
      </w:r>
    </w:p>
    <w:p>
      <w:r>
        <w:rPr>
          <w:b/>
        </w:rPr>
        <w:t xml:space="preserve">[10:09] </w:t>
      </w:r>
      <w:r>
        <w:t>ab jo aap ke paas hai us ko pakar lein, aur us ko le kar aap koi naya business start kijiye.</w:t>
      </w:r>
    </w:p>
    <w:p>
      <w:pPr>
        <w:jc w:val="right"/>
      </w:pPr>
      <w:r>
        <w:t>اب جو آپ کے پاس ہے اس کو پکڑ لیں، اور اس کو لے کر آپ کوئی نیا بزنس سٹارٹ کیے۔</w:t>
      </w:r>
    </w:p>
    <w:p>
      <w:r>
        <w:rPr>
          <w:b/>
        </w:rPr>
        <w:t xml:space="preserve">[10:24] </w:t>
      </w:r>
      <w:r>
        <w:t>aur bohat hi zyada pass andaz mein, koi inteqam nahi, koi reaction nahi, koi nafrat nahi, koi ghussa nahi, bhula kar bhula kar bhula kar.</w:t>
      </w:r>
    </w:p>
    <w:p>
      <w:pPr>
        <w:jc w:val="right"/>
      </w:pPr>
      <w:r>
        <w:t>اور بہت ہی زیادہ پاس انداز میں، کوئی انتقام نہیں، کوئی ری ایکشن نہیں، کوئی نفرت نہیں، کوئی غصہ نہیں، بھلا کر بھلا کر بھلا کر۔</w:t>
      </w:r>
    </w:p>
    <w:p>
      <w:r>
        <w:rPr>
          <w:b/>
        </w:rPr>
        <w:t xml:space="preserve">[10:41] </w:t>
      </w:r>
      <w:r>
        <w:t>to is ne pichle yaani past ko bhula diya, aur present mein jeena shuru kar diya.</w:t>
      </w:r>
    </w:p>
    <w:p>
      <w:pPr>
        <w:jc w:val="right"/>
      </w:pPr>
      <w:r>
        <w:t>تو اس نے پچھلے یعنی پاسٹ کو بھلا دیا، اور پریزنٹ میں جینا شروع کر دیا۔</w:t>
      </w:r>
    </w:p>
    <w:p>
      <w:r>
        <w:rPr>
          <w:b/>
        </w:rPr>
        <w:t xml:space="preserve">[10:50] </w:t>
      </w:r>
      <w:r>
        <w:t>aur us thirty thousand roope se aik chota sa business, us waqt baat hui thi to is ka thirty thousand bhi aik bari cheez hua karta tha.</w:t>
      </w:r>
    </w:p>
    <w:p>
      <w:pPr>
        <w:jc w:val="right"/>
      </w:pPr>
      <w:r>
        <w:t>اور اس تھرٹی تھاؤزنڈ روپے سے ایک چھوٹا سا بزنس، اس وقت بات ہوئی تھی تو اس کا تھرٹی تھاؤزنڈ بھی ایک بڑی چیز ہوا کرتا تھا۔</w:t>
      </w:r>
    </w:p>
    <w:p>
      <w:r>
        <w:rPr>
          <w:b/>
        </w:rPr>
        <w:t xml:space="preserve">[11:04] </w:t>
      </w:r>
      <w:r>
        <w:t>to sahib, is ke paise mein barkat hui, aur is ka business bohat sust sust tareeqe se chalne laga.</w:t>
      </w:r>
    </w:p>
    <w:p>
      <w:pPr>
        <w:jc w:val="right"/>
      </w:pPr>
      <w:r>
        <w:t>تو صاحب، اس کے پیسے میں برکت ہوئی، اور اس کا بزنس بہت سست سست طریقے سے چلنے لگا۔</w:t>
      </w:r>
    </w:p>
    <w:p>
      <w:r>
        <w:rPr>
          <w:b/>
        </w:rPr>
        <w:t xml:space="preserve">[11:21] </w:t>
      </w:r>
      <w:r>
        <w:t>to jahan tak mujhe yaad hai ke taqreeban teen saal ke baad woh aadmi phir mujhe mila,</w:t>
      </w:r>
    </w:p>
    <w:p>
      <w:pPr>
        <w:jc w:val="right"/>
      </w:pPr>
      <w:r>
        <w:t>تو جہاں تک مجھے یاد ہے کہ تقریباً تین سال کے بعد وہ آدمی پھر مجھے ملا،</w:t>
      </w:r>
    </w:p>
    <w:p>
      <w:r>
        <w:rPr>
          <w:b/>
        </w:rPr>
        <w:t xml:space="preserve">[11:32] </w:t>
      </w:r>
      <w:r>
        <w:t>taqreeban teen saal ke baad.</w:t>
      </w:r>
    </w:p>
    <w:p>
      <w:pPr>
        <w:jc w:val="right"/>
      </w:pPr>
      <w:r>
        <w:t>تقریباً تین سال کے بعد۔</w:t>
      </w:r>
    </w:p>
    <w:p>
      <w:r>
        <w:rPr>
          <w:b/>
        </w:rPr>
        <w:t xml:space="preserve">[11:37] </w:t>
      </w:r>
      <w:r>
        <w:t>to mein ne is se poocha ke bhai kya haal hai aap ka?</w:t>
      </w:r>
    </w:p>
    <w:p>
      <w:pPr>
        <w:jc w:val="right"/>
      </w:pPr>
      <w:r>
        <w:t>تو میں نے اس سے پوچھا کہ بھئی کیا حال ہے آپ کا؟</w:t>
      </w:r>
    </w:p>
    <w:p>
      <w:r>
        <w:rPr>
          <w:b/>
        </w:rPr>
        <w:t xml:space="preserve">[11:45] </w:t>
      </w:r>
      <w:r>
        <w:t>to is ne kaha ke aap ne jo mashwara diya tha woh us ko pakar liya tha mein ne, aur isi pe chalne laga mein. to teen saal ke baad aap ne is se bohat zyada kama liya mein ne,</w:t>
      </w:r>
    </w:p>
    <w:p>
      <w:pPr>
        <w:jc w:val="right"/>
      </w:pPr>
      <w:r>
        <w:t>تو اس نے کہا کہ آپ نے جو مشورہ دیا تھا وہ اس کو پکڑ لیا تھا میں نے، اور اسی پہ چلنے لگا میں۔ تو تین سال کے بعد آپ نے اس سے بہت زیادہ کما لیا میں نے،</w:t>
      </w:r>
    </w:p>
    <w:p>
      <w:r>
        <w:rPr>
          <w:b/>
        </w:rPr>
        <w:t xml:space="preserve">[11:58] </w:t>
      </w:r>
      <w:r>
        <w:t>jitna mein ne diya tha us aadmi ko, yaani 80 hazar jo diya tha, us se bohat zyada kama liya. ab mein bhool bhi gaya, itna mein ne kama liya ke mein bhool bhi gaya.</w:t>
      </w:r>
    </w:p>
    <w:p>
      <w:pPr>
        <w:jc w:val="right"/>
      </w:pPr>
      <w:r>
        <w:t>جتنا میں دیا تھا اس آدمی کو، یعنی 80 ہزار جو دیا تھا، اس سے بہت زیادہ کما لیا۔ اب میں بھول بھی گیا، اتنا میں نے کما لیا کہ میں بھول بھی گیا۔</w:t>
      </w:r>
    </w:p>
    <w:p>
      <w:r>
        <w:rPr>
          <w:b/>
        </w:rPr>
        <w:t xml:space="preserve">[12:15] </w:t>
      </w:r>
      <w:r>
        <w:t>mere nazdeek spirituality isi ka naam hai. spirituality log sochte hain ke koi koi woh</w:t>
      </w:r>
    </w:p>
    <w:p>
      <w:pPr>
        <w:jc w:val="right"/>
      </w:pPr>
      <w:r>
        <w:t>میرے نزدیک اسپیچولیٹی اسی کا نام ہے۔ اسپیچولیٹی لوگ سوچتے ہیں کہ کوئی کوئی وہ</w:t>
      </w:r>
    </w:p>
    <w:p>
      <w:r>
        <w:rPr>
          <w:b/>
        </w:rPr>
        <w:t xml:space="preserve">[12:28] </w:t>
      </w:r>
      <w:r>
        <w:t>mysterious cheez ka naam nahi hai, mysterious cheez ka naam hai.</w:t>
      </w:r>
    </w:p>
    <w:p>
      <w:pPr>
        <w:jc w:val="right"/>
      </w:pPr>
      <w:r>
        <w:t>مسٹیریس چیز کا نام نہیں ہے، مسٹیریس چیز کا نام ہے۔</w:t>
      </w:r>
    </w:p>
    <w:p>
      <w:r>
        <w:rPr>
          <w:b/>
        </w:rPr>
        <w:t xml:space="preserve">[12:35] </w:t>
      </w:r>
      <w:r>
        <w:t>mere nazdeek spirituality kisi mysterious cheez ka naam nahi hai,</w:t>
      </w:r>
    </w:p>
    <w:p>
      <w:pPr>
        <w:jc w:val="right"/>
      </w:pPr>
      <w:r>
        <w:t>میرے نزدیک اسپیچولیٹی کسی مسٹیریس چیز کا نام نہیں ہے،</w:t>
      </w:r>
    </w:p>
    <w:p>
      <w:r>
        <w:rPr>
          <w:b/>
        </w:rPr>
        <w:t xml:space="preserve">[12:42] </w:t>
      </w:r>
      <w:r>
        <w:t>woh aik well known discipline hai.</w:t>
      </w:r>
    </w:p>
    <w:p>
      <w:pPr>
        <w:jc w:val="right"/>
      </w:pPr>
      <w:r>
        <w:t>وہ ایک ویل نون ڈسپلن ہے۔</w:t>
      </w:r>
    </w:p>
    <w:p>
      <w:r>
        <w:rPr>
          <w:b/>
        </w:rPr>
        <w:t xml:space="preserve">[12:54] </w:t>
      </w:r>
      <w:r>
        <w:t>spirituality ko mein ne convert kiya doosre alfaaz mein to spirituality mujhe laga ke spirituality to naam hai simple living high technique ka,</w:t>
      </w:r>
    </w:p>
    <w:p>
      <w:pPr>
        <w:jc w:val="right"/>
      </w:pPr>
      <w:r>
        <w:t>اسپیچولیٹی کو میں نے کنورٹ کیا دوسرے الفاظ میں تو اسپیچولیٹی مجھے لگا کہ اسپیچولیٹی تو نام ہے سمپل لیونگ ہائی ٹیکنیک کا،</w:t>
      </w:r>
    </w:p>
    <w:p>
      <w:r>
        <w:rPr>
          <w:b/>
        </w:rPr>
        <w:t xml:space="preserve">[13:09] </w:t>
      </w:r>
      <w:r>
        <w:t>yahi spirituality hai.</w:t>
      </w:r>
    </w:p>
    <w:p>
      <w:pPr>
        <w:jc w:val="right"/>
      </w:pPr>
      <w:r>
        <w:t>یہی اسپیچولیٹی ہے۔</w:t>
      </w:r>
    </w:p>
    <w:p>
      <w:r>
        <w:rPr>
          <w:b/>
        </w:rPr>
        <w:t xml:space="preserve">[13:12] </w:t>
      </w:r>
      <w:r>
        <w:t>chounke spirituality</w:t>
      </w:r>
    </w:p>
    <w:p>
      <w:pPr>
        <w:jc w:val="right"/>
      </w:pPr>
      <w:r>
        <w:t>چونکہ اسپیچولیٹی</w:t>
      </w:r>
    </w:p>
    <w:p>
      <w:r>
        <w:rPr>
          <w:b/>
        </w:rPr>
        <w:t xml:space="preserve">[13:17] </w:t>
      </w:r>
      <w:r>
        <w:t>result result ko nateeje ko batata hai, method ko, technique ko nahi, is liye samajh nahi paate log.</w:t>
      </w:r>
    </w:p>
    <w:p>
      <w:pPr>
        <w:jc w:val="right"/>
      </w:pPr>
      <w:r>
        <w:t>رزلٹ رزلٹ کو نتیجے کو بتاتا ہے، میتھڈ کو، ٹیکنیک کو نہیں، اس لیے سمجھ نہیں پاتے لوگ۔</w:t>
      </w:r>
    </w:p>
    <w:p>
      <w:r>
        <w:rPr>
          <w:b/>
        </w:rPr>
        <w:t xml:space="preserve">[13:29] </w:t>
      </w:r>
      <w:r>
        <w:t>jab log bolte hain lafz spirituality to pehla un ka mind chahta hai jaanna ke what is the technique of spirituality,</w:t>
      </w:r>
    </w:p>
    <w:p>
      <w:pPr>
        <w:jc w:val="right"/>
      </w:pPr>
      <w:r>
        <w:t>جب لوگ بولتے ہیں لفظ اسپیچولیٹی تو پہلا ان کا مائنڈ چاہتا ہے جاننا کہ واٹ از دا ٹیکنیک اف اسپیچولیٹی،</w:t>
      </w:r>
    </w:p>
    <w:p>
      <w:r>
        <w:rPr>
          <w:b/>
        </w:rPr>
        <w:t xml:space="preserve">[13:40] </w:t>
      </w:r>
      <w:r>
        <w:t>how to attain spirituality. to technique jaanna chahte hain woh,</w:t>
      </w:r>
    </w:p>
    <w:p>
      <w:pPr>
        <w:jc w:val="right"/>
      </w:pPr>
      <w:r>
        <w:t>ہاؤ ٹو اٹین اسپیچولیٹی۔ تو ٹیکنیک جاننا چاہتے ہیں وہ،</w:t>
      </w:r>
    </w:p>
    <w:p>
      <w:r>
        <w:rPr>
          <w:b/>
        </w:rPr>
        <w:t xml:space="preserve">[13:54] </w:t>
      </w:r>
      <w:r>
        <w:t>is waja se samajh nahi paate in ko. aur chuki poori history se chala raha hai, chala raha hai ke spirituality</w:t>
      </w:r>
    </w:p>
    <w:p>
      <w:pPr>
        <w:jc w:val="right"/>
      </w:pPr>
      <w:r>
        <w:t>اس وجہ سے سمجھ نہیں پاتے ان کو۔ اور چونکہ پوری ہسٹری سے چلا رہا ہے، چلا رہا ہے کہ اسپیچولیٹی</w:t>
      </w:r>
    </w:p>
    <w:p>
      <w:r>
        <w:rPr>
          <w:b/>
        </w:rPr>
        <w:t xml:space="preserve">[14:09] </w:t>
      </w:r>
      <w:r>
        <w:t>ke master woh log ban maan liye gaye the jo</w:t>
      </w:r>
    </w:p>
    <w:p>
      <w:pPr>
        <w:jc w:val="right"/>
      </w:pPr>
      <w:r>
        <w:t>کے ماسٹر وہ لوگ بن مان لیے گئے تھے جو</w:t>
      </w:r>
    </w:p>
    <w:p>
      <w:r>
        <w:rPr>
          <w:b/>
        </w:rPr>
        <w:t xml:space="preserve">[14:19] </w:t>
      </w:r>
      <w:r>
        <w:t>mysticism wale log the. mysticism,</w:t>
      </w:r>
    </w:p>
    <w:p>
      <w:pPr>
        <w:jc w:val="right"/>
      </w:pPr>
      <w:r>
        <w:t>مسٹیسز والے لوگ تھے۔ مسٹیسز،</w:t>
      </w:r>
    </w:p>
    <w:p>
      <w:r>
        <w:rPr>
          <w:b/>
        </w:rPr>
        <w:t xml:space="preserve">[14:26] </w:t>
      </w:r>
      <w:r>
        <w:t>mein samajhta hoon ke mysticism ka naam spirituality nahi hai,</w:t>
      </w:r>
    </w:p>
    <w:p>
      <w:pPr>
        <w:jc w:val="right"/>
      </w:pPr>
      <w:r>
        <w:t>میں سمجھتا ہوں کہ مسٹیسز کا نام اسپیچولیٹی نہیں ہے،</w:t>
      </w:r>
    </w:p>
    <w:p>
      <w:r>
        <w:rPr>
          <w:b/>
        </w:rPr>
        <w:t xml:space="preserve">[14:35] </w:t>
      </w:r>
      <w:r>
        <w:t>aur mysticism ki waja se unhone samajh liya ke</w:t>
      </w:r>
    </w:p>
    <w:p>
      <w:pPr>
        <w:jc w:val="right"/>
      </w:pPr>
      <w:r>
        <w:t>اور مسٹیسز کی وجہ سے انہوں نے سمجھ لیا کہ</w:t>
      </w:r>
    </w:p>
    <w:p>
      <w:r>
        <w:rPr>
          <w:b/>
        </w:rPr>
        <w:t xml:space="preserve">[14:48] </w:t>
      </w:r>
      <w:r>
        <w:t>spirituality koi heart based subject hai, yani dil se taluq hai is ka.</w:t>
      </w:r>
    </w:p>
    <w:p>
      <w:pPr>
        <w:jc w:val="right"/>
      </w:pPr>
      <w:r>
        <w:t>اسپیچولیٹی کوئی ہارٹ بیسڈ سبجیکٹ ہے، یعنی دل سے تعلق ہے اس کا۔</w:t>
      </w:r>
    </w:p>
    <w:p>
      <w:r>
        <w:rPr>
          <w:b/>
        </w:rPr>
        <w:t xml:space="preserve">[14:58] </w:t>
      </w:r>
      <w:r>
        <w:t>to kuch mysterious qism ki exercise le kar de dein.</w:t>
      </w:r>
    </w:p>
    <w:p>
      <w:pPr>
        <w:jc w:val="right"/>
      </w:pPr>
      <w:r>
        <w:t>تو کچھ مسٹیریس قسم کی ایکسرسائز لے کر دے دیں۔</w:t>
      </w:r>
    </w:p>
    <w:p>
      <w:r>
        <w:rPr>
          <w:b/>
        </w:rPr>
        <w:t xml:space="preserve">[15:07] </w:t>
      </w:r>
      <w:r>
        <w:t>mein samajhta hoon ke</w:t>
      </w:r>
    </w:p>
    <w:p>
      <w:pPr>
        <w:jc w:val="right"/>
      </w:pPr>
      <w:r>
        <w:t>میں سمجھتا ہوں کہ</w:t>
      </w:r>
    </w:p>
    <w:p>
      <w:r>
        <w:rPr>
          <w:b/>
        </w:rPr>
        <w:t xml:space="preserve">[15:13] </w:t>
      </w:r>
      <w:r>
        <w:t>scientific age mein is ka koi justification nahi hai, kyunke ab sabit ho chuka hai 2004 ki taraf se ke heart jo hai is ka sirf ek function hai body mein,</w:t>
      </w:r>
    </w:p>
    <w:p>
      <w:pPr>
        <w:jc w:val="right"/>
      </w:pPr>
      <w:r>
        <w:t>سائنٹیفک ایج میں اس کا کوئی جسٹیفیکیشن نہیں ہے، کیونکہ اب ثابت ہو چکا ہے 2004 کی طرف سے کہ ہارٹ جو ہے اس کا صرف ایک فنکشن ہے باڈی میں،</w:t>
      </w:r>
    </w:p>
    <w:p>
      <w:r>
        <w:rPr>
          <w:b/>
        </w:rPr>
        <w:t xml:space="preserve">[15:32] </w:t>
      </w:r>
      <w:r>
        <w:t>aur woh hai blood circulation.</w:t>
      </w:r>
    </w:p>
    <w:p>
      <w:pPr>
        <w:jc w:val="right"/>
      </w:pPr>
      <w:r>
        <w:t>اور وہ ہے بلڈ سرکولیشن۔</w:t>
      </w:r>
    </w:p>
    <w:p>
      <w:r>
        <w:rPr>
          <w:b/>
        </w:rPr>
        <w:t xml:space="preserve">[15:38] </w:t>
      </w:r>
      <w:r>
        <w:t>bas</w:t>
      </w:r>
    </w:p>
    <w:p>
      <w:pPr>
        <w:jc w:val="right"/>
      </w:pPr>
      <w:r>
        <w:t>بس</w:t>
      </w:r>
    </w:p>
    <w:p>
      <w:r>
        <w:rPr>
          <w:b/>
        </w:rPr>
        <w:t xml:space="preserve">[15:41] </w:t>
      </w:r>
      <w:r>
        <w:t>woh koi thinking</w:t>
      </w:r>
    </w:p>
    <w:p>
      <w:pPr>
        <w:jc w:val="right"/>
      </w:pPr>
      <w:r>
        <w:t>وہ کوئی تھنکنگ</w:t>
      </w:r>
    </w:p>
    <w:p>
      <w:r>
        <w:rPr>
          <w:b/>
        </w:rPr>
        <w:t xml:space="preserve">[15:48] </w:t>
      </w:r>
      <w:r>
        <w:t>organ nahi hai.</w:t>
      </w:r>
    </w:p>
    <w:p>
      <w:pPr>
        <w:jc w:val="right"/>
      </w:pPr>
      <w:r>
        <w:t>ارگن نہیں ہے۔</w:t>
      </w:r>
    </w:p>
    <w:p>
      <w:r>
        <w:rPr>
          <w:b/>
        </w:rPr>
        <w:t xml:space="preserve">[15:54] </w:t>
      </w:r>
      <w:r>
        <w:t>to aap apne mind ko control karein,</w:t>
      </w:r>
    </w:p>
    <w:p>
      <w:pPr>
        <w:jc w:val="right"/>
      </w:pPr>
      <w:r>
        <w:t>تو آپ اپنے مائنڈ کو کنٹرول کریں،</w:t>
      </w:r>
    </w:p>
    <w:p>
      <w:r>
        <w:rPr>
          <w:b/>
        </w:rPr>
        <w:t xml:space="preserve">[16:03] </w:t>
      </w:r>
      <w:r>
        <w:t>mind ko positive fikr banayein,</w:t>
      </w:r>
    </w:p>
    <w:p>
      <w:pPr>
        <w:jc w:val="right"/>
      </w:pPr>
      <w:r>
        <w:t>مائنڈ کو پازیٹیو فکر بنائیں،</w:t>
      </w:r>
    </w:p>
    <w:p>
      <w:r>
        <w:rPr>
          <w:b/>
        </w:rPr>
        <w:t xml:space="preserve">[16:10] </w:t>
      </w:r>
      <w:r>
        <w:t>apne mind ko apne control mein rakhein,</w:t>
      </w:r>
    </w:p>
    <w:p>
      <w:pPr>
        <w:jc w:val="right"/>
      </w:pPr>
      <w:r>
        <w:t>اپنے مائنڈ کو اپنے کنٹرول میں رکھیں،</w:t>
      </w:r>
    </w:p>
    <w:p>
      <w:r>
        <w:rPr>
          <w:b/>
        </w:rPr>
        <w:t xml:space="preserve">[16:19] </w:t>
      </w:r>
      <w:r>
        <w:t>apne mind ko positive mind banayein. bas yahi spirituality hai,</w:t>
      </w:r>
    </w:p>
    <w:p>
      <w:pPr>
        <w:jc w:val="right"/>
      </w:pPr>
      <w:r>
        <w:t>اپنے مائنڈ کو پازیٹیو مائنڈ بنائیں۔ بس یہی اسپیچولیٹی ہے،</w:t>
      </w:r>
    </w:p>
    <w:p>
      <w:r>
        <w:rPr>
          <w:b/>
        </w:rPr>
        <w:t xml:space="preserve">[16:27] </w:t>
      </w:r>
      <w:r>
        <w:t>aur is ke do basic formula hain, woh hai simple living, high thinking.</w:t>
      </w:r>
    </w:p>
    <w:p>
      <w:pPr>
        <w:jc w:val="right"/>
      </w:pPr>
      <w:r>
        <w:t>اور اس کے دو بیسک فارمولا ہیں، وہ ہے سمپل لیونگ، ہائی تھنکنگ۔</w:t>
      </w:r>
    </w:p>
    <w:p>
      <w:r>
        <w:rPr>
          <w:b/>
        </w:rPr>
        <w:t xml:space="preserve">[16:38] </w:t>
      </w:r>
      <w:r>
        <w:t>dono ek doosre se interlinked hain. jab aap high thinking par aayenge to aap ko simple living par aana padega, aur jab simple living ko pakdeinge to aap ko high thinking par aana padega.</w:t>
      </w:r>
    </w:p>
    <w:p>
      <w:pPr>
        <w:jc w:val="right"/>
      </w:pPr>
      <w:r>
        <w:t>دونوں ایک دوسرے سے انٹر لنکڈ ہیں۔ جب آپ ہائی تھنکنگ پر آئیں گے تو آپ کو سمپل لیونگ پر آنا پڑے گا، اور جب سمپل لیونگ کو پکڑیں گے تو آپ کو ہائی تھنکنگ پر آنا پڑے گا۔</w:t>
      </w:r>
    </w:p>
    <w:p>
      <w:r>
        <w:rPr>
          <w:b/>
        </w:rPr>
        <w:t xml:space="preserve">[17:02] </w:t>
      </w:r>
      <w:r>
        <w:t>to internal sense mein spirituality naam hai high thinking ka, external sense mein spirituality naam hai</w:t>
      </w:r>
    </w:p>
    <w:p>
      <w:pPr>
        <w:jc w:val="right"/>
      </w:pPr>
      <w:r>
        <w:t>تو انٹرنل سینس میں اسپیچولیٹی نام ہے ہائی تھنکنگ کا، ایکسٹرنل سینس میں اسپیچولیٹی نام ہے</w:t>
      </w:r>
    </w:p>
    <w:p>
      <w:r>
        <w:rPr>
          <w:b/>
        </w:rPr>
        <w:t xml:space="preserve">[17:19] </w:t>
      </w:r>
      <w:r>
        <w:t>simple living ka.</w:t>
      </w:r>
    </w:p>
    <w:p>
      <w:pPr>
        <w:jc w:val="right"/>
      </w:pPr>
      <w:r>
        <w:t>سمپل لیونگ کا۔</w:t>
      </w:r>
    </w:p>
    <w:p>
      <w:r>
        <w:rPr>
          <w:b/>
        </w:rPr>
        <w:t xml:space="preserve">[17:24] </w:t>
      </w:r>
      <w:r>
        <w:t>kyunke agar aap simple lein, simple living ko na ikhtiyar karein to aap manage nahi kar paayenge high thinking ko.</w:t>
      </w:r>
    </w:p>
    <w:p>
      <w:pPr>
        <w:jc w:val="right"/>
      </w:pPr>
      <w:r>
        <w:t>کیونکہ اگر آپ سمپل لیں، سمپل لیونگ کو نہ اختیار کریں تو آپ مانی نہیں کر پائیں گے ہائی تھنکنگ کو۔</w:t>
      </w:r>
    </w:p>
    <w:p>
      <w:r>
        <w:rPr>
          <w:b/>
        </w:rPr>
        <w:t xml:space="preserve">[17:38] </w:t>
      </w:r>
      <w:r>
        <w:t>bar bar aap disappointment hoga,</w:t>
      </w:r>
    </w:p>
    <w:p>
      <w:pPr>
        <w:jc w:val="right"/>
      </w:pPr>
      <w:r>
        <w:t>بار بار آپ ڈیلیٹمنٹ ہوگا،</w:t>
      </w:r>
    </w:p>
    <w:p>
      <w:r>
        <w:rPr>
          <w:b/>
        </w:rPr>
        <w:t xml:space="preserve">[17:44] </w:t>
      </w:r>
      <w:r>
        <w:t>kharcha badhayenge, har cheez mein aap paisa zyada kharch karenge.</w:t>
      </w:r>
    </w:p>
    <w:p>
      <w:pPr>
        <w:jc w:val="right"/>
      </w:pPr>
      <w:r>
        <w:t>خرچہ بڑھائیں گے، ہر چیز میں آپ پیسہ زیادہ خرچ کریں گے۔</w:t>
      </w:r>
    </w:p>
    <w:p>
      <w:r>
        <w:rPr>
          <w:b/>
        </w:rPr>
        <w:t xml:space="preserve">[17:54] </w:t>
      </w:r>
      <w:r>
        <w:t>to jahan se believing chali gayi, saada zindagi chali gayi, to sab kuch chala gaya.</w:t>
      </w:r>
    </w:p>
    <w:p>
      <w:pPr>
        <w:jc w:val="right"/>
      </w:pPr>
      <w:r>
        <w:t>تو جہاں سے بیلیونگ چلی گئی، سادہ زندگی چلی گئی، تو سب کچھ چلا گیا۔</w:t>
      </w:r>
    </w:p>
    <w:p>
      <w:r>
        <w:rPr>
          <w:b/>
        </w:rPr>
        <w:t xml:space="preserve">[18:04] </w:t>
      </w:r>
      <w:r>
        <w:t>aap ka jeeb khali hua to sab kuch chala gaya aap se. to simple living, yani kam kharch mein zindagi guzarna,</w:t>
      </w:r>
    </w:p>
    <w:p>
      <w:pPr>
        <w:jc w:val="right"/>
      </w:pPr>
      <w:r>
        <w:t>آپ کا جیب خالی ہوا تو سب کچھ چلا گیا آپ سے۔ تو سمپل لیونگ، یعنی کم خرچ میں زندگی گزارنا،</w:t>
      </w:r>
    </w:p>
    <w:p>
      <w:r>
        <w:rPr>
          <w:b/>
        </w:rPr>
        <w:t xml:space="preserve">[18:19] </w:t>
      </w:r>
      <w:r>
        <w:t>bohat hi kam kharch mein.</w:t>
      </w:r>
    </w:p>
    <w:p>
      <w:pPr>
        <w:jc w:val="right"/>
      </w:pPr>
      <w:r>
        <w:t>بہت ہی کم خرچ میں۔</w:t>
      </w:r>
    </w:p>
    <w:p>
      <w:r>
        <w:rPr>
          <w:b/>
        </w:rPr>
        <w:t xml:space="preserve">[18:28] </w:t>
      </w:r>
      <w:r>
        <w:t>misalan maine dekhiye,</w:t>
      </w:r>
    </w:p>
    <w:p>
      <w:pPr>
        <w:jc w:val="right"/>
      </w:pPr>
      <w:r>
        <w:t>مثلاً میں نے دیکھیے،</w:t>
      </w:r>
    </w:p>
    <w:p>
      <w:r>
        <w:rPr>
          <w:b/>
        </w:rPr>
        <w:t xml:space="preserve">[18:33] </w:t>
      </w:r>
      <w:r>
        <w:t>mere panch bachche the,</w:t>
      </w:r>
    </w:p>
    <w:p>
      <w:pPr>
        <w:jc w:val="right"/>
      </w:pPr>
      <w:r>
        <w:t>میرے پانچ بچے تھے،</w:t>
      </w:r>
    </w:p>
    <w:p>
      <w:r>
        <w:rPr>
          <w:b/>
        </w:rPr>
        <w:t xml:space="preserve">[18:39] </w:t>
      </w:r>
      <w:r>
        <w:t>panch bachche,</w:t>
      </w:r>
    </w:p>
    <w:p>
      <w:pPr>
        <w:jc w:val="right"/>
      </w:pPr>
      <w:r>
        <w:t>پانچ بچے،</w:t>
      </w:r>
    </w:p>
    <w:p>
      <w:r>
        <w:rPr>
          <w:b/>
        </w:rPr>
        <w:t xml:space="preserve">[18:43] </w:t>
      </w:r>
      <w:r>
        <w:t>panch logon ki shadi maine ki khud,</w:t>
      </w:r>
    </w:p>
    <w:p>
      <w:pPr>
        <w:jc w:val="right"/>
      </w:pPr>
      <w:r>
        <w:t>پانچ لوگوں کی شادی میں نے کی خود،</w:t>
      </w:r>
    </w:p>
    <w:p>
      <w:r>
        <w:rPr>
          <w:b/>
        </w:rPr>
        <w:t xml:space="preserve">[18:48] </w:t>
      </w:r>
      <w:r>
        <w:t>yani khud hi nikah padha diya, aur bila kharch shadi ki maine</w:t>
      </w:r>
    </w:p>
    <w:p>
      <w:pPr>
        <w:jc w:val="right"/>
      </w:pPr>
      <w:r>
        <w:t>یعنی خود ہی نکاح پڑھا دیا، اور بلا خرچ شادی کی میں نے</w:t>
      </w:r>
    </w:p>
    <w:p>
      <w:r>
        <w:rPr>
          <w:b/>
        </w:rPr>
        <w:t xml:space="preserve">[18:57] </w:t>
      </w:r>
      <w:r>
        <w:t>, bila kharch kuch bhi nahi, bas nikah padha diya.</w:t>
      </w:r>
    </w:p>
    <w:p>
      <w:pPr>
        <w:jc w:val="right"/>
      </w:pPr>
      <w:r>
        <w:t>، بلا خرچ کچھ بھی نہیں، بس نکاح پڑھا دیا۔</w:t>
      </w:r>
    </w:p>
    <w:p>
      <w:r>
        <w:rPr>
          <w:b/>
        </w:rPr>
        <w:t xml:space="preserve">[19:10] </w:t>
      </w:r>
      <w:r>
        <w:t>ek bete ki shadi ka qissa batata hoon aap ko ke hamare pados mein ek sahab rehte the, parmoth kumar batra, hamare pados mein the woh.</w:t>
      </w:r>
    </w:p>
    <w:p>
      <w:pPr>
        <w:jc w:val="right"/>
      </w:pPr>
      <w:r>
        <w:t>ایک بیٹے کی شادی کا قصہ بتاتا ہوں آپ کو کہ ہمارے پڑوس میں ایک صاحب رہتے تھے، پرموت کمار بترا، ہمارے پڑوس میں تھے وہ۔</w:t>
      </w:r>
    </w:p>
    <w:p>
      <w:r>
        <w:rPr>
          <w:b/>
        </w:rPr>
        <w:t xml:space="preserve">[19:25] </w:t>
      </w:r>
      <w:r>
        <w:t>ab un ka death ho gayi</w:t>
      </w:r>
    </w:p>
    <w:p>
      <w:pPr>
        <w:jc w:val="right"/>
      </w:pPr>
      <w:r>
        <w:t>اب ان کا ڈیتھ ہو گئی</w:t>
      </w:r>
    </w:p>
    <w:p>
      <w:r>
        <w:rPr>
          <w:b/>
        </w:rPr>
        <w:t xml:space="preserve">[19:29] </w:t>
      </w:r>
      <w:r>
        <w:t>to kis tareeqe se un ko maloom ho gaya ke hamare bete ki shadi hai?</w:t>
      </w:r>
    </w:p>
    <w:p>
      <w:pPr>
        <w:jc w:val="right"/>
      </w:pPr>
      <w:r>
        <w:t>تو کس طریقے سے ان کو معلوم ہو گیا کہ ہمارے بیٹے کی شادی ہے؟</w:t>
      </w:r>
    </w:p>
    <w:p>
      <w:r>
        <w:rPr>
          <w:b/>
        </w:rPr>
        <w:t xml:space="preserve">[19:40] </w:t>
      </w:r>
      <w:r>
        <w:t>to koi invite nahi kiya tha hum ne kisi ko, kisi ko bhi nahi. to un ko pata chal gaya tha, to woh padosi ke nate woh aa gaye hamare paas.</w:t>
      </w:r>
    </w:p>
    <w:p>
      <w:pPr>
        <w:jc w:val="right"/>
      </w:pPr>
      <w:r>
        <w:t>تو کوئی انوائٹ نہیں کیا تھا ہم نے کسی کو، کسی کو بھی نہیں۔ تو ان کو پتہ چل گیا تھا، تو وہ پڑوسی کے ناطے وہ آ گئے ہمارے پاس۔</w:t>
      </w:r>
    </w:p>
    <w:p>
      <w:r>
        <w:rPr>
          <w:b/>
        </w:rPr>
        <w:t xml:space="preserve">[19:56] </w:t>
      </w:r>
      <w:r>
        <w:t>to baithe hue the, baithe hue the, baithe hue the. to kuch der ke baad kehte hain ke bhai nikah kab hoga?</w:t>
      </w:r>
    </w:p>
    <w:p>
      <w:pPr>
        <w:jc w:val="right"/>
      </w:pPr>
      <w:r>
        <w:t>تو بیٹھے ہوئے تھے، بیٹھے ہوئے تھے، بیٹھے ہوئے تھے۔ تو کچھ دیر کے بعد کہتے ہیں کہ بھئی نکاح کب ہوگا؟</w:t>
      </w:r>
    </w:p>
    <w:p>
      <w:r>
        <w:rPr>
          <w:b/>
        </w:rPr>
        <w:t xml:space="preserve">[20:07] </w:t>
      </w:r>
      <w:r>
        <w:t>maine kaha woh to ho gaya, woh to ho gaya, kyunke saada tareeqe se maine nikah padha diya.</w:t>
      </w:r>
    </w:p>
    <w:p>
      <w:pPr>
        <w:jc w:val="right"/>
      </w:pPr>
      <w:r>
        <w:t>میں نے کہا وہ تو ہو گیا، وہ تو ہو گیا، کیونکہ سادہ طریقے سے میں نے نکاح پڑھا دیا۔</w:t>
      </w:r>
    </w:p>
    <w:p>
      <w:r>
        <w:rPr>
          <w:b/>
        </w:rPr>
        <w:t xml:space="preserve">[20:18] </w:t>
      </w:r>
      <w:r>
        <w:t>koi khane peene ki dhoom nahi, koi kisi ki kisi ki rasam nahi, kuch bhi nahi.</w:t>
      </w:r>
    </w:p>
    <w:p>
      <w:pPr>
        <w:jc w:val="right"/>
      </w:pPr>
      <w:r>
        <w:t>کوئی کھانے پینے کی دھوم نہیں، کوئی کسی کی کسی کی رسم نہیں، کچھ بھی نہیں۔</w:t>
      </w:r>
    </w:p>
    <w:p>
      <w:r>
        <w:rPr>
          <w:b/>
        </w:rPr>
        <w:t xml:space="preserve">[20:30] </w:t>
      </w:r>
      <w:r>
        <w:t>to un ko taajjub hua ke yeh kaisi shadi thi?</w:t>
      </w:r>
    </w:p>
    <w:p>
      <w:pPr>
        <w:jc w:val="right"/>
      </w:pPr>
      <w:r>
        <w:t>تو ان کو تعجب ہوا کہ یہ کیسی شادی تھی؟</w:t>
      </w:r>
    </w:p>
    <w:p>
      <w:r>
        <w:rPr>
          <w:b/>
        </w:rPr>
        <w:t xml:space="preserve">[20:37] </w:t>
      </w:r>
      <w:r>
        <w:t>to jante hain is ka faida kya mujhe mujhe mila?</w:t>
      </w:r>
    </w:p>
    <w:p>
      <w:pPr>
        <w:jc w:val="right"/>
      </w:pPr>
      <w:r>
        <w:t>تو جانتے ہیں اس کا فائدہ کیا مجھے مجھے ملا؟</w:t>
      </w:r>
    </w:p>
    <w:p>
      <w:r>
        <w:rPr>
          <w:b/>
        </w:rPr>
        <w:t xml:space="preserve">[20:46] </w:t>
      </w:r>
      <w:r>
        <w:t>yani panch saada shadiyon ka faida kya mila</w:t>
      </w:r>
    </w:p>
    <w:p>
      <w:pPr>
        <w:jc w:val="right"/>
      </w:pPr>
      <w:r>
        <w:t>یعنی پانچ سادہ شادیوں کا فائدہ کیا ملا</w:t>
      </w:r>
    </w:p>
    <w:p>
      <w:r>
        <w:rPr>
          <w:b/>
        </w:rPr>
        <w:t xml:space="preserve">[20:54] </w:t>
      </w:r>
      <w:r>
        <w:t>ke main ek mission chala saka, yeh mission jo aap jante hain aaj CPS.</w:t>
      </w:r>
    </w:p>
    <w:p>
      <w:pPr>
        <w:jc w:val="right"/>
      </w:pPr>
      <w:r>
        <w:t>کہ میں ایک مشن چلا سکا، یہ مشن جو آپ جانتے ہیں آج سی پی ایس۔</w:t>
      </w:r>
    </w:p>
    <w:p>
      <w:r>
        <w:rPr>
          <w:b/>
        </w:rPr>
        <w:t xml:space="preserve">[21:06] </w:t>
      </w:r>
      <w:r>
        <w:t>to meri sara attention, mera sara paisa, jo kuch bhi mere paas tha, sab kuch main laga saka mission mein.</w:t>
      </w:r>
    </w:p>
    <w:p>
      <w:pPr>
        <w:jc w:val="right"/>
      </w:pPr>
      <w:r>
        <w:t>تو میری سارا اٹینشن، میرا سارا پیسہ، جو کچھ بھی میرے پاس تھا، سب کچھ میں لگا سکا مشن میں۔</w:t>
      </w:r>
    </w:p>
    <w:p>
      <w:r>
        <w:rPr>
          <w:b/>
        </w:rPr>
        <w:t xml:space="preserve">[21:23] </w:t>
      </w:r>
      <w:r>
        <w:t>koi doosra kharche hi nahi, koi doosra mera focus hi nahi, koi doosra mera concern hi nahi.</w:t>
      </w:r>
    </w:p>
    <w:p>
      <w:pPr>
        <w:jc w:val="right"/>
      </w:pPr>
      <w:r>
        <w:t>کوئی دوسرا خرچہ ہی نہیں، کوئی دوسرا میرا فوکس ہی نہیں، کوئی دوسرا میرا کنسرن ہی نہیں۔</w:t>
      </w:r>
    </w:p>
    <w:p>
      <w:r>
        <w:rPr>
          <w:b/>
        </w:rPr>
        <w:t xml:space="preserve">[21:39] </w:t>
      </w:r>
      <w:r>
        <w:t>to poora apna aap ko main jhonk diya mission mein.</w:t>
      </w:r>
    </w:p>
    <w:p>
      <w:pPr>
        <w:jc w:val="right"/>
      </w:pPr>
      <w:r>
        <w:t>تو پورا اپنا آپ کو میں جھونک دیا مشن میں۔</w:t>
      </w:r>
    </w:p>
    <w:p>
      <w:r>
        <w:rPr>
          <w:b/>
        </w:rPr>
        <w:t xml:space="preserve">[21:49] </w:t>
      </w:r>
      <w:r>
        <w:t>sab log pooch mujh se poochte hain, poochte the ke aap ko paisa kahan se aata?</w:t>
      </w:r>
    </w:p>
    <w:p>
      <w:pPr>
        <w:jc w:val="right"/>
      </w:pPr>
      <w:r>
        <w:t>سب لوگ پوچھ مجھ سے پوچھتے ہیں، پوچھتے تھے کہ آپ کو پیسہ کہاں سے آتا؟</w:t>
      </w:r>
    </w:p>
    <w:p>
      <w:r>
        <w:rPr>
          <w:b/>
        </w:rPr>
        <w:t xml:space="preserve">[22:00] </w:t>
      </w:r>
      <w:r>
        <w:t>paisa kahan se aata hai? to main aap ko ek qissa batata hoon.</w:t>
      </w:r>
    </w:p>
    <w:p>
      <w:pPr>
        <w:jc w:val="right"/>
      </w:pPr>
      <w:r>
        <w:t>پیسہ کہاں سے آتا ہے؟ تو میں آپ کو ایک قصہ بتاتا ہوں۔</w:t>
      </w:r>
    </w:p>
    <w:p>
      <w:r>
        <w:rPr>
          <w:b/>
        </w:rPr>
        <w:t xml:space="preserve">[22:07] </w:t>
      </w:r>
      <w:r>
        <w:t>hamare bade bete the, doctors of Islam, woh bahar bahar rehte the, bahar kai jagah rahe hain, woh Europe mein bhi rahe hain, Arab mein bhi rahe hain.</w:t>
      </w:r>
    </w:p>
    <w:p>
      <w:pPr>
        <w:jc w:val="right"/>
      </w:pPr>
      <w:r>
        <w:t>ہمارے بڑے بیٹے تھے، ڈاکٹرز اف الاسلام، وہ باہر باہر رہتے تھے، باہر کئی جگہ رہے ہیں، وہ یورپ میں بھی رہے ہیں، عرب میں بھی رہے ہیں۔</w:t>
      </w:r>
    </w:p>
    <w:p>
      <w:r>
        <w:rPr>
          <w:b/>
        </w:rPr>
        <w:t xml:space="preserve">[22:21] </w:t>
      </w:r>
      <w:r>
        <w:t>to aik martaba aik government ka afsar hamare paas aaya tha, inkari inkari karne ke liye ke paisa kahan se aata hai?</w:t>
      </w:r>
    </w:p>
    <w:p>
      <w:pPr>
        <w:jc w:val="right"/>
      </w:pPr>
      <w:r>
        <w:t>تو ایک مرتبہ ایک گورنمنٹ کا افسر ہمارے پاس آیا تھا، انکاری انکاری کرنے کے لیے کہ پیسہ کہاں سے آتا ہے؟</w:t>
      </w:r>
    </w:p>
    <w:p>
      <w:r>
        <w:rPr>
          <w:b/>
        </w:rPr>
        <w:t xml:space="preserve">[22:35] </w:t>
      </w:r>
      <w:r>
        <w:t>to us waqt mein rehta tha aik aur ghar mein. to bahar aik chota kamra tha, us mein hamara office tha, to woh mere sath office mein baitha hua tha.</w:t>
      </w:r>
    </w:p>
    <w:p>
      <w:pPr>
        <w:jc w:val="right"/>
      </w:pPr>
      <w:r>
        <w:t>تو اس وقت میں رہتا تھا ایک اور گھر میں۔ تو باہر ایک چھوٹا کمرہ تھا، اس میں ہمارا افس تھا، تو وہ میرے ساتھ افس میں بیٹھا ہوا تھا۔</w:t>
      </w:r>
    </w:p>
    <w:p>
      <w:r>
        <w:rPr>
          <w:b/>
        </w:rPr>
        <w:t xml:space="preserve">[22:52] </w:t>
      </w:r>
      <w:r>
        <w:t>to us ne poocha ke aap jo masjid chala rahe hain, magazine jaga rahe hain, kitabein chhaap rahe hain, to paisa kahan se aata hai aap ko?</w:t>
      </w:r>
    </w:p>
    <w:p>
      <w:pPr>
        <w:jc w:val="right"/>
      </w:pPr>
      <w:r>
        <w:t>تو اس نے پوچھا کہ آپ جو مسجد چلا رہے ہیں، میگزین جگا رہے ہیں، کتابیں چھاپ رہے ہیں، تو پیسہ کہاں سے آتا ہے آپ کو؟</w:t>
      </w:r>
    </w:p>
    <w:p>
      <w:r>
        <w:rPr>
          <w:b/>
        </w:rPr>
        <w:t xml:space="preserve">[23:03] </w:t>
      </w:r>
      <w:r>
        <w:t>to hamare jo baray bete thay, doctors of islam, woh apni maan ke sath andar baithe hue thay, andar apni maan ke sath aaye thay woh bahar se.</w:t>
      </w:r>
    </w:p>
    <w:p>
      <w:pPr>
        <w:jc w:val="right"/>
      </w:pPr>
      <w:r>
        <w:t>تو ہمارے جو بڑے بیٹے تھے، ڈاکٹرز اف الاسلام، وہ اپنی ماں کے ساتھ اندر بیٹھے ہوئے تھے، اندر اپنی ماں کے ساتھ آئے تھے وہ باہر سے۔</w:t>
      </w:r>
    </w:p>
    <w:p>
      <w:r>
        <w:rPr>
          <w:b/>
        </w:rPr>
        <w:t xml:space="preserve">[23:21] </w:t>
      </w:r>
      <w:r>
        <w:t>to unhon ne un ko pata chal gaya ke aik aaya hai government ka afsar, yeh poochh rah</w:t>
      </w:r>
    </w:p>
    <w:p>
      <w:pPr>
        <w:jc w:val="right"/>
      </w:pPr>
      <w:r>
        <w:t>تو انہوں نے ان کو پتہ چل گیا کہ ایک آیا ہے گورنمنٹ کا افسر، یہ پوچھ رہ</w:t>
      </w:r>
    </w:p>
    <w:p>
      <w:r>
        <w:rPr>
          <w:b/>
        </w:rPr>
        <w:t xml:space="preserve">[23:29] </w:t>
      </w:r>
      <w:r>
        <w:t>a hai. to bahar aa gaye woh, bahar aa gaye woh. to wahan kursi khali thi, wahan baith gaye woh.</w:t>
      </w:r>
    </w:p>
    <w:p>
      <w:pPr>
        <w:jc w:val="right"/>
      </w:pPr>
      <w:r>
        <w:t>ا ہے۔ تو باہر آ گئے وہ، باہر آ گئے وہ۔ تو وہاں کرسی خالی تھی، وہاں بیٹھ گئے وہ۔</w:t>
      </w:r>
    </w:p>
    <w:p>
      <w:r>
        <w:rPr>
          <w:b/>
        </w:rPr>
        <w:t xml:space="preserve">[23:42] </w:t>
      </w:r>
      <w:r>
        <w:t>to khud hi khud bolay woh ke mein bas mein batata hoon aap ko is ka jawab mein deta hoon.</w:t>
      </w:r>
    </w:p>
    <w:p>
      <w:pPr>
        <w:jc w:val="right"/>
      </w:pPr>
      <w:r>
        <w:t>تو خود ہی خود بولے وہ کہ میں بس میں بتاتا ہوں آپ کو اس کا جواب میں دیتا ہوں۔</w:t>
      </w:r>
    </w:p>
    <w:p>
      <w:r>
        <w:rPr>
          <w:b/>
        </w:rPr>
        <w:t xml:space="preserve">[23:53] </w:t>
      </w:r>
      <w:r>
        <w:t>to doctors of islam ne apna passport nikala, kaha ke dekhiye, mein london mein rehta hoon, wahan mera job hai,</w:t>
      </w:r>
    </w:p>
    <w:p>
      <w:pPr>
        <w:jc w:val="right"/>
      </w:pPr>
      <w:r>
        <w:t>تو ڈاکٹرز اف الاسلام نے اپنا پاسپورٹ نکالا، کہا کہ دیکھیے، میں لندن میں رہتا ہوں، وہاں میرا جاب ہے،</w:t>
      </w:r>
    </w:p>
    <w:p>
      <w:r>
        <w:rPr>
          <w:b/>
        </w:rPr>
        <w:t xml:space="preserve">[24:11] </w:t>
      </w:r>
      <w:r>
        <w:t>aur mein ne india mein falan bank mein apna non resident external account khola hai, non resident external account.</w:t>
      </w:r>
    </w:p>
    <w:p>
      <w:pPr>
        <w:jc w:val="right"/>
      </w:pPr>
      <w:r>
        <w:t>اور میں نے انڈیا میں فلاں بینک میں اپنا نان ریزیڈنٹ ایکسٹرنل اکاؤنٹ کھولا ہے، نان ریزیڈنٹ ایکسٹرنل اکاؤنٹ۔</w:t>
      </w:r>
    </w:p>
    <w:p>
      <w:r>
        <w:rPr>
          <w:b/>
        </w:rPr>
        <w:t xml:space="preserve">[24:27] </w:t>
      </w:r>
      <w:r>
        <w:t>aur is zamane mein khushhal karti thi, yani woh government mein is bank ka aik slip deta tha, us pe likha rehta tha, us par saada slip hua karti thi, us pe likha tha itna paisa falan ko diya jaye,</w:t>
      </w:r>
    </w:p>
    <w:p>
      <w:pPr>
        <w:jc w:val="right"/>
      </w:pPr>
      <w:r>
        <w:t>اور اس زمانے میں خوشحال کرتی تھی، یعنی وہ گورنمنٹ میں اس بینک کا ایک سلپ دیتا تھا، اس پہ لکھا رہتا تھا، اس پر سادہ سلپ ہوا کرتی تھی، اس پہ لکھا تھا اتنا پیسہ فلاں کو دیا جائے،</w:t>
      </w:r>
    </w:p>
    <w:p>
      <w:r>
        <w:rPr>
          <w:b/>
        </w:rPr>
        <w:t xml:space="preserve">[24:45] </w:t>
      </w:r>
      <w:r>
        <w:t>pay to falan. ab to tareeqay naye naye ho gaye hain.</w:t>
      </w:r>
    </w:p>
    <w:p>
      <w:pPr>
        <w:jc w:val="right"/>
      </w:pPr>
      <w:r>
        <w:t>پے ٹو فلاں۔ اب تو طریقے نئے نئے ہو گئے ہیں۔</w:t>
      </w:r>
    </w:p>
    <w:p>
      <w:r>
        <w:rPr>
          <w:b/>
        </w:rPr>
        <w:t xml:space="preserve">[24:52] </w:t>
      </w:r>
      <w:r>
        <w:t>to unhon ne kaha ke mein india mein apna non resident external account khola hai, mein un ka beta hoon, aur un ko mein ne sign kar ke de diya hai,</w:t>
      </w:r>
    </w:p>
    <w:p>
      <w:pPr>
        <w:jc w:val="right"/>
      </w:pPr>
      <w:r>
        <w:t>تو انہوں نے کہا کہ میں انڈیا میں اپنا نان ریزیڈنٹ ایکسٹرنل اکاؤنٹ کھولا ہے، میں ان کا بیٹا ہوں، اور ان کو میں نے سائن کر کے دے دیا ہے،</w:t>
      </w:r>
    </w:p>
    <w:p>
      <w:r>
        <w:rPr>
          <w:b/>
        </w:rPr>
        <w:t xml:space="preserve">[25:07] </w:t>
      </w:r>
      <w:r>
        <w:t>saada slip par sign kar ke ke jab bhi aap ko zaroorat ho to mere account se paisa nikal li jiye.</w:t>
      </w:r>
    </w:p>
    <w:p>
      <w:pPr>
        <w:jc w:val="right"/>
      </w:pPr>
      <w:r>
        <w:t>سادہ سلپ پر سائن کر کے کہ جب بھی آپ کو ضرورت ہو تو میرے اکاؤنٹ سے پیسہ نکال لیجئے۔</w:t>
      </w:r>
    </w:p>
    <w:p>
      <w:r>
        <w:rPr>
          <w:b/>
        </w:rPr>
        <w:t xml:space="preserve">[25:15] </w:t>
      </w:r>
      <w:r>
        <w:t>to woh sahib hai, woh aadmi aisa itna hairaan hua ke chupke se uth ke bhaag gaya, kuch poocha hi nahi, poocha hi is ke baad,</w:t>
      </w:r>
    </w:p>
    <w:p>
      <w:pPr>
        <w:jc w:val="right"/>
      </w:pPr>
      <w:r>
        <w:t>تو وہ صاحب ہے، وہ آدمی ایسا اتنا حیران ہوا کہ چپکے سے اٹھ کے بھاگ گیا، کچھ پوچھا ہی نہیں، پوچھا ہی اس کے بعد،</w:t>
      </w:r>
    </w:p>
    <w:p>
      <w:r>
        <w:rPr>
          <w:b/>
        </w:rPr>
        <w:t xml:space="preserve">[25:29] </w:t>
      </w:r>
      <w:r>
        <w:t>poocha hi nahi.</w:t>
      </w:r>
    </w:p>
    <w:p>
      <w:pPr>
        <w:jc w:val="right"/>
      </w:pPr>
      <w:r>
        <w:t>پوچھا ہی نہیں۔</w:t>
      </w:r>
    </w:p>
    <w:p>
      <w:r>
        <w:rPr>
          <w:b/>
        </w:rPr>
        <w:t xml:space="preserve">[25:34] </w:t>
      </w:r>
      <w:r>
        <w:t>aur is bete ki jo shadi mein ne ki thi, woh bhi aisi thi, bila kharch shadi. to dekhiye, simple living ka matlab kya hai?</w:t>
      </w:r>
    </w:p>
    <w:p>
      <w:pPr>
        <w:jc w:val="right"/>
      </w:pPr>
      <w:r>
        <w:t>اور اس بیٹے کی جو شادی میں نے کی تھی، وہ بھی ایسی تھی، بلا خرچ شادی۔ تو دیکھیں، سمپل لیونگ کا مطلب کیا ہے؟</w:t>
      </w:r>
    </w:p>
    <w:p>
      <w:r>
        <w:rPr>
          <w:b/>
        </w:rPr>
        <w:t xml:space="preserve">[25:47] </w:t>
      </w:r>
      <w:r>
        <w:t>self management ka super formula hai. self management se aata hai spirituality.</w:t>
      </w:r>
    </w:p>
    <w:p>
      <w:pPr>
        <w:jc w:val="right"/>
      </w:pPr>
      <w:r>
        <w:t>سیلف مینجمنٹ کا سپر فارمولا ہے۔ سیلف مینجمنٹ سے آتا ہے اسپیچولیٹی۔</w:t>
      </w:r>
    </w:p>
    <w:p>
      <w:r>
        <w:rPr>
          <w:b/>
        </w:rPr>
        <w:t xml:space="preserve">[25:58] </w:t>
      </w:r>
      <w:r>
        <w:t>agar aap self management jaan lein, art of self management, art of self management jaan lein, to phir aap master of spirituality ho gaye.</w:t>
      </w:r>
    </w:p>
    <w:p>
      <w:pPr>
        <w:jc w:val="right"/>
      </w:pPr>
      <w:r>
        <w:t>اگر آپ سیلف مینجمنٹ جان لیں، آرٹ آف سیلف مینجمنٹ، آرٹ آف سیلف مینجمنٹ جان لیں، تو پھر آپ ماسٹر آف اسپیچولیٹی ہو گئے۔</w:t>
      </w:r>
    </w:p>
    <w:p>
      <w:r>
        <w:rPr>
          <w:b/>
        </w:rPr>
        <w:t xml:space="preserve">[26:17] </w:t>
      </w:r>
      <w:r>
        <w:t>aur spirituality se bari koi daulat nahi insan ke liye.</w:t>
      </w:r>
    </w:p>
    <w:p>
      <w:pPr>
        <w:jc w:val="right"/>
      </w:pPr>
      <w:r>
        <w:t>اور اسپیچولیٹی سے بڑی کوئی دولت نہیں انسان کے لیے۔</w:t>
      </w:r>
    </w:p>
    <w:p>
      <w:r>
        <w:rPr>
          <w:b/>
        </w:rPr>
        <w:t xml:space="preserve">[26:24] </w:t>
      </w:r>
      <w:r>
        <w:t>insan ke liye is se bari koi daulat nahi hai ke woh</w:t>
      </w:r>
    </w:p>
    <w:p>
      <w:pPr>
        <w:jc w:val="right"/>
      </w:pPr>
      <w:r>
        <w:t>انسان کے لیے اس سے بڑی کوئی دولت نہیں ہے کہ وہ</w:t>
      </w:r>
    </w:p>
    <w:p>
      <w:r>
        <w:rPr>
          <w:b/>
        </w:rPr>
        <w:t xml:space="preserve">[26:31] </w:t>
      </w:r>
      <w:r>
        <w:t>spirituality ka art us ko aa gaya ho. woh yahi hai simple living, high thinking, simple living, high thinking.</w:t>
      </w:r>
    </w:p>
    <w:p>
      <w:pPr>
        <w:jc w:val="right"/>
      </w:pPr>
      <w:r>
        <w:t>اسپیچولیٹی کا آرٹ اس کو آ گیا ہو۔ وہ یہی ہے سمپل لیونگ، ہائی تھنکنگ، سمپل لیونگ، ہائی تھنکنگ۔</w:t>
      </w:r>
    </w:p>
    <w:p>
      <w:r>
        <w:rPr>
          <w:b/>
        </w:rPr>
        <w:t xml:space="preserve">[26:46] </w:t>
      </w:r>
      <w:r>
        <w:t>to mein kahoon ga ke agar aap ko jeena hai khushi ke sath, sound mind, sound sleep lena lena hai raat ko,</w:t>
      </w:r>
    </w:p>
    <w:p>
      <w:pPr>
        <w:jc w:val="right"/>
      </w:pPr>
      <w:r>
        <w:t>تو میں کہوں گا کہ اگر آپ کو جینا ہے خوشی کے ساتھ، ساؤنڈ مائنڈ، ساؤنڈ سلپ لینا لینا ہے رات کو،</w:t>
      </w:r>
    </w:p>
    <w:p>
      <w:r>
        <w:rPr>
          <w:b/>
        </w:rPr>
        <w:t xml:space="preserve">[27:03] </w:t>
      </w:r>
      <w:r>
        <w:t>to aap is cheez chal way of life ikhtiyar kijiye. aur woh yahi hai, aur woh yahi hai.</w:t>
      </w:r>
    </w:p>
    <w:p>
      <w:pPr>
        <w:jc w:val="right"/>
      </w:pPr>
      <w:r>
        <w:t>تو آپ اس چیز چل وے آف لائف اختیار کیجئے۔ اور وہ یہی ہے، اور وہ یہی ہے۔</w:t>
      </w:r>
    </w:p>
    <w:p>
      <w:r>
        <w:rPr>
          <w:b/>
        </w:rPr>
        <w:t xml:space="preserve">[27:21] </w:t>
      </w:r>
      <w:r>
        <w:t>mein Allah ke waste rozana sound sleep leta hoon, sound sleep,</w:t>
      </w:r>
    </w:p>
    <w:p>
      <w:pPr>
        <w:jc w:val="right"/>
      </w:pPr>
      <w:r>
        <w:t>میں اللہ کے واسطے روزانہ ساؤنڈ سلیپ لیتا ہوں، ساؤنڈ سلیپ،</w:t>
      </w:r>
    </w:p>
    <w:p>
      <w:r>
        <w:rPr>
          <w:b/>
        </w:rPr>
        <w:t xml:space="preserve">[27:31] </w:t>
      </w:r>
      <w:r>
        <w:t>sound sleep. is ka raaz kya hai?</w:t>
      </w:r>
    </w:p>
    <w:p>
      <w:pPr>
        <w:jc w:val="right"/>
      </w:pPr>
      <w:r>
        <w:t>ساؤنڈ سلیپ۔ اس کا راز کیا ہے؟</w:t>
      </w:r>
    </w:p>
    <w:p>
      <w:r>
        <w:rPr>
          <w:b/>
        </w:rPr>
        <w:t xml:space="preserve">[27:39] </w:t>
      </w:r>
      <w:r>
        <w:t>kyunke main yeh spiritual life batata hoon, aur wohi hai simple living, high thinking.</w:t>
      </w:r>
    </w:p>
    <w:p>
      <w:pPr>
        <w:jc w:val="right"/>
      </w:pPr>
      <w:r>
        <w:t>کیونکہ میں یہ سپرچول لائف بتاتا ہوں، اور وہ یہی ہے سمپل لیونگ، ہائی تھنکنگ۔</w:t>
      </w:r>
    </w:p>
    <w:p>
      <w:r>
        <w:rPr>
          <w:b/>
        </w:rPr>
        <w:t xml:space="preserve">[28:00] </w:t>
      </w:r>
      <w:r>
        <w:t>main ne bohat pehle ki baat hai, America se preacher karta tha, aap shayad nikalta hai ke nahi, Readers Digest, ab mujhe pata nahi, Readers Digest.</w:t>
      </w:r>
    </w:p>
    <w:p>
      <w:pPr>
        <w:jc w:val="right"/>
      </w:pPr>
      <w:r>
        <w:t>میں نے بہت پہلے کی بات ہے، امریکہ سے پرچر کرتا تھا، آپ شاید نکلتا ہے کہ نہیں، ریڈرز ڈائجسٹ، اب مجھے پتہ نہیں، ریڈرز ڈائجسٹ۔</w:t>
      </w:r>
    </w:p>
    <w:p>
      <w:r>
        <w:rPr>
          <w:b/>
        </w:rPr>
        <w:t xml:space="preserve">[28:19] </w:t>
      </w:r>
      <w:r>
        <w:t>toh sachi baat hai ke isi mein maine parha tha simple living, high thinking,</w:t>
      </w:r>
    </w:p>
    <w:p>
      <w:pPr>
        <w:jc w:val="right"/>
      </w:pPr>
      <w:r>
        <w:t>تو سچی بات ہے کہ اسی میں میں نے پڑھا تھا سمپل لیونگ، ہائی تھنکنگ،</w:t>
      </w:r>
    </w:p>
    <w:p>
      <w:r>
        <w:rPr>
          <w:b/>
        </w:rPr>
        <w:t xml:space="preserve">[28:27] </w:t>
      </w:r>
      <w:r>
        <w:t>yeh formula,</w:t>
      </w:r>
    </w:p>
    <w:p>
      <w:pPr>
        <w:jc w:val="right"/>
      </w:pPr>
      <w:r>
        <w:t>یہ فارمولا،</w:t>
      </w:r>
    </w:p>
    <w:p>
      <w:r>
        <w:rPr>
          <w:b/>
        </w:rPr>
        <w:t xml:space="preserve">[28:31] </w:t>
      </w:r>
      <w:r>
        <w:t>simple living, high thinking. Toh mere dil ne kaha ke bas yeh hai, yeh hai formula. Toh isi din maine faisla kar liya, over the impulse ke mujhe simple living, high thinking ki formula ikhtiyar karna hai.</w:t>
      </w:r>
    </w:p>
    <w:p>
      <w:pPr>
        <w:jc w:val="right"/>
      </w:pPr>
      <w:r>
        <w:t>سمپل لیونگ، ہائی تھنکنگ۔ تو میرے دل نے کہا کہ بس یہ ہے، یہ ہے فارمولا۔ تو اسی دن میں نے فیصلہ کر لیا، اوور دیٹ ایمپلس کہ مجھے سمپل لیونگ، ہائی تھنکنگ کی فارمولا اختیار کرنا ہے۔</w:t>
      </w:r>
    </w:p>
    <w:p>
      <w:r>
        <w:rPr>
          <w:b/>
        </w:rPr>
        <w:t xml:space="preserve">[28:52] </w:t>
      </w:r>
      <w:r>
        <w:t>Allah ke fazal se us waqt se le ke ab tak main isi par qaim hoon. Toh main aap sab logon ko kehta hoon ke agar aap chahte hain khushiyon ki zindagi, positive thinking ki zindagi,</w:t>
      </w:r>
    </w:p>
    <w:p>
      <w:pPr>
        <w:jc w:val="right"/>
      </w:pPr>
      <w:r>
        <w:t>اللہ کے فضل سے اس وقت سے لے کے اب تک میں اسی پر قائم ہوں۔ تو میں آپ سب لوگوں کو کہتا ہوں کہ اگر آپ چاہتے ہیں خوشیوں کی زندگی، پازیٹیو تھنکنگ کی زندگی،</w:t>
      </w:r>
    </w:p>
    <w:p>
      <w:r>
        <w:rPr>
          <w:b/>
        </w:rPr>
        <w:t xml:space="preserve">[29:12] </w:t>
      </w:r>
      <w:r>
        <w:t>no problem person ban kar jeene ki zindagi,</w:t>
      </w:r>
    </w:p>
    <w:p>
      <w:pPr>
        <w:jc w:val="right"/>
      </w:pPr>
      <w:r>
        <w:t>نو پرابلم پرسنٹ بن کر جینے کی زندگی،</w:t>
      </w:r>
    </w:p>
    <w:p>
      <w:r>
        <w:rPr>
          <w:b/>
        </w:rPr>
        <w:t xml:space="preserve">[29:20] </w:t>
      </w:r>
      <w:r>
        <w:t>sound sleep ki zindagi,</w:t>
      </w:r>
    </w:p>
    <w:p>
      <w:pPr>
        <w:jc w:val="right"/>
      </w:pPr>
      <w:r>
        <w:t>ساؤنڈ سلیپ کی زندگی،</w:t>
      </w:r>
    </w:p>
    <w:p>
      <w:r>
        <w:rPr>
          <w:b/>
        </w:rPr>
        <w:t xml:space="preserve">[29:26] </w:t>
      </w:r>
      <w:r>
        <w:t>aur kisi se ghussa na ho apne dil</w:t>
      </w:r>
    </w:p>
    <w:p>
      <w:pPr>
        <w:jc w:val="right"/>
      </w:pPr>
      <w:r>
        <w:t>اور کسی سے غصہ نہ ہو اپنے دل</w:t>
      </w:r>
    </w:p>
    <w:p>
      <w:r>
        <w:rPr>
          <w:b/>
        </w:rPr>
        <w:t xml:space="preserve">[29:30] </w:t>
      </w:r>
      <w:r>
        <w:t>mein, kisi ke bare mein kuch negative soch na ho, koi ladai nahi, koi jhagda nahi, koi shikayat nahi, toh yeh formula pakad lijiye aap.</w:t>
      </w:r>
    </w:p>
    <w:p>
      <w:pPr>
        <w:jc w:val="right"/>
      </w:pPr>
      <w:r>
        <w:t>میں، کسی کے بارے میں کچھ نیگیٹیو سوچ نہ ہو، کوئی لڑائی نہیں، کوئی جھگڑا نہیں، کوئی شکایت نہیں، تو یہ فارمولا پکڑ لیجئے آپ۔</w:t>
      </w:r>
    </w:p>
    <w:p>
      <w:r>
        <w:rPr>
          <w:b/>
        </w:rPr>
        <w:t xml:space="preserve">[29:49] </w:t>
      </w:r>
      <w:r>
        <w:t>self, self</w:t>
      </w:r>
    </w:p>
    <w:p>
      <w:pPr>
        <w:jc w:val="right"/>
      </w:pPr>
      <w:r>
        <w:t>سیلف، سیلف</w:t>
      </w:r>
    </w:p>
    <w:p>
      <w:r>
        <w:rPr>
          <w:b/>
        </w:rPr>
        <w:t xml:space="preserve">[30:01] </w:t>
      </w:r>
      <w:r>
        <w:t>apne aap ko banana is spirituality spirituality ke formula ko ikhtiyar karte hue.</w:t>
      </w:r>
    </w:p>
    <w:p>
      <w:pPr>
        <w:jc w:val="right"/>
      </w:pPr>
      <w:r>
        <w:t>اپنے آپ کو بنانا اس اسپیچولی اسپیچولیٹی کے فارمولے کو اختیار کرتے ہوئے۔</w:t>
      </w:r>
    </w:p>
    <w:p>
      <w:r>
        <w:rPr>
          <w:b/>
        </w:rPr>
        <w:t xml:space="preserve">[30:13] </w:t>
      </w:r>
      <w:r>
        <w:t>Assalam o Alaikum wa Rahmatullahi wa Barakatuh.</w:t>
      </w:r>
    </w:p>
    <w:p>
      <w:pPr>
        <w:jc w:val="right"/>
      </w:pPr>
      <w:r>
        <w:t>السلام علیکم ورحمۃ اللہ وبرکاتہ۔</w:t>
      </w:r>
    </w:p>
    <w:p>
      <w:r>
        <w:rPr>
          <w:b/>
        </w:rPr>
        <w:t xml:space="preserve">[30:33] </w:t>
      </w:r>
      <w:r>
        <w:t>Okay, we start with the question answer session. I will first take the comments that all of you have sent. Once again, people who are posting their comments and questions, please mention your location when you do that on the Facebook page.</w:t>
      </w:r>
    </w:p>
    <w:p>
      <w:pPr>
        <w:jc w:val="right"/>
      </w:pPr>
      <w:r>
        <w:t>اوکے، وی سٹارٹ ود دی کوئسچن انسر سیشن۔ ائی ویل فرسٹ ٹیک دی کمنٹس دیٹ ال اف یو ہیو سینڈ۔ ونس اگین، پیپل ہو آر پوسٹنگ دیر کمنٹس اینڈ کوئسچنز، پلیز مینشن یور لوکیشن وین یو ڈو دیٹ ان دا فیس بک پیج۔</w:t>
      </w:r>
    </w:p>
    <w:p>
      <w:r>
        <w:rPr>
          <w:b/>
        </w:rPr>
        <w:t xml:space="preserve">[30:50] </w:t>
      </w:r>
      <w:r>
        <w:t>Maulana, sab se pehle comments parhna chahenge. Yeh comment bheja hai Astafa Ali sahib ne Kolkata se</w:t>
      </w:r>
    </w:p>
    <w:p>
      <w:pPr>
        <w:jc w:val="right"/>
      </w:pPr>
      <w:r>
        <w:t>مولانا، سب سے پہلے کمنٹس پڑھنا چاہیں گے۔ یہ کمنٹ بھیجا ہے استافہ علی صاحب نے کلکتہ سے</w:t>
      </w:r>
    </w:p>
    <w:p>
      <w:r>
        <w:rPr>
          <w:b/>
        </w:rPr>
        <w:t xml:space="preserve">[30:59] </w:t>
      </w:r>
      <w:r>
        <w:t>. Unhone likha hai: "Spirituality means simple living, high thinking. Very well said, Maulana sahib." Muhammad Irfan Rasheedi sahib ne Nagpur se likha hai: "Simple living is the formula of self-management.</w:t>
      </w:r>
    </w:p>
    <w:p>
      <w:pPr>
        <w:jc w:val="right"/>
      </w:pPr>
      <w:r>
        <w:t>۔ انہوں نے لکھا ہے: "Spirituality means simple living, high thinking. Very well said, مولانا صاحب۔" محمد عرفان رشیدی صاحب نے ناگپور سے لکھا ہے: "Simple living is the formula of self-management.</w:t>
      </w:r>
    </w:p>
    <w:p>
      <w:r>
        <w:rPr>
          <w:b/>
        </w:rPr>
        <w:t xml:space="preserve">[31:15] </w:t>
      </w:r>
      <w:r>
        <w:t>Jazak Allah, Maulana sahib." Mahtab Ali Nandru sahib ne Bijnor, UP se likha hai: "Maulana Wahiduddin Khan sahib has a unique perspective of Islam.</w:t>
      </w:r>
    </w:p>
    <w:p>
      <w:pPr>
        <w:jc w:val="right"/>
      </w:pPr>
      <w:r>
        <w:t>جزاک اللہ، مولانا صاحب۔" مہتاب علی نندرو صاحب نے بجنور، یو پی سے لکھا ہے: "Maulana Waiduddin Khan صاحب has a unique perspective of Islam.</w:t>
      </w:r>
    </w:p>
    <w:p>
      <w:r>
        <w:rPr>
          <w:b/>
        </w:rPr>
        <w:t xml:space="preserve">[31:27] </w:t>
      </w:r>
      <w:r>
        <w:t>I agree that simplicity is the best policy." Muhammad Zamir sahib ne comment bheja hai, unhone location likha hai.</w:t>
      </w:r>
    </w:p>
    <w:p>
      <w:pPr>
        <w:jc w:val="right"/>
      </w:pPr>
      <w:r>
        <w:t>I agree that simplicity is the best policy." محمد ضمیر صاحب نے کمنٹ بھیجا ہے، انہوں نے لوکیشن لکھا ہے۔</w:t>
      </w:r>
    </w:p>
    <w:p>
      <w:r>
        <w:rPr>
          <w:b/>
        </w:rPr>
        <w:t xml:space="preserve">[31:39] </w:t>
      </w:r>
      <w:r>
        <w:t>Unhone likha hai: "Really, intiqam ka bhi intiqam liya jayega. An eye-opener sentence." Tariq Badar sahib ne Pakistan se likha hai: "Spirituality: a great formula for peace of mind."</w:t>
      </w:r>
    </w:p>
    <w:p>
      <w:pPr>
        <w:jc w:val="right"/>
      </w:pPr>
      <w:r>
        <w:t>انہوں نے لکھا ہے: "Really, انتقام کا بھی انتقام لیا جائے گا۔ An eye-opener sentence۔" طارق بدر صاحب نے پاکستان سے لکھا ہے: "Spirituality: a great formula for peace of mind."</w:t>
      </w:r>
    </w:p>
    <w:p>
      <w:r>
        <w:rPr>
          <w:b/>
        </w:rPr>
        <w:t xml:space="preserve">[31:59] </w:t>
      </w:r>
      <w:r>
        <w:t>Maulana, ab sawal lena chahenge. Yeh sawal Ahmedabad se Malik sahib ne bheja hai. Unhone aapse poocha hai ke: "My question is: how spirituality and worldly life be balanced without tilting too much either on spirituality or worldly life?" Maulana sahib, what is your advice for all of us?</w:t>
      </w:r>
    </w:p>
    <w:p>
      <w:pPr>
        <w:jc w:val="right"/>
      </w:pPr>
      <w:r>
        <w:t>مولانا، اب سوال لینا چاہیں گے۔ یہ سوال احمد آباد سے ملک صاحب نے بھیجا ہے۔ انہوں نے آپ سے پوچھا ہے کہ: "My question is: how spirituality and worldly life be balanced without tilting too much either on spirituality or worldly life?" مولانا صاحب، واٹ از یور ایڈوائس فار ال اف اس؟</w:t>
      </w:r>
    </w:p>
    <w:p>
      <w:r>
        <w:rPr>
          <w:b/>
        </w:rPr>
        <w:t xml:space="preserve">[32:25] </w:t>
      </w:r>
      <w:r>
        <w:t>Pehli baat toh yeh hai ke main balance ko ek false formula manta hoon, FALS E, false formula.</w:t>
      </w:r>
    </w:p>
    <w:p>
      <w:pPr>
        <w:jc w:val="right"/>
      </w:pPr>
      <w:r>
        <w:t>پہلی بات تو یہ ہے کہ میں بیلنس کو ایک فالس فارمولا مانتا ہوں، ایف اے ایل ایس سی، فالس فارمولا۔</w:t>
      </w:r>
    </w:p>
    <w:p>
      <w:r>
        <w:rPr>
          <w:b/>
        </w:rPr>
        <w:t xml:space="preserve">[32:42] </w:t>
      </w:r>
      <w:r>
        <w:t>Jo log balance ka</w:t>
      </w:r>
    </w:p>
    <w:p>
      <w:pPr>
        <w:jc w:val="right"/>
      </w:pPr>
      <w:r>
        <w:t>جو لوگ بیلنس کا</w:t>
      </w:r>
    </w:p>
    <w:p>
      <w:r>
        <w:rPr>
          <w:b/>
        </w:rPr>
        <w:t xml:space="preserve">[32:46] </w:t>
      </w:r>
      <w:r>
        <w:t>ke aap</w:t>
      </w:r>
    </w:p>
    <w:p>
      <w:pPr>
        <w:jc w:val="right"/>
      </w:pPr>
      <w:r>
        <w:t>کہ آپ</w:t>
      </w:r>
    </w:p>
    <w:p>
      <w:r>
        <w:rPr>
          <w:b/>
        </w:rPr>
        <w:t xml:space="preserve">[32:49] </w:t>
      </w:r>
      <w:r>
        <w:t>aapas mein jeete hon, woh kabhi spirituality</w:t>
      </w:r>
    </w:p>
    <w:p>
      <w:pPr>
        <w:jc w:val="right"/>
      </w:pPr>
      <w:r>
        <w:t>آپس میں جیتے ہوں، وہ کبھی اسپیچولیٹی</w:t>
      </w:r>
    </w:p>
    <w:p>
      <w:r>
        <w:rPr>
          <w:b/>
        </w:rPr>
        <w:t xml:space="preserve">[32:57] </w:t>
      </w:r>
      <w:r>
        <w:t>wali life nahi attend karenge, kabhi nahi. Balance koi cheez nahi hai, balance is nothing.</w:t>
      </w:r>
    </w:p>
    <w:p>
      <w:pPr>
        <w:jc w:val="right"/>
      </w:pPr>
      <w:r>
        <w:t>والی لائف نہیں اٹینڈ کریں گے، کبھی نہیں۔ بیلنس کوئی چیز نہیں ہے، بیلنس از نتھنگ۔</w:t>
      </w:r>
    </w:p>
    <w:p>
      <w:r>
        <w:rPr>
          <w:b/>
        </w:rPr>
        <w:t xml:space="preserve">[33:10] </w:t>
      </w:r>
      <w:r>
        <w:t>yeh to ek jhoota formula hai jo pata nahi kis ne yeh banaya tha.</w:t>
      </w:r>
    </w:p>
    <w:p>
      <w:pPr>
        <w:jc w:val="right"/>
      </w:pPr>
      <w:r>
        <w:t>یہ تو ایک جھوٹا فارمولا ہے جو پتہ نہیں کس نے یہ بنایا تھا۔</w:t>
      </w:r>
    </w:p>
    <w:p>
      <w:r>
        <w:rPr>
          <w:b/>
        </w:rPr>
        <w:t xml:space="preserve">[33:21] </w:t>
      </w:r>
      <w:r>
        <w:t>aap kabhi bhi balance ka term mat use kijiye. aap</w:t>
      </w:r>
    </w:p>
    <w:p>
      <w:pPr>
        <w:jc w:val="right"/>
      </w:pPr>
      <w:r>
        <w:t>آپ کبھی بھی بیلنس کا ٹرم مت یوز کیجئے۔ آپ</w:t>
      </w:r>
    </w:p>
    <w:p>
      <w:r>
        <w:rPr>
          <w:b/>
        </w:rPr>
        <w:t xml:space="preserve">[33:27] </w:t>
      </w:r>
      <w:r>
        <w:t>sirf yeh dekhiye</w:t>
      </w:r>
    </w:p>
    <w:p>
      <w:pPr>
        <w:jc w:val="right"/>
      </w:pPr>
      <w:r>
        <w:t>صرف یہ دیکھیے</w:t>
      </w:r>
    </w:p>
    <w:p>
      <w:r>
        <w:rPr>
          <w:b/>
        </w:rPr>
        <w:t xml:space="preserve">[33:31] </w:t>
      </w:r>
      <w:r>
        <w:t>ke</w:t>
      </w:r>
    </w:p>
    <w:p>
      <w:pPr>
        <w:jc w:val="right"/>
      </w:pPr>
      <w:r>
        <w:t>کہ</w:t>
      </w:r>
    </w:p>
    <w:p>
      <w:r>
        <w:rPr>
          <w:b/>
        </w:rPr>
        <w:t xml:space="preserve">[33:36] </w:t>
      </w:r>
      <w:r>
        <w:t>management ka working formula aap ke liye konsa aaya?</w:t>
      </w:r>
    </w:p>
    <w:p>
      <w:pPr>
        <w:jc w:val="right"/>
      </w:pPr>
      <w:r>
        <w:t>مینجمنٹ کا ورکنگ فارمولا آپ کے لیے کونسا آیا؟</w:t>
      </w:r>
    </w:p>
    <w:p>
      <w:r>
        <w:rPr>
          <w:b/>
        </w:rPr>
        <w:t xml:space="preserve">[33:44] </w:t>
      </w:r>
      <w:r>
        <w:t>management ka working formula asal ahmiyat working formula ki hai,</w:t>
      </w:r>
    </w:p>
    <w:p>
      <w:pPr>
        <w:jc w:val="right"/>
      </w:pPr>
      <w:r>
        <w:t>مینجمنٹ کا ورکنگ فارمولا اصل اہمیت ورکنگ فارمولے کی ہے،</w:t>
      </w:r>
    </w:p>
    <w:p>
      <w:r>
        <w:rPr>
          <w:b/>
        </w:rPr>
        <w:t xml:space="preserve">[33:54] </w:t>
      </w:r>
      <w:r>
        <w:t>asal ahmiyat working formula ki hai jo work kare, jo work kare.</w:t>
      </w:r>
    </w:p>
    <w:p>
      <w:pPr>
        <w:jc w:val="right"/>
      </w:pPr>
      <w:r>
        <w:t>اصل اہمیت ورکنگ فارمولے کی ہے جو ورک کرے، جو ورک کرے۔</w:t>
      </w:r>
    </w:p>
    <w:p>
      <w:r>
        <w:rPr>
          <w:b/>
        </w:rPr>
        <w:t xml:space="preserve">[34:09] </w:t>
      </w:r>
      <w:r>
        <w:t>balance koi formula hi nahi hai, woh to ek dhoke ki cheez hai. asal cheez hai workable hona chahiye.</w:t>
      </w:r>
    </w:p>
    <w:p>
      <w:pPr>
        <w:jc w:val="right"/>
      </w:pPr>
      <w:r>
        <w:t>بیلنس کوئی فارمولا ہی نہیں ہے، وہ تو ایک دھوکے کی چیز ہے۔ اصل چیز ہے ورک ایبل ہونا چاہیے۔</w:t>
      </w:r>
    </w:p>
    <w:p>
      <w:r>
        <w:rPr>
          <w:b/>
        </w:rPr>
        <w:t xml:space="preserve">[34:20] </w:t>
      </w:r>
      <w:r>
        <w:t>aap koi bhi business karein, shadi karein to work workable daira mein kar, aap sab kuch manage karein.</w:t>
      </w:r>
    </w:p>
    <w:p>
      <w:pPr>
        <w:jc w:val="right"/>
      </w:pPr>
      <w:r>
        <w:t>آپ کوئی بھی بزنس کریں، شادی کریں تو ورک ورک ایبل دائرے میں کر، آپ سب کچھ مینج کریں۔</w:t>
      </w:r>
    </w:p>
    <w:p>
      <w:r>
        <w:rPr>
          <w:b/>
        </w:rPr>
        <w:t xml:space="preserve">[34:32] </w:t>
      </w:r>
      <w:r>
        <w:t>workable daira mein yeh hai sahi formula.</w:t>
      </w:r>
    </w:p>
    <w:p>
      <w:pPr>
        <w:jc w:val="right"/>
      </w:pPr>
      <w:r>
        <w:t>ورک ایبل دائرے میں یہ ہے صحیح فارمولا۔</w:t>
      </w:r>
    </w:p>
    <w:p>
      <w:r>
        <w:rPr>
          <w:b/>
        </w:rPr>
        <w:t xml:space="preserve">[34:39] </w:t>
      </w:r>
      <w:r>
        <w:t>maulana, workable daira ka matlab kya ke h according to ones capacity? kya yeh keh sakte hain?</w:t>
      </w:r>
    </w:p>
    <w:p>
      <w:pPr>
        <w:jc w:val="right"/>
      </w:pPr>
      <w:r>
        <w:t>مولانا، ورک ایبل دائرے کا مطلب کیا کہ ایچ اکارڈنگ ٹو ونز کپیسٹی؟ کیا یہ کہہ سکتے ہیں؟</w:t>
      </w:r>
    </w:p>
    <w:p>
      <w:r>
        <w:rPr>
          <w:b/>
        </w:rPr>
        <w:t xml:space="preserve">[34:50] </w:t>
      </w:r>
      <w:r>
        <w:t>ab capacity lafz to theek hai, lekin log apni capacity ka daira barha lete hain.</w:t>
      </w:r>
    </w:p>
    <w:p>
      <w:pPr>
        <w:jc w:val="right"/>
      </w:pPr>
      <w:r>
        <w:t>اب کپیسٹی لفظ تو ٹھیک ہے، لیکن لوگ اپنی کپیسٹی کا دائرہ بڑھا لیتے ہیں۔</w:t>
      </w:r>
    </w:p>
    <w:p>
      <w:r>
        <w:rPr>
          <w:b/>
        </w:rPr>
        <w:t xml:space="preserve">[35:04] </w:t>
      </w:r>
      <w:r>
        <w:t>misal ke taur par woh sochte hain ke qarz le lo, sabhi log qarz lete hain aur kaam chalne ke baad adha kar dena to bazahir lagta hai ke in ko koi workable hai.</w:t>
      </w:r>
    </w:p>
    <w:p>
      <w:pPr>
        <w:jc w:val="right"/>
      </w:pPr>
      <w:r>
        <w:t>مثلاً وہ سوچتے ہیں کہ قرض لے لو، سبھی لوگ قرض لیتے ہیں اور کام چلنے کے بعد ادھا کر دینا تو بظاہر لگتا ہے کہ ان کو کوئی ورک ایبل ہے۔</w:t>
      </w:r>
    </w:p>
    <w:p>
      <w:r>
        <w:rPr>
          <w:b/>
        </w:rPr>
        <w:t xml:space="preserve">[35:23] </w:t>
      </w:r>
      <w:r>
        <w:t>workable ka lafz hi bohat clear nahi hai mere khayal se. hmm.</w:t>
      </w:r>
    </w:p>
    <w:p>
      <w:pPr>
        <w:jc w:val="right"/>
      </w:pPr>
      <w:r>
        <w:t>ورک ایبل کا لفظ ہی بہت کلیئر نہیں ہے میرے خیال سے۔ ہمم۔</w:t>
      </w:r>
    </w:p>
    <w:p>
      <w:r>
        <w:rPr>
          <w:b/>
        </w:rPr>
        <w:t xml:space="preserve">[35:33] </w:t>
      </w:r>
      <w:r>
        <w:t>maulana, agla comment lena chahenge. yeh bheja hai doctor naghma siddiqui ne dilli se. unho ne likha hai: "you have given the most compact meaning of spirituality today.</w:t>
      </w:r>
    </w:p>
    <w:p>
      <w:pPr>
        <w:jc w:val="right"/>
      </w:pPr>
      <w:r>
        <w:t>مولانا، اگلا کمنٹ لینا چاہیں گے۔ یہ بھیجا ہے ڈاکٹر نغمہ صدیقی نے دلی سے۔ انہوں نے لکھا ہے: "یو ہیو گیون دا موسٹ کمپیکٹ میننگ آف سپرچویلٹی ٹوڈے۔</w:t>
      </w:r>
    </w:p>
    <w:p>
      <w:r>
        <w:rPr>
          <w:b/>
        </w:rPr>
        <w:t xml:space="preserve">[35:46] </w:t>
      </w:r>
      <w:r>
        <w:t>indeed, self control through simple living, high thinking is the clear method to live a spiritual life. this makes you content happy and peaceful."</w:t>
      </w:r>
    </w:p>
    <w:p>
      <w:pPr>
        <w:jc w:val="right"/>
      </w:pPr>
      <w:r>
        <w:t>انڈیڈ، سیلف کنٹرول تھرو سمپل لیونگ، ہائی تھنکنگ از دا کلیئر میتھڈ ٹو لیو ا سپرچول لائف۔ دس میکس یو کنٹینٹ ہیپی اینڈ پیس فل۔"</w:t>
      </w:r>
    </w:p>
    <w:p>
      <w:r>
        <w:rPr>
          <w:b/>
        </w:rPr>
        <w:t xml:space="preserve">[36:01] </w:t>
      </w:r>
      <w:r>
        <w:t>miss amna nasreen ne bangalore se likha hai: "maulana sahib, i think this was the best explanation of spirituality. thank you." miss shabina ali ne kolkata se likha hai: "how beautifully you have explained with so many examples and with such great wisdom the definition of spirituality in broad sense.</w:t>
      </w:r>
    </w:p>
    <w:p>
      <w:pPr>
        <w:jc w:val="right"/>
      </w:pPr>
      <w:r>
        <w:t>مس امنہ نسرین نے بینگلور سے لکھا ہے: "مولانا صاحب، ائی تھنک دس واز دا بیسٹ ایکسپلینیشن آف سپرچویلٹی۔ تھینک یو۔" مس شبینہ علی نے کلکتہ سے لکھا ہے: "ہاؤ بیوٹیفلی یو ہیو ایکسپلین ود سو مینی ایگزیمپلز اینڈ ود سچ گریٹ وزڈم دا ڈیفینیشن آف سپرچویلٹی ان براڈ سینس۔</w:t>
      </w:r>
    </w:p>
    <w:p>
      <w:r>
        <w:rPr>
          <w:b/>
        </w:rPr>
        <w:t xml:space="preserve">[36:26] </w:t>
      </w:r>
      <w:r>
        <w:t>simple living and high thinking is the super formula of self management which makes the man the richest person." maulana, ab agla sawal lena chahenge.</w:t>
      </w:r>
    </w:p>
    <w:p>
      <w:pPr>
        <w:jc w:val="right"/>
      </w:pPr>
      <w:r>
        <w:t>سمپل لیونگ اینڈ ہائی تھنکنگ از دا سپر فارمولا آف سیلف مینجمنٹ وچ میکس دا مین دا رچسٹ پرسن۔" مولانا، اب اگلا سوال لینا چاہیں گے۔</w:t>
      </w:r>
    </w:p>
    <w:p>
      <w:r>
        <w:rPr>
          <w:b/>
        </w:rPr>
        <w:t xml:space="preserve">[36:40] </w:t>
      </w:r>
      <w:r>
        <w:t>yeh sawal maulana iqbal umri ne chennai se bheja hai. unho ne aapse poocha hai ke spirituality aur divinity dono ek hi hain ya in dono mein farq hai?</w:t>
      </w:r>
    </w:p>
    <w:p>
      <w:pPr>
        <w:jc w:val="right"/>
      </w:pPr>
      <w:r>
        <w:t>یہ سوال مولانا اقبال عمری نے چنئی سے بھیجا ہے۔ انہوں نے آپ سے پوچھا ہے کہ سپرچویلٹی اور ڈیوینیٹی دونوں ایک ہی ہیں یا ان دونوں میں فرق ہے؟</w:t>
      </w:r>
    </w:p>
    <w:p>
      <w:r>
        <w:rPr>
          <w:b/>
        </w:rPr>
        <w:t xml:space="preserve">[36:53] </w:t>
      </w:r>
      <w:r>
        <w:t>main samajhta hoon ke same nahi hai kyunke spirituality secular formula hai aur divinity to religious formula hai.</w:t>
      </w:r>
    </w:p>
    <w:p>
      <w:pPr>
        <w:jc w:val="right"/>
      </w:pPr>
      <w:r>
        <w:t>میں سمجھتا ہوں کہ سیم نہیں ہے کیونکہ سپرچویلٹی سیکولر فارمولا ہے اور ڈیوینیٹی تو ریلیجس فارمولا ہے۔</w:t>
      </w:r>
    </w:p>
    <w:p>
      <w:r>
        <w:rPr>
          <w:b/>
        </w:rPr>
        <w:t xml:space="preserve">[37:04] </w:t>
      </w:r>
      <w:r>
        <w:t>yani dono mein kuch similarity ho sakti hai lekin basically yeh spirituality ek secular formula hai</w:t>
      </w:r>
    </w:p>
    <w:p>
      <w:pPr>
        <w:jc w:val="right"/>
      </w:pPr>
      <w:r>
        <w:t>یعنی دونوں میں کچھ سیمیلری ہو سکتی ہے لیکن بیسیکلی یہ سپرچویلٹی ایک سیکولر فارمولا ہے</w:t>
      </w:r>
    </w:p>
    <w:p>
      <w:r>
        <w:rPr>
          <w:b/>
        </w:rPr>
        <w:t xml:space="preserve">[37:19] </w:t>
      </w:r>
      <w:r>
        <w:t>aur doosra jo lafz bataya aap ne woh to religious formula hai.</w:t>
      </w:r>
    </w:p>
    <w:p>
      <w:pPr>
        <w:jc w:val="right"/>
      </w:pPr>
      <w:r>
        <w:t>اور دوسرا جو لفظ بتایا آپ نے وہ تو ریلیجس فارمولا ہے۔</w:t>
      </w:r>
    </w:p>
    <w:p>
      <w:r>
        <w:rPr>
          <w:b/>
        </w:rPr>
        <w:t xml:space="preserve">[37:26] </w:t>
      </w:r>
      <w:r>
        <w:t>maulana, agla sawal bhi chennai se hai. umm ashad sahibah ne kiya hai. unho ne aapse poocha hai: "what is the importance of high thinking in the secular sense?" is ke baray mein batayein.</w:t>
      </w:r>
    </w:p>
    <w:p>
      <w:pPr>
        <w:jc w:val="right"/>
      </w:pPr>
      <w:r>
        <w:t>مولانا، اگلا سوال بھی چنئی سے ہے۔ ام اشاد صاحبہ نے کیا ہے۔ انہوں نے آپ سے پوچھا ہے: "واٹ از دی امپورٹنس آف ہائی تھنکنگ ان دا سیکولر سینس؟" اس کے بارے میں بتائیں۔</w:t>
      </w:r>
    </w:p>
    <w:p>
      <w:r>
        <w:rPr>
          <w:b/>
        </w:rPr>
        <w:t xml:space="preserve">[37:40] </w:t>
      </w:r>
      <w:r>
        <w:t>bhai, high thinking jo hai jo is baray mein hai woh high wisdom</w:t>
      </w:r>
    </w:p>
    <w:p>
      <w:pPr>
        <w:jc w:val="right"/>
      </w:pPr>
      <w:r>
        <w:t>بھائی، ہائی تھنکنگ جو ہے جو اس بارے میں ہے وہ ہائی وزڈم</w:t>
      </w:r>
    </w:p>
    <w:p>
      <w:r>
        <w:rPr>
          <w:b/>
        </w:rPr>
        <w:t xml:space="preserve">[37:49] </w:t>
      </w:r>
      <w:r>
        <w:t>yani oonchi soch hai.</w:t>
      </w:r>
    </w:p>
    <w:p>
      <w:pPr>
        <w:jc w:val="right"/>
      </w:pPr>
      <w:r>
        <w:t>یعنی اونچی سوچ ہے۔</w:t>
      </w:r>
    </w:p>
    <w:p>
      <w:r>
        <w:rPr>
          <w:b/>
        </w:rPr>
        <w:t xml:space="preserve">[37:53] </w:t>
      </w:r>
      <w:r>
        <w:t>to yeh to ek mani hui baat hai ke oonchi soch se bari cheez koi nahi hai.</w:t>
      </w:r>
    </w:p>
    <w:p>
      <w:pPr>
        <w:jc w:val="right"/>
      </w:pPr>
      <w:r>
        <w:t>تو یہ تو ایک مانی ہوئی بات ہے کہ اونچی سوچ سے بڑی چیز کوئی نہیں ہے۔</w:t>
      </w:r>
    </w:p>
    <w:p>
      <w:r>
        <w:rPr>
          <w:b/>
        </w:rPr>
        <w:t xml:space="preserve">[38:05] </w:t>
      </w:r>
      <w:r>
        <w:t>jaise woh jo qissa mein ne bataya ke inteqaam lene se pehle soch lo ke inteqaam ka bhi inteqaam liya jayega. yeh kya hai?</w:t>
      </w:r>
    </w:p>
    <w:p>
      <w:pPr>
        <w:jc w:val="right"/>
      </w:pPr>
      <w:r>
        <w:t>جیسے وہ جو قصہ میں نے بتایا کہ انتقام لینے سے پہلے سوچ لو کہ انتقام کا بھی انتقام لیا جائے گا۔ یہ کیا ہے؟</w:t>
      </w:r>
    </w:p>
    <w:p>
      <w:r>
        <w:rPr>
          <w:b/>
        </w:rPr>
        <w:t xml:space="preserve">[38:14] </w:t>
      </w:r>
      <w:r>
        <w:t>yeh yahan high wisdom hai, high thinking hai, yahi to hai.</w:t>
      </w:r>
    </w:p>
    <w:p>
      <w:pPr>
        <w:jc w:val="right"/>
      </w:pPr>
      <w:r>
        <w:t>یہ یہاں ہائی وزڈم ہے، ہائی تھنکنگ ہے، یہی تو ہے۔</w:t>
      </w:r>
    </w:p>
    <w:p>
      <w:r>
        <w:rPr>
          <w:b/>
        </w:rPr>
        <w:t xml:space="preserve">[38:31] </w:t>
      </w:r>
      <w:r>
        <w:t>maulana, agla sawal bijnor, up se kya hai mehtab ali nandro sahib ne. unhon ne likha hai: "halankeh mein daawa work karta hoon magar hamesha dejected feeling mein rehta hoon jaise maine kuch nahi kiya." yeh kya hai maulana?</w:t>
      </w:r>
    </w:p>
    <w:p>
      <w:pPr>
        <w:jc w:val="right"/>
      </w:pPr>
      <w:r>
        <w:t>مولانا، اگلا سوال بجنور، یو پی سے کیا ہے مہتاب علی نندرو صاحب نے۔ انہوں نے لکھا ہے: "حالانکہ میں دعویٰ ورک کرتا ہوں مگر ہمیشہ ڈیجیکٹڈ فیلنگ میں رہتا ہوں جیسے میں نے کچھ نہیں کیا۔" یہ کیا ہے مولانا؟</w:t>
      </w:r>
    </w:p>
    <w:p>
      <w:r>
        <w:rPr>
          <w:b/>
        </w:rPr>
        <w:t xml:space="preserve">[38:49] </w:t>
      </w:r>
      <w:r>
        <w:t>is ko wazeh karen. dekhen, yeh koi negative baat nahi hai,</w:t>
      </w:r>
    </w:p>
    <w:p>
      <w:pPr>
        <w:jc w:val="right"/>
      </w:pPr>
      <w:r>
        <w:t>اس کو واضح کریں۔ دیکھیں، یہ کوئی نیگیٹیو بات نہیں ہے،</w:t>
      </w:r>
    </w:p>
    <w:p>
      <w:r>
        <w:rPr>
          <w:b/>
        </w:rPr>
        <w:t xml:space="preserve">[38:56] </w:t>
      </w:r>
      <w:r>
        <w:t>yeh to bohat achi baat hai. aur dobara mein aap ko readers digest ka ek ek effort deta hoon.</w:t>
      </w:r>
    </w:p>
    <w:p>
      <w:pPr>
        <w:jc w:val="right"/>
      </w:pPr>
      <w:r>
        <w:t>یہ تو بہت اچھی بات ہے۔ اور دوبارہ میں آپ کو ریڈرز ڈائجسٹ کا ایک ایک ایفرٹ دیتا ہوں۔</w:t>
      </w:r>
    </w:p>
    <w:p>
      <w:r>
        <w:rPr>
          <w:b/>
        </w:rPr>
        <w:t xml:space="preserve">[39:07] </w:t>
      </w:r>
      <w:r>
        <w:t>is zamane ki baat hai jab mein parhta tha to is mein ek article chha tha, ek shakhs ne likha tha ke nobel prize jo jin ko milta hai un ki quality kya hoti hai.</w:t>
      </w:r>
    </w:p>
    <w:p>
      <w:pPr>
        <w:jc w:val="right"/>
      </w:pPr>
      <w:r>
        <w:t>اس زمانے کی بات ہے جب میں پڑھتا تھا تو اس میں ایک آرٹیکل چھپا تھا، ایک شخص نے لکھا تھا کہ نوبل پرائز جو جن کو ملتا ہے ان کی کوالٹی کیا ہوتی ہے۔</w:t>
      </w:r>
    </w:p>
    <w:p>
      <w:r>
        <w:rPr>
          <w:b/>
        </w:rPr>
        <w:t xml:space="preserve">[39:22] </w:t>
      </w:r>
      <w:r>
        <w:t>yeh ek shakhs ne research kiya, ek kitaab se bhi thi ke is ne kuch selected log jo jin ko nobel prize mila tha un ka study ki ke un ke andar common sifat kya thi.</w:t>
      </w:r>
    </w:p>
    <w:p>
      <w:pPr>
        <w:jc w:val="right"/>
      </w:pPr>
      <w:r>
        <w:t>یہ ایک شخص نے ریسرچ کیا، ایک کتاب سے بھی تھی کہ اس نے کچھ سلیکٹڈ لوگ جو جن کو نوبل پرائز ملا تھا ان کا اسٹڈی کی کہ ان کے اندر کامن صفت کیا تھی۔</w:t>
      </w:r>
    </w:p>
    <w:p>
      <w:r>
        <w:rPr>
          <w:b/>
        </w:rPr>
        <w:t xml:space="preserve">[39:42] </w:t>
      </w:r>
      <w:r>
        <w:t>common</w:t>
      </w:r>
    </w:p>
    <w:p>
      <w:pPr>
        <w:jc w:val="right"/>
      </w:pPr>
      <w:r>
        <w:t>کامن</w:t>
      </w:r>
    </w:p>
    <w:p>
      <w:r>
        <w:rPr>
          <w:b/>
        </w:rPr>
        <w:t xml:space="preserve">[39:44] </w:t>
      </w:r>
      <w:r>
        <w:t>to is ne likha tha ke ke in logon mein common sifat yeh thi ke har ek ne do, har ek mein do sifat pai jati thi, woh thi curiosity and discontent.</w:t>
      </w:r>
    </w:p>
    <w:p>
      <w:pPr>
        <w:jc w:val="right"/>
      </w:pPr>
      <w:r>
        <w:t>تو اس نے لکھا تھا کہ کہ ان لوگوں میں کامن صفت یہ تھی کہ ہر ایک نے دو، ہر ایک میں دو صفت پائی جاتی تھی، وہ تھی کیوسٹی اینڈ ڈسکنٹینٹ۔</w:t>
      </w:r>
    </w:p>
    <w:p>
      <w:r>
        <w:rPr>
          <w:b/>
        </w:rPr>
        <w:t xml:space="preserve">[40:01] </w:t>
      </w:r>
      <w:r>
        <w:t>yeh to bari achi baat hai,</w:t>
      </w:r>
    </w:p>
    <w:p>
      <w:pPr>
        <w:jc w:val="right"/>
      </w:pPr>
      <w:r>
        <w:t>یہ تو بڑی اچھی بات ہے،</w:t>
      </w:r>
    </w:p>
    <w:p>
      <w:r>
        <w:rPr>
          <w:b/>
        </w:rPr>
        <w:t xml:space="preserve">[40:06] </w:t>
      </w:r>
      <w:r>
        <w:t>ehsas kami jo hai to bari achi baat hai.</w:t>
      </w:r>
    </w:p>
    <w:p>
      <w:pPr>
        <w:jc w:val="right"/>
      </w:pPr>
      <w:r>
        <w:t>احساس کمی جو ہے تو بڑی اچھی بات ہے۔</w:t>
      </w:r>
    </w:p>
    <w:p>
      <w:r>
        <w:rPr>
          <w:b/>
        </w:rPr>
        <w:t xml:space="preserve">[40:11] </w:t>
      </w:r>
      <w:r>
        <w:t>hum hamesha aur se better se better, better se better banane ki fikr karte rahenge. curiosity and discontent mein yeh aisi koi negative baat hi nahi hai,</w:t>
      </w:r>
    </w:p>
    <w:p>
      <w:pPr>
        <w:jc w:val="right"/>
      </w:pPr>
      <w:r>
        <w:t>ہم ہمیشہ اور سے بٹر سے بٹر، بٹر سے بٹر بنانے کی فکر کرتے رہیں گے۔ کیوسٹی اینڈ ڈسکنٹینٹ میں یہ ایسی کوئی نیگیٹیو بات ہی نہیں ہے،</w:t>
      </w:r>
    </w:p>
    <w:p>
      <w:r>
        <w:rPr>
          <w:b/>
        </w:rPr>
        <w:t xml:space="preserve">[40:29] </w:t>
      </w:r>
      <w:r>
        <w:t>yeh to positive baat hai.</w:t>
      </w:r>
    </w:p>
    <w:p>
      <w:pPr>
        <w:jc w:val="right"/>
      </w:pPr>
      <w:r>
        <w:t>یہ تو پازیٹیو بات ہے۔</w:t>
      </w:r>
    </w:p>
    <w:p>
      <w:r>
        <w:rPr>
          <w:b/>
        </w:rPr>
        <w:t xml:space="preserve">[40:37] </w:t>
      </w:r>
      <w:r>
        <w:t>riaz bhat sahib ne bangalore se comment bheja hai. unhon</w:t>
      </w:r>
    </w:p>
    <w:p>
      <w:pPr>
        <w:jc w:val="right"/>
      </w:pPr>
      <w:r>
        <w:t>ریاض بھٹ صاحب نے بینگلور سے کمنٹ بھیجا ہے۔ انہوں</w:t>
      </w:r>
    </w:p>
    <w:p>
      <w:r>
        <w:rPr>
          <w:b/>
        </w:rPr>
        <w:t xml:space="preserve">[40:40] </w:t>
      </w:r>
      <w:r>
        <w:t>ne likha hai: "maulana sahib, thanks for giving us a wing of spiritual living. nice explanation of simple living by self management, relieving the mind of unnecessary burden of competitive thinking, leading its way towards spiritual thought process.</w:t>
      </w:r>
    </w:p>
    <w:p>
      <w:pPr>
        <w:jc w:val="right"/>
      </w:pPr>
      <w:r>
        <w:t>نے لکھا ہے: "مولانا صاحب، تھینکس فار گیونگ اس ا ونگ آف سپرچول لیونگ۔ نائس ایکسپلینیشن آف سمپل لیونگ بائی سیلف مینجمنٹ، ریلیونگ دا مائنڈ آف ان نیسیسری برڈن آف کمپیٹیٹیو تھنکنگ، لیڈنگ اٹس وے ٹورڈز سپرچول تھاٹ پروسیس۔</w:t>
      </w:r>
    </w:p>
    <w:p>
      <w:r>
        <w:rPr>
          <w:b/>
        </w:rPr>
        <w:t xml:space="preserve">[41:01] </w:t>
      </w:r>
      <w:r>
        <w:t>praying for all of us to adhere to this advice."</w:t>
      </w:r>
    </w:p>
    <w:p>
      <w:pPr>
        <w:jc w:val="right"/>
      </w:pPr>
      <w:r>
        <w:t>پریئنگ فار ال اف اس ٹو ایڈیر ٹو دس ایڈوائس۔"</w:t>
      </w:r>
    </w:p>
    <w:p>
      <w:r>
        <w:rPr>
          <w:b/>
        </w:rPr>
        <w:t xml:space="preserve">[41:07] </w:t>
      </w:r>
      <w:r>
        <w:t>zaheer uddin khwaja sahib ne rai chor se likha hai: "simple living and high thinking is prophetic formula of life.</w:t>
      </w:r>
    </w:p>
    <w:p>
      <w:pPr>
        <w:jc w:val="right"/>
      </w:pPr>
      <w:r>
        <w:t>ظہیر الدین خواجہ صاحب نے رائے چوڑ سے لکھا ہے: "سمپل لیونگ اینڈ ہائی تھنکنگ از پرافیٹک فارمولا آف لائف۔</w:t>
      </w:r>
    </w:p>
    <w:p>
      <w:r>
        <w:rPr>
          <w:b/>
        </w:rPr>
        <w:t xml:space="preserve">[41:17] </w:t>
      </w:r>
      <w:r>
        <w:t>rasool Allah total life is example of this formula and one can say the greatest sunnah of rasool Allah."</w:t>
      </w:r>
    </w:p>
    <w:p>
      <w:pPr>
        <w:jc w:val="right"/>
      </w:pPr>
      <w:r>
        <w:t>رسول اللہ ٹوٹل لائف از ایگزیمپل آف دس فارمولا اینڈ ون کین سے دا گریٹسٹ سنہ آف رسول اللہ۔"</w:t>
      </w:r>
    </w:p>
    <w:p>
      <w:r>
        <w:rPr>
          <w:b/>
        </w:rPr>
        <w:t xml:space="preserve">[41:27] </w:t>
      </w:r>
      <w:r>
        <w:t>doctor safina tabassum ne saharanpur se likha hai: "maulana sahib, aap ne wazeh kar diya materialism mein rehna apne ko distraction mein daal kar rehna hai.</w:t>
      </w:r>
    </w:p>
    <w:p>
      <w:pPr>
        <w:jc w:val="right"/>
      </w:pPr>
      <w:r>
        <w:t>ڈاکٹر صفینہ تبسم نے سارن پور سے لکھا ہے: "مولانا صاحب، آپ نے واضح کر دیا مٹیریلزم میں رہنا اپنے کو ڈسٹریکشن میں ڈال کر رہنا ہے۔</w:t>
      </w:r>
    </w:p>
    <w:p>
      <w:r>
        <w:rPr>
          <w:b/>
        </w:rPr>
        <w:t xml:space="preserve">[41:39] </w:t>
      </w:r>
      <w:r>
        <w:t>is mein ulajh kar aap higher goals ko nahi pahunch sakte. jazak Allah."</w:t>
      </w:r>
    </w:p>
    <w:p>
      <w:pPr>
        <w:jc w:val="right"/>
      </w:pPr>
      <w:r>
        <w:t>اس میں الجھ کر آپ ہائیر گولز کو نہیں پہنچ سکتے۔ جزاک اللہ۔"</w:t>
      </w:r>
    </w:p>
    <w:p>
      <w:r>
        <w:rPr>
          <w:b/>
        </w:rPr>
        <w:t xml:space="preserve">[41:47] </w:t>
      </w:r>
      <w:r>
        <w:t>javed iqbal sahib ne west bengal se likha hai: "muslims ko lip service chhodna padega, tabhi high thinking in ke andar aayegi." sahi hai, mein is se agree karta hoon ke lip service bohat zyada clear habit hai,</w:t>
      </w:r>
    </w:p>
    <w:p>
      <w:pPr>
        <w:jc w:val="right"/>
      </w:pPr>
      <w:r>
        <w:t>جاوید اقبال صاحب نے ویسٹ بنگال سے لکھا ہے: "مسلمز کو لپ سروس چھوڑنا پڑے گا، تبھی ہائی تھنکنگ ان کے اندر آئے گی۔" صحیح ہے، میں اس سے ایگری کرتا ہوں کہ لپ سروس بہت زیادہ کلیئر ہیبٹ ہے،</w:t>
      </w:r>
    </w:p>
    <w:p>
      <w:r>
        <w:rPr>
          <w:b/>
        </w:rPr>
        <w:t xml:space="preserve">[42:10] </w:t>
      </w:r>
      <w:r>
        <w:t>clear habit hai. maulana miss shabana ansari ne pakistan se likha hai.</w:t>
      </w:r>
    </w:p>
    <w:p>
      <w:pPr>
        <w:jc w:val="right"/>
      </w:pPr>
      <w:r>
        <w:t>کلیئر ہیبٹ ہے۔ مولانا مس شبانہ انصاری نے پاکستان سے لکھا ہے۔</w:t>
      </w:r>
    </w:p>
    <w:p>
      <w:r>
        <w:rPr>
          <w:b/>
        </w:rPr>
        <w:t xml:space="preserve">[42:17] </w:t>
      </w:r>
      <w:r>
        <w:t>unhon ne aap se poocha hai: "maulana, kya simple living se murad need based zindagi guzarna hai aur materialistic lifestyle se bachna chahiye?</w:t>
      </w:r>
    </w:p>
    <w:p>
      <w:pPr>
        <w:jc w:val="right"/>
      </w:pPr>
      <w:r>
        <w:t>انہوں نے آپ سے پوچھا ہے: "مولانا، کیا سمپل لیونگ سے مراد نیڈ بیس زندگی گزارنا ہے اور مٹیریلسٹک لائف سٹائل سے بچنا چاہیے؟</w:t>
      </w:r>
    </w:p>
    <w:p>
      <w:r>
        <w:rPr>
          <w:b/>
        </w:rPr>
        <w:t xml:space="preserve">[42:30] </w:t>
      </w:r>
      <w:r>
        <w:t>kya yeh sahi hai?"</w:t>
      </w:r>
    </w:p>
    <w:p>
      <w:pPr>
        <w:jc w:val="right"/>
      </w:pPr>
      <w:r>
        <w:t>کیا یہ صحیح ہے؟"</w:t>
      </w:r>
    </w:p>
    <w:p>
      <w:r>
        <w:rPr>
          <w:b/>
        </w:rPr>
        <w:t xml:space="preserve">[42:33] </w:t>
      </w:r>
      <w:r>
        <w:t>dekhen, main samajhta hoon ke is ka koi yani</w:t>
      </w:r>
    </w:p>
    <w:p>
      <w:pPr>
        <w:jc w:val="right"/>
      </w:pPr>
      <w:r>
        <w:t>دیکھیں، میں سمجھتا ہوں کہ اس کا کوئی یعنی</w:t>
      </w:r>
    </w:p>
    <w:p>
      <w:r>
        <w:rPr>
          <w:b/>
        </w:rPr>
        <w:t xml:space="preserve">[42:41] </w:t>
      </w:r>
      <w:r>
        <w:t>external koi koi</w:t>
      </w:r>
    </w:p>
    <w:p>
      <w:pPr>
        <w:jc w:val="right"/>
      </w:pPr>
      <w:r>
        <w:t>ایکسٹرنل کوئی کوئی</w:t>
      </w:r>
    </w:p>
    <w:p>
      <w:r>
        <w:rPr>
          <w:b/>
        </w:rPr>
        <w:t xml:space="preserve">[42:47] </w:t>
      </w:r>
      <w:r>
        <w:t>formula nahin hai. Aap khud faisla karte hain ke</w:t>
      </w:r>
    </w:p>
    <w:p>
      <w:pPr>
        <w:jc w:val="right"/>
      </w:pPr>
      <w:r>
        <w:t>فارمولا نہیں ہے۔ آپ خود فیصلہ کرتے ہیں کہ</w:t>
      </w:r>
    </w:p>
    <w:p>
      <w:r>
        <w:rPr>
          <w:b/>
        </w:rPr>
        <w:t xml:space="preserve">[42:58] </w:t>
      </w:r>
      <w:r>
        <w:t>mere liye</w:t>
      </w:r>
    </w:p>
    <w:p>
      <w:pPr>
        <w:jc w:val="right"/>
      </w:pPr>
      <w:r>
        <w:t>میرے لیے</w:t>
      </w:r>
    </w:p>
    <w:p>
      <w:r>
        <w:rPr>
          <w:b/>
        </w:rPr>
        <w:t xml:space="preserve">[43:02] </w:t>
      </w:r>
      <w:r>
        <w:t>kya tareeqa sahih hai. Doosra aadmi jo bataye ga woh adhoori knowledge ke base pe bataye ga, poori knowledge sirf aap ko hoti hai.</w:t>
      </w:r>
    </w:p>
    <w:p>
      <w:pPr>
        <w:jc w:val="right"/>
      </w:pPr>
      <w:r>
        <w:t>کیا طریقہ صحیح ہے۔ دوسرا آدمی جو بتائے گا وہ ادھوری نالج کے بیس پہ بتائے گا، پوری نالج صرف آپ کو ہوتی ہے۔</w:t>
      </w:r>
    </w:p>
    <w:p>
      <w:r>
        <w:rPr>
          <w:b/>
        </w:rPr>
        <w:t xml:space="preserve">[43:18] </w:t>
      </w:r>
      <w:r>
        <w:t>Mislan dekhen, main apne bare mein kehta hoon ke main bachpan se mera dard tha ke kapre ka shauq nahin, khane ka shauq nahin, kuch nahin.</w:t>
      </w:r>
    </w:p>
    <w:p>
      <w:pPr>
        <w:jc w:val="right"/>
      </w:pPr>
      <w:r>
        <w:t>مثلاً دیکھیں، میں اپنے بارے میں کہتا ہوں کہ میں بچپن سے میرا درد تھا کہ کپڑے کا شوق نہیں، کھانے کا شوق نہیں، کچھ نہیں۔</w:t>
      </w:r>
    </w:p>
    <w:p>
      <w:r>
        <w:rPr>
          <w:b/>
        </w:rPr>
        <w:t xml:space="preserve">[43:30] </w:t>
      </w:r>
      <w:r>
        <w:t>Mislan meri maa batati thi</w:t>
      </w:r>
    </w:p>
    <w:p>
      <w:pPr>
        <w:jc w:val="right"/>
      </w:pPr>
      <w:r>
        <w:t>مثلاً میری ماں بتاتی تھی</w:t>
      </w:r>
    </w:p>
    <w:p>
      <w:r>
        <w:rPr>
          <w:b/>
        </w:rPr>
        <w:t xml:space="preserve">[43:35] </w:t>
      </w:r>
      <w:r>
        <w:t>ke chhote jab main chhota tha aur eid ke din kapra naya bachchon ke ghar ke bachchon ke liye banaya jata tha to sab log naye kapre pehan kar khush shauq se shauq se pehante the.</w:t>
      </w:r>
    </w:p>
    <w:p>
      <w:pPr>
        <w:jc w:val="right"/>
      </w:pPr>
      <w:r>
        <w:t>کہ چھوٹے جب میں چھوٹا تھا اور عید کے دن کپڑا نیا بچوں کے گھر کے بچوں کے لیے بنایا جاتا تھا تو سب لوگ نئے کپڑے پہن کر خوش شوق سے شوق سے پہنتے تھے۔</w:t>
      </w:r>
    </w:p>
    <w:p>
      <w:r>
        <w:rPr>
          <w:b/>
        </w:rPr>
        <w:t xml:space="preserve">[43:55] </w:t>
      </w:r>
      <w:r>
        <w:t>main pehanta hi nahin tha,</w:t>
      </w:r>
    </w:p>
    <w:p>
      <w:pPr>
        <w:jc w:val="right"/>
      </w:pPr>
      <w:r>
        <w:t>میں پہنتا ہی نہیں تھا،</w:t>
      </w:r>
    </w:p>
    <w:p>
      <w:r>
        <w:rPr>
          <w:b/>
        </w:rPr>
        <w:t xml:space="preserve">[43:59] </w:t>
      </w:r>
      <w:r>
        <w:t>main pehanta hi nahin tha. Meri maa kehti thi: "Kapra pehan lo, eid ka din hai, eid ka din hai." To main jante hain kya karta tha?</w:t>
      </w:r>
    </w:p>
    <w:p>
      <w:pPr>
        <w:jc w:val="right"/>
      </w:pPr>
      <w:r>
        <w:t>میں پہنتا ہی نہیں تھا۔ میری ماں کہتی تھی: "کپڑا پہن لو، عید کا دن ہے، عید کا دن ہے۔" تو میں جانتے ہیں کیا کرتا تھا؟</w:t>
      </w:r>
    </w:p>
    <w:p>
      <w:r>
        <w:rPr>
          <w:b/>
        </w:rPr>
        <w:t xml:space="preserve">[44:11] </w:t>
      </w:r>
      <w:r>
        <w:t>Jaldi kya hai? Jaldi kya hai? Halanke eid ka din hota tha, woh jaldi thi. Aise mein main use padhta tha to har hafte ek baar main ghar aata tha.</w:t>
      </w:r>
    </w:p>
    <w:p>
      <w:pPr>
        <w:jc w:val="right"/>
      </w:pPr>
      <w:r>
        <w:t>جلدی کیا ہے؟ جلدی کیا ہے؟ حالانکہ عید کا دن ہوتا تھا، وہ جلدی تھی۔ ایسے میں میں اسے پڑھتا تھا تو ہر ہفتہ ایک بار میں گھر آتا تھا۔</w:t>
      </w:r>
    </w:p>
    <w:p>
      <w:r>
        <w:rPr>
          <w:b/>
        </w:rPr>
        <w:t xml:space="preserve">[44:28] </w:t>
      </w:r>
      <w:r>
        <w:t>To jab bhi aata tha wahan to hamari poochhti thi maa ke aaj khane ke liye kya pakaya hai?</w:t>
      </w:r>
    </w:p>
    <w:p>
      <w:pPr>
        <w:jc w:val="right"/>
      </w:pPr>
      <w:r>
        <w:t>تو جب بھی آتا تھا وہاں تو ہماری پوچھتی تھی ماں کہ آج کھانے کے لیے کیا پکایا ہے؟</w:t>
      </w:r>
    </w:p>
    <w:p>
      <w:r>
        <w:rPr>
          <w:b/>
        </w:rPr>
        <w:t xml:space="preserve">[44:38] </w:t>
      </w:r>
      <w:r>
        <w:t>Aise maa poochhti hai aam taur par. To mujhe yaad hai ke ek baar bhi maine nahin kaha ke falan cheez pakaiye, jo jo rahe ga wohi kha len ge.</w:t>
      </w:r>
    </w:p>
    <w:p>
      <w:pPr>
        <w:jc w:val="right"/>
      </w:pPr>
      <w:r>
        <w:t>ایسے ماں پوچھتی ہے عام طور پر۔ تو مجھے یاد ہے کہ ایک بار بھی میں نے نہیں کہا کہ فلاں چیز پکائیے، جو جو رہے گا وہی کھا لیں گے۔</w:t>
      </w:r>
    </w:p>
    <w:p>
      <w:r>
        <w:rPr>
          <w:b/>
        </w:rPr>
        <w:t xml:space="preserve">[44:53] </w:t>
      </w:r>
      <w:r>
        <w:t>Yeh mizaj ki baat hai,</w:t>
      </w:r>
    </w:p>
    <w:p>
      <w:pPr>
        <w:jc w:val="right"/>
      </w:pPr>
      <w:r>
        <w:t>یہ مزاج کی بات ہے،</w:t>
      </w:r>
    </w:p>
    <w:p>
      <w:r>
        <w:rPr>
          <w:b/>
        </w:rPr>
        <w:t xml:space="preserve">[44:57] </w:t>
      </w:r>
      <w:r>
        <w:t>is ka koi bana banaya formula nahin ho sakta. Maulana Israr Khatib sahab ne Chennai se sawal bheja hai.</w:t>
      </w:r>
    </w:p>
    <w:p>
      <w:pPr>
        <w:jc w:val="right"/>
      </w:pPr>
      <w:r>
        <w:t>اس کا کوئی بنا بنایا فارمولا نہیں ہو سکتا۔ مولانا اسرار خطیب صاحب نے چنئی سے سوال بھیجا ہے۔</w:t>
      </w:r>
    </w:p>
    <w:p>
      <w:r>
        <w:rPr>
          <w:b/>
        </w:rPr>
        <w:t xml:space="preserve">[45:05] </w:t>
      </w:r>
      <w:r>
        <w:t>Unhon ne likha hai: "Maulana, yesterday you told us that you like anti-self thinking and not self thinking.</w:t>
      </w:r>
    </w:p>
    <w:p>
      <w:pPr>
        <w:jc w:val="right"/>
      </w:pPr>
      <w:r>
        <w:t>انہوں نے لکھا ہے: "مولانا، یسٹرڈے یو ٹولڈ اس دیٹ یو لائک اینٹی سیلف تھنکنگ اینڈ ناٹ سیلف تھنکنگ۔</w:t>
      </w:r>
    </w:p>
    <w:p>
      <w:r>
        <w:rPr>
          <w:b/>
        </w:rPr>
        <w:t xml:space="preserve">[45:15] </w:t>
      </w:r>
      <w:r>
        <w:t>Maulana, could you please elaborate what is anti-self thinking?</w:t>
      </w:r>
    </w:p>
    <w:p>
      <w:pPr>
        <w:jc w:val="right"/>
      </w:pPr>
      <w:r>
        <w:t>مولانا، کڈ یو پلیز ایلیبریٹ واٹ از اینٹی سیلف تھنکنگ؟</w:t>
      </w:r>
    </w:p>
    <w:p>
      <w:r>
        <w:rPr>
          <w:b/>
        </w:rPr>
        <w:t xml:space="preserve">[45:20] </w:t>
      </w:r>
      <w:r>
        <w:t>" Asal mein insaan ke andar jo ego hai, ego us ki kaat ke liye anti-self thinking chahiye.</w:t>
      </w:r>
    </w:p>
    <w:p>
      <w:pPr>
        <w:jc w:val="right"/>
      </w:pPr>
      <w:r>
        <w:t>" اصل میں انسان کے اندر جو ایگو ہے، ایگو اس کی کاٹ کے لیے اینٹی سیلف تھنکنگ چاہیے۔</w:t>
      </w:r>
    </w:p>
    <w:p>
      <w:r>
        <w:rPr>
          <w:b/>
        </w:rPr>
        <w:t xml:space="preserve">[45:33] </w:t>
      </w:r>
      <w:r>
        <w:t>Ego, is ko aap ego ke reference mein padh samajh lijiye. Koi doosra aap ki ego ko khatam nahin kar sakta, aap khud kar sakte hain.</w:t>
      </w:r>
    </w:p>
    <w:p>
      <w:pPr>
        <w:jc w:val="right"/>
      </w:pPr>
      <w:r>
        <w:t>ایگو، اس کو آپ ایگو کے ریفرنس میں پڑھ سمجھ لیجئے۔ کوئی دوسرا آپ کی ایگو کو ختم نہیں کر سکتا، آپ خود کر سکتے ہیں۔</w:t>
      </w:r>
    </w:p>
    <w:p>
      <w:r>
        <w:rPr>
          <w:b/>
        </w:rPr>
        <w:t xml:space="preserve">[45:51] </w:t>
      </w:r>
      <w:r>
        <w:t>Aur woh jab jabhi khatam hogi jab ke aap ke andar anti-self thinking aa jaye, warna khatam hi nahin hogi.</w:t>
      </w:r>
    </w:p>
    <w:p>
      <w:pPr>
        <w:jc w:val="right"/>
      </w:pPr>
      <w:r>
        <w:t>اور وہ جب جبھی ختم ہوگی جب کہ آپ کے اندر اینٹی سیلف تھنکنگ آ جائے، ورنہ ختم ہی نہیں ہوگی۔</w:t>
      </w:r>
    </w:p>
    <w:p>
      <w:r>
        <w:rPr>
          <w:b/>
        </w:rPr>
        <w:t xml:space="preserve">[46:07] </w:t>
      </w:r>
      <w:r>
        <w:t>Maulana, agla sawal Aamir Mori sahab ne Goa se kiya hai.</w:t>
      </w:r>
    </w:p>
    <w:p>
      <w:pPr>
        <w:jc w:val="right"/>
      </w:pPr>
      <w:r>
        <w:t>مولانا، اگلا سوال عامر موری صاحب نے گوا سے کیا ہے۔</w:t>
      </w:r>
    </w:p>
    <w:p>
      <w:r>
        <w:rPr>
          <w:b/>
        </w:rPr>
        <w:t xml:space="preserve">[46:12] </w:t>
      </w:r>
      <w:r>
        <w:t>Unhon ne likha hai: "Maulana sahib, I have been trying to live simple life as you have advocated it personally to me number of times, but sometimes due to external influences, I am not able to implement it in complete sense.</w:t>
      </w:r>
    </w:p>
    <w:p>
      <w:pPr>
        <w:jc w:val="right"/>
      </w:pPr>
      <w:r>
        <w:t>انہوں نے لکھا ہے: "مولانا صاحب، آئی ہیو بین ٹرائنگ ٹو لیو سمپل لائف ایز یو ہیو ایڈوکیٹڈ اٹ پرسنلی ٹو می نمبر آف ٹائمز، بٹ سم ٹائمز ڈیو ٹو ایکسٹرنل انفلوئنسز، آئی ایم ناٹ ایبل ٹو امپلیمنٹ اٹ ان کمپلیٹ سینس۔</w:t>
      </w:r>
    </w:p>
    <w:p>
      <w:r>
        <w:rPr>
          <w:b/>
        </w:rPr>
        <w:t xml:space="preserve">[46:31] </w:t>
      </w:r>
      <w:r>
        <w:t>Kindly guide how can we save our self from getting influence from the surrounding environment."</w:t>
      </w:r>
    </w:p>
    <w:p>
      <w:pPr>
        <w:jc w:val="right"/>
      </w:pPr>
      <w:r>
        <w:t>کائنڈلی گائیڈ ہاؤ کین وی سیو اور سیلف فرام گیٹنگ انفلوئنس فرام دا سراؤنڈنگ انوائرمنٹ۔"</w:t>
      </w:r>
    </w:p>
    <w:p>
      <w:r>
        <w:rPr>
          <w:b/>
        </w:rPr>
        <w:t xml:space="preserve">[46:43] </w:t>
      </w:r>
      <w:r>
        <w:t>Bhai, yeh to pehli condition hai</w:t>
      </w:r>
    </w:p>
    <w:p>
      <w:pPr>
        <w:jc w:val="right"/>
      </w:pPr>
      <w:r>
        <w:t>بھئی، یہ تو پہلی کنڈیشن ہے</w:t>
      </w:r>
    </w:p>
    <w:p>
      <w:r>
        <w:rPr>
          <w:b/>
        </w:rPr>
        <w:t xml:space="preserve">[46:49] </w:t>
      </w:r>
      <w:r>
        <w:t>ke environment ka jo influence hota hai, us ko aap. Us se aap ignore karen, us se aap influence na hon.</w:t>
      </w:r>
    </w:p>
    <w:p>
      <w:pPr>
        <w:jc w:val="right"/>
      </w:pPr>
      <w:r>
        <w:t>کہ انوائرمنٹ کا جو انفلوئنس ہوتا ہے، اس کو آپ۔ اسے آپ اگنور کریں، اس سے آپ انفلوئنس نہ ہوں۔</w:t>
      </w:r>
    </w:p>
    <w:p>
      <w:r>
        <w:rPr>
          <w:b/>
        </w:rPr>
        <w:t xml:space="preserve">[47:00] </w:t>
      </w:r>
      <w:r>
        <w:t>yeh to rahi to kuch bhi nahi,</w:t>
      </w:r>
    </w:p>
    <w:p>
      <w:pPr>
        <w:jc w:val="right"/>
      </w:pPr>
      <w:r>
        <w:t>یہ تو رہی تو کچھ بھی نہیں،</w:t>
      </w:r>
    </w:p>
    <w:p>
      <w:r>
        <w:rPr>
          <w:b/>
        </w:rPr>
        <w:t xml:space="preserve">[47:04] </w:t>
      </w:r>
      <w:r>
        <w:t>wohin se to condition shuru hoti hai aur conditioning ka koi hal nahi hai siwaye de conditioning ke.</w:t>
      </w:r>
    </w:p>
    <w:p>
      <w:pPr>
        <w:jc w:val="right"/>
      </w:pPr>
      <w:r>
        <w:t>وہیں سے تو کنڈیشن شروع ہوتی ہے اور کنڈیشننگ کا کوئی حل نہیں ہے سوائے ڈی کنڈیشننگ کے۔</w:t>
      </w:r>
    </w:p>
    <w:p>
      <w:r>
        <w:rPr>
          <w:b/>
        </w:rPr>
        <w:t xml:space="preserve">[47:16] </w:t>
      </w:r>
      <w:r>
        <w:t>aap excuse agar lenge to aap conditioning ko de condition kar nahi sakte. to yeh to aap ko karna hi karna hai.</w:t>
      </w:r>
    </w:p>
    <w:p>
      <w:pPr>
        <w:jc w:val="right"/>
      </w:pPr>
      <w:r>
        <w:t>آپ ایکسکیوز اگر لیں گے تو آپ کنڈیشننگ کو ڈی کنڈیشن کر نہیں سکتے۔ تو یہ تو آپ کو کرنا ہی کرنا ہے۔</w:t>
      </w:r>
    </w:p>
    <w:p>
      <w:r>
        <w:rPr>
          <w:b/>
        </w:rPr>
        <w:t xml:space="preserve">[47:31] </w:t>
      </w:r>
      <w:r>
        <w:t>environment se</w:t>
      </w:r>
    </w:p>
    <w:p>
      <w:pPr>
        <w:jc w:val="right"/>
      </w:pPr>
      <w:r>
        <w:t>انوائرمنٹ سے</w:t>
      </w:r>
    </w:p>
    <w:p>
      <w:r>
        <w:rPr>
          <w:b/>
        </w:rPr>
        <w:t xml:space="preserve">[47:36] </w:t>
      </w:r>
      <w:r>
        <w:t>ke influence se bachne ke liye to aap ko merciless de conditioning karni padegi, is mein koi doosri baat nahi hai.</w:t>
      </w:r>
    </w:p>
    <w:p>
      <w:pPr>
        <w:jc w:val="right"/>
      </w:pPr>
      <w:r>
        <w:t>کے انفلوئنس سے بچنے کے لیے تو آپ کو مرسی لیس ڈی کنڈیشننگ کرنی پڑے گی، اس میں کوئی دوسری بات نہیں ہے۔</w:t>
      </w:r>
    </w:p>
    <w:p>
      <w:r>
        <w:rPr>
          <w:b/>
        </w:rPr>
        <w:t xml:space="preserve">[47:53] </w:t>
      </w:r>
      <w:r>
        <w:t>merciless de conditioning,</w:t>
      </w:r>
    </w:p>
    <w:p>
      <w:pPr>
        <w:jc w:val="right"/>
      </w:pPr>
      <w:r>
        <w:t>مرسی لیس ڈی کنڈیشننگ،</w:t>
      </w:r>
    </w:p>
    <w:p>
      <w:r>
        <w:rPr>
          <w:b/>
        </w:rPr>
        <w:t xml:space="preserve">[47:58] </w:t>
      </w:r>
      <w:r>
        <w:t>mein ne Allah ke fazl se apni merciless de conditioning ki hai,</w:t>
      </w:r>
    </w:p>
    <w:p>
      <w:pPr>
        <w:jc w:val="right"/>
      </w:pPr>
      <w:r>
        <w:t>میں نے اللہ کے فضل سے اپنی مرسی لیس ڈی کنڈیشننگ کی ہے،</w:t>
      </w:r>
    </w:p>
    <w:p>
      <w:r>
        <w:rPr>
          <w:b/>
        </w:rPr>
        <w:t xml:space="preserve">[48:08] </w:t>
      </w:r>
      <w:r>
        <w:t>is ki bohat example mere paas hai. to yeh to yeh to koi excuse chalega nahi.</w:t>
      </w:r>
    </w:p>
    <w:p>
      <w:pPr>
        <w:jc w:val="right"/>
      </w:pPr>
      <w:r>
        <w:t>اس کی بہت ایگزامپل میرے پاس ہے۔ تو یہ تو یہ تو کوئی ایکسکیوز چلے گا نہیں۔</w:t>
      </w:r>
    </w:p>
    <w:p>
      <w:r>
        <w:rPr>
          <w:b/>
        </w:rPr>
        <w:t xml:space="preserve">[48:20] </w:t>
      </w:r>
      <w:r>
        <w:t>wahan to wohi hai ke ya to hai ya nahi, beech ka koi rasta nahi hai.</w:t>
      </w:r>
    </w:p>
    <w:p>
      <w:pPr>
        <w:jc w:val="right"/>
      </w:pPr>
      <w:r>
        <w:t>وہاں تو وہی ہے کہ یا تو ہے یا نہیں، بیچ کا کوئی راستہ نہیں ہے۔</w:t>
      </w:r>
    </w:p>
    <w:p>
      <w:r>
        <w:rPr>
          <w:b/>
        </w:rPr>
        <w:t xml:space="preserve">[48:29] </w:t>
      </w:r>
      <w:r>
        <w:t>maulana, agla sawal Muhammad Abdullah sahib ne bheja hai Kolkata se. unhon ne likha hai: "maulana, through your guidance of simple living, we can save us from lot of distractions to attain spirituality.</w:t>
      </w:r>
    </w:p>
    <w:p>
      <w:pPr>
        <w:jc w:val="right"/>
      </w:pPr>
      <w:r>
        <w:t>مولانا، اگلا سوال محمد عبداللہ صاحب نے بھیجا ہے کلکتہ سے۔ انہوں نے لکھا ہے: "مولانا، تھرو یور گائیڈنس آف سمپل لیونگ، وی کین سیو اس فرام لاٹ آف ڈسٹریکشنز ٹو اٹین سپرچویلٹی۔</w:t>
      </w:r>
    </w:p>
    <w:p>
      <w:r>
        <w:rPr>
          <w:b/>
        </w:rPr>
        <w:t xml:space="preserve">[48:47] </w:t>
      </w:r>
      <w:r>
        <w:t>my question is, if there is any difference between religion and spirituality?" aap se mein dekhen, yani</w:t>
      </w:r>
    </w:p>
    <w:p>
      <w:pPr>
        <w:jc w:val="right"/>
      </w:pPr>
      <w:r>
        <w:t>مائی کوئسچن از، اف دیر از اینی ڈیفرنس بٹوین ریلیجن اینڈ سپرچویلٹی؟" آپ سے میں دیکھیں، یعنی</w:t>
      </w:r>
    </w:p>
    <w:p>
      <w:r>
        <w:rPr>
          <w:b/>
        </w:rPr>
        <w:t xml:space="preserve">[49:01] </w:t>
      </w:r>
      <w:r>
        <w:t>ya to mein samajhta hoon ke essence to dono ka ek hai, essence lekin term fareeq farq hai.</w:t>
      </w:r>
    </w:p>
    <w:p>
      <w:pPr>
        <w:jc w:val="right"/>
      </w:pPr>
      <w:r>
        <w:t>یا تو میں سمجھتا ہوں کہ ایس ایس تو دونوں کا ایک ہے، ایس ایس لیکن ٹرم فریق فرق ہے۔</w:t>
      </w:r>
    </w:p>
    <w:p>
      <w:r>
        <w:rPr>
          <w:b/>
        </w:rPr>
        <w:t xml:space="preserve">[49:15] </w:t>
      </w:r>
      <w:r>
        <w:t>religion term agar istemal karein aap to aap religion ka lafz istemal karenge,</w:t>
      </w:r>
    </w:p>
    <w:p>
      <w:pPr>
        <w:jc w:val="right"/>
      </w:pPr>
      <w:r>
        <w:t>ریلیجن ٹرم اگر استعمال کریں آپ تو آپ ریلیجن کا لفظ استعمال کریں گے،</w:t>
      </w:r>
    </w:p>
    <w:p>
      <w:r>
        <w:rPr>
          <w:b/>
        </w:rPr>
        <w:t xml:space="preserve">[49:25] </w:t>
      </w:r>
      <w:r>
        <w:t>aur secular term istemal karein aap to us ke liye aap ko secular term istemal karenge.</w:t>
      </w:r>
    </w:p>
    <w:p>
      <w:pPr>
        <w:jc w:val="right"/>
      </w:pPr>
      <w:r>
        <w:t>اور سیکولر ٹرم استعمال کریں آپ تو اس کے لیے آپ کو سیکولر ٹرم استعمال کریں گے۔</w:t>
      </w:r>
    </w:p>
    <w:p>
      <w:r>
        <w:rPr>
          <w:b/>
        </w:rPr>
        <w:t xml:space="preserve">[49:34] </w:t>
      </w:r>
      <w:r>
        <w:t>aap to essence dono ka ek hai lekin term different hai.</w:t>
      </w:r>
    </w:p>
    <w:p>
      <w:pPr>
        <w:jc w:val="right"/>
      </w:pPr>
      <w:r>
        <w:t>آپ تو ایسنس دونوں کا ایک ہے لیکن ٹرم ڈفرنٹ ہے۔</w:t>
      </w:r>
    </w:p>
    <w:p>
      <w:r>
        <w:rPr>
          <w:b/>
        </w:rPr>
        <w:t xml:space="preserve">[49:45] </w:t>
      </w:r>
      <w:r>
        <w:t>Muhammad Hamza Khan sahib ne Rawalpindi Pakistan se sawal bheja hai.</w:t>
      </w:r>
    </w:p>
    <w:p>
      <w:pPr>
        <w:jc w:val="right"/>
      </w:pPr>
      <w:r>
        <w:t>محمد حمزہ خان صاحب نے راولپنڈی پاکستان سے سوال بھیجا ہے۔</w:t>
      </w:r>
    </w:p>
    <w:p>
      <w:r>
        <w:rPr>
          <w:b/>
        </w:rPr>
        <w:t xml:space="preserve">[49:50] </w:t>
      </w:r>
      <w:r>
        <w:t>unhon ne likha hai: "how can we get the wealth of iman and how can we make our belief more strong in Allah?" Maulana sahib, kindly elaborate on this.</w:t>
      </w:r>
    </w:p>
    <w:p>
      <w:pPr>
        <w:jc w:val="right"/>
      </w:pPr>
      <w:r>
        <w:t>انہوں نے لکھا ہے: "ہاؤ کین وی گیٹ دی ویلتھ آف ایمان اینڈ ہاؤ کین وی میک اور بیلیف مور سٹرونگ ان اللہ؟" مولانا صاحب، کائنڈلی ایلیبریٹ ان دس۔</w:t>
      </w:r>
    </w:p>
    <w:p>
      <w:r>
        <w:rPr>
          <w:b/>
        </w:rPr>
        <w:t xml:space="preserve">[50:02] </w:t>
      </w:r>
      <w:r>
        <w:t>yeh wealth of iman yeh ek galat term hai, yeh galat term hai.</w:t>
      </w:r>
    </w:p>
    <w:p>
      <w:pPr>
        <w:jc w:val="right"/>
      </w:pPr>
      <w:r>
        <w:t>یہ ویلتھ آف ایمان یہ ایک غلط ٹرم ہے، یہ غلط ٹرم ہے۔</w:t>
      </w:r>
    </w:p>
    <w:p>
      <w:r>
        <w:rPr>
          <w:b/>
        </w:rPr>
        <w:t xml:space="preserve">[50:13] </w:t>
      </w:r>
      <w:r>
        <w:t>isi pe phanse rehte hain log. wealth kya? woh basic ka afkar kahiye,</w:t>
      </w:r>
    </w:p>
    <w:p>
      <w:pPr>
        <w:jc w:val="right"/>
      </w:pPr>
      <w:r>
        <w:t>اسی پہ پھنسے رہتے ہیں لوگ۔ ویلتھ کیا؟ وہ بیسک کا افکار کہیے،</w:t>
      </w:r>
    </w:p>
    <w:p>
      <w:r>
        <w:rPr>
          <w:b/>
        </w:rPr>
        <w:t xml:space="preserve">[50:22] </w:t>
      </w:r>
      <w:r>
        <w:t>basic ka afkar kahiye to Allah se mang mangiye. wealth yeh to bas hi mere wrong term hai.</w:t>
      </w:r>
    </w:p>
    <w:p>
      <w:pPr>
        <w:jc w:val="right"/>
      </w:pPr>
      <w:r>
        <w:t>بیسک کا افکار کہیے تو اللہ سے مانگ مانگیے۔ ویلتھ یہ تو بس ہی میرے رنگ ٹرم ہے۔</w:t>
      </w:r>
    </w:p>
    <w:p>
      <w:r>
        <w:rPr>
          <w:b/>
        </w:rPr>
        <w:t xml:space="preserve">[50:32] </w:t>
      </w:r>
      <w:r>
        <w:t>wealth nahi, basic of God sahi lafz hai. dekhen, wealth ka lafz bolte hain jab aap to is mein woh aa jata hai, yani fazilat ka tasawwur.</w:t>
      </w:r>
    </w:p>
    <w:p>
      <w:pPr>
        <w:jc w:val="right"/>
      </w:pPr>
      <w:r>
        <w:t>ویلتھ نہیں، بیسک آف گاڈ صحیح لفظ ہے۔ دیکھیں، ویلتھ کا لفظ بولتے ہیں جب آپ تو اس میں وہ آ جاتا ہے، یعنی فضیلت کا تصور۔</w:t>
      </w:r>
    </w:p>
    <w:p>
      <w:r>
        <w:rPr>
          <w:b/>
        </w:rPr>
        <w:t xml:space="preserve">[50:45] </w:t>
      </w:r>
      <w:r>
        <w:t>fazilat ka aur mein fazilat ke tasawwur ke bilkul hi khilaf hoon,</w:t>
      </w:r>
    </w:p>
    <w:p>
      <w:pPr>
        <w:jc w:val="right"/>
      </w:pPr>
      <w:r>
        <w:t>فضیلت کا اور میں فضیلت کے تصور کے بالکل ہی خلاف ہوں،</w:t>
      </w:r>
    </w:p>
    <w:p>
      <w:r>
        <w:rPr>
          <w:b/>
        </w:rPr>
        <w:t xml:space="preserve">[50:51] </w:t>
      </w:r>
      <w:r>
        <w:t>chahe koi barhe sahib muhaddis is ko manta ho to mein nahi manta. fazilat koi cheez nahi Islam mein, wealth koi cheez nahi Islam mein.</w:t>
      </w:r>
    </w:p>
    <w:p>
      <w:pPr>
        <w:jc w:val="right"/>
      </w:pPr>
      <w:r>
        <w:t>چاہے کوئی بڑے صاحب محدث اس کو مانتا ہو تو میں نہیں مانتا۔ فضیلت کوئی چیز نہیں اسلام میں، ویلتھ کوئی چیز نہیں اسلام میں۔</w:t>
      </w:r>
    </w:p>
    <w:p>
      <w:r>
        <w:rPr>
          <w:b/>
        </w:rPr>
        <w:t xml:space="preserve">[51:04] </w:t>
      </w:r>
      <w:r>
        <w:t>basic hai, basic ke ma'ne Allah ki help, Allah ki madad, Allah ki atiya.</w:t>
      </w:r>
    </w:p>
    <w:p>
      <w:pPr>
        <w:jc w:val="right"/>
      </w:pPr>
      <w:r>
        <w:t>بیسک ہے، بیسک کے معنی اللہ کی ہیلپ، اللہ کی مدد، اللہ کی عطیہ۔</w:t>
      </w:r>
    </w:p>
    <w:p>
      <w:r>
        <w:rPr>
          <w:b/>
        </w:rPr>
        <w:t xml:space="preserve">[51:14] </w:t>
      </w:r>
      <w:r>
        <w:t>yeh sab alfaaz wohi wohi hain</w:t>
      </w:r>
    </w:p>
    <w:p>
      <w:pPr>
        <w:jc w:val="right"/>
      </w:pPr>
      <w:r>
        <w:t>یہ سب الفاظ وہی وہی ہیں</w:t>
      </w:r>
    </w:p>
    <w:p>
      <w:r>
        <w:rPr>
          <w:b/>
        </w:rPr>
        <w:t xml:space="preserve">[51:17] </w:t>
      </w:r>
      <w:r>
        <w:t>, yani miss leading hain, miss leading.</w:t>
      </w:r>
    </w:p>
    <w:p>
      <w:pPr>
        <w:jc w:val="right"/>
      </w:pPr>
      <w:r>
        <w:t>، یعنی مس لیڈنگ ہیں، مس لیڈنگ۔</w:t>
      </w:r>
    </w:p>
    <w:p>
      <w:r>
        <w:rPr>
          <w:b/>
        </w:rPr>
        <w:t xml:space="preserve">[51:26] </w:t>
      </w:r>
      <w:r>
        <w:t>fazilat ka sense paida karte hain. behad ek fazilat koi cheez nahi,</w:t>
      </w:r>
    </w:p>
    <w:p>
      <w:pPr>
        <w:jc w:val="right"/>
      </w:pPr>
      <w:r>
        <w:t>فضیلت کا سینس پیدا کرتے ہیں۔ بے حد ایک فضیلت کوئی چیز نہیں،</w:t>
      </w:r>
    </w:p>
    <w:p>
      <w:r>
        <w:rPr>
          <w:b/>
        </w:rPr>
        <w:t xml:space="preserve">[51:37] </w:t>
      </w:r>
      <w:r>
        <w:t>na shakhsiyat ke liye aur na kisi amal ke liye. fazilat ke lafz hi behad insani hai.</w:t>
      </w:r>
    </w:p>
    <w:p>
      <w:pPr>
        <w:jc w:val="right"/>
      </w:pPr>
      <w:r>
        <w:t>نہ شخصیت کے لیے اور نہ کسی عمل کے لیے۔ فضیلت کے لفظ ہی بے حد انسانی ہے۔</w:t>
      </w:r>
    </w:p>
    <w:p>
      <w:r>
        <w:rPr>
          <w:b/>
        </w:rPr>
        <w:t xml:space="preserve">[51:51] </w:t>
      </w:r>
      <w:r>
        <w:t>ramzan ke fazail, tehajjud ke fazail, yeh sab insani term hai.</w:t>
      </w:r>
    </w:p>
    <w:p>
      <w:pPr>
        <w:jc w:val="right"/>
      </w:pPr>
      <w:r>
        <w:t>رمضان کے فضائل، تہجد کے فضائل، یہ سب انسانی ٹرم ہے۔</w:t>
      </w:r>
    </w:p>
    <w:p>
      <w:r>
        <w:rPr>
          <w:b/>
        </w:rPr>
        <w:t xml:space="preserve">[52:03] </w:t>
      </w:r>
      <w:r>
        <w:t>maulana, agla sawal irshad ali sahib ne bheja hai rampur se. unhon ne likha hai: "maulana sahib, mera sawal aaj ke topic se hat kar hai.</w:t>
      </w:r>
    </w:p>
    <w:p>
      <w:pPr>
        <w:jc w:val="right"/>
      </w:pPr>
      <w:r>
        <w:t>مولانا، اگلا سوال ارشاد علی صاحب نے بھیجا ہے رامپور سے۔ انہوں نے لکھا ہے: "مولانا صاحب، میرا سوال آج کے ٹاپک سے ہٹ کر ہے۔</w:t>
      </w:r>
    </w:p>
    <w:p>
      <w:r>
        <w:rPr>
          <w:b/>
        </w:rPr>
        <w:t xml:space="preserve">[52:16] </w:t>
      </w:r>
      <w:r>
        <w:t>kya allah ne hamein banaya banaya hi is tarah hai ke hum ghaltiyan karein? agar hum ghaltiyan nahi karte to allah ek aur makhlooq paida karta.</w:t>
      </w:r>
    </w:p>
    <w:p>
      <w:pPr>
        <w:jc w:val="right"/>
      </w:pPr>
      <w:r>
        <w:t>کیا اللہ نے ہمیں بنایا بنایا ہی اس طرح ہے کہ ہم غلطیاں کریں؟ اگر ہم غلطیاں نہیں کرتے تو اللہ ایک اور مخلوق پیدا کرتا۔</w:t>
      </w:r>
    </w:p>
    <w:p>
      <w:r>
        <w:rPr>
          <w:b/>
        </w:rPr>
        <w:t xml:space="preserve">[52:27] </w:t>
      </w:r>
      <w:r>
        <w:t>maulana, jab allah ne hamein ghaltiyan karne wala banaya hai to phir 50, 60 saal ki zindagi ke badle mein hamesha ki jahannum kuch zyada nahi ho jayegi?</w:t>
      </w:r>
    </w:p>
    <w:p>
      <w:pPr>
        <w:jc w:val="right"/>
      </w:pPr>
      <w:r>
        <w:t>مولانا، جب اللہ نے ہمیں غلطیاں کرنے والا بنایا ہے تو پھر 50، 60 سال کی زندگی کے بدلے میں ہمیشہ کی جہنم کچھ زیادہ نہیں ہو جائے گی؟</w:t>
      </w:r>
    </w:p>
    <w:p>
      <w:r>
        <w:rPr>
          <w:b/>
        </w:rPr>
        <w:t xml:space="preserve">[52:39] </w:t>
      </w:r>
      <w:r>
        <w:t>maulana, yeh sawal hamesha mere zehn mein ghoomta hai. yeh koi sawal hi nahi hai,</w:t>
      </w:r>
    </w:p>
    <w:p>
      <w:pPr>
        <w:jc w:val="right"/>
      </w:pPr>
      <w:r>
        <w:t>مولانا، یہ سوال ہمیشہ میرے ذہن میں گھومتا ہے۔ یہ کوئی سوال ہی نہیں ہے،</w:t>
      </w:r>
    </w:p>
    <w:p>
      <w:r>
        <w:rPr>
          <w:b/>
        </w:rPr>
        <w:t xml:space="preserve">[52:47] </w:t>
      </w:r>
      <w:r>
        <w:t>art of questioning janiye. yeh koi sawal hi nahi, yeh to us ko kehte hain</w:t>
      </w:r>
    </w:p>
    <w:p>
      <w:pPr>
        <w:jc w:val="right"/>
      </w:pPr>
      <w:r>
        <w:t>آرٹ آف کوئسچننگ جانیے۔ یہ کوئی سوال ہی نہیں، یہ تو اس کو کہتے ہیں</w:t>
      </w:r>
    </w:p>
    <w:p>
      <w:r>
        <w:rPr>
          <w:b/>
        </w:rPr>
        <w:t xml:space="preserve">[52:53] </w:t>
      </w:r>
      <w:r>
        <w:t>confusion.</w:t>
      </w:r>
    </w:p>
    <w:p>
      <w:pPr>
        <w:jc w:val="right"/>
      </w:pPr>
      <w:r>
        <w:t>کنفیوژن۔</w:t>
      </w:r>
    </w:p>
    <w:p>
      <w:r>
        <w:rPr>
          <w:b/>
        </w:rPr>
        <w:t xml:space="preserve">[52:58] </w:t>
      </w:r>
      <w:r>
        <w:t>versa versa, yeh koi sawal hai,</w:t>
      </w:r>
    </w:p>
    <w:p>
      <w:pPr>
        <w:jc w:val="right"/>
      </w:pPr>
      <w:r>
        <w:t>ورسا ورسا، یہ کوئی سوال ہے،</w:t>
      </w:r>
    </w:p>
    <w:p>
      <w:r>
        <w:rPr>
          <w:b/>
        </w:rPr>
        <w:t xml:space="preserve">[53:05] </w:t>
      </w:r>
      <w:r>
        <w:t>yeh koi sawal nahi hai. sawal to ek bohat zabardast, yani super reason ka naam hai.</w:t>
      </w:r>
    </w:p>
    <w:p>
      <w:pPr>
        <w:jc w:val="right"/>
      </w:pPr>
      <w:r>
        <w:t>یہ کوئی سوال نہیں ہے۔ سوال تو ایک بہت زبردست، یعنی سپر ریزن کا نام ہے۔</w:t>
      </w:r>
    </w:p>
    <w:p>
      <w:r>
        <w:rPr>
          <w:b/>
        </w:rPr>
        <w:t xml:space="preserve">[53:15] </w:t>
      </w:r>
      <w:r>
        <w:t>yeh to jo aap farma rahe hain</w:t>
      </w:r>
    </w:p>
    <w:p>
      <w:pPr>
        <w:jc w:val="right"/>
      </w:pPr>
      <w:r>
        <w:t>یہ تو جو آپ فرما رہے ہیں</w:t>
      </w:r>
    </w:p>
    <w:p>
      <w:r>
        <w:rPr>
          <w:b/>
        </w:rPr>
        <w:t xml:space="preserve">[53:18] </w:t>
      </w:r>
      <w:r>
        <w:t>, yeh to waswasa hai,</w:t>
      </w:r>
    </w:p>
    <w:p>
      <w:pPr>
        <w:jc w:val="right"/>
      </w:pPr>
      <w:r>
        <w:t>، یہ تو وسوسہ ہے،</w:t>
      </w:r>
    </w:p>
    <w:p>
      <w:r>
        <w:rPr>
          <w:b/>
        </w:rPr>
        <w:t xml:space="preserve">[53:23] </w:t>
      </w:r>
      <w:r>
        <w:t>waswasa hai.</w:t>
      </w:r>
    </w:p>
    <w:p>
      <w:pPr>
        <w:jc w:val="right"/>
      </w:pPr>
      <w:r>
        <w:t>وسوسہ ہے۔</w:t>
      </w:r>
    </w:p>
    <w:p>
      <w:r>
        <w:rPr>
          <w:b/>
        </w:rPr>
        <w:t xml:space="preserve">[53:27] </w:t>
      </w:r>
      <w:r>
        <w:t>aap janiye ke sawal kis cheez ka naam hai. sawal samajhne ke liye aap ko science parhna hoga, sirf ke sirf fazail e iman parh kar nahi samajh sakte.</w:t>
      </w:r>
    </w:p>
    <w:p>
      <w:pPr>
        <w:jc w:val="right"/>
      </w:pPr>
      <w:r>
        <w:t>آپ جانیے کہ سوال کس چیز کا نام ہے۔ سوال سمجھنے کے لیے آپ کو سائنس پڑھنا ہوگا، صرف کہ صرف فضائل ایمان پڑھ کر نہیں سمجھ سکتے۔</w:t>
      </w:r>
    </w:p>
    <w:p>
      <w:r>
        <w:rPr>
          <w:b/>
        </w:rPr>
        <w:t xml:space="preserve">[53:47] </w:t>
      </w:r>
      <w:r>
        <w:t>science.</w:t>
      </w:r>
    </w:p>
    <w:p>
      <w:pPr>
        <w:jc w:val="right"/>
      </w:pPr>
      <w:r>
        <w:t>سائنس۔</w:t>
      </w:r>
    </w:p>
    <w:p>
      <w:r>
        <w:rPr>
          <w:b/>
        </w:rPr>
        <w:t xml:space="preserve">[53:53] </w:t>
      </w:r>
      <w:r>
        <w:t>maulana, agla sawal lucknow se bheja hai sirajuddin sahib ne. unhon ne likha hai: "maulana, today there are many camps that run in the name of spirituality to initiate a seeker into spirituality.</w:t>
      </w:r>
    </w:p>
    <w:p>
      <w:pPr>
        <w:jc w:val="right"/>
      </w:pPr>
      <w:r>
        <w:t>مولانا، اگلا سوال لکھنؤ سے بھیجا ہے سراج الدین صاحب نے۔ انہوں نے لکھا ہے: "مولانا، ٹوڈے دیر آر مینی کیمپس دیٹ رن ان دا نیم آف سپرچویلٹی ٹو انیشیٹ ا سیکر انٹو سپرچویلٹی۔</w:t>
      </w:r>
    </w:p>
    <w:p>
      <w:r>
        <w:rPr>
          <w:b/>
        </w:rPr>
        <w:t xml:space="preserve">[54:09] </w:t>
      </w:r>
      <w:r>
        <w:t>many people say that their experiences are good</w:t>
      </w:r>
    </w:p>
    <w:p>
      <w:pPr>
        <w:jc w:val="right"/>
      </w:pPr>
      <w:r>
        <w:t>مینی پیپلز سے دیٹ دیر ایکسپیرینسز آر گڈ</w:t>
      </w:r>
    </w:p>
    <w:p>
      <w:r>
        <w:rPr>
          <w:b/>
        </w:rPr>
        <w:t xml:space="preserve">[54:15] </w:t>
      </w:r>
      <w:r>
        <w:t>. my question is that is joining some camp necessary to initiate spirituality in one's life, or simply pondering upon nature is good enough to get started?" yeh camping jo hoti hai, yeh bilkul aap sun rahe hain.</w:t>
      </w:r>
    </w:p>
    <w:p>
      <w:pPr>
        <w:jc w:val="right"/>
      </w:pPr>
      <w:r>
        <w:t>۔ مائی کوئسچن از دیٹ از جوائننگ سم کیمپ نیسیسری ٹو انیشیٹ سپرچویلٹی ان ونز لائف، اور سمپلی پونڈرنگ اپون نیچر از گڈ انف ٹو گیٹ سٹارٹڈ؟" یہ کیمپنگ جو ہوتی ہے، یہ بالکل آپ سن رہے ہیں۔</w:t>
      </w:r>
    </w:p>
    <w:p>
      <w:r>
        <w:rPr>
          <w:b/>
        </w:rPr>
        <w:t xml:space="preserve">[54:34] </w:t>
      </w:r>
      <w:r>
        <w:t>sab se pehla jo maine kiya tha, yeh camping parda ke camp gaya tha.</w:t>
      </w:r>
    </w:p>
    <w:p>
      <w:pPr>
        <w:jc w:val="right"/>
      </w:pPr>
      <w:r>
        <w:t>سب سے پہلا جو میں نے کیا تھا، یہ کیمپنگ پردہ کے کیمپ گیا تھا۔</w:t>
      </w:r>
    </w:p>
    <w:p>
      <w:r>
        <w:rPr>
          <w:b/>
        </w:rPr>
        <w:t xml:space="preserve">[54:42] </w:t>
      </w:r>
      <w:r>
        <w:t>isi mein phansa tha main. parda ke camp laga tha, is mein main gaya tha,</w:t>
      </w:r>
    </w:p>
    <w:p>
      <w:pPr>
        <w:jc w:val="right"/>
      </w:pPr>
      <w:r>
        <w:t>اسی میں پھنسا تھا میں۔ پردہ کے کیمپ لگا تھا، اس میں میں گیا تھا،</w:t>
      </w:r>
    </w:p>
    <w:p>
      <w:r>
        <w:rPr>
          <w:b/>
        </w:rPr>
        <w:t xml:space="preserve">[54:52] </w:t>
      </w:r>
      <w:r>
        <w:t>aur is se is parda ke camp se mujhe kuch bhi take away nahi mila tha, kuch bhi take away nahi mila tha.</w:t>
      </w:r>
    </w:p>
    <w:p>
      <w:pPr>
        <w:jc w:val="right"/>
      </w:pPr>
      <w:r>
        <w:t>اور اس سے اس پردہ کے کیمپ سے مجھے کچھ بھی ٹیک اوے نہیں ملا تھا، کچھ بھی ٹیک اوے نہیں ملا تھا۔</w:t>
      </w:r>
    </w:p>
    <w:p>
      <w:r>
        <w:rPr>
          <w:b/>
        </w:rPr>
        <w:t xml:space="preserve">[55:03] </w:t>
      </w:r>
      <w:r>
        <w:t>phir maine khud is ki history ki, tab maine jana ke is ki history kya hai.</w:t>
      </w:r>
    </w:p>
    <w:p>
      <w:pPr>
        <w:jc w:val="right"/>
      </w:pPr>
      <w:r>
        <w:t>پھر میں نے خود اس کی ہسٹری کی، تب میں نے جانا کہ اس کی ہسٹری کیا ہے۔</w:t>
      </w:r>
    </w:p>
    <w:p>
      <w:r>
        <w:rPr>
          <w:b/>
        </w:rPr>
        <w:t xml:space="preserve">[55:12] </w:t>
      </w:r>
      <w:r>
        <w:t>yeh camp jo lagte hain, woh mein zaati tajrube ke barabar keh sakta hoon ke is mein koi take away le kar koi lot ta nahi.</w:t>
      </w:r>
    </w:p>
    <w:p>
      <w:pPr>
        <w:jc w:val="right"/>
      </w:pPr>
      <w:r>
        <w:t>یہ کیمپ جو لگتے ہیں، وہ میں ذاتی تجربے کے برابر کہہ سکتا ہوں کہ اس میں کوئی ٹیک اوے لے کر کوئی لوٹتا نہیں۔</w:t>
      </w:r>
    </w:p>
    <w:p>
      <w:r>
        <w:rPr>
          <w:b/>
        </w:rPr>
        <w:t xml:space="preserve">[55:24] </w:t>
      </w:r>
      <w:r>
        <w:t>koi bhi mujhe nahi maloom koi insan hai aisa jo wahan se koi take away le kar lauta ho.</w:t>
      </w:r>
    </w:p>
    <w:p>
      <w:pPr>
        <w:jc w:val="right"/>
      </w:pPr>
      <w:r>
        <w:t>کوئی بھی مجھے نہیں معلوم کوئی انسان ہے ایسا جو وہاں سے کوئی ٹیک اوے لے کر لوٹا ہو۔</w:t>
      </w:r>
    </w:p>
    <w:p>
      <w:r>
        <w:rPr>
          <w:b/>
        </w:rPr>
        <w:t xml:space="preserve">[55:35] </w:t>
      </w:r>
      <w:r>
        <w:t>Miss Mehka Fayyaz Sahiba ne dil ne Dilli se bheja hai comment</w:t>
      </w:r>
    </w:p>
    <w:p>
      <w:pPr>
        <w:jc w:val="right"/>
      </w:pPr>
      <w:r>
        <w:t>مس مہک فیاض خان صاحبہ نے دل نے دلی سے بھیجا ہے کمنٹ</w:t>
      </w:r>
    </w:p>
    <w:p>
      <w:r>
        <w:rPr>
          <w:b/>
        </w:rPr>
        <w:t xml:space="preserve">[55:42] </w:t>
      </w:r>
      <w:r>
        <w:t>: "Maulana, idea of spirituality has always addressed my mind. It is very different from that of secluded one, which most people think is the rightest form of spirituality.</w:t>
      </w:r>
    </w:p>
    <w:p>
      <w:pPr>
        <w:jc w:val="right"/>
      </w:pPr>
      <w:r>
        <w:t>: "مولانا، آئیڈیا آف سپرچویلٹی ہیز آلویز ایڈریس مائی مائنڈ۔ اٹ از ویری ڈفرنٹ فرام دیٹ آف سیکلوڈڈ ون، وچ موسٹ پیپل تھنک از دا رائٹیسٹ فارم آف سپرچویلٹی۔</w:t>
      </w:r>
    </w:p>
    <w:p>
      <w:r>
        <w:rPr>
          <w:b/>
        </w:rPr>
        <w:t xml:space="preserve">[55:57] </w:t>
      </w:r>
      <w:r>
        <w:t>Maulana, idea of spirituality is not physical but observable. It is a self developing concept. Art of management is very simple technique which Maulana gives us.</w:t>
      </w:r>
    </w:p>
    <w:p>
      <w:pPr>
        <w:jc w:val="right"/>
      </w:pPr>
      <w:r>
        <w:t>مولانا، آئیڈیا آف سپرچویلٹی از ناٹ فزیکل بٹ ابزرویبل۔ اٹ از ا سیلف ڈویلپنگ کانسیپٹ۔ آرٹ آف مینجمنٹ از ویری سمپل ٹیکنیک وچ مولانا گیوز اس۔</w:t>
      </w:r>
    </w:p>
    <w:p>
      <w:r>
        <w:rPr>
          <w:b/>
        </w:rPr>
        <w:t xml:space="preserve">[56:12] </w:t>
      </w:r>
      <w:r>
        <w:t>May Allah guide us and help us in achieving this inner spirituality." Mashallah. Muhammad Bilal Shafi sahib ne Dilli se sawal bheja hai.</w:t>
      </w:r>
    </w:p>
    <w:p>
      <w:pPr>
        <w:jc w:val="right"/>
      </w:pPr>
      <w:r>
        <w:t>می اللہ گائیڈ اس اینڈ ہیلپ اس ان اچیونگ دس انر سپرچویلٹی۔" ماشاءاللہ۔ محمد بلال شفیع صاحب نے دلی سے سوال بھیجا ہے۔</w:t>
      </w:r>
    </w:p>
    <w:p>
      <w:r>
        <w:rPr>
          <w:b/>
        </w:rPr>
        <w:t xml:space="preserve">[56:23] </w:t>
      </w:r>
      <w:r>
        <w:t>Unhon ne likha hai: "Maulana, can you please help us understand merciless de conditioning with more clarity, maybe with some examples?"</w:t>
      </w:r>
    </w:p>
    <w:p>
      <w:pPr>
        <w:jc w:val="right"/>
      </w:pPr>
      <w:r>
        <w:t>انہوں نے لکھا ہے: "مولانا، کین یو پلیز ہیلپ اس انڈرسٹینڈ مرسی لیس ڈی کنڈیشننگ ود مور کلیرٹی، می بی ود سم ایگزامپلز؟"</w:t>
      </w:r>
    </w:p>
    <w:p>
      <w:r>
        <w:rPr>
          <w:b/>
        </w:rPr>
        <w:t xml:space="preserve">[56:39] </w:t>
      </w:r>
      <w:r>
        <w:t>dekhiye, bahut must hai merciless de conditioning, lekin bahut hi mushkil hai</w:t>
      </w:r>
    </w:p>
    <w:p>
      <w:pPr>
        <w:jc w:val="right"/>
      </w:pPr>
      <w:r>
        <w:t>دیکھیے، بہت مسٹ ہے مرسی لیس ڈی کنڈیشننگ، لیکن بہت ہی مشکل ہے</w:t>
      </w:r>
    </w:p>
    <w:p>
      <w:r>
        <w:rPr>
          <w:b/>
        </w:rPr>
        <w:t xml:space="preserve">[56:52] </w:t>
      </w:r>
      <w:r>
        <w:t>merciless self de conditioning,</w:t>
      </w:r>
    </w:p>
    <w:p>
      <w:pPr>
        <w:jc w:val="right"/>
      </w:pPr>
      <w:r>
        <w:t>مرسی لیس سیلف ڈی کنڈیشننگ،</w:t>
      </w:r>
    </w:p>
    <w:p>
      <w:r>
        <w:rPr>
          <w:b/>
        </w:rPr>
        <w:t xml:space="preserve">[56:59] </w:t>
      </w:r>
      <w:r>
        <w:t>kyunki wajah yeh hai ke aadmi foran excuse le leta hai.</w:t>
      </w:r>
    </w:p>
    <w:p>
      <w:pPr>
        <w:jc w:val="right"/>
      </w:pPr>
      <w:r>
        <w:t>کیونکہ وجہ یہ ہے کہ آدمی فوراً ایکسکیوز لے لیتا ہے۔</w:t>
      </w:r>
    </w:p>
    <w:p>
      <w:r>
        <w:rPr>
          <w:b/>
        </w:rPr>
        <w:t xml:space="preserve">[57:06] </w:t>
      </w:r>
      <w:r>
        <w:t>misal ke taur par, main aap ko agar koi baat bataoon, is ki misal ke taur par aap ki zindagi ki, to foran aap excuse le lenge aur us ko justify kar lenge.</w:t>
      </w:r>
    </w:p>
    <w:p>
      <w:pPr>
        <w:jc w:val="right"/>
      </w:pPr>
      <w:r>
        <w:t>مثلاً، میں آپ کو اگر کوئی بات بتاؤں، اس کی مثال کے طور پر آپ کی زندگی کی، تو فوراً آپ ایکسکیوز لے لیں گے اور اس کو جسٹیفائی کر لیں گے۔</w:t>
      </w:r>
    </w:p>
    <w:p>
      <w:r>
        <w:rPr>
          <w:b/>
        </w:rPr>
        <w:t xml:space="preserve">[57:20] </w:t>
      </w:r>
      <w:r>
        <w:t>ek excuse le kar justify kar lenge. To isi liye main shuru se logon ko kaha karta hoon, shuru se: "If you are good excuse, don't use it."</w:t>
      </w:r>
    </w:p>
    <w:p>
      <w:pPr>
        <w:jc w:val="right"/>
      </w:pPr>
      <w:r>
        <w:t>ایک ایکسکیوز لے کر جسٹیفائی کر لیں گے۔ تو اسی لیے میں شروع سے لوگوں کو کہا کرتا ہوں، شروع سے: "اف یو آر گڈ ایکسکیوز، ڈونٹ یوز اٹ۔"</w:t>
      </w:r>
    </w:p>
    <w:p>
      <w:r>
        <w:rPr>
          <w:b/>
        </w:rPr>
        <w:t xml:space="preserve">[57:35] </w:t>
      </w:r>
      <w:r>
        <w:t>There is a starting point: "If you are good, if you are, if you have a good excuse, don't use it." Is ka apne andar bootha paida kijiye ga.</w:t>
      </w:r>
    </w:p>
    <w:p>
      <w:pPr>
        <w:jc w:val="right"/>
      </w:pPr>
      <w:r>
        <w:t>دیر از اے سٹارٹنگ پوائنٹ: "اف یو آر گڈ، اف یو آر، اف یو ہیو ا گڈ ایکسکیوز، ڈونٹ یوز اٹ۔" اس کا اپنے اندر بوتھا پیدا کیجئے گا۔</w:t>
      </w:r>
    </w:p>
    <w:p>
      <w:r>
        <w:rPr>
          <w:b/>
        </w:rPr>
        <w:t xml:space="preserve">[57:53] </w:t>
      </w:r>
      <w:r>
        <w:t>yeh here is a s</w:t>
      </w:r>
    </w:p>
    <w:p>
      <w:pPr>
        <w:jc w:val="right"/>
      </w:pPr>
      <w:r>
        <w:t>یہ ہیر از اے س</w:t>
      </w:r>
    </w:p>
    <w:p>
      <w:r>
        <w:rPr>
          <w:b/>
        </w:rPr>
        <w:t xml:space="preserve">[57:54] </w:t>
      </w:r>
      <w:r>
        <w:t>tarting. Maulana, agla sawal bheja hai Umar Abdullah sahib ne Bangalore se. Unhon ne likha hai: "Maulana, I have lot of personal and work related problems in my life.</w:t>
      </w:r>
    </w:p>
    <w:p>
      <w:pPr>
        <w:jc w:val="right"/>
      </w:pPr>
      <w:r>
        <w:t>ٹارٹنگ۔ مولانا، اگلا سوال بھیجا ہے عمر عبداللہ صاحب نے بینگلور سے۔ انہوں نے لکھا ہے: "مولانا، آئی ہیو لاٹ آف پرسنل اینڈ ورک ریلیٹڈ پرابلمز ان مائی لائف۔</w:t>
      </w:r>
    </w:p>
    <w:p>
      <w:r>
        <w:rPr>
          <w:b/>
        </w:rPr>
        <w:t xml:space="preserve">[58:09] </w:t>
      </w:r>
      <w:r>
        <w:t>In personal life, I don't get along very well with my wife, as we are constantly fighting over small small things.</w:t>
      </w:r>
    </w:p>
    <w:p>
      <w:pPr>
        <w:jc w:val="right"/>
      </w:pPr>
      <w:r>
        <w:t>ان پرسنل لائف، آئی ڈونٹ گیٹ الونگ ویری ویل ود مائی وائف، ایز وی آر کانسٹنٹلی فائٹنگ اوور سمال سمال تھنگز۔</w:t>
      </w:r>
    </w:p>
    <w:p>
      <w:r>
        <w:rPr>
          <w:b/>
        </w:rPr>
        <w:t xml:space="preserve">[58:18] </w:t>
      </w:r>
      <w:r>
        <w:t>Oh Allah! And at work place, the stress of work is huge, as my boss is always shouting and altering not just me, but my other colleagues as well.</w:t>
      </w:r>
    </w:p>
    <w:p>
      <w:pPr>
        <w:jc w:val="right"/>
      </w:pPr>
      <w:r>
        <w:t>او اللہ! اینڈ ایٹ ورک پلیس، دا سٹریس آف ورک از ہیوج، ایز مائی باس از آلویز شاؤٹنگ اینڈ الٹریٹنگ ناٹ جسٹ می، بٹ مائی ادر کولیگز ایز ویل۔</w:t>
      </w:r>
    </w:p>
    <w:p>
      <w:r>
        <w:rPr>
          <w:b/>
        </w:rPr>
        <w:t xml:space="preserve">[58:30] </w:t>
      </w:r>
      <w:r>
        <w:t>I was advised to do meditation by my friend, but it did not help me. I want to know how can spirituality help me in my personal and work life?</w:t>
      </w:r>
    </w:p>
    <w:p>
      <w:pPr>
        <w:jc w:val="right"/>
      </w:pPr>
      <w:r>
        <w:t>آئی واز ایڈوائز ٹو ڈو میڈیٹیشن بائے مائی فرینڈ، بٹ اٹ ڈیڈ ناٹ ہیلپ می۔ آئی وانٹ ٹو نو ہاؤ کین سپرچویلٹی ہیلپ می ان مائی پرسنل اینڈ ورک لائف؟</w:t>
      </w:r>
    </w:p>
    <w:p>
      <w:r>
        <w:rPr>
          <w:b/>
        </w:rPr>
        <w:t xml:space="preserve">[58:43] </w:t>
      </w:r>
      <w:r>
        <w:t>What should I do?"</w:t>
      </w:r>
    </w:p>
    <w:p>
      <w:pPr>
        <w:jc w:val="right"/>
      </w:pPr>
      <w:r>
        <w:t>واٹ شوڈ آئی ڈو؟"</w:t>
      </w:r>
    </w:p>
    <w:p>
      <w:r>
        <w:rPr>
          <w:b/>
        </w:rPr>
        <w:t xml:space="preserve">[58:49] </w:t>
      </w:r>
      <w:r>
        <w:t>dekhiye, chahe main ne bahut se tajurbe hain, is ke bahut tajurbe. Misal ke taur par, ek tajurba mere paas hai, aap chahein to main telephone number de sakta hoon aap ko.</w:t>
      </w:r>
    </w:p>
    <w:p>
      <w:pPr>
        <w:jc w:val="right"/>
      </w:pPr>
      <w:r>
        <w:t>دیکھیے، چاہے میں نے بہت سے تجربے ہیں، اس کے بہت تجربے۔ مثلاً، ایک تجربہ میرے پاس ہے، آپ چاہیں تو میں ٹیلی فون نمبر دے سکتا ہوں آپ کو۔</w:t>
      </w:r>
    </w:p>
    <w:p>
      <w:r>
        <w:rPr>
          <w:b/>
        </w:rPr>
        <w:t xml:space="preserve">[59:04] </w:t>
      </w:r>
      <w:r>
        <w:t>telephone number ke aap verify kar lein</w:t>
      </w:r>
    </w:p>
    <w:p>
      <w:pPr>
        <w:jc w:val="right"/>
      </w:pPr>
      <w:r>
        <w:t>ٹیلی فون نمبر کہ آپ ویریفائی کر لیں</w:t>
      </w:r>
    </w:p>
    <w:p>
      <w:r>
        <w:rPr>
          <w:b/>
        </w:rPr>
        <w:t xml:space="preserve">[59:10] </w:t>
      </w:r>
      <w:r>
        <w:t>ke ek ek khatoon ka mere paas telephone aaya ke meri behan ka aaj separation hone wala hai, talaq.</w:t>
      </w:r>
    </w:p>
    <w:p>
      <w:pPr>
        <w:jc w:val="right"/>
      </w:pPr>
      <w:r>
        <w:t>کہ ایک ایک خاتون کا میرے پاس ٹیلی فون آیا کہ میری بہن کا آج سیپریشن ہونے والا ہے، طلاق۔</w:t>
      </w:r>
    </w:p>
    <w:p>
      <w:r>
        <w:rPr>
          <w:b/>
        </w:rPr>
        <w:t xml:space="preserve">[59:23] </w:t>
      </w:r>
      <w:r>
        <w:t>to jante hain, ek telephone kiya aaya tha?</w:t>
      </w:r>
    </w:p>
    <w:p>
      <w:pPr>
        <w:jc w:val="right"/>
      </w:pPr>
      <w:r>
        <w:t>تو جانتے ہیں، ایک ٹیلی فون کیا آیا تھا؟</w:t>
      </w:r>
    </w:p>
    <w:p>
      <w:r>
        <w:rPr>
          <w:b/>
        </w:rPr>
        <w:t xml:space="preserve">[59:28] </w:t>
      </w:r>
      <w:r>
        <w:t>aaya tha</w:t>
      </w:r>
    </w:p>
    <w:p>
      <w:pPr>
        <w:jc w:val="right"/>
      </w:pPr>
      <w:r>
        <w:t>آیا تھا</w:t>
      </w:r>
    </w:p>
    <w:p>
      <w:r>
        <w:rPr>
          <w:b/>
        </w:rPr>
        <w:t xml:space="preserve">[59:32] </w:t>
      </w:r>
      <w:r>
        <w:t>dua ke liye ke dua kijiye ke separation ke baad, talaq ke baad meri behan ki zindagi achhi guzaray.</w:t>
      </w:r>
    </w:p>
    <w:p>
      <w:pPr>
        <w:jc w:val="right"/>
      </w:pPr>
      <w:r>
        <w:t>دعا کے لیے کہ دعا کیجئے کہ سیپریشن کے بعد، طلاق کے بعد میری بہن کی زندگی اچھی گزرے۔</w:t>
      </w:r>
    </w:p>
    <w:p>
      <w:r>
        <w:rPr>
          <w:b/>
        </w:rPr>
        <w:t xml:space="preserve">[59:41] </w:t>
      </w:r>
      <w:r>
        <w:t>us ke liye telephone aaya tha.</w:t>
      </w:r>
    </w:p>
    <w:p>
      <w:pPr>
        <w:jc w:val="right"/>
      </w:pPr>
      <w:r>
        <w:t>اس کے لیے ٹیلی فون آیا تھا۔</w:t>
      </w:r>
    </w:p>
    <w:p>
      <w:r>
        <w:rPr>
          <w:b/>
        </w:rPr>
        <w:t xml:space="preserve">[59:46] </w:t>
      </w:r>
      <w:r>
        <w:t>to mein ne un se baat nahin ki, behan se baat nahin ki. mein ne kaha aap ne un se khatoon se baat kijiye, karwaiye. khatoon se baat karwai.</w:t>
      </w:r>
    </w:p>
    <w:p>
      <w:pPr>
        <w:jc w:val="right"/>
      </w:pPr>
      <w:r>
        <w:t>تو میں نے ان سے بات نہیں کی، بہن سے بات نہیں کی۔ میں نے کہا آپ نے ان سے خاتون سے بات کیجئے، کروائیے۔ خاتون سے بات کروائی۔</w:t>
      </w:r>
    </w:p>
    <w:p>
      <w:r>
        <w:rPr>
          <w:b/>
        </w:rPr>
        <w:t xml:space="preserve">[59:57] </w:t>
      </w:r>
      <w:r>
        <w:t>to khatoon ne kaha jab telephone aaya to mein ne kaha ke aap abhi jaiye apne shohar ke paas, abhi aur ja ke kahiye: "mein maafi mangta hoon, mein mangti hoon, abhi jaiye aur kahiye ke mein aaj ke baad tum ko boss manungi, boss b o dorist boss."</w:t>
      </w:r>
    </w:p>
    <w:p>
      <w:pPr>
        <w:jc w:val="right"/>
      </w:pPr>
      <w:r>
        <w:t>تو خاتون نے کہا جب ٹیلی فون آیا تو میں نے کہا کہ آپ ابھی جائیے اپنے شوہر کے پاس، ابھی اور جا کے کہیے: "میں معافی مانگتا ہوں، میں مانگتی ہوں، ابھی جائیے اور کہیے کہ میں آج کے بعد تم کو باس مانوں گی، باس بی او ڈوریسٹ باس۔"</w:t>
      </w:r>
    </w:p>
    <w:p>
      <w:r>
        <w:rPr>
          <w:b/>
        </w:rPr>
        <w:t xml:space="preserve">[1:00:24] </w:t>
      </w:r>
      <w:r>
        <w:t>to sahib, woh zindagi, woh dono zinda hain, abhi itni achi zindagi guzarti hai, guzri hai un ki ke exemplary jo shak kare, mein us ko telephone number doon ga, woh pooch le.</w:t>
      </w:r>
    </w:p>
    <w:p>
      <w:pPr>
        <w:jc w:val="right"/>
      </w:pPr>
      <w:r>
        <w:t>تو صاحب، وہ زندگی، وہ دونوں زندہ ہیں، ابھی اتنی اچھی زندگی گزرتی ہے، گزری ہے ان کی کہ ایگزیمپلری جو شک کرے، میں اس کو ٹیلی فون نمبر دوں گا، وہ پوچھ لے۔</w:t>
      </w:r>
    </w:p>
    <w:p>
      <w:r>
        <w:rPr>
          <w:b/>
        </w:rPr>
        <w:t xml:space="preserve">[1:00:43] </w:t>
      </w:r>
      <w:r>
        <w:t>yeh bekar, sab bekar baatein hain, jhoote excuse mein jeete hain log, saare log jhoote excuse mein jeete hain.</w:t>
      </w:r>
    </w:p>
    <w:p>
      <w:pPr>
        <w:jc w:val="right"/>
      </w:pPr>
      <w:r>
        <w:t>یہ بیکار، سب بیکار باتیں ہیں، جھوٹے ایکسکیوز میں جیتے ہیں لوگ، سارے لوگ جھوٹے ایکسکیوز میں جیتے ہیں۔</w:t>
      </w:r>
    </w:p>
    <w:p>
      <w:r>
        <w:rPr>
          <w:b/>
        </w:rPr>
        <w:t xml:space="preserve">[1:00:56] </w:t>
      </w:r>
      <w:r>
        <w:t>ab aap aap ko ek raaz ke bare mein batata hoon, ek aisa raaz jis ko shayad koi janta nahin. har aadmi chahta hai ke meri dua qabool ho, har aadmi log duaen karte hain aur chahte hain ke meri dua qabool ho.</w:t>
      </w:r>
    </w:p>
    <w:p>
      <w:pPr>
        <w:jc w:val="right"/>
      </w:pPr>
      <w:r>
        <w:t>اب آپ آپ کو ایک راز کے بارے میں بتاتا ہوں، ایک ایسا راز جس کو شاید کوئی جانتا نہیں۔ ہر آدمی چاہتا ہے کہ میری دعا قبول ہو، ہر آدمی لوگ دعائیں کرتے ہیں اور چاہتے ہیں کہ میری دعا قبول ہو۔</w:t>
      </w:r>
    </w:p>
    <w:p>
      <w:r>
        <w:rPr>
          <w:b/>
        </w:rPr>
        <w:t xml:space="preserve">[1:01:14] </w:t>
      </w:r>
      <w:r>
        <w:t>ji,</w:t>
      </w:r>
    </w:p>
    <w:p>
      <w:pPr>
        <w:jc w:val="right"/>
      </w:pPr>
      <w:r>
        <w:t>جی،</w:t>
      </w:r>
    </w:p>
    <w:p>
      <w:r>
        <w:rPr>
          <w:b/>
        </w:rPr>
        <w:t xml:space="preserve">[1:01:19] </w:t>
      </w:r>
      <w:r>
        <w:t>lekin koi janta nahin ke dua qabool hone ki tareeqa.</w:t>
      </w:r>
    </w:p>
    <w:p>
      <w:pPr>
        <w:jc w:val="right"/>
      </w:pPr>
      <w:r>
        <w:t>لیکن کوئی جانتا نہیں کہ دعا قبول ہونے کی طریقہ۔</w:t>
      </w:r>
    </w:p>
    <w:p>
      <w:r>
        <w:rPr>
          <w:b/>
        </w:rPr>
        <w:t xml:space="preserve">[1:01:25] </w:t>
      </w:r>
      <w:r>
        <w:t>mein aap ko sure short batata hoon, dua qabool hona ek hadith hai. aaj kal log hadithon ko ek dam letter sense mein lete hain, ab mein us ko leta hoon deep sense mein.</w:t>
      </w:r>
    </w:p>
    <w:p>
      <w:pPr>
        <w:jc w:val="right"/>
      </w:pPr>
      <w:r>
        <w:t>میں آپ کو شور شارٹ بتاتا ہوں، دعا قبول ہونا ایک حدیث ہے۔ آج کل لوگ حدیثوں کو ایک دم لیٹر سینس میں لیتے ہیں، اب میں اس کو لیتا ہوں ڈیپ سینس میں۔</w:t>
      </w:r>
    </w:p>
    <w:p>
      <w:r>
        <w:rPr>
          <w:b/>
        </w:rPr>
        <w:t xml:space="preserve">[1:01:42] </w:t>
      </w:r>
      <w:r>
        <w:t>to hadith mein to yeh hai ke roze ke bare mein, hadith mein to roze ke bare mein hai ke har amal ka sawab itna itna hai,</w:t>
      </w:r>
    </w:p>
    <w:p>
      <w:pPr>
        <w:jc w:val="right"/>
      </w:pPr>
      <w:r>
        <w:t>تو حدیث میں تو یہ ہے کہ روزہ کے بارے میں، حدیث میں تو روزہ کے بارے میں ہے کہ ہر عمل کا ثواب اتنا اتنا ہے،</w:t>
      </w:r>
    </w:p>
    <w:p>
      <w:r>
        <w:rPr>
          <w:b/>
        </w:rPr>
        <w:t xml:space="preserve">[1:01:57] </w:t>
      </w:r>
      <w:r>
        <w:t>lekin roze ka sawab itna zyada hai ke Allah taala ne farmaya ke mein jitna chahoon. yeh mashhoor hadith hai,</w:t>
      </w:r>
    </w:p>
    <w:p>
      <w:pPr>
        <w:jc w:val="right"/>
      </w:pPr>
      <w:r>
        <w:t>لیکن روزے کا ثواب اتنا زیادہ ہے کہ اللہ تعالی نے فرمایا کہ میں جتنا چاہوں۔ یہ مشہور حدیث ہے،</w:t>
      </w:r>
    </w:p>
    <w:p>
      <w:r>
        <w:rPr>
          <w:b/>
        </w:rPr>
        <w:t xml:space="preserve">[1:02:10] </w:t>
      </w:r>
      <w:r>
        <w:t>to is mein hai ke: "ida tamo wasawet lijali" yani is liye be hisab, yani be hisab is pe inaam hai ke woh apne khane ko, peene ko aur shahwat ko maili chhodta hai, chhodta hai.</w:t>
      </w:r>
    </w:p>
    <w:p>
      <w:pPr>
        <w:jc w:val="right"/>
      </w:pPr>
      <w:r>
        <w:t>تو اس میں ہے کہ: "یدہ تامو وساوت لیجلی" یعنی اس لیے بے حساب، یعنی بے حساب اس پہ انعام ہے کہ وہ اپنے کھانے کو، پینے کو اور شہوت کو میلی چھوڑتا ہے، چھوڑتا ہے۔</w:t>
      </w:r>
    </w:p>
    <w:p>
      <w:r>
        <w:rPr>
          <w:b/>
        </w:rPr>
        <w:t xml:space="preserve">[1:02:39] </w:t>
      </w:r>
      <w:r>
        <w:t>is hadith ko saare log one to all samajhte hain, log khana chhodna. aap saari kitabein padh daliye, mein ne kiya kiya ke chhodne ke maani mein liya.</w:t>
      </w:r>
    </w:p>
    <w:p>
      <w:pPr>
        <w:jc w:val="right"/>
      </w:pPr>
      <w:r>
        <w:t>اس حدیث کو سارے لوگ ون ٹو آل سمجھتے ہیں، لوگ کھانا چھوڑنا۔ آپ ساری کتابیں پڑھ ڈالیے، میں نے کیا کیا کہ چھوڑنے کے معنی میں لیا۔</w:t>
      </w:r>
    </w:p>
    <w:p>
      <w:r>
        <w:rPr>
          <w:b/>
        </w:rPr>
        <w:t xml:space="preserve">[1:02:55] </w:t>
      </w:r>
      <w:r>
        <w:t>jo chhodna koi bhi ho sakti hai, sirf khana nahin.</w:t>
      </w:r>
    </w:p>
    <w:p>
      <w:pPr>
        <w:jc w:val="right"/>
      </w:pPr>
      <w:r>
        <w:t>جو چھوڑنا کوئی بھی ہو سکتی ہے، صرف کھانا نہیں۔</w:t>
      </w:r>
    </w:p>
    <w:p>
      <w:r>
        <w:rPr>
          <w:b/>
        </w:rPr>
        <w:t xml:space="preserve">[1:03:01] </w:t>
      </w:r>
      <w:r>
        <w:t>misalan, ek cheez se aap ko bohat mohabbat hai, farz kiye, bohat mohabbat, aur us ki wajah se aap deen pe amal nahin paate.</w:t>
      </w:r>
    </w:p>
    <w:p>
      <w:pPr>
        <w:jc w:val="right"/>
      </w:pPr>
      <w:r>
        <w:t>مثلاً، ایک چیز سے آپ کو بہت محبت ہے، فرض کیے، بہت محبت، اور اس کی وجہ سے آپ دین پہ عمل نہیں کر پاتے۔</w:t>
      </w:r>
    </w:p>
    <w:p>
      <w:r>
        <w:rPr>
          <w:b/>
        </w:rPr>
        <w:t xml:space="preserve">[1:03:13] </w:t>
      </w:r>
      <w:r>
        <w:t>mein misaal de sakta hoon, lekin us waqt mein misaal nahin doon ga.</w:t>
      </w:r>
    </w:p>
    <w:p>
      <w:pPr>
        <w:jc w:val="right"/>
      </w:pPr>
      <w:r>
        <w:t>میں مثال دے سکتا ہوں، لیکن اس وقت میں مثال نہیں دوں گا۔</w:t>
      </w:r>
    </w:p>
    <w:p>
      <w:r>
        <w:rPr>
          <w:b/>
        </w:rPr>
        <w:t xml:space="preserve">[1:03:20] </w:t>
      </w:r>
      <w:r>
        <w:t>aur mein ne khud amal kiya hai is par, khud amal kiya hai is par.</w:t>
      </w:r>
    </w:p>
    <w:p>
      <w:pPr>
        <w:jc w:val="right"/>
      </w:pPr>
      <w:r>
        <w:t>اور میں نے خود عمل کیا ہے اس پر، خود عمل کیا ہے اس پر۔</w:t>
      </w:r>
    </w:p>
    <w:p>
      <w:r>
        <w:rPr>
          <w:b/>
        </w:rPr>
        <w:t xml:space="preserve">[1:03:25] </w:t>
      </w:r>
      <w:r>
        <w:t>is hadith ko mein ne is lihaz se liya ke apne kisi bohat cheez zyada pasandeeda cheez ko chhodna Allah ke liye.</w:t>
      </w:r>
    </w:p>
    <w:p>
      <w:pPr>
        <w:jc w:val="right"/>
      </w:pPr>
      <w:r>
        <w:t>اس حدیث کو میں نے اس لحاظ سے لیا کہ اپنے کسی بہت چیز زیادہ پسندیدہ چیز کو چھوڑنا اللہ کے لیے۔</w:t>
      </w:r>
    </w:p>
    <w:p>
      <w:r>
        <w:rPr>
          <w:b/>
        </w:rPr>
        <w:t xml:space="preserve">[1:03:38] </w:t>
      </w:r>
      <w:r>
        <w:t>to mein ne khud amal kiya hai ke: "khudaya, mein tere liye is cheez ko chhodta hoon, to meri dua qabool farma."</w:t>
      </w:r>
    </w:p>
    <w:p>
      <w:pPr>
        <w:jc w:val="right"/>
      </w:pPr>
      <w:r>
        <w:t>تو میں نے خود عمل کیا ہے کہ: "خدایا، میں تیرے لیے اس چیز کو چھوڑتا ہوں، تو میری دعا قبول فرما۔"</w:t>
      </w:r>
    </w:p>
    <w:p>
      <w:r>
        <w:rPr>
          <w:b/>
        </w:rPr>
        <w:t xml:space="preserve">[1:03:50] </w:t>
      </w:r>
      <w:r>
        <w:t>aur aur yaqeen, aur yeh bilkul yaqeen samjhiye ke jo dua mein ne ki thi, woh izafe ke sath qabool hui, izafe ke sath.</w:t>
      </w:r>
    </w:p>
    <w:p>
      <w:pPr>
        <w:jc w:val="right"/>
      </w:pPr>
      <w:r>
        <w:t>اور اور یقین، اور یہ بالکل یقین سمجھیے کہ جو دعا میں نے کی تھی، وہ اضافے کے ساتھ قبول ہوئی، اضافے کے ساتھ۔</w:t>
      </w:r>
    </w:p>
    <w:p>
      <w:r>
        <w:rPr>
          <w:b/>
        </w:rPr>
        <w:t xml:space="preserve">[1:04:03] </w:t>
      </w:r>
      <w:r>
        <w:t>aise mein taqreer mein nahin kar sakta, lekin koi sincere ho to mein us ko apne, mujh se pehle to bataoon ga, mein is</w:t>
      </w:r>
    </w:p>
    <w:p>
      <w:pPr>
        <w:jc w:val="right"/>
      </w:pPr>
      <w:r>
        <w:t>ایسے میں تقریر میں نہیں کر سکتا، لیکن کوئی سنسیئر ہو تو میں اس کو اپنے، مجھ سے پہلے تو بتاؤں گا، میں اس</w:t>
      </w:r>
    </w:p>
    <w:p>
      <w:r>
        <w:rPr>
          <w:b/>
        </w:rPr>
        <w:t xml:space="preserve">[1:04:11] </w:t>
      </w:r>
      <w:r>
        <w:t>ko jante hi nahin. kuch log siwaye is ke fazail, fazail ki rat lete hain, hadithien rat lete hain, aur use dohrate rehte hain, yahan se le kar hajj aur umrah tak.</w:t>
      </w:r>
    </w:p>
    <w:p>
      <w:pPr>
        <w:jc w:val="right"/>
      </w:pPr>
      <w:r>
        <w:t>کو جانتے ہی نہیں۔ کچھ لوگ سوائے اس کے فضائل، فضائل کی رٹ لیتے ہیں، حدیثیں رٹ لیتے ہیں، اور اسے دہراتے رہتے ہیں، یہاں سے لے کر حج اور عمرہ تک۔</w:t>
      </w:r>
    </w:p>
    <w:p>
      <w:r>
        <w:rPr>
          <w:b/>
        </w:rPr>
        <w:t xml:space="preserve">[1:04:25] </w:t>
      </w:r>
      <w:r>
        <w:t>is sense ka deen to jaane hi nahin logon ne. un logon ne, mera zaati tajurba hai, mein kiya bataoon, mera dil phat jata hai in baaton ko karte hue.</w:t>
      </w:r>
    </w:p>
    <w:p>
      <w:pPr>
        <w:jc w:val="right"/>
      </w:pPr>
      <w:r>
        <w:t>اس سینس کا دین تو جانے ہی نہیں لوگوں نے۔ ان لوگوں نے، میرا ذاتی تجربہ ہے، میں کیا بتاؤں، میرا دل پھٹ جاتا ہے ان باتوں کو کرتے ہوئے۔</w:t>
      </w:r>
    </w:p>
    <w:p>
      <w:r>
        <w:rPr>
          <w:b/>
        </w:rPr>
        <w:t xml:space="preserve">[1:04:37] </w:t>
      </w:r>
      <w:r>
        <w:t>maulana, agla sawal phir se aaya hai, ah pakistan se Muhammad Hamza Khan sahib ka.</w:t>
      </w:r>
    </w:p>
    <w:p>
      <w:pPr>
        <w:jc w:val="right"/>
      </w:pPr>
      <w:r>
        <w:t>مولانا، اگلا سوال پھر سے آیا ہے، اہ پاکستان سے محمد حمزہ خان صاحب کا۔</w:t>
      </w:r>
    </w:p>
    <w:p>
      <w:r>
        <w:rPr>
          <w:b/>
        </w:rPr>
        <w:t xml:space="preserve">[1:04:46] </w:t>
      </w:r>
      <w:r>
        <w:t>yeh un ki ek Quran institute hai Pakistan mein, aur unhon ne likha hai: "maulana, mujhe acha lagta hai jab aap hamein thoda sa daant ke hamari correction karte hain." so now, i want a suggestion from you.</w:t>
      </w:r>
    </w:p>
    <w:p>
      <w:pPr>
        <w:jc w:val="right"/>
      </w:pPr>
      <w:r>
        <w:t>یہ ان کی ایک قرآن انسٹیٹیوٹ ہے پاکستان میں، اور انہوں نے لکھا ہے: "مولانا، مجھے اچھا لگتا ہے جب آپ ہمیں تھوڑا سا ڈانٹ کے ہماری کریکشن کرتے ہیں۔" سو ناؤ، آئی وانٹ ا سجیشن فرام یو۔</w:t>
      </w:r>
    </w:p>
    <w:p>
      <w:r>
        <w:rPr>
          <w:b/>
        </w:rPr>
        <w:t xml:space="preserve">[1:05:04] </w:t>
      </w:r>
      <w:r>
        <w:t>meri Pakistan mein ek academy hai, aur mein dunya mein online Quran pak teach karta hoon. aap mujhe kiya suggestion den ge?</w:t>
      </w:r>
    </w:p>
    <w:p>
      <w:pPr>
        <w:jc w:val="right"/>
      </w:pPr>
      <w:r>
        <w:t>میری پاکستان میں ایک اکیڈمی ہے، اور میں دنیا میں آن لائن قرآن پاک ٹیچ کرتا ہوں۔ آپ مجھے کیا سجیشن دیں گے؟</w:t>
      </w:r>
    </w:p>
    <w:p>
      <w:r>
        <w:rPr>
          <w:b/>
        </w:rPr>
        <w:t xml:space="preserve">[1:05:15] </w:t>
      </w:r>
      <w:r>
        <w:t>mujhe kya karna chahiye ke mere students ko meri academy se zyada faida ho sake, woh zyada seekh saken?</w:t>
      </w:r>
    </w:p>
    <w:p>
      <w:pPr>
        <w:jc w:val="right"/>
      </w:pPr>
      <w:r>
        <w:t>مجھے کیا کرنا چاہیے کہ میرے سٹوڈنٹس کو میری اکیڈمی سے زیادہ فائدہ ہو سکے، وہ زیادہ سیکھ سکیں؟</w:t>
      </w:r>
    </w:p>
    <w:p>
      <w:r>
        <w:rPr>
          <w:b/>
        </w:rPr>
        <w:t xml:space="preserve">[1:05:24] </w:t>
      </w:r>
      <w:r>
        <w:t>itna zyada un se mohabbat kijiye apne students se ke aap un ke dil, un ke dil se dua karne lagen.</w:t>
      </w:r>
    </w:p>
    <w:p>
      <w:pPr>
        <w:jc w:val="right"/>
      </w:pPr>
      <w:r>
        <w:t>اتنا زیادہ ان سے محبت کیجئے اپنے سٹوڈنٹس سے کہ آپ ان کے دل، ان کے دل سے دعا کرنے لگیں۔</w:t>
      </w:r>
    </w:p>
    <w:p>
      <w:r>
        <w:rPr>
          <w:b/>
        </w:rPr>
        <w:t xml:space="preserve">[1:05:33] </w:t>
      </w:r>
      <w:r>
        <w:t>aap ne ek professional sense mein chala rahe honge, aap aap ne ro ro kar duaen nahin keen gi apne students ke sath.</w:t>
      </w:r>
    </w:p>
    <w:p>
      <w:pPr>
        <w:jc w:val="right"/>
      </w:pPr>
      <w:r>
        <w:t>آپ نے ایک پروفیشنل سینس میں چلا رہے ہوں گے، آپ آپ نے رو رو کر دعائیں نہیں کیں گی اپنے اسٹوڈنٹس کے ساتھ۔</w:t>
      </w:r>
    </w:p>
    <w:p>
      <w:r>
        <w:rPr>
          <w:b/>
        </w:rPr>
        <w:t xml:space="preserve">[1:05:45] </w:t>
      </w:r>
      <w:r>
        <w:t>yeh professional qism ke courses jo hote hain, is se kuch hone wala nahin. aap apne student ke liye ro ro kar duaen kijiye,</w:t>
      </w:r>
    </w:p>
    <w:p>
      <w:pPr>
        <w:jc w:val="right"/>
      </w:pPr>
      <w:r>
        <w:t>یہ پروفیشنل قسم کے کورسز جو ہوتے ہیں، اس سے کچھ ہونے والا نہیں۔ آپ اپنے سٹوڈنٹ کے لیے رو رو کر دعائیں کیجئے،</w:t>
      </w:r>
    </w:p>
    <w:p>
      <w:r>
        <w:rPr>
          <w:b/>
        </w:rPr>
        <w:t xml:space="preserve">[1:05:58] </w:t>
      </w:r>
      <w:r>
        <w:t>to dekhiye kaise ji asar hoga is ka.</w:t>
      </w:r>
    </w:p>
    <w:p>
      <w:pPr>
        <w:jc w:val="right"/>
      </w:pPr>
      <w:r>
        <w:t>تو دیکھیے کیسے جی اثر ہوگا اس کا۔</w:t>
      </w:r>
    </w:p>
    <w:p>
      <w:r>
        <w:rPr>
          <w:b/>
        </w:rPr>
        <w:t xml:space="preserve">[1:06:12] </w:t>
      </w:r>
      <w:r>
        <w:t>okay, so we we'll end the session now. thank you.</w:t>
      </w:r>
    </w:p>
    <w:p>
      <w:pPr>
        <w:jc w:val="right"/>
      </w:pPr>
      <w:r>
        <w:t>اوکے، سو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