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Second Coming of Christian Model March 11, 2007</w:t>
      </w:r>
    </w:p>
    <w:p>
      <w:r>
        <w:t>https://youtu.be/hydvgblVSY4</w:t>
      </w:r>
    </w:p>
    <w:p>
      <w:r>
        <w:rPr>
          <w:b/>
        </w:rPr>
        <w:t xml:space="preserve">[00:26] </w:t>
      </w:r>
      <w:r>
        <w:t>wa hall aqdat min lisani, yafqah qawli.</w:t>
      </w:r>
    </w:p>
    <w:p>
      <w:pPr>
        <w:jc w:val="right"/>
      </w:pPr>
      <w:r>
        <w:t>واحلالعقدۃ من لسانی، یفقہ قولی۔</w:t>
      </w:r>
    </w:p>
    <w:p>
      <w:r>
        <w:rPr>
          <w:b/>
        </w:rPr>
        <w:t xml:space="preserve">[00:37] </w:t>
      </w:r>
      <w:r>
        <w:t>aaj ka jo topic hai woh</w:t>
      </w:r>
    </w:p>
    <w:p>
      <w:pPr>
        <w:jc w:val="right"/>
      </w:pPr>
      <w:r>
        <w:t>آجکاجو ٹاپکہے وہ</w:t>
      </w:r>
    </w:p>
    <w:p>
      <w:r>
        <w:rPr>
          <w:b/>
        </w:rPr>
        <w:t xml:space="preserve">[00:41] </w:t>
      </w:r>
      <w:r>
        <w:t>ek unusual topic hai.</w:t>
      </w:r>
    </w:p>
    <w:p>
      <w:pPr>
        <w:jc w:val="right"/>
      </w:pPr>
      <w:r>
        <w:t>ایک ان یوزلٹاپکہے۔</w:t>
      </w:r>
    </w:p>
    <w:p>
      <w:r>
        <w:rPr>
          <w:b/>
        </w:rPr>
        <w:t xml:space="preserve">[00:49] </w:t>
      </w:r>
      <w:r>
        <w:t>woh yeh hai:</w:t>
      </w:r>
    </w:p>
    <w:p>
      <w:pPr>
        <w:jc w:val="right"/>
      </w:pPr>
      <w:r>
        <w:t>وہ یہہے:</w:t>
      </w:r>
    </w:p>
    <w:p>
      <w:r>
        <w:rPr>
          <w:b/>
        </w:rPr>
        <w:t xml:space="preserve">[00:58] </w:t>
      </w:r>
      <w:r>
        <w:t>second coming of christian model.</w:t>
      </w:r>
    </w:p>
    <w:p>
      <w:pPr>
        <w:jc w:val="right"/>
      </w:pPr>
      <w:r>
        <w:t>سیکنڈ کمنگ آف کرسچن ماڈل۔</w:t>
      </w:r>
    </w:p>
    <w:p>
      <w:r>
        <w:rPr>
          <w:b/>
        </w:rPr>
        <w:t xml:space="preserve">[01:06] </w:t>
      </w:r>
      <w:r>
        <w:t>second coming of christian model.</w:t>
      </w:r>
    </w:p>
    <w:p>
      <w:pPr>
        <w:jc w:val="right"/>
      </w:pPr>
      <w:r>
        <w:t>سیکنڈ کمنگآف کرسچن ماڈل۔</w:t>
      </w:r>
    </w:p>
    <w:p>
      <w:r>
        <w:rPr>
          <w:b/>
        </w:rPr>
        <w:t xml:space="preserve">[01:16] </w:t>
      </w:r>
      <w:r>
        <w:t>dekhiye, is mamle mein jo christians ka manna hai us se bara is waqt koi -- is par mujhe kuch nahi kehna hai.</w:t>
      </w:r>
    </w:p>
    <w:p>
      <w:pPr>
        <w:jc w:val="right"/>
      </w:pPr>
      <w:r>
        <w:t>دیکھیے، اس معاملےمیں جو کرسچنزکامانناہے اسسے بڑا اسوقت کوئی —اسپرمجھےکچھنہیںکہناہے۔</w:t>
      </w:r>
    </w:p>
    <w:p>
      <w:r>
        <w:rPr>
          <w:b/>
        </w:rPr>
        <w:t xml:space="preserve">[01:29] </w:t>
      </w:r>
      <w:r>
        <w:t>musalmanon mein jo baat hai us ko main le kar kehna chahta hoon.</w:t>
      </w:r>
    </w:p>
    <w:p>
      <w:pPr>
        <w:jc w:val="right"/>
      </w:pPr>
      <w:r>
        <w:t>مس لمانوںمیںجوباتہےاسکومیںلےکرکہناچاہتاہوں۔</w:t>
      </w:r>
    </w:p>
    <w:p>
      <w:r>
        <w:rPr>
          <w:b/>
        </w:rPr>
        <w:t xml:space="preserve">[01:35] </w:t>
      </w:r>
      <w:r>
        <w:t>hadith mein bohat si rawaiyat aayi hain jis ko le kar log yeh samajhte hain ke jesus christ aakhri zamanay mein apne jism ke saath aasman se zameen par aayenge.</w:t>
      </w:r>
    </w:p>
    <w:p>
      <w:pPr>
        <w:jc w:val="right"/>
      </w:pPr>
      <w:r>
        <w:t>حدیث میں بہت سی روایتیںآئیںہیں جسکولےکرلوگیہسمجھتےہیںکہ جیزسکرائسٹ آخریزمان ےمیں اپنے جسم کےساتھ آسمانسےزمین پرآئیںگے۔</w:t>
      </w:r>
    </w:p>
    <w:p>
      <w:r>
        <w:rPr>
          <w:b/>
        </w:rPr>
        <w:t xml:space="preserve">[01:53] </w:t>
      </w:r>
      <w:r>
        <w:t>to is mein ziyada detail mein main nahi jaunga, lekin kafi study ke baad main yeh samjha hoon ke in hadithon ka matlab yeh nahi hai ke</w:t>
      </w:r>
    </w:p>
    <w:p>
      <w:pPr>
        <w:jc w:val="right"/>
      </w:pPr>
      <w:r>
        <w:t>تو اسمیں زیادہ ڈیٹیلمیں میںنہیںجاؤںگا،لیکن کافی اسٹڈیکےبعد میںیہسمجھاہوں کہ انحدیثوںکامطلبیہنہیںہےکہ</w:t>
      </w:r>
    </w:p>
    <w:p>
      <w:r>
        <w:rPr>
          <w:b/>
        </w:rPr>
        <w:t xml:space="preserve">[02:06] </w:t>
      </w:r>
      <w:r>
        <w:t>masih ki personality phir se duniya mein aayegi.</w:t>
      </w:r>
    </w:p>
    <w:p>
      <w:pPr>
        <w:jc w:val="right"/>
      </w:pPr>
      <w:r>
        <w:t>مسیح کیپرسن یلٹی پھرسےدنیا میںآئےگی۔</w:t>
      </w:r>
    </w:p>
    <w:p>
      <w:r>
        <w:rPr>
          <w:b/>
        </w:rPr>
        <w:t xml:space="preserve">[02:12] </w:t>
      </w:r>
      <w:r>
        <w:t>dekhiye, hamara yeh manna hai ke prophet muhammad sallallahu alaihi wasallam final prophet hain.</w:t>
      </w:r>
    </w:p>
    <w:p>
      <w:pPr>
        <w:jc w:val="right"/>
      </w:pPr>
      <w:r>
        <w:t>دیکھیے، ہمارا یہ مانناہےکہ پرافٹمحمد صلیاللہعلیہوسلم فائنلپرافٹہیں۔</w:t>
      </w:r>
    </w:p>
    <w:p>
      <w:r>
        <w:rPr>
          <w:b/>
        </w:rPr>
        <w:t xml:space="preserve">[02:22] </w:t>
      </w:r>
      <w:r>
        <w:t>to jab final prophet hain, yani doomsday tak unki prophet ship chalegi, to kisi aur prophet ke aane ka koi matlab nahi hai.</w:t>
      </w:r>
    </w:p>
    <w:p>
      <w:pPr>
        <w:jc w:val="right"/>
      </w:pPr>
      <w:r>
        <w:t>تو جب فائنلپرافٹہیں،یعنی ڈوم ڈےتکانکیپرافٹشپچلےگی، توکسی اور پرافٹکےآنےکاکوئی مطلبنہیں ہے۔</w:t>
      </w:r>
    </w:p>
    <w:p>
      <w:r>
        <w:rPr>
          <w:b/>
        </w:rPr>
        <w:t xml:space="preserve">[02:35] </w:t>
      </w:r>
      <w:r>
        <w:t>ab jo kaha gaya hai ke second coming of christ, is ka matlab hai second coming of christian model.</w:t>
      </w:r>
    </w:p>
    <w:p>
      <w:pPr>
        <w:jc w:val="right"/>
      </w:pPr>
      <w:r>
        <w:t>ابجو کہاگیاہے کہ سیکنڈکمنگآفکرائسٹ، اسکامطلب ہے سیکنڈکمنگآف کرسچنماڈل۔</w:t>
      </w:r>
    </w:p>
    <w:p>
      <w:r>
        <w:rPr>
          <w:b/>
        </w:rPr>
        <w:t xml:space="preserve">[02:51] </w:t>
      </w:r>
      <w:r>
        <w:t>christian model. is par mujhe is waqt kuch kehna hai.</w:t>
      </w:r>
    </w:p>
    <w:p>
      <w:pPr>
        <w:jc w:val="right"/>
      </w:pPr>
      <w:r>
        <w:t>کرسچنماڈل۔ اسپرمجھے اسوقت کچھ کہناہے۔</w:t>
      </w:r>
    </w:p>
    <w:p>
      <w:r>
        <w:rPr>
          <w:b/>
        </w:rPr>
        <w:t xml:space="preserve">[03:01] </w:t>
      </w:r>
      <w:r>
        <w:t>sab se pehle main yeh kehna chahunga ke quran word of god hai.</w:t>
      </w:r>
    </w:p>
    <w:p>
      <w:pPr>
        <w:jc w:val="right"/>
      </w:pPr>
      <w:r>
        <w:t>سبسےپہلے میں یہ کہناچاہوںگا کہ قرآن ورڈآفگاڈہے۔</w:t>
      </w:r>
    </w:p>
    <w:p>
      <w:r>
        <w:rPr>
          <w:b/>
        </w:rPr>
        <w:t xml:space="preserve">[03:11] </w:t>
      </w:r>
      <w:r>
        <w:t>khuda ka kalam hai.</w:t>
      </w:r>
    </w:p>
    <w:p>
      <w:pPr>
        <w:jc w:val="right"/>
      </w:pPr>
      <w:r>
        <w:t>خداکا کلامہے۔</w:t>
      </w:r>
    </w:p>
    <w:p>
      <w:r>
        <w:rPr>
          <w:b/>
        </w:rPr>
        <w:t xml:space="preserve">[03:16] </w:t>
      </w:r>
      <w:r>
        <w:t>dekhiye, is scriptures ko, in ko parhne se maine samjha hai ke khuda ke kalam ka ek alag style hota hai.</w:t>
      </w:r>
    </w:p>
    <w:p>
      <w:pPr>
        <w:jc w:val="right"/>
      </w:pPr>
      <w:r>
        <w:t>دیکھیے، اسکرپچرزجوہیں، انکو پڑھنےسے میں نےسمجھاہے کہ خدائی کلامکا ایکالگ اسٹائلہوتاہے۔</w:t>
      </w:r>
    </w:p>
    <w:p>
      <w:r>
        <w:rPr>
          <w:b/>
        </w:rPr>
        <w:t xml:space="preserve">[03:26] </w:t>
      </w:r>
      <w:r>
        <w:t>wo quran mein bhi hai aur pichli un kitabon mein bhi hai jo khuda ki taraf se aayi thin, agarche is mein alteration ho chuka hai.</w:t>
      </w:r>
    </w:p>
    <w:p>
      <w:pPr>
        <w:jc w:val="right"/>
      </w:pPr>
      <w:r>
        <w:t>وہ قرآنمیںبھیہے اور پچھلی ان کتاب وںمیںبھیہے جو خداکیطرفسےآئیںتھیں،اگرچہاسمیںالٹریشنہوچکاہے۔</w:t>
      </w:r>
    </w:p>
    <w:p>
      <w:r>
        <w:rPr>
          <w:b/>
        </w:rPr>
        <w:t xml:space="preserve">[03:40] </w:t>
      </w:r>
      <w:r>
        <w:t>jaise bible mein ek paighambar ki zuban se yeh aaya hai ke unhone adjust karte hue apne contemporary logon se kaha ke insan na bolen to pathar chal padenge.</w:t>
      </w:r>
    </w:p>
    <w:p>
      <w:pPr>
        <w:jc w:val="right"/>
      </w:pPr>
      <w:r>
        <w:t>جیسے بائبل میں ایک پیغمبرکیزبان سے یہآیاہے کہانہوںنے ایڈجسٹکرتے ہوئے اپنے کنٹمپر ری لوگوںسےکہا کہ انسان نہبول یںتوپتھرچلائیںگے۔</w:t>
      </w:r>
    </w:p>
    <w:p>
      <w:r>
        <w:rPr>
          <w:b/>
        </w:rPr>
        <w:t xml:space="preserve">[04:02] </w:t>
      </w:r>
      <w:r>
        <w:t>dekhiye, yeh bohat unusual language hai.</w:t>
      </w:r>
    </w:p>
    <w:p>
      <w:pPr>
        <w:jc w:val="right"/>
      </w:pPr>
      <w:r>
        <w:t>دیکھیے،یہبہت ان یوزللینگویجہے۔</w:t>
      </w:r>
    </w:p>
    <w:p>
      <w:r>
        <w:rPr>
          <w:b/>
        </w:rPr>
        <w:t xml:space="preserve">[04:05] </w:t>
      </w:r>
      <w:r>
        <w:t>koi insan aisi zuban nahi bol sakta. na kabhi kisi insan ne aisi language boli.</w:t>
      </w:r>
    </w:p>
    <w:p>
      <w:pPr>
        <w:jc w:val="right"/>
      </w:pPr>
      <w:r>
        <w:t>کوئیانسان ایسیزبان نہیںبولسکتا۔ نہکبھیکسی انسان نے ایسی لینگویج بول ی۔</w:t>
      </w:r>
    </w:p>
    <w:p>
      <w:r>
        <w:rPr>
          <w:b/>
        </w:rPr>
        <w:t xml:space="preserve">[04:16] </w:t>
      </w:r>
      <w:r>
        <w:t>yeh khuda ki zuban hai.</w:t>
      </w:r>
    </w:p>
    <w:p>
      <w:pPr>
        <w:jc w:val="right"/>
      </w:pPr>
      <w:r>
        <w:t>یہخداکیزبان ہے۔</w:t>
      </w:r>
    </w:p>
    <w:p>
      <w:r>
        <w:rPr>
          <w:b/>
        </w:rPr>
        <w:t xml:space="preserve">[04:20] </w:t>
      </w:r>
      <w:r>
        <w:t>koi insan kaise keh sakta hai ke pathar bolenge, pathar chal padenge? ke kisi insan ke paas yeh power nahi hai.</w:t>
      </w:r>
    </w:p>
    <w:p>
      <w:pPr>
        <w:jc w:val="right"/>
      </w:pPr>
      <w:r>
        <w:t>کوئیانسانکیسےکہہسکتاہےکہپتھربولیںگے،پتھرچلائیںگے؟ کہکسیانسانکےپاسیہپاورنہیںہے۔</w:t>
      </w:r>
    </w:p>
    <w:p>
      <w:r>
        <w:rPr>
          <w:b/>
        </w:rPr>
        <w:t xml:space="preserve">[04:29] </w:t>
      </w:r>
      <w:r>
        <w:t>to yeh jo hai ke insan na bolen to pathar chal padenge, is ka matlab yeh hai ke yeh khuda ki zuban</w:t>
      </w:r>
    </w:p>
    <w:p>
      <w:pPr>
        <w:jc w:val="right"/>
      </w:pPr>
      <w:r>
        <w:t>تو یہجوہے کہانسان نہبولیںتوپتھرچلائیںگے،اسکامطلبیہہےکہیہخدا کیزبان</w:t>
      </w:r>
    </w:p>
    <w:p>
      <w:r>
        <w:rPr>
          <w:b/>
        </w:rPr>
        <w:t xml:space="preserve">[04:35] </w:t>
      </w:r>
      <w:r>
        <w:t>hai. khuda yeh keh raha hai ke aye insanon! tum ne meri baat agar na kahi to main patharon ko hukum dunga.</w:t>
      </w:r>
    </w:p>
    <w:p>
      <w:pPr>
        <w:jc w:val="right"/>
      </w:pPr>
      <w:r>
        <w:t>ہے۔ خدایہکہہرہاہے کہاےانسان وں! تم نے میریبات اگرنہکہی تومیںپتھروںکوحکمدوںگا۔</w:t>
      </w:r>
    </w:p>
    <w:p>
      <w:r>
        <w:rPr>
          <w:b/>
        </w:rPr>
        <w:t xml:space="preserve">[04:45] </w:t>
      </w:r>
      <w:r>
        <w:t>pathar meri baat bolne lagenge. yeh to khuda kar sakta hai. koi aur nahi kar sakta hai.</w:t>
      </w:r>
    </w:p>
    <w:p>
      <w:pPr>
        <w:jc w:val="right"/>
      </w:pPr>
      <w:r>
        <w:t>پتھرمیریباتبولنےلگیںگے۔ یہتوخداکرسکتاہے۔ کوئیاورنہیںکرسکتاہے۔</w:t>
      </w:r>
    </w:p>
    <w:p>
      <w:r>
        <w:rPr>
          <w:b/>
        </w:rPr>
        <w:t xml:space="preserve">[04:54] </w:t>
      </w:r>
      <w:r>
        <w:t>to isi tarah se dekhiye, ek style hai</w:t>
      </w:r>
    </w:p>
    <w:p>
      <w:pPr>
        <w:jc w:val="right"/>
      </w:pPr>
      <w:r>
        <w:t>تو اسیطرحسے دیکھیے، ایک اسٹائلیہہے</w:t>
      </w:r>
    </w:p>
    <w:p>
      <w:r>
        <w:rPr>
          <w:b/>
        </w:rPr>
        <w:t xml:space="preserve">[05:03] </w:t>
      </w:r>
      <w:r>
        <w:t>khuda ki kitab ka. ek baat kahi jati hai present tense mein, lekin is ka matlab hota hai future tense.</w:t>
      </w:r>
    </w:p>
    <w:p>
      <w:pPr>
        <w:jc w:val="right"/>
      </w:pPr>
      <w:r>
        <w:t>خداکیکتاب کا ۔ایک بات کہیجاتیہے پریزنٹٹینسمیں، لیکن اسکامطلبہوتاہےفیوچرٹینس۔</w:t>
      </w:r>
    </w:p>
    <w:p>
      <w:r>
        <w:rPr>
          <w:b/>
        </w:rPr>
        <w:t xml:space="preserve">[05:15] </w:t>
      </w:r>
      <w:r>
        <w:t>yeh bohat si is ki example hain quran mein ke khuda ne future tense mein nahi balkeh present tense mein kalam</w:t>
      </w:r>
    </w:p>
    <w:p>
      <w:pPr>
        <w:jc w:val="right"/>
      </w:pPr>
      <w:r>
        <w:t>یہ بہت سی اسکی ایگزامپلہیںقرآنمیں کہخدانے فیوچر ٹینسمیں نہیں بلکہ پریزنٹٹینسمیںکلام</w:t>
      </w:r>
    </w:p>
    <w:p>
      <w:r>
        <w:rPr>
          <w:b/>
        </w:rPr>
        <w:t xml:space="preserve">[05:23] </w:t>
      </w:r>
      <w:r>
        <w:t xml:space="preserve">kiya. halanke matlab tha future tense. wo kaise? quran mein yeh ayat hai ke </w:t>
      </w:r>
    </w:p>
    <w:p>
      <w:pPr>
        <w:jc w:val="right"/>
      </w:pPr>
      <w:r>
        <w:t>کیا۔ حالانکہمطلبتھافیوچرٹینس۔ وہکیسے؟قرآنمیں یہآیتہے کہ أول م یرالذین کفرو أن السماوات والأ رض والارضكانت رتقا ففتقناهم کیا نہیں دیکھتے انکار کرنے والے ؟کہزمین وآسمان ملےہوئےتھے، ہمنےانکوالگالگکردیا۔</w:t>
      </w:r>
    </w:p>
    <w:p>
      <w:r>
        <w:rPr>
          <w:b/>
        </w:rPr>
        <w:t xml:space="preserve">[05:51] </w:t>
      </w:r>
      <w:r>
        <w:t>to khuda is tarah bol raha hai jaise ke is waqt jo log inkar kar rahe the, woh is baat ko dekh rahe hon. Yani present tense mein khuda bol raha hai yahan ke ae inkar karne wale! Kya tum dekhte nahin ?</w:t>
      </w:r>
    </w:p>
    <w:p>
      <w:pPr>
        <w:jc w:val="right"/>
      </w:pPr>
      <w:r>
        <w:t>تو خدااسطرحبولرہاہےجیسےکہاسوقت جولوگانکارکررہےتھے، وہ اس باتکودیکھرہےہوں۔ یعنی پریزنٹٹینسمیںخدابولرہاہےیہاں کہ اےانکارکرنےوالے!کیاتمدیکھتےنہیں ؟</w:t>
      </w:r>
    </w:p>
    <w:p>
      <w:r>
        <w:rPr>
          <w:b/>
        </w:rPr>
        <w:t xml:space="preserve">[06:07] </w:t>
      </w:r>
      <w:r>
        <w:t>ab dekhiye, yahan par</w:t>
      </w:r>
    </w:p>
    <w:p>
      <w:pPr>
        <w:jc w:val="right"/>
      </w:pPr>
      <w:r>
        <w:t>ابدیکھیے،یہاںپر</w:t>
      </w:r>
    </w:p>
    <w:p>
      <w:r>
        <w:rPr>
          <w:b/>
        </w:rPr>
        <w:t xml:space="preserve">[06:13] </w:t>
      </w:r>
      <w:r>
        <w:t>khuda jo hai refer kar raha hai big bang ko.</w:t>
      </w:r>
    </w:p>
    <w:p>
      <w:pPr>
        <w:jc w:val="right"/>
      </w:pPr>
      <w:r>
        <w:t>خداجوہے ریفر کررہاہے بگبینگکو۔</w:t>
      </w:r>
    </w:p>
    <w:p>
      <w:r>
        <w:rPr>
          <w:b/>
        </w:rPr>
        <w:t xml:space="preserve">[06:20] </w:t>
      </w:r>
      <w:r>
        <w:t>ismein koi shaq nahin ke yahan par khuda jo refer kar raha hai, woh big bang ko refer kar raha hai. Aur yeh kitab aayi kab ?</w:t>
      </w:r>
    </w:p>
    <w:p>
      <w:pPr>
        <w:jc w:val="right"/>
      </w:pPr>
      <w:r>
        <w:t>اسمیںکوئیشکنہیں کہیہاںپر خداجوریفرکررہاہے، وہ بگبینگکوریفرکررہاہے۔ اور یہ کتاب آئیکب؟</w:t>
      </w:r>
    </w:p>
    <w:p>
      <w:r>
        <w:rPr>
          <w:b/>
        </w:rPr>
        <w:t xml:space="preserve">[06:31] </w:t>
      </w:r>
      <w:r>
        <w:t>seventh century ae. Aur big bang kab discover hua ? twenty century ae.</w:t>
      </w:r>
    </w:p>
    <w:p>
      <w:pPr>
        <w:jc w:val="right"/>
      </w:pPr>
      <w:r>
        <w:t>سی ونسینچریاےڈیمیں۔ اور بگبینگکب ڈسکورہوا ؟ ٹونٹی سینچری اےڈیمیں۔</w:t>
      </w:r>
    </w:p>
    <w:p>
      <w:r>
        <w:rPr>
          <w:b/>
        </w:rPr>
        <w:t xml:space="preserve">[06:41] </w:t>
      </w:r>
      <w:r>
        <w:t>to jo baat hone wali thi twenty century mein, usko khuda bol raha hai seventh century mein aur present tense mein bol raha hai.</w:t>
      </w:r>
    </w:p>
    <w:p>
      <w:pPr>
        <w:jc w:val="right"/>
      </w:pPr>
      <w:r>
        <w:t>تو جو بات ہونے والی تھی ٹونٹی سینچریمیں، اسکو خدا بولرہاہے سیونتھسینچریمیں اورپریزنٹٹینسمیںبولرہاہے۔</w:t>
      </w:r>
    </w:p>
    <w:p>
      <w:r>
        <w:rPr>
          <w:b/>
        </w:rPr>
        <w:t xml:space="preserve">[06:53] </w:t>
      </w:r>
      <w:r>
        <w:t>to kyun ? khuda alam al-ghayb hai. Khuda ke nazdeek seen aur un-seen mein koi farq nahin hai.</w:t>
      </w:r>
    </w:p>
    <w:p>
      <w:pPr>
        <w:jc w:val="right"/>
      </w:pPr>
      <w:r>
        <w:t>تو کیوں ؟ خدا عالم الغیبہے۔ خداکےنزدیک سین اورانسین میںکوئیفرقنہیںہے۔</w:t>
      </w:r>
    </w:p>
    <w:p>
      <w:r>
        <w:rPr>
          <w:b/>
        </w:rPr>
        <w:t xml:space="preserve">[07:04] </w:t>
      </w:r>
      <w:r>
        <w:t>past, present aur future mein koi difference nahin hai.</w:t>
      </w:r>
    </w:p>
    <w:p>
      <w:pPr>
        <w:jc w:val="right"/>
      </w:pPr>
      <w:r>
        <w:t>پاسٹ،پریزنٹاور فیوچرمیںکوئیڈیفرنسنہیںہے۔</w:t>
      </w:r>
    </w:p>
    <w:p>
      <w:r>
        <w:rPr>
          <w:b/>
        </w:rPr>
        <w:t xml:space="preserve">[07:08] </w:t>
      </w:r>
      <w:r>
        <w:t>to woh ek aise oonchi jagah se bol raha hai jahan se poori history dikhai deti hai. Poori poori history.</w:t>
      </w:r>
    </w:p>
    <w:p>
      <w:pPr>
        <w:jc w:val="right"/>
      </w:pPr>
      <w:r>
        <w:t>تو وہ ایکایسےاونچیجگہسےبولرہاہے جہاںسے پوری ہسٹریاسکودکھائیدیتیہے۔ پوریپوریہسٹری۔</w:t>
      </w:r>
    </w:p>
    <w:p>
      <w:r>
        <w:rPr>
          <w:b/>
        </w:rPr>
        <w:t xml:space="preserve">[07:20] </w:t>
      </w:r>
      <w:r>
        <w:t>to iska matlab kya hai ?</w:t>
      </w:r>
    </w:p>
    <w:p>
      <w:pPr>
        <w:jc w:val="right"/>
      </w:pPr>
      <w:r>
        <w:t>تو اسکامطلبکیاہے؟</w:t>
      </w:r>
    </w:p>
    <w:p>
      <w:r>
        <w:rPr>
          <w:b/>
        </w:rPr>
        <w:t xml:space="preserve">[07:22] </w:t>
      </w:r>
      <w:r>
        <w:t>ismein yeh cheez understood hai ke jaldi hi tum dekh loge is event ko ke zameen o aasman jure hue the aur humne unhein</w:t>
      </w:r>
    </w:p>
    <w:p>
      <w:pPr>
        <w:jc w:val="right"/>
      </w:pPr>
      <w:r>
        <w:t>اسمیں یہچیزانڈرسٹڈہے کہ جلدیہیتمدیکھلوگے اس ایونٹکو کہزمین وآسمان جڑےہوئے تھے اور ہمنے انہیں</w:t>
      </w:r>
    </w:p>
    <w:p>
      <w:r>
        <w:rPr>
          <w:b/>
        </w:rPr>
        <w:t xml:space="preserve">[07:38] </w:t>
      </w:r>
      <w:r>
        <w:t>explore karke alag alag kar diya. Is tarah ki misalein bahot sari hain.</w:t>
      </w:r>
    </w:p>
    <w:p>
      <w:pPr>
        <w:jc w:val="right"/>
      </w:pPr>
      <w:r>
        <w:t>ایکسپلورکرکے الگالگکردیا۔ اسطرح کیمثالیںبہتساریہیں۔</w:t>
      </w:r>
    </w:p>
    <w:p>
      <w:r>
        <w:rPr>
          <w:b/>
        </w:rPr>
        <w:t xml:space="preserve">[07:46] </w:t>
      </w:r>
      <w:r>
        <w:t>ab yahan par jo main aapko yahan lana chahta hoon, wohi hai ke Quran ki ek ayat par aap sochein.</w:t>
      </w:r>
    </w:p>
    <w:p>
      <w:pPr>
        <w:jc w:val="right"/>
      </w:pPr>
      <w:r>
        <w:t>ابیہاںپرجومیںآپکو یہاںلاناچاہتاہوں،وہیہہے کہ قرآن کیایک آیت پرآپ سوچیں۔</w:t>
      </w:r>
    </w:p>
    <w:p>
      <w:r>
        <w:rPr>
          <w:b/>
        </w:rPr>
        <w:t xml:space="preserve">[08:03] </w:t>
      </w:r>
      <w:r>
        <w:t>yeh ayat hai Surah As-Saff yani chapter number 61.</w:t>
      </w:r>
    </w:p>
    <w:p>
      <w:pPr>
        <w:jc w:val="right"/>
      </w:pPr>
      <w:r>
        <w:t>یہآیتہے سورہ الص ف یعنیچیپٹرنمبر 6 1۔</w:t>
      </w:r>
    </w:p>
    <w:p>
      <w:r>
        <w:rPr>
          <w:b/>
        </w:rPr>
        <w:t xml:space="preserve">[08:12] </w:t>
      </w:r>
      <w:r>
        <w:t>chapter number 61 ki jo aakhri ayat hai, usko aap padhiye.</w:t>
      </w:r>
    </w:p>
    <w:p>
      <w:pPr>
        <w:jc w:val="right"/>
      </w:pPr>
      <w:r>
        <w:t>چیپٹرنمبر 6 1 کیجو آخریآیتہے، اسکوآپپڑھیے۔</w:t>
      </w:r>
    </w:p>
    <w:p>
      <w:r>
        <w:rPr>
          <w:b/>
        </w:rPr>
        <w:t xml:space="preserve">[08:22] </w:t>
      </w:r>
      <w:r>
        <w:t>yahan pe baat present tense mein kahi gayi hai, lekin isse jo murad hai, woh future tense hai.</w:t>
      </w:r>
    </w:p>
    <w:p>
      <w:pPr>
        <w:jc w:val="right"/>
      </w:pPr>
      <w:r>
        <w:t>یہاں پہبات پریزنٹٹینسمیںکہیگئیہے، لیکن اسسے جو مرادہے،وہ فیوچرٹینسہے۔</w:t>
      </w:r>
    </w:p>
    <w:p>
      <w:r>
        <w:rPr>
          <w:b/>
        </w:rPr>
        <w:t xml:space="preserve">[08:32] </w:t>
      </w:r>
      <w:r>
        <w:t>to farmaya ke ya allazeena aamano konoo ansarallahi kama qala eesa ibna mariyam lil hawariyyeena man ansari illallahi qala al hawariyyeena nahnu ansarullahi faman kafarata taifatun min bani israil fa atba'na allazeena amanoo ala aduwwehim fa azzoo zhaahireen</w:t>
      </w:r>
    </w:p>
    <w:p>
      <w:pPr>
        <w:jc w:val="right"/>
      </w:pPr>
      <w:r>
        <w:t>تو فرمایا کہ يا الذ ینآمنوا كونواأنصارالله کماقالعیسیابن مریم لل حوارین منأنصاري اللہ قال الحوارین نانأنصار الله فام رتطائفۃ منبنی اسرائیلوك فر تطائفہ ف ایدناالذینآمنواعلیعدوهم فازوا ظاہرین</w:t>
      </w:r>
    </w:p>
    <w:p>
      <w:r>
        <w:rPr>
          <w:b/>
        </w:rPr>
        <w:t xml:space="preserve">[08:57] </w:t>
      </w:r>
      <w:r>
        <w:t>dekhiye, is ayat ka translation yeh hai ke ae imaan walo! Tum log Khuda ke helper bano.</w:t>
      </w:r>
    </w:p>
    <w:p>
      <w:pPr>
        <w:jc w:val="right"/>
      </w:pPr>
      <w:r>
        <w:t>دیکھیے،اسآیتکاٹرانزیشنیہہے کہ اے ایمانوال و! تم لوگ خداکے ہیلپربنو۔</w:t>
      </w:r>
    </w:p>
    <w:p>
      <w:r>
        <w:rPr>
          <w:b/>
        </w:rPr>
        <w:t xml:space="preserve">[09:12] </w:t>
      </w:r>
      <w:r>
        <w:t>Khuda ki madad karne wale bano. Dekhiye, Quran mein yeh jo aata hai word madad karna, isse murad hota hai da'wa-e-haq.</w:t>
      </w:r>
    </w:p>
    <w:p>
      <w:pPr>
        <w:jc w:val="right"/>
      </w:pPr>
      <w:r>
        <w:t>خداکیمد دکرنے والے بنو۔ دیکھیے،قرآنمیں یہجو آتاہے ورڈمددکرنا،اسسےمرادہوتاہےدعویٰورق۔</w:t>
      </w:r>
    </w:p>
    <w:p>
      <w:r>
        <w:rPr>
          <w:b/>
        </w:rPr>
        <w:t xml:space="preserve">[09:22] </w:t>
      </w:r>
      <w:r>
        <w:t>da'wa-e-haq ko Khuda ne apni help karna kaha hai.</w:t>
      </w:r>
    </w:p>
    <w:p>
      <w:pPr>
        <w:jc w:val="right"/>
      </w:pPr>
      <w:r>
        <w:t>دعویٰورقکوخدانے اپنی ہیلپکرناکہاہے۔</w:t>
      </w:r>
    </w:p>
    <w:p>
      <w:r>
        <w:rPr>
          <w:b/>
        </w:rPr>
        <w:t xml:space="preserve">[09:27] </w:t>
      </w:r>
      <w:r>
        <w:t>to farmaya ke ae imaan walo! Tum Khuda ki madad karne wale bano. Jaisa ke</w:t>
      </w:r>
    </w:p>
    <w:p>
      <w:pPr>
        <w:jc w:val="right"/>
      </w:pPr>
      <w:r>
        <w:t>تو فرمایاکہاےایمانوالو! تم خداکیمددکرنےوالے بنو۔ جیسا کہ</w:t>
      </w:r>
    </w:p>
    <w:p>
      <w:r>
        <w:rPr>
          <w:b/>
        </w:rPr>
        <w:t xml:space="preserve">[09:38] </w:t>
      </w:r>
      <w:r>
        <w:t>Christ ne kaha apne disciples se ke tum log Khuda ke mamle mein, Khuda ke raaste mein meri madad karo.</w:t>
      </w:r>
    </w:p>
    <w:p>
      <w:pPr>
        <w:jc w:val="right"/>
      </w:pPr>
      <w:r>
        <w:t>کرائسٹنے کہا اپنے ڈسائپلزسے کہتم لوگ خداکےمعاملےمیں ،خداکےراستےمیںمیریمددکرو ۔</w:t>
      </w:r>
    </w:p>
    <w:p>
      <w:r>
        <w:rPr>
          <w:b/>
        </w:rPr>
        <w:t xml:space="preserve">[09:48] </w:t>
      </w:r>
      <w:r>
        <w:t>to disciples ne kaha ke haan, hum madad karte hain.</w:t>
      </w:r>
    </w:p>
    <w:p>
      <w:pPr>
        <w:jc w:val="right"/>
      </w:pPr>
      <w:r>
        <w:t>توڈسائپلزنےکہاکہہاں، ہممددکرتے ہیں۔</w:t>
      </w:r>
    </w:p>
    <w:p>
      <w:r>
        <w:rPr>
          <w:b/>
        </w:rPr>
        <w:t xml:space="preserve">[09:55] </w:t>
      </w:r>
      <w:r>
        <w:t>to ek group nahin mana, ek ek aur doosre group ne mana isko aur isko le kar uthe.</w:t>
      </w:r>
    </w:p>
    <w:p>
      <w:pPr>
        <w:jc w:val="right"/>
      </w:pPr>
      <w:r>
        <w:t>تو ایک گروہ نہیں مانا،ایک ایک اوردوسرےگروپنے مانااسکو اوراسکولےکراٹھے۔</w:t>
      </w:r>
    </w:p>
    <w:p>
      <w:r>
        <w:rPr>
          <w:b/>
        </w:rPr>
        <w:t xml:space="preserve">[10:04] </w:t>
      </w:r>
      <w:r>
        <w:t>yahan tak ke woh unhone is dhang par kaam kiya to Khuda ne unki madad ki. Maan ne walon ki Khuda ne madad ki.</w:t>
      </w:r>
    </w:p>
    <w:p>
      <w:pPr>
        <w:jc w:val="right"/>
      </w:pPr>
      <w:r>
        <w:t>یہاںتک کہوہ انہوں نے اسدھنگپر کام کیا تو خدانے انکیمددکی۔ مان نےوالوںکی خدانے مد دکی۔</w:t>
      </w:r>
    </w:p>
    <w:p>
      <w:r>
        <w:rPr>
          <w:b/>
        </w:rPr>
        <w:t xml:space="preserve">[10:17] </w:t>
      </w:r>
      <w:r>
        <w:t>aur woh hogaye successful . woh hogaye doosron ke oper kaamyaab .</w:t>
      </w:r>
    </w:p>
    <w:p>
      <w:pPr>
        <w:jc w:val="right"/>
      </w:pPr>
      <w:r>
        <w:t>اور وہ ہوگئے سکسیسفل ۔ وہہوگئےدوسروںکےاوپر کامیاب ۔</w:t>
      </w:r>
    </w:p>
    <w:p>
      <w:r>
        <w:rPr>
          <w:b/>
        </w:rPr>
        <w:t xml:space="preserve">[10:23] </w:t>
      </w:r>
      <w:r>
        <w:t>yahan per dekhiye,</w:t>
      </w:r>
    </w:p>
    <w:p>
      <w:pPr>
        <w:jc w:val="right"/>
      </w:pPr>
      <w:r>
        <w:t>یہاںپردیکھیے،</w:t>
      </w:r>
    </w:p>
    <w:p>
      <w:r>
        <w:rPr>
          <w:b/>
        </w:rPr>
        <w:t xml:space="preserve">[10:27] </w:t>
      </w:r>
      <w:r>
        <w:t>aap tareekh dekhiye rasool Allah ke zamaney mein . toh rasool Allah ke zamaney mein yeh waqea kahan hua ?</w:t>
      </w:r>
    </w:p>
    <w:p>
      <w:pPr>
        <w:jc w:val="right"/>
      </w:pPr>
      <w:r>
        <w:t>آپتاریخ دیکھیے رسولاللہکےزمانےمیں۔ تورسولاللہکےزمان ےمیں یہواقعہکہاںہوا ؟</w:t>
      </w:r>
    </w:p>
    <w:p>
      <w:r>
        <w:rPr>
          <w:b/>
        </w:rPr>
        <w:t xml:space="preserve">[10:37] </w:t>
      </w:r>
      <w:r>
        <w:t>christ ke disciples ne jo kiya tha, woh rasool Allah ke zamaney mein kam musalmanon ne dohraya is ko . yaani woh toh yeh tha ke</w:t>
      </w:r>
    </w:p>
    <w:p>
      <w:pPr>
        <w:jc w:val="right"/>
      </w:pPr>
      <w:r>
        <w:t>کرائسٹکےڈسائپلزنےجوکیاتھا، وہ رسولاللہکےزمانےمیں کم مسلمانوںنےدہرایااسکو ۔ یعنیوہتویہتھا کہ مسیحنےکہاتھا کہ</w:t>
      </w:r>
    </w:p>
    <w:p>
      <w:r>
        <w:rPr>
          <w:b/>
        </w:rPr>
        <w:t xml:space="preserve">[10:49] </w:t>
      </w:r>
      <w:r>
        <w:t>due to caesar what is due to caesar</w:t>
      </w:r>
    </w:p>
    <w:p>
      <w:pPr>
        <w:jc w:val="right"/>
      </w:pPr>
      <w:r>
        <w:t>due to caesar whatis due tocaesar</w:t>
      </w:r>
    </w:p>
    <w:p>
      <w:r>
        <w:rPr>
          <w:b/>
        </w:rPr>
        <w:t xml:space="preserve">[10:53] </w:t>
      </w:r>
      <w:r>
        <w:t>due to god what is due to god yaani takrao se apne aap ko door rakho . political confrontation ko avoid karo aur peaceful tor per daawa work karo .</w:t>
      </w:r>
    </w:p>
    <w:p>
      <w:pPr>
        <w:jc w:val="right"/>
      </w:pPr>
      <w:r>
        <w:t>due togod whatis due togod یعنی ٹکراؤ سے اپنے آپکودوررکھو۔ پولیٹیکلکنفرنشنکو اوائڈکرو اور پیسفل طورپردعویٰورککرو۔</w:t>
      </w:r>
    </w:p>
    <w:p>
      <w:r>
        <w:rPr>
          <w:b/>
        </w:rPr>
        <w:t xml:space="preserve">[11:11] </w:t>
      </w:r>
      <w:r>
        <w:t>toh yeh toh hua nahin zamaney mein . aap jante hain ke rasool Allah ne shuru mein daawat ka kaam kiya, phir wahan per sakht</w:t>
      </w:r>
    </w:p>
    <w:p>
      <w:pPr>
        <w:jc w:val="right"/>
      </w:pPr>
      <w:r>
        <w:t>تویہتوہوانہیںزمان ےمیں۔ آپجانتےہیںکہرسولاللہنے شروع میںدعوت کا کام کیا، پھروہاںپر سخت</w:t>
      </w:r>
    </w:p>
    <w:p>
      <w:r>
        <w:rPr>
          <w:b/>
        </w:rPr>
        <w:t xml:space="preserve">[11:22] </w:t>
      </w:r>
      <w:r>
        <w:t>woh log aap ke hostile ban gaye aur phir aap ne makkah chhod kar madina gaye . wahan per strong hold banaya aap ne aur phir un logon ne attack kiya aur larai hui .</w:t>
      </w:r>
    </w:p>
    <w:p>
      <w:pPr>
        <w:jc w:val="right"/>
      </w:pPr>
      <w:r>
        <w:t>وہلوگ آپ کے ہاسٹائلبنگئے اورپھرآپنے مکہچھوڑکرمدینہگئے۔ وہاںپر اسٹانگہولبنایاآپنے اورپھرانلوگوںنےاٹیککیا اور لڑائیہوئی۔</w:t>
      </w:r>
    </w:p>
    <w:p>
      <w:r>
        <w:rPr>
          <w:b/>
        </w:rPr>
        <w:t xml:space="preserve">[11:36] </w:t>
      </w:r>
      <w:r>
        <w:t>kayi laraiyan hui . yahan tak ke aap ne makkah ki taraf march kiya aur makkah ko capture kiya aap ne . aur is ke baad fateh hui .</w:t>
      </w:r>
    </w:p>
    <w:p>
      <w:pPr>
        <w:jc w:val="right"/>
      </w:pPr>
      <w:r>
        <w:t>کئیلڑائیاںہوئیں۔ یہاںتک کہ آپنے مکہکیطرف مارچکیا اورمکہکوکیپچرکیاآپنے ۔ اور اسکےبعد فتحہوئی ۔</w:t>
      </w:r>
    </w:p>
    <w:p>
      <w:r>
        <w:rPr>
          <w:b/>
        </w:rPr>
        <w:t xml:space="preserve">[11:47] </w:t>
      </w:r>
      <w:r>
        <w:t>yeh sab waqeaat jo hue wahan per, yeh maseehi model mein kahan hai is ka zikr hai ? toh ek hai muhammadi model, ek hai maseehi model .</w:t>
      </w:r>
    </w:p>
    <w:p>
      <w:pPr>
        <w:jc w:val="right"/>
      </w:pPr>
      <w:r>
        <w:t>یہسب واقع ات جوہوئے وہاںپر، یہ مسیحیماڈلمیںکہاںہےاسکاذکرہے؟ تو ایکہےمحمد یماڈل ،ایکہےمسیحیماڈل۔</w:t>
      </w:r>
    </w:p>
    <w:p>
      <w:r>
        <w:rPr>
          <w:b/>
        </w:rPr>
        <w:t xml:space="preserve">[11:58] </w:t>
      </w:r>
      <w:r>
        <w:t>toh yeh jo hua wahan per, woh maseehi model mein kahan paya jata hai ? maseehi model mein toh sirf peaceful daawa work hai, bas aur kuch nahin .</w:t>
      </w:r>
    </w:p>
    <w:p>
      <w:pPr>
        <w:jc w:val="right"/>
      </w:pPr>
      <w:r>
        <w:t>تو یہجوہوا وہاںپر ،وہ مسیحیماڈلمیںکہاںپایاجاتا ہے؟ مسیحیماڈلمیںتوصرف پیسفل دعویٰورکہے،بساورکچھنہیں ۔</w:t>
      </w:r>
    </w:p>
    <w:p>
      <w:r>
        <w:rPr>
          <w:b/>
        </w:rPr>
        <w:t xml:space="preserve">[12:12] </w:t>
      </w:r>
      <w:r>
        <w:t>toh yeh baat jo kahi gayi wahan per, yeh hai dekhne mein toh yeh hai present tense mein, lekin yeh hai future tense mein .</w:t>
      </w:r>
    </w:p>
    <w:p>
      <w:pPr>
        <w:jc w:val="right"/>
      </w:pPr>
      <w:r>
        <w:t>تو یہ باتجوکہیگئیوہاںپر، یہہے دیکھنےمیںتویہہے پریزنٹٹینسمیں ،لیکن یہہےفیوچرٹینسمیں۔</w:t>
      </w:r>
    </w:p>
    <w:p>
      <w:r>
        <w:rPr>
          <w:b/>
        </w:rPr>
        <w:t xml:space="preserve">[12:24] </w:t>
      </w:r>
      <w:r>
        <w:t>yaani aage aisa hoga ke situation itni badal jayegi ke tum ko maseeh ka model lena padega .</w:t>
      </w:r>
    </w:p>
    <w:p>
      <w:pPr>
        <w:jc w:val="right"/>
      </w:pPr>
      <w:r>
        <w:t>یعنی آگےایساہوگا کہ سچویشناتنیبدلجائےگی کہتم کو مسیحکاماڈللیناپڑےگا۔</w:t>
      </w:r>
    </w:p>
    <w:p>
      <w:r>
        <w:rPr>
          <w:b/>
        </w:rPr>
        <w:t xml:space="preserve">[12:39] </w:t>
      </w:r>
      <w:r>
        <w:t>maseeh ke model pehle kar ke tum ko daawa work chalana hoga . kyun ke dekhiye, quran se yeh bhi sabit hota hai ke asal jo cheez hai, mission ka nishaan hai, jo target, woh sirf daawa hai, sirf daawa, sirf daawa .</w:t>
      </w:r>
    </w:p>
    <w:p>
      <w:pPr>
        <w:jc w:val="right"/>
      </w:pPr>
      <w:r>
        <w:t>مسیحکےماڈلپہلےکرکےتمکودعویٰورکچلاناہوگا۔ کیونکہدیکھیے، قرآنسےیہبھیثابتہوتاہےکہ اصلجوچیزہے، مشن کانشان ہ، جوٹارگٹ،وہصرفدعویٰہے،صرفدعویٰ،صرفدعویٰ۔</w:t>
      </w:r>
    </w:p>
    <w:p>
      <w:r>
        <w:rPr>
          <w:b/>
        </w:rPr>
        <w:t xml:space="preserve">[12:56] </w:t>
      </w:r>
      <w:r>
        <w:t>jaisa quran mein hai ke ya nabiyyu inna arsalnaka shaahidan wa mubashshiran wa nadheeran wa daa'iyan ilallahi bi idhnihi wa siraajan muneera</w:t>
      </w:r>
    </w:p>
    <w:p>
      <w:pPr>
        <w:jc w:val="right"/>
      </w:pPr>
      <w:r>
        <w:t>جیساقرآنمیںہےکہ یا ن بی مناارسلناک شاید و ش راونذیرا وداعی اللہ بیزنی وسراج منیرا</w:t>
      </w:r>
    </w:p>
    <w:p>
      <w:r>
        <w:rPr>
          <w:b/>
        </w:rPr>
        <w:t xml:space="preserve">[13:07] </w:t>
      </w:r>
      <w:r>
        <w:t>yeh asal prophet ka asal kaam, asal mission ke peaceful daawa work, yeh hai prophet ka mission .</w:t>
      </w:r>
    </w:p>
    <w:p>
      <w:pPr>
        <w:jc w:val="right"/>
      </w:pPr>
      <w:r>
        <w:t>یہ اصل پرافٹکااصلکام ،اصلمشن کہ پیسفل دعویٰورک ،یہہےپرافٹکامشن۔</w:t>
      </w:r>
    </w:p>
    <w:p>
      <w:r>
        <w:rPr>
          <w:b/>
        </w:rPr>
        <w:t xml:space="preserve">[13:18] </w:t>
      </w:r>
      <w:r>
        <w:t>lekin aap dekhte hain ke wahan hijrat hui, wahan jihad hui, wahan larai hui, yeh sab hua . toh asal is mein aap samajh lijiye is baat ko ke quran se yeh sabit hota hai ke Khuda ne jo bheja peghambaron ko, is ke do part the .</w:t>
      </w:r>
    </w:p>
    <w:p>
      <w:pPr>
        <w:jc w:val="right"/>
      </w:pPr>
      <w:r>
        <w:t>لیکن آپدیکھتےہیںکہوہاںہجرتہوئی ، وہاںجہادہوئی،وہاںلڑائیہوئی،یہسبہوا۔ تو اصل اسمیںآپسمجھلیجئےاسباتکو کہقرآنسےیہثابتہوتاہے کہ خدانےجو بھیجا پیغمبروںکو،اسکے دو پارٹتھے۔</w:t>
      </w:r>
    </w:p>
    <w:p>
      <w:r>
        <w:rPr>
          <w:b/>
        </w:rPr>
        <w:t xml:space="preserve">[13:36] </w:t>
      </w:r>
      <w:r>
        <w:t>ek tha deen, ek tha minhaj . quran mein hai ke wa kullun hadeenahu wa ihdina yaani saare peghambaron ko ek hi deen diya gaya .</w:t>
      </w:r>
    </w:p>
    <w:p>
      <w:pPr>
        <w:jc w:val="right"/>
      </w:pPr>
      <w:r>
        <w:t>ایک تھا الدین،ایکتھا منہاج ۔ قرآنمیںہےکہ وکل ہدیناون وحاہدینا یعنیسارےپیغمبروںکوایکہیدیندیاگیا۔</w:t>
      </w:r>
    </w:p>
    <w:p>
      <w:r>
        <w:rPr>
          <w:b/>
        </w:rPr>
        <w:t xml:space="preserve">[13:48] </w:t>
      </w:r>
      <w:r>
        <w:t>doosri jagah hai ke li kullin ja'alna minkum shir'atan wa minhajan har ek ko minhaj alag alag minhaj diya gaya . minhaj means method .</w:t>
      </w:r>
    </w:p>
    <w:p>
      <w:pPr>
        <w:jc w:val="right"/>
      </w:pPr>
      <w:r>
        <w:t>دوسریجگہہےکہ ل کل جعلنامنکمشرۃ ومن ہاج ہرایککومنہاجالگالگمنہاجدیاگیا۔ منہاجمینز میتھڈ۔</w:t>
      </w:r>
    </w:p>
    <w:p>
      <w:r>
        <w:rPr>
          <w:b/>
        </w:rPr>
        <w:t xml:space="preserve">[14:01] </w:t>
      </w:r>
      <w:r>
        <w:t>toh ek hai quran ke word mein deen, ek hai minhaj .</w:t>
      </w:r>
    </w:p>
    <w:p>
      <w:pPr>
        <w:jc w:val="right"/>
      </w:pPr>
      <w:r>
        <w:t>تو ایک ہے قرآنکے ورڈمیں الدین،ایکہےمنہاج۔</w:t>
      </w:r>
    </w:p>
    <w:p>
      <w:r>
        <w:rPr>
          <w:b/>
        </w:rPr>
        <w:t xml:space="preserve">[14:05] </w:t>
      </w:r>
      <w:r>
        <w:t>deen means theoretical, yaani jo is ki ideology, theoretical aspect jo hai, woh hai deen .</w:t>
      </w:r>
    </w:p>
    <w:p>
      <w:pPr>
        <w:jc w:val="right"/>
      </w:pPr>
      <w:r>
        <w:t>الدینمینز تھریٹیکل، یعنی جو اسکیآئیڈیالوجی، تھریٹیکلاسپیکٹجوہے، وہہے الدین۔</w:t>
      </w:r>
    </w:p>
    <w:p>
      <w:r>
        <w:rPr>
          <w:b/>
        </w:rPr>
        <w:t xml:space="preserve">[14:20] </w:t>
      </w:r>
      <w:r>
        <w:t>jismein aap Khuda ko ek manna, Khuda ki hi worship karna, aur moral values, day of judgment ko manna, hell aur paradise ko manna, yeh sab cheezein jo hain,</w:t>
      </w:r>
    </w:p>
    <w:p>
      <w:pPr>
        <w:jc w:val="right"/>
      </w:pPr>
      <w:r>
        <w:t>جسمیںآپ خداکوایکمان نا، خداہیکیورکشپکرنا، اور مورلویلیوز، ڈےآفججمنٹکوماننا، ہیلاور پیراڈائزکوماننا،یہسبچیزیںجوہیں،</w:t>
      </w:r>
    </w:p>
    <w:p>
      <w:r>
        <w:rPr>
          <w:b/>
        </w:rPr>
        <w:t xml:space="preserve">[14:37] </w:t>
      </w:r>
      <w:r>
        <w:t>jo jo ke ideological part of</w:t>
      </w:r>
    </w:p>
    <w:p>
      <w:pPr>
        <w:jc w:val="right"/>
      </w:pPr>
      <w:r>
        <w:t>جو جوکہآئیڈیالوجیکلپارٹآف</w:t>
      </w:r>
    </w:p>
    <w:p>
      <w:r>
        <w:rPr>
          <w:b/>
        </w:rPr>
        <w:t xml:space="preserve">[14:43] </w:t>
      </w:r>
      <w:r>
        <w:t>of prophethood hai .</w:t>
      </w:r>
    </w:p>
    <w:p>
      <w:pPr>
        <w:jc w:val="right"/>
      </w:pPr>
      <w:r>
        <w:t>آف پرافٹہڈہے۔</w:t>
      </w:r>
    </w:p>
    <w:p>
      <w:r>
        <w:rPr>
          <w:b/>
        </w:rPr>
        <w:t xml:space="preserve">[14:45] </w:t>
      </w:r>
      <w:r>
        <w:t xml:space="preserve">yaani prophet ko jo cheez mili, is ka ek part hai ideology, theoretical aspect, aur doosra hai minhaj, yaani method . </w:t>
      </w:r>
    </w:p>
    <w:p>
      <w:pPr>
        <w:jc w:val="right"/>
      </w:pPr>
      <w:r>
        <w:t>یعنی پرافٹ کو جو چیزملی،اسکاایک پارٹہے آئیڈیالوجی، تھریٹیکلاسپیکٹ، اوردوسراہے منہاج،یعنیمیتھڈ۔</w:t>
      </w:r>
    </w:p>
    <w:p>
      <w:r>
        <w:rPr>
          <w:b/>
        </w:rPr>
        <w:t xml:space="preserve">[14:56] </w:t>
      </w:r>
      <w:r>
        <w:t>to dekhiye, method jo hai, hamesha alag alag hota hai. kyu? yeh situation hai. It is situation that determines</w:t>
      </w:r>
    </w:p>
    <w:p>
      <w:pPr>
        <w:jc w:val="right"/>
      </w:pPr>
      <w:r>
        <w:t>تودیکھیے،میتھڈجوہے،ہمیشہالگالگہوتاہے۔ کیوں ؟ یہ سچویشنہے۔ Itissitu ation that determin es</w:t>
      </w:r>
    </w:p>
    <w:p>
      <w:r>
        <w:rPr>
          <w:b/>
        </w:rPr>
        <w:t xml:space="preserve">[15:08] </w:t>
      </w:r>
      <w:r>
        <w:t>the method</w:t>
      </w:r>
    </w:p>
    <w:p>
      <w:pPr>
        <w:jc w:val="right"/>
      </w:pPr>
      <w:r>
        <w:t>themethod</w:t>
      </w:r>
    </w:p>
    <w:p>
      <w:r>
        <w:rPr>
          <w:b/>
        </w:rPr>
        <w:t xml:space="preserve">[15:11] </w:t>
      </w:r>
      <w:r>
        <w:t>to ideology ek eternally change hai. aur method ek aisi change hai jo jis jahan aap kaam kar rahe hain, uske andar jo situation hai, jo halaat hain, use determine hota hai ke konsa aap ikhtiyar karein.</w:t>
      </w:r>
    </w:p>
    <w:p>
      <w:pPr>
        <w:jc w:val="right"/>
      </w:pPr>
      <w:r>
        <w:t>تو آئیڈیالوجی ایک ایٹرنلیچیزہے۔ اورمیتھڈ ایکایسیچیزہے جو جس جہاںآپ کام کررہےہیں، اسکےاندرجو سچویشنہے،جو حالاتہیں، اسے ڈیٹرمنہوتاہےکہ کونساآپ اختیارکریں۔</w:t>
      </w:r>
    </w:p>
    <w:p>
      <w:r>
        <w:rPr>
          <w:b/>
        </w:rPr>
        <w:t xml:space="preserve">[15:33] </w:t>
      </w:r>
      <w:r>
        <w:t>method jo</w:t>
      </w:r>
    </w:p>
    <w:p>
      <w:pPr>
        <w:jc w:val="right"/>
      </w:pPr>
      <w:r>
        <w:t>میتھڈج</w:t>
      </w:r>
    </w:p>
    <w:p>
      <w:r>
        <w:rPr>
          <w:b/>
        </w:rPr>
        <w:t xml:space="preserve">[15:35] </w:t>
      </w:r>
      <w:r>
        <w:t>aise ke aap dekhiye, Egypt mein aaye do prophet, Hazrat Yusuf, Hazrat Musa, dono Egypt mein aaye.</w:t>
      </w:r>
    </w:p>
    <w:p>
      <w:pPr>
        <w:jc w:val="right"/>
      </w:pPr>
      <w:r>
        <w:t>یسےکہآپدیکھیے، ایجپٹمیں آئے دو پرافٹ، حضرت یوسف،حضرت موسی ٰ، دونوںایجپٹمیںآئے۔</w:t>
      </w:r>
    </w:p>
    <w:p>
      <w:r>
        <w:rPr>
          <w:b/>
        </w:rPr>
        <w:t xml:space="preserve">[15:48] </w:t>
      </w:r>
      <w:r>
        <w:t>lekin hum dekhte hain ke achha, dono ke zamane mein mushrik ruler tha, mushrik king tha, dono ke zamane mein. Hazrat Yusuf ne apne zamane ke mushrik king, kafir ko accept kar liya.</w:t>
      </w:r>
    </w:p>
    <w:p>
      <w:pPr>
        <w:jc w:val="right"/>
      </w:pPr>
      <w:r>
        <w:t>لیکن ہمدیکھتےہیںکہ اچھا،دونوںکےزمان ےمیں مشرکرولرتھا، مشرککنگتھا،دونوںکےزمان ےمیں۔ حضرتیوسفنے اپنے زمان ےکے مشرککنگ ،کا فرکو ایکسیپٹکرلیا۔</w:t>
      </w:r>
    </w:p>
    <w:p>
      <w:r>
        <w:rPr>
          <w:b/>
        </w:rPr>
        <w:t xml:space="preserve">[16:05] </w:t>
      </w:r>
      <w:r>
        <w:t>usne offer di thi ke mere jo food department, mera jo hai, uska charge aap le lijiye.</w:t>
      </w:r>
    </w:p>
    <w:p>
      <w:pPr>
        <w:jc w:val="right"/>
      </w:pPr>
      <w:r>
        <w:t>اسنےآفردیاتھاکہمیرے جو فوڈڈیپارٹمنٹ،میراجوہے، اسکا چارجآپلےلیجئے۔</w:t>
      </w:r>
    </w:p>
    <w:p>
      <w:r>
        <w:rPr>
          <w:b/>
        </w:rPr>
        <w:t xml:space="preserve">[16:16] </w:t>
      </w:r>
      <w:r>
        <w:t>aap ne usko qabool kar liya. halanke sovereignty thi. rule as ka tha, hukumat as ki thi, is mushrik king ki, jisko heקס king kaha jata hai.</w:t>
      </w:r>
    </w:p>
    <w:p>
      <w:pPr>
        <w:jc w:val="right"/>
      </w:pPr>
      <w:r>
        <w:t>آپ نےاسکوقبولکرلیا۔ حالانکہ سورن ٹیاسیکیتھی۔ رولاسیکاتھا،حکومت اسیکیتھی، اسیمشرککنگکی، جسکوہیکساسکنگز کہاجاتاہے۔</w:t>
      </w:r>
    </w:p>
    <w:p>
      <w:r>
        <w:rPr>
          <w:b/>
        </w:rPr>
        <w:t xml:space="preserve">[16:32] </w:t>
      </w:r>
      <w:r>
        <w:t>lekin Hazrat Musa ne kya kiya</w:t>
      </w:r>
    </w:p>
    <w:p>
      <w:pPr>
        <w:jc w:val="right"/>
      </w:pPr>
      <w:r>
        <w:t>لیکن حضرتموسیٰنےکیا کیا</w:t>
      </w:r>
    </w:p>
    <w:p>
      <w:r>
        <w:rPr>
          <w:b/>
        </w:rPr>
        <w:t xml:space="preserve">[16:34] </w:t>
      </w:r>
      <w:r>
        <w:t>? Hazrat Musa ka direct takrao hua Firon se. aur phir yahan to history, yahan tak badi itni badi ke usne peecha kiya apne lashkar ke saath, Hazrat Musa ka, aap ke saathiyon ka.</w:t>
      </w:r>
    </w:p>
    <w:p>
      <w:pPr>
        <w:jc w:val="right"/>
      </w:pPr>
      <w:r>
        <w:t>؟ حضرتموسیٰ کا ڈائریکٹ ٹکراؤہوا فرعونسے ۔ اورپھریہاںتو ہسٹری،یہاںتکبڑیاتنیبڑیکہ اسنے پیچھاکیااپنے لشکرکےساتھ،حضرتموسیٰکا،آپ کے ساتھیوںکا۔</w:t>
      </w:r>
    </w:p>
    <w:p>
      <w:r>
        <w:rPr>
          <w:b/>
        </w:rPr>
        <w:t xml:space="preserve">[16:50] </w:t>
      </w:r>
      <w:r>
        <w:t>Allah taala ne</w:t>
      </w:r>
    </w:p>
    <w:p>
      <w:pPr>
        <w:jc w:val="right"/>
      </w:pPr>
      <w:r>
        <w:t>اللہ تعالیٰنے</w:t>
      </w:r>
    </w:p>
    <w:p>
      <w:r>
        <w:rPr>
          <w:b/>
        </w:rPr>
        <w:t xml:space="preserve">[16:55] </w:t>
      </w:r>
      <w:r>
        <w:t>Firon ko aur uske poori army ko tabah kar diya.</w:t>
      </w:r>
    </w:p>
    <w:p>
      <w:pPr>
        <w:jc w:val="right"/>
      </w:pPr>
      <w:r>
        <w:t>فیرو کو اور اسکے پوریآرمیکو تباہکردیا ۔</w:t>
      </w:r>
    </w:p>
    <w:p>
      <w:r>
        <w:rPr>
          <w:b/>
        </w:rPr>
        <w:t xml:space="preserve">[17:02] </w:t>
      </w:r>
      <w:r>
        <w:t>yeh tabahi jahan hui thi, asal mein agar aap Red Sea dekhein, uska Red Sea, to Red Sea ke do horn hote hain.</w:t>
      </w:r>
    </w:p>
    <w:p>
      <w:pPr>
        <w:jc w:val="right"/>
      </w:pPr>
      <w:r>
        <w:t>یہ تباہیجہاںہوئیتھی،اصلمیںاگر آپ ویبدیکھیں، اسکا ریڈسیکا ،توریڈسیکےدوہارنہوتےہیں۔</w:t>
      </w:r>
    </w:p>
    <w:p>
      <w:r>
        <w:rPr>
          <w:b/>
        </w:rPr>
        <w:t xml:space="preserve">[17:13] </w:t>
      </w:r>
      <w:r>
        <w:t>horn bola jata hai usko. yaani do seengh. to ek horn ke paas yeh aisa hua tha waqia.</w:t>
      </w:r>
    </w:p>
    <w:p>
      <w:pPr>
        <w:jc w:val="right"/>
      </w:pPr>
      <w:r>
        <w:t>ہارنبولاجاتاہےاسکو ۔ یعنیدو سینگ۔ تو ایک ہارنکےپاس یہایساہواتھا واقعہ۔</w:t>
      </w:r>
    </w:p>
    <w:p>
      <w:r>
        <w:rPr>
          <w:b/>
        </w:rPr>
        <w:t xml:space="preserve">[17:21] </w:t>
      </w:r>
      <w:r>
        <w:t>dono horn ke beech mein desert hai. is desert mein aap ko jana tha. to usko aap par karna chaha aapne</w:t>
      </w:r>
    </w:p>
    <w:p>
      <w:pPr>
        <w:jc w:val="right"/>
      </w:pPr>
      <w:r>
        <w:t>دونوںہارنکےبیچمیںڈیزرٹہے۔ اسڈیزرٹمیںآپکوجاناتھا۔ تو اسکو آپ پار ک کرناچاہاآپنے</w:t>
      </w:r>
    </w:p>
    <w:p>
      <w:r>
        <w:rPr>
          <w:b/>
        </w:rPr>
        <w:t xml:space="preserve">[17:29] </w:t>
      </w:r>
      <w:r>
        <w:t>. wahan par Allah taala ne Firon ko aur uske lashkar ko destroy kar diya. ab dekhiye ke isi Misr, wahi ek Misr hai, wahi mushrik king hai.</w:t>
      </w:r>
    </w:p>
    <w:p>
      <w:pPr>
        <w:jc w:val="right"/>
      </w:pPr>
      <w:r>
        <w:t>۔وہاںپراللہ تعالیٰنے فیروکواوراسکے لشکرکو ڈسٹرائےکردیا۔ ابدیکھیےکہاسی مصر،وہیایک مصر ہے، وہی مشرککنگہے۔</w:t>
      </w:r>
    </w:p>
    <w:p>
      <w:r>
        <w:rPr>
          <w:b/>
        </w:rPr>
        <w:t xml:space="preserve">[17:40] </w:t>
      </w:r>
      <w:r>
        <w:t>Hazrat Yusuf ka method doosra hota hai. Hazrat Yusuf, Musa ka mushrik doosra hota hai.</w:t>
      </w:r>
    </w:p>
    <w:p>
      <w:pPr>
        <w:jc w:val="right"/>
      </w:pPr>
      <w:r>
        <w:t>حضرتیوسفکامیتھڈدوسراہوتاہے۔ حضرت یوسف،موسیٰکامشرکدوسراہوتاہے۔</w:t>
      </w:r>
    </w:p>
    <w:p>
      <w:r>
        <w:rPr>
          <w:b/>
        </w:rPr>
        <w:t xml:space="preserve">[17:47] </w:t>
      </w:r>
      <w:r>
        <w:t>to is baat ko agar aap samajh lein achhi tarike se to aage ki baat samajhna bilkul aasan ho jayega ke Khuda ki taraf se paighambaron ko jo guidance aati hai,</w:t>
      </w:r>
    </w:p>
    <w:p>
      <w:pPr>
        <w:jc w:val="right"/>
      </w:pPr>
      <w:r>
        <w:t>تو اسباتکواگرآپسمجھلیںاچھیطریقےسے تو آگےکیباتسمجھنابالکلآسانہوجائےگا کہخداکیطرف سے پیغمبروںکو جوگائیڈنسآتیہے،</w:t>
      </w:r>
    </w:p>
    <w:p>
      <w:r>
        <w:rPr>
          <w:b/>
        </w:rPr>
        <w:t xml:space="preserve">[18:01] </w:t>
      </w:r>
      <w:r>
        <w:t>uske do part hote hain. ek deen aur ek minhaj. yaani ideology aur method.</w:t>
      </w:r>
    </w:p>
    <w:p>
      <w:pPr>
        <w:jc w:val="right"/>
      </w:pPr>
      <w:r>
        <w:t>اسکےدوپارٹہوتےہیں۔ ایک الدین اور ایک منہاج۔ یعنی آئیڈیالوجی اور میتھڈ۔</w:t>
      </w:r>
    </w:p>
    <w:p>
      <w:r>
        <w:rPr>
          <w:b/>
        </w:rPr>
        <w:t xml:space="preserve">[18:12] </w:t>
      </w:r>
      <w:r>
        <w:t>to ideology eternal hoti hai. method jo hai, eternal nahi hota.</w:t>
      </w:r>
    </w:p>
    <w:p>
      <w:pPr>
        <w:jc w:val="right"/>
      </w:pPr>
      <w:r>
        <w:t>توآئیڈیالوجیایٹرنلہوتیہے۔ میتھڈجوہے، ایٹرنلنہیںہوتا۔</w:t>
      </w:r>
    </w:p>
    <w:p>
      <w:r>
        <w:rPr>
          <w:b/>
        </w:rPr>
        <w:t xml:space="preserve">[18:17] </w:t>
      </w:r>
      <w:r>
        <w:t>to Rasool Allah ke zamane mein jo situation thi, uske lehaz se aap ko hijrat karni hui. aap ko jang pesh karai.</w:t>
      </w:r>
    </w:p>
    <w:p>
      <w:pPr>
        <w:jc w:val="right"/>
      </w:pPr>
      <w:r>
        <w:t>تورسولاللہ کےزمان ےمیںجو سچویشنتھی، اسکےلحاظسےآپکو ہجرتکرنیہوئی۔ آپ کو جنگ پیش کرائی۔</w:t>
      </w:r>
    </w:p>
    <w:p>
      <w:r>
        <w:rPr>
          <w:b/>
        </w:rPr>
        <w:t xml:space="preserve">[18:28] </w:t>
      </w:r>
      <w:r>
        <w:t>phir aap ne political power tak pahunche. aap is zamane ke jo Rasool Allah, paighambar e Islam sallallahu alaihi wasallam jin halaat mein the, wahan par Arab mein 7th century mein, to wahan par yeh method ikhtiyar kiya gaya.</w:t>
      </w:r>
    </w:p>
    <w:p>
      <w:pPr>
        <w:jc w:val="right"/>
      </w:pPr>
      <w:r>
        <w:t>پھرآپنے پولیٹیکل پاورتکپہنچے۔آپ اس زمان ےکےجو رسولاللہ، پیغمبراسلام صلیاللہعلیہوسلم جن حالاتمیں تھے،وہاںپر عرب میں سیونسینچریمیں، تووہاںپریہ میٹڈاخت یارکیاگیا۔</w:t>
      </w:r>
    </w:p>
    <w:p>
      <w:r>
        <w:rPr>
          <w:b/>
        </w:rPr>
        <w:t xml:space="preserve">[18:46] </w:t>
      </w:r>
      <w:r>
        <w:t>lekin baad ke zamane mein, jaise jaise ke aaj ka jo hamara zamana hai, ab yeh model irrelevant ho gaya hai.</w:t>
      </w:r>
    </w:p>
    <w:p>
      <w:pPr>
        <w:jc w:val="right"/>
      </w:pPr>
      <w:r>
        <w:t>لیکن بعد کےزمانےمیں،جیسےجیسےکہآجکاجوہمارازمان ہہے، اب یہ ماڈل اریلیونٹہوگیاہے۔</w:t>
      </w:r>
    </w:p>
    <w:p>
      <w:r>
        <w:rPr>
          <w:b/>
        </w:rPr>
        <w:t xml:space="preserve">[18:56] </w:t>
      </w:r>
      <w:r>
        <w:t>applicable nahi raha yeh model. kyu? dekhiye, hijrat ko lijiye. modern nationalism se pehle yeh possible tha ke aap hijrat karke yahan se wahan jayein.</w:t>
      </w:r>
    </w:p>
    <w:p>
      <w:pPr>
        <w:jc w:val="right"/>
      </w:pPr>
      <w:r>
        <w:t>ایپلیکیبلنہیں رہایہماڈل۔ کیوں ؟ دیکھیے، ہجرتکولیجئے۔ ماڈرن نیشنلزم سے پہلے یہپاسیبلتھا کہآپ ہجرتکرکےیہاںسےوہاںجائیں۔</w:t>
      </w:r>
    </w:p>
    <w:p>
      <w:r>
        <w:rPr>
          <w:b/>
        </w:rPr>
        <w:t xml:space="preserve">[19:13] </w:t>
      </w:r>
      <w:r>
        <w:t>hijrat ka phenomenon pehle bahut hua karta tha.</w:t>
      </w:r>
    </w:p>
    <w:p>
      <w:pPr>
        <w:jc w:val="right"/>
      </w:pPr>
      <w:r>
        <w:t>ہجرتکافیناومیناپہلے بہت ہواکرتاتھا۔</w:t>
      </w:r>
    </w:p>
    <w:p>
      <w:r>
        <w:rPr>
          <w:b/>
        </w:rPr>
        <w:t xml:space="preserve">[19:17] </w:t>
      </w:r>
      <w:r>
        <w:t>is had yusuf ke zamanay mein inke baap aur inka khandan hijrat karkay aaye aur aur settle ho gaye misr mein.</w:t>
      </w:r>
    </w:p>
    <w:p>
      <w:pPr>
        <w:jc w:val="right"/>
      </w:pPr>
      <w:r>
        <w:t>اسحد یوسفکےزمان ےمیں انکے باپاورانکاخاندان ہجرتکرکےآئےاور اور سیٹلہوگئے مصر میں۔</w:t>
      </w:r>
    </w:p>
    <w:p>
      <w:r>
        <w:rPr>
          <w:b/>
        </w:rPr>
        <w:t xml:space="preserve">[19:27] </w:t>
      </w:r>
      <w:r>
        <w:t>lekin modern nationalism ka jo concept hai aur jo har country mein liya ja chuka hai, dunya ki jitni bhi countries hain, sab mein national government aaj bani hui hai.</w:t>
      </w:r>
    </w:p>
    <w:p>
      <w:pPr>
        <w:jc w:val="right"/>
      </w:pPr>
      <w:r>
        <w:t>لیکن ماڈرننیشنلزمکاجوکانسیپٹہے اور جو ہر کنٹریمیں لیاجاچکاہے، دنیا کیجتنیبھیکنٹریہیں،سبمیں نیشنلگورنمنٹ آج بنی ہوئیہے۔</w:t>
      </w:r>
    </w:p>
    <w:p>
      <w:r>
        <w:rPr>
          <w:b/>
        </w:rPr>
        <w:t xml:space="preserve">[19:40] </w:t>
      </w:r>
      <w:r>
        <w:t>modern nationalism ke zamanay mein hijrat ka jo method hai, woh ab saray say relevant nahin raha. aap aisa nahin kar sakte. aap yahan jaakar, wahan jaakar ke aap bas jaayen.</w:t>
      </w:r>
    </w:p>
    <w:p>
      <w:pPr>
        <w:jc w:val="right"/>
      </w:pPr>
      <w:r>
        <w:t>ماڈرن نیشن لزمکےزمان ےمیں ہجرتکاجو میتھڈہے، وہ اب سرےسے ریلیونٹہینہیںرہا۔ آپ ایساکرنہیںسکتے۔آپ یہاںجاکر،وہاںجاکرکےآپ بسجائیں۔</w:t>
      </w:r>
    </w:p>
    <w:p>
      <w:r>
        <w:rPr>
          <w:b/>
        </w:rPr>
        <w:t xml:space="preserve">[19:56] </w:t>
      </w:r>
      <w:r>
        <w:t>bas matlab aik masla woh hai ke is aaye is aaye lete hain log ya khate kamate hain log. woh aik alag cheez hai. theek hai, aap poore mission ko jaakar ke woh iske start hub banaayen wahan par, jaise ke madine mein hua, woh possible nahin hai.</w:t>
      </w:r>
    </w:p>
    <w:p>
      <w:pPr>
        <w:jc w:val="right"/>
      </w:pPr>
      <w:r>
        <w:t>بسمطلبایکمسئلہوہہےکہاس ائےاسائے لیتےہیںلوگ یاکھاتےکماتےہیںلوگ۔وہایکالگچیزہے۔ ٹھیکہے، آپپورےمشنکوجاکرکےوہاسکےاسٹارٹہولبنائیںوہاںپر ،جیسےکہمدینےمیںہوا، وہ پاسیبل نہیںہے۔</w:t>
      </w:r>
    </w:p>
    <w:p>
      <w:r>
        <w:rPr>
          <w:b/>
        </w:rPr>
        <w:t xml:space="preserve">[20:10] </w:t>
      </w:r>
      <w:r>
        <w:t>woh possible nahin hai ab. to jis jo hijrat rasool Allah ke haan thi, woh hijrat ab irrelevant ho chuki hai. yeh maamla jang ka hai, larai ka.</w:t>
      </w:r>
    </w:p>
    <w:p>
      <w:pPr>
        <w:jc w:val="right"/>
      </w:pPr>
      <w:r>
        <w:t>وہپاسیبلنہیںہےاب۔ تو جس جو ہجرت رسولاللہ کےہاںتھی، وہ ہجرت اباریلیونٹہوچکیہے۔ یہیمعاملہ جنگکاہے، لڑائیکا ۔</w:t>
      </w:r>
    </w:p>
    <w:p>
      <w:r>
        <w:rPr>
          <w:b/>
        </w:rPr>
        <w:t xml:space="preserve">[20:22] </w:t>
      </w:r>
      <w:r>
        <w:t>rasool Allah ke zamanay mein kai larai hui. iske positive results nikle. ab jo hai, aap jante hain ke aaj hum jeeray hain wepons of mass destruction ka zaman hai. yeh pehle</w:t>
      </w:r>
    </w:p>
    <w:p>
      <w:pPr>
        <w:jc w:val="right"/>
      </w:pPr>
      <w:r>
        <w:t>رسولاللہکےزمانےمیں کئیبیٹلہوئی۔ اسکے پازیٹیورزلٹنکلے۔ ابجوہے،آپجانتےہیںکہ آجہم جیرہےہیں وی پنز آف ماسٹڈسٹرکشن کازمان ہہے۔یہ پہلے</w:t>
      </w:r>
    </w:p>
    <w:p>
      <w:r>
        <w:rPr>
          <w:b/>
        </w:rPr>
        <w:t xml:space="preserve">[20:38] </w:t>
      </w:r>
      <w:r>
        <w:t>aisay weapons ka koi concept nahin tha. bhale aap talwar le kar maarein, kisi ka haath kate, kisi ka paon kata, aik aadmi ka.</w:t>
      </w:r>
    </w:p>
    <w:p>
      <w:pPr>
        <w:jc w:val="right"/>
      </w:pPr>
      <w:r>
        <w:t>ایسے ویپنزکاکوئیکانسیپٹہینہیںتھا۔ بھلےآپتلوارلےکرماریے، کسی کاہاتھکٹے،کسیکاپاؤںکٹا، ایک آدمیکا ۔</w:t>
      </w:r>
    </w:p>
    <w:p>
      <w:r>
        <w:rPr>
          <w:b/>
        </w:rPr>
        <w:t xml:space="preserve">[20:49] </w:t>
      </w:r>
      <w:r>
        <w:t>ab hum jeeray hain modern aik naye zamanay mein. ab zaman hai wepons of mass destruction ka.</w:t>
      </w:r>
    </w:p>
    <w:p>
      <w:pPr>
        <w:jc w:val="right"/>
      </w:pPr>
      <w:r>
        <w:t>ابہمجیرہےہیںماڈرن ایک نئے زمان ےمیں۔ اب زمان ہہے وی پنزآف ماسٹ ڈسٹرکشنکا۔</w:t>
      </w:r>
    </w:p>
    <w:p>
      <w:r>
        <w:rPr>
          <w:b/>
        </w:rPr>
        <w:t xml:space="preserve">[21:01] </w:t>
      </w:r>
      <w:r>
        <w:t>yani ab larai boomerang khel hai. udhar bhi tabahi, udhar bhi tabahi.</w:t>
      </w:r>
    </w:p>
    <w:p>
      <w:pPr>
        <w:jc w:val="right"/>
      </w:pPr>
      <w:r>
        <w:t>یعنی اب لڑائی بومرینگکھیل ہے۔ ادھربھی تباہی،ادھربھیتباہی۔</w:t>
      </w:r>
    </w:p>
    <w:p>
      <w:r>
        <w:rPr>
          <w:b/>
        </w:rPr>
        <w:t xml:space="preserve">[21:08] </w:t>
      </w:r>
      <w:r>
        <w:t>aaj ke life mein pani ke neeche jo machhliyan hain, woh bhi khatam. jo plants hain, woh bhi khatam.</w:t>
      </w:r>
    </w:p>
    <w:p>
      <w:pPr>
        <w:jc w:val="right"/>
      </w:pPr>
      <w:r>
        <w:t>آج کےلائفمیں پانی کے نیچےجو بچھلیاںہیں،وہبھیختم ۔ جو پلانٹہیں،وہبھیختم ۔</w:t>
      </w:r>
    </w:p>
    <w:p>
      <w:r>
        <w:rPr>
          <w:b/>
        </w:rPr>
        <w:t xml:space="preserve">[21:20] </w:t>
      </w:r>
      <w:r>
        <w:t>pollution se fiza mein rehna mushkil. idhar ke log mare, udhar ke log mare. to ab, ab, ab jo hua, ab jo hai, weapons hote hain, woh sirf enemy ko nahin marte, khud aap ko hi marte hain.</w:t>
      </w:r>
    </w:p>
    <w:p>
      <w:pPr>
        <w:jc w:val="right"/>
      </w:pPr>
      <w:r>
        <w:t>پولیوشن سے فض ا میںرہنامشکل۔ ادھرکےلوگ مرے،ادھرکےلوگ مرے۔ تواب ،اب ،ابجو ہوا،ابجوہے، وی پنہوتےہیں، وہصرفاین میکونہیںمارتے، خود آپکوہیمارتےہیں۔</w:t>
      </w:r>
    </w:p>
    <w:p>
      <w:r>
        <w:rPr>
          <w:b/>
        </w:rPr>
        <w:t xml:space="preserve">[21:37] </w:t>
      </w:r>
      <w:r>
        <w:t>isko kehte hain pro-victory. pro-victory pehle exception tor par hui thi Yunan mein kisi ke saath.</w:t>
      </w:r>
    </w:p>
    <w:p>
      <w:pPr>
        <w:jc w:val="right"/>
      </w:pPr>
      <w:r>
        <w:t>اسکوکہتےہیں پرکوکٹری۔ پرک وکٹریپہلے ایکسیپشنلطور پر ہوئیتھی یونانمیںکسیکےساتھ ۔</w:t>
      </w:r>
    </w:p>
    <w:p>
      <w:r>
        <w:rPr>
          <w:b/>
        </w:rPr>
        <w:t xml:space="preserve">[21:46] </w:t>
      </w:r>
      <w:r>
        <w:t>ab pro-victory jo hai, sab ka maamla ban ban chuka hai. to iska matlab hai ke aaj larai ka jo method hai, woh relevant nahin raha.</w:t>
      </w:r>
    </w:p>
    <w:p>
      <w:pPr>
        <w:jc w:val="right"/>
      </w:pPr>
      <w:r>
        <w:t>اب پرکوکٹریجوہے،سبکامعاملہ بن بنچکاہے۔ تواسمعنیہےکہآج لڑائیکاجومیتھڈہے، وہ ریلیونٹہینہیںرہا۔</w:t>
      </w:r>
    </w:p>
    <w:p>
      <w:r>
        <w:rPr>
          <w:b/>
        </w:rPr>
        <w:t xml:space="preserve">[21:58] </w:t>
      </w:r>
      <w:r>
        <w:t>aap lad ke kis ko khatam karenge? aap to khud hi khatam ho chuke honge.</w:t>
      </w:r>
    </w:p>
    <w:p>
      <w:pPr>
        <w:jc w:val="right"/>
      </w:pPr>
      <w:r>
        <w:t>آپلڑکےکسکوختمکریںگے؟آپتوخودہیختمہوچکےہوںگے۔</w:t>
      </w:r>
    </w:p>
    <w:p>
      <w:r>
        <w:rPr>
          <w:b/>
        </w:rPr>
        <w:t xml:space="preserve">[22:05] </w:t>
      </w:r>
      <w:r>
        <w:t>to modern nationalism ne hijrat ko irrelevant bana diya. aur modern weapons ne jang ko irrelevant bana diya.</w:t>
      </w:r>
    </w:p>
    <w:p>
      <w:pPr>
        <w:jc w:val="right"/>
      </w:pPr>
      <w:r>
        <w:t>تو ماڈرننیشنلزمنے ہجرتکو ار یلیونٹبنادیا۔ اور ماڈرنویپنرینے جنگ کو ار یلیونٹبنادیا۔</w:t>
      </w:r>
    </w:p>
    <w:p>
      <w:r>
        <w:rPr>
          <w:b/>
        </w:rPr>
        <w:t xml:space="preserve">[22:15] </w:t>
      </w:r>
      <w:r>
        <w:t>yeh Khuda ko pata tha. Khuda is future ko jaanta tha. to to jo Surah Saff mein jo maine ayat padhi aap ke samne, woh agar che present tense mein hai, lekin haqeeqat woh future ke tense mein hai.</w:t>
      </w:r>
    </w:p>
    <w:p>
      <w:pPr>
        <w:jc w:val="right"/>
      </w:pPr>
      <w:r>
        <w:t>یہ خداکوپتہتھا۔ خدااسفیوچرکوجانتاتھا۔ تو توجو سورہ صف میںجومیںنےآیتپڑھیآپکےسامنے، وہاگر چہ پریزنٹٹینسمیںہے، لیکن حقیقتوہ فیوچرکےٹینسمیںہے۔</w:t>
      </w:r>
    </w:p>
    <w:p>
      <w:r>
        <w:rPr>
          <w:b/>
        </w:rPr>
        <w:t xml:space="preserve">[22:30] </w:t>
      </w:r>
      <w:r>
        <w:t>future tense mein hai, yani baad ki baat ko bataya gaya.</w:t>
      </w:r>
    </w:p>
    <w:p>
      <w:pPr>
        <w:jc w:val="right"/>
      </w:pPr>
      <w:r>
        <w:t>فیوچرٹینسمیںہے،یعنیبعد کیباتکو بتایاگیا۔</w:t>
      </w:r>
    </w:p>
    <w:p>
      <w:r>
        <w:rPr>
          <w:b/>
        </w:rPr>
        <w:t xml:space="preserve">[22:33] </w:t>
      </w:r>
      <w:r>
        <w:t>aik zaman aayega jab ke tumhare liye option nahin hoga ke Muhammad Muhammad model ko repeat karo.</w:t>
      </w:r>
    </w:p>
    <w:p>
      <w:pPr>
        <w:jc w:val="right"/>
      </w:pPr>
      <w:r>
        <w:t>ایک زمانہآئےگا جب کہتمہارےلیے آپشنیہ نہیںہوگا کہ محمد ی محمد یماڈلکوریپیٹکرو۔</w:t>
      </w:r>
    </w:p>
    <w:p>
      <w:r>
        <w:rPr>
          <w:b/>
        </w:rPr>
        <w:t xml:space="preserve">[22:44] </w:t>
      </w:r>
      <w:r>
        <w:t>yeh option nahin rahega. tum ko Christian model ko lena padega. woh option hi khatam ho chuka hoga.</w:t>
      </w:r>
    </w:p>
    <w:p>
      <w:pPr>
        <w:jc w:val="right"/>
      </w:pPr>
      <w:r>
        <w:t>یہآپشننہیںرہےگا۔ تم کو کرسچنماڈلکولیناپڑےگا۔ وہآپشنہیختمہوچکاہوگا۔</w:t>
      </w:r>
    </w:p>
    <w:p>
      <w:r>
        <w:rPr>
          <w:b/>
        </w:rPr>
        <w:t xml:space="preserve">[22:53] </w:t>
      </w:r>
      <w:r>
        <w:t>yeh Surah Saff mein bataya gaya. aur phir Sahih Muslim ki aik riwayat hai. Sahih Muslim jo bohat hi authentic kitaab maani jaati hai, ismein yeh riwayat hai ke Rasool Allah ne farmaya ke Christian log baad ke zamanay mein number ke aitbar se sab se zyada ho jayenge.</w:t>
      </w:r>
    </w:p>
    <w:p>
      <w:pPr>
        <w:jc w:val="right"/>
      </w:pPr>
      <w:r>
        <w:t>یہ سورہصفمیںبتایاگیا۔ اورپھرصحیحمسلمکیایکروایتہے۔ صحیحمسلم جوبہتہیاتھینٹککتاب مانیجاتیہے، اسمیںیہروایتہےکہ رسولاللہنےفرمایا کہ کرسچنلوگ بعد کےزمان ےمیں نمبر کےاعتبارسےسبزیادہہوجائیںگے۔</w:t>
      </w:r>
    </w:p>
    <w:p>
      <w:r>
        <w:rPr>
          <w:b/>
        </w:rPr>
        <w:t xml:space="preserve">[23:16] </w:t>
      </w:r>
      <w:r>
        <w:t>yani sab se bada faith in terms of number, in terms of number Christian ka ho jayega. wajah ki batayi gayi hai ismein? wajah yeh batayi gayi hai ke woh log,</w:t>
      </w:r>
    </w:p>
    <w:p>
      <w:pPr>
        <w:jc w:val="right"/>
      </w:pPr>
      <w:r>
        <w:t>یعنیسبسے بڑا فیتھ انٹرمآفنمبر،انٹرمآفنمبر کرسچنکاہوجائےگا۔ وجہ کیابتائیگئیہےاسمیں؟وجہ یہبتائیگئیہے کہ وہلوگ،</w:t>
      </w:r>
    </w:p>
    <w:p>
      <w:r>
        <w:rPr>
          <w:b/>
        </w:rPr>
        <w:t xml:space="preserve">[23:33] </w:t>
      </w:r>
      <w:r>
        <w:t>yeh wajah aayegi ke woh log peaceful tareeqay se kaam karte hain. badshahon se ladte nahin, woh ab woh sabr karte hain.</w:t>
      </w:r>
    </w:p>
    <w:p>
      <w:pPr>
        <w:jc w:val="right"/>
      </w:pPr>
      <w:r>
        <w:t>یہ وجہآئےگیکہوہلوگ پیسفلطریقےسےکامکرتے ہیں۔ بادشاہوںسےلڑتےنہیں،وہ ابوہصبرکرتےہیں۔</w:t>
      </w:r>
    </w:p>
    <w:p>
      <w:r>
        <w:rPr>
          <w:b/>
        </w:rPr>
        <w:t xml:space="preserve">[23:44] </w:t>
      </w:r>
      <w:r>
        <w:t>to Rasool Allah ko kisi wajah se woh woh pattern ikhtiyar karna pada jismein hijrat thi aur jihad thi. lekin ab woh pattern ki zaroorat nahin hai.</w:t>
      </w:r>
    </w:p>
    <w:p>
      <w:pPr>
        <w:jc w:val="right"/>
      </w:pPr>
      <w:r>
        <w:t>تورسولاللہکو کسی وجہسے وہ وہپیٹرناختیارکرناپڑا جسمیںہجرتتھیاورجہادتھی۔ لیکن ابوہ پیٹرنکیضرورتہینہیںہے۔</w:t>
      </w:r>
    </w:p>
    <w:p>
      <w:r>
        <w:rPr>
          <w:b/>
        </w:rPr>
        <w:t xml:space="preserve">[23:57] </w:t>
      </w:r>
      <w:r>
        <w:t>ab woh model dobara history mein laut aaya hai jisko ke ikhtiyar kiya tha Christ ke followers ne. aur result kya hua ke woh dunya ka sab se bada mazhab ban gaye in terms of numbers.</w:t>
      </w:r>
    </w:p>
    <w:p>
      <w:pPr>
        <w:jc w:val="right"/>
      </w:pPr>
      <w:r>
        <w:t>ابوہ ماڈلدوبارہہسٹریمیںلوٹآیاہے جسکوکہاختیارکیاتھا کرائسٹکےفالوورزنے۔ اور رزلٹکیاہوا کہوہ دنیا کا سبسےبڑا مذہب بنگئے انٹرمآف نمبرز۔</w:t>
      </w:r>
    </w:p>
    <w:p>
      <w:r>
        <w:rPr>
          <w:b/>
        </w:rPr>
        <w:t xml:space="preserve">[24:15] </w:t>
      </w:r>
      <w:r>
        <w:t>to yeh baat Quran mein bhi hai, hadith mein bhi hai.</w:t>
      </w:r>
    </w:p>
    <w:p>
      <w:pPr>
        <w:jc w:val="right"/>
      </w:pPr>
      <w:r>
        <w:t>تو یہبات قرآنمیںبھیہے،حدیثمیںبھی ہے۔</w:t>
      </w:r>
    </w:p>
    <w:p>
      <w:r>
        <w:rPr>
          <w:b/>
        </w:rPr>
        <w:t xml:space="preserve">[24:21] </w:t>
      </w:r>
      <w:r>
        <w:t>to yani quran mein yeh baat is tareeqe se hai ke future ke aitbaar se ek direction di gayi.</w:t>
      </w:r>
    </w:p>
    <w:p>
      <w:pPr>
        <w:jc w:val="right"/>
      </w:pPr>
      <w:r>
        <w:t>تو یعنی قرآنمیں یہبات اسطریقےسےہے کہ فیوچرکے اعتبارسےایک ڈائریکشندیگئی ۔</w:t>
      </w:r>
    </w:p>
    <w:p>
      <w:r>
        <w:rPr>
          <w:b/>
        </w:rPr>
        <w:t xml:space="preserve">[24:33] </w:t>
      </w:r>
      <w:r>
        <w:t>aur result ke aitbaar se bata diya gaya hadees mein.</w:t>
      </w:r>
    </w:p>
    <w:p>
      <w:pPr>
        <w:jc w:val="right"/>
      </w:pPr>
      <w:r>
        <w:t>اور رزلٹکےاعتبارسےبتادیا گیا حدیثمیں۔</w:t>
      </w:r>
    </w:p>
    <w:p>
      <w:r>
        <w:rPr>
          <w:b/>
        </w:rPr>
        <w:t xml:space="preserve">[24:37] </w:t>
      </w:r>
      <w:r>
        <w:t>ab aap dekhiye ke mein</w:t>
      </w:r>
    </w:p>
    <w:p>
      <w:pPr>
        <w:jc w:val="right"/>
      </w:pPr>
      <w:r>
        <w:t>ابآپدیکھیےکہمیں</w:t>
      </w:r>
    </w:p>
    <w:p>
      <w:r>
        <w:rPr>
          <w:b/>
        </w:rPr>
        <w:t xml:space="preserve">[24:41] </w:t>
      </w:r>
      <w:r>
        <w:t>ek aapko ek ek ek waqeye ki taraf le jaata hoon. bohat pehle, kai saal pehle, mein arab gaya to ek arab sheikh se baat ho rahi thi.</w:t>
      </w:r>
    </w:p>
    <w:p>
      <w:pPr>
        <w:jc w:val="right"/>
      </w:pPr>
      <w:r>
        <w:t>ایک آپکو ایک ایک ایک واقعےکیطرف لےجاتاہوں۔ بہت پہلے، کئیسال پہلے ،میں عرب گیا تو ایکعرب شیخسےبات ہورہیتھی۔</w:t>
      </w:r>
    </w:p>
    <w:p>
      <w:r>
        <w:rPr>
          <w:b/>
        </w:rPr>
        <w:t xml:space="preserve">[24:55] </w:t>
      </w:r>
      <w:r>
        <w:t>to unhone kaha ke is zamane mein sab se bada masla yeh hai ke musalman blind way mein phans gaye hain.</w:t>
      </w:r>
    </w:p>
    <w:p>
      <w:pPr>
        <w:jc w:val="right"/>
      </w:pPr>
      <w:r>
        <w:t>تو انہوںنےکہاکہ اس زمان ےمیں سبسےبڑامسئلہیہہےکہمس لمان بلائنڈوےعلی میںپھنسگئےہیں۔</w:t>
      </w:r>
    </w:p>
    <w:p>
      <w:r>
        <w:rPr>
          <w:b/>
        </w:rPr>
        <w:t xml:space="preserve">[25:05] </w:t>
      </w:r>
      <w:r>
        <w:t>unhe pata hi nahi ke aage kya kaha jaana hai. to unhone unke lafzon mein yeh tha ke ab sawal hai ke man nabda ka hamein answer nahi maloom.</w:t>
      </w:r>
    </w:p>
    <w:p>
      <w:pPr>
        <w:jc w:val="right"/>
      </w:pPr>
      <w:r>
        <w:t>انہیں پتہہینہیںکہ آگےکیا کہاجاناہے۔ توانہوںنےانکے لفظوںمیںیہتھاکہ ابسوالہےکہ من ن بدہکا ہمیںانسرنہیں معلوم ۔</w:t>
      </w:r>
    </w:p>
    <w:p>
      <w:r>
        <w:rPr>
          <w:b/>
        </w:rPr>
        <w:t xml:space="preserve">[25:15] </w:t>
      </w:r>
      <w:r>
        <w:t>man nabda from where to begin? unhone kaha ke man nabda jo hai question from where to begin? isi ka hamein answer nahi maloom.</w:t>
      </w:r>
    </w:p>
    <w:p>
      <w:pPr>
        <w:jc w:val="right"/>
      </w:pPr>
      <w:r>
        <w:t>من نبدہ فرامویئرٹوبگن؟ انہوںنےکہاکہمن نبدہجو ہے کوئسچن فرامویئرٹوبگن؟اسیکاہمیںانسرنہیںمعلوم۔</w:t>
      </w:r>
    </w:p>
    <w:p>
      <w:r>
        <w:rPr>
          <w:b/>
        </w:rPr>
        <w:t xml:space="preserve">[25:26] </w:t>
      </w:r>
      <w:r>
        <w:t>kyunki hum blind way mein phanse hue hain.</w:t>
      </w:r>
    </w:p>
    <w:p>
      <w:pPr>
        <w:jc w:val="right"/>
      </w:pPr>
      <w:r>
        <w:t>کیونکہہمبلائنڈعلیمیںپھنسےہوئےہیں۔</w:t>
      </w:r>
    </w:p>
    <w:p>
      <w:r>
        <w:rPr>
          <w:b/>
        </w:rPr>
        <w:t xml:space="preserve">[25:29] </w:t>
      </w:r>
      <w:r>
        <w:t>theek hai yeh baat mujhe ek europe ke safar mein ek ek musalman ne kahi ke sab se bada masla yeh hai ke hamein line of action ka pata nahi hai.</w:t>
      </w:r>
    </w:p>
    <w:p>
      <w:pPr>
        <w:jc w:val="right"/>
      </w:pPr>
      <w:r>
        <w:t>ٹھیکیہیباتمجھے ایک یورپکےسفرمیں ایک ایک مسلماننےکہی کہ سبسےبڑامسئلہیہہےکہہمیں لائنآفایکشنکاپتہنہیںہے۔</w:t>
      </w:r>
    </w:p>
    <w:p>
      <w:r>
        <w:rPr>
          <w:b/>
        </w:rPr>
        <w:t xml:space="preserve">[25:42] </w:t>
      </w:r>
      <w:r>
        <w:t>yani wohi baat jo usne arab zaban mein kahi thi, usne english zaban mein kaha ke hamein line of action ka pata nahi hai. blind way mein pade hue hain hum ke kidhar jaayen.</w:t>
      </w:r>
    </w:p>
    <w:p>
      <w:pPr>
        <w:jc w:val="right"/>
      </w:pPr>
      <w:r>
        <w:t>یعنیوہیباتجواسنے عربیزبان میںکہیتھی،اسنےانگریزیزبان میںکہا کہہمیںلائنآف ایکشنکاپتہنہیں۔ بلائنڈایلمیںپڑےہوئےہیںہم کہ کدھرجائیں۔</w:t>
      </w:r>
    </w:p>
    <w:p>
      <w:r>
        <w:rPr>
          <w:b/>
        </w:rPr>
        <w:t xml:space="preserve">[25:53] </w:t>
      </w:r>
      <w:r>
        <w:t>yeh saare musalmanon ki sikhi hai. kyunki is zamane mein aap jaante hain ke bohat jihad hua, bohat sacrifice hui, bohat zyada janen gayi, bohat zyada paise barbaad hue, kitne kitne family tabah ho gayi. lekin positive result kuch nahi.</w:t>
      </w:r>
    </w:p>
    <w:p>
      <w:pPr>
        <w:jc w:val="right"/>
      </w:pPr>
      <w:r>
        <w:t>یہ سارے مسلمانوںکیسائیکیہے۔ کیونکہ اسزمان ےمیںآپجانتےہیںکہ بہت جہادہوا،بہت سیکریفائسہوئی، بہت زیادہ جانیں گئیں،بہتزیادہ پیسےبربادہوئے، کتنےکتنےفیملیتباہہوگئی۔لیکن پازیٹیورزلٹکچھبھینہیں۔</w:t>
      </w:r>
    </w:p>
    <w:p>
      <w:r>
        <w:rPr>
          <w:b/>
        </w:rPr>
        <w:t xml:space="preserve">[26:16] </w:t>
      </w:r>
      <w:r>
        <w:t>to muhammadan model ko apni aakhri had tak logon ne is zamane mein repeat kiya hai.</w:t>
      </w:r>
    </w:p>
    <w:p>
      <w:pPr>
        <w:jc w:val="right"/>
      </w:pPr>
      <w:r>
        <w:t>تو محمد یماڈلکو اپنی آخریحدتکلوگوںنےاسزمانےمیںریپیٹکیاہے۔</w:t>
      </w:r>
    </w:p>
    <w:p>
      <w:r>
        <w:rPr>
          <w:b/>
        </w:rPr>
        <w:t xml:space="preserve">[26:22] </w:t>
      </w:r>
      <w:r>
        <w:t>to woh muhammadan model jo wahan 2 3 years mein jahan aapko fateh ho gayi thi, al ajad rasool Allah wal fateh, 2 3 years mein is model ne aapko wahan par victory de di thi.</w:t>
      </w:r>
    </w:p>
    <w:p>
      <w:pPr>
        <w:jc w:val="right"/>
      </w:pPr>
      <w:r>
        <w:t>تووہ محمد یماڈل جو وہاں 2 3ایئرزمیںجہاںآپکوفتحہوگئیتھی، ال اجادرسولاللہ وال فتح، 2 3 ایئرزمیںاسماڈلنےآپکووہاںپر وکٹریدےدیتھی۔</w:t>
      </w:r>
    </w:p>
    <w:p>
      <w:r>
        <w:rPr>
          <w:b/>
        </w:rPr>
        <w:t xml:space="preserve">[26:35] </w:t>
      </w:r>
      <w:r>
        <w:t>yahan 200 years mein bhi is se bohat hazaron guna zyada aapne safa sacrifice kiya hai. wahan to aisa hua tha ke 200 se bhi kam aadmi mare the.</w:t>
      </w:r>
    </w:p>
    <w:p>
      <w:pPr>
        <w:jc w:val="right"/>
      </w:pPr>
      <w:r>
        <w:t>یہاں200ایئرزمیںبھی اسسے بہت ہزاروںہزارگنازیادہ آپنےصفا سیکریفائسکیاہے۔ وہاںتو ایسا ہوا تھاکہ200سے بھیکمآدمیمرےتھے۔</w:t>
      </w:r>
    </w:p>
    <w:p>
      <w:r>
        <w:rPr>
          <w:b/>
        </w:rPr>
        <w:t xml:space="preserve">[26:51] </w:t>
      </w:r>
      <w:r>
        <w:t>koi lag bhag koi dedh sau aadmi mare the. aur itni badi victory mil gayi. yahan to million nahi, billion aadmi mar gaye.</w:t>
      </w:r>
    </w:p>
    <w:p>
      <w:pPr>
        <w:jc w:val="right"/>
      </w:pPr>
      <w:r>
        <w:t>کوئی لگبھگکوئیڈیڑھسوآدمیمرےتھے۔ اور اتنیبڑیوکٹریہوملگئی۔ یہاں تو مل یننہیں،بل ینآدمیمرگئے۔</w:t>
      </w:r>
    </w:p>
    <w:p>
      <w:r>
        <w:rPr>
          <w:b/>
        </w:rPr>
        <w:t xml:space="preserve">[27:02] </w:t>
      </w:r>
      <w:r>
        <w:t>200 saal ke darmiyan. aur natija kuch nahi, result kuch nahi. jiska matlab ke muhammadan model ka irrelevant hona khud history se prove ho gaya is zamane mein.</w:t>
      </w:r>
    </w:p>
    <w:p>
      <w:pPr>
        <w:jc w:val="right"/>
      </w:pPr>
      <w:r>
        <w:t>200سالکےدرمیان۔ اور نتیجہکچھنہیں،رزلٹکچھنہیں۔ جسمعنیکہمحمد یماڈلکا اریلیونٹہونا خود ہسٹریسےپروفہوگیا اسزمانےمیں۔</w:t>
      </w:r>
    </w:p>
    <w:p>
      <w:r>
        <w:rPr>
          <w:b/>
        </w:rPr>
        <w:t xml:space="preserve">[27:15] </w:t>
      </w:r>
      <w:r>
        <w:t>to mein yeh kehta hoon ke rasool Allah sallallahu alaihi wasallam jo hai, woh woh final prophet the. final prophet. lekin final model nahi the woh.</w:t>
      </w:r>
    </w:p>
    <w:p>
      <w:pPr>
        <w:jc w:val="right"/>
      </w:pPr>
      <w:r>
        <w:t>تومیںیہکہتاہوںکہرسولاللہصلیاللہعلیہوسلمجوہے، وہ وہ فائنلپرافٹتھے۔ فائنلپرافٹ۔لیکن فائنلماڈلنہیںتھےوہ۔</w:t>
      </w:r>
    </w:p>
    <w:p>
      <w:r>
        <w:rPr>
          <w:b/>
        </w:rPr>
        <w:t xml:space="preserve">[27:24] </w:t>
      </w:r>
      <w:r>
        <w:t>iska samjhiye aap. kyun? final prophet to hota hai appointment se. Allah taala ne aapko appointment kar diya to aap final prophet ho gaye.</w:t>
      </w:r>
    </w:p>
    <w:p>
      <w:pPr>
        <w:jc w:val="right"/>
      </w:pPr>
      <w:r>
        <w:t>اسکوسمجھلیجئےآپ۔ کیوں ؟ فائنلپرافٹتوہوتاہے اپوائنٹمنٹسے۔ اللہ تعالیٰنےآپکواپوائنٹمنٹکردیاتوآپفائنلپرافٹہوگئے۔</w:t>
      </w:r>
    </w:p>
    <w:p>
      <w:r>
        <w:rPr>
          <w:b/>
        </w:rPr>
        <w:t xml:space="preserve">[27:34] </w:t>
      </w:r>
      <w:r>
        <w:t>lekin model ka taluq hota hai situations se. situation to insan determine karta hai. insaan ko khuda ne aazadi di hai, freedom diya hai, freedom.</w:t>
      </w:r>
    </w:p>
    <w:p>
      <w:pPr>
        <w:jc w:val="right"/>
      </w:pPr>
      <w:r>
        <w:t>لیکن ماڈلکاتعلقہوتاہےسچویشنسے۔ سچویشنتوانسان ڈیٹرمنکرتاہے۔ انسانکوخدانےآزادیدیہے، فریڈمدیاہے،فریڈم۔</w:t>
      </w:r>
    </w:p>
    <w:p>
      <w:r>
        <w:rPr>
          <w:b/>
        </w:rPr>
        <w:t xml:space="preserve">[27:45] </w:t>
      </w:r>
      <w:r>
        <w:t>to kuch bhi karega woh. wahan to direct khuda appoint karta hai. to ek aadmi prophet ban jaata hai. lekin yeh situation hai, yeh create karta hai insan.</w:t>
      </w:r>
    </w:p>
    <w:p>
      <w:pPr>
        <w:jc w:val="right"/>
      </w:pPr>
      <w:r>
        <w:t>توکچھبھیکرےگاوہ۔ وہاںتوڈائریکٹخدا اپوائنٹکرتاہے۔ توایکآدمیپرافٹبنجاتا ہے۔ لیکن یہجوسچویشنہے، یہتوکریٹکرتاہےانسان ۔</w:t>
      </w:r>
    </w:p>
    <w:p>
      <w:r>
        <w:rPr>
          <w:b/>
        </w:rPr>
        <w:t xml:space="preserve">[27:58] </w:t>
      </w:r>
      <w:r>
        <w:t>to insaan kuch bhi karega. isliye situation badalti rahegi.</w:t>
      </w:r>
    </w:p>
    <w:p>
      <w:pPr>
        <w:jc w:val="right"/>
      </w:pPr>
      <w:r>
        <w:t>توانسانکچھبھیکرےگا۔ اسلیےسچویشنبدلتیرہےگی۔</w:t>
      </w:r>
    </w:p>
    <w:p>
      <w:r>
        <w:rPr>
          <w:b/>
        </w:rPr>
        <w:t xml:space="preserve">[28:05] </w:t>
      </w:r>
      <w:r>
        <w:t>to model ka taluq hai kis se? situations se, halaat se, circumstances se. woh badalte rehte hain.</w:t>
      </w:r>
    </w:p>
    <w:p>
      <w:pPr>
        <w:jc w:val="right"/>
      </w:pPr>
      <w:r>
        <w:t>تو ماڈلکاتعلقہےکسسے؟ سچویشنسے ،حالاتسے، سرکمسٹنسزسے۔ وہ بدلتےرہتےہیں۔</w:t>
      </w:r>
    </w:p>
    <w:p>
      <w:r>
        <w:rPr>
          <w:b/>
        </w:rPr>
        <w:t xml:space="preserve">[28:15] </w:t>
      </w:r>
      <w:r>
        <w:t>isi liye farmaya ke likull jallana minkum min hajj. har prophet ka minhaj alag alag tha.</w:t>
      </w:r>
    </w:p>
    <w:p>
      <w:pPr>
        <w:jc w:val="right"/>
      </w:pPr>
      <w:r>
        <w:t>اسیلیےفرمایاکہ لکل جالنامنکممن ہاج۔ ہر پرافٹکامنہاجالگالگتھا۔</w:t>
      </w:r>
    </w:p>
    <w:p>
      <w:r>
        <w:rPr>
          <w:b/>
        </w:rPr>
        <w:t xml:space="preserve">[28:24] </w:t>
      </w:r>
      <w:r>
        <w:t>wa kull hudna wa dun hudna. yaani har prophet ko deen ek diya gaya. ideology ek di gayi. lekin minhaj kai kai.</w:t>
      </w:r>
    </w:p>
    <w:p>
      <w:pPr>
        <w:jc w:val="right"/>
      </w:pPr>
      <w:r>
        <w:t>و کل ہدناودون ہدنا۔یعنیہرپرافٹکو الدینایکدیاگیا۔ آئیڈیالوجیایکدیگئی۔لیکن منہاجکئیکئی۔</w:t>
      </w:r>
    </w:p>
    <w:p>
      <w:r>
        <w:rPr>
          <w:b/>
        </w:rPr>
        <w:t xml:space="preserve">[28:35] </w:t>
      </w:r>
      <w:r>
        <w:t>kyunki minhaj jo hai, woh banega is actual situation se. jo hai us waqt.</w:t>
      </w:r>
    </w:p>
    <w:p>
      <w:pPr>
        <w:jc w:val="right"/>
      </w:pPr>
      <w:r>
        <w:t>کیونکہمنہاججوہے، وہبنےگا اس ایکچولسچویشنسے۔ جوہے اس وقت ۔</w:t>
      </w:r>
    </w:p>
    <w:p>
      <w:r>
        <w:rPr>
          <w:b/>
        </w:rPr>
        <w:t xml:space="preserve">[28:44] </w:t>
      </w:r>
      <w:r>
        <w:t>to ab johay, aaj kya position hay kay jahan tak deen ki baat hay, jahan tak ideology ki baat hay, woh bilashuba aap ko laina hay Quran say, Rasool Allah (SAW) kay hadees say,</w:t>
      </w:r>
    </w:p>
    <w:p>
      <w:pPr>
        <w:jc w:val="right"/>
      </w:pPr>
      <w:r>
        <w:t>تو ابجوہے، آج کیا پوزیشنہے کہجہاںتک الدینکیباتہے، جہاںتکآئیڈیالوجیکیباتہے، وہ بلاشبہ آپکولیناہے قرآنسے، رسولاللہصلیاللہعلیہوسلمکے حدیثسے،</w:t>
      </w:r>
    </w:p>
    <w:p>
      <w:r>
        <w:rPr>
          <w:b/>
        </w:rPr>
        <w:t xml:space="preserve">[29:04] </w:t>
      </w:r>
      <w:r>
        <w:t>Rasool Allah (SAW) kay zindagi say . Ideology</w:t>
      </w:r>
    </w:p>
    <w:p>
      <w:pPr>
        <w:jc w:val="right"/>
      </w:pPr>
      <w:r>
        <w:t>رسولاللہصلیاللہعلیہوسلمکے زندگی سے ۔ آئیڈیالوجی</w:t>
      </w:r>
    </w:p>
    <w:p>
      <w:r>
        <w:rPr>
          <w:b/>
        </w:rPr>
        <w:t xml:space="preserve">[29:09] </w:t>
      </w:r>
      <w:r>
        <w:t>aap ki ideology hi qayamat tak mani jaye gi. wohi authentic ideology rahay gi. lekin ab jo situation hay, is situation mein aap ko soch dekhna paray ga phir say.</w:t>
      </w:r>
    </w:p>
    <w:p>
      <w:pPr>
        <w:jc w:val="right"/>
      </w:pPr>
      <w:r>
        <w:t>آپ کیآئیڈی الوجیہی قیامتتک مانیجائےگی۔ وہیاتھینٹکآئیڈیالوجی رہےگی۔ لیکن ابجوسچویشنہے،اسسچویشنمیںآپکوسوچدیکھناپڑےگاپھرسے۔</w:t>
      </w:r>
    </w:p>
    <w:p>
      <w:r>
        <w:rPr>
          <w:b/>
        </w:rPr>
        <w:t xml:space="preserve">[29:22] </w:t>
      </w:r>
      <w:r>
        <w:t>koi ijtihad karna paray ga. ijtihad ka matlab dekhen, koi nai cheez nikalna nahi hay.</w:t>
      </w:r>
    </w:p>
    <w:p>
      <w:pPr>
        <w:jc w:val="right"/>
      </w:pPr>
      <w:r>
        <w:t>کوئیاجتہادکرناپڑےگا۔ اجتہادکامطلبدیکھیں،کوئینئیچیزنکالنانہیںہے۔</w:t>
      </w:r>
    </w:p>
    <w:p>
      <w:r>
        <w:rPr>
          <w:b/>
        </w:rPr>
        <w:t xml:space="preserve">[29:30] </w:t>
      </w:r>
      <w:r>
        <w:t>iska ijtihad ka matlab nahi, koi nai cheez nikalein aap. ijtihad ka matlab hay re-application .</w:t>
      </w:r>
    </w:p>
    <w:p>
      <w:pPr>
        <w:jc w:val="right"/>
      </w:pPr>
      <w:r>
        <w:t>اسکااجتہادکامطلبنہیں،کوئینئیچیزنکالیںآپ۔ اجتہادکامطلب ہے ری ایپلیکیشن ۔</w:t>
      </w:r>
    </w:p>
    <w:p>
      <w:r>
        <w:rPr>
          <w:b/>
        </w:rPr>
        <w:t xml:space="preserve">[29:39] </w:t>
      </w:r>
      <w:r>
        <w:t>ijtihad ka matlab hay re-define karna, re-apply karna. yeh hay ijtihad ka matlab . Islam commission ko aap ko re-define karna hay.</w:t>
      </w:r>
    </w:p>
    <w:p>
      <w:pPr>
        <w:jc w:val="right"/>
      </w:pPr>
      <w:r>
        <w:t>اجتہادکامطلبہے ری ڈیفائنکرنا، ری اپلائیکرنا۔ یہہےاجتہادکامطلب ۔ اسلام کمشنکو آپکوریڈیفائنکرناہے۔</w:t>
      </w:r>
    </w:p>
    <w:p>
      <w:r>
        <w:rPr>
          <w:b/>
        </w:rPr>
        <w:t xml:space="preserve">[29:51] </w:t>
      </w:r>
      <w:r>
        <w:t>Islam commission ko aap ko re-apply karna hay. yeh hay ijtihad.</w:t>
      </w:r>
    </w:p>
    <w:p>
      <w:pPr>
        <w:jc w:val="right"/>
      </w:pPr>
      <w:r>
        <w:t>اسلام کمشنکو آپ کوریاپلائیکرناہے۔ یہہےاجتہاد۔</w:t>
      </w:r>
    </w:p>
    <w:p>
      <w:r>
        <w:rPr>
          <w:b/>
        </w:rPr>
        <w:t xml:space="preserve">[29:58] </w:t>
      </w:r>
      <w:r>
        <w:t>to jab hum is tarah sochtay hain to pata chalta hay kay ideology to bilashuba eternal hay. aaj bhi wohi rahay gi.</w:t>
      </w:r>
    </w:p>
    <w:p>
      <w:pPr>
        <w:jc w:val="right"/>
      </w:pPr>
      <w:r>
        <w:t>توجبہماسطرحسوچتےہیں تو پتہچلتاہے کہ آئیڈیالوجیتوبلاشبہایٹرنلہے۔ آجبھیوہیرہےگی۔</w:t>
      </w:r>
    </w:p>
    <w:p>
      <w:r>
        <w:rPr>
          <w:b/>
        </w:rPr>
        <w:t xml:space="preserve">[30:08] </w:t>
      </w:r>
      <w:r>
        <w:t>aaj bhi hum yeh kahein kay God is One. There is no God but One God. aaj bhi hum kahein kay yeh system hay worship ka, wohi hay jo pehle tha, wohi rahay ga.</w:t>
      </w:r>
    </w:p>
    <w:p>
      <w:pPr>
        <w:jc w:val="right"/>
      </w:pPr>
      <w:r>
        <w:t>آجبھیہمیہیکہیںکہ گاڈاز ون۔ دیرازنوگاڈ بٹونگاڈ۔ آجبھیہمکہیںکہ یہ سسٹمہے ور شپکا،وہیہےجوپہلے تھا،وہبھیرہےگا۔</w:t>
      </w:r>
    </w:p>
    <w:p>
      <w:r>
        <w:rPr>
          <w:b/>
        </w:rPr>
        <w:t xml:space="preserve">[30:22] </w:t>
      </w:r>
      <w:r>
        <w:t>ismein koi badlao nahi aye ga. moral values jo hain, woh bhi wohi rahein gi. ismein koi badlao nahi aye ga. yeh sab eternal aspect of religion hay.</w:t>
      </w:r>
    </w:p>
    <w:p>
      <w:pPr>
        <w:jc w:val="right"/>
      </w:pPr>
      <w:r>
        <w:t>اسمیںکوئیبدلاؤنہیںآئےگا۔ مورلویلیوزجوہیں،وہبھیوہیرہیںگی۔اسمیںکوئیبدلاؤنہیںآئےگا۔ یہ سبایٹرنلایسپیکٹآفریلیجنہے۔</w:t>
      </w:r>
    </w:p>
    <w:p>
      <w:r>
        <w:rPr>
          <w:b/>
        </w:rPr>
        <w:t xml:space="preserve">[30:34] </w:t>
      </w:r>
      <w:r>
        <w:t>lekin method kay baray mein dekhna paray ga. minhaj kay baray mein dekhna paray ga kay aaj jo hay,</w:t>
      </w:r>
    </w:p>
    <w:p>
      <w:pPr>
        <w:jc w:val="right"/>
      </w:pPr>
      <w:r>
        <w:t>لیکن میتھڈکےبارےمیں دیکھناپڑےگا۔ منہاجکےبارےمیںدیکھناپڑےگاکہآججوہے،</w:t>
      </w:r>
    </w:p>
    <w:p>
      <w:r>
        <w:rPr>
          <w:b/>
        </w:rPr>
        <w:t xml:space="preserve">[30:44] </w:t>
      </w:r>
      <w:r>
        <w:t>kya situation hay. to khud history hamari jo hay, do sau saal ki, wohi bata rahi hay kay hum nay Muhammadan model ko bohat hi baray pemanay par shayad duniya mein istemal kiya.</w:t>
      </w:r>
    </w:p>
    <w:p>
      <w:pPr>
        <w:jc w:val="right"/>
      </w:pPr>
      <w:r>
        <w:t>کیا سچویشنہے۔ تو خود ہسٹریہماریجوہے،دو سوسالکی، وہیبتارہیہے کہہمنے محمد یماڈلکو بہت ہی بڑے پیمانےپر شایددنیامیںاستعمال کیا۔</w:t>
      </w:r>
    </w:p>
    <w:p>
      <w:r>
        <w:rPr>
          <w:b/>
        </w:rPr>
        <w:t xml:space="preserve">[31:00] </w:t>
      </w:r>
      <w:r>
        <w:t>lekin sirf failure hamaray hissay mein aya.</w:t>
      </w:r>
    </w:p>
    <w:p>
      <w:pPr>
        <w:jc w:val="right"/>
      </w:pPr>
      <w:r>
        <w:t>لیکن صرف فیل یرہمارےحصےمیںآیا۔</w:t>
      </w:r>
    </w:p>
    <w:p>
      <w:r>
        <w:rPr>
          <w:b/>
        </w:rPr>
        <w:t xml:space="preserve">[31:07] </w:t>
      </w:r>
      <w:r>
        <w:t>yani ab aesa nahi kay yeh farq kar kay dekhna ho, koi experiment karna ho . woh to ho chuka. woh to ho chuka.</w:t>
      </w:r>
    </w:p>
    <w:p>
      <w:pPr>
        <w:jc w:val="right"/>
      </w:pPr>
      <w:r>
        <w:t>یعنیابایسانہیںکہیہفرق کرکےدیکھناہو ، کوئیایکسپیریمنٹکرناہو ۔ وہتوہوچکا۔ وہتوہوچکا۔</w:t>
      </w:r>
    </w:p>
    <w:p>
      <w:r>
        <w:rPr>
          <w:b/>
        </w:rPr>
        <w:t xml:space="preserve">[31:17] </w:t>
      </w:r>
      <w:r>
        <w:t>ab to sirf humein ijtihad karna hay kay jab yeh model applicable nahi raha to ab hum kya aur kya karein.</w:t>
      </w:r>
    </w:p>
    <w:p>
      <w:pPr>
        <w:jc w:val="right"/>
      </w:pPr>
      <w:r>
        <w:t>ابتوصرفہمیںاجتہادکرناہے کہجب یہ ماڈل ایپلیکیبلنہیںرہاتوابہمکیااورکیاکریں۔</w:t>
      </w:r>
    </w:p>
    <w:p>
      <w:r>
        <w:rPr>
          <w:b/>
        </w:rPr>
        <w:t xml:space="preserve">[31:30] </w:t>
      </w:r>
      <w:r>
        <w:t>to woh karein jiska ishara khud Quran o Hadees mein maujood hay. yani Christian model ko lein aur isko apply karein aaj kay halaat par .</w:t>
      </w:r>
    </w:p>
    <w:p>
      <w:pPr>
        <w:jc w:val="right"/>
      </w:pPr>
      <w:r>
        <w:t>تو وہیکریںجسکااشار ہخود قرآنوحدیثمیںموجود ہے۔ یعنی کرسچنماڈلکو لیں اور اسکواپلائیکریں آجکےحالاتپر ۔</w:t>
      </w:r>
    </w:p>
    <w:p>
      <w:r>
        <w:rPr>
          <w:b/>
        </w:rPr>
        <w:t xml:space="preserve">[31:42] </w:t>
      </w:r>
      <w:r>
        <w:t>yani Christian model jo hay, peaceful daawa struggle par</w:t>
      </w:r>
    </w:p>
    <w:p>
      <w:pPr>
        <w:jc w:val="right"/>
      </w:pPr>
      <w:r>
        <w:t>یعنی کرسچنماڈلجوہے، پیسفل دعویٰاسٹرگلپر</w:t>
      </w:r>
    </w:p>
    <w:p>
      <w:r>
        <w:rPr>
          <w:b/>
        </w:rPr>
        <w:t xml:space="preserve">[31:52] </w:t>
      </w:r>
      <w:r>
        <w:t>woh qaim hay. wahan par hijrat hui thi, jahad huwa tha, qatal huwa tha, larai hui thi. yeh</w:t>
      </w:r>
    </w:p>
    <w:p>
      <w:pPr>
        <w:jc w:val="right"/>
      </w:pPr>
      <w:r>
        <w:t>وہ قائمہے۔ وہاںپر ہجرتہوئی تھی، جہادہواتھا،قتالہواتھا،لڑائیہوئیتھی۔ یہ</w:t>
      </w:r>
    </w:p>
    <w:p>
      <w:r>
        <w:rPr>
          <w:b/>
        </w:rPr>
        <w:t xml:space="preserve">[32:00] </w:t>
      </w:r>
      <w:r>
        <w:t>wahan par woh model ab applicable nahi raha. to ab yeh model jab hum ijtihad karte hain to pata chalta hay kay kay Quran o Hadees kay ishare ko lay kar jab sochtay hain to pata chalta hay kay ab Christian model jo hay, applicable ho gaya hay.</w:t>
      </w:r>
    </w:p>
    <w:p>
      <w:pPr>
        <w:jc w:val="right"/>
      </w:pPr>
      <w:r>
        <w:t>اںپر وہ ماڈل اب ایپلیکیبلنہیںرہا۔ تو ابیہماڈل جب ہماجتہادکرتےہیں تو پتہچلتاہےکہ کہ قرآنوحدیثکےاشارےکولےکرکےجبسوچتےہیں تو پتہچلتاہےکہاب کرسچنماڈلجوہے، ایپلیکیبلہوگیاہے۔</w:t>
      </w:r>
    </w:p>
    <w:p>
      <w:r>
        <w:rPr>
          <w:b/>
        </w:rPr>
        <w:t xml:space="preserve">[32:20] </w:t>
      </w:r>
      <w:r>
        <w:t xml:space="preserve">jo kay base karta hay peaceful daawa struggle par . yani letter adjustment par. ab is principle par kay give to Caesar what is Caesar's. </w:t>
      </w:r>
    </w:p>
    <w:p>
      <w:pPr>
        <w:jc w:val="right"/>
      </w:pPr>
      <w:r>
        <w:t>جو کہ بیسکرتاہے پیسفل دعویٰاسٹرگلپر ۔ یعنیلیٹر ایڈجسٹمنٹپر۔ اباسپرنسپلپرکہ گیو ٹوسیزرواٹازڈیوٹوسیزر۔</w:t>
      </w:r>
    </w:p>
    <w:p>
      <w:r>
        <w:rPr>
          <w:b/>
        </w:rPr>
        <w:t xml:space="preserve">[32:35] </w:t>
      </w:r>
      <w:r>
        <w:t>give to God what is God's. khud Hadees mein bhi iska ishara maujood hay. is formula ka .</w:t>
      </w:r>
    </w:p>
    <w:p>
      <w:pPr>
        <w:jc w:val="right"/>
      </w:pPr>
      <w:r>
        <w:t>گیوٹوگاڈواٹازڈیوٹوگاڈ۔ خود حدیث میںبھیاسکااشارہموجود ہے۔ اسفارمولےکا ۔</w:t>
      </w:r>
    </w:p>
    <w:p>
      <w:r>
        <w:rPr>
          <w:b/>
        </w:rPr>
        <w:t xml:space="preserve">[32:44] </w:t>
      </w:r>
      <w:r>
        <w:t>Bukhari mein yeh riwayat hay kay</w:t>
      </w:r>
    </w:p>
    <w:p>
      <w:pPr>
        <w:jc w:val="right"/>
      </w:pPr>
      <w:r>
        <w:t>بخاریمیںیہروایتہےکہ</w:t>
      </w:r>
    </w:p>
    <w:p>
      <w:r>
        <w:rPr>
          <w:b/>
        </w:rPr>
        <w:t xml:space="preserve">[32:49] </w:t>
      </w:r>
      <w:r>
        <w:t>kay</w:t>
      </w:r>
    </w:p>
    <w:p>
      <w:pPr>
        <w:jc w:val="right"/>
      </w:pPr>
      <w:r>
        <w:t>کہ</w:t>
      </w:r>
    </w:p>
    <w:p>
      <w:r>
        <w:rPr>
          <w:b/>
        </w:rPr>
        <w:t xml:space="preserve">[32:52] </w:t>
      </w:r>
      <w:r>
        <w:t>addu laihim haqq hum waslallahu haqq kum.</w:t>
      </w:r>
    </w:p>
    <w:p>
      <w:pPr>
        <w:jc w:val="right"/>
      </w:pPr>
      <w:r>
        <w:t>اد والیہم حق ہم وصل واللہ حق کم۔</w:t>
      </w:r>
    </w:p>
    <w:p>
      <w:r>
        <w:rPr>
          <w:b/>
        </w:rPr>
        <w:t xml:space="preserve">[32:58] </w:t>
      </w:r>
      <w:r>
        <w:t>yani rulers ko inka right do. aur apna right Khuda say mango . yani apni apne right ko lay kar larhna . yeh Hadees mein paishgi bata diya gaya hay.</w:t>
      </w:r>
    </w:p>
    <w:p>
      <w:pPr>
        <w:jc w:val="right"/>
      </w:pPr>
      <w:r>
        <w:t>یعنی رولرزکو انکارائٹدو ۔ اوراپنارائٹ خداسےمانگو ۔ یعنیاپنی اپنےرائٹکولےکرلڑنا ۔یہ حدیثمیںپیشگیبتادیاگیاہے۔</w:t>
      </w:r>
    </w:p>
    <w:p>
      <w:r>
        <w:rPr>
          <w:b/>
        </w:rPr>
        <w:t xml:space="preserve">[33:13] </w:t>
      </w:r>
      <w:r>
        <w:t>iske siwa ek aur model hai.</w:t>
      </w:r>
    </w:p>
    <w:p>
      <w:pPr>
        <w:jc w:val="right"/>
      </w:pPr>
      <w:r>
        <w:t>اسکےسواایکاور ماڈلہے۔</w:t>
      </w:r>
    </w:p>
    <w:p>
      <w:r>
        <w:rPr>
          <w:b/>
        </w:rPr>
        <w:t xml:space="preserve">[33:18] </w:t>
      </w:r>
      <w:r>
        <w:t>yahan is hadith mein bhi yeh ishara maujood hai. yeh model woh hai, jo bais karta hai jihad o qital par aur hijrat par, iske siwa ek aur model hai.</w:t>
      </w:r>
    </w:p>
    <w:p>
      <w:pPr>
        <w:jc w:val="right"/>
      </w:pPr>
      <w:r>
        <w:t>یہاں اسحدیثمیںبھی یہ اشارہموجود ہے۔ یہ ماڈلجوہے، جو بیسکرتاہے جہادوقتالپر اورہجرتپر ،اسکےسواایکاورماڈلہے۔</w:t>
      </w:r>
    </w:p>
    <w:p>
      <w:r>
        <w:rPr>
          <w:b/>
        </w:rPr>
        <w:t xml:space="preserve">[33:29] </w:t>
      </w:r>
      <w:r>
        <w:t>ek aur alternate woh hai. woh kya hai? woh yeh hai. adu lahum haqq hum wasl wallah haqq kum. inko inka haqq do.</w:t>
      </w:r>
    </w:p>
    <w:p>
      <w:pPr>
        <w:jc w:val="right"/>
      </w:pPr>
      <w:r>
        <w:t>ایکاورالٹرنیٹوہے۔ وہکیاہے؟ وہیہے۔ ادوالیہمحق ہموصل واللہحق کم۔ انکو انکا حق دو ۔</w:t>
      </w:r>
    </w:p>
    <w:p>
      <w:r>
        <w:rPr>
          <w:b/>
        </w:rPr>
        <w:t xml:space="preserve">[33:41] </w:t>
      </w:r>
      <w:r>
        <w:t>apna haqq khuda se mango.</w:t>
      </w:r>
    </w:p>
    <w:p>
      <w:pPr>
        <w:jc w:val="right"/>
      </w:pPr>
      <w:r>
        <w:t>اپناحقخداسےمانگو ۔</w:t>
      </w:r>
    </w:p>
    <w:p>
      <w:r>
        <w:rPr>
          <w:b/>
        </w:rPr>
        <w:t xml:space="preserve">[33:46] </w:t>
      </w:r>
      <w:r>
        <w:t>yeh kitni badi yani lead hai jo khud hadith mein maujood hai. aur quran mein maujood hai.</w:t>
      </w:r>
    </w:p>
    <w:p>
      <w:pPr>
        <w:jc w:val="right"/>
      </w:pPr>
      <w:r>
        <w:t>یہکتنی بڑی یعنی لیڈہے جوخود حدیثمیںموجود ہے۔ اور قرآنمیںموجود ہے۔</w:t>
      </w:r>
    </w:p>
    <w:p>
      <w:r>
        <w:rPr>
          <w:b/>
        </w:rPr>
        <w:t xml:space="preserve">[33:57] </w:t>
      </w:r>
      <w:r>
        <w:t>toh temporary phase hai, tha yeh ladna girna wohan. woh ek temporary phase tha.</w:t>
      </w:r>
    </w:p>
    <w:p>
      <w:pPr>
        <w:jc w:val="right"/>
      </w:pPr>
      <w:r>
        <w:t>تو ٹیمپریری فیزہے، تھا یہ لڑناگرناوہاں۔ وہایکٹیمپریریفیزتھا۔</w:t>
      </w:r>
    </w:p>
    <w:p>
      <w:r>
        <w:rPr>
          <w:b/>
        </w:rPr>
        <w:t xml:space="preserve">[34:07] </w:t>
      </w:r>
      <w:r>
        <w:t>us waqt jo halaat the, us halaat mein rasoolullah ko is model ko ikhtiyar karna pada. hijrat aur jihad ka model.</w:t>
      </w:r>
    </w:p>
    <w:p>
      <w:pPr>
        <w:jc w:val="right"/>
      </w:pPr>
      <w:r>
        <w:t>اسوقت جوحالاتتھے، اسحالات میں رسولاللہکو اس ماڈلکواختیارکرناپڑا۔ ہجرتاورجہادکاماڈل۔</w:t>
      </w:r>
    </w:p>
    <w:p>
      <w:r>
        <w:rPr>
          <w:b/>
        </w:rPr>
        <w:t xml:space="preserve">[34:20] </w:t>
      </w:r>
      <w:r>
        <w:t>aap hamare jo scholars hain bade bade ki kitab padhein aap toh saare is tarike se pesh karte hain ke woh samajhte hain ke ek order hai muhammadi model ka ke dawat, hijrat aur jihad aur fateh.</w:t>
      </w:r>
    </w:p>
    <w:p>
      <w:pPr>
        <w:jc w:val="right"/>
      </w:pPr>
      <w:r>
        <w:t>آپ ہمارےجو اسکالرزسےبڑےبڑےکیکتاب یںپڑھیںآپ تو سارےاسطریقےسےپیشکرتے ہیں کہ وہسمجھتےہیںکہایکآرڈرہے محمد یماڈلکا کہدعوت ،ہجرتاور جہ اداور فتح۔</w:t>
      </w:r>
    </w:p>
    <w:p>
      <w:r>
        <w:rPr>
          <w:b/>
        </w:rPr>
        <w:t xml:space="preserve">[34:35] </w:t>
      </w:r>
      <w:r>
        <w:t>ise ko eternal samajhte hain woh. koi bhi kitab aap padh lijiyega ke dawat do, phir hijrat hogi, phir jihad hoga, phir qital hoga, phir fateh hogi.</w:t>
      </w:r>
    </w:p>
    <w:p>
      <w:pPr>
        <w:jc w:val="right"/>
      </w:pPr>
      <w:r>
        <w:t>اسیکو ایٹ رنلسمجھتےہیںوہ۔ کوئیبھیکتاب آپپڑھلیجئے کہدعوت دو، پھرہجرتہوگی، پھرجہادہوگا، پھرقتالہوگا، پھرفتحہوگی۔</w:t>
      </w:r>
    </w:p>
    <w:p>
      <w:r>
        <w:rPr>
          <w:b/>
        </w:rPr>
        <w:t xml:space="preserve">[34:49] </w:t>
      </w:r>
      <w:r>
        <w:t>yahan par history ko aur ideology ko confuse kar rahe hain.</w:t>
      </w:r>
    </w:p>
    <w:p>
      <w:pPr>
        <w:jc w:val="right"/>
      </w:pPr>
      <w:r>
        <w:t>یہاںپر ہسٹری کو اورآئیڈیالوجیکوکن فیوزکررہےہیں۔</w:t>
      </w:r>
    </w:p>
    <w:p>
      <w:r>
        <w:rPr>
          <w:b/>
        </w:rPr>
        <w:t xml:space="preserve">[34:56] </w:t>
      </w:r>
      <w:r>
        <w:t>dekhiye, dawah jo hai, woh ek eternal cheez hai. lekin iske baad jo jo cheezein hain, woh sab woh eternal nahin hain. woh yani hijrat aur jihad aur qital eternal nahin hain.</w:t>
      </w:r>
    </w:p>
    <w:p>
      <w:pPr>
        <w:jc w:val="right"/>
      </w:pPr>
      <w:r>
        <w:t>دیکھیے، دعویٰجوہے، وہ ایک ایٹرنلچیزہے۔ لیکن اسکےبعد جوجوچیزیںہیں،وہسب وہایٹرنلنہیںہیں۔وہ یعنیہجرتاور جہاداورقتالایٹرنلنہیںہے۔</w:t>
      </w:r>
    </w:p>
    <w:p>
      <w:r>
        <w:rPr>
          <w:b/>
        </w:rPr>
        <w:t xml:space="preserve">[35:11] </w:t>
      </w:r>
      <w:r>
        <w:t>wohan ke jo seven century mein arab mein jo halaat samne aaye, uski wajah se yeh sab cheezein islami mission ka part bani.</w:t>
      </w:r>
    </w:p>
    <w:p>
      <w:pPr>
        <w:jc w:val="right"/>
      </w:pPr>
      <w:r>
        <w:t>وہاں کےجو سیونسین چریمیں عربمیں جو حالات سامنےآئے، اسکیوجہ سے یہسبچیزیں اسلامی مشنکا پارٹبنگئیں۔</w:t>
      </w:r>
    </w:p>
    <w:p>
      <w:r>
        <w:rPr>
          <w:b/>
        </w:rPr>
        <w:t xml:space="preserve">[35:27] </w:t>
      </w:r>
      <w:r>
        <w:t>lekin</w:t>
      </w:r>
    </w:p>
    <w:p>
      <w:pPr>
        <w:jc w:val="right"/>
      </w:pPr>
      <w:r>
        <w:t>لیکن</w:t>
      </w:r>
    </w:p>
    <w:p>
      <w:r>
        <w:rPr>
          <w:b/>
        </w:rPr>
        <w:t xml:space="preserve">[35:28] </w:t>
      </w:r>
      <w:r>
        <w:t>woh thi relative part. real part us waqt bhi dekhiye, peaceful dawah strength tha. real part.</w:t>
      </w:r>
    </w:p>
    <w:p>
      <w:pPr>
        <w:jc w:val="right"/>
      </w:pPr>
      <w:r>
        <w:t>وہتھی ریلیٹیوپارٹ۔ ریئلپارٹاسوقت بھیدیکھیے، پیسفلدعویٰاسٹرگلتھا۔ ریئلپارٹ۔</w:t>
      </w:r>
    </w:p>
    <w:p>
      <w:r>
        <w:rPr>
          <w:b/>
        </w:rPr>
        <w:t xml:space="preserve">[35:38] </w:t>
      </w:r>
      <w:r>
        <w:t>aur yeh saari cheezein jo thi, uska relative part thi.</w:t>
      </w:r>
    </w:p>
    <w:p>
      <w:pPr>
        <w:jc w:val="right"/>
      </w:pPr>
      <w:r>
        <w:t>اوریہساریچیزیںجوتھیں،اسکا ریلیٹیوپارٹتھیں۔</w:t>
      </w:r>
    </w:p>
    <w:p>
      <w:r>
        <w:rPr>
          <w:b/>
        </w:rPr>
        <w:t xml:space="preserve">[35:44] </w:t>
      </w:r>
      <w:r>
        <w:t>ab baat bilkul clear ho gayi hai. yani history ke jo yeh changes hue hain, jo tabdiliyan hui hain, ab jahan history pahunchi hai, wahan pahunch kar ke ab sarr se woh possible nahin raha. woh woh model ab relevant nahin raha sarr se.</w:t>
      </w:r>
    </w:p>
    <w:p>
      <w:pPr>
        <w:jc w:val="right"/>
      </w:pPr>
      <w:r>
        <w:t>اب باتبالکل کلیئرہوگئیہے۔ یعنیہسٹریکےجو یہ چینجزہوئےہیں، جو تبدیلیاںہوئیہیں، اب جہاں ہسٹریپہنچیہے، وہاںپہنچکرکےاب سرےسےوہ پاسیبلہینہیںرہا۔وہ وہماڈلاب ریلیونٹہینہیںرہاسرےسے۔</w:t>
      </w:r>
    </w:p>
    <w:p>
      <w:r>
        <w:rPr>
          <w:b/>
        </w:rPr>
        <w:t xml:space="preserve">[36:03] </w:t>
      </w:r>
      <w:r>
        <w:t>kyunki modern modern nationalism ke zamane mein aap hijrat kar ke kahin ja nahin sakte hain aap. aur modern zamane mein jo weapons of mass destruction hain, aap koi aisa ladai nahin chhed sakte jismein aap koi positive result le saken.</w:t>
      </w:r>
    </w:p>
    <w:p>
      <w:pPr>
        <w:jc w:val="right"/>
      </w:pPr>
      <w:r>
        <w:t>کیونکہماڈرن ماڈرننیشنلزمکےزمانےمیںآپ ہجرتکرکےکہیںجانہیںسکتےہیںآپ ۔ اور ماڈرنزمانےمیںجو وی پنز آفماسٹڈسٹرکشنہیں، آپ کوئی ایسیلڑائینہیںچھڑسکتےجسمیںآپ کوئی پازیٹیو رزلٹلےسکیں۔</w:t>
      </w:r>
    </w:p>
    <w:p>
      <w:r>
        <w:rPr>
          <w:b/>
        </w:rPr>
        <w:t xml:space="preserve">[36:23] </w:t>
      </w:r>
      <w:r>
        <w:t>ab positive result lena namumkin nahin hai.</w:t>
      </w:r>
    </w:p>
    <w:p>
      <w:pPr>
        <w:jc w:val="right"/>
      </w:pPr>
      <w:r>
        <w:t>اب پازیٹیورزلٹلیناممکننہیںہے۔</w:t>
      </w:r>
    </w:p>
    <w:p>
      <w:r>
        <w:rPr>
          <w:b/>
        </w:rPr>
        <w:t xml:space="preserve">[36:27] </w:t>
      </w:r>
      <w:r>
        <w:t>toh jo baatein maine likhi hain, uska khulasa yeh nikalta hai ke rasoolullah bilashubah final prophet the.</w:t>
      </w:r>
    </w:p>
    <w:p>
      <w:pPr>
        <w:jc w:val="right"/>
      </w:pPr>
      <w:r>
        <w:t>تو جوباتیںمیںنےلکھیہیں،اسکاخلاصہیہ نکلتاہے کہ رسولاللہ بلاشبہ فائنلپرافٹتھے۔</w:t>
      </w:r>
    </w:p>
    <w:p>
      <w:r>
        <w:rPr>
          <w:b/>
        </w:rPr>
        <w:t xml:space="preserve">[36:38] </w:t>
      </w:r>
      <w:r>
        <w:t>lekin aap final model nahin the. aur yeh baat is samne aayi ke khud quran o hadith mein yeh maujood hai ishara ke ek zamana aayega jab ke tum ko muhammadi model ke bajaye christian model lena padega.</w:t>
      </w:r>
    </w:p>
    <w:p>
      <w:pPr>
        <w:jc w:val="right"/>
      </w:pPr>
      <w:r>
        <w:t>لیکن آپ فائنل ماڈل نہیں تھے۔ اور یہبات اس سامنےآئی کہخود قرآنوحدیث میںیہموجود ہےاشار ات کہایکزمانہآئےگا جب کہتم کو محمد یماڈلکےبجائے کرسچنماڈللیناپڑےگا۔</w:t>
      </w:r>
    </w:p>
    <w:p>
      <w:r>
        <w:rPr>
          <w:b/>
        </w:rPr>
        <w:t xml:space="preserve">[36:57] </w:t>
      </w:r>
      <w:r>
        <w:t>yeh khud ishara maujood hai jiska maine aapko kai reference diye. ab is zamane mein halaat itne zyada khul chuke hain.</w:t>
      </w:r>
    </w:p>
    <w:p>
      <w:pPr>
        <w:jc w:val="right"/>
      </w:pPr>
      <w:r>
        <w:t>یہخود اشار ہ موجود ہےجسکامیںنےآپکو کئیریفرنسدیے۔ اباس زمان ےمیں حالات اتنےزیادہ کھلچکےہیں۔</w:t>
      </w:r>
    </w:p>
    <w:p>
      <w:r>
        <w:rPr>
          <w:b/>
        </w:rPr>
        <w:t xml:space="preserve">[37:11] </w:t>
      </w:r>
      <w:r>
        <w:t>jo log cell mein rehte hon, kisi cell mein, wohi is se aware ho sakte hain. lekin jo duniya mein jaante hain, jo duniya ki development ka unko pata hai, woh achhi tarah samajh sakte hain ke yeh saari cheezein ab relevant nahin rahi.</w:t>
      </w:r>
    </w:p>
    <w:p>
      <w:pPr>
        <w:jc w:val="right"/>
      </w:pPr>
      <w:r>
        <w:t>جولوگ سیلمیںرہتےہوں،کسی سیلمیں، وہی اسسے انایورہوسکتےہیں۔ لیکن جودنیا میںجانتےہیں، جودنیا کیڈیولپمنٹکوانکوپتہہے، وہاچھیطرحسمجھسکتےہیںکہیہساریچیزیںابریلیونٹنہیںرہیں۔</w:t>
      </w:r>
    </w:p>
    <w:p>
      <w:r>
        <w:rPr>
          <w:b/>
        </w:rPr>
        <w:t xml:space="preserve">[37:27] </w:t>
      </w:r>
      <w:r>
        <w:t>yani khud situation bata rahi hai ke woh cheezein relevant nahin rahi. toh quran o hadith mein jo ishare diye gaye the, woh aaj</w:t>
      </w:r>
    </w:p>
    <w:p>
      <w:pPr>
        <w:jc w:val="right"/>
      </w:pPr>
      <w:r>
        <w:t>یعنیخود سچویشنبتارہیہےکہوہچیزیںریلیونٹنہیںرہیں۔ تو قرآنوحدیثمیںجواشارےدیےگئےتھے، وہ آج</w:t>
      </w:r>
    </w:p>
    <w:p>
      <w:r>
        <w:rPr>
          <w:b/>
        </w:rPr>
        <w:t xml:space="preserve">[37:39] </w:t>
      </w:r>
      <w:r>
        <w:t>jo baatein pesh aayi hain, ek taraf musalmanon ki koshishon ke yani sacrifice ke sab kuch kiya unhone, lekin phir pahunche kahan blind will mein.</w:t>
      </w:r>
    </w:p>
    <w:p>
      <w:pPr>
        <w:jc w:val="right"/>
      </w:pPr>
      <w:r>
        <w:t>جو باتیں پیشآئیںہیں، ایکطرف مسلمانوںکی کہکوششوںکے یعنی سیکریفائسکےسبکچھکیاانہوںنے،لیکن پھر پہنچےکہاں بلائنڈویلیمیں۔</w:t>
      </w:r>
    </w:p>
    <w:p>
      <w:r>
        <w:rPr>
          <w:b/>
        </w:rPr>
        <w:t xml:space="preserve">[37:49] </w:t>
      </w:r>
      <w:r>
        <w:t>aur poochh rahe hain ke</w:t>
      </w:r>
    </w:p>
    <w:p>
      <w:pPr>
        <w:jc w:val="right"/>
      </w:pPr>
      <w:r>
        <w:t>اورپوچھرہےہیںکہ</w:t>
      </w:r>
    </w:p>
    <w:p>
      <w:r>
        <w:rPr>
          <w:b/>
        </w:rPr>
        <w:t xml:space="preserve">[37:54] </w:t>
      </w:r>
      <w:r>
        <w:t>keh woh line of action kidhar hai?</w:t>
      </w:r>
    </w:p>
    <w:p>
      <w:pPr>
        <w:jc w:val="right"/>
      </w:pPr>
      <w:r>
        <w:t>کہوہ لائنآفایکشنکدھرہے؟</w:t>
      </w:r>
    </w:p>
    <w:p>
      <w:r>
        <w:rPr>
          <w:b/>
        </w:rPr>
        <w:t xml:space="preserve">[37:57] </w:t>
      </w:r>
      <w:r>
        <w:t>ab mere nabah ka sawal kya hai? aap ghore kijiye keh yeh sawal hai kyun? sawal is liye hai keh hum ne ek aise model par sari sacrifice kar di jo sary se is zamane mein applicable hi nahi tha.</w:t>
      </w:r>
    </w:p>
    <w:p>
      <w:pPr>
        <w:jc w:val="right"/>
      </w:pPr>
      <w:r>
        <w:t>ابمیرےنبدہ کاسوالکیاہے؟ آپغورکیجئےکہیہ سوال ہیکیوں ؟ س والاسلیےہےکہہمنے ایکایسےماڈلپر ساری سیکریفائسکرڈالی جو سرےسے اسزمانےمیں ایپلیکیبلہی نہیںتھا۔</w:t>
      </w:r>
    </w:p>
    <w:p>
      <w:r>
        <w:rPr>
          <w:b/>
        </w:rPr>
        <w:t xml:space="preserve">[38:14] </w:t>
      </w:r>
      <w:r>
        <w:t>ab sawal hai humein re-assess karne ka. ab ab jo time hai, woh re-assessment ka time hai. is ko phir se repeat karne ka time nahi hai.</w:t>
      </w:r>
    </w:p>
    <w:p>
      <w:pPr>
        <w:jc w:val="right"/>
      </w:pPr>
      <w:r>
        <w:t>ابسوالہے ہمیںریایسسکرنےکا ۔ اب ابجوٹائمہے،وہریایسسمنٹکاٹائمہے۔ اسیکوپھرسےریپیٹکرنےکاٹائمنہیںہے۔</w:t>
      </w:r>
    </w:p>
    <w:p>
      <w:r>
        <w:rPr>
          <w:b/>
        </w:rPr>
        <w:t xml:space="preserve">[38:27] </w:t>
      </w:r>
      <w:r>
        <w:t>to yeh hai aaj ki baat keh humein yeh man na hoga keh jo hadith mein jo pesh ngoi ki gayi hai, to Masih ke return ki to Masih as a person unka nahi aayenge dobara history mein, balkeh Masih ka model dobara history mein aa jayega.</w:t>
      </w:r>
    </w:p>
    <w:p>
      <w:pPr>
        <w:jc w:val="right"/>
      </w:pPr>
      <w:r>
        <w:t>تو یہہے آجکیبات کہہمیں یہ مان ناہوگا کہجو حدیث میںجوپیش نگوئیکیگئیہے، تو مسیح کےریٹرنکی تو مسیحایزاےپرسن انکا نہیںآئیںگےدوبارہ ہسٹریمیں، بلکہ مسیحکاماڈلدوبارہہسٹریمیںآجائےگا۔</w:t>
      </w:r>
    </w:p>
    <w:p>
      <w:r>
        <w:rPr>
          <w:b/>
        </w:rPr>
        <w:t xml:space="preserve">[38:50] </w:t>
      </w:r>
      <w:r>
        <w:t>ab woh aa chuka hai. ab zaroorat hai keh hum is ko samjhein aur is ko avail</w:t>
      </w:r>
    </w:p>
    <w:p>
      <w:pPr>
        <w:jc w:val="right"/>
      </w:pPr>
      <w:r>
        <w:t>ابوہآچکاہے۔ اب ضرورتہےکہہماسکو سمجھیں اوراسکو اویل</w:t>
      </w:r>
    </w:p>
    <w:p>
      <w:r>
        <w:rPr>
          <w:b/>
        </w:rPr>
        <w:t xml:space="preserve">[38:56] </w:t>
      </w:r>
      <w:r>
        <w:t>karein. meri talk ka jo doosra part, meri talk ka jo doosra part hai, is ki prediction ke roop mein khud hadith mein woh bataya ja chuka hai.</w:t>
      </w:r>
    </w:p>
    <w:p>
      <w:pPr>
        <w:jc w:val="right"/>
      </w:pPr>
      <w:r>
        <w:t>کریں۔ میری ٹاککا جو دوسراپار ٹ ،میریٹاککاجودوسراپارٹہے، اس کی پریڈکشنکےروپمیں خود حدیث میںوہ بتایاجاچکاہے۔</w:t>
      </w:r>
    </w:p>
    <w:p>
      <w:r>
        <w:rPr>
          <w:b/>
        </w:rPr>
        <w:t xml:space="preserve">[39:12] </w:t>
      </w:r>
      <w:r>
        <w:t>sahih Muslim mein ek zamana aayega jab keh tum na to lado ge aur na talwar se logon ki gardanein maro ge.</w:t>
      </w:r>
    </w:p>
    <w:p>
      <w:pPr>
        <w:jc w:val="right"/>
      </w:pPr>
      <w:r>
        <w:t>صحیحمسلم میںایکروایتہے کہ ایک زمان ہآئےگا جب کہ تم نہتولڑوگے اور نہ تلوار سےلوگوںکیگرد نیںماروگے۔</w:t>
      </w:r>
    </w:p>
    <w:p>
      <w:r>
        <w:rPr>
          <w:b/>
        </w:rPr>
        <w:t xml:space="preserve">[39:27] </w:t>
      </w:r>
      <w:r>
        <w:t>sirf kaho ge La ilaha illallah aur tum ko fateh mil jayegi. qale ki deewarein gir jayengi aur tum ko fateh mil jayegi.</w:t>
      </w:r>
    </w:p>
    <w:p>
      <w:pPr>
        <w:jc w:val="right"/>
      </w:pPr>
      <w:r>
        <w:t>صرف کہوگے لا الہ الا اللہ اور تمکو فتحملجائےگی۔ قلعےکیدیواریںگرجائیںگی اور تم کوفتحملجائےگی۔</w:t>
      </w:r>
    </w:p>
    <w:p>
      <w:r>
        <w:rPr>
          <w:b/>
        </w:rPr>
        <w:t xml:space="preserve">[39:38] </w:t>
      </w:r>
      <w:r>
        <w:t>sirf La ilaha illallah kehne se</w:t>
      </w:r>
    </w:p>
    <w:p>
      <w:pPr>
        <w:jc w:val="right"/>
      </w:pPr>
      <w:r>
        <w:t>صرف لا الہالا اللہکہنےسے</w:t>
      </w:r>
    </w:p>
    <w:p>
      <w:r>
        <w:rPr>
          <w:b/>
        </w:rPr>
        <w:t xml:space="preserve">[39:41] </w:t>
      </w:r>
      <w:r>
        <w:t>yeh hadith maujood hai sahih Muslim mein. aap is ko parh sakte hain. ab sochiye keh is ka matlab kya hai?</w:t>
      </w:r>
    </w:p>
    <w:p>
      <w:pPr>
        <w:jc w:val="right"/>
      </w:pPr>
      <w:r>
        <w:t>یہحدیث موجود ہے صحیحمسلممیں ۔ آپاسکوپڑھسکتےہیں۔ ابسوچیےکہاسکامطلبکیا ہے؟</w:t>
      </w:r>
    </w:p>
    <w:p>
      <w:r>
        <w:rPr>
          <w:b/>
        </w:rPr>
        <w:t xml:space="preserve">[39:52] </w:t>
      </w:r>
      <w:r>
        <w:t>yani har cheez ko samajhne ke liye common sense lagana padta hai. common sense koi bhi baat ho, baghair common sense ko lagaye hue aap is ko samajh nahi paate.</w:t>
      </w:r>
    </w:p>
    <w:p>
      <w:pPr>
        <w:jc w:val="right"/>
      </w:pPr>
      <w:r>
        <w:t>یعنی ہرچیزکو سمجھنےکےلیے کام نسینس لگاناپڑتاہے۔ کامنسینس کوئیبھیباتہو ، بغیرکامنسینسکو لگائےہوئے آپ اسکو سمجھنہیںپاتے۔</w:t>
      </w:r>
    </w:p>
    <w:p>
      <w:r>
        <w:rPr>
          <w:b/>
        </w:rPr>
        <w:t xml:space="preserve">[40:07] </w:t>
      </w:r>
      <w:r>
        <w:t>dekhein, yahan par La ilaha illallah kehne ka matlab kya hai? is ka matlab hai keh Islam ki jo ideology hai, woh khud itni powerful ho jayegi keh ideology hi ke kafi ho jayegi duniya mein apne target ko achieve karne ke liye.</w:t>
      </w:r>
    </w:p>
    <w:p>
      <w:pPr>
        <w:jc w:val="right"/>
      </w:pPr>
      <w:r>
        <w:t>دیکھیں،یہاںپر لا الہالا اللہ کہنےکامطلبکیاہے ؟ اسکامطلبہےکہاسلام کیجوآئیڈیالوجیہے، وہ خود اتنیپاورفلہوجائےگی کہ آئیڈیالوجیہی کے کافیہوجائےگی دنیا میں اپنے ٹارگٹکواچیوکرنےکےلیے۔</w:t>
      </w:r>
    </w:p>
    <w:p>
      <w:r>
        <w:rPr>
          <w:b/>
        </w:rPr>
        <w:t xml:space="preserve">[40:29] </w:t>
      </w:r>
      <w:r>
        <w:t>na ladai karni hogi, na jang karni hogi, na kisi gardan kaatna hoga.</w:t>
      </w:r>
    </w:p>
    <w:p>
      <w:pPr>
        <w:jc w:val="right"/>
      </w:pPr>
      <w:r>
        <w:t>نہلڑائیکرناہوگا،نہجنگ کرناہوگا، نہ کسیگرد نکاٹناہوگا۔</w:t>
      </w:r>
    </w:p>
    <w:p>
      <w:r>
        <w:rPr>
          <w:b/>
        </w:rPr>
        <w:t xml:space="preserve">[40:36] </w:t>
      </w:r>
      <w:r>
        <w:t>aur large power jo hai Islam ka, woh hi kafi ho jayega aap ko keh aap apne maqsad ko achieve kar saken. yeh kitni badi baat hai jo khud sahih Muslim mein maujood hai.</w:t>
      </w:r>
    </w:p>
    <w:p>
      <w:pPr>
        <w:jc w:val="right"/>
      </w:pPr>
      <w:r>
        <w:t>اورلارجکرپاورجوہےاسلام کا،وہیکافیہوجائےگاآپکو کہآپ اپنے مقصدکواچیوکرسکیں۔ یہ کتنیبڑیباتہے جو خود صحیحمسلممیںموجود ہے۔</w:t>
      </w:r>
    </w:p>
    <w:p>
      <w:r>
        <w:rPr>
          <w:b/>
        </w:rPr>
        <w:t xml:space="preserve">[40:48] </w:t>
      </w:r>
      <w:r>
        <w:t>aaj bhi koi parh sakta hai is ko.</w:t>
      </w:r>
    </w:p>
    <w:p>
      <w:pPr>
        <w:jc w:val="right"/>
      </w:pPr>
      <w:r>
        <w:t>آجبھی کوئیپڑھسکتاہےاسکو ۔</w:t>
      </w:r>
    </w:p>
    <w:p>
      <w:r>
        <w:rPr>
          <w:b/>
        </w:rPr>
        <w:t xml:space="preserve">[40:53] </w:t>
      </w:r>
      <w:r>
        <w:t>aur Quran mein bhi yeh ishara maujood hai jo ayat maine parhi, is ka matlab to yeh hua: "allazina amanu alaih zahirun".</w:t>
      </w:r>
    </w:p>
    <w:p>
      <w:pPr>
        <w:jc w:val="right"/>
      </w:pPr>
      <w:r>
        <w:t>اور قرآنمیںبھییہیاشارہموجود ہےجوآیتمیںنےپڑھی،اسکامطلبتویہہوا: " الذین آمنواعلیہ ظ اہرین"۔</w:t>
      </w:r>
    </w:p>
    <w:p>
      <w:r>
        <w:rPr>
          <w:b/>
        </w:rPr>
        <w:t xml:space="preserve">[41:02] </w:t>
      </w:r>
      <w:r>
        <w:t>is ayat ko phir se aap ghore kijiye.</w:t>
      </w:r>
    </w:p>
    <w:p>
      <w:pPr>
        <w:jc w:val="right"/>
      </w:pPr>
      <w:r>
        <w:t>اسآیتکوپھرسےآپغورکیجئے۔</w:t>
      </w:r>
    </w:p>
    <w:p>
      <w:r>
        <w:rPr>
          <w:b/>
        </w:rPr>
        <w:t xml:space="preserve">[41:06] </w:t>
      </w:r>
      <w:r>
        <w:t>surah Saff ki ayat jo maine, yani chapter number 61 ki jo ayat maine parhi keh kaha gaya hai keh: "ae imaan walo!"</w:t>
      </w:r>
    </w:p>
    <w:p>
      <w:pPr>
        <w:jc w:val="right"/>
      </w:pPr>
      <w:r>
        <w:t>سورہصفکیآیتجومیںنے ،یعنی چیپٹرنمبر6 1 کیجوآیتمیںنےپڑھی کہ کہاگیا ہےکہ:"اے ایمانوالو!</w:t>
      </w:r>
    </w:p>
    <w:p>
      <w:r>
        <w:rPr>
          <w:b/>
        </w:rPr>
        <w:t xml:space="preserve">[41:20] </w:t>
      </w:r>
      <w:r>
        <w:t>Masih ki tarah Masih ne jo kaha tha apne disciples se, "is pattern ko tum ikhtiyar karo".</w:t>
      </w:r>
    </w:p>
    <w:p>
      <w:pPr>
        <w:jc w:val="right"/>
      </w:pPr>
      <w:r>
        <w:t>مسیحکیطرح مسیحنےجوکہاتھا اپنے ڈسائپلزسے، اس پیٹرنکوتم اختیارکرو"۔</w:t>
      </w:r>
    </w:p>
    <w:p>
      <w:r>
        <w:rPr>
          <w:b/>
        </w:rPr>
        <w:t xml:space="preserve">[41:28] </w:t>
      </w:r>
      <w:r>
        <w:t>to is mein farmaya gaya hai keh: "allazina amanu alaih zahirun". yani Khuda ne madad ki to woh jo Masih ke jo followers the, woh ghalib ho gaye, woh kamyab ho gaye.</w:t>
      </w:r>
    </w:p>
    <w:p>
      <w:pPr>
        <w:jc w:val="right"/>
      </w:pPr>
      <w:r>
        <w:t>تواسمیںفرمایاگیاکہ: " الذینآمنواعلی ہ ظاہرین"۔یعنیخدانے مد دکی تو وہ جو مسیحکےجو فالوورزتھے، وہ غالبہوگئے، وہکامیابہوگئے۔</w:t>
      </w:r>
    </w:p>
    <w:p>
      <w:r>
        <w:rPr>
          <w:b/>
        </w:rPr>
        <w:t xml:space="preserve">[41:42] </w:t>
      </w:r>
      <w:r>
        <w:t>is ka matlab kya hua hai? is ka matlab yeh hai keh history mein woh daur phir lotega jab keh sirf peaceful struggle hi kafi ho jayegi kamyabi ke liye.</w:t>
      </w:r>
    </w:p>
    <w:p>
      <w:pPr>
        <w:jc w:val="right"/>
      </w:pPr>
      <w:r>
        <w:t>اسکامعنیکیاہواہے؟ اسکامعنییہہےکہہسٹریمیںوہدور پھر لوٹےگا جب کہ صرف پیسفل اسٹرگلہی کافیہوجائےگی کامیابیکےلیے۔</w:t>
      </w:r>
    </w:p>
    <w:p>
      <w:r>
        <w:rPr>
          <w:b/>
        </w:rPr>
        <w:t xml:space="preserve">[41:57] </w:t>
      </w:r>
      <w:r>
        <w:t>aap force istemal nahi karoge, aap ladai nahi karoge, aur phir aap ko sara jo aap ka jo target hai, woh achieve kar loge. aap sirf peace ke zariye.</w:t>
      </w:r>
    </w:p>
    <w:p>
      <w:pPr>
        <w:jc w:val="right"/>
      </w:pPr>
      <w:r>
        <w:t>آپ فورساستعمالنہیںکریںگے، آپلڑائینہیںکریںگے، اور پھرآپ کو ساراجوآپکا جوٹارگٹہے، وہ اچیوکرلیںگے۔آپ صرف پیسکےذریعے۔</w:t>
      </w:r>
    </w:p>
    <w:p>
      <w:r>
        <w:rPr>
          <w:b/>
        </w:rPr>
        <w:t xml:space="preserve">[42:12] </w:t>
      </w:r>
      <w:r>
        <w:t>dekhein, yahan par mein ek baat aur add karna chahunga keh kuch logon ko ghair zaroori taur par tabah hona hota hai. woh</w:t>
      </w:r>
    </w:p>
    <w:p>
      <w:pPr>
        <w:jc w:val="right"/>
      </w:pPr>
      <w:r>
        <w:t>دیکھیں،یہاںپرمیںایکبات اور ایڈکرناچاہوںگا کہ کچھلوگوںکوغیرضروریطورپر تباہہوشہوتاہے۔وہ</w:t>
      </w:r>
    </w:p>
    <w:p>
      <w:r>
        <w:rPr>
          <w:b/>
        </w:rPr>
        <w:t xml:space="preserve">[42:19] </w:t>
      </w:r>
      <w:r>
        <w:t>koi allergy, allergic khate hain kisi cheez se kyun keh woh un ka jo mindset hota hai, woh is mein thoda sa woh familiar nahi hote is se.</w:t>
      </w:r>
    </w:p>
    <w:p>
      <w:pPr>
        <w:jc w:val="right"/>
      </w:pPr>
      <w:r>
        <w:t>کوئیالرجی،الرجیکھواتےہیںکسیچیزسے کیونکہ وہ انکاجو مائنڈسیٹہوتاہے، وہ اسمیںتھوڑاساوہ وہ فیملیئرنہیںہوتےاسسے ۔</w:t>
      </w:r>
    </w:p>
    <w:p>
      <w:r>
        <w:rPr>
          <w:b/>
        </w:rPr>
        <w:t xml:space="preserve">[42:31] </w:t>
      </w:r>
      <w:r>
        <w:t>dekhein, jo maine kaha keh yeh mamla ijtihad ka mamla hai to bade bade ijtihad already hamare yahan ho chuke hain. to woh ya ijtihad ki mein dawat deta hoon aap ko.</w:t>
      </w:r>
    </w:p>
    <w:p>
      <w:pPr>
        <w:jc w:val="right"/>
      </w:pPr>
      <w:r>
        <w:t>دیکھیں،جومیںنےکہاکہیہمعاملہاجتہادکامعاملہہے تو بڑےبڑےاجتہاد ال ریڈیہمارےہاںہوچکےہیں۔ تو وہیاجتہادکیمیںبھیدعوتدیتاہوںآپکو۔</w:t>
      </w:r>
    </w:p>
    <w:p>
      <w:r>
        <w:rPr>
          <w:b/>
        </w:rPr>
        <w:t xml:space="preserve">[42:44] </w:t>
      </w:r>
      <w:r>
        <w:t>jaisekeh aap dekhiye, quran mein surah anfaal mein hai keh: "min allahi</w:t>
      </w:r>
    </w:p>
    <w:p>
      <w:pPr>
        <w:jc w:val="right"/>
      </w:pPr>
      <w:r>
        <w:t>جیسےکہآپدیکھیے، قرآنمیں سورہانفالمیںہے کہ: "من اللہ</w:t>
      </w:r>
    </w:p>
    <w:p>
      <w:r>
        <w:rPr>
          <w:b/>
        </w:rPr>
        <w:t xml:space="preserve">[42:58] </w:t>
      </w:r>
      <w:r>
        <w:t>" . ismein kaha gaya hai keh: "prepare against you and</w:t>
      </w:r>
    </w:p>
    <w:p>
      <w:pPr>
        <w:jc w:val="right"/>
      </w:pPr>
      <w:r>
        <w:t>" ۔ اسمیںکہاگیاہےکہ: "پریپیئر اگینسٹیوراین می</w:t>
      </w:r>
    </w:p>
    <w:p>
      <w:r>
        <w:rPr>
          <w:b/>
        </w:rPr>
        <w:t xml:space="preserve">[43:09] </w:t>
      </w:r>
      <w:r>
        <w:t>force and</w:t>
      </w:r>
    </w:p>
    <w:p>
      <w:pPr>
        <w:jc w:val="right"/>
      </w:pPr>
      <w:r>
        <w:t>فورس اینڈ</w:t>
      </w:r>
    </w:p>
    <w:p>
      <w:r>
        <w:rPr>
          <w:b/>
        </w:rPr>
        <w:t xml:space="preserve">[43:14] </w:t>
      </w:r>
      <w:r>
        <w:t>an horses".</w:t>
      </w:r>
    </w:p>
    <w:p>
      <w:pPr>
        <w:jc w:val="right"/>
      </w:pPr>
      <w:r>
        <w:t>این ہارسز"۔</w:t>
      </w:r>
    </w:p>
    <w:p>
      <w:r>
        <w:rPr>
          <w:b/>
        </w:rPr>
        <w:t xml:space="preserve">[43:20] </w:t>
      </w:r>
      <w:r>
        <w:t>dushman se muqable ke liye yahan horse se murad hai cavalry, yani janghi ghoore. dushman se muqable ke liye tum janghi ghoore tayyar karo.</w:t>
      </w:r>
    </w:p>
    <w:p>
      <w:pPr>
        <w:jc w:val="right"/>
      </w:pPr>
      <w:r>
        <w:t>دشمنسےمقابلےکےلیے یہاںہارسسےمرادہےکیولری، یعنیجنگیگھوڑے۔ دشمنسےمقابلےکےلیےتم جنگ یگھوڑے تیار کرو۔</w:t>
      </w:r>
    </w:p>
    <w:p>
      <w:r>
        <w:rPr>
          <w:b/>
        </w:rPr>
        <w:t xml:space="preserve">[43:33] </w:t>
      </w:r>
      <w:r>
        <w:t>aap ghaur kijiye iske upar .</w:t>
      </w:r>
    </w:p>
    <w:p>
      <w:pPr>
        <w:jc w:val="right"/>
      </w:pPr>
      <w:r>
        <w:t>آپغورکیجئےاسکےاوپر ۔</w:t>
      </w:r>
    </w:p>
    <w:p>
      <w:r>
        <w:rPr>
          <w:b/>
        </w:rPr>
        <w:t xml:space="preserve">[43:39] </w:t>
      </w:r>
      <w:r>
        <w:t>kya aaj koi muslim state aisi kar rahi hai? aur quwwat ke mani hadees mein bataya gaya hai. quwwat se murad hai woh woh rami.</w:t>
      </w:r>
    </w:p>
    <w:p>
      <w:pPr>
        <w:jc w:val="right"/>
      </w:pPr>
      <w:r>
        <w:t>کیا آج کوئی مسلم اسٹیٹ ایساکررہیہے؟ اورقوۃکےمعنیحدیثبتایاگیاہے۔قوۃسےمرادہے وہ وہ رمی۔</w:t>
      </w:r>
    </w:p>
    <w:p>
      <w:r>
        <w:rPr>
          <w:b/>
        </w:rPr>
        <w:t xml:space="preserve">[43:52] </w:t>
      </w:r>
      <w:r>
        <w:t>"al quwwatu ar ramy" . rasool allah ne farmaya: "al quwwat ar ramy" yani teer marna, teer marna, aur ghoore yani larai wale ghoore tayyar rakhna.</w:t>
      </w:r>
    </w:p>
    <w:p>
      <w:pPr>
        <w:jc w:val="right"/>
      </w:pPr>
      <w:r>
        <w:t>"الق وۃالر می" ۔رسولاللہنےفرمایا: "ال قوۃ الرمی"یعنیتیرمار نا، تیرمار نا،اور گھوڑے یعنی لڑائیوالےگھوڑےتیاررکھنا۔</w:t>
      </w:r>
    </w:p>
    <w:p>
      <w:r>
        <w:rPr>
          <w:b/>
        </w:rPr>
        <w:t xml:space="preserve">[44:07] </w:t>
      </w:r>
      <w:r>
        <w:t>yeh saaf saaf surah anfaal mein maujood hai keh aaj duniya mein 57 muslim countries hain. kisi bhi country mein is tarah nahi kar rahe hain amal .</w:t>
      </w:r>
    </w:p>
    <w:p>
      <w:pPr>
        <w:jc w:val="right"/>
      </w:pPr>
      <w:r>
        <w:t>یہ صافصافسورہانفالمیںموجود ہے کہآج دنیا میں 5 7 مسلمکنٹریزہیں۔ کسی بھی کنٹریمیں اساسطرح نہیں کررہےہیں عمل ۔</w:t>
      </w:r>
    </w:p>
    <w:p>
      <w:r>
        <w:rPr>
          <w:b/>
        </w:rPr>
        <w:t xml:space="preserve">[44:18] </w:t>
      </w:r>
      <w:r>
        <w:t>kisi country mein aisa nahi hai keh wahan apne defence ka jo department hai, unka defence ke department mein teer kaman wahan sikhate hon ya ghoore paalte hon wahan larne ke liye.</w:t>
      </w:r>
    </w:p>
    <w:p>
      <w:pPr>
        <w:jc w:val="right"/>
      </w:pPr>
      <w:r>
        <w:t>کسی کن ٹریمیںایسانہیںکہوہاں اپنے ڈیفنسکاجوڈیپارٹمنٹہے،انکا ڈیفنسکےڈیپارٹمنٹمیں تیرکمانوہاں سکھاتےہوں یا گھوڑےپالتےہوںوہاں لڑنےکےلیے۔</w:t>
      </w:r>
    </w:p>
    <w:p>
      <w:r>
        <w:rPr>
          <w:b/>
        </w:rPr>
        <w:t xml:space="preserve">[44:30] </w:t>
      </w:r>
      <w:r>
        <w:t>aisa to kahin nahi hota. kyun? turkey mein yeh sawal utha. turkey mein sabse pehle kyunke naya jo naye hathiyar wohi, aap jante hain, europe mein bane the sabse pehle.</w:t>
      </w:r>
    </w:p>
    <w:p>
      <w:pPr>
        <w:jc w:val="right"/>
      </w:pPr>
      <w:r>
        <w:t>ایساتوکہیںنہیںہوتا۔ کیوں ؟ ترکیمیںیہسوالاٹھا۔ ترکیمیں سبسےپہلے کیونکہنیاجو نئےہتھیارجوہیں، آپجانتےہیں،یورپمیںبنےتھےسبسےپہلے۔</w:t>
      </w:r>
    </w:p>
    <w:p>
      <w:r>
        <w:rPr>
          <w:b/>
        </w:rPr>
        <w:t xml:space="preserve">[44:47] </w:t>
      </w:r>
      <w:r>
        <w:t>to turkey mein yeh</w:t>
      </w:r>
    </w:p>
    <w:p>
      <w:pPr>
        <w:jc w:val="right"/>
      </w:pPr>
      <w:r>
        <w:t>تو ترکیمیںیہ</w:t>
      </w:r>
    </w:p>
    <w:p>
      <w:r>
        <w:rPr>
          <w:b/>
        </w:rPr>
        <w:t xml:space="preserve">[44:48] </w:t>
      </w:r>
      <w:r>
        <w:t>sawal utha. ulama ne us waqt yeh fatwa diya keh ab jo tayyari karni hai, jo preparation karna hai, to naye hathiyaron ko lena hoga aur naye hathiyaron ke zariye se hum apne defence ko ka yani defence ki tayyari karenge.</w:t>
      </w:r>
    </w:p>
    <w:p>
      <w:pPr>
        <w:jc w:val="right"/>
      </w:pPr>
      <w:r>
        <w:t>سوالاٹھا۔ علماءنےاسوقت یہفتویٰدیا کہ ابجو تیاریکرنیہے، جو پریپریشنکرناہے، تو نئےہتھیاروںکو لیناہوگا اورنئےہتھیاروںکےذریعےسےہم اپنے ڈیفنسکو کا یعنی ڈیفنسکیتیاریکریںگے۔</w:t>
      </w:r>
    </w:p>
    <w:p>
      <w:r>
        <w:rPr>
          <w:b/>
        </w:rPr>
        <w:t xml:space="preserve">[45:12] </w:t>
      </w:r>
      <w:r>
        <w:t>itna bada ijtihad kiya ja chuka hai</w:t>
      </w:r>
    </w:p>
    <w:p>
      <w:pPr>
        <w:jc w:val="right"/>
      </w:pPr>
      <w:r>
        <w:t>اتنابڑااجتہادکیا جاچکاہے</w:t>
      </w:r>
    </w:p>
    <w:p>
      <w:r>
        <w:rPr>
          <w:b/>
        </w:rPr>
        <w:t xml:space="preserve">[45:15] </w:t>
      </w:r>
      <w:r>
        <w:t>keh jab saaf saaf quran mein likha hua hai keh larai ke liye ghoore tayyar karo, hadees mein bataya gaya hai keh larai ke liye teer teer kaman tayyar karo, to aap kyun nahi aisa karte ?</w:t>
      </w:r>
    </w:p>
    <w:p>
      <w:pPr>
        <w:jc w:val="right"/>
      </w:pPr>
      <w:r>
        <w:t>کہجب صافصاف قرآنمیں لکھاہواہے کہ لڑائیکےلیےگھوڑےتیارکرو، حدیثمیںبتایاگیاہےکہلڑائیکےلیے تیرتیرکمان تیارکرو، توآپکیوںنہیںایساکرتے ؟</w:t>
      </w:r>
    </w:p>
    <w:p>
      <w:r>
        <w:rPr>
          <w:b/>
        </w:rPr>
        <w:t xml:space="preserve">[45:31] </w:t>
      </w:r>
      <w:r>
        <w:t>yahan aapne ijtihad kiya. kyun? kyunke yeh jo hikmat tha, woh hukum aaj relevant nahi raha.</w:t>
      </w:r>
    </w:p>
    <w:p>
      <w:pPr>
        <w:jc w:val="right"/>
      </w:pPr>
      <w:r>
        <w:t>یہاںآپنےاجتہادکیا۔ کیوں ؟ کیونکہیہجو حکمتھا، وہ حکمآج ریلیونٹنہیںرہا۔</w:t>
      </w:r>
    </w:p>
    <w:p>
      <w:r>
        <w:rPr>
          <w:b/>
        </w:rPr>
        <w:t xml:space="preserve">[45:41] </w:t>
      </w:r>
      <w:r>
        <w:t>aaj aap koi bhi muslim country lad nahi sakta teer se aur aur ghoore se. to unhone ijtihad kiya.</w:t>
      </w:r>
    </w:p>
    <w:p>
      <w:pPr>
        <w:jc w:val="right"/>
      </w:pPr>
      <w:r>
        <w:t>آجآپ کوئیبھی مسلم کنٹری لڑنہیںسکتا تیرسےاور اور گھوڑےسے۔ تو انہوںنےاجتہادکیا۔</w:t>
      </w:r>
    </w:p>
    <w:p>
      <w:r>
        <w:rPr>
          <w:b/>
        </w:rPr>
        <w:t xml:space="preserve">[45:54] </w:t>
      </w:r>
      <w:r>
        <w:t>to jab aap defence purposes mein, defence ke mamle mein itna bada ijtihad aap kar rahe hain, to mission ke mamle mein kyun nahi karte ?</w:t>
      </w:r>
    </w:p>
    <w:p>
      <w:pPr>
        <w:jc w:val="right"/>
      </w:pPr>
      <w:r>
        <w:t>تو جب آپ ڈیفنس وپرپسزمیں ،ڈیفنس کےمعاملےمیں اتنابڑااجتہادآپکررہےہیں ،تو مشنکےمعاملےمیںکیوںنہیںکرتے ؟</w:t>
      </w:r>
    </w:p>
    <w:p>
      <w:r>
        <w:rPr>
          <w:b/>
        </w:rPr>
        <w:t xml:space="preserve">[46:08] </w:t>
      </w:r>
      <w:r>
        <w:t>aap ne dekha keh defence ka jo department aapka hai, wahan par woh jo cheezein hain, woh irrelevant ho chuki hain. to aapne ijtihad kiya.</w:t>
      </w:r>
    </w:p>
    <w:p>
      <w:pPr>
        <w:jc w:val="right"/>
      </w:pPr>
      <w:r>
        <w:t>آپ نےدیکھا کہ ڈیفنسکاجوڈیپارٹمنٹآپکاہے، وہاںپر وہجوچیزیںہیں،وہاریلیونٹہوچکیہیں۔ توآپنےاجتہادکیا۔</w:t>
      </w:r>
    </w:p>
    <w:p>
      <w:r>
        <w:rPr>
          <w:b/>
        </w:rPr>
        <w:t xml:space="preserve">[46:18] </w:t>
      </w:r>
      <w:r>
        <w:t>isi tarah main kahunga keh islam commission, islam ke activism, wahan bhi kuch cheezein irrelevant ho gayi hain. to aap ijtihad kijiye wahan par .</w:t>
      </w:r>
    </w:p>
    <w:p>
      <w:pPr>
        <w:jc w:val="right"/>
      </w:pPr>
      <w:r>
        <w:t>اسیطرحمیںکہوںگا کہاسلام کمشن ،اسلام کایکٹیوزم، وہاںبھی کچھچیزار یلیونٹہوگئیہے۔ توآپاجتہادکیجئےوہاںپر ۔</w:t>
      </w:r>
    </w:p>
    <w:p>
      <w:r>
        <w:rPr>
          <w:b/>
        </w:rPr>
        <w:t xml:space="preserve">[46:29] </w:t>
      </w:r>
      <w:r>
        <w:t>aaj jo duniya mein badle hain, jo duniya mein jo badlav aaya hai, ismein na aap hijrat kar sakte hain, na larai lad sakte hain.</w:t>
      </w:r>
    </w:p>
    <w:p>
      <w:pPr>
        <w:jc w:val="right"/>
      </w:pPr>
      <w:r>
        <w:t>آججو دنیا میں بد لےہیں، جو دنیا میںجوبدلاؤآیاہے، اسمیں نہآپہجرتکرسکتےہیں، نہلڑائیلڑسکتےہیں۔</w:t>
      </w:r>
    </w:p>
    <w:p>
      <w:r>
        <w:rPr>
          <w:b/>
        </w:rPr>
        <w:t xml:space="preserve">[46:41] </w:t>
      </w:r>
      <w:r>
        <w:t>yeh jo cheezein hain, woh irrelevant ho chuki hain. to yahan bhi aap ijtihad kijiye. ijtihad ka matlab kya hai? "to seek application".</w:t>
      </w:r>
    </w:p>
    <w:p>
      <w:pPr>
        <w:jc w:val="right"/>
      </w:pPr>
      <w:r>
        <w:t>یہجو چیزیںہیں،وہ اریلیونٹہوچکیہیں۔ تویہاںبھیآپاجتہادکیجئے۔ اجتہادکامطلبکیاہے؟ "ٹوسیک ریایپلیکیشن"۔</w:t>
      </w:r>
    </w:p>
    <w:p>
      <w:r>
        <w:rPr>
          <w:b/>
        </w:rPr>
        <w:t xml:space="preserve">[46:53] </w:t>
      </w:r>
      <w:r>
        <w:t>"to seek redefinition" . yaad rakhiye, ijtihad ka matlab yeh nahi keh ultapaltor par kuch karen. aap</w:t>
      </w:r>
    </w:p>
    <w:p>
      <w:pPr>
        <w:jc w:val="right"/>
      </w:pPr>
      <w:r>
        <w:t>"ٹوسیک ری ڈیفینیشن"۔ یادرکھیے،اجتہادکامطلبیہنہیںکہالٹپطورپرکچھکریں۔آپ</w:t>
      </w:r>
    </w:p>
    <w:p>
      <w:r>
        <w:rPr>
          <w:b/>
        </w:rPr>
        <w:t xml:space="preserve">[47:00] </w:t>
      </w:r>
      <w:r>
        <w:t>matlab redefine karna, reapplication talash karna. woh mein keh raha hoon keh jis tarah se , jis tarah se defence ka jo department hai, wahan unhone redefine kiya quwwat ko , redefine kiya khel ko .</w:t>
      </w:r>
    </w:p>
    <w:p>
      <w:pPr>
        <w:jc w:val="right"/>
      </w:pPr>
      <w:r>
        <w:t>مطلب ریڈیفائنکرنا، ریایپلیکیشنتلاشکرنا۔ وہیمیںکہہرہاہوں کہجس طرحسے ،جسطرحسے ڈیفنس کاجوڈیپارٹمنٹہے، وہاںانہوںنےریڈیفائنکیا قوتکو ،ریڈیفائنکیا خیلکو ۔</w:t>
      </w:r>
    </w:p>
    <w:p>
      <w:r>
        <w:rPr>
          <w:b/>
        </w:rPr>
        <w:t xml:space="preserve">[47:19] </w:t>
      </w:r>
      <w:r>
        <w:t>aise hi main kehta hoon keh aap islam commission mein, islam ke activism mein, islam ke daawa mein bhi redefinition talash kijiye, reapplication talash kijiye.</w:t>
      </w:r>
    </w:p>
    <w:p>
      <w:pPr>
        <w:jc w:val="right"/>
      </w:pPr>
      <w:r>
        <w:t>ایسےہیمیںکہتاہوںکہآپ اسلام کمشنمیں، اسلام ک ایکٹیوزممیں، اسلام کدو امبھی ریڈیفینیشنتلاشکیجئے، ریایپلیکیشنتلاشکیجئے۔</w:t>
      </w:r>
    </w:p>
    <w:p>
      <w:r>
        <w:rPr>
          <w:b/>
        </w:rPr>
        <w:t xml:space="preserve">[47:33] </w:t>
      </w:r>
      <w:r>
        <w:t>aur hijrat aur jah adaawar qitaal ,jo kahari leyon to ho chuke hain, phir se sochiye aap ab kiya karna hai? ab yahan per dekhiye, hamare liye bohat good tidings hain.</w:t>
      </w:r>
    </w:p>
    <w:p>
      <w:pPr>
        <w:jc w:val="right"/>
      </w:pPr>
      <w:r>
        <w:t>اور ہجرت اور جہ اداور قتال ،جو کہاریلیونٹہوچکےہیں، پھرسےسوچیےآپ کہابکیاکرناہے؟ ابیہاںپردیکھیے،ہمارےلیےبہت گڈٹائڈنگہے۔</w:t>
      </w:r>
    </w:p>
    <w:p>
      <w:r>
        <w:rPr>
          <w:b/>
        </w:rPr>
        <w:t xml:space="preserve">[47:47] </w:t>
      </w:r>
      <w:r>
        <w:t>good tidings kiya hain?</w:t>
      </w:r>
    </w:p>
    <w:p>
      <w:pPr>
        <w:jc w:val="right"/>
      </w:pPr>
      <w:r>
        <w:t>گڈٹائڈنگکیاہے؟</w:t>
      </w:r>
    </w:p>
    <w:p>
      <w:r>
        <w:rPr>
          <w:b/>
        </w:rPr>
        <w:t xml:space="preserve">[47:49] </w:t>
      </w:r>
      <w:r>
        <w:t>good tidings yeh hain ke pehle zamaney mein, rasool Allah ke zamaney mein, haan ek baat mein arz kar doon ke koi bhi mission aap ko ho, koi bhi mission , to is ke liye ek boost chahiye. boost!</w:t>
      </w:r>
    </w:p>
    <w:p>
      <w:pPr>
        <w:jc w:val="right"/>
      </w:pPr>
      <w:r>
        <w:t>گڈٹائڈنگیہہے کہ پہلے زمانےمیں، رسولاللہکےزمانےمیں، ہاںایکباتمیںعرضکردوںکہ کوئیبھی مشنآپکوہو،کوئیبھیمشن ،تواسکےلیے ایکبوسٹچاہیے۔بوسٹ!</w:t>
      </w:r>
    </w:p>
    <w:p>
      <w:r>
        <w:rPr>
          <w:b/>
        </w:rPr>
        <w:t xml:space="preserve">[48:03] </w:t>
      </w:r>
      <w:r>
        <w:t>jab tak boost na mile, koi mission aage nahi badhta. bas normal course mein koi aage nahi badhta. mission boost chahiye, b double a s t boost.</w:t>
      </w:r>
    </w:p>
    <w:p>
      <w:pPr>
        <w:jc w:val="right"/>
      </w:pPr>
      <w:r>
        <w:t>جبتک بوسٹنہملے، کوئیمشنآگےنہیںبڑھتا۔ بسنارمل کورسمیںکوئیآگےنہیںبڑھتا۔مشن بوسٹچاہیے،بی ڈبلاوایسٹیبوسٹ۔</w:t>
      </w:r>
    </w:p>
    <w:p>
      <w:r>
        <w:rPr>
          <w:b/>
        </w:rPr>
        <w:t xml:space="preserve">[48:15] </w:t>
      </w:r>
      <w:r>
        <w:t>to booster role koi karta hai, tab mission aage badhta hai. to is zamaney mein kiya hua ke hijrat aur jang aur aur jihad ke zariye se state banaya gaya.</w:t>
      </w:r>
    </w:p>
    <w:p>
      <w:pPr>
        <w:jc w:val="right"/>
      </w:pPr>
      <w:r>
        <w:t>تو بوسٹررول کوئی کرتاہے، تبمشنآگےبڑھتاہے۔ تو اس زمانےمیںکیاہوا کہ ہجرت اور جنگ اور اور جہادکےذریعےسے اسٹیٹبنایاگیا۔</w:t>
      </w:r>
    </w:p>
    <w:p>
      <w:r>
        <w:rPr>
          <w:b/>
        </w:rPr>
        <w:t xml:space="preserve">[48:29] </w:t>
      </w:r>
      <w:r>
        <w:t>state ne booster role kiya, ise boost mila Islam mission ko .</w:t>
      </w:r>
    </w:p>
    <w:p>
      <w:pPr>
        <w:jc w:val="right"/>
      </w:pPr>
      <w:r>
        <w:t>اسٹیٹنے بوسٹررولکیا، اسے بوسٹملا اسلام کمشنکو ۔</w:t>
      </w:r>
    </w:p>
    <w:p>
      <w:r>
        <w:rPr>
          <w:b/>
        </w:rPr>
        <w:t xml:space="preserve">[48:40] </w:t>
      </w:r>
      <w:r>
        <w:t>to is zamaney mein jo state bana tha, is ka kiya sab se bara faida mila Islam mission ko ? ise boost mila.</w:t>
      </w:r>
    </w:p>
    <w:p>
      <w:pPr>
        <w:jc w:val="right"/>
      </w:pPr>
      <w:r>
        <w:t>تواسزمان ےمیںجو اسٹیجبناتھا، اسکا کیا سبسےبڑافائدہملااسلام کمشنکو ؟ اسےبوسٹملا۔</w:t>
      </w:r>
    </w:p>
    <w:p>
      <w:r>
        <w:rPr>
          <w:b/>
        </w:rPr>
        <w:t xml:space="preserve">[48:49] </w:t>
      </w:r>
      <w:r>
        <w:t>boost! ab jo hai, dobara hamein zarurat hai ke boost, boost ke liye aaj jo hum dawah mission chalayenge, jo Islam mission chalayenge, wahan bhi hamein boost chahiye.</w:t>
      </w:r>
    </w:p>
    <w:p>
      <w:pPr>
        <w:jc w:val="right"/>
      </w:pPr>
      <w:r>
        <w:t>بوسٹ! ابجوہے، دوبارہہمیںضرورتہےکہبوسٹ،بوسٹکےلیے آججوہمدعویٰمشنچلائیںگے،جو اسلام کمشنچلائیںگے، وہاںبھیہمیںبوسٹچاہیے۔</w:t>
      </w:r>
    </w:p>
    <w:p>
      <w:r>
        <w:rPr>
          <w:b/>
        </w:rPr>
        <w:t xml:space="preserve">[49:05] </w:t>
      </w:r>
      <w:r>
        <w:t>to boost ! lekin ab dekhiye, fortunately, ab boost ke liye kisi political power ki zarurat nahi hai. is baat ko samajhne ki zarurat hai.</w:t>
      </w:r>
    </w:p>
    <w:p>
      <w:pPr>
        <w:jc w:val="right"/>
      </w:pPr>
      <w:r>
        <w:t>تو بوسٹ !لیکن اب دیکھیے،فارچونیٹلی، اببوسٹکےلیےکسی پولیٹیکلپاورکیضرورتہینہیںہے۔ اسباتکو سمجھنےکیضرورتہے۔</w:t>
      </w:r>
    </w:p>
    <w:p>
      <w:r>
        <w:rPr>
          <w:b/>
        </w:rPr>
        <w:t xml:space="preserve">[49:18] </w:t>
      </w:r>
      <w:r>
        <w:t>political power to is zamaney mein de centralized ho chuka hai. ab har cheez ke institution banne lage hain. institution!</w:t>
      </w:r>
    </w:p>
    <w:p>
      <w:pPr>
        <w:jc w:val="right"/>
      </w:pPr>
      <w:r>
        <w:t>پولیٹیکلپاورتواسزمان ےمیں ڈی سینٹرلائزہوچکاہے۔ ابہرچیز کے انسٹیٹیوشنبننےلگےہیں۔ انسٹیٹیوشن!</w:t>
      </w:r>
    </w:p>
    <w:p>
      <w:r>
        <w:rPr>
          <w:b/>
        </w:rPr>
        <w:t xml:space="preserve">[49:27] </w:t>
      </w:r>
      <w:r>
        <w:t>ab aap dekhiye ke Malaysia mein Chinese ko political power nahi mila hua hai,</w:t>
      </w:r>
    </w:p>
    <w:p>
      <w:pPr>
        <w:jc w:val="right"/>
      </w:pPr>
      <w:r>
        <w:t>ابآپدیکھیے کہ ملی شیامیں چائنیزکو پولیٹیکلپاورنہیںملاہواہے،</w:t>
      </w:r>
    </w:p>
    <w:p>
      <w:r>
        <w:rPr>
          <w:b/>
        </w:rPr>
        <w:t xml:space="preserve">[49:39] </w:t>
      </w:r>
      <w:r>
        <w:t>lekin is ke bawajood unhon ne wahan per apna industrial empire bana rakha hai.</w:t>
      </w:r>
    </w:p>
    <w:p>
      <w:pPr>
        <w:jc w:val="right"/>
      </w:pPr>
      <w:r>
        <w:t>لیکن اسکے باوجود انہوں نےوہاںپراپنا انڈ سٹریلایمپائربنارکھاہے۔</w:t>
      </w:r>
    </w:p>
    <w:p>
      <w:r>
        <w:rPr>
          <w:b/>
        </w:rPr>
        <w:t xml:space="preserve">[49:46] </w:t>
      </w:r>
      <w:r>
        <w:t>Malaysia mein Chinese ko yani government un ke haath mein nahi hai, kyun ke minority mein hain woh . lekin jo modern technique hai, jo modern tareeqe hain, is ko unhon ne avail kiya,</w:t>
      </w:r>
    </w:p>
    <w:p>
      <w:pPr>
        <w:jc w:val="right"/>
      </w:pPr>
      <w:r>
        <w:t>ملیشیامیں چائنیزکو یعنیگورنمنٹانکےہاتھمیںنہیںہے، کیونکہ مائنارٹیمیںہےوہ ۔لیکن جو ماڈرنٹیکنیکہے، جو ماڈرنطریقےہیں، اسکو انہوںنےاویلکیا،</w:t>
      </w:r>
    </w:p>
    <w:p>
      <w:r>
        <w:rPr>
          <w:b/>
        </w:rPr>
        <w:t xml:space="preserve">[50:03] </w:t>
      </w:r>
      <w:r>
        <w:t>is opportunity ko . aur Malaysia mein woh aaj apna industrial superpower bana, industrial woh bana chuke hain.</w:t>
      </w:r>
    </w:p>
    <w:p>
      <w:pPr>
        <w:jc w:val="right"/>
      </w:pPr>
      <w:r>
        <w:t>اس اپرچونیٹیزکو ۔ اور ملی شیامیں وہ آج اپنا انڈ سٹریلسپرپاوربنا، انڈسٹریل وہبناچکےہیں۔</w:t>
      </w:r>
    </w:p>
    <w:p>
      <w:r>
        <w:rPr>
          <w:b/>
        </w:rPr>
        <w:t xml:space="preserve">[50:12] </w:t>
      </w:r>
      <w:r>
        <w:t>industrial yani industrial empire</w:t>
      </w:r>
    </w:p>
    <w:p>
      <w:pPr>
        <w:jc w:val="right"/>
      </w:pPr>
      <w:r>
        <w:t>انڈسٹریل یعنی انڈ سٹریل ایمپائر</w:t>
      </w:r>
    </w:p>
    <w:p>
      <w:r>
        <w:rPr>
          <w:b/>
        </w:rPr>
        <w:t xml:space="preserve">[50:22] </w:t>
      </w:r>
      <w:r>
        <w:t>Chinese Malaysia mein apna industrial empire bana chuke hain, baghair kisi political power ke. isi tarah aap dekhen, USA mein, USA mein jo Jews log hain, woh minority mein hain.</w:t>
      </w:r>
    </w:p>
    <w:p>
      <w:pPr>
        <w:jc w:val="right"/>
      </w:pPr>
      <w:r>
        <w:t>چ ائنیز ملی شیامیں اپناانڈ سٹریل ایمپائر بناچکےہیں،بغیر کسی پولیٹیکلپاورکے۔ اسیطرحآپدیکھیں،یوایساےمیں، یوایساےمیں جو جوئس لوگ ہیں، وہ مائنارٹیمیںہیں۔</w:t>
      </w:r>
    </w:p>
    <w:p>
      <w:r>
        <w:rPr>
          <w:b/>
        </w:rPr>
        <w:t xml:space="preserve">[50:40] </w:t>
      </w:r>
      <w:r>
        <w:t>phir bhi kiya hai? wahan per unhon ne apna media empire bana liya. is waqt USA mein yeh wahan logon ka media empire bana hua hai,</w:t>
      </w:r>
    </w:p>
    <w:p>
      <w:pPr>
        <w:jc w:val="right"/>
      </w:pPr>
      <w:r>
        <w:t>پھربھیکیا ہے؟وہاںپر انہوںنےاپنا میڈیاایمپائربنالیا۔ اس وقت یوایساےمیں یہ ودیلوگوںکا میڈیاایمپائربناہواہے،</w:t>
      </w:r>
    </w:p>
    <w:p>
      <w:r>
        <w:rPr>
          <w:b/>
        </w:rPr>
        <w:t xml:space="preserve">[50:52] </w:t>
      </w:r>
      <w:r>
        <w:t>halan ke political role un ke haath mein nahi hai.</w:t>
      </w:r>
    </w:p>
    <w:p>
      <w:pPr>
        <w:jc w:val="right"/>
      </w:pPr>
      <w:r>
        <w:t>حالانکہپولیٹیکل رولانکےہاتھمیںنہیںہے۔</w:t>
      </w:r>
    </w:p>
    <w:p>
      <w:r>
        <w:rPr>
          <w:b/>
        </w:rPr>
        <w:t xml:space="preserve">[50:57] </w:t>
      </w:r>
      <w:r>
        <w:t>USA ka jo political role hai, woh Yahudion ke haath mein nahi hai. lekin</w:t>
      </w:r>
    </w:p>
    <w:p>
      <w:pPr>
        <w:jc w:val="right"/>
      </w:pPr>
      <w:r>
        <w:t>یوایساےکاجو پولیٹیکلرولہے، وہ یہودیوںکےہاتھمیںنہیںہے۔ لیکن</w:t>
      </w:r>
    </w:p>
    <w:p>
      <w:r>
        <w:rPr>
          <w:b/>
        </w:rPr>
        <w:t xml:space="preserve">[51:05] </w:t>
      </w:r>
      <w:r>
        <w:t>yani politics ke bahar bahar itna opportunities khul gayi hain is zamaney mein, is ko avail kiya unhon ne.</w:t>
      </w:r>
    </w:p>
    <w:p>
      <w:pPr>
        <w:jc w:val="right"/>
      </w:pPr>
      <w:r>
        <w:t>یعنی پولیٹکس کےباہرباہر اتنیاپرچونیٹیزکھلگئیہیںاسزمان ےمیں، اسکو اویلکیاانہوںنے۔</w:t>
      </w:r>
    </w:p>
    <w:p>
      <w:r>
        <w:rPr>
          <w:b/>
        </w:rPr>
        <w:t xml:space="preserve">[51:14] </w:t>
      </w:r>
      <w:r>
        <w:t>aur phir woh USA mein apna media empire bana sake.</w:t>
      </w:r>
    </w:p>
    <w:p>
      <w:pPr>
        <w:jc w:val="right"/>
      </w:pPr>
      <w:r>
        <w:t>اورپھر وہ یوایساےمیںاپنا میڈیاایمپائربناسکے۔</w:t>
      </w:r>
    </w:p>
    <w:p>
      <w:r>
        <w:rPr>
          <w:b/>
        </w:rPr>
        <w:t xml:space="preserve">[51:21] </w:t>
      </w:r>
      <w:r>
        <w:t>yeh sab log jante hain. India mein bhi aap dekh sakte hain yeh scene ke India mein Christians hain, woh ek minority hain, choti minority.</w:t>
      </w:r>
    </w:p>
    <w:p>
      <w:pPr>
        <w:jc w:val="right"/>
      </w:pPr>
      <w:r>
        <w:t>یہسبلوگجانتےہیں۔ انڈیامیںبھیآپدیکھسکتےہیں یہیسین کہانڈیامیں کرسچنزجوہیں،وہ ایک مائنارٹیہیں، چھوٹیمائنارٹی۔</w:t>
      </w:r>
    </w:p>
    <w:p>
      <w:r>
        <w:rPr>
          <w:b/>
        </w:rPr>
        <w:t xml:space="preserve">[51:32] </w:t>
      </w:r>
      <w:r>
        <w:t>lekin India mein unhon ne apna educational empire bana liya hai. educational empire! aaj kisi ko apne bachon ko parhana ho, sab se pehle dhoondta hai woh kahan ?</w:t>
      </w:r>
    </w:p>
    <w:p>
      <w:pPr>
        <w:jc w:val="right"/>
      </w:pPr>
      <w:r>
        <w:t>لیکن انڈیامیںانہوںنےاپنا ایجوکیشنلایمپائربنالیاہے۔ ایجوکیشنلایمپائر! آجکسی کواپنےبچوںکوپڑھاناہو،سبسےپہلےڈھونڈتاہےوہ کہاں ؟</w:t>
      </w:r>
    </w:p>
    <w:p>
      <w:r>
        <w:rPr>
          <w:b/>
        </w:rPr>
        <w:t xml:space="preserve">[51:44] </w:t>
      </w:r>
      <w:r>
        <w:t>Saint Columbus mein aur falan house mein, yani Christians ke school mein.</w:t>
      </w:r>
    </w:p>
    <w:p>
      <w:pPr>
        <w:jc w:val="right"/>
      </w:pPr>
      <w:r>
        <w:t>سینٹکولمبسمیں اورفلاںہاؤسمیں، یعنی کرسچنزکےاسکولمیں۔</w:t>
      </w:r>
    </w:p>
    <w:p>
      <w:r>
        <w:rPr>
          <w:b/>
        </w:rPr>
        <w:t xml:space="preserve">[51:50] </w:t>
      </w:r>
      <w:r>
        <w:t>aur fakhr ke sath kehta hai ke mera to bachcha Saint Columbus mein school admission mil gaya hai.</w:t>
      </w:r>
    </w:p>
    <w:p>
      <w:pPr>
        <w:jc w:val="right"/>
      </w:pPr>
      <w:r>
        <w:t>اورفخرکےساتھکہتاہےکہمیراتو بچہ سینٹکولمبسمیںاسکو ایڈمیشنملگیاہے۔</w:t>
      </w:r>
    </w:p>
    <w:p>
      <w:r>
        <w:rPr>
          <w:b/>
        </w:rPr>
        <w:t xml:space="preserve">[51:59] </w:t>
      </w:r>
      <w:r>
        <w:t>to modern opportunities hain, isko avail karke, baghair political power ke, logon ne kahin apna media empire bana rakha hai, kahin apna industrial empire bana rakha hai, kahin educational empire bana rakha hai.</w:t>
      </w:r>
    </w:p>
    <w:p>
      <w:pPr>
        <w:jc w:val="right"/>
      </w:pPr>
      <w:r>
        <w:t>تو ماڈرنجواپرچونیٹیزہیں،اسکواویلکرکے، بغیرپولیٹیکلپاورکے، لوگوںنے کہیں اپنا میڈیاایمپائربنارکھاہے، کہیںاپناانڈسٹریلایمپائربنارکھاہے، کہیںایجوکیشنلایمپائربنارکھاہے۔</w:t>
      </w:r>
    </w:p>
    <w:p>
      <w:r>
        <w:rPr>
          <w:b/>
        </w:rPr>
        <w:t xml:space="preserve">[52:13] </w:t>
      </w:r>
      <w:r>
        <w:t>theek usi tarah se aap modern opportunities ko avail karke apna daawa empire bana sakte hain. ab state ki zaroorat nahin hai, political role ki zaroorat nahin hai ke sab kuch decentralize ho chuka hai is zamane mein. yaad rakhiye,</w:t>
      </w:r>
    </w:p>
    <w:p>
      <w:pPr>
        <w:jc w:val="right"/>
      </w:pPr>
      <w:r>
        <w:t>ٹھیکاسیطرحسےآپ ماڈرن اپرچونیٹیزکواویلکرکے اپنادعویٰایمپائربناسکتےہیں۔ اب اسٹیٹکیضرورتہینہیںہے، پولیٹیکلرولکیضرورتہینہیںہے کہسبکچھ ڈیسینٹرلائزہوچکاہےاسزمانےمیں۔یادرکھیے،</w:t>
      </w:r>
    </w:p>
    <w:p>
      <w:r>
        <w:rPr>
          <w:b/>
        </w:rPr>
        <w:t xml:space="preserve">[52:32] </w:t>
      </w:r>
      <w:r>
        <w:t>ab is zamane mein koi na to king ka lafz bolta, na emperor ka word bolta koi. ab administration ka aa jata hai, administration.</w:t>
      </w:r>
    </w:p>
    <w:p>
      <w:pPr>
        <w:jc w:val="right"/>
      </w:pPr>
      <w:r>
        <w:t>اب اس زمانےمیں کوئی نہتوکنگکالفظبول تا، نہ ایمپررکاورڈبولتاکوئی۔اب ایڈمنسٹریشنکاآجاتاہے،ایڈمنسٹریشن۔</w:t>
      </w:r>
    </w:p>
    <w:p>
      <w:r>
        <w:rPr>
          <w:b/>
        </w:rPr>
        <w:t xml:space="preserve">[52:43] </w:t>
      </w:r>
      <w:r>
        <w:t>ab political power jo hai, woh ghat kar ke, reduce ho kar ke administration ban gayi hai, kyun ke sab kuch decentralize ho gaya hai.</w:t>
      </w:r>
    </w:p>
    <w:p>
      <w:pPr>
        <w:jc w:val="right"/>
      </w:pPr>
      <w:r>
        <w:t>اب پولیٹیکل پاورجوہے، وہ گھٹکرکے،ریڈیوسہوکرکے ایڈمنسٹریشنبنگئیہے، کیونکہسبکچھڈیسینٹرلائزہوگیاہے۔</w:t>
      </w:r>
    </w:p>
    <w:p>
      <w:r>
        <w:rPr>
          <w:b/>
        </w:rPr>
        <w:t xml:space="preserve">[52:54] </w:t>
      </w:r>
      <w:r>
        <w:t>ab aap yahan par dekhiye, main yeh kahunga ke modern civilization jo hai, jis ko hamare Islam ke scholars yani bahut zyada, bahut hi misunderstanding ki wajah se is ko dushman samajhte hain apna,</w:t>
      </w:r>
    </w:p>
    <w:p>
      <w:pPr>
        <w:jc w:val="right"/>
      </w:pPr>
      <w:r>
        <w:t>ابآپیہاںپردیکھیے، میںیہکہوںگا کہ ماڈرنسویلائزیشنجوہے، جسکوہمارے اسلام کاسکالرز یعنی بہت زیادہ ،بہت ہی مسانڈرسٹینڈنگکیوجہسےاسکودشمنسمجھتےہیںاپنا،</w:t>
      </w:r>
    </w:p>
    <w:p>
      <w:r>
        <w:rPr>
          <w:b/>
        </w:rPr>
        <w:t xml:space="preserve">[53:10] </w:t>
      </w:r>
      <w:r>
        <w:t>saari muslim psyche jo is zamane mein hai, woh samajhti hai ke modern civilization woh hamari dushman hai, hamari enemy hai. ek aadmi ne ek galat book likh di, "Clash of Civilizations". yeh bhi jhoot, mere nazdeek galat book hai. woh is mein dikhata hai ke Islam ki civilization aur Christian civilization woh hai, is ka takrao ho raha hai.</w:t>
      </w:r>
    </w:p>
    <w:p>
      <w:pPr>
        <w:jc w:val="right"/>
      </w:pPr>
      <w:r>
        <w:t>ساریمسلم سائیکیجواسزمانےمیںہے،وہسمجھتیہےکہ ماڈرنسویلائزیشنجوہماریدشمنہے،ہماریاینمیہے۔ ایکآدمینےایکغلطسیکتاب لکھ دی، "کلیشآفسویلائزیشنز"۔یہبھی جھوٹ،میرےنزدیکغلطکتاب ہے۔وہ اسمیںدکھاتاہےکہاسلام کسویلائزیشن اور کرسچنسویلائزیشنجوہے،اسکاٹکراؤہورہاہے۔</w:t>
      </w:r>
    </w:p>
    <w:p>
      <w:r>
        <w:rPr>
          <w:b/>
        </w:rPr>
        <w:t xml:space="preserve">[53:29] </w:t>
      </w:r>
      <w:r>
        <w:t>bilkul baseless baat hai yeh. modern civilization aain hamare haq mein hai,</w:t>
      </w:r>
    </w:p>
    <w:p>
      <w:pPr>
        <w:jc w:val="right"/>
      </w:pPr>
      <w:r>
        <w:t>بالکل بیسلیسباتہےیہ۔ ماڈرنسویلائزیشن عینہمارےحقمیںہے،</w:t>
      </w:r>
    </w:p>
    <w:p>
      <w:r>
        <w:rPr>
          <w:b/>
        </w:rPr>
        <w:t xml:space="preserve">[53:38] </w:t>
      </w:r>
      <w:r>
        <w:t>hamare saath koi takrao nahin hai is ka. woh book shayad unhon ne bech di hai, halan ke koi takrao nahin hai.</w:t>
      </w:r>
    </w:p>
    <w:p>
      <w:pPr>
        <w:jc w:val="right"/>
      </w:pPr>
      <w:r>
        <w:t>ہمارےساتھکوئیٹکراؤنہیںہےاسکا۔ وہ کتاب شایدانہوںنےبکرہیہے، حالانکہ کوئی ٹکراؤنہیںہے۔</w:t>
      </w:r>
    </w:p>
    <w:p>
      <w:r>
        <w:rPr>
          <w:b/>
        </w:rPr>
        <w:t xml:space="preserve">[53:47] </w:t>
      </w:r>
      <w:r>
        <w:t>ek bilkul ek baseless baat hai. modern civilization jo hai, is ne jo cheezein paida ki hain nayi, is par ghor kijiye aap.</w:t>
      </w:r>
    </w:p>
    <w:p>
      <w:pPr>
        <w:jc w:val="right"/>
      </w:pPr>
      <w:r>
        <w:t>ایکبالکل ایک بیسلیسباتہے۔ ماڈرنسویلائزیشنجوہے، اسنےجو چیزیںپیدا کیہیںنئی، اسپرغورکیجئےآپ۔</w:t>
      </w:r>
    </w:p>
    <w:p>
      <w:r>
        <w:rPr>
          <w:b/>
        </w:rPr>
        <w:t xml:space="preserve">[53:57] </w:t>
      </w:r>
      <w:r>
        <w:t>maslan is ki wajah se duniya mein pehli baar aisa hua hai ke dilchasp freedom aaya hai duniya mein.</w:t>
      </w:r>
    </w:p>
    <w:p>
      <w:pPr>
        <w:jc w:val="right"/>
      </w:pPr>
      <w:r>
        <w:t>مثلاً اسیکیوجہ سےدنیا میںپہلیبار ایساہواہے کہ دل چسپفریڈمآیاہےدنیا میں۔</w:t>
      </w:r>
    </w:p>
    <w:p>
      <w:r>
        <w:rPr>
          <w:b/>
        </w:rPr>
        <w:t xml:space="preserve">[54:07] </w:t>
      </w:r>
      <w:r>
        <w:t>is se pehle kabhi bhi dilchasp freedom duniya mein nahin tha. yeh kis ka hai? yani kaun laya hai?</w:t>
      </w:r>
    </w:p>
    <w:p>
      <w:pPr>
        <w:jc w:val="right"/>
      </w:pPr>
      <w:r>
        <w:t>اسسےپہلے کبھیبھی دلچسپفریڈمدنیامیںنہیںتھا۔ یہکسکاہے؟ یعنی کونلایاہے؟</w:t>
      </w:r>
    </w:p>
    <w:p>
      <w:r>
        <w:rPr>
          <w:b/>
        </w:rPr>
        <w:t xml:space="preserve">[54:15] </w:t>
      </w:r>
      <w:r>
        <w:t>yeh modern civilization laya hai. pehle zamane mein freedom ka jo koi concept nahin tha. main aap ko ek waqia bataoon, Iranian empire jab thi,</w:t>
      </w:r>
    </w:p>
    <w:p>
      <w:pPr>
        <w:jc w:val="right"/>
      </w:pPr>
      <w:r>
        <w:t>یہماڈرنسویلائزیشنلائیہے۔ پہلے زمانےمیںفریڈمکاجوکوئیکانسیپٹہینہیںتھا۔ میںآپکوایکواقعہبتاؤں، ایرانیایمپائرجب تھی،</w:t>
      </w:r>
    </w:p>
    <w:p>
      <w:r>
        <w:rPr>
          <w:b/>
        </w:rPr>
        <w:t xml:space="preserve">[54:30] </w:t>
      </w:r>
      <w:r>
        <w:t>jis ko Sasanian empire kaha jata hai, to uska ek emperor tha Nausherwan.</w:t>
      </w:r>
    </w:p>
    <w:p>
      <w:pPr>
        <w:jc w:val="right"/>
      </w:pPr>
      <w:r>
        <w:t>جسکو ساسانیایمپائرکہاجاتاہے، تواسکاایک ایمپررتھانو شیرواں۔</w:t>
      </w:r>
    </w:p>
    <w:p>
      <w:r>
        <w:rPr>
          <w:b/>
        </w:rPr>
        <w:t xml:space="preserve">[54:38] </w:t>
      </w:r>
      <w:r>
        <w:t>Nausherwan ko aam taur par bahut just ruler mana jata hai. yani jo Sasanian empire mein jo king hue, is mein yeh bahut achha king mana jata hai.</w:t>
      </w:r>
    </w:p>
    <w:p>
      <w:pPr>
        <w:jc w:val="right"/>
      </w:pPr>
      <w:r>
        <w:t>نو شیرواںکو عام طورپربہت جسٹ رولرماناجاتاہے۔ یعنیجو ساسانیایمپائرمیںجوکنگہوئے، اسمیںیہبہتاچھاکنگماناجاتاہے۔</w:t>
      </w:r>
    </w:p>
    <w:p>
      <w:r>
        <w:rPr>
          <w:b/>
        </w:rPr>
        <w:t xml:space="preserve">[54:49] </w:t>
      </w:r>
      <w:r>
        <w:t>tab bhi jo system tha, is ki wajah se kya hua? ek din Nausherwan ne kaha apne darbar mein, jo bahut saare log, parhe likhe log jama the,</w:t>
      </w:r>
    </w:p>
    <w:p>
      <w:pPr>
        <w:jc w:val="right"/>
      </w:pPr>
      <w:r>
        <w:t>تببھیجوسسٹمتھا، اسکیوجہسےکیاہوا ؟ ایکدن نوشیرواںنےکہا اپنے دربارمیں،جوبہتسارےلوگ ،پ ڑھےلکھےلوگ اکٹھاتھے،</w:t>
      </w:r>
    </w:p>
    <w:p>
      <w:r>
        <w:rPr>
          <w:b/>
        </w:rPr>
        <w:t xml:space="preserve">[55:02] </w:t>
      </w:r>
      <w:r>
        <w:t>is ne kaha ke aap mein se kisi ko hamare rule par, jo hamara system hai, political system, is par kuch kehna ho to keh sakta hai. woh koi kisi ko koi dissent ho, unhon ne is ko invite kiya ke mere political system par, yeh meri king, meri kingship par, kuch tum ko kehna ho to kaho.</w:t>
      </w:r>
    </w:p>
    <w:p>
      <w:pPr>
        <w:jc w:val="right"/>
      </w:pPr>
      <w:r>
        <w:t>اسنےکہاکہ آپ میںسےکسی کو ہمارے رولپر،جوہماراسسٹمہے،پولیٹیکلسسٹم، اسپرکچھکہناہوتوکہہسکتاہے۔وہ کوئیکسی کوکوئیڈیسنٹہو، انہوںنےاسےانوائٹکیاکہمیرےپولیٹیکلسسٹمپر ،یہمیری کنگ ،میریکنگشپپر،کچھتمکوکہناہوتوکہو۔</w:t>
      </w:r>
    </w:p>
    <w:p>
      <w:r>
        <w:rPr>
          <w:b/>
        </w:rPr>
        <w:t xml:space="preserve">[55:23] </w:t>
      </w:r>
      <w:r>
        <w:t>to pehle log chup the. ek pause hua wahan par, phir ek aadmi khada hua aur is ne keh diya ke sahib, aap ne jo tax lagaye hain, woh tax jo hai, logon ke bojh se zyada hai.</w:t>
      </w:r>
    </w:p>
    <w:p>
      <w:pPr>
        <w:jc w:val="right"/>
      </w:pPr>
      <w:r>
        <w:t>تو پہلے لوگ چپتھے۔ ایک پازہواوہاںپر،پھرایکآدمیکھڑاہوا اوراسنےکہہدیا کہصاحب،آپنےجوٹیکسلگائےہیں،وہٹیکسجوہے، لوگوںکے بوجھسےزیادہ ہے۔</w:t>
      </w:r>
    </w:p>
    <w:p>
      <w:r>
        <w:rPr>
          <w:b/>
        </w:rPr>
        <w:t xml:space="preserve">[55:36] </w:t>
      </w:r>
      <w:r>
        <w:t>ek saada, simple si baat kahi jo aap har waqt aap ghalat jab chaliye to koi pakadne wala nahin aap ka. agar aap kahin Government of India ne jo budget pesh kiya hai, woh galat hai to kaun pakdega aap ko?</w:t>
      </w:r>
    </w:p>
    <w:p>
      <w:pPr>
        <w:jc w:val="right"/>
      </w:pPr>
      <w:r>
        <w:t>ایک سادہ،سمپلسیباتکہی جوآپہروقتآپگلیکوجبچلائیےتو کوئی پکڑنےوالانہیںآپکا ۔ اگر آپکہیںگورنمنٹآفانڈیاجوبجٹپیشکیاہے، وہغلطہے تو کونپکڑےگاآپکو؟</w:t>
      </w:r>
    </w:p>
    <w:p>
      <w:r>
        <w:rPr>
          <w:b/>
        </w:rPr>
        <w:t xml:space="preserve">[55:48] </w:t>
      </w:r>
      <w:r>
        <w:t>abhi jo budget aaya hai parliament mein, is ke against mein boliye, aap lafzon mein bachiye, koi pakadne wala nahin hai. to ek aadmi ne keh diya ke aap ne jo tax lagaye hain, woh public ke bardasht se zyada hai.</w:t>
      </w:r>
    </w:p>
    <w:p>
      <w:pPr>
        <w:jc w:val="right"/>
      </w:pPr>
      <w:r>
        <w:t>ابھیجوبجٹآیاہےپارلیمنٹمیں، اسکےاگینسٹمیںبولیے،آپ لاٹسمیں بچیے،کوئیپکڑنےوالانہیںہے۔ تو ایکآدمینےکہہدیاکہآپجوٹیکسلگائےہیں، وہ پبلک کے برداشتسےزیادہ ہے۔</w:t>
      </w:r>
    </w:p>
    <w:p>
      <w:r>
        <w:rPr>
          <w:b/>
        </w:rPr>
        <w:t xml:space="preserve">[56:04] </w:t>
      </w:r>
      <w:r>
        <w:t>to jante hain kya hua? is zamane mein hua karta tha qalamdan, aisa bada sa hota tha lakdi ka.</w:t>
      </w:r>
    </w:p>
    <w:p>
      <w:pPr>
        <w:jc w:val="right"/>
      </w:pPr>
      <w:r>
        <w:t>توجانتےہیںکیاہوا ؟ اس زمانےمیں ہوا کرتاتھا قلم دان، ایسا بڑاساہوتاتھا لکڑیکا ۔</w:t>
      </w:r>
    </w:p>
    <w:p>
      <w:r>
        <w:rPr>
          <w:b/>
        </w:rPr>
        <w:t xml:space="preserve">[56:15] </w:t>
      </w:r>
      <w:r>
        <w:t>aap logon ne shayad nahin dekha hoga,</w:t>
      </w:r>
    </w:p>
    <w:p>
      <w:pPr>
        <w:jc w:val="right"/>
      </w:pPr>
      <w:r>
        <w:t>آپلوگوںنےشایدنہیںدیکھاہوگا،</w:t>
      </w:r>
    </w:p>
    <w:p>
      <w:r>
        <w:rPr>
          <w:b/>
        </w:rPr>
        <w:t xml:space="preserve">[56:18] </w:t>
      </w:r>
      <w:r>
        <w:t>ek ek box hota tha, box lakdi ka banta tha, usi par pen hote the aur ink hoti thi. to pehle hua karta tha, main ne dekha hai qalamdan.</w:t>
      </w:r>
    </w:p>
    <w:p>
      <w:pPr>
        <w:jc w:val="right"/>
      </w:pPr>
      <w:r>
        <w:t>ایک ایک باکسہوتاتھا،باکس لکڑیکابنتاتھا،اسیپہ پینہوتےتھے اور انکہوتیتھی۔ تو پہلے ہواکرتاتھا،میںنےدیکھاہے قلمدان۔</w:t>
      </w:r>
    </w:p>
    <w:p>
      <w:r>
        <w:rPr>
          <w:b/>
        </w:rPr>
        <w:t xml:space="preserve">[56:29] </w:t>
      </w:r>
      <w:r>
        <w:t>to Nausherwan ne order diya, yeh sahib jo hain, in ka dimagh bahut zyada, yani apne ko bahut qabil samajhte hain, bahut samajhte hain ke in ka</w:t>
      </w:r>
    </w:p>
    <w:p>
      <w:pPr>
        <w:jc w:val="right"/>
      </w:pPr>
      <w:r>
        <w:t>تو نوشیرواںنےآرڈردیا ،یہ صاحبجوہیں،انکادماغبہتزیادہ، یعنی اپنے کوبہت قابلسمجھتےہیں، بہت سمجھتےہیںکہانکا</w:t>
      </w:r>
    </w:p>
    <w:p>
      <w:r>
        <w:rPr>
          <w:b/>
        </w:rPr>
        <w:t xml:space="preserve">[56:44] </w:t>
      </w:r>
      <w:r>
        <w:t>bahut learned aadmi hai, to in ko qalamdan se maro in ke sar par. to sahib, lakdi ka jo qalamdan tha, us se in ke sar par mara itna hua hai ke mar gaye, wahin wahin mar gaye, wahin khatam ho gaye, wahin</w:t>
      </w:r>
    </w:p>
    <w:p>
      <w:pPr>
        <w:jc w:val="right"/>
      </w:pPr>
      <w:r>
        <w:t>بہت لرنڈآدمیہے،تو انکو قلمدانسےماروانکےسرپر ۔ تو صاحب،لکڑیکاجوقلمدانتھا، اسسےانکےسرپرمارااتناہواہےکہمرگئے،وہیںوہیںمرگئے،وہیںختمہوگئے،وہیں</w:t>
      </w:r>
    </w:p>
    <w:p>
      <w:r>
        <w:rPr>
          <w:b/>
        </w:rPr>
        <w:t xml:space="preserve">[56:58] </w:t>
      </w:r>
      <w:r>
        <w:t>itna sar phat gaya in ka.</w:t>
      </w:r>
    </w:p>
    <w:p>
      <w:pPr>
        <w:jc w:val="right"/>
      </w:pPr>
      <w:r>
        <w:t>اتناسرپھٹگیاانکا ۔</w:t>
      </w:r>
    </w:p>
    <w:p>
      <w:r>
        <w:rPr>
          <w:b/>
        </w:rPr>
        <w:t xml:space="preserve">[57:02] </w:t>
      </w:r>
      <w:r>
        <w:t>kai aadmi qalamdaan wahan kai hua karte the, kai aadmi qalamdaan leke uthe aur lage unke sar par maarne, wahin koi khatma ho gaya. to freedom ko ye nahin pehle zamane mein, kuch bhi freedom nahin thi pehle zamane mein.</w:t>
      </w:r>
    </w:p>
    <w:p>
      <w:pPr>
        <w:jc w:val="right"/>
      </w:pPr>
      <w:r>
        <w:t>کئیآدمیقلمدانوہاںکئیہواکرتے تھے، کئیآدمی قلمدانلےکےاٹھےاورلگےانکےسرپرمارنے،وہیںکوئیختمہوگئے۔ تو فریڈمکوئیتھینہیںپہلے زمانےمیں، کچھبھیفریڈم نہیںتھیپہلےزمانےمیں۔</w:t>
      </w:r>
    </w:p>
    <w:p>
      <w:r>
        <w:rPr>
          <w:b/>
        </w:rPr>
        <w:t xml:space="preserve">[57:16] </w:t>
      </w:r>
      <w:r>
        <w:t>wa ma na'budu illa billahil aliyil azeem, sirf ye kaha in logon ne ke hum ek khuda ko mante hain</w:t>
      </w:r>
    </w:p>
    <w:p>
      <w:pPr>
        <w:jc w:val="right"/>
      </w:pPr>
      <w:r>
        <w:t>ومانقم الا باللہ العلی العظیم، صرفیہکہاانلوگوںنے کہہمایکخداکومانتےہیں</w:t>
      </w:r>
    </w:p>
    <w:p>
      <w:r>
        <w:rPr>
          <w:b/>
        </w:rPr>
        <w:t xml:space="preserve">[57:24] </w:t>
      </w:r>
      <w:r>
        <w:t>aur unko daal diya aag mein, are chherwa diya gaya, talwar se maar diya gaya. ye quran mein surah buruj mein aap padh sakte hain, aap ye pehli history par ye quran mein reference hai ke pehle kya hua karta tha.</w:t>
      </w:r>
    </w:p>
    <w:p>
      <w:pPr>
        <w:jc w:val="right"/>
      </w:pPr>
      <w:r>
        <w:t>اورانکو ڈالدیا آگمیں، ارےچروادیاگیا، تلوارسےماردیاگیا۔ یہقرآنمیںسورہبروجمیںآپپڑھسکتےہیں،آپ یہ پچھلیہسٹریپریہ قرآن میںریفرنسہے کہپہلے کیاہوا کرتاتھا۔</w:t>
      </w:r>
    </w:p>
    <w:p>
      <w:r>
        <w:rPr>
          <w:b/>
        </w:rPr>
        <w:t xml:space="preserve">[57:40] </w:t>
      </w:r>
      <w:r>
        <w:t>aaj aap dekhein ke yaani poori poori freedom aapko mili hui hai, wida out any restriction.</w:t>
      </w:r>
    </w:p>
    <w:p>
      <w:pPr>
        <w:jc w:val="right"/>
      </w:pPr>
      <w:r>
        <w:t>آجآپ دیکھیںکہ یعنی پوری پوریفریڈمآپکوملیہوئیہے، وداآؤٹاینیریسٹرکشن۔</w:t>
      </w:r>
    </w:p>
    <w:p>
      <w:r>
        <w:rPr>
          <w:b/>
        </w:rPr>
        <w:t xml:space="preserve">[57:50] </w:t>
      </w:r>
      <w:r>
        <w:t>ye bahut bada ye gift hai modern civilization ka, bahut hi bada gift hai. poori poori history mein kabhi ye cheez nahin mili thi, freedom ke aap jo chahe sochiye, jo chahe boliye, jo chahe likhiye.</w:t>
      </w:r>
    </w:p>
    <w:p>
      <w:pPr>
        <w:jc w:val="right"/>
      </w:pPr>
      <w:r>
        <w:t>یہبہت بڑا یہ گفٹہے ماڈرنسویلائزیشنکا،بہت ہیبڑاگفٹہے۔ پوریپوریہسٹریمیںکبھییہچیزنہیںملی تھی، فریڈم کہآپجوچاہےسوچیے،جوچاہے بولیے،جوچاہےلکھیے۔</w:t>
      </w:r>
    </w:p>
    <w:p>
      <w:r>
        <w:rPr>
          <w:b/>
        </w:rPr>
        <w:t xml:space="preserve">[58:06] </w:t>
      </w:r>
      <w:r>
        <w:t>to ab kya karte hain? hamare scholars full for misaal dete hain, wo junior video ki misaal dete hain, ye ladkiyan dekho, nangi phir rahi hain.</w:t>
      </w:r>
    </w:p>
    <w:p>
      <w:pPr>
        <w:jc w:val="right"/>
      </w:pPr>
      <w:r>
        <w:t>تو ابکیاکرتے ہیں؟ہمارےاسکالرز فل فور مثالدیتےہیں، وہ جونی وڈیوٹیکیمثالدیتےہیں،یہلڑکیاںدیکھو،ننگیپھررہیہیں۔</w:t>
      </w:r>
    </w:p>
    <w:p>
      <w:r>
        <w:rPr>
          <w:b/>
        </w:rPr>
        <w:t xml:space="preserve">[58:16] </w:t>
      </w:r>
      <w:r>
        <w:t>ye koi tareeqa hai?</w:t>
      </w:r>
    </w:p>
    <w:p>
      <w:pPr>
        <w:jc w:val="right"/>
      </w:pPr>
      <w:r>
        <w:t>یہکوئیطریقہہے؟</w:t>
      </w:r>
    </w:p>
    <w:p>
      <w:r>
        <w:rPr>
          <w:b/>
        </w:rPr>
        <w:t xml:space="preserve">[58:18] </w:t>
      </w:r>
      <w:r>
        <w:t>wo bhag mein jayein ladkiyan, unko bahar mein daalo. tum ye socho ke hamare liye kitna bada ye opportunity khul gayi hai, hamare liye wo ladkiyan bahar mein jayein jo nangi ghoomti hain.</w:t>
      </w:r>
    </w:p>
    <w:p>
      <w:pPr>
        <w:jc w:val="right"/>
      </w:pPr>
      <w:r>
        <w:t>وہ بھاگمیںجائیںلڑکیاں، انکوباہرمیںڈالو۔ تم یہسوچوکہہمارےلیےکتنابڑایہاپرچونیٹیکھلیہوئیہے،ہمارےلیے وہلڑکیاںباہرمیںجائیں جوننگیگھومتیہیں۔</w:t>
      </w:r>
    </w:p>
    <w:p>
      <w:r>
        <w:rPr>
          <w:b/>
        </w:rPr>
        <w:t xml:space="preserve">[58:30] </w:t>
      </w:r>
      <w:r>
        <w:t>wo ladkiyan jo freedom ka matlab free sex samjhti hain, wo help ja rahi hain to jayein bahar, help bahar mein jayein. wo freedom ka matlab free sex nahin hai, freedom ka matlab new duty nahin hai.</w:t>
      </w:r>
    </w:p>
    <w:p>
      <w:pPr>
        <w:jc w:val="right"/>
      </w:pPr>
      <w:r>
        <w:t>وہ لڑکیاںجو فریڈمکامطلب فریسیکسسمجھتیہیں، وہہیلب جارہیہیںتوجائیںباہر،ہیلباہرمیںجائیں۔وہ فریڈمکامطلبفریسیکسنہیںہے، فریڈمکامطلب نیوڈیوٹینہیںہے۔</w:t>
      </w:r>
    </w:p>
    <w:p>
      <w:r>
        <w:rPr>
          <w:b/>
        </w:rPr>
        <w:t xml:space="preserve">[58:43] </w:t>
      </w:r>
      <w:r>
        <w:t>kuch logon ke liye to hai, hua kare un</w:t>
      </w:r>
    </w:p>
    <w:p>
      <w:pPr>
        <w:jc w:val="right"/>
      </w:pPr>
      <w:r>
        <w:t>کچھلوگوںکےلیےتوہے،ہواکرےان</w:t>
      </w:r>
    </w:p>
    <w:p>
      <w:r>
        <w:rPr>
          <w:b/>
        </w:rPr>
        <w:t xml:space="preserve">[58:45] </w:t>
      </w:r>
      <w:r>
        <w:t>ke liye, hum isko istemal karenge apne apne deen ke liye, apne mission ke liye.</w:t>
      </w:r>
    </w:p>
    <w:p>
      <w:pPr>
        <w:jc w:val="right"/>
      </w:pPr>
      <w:r>
        <w:t>کےلیے، ہماسکواستعمالکریںگے اپنے اپنے دینکےلیے، اپنے مشنکےلیے۔</w:t>
      </w:r>
    </w:p>
    <w:p>
      <w:r>
        <w:rPr>
          <w:b/>
        </w:rPr>
        <w:t xml:space="preserve">[58:55] </w:t>
      </w:r>
      <w:r>
        <w:t>aapko is pehlu ko avoid karna padega ke kuch log misuse karke apne aap ko tabah kar rahe hain, yaani freedom ko misuse karne walon ko dekhte hain aap, aur freedom ko jo hum khud istemal kar sakte hain, isko aap nahin dekhte.</w:t>
      </w:r>
    </w:p>
    <w:p>
      <w:pPr>
        <w:jc w:val="right"/>
      </w:pPr>
      <w:r>
        <w:t>آپکو اس پہلوکواوائڈکرناپڑےگا کہ کچھلوگ مسیوزکرکےاپنےآپکوتباہکررہےہیں، یعنیفریڈمکومس یوزکرنےوالوںکودیکھتےہیںآپ، اور فریڈمکوجوہمخود استعمال کرسکتےہیں،اسکوآپنہیںدیکھتے۔</w:t>
      </w:r>
    </w:p>
    <w:p>
      <w:r>
        <w:rPr>
          <w:b/>
        </w:rPr>
        <w:t xml:space="preserve">[59:08] </w:t>
      </w:r>
      <w:r>
        <w:t>jitne hum musalmanon ke bolne wale hain, bol bolte hain ke jab freedom ki baat aayegi to foran un ladkiyon ka hawala denge jo nangi ghoomti hain, jo free sex karti hain.</w:t>
      </w:r>
    </w:p>
    <w:p>
      <w:pPr>
        <w:jc w:val="right"/>
      </w:pPr>
      <w:r>
        <w:t>جتنےہممسلمانوںکے بولنےوالے ہیں،بول یبولتےہیں کہجب فریڈمکاباتآئےگیتو فوراًانلڑکیوںکاحوالہ دیںگےجوننگیگھومتیہیں،جو فریسیکسکرتیہیں۔</w:t>
      </w:r>
    </w:p>
    <w:p>
      <w:r>
        <w:rPr>
          <w:b/>
        </w:rPr>
        <w:t xml:space="preserve">[59:18] </w:t>
      </w:r>
      <w:r>
        <w:t>to bahar na jayein aisi ladkiyan, hamein unse kya lena dena hai? hum to isko istemal karenge ek opportunity ke taur par.</w:t>
      </w:r>
    </w:p>
    <w:p>
      <w:pPr>
        <w:jc w:val="right"/>
      </w:pPr>
      <w:r>
        <w:t>تو باہرنہجائیں ایسیلڑکیاں، ہمیںانسےکیالینادیناہے؟ ہمتواسکو استعمالکریںگے ایکاپرچونیٹیکےطورپر۔</w:t>
      </w:r>
    </w:p>
    <w:p>
      <w:r>
        <w:rPr>
          <w:b/>
        </w:rPr>
        <w:t xml:space="preserve">[59:29] </w:t>
      </w:r>
      <w:r>
        <w:t>to modern civilization ne humko freedom, dilchasp freedom diya hai, aur ye saare yaani wo choice cheez di hai jisko ke hum kehte hain wo age of communication. humko multimedia diya hai,</w:t>
      </w:r>
    </w:p>
    <w:p>
      <w:pPr>
        <w:jc w:val="right"/>
      </w:pPr>
      <w:r>
        <w:t>تو ماڈرنسویلائزیشننےہمکو فریڈم، دل چسپفریڈمدیاہے، اور یہ سارے یعنی وہچوائسچیزدیہےجسکوکہہمکہتےہیں وہ ایجآفکمیونیکیشن۔ہمکوملٹیمیڈیادیاہے،</w:t>
      </w:r>
    </w:p>
    <w:p>
      <w:r>
        <w:rPr>
          <w:b/>
        </w:rPr>
        <w:t xml:space="preserve">[59:51] </w:t>
      </w:r>
      <w:r>
        <w:t>jisko istemal karke hum kisi ek jagah baith kar ke, isi ek kamre mein baith kar ke, saari duniya mein Islam ko message pahuncha sakte hain.</w:t>
      </w:r>
    </w:p>
    <w:p>
      <w:pPr>
        <w:jc w:val="right"/>
      </w:pPr>
      <w:r>
        <w:t>جسکو است عمال کرکےہمکسی ایکجگہبیٹھکرکے،اسیایک کمرےمیںبیٹھکرکے،ساریدنیا میں اسلام کومیسجپہنچاسکتےہیں۔</w:t>
      </w:r>
    </w:p>
    <w:p>
      <w:r>
        <w:rPr>
          <w:b/>
        </w:rPr>
        <w:t xml:space="preserve">[1:00:00] </w:t>
      </w:r>
      <w:r>
        <w:t>yaani dawah empire bana sakte hain, kisi ek jagah baith kar ke. dawah empire kya hai? sabse bada concern Islam ka ye hai ke Islam ka paigham duniya bhar mein pahunch jaye. yehi concern hai sabse bada.</w:t>
      </w:r>
    </w:p>
    <w:p>
      <w:pPr>
        <w:jc w:val="right"/>
      </w:pPr>
      <w:r>
        <w:t>یعنیدعویٰ ایمپائر بناسکتےہیں،کسیایکجگہبیٹھکرکے۔ دعویٰایمپائرکیاہے؟ سبسےبڑاکنسرن اسلام کایہہے کہ اسلام کاپیغام دنیا بھرمیںپہنچجائے۔یہیکنسرنہےسبسےبڑا۔</w:t>
      </w:r>
    </w:p>
    <w:p>
      <w:r>
        <w:rPr>
          <w:b/>
        </w:rPr>
        <w:t xml:space="preserve">[1:00:14] </w:t>
      </w:r>
      <w:r>
        <w:t>iske liye poora mujhe azadi mili hui hai, da'iyallahu bi ghayrihi raj minni. ek hi concern hai Islam ka ke Islam ka paigham jo hai, duniya mein pahunch jaye.</w:t>
      </w:r>
    </w:p>
    <w:p>
      <w:pPr>
        <w:jc w:val="right"/>
      </w:pPr>
      <w:r>
        <w:t>اسکےلیےپورامجھے آزادیملی ہوئیہے، داعیالیاللہ بےدینوس راج منیرہ۔ ایکہی کنسرنہےاسلام کا کہ اسلام کا پیغامجوہے،دنیا میںپہنچجائے۔</w:t>
      </w:r>
    </w:p>
    <w:p>
      <w:r>
        <w:rPr>
          <w:b/>
        </w:rPr>
        <w:t xml:space="preserve">[1:00:26] </w:t>
      </w:r>
      <w:r>
        <w:t>to iske liye mujhe freedom mila hua hai, iske liye mujhe multimedia mila hua hai, iske liye mujhe car rahoayat mili hui hain, iske liye mujhe printing press mila hua hai, iske liye mujhe print media aur electronic media mila hua hai.</w:t>
      </w:r>
    </w:p>
    <w:p>
      <w:pPr>
        <w:jc w:val="right"/>
      </w:pPr>
      <w:r>
        <w:t>تواسکےلیےمجھےفریڈمملاہواہے، اسکےلیےمجھےملٹیمیڈیاملاہواہے، اسکےلیےمجھے کار رہوایاتملی ہوئیہیں، اسکےلیےمجھےپرنٹنگپریسملاہواہے، اسکےلیےمجھےپرنٹمیڈیااورالیکٹرانکمیڈیاملاہواہے۔</w:t>
      </w:r>
    </w:p>
    <w:p>
      <w:r>
        <w:rPr>
          <w:b/>
        </w:rPr>
        <w:t xml:space="preserve">[1:00:41] </w:t>
      </w:r>
      <w:r>
        <w:t>bila TikTok mein kar sakta hoon dawah work ko. ye hai modern civilization ka gift jo hamein mila hai.</w:t>
      </w:r>
    </w:p>
    <w:p>
      <w:pPr>
        <w:jc w:val="right"/>
      </w:pPr>
      <w:r>
        <w:t>بلاٹوکٹوکمیںکرسکتاہوںدعویٰورککو ۔ یہہے ماڈرنسویلائزیشنکا گفٹ جوہمیںملاہے۔</w:t>
      </w:r>
    </w:p>
    <w:p>
      <w:r>
        <w:rPr>
          <w:b/>
        </w:rPr>
        <w:t xml:space="preserve">[1:00:50] </w:t>
      </w:r>
      <w:r>
        <w:t>iski wajah se hum, hamare liye possible ho gaya hai ke agar hum</w:t>
      </w:r>
    </w:p>
    <w:p>
      <w:pPr>
        <w:jc w:val="right"/>
      </w:pPr>
      <w:r>
        <w:t>اسکیوجہسےہم ،ہمارےلیےپاسیبلہوگیاہے کہاگرہم</w:t>
      </w:r>
    </w:p>
    <w:p>
      <w:r>
        <w:rPr>
          <w:b/>
        </w:rPr>
        <w:t xml:space="preserve">[1:00:58] </w:t>
      </w:r>
      <w:r>
        <w:t>political confrontation ko chhod dein, agar hum ladai bhadai ko chhod dein, jaisa ke Masih ke پیرon ne kiya, to hum aaj wo saari opportunities maujood hain, jisko istemal karke hum dawah empire bana sakte hain.</w:t>
      </w:r>
    </w:p>
    <w:p>
      <w:pPr>
        <w:jc w:val="right"/>
      </w:pPr>
      <w:r>
        <w:t>پولیٹیکلکنفرنٹیشنکوچھوڑدیں، اگر ہملڑائیبھڑائیکوچھوڑدیں، جیساکہ مسیحکےپیروؤںنےکیا، تو ہم آج وہ ساری اپرچونیٹیزموجود ہیں،جسکواستعمال کرکےہم دعویٰ ایمپائربناسکتےہیں۔</w:t>
      </w:r>
    </w:p>
    <w:p>
      <w:r>
        <w:rPr>
          <w:b/>
        </w:rPr>
        <w:t xml:space="preserve">[1:01:16] </w:t>
      </w:r>
      <w:r>
        <w:t>ye</w:t>
      </w:r>
    </w:p>
    <w:p>
      <w:pPr>
        <w:jc w:val="right"/>
      </w:pPr>
      <w:r>
        <w:t>یہ</w:t>
      </w:r>
    </w:p>
    <w:p>
      <w:r>
        <w:rPr>
          <w:b/>
        </w:rPr>
        <w:t xml:space="preserve">[1:01:17] </w:t>
      </w:r>
      <w:r>
        <w:t>hai Christian model ka history mein wapas aana. to main samajhta hoon ke Christian model ki wapas ki jo bataya gaya tha hadith mein, wo aa gaya hai wapas history mein.</w:t>
      </w:r>
    </w:p>
    <w:p>
      <w:pPr>
        <w:jc w:val="right"/>
      </w:pPr>
      <w:r>
        <w:t>ہے کرسچنماڈلکا ہسٹریمیںواپسآنا۔ تومیں سمجھتاہوںکہ کرسچنماڈل کیواپسیکیجو بتایاگیاتھا حدیثمیں، وہ آچکاہےواپس ہسٹریمیں۔</w:t>
      </w:r>
    </w:p>
    <w:p>
      <w:r>
        <w:rPr>
          <w:b/>
        </w:rPr>
        <w:t xml:space="preserve">[1:01:37] </w:t>
      </w:r>
      <w:r>
        <w:t>ab sirf avail karne ki baat hai, hamein wait nahin karna hai, hamein hamein intezar nahin karna hai.</w:t>
      </w:r>
    </w:p>
    <w:p>
      <w:pPr>
        <w:jc w:val="right"/>
      </w:pPr>
      <w:r>
        <w:t>ابصرف اویلکرنےکیباتہے، ہمیںویٹنہیںکرناہے،ہمیں ہمیں انتظارنہیںکرناہے۔</w:t>
      </w:r>
    </w:p>
    <w:p>
      <w:r>
        <w:rPr>
          <w:b/>
        </w:rPr>
        <w:t xml:space="preserve">[1:01:45] </w:t>
      </w:r>
      <w:r>
        <w:t>Krishna Mandal ready wapas a chuka hai history mein, ab is ko avail kijiye aur international satah par aik dawah empire banaiye.</w:t>
      </w:r>
    </w:p>
    <w:p>
      <w:pPr>
        <w:jc w:val="right"/>
      </w:pPr>
      <w:r>
        <w:t>کرسچنماڈلال ریڈی واپسآچکاہےہسٹریمیں، اباسکواویلکیجئے اور انٹرنیشنلسطح پرایک دعویٰایمپائربنائیے۔</w:t>
      </w:r>
    </w:p>
    <w:p>
      <w:r>
        <w:rPr>
          <w:b/>
        </w:rPr>
        <w:t xml:space="preserve">[1:01:59] </w:t>
      </w:r>
      <w:r>
        <w:t>aur phir woh waqe ho jayega jo hadith mein aya hai ke har ghar mein Islam ka kalma pohanch jayega, har har ghar mein word of god pohanch jayega.</w:t>
      </w:r>
    </w:p>
    <w:p>
      <w:pPr>
        <w:jc w:val="right"/>
      </w:pPr>
      <w:r>
        <w:t>اورپھروہ واقع ہ ہوگاجوحدیث میںآیاہے کہہرگھرمیں اسلام کا کلمہپہنچجائےگا،ہر ہرگھرمیں ورڈآفگاڈ پہنچجائےگا۔</w:t>
      </w:r>
    </w:p>
    <w:p>
      <w:r>
        <w:rPr>
          <w:b/>
        </w:rPr>
        <w:t xml:space="preserve">[1:02:10] </w:t>
      </w:r>
      <w:r>
        <w:t>yahi hai dawah empire.</w:t>
      </w:r>
    </w:p>
    <w:p>
      <w:pPr>
        <w:jc w:val="right"/>
      </w:pPr>
      <w:r>
        <w:t>یہیہے دعویٰایمپائر۔</w:t>
      </w:r>
    </w:p>
    <w:p>
      <w:r>
        <w:rPr>
          <w:b/>
        </w:rPr>
        <w:t xml:space="preserve">[1:02:19] </w:t>
      </w:r>
      <w:r>
        <w:t>aqool qawli astaghfirullah al-ali al-azim wa atubu ilaih.</w:t>
      </w:r>
    </w:p>
    <w:p>
      <w:pPr>
        <w:jc w:val="right"/>
      </w:pPr>
      <w:r>
        <w:t>اقول قولیو استغفراللہالعلیوالکماجمعین۔</w:t>
      </w:r>
    </w:p>
    <w:p>
      <w:r>
        <w:rPr>
          <w:b/>
        </w:rPr>
        <w:t xml:space="preserve">[1:02:37] </w:t>
      </w:r>
      <w:r>
        <w:t>discussing such as: "Will there be activities in paradise also?" and "Will we live long lives only?" Please explain.</w:t>
      </w:r>
    </w:p>
    <w:p>
      <w:pPr>
        <w:jc w:val="right"/>
      </w:pPr>
      <w:r>
        <w:t>دسکوئسچنازفر ام شک یل :"ویلدیربی ایکٹیویٹیزان پیراڈائز الس و ؟"اور "ویلوی لیوانلگزریاونلی؟"پلیزایکسپلین۔</w:t>
      </w:r>
    </w:p>
    <w:p>
      <w:r>
        <w:rPr>
          <w:b/>
        </w:rPr>
        <w:t xml:space="preserve">[1:02:49] </w:t>
      </w:r>
      <w:r>
        <w:t>is par bohat si hadith hain aur Quran mein bhi hai: "fa aq hon". to main samjha hoon ke wahan sari activities hongi, bas yeh hai ke zyada refined way mein hongi.</w:t>
      </w:r>
    </w:p>
    <w:p>
      <w:pPr>
        <w:jc w:val="right"/>
      </w:pPr>
      <w:r>
        <w:t>اسپر بہت سیحدیثیںہیں اورقرآنمیںبھیہے: "ف اق ہون"۔ تومیں سمجھاہوںکہوہاں ساری ایکٹیویٹیزہوںگی، بسیہہےکہزیادہ ریفائنڈوےمیںہوںگی۔</w:t>
      </w:r>
    </w:p>
    <w:p>
      <w:r>
        <w:rPr>
          <w:b/>
        </w:rPr>
        <w:t xml:space="preserve">[1:03:05] </w:t>
      </w:r>
      <w:r>
        <w:t>har activity wahan hogi zyada refined way mein. yeh kai ayaton sadiyon se sabit hai.</w:t>
      </w:r>
    </w:p>
    <w:p>
      <w:pPr>
        <w:jc w:val="right"/>
      </w:pPr>
      <w:r>
        <w:t>ہرایکٹیویٹیوہاںہوگی زیادہ ریفائنڈوےمیں۔ یہ کئیآیتوںصدی وںسےثابتہے۔</w:t>
      </w:r>
    </w:p>
    <w:p>
      <w:r>
        <w:rPr>
          <w:b/>
        </w:rPr>
        <w:t xml:space="preserve">[1:03:13] </w:t>
      </w:r>
      <w:r>
        <w:t>ek aur ayat hai ke: "kul rizq munnahu min rizq qanam qabal" ke wohi jo yahan tha, wohi wahan bhi mila hum ko, lekin bohat zyada refined way mein.</w:t>
      </w:r>
    </w:p>
    <w:p>
      <w:pPr>
        <w:jc w:val="right"/>
      </w:pPr>
      <w:r>
        <w:t>ایکاورآیتہےکہ: "کل ر زق منہامنر زقر زق نامنقبل" کہوہیجویہاںتھا،وہیوہاںبھیملاہمکو، لیکن بہت زیادہ ریفائنڈوےمیں۔</w:t>
      </w:r>
    </w:p>
    <w:p>
      <w:r>
        <w:rPr>
          <w:b/>
        </w:rPr>
        <w:t xml:space="preserve">[1:03:26] </w:t>
      </w:r>
      <w:r>
        <w:t>bohat zyada is ke andar meaning hogi, bohat hi happiness hogi, bohat fulfillment hoga, magar hoga sari activities wahan bhi.</w:t>
      </w:r>
    </w:p>
    <w:p>
      <w:pPr>
        <w:jc w:val="right"/>
      </w:pPr>
      <w:r>
        <w:t>بہتزیادہ اسکےاندر میننگہوگی، بہت ہیپینسہوگی، بہت ف لفلمنٹہوگا، مگرہوگیساریایکٹیویٹیزوہاںبھی۔</w:t>
      </w:r>
    </w:p>
    <w:p>
      <w:r>
        <w:rPr>
          <w:b/>
        </w:rPr>
        <w:t xml:space="preserve">[1:03:36] </w:t>
      </w:r>
      <w:r>
        <w:t>chaliye, discuss nazfaram masti</w:t>
      </w:r>
    </w:p>
    <w:p>
      <w:pPr>
        <w:jc w:val="right"/>
      </w:pPr>
      <w:r>
        <w:t>چلیے، دسکوئسچنازفرامستی</w:t>
      </w:r>
    </w:p>
    <w:p>
      <w:r>
        <w:rPr>
          <w:b/>
        </w:rPr>
        <w:t xml:space="preserve">[1:03:42] </w:t>
      </w:r>
      <w:r>
        <w:t>:Why is it that Muslims consider Prophet Muhammad to be the ultimate model and fail to pay heed to the models of other prophets mentioned in Quran?</w:t>
      </w:r>
    </w:p>
    <w:p>
      <w:pPr>
        <w:jc w:val="right"/>
      </w:pPr>
      <w:r>
        <w:t>:"وائیازاٹدیٹمسلمزکنسیڈر پرافٹ محمد ٹوبیدیالٹیمیٹماڈل اینڈ فیل ٹوپے ہیٹ ٹودیماڈلزآف ادرپرافٹمینشنانداقرآن؟</w:t>
      </w:r>
    </w:p>
    <w:p>
      <w:r>
        <w:rPr>
          <w:b/>
        </w:rPr>
        <w:t xml:space="preserve">[1:03:53] </w:t>
      </w:r>
      <w:r>
        <w:t>"dekhein, yeh development hua jo hamare yahan, yani intellectual jo course chala, woh shuru se galat ho gaya ke Quran mein to kaha gaya ke Rasool Allah aswae hasna hai, is ko logon ne le liya aswae kamila ke maene mein,</w:t>
      </w:r>
    </w:p>
    <w:p>
      <w:pPr>
        <w:jc w:val="right"/>
      </w:pPr>
      <w:r>
        <w:t>"دیکھیں،یہ ڈیولپمنٹہواجوہمارےہاں، یعنی انٹلیکچول جو کورس چلا، وہ شروع سےغلطہوگیا کہقرآنمیںتوکہاگیا کہرسولاللہاسوےحسنہہے، اسکو لوگوںنےلےلیااسوےکاملہکےمعنیمیں،</w:t>
      </w:r>
    </w:p>
    <w:p>
      <w:r>
        <w:rPr>
          <w:b/>
        </w:rPr>
        <w:t xml:space="preserve">[1:04:10] </w:t>
      </w:r>
      <w:r>
        <w:t>yani complete model ke maene</w:t>
      </w:r>
    </w:p>
    <w:p>
      <w:pPr>
        <w:jc w:val="right"/>
      </w:pPr>
      <w:r>
        <w:t>یعنی کمپلیٹماڈلکےمع</w:t>
      </w:r>
    </w:p>
    <w:p>
      <w:r>
        <w:rPr>
          <w:b/>
        </w:rPr>
        <w:t xml:space="preserve">[1:04:12] </w:t>
      </w:r>
      <w:r>
        <w:t>mein. yeh bohat pehle se chali yeh baat chali hi hai aur beech mein kisi ne is ko toka na. main pehla shakhs hoon jis ne toka is baat ko ke jab "good example" ka word hai to tum kyun is ko complete example ke maene mein le rahe ho?</w:t>
      </w:r>
    </w:p>
    <w:p>
      <w:pPr>
        <w:jc w:val="right"/>
      </w:pPr>
      <w:r>
        <w:t>نیمیں۔ یہبہت پہلے سے چلییہباتچلرہیہے اور بیچمیںکسی نےاسکوٹوکانہیں۔ میں پہلاشخص ہوںجسنےٹوکااسباتکوجب کہجب "گڈایگزیمپل"کاورڈہےتوتم کیوںاسکو کمپلیٹایگزیمپلکےمعنیمیںلےرہےہو؟</w:t>
      </w:r>
    </w:p>
    <w:p>
      <w:r>
        <w:rPr>
          <w:b/>
        </w:rPr>
        <w:t xml:space="preserve">[1:04:26] </w:t>
      </w:r>
      <w:r>
        <w:t>"good example" ka word to Hazrat Ibrahim ke bare mein bhi hai. to ek silsila sadiyon se chalta raha, kisi ne shuru kar diya to aur naat khwani ki wajah se sab se nuksan pohancha.</w:t>
      </w:r>
    </w:p>
    <w:p>
      <w:pPr>
        <w:jc w:val="right"/>
      </w:pPr>
      <w:r>
        <w:t>"گڈایگزیمپل"کاورڈتوحضرت ابراہیمکےبارےمیںبھیہے۔ تو ایک سلسلہ صدیوںسےچلتارہا، کسی نے شروع کردیا تو اور نعتخوانیکیوجہسے سبسے نقصانپہنچا۔</w:t>
      </w:r>
    </w:p>
    <w:p>
      <w:r>
        <w:rPr>
          <w:b/>
        </w:rPr>
        <w:t xml:space="preserve">[1:04:40] </w:t>
      </w:r>
      <w:r>
        <w:t>jo naat khwaniyan jo hui hain, itna padhate charhate hain is mein, is ki wajah se ab sochna hi band ho gaya. ab logon ke sath logon ko lagta hai ke agar aap yeh kahein ke aswae kamila nahi hai to logon ko to Rasool Allah ko reduce kar rahe hain,</w:t>
      </w:r>
    </w:p>
    <w:p>
      <w:pPr>
        <w:jc w:val="right"/>
      </w:pPr>
      <w:r>
        <w:t>کوئینعتخوانیاںجوہوئیہیں، اتناپڑھاتےچڑھاتےہیںاسمیں، اسکیوجہ سے ابسوچناہیبندہوگیا۔ ابلوگوںکےساتھلوگوںکولگتاہےکہاگرآپیہکہیںکہاس وےکاملہنہیںہےتولوگوںکاتوہم رسولاللہکوریڈیوسکررہےہیں،</w:t>
      </w:r>
    </w:p>
    <w:p>
      <w:r>
        <w:rPr>
          <w:b/>
        </w:rPr>
        <w:t xml:space="preserve">[1:04:53] </w:t>
      </w:r>
      <w:r>
        <w:t>ghata rahe hain un ko kuch. to intellectual development jo hua, woh sahih rukh par nahi hua aur main is ka correction kar raha hoon, warna Quran mein hadith mein aisa kuch bhi likha hua nahi hai.</w:t>
      </w:r>
    </w:p>
    <w:p>
      <w:pPr>
        <w:jc w:val="right"/>
      </w:pPr>
      <w:r>
        <w:t>گھٹارہےہیںانکوکچھ۔ تو انٹلیکچولڈیولپمنٹجوہوا،وہ صحیحرخپرنہیںہوا اورمیںاسکاکریکشنکررہاہوں، ورنہقرآنمیںحدیثمیںایساکچھبھیلکھاہوانہیںہے۔</w:t>
      </w:r>
    </w:p>
    <w:p>
      <w:r>
        <w:rPr>
          <w:b/>
        </w:rPr>
        <w:t xml:space="preserve">[1:05:07] </w:t>
      </w:r>
      <w:r>
        <w:t>discuss Nazafreen Doctor Muzaffar Hussain:</w:t>
      </w:r>
    </w:p>
    <w:p>
      <w:pPr>
        <w:jc w:val="right"/>
      </w:pPr>
      <w:r>
        <w:t>دسکوئسچنازفرامڈاکٹر مظفر حسین:</w:t>
      </w:r>
    </w:p>
    <w:p>
      <w:r>
        <w:rPr>
          <w:b/>
        </w:rPr>
        <w:t xml:space="preserve">[1:05:10] </w:t>
      </w:r>
      <w:r>
        <w:t>"is the is not the word aso which is being used in Quran for method and ideology?" please explain.</w:t>
      </w:r>
    </w:p>
    <w:p>
      <w:pPr>
        <w:jc w:val="right"/>
      </w:pPr>
      <w:r>
        <w:t>"از دی از ناٹداورڈ اس وہ وچہیزبین یوزڈانقرآن کور میتھڈ اینڈ آئیڈیالوجی؟ "پلیزایکسپلین۔</w:t>
      </w:r>
    </w:p>
    <w:p>
      <w:r>
        <w:rPr>
          <w:b/>
        </w:rPr>
        <w:t xml:space="preserve">[1:05:22] </w:t>
      </w:r>
      <w:r>
        <w:t>dekhein, aap yeh bhi keh sakte hain ke woh cover karta hai, lekin aap ko do cheezon mein alag karna padega. ek woh jo attendlas o hota hai, ek woh jo situation se banta hai.</w:t>
      </w:r>
    </w:p>
    <w:p>
      <w:pPr>
        <w:jc w:val="right"/>
      </w:pPr>
      <w:r>
        <w:t>دیکھیں،آپ یہبھیکہہسکتےہیںکہ وہ کورکرتاہے، لیکن آپ کو دوچیزوںمیںالگکرناپڑےگا۔ ایک وہجو اٹینڈلاسوہہوتاہے، ایکوہجو سچویشنسےبنتاہے۔</w:t>
      </w:r>
    </w:p>
    <w:p>
      <w:r>
        <w:rPr>
          <w:b/>
        </w:rPr>
        <w:t xml:space="preserve">[1:05:35] </w:t>
      </w:r>
      <w:r>
        <w:t>Rasool Allah salallahu alaihi wasallam mislan oont par baithe to aap kahenge aap sab log oont par baithe hain, yeh to nahi keh sakte aap na? to Rasool Allah ki zindagi mein woh bhi uswa bana hai, woh bhi uswa kahane ke liye literature mein</w:t>
      </w:r>
    </w:p>
    <w:p>
      <w:pPr>
        <w:jc w:val="right"/>
      </w:pPr>
      <w:r>
        <w:t>رسولاللہصلیاللہعلیہوسلممثلاًووٹپربیٹھے توآپکہیںگےآپسبلوگووٹپربیٹھےہیں، یہتونہیںکہہسکتےآپ نا؟ تو رسولاللہ کیزندگی میں وہبھی اسوہبناہے،وہبھیاسوہکہانیکےلیے لٹریسینسمیں</w:t>
      </w:r>
    </w:p>
    <w:p>
      <w:r>
        <w:rPr>
          <w:b/>
        </w:rPr>
        <w:t xml:space="preserve">[1:05:51] </w:t>
      </w:r>
      <w:r>
        <w:t>, phir bhi aap ko manna padega ke ek is mein attendle hai, ek temporary hai. aaj koi nahi kahega ke sab oont par baitho, aisa to koi bhi nahi kahega.</w:t>
      </w:r>
    </w:p>
    <w:p>
      <w:pPr>
        <w:jc w:val="right"/>
      </w:pPr>
      <w:r>
        <w:t>، پھربھیآپکومانناپڑےگاکہایکاسمیںاٹینڈلہے، ایک ٹیمپریریہے۔ آجکوئینہیںکہےگاکہسب اونٹپربیٹھو، ایساتوکوئیبھینہیںکہےگا۔</w:t>
      </w:r>
    </w:p>
    <w:p>
      <w:r>
        <w:rPr>
          <w:b/>
        </w:rPr>
        <w:t xml:space="preserve">[1:06:02] </w:t>
      </w:r>
      <w:r>
        <w:t>to hum apne common sense ko use karke samajh sakte hain ke kaun si cheez hai jo attendle hai, kaun si temporary hai.</w:t>
      </w:r>
    </w:p>
    <w:p>
      <w:pPr>
        <w:jc w:val="right"/>
      </w:pPr>
      <w:r>
        <w:t>تو ہم اپنے کامنسینسکویوزکرکےسمجھسکتےہیںکہکونسیچیزہےجواٹینڈلہے، کونسیٹیمپریریہے۔</w:t>
      </w:r>
    </w:p>
    <w:p>
      <w:r>
        <w:rPr>
          <w:b/>
        </w:rPr>
        <w:t xml:space="preserve">[1:06:12] </w:t>
      </w:r>
      <w:r>
        <w:t>discuss nazfaram zahoor ahmad</w:t>
      </w:r>
    </w:p>
    <w:p>
      <w:pPr>
        <w:jc w:val="right"/>
      </w:pPr>
      <w:r>
        <w:t>دسکوئسچناز فر ام ظہوراحمد</w:t>
      </w:r>
    </w:p>
    <w:p>
      <w:r>
        <w:rPr>
          <w:b/>
        </w:rPr>
        <w:t xml:space="preserve">[1:06:16] </w:t>
      </w:r>
      <w:r>
        <w:t>"You had sometimes mentioned that 99 percent of the people misuse their freedom." I want to know, was Sahaba an exception to this?</w:t>
      </w:r>
    </w:p>
    <w:p>
      <w:pPr>
        <w:jc w:val="right"/>
      </w:pPr>
      <w:r>
        <w:t>:"یوہیڈسمٹائمبیکمینشن دیٹ9 9 موردین9 9 پرسنٹ آفداپیپل مسیوزدیرفریڈم۔" آئیوانٹٹونو،واز صحابہاینایکسیپشنٹودس؟</w:t>
      </w:r>
    </w:p>
    <w:p>
      <w:r>
        <w:rPr>
          <w:b/>
        </w:rPr>
        <w:t xml:space="preserve">[1:06:26] </w:t>
      </w:r>
      <w:r>
        <w:t>haan, majority sahaba ke zaroor is mein ek exception hai, lekin sahaba mein bhi koi weird as human wali baat wahan bhi thi. wahan bhi inse ghltiyan inse huin, to angel nahi thay woh, to inse bhi ghltiyan huin.</w:t>
      </w:r>
    </w:p>
    <w:p>
      <w:pPr>
        <w:jc w:val="right"/>
      </w:pPr>
      <w:r>
        <w:t>ہاں،میجورٹیصحابہکےضروراسمیںایکسیپشنہے، لیکن صحابہمیںبھی کوئی ویئرازہیومنوالیباتوہاںبھیتھی۔وہاںبھیانسےغلطیاںانسےہوئیں، تو اینجل نہیںتھےوہ، تو انسےبھیغلطیاںہوئیں۔</w:t>
      </w:r>
    </w:p>
    <w:p>
      <w:r>
        <w:rPr>
          <w:b/>
        </w:rPr>
        <w:t xml:space="preserve">[1:06:43] </w:t>
      </w:r>
      <w:r>
        <w:t>lekin</w:t>
      </w:r>
    </w:p>
    <w:p>
      <w:pPr>
        <w:jc w:val="right"/>
      </w:pPr>
      <w:r>
        <w:t>لیکن</w:t>
      </w:r>
    </w:p>
    <w:p>
      <w:r>
        <w:rPr>
          <w:b/>
        </w:rPr>
        <w:t xml:space="preserve">[1:06:44] </w:t>
      </w:r>
      <w:r>
        <w:t>woh chunaanche rasool Allah ki training inko mili thi, rasool Allah ke zariye inko sachai ki discovery hui thi, to baaz aitbaar se woh exception thay, woh log doosron ke muqable mein. lekin aam insan jis ko koi guidance nahi mili hai,</w:t>
      </w:r>
    </w:p>
    <w:p>
      <w:pPr>
        <w:jc w:val="right"/>
      </w:pPr>
      <w:r>
        <w:t>وہ چونکہرسولاللہکیٹریننگ انکوملی تھی، رسولاللہکےذریعےانکوسچائیکیڈسکوریہوئیتھی، تو بعض اساعتبارسےوہایکسیپشنتھے،وہلوگ دوسروںکےمقابلےمیں۔لیکن عامانسان جسکوکوئیگائیڈنسنہیںملی ہے،</w:t>
      </w:r>
    </w:p>
    <w:p>
      <w:r>
        <w:rPr>
          <w:b/>
        </w:rPr>
        <w:t xml:space="preserve">[1:06:57] </w:t>
      </w:r>
      <w:r>
        <w:t>to woh samajhte nahi ke misuse kiya cheez hai. jaise maine misaal di aap ko ke freedom ab sari aaj kal ki jo world hai, ek dum misuse kar rahi hai, chahe mard karein ya aurat karein.</w:t>
      </w:r>
    </w:p>
    <w:p>
      <w:pPr>
        <w:jc w:val="right"/>
      </w:pPr>
      <w:r>
        <w:t>تو وہ سمجھتےنہیںکہمس یوزکیاچیزہے۔ جیسےمیںنےمثالدیآپکوکہفریڈم اب ساری آجکلکیجوورلڈہے، ایکدم مسیوزکررہیہے، چاہےمردکریںیاعورتکریں۔</w:t>
      </w:r>
    </w:p>
    <w:p>
      <w:r>
        <w:rPr>
          <w:b/>
        </w:rPr>
        <w:t xml:space="preserve">[1:07:11] </w:t>
      </w:r>
      <w:r>
        <w:t>yaani freedom ka yeh jo misuse ho raha hai is zamanay mein itnay baray paimane par ke khulay tor par larkay aur larkiyan free sex kar rahay hain, halaan ke free sex woh hai, woh seedhay se hell mein janay ka rasta hai.</w:t>
      </w:r>
    </w:p>
    <w:p>
      <w:pPr>
        <w:jc w:val="right"/>
      </w:pPr>
      <w:r>
        <w:t>یعنیفریڈمکایہجو مسیوزہورہاہےاسزمان ےمیں اتنےبڑےپیمانےپر کہ کھلےطورپرلڑکےاورلڑکیاں فریسیکسکررہےہیں،حالانکہفری سیکسجوہے،وہ سیدھےسے ہیلہیلمیںجانےکاراستہہے۔</w:t>
      </w:r>
    </w:p>
    <w:p>
      <w:r>
        <w:rPr>
          <w:b/>
        </w:rPr>
        <w:t xml:space="preserve">[1:07:24] </w:t>
      </w:r>
      <w:r>
        <w:t>quran majeed mein hai ke aisay log bakhshay nahi jayein ge.</w:t>
      </w:r>
    </w:p>
    <w:p>
      <w:pPr>
        <w:jc w:val="right"/>
      </w:pPr>
      <w:r>
        <w:t>قرآنمجیدمیںہےکہ ایسےلوگبخشےنہیںجائیںگے۔</w:t>
      </w:r>
    </w:p>
    <w:p>
      <w:r>
        <w:rPr>
          <w:b/>
        </w:rPr>
        <w:t xml:space="preserve">[1:07:29] </w:t>
      </w:r>
      <w:r>
        <w:t>yaani yeh yaani husband aur wife ke beech mein jo talluqaat hotay hain, sexual, sirf wohi Khuda ki nazar mein sahi talluqaat hain.</w:t>
      </w:r>
    </w:p>
    <w:p>
      <w:pPr>
        <w:jc w:val="right"/>
      </w:pPr>
      <w:r>
        <w:t>یعنی ی عنی ہسبینڈ اوروائفکےبیچمیں جو تعلقاتہوتےہیں،سیکشول،صرفوہی خداکینظردیکھ صحیحتعلقاتہیں۔</w:t>
      </w:r>
    </w:p>
    <w:p>
      <w:r>
        <w:rPr>
          <w:b/>
        </w:rPr>
        <w:t xml:space="preserve">[1:07:38] </w:t>
      </w:r>
      <w:r>
        <w:t>husband aur wife ke bahir jo talluq kiya jaye ga, to aadmi ko samajhna chahiye ke woh jahannum mein ja raha hai, hell mein ja raha hai, do chaar minute ke pleasure lainay ke liye, hamesha ke liye aag mein jalnay ka intezaam kar raha hai. woh yeh yeh hai freedom ka misuse.</w:t>
      </w:r>
    </w:p>
    <w:p>
      <w:pPr>
        <w:jc w:val="right"/>
      </w:pPr>
      <w:r>
        <w:t>ہسبینڈاوروائفکےباہرجوتعلقکیاجائےگا، تو آدمیکوسمجھناچاہیےکہوہجہنممیںجارہاہے،ہیلمیںجارہاہے، دو چارمنٹکے کے پلیژرلینےکےلیے،ہمیشہکےلیےآگمیںجلنےکاانتظامکررہاہے۔وہ یہ یہہےفریڈمکا مسیوز۔</w:t>
      </w:r>
    </w:p>
    <w:p>
      <w:r>
        <w:rPr>
          <w:b/>
        </w:rPr>
        <w:t xml:space="preserve">[1:07:53] </w:t>
      </w:r>
      <w:r>
        <w:t>to freedom misuse jo kar rahay hain, to yeh yeh yeh yeh to ho raha hai pehle se bhi ziyada, aaj ho raha hai. hum kya kar sakte hain is ke liye ke sahaba chunaanche woh log thay jin ko ke prophet se mila tha sachai, to un ke andar Khuda ka khauf bohat ziyada tha, woh Khuda se dartay thay bohat ziyada.</w:t>
      </w:r>
    </w:p>
    <w:p>
      <w:pPr>
        <w:jc w:val="right"/>
      </w:pPr>
      <w:r>
        <w:t>توفریڈممسیوزجوکررہےہیں، تو یہ یہ یہ یہتوہورہاہے پہلے سےبھیزیادہ،آجہورہاہے۔ ہمکیاکرسکتےہیںاسکےلیے کہصحابہچونکہ وہلوگتھےجنکو کہ پرافٹسےملاتھا سچائی، تو انکےاندرخداکاخوفبہتزیادہتھا،وہخداسےڈرتےتھےبہتزیادہ۔</w:t>
      </w:r>
    </w:p>
    <w:p>
      <w:r>
        <w:rPr>
          <w:b/>
        </w:rPr>
        <w:t xml:space="preserve">[1:08:14] </w:t>
      </w:r>
      <w:r>
        <w:t>to Khuda ka jo darr tha, un ke liye check ban gaya tha.</w:t>
      </w:r>
    </w:p>
    <w:p>
      <w:pPr>
        <w:jc w:val="right"/>
      </w:pPr>
      <w:r>
        <w:t>تو خداکاجوڈرتھا،انکےلیےچیکبناہواتھا۔</w:t>
      </w:r>
    </w:p>
    <w:p>
      <w:r>
        <w:rPr>
          <w:b/>
        </w:rPr>
        <w:t xml:space="preserve">[1:08:20] </w:t>
      </w:r>
      <w:r>
        <w:t>discussing a question from Shad Hussain:</w:t>
      </w:r>
    </w:p>
    <w:p>
      <w:pPr>
        <w:jc w:val="right"/>
      </w:pPr>
      <w:r>
        <w:t>دسکوئسچنازفرام شادحسین:</w:t>
      </w:r>
    </w:p>
    <w:p>
      <w:r>
        <w:rPr>
          <w:b/>
        </w:rPr>
        <w:t xml:space="preserve">[1:08:23] </w:t>
      </w:r>
      <w:r>
        <w:t>"Can we reframe Muhammadan model with past Muhammadan model and Christian model as contemporary Muhammadan model?" Aap kar lijiye sahib,</w:t>
      </w:r>
    </w:p>
    <w:p>
      <w:pPr>
        <w:jc w:val="right"/>
      </w:pPr>
      <w:r>
        <w:t>"کینوی ر ینیم محمد ی ماڈل ود پاسمحمد محمد یماڈل اینڈکرسچنماڈلایزدیکنٹیمپریریمحمد نماڈل؟" آپ کرلیجئےصاحب،</w:t>
      </w:r>
    </w:p>
    <w:p>
      <w:r>
        <w:rPr>
          <w:b/>
        </w:rPr>
        <w:t xml:space="preserve">[1:08:37] </w:t>
      </w:r>
      <w:r>
        <w:t>main to samajhta hoon ke ziyada achha word hi hai: Muhammadan model of Christian model ya Muhammadan model of Maseehi model. yeh mujhe ziyada clear maloom hota hai. aap aur lafz pasand karein to aur bol lijiye, aap doosra aur word bol lijiye.</w:t>
      </w:r>
    </w:p>
    <w:p>
      <w:pPr>
        <w:jc w:val="right"/>
      </w:pPr>
      <w:r>
        <w:t>میںتوسمجھتاہوںکہزیادہاچھاورڈوہیہے: محمد یماڈلآف کرسچنماڈل یا محمد یماڈلآفمسیحیماڈل۔یہمجھےزیادہ کلیئرمعلومہوتاہے۔ آپ اور لفظپسندکریںتواوربوللیجئے،آپدوسراورڈبوللیجئے۔</w:t>
      </w:r>
    </w:p>
    <w:p>
      <w:r>
        <w:rPr>
          <w:b/>
        </w:rPr>
        <w:t xml:space="preserve">[1:08:51] </w:t>
      </w:r>
      <w:r>
        <w:t>discussing a question from</w:t>
      </w:r>
    </w:p>
    <w:p>
      <w:pPr>
        <w:jc w:val="right"/>
      </w:pPr>
      <w:r>
        <w:t>دسکوئسچنازفرامس</w:t>
      </w:r>
    </w:p>
    <w:p>
      <w:r>
        <w:rPr>
          <w:b/>
        </w:rPr>
        <w:t xml:space="preserve">[1:08:52] </w:t>
      </w:r>
      <w:r>
        <w:t>Adeeb: "What was the place of Hajj and Umrah in Islam?" Dekhein, aaj kal to jo log Hajj aur Umrah kar rahay hain, to main to samajhta hoon ke gunah kar rahay hain.</w:t>
      </w:r>
    </w:p>
    <w:p>
      <w:pPr>
        <w:jc w:val="right"/>
      </w:pPr>
      <w:r>
        <w:t>عدیہ: "واٹازدیپلیسآف حج اینڈعمر ہ ان اسلام ؟" دیکھیں،آجکل توجولوگ حجاورعمرہکررہےہیں،تومیںتوسمجھتاہوںکہگناہکرتےہیں۔</w:t>
      </w:r>
    </w:p>
    <w:p>
      <w:r>
        <w:rPr>
          <w:b/>
        </w:rPr>
        <w:t xml:space="preserve">[1:09:02] </w:t>
      </w:r>
      <w:r>
        <w:t>maaf kijiye ga, khwaam khwaah Hajj kiye ja rahay hain, khwaam khwaah Umrah kiye ja rahay hain.</w:t>
      </w:r>
    </w:p>
    <w:p>
      <w:pPr>
        <w:jc w:val="right"/>
      </w:pPr>
      <w:r>
        <w:t>معافکیجئےگا، خواہمخواہحجکیاجارہےہیں،خواہمخواہعمرہکررہےہیں۔</w:t>
      </w:r>
    </w:p>
    <w:p>
      <w:r>
        <w:rPr>
          <w:b/>
        </w:rPr>
        <w:t xml:space="preserve">[1:09:10] </w:t>
      </w:r>
      <w:r>
        <w:t>sirf ek Hajj ussi insan par jis ki personal income itni ho ke Hajj farz ho gaya ho, bas ussi par farz</w:t>
      </w:r>
    </w:p>
    <w:p>
      <w:pPr>
        <w:jc w:val="right"/>
      </w:pPr>
      <w:r>
        <w:t>صرف ایک حجاسیانسان پر جس کی پرسنلانکم اتنیہو کہحجفرضہوگیاہو، بساسیپر فر</w:t>
      </w:r>
    </w:p>
    <w:p>
      <w:r>
        <w:rPr>
          <w:b/>
        </w:rPr>
        <w:t xml:space="preserve">[1:09:18] </w:t>
      </w:r>
      <w:r>
        <w:t>farz hai. yaani female ka koi aadmi bohat paisa kama raha hai, to uss par Hajj ho ga farz. yeh saaray logon par Hajj nahi farz ho jaye ga.</w:t>
      </w:r>
    </w:p>
    <w:p>
      <w:pPr>
        <w:jc w:val="right"/>
      </w:pPr>
      <w:r>
        <w:t>ضہے۔ یعنیفیملیکاکوئیآدمیبہت پیسہکمارہاہے، تو اسکےاوپرحجہوگافرض۔ یہ سارےلوگوںکےاوپرحجنہیںفرضہوجائےگا۔</w:t>
      </w:r>
    </w:p>
    <w:p>
      <w:r>
        <w:rPr>
          <w:b/>
        </w:rPr>
        <w:t xml:space="preserve">[1:09:26] </w:t>
      </w:r>
      <w:r>
        <w:t>apni zaati income kisi ka agar itni hai jitna bataya gaya hai, tab uss par Hajj farz hai. aur aaj kal jo kai Hajj karte hain, Umrah bar bar karte hain, yeh to main is ko gunah samajhta hoon.</w:t>
      </w:r>
    </w:p>
    <w:p>
      <w:pPr>
        <w:jc w:val="right"/>
      </w:pPr>
      <w:r>
        <w:t>اپنی ذاتیانکمکسی کااگراتنیہے جتنا بتایاگیاہے، تباسپرحجفرضہے۔ اور آجکلجو کئیحجکرتےہیں،عمر ےبرابرکرتےہیں،یہتومیںاسکوگناہسمجھتاہوں۔</w:t>
      </w:r>
    </w:p>
    <w:p>
      <w:r>
        <w:rPr>
          <w:b/>
        </w:rPr>
        <w:t xml:space="preserve">[1:09:36] </w:t>
      </w:r>
      <w:r>
        <w:t>gunah is sin mein ke israf hai. yeh israf, israf kis cheez ka naam hai? dekhein, mere paas paisa hai to mere paas do choice hotay hain: ek maslan ek daawa work mein kharch karoon, ek mein Umrah par Umrah karoon, to main is ko gunah samjhunga ke priority dena chahiye mujhe daawa work ko,</w:t>
      </w:r>
    </w:p>
    <w:p>
      <w:pPr>
        <w:jc w:val="right"/>
      </w:pPr>
      <w:r>
        <w:t>گناہاسسینسمیںکہاسرافہے۔یہاسراف، اسراف کسچیزکانامہے؟دیکھیں، میرےپاسپیسہہے تو میرےپاس دو چوائسہوتےہیں: ایک مثلاًایکدعویٰورکمیںخرچکروں، ایکمیںعمرہپرعمرہکروں، تومیںاسکوگناہسمجھوںگا کہ پرائر ٹیدیناچاہیےمجھے دعویٰورککو،</w:t>
      </w:r>
    </w:p>
    <w:p>
      <w:r>
        <w:rPr>
          <w:b/>
        </w:rPr>
        <w:t xml:space="preserve">[1:09:56] </w:t>
      </w:r>
      <w:r>
        <w:t>kiyunke kai Umrah karnay ke se koi koi farz nahi hai. woh ek Umrah bhi farz nahi hai, farz to sirf Hajj hai. aap zindagi bhar Umrah na karein to aap par koi gunah nahi aaye ga.</w:t>
      </w:r>
    </w:p>
    <w:p>
      <w:pPr>
        <w:jc w:val="right"/>
      </w:pPr>
      <w:r>
        <w:t>کیونکہکئیعمرہکرنے کےسےکوئی کوئی فرضنہیںہے۔وہ ایکعمر ہبھیفرضنہیںہے، فرضتوصرفحجہے۔ آپزندگی بھرعمرہنہکریںتوآپپرکوئیگناہنہیںآئےگا۔</w:t>
      </w:r>
    </w:p>
    <w:p>
      <w:r>
        <w:rPr>
          <w:b/>
        </w:rPr>
        <w:t xml:space="preserve">[1:10:08] </w:t>
      </w:r>
      <w:r>
        <w:t>haan, agar Hajj farz hai to Hajj karna ho ga aap ko. ab doosri taraf yeh hai, hazaron insan nahi, laakhon karoron insan mar rahay hain, mar kar jahannum mein ja rahay hain.</w:t>
      </w:r>
    </w:p>
    <w:p>
      <w:pPr>
        <w:jc w:val="right"/>
      </w:pPr>
      <w:r>
        <w:t>ہاں،اگر حجفرضہےتوحجکرناہوگاآپکو۔ ابدوسریطرف یہہے،ہزاروںانساننہیں،لاکھوں کروڑوںانسان مررہےہیں،مرکر جہنممیںجارہےہیں۔</w:t>
      </w:r>
    </w:p>
    <w:p>
      <w:r>
        <w:rPr>
          <w:b/>
        </w:rPr>
        <w:t xml:space="preserve">[1:10:18] </w:t>
      </w:r>
      <w:r>
        <w:t>logon ko pata nahi ke freedom ki limit kya hai, logon ko pata nahi ke unhein duniya mein kis tarah rehna hai. logon ko Khuda ke as plan ka ilm nahi hai,</w:t>
      </w:r>
    </w:p>
    <w:p>
      <w:pPr>
        <w:jc w:val="right"/>
      </w:pPr>
      <w:r>
        <w:t>لوگوںکوپتہہینہیںکہفریڈمکیلمٹکیاہے، لوگوںکوپتہنہیں کہانہیں دنیا میںکسطرحرہناہے۔ لوگوںکوخداکےاسامپلانٹکاعلمنہیںہے،</w:t>
      </w:r>
    </w:p>
    <w:p>
      <w:r>
        <w:rPr>
          <w:b/>
        </w:rPr>
        <w:t xml:space="preserve">[1:10:26] </w:t>
      </w:r>
      <w:r>
        <w:t>logon ko jahannum aur paradise ka pata nahi hai. to ab un ko batana sab se pehla kaam hai ke un ko batana.</w:t>
      </w:r>
    </w:p>
    <w:p>
      <w:pPr>
        <w:jc w:val="right"/>
      </w:pPr>
      <w:r>
        <w:t>لوگوںکو جہنم اور پیراڈائزکاپتہنہیںہے۔ تو ابانکوبت انا سبسےپہلاکام ہےکہانکوبت انا۔</w:t>
      </w:r>
    </w:p>
    <w:p>
      <w:r>
        <w:rPr>
          <w:b/>
        </w:rPr>
        <w:t xml:space="preserve">[1:10:38] </w:t>
      </w:r>
      <w:r>
        <w:t>aisi haalat mein jo log Umrah par Umrah karte chale ja rahay hain, Hajj par Hajj karte chale ja rahay hain, main to koi gunah samajhta hoon is ko, kiyunke priority uss waqt sab se ziyada hai daawa work ki, logon ko jahannum se bachane ki, logon ko sachai batane ki,</w:t>
      </w:r>
    </w:p>
    <w:p>
      <w:pPr>
        <w:jc w:val="right"/>
      </w:pPr>
      <w:r>
        <w:t>ایسیحالتمیںجولوگ عمر ہپرعمرہکرتےچلےجارہےہیں،حجپرحجکرتےچلےجارہےہیں،میںتوکوئیگناہسمجھتاہوںاسکو ،کیونکہ پرائرٹیاسوقتسبسےزیادہہے دعویٰورککی، لوگوںکوجہنمسےبچانےکی، لوگوںکوسچائی بت انےکی،</w:t>
      </w:r>
    </w:p>
    <w:p>
      <w:r>
        <w:rPr>
          <w:b/>
        </w:rPr>
        <w:t xml:space="preserve">[1:10:52] </w:t>
      </w:r>
      <w:r>
        <w:t>logon ko khuda ke creation plan se aagah karne ki.</w:t>
      </w:r>
    </w:p>
    <w:p>
      <w:pPr>
        <w:jc w:val="right"/>
      </w:pPr>
      <w:r>
        <w:t>لوگوںکوخداکے کریشنپلانسےآگاہکرنے کی۔</w:t>
      </w:r>
    </w:p>
    <w:p>
      <w:r>
        <w:rPr>
          <w:b/>
        </w:rPr>
        <w:t xml:space="preserve">[1:10:56] </w:t>
      </w:r>
      <w:r>
        <w:t>jiske paas ek paisa hai ya ek blendal raha hai, isimein kharch kare woh. haan, jiske upar hajj farz ho chuka hai, apni zaati aamdani ki wajah se ya rakhiye, zaati aamdani ki wajah se isko hajj karna chahiye.</w:t>
      </w:r>
    </w:p>
    <w:p>
      <w:pPr>
        <w:jc w:val="right"/>
      </w:pPr>
      <w:r>
        <w:t>جسکےپاسایک پیسہہے یاایک بلینڈالرہے،اسیمیںخرچکرےوہ۔ ہاں،جسکےاوپرحجفرضہوچکاہے، اپنی ذاتیآمدنیکیوجہسےیادرکھیے، ذاتیآمدنیکیوجہسے اسکوحجکرناچاہیے۔</w:t>
      </w:r>
    </w:p>
    <w:p>
      <w:r>
        <w:rPr>
          <w:b/>
        </w:rPr>
        <w:t xml:space="preserve">[1:11:10] </w:t>
      </w:r>
      <w:r>
        <w:t>iske baghair toh mein is israf samajhta hoon. quran majeed mein hai ke israf ke bare mein ke jo log israf karte hain, yaani paison ko waste karna, paison ko bikhairna, woh shaitan ke bhai hain.</w:t>
      </w:r>
    </w:p>
    <w:p>
      <w:pPr>
        <w:jc w:val="right"/>
      </w:pPr>
      <w:r>
        <w:t>اسکےبغیرتومیں اس اسرافسمجھتاہوں۔ قرآنمجیدمیںہےکہ اسرافکےبارےمیں کہ جولوگ اسرافکرتےہیں،یعنی پیسوںکوویسٹکرنا، پیسوںکوبکھیرنا، وہ شیطانکےبھائیہیں۔</w:t>
      </w:r>
    </w:p>
    <w:p>
      <w:r>
        <w:rPr>
          <w:b/>
        </w:rPr>
        <w:t xml:space="preserve">[1:11:27] </w:t>
      </w:r>
      <w:r>
        <w:t>toh mein jahan se samajh paya hoon, yeh yeh hai ke is zaman e mein sirf rasool Allah ne bhi ek hajj kiya tha, bas is zaman e mein jiske paas sach much farz ho, sach much woh ek hajj kar le, bas woh phir doosra hajj na kare.</w:t>
      </w:r>
    </w:p>
    <w:p>
      <w:pPr>
        <w:jc w:val="right"/>
      </w:pPr>
      <w:r>
        <w:t>تومیںجہاںسےسمجھپایاہوں، یہیہے کہاس زمان ےمیں صرف رسولاللہنےبھیایکحجکیاتھا،بس اس زمان ےمیںجسکےپاس سچمچفرضہو،سچمچ وہ ایکحجکرلے،بسوہبھیدوسراحجنہکرے۔</w:t>
      </w:r>
    </w:p>
    <w:p>
      <w:r>
        <w:rPr>
          <w:b/>
        </w:rPr>
        <w:t xml:space="preserve">[1:11:42] </w:t>
      </w:r>
      <w:r>
        <w:t>umrah ki toh koi zaroorat nahi hai. umrah toh is zaman e mein ek woh outing ban gayi hai, mein jaanta hoon, khoob outing karte hain log umrah ke naam par.</w:t>
      </w:r>
    </w:p>
    <w:p>
      <w:pPr>
        <w:jc w:val="right"/>
      </w:pPr>
      <w:r>
        <w:t>عمر ہکیتوکوئیضرورتہینہیں۔عمرہتواسزمانےمیںایک وہ آؤٹنگبنگئیہے،میںجانتاہوں، خوبآؤٹنگکرتےہیںلوگعمرہکےنامپر ۔</w:t>
      </w:r>
    </w:p>
    <w:p>
      <w:r>
        <w:rPr>
          <w:b/>
        </w:rPr>
        <w:t xml:space="preserve">[1:11:51] </w:t>
      </w:r>
      <w:r>
        <w:t>itna bada kaam hai karne ka ke daawa work ka ke log yaani andhe behre ki tarah hell mein gir rahe hain, hell fire mein, andhe behre ki tarah. jisko dekhein, aurat mard ek dum jaise ke yaani inko koi pata nahi hai ke doosra rasta.</w:t>
      </w:r>
    </w:p>
    <w:p>
      <w:pPr>
        <w:jc w:val="right"/>
      </w:pPr>
      <w:r>
        <w:t>اتنابڑا کام ہےکرنے کاکہ دعویٰورککاکہلوگ یعنی اندھےبحرےکیطرح ہیلمیںگررہےہیں،ہیلفائرمیں، اندھےبحرےکیطرح۔جسکودیکھیں،عورتمرد ایکدمجیسےکہ یعنیانکوکوئی پتہہینہیںکہدوسراراستہ۔</w:t>
      </w:r>
    </w:p>
    <w:p>
      <w:r>
        <w:rPr>
          <w:b/>
        </w:rPr>
        <w:t xml:space="preserve">[1:12:09] </w:t>
      </w:r>
      <w:r>
        <w:t>rasool Allah ne farmaya ke log patangon ki tarah aag mein gir rahe hain, mein inko peeche se khinchta hoon. inko wahi time aa gaya hai,</w:t>
      </w:r>
    </w:p>
    <w:p>
      <w:pPr>
        <w:jc w:val="right"/>
      </w:pPr>
      <w:r>
        <w:t>رسولاللہنےفرمایاکہ لوگ پتنگوںکیطرح آگمیںگررہےہیں،میںانکوپیچھےسےکھینچتاہوں۔انکو وہیٹائمآج آگیاہے،</w:t>
      </w:r>
    </w:p>
    <w:p>
      <w:r>
        <w:rPr>
          <w:b/>
        </w:rPr>
        <w:t xml:space="preserve">[1:12:18] </w:t>
      </w:r>
      <w:r>
        <w:t>jisko dekhe woh hell ki taraf daud raha hai. aur freedom ne toh aisa logon ko tabah kiya hai ke freedom ko misuse karke log jisko bhi dekhein, woh hell ki taraf bhaag raha hai.</w:t>
      </w:r>
    </w:p>
    <w:p>
      <w:pPr>
        <w:jc w:val="right"/>
      </w:pPr>
      <w:r>
        <w:t>جسکودیکھےوہہیلکیطرف دوڑرہاہے۔ اورفریڈمنےتوایسا لوگوںکوتباہکیاہے کہ فریڈمکومس یوزکرکےلوگ جسکوبھیدیکھیں،وہہیلکیطرفبھاگرہاہے۔</w:t>
      </w:r>
    </w:p>
    <w:p>
      <w:r>
        <w:rPr>
          <w:b/>
        </w:rPr>
        <w:t xml:space="preserve">[1:12:28] </w:t>
      </w:r>
      <w:r>
        <w:t>toh isko bataiye, paise ko yahan kharch kijiye, apne time ko yahan lagaiye, apni saari strength ko yahan lagaiye, logon ko hell se bachaiye.</w:t>
      </w:r>
    </w:p>
    <w:p>
      <w:pPr>
        <w:jc w:val="right"/>
      </w:pPr>
      <w:r>
        <w:t>تواسکوبتائیے، پیسےکویہاںخرچکیجئے، اپنےٹائمکویہاںلگائیے، اپنی ساریسٹرینتھکویہاںلگائیے، لوگوںکو ہیلسےبچائیے۔</w:t>
      </w:r>
    </w:p>
    <w:p>
      <w:r>
        <w:rPr>
          <w:b/>
        </w:rPr>
        <w:t xml:space="preserve">[1:12:40] </w:t>
      </w:r>
      <w:r>
        <w:t>toh mein toh barahali yeh samajhta hoon ke yeh sab israf hai, iske siwa aur kuch nahi.</w:t>
      </w:r>
    </w:p>
    <w:p>
      <w:pPr>
        <w:jc w:val="right"/>
      </w:pPr>
      <w:r>
        <w:t>تومیںتوبہرحالیہسمجھتاہوںکہیہسب اسرافہے، اسکےسوااورکچھنہیں۔</w:t>
      </w:r>
    </w:p>
    <w:p>
      <w:r>
        <w:rPr>
          <w:b/>
        </w:rPr>
        <w:t xml:space="preserve">[1:12:48] </w:t>
      </w:r>
      <w:r>
        <w:t>this question is from umran: "according to quran, Jesus was neither crucified, nor died a death. there are no proof to support that he had not died.</w:t>
      </w:r>
    </w:p>
    <w:p>
      <w:pPr>
        <w:jc w:val="right"/>
      </w:pPr>
      <w:r>
        <w:t>دسکوئسچنازفر ام عمر ان: "اکارڈنگٹوقرآن، جیزس وازنیدر کروسیفائیڈ، ناٹڈیڈہیڈائی۔ دیرآرمینیپروف ٹوسپورٹدیٹہیڈیڈناٹڈائی۔</w:t>
      </w:r>
    </w:p>
    <w:p>
      <w:r>
        <w:rPr>
          <w:b/>
        </w:rPr>
        <w:t xml:space="preserve">[1:13:00] </w:t>
      </w:r>
      <w:r>
        <w:t>in fact, he was raised by Allah. if Jesus died a death and dies per another ayat of Quran which says every living being will taste death, then how will Jesus die if he had not come back in person?</w:t>
      </w:r>
    </w:p>
    <w:p>
      <w:pPr>
        <w:jc w:val="right"/>
      </w:pPr>
      <w:r>
        <w:t>انفیکٹ،ہیوازریزبائےاللہ ۔ اف جیزسڈیڈڈائیاین ڈایزپرانادر آیتآفقرآن وچسیز ایوریلیونگبین گ ویلٹیسٹ ڈیتھ، دینہاؤویلجیزسڈائی افہیڈزناٹکمبیکانپرسن ؟</w:t>
      </w:r>
    </w:p>
    <w:p>
      <w:r>
        <w:rPr>
          <w:b/>
        </w:rPr>
        <w:t xml:space="preserve">[1:13:15] </w:t>
      </w:r>
      <w:r>
        <w:t>"dekhein, mein isko nahi manta.</w:t>
      </w:r>
    </w:p>
    <w:p>
      <w:pPr>
        <w:jc w:val="right"/>
      </w:pPr>
      <w:r>
        <w:t>"دیکھیں،میںاسکونہیںمانتا۔</w:t>
      </w:r>
    </w:p>
    <w:p>
      <w:r>
        <w:rPr>
          <w:b/>
        </w:rPr>
        <w:t xml:space="preserve">[1:13:17] </w:t>
      </w:r>
      <w:r>
        <w:t>mein ne dekha hai ke masih ki death ho chuki hai aur quran mein kahin aisa nahi hai ke woh death nahi hui. inki yeh toh logon ne bana rakha hai. aisa quran ke mutabiq masih ki death ho chuki hai aur second coming ke maani yeh nahi ke inka personally this person this body inka aayega yahan par.</w:t>
      </w:r>
    </w:p>
    <w:p>
      <w:pPr>
        <w:jc w:val="right"/>
      </w:pPr>
      <w:r>
        <w:t>میں نےدیکھاہےکہمسیحکیڈیتھہوچکیہے اورقرآنمیںکہیںایسانہیںہےکہوہڈیتھنہیںہوئی۔انکی یہتولوگوںنےبنارکھاہے۔ایسا قرآنکےمطابق مسیحکیڈیتھہوچکیہے اور سیکنڈکمیکےمعنییہنہیںکہانکا پرسنلی یہپرسن یہباڈیانکاآئےگایہاںپر۔</w:t>
      </w:r>
    </w:p>
    <w:p>
      <w:r>
        <w:rPr>
          <w:b/>
        </w:rPr>
        <w:t xml:space="preserve">[1:13:33] </w:t>
      </w:r>
      <w:r>
        <w:t>mein isko nahi manta. mein iske model ki second coming ko manta hoon aur jisko detail mein samajhna ho toh mere paas aaye, mein toh bataunga isko. yahan par bahut zyada detail ka mauqa nahi hai kyunke mere paas sara maujood hai. reference</w:t>
      </w:r>
    </w:p>
    <w:p>
      <w:pPr>
        <w:jc w:val="right"/>
      </w:pPr>
      <w:r>
        <w:t>میںاسکونہیںمانتا۔ میں اسکے ماڈلکی سیکنڈکمیکومانتاہوں اور جسکوڈیٹیلمیںسمجھناہوتومیرےپاسآئے،میںتوبتاؤںگااسکو۔یہاںپربہتزیادہڈیٹیلکاموقعنہیںہے کیونکہمیرےپاسسارا موجود ہے۔ریفرنس</w:t>
      </w:r>
    </w:p>
    <w:p>
      <w:r>
        <w:rPr>
          <w:b/>
        </w:rPr>
        <w:t xml:space="preserve">[1:13:47] </w:t>
      </w:r>
      <w:r>
        <w:t>koi aaye mere paas toh mein bataunga isko. this question is from raziya: "it is often said that since god loves man seventy times more than a mother, he will not put man into an eternal punishment.</w:t>
      </w:r>
    </w:p>
    <w:p>
      <w:pPr>
        <w:jc w:val="right"/>
      </w:pPr>
      <w:r>
        <w:t>کوئیآئےمیرےپاس تو میںبتاؤںگااسکو۔ دسکوئسچن ازفرامراضیہ :"اٹاز افن سیڈ دیٹسنسگاڈ لوز مین سیونٹیٹائمز موردینواٹامدرڈز، ہیویلناٹ پٹ مینٹواین ایٹرنلپنش منٹ۔</w:t>
      </w:r>
    </w:p>
    <w:p>
      <w:r>
        <w:rPr>
          <w:b/>
        </w:rPr>
        <w:t xml:space="preserve">[1:14:05] </w:t>
      </w:r>
      <w:r>
        <w:t>please elaborate.</w:t>
      </w:r>
    </w:p>
    <w:p>
      <w:pPr>
        <w:jc w:val="right"/>
      </w:pPr>
      <w:r>
        <w:t>پلیزایلیبریٹ۔</w:t>
      </w:r>
    </w:p>
    <w:p>
      <w:r>
        <w:rPr>
          <w:b/>
        </w:rPr>
        <w:t xml:space="preserve">[1:14:06] </w:t>
      </w:r>
      <w:r>
        <w:t>"dekhein, jahan par yeh baat kahi gayi hai ke khuda insaan se mohabbat karta hai, wahin yeh bhi kahi gayi hai ke khuda jo hai woh aadil hai,</w:t>
      </w:r>
    </w:p>
    <w:p>
      <w:pPr>
        <w:jc w:val="right"/>
      </w:pPr>
      <w:r>
        <w:t>" دیکھیں،جہاںپریہباتکہیگئیہےکہخدا انسان سےمحبتکرتاہے، وہیںیہبھیکہیگئیہےکہخدا جوہے وہ عادلہے،</w:t>
      </w:r>
    </w:p>
    <w:p>
      <w:r>
        <w:rPr>
          <w:b/>
        </w:rPr>
        <w:t xml:space="preserve">[1:14:21] </w:t>
      </w:r>
      <w:r>
        <w:t>yaani hamesha justice par rehta hai. khuda kabhi unjust nahi karta. khuda toh</w:t>
      </w:r>
    </w:p>
    <w:p>
      <w:pPr>
        <w:jc w:val="right"/>
      </w:pPr>
      <w:r>
        <w:t>یعنیہمیشہ جسٹس پررہتاہے۔خدا کبھی انجسٹسنہیںکرتا۔خدا تو</w:t>
      </w:r>
    </w:p>
    <w:p>
      <w:r>
        <w:rPr>
          <w:b/>
        </w:rPr>
        <w:t xml:space="preserve">[1:14:29] </w:t>
      </w:r>
      <w:r>
        <w:t>ek aadmi ko jo jisne ek crime kiya hai kisi aur ke against mein, toh agar isko khuda hell mein na daale toh iska maani ke doosre ke upar zulm ho gaya. woh toh bilashuba khuda mohabbat karta hai insaan se, lekin justice bhi saath saath khuda ki sifat hai aur kabhi bhi justice ke khilaaf khuda nahi karta koi baat.</w:t>
      </w:r>
    </w:p>
    <w:p>
      <w:pPr>
        <w:jc w:val="right"/>
      </w:pPr>
      <w:r>
        <w:t>ایک آدمی کو جو جسنےایککرائمکیاہےکسی اور کے اگینسٹمیں، تو اگر اسکو خدا ہیلمیںنہڈالے تواسکامعنیکہدوسرےکےاوپرظلمہوگیا۔وہ تو بلاشبہخدا محبتکرتاہےانسانسے،لیکن جسٹسبھی ساتھ ساتھ خداکی صفتہے اور کبھیبھیجسٹسکےخلاف خدا نہیں کرتاکوئیبات۔</w:t>
      </w:r>
    </w:p>
    <w:p>
      <w:r>
        <w:rPr>
          <w:b/>
        </w:rPr>
        <w:t xml:space="preserve">[1:14:55] </w:t>
      </w:r>
      <w:r>
        <w:t>toh khuda ne sab se bada jo khuda ke love ka jo expression hai, wohi yeh hai ke khuda ne paradise banayi. das bees saal, pachas saal ke kaam ke nateeje mein aap ko eternal paradise dene ka khuda ne intezaam kar diya.</w:t>
      </w:r>
    </w:p>
    <w:p>
      <w:pPr>
        <w:jc w:val="right"/>
      </w:pPr>
      <w:r>
        <w:t>تو خدانے سبسےبڑاجو خداکے لو کاجو ایکسپریشنہے،وہیہہےکہخدانےپیراڈائزبنائی۔ دسبیسسال ،پچاسسالکےکام کےنتیجےمیںآپکوایٹرنلپیراڈائزدینےکاخدانےانتظامکردیا۔</w:t>
      </w:r>
    </w:p>
    <w:p>
      <w:r>
        <w:rPr>
          <w:b/>
        </w:rPr>
        <w:t xml:space="preserve">[1:15:10] </w:t>
      </w:r>
      <w:r>
        <w:t>sab se bada love yeh hai. love yeh nahi hai ke kuch bhi karo aur khuda tum ko paradise mein dakhil kar de. yeh kaise ho sakta hai ke duniya mein tum free sex karo aur woh wahan paradise gate bhi khol diya jaye tumhare liye?</w:t>
      </w:r>
    </w:p>
    <w:p>
      <w:pPr>
        <w:jc w:val="right"/>
      </w:pPr>
      <w:r>
        <w:t>سبسےبڑالو یہہے۔ لو یہنہیںہےکہ کچھبھیکرو اور خداتمکوپیراڈائزمیں داخلکردے۔ یہکیسےہوسکتاہے کہدنیا میںتم فریسیکسکرو اوروہاں پیراڈائز گیٹبھیکھولدیاجائےتمہارےلیے؟</w:t>
      </w:r>
    </w:p>
    <w:p>
      <w:r>
        <w:rPr>
          <w:b/>
        </w:rPr>
        <w:t xml:space="preserve">[1:15:24] </w:t>
      </w:r>
      <w:r>
        <w:t>yeh toh justice ke khilaaf ho jayega. yeh sab se bada khuda ka love yeh hai insaan ke liye ke usne aap ke liye eternal paradise banayi.</w:t>
      </w:r>
    </w:p>
    <w:p>
      <w:pPr>
        <w:jc w:val="right"/>
      </w:pPr>
      <w:r>
        <w:t>یہتوجسٹسکےخلافہوجائےگا۔یہ سبسے بڑا خداکا لو یہہے انسانکےلیے کہاسنے آپ کےلیے ایٹرنلپیراڈائزبنائی۔</w:t>
      </w:r>
    </w:p>
    <w:p>
      <w:r>
        <w:rPr>
          <w:b/>
        </w:rPr>
        <w:t xml:space="preserve">[1:15:34] </w:t>
      </w:r>
      <w:r>
        <w:t>das bees saal aap se kaha ke tum freedom ko misuse na karo toh hum ko yeh paradise denge. is se bada love kya ho sakta hai?</w:t>
      </w:r>
    </w:p>
    <w:p>
      <w:pPr>
        <w:jc w:val="right"/>
      </w:pPr>
      <w:r>
        <w:t>دسبیسسال آپ سےکہاکہتم فریڈمکو مس یوزنہکرو توہمکوئیلوگ تم کوپیراڈائزدیںگے۔ اسسےبڑالوکیاہوسکتاہے؟</w:t>
      </w:r>
    </w:p>
    <w:p>
      <w:r>
        <w:rPr>
          <w:b/>
        </w:rPr>
        <w:t xml:space="preserve">[1:15:45] </w:t>
      </w:r>
      <w:r>
        <w:t>mein samajhta hoon ke yeh hi sab se bada khuda ka love hai insaan ke liye. this question</w:t>
      </w:r>
    </w:p>
    <w:p>
      <w:pPr>
        <w:jc w:val="right"/>
      </w:pPr>
      <w:r>
        <w:t>میںسمجھتاہوںکہیہیسبسےبڑاخداکا لوہےانسانکےلیے۔ دسکوئسچن</w:t>
      </w:r>
    </w:p>
    <w:p>
      <w:r>
        <w:rPr>
          <w:b/>
        </w:rPr>
        <w:t xml:space="preserve">[1:15:51] </w:t>
      </w:r>
      <w:r>
        <w:t>azfaramar umer an: "wars fought during the time of Muhammad were acts of self-defense and not aggression. If we take this as Muhammad's model, then it should apply unto thee.</w:t>
      </w:r>
    </w:p>
    <w:p>
      <w:pPr>
        <w:jc w:val="right"/>
      </w:pPr>
      <w:r>
        <w:t>ازفرامعمر ان:"وار ز فاٹ ڈیورنگدیٹائمآف محمد وارایکٹسآف سیلف ڈیفنس اینڈناٹایگری شن۔ اف ویٹیکدسایزامحمد یماڈل، دیناٹشوڈاپلائیایونٹوڈے۔</w:t>
      </w:r>
    </w:p>
    <w:p>
      <w:r>
        <w:rPr>
          <w:b/>
        </w:rPr>
        <w:t xml:space="preserve">[1:16:04] </w:t>
      </w:r>
      <w:r>
        <w:t>If there is undue aggression, then self-defense becomes important. Even if we say that today aggression wages an ideological war, then to fight this war is also in accordance with the Muhammadi model.</w:t>
      </w:r>
    </w:p>
    <w:p>
      <w:pPr>
        <w:jc w:val="right"/>
      </w:pPr>
      <w:r>
        <w:t>اف دیراز انڈیوایگریشن، دین سیلفڈیفنس بیکمز امپورٹنٹ۔ ایوناف وی سے دی ٹدیایگری سر ویجزاینڈآئیڈیالوجیکلوار، دینٹوفائٹ دسوار از الس و اناکارڈنس وددیمحمد یماڈل۔</w:t>
      </w:r>
    </w:p>
    <w:p>
      <w:r>
        <w:rPr>
          <w:b/>
        </w:rPr>
        <w:t xml:space="preserve">[1:16:20] </w:t>
      </w:r>
      <w:r>
        <w:t>"nahin, dekhen, is zamanay mein kahin bhi self defense ka masla hai he nahin. jahan jahan musalmanon ne laraai chherri hai, woh sab to yaani basis laraaiyan hain.</w:t>
      </w:r>
    </w:p>
    <w:p>
      <w:pPr>
        <w:jc w:val="right"/>
      </w:pPr>
      <w:r>
        <w:t>"نہیں،دیکھیں،اسزمان ےمیں کہیں بھی سیلفڈیفنسکامسئلہہےہینہیں۔ جہاںجہاںمسلمانوںنےلڑائیچھیڑیہے،وہسب تو یعنی بیسسلڑائیاںہیں۔</w:t>
      </w:r>
    </w:p>
    <w:p>
      <w:r>
        <w:rPr>
          <w:b/>
        </w:rPr>
        <w:t xml:space="preserve">[1:16:33] </w:t>
      </w:r>
      <w:r>
        <w:t>jaise kashmir mein, falasteen mein, iraq mein aur fil pain mein, har jagah yeh to basis laraaiyan theen. yeh iska ta'alluq jihad se tha, laraai se nahin self defense mein nahin tha. woh kuch bhi nahin, kahin bhi self defense ka masla nahin hai.</w:t>
      </w:r>
    </w:p>
    <w:p>
      <w:pPr>
        <w:jc w:val="right"/>
      </w:pPr>
      <w:r>
        <w:t>جیسےکشمیرمیں،فلسطینمیں،عراقانمیں اور فل پائنمیں،ہرجگہ یہتو بیسسلڑائیاںتھیں۔یہ اسکاتعلق جہادسےتھا،لڑائیسےنہسیلفڈیفنسمیںنہیںتھا۔وہ کچھبھینہیں ، کہیںبھیسیلفڈیفنسکامسئلہنہیںہے۔</w:t>
      </w:r>
    </w:p>
    <w:p>
      <w:r>
        <w:rPr>
          <w:b/>
        </w:rPr>
        <w:t xml:space="preserve">[1:16:47] </w:t>
      </w:r>
      <w:r>
        <w:t>yeh to khwamkhwah isko self defense banatay hain. isko yeh to yeh sab to basis laraaiyan theen, khwamkhwah ki laraaiyan. ek bhi is zamanay mein jo laraai kar rahay hain musalman, idhar udhar koi nahin is mein jihad hai, na self defense mein hai, kuch bhi nahin.</w:t>
      </w:r>
    </w:p>
    <w:p>
      <w:pPr>
        <w:jc w:val="right"/>
      </w:pPr>
      <w:r>
        <w:t>یہتوخوامخواہاسکوسیلفڈیفنس بناتےہیں۔اسکو یہتو یہسبتوبیسسلڑائیاںتھیں،خوامخواہکیلڑائیاں۔ ایک بھی اسزمانےمیںجولڑائی کررہےہیںمسلمان،ادھرادھر کوئینہاسمیںجہادہے، نہسیلفڈیفنسمیںہے،کچھبھینہیں۔</w:t>
      </w:r>
    </w:p>
    <w:p>
      <w:r>
        <w:rPr>
          <w:b/>
        </w:rPr>
        <w:t xml:space="preserve">[1:17:02] </w:t>
      </w:r>
      <w:r>
        <w:t>bekar ki laraai hai, bekar ki laraai hai. agar koi isko samajhna chahe to mein meri kitab mein parhe, woh mere paas aaye to mein detail detail bataunga ke kahin bhi yeh self defense, yeh laraai kahin self defense mein nahin ho rahi.</w:t>
      </w:r>
    </w:p>
    <w:p>
      <w:pPr>
        <w:jc w:val="right"/>
      </w:pPr>
      <w:r>
        <w:t>بیکارکیلڑائیہے، بیکارکیلڑائیہے۔ اگر کوئیاسکوسمجھناچاہےتومیں میریکتاب یںپڑھے،وہ میرےپاسآئےتومیںڈیٹیل ڈیٹیلبتاؤںگا کہ کہیںبھییہسیلفڈیفنس، یہلڑائیکہیںسیلفڈیفنسمیںنہیںہورہی۔</w:t>
      </w:r>
    </w:p>
    <w:p>
      <w:r>
        <w:rPr>
          <w:b/>
        </w:rPr>
        <w:t xml:space="preserve">[1:17:16] </w:t>
      </w:r>
      <w:r>
        <w:t>yeh sab fasad mein ho rahi hai. fasad mein mein iska proof dunga aap ko. aap mere paas tashreef laiye, mere ghar par mein bataunga mein aap ko.</w:t>
      </w:r>
    </w:p>
    <w:p>
      <w:pPr>
        <w:jc w:val="right"/>
      </w:pPr>
      <w:r>
        <w:t>یہسب فسادمیںہورہیہے۔فسادمیں میں اسکاپروفدوںگاآپکو ۔آپمیرےپاستشریفلائیے،میرے گھرپرمیںبتاؤںگامیںآپکو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