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Mission January 7, 2007 Maulana Wahiduddin Khan</w:t>
      </w:r>
    </w:p>
    <w:p>
      <w:r>
        <w:t>https://www.youtube.com/watch?v=8BAYm9ggJ5k</w:t>
      </w:r>
    </w:p>
    <w:p>
      <w:r>
        <w:rPr>
          <w:b/>
        </w:rPr>
        <w:t xml:space="preserve">[00:29] </w:t>
      </w:r>
      <w:r>
        <w:t>wahal al-uqdah min lisani, yafqah qawli. aaj mein</w:t>
      </w:r>
    </w:p>
    <w:p>
      <w:pPr>
        <w:jc w:val="right"/>
      </w:pPr>
      <w:r>
        <w:t>واحل العقدۃ من لسانی، یفقہ قولی۔ آج میں</w:t>
      </w:r>
    </w:p>
    <w:p>
      <w:r>
        <w:rPr>
          <w:b/>
        </w:rPr>
        <w:t xml:space="preserve">[00:39] </w:t>
      </w:r>
      <w:r>
        <w:t>kuch baat, hamari jo yeh class hai chal rahi hai, aur jo mission hai hamara, is ke bare mein kuch kahun ga.</w:t>
      </w:r>
    </w:p>
    <w:p>
      <w:pPr>
        <w:jc w:val="right"/>
      </w:pPr>
      <w:r>
        <w:t>کچھ بات، ہماری جو یہ کلاس ہے چل رہی ہے، اور جو مشن ہے ہمارا، اس کے بارے میں کچھ کہوں گا۔</w:t>
      </w:r>
    </w:p>
    <w:p>
      <w:r>
        <w:rPr>
          <w:b/>
        </w:rPr>
        <w:t xml:space="preserve">[00:49] </w:t>
      </w:r>
      <w:r>
        <w:t>bohat se log is class ko samajh nahin paate.</w:t>
      </w:r>
    </w:p>
    <w:p>
      <w:pPr>
        <w:jc w:val="right"/>
      </w:pPr>
      <w:r>
        <w:t>بہت سے لوگ اس کلاس کو سمجھ نہیں پاتے۔</w:t>
      </w:r>
    </w:p>
    <w:p>
      <w:r>
        <w:rPr>
          <w:b/>
        </w:rPr>
        <w:t xml:space="preserve">[00:53] </w:t>
      </w:r>
      <w:r>
        <w:t>jo log bare bare crowd ko dekhte hain idhar udhar, aur</w:t>
      </w:r>
    </w:p>
    <w:p>
      <w:pPr>
        <w:jc w:val="right"/>
      </w:pPr>
      <w:r>
        <w:t>جو لوگ بڑے بڑے کراؤڈ کو دیکھتے ہیں ادھر ادھر، اور</w:t>
      </w:r>
    </w:p>
    <w:p>
      <w:r>
        <w:rPr>
          <w:b/>
        </w:rPr>
        <w:t xml:space="preserve">[01:02] </w:t>
      </w:r>
      <w:r>
        <w:t>dekhte hain gadiyon wale mission ko, bare bare organization wale mission ko, to woh samajhte hain ke hum koi chota mota kaam kar rahe hain.</w:t>
      </w:r>
    </w:p>
    <w:p>
      <w:pPr>
        <w:jc w:val="right"/>
      </w:pPr>
      <w:r>
        <w:t>دیکھتے ہیں گدیوں والے مشن کو، بڑے بڑے آرگنائزیشن والے مشن کو، تو وہ سمجھتے ہیں کہ ہم کوئی چھوٹا موٹا کام کر رہے ہیں۔</w:t>
      </w:r>
    </w:p>
    <w:p>
      <w:r>
        <w:rPr>
          <w:b/>
        </w:rPr>
        <w:t xml:space="preserve">[01:13] </w:t>
      </w:r>
      <w:r>
        <w:t>haqiqat yeh hai ke yeh sare globe par jo kaam ho rahe hain, un sab mein yeh sab se bara kaam hai. sab se bara kaam</w:t>
      </w:r>
    </w:p>
    <w:p>
      <w:pPr>
        <w:jc w:val="right"/>
      </w:pPr>
      <w:r>
        <w:t>حقیقت یہ ہے کہ یہ سارے گلوب پر جو کام ہو رہے ہیں، ان سب میں یہ سب سے بڑا کام ہے۔ سب سے بڑا کام</w:t>
      </w:r>
    </w:p>
    <w:p>
      <w:r>
        <w:rPr>
          <w:b/>
        </w:rPr>
        <w:t xml:space="preserve">[01:21] </w:t>
      </w:r>
      <w:r>
        <w:t>hai. sare crowd, sare stage, aur sare shandar gadiyan, bare bare organizations, bare bare buildingen, woh sab is ke muqable mein kuch bhi nahin hain.</w:t>
      </w:r>
    </w:p>
    <w:p>
      <w:pPr>
        <w:jc w:val="right"/>
      </w:pPr>
      <w:r>
        <w:t>ہے۔ سارے کراؤڈ، سارے اسٹیج، اور سارے شاندار گدیاں، بڑے بڑے آرگنائزیشنز، بڑے بڑے بلڈنگیں، وہ سب اس کے مقابلے میں کچھ بھی نہیں ہیں۔</w:t>
      </w:r>
    </w:p>
    <w:p>
      <w:r>
        <w:rPr>
          <w:b/>
        </w:rPr>
        <w:t xml:space="preserve">[01:33] </w:t>
      </w:r>
      <w:r>
        <w:t>nothing hain.</w:t>
      </w:r>
    </w:p>
    <w:p>
      <w:pPr>
        <w:jc w:val="right"/>
      </w:pPr>
      <w:r>
        <w:t>نتھنگ ہیں۔</w:t>
      </w:r>
    </w:p>
    <w:p>
      <w:r>
        <w:rPr>
          <w:b/>
        </w:rPr>
        <w:t xml:space="preserve">[01:37] </w:t>
      </w:r>
      <w:r>
        <w:t>lekin is ko samajhne ke liye bohat zyada wisdom chahiye.</w:t>
      </w:r>
    </w:p>
    <w:p>
      <w:pPr>
        <w:jc w:val="right"/>
      </w:pPr>
      <w:r>
        <w:t>لیکن اس کو سمجھنے کے لیے بہت زیادہ وزڈم چاہیے۔</w:t>
      </w:r>
    </w:p>
    <w:p>
      <w:r>
        <w:rPr>
          <w:b/>
        </w:rPr>
        <w:t xml:space="preserve">[01:46] </w:t>
      </w:r>
      <w:r>
        <w:t>bari bari cheez jo dekhne mein hamare haan pahaad lagti ho, to is ko koi bhi samajh sakta hai. lekin is bar is beautiful, is ko samajhne ke liye bohat zyada wisdom chahiye.</w:t>
      </w:r>
    </w:p>
    <w:p>
      <w:pPr>
        <w:jc w:val="right"/>
      </w:pPr>
      <w:r>
        <w:t>بڑی بڑی چیز جو دیکھنے میں ہمارے ہاں پہاڑ لگتی ہو، تو اس کو کوئی بھی سمجھ سکتا ہے۔ لیکن اس بار اس بیوٹی فل، اس کو سمجھنے کے لیے بہت زیادہ وزڈم چاہیے۔</w:t>
      </w:r>
    </w:p>
    <w:p>
      <w:r>
        <w:rPr>
          <w:b/>
        </w:rPr>
        <w:t xml:space="preserve">[02:02] </w:t>
      </w:r>
      <w:r>
        <w:t>is liye is ko batana parta hai. hamare haan pahaad ko batane ki zaroorat nahin hai ke woh bohat bara pahaad hai.</w:t>
      </w:r>
    </w:p>
    <w:p>
      <w:pPr>
        <w:jc w:val="right"/>
      </w:pPr>
      <w:r>
        <w:t>اس لیے اس کو بتانا پڑتا ہے۔ ہمارے ہاں پہاڑ کو بتانے کی ضرورت نہیں ہے کہ وہ بہت بڑا پہاڑ ہے۔</w:t>
      </w:r>
    </w:p>
    <w:p>
      <w:r>
        <w:rPr>
          <w:b/>
        </w:rPr>
        <w:t xml:space="preserve">[02:09] </w:t>
      </w:r>
      <w:r>
        <w:t>lekin is bar is beautiful ko batane ke liye ek shumar paida hota hai, ek philosopher.</w:t>
      </w:r>
    </w:p>
    <w:p>
      <w:pPr>
        <w:jc w:val="right"/>
      </w:pPr>
      <w:r>
        <w:t>لیکن اس بار اس بیوٹی فل کو بتانے کے لیے ایک شمار پیدا ہوتا ہے، ایک فلاسفر۔</w:t>
      </w:r>
    </w:p>
    <w:p>
      <w:r>
        <w:rPr>
          <w:b/>
        </w:rPr>
        <w:t xml:space="preserve">[02:18] </w:t>
      </w:r>
      <w:r>
        <w:t>tab log jaan paate hain ke is bar is beautiful hai. khair, to aaj mein</w:t>
      </w:r>
    </w:p>
    <w:p>
      <w:pPr>
        <w:jc w:val="right"/>
      </w:pPr>
      <w:r>
        <w:t>تب لوگ جان پاتے ہیں کہ اس بار اس بیوٹی فل ہے۔ خیر، تو آج میں</w:t>
      </w:r>
    </w:p>
    <w:p>
      <w:r>
        <w:rPr>
          <w:b/>
        </w:rPr>
        <w:t xml:space="preserve">[02:29] </w:t>
      </w:r>
      <w:r>
        <w:t>isi ko topic banaun ga inshallah, ke hamara mission kya hai.</w:t>
      </w:r>
    </w:p>
    <w:p>
      <w:pPr>
        <w:jc w:val="right"/>
      </w:pPr>
      <w:r>
        <w:t>اسی کو ٹاپک بناؤں گا انشاءاللہ، کہ ہمارا مشن کیا ہے۔</w:t>
      </w:r>
    </w:p>
    <w:p>
      <w:r>
        <w:rPr>
          <w:b/>
        </w:rPr>
        <w:t xml:space="preserve">[02:34] </w:t>
      </w:r>
      <w:r>
        <w:t>dekhiye, hadith mein aaya hai, prophet of Islam ne farmaya ke final days mein ek dajjal nikle ga,</w:t>
      </w:r>
    </w:p>
    <w:p>
      <w:pPr>
        <w:jc w:val="right"/>
      </w:pPr>
      <w:r>
        <w:t>دیکھیے، حدیث میں آیا ہے، پرافٹ آف اسلام نے فرمایا کہ فائنل ڈیز میں ایک دجال نکلے گا،</w:t>
      </w:r>
    </w:p>
    <w:p>
      <w:r>
        <w:rPr>
          <w:b/>
        </w:rPr>
        <w:t xml:space="preserve">[02:48] </w:t>
      </w:r>
      <w:r>
        <w:t>aur woh sari dunya ko mein fasad barpa kar de ga, bigaad de ga sab ko.</w:t>
      </w:r>
    </w:p>
    <w:p>
      <w:pPr>
        <w:jc w:val="right"/>
      </w:pPr>
      <w:r>
        <w:t>اور وہ ساری دنیا کو میں فساد برپا کر دے گا، بگاڑ دے گا سب کو۔</w:t>
      </w:r>
    </w:p>
    <w:p>
      <w:r>
        <w:rPr>
          <w:b/>
        </w:rPr>
        <w:t xml:space="preserve">[02:56] </w:t>
      </w:r>
      <w:r>
        <w:t>to log samajhte hain ke dajjal koi hamaliya pahaad jaisa koi bohat bara animal hoga, koi beast hoga, aisa kuch bhi nahin hai.</w:t>
      </w:r>
    </w:p>
    <w:p>
      <w:pPr>
        <w:jc w:val="right"/>
      </w:pPr>
      <w:r>
        <w:t>تو لوگ سمجھتے ہیں کہ دجال کوئی حمالیہ پہاڑ جیسا کوئی بہت بڑا اینیمل ہوگا، کوئی بیسٹ ہوگا، ایسا کچھ بھی نہیں ہے۔</w:t>
      </w:r>
    </w:p>
    <w:p>
      <w:r>
        <w:rPr>
          <w:b/>
        </w:rPr>
        <w:t xml:space="preserve">[03:07] </w:t>
      </w:r>
      <w:r>
        <w:t>woh hamare jaise insanon jaisa insan hoga. dajjal ka matlab hota hai great deceiver. dajjal ek arabic word hai, is ka matlab hota hai great deceiver.</w:t>
      </w:r>
    </w:p>
    <w:p>
      <w:pPr>
        <w:jc w:val="right"/>
      </w:pPr>
      <w:r>
        <w:t>وہ ہمارے جیسے انسانوں جیسا انسان ہوگا۔ دجال کا مطلب ہوتا ہے گریٹ ڈیسیور۔ دجال ایک عربک ورڈ ہے، اس کا مطلب ہوتا ہے گریٹ ڈیسیور۔</w:t>
      </w:r>
    </w:p>
    <w:p>
      <w:r>
        <w:rPr>
          <w:b/>
        </w:rPr>
        <w:t xml:space="preserve">[03:25] </w:t>
      </w:r>
      <w:r>
        <w:t>to is par maine bohat socha, bohat parha, sare jo relevant record hain, un sab ko parha. main yeh samajh paya hoon ke yeh</w:t>
      </w:r>
    </w:p>
    <w:p>
      <w:pPr>
        <w:jc w:val="right"/>
      </w:pPr>
      <w:r>
        <w:t>تو اس پر میں نے بہت سوچا، بہت پڑھا، سارے جو ریلیونٹ ریکارڈ ہیں، ان سب کو پڑھا۔ میں یہ سمجھ پایا ہوں کہ یہ</w:t>
      </w:r>
    </w:p>
    <w:p>
      <w:r>
        <w:rPr>
          <w:b/>
        </w:rPr>
        <w:t xml:space="preserve">[03:38] </w:t>
      </w:r>
      <w:r>
        <w:t>great deceiver ka matlab kya hai: deceiving interpretation of islam. dajjal jo hai, woh kya karega?</w:t>
      </w:r>
    </w:p>
    <w:p>
      <w:pPr>
        <w:jc w:val="right"/>
      </w:pPr>
      <w:r>
        <w:t>گریٹ ڈیسیور کا مطلب کیا ہے: ڈیسیونگ انٹرپریٹیشن آف اسلام۔ دجال جو ہے، وہ کیا کرے گا؟</w:t>
      </w:r>
    </w:p>
    <w:p>
      <w:r>
        <w:rPr>
          <w:b/>
        </w:rPr>
        <w:t xml:space="preserve">[03:49] </w:t>
      </w:r>
      <w:r>
        <w:t>islam ka deceiving interpretation dega.</w:t>
      </w:r>
    </w:p>
    <w:p>
      <w:pPr>
        <w:jc w:val="right"/>
      </w:pPr>
      <w:r>
        <w:t>اسلام کا ڈیسیونگ انٹرپریٹیشن دے گا۔</w:t>
      </w:r>
    </w:p>
    <w:p>
      <w:r>
        <w:rPr>
          <w:b/>
        </w:rPr>
        <w:t xml:space="preserve">[03:54] </w:t>
      </w:r>
      <w:r>
        <w:t>dhoka dene wala interpretation. woh hoga kya? political interpretation. yahi dajali hai.</w:t>
      </w:r>
    </w:p>
    <w:p>
      <w:pPr>
        <w:jc w:val="right"/>
      </w:pPr>
      <w:r>
        <w:t>دھوکہ دینے والا انٹرپریٹیشن۔ وہ ہوگا کیا؟ پولیٹیکل انٹرپریٹیشن۔ یہی دجالی ہے۔</w:t>
      </w:r>
    </w:p>
    <w:p>
      <w:r>
        <w:rPr>
          <w:b/>
        </w:rPr>
        <w:t xml:space="preserve">[04:04] </w:t>
      </w:r>
      <w:r>
        <w:t>yahi deceiving interpretation hai.</w:t>
      </w:r>
    </w:p>
    <w:p>
      <w:pPr>
        <w:jc w:val="right"/>
      </w:pPr>
      <w:r>
        <w:t>یہی ڈیسیونگ انٹرپریٹیشن ہے۔</w:t>
      </w:r>
    </w:p>
    <w:p>
      <w:r>
        <w:rPr>
          <w:b/>
        </w:rPr>
        <w:t xml:space="preserve">[04:08] </w:t>
      </w:r>
      <w:r>
        <w:t>is zamane mein dekhiye,</w:t>
      </w:r>
    </w:p>
    <w:p>
      <w:pPr>
        <w:jc w:val="right"/>
      </w:pPr>
      <w:r>
        <w:t>اس زمانے میں دیکھیے،</w:t>
      </w:r>
    </w:p>
    <w:p>
      <w:r>
        <w:rPr>
          <w:b/>
        </w:rPr>
        <w:t xml:space="preserve">[04:12] </w:t>
      </w:r>
      <w:r>
        <w:t>deceiving interpretation, is ko main kehta hoon yani political interpretation, jis mein ke yeh bataya gaya ke islam ka goal political rule qaim karna.</w:t>
      </w:r>
    </w:p>
    <w:p>
      <w:pPr>
        <w:jc w:val="right"/>
      </w:pPr>
      <w:r>
        <w:t>ڈیسیونگ انٹرپریٹیشن، اس کو میں کہتا ہوں یعنی پولیٹیکل انٹرپریٹیشن، جس میں کہ یہ بتایا گیا کہ اسلام کا گول ہے پولیٹیکل رول قائم کرنا۔</w:t>
      </w:r>
    </w:p>
    <w:p>
      <w:r>
        <w:rPr>
          <w:b/>
        </w:rPr>
        <w:t xml:space="preserve">[04:27] </w:t>
      </w:r>
      <w:r>
        <w:t>yeh bohat hi absurd baat thi, aur baseless thi quran o hadees ke aitbaar se. jitna phaili, utna phailai ke sari muslim dunya mein phail gayi.</w:t>
      </w:r>
    </w:p>
    <w:p>
      <w:pPr>
        <w:jc w:val="right"/>
      </w:pPr>
      <w:r>
        <w:t>یہ بہت ہی ایبسورڈ بات تھی، اور بیسلیس تھی قرآن و حدیث کے اعتبار سے۔ جتنا پھیلی، اتنا پھیلائی کہ ساری مسلم دنیا میں پھیل گئی۔</w:t>
      </w:r>
    </w:p>
    <w:p>
      <w:r>
        <w:rPr>
          <w:b/>
        </w:rPr>
        <w:t xml:space="preserve">[04:37] </w:t>
      </w:r>
      <w:r>
        <w:t>har aadmi directly ya indirectly is ke influence mein aa gaya.</w:t>
      </w:r>
    </w:p>
    <w:p>
      <w:pPr>
        <w:jc w:val="right"/>
      </w:pPr>
      <w:r>
        <w:t>ہر آدمی ڈائریکٹلی یا ان ڈائریکٹلی اس کے انفلوئنس میں آ گیا۔</w:t>
      </w:r>
    </w:p>
    <w:p>
      <w:r>
        <w:rPr>
          <w:b/>
        </w:rPr>
        <w:t xml:space="preserve">[04:47] </w:t>
      </w:r>
      <w:r>
        <w:t>is ki wajah yeh thi ke bohat hi fertile soil mila hai is interpretation ko.</w:t>
      </w:r>
    </w:p>
    <w:p>
      <w:pPr>
        <w:jc w:val="right"/>
      </w:pPr>
      <w:r>
        <w:t>اس کی وجہ یہ تھی کہ بہت ہی فرٹائل سوائل ملا ہے اس انٹرپریٹیشن کو۔</w:t>
      </w:r>
    </w:p>
    <w:p>
      <w:r>
        <w:rPr>
          <w:b/>
        </w:rPr>
        <w:t xml:space="preserve">[04:55] </w:t>
      </w:r>
      <w:r>
        <w:t>ek baat mein yeh arz kar doon ke dajjal yani deceiving interpretation dene wala jo hai, woh kya hoga?</w:t>
      </w:r>
    </w:p>
    <w:p>
      <w:pPr>
        <w:jc w:val="right"/>
      </w:pPr>
      <w:r>
        <w:t>ایک بات میں یہ عرض کر دوں کہ دجال یعنی ڈیسیونگ انٹرپریٹیشن دینے والا جو ہے، وہ کیا ہوگا؟</w:t>
      </w:r>
    </w:p>
    <w:p>
      <w:r>
        <w:rPr>
          <w:b/>
        </w:rPr>
        <w:t xml:space="preserve">[05:05] </w:t>
      </w:r>
      <w:r>
        <w:t>woh</w:t>
      </w:r>
    </w:p>
    <w:p>
      <w:pPr>
        <w:jc w:val="right"/>
      </w:pPr>
      <w:r>
        <w:t>وہ</w:t>
      </w:r>
    </w:p>
    <w:p>
      <w:r>
        <w:rPr>
          <w:b/>
        </w:rPr>
        <w:t xml:space="preserve">[05:08] </w:t>
      </w:r>
      <w:r>
        <w:t>media ke zamane ka ek phenomena hai. kyunke dajjal ke bare mein kaha gaya hai ke dajjal bolega toh east aur west mein is ki awaaz sunai degi.</w:t>
      </w:r>
    </w:p>
    <w:p>
      <w:pPr>
        <w:jc w:val="right"/>
      </w:pPr>
      <w:r>
        <w:t>میڈیا کے زمانے کا ایک فیناومینا ہے۔ کیونکہ دجال کے بارے میں کہا گیا ہے کہ دجال بولے گا تو ایسٹ اور ویسٹ میں اس کی آواز سنائی دے گی۔</w:t>
      </w:r>
    </w:p>
    <w:p>
      <w:r>
        <w:rPr>
          <w:b/>
        </w:rPr>
        <w:t xml:space="preserve">[05:22] </w:t>
      </w:r>
      <w:r>
        <w:t>is ka matlab hai koi media ka phenomena hoga.</w:t>
      </w:r>
    </w:p>
    <w:p>
      <w:pPr>
        <w:jc w:val="right"/>
      </w:pPr>
      <w:r>
        <w:t>اس کا مطلب ہے کوئی میڈیا کا فیناومینا ہوگا۔</w:t>
      </w:r>
    </w:p>
    <w:p>
      <w:r>
        <w:rPr>
          <w:b/>
        </w:rPr>
        <w:t xml:space="preserve">[05:26] </w:t>
      </w:r>
      <w:r>
        <w:t>jab se dunya mein printing press aya, aur print media aur electronic media aya, tabhi se yeh hua.</w:t>
      </w:r>
    </w:p>
    <w:p>
      <w:pPr>
        <w:jc w:val="right"/>
      </w:pPr>
      <w:r>
        <w:t>جب سے دنیا میں پرنٹنگ پریس آیا، اور پرنٹ میڈیا اور الیکٹرانک میڈیا آیا، تبھی سے یہ ہوا۔</w:t>
      </w:r>
    </w:p>
    <w:p>
      <w:r>
        <w:rPr>
          <w:b/>
        </w:rPr>
        <w:t xml:space="preserve">[05:36] </w:t>
      </w:r>
      <w:r>
        <w:t>pehlay zamane mein log ghalat baat kehte thay, lekin do chaar log jaan paate thay.</w:t>
      </w:r>
    </w:p>
    <w:p>
      <w:pPr>
        <w:jc w:val="right"/>
      </w:pPr>
      <w:r>
        <w:t>پہلے زمانے میں لوگ غلط بات کہتے تھے، لیکن دو چار لوگ جان پاتے تھے۔</w:t>
      </w:r>
    </w:p>
    <w:p>
      <w:r>
        <w:rPr>
          <w:b/>
        </w:rPr>
        <w:t xml:space="preserve">[05:44] </w:t>
      </w:r>
      <w:r>
        <w:t>sari dunya mein log jaanein is baat ko, yani east aur west tak is ki baat pohnche ke yeh sirf media ka phenomena hai.</w:t>
      </w:r>
    </w:p>
    <w:p>
      <w:pPr>
        <w:jc w:val="right"/>
      </w:pPr>
      <w:r>
        <w:t>ساری دنیا میں لوگ جانیں اس بات کو، یعنی ایسٹ اور ویسٹ تک اس کی بات پہنچے کہ یہ صرف میڈیا کا فیناومینا ہے۔</w:t>
      </w:r>
    </w:p>
    <w:p>
      <w:r>
        <w:rPr>
          <w:b/>
        </w:rPr>
        <w:t xml:space="preserve">[05:54] </w:t>
      </w:r>
      <w:r>
        <w:t>toh media ke zamane ki</w:t>
      </w:r>
    </w:p>
    <w:p>
      <w:pPr>
        <w:jc w:val="right"/>
      </w:pPr>
      <w:r>
        <w:t>تو میڈیا کے زمانے کی</w:t>
      </w:r>
    </w:p>
    <w:p>
      <w:r>
        <w:rPr>
          <w:b/>
        </w:rPr>
        <w:t xml:space="preserve">[05:59] </w:t>
      </w:r>
      <w:r>
        <w:t>dajali, yeh hum is ko face kar rahe hain. aur woh dajali kya hai?</w:t>
      </w:r>
    </w:p>
    <w:p>
      <w:pPr>
        <w:jc w:val="right"/>
      </w:pPr>
      <w:r>
        <w:t>دجالی، یہ ہم اس کو فیس کر رہے ہیں۔ اور وہ دجالی کیا ہے؟</w:t>
      </w:r>
    </w:p>
    <w:p>
      <w:r>
        <w:rPr>
          <w:b/>
        </w:rPr>
        <w:t xml:space="preserve">[06:08] </w:t>
      </w:r>
      <w:r>
        <w:t>political interpretation. isi political interpretation ki wajah se sari kharabiyan muslim world mein paida hui hain.</w:t>
      </w:r>
    </w:p>
    <w:p>
      <w:pPr>
        <w:jc w:val="right"/>
      </w:pPr>
      <w:r>
        <w:t>پولیٹیکل انٹرپریٹیشن۔ اسی پولیٹیکل انٹرپریٹیشن کی وجہ سے ساری خرابیاں مسلم ورلڈ میں پیدا ہوئی ہیں۔</w:t>
      </w:r>
    </w:p>
    <w:p>
      <w:r>
        <w:rPr>
          <w:b/>
        </w:rPr>
        <w:t xml:space="preserve">[06:16] </w:t>
      </w:r>
      <w:r>
        <w:t>ke yeh target bata diya ke muslim ke is is is rule, khuda is islam ki hukoomat sari dunya mein, islam ki rule sari dunya mein qaim karna,</w:t>
      </w:r>
    </w:p>
    <w:p>
      <w:pPr>
        <w:jc w:val="right"/>
      </w:pPr>
      <w:r>
        <w:t>کہ یہ ٹارگٹ بتا دیا کہ مسلم کے اس اس اس رول، خدا اس اسلام کی حکومت ساری دنیا میں، اسلام کی رول ساری دنیا میں قائم کرنا،</w:t>
      </w:r>
    </w:p>
    <w:p>
      <w:r>
        <w:rPr>
          <w:b/>
        </w:rPr>
        <w:t xml:space="preserve">[06:31] </w:t>
      </w:r>
      <w:r>
        <w:t>yeh hai goal.</w:t>
      </w:r>
    </w:p>
    <w:p>
      <w:pPr>
        <w:jc w:val="right"/>
      </w:pPr>
      <w:r>
        <w:t>یہ ہے گول۔</w:t>
      </w:r>
    </w:p>
    <w:p>
      <w:r>
        <w:rPr>
          <w:b/>
        </w:rPr>
        <w:t xml:space="preserve">[06:36] </w:t>
      </w:r>
      <w:r>
        <w:t>yani kisi ne yeh nahi socha ke abhi bhi 57 muslim countries mein</w:t>
      </w:r>
    </w:p>
    <w:p>
      <w:pPr>
        <w:jc w:val="right"/>
      </w:pPr>
      <w:r>
        <w:t>یعنی کسی نے یہ نہیں سوچا کہ ابھی بھی 57 مسلم کنٹریز میں</w:t>
      </w:r>
    </w:p>
    <w:p>
      <w:r>
        <w:rPr>
          <w:b/>
        </w:rPr>
        <w:t xml:space="preserve">[06:46] </w:t>
      </w:r>
      <w:r>
        <w:t>muslim rule hai, toh kya hoga? is se kya hoga? toh kuch bhi nahi hua. aur is se pehle jo Ottoman Empire tha, woh sari muslim world mein practically rule kar raha tha.</w:t>
      </w:r>
    </w:p>
    <w:p>
      <w:pPr>
        <w:jc w:val="right"/>
      </w:pPr>
      <w:r>
        <w:t>مسلم رول ہے، تو کیا ہوگا؟ اس سے کیا ہوگا؟ تو کچھ بھی نہیں ہوا۔ اور اس سے پہلے جو اٹمان ایمپائر تھا، وہ ساری مسلم ورلڈ میں پریکٹیکلی رول کر رہا تھا۔</w:t>
      </w:r>
    </w:p>
    <w:p>
      <w:r>
        <w:rPr>
          <w:b/>
        </w:rPr>
        <w:t xml:space="preserve">[07:05] </w:t>
      </w:r>
      <w:r>
        <w:t>woh</w:t>
      </w:r>
    </w:p>
    <w:p>
      <w:pPr>
        <w:jc w:val="right"/>
      </w:pPr>
      <w:r>
        <w:t>وہ</w:t>
      </w:r>
    </w:p>
    <w:p>
      <w:r>
        <w:rPr>
          <w:b/>
        </w:rPr>
        <w:t xml:space="preserve">[07:06] </w:t>
      </w:r>
      <w:r>
        <w:t>jo first world war tak qaim raha. toh first world war tak sari muslim dunya mein ek hi muslim rule tha, Ottoman Empire ka rule.</w:t>
      </w:r>
    </w:p>
    <w:p>
      <w:pPr>
        <w:jc w:val="right"/>
      </w:pPr>
      <w:r>
        <w:t>جو فرسٹ ورلڈ وار تک قائم رہا۔ تو فرسٹ ورلڈ وار تک ساری مسلم دنیا میں ایک ہی مسلم رول تھا، اٹمان ایمپائر کا رول۔</w:t>
      </w:r>
    </w:p>
    <w:p>
      <w:r>
        <w:rPr>
          <w:b/>
        </w:rPr>
        <w:t xml:space="preserve">[07:16] </w:t>
      </w:r>
      <w:r>
        <w:t>yani turkey se le kar arab tak har jagah. aur ab 57 muslim countries hain abhi bhi. to agar political role target ho to, to already qaim hai, woh maujood hai.</w:t>
      </w:r>
    </w:p>
    <w:p>
      <w:pPr>
        <w:jc w:val="right"/>
      </w:pPr>
      <w:r>
        <w:t>یعنی ٹرکی سے لے کر عرب تک ہر جگہ۔ اور اب 57 مسلم کنٹریز ہیں ابھی بھی۔ تو اگر پولیٹیکل رول ٹارگٹ ہو تو، تو الریڈی قائم ہے، وہ موجود ہے۔</w:t>
      </w:r>
    </w:p>
    <w:p>
      <w:r>
        <w:rPr>
          <w:b/>
        </w:rPr>
        <w:t xml:space="preserve">[07:32] </w:t>
      </w:r>
      <w:r>
        <w:t>woh</w:t>
      </w:r>
    </w:p>
    <w:p>
      <w:pPr>
        <w:jc w:val="right"/>
      </w:pPr>
      <w:r>
        <w:t>وہ</w:t>
      </w:r>
    </w:p>
    <w:p>
      <w:r>
        <w:rPr>
          <w:b/>
        </w:rPr>
        <w:t xml:space="preserve">[07:36] </w:t>
      </w:r>
      <w:r>
        <w:t>agli cheez hai</w:t>
      </w:r>
    </w:p>
    <w:p>
      <w:pPr>
        <w:jc w:val="right"/>
      </w:pPr>
      <w:r>
        <w:t>اگلی چیز ہے</w:t>
      </w:r>
    </w:p>
    <w:p>
      <w:r>
        <w:rPr>
          <w:b/>
        </w:rPr>
        <w:t xml:space="preserve">[07:40] </w:t>
      </w:r>
      <w:r>
        <w:t>ke political interpretation ne logon ke soch ko bilkul bigaad diya. kyunke dekhiye, jab aap</w:t>
      </w:r>
    </w:p>
    <w:p>
      <w:pPr>
        <w:jc w:val="right"/>
      </w:pPr>
      <w:r>
        <w:t>کہ پولیٹیکل انٹرپریٹیشن نے لوگوں کے سوچ کو بالکل بگاڑ دیا۔ کیونکہ دیکھیے، جب آپ</w:t>
      </w:r>
    </w:p>
    <w:p>
      <w:r>
        <w:rPr>
          <w:b/>
        </w:rPr>
        <w:t xml:space="preserve">[07:50] </w:t>
      </w:r>
      <w:r>
        <w:t>hukumat ko ya political power ko target banayenge, to koi hoga jisse aapko takrao karna hoga.</w:t>
      </w:r>
    </w:p>
    <w:p>
      <w:pPr>
        <w:jc w:val="right"/>
      </w:pPr>
      <w:r>
        <w:t>حکومت کو یا پولیٹیکل پاور کو ٹارگٹ بنائیں گے، تو کوئی ہوگا جس سے آپ کو ٹکراؤ کرنا ہوگا۔</w:t>
      </w:r>
    </w:p>
    <w:p>
      <w:r>
        <w:rPr>
          <w:b/>
        </w:rPr>
        <w:t xml:space="preserve">[07:58] </w:t>
      </w:r>
      <w:r>
        <w:t>yani already koi singhasan par hoga, already koi throne par hoga. usko hatana, usko inseat karna, yeh target banega.</w:t>
      </w:r>
    </w:p>
    <w:p>
      <w:pPr>
        <w:jc w:val="right"/>
      </w:pPr>
      <w:r>
        <w:t>یعنی الریڈی کوئی سنگھاسر پر ہوگا، الریڈی کوئی تھرون پر ہوگا۔ اس کو ہٹانا، اس کو انسیٹ کرنا، یہ ٹارگٹ بنے گا۔</w:t>
      </w:r>
    </w:p>
    <w:p>
      <w:r>
        <w:rPr>
          <w:b/>
        </w:rPr>
        <w:t xml:space="preserve">[08:08] </w:t>
      </w:r>
      <w:r>
        <w:t>to yeh inherently iske andar hate shamil hai, inherently iske andar violence shamil hai, inherently iske andar intolerance shamil hai.</w:t>
      </w:r>
    </w:p>
    <w:p>
      <w:pPr>
        <w:jc w:val="right"/>
      </w:pPr>
      <w:r>
        <w:t>تو یہ انہیرنٹلی اس کے اندر ہیٹ شامل ہے، انہیرنٹلی اس کے اندر وائیلنس شامل ہے، انہیرنٹلی اس کے اندر انٹولرنس شامل ہے۔</w:t>
      </w:r>
    </w:p>
    <w:p>
      <w:r>
        <w:rPr>
          <w:b/>
        </w:rPr>
        <w:t xml:space="preserve">[08:20] </w:t>
      </w:r>
      <w:r>
        <w:t>jaise ek political leader ko maine suna ek baar dilli mein, ek speech mein, unhone kaha ke "rajneeti chalti hai takrao par, rajneeti chalti hai takrao par." to inherently iske andar takrao, hate, intolerance, violence sab shamil tha.</w:t>
      </w:r>
    </w:p>
    <w:p>
      <w:pPr>
        <w:jc w:val="right"/>
      </w:pPr>
      <w:r>
        <w:t>جیسے ایک پولیٹیکل لیڈر کو میں نے سنا ایک بار دلی میں، ایک اسپیچ میں، انہوں نے کہا کہ "راجنیتی چلتی ہے ٹکراؤ پر، راجنیتی چلتی ہے ٹکراؤ پر۔" تو انہیرنٹلی اس کے اندر ٹکراؤ، ہیٹ، انٹولرنس، وائیلنس سب شامل تھا۔</w:t>
      </w:r>
    </w:p>
    <w:p>
      <w:r>
        <w:rPr>
          <w:b/>
        </w:rPr>
        <w:t xml:space="preserve">[08:39] </w:t>
      </w:r>
      <w:r>
        <w:t>isliye jab political interpretation diya gaya, aur media ke zariye failaya gaya isko, to kya hua?</w:t>
      </w:r>
    </w:p>
    <w:p>
      <w:pPr>
        <w:jc w:val="right"/>
      </w:pPr>
      <w:r>
        <w:t>اس لیے جب پولیٹیکل انٹرپریٹیشن دیا گیا، اور میڈیا کے ذریعے پھیلایا گیا اس کو، تو کیا ہوا؟</w:t>
      </w:r>
    </w:p>
    <w:p>
      <w:r>
        <w:rPr>
          <w:b/>
        </w:rPr>
        <w:t xml:space="preserve">[08:47] </w:t>
      </w:r>
      <w:r>
        <w:t>practical taur par yeh hua ke sari muslim world mein hate faila diya gaya, violence faila diya gaya. isi se yeh jihad nikla.</w:t>
      </w:r>
    </w:p>
    <w:p>
      <w:pPr>
        <w:jc w:val="right"/>
      </w:pPr>
      <w:r>
        <w:t>پریکٹیکل طور پر یہ ہوا کہ ساری مسلم ورلڈ میں ہیٹ پھیلا دیا گیا، وائیلنس پھیلا دیا گیا۔ اسی سے یہ جہاد نکلا۔</w:t>
      </w:r>
    </w:p>
    <w:p>
      <w:r>
        <w:rPr>
          <w:b/>
        </w:rPr>
        <w:t xml:space="preserve">[08:57] </w:t>
      </w:r>
      <w:r>
        <w:t>sari muslim duniya mein log ya to jihad kar rahe hain, ya jihad ki baat soch rahe hain. yani kuch log directly involve hain jihad mein, aur kuch log indirectly, indirect way mein ismein involve hain.</w:t>
      </w:r>
    </w:p>
    <w:p>
      <w:pPr>
        <w:jc w:val="right"/>
      </w:pPr>
      <w:r>
        <w:t>ساری مسلم دنیا میں لوگ یا تو جہاد کر رہے ہیں، یا جہاد کی بات سوچ رہے ہیں۔ یعنی کچھ لوگ ڈائریکٹلی انوالو ہیں جہاد میں، اور کچھ لوگ ان ڈائریکٹلی، ان ڈائریکٹ وے میں اس میں انوالو ہیں۔</w:t>
      </w:r>
    </w:p>
    <w:p>
      <w:r>
        <w:rPr>
          <w:b/>
        </w:rPr>
        <w:t xml:space="preserve">[09:12] </w:t>
      </w:r>
      <w:r>
        <w:t>to poori muslim duniya jahadi ban gayi hai.</w:t>
      </w:r>
    </w:p>
    <w:p>
      <w:pPr>
        <w:jc w:val="right"/>
      </w:pPr>
      <w:r>
        <w:t>تو پوری مسلم دنیا جہادی بن گئی ہے۔</w:t>
      </w:r>
    </w:p>
    <w:p>
      <w:r>
        <w:rPr>
          <w:b/>
        </w:rPr>
        <w:t xml:space="preserve">[09:16] </w:t>
      </w:r>
      <w:r>
        <w:t>violence, hate, intolerance. ek zara si koi baat hoti hai, jaise ke denmark mein ek art cartoon chhap gaya, ab poori muslim duniya mein hungama khada ho gaya.</w:t>
      </w:r>
    </w:p>
    <w:p>
      <w:pPr>
        <w:jc w:val="right"/>
      </w:pPr>
      <w:r>
        <w:t>وائیلنس، ہیٹ، انٹولرنس۔ ایک ذرا سی کوئی بات ہوتی ہے، جیسے کہ ڈنمارک میں ایک آرٹ کارٹون چھپ گیا، اب پوری مسلم دنیا میں ہنگامہ کھڑا ہو گیا۔</w:t>
      </w:r>
    </w:p>
    <w:p>
      <w:r>
        <w:rPr>
          <w:b/>
        </w:rPr>
        <w:t xml:space="preserve">[09:28] </w:t>
      </w:r>
      <w:r>
        <w:t>yani mujhko chhod kar sab is hungame mein shamil the. maine ek article likha tha, chhaapa tha us zamane mein: "ignore cartoons, ignore cartoons." lekin saare log kya bol bol rahe the?</w:t>
      </w:r>
    </w:p>
    <w:p>
      <w:pPr>
        <w:jc w:val="right"/>
      </w:pPr>
      <w:r>
        <w:t>یعنی مجھ کو چھوڑ کر سب اس ہنگامے میں شامل تھے۔ میں نے ایک آرٹیکل لکھا تھا، چھپا تھا اس زمانے میں: "اگنور کارٹونز، اگنور کارٹونز۔" لیکن سارے لوگ کیا بول بول رہے تھے؟</w:t>
      </w:r>
    </w:p>
    <w:p>
      <w:r>
        <w:rPr>
          <w:b/>
        </w:rPr>
        <w:t xml:space="preserve">[09:41] </w:t>
      </w:r>
      <w:r>
        <w:t>ke "fight karo, crush karo, usko maaro, usko khatam karo."</w:t>
      </w:r>
    </w:p>
    <w:p>
      <w:pPr>
        <w:jc w:val="right"/>
      </w:pPr>
      <w:r>
        <w:t>کہ "فائٹ کرو، کرش کرو، اس کو مارو، اس کو ختم کرو۔"</w:t>
      </w:r>
    </w:p>
    <w:p>
      <w:r>
        <w:rPr>
          <w:b/>
        </w:rPr>
        <w:t xml:space="preserve">[09:47] </w:t>
      </w:r>
      <w:r>
        <w:t>to yeh hai dajali interpretation, jisko yani deceiving interpretation ka phenomenon.</w:t>
      </w:r>
    </w:p>
    <w:p>
      <w:pPr>
        <w:jc w:val="right"/>
      </w:pPr>
      <w:r>
        <w:t>تو یہ ہے دجالی انٹرپریٹیشن، جس کو یعنی ڈیسیونگ انٹرپریٹیشن کا فیناومینا۔</w:t>
      </w:r>
    </w:p>
    <w:p>
      <w:r>
        <w:rPr>
          <w:b/>
        </w:rPr>
        <w:t xml:space="preserve">[09:58] </w:t>
      </w:r>
      <w:r>
        <w:t>to aaj yeh paper, yeh hindu, aaj ka jo hindu hai, yani january seven ka, january seven ka jo hindu hai, uska ek ek page hai: yeh literary review,</w:t>
      </w:r>
    </w:p>
    <w:p>
      <w:pPr>
        <w:jc w:val="right"/>
      </w:pPr>
      <w:r>
        <w:t>تو آج یہ پیپر، یہ ہندو، آج کا جو ہندو ہے، یعنی جنوری سیون کا، جنوری سیون کا جو ہندو ہے، اس کا ایک ایک پیج ہے: یہ لٹری ریویو،</w:t>
      </w:r>
    </w:p>
    <w:p>
      <w:r>
        <w:rPr>
          <w:b/>
        </w:rPr>
        <w:t xml:space="preserve">[10:16] </w:t>
      </w:r>
      <w:r>
        <w:t>literary review. to uska yeh caption hai: "books that worked magic, books that worked magic."</w:t>
      </w:r>
    </w:p>
    <w:p>
      <w:pPr>
        <w:jc w:val="right"/>
      </w:pPr>
      <w:r>
        <w:t>لٹری ریویو۔ تو اس کا یہ کیپشن ہے: "بکس دیٹ ورکڈ میجک، بکس دیٹ ورکڈ میجک۔"</w:t>
      </w:r>
    </w:p>
    <w:p>
      <w:r>
        <w:rPr>
          <w:b/>
        </w:rPr>
        <w:t xml:space="preserve">[10:31] </w:t>
      </w:r>
      <w:r>
        <w:t>kitabein jinhone jadoo ka kaam kiya. to iske padhkar, usko padhkar mere mind mein aaya ke "books that played the role of dajjal."</w:t>
      </w:r>
    </w:p>
    <w:p>
      <w:pPr>
        <w:jc w:val="right"/>
      </w:pPr>
      <w:r>
        <w:t>کتابیں جنہوں نے جادو کا کام کیا۔ تو اس کے پڑھ کر، اس کو پڑھ کر میرے مائنڈ میں آیا کہ "بکس دیٹ پلیڈ دا رول آف دجال۔"</w:t>
      </w:r>
    </w:p>
    <w:p>
      <w:r>
        <w:rPr>
          <w:b/>
        </w:rPr>
        <w:t xml:space="preserve">[10:46] </w:t>
      </w:r>
      <w:r>
        <w:t>kitabein jinhone dajjal ka role kiya, aur waqai mein yeh hua hai ke is zamane mein jo books likhi gayi hain political interpretation par, woh itna phaili hain ke sari muslim duniya mein phail gayi.</w:t>
      </w:r>
    </w:p>
    <w:p>
      <w:pPr>
        <w:jc w:val="right"/>
      </w:pPr>
      <w:r>
        <w:t>کتابیں جنہوں نے دجال کا رول کیا، اور واقعتاً یہ ہوا ہے کہ اس زمانے میں جو بکس لکھی گئی ہیں پولیٹیکل انٹرپریٹیشن پر، وہ اتنا پھیلی ہیں کہ ساری مسلم دنیا میں پھیل گئی۔</w:t>
      </w:r>
    </w:p>
    <w:p>
      <w:r>
        <w:rPr>
          <w:b/>
        </w:rPr>
        <w:t xml:space="preserve">[11:01] </w:t>
      </w:r>
      <w:r>
        <w:t>woh kaise? yeh coincidentally, yeh zamana woh tha jab ke communist empire qaim tha.</w:t>
      </w:r>
    </w:p>
    <w:p>
      <w:pPr>
        <w:jc w:val="right"/>
      </w:pPr>
      <w:r>
        <w:t>وہ کیسے؟ یہ کوئنزنٹلی، یہ زمانہ وہ تھا جب کہ کمیونسٹ ایمپائر قائم تھا۔</w:t>
      </w:r>
    </w:p>
    <w:p>
      <w:r>
        <w:rPr>
          <w:b/>
        </w:rPr>
        <w:t xml:space="preserve">[11:10] </w:t>
      </w:r>
      <w:r>
        <w:t>woh dhamki de raha tha sari sari duniya par rule karne ka. aap jante hain ke communism mein violence shamil hai.</w:t>
      </w:r>
    </w:p>
    <w:p>
      <w:pPr>
        <w:jc w:val="right"/>
      </w:pPr>
      <w:r>
        <w:t>وہ دھمکی دے رہا تھا ساری ساری دنیا پر رول کرنے کا۔ آپ جانتے ہیں کہ کمیونزم میں وائیلنس شامل ہے۔</w:t>
      </w:r>
    </w:p>
    <w:p>
      <w:r>
        <w:rPr>
          <w:b/>
        </w:rPr>
        <w:t xml:space="preserve">[11:20] </w:t>
      </w:r>
      <w:r>
        <w:t>jab russia mein communist empire bana, to unhone kaha: "hum sari duniya ko wipe out kar denge, sab ko mita denge, capitalism ko mita denge, sari economic system ko mita denge, sari duniya mein communist rule banayenge." to kya hua ke saare log apne ko khatre mein paane lage.</w:t>
      </w:r>
    </w:p>
    <w:p>
      <w:pPr>
        <w:jc w:val="right"/>
      </w:pPr>
      <w:r>
        <w:t>جب رشیا میں کمیونسٹ ایمپائر بنا، تو انہوں نے کہا: "ہم ساری دنیا کو وائپ آؤٹ کر دیں گے، سب کو مٹا دیں گے، کیپیٹلزم کو مٹا دیں گے، سارے اکانومک سسٹم کو مٹا دیں گے، ساری دنیا میں کمسٹ رول بنائیں گے۔" تو کیا ہوا کہ سارے لوگ اپنے کو خطرے میں پانے لگے۔</w:t>
      </w:r>
    </w:p>
    <w:p>
      <w:r>
        <w:rPr>
          <w:b/>
        </w:rPr>
        <w:t xml:space="preserve">[11:42] </w:t>
      </w:r>
      <w:r>
        <w:t>us zamane mein main gaya tha Newar ke conference mein, to uske uska jo chairman tha, usne apni speech mein kaha ke "humne ek item chhapa hai, ek baar is mein tha ke 'communism is the number one enemy of America'." to hamare paas pata nahi kitne, 25 hazar ya kitne bataya tha, itne telegram aaye to unhone bahut sahi baat kahi.</w:t>
      </w:r>
    </w:p>
    <w:p>
      <w:pPr>
        <w:jc w:val="right"/>
      </w:pPr>
      <w:r>
        <w:t>اس زمانے میں میں گیا تھا نیوار کے کانفرنس میں، تو اس کے اس کا جو چیئرمین تھا، اس نے اپنی اسپیچ میں کہا کہ "ہم نے ایک آئٹم چھاپا ہے، ایک بار اس میں تھا کہ 'کمیونزم از دا نمبر ون اینمی آف امریکہ'۔" تو ہمارے پاس پتہ نہیں کتنے، 25 ہزار یا کتنے بتایا تھا، اتنے ٹیلی گرام آئے تو انہوں نے بہت صحیح بات کہی۔</w:t>
      </w:r>
    </w:p>
    <w:p>
      <w:r>
        <w:rPr>
          <w:b/>
        </w:rPr>
        <w:t xml:space="preserve">[12:10] </w:t>
      </w:r>
      <w:r>
        <w:t>yeh woh zamana tha.</w:t>
      </w:r>
    </w:p>
    <w:p>
      <w:pPr>
        <w:jc w:val="right"/>
      </w:pPr>
      <w:r>
        <w:t>یہ وہ زمانہ تھا۔</w:t>
      </w:r>
    </w:p>
    <w:p>
      <w:r>
        <w:rPr>
          <w:b/>
        </w:rPr>
        <w:t xml:space="preserve">[12:13] </w:t>
      </w:r>
      <w:r>
        <w:t>saare arab countries jo hain, woh is se apne ko mehsoos kar rahe the ke "hum ko khatam kar de ga." kyunke arab countries mein aap jante hain ke dynasty hai, family rule hai, dictatorship hai.</w:t>
      </w:r>
    </w:p>
    <w:p>
      <w:pPr>
        <w:jc w:val="right"/>
      </w:pPr>
      <w:r>
        <w:t>سارے عرب کنٹریز جو ہیں، وہ اس سے اپنے کو محسوس کر رہے تھے کہ "ہم کو ختم کر دے گا۔" کیونکہ عرب کنٹریز میں آپ جانتے ہیں کہ ڈائنسٹی ہے، فیملی رول ہے، ڈکٹیٹرشپ ہے۔</w:t>
      </w:r>
    </w:p>
    <w:p>
      <w:r>
        <w:rPr>
          <w:b/>
        </w:rPr>
        <w:t xml:space="preserve">[12:28] </w:t>
      </w:r>
      <w:r>
        <w:t>to woh sab log khatra mehsoos karne lage. to itni zabardast un ko help mili</w:t>
      </w:r>
    </w:p>
    <w:p>
      <w:pPr>
        <w:jc w:val="right"/>
      </w:pPr>
      <w:r>
        <w:t>تو وہ سب لوگ خطرہ محسوس کرنے لگے۔ تو اتنی زبردست ان کو ہیلپ ملی</w:t>
      </w:r>
    </w:p>
    <w:p>
      <w:r>
        <w:rPr>
          <w:b/>
        </w:rPr>
        <w:t xml:space="preserve">[12:36] </w:t>
      </w:r>
      <w:r>
        <w:t>is is is soch ko. kyun? unhon ne samjha ke islam ka jo political interpretation hai, woh counter kare ga communism ko. yaani muslim naujawan, muslim youth, muslim log jo hain,</w:t>
      </w:r>
    </w:p>
    <w:p>
      <w:pPr>
        <w:jc w:val="right"/>
      </w:pPr>
      <w:r>
        <w:t>اس اس اس سوچ کو۔ کیوں؟ انہوں نے سمجھا کہ اسلام کا جو پولیٹیکل انٹرپریٹیشن ہے، وہ کاؤنٹر کرے گا کمیونزم کو۔ یعنی مسلم نوجوان، مسلم یوتھ، مسلم لوگ جو ہیں،</w:t>
      </w:r>
    </w:p>
    <w:p>
      <w:r>
        <w:rPr>
          <w:b/>
        </w:rPr>
        <w:t xml:space="preserve">[12:49] </w:t>
      </w:r>
      <w:r>
        <w:t>un ko political interpretation ka sabak parhao, to woh communism ka shikar nahi hon ge. communism ka shikar nahi hon ge.</w:t>
      </w:r>
    </w:p>
    <w:p>
      <w:pPr>
        <w:jc w:val="right"/>
      </w:pPr>
      <w:r>
        <w:t>ان کو پولیٹیکل انٹرپریٹیشن کا سبق پڑھاؤ، تو وہ کمیونزم کا شکار نہیں ہوں گے۔ کمیونزم کا شکار نہیں ہوں گے۔</w:t>
      </w:r>
    </w:p>
    <w:p>
      <w:r>
        <w:rPr>
          <w:b/>
        </w:rPr>
        <w:t xml:space="preserve">[12:59] </w:t>
      </w:r>
      <w:r>
        <w:t>to communism ko counter karne ke liye ise khoob phailaya gaya, aur sari duniya mein phail gaya yeh.</w:t>
      </w:r>
    </w:p>
    <w:p>
      <w:pPr>
        <w:jc w:val="right"/>
      </w:pPr>
      <w:r>
        <w:t>تو کمیونزم کو کاؤنٹر کرنے کے لیے اسے خوب پھیلایا گیا، اور ساری دنیا میں پھیل گیا یہ۔</w:t>
      </w:r>
    </w:p>
    <w:p>
      <w:r>
        <w:rPr>
          <w:b/>
        </w:rPr>
        <w:t xml:space="preserve">[13:05] </w:t>
      </w:r>
      <w:r>
        <w:t>to sari duniya ke musalman political term mein sochne lage: "islami khilafat, islami hukumat, sari duniya mein islam ka role." yeh ek baseless baat thi, lekin bahut fertile soil mila is ko, jis ki wajah se yeh khoob khoob phaila.</w:t>
      </w:r>
    </w:p>
    <w:p>
      <w:pPr>
        <w:jc w:val="right"/>
      </w:pPr>
      <w:r>
        <w:t>تو ساری دنیا کے مسلمان پولیٹیکل ٹرم میں سوچنے لگے: "اسلامی خلافت، اسلامی حکومت، ساری دنیا میں اسلام کا رول۔" یہ ایک بیسلیس بات تھی، لیکن بہت فرٹائل سائل ملا اس کو، جس کی وجہ سے یہ خوب خوب پھیلا۔</w:t>
      </w:r>
    </w:p>
    <w:p>
      <w:r>
        <w:rPr>
          <w:b/>
        </w:rPr>
        <w:t xml:space="preserve">[13:21] </w:t>
      </w:r>
      <w:r>
        <w:t>to agar media age agar na hota, tab bhi na phail pata. lekin print media aur electronic media ne is ko khoob khoob phailaya.</w:t>
      </w:r>
    </w:p>
    <w:p>
      <w:pPr>
        <w:jc w:val="right"/>
      </w:pPr>
      <w:r>
        <w:t>تو اگر میڈیا ایج اگر نہ ہوتا، تب بھی نہ پھیل پاتا۔ لیکن پرنٹ میڈیا اور الیکٹرانک میڈیا نے اس کو خوب خوب پھیلایا۔</w:t>
      </w:r>
    </w:p>
    <w:p>
      <w:r>
        <w:rPr>
          <w:b/>
        </w:rPr>
        <w:t xml:space="preserve">[13:36] </w:t>
      </w:r>
      <w:r>
        <w:t>to hadith mein aata hai ke jab dajjal zahir hoga to kuch log is ko qatl karen ge. to main samajhta hoon ke yeh wahi hai.</w:t>
      </w:r>
    </w:p>
    <w:p>
      <w:pPr>
        <w:jc w:val="right"/>
      </w:pPr>
      <w:r>
        <w:t>تو حدیث میں آتا ہے کہ جب دجال ظاہر ہوگا تو کچھ لوگ اس کو قتل کریں گے۔ تو میں سمجھتا ہوں کہ یہ وہی ہے۔</w:t>
      </w:r>
    </w:p>
    <w:p>
      <w:r>
        <w:rPr>
          <w:b/>
        </w:rPr>
        <w:t xml:space="preserve">[13:46] </w:t>
      </w:r>
      <w:r>
        <w:t>hamari class isi liye hai ke hum qatl dajjal ki class hain. yeh hum dajjal ko qatl karna chahte hain, jis ne sari duniya ke ko violence mein mubtala kar diya hai.</w:t>
      </w:r>
    </w:p>
    <w:p>
      <w:pPr>
        <w:jc w:val="right"/>
      </w:pPr>
      <w:r>
        <w:t>ہماری کلاس اسی لیے ہے کہ ہم قتل دجال کی کلاس ہیں۔ یہ ہم دجال کو قتل کرنا چاہتے ہیں، جس نے ساری دنیا کے کو وائیلنس میں مبتلا کر دیا ہے۔</w:t>
      </w:r>
    </w:p>
    <w:p>
      <w:r>
        <w:rPr>
          <w:b/>
        </w:rPr>
        <w:t xml:space="preserve">[13:59] </w:t>
      </w:r>
      <w:r>
        <w:t>islam ko polistic bata kar ke sari duniya mein kya hua ke islam jo ke religion of love tha, us ko religion of hate bana diya.</w:t>
      </w:r>
    </w:p>
    <w:p>
      <w:pPr>
        <w:jc w:val="right"/>
      </w:pPr>
      <w:r>
        <w:t>اسلام کو پولیٹسٹ بتا کر کے ساری دنیا میں کیا ہوا کہ اسلام جو کہ ریلیجن آف لو تھا، اس کو ریلیجن آف ہیٹ بنا دیا۔</w:t>
      </w:r>
    </w:p>
    <w:p>
      <w:r>
        <w:rPr>
          <w:b/>
        </w:rPr>
        <w:t xml:space="preserve">[14:08] </w:t>
      </w:r>
      <w:r>
        <w:t>jo religion of peace tha, us ko religion of violence bana diya. jo religion of tolerance tha, us ko religion of intolerance bana diya.</w:t>
      </w:r>
    </w:p>
    <w:p>
      <w:pPr>
        <w:jc w:val="right"/>
      </w:pPr>
      <w:r>
        <w:t>جو ریلیجن آف پیس تھا، اس کو ریلیجن آف وائیلنس بنا دیا۔ جو ریلیجن آف ٹولرنس تھا، اس کو ریلیجن آف انٹولرنس بنا دیا۔</w:t>
      </w:r>
    </w:p>
    <w:p>
      <w:r>
        <w:rPr>
          <w:b/>
        </w:rPr>
        <w:t xml:space="preserve">[14:19] </w:t>
      </w:r>
      <w:r>
        <w:t>jo sari duniya ko ek nazar se dekhta tha, sari duniya ko ek nazar se dekhta tha, us ko have and they concept paida kiya ke "tum dushman ho, tum ko hum maren ge, tum ne khuda ki zameen par qabza kar rakha hai, hum in ko tum ko hatayen ge." sab se bari burai, sab se bari evil jo poori history mein paida hui hai, woh yeh dajali hai.</w:t>
      </w:r>
    </w:p>
    <w:p>
      <w:pPr>
        <w:jc w:val="right"/>
      </w:pPr>
      <w:r>
        <w:t>جو ساری دنیا کو ایک نظر سے دیکھتا تھا، ساری دنیا کو ایک نظر سے دیکھتا تھا، اس کو ہے وی اینڈ دیکھ کانسیپٹ پیدا کیا کہ "تم دشمن ہو، تم کو ہم ماریں گے، تم نے خدا کی زمین پر قبضہ کر رکھا ہے، ہم ان کو تم کو ہٹائیں گے۔" سب سے بڑی برائی، سب سے بڑی ایول جو پوری ہسٹری میں پیدا ہوئی ہے، وہ یہ دجالی ہے۔</w:t>
      </w:r>
    </w:p>
    <w:p>
      <w:r>
        <w:rPr>
          <w:b/>
        </w:rPr>
        <w:t xml:space="preserve">[14:43] </w:t>
      </w:r>
      <w:r>
        <w:t>yaani political interpretation of islam.</w:t>
      </w:r>
    </w:p>
    <w:p>
      <w:pPr>
        <w:jc w:val="right"/>
      </w:pPr>
      <w:r>
        <w:t>یعنی پولیٹیکل انٹرپریٹیشن آف اسلام۔</w:t>
      </w:r>
    </w:p>
    <w:p>
      <w:r>
        <w:rPr>
          <w:b/>
        </w:rPr>
        <w:t xml:space="preserve">[14:47] </w:t>
      </w:r>
      <w:r>
        <w:t>hamara mission yaad rakhiye, isi dajjal ko qatl karna hai, is dajali tehzeeb ko khatam karna hai, political interpretation ko kill karna hai.</w:t>
      </w:r>
    </w:p>
    <w:p>
      <w:pPr>
        <w:jc w:val="right"/>
      </w:pPr>
      <w:r>
        <w:t>ہمارا مشن یاد رکھیے، اسی دجال کو قتل کرنا ہے، اس دجالی تہذیب کو ختم کرنا ہے، پولیٹیکل انٹرپریٹیشن کو کل کرنا ہے۔</w:t>
      </w:r>
    </w:p>
    <w:p>
      <w:r>
        <w:rPr>
          <w:b/>
        </w:rPr>
        <w:t xml:space="preserve">[14:57] </w:t>
      </w:r>
      <w:r>
        <w:t>yeh hamara mission hai.</w:t>
      </w:r>
    </w:p>
    <w:p>
      <w:pPr>
        <w:jc w:val="right"/>
      </w:pPr>
      <w:r>
        <w:t>یہ ہمارا مشن ہے۔</w:t>
      </w:r>
    </w:p>
    <w:p>
      <w:r>
        <w:rPr>
          <w:b/>
        </w:rPr>
        <w:t xml:space="preserve">[15:01] </w:t>
      </w:r>
      <w:r>
        <w:t>jo log is ke background ko jante hain, wohi is ko samajh sakte hain. jo log is ke background ko nahi jante hon, shayad un ko samajhne mein dikkat pare. lekin beharhaal main arz karunga ke yeh qatl dajjal ka mission hai.</w:t>
      </w:r>
    </w:p>
    <w:p>
      <w:pPr>
        <w:jc w:val="right"/>
      </w:pPr>
      <w:r>
        <w:t>جو لوگ اس کے بیک گراؤنڈ کو جانتے ہیں، وہی اس کو سمجھ سکتے ہیں۔ جو لوگ اس کے بیک گراؤنڈ کو نہیں جانتے ہوں، شاید ان کو سمجھنے میں دقت پڑے۔ لیکن بہرحال میں عرض کروں گا کہ یہ قتل دجال کا مشن ہے۔</w:t>
      </w:r>
    </w:p>
    <w:p>
      <w:r>
        <w:rPr>
          <w:b/>
        </w:rPr>
        <w:t xml:space="preserve">[15:13] </w:t>
      </w:r>
      <w:r>
        <w:t>yeh</w:t>
      </w:r>
    </w:p>
    <w:p>
      <w:pPr>
        <w:jc w:val="right"/>
      </w:pPr>
      <w:r>
        <w:t>یہ</w:t>
      </w:r>
    </w:p>
    <w:p>
      <w:r>
        <w:rPr>
          <w:b/>
        </w:rPr>
        <w:t xml:space="preserve">[15:15] </w:t>
      </w:r>
      <w:r>
        <w:t>yaani islam ko phir se wahan pahunchana jahan islam originally tha. yaani yeh islam ko is hisse lana samne ke woh political role is ka nishana nahi hai, hukumat qaim karna is ka target nahi hai.</w:t>
      </w:r>
    </w:p>
    <w:p>
      <w:pPr>
        <w:jc w:val="right"/>
      </w:pPr>
      <w:r>
        <w:t>یعنی اسلام کو پھر سے وہاں پہنچانا جہاں اسلام اورینلی تھا۔ یعنی یہ اسلام کو اس حصے لانا سامنے کہ وہ پولیٹیکل رول اس کا نشانہ نہیں ہے، حکومت قائم کرنا اس کا ٹارگٹ نہیں ہے۔</w:t>
      </w:r>
    </w:p>
    <w:p>
      <w:r>
        <w:rPr>
          <w:b/>
        </w:rPr>
        <w:t xml:space="preserve">[15:34] </w:t>
      </w:r>
      <w:r>
        <w:t>balke is ka target kya hai? insan ko khuda se milana,</w:t>
      </w:r>
    </w:p>
    <w:p>
      <w:pPr>
        <w:jc w:val="right"/>
      </w:pPr>
      <w:r>
        <w:t>بلکہ اس کا ٹارگٹ کیا ہے؟ انسان کو خدا سے ملانا،</w:t>
      </w:r>
    </w:p>
    <w:p>
      <w:r>
        <w:rPr>
          <w:b/>
        </w:rPr>
        <w:t xml:space="preserve">[15:41] </w:t>
      </w:r>
      <w:r>
        <w:t>logon ko pyar ke sath rehne ka sabak dena, peace aur tolerance ke sath rehne ka culture chalana.</w:t>
      </w:r>
    </w:p>
    <w:p>
      <w:pPr>
        <w:jc w:val="right"/>
      </w:pPr>
      <w:r>
        <w:t>لوگوں کو پیار کے ساتھ رہنے کا سبق دینا، پیس اور ٹولرنس کے ساتھ رہنے کا کلچر چلانا۔</w:t>
      </w:r>
    </w:p>
    <w:p>
      <w:r>
        <w:rPr>
          <w:b/>
        </w:rPr>
        <w:t xml:space="preserve">[15:54] </w:t>
      </w:r>
      <w:r>
        <w:t>yeh hai islam. wallahido ila dar assalam, and god calls to the home of peace.</w:t>
      </w:r>
    </w:p>
    <w:p>
      <w:pPr>
        <w:jc w:val="right"/>
      </w:pPr>
      <w:r>
        <w:t>یہ ہے اسلام۔ واللہیدو الی دار السلام، اینڈ گاڈ کالز ٹو دا ہوم آف پیس۔</w:t>
      </w:r>
    </w:p>
    <w:p>
      <w:r>
        <w:rPr>
          <w:b/>
        </w:rPr>
        <w:t xml:space="preserve">[16:04] </w:t>
      </w:r>
      <w:r>
        <w:t>islam religion of peace hai, logon ne bana diya is ko religion of violence. is ko hamein khatam karna hai. abhi jo chala hua hai har jagah islam ke naam par violence, woh directly related hai isi interpretation se.</w:t>
      </w:r>
    </w:p>
    <w:p>
      <w:pPr>
        <w:jc w:val="right"/>
      </w:pPr>
      <w:r>
        <w:t>اسلام ریلیجن آف پیس ہے، لوگوں نے بنا دیا اس کو ریلیجن آف وائیلنس۔ اس کو ہمیں ختم کرنا ہے۔ ابھی جو چلا ہوا ہے ہر جگہ اسلام کے نام پر وائیلنس، وہ ڈائریکٹلی ریلیٹڈ ہے اسی انٹرپریٹیشن سے۔</w:t>
      </w:r>
    </w:p>
    <w:p>
      <w:r>
        <w:rPr>
          <w:b/>
        </w:rPr>
        <w:t xml:space="preserve">[16:22] </w:t>
      </w:r>
      <w:r>
        <w:t>yaani political interpretation sab isi mein mubtala hote hain.</w:t>
      </w:r>
    </w:p>
    <w:p>
      <w:pPr>
        <w:jc w:val="right"/>
      </w:pPr>
      <w:r>
        <w:t>یعنی پولیٹیکل انٹرپریٹیشن سب اسی میں مبتلا ہوتے ہیں۔</w:t>
      </w:r>
    </w:p>
    <w:p>
      <w:r>
        <w:rPr>
          <w:b/>
        </w:rPr>
        <w:t xml:space="preserve">[16:28] </w:t>
      </w:r>
      <w:r>
        <w:t>aap woh log jo is mein lage hue hain, un ki un ki kitaben parhiye, un ki speeches ko suniye, sab yahi boli bolen ge. to jar jo hai, woh hai political, political, political interpretation of islam.</w:t>
      </w:r>
    </w:p>
    <w:p>
      <w:pPr>
        <w:jc w:val="right"/>
      </w:pPr>
      <w:r>
        <w:t>آپ وہ لوگ جو اس میں لگے ہوئے ہیں، ان کی ان کی کتابیں پڑھیے، ان کی اسپیچز کو سنیے، سب یہی بولی بولیں گے۔ تو جڑ جو ہے، وہ ہے پولیٹیکل، پولیٹیکل، پولیٹیکل انٹرپریٹیشن آف اسلام۔</w:t>
      </w:r>
    </w:p>
    <w:p>
      <w:r>
        <w:rPr>
          <w:b/>
        </w:rPr>
        <w:t xml:space="preserve">[16:42] </w:t>
      </w:r>
      <w:r>
        <w:t>is ko hamein kill karna hai, is ko hamein khatam karna hai, is dajali ka khatma karna hai hamein.</w:t>
      </w:r>
    </w:p>
    <w:p>
      <w:pPr>
        <w:jc w:val="right"/>
      </w:pPr>
      <w:r>
        <w:t>اس کو ہمیں کل کرنا ہے، اس کو ہمیں ختم کرنا ہے، اس دجالی کا خاتمہ کرنا ہے ہمیں۔</w:t>
      </w:r>
    </w:p>
    <w:p>
      <w:r>
        <w:rPr>
          <w:b/>
        </w:rPr>
        <w:t xml:space="preserve">[16:51] </w:t>
      </w:r>
      <w:r>
        <w:t>ab mein aap ko bataunga ke ke yeh jo interpretation diya gaya, kis tarike se islam ki teaching ko distort kar ke is ko banaya gaya.</w:t>
      </w:r>
    </w:p>
    <w:p>
      <w:pPr>
        <w:jc w:val="right"/>
      </w:pPr>
      <w:r>
        <w:t>اب میں آپ کو بتاؤں گا کہ کہ یہ جو انٹرپریٹیشن دیا گیا، کس طریقے سے اسلام کی ٹیچنگ کو ڈسٹارٹ کر کے اس کو بنایا گیا۔</w:t>
      </w:r>
    </w:p>
    <w:p>
      <w:r>
        <w:rPr>
          <w:b/>
        </w:rPr>
        <w:t xml:space="preserve">[17:09] </w:t>
      </w:r>
      <w:r>
        <w:t>distort, it was distortion of all the teachings of islam.</w:t>
      </w:r>
    </w:p>
    <w:p>
      <w:pPr>
        <w:jc w:val="right"/>
      </w:pPr>
      <w:r>
        <w:t>ڈسٹارٹ، اٹ واز ڈسٹارشن آف آل دا ٹیچنگز آف اسلام۔</w:t>
      </w:r>
    </w:p>
    <w:p>
      <w:r>
        <w:rPr>
          <w:b/>
        </w:rPr>
        <w:t xml:space="preserve">[17:14] </w:t>
      </w:r>
      <w:r>
        <w:t>jaise misaal ke taur par quran mein yeh ayat aayi hai ke allah ne apne rasool ko, yaani muhammad sallallahu alaihi wasallam ko bheja</w:t>
      </w:r>
    </w:p>
    <w:p>
      <w:pPr>
        <w:jc w:val="right"/>
      </w:pPr>
      <w:r>
        <w:t>جیسے مثال کے طور پر قرآن میں یہ آیت آئی ہے کہ اللہ نے اپنے رسول کو، یعنی محمد صلی اللہ علیہ وسلم کو بھیجا</w:t>
      </w:r>
    </w:p>
    <w:p>
      <w:r>
        <w:rPr>
          <w:b/>
        </w:rPr>
        <w:t xml:space="preserve">[17:27] </w:t>
      </w:r>
      <w:r>
        <w:t>taake in ko ghalib kar de tamam deen par. is mein kya distortion kiya gaya?</w:t>
      </w:r>
    </w:p>
    <w:p>
      <w:pPr>
        <w:jc w:val="right"/>
      </w:pPr>
      <w:r>
        <w:t>تاکہ ان کو غالب کر دے تمام دین پر۔ اس میں کیا ڈسٹارشن کیا گیا؟</w:t>
      </w:r>
    </w:p>
    <w:p>
      <w:r>
        <w:rPr>
          <w:b/>
        </w:rPr>
        <w:t xml:space="preserve">[17:37] </w:t>
      </w:r>
      <w:r>
        <w:t>ke is is se nikala gaya hai ke sari duniya mein islam ki hukumat qaim kare.</w:t>
      </w:r>
    </w:p>
    <w:p>
      <w:pPr>
        <w:jc w:val="right"/>
      </w:pPr>
      <w:r>
        <w:t>کہ اس اس سے نکالا گیا ہے کہ ساری دنیا میں اسلام کی حکومت قائم کرے۔</w:t>
      </w:r>
    </w:p>
    <w:p>
      <w:r>
        <w:rPr>
          <w:b/>
        </w:rPr>
        <w:t xml:space="preserve">[17:41] </w:t>
      </w:r>
      <w:r>
        <w:t>yaani khuda ne bheja apne rasool ko is liye taake sari duniya mein islam ka rule qaim kare. ab sochiye ke jo ayat, jo word hai ayat mein, woh to deen hai.</w:t>
      </w:r>
    </w:p>
    <w:p>
      <w:pPr>
        <w:jc w:val="right"/>
      </w:pPr>
      <w:r>
        <w:t>یعنی خدا نے بھیجا اپنے رسول کو اس لیے تاکہ ساری دنیا میں اسلام کا رول قائم کرے۔ اب سوچیے کہ جو آیت، جو ورڈ ہے آیت میں، وہ تو دین ہے۔</w:t>
      </w:r>
    </w:p>
    <w:p>
      <w:r>
        <w:rPr>
          <w:b/>
        </w:rPr>
        <w:t xml:space="preserve">[17:51] </w:t>
      </w:r>
      <w:r>
        <w:t>yaani li za wala deen hai, li za wala lafz nahi hai.</w:t>
      </w:r>
    </w:p>
    <w:p>
      <w:pPr>
        <w:jc w:val="right"/>
      </w:pPr>
      <w:r>
        <w:t>یعنی لیزہ والا دین ہے، لیزہ والا لفظ نہیں ہے۔</w:t>
      </w:r>
    </w:p>
    <w:p>
      <w:r>
        <w:rPr>
          <w:b/>
        </w:rPr>
        <w:t xml:space="preserve">[17:57] </w:t>
      </w:r>
      <w:r>
        <w:t>yaani jo ayat hai quran ki, woh hai li za wala, li za wala deen taake woh ghalib kar de is ko deen par.</w:t>
      </w:r>
    </w:p>
    <w:p>
      <w:pPr>
        <w:jc w:val="right"/>
      </w:pPr>
      <w:r>
        <w:t>یعنی جو آیت ہے قرآن کی، وہ ہے لیزہ والا، لیزہ والا دین تاکہ وہ غالب کر دے اس کو دین پر۔</w:t>
      </w:r>
    </w:p>
    <w:p>
      <w:r>
        <w:rPr>
          <w:b/>
        </w:rPr>
        <w:t xml:space="preserve">[18:07] </w:t>
      </w:r>
      <w:r>
        <w:t>lekin is ka matlab kya nikal liya gaya? li za wala lafz. kyunke aap jaaniye, hukumat kahan qaim hoti hai? hukumat kya deen par qaim hoti hai?</w:t>
      </w:r>
    </w:p>
    <w:p>
      <w:pPr>
        <w:jc w:val="right"/>
      </w:pPr>
      <w:r>
        <w:t>لیکن اس کا مطلب کیا نکال لیا گیا؟ لیزہ والا لفظ۔ کیونکہ آپ جانیے، حکومت کہاں قائم ہوتی ہے؟ حکومت کیا دین پر قائم ہوتی ہے؟</w:t>
      </w:r>
    </w:p>
    <w:p>
      <w:r>
        <w:rPr>
          <w:b/>
        </w:rPr>
        <w:t xml:space="preserve">[18:17] </w:t>
      </w:r>
      <w:r>
        <w:t>religion par qaim hoti hai? hukumat to zameen par qaim hoti hai.</w:t>
      </w:r>
    </w:p>
    <w:p>
      <w:pPr>
        <w:jc w:val="right"/>
      </w:pPr>
      <w:r>
        <w:t>ریلیجن پر قائم ہوتی ہے؟ حکومت تو زمین پر قائم ہوتی ہے۔</w:t>
      </w:r>
    </w:p>
    <w:p>
      <w:r>
        <w:rPr>
          <w:b/>
        </w:rPr>
        <w:t xml:space="preserve">[18:23] </w:t>
      </w:r>
      <w:r>
        <w:t>ek land chahiye, ek zameen chahiye, ek country chahiye jahan hukumat aap qaim karein. deen ke upar kaise hukumat qaim karenge aap? deen to ek theory hai, ek ideology hai, ek soch hai.</w:t>
      </w:r>
    </w:p>
    <w:p>
      <w:pPr>
        <w:jc w:val="right"/>
      </w:pPr>
      <w:r>
        <w:t>ایک لینڈ چاہیے، ایک زمین چاہیے، ایک کنٹری چاہیے جہاں حکومت آپ قائم کریں۔ دین کے اوپر کیسے حکومت قائم کریں گے آپ؟ دین تو ایک تھیوری ہے، ایک آئیڈیالوجی ہے، ایک سوچ ہے۔</w:t>
      </w:r>
    </w:p>
    <w:p>
      <w:r>
        <w:rPr>
          <w:b/>
        </w:rPr>
        <w:t xml:space="preserve">[18:37] </w:t>
      </w:r>
      <w:r>
        <w:t>soch ke upar kaise aap political role qaim karenge? to ayat to yeh thi ke li za wala deen kali, lekin bana diya kya?</w:t>
      </w:r>
    </w:p>
    <w:p>
      <w:pPr>
        <w:jc w:val="right"/>
      </w:pPr>
      <w:r>
        <w:t>سوچ کے اوپر کیسے آپ پولیٹیکل رول قائم کریں گے؟ تو آیت تو یہ تھی کہ لیزہ والا دین کلی، لیکن بنا دیا کیا؟</w:t>
      </w:r>
    </w:p>
    <w:p>
      <w:r>
        <w:rPr>
          <w:b/>
        </w:rPr>
        <w:t xml:space="preserve">[18:47] </w:t>
      </w:r>
      <w:r>
        <w:t>li za wala al arz kali, aur sari duniya is ke frame mein aa gayi.</w:t>
      </w:r>
    </w:p>
    <w:p>
      <w:pPr>
        <w:jc w:val="right"/>
      </w:pPr>
      <w:r>
        <w:t>لیزہ والا الارض کلی، اور ساری دنیا اس کے فریم میں آ گئی۔</w:t>
      </w:r>
    </w:p>
    <w:p>
      <w:r>
        <w:rPr>
          <w:b/>
        </w:rPr>
        <w:t xml:space="preserve">[18:52] </w:t>
      </w:r>
      <w:r>
        <w:t>isi liye is ko dajjal kaha gaya hai. dajjal, great deceiver. aap ghor kijiye, quran mein jo lafz tha, woh to yeh tha ke li za wal din kali.</w:t>
      </w:r>
    </w:p>
    <w:p>
      <w:pPr>
        <w:jc w:val="right"/>
      </w:pPr>
      <w:r>
        <w:t>اسی لیے اس کو دجال کہا گیا ہے۔ دجال، گریٹ ڈیسیور۔ آپ غور کیجئے، قرآن میں جو لفظ تھا، وہ تو یہ تھا کہ لیزہ والدین کلی۔</w:t>
      </w:r>
    </w:p>
    <w:p>
      <w:r>
        <w:rPr>
          <w:b/>
        </w:rPr>
        <w:t xml:space="preserve">[19:06] </w:t>
      </w:r>
      <w:r>
        <w:t>is ko in logon ne bana diya li za al arz kali. is se bada discipline yani frame koi ho sakta hai ke is ko ghalib kar de deen par?</w:t>
      </w:r>
    </w:p>
    <w:p>
      <w:pPr>
        <w:jc w:val="right"/>
      </w:pPr>
      <w:r>
        <w:t>اس کو ان لوگوں نے بنا دیا لیزہ الارض کلی۔ اس سے بڑا ڈسپلن یعنی فریم کوئی ہو سکتا ہے کہ اس کو غالب کر دے دین پر؟</w:t>
      </w:r>
    </w:p>
    <w:p>
      <w:r>
        <w:rPr>
          <w:b/>
        </w:rPr>
        <w:t xml:space="preserve">[19:20] </w:t>
      </w:r>
      <w:r>
        <w:t>to bata kya diya? is ko ghalib kar de zameen par, duniya par. haalanke woh woh lafz hi nahi wahan par hai. dekhein, deen par ghalib karna kya hai?</w:t>
      </w:r>
    </w:p>
    <w:p>
      <w:pPr>
        <w:jc w:val="right"/>
      </w:pPr>
      <w:r>
        <w:t>تو بتا کیا دیا؟ اس کو غالب کر دے زمین پر، دنیا پر۔ حالانکہ وہ وہ لفظ ہی نہیں وہاں پر ہے۔ دیکھیں، دین پر غالب کرنا کیا ہے؟</w:t>
      </w:r>
    </w:p>
    <w:p>
      <w:r>
        <w:rPr>
          <w:b/>
        </w:rPr>
        <w:t xml:space="preserve">[19:32] </w:t>
      </w:r>
      <w:r>
        <w:t>is ko aap science ki misaal se samajh sakte hain. science is waqt ek ghalib discipline hai, dominant discipline hai.</w:t>
      </w:r>
    </w:p>
    <w:p>
      <w:pPr>
        <w:jc w:val="right"/>
      </w:pPr>
      <w:r>
        <w:t>اس کو آپ سائنس کی مثال سے سمجھ سکتے ہیں۔ سائنس اس وقت ایک غالب ڈسپلن ہے، ڈومیننٹ ڈسپلن ہے۔</w:t>
      </w:r>
    </w:p>
    <w:p>
      <w:r>
        <w:rPr>
          <w:b/>
        </w:rPr>
        <w:t xml:space="preserve">[19:43] </w:t>
      </w:r>
      <w:r>
        <w:t>pehley philosophy dominate karti thi, ab science dominate karti hai. to kya matlab hai is ka</w:t>
      </w:r>
    </w:p>
    <w:p>
      <w:pPr>
        <w:jc w:val="right"/>
      </w:pPr>
      <w:r>
        <w:t>پہلے فلاسفی ڈومینیٹ کرتی تھی، اب سائنس ڈومینیٹ کرتی ہے۔ تو کیا مطلب ہے اس کا</w:t>
      </w:r>
    </w:p>
    <w:p>
      <w:r>
        <w:rPr>
          <w:b/>
        </w:rPr>
        <w:t xml:space="preserve">[19:49] </w:t>
      </w:r>
      <w:r>
        <w:t>? kya science ki kahin political role hai is ka? ke science kahin king bani hui hai? nahi.</w:t>
      </w:r>
    </w:p>
    <w:p>
      <w:pPr>
        <w:jc w:val="right"/>
      </w:pPr>
      <w:r>
        <w:t>؟ کیا سائنس کی کہیں پولیٹیکل رول ہے اس کا؟ کہ سائنس کہیں کنگ بنی ہوئی ہے؟ نہیں۔</w:t>
      </w:r>
    </w:p>
    <w:p>
      <w:r>
        <w:rPr>
          <w:b/>
        </w:rPr>
        <w:t xml:space="preserve">[19:59] </w:t>
      </w:r>
      <w:r>
        <w:t>science ne kya kiya hai? astrology thi pehle, dominate karti thi. astrology ko hata kar ke ab astronomy ko le aayi science.</w:t>
      </w:r>
    </w:p>
    <w:p>
      <w:pPr>
        <w:jc w:val="right"/>
      </w:pPr>
      <w:r>
        <w:t>سائنس نے کیا کیا ہے؟ اسٹرالوجی تھی پہلے، ڈومینیٹ کرتی تھی۔ اسٹرالوجی کو ہٹا کر کے اب اسٹرانومی کو لے آئی سائنس۔</w:t>
      </w:r>
    </w:p>
    <w:p>
      <w:r>
        <w:rPr>
          <w:b/>
        </w:rPr>
        <w:t xml:space="preserve">[20:10] </w:t>
      </w:r>
      <w:r>
        <w:t>to astrology ke upar astronomy aaj role kar rahi hai, political sense mein nahi, ideological sense mein.</w:t>
      </w:r>
    </w:p>
    <w:p>
      <w:pPr>
        <w:jc w:val="right"/>
      </w:pPr>
      <w:r>
        <w:t>تو اسٹرالوجی کے اوپر اسٹرانومی آج رول کر رہی ہے، پولیٹیکل سینس میں نہیں، ایڈلائجیکل سینس میں۔</w:t>
      </w:r>
    </w:p>
    <w:p>
      <w:r>
        <w:rPr>
          <w:b/>
        </w:rPr>
        <w:t xml:space="preserve">[20:18] </w:t>
      </w:r>
      <w:r>
        <w:t>is tarike se pehle alchemy thi, log alchemy mein jeete thay. ab alchemic jab chemistry hai, chemistry.</w:t>
      </w:r>
    </w:p>
    <w:p>
      <w:pPr>
        <w:jc w:val="right"/>
      </w:pPr>
      <w:r>
        <w:t>اس طریقے سے پہلے الکیمی تھی، لوگ الکیمی میں جیتے تھے۔ اب الکیمک جب کیمسٹری ہے، کیمسٹری۔</w:t>
      </w:r>
    </w:p>
    <w:p>
      <w:r>
        <w:rPr>
          <w:b/>
        </w:rPr>
        <w:t xml:space="preserve">[20:28] </w:t>
      </w:r>
      <w:r>
        <w:t>ab alchemy mein koi nahi jeeta, ab chemistry mein jeeta hai aadmi. is tarike se dekhiye, pehle superstition tha, sari duniya superstition mein jeeti thi.</w:t>
      </w:r>
    </w:p>
    <w:p>
      <w:pPr>
        <w:jc w:val="right"/>
      </w:pPr>
      <w:r>
        <w:t>اب الکیمی میں کوئی نہیں جیتا، اب کیمسٹری میں جیتا ہے آدمی۔ اس طریقے سے دیکھیے، پہلے سپریسیشن تھا، ساری دنیا سپریسیشن میں جیتی تھی۔</w:t>
      </w:r>
    </w:p>
    <w:p>
      <w:r>
        <w:rPr>
          <w:b/>
        </w:rPr>
        <w:t xml:space="preserve">[20:40] </w:t>
      </w:r>
      <w:r>
        <w:t>ab superstition ki jagah scientific view of thinking hai. ab scientific view of thinking jo hai, woh travel kar raha hai.</w:t>
      </w:r>
    </w:p>
    <w:p>
      <w:pPr>
        <w:jc w:val="right"/>
      </w:pPr>
      <w:r>
        <w:t>اب سپریسیشن کی جگہ سائنٹیفک ویو آف تھنکنگ ہے۔ اب سائنٹیفک ویو آف تھنکنگ جو ہے، وہ ٹریول کر رہا ہے۔</w:t>
      </w:r>
    </w:p>
    <w:p>
      <w:r>
        <w:rPr>
          <w:b/>
        </w:rPr>
        <w:t xml:space="preserve">[20:49] </w:t>
      </w:r>
      <w:r>
        <w:t>to yeh hai matlab li za wal din ka ke khuda ke deen ko doosre dono par ghalib kar de. yaani ideological domination murad hai is se, jaise ke science ka ideological domination hua hai.</w:t>
      </w:r>
    </w:p>
    <w:p>
      <w:pPr>
        <w:jc w:val="right"/>
      </w:pPr>
      <w:r>
        <w:t>تو یہ ہے مطلب لیزہ والدین کا کہ خدا کے دین کو دوسرے دونوں پر غالب کر دے۔ یعنی آئیڈیالوجیکل ڈومینیشن مراد ہے اس سے، جیسے کہ سائنس کا آئیڈیالوجیکل ڈومینیشن ہوا ہے۔</w:t>
      </w:r>
    </w:p>
    <w:p>
      <w:r>
        <w:rPr>
          <w:b/>
        </w:rPr>
        <w:t xml:space="preserve">[21:07] </w:t>
      </w:r>
      <w:r>
        <w:t>science jab aayi to yeh jo</w:t>
      </w:r>
    </w:p>
    <w:p>
      <w:pPr>
        <w:jc w:val="right"/>
      </w:pPr>
      <w:r>
        <w:t>سائنس جب آئی تو یہ جو</w:t>
      </w:r>
    </w:p>
    <w:p>
      <w:r>
        <w:rPr>
          <w:b/>
        </w:rPr>
        <w:t xml:space="preserve">[21:12] </w:t>
      </w:r>
      <w:r>
        <w:t>pehlay zamanay mein aap jantay hain ke novel aur history ka zamanah tha,</w:t>
      </w:r>
    </w:p>
    <w:p>
      <w:pPr>
        <w:jc w:val="right"/>
      </w:pPr>
      <w:r>
        <w:t>پہلے زمانے میں آپ جانتے ہیں کہ ناول اور ہسٹوری کا زمانہ تھا،</w:t>
      </w:r>
    </w:p>
    <w:p>
      <w:r>
        <w:rPr>
          <w:b/>
        </w:rPr>
        <w:t xml:space="preserve">[21:17] </w:t>
      </w:r>
      <w:r>
        <w:t>drama aur novel history ko bohat bari cheez samajhta tha, aur us ko yani poetry ko bohat bari cheez samajhata tha.</w:t>
      </w:r>
    </w:p>
    <w:p>
      <w:pPr>
        <w:jc w:val="right"/>
      </w:pPr>
      <w:r>
        <w:t>ڈرامے اور ناول ہسٹوری کو بہت بڑی چیز سمجھاتا تھا، اور اس کو یعنی پوئٹری کو بہت بڑی چیز سمجھاتا تھا۔</w:t>
      </w:r>
    </w:p>
    <w:p>
      <w:r>
        <w:rPr>
          <w:b/>
        </w:rPr>
        <w:t xml:space="preserve">[21:29] </w:t>
      </w:r>
      <w:r>
        <w:t>ab science ne kiya kiya? poetry ko us ne hata diya. ab ab us ko prose ko bara darjah de diya. kyun ke science jin baton ko batati hai, woh sirf prose mein bayan ho sakti hain, poetry mein nahin.</w:t>
      </w:r>
    </w:p>
    <w:p>
      <w:pPr>
        <w:jc w:val="right"/>
      </w:pPr>
      <w:r>
        <w:t>اب سائنس نے کیا کیا؟ پوئٹری کو اس نے ہٹا دیا۔ اب اب اس کو پروز کو بڑا درجہ دے دیا۔ کیونکہ سائنس جن باتوں کو بتاتی ہے، وہ صرف پروز میں بیان ہو سکتی ہیں، پوئٹری میں نہیں۔</w:t>
      </w:r>
    </w:p>
    <w:p>
      <w:r>
        <w:rPr>
          <w:b/>
        </w:rPr>
        <w:t xml:space="preserve">[21:42] </w:t>
      </w:r>
      <w:r>
        <w:t>aap science ki baton ko poetry mein nahin bata sakte, us ko sirf prose mein bata sakte hain. to ab prose dominate kar raha hai, poetry number do par chali gayi.</w:t>
      </w:r>
    </w:p>
    <w:p>
      <w:pPr>
        <w:jc w:val="right"/>
      </w:pPr>
      <w:r>
        <w:t>آپ سائنس کی باتوں کو پوئٹری میں نہیں بتا سکتے، اس کو صرف پروز میں بتا سکتے ہیں۔ تو اب پروز ڈومینیٹ کر رہا ہے، پوئٹری نمبر دو پر چلی گئی۔</w:t>
      </w:r>
    </w:p>
    <w:p>
      <w:r>
        <w:rPr>
          <w:b/>
        </w:rPr>
        <w:t xml:space="preserve">[21:53] </w:t>
      </w:r>
      <w:r>
        <w:t>yeh hai science ka domination, science ka ghalba. is sense mein hai matlab is ka ke Khuda ne apna yeh rasool bheja hai, is liye ke Khuda ke deen ko tamam doosray deenon par ghalib kar de.</w:t>
      </w:r>
    </w:p>
    <w:p>
      <w:pPr>
        <w:jc w:val="right"/>
      </w:pPr>
      <w:r>
        <w:t>یہ ہے سائنس کا ڈومینیشن، سائنس کا غلبہ۔ اس سینس میں ہے مطلب اس کا کہ خدا نے اپنا یہ رسول بھیجا ہے، اس لیے کہ خدا کے دین کو تمام دوسرے دینوں پر غالب کر دے۔</w:t>
      </w:r>
    </w:p>
    <w:p>
      <w:r>
        <w:rPr>
          <w:b/>
        </w:rPr>
        <w:t xml:space="preserve">[22:07] </w:t>
      </w:r>
      <w:r>
        <w:t>yani ideological sense mein, ideological sense mein</w:t>
      </w:r>
    </w:p>
    <w:p>
      <w:pPr>
        <w:jc w:val="right"/>
      </w:pPr>
      <w:r>
        <w:t>یعنی آئیڈیالوجیکل سینس میں، آئیڈیالوجیکل سینس میں</w:t>
      </w:r>
    </w:p>
    <w:p>
      <w:r>
        <w:rPr>
          <w:b/>
        </w:rPr>
        <w:t xml:space="preserve">[22:11] </w:t>
      </w:r>
      <w:r>
        <w:t>ke is ka, is ki ideology jo hai, sab se oopar ho jaye. jis tarah se science ki, science jo hai, sab se oopar ho gayi hai. ab to aap kahin bhi aap nahin keh sakte ke science kahin political sense mein kahin role kar rahi hai.</w:t>
      </w:r>
    </w:p>
    <w:p>
      <w:pPr>
        <w:jc w:val="right"/>
      </w:pPr>
      <w:r>
        <w:t>کہ اس کا، اس کی آئیڈیالوجی جو ہے، سب سے اوپر ہو جائے۔ جس طرح سے سائنس کی، سائنس جو ہے، سب سے اوپر ہو گئی ہے۔ اب تو آپ کہیں بھی آپ نہیں کہہ سکتے کہ سائنس کہیں پولیٹیکل سینس میں کہیں رول کر رہی ہے۔</w:t>
      </w:r>
    </w:p>
    <w:p>
      <w:r>
        <w:rPr>
          <w:b/>
        </w:rPr>
        <w:t xml:space="preserve">[22:26] </w:t>
      </w:r>
      <w:r>
        <w:t>lekin science aik ghalib discipline hai sari dunya mein. to laiza walidain kulli jo hai, woh laiza wala al arz kulli nahin hai, balkeh ideological sense mein us ko dabdaba, dabdaba ho jaye.</w:t>
      </w:r>
    </w:p>
    <w:p>
      <w:pPr>
        <w:jc w:val="right"/>
      </w:pPr>
      <w:r>
        <w:t>لیکن سائنس ایک غالب ڈسپلن ہے ساری دنیا میں۔ تو لیزہ والدین کلی جو ہے، وہ لیزہ والا الارض کلی نہیں ہے، بلکہ آئیڈیالوجیکل سینس میں اس کو دبدبہ، دبدبہ ہو جائے۔</w:t>
      </w:r>
    </w:p>
    <w:p>
      <w:r>
        <w:rPr>
          <w:b/>
        </w:rPr>
        <w:t xml:space="preserve">[22:40] </w:t>
      </w:r>
      <w:r>
        <w:t>is ka</w:t>
      </w:r>
    </w:p>
    <w:p>
      <w:pPr>
        <w:jc w:val="right"/>
      </w:pPr>
      <w:r>
        <w:t>اس کا</w:t>
      </w:r>
    </w:p>
    <w:p>
      <w:r>
        <w:rPr>
          <w:b/>
        </w:rPr>
        <w:t xml:space="preserve">[22:43] </w:t>
      </w:r>
      <w:r>
        <w:t>ideological sense mein woh logon ke zehn par chha jaye. ideological sense mein woh logon ko haq maloom hone lage. yeh matlab hai is ka.</w:t>
      </w:r>
    </w:p>
    <w:p>
      <w:pPr>
        <w:jc w:val="right"/>
      </w:pPr>
      <w:r>
        <w:t>آئیڈیالوجیکل سینس میں وہ لوگوں کے ذہن پر چھا جائے۔ آئیڈیالوجیکل سینس میں وہ لوگوں کو حق معلوم ہونے لگے۔ یہ مطلب ہے اس کا۔</w:t>
      </w:r>
    </w:p>
    <w:p>
      <w:r>
        <w:rPr>
          <w:b/>
        </w:rPr>
        <w:t xml:space="preserve">[22:53] </w:t>
      </w:r>
      <w:r>
        <w:t>yeh kitni bari dajali hai? aap sochiye, kitna bara frame hai. isi liye hadith mein us ko dajjal kaha gaya, great deceiver.</w:t>
      </w:r>
    </w:p>
    <w:p>
      <w:pPr>
        <w:jc w:val="right"/>
      </w:pPr>
      <w:r>
        <w:t>یہ کتنی بڑی دجالی ہے؟ آپ سوچیے، کتنا بڑا فریم ہے۔ اسی لیے حدیث میں اس کو دجال کہا گیا، گریٹ ڈیسیور۔</w:t>
      </w:r>
    </w:p>
    <w:p>
      <w:r>
        <w:rPr>
          <w:b/>
        </w:rPr>
        <w:t xml:space="preserve">[23:04] </w:t>
      </w:r>
      <w:r>
        <w:t>aur main us ko kahunga ke woh deceiving interpretation tha.</w:t>
      </w:r>
    </w:p>
    <w:p>
      <w:pPr>
        <w:jc w:val="right"/>
      </w:pPr>
      <w:r>
        <w:t>اور میں اس کو کہوں گا کہ وہ ڈیسیونگ انٹرپریٹیشن تھا۔</w:t>
      </w:r>
    </w:p>
    <w:p>
      <w:r>
        <w:rPr>
          <w:b/>
        </w:rPr>
        <w:t xml:space="preserve">[23:12] </w:t>
      </w:r>
      <w:r>
        <w:t>deceiving interpretation yani dhoka denay wala interpretation.</w:t>
      </w:r>
    </w:p>
    <w:p>
      <w:pPr>
        <w:jc w:val="right"/>
      </w:pPr>
      <w:r>
        <w:t>ڈیسیونگ انٹرپریٹیشن یعنی دھوکہ دینے والا انٹرپریٹیشن۔</w:t>
      </w:r>
    </w:p>
    <w:p>
      <w:r>
        <w:rPr>
          <w:b/>
        </w:rPr>
        <w:t xml:space="preserve">[23:21] </w:t>
      </w:r>
      <w:r>
        <w:t>dhoka denay wala interpretation. to Khuda ka deen is zamanay mein dhokay ka shikar ho gaya, aur dhokay ka shikar ho kar Khuda ka deen violence ka deen ban gaya.</w:t>
      </w:r>
    </w:p>
    <w:p>
      <w:pPr>
        <w:jc w:val="right"/>
      </w:pPr>
      <w:r>
        <w:t>دھوکہ دینے والا انٹرپریٹیشن۔ تو خدا کا دین اس زمانے میں دھوکے کا شکار ہو گیا، اور دھوکے کا شکار ہو کر خدا کا دین وائیلنس کا دین بن گیا۔</w:t>
      </w:r>
    </w:p>
    <w:p>
      <w:r>
        <w:rPr>
          <w:b/>
        </w:rPr>
        <w:t xml:space="preserve">[23:35] </w:t>
      </w:r>
      <w:r>
        <w:t>London ka jo Times akhbar hai, daily, bohat well known wahan ka purana, us mein aik article chhaapa Islam ke baray mein. us ka jo title tha, us ka jo caption tha, woh kiya tha?</w:t>
      </w:r>
    </w:p>
    <w:p>
      <w:pPr>
        <w:jc w:val="right"/>
      </w:pPr>
      <w:r>
        <w:t>لندن کا جو ٹائمز اخبار ہے، ڈیلی، بہت ویل نون وہاں کا پرانا، اس میں ایک آرٹیکل چھپا اسلام کے بارے میں۔ اس کا جو ٹائٹل تھا، اس کا جو کیپشن تھا، وہ کیا تھا؟</w:t>
      </w:r>
    </w:p>
    <w:p>
      <w:r>
        <w:rPr>
          <w:b/>
        </w:rPr>
        <w:t xml:space="preserve">[23:49] </w:t>
      </w:r>
      <w:r>
        <w:t>"a religion that sanctions violence". "a religion that sanctions violence". aap sochiye, yeh kisi aik aik article ki baat nahin hai.</w:t>
      </w:r>
    </w:p>
    <w:p>
      <w:pPr>
        <w:jc w:val="right"/>
      </w:pPr>
      <w:r>
        <w:t>"ا ریلیجن دیٹ سینکشنز وائیلنس"۔ "ا ریلیجن دیٹ سینکشنز وائیلنس"۔ آپ سوچیے، یہ کسی ایک ایک آرٹیکل کی بات نہیں ہے۔</w:t>
      </w:r>
    </w:p>
    <w:p>
      <w:r>
        <w:rPr>
          <w:b/>
        </w:rPr>
        <w:t xml:space="preserve">[24:01] </w:t>
      </w:r>
      <w:r>
        <w:t>thousand and thousand books chhapi hain, rozana article chaptay rehtay hain ke Islam jo hai, religion hai violence ka, intolerance ka, war ka.</w:t>
      </w:r>
    </w:p>
    <w:p>
      <w:pPr>
        <w:jc w:val="right"/>
      </w:pPr>
      <w:r>
        <w:t>تھاؤزنڈ اینڈ تھاؤزنڈ بکس چھپی ہیں، روزانہ آرٹیکل چھپتے رہتے ہیں کہ اسلام جو ہے، ریلیجن ہے وائیلنس کا، انٹولرنس کا، وار کا۔</w:t>
      </w:r>
    </w:p>
    <w:p>
      <w:r>
        <w:rPr>
          <w:b/>
        </w:rPr>
        <w:t xml:space="preserve">[24:11] </w:t>
      </w:r>
      <w:r>
        <w:t>kyun? is ki jar hai yahi deceiving interpretation of Islam.</w:t>
      </w:r>
    </w:p>
    <w:p>
      <w:pPr>
        <w:jc w:val="right"/>
      </w:pPr>
      <w:r>
        <w:t>کیوں؟ اس کی جڑ ہے یہی ڈیسیونگ انٹرپریٹیشن آف اسلام۔</w:t>
      </w:r>
    </w:p>
    <w:p>
      <w:r>
        <w:rPr>
          <w:b/>
        </w:rPr>
        <w:t xml:space="preserve">[24:20] </w:t>
      </w:r>
      <w:r>
        <w:t>to hamara mission hai is situation ko khatam karna, is dajali ko kill karna, Islam ke sachay interpretation ko phir se logon ke samnay lana.</w:t>
      </w:r>
    </w:p>
    <w:p>
      <w:pPr>
        <w:jc w:val="right"/>
      </w:pPr>
      <w:r>
        <w:t>تو ہمارا مشن ہے اس سچویشن کو ختم کرنا، اس دجالی کو کل کرنا، اسلام کے سچے انٹرپریٹیشن کو پھر سے لوگوں کے سامنے لانا۔</w:t>
      </w:r>
    </w:p>
    <w:p>
      <w:r>
        <w:rPr>
          <w:b/>
        </w:rPr>
        <w:t xml:space="preserve">[24:33] </w:t>
      </w:r>
      <w:r>
        <w:t>yeh hai hamara mission. is ke liye hum yeh team bana rahay hain. yeh kaam bheer se nahin ho sakta, yeh kaam crowd se nahin ho sakta, yeh kaam auditory se nahin ho sakta.</w:t>
      </w:r>
    </w:p>
    <w:p>
      <w:pPr>
        <w:jc w:val="right"/>
      </w:pPr>
      <w:r>
        <w:t>یہ ہے ہمارا مشن۔ اس کے لیے ہم یہ ٹیم بنا رہے ہیں۔ یہ کام بھیڑ سے نہیں ہو سکتا، یہ کام کراؤڈ سے نہیں ہو سکتا، یہ کام آڈیٹری سے نہیں ہو سکتا۔</w:t>
      </w:r>
    </w:p>
    <w:p>
      <w:r>
        <w:rPr>
          <w:b/>
        </w:rPr>
        <w:t xml:space="preserve">[24:45] </w:t>
      </w:r>
      <w:r>
        <w:t>yeh kaam is tarah nahin hota ke aap logon se debate karen.</w:t>
      </w:r>
    </w:p>
    <w:p>
      <w:pPr>
        <w:jc w:val="right"/>
      </w:pPr>
      <w:r>
        <w:t>یہ کام اس طرح نہیں ہوتا کہ آپ لوگوں سے ڈیبیٹ کریں۔</w:t>
      </w:r>
    </w:p>
    <w:p>
      <w:r>
        <w:rPr>
          <w:b/>
        </w:rPr>
        <w:t xml:space="preserve">[24:49] </w:t>
      </w:r>
      <w:r>
        <w:t>is ke liye bohat aik mazboot team chahiye,</w:t>
      </w:r>
    </w:p>
    <w:p>
      <w:pPr>
        <w:jc w:val="right"/>
      </w:pPr>
      <w:r>
        <w:t>اس کے لیے بہت ایک مضبوط ٹیم چاہیے،</w:t>
      </w:r>
    </w:p>
    <w:p>
      <w:r>
        <w:rPr>
          <w:b/>
        </w:rPr>
        <w:t xml:space="preserve">[24:55] </w:t>
      </w:r>
      <w:r>
        <w:t>bohat mazboot team chahiye. kuch log hum se poochte hain ke bhai aap ke baad kiya? jaisay Nehru ke zamanay mein kaha "after Nehru who".</w:t>
      </w:r>
    </w:p>
    <w:p>
      <w:pPr>
        <w:jc w:val="right"/>
      </w:pPr>
      <w:r>
        <w:t>بہت مضبوط ٹیم چاہیے۔ کچھ لوگ ہم سے پوچھتے ہیں کہ بھئی آپ کے بعد کیا؟ جیسے نہرو کے زمانے میں کہا "آفٹر نہرو ہو"۔</w:t>
      </w:r>
    </w:p>
    <w:p>
      <w:r>
        <w:rPr>
          <w:b/>
        </w:rPr>
        <w:t xml:space="preserve">[25:08] </w:t>
      </w:r>
      <w:r>
        <w:t>yeh sab questions jo hain, yeh main us ko anachronism kahunga. zamanay ko na samajhna.</w:t>
      </w:r>
    </w:p>
    <w:p>
      <w:pPr>
        <w:jc w:val="right"/>
      </w:pPr>
      <w:r>
        <w:t>یہ سب کوئسچن جو ہیں، یہ میں اس کو انیکرونزم کہوں گا۔ زمانے کو نہ سمجھنا۔</w:t>
      </w:r>
    </w:p>
    <w:p>
      <w:r>
        <w:rPr>
          <w:b/>
        </w:rPr>
        <w:t xml:space="preserve">[25:17] </w:t>
      </w:r>
      <w:r>
        <w:t>dekhen, yeh zamana jo hai, is ko samjhiye achhi tarike se is baat ko. yeh zamana institutions ka zamana hai.</w:t>
      </w:r>
    </w:p>
    <w:p>
      <w:pPr>
        <w:jc w:val="right"/>
      </w:pPr>
      <w:r>
        <w:t>دیکھیں، یہ زمانہ جو ہے، اس کو سمجھیے اچھی طریقے سے اس بات کو۔ یہ زمانہ انسٹیٹیوشنز کا زمانہ ہے۔</w:t>
      </w:r>
    </w:p>
    <w:p>
      <w:r>
        <w:rPr>
          <w:b/>
        </w:rPr>
        <w:t xml:space="preserve">[25:28] </w:t>
      </w:r>
      <w:r>
        <w:t>har cheez institutionalized ho gayi hai. pehle zamane mein sab kuch tha kingship, rule, hukoomat.</w:t>
      </w:r>
    </w:p>
    <w:p>
      <w:pPr>
        <w:jc w:val="right"/>
      </w:pPr>
      <w:r>
        <w:t>ہر چیز انسٹیٹیوشنلائز ہو گئی ہے۔ پہلے زمانے میں سب کچھ تھا کنگ شپ، رول، حکومت۔</w:t>
      </w:r>
    </w:p>
    <w:p>
      <w:r>
        <w:rPr>
          <w:b/>
        </w:rPr>
        <w:t xml:space="preserve">[25:37] </w:t>
      </w:r>
      <w:r>
        <w:t>kyunke land based economy hoti thi is zamane mein, har cheez depend karti thi land par, agriculture par, aur land ka malik hota tha king, ruler.</w:t>
      </w:r>
    </w:p>
    <w:p>
      <w:pPr>
        <w:jc w:val="right"/>
      </w:pPr>
      <w:r>
        <w:t>کیونکہ لینڈ بیسڈ اکانومی ہوتی تھی اس زمانے میں، ہر چیز ڈیپینڈ کرتی تھی لینڈ پر، ایگریکلچر پر، اور لینڈ کا مالک ہوتا تھا کنگ، رولر۔</w:t>
      </w:r>
    </w:p>
    <w:p>
      <w:r>
        <w:rPr>
          <w:b/>
        </w:rPr>
        <w:t xml:space="preserve">[25:47] </w:t>
      </w:r>
      <w:r>
        <w:t>to sab kuch jo thi, woh is ka talluq hukoomat se tha. ab land based economy nahi duniya mein hai. ab to industrialization hua hai.</w:t>
      </w:r>
    </w:p>
    <w:p>
      <w:pPr>
        <w:jc w:val="right"/>
      </w:pPr>
      <w:r>
        <w:t>تو سب کچھ جو تھی، وہ اس کا تعلق حکومت سے تھا۔ اب لینڈ بیسڈ اکانومی نہیں دنیا میں ہے۔ اب تو انڈسٹریلائزیشن ہوا ہے۔</w:t>
      </w:r>
    </w:p>
    <w:p>
      <w:r>
        <w:rPr>
          <w:b/>
        </w:rPr>
        <w:t xml:space="preserve">[26:00] </w:t>
      </w:r>
      <w:r>
        <w:t>ab billion million qism ke naye cheezen wajood mein aa gayi hain. yeh sab institution ke zariye hota hai.</w:t>
      </w:r>
    </w:p>
    <w:p>
      <w:pPr>
        <w:jc w:val="right"/>
      </w:pPr>
      <w:r>
        <w:t>اب بلین ملین قسم کے نئے چیزیں وجود میں آ گئی ہیں۔ یہ سب انسٹیٹیوشن کے ذریعے ہوتا ہے۔</w:t>
      </w:r>
    </w:p>
    <w:p>
      <w:r>
        <w:rPr>
          <w:b/>
        </w:rPr>
        <w:t xml:space="preserve">[26:09] </w:t>
      </w:r>
      <w:r>
        <w:t>yeh hai institutionaliz</w:t>
      </w:r>
    </w:p>
    <w:p>
      <w:pPr>
        <w:jc w:val="right"/>
      </w:pPr>
      <w:r>
        <w:t>یہ ہے انسٹیٹیوشنلائزی</w:t>
      </w:r>
    </w:p>
    <w:p>
      <w:r>
        <w:rPr>
          <w:b/>
        </w:rPr>
        <w:t xml:space="preserve">[26:11] </w:t>
      </w:r>
      <w:r>
        <w:t>ation. aaj dekhiye, aap hukoomat ko sirf administration kaha jata hai. US administration aap parhte honge akhbaron mein ke amrici government kya hai?</w:t>
      </w:r>
    </w:p>
    <w:p>
      <w:pPr>
        <w:jc w:val="right"/>
      </w:pPr>
      <w:r>
        <w:t>شن۔ آج دیکھیے، آپ حکومت کو صرف ایڈمنسٹریشن کہا جاتا ہے۔ یو ایس ایڈمنسٹریشن آپ پڑھتے ہوں گے اخباروں میں کہ امریکی گورنمنٹ کیا ہے؟</w:t>
      </w:r>
    </w:p>
    <w:p>
      <w:r>
        <w:rPr>
          <w:b/>
        </w:rPr>
        <w:t xml:space="preserve">[26:21] </w:t>
      </w:r>
      <w:r>
        <w:t>administration hai woh. to hukoomat ke bahar sare jo bare bare jo shobe hain, woh sab hukoomat ke bahar hain.</w:t>
      </w:r>
    </w:p>
    <w:p>
      <w:pPr>
        <w:jc w:val="right"/>
      </w:pPr>
      <w:r>
        <w:t>ایڈمنسٹریشن ہے وہ۔ تو حکومت کے باہر سارے جو بڑے بڑے جو شعبے ہیں، وہ سب حکومت کے باہر ہیں۔</w:t>
      </w:r>
    </w:p>
    <w:p>
      <w:r>
        <w:rPr>
          <w:b/>
        </w:rPr>
        <w:t xml:space="preserve">[26:29] </w:t>
      </w:r>
      <w:r>
        <w:t>yeh journalism hai, industry hai, education hai, banking hai.</w:t>
      </w:r>
    </w:p>
    <w:p>
      <w:pPr>
        <w:jc w:val="right"/>
      </w:pPr>
      <w:r>
        <w:t>یہ جرنلزم ہے، انڈسٹری ہے، ایجوکیشن ہے، بینکنگ ہے۔</w:t>
      </w:r>
    </w:p>
    <w:p>
      <w:r>
        <w:rPr>
          <w:b/>
        </w:rPr>
        <w:t xml:space="preserve">[26:36] </w:t>
      </w:r>
      <w:r>
        <w:t>jitne bhi cheezen hain, schooling, school, college, university, sab hukoomat ke bahar hain. medical health hukoomat ke bahar hai.</w:t>
      </w:r>
    </w:p>
    <w:p>
      <w:pPr>
        <w:jc w:val="right"/>
      </w:pPr>
      <w:r>
        <w:t>جتنے بھی چیزیں ہیں، اسکولنگ، اسکول، کالج، یونیورسٹی، سب حکومت کے باہر ہیں۔ میڈیکل ہیلتھ حکومت کے باہر ہے۔</w:t>
      </w:r>
    </w:p>
    <w:p>
      <w:r>
        <w:rPr>
          <w:b/>
        </w:rPr>
        <w:t xml:space="preserve">[26:47] </w:t>
      </w:r>
      <w:r>
        <w:t>administration ko chhod kar ke sari cheezon ka institutionalization ho gaya hai. to woh zamana nahi hai. yani individual rule ka zamana khatm ho gaya hai.</w:t>
      </w:r>
    </w:p>
    <w:p>
      <w:pPr>
        <w:jc w:val="right"/>
      </w:pPr>
      <w:r>
        <w:t>ایڈمنسٹریشن کو چھوڑ کر کے ساری چیزوں کا انسٹیٹیوشنلائزیشن ہو گیا ہے۔ تو وہ زمانہ نہیں ہے۔ یعنی انڈیویجول رول کا زمانہ ختم ہو گیا ہے۔</w:t>
      </w:r>
    </w:p>
    <w:p>
      <w:r>
        <w:rPr>
          <w:b/>
        </w:rPr>
        <w:t xml:space="preserve">[26:59] </w:t>
      </w:r>
      <w:r>
        <w:t>ab institutional rule ka zamana hai.</w:t>
      </w:r>
    </w:p>
    <w:p>
      <w:pPr>
        <w:jc w:val="right"/>
      </w:pPr>
      <w:r>
        <w:t>اب انسٹیٹیوشنل رول کا زمانہ ہے۔</w:t>
      </w:r>
    </w:p>
    <w:p>
      <w:r>
        <w:rPr>
          <w:b/>
        </w:rPr>
        <w:t xml:space="preserve">[27:05] </w:t>
      </w:r>
      <w:r>
        <w:t>yani individual rule ka zamana khatm ho gaya. ab institutional rule ka zamana hai. hum ek institution bana rahe hain. ab jo zaroorat thi ek aadmi ki, woh sirf is liye ke is dajjal ko woh karne, expose karne ke liye.</w:t>
      </w:r>
    </w:p>
    <w:p>
      <w:pPr>
        <w:jc w:val="right"/>
      </w:pPr>
      <w:r>
        <w:t>یعنی انڈیویجول رول کا زمانہ ختم ہو گیا۔ اب انسٹیٹیوشنل رول کا زمانہ ہے۔ ہم ایک انسٹیٹیوشن بنا رہے ہیں۔ اب جو ضرورت تھی ایک آدمی کی، وہ صرف اس لیے کہ اس دجالی کو وہ کرنے، ایکسپوز کرنے کے لیے۔</w:t>
      </w:r>
    </w:p>
    <w:p>
      <w:r>
        <w:rPr>
          <w:b/>
        </w:rPr>
        <w:t xml:space="preserve">[27:23] </w:t>
      </w:r>
      <w:r>
        <w:t>dajjal ko expose karna, use qatl kaha gaya hai. dekhen, hadith mein jo kaha kaha gaya ke dajjal ko qatl karne ki baat kahi gayi hai, to dajjal ko expose karna murad hai is se.</w:t>
      </w:r>
    </w:p>
    <w:p>
      <w:pPr>
        <w:jc w:val="right"/>
      </w:pPr>
      <w:r>
        <w:t>دجالی کو ایکسپوز کرنا، اسے قتل کہا گیا ہے۔ دیکھیں، حدیث میں جو کہا کہا گیا کہ دجال کو قتل کرنے کی بات کہی گئی ہے، تو دجال کو ایکسپوز کرنا مراد ہے اس سے۔</w:t>
      </w:r>
    </w:p>
    <w:p>
      <w:r>
        <w:rPr>
          <w:b/>
        </w:rPr>
        <w:t xml:space="preserve">[27:35] </w:t>
      </w:r>
      <w:r>
        <w:t>qatl ka matlab nahi ke talwar se gardan kaate ga koi. in ki dajjal ko expose karna, is ke deceiving interpretation de rakha hai, is ko galat batana, aur phir ek ideology develop karna.</w:t>
      </w:r>
    </w:p>
    <w:p>
      <w:pPr>
        <w:jc w:val="right"/>
      </w:pPr>
      <w:r>
        <w:t>قتل کا مطلب نہیں کہ تلوار سے گردن کاٹے گا کوئی۔ ان کی دجالی کو ایکسپوز کرنا، اس کے ڈیسیونگ انٹرپریٹیشن دے رکھا ہے، اس کو غلط بتانا، اور پھر ایک آئیڈیالوجی ڈیولپ کرنا۔</w:t>
      </w:r>
    </w:p>
    <w:p>
      <w:r>
        <w:rPr>
          <w:b/>
        </w:rPr>
        <w:t xml:space="preserve">[27:50] </w:t>
      </w:r>
      <w:r>
        <w:t>islam ka jo true picture hai, islam ki jo real teaching hai, us ki base par ek ek ideology, ek complete ideology develop karna.</w:t>
      </w:r>
    </w:p>
    <w:p>
      <w:pPr>
        <w:jc w:val="right"/>
      </w:pPr>
      <w:r>
        <w:t>اسلام کا جو ٹرو پکچر ہے، اسلام کی جو ریئل ٹیچنگ ہے، اس کی بیس پر ایک ایک آئیڈیالوجی، ایک کمپلیٹ آئیڈیالوجی ڈیولپ کرنا۔</w:t>
      </w:r>
    </w:p>
    <w:p>
      <w:r>
        <w:rPr>
          <w:b/>
        </w:rPr>
        <w:t xml:space="preserve">[28:00] </w:t>
      </w:r>
      <w:r>
        <w:t>to is kaam ke do hisse the, jis mein individual ka role tha</w:t>
      </w:r>
    </w:p>
    <w:p>
      <w:pPr>
        <w:jc w:val="right"/>
      </w:pPr>
      <w:r>
        <w:t>تو اس کام کے دو حصے تھے، جس میں انڈیویجول کا رول تھا</w:t>
      </w:r>
    </w:p>
    <w:p>
      <w:r>
        <w:rPr>
          <w:b/>
        </w:rPr>
        <w:t xml:space="preserve">[28:04] </w:t>
      </w:r>
      <w:r>
        <w:t>ke ke dajjal interpretation ko</w:t>
      </w:r>
    </w:p>
    <w:p>
      <w:pPr>
        <w:jc w:val="right"/>
      </w:pPr>
      <w:r>
        <w:t>کہ کہ دجالی انٹرپریٹیشن کو</w:t>
      </w:r>
    </w:p>
    <w:p>
      <w:r>
        <w:rPr>
          <w:b/>
        </w:rPr>
        <w:t xml:space="preserve">[28:13] </w:t>
      </w:r>
      <w:r>
        <w:t>ki ghalati ko batana, is ko expose karna, is ki yeh prove karna ke yeh dajjal interpretation hai, islami interpretation nahi hai.</w:t>
      </w:r>
    </w:p>
    <w:p>
      <w:pPr>
        <w:jc w:val="right"/>
      </w:pPr>
      <w:r>
        <w:t>کی غلطی کو بتانا، اس کو ایکسپوز کرنا، اس کی یہ پروف کرنا کہ یہ دجالی انٹرپریٹیشن ہے، اسلامی انٹرپریٹیشن نہیں ہے۔</w:t>
      </w:r>
    </w:p>
    <w:p>
      <w:r>
        <w:rPr>
          <w:b/>
        </w:rPr>
        <w:t xml:space="preserve">[28:23] </w:t>
      </w:r>
      <w:r>
        <w:t>aur phir islam ka jo sachi talimat hain, islam ki jo true picture hai, is ko le kar ke ek ideology develop karna.</w:t>
      </w:r>
    </w:p>
    <w:p>
      <w:pPr>
        <w:jc w:val="right"/>
      </w:pPr>
      <w:r>
        <w:t>اور پھر اسلام کا جو سچی تعلیمات ہیں، اسلام کی جو ٹرو پکچر ہے، اس کو لے کر کے ایک آئیڈیالوجی ڈیولپ کرنا۔</w:t>
      </w:r>
    </w:p>
    <w:p>
      <w:r>
        <w:rPr>
          <w:b/>
        </w:rPr>
        <w:t xml:space="preserve">[28:32] </w:t>
      </w:r>
      <w:r>
        <w:t>yahan par individual ka role tha, kyunke aap jante hain ke ke ideology jo hai, ek single mind mein develop karti hai.</w:t>
      </w:r>
    </w:p>
    <w:p>
      <w:pPr>
        <w:jc w:val="right"/>
      </w:pPr>
      <w:r>
        <w:t>یہاں پر انڈیویجول کا رول تھا، کیونکہ آپ جانتے ہیں کہ کہ آئیڈیالوجی جو ہے، ایک سنگل مائنڈ میں ڈیولپ کرتی ہے۔</w:t>
      </w:r>
    </w:p>
    <w:p>
      <w:r>
        <w:rPr>
          <w:b/>
        </w:rPr>
        <w:t xml:space="preserve">[28:44] </w:t>
      </w:r>
      <w:r>
        <w:t>collective mind kabhi kisi ideology ko develop nahi kar sakta. koi bhi philosophy, koi bhi ideology, koi bhi thought, ek individual mind mein aata hai, collective mind mein nahi aata.</w:t>
      </w:r>
    </w:p>
    <w:p>
      <w:pPr>
        <w:jc w:val="right"/>
      </w:pPr>
      <w:r>
        <w:t>کلیکٹیو مائنڈ کبھی کسی آئیڈیالوجی کو ڈیولپ نہیں کر سکتا۔ کوئی بھی فلاسفی، کوئی بھی آئیڈیالوجی، کوئی بھی تھاٹ، ایک انڈیویجول مائنڈ میں آتا ہے، کلیکٹیو مائنڈ میں نہیں آتا۔</w:t>
      </w:r>
    </w:p>
    <w:p>
      <w:r>
        <w:rPr>
          <w:b/>
        </w:rPr>
        <w:t xml:space="preserve">[28:57] </w:t>
      </w:r>
      <w:r>
        <w:t>to ideology develop karna, is ke liye ek individual mind chahiye tha. woh Allah ke fazl se ho gaya. ab jo kaam hai, woh institution ka kaam hai.</w:t>
      </w:r>
    </w:p>
    <w:p>
      <w:pPr>
        <w:jc w:val="right"/>
      </w:pPr>
      <w:r>
        <w:t>تو آئیڈیالوجی ڈیولپ کرنا، اس کے لیے ایک انڈیویجول مائنڈ چاہیے تھا۔ وہ اللہ کے فضل سے ہو گیا۔ اب جو کام ہے، وہ انسٹیٹیوشن کا کام ہے۔</w:t>
      </w:r>
    </w:p>
    <w:p>
      <w:r>
        <w:rPr>
          <w:b/>
        </w:rPr>
        <w:t xml:space="preserve">[29:08] </w:t>
      </w:r>
      <w:r>
        <w:t>ab jo kaam hai, woh group ka kaam hai. ab jo kaam hai, woh team ka kaam hai.</w:t>
      </w:r>
    </w:p>
    <w:p>
      <w:pPr>
        <w:jc w:val="right"/>
      </w:pPr>
      <w:r>
        <w:t>اب جو کام ہے، وہ گروپ کا کام ہے۔ اب جو کام ہے، وہ ٹیم کا کام ہے۔</w:t>
      </w:r>
    </w:p>
    <w:p>
      <w:r>
        <w:rPr>
          <w:b/>
        </w:rPr>
        <w:t xml:space="preserve">[29:15] </w:t>
      </w:r>
      <w:r>
        <w:t>to woh kaam Khuda ke fazl se ho raha hai.</w:t>
      </w:r>
    </w:p>
    <w:p>
      <w:pPr>
        <w:jc w:val="right"/>
      </w:pPr>
      <w:r>
        <w:t>تو وہ کام خدا کے فضل سے ہو رہا ہے۔</w:t>
      </w:r>
    </w:p>
    <w:p>
      <w:r>
        <w:rPr>
          <w:b/>
        </w:rPr>
        <w:t xml:space="preserve">[29:20] </w:t>
      </w:r>
      <w:r>
        <w:t>mein samajhta hoon ke bohat hi strong base ban chuki hai is baat ki</w:t>
      </w:r>
    </w:p>
    <w:p>
      <w:pPr>
        <w:jc w:val="right"/>
      </w:pPr>
      <w:r>
        <w:t>میں سمجھتا ہوں کہ بہت ہی سٹرانگ بیس بن چکی ہے اس بات کی</w:t>
      </w:r>
    </w:p>
    <w:p>
      <w:r>
        <w:rPr>
          <w:b/>
        </w:rPr>
        <w:t xml:space="preserve">[29:26] </w:t>
      </w:r>
      <w:r>
        <w:t>ke ek institution is ideology ke base par, ek institution bohat hi strong base par qaim ho chuka hai. Already ye jo hum class karte hain, hafte mein do baar, ye iska proof hai.</w:t>
      </w:r>
    </w:p>
    <w:p>
      <w:pPr>
        <w:jc w:val="right"/>
      </w:pPr>
      <w:r>
        <w:t>کہ ایک انسٹیٹیوشن اس آئیڈیالوجی کے بیس پر، ایک انسٹیٹیوشن بہت ہی سٹرانگ بیس پر قائم ہو چکا ہے۔ الریڈی یہ جو ہم کلاس کرتے ہیں، ہفتے میں دو بار، یہ اس کا پروف ہے۔</w:t>
      </w:r>
    </w:p>
    <w:p>
      <w:r>
        <w:rPr>
          <w:b/>
        </w:rPr>
        <w:t xml:space="preserve">[29:40] </w:t>
      </w:r>
      <w:r>
        <w:t>to is se ye jo ye jo dajali hui, is ki wajah se ek nuqsan to ye hua ke is poori muslim dunya heat mein par gayi, violence mein par gayi, intolerance mein par gayi.</w:t>
      </w:r>
    </w:p>
    <w:p>
      <w:pPr>
        <w:jc w:val="right"/>
      </w:pPr>
      <w:r>
        <w:t>تو اس سے یہ جو یہ جو دجالی ہوئی، اس کی وجہ سے ایک نقصان تو یہ ہوا کہ اس پوری مسلم دنیا ہیٹ میں پڑ گئی، وائیلنس میں پڑ گئی، انٹولرنس میں پڑ گئی۔</w:t>
      </w:r>
    </w:p>
    <w:p>
      <w:r>
        <w:rPr>
          <w:b/>
        </w:rPr>
        <w:t xml:space="preserve">[29:56] </w:t>
      </w:r>
      <w:r>
        <w:t>sab ko log enemy samajhne lage. Sari dunya mein jahan bhi aap jaiye, har musalman jo hai, jo boli bolega, conspiracy ki boli, enmity ki boli, dushmani ki boli,</w:t>
      </w:r>
    </w:p>
    <w:p>
      <w:pPr>
        <w:jc w:val="right"/>
      </w:pPr>
      <w:r>
        <w:t>سب کو لوگ اینمی سمجھنے لگے۔ ساری دنیا میں جہاں بھی آپ جائیے، ہر مسلمان جو ہے، جو بولی بولے گا، کانسپریسی کی بولی، اینمیٹی کی بولی، دشمنی کی بولی،</w:t>
      </w:r>
    </w:p>
    <w:p>
      <w:r>
        <w:rPr>
          <w:b/>
        </w:rPr>
        <w:t xml:space="preserve">[30:10] </w:t>
      </w:r>
      <w:r>
        <w:t>sab jo hai, dushman hain, sab conspiracy kar rahe hain. Ye boli bolega. Ek ek bura ye paida hui ke sari muslim world jo hai, wo negative thinking mein mubtala ho gayi.</w:t>
      </w:r>
    </w:p>
    <w:p>
      <w:pPr>
        <w:jc w:val="right"/>
      </w:pPr>
      <w:r>
        <w:t>سب جو ہے، دشمن ہیں، سب کانسپریسی کر رہے ہیں۔ یہ بولی بولے گا۔ ایک ایک برا یہ پیدا ہوئی کہ ساری مسلم ورلڈ جو ہے، وہ نیگیٹیو تھنکنگ میں مبتلا ہو گئی۔</w:t>
      </w:r>
    </w:p>
    <w:p>
      <w:r>
        <w:rPr>
          <w:b/>
        </w:rPr>
        <w:t xml:space="preserve">[30:24] </w:t>
      </w:r>
      <w:r>
        <w:t>sab negative thought se bhar gaye, sare log. Jisko bhi dekhiye, hamara jo mission se jo log jure hue hain, un ko chhod kar mein kaha, mein samajhta hoon koi ek insan bhi nahi zameen par hai jo negative thought se pak ho.</w:t>
      </w:r>
    </w:p>
    <w:p>
      <w:pPr>
        <w:jc w:val="right"/>
      </w:pPr>
      <w:r>
        <w:t>سب نیگیٹیو تھاٹ سے بھر گئے، سارے لوگ۔ جس کو بھی دیکھیے، ہمارا جو مشن سے جو لوگ جڑے ہوئے ہیں، ان کو چھوڑ کر میں کہا، میں سمجھتا ہوں کوئی ایک انسان بھی نہیں زمین پر ہے جو نیگیٹیو تھاٹ سے پاک ہو۔</w:t>
      </w:r>
    </w:p>
    <w:p>
      <w:r>
        <w:rPr>
          <w:b/>
        </w:rPr>
        <w:t xml:space="preserve">[30:39] </w:t>
      </w:r>
      <w:r>
        <w:t>agar ho to is mujhe is ka naam bataiye. Mujhe hamari jo team hai, hamara jo group hai, is group ke bahar mujhe ek insan nahi maloom hai, mere ilm ke mutabiq jo negative thought se pak ho.</w:t>
      </w:r>
    </w:p>
    <w:p>
      <w:pPr>
        <w:jc w:val="right"/>
      </w:pPr>
      <w:r>
        <w:t>اگر ہو تو اس مجھے اس کا نام بتائیے۔ مجھے ہماری جو ٹیم ہے، ہمارا جو گروپ ہے، اس گروپ کے باہر مجھے ایک انسان نہیں معلوم ہے، میرے علم کے مطابق جو نیگیٹیو تھاٹ سے پاک ہو۔</w:t>
      </w:r>
    </w:p>
    <w:p>
      <w:r>
        <w:rPr>
          <w:b/>
        </w:rPr>
        <w:t xml:space="preserve">[30:54] </w:t>
      </w:r>
      <w:r>
        <w:t>har kisi ko koi kehta hai ke maine maine durust baat nahi bol raha hoon, to wo bataye mujhe is ka naam, is aadmi ka naam bataye. Tab mein bataoon ke wo kis tarah se wo bhi negativity mein pada hua hai.</w:t>
      </w:r>
    </w:p>
    <w:p>
      <w:pPr>
        <w:jc w:val="right"/>
      </w:pPr>
      <w:r>
        <w:t>ہر کسی کو کوئی کہتا ہے کہ میں نے میں درست بات نہیں بول رہا ہوں، تو وہ بتائے مجھے اس کا نام، اس آدمی کا نام بتائے۔ تب میں بتاؤں کہ وہ کس طرح سے وہ بھی نیگیٹیوٹی میں پڑا ہوا ہے۔</w:t>
      </w:r>
    </w:p>
    <w:p>
      <w:r>
        <w:rPr>
          <w:b/>
        </w:rPr>
        <w:t xml:space="preserve">[31:06] </w:t>
      </w:r>
      <w:r>
        <w:t>kisi ki negativity chupi hui hai, kisi khuli hui hai. Ye farq hai bas. Andar se wahi negative thought hai logon ke andar.</w:t>
      </w:r>
    </w:p>
    <w:p>
      <w:pPr>
        <w:jc w:val="right"/>
      </w:pPr>
      <w:r>
        <w:t>کسی کی نیگیٹیوٹی چھپی ہوئی ہے، کسی کھلی ہوئی ہے۔ یہ فرق ہے بس۔ اندر سے وہی نیگیٹیو تھاٹ ہے لوگوں کے اندر۔</w:t>
      </w:r>
    </w:p>
    <w:p>
      <w:r>
        <w:rPr>
          <w:b/>
        </w:rPr>
        <w:t xml:space="preserve">[31:18] </w:t>
      </w:r>
      <w:r>
        <w:t>to ek tha, ek evil thought, negativity, negative thinking.</w:t>
      </w:r>
    </w:p>
    <w:p>
      <w:pPr>
        <w:jc w:val="right"/>
      </w:pPr>
      <w:r>
        <w:t>تو ایک تھا، ایک ایول تھے، نیگیٹیوٹی، نیگیٹیو تھنکنگ۔</w:t>
      </w:r>
    </w:p>
    <w:p>
      <w:r>
        <w:rPr>
          <w:b/>
        </w:rPr>
        <w:t xml:space="preserve">[31:26] </w:t>
      </w:r>
      <w:r>
        <w:t>ye Khuda ke fazl se hamari, hamari jo team hai, hamara jo mission hai, is se musalmanon ko nikal raha hai bahar. Doosri cheez jo thi, wo ye thi ke log samajh nahi paye is is role ko jo maujooda zamane mein western civilization ne kiya hai,</w:t>
      </w:r>
    </w:p>
    <w:p>
      <w:pPr>
        <w:jc w:val="right"/>
      </w:pPr>
      <w:r>
        <w:t>یہ خدا کے فضل سے ہماری، ہماری جو ٹیم ہے، ہمارا جو مشن ہے، اس سے مسلمانوں کو نکال رہا ہے باہر۔ دوسری چیز جو تھی، وہ یہ تھی کہ لوگ سمجھ نہیں پائے اس اس رول کو جو موجودہ زمانے میں ویسٹرن سویلائزیشن نے کیا ہے،</w:t>
      </w:r>
    </w:p>
    <w:p>
      <w:r>
        <w:rPr>
          <w:b/>
        </w:rPr>
        <w:t xml:space="preserve">[31:47] </w:t>
      </w:r>
      <w:r>
        <w:t>jis se jisko musalman lad wo bata rahe hain dushman.</w:t>
      </w:r>
    </w:p>
    <w:p>
      <w:pPr>
        <w:jc w:val="right"/>
      </w:pPr>
      <w:r>
        <w:t>جس سے جس کو مسلمان لڑ وہ بتا رہے ہیں دشمن۔</w:t>
      </w:r>
    </w:p>
    <w:p>
      <w:r>
        <w:rPr>
          <w:b/>
        </w:rPr>
        <w:t xml:space="preserve">[31:52] </w:t>
      </w:r>
      <w:r>
        <w:t>jaise maslan Iqbal ki aap nazmein padhein, lagta hai ke maghribi tehzeeb jo hai, koi anti Islamic tehzeeb hai. In ko padhiye, Abu Lahab Modi ko padhiye, Syed Khudo ko padhiye, Jamaat ud Din Afghani ko padhiye, Ayatullah Khomenei ko padhiye, kisi ko padhiye, aap western civilization ko enemy of Islam batainge.</w:t>
      </w:r>
    </w:p>
    <w:p>
      <w:pPr>
        <w:jc w:val="right"/>
      </w:pPr>
      <w:r>
        <w:t>جیسے مثلاً اقبال کی آپ نظمیں پڑھیں، لگتا ہے کہ مغربی تہذیب جو ہے، کوئی اینٹی اسلامک تہذیب ہے۔ ان کو پڑھیے، ابو لہب مودی کو پڑھیے، سید خدو کو پڑھیے، جماعت الدین افغانی کو پڑھیے، ایت اللہ خبری کو پڑھیے، کسی کو پڑھیے، آپ ویسٹرن سویلائزیشن کو اینمی آف اسلام بتائیں گے۔</w:t>
      </w:r>
    </w:p>
    <w:p>
      <w:r>
        <w:rPr>
          <w:b/>
        </w:rPr>
        <w:t xml:space="preserve">[32:09] </w:t>
      </w:r>
      <w:r>
        <w:t>wo halanke wo Khuda ki blessing thi. Western civilization jo Khuda ki blessing thi,</w:t>
      </w:r>
    </w:p>
    <w:p>
      <w:pPr>
        <w:jc w:val="right"/>
      </w:pPr>
      <w:r>
        <w:t>وہ حالانکہ وہ خدا کی بلیسنگ تھی۔ ویسٹرن سویلائزیشن جو خدا کی بلیسنگ تھی،</w:t>
      </w:r>
    </w:p>
    <w:p>
      <w:r>
        <w:rPr>
          <w:b/>
        </w:rPr>
        <w:t xml:space="preserve">[32:19] </w:t>
      </w:r>
      <w:r>
        <w:t>Khuda ki blessing thi wo. Lekin sare thinker jitne bhi hain, one to all, without any exception, sab ne western civilization ko enemy ke roop mein dekha.</w:t>
      </w:r>
    </w:p>
    <w:p>
      <w:pPr>
        <w:jc w:val="right"/>
      </w:pPr>
      <w:r>
        <w:t>خدا کی بلیسنگ تھی وہ۔ لیکن سارے تھنکر جتنے بھی ہیں، ون ٹو ال، ودا آؤٹ اینی ایکسیپشن، سب نے ویسٹرن سویلائزیشن کو اینمی کے روپ میں دیکھا۔</w:t>
      </w:r>
    </w:p>
    <w:p>
      <w:r>
        <w:rPr>
          <w:b/>
        </w:rPr>
        <w:t xml:space="preserve">[32:34] </w:t>
      </w:r>
      <w:r>
        <w:t>mein kal ka ek qissa arz karunga aap ko.</w:t>
      </w:r>
    </w:p>
    <w:p>
      <w:pPr>
        <w:jc w:val="right"/>
      </w:pPr>
      <w:r>
        <w:t>میں کل کا ایک قصہ عرض کروں گا آپ کو۔</w:t>
      </w:r>
    </w:p>
    <w:p>
      <w:r>
        <w:rPr>
          <w:b/>
        </w:rPr>
        <w:t xml:space="preserve">[32:37] </w:t>
      </w:r>
      <w:r>
        <w:t>ek bohat hi dilchasp qissa kal hua jo</w:t>
      </w:r>
    </w:p>
    <w:p>
      <w:pPr>
        <w:jc w:val="right"/>
      </w:pPr>
      <w:r>
        <w:t>ایک بہت ہی دلچسپ قصہ کل ہوا جو</w:t>
      </w:r>
    </w:p>
    <w:p>
      <w:r>
        <w:rPr>
          <w:b/>
        </w:rPr>
        <w:t xml:space="preserve">[32:46] </w:t>
      </w:r>
      <w:r>
        <w:t>is ko illustrate karta hai jo mein kehna chahta hoon. Kal aisa hua ke mein apne kamre mein, jo jahan mein rehta hoon, to mein wahan baitha hua tha.</w:t>
      </w:r>
    </w:p>
    <w:p>
      <w:pPr>
        <w:jc w:val="right"/>
      </w:pPr>
      <w:r>
        <w:t>اس کو ایلسٹریٹ کرتا ہے جو میں کہنا چاہتا ہوں۔ کل ایسا ہوا کہ میں اپنے کمرے میں، جو جہاں میں رہتا ہوں، تو میں وہاں بیٹھا ہوا تھا۔</w:t>
      </w:r>
    </w:p>
    <w:p>
      <w:r>
        <w:rPr>
          <w:b/>
        </w:rPr>
        <w:t xml:space="preserve">[33:00] </w:t>
      </w:r>
      <w:r>
        <w:t>achanak ek awaaz aane lagi.</w:t>
      </w:r>
    </w:p>
    <w:p>
      <w:pPr>
        <w:jc w:val="right"/>
      </w:pPr>
      <w:r>
        <w:t>اچانک ایک آواز آنے لگی۔</w:t>
      </w:r>
    </w:p>
    <w:p>
      <w:r>
        <w:rPr>
          <w:b/>
        </w:rPr>
        <w:t xml:space="preserve">[33:04] </w:t>
      </w:r>
      <w:r>
        <w:t>wo awaaz thi meri late wife ki awaaz thi, jo meri biwi mar chuki hain, ab dafan ho chuki hain.</w:t>
      </w:r>
    </w:p>
    <w:p>
      <w:pPr>
        <w:jc w:val="right"/>
      </w:pPr>
      <w:r>
        <w:t>وہ آواز تھی میری لیٹ وائف کی آواز تھی، جو میری بیوی مر چکی ہیں، اب دفن ہو چکی ہیں۔</w:t>
      </w:r>
    </w:p>
    <w:p>
      <w:r>
        <w:rPr>
          <w:b/>
        </w:rPr>
        <w:t xml:space="preserve">[33:14] </w:t>
      </w:r>
      <w:r>
        <w:t>unki awaaz bilkul waisi wo awaaz jaisi ke sunta tha mein jab wo zinda theen. Tab to achanak awaaz aane lagi unki.</w:t>
      </w:r>
    </w:p>
    <w:p>
      <w:pPr>
        <w:jc w:val="right"/>
      </w:pPr>
      <w:r>
        <w:t>ان کی آواز بالکل ویسی وہ آواز جیسی کہ سنتا تھا میں جب وہ زندہ تھیں۔ تب تو اچانک آواز آنے لگی ان کی۔</w:t>
      </w:r>
    </w:p>
    <w:p>
      <w:r>
        <w:rPr>
          <w:b/>
        </w:rPr>
        <w:t xml:space="preserve">[33:24] </w:t>
      </w:r>
      <w:r>
        <w:t>kahan se awaaz aa rahi hai? To pata chala ke meri jo ladki hai, Fareeda, unhon ne un ka tape le liya tha, tape record kar liya tha.</w:t>
      </w:r>
    </w:p>
    <w:p>
      <w:pPr>
        <w:jc w:val="right"/>
      </w:pPr>
      <w:r>
        <w:t>کہاں سے آواز آ رہی ہے؟ تو پتہ چلا کہ میری جو لڑکی ہے، فریدہ، انہوں نے ان کا ٹیپ لے لیا تھا، ٹیپ ریکارڈ کر لیا تھا۔</w:t>
      </w:r>
    </w:p>
    <w:p>
      <w:r>
        <w:rPr>
          <w:b/>
        </w:rPr>
        <w:t xml:space="preserve">[33:35] </w:t>
      </w:r>
      <w:r>
        <w:t>yani tape recorder par un ki awaaz record kar li thi. Wo is ko replay kar rahi theen. Wo ye baat ek chhoti si hai, lekin ye hamare liye bohat zyada badi baat hai.</w:t>
      </w:r>
    </w:p>
    <w:p>
      <w:pPr>
        <w:jc w:val="right"/>
      </w:pPr>
      <w:r>
        <w:t>یعنی ٹیپ ریکارڈر پر ان کی آواز ریکارڈ کر لی تھی۔ وہ اس کو ری پلے کر رہی تھیں۔ وہ یہ بات ایک چھوٹی سی ہے، لیکن یہ ہمارے لیے بہت زیادہ بڑی بات ہے۔</w:t>
      </w:r>
    </w:p>
    <w:p>
      <w:r>
        <w:rPr>
          <w:b/>
        </w:rPr>
        <w:t xml:space="preserve">[33:47] </w:t>
      </w:r>
      <w:r>
        <w:t>wo kaise? Quran mein chapter number 51 mein ek ayat hai, wo ye hai: "Fa inna</w:t>
      </w:r>
    </w:p>
    <w:p>
      <w:pPr>
        <w:jc w:val="right"/>
      </w:pPr>
      <w:r>
        <w:t>وہ کیسے؟ قرآن میں چیپٹر نمبر 51 میں ایک آیت ہے، وہ یہ ہے: "فور انہی</w:t>
      </w:r>
    </w:p>
    <w:p>
      <w:r>
        <w:rPr>
          <w:b/>
        </w:rPr>
        <w:t xml:space="preserve">[34:02] </w:t>
      </w:r>
      <w:r>
        <w:t>Allah taala farmate hain ke zameen o aasman ke Rab ki qasam,</w:t>
      </w:r>
    </w:p>
    <w:p>
      <w:pPr>
        <w:jc w:val="right"/>
      </w:pPr>
      <w:r>
        <w:t>اللہ تعالیٰ فرماتے ہیں کہ زمین و آسمان کے رب کی قسم،</w:t>
      </w:r>
    </w:p>
    <w:p>
      <w:r>
        <w:rPr>
          <w:b/>
        </w:rPr>
        <w:t xml:space="preserve">[34:09] </w:t>
      </w:r>
      <w:r>
        <w:t>woh isi tarah se haq hai jis tarah kaise tum bolte ho. Yani quran yeh batata tha ke tum mar kar khatam nahi hoge, phir zinda kiye jaoge.</w:t>
      </w:r>
    </w:p>
    <w:p>
      <w:pPr>
        <w:jc w:val="right"/>
      </w:pPr>
      <w:r>
        <w:t>وہ اسی طرح سے حق ہے جس طرح کیسے تم بولتے ہو۔" یعنی قرآن یہ بتاتا تھا کہ تم مر کر ختم نہیں ہوگے، پھر زندہ کیے جاؤ گے۔</w:t>
      </w:r>
    </w:p>
    <w:p>
      <w:r>
        <w:rPr>
          <w:b/>
        </w:rPr>
        <w:t xml:space="preserve">[34:19] </w:t>
      </w:r>
      <w:r>
        <w:t>jo kaha jata hai: "bas badal maut, marne ke baad phir zinda hona." to woh log kehte the ke nahi, mar gaye to khatam ho gaye, mar gaye to khatam ho gaye.</w:t>
      </w:r>
    </w:p>
    <w:p>
      <w:pPr>
        <w:jc w:val="right"/>
      </w:pPr>
      <w:r>
        <w:t>جو کہا جاتا ہے: "باس بادل موت، مرنے کے بعد پھر زندہ ہونا۔" تو وہ لوگ کہتے تھے کہ نہیں، مر گئے تو ختم ہوگئے، مر گئے تو ختم ہوگئے۔</w:t>
      </w:r>
    </w:p>
    <w:p>
      <w:r>
        <w:rPr>
          <w:b/>
        </w:rPr>
        <w:t xml:space="preserve">[34:31] </w:t>
      </w:r>
      <w:r>
        <w:t>to quran kehta tha ke nahi, tum mar kar khatam nahi hoge, balke to phir dobara zinda hoge tum. Yani life after death.</w:t>
      </w:r>
    </w:p>
    <w:p>
      <w:pPr>
        <w:jc w:val="right"/>
      </w:pPr>
      <w:r>
        <w:t>تو قرآن کہتا تھا کہ نہیں، تم مر کر ختم نہیں ہوگے، بلکہ تو پھر دوبارہ زندہ ہوگے تم۔ یعنی لائف آفٹر ڈیتھ۔</w:t>
      </w:r>
    </w:p>
    <w:p>
      <w:r>
        <w:rPr>
          <w:b/>
        </w:rPr>
        <w:t xml:space="preserve">[34:42] </w:t>
      </w:r>
      <w:r>
        <w:t>sara jhagda is baat par tha ke life after death hai ke nahi hai. Yani marne ke baad zindagi hai ke nahi hai. Life after death hai ke nahi hai.</w:t>
      </w:r>
    </w:p>
    <w:p>
      <w:pPr>
        <w:jc w:val="right"/>
      </w:pPr>
      <w:r>
        <w:t>سارا جھگڑا اس بات پر تھا کہ لائف آفٹر ڈیتھ ہے کہ نہیں ہے۔ یعنی مرنے کے بعد زندگی ہے کہ نہیں ہے۔ لائف آفٹر ڈیتھ ہے کہ نہیں ہے۔</w:t>
      </w:r>
    </w:p>
    <w:p>
      <w:r>
        <w:rPr>
          <w:b/>
        </w:rPr>
        <w:t xml:space="preserve">[34:53] </w:t>
      </w:r>
      <w:r>
        <w:t>to quran ne kaha ke woh hai isi tarah se jis tarah tum bolte ho.</w:t>
      </w:r>
    </w:p>
    <w:p>
      <w:pPr>
        <w:jc w:val="right"/>
      </w:pPr>
      <w:r>
        <w:t>تو قرآن نے کہا کہ وہ ہے اسی طرح سے جس طرح تم بولتے ہو۔</w:t>
      </w:r>
    </w:p>
    <w:p>
      <w:r>
        <w:rPr>
          <w:b/>
        </w:rPr>
        <w:t xml:space="preserve">[34:58] </w:t>
      </w:r>
      <w:r>
        <w:t>yani speech ko quran ne witness bataya. Life after death ka bohat ziyada samajhne ki baat hai yeh ke speech jo hum bolte hain: "inhil laha musallimkum tanqun." koi bhi dekh sakta hai quran mein is ko 51:23:</w:t>
      </w:r>
    </w:p>
    <w:p>
      <w:pPr>
        <w:jc w:val="right"/>
      </w:pPr>
      <w:r>
        <w:t>یعنی اسپیچ کو قرآن نے وٹنس بتایا۔ لائف آفٹر ڈیتھ کا بہت زیادہ سمجھنے کی بات ہے یہ کہ اسپیچ جو ہم بولتے ہیں: "انہی اللہ مسلمانکم تنقون۔" کوئی بھی دیکھ سکتا ہے قرآن میں اس کو 51:23:</w:t>
      </w:r>
    </w:p>
    <w:p>
      <w:r>
        <w:rPr>
          <w:b/>
        </w:rPr>
        <w:t xml:space="preserve">[35:17] </w:t>
      </w:r>
      <w:r>
        <w:t>"inhil laha musallimkum tanqun." woh isi tarah se hone wali hai</w:t>
      </w:r>
    </w:p>
    <w:p>
      <w:pPr>
        <w:jc w:val="right"/>
      </w:pPr>
      <w:r>
        <w:t>"انہی اللہ مسلمانکم تنقون۔" وہ اسی طرح سے ہونے والی ہے</w:t>
      </w:r>
    </w:p>
    <w:p>
      <w:r>
        <w:rPr>
          <w:b/>
        </w:rPr>
        <w:t xml:space="preserve">[35:24] </w:t>
      </w:r>
      <w:r>
        <w:t>jis tarah se tum bolte ho. Kyun ke speech jo hai insan ki, is baat ka proof hai ke life after death hai.</w:t>
      </w:r>
    </w:p>
    <w:p>
      <w:pPr>
        <w:jc w:val="right"/>
      </w:pPr>
      <w:r>
        <w:t>جس طرح سے تم بولتے ہو۔ کیونکہ اسپیچ جو ہے انسان کی، اس بات کا پروف ہے کہ لائف آفٹر ڈیتھ ہے۔</w:t>
      </w:r>
    </w:p>
    <w:p>
      <w:r>
        <w:rPr>
          <w:b/>
        </w:rPr>
        <w:t xml:space="preserve">[35:35] </w:t>
      </w:r>
      <w:r>
        <w:t>yeh aaj chaudah sau saal se koi is ayat ko samjha nahi tha. Aap koi bhi tafsir dekh daliye, arabic mein, persian mein, urdu mein, english mein, kisi bhi language mein quran ki commentary dekh daliye.</w:t>
      </w:r>
    </w:p>
    <w:p>
      <w:pPr>
        <w:jc w:val="right"/>
      </w:pPr>
      <w:r>
        <w:t>یہ آج چودہ سو سال سے کوئی اس آیت کو سمجھا نہیں تھا۔ آپ کوئی بھی تفسیر دیکھ ڈالیے، عربک میں، پرشین میں، اردو میں، انگلش میں، کسی بھی لینگویج میں قرآن کی کمنٹری دیکھ ڈالیے۔</w:t>
      </w:r>
    </w:p>
    <w:p>
      <w:r>
        <w:rPr>
          <w:b/>
        </w:rPr>
        <w:t xml:space="preserve">[35:49] </w:t>
      </w:r>
      <w:r>
        <w:t>aap ajeeb o ghareeb qism ka matlab batate hain is ka.</w:t>
      </w:r>
    </w:p>
    <w:p>
      <w:pPr>
        <w:jc w:val="right"/>
      </w:pPr>
      <w:r>
        <w:t>آپ عجیب و غریب قسم کا مطلب بتاتے ہیں اس کا۔</w:t>
      </w:r>
    </w:p>
    <w:p>
      <w:r>
        <w:rPr>
          <w:b/>
        </w:rPr>
        <w:t xml:space="preserve">[35:53] </w:t>
      </w:r>
      <w:r>
        <w:t>is ko koi samajh nahi saka tha ke is is mein kya proof hai, kya baat hai is mein. Yahan tak ke english ki jo commentary hai, english translation hai, jo bohat million million copy jis ki muslim world mein,</w:t>
      </w:r>
    </w:p>
    <w:p>
      <w:pPr>
        <w:jc w:val="right"/>
      </w:pPr>
      <w:r>
        <w:t>اس کو کوئی سمجھ نہیں سکا تھا کہ اس اس میں کیا پروف ہے، کیا بات ہے اس میں۔ یہاں تک کہ انگلش کی جو کمنٹری ہے، انگلش ٹرانسلیشن ہے، جو بہت ملین ملین کاپی جس کی مسلم ورلڈ میں،</w:t>
      </w:r>
    </w:p>
    <w:p>
      <w:r>
        <w:rPr>
          <w:b/>
        </w:rPr>
        <w:t xml:space="preserve">[36:08] </w:t>
      </w:r>
      <w:r>
        <w:t>duniya mein phaili phailai gayi hai, is ka translation aap suniye.</w:t>
      </w:r>
    </w:p>
    <w:p>
      <w:pPr>
        <w:jc w:val="right"/>
      </w:pPr>
      <w:r>
        <w:t>دنیا میں پھیلی پھیلائی گئی ہے، اس کا ٹرانسلیشن آپ سنیے۔</w:t>
      </w:r>
    </w:p>
    <w:p>
      <w:r>
        <w:rPr>
          <w:b/>
        </w:rPr>
        <w:t xml:space="preserve">[36:16] </w:t>
      </w:r>
      <w:r>
        <w:t>yeh abdullah yusuf ali ka translation hai: "this is chapter 51, verse 23</w:t>
      </w:r>
    </w:p>
    <w:p>
      <w:pPr>
        <w:jc w:val="right"/>
      </w:pPr>
      <w:r>
        <w:t>یہ عبداللہ یوسف علی کا ٹرانسلیشن ہے: "دس از چیپٹر 51، ورس 23</w:t>
      </w:r>
    </w:p>
    <w:p>
      <w:r>
        <w:rPr>
          <w:b/>
        </w:rPr>
        <w:t xml:space="preserve">[36:21] </w:t>
      </w:r>
      <w:r>
        <w:t>: this is the very truth, as much as the fact that you can speak intelligently to each other." hmm, ab dekhiye, aapas mein baat cheet ko le liya unhon ne.</w:t>
      </w:r>
    </w:p>
    <w:p>
      <w:pPr>
        <w:jc w:val="right"/>
      </w:pPr>
      <w:r>
        <w:t>: دس از دا ویری ٹروتھ، ایز مچ ایز دا فیکٹ دیٹ یو کین سپیک انٹیلیجنٹلی ٹو ایچ ادر۔" ہمم، اب دیکھیے، آپس میں بات چیت کو لے لیا انہوں نے۔</w:t>
      </w:r>
    </w:p>
    <w:p>
      <w:r>
        <w:rPr>
          <w:b/>
        </w:rPr>
        <w:t xml:space="preserve">[36:34] </w:t>
      </w:r>
      <w:r>
        <w:t>aapas mein baat cheet se kya proof hoga? Yani wahan par jo other discussion jo issue hai, woh to yeh hai: life after death ke mar gaya aadmi to phir dobara zinda hoga.</w:t>
      </w:r>
    </w:p>
    <w:p>
      <w:pPr>
        <w:jc w:val="right"/>
      </w:pPr>
      <w:r>
        <w:t>آپس میں بات چیت سے کیا پروف ہوگا؟ یعنی وہاں پر جو ادر ڈسکشن جو ایشو ہے، وہ تو یہ ہے: لائف آفٹر ڈیتھ کہ مر گیا آدمی تو پھر دوبارہ زندہ ہوگا۔</w:t>
      </w:r>
    </w:p>
    <w:p>
      <w:r>
        <w:rPr>
          <w:b/>
        </w:rPr>
        <w:t xml:space="preserve">[36:48] </w:t>
      </w:r>
      <w:r>
        <w:t>is par bata rahe hain ke tumhari speech is ka proof hai ke zinda hoga. Lekin is ko ek common sense mein le rahe hain. Woh aapas mein baat cheet, ab ghor kijiye, aapas mein baat cheet se kaise proof ho gayi?</w:t>
      </w:r>
    </w:p>
    <w:p>
      <w:pPr>
        <w:jc w:val="right"/>
      </w:pPr>
      <w:r>
        <w:t>اس پر بتا رہے ہیں کہ تمہاری اسپیچ اس کا پروف ہے کہ زندہ ہوگا۔ لیکن اس کو ایک کام سینس میں لے رہے ہیں۔ وہ آپس میں بات چیت، اب غور کیجئے، آپس میں بات چیت سے کیسے پروف ہو گئی؟</w:t>
      </w:r>
    </w:p>
    <w:p>
      <w:r>
        <w:rPr>
          <w:b/>
        </w:rPr>
        <w:t xml:space="preserve">[37:01] </w:t>
      </w:r>
      <w:r>
        <w:t>sari commentary jitni bhi hain, abhi subah maine aaj kal subah jo bohat bari arabic ki tafsir hai, us ko parha, kuch bhi matlab nahi nikalta is mein.</w:t>
      </w:r>
    </w:p>
    <w:p>
      <w:pPr>
        <w:jc w:val="right"/>
      </w:pPr>
      <w:r>
        <w:t>ساری کمنٹری جتنی بھی ہیں، ابھی صبح میں نے آج کل صبح جو بہت بڑی عربک کی تفسیر ہے، اس کو پڑھا، کچھ بھی مطلب نہیں نکلتا اس میں۔</w:t>
      </w:r>
    </w:p>
    <w:p>
      <w:r>
        <w:rPr>
          <w:b/>
        </w:rPr>
        <w:t xml:space="preserve">[37:13] </w:t>
      </w:r>
      <w:r>
        <w:t>is ayat ke matlab ko pehli bar jis ne proof kiya, woh western civilization hai.</w:t>
      </w:r>
    </w:p>
    <w:p>
      <w:pPr>
        <w:jc w:val="right"/>
      </w:pPr>
      <w:r>
        <w:t>اس آیت کے مطلب کو پہلی بار جس نے پروف کیا، وہ ویسٹرن سویلائزیشن ہے۔</w:t>
      </w:r>
    </w:p>
    <w:p>
      <w:r>
        <w:rPr>
          <w:b/>
        </w:rPr>
        <w:t xml:space="preserve">[37:20] </w:t>
      </w:r>
      <w:r>
        <w:t>woh kaise? Bhai, unhon ne recording machine banai. Hamare bachpan mein gramophone hua karta tha, ab tape recorder hai aur TV hai.</w:t>
      </w:r>
    </w:p>
    <w:p>
      <w:pPr>
        <w:jc w:val="right"/>
      </w:pPr>
      <w:r>
        <w:t>وہ کیسے؟ بھئی، انہوں نے ریکارڈنگ مشین بنائی۔ ہمارے بچپن میں گرام فون ہوا کرتا تھا، اب ٹیپ ریکارڈر ہے اور ٹی وی ہے۔</w:t>
      </w:r>
    </w:p>
    <w:p>
      <w:r>
        <w:rPr>
          <w:b/>
        </w:rPr>
        <w:t xml:space="preserve">[37:32] </w:t>
      </w:r>
      <w:r>
        <w:t>aap zara ghor kijiye ke woh insan jo mar chuka aur bohat dil beech ke maray hue hain, us ko us ki achanak awaz sunai de rahi hai.</w:t>
      </w:r>
    </w:p>
    <w:p>
      <w:pPr>
        <w:jc w:val="right"/>
      </w:pPr>
      <w:r>
        <w:t>آپ ذرا غور کیجئے کہ وہ انسان جو مر چکا اور بہت دل بیچ کے مرے ہوئے ہیں، اس کو اس کی اچانک آواز سنائی دے رہی ہے۔</w:t>
      </w:r>
    </w:p>
    <w:p>
      <w:r>
        <w:rPr>
          <w:b/>
        </w:rPr>
        <w:t xml:space="preserve">[37:42] </w:t>
      </w:r>
      <w:r>
        <w:t>kaha mara hua phir zinda ho gaya hai.</w:t>
      </w:r>
    </w:p>
    <w:p>
      <w:pPr>
        <w:jc w:val="right"/>
      </w:pPr>
      <w:r>
        <w:t>کہا مرا ہوا پھر زندہ ہو گیا ہے۔</w:t>
      </w:r>
    </w:p>
    <w:p>
      <w:r>
        <w:rPr>
          <w:b/>
        </w:rPr>
        <w:t xml:space="preserve">[37:48] </w:t>
      </w:r>
      <w:r>
        <w:t>khuda ne ek ajeeb o ghareeb phenomenon hai. Speech is ayat se maloom hota hai. Is ayat se maloom hota hai ke speech ek ajeeb o ghareeb phenomenon hai.</w:t>
      </w:r>
    </w:p>
    <w:p>
      <w:pPr>
        <w:jc w:val="right"/>
      </w:pPr>
      <w:r>
        <w:t>خدا نے ایک عجیب و غریب فیناومینا ہے۔ اسپیچ اس آیت سے معلوم ہوتا ہے۔ اس آیت سے معلوم ہوتا ہے کہ اسپیچ ایک عجیب و غریب فیناومینا ہے۔</w:t>
      </w:r>
    </w:p>
    <w:p>
      <w:r>
        <w:rPr>
          <w:b/>
        </w:rPr>
        <w:t xml:space="preserve">[37:57] </w:t>
      </w:r>
      <w:r>
        <w:t>woh is baat ko saboot hai ke mara hua marne ke baad bhi insan zinda hai.</w:t>
      </w:r>
    </w:p>
    <w:p>
      <w:pPr>
        <w:jc w:val="right"/>
      </w:pPr>
      <w:r>
        <w:t>وہ اس بات کو ثبوت ہے کہ مرا ہوا مرنے کے بعد بھی انسان زندہ ہے۔</w:t>
      </w:r>
    </w:p>
    <w:p>
      <w:r>
        <w:rPr>
          <w:b/>
        </w:rPr>
        <w:t xml:space="preserve">[38:05] </w:t>
      </w:r>
      <w:r>
        <w:t>yani meri biwi mar chuki thi, bas bacha tha woh qabar mein dafan ho chuki hain. Achanak un ki awaz aane lagi. Kaise aayi?</w:t>
      </w:r>
    </w:p>
    <w:p>
      <w:pPr>
        <w:jc w:val="right"/>
      </w:pPr>
      <w:r>
        <w:t>یعنی میری بیوی مر چکی تھی، بس بچا تھا وہ قبر میں دفن ہو چکی ہیں۔ اچانک ان کی آواز آنے لگی۔ کیسے آئی؟</w:t>
      </w:r>
    </w:p>
    <w:p>
      <w:r>
        <w:rPr>
          <w:b/>
        </w:rPr>
        <w:t xml:space="preserve">[38:14] </w:t>
      </w:r>
      <w:r>
        <w:t>tape recorder ke zariye. Tape recorder kis ne banaya?</w:t>
      </w:r>
    </w:p>
    <w:p>
      <w:pPr>
        <w:jc w:val="right"/>
      </w:pPr>
      <w:r>
        <w:t>ٹیپ ریکارڈر کے ذریعے۔ ٹیپ ریکارڈر کس نے بنایا؟</w:t>
      </w:r>
    </w:p>
    <w:p>
      <w:r>
        <w:rPr>
          <w:b/>
        </w:rPr>
        <w:t xml:space="preserve">[38:18] </w:t>
      </w:r>
      <w:r>
        <w:t>europe, africa ne banaya, jin ko hum apne enemy samajhte hain, apna dushman samajhte hain. ab bataiye ke quran ki itni bari haqeeqat ke life after death quran ka sab se bara issue hai,</w:t>
      </w:r>
    </w:p>
    <w:p>
      <w:pPr>
        <w:jc w:val="right"/>
      </w:pPr>
      <w:r>
        <w:t>یورپ، افریقہ نے بنایا، جن کو ہم اپنے اینمی سمجھتے ہیں، اپنا دشمن سمجھتے ہیں۔ اب بتائیں کہ قرآن کی اتنی بڑی حقیقت کہ لائف آفٹر ڈیتھ قرآن کا سب سے بڑا ایشو ہے،</w:t>
      </w:r>
    </w:p>
    <w:p>
      <w:r>
        <w:rPr>
          <w:b/>
        </w:rPr>
        <w:t xml:space="preserve">[38:32] </w:t>
      </w:r>
      <w:r>
        <w:t>aur is par controversy hoti rahi. yun samjhiye, quran hi mein nahi, yani poori history mein is par log inkar karte rahe, paighambaron ka reject karte rahe, rej</w:t>
      </w:r>
    </w:p>
    <w:p>
      <w:pPr>
        <w:jc w:val="right"/>
      </w:pPr>
      <w:r>
        <w:t>اور اس پر کنٹروورسی ہوتی رہی۔ یوں سمجھئے، قرآن ہی میں نہیں، یعنی پوری ہسٹری میں اس پر لوگ انکار کرتے رہے، پیغمبروں کا ریجیکٹ کرتے رہے، ریج</w:t>
      </w:r>
    </w:p>
    <w:p>
      <w:r>
        <w:rPr>
          <w:b/>
        </w:rPr>
        <w:t xml:space="preserve">[38:45] </w:t>
      </w:r>
      <w:r>
        <w:t>ject ke hum nahi manenge ke marne ke baad bhi zindagi hai. mar gaye to khatam, mar gaye to khatam.</w:t>
      </w:r>
    </w:p>
    <w:p>
      <w:pPr>
        <w:jc w:val="right"/>
      </w:pPr>
      <w:r>
        <w:t>یکٹ کہ ہم نہیں مانیں گے کہ مرنے کے بعد بھی زندگی ہے۔ مر گئے تو ختم، مر گئے تو ختم۔</w:t>
      </w:r>
    </w:p>
    <w:p>
      <w:r>
        <w:rPr>
          <w:b/>
        </w:rPr>
        <w:t xml:space="preserve">[38:57] </w:t>
      </w:r>
      <w:r>
        <w:t>hamare bachpan mein yeh sher bohat padha jata tha ke zindagi kya hai? asar mein zahur-e-tateeb, maut kya hai? inhi ajza ka pareshan hona ke mar gaye to khatam.</w:t>
      </w:r>
    </w:p>
    <w:p>
      <w:pPr>
        <w:jc w:val="right"/>
      </w:pPr>
      <w:r>
        <w:t>ہمارے بچپن میں یہ شعر بہت پڑھا جاتا تھا کہ زندگی کیا ہے؟ عناصر میں ظہور ترتیب، موت کیا ہے؟ انہی اجزاء کا پریشان ہونا کہ مر گئے تو ختم۔</w:t>
      </w:r>
    </w:p>
    <w:p>
      <w:r>
        <w:rPr>
          <w:b/>
        </w:rPr>
        <w:t xml:space="preserve">[39:10] </w:t>
      </w:r>
      <w:r>
        <w:t>yeh baat aaj se nahi thi, 25 hazar saal se thi, jab se history hai, tab se rasool Allah ke zamane mein thi, rasool Allah ke baad bhi thi, aur quran mein batane ke baad bhi logon ko pata nahi tha is ka</w:t>
      </w:r>
    </w:p>
    <w:p>
      <w:pPr>
        <w:jc w:val="right"/>
      </w:pPr>
      <w:r>
        <w:t>یہ بات آج سے نہیں تھی، 25 ہزار سال سے تھی، جب سے ہسٹری ہے، تب سے رسول اللہ کے زمانے میں تھی، رسول اللہ کے بعد بھی تھی، اور قرآن میں بتانے کے بعد بھی لوگوں کو پتہ نہیں تھا اس کا</w:t>
      </w:r>
    </w:p>
    <w:p>
      <w:r>
        <w:rPr>
          <w:b/>
        </w:rPr>
        <w:t xml:space="preserve">[39:26] </w:t>
      </w:r>
      <w:r>
        <w:t>ke speech jo hai, is baat ka proof hai ke marne ke baad bhi insan zinda rehta hai.</w:t>
      </w:r>
    </w:p>
    <w:p>
      <w:pPr>
        <w:jc w:val="right"/>
      </w:pPr>
      <w:r>
        <w:t>کہ اسپیچ جو ہے، اس بات کا پروف ہے کہ مرنے کے بعد بھی انسان زندہ رہتا ہے۔</w:t>
      </w:r>
    </w:p>
    <w:p>
      <w:r>
        <w:rPr>
          <w:b/>
        </w:rPr>
        <w:t xml:space="preserve">[39:33] </w:t>
      </w:r>
      <w:r>
        <w:t>ab aaj to aap dekhte hain ke is ka photo bhi dekhte hain, aap insan ka marne ke baad is ka photo bhi zinda hai, marne ke baad is ki speech bhi zinda hai, marne ke baad is ka movement bhi zinda hai, chal raha hai, phir raha hai.</w:t>
      </w:r>
    </w:p>
    <w:p>
      <w:pPr>
        <w:jc w:val="right"/>
      </w:pPr>
      <w:r>
        <w:t>اب آج تو آپ دیکھتے ہیں کہ اس کا فوٹو بھی دیکھتے ہیں، آپ انسان کا مرنے کے بعد اس کا فوٹو بھی زندہ ہے، مرنے کے بعد اس کی اسپیچ بھی زندہ ہے، مرنے کے بعد اس کا موومنٹ بھی زندہ ہے، چل رہا ہے، پھر رہا ہے۔</w:t>
      </w:r>
    </w:p>
    <w:p>
      <w:r>
        <w:rPr>
          <w:b/>
        </w:rPr>
        <w:t xml:space="preserve">[39:45] </w:t>
      </w:r>
      <w:r>
        <w:t>yeh sab kis ne kiya hai? yeh kis kis ne kiya? yeh so called jahadiyon ne kiya hai? so called unhon ne kiya hai?</w:t>
      </w:r>
    </w:p>
    <w:p>
      <w:pPr>
        <w:jc w:val="right"/>
      </w:pPr>
      <w:r>
        <w:t>یہ سب کس نے کیا ہے؟ یہ کس کس نے کیا؟ یہ سو کالڈ جہادیوں نے کیا ہے؟ سو کالڈ انہوں نے کیا ہے؟</w:t>
      </w:r>
    </w:p>
    <w:p>
      <w:r>
        <w:rPr>
          <w:b/>
        </w:rPr>
        <w:t xml:space="preserve">[39:54] </w:t>
      </w:r>
      <w:r>
        <w:t>unhon ne political interpretation diya hai islam ka? unhon ne kiya hai?</w:t>
      </w:r>
    </w:p>
    <w:p>
      <w:pPr>
        <w:jc w:val="right"/>
      </w:pPr>
      <w:r>
        <w:t>انہوں نے پولیٹیکل انٹرپریٹیشن دیا ہے اسلام کا؟ انہوں نے کیا ہے؟</w:t>
      </w:r>
    </w:p>
    <w:p>
      <w:r>
        <w:rPr>
          <w:b/>
        </w:rPr>
        <w:t xml:space="preserve">[39:58] </w:t>
      </w:r>
      <w:r>
        <w:t>yeh kya hai? in logon ne jin ko aap western, westerners kehte hain, europeans ne kiya hai? americans ne kiya hai? japanese ne kiya hai?</w:t>
      </w:r>
    </w:p>
    <w:p>
      <w:pPr>
        <w:jc w:val="right"/>
      </w:pPr>
      <w:r>
        <w:t>یہ کیا ہے؟ ان لوگوں نے جن کو آپ ویسٹرن، ویسٹرنرز کہتے ہیں، یورپین نے کیا ہے؟ امریکنز نے کیا ہے؟ جاپانیز نے کیا ہے؟</w:t>
      </w:r>
    </w:p>
    <w:p>
      <w:r>
        <w:rPr>
          <w:b/>
        </w:rPr>
        <w:t xml:space="preserve">[40:09] </w:t>
      </w:r>
      <w:r>
        <w:t>ke kitne bohat itni lambi effort ke baad unhon ne tape recorder banaya, TV banaya, recording machine banai, aur quran ki is is ayat ka ko demonstration de diya.</w:t>
      </w:r>
    </w:p>
    <w:p>
      <w:pPr>
        <w:jc w:val="right"/>
      </w:pPr>
      <w:r>
        <w:t>کہ کتنے بہت اتنی لمبی ایفرٹ کے بعد انہوں نے ٹیپ ریکارڈر بنایا، ٹی وی بنایا، ریکارڈنگ مشین بنائی، اور قرآن کی اس اس آیت کا کو ڈیمونسٹریشن دے دیا۔</w:t>
      </w:r>
    </w:p>
    <w:p>
      <w:r>
        <w:rPr>
          <w:b/>
        </w:rPr>
        <w:t xml:space="preserve">[40:23] </w:t>
      </w:r>
      <w:r>
        <w:t>demonstration!</w:t>
      </w:r>
    </w:p>
    <w:p>
      <w:pPr>
        <w:jc w:val="right"/>
      </w:pPr>
      <w:r>
        <w:t>ڈیمونسٹریشن!</w:t>
      </w:r>
    </w:p>
    <w:p>
      <w:r>
        <w:rPr>
          <w:b/>
        </w:rPr>
        <w:t xml:space="preserve">[40:27] </w:t>
      </w:r>
      <w:r>
        <w:t>aap quran ko padhein, pichle nabiyon ko padhein to sab se zyada controversial jo baat rahi hai, woh yeh life after death rahi hai. sab se zyada controversial prophet ke zamane mein, har prophet ke zamane mein log samajhte the ke mar gaye, khatam, mar gaye, khatam.</w:t>
      </w:r>
    </w:p>
    <w:p>
      <w:pPr>
        <w:jc w:val="right"/>
      </w:pPr>
      <w:r>
        <w:t>آپ قرآن کو پڑھیں، پچھلے نبیوں کو پڑھیں تو سب سے زیادہ کنٹروورشل جو بات رہی ہے، وہ یہ لائف آفٹر ڈیتھ رہی ہے۔ سب سے زیادہ کنٹروورشل پرافٹ کے زمانے میں، ہر پرافٹ کے زمانے میں لوگ سمجھتے تھے کہ مر گئے، ختم، مر گئے، ختم۔</w:t>
      </w:r>
    </w:p>
    <w:p>
      <w:r>
        <w:rPr>
          <w:b/>
        </w:rPr>
        <w:t xml:space="preserve">[40:47] </w:t>
      </w:r>
      <w:r>
        <w:t>ab bataiye ke itni bari baat jo chupi hui thi, jo poori history mein chupi rahi, rasool Allah ke zamane mein bhi chupi rahi, rasool Allah ke baad bhi chupi rahi, aur quran ki ayat ko koi samajh nahi pata tha, ajeeb o ghareeb qism ke is ki, is ki woh is ka interpretation dete the.</w:t>
      </w:r>
    </w:p>
    <w:p>
      <w:pPr>
        <w:jc w:val="right"/>
      </w:pPr>
      <w:r>
        <w:t>اب بتائیں کہ اتنی بڑی بات جو چھپی ہوئی تھی، جو پوری ہسٹری میں چھپی رہی، رسول اللہ کے زمانے میں بھی چھپی رہی، رسول اللہ کے بعد بھی چھپی رہی، اور قرآن کی آیت کو کوئی سمجھ نہیں پاتا تھا، عجیب و غریب قسم کے اس کی، اس کی وہ اس کا انٹرپریٹیشن دیتے تھے۔</w:t>
      </w:r>
    </w:p>
    <w:p>
      <w:r>
        <w:rPr>
          <w:b/>
        </w:rPr>
        <w:t xml:space="preserve">[41:06] </w:t>
      </w:r>
      <w:r>
        <w:t>ab koi bhi aap utha lijiyega, koi commentary, koi bhi tafseer, arabic mein, persian mein, urdu mein, english mein, turkish mein, kisi bhi zuban mein,</w:t>
      </w:r>
    </w:p>
    <w:p>
      <w:pPr>
        <w:jc w:val="right"/>
      </w:pPr>
      <w:r>
        <w:t>اب کوئی بھی آپ اٹھا لیجئے، کوئی کمنٹری، کوئی بھی تفسیر، عربک میں، پرشین میں، اردو میں، انگلش میں، ٹرکش میں، کسی بھی زبان میں،</w:t>
      </w:r>
    </w:p>
    <w:p>
      <w:r>
        <w:rPr>
          <w:b/>
        </w:rPr>
        <w:t xml:space="preserve">[41:16] </w:t>
      </w:r>
      <w:r>
        <w:t>kisi bhi zuban mein is ayat ka koi interpretation nahi milega aap ko. pehli baar modern civilization ne yeh kiya hai ke is ayat ki ek bilkul khuli khuli ek is ka interpretation de diya ke insan marne ke baad bhi zinda rehta hai.</w:t>
      </w:r>
    </w:p>
    <w:p>
      <w:pPr>
        <w:jc w:val="right"/>
      </w:pPr>
      <w:r>
        <w:t>کسی بھی زبان میں اس آیت کا کوئی انٹرپریٹیشن نہیں ملے گا آپ کو۔ پہلی بار ماڈرن سویلائزیشن نے یہ کیا ہے کہ اس آیت کی ایک بالکل کھلی کھلی ایک اس کا انٹرپریٹیشن دے دیا کہ انسان مرنے کے بعد بھی زندہ رہتا ہے۔</w:t>
      </w:r>
    </w:p>
    <w:p>
      <w:r>
        <w:rPr>
          <w:b/>
        </w:rPr>
        <w:t xml:space="preserve">[41:37] </w:t>
      </w:r>
      <w:r>
        <w:t>aur sun lo is ki awaz, sun lo is ki tasweer, sun lo is dekh lo is ka movement, dekh lo is ko chalte phirte.</w:t>
      </w:r>
    </w:p>
    <w:p>
      <w:pPr>
        <w:jc w:val="right"/>
      </w:pPr>
      <w:r>
        <w:t>اور سن لو اس کی آواز، سن لو اس کی تصویر، سن لو اس دیکھ لو اس کا موومنٹ، دیکھ لو اس کو چلتے پھرتے۔</w:t>
      </w:r>
    </w:p>
    <w:p>
      <w:r>
        <w:rPr>
          <w:b/>
        </w:rPr>
        <w:t xml:space="preserve">[41:44] </w:t>
      </w:r>
      <w:r>
        <w:t>tape, tape recorder mein aap is ki awaz sunte hain, TV mein aap is ko chalte phirte dekhte hain, is ki surat dekhte hain, halanke woh mar chuka hai. kab ka mar chuka hai?</w:t>
      </w:r>
    </w:p>
    <w:p>
      <w:pPr>
        <w:jc w:val="right"/>
      </w:pPr>
      <w:r>
        <w:t>ٹیپ، ٹیپ ریکارڈر میں آپ اس کی آواز سنتے ہیں، ٹی وی میں آپ اس کو چلتے پھرتے دیکھتے ہیں، اس کی صورت دیکھتے ہیں، حالانکہ وہ مر چکا ہے۔ کب کا مر چکا ہے؟</w:t>
      </w:r>
    </w:p>
    <w:p>
      <w:r>
        <w:rPr>
          <w:b/>
        </w:rPr>
        <w:t xml:space="preserve">[41:54] </w:t>
      </w:r>
      <w:r>
        <w:t>woh bataiye ke itna bara kaam jis ne kiya hai, kuch log hain jo isi ko dajjal kehte hain,</w:t>
      </w:r>
    </w:p>
    <w:p>
      <w:pPr>
        <w:jc w:val="right"/>
      </w:pPr>
      <w:r>
        <w:t>وہ بتائیں کہ اتنا بڑا کام جس نے کیا ہے، کچھ لوگ ہیں جو اسی کو دجال کہتے ہیں،</w:t>
      </w:r>
    </w:p>
    <w:p>
      <w:r>
        <w:rPr>
          <w:b/>
        </w:rPr>
        <w:t xml:space="preserve">[42:05] </w:t>
      </w:r>
      <w:r>
        <w:t>kuch log hain jo musalmanon ko, kuch orator bare dhoom se taqreeren karte hain ke western civilization bhi dajjal hai. yeh ek choti</w:t>
      </w:r>
    </w:p>
    <w:p>
      <w:pPr>
        <w:jc w:val="right"/>
      </w:pPr>
      <w:r>
        <w:t>کچھ لوگ ہیں جو مسلمانوں کو، کچھ اوریٹر بڑے دھوم سے تقریریں کرتے ہیں کہ ویسٹرن سویلائزیشن بھی دجال ہے۔ یہ ایک چھوٹی</w:t>
      </w:r>
    </w:p>
    <w:p>
      <w:r>
        <w:rPr>
          <w:b/>
        </w:rPr>
        <w:t xml:space="preserve">[42:13] </w:t>
      </w:r>
      <w:r>
        <w:t>baat hai, yeh dajjal woh hain jo aisi speeches dete hain. speech dene wale dajjal hain, yeh</w:t>
      </w:r>
    </w:p>
    <w:p>
      <w:pPr>
        <w:jc w:val="right"/>
      </w:pPr>
      <w:r>
        <w:t>بات ہے، یہ دجال وہ ہیں جو ایسی اسپیچز دیتے ہیں۔ اسپیچ دینے والے دجال ہیں، یہ</w:t>
      </w:r>
    </w:p>
    <w:p>
      <w:r>
        <w:rPr>
          <w:b/>
        </w:rPr>
        <w:t xml:space="preserve">[42:20] </w:t>
      </w:r>
      <w:r>
        <w:t>speech dene wala dajjal hai. ab gaur kijiyega, agar aap ne quran ko padha hai to aap ko yeh baat maloom hogi ke sab se zyada controversial issue jo hai quran mein wahi hai: life after death.</w:t>
      </w:r>
    </w:p>
    <w:p>
      <w:pPr>
        <w:jc w:val="right"/>
      </w:pPr>
      <w:r>
        <w:t>اسپیچ دینے والا دجال ہے۔ اب غور کیجئے، اگر آپ نے قرآن کو پڑھا ہے تو آپ کو یہ بات معلوم ہوگی کہ سب سے زیادہ کنٹروورشل ایشو جو ہے قرآن میں وہی ہے: لائف آفٹر ڈیتھ۔</w:t>
      </w:r>
    </w:p>
    <w:p>
      <w:r>
        <w:rPr>
          <w:b/>
        </w:rPr>
        <w:t xml:space="preserve">[42:35] </w:t>
      </w:r>
      <w:r>
        <w:t>aur is ko do do aur char ki tarah is ka proof de diya.</w:t>
      </w:r>
    </w:p>
    <w:p>
      <w:pPr>
        <w:jc w:val="right"/>
      </w:pPr>
      <w:r>
        <w:t>اور اس کو دو دو اور چار کی طرح اس کا پروف دے دیا۔</w:t>
      </w:r>
    </w:p>
    <w:p>
      <w:r>
        <w:rPr>
          <w:b/>
        </w:rPr>
        <w:t xml:space="preserve">[42:39] </w:t>
      </w:r>
      <w:r>
        <w:t>to quran mein yeh kaha gaya tha ke life after death itna hi yaqini hai, itna hi certain hai woh jis tarah tumhara bolna.</w:t>
      </w:r>
    </w:p>
    <w:p>
      <w:pPr>
        <w:jc w:val="right"/>
      </w:pPr>
      <w:r>
        <w:t>تو قرآن میں یہ کہا گیا تھا کہ لائف آفٹر ڈیتھ اتنا ہی یقینی ہے، اتنا ہی سرٹن ہے وہ جس طرح تمہارا بولنا۔</w:t>
      </w:r>
    </w:p>
    <w:p>
      <w:r>
        <w:rPr>
          <w:b/>
        </w:rPr>
        <w:t xml:space="preserve">[42:49] </w:t>
      </w:r>
      <w:r>
        <w:t>bas itna tha. ab pata nahi tha ke bolna kaise proof banta hai is baat ka, kaise witness banta hai is baat ka.</w:t>
      </w:r>
    </w:p>
    <w:p>
      <w:pPr>
        <w:jc w:val="right"/>
      </w:pPr>
      <w:r>
        <w:t>بس اتنا تھا۔ اب پتہ نہیں تھا کہ بولنا کیسے پروف بنتا ہے اس بات کا، کیسے وٹنس بنتا ہے اس بات کا۔</w:t>
      </w:r>
    </w:p>
    <w:p>
      <w:r>
        <w:rPr>
          <w:b/>
        </w:rPr>
        <w:t xml:space="preserve">[42:59] </w:t>
      </w:r>
      <w:r>
        <w:t>to jab main is se pehle arz kiya tha ke maine ke khuda ne history mein ek naya process jari kar diya, naya process, aur isi ki culmination hai western civilization, western science, western thought, western technology.</w:t>
      </w:r>
    </w:p>
    <w:p>
      <w:pPr>
        <w:jc w:val="right"/>
      </w:pPr>
      <w:r>
        <w:t>تو جب میں اس سے پہلے عرض کیا تھا کہ میں نے کہ خدا نے ہسٹری میں ایک نیا پروسیس جاری کر دیا، نیا پروسیس، اور اسی کی کلمنیشن ہے ویسٹرن سویلائزیشن، ویسٹرن سائنس، ویسٹرن تھاٹ، ویسٹرن ٹیکنالوجی۔</w:t>
      </w:r>
    </w:p>
    <w:p>
      <w:r>
        <w:rPr>
          <w:b/>
        </w:rPr>
        <w:t xml:space="preserve">[43:13] </w:t>
      </w:r>
      <w:r>
        <w:t>isi ki culmination hai jis ne khuda ke deen ki sachaiyon ko ka ek demonstration de diya hai. jab aap sunte hain ke ek mara hua hai, ek insan mar chuka hai,</w:t>
      </w:r>
    </w:p>
    <w:p>
      <w:pPr>
        <w:jc w:val="right"/>
      </w:pPr>
      <w:r>
        <w:t>اسی کی کلمنیشن ہے جس نے خدا کے دین کی سچائیوں کو کا ایک ڈیمونسٹریشن دے دیا ہے۔ جب آپ سنتے ہیں کہ ایک مرے ہوا ہے، ایک انسان مر چکا ہے،</w:t>
      </w:r>
    </w:p>
    <w:p>
      <w:r>
        <w:rPr>
          <w:b/>
        </w:rPr>
        <w:t xml:space="preserve">[43:27] </w:t>
      </w:r>
      <w:r>
        <w:t>dafan ho chuka hai, khatm ho chuka hai,</w:t>
      </w:r>
    </w:p>
    <w:p>
      <w:pPr>
        <w:jc w:val="right"/>
      </w:pPr>
      <w:r>
        <w:t>دفن ہو چکا ہے، ختم ہو چکا ہے،</w:t>
      </w:r>
    </w:p>
    <w:p>
      <w:r>
        <w:rPr>
          <w:b/>
        </w:rPr>
        <w:t xml:space="preserve">[43:29] </w:t>
      </w:r>
      <w:r>
        <w:t>ab jab aap tape recorder ko is ki awaz sunte hain, TV mein is ko chalta phirta dekhte hain, is ko bolta hua dekhte hain to bilkul jaise ke demonstration aap ke samne aa jata hai: life after death ka.</w:t>
      </w:r>
    </w:p>
    <w:p>
      <w:pPr>
        <w:jc w:val="right"/>
      </w:pPr>
      <w:r>
        <w:t>اب جب آپ ٹیپ ریکارڈر کو اس کی آواز سنتے ہیں، ٹی وی میں اس کو چلتا پھرتا دیکھتے ہیں، اس کو بولتا ہوا دیکھتے ہیں تو بالکل جیسے کہ ڈیمونسٹریشن آپ کے سامنے آ جاتا ہے: لائف آفٹر ڈیتھ کا۔</w:t>
      </w:r>
    </w:p>
    <w:p>
      <w:r>
        <w:rPr>
          <w:b/>
        </w:rPr>
        <w:t xml:space="preserve">[43:44] </w:t>
      </w:r>
      <w:r>
        <w:t>yeh kis ne kiya? inhi logon ne kiya.</w:t>
      </w:r>
    </w:p>
    <w:p>
      <w:pPr>
        <w:jc w:val="right"/>
      </w:pPr>
      <w:r>
        <w:t>یہ کس نے کیا؟ انہی لوگوں نے کیا۔</w:t>
      </w:r>
    </w:p>
    <w:p>
      <w:r>
        <w:rPr>
          <w:b/>
        </w:rPr>
        <w:t xml:space="preserve">[43:49] </w:t>
      </w:r>
      <w:r>
        <w:t>main yeh baat is liye keh raha hoon ke itni bari baat chupi reh gayi kyunke logon ko daal diya unhone, yani is par hukumat par, aur is ko kahein ke yahi dajjal, is ko dajjal bata diya jo Islam ki sachai ko khol rahe the, is ko dajjal bata diya,</w:t>
      </w:r>
    </w:p>
    <w:p>
      <w:pPr>
        <w:jc w:val="right"/>
      </w:pPr>
      <w:r>
        <w:t>میں یہ بات اس لیے کہہ رہا ہوں کہ اتنی بڑی بات چھپی رہ گئی کیونکہ لوگوں کو ڈال دیا انہوں نے، یعنی اس پر حکومت پر، اور اس کو کہیں کہ یہی دجال، اس کو دجال بتا دیا جو اسلام کی سچائی کو کھول رہے تھے، اس کو دجال بتا دیا،</w:t>
      </w:r>
    </w:p>
    <w:p>
      <w:r>
        <w:rPr>
          <w:b/>
        </w:rPr>
        <w:t xml:space="preserve">[44:07] </w:t>
      </w:r>
      <w:r>
        <w:t>aur khud dajjal the yeh log. musalmanon ko political politics se uljha diya.</w:t>
      </w:r>
    </w:p>
    <w:p>
      <w:pPr>
        <w:jc w:val="right"/>
      </w:pPr>
      <w:r>
        <w:t>اور خود دجال تھے یہ لوگ۔ مسلمانوں کو پولیٹیکل پولیٹکس سے الجھا دیا۔</w:t>
      </w:r>
    </w:p>
    <w:p>
      <w:r>
        <w:rPr>
          <w:b/>
        </w:rPr>
        <w:t xml:space="preserve">[44:16] </w:t>
      </w:r>
      <w:r>
        <w:t>ab sochiye aap zara ek aur pehlu se ke political role kabhi bhi Islam ka target ban nahi sakta hai, kabhi. aur bana to Islam ek eternal, eternal mazhab nahi hoga.</w:t>
      </w:r>
    </w:p>
    <w:p>
      <w:pPr>
        <w:jc w:val="right"/>
      </w:pPr>
      <w:r>
        <w:t>اب سوچیے آپ ذرا ایک اور پہلو سے کہ پولیٹیکل رول کبھی بھی اسلام کا ٹارگٹ بن نہیں سکتا ہے، کبھی۔ اور بنا تو اسلام ایک ایٹرنل، ایٹرنل مذہب نہیں ہوگا۔</w:t>
      </w:r>
    </w:p>
    <w:p>
      <w:r>
        <w:rPr>
          <w:b/>
        </w:rPr>
        <w:t xml:space="preserve">[44:27] </w:t>
      </w:r>
      <w:r>
        <w:t>woh kyun? khuda ko zaroor pata tha ke ek zamana aye ga jab ke political role jo hai wo bohat hi reduce ho jaye ga, is ka erosion ho jaye ga.</w:t>
      </w:r>
    </w:p>
    <w:p>
      <w:pPr>
        <w:jc w:val="right"/>
      </w:pPr>
      <w:r>
        <w:t>وہ کیوں؟ خدا کو ضرور پتہ تھا کہ ایک زمانہ آئے گا جب کہ پولیٹیکل رول جو ہے وہ بہت ہی ریڈیوس ہو جائے گا، اس کا ایروژن ہو جائے گا۔</w:t>
      </w:r>
    </w:p>
    <w:p>
      <w:r>
        <w:rPr>
          <w:b/>
        </w:rPr>
        <w:t xml:space="preserve">[44:40] </w:t>
      </w:r>
      <w:r>
        <w:t>jab land based economy khatm hogi to industry aa jaye gi, apne aap kingship jo hai reduce ho jaye ga. apne aap king king kya hota tha?</w:t>
      </w:r>
    </w:p>
    <w:p>
      <w:pPr>
        <w:jc w:val="right"/>
      </w:pPr>
      <w:r>
        <w:t>جب لینڈ بیسڈ اکانومی ختم ہوگی تو انڈسٹری آ جائے گی، اپنے آپ کنگ شپ جو ہے ریڈیوس ہو جائے گا۔ اپنے آپ کنگ کنگ کیا ہوتا تھا؟</w:t>
      </w:r>
    </w:p>
    <w:p>
      <w:r>
        <w:rPr>
          <w:b/>
        </w:rPr>
        <w:t xml:space="preserve">[44:50] </w:t>
      </w:r>
      <w:r>
        <w:t>king sab se bara land lord hota tha, super land lord. king kon kon kon hota tha? jo land lord hota tha, jo sab se bara land lord hai, wahi king hai.</w:t>
      </w:r>
    </w:p>
    <w:p>
      <w:pPr>
        <w:jc w:val="right"/>
      </w:pPr>
      <w:r>
        <w:t>کنگ سب سے بڑا لینڈ لارڈ ہوتا تھا، سپر لینڈ لارڈ۔ کنگ کون کون کون ہوتا تھا؟ جو لینڈ لارڈ ہوتا تھا، جو سب سے بڑا لینڈ لارڈ ہے، وہی کنگ ہے۔</w:t>
      </w:r>
    </w:p>
    <w:p>
      <w:r>
        <w:rPr>
          <w:b/>
        </w:rPr>
        <w:t xml:space="preserve">[45:01] </w:t>
      </w:r>
      <w:r>
        <w:t>to ab land based economy khatm to kingship bhi khatm,</w:t>
      </w:r>
    </w:p>
    <w:p>
      <w:pPr>
        <w:jc w:val="right"/>
      </w:pPr>
      <w:r>
        <w:t>تو اب لینڈ بیسڈ اکانومی ختم تو کنگ شپ بھی ختم،</w:t>
      </w:r>
    </w:p>
    <w:p>
      <w:r>
        <w:rPr>
          <w:b/>
        </w:rPr>
        <w:t xml:space="preserve">[45:06] </w:t>
      </w:r>
      <w:r>
        <w:t>aur phir jo naya development hoga, jo institutions banenge sare, to political role jo hai wo decentralize ho jaye ga.</w:t>
      </w:r>
    </w:p>
    <w:p>
      <w:pPr>
        <w:jc w:val="right"/>
      </w:pPr>
      <w:r>
        <w:t>اور پھر جو نیا ڈیویلپمنٹ ہوگا، جو انسٹیٹیوشنز بنیں گے سارے، تو پولیٹیکل رول جو ہے وہ ڈی سینٹرلائز ہو جائے گا۔</w:t>
      </w:r>
    </w:p>
    <w:p>
      <w:r>
        <w:rPr>
          <w:b/>
        </w:rPr>
        <w:t xml:space="preserve">[45:16] </w:t>
      </w:r>
      <w:r>
        <w:t>sari cheezein doosron ke qabze mein chali jayengi, aur singhasan ke qabze mein kya rahe ga? sirf administration. to kya khuda aisi cheez ko target bata sakta hai jo reduce hote hote teesri reh jaye?</w:t>
      </w:r>
    </w:p>
    <w:p>
      <w:pPr>
        <w:jc w:val="right"/>
      </w:pPr>
      <w:r>
        <w:t>ساری چیزیں دوسروں کے قبضے میں چلی جائیں گی، اور سنگھاسن کے قبضے میں کیا رہے گا؟ صرف ایڈمنسٹریشن۔ تو کیا خدا ایسی چیز کو ٹارگٹ بتا سکتا ہے جو ریڈیوس ہوتے ہوتے تیسری رہ جائے؟</w:t>
      </w:r>
    </w:p>
    <w:p>
      <w:r>
        <w:rPr>
          <w:b/>
        </w:rPr>
        <w:t xml:space="preserve">[45:30] </w:t>
      </w:r>
      <w:r>
        <w:t>kabhi nahi bata sakta.</w:t>
      </w:r>
    </w:p>
    <w:p>
      <w:pPr>
        <w:jc w:val="right"/>
      </w:pPr>
      <w:r>
        <w:t>کبھی نہیں بتا سکتا۔</w:t>
      </w:r>
    </w:p>
    <w:p>
      <w:r>
        <w:rPr>
          <w:b/>
        </w:rPr>
        <w:t xml:space="preserve">[45:35] </w:t>
      </w:r>
      <w:r>
        <w:t>to in logon ne jo target diya, wo target</w:t>
      </w:r>
    </w:p>
    <w:p>
      <w:pPr>
        <w:jc w:val="right"/>
      </w:pPr>
      <w:r>
        <w:t>تو ان لوگوں نے جو ٹارگٹ دیا، وہ ٹارگٹ</w:t>
      </w:r>
    </w:p>
    <w:p>
      <w:r>
        <w:rPr>
          <w:b/>
        </w:rPr>
        <w:t xml:space="preserve">[45:43] </w:t>
      </w:r>
      <w:r>
        <w:t>yeh baat aap ko maloom hogi ke purane zamane mein jab ke kingship ka zamana tha, aur king ke hath mein sab kuch tha, to god king ka concept paida hua.</w:t>
      </w:r>
    </w:p>
    <w:p>
      <w:pPr>
        <w:jc w:val="right"/>
      </w:pPr>
      <w:r>
        <w:t>یہ بات آپ کو معلوم ہوگی کہ پرے زمانے میں جب کہ کنگ شپ کا زمانہ تھا، اور کنگ کے ہاتھ میں سب کچھ تھا، تو گاڈ کنگ کا کانسیپٹ پیدا ہوا۔</w:t>
      </w:r>
    </w:p>
    <w:p>
      <w:r>
        <w:rPr>
          <w:b/>
        </w:rPr>
        <w:t xml:space="preserve">[45:53] </w:t>
      </w:r>
      <w:r>
        <w:t>logon ne dekha ke king jo hai wo sab kuch is ke paas hai,</w:t>
      </w:r>
    </w:p>
    <w:p>
      <w:pPr>
        <w:jc w:val="right"/>
      </w:pPr>
      <w:r>
        <w:t>لوگوں نے دیکھا کہ کنگ جو ہے وہ سب کچھ اس کے پاس ہے،</w:t>
      </w:r>
    </w:p>
    <w:p>
      <w:r>
        <w:rPr>
          <w:b/>
        </w:rPr>
        <w:t xml:space="preserve">[45:56] </w:t>
      </w:r>
      <w:r>
        <w:t>isi se roti milti hai, isi se khana milta hai, isi se sab kuch milta hai. to isi ko god god samajh liya. chunancha is mein aap history mein padhenge: god king ka concept, divine right of king.</w:t>
      </w:r>
    </w:p>
    <w:p>
      <w:pPr>
        <w:jc w:val="right"/>
      </w:pPr>
      <w:r>
        <w:t>اسی سے روٹی ملتی ہے، اسی سے کھانا ملتا ہے، اسی سے سب کچھ ملتا ہے۔ تو اسی کو گاڈ گاڈ سمجھ لیا۔ چنانچہ اس میں آپ ہسٹری میں پڑھیں گے: گاڈ کنگ کا کانسیپٹ، ڈیوائن رائٹ آف کنگ۔</w:t>
      </w:r>
    </w:p>
    <w:p>
      <w:r>
        <w:rPr>
          <w:b/>
        </w:rPr>
        <w:t xml:space="preserve">[46:13] </w:t>
      </w:r>
      <w:r>
        <w:t>to purane zamane mein jo king hua karte the, wo god bhi hua karte the. yeh kis ne khatm kiya? yani god king ke culture ko kis ne khatm kiya?</w:t>
      </w:r>
    </w:p>
    <w:p>
      <w:pPr>
        <w:jc w:val="right"/>
      </w:pPr>
      <w:r>
        <w:t>تو پرے زمانے میں جو کنگ ہوا کرتے تھے، وہ گاڈ بھی ہوا کرتے تھے۔ یہ کس نے ختم کیا؟ یعنی گاڈ کنگ کے کلچر کو کس نے ختم کیا؟</w:t>
      </w:r>
    </w:p>
    <w:p>
      <w:r>
        <w:rPr>
          <w:b/>
        </w:rPr>
        <w:t xml:space="preserve">[46:22] </w:t>
      </w:r>
      <w:r>
        <w:t>ise modern science ne khatm kiya.</w:t>
      </w:r>
    </w:p>
    <w:p>
      <w:pPr>
        <w:jc w:val="right"/>
      </w:pPr>
      <w:r>
        <w:t>اسے ماڈرن سائنس نے ختم کیا۔</w:t>
      </w:r>
    </w:p>
    <w:p>
      <w:r>
        <w:rPr>
          <w:b/>
        </w:rPr>
        <w:t xml:space="preserve">[46:26] </w:t>
      </w:r>
      <w:r>
        <w:t>is tarah se nature worship ka zamana tha. hamesha pichle hazaron saal se log nature ko puchte the, nature worship jis ko kehte hain, nature worship kis ne khatm kiya?</w:t>
      </w:r>
    </w:p>
    <w:p>
      <w:pPr>
        <w:jc w:val="right"/>
      </w:pPr>
      <w:r>
        <w:t>اس طریقے سے نیچر ورشپ کا زمانہ تھا۔ ہمیشہ پچھلے ہزاروں سال سے لوگ نیچر کو پوچھتے تھے، نیچر ورشپ جس کو کہتے ہیں، نیچر ورشپ کس نے ختم کیا؟</w:t>
      </w:r>
    </w:p>
    <w:p>
      <w:r>
        <w:rPr>
          <w:b/>
        </w:rPr>
        <w:t xml:space="preserve">[46:37] </w:t>
      </w:r>
      <w:r>
        <w:t>ise modern science ne khatm kiya. lekin chunke ab muslim mind ko uljha diya gaya politics mein, is liye itni bari bari baatein un se ojhal ho gayin, wo blind ho gaye samajhne ke liye in baaton ko.</w:t>
      </w:r>
    </w:p>
    <w:p>
      <w:pPr>
        <w:jc w:val="right"/>
      </w:pPr>
      <w:r>
        <w:t>اسے ماڈرن سائنس نے ختم کیا۔ لیکن چونکہ اب مسلم مائنڈ کو الجھا دیا گیا پولیٹکس میں، اس لیے اتنی بڑی بڑی باتیں ان سے اوجھل ہو گئیں، وہ بلائنڈ ہو گئے سمجھنے کے لیے ان باتوں کو۔</w:t>
      </w:r>
    </w:p>
    <w:p>
      <w:r>
        <w:rPr>
          <w:b/>
        </w:rPr>
        <w:t xml:space="preserve">[46:54] </w:t>
      </w:r>
      <w:r>
        <w:t>yani political takrao karne lage. jahan bhi dekhein, musalman political takrao kar rahe hain, takht ko chheen ne ke liye, singhasan ko chheen ne ke liye, throne ko chheen ne ke liye.</w:t>
      </w:r>
    </w:p>
    <w:p>
      <w:pPr>
        <w:jc w:val="right"/>
      </w:pPr>
      <w:r>
        <w:t>یعنی پولیٹیکل ٹکراؤ کرنے لگے۔ جہاں بھی دیکھیں، مسلمان پولیٹیکل ٹکراؤ کر رہے ہیں، تخت کو چھیننے کے لیے، سنگھاسن کو چھیننے کے لیے، تھرون کو چھیننے کے لیے۔</w:t>
      </w:r>
    </w:p>
    <w:p>
      <w:r>
        <w:rPr>
          <w:b/>
        </w:rPr>
        <w:t xml:space="preserve">[47:04] </w:t>
      </w:r>
      <w:r>
        <w:t>har jagah bas yahi ke ladai ho rahi hai, har jagah. aur itni bari bari baatein jo hain, un se ojhal hain, un ko khabar hi nahi is ki, nahi hai, is ki khabar hi nahi is ki. yani Islam ki sachaiyan jo hain, is tarah se prove ho rahi hain, is ka unhein pata hi nahi.</w:t>
      </w:r>
    </w:p>
    <w:p>
      <w:pPr>
        <w:jc w:val="right"/>
      </w:pPr>
      <w:r>
        <w:t>ہر جگہ بس یہی کہ لڑائی ہو رہی ہے، ہر جگہ۔ اور اتنی بڑی بڑی باتیں جو ہیں، ان سے اوجھل ہیں، ان کو خبر ہی نہیں اس کی، نہیں ہے، اس کی خبر ہی نہیں اس کی۔ یعنی اسلام کی سچائیاں جو ہیں، اس طرح سے پروف ہو رہی ہیں، اس کا انہیں پتہ ہی نہیں۔</w:t>
      </w:r>
    </w:p>
    <w:p>
      <w:r>
        <w:rPr>
          <w:b/>
        </w:rPr>
        <w:t xml:space="preserve">[47:19] </w:t>
      </w:r>
      <w:r>
        <w:t>jis ko dekhe, woh political takrao kar raha hai.</w:t>
      </w:r>
    </w:p>
    <w:p>
      <w:pPr>
        <w:jc w:val="right"/>
      </w:pPr>
      <w:r>
        <w:t>جس کو دیکھے، وہ پولیٹیکل ٹکراؤ کر رہا ہے۔</w:t>
      </w:r>
    </w:p>
    <w:p>
      <w:r>
        <w:rPr>
          <w:b/>
        </w:rPr>
        <w:t xml:space="preserve">[47:23] </w:t>
      </w:r>
      <w:r>
        <w:t>islam ki modern history mein mein bataon ke sab se bara intelligent aadmi jo paida hua, woh tha syed jawad al-nawari. syed jawad al-nawari bohat zabardast aadmi tha.</w:t>
      </w:r>
    </w:p>
    <w:p>
      <w:pPr>
        <w:jc w:val="right"/>
      </w:pPr>
      <w:r>
        <w:t>اسلام کی ماڈرن ہسٹری میں میں بتاؤں کہ سب سے بڑا انٹیلیجنٹ آدمی جو پیدا ہوا، وہ تھا سید جواد النواری۔ سید جواد النواری بہت زبردست آدمی تھا۔</w:t>
      </w:r>
    </w:p>
    <w:p>
      <w:r>
        <w:rPr>
          <w:b/>
        </w:rPr>
        <w:t xml:space="preserve">[47:35] </w:t>
      </w:r>
      <w:r>
        <w:t>is ne burksa se mulaqat ki thi france mein ja kar ke. french zaban janta tha. woh bohat zabardast aadmi tha. mein samajhta hoon ke is poore modern period jo hai, is mein itna bara dimagh koi nahi paida hua,</w:t>
      </w:r>
    </w:p>
    <w:p>
      <w:pPr>
        <w:jc w:val="right"/>
      </w:pPr>
      <w:r>
        <w:t>اس نے برکسا سے ملاقات کی تھی فرانس میں جا کر کے۔ فرنچ زبان جانتا تھا۔ وہ بہت زبردست آدمی تھا۔ میں سمجھتا ہوں کہ اس پورے ماڈرن پیریڈ جو ہے، اس میں اتنا بڑا دماغ کوئی نہیں پیدا ہوا،</w:t>
      </w:r>
    </w:p>
    <w:p>
      <w:r>
        <w:rPr>
          <w:b/>
        </w:rPr>
        <w:t xml:space="preserve">[47:50] </w:t>
      </w:r>
      <w:r>
        <w:t>syed jawad al-nawari jaisa dimagh. lekin kya hua? sari taqat unhon ne laga di political takrao mein, aur mar gaye isi mein, isi mein mar gaye.</w:t>
      </w:r>
    </w:p>
    <w:p>
      <w:pPr>
        <w:jc w:val="right"/>
      </w:pPr>
      <w:r>
        <w:t>سید جواد النواری جیسا دماغ۔ لیکن کیا ہوا؟ ساری طاقت انہوں نے لگا دی پولیٹیکل ٹکراؤ میں، اور مر گئے اسی میں، اسی میں مر گئے۔</w:t>
      </w:r>
    </w:p>
    <w:p>
      <w:r>
        <w:rPr>
          <w:b/>
        </w:rPr>
        <w:t xml:space="preserve">[48:00] </w:t>
      </w:r>
      <w:r>
        <w:t>woh poori poori zindagi is mein. is zamane mein colonialism, colonialism ka zamana tha. toh bas isi se takra rahe hain, isi se lad rahe hain, isi se mar rahe hain, isi ke khilaf yani planning kar rahe hain.</w:t>
      </w:r>
    </w:p>
    <w:p>
      <w:pPr>
        <w:jc w:val="right"/>
      </w:pPr>
      <w:r>
        <w:t>وہ پوری پوری زندگی اس میں۔ اس زمانے میں کلونیلزم، کلونیلزم کا زمانہ تھا۔ تو بس اسی سے ٹکرا رہے ہیں، اسی سے لڑ رہے ہیں، اسی سے مر رہے ہیں، اسی کے خلاف یعنی پلاننگ کر رہے ہیں۔</w:t>
      </w:r>
    </w:p>
    <w:p>
      <w:r>
        <w:rPr>
          <w:b/>
        </w:rPr>
        <w:t xml:space="preserve">[48:14] </w:t>
      </w:r>
      <w:r>
        <w:t>apne mind ka koi aur istemal ke modern science ko samjhein, modern zamane mein da'o work ke jo opportunities hain, us ko samjhein, khuda ke deen ki jo sachaiyan re-establish hui hain, us ko samjhein, us ko batayein dunya ko.</w:t>
      </w:r>
    </w:p>
    <w:p>
      <w:pPr>
        <w:jc w:val="right"/>
      </w:pPr>
      <w:r>
        <w:t>اپنے مائنڈ کا کوئی اور استعمال کہ ماڈرن سائنس کو سمجھیں، ماڈرن زمانے میں داؤ ورک کے جو اپرچونیٹیز ہیں، اس کو سمجھیں، خدا کے دین کی جو سچائیاں ری اسٹیبلش ہوئی ہیں، اس کو سمجھیں، اس کو بتائیں دنیا کو۔</w:t>
      </w:r>
    </w:p>
    <w:p>
      <w:r>
        <w:rPr>
          <w:b/>
        </w:rPr>
        <w:t xml:space="preserve">[48:30] </w:t>
      </w:r>
      <w:r>
        <w:t>yeh kaam woh nahi kar sake. agarchay woh persian jante thay, woh arabic jante thay, woh turkish jante thay, woh french zaban jante thay, aur shayad thora bohat urdu bhi jante thay.</w:t>
      </w:r>
    </w:p>
    <w:p>
      <w:pPr>
        <w:jc w:val="right"/>
      </w:pPr>
      <w:r>
        <w:t>یہ کام وہ نہیں کر سکے۔ اگرچہ وہ پرشین جانتے تھے، وہ عربک جانتے تھے، وہ ٹرکش جانتے تھے، وہ فرنچ زبان جانتے تھے، اور شاید تھوڑا بہت اردو بھی جانتے تھے۔</w:t>
      </w:r>
    </w:p>
    <w:p>
      <w:r>
        <w:rPr>
          <w:b/>
        </w:rPr>
        <w:t xml:space="preserve">[48:43] </w:t>
      </w:r>
      <w:r>
        <w:t>aisa zabardast un ka memory thi ke un ka un ka dimagh tha, computer tha. phir kaam kuch bhi nahi kiya. un ke baray mein bataon aap ko ke un ke aik shagird thay, mufti muhammad abduh,</w:t>
      </w:r>
    </w:p>
    <w:p>
      <w:pPr>
        <w:jc w:val="right"/>
      </w:pPr>
      <w:r>
        <w:t>ایسا زبردست ان کا میموری تھی کہ ان کا ان کا دماغ تھا، کمپیوٹر تھا۔ پھر کام کچھ بھی نہیں کیا۔ ان کے بارے میں بتاؤں آپ کو کہ ان کے ایک شاگرد تھے، مفتی محمد عبدہ،</w:t>
      </w:r>
    </w:p>
    <w:p>
      <w:r>
        <w:rPr>
          <w:b/>
        </w:rPr>
        <w:t xml:space="preserve">[48:57] </w:t>
      </w:r>
      <w:r>
        <w:t>jo misri thay, woh Egyptian thay, woh toh un ke shagird thay, woh aur un ke sath woh rehte thay. woh lekin unhon ne dekha mufti muhammad abduh ne ke hum log mar kat rahe hain, kuch hota hua, kuch bhi nahi.</w:t>
      </w:r>
    </w:p>
    <w:p>
      <w:pPr>
        <w:jc w:val="right"/>
      </w:pPr>
      <w:r>
        <w:t>جو مصری تھے، وہ ایجپشن تھے، وہ تو ان کے شاگرد تھے، وہ اور ان کے ساتھ وہ رہتے تھے۔ وہ لیکن انہوں نے دیکھا مفتی محمد عبدہ نے کہ ہم لوگ مر کٹ رہے ہیں، کچھ ہوتا ہوا، کچھ بھی نہیں۔</w:t>
      </w:r>
    </w:p>
    <w:p>
      <w:r>
        <w:rPr>
          <w:b/>
        </w:rPr>
        <w:t xml:space="preserve">[49:11] </w:t>
      </w:r>
      <w:r>
        <w:t>un se larai, un se larai, un se larai, un se larai, kaam kuch koi positive result nikal nahi raha hai. toh unhon ne aik bar kaha un se, jawad al-nawari se ke hum log jo kaam kar rahe hain political takrao ka, us mein toh koi result koi mil nahi raha hai, kuch</w:t>
      </w:r>
    </w:p>
    <w:p>
      <w:pPr>
        <w:jc w:val="right"/>
      </w:pPr>
      <w:r>
        <w:t>ان سے لڑائی، ان سے لڑائی، ان سے لڑائی، ان سے لڑائی، کام کچھ کوئی پازیٹیو رزلٹ نکل نہیں رہا ہے۔ تو انہوں نے ایک بار کہا ان سے، جواد النواری سے کہ ہم لوگ جو کام کر رہے ہیں پولیٹیکل ٹکراؤ کا، اس میں تو کوئی رزلٹ کوئی مل نہیں رہا ہے، کچھ</w:t>
      </w:r>
    </w:p>
    <w:p>
      <w:r>
        <w:rPr>
          <w:b/>
        </w:rPr>
        <w:t xml:space="preserve">[49:27] </w:t>
      </w:r>
      <w:r>
        <w:t>koi positive neeti hai toh mil nahi raha hai. toh hum log education ka kaam karein, choriye is ko, yani politics toh chhod dijiye, hum log education ka kaam karein.</w:t>
      </w:r>
    </w:p>
    <w:p>
      <w:pPr>
        <w:jc w:val="right"/>
      </w:pPr>
      <w:r>
        <w:t>کوئی پازیٹیو نیتی ہے تو مل نہیں رہا ہے۔ تو ہم لوگ ایجوکیشن کا کام کریں، چھوڑیے اس کو، یعنی پولیٹکس تو چھوڑ دیجئے، ہم لوگ ایجوکیشن کا کام کریں۔</w:t>
      </w:r>
    </w:p>
    <w:p>
      <w:r>
        <w:rPr>
          <w:b/>
        </w:rPr>
        <w:t xml:space="preserve">[49:37] </w:t>
      </w:r>
      <w:r>
        <w:t>jante hain kya kaha unhon ne? syed jawad afghani ne in kaha: "inma anta musibat." jawaduddin afghani ne mufti abduh se kaha, mufti muhammad abduh se ke: "inma anta musibat ke tum toh buzadli ki batein karte ho,</w:t>
      </w:r>
    </w:p>
    <w:p>
      <w:pPr>
        <w:jc w:val="right"/>
      </w:pPr>
      <w:r>
        <w:t>جانتے ہیں کیا کہا انہوں نے؟ سید جواد افغانی نے ان کہا: "انما انت مسبت۔" جواد الدین افغانی نے مفتی مبدو سے کہا، مفتی محمد عبدہ سے کہ: "انما انت مسبت کہ تم تو بزدلی کی باتیں کرتے ہو،</w:t>
      </w:r>
    </w:p>
    <w:p>
      <w:r>
        <w:rPr>
          <w:b/>
        </w:rPr>
        <w:t xml:space="preserve">[49:55] </w:t>
      </w:r>
      <w:r>
        <w:t>tum toh buzadli ki batein karte ho." yani political takrao ko chhod kar ke education ka kaam karna un ke andar aik buzadli thi, da'o work karna un ke andar aik buzadli thi, constantly work karna un ke liye buzadli thi,</w:t>
      </w:r>
    </w:p>
    <w:p>
      <w:pPr>
        <w:jc w:val="right"/>
      </w:pPr>
      <w:r>
        <w:t>تم تو بزدلی کی باتیں کرتے ہو۔" یعنی پولیٹیکل ٹکراؤ کو چھوڑ کر کے ایجوکیشن کا کام کرنا ان کے اندر ایک بزدلی تھی، داؤ ورک کرنا ان کے اندر ایک بزدلی تھی، کانسٹنٹلی ورک کرنا ان کے لیے بزدلی تھی،</w:t>
      </w:r>
    </w:p>
    <w:p>
      <w:r>
        <w:rPr>
          <w:b/>
        </w:rPr>
        <w:t xml:space="preserve">[50:09] </w:t>
      </w:r>
      <w:r>
        <w:t>science ki harkaton ko jan kar ke us ke zariye se islam ki sachaiyon ko re-establish karna yeh buzadli thi. unhon ne kaha: "inma anta musibat." meem se be to</w:t>
      </w:r>
    </w:p>
    <w:p>
      <w:pPr>
        <w:jc w:val="right"/>
      </w:pPr>
      <w:r>
        <w:t>سائنس کی حرکتوں کو جان کر کے اس کے ذریعے سے اسلام کی سچائیوں کو ری اسٹیبلش کرنا یہ بزدلی تھی۔ انہوں نے کہا: "انما انت مسبت۔" میم سے بے تو</w:t>
      </w:r>
    </w:p>
    <w:p>
      <w:r>
        <w:rPr>
          <w:b/>
        </w:rPr>
        <w:t xml:space="preserve">[50:24] </w:t>
      </w:r>
      <w:r>
        <w:t>yeh halat hui hai hamare baray baray jo mind hui paidaish zamane mein in ki.</w:t>
      </w:r>
    </w:p>
    <w:p>
      <w:pPr>
        <w:jc w:val="right"/>
      </w:pPr>
      <w:r>
        <w:t>یہ حالت ہوئی ہے ہمارے بڑے بڑے جو مائنڈ ہوئی پیدائش زمانے میں ان کی۔</w:t>
      </w:r>
    </w:p>
    <w:p>
      <w:r>
        <w:rPr>
          <w:b/>
        </w:rPr>
        <w:t xml:space="preserve">[50:34] </w:t>
      </w:r>
      <w:r>
        <w:t>toh</w:t>
      </w:r>
    </w:p>
    <w:p>
      <w:pPr>
        <w:jc w:val="right"/>
      </w:pPr>
      <w:r>
        <w:t>تو</w:t>
      </w:r>
    </w:p>
    <w:p>
      <w:r>
        <w:rPr>
          <w:b/>
        </w:rPr>
        <w:t xml:space="preserve">[50:38] </w:t>
      </w:r>
      <w:r>
        <w:t>hum jo kaam kar rahe hain, us ko aap us waqt samajh payenge jab aap background ko samjhein, background ko samjhein.</w:t>
      </w:r>
    </w:p>
    <w:p>
      <w:pPr>
        <w:jc w:val="right"/>
      </w:pPr>
      <w:r>
        <w:t>ہم جو کام کر رہے ہیں، اس کو آپ اس وقت سمجھ پائیں گے جب آپ بیک گراؤنڈ کو سمجھیں، بیک گراؤنڈ کو سمجھیں۔</w:t>
      </w:r>
    </w:p>
    <w:p>
      <w:r>
        <w:rPr>
          <w:b/>
        </w:rPr>
        <w:t xml:space="preserve">[50:50] </w:t>
      </w:r>
      <w:r>
        <w:t>aur yeh jo kaam hai, yeh bheed ke zariye nahi ho sakta, yeh bheed se nahi ho sakta.</w:t>
      </w:r>
    </w:p>
    <w:p>
      <w:pPr>
        <w:jc w:val="right"/>
      </w:pPr>
      <w:r>
        <w:t>اور یہ جو کام ہے، یہ بھیڑ کے ذریعے نہیں ہو سکتا، یہ بھیڑ سے نہیں ہو سکتا۔</w:t>
      </w:r>
    </w:p>
    <w:p>
      <w:r>
        <w:rPr>
          <w:b/>
        </w:rPr>
        <w:t xml:space="preserve">[50:57] </w:t>
      </w:r>
      <w:r>
        <w:t>bheed toh aap jante hain ke yeh aik tabdeeli jamaat hai, us ke sath bara bheed akatha hai, lakhon ke sath karoron log us ke akatha hain us ke peechay.</w:t>
      </w:r>
    </w:p>
    <w:p>
      <w:pPr>
        <w:jc w:val="right"/>
      </w:pPr>
      <w:r>
        <w:t>بھیڑ تو آپ جانتے ہیں کہ یہ ایک تبدیلی جماعت ہے، اس کے ساتھ بڑا بھیڑ اکٹھا ہے، لاکھوں کے ساتھ کروڑوں لوگ اس کے اکٹھا ہیں اس کے پیچھے۔</w:t>
      </w:r>
    </w:p>
    <w:p>
      <w:r>
        <w:rPr>
          <w:b/>
        </w:rPr>
        <w:t xml:space="preserve">[51:07] </w:t>
      </w:r>
      <w:r>
        <w:t>aur kaam kuch bhi nahi, yahan ana, wahan jana, yahan ana, wahan jana, yeh ho raha hai, kuch bhi nahi ho raha hai. kaam bheed se kuch nahi hota.</w:t>
      </w:r>
    </w:p>
    <w:p>
      <w:pPr>
        <w:jc w:val="right"/>
      </w:pPr>
      <w:r>
        <w:t>اور کام کچھ بھی نہیں، یہاں آنا، وہاں جانا، یہاں آنا، وہاں جانا، یہ ہو رہا ہے، کچھ بھی نہیں ہو رہا ہے۔ کام بھیڑ سے کچھ نہیں ہوتا۔</w:t>
      </w:r>
    </w:p>
    <w:p>
      <w:r>
        <w:rPr>
          <w:b/>
        </w:rPr>
        <w:t xml:space="preserve">[51:21] </w:t>
      </w:r>
      <w:r>
        <w:t>toh yeh is tarah ki aik team banana aik bohat hi bari sacrifice chahta hai. woh sacrifice yeh ke aap apne aap ko har apne ko fame se, crowd se, stage se idhar udhar numayan hotay hain, aap us se har cheez se apne aap ko kaat saken.</w:t>
      </w:r>
    </w:p>
    <w:p>
      <w:pPr>
        <w:jc w:val="right"/>
      </w:pPr>
      <w:r>
        <w:t>تو یہ اس طرح کی ایک ٹیم بنانا ایک بہت ہی بڑی سیکریفائس چاہتا ہے۔ وہ سیکریفائس یہ کہ آپ اپنے آپ کو ہر اپنے کو فیم سے، کراؤڈ سے، اسٹیج سے ادھر ادھر نمایاں ہوتے ہیں، آپ اس سے ہر چیز سے اپنے آپ کو کاٹ سکیں۔</w:t>
      </w:r>
    </w:p>
    <w:p>
      <w:r>
        <w:rPr>
          <w:b/>
        </w:rPr>
        <w:t xml:space="preserve">[51:49] </w:t>
      </w:r>
      <w:r>
        <w:t>mere pas barabar hi invitation ati hai idhar udhar ke mein kahin jata nahi, halankay log afford nahi kar sakte ke na jayein wahan par. jayenge wahan aik stage milega, aik crowd milega, aur taqreer karenge wahan par, haar padhayenge jayenge, aur yeh hoga, woh hoga.</w:t>
      </w:r>
    </w:p>
    <w:p>
      <w:pPr>
        <w:jc w:val="right"/>
      </w:pPr>
      <w:r>
        <w:t>میرے پاس برابر ہی انویٹیشن آتی ہے ادھر ادھر کہ میں کہیں جاتا نہیں، حالانکہ لوگ افورڈ نہیں کر سکتے کہ نہ جائیں وہاں پر۔ جائیں گے وہاں ایک اسٹیج ملے گا، ایک کراؤڈ ملے گا، اور تقریر کریں گے وہاں پر، ہار پڑھائیں جائیں گے، اور یہ ہوگا، وہ ہوگا۔</w:t>
      </w:r>
    </w:p>
    <w:p>
      <w:r>
        <w:rPr>
          <w:b/>
        </w:rPr>
        <w:t xml:space="preserve">[52:05] </w:t>
      </w:r>
      <w:r>
        <w:t>toh is wajah se yeh log kabhi koi team nahi bana paate. fame mein jeete hain, fame mein mar jatay hain. aik aadmi fame mein jeeta hai aur fame mein mar jata hai,</w:t>
      </w:r>
    </w:p>
    <w:p>
      <w:pPr>
        <w:jc w:val="right"/>
      </w:pPr>
      <w:r>
        <w:t>تو اس وجہ سے یہ لوگ کبھی کوئی ٹیم نہیں بنا پاتے۔ فیم میں جیتے ہیں، فیم میں مر جاتے ہیں۔ ایک آدمی فیم میں جیتا ہے اور فیم میں مر جاتا ہے،</w:t>
      </w:r>
    </w:p>
    <w:p>
      <w:r>
        <w:rPr>
          <w:b/>
        </w:rPr>
        <w:t xml:space="preserve">[52:17] </w:t>
      </w:r>
      <w:r>
        <w:t>apne peechay koi team nahi chhodta.</w:t>
      </w:r>
    </w:p>
    <w:p>
      <w:pPr>
        <w:jc w:val="right"/>
      </w:pPr>
      <w:r>
        <w:t>اپنے پیچھے کوئی ٹیم نہیں چھوڑتا۔</w:t>
      </w:r>
    </w:p>
    <w:p>
      <w:r>
        <w:rPr>
          <w:b/>
        </w:rPr>
        <w:t xml:space="preserve">[52:23] </w:t>
      </w:r>
      <w:r>
        <w:t>iqbal ne mashhoor shair un ka hai kaha tha ke: "sarood rafta baaz aayat ke nayat, naseem az hijaz aayat ke nayat, salamat rozgar faqeer deegar danaye raaz aayat ke nayat." yani iqbal ke baad doosra iqbal paida hoga ya nahi?</w:t>
      </w:r>
    </w:p>
    <w:p>
      <w:pPr>
        <w:jc w:val="right"/>
      </w:pPr>
      <w:r>
        <w:t>اقبال نے مشہور شعر ان کا ہے کہا تھا کہ: "سرود رفتہ بعض آیت کے نایت، نسیم از حجاز آیت کے نایت، سلامت روزگار فقیر دیگر دانائے راز آیت کے نایت۔" یعنی اقبال کے بعد دوسرا اقبال پیدا ہوگا یا نہیں؟</w:t>
      </w:r>
    </w:p>
    <w:p>
      <w:r>
        <w:rPr>
          <w:b/>
        </w:rPr>
        <w:t xml:space="preserve">[52:41] </w:t>
      </w:r>
      <w:r>
        <w:t>baqaida doosre iqbal ki zaroorat hi kya hai? doosri team ki zaroorat hai.</w:t>
      </w:r>
    </w:p>
    <w:p>
      <w:pPr>
        <w:jc w:val="right"/>
      </w:pPr>
      <w:r>
        <w:t>باقاعدہ دوسرے اقبال کی ضرورت ہی کیا ہے؟ دوسری ٹیم کی ضرورت ہے۔</w:t>
      </w:r>
    </w:p>
    <w:p>
      <w:r>
        <w:rPr>
          <w:b/>
        </w:rPr>
        <w:t xml:space="preserve">[52:47] </w:t>
      </w:r>
      <w:r>
        <w:t>iqbal ke baad doosre iqbal ki zaroorat nahi hai, waheeduddin ke baad doosre waheeduddin ki zaroorat nahi hai. team ki zaroorat hai, team jo institutionalized way mein kaam kare.</w:t>
      </w:r>
    </w:p>
    <w:p>
      <w:pPr>
        <w:jc w:val="right"/>
      </w:pPr>
      <w:r>
        <w:t>اقبال کے بعد دوسرے اقبال کی ضرورت نہیں ہے، وحید الدین کے بعد دوسرے وحید الدین کی ضرورت نہیں ہے۔ ٹیم کی ضرورت ہے، ٹیم جو انسٹیٹیوشنلائزڈ وے میں کام کرے۔</w:t>
      </w:r>
    </w:p>
    <w:p>
      <w:r>
        <w:rPr>
          <w:b/>
        </w:rPr>
        <w:t xml:space="preserve">[53:00] </w:t>
      </w:r>
      <w:r>
        <w:t>kisi individual ka, jaisa ke maine arz kiya, ek individual kaam hai ke woh ideology de sake. ideology, agar ideology de diya aap ne to team is ko le ke aage badhegi.</w:t>
      </w:r>
    </w:p>
    <w:p>
      <w:pPr>
        <w:jc w:val="right"/>
      </w:pPr>
      <w:r>
        <w:t>کسی انڈیویجول کا، جیسا کہ میں نے عرض کیا، ایک انڈیویجول کام ہے کہ وہ آئیڈیالوجی دے سکے۔ آئیڈیالوجی، اگر آئیڈیالوجی دے دیا آپ نے تو ٹیم اس کو لے کے آگے بڑھے گی۔</w:t>
      </w:r>
    </w:p>
    <w:p>
      <w:r>
        <w:rPr>
          <w:b/>
        </w:rPr>
        <w:t xml:space="preserve">[53:15] </w:t>
      </w:r>
      <w:r>
        <w:t>yeh jo model hai hamare kaam ka, is ko samajhne ke liye main aap ko do example dunga.</w:t>
      </w:r>
    </w:p>
    <w:p>
      <w:pPr>
        <w:jc w:val="right"/>
      </w:pPr>
      <w:r>
        <w:t>یہ جو ماڈل ہے ہمارے کام کا، اس کو سمجھنے کے لیے میں آپ کو دو ایگزامپل دوں گا۔</w:t>
      </w:r>
    </w:p>
    <w:p>
      <w:r>
        <w:rPr>
          <w:b/>
        </w:rPr>
        <w:t xml:space="preserve">[53:24] </w:t>
      </w:r>
      <w:r>
        <w:t>is model par sab se pehle kaam kiya tha rasool Allah sal Allah alaihi wasallam ne.</w:t>
      </w:r>
    </w:p>
    <w:p>
      <w:pPr>
        <w:jc w:val="right"/>
      </w:pPr>
      <w:r>
        <w:t>اس ماڈل پر سب سے پہلے کام کیا تھا رسول اللہ صلی اللہ علیہ وسلم نے۔</w:t>
      </w:r>
    </w:p>
    <w:p>
      <w:r>
        <w:rPr>
          <w:b/>
        </w:rPr>
        <w:t xml:space="preserve">[53:31] </w:t>
      </w:r>
      <w:r>
        <w:t>rasool Allah sal Allah alaihi wasallam ne hadith mein aata hai, aap ashabe ka lafz aata hai, jis cheez hum jis cheez ke liye aap lafz team bolte hain, us ke liye hadith mein aata hai ashabe.</w:t>
      </w:r>
    </w:p>
    <w:p>
      <w:pPr>
        <w:jc w:val="right"/>
      </w:pPr>
      <w:r>
        <w:t>رسول اللہ صلی اللہ علیہ وسلم نے حدیث میں آتا ہے، آپ اصحابہ کا لفظ آتا ہے، جس چیز ہم جس چیز کے لیے آپ لفظ ٹیم بولتے ہیں، اس کے لیے حدیث میں آتا ہے اصحابہ۔</w:t>
      </w:r>
    </w:p>
    <w:p>
      <w:r>
        <w:rPr>
          <w:b/>
        </w:rPr>
        <w:t xml:space="preserve">[53:45] </w:t>
      </w:r>
      <w:r>
        <w:t>to aap jante hain ke jab badr ki ladai hui thi to wahan par kul 313 aadmi the, sirf 313.</w:t>
      </w:r>
    </w:p>
    <w:p>
      <w:pPr>
        <w:jc w:val="right"/>
      </w:pPr>
      <w:r>
        <w:t>تو آپ جانتے ہیں کہ جب بدر کی لڑائی ہوئی تھی تو وہاں پر کل 313 آدمی تھے، صرف 313۔</w:t>
      </w:r>
    </w:p>
    <w:p>
      <w:r>
        <w:rPr>
          <w:b/>
        </w:rPr>
        <w:t xml:space="preserve">[53:55] </w:t>
      </w:r>
      <w:r>
        <w:t>wo takra gaye the un logon se, 313, 313 aadmi.</w:t>
      </w:r>
    </w:p>
    <w:p>
      <w:pPr>
        <w:jc w:val="right"/>
      </w:pPr>
      <w:r>
        <w:t>وہ ٹکرا گئے تھے ان لوگوں سے، 313، 313 آدمی۔</w:t>
      </w:r>
    </w:p>
    <w:p>
      <w:r>
        <w:rPr>
          <w:b/>
        </w:rPr>
        <w:t xml:space="preserve">[54:05] </w:t>
      </w:r>
      <w:r>
        <w:t>to wo log bohat taqatwar the, un ke wo number mein bhi zyada the, har lehaz se zyada the wo. aur yeh 313 the, un ke muqable mein bohat hi kam the.</w:t>
      </w:r>
    </w:p>
    <w:p>
      <w:pPr>
        <w:jc w:val="right"/>
      </w:pPr>
      <w:r>
        <w:t>تو وہ لوگ بہت طاقتور تھے، ان کے وہ نمبر میں بھی زیادہ تھے، ہر لحاظ سے زیادہ تھے وہ۔ اور یہ 313 تھے، ان کے مقابلے میں بہت ہی کم تھے۔</w:t>
      </w:r>
    </w:p>
    <w:p>
      <w:r>
        <w:rPr>
          <w:b/>
        </w:rPr>
        <w:t xml:space="preserve">[54:17] </w:t>
      </w:r>
      <w:r>
        <w:t>to aata hai kitabon mein ke rasool Allah sal Allah alaihi wasallam us waqt sajde mein gir pade, sajde mein gir pade. aap ro rahe the, ro rahe the.</w:t>
      </w:r>
    </w:p>
    <w:p>
      <w:pPr>
        <w:jc w:val="right"/>
      </w:pPr>
      <w:r>
        <w:t>تو آتا ہے کتابوں میں کہ رسول اللہ صلی اللہ علیہ وسلم اس وقت سجدے میں گر پڑے، سجدے میں گر پڑے۔ آپ رو رہے تھے، رو رہے تھے۔</w:t>
      </w:r>
    </w:p>
    <w:p>
      <w:r>
        <w:rPr>
          <w:b/>
        </w:rPr>
        <w:t xml:space="preserve">[54:27] </w:t>
      </w:r>
      <w:r>
        <w:t>aap keh rahe the: "Allah in ashabe la tuqtabad fi al arz."</w:t>
      </w:r>
    </w:p>
    <w:p>
      <w:pPr>
        <w:jc w:val="right"/>
      </w:pPr>
      <w:r>
        <w:t>آپ کہہ رہے تھے: "اللہ ان اصحابہ لا توبت بعد فی الارض۔"</w:t>
      </w:r>
    </w:p>
    <w:p>
      <w:r>
        <w:rPr>
          <w:b/>
        </w:rPr>
        <w:t xml:space="preserve">[54:35] </w:t>
      </w:r>
      <w:r>
        <w:t>aap ro rahe the aur yeh keh rahe the: "ae Allah! agar yeh team khatm ho gayi to is ke baad qayamat tak teri parastish nahi hogi, teri ibadat nahi hogi." is ka matlab kya tha ke rasool Allah sal Allah alaihi wasallam ne ek ideology di, is ideology ke tehat ek team bani.</w:t>
      </w:r>
    </w:p>
    <w:p>
      <w:pPr>
        <w:jc w:val="right"/>
      </w:pPr>
      <w:r>
        <w:t>آپ رو رہے تھے اور یہ کہہ رہے تھے: "اے اللہ! اگر یہ ٹیم ختم ہوگئی تو اس کے بعد قیامت تک تیری پرستش نہیں ہوگی، تیری عبادت نہیں ہوگی۔" اس کا مطلب کیا تھا کہ رسول اللہ صلی اللہ علیہ وسلم نے ایک آئیڈیالوجی دی، اس آئیڈیالوجی کے تحت ایک ٹیم بنی۔</w:t>
      </w:r>
    </w:p>
    <w:p>
      <w:r>
        <w:rPr>
          <w:b/>
        </w:rPr>
        <w:t xml:space="preserve">[55:02] </w:t>
      </w:r>
      <w:r>
        <w:t>rasool Allah sal Allah alaihi wasallam ne ideology di, ideology of tauheed. is ke upar ek team bani jo 313 aadmi is mein the.</w:t>
      </w:r>
    </w:p>
    <w:p>
      <w:pPr>
        <w:jc w:val="right"/>
      </w:pPr>
      <w:r>
        <w:t>رسول اللہ صلی اللہ علیہ وسلم نے آئیڈیالوجی دی، آئیڈیالوجی آف توحید۔ اس کے اوپر ایک ٹیم بنی جو 313 آدمی اس میں تھے۔</w:t>
      </w:r>
    </w:p>
    <w:p>
      <w:r>
        <w:rPr>
          <w:b/>
        </w:rPr>
        <w:t xml:space="preserve">[55:10] </w:t>
      </w:r>
      <w:r>
        <w:t>wo phir baat ko padhe, yeh is ko aage badhane wale the, is ideology ko le kar is ko aage badhne wale the, poori duniya mein phailane wale the, is ko spread karne wale the.</w:t>
      </w:r>
    </w:p>
    <w:p>
      <w:pPr>
        <w:jc w:val="right"/>
      </w:pPr>
      <w:r>
        <w:t>وہ پھر بات کو پڑھے، یہ اس کو آگے بڑھانے والے تھے، اس آئیڈیالوجی کو لے کر اس کو آگے بڑھنے والے تھے، پوری دنیا میں پھیلانے والے تھے، اس کو اسپریڈ کرنے والے تھے۔</w:t>
      </w:r>
    </w:p>
    <w:p>
      <w:r>
        <w:rPr>
          <w:b/>
        </w:rPr>
        <w:t xml:space="preserve">[55:22] </w:t>
      </w:r>
      <w:r>
        <w:t>wo</w:t>
      </w:r>
    </w:p>
    <w:p>
      <w:pPr>
        <w:jc w:val="right"/>
      </w:pPr>
      <w:r>
        <w:t>وہ</w:t>
      </w:r>
    </w:p>
    <w:p>
      <w:r>
        <w:rPr>
          <w:b/>
        </w:rPr>
        <w:t xml:space="preserve">[55:25] </w:t>
      </w:r>
      <w:r>
        <w:t>to ideology ke sath, ideology ke baad yeh team agar work na kar sake, yahan dafan ho jaye badr ke maidan mein to aage kaam khatm.</w:t>
      </w:r>
    </w:p>
    <w:p>
      <w:pPr>
        <w:jc w:val="right"/>
      </w:pPr>
      <w:r>
        <w:t>تو آئیڈیالوجی کے ساتھ، آئیڈیالوجی کے بعد یہ ٹیم اگر ورک نہ کر سکے، یہاں دفن ہو جائے بدر کے میدان میں تو آگے کام ختم۔</w:t>
      </w:r>
    </w:p>
    <w:p>
      <w:r>
        <w:rPr>
          <w:b/>
        </w:rPr>
        <w:t xml:space="preserve">[55:38] </w:t>
      </w:r>
      <w:r>
        <w:t>to ideology ke liye ek group chahiye, ek team chahiye. ideology ke liye ek ek insan ideology de deta hai, bas kaam khatm ho gaya is ka.</w:t>
      </w:r>
    </w:p>
    <w:p>
      <w:pPr>
        <w:jc w:val="right"/>
      </w:pPr>
      <w:r>
        <w:t>تو آئیڈیالوجی کے لیے ایک گروپ چاہیے، ایک ٹیم چاہیے۔ آئیڈیالوجی کے لیے ایک ایک انسان آئیڈیالوجی دے دیتا ہے، بس کام ختم ہو گیا اس کا۔</w:t>
      </w:r>
    </w:p>
    <w:p>
      <w:r>
        <w:rPr>
          <w:b/>
        </w:rPr>
        <w:t xml:space="preserve">[55:48] </w:t>
      </w:r>
      <w:r>
        <w:t>is ke baad ek team chahiye, lekin team banti hai bohat hi mushkil se.</w:t>
      </w:r>
    </w:p>
    <w:p>
      <w:pPr>
        <w:jc w:val="right"/>
      </w:pPr>
      <w:r>
        <w:t>اس کے بعد ایک ٹیم چاہیے، لیکن ٹیم بنتی ہے بہت ہی مشکل سے۔</w:t>
      </w:r>
    </w:p>
    <w:p>
      <w:r>
        <w:rPr>
          <w:b/>
        </w:rPr>
        <w:t xml:space="preserve">[55:53] </w:t>
      </w:r>
      <w:r>
        <w:t>fasbir nafsaka ma'al alladhina ittaqu Quran majeed mein hai. fasbir nafsaka ma'al alladhina ittaqu apne aap ko sabr ke sath jode raho un logon ke sath.</w:t>
      </w:r>
    </w:p>
    <w:p>
      <w:pPr>
        <w:jc w:val="right"/>
      </w:pPr>
      <w:r>
        <w:t>فصل نفس کا مال الذین اتقوا قرآن مجید میں ہے۔ فصل نفس کا مال الذین اتقوا اپنے آپ کو صبر کے ساتھ جوڑے رہو ان لوگوں کے ساتھ۔</w:t>
      </w:r>
    </w:p>
    <w:p>
      <w:r>
        <w:rPr>
          <w:b/>
        </w:rPr>
        <w:t xml:space="preserve">[56:02] </w:t>
      </w:r>
      <w:r>
        <w:t>har cheez kat kar, har cheez ko nazar andaz kar ke, har cheez ko ignore kar ke. fasbir nafsaka ma'al alladhina ittaqu</w:t>
      </w:r>
    </w:p>
    <w:p>
      <w:pPr>
        <w:jc w:val="right"/>
      </w:pPr>
      <w:r>
        <w:t>ہر چیز کٹ کر، ہر چیز کو نظر انداز کر کے، ہر چیز کو اگنور کر کے۔ فصل نفس کا مال الذین اتقوا</w:t>
      </w:r>
    </w:p>
    <w:p>
      <w:r>
        <w:rPr>
          <w:b/>
        </w:rPr>
        <w:t xml:space="preserve">[56:12] </w:t>
      </w:r>
      <w:r>
        <w:t>kitne sare temptation aayenge, kitne sare doosre taqaze aayenge, kitni doosri pukarein aayengi. sab ko ignore kar ke is ke sath jude raho.</w:t>
      </w:r>
    </w:p>
    <w:p>
      <w:pPr>
        <w:jc w:val="right"/>
      </w:pPr>
      <w:r>
        <w:t>کتنے سارے ٹیمپٹیشن آئیں گے، کتنے سارے دوسرے تقاضے آئیں گے، کتنی دوسری پکاریں آئیں گی۔ سب کو اگنور کر کے اس کے ساتھ جڑے رہو۔</w:t>
      </w:r>
    </w:p>
    <w:p>
      <w:r>
        <w:rPr>
          <w:b/>
        </w:rPr>
        <w:t xml:space="preserve">[56:21] </w:t>
      </w:r>
      <w:r>
        <w:t>yeh thode se log jo hain, kyunke jab yeh thode se log ban jayenge, ek team ban jayegi to phir wo aage badhati rahegi is ko.</w:t>
      </w:r>
    </w:p>
    <w:p>
      <w:pPr>
        <w:jc w:val="right"/>
      </w:pPr>
      <w:r>
        <w:t>یہ تھوڑے سے لوگ جو ہیں، کیونکہ جب یہ تھوڑے سے لوگ بن جائیں گے، ایک ٹیم بن جائے گی تو پھر وہ آگے بڑھاتی رہے گی اس کو۔</w:t>
      </w:r>
    </w:p>
    <w:p>
      <w:r>
        <w:rPr>
          <w:b/>
        </w:rPr>
        <w:t xml:space="preserve">[56:32] </w:t>
      </w:r>
      <w:r>
        <w:t>to yeh kaam hum kar rahe hain, jis ko hum kehte hain ashabe model. is</w:t>
      </w:r>
    </w:p>
    <w:p>
      <w:pPr>
        <w:jc w:val="right"/>
      </w:pPr>
      <w:r>
        <w:t>تو یہ کام ہم کر رہے ہیں، جس کو ہم کہتے ہیں اصحابہ ماڈل۔ اس</w:t>
      </w:r>
    </w:p>
    <w:p>
      <w:r>
        <w:rPr>
          <w:b/>
        </w:rPr>
        <w:t xml:space="preserve">[56:38] </w:t>
      </w:r>
      <w:r>
        <w:t>model par main bataun ke history mein koi misaal is ki nahi hai, siwaye ek misaal mujhe milti hai jo partial sense mein unhone is ko dohraya.</w:t>
      </w:r>
    </w:p>
    <w:p>
      <w:pPr>
        <w:jc w:val="right"/>
      </w:pPr>
      <w:r>
        <w:t>ماڈل پر میں بتاؤں کہ ہسٹری میں کوئی مثال اس کی نہیں ہے، سوائے ایک مثال مجھے ملتی ہے جو پارشل سینس میں انہوں نے اس کو دہرایا۔</w:t>
      </w:r>
    </w:p>
    <w:p>
      <w:r>
        <w:rPr>
          <w:b/>
        </w:rPr>
        <w:t xml:space="preserve">[56:49] </w:t>
      </w:r>
      <w:r>
        <w:t>wo secular misaal hai, wo wo hai fabian society. musalmanon mein to kabhi dobara yeh kaam nahi hua. rasool Allah ke baad kabhi bhi musalmanon ke sath mein nahi utha jis ne phir ashabe banaya ho, phir team banayi ho, phir group banaya ho.</w:t>
      </w:r>
    </w:p>
    <w:p>
      <w:pPr>
        <w:jc w:val="right"/>
      </w:pPr>
      <w:r>
        <w:t>وہ سیکولر مثال ہے، وہ وہ ہے فیبین سوسائٹی۔ مسلمانوں میں تو کبھی دوبارہ یہ کام نہیں ہوا۔ رسول اللہ کے بعد کبھی بھی مسلمانوں کے ساتھ میں نہیں اٹھا جس نے پھر اصحابہ بنایا ہو، پھر ٹیم بنائی ہو، پھر گروپ بنایا ہو۔</w:t>
      </w:r>
    </w:p>
    <w:p>
      <w:r>
        <w:rPr>
          <w:b/>
        </w:rPr>
        <w:t xml:space="preserve">[57:05] </w:t>
      </w:r>
      <w:r>
        <w:t>lekin bartania, bretan mein, bretan mein is ki aik partial misaal mujhe milti hai, woh hai fabian society. fabian society ashabah ke model par thi.</w:t>
      </w:r>
    </w:p>
    <w:p>
      <w:pPr>
        <w:jc w:val="right"/>
      </w:pPr>
      <w:r>
        <w:t>لیکن برطانیہ، برٹن میں، برٹن میں اس کی ایک پارشل مثال مجھے ملتی ہے، وہ ہے فیبین سوسائٹی۔ فیبین سوسائٹی اصحابہ کے ماڈل پر تھی۔</w:t>
      </w:r>
    </w:p>
    <w:p>
      <w:r>
        <w:rPr>
          <w:b/>
        </w:rPr>
        <w:t xml:space="preserve">[57:17] </w:t>
      </w:r>
      <w:r>
        <w:t>woh aik choti si team banai, unhon ne samajh samajh samajhdaar logon ki. yahi team hai jo fabian society ki, jis ne 47 mein india ko azaad kiya.</w:t>
      </w:r>
    </w:p>
    <w:p>
      <w:pPr>
        <w:jc w:val="right"/>
      </w:pPr>
      <w:r>
        <w:t>وہ ایک چھوٹی سی ٹیم بنائی، انہوں نے سمجھ سمجھ سمجھدار لوگوں کی۔ یہی ٹیم ہے جو فیبین سوسائٹی کی، جس نے 47 میں انڈیا کو آزاد کیا۔</w:t>
      </w:r>
    </w:p>
    <w:p>
      <w:r>
        <w:rPr>
          <w:b/>
        </w:rPr>
        <w:t xml:space="preserve">[57:30] </w:t>
      </w:r>
      <w:r>
        <w:t>dekhiye, india ko baghair larai bhare azaad karna yeh aik bohat hi bara faisla tha, jo british empire ko lena tha.</w:t>
      </w:r>
    </w:p>
    <w:p>
      <w:pPr>
        <w:jc w:val="right"/>
      </w:pPr>
      <w:r>
        <w:t>دیکھیے، انڈیا کو بغیر لڑے بھڑے آزاد کرنا یہ ایک بہت ہی بڑا فیصلہ تھا، جو برٹش ایمپائر کو لینا تھا۔</w:t>
      </w:r>
    </w:p>
    <w:p>
      <w:r>
        <w:rPr>
          <w:b/>
        </w:rPr>
        <w:t xml:space="preserve">[57:40] </w:t>
      </w:r>
      <w:r>
        <w:t>british empire ko aik bohat bara faisla lena tha ke india ko baghair larai bhare azaad kar de. woh to fabian society ke jo log thay, lord atlee jo tha, usi ka member tha.</w:t>
      </w:r>
    </w:p>
    <w:p>
      <w:pPr>
        <w:jc w:val="right"/>
      </w:pPr>
      <w:r>
        <w:t>برٹش ایمپائر کو ایک بہت بڑا فیصلہ لینا تھا کہ انڈیا کو بغیر لڑے بھڑے آزاد کر دے۔ وہ تو فیبین سوسائٹی کے جو لوگ تھے، لارڈ ایٹلی جو تھا، اسی کا ممبر تھا۔</w:t>
      </w:r>
    </w:p>
    <w:p>
      <w:r>
        <w:rPr>
          <w:b/>
        </w:rPr>
        <w:t xml:space="preserve">[57:53] </w:t>
      </w:r>
      <w:r>
        <w:t>woh inhi logon ne yeh faisla diya.</w:t>
      </w:r>
    </w:p>
    <w:p>
      <w:pPr>
        <w:jc w:val="right"/>
      </w:pPr>
      <w:r>
        <w:t>وہ انہی لوگوں نے یہ فیصلہ دیا۔</w:t>
      </w:r>
    </w:p>
    <w:p>
      <w:r>
        <w:rPr>
          <w:b/>
        </w:rPr>
        <w:t xml:space="preserve">[57:56] </w:t>
      </w:r>
      <w:r>
        <w:t>aur aaj jante hain ke aaj bretan ka interest aaj jitna zyada india mein hai, kisi country ka nahi hai. sare interest in ke yahan pe preserve hain.</w:t>
      </w:r>
    </w:p>
    <w:p>
      <w:pPr>
        <w:jc w:val="right"/>
      </w:pPr>
      <w:r>
        <w:t>اور آج جانتے ہیں کہ آج برٹن کا انٹرسٹ آج جتنا زیادہ انڈیا میں ہے، کسی کنٹری کا نہیں ہے۔ سارے انٹرسٹ ان کے یہاں پہ پریزرو ہیں۔</w:t>
      </w:r>
    </w:p>
    <w:p>
      <w:r>
        <w:rPr>
          <w:b/>
        </w:rPr>
        <w:t xml:space="preserve">[58:07] </w:t>
      </w:r>
      <w:r>
        <w:t>itne bare paimane par india in ka aaj bhi bhi economy ke liye in ke hath mein hai. kyun? unhon ne itna wise yani decision liya 47 mein, yeh fabian society ne kiya.</w:t>
      </w:r>
    </w:p>
    <w:p>
      <w:pPr>
        <w:jc w:val="right"/>
      </w:pPr>
      <w:r>
        <w:t>اتنے بڑے پیمانے پر انڈیا ان کا آج بھی بھی اکانومی کے لیے ان کے ہاتھ میں ہے۔ کیوں؟ انہوں نے اتنا وائز یعنی ڈیسیژن لیا 47 میں، یہ فیبین سوسائٹی نے کیا۔</w:t>
      </w:r>
    </w:p>
    <w:p>
      <w:r>
        <w:rPr>
          <w:b/>
        </w:rPr>
        <w:t xml:space="preserve">[58:21] </w:t>
      </w:r>
      <w:r>
        <w:t>to fabian society jo thi, maine dekha, woh ashabah model ka aik aik chota sa namoona hai baad ke zamane mein.</w:t>
      </w:r>
    </w:p>
    <w:p>
      <w:pPr>
        <w:jc w:val="right"/>
      </w:pPr>
      <w:r>
        <w:t>تو فیبین سوسائٹی جو تھی، میں نے دیکھا، وہ اصحابہ ماڈل کا ایک ایک چھوٹا سا نمونہ ہے بعد کے زمانے میں۔</w:t>
      </w:r>
    </w:p>
    <w:p>
      <w:r>
        <w:rPr>
          <w:b/>
        </w:rPr>
        <w:t xml:space="preserve">[58:33] </w:t>
      </w:r>
      <w:r>
        <w:t>ab jo hai, ab hum isi namoone ko, inhe ashabah model par, hum yeh yeh yeh bana rahe hain. kaam isi ashabah model par.</w:t>
      </w:r>
    </w:p>
    <w:p>
      <w:pPr>
        <w:jc w:val="right"/>
      </w:pPr>
      <w:r>
        <w:t>اب جو ہے، اب ہم اسی نمونے کو، انہیں اصحابہ ماڈل پر، ہم یہ یہ یہ بنا رہے ہیں۔ کام اسی اصحابہ ماڈل پر۔</w:t>
      </w:r>
    </w:p>
    <w:p>
      <w:r>
        <w:rPr>
          <w:b/>
        </w:rPr>
        <w:t xml:space="preserve">[58:48] </w:t>
      </w:r>
      <w:r>
        <w:t>aik hadith hai, yahan mein aap ko aik hadith sunaoon jo bohat hi zyada sochne wali hadith hai. hadith mein aata hai ke: "niam al-majlis majlis yanshur fihi al-hikmah." niam al-majlis majlis yanshur fihi al-hikmah.</w:t>
      </w:r>
    </w:p>
    <w:p>
      <w:pPr>
        <w:jc w:val="right"/>
      </w:pPr>
      <w:r>
        <w:t>ایک حدیث ہے، یہاں میں آپ کو ایک حدیث سناؤں جو بہت ہی زیادہ سوچنے والی حدیث ہے۔ حدیث میں آتا ہے کہ: "نعم المجلس مجلسینشر فیہ الحکمہ۔" نعم المجلس مجلسینشر فیہ الحکمہ۔</w:t>
      </w:r>
    </w:p>
    <w:p>
      <w:r>
        <w:rPr>
          <w:b/>
        </w:rPr>
        <w:t xml:space="preserve">[59:11] </w:t>
      </w:r>
      <w:r>
        <w:t>kitni achi hai woh meeting, kitni achi hai woh majlis jis mein wisdom ko phailaya jaye, wisdom ki baat ki jaye.</w:t>
      </w:r>
    </w:p>
    <w:p>
      <w:pPr>
        <w:jc w:val="right"/>
      </w:pPr>
      <w:r>
        <w:t>کتنی اچھی ہے وہ میٹنگ، کتنی اچھی ہے وہ مجلس جس میں وزڈم کو پھیلایا جائے، وزڈم کی بات کی جائے۔</w:t>
      </w:r>
    </w:p>
    <w:p>
      <w:r>
        <w:rPr>
          <w:b/>
        </w:rPr>
        <w:t xml:space="preserve">[59:22] </w:t>
      </w:r>
      <w:r>
        <w:t>wisdom, hikmah, yeh is type ki majlis hai, yeh is type ki meeting hai, yeh yeh wisdom based hai. aap dekhein, kisi bhi jagah jaiye, aap wahan arbitrary hoti hai, wahan josh ki baatein hoti hain.</w:t>
      </w:r>
    </w:p>
    <w:p>
      <w:pPr>
        <w:jc w:val="right"/>
      </w:pPr>
      <w:r>
        <w:t>وزڈم، حکمت، یہ اس ٹائپ کی مجلس ہے، یہ اس ٹائپ کی میٹنگ ہے، یہ یہ وزڈم بیسڈ ہے۔ آپ دیکھیں، کسی بھی جگہ جائیے، آپ وہاں آریٹری ہوتی ہے، وہاں جوش کی باتیں ہوتی ہیں۔</w:t>
      </w:r>
    </w:p>
    <w:p>
      <w:r>
        <w:rPr>
          <w:b/>
        </w:rPr>
        <w:t xml:space="preserve">[59:38] </w:t>
      </w:r>
      <w:r>
        <w:t>jahan bhi aap jaiye, ya to aap ko jhooti kahaniyan milengi sunne ko, fazail ki kahaniyan, jhooti kahaniyan, ya jazbati baatein sunne sunne ko milengi.</w:t>
      </w:r>
    </w:p>
    <w:p>
      <w:pPr>
        <w:jc w:val="right"/>
      </w:pPr>
      <w:r>
        <w:t>جہاں بھی آپ جائیے، یا تو آپ کو جھوٹی کہانیاں ملیں گی سننے کو، فضائل کی کہانیاں، جھوٹی کہانیاں، یا جذباتی باتیں سننے سننے کو ملیں گی۔</w:t>
      </w:r>
    </w:p>
    <w:p>
      <w:r>
        <w:rPr>
          <w:b/>
        </w:rPr>
        <w:t xml:space="preserve">[59:51] </w:t>
      </w:r>
      <w:r>
        <w:t>bas aur aur kuch nahi ke wisdom ki baat jahan hoti ho, aisa koi bhi zameen par, pure globe par, koi bhi aisi majlis nahi hai, siwaye hamare is class ke.</w:t>
      </w:r>
    </w:p>
    <w:p>
      <w:pPr>
        <w:jc w:val="right"/>
      </w:pPr>
      <w:r>
        <w:t>بس اور اور کچھ نہیں کہ وزڈم کی بات جہاں ہوتی ہو، ایسا کوئی بھی زمین پر، پورے گلوب پر، کوئی بھی ایسی مجلس نہیں ہے، سوائے ہمارے اس کلاس کے۔</w:t>
      </w:r>
    </w:p>
    <w:p>
      <w:r>
        <w:rPr>
          <w:b/>
        </w:rPr>
        <w:t xml:space="preserve">[1:00:05] </w:t>
      </w:r>
      <w:r>
        <w:t>to yeh jo farmaya rasool Allah sallallahu alaihi wasallam ne ke: "niam al-majlis wabil sin yanshur fi al-hikmah", is ka yeh sach poocho to misdaq hai ke hum is majlis ko, ya is weekly meeting ko karte hain is liye taake hum wisdom ki baat karein, hikmah ki baat karein,</w:t>
      </w:r>
    </w:p>
    <w:p>
      <w:pPr>
        <w:jc w:val="right"/>
      </w:pPr>
      <w:r>
        <w:t>تو یہ جو فرمایا رسول اللہ صلی اللہ علیہ وسلم نے کہ: "نعم المجلس وبلسینشر فی الحکمہ"، اس کا یہ سچ پوچھو تو مصداق ہے کہ ہم اس مجلس کو، یا اس ویکلی میٹنگ کو کرتے ہیں اس لیے تاکہ ہم وزڈم کی بات کریں، حکمت کی بات کریں،</w:t>
      </w:r>
    </w:p>
    <w:p>
      <w:r>
        <w:rPr>
          <w:b/>
        </w:rPr>
        <w:t xml:space="preserve">[1:00:24] </w:t>
      </w:r>
      <w:r>
        <w:t>aql ki baat karein, intellectual awakening ki baat karein, intellectual development ki baat karein.</w:t>
      </w:r>
    </w:p>
    <w:p>
      <w:pPr>
        <w:jc w:val="right"/>
      </w:pPr>
      <w:r>
        <w:t>عقل کی بات کریں، انٹلیکچول اویکننگ کی بات کریں، انٹلیکچول ڈیولپمنٹ کی بات کریں۔</w:t>
      </w:r>
    </w:p>
    <w:p>
      <w:r>
        <w:rPr>
          <w:b/>
        </w:rPr>
        <w:t xml:space="preserve">[1:00:32] </w:t>
      </w:r>
      <w:r>
        <w:t>yani islam ko wisdom ke language mein logon ko batayein, islam ko language ki zuban dein. yeh bohat hi mushkil kaam hai, bohat zyada mushkil kaam hai.</w:t>
      </w:r>
    </w:p>
    <w:p>
      <w:pPr>
        <w:jc w:val="right"/>
      </w:pPr>
      <w:r>
        <w:t>یعنی اسلام کو وزڈم کے لینگویج میں لوگوں کو بتائیں، اسلام کو لینگویج کی زبان دیں۔ یہ بہت ہی مشکل کام ہے، بہت زیادہ مشکل کام ہے۔</w:t>
      </w:r>
    </w:p>
    <w:p>
      <w:r>
        <w:rPr>
          <w:b/>
        </w:rPr>
        <w:t xml:space="preserve">[1:00:49] </w:t>
      </w:r>
      <w:r>
        <w:t>isi liye mein aik baar to aaj se bohat pehle, jab yeh team nahi thi hamari, bohat pehle ki baat hai, shayad 25 saal ho gaye honge,</w:t>
      </w:r>
    </w:p>
    <w:p>
      <w:pPr>
        <w:jc w:val="right"/>
      </w:pPr>
      <w:r>
        <w:t>اسی لیے میں ایک بار تو آج سے بہت پہلے، جب یہ ٹیم نہیں تھی ہماری، بہت پہلے کی بات ہے، شاید 25 سال ہو گئے ہوں گے،</w:t>
      </w:r>
    </w:p>
    <w:p>
      <w:r>
        <w:rPr>
          <w:b/>
        </w:rPr>
        <w:t xml:space="preserve">[1:00:59] </w:t>
      </w:r>
      <w:r>
        <w:t>mein aik arab country mein gaya to unhon ne kaha ke: "aap kaam kar rahe hain to aap ke baad kya hoga?"</w:t>
      </w:r>
    </w:p>
    <w:p>
      <w:pPr>
        <w:jc w:val="right"/>
      </w:pPr>
      <w:r>
        <w:t>میں ایک عرب کنٹری میں گیا تو انہوں نے کہا کہ: "آپ کام کر رہے ہیں تو آپ کے بعد کیا ہوگا؟"</w:t>
      </w:r>
    </w:p>
    <w:p>
      <w:r>
        <w:rPr>
          <w:b/>
        </w:rPr>
        <w:t xml:space="preserve">[1:01:11] </w:t>
      </w:r>
      <w:r>
        <w:t>to aap ke baad kya hoga? to yani who after wahiduddin?</w:t>
      </w:r>
    </w:p>
    <w:p>
      <w:pPr>
        <w:jc w:val="right"/>
      </w:pPr>
      <w:r>
        <w:t>تو آپ کے بعد کیا ہوگا؟ تو یعنی ہو افٹر وحید الدین؟</w:t>
      </w:r>
    </w:p>
    <w:p>
      <w:r>
        <w:rPr>
          <w:b/>
        </w:rPr>
        <w:t xml:space="preserve">[1:01:18] </w:t>
      </w:r>
      <w:r>
        <w:t>to mein ne kaha ke woh arab log thay, mein ne kaha ke: "barnamajuna huwa adad al-mubarmjeen."</w:t>
      </w:r>
    </w:p>
    <w:p>
      <w:pPr>
        <w:jc w:val="right"/>
      </w:pPr>
      <w:r>
        <w:t>تو میں نے کہا کہ وہ عرب لوگ تھے، میں نے کہا کہ: "برنامجنا ہوا اعداد المبرمجین۔"</w:t>
      </w:r>
    </w:p>
    <w:p>
      <w:r>
        <w:rPr>
          <w:b/>
        </w:rPr>
        <w:t xml:space="preserve">[1:01:28] </w:t>
      </w:r>
      <w:r>
        <w:t>barnamajuna huwa adad al-mubarmjeen yani hamara program, program saat insaan banana hai, aise log jo khud program banayein, khud initiative le sakein, yani creative mind banana.</w:t>
      </w:r>
    </w:p>
    <w:p>
      <w:pPr>
        <w:jc w:val="right"/>
      </w:pPr>
      <w:r>
        <w:t>برنامجنا ہوا اعداد المبرمجین یعنی ہمارا پروگرام، پروگرام سات انسان بنانا ہے، ایسے لوگ جو خود پروگرام بنائیں، خود انیشیٹیو لے سکیں، یعنی کریٹیو مائنڈ بنانا۔</w:t>
      </w:r>
    </w:p>
    <w:p>
      <w:r>
        <w:rPr>
          <w:b/>
        </w:rPr>
        <w:t xml:space="preserve">[1:01:48] </w:t>
      </w:r>
      <w:r>
        <w:t>yeh hamara mission, creative mission hai, logon ke andar creative, creativity paida karna, creatively soch sakein log, aise insaan bana raha hoon mein.</w:t>
      </w:r>
    </w:p>
    <w:p>
      <w:pPr>
        <w:jc w:val="right"/>
      </w:pPr>
      <w:r>
        <w:t>یہ ہمارا مشن، کریٹیو مشن ہے، لوگوں کے اندر کریٹیو، کریٹیوٹی پیدا کرنا، کریٹیولی سوچ سکیں لوگ، ایسے انسان بنا رہا ہوں میں۔</w:t>
      </w:r>
    </w:p>
    <w:p>
      <w:r>
        <w:rPr>
          <w:b/>
        </w:rPr>
        <w:t xml:space="preserve">[1:01:57] </w:t>
      </w:r>
      <w:r>
        <w:t>to mein ne kaha ke: "barnamajuna huwa adad al-mubarmjeen".</w:t>
      </w:r>
    </w:p>
    <w:p>
      <w:pPr>
        <w:jc w:val="right"/>
      </w:pPr>
      <w:r>
        <w:t>تو میں نے کہا کہ: "برنامجنا ہوا اعداد المبرمجین"۔</w:t>
      </w:r>
    </w:p>
    <w:p>
      <w:r>
        <w:rPr>
          <w:b/>
        </w:rPr>
        <w:t xml:space="preserve">[1:02:04] </w:t>
      </w:r>
      <w:r>
        <w:t>to us waqt yeh team nahi bani thi, bohat baad ko yeh team bani. ab mein sochta hoon ke isi ka yeh, yani Allah taala ne shayad woh dua sun li aur aur yeh team ban saki.</w:t>
      </w:r>
    </w:p>
    <w:p>
      <w:pPr>
        <w:jc w:val="right"/>
      </w:pPr>
      <w:r>
        <w:t>تو اس وقت یہ ٹیم نہیں بنی تھی، بہت بعد کو یہ ٹیم بنی۔ اب میں سوچتا ہوں کہ اسی کا یہ، یعنی اللہ تعالی نے شاید وہ دعا سن لی اور اور یہ ٹیم بن سکی۔</w:t>
      </w:r>
    </w:p>
    <w:p>
      <w:r>
        <w:rPr>
          <w:b/>
        </w:rPr>
        <w:t xml:space="preserve">[1:02:22] </w:t>
      </w:r>
      <w:r>
        <w:t>aur mujhe yaqeen hai ke yeh team,</w:t>
      </w:r>
    </w:p>
    <w:p>
      <w:pPr>
        <w:jc w:val="right"/>
      </w:pPr>
      <w:r>
        <w:t>اور مجھے یقین ہے کہ یہ ٹیم،</w:t>
      </w:r>
    </w:p>
    <w:p>
      <w:r>
        <w:rPr>
          <w:b/>
        </w:rPr>
        <w:t xml:space="preserve">[1:02:27] </w:t>
      </w:r>
      <w:r>
        <w:t>yahi yeh team hi woh kaam karegi jis ka ke history ko intezar hai.</w:t>
      </w:r>
    </w:p>
    <w:p>
      <w:pPr>
        <w:jc w:val="right"/>
      </w:pPr>
      <w:r>
        <w:t>یہی یہ ٹیم ہی وہ کام کرے گی جس کا کہ ہسٹری کو انتظار ہے۔</w:t>
      </w:r>
    </w:p>
    <w:p>
      <w:r>
        <w:rPr>
          <w:b/>
        </w:rPr>
        <w:t xml:space="preserve">[1:02:36] </w:t>
      </w:r>
      <w:r>
        <w:t>yahi team woh kaam karegi jis ka history ko intezar hai ke islam ki sachai ko phir se scientific level mein bayan karna, islam ki sachai ko aisi zuban mein bayan karna ke jis se aaj ka mind address ho.</w:t>
      </w:r>
    </w:p>
    <w:p>
      <w:pPr>
        <w:jc w:val="right"/>
      </w:pPr>
      <w:r>
        <w:t>یہی ٹیم وہ کام کرے گی جس کا ہسٹری کو انتظار ہے کہ اسلام کی سچائی کو پھر سے سائنٹیفک لیول میں بیان کرنا، اسلام کی سچائی کو ایسی زبان میں بیان کرنا کہ جس سے آج کا مائنڈ ایڈریس ہو۔</w:t>
      </w:r>
    </w:p>
    <w:p>
      <w:r>
        <w:rPr>
          <w:b/>
        </w:rPr>
        <w:t xml:space="preserve">[1:02:52] </w:t>
      </w:r>
      <w:r>
        <w:t>aaj islam ki baatein idhar udhar ho rahi hain, lekin aaj ka insan is ka mind address nahi ho raha hai, is liye woh is ko maan bhi nahi raha hai.</w:t>
      </w:r>
    </w:p>
    <w:p>
      <w:pPr>
        <w:jc w:val="right"/>
      </w:pPr>
      <w:r>
        <w:t>آج اسلام کی باتیں ادھر ادھر ہو رہی ہیں، لیکن آج کا انسان اس کا مائنڈ ایڈریس نہیں ہو رہا ہے، اس لیے وہ اس کو مان بھی نہیں رہا ہے۔</w:t>
      </w:r>
    </w:p>
    <w:p>
      <w:r>
        <w:rPr>
          <w:b/>
        </w:rPr>
        <w:t xml:space="preserve">[1:03:01] </w:t>
      </w:r>
      <w:r>
        <w:t>to insan aur quran ke beech mein ek gap pad gaya hai, intellectual gap. is gap ko bridge karna yeh team woh kaam karegi, inshallah,</w:t>
      </w:r>
    </w:p>
    <w:p>
      <w:pPr>
        <w:jc w:val="right"/>
      </w:pPr>
      <w:r>
        <w:t>تو انسان اور قرآن کے بیچ میں ایک گیپ پڑ گیا ہے، انٹلیکچول گیپ۔ اس گیپ کو برج کرنا یہ ٹیم وہ کام کرے گی، انشاءاللہ،</w:t>
      </w:r>
    </w:p>
    <w:p>
      <w:r>
        <w:rPr>
          <w:b/>
        </w:rPr>
        <w:t xml:space="preserve">[1:03:13] </w:t>
      </w:r>
      <w:r>
        <w:t>ke aise is andaaz mein khuda ke deen ko batana, is andaaz mein divine truth ko batana ke insan ka mind address kare, insan ke dil mein woh baat utre.</w:t>
      </w:r>
    </w:p>
    <w:p>
      <w:pPr>
        <w:jc w:val="right"/>
      </w:pPr>
      <w:r>
        <w:t>کہ ایسے اس انداز میں خدا کے دین کو بتانا، اس انداز میں ڈیوائن ٹروتھ کو بتانا کہ انسان کا مائنڈ ایڈریس کرے، انسان کے دل میں وہ بات اترے۔</w:t>
      </w:r>
    </w:p>
    <w:p>
      <w:r>
        <w:rPr>
          <w:b/>
        </w:rPr>
        <w:t xml:space="preserve">[1:03:25] </w:t>
      </w:r>
      <w:r>
        <w:t>qawlan qawl fi anfus qawlan baligha, is ka matlab hai is ke liye hum yeh team tayar kar rahe hain.</w:t>
      </w:r>
    </w:p>
    <w:p>
      <w:pPr>
        <w:jc w:val="right"/>
      </w:pPr>
      <w:r>
        <w:t>قولم قول فی انفس قولم بلیغہ، اس کا مطلب ہے اس کے لیے ہم یہ ٹیم تیار کر رہے ہیں۔</w:t>
      </w:r>
    </w:p>
    <w:p>
      <w:r>
        <w:rPr>
          <w:b/>
        </w:rPr>
        <w:t xml:space="preserve">[1:03:37] </w:t>
      </w:r>
      <w:r>
        <w:t>ab aap dekhiye, ideology maujood hai, infrastructure maujood hai, afraad maujood ho chuke hain, sab kuch ho chuka.</w:t>
      </w:r>
    </w:p>
    <w:p>
      <w:pPr>
        <w:jc w:val="right"/>
      </w:pPr>
      <w:r>
        <w:t>اب آپ دیکھیے، آئیڈیالوجی موجود ہے، انفراسٹرکچر موجود ہے، افراد موجود ہو چکے ہیں، سب کچھ ہو چکا۔</w:t>
      </w:r>
    </w:p>
    <w:p>
      <w:r>
        <w:rPr>
          <w:b/>
        </w:rPr>
        <w:t xml:space="preserve">[1:03:49] </w:t>
      </w:r>
      <w:r>
        <w:t>main sochta hoon ke 90 percent kaam ho chuka hai. ab bohat jald aap dekhenge ke inshallah, jis cheez ko main kaha karta hoon, final call isi team ke zariye dunya ko final call milegi aur media ko istemal kar ke yeh call di jayegi.</w:t>
      </w:r>
    </w:p>
    <w:p>
      <w:pPr>
        <w:jc w:val="right"/>
      </w:pPr>
      <w:r>
        <w:t>میں سوچتا ہوں کہ 90 پرسنٹ کام ہو چکا ہے۔ اب بہت جلد آپ دیکھیں گے کہ انشاءاللہ، جس چیز کو میں کہا کرتا ہوں، فائنل کال اسی ٹیم کے ذریعے دنیا کو فائنل کال ملے گی اور میڈیا کو استعمال کر کے یہ کال دی جائے گی۔</w:t>
      </w:r>
    </w:p>
    <w:p>
      <w:r>
        <w:rPr>
          <w:b/>
        </w:rPr>
        <w:t xml:space="preserve">[1:04:07] </w:t>
      </w:r>
      <w:r>
        <w:t>yani aaj ka jo media hai, print media aur electronic media, is ko istemal kar ke inshallah yeh team jo hai, dunya ko final call degi.</w:t>
      </w:r>
    </w:p>
    <w:p>
      <w:pPr>
        <w:jc w:val="right"/>
      </w:pPr>
      <w:r>
        <w:t>یعنی آج کا جو میڈیا ہے، پرنٹ میڈیا اور الیکٹرانک میڈیا، اس کو استعمال کر کے انشاءاللہ یہ ٹیم جو ہے، دنیا کو فائنل کال دے گی۔</w:t>
      </w:r>
    </w:p>
    <w:p>
      <w:r>
        <w:rPr>
          <w:b/>
        </w:rPr>
        <w:t xml:space="preserve">[1:04:18] </w:t>
      </w:r>
      <w:r>
        <w:t>main sochta hoon ke yahi khuda ka sab se bara kaam hai is zamane mein. aur isi ke liye main to samajhta hoon ke qayamat ruki hui hai.</w:t>
      </w:r>
    </w:p>
    <w:p>
      <w:pPr>
        <w:jc w:val="right"/>
      </w:pPr>
      <w:r>
        <w:t>میں سوچتا ہوں کہ یہی خدا کا سب سے بڑا کام ہے اس زمانے میں۔ اور اسی کے لیے میں تو سمجھتا ہوں کہ قیامت رکی ہوئی ہے۔</w:t>
      </w:r>
    </w:p>
    <w:p>
      <w:r>
        <w:rPr>
          <w:b/>
        </w:rPr>
        <w:t xml:space="preserve">[1:04:29] </w:t>
      </w:r>
      <w:r>
        <w:t>ab, ab, ab, ab dunya ki history khatam ho chuki hai.</w:t>
      </w:r>
    </w:p>
    <w:p>
      <w:pPr>
        <w:jc w:val="right"/>
      </w:pPr>
      <w:r>
        <w:t>اب، اب، اب، اب دنیا کی ہسٹری ختم ہو چ</w:t>
      </w:r>
    </w:p>
    <w:p>
      <w:r>
        <w:rPr>
          <w:b/>
        </w:rPr>
        <w:t xml:space="preserve">[1:04:33] </w:t>
      </w:r>
      <w:r>
        <w:t>ki hai. hum hain end of history ke ek had par aa chuke hain, end of history ki had par aa chuke hain. ab sirf yeh hai ke dunya ko bata diya jaye ke sachai kya hai, bas day of judgment ke bare mein bata diya jaye.</w:t>
      </w:r>
    </w:p>
    <w:p>
      <w:pPr>
        <w:jc w:val="right"/>
      </w:pPr>
      <w:r>
        <w:t>کی ہے۔ ہم ہیں اینڈ آف ہسٹری کے ایک حد پر آ چکے ہیں، اینڈ آف ہسٹری کی حد پر آ چکے ہیں۔ اب صرف یہ ہے کہ دنیا کو بتا دیا جائے کہ سچائی کیا ہے، بس ڈے آف ججمنٹ کے بارے میں بتا دیا جائے۔</w:t>
      </w:r>
    </w:p>
    <w:p>
      <w:r>
        <w:rPr>
          <w:b/>
        </w:rPr>
        <w:t xml:space="preserve">[1:04:46] </w:t>
      </w:r>
      <w:r>
        <w:t>aur is ke baad yeh dunya khatam ho jayegi, aur phir is ke baad doosri dunya paida hogi, jahan hell hoga aur paradise hogi. blessed log jo hain, woh paradise mein honge, aur jin ko khuda reject karega, woh hell mein honge.</w:t>
      </w:r>
    </w:p>
    <w:p>
      <w:pPr>
        <w:jc w:val="right"/>
      </w:pPr>
      <w:r>
        <w:t>اور اس کے بعد یہ دنیا ختم ہو جائے گی، اور پھر اس کے بعد دوسری دنیا پیدا ہوگی، جہاں ہیل ہوگا اور پیراڈائز ہوگی۔ بلیسڈ لوگ جو ہیں، وہ پیراڈائز میں ہوں گے، اور جن کو خدا ریجیکٹ کرے گا، وہ ہیل میں ہوں گے۔</w:t>
      </w:r>
    </w:p>
    <w:p>
      <w:r>
        <w:rPr>
          <w:b/>
        </w:rPr>
        <w:t xml:space="preserve">[1:05:02] </w:t>
      </w:r>
      <w:r>
        <w:t>meri dua hai ke Allah taala aap logon ko tofeeq de ke aap yeh kaam karen, isi ko aap apni priority banayen, isi ko aap apni zindagi banayen, isi ko aap apna goal banayen, isi ko aap apna target banayen.</w:t>
      </w:r>
    </w:p>
    <w:p>
      <w:pPr>
        <w:jc w:val="right"/>
      </w:pPr>
      <w:r>
        <w:t>میری دعا ہے کہ اللہ تعالی آپ لوگوں کو توفیق دے کہ آپ یہ کام کریں، اسی کو آپ اپنی پرائرٹی بنائیں، اسی کو آپ اپنی زندگی بنائیں، اسی کو آپ اپنا گول بنائیں، اسی کو آپ اپنا ٹارگٹ بنائیں۔</w:t>
      </w:r>
    </w:p>
    <w:p>
      <w:r>
        <w:rPr>
          <w:b/>
        </w:rPr>
        <w:t xml:space="preserve">[1:05:17] </w:t>
      </w:r>
      <w:r>
        <w:t>yahi aap ka soul concern ban jaye. isi ke liye main dua karta hoon aap ke liye aur apne liye. aqool qawli haza wastaghfirullaha lakum ajmaeen</w:t>
      </w:r>
    </w:p>
    <w:p>
      <w:pPr>
        <w:jc w:val="right"/>
      </w:pPr>
      <w:r>
        <w:t>یہی آپ کا سول کارسن بن جائے۔ اسی کے لیے میں دعا کرتا ہوں آپ کے لیے اور اپنے لیے۔ اقول قولیھذا واستغفراللہ لیلکم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