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Interaction 5 May 29, 2022</w:t>
      </w:r>
    </w:p>
    <w:p>
      <w:r>
        <w:t>https://www.youtube.com/watch?v=1mvBJMTnKuM</w:t>
      </w:r>
    </w:p>
    <w:p>
      <w:r>
        <w:rPr>
          <w:b/>
        </w:rPr>
        <w:t xml:space="preserve">[00:19] </w:t>
      </w:r>
      <w:r>
        <w:t>Dear ladies. Today twenty ninth May two thousand twenty two. We have assembled here on Zoom platform to carry out yet another session of a monthly meeting. Our our topic for today's meeting is CPS International Mission.</w:t>
      </w:r>
    </w:p>
    <w:p>
      <w:pPr>
        <w:jc w:val="right"/>
      </w:pPr>
      <w:r>
        <w:t>Dear ladies. Today twenty ninth May two thousand twenty two. We have assembled here on Zoom platform to carry out yet another session of a monthly meeting. Our our topic for today's meeting is CPS International Mission.</w:t>
      </w:r>
    </w:p>
    <w:p>
      <w:r>
        <w:rPr>
          <w:b/>
        </w:rPr>
        <w:t xml:space="preserve">[00:43] </w:t>
      </w:r>
      <w:r>
        <w:t>CPS International as we all know, the Center for Peace and Spirituality is an organization which aims to promote and reinforce the culture of peace through mind based spirituality. It was founded by late Maulana Wahiduddin Khan in 2001. He was an Islamic scholar who adopted peace as a mission of his life.</w:t>
      </w:r>
    </w:p>
    <w:p>
      <w:pPr>
        <w:jc w:val="right"/>
      </w:pPr>
      <w:r>
        <w:t>CPS International as we all know, the Center for Peace and Spirituality is an organization which aims to promote and reinforce the culture of peace through mind based spirituality. It was founded by late मौलाना वहीरुद्दीन खान in 2001. He was an Islamic scholar who adopted peace as a mission of his life.</w:t>
      </w:r>
    </w:p>
    <w:p>
      <w:r>
        <w:rPr>
          <w:b/>
        </w:rPr>
        <w:t xml:space="preserve">[01:12] </w:t>
      </w:r>
      <w:r>
        <w:t>CPS International with its chapters worldwide strike, promote religious understanding among people of different faiths by convey message of the Quran and Islamic teachings to them.</w:t>
      </w:r>
    </w:p>
    <w:p>
      <w:pPr>
        <w:jc w:val="right"/>
      </w:pPr>
      <w:r>
        <w:t>CPS International with its chapters worldwide strike, promote religious understanding among people of different faiths by convey message of the Quran and Islamic teachings to them.</w:t>
      </w:r>
    </w:p>
    <w:p>
      <w:r>
        <w:rPr>
          <w:b/>
        </w:rPr>
        <w:t xml:space="preserve">[01:30] </w:t>
      </w:r>
      <w:r>
        <w:t>Professor Farida Khanam, chairperson of CPS International, will address on the today's topic, and I invite her to speak on CPS international mission. After her talk, we'll be inviting a guest today, which is most welcome on this platform.</w:t>
      </w:r>
    </w:p>
    <w:p>
      <w:pPr>
        <w:jc w:val="right"/>
      </w:pPr>
      <w:r>
        <w:t>Professor फरीदा खानम, chairperson of CPS International, will address on the today's topic, and I invite her to speak on CPS international mission. After her talk, we'll be inviting a guest today, which is most welcome on this platform.</w:t>
      </w:r>
    </w:p>
    <w:p>
      <w:r>
        <w:rPr>
          <w:b/>
        </w:rPr>
        <w:t xml:space="preserve">[01:56] </w:t>
      </w:r>
      <w:r>
        <w:t>But we will start first with professor Farida Khan. Apa, you can start now. Salamullahir rahmani rahim. Yeh bohat hi important meeting hai ke CPS mission kya hai? Humko kis tarike se dawa work ke liye tayari karni hai?</w:t>
      </w:r>
    </w:p>
    <w:p>
      <w:pPr>
        <w:jc w:val="right"/>
      </w:pPr>
      <w:r>
        <w:t>But we will start first with professor फरीदा खान. आपा, you can start now. सलामूल्लाहिर रहमानी रहीम. यह बहुत ही important meeting है कि CPS mission क्या है? हमको किस तरीके से दावा work के लिए तैयारी करनी है?</w:t>
      </w:r>
    </w:p>
    <w:p>
      <w:r>
        <w:rPr>
          <w:b/>
        </w:rPr>
        <w:t xml:space="preserve">[02:24] </w:t>
      </w:r>
      <w:r>
        <w:t>kis tarike se dawa work karna hai? To is mein kuch baatein hum share karenge. Da'wah Allah ka matlab kya hai? Sab se pehle is ko samajhna hai. Yeh hai ke insan ko khuda ke takhleeqi mansoobe se aagah karna. Takhleeqi mansooba yani creation plan of god.</w:t>
      </w:r>
    </w:p>
    <w:p>
      <w:pPr>
        <w:jc w:val="right"/>
      </w:pPr>
      <w:r>
        <w:t>किस तरीके से दावा work करना है? तो इसमें कुछ बातें हम share करेंगे. दावध अल्लाह का मतलब क्या है? सबसे पहले इसको समझना है. यह है कि इंसान को खुदा के तकलीफी मंसूबे से आगाह करना. तकलीफी मंसूबा यानी creation plan of god.</w:t>
      </w:r>
    </w:p>
    <w:p>
      <w:r>
        <w:rPr>
          <w:b/>
        </w:rPr>
        <w:t xml:space="preserve">[02:47] </w:t>
      </w:r>
      <w:r>
        <w:t>To ab har insan paida ho raha hai lekin us ko maloom nahi ke woh is dunya mein kis liye aaya hai. To yeh asal mein khuda ki zimmedari hai ke khuda us ko bataye ke woh is dunya mein kis liye aaya hai? Is dunya mein us ko kis tarah rehna hai aur akhirat mein woh kya face karne wala hai?</w:t>
      </w:r>
    </w:p>
    <w:p>
      <w:pPr>
        <w:jc w:val="right"/>
      </w:pPr>
      <w:r>
        <w:t>तो अब हर इंसान पैदा हो रहा है लेकिन उसको मालूम नहीं कि वह इस दुनिया में किस लिए आया है. तो यह असल में खुदा की ज़िम्मेदारी है कि खुदा उसको बताएं कि वह इस दुनिया में किस लिए आया है? इस दुनिया में उसको किस तरह रहना है और आखिरत में वह क्या face करने वाला है?</w:t>
      </w:r>
    </w:p>
    <w:p>
      <w:r>
        <w:rPr>
          <w:b/>
        </w:rPr>
        <w:t xml:space="preserve">[03:08] </w:t>
      </w:r>
      <w:r>
        <w:t>To yeh khuda ka kaam hai aur lekin aisa hota nahi Allah taala ne hamare conscience mein hamare fitrat mein sab kuch wadiyat kar diya hai lekin ab mazeed hamare paas hona chahiye alag se bhi guidance.</w:t>
      </w:r>
    </w:p>
    <w:p>
      <w:pPr>
        <w:jc w:val="right"/>
      </w:pPr>
      <w:r>
        <w:t>तो यह खुदा का काम है और लेकिन ऐसा होता नहीं अल्लाह ताला ने हमारे conscience में हमारे फितरत में सब कुछ वधियत कर दिया है लेकिन अब मज़ीद हमारे पास होना चाहिए अलग से भी guidance.</w:t>
      </w:r>
    </w:p>
    <w:p>
      <w:r>
        <w:rPr>
          <w:b/>
        </w:rPr>
        <w:t xml:space="preserve">[03:23] </w:t>
      </w:r>
      <w:r>
        <w:t>To guidance to Allah taala ka jo sunnat hai ke ek ek har har locality mein guidance nahi bhejta hai balki ek jagah guidance bhejta hai aur us ki zimmedari hoti hai ke woh khuda ke tamam bando tak woh us ko pohanchaye. To is tarike se jo hamari sab se badi zimmedari hai woh is kaam mein apne aap ko devote karna hai.</w:t>
      </w:r>
    </w:p>
    <w:p>
      <w:pPr>
        <w:jc w:val="right"/>
      </w:pPr>
      <w:r>
        <w:t>तो guidance तो अल्लाह तालाह का जो सुन्नत है कि एक एक हर हर locality में guidance नहीं भेजता है बल्कि एक जगह guidance भेजता है और उसकी ज़िम्मेदारी होती है कि वह खुदा के तमाम बंदों तक वह उसको पहुंचाएं. तो इस तरीके से जो हमारी सबसे बड़ी ज़िम्मेदारी है वह इस काम में अपने आप को devote करना है.</w:t>
      </w:r>
    </w:p>
    <w:p>
      <w:r>
        <w:rPr>
          <w:b/>
        </w:rPr>
        <w:t xml:space="preserve">[03:49] </w:t>
      </w:r>
      <w:r>
        <w:t>to dekhiye ab koi paighambar nahin aaega kyunke jab tak paighambar aate the na tab tak yeh zimmedari paighambaron ki hoti thi ke woh kuda ka paigham logon tak pahunchaen. ab chunke rasoolullah akri paighambar hain to uske baad unke followers ki yeh zimmedari hai ke woh is pragaam ko doosron tak pahunchaen.</w:t>
      </w:r>
    </w:p>
    <w:p>
      <w:pPr>
        <w:jc w:val="right"/>
      </w:pPr>
      <w:r>
        <w:t>तो देखिए अब कोई पैगम्बर नहीं आएगा क्योंकि जब तक पैगम्बर आते थे ना तब तक यह ज़िम्मेदारी पैगम्बरों की होती थी कि वह कुदा का पैगाम लोगों तक पहुंचाएं. अब चूंकि रसूल्लाह अक्री पैगम्बर हैं तो उसके बाद उनके followers की यह ज़िम्मेदारी है कि वह इस प्रकाम को दूसरों तक पहुंचाएं.</w:t>
      </w:r>
    </w:p>
    <w:p>
      <w:r>
        <w:rPr>
          <w:b/>
        </w:rPr>
        <w:t xml:space="preserve">[04:13] </w:t>
      </w:r>
      <w:r>
        <w:t>to iske liye allah taala ne bahut zyada saaman sab farah hum kar diye hain. kyunke pehle zamane mein hamare paas technology nahin thi. jahan jahan aadmi hota tha bas usi ilake mein woh kaam karta tha.</w:t>
      </w:r>
    </w:p>
    <w:p>
      <w:pPr>
        <w:jc w:val="right"/>
      </w:pPr>
      <w:r>
        <w:t>तो इसके लिए अल्लाह ताला ने बहुत ज़्यादा सामान सब फराह हम कर दिए हैं. क्योंकि पहले ज़माने में हमारे पास technology नहीं थी. जहां जहां आदमी होता था बस उसी इलाके में वह काम करता था.</w:t>
      </w:r>
    </w:p>
    <w:p>
      <w:r>
        <w:rPr>
          <w:b/>
        </w:rPr>
        <w:t xml:space="preserve">[04:32] </w:t>
      </w:r>
      <w:r>
        <w:t>ab allah daalon ne technology de diya hai uske zariye se hum aaj sari duniya mein khuda ka paaglam pahuncha sakte hain aur ladies ko bahut zyada khuda ka shukr ada karna chahiye ke pehli baar aisa mauka mila hai ke auratein jo hain bahar ki duniya mein aakar kaam kar saken. bas abhi makasit ke liye khaastaur par auratein auraton ko encourage nahin kiya jata tha.</w:t>
      </w:r>
    </w:p>
    <w:p>
      <w:pPr>
        <w:jc w:val="right"/>
      </w:pPr>
      <w:r>
        <w:t>अब अल्लाह दालों ने technology दे दिया है उसके जरिए से हम आज सारी दुनिया में खुदा का पागलम पहुंचा सकते हैं और ladies को बहुत ज़्यादा खुदा का शुक्र अदा करना चाहिए कि पहली बार ऐसा मौका मिला है कि औरतें जो हैं बाहर की दुनिया में आकर काम कर सकें. बस अभी मकासित के लिए खासतौर पर औरतें औरतों को encourage नहीं किया जाता था.</w:t>
      </w:r>
    </w:p>
    <w:p>
      <w:r>
        <w:rPr>
          <w:b/>
        </w:rPr>
        <w:t xml:space="preserve">[04:58] </w:t>
      </w:r>
      <w:r>
        <w:t>to pehli baar aisa hua hai ke auraton ko poori azaadi mili hai, unko education mili hui hai</w:t>
      </w:r>
    </w:p>
    <w:p>
      <w:pPr>
        <w:jc w:val="right"/>
      </w:pPr>
      <w:r>
        <w:t>तो पहली बार ऐसा हुआ है कि औरतों को पूरी आज़ादी मिली है, उनको education मिली हुई है</w:t>
      </w:r>
    </w:p>
    <w:p>
      <w:r>
        <w:rPr>
          <w:b/>
        </w:rPr>
        <w:t xml:space="preserve">[05:07] </w:t>
      </w:r>
      <w:r>
        <w:t>aur woh har kaam kar sakti hain.</w:t>
      </w:r>
    </w:p>
    <w:p>
      <w:pPr>
        <w:jc w:val="right"/>
      </w:pPr>
      <w:r>
        <w:t>और वह हर काम कर सकती हैं.</w:t>
      </w:r>
    </w:p>
    <w:p>
      <w:r>
        <w:rPr>
          <w:b/>
        </w:rPr>
        <w:t xml:space="preserve">[05:17] </w:t>
      </w:r>
      <w:r>
        <w:t>to yeh auraton ke liye bahut zyada paudha ka shukr ada karne ke liye ki baat hai aur</w:t>
      </w:r>
    </w:p>
    <w:p>
      <w:pPr>
        <w:jc w:val="right"/>
      </w:pPr>
      <w:r>
        <w:t>तो यह औरतों के लिए बहुत ज़्यादा पौधा का शुक्र अदा करने के लिए की बात है और</w:t>
      </w:r>
    </w:p>
    <w:p>
      <w:r>
        <w:rPr>
          <w:b/>
        </w:rPr>
        <w:t xml:space="preserve">[05:26] </w:t>
      </w:r>
      <w:r>
        <w:t>bahut zyada unko is silsile mein bahut zyada unko is baat ka ehsaas hona chahiye ke unki kya zimmedari hai?</w:t>
      </w:r>
    </w:p>
    <w:p>
      <w:pPr>
        <w:jc w:val="right"/>
      </w:pPr>
      <w:r>
        <w:t>बहुत ज़्यादा उनको इस सिलसिले में बहुत ज़्यादा उनको इस बात का एहसास होना चाहिए कि उनकी क्या ज़िम्मेदारी है?</w:t>
      </w:r>
    </w:p>
    <w:p>
      <w:r>
        <w:rPr>
          <w:b/>
        </w:rPr>
        <w:t xml:space="preserve">[05:36] </w:t>
      </w:r>
      <w:r>
        <w:t>kyunke yeh kaam isko nasrum mein nallah kaha gaya hai khuda ki madad karna. to humko yeh kaam isliye khuda ki madad karna kaha gaya hai kyunke khuda ne ek kanoon hai iltebast kehte hain veil of doubt. veil of doubt yahan rakha hua hai kyunke is duniya mein har insaan haalti test mein hai.</w:t>
      </w:r>
    </w:p>
    <w:p>
      <w:pPr>
        <w:jc w:val="right"/>
      </w:pPr>
      <w:r>
        <w:t>क्योंकि यह काम इसको नसरुम में नल्लाह कहा गया है खुदा की मदद करना. तो हमको यह काम इसलिए खुदा की मदद करना कहा गया है क्योंकि खुदा ने एक कानून है इल्तेबस्त कहते हैं veil of doubt. Veil of doubt यहां रखा हुआ है क्योंकि इस दुनिया में हर इंसान हालती test में है.</w:t>
      </w:r>
    </w:p>
    <w:p>
      <w:r>
        <w:rPr>
          <w:b/>
        </w:rPr>
        <w:t xml:space="preserve">[06:00] </w:t>
      </w:r>
      <w:r>
        <w:t>to yeh ek veil of doubt hai ke insaan sachchai ko accept karta hai ya nahin accept karta hai. to hamein isiliye insaan ko kaam karna hai warna allah taalah liye to kya mushkil tha?</w:t>
      </w:r>
    </w:p>
    <w:p>
      <w:pPr>
        <w:jc w:val="right"/>
      </w:pPr>
      <w:r>
        <w:t>तो यह एक veil of doubt है कि इंसान सच्चाई को accept करता है या नहीं accept करता है. तो हमें इसीलिए इंसान को काम करना है वरना अल्लाह तालाह लिए तो क्या मुश्किल था?</w:t>
      </w:r>
    </w:p>
    <w:p>
      <w:r>
        <w:rPr>
          <w:b/>
        </w:rPr>
        <w:t xml:space="preserve">[06:15] </w:t>
      </w:r>
      <w:r>
        <w:t>allah taalah farashton ke zariye se chashm jadan mein sari duniya mein ek pahuncha dete hain paraanaam ko lekin agar farashte aisa karenge to hamara intihan ka parcha out ho jaega phir hamein koi uska sawal nahin milega.</w:t>
      </w:r>
    </w:p>
    <w:p>
      <w:pPr>
        <w:jc w:val="right"/>
      </w:pPr>
      <w:r>
        <w:t>अल्लाह तालाह फर्शतों के ज़रिए से चश्म जदन में सारी दुनिया में एक पहुंचा देते हैं पराणाम को लेकिन अगर फर्शते ऐसा करेंगे तो हमारा इंतिहान का पर्चा out हो जाएगा फिर हमें कोई उसका सवाल नहीं मिलेगा.</w:t>
      </w:r>
    </w:p>
    <w:p>
      <w:r>
        <w:rPr>
          <w:b/>
        </w:rPr>
        <w:t xml:space="preserve">[06:32] </w:t>
      </w:r>
      <w:r>
        <w:t>to har cheez allah taala ne jaise khud allah taala inke invisible hain usi tarike se yeh sari jo maslehatein hain to uski wajah se har cheez jo hai ek doubt ke parde mein hai. to hamein is is baat ko samajhna hai mohrana ne tamam literature produce kiya aur humko rahnumai dete rahe chalis saal tak.</w:t>
      </w:r>
    </w:p>
    <w:p>
      <w:pPr>
        <w:jc w:val="right"/>
      </w:pPr>
      <w:r>
        <w:t>तो हर चीज़ अल्लाह तालाह ने जैसे खुद अल्लाह तालाह इनके invisible हैं उसी तरीके से यह सारी जो मसलेहते हैं तो उसकी वजह से हर चीज़ जो है एक doubt के पर्दे में है. तो हमें इस इस बात को समझना है मोहराना ने तमाम literature produce किया और हमको रहनुमाई देते रहे चालीस साल तक.</w:t>
      </w:r>
    </w:p>
    <w:p>
      <w:r>
        <w:rPr>
          <w:b/>
        </w:rPr>
        <w:t xml:space="preserve">[06:57] </w:t>
      </w:r>
      <w:r>
        <w:t>to hamein bilkul taiyar kar diya hai aur is taiyari ke bawajood jante bhuste agar hum dawa ke kaam mein na lagen to hum aakhiri mein hamari pakad ho gai. is baat ka humko bahut zyada samajhna hai hamein aur jitna bhi mumkin ho kyunke dekhiye har kaam aadmi karta hai ke uska kuch usko badal milega, uska kuch reward milega.</w:t>
      </w:r>
    </w:p>
    <w:p>
      <w:pPr>
        <w:jc w:val="right"/>
      </w:pPr>
      <w:r>
        <w:t>तो हमें बिल्कुल तैयार कर दिया है और इस तैयारी के बावजूद जानते भूसते अगर हम दावा के काम में ना लगे तो हम आखिरी में हमारी पकड़ हो गई. इस बात का हमको बहुत ज़्यादा समझना है हमें और जितना भी मुमकिन हो क्योंकि देखिए हर काम आदमी करता है कि उसका कुछ उसको बदल मिलेगा, उसका कुछ reward मिलेगा.</w:t>
      </w:r>
    </w:p>
    <w:p>
      <w:r>
        <w:rPr>
          <w:b/>
        </w:rPr>
        <w:t xml:space="preserve">[07:24] </w:t>
      </w:r>
      <w:r>
        <w:t>to aap logon ko jaanna chahiye ke jo sabse zyada reward hai woh is dawa varg ke liye hai. dawa varg ke liye paighambaron wala reward hai. kyunke yahi kaam jo tha yahi to paighambaron ka kaam tha ke logon tak khuda ka praram pahunchana. to yeh kaam jo hai agar hum karenge to humko bahut bada iska reward milega.</w:t>
      </w:r>
    </w:p>
    <w:p>
      <w:pPr>
        <w:jc w:val="right"/>
      </w:pPr>
      <w:r>
        <w:t>तो आप लोगों को जानना चाहिए कि जो सबसे ज़्यादा reward है वह इस दावा वर्ग के लिए है. दावा वर्ग के लिए पगंबरों वाला reward है. क्योंकि यही काम जो था यही तो पगंबरों का काम था कि लोगों तक खुदा का प्राराम पहुंचाना. तो यह काम जो है अगर हम करेंगे तो हमको बहुत बड़ा इसका reward मिलेगा.</w:t>
      </w:r>
    </w:p>
    <w:p>
      <w:r>
        <w:rPr>
          <w:b/>
        </w:rPr>
        <w:t xml:space="preserve">[07:47] </w:t>
      </w:r>
      <w:r>
        <w:t>hamari duniya mein bhi hamari madad allah taala ki hamein milti rahegi barabar aur aahrad mein bhi allah taala hamein oonche se ooncha mukam insha allah taala denge. to hamein sabse pehle to apne aap ko taiyar karna hai kyunke humko thoda sa literature bhi padhna hai, malana ki video hai usko padhiye aur baqayda baaton ko samjhiye. pehle khud samajh lijiye phir doosron ko bataiye.</w:t>
      </w:r>
    </w:p>
    <w:p>
      <w:pPr>
        <w:jc w:val="right"/>
      </w:pPr>
      <w:r>
        <w:t>हमारी दुनिया में भी हमारी मदद अल्लाह तालाह की हमें मिलती रहेगी बराबर और आह्रद में भी अल्लाह तालाह हमें ऊंचे से ऊंचा मुकाम इंशाह अल्लाह तालाह देंगे. तो हमें सबसे पहले तो अपने आप को तैयार करना है क्योंकि हमको थोड़ा सा literature भी पढ़ना है, मालाना कि video है उसको पढ़िए और बाकायदा बातों को समझिए. पहले खुद समझ लीजिए फिर दूसरों को बताइए.</w:t>
      </w:r>
    </w:p>
    <w:p>
      <w:r>
        <w:rPr>
          <w:b/>
        </w:rPr>
        <w:t xml:space="preserve">[08:17] </w:t>
      </w:r>
      <w:r>
        <w:t>to yeh kaam jo hai itna zyada sanjeedgi se karna hai aapko aur duaen karni hain aapko.</w:t>
      </w:r>
    </w:p>
    <w:p>
      <w:pPr>
        <w:jc w:val="right"/>
      </w:pPr>
      <w:r>
        <w:t>तो यह काम जो है इतना ज़्यादा संजीदगी से करना है आपको और दुआएं करनी है आपको.</w:t>
      </w:r>
    </w:p>
    <w:p>
      <w:r>
        <w:rPr>
          <w:b/>
        </w:rPr>
        <w:t xml:space="preserve">[08:23] </w:t>
      </w:r>
      <w:r>
        <w:t>hamare paas jo sabse achhi misaal hai is kaam ki woh mein saara fatima ki hai ke woh</w:t>
      </w:r>
    </w:p>
    <w:p>
      <w:pPr>
        <w:jc w:val="right"/>
      </w:pPr>
      <w:r>
        <w:t>हमारे पास जो सबसे अच्छी मिसाल है इस काम की वह में सारा फात्मा की है कि वह</w:t>
      </w:r>
    </w:p>
    <w:p>
      <w:r>
        <w:rPr>
          <w:b/>
        </w:rPr>
        <w:t xml:space="preserve">[08:29] </w:t>
      </w:r>
      <w:r>
        <w:t>din raat isi kaam mein lagi rehti hain aur khud planning karti hain, khud saare kaam karti hain</w:t>
      </w:r>
    </w:p>
    <w:p>
      <w:pPr>
        <w:jc w:val="right"/>
      </w:pPr>
      <w:r>
        <w:t>दिन रात इसी काम में लगी रहती हैं और खुद planning करती हैं, खुद सारे काम करती हैं</w:t>
      </w:r>
    </w:p>
    <w:p>
      <w:r>
        <w:rPr>
          <w:b/>
        </w:rPr>
        <w:t xml:space="preserve">[08:36] </w:t>
      </w:r>
      <w:r>
        <w:t>to yeh jo hai unse hamein seekhna hai aur aap log unse seekhiye unse koi masla ho to</w:t>
      </w:r>
    </w:p>
    <w:p>
      <w:pPr>
        <w:jc w:val="right"/>
      </w:pPr>
      <w:r>
        <w:t>तो यह जो है उनसे हमें सीखना है और आप लोग उनसे सीखिए उनसे कोई मसला हो तो</w:t>
      </w:r>
    </w:p>
    <w:p>
      <w:r>
        <w:rPr>
          <w:b/>
        </w:rPr>
        <w:t xml:space="preserve">[08:42] </w:t>
      </w:r>
      <w:r>
        <w:t>unse baat kijiye ke kis tarah se hum aage badhein agar koi aapko problem ho rahi hai to</w:t>
      </w:r>
    </w:p>
    <w:p>
      <w:pPr>
        <w:jc w:val="right"/>
      </w:pPr>
      <w:r>
        <w:t>उनसे बात कीजिए कि किस तरीके से हम आगे बढ़ें अगर कोई आपको problem हो रही है तो</w:t>
      </w:r>
    </w:p>
    <w:p>
      <w:r>
        <w:rPr>
          <w:b/>
        </w:rPr>
        <w:t xml:space="preserve">[08:48] </w:t>
      </w:r>
      <w:r>
        <w:t>aap log unse baat kariye aur apna har jo odds hain usko paar karke aap log kaam kariye</w:t>
      </w:r>
    </w:p>
    <w:p>
      <w:pPr>
        <w:jc w:val="right"/>
      </w:pPr>
      <w:r>
        <w:t>आप लोग उनसे बात करिए और अपना हर जो odds हैं उसको पार करके आप लोग काम करिए</w:t>
      </w:r>
    </w:p>
    <w:p>
      <w:r>
        <w:rPr>
          <w:b/>
        </w:rPr>
        <w:t xml:space="preserve">[08:55] </w:t>
      </w:r>
      <w:r>
        <w:t>kyunki chhote chhote maqsad ke liye to hum kitni mehnat karte hain ek imtehan dena hota hai to</w:t>
      </w:r>
    </w:p>
    <w:p>
      <w:pPr>
        <w:jc w:val="right"/>
      </w:pPr>
      <w:r>
        <w:t>क्योंकि छोटे छोटे मकसद के लिए तो हम कितनी मेहनत करते हैं एक इम्तिहान देना होता है तो</w:t>
      </w:r>
    </w:p>
    <w:p>
      <w:r>
        <w:rPr>
          <w:b/>
        </w:rPr>
        <w:t xml:space="preserve">[09:01] </w:t>
      </w:r>
      <w:r>
        <w:t>kitna din raat mehnat karte hain uske liye.</w:t>
      </w:r>
    </w:p>
    <w:p>
      <w:pPr>
        <w:jc w:val="right"/>
      </w:pPr>
      <w:r>
        <w:t>कितना दिन रात मेहनत करते हैं उसके लिए.</w:t>
      </w:r>
    </w:p>
    <w:p>
      <w:r>
        <w:rPr>
          <w:b/>
        </w:rPr>
        <w:t xml:space="preserve">[09:08] </w:t>
      </w:r>
      <w:r>
        <w:t>to ab yeh to bahut hi bada kaam hai yeh to allah ka kaam hai allah ki madad karna hai. to iske liye to hum jitni bhi taiyari karen, jitni bhi koshish karen woh kam hai.</w:t>
      </w:r>
    </w:p>
    <w:p>
      <w:pPr>
        <w:jc w:val="right"/>
      </w:pPr>
      <w:r>
        <w:t>तो अब यह तो बहुत ही बड़ा काम है यह तो अल्लाह का काम है अल्लाह की मदद करना है. तो इसके लिए तो हम जितनी भी तैयारी करें, जितनी भी कोशिश करें वह कम है.</w:t>
      </w:r>
    </w:p>
    <w:p>
      <w:r>
        <w:rPr>
          <w:b/>
        </w:rPr>
        <w:t xml:space="preserve">[09:19] </w:t>
      </w:r>
      <w:r>
        <w:t>to yeh kaam dekhiye aisa hai ke aap logon ko yaad hoga ke prambar yunus jo the unhone dawat ka kaam kiya lekin unko aisa laga ke unki community jo hai ab dawat ka asar ko bol nahin karegi to unhone us community ko chhodkar chale aaya hai. phir woh lamba kissa hai unko machhli ne nikal liya.</w:t>
      </w:r>
    </w:p>
    <w:p>
      <w:pPr>
        <w:jc w:val="right"/>
      </w:pPr>
      <w:r>
        <w:t>तो यह काम देखिए ऐसा है कि आप लोगों को याद होगा कि प्राम्बर यूनुस जो थे उन्होंने दावत का काम किया लेकिन उनको ऐसा लगा कि उनकी community जो है अब दावत का असर को बोल नहीं करेगी तो उन्होंने उस community को छोड़कर चले आया है. फिर वह लंबा किस्सा है उनको मछली ने निकल लिया.</w:t>
      </w:r>
    </w:p>
    <w:p>
      <w:r>
        <w:rPr>
          <w:b/>
        </w:rPr>
        <w:t xml:space="preserve">[09:42] </w:t>
      </w:r>
      <w:r>
        <w:t>phir unko allah ne hukum diya machhli ko to unko sahil par lakar chhod diya to phir uske baad unko realize ho gaya ke unhone galti ki hai us community ko chhodkar phir to is wajah se unhone bahut zyada allah se duaen ki, allah se maafi mangi. to allah ne phir unko theek kiya aur woh dobara wahan par community ke paas gae aur woh community ko unhone jo chhod diya tha to unka error of judgement tha.</w:t>
      </w:r>
    </w:p>
    <w:p>
      <w:pPr>
        <w:jc w:val="right"/>
      </w:pPr>
      <w:r>
        <w:t>फिर उनको अल्लाह ने हुक्म दिया मछली को तो उनको साहिल पर लाकर छोड़ दिया तो फिर उसके बाद उनको realize हो गया कि उन्होंने गलती की है उस community को छोड़कर फिर तो इस वजह से उन्होंने बहुत ज़्यादा अल्लाह से दुआएं की, अल्लाह से माफी मांगी. तो अल्लाह ने फिर उनको ठीक किया और वह दोबारा वहां पर community के पास गए और वह community को उन्होंने जो छोड़ दिया था तो उनका error of judgement था.</w:t>
      </w:r>
    </w:p>
    <w:p>
      <w:r>
        <w:rPr>
          <w:b/>
        </w:rPr>
        <w:t xml:space="preserve">[10:12] </w:t>
      </w:r>
      <w:r>
        <w:t>to woh community jo hai woh baqayda unka intezar kar rahi thi. usko samajh mein aa gaya tha ke usne unki baat na sunkar galti ki hai to woh intezar kar rahi thi woh. to woh gae to saare logon ne unki baat suni aur saare log unke followers van gae. to agar raaste mein hamein kabhi koi dikkat aati hai, koi pareshani aati hai to yeh na sochenge yeh log jo hain aap hamari baat nahin sunenge. balki aap log aapka kaam koshish karte rehna hai.</w:t>
      </w:r>
    </w:p>
    <w:p>
      <w:pPr>
        <w:jc w:val="right"/>
      </w:pPr>
      <w:r>
        <w:t>तो वह community जो है वह बाकायदा उनका इंतज़ार कर रही थी. उसको समझ में आ गया था कि उसने उनकी बात ना सुनकर गलती की है तो वह इंतज़ार कर रही थी वह. तो वह गए तो सारे लोगों ने उनकी बात सुनी और सारे लोग उनके followers वन गए. तो अगर रास्ते में हमें कभी कोई दिक्कत आती है, कोई परेशानी आती है तो यह ना सोचेंगे यह लोग जो है आप हमारी बात नहीं सुनेंगे. बल्कि आप लोग आपका काम कोशिश करते रहना है.</w:t>
      </w:r>
    </w:p>
    <w:p>
      <w:r>
        <w:rPr>
          <w:b/>
        </w:rPr>
        <w:t xml:space="preserve">[10:40] </w:t>
      </w:r>
      <w:r>
        <w:t>har halat mein koshish karte rehna hai baqi woh allah ki tafeeq se hota hai ke kaun kitni baat hum sunega, kahan tak sunega aur kahan tak allah ki baaton par dhyan dega woh allah ka kaam hai. aapko sirf kaam karte rehna hai.</w:t>
      </w:r>
    </w:p>
    <w:p>
      <w:pPr>
        <w:jc w:val="right"/>
      </w:pPr>
      <w:r>
        <w:t>हर हालत में कोशिश करते रहना है बाकी वह अल्लाह की तफीक से होता है कि कौन कितनी बात हम सुनेगा, कहां तक सुनेगा और कहां तक अल्लाह की बातों पर ध्यान देगा वह अल्लाह का काम है. आपको सिर्फ काम करते रहना है.</w:t>
      </w:r>
    </w:p>
    <w:p>
      <w:r>
        <w:rPr>
          <w:b/>
        </w:rPr>
        <w:t xml:space="preserve">[10:57] </w:t>
      </w:r>
      <w:r>
        <w:t>to ab aap dekhiye ke aaj musalman yeh kaam nahin kar rahe hain to mulana ne likha hai ke musalman chukr ne yeh kaam chhod diya hai to sari duniya mein musalman jis tarike se hazrat, you know saleh salam machhli ke pet mein chale gae the waise hi musalman jo hain woh masaahil ke pet mein chale gae hain. shayad allam mein likha hua hai na? dawat hi islam. dawat hi islam mein ab musalman jo hain har jagah masaahil ke pet mein chalenge.</w:t>
      </w:r>
    </w:p>
    <w:p>
      <w:pPr>
        <w:jc w:val="right"/>
      </w:pPr>
      <w:r>
        <w:t>तो अब आप देखिए कि आज मुसलमान यह काम नहीं कर रहे हैं तो मुलाना ने लिखा है कि मुसलमान चुक्र ने यह काम छोड़ दिया है तो सारी दुनिया में मुसलमान जिस तरीके से हजरत, you know सलेह सलाम मछली के पेट में चले गए थे वैसे ही मुसलमान जो हैं वह मसाहिल के पेट में चले गए हैं. शायद अल्लाम में लिखा हुआ है ना? दावत ही इस्लाम. दावत ही इस्लाम में अब मुसलमान जो हैं हर जगह मसाहिल के पेट में चलेंगे.</w:t>
      </w:r>
    </w:p>
    <w:p>
      <w:r>
        <w:rPr>
          <w:b/>
        </w:rPr>
        <w:t xml:space="preserve">[11:24] </w:t>
      </w:r>
      <w:r>
        <w:t>har jagah masaahil se uljhe ghire hue hain to jab tak ke woh dawa ke kaam mein nahin lagenge unke masaal bhi nahin hola hoon kyunke sara kuch to allah halkarta hai na? apni koshish se kuch nahin hota hai. to is baat ko bahut zyada gehrai se samajhna hai aur dawa work karna hai jitna bhi mauka mile.</w:t>
      </w:r>
    </w:p>
    <w:p>
      <w:pPr>
        <w:jc w:val="right"/>
      </w:pPr>
      <w:r>
        <w:t>हर जगह मसाहिल से उलझे घिरे हुए हैं तो जब तक कि वह दावा के काम में नहीं लगेंगे उनके मसाल भी नहीं होला हूं क्योंकि सारा कुछ तो अल्लाह हल्कारता है ना? अपनी कोशिश से कुछ नहीं होता है. तो इस बात को बहुत ज़्यादा गहराई से समझना है और दावा work करना है जितना भी मौका मिले.</w:t>
      </w:r>
    </w:p>
    <w:p>
      <w:r>
        <w:rPr>
          <w:b/>
        </w:rPr>
        <w:t xml:space="preserve">[11:46] </w:t>
      </w:r>
      <w:r>
        <w:t>ab kuch mauka nahin mil raha hai to ladies jo hain doctors ke yahan jati hain, bachchon ke school jati hain, apne rishtadari mein jati hain, kahin bhi jati hain to wahin unko samjhaen bataen unko chhote chhote booklets apne sthat rakhen usko usko den. to aap logon ke paas do kaam hai ek to apne aap ko taiyar karna hai aur doosre jo hai jitna mauka mile utna aapko kaam karna hai. to ab dekhiye pehli baar aisa hua hai ke auraton ko mauka mila hai.</w:t>
      </w:r>
    </w:p>
    <w:p>
      <w:pPr>
        <w:jc w:val="right"/>
      </w:pPr>
      <w:r>
        <w:t>अब कुछ मौका नहीं मिल रहा है तो ladies जो हैं doctors के यहां जाती हैं, बच्चों के school जाती हैं, अपने रिश्तेदारी में जाती हैं, कहीं भी जाती हैं तो वहीं उनको समझाएं बताएं उनको छोटे छोटे booklets अपने स्थात रखें उसको उसको दें. तो आप लोगों के पास दो काम है एक तो अपने आप को तैयार करना है और दूसरे जो है जितना मौका मिले उतना आपको काम करना है. तो अब देखिए पहली बार ऐसा हुआ है कि औरतों को मौका मिला है.</w:t>
      </w:r>
    </w:p>
    <w:p>
      <w:r>
        <w:rPr>
          <w:b/>
        </w:rPr>
        <w:t xml:space="preserve">[12:14] </w:t>
      </w:r>
      <w:r>
        <w:t>iska aap logon ko bahut zyada khuda ka shukr ada karen aur aur har halat mein zyada se zyada aaj lene ki koshish karen kyunke ek hadish hai jo bahut hi zyada logon ko sochna chahiye is par ke rasoolullah sarashlam ne farmaya ke jab main raj ke bahut gaye the to dekha to jhanan mein bahut zyada auraton ko dekha.</w:t>
      </w:r>
    </w:p>
    <w:p>
      <w:pPr>
        <w:jc w:val="right"/>
      </w:pPr>
      <w:r>
        <w:t>इसका आप लोगों को बहुत ज़्यादा खुदा का शुक्र अदा करें और और हर हालत में ज़्यादा से ज़्यादा आज लेने की कोशिश करें क्योंकि एक हदीश है जो बहुत ही ज़्यादा लोगों को सोचना चाहिए इस पर कि रसूल्लाह सराश्लम ने फरमाया कि जब मैं राज के बहुत गए थे तो देखा तो झनन में बहुत ज़्यादा औरतों को देखा.</w:t>
      </w:r>
    </w:p>
    <w:p>
      <w:r>
        <w:rPr>
          <w:b/>
        </w:rPr>
        <w:t xml:space="preserve">[12:42] </w:t>
      </w:r>
      <w:r>
        <w:t>to hum logon ko darna chahiye ke hum log us hadesh ka mistaab na van jaen hamein zyada</w:t>
      </w:r>
    </w:p>
    <w:p>
      <w:pPr>
        <w:jc w:val="right"/>
      </w:pPr>
      <w:r>
        <w:t>तो हम लोगों को डरना चाहिए कि हम लोग उस हदेश का मिस्ताब ना वन जाएं हमें ज़्यादा</w:t>
      </w:r>
    </w:p>
    <w:p>
      <w:r>
        <w:rPr>
          <w:b/>
        </w:rPr>
        <w:t xml:space="preserve">[12:49] </w:t>
      </w:r>
      <w:r>
        <w:t>se zyada kaam karna chahiye taake hamein Allah taala jo Allah taala ki sabse bari nemat hai jannat</w:t>
      </w:r>
    </w:p>
    <w:p>
      <w:pPr>
        <w:jc w:val="right"/>
      </w:pPr>
      <w:r>
        <w:t>से ज़्यादा काम करना चाहिए ताकि हमें अल्लाह तालाह जो अल्लाह तालाह की सबसे बड़ी नेमत है जन्नत</w:t>
      </w:r>
    </w:p>
    <w:p>
      <w:r>
        <w:rPr>
          <w:b/>
        </w:rPr>
        <w:t xml:space="preserve">[12:56] </w:t>
      </w:r>
      <w:r>
        <w:t>uske liye Allah taala hamein qubool farmaen.</w:t>
      </w:r>
    </w:p>
    <w:p>
      <w:pPr>
        <w:jc w:val="right"/>
      </w:pPr>
      <w:r>
        <w:t>उसके लिए अल्लाह तालाह हमें कुबूल फरमाएं.</w:t>
      </w:r>
    </w:p>
    <w:p>
      <w:r>
        <w:rPr>
          <w:b/>
        </w:rPr>
        <w:t xml:space="preserve">[13:03] </w:t>
      </w:r>
      <w:r>
        <w:t>to bohat zyada hamein kaam karna hai.</w:t>
      </w:r>
    </w:p>
    <w:p>
      <w:pPr>
        <w:jc w:val="right"/>
      </w:pPr>
      <w:r>
        <w:t>तो बहुत ज़्यादा हमें काम करना है.</w:t>
      </w:r>
    </w:p>
    <w:p>
      <w:r>
        <w:rPr>
          <w:b/>
        </w:rPr>
        <w:t xml:space="preserve">[13:10] </w:t>
      </w:r>
      <w:r>
        <w:t>dekhiye dunya chaar din ki dunya hai.</w:t>
      </w:r>
    </w:p>
    <w:p>
      <w:pPr>
        <w:jc w:val="right"/>
      </w:pPr>
      <w:r>
        <w:t>देखिए दुनिया चार दिन की दुनिया है.</w:t>
      </w:r>
    </w:p>
    <w:p>
      <w:r>
        <w:rPr>
          <w:b/>
        </w:rPr>
        <w:t xml:space="preserve">[13:18] </w:t>
      </w:r>
      <w:r>
        <w:t>sochiye, uske liye hi apni sari energies ko apne resources ko kharch kijiye taki duniya mein bhi aapki allah taala madad farmae aur taakhiraat mein bhi allah taala aapki madad farmae. ab aap jab main koi problem hota hai to main sochti hoon dekhiye hazrat hazra ne kitna badi sacrifice ki akele sehra mein rahi.</w:t>
      </w:r>
    </w:p>
    <w:p>
      <w:pPr>
        <w:jc w:val="right"/>
      </w:pPr>
      <w:r>
        <w:t>सोचिए, उसके लिए ही अपनी सारी energies को अपने resources को खर्च कीजिए ताकि दुनिया में भी आपकी अल्लाह तालाह मदद फरमाए और ताख़िरात में भी अल्लाह तालाह आपकी मदद फरमाए. अब आप जब मैं कोई problem होता है तो मैं सोचती हूं देखिए हजरत हजरा ने कितना बड़ी sacrifice की अकेले सेहरा में रही.</w:t>
      </w:r>
    </w:p>
    <w:p>
      <w:r>
        <w:rPr>
          <w:b/>
        </w:rPr>
        <w:t xml:space="preserve">[13:43] </w:t>
      </w:r>
      <w:r>
        <w:t>na khana, na pani, na koi koi cheez wahan par kaise unhone socha hoga ke hum yahan rah sakte hain khuda ki madad se to bahut hi badi unki sacrifice hai. to ab unhone sacrifice kar di tab palla taala ne unko pani diya phir uske baad dheere dheere jab pani mil gaya to phir doosri jo hai kabile jo hai qabila jurum tab wahan akar bas gaya to dheere dheere saare kaam hote rahe.</w:t>
      </w:r>
    </w:p>
    <w:p>
      <w:pPr>
        <w:jc w:val="right"/>
      </w:pPr>
      <w:r>
        <w:t>ना खाना, ना पानी, ना कोई कोई चीज़ वहां पर कैसे उन्होंने सोचा होगा कि हम यहां रह सकते हैं खुदा की मदद से तो बहुत ही बड़ी उनकी sacrifice है. तो अब उन्होंने sacrifice कर दी तब पल्ला ताला ने उनको पानी दिया फिर उसके बाद धीरे धीरे जब पानी मिल गया तो फिर दूसरी जो है कबीले जो है कबीला जुरूम तब वहां आकर बस गया तो धीरे धीरे सारे काम होते रहे.</w:t>
      </w:r>
    </w:p>
    <w:p>
      <w:r>
        <w:rPr>
          <w:b/>
        </w:rPr>
        <w:t xml:space="preserve">[14:10] </w:t>
      </w:r>
      <w:r>
        <w:t>to jab aap is apne aap ko khuda ke rah mein laga denge tab allah taala jo hai aapki poori poori madad farmaenge aur aapko saare kaam ho jaenge. to is tarike se aapko do kaam karne hain ek to apne aap ko taiyari karni hai, apni opportunities ko dekhna hai kya kya opportunities hain aapke paas aur opportunities ko create karna hai jisko murana keh dete the ke aapko program maker banna hai, aap khud program banaiye ke aaj kya karna hai aap log?</w:t>
      </w:r>
    </w:p>
    <w:p>
      <w:pPr>
        <w:jc w:val="right"/>
      </w:pPr>
      <w:r>
        <w:t>तो जब आप इस अपने आप को खुदा के राह में लगा देंगे तब अल्लाह ताला जो है आपकी पूरी पूरी मदद फरमाएंगे और आपको सारे काम हो जाएंगे. तो इस तरीके से आपको दो काम करने हैं एक तो अपने आप को तैयारी करनी है, अपनी opportunities को देखना है क्या क्या opportunities हैं आपके पास और opportunities को create करना है जिसको मुराना कह देते थे कि आपको program maker बनना है, आप खुद program बनाइए कि आज क्या करना है आप लोग?</w:t>
      </w:r>
    </w:p>
    <w:p>
      <w:r>
        <w:rPr>
          <w:b/>
        </w:rPr>
        <w:t xml:space="preserve">[14:40] </w:t>
      </w:r>
      <w:r>
        <w:t>dawaten karte hain musalmanon mein to bohat zyada dawaten hoti hain.</w:t>
      </w:r>
    </w:p>
    <w:p>
      <w:pPr>
        <w:jc w:val="right"/>
      </w:pPr>
      <w:r>
        <w:t>दावतें करते हैं मुसलमानों में तो बहुत ज़्यादा दावतें होती हैं.</w:t>
      </w:r>
    </w:p>
    <w:p>
      <w:r>
        <w:rPr>
          <w:b/>
        </w:rPr>
        <w:t xml:space="preserve">[14:47] </w:t>
      </w:r>
      <w:r>
        <w:t>koi aaye to use din ki baaten kariye aur uske baad unko kuch na kuch literature parhne ke</w:t>
      </w:r>
    </w:p>
    <w:p>
      <w:pPr>
        <w:jc w:val="right"/>
      </w:pPr>
      <w:r>
        <w:t>कोई आए तो उसे दिन की बातें करिए और उसके बाद उनको कुछ ना कुछ literature पढ़ने के</w:t>
      </w:r>
    </w:p>
    <w:p>
      <w:r>
        <w:rPr>
          <w:b/>
        </w:rPr>
        <w:t xml:space="preserve">[14:55] </w:t>
      </w:r>
      <w:r>
        <w:t>liye dijiye aur kuch na kuch unko tayyar kariye jaise hum log hain koi bhi aa jata hai</w:t>
      </w:r>
    </w:p>
    <w:p>
      <w:pPr>
        <w:jc w:val="right"/>
      </w:pPr>
      <w:r>
        <w:t>लिए दीजिए और कुछ ना कुछ उनको तैयार करिए जैसे हम लोग हैं कोई भी आ जाता है</w:t>
      </w:r>
    </w:p>
    <w:p>
      <w:r>
        <w:rPr>
          <w:b/>
        </w:rPr>
        <w:t xml:space="preserve">[15:03] </w:t>
      </w:r>
      <w:r>
        <w:t>to usko tayyar karte hain ek baar ek ek ek student aai, ek student aai bas hum logon</w:t>
      </w:r>
    </w:p>
    <w:p>
      <w:pPr>
        <w:jc w:val="right"/>
      </w:pPr>
      <w:r>
        <w:t>तो उसको तैयार करते हैं एक बार एक एक एक student आई, एक student आई बस हम लोगों</w:t>
      </w:r>
    </w:p>
    <w:p>
      <w:r>
        <w:rPr>
          <w:b/>
        </w:rPr>
        <w:t xml:space="preserve">[15:11] </w:t>
      </w:r>
      <w:r>
        <w:t>ne usse baat kiya.</w:t>
      </w:r>
    </w:p>
    <w:p>
      <w:pPr>
        <w:jc w:val="right"/>
      </w:pPr>
      <w:r>
        <w:t>ने उससे बात किया.</w:t>
      </w:r>
    </w:p>
    <w:p>
      <w:r>
        <w:rPr>
          <w:b/>
        </w:rPr>
        <w:t xml:space="preserve">[15:19] </w:t>
      </w:r>
      <w:r>
        <w:t>aaj bhi woh aayi thi baat kiya usko tayyar kiya aap us par kaam karna shuru kar dijiye allah ki madad hogi to zaroor aapka asar ko bhool karega aaj nahi karega to kal karega.</w:t>
      </w:r>
    </w:p>
    <w:p>
      <w:pPr>
        <w:jc w:val="right"/>
      </w:pPr>
      <w:r>
        <w:t>आज भी वह आई थी बात किया उसको तैयार किया आप उस पर काम करना शुरू कर दीजिए अल्लाह की मदद होगी तो ज़रूर आपका असर को भूल करेगा आज नहीं करेगा तो कल करेगा.</w:t>
      </w:r>
    </w:p>
    <w:p>
      <w:r>
        <w:rPr>
          <w:b/>
        </w:rPr>
        <w:t xml:space="preserve">[15:45] </w:t>
      </w:r>
      <w:r>
        <w:t>to is tarike se aap jo hai bas yahi dekhti raha kariye jaise aur phir uske baad aap</w:t>
      </w:r>
    </w:p>
    <w:p>
      <w:pPr>
        <w:jc w:val="right"/>
      </w:pPr>
      <w:r>
        <w:t>तो इस तरीके से आप जो है बस यही देखती रहा करिए जैसे और फिर उसके बाद आप</w:t>
      </w:r>
    </w:p>
    <w:p>
      <w:r>
        <w:rPr>
          <w:b/>
        </w:rPr>
        <w:t xml:space="preserve">[16:04] </w:t>
      </w:r>
      <w:r>
        <w:t>log is kaam mein lag jaiye.</w:t>
      </w:r>
    </w:p>
    <w:p>
      <w:pPr>
        <w:jc w:val="right"/>
      </w:pPr>
      <w:r>
        <w:t>लोग इस काम में लग जाइए.</w:t>
      </w:r>
    </w:p>
    <w:p>
      <w:r>
        <w:rPr>
          <w:b/>
        </w:rPr>
        <w:t xml:space="preserve">[16:24] </w:t>
      </w:r>
      <w:r>
        <w:t>ek baar morana ne khyaab mein dekha tha khyaab bohat ziyada tabiyat khush ho jati hai ki is duniya mein kya chaar din ko duniya mehnat kar lenge. to manan dekha tha ki ek bohat badi jagah hai aur bohat hi jannati mahol hai aur tamam ladies jo hain jo CPS associated ne dikhai de rahi hain woh sab wahan par jama hain aur bilkul jubilation ke mood mein hain. bohat ziyada khush ho rahi hain.</w:t>
      </w:r>
    </w:p>
    <w:p>
      <w:pPr>
        <w:jc w:val="right"/>
      </w:pPr>
      <w:r>
        <w:t>एक बार मोराना ने ख्याब में देखा था ख्याब बहुत ज़्यादा तबीयत खुश हो जाती है कि इस दुनिया में क्या चार दिन को दुनिया मेहनत कर लेंगे. तो मानन देखा था कि एक बहुत बड़ी जगह है और बहुत ही जन्नति माहौल है और तमाम ladies जो हैं जो CPS associated ने दिखाई दे रही हैं वह सब वहां पर जमा है और बिल्कुल jubilation के mood में है. बहुत ज़्यादा खुश हो रही हैं.</w:t>
      </w:r>
    </w:p>
    <w:p>
      <w:r>
        <w:rPr>
          <w:b/>
        </w:rPr>
        <w:t xml:space="preserve">[16:50] </w:t>
      </w:r>
      <w:r>
        <w:t>to yeh aap log aaj kaam karenge to phir hamesha hamesha ke liye aapko jannat milegi. eternal ek life hai jahan aap har sab kuch aap apne desire ke mutabiq pa sakenge. is se badi aur koi kya cheez ho sakti hai wahan khuda ki marfat hogi. mahorana kehte the ki musalsal hum khuda ki marfat karte rahenge. duniya mein jo marfat shuru hoti hai woh akhirat mein musalsal jaari rahegi. ab is se badi aur kya reward ho sakta hai?</w:t>
      </w:r>
    </w:p>
    <w:p>
      <w:pPr>
        <w:jc w:val="right"/>
      </w:pPr>
      <w:r>
        <w:t>तो यह आप लोग आज काम करेंगे तो फिर हमेशा हमेशा के लिए आपको जन्नत मिलेगी. Eternal एक life है जहां आप हर सब कुछ आप अपने desire के मुताबिक पा सकेंगे. इससे बड़ी और कोई क्या चीज़ हो सकती है वहां खुदा की मारफत होगी. महोराणा कहते थे कि मुसलसल हम खुदा की मारफत करते रहेंगे. दुनिया में जो मारफत शुरू होती है वह आखिरत में मुसलसल जारी रहेगी. अब इससे बड़ी और क्या reward हो सकता है?</w:t>
      </w:r>
    </w:p>
    <w:p>
      <w:r>
        <w:rPr>
          <w:b/>
        </w:rPr>
        <w:t xml:space="preserve">[17:19] </w:t>
      </w:r>
      <w:r>
        <w:t>to jab bhi aap kabhi thake aapko kabhi opportunity ki kami ho to aap sochiye, sochen ke hum</w:t>
      </w:r>
    </w:p>
    <w:p>
      <w:pPr>
        <w:jc w:val="right"/>
      </w:pPr>
      <w:r>
        <w:t>तो जब भी आप कभी थके आपको कभी opportunity की कमी हो तो आप सोचिए, सोचें कि हम</w:t>
      </w:r>
    </w:p>
    <w:p>
      <w:r>
        <w:rPr>
          <w:b/>
        </w:rPr>
        <w:t xml:space="preserve">[17:25] </w:t>
      </w:r>
      <w:r>
        <w:t>hamara is hum sochte hain hum paanch minute ke bhi jo hum kaam dunya mein karenge Khuda ka</w:t>
      </w:r>
    </w:p>
    <w:p>
      <w:pPr>
        <w:jc w:val="right"/>
      </w:pPr>
      <w:r>
        <w:t>हमारा इस हम सोचते हैं हम पांच minute के भी जो हम काम दुनिया में करेंगे खुदा का</w:t>
      </w:r>
    </w:p>
    <w:p>
      <w:r>
        <w:rPr>
          <w:b/>
        </w:rPr>
        <w:t xml:space="preserve">[17:31] </w:t>
      </w:r>
      <w:r>
        <w:t>kaam uske liye lakhon lakhon saal ki hamein jannat milegi to hamein jo hai itna zyada soch sochkar</w:t>
      </w:r>
    </w:p>
    <w:p>
      <w:pPr>
        <w:jc w:val="right"/>
      </w:pPr>
      <w:r>
        <w:t>काम उसके लिए लाखों लाखों साल की हमें जन्नत मिलेगी तो हमें जो है इतना ज़्यादा सोच सोचकर</w:t>
      </w:r>
    </w:p>
    <w:p>
      <w:r>
        <w:rPr>
          <w:b/>
        </w:rPr>
        <w:t xml:space="preserve">[17:37] </w:t>
      </w:r>
      <w:r>
        <w:t>kaam karna hai taake humko zara bhi frustration na ho ke humko kuch faida nahi ho raha hai,</w:t>
      </w:r>
    </w:p>
    <w:p>
      <w:pPr>
        <w:jc w:val="right"/>
      </w:pPr>
      <w:r>
        <w:t>काम करना है ताकि हमको ज़रा भी frustration ना हो कि हमको कुछ फ़ायदा नहीं हो रहा है,</w:t>
      </w:r>
    </w:p>
    <w:p>
      <w:r>
        <w:rPr>
          <w:b/>
        </w:rPr>
        <w:t xml:space="preserve">[17:43] </w:t>
      </w:r>
      <w:r>
        <w:t>kuch uska result nahi aa raha hai.</w:t>
      </w:r>
    </w:p>
    <w:p>
      <w:pPr>
        <w:jc w:val="right"/>
      </w:pPr>
      <w:r>
        <w:t>कुछ उसका result नहीं आ रहा है.</w:t>
      </w:r>
    </w:p>
    <w:p>
      <w:r>
        <w:rPr>
          <w:b/>
        </w:rPr>
        <w:t xml:space="preserve">[17:50] </w:t>
      </w:r>
      <w:r>
        <w:t>dekhiye result ka mat aap sochiye. aap bas kaam karte rahiye. result baad mein bhi aa sakta hai, result nahi bhi aa sakta hai lekin kaam ka sawab aapko har halat mein milega. to yeh meri chand baaten thi aur inshalah agar koi sawal hoga to phir usko lete hain khuda office. ji jaakar lapa bohat bohat shukriya.</w:t>
      </w:r>
    </w:p>
    <w:p>
      <w:pPr>
        <w:jc w:val="right"/>
      </w:pPr>
      <w:r>
        <w:t>देखिए result का मत आप सोचिए. आप बस काम करते रहिए. Result बाद में भी आ सकता है, result नहीं भी आ सकता है लेकिन काम का सवाब आपको हर हालत में मिलेगा. तो यह मेरी चंद बातें थी और इंशालाह अगर कोई सवाल होगा तो फिर उसको लेते हैं खुदा office. जी जाकर लापा बहुत बहुत शुक्रिया.</w:t>
      </w:r>
    </w:p>
    <w:p>
      <w:r>
        <w:rPr>
          <w:b/>
        </w:rPr>
        <w:t xml:space="preserve">[18:12] </w:t>
      </w:r>
      <w:r>
        <w:t>aapne bohat achhi guidance hum logon di kis tarah se hum logon ko dawa work karna chahiye aur dawa work hamari zindagi ki first priority honi chahiye taaki hum jannat ka mustahaq ban sakein aur iske baad mein hamare chapters poori duniya mein hain aur yahan par bohat sari ladies apne apne chapters ki head hai, yahan judi hui hain.</w:t>
      </w:r>
    </w:p>
    <w:p>
      <w:pPr>
        <w:jc w:val="right"/>
      </w:pPr>
      <w:r>
        <w:t>आपने बहुत अच्छी guidance हम लोगों दी किस तरह से हम लोगों को दावा work करना चाहिए और दावा work हमारी ज़िंदगी की first priority होनी चाहिए ताकि हम जन्नत का मुस्तहक वन सकें और इसके बाद में हमारे chapters पूरी दुनिया में है और यहां पर बहुत सारी ladies अपने अपने chapters की head है, यहां जुड़ी हुई है.</w:t>
      </w:r>
    </w:p>
    <w:p>
      <w:r>
        <w:rPr>
          <w:b/>
        </w:rPr>
        <w:t xml:space="preserve">[18:39] </w:t>
      </w:r>
      <w:r>
        <w:t>aaj main dubai se CPS dubai se seema jalal ko invite karna chah rahi hoon aur she is a dedicated member of CPS international and she has been doing tremendous work in dubai. she had got, this english translation of the quran approved by the authority, and it is being widely distributed in dubai. that's a great news.</w:t>
      </w:r>
    </w:p>
    <w:p>
      <w:pPr>
        <w:jc w:val="right"/>
      </w:pPr>
      <w:r>
        <w:t>आज मैं Dubai से CPS Dubai से सीमा जलाल को invite करना चाह रही हूं और she is a dedicated member of CPS international and she has been doing tremendous work in Dubai. She had got, this English translation of the Quran approved by the authority, and it is being widely distributed in Dubai. That's a great news.</w:t>
      </w:r>
    </w:p>
    <w:p>
      <w:r>
        <w:rPr>
          <w:b/>
        </w:rPr>
        <w:t xml:space="preserve">[19:05] </w:t>
      </w:r>
      <w:r>
        <w:t>and, mashallah, she is also involved in many many activities in dubai. and recently, very recently she had met a girl called andrea, miss andrea. and i would like to pass on the baichan to seema jalal to go ahead with her talk, share experiences and also introduce miss andrea on this platform so that we also learn quite a lot from them. thank you.</w:t>
      </w:r>
    </w:p>
    <w:p>
      <w:pPr>
        <w:jc w:val="right"/>
      </w:pPr>
      <w:r>
        <w:t>And, mashallah, she is also involved in many many activities in Dubai. And recently, very recently she had met a girl called Andrea, miss Andrea. And I would like to pass on the बेचन to सीमा जलाल to go ahead with her talk, share experiences and also introduce miss Andrea on this platform so that we also learn quite a lot from them. Thank you.</w:t>
      </w:r>
    </w:p>
    <w:p>
      <w:r>
        <w:rPr>
          <w:b/>
        </w:rPr>
        <w:t xml:space="preserve">[19:35] </w:t>
      </w:r>
      <w:r>
        <w:t>I'm Seema.</w:t>
      </w:r>
    </w:p>
    <w:p>
      <w:pPr>
        <w:jc w:val="right"/>
      </w:pPr>
      <w:r>
        <w:t>I'm सीमा.</w:t>
      </w:r>
    </w:p>
    <w:p>
      <w:r>
        <w:rPr>
          <w:b/>
        </w:rPr>
        <w:t xml:space="preserve">[19:40] </w:t>
      </w:r>
      <w:r>
        <w:t>Kaisi hain aap? I'm Andrea. She's Andrea. Oh, nice.</w:t>
      </w:r>
    </w:p>
    <w:p>
      <w:pPr>
        <w:jc w:val="right"/>
      </w:pPr>
      <w:r>
        <w:t>कैसी हैं आप? I'm Andrea. She's Andrea. Oh, nice.</w:t>
      </w:r>
    </w:p>
    <w:p>
      <w:r>
        <w:rPr>
          <w:b/>
        </w:rPr>
        <w:t xml:space="preserve">[19:45] </w:t>
      </w:r>
      <w:r>
        <w:t>Welcome to CPS. Thank you.</w:t>
      </w:r>
    </w:p>
    <w:p>
      <w:pPr>
        <w:jc w:val="right"/>
      </w:pPr>
      <w:r>
        <w:t>Welcome to CPS. Thank you.</w:t>
      </w:r>
    </w:p>
    <w:p>
      <w:r>
        <w:rPr>
          <w:b/>
        </w:rPr>
        <w:t xml:space="preserve">[19:50] </w:t>
      </w:r>
      <w:r>
        <w:t>So Andrea is, is my neighbor, and we met, not as a neighbor, but we met by through</w:t>
      </w:r>
    </w:p>
    <w:p>
      <w:pPr>
        <w:jc w:val="right"/>
      </w:pPr>
      <w:r>
        <w:t>So Andrea is, is my neighbor, and we met, not as a neighbor, but we met by through</w:t>
      </w:r>
    </w:p>
    <w:p>
      <w:r>
        <w:rPr>
          <w:b/>
        </w:rPr>
        <w:t xml:space="preserve">[19:55] </w:t>
      </w:r>
      <w:r>
        <w:t>somebody, and we're alive I realized that she was my neighbor later on.</w:t>
      </w:r>
    </w:p>
    <w:p>
      <w:pPr>
        <w:jc w:val="right"/>
      </w:pPr>
      <w:r>
        <w:t>somebody, and we're alive I realized that she was my neighbor later on.</w:t>
      </w:r>
    </w:p>
    <w:p>
      <w:r>
        <w:rPr>
          <w:b/>
        </w:rPr>
        <w:t xml:space="preserve">[20:00] </w:t>
      </w:r>
      <w:r>
        <w:t>So it's just that if you try, like Molana said, you have to keep trying.</w:t>
      </w:r>
    </w:p>
    <w:p>
      <w:pPr>
        <w:jc w:val="right"/>
      </w:pPr>
      <w:r>
        <w:t>So it's just that if you try, like Molana said, you have to keep trying.</w:t>
      </w:r>
    </w:p>
    <w:p>
      <w:r>
        <w:rPr>
          <w:b/>
        </w:rPr>
        <w:t xml:space="preserve">[20:06] </w:t>
      </w:r>
      <w:r>
        <w:t>and at some point, you will find some, you know, who needs you or who wants to go hear it to you. you cannot hear me. now can you hear me? now? yes. now is better? yeah. yes. yes. okay. so, basically, andrea is my neighbor, and she's from mexico.</w:t>
      </w:r>
    </w:p>
    <w:p>
      <w:pPr>
        <w:jc w:val="right"/>
      </w:pPr>
      <w:r>
        <w:t>And at some point, you will find some, you know, who needs you or who wants to go hear it to you. You cannot hear me. Now can you hear me? Now? Yes. Now is better? Yeah. Yes. Yes. Okay. So, basically, Andrea is my neighbor, and she's from Mexico.</w:t>
      </w:r>
    </w:p>
    <w:p>
      <w:r>
        <w:rPr>
          <w:b/>
        </w:rPr>
        <w:t xml:space="preserve">[20:31] </w:t>
      </w:r>
      <w:r>
        <w:t>and, she, had, we did not meet as neighbors. we met through somebody. she was looking for some islamic literature. so i gave her she came to my house, and it turned out that she lives only three, four houses from my house. so, she came to my house, and she took the literature. we gave her Maulana's english quran translation first.</w:t>
      </w:r>
    </w:p>
    <w:p>
      <w:pPr>
        <w:jc w:val="right"/>
      </w:pPr>
      <w:r>
        <w:t>And, she, had, we did not meet as neighbors. We met through somebody. She was looking for some Islamic literature. So I gave her she came to my house, and it turned out that she lives only three, four houses from my house. So, she came to my house, and she took the literature. We gave her Maulana's English Quran translation first.</w:t>
      </w:r>
    </w:p>
    <w:p>
      <w:r>
        <w:rPr>
          <w:b/>
        </w:rPr>
        <w:t xml:space="preserve">[20:55] </w:t>
      </w:r>
      <w:r>
        <w:t>in search of god, what is islam in english and in spanish, and what else? i think it was, like, four books at the beginning. small books. first, it was some small books, and i finished them so, quite fast, the books. but i start, still, like, haven't finished the quran, of course. then i came back, and i remember she gave me quranic wisdom. so i started on that one.</w:t>
      </w:r>
    </w:p>
    <w:p>
      <w:pPr>
        <w:jc w:val="right"/>
      </w:pPr>
      <w:r>
        <w:t>In search of god, what is Islam in English and in Spanish, and what else? I think it was, like, four books at the beginning. Small books. First, it was some small books, and I finished them so, quite fast, the books. But I start, still, like, haven't finished the Quran, of course. Then I came back, and I remember she gave me Quranic wisdom. So I started on that one.</w:t>
      </w:r>
    </w:p>
    <w:p>
      <w:r>
        <w:rPr>
          <w:b/>
        </w:rPr>
        <w:t xml:space="preserve">[21:21] </w:t>
      </w:r>
      <w:r>
        <w:t>I had tried before to start with the other different books, but, you know, they were, like, just maybe a little a little bit complicated because I didn't know anything about Islam. It's like, anything. For example, they, of course, they will the first things that they mentioned is a prophet, and I didn't know about it. I I didn't know. And then, so they were talking maybe some words that they put in Arabic and the other books, and I didn't I didn't understand. So it was very hard.</w:t>
      </w:r>
    </w:p>
    <w:p>
      <w:pPr>
        <w:jc w:val="right"/>
      </w:pPr>
      <w:r>
        <w:t>I had tried before to start with the other different books, but, you know, they were, like, just maybe a little a little bit complicated because I didn't know anything about Islam. Is like, anything. For example, they, of course, they will the first things that they mentioned is a profit, and I didn't know about it. I I didn't know. And then, so they were talking maybe some words that they put in Arabic and the other books, and I didn't I didn't understand. So it was very hard.</w:t>
      </w:r>
    </w:p>
    <w:p>
      <w:r>
        <w:rPr>
          <w:b/>
        </w:rPr>
        <w:t xml:space="preserve">[21:50] </w:t>
      </w:r>
      <w:r>
        <w:t>but when i started reading the koranic wisdom, i like it because everything was in english, and it was simple english because even my english, i consider it's good, but it's not my native language. but it was very simple to follow. everything was making sense, mostly at the beginning when, it's it's not the first time that i'm trying to get close to god before it i tried, on on christianity, on catalysis.</w:t>
      </w:r>
    </w:p>
    <w:p>
      <w:pPr>
        <w:jc w:val="right"/>
      </w:pPr>
      <w:r>
        <w:t>But when I started reading the Koranic wisdom, I like it because everything was in English, and it was simple English because even my English, I consider it's good, but it's not my native language. But it was very simple to follow. Everything was making sense, mostly at the beginning when, it's it's not the first time that I'm trying to get close to God before it I tried, on on Christianity, on Catalysis.</w:t>
      </w:r>
    </w:p>
    <w:p>
      <w:r>
        <w:rPr>
          <w:b/>
        </w:rPr>
        <w:t xml:space="preserve">[22:15] </w:t>
      </w:r>
      <w:r>
        <w:t>but somehow i felt that i was, you know, a a little bit lost because of the fight between those religions that are and then some and the area that i'm from in mexico, it's mostly you are yes. they are speaking about god, but then they fight. so when i started reading on the quran and on the quranic wisdom that they were explaining that mostly respect, respect the other religions, the other beliefs, i really felt more attracted, and i felt like, wait.</w:t>
      </w:r>
    </w:p>
    <w:p>
      <w:pPr>
        <w:jc w:val="right"/>
      </w:pPr>
      <w:r>
        <w:t>But somehow I felt that I was, you know, a a little bit lost because of the fight between those religions that are and then some and the area that I'm from in Mexico, it's mostly you are yes. They are speaking about god, but then they fight. So when I started reading on the Quran and on the Quranic wisdom that they were explaining that mostly respect, respect the other religions, the other beliefs, I really felt more attracted, and I felt like, wait.</w:t>
      </w:r>
    </w:p>
    <w:p>
      <w:r>
        <w:rPr>
          <w:b/>
        </w:rPr>
        <w:t xml:space="preserve">[22:44] </w:t>
      </w:r>
      <w:r>
        <w:t>like, so they are not trying to force me to go down it? like, so i i i can do it because of because of my will. i can start, and they are not fighting if if i have some different beliefs. so i started liking that. and and the lessons, every lesson was making so much sense and that you can apply well, i consider them lessons, like the stories from the koranic wisdom. everything was making so much sense. i coapply it to my life. they were talking about, for example, how to behave.</w:t>
      </w:r>
    </w:p>
    <w:p>
      <w:pPr>
        <w:jc w:val="right"/>
      </w:pPr>
      <w:r>
        <w:t>Like, so they are not trying to force me to go down it? Like, so I I I can do it because of because of my will. I can start, and they are not fighting if if I have some different beliefs. So I started liking that. And and the lessons, every lesson was making so much sense and that you can apply well, I consider them lessons, like the stories from the Koranic wisdom. Everything was making so much sense. I coapply it to my life. They were talking about, for example, how to behave.</w:t>
      </w:r>
    </w:p>
    <w:p>
      <w:r>
        <w:rPr>
          <w:b/>
        </w:rPr>
        <w:t xml:space="preserve">[23:14] </w:t>
      </w:r>
      <w:r>
        <w:t>and, you know, it was making sense. it's not like something like i will ask, like, for example, why? or i no. no. no. but this doesn't make sense. everything was, like, just very easy to easy to take. so i really got in, i got in love with the book. and the first, the first days i was reading it so fast, then i got more books. so now i'm reading it slowly more slowly. it also motivate me to finish the quran because at the beginning, i was like, okay. slowly, slowly.</w:t>
      </w:r>
    </w:p>
    <w:p>
      <w:pPr>
        <w:jc w:val="right"/>
      </w:pPr>
      <w:r>
        <w:t>And, you know, it was making sense. It's not like something like I will ask, like, for example, why? Or I no. No. No. But this doesn't make sense. Everything was, like, just very easy to easy to take. So I really got in, I got in love with the book. And the first, the first days I was reading it so fast, then I got more books. So now I'm reading it slowly more slowly. It also motivate me to finish the Quran because at the beginning, I was like, okay. Slowly, slowly.</w:t>
      </w:r>
    </w:p>
    <w:p>
      <w:r>
        <w:rPr>
          <w:b/>
        </w:rPr>
        <w:t xml:space="preserve">[23:42] </w:t>
      </w:r>
      <w:r>
        <w:t>but then, you know, at the same time that i was reading quranic wisdom, i felt like the urge to know more. so i said, like, the only way that i'm going to know more is from the quran. so then just, i think, last week, i was i was just thinking, is there this book in spanish? so i look i remember i googled it, and it was not in spanish yet. so i said, maybe maybe i can ask.</w:t>
      </w:r>
    </w:p>
    <w:p>
      <w:pPr>
        <w:jc w:val="right"/>
      </w:pPr>
      <w:r>
        <w:t>But then, you know, at the same time that I was reading Quranic wisdom, I felt like the urge to know more. So I said, like, the only way that I'm going to know more is from the Quran. So then just, I think, last week, I was I was just thinking, is there this book in Spanish? So I look I remember I Googled it, and it was not in Spanish yet. So I said, maybe maybe I can ask.</w:t>
      </w:r>
    </w:p>
    <w:p>
      <w:r>
        <w:rPr>
          <w:b/>
        </w:rPr>
        <w:t xml:space="preserve">[24:06] </w:t>
      </w:r>
      <w:r>
        <w:t>i but before i didn't know that that i i could help on translation, but i say, okay. maybe i can ask at least. i don't know. so i i came to see me again. i asked her, like, if if somebody was already working on it or if i could help because i really like that book. and as i was telling her before coming to dubai, i have never on my life met a muslim before. i have lived in mexico, in italy, in, in us, and never.</w:t>
      </w:r>
    </w:p>
    <w:p>
      <w:pPr>
        <w:jc w:val="right"/>
      </w:pPr>
      <w:r>
        <w:t>I but before I didn't know that that I I could help on translation, but I say, okay. Maybe I can ask at least. I don't know. So I I came to see me again. I asked her, like, if if somebody was already working on it or if I could help because I really like that book. And as I was telling her before coming to Dubai, I have never on my life met a Muslim before. I have lived in Mexico, in Italy, in, in US, and never.</w:t>
      </w:r>
    </w:p>
    <w:p>
      <w:r>
        <w:rPr>
          <w:b/>
        </w:rPr>
        <w:t xml:space="preserve">[24:36] </w:t>
      </w:r>
      <w:r>
        <w:t>and the thing that i'm i'm saying here is that, you know, it's not you know, i really, i i think that somebody should take it. she'll she'll take the message and, of course, spanish. so because i really like that book. i really felt connected. i would like it to be available for more spanish speakers. so i don't know. i really like it.</w:t>
      </w:r>
    </w:p>
    <w:p>
      <w:pPr>
        <w:jc w:val="right"/>
      </w:pPr>
      <w:r>
        <w:t>And the thing that I'm I'm saying here is that, you know, it's not you know, I really, I I think that somebody should take it. She'll she'll take the message and, of course, Spanish. So because I really like that book. I really felt connected. I would like it to be available for more Spanish speakers. So I don't know. I really like it.</w:t>
      </w:r>
    </w:p>
    <w:p>
      <w:r>
        <w:rPr>
          <w:b/>
        </w:rPr>
        <w:t xml:space="preserve">[24:58] </w:t>
      </w:r>
      <w:r>
        <w:t>so, basically, her her thing was that i love this book, and i want to send this message to my friends in mexico. how do they understand? can i start translating? so i spoke to doctor doctor and he spoke to kalim sab, and they said, you can go ahead because nobody else is translating in in spanish. so now she's before two days, she started translating in english, quranic wisdom.</w:t>
      </w:r>
    </w:p>
    <w:p>
      <w:pPr>
        <w:jc w:val="right"/>
      </w:pPr>
      <w:r>
        <w:t>So, basically, her her thing was that I love this book, and I want to send this message to my friends in Mexico. How do they understand? Can I start translating? So I spoke to doctor doctor and he spoke to Kalim Sab, and they said, you can go ahead because nobody else is translating in in Spanish. So now she's Before two days, she started translating in English, Quranic wisdom.</w:t>
      </w:r>
    </w:p>
    <w:p>
      <w:r>
        <w:rPr>
          <w:b/>
        </w:rPr>
        <w:t xml:space="preserve">[25:25] </w:t>
      </w:r>
      <w:r>
        <w:t>and her thing is that she wants to take this message to her friends there, to the people in spanish speaking people, to people in mexico. yes. because even when i started reading and i was, posting about it, a lot of my friends were asking me, and even some of them were asking me, like, do you have some books that you have you can share with us? and i said, like, i have, but in english, but i still have. so, you know, even, i have a friend. he's he's not from mexico. he's from guatemala.</w:t>
      </w:r>
    </w:p>
    <w:p>
      <w:pPr>
        <w:jc w:val="right"/>
      </w:pPr>
      <w:r>
        <w:t>And her thing is that she wants to take this message to her friends there, to the people in Spanish speaking people, to people in Mexico. Yes. Because even when I started reading and I was, posting about it, a lot of my friends were asking me, and even some of them were asking me, like, do you have some books that you have you can share with us? And I said, like, I have, but in English, but I still have. So, you know, even, I have a friend. He's he's not from Mexico. He's from Guatemala.</w:t>
      </w:r>
    </w:p>
    <w:p>
      <w:r>
        <w:rPr>
          <w:b/>
        </w:rPr>
        <w:t xml:space="preserve">[25:54] </w:t>
      </w:r>
      <w:r>
        <w:t>but what we do is that we do a call. we start reading coranic wisdom in english, and whatever that he doesn't understand, i then i translate. but it's it's slow. we do it, like, maybe twice a week or something like that, one lesson. but because people is very interested and learn about it, they they really don't have a, i don't know, like non-dimensional. no. no. no. yes. exactly. like, it's not something that they have seen but ignored. no. no. no. really, there's</w:t>
      </w:r>
    </w:p>
    <w:p>
      <w:pPr>
        <w:jc w:val="right"/>
      </w:pPr>
      <w:r>
        <w:t>But what we do is that we do a call. We start reading coranic wisdom in English, and whatever that he doesn't understand, I then I translate. But it's it's slow. We do it, like, maybe twice a week or something like that, one lesson. But because people is very interested and learn about it, they they really don't have a, I don't know, like Non-dimensional. No. No. No. Yes. Exactly. Like, it's not something that they have seen but ignored. No. No. No. Really, there's</w:t>
      </w:r>
    </w:p>
    <w:p>
      <w:r>
        <w:rPr>
          <w:b/>
        </w:rPr>
        <w:t xml:space="preserve">[26:23] </w:t>
      </w:r>
      <w:r>
        <w:t>nothing not received this message. This is what she's trying to say. So it is really our, this thing to send our duty to send this message. So at the moment, yeah, anything else you want to ask her? Hello? Yeah. I'm here.</w:t>
      </w:r>
    </w:p>
    <w:p>
      <w:pPr>
        <w:jc w:val="right"/>
      </w:pPr>
      <w:r>
        <w:t>nothing not received this message. This is what she's trying to say. So it is really our, this thing to send our duty to send this message. So at the moment, yeah, anything else you want to ask her? Hello? Yeah. I'm here.</w:t>
      </w:r>
    </w:p>
    <w:p>
      <w:r>
        <w:rPr>
          <w:b/>
        </w:rPr>
        <w:t xml:space="preserve">[26:47] </w:t>
      </w:r>
      <w:r>
        <w:t>It's quite an incredible work that you're doing, and your enthusiasm is showing in the way you have taken up the Quran, and you have read the Quran, and this is the second time that you're reading. And how you're communicating and interacting with your friends. That's a great work, you know, because you have definitely somehow found the truth, and you want to give that truth to your friends. That an incredible work.</w:t>
      </w:r>
    </w:p>
    <w:p>
      <w:pPr>
        <w:jc w:val="right"/>
      </w:pPr>
      <w:r>
        <w:t>It's quite an incredible work that you're doing, and your enthusiasm is showing in the way you have taken up the Quran, and you have read the Quran, and this is the second time that you're reading. And how you're communicating and interacting with your friends. That's a great work, you know, because you have definitely somehow found the truth, and you want to give that truth to your friends. That an incredible work.</w:t>
      </w:r>
    </w:p>
    <w:p>
      <w:r>
        <w:rPr>
          <w:b/>
        </w:rPr>
        <w:t xml:space="preserve">[27:17] </w:t>
      </w:r>
      <w:r>
        <w:t>Exactly. Yes. That's what she wants to do. Yeah. That's great. Because I say, here I had the oh, sorry. No. Go ahead. Like, here I had the opportunity to know about it. So I feel if I don't share it, I feel that I'm being selfish. You know? Like, I feel even now because here, when I came to Dubai, I started meeting Muslim friends. And now I feel with my friends, like, why didn't you tell me about this before? I've been here for a year, and I didn't know.</w:t>
      </w:r>
    </w:p>
    <w:p>
      <w:pPr>
        <w:jc w:val="right"/>
      </w:pPr>
      <w:r>
        <w:t>Exactly. Yes. That's what she wants to do. Yeah. That's great. Because I say, here I had the oh, sorry. No. Go ahead. Like, here I had the opportunity to know about it. So I feel if I don't share it, I feel that I'm being selfish. You know? Like, I feel even now because here, when I came to Dubai, I started meeting Muslim friends. And now I feel with my friends, like, why didn't you tell me about this before? I've been here for a year, and I didn't know.</w:t>
      </w:r>
    </w:p>
    <w:p>
      <w:r>
        <w:rPr>
          <w:b/>
        </w:rPr>
        <w:t xml:space="preserve">[27:44] </w:t>
      </w:r>
      <w:r>
        <w:t>So, you know, the same way I want to share with my friends because it's something so good that you need that you need to share or you are being, like, selfish, like, to just give it for you. So I really I I really want to try to spread it. Of course, like, put it there. If they wanna take it, they will take it. But but, you know, at least they will have they will have the opportunity. They will have something.</w:t>
      </w:r>
    </w:p>
    <w:p>
      <w:pPr>
        <w:jc w:val="right"/>
      </w:pPr>
      <w:r>
        <w:t>So, you know, the same way I want to share with my friends because it's something so good that you need that you need to share or you are being, like, selfish, like, to just give it for you. So I really I I really want to try to spread it. Of course, like, put it there. If they wanna take it, they will take it. But but, you know, at least they will have they will have the opportunity. They will have something.</w:t>
      </w:r>
    </w:p>
    <w:p>
      <w:r>
        <w:rPr>
          <w:b/>
        </w:rPr>
        <w:t xml:space="preserve">[28:09] </w:t>
      </w:r>
      <w:r>
        <w:t>And she's also then at later on, Sajid Sab gave me Spanish Quran. I did not have it, so I gave it to her. And she's she's read it all all the full Quran during Ramadan. And she's And now I'm on half again. And, again, she started again, and she's in the middle of the Quran now. So and and she's fasted. She got so motivated.</w:t>
      </w:r>
    </w:p>
    <w:p>
      <w:pPr>
        <w:jc w:val="right"/>
      </w:pPr>
      <w:r>
        <w:t>And she's also then at later on, Sajid Sab gave me Spanish Quran. I did not have it, so I gave it to her. And she's she's read it all all the full Quran during Ramadan. And she's And now I'm on half again. And, again, she started again, and she's in the middle of the Quran now. So and and she's fasted. She got so motivated.</w:t>
      </w:r>
    </w:p>
    <w:p>
      <w:r>
        <w:rPr>
          <w:b/>
        </w:rPr>
        <w:t xml:space="preserve">[28:36] </w:t>
      </w:r>
      <w:r>
        <w:t>She did all the Ramadan fast, and she's doing all the Namaas. Also, she's learning and she's playing she's doing her best. She's very May Allah reward you immensely, Andrea. And, you too. Thank you. This is a great opportunity for me to be with her ready.</w:t>
      </w:r>
    </w:p>
    <w:p>
      <w:pPr>
        <w:jc w:val="right"/>
      </w:pPr>
      <w:r>
        <w:t>She did all the Ramadan fast, and she's doing all the Namaas. Also, she's learning and she's playing she's doing her best. She's very May Allah reward you immensely, Andrea. And, you too. Thank you. This is a great opportunity for me to be with her ready.</w:t>
      </w:r>
    </w:p>
    <w:p>
      <w:r>
        <w:rPr>
          <w:b/>
        </w:rPr>
        <w:t xml:space="preserve">[28:57] </w:t>
      </w:r>
      <w:r>
        <w:t>Yes, What we know what I know one thing is that we, in CPS, just as said right now, women have got a great opportunity to being a part of CPS. And, we all have potential. And here is the platform where we are bringing that potential into into work work formula. We are working on it.</w:t>
      </w:r>
    </w:p>
    <w:p>
      <w:pPr>
        <w:jc w:val="right"/>
      </w:pPr>
      <w:r>
        <w:t>Yes, What we know what I know one thing is that we, in CPS, just as said right now, women have got a great opportunity to being a part of CPS. And, we all have potential. And here is the platform where we are bringing that potential into into work work formula. We are working on it.</w:t>
      </w:r>
    </w:p>
    <w:p>
      <w:r>
        <w:rPr>
          <w:b/>
        </w:rPr>
        <w:t xml:space="preserve">[29:21] </w:t>
      </w:r>
      <w:r>
        <w:t>And, so any of the ladies who would like to question or ask anything from miss Andrea or team up here? Can kindly go ahead. Actually, my mother will ask. My mother is Anyone here? Can I say I don't have a question? But May I say your name, I'm ready.</w:t>
      </w:r>
    </w:p>
    <w:p>
      <w:pPr>
        <w:jc w:val="right"/>
      </w:pPr>
      <w:r>
        <w:t>And, so any of the ladies who would like to question or ask anything from miss Andrea or team up here? Can kindly go ahead. Actually, my mother will ask. My mother is Anyone here? Can I say I don't have a question? But May I say your name, I'm ready.</w:t>
      </w:r>
    </w:p>
    <w:p>
      <w:r>
        <w:rPr>
          <w:b/>
        </w:rPr>
        <w:t xml:space="preserve">[29:50] </w:t>
      </w:r>
      <w:r>
        <w:t>Please say your name and the place That's yours. In. I What did you say? I said, please say your name and the police. I am I am Najma Siddiqui. Ok, aap. Ok. And I was then Dubai when Andrea called and then then she got connected.</w:t>
      </w:r>
    </w:p>
    <w:p>
      <w:pPr>
        <w:jc w:val="right"/>
      </w:pPr>
      <w:r>
        <w:t>Please say your name and the place That's yours. In. I What did you say? I said, please say your name and the police. I am I am नजमा सिद्धिती. Ok, आप. Ok. And I was then Dubai when Andrea called and then then she got connected.</w:t>
      </w:r>
    </w:p>
    <w:p>
      <w:r>
        <w:rPr>
          <w:b/>
        </w:rPr>
        <w:t xml:space="preserve">[30:18] </w:t>
      </w:r>
      <w:r>
        <w:t>And then I came back, and I heard that she she persuaded Seema to go to the mosque and take her friends. And it was it was something. So it's Adra's blessing on every on all of us that Andrea is doing all this work. She's translating it. And, Seema said that, she persuaded me to the to the to go to mosque.</w:t>
      </w:r>
    </w:p>
    <w:p>
      <w:pPr>
        <w:jc w:val="right"/>
      </w:pPr>
      <w:r>
        <w:t>And then I came back, and I heard that she she persuaded Seema to go to the mosque and take her friends. And it was it was something. So it's Adra's blessing on every on all of us that Andrea is doing all this work. She's translating it. And, Seema said that, she persuaded me to the to the to go to mosque.</w:t>
      </w:r>
    </w:p>
    <w:p>
      <w:r>
        <w:rPr>
          <w:b/>
        </w:rPr>
        <w:t xml:space="preserve">[30:47] </w:t>
      </w:r>
      <w:r>
        <w:t>Because of corona. She was not going there, but she brought friends, and they all went there, and they started learning. And it's a learning process for everybody. I just say for this kind of work. Thank you. Thank you so much. Thank you, Najma aap, for reflecting on it.</w:t>
      </w:r>
    </w:p>
    <w:p>
      <w:pPr>
        <w:jc w:val="right"/>
      </w:pPr>
      <w:r>
        <w:t>Because of corona. She was not going there, but she brought friends, and they all went there, and they started learning. And it's a learning process for everybody. I just say for this kind of work. Thank you. Thank you so much. Thank you, नश्मा अपम, for reflecting on it.</w:t>
      </w:r>
    </w:p>
    <w:p>
      <w:r>
        <w:rPr>
          <w:b/>
        </w:rPr>
        <w:t xml:space="preserve">[31:16] </w:t>
      </w:r>
      <w:r>
        <w:t>And adding on to the experiences. And I would like to now open the platform to the ladies since we are very short period. And I would like to open this platform to the question and answer session. Professor Fareeda Khanam is will address all the question answers.</w:t>
      </w:r>
    </w:p>
    <w:p>
      <w:pPr>
        <w:jc w:val="right"/>
      </w:pPr>
      <w:r>
        <w:t>And adding on to the experiences. And I would like to now open the platform to the ladies since we are very short period. And I would like to open this platform to the question and answer session. Professor फरीदा खानम is will address all the question answers.</w:t>
      </w:r>
    </w:p>
    <w:p>
      <w:r>
        <w:rPr>
          <w:b/>
        </w:rPr>
        <w:t xml:space="preserve">[31:39] </w:t>
      </w:r>
      <w:r>
        <w:t>Kindly go ahead with the question answers or either you want to say something on your own, your insight, or any learning that you want to share regarding the topic. Please tell your name and the please. Ji, mera naam Mahwish Hasan hai. Par mujhe aur ek Canada se hoon. Ji.</w:t>
      </w:r>
    </w:p>
    <w:p>
      <w:pPr>
        <w:jc w:val="right"/>
      </w:pPr>
      <w:r>
        <w:t>Kindly go ahead with the question answers or either you want to say something on your own, your insight, or any learning that you want to share regarding the topic. Please tell your name and the please. जी, मेरा नाम महबेश हसन है. पर मुझे और एक Canada से हूं. जी.</w:t>
      </w:r>
    </w:p>
    <w:p>
      <w:r>
        <w:rPr>
          <w:b/>
        </w:rPr>
        <w:t xml:space="preserve">[32:09] </w:t>
      </w:r>
      <w:r>
        <w:t>Ji main Canada se hoon. Mera naam Hafeezah Siddiqui mein hai. Mera sawal thoda topic se hatkar hai. To kya main puch sakti hoon? Ji Ji please make it short. Ji Ji. If you don't mind. Ji, zaroor. To mujhe sirf yeh puchna tha. Mujhe virasat ka qanoon bahut lamba, bahut long karke nahi puchna.</w:t>
      </w:r>
    </w:p>
    <w:p>
      <w:pPr>
        <w:jc w:val="right"/>
      </w:pPr>
      <w:r>
        <w:t>जी मैं Canada से हूं. मेरा नाम हैफेशासी में है. मेरा सवाल थोड़ा topic से हटकर है. तो क्या मैं पुछ सकती हूं? जी जी please make it short. जी जी. If you don't mind. जी, ज़रूर. तो मुझे सिर्फ यह पूछना था. मुझे विरासत का कादून बहुत लंबा, बहुत long करके नहीं पूछना.</w:t>
      </w:r>
    </w:p>
    <w:p>
      <w:r>
        <w:rPr>
          <w:b/>
        </w:rPr>
        <w:t xml:space="preserve">[32:32] </w:t>
      </w:r>
      <w:r>
        <w:t>Sirf ek hi sawal puchna hai ki jo paisa, jo jaydad maa baap apne bachchon ko apni zindagi mein takseem kar dete hain aur woh mar jaate hain. Unhone jaydad takseem kar di apne bachchon ko barabar barabar de diya. Ab unhi ke bachchon mein ek bachcha aisa hai jiske koi beta nahi hai, uski do betiyan hain.</w:t>
      </w:r>
    </w:p>
    <w:p>
      <w:pPr>
        <w:jc w:val="right"/>
      </w:pPr>
      <w:r>
        <w:t>सिर्फ एक ही सवाल पूछना है कि जो पैसा, जो जायदाद मां बाप अपने बच्चों को अपनी ज़िंदगी में तक्सीम कर देते हैं और वह मर जाते हैं. उन्होंने जायदाद तक्सीम कर दी अपने बच्चों को बराबर बराबर दे दिया. अब उन्हीं के बच्चों में एक बच्चा ऐसा है जिसके कोई बेटा नहीं है, उसकी दो बेटियां हैं.</w:t>
      </w:r>
    </w:p>
    <w:p>
      <w:r>
        <w:rPr>
          <w:b/>
        </w:rPr>
        <w:t xml:space="preserve">[32:52] </w:t>
      </w:r>
      <w:r>
        <w:t>usne maa baap ke takseem kiye hue paise se ghar khareeda aur uske baad woh jab khud bhi</w:t>
      </w:r>
    </w:p>
    <w:p>
      <w:pPr>
        <w:jc w:val="right"/>
      </w:pPr>
      <w:r>
        <w:t>उसने मां बाप के तक्सीम किए हुए पैसे से घर खरीदा और उसके बाद वह जब खुद भी</w:t>
      </w:r>
    </w:p>
    <w:p>
      <w:r>
        <w:rPr>
          <w:b/>
        </w:rPr>
        <w:t xml:space="preserve">[32:58] </w:t>
      </w:r>
      <w:r>
        <w:t>boore hone lage to kya unko us bate hue paise mein se dobara takseem karke apne behan bhaiyon</w:t>
      </w:r>
    </w:p>
    <w:p>
      <w:pPr>
        <w:jc w:val="right"/>
      </w:pPr>
      <w:r>
        <w:t>बूढ़े होने लगे तो क्या उनको उस बटे हुए पैसे में से दोबारा तक्सीम करके अपने बहन भाइयों</w:t>
      </w:r>
    </w:p>
    <w:p>
      <w:r>
        <w:rPr>
          <w:b/>
        </w:rPr>
        <w:t xml:space="preserve">[33:05] </w:t>
      </w:r>
      <w:r>
        <w:t>mein dena hoga?</w:t>
      </w:r>
    </w:p>
    <w:p>
      <w:pPr>
        <w:jc w:val="right"/>
      </w:pPr>
      <w:r>
        <w:t>में देना होगा?</w:t>
      </w:r>
    </w:p>
    <w:p>
      <w:r>
        <w:rPr>
          <w:b/>
        </w:rPr>
        <w:t xml:space="preserve">[33:12] </w:t>
      </w:r>
      <w:r>
        <w:t>kyunki unke apne koi beta nahi hai sirf to betiyan hain jaisagar.</w:t>
      </w:r>
    </w:p>
    <w:p>
      <w:pPr>
        <w:jc w:val="right"/>
      </w:pPr>
      <w:r>
        <w:t>क्योंकि उनके अपने कोई बेटा नहीं है सिर्फ तो बेटियां हैं जैसागर.</w:t>
      </w:r>
    </w:p>
    <w:p>
      <w:r>
        <w:rPr>
          <w:b/>
        </w:rPr>
        <w:t xml:space="preserve">[33:19] </w:t>
      </w:r>
      <w:r>
        <w:t>aapa you heard that question?</w:t>
      </w:r>
    </w:p>
    <w:p>
      <w:pPr>
        <w:jc w:val="right"/>
      </w:pPr>
      <w:r>
        <w:t>आपा you heard that question?</w:t>
      </w:r>
    </w:p>
    <w:p>
      <w:r>
        <w:rPr>
          <w:b/>
        </w:rPr>
        <w:t xml:space="preserve">[33:26] </w:t>
      </w:r>
      <w:r>
        <w:t>Awaaz aa rahi hai? Ji Ji aap. Asal mein virasat ke sawalaat jo hai na woh aise individual se complicated hote hain, individual se puchna theek nahi hai. To darul ifta hote hain wahin par puche jaate hain. Sab log wahin puchte hain wahan se wahan par mufti hote hain unko bahut zyada isi ki isi ki training unko hoti hai. Woh jawab dete hain to aap woh bhi unse keh dijiye ki aisa hi karein.</w:t>
      </w:r>
    </w:p>
    <w:p>
      <w:pPr>
        <w:jc w:val="right"/>
      </w:pPr>
      <w:r>
        <w:t>आवाज़ आ रही है? जी जी आप. असल में विरासत के सवालात जो है ना वह ऐसे individual से complicated होते हैं, individual से पूछना ठीक नहीं है. तो दारुल इफ्ता होते हैं वहीं पर पूछे जाते हैं. सब लोग वहीं पूछते हैं वहां से वहां पर मुफ्ती होते हैं उनको बहुत ज़्यादा इसी की इसी की training उनको होती है. वह जवाब देते हैं तो आप वह भी उनसे कह दीजिए कि ऐसा ही करें.</w:t>
      </w:r>
    </w:p>
    <w:p>
      <w:r>
        <w:rPr>
          <w:b/>
        </w:rPr>
        <w:t xml:space="preserve">[33:56] </w:t>
      </w:r>
      <w:r>
        <w:t>Haan boliye. Ji aapko apna jawab mil gaya? Ji mil gaya. Achha, mera ek aur sawal hai. Woh yeh hai ki hamein Allah taala kehta hai ki sabar karo aur koi bhi negative thinking aati hai ya koi aisi aazmaish aati hai jo aapko irritate kare aur aapke matlab aap usko face karna aapko mushkil ho raha hai.</w:t>
      </w:r>
    </w:p>
    <w:p>
      <w:pPr>
        <w:jc w:val="right"/>
      </w:pPr>
      <w:r>
        <w:t>हां बोलिए. जी आपको अपना जवाब मिल गया? जी मिल गया. अच्छा, मेरा एक और सवाल है. वह यह है कि हमें अन्नताला कहता है कि सबर करो और कोई भी negative thinking आती है या कोई ऐसी आज़माइश आती है जो आपको irritate करे और आपके मतलब आप उसको face करना आपको मुश्किल हो रहा है.</w:t>
      </w:r>
    </w:p>
    <w:p>
      <w:r>
        <w:rPr>
          <w:b/>
        </w:rPr>
        <w:t xml:space="preserve">[34:23] </w:t>
      </w:r>
      <w:r>
        <w:t>sahi hai hamein sambar karna hai aur hum sambar karte hain.</w:t>
      </w:r>
    </w:p>
    <w:p>
      <w:pPr>
        <w:jc w:val="right"/>
      </w:pPr>
      <w:r>
        <w:t>सही है हमें संबर करना है और हम संबर करते हैं.</w:t>
      </w:r>
    </w:p>
    <w:p>
      <w:r>
        <w:rPr>
          <w:b/>
        </w:rPr>
        <w:t xml:space="preserve">[34:30] </w:t>
      </w:r>
      <w:r>
        <w:t>lekin kuch arse baad bahut zyada sambar kar raha hai, bahut sambar kiya lekin kabhi kabhi andar kuch</w:t>
      </w:r>
    </w:p>
    <w:p>
      <w:pPr>
        <w:jc w:val="right"/>
      </w:pPr>
      <w:r>
        <w:t>लेकिन कुछ अड़से बाद बहुत ज़्यादा संबर कर रहा है, बहुत संबर किया लेकिन कभी कभी अंदर कुछ</w:t>
      </w:r>
    </w:p>
    <w:p>
      <w:r>
        <w:rPr>
          <w:b/>
        </w:rPr>
        <w:t xml:space="preserve">[34:38] </w:t>
      </w:r>
      <w:r>
        <w:t>aise emotions paida hote hain jinko nikalna bahut zaroori hota hai.</w:t>
      </w:r>
    </w:p>
    <w:p>
      <w:pPr>
        <w:jc w:val="right"/>
      </w:pPr>
      <w:r>
        <w:t>ऐसे emotions पैदा होते हैं जिनको निकालना बहुत ज़रूरी होता है.</w:t>
      </w:r>
    </w:p>
    <w:p>
      <w:r>
        <w:rPr>
          <w:b/>
        </w:rPr>
        <w:t xml:space="preserve">[34:46] </w:t>
      </w:r>
      <w:r>
        <w:t>to kya hum kisi ek aise bande ko call karke jo hamein pata hai bahut imandar hai, kahin</w:t>
      </w:r>
    </w:p>
    <w:p>
      <w:pPr>
        <w:jc w:val="right"/>
      </w:pPr>
      <w:r>
        <w:t>तो क्या हम किसी एक ऐसे बंदे को call करके जो हमें पता है बहुत ईमानदार है, कहीं</w:t>
      </w:r>
    </w:p>
    <w:p>
      <w:r>
        <w:rPr>
          <w:b/>
        </w:rPr>
        <w:t xml:space="preserve">[34:54] </w:t>
      </w:r>
      <w:r>
        <w:t>baat idhar se utar nahi karega, hamein galat mashwara nahi dega,</w:t>
      </w:r>
    </w:p>
    <w:p>
      <w:pPr>
        <w:jc w:val="right"/>
      </w:pPr>
      <w:r>
        <w:t>बात इधर से उतर नहीं करेगा, हमें गलत मशवरा नहीं देगा,</w:t>
      </w:r>
    </w:p>
    <w:p>
      <w:r>
        <w:rPr>
          <w:b/>
        </w:rPr>
        <w:t xml:space="preserve">[35:02] </w:t>
      </w:r>
      <w:r>
        <w:t>Please answer this question.</w:t>
      </w:r>
    </w:p>
    <w:p>
      <w:pPr>
        <w:jc w:val="right"/>
      </w:pPr>
      <w:r>
        <w:t>परिधा आप इस question का जवाब दें.</w:t>
      </w:r>
    </w:p>
    <w:p>
      <w:r>
        <w:rPr>
          <w:b/>
        </w:rPr>
        <w:t xml:space="preserve">[35:15] </w:t>
      </w:r>
      <w:r>
        <w:t>haan agar koi aisa trusted aadmi hai jo idhar udhar nahi karega to karna chahiye kyunki share karne</w:t>
      </w:r>
    </w:p>
    <w:p>
      <w:pPr>
        <w:jc w:val="right"/>
      </w:pPr>
      <w:r>
        <w:t>हां अगर कोई ऐसा trusted आदमी है जो इधर उधर नहीं करेगा तो करना चाहिए क्योंकि share करने</w:t>
      </w:r>
    </w:p>
    <w:p>
      <w:r>
        <w:rPr>
          <w:b/>
        </w:rPr>
        <w:t xml:space="preserve">[35:28] </w:t>
      </w:r>
      <w:r>
        <w:t>se woh gam jo hai na halka ho jata hai.</w:t>
      </w:r>
    </w:p>
    <w:p>
      <w:pPr>
        <w:jc w:val="right"/>
      </w:pPr>
      <w:r>
        <w:t>से वह गम जो है ना हल्का हो जाता है.</w:t>
      </w:r>
    </w:p>
    <w:p>
      <w:r>
        <w:rPr>
          <w:b/>
        </w:rPr>
        <w:t xml:space="preserve">[35:41] </w:t>
      </w:r>
      <w:r>
        <w:t>kehte hain na khushi bhi share karna chahiye, gam bhi share karna chahiye lekin aise aadmi se karna</w:t>
      </w:r>
    </w:p>
    <w:p>
      <w:pPr>
        <w:jc w:val="right"/>
      </w:pPr>
      <w:r>
        <w:t>कहते हैं ना खुशी भी share करना चाहिए, गम भी share करना चाहिए लेकिन ऐसे आदमी से करना</w:t>
      </w:r>
    </w:p>
    <w:p>
      <w:r>
        <w:rPr>
          <w:b/>
        </w:rPr>
        <w:t xml:space="preserve">[35:54] </w:t>
      </w:r>
      <w:r>
        <w:t>chahiye jo woh idhar udhar na kare sabko batana na shuru kar de.</w:t>
      </w:r>
    </w:p>
    <w:p>
      <w:pPr>
        <w:jc w:val="right"/>
      </w:pPr>
      <w:r>
        <w:t>चाहिए जो वह इधर उधर ना करे सबको बताना ना शुरू कर दे.</w:t>
      </w:r>
    </w:p>
    <w:p>
      <w:r>
        <w:rPr>
          <w:b/>
        </w:rPr>
        <w:t xml:space="preserve">[36:08] </w:t>
      </w:r>
      <w:r>
        <w:t>Uske kar sakte hain. We have doctor Safeena Tabassum asking raising a hand for a question. Please doctor Safeena Tabassum you can go ahead with your question. Aapka shram aleikum aapka. Sawal hi kitni mast hai?</w:t>
      </w:r>
    </w:p>
    <w:p>
      <w:pPr>
        <w:jc w:val="right"/>
      </w:pPr>
      <w:r>
        <w:t>उसको कर सकते हैं. We have doctor सफ़ीना तबस्तुम asking raising a hand for a question. Please doctor सफ़ीना तबस्तुम you can go ahead with your question. आपका श्राम अलीकूम आपका. सवाल ही कितनी मस्त है?</w:t>
      </w:r>
    </w:p>
    <w:p>
      <w:r>
        <w:rPr>
          <w:b/>
        </w:rPr>
        <w:t xml:space="preserve">[36:26] </w:t>
      </w:r>
      <w:r>
        <w:t>Aapka mera ek pehla sawal to yeh hai ki aksar mission mein log log thoda confuse rehte hain ki hamein pehle apni preparation karni hai ya dawat ka kaam saath mein kar sakte hain preparation ke. To main is par thodi clarity chahti hoon ki hum pehle apni islah karein ya dawati kaam hum uske saath saath hi karte rahein. Yeh thoda sa clear kar dekhiye yeh to saath saath karna hoga.</w:t>
      </w:r>
    </w:p>
    <w:p>
      <w:pPr>
        <w:jc w:val="right"/>
      </w:pPr>
      <w:r>
        <w:t>आपका मेरा एक पहला सवाल तो यह है कि अक्सर mission में लोग लोग थोड़ा confuse रहते हैं कि हमें पहले अपनी preparation करनी है या दावत का काम साथ में कर सकते हैं preparation के. तो मैं इस पर थोड़ी clarity चाहती हूं कि हम पहले अपनी इस्लाह करें या दावती काम हम उसके साथ साथ ही करते रहें. यह थोड़ा सा clear कर देखिए यह तो साथ साथ करना होगा.</w:t>
      </w:r>
    </w:p>
    <w:p>
      <w:r>
        <w:rPr>
          <w:b/>
        </w:rPr>
        <w:t xml:space="preserve">[36:54] </w:t>
      </w:r>
      <w:r>
        <w:t>Aapko pata hai ki aapko kitni lambi zindagi hai. Aap kya aap ab islah kar lengi phir aapko kaam karne ka mauka milega ki nahi kaam to aapko fatafat usi waqt suna karna shuru kar dijiye aur jab aap kisi mission mein lagte hain na tabhi aapki islah hoti hai. Woh khud ba khud aapki islah hoti rahegi aap doosron se learning karenge aur uska jo mission ka jo jazba paida hoga to aap har galat kaam se bachenge to dono kaam saath saath karna hai. Aapko uske liye wait nahi karna hai.</w:t>
      </w:r>
    </w:p>
    <w:p>
      <w:pPr>
        <w:jc w:val="right"/>
      </w:pPr>
      <w:r>
        <w:t>आपको पता है कि आपको कितनी लंबी ज़िंदगी है. आप क्या आप अब जब इस्लाह कर लेंगी फिर आपको काम करने का मौका मिलेगा कि नहीं काम तो आपको फटाफट उसी वक्त सुना करना शुरू कर दीजिए और जब आप किसी mission में लगते हैं ना तभी आपकी इस्लाह होती है. वह खुद बखुद आपकी इस्लाह होती रहेगी आप दूसरों से learning करेंगे और उसका जो mission का जो जज़्बा पैदा होगा तो आप हर गलत काम से बचेंगे तो दोनों काम साथ साथ करना है. आपको उसके लिए wait नहीं करना है.</w:t>
      </w:r>
    </w:p>
    <w:p>
      <w:r>
        <w:rPr>
          <w:b/>
        </w:rPr>
        <w:t xml:space="preserve">[37:24] </w:t>
      </w:r>
      <w:r>
        <w:t>Aapko kuch pata nahi kal kehte hain na aaj unki baari hai kal hamari baari ho sakti hai kuch pata nahi to isliye kaam to fauran kariye bahut hi zyada yeh reward act hai ismein bilkul wait mat kariye. Ek minute. Ek minute Parhaaz sahab kuch kehna chaah rahe hain?</w:t>
      </w:r>
    </w:p>
    <w:p>
      <w:pPr>
        <w:jc w:val="right"/>
      </w:pPr>
      <w:r>
        <w:t>आपको कुछ पता नहीं कल कहते हैं ना आज उनकी बारी है कल हमारी बारी हो सकती है कुछ पता नहीं तो इसलिए काम तो फ़ौरन करिए बहुत ही ज़्यादा यह reward act है इसमें बिल्कुल wait मत करिए. एक minute. एक minute परहाज साहब कुछ कहना चाह रहे हैं?</w:t>
      </w:r>
    </w:p>
    <w:p>
      <w:r>
        <w:rPr>
          <w:b/>
        </w:rPr>
        <w:t xml:space="preserve">[37:47] </w:t>
      </w:r>
      <w:r>
        <w:t>Waleiman ehman malik ke se pucha gaya tha ya usi zamane kisi aalim se ki hum kya karein? Pehle apni islah kar lein, uske baad dawat ka kaam karein. To aisa kar rahe hain to maut ke waqt tak kaha jata hai ki asal mamla maut ka hai.</w:t>
      </w:r>
    </w:p>
    <w:p>
      <w:pPr>
        <w:jc w:val="right"/>
      </w:pPr>
      <w:r>
        <w:t>वालेमान एहमान मालिक के से पुछा गया था या उसी जमाने किसी आलिम से कि हम क्या करें? पहले अपनी इस्लाह कर लें, उसके बाद दावाद का काम करें. तो ऐसा कर रहे हैं तो मौत के वक्त तक कहा जाता है कि असल मामला मौत का है.</w:t>
      </w:r>
    </w:p>
    <w:p>
      <w:r>
        <w:rPr>
          <w:b/>
        </w:rPr>
        <w:t xml:space="preserve">[38:16] </w:t>
      </w:r>
      <w:r>
        <w:t>us waqt agar fatma ho jaye to to hi mana jayega. to maut ke waqt tak humko chutti nahi apni islah hai. isliye dono sath sath chalega. rozana na hum log galti karte rehte hain. Sir, achha achha achha. aap ek aur cheez yeh poochna tha.</w:t>
      </w:r>
    </w:p>
    <w:p>
      <w:pPr>
        <w:jc w:val="right"/>
      </w:pPr>
      <w:r>
        <w:t>उस वक्त अगर फात्मा हो जाए तो तो ही माना जाएगा. तो मौत के वक्त तक हमको छुट्टी नहीं अपनी इस्लास है. इसलिए दोनों साथ साथ चलेगा. रोज़ान ना हम लोग गलती करते रहते हैं. Sir, अच्छा अच्छा अच्छा. आप एक और चीज़ यह पूछना था.</w:t>
      </w:r>
    </w:p>
    <w:p>
      <w:r>
        <w:rPr>
          <w:b/>
        </w:rPr>
        <w:t xml:space="preserve">[38:39] </w:t>
      </w:r>
      <w:r>
        <w:t>aksar, kalifek kalp ke bare mein yeh bhi thoda sa ek confusion rehta hai ki hum kisi ke liye flexible hote hain uski talif, uske uske softening of heart ke liye ki theek hai uski har baat sun sakte hain, bardasht kar sakte hain.</w:t>
      </w:r>
    </w:p>
    <w:p>
      <w:pPr>
        <w:jc w:val="right"/>
      </w:pPr>
      <w:r>
        <w:t>अक्सर, कालीफें कल्प के बारे में यह भी थोड़ा सा एक confusion रहता है कि हम किसी के लिए flexible होते हैं उसकी तालीफ़, उसके उसके softening of heart के लिए कि ठीक है उसकी हर बात sun सकते हैं, बर्दाश्त कर सकते हैं.</w:t>
      </w:r>
    </w:p>
    <w:p>
      <w:r>
        <w:rPr>
          <w:b/>
        </w:rPr>
        <w:t xml:space="preserve">[38:56] </w:t>
      </w:r>
      <w:r>
        <w:t>lekin hum kab yeh jaane ki ab yeh tilt ho raha hai hum hum jo kaam hamara galat ho raha hai to woh kuch aisa kuch hai ki hum agar talif karte rahenge to kya hum uske asar ko le le sakte hain madhu ke asar ko bhi fool kar sakte hain kya hum? ya uski baat ko sun rahe hain to agree karna zaroori nahi hai magar haan sun sakte hain uski baat ko hum, uski talif ke liye. yeh mere sath ek waqya hua tha main lodi garden mein.</w:t>
      </w:r>
    </w:p>
    <w:p>
      <w:pPr>
        <w:jc w:val="right"/>
      </w:pPr>
      <w:r>
        <w:t>लेकिन हम कब यह जाने कि अब यह tilt हो रहा है हम हम जो काम हमारा ग़लत हो रहा है तो वह कुछ ऐसा कुछ है कि हम अगर तालीफ़ करते रहेंगे तो क्या हम उसके असर को ले ले सकते हैं मधु के असर को भी फ़ूल कर सकते हैं क्या हम? या उसकी बात को sun रहे हैं तो agree करना ज़रूरी नहीं है मगर हां sun सकते हैं उसकी बात को हम, उसकी तालीफ के लिए. यह मेरे साथ एक वाक्या हुआ था मैं लोदी garden में.</w:t>
      </w:r>
    </w:p>
    <w:p>
      <w:r>
        <w:rPr>
          <w:b/>
        </w:rPr>
        <w:t xml:space="preserve">[39:26] </w:t>
      </w:r>
      <w:r>
        <w:t>kuch logon ko woh sardar family thi unko kuch literature de rahi thi. dawa literature aur quran. ab woh sardar ji jo hai bahut tezi se bole unhone kaha aap hamari khidab padhte hain? humne kaha haan padhte hain hum to.</w:t>
      </w:r>
    </w:p>
    <w:p>
      <w:pPr>
        <w:jc w:val="right"/>
      </w:pPr>
      <w:r>
        <w:t>कुछ लोगों को वह सरदार family थी उनको कुछ literature दे रही थी. दावा literature और कुरान. अब वह सरदार जी जो है बहुत तेज़ी से बोले उन्होंने कहा आप हमारी खिदाब पढ़ते हैं? हमने कहा हां पढ़ते हैं हम तो.</w:t>
      </w:r>
    </w:p>
    <w:p>
      <w:r>
        <w:rPr>
          <w:b/>
        </w:rPr>
        <w:t xml:space="preserve">[39:54] </w:t>
      </w:r>
      <w:r>
        <w:t>ab dijiye hum padhenge isi tarah se kai baatein thi.</w:t>
      </w:r>
    </w:p>
    <w:p>
      <w:pPr>
        <w:jc w:val="right"/>
      </w:pPr>
      <w:r>
        <w:t>अब दीजिए हम पढ़ेंगे इसी तरह से कई बातें थी.</w:t>
      </w:r>
    </w:p>
    <w:p>
      <w:r>
        <w:rPr>
          <w:b/>
        </w:rPr>
        <w:t xml:space="preserve">[39:59] </w:t>
      </w:r>
      <w:r>
        <w:t>to asar koi acche acche asar pade hamare andar to uski koi galat baat thodi hai madhu bhi</w:t>
      </w:r>
    </w:p>
    <w:p>
      <w:pPr>
        <w:jc w:val="right"/>
      </w:pPr>
      <w:r>
        <w:t>तो असर कोई अच्छे अच्छे असर पड़े हमारे अंदर तो उसकी कोई गलत बात थोड़ी है मधु भी</w:t>
      </w:r>
    </w:p>
    <w:p>
      <w:r>
        <w:rPr>
          <w:b/>
        </w:rPr>
        <w:t xml:space="preserve">[40:04] </w:t>
      </w:r>
      <w:r>
        <w:t>to insaan hai khuda ka banda hai lekin galat asar hamare andar nahi padna chahiye to iske liye</w:t>
      </w:r>
    </w:p>
    <w:p>
      <w:pPr>
        <w:jc w:val="right"/>
      </w:pPr>
      <w:r>
        <w:t>तो इंसान है खुदा का बंदा है लेकिन गलत असर हमारे अंदर नहीं पड़ना चाहिए तो इसके लिए</w:t>
      </w:r>
    </w:p>
    <w:p>
      <w:r>
        <w:rPr>
          <w:b/>
        </w:rPr>
        <w:t xml:space="preserve">[40:10] </w:t>
      </w:r>
      <w:r>
        <w:t>hamein apne aap ko bahut zyada isiliye hai na tayyari karna chahiye.</w:t>
      </w:r>
    </w:p>
    <w:p>
      <w:pPr>
        <w:jc w:val="right"/>
      </w:pPr>
      <w:r>
        <w:t>हमें अपने आप को बहुत ज़्यादा इसीलिए है ना तैयारी करना चाहिए.</w:t>
      </w:r>
    </w:p>
    <w:p>
      <w:r>
        <w:rPr>
          <w:b/>
        </w:rPr>
        <w:t xml:space="preserve">[40:15] </w:t>
      </w:r>
      <w:r>
        <w:t>jab hum taiyar rahenge hamara iman mazboot rahega to hum galat asar nahi qubool karenge.</w:t>
      </w:r>
    </w:p>
    <w:p>
      <w:pPr>
        <w:jc w:val="right"/>
      </w:pPr>
      <w:r>
        <w:t>जब हम तैयार रहेंगे हमारा ईमान मज़बूत रहेगा तो हम गलत असर नहीं कुबूल करेंगे.</w:t>
      </w:r>
    </w:p>
    <w:p>
      <w:r>
        <w:rPr>
          <w:b/>
        </w:rPr>
        <w:t xml:space="preserve">[40:20] </w:t>
      </w:r>
      <w:r>
        <w:t>accge asar qubool karne mein koi harz nahi hai.</w:t>
      </w:r>
    </w:p>
    <w:p>
      <w:pPr>
        <w:jc w:val="right"/>
      </w:pPr>
      <w:r>
        <w:t>अच्छे असर कुबूल करने में कोई हर्ज़ नहीं है.</w:t>
      </w:r>
    </w:p>
    <w:p>
      <w:r>
        <w:rPr>
          <w:b/>
        </w:rPr>
        <w:t xml:space="preserve">[40:26] </w:t>
      </w:r>
      <w:r>
        <w:t>shukriya bas ek aur sawal. abba yeh islamic history mein kya kabhi auraton ne aisa role adar kiya hai ki woh dawat ka kaam anjam de payenge? usko bhi bata do. aajkal jo dawa work ho raha hai woh to technology ki madad se temperature hamare paas hota hai. hum bahut aasani se hum dawa work kar rahe hain.</w:t>
      </w:r>
    </w:p>
    <w:p>
      <w:pPr>
        <w:jc w:val="right"/>
      </w:pPr>
      <w:r>
        <w:t>शुक्रिया बस एक और सवाल. अब्बा यह इस्लामic history में क्या कभी औरतों ने ऐसा role अदार किया है कि वह दावत का काम अंजाम दे पाएंगे? उसको भी बता दो. आजकल जो दावा work हो रहा है वह तो technology की मदद से temperature हमारे पास होता है. हम बहुत आसानी से हम दावा work कर रहे हैं.</w:t>
      </w:r>
    </w:p>
    <w:p>
      <w:r>
        <w:rPr>
          <w:b/>
        </w:rPr>
        <w:t xml:space="preserve">[40:49] </w:t>
      </w:r>
      <w:r>
        <w:t>to pehle zamane mein is tarah ka dawa work to nahi hota tha lekin auratein jo hain musalmanon hi mein musalmanon ke bachchon bachche unke yahan talim hasil karte the. auratein matlab primary school samjhiye auratein hi chalaati thi. to is tarah ka kaam karte the zyada muslim oriented kaam mein hi zyada lagi rehti thi. yeh non muslim ka aapko kuch pata hai to bataiye. chatari chatari chatari chatari</w:t>
      </w:r>
    </w:p>
    <w:p>
      <w:pPr>
        <w:jc w:val="right"/>
      </w:pPr>
      <w:r>
        <w:t>तो पहले ज़माने में इस तरह का दावा work तो नहीं होता था लेकिन औरतें जो हैं मुसलमानों ही मैं मुसलमानों के बच्चों बच्चे उनके यहां तालिम हासिल करते थे. औरतें मतलब primary school समझिए औरतें ही चलाती थी. तो इस तरह का काम करते थे ज़्यादा मुस्लिम oriented काम में ही ज़्यादा लगी रहती थी. यह non मुस्लिम का आपको कुछ पता है तो बताइए. चातारी चातारी चातारी चातारी</w:t>
      </w:r>
    </w:p>
    <w:p>
      <w:r>
        <w:rPr>
          <w:b/>
        </w:rPr>
        <w:t xml:space="preserve">[41:13] </w:t>
      </w:r>
      <w:r>
        <w:t>haan ek bahut bada kaam aur kyon ne kiya hai matlab woh utna conscious nahi thi uski maar</w:t>
      </w:r>
    </w:p>
    <w:p>
      <w:pPr>
        <w:jc w:val="right"/>
      </w:pPr>
      <w:r>
        <w:t>हां एक बहुत बड़ा काम और क्यों ने किया है मतलब वह उतना conscious नहीं थी उसकी मार</w:t>
      </w:r>
    </w:p>
    <w:p>
      <w:r>
        <w:rPr>
          <w:b/>
        </w:rPr>
        <w:t xml:space="preserve">[41:32] </w:t>
      </w:r>
      <w:r>
        <w:t>dale the auraton ko apne ghar mein utha le gaye the.</w:t>
      </w:r>
    </w:p>
    <w:p>
      <w:pPr>
        <w:jc w:val="right"/>
      </w:pPr>
      <w:r>
        <w:t>डाले थे औरतों को अपने घर में उठा ले गए थे.</w:t>
      </w:r>
    </w:p>
    <w:p>
      <w:r>
        <w:rPr>
          <w:b/>
        </w:rPr>
        <w:t xml:space="preserve">[41:52] </w:t>
      </w:r>
      <w:r>
        <w:t>kuch kadma banakar ke kuch mistress banakar ke ghar mein utha le gaye the. achha us zamane mein auratein sari jo muslim poore jo world mein musalman bahut educated hote the us zamane ka matlab jo ilm tha to woh sab auratein bhi hasil karti thi. to sab auratein talim vyapta thi, cultured thi, civilized thi aur jo tatari the woh to bilkul hi tribal type ke the woh.</w:t>
      </w:r>
    </w:p>
    <w:p>
      <w:pPr>
        <w:jc w:val="right"/>
      </w:pPr>
      <w:r>
        <w:t>कुछ कादमा बनाकर के कुछ mistress बनाकर के घर में उठा ले गए थे. अच्छा उस ज़माने में औरतें सारी जो मुस्लिम पूरे जो world में मुसलमान बहुत educated होते थे उस जमाने का मतलब जो इल्म था तो वह सब औरतें भी हासिल करती थी. तो सब औरतें तालिम व्याफता थी, cultured थी, civilized थी और जो तातारी थे वह तो बिल्कुल ही tribal type के थे वह.</w:t>
      </w:r>
    </w:p>
    <w:p>
      <w:r>
        <w:rPr>
          <w:b/>
        </w:rPr>
        <w:t xml:space="preserve">[42:19] </w:t>
      </w:r>
      <w:r>
        <w:t>to unhone sab utha le gaye unko auraton ko auraton ne gharon mein. ab chuki itna zyada shikshat ho chuki thi ki bolne ka koi mauka nahi tha. aaj to hum bolte hain hum tarah tarah se unke khilaf agitation chalate hain, protest karte hain, demand karte hain. to wahan tab to human rights ka daur hi nahi tha. woh auratein khamoshi se gharon mein thi.</w:t>
      </w:r>
    </w:p>
    <w:p>
      <w:pPr>
        <w:jc w:val="right"/>
      </w:pPr>
      <w:r>
        <w:t>तो उन्होंने सब उठा ले गए उनको औरतों को औरतों ने घरों में. अब चूंकि इतना ज़्यादा शिक्ष्त हो चुकी थी कि बोलने का कोई मौका नहीं था. आज तो हम बोलते हैं हम तरह तरह से उनके खिलाफ agitation चलाते हैं, protest करते हैं, demand करते हैं. तो वहां तब तो human rights का दौर ही नहीं था. वह औरतें खामोशी से घरों में थी.</w:t>
      </w:r>
    </w:p>
    <w:p>
      <w:r>
        <w:rPr>
          <w:b/>
        </w:rPr>
        <w:t xml:space="preserve">[42:42] </w:t>
      </w:r>
      <w:r>
        <w:t>to wahan par ab chuki woh padhi likhi thi to har mauke par aisi baat ho jati thi</w:t>
      </w:r>
    </w:p>
    <w:p>
      <w:pPr>
        <w:jc w:val="right"/>
      </w:pPr>
      <w:r>
        <w:t>तो वहां पर अब चूंकि वह पढ़ी लिखी थी तो हर मौके पर ऐसी बात हो जाती थी</w:t>
      </w:r>
    </w:p>
    <w:p>
      <w:r>
        <w:rPr>
          <w:b/>
        </w:rPr>
        <w:t xml:space="preserve">[42:50] </w:t>
      </w:r>
      <w:r>
        <w:t>jisse unke bachche khaas taur par mutasir ho jate the.</w:t>
      </w:r>
    </w:p>
    <w:p>
      <w:pPr>
        <w:jc w:val="right"/>
      </w:pPr>
      <w:r>
        <w:t>जिससे उनके बच्चे खास तौर पर मुतासिर हो जाते थे.</w:t>
      </w:r>
    </w:p>
    <w:p>
      <w:r>
        <w:rPr>
          <w:b/>
        </w:rPr>
        <w:t xml:space="preserve">[42:59] </w:t>
      </w:r>
      <w:r>
        <w:t>jaise chhoti chhoti baatein mujhe yaad rahegi alam bhirla, masha alla, chheenk aayi to yaar hamukullah is tarike</w:t>
      </w:r>
    </w:p>
    <w:p>
      <w:pPr>
        <w:jc w:val="right"/>
      </w:pPr>
      <w:r>
        <w:t>जैसे छोटी छोटी बातें मुझे याद रहेगी आलम भिरला, माशा अल्ला, छींक आई तो यार हमुकुल्लाह इस तरीके</w:t>
      </w:r>
    </w:p>
    <w:p>
      <w:r>
        <w:rPr>
          <w:b/>
        </w:rPr>
        <w:t xml:space="preserve">[43:08] </w:t>
      </w:r>
      <w:r>
        <w:t>ki baatein jo hain woh karti thi aur safai suthrai se kaam karti thi.</w:t>
      </w:r>
    </w:p>
    <w:p>
      <w:pPr>
        <w:jc w:val="right"/>
      </w:pPr>
      <w:r>
        <w:t>की बातें जो हैं वह करती थी और सफाई सुथराई से काम करती थी.</w:t>
      </w:r>
    </w:p>
    <w:p>
      <w:r>
        <w:rPr>
          <w:b/>
        </w:rPr>
        <w:t xml:space="preserve">[43:17] </w:t>
      </w:r>
      <w:r>
        <w:t>to woh log to bilkul parhe likhit hote nahi the jangli type ke hote the.</w:t>
      </w:r>
    </w:p>
    <w:p>
      <w:pPr>
        <w:jc w:val="right"/>
      </w:pPr>
      <w:r>
        <w:t>तो वह लोग तो बिल्कुल पढ़े लिखित होते नहीं थे जंगली type के होते थे.</w:t>
      </w:r>
    </w:p>
    <w:p>
      <w:r>
        <w:rPr>
          <w:b/>
        </w:rPr>
        <w:t xml:space="preserve">[43:26] </w:t>
      </w:r>
      <w:r>
        <w:t>to phir ek yeh lamba qissa hai phir ek badshah ne hamara na likha shayad dawat-e-islam mein</w:t>
      </w:r>
    </w:p>
    <w:p>
      <w:pPr>
        <w:jc w:val="right"/>
      </w:pPr>
      <w:r>
        <w:t>तो फिर एक यह लंबा किस्सा है फिर एक बादशाह ने हमारा ना लिखा शायद दावते इस्लाम में</w:t>
      </w:r>
    </w:p>
    <w:p>
      <w:r>
        <w:rPr>
          <w:b/>
        </w:rPr>
        <w:t xml:space="preserve">[43:33] </w:t>
      </w:r>
      <w:r>
        <w:t>to phir ek badshah ne dawat qubool kiya islam to us waqt jab bhasha ne jis din islam</w:t>
      </w:r>
    </w:p>
    <w:p>
      <w:pPr>
        <w:jc w:val="right"/>
      </w:pPr>
      <w:r>
        <w:t>तो फिर एक बादशाह ने दावत कुबूल किया इस्लाम तो उस वक्त जब भाषा ने जिस दिन इस्लाम</w:t>
      </w:r>
    </w:p>
    <w:p>
      <w:r>
        <w:rPr>
          <w:b/>
        </w:rPr>
        <w:t xml:space="preserve">[43:41] </w:t>
      </w:r>
      <w:r>
        <w:t>qubool kiya usi din bees hazaar log musalman hue kyunke woh andar hi andar woh chhupaye hue the</w:t>
      </w:r>
    </w:p>
    <w:p>
      <w:pPr>
        <w:jc w:val="right"/>
      </w:pPr>
      <w:r>
        <w:t>कुबूल किया उसी दिन बीस हज़ार लोग मुसलमान हुए क्योंकि वह अंदर ही अंदर वह छुपाए हुए थे</w:t>
      </w:r>
    </w:p>
    <w:p>
      <w:r>
        <w:rPr>
          <w:b/>
        </w:rPr>
        <w:t xml:space="preserve">[43:48] </w:t>
      </w:r>
      <w:r>
        <w:t>woh darte the ke kahin koi declare karne mein koi khatra to nahi hai to auraton jo hai</w:t>
      </w:r>
    </w:p>
    <w:p>
      <w:pPr>
        <w:jc w:val="right"/>
      </w:pPr>
      <w:r>
        <w:t>वह डरते थे कि कहीं कोई declare करने में कोई खतरा तो नहीं है तो औरतों जो है</w:t>
      </w:r>
    </w:p>
    <w:p>
      <w:r>
        <w:rPr>
          <w:b/>
        </w:rPr>
        <w:t xml:space="preserve">[43:56] </w:t>
      </w:r>
      <w:r>
        <w:t>khamoshi se jisko ab marana keh rahe the low profile khamoshi se kaam kaam karein.</w:t>
      </w:r>
    </w:p>
    <w:p>
      <w:pPr>
        <w:jc w:val="right"/>
      </w:pPr>
      <w:r>
        <w:t>खामोशी से जिसको अब माराना कह रहे थे low profile खामोशी से काम काम करें.</w:t>
      </w:r>
    </w:p>
    <w:p>
      <w:r>
        <w:rPr>
          <w:b/>
        </w:rPr>
        <w:t xml:space="preserve">[44:04] </w:t>
      </w:r>
      <w:r>
        <w:t>logon tak dekhiye hamara kaam conversion ka hai nahi. hamara kaam sirf yeh hai ki hum khuda ka pragaam logon tak pahunchaye. to humein khuda ka pragaam logon tak pahunchana hai, unko hidayat ka rasta dikhana hai aur ismein auratein jo hain aaj ke zamane mein to auratein bahut zyada kaam kar sakti hain. aaj auratein educated hain, unke paas versatile hain, unke paas literature hai.</w:t>
      </w:r>
    </w:p>
    <w:p>
      <w:pPr>
        <w:jc w:val="right"/>
      </w:pPr>
      <w:r>
        <w:t>लोगों तक देखिए हमारा काम conversion का है नहीं. हमारा काम सिर्फ यह है कि हम खुदा का प्रागाम लोगों तक पहुंचाएं. तो हमें खुदा का प्रागाम लोगों तक पहुंचाना है, उनको हिदायत का रास्ता दिखाना है और इसमें औरतें जो हैं आज के ज़माने में तो औरतें बहुत ज़्यादा काम कर सकती हैं. आज औरतें educated हैं, उनके पास versatile हैं, उनके पास literature है.</w:t>
      </w:r>
    </w:p>
    <w:p>
      <w:r>
        <w:rPr>
          <w:b/>
        </w:rPr>
        <w:t xml:space="preserve">[44:29] </w:t>
      </w:r>
      <w:r>
        <w:t>to pehle zamane mein yeh sab thani warna auratein us waqt bhi involve hoti hain kaam mein. shukriya aap. mashilla bahut achha explain kiya aapne. aur koi ladies koi sawal poochna chahti hain?</w:t>
      </w:r>
    </w:p>
    <w:p>
      <w:pPr>
        <w:jc w:val="right"/>
      </w:pPr>
      <w:r>
        <w:t>तो पहले ज़माने में यह सब थानी वरना औरतें उस वक्त भी involve होती हैं काम में. शुक्रिया आप. माशिल्ला बहुत अच्छा explain किया आपने. और कोई ladies कोई सवाल पूछना चाहती हैं?</w:t>
      </w:r>
    </w:p>
    <w:p>
      <w:r>
        <w:rPr>
          <w:b/>
        </w:rPr>
        <w:t xml:space="preserve">[44:57] </w:t>
      </w:r>
      <w:r>
        <w:t>achha wali ki mast naam please naam aur jagah bataye. ji main norul hoda bol rahi hoon Delhi se. Ok, please go ahead. ji. mera question tha apa se ki apa hum kafi chhote level par karte hain dawa waqt. jaise sirf literature distribute kar dena, quran de dena.</w:t>
      </w:r>
    </w:p>
    <w:p>
      <w:pPr>
        <w:jc w:val="right"/>
      </w:pPr>
      <w:r>
        <w:t>अच्छा वाली की मस्त नाम please नाम और जगह बताएं. जी मैं नोरुल होदा बोल रही हूं Delhi से. Ok, please go ahead. जी. मेरा question था आपा से कि आपा हम काफ़ी छोटे level पर करते हैं दावा वक्त. जैसे सिर्फ literature distribute कर देना, कुरान दे देना.</w:t>
      </w:r>
    </w:p>
    <w:p>
      <w:r>
        <w:rPr>
          <w:b/>
        </w:rPr>
        <w:t xml:space="preserve">[45:20] </w:t>
      </w:r>
      <w:r>
        <w:t>to yeh matlab aisa lagta hai ki main proper kaam nahi kar pa rahi hoon. yeh bahut chhote level ka work hai. yeh pata nahi allapah mujhse yeh poochhenge ki aapne kafi kam level par kara hai yeh. yeh mujhe kaboor kiya jayega ya nahi kiya jayega? main isko lekar bahut zyada disturb rehti hoon. to mujhe bataiye please.</w:t>
      </w:r>
    </w:p>
    <w:p>
      <w:pPr>
        <w:jc w:val="right"/>
      </w:pPr>
      <w:r>
        <w:t>तो यह मतलब ऐसा लगता है कि मैं proper काम नहीं कर पा रही हूं. यह बहुत छोटे level का work है. यह पता नहीं अल्लापाक मुझसे यह पूछेंगे कि आपने काफ़ी कम level पर करा है यह. यह मुझे कबूर किया जाएगा या नहीं किया जाएगा? मैं इसको लेकर बहुत ज़्यादा disturb रहती हूं. तो मुझे बताइए please.</w:t>
      </w:r>
    </w:p>
    <w:p>
      <w:r>
        <w:rPr>
          <w:b/>
        </w:rPr>
        <w:t xml:space="preserve">[45:48] </w:t>
      </w:r>
      <w:r>
        <w:t>puran ke aaye the na allah yukullekhullah ulahsan pillaah bus aaha. allah taala kisi ko itna zyada kaam ke liye muqallap nahi karta jo uske bus mein na ho. to jitna aapke bus mein hai utna hi aapse poochogi.</w:t>
      </w:r>
    </w:p>
    <w:p>
      <w:pPr>
        <w:jc w:val="right"/>
      </w:pPr>
      <w:r>
        <w:t>पुरान के आए थे ना अल्लाह युकल्लेखुल्लाह उलफसन पिल्लाह बुस आहा. अल्लाह तालाह किसी को इतना ज़्यादा काम के लिए मुक़ल्लप नहीं करता जो उसके bus में ना हो. तो जितना आपके बस में है उतना ही आपसे पूछोगी.</w:t>
      </w:r>
    </w:p>
    <w:p>
      <w:r>
        <w:rPr>
          <w:b/>
        </w:rPr>
        <w:t xml:space="preserve">[46:06] </w:t>
      </w:r>
      <w:r>
        <w:t>pareshan hona yeh to sab shaitan ke bus base hain woh usse aap bilkul mutasil na ho kyunki jitna opportunity allah ne aapko diya hai koshish karti rahiye, duaen karti rahiye ki aap aur zyada opportunity mile. to aap do kaam aapko asal mein karna hai. ek to apne aap ko bhi tayyar karna hai. apna intellectual development karna hai.</w:t>
      </w:r>
    </w:p>
    <w:p>
      <w:pPr>
        <w:jc w:val="right"/>
      </w:pPr>
      <w:r>
        <w:t>परेशान होना यह तो सब शैतान के बस बसे हैं वह उससे आप बिल्कुल मुतासिल ना हो क्योंकि जितना opportunity अल्लाह ने आपको दिया है कोशिश करती रहिए, दुआएं करती रहिए कि आप और ज़्यादा opportunity मिले. तो आप दो काम आपको असल में करना है. एक तो अपने आप को भी तैयार करना है. अपना intellectual development करना है.</w:t>
      </w:r>
    </w:p>
    <w:p>
      <w:r>
        <w:rPr>
          <w:b/>
        </w:rPr>
        <w:t xml:space="preserve">[46:29] </w:t>
      </w:r>
      <w:r>
        <w:t>to aur doosre dawaen karni hai aur phir uske baad jitna mauka mile to uske liye kaam karna hai apne bachchon ko, apne ghar walon ko tayyar kariye. aap jo nahi kar payengi woh aapke ghar wale, family wale kar sakte hain to aap to bas logon se kaam lijiye, jitna aap kar sakte hain utna aap kariye baqi logon se kaam lijiye. to aur duaen karen duaen se sare raste khulte hain.</w:t>
      </w:r>
    </w:p>
    <w:p>
      <w:pPr>
        <w:jc w:val="right"/>
      </w:pPr>
      <w:r>
        <w:t>तो और दूसरे दवाएं करनी है और फिर उसके बाद जितना मौका मिले तो उसके लिए काम करना है अपने बच्चों को, अपने घर वालों को तैयार करिए. आप जो नहीं कर पाएंगे वह आपके घर वाले, family वाले कर सकते हैं तो आप तो बस लोगों से काम लीजिए, जितना आप कर सकते हैं उतना आप करिए बाकी लोगों से काम लीजिए. तो और दुआएं करें दुआएं से सारे रास्ते खुलते हैं.</w:t>
      </w:r>
    </w:p>
    <w:p>
      <w:r>
        <w:rPr>
          <w:b/>
        </w:rPr>
        <w:t xml:space="preserve">[46:59] </w:t>
      </w:r>
      <w:r>
        <w:t>kuch bataiye. kal hamari ek CPS team ki meeting thi, network meeting to usmein pune ke abdoot samajh sahab ne ek waqya bayan kiya. isse bhi samjha ja sakta hai ki indirect taur par hum doston ko kaise involve kar sakte hain. unhone kaha ki woh kisi function mein gaye, gaadi ban shadi ka function tha.</w:t>
      </w:r>
    </w:p>
    <w:p>
      <w:pPr>
        <w:jc w:val="right"/>
      </w:pPr>
      <w:r>
        <w:t>कुछ बताइए. कल हमारी एक CPS team की meeting थी, network meeting तो उसमें पुणे के अब्दुत समझ साहब ने एक वाक्या बयान किया. इससे भी समझा जा सकता है कि indirect तौर पर हम दोस्तों को कैसे involve कर सकते हैं. उन्होंने कहा कि वह किसी function में गए, गाड़ीबन शादी का function था.</w:t>
      </w:r>
    </w:p>
    <w:p>
      <w:r>
        <w:rPr>
          <w:b/>
        </w:rPr>
        <w:t xml:space="preserve">[47:26] </w:t>
      </w:r>
      <w:r>
        <w:t>to wahan par jo shadi ho rahi thi usmein american lady thi jo kisi indian se shadi kar rahi thi aur inko angrezi nahi aati thi. to inhone apne kote ko liya aur kaha chalo mere sath aur unko explain karna ki hum kya de rahe hain unko? to woh school mein bachcha padhta tha lekin english aati thi to unhone bachche ko sath kiya aur woh lekar gaya aur inhone jo bataya unhone english mein explain karke unko yeh kiya bataya.</w:t>
      </w:r>
    </w:p>
    <w:p>
      <w:pPr>
        <w:jc w:val="right"/>
      </w:pPr>
      <w:r>
        <w:t>तो वहां पर जो शादी हो रही थी उसमें American lady थी जो किसी Indian से शादी कर रही थी और इनको अंग्रेज़ी नहीं आती थी. तो इन्होंने अपने कोते को लिया और कहा चलो मेरे साथ और उनको explain करना कि हम क्या दे रहे हैं उनको? तो वह school में बच्चा पढ़ता था लेकिन English आती थी तो उन्होंने बच्चे को साथ किया और वह लेकर गया और इन्होंने जो बताया उन्होंने English में explain करके उनको यह किया बताया.</w:t>
      </w:r>
    </w:p>
    <w:p>
      <w:r>
        <w:rPr>
          <w:b/>
        </w:rPr>
        <w:t xml:space="preserve">[47:50] </w:t>
      </w:r>
      <w:r>
        <w:t>to agar humko hum koi cheez mein ko aage padhaiye, uske zariye kaam lijiye aur lagta hai isi</w:t>
      </w:r>
    </w:p>
    <w:p>
      <w:pPr>
        <w:jc w:val="right"/>
      </w:pPr>
      <w:r>
        <w:t>तो अगर हमको हम कोई चीज़ में को आगे पढ़ाइए, उसके ज़रिए काम लीजिए और लगता है इसी</w:t>
      </w:r>
    </w:p>
    <w:p>
      <w:r>
        <w:rPr>
          <w:b/>
        </w:rPr>
        <w:t xml:space="preserve">[48:07] </w:t>
      </w:r>
      <w:r>
        <w:t>ke zariye quboot karega.</w:t>
      </w:r>
    </w:p>
    <w:p>
      <w:pPr>
        <w:jc w:val="right"/>
      </w:pPr>
      <w:r>
        <w:t>के ज़रिए कुबूत करेगा.</w:t>
      </w:r>
    </w:p>
    <w:p>
      <w:r>
        <w:rPr>
          <w:b/>
        </w:rPr>
        <w:t xml:space="preserve">[48:24] </w:t>
      </w:r>
      <w:r>
        <w:t>ji aap aapne bahut achhi baat kahi aur maine bhi kaafi baar aise hi experience kiya hai apne</w:t>
      </w:r>
    </w:p>
    <w:p>
      <w:pPr>
        <w:jc w:val="right"/>
      </w:pPr>
      <w:r>
        <w:t>जी आप आपने बहुत अच्छी बात कही और मैंने भी काफ़ी बार ऐसे ही experience किया है अपने</w:t>
      </w:r>
    </w:p>
    <w:p>
      <w:r>
        <w:rPr>
          <w:b/>
        </w:rPr>
        <w:t xml:space="preserve">[48:29] </w:t>
      </w:r>
      <w:r>
        <w:t>daawa work mein ke kai baar jo hamare liye mushkil hota hai woh Allah Allah se dua karne</w:t>
      </w:r>
    </w:p>
    <w:p>
      <w:pPr>
        <w:jc w:val="right"/>
      </w:pPr>
      <w:r>
        <w:t>दावों वर्ग में कि कई बार जो हमारे लिए मुश्किल होता है वह अल्लाह अल्लाह से दुआ करने</w:t>
      </w:r>
    </w:p>
    <w:p>
      <w:r>
        <w:rPr>
          <w:b/>
        </w:rPr>
        <w:t xml:space="preserve">[48:35] </w:t>
      </w:r>
      <w:r>
        <w:t>se bahut aasani ho jati hai hamare liye aur hum woh kaam ko kar pate hain aur aapne</w:t>
      </w:r>
    </w:p>
    <w:p>
      <w:pPr>
        <w:jc w:val="right"/>
      </w:pPr>
      <w:r>
        <w:t>से बहुत आसानी हो जाती है हमारे लिए और हम वह काम को कर पाते हैं और आपने</w:t>
      </w:r>
    </w:p>
    <w:p>
      <w:r>
        <w:rPr>
          <w:b/>
        </w:rPr>
        <w:t xml:space="preserve">[48:41] </w:t>
      </w:r>
      <w:r>
        <w:t>jaise bataya ke hum is daawa work ke liye koi apne liye estimation na banaye ke hum bahut</w:t>
      </w:r>
    </w:p>
    <w:p>
      <w:pPr>
        <w:jc w:val="right"/>
      </w:pPr>
      <w:r>
        <w:t>जैसे बताया कि हम इस दावों work के लिए कोई अपने लिए estimation ना बनाए कि हम बहुत</w:t>
      </w:r>
    </w:p>
    <w:p>
      <w:r>
        <w:rPr>
          <w:b/>
        </w:rPr>
        <w:t xml:space="preserve">[48:47] </w:t>
      </w:r>
      <w:r>
        <w:t>ek high profile ek target apne liye bana lein aur agar hum us tak nahi pahunch paate hain</w:t>
      </w:r>
    </w:p>
    <w:p>
      <w:pPr>
        <w:jc w:val="right"/>
      </w:pPr>
      <w:r>
        <w:t>एक high profile एक target अपने लिए बना लें और अगर हम उस तक नहीं पहुंच पाते हैं</w:t>
      </w:r>
    </w:p>
    <w:p>
      <w:r>
        <w:rPr>
          <w:b/>
        </w:rPr>
        <w:t xml:space="preserve">[48:53] </w:t>
      </w:r>
      <w:r>
        <w:t>us target tak to hamare andar ek negativity aayegi aur ek sort of depression hoga ke hum usko</w:t>
      </w:r>
    </w:p>
    <w:p>
      <w:pPr>
        <w:jc w:val="right"/>
      </w:pPr>
      <w:r>
        <w:t>उस target तक तो हमारे अंदर एक negativity आएगी और एक sort of depression होगा कि हम उसको</w:t>
      </w:r>
    </w:p>
    <w:p>
      <w:r>
        <w:rPr>
          <w:b/>
        </w:rPr>
        <w:t xml:space="preserve">[48:59] </w:t>
      </w:r>
      <w:r>
        <w:t>achieve nahi kar pa rahe hain.</w:t>
      </w:r>
    </w:p>
    <w:p>
      <w:pPr>
        <w:jc w:val="right"/>
      </w:pPr>
      <w:r>
        <w:t>achieve नहीं कर पा रहे हैं.</w:t>
      </w:r>
    </w:p>
    <w:p>
      <w:r>
        <w:rPr>
          <w:b/>
        </w:rPr>
        <w:t xml:space="preserve">[49:05] </w:t>
      </w:r>
      <w:r>
        <w:t>to we have to go very slow and in a very slow process and step by step. and inshallah jab aap ek kadam lenge na to allah dhara aur bada aapko isse ek opportunity milegi aur woh aap bada kaam kar payenge. yeh khud aap mahsus kar sakti hain isko. jab woh opportunity aapke samne aayegi to aap khud usko feel karenge ki yeh opportunity mere samne aayi aur mujhe woh karna hai.</w:t>
      </w:r>
    </w:p>
    <w:p>
      <w:pPr>
        <w:jc w:val="right"/>
      </w:pPr>
      <w:r>
        <w:t>तो we have to go very slow and in a very slow process and step by step. And इन्शाल्लाह जब आप एक कदम लेंगे ना तो अल्लाह धारा और बड़ा आपको इससे एक opportunity मिलेगी और वह आप बड़ा काम कर पाएंगे. यह खुद आप महसूस कर सकती हैं इसको. जब वह opportunity आपके सामने आएगी तो आप खुद उसको feel करेंगे कि यह opportunity मेरे सामने आई और मुझे वह करना है.</w:t>
      </w:r>
    </w:p>
    <w:p>
      <w:r>
        <w:rPr>
          <w:b/>
        </w:rPr>
        <w:t xml:space="preserve">[49:32] </w:t>
      </w:r>
      <w:r>
        <w:t>to aap woh tabhi kar payengi jab aapne woh chhote chhote small steps liye hain apne life mein. to isko bilkul dhyan mein na rakhen ki haan yeh main kuch nahi kar pa rahi hoon ya allah isko qubool nahi karega. aapne kaha ki result ke upar hamein dilan nahi dena. hamein jo kaam hamare samne hai us par hamein focus karna hai ki hamare samne kaam kya hai? aur koi ladies jo kuch kehna chahti hain, kuch share karna chahti hain, kuch sawal ho?</w:t>
      </w:r>
    </w:p>
    <w:p>
      <w:pPr>
        <w:jc w:val="right"/>
      </w:pPr>
      <w:r>
        <w:t>तो आप वह तभी कर पाएंगी जब आपने वह छोटे छोटे small steps लिए हैं अपने life में. तो इसको बिल्कुल ध्यान में ना रखें कि हां यह मैं कुछ नहीं कर पा रही हूं या Allah इसको कुबूल नहीं करेगा. आपमा ने कहा कि result के ऊपर हमें दिलान नहीं देना. हमें जो काम हमारे सामने है उस पर हमें focus करना है कि हमारे सामने काम क्या है? और कोई ladies जो कुछ कहना चाहती हैं, कुछ share करना चाहती हैं, कुछ सवाल हो?</w:t>
      </w:r>
    </w:p>
    <w:p>
      <w:r>
        <w:rPr>
          <w:b/>
        </w:rPr>
        <w:t xml:space="preserve">[50:02] </w:t>
      </w:r>
      <w:r>
        <w:t>haan, salaam wale ko. kis baare mein anrul salaam huda jo hai yeh mashahallah bahut kaam kar rahi hain. aaj hi mujhe pata chala aur main chahti hoon ki yeh apna experience group mein daalein taaki sab log yeh baat ko jaane ki yeh kis tarah se bahut mashahallah bahut zyada kaam kar rahi hain aur ishala main inse phir baat karungi. mujhe aaj pata chala tha ki bahut zyada kaam karti hain.</w:t>
      </w:r>
    </w:p>
    <w:p>
      <w:pPr>
        <w:jc w:val="right"/>
      </w:pPr>
      <w:r>
        <w:t>हां, सलाम वाले को. किस बारे में अनुरुल सलाम हुदा जो है यह मशहल्लाह बहुत काम कर रही हैं. आज ही मुझे पता चला और मैं चाहती हूं कि यह अपना experience गुरुप में डालें ताकि सब लोग यह बात को जानें कि यह किस तरह से बहुत मशहल्ला बहुत ज़्यादा काम कर रही हैं और इशाला मैं इनसे फिर बात करूंगी. मुझे आज पता चला था कि बहुत ज़्यादा काम करती हैं.</w:t>
      </w:r>
    </w:p>
    <w:p>
      <w:r>
        <w:rPr>
          <w:b/>
        </w:rPr>
        <w:t xml:space="preserve">[50:30] </w:t>
      </w:r>
      <w:r>
        <w:t>to yeh main anuru rodha se kehna chahoongi ki woh apna experience se gurukh mein zaroor dala karein. ji sunao. ji aapka, inshala mein zaroor dalungi. inshalam. ismein ek baat yaad rakhiye ek hadish hai ki allah ke nazdeek woh kaam pasandeeda hai jo ki barabar kiya jaaye.</w:t>
      </w:r>
    </w:p>
    <w:p>
      <w:pPr>
        <w:jc w:val="right"/>
      </w:pPr>
      <w:r>
        <w:t>तो यह मैं अनुरु रोधा से कहना चाहूंगी कि वह अपना experience से गुरुख में ज़रूर डाला करें. जी सुनाओ. जी आपका, इंशाला में ज़रूर डालूंगी. इंशालाम. इसमें एक बात याद रखिए एक हदीश है कि अल्लाह के नज़दीक वह काम पसंदीदा है जो कि बराबर किया जाए.</w:t>
      </w:r>
    </w:p>
    <w:p>
      <w:r>
        <w:rPr>
          <w:b/>
        </w:rPr>
        <w:t xml:space="preserve">[50:54] </w:t>
      </w:r>
      <w:r>
        <w:t>agar se kam ho to kam kaam Allah ke nazdeek na pasandida nahi hai balki agar beach mein</w:t>
      </w:r>
    </w:p>
    <w:p>
      <w:pPr>
        <w:jc w:val="right"/>
      </w:pPr>
      <w:r>
        <w:t>अगर से कम हो तो कम काम अल्लाह के नज़दीक ना पसंदीदा नहीं है बल्कि अगर beach में</w:t>
      </w:r>
    </w:p>
    <w:p>
      <w:r>
        <w:rPr>
          <w:b/>
        </w:rPr>
        <w:t xml:space="preserve">[51:01] </w:t>
      </w:r>
      <w:r>
        <w:t>hum chhod denge ek baar bahut zyada kaam karna chahein karein phir chhod diya phir bahut zyada kaam</w:t>
      </w:r>
    </w:p>
    <w:p>
      <w:pPr>
        <w:jc w:val="right"/>
      </w:pPr>
      <w:r>
        <w:t>हम छोड़ देंगे एक बार बहुत ज़्यादा काम करना चाहें करें फिर छोड़ दिया फिर बहुत ज़्यादा काम</w:t>
      </w:r>
    </w:p>
    <w:p>
      <w:r>
        <w:rPr>
          <w:b/>
        </w:rPr>
        <w:t xml:space="preserve">[51:09] </w:t>
      </w:r>
      <w:r>
        <w:t>karein phir chhod diya to aap barabar kariye jitna bhi aap kaam kar sakte hain usko barabar kariye.</w:t>
      </w:r>
    </w:p>
    <w:p>
      <w:pPr>
        <w:jc w:val="right"/>
      </w:pPr>
      <w:r>
        <w:t>करें फिर छोड़ दिया तो आप बराबर करिए जितना भी आप काम कर सकते हैं उसको बराबर करिए.</w:t>
      </w:r>
    </w:p>
    <w:p>
      <w:r>
        <w:rPr>
          <w:b/>
        </w:rPr>
        <w:t xml:space="preserve">[51:17] </w:t>
      </w:r>
      <w:r>
        <w:t>to ismein ab barkat ho gayi Allah taala ki blessing milegi aapko.</w:t>
      </w:r>
    </w:p>
    <w:p>
      <w:pPr>
        <w:jc w:val="right"/>
      </w:pPr>
      <w:r>
        <w:t>तो इसमें अब बर्कत हो गई अल्लाथाला की blessing मिलेगी आपको.</w:t>
      </w:r>
    </w:p>
    <w:p>
      <w:r>
        <w:rPr>
          <w:b/>
        </w:rPr>
        <w:t xml:space="preserve">[51:25] </w:t>
      </w:r>
      <w:r>
        <w:t>aur koi ladies yahan par hamari maasha Allah bahut twenty twenty one ladies judi hui hain.</w:t>
      </w:r>
    </w:p>
    <w:p>
      <w:pPr>
        <w:jc w:val="right"/>
      </w:pPr>
      <w:r>
        <w:t>और कोई ladies यहां पर हमारी माशा अल्लाह बहुत twenty twenty one ladies जुड़ी हुई हैं.</w:t>
      </w:r>
    </w:p>
    <w:p>
      <w:r>
        <w:rPr>
          <w:b/>
        </w:rPr>
        <w:t xml:space="preserve">[51:40] </w:t>
      </w:r>
      <w:r>
        <w:t>Doctor Safeena Tasneem, aapke paas kuch sawal hai aur Shubhna khate hain.</w:t>
      </w:r>
    </w:p>
    <w:p>
      <w:pPr>
        <w:jc w:val="right"/>
      </w:pPr>
      <w:r>
        <w:t>Doctor सफीना तबसुम, आपके पास कुछ सवाल है और शुभाना खाते हैं.</w:t>
      </w:r>
    </w:p>
    <w:p>
      <w:r>
        <w:rPr>
          <w:b/>
        </w:rPr>
        <w:t xml:space="preserve">[51:56] </w:t>
      </w:r>
      <w:r>
        <w:t>main bol sakti hoon? aawaz nahi aa rahi hai. main bol sakti hoon? ji ji boliye. aa rahi hai meri aawaz? ji. ji ji aa rahi hai aapki aawaz. main apna ek nurul huda ki baat par main apna ek experience batana chahti hoon ki kyunki mere paas aksar bahar jaane ka aur aise kai dafa main sochti hoon ki main dawa work nahi kar pa rahi hoon jaisa ki mujhe karna chahiye aur kaafi frustration mein bhi aa jaati hoon.</w:t>
      </w:r>
    </w:p>
    <w:p>
      <w:pPr>
        <w:jc w:val="right"/>
      </w:pPr>
      <w:r>
        <w:t>मैं बोल सकती हूं? आवाज़ नहीं आ रही है. मैं बोल सकती हूं? जी जी बोलिए. आ रही है मेरी आवाज़? जी. जी जी आ रही है आपकी आवाज़. मैं अपना एक नुरूल होदा की बात पर मैं अपना एक experience बताना चाहती हूं कि क्योंकि मेरे पास अक्सर बाहर जाने का और ऐसे कई दफ़ा मैं सोचती हूं कि मैं दावा work नहीं कर पा रही हूं जैसा कि मुझे करना चाहिए और काफी frustration में भी आ जाती हूं.</w:t>
      </w:r>
    </w:p>
    <w:p>
      <w:r>
        <w:rPr>
          <w:b/>
        </w:rPr>
        <w:t xml:space="preserve">[52:24] </w:t>
      </w:r>
      <w:r>
        <w:t>kai baar aisa hota hai. to jaise Fareeda apa ne kaha ki dua karte rehna lagataar to main dua karti thi aur kehti hoon abhi bhi kaila taalam main woh kaam nahi kar pa rahi hoon shayad jisko mujhe karna hai acche se. to meri madad farma. to kuch aisa hua ki hamare CPS website par quran ki request aati hain aur farad sahab woh saharanpur se related jo request hain woh mere paas bhej dete hain.</w:t>
      </w:r>
    </w:p>
    <w:p>
      <w:pPr>
        <w:jc w:val="right"/>
      </w:pPr>
      <w:r>
        <w:t>कई बार ऐसा होता है. तो जैसे फरीदापा ने कहा कि दुआ करते रहना लगातार तो मैं दुआ करती थी और कहती हूं अभी भी कैला तालम मैं वह काम नहीं कर पा रही हूं शायद जिसको मुझे करना है अच्छे से. तो मेरी मदद फ़रमा. तो कुछ ऐसा हुआ कि हमारे CPS website पर कुरान की request आती हैं और फराद साहब वह सहारनपुर से related जो request हैं वह मेरे पास भेज देते हैं.</w:t>
      </w:r>
    </w:p>
    <w:p>
      <w:r>
        <w:rPr>
          <w:b/>
        </w:rPr>
        <w:t xml:space="preserve">[52:54] </w:t>
      </w:r>
      <w:r>
        <w:t>to unhone mujh par kuch logon ke address bheje ki aap inko deliver kar dijiye quran. to maine unko deliver kara balki woh ladka Javed naam hai unka. woh khud aaye lene ke liye. maine jab unhein call kiya aap kahan rehte hain? main kis time bhejwaoon quran aapke paas? to unhone kaha main wahin se aakar yahan se aakar le loonga.</w:t>
      </w:r>
    </w:p>
    <w:p>
      <w:pPr>
        <w:jc w:val="right"/>
      </w:pPr>
      <w:r>
        <w:t>तो उन्होंने मुझ पर कुछ लोगों के address भेजे कि आप इनको deliver कर दीजिए कुरान. तो मैंने उनको deliver करा बल्कि वह लड़का जावेद नाम है उनका. वह खुद आए लेने के लिए. मैंने जब उन्हें call किया आप कहां रहते हैं? मैं किस time भेजवाऊं कुरान आपके पास? तो उन्होंने कहा मैं वहीं से आकर यहां से आकर ले लूंगा.</w:t>
      </w:r>
    </w:p>
    <w:p>
      <w:r>
        <w:rPr>
          <w:b/>
        </w:rPr>
        <w:t xml:space="preserve">[53:17] </w:t>
      </w:r>
      <w:r>
        <w:t>to woh khud aaye aur unhone quran liya aur bahut kam bahut short baat ki unhone unke paas waqt kam tha haalanki uska number le liya tha, usko messages karti rehti thi. phir woh achanak mere paas aaya ek mahine ke baad, ek dedh mahine ke baad.</w:t>
      </w:r>
    </w:p>
    <w:p>
      <w:pPr>
        <w:jc w:val="right"/>
      </w:pPr>
      <w:r>
        <w:t>तो वह खुद आए और उन्होंने कुरान लिया और बहुत कम बहुत short बात की उन्होंने उनके पास वक्त कम था हालांकि उसका number ले लिया था, उसको messages करती रहती थी. फिर वह अचानक मेरे पास आया एक महीने के बाद, एक डेढ़ महीने के बाद.</w:t>
      </w:r>
    </w:p>
    <w:p>
      <w:r>
        <w:rPr>
          <w:b/>
        </w:rPr>
        <w:t xml:space="preserve">[53:47] </w:t>
      </w:r>
      <w:r>
        <w:t>uska phone aaya ki papa aapke paas das quran hain? to maine bola das, motivated ho gaya aur ab bhi woh lagataar mujhse material lekar jaata hai apni university mein student hai woh.</w:t>
      </w:r>
    </w:p>
    <w:p>
      <w:pPr>
        <w:jc w:val="right"/>
      </w:pPr>
      <w:r>
        <w:t>उसका phone आया कि papa आपके पास दस कुरान हैं? तो मैंने बोला दस, motivated हो गया और अब भी वह लगातार मुझसे material लेकर जाता है अपनी university में student है वह.</w:t>
      </w:r>
    </w:p>
    <w:p>
      <w:r>
        <w:rPr>
          <w:b/>
        </w:rPr>
        <w:t xml:space="preserve">[54:11] </w:t>
      </w:r>
      <w:r>
        <w:t>apni university allahabad university ka jab bhi chhutti par aa raha hai to woh lekar jaata hai aur woh wahan par batayda apne known aur apne friends ko woh literature deta hai. to main soch rahi thi jahan tak main nahi pahunch pa rahi wahan nagala ne mujhe aise pahuncha diya ki hum jis tarah se kai baar soch bhi nahi paate rasta wahan se pooja tha. to mujhe yeh experience unke saath share karna tha nouruhuda ke saath. sahi baat hai.</w:t>
      </w:r>
    </w:p>
    <w:p>
      <w:pPr>
        <w:jc w:val="right"/>
      </w:pPr>
      <w:r>
        <w:t>अपनी university इलाहाबाद university का जब भी छुट्टी पर आ रहा है तो वह लेकर जाता है और वह वहां पर बातायदा अपने known और अपने friends को वह literature देता है. तो मैं सोच रही थी जहां तक मैं नहीं पहुंच पा रही वहां नागाला ने मुझे ऐसे पहुंचा दिया कि हम जिस तरह से कई बार सोच भी नहीं पाते रास्ता वहां से पूजा था. तो मुझे यह experience उनके साथ share करना था नौरूहदा के साथ. सही बात है.</w:t>
      </w:r>
    </w:p>
    <w:p>
      <w:r>
        <w:rPr>
          <w:b/>
        </w:rPr>
        <w:t xml:space="preserve">[54:41] </w:t>
      </w:r>
      <w:r>
        <w:t>ab main ab main bhi apna ek experience share karna cha rahi hoon. jo abhi kuch teen chaar mahine pehle hua. mere ghar ek mere mere husband ke ek colleague aaye the. woh aur apne father ke saath aaye the. to unhone hamara ghar dekha aur abhi hum log naye ghar mein shift hue hain. to unhone apna ghar he was a designer. he was interior designer.</w:t>
      </w:r>
    </w:p>
    <w:p>
      <w:pPr>
        <w:jc w:val="right"/>
      </w:pPr>
      <w:r>
        <w:t>अब मैं अब मैं भी अपना एक experience share करना चाह रही हूं. जो अभी कुछ तीन चार महीने पहले हुआ. मेरे घर एक मेरे मेरे husband के एक colleague आए थे. वह और अपने father के साथ आए थे. तो उन्होंने हमारा घर देखा और अभी हम लोग नए घर में shift हुए हैं. तो उन्होंने अपना घर he was a designer. He was interior designer.</w:t>
      </w:r>
    </w:p>
    <w:p>
      <w:r>
        <w:rPr>
          <w:b/>
        </w:rPr>
        <w:t xml:space="preserve">[55:04] </w:t>
      </w:r>
      <w:r>
        <w:t>to he just went around the house aur unhone phir woh jaane lage aur jab woh ja rahe the to mere andar se ek woh bol rahi thi he was a non muslim. Mister Anil Marda unka naam tha.</w:t>
      </w:r>
    </w:p>
    <w:p>
      <w:pPr>
        <w:jc w:val="right"/>
      </w:pPr>
      <w:r>
        <w:t>तो he just went around the house और उन्होंने फिर वह जाने लगे और जब वह जा रहे थे तो मेरे अंदर से एक वह बोल रही थी he was a non muslim. Mister अनिल मर्दा उनका नाम था.</w:t>
      </w:r>
    </w:p>
    <w:p>
      <w:r>
        <w:rPr>
          <w:b/>
        </w:rPr>
        <w:t xml:space="preserve">[55:33] </w:t>
      </w:r>
      <w:r>
        <w:t>maine kaha ki nahi main dekhkar ke main dekhkar ke unko dekhti hoon. to jab woh gate ke paas fray ho gaya woh apne bete ke saath hi his son was a CA aur yeh khud ek retire aadmi the. he was a government official. to jab maine unko kaha ki uncle yeh main aapke liye ek gift dena cha rahi hoon. to he thought word with with the word gift unko thoda sa surprise laga. unhone kaha nahi nahi mujhe koi gift vyast nahi chahiye.</w:t>
      </w:r>
    </w:p>
    <w:p>
      <w:pPr>
        <w:jc w:val="right"/>
      </w:pPr>
      <w:r>
        <w:t>मैंने कहा कि नहीं मैं देखकर के मैं देखकर के उनको देखती हूं. तो जब वह gate के पास fray हो गया वह अपने बेटे के साथ ही his son was a CA और यह खुद एक retire आदमी थे. He was a government official. तो जब मैंने उनको कहा कि uncle यह मैं आपके लिए एक gift देना चाह रही हूं. तो he thought word with with the word gift उनको थोड़ा सा surprise लगा. उन्होंने कहा नहीं नहीं मुझे कोई gift व्यस्त नहीं चाहिए.</w:t>
      </w:r>
    </w:p>
    <w:p>
      <w:r>
        <w:rPr>
          <w:b/>
        </w:rPr>
        <w:t xml:space="preserve">[55:59] </w:t>
      </w:r>
      <w:r>
        <w:t>But when I opened the book and gave it to him, sir, this is quran and there's a literature and I spoke very shortly about Maulana Wahiduddin Khan and about the mission that I'm doing. It was so surprising for me and myself I was so surprised that what he said.</w:t>
      </w:r>
    </w:p>
    <w:p>
      <w:pPr>
        <w:jc w:val="right"/>
      </w:pPr>
      <w:r>
        <w:t>But when I opened the book and gave it to him, sir, this is कुरान and there's a literature and I spoke very shortly about मोलाना वेदुद्दीन खान and about the mission that I'm doing. It was so surprising for me and myself I was so surprised that what he said.</w:t>
      </w:r>
    </w:p>
    <w:p>
      <w:r>
        <w:rPr>
          <w:b/>
        </w:rPr>
        <w:t xml:space="preserve">[56:19] </w:t>
      </w:r>
      <w:r>
        <w:t>He said that ki you won't believe Shabina I I was just thinking before two to three months before I was thinking of reading quran and some inner voice was telling me please read quran, please read quran.</w:t>
      </w:r>
    </w:p>
    <w:p>
      <w:pPr>
        <w:jc w:val="right"/>
      </w:pPr>
      <w:r>
        <w:t>He said that कि you won't believe शबीना I I was just thinking before two to three months before I was thinking of reading कुरान and some inner voice was telling me please read कुरान, please read कुरान.</w:t>
      </w:r>
    </w:p>
    <w:p>
      <w:r>
        <w:rPr>
          <w:b/>
        </w:rPr>
        <w:t xml:space="preserve">[56:36] </w:t>
      </w:r>
      <w:r>
        <w:t>Somebody was telling me from inside please read quran, please read quran and I I myself can't believe that I am standing in your house and you are offering me quran as a gift and I I am not able to believe myself ki this can happen to me. to yeh incident se mujhe pata chala ki sabse pehle meri ek learning thi ki hum sabse pehle apni inhibition ko todein.</w:t>
      </w:r>
    </w:p>
    <w:p>
      <w:pPr>
        <w:jc w:val="right"/>
      </w:pPr>
      <w:r>
        <w:t>Somebody was telling me from inside please read कुरान, please read कुरान and I I myself can't believe that I am standing in your house and you are offering me कुरान as a gift and I I am not able to believe myself कि this can happen to me. तो यह incident से मुझे पता चला कि सबसे पहले मेरी एक learning थी कि हम सबसे पहले अपनी inhibition को तोड़ें.</w:t>
      </w:r>
    </w:p>
    <w:p>
      <w:r>
        <w:rPr>
          <w:b/>
        </w:rPr>
        <w:t xml:space="preserve">[56:59] </w:t>
      </w:r>
      <w:r>
        <w:t>agar main woh nahi deti quran to main apne aap ko bahut bahut daanti rehti aur posati rehti ki maine aisa kaam kyun nahi kiya?</w:t>
      </w:r>
    </w:p>
    <w:p>
      <w:pPr>
        <w:jc w:val="right"/>
      </w:pPr>
      <w:r>
        <w:t>अगर मैं वह नहीं देती कुरान तो मैं अपने आप को बहुत बहुत डांटती रहती और पोसती रहती कि मैंने ऐसा काम क्यों नहीं किया?</w:t>
      </w:r>
    </w:p>
    <w:p>
      <w:r>
        <w:rPr>
          <w:b/>
        </w:rPr>
        <w:t xml:space="preserve">[57:09] </w:t>
      </w:r>
      <w:r>
        <w:t>to maine apni us inhibition ko toda aur dawa work ko first priority dete hue maine jab quran unko diya aur yeh jab response mujhe mila to andar se bahut zyada shukr kiya maine allah ko ki allah ne mujhe yeh opportunity di ki maine yeh step liya aur un tak puran pahunchi aur maashahallah se ab woh unhone mere whatsapp group par bhi hain aur main maulana ki hamesha literatures aur videos jo short videos hote hain unke saath main share karti hoon.</w:t>
      </w:r>
    </w:p>
    <w:p>
      <w:pPr>
        <w:jc w:val="right"/>
      </w:pPr>
      <w:r>
        <w:t>तो मैंने अपनी उस inhibition को तोड़ा और दावा work को first priority देते हुए मैंने जब कुरान उनको दिया और यह जब response मुझे मिला तो अंदर से बहुत ज़्यादा शुक्र किया मैंने अल्लाह को कि अल्लाह ने मुझे यह opportunity दी कि मैंने यह step लिया और उन तक पुरान पहुंची और माशाल्लाह से अब वह उन्होंने मेरे WhatsApp group पर भी हैं और मैं मौलाना की हमेशा literatures और videos जो short videos होते हैं उनके साथ मैं share करती हूं.</w:t>
      </w:r>
    </w:p>
    <w:p>
      <w:r>
        <w:rPr>
          <w:b/>
        </w:rPr>
        <w:t xml:space="preserve">[57:39] </w:t>
      </w:r>
      <w:r>
        <w:t>I think Shivana Khatoon wants to say something.</w:t>
      </w:r>
    </w:p>
    <w:p>
      <w:pPr>
        <w:jc w:val="right"/>
      </w:pPr>
      <w:r>
        <w:t>I think शिवाना खातुन wants to say something.</w:t>
      </w:r>
    </w:p>
    <w:p>
      <w:r>
        <w:rPr>
          <w:b/>
        </w:rPr>
        <w:t xml:space="preserve">[57:43] </w:t>
      </w:r>
      <w:r>
        <w:t>Please go ahead.</w:t>
      </w:r>
    </w:p>
    <w:p>
      <w:pPr>
        <w:jc w:val="right"/>
      </w:pPr>
      <w:r>
        <w:t>Please go ahead.</w:t>
      </w:r>
    </w:p>
    <w:p>
      <w:r>
        <w:rPr>
          <w:b/>
        </w:rPr>
        <w:t xml:space="preserve">[57:48] </w:t>
      </w:r>
      <w:r>
        <w:t>aapki awaaz samajh mein nahi aa rahi hai Shivana.</w:t>
      </w:r>
    </w:p>
    <w:p>
      <w:pPr>
        <w:jc w:val="right"/>
      </w:pPr>
      <w:r>
        <w:t>आपकी आवाज़ समझ में नहीं आ रही है शिवाना.</w:t>
      </w:r>
    </w:p>
    <w:p>
      <w:r>
        <w:rPr>
          <w:b/>
        </w:rPr>
        <w:t xml:space="preserve">[57:53] </w:t>
      </w:r>
      <w:r>
        <w:t>yeh qaroobi thoda hemrat hai shaitan mein.</w:t>
      </w:r>
    </w:p>
    <w:p>
      <w:pPr>
        <w:jc w:val="right"/>
      </w:pPr>
      <w:r>
        <w:t>यह क़रूबी थोड़ा हेमरत है शैतान में.</w:t>
      </w:r>
    </w:p>
    <w:p>
      <w:r>
        <w:rPr>
          <w:b/>
        </w:rPr>
        <w:t xml:space="preserve">[57:57] </w:t>
      </w:r>
      <w:r>
        <w:t>No, we can't hear you shwana.</w:t>
      </w:r>
    </w:p>
    <w:p>
      <w:pPr>
        <w:jc w:val="right"/>
      </w:pPr>
      <w:r>
        <w:t>No, we can't hear you शवाना.</w:t>
      </w:r>
    </w:p>
    <w:p>
      <w:r>
        <w:rPr>
          <w:b/>
        </w:rPr>
        <w:t xml:space="preserve">[58:02] </w:t>
      </w:r>
      <w:r>
        <w:t>I think there's some problem with your audio.</w:t>
      </w:r>
    </w:p>
    <w:p>
      <w:pPr>
        <w:jc w:val="right"/>
      </w:pPr>
      <w:r>
        <w:t>I think there's some problem with your audio.</w:t>
      </w:r>
    </w:p>
    <w:p>
      <w:r>
        <w:rPr>
          <w:b/>
        </w:rPr>
        <w:t xml:space="preserve">[58:07] </w:t>
      </w:r>
      <w:r>
        <w:t>Any other ladies?</w:t>
      </w:r>
    </w:p>
    <w:p>
      <w:pPr>
        <w:jc w:val="right"/>
      </w:pPr>
      <w:r>
        <w:t>Any other ladies?</w:t>
      </w:r>
    </w:p>
    <w:p>
      <w:r>
        <w:rPr>
          <w:b/>
        </w:rPr>
        <w:t xml:space="preserve">[58:12] </w:t>
      </w:r>
      <w:r>
        <w:t>Hello. Yes please. Hello, asslam rekum. balik mislam. mera naam Sadhya hai. main ji. ji main kulti mein rehti hoon district pardwan. aap apna sawal puchiye Sadhya? Hello, aawaz aa rahi hai? haan haan boliye, aawaz aa rahi hai. haan.</w:t>
      </w:r>
    </w:p>
    <w:p>
      <w:pPr>
        <w:jc w:val="right"/>
      </w:pPr>
      <w:r>
        <w:t>Hello. Yes please. Hello, अस्लाम रेकुम. बालिक मिस्लाम. मेरा नाम साध्या है. मैं जी. जी मैं कुल्टी में रहती हूं district पर्दवान. आप अपना सवाल पूछिए साध्या? Hello, आवाज़ आ रही है? हां हां बोलिए, आवाज़ आ रही है. हां.</w:t>
      </w:r>
    </w:p>
    <w:p>
      <w:r>
        <w:rPr>
          <w:b/>
        </w:rPr>
        <w:t xml:space="preserve">[58:42] </w:t>
      </w:r>
      <w:r>
        <w:t>main mujhe faridaba se ek sawal poochna hai. jaise faridaba bol rahi thi ki hamein lagataar jo hai dawat ka kaam karna hai. to jaise hamare mann mein yeh irada rehta hai aur hum log yeh jaante hain ki hamein to dawat ka kaam karna hai aur dawat dena hai aur woh hum log karte bhi lekin jaise hi hamare upar koi extra burden aata hai. jaise maan lijiye koi exam aa gaya, koi exam aa gaya aur uska hum log preparation kar rahe hain.</w:t>
      </w:r>
    </w:p>
    <w:p>
      <w:pPr>
        <w:jc w:val="right"/>
      </w:pPr>
      <w:r>
        <w:t>मैं मुझे फरीदाबा से एक सवाल पूछना है. जैसे फरीदाबा बोल रही थी कि हमें लगातार जो है दावत का काम करना है. तो जैसे हमारे मन में यह इरादा रहता है और हम लोग यह जानते हैं कि हमें तो दावत का काम करना है और दावत देना है और वह हम लोग करते भी लेकिन जैसे ही हमारे ऊपर कोई extra burden आता है. जैसे मान लीजिए कोई exam आ गया, कोई exam आ गया और उसका हम लोग preparation कर रहे हैं.</w:t>
      </w:r>
    </w:p>
    <w:p>
      <w:r>
        <w:rPr>
          <w:b/>
        </w:rPr>
        <w:t xml:space="preserve">[59:07] </w:t>
      </w:r>
      <w:r>
        <w:t>to us time mein kya hota hai na aap ki dawat ka kaam matlab bhool hi jaate hain</w:t>
      </w:r>
    </w:p>
    <w:p>
      <w:pPr>
        <w:jc w:val="right"/>
      </w:pPr>
      <w:r>
        <w:t>तो उस time में क्या होता है ना आप कि दावत का काम मतलब भूल ही जाते हैं</w:t>
      </w:r>
    </w:p>
    <w:p>
      <w:r>
        <w:rPr>
          <w:b/>
        </w:rPr>
        <w:t xml:space="preserve">[59:14] </w:t>
      </w:r>
      <w:r>
        <w:t>aur sara hamara focus jo hai exam ki preparation mein laga reh jaata hai.</w:t>
      </w:r>
    </w:p>
    <w:p>
      <w:pPr>
        <w:jc w:val="right"/>
      </w:pPr>
      <w:r>
        <w:t>और सारा हमारा focus जो है exam की preparation में लगा रह जाता है.</w:t>
      </w:r>
    </w:p>
    <w:p>
      <w:r>
        <w:rPr>
          <w:b/>
        </w:rPr>
        <w:t xml:space="preserve">[59:21] </w:t>
      </w:r>
      <w:r>
        <w:t>to us time mein hamein hamara jo yeh soch ban jaata hai hum log dawat ka kaam ko</w:t>
      </w:r>
    </w:p>
    <w:p>
      <w:pPr>
        <w:jc w:val="right"/>
      </w:pPr>
      <w:r>
        <w:t>तो उस time में हमें हमारा जो यह सोच वन जाता है हम लोग दावत का काम को</w:t>
      </w:r>
    </w:p>
    <w:p>
      <w:r>
        <w:rPr>
          <w:b/>
        </w:rPr>
        <w:t xml:space="preserve">[59:28] </w:t>
      </w:r>
      <w:r>
        <w:t>jo hai matlab priority man mein rakhte hain lekin karte nahin hain.</w:t>
      </w:r>
    </w:p>
    <w:p>
      <w:pPr>
        <w:jc w:val="right"/>
      </w:pPr>
      <w:r>
        <w:t>जो है मतलब priority मन में रखते हैं लेकिन करते नहीं हैं.</w:t>
      </w:r>
    </w:p>
    <w:p>
      <w:r>
        <w:rPr>
          <w:b/>
        </w:rPr>
        <w:t xml:space="preserve">[59:35] </w:t>
      </w:r>
      <w:r>
        <w:t>to us time mein kya karna chahiye? Hello. Papa.</w:t>
      </w:r>
    </w:p>
    <w:p>
      <w:pPr>
        <w:jc w:val="right"/>
      </w:pPr>
      <w:r>
        <w:t>तो उस time में क्या करना चाहिए? Hello. Papa.</w:t>
      </w:r>
    </w:p>
    <w:p>
      <w:r>
        <w:rPr>
          <w:b/>
        </w:rPr>
        <w:t xml:space="preserve">[59:42] </w:t>
      </w:r>
      <w:r>
        <w:t>fareeda papa aapke liye sawal hai. Papa? ek minute. haan, woh koi genuine reason hai to koi baat nahi. ab exam hai to woh ek genuine reason hai.</w:t>
      </w:r>
    </w:p>
    <w:p>
      <w:pPr>
        <w:jc w:val="right"/>
      </w:pPr>
      <w:r>
        <w:t>फरीदा papa आपके लिए सवाल है. Papa? एक minute. हां, वह कोई genuine reason है तो कोई बात नहीं. अब exam है तो वह एक genuine reason है.</w:t>
      </w:r>
    </w:p>
    <w:p>
      <w:r>
        <w:rPr>
          <w:b/>
        </w:rPr>
        <w:t xml:space="preserve">[1:00:09] </w:t>
      </w:r>
      <w:r>
        <w:t>phir bhi jo chhote chhote booklets hai na, purpose of creation waghera yeh to har aadmi apne bag</w:t>
      </w:r>
    </w:p>
    <w:p>
      <w:pPr>
        <w:jc w:val="right"/>
      </w:pPr>
      <w:r>
        <w:t>फिर भी जो छोटे छोटे booklets है ना, purpose of creation वगैरह यह तो हर आदमी अपने bag</w:t>
      </w:r>
    </w:p>
    <w:p>
      <w:r>
        <w:rPr>
          <w:b/>
        </w:rPr>
        <w:t xml:space="preserve">[1:00:15] </w:t>
      </w:r>
      <w:r>
        <w:t>mein rakh sakta hai.</w:t>
      </w:r>
    </w:p>
    <w:p>
      <w:pPr>
        <w:jc w:val="right"/>
      </w:pPr>
      <w:r>
        <w:t>में रख सकता है.</w:t>
      </w:r>
    </w:p>
    <w:p>
      <w:r>
        <w:rPr>
          <w:b/>
        </w:rPr>
        <w:t xml:space="preserve">[1:00:21] </w:t>
      </w:r>
      <w:r>
        <w:t>to ho sakta hai exam mein bhi usko time mil jaaye.</w:t>
      </w:r>
    </w:p>
    <w:p>
      <w:pPr>
        <w:jc w:val="right"/>
      </w:pPr>
      <w:r>
        <w:t>तो हो सकता है exam में भी उसको time मिल जाए.</w:t>
      </w:r>
    </w:p>
    <w:p>
      <w:r>
        <w:rPr>
          <w:b/>
        </w:rPr>
        <w:t xml:space="preserve">[1:00:27] </w:t>
      </w:r>
      <w:r>
        <w:t>aate jaate raaste mein koi time mil jaaye usko de dein.</w:t>
      </w:r>
    </w:p>
    <w:p>
      <w:pPr>
        <w:jc w:val="right"/>
      </w:pPr>
      <w:r>
        <w:t>आते जाते रास्ते में कोई time मिल जाए उसको दे दें.</w:t>
      </w:r>
    </w:p>
    <w:p>
      <w:r>
        <w:rPr>
          <w:b/>
        </w:rPr>
        <w:t xml:space="preserve">[1:00:33] </w:t>
      </w:r>
      <w:r>
        <w:t>to apne bag mein hamesha rakhein, ek baar rajat ko bahut tarah tarah ke log milte rehte hain.</w:t>
      </w:r>
    </w:p>
    <w:p>
      <w:pPr>
        <w:jc w:val="right"/>
      </w:pPr>
      <w:r>
        <w:t>तो अपने bag में हमेशा रखें, एक बार रजत को बहुत तरह तरह के लोग मिलते रहते हैं.</w:t>
      </w:r>
    </w:p>
    <w:p>
      <w:r>
        <w:rPr>
          <w:b/>
        </w:rPr>
        <w:t xml:space="preserve">[1:00:39] </w:t>
      </w:r>
      <w:r>
        <w:t>woh hamesha apne saath rakhte hain, apne jeb mein rakhte hain.</w:t>
      </w:r>
    </w:p>
    <w:p>
      <w:pPr>
        <w:jc w:val="right"/>
      </w:pPr>
      <w:r>
        <w:t>वह हमेशा अपने साथ रखते हैं, अपने जेब में रखते हैं.</w:t>
      </w:r>
    </w:p>
    <w:p>
      <w:r>
        <w:rPr>
          <w:b/>
        </w:rPr>
        <w:t xml:space="preserve">[1:00:46] </w:t>
      </w:r>
      <w:r>
        <w:t>ek baar Apollo Hospital gaye the to unke paas purpose of creation tha to shahrukh khan apne father in law ko dekhne aaye the to unhone fauran de diya baad mein alag se to shahrukh khan kahan milte to koshish karein ki jahan jahan tak ho sake jitna mumkin hai to apne saath badi cheez nahi rakh sakte chhoti chhoti cheezein rakh liya karein.</w:t>
      </w:r>
    </w:p>
    <w:p>
      <w:pPr>
        <w:jc w:val="right"/>
      </w:pPr>
      <w:r>
        <w:t>एक बार Apollo Hospital गए थे तो उनके पास purpose of creation था तो शाहरुख खान अपने father in law को देखने आए थे तो उन्होंने फ़ौरन दे दिया बाद में अलग से तो शाहरुख खान कहां मिलते तो कोशिश करें कि जहां जहां तक हो सके जितना मुमकिन है तो अपने साथ बड़ी चीज़ नहीं रख सकते छोटी छोटी चीज़ें रख लिया करें.</w:t>
      </w:r>
    </w:p>
    <w:p>
      <w:r>
        <w:rPr>
          <w:b/>
        </w:rPr>
        <w:t xml:space="preserve">[1:01:16] </w:t>
      </w:r>
      <w:r>
        <w:t>theek hai? ji jaza kar laapa. wapas chalega aap. shwana khatum? No, we can't hear you Shabana. There's some problem with your audio. Any more ladies that who wants to ask any question?</w:t>
      </w:r>
    </w:p>
    <w:p>
      <w:pPr>
        <w:jc w:val="right"/>
      </w:pPr>
      <w:r>
        <w:t>ठीक है? जी जज़ा कर लापा. वापस चलेगा आप. शवाना खातुम? No, we can't hear you शबाना. There's some problem with your audio. Any more ladies that who wants to ask any question?</w:t>
      </w:r>
    </w:p>
    <w:p>
      <w:r>
        <w:rPr>
          <w:b/>
        </w:rPr>
        <w:t xml:space="preserve">[1:01:46] </w:t>
      </w:r>
      <w:r>
        <w:t>haan, main najma se deti. mere husband beemar thay. unki chemo hua karti thi. to hum periodically hospital rajiv gandhi, meri awaaz aa rahi hai? meri awaaz aa rahi hai? aa rahi hai awaaz.</w:t>
      </w:r>
    </w:p>
    <w:p>
      <w:pPr>
        <w:jc w:val="right"/>
      </w:pPr>
      <w:r>
        <w:t>It's 07:00 now. Can I share an experience? Yes yes, please do. हां, मैं नजमा से देती. मेरे husband बीमार थे. उनकी chemo हुआ करती थी. तो हम periodically hospital राजीव गांधी, मेरी आवाज़ आ रही है? मेरी आवाज़ आ रही है? आ रही है आवाज़.</w:t>
      </w:r>
    </w:p>
    <w:p>
      <w:r>
        <w:rPr>
          <w:b/>
        </w:rPr>
        <w:t xml:space="preserve">[1:02:11] </w:t>
      </w:r>
      <w:r>
        <w:t>haan, to hum log periodically chemo ke liye jaate thay to main kuch quran ki copies le jaati thi aur doctors ko de diya. to ek din main khadi bhi wait kar rahi thi to ek doctor jo thay in charge woh mujhse bole yeh aapke haath mein kya quran hai english ka? maine kaha ji. to bole, kiske liye hai? maine kaha, main aapko bhi doongi. to bole ki aapko pata hai?</w:t>
      </w:r>
    </w:p>
    <w:p>
      <w:pPr>
        <w:jc w:val="right"/>
      </w:pPr>
      <w:r>
        <w:t>हां, तो हम लोग periodically कीमों के लिए जाते थे तो मैं कुछ कुरान की copies ले जाती थी और doctors को दे दिया. तो एक दिन मैं खड़ी भी wait कर रही थी तो एक doctor जो थे in charge वह मुझसे बोले यह आपके हाथ में क्या कुरान है English का? मैंने कहा जी. तो बोले, किसके लिए है? मैंने कहा, मैं आपको भी दूंगी. तो बोले कि आपको पता है?</w:t>
      </w:r>
    </w:p>
    <w:p>
      <w:r>
        <w:rPr>
          <w:b/>
        </w:rPr>
        <w:t xml:space="preserve">[1:02:39] </w:t>
      </w:r>
      <w:r>
        <w:t>main paanch saal Saudi Arabia raha. wahan hamein sab kafir kafir kehte thay aur hamein angrezi ka koi aisi language mein quran nahi mila ki hum use padh sakein. to maine unko diya. to bole aap mujhe do teen de dijiye, main auron ko bhi baant doonga. phir bole ki yahan par ek prayer room hai.</w:t>
      </w:r>
    </w:p>
    <w:p>
      <w:pPr>
        <w:jc w:val="right"/>
      </w:pPr>
      <w:r>
        <w:t>मैं पांच साल Saudi Arabia रहा. वहां हमें सब काफ़िर काफ़िर कहते थे और हमें अंग्रेज़ी का कोई ऐसी language में कुरान नहीं मिला कि हम उसे पढ़ सकें. तो मैंने उनको दिया. तो बोले आप मुझे दो तीन दे दीजिए, मैं औरों को भी बांट दूंगा. फिर बोले कि यहां पर एक prayer room है.</w:t>
      </w:r>
    </w:p>
    <w:p>
      <w:r>
        <w:rPr>
          <w:b/>
        </w:rPr>
        <w:t xml:space="preserve">[1:03:04] </w:t>
      </w:r>
      <w:r>
        <w:t>wahan par log apne kitaabein rakhte hain to aap chahein wahan rakhwa dein. to maine wahan par bahut saare quran rakhwa diye. phir main driver se kehti thi ki jaakar check karo ki agar maine das rakhwaye hain to ab kitne bache wahan? to kabhi woh kehta tha ki wahan chhah hain kabhi to phir main phir poora kar deti thi. to yeh hota hai ki kisi zamane mein to zyada time mil jaata hai.</w:t>
      </w:r>
    </w:p>
    <w:p>
      <w:pPr>
        <w:jc w:val="right"/>
      </w:pPr>
      <w:r>
        <w:t>वहां पर लोग अपने किताबें रखते हैं तो आप चाहें वहां रखवा दें. तो मैंने वहां पर बहुत सारे कुरान रखवा दिए. फिर मैं driver से कहती थी कि जाकर check करो कि अगर मैंने दस रखवाए हैं तो अब कितने बचे वहां? तो कभी वह कहता था कि वहां छह हैं कभी तो फिर मैं फिर पूरा कर देती थी. तो यह होता है कि किसी ज़माने में तो ज़्यादा time मिल जाता है.</w:t>
      </w:r>
    </w:p>
    <w:p>
      <w:r>
        <w:rPr>
          <w:b/>
        </w:rPr>
        <w:t xml:space="preserve">[1:03:32] </w:t>
      </w:r>
      <w:r>
        <w:t>aap kisi bahar ke mulk mein hote hain. America mein bahut chances hain jagah jagah rakhne ke aur aur bhi kai experiences lekin hamesha ek sa nahi hota ki hamesha dete rahein. to us waqt bahut fikr rehti hai ki ab kya karein? ab aajkal kuch nahi kar pa rahe hain, aajkal kuch nahi kar pa rahe hain. to uske liye kya karna chahiye?</w:t>
      </w:r>
    </w:p>
    <w:p>
      <w:pPr>
        <w:jc w:val="right"/>
      </w:pPr>
      <w:r>
        <w:t>आप किसी बाहर के मुल्क में होते हैं. America में बहुत chances हैं जगह जगह रखने के और और भी कई experiences लेकिन हमेशा एक सा नहीं होता कि हमेशा देते रहें. तो उस वक्त बहुत फ़िक्र रहती है कि अब क्या करें? अब आजकल कुछ नहीं कर पा रहे हैं, आजकल कुछ नहीं कर पा रहे हैं. तो उसके लिए क्या करना चाहिए?</w:t>
      </w:r>
    </w:p>
    <w:p>
      <w:r>
        <w:rPr>
          <w:b/>
        </w:rPr>
        <w:t xml:space="preserve">[1:03:58] </w:t>
      </w:r>
      <w:r>
        <w:t>aur tarah se involve hon, CPS ke kaam mein kya karein? ab to maashallah bahut zyada involve hain. haan, aapko kya bataein? jitna mauka hai jitna aap kaam kar sakti hain. aap to kaam kar hi rahi hain aur aur zyada kaam karna hai to aur zyada duaen karien aur latala aur mauka aap duaen kaam</w:t>
      </w:r>
    </w:p>
    <w:p>
      <w:pPr>
        <w:jc w:val="right"/>
      </w:pPr>
      <w:r>
        <w:t>और तरह से involve हों, CPS के काम में क्या करें? अब तो माशाल्लाह बहुत ज़्यादा involve हैं. हां, आपको क्या बताएं? जितना मौका है जितना आप काम कर सकती हैं. आप तो काम कर ही रही हैं और और ज़्यादा काम करना है तो और ज़्यादा दुआएं करिए और लताला और मौका आप दुआएं काम</w:t>
      </w:r>
    </w:p>
    <w:p>
      <w:r>
        <w:rPr>
          <w:b/>
        </w:rPr>
        <w:t xml:space="preserve">[1:04:28] </w:t>
      </w:r>
      <w:r>
        <w:t>karna hai matlab.</w:t>
      </w:r>
    </w:p>
    <w:p>
      <w:pPr>
        <w:jc w:val="right"/>
      </w:pPr>
      <w:r>
        <w:t>करना है मतलब.</w:t>
      </w:r>
    </w:p>
    <w:p>
      <w:r>
        <w:rPr>
          <w:b/>
        </w:rPr>
        <w:t xml:space="preserve">[1:04:34] </w:t>
      </w:r>
      <w:r>
        <w:t>Any more question?</w:t>
      </w:r>
    </w:p>
    <w:p>
      <w:pPr>
        <w:jc w:val="right"/>
      </w:pPr>
      <w:r>
        <w:t>Any more question?</w:t>
      </w:r>
    </w:p>
    <w:p>
      <w:r>
        <w:rPr>
          <w:b/>
        </w:rPr>
        <w:t xml:space="preserve">[1:04:41] </w:t>
      </w:r>
      <w:r>
        <w:t>It is 07:00 now. Prami dapa?</w:t>
      </w:r>
    </w:p>
    <w:p>
      <w:pPr>
        <w:jc w:val="right"/>
      </w:pPr>
      <w:r>
        <w:t>It is 07:00 now. प्रेमी दापा?</w:t>
      </w:r>
    </w:p>
    <w:p>
      <w:r>
        <w:rPr>
          <w:b/>
        </w:rPr>
        <w:t xml:space="preserve">[1:04:47] </w:t>
      </w:r>
      <w:r>
        <w:t>haan shweena aaj baj gaya hai.</w:t>
      </w:r>
    </w:p>
    <w:p>
      <w:pPr>
        <w:jc w:val="right"/>
      </w:pPr>
      <w:r>
        <w:t>हां श्वीना आज बज गया है.</w:t>
      </w:r>
    </w:p>
    <w:p>
      <w:r>
        <w:rPr>
          <w:b/>
        </w:rPr>
        <w:t xml:space="preserve">[1:04:54] </w:t>
      </w:r>
      <w:r>
        <w:t>to ab mere saal Oh, sorry.</w:t>
      </w:r>
    </w:p>
    <w:p>
      <w:pPr>
        <w:jc w:val="right"/>
      </w:pPr>
      <w:r>
        <w:t>तो अब मेरे साल Oh, sorry.</w:t>
      </w:r>
    </w:p>
    <w:p>
      <w:r>
        <w:rPr>
          <w:b/>
        </w:rPr>
        <w:t xml:space="preserve">[1:05:00] </w:t>
      </w:r>
      <w:r>
        <w:t>It is 08:00 now.</w:t>
      </w:r>
    </w:p>
    <w:p>
      <w:pPr>
        <w:jc w:val="right"/>
      </w:pPr>
      <w:r>
        <w:t>It is 08:00 now.</w:t>
      </w:r>
    </w:p>
    <w:p>
      <w:r>
        <w:rPr>
          <w:b/>
        </w:rPr>
        <w:t xml:space="preserve">[1:05:07] </w:t>
      </w:r>
      <w:r>
        <w:t>I think not more, any more question is not coming.</w:t>
      </w:r>
    </w:p>
    <w:p>
      <w:pPr>
        <w:jc w:val="right"/>
      </w:pPr>
      <w:r>
        <w:t>I think not more, any more question is not coming.</w:t>
      </w:r>
    </w:p>
    <w:p>
      <w:r>
        <w:rPr>
          <w:b/>
        </w:rPr>
        <w:t xml:space="preserve">[1:05:13] </w:t>
      </w:r>
      <w:r>
        <w:t>So I invite Paimida apa to share her experiences and what she has to say to us. Silavle ko.</w:t>
      </w:r>
    </w:p>
    <w:p>
      <w:pPr>
        <w:jc w:val="right"/>
      </w:pPr>
      <w:r>
        <w:t>So I invite पैमिदा अपा to share her experiences and what she has to say to us. सिलावले को.</w:t>
      </w:r>
    </w:p>
    <w:p>
      <w:r>
        <w:rPr>
          <w:b/>
        </w:rPr>
        <w:t xml:space="preserve">[1:05:20] </w:t>
      </w:r>
      <w:r>
        <w:t>Walekum assalam aapka.</w:t>
      </w:r>
    </w:p>
    <w:p>
      <w:pPr>
        <w:jc w:val="right"/>
      </w:pPr>
      <w:r>
        <w:t>वालिकुन स्लामा आपका.</w:t>
      </w:r>
    </w:p>
    <w:p>
      <w:r>
        <w:rPr>
          <w:b/>
        </w:rPr>
        <w:t xml:space="preserve">[1:05:27] </w:t>
      </w:r>
      <w:r>
        <w:t>aaj yeh sister Seema aur Andrea ka experience bahut hi inspiring tha. mujhe poora yaqeen hai ki yeh hum sabko dawa spirit ko meri hum sabki dawa spirit ko renew kiya hoga. sab sabko kiya hoga. MRI ke andar jo speed hai wahi speed hamein apne andar develop karna hai. khuda karna hai us insano tak pahunchane ke liye. yeh bahut zaroori hai.</w:t>
      </w:r>
    </w:p>
    <w:p>
      <w:pPr>
        <w:jc w:val="right"/>
      </w:pPr>
      <w:r>
        <w:t>आज यह sister सीमा और Andrea का experience बहुत ही inspiring था. मुझे पूरा यकीन है कि यह हम सबको दावा spirit को मेरी हम सबकी दावा spirit को renew किया होगा. सब सबको किया होगा. MRI के अंदर जो speed है वही speed हमें अपने अंदर develop करना है. खुदा करना है उस इंसानों तक पहुंचाने के लिए. यह बहुत ज़रूरी है.</w:t>
      </w:r>
    </w:p>
    <w:p>
      <w:r>
        <w:rPr>
          <w:b/>
        </w:rPr>
        <w:t xml:space="preserve">[1:05:56] </w:t>
      </w:r>
      <w:r>
        <w:t>to yeh mujhe bahut achha laga unka experience. aaj yeh apa ke lecture se hamein bahut hi zyada clear hua ki yeh khuda ka mission hai. hum jaante hain ki hamara sabse bada masla maut ka masla hai. maut ke baad jab hum khuda ke paas pohnchenge to hamein khuda ke ghazab ka saamna na ho.</w:t>
      </w:r>
    </w:p>
    <w:p>
      <w:pPr>
        <w:jc w:val="right"/>
      </w:pPr>
      <w:r>
        <w:t>तो यह मुझे बहुत अच्छा लगानों का experience. आज यह आपा के lecture से हमें बहुत ही ज़्यादा clear हुआ कि यह खुदा का mission है. हम जानते हैं कि हमारा सबसे बड़ा मसला मौत का मसला है. मौत के बाद जब हम खुदा के पास पहुंचेंगे तो हमें खुदा के ग़ज़ब का सामना ना हो.</w:t>
      </w:r>
    </w:p>
    <w:p>
      <w:r>
        <w:rPr>
          <w:b/>
        </w:rPr>
        <w:t xml:space="preserve">[1:06:23] </w:t>
      </w:r>
      <w:r>
        <w:t>hamein khuda ke ghazab se bachna hai. baqi hamein khuda ki rehmat chahiye. ghazab nahi chahiye. to hamein iske liye bahut dua karna hai ki khuda ki rehmat naseeb ho. iske liye hamein maut se pehle tayyari karni hai. apne ko bhi khuda ke ghazab se bachana hai aur doosra ko bhi bachana hai.</w:t>
      </w:r>
    </w:p>
    <w:p>
      <w:pPr>
        <w:jc w:val="right"/>
      </w:pPr>
      <w:r>
        <w:t>हमें खुदा के ग़ज़ब से बचना है. बाकी हमें खुदा की रहमत चाहिए. ग़ज़ब नहीं चाहिए. तो हमें इसके लिए बहुत द्वारा करना है कि खुदा की रहमत नसीब हो. इसके लिए हमें मौत से पहले तैयारी करनी है. अपने को भी खुदा के ग़ज़ब से बचाना है और दूसरा को भी बचाना है.</w:t>
      </w:r>
    </w:p>
    <w:p>
      <w:r>
        <w:rPr>
          <w:b/>
        </w:rPr>
        <w:t xml:space="preserve">[1:06:48] </w:t>
      </w:r>
      <w:r>
        <w:t>maulana saamne khuda ke mission ki responsibility jo hamare liye chhodi hai, usko hamein poori zimmedari ke saath ada karna hai. hamein dawat ke kaam ko bahut zyada ahmiyat dena hai. dawa work start karna bahut zyada aasan hai. aap sabhi logon ko bataoon ki hamara daily wisdom group hai.</w:t>
      </w:r>
    </w:p>
    <w:p>
      <w:pPr>
        <w:jc w:val="right"/>
      </w:pPr>
      <w:r>
        <w:t>मोहलाना सामने खुदा के mission की responsibility जो हमारे लिए छोड़ी है, उसको हमें पूरी ज़िम्मेदारी के साथ अदा करना है. हमें दावत के काम को बहुत ज़्यादा अहमियत देना है. दावा work start करना बहुत ज़्यादा आसान है. आप सभी लोगों को बताऊं कि हमारा daily wisdom group है.</w:t>
      </w:r>
    </w:p>
    <w:p>
      <w:r>
        <w:rPr>
          <w:b/>
        </w:rPr>
        <w:t xml:space="preserve">[1:07:17] </w:t>
      </w:r>
      <w:r>
        <w:t>aap usko join kar lein. aap apna khud ka ek broadcast group banayein aur dairy wisdom se material lein. lekar apne madhu friend ko bhejein. Dairy wisdom mein roz ek video, ek poster, ek short text daale jaate hain aur log bahut zyada appreciate karte hain usko.</w:t>
      </w:r>
    </w:p>
    <w:p>
      <w:pPr>
        <w:jc w:val="right"/>
      </w:pPr>
      <w:r>
        <w:t>आप उसको join कर लें. आप अपना खुद का एक broadcast group बनाएं और dairy wisdom से material लें. लेकर अपने मधु friend को भेजें. Dairy wisdom में रोज़ एक video, एक poster, एक short text डाले जाते हैं और लोग बहुत ज़्यादा appreciate करते हैं उसको.</w:t>
      </w:r>
    </w:p>
    <w:p>
      <w:r>
        <w:rPr>
          <w:b/>
        </w:rPr>
        <w:t xml:space="preserve">[1:07:42] </w:t>
      </w:r>
      <w:r>
        <w:t>ek din agar kabhi kuch daalne mein der ho jaati hai to log message kar dete hain ki aaj abhi tak kuch mila nahi. to daily wisdom ka link abhi hum group mein bhej dete hain. aap usko join karein aur ghar baithe hue dawat ka kaam karein. doosri baat yeh hai ki apne group mein pehli zone se marfat aur dawat-i-islam ke articles daale jayenge.</w:t>
      </w:r>
    </w:p>
    <w:p>
      <w:pPr>
        <w:jc w:val="right"/>
      </w:pPr>
      <w:r>
        <w:t>एक दिन अगर कभी कुछ डालने में देर हो जाती है तो लोग message कर देते हैं कि आज अभी तक कुछ मिला नहीं. तो daily wisdom का link अभी हम group में भेज देते हैं. आप उसको join करें और घर बैठे हुए दावत का काम करें. दूसरी बात यह है कि अपने group में पहली zone से मार्फत और दावती इस्लाम के articles डाले जाएंगे.</w:t>
      </w:r>
    </w:p>
    <w:p>
      <w:r>
        <w:rPr>
          <w:b/>
        </w:rPr>
        <w:t xml:space="preserve">[1:08:10] </w:t>
      </w:r>
      <w:r>
        <w:t>usmein urdu aur english dono articles honge. unko aap log zaroor padhein. un articles se hum sabhi ko apni marfat badhane aur dawat ke kaam karne mein bahut help hogi inshaan allah. aakhri baat jo mujhe kehni hai woh ek good news hai jo aap logon ke saath share karna chahoongi.</w:t>
      </w:r>
    </w:p>
    <w:p>
      <w:pPr>
        <w:jc w:val="right"/>
      </w:pPr>
      <w:r>
        <w:t>उसमें उर्दू और English दोनों articles होंगे. उनको आप लोग ज़रूर पढ़ें. उन articles से हम सभी को अपनी मार्फत बढ़ाने और दावत के काम करने में बहुत help होगी इंशान अलाहा. आखरी बात जो मुझे कहनी है वह एक good news है जो आप लोगों के साथ share करना चाहूंगी.</w:t>
      </w:r>
    </w:p>
    <w:p>
      <w:r>
        <w:rPr>
          <w:b/>
        </w:rPr>
        <w:t xml:space="preserve">[1:08:38] </w:t>
      </w:r>
      <w:r>
        <w:t>woh yeh ki hamari senior CPS member Nisfa Fatima Sarah jo ki pandrah bees saal se mission se judi hui hain. unhone bahut bade bade interfaith program mein participate kiya hai. dawa ka kaam har tarah ki field mein kis tarah se karna chahiye iska unko bahut zyada experience hai.</w:t>
      </w:r>
    </w:p>
    <w:p>
      <w:pPr>
        <w:jc w:val="right"/>
      </w:pPr>
      <w:r>
        <w:t>वह यह कि हमारी senior CPS member निस्फात्मा सारा जो कि पंद्रह बीस साल से mission से जुड़ी हुई हैं. उन्होंने बहुत बड़े बड़े interfaith program में participate किया है. दावा का काम हर तरह की field में किस तरह से करना चाहिए इसका उनको बहुत ज़्यादा experience है.</w:t>
      </w:r>
    </w:p>
    <w:p>
      <w:r>
        <w:rPr>
          <w:b/>
        </w:rPr>
        <w:t xml:space="preserve">[1:09:01] </w:t>
      </w:r>
      <w:r>
        <w:t>to Sarah hamein guide kar sakti hain ki hum dawat-i-kaam kis tarah se family mein kar sakte hain. agar aap log apni family mein dawat ka kaam karne mein interested hain to Sarah hamein Tuesday, Wednesday aur Thursday mein hamein Zoom par class lekar guide kar sakti hain.</w:t>
      </w:r>
    </w:p>
    <w:p>
      <w:pPr>
        <w:jc w:val="right"/>
      </w:pPr>
      <w:r>
        <w:t>तो सारा हमें guide कर सकती हैं कि हम दावती काम किस तरह से family में कर सकते हैं. अगर आप लोग अपनी family में दावत का काम करने में interested हैं तो सारा हमें Tuesday, Wednesday और Thursday में हमें Zoom पर class लेकर guide कर सकती हैं.</w:t>
      </w:r>
    </w:p>
    <w:p>
      <w:r>
        <w:rPr>
          <w:b/>
        </w:rPr>
        <w:t xml:space="preserve">[1:09:23] </w:t>
      </w:r>
      <w:r>
        <w:t>jinki jinki ko yeh class leni hai aap sabhi se main yeh kahungi ki agar aap koi class lene mein lena hai to mujhe personally message karein please. to yeh news mujhe aap logon se share karni thi aur ladaala se bahut dua hai ki hamein jitna bhi yeh mauka mile hum usko kabhi us mauke ko ganwaayein na usko zaroor avail karein.</w:t>
      </w:r>
    </w:p>
    <w:p>
      <w:pPr>
        <w:jc w:val="right"/>
      </w:pPr>
      <w:r>
        <w:t>जिनकी जिनकी को यह class लेनी है आप सभी से मैं यह कहूंगी कि अगर आप कोई class लेने में लेना है तो मुझे personally message करें please. तो यह news मुझे आप लोगों से share करनी थी और लद्दाला से बहुत द्वाह है कि हमें जितना भी यह मौका मिले हम उसको कभी उस मौके को गंवाएं ना उसको ज़रूर avail करें.</w:t>
      </w:r>
    </w:p>
    <w:p>
      <w:r>
        <w:rPr>
          <w:b/>
        </w:rPr>
        <w:t xml:space="preserve">[1:09:53] </w:t>
      </w:r>
      <w:r>
        <w:t>to yahan par main apni baat khatm karna chah rahi hoon is laonjay ko. jazza kar lo aap haan? aur koi ladies kuch kehna chahti hain to bataein? nahi to main is session ko complete karoongi. Farash aapse dua karani thi shweina. Ok.</w:t>
      </w:r>
    </w:p>
    <w:p>
      <w:pPr>
        <w:jc w:val="right"/>
      </w:pPr>
      <w:r>
        <w:t>तो यहां पर मैं अपनी बात खत्म करना चाह रही हूं इस लाओंजय को. जज़्ज़ा कर लो आप हां? और कोई ladies कुछ कहना चाहती हैं तो बताएं? नहीं तो मैं इस session को complete करूंगी. फराश आपसे दुआ करानी थी श्रीना. Ok.</w:t>
      </w:r>
    </w:p>
    <w:p>
      <w:r>
        <w:rPr>
          <w:b/>
        </w:rPr>
        <w:t xml:space="preserve">[1:10:23] </w:t>
      </w:r>
      <w:r>
        <w:t>apa Fareeda apa please conclude this session, today's meeting. haan haan. Fareeda apa? mere khayal se Farash aapse dua karwa dena shbeena. Ok. aap</w:t>
      </w:r>
    </w:p>
    <w:p>
      <w:pPr>
        <w:jc w:val="right"/>
      </w:pPr>
      <w:r>
        <w:t>आपा फरीदा आपा please conclude this session, today's meeting. हां हां. फरीदा आप अब? मेरे ख्याल से फराश आपसे दुआ करवा देना शभीना. Ok. आप</w:t>
      </w:r>
    </w:p>
    <w:p>
      <w:r>
        <w:rPr>
          <w:b/>
        </w:rPr>
        <w:t xml:space="preserve">[1:10:52] </w:t>
      </w:r>
      <w:r>
        <w:t>ab abhi ab thak gayi hongi. Ok. Farash bhai yeh meeting ko hamare dua se conclude kar dijiye. ek achhi adeesh hai. usko hum sunayenge aur usi base par hum dua karenge. hadees ka main tarjuma padhta hoon.</w:t>
      </w:r>
    </w:p>
    <w:p>
      <w:pPr>
        <w:jc w:val="right"/>
      </w:pPr>
      <w:r>
        <w:t>अब अभी अब थक गई होंगे. Ok. फराश भाई यह meeting को हमारे दुआ से conclude कर दीजिए. एक अच्छी अदीश है. उसको हम सुनाएंगे और उसी base पर हम दुआ करेंगे. हदीश का मैं तरजुमा पड़ता हूं.</w:t>
      </w:r>
    </w:p>
    <w:p>
      <w:r>
        <w:rPr>
          <w:b/>
        </w:rPr>
        <w:t xml:space="preserve">[1:11:22] </w:t>
      </w:r>
      <w:r>
        <w:t>hadees kuch si hai yeh. Ae apne Adam, mere liye khada ho main tumhari taraf chal karaunga aur agar tum chal karaoge to main tumhari taraf daud karaunga.</w:t>
      </w:r>
    </w:p>
    <w:p>
      <w:pPr>
        <w:jc w:val="right"/>
      </w:pPr>
      <w:r>
        <w:t>हदीश कुछ सी है यह. ऐ अपने आदम, मेरे लिए खड़ा हो मैं तुम्हारी तरफ चल कराऊंगा और अगर तुम चल कराओगे तो मैं तुम्हारी तरफ दौड़ कराऊंगा.</w:t>
      </w:r>
    </w:p>
    <w:p>
      <w:r>
        <w:rPr>
          <w:b/>
        </w:rPr>
        <w:t xml:space="preserve">[1:11:37] </w:t>
      </w:r>
      <w:r>
        <w:t>to hum Allah taala se dua karte hain ki Allah taala hamein apne liye is tarah khada hone ki tofeeq de ki woh hamare liye chal karaye aur hamein is tarah chalne ki tofeeq de apni taraf ki woh hamari taraf daud karaye yani humko qubool karein. Amin. Ameen. to we end the session today.</w:t>
      </w:r>
    </w:p>
    <w:p>
      <w:pPr>
        <w:jc w:val="right"/>
      </w:pPr>
      <w:r>
        <w:t>तो हम अल्लाह तालाह से दुआ करते हैं कि अल्लाह तालाह हमें अपने लिए इस तरह खड़ा होने की तोफीक दे कि वह हमारे लिए चल कराए और हमें इस तरह चलने की तोफीक दे अपनी तरफ कि वह हमारी तरफ दौड़ कराए यानी हमको कुबूल करें. आमिन. अमीन. तो we end the session today.</w:t>
      </w:r>
    </w:p>
    <w:p>
      <w:r>
        <w:rPr>
          <w:b/>
        </w:rPr>
        <w:t xml:space="preserve">[1:12:02] </w:t>
      </w:r>
      <w:r>
        <w:t>Today's session, we'll meet next month in June. And anyone anyone who wants to put any feedback or wants to say something, we have a ladies WhatsApp group, and you can put your messages, your whatever you want to tell the team. You can do that over there in the WhatsApp.</w:t>
      </w:r>
    </w:p>
    <w:p>
      <w:pPr>
        <w:jc w:val="right"/>
      </w:pPr>
      <w:r>
        <w:t>Today's session, we'll meet next month in June. And anyone anyone who wants to put any feedback or wants to say something, we have a ladies WhatsApp group, and you can put your messages, your whatever you want to tell the team. You can do that over there in the WhatsApp.</w:t>
      </w:r>
    </w:p>
    <w:p>
      <w:r>
        <w:rPr>
          <w:b/>
        </w:rPr>
        <w:t xml:space="preserve">[1:12:28] </w:t>
      </w:r>
      <w:r>
        <w:t>Everyone to be a part of this team and also be a part of this mission and I end the session over here.</w:t>
      </w:r>
    </w:p>
    <w:p>
      <w:pPr>
        <w:jc w:val="right"/>
      </w:pPr>
      <w:r>
        <w:t>Everyone to be a part of this team and also be a part of this mission and I end the session over here.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