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Development of Fiqh May 29, 2022 Prof. Farida Khanam</w:t>
      </w:r>
    </w:p>
    <w:p>
      <w:r>
        <w:t>https://www.youtube.com/watch?v=4rhQkwBd_N4</w:t>
      </w:r>
    </w:p>
    <w:p>
      <w:r>
        <w:rPr>
          <w:b/>
        </w:rPr>
        <w:t xml:space="preserve">[00:11] </w:t>
      </w:r>
      <w:r>
        <w:t>Assalamualikum. In the early phase of Islam, people derived their religion directly from the Quran and the Sunnah. Therefore, their association with the original Islam was intact.</w:t>
      </w:r>
    </w:p>
    <w:p>
      <w:pPr>
        <w:jc w:val="right"/>
      </w:pPr>
      <w:r>
        <w:t>अस्सलामालेकुम. In the early phase of Islam, people derived their religion directly from the Quran and the Sunnah. Therefore, their association with the original Islam was intact.</w:t>
      </w:r>
    </w:p>
    <w:p>
      <w:r>
        <w:rPr>
          <w:b/>
        </w:rPr>
        <w:t xml:space="preserve">[00:26] </w:t>
      </w:r>
      <w:r>
        <w:t>But as years went by, the self style interpretation of the Quran and the Sunnah placed a veil over the original content of the text aur Hazrat Umar bin Khattab ne bhi ek martaba farmaya ke tumhare bare mein main do logon se darta hoon.</w:t>
      </w:r>
    </w:p>
    <w:p>
      <w:pPr>
        <w:jc w:val="right"/>
      </w:pPr>
      <w:r>
        <w:t>But as years went by, the self style interpretation of the Quran and the Sunnah placed a veil over the original content of the text और हज़द उमर बिन ख़ताब ने भी एक मरतबा फरमाया कि तुम्हारे बारे में मैं दो लोगों से डरता हूं.</w:t>
      </w:r>
    </w:p>
    <w:p>
      <w:r>
        <w:rPr>
          <w:b/>
        </w:rPr>
        <w:t xml:space="preserve">[00:46] </w:t>
      </w:r>
      <w:r>
        <w:t>Ek aadmi woh jo Quran ki galat tafsir karega aur doosra woh jo mulk ke mamle mein apne bhai se aage badhne ki koshish karega. Matlab political rule aur political expansion karne ki koshish karega. Toh aaj hum charcha karenge development of fiqh ke bare mein professor Farida Khanam ke saath. Toh chaliye guftagu karte hain Farida Apa ke saath. Assalamualikum Apa kaisi hain?</w:t>
      </w:r>
    </w:p>
    <w:p>
      <w:pPr>
        <w:jc w:val="right"/>
      </w:pPr>
      <w:r>
        <w:t>एक आदमी वह जो कुरान की गलत तफ़्सीर करेगा और दूसरा वह जो मुल्क के मामले में अपने भाई से आगे बढ़ने की कोशिश करेगा. मतलब political rule और political expansion करने की कोशिश करेगा. तो आज हम चर्चा करेंगे development of फ़िक के बारे में professor फरीदा खानन के साथ. तो चलिए बातचीत करते हैं फरीदा आपा के साथ. अस्लामा अलीकुम आपा कैसी है?</w:t>
      </w:r>
    </w:p>
    <w:p>
      <w:r>
        <w:rPr>
          <w:b/>
        </w:rPr>
        <w:t xml:space="preserve">[01:16] </w:t>
      </w:r>
      <w:r>
        <w:t>Assalamualikum. Aap theek hain. Ji Alhamdulillah. Aap jaisa ke hum jante hain ke fiqh ka jo literal maayne hai woh yeh hai understanding and knowledge of something and Quran mein bhi ek do jagah fiqh ka jo reference aaya hai woh ek general sense of understanding ke bare mein aaya hai. Aaj ka topic bhi jo aap aapne liya hai woh hai development of fiqh yani Islamic jurisprudence.</w:t>
      </w:r>
    </w:p>
    <w:p>
      <w:pPr>
        <w:jc w:val="right"/>
      </w:pPr>
      <w:r>
        <w:t>अम्मा अलीम स्वाम. आप ठीक हैं. जी अलम दिल अल्ला. आपस जैसा कि हम जानते हैं कि फ़िक का जो literal मायने है वह यह है understanding and knowledge of something and कुरान में भी एक दो जगह फ़िक का जो reference आया है वह एक general sense of understanding के बारे में आया है. आज का topic भी जो आप आपने लिया है वो है development of फ़िक यानी islamic jurisprudence.</w:t>
      </w:r>
    </w:p>
    <w:p>
      <w:r>
        <w:rPr>
          <w:b/>
        </w:rPr>
        <w:t xml:space="preserve">[01:43] </w:t>
      </w:r>
      <w:r>
        <w:t>Toh sabse pehla sawal toh yahi hai ke aap development of fiqh ke bare mein hum sabko batayein ke kaise hua? Theek hai. Toh Maulana ki kitab hai Tajdeed e Deen. Toh ismein yeh saari baatein bahut acche tarike se aayi hain.</w:t>
      </w:r>
    </w:p>
    <w:p>
      <w:pPr>
        <w:jc w:val="right"/>
      </w:pPr>
      <w:r>
        <w:t>तो सबसे पहला सवाल तो यही है कि आप development of फ़िक के बारे में हम सबको बताएं कि कैसे हुआ? ठीक है. तो माराना की किताब है तजदीद ए दीन. तो इसमें ये सारी पैसे बहुत अच्छे तरीके से आई हैं.</w:t>
      </w:r>
    </w:p>
    <w:p>
      <w:r>
        <w:rPr>
          <w:b/>
        </w:rPr>
        <w:t xml:space="preserve">[02:03] </w:t>
      </w:r>
      <w:r>
        <w:t>Toh isko hum refer karenge aur isko samajhne ke liye thoda sa development of ko bhi hum le rahe hain taake usko uska background samajh mein aaye. Toh fiqh ka maayne jaise ke aapne bataya understanding hai. Ji. Aur ibtidai maayne understanding ke hi the. Fiqh, fahm.</w:t>
      </w:r>
    </w:p>
    <w:p>
      <w:pPr>
        <w:jc w:val="right"/>
      </w:pPr>
      <w:r>
        <w:t>तो इसको हम refer करेंगे और इसको समझने के लिए थोड़ा सा development of को भी हम ले रहे हैं ताकि उसको उसका background समझ में आए. तो फेख का माने जैसे कि आपने बताया understanding है. जी. और इत्तदाई माने understanding के ही थे. फेख, फहम.</w:t>
      </w:r>
    </w:p>
    <w:p>
      <w:r>
        <w:rPr>
          <w:b/>
        </w:rPr>
        <w:t xml:space="preserve">[02:30] </w:t>
      </w:r>
      <w:r>
        <w:t>lekin woh baad mein aisa hua ki fekh jo hai woh usmein tabdeeli aayi kyunki dekhiye ek hota</w:t>
      </w:r>
    </w:p>
    <w:p>
      <w:pPr>
        <w:jc w:val="right"/>
      </w:pPr>
      <w:r>
        <w:t>लेकिन वो बाद में ऐसा हुआ कि फेख जो है वो उसमें तब्दीली आई क्योंकि देखिए एक होता</w:t>
      </w:r>
    </w:p>
    <w:p>
      <w:r>
        <w:rPr>
          <w:b/>
        </w:rPr>
        <w:t xml:space="preserve">[02:37] </w:t>
      </w:r>
      <w:r>
        <w:t>hai iptadai maane aur ek hota hai istlahi maane.</w:t>
      </w:r>
    </w:p>
    <w:p>
      <w:pPr>
        <w:jc w:val="right"/>
      </w:pPr>
      <w:r>
        <w:t>है इप्तदाई माने और एक होता है इस्तलाही माने.</w:t>
      </w:r>
    </w:p>
    <w:p>
      <w:r>
        <w:rPr>
          <w:b/>
        </w:rPr>
        <w:t xml:space="preserve">[02:45] </w:t>
      </w:r>
      <w:r>
        <w:t>to istilahi maane mein aaya ki deeper understanding waise fekh ke is tilahi maane hai deeper understanding of religion.</w:t>
      </w:r>
    </w:p>
    <w:p>
      <w:pPr>
        <w:jc w:val="right"/>
      </w:pPr>
      <w:r>
        <w:t>तो इस्तलाही माने में आया कि deeper understanding वैसे फेख के इस तिलाही माने है deeper understanding of religion.</w:t>
      </w:r>
    </w:p>
    <w:p>
      <w:r>
        <w:rPr>
          <w:b/>
        </w:rPr>
        <w:t xml:space="preserve">[02:53] </w:t>
      </w:r>
      <w:r>
        <w:t>warna otherwise ilm aur fekh dono synonym the.</w:t>
      </w:r>
    </w:p>
    <w:p>
      <w:pPr>
        <w:jc w:val="right"/>
      </w:pPr>
      <w:r>
        <w:t>वरना otherwise इल्म और फेख दोनों synonym थे.</w:t>
      </w:r>
    </w:p>
    <w:p>
      <w:r>
        <w:rPr>
          <w:b/>
        </w:rPr>
        <w:t xml:space="preserve">[03:01] </w:t>
      </w:r>
      <w:r>
        <w:t>Toh baad mein aisa hua ke jab hadith jab log jama karne lage toh bahut saari do tarah ke log the. Ek the Muhaddiseen aur ek the Fuqaha. Toh Muhaddiseen tamam hadithon ko jo bhi available thi unko woh jama karte the.</w:t>
      </w:r>
    </w:p>
    <w:p>
      <w:pPr>
        <w:jc w:val="right"/>
      </w:pPr>
      <w:r>
        <w:t>तो बाद में ऐसा हुआ कि जब हदीसें जब लोग जमा करने लगे तो बहुत सारी दो तरह के लोग थे. एक थे महोद्य सीन और एक थे फोकहा. तो महोद्य सीन तमाम हादिशों को जो भी available थी उनको वो जमा करते थे.</w:t>
      </w:r>
    </w:p>
    <w:p>
      <w:r>
        <w:rPr>
          <w:b/>
        </w:rPr>
        <w:t xml:space="preserve">[03:22] </w:t>
      </w:r>
      <w:r>
        <w:t>Lekin Fuqaha jo hai sirf un hadithon ko jama karte the jismein legal unki value thi jismein commandments the sirf unhi ko woh jama karte the. Toh is tarike se gradually fiqh ka development hua. Shuru mein toh bas Quran utar raha tha.</w:t>
      </w:r>
    </w:p>
    <w:p>
      <w:pPr>
        <w:jc w:val="right"/>
      </w:pPr>
      <w:r>
        <w:t>लेकिन फौकहा जो है सिर्फ उन हादिशों को जमा करते थे जिसमें legal जिनकी value थी जिसमें commandments थे सिर्फ उन्हीं को वो जमा करते थे. तो इस तरीके से gradually फ़र्क़ का development हुआ. शुरू में तो बस कुरान उतर रहा था.</w:t>
      </w:r>
    </w:p>
    <w:p>
      <w:r>
        <w:rPr>
          <w:b/>
        </w:rPr>
        <w:t xml:space="preserve">[03:46] </w:t>
      </w:r>
      <w:r>
        <w:t>Jab bhi koi zaroorat hoti thi usmein commandments aa jate the aur Rasoolullah, Sallallahu Alaihi Wasallam maujood the. Uspar aap amal karte aur logon ko sawal poochne ki bhi zaroorat nahi hoti thi. Kaha jata hai ke poori zindagi mein Rasoolullah Sallallahu Alaihi Wasallam ki Sahaba ne sirf terah sawal kiye the. Kyunke Sahaba jo hai woh amal wale the, amal karte the.</w:t>
      </w:r>
    </w:p>
    <w:p>
      <w:pPr>
        <w:jc w:val="right"/>
      </w:pPr>
      <w:r>
        <w:t>जब भी कोई ज़रूरत होती है उसमें commandments आ जाते हो और रसूल्लाह, सल्लाह, सल्लाह मौजूद थे. उस पर आप अमल करते और लोगों को सवाल पूछने की भी ज़रूरत नहीं होती थी. कहा जाता है कि पूरी ज़िंदगी में रसूल्लाह सरसोलम की सहाबा ने सिर्फ तेरह सवाल किए थे. क्योंकि सहाबा जो है वह अमल वाले थे, अमल करते थे.</w:t>
      </w:r>
    </w:p>
    <w:p>
      <w:r>
        <w:rPr>
          <w:b/>
        </w:rPr>
        <w:t xml:space="preserve">[04:13] </w:t>
      </w:r>
      <w:r>
        <w:t>Jahan unhone jaise dekha Rasoolullah Sallallahu Alaihi Wasallam ko amal karte hue, waise hi unhone amal karna shuru kar diya. Sawal nahi poochte the. Namaz padhte dekha, toh namaz waise hi padhne lage. Har kaam jis tarike se dekha, us tarike se karne lage.</w:t>
      </w:r>
    </w:p>
    <w:p>
      <w:pPr>
        <w:jc w:val="right"/>
      </w:pPr>
      <w:r>
        <w:t>जहां उन्होंने जैसे देखा रस्लुल्लाह स्वराप सल्लम को अमल करते हुए, वैसे ही आपने अमल करना शुरू कर दिया. सवाल नहीं पूछते थे. नमाज़ पढ़ते देखा, तो नमाज़ वैसे ही पढ़ने लगे. हर काम जिस तरीके से देखा, उस तरीके से करने लगे.</w:t>
      </w:r>
    </w:p>
    <w:p>
      <w:r>
        <w:rPr>
          <w:b/>
        </w:rPr>
        <w:t xml:space="preserve">[04:32] </w:t>
      </w:r>
      <w:r>
        <w:t>Toh is tarike se shuru mein koi masla nahi paida hua kyunke Rasoolullah maujood the aur koi bhi baat hoti thi toh khud bata diya karte the. Koi masla zyada bada hota toh Masjid e Nabwi mein logon ko jama karke unko jab Madine mein aap tashreef le gaye toh wahan par bataya karte the. Toh is tarike se jo fiqh ke development mein Ijtehad ka bahut bada dakhal hai.</w:t>
      </w:r>
    </w:p>
    <w:p>
      <w:pPr>
        <w:jc w:val="right"/>
      </w:pPr>
      <w:r>
        <w:t>तो इस तरीके से शुरू में कोई मसला नहीं पैदा हुआ क्योंकि रसूल्लाह मौजूद थे और कोई भी बात होती थी तो खुद बता दिया करते थे. कोई मसला ज़्यादा बड़ा होता तो मस्जिद है नव्वी में लोगों को जमा करके उनको जब मत दीने में आप तशरीफ ले गए तो वहां पर बताया करते थे. तो इस तरीके से जो फ़र्क के development में इस्तेहाद का बहुत बड़ा दखल है.</w:t>
      </w:r>
    </w:p>
    <w:p>
      <w:r>
        <w:rPr>
          <w:b/>
        </w:rPr>
        <w:t xml:space="preserve">[05:01] </w:t>
      </w:r>
      <w:r>
        <w:t>Ji. Kyunke zindagi mein har waqt naye naye masail saamne aate hain. Toh Ijtehad aur apni rai ke istemal ke bagair hum aage nahi badh sakte. Toh Rasoolullah Sallallahu Alaihi Wasallam ne awal deen se hi yeh bataya ke har mamle mein humein gaur o fikr karna hai, soch samajhkar kaam karna hai.</w:t>
      </w:r>
    </w:p>
    <w:p>
      <w:pPr>
        <w:jc w:val="right"/>
      </w:pPr>
      <w:r>
        <w:t>जी. क्योंकि ज़िंदगी में हर वक्त नए नए मसल सामने आते हैं. तो इस्तेहाद और अपनी राय के इस्तेमाल के बगैर हम आगे नहीं बढ़ सकते. तो रसूल्लाह सरलाफ सल्लम ने अववलदीन से ही यह बताया कि हर मामले में हमें गौरूफिक्र करना है, सोच समझकर काम करना है.</w:t>
      </w:r>
    </w:p>
    <w:p>
      <w:r>
        <w:rPr>
          <w:b/>
        </w:rPr>
        <w:t xml:space="preserve">[05:25] </w:t>
      </w:r>
      <w:r>
        <w:t>Toh ek baar jab Mouaz apne Jabal ko aap batore governor ya batore Qazi bhej rahe the Yaman, toh aapne unse poocha ke wahan jaoge toh mukadamaat ka faisla kis tarah karoge? Toh Mouaz apne Jabal ne kaha ke sabse pehle main Quran ko dekhunga. Quran mein nahi milega toh Sunnah ko dekhunga.</w:t>
      </w:r>
    </w:p>
    <w:p>
      <w:pPr>
        <w:jc w:val="right"/>
      </w:pPr>
      <w:r>
        <w:t>तो एक बार जब मौज अपने ज़बल को आप बतौरे governor या बतौरे काज़ी भेज रहे थे यमन, तो आपने उनसे पुछा कि वहां जाओगे तो मुखदमात का फ़ैसला किस तरह करोगे? तो मौज अपने ज़बल ने कहा कि सबसे पहले मैं कुरान को देखूंगा. कुरान में नहीं मिलेगा तो सुन्नत को देखूंगा.</w:t>
      </w:r>
    </w:p>
    <w:p>
      <w:r>
        <w:rPr>
          <w:b/>
        </w:rPr>
        <w:t xml:space="preserve">[05:49] </w:t>
      </w:r>
      <w:r>
        <w:t>Sunnah mein nahi milega toh main Ijtehad karunga aur ab Ijtehad ka matlab hota hai khoob khoob koshish karna, khoob mehnat karna. Isi se isi root word jo hai usi se Jihad bhi bana hai, usi se Ijtehad bhi bana hai. Toh khoob mehnat karunga, koshish karunga ke Quran o Hadith ki spirit ke mutabiq faisla karoon. Toh Rasoolullah Sallallahu Alaihi Wasallam ne is baat ko pasand farmaya.</w:t>
      </w:r>
    </w:p>
    <w:p>
      <w:pPr>
        <w:jc w:val="right"/>
      </w:pPr>
      <w:r>
        <w:t>सुन्नत में नहीं मिलेगा तो मैं इस्तेहाद करूंगा और अब इस्तेहाद का मतलब होता है खूब खूब कोशिश करना, खूब मेहनत करना. इसी से इसी root word जो है उसी से जिहाद भी बनाए, उसी से इस्तेहाद भी बनाए. तो खूब मेहनत करूंगा, कोशिश करूंगा कि कुरानुहदीश की spirit के मुताबिक फ़ैसला करूं. तो रसूल्लाह सर्चल्लम ने इस बात को पसंद फरमाया.</w:t>
      </w:r>
    </w:p>
    <w:p>
      <w:r>
        <w:rPr>
          <w:b/>
        </w:rPr>
        <w:t xml:space="preserve">[06:17] </w:t>
      </w:r>
      <w:r>
        <w:t>Toh aap khud bhi Ijtehad karte the aur logon ko bhi iske liye encourage karte the. Ek baar aapke paas bahut saare misalein hain. Ab yahan chand misalein main dungi. Ek baar aapke paas ek aurat aayi. Usne kaha ke meri maa ne Hajj ki mannat mangi thi. Ab woh uska inteqal ho gaya. Toh ab kya karein? Toh kya main uski taraf se Hajj ada kar sakti hoon?</w:t>
      </w:r>
    </w:p>
    <w:p>
      <w:pPr>
        <w:jc w:val="right"/>
      </w:pPr>
      <w:r>
        <w:t>तो आप खुद भी इस्तेहाद करते थे और लोगों को भी इसके लिए encourage करते थे. एक बार आपके पास बहुत सारे मिसालें हैं. अब यहाँ चंद मिसालें मैं दूंगी. एक बार आपके पास एक औरत आई. उसने कहा कि मेरी माँ ने हज की मन्नत मांगी थी. अब वो उसका इंतकाल हो गया. तो अब क्या करें? तो क्या मैं उसकी तरफ से हाज़ादा कर सकती हूँ?</w:t>
      </w:r>
    </w:p>
    <w:p>
      <w:r>
        <w:rPr>
          <w:b/>
        </w:rPr>
        <w:t xml:space="preserve">[06:44] </w:t>
      </w:r>
      <w:r>
        <w:t>Toh aapne kaha ke agar maa ke upar kuch qarz hota toh tum qarz ada na karti. Toh yeh bahut hi clear misal hai ke kis tarike se Qurani ahkam ko hum, hum shakal masail milte julte similar masail se usko hum apply kar sakte hain.</w:t>
      </w:r>
    </w:p>
    <w:p>
      <w:pPr>
        <w:jc w:val="right"/>
      </w:pPr>
      <w:r>
        <w:t>तो आपने कहा कि अगर माँ के ऊपर कुछ कर्ज होता तो तुम कर्ज ज़्यादा न करती हूँ. तो यह बहुत ही clear मिसाल है कि किस तरीके से कुरानी आकाम को हम, हम शक्ल मसाल मिलते जुलते similar मसाल से उसको हम apply कर सकते हैं.</w:t>
      </w:r>
    </w:p>
    <w:p>
      <w:r>
        <w:rPr>
          <w:b/>
        </w:rPr>
        <w:t xml:space="preserve">[07:09] </w:t>
      </w:r>
      <w:r>
        <w:t>Matlab qarz agar uske upar hota toh qarz ada karna hota toh isi tarike se usne Hajj ki mannat mangi. Toh ab Hajj ada karo. Aajkal jo chala hai ke yun hi bagair, yun hi Hajj karte rehte hain agar kisi ne tayyari nahi ki uske liye koi uske andar shauq nahi rakha karne ka, phir bhi Hajj karte rehte hain us apne deceased parents wagera ke liye, relatives wagera ke liye.</w:t>
      </w:r>
    </w:p>
    <w:p>
      <w:pPr>
        <w:jc w:val="right"/>
      </w:pPr>
      <w:r>
        <w:t>मतलब कर्ज अगर उसके ऊपर होता तो कर्ज अदा करना होता तो इसी तरीके से उसने हंच की मन्नत मांगी. तो अब हंच अदा करो. आजकल जो चला है कि यूं हीं बगैर, यूं ही हंज करते रहते हैं अगर किसी ने तैयारी नहीं की उसके लिए कोई उसके अंदर शौक निर्धाश करने का, फिर भी हंज करते रहते हैं उस अपने deceased parents वगैरह के लिए, relatives वगैरह के लिए.</w:t>
      </w:r>
    </w:p>
    <w:p>
      <w:r>
        <w:rPr>
          <w:b/>
        </w:rPr>
        <w:t xml:space="preserve">[07:37] </w:t>
      </w:r>
      <w:r>
        <w:t>Lekin yeh nahi Hajj ke liye humare andar hum Hajj karna chahte hain, humne kuch uske liye tayyari bhi ki hui ho, tab aisa isko Hajj Badal jo hai woh acceptable hai. Toh development of fiqh mein toh matlab kai sadiyan lag gayin. Toh ismein char school ban gaye.</w:t>
      </w:r>
    </w:p>
    <w:p>
      <w:pPr>
        <w:jc w:val="right"/>
      </w:pPr>
      <w:r>
        <w:t>लेकिन यह नहीं हज के लिए हमारे अंदर हम हज करना चाहते हैं, हमने कुछ उसके लिए तैयारी भी क्यों हुई हो, तब ऐसा इसको हज्ज बदल जो है वह acceptable है. तो development अफेक में तो मतलब कई सदियां लग गईं. तो इसमें चार school वन गए.</w:t>
      </w:r>
    </w:p>
    <w:p>
      <w:r>
        <w:rPr>
          <w:b/>
        </w:rPr>
        <w:t xml:space="preserve">[08:02] </w:t>
      </w:r>
      <w:r>
        <w:t>Ek isko Hanafi school, Maliki school, Hambali school, Shafi school aur Shiyon ke yahan jo sabse bada school hai woh Jafari school hai. Theek hai. Ji. Aap bahut hi interesting baat miniyaaj jisse aapne bataya ke Sahaba aise the ke unhone poori zindagi mein sirf terah sawal kiye Rasoolullah se.</w:t>
      </w:r>
    </w:p>
    <w:p>
      <w:pPr>
        <w:jc w:val="right"/>
      </w:pPr>
      <w:r>
        <w:t>एक इसको हानफी school, मालकी school, हमबली school, शाफी school और शियों के यहां जो सबसे बड़ा school है वह जाफरी school है. ठीक है. जी. आप बहुत ही interesting बात मिनियाज जिससे आपने बताया कि सहाबा ऐसे थे कि उन्होंने पूरी ज़िंदगी में सिर्फ तेरह सवाल किए रसोनूल्ला से.</w:t>
      </w:r>
    </w:p>
    <w:p>
      <w:r>
        <w:rPr>
          <w:b/>
        </w:rPr>
        <w:t xml:space="preserve">[08:28] </w:t>
      </w:r>
      <w:r>
        <w:t>Yeh ek bahut baat seekhne ko milti hai ke kitna woh log gaur o fikr kya karte honge? Islam ko kitne acche se gehrai ke saath unhone samjha ke sawalon ke jawab bhi khud ba khud mil jate honge. Toh bahut hi interesting waqia bataya aapne yeh, yeh apne abbaaz ki riwayat se.</w:t>
      </w:r>
    </w:p>
    <w:p>
      <w:pPr>
        <w:jc w:val="right"/>
      </w:pPr>
      <w:r>
        <w:t>यह एक बहुत बात सीखने को मिलती है कि कितना वो लोग गोर और फ़िक्र क्या करते होंगे? इस्लाम को कितने अच्छे से गहराई के साथ उन्होंने समझा कि सवालों के जवाब भी खुद ब खुद मिल जाते होंगे. तो बहुत ही interesting वाक्या बताया आपने यह, यह अपने अब्बाज़ की रवायत से.</w:t>
      </w:r>
    </w:p>
    <w:p>
      <w:r>
        <w:rPr>
          <w:b/>
        </w:rPr>
        <w:t xml:space="preserve">[08:47] </w:t>
      </w:r>
      <w:r>
        <w:t>Aap jaisa ke hum jante hain ke Islam ke primary sources, Quran aur Sunnah hain, toh yeh bhi aap bataiye ke fiqh ke kya sources hain? Isko awaz karein. Fiqh ke waise toh das barah sources bataye jate hain lekin main main source bataungi Quran, Hadith aur Ijma aur Qiyas. Asal mein toh wohi hai Ijtehad ya rai ka istemal karna.</w:t>
      </w:r>
    </w:p>
    <w:p>
      <w:pPr>
        <w:jc w:val="right"/>
      </w:pPr>
      <w:r>
        <w:t>आप जैसा कि हम जानते हैं कि इस्लाम के primary sources, कुरान और सुनना है, तो यह भी आप बताइए कि फ़िक्क के क्या sources हैं? इसको आवाज़े करें. फ़िक्क के वैसे तो दस बारह sources बताए जाते हैं लेकिन मैं main source बताऊंगी कुरान, हदीस और इज़्मा और ख्याज़. असल में तो वही है इश्तेहाद या राय का इस्तेमाल करना.</w:t>
      </w:r>
    </w:p>
    <w:p>
      <w:r>
        <w:rPr>
          <w:b/>
        </w:rPr>
        <w:t xml:space="preserve">[09:16] </w:t>
      </w:r>
      <w:r>
        <w:t>Asal mein toh wohi hai lekin rai independent nahi. Rai, Quran o Hadith ki poori spirit ke saath usko istemal karna. Toh sabse pehle toh Quran mein jo saare ahkam hain, woh bahut sare ahkam clear toh hain, lekin Quran mein ek rehnuma usoolon ki kitab hai. Bahut hi usmein mukhtasar hai.</w:t>
      </w:r>
    </w:p>
    <w:p>
      <w:pPr>
        <w:jc w:val="right"/>
      </w:pPr>
      <w:r>
        <w:t>असल में तो वही है लेकिन राय independent नहीं. राय, पुरानों हदीस की पूरी spirit के साथ उसको इस्तेमाल करना. तो सबसे पहले तो कुरान में जो सारे आकाम हैं, वो बहुत सारे आकाम clear तो हैं, लेकिन कुरान में एक रहनुमा उसूलों की किताब है. बहुत ही उसमें मुख्तसर है.</w:t>
      </w:r>
    </w:p>
    <w:p>
      <w:r>
        <w:rPr>
          <w:b/>
        </w:rPr>
        <w:t xml:space="preserve">[09:42] </w:t>
      </w:r>
      <w:r>
        <w:t>Quran mein jo hai, jo beliefs hain, jaise Khuda ek hai, Jannat, Jahannum, yeh saari cheezein, iski toh bahut detail hai. Lekin baqi cheezon ki detail nahi hai. Baqi cheezein principles ki shakal mein hai. Toh usi principle ko samajhna hai aur naye naye jo masail saamne aate hain, usmein usko apply karna hai.</w:t>
      </w:r>
    </w:p>
    <w:p>
      <w:pPr>
        <w:jc w:val="right"/>
      </w:pPr>
      <w:r>
        <w:t>कुरान में जो है, जो beliefs हैं, जैसे खुदा एक है, जन्नत, जहन्नम, ये सारी चीज़ें, इसकी तो बहुत detail है. लेकिन बाकी चीज़ों की detail नहीं है. बाकी चीज़ें principles की शक्ल में है. तो उसी principal को समझना है और नए नए जो missile सामने आते हैं, उसमें उसको apply करना है.</w:t>
      </w:r>
    </w:p>
    <w:p>
      <w:r>
        <w:rPr>
          <w:b/>
        </w:rPr>
        <w:t xml:space="preserve">[10:07] </w:t>
      </w:r>
      <w:r>
        <w:t>to aisi bahut sari hadish hai aur prophet ki sunna tha jisse hum usko samajh sakte hain aur</w:t>
      </w:r>
    </w:p>
    <w:p>
      <w:pPr>
        <w:jc w:val="right"/>
      </w:pPr>
      <w:r>
        <w:t>तो ऐसी बहुत सारी हदीश है और prophet की सुनना था जिससे हम उसको समझ सकते हैं और</w:t>
      </w:r>
    </w:p>
    <w:p>
      <w:r>
        <w:rPr>
          <w:b/>
        </w:rPr>
        <w:t xml:space="preserve">[10:17] </w:t>
      </w:r>
      <w:r>
        <w:t>usko apply kar sakte hain kyunki prophet khud bhi yahi kaam karte the ki quran ke usoolon ko</w:t>
      </w:r>
    </w:p>
    <w:p>
      <w:pPr>
        <w:jc w:val="right"/>
      </w:pPr>
      <w:r>
        <w:t>उसको apply कर सकते हैं क्योंकि prophet खुद भी यही काम करते थे कि कुरान के उसूलों को</w:t>
      </w:r>
    </w:p>
    <w:p>
      <w:r>
        <w:rPr>
          <w:b/>
        </w:rPr>
        <w:t xml:space="preserve">[10:27] </w:t>
      </w:r>
      <w:r>
        <w:t>apply karte the.</w:t>
      </w:r>
    </w:p>
    <w:p>
      <w:pPr>
        <w:jc w:val="right"/>
      </w:pPr>
      <w:r>
        <w:t>apply करते थे.</w:t>
      </w:r>
    </w:p>
    <w:p>
      <w:r>
        <w:rPr>
          <w:b/>
        </w:rPr>
        <w:t xml:space="preserve">[10:38] </w:t>
      </w:r>
      <w:r>
        <w:t>nahi kahe jate the. us zamane mein mohattysin hi kahe jate the. to yeh log jo hain jama hokar ke scholars aur uske baad woh mashwara karte the. sab log apni apni rai dete the. to jo rai par jis rai par consensus ho jata tha to usko accept kar liya jata tha.</w:t>
      </w:r>
    </w:p>
    <w:p>
      <w:pPr>
        <w:jc w:val="right"/>
      </w:pPr>
      <w:r>
        <w:t>नहीं कहे जाते थे. उस ज़माने में मोहत्त्य सीन ही कहे जाते थे. तो यह लोग जो हैं जमा होकर के scholars और उसके बाद वह मशवरा करते थे. सब लोग अपनी अपनी राय देते थे. तो जो राय पर जिस राय पर consensus हो जाता था तो उसको accept कर लिया जाता था.</w:t>
      </w:r>
    </w:p>
    <w:p>
      <w:r>
        <w:rPr>
          <w:b/>
        </w:rPr>
        <w:t xml:space="preserve">[11:01] </w:t>
      </w:r>
      <w:r>
        <w:t>to ek baat yahan par janne ki hai ki us zamane sahaba jo the woh bilkul they were a different breed altogether. to woh jo hai kabhi bhi apne mashware par ishrar nahi karte the aur mashwara bhi jo sabse most senior hota tha woh pehle deta uske baad log dete aur kabhi bhi apne mashware par ishrar nahi karte the.</w:t>
      </w:r>
    </w:p>
    <w:p>
      <w:pPr>
        <w:jc w:val="right"/>
      </w:pPr>
      <w:r>
        <w:t>तो एक बात यहां पर जानने की है कि उस ज़माने सहाभा जो थे वह बिल्कुल they were a different breed altogether. तो वह जो है कभी भी अपने मशवरे पर इश्राल नहीं करते थे और मशवरा भी जो सबसे most senior होता था वो पहले देता उसके बाद लोग देते और कभी भी अपने मशवरे पर इश्राल नहीं करते थे.</w:t>
      </w:r>
    </w:p>
    <w:p>
      <w:r>
        <w:rPr>
          <w:b/>
        </w:rPr>
        <w:t xml:space="preserve">[11:28] </w:t>
      </w:r>
      <w:r>
        <w:t>jo mashwara quran o hadees ki spirit se zyada qareebtar hota tha woh usko man liya jata tha. to is tarike se woh ijma ho jata hai to phir woh binding ek source ho jata hai aur qayas to inference hai matlab ek khayas aur ijma mein itna hi fark hai ki individual opinion aur woh collective opinion.</w:t>
      </w:r>
    </w:p>
    <w:p>
      <w:pPr>
        <w:jc w:val="right"/>
      </w:pPr>
      <w:r>
        <w:t>जो मशवरा कुरानोहदीज की spirit से ज़्यादा करीबतर होता था वो उसको मान लिया जाता था. तो इस तरीके से वो एज्मा हो जाता है तो फिर वो binding एक source हो जाता है और कयास तो inference है मतलब एक खयास और रिज्मा में इतना ही फ़र्क है कि individual opinion और वह collective opinion.</w:t>
      </w:r>
    </w:p>
    <w:p>
      <w:r>
        <w:rPr>
          <w:b/>
        </w:rPr>
        <w:t xml:space="preserve">[11:53] </w:t>
      </w:r>
      <w:r>
        <w:t>to log jab bhi quran aur sunnat par gaur karna aur usko naye halaat par shamda halaat par apply karna to yahi jo hai kya se usmein kuch na kuch apni rai ka dakhal hota hai. to is tarike se hum dekhte hain ki quran jo hai usool ki kitab hai aur uski detail jo hai sunnat milti hai aur fiqh jo hai uski tashree karti hai.</w:t>
      </w:r>
    </w:p>
    <w:p>
      <w:pPr>
        <w:jc w:val="right"/>
      </w:pPr>
      <w:r>
        <w:t>तो लोग जब भी कुरान और सुन्नत पर गौर करना और उसको नए हालात पर शामदा हालात पर apply करना तो यही जो है क्या से उसमें कुछ ना कुछ अपनी राय का दखल होता है. तो इस तरीके से हम देखते हैं कि कुरान जो है उसूल की किताब है और उसकी detail जो है सुन्नत मिलती है और फ़य्क़ जो है उसकी तश्री करती है.</w:t>
      </w:r>
    </w:p>
    <w:p>
      <w:r>
        <w:rPr>
          <w:b/>
        </w:rPr>
        <w:t xml:space="preserve">[12:23] </w:t>
      </w:r>
      <w:r>
        <w:t>to usmein tashree mein rai ka dakhal hota hai. isiliye yeh log jo hain ahlul rai kah gaye. ji. aur woh jo muhaddiseen hote the woh bahut zyada stick karte the hadees par ki jo hadees se bilkul clear sabit ho jata tha usi ko woh lete the aur agar koi aisa masla aa gaya jiske bare mein hadees na ho to woh usko nahi lete the.</w:t>
      </w:r>
    </w:p>
    <w:p>
      <w:pPr>
        <w:jc w:val="right"/>
      </w:pPr>
      <w:r>
        <w:t>तो उसमें तश्री में राय का दखल होता है. इसीलिए यह लोग जो हैं अहलुल राय कह गए. जी. और वह जो मोहद्यसीन होते थे वह बहुत ज़्यादा stick करते थे हदीश पर कि जो हदीश से बिल्कुल clear साबित हो जाता था उसी को वह लेते थे और अगर कोई ऐसा मसला आ गया जिसके बारे में हदीश न हो तो वह उसको नहीं लेते थे.</w:t>
      </w:r>
    </w:p>
    <w:p>
      <w:r>
        <w:rPr>
          <w:b/>
        </w:rPr>
        <w:t xml:space="preserve">[12:48] </w:t>
      </w:r>
      <w:r>
        <w:t>kehte the jab hamein koi hadees milegi, asal mein yahan yeh samajhne ki baat hai ki us waqt hadees ka collection nahi hua tha. to sari hadeesen logon ke samne nahi thi. haan, ji. ab kuch logon ne kuch log aaye profit ke paas unhone aapse baatein ki.</w:t>
      </w:r>
    </w:p>
    <w:p>
      <w:pPr>
        <w:jc w:val="right"/>
      </w:pPr>
      <w:r>
        <w:t>कहते थे जब हमें कोई हदीश मिलेगी, असल में यहां यह समझने की बात है कि उस वक्त हदीश का collection नहीं हुआ था. तो सारी हदीशें लोगों के सामने नहीं थी. हाँ, जी. अब कुछ लोगों ने कुछ लोग आए profit के पास उन्होंने आपसे बातें की.</w:t>
      </w:r>
    </w:p>
    <w:p>
      <w:r>
        <w:rPr>
          <w:b/>
        </w:rPr>
        <w:t xml:space="preserve">[13:04] </w:t>
      </w:r>
      <w:r>
        <w:t>usko usi ko hadees kehte hain ya apki sunnat ko dekha, apko amal karte hue dekha, usko woh le gaye apne circle mein jaha woh kaam kar rahe the uske mutabiq unhone amal karna shuru kar diya. to is tarike se hadees mukammal collection kafi baad mein hua. to is wajah se istehad ki to har waqt zarurat hoti thi.</w:t>
      </w:r>
    </w:p>
    <w:p>
      <w:pPr>
        <w:jc w:val="right"/>
      </w:pPr>
      <w:r>
        <w:t>उसको उसी को हदीश कहते हैं या आपकी सुन्नत को देखा, आपको अमल करते हुए देखा, उसको वह ले गए अपने circle में जहा वह काम कर रहे थे उसके मुताबिक उन्होंने अमल करना शुरू कर दिया. तो इस तरीके से हदीश मुकम्मल collection काफी बाद में हुआ. तो इस वजह से इस्तेहाद की तो हर वक्त ज़रूरत होती थी.</w:t>
      </w:r>
    </w:p>
    <w:p>
      <w:r>
        <w:rPr>
          <w:b/>
        </w:rPr>
        <w:t xml:space="preserve">[13:30] </w:t>
      </w:r>
      <w:r>
        <w:t>to usi spirit ke mutabiq ke woh conflict na kare jo quran ki spirit hai, quran ka jo purpose hai, uske mutabiq istehad kiya jata tha. to ijma aajkal logon ko yeh ek alag famine hai ke sare musalman agar kisi cheez ko maan rahe hain, accept kar rahe hain, us par unki practice hai to woh ijma hai. yeh kitabon mein likha hua hai to ijma hai.</w:t>
      </w:r>
    </w:p>
    <w:p>
      <w:pPr>
        <w:jc w:val="right"/>
      </w:pPr>
      <w:r>
        <w:t>तो उसी spirit के मुताबिक के वो conflict न करे जो कुरान की spirit है, कुरान का जो purpose है, उसके मुताबिक इस्तेहात किया जाता था. तो ईज़्मा आजकल लोगों को यह एक अलग famine है के सारे मुसलमान अगर किसी चीज़ को मान रहे हैं, accept कर रहे हैं, उस पर उनकी practice है तो वह इज़्मा है. यह किताबों में लिखा हुआ है तो इज़्मा है.</w:t>
      </w:r>
    </w:p>
    <w:p>
      <w:r>
        <w:rPr>
          <w:b/>
        </w:rPr>
        <w:t xml:space="preserve">[13:55] </w:t>
      </w:r>
      <w:r>
        <w:t>aisa ijma nahi hota, ijma hota hai jab tak ki isteman ho, gathering logon ko bulaya jaye meeting mein aur sabki rai li jaye aur us rai par ek faisla liya jaye. to faisla aam taur par jo leader hota tha, caliph hota tha, wahi faisla leta tha. to kabhi woh kisi ki rai manta tha, kabhi woh apni rai se faisla karta tha.</w:t>
      </w:r>
    </w:p>
    <w:p>
      <w:pPr>
        <w:jc w:val="right"/>
      </w:pPr>
      <w:r>
        <w:t>ऐसा इज़्मा नहीं होता, इज़्मा होता है जब तक कि इस्तेमान हो, gathering लोगों को बुलाया जाए meeting में और सबकी राय ली जाए और उस राय पर एक फ़ैसला लिया जाए. तो फ़ैसला आमतौर पर जो leader होता था, caliph होता था, वही फ़ैसला लेता था. तो कभी वह किसी की राय मानता था, कभी वह अपनी राय से फ़ैसला करता था.</w:t>
      </w:r>
    </w:p>
    <w:p>
      <w:r>
        <w:rPr>
          <w:b/>
        </w:rPr>
        <w:t xml:space="preserve">[14:19] </w:t>
      </w:r>
      <w:r>
        <w:t>to woh log sahaba log bahut hi zyada, bahut zyada woh mission se unko devotion tha. to kabhi bhi apne rai parishrar nahi karte the. to jo ismein ek baat yeh samajhne ki hai ki woh quran ki ek ayat jismein koi hukm hai usko lekar ke jab us par sochte the apni ishtehaad karte the to woh kis tarah karte the?</w:t>
      </w:r>
    </w:p>
    <w:p>
      <w:pPr>
        <w:jc w:val="right"/>
      </w:pPr>
      <w:r>
        <w:t>तो वह लोग साहबा लोग बहुत ही ज़्यादा, बहुत ज़्यादा वह mission से उनको devotion था. तो कभी भी अपने राय परिश्रार नहीं करते थे. तो जो इसमें एक बात यह समझने की है कि वह कुरान की एक आयद जिसमें कोई हुक्म है उसको लेकर के जब उस पर सोचते थे अपनी इश्तेहाद करते थे तो वह किस तरह करते थे?</w:t>
      </w:r>
    </w:p>
    <w:p>
      <w:r>
        <w:rPr>
          <w:b/>
        </w:rPr>
        <w:t xml:space="preserve">[14:48] </w:t>
      </w:r>
      <w:r>
        <w:t>to woh is tarah karte the ki usmein common factor ko dekhte the ki agar koi cheez jaise sharab haram hai, forbidden hai to kyun hai? to woh unko pata chala ki nasha hota hai usmein isliye forbidden hai. to jab unhone yeh dekha to wahi hukm unhone aisi har doosri cheez par apply kiya jismein nasha hota hai.</w:t>
      </w:r>
    </w:p>
    <w:p>
      <w:pPr>
        <w:jc w:val="right"/>
      </w:pPr>
      <w:r>
        <w:t>तो वो इस तरह करते थे कि उसमें common factor को देखते थे कि अगर कोई चीज़ जैसे शराब हराम है, forbidden है तो क्यों है? तो वह उनको पता चला कि नशा होता है उसमें इसलिए forbidden है. तो जब उन्होंने यह देखा तो वही हुक्म उन्होंने ऐसी हर दूसरी चीज़ पर apply किया जिसमें नशा होता है.</w:t>
      </w:r>
    </w:p>
    <w:p>
      <w:r>
        <w:rPr>
          <w:b/>
        </w:rPr>
        <w:t xml:space="preserve">[15:14] </w:t>
      </w:r>
      <w:r>
        <w:t>jaise aajkal drugs hain, aajkal to bahut si cheezein chali hain log pura pura patta alpraksh wagera ka kha lete hain. to har cheez jo nasha laye woh us par woh apply karke ek naya hum van jayega. to is tarike se yeh is par kaam hota raha baad mein.</w:t>
      </w:r>
    </w:p>
    <w:p>
      <w:pPr>
        <w:jc w:val="right"/>
      </w:pPr>
      <w:r>
        <w:t>जैसे आजकल drugs हैं, आजकल तो बहुत सी चीज़ें चली हैं लोग पूरा पूरा पत्ता अल्पराक्ष वगैरह का खा लेते हैं. तो हर चीज़ जो नशा लाए वह उस पर वह apply करके एक नया हुम वन जाएगा. तो इस तरीके से यह इस पर काम होता रहा बाद में.</w:t>
      </w:r>
    </w:p>
    <w:p>
      <w:r>
        <w:rPr>
          <w:b/>
        </w:rPr>
        <w:t xml:space="preserve">[15:37] </w:t>
      </w:r>
      <w:r>
        <w:t>aisa hua ki jo hamare char school hain khastor par to sab mein thoda thoda differences hain kyunki jahan rai ka dakhal hoga to wahan differences honge. lekin pehle zamane mein differences matlab kattarpan nahi tha. to is wajah se bahut hi aasani se log ek aalim ke paas jate the fatwa lene ko phir woh doosre aalim ke paas chale jate the.</w:t>
      </w:r>
    </w:p>
    <w:p>
      <w:pPr>
        <w:jc w:val="right"/>
      </w:pPr>
      <w:r>
        <w:t>ऐसा हुआ कि जो हमारे चार school हैं खासतौर पर तो सब में थोड़ा थोड़ा differences दें क्योंकि जहां राय का दखल होगा तो वहां differences होंगे. लेकिन पहले ज़माने में differences मतलब कट्टरपन नहीं था. तो इस वजह से बहुत ही आसानी से लोग एक आलिम के पास जाते थे फत्वा लेने को फिर वह दूसरे आलिम के पास चले जाते थे.</w:t>
      </w:r>
    </w:p>
    <w:p>
      <w:r>
        <w:rPr>
          <w:b/>
        </w:rPr>
        <w:t xml:space="preserve">[16:03] </w:t>
      </w:r>
      <w:r>
        <w:t>na pehla wala aalim bura manta tha ki tumne mujhse fatwa lekar doosre ke paas kyun chale gaye?</w:t>
      </w:r>
    </w:p>
    <w:p>
      <w:pPr>
        <w:jc w:val="right"/>
      </w:pPr>
      <w:r>
        <w:t>ना पहला वाला आलिम बुरा मानता था कि तुमने मुझसे फत्वा लेकर दूसरे के पास क्यों चले गए?</w:t>
      </w:r>
    </w:p>
    <w:p>
      <w:r>
        <w:rPr>
          <w:b/>
        </w:rPr>
        <w:t xml:space="preserve">[16:08] </w:t>
      </w:r>
      <w:r>
        <w:t>tum kattarpan nahi tha.</w:t>
      </w:r>
    </w:p>
    <w:p>
      <w:pPr>
        <w:jc w:val="right"/>
      </w:pPr>
      <w:r>
        <w:t>तुम कट्टरपन नहीं था.</w:t>
      </w:r>
    </w:p>
    <w:p>
      <w:r>
        <w:rPr>
          <w:b/>
        </w:rPr>
        <w:t xml:space="preserve">[16:13] </w:t>
      </w:r>
      <w:r>
        <w:t>woh log sirf amal karna chahte the.</w:t>
      </w:r>
    </w:p>
    <w:p>
      <w:pPr>
        <w:jc w:val="right"/>
      </w:pPr>
      <w:r>
        <w:t>वह लोग सिर्फ अमल करना चाहते थे.</w:t>
      </w:r>
    </w:p>
    <w:p>
      <w:r>
        <w:rPr>
          <w:b/>
        </w:rPr>
        <w:t xml:space="preserve">[16:18] </w:t>
      </w:r>
      <w:r>
        <w:t>to jahan bhi unko hidayat mil jaye woh usko le lete the. ji.</w:t>
      </w:r>
    </w:p>
    <w:p>
      <w:pPr>
        <w:jc w:val="right"/>
      </w:pPr>
      <w:r>
        <w:t>तो जहां भी उनको हिदायत मिल जाए वो उसको ले लेते थे. जी.</w:t>
      </w:r>
    </w:p>
    <w:p>
      <w:r>
        <w:rPr>
          <w:b/>
        </w:rPr>
        <w:t xml:space="preserve">[16:23] </w:t>
      </w:r>
      <w:r>
        <w:t>aap jaise aapne abhi bataya ki fukaha fukaha aur jo scholars the unhone Islamic learning ko basically char</w:t>
      </w:r>
    </w:p>
    <w:p>
      <w:pPr>
        <w:jc w:val="right"/>
      </w:pPr>
      <w:r>
        <w:t>आप जैसे आपने अभी बताया कि फुकहा फुकहा और जो scholars थे उन्होंने Islamic learning को basically चार</w:t>
      </w:r>
    </w:p>
    <w:p>
      <w:r>
        <w:rPr>
          <w:b/>
        </w:rPr>
        <w:t xml:space="preserve">[16:28] </w:t>
      </w:r>
      <w:r>
        <w:t>mein baanta, char sources mein quran, sunna, ijmor ke aas.</w:t>
      </w:r>
    </w:p>
    <w:p>
      <w:pPr>
        <w:jc w:val="right"/>
      </w:pPr>
      <w:r>
        <w:t>में बांटा, चार sources में कुरान, सुनना, इजमौर के आस.</w:t>
      </w:r>
    </w:p>
    <w:p>
      <w:r>
        <w:rPr>
          <w:b/>
        </w:rPr>
        <w:t xml:space="preserve">[16:34] </w:t>
      </w:r>
      <w:r>
        <w:t>achha Maulana Wahiduddin Khan sahab kehte the ki teen hi hain. quran, sunna aur istehad aur istehad ko lekar aapne starting mein bhi zikr kiya. to istehad ke mayne bhi yahi hai ki to strive, to struggle. it's a continuous process. to aapne ek example bhi diya. to hum chahenge ki aap istehad ke hawale se kuch aur examples hum sabko batayein.</w:t>
      </w:r>
    </w:p>
    <w:p>
      <w:pPr>
        <w:jc w:val="right"/>
      </w:pPr>
      <w:r>
        <w:t>अच्छा मुलाना वैदुद्दीन खान साहब कहते थे कि तीन ही हैं. कुरान, सुनना और इश्तेहाद और इश्तेहाद को लेकर आपने starting में भी ज़िक्र किया. तो इश्तेहाद के मायने भी यही है कि to strive, to struggle. It's a continuous process. तो आपने एक example भी दिया. तो हम चाहेंगे कि आप इस्तेहाद के हवाले से कुछ और examples हम सबको बताएं.</w:t>
      </w:r>
    </w:p>
    <w:p>
      <w:r>
        <w:rPr>
          <w:b/>
        </w:rPr>
        <w:t xml:space="preserve">[17:00] </w:t>
      </w:r>
      <w:r>
        <w:t>to Maulana jo keh rahe the matlab istehad ek hai individual istehad. ji. aur usi woh aur doosra hai istamai istehad. ji.</w:t>
      </w:r>
    </w:p>
    <w:p>
      <w:pPr>
        <w:jc w:val="right"/>
      </w:pPr>
      <w:r>
        <w:t>तो मौराना जो कह रहे थे मतलब इस्तेहाद एक है individual इस्तेहाद. जी. और उसी वह और दूसरा है इस्तेमाई इस्तेहाद. जी.</w:t>
      </w:r>
    </w:p>
    <w:p>
      <w:r>
        <w:rPr>
          <w:b/>
        </w:rPr>
        <w:t xml:space="preserve">[17:26] </w:t>
      </w:r>
      <w:r>
        <w:t>to istehad to har mauqe par hota tha kyunki har waqt naye naye halaat se sabka padta hai. har mauqe par istehad karna hota tha. to usmein bahut sare misalein kitabon mein milengi. usmein tajdidideen mein bhi bahut sari misalein. to ek misal apko deti hoon, banu quraiza ek zamane mein halate jang the.</w:t>
      </w:r>
    </w:p>
    <w:p>
      <w:pPr>
        <w:jc w:val="right"/>
      </w:pPr>
      <w:r>
        <w:t>तो इस्तेहात तो हर मौके पर होता था क्योंकि हर वक्त नए नए हालात से साबका पड़ता है. हर मौके पर इस्तेहात करना होता था. तो उसमें बहुत सारे मिसालें किताबों में मिलेंगी. उसमें तजदीदेदीन में भी बहुत सारी मिसालें. तो एक मिसाल आपको देती हूँ, बनु कोरेज़ा एक जमाने में हालाते जंग थे.</w:t>
      </w:r>
    </w:p>
    <w:p>
      <w:r>
        <w:rPr>
          <w:b/>
        </w:rPr>
        <w:t xml:space="preserve">[17:50] </w:t>
      </w:r>
      <w:r>
        <w:t>to Rasoolullah sallallahu alaihi wasallam ne kuch logon ko bheja ki wahan bahut tezi se jao wahan par aur asr ki namaz wahin jaakar padhna. to logon ne log tezi se gaye lekin aisa hua ki asr ka time beech mein hi aa gaya. to kuch logon ne asr ki namaz wahin padh li.</w:t>
      </w:r>
    </w:p>
    <w:p>
      <w:pPr>
        <w:jc w:val="right"/>
      </w:pPr>
      <w:r>
        <w:t>तो रसूल्लाह सरसलम ने कुछ लोगों को भेजा कि वहां बहुत तेज़ी से जाओ वहां पर और असर की नमाज़ वहीं जाकर पढ़ना. तो लोगों ने लोग तेज़ी से गए लेकिन ऐसा हुआ कि असर का time beach में ही आ गया. तो कुछ लोगों ने असर की नमाज़ वहीं पढ़ ली.</w:t>
      </w:r>
    </w:p>
    <w:p>
      <w:r>
        <w:rPr>
          <w:b/>
        </w:rPr>
        <w:t xml:space="preserve">[18:13] </w:t>
      </w:r>
      <w:r>
        <w:t>aur yeh keh kar ke Rasoolullah sallallahu alaihi wasallam ka yeh maksad nahi tha ki jaanbujhkar namaz mein taakhir ki jaye. aur kuch logon ne wahan jaakar namaz padhi ki Rasoolullah ne jo kaha tha hum usko literally adhere karenge. to yeh baat jo hai Rasoolullah sallallahu alaihi wasallam ko batai gayi to aapne dono baad dono ko approve kiya.</w:t>
      </w:r>
    </w:p>
    <w:p>
      <w:pPr>
        <w:jc w:val="right"/>
      </w:pPr>
      <w:r>
        <w:t>और यह कह कर के रसूल्लाह सौसल्लम का यह मकसद नहीं था कि जानबूझकर नमाज़ में ताख़िर की जाए. और कुछ लोगों ने वहां जाकर नमाज़ पढ़ी कि रसूल्लाह ने जो कहा था हम उसको literally adhere करेंगे. तो यह बात जो है रसूल्लाह सर्सल्लाह को बताई गई तो आपने दोनों बाद दोनों को approve किया.</w:t>
      </w:r>
    </w:p>
    <w:p>
      <w:r>
        <w:rPr>
          <w:b/>
        </w:rPr>
        <w:t xml:space="preserve">[18:35] </w:t>
      </w:r>
      <w:r>
        <w:t>to matlab hai ki yeh istehad jo hai woh niyat dekhi jati hai. niyat durust hai, sincerity hai aur sahi maanon mein woh islam par amal karna chahte hain. to har ek ki apni apni understanding hoti hai. apni understanding ke mutabiq unhone sahi kaam kiya. to har waqt yeh istehad to har waqt hota rehta tha.</w:t>
      </w:r>
    </w:p>
    <w:p>
      <w:pPr>
        <w:jc w:val="right"/>
      </w:pPr>
      <w:r>
        <w:t>तो मतलब है कि यह इस्तेहाद जो है वह नियत देखी जाती है. नियत दुरुस्त है, sincerity है और सही मानों में वह इस्लाम पर अमल करना चाहते हैं. तो हर एक की अपनी अपनी understanding होती है. अपनी understanding के मुताबिक उन्होंने सही काम किया. तो हर वक्त यह इस्तेहाद तो हर वक्त होता रहता था.</w:t>
      </w:r>
    </w:p>
    <w:p>
      <w:r>
        <w:rPr>
          <w:b/>
        </w:rPr>
        <w:t xml:space="preserve">[19:01] </w:t>
      </w:r>
      <w:r>
        <w:t>aur Rasoolullah sallallahu alaihi wasallam mashwara karte the woh bhi ek isi ki ek shakal hai. aisa nahi hai ki bilkul jo quran, quran chuhe usmein detail nahi hai na? to is wajah se har waqt iski zarurat padti hai ki usko samjhein usmein mashware karein, usmein ishtehaad karein. ek bar hum ek bar Hazrat Muaz jo hai woh aaye to namaz shuru ho chuki thi.</w:t>
      </w:r>
    </w:p>
    <w:p>
      <w:pPr>
        <w:jc w:val="right"/>
      </w:pPr>
      <w:r>
        <w:t>और रसूल्लाह सलम मशवरा करते थे वो भी एक इसी की एक शक्ल है. ऐसा नहीं है कि बिल्कुल जो कुरान, कुरान चूहे उसमें detail नहीं है ना? तो इस वजह से हर वक्त इसकी ज़रूरत पड़ती है कि उसको समझें उसमें मशवरे करें, उसमें इश्तेहात करें. एक बार हम एक बार हदरत मोआज़ जो है वो आए तो नमाज़ शुरू हो चुकी थी.</w:t>
      </w:r>
    </w:p>
    <w:p>
      <w:r>
        <w:rPr>
          <w:b/>
        </w:rPr>
        <w:t xml:space="preserve">[19:30] </w:t>
      </w:r>
      <w:r>
        <w:t>ab aap log dekhte hain na ki log aate hain aur namaz shuru ho jati to usi mein shamil ho jate hain. to Rasoolullah sallallahu alaihi wasallam ne kaha ki Muaz ne tumhare liye ek achha tareeka nikala hai.</w:t>
      </w:r>
    </w:p>
    <w:p>
      <w:pPr>
        <w:jc w:val="right"/>
      </w:pPr>
      <w:r>
        <w:t>अब आप लोग देखते हैं ना कि लोग आते हैं और नमाज़ शुरू हो जाती तो उसी में शामिल हो जाते हैं. तो रसुल्लाह सुस्लाम ने कहा कि मौआद ने तुम्हारे लिए एक अच्छा तरीका निकाला है.</w:t>
      </w:r>
    </w:p>
    <w:p>
      <w:r>
        <w:rPr>
          <w:b/>
        </w:rPr>
        <w:t xml:space="preserve">[19:56] </w:t>
      </w:r>
      <w:r>
        <w:t>to kyunki jo halaat hai woh har waqt badalte rehte hain. agar hum usko aisa nahi karenge to ekdam jo hai ekdam koi insan koi statue to nahi hai. insan jo hai har waqt soch raha hai, har waqt naye naye halaat hain. to isliye istehad bahut zaruri hai. lekin aajkal jo hai istehad log nahi kar rahe hain.</w:t>
      </w:r>
    </w:p>
    <w:p>
      <w:pPr>
        <w:jc w:val="right"/>
      </w:pPr>
      <w:r>
        <w:t>तो क्योंकि जो हालात है वह हर वक्त बदलते रहते हैं. अगर हम उसको ऐसा नहीं करेंगे तो एकदम जो है एकदम कोई इंसान कोई statue तो नहीं है. इंसान जो है हर वक्त सोच रहा है, हर वक्त नए नए हालात हैं. तो इसलिए इस्तेहाद बहुत ज़रूरी है. लेकिन आजकल जो है इस्तेहाद लोग नहीं कर रहे हैं.</w:t>
      </w:r>
    </w:p>
    <w:p>
      <w:r>
        <w:rPr>
          <w:b/>
        </w:rPr>
        <w:t xml:space="preserve">[20:24] </w:t>
      </w:r>
      <w:r>
        <w:t>to uski wajah se bahut zyada stagnation ho gaya hai. istehad karna chahiye lekin asal mein ulma ka yeh kaam hai ki ulma milkar istehad karein tabhi log jo hai manenge aur naye ek aadmi akele istehad karne se koi manta nahi hai. to istehad karna bahut zaruri hai. yeh Rasoolullah sallallahu alaihi wasallam ki sunnat hai. ji.</w:t>
      </w:r>
    </w:p>
    <w:p>
      <w:pPr>
        <w:jc w:val="right"/>
      </w:pPr>
      <w:r>
        <w:t>तो उसकी वजह से बहुत ज़्यादा stagnation हो गया है. इस्तेहाद करना चाहिए लेकिन असल में ओलमा का यह काम है कि ओलमा मिलकर इस्तेहात करें तभी लोग जो है मानेंगे और नए एक आदमी अकेले इस्तेहात करने से कोई मानता नहीं है. तो इस्तेहात करना बहुत ज़रूरी है. यह रसूल्लाह सलाह सलाह सलाह की सुन्नत है. जी.</w:t>
      </w:r>
    </w:p>
    <w:p>
      <w:r>
        <w:rPr>
          <w:b/>
        </w:rPr>
        <w:t xml:space="preserve">[20:51] </w:t>
      </w:r>
      <w:r>
        <w:t>aapne jo example bhi bataya mauj bin jabal ke hawale se ki prophet ne kaha ki unhone ek</w:t>
      </w:r>
    </w:p>
    <w:p>
      <w:pPr>
        <w:jc w:val="right"/>
      </w:pPr>
      <w:r>
        <w:t>आपने जो example भी बताया मौज बिन जवल के हवाले से कि prophet ने कहा कि उन्होंने एक</w:t>
      </w:r>
    </w:p>
    <w:p>
      <w:r>
        <w:rPr>
          <w:b/>
        </w:rPr>
        <w:t xml:space="preserve">[20:56] </w:t>
      </w:r>
      <w:r>
        <w:t>achha tareeka bataya balki rawayat mein yeh bhi aata hai ki prophet kahan karte the ki agar fiqh</w:t>
      </w:r>
    </w:p>
    <w:p>
      <w:pPr>
        <w:jc w:val="right"/>
      </w:pPr>
      <w:r>
        <w:t>अच्छा तरीका बताया बल्कि रवायद में यह भी आता है कि prophet कहां करते थे कि अगर फ़िक्क</w:t>
      </w:r>
    </w:p>
    <w:p>
      <w:r>
        <w:rPr>
          <w:b/>
        </w:rPr>
        <w:t xml:space="preserve">[21:01] </w:t>
      </w:r>
      <w:r>
        <w:t>ke bare mein seekhna hai to mauj ganjwal ke paas jaiye.</w:t>
      </w:r>
    </w:p>
    <w:p>
      <w:pPr>
        <w:jc w:val="right"/>
      </w:pPr>
      <w:r>
        <w:t>के बारे में सीखना है तो मौज गंजवल के पास जाइए.</w:t>
      </w:r>
    </w:p>
    <w:p>
      <w:r>
        <w:rPr>
          <w:b/>
        </w:rPr>
        <w:t xml:space="preserve">[21:07] </w:t>
      </w:r>
      <w:r>
        <w:t>aap jis tareeke se aaj Islamic jurisprudence ki jo shakal hai woh prophet ke time par waisa compile nahi tha.</w:t>
      </w:r>
    </w:p>
    <w:p>
      <w:pPr>
        <w:jc w:val="right"/>
      </w:pPr>
      <w:r>
        <w:t>आप जिस तरीके से आज Islamic jurisprudence की जो शक्ल है वह prophet के time पर वैसा compile नहीं था.</w:t>
      </w:r>
    </w:p>
    <w:p>
      <w:r>
        <w:rPr>
          <w:b/>
        </w:rPr>
        <w:t xml:space="preserve">[21:12] </w:t>
      </w:r>
      <w:r>
        <w:t>to us daur mein kaise develop hua fiqh?</w:t>
      </w:r>
    </w:p>
    <w:p>
      <w:pPr>
        <w:jc w:val="right"/>
      </w:pPr>
      <w:r>
        <w:t>तो उस दौर में कैसे develop हुआ फ़िक्क?</w:t>
      </w:r>
    </w:p>
    <w:p>
      <w:r>
        <w:rPr>
          <w:b/>
        </w:rPr>
        <w:t xml:space="preserve">[21:17] </w:t>
      </w:r>
      <w:r>
        <w:t>iske bare mein bhi bataye humse.</w:t>
      </w:r>
    </w:p>
    <w:p>
      <w:pPr>
        <w:jc w:val="right"/>
      </w:pPr>
      <w:r>
        <w:t>इसके बारे में भी बताएं हमसे.</w:t>
      </w:r>
    </w:p>
    <w:p>
      <w:r>
        <w:rPr>
          <w:b/>
        </w:rPr>
        <w:t xml:space="preserve">[21:23] </w:t>
      </w:r>
      <w:r>
        <w:t>us fiqq ke development mein to kai sadiyan lagi hain. to rasoolullah sallah sallah sallah ke zamane mein to yahi hota tha. ji. ki aap jo hai jo bhi quran mein khoob utarta tha uski aap tashree karte the, interpret karte the aur usi ke mutabiq aap amal karte the. to usko log dekhte the aur waise hi karte the. aur jab bahut zyada koi bada masla ho jata tha to aap logon se mashwara karte hain.</w:t>
      </w:r>
    </w:p>
    <w:p>
      <w:pPr>
        <w:jc w:val="right"/>
      </w:pPr>
      <w:r>
        <w:t>उस फ़िक्क के development में तो कई सदियां लगी हैं. तो रसूल्लाह सल्लाह सल्लाह सल्लाह के ज़माने में तो यही होता था. जी. कि आप जो है जो भी कुरान में खूब उतरता था उसकी आप तश्री करते थे, interpret करते थे और उसी के मुताबिक आप अमल करते थे. तो उसको लोग देखते थे और वैसे ही करते थे. और जब बहुत ज़्यादा कोई बड़ा मसला हो जाता था तो आप लोगों से मशवरा करते हैं.</w:t>
      </w:r>
    </w:p>
    <w:p>
      <w:r>
        <w:rPr>
          <w:b/>
        </w:rPr>
        <w:t xml:space="preserve">[21:52] </w:t>
      </w:r>
      <w:r>
        <w:t>aap mashwara bahut zyada karte the. to mashware ke mutabiq amal karte the jo aapko sahi lagta tha. yahan tak ki aap ladies se bhi mashwara karte the. to jab sahaba ka daur aaya to ek to ek taraf quran tha hamara source phir hadith kafi jama ho gayi thi sari to nahi jama hui thi lekin ab kafi jama ho chuki thi.</w:t>
      </w:r>
    </w:p>
    <w:p>
      <w:pPr>
        <w:jc w:val="right"/>
      </w:pPr>
      <w:r>
        <w:t>आप मशवरा बहुत ज़्यादा करते थे. तो मशवरे के मुताबिक अमल करते थे जो आपको सही लगता था. यहां तक की आप ladies से भी मशवरा करते थे. तो जब सहाबा का दौर आया तो एक तो एक तरफ कुरान था हमारा source फिर हदीस काफी जमा हो गई थी सारी तो नहीं जमा हुई थी लेकिन अब काफी जमा हो चुकी थी.</w:t>
      </w:r>
    </w:p>
    <w:p>
      <w:r>
        <w:rPr>
          <w:b/>
        </w:rPr>
        <w:t xml:space="preserve">[22:19] </w:t>
      </w:r>
      <w:r>
        <w:t>to jo khalifa hota tha jaise hadr tahubgr ke zamane mein to jahan koi masla pesh aata to khalifa logon ko bulata. matlab jo log el e ilm the unka ek unki ek meeting hoti thi aur wo sab log usmein aake mashwara dete the. to mashware ke mutabiq kabhi aap hazada ubkr mashwara un logon ka sunte sabko thi.</w:t>
      </w:r>
    </w:p>
    <w:p>
      <w:pPr>
        <w:jc w:val="right"/>
      </w:pPr>
      <w:r>
        <w:t>तो जो खलीफा होता था जैसे हद्र तहूबग्र के जमाने में तो जहां कोई मसला पेश आता तो खलीफा लोगों को बुलाता. मतलब जो लोग एल ए इल्म थे उनका एक उनकी एक meeting होती थी और वो सब लोग उसमें आके मशवरा देते थे. तो मशवरे के मुताबिक कभी आप हज़ादा उबक्र मशवरा उन लोगों का सुनते सबको थी.</w:t>
      </w:r>
    </w:p>
    <w:p>
      <w:r>
        <w:rPr>
          <w:b/>
        </w:rPr>
        <w:t xml:space="preserve">[22:48] </w:t>
      </w:r>
      <w:r>
        <w:t>kabhi unko lagta tha jo mashwara theek hai to mante the nahi to phir wo apna faisla karte the. ab chuki wo khalifa the to wo mashwara karte the phir wo sab log usko maan lete the. to aise jab discussion hone ke baad ek mazlish mein ek faisla ho jata tha to wo ek nazeer hoti hai. jaise aajkal court mein hota hai na pichle judgement jo hota hai wah ek nazeer set ho jati hai.</w:t>
      </w:r>
    </w:p>
    <w:p>
      <w:pPr>
        <w:jc w:val="right"/>
      </w:pPr>
      <w:r>
        <w:t>कभी उनको लगता था जो मशवरा ठीक है तो मानते थे नहीं तो फिर वो अपना फ़ैसला करते थे. अब चूंकि वो खलीफा थे तो वो मशवरा करते थे फिर वो सब लोग उसको मान लेते थे. तो ऐसे जब discussion होने के बाद एक मज़लिश में एक फ़ैसला हो जाता था तो वो एक नज़ीर होती है. जैसे आजकल court में होता है ना पिछले judgement जो होता है वह एक नज़ीर set हो जाती है.</w:t>
      </w:r>
    </w:p>
    <w:p>
      <w:r>
        <w:rPr>
          <w:b/>
        </w:rPr>
        <w:t xml:space="preserve">[23:16] </w:t>
      </w:r>
      <w:r>
        <w:t>to jo caliphs dete the is tarike ka faisla to wo ek nazeer hoti thi. phir agla agle log usko refer karte the. to is tarike se jo bade bade masal hote the to usmein istemal mashware hote the. jaise hadartabar ke zamane mein ridda bar hui.</w:t>
      </w:r>
    </w:p>
    <w:p>
      <w:pPr>
        <w:jc w:val="right"/>
      </w:pPr>
      <w:r>
        <w:t>तो जो caliphs देते थे इस तरीके का फ़ैसला तो वह एक नज़ीर होती थी. फिर अगला अगले लोग उसको refer करते थे. तो इस तरीके से जो बड़े बड़े मसाल होते थे तो उसमें इस्तेमाल मशवरे होते थे. जैसे हदरताबार के जमाने में रिद्दा बार हुई.</w:t>
      </w:r>
    </w:p>
    <w:p>
      <w:r>
        <w:rPr>
          <w:b/>
        </w:rPr>
        <w:t xml:space="preserve">[23:36] </w:t>
      </w:r>
      <w:r>
        <w:t>ab tamam logon ne jo hai zakat dene se matlab jo baddu log the, baddu logon zyada tar wo the jo rasoolullah slm ke aakhri zamane mein islam laye the. to unki achhi training nahi hui thi. to jab rasoolullah huslam ka inteqal hua to unhone socha ki ab wo to chala gaya insan jiski wajah se khuda ki madad aati thi. to unhone khed zakat dene se inkar kar diya.</w:t>
      </w:r>
    </w:p>
    <w:p>
      <w:pPr>
        <w:jc w:val="right"/>
      </w:pPr>
      <w:r>
        <w:t>अब तमाम लोगों ने जो है जकात देने से मतलब जो बद्दू लोग थे, बद्दू लोगों ज़्यादातर वो थे जो रसूल्लाह सलम के आखिरी जमाने में इस्लाम लाए थे. तो उनकी अच्छी training नहीं हुई थी. तो जब रसूल्लाह हुस्लाम का इन तकल हुआ तो उन्होंने सोचा कि अब वो तो चला गया इंसान जिसकी वजह से खुदा की मदद आती थी. तो उन्होंने खेद जकात देने से इंकार कर दिया.</w:t>
      </w:r>
    </w:p>
    <w:p>
      <w:r>
        <w:rPr>
          <w:b/>
        </w:rPr>
        <w:t xml:space="preserve">[24:05] </w:t>
      </w:r>
      <w:r>
        <w:t>ab us zamane mein logon ki financial position bahut hi kharab thi. wahi janwar hote the. to unhone inkar kar diya. to kis tarike se hadrat abubakar jo hai unhone yeh faisla kiya ki wo in logon se jang karenge. to unhone quran ki ek ayat li ki agar wo tauba kar le, namaz qaim kare aur zaqat ada kare to unka rasta chhod do.</w:t>
      </w:r>
    </w:p>
    <w:p>
      <w:pPr>
        <w:jc w:val="right"/>
      </w:pPr>
      <w:r>
        <w:t>अब उस ज़माने में लोगों की financial position बहुत ही खराब थी. वही जानवर होते थे. तो उन्होंने इंकार कर दिया. तो किस तरीके से हदरत अबूबाकर जो है उन्होंने यह फ़ैसला किया कि वो इन लोगों से जंग करेंगे. तो उन्होंने कुरान की एक आयत ली कि अगर वो तौबा कर ले, नमाज़ कायम करे और ज़क़ात अदा करें तो उनका रास्ता छोड़ दो.</w:t>
      </w:r>
    </w:p>
    <w:p>
      <w:r>
        <w:rPr>
          <w:b/>
        </w:rPr>
        <w:t xml:space="preserve">[24:34] </w:t>
      </w:r>
      <w:r>
        <w:t>kyunki hazrat umar keh rahe the unhone lay lay lalla kaha to hum unse jang kaise kar sakte hain? to hazrat abbar ne ye ayat ka hawala diya. phir logon ne maan liya un logon se jang hui aur finally wo log jo hai hadataubkr kamyab hue is bagawat ko kyunki wo bagawat ke hum mana tha. sare logon ne ekdam se bagawat kar di thi.</w:t>
      </w:r>
    </w:p>
    <w:p>
      <w:pPr>
        <w:jc w:val="right"/>
      </w:pPr>
      <w:r>
        <w:t>क्योंकि हजरत उमर कह रहे थे उन्होंने लाय लाय लल्ला कहा तो हम उनसे जंग कैसे कर सकते हैं? तो हजरत अब्बक्र ने ये आयत का हवाला दिया. फिर लोगों ने मान लिया उन लोगों से जंग हुई और finally वो लोग जो है हदताउबक्र कामयाब हुए इस बगावत को क्योंकि वो बगावत के हम माना था. सारे लोगों ने एकदम से बगावत कर दी थी.</w:t>
      </w:r>
    </w:p>
    <w:p>
      <w:r>
        <w:rPr>
          <w:b/>
        </w:rPr>
        <w:t xml:space="preserve">[24:59] </w:t>
      </w:r>
      <w:r>
        <w:t>to us liye unhone jang karni padi aur baad mein in sab logon ne usko mana. to wahi hai ki milti julti misal par qurani hukm apply kiya jata hai. to is tarike se ek hukm aaya quran ka aur usse bahut sare kaam nikalte hain. kyunki har milti julti jo situation hoti hai us par wah apply hota hai.</w:t>
      </w:r>
    </w:p>
    <w:p>
      <w:pPr>
        <w:jc w:val="right"/>
      </w:pPr>
      <w:r>
        <w:t>तो उस लिए उन्होंने जंग करनी पड़ी और बाद में इन सब लोगों ने उसको माना. तो वही है कि मिलती जुलती मिसाल पर कुरानी हुक्म apply किया जाता है. तो इस तरीके से एक हुक्म आया कुरान का और उससे बहुत सारे काम निकलते हैं. क्योंकि हर मिलती जुलती जो situation होती है उस पर वह apply होता है.</w:t>
      </w:r>
    </w:p>
    <w:p>
      <w:r>
        <w:rPr>
          <w:b/>
        </w:rPr>
        <w:t xml:space="preserve">[25:26] </w:t>
      </w:r>
      <w:r>
        <w:t>to uske liye hamein ek aalim ki zaroorat hoti hai jiski nazar mein ye sari cheezein ho. hadratumar ke zamane mein ek bada izma hua. ji. ki hasil mein us zamane mein kya hota tha ki jo fauji hote the to jab wo jang karte the wo volunteers hote the to jo jang mein jo fata hoti thi jo zameen hai wo unko baant di jati thi usi mein se.</w:t>
      </w:r>
    </w:p>
    <w:p>
      <w:pPr>
        <w:jc w:val="right"/>
      </w:pPr>
      <w:r>
        <w:t>तो उसके लिए हमें एक आलिम की ज़रूरत होती है जिसकी नज़र में यह सारी चीज़ें हो. हदरतुमर के जमाने में एक बड़ा इज़्मा हुआ. जी. कि हासिल में उस जमाने में क्या होता था कि जो फौजी होते थे तो जब वो जंग करते थे वो volunteers होते थे तो जो जंग में जो फता होती थी जो ज़मीन है वो उनको बांट दी जाती थी उसी में से.</w:t>
      </w:r>
    </w:p>
    <w:p>
      <w:r>
        <w:rPr>
          <w:b/>
        </w:rPr>
        <w:t xml:space="preserve">[25:54] </w:t>
      </w:r>
      <w:r>
        <w:t>to jab irah ko sham fata hua itna bada bada mulk to faujiyon ne kehna shuru kiya ki sab hamare hamein baanta jaye. to yeh bahut bada masla tha. pura pura mulk baantna aur mulk ke baat shinde jo hain wo unka kya hoga? phir uske baad wahan par kheti baadi hoti thi. arbon ko to kheti baadi karna nahi aata tha. to yeh sara jo hai aur phir economic resources kahan se aayenge?</w:t>
      </w:r>
    </w:p>
    <w:p>
      <w:pPr>
        <w:jc w:val="right"/>
      </w:pPr>
      <w:r>
        <w:t>तो जब इराह को शाम फता हुआ इतना बड़ा बड़ा मूल्क तो फौजियों ने कहना शुरू किया कि सब हमारे हमें बांटा जाए. तो यह बहुत बड़ा मसला था. पूरा पूरा मुल्क बांटना और मुल्क के बात शिंदे जो हैं वह उनका क्या होगा? फिर उसके बाद वहां पर खेती बाड़ी होती थी. अरबों को तो खेती बाड़ी करना नहीं आता था. तो यह सारा जो है और फिर economic resources कहां से आऐंगे?</w:t>
      </w:r>
    </w:p>
    <w:p>
      <w:r>
        <w:rPr>
          <w:b/>
        </w:rPr>
        <w:t xml:space="preserve">[26:22] </w:t>
      </w:r>
      <w:r>
        <w:t>to hadrat umar bilkul unko clear unka tha ki yeh nahi baantna hai. lekin uske liye unhone ek bada bahut bada jalasa bulaya aur wahan par sare unhone apne arguments rakhe. to baad mein jab unko yeh argument mila quran ka ki jo log baad mein aaye unka bhi hissa hai. to isko unhone pesh kiya to logon ne maan liya.</w:t>
      </w:r>
    </w:p>
    <w:p>
      <w:pPr>
        <w:jc w:val="right"/>
      </w:pPr>
      <w:r>
        <w:t>तो हदरत उमर बिल्कुल उनको clear उनका था कि यह नहीं बांटना है. लेकिन उसके लिए उन्होंने एक बड़ा बहुत बड़ा जलसा बुलाया और वहां पर सारे उन्होंने अपने arguments रखे. तो बाद में जब उनको यह argument मिला कुरान का कि जो लोग बाद में आए उनका भी हिस्सा है. तो इसको उन्होंने पेश किया तो लोगों ने मान लिया.</w:t>
      </w:r>
    </w:p>
    <w:p>
      <w:r>
        <w:rPr>
          <w:b/>
        </w:rPr>
        <w:t xml:space="preserve">[26:48] </w:t>
      </w:r>
      <w:r>
        <w:t>asal mein sahaba jo the na wo quran ko fauran maan lete the. sunte hain aaj bhi arab jo hai quran agar koi aaya to unke samne padh di jaye to fauran maan lete hain. bashal. aaj bhi. to wo logon ne sab maan liya aur usi ke mutabiq jo hai iraq aur sham jo hai wo unke asal basindon ke paas wo rehne diya aur usmein usi hisab se uski management kiya gaya.</w:t>
      </w:r>
    </w:p>
    <w:p>
      <w:pPr>
        <w:jc w:val="right"/>
      </w:pPr>
      <w:r>
        <w:t>असल में साहबा जो थे ना वो कुरान को फ़ौरन मान लेते थे. सुनते हैं आज भी अरब जो है कुरान अगर कोई आया तो उनके सामने पढ़ दी जाए तो फ़ौरन मान लेते हैं. बाशाल. आज भी. तो वो लोगों ने सब मान लिया और उसी के मुताबिक जो है Iraq और शाम जो है वो उनके असल बासिन्दों के पास वो रहने दिया और उसमें उसी हिसाब से उसकी management किया गया.</w:t>
      </w:r>
    </w:p>
    <w:p>
      <w:r>
        <w:rPr>
          <w:b/>
        </w:rPr>
        <w:t xml:space="preserve">[27:18] </w:t>
      </w:r>
      <w:r>
        <w:t>to yeh hai isi tarike se bahut sare waqiyat mein bahut lamba ho jayega. ji ji ji nahi bahut achhe se wazik kiya aap baat jaza kar lao.</w:t>
      </w:r>
    </w:p>
    <w:p>
      <w:pPr>
        <w:jc w:val="right"/>
      </w:pPr>
      <w:r>
        <w:t>तो यह है इसी तरीके से बहुत सारे वाकयात में बहुत लंबा हो जाएगा. जी जी जी नहीं बहुत अच्छे से वाज़िक किया आप बात जज़ा कर लाओ.</w:t>
      </w:r>
    </w:p>
    <w:p>
      <w:r>
        <w:rPr>
          <w:b/>
        </w:rPr>
        <w:t xml:space="preserve">[27:26] </w:t>
      </w:r>
      <w:r>
        <w:t>achha aap jaisa ki hum jante hain ki profit ki death june mein hui aur uske baad char khalifa ka daur shuru hua jo 06/1961 AD tak chala aur hum jaisa ki jante hain ki after prophet's death, companions spread out in different parts of the muslim world and they occupied intellectual and religious position.</w:t>
      </w:r>
    </w:p>
    <w:p>
      <w:pPr>
        <w:jc w:val="right"/>
      </w:pPr>
      <w:r>
        <w:t>अच्छा आप जैसा कि हम जानते हैं कि profit की death June में हुई और उसके बाद चार खलीफा का दौर शुरू हुआ जो 06/1961 AD तक चला और हम जैसा कि जानते हैं कि after prophet's death, companions spread out in different parts of the मुस्लिम world and they occupied intellectual and religious position.</w:t>
      </w:r>
    </w:p>
    <w:p>
      <w:r>
        <w:rPr>
          <w:b/>
        </w:rPr>
        <w:t xml:space="preserve">[27:51] </w:t>
      </w:r>
      <w:r>
        <w:t>phir yeh hone laga ki log apne problems, issues lekar unke paas aane lage and companions used to give decisions based on what they had learned and retained from the commandments of the prophet and what they understood from the quran. achha kai baar aisa bhi hua apa ki difference of opinions bhi hue kuch decisions ko lekar.</w:t>
      </w:r>
    </w:p>
    <w:p>
      <w:pPr>
        <w:jc w:val="right"/>
      </w:pPr>
      <w:r>
        <w:t>फिर यह होने लगा कि लोग अपने problems, issues लेकर उनके पास आने लगे and companions used to give decisions based on what they had learned and retained from the commandments of the prophet and what they understood from the Quran. अच्छा कई बार ऐसा भी हुआ आपा कि difference of opinions भी हुए कुछ decisions को लेकर.</w:t>
      </w:r>
    </w:p>
    <w:p>
      <w:r>
        <w:rPr>
          <w:b/>
        </w:rPr>
        <w:t xml:space="preserve">[28:14] </w:t>
      </w:r>
      <w:r>
        <w:t>to hum yeh janana chahenge aap ki khalifa ke daur mein kaise develop hua fiqq? iske bare mein bhi aap hum sabko bataye. asal mein wo sahaba jo the na wo bilkul different log the. aaj ki tarah nahi the. ji. aaj to aadmi agar koi apna mashwara deta hai aur uska mashwara qubool na kiya jaye to wo mission hi ko chhod deta hai, party ko chhod deta hai, hamara mashwara qubool nahi kiya gaya.</w:t>
      </w:r>
    </w:p>
    <w:p>
      <w:pPr>
        <w:jc w:val="right"/>
      </w:pPr>
      <w:r>
        <w:t>तो हम यह जानना चाहेंगे आप कि खलीफा के दौर में कैसे develop हुआ फ़िक्क? इसके बारे में भी आप हम सबको बताएं. असल में वो सहाबाल जो थे ना वो बिल्कुल different लोग थे. आज की तरह नहीं थे. जी. आज तो आदमी अगर कोई अपना मशवरा देता है और उसका मशवरा कुबूल ना किया जाए तो वो mission ही को छोड़ देता है, party को छोड़ देता है, हमारा मशवरा कुबूल नहीं किया गया.</w:t>
      </w:r>
    </w:p>
    <w:p>
      <w:r>
        <w:rPr>
          <w:b/>
        </w:rPr>
        <w:t xml:space="preserve">[28:43] </w:t>
      </w:r>
      <w:r>
        <w:t>ji. wo log bilkul different the. ji. wo to bilkul dedicated log the aur unko unko har sacrifice par ke level par jaake wo us mission mein shamil rehte the. to isi wajah se sare log saath the. unka to nuksan hota rehta tha.</w:t>
      </w:r>
    </w:p>
    <w:p>
      <w:pPr>
        <w:jc w:val="right"/>
      </w:pPr>
      <w:r>
        <w:t>जी. वह लोग बिल्कुल different थे. जी. वह तो बिल्कुल dedicated लोग थे और उनको उनको हर sacrifice पर के level पर जाके वो उस mission में शामिल रहते थे. तो इसी वजह से सारे लोग साथ थे. उनका तो नुकसान होता रहता था.</w:t>
      </w:r>
    </w:p>
    <w:p>
      <w:r>
        <w:rPr>
          <w:b/>
        </w:rPr>
        <w:t xml:space="preserve">[29:05] </w:t>
      </w:r>
      <w:r>
        <w:t>ab jab hazrat rasoolullah sallam ki wafad ke baad yeh hua tha ki madine ke jo ansari the to unko kaha gaya tha ki jab hukumat mein unko hissa diya jayega. matlab wo advisors honge ansari. to jab hukumat bani hai to unko kuch hissa nahi mila. unhone usko accept kar liya. to wo sacrifice ke level par the. ji ji.</w:t>
      </w:r>
    </w:p>
    <w:p>
      <w:pPr>
        <w:jc w:val="right"/>
      </w:pPr>
      <w:r>
        <w:t>अब जब हजरत रसूल्लासह सल्लम की वफाद के बाद यह हुआ था कि मदीने के जो अंसारी थे तो उनको कहा गया था कि जब हुकूमत में उनको हिस्सा दिया जाएगा. मतलब वह advisors होंगे अंसारी. तो जब हुकूमत बनी है तो उनको कुछ हिस्सा नहीं मिला. उन्होंने उसको accept कर लिया. तो वह sacrifice के level पर थे. जी जी.</w:t>
      </w:r>
    </w:p>
    <w:p>
      <w:r>
        <w:rPr>
          <w:b/>
        </w:rPr>
        <w:t xml:space="preserve">[29:35] </w:t>
      </w:r>
      <w:r>
        <w:t>isi wajah se wahan koi masla hi nahi hota tha. jab aadmi le ki hum mission ke liye kaam kar rahe hain. hum khuda ke liye kaam kar rahe hain to hamara apna kuch bhi nuksan wo hamein khuda se milega. ji. to wo alag hi log the. unka hum compare hi nahi kar sakte. to ek baar ab hasan basri ne kaha ki maine sattar aise badri sahaba ko dekha hai ki wo agar tumhe dekhen to samjhenge inka to koi din se koi tallukhi nahi hai.</w:t>
      </w:r>
    </w:p>
    <w:p>
      <w:pPr>
        <w:jc w:val="right"/>
      </w:pPr>
      <w:r>
        <w:t>इसी वजह से वहां कोई मसला ही नहीं होता था. जब आदमी ले कि हम mission के लिए काम कर रहे हैं. हम खुदा के लिए काम कर रहे हैं तो हमारा अपना कुछ भी नुकसान वह हमें खुदा से मिलेगा. जी. तो वह अलग ही लोग थे. उनका हम compare ही नहीं कर सकते. तो एक बार अब हसन बसरी ने कहा कि मैंने सत्तर ऐसे बद्री सहाबा को देखा है कि वह अगर तुम्हें देखें तो समझेंगे इनका तो कोई दिन से कोई तल्लोखी नहीं है.</w:t>
      </w:r>
    </w:p>
    <w:p>
      <w:r>
        <w:rPr>
          <w:b/>
        </w:rPr>
        <w:t xml:space="preserve">[30:04] </w:t>
      </w:r>
      <w:r>
        <w:t>jabki next generation. ji. ab aaj itni generation guzar chuki hai ab to din se koi talluk hi nahi reh gaya hai. bahut hi baat hai. to haan ji. to wo log jo hai kisi baat par ishraal nahi karte the. ishraal to hum dekhte hain ki ab dullah ibn obeyyi ne mashwara diya tha jang ahud mein ki andar madine ke andar reh ke jang ki jaye. to rasoolullah saslam ne wah young youth ko zyada wah diya mauka.</w:t>
      </w:r>
    </w:p>
    <w:p>
      <w:pPr>
        <w:jc w:val="right"/>
      </w:pPr>
      <w:r>
        <w:t>जबकि next generation. जी. अब आज जो इतनी generation गुज़र चुकी है अब तो दिन से कोई तल्लोक ही नहीं रह गया है. बहुत ही बात है. तो हां जी. तो वो लोग जो है किसी बात पर इशराल नहीं करते थे. इशराल तो हम देखते हैं कि अब दुल्लाह ibn ओबैयी ने मशवरा दिया था जंग अहुद में कि अंदर मदीने के अंदर रह के जंग की जाए. तो रसूल्लाह सस्लाम ने वह young youth को ज़्यादा वह दिया मौका.</w:t>
      </w:r>
    </w:p>
    <w:p>
      <w:r>
        <w:rPr>
          <w:b/>
        </w:rPr>
        <w:t xml:space="preserve">[30:33] </w:t>
      </w:r>
      <w:r>
        <w:t>unhone kaha ki nahi hum bahar ja ke jang karenge. to abdullahhi mein bhai apne sare logon ko taqriban teen sau kuch log the aur lekar wapas chala gaya. to yeh to munaafkeen ka culture hai. ji. ki mashwara na mana jaye to gussa ho jaye. yeh muhmineen ka culture nahi hai. ji.</w:t>
      </w:r>
    </w:p>
    <w:p>
      <w:pPr>
        <w:jc w:val="right"/>
      </w:pPr>
      <w:r>
        <w:t>उन्होंने कहा कि नहीं हम बाहर जा के जंग करेंगे. तो अब्दुल्लाही में भई अपने सारे लोगों को तकरीबन तीन सौ कुछ लोग थे और लेकर वापस चला गया. तो यह तो मनाफ़कीन का culture है. जी. कि मशवरा ना माना जाए तो गुस्सा हो जाए. यह मुहूमिनीन का culture नहीं है. जी.</w:t>
      </w:r>
    </w:p>
    <w:p>
      <w:r>
        <w:rPr>
          <w:b/>
        </w:rPr>
        <w:t xml:space="preserve">[30:54] </w:t>
      </w:r>
      <w:r>
        <w:t>ji aur aap ab hazrat ali ne in fact ek martaba yeh bhi kaha ki mischief will appear in the last era. to hazad umar bin khatam ne unse pucha ki matlab kya kya hoga?</w:t>
      </w:r>
    </w:p>
    <w:p>
      <w:pPr>
        <w:jc w:val="right"/>
      </w:pPr>
      <w:r>
        <w:t>जी और आप अब हजरत अली ने in fact एक मरतवा यह भी कहा कि mischief will appear in the last era. तो हज़ाद उमर बिन खत्म ने उनसे पुछा कि मतलब क्या क्या होगा?</w:t>
      </w:r>
    </w:p>
    <w:p>
      <w:r>
        <w:rPr>
          <w:b/>
        </w:rPr>
        <w:t xml:space="preserve">[31:10] </w:t>
      </w:r>
      <w:r>
        <w:t>to unhone kaha ki when people will learn fiqq for non religion purposes, to us time ka daur jaise aapne bataya ki yeh sahaba jo the wo bilkul unka ek different character tha aur aaj ke daur par hum dekhte hain to bilkul wo ek ulti picture milti hai. wo model hum dekhte nahi hai ki logon ne apni zindagi mein utara hai. to khair aap aage badhte hain lekin aage badhne se pehle kuch bahut log dekh rahe hain, pasand kar rahe hain aapke talk ko.</w:t>
      </w:r>
    </w:p>
    <w:p>
      <w:pPr>
        <w:jc w:val="right"/>
      </w:pPr>
      <w:r>
        <w:t>तो उन्होंने कहा कि when people will learn फिक्क for non religion purposes, तो उस time का दौर जैसे आपने बताया कि यह सहाबा जो थे वह बिल्कुल उनका एक different character था और आज के दौर पर हम देखते हैं तो बिल्कुल वह एक उल्टी picture मिलती है. वह model हम देखते नहीं है कि लोगों ने अपनी ज़िंदगी में उतारा है. तो खैर आप आगे बढ़ते हैं लेकिन आगे बढ़ने से पहले कुछ बहुत लोग देख रहे हैं, पसंद कर रहे हैं आपके talk को.</w:t>
      </w:r>
    </w:p>
    <w:p>
      <w:r>
        <w:rPr>
          <w:b/>
        </w:rPr>
        <w:t xml:space="preserve">[31:39] </w:t>
      </w:r>
      <w:r>
        <w:t>main do comments padhna chahunga. agla sawal lene se pehle. yeh comment bheja hai miss kuruto len ne srinagar se. unhone likha hai brilliant explaining the difference between ichma and ishtima that while deliberating on hadish sahaba never opted rigidly for their opinion and favored consensus. it is a grim reminder to present day ullema to desist from rigidity.</w:t>
      </w:r>
    </w:p>
    <w:p>
      <w:pPr>
        <w:jc w:val="right"/>
      </w:pPr>
      <w:r>
        <w:t>मैं दो comments पढ़ना चाहूंगा. अगला सवाल लेने से पहले. यह comment भेजा है miss कुरुतो लेन ने श्रीनगर से. उन्होंने लिखा है brilliant explaining the difference between इच्मा and इश्तिमा that while deliberating on हदीश सहाबा never opted rigidly for their opinion and favored consensus. It is a grim reminder to present day उल्लेमा to desist from rigidity.</w:t>
      </w:r>
    </w:p>
    <w:p>
      <w:r>
        <w:rPr>
          <w:b/>
        </w:rPr>
        <w:t xml:space="preserve">[32:08] </w:t>
      </w:r>
      <w:r>
        <w:t>thank you very much for an enlightening explanation. doctor slunk khan sahib ne saharanpur se likha hai if you want success you have to do ishtehaad to learn more, to get more and redesign your plan after making a deep reassessment of the situation. achha aapka agla sawal karna chahunga. aapne abhi uska halka sa ek reference bhi diya.</w:t>
      </w:r>
    </w:p>
    <w:p>
      <w:pPr>
        <w:jc w:val="right"/>
      </w:pPr>
      <w:r>
        <w:t>Thank you very much for an enlightening explanation. Doctor स्लंक खान साहब ने सारनपुर से लिखा है if you want success you have to do इश्तेहाद to learn more, to get more and redesign your plan after making a deep reassessment of the situation. अच्छा आपका अगला सवाल करना चाहूंगा. आपने अभी उसका हल्का सा एक reference भी दिया.</w:t>
      </w:r>
    </w:p>
    <w:p>
      <w:r>
        <w:rPr>
          <w:b/>
        </w:rPr>
        <w:t xml:space="preserve">[32:37] </w:t>
      </w:r>
      <w:r>
        <w:t>consultation, mutual consultation ya shura jiska zikr quran mein aaya hai, yeh ek bahut important ek aspect hai islam ka. to hum chahenge ki iske bare mein bhi aap hum sabko bataye ki mutual consultation ka kya role hai? is aspect ko aawaz karein? consultation jo hai wo har mamle mein.</w:t>
      </w:r>
    </w:p>
    <w:p>
      <w:pPr>
        <w:jc w:val="right"/>
      </w:pPr>
      <w:r>
        <w:t>Consultation, mutual consultation या शुरा जिसका ज़िक्र कुरान में आया है, यह एक बहुत important एक aspect है इस्लाम का. तो हम चाहेंगे कि इसके बारे में भी आप हम सबको बताएं कि mutual consultation का क्या role है? इस aspect को आवाज़े करें? Consultation जो है वो हर मामले में.</w:t>
      </w:r>
    </w:p>
    <w:p>
      <w:r>
        <w:rPr>
          <w:b/>
        </w:rPr>
        <w:t xml:space="preserve">[33:02] </w:t>
      </w:r>
      <w:r>
        <w:t>ghar ke mamle mein bhi, bahar ke mamle mein bhi, hukumat ke mamle mein bhi, har waqt consultation karna chahiye. kyunki har aadmi ka dekhiye ek intelligence level alag alag hota hai, uska experience alag alag hota hai. to usse hamari understanding badhti hai. agar hum sirf apni rai ko ye ahmiyat denge to hum stagnate ho jayenge.</w:t>
      </w:r>
    </w:p>
    <w:p>
      <w:pPr>
        <w:jc w:val="right"/>
      </w:pPr>
      <w:r>
        <w:t>घर के मामले में भी, बाहर के मामले में भी, हुकूमत के मामले में भी, हर वक्त consultation करना चाहिए. क्योंकि हर आदमी का देखिए एक intelligence level अलग अलग होता है, उसका experience अलग अलग होता है. तो उससे हमारी understanding बढ़ती है. अगर हम सिर्फ अपनी राय को ये अहमियत देंगे तो हम stagnate हो जाएंगे.</w:t>
      </w:r>
    </w:p>
    <w:p>
      <w:r>
        <w:rPr>
          <w:b/>
        </w:rPr>
        <w:t xml:space="preserve">[33:28] </w:t>
      </w:r>
      <w:r>
        <w:t>har waqt hamein doosron se tajruba lete rehna chahiye aur apne aap ko intellectually develop karte rehna chahiye. to hum dekhte hain rasoolullah sallallahu alaihi wasallam jinke paas angels aate the baat batane ke liye. wo har waqt sabse mashwara karte rehte the. ji. to hum logon ke liye kitna zyada zaroori hai mashwara karna. to mashware se hum apne aap ko ek apne intellectually apne aap ko develop karte hain.</w:t>
      </w:r>
    </w:p>
    <w:p>
      <w:pPr>
        <w:jc w:val="right"/>
      </w:pPr>
      <w:r>
        <w:t>हर वक्त हमें दूसरों से तजबा लेते रहना चाहिए और अपने अपने आप को intellectually develop करते रहना चाहिए. तो हम देखते रसूल्लाह सल्लाह अफस्लाह जिनके पास angels आते थे बात बताने के लिए. वो हर वक्त सबसे मशवरा करते रहते थे. जी. तो हम लोगों के लिए कितना ज़्यादा ज़रूरी है मशवरा करना. तो मशवरे से हम अपने आपको एक अपने intellectually अपने आप को develop करते हैं.</w:t>
      </w:r>
    </w:p>
    <w:p>
      <w:r>
        <w:rPr>
          <w:b/>
        </w:rPr>
        <w:t xml:space="preserve">[33:56] </w:t>
      </w:r>
      <w:r>
        <w:t>doosron ke tajrube se learning karte hain. maulana to bahut hi zyada karte the. ji. koi bhi aata tha sabse pehle usse puchte the aap, aap kuch baat bataiye, apna kuch tajruba bataiye. ji bilkul. kai log to gussa ho jate the. kya tajruba bataein? ji ji. lekin har ek se puchte the. ji. to usi se learning hoti hai ki har aadmi ka tajruba alag alag hota hai. to is tarike se wo consultation ab hukumat ke mamlaat mein bhi bahut zyada zaroori hai.</w:t>
      </w:r>
    </w:p>
    <w:p>
      <w:pPr>
        <w:jc w:val="right"/>
      </w:pPr>
      <w:r>
        <w:t>दूसरों के तज़रबे से learning करते हैं. मौलाना तो बहुत ही ज़्यादा करते थे. जी. कोई भी आता था सबसे पहले उससे पूछते थे आप, आप कुछ बात बताइए, अपना कुछ तज़रबा बताइए. जी बिल्कुल. कई लोग तो गुस्सा हो जाते थे. क्या तज़रबा बताएं? जी जी. लेकिन हर एक से पूछते थे. जी. तो उसी से learning होती है कि हर आदमी का तज़रबा अलग अलग होता है. तो इस तरीके से वह consultation अब हुकूमत के मामलात में भी बहुत ज़्यादा ज़रूरी है.</w:t>
      </w:r>
    </w:p>
    <w:p>
      <w:r>
        <w:rPr>
          <w:b/>
        </w:rPr>
        <w:t xml:space="preserve">[34:25] </w:t>
      </w:r>
      <w:r>
        <w:t>kyunki is tarike se hum zyada behtar decision le sakte hain. agar hum consultation ka riwayat apne andar jaari karein to. to yeh to bahut zaroori hai. ab itna ahum dekhiye ki poori chapter ka naam hi ka ashura rakh diya gaya hai aur quran mein dekhiye ki bahut zyada usool ki kitab hai. to usmein bas yeh baat bata diya gaya hai ki apne mamlaat ko shura ke zariye se tay karo.</w:t>
      </w:r>
    </w:p>
    <w:p>
      <w:pPr>
        <w:jc w:val="right"/>
      </w:pPr>
      <w:r>
        <w:t>क्योंकि इस तरीके से हम ज़्यादा बेहतर decision ले सकते हैं. अगर हम consultation का रिवायत अपने अंदर जारी करें तो. तो यह तो बहुत ज़रूरी है. अब इतना अहम् देखिए कि पूरी chapter का नाम ही का अशोरा रख दिया गया है और कुरान में देखिए कि बहुत ज़्यादा उसूल की किताब है. तो उसमें बस यह बात बता दिया गया है कि अपने मामलात को शूर्य के जरिए से तय करो.</w:t>
      </w:r>
    </w:p>
    <w:p>
      <w:r>
        <w:rPr>
          <w:b/>
        </w:rPr>
        <w:t xml:space="preserve">[34:55] </w:t>
      </w:r>
      <w:r>
        <w:t>ab baqi agar quran mein har baat bata di jati hai to hum log apna development apne aap ko develop nahi kar paate. har waqt hum soch rahe hain jisko ishtehaad karna kaha gaya hai to har waqt hum sochna padta hai soch kar ke un baaton ko apni zindagi mein apply karna padta hai. to yeh bahut zyada zaroori tha warna wo stagnation ho jata. ji.</w:t>
      </w:r>
    </w:p>
    <w:p>
      <w:pPr>
        <w:jc w:val="right"/>
      </w:pPr>
      <w:r>
        <w:t>अब बाकी अगर कुरान में हर बात बता दी जाती है तो हम लोग अपना development अपने आप को develop नहीं कर पाते. हर वक्त हम सोच रहे हैं जिसको इस्तेहात करना कहा गया है तो हर वक्त हम सोचना पड़ता है सोच करके उन बातों को अपनी ज़िंदगी में apply करना पड़ता है. तो यह बहुत ज़्यादा ज़रूरी था वरना वह stagnation हो जाता. जी.</w:t>
      </w:r>
    </w:p>
    <w:p>
      <w:r>
        <w:rPr>
          <w:b/>
        </w:rPr>
        <w:t xml:space="preserve">[35:21] </w:t>
      </w:r>
      <w:r>
        <w:t>achha aap ek cheez jo bar bari media mein aati hai aur isse kafi hai khaskar jo people of other faiths hain wo islam ko theek se samajh bhi nahi paate. fatwa ke bare mein main yeh sawal puch raha hoon ki fatwa kya hai? legally binding hai?</w:t>
      </w:r>
    </w:p>
    <w:p>
      <w:pPr>
        <w:jc w:val="right"/>
      </w:pPr>
      <w:r>
        <w:t>अच्छा आप एक चीज़ जो बार बारी media में आती है और इससे काफी है खासकर जो people of other faiths हैं वो इस्लाम को ठीक से समझ भी नहीं पाते. फत्वा के बारे में मैं यह सवाल पुछ रहा हूँ कि फत्वा क्या है? Legally binding है?</w:t>
      </w:r>
    </w:p>
    <w:p>
      <w:r>
        <w:rPr>
          <w:b/>
        </w:rPr>
        <w:t xml:space="preserve">[35:40] </w:t>
      </w:r>
      <w:r>
        <w:t>aksar hum log celebrities ke bare mein, sports person ya phir kuch bhi agar koi masla hota hai to fatwa ekdam saamne aa jata hai aur log kehte hain ki yeh kaisa mazhab hai ki har cheez ke liye fatwa hai. to yeh fatwe ki sachai kya hai? iske bare mein bhi aap hum sabko bataein. yeh to fatwa nahi hai, fatwabaazi hai. fatwabaazi hai. ji. to fatwa ke maane hote hain opinion.</w:t>
      </w:r>
    </w:p>
    <w:p>
      <w:pPr>
        <w:jc w:val="right"/>
      </w:pPr>
      <w:r>
        <w:t>अक्सर हम लोग celebrities के बारे में, sports person या फिर कुछ भी अगर कोई मसला होता है तो फत्वा एकदम सामने आ जाता है और लोग कहते हैं कि यह कैसा मज़हब है कि हर चीज़ के लिए फत्वा है. तो यह फत्वे की सच्चाई क्या है? इसके बारे में भी आप हम सबको बताएं. यह तो फत्वा नहीं है, फत्वाबाज़ी है. फत्वाबाज़ी है. जी. तो फत्वा के माने होते हैं opinion.</w:t>
      </w:r>
    </w:p>
    <w:p>
      <w:r>
        <w:rPr>
          <w:b/>
        </w:rPr>
        <w:t xml:space="preserve">[36:09] </w:t>
      </w:r>
      <w:r>
        <w:t>matlab hamein hamare paas koi sawal hai aur hum uska shariyat ke mutabiq uska jawab janna chahte hain to hum kisi aalim ke paas jaate hain. to wo hamein shariyat ke mutabiq hamein batata hai uska kya jawab hai.</w:t>
      </w:r>
    </w:p>
    <w:p>
      <w:pPr>
        <w:jc w:val="right"/>
      </w:pPr>
      <w:r>
        <w:t>मतलब हमें हमारे पास कोई सवाल है और हम उसका शरीयत के मुताबिक उसका जवाब जानना चाहते हैं तो हम किसी आलिम के पास जाते हैं. तो वह हमें शरियत के मुताबिक हमें बताता है उसका क्या जवाब है.</w:t>
      </w:r>
    </w:p>
    <w:p>
      <w:r>
        <w:rPr>
          <w:b/>
        </w:rPr>
        <w:t xml:space="preserve">[36:25] </w:t>
      </w:r>
      <w:r>
        <w:t>lekin aajkal kya ho raha hai ki log jo hain third party sawal puchti hai aur wo jawab aata hai fatwa ke shakal mein wo phir media mein aata hai aur wo jis jiska sawal hai usko pata hi nahi. wo ek baar wo sania mirza ke liye aaya tha na. ji ji ji. to usne kaha ki koi humne to sawal pucha nahi tha. hum kya dress pehenna hai? humein kya nahi pehenna hai?</w:t>
      </w:r>
    </w:p>
    <w:p>
      <w:pPr>
        <w:jc w:val="right"/>
      </w:pPr>
      <w:r>
        <w:t>लेकिन आजकल क्या हो रहा है कि लोग जो हैं third party सवाल पूछती है और वो जवाब आता है फत्वाह के शक्ल में वो फिर media में आता है और वो जिस जिसका सवाल है उसको पता ही नहीं. वो एक बार वो सानिया मिर्ज़ा के लिए आया था ना. जी जी जी. तो उसने कहा कि कोई हमने तो सवाल पुछा नहीं था. हम क्या dress पहनना है? हमें क्या नहीं पहनना है?</w:t>
      </w:r>
    </w:p>
    <w:p>
      <w:r>
        <w:rPr>
          <w:b/>
        </w:rPr>
        <w:t xml:space="preserve">[36:52] </w:t>
      </w:r>
      <w:r>
        <w:t>to fatwa wahi hai jo hum khud jaen puchne ke liye aalim se. ji ji. tabhi to hum usko jo hai apne upar apply karenge usko seriously lenge. ji. to wo asal mein log confuse kar rahe hain fatwa aur qaza mein. ji. wo hota hai qaza. qazi jaise aaj judge hota hai na waise hi pehle qazi hota tha. ji ji.</w:t>
      </w:r>
    </w:p>
    <w:p>
      <w:pPr>
        <w:jc w:val="right"/>
      </w:pPr>
      <w:r>
        <w:t>तो फतबा वही है जो हम खुद जाएं पूछने के लिए हालिम से. जी जी. तभी तो हम उसको जो है अपने ऊपर apply करेंगे उसको seriously लेंगे. जी. तो वह असल में लोग confuse कर रहे हैं फत्वाह और कज़ा में. जी. वह होता है कज़ा. काज़ी जैसे आज judge होता है ना वैसे ही पहले काज़ी होता था. जी जी.</w:t>
      </w:r>
    </w:p>
    <w:p>
      <w:r>
        <w:rPr>
          <w:b/>
        </w:rPr>
        <w:t xml:space="preserve">[37:14] </w:t>
      </w:r>
      <w:r>
        <w:t>to qazi to wo uska jo faisla deta hai ruling deta hai wo binding hoti hai aur wo usko implement kiya jata hai government ki taraf se. to wo qaza aur fatwa mein log confusion kar rahe hain. ji. is wajah se yeh sab ho raha hai. ji.</w:t>
      </w:r>
    </w:p>
    <w:p>
      <w:pPr>
        <w:jc w:val="right"/>
      </w:pPr>
      <w:r>
        <w:t>तो काज़ी तो वो उसका जो फ़ैसला देता है ruling देता है वो binding होती है और वो उसको implement किया जाता है government की तरफ से. तो वह कज़ा और फतवा में लोग confusion कर रहे हैं. जी. इस वजह से यह सब हो रहा है. जी.</w:t>
      </w:r>
    </w:p>
    <w:p>
      <w:r>
        <w:rPr>
          <w:b/>
        </w:rPr>
        <w:t xml:space="preserve">[37:37] </w:t>
      </w:r>
      <w:r>
        <w:t>aapne wo sania mirza ki baat kahi wo mujhe bhi yaad aata hai ki jo fatwa hai wo basically no mufti is allowed to issue a qaza.</w:t>
      </w:r>
    </w:p>
    <w:p>
      <w:pPr>
        <w:jc w:val="right"/>
      </w:pPr>
      <w:r>
        <w:t>आपने वह सानिया मिर्ज़ा की बात कही वह मुझे भी याद आता है कि जो फ़त कज़ा है वह basically no मुफ्ती is allowed to issue a कज़ा.</w:t>
      </w:r>
    </w:p>
    <w:p>
      <w:r>
        <w:rPr>
          <w:b/>
        </w:rPr>
        <w:t xml:space="preserve">[38:05] </w:t>
      </w:r>
      <w:r>
        <w:t>so and it is a right, it's a prerogative of a state authorized court. to yeh bahut ek important difference hai fatwa aur qaza ke bare mein. apa agla sawal lene se pehle teen comment padhna chahunga jo aaye hain aaj ke talk ko lekar.</w:t>
      </w:r>
    </w:p>
    <w:p>
      <w:pPr>
        <w:jc w:val="right"/>
      </w:pPr>
      <w:r>
        <w:t>So and it is a right, it's a prerogative of a state authorized court. तो यह बहुत एक important difference है फत्वाह और कज़ा के बारे में. आपा अगला सवाल लेने से पहले तीन comment पढ़ना चाहूंगा जो आए हैं आज के talk को लेकर.</w:t>
      </w:r>
    </w:p>
    <w:p>
      <w:r>
        <w:rPr>
          <w:b/>
        </w:rPr>
        <w:t xml:space="preserve">[38:23] </w:t>
      </w:r>
      <w:r>
        <w:t>tarikh badar sahib ne pakistan se likha hai ki most needed lecture in present times aur miss qurutulain ne phir se comment bheja srinagar se unhone likha hai maulana always emphasize on the need of ishtehaad as there are some issues people want a clarification. he went to the extent that not going for ishtehaad regularly is against the spirit of islam.</w:t>
      </w:r>
    </w:p>
    <w:p>
      <w:pPr>
        <w:jc w:val="right"/>
      </w:pPr>
      <w:r>
        <w:t>तारीख बदर साहब ने Pakistan से लिखा है कि most needed lecture in present times और miss कुरुतुलेन ने फिर से comment भेजा श्रीनगर से उन्होंने लिखा है मुलाना always emphasize on the need of इश्तेहाद as there are some issues people want a clarification. He went to the extent that not going for इश्तेहाद regularly is against the spirit of Islam.</w:t>
      </w:r>
    </w:p>
    <w:p>
      <w:r>
        <w:rPr>
          <w:b/>
        </w:rPr>
        <w:t xml:space="preserve">[38:49] </w:t>
      </w:r>
      <w:r>
        <w:t>i remember on a vital issue, maulana said that ulema are morally bound to go for ishtehaad and remove people's confusion. may his soul rest in eternal peace. doctor sanesnen khan sahib ne delhi se comment bheja, unhone likha hai ki this is a very important topic. it has cleared several misconceptions about form based islam. it will instill the true spirit of islam.</w:t>
      </w:r>
    </w:p>
    <w:p>
      <w:pPr>
        <w:jc w:val="right"/>
      </w:pPr>
      <w:r>
        <w:t>I remember on a vital issue, मुलाना said that ओलेमा are morally bound to go for इश्तेहाद and remove people's confusion. May his soul rest in eternal peace. Doctor सानेस्नेन खान साहब ने दिल्ली से comment भेजा, उन्होंने लिखा है कि this is a very important topic. It has cleared several misconceptions about form based इस्लाम. It will instill the true spirit of इस्लाम.</w:t>
      </w:r>
    </w:p>
    <w:p>
      <w:r>
        <w:rPr>
          <w:b/>
        </w:rPr>
        <w:t xml:space="preserve">[39:18] </w:t>
      </w:r>
      <w:r>
        <w:t>jaza kallah apa. to aap log bahut pasand kar rahe hain aaj ke jo sawal jawab ho rahe hain. aap agla sawal main yeh puchna chahunga ki aapne bhi zikr kiya ki pehle muhaddiseen hua karte the. to difference kya hai? muhaddis aur faqih mein iske bare mein aap bataein. yeh baad mein branch out hua. ji haan ji haan. ji ji.</w:t>
      </w:r>
    </w:p>
    <w:p>
      <w:pPr>
        <w:jc w:val="right"/>
      </w:pPr>
      <w:r>
        <w:t>जज़ा कल्लाह आपा. तो आप लोग बहुत पसंद कर रहे हैं आज के जो सवाल जवाब हो रहे हैं. आप अगला सवाल मैं यह पूछना चाहूंगा कि आपने भी ज़िक्र किया कि पहले मोहद्दसीन हुआ करते थे. तो difference क्या है? मोहद्दिस और फ़क़ी में इसके बारे में आप बताएं. यह बाद में branch out हुआ. जी हाँ जी हाँ. जी जी.</w:t>
      </w:r>
    </w:p>
    <w:p>
      <w:r>
        <w:rPr>
          <w:b/>
        </w:rPr>
        <w:t xml:space="preserve">[39:44] </w:t>
      </w:r>
      <w:r>
        <w:t>asal mein muhaddiseen wo the jo tamam hadithon ko jama karte the. jo bhi available hadishen hoti thi aur fukaha jo hai wo sirf qanooni ahkam jinmein hote the na? sirf ahkam wali hadithon ko jama karte the. ji. aur phir un ahkam wali hadithon ko jama karne ke baad wo usmein apni rai ke zariye se usko interpretation uska karte the.</w:t>
      </w:r>
    </w:p>
    <w:p>
      <w:pPr>
        <w:jc w:val="right"/>
      </w:pPr>
      <w:r>
        <w:t>असल में मोहद्देसीन वो थे जो तमाम हदीशों को जमा करते थे. जो भी available हदीशें होती थी और फोकाहा जो है वो सिर्फ कानूनी अकाम जिनमें होते थे ना? सिर्फ अकाम वाली हदीसों को जमा करते थे. जी. और फिर उन अकाम वाली हदीसों को जमा करने के बाद वो उसमें अपने राय के जरिए से उसको interpretation उसका करते थे.</w:t>
      </w:r>
    </w:p>
    <w:p>
      <w:r>
        <w:rPr>
          <w:b/>
        </w:rPr>
        <w:t xml:space="preserve">[40:11] </w:t>
      </w:r>
      <w:r>
        <w:t>aur jo ahle hadith the jinko ahle hadith kaha jaane laga tha wo apni rai ka istemal nahi karte the. wo log bahut darte the kyunki rasoolullah sallallahu alaihi wasallam ne kaha ki koi bhi galat baat kahega meri taraf se to wo apna thikana jahannum mein bana le. to wo log bahut zyada darte the ki koi baat galat na na nikal jaye. ji. to is wajah se wo as it is present karte the hadith ko.</w:t>
      </w:r>
    </w:p>
    <w:p>
      <w:pPr>
        <w:jc w:val="right"/>
      </w:pPr>
      <w:r>
        <w:t>और जो अहले हदीश थे जिनको अहले हदीश कहा जाने लगा था वो अपनी राय का इस्तेमाल नहीं करते थे. वो लोग बहुत डरते थे क्योंकि रसूल्लाह सरसुल्लम ने कहा कि कोई भी गलत बात कहेगा मेरी तरफ से तो वो अपना ठिकाना जहन्नब में बना ले. तो वो लोग बहुत ज़्यादा डरते थे कि कोई बात गलत न न निकल जाए. जी. तो इस वजह से वो as it is present करते थे हादीश को.</w:t>
      </w:r>
    </w:p>
    <w:p>
      <w:r>
        <w:rPr>
          <w:b/>
        </w:rPr>
        <w:t xml:space="preserve">[40:39] </w:t>
      </w:r>
      <w:r>
        <w:t>apni rai ka istemal nahi karte the lekin ab masla tha ki bahut tezi se futuhat ho rahi thi. naye naye log, naye naye qaumein, islam mein dakhil ho rahi thi. to masail bahut zyada the. ab log tarah tarah ke masail lekar saamne aate to jo muhaddiseen kehte the iske bare mein to hamein hadith nahi hamare paas. wo jawab nahi dete the.</w:t>
      </w:r>
    </w:p>
    <w:p>
      <w:pPr>
        <w:jc w:val="right"/>
      </w:pPr>
      <w:r>
        <w:t>अपनी राय का इस्तेमाल नहीं करते थे लेकिन अब मसला था कि बहुत तेजी से फुतुहात हो रही थी. नए नए लोग, नए नए कौमें, इस्लाम में दाखिल हो रही थी. तो मसाल बहुत ज़्यादा थे. अब लोग तरह तरह के मसाल लेकर सामने आते तो जो महोद्य सेन कहते थे इसके बारे में तो हमें हादिश नहीं हमारे पास. वो जवाब नहीं देते थे.</w:t>
      </w:r>
    </w:p>
    <w:p>
      <w:r>
        <w:rPr>
          <w:b/>
        </w:rPr>
        <w:t xml:space="preserve">[41:02] </w:t>
      </w:r>
      <w:r>
        <w:t>aur jo fukahat hai wo apne rai ka istemal karke kuch na kuch jawab banate the, dete the. to is wajah se zyada popular ho gaye jo doosri doosri qaumon mein. jahan tak arab ka sawal hai wahan to bahut sare sahaba the aur bade bade scholars the. madine mein khastor par sab log jama the.</w:t>
      </w:r>
    </w:p>
    <w:p>
      <w:pPr>
        <w:jc w:val="right"/>
      </w:pPr>
      <w:r>
        <w:t>और जो फौकाहत है वह अपने राय का इस्तेमाल करके कुछ ना कुछ जवाब बनाते थे, देते थे. तो इस वजह से ज़्यादा popular हो गए जो दूसरी दूसरी कौमों में. जहां तक अरब का सवाल है वहां तो बहुत सारे सहाबा थे और बड़े बड़े scholars थे. मदीने में खासतौर पर सब लोग जमा थे.</w:t>
      </w:r>
    </w:p>
    <w:p>
      <w:r>
        <w:rPr>
          <w:b/>
        </w:rPr>
        <w:t xml:space="preserve">[41:24] </w:t>
      </w:r>
      <w:r>
        <w:t>to wahan par to hadith bhi, hadisen bhi available thi aur doosre ki rasoolullah sallallahu alaihi wasallam ka ki practice ki jo sunnat thi wo poori tarah wahan par maujood thi. to isi liye imam malik jo the wo sirf unhi hadithon ko lete the jin par ahle madina ka ki practice rahi ho.</w:t>
      </w:r>
    </w:p>
    <w:p>
      <w:pPr>
        <w:jc w:val="right"/>
      </w:pPr>
      <w:r>
        <w:t>तो वहां पर तो हदीश भी, हदीसें भी available थी और दूसरे कि रसूल्लाह सलाह अफसोल्म का की practice की जो सुन्नत थी वह पूरी तरह वहां पर मौजूद थी. तो इसीलिए इमाम मालिक जो थे वह सिर्फ उन्हीं आदिशों को लेते थे जिन पर अहले मदीना का की practice रही हो.</w:t>
      </w:r>
    </w:p>
    <w:p>
      <w:r>
        <w:rPr>
          <w:b/>
        </w:rPr>
        <w:t xml:space="preserve">[41:50] </w:t>
      </w:r>
      <w:r>
        <w:t>to is wajah se uski bahut ahmiyat thi lekin masla yeh hua ki log doosre doosre mulkon mein ja rahe the aur wahan par unke paas hai ye sari facilities nahi thi. to is wajah se unhone rai ka zyada istemal kiya.</w:t>
      </w:r>
    </w:p>
    <w:p>
      <w:pPr>
        <w:jc w:val="right"/>
      </w:pPr>
      <w:r>
        <w:t>तो इस वजह से उसकी बहुत अहमियत थी लेकिन मसला यह हुआ कि लोग दूसरे दूसरे मुल्कों में जा रहे थे और वहां पर उनके पास है ये सारी facilities नहीं थी. तो इस वजह से उन्होंने राय का ज़्यादा इस्तेमाल किया.</w:t>
      </w:r>
    </w:p>
    <w:p>
      <w:r>
        <w:rPr>
          <w:b/>
        </w:rPr>
        <w:t xml:space="preserve">[42:09] </w:t>
      </w:r>
      <w:r>
        <w:t>ab asal masla jab pesh aaya, jab hadisen collect huin, to hadisen jab jama huin to usmein aisa maloom hua ki bahut etilafat hain. ek hi baat ko rasoolullah sallallahu alaihi wasallam ne kai tarike se kiya hai.</w:t>
      </w:r>
    </w:p>
    <w:p>
      <w:pPr>
        <w:jc w:val="right"/>
      </w:pPr>
      <w:r>
        <w:t>अब असल मसला जब पेश आया, जब हदीसें collect हुईं, तो हदीसें जब जमा हुईं तो उसमें ऐसा मालूम हुआ कि बहुत एकतलाफाद हैं. एक ही बात को रसूल्लाह सल्लाह सल्लाह ने कई तरीके से किया है.</w:t>
      </w:r>
    </w:p>
    <w:p>
      <w:r>
        <w:rPr>
          <w:b/>
        </w:rPr>
        <w:t xml:space="preserve">[42:28] </w:t>
      </w:r>
      <w:r>
        <w:t>to yeh ek talafad hai to yeh isko jah tak mahadyaseen ka masla tha, unko to jo hadith jaisi milti thi us par amal karte the aur yeh bar bar kaha gaya tha ki har saahib bhi jo hai usko hum follow karein. to har sahabi jo hai woh hadayat par hai. to jis sahabi ne jo baat batai uske followers usko maan liya karte the. to wahan koi masla paida nahi hota tha.</w:t>
      </w:r>
    </w:p>
    <w:p>
      <w:pPr>
        <w:jc w:val="right"/>
      </w:pPr>
      <w:r>
        <w:t>तो यह एक तलाफाद है तो यह इसको जहा तक महाद्यसीन का मसला था, उनको तो जो हदीज जैसी मिलती थी उस पर अमल करते थे और यह बार बार कहा गया था कि हर साहब भी जो है उसको हम follow करें. तो हर साहबी जो है वह हैदायत पर है. तो जिस साहबी ने जो बात बताई उसके followers उसको मान लिया करते थे. तो वहां कोई मसला पैदा नहीं होता था.</w:t>
      </w:r>
    </w:p>
    <w:p>
      <w:r>
        <w:rPr>
          <w:b/>
        </w:rPr>
        <w:t xml:space="preserve">[42:57] </w:t>
      </w:r>
      <w:r>
        <w:t>lekin bahar to saahibiyat naathe nahi. to bahar jo hadeesein gayeen, ab aisa hua ki kai baar hadeeson ka narration sahi nahi hua tha. kuch cheezein chhoot gayi thi. misaal ke taur par ek baar ek hadith hai ki bachche jo hain, jo bachche jo hain, jinke aabaad jo hain woh ghair muslim hain, woh jannat mein nahi jayenge.</w:t>
      </w:r>
    </w:p>
    <w:p>
      <w:pPr>
        <w:jc w:val="right"/>
      </w:pPr>
      <w:r>
        <w:t>लेकिन बाहर तो साहबियत नाथे नहीं. तो बाहर जो हदीसें गईं, अब ऐसा हुआ कि कई बार हदीसों का narration सही नहीं हुआ था. कुछ चीज़ें छूट गई थीं. मिसाल के तौर पर एक बार एक हदीस है कि बच्चे जो हैं, जो बच्चे जो हैं, जिनके आबाद जो हैं वह गैर मुस्लिम हैं, वह जन्नत में नहीं जाएंगे.</w:t>
      </w:r>
    </w:p>
    <w:p>
      <w:r>
        <w:rPr>
          <w:b/>
        </w:rPr>
        <w:t xml:space="preserve">[43:24] </w:t>
      </w:r>
      <w:r>
        <w:t>to phir aur ek hadish thi ki bachche sab jannat mein jayenge. to dono mein contradiction tha. to in sab cheezon par woh log gaurfikr karte the aur par unko investigation karte the ki aakhir kya gadbad ho gaya hai ismein. to narration mein bhi gadbad ho jata tha.</w:t>
      </w:r>
    </w:p>
    <w:p>
      <w:pPr>
        <w:jc w:val="right"/>
      </w:pPr>
      <w:r>
        <w:t>तो फिर और एक हदीश थी कि बच्चे सब जन्नत में जाएंगे. तो दोनों में contradiction था. तो इन सब चीज़ों पर वो लोग गौरफिक्र करते थे और पर उनको investigation करते थे कि आखिर क्या गड़बड़ हो गया है इसमें. तो narration में भी गड़बड़ हो जाता था.</w:t>
      </w:r>
    </w:p>
    <w:p>
      <w:r>
        <w:rPr>
          <w:b/>
        </w:rPr>
        <w:t xml:space="preserve">[43:44] </w:t>
      </w:r>
      <w:r>
        <w:t>to is tarike se, is tarike se to ek talafad par bahas karna jaise molana likha hai ki aise mamlaat par bahas karna aur ek rai par aana yeh to theek hai. lekin jo non basics matter the, jaise ibadat mein woh kabhi aamin zor se kaha, kabhi aamin dheere se kaha, kabhi jo hai niyat aise baandh li, kabhi aise baandh liya.</w:t>
      </w:r>
    </w:p>
    <w:p>
      <w:pPr>
        <w:jc w:val="right"/>
      </w:pPr>
      <w:r>
        <w:t>तो इस तरीके से, इस तरीके से तो एक तलाफाद पर बहस करना जैसे मोलाना लिखा है कि ऐसे मामलात पर बहस करना और एक राय पर आना यह तो ठीक है. लेकिन जो non basics matter थे, जैसे बादात में वो कभी आमिन ज़ोर से कहा, कभी आमिन धीरे से कहा, कभी जो है नियत ऐसे बांध ली, कभी ऐसे बांध लिया.</w:t>
      </w:r>
    </w:p>
    <w:p>
      <w:r>
        <w:rPr>
          <w:b/>
        </w:rPr>
        <w:t xml:space="preserve">[44:13] </w:t>
      </w:r>
      <w:r>
        <w:t>yeh chhoti chhoti non basics differences jo hai woh usmein argument nahi karna chahiye tha balki as it is usko maan lena chahiye the kyunki ikhtilafad jo hai woh tawassu par mahmul karna chahiye yaani usmein tawassu ke maane hain. variety ke maane mein hai.</w:t>
      </w:r>
    </w:p>
    <w:p>
      <w:pPr>
        <w:jc w:val="right"/>
      </w:pPr>
      <w:r>
        <w:t>यह छोटी छोटी non basics differences जो है वो उसमें argument नहीं करना चाहिए था बल्कि as it is उसको मान लेना चाहिए थे क्योंकि इख्तलाफाद जो है वो तवस्सों पर महमूल करना चाहिए यानी उसमें तवस्सों के माने हैं. Variety के माने में है.</w:t>
      </w:r>
    </w:p>
    <w:p>
      <w:r>
        <w:rPr>
          <w:b/>
        </w:rPr>
        <w:t xml:space="preserve">[44:42] </w:t>
      </w:r>
      <w:r>
        <w:t>matlab hai ki aise bhi kar lo to bhi hidayat par ho, waise bhi kar lo to bhi hidayat par ho. kehte hain rasoolullah sallallahu alaihi wasallam ne ek baar joota pehan ke bhi namaz padhi. ab farz kariye ki bahut sakht jaada ho raha hai aur joota utarne mein kuch nuksan ho sakta hai to uske liye bhi gunjaish thi yeh. matlab gunjaish rakhi gayi thi.</w:t>
      </w:r>
    </w:p>
    <w:p>
      <w:pPr>
        <w:jc w:val="right"/>
      </w:pPr>
      <w:r>
        <w:t>मतलब है कि ऐसे भी कर लो तो भी हिदायत पर हो, वैसे भी कर लो तो भी हिदायत पर हो. कहते हैं रसूल्लाह सल्लाह सल्लाह ने एक बार जूता पहन के भी नमाज़ पढ़ी. अब फर्ज करिए कि बहुत सख़्त जाड़ा हो रहा है और जूता उतारने में कुछ नुकसान हो सकता है तो उसके लिए भी गुंजाइश थी यह. मतलब गुंजाइश रखी गई थी.</w:t>
      </w:r>
    </w:p>
    <w:p>
      <w:r>
        <w:rPr>
          <w:b/>
        </w:rPr>
        <w:t xml:space="preserve">[45:05] </w:t>
      </w:r>
      <w:r>
        <w:t>to lekin fuqaha ki samajh mein nahi aaya ki ek hi mamlaat mein do stand kaise ho sakte hain? to unhone chaha ki sabko bahas karke us par argument forward karke ek banaya jaye. isi liye unhone bar bar us par baheshein ki aur unko jo laga ki yeh cheez theek nahi hai to us par usko unhone raje majooh ke nazar se dekha.</w:t>
      </w:r>
    </w:p>
    <w:p>
      <w:pPr>
        <w:jc w:val="right"/>
      </w:pPr>
      <w:r>
        <w:t>तो लेकिन फौकहास की समझ में नहीं आया कि एक ही मामलात में दो stand कैसे हो सकते हैं? तो उन्होंने चाहा कि सबको बहस करके उस पर argument forward करके एक बनाया जाए. इसीलिए उन्होंने बार बार उस पर बहसें की और उनको जो लगा कि यह चीज़ ठीक नहीं है तो उस पर उसको उन्होंने राजे माजूह के नज़र से देखा.</w:t>
      </w:r>
    </w:p>
    <w:p>
      <w:r>
        <w:rPr>
          <w:b/>
        </w:rPr>
        <w:t xml:space="preserve">[45:34] </w:t>
      </w:r>
      <w:r>
        <w:t>yaani unhone preference ki nazar se dekha ki is call ko prefer karenge aur us call ko prefer nahi karenge.</w:t>
      </w:r>
    </w:p>
    <w:p>
      <w:pPr>
        <w:jc w:val="right"/>
      </w:pPr>
      <w:r>
        <w:t>यानी उन्होंने preference की नज़र से देखा कि इस call को prefer करेंगे और उस call को prefer नहीं करेंगे.</w:t>
      </w:r>
    </w:p>
    <w:p>
      <w:r>
        <w:rPr>
          <w:b/>
        </w:rPr>
        <w:t xml:space="preserve">[45:44] </w:t>
      </w:r>
      <w:r>
        <w:t>to halanki tamam hadishen jo thi sunnat jo thi woh sabit shuda thi.</w:t>
      </w:r>
    </w:p>
    <w:p>
      <w:pPr>
        <w:jc w:val="right"/>
      </w:pPr>
      <w:r>
        <w:t>तो हालांकि तमाम हादिशें जो थी सुन्नत जो थी वह साबित शुदा थी.</w:t>
      </w:r>
    </w:p>
    <w:p>
      <w:r>
        <w:rPr>
          <w:b/>
        </w:rPr>
        <w:t xml:space="preserve">[45:55] </w:t>
      </w:r>
      <w:r>
        <w:t>kisi sahab ne kuch dekha ek ab kuch sahabi aaye.</w:t>
      </w:r>
    </w:p>
    <w:p>
      <w:pPr>
        <w:jc w:val="right"/>
      </w:pPr>
      <w:r>
        <w:t>किसी साहब ने कुछ देखा एक अब कुछ साहबी आए.</w:t>
      </w:r>
    </w:p>
    <w:p>
      <w:r>
        <w:rPr>
          <w:b/>
        </w:rPr>
        <w:t xml:space="preserve">[46:05] </w:t>
      </w:r>
      <w:r>
        <w:t>profit ke paas unhone dekha ek kaam karte hue to unhone waise hi jaakar report kiya.</w:t>
      </w:r>
    </w:p>
    <w:p>
      <w:pPr>
        <w:jc w:val="right"/>
      </w:pPr>
      <w:r>
        <w:t>Profit के पास उन्होंने देखा एक काम करते हुए तो उन्होंने वैसे ही जाकर report किया.</w:t>
      </w:r>
    </w:p>
    <w:p>
      <w:r>
        <w:rPr>
          <w:b/>
        </w:rPr>
        <w:t xml:space="preserve">[46:16] </w:t>
      </w:r>
      <w:r>
        <w:t>aur ek baar hazrat umar masjid mein dakhil hue to unhone nafil namaz do rakat padhi jaise namaz padhi jati hai aur ek doosre baar jab woh dakhil hue to unhone nafil namaz ek rakat padhi. ab logon ne kaha ki aapne ek rakat padhi hai to aapne kaha ki ab yeh nafila hai jisko jitna chahe pade.</w:t>
      </w:r>
    </w:p>
    <w:p>
      <w:pPr>
        <w:jc w:val="right"/>
      </w:pPr>
      <w:r>
        <w:t>और एक बार हदरत उमर मस्जिद में दाखिल हुए तो उन्होंने नफिल नमाज़ दो रक्त पढ़ी जैसे नम पढ़ी जाती है और एक दूसरे बार जब वो दाखिल हुए तो उन्होंने नफिल नमाज़ एक रक्त पढ़ी. अब लोगों ने कहा कि आपने एक रकत पड़ी है तो आपने कहा कि अब ये नफिला है जिसको जितना चाय पड़े.</w:t>
      </w:r>
    </w:p>
    <w:p>
      <w:r>
        <w:rPr>
          <w:b/>
        </w:rPr>
        <w:t xml:space="preserve">[46:38] </w:t>
      </w:r>
      <w:r>
        <w:t>to yeh woh chahte the ki bilkul ek hi tareeqa hona chahiye to thoda sa fark ho jata hai. main yeh kehti hoon jaise ab yahan par sab log baithe hue hain. har aadmi ek different post ke saath baitha hua hai.</w:t>
      </w:r>
    </w:p>
    <w:p>
      <w:pPr>
        <w:jc w:val="right"/>
      </w:pPr>
      <w:r>
        <w:t>तो ये वो चाहते थे कि बिल्कुल एक ही तरीका होना चाहिए तो थोड़ा सा फ़र्क हो जाता है. मैं यह कहती हूँ जैसे अब यहां पर सब लोग बैठे हुए हैं. हर आदमी एक different post के साथ बैठा हुआ है.</w:t>
      </w:r>
    </w:p>
    <w:p>
      <w:r>
        <w:rPr>
          <w:b/>
        </w:rPr>
        <w:t xml:space="preserve">[47:08] </w:t>
      </w:r>
      <w:r>
        <w:t>agar hum kahenge saare log ek hi tareeqe se baithe hain to kitna mushkil ho jayega? to thoda sa yeh fark jo hai yeh aasani ke liye hai. bar bar rasoolullah sallallahu alaihi wasallam ne kaha ki main aasani ke liye bheja gaya hoon. mushkil ke liye nahi. to yeh aasani ke liye yeh thode thode fark hain.</w:t>
      </w:r>
    </w:p>
    <w:p>
      <w:pPr>
        <w:jc w:val="right"/>
      </w:pPr>
      <w:r>
        <w:t>अगर हम कहेंगे सारे लोग एक ही तरीके से बैठे हैं तो कितना मुश्किल हो जाएगा? तो थोड़ा सा यह फ़र्क जो है यह आसानी के लिए है. बार बार रसूल्लाह सलाह अब्सलम ने कहा कि मैं आसानी के लिए भेजा गया हूँ. मुश्किल के लिए नहीं. तो यह आसानी के लिए यह थोड़े थोड़े फ़र्क है.</w:t>
      </w:r>
    </w:p>
    <w:p>
      <w:r>
        <w:rPr>
          <w:b/>
        </w:rPr>
        <w:t xml:space="preserve">[47:29] </w:t>
      </w:r>
      <w:r>
        <w:t>to usko fuqaha ne is baat ko nahi samjha aur unhone ek fark banane ki koshish mein kai fark bana dale aur ab jante hain ki kai feqh banane ke chakkar mein itna jhagra hua, itna jhagra hua ki woh jhagra aaj tak chala ja raha hai. haalanki jo natural religion tha usmein yeh bhi sahi woh bhi sahi.</w:t>
      </w:r>
    </w:p>
    <w:p>
      <w:pPr>
        <w:jc w:val="right"/>
      </w:pPr>
      <w:r>
        <w:t>तो उसको फौकहा ने इस बात को नहीं समझा और उन्होंने एक फ़र्क बनाने की कोशिश में कई फ़र्क बना डाले और अब जानते हैं कि कई फेख बनाने के चक्कर में इतना झगड़ा हुआ, इतना झगड़ा हुआ कि वह झगड़ा आज तक चला जा रहा है. हालांकि जो natural religion था उसमें यह भी सही वह भी सही.</w:t>
      </w:r>
    </w:p>
    <w:p>
      <w:r>
        <w:rPr>
          <w:b/>
        </w:rPr>
        <w:t xml:space="preserve">[47:53] </w:t>
      </w:r>
      <w:r>
        <w:t>to bar bar kaha gaya tha ki har sahabi ki jo hadayat mil rahi hai tumse woh sab sahi hai. kyunki sahabi sabke sab hadayati aata hai. to lekin aaj aap kisi ke saamne wudu banayein, aap kisi ke saamne namaz padhein to woh kahega yeh theek nahi hai, woh theek nahi hai. usmein yeh kami ho gayi, usmein woh kami ho gayi. ab masla karenge to kahenge poora baal nahi bheega hai, mazood hua nahi.</w:t>
      </w:r>
    </w:p>
    <w:p>
      <w:pPr>
        <w:jc w:val="right"/>
      </w:pPr>
      <w:r>
        <w:t>तो बार बार कहा गया था कि हर साहाबिक की जो हैदायत मिल रही है तुमसे वह सब सही है. क्योंकि साहाबिक सबके सब हैदायती आपता है. तो लेकिन आज आप किसी के सामने बदू बनाएं, आप किसी के सामने नमाज़ पढ़ें तो वह कहेगा यह ठीक नहीं है, वह ठीक नहीं है. उसमें यह कमी हो गई, उसमें वह कमी हो गई. अब मसला करेंगे तो कहेंगे पूरा बाल नहीं भीगा है, मज़ूद हुआ नहीं.</w:t>
      </w:r>
    </w:p>
    <w:p>
      <w:r>
        <w:rPr>
          <w:b/>
        </w:rPr>
        <w:t xml:space="preserve">[48:18] </w:t>
      </w:r>
      <w:r>
        <w:t>to in logon ne jo fuqaha the unhone form based religion logon ke saamne pesh kiya. to form ko bilkul theek theek woh karna chaah rahe the. jabki asal jo ibadat mein jo asal baat hai dekhne ki woh uski haqeeqat hai, uski spirit hai, khodasi taalluq hai. ek baar rasoolullah sallallahu alaihi wasallam ke masjid nabwi mein baithe hue the.</w:t>
      </w:r>
    </w:p>
    <w:p>
      <w:pPr>
        <w:jc w:val="right"/>
      </w:pPr>
      <w:r>
        <w:t>तो इन लोगों ने जो फौकहा थे उन्होंने farm based religion लोगों के सामने पेश किया. तो farm को बिल्कुल ठीक ठीक वो करना चाह रहे थे. जबकि असल जो ये बादात में जो असल बात है देखने की वो उसकी हकीकत है, उसकी spirit है, खोदासी ताल्लुक है. एक बार रसूल्लाह सस्लम के मस्जिद नब्बी में बैठे हुए थे.</w:t>
      </w:r>
    </w:p>
    <w:p>
      <w:r>
        <w:rPr>
          <w:b/>
        </w:rPr>
        <w:t xml:space="preserve">[48:46] </w:t>
      </w:r>
      <w:r>
        <w:t>to ek aadmi aaya, ek sahabi aaye, unhone jaake namaz padhi to woh shayad jaldi jaldi namaz padh liya hoga. usko jis tareeqe se khush hue khushon ke saath namaz padhni chahiye woh nahi hui to aapne kaha jaake dobara namaz padho. to aapne yeh nahi kaha ki dekho tum zahiri cheezon par aapne zor nahi diya. zahiri cheezon par aap kabhi zor nahi dete the. yahan tak ke haj ke mauke par pehla haj log kar rahe the to bahut saare, haj mein bahut saare arkaan hote hain.</w:t>
      </w:r>
    </w:p>
    <w:p>
      <w:pPr>
        <w:jc w:val="right"/>
      </w:pPr>
      <w:r>
        <w:t>तो एक आदमी आया, एक सहाबी आए, उन्होंने जाके नमाज़ पढ़ी तो वो शायद जल्दी जल्दी नमाज़ पढ़ लिया होगा. उसको जिस तरीके से खुश हुए खुशों के साथ नमाज़ पढ़नी चाहिए वो नहीं हुई तो आपने कहा जाके दोबारा नमाज़ पढ़ो. तो आपने ये नहीं कहा कि देखो तुम ज़ाहिरी चीज़ों पर आपने ज़ोर नहीं दिया. ज़ाहिरी चीज़ों पर आप कभी ज़ोर नहीं देते थे. यहां तक के हज के मौके पर पहला हज लोग कर रहे थे तो बहुत सारे, हज में बहुत सारे अरकान होते हैं.</w:t>
      </w:r>
    </w:p>
    <w:p>
      <w:r>
        <w:rPr>
          <w:b/>
        </w:rPr>
        <w:t xml:space="preserve">[49:16] </w:t>
      </w:r>
      <w:r>
        <w:t>to kuch na kuch aadmi se galti ho jati hai. to kai log aapke paas aate hain ki humne falan rukh pehle kar liya, falan taqdeem aur taakhir ki pehle kar liya woh falan baad mein kar liya. to ab kya karein? to aap kehte hain if al wala harja, if al wala harj, koi harj nahi, koi harj nahi. harj to yeh hai ki tum doosron ko beizzat karo.</w:t>
      </w:r>
    </w:p>
    <w:p>
      <w:pPr>
        <w:jc w:val="right"/>
      </w:pPr>
      <w:r>
        <w:t>तो कुछ ना कुछ आदमी से गलती हो जाती है. तो कई लोग आपके पास आते हैं कि हमने फलां रुख पहले कर लिया, फलां तकदीम और ताख़िर कि पहले कर लिया वह फलाम बाद में कर लिया. तो अब क्या करें? तो आप कहते हैं if अल वाला हरजा, if अल वाला हरज, कोई हरज नहीं, कोई हरज नहीं. हरज तो यह है कि तुम दूसरों को बेइज़्ज़त करो.</w:t>
      </w:r>
    </w:p>
    <w:p>
      <w:r>
        <w:rPr>
          <w:b/>
        </w:rPr>
        <w:t xml:space="preserve">[49:43] </w:t>
      </w:r>
      <w:r>
        <w:t>to wahan spirit dekhi jati thi. aaj spirit nahi dekhi jati form dekha jata hai. ab form to kuch nahi hai. form to acceptable hi nahi hai khuda ke yahan. khuda ke yahan spirit acceptable hai. kitne log namaz padhenge aur namaz khuda ke yahan phenk di jayegi. kyunki usmein spirit nahi hogi.</w:t>
      </w:r>
    </w:p>
    <w:p>
      <w:pPr>
        <w:jc w:val="right"/>
      </w:pPr>
      <w:r>
        <w:t>तो वहां spirit देखी जाती थी. आज spirit नहीं देखी जाती farm देखा जाता है. अब farm तो कुछ नहीं है. Farm तो acceptable ही नहीं है खुदा के यहां. खुदा के यहां spirit acceptable है. कितने लोग नमाज़ पढ़ेंगे और नमाज़ खुदा के यहां फ़ेंक दी जाएगी. क्योंकि उसमें spirit नहीं होगी.</w:t>
      </w:r>
    </w:p>
    <w:p>
      <w:r>
        <w:rPr>
          <w:b/>
        </w:rPr>
        <w:t xml:space="preserve">[50:05] </w:t>
      </w:r>
      <w:r>
        <w:t>to yeh sab cheezein jo baad mein develop hui hai yeh hadith ki sunnat ki spirit ke mutabiq nahi hai. bahut important baatein aap bataiye aapne jaza kalla. form important nahi hai, spirit asal hai. yeh ek bahut bahut ahum baat hai. hum sabko yeh jaanni hai aur isko zindagi mein isko utarni bhi hai.</w:t>
      </w:r>
    </w:p>
    <w:p>
      <w:pPr>
        <w:jc w:val="right"/>
      </w:pPr>
      <w:r>
        <w:t>तो यह सब चीज़ें जो बाद में develop हुई है यह हदीस की सुन्नत की spirit के मुताबिक नहीं है. बहुत important बातें आप बताइए आपने जज़ा कल्ला. Form important नहीं है, spirit असल है. यह एक बहुत बहुत अहम् बात है. हम सबको यह जाननी है और इसको ज़िंदगी में इसको उतारनी भी है.</w:t>
      </w:r>
    </w:p>
    <w:p>
      <w:r>
        <w:rPr>
          <w:b/>
        </w:rPr>
        <w:t xml:space="preserve">[50:28] </w:t>
      </w:r>
      <w:r>
        <w:t>apa Sartaj, Siddiqui sahab ne Jintur se jo yeh program dekh rahe unhone likha hai mashallah very knowledgeable and insightful session. Anas Abdullah sahab ne likha hai ki yeh question answer session bahut important hai. CPS ko inki short clips banakar YouTube aur Facebook par upload karni chahiye. aaj ki generation ke liye bahut helpful hoga.</w:t>
      </w:r>
    </w:p>
    <w:p>
      <w:pPr>
        <w:jc w:val="right"/>
      </w:pPr>
      <w:r>
        <w:t>आपा सर्ताज, सिद्दीगी साहब ने जिन्तुर से जो यह program देख रहे उन्होंने लिखा है माशालाह very knowledgeable and insightful session. अनस अब्दुल्लाह साहब ने लिखा है कि यह question answer session बहुत important है. CPS को इनकी short clips बनाकर YouTube और Facebook पर upload करनी चाहिए. आज की generation के लिए बहुत helpful होगा.</w:t>
      </w:r>
    </w:p>
    <w:p>
      <w:r>
        <w:rPr>
          <w:b/>
        </w:rPr>
        <w:t xml:space="preserve">[50:53] </w:t>
      </w:r>
      <w:r>
        <w:t>jaza kalla Anas sahab hum zaroor is par discuss bhi karenge aur is par inshallah chhoti clips daal ke YouTube mein bhi daalenge taaki aap zyada se zyada log logon ke saath usko share kar sakein jaza kalla. aap aap ek jo discussion hai yeh bhi aksar bahut rehta hai yeh abrogated verses ko lekar. to isko bhi aap wazeh karein. Maulana Wahiduddin Khan sahab ka kya view tha abrogated verses ko lekar?</w:t>
      </w:r>
    </w:p>
    <w:p>
      <w:pPr>
        <w:jc w:val="right"/>
      </w:pPr>
      <w:r>
        <w:t>जज़ा कल्ला अनस साहब हम ज़रूर इस पर discuss भी करेंगे और इस पर इन्शालाह छोटी clips डाल के YouTube में भी डालेंगे ताकि आप ज़्यादा से ज़्यादा लोग लोगों के साथ उसको share कर सकें जज़ा कल्ला. आप आप एक जो discussion है यह भी अक्सर बहुत रहता है यह abrogated verses को लेकर. तो इसको भी आप वाज़े करें. मुलाना वेदुद्दीन खान साहब का क्या view था abrogated verses को लेकर?</w:t>
      </w:r>
    </w:p>
    <w:p>
      <w:r>
        <w:rPr>
          <w:b/>
        </w:rPr>
        <w:t xml:space="preserve">[51:21] </w:t>
      </w:r>
      <w:r>
        <w:t>iske baare mein aap hum sabko zaroor batayein. haan, Quran mein kuch verses hain jinko mansookh kaha jata hai aur kuch doosri verses hain ki woh nasikh hain. unhone falan verse ko mansookh kar diya hai. misaal ke tor par sharab wali verse. sharab teen stages mein woh haram karar di gayi.</w:t>
      </w:r>
    </w:p>
    <w:p>
      <w:pPr>
        <w:jc w:val="right"/>
      </w:pPr>
      <w:r>
        <w:t>इसके बारे में आप हम सबको ज़रूर बताएं. हाँ, कुरान में कुछ verses हैं जिनको मंसूख कहा जाता है और कुछ दूसरी verses हैं कि वो नासिख हैं. उन्होंने फलां वर्ष को मंसूख कर दिया है. मिसाल के तौर पर शराब वाली वर्ष. शराब तीन stages में वह हराम करार दी गई.</w:t>
      </w:r>
    </w:p>
    <w:p>
      <w:r>
        <w:rPr>
          <w:b/>
        </w:rPr>
        <w:t xml:space="preserve">[51:47] </w:t>
      </w:r>
      <w:r>
        <w:t>pehla stage mein to kaha gaya ki sharab achhi cheez nahi hai aur doosre stage mein kaha gaya ki sharab peekar namaz ke qareeb mat aao. teesre stage mein usko haram kara diya gaya. to log samajhte hain ki pehle do jo verses hain woh mansookh ho gayi hain. matlab ab hamare liye uska applicable nahi hai.</w:t>
      </w:r>
    </w:p>
    <w:p>
      <w:pPr>
        <w:jc w:val="right"/>
      </w:pPr>
      <w:r>
        <w:t>पहले stage में तो कहा गया कि शराब अच्छी चीज़ नहीं है और दूसरे stage में कहा गया कि शराब पीकर नमाज़ के करीब मत आओ. तीसरे stage में उसको हराम करा दिया गया. तो लोग समझते हैं कि पहले दो जो verses हैं वो मंसूख हो गई हैं. मतलब अब हमारे लिए उसका applicable नहीं है.</w:t>
      </w:r>
    </w:p>
    <w:p>
      <w:r>
        <w:rPr>
          <w:b/>
        </w:rPr>
        <w:t xml:space="preserve">[52:11] </w:t>
      </w:r>
      <w:r>
        <w:t>to jo Maulana sahab kehte hain ki woh koi bhi verse Quran ki hamesha ke liye mansookh nahi hui hai. balki pending mein woh rahegi. jaise halaat rahenge waise hi woh apply karegi. phir misaal ke taur par ek aisi society hai jahan bahut zyada sharab pi jati hai to achanak woh log chhod nahi paate hain to wahan par pehli wali verse apply ki jayegi.</w:t>
      </w:r>
    </w:p>
    <w:p>
      <w:pPr>
        <w:jc w:val="right"/>
      </w:pPr>
      <w:r>
        <w:t>तो जो मोराना साहब कहते हैं कि वो कोई भी verse कुरान की हमेशा के लिए मनसूफ नहीं हुई है. बल्कि pending में वो रहेगी. जैसे हालात रहेंगे वैसे ही वो apply करेगी. फिर मिसाल के तौर पर एक ऐसी society है जहां बहुत ज़्यादा शराब पी जाती है तो अचानक वो लोग छोड़ नहीं पाते हैं तो वहां पर पहली वाली verse apply की जाएगी.</w:t>
      </w:r>
    </w:p>
    <w:p>
      <w:r>
        <w:rPr>
          <w:b/>
        </w:rPr>
        <w:t xml:space="preserve">[52:40] </w:t>
      </w:r>
      <w:r>
        <w:t>phir thoda unki haalat aur behtar ho jayegi to doosri wali verse apply karegi. phir uske baad teesri wali verse finally apply karegi. to isi tarike se aur bahut sari cheezein hain jo halaat ke hisab se condition aur situation ke hisab se apply hoti hai. to Quran ki koi bhi verse aur ana ke nazdeek mansookh nahi hai. ji. ji.</w:t>
      </w:r>
    </w:p>
    <w:p>
      <w:pPr>
        <w:jc w:val="right"/>
      </w:pPr>
      <w:r>
        <w:t>फिर थोड़ा उनकी हालत और बेहतर हो जाएगी तो दूसरी वाली verse apply करेगी. फिर उसके बाद तीसरी वाली वर्ष finally apply करेगी. तो इसी तरीके से और बहुत सारी चीज़ें हैं जो हालात के हिसाब से condition और situation के हिसाब से apply होती है. तो कुरान की कोई भी वर्ष और आना के नज़दीक मंसूख नहीं है. जी. जी.</w:t>
      </w:r>
    </w:p>
    <w:p>
      <w:r>
        <w:rPr>
          <w:b/>
        </w:rPr>
        <w:t xml:space="preserve">[53:07] </w:t>
      </w:r>
      <w:r>
        <w:t>Anas Abdullah sahab ne ek comment bheja hai apa, unhone likha hai aapne bahut hi mahatvapurna binduon par prakash dala. is prakar ke samvad samay ki avashyakta hai. iske madhyam se Bharat wasiyon evam sampoorn vishva ka vastavik Islam samajhne mein bahut sahayata milegi. malik aapki koshish ko kabool farmayein. aap ab Maulana Wahiduddin Khan sahab ki hawale se hi aap cheezon ko wazeh kar rahe hain.</w:t>
      </w:r>
    </w:p>
    <w:p>
      <w:pPr>
        <w:jc w:val="right"/>
      </w:pPr>
      <w:r>
        <w:t>अना सब्दुल्ला साहब ने एक comment भेजा है आपा, उन्होंने लिखा है आपने बहुत ही महत्वपूर्ण बिंदुओं पर प्रकाश डाला. इस प्रकार के संवाद समय की आवश्यकता है. इसके माध्यम से भारत वासियों एवं संपूर्ण विश्व का वास्तविक इस्लाम समझने में बहुत सहायता मिलेगी. मालिक आपकी कोशिश को कबूल फरमाएं. आप अब मुलाना वैदुद्दीन खान साहब की हवाले से ही आप चीज़ों को वाज़े कर रहे हैं.</w:t>
      </w:r>
    </w:p>
    <w:p>
      <w:r>
        <w:rPr>
          <w:b/>
        </w:rPr>
        <w:t xml:space="preserve">[53:37] </w:t>
      </w:r>
      <w:r>
        <w:t>ek aur yeh aakhri sawal hai. aap yeh bhi batayein ke fiqhi difference ko lekar woh kya kaha karte the? kya likha hai unhone? kya bataya hai? isko bhi aap hum sabko batayein. haan, thoda sa main yeh bata doon ke ikhtilaf ki wajah kya thi? ji. toh uske baad woh phir maulana ka batayenge. ji ji zaroor zaroor.</w:t>
      </w:r>
    </w:p>
    <w:p>
      <w:pPr>
        <w:jc w:val="right"/>
      </w:pPr>
      <w:r>
        <w:t>एक और यह आखिरी सवाल है. आप यह भी बताएं कि फिकी difference को लेकर वह क्या कहा करते थे? क्या लिखा है उन्होंने? क्या बताया है? इसको भी आप हम सबको बताएं. हां, थोड़ा सा मैं यह बता दूं कि इख्तलाफाद की वजह क्या थी? जी. तो उसके बाद वह फिर मौराना का बताएंगे. जी जी ज़रूर ज़रूर.</w:t>
      </w:r>
    </w:p>
    <w:p>
      <w:r>
        <w:rPr>
          <w:b/>
        </w:rPr>
        <w:t xml:space="preserve">[54:00] </w:t>
      </w:r>
      <w:r>
        <w:t>toh ikhtilafat jo hai woh baad mein develop hue kyunke pehle toh har sahabi jahan bhi rehta tha uske usi se log aate the masla poochne ke liye koi bhi baat hoti thi aur jo woh kehta tha usko maan liya karte the. ab saari hadeeshein toh saamne thi nahi. toh yeh toh baad mein hua ke jab saari hadeeshein saamne aayi toh ikhtilafat saamne aaye.</w:t>
      </w:r>
    </w:p>
    <w:p>
      <w:pPr>
        <w:jc w:val="right"/>
      </w:pPr>
      <w:r>
        <w:t>तो इखतलाफात जो है वो बाद में develop हुए क्योंकि पहले तो हर साहबी जहां भी रहता था उसके उसी से लोग आते थे मसला पूछने के लिए कोई भी बात होती थी और जो वो कहता था उसको मान लिया करते थे. अब सारी हदीशें तो सामने थी नहीं. तो ये तो बाद में हुआ कि जब सारी हदीशें सामने आई तो एक तलाफात सामने आए.</w:t>
      </w:r>
    </w:p>
    <w:p>
      <w:r>
        <w:rPr>
          <w:b/>
        </w:rPr>
        <w:t xml:space="preserve">[54:30] </w:t>
      </w:r>
      <w:r>
        <w:t>toh misaal ke taur par tahajjud ki namaz hai. ab log kehte hain ke uski rakatein jo hain, log kehte hain bees rak'at hai. toh aapne kabhi do rak'at bhi padhi hai aur bees rak'at bhi padhi hai. ji. toh ismein koi aisa nahi hai kyunke namaz toh asal jo hota hai na woh kitna khuda se talluq usmein yahan paida hua. toh log ek ek waqt raat raat bhar us par sochte rehte the.</w:t>
      </w:r>
    </w:p>
    <w:p>
      <w:pPr>
        <w:jc w:val="right"/>
      </w:pPr>
      <w:r>
        <w:t>तो मिसाल के तौर पर तहज्जुद की नमाज़ है. अब लोग कहते हैं कि उसकी रक्तें जो हैं, लोग कहते हैं बीस रक्त है. तो आपने कभी दो रकत भी पढ़ी है और बीस रकत भी पढ़ी है. जी. तो इसमें कोई ऐसा नहीं है क्योंकि नमाज़ तो असल जो होता है ना वह कितना होदा से तल्लोक उसमें यहां पैदा हुआ. तो लोग एक एक वर्ष रात रात भर उस पर सोचते रहते थे.</w:t>
      </w:r>
    </w:p>
    <w:p>
      <w:r>
        <w:rPr>
          <w:b/>
        </w:rPr>
        <w:t xml:space="preserve">[54:59] </w:t>
      </w:r>
      <w:r>
        <w:t>toh woh agar form ko le toh phir rak'at jo hai important ho jaati hai. lekin agar spirit ko le toh rak'at important nahi hoti hamara khuda se kya talluq bana, kya connection bana, woh important hota hai. toh wahi namaz kabhi aap mukhtasar bhi padhte the, kabhi tak bhi bhi padhte the. toh wahi jo abhi baat hui thi ke ikhtilafat jo hai na, juziyat mein hai, jisko non basics.</w:t>
      </w:r>
    </w:p>
    <w:p>
      <w:pPr>
        <w:jc w:val="right"/>
      </w:pPr>
      <w:r>
        <w:t>तो वह अगर farm को ले तो फिर रक्त जो है important हो जाती है. लेकिन अगर spirit को ले तो रक्त important नहीं होती हमारा खुदा से क्या ताल्लोक बना, क्या connection बना, वह important होता है. तो वही नमाज़ कभी आप मुख्तसर भी पढ़ते थे, कभी तक भी भी पढ़ते थे. तो वही जो अभी बात हुई थी कि एक तलाफात जो है ना, जुजियाद में है, जिसको non basics.</w:t>
      </w:r>
    </w:p>
    <w:p>
      <w:r>
        <w:rPr>
          <w:b/>
        </w:rPr>
        <w:t xml:space="preserve">[55:26] </w:t>
      </w:r>
      <w:r>
        <w:t>to chhoti chhoti baaton mein ek talaaf hota hai.</w:t>
      </w:r>
    </w:p>
    <w:p>
      <w:pPr>
        <w:jc w:val="right"/>
      </w:pPr>
      <w:r>
        <w:t>तो छोटी छोटी भातों में एक तलाफ होता है.</w:t>
      </w:r>
    </w:p>
    <w:p>
      <w:r>
        <w:rPr>
          <w:b/>
        </w:rPr>
        <w:t xml:space="preserve">[55:31] </w:t>
      </w:r>
      <w:r>
        <w:t>musafa ek haath se karein ki do haath se karein.</w:t>
      </w:r>
    </w:p>
    <w:p>
      <w:pPr>
        <w:jc w:val="right"/>
      </w:pPr>
      <w:r>
        <w:t>मुसाफा एक हाथ से करें कि दो हाथ से करें.</w:t>
      </w:r>
    </w:p>
    <w:p>
      <w:r>
        <w:rPr>
          <w:b/>
        </w:rPr>
        <w:t xml:space="preserve">[55:36] </w:t>
      </w:r>
      <w:r>
        <w:t>ismein bhi ek talaaf hai.</w:t>
      </w:r>
    </w:p>
    <w:p>
      <w:pPr>
        <w:jc w:val="right"/>
      </w:pPr>
      <w:r>
        <w:t>इसमें भी एक तलाफ है.</w:t>
      </w:r>
    </w:p>
    <w:p>
      <w:r>
        <w:rPr>
          <w:b/>
        </w:rPr>
        <w:t xml:space="preserve">[55:41] </w:t>
      </w:r>
      <w:r>
        <w:t>hanfi kehte hain do haath se karein.</w:t>
      </w:r>
    </w:p>
    <w:p>
      <w:pPr>
        <w:jc w:val="right"/>
      </w:pPr>
      <w:r>
        <w:t>हानफी कहते हैं दो हाथ से करें.</w:t>
      </w:r>
    </w:p>
    <w:p>
      <w:r>
        <w:rPr>
          <w:b/>
        </w:rPr>
        <w:t xml:space="preserve">[55:46] </w:t>
      </w:r>
      <w:r>
        <w:t>al hadis kahte hain ek hath se karen.</w:t>
      </w:r>
    </w:p>
    <w:p>
      <w:pPr>
        <w:jc w:val="right"/>
      </w:pPr>
      <w:r>
        <w:t>अलहदीस कहते हैं एक हाथ से करें.</w:t>
      </w:r>
    </w:p>
    <w:p>
      <w:r>
        <w:rPr>
          <w:b/>
        </w:rPr>
        <w:t xml:space="preserve">[55:51] </w:t>
      </w:r>
      <w:r>
        <w:t>to baat musafan hua asal chiz to aadmi bahut hi sincerely ek dusre person ko greet kar raha ho.</w:t>
      </w:r>
    </w:p>
    <w:p>
      <w:pPr>
        <w:jc w:val="right"/>
      </w:pPr>
      <w:r>
        <w:t>तो बात मुसाफान हुआ असल चीज़ तो आदमी बहुत ही sincerely एक दूसरे person को greet कर रहा हो.</w:t>
      </w:r>
    </w:p>
    <w:p>
      <w:r>
        <w:rPr>
          <w:b/>
        </w:rPr>
        <w:t xml:space="preserve">[55:56] </w:t>
      </w:r>
      <w:r>
        <w:t>yah asal hai. bilkul hai.</w:t>
      </w:r>
    </w:p>
    <w:p>
      <w:pPr>
        <w:jc w:val="right"/>
      </w:pPr>
      <w:r>
        <w:t>यह असल है. बिल्कुल है.</w:t>
      </w:r>
    </w:p>
    <w:p>
      <w:r>
        <w:rPr>
          <w:b/>
        </w:rPr>
        <w:t xml:space="preserve">[56:01] </w:t>
      </w:r>
      <w:r>
        <w:t>na ki ek hath se kar raha hai ki do hath se kar raha hai.</w:t>
      </w:r>
    </w:p>
    <w:p>
      <w:pPr>
        <w:jc w:val="right"/>
      </w:pPr>
      <w:r>
        <w:t>ना कि एक हाथ से कर रहा है कि दो हाथ से कर रहा है.</w:t>
      </w:r>
    </w:p>
    <w:p>
      <w:r>
        <w:rPr>
          <w:b/>
        </w:rPr>
        <w:t xml:space="preserve">[56:06] </w:t>
      </w:r>
      <w:r>
        <w:t>to hanfi jo hai ab jaise do namaz ko ikattha nahin karte.</w:t>
      </w:r>
    </w:p>
    <w:p>
      <w:pPr>
        <w:jc w:val="right"/>
      </w:pPr>
      <w:r>
        <w:t>तो हनफी जो है अब जैसे दो नमाज़ को इकट्ठा नहीं करते.</w:t>
      </w:r>
    </w:p>
    <w:p>
      <w:r>
        <w:rPr>
          <w:b/>
        </w:rPr>
        <w:t xml:space="preserve">[56:11] </w:t>
      </w:r>
      <w:r>
        <w:t>toh jama bain salatan jo hai woh sirf hajj aur safar ke dauran karte hain. toh yahi sab hai ke agar yeh jo ikhtilafat the woh ummat ke liye gunjaish rakhi gayi thi. ji. ke jaise halaat ho uske mutabiq woh kaam kar le. lekin fuqaha ne is gunjaish ko khatam kar diya.</w:t>
      </w:r>
    </w:p>
    <w:p>
      <w:pPr>
        <w:jc w:val="right"/>
      </w:pPr>
      <w:r>
        <w:t>तो जमा बयानज़ सलातन जो है वो सिर्फ हज और सफर के दौरान करते हैं. तो यही सब है कि अगर यह जो एक तलाफाद थे वह उम्मत के लिए गुंजाइश रखी गई थी. जी. कि जैसे हालात हो उसके मुताबिक वह काम कर ले. लेकिन खुफौखान ने इस गुंजाइश को खत्म कर दिया.</w:t>
      </w:r>
    </w:p>
    <w:p>
      <w:r>
        <w:rPr>
          <w:b/>
        </w:rPr>
        <w:t xml:space="preserve">[56:38] </w:t>
      </w:r>
      <w:r>
        <w:t>ab ek misal aapko deti hoon ek talaaf ki ki ek bar rasulullah sallalah aur sallalah madine mein</w:t>
      </w:r>
    </w:p>
    <w:p>
      <w:pPr>
        <w:jc w:val="right"/>
      </w:pPr>
      <w:r>
        <w:t>अब एक मिसाल आपको देती हूं एक तलाफ की कि एक बार रसूल्लाह सल्लाह और सल्लाह मदीने में</w:t>
      </w:r>
    </w:p>
    <w:p>
      <w:r>
        <w:rPr>
          <w:b/>
        </w:rPr>
        <w:t xml:space="preserve">[56:45] </w:t>
      </w:r>
      <w:r>
        <w:t>baithe hue the to ek yahudi ka janaza guzar raha tha.</w:t>
      </w:r>
    </w:p>
    <w:p>
      <w:pPr>
        <w:jc w:val="right"/>
      </w:pPr>
      <w:r>
        <w:t>बैठे हुए थे तो एक यहूदी का जनाधा गुज़र रहा था.</w:t>
      </w:r>
    </w:p>
    <w:p>
      <w:r>
        <w:rPr>
          <w:b/>
        </w:rPr>
        <w:t xml:space="preserve">[56:52] </w:t>
      </w:r>
      <w:r>
        <w:t>to aap khade ho gae.</w:t>
      </w:r>
    </w:p>
    <w:p>
      <w:pPr>
        <w:jc w:val="right"/>
      </w:pPr>
      <w:r>
        <w:t>तो आप खड़े हो गए.</w:t>
      </w:r>
    </w:p>
    <w:p>
      <w:r>
        <w:rPr>
          <w:b/>
        </w:rPr>
        <w:t xml:space="preserve">[56:59] </w:t>
      </w:r>
      <w:r>
        <w:t>to ab is tarah ke talaaf hota hai.</w:t>
      </w:r>
    </w:p>
    <w:p>
      <w:pPr>
        <w:jc w:val="right"/>
      </w:pPr>
      <w:r>
        <w:t>तो अब इस तरह के तलाफ होता है.</w:t>
      </w:r>
    </w:p>
    <w:p>
      <w:r>
        <w:rPr>
          <w:b/>
        </w:rPr>
        <w:t xml:space="preserve">[57:06] </w:t>
      </w:r>
      <w:r>
        <w:t>koi kah raha hai ki sath mein farishta tha isliye aap khade ho gae.</w:t>
      </w:r>
    </w:p>
    <w:p>
      <w:pPr>
        <w:jc w:val="right"/>
      </w:pPr>
      <w:r>
        <w:t>कोई कह रहा है कि साथ में फरिश्ता था इसलिए आप खड़े हो गए.</w:t>
      </w:r>
    </w:p>
    <w:p>
      <w:r>
        <w:rPr>
          <w:b/>
        </w:rPr>
        <w:t xml:space="preserve">[57:13] </w:t>
      </w:r>
      <w:r>
        <w:t>koi kah raha hai ki vah jo mahak vaikh hoti hai dhoni honi dalte hain.</w:t>
      </w:r>
    </w:p>
    <w:p>
      <w:pPr>
        <w:jc w:val="right"/>
      </w:pPr>
      <w:r>
        <w:t>कोई कह रहा है कि वह जो महक वैक होती है धोनी होनी डालते हैं.</w:t>
      </w:r>
    </w:p>
    <w:p>
      <w:r>
        <w:rPr>
          <w:b/>
        </w:rPr>
        <w:t xml:space="preserve">[57:20] </w:t>
      </w:r>
      <w:r>
        <w:t>aur aap khade ho gaye. toh aapne kaha alaisa nafsan? was he not a human being? ji. toh yeh nahi dekha balki har aadmi apni apni rai ka istemal kar raha hai. toh is tarike se aap soch sakte hain ke ab aaj pandrah sau saal mein kitne zyada haq ikhtilafat ho gaye hain. toh humko chahiye ke hum log wapas jayein aur wahan se dobara ek nayi spirit ke saath deen ko seekhein.</w:t>
      </w:r>
    </w:p>
    <w:p>
      <w:pPr>
        <w:jc w:val="right"/>
      </w:pPr>
      <w:r>
        <w:t>और आप खड़े हो गए. तो आपने कहा अलैसा नफ्सन? Was he not a human being? जी. तो यह नहीं देखा बल्कि हर आदमी अपनी अपनी राय का इस्तेमाल कर रहा है. तो इस तरीके से आप सोच सकते हैं कि अब आज पंद्रह सौ साल में कितने ज़्यादा हक तलाफात हो गए हैं. तो हमको चाहिए कि हम लोग वापस जाएं और वहां से दोबारा एक नई spirit के साथ दीन को सीखें.</w:t>
      </w:r>
    </w:p>
    <w:p>
      <w:r>
        <w:rPr>
          <w:b/>
        </w:rPr>
        <w:t xml:space="preserve">[57:48] </w:t>
      </w:r>
      <w:r>
        <w:t>toh farq jo hai usko rahmat umar ibn abdul aziz ne kaha ke yeh farq jo hai rahmat hai. ji. ummat ke liye gunjaish ke liye yeh kiya gaya hai. toh isko as it is rehne diya jaye farq. lekin woh log nahi maane woh kaha unhone usko ek karne ki koshish mein sara itna paida kar diya.</w:t>
      </w:r>
    </w:p>
    <w:p>
      <w:pPr>
        <w:jc w:val="right"/>
      </w:pPr>
      <w:r>
        <w:t>तो फ़र्क जो है उसको बर्बनाएं रहमत उमर ibn अब्दुल अजीत ने कहा कि यह फ़र्क जो है बर्बनाएं रहमत है. जी. उम्मत के लिए गुंजाइश के लिए यह किया गया है. तो इसको as it is रहने दिया जाए फ़र्क. लेकिन वह लोग नहीं माने वो कहा उन्होंने उसको एक करने की कोशिश में सारा इतना पैदा कर दिया.</w:t>
      </w:r>
    </w:p>
    <w:p>
      <w:r>
        <w:rPr>
          <w:b/>
        </w:rPr>
        <w:t xml:space="preserve">[58:15] </w:t>
      </w:r>
      <w:r>
        <w:t>ab hum thoda sa batate hain ke tajdeede deen mein maulana ne is bare mein kya likha hai woh toh lambi kitab hai. ji. bahut sari usmein baatein hain toh usmein se kuch maine yahan par note kiya hai. toh is silsile mein maulana apni kitab tajdeed deen mein likhte hain. baad ke zamane mein jab ahadees jama hui toh maloom hua ke sahaba ki rawaiyat mein baaz umoor mein ittefaq hai aur baaz umoor mein ikhtilaf.</w:t>
      </w:r>
    </w:p>
    <w:p>
      <w:pPr>
        <w:jc w:val="right"/>
      </w:pPr>
      <w:r>
        <w:t>अब हम थोड़ा सा बताते हैं कि तजीदेदीन में मौलाना ने इस बारे में क्या लिखा है वह तो लंबी किताब है. जी. बहुत सारी उसमें बातें हैं तो उसमें से कुछ मैंने यहां पर note किया है. तो इस सिलसिले में मौराना अपनी किताब तजीद दीन में लिखते हैं. बाद के जमाने में जब आहादी जमा हुई तो मालूम हुआ कि सहाबा की रवायतों में बाज उमूर में इत्तेफाक़ है और बाज उमूर में एक तलाफ.</w:t>
      </w:r>
    </w:p>
    <w:p>
      <w:r>
        <w:rPr>
          <w:b/>
        </w:rPr>
        <w:t xml:space="preserve">[58:44] </w:t>
      </w:r>
      <w:r>
        <w:t>maslan panj waqt namazon ki tadad aur rakat ke bare mein tamam sahaba ka bayan ek tha. magar ismein ikhtilaf tha ke aapne aameen ahista se kahi ya buland dawaad se. ab asal cheez toh rakatein hain. panj waqt namazon ka time hai, rak'at hai. usmein koi ikhtilaf nahi tha. toh chhoti chhoti baaton mein ikhtilaf tha. ab alim ke darmiyan do garoh ho gaye.</w:t>
      </w:r>
    </w:p>
    <w:p>
      <w:pPr>
        <w:jc w:val="right"/>
      </w:pPr>
      <w:r>
        <w:t>मसलन पंज वक्ता नमाज़ों की तादाद और राकात के बारे में तमाम सहाबा का बयान एक था. मगर इसमें एक तलाफ था कि आपने आमिन आहिस्ता से कही या बुलन दावाद से. अब असल चीज़ तो रकते हैं. बंज वक्ता नमाज़ों का time है, रकत है. उसमें कोई एक तलाफ नहीं था. तो छोटी छोटी बातों में एक तलाफ था. अब अलील्म के दरमियान दो गरोह हो गए.</w:t>
      </w:r>
    </w:p>
    <w:p>
      <w:r>
        <w:rPr>
          <w:b/>
        </w:rPr>
        <w:t xml:space="preserve">[59:13] </w:t>
      </w:r>
      <w:r>
        <w:t>ek muhaddiseen ka jiska kehna tha ke jin umoor mein sahaba ki riwayatein mukhtalif hain, woh juzii umoor hain, non basics hain aur juzii umoor mein tawass diversity matlab hai. lekin fuqaha juzii umoor mein bhi yaksaniyat chahte the. lihaaza unhone in riwayaton par zabardast base ki aur yeh sabit karne ki koshish ki ke falan riwayat raaje hai.</w:t>
      </w:r>
    </w:p>
    <w:p>
      <w:pPr>
        <w:jc w:val="right"/>
      </w:pPr>
      <w:r>
        <w:t>एक मोहद्य सीन का जिसका कहना था कि जिन उम्र में सहाबा की रिवायतें मुख्तलिफ हैं, वह जूजी उम्र हैं, non basics हैं और जूजी उम्र में तवस्व diversity मतलब है. लेकिन फौकहा जोजी उम्र में भी यक्सानियत चाहते थे. लिहाजा उन्होंने इन रिवायतों पर ज़बरदस्त बैसे की और यह साबित करने की कोशिश की कि फलां रिवायत राजे है.</w:t>
      </w:r>
    </w:p>
    <w:p>
      <w:r>
        <w:rPr>
          <w:b/>
        </w:rPr>
        <w:t xml:space="preserve">[59:42] </w:t>
      </w:r>
      <w:r>
        <w:t>maslan usko preference dena hai aur baqi doosri riwayatein maujood hai. yaani falan riwayat ko preference dena chahiye aur usko usi ko accept karna chahiye. chunke hadees ke collection mein har qism ki riwayatein maujood thi isliye ek fiqh banane ki koshish mein kai fiqhein paida ho gayi. muhaddiseen ki rai ke mutabiq kisi bhi sahabi ki rai par amal kiya ja sakta hai.</w:t>
      </w:r>
    </w:p>
    <w:p>
      <w:pPr>
        <w:jc w:val="right"/>
      </w:pPr>
      <w:r>
        <w:t>मतलब उसको preference देना है और बाकी दूसरी रिवायतें मौजूद है. यानी फलां रिवायत को preference देना चाहिए और उसको उसी को accept करना चाहिए. चूंकि हदीश के collection में हर किस्म की रिवातें मौजूद थी इसलिए एक फ़्यख बनाने की कोशिश में कई फ़्यखें पैदा हो गई. मोहद्य सीन की राय के मुताबिक किसी भी सहाबी की राय पर अमल किया जा सकता है.</w:t>
      </w:r>
    </w:p>
    <w:p>
      <w:r>
        <w:rPr>
          <w:b/>
        </w:rPr>
        <w:t xml:space="preserve">[1:00:12] </w:t>
      </w:r>
      <w:r>
        <w:t>misal ke taur par zahri namaz mein ahmaam ke pichhe ghlat kaisi hai?</w:t>
      </w:r>
    </w:p>
    <w:p>
      <w:pPr>
        <w:jc w:val="right"/>
      </w:pPr>
      <w:r>
        <w:t>मिसाल के तौर पर ज़हरी नमाज़ में अहमाम के पीछे ग़लत कैसी है?</w:t>
      </w:r>
    </w:p>
    <w:p>
      <w:r>
        <w:rPr>
          <w:b/>
        </w:rPr>
        <w:t xml:space="preserve">[1:00:16] </w:t>
      </w:r>
      <w:r>
        <w:t>to yah kisi ne sawal puchha.</w:t>
      </w:r>
    </w:p>
    <w:p>
      <w:pPr>
        <w:jc w:val="right"/>
      </w:pPr>
      <w:r>
        <w:t>तो यह किसी ने सवाल पुछा.</w:t>
      </w:r>
    </w:p>
    <w:p>
      <w:r>
        <w:rPr>
          <w:b/>
        </w:rPr>
        <w:t xml:space="preserve">[1:00:20] </w:t>
      </w:r>
      <w:r>
        <w:t>to donon tarah asavi rasul mein usva hai ki aap imam ke pichhe jo aap qard bhi kar</w:t>
      </w:r>
    </w:p>
    <w:p>
      <w:pPr>
        <w:jc w:val="right"/>
      </w:pPr>
      <w:r>
        <w:t>तो दोनों तरह असावी रसूल में उसवा है कि आप इमाम के पीछे जो आप क़र्द भी कर</w:t>
      </w:r>
    </w:p>
    <w:p>
      <w:r>
        <w:rPr>
          <w:b/>
        </w:rPr>
        <w:t xml:space="preserve">[1:00:25] </w:t>
      </w:r>
      <w:r>
        <w:t>sakte hain aur nahin bhi kar sakte hain.</w:t>
      </w:r>
    </w:p>
    <w:p>
      <w:pPr>
        <w:jc w:val="right"/>
      </w:pPr>
      <w:r>
        <w:t>सकते हैं और नहीं भी कर सकते हैं.</w:t>
      </w:r>
    </w:p>
    <w:p>
      <w:r>
        <w:rPr>
          <w:b/>
        </w:rPr>
        <w:t xml:space="preserve">[1:00:29] </w:t>
      </w:r>
      <w:r>
        <w:t>lekin qard karne se imam jo padh raha hai usko disturb hota hai.</w:t>
      </w:r>
    </w:p>
    <w:p>
      <w:pPr>
        <w:jc w:val="right"/>
      </w:pPr>
      <w:r>
        <w:t>लेकिन क़र्द करने से इमाम जो पढ़ रहा है उसको disturb होता है.</w:t>
      </w:r>
    </w:p>
    <w:p>
      <w:r>
        <w:rPr>
          <w:b/>
        </w:rPr>
        <w:t xml:space="preserve">[1:00:34] </w:t>
      </w:r>
      <w:r>
        <w:t>to isliye qard se padhna behtar nahin hai.</w:t>
      </w:r>
    </w:p>
    <w:p>
      <w:pPr>
        <w:jc w:val="right"/>
      </w:pPr>
      <w:r>
        <w:t>तो इसलिए क़र्द से पढ़ना बेहतर नहीं है.</w:t>
      </w:r>
    </w:p>
    <w:p>
      <w:r>
        <w:rPr>
          <w:b/>
        </w:rPr>
        <w:t xml:space="preserve">[1:00:38] </w:t>
      </w:r>
      <w:r>
        <w:t>varna sahaba ke yahan donon mishalen milati hain.</w:t>
      </w:r>
    </w:p>
    <w:p>
      <w:pPr>
        <w:jc w:val="right"/>
      </w:pPr>
      <w:r>
        <w:t>वरना सहाबा के यहां दोनों मिशालें मिलती हैं.</w:t>
      </w:r>
    </w:p>
    <w:p>
      <w:r>
        <w:rPr>
          <w:b/>
        </w:rPr>
        <w:t xml:space="preserve">[1:00:43] </w:t>
      </w:r>
      <w:r>
        <w:t>isi liye kaha gaya tha ke har sahabi yama mein aur har sahabi ki pair bhi durust hai. lekin fuqaha ka kehna tha ke kisi masle mein do motazaad qaul ho toh lazmi taur par ek sahi hoga aur doosra galat. toh yeh unhone apne aap yeh tay kar liya ke ek sahi hai doosra galat hai. us par zyada unhone socha nahi halanke doosri rai bhi thi ke yeh gunjaish nikali gayi thi.</w:t>
      </w:r>
    </w:p>
    <w:p>
      <w:pPr>
        <w:jc w:val="right"/>
      </w:pPr>
      <w:r>
        <w:t>इसीलिए कहा गया था कि हर सहाबी यमा में और हर सहाबी की पैर भी दुरुस्त है. लेकिन फौकहा का कहना था कि किसी मसले में दो मोतज़ाद कौल हो तो लाज़मी तौर पर एक सही होगा और दूसरा गलत. तो यह उन्होंने अपने आप यह तय कर लिया कि एक सही है दूसरा गलत है. उस पर ज़्यादा उन्होंने सोचा नहीं हालांकि दूसरी राय भी थी कि यह गुंजाइश निकाली गई थी.</w:t>
      </w:r>
    </w:p>
    <w:p>
      <w:r>
        <w:rPr>
          <w:b/>
        </w:rPr>
        <w:t xml:space="preserve">[1:01:10] </w:t>
      </w:r>
      <w:r>
        <w:t>toh us gunjaish ko unhone uniformity mein tabdeel karne ki koshish ki. toh hazrat umar kabhi bismillah buland awaz se padhte kabhi nahi padhte. toh ek baar hazrat umar mimbar par khutbe ke dauran kuch quran padh rahe the toh usmein sajda ki ayat aayi.</w:t>
      </w:r>
    </w:p>
    <w:p>
      <w:pPr>
        <w:jc w:val="right"/>
      </w:pPr>
      <w:r>
        <w:t>तो उस गुंजाइश को उन्होंने uniformity में तब्दील करने की कोशिश की. तो हजरत उमर कभी बिस्मिल्लाह बुलंद आवाज़ से पढ़ते कभी नहीं पढ़ते. तो एक बार हजरत उमर member पर खुदबेक दौरान कुछ कुरान पुरान पढ़ रहे थे तो उसमें सज्दा की आयत आई.</w:t>
      </w:r>
    </w:p>
    <w:p>
      <w:r>
        <w:rPr>
          <w:b/>
        </w:rPr>
        <w:t xml:space="preserve">[1:01:35] </w:t>
      </w:r>
      <w:r>
        <w:t>to ek bar unhonne members utar kar sajda kiya aur dusri bar unhonne sajda nahin kiya.</w:t>
      </w:r>
    </w:p>
    <w:p>
      <w:pPr>
        <w:jc w:val="right"/>
      </w:pPr>
      <w:r>
        <w:t>तो एक बार उन्होंने members उतर कर सज्दा किया और दूसरी बार उन्होंने सज्दा नहीं किया.</w:t>
      </w:r>
    </w:p>
    <w:p>
      <w:r>
        <w:rPr>
          <w:b/>
        </w:rPr>
        <w:t xml:space="preserve">[1:01:40] </w:t>
      </w:r>
      <w:r>
        <w:t>to jab unhonne sajda karte the to dusre log bhi sajda karte the.</w:t>
      </w:r>
    </w:p>
    <w:p>
      <w:pPr>
        <w:jc w:val="right"/>
      </w:pPr>
      <w:r>
        <w:t>तो जब उन्होंने सज्दा करते थे तो दूसरे लोग भी सज्दा करते थे.</w:t>
      </w:r>
    </w:p>
    <w:p>
      <w:r>
        <w:rPr>
          <w:b/>
        </w:rPr>
        <w:t xml:space="preserve">[1:01:45] </w:t>
      </w:r>
      <w:r>
        <w:t>to puchha ki aapne is bar sajda nahin kiya to aapne baithe raho matlab.</w:t>
      </w:r>
    </w:p>
    <w:p>
      <w:pPr>
        <w:jc w:val="right"/>
      </w:pPr>
      <w:r>
        <w:t>तो पुछा कि आपने इस बार सज्दा नहीं किया तो आपने बैठे रहो मतलब.</w:t>
      </w:r>
    </w:p>
    <w:p>
      <w:r>
        <w:rPr>
          <w:b/>
        </w:rPr>
        <w:t xml:space="preserve">[1:01:50] </w:t>
      </w:r>
      <w:r>
        <w:t>vah to usmein bhi gunjaish kabhi aisa mauka ho sakta hai ki sajda karne ka koi jagah na</w:t>
      </w:r>
    </w:p>
    <w:p>
      <w:pPr>
        <w:jc w:val="right"/>
      </w:pPr>
      <w:r>
        <w:t>वह तो उसमें भी गुंजाइश कभी ऐसा मौका हो सकता है कि सज्दा करने का कोई जगह ना</w:t>
      </w:r>
    </w:p>
    <w:p>
      <w:r>
        <w:rPr>
          <w:b/>
        </w:rPr>
        <w:t xml:space="preserve">[1:01:55] </w:t>
      </w:r>
      <w:r>
        <w:t>ho, koi bhi baat ho sakti hai to usmein bhi gunjaish.</w:t>
      </w:r>
    </w:p>
    <w:p>
      <w:pPr>
        <w:jc w:val="right"/>
      </w:pPr>
      <w:r>
        <w:t>हो, कोई भी बात हो सकती है तो उसमें भी गुंजाइश.</w:t>
      </w:r>
    </w:p>
    <w:p>
      <w:r>
        <w:rPr>
          <w:b/>
        </w:rPr>
        <w:t xml:space="preserve">[1:02:00] </w:t>
      </w:r>
      <w:r>
        <w:t>yah sab gunjaish thi jisko unhonne samjha nahin.</w:t>
      </w:r>
    </w:p>
    <w:p>
      <w:pPr>
        <w:jc w:val="right"/>
      </w:pPr>
      <w:r>
        <w:t>यह सब गुंजाइश थी जिसको उन्होंने समझा नहीं.</w:t>
      </w:r>
    </w:p>
    <w:p>
      <w:r>
        <w:rPr>
          <w:b/>
        </w:rPr>
        <w:t xml:space="preserve">[1:02:06] </w:t>
      </w:r>
      <w:r>
        <w:t>toh ek baar aisa hua yeh bahut hi dilchasp baat hai ke hazrat ibn e abbas ne jume ke roz muazzin se kaha ke aaj hayya alas salah ke bajaye sallu fi buyoot kum kehna. kyunke rasoolullah ne asal mein us din baarish baarish bahut hui thi toh sallu fi buyoot ke matlab apne gharon mein namaz padh lo. aaj koi keh hi nahi sakta aaj toh log maarne daudenge. toh phir rasool toh unhone poocha logon ne ke aapne aise kyun kaha?</w:t>
      </w:r>
    </w:p>
    <w:p>
      <w:pPr>
        <w:jc w:val="right"/>
      </w:pPr>
      <w:r>
        <w:t>तो एक बार ऐसा हुआ यह बहुत ही दिलचस्प बात है कि हजरत इब्न एब्बास ने जुम्मे के रोज़ मौजदीन से कहा कि आज हैया अला सलाद के बजाय सल्लूफी बयूत कुम कहना. क्योंकि रसूल उल्लाह ने असल में उस दिन बारिश बारिश बहुत हुई थी तो सल्लूफी बयूत के मतलब अपने घरों में नमाज़ पढ़ लो. आज कोई कह ही नहीं सकता आज तो लोग मारने दौड़ेंगे. तो फिर रसू तो उन्होंने पुछा लोगों ने कि आपने ऐसे क्यों कहा?</w:t>
      </w:r>
    </w:p>
    <w:p>
      <w:r>
        <w:rPr>
          <w:b/>
        </w:rPr>
        <w:t xml:space="preserve">[1:02:35] </w:t>
      </w:r>
      <w:r>
        <w:t>toh woh ibne abbas ne bataya ke rasoolullah ne aisa kiya tha. mujhe pasand nahi hua ke tumko keechad aur pislan mein ghar se bahar nikaloon. ab aap dekhiye kitna zyada natural mazhab tha aur aaj woh kya ban gaya hai. ji. toh ibadat ki kaifiyat mein farq hota hai.</w:t>
      </w:r>
    </w:p>
    <w:p>
      <w:pPr>
        <w:jc w:val="right"/>
      </w:pPr>
      <w:r>
        <w:t>तो वो हदल बास ने बताया कि रसूल्ला ने ऐसा किया था. मुझे पसंद नहीं हुआ कि तुमको कीचड़ और पिसलन में घर से बाहर निकालूं. अब आप देखिए कितना ज़्यादा natural मज़हब था और आज वह क्या वन गया है. जी. तो एबादत की कैफियत में फ़र्क होता है.</w:t>
      </w:r>
    </w:p>
    <w:p>
      <w:r>
        <w:rPr>
          <w:b/>
        </w:rPr>
        <w:t xml:space="preserve">[1:02:59] </w:t>
      </w:r>
      <w:r>
        <w:t>toh ek, ek taraf, ab nifafe toh rasoolullah sallallahu alaihi wasallam ke peeche unhone namaz padhi. toh namaz unhone kuch theek aa gayi toh unhone keh padhe alhamdulillah, hamdan, kaseeran, tayyaban, mubarakan. halanke namaz padh rahe the usmein zor se padhna. toh woh alag matlab bilkul alag laga logon ko yeh kya ho gaya?</w:t>
      </w:r>
    </w:p>
    <w:p>
      <w:pPr>
        <w:jc w:val="right"/>
      </w:pPr>
      <w:r>
        <w:t>तो एक, एक थिरफाह, अब निराफे तो रसूल्लाह सल्लाह सल्लाह के पीछे उन्होंने नमाज़ पढ़ी. तो नमाज़ उन्होंने कुछ ठीक आ गई तो उन्होंने कह पढ़ पढ़े अलहम्दुलिल्लाह, हमदन, कसीरन, तैयबन, मबारकंफी. हालांकि नमाज़ पढ़ रहे थे उसमें ज़ोर से पढ़ना. तो वह अलग मतलब बिल्कुल अलग लगा लोगों को यह क्या हो गया?</w:t>
      </w:r>
    </w:p>
    <w:p>
      <w:r>
        <w:rPr>
          <w:b/>
        </w:rPr>
        <w:t xml:space="preserve">[1:03:26] </w:t>
      </w:r>
      <w:r>
        <w:t>toh baad mein namaz ke aapne poocha ke yeh kalma kisne zyada kiya tha? toh log dar gaye gaye, humne shayad kuch galat kar diya. toh aapne teen baar poocha tab unhone bataya ke maine. toh aapne kaha ke is kalme ko lene ke liye tees se zyada farishte daud pade. toh ab isse dekhiye ke kis qadar spirit ke saath unhone kalma kiya hoga.</w:t>
      </w:r>
    </w:p>
    <w:p>
      <w:pPr>
        <w:jc w:val="right"/>
      </w:pPr>
      <w:r>
        <w:t>तो बाद में नमाज़ के आपने पुछा कि यह कलमा किसने ज़्यादा किया था? तो लोग डर गए गए, हमने शायद कुछ गलत कर दिया. तो आपने तीन बार पुछा तब उन्होंने बताया कि मैंने. तो आपने कहा कि इस कलमे को लेने के लिए तीस से ज़्यादा फरिश्ते दौड़ पड़े. तो अब इससे देखिए कि किस कदर spirit के साथ उन्होंने कलमाये किया होगा.</w:t>
      </w:r>
    </w:p>
    <w:p>
      <w:r>
        <w:rPr>
          <w:b/>
        </w:rPr>
        <w:t xml:space="preserve">[1:03:53] </w:t>
      </w:r>
      <w:r>
        <w:t>toh us waqt itne jazbaat rahe honge unko toh tees se zyada farishte us par daud pade. toh yahi hai baad mein jo hai yeh sab baad mein yeh sab baatein jo hai hum log fuqaha samjha nahi. ji.</w:t>
      </w:r>
    </w:p>
    <w:p>
      <w:pPr>
        <w:jc w:val="right"/>
      </w:pPr>
      <w:r>
        <w:t>तो उस वक्त इतने जज़्बात रहे होंगे उनको तो तीस से ज़्यादा फरिश्ते उस पर दौड़ पड़े. तो यही है बाद में जो है यह सब बाद में यह सब बातें जो है हम लोग फौकाने समझा नहीं. जी.</w:t>
      </w:r>
    </w:p>
    <w:p>
      <w:r>
        <w:rPr>
          <w:b/>
        </w:rPr>
        <w:t xml:space="preserve">[1:04:09] </w:t>
      </w:r>
      <w:r>
        <w:t>toh isi wajah se bahut sari fiqhein ban hum is and qazi's ruling. misconceptions dispelled. Sajid Ahmad Khan sahab ne Nagpur se likha hai, must be spread and listened again and again.</w:t>
      </w:r>
    </w:p>
    <w:p>
      <w:pPr>
        <w:jc w:val="right"/>
      </w:pPr>
      <w:r>
        <w:t>तो इसी वजह से बहुत सारी जी फ़कें वन हम इस and काज़ी's ruling. Misconceptions dispelled. साजिद अहमद खान साहब ने नागपुर से लिखा है, must be spread and listened again and again.</w:t>
      </w:r>
    </w:p>
    <w:p>
      <w:r>
        <w:rPr>
          <w:b/>
        </w:rPr>
        <w:t xml:space="preserve">[1:04:39] </w:t>
      </w:r>
      <w:r>
        <w:t>very much informative, innovative and awakening lecture. jaza kalla apa. tareekh badar sahab ne pakistan se likha hai. i listened almost all lectures by maulana sahib. i don't recall that any of his lecture was about masail, fatwah of fiqhi discussions. he always focused on spirit of islam, wisdom and ideology of islam. this is true essence of islam which guides you all the time.</w:t>
      </w:r>
    </w:p>
    <w:p>
      <w:pPr>
        <w:jc w:val="right"/>
      </w:pPr>
      <w:r>
        <w:t>Very much informative, innovative and awakening lecture. जज़ा कल्ला आपा. तारीख बदर साहब ने Pakistan से लिखा है. I listened almost all lectures by मुलाना साहब. I don't recall that any of his lecture was about मसाहिल, फत्वाह of फिक्ही discussions. He always focused on spirit of Islam, wisdom and ideology of Islam. This is true essence of Islam which guides you all the time.</w:t>
      </w:r>
    </w:p>
    <w:p>
      <w:r>
        <w:rPr>
          <w:b/>
        </w:rPr>
        <w:t xml:space="preserve">[1:05:09] </w:t>
      </w:r>
      <w:r>
        <w:t>miss roma mohammad ne likha hai, subhan allah, jaza kalla, spirit is the roots of islam. internal intention is the most important not external. alhamdulillah. firoz khan mansoori sahab ne likha hai, this is very knowledgeable live session. our younger generation should follow this channel. here we can understand islam according to the spirit of times, not just traditional way of literal interpretation.</w:t>
      </w:r>
    </w:p>
    <w:p>
      <w:pPr>
        <w:jc w:val="right"/>
      </w:pPr>
      <w:r>
        <w:t>Miss रोमा मोहम्मद ने लिखा है, सुबहन अल्ला, जज़ा कल्ला, spirit is the roots of Islam. Internal intention is the most important not external. अलहम्दुलिल्ला. फिरोज़ खान मंसूरी साहब ने लिखा है, this is very knowledgeable live session. Our younger generation should follow this channel. Here we can understand Islam according to the spirit of times, not just traditional way of literal interpretation.</w:t>
      </w:r>
    </w:p>
    <w:p>
      <w:r>
        <w:rPr>
          <w:b/>
        </w:rPr>
        <w:t xml:space="preserve">[1:05:38] </w:t>
      </w:r>
      <w:r>
        <w:t>to ab aapne dekha logon ne kitna pasand kiya. maine khud bahut interest ke saath aapki baatein suni, jaza kar la. aapne bahut hi ek important subject ko bahut acche se waazeh kiya balki mere ko ek waqea bhi aapka yaad aa gaya jo Maulana Wahiduddin Khan sahab ne apni kitab Tajdeed-e-Deen mein likha hai. aap sab log usko haasil kar sakte hain.</w:t>
      </w:r>
    </w:p>
    <w:p>
      <w:pPr>
        <w:jc w:val="right"/>
      </w:pPr>
      <w:r>
        <w:t>तो अब आपने देखा लोगों ने कितना पसंद किया. मैंने खुद बहुत interest के साथ आपकी बातें सुनी, जज़ा कर ला. आपने बहुत ही एक important subject को बहुत अच्छे से वाज़े किया बल्कि मेरे को एक वाक्या भी आपका याद आ गया जो मलाना वेदुदीन खान साहब ने अपनी किताब तजदीदे दीन में लिखा है. आप सब लोग उसको हासिल कर सकते हैं.</w:t>
      </w:r>
    </w:p>
    <w:p>
      <w:r>
        <w:rPr>
          <w:b/>
        </w:rPr>
        <w:t xml:space="preserve">[1:06:01] </w:t>
      </w:r>
      <w:r>
        <w:t>Cpsglobal.org se download kar sakte hain aur aapne bhi uska zikr kiya aap kitab ka to Maulana ne usmein ek waqea likha hai Maulana Anwar Shah Kashmiri ke hawale se. to jaisa ki hum jaante hain ki woh hadith padhaya karte the Darul Uloom mein.</w:t>
      </w:r>
    </w:p>
    <w:p>
      <w:pPr>
        <w:jc w:val="right"/>
      </w:pPr>
      <w:r>
        <w:t>Cpsglobal.org से download कर सकते हैं और आपने भी उसका ज़िक्र किया आप किताब का तो मुलाना ने उसमें एक वाक्या लिखा है मुलाना अनुर्षा कश्मीरी के हवाले से. तो जैसा कि हम जानते हैं कि वह हदीस पढ़ाया करते थे दारुल उलूम में.</w:t>
      </w:r>
    </w:p>
    <w:p>
      <w:r>
        <w:rPr>
          <w:b/>
        </w:rPr>
        <w:t xml:space="preserve">[1:06:20] </w:t>
      </w:r>
      <w:r>
        <w:t>unki wafat unnis sau chautis mein hui aur unki yeh koshish rehti thi ki woh hadith ko is tarah prove karein ki it is in accordance with Hanafi fikr aur is par woh kaafi debate aur discussion kiya karte the. lekin apne aakhiri daur mein unhone apni rai ko badla aur unhone bahut hi ek important cheez kahi.</w:t>
      </w:r>
    </w:p>
    <w:p>
      <w:pPr>
        <w:jc w:val="right"/>
      </w:pPr>
      <w:r>
        <w:t>उनकी वफात उन्नीस सौ चौंतीस में हुई और उनकी यह कोशिश रहती थी कि वह हदीस को इस तरह prove करें कि it is in accordance with हानफी फ़िक्र और इस पर वह काफी debate और discussion किया करते थे. लेकिन अपने आखिरी दौर में उन्होंने अपनी राय को बदला और उन्होंने बहुत ही एक important चीज़ कही.</w:t>
      </w:r>
    </w:p>
    <w:p>
      <w:r>
        <w:rPr>
          <w:b/>
        </w:rPr>
        <w:t xml:space="preserve">[1:06:45] </w:t>
      </w:r>
      <w:r>
        <w:t>unhone likha ki we exhausted our efforts improving the superiority of Hanafiphikah over others aur unhone ek bahut hi zabardast baat jo kahi aap, aapko yaad hoga ki unhone kaha ki jab hum kabr mein honge to farishte, Munkar aur Nakeer humse yeh nahi poochengi ki aapne haath upar kiya neeche ki aapne aameen dheere se bola ya zor se bola.</w:t>
      </w:r>
    </w:p>
    <w:p>
      <w:pPr>
        <w:jc w:val="right"/>
      </w:pPr>
      <w:r>
        <w:t>उन्होंने लिखा कि we exhausted our efforts improving the superiority of Hanafiphikah over others और उन्होंने एक बहुत ही ज़बरदस्त बात जो कही आपा, आपको याद होगा कि उन्होंने कहा कि जब हम कब्र में होंगे तो फरिश्ते, मुनकर और नकीर हमसे यह नहीं पूछेंगी कि आपने हाथ ऊपर किया नीचे कि आपने आमिन धीरे से बोला या ज़ोर से बोला.</w:t>
      </w:r>
    </w:p>
    <w:p>
      <w:r>
        <w:rPr>
          <w:b/>
        </w:rPr>
        <w:t xml:space="preserve">[1:07:15] </w:t>
      </w:r>
      <w:r>
        <w:t>asal cheez yeh hai ki humne Rasool Allah ki ek da'wati mission ko ignore kiya. Prophethood has come to an end but the prophetic mission is, has not come to an end and the responsibility of the Ummah is to take the da'wati mission forward.</w:t>
      </w:r>
    </w:p>
    <w:p>
      <w:pPr>
        <w:jc w:val="right"/>
      </w:pPr>
      <w:r>
        <w:t>असल चीज़ यह है कि हमने रसुल उल्लाह की एक दावती mission को ignore किया. Prophethood has come to an end but the prophetic mission is, has not come to an end and the responsibility of the उम्मा is to take the दावती mission forward.</w:t>
      </w:r>
    </w:p>
    <w:p>
      <w:r>
        <w:rPr>
          <w:b/>
        </w:rPr>
        <w:t xml:space="preserve">[1:07:36] </w:t>
      </w:r>
      <w:r>
        <w:t>to yeh bahut ek important baat thi jo unhone realize kari apni aakhiri daur mein aur unhone uska acknowledgement bhi kiya ki hum fans gaye un cheezon mein jo is duniya mein bahut trivial hai aur jo aakhirat se related cheez hai usko humne ignore kar diya. to yaad rakhiye da'wah work jo hai hamari zimmedari hai aur aakhiri kaam bhi. to aaj ka session hum yahin khatam karte hain.</w:t>
      </w:r>
    </w:p>
    <w:p>
      <w:pPr>
        <w:jc w:val="right"/>
      </w:pPr>
      <w:r>
        <w:t>तो यह बहुत एक important बात थी जो उन्होंने realize करी अपनी आखिरी दौर में और उन्होंने उसका acknowledgement भी किया कि हम फ़ंसे रहे उन चीज़ों में जो इस दुनिया में बहुत trivial है और जो आखिरत से related चीज़ है उसको हम हमने ignore कर दिया. तो याद रखिए दावा work जो है हमारी ज़िम्मेदारी है और आखिरी काम भी. तो आज का session हम यहीं खतम करते हैं.</w:t>
      </w:r>
    </w:p>
    <w:p>
      <w:r>
        <w:rPr>
          <w:b/>
        </w:rPr>
        <w:t xml:space="preserve">[1:08:03] </w:t>
      </w:r>
      <w:r>
        <w:t>hum phir lautenge agle sunday saade das baje. Thank you for watching us.</w:t>
      </w:r>
    </w:p>
    <w:p>
      <w:pPr>
        <w:jc w:val="right"/>
      </w:pPr>
      <w:r>
        <w:t>हम फिर लोटेंगे अगले sunday साढ़े दस बजे. Thank you for watching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