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Story of Prophet Yusuf - I May 22, 2022 Dr. Saniyasnain Khan</w:t>
      </w:r>
    </w:p>
    <w:p>
      <w:r>
        <w:t>https://www.youtube.com/watch?v=grDcnpaLdIA</w:t>
      </w:r>
    </w:p>
    <w:p>
      <w:r>
        <w:rPr>
          <w:b/>
        </w:rPr>
        <w:t xml:space="preserve">[00:09] </w:t>
      </w:r>
      <w:r>
        <w:t>Assalamu Alaikum. aaj hum prophet Yusuf ki zindagi mein hamare liye kya sabak hai, is par charcha karenge. jaisa ki hum jaante hain ki prophet Yusuf Kanaan mein paida hue aur baad mein Misr yaani Egypt mein jahan pahunche. Quran mein ek surah hai jiska naam Surah Yusuf hai. yeh ek hi surah hai jismein ek insaan ki poori zindagi ke baare mein bataya gaya hai.</w:t>
      </w:r>
    </w:p>
    <w:p>
      <w:pPr>
        <w:jc w:val="right"/>
      </w:pPr>
      <w:r>
        <w:t>अस्सलाम अलायकों. आज हम prophet युसूफ की ज़िंदगी में हमारे लिए क्या सबक है, इस पर चर्चा करेंगे. जैसा कि हम जानते हैं कि prophet युसूफ कानान में पैदा हुए और बाद में मिस्र यानी Egypt में जहां पहुंचे. कुरान में एक सुरा है जिसका नाम सुरा युसूफ है. यह एक ही सुरा है जिसमें एक इंसान की पूरी ज़िंदगी के बारे में बताया गया है.</w:t>
      </w:r>
    </w:p>
    <w:p>
      <w:r>
        <w:rPr>
          <w:b/>
        </w:rPr>
        <w:t xml:space="preserve">[00:38] </w:t>
      </w:r>
      <w:r>
        <w:t>to chaliye aaj hum batchit karte hain it is said ki prophet yusuf ki jo sura hai, vah</w:t>
      </w:r>
    </w:p>
    <w:p>
      <w:pPr>
        <w:jc w:val="right"/>
      </w:pPr>
      <w:r>
        <w:t>तो चलिए आज हम बातचीत करते हैं it is said कि prophet युसूफ की जो सूरा है, वह</w:t>
      </w:r>
    </w:p>
    <w:p>
      <w:r>
        <w:rPr>
          <w:b/>
        </w:rPr>
        <w:t xml:space="preserve">[00:55] </w:t>
      </w:r>
      <w:r>
        <w:t>rasolullah ke upar wah, wah sura aai jab kuch jewish ullama, unhone uske bare mein zikr kiya.</w:t>
      </w:r>
    </w:p>
    <w:p>
      <w:pPr>
        <w:jc w:val="right"/>
      </w:pPr>
      <w:r>
        <w:t>रसोलुल्लाह के ऊपर वह, वह सूरा आई जब कुछ jewish उल्लामा, उन्होंने उसके बारे में ज़िक्र किया.</w:t>
      </w:r>
    </w:p>
    <w:p>
      <w:r>
        <w:rPr>
          <w:b/>
        </w:rPr>
        <w:t xml:space="preserve">[01:12] </w:t>
      </w:r>
      <w:r>
        <w:t>to iske baare mein aap hum sabko bataein. Bismillahir Rahmanir Rahim, Rabbi shrahli sadri, wa yassirli amri, wahlul uqdatam mil lisani yafqahu qawli. darasal aisa hua ki jo Quraish the Makka ke woh prophet ke bahut hi opponent the.</w:t>
      </w:r>
    </w:p>
    <w:p>
      <w:pPr>
        <w:jc w:val="right"/>
      </w:pPr>
      <w:r>
        <w:t>तो इसके बारे में आप हम सबको बताएं. बिस्मिल्लाही रमानी रहीम, रब्बिश रैली सदरी, व यस्सिरली अमरी, वैलुल उपदतम मिल लिसानी या कौहू कौली. दरअसल ऐसा हुआ कि जो कुरैश थे मक्का के वो prophet के बहुत ही opponent थे.</w:t>
      </w:r>
    </w:p>
    <w:p>
      <w:r>
        <w:rPr>
          <w:b/>
        </w:rPr>
        <w:t xml:space="preserve">[01:38] </w:t>
      </w:r>
      <w:r>
        <w:t>to unhone kahi Madina mein kisi kuch jewish scholar se mile woh. to unhone bataya hoga ki Makka mein ek shakhs paida hua hai jo apne ko prophet kehta hai. to un Jews scholars ne kaha ki unse poochhna hai ki Yusuf ke baare mein unko kuch maloomat hai kya?</w:t>
      </w:r>
    </w:p>
    <w:p>
      <w:pPr>
        <w:jc w:val="right"/>
      </w:pPr>
      <w:r>
        <w:t>तो उन्होंने कही मदीना में किसी कुछ jewish scholar से मिले वो. तो उन्होंने बताया होगा की मक्का में एक शख्स पैदा हुआ है जो अपने को prophet कहता है. तो उन Jews scholars ने कहा कि उनसे पूछना है कि युसुफ के बारे में उनको कुछ मालूमात है क्या?</w:t>
      </w:r>
    </w:p>
    <w:p>
      <w:r>
        <w:rPr>
          <w:b/>
        </w:rPr>
        <w:t xml:space="preserve">[02:01] </w:t>
      </w:r>
      <w:r>
        <w:t>to Quraish ke log aaye Makka aur unhone socha ki yeh accha mauka hai prophet ko ridicule karne ka. ji ke pata toh hoga nahi kuch inko. to inhone poocha. to uske upar us poochnay ki wajah se Surah Yusuf nazil hui aur Surah Yusuf mein yeh aaya ki jo log sawal kar rahe hain unke liye badi nishani hai.</w:t>
      </w:r>
    </w:p>
    <w:p>
      <w:pPr>
        <w:jc w:val="right"/>
      </w:pPr>
      <w:r>
        <w:t>तो कुरेश के लोग आए मक्का और उन्होंने सोचा कि यह अच्छा मौका है profit को ridicule करने का. जी के पता तो होगा नहीं कुछ इनको. तो इन्होंने पुछा. तो उसके ऊपर उस पूछने की वजह से सूरज युसूफ नाज़िल हुई और सूरज युसूफ में यह आया कि जो लोग सवाल कर रहे हैं उनके लिए बड़ी निशानी है.</w:t>
      </w:r>
    </w:p>
    <w:p>
      <w:r>
        <w:rPr>
          <w:b/>
        </w:rPr>
        <w:t xml:space="preserve">[02:31] </w:t>
      </w:r>
      <w:r>
        <w:t>Aayatul lisailin ke jo log sawal kar rahe hain unke liye bahut badi nishani hai. Laqad kana fi Yusuf wa ikhwatihi aayaatul lisailin ke Yusuf aur uske bhai ki kahani mein poochne walon ke liye badi nishani hai.</w:t>
      </w:r>
    </w:p>
    <w:p>
      <w:pPr>
        <w:jc w:val="right"/>
      </w:pPr>
      <w:r>
        <w:t>आयातुल लिसाईलीन के जो लोग सवाल कर रहे हैं उनके लिए बहुत बड़ी निशानी है. लकहत कानाफी युसूफा व इख्वती ही आयातुल्लिसाईलीन के युसूफ और उसके भाई की कहानी में पूछने वालों के लिए बड़ी निशानी है.</w:t>
      </w:r>
    </w:p>
    <w:p>
      <w:r>
        <w:rPr>
          <w:b/>
        </w:rPr>
        <w:t xml:space="preserve">[02:54] </w:t>
      </w:r>
      <w:r>
        <w:t>matlab yeh tha ke quraish sawal toh kar rahe hain lekin inke, inka jo kirdaar hai woh yusuf</w:t>
      </w:r>
    </w:p>
    <w:p>
      <w:pPr>
        <w:jc w:val="right"/>
      </w:pPr>
      <w:r>
        <w:t>मतलब यह था कि कुरैश सवाल तो कर रहे हैं लेकिन इनके, इनका जो किरदार है वो युसूफ</w:t>
      </w:r>
    </w:p>
    <w:p>
      <w:r>
        <w:rPr>
          <w:b/>
        </w:rPr>
        <w:t xml:space="preserve">[03:05] </w:t>
      </w:r>
      <w:r>
        <w:t>ke bhai, yusuf ke bhaiyon ka kirdaar inke hisse mein aaya aur rasoolullah sallam, prophet mohammad sallam sallah</w:t>
      </w:r>
    </w:p>
    <w:p>
      <w:pPr>
        <w:jc w:val="right"/>
      </w:pPr>
      <w:r>
        <w:t>के भाई, युसूफ के भाइयों का किरदार इनके हिस्से में आया और रसूल्लाह सल्लम, prophet मोहम्मद सल्लम सल्लाह</w:t>
      </w:r>
    </w:p>
    <w:p>
      <w:r>
        <w:rPr>
          <w:b/>
        </w:rPr>
        <w:t xml:space="preserve">[03:17] </w:t>
      </w:r>
      <w:r>
        <w:t>ka hua jo kamyabi aur unko ittedaar mila.</w:t>
      </w:r>
    </w:p>
    <w:p>
      <w:pPr>
        <w:jc w:val="right"/>
      </w:pPr>
      <w:r>
        <w:t>का हुआ जो कामयाबी और उनको इत्तेदार मिला.</w:t>
      </w:r>
    </w:p>
    <w:p>
      <w:r>
        <w:rPr>
          <w:b/>
        </w:rPr>
        <w:t xml:space="preserve">[03:29] </w:t>
      </w:r>
      <w:r>
        <w:t>to darasal yeh jo chapter hai Surah Yusuf, yeh Makka ke aakhiri daur mein yeh chapter reveal hua. jab Hazrat Khadija ki death ho gayi. Hazrat Khadija raziallahu anha, raziallahu anha ki jab death hui to Rasool Allah sallam ne usko Aam-ul-Huzn kaha yaani the year of sorrow aur usi dauraan Abu Talib ki death ho gayi.</w:t>
      </w:r>
    </w:p>
    <w:p>
      <w:pPr>
        <w:jc w:val="right"/>
      </w:pPr>
      <w:r>
        <w:t>तो दरअसल यह जो chapter है सूर्य युसूफ, यह मक्का के आखिरी दौर में यह chapter reveal हुआ. जब हजरत खदीजा की death हो गई. हजरत खदीजा रजिल्लाह अन्य, रजिल्लाह अन्य की जब death हुई तो रसूल्लाह सलाम ने उसको आमुल हज़न कहा यानी the year of सौरो और उसी दौरान अबू तालीब की death हो गई.</w:t>
      </w:r>
    </w:p>
    <w:p>
      <w:r>
        <w:rPr>
          <w:b/>
        </w:rPr>
        <w:t xml:space="preserve">[03:59] </w:t>
      </w:r>
      <w:r>
        <w:t>to us waqt yeh chapter reveal hua to ek tarike se bahut hi bada solace tha yeh. ji. Rasool Allah ke liye ki is story mein bahut acche andaaz mein bataya gaya hai ki Yusuf alaihi salam kis tarah se pareshaniyon se guzar ke bahut acche maqam par pahunchte hain.</w:t>
      </w:r>
    </w:p>
    <w:p>
      <w:pPr>
        <w:jc w:val="right"/>
      </w:pPr>
      <w:r>
        <w:t>तो उस वक्त यह chapter reveal हुआ तो एक तरीके से बहुत ही बड़ा solace था यह. जी. रसूल्लाह के लिए कि इस story में बहुत अच्छे अंदाज़ बताया गया है कि युसुफ अली सलाम किस तरीके से परेशानियों से गुज़र के बहुत अच्छे मकाम पर पहुंचते हैं.</w:t>
      </w:r>
    </w:p>
    <w:p>
      <w:r>
        <w:rPr>
          <w:b/>
        </w:rPr>
        <w:t xml:space="preserve">[04:21] </w:t>
      </w:r>
      <w:r>
        <w:t>to yeh uska ek shaan-e-nuzool hai yaani har chapter ka har surah ka ek shaan-e-nuzool hota hai ki kis circumstances mein, kin events ke dauraan, kis context mein yeh chapter reveal hua. to agar shaan-e-nuzool pata ho to woh usmein clarity aati hai. ji. samajh mein aasani se aata hai.</w:t>
      </w:r>
    </w:p>
    <w:p>
      <w:pPr>
        <w:jc w:val="right"/>
      </w:pPr>
      <w:r>
        <w:t>तो यह उसका एक शानिनुजूल है यानी हर chapter का हर सूरत का एक शानिनुजूल होता है कि किस circumstances में, किन events के दौरान, किस context में यह chapter reveal हुआ. तो अगर शानिनुजूल पता हो तो वह उसमें clarity आती है. जी. समझ में आसानी से आता है.</w:t>
      </w:r>
    </w:p>
    <w:p>
      <w:r>
        <w:rPr>
          <w:b/>
        </w:rPr>
        <w:t xml:space="preserve">[04:43] </w:t>
      </w:r>
      <w:r>
        <w:t>accha DocsApp yeh bhi dekha gaya hai ki kai similarities hain prophet Yusuf aur Rasool Allah ke baare mein. to woh bhi aap thoda sa bataein ki kya similarities hain? haan, bahut zyada similarities hain.</w:t>
      </w:r>
    </w:p>
    <w:p>
      <w:pPr>
        <w:jc w:val="right"/>
      </w:pPr>
      <w:r>
        <w:t>अच्छा DocsApp यह भी देखा गया है कि कई similarities हैं prophet युसूफ और रसोल उल्लाह के बारे में. तो वह भी आप थोड़ा सा बताएं कि क्या similarities हैं? हां, बहुत ज़्यादा similarities हैं.</w:t>
      </w:r>
    </w:p>
    <w:p>
      <w:r>
        <w:rPr>
          <w:b/>
        </w:rPr>
        <w:t xml:space="preserve">[05:03] </w:t>
      </w:r>
      <w:r>
        <w:t>ab aap dekhein ki prophet Muhammad jab ghar mein jaaya karte the nabuwat se pehle, revelation aane se pehle to unko sacche khwaab aaya karte the.</w:t>
      </w:r>
    </w:p>
    <w:p>
      <w:pPr>
        <w:jc w:val="right"/>
      </w:pPr>
      <w:r>
        <w:t>अब आप देखें कि prophet मोहम्मद जब गार में जाय करते थे नबूत से पहले, revelation आने से पहले तो उनको सच्चे ख्वाब आया करते थे.</w:t>
      </w:r>
    </w:p>
    <w:p>
      <w:r>
        <w:rPr>
          <w:b/>
        </w:rPr>
        <w:t xml:space="preserve">[05:20] </w:t>
      </w:r>
      <w:r>
        <w:t>to Allah taala unko prepare kar raha tha ek bahut bade task ke liye aur yahi cheez Yusuf alaihi salam ke yahan hui ki unhe toh bachpan mein khwaab aa gaye sacche. bahut hi zabardast khwaab aaya aur Rasool Allah se Makka se Madina jaana pada. yaani tarike se bhaag nahi pada. is tarah itna sataya Quraish ne. ji.</w:t>
      </w:r>
    </w:p>
    <w:p>
      <w:pPr>
        <w:jc w:val="right"/>
      </w:pPr>
      <w:r>
        <w:t>तो अल्लाह तालाह उनको prepare कर रहा था एक बहुत बड़े task के लिए और यही चीज़ युसूफ अली सलाम के यहां हुई कि उन्हें तो बचपन में खौब आ गए सच्चे. बहुत ही ज़बरदस्त खौब आया और रसूल्लाह से मक्का से मदीना जाना पड़ा. यानी तरीके से भाग नहीं पड़ा. इस तरह इतना सताया कुरैश ने. जी.</w:t>
      </w:r>
    </w:p>
    <w:p>
      <w:r>
        <w:rPr>
          <w:b/>
        </w:rPr>
        <w:t xml:space="preserve">[05:48] </w:t>
      </w:r>
      <w:r>
        <w:t>aur, Hazrat Yusuf alaihi salam ko bhi ghar chhodna pada aur kis tarah se woh Egypt pahunche. aur Quraish ne bahut sataya Rasool Allah sallam ko. ji. aur udhar Yusuf alaihi salam bhi bhaiyon ke hasad ke shikar bane. to phir fateh-e-Makka hui. Makka fateh ho gaya.</w:t>
      </w:r>
    </w:p>
    <w:p>
      <w:pPr>
        <w:jc w:val="right"/>
      </w:pPr>
      <w:r>
        <w:t>और, रजत युसफ अली सलाम को भी घर छोड़ना पड़ा और किस तरीके से वो Egypt पहुंचे. और कुरैश ने बहुत सताया रसूल्ला सलाम को. जी. और उधर युसूफ अली सलाम भी भाइयों के हसद के शिकार बने. तो फिर फतें मक्का हुई. मक्का फता हो गया.</w:t>
      </w:r>
    </w:p>
    <w:p>
      <w:r>
        <w:rPr>
          <w:b/>
        </w:rPr>
        <w:t xml:space="preserve">[06:18] </w:t>
      </w:r>
      <w:r>
        <w:t>to jab Makka fateh hua to saare jo opponents the Quraish ke log jo Rasool Allah ke khilaaf the woh taqreeban do hazar the woh log. to woh sab ek tarike se prisoners of war the. ji. aur us waqt ke lihaz se unko bahut sakht saza milti.</w:t>
      </w:r>
    </w:p>
    <w:p>
      <w:pPr>
        <w:jc w:val="right"/>
      </w:pPr>
      <w:r>
        <w:t>तो जब मक्का फता हुआ तो सारे जो opponents थे कुरेश के लोग जो रसूल्ला के खिलाफ थे वो तकरीबन दो हज़ार थे वो लोग. तो वो सब एक तरीके से prisoners of war थे. जी. और उस वक्त के लिहाज से उनको बहुत सख़्त सजा मिलती.</w:t>
      </w:r>
    </w:p>
    <w:p>
      <w:r>
        <w:rPr>
          <w:b/>
        </w:rPr>
        <w:t xml:space="preserve">[06:44] </w:t>
      </w:r>
      <w:r>
        <w:t>wo sab kaba mein aaye, khade ho gaye sir jhuka ke.</w:t>
      </w:r>
    </w:p>
    <w:p>
      <w:pPr>
        <w:jc w:val="right"/>
      </w:pPr>
      <w:r>
        <w:t>वो सब काबा में आए, खड़े हो गए sir झुका के.</w:t>
      </w:r>
    </w:p>
    <w:p>
      <w:r>
        <w:rPr>
          <w:b/>
        </w:rPr>
        <w:t xml:space="preserve">[06:52] </w:t>
      </w:r>
      <w:r>
        <w:t>toh profit aaye aur profit ne tabab kiya aur tabab karne ke baad jo sardarth hai quraish ke</w:t>
      </w:r>
    </w:p>
    <w:p>
      <w:pPr>
        <w:jc w:val="right"/>
      </w:pPr>
      <w:r>
        <w:t>तो profit आए और profit ने तबाब किया और तबाब करने के बाद जो सरदार्थ है कुरैश के</w:t>
      </w:r>
    </w:p>
    <w:p>
      <w:r>
        <w:rPr>
          <w:b/>
        </w:rPr>
        <w:t xml:space="preserve">[07:00] </w:t>
      </w:r>
      <w:r>
        <w:t>unke paas gaye.</w:t>
      </w:r>
    </w:p>
    <w:p>
      <w:pPr>
        <w:jc w:val="right"/>
      </w:pPr>
      <w:r>
        <w:t>उनके पास गए.</w:t>
      </w:r>
    </w:p>
    <w:p>
      <w:r>
        <w:rPr>
          <w:b/>
        </w:rPr>
        <w:t xml:space="preserve">[07:08] </w:t>
      </w:r>
      <w:r>
        <w:t>pucha ki tumhara kya gumaan hai, main tumhare saath kya shuluk karunga?</w:t>
      </w:r>
    </w:p>
    <w:p>
      <w:pPr>
        <w:jc w:val="right"/>
      </w:pPr>
      <w:r>
        <w:t>पुछा कि तुम्हारा क्या गुमान है, मैं तुम्हारे साथ क्या शुलूक करूंगा?</w:t>
      </w:r>
    </w:p>
    <w:p>
      <w:r>
        <w:rPr>
          <w:b/>
        </w:rPr>
        <w:t xml:space="preserve">[07:16] </w:t>
      </w:r>
      <w:r>
        <w:t>to unhone kaha ki aap shareef bhai hain, aapka talluq shareef khandan se aap hamare saath sharafat ka mamla karenge. to prophet Muhammad ne kaha ki main wahi kahunga jo mere bhai Yusuf ne apne bhaiyon se kaha.</w:t>
      </w:r>
    </w:p>
    <w:p>
      <w:pPr>
        <w:jc w:val="right"/>
      </w:pPr>
      <w:r>
        <w:t>तो उन्होंने कहा कि आप शरीफ भाई हैं, आपका ताल्लोक शरीफ खानदान से आप हमारे साथ शराफत का मामला करेंगे. तो prophet मोहम्मद ने कहा कि मैं वही कहूंगा जो मेरे भाई युसुफ ने अपने भाइयों से कहा.</w:t>
      </w:r>
    </w:p>
    <w:p>
      <w:r>
        <w:rPr>
          <w:b/>
        </w:rPr>
        <w:t xml:space="preserve">[07:41] </w:t>
      </w:r>
      <w:r>
        <w:t>aaj koi ilzaam nahi hai tumhare upar, koi blame nahi hai tumhare upar. Yakfuru-llahu lakum, yakfuru-llahu lana wa lakum ki Allah tumhe bhi maaf kare, hamein bhi maaf kare. Huwa arham ur-rahimin bahut reham karne wala hai.</w:t>
      </w:r>
    </w:p>
    <w:p>
      <w:pPr>
        <w:jc w:val="right"/>
      </w:pPr>
      <w:r>
        <w:t>आज कोई इलज़ाम नहीं है तुम्हारे ऊपर, कोई blame नहीं है तुम्हारे ऊपर. यक्फर यक्फर उल्लाह हो लकूम, यक्फर उल्लाह हो लाना व लकूम कि अल्लाह तुम्हें भी माफ करे, हमें भी माफ करे. बहुआ अरहम् और रहमीन बहुत रहम करने वाला है.</w:t>
      </w:r>
    </w:p>
    <w:p>
      <w:r>
        <w:rPr>
          <w:b/>
        </w:rPr>
        <w:t xml:space="preserve">[08:03] </w:t>
      </w:r>
      <w:r>
        <w:t>phir ek bada historical sentence bole ki is habu f ant mudd tolka ki jaao tum sab aazaad ho. aur uske baad wo saare log jo taqreeban do hazaar the tolakaah kahlaaye.</w:t>
      </w:r>
    </w:p>
    <w:p>
      <w:pPr>
        <w:jc w:val="right"/>
      </w:pPr>
      <w:r>
        <w:t>फिर एक बड़ा historical sentence बोले कि इस हबू फ़ अंत मुद्द तोलका कि जाओ तुम सब आज़ाद हो. और उसके बाद वो सारे लोग जो तकरीबन दो हज़ार थे तोलाकाह कहलाए.</w:t>
      </w:r>
    </w:p>
    <w:p>
      <w:r>
        <w:rPr>
          <w:b/>
        </w:rPr>
        <w:t xml:space="preserve">[08:20] </w:t>
      </w:r>
      <w:r>
        <w:t>islamic history mein jaise kuch muhajireen hai jo makka se madina gaye, ansar hai jo madina ke log the helpers aur wafideen hain jo wafft wafft aate the, delegations aate the. isi tarike se ye log tolaka kahlaaye aur kuch araap the jo gaon waghera se aate the.</w:t>
      </w:r>
    </w:p>
    <w:p>
      <w:pPr>
        <w:jc w:val="right"/>
      </w:pPr>
      <w:r>
        <w:t>इस्लामic history में जैसे कुछ मुहाज़िरीन है जो मक्का से मदीना गए, अंसार है जो मदीना के लोग थे helpers और वाफिदीन हैं जो वफ्त वफ्त आते थे, delegations आते थे. इसी तरीके से ये लोग तोलाका कहलाए और कुछ आराप थे जो गांव वगैरह से आते थे.</w:t>
      </w:r>
    </w:p>
    <w:p>
      <w:r>
        <w:rPr>
          <w:b/>
        </w:rPr>
        <w:t xml:space="preserve">[08:45] </w:t>
      </w:r>
      <w:r>
        <w:t>to yeh bahut hi bada aasaan ka maamla kiya rasoolla sallam ne. to us waqt jo sahaba the, woh batchit karne lage ki hum apne ghar wapas le chuke quresh ne saare ghar le liye the. ji. saari jaydad, saari property sab kuch le liya tha.</w:t>
      </w:r>
    </w:p>
    <w:p>
      <w:pPr>
        <w:jc w:val="right"/>
      </w:pPr>
      <w:r>
        <w:t>तो यह बहुत ही बड़ा आसान का मामला किया रसोल्ला सल्म ने. तो उस वक्त जो सहाबा थे, वह बातचीत करने लगे कि हम अपने घर वापस ले चूके कुरेश ने सारे घर ले लिए थे. जी. सारी जायदाद, सारी property सब कुछ ले लिया था.</w:t>
      </w:r>
    </w:p>
    <w:p>
      <w:r>
        <w:rPr>
          <w:b/>
        </w:rPr>
        <w:t xml:space="preserve">[09:07] </w:t>
      </w:r>
      <w:r>
        <w:t>to rasoolla ne kaha ki koi baat na kare ghar wapas waghera lene ki aur seedhe madina chalo. yaani ruke nahi chunki ek daai jo hota hai uska saara focus is baat par rehta hai ki dawat ki fiza kharab na ho, koi conflict nahi, koi reaction nahi, koi ladai bhidai nahi, to usi waqt rasoollah wapas chale gaye. ji.</w:t>
      </w:r>
    </w:p>
    <w:p>
      <w:pPr>
        <w:jc w:val="right"/>
      </w:pPr>
      <w:r>
        <w:t>तो रसूल्ला ने कहा कि कोई बात न करे घर वापस वगैरह लेने की और सीधे मदीना चलो. यानी रुके नहीं चूंकि एक दाई जो होता है उसका सारा focus इस बात पर रहता है कि दावत की फिजा खराब ना हो, कोई conflict नहीं, कोई reaction नहीं, कोई लड़ाई भिड़ाई नहीं, तो उसी वक्त रसूल्लाह वापस चले गए. जी.</w:t>
      </w:r>
    </w:p>
    <w:p>
      <w:r>
        <w:rPr>
          <w:b/>
        </w:rPr>
        <w:t xml:space="preserve">[09:36] </w:t>
      </w:r>
      <w:r>
        <w:t>kisi ne kaha ki rasoollah sallam se ki aap yahin rahiye hamare yahan makka mein kyun jaa rahe hain wapas? thoda unhone light andaaz mein kaha ki tumne hamare ghar to le hi liye hum kahan rahe hain? to phir wo is tarah se chale gaye. to yahi baat yusuf ali salam ne kahi balki quran mein aayi hai bhaiyon se apne jab bhai aaye aur pata chala unhein ki ye yusuf hai itna bada minister ban gaya hai yeh.</w:t>
      </w:r>
    </w:p>
    <w:p>
      <w:pPr>
        <w:jc w:val="right"/>
      </w:pPr>
      <w:r>
        <w:t>किसी ने कहा कि रसूल्लाह सल्लम से कि आप यहीं रहिए हमारे यहां मक्का में क्यों जा रहे हैं वापस? थोड़ा उन्होंने light अंदाज़ में कहा कि तुमने हमारे घर तो ले ही लिए हम कहां रहे हैं? तो फिर वो इस तरह से चले गए. तो यही बात युसूफ अली सलाम ने कही बल्कि कुरान में आई है भाइयों से अपने जब भाई आए और पता चला उन्हें कि ये युसूफ है इतना बड़ा minister वन गया है यह.</w:t>
      </w:r>
    </w:p>
    <w:p>
      <w:r>
        <w:rPr>
          <w:b/>
        </w:rPr>
        <w:t xml:space="preserve">[10:05] </w:t>
      </w:r>
      <w:r>
        <w:t>to yahi baat kahin kahin latasri ba aale kundliyon koi tumhare upar blame nahi hai. koi tumhare upar aaj pakad nahi hai.</w:t>
      </w:r>
    </w:p>
    <w:p>
      <w:pPr>
        <w:jc w:val="right"/>
      </w:pPr>
      <w:r>
        <w:t>तो यही बात कहीं कहीं लातसरी बा आले कुंडलियों कोई तुम्हारे ऊपर blame नहीं है. कोई तुम्हारे ऊपर आज पकड़ नहीं है.</w:t>
      </w:r>
    </w:p>
    <w:p>
      <w:r>
        <w:rPr>
          <w:b/>
        </w:rPr>
        <w:t xml:space="preserve">[10:14] </w:t>
      </w:r>
      <w:r>
        <w:t>koi ilzaam nahi hai aur prophet ne bhi koi negative baat nahi kahi, koi ek bhi nahi bole aur yusuf ali salam ne bhi koi aisi baat nahi kahi ki tum bahut bure ho, koi aisi tumne bada hamara, humne pareshan kiya, koi ek lafz nahi bole aur balki prophet mohammed ne quresh ko ki help ki, financial help ki malita un kiya. ji.</w:t>
      </w:r>
    </w:p>
    <w:p>
      <w:pPr>
        <w:jc w:val="right"/>
      </w:pPr>
      <w:r>
        <w:t>कोई इलज़ाम नहीं है और prophet ने भी कोई negative बात नहीं कही, कोई एक भी नहीं बोले और युसुफ अली सलाम ने भी कोई ऐसी बात नहीं कही कि तुम बहुत बुरे हो, कोई ऐसी तुमने बड़ा हमारा, हमने परेशान किया, कोई एक लफ्ज़ नहीं बोले और बल्कि prophet मोहम्मद ने कुरेश को की help की, financial help की मालिता उन किया. जी.</w:t>
      </w:r>
    </w:p>
    <w:p>
      <w:r>
        <w:rPr>
          <w:b/>
        </w:rPr>
        <w:t xml:space="preserve">[10:42] </w:t>
      </w:r>
      <w:r>
        <w:t>ek baar sau oont de diye aur udhar yusuf ali salam ne bhi apne bhaiyon ko jab wo leke aaye the apne punji waghera chandi ke kuch sikke vikkhe hote the wo. ji. to wo sab wapas rakh diya usi mein grain mein. jab pahunche ghar to unko mila wo sab. to hairaan ho gaye ki ye to humne wapas kar diya. to is tarike se bahut hi zyada similarities hain. ji.</w:t>
      </w:r>
    </w:p>
    <w:p>
      <w:pPr>
        <w:jc w:val="right"/>
      </w:pPr>
      <w:r>
        <w:t>एक बार सौ ऊंट दे दिए और उधर युसुफ अली सलाम ने भी अपने भाइयों को जब वो लेके आए थे अपने पूंजी वगैरह चांदी के कुछ सिक्के विक्के होते थे वो. जी. तो वो सब वापस रख दिया उसी में grain में. जब पहुंचे घर तो उनको मिला वो सब. तो हैरान हो गए कि ये तो हमने वापस कर दिया. तो इस तरीके से बहुत ही ज़्यादा similarities हैं. जी.</w:t>
      </w:r>
    </w:p>
    <w:p>
      <w:r>
        <w:rPr>
          <w:b/>
        </w:rPr>
        <w:t xml:space="preserve">[11:09] </w:t>
      </w:r>
      <w:r>
        <w:t>rasoolla salam aur rajat yusuf ali salam ke anila. ji. jaisa kallna doctor sahab. doctor sahab jab hum prophet yusuf ki family tree ko dekhte hain to hamein pata chalta hai ki he belong to a family of prophets. to hum chahenge ki iske bare mein bhi aap bataein unki family ke bare mein?</w:t>
      </w:r>
    </w:p>
    <w:p>
      <w:pPr>
        <w:jc w:val="right"/>
      </w:pPr>
      <w:r>
        <w:t>रसूल्ला सलाम और रजत युसूफ अली सलाम के अनिला. जी. जैसा कल्ना doctor साहब. Doctor साहब जब हम prophet युसूफ की family tree को देखते हैं तो हमें पता चलता है कि he belong to a family of prophets. तो हम चाहेंगे कि इसके बारे में भी आप बताएं उनकी family के बारे में?</w:t>
      </w:r>
    </w:p>
    <w:p>
      <w:r>
        <w:rPr>
          <w:b/>
        </w:rPr>
        <w:t xml:space="preserve">[11:34] </w:t>
      </w:r>
      <w:r>
        <w:t>hazrat yusuf ali salam, hazrat ibrahim ali salam ke great grandson the. hazrat ek hi family thi. ibrahim ali salam ke do bachche the ishaq aur ismail. ismail ali salam ki nasal mein rasoolla paida hue. ji. aur ishaq ke bete the yaqoob jo yusuf ali salam ke father the.</w:t>
      </w:r>
    </w:p>
    <w:p>
      <w:pPr>
        <w:jc w:val="right"/>
      </w:pPr>
      <w:r>
        <w:t>हज़रत युसूफ अली सलाम, हज़रत इब्राहिम अली सलाम के great grandson थे. हज़रत एक ही family थी. इब्राहिम अली सलाम के दो बच्चे थे ईस्हाक और इस्माइल. ईस्माइल अली सलाम की नस्ल में रसूल्ला पैदा हुए. जी. और ईस्हाक के बेटे थे याकूब जो युसुफ अली सलाम के father थे.</w:t>
      </w:r>
    </w:p>
    <w:p>
      <w:r>
        <w:rPr>
          <w:b/>
        </w:rPr>
        <w:t xml:space="preserve">[12:04] </w:t>
      </w:r>
      <w:r>
        <w:t>ji. aur phir yusuf ali salam, phir shoaib ali salam, phir ayyub ali salam, phir zul kifl aur phir musa ali salam, haroon ali salam, daud ali salam, sulaiman ali salam, ji. aur ilyas ali salam, ji. yunus ali salam, zakariya, yahya aur isa ali salam. to is tarah se aap dekhen to solah paigambar to yahi hain.</w:t>
      </w:r>
    </w:p>
    <w:p>
      <w:pPr>
        <w:jc w:val="right"/>
      </w:pPr>
      <w:r>
        <w:t>जी. और फिर युसुफ अली सलाम, फिर शोएब अली सलाम, फिर अयुब अली सलाम, फिर जुल किफल और फिर मुसा अली सलाम, हरून अली सलाम, दाउद अली सलाम, सुलिमान अली सलाम, जी. और इलियास अली सलाम, जी. युनुस अली सलाम, ज़क़रिया, याहिया और ईस अली सलाम. तो इस तरह से आप देखें तो सोलह पैदंबर तो यही है.</w:t>
      </w:r>
    </w:p>
    <w:p>
      <w:r>
        <w:rPr>
          <w:b/>
        </w:rPr>
        <w:t xml:space="preserve">[12:33] </w:t>
      </w:r>
      <w:r>
        <w:t>phir loot alai salam. ji. hazrat ibrahim ke nephew the aur ismail alai salam aur prophet mohammed is tarike se agar aap denge to bees paigambar hazrat ibrahim alai salam ke nasal se aaye aur quran mein kul pachees chhabbees paigambaron ka zikr hai. ji.</w:t>
      </w:r>
    </w:p>
    <w:p>
      <w:pPr>
        <w:jc w:val="right"/>
      </w:pPr>
      <w:r>
        <w:t>फिर लूत अलईसालाम. जी. हज़द इब्राहिम के nephew थे और Ismail अलईस्सलाम और prophet मोहम्मद इस तरीके से अगर आप देंगे तो बीस प्रकंबर हज़द इब्राहिम अलईस्सलाम के नस्ल से आए और कुरान में कुल पच्चीस छब्बीस प्रकंबरों का ज़िक्र है. जी.</w:t>
      </w:r>
    </w:p>
    <w:p>
      <w:r>
        <w:rPr>
          <w:b/>
        </w:rPr>
        <w:t xml:space="preserve">[12:54] </w:t>
      </w:r>
      <w:r>
        <w:t>to major prophets bahut hi aisi family thi ki jisme paigambari paigambaraj the. ji bahut lambi chain aapne jis taraf bayan kari. ji.</w:t>
      </w:r>
    </w:p>
    <w:p>
      <w:pPr>
        <w:jc w:val="right"/>
      </w:pPr>
      <w:r>
        <w:t>तो major prophets बहुत ही ऐसी family थी कि जिसमें प्यागंबरी प्यागंबराज थे. जी बहुत लंबी chain आपने जिस तरफ बयान करी. जी.</w:t>
      </w:r>
    </w:p>
    <w:p>
      <w:r>
        <w:rPr>
          <w:b/>
        </w:rPr>
        <w:t xml:space="preserve">[13:20] </w:t>
      </w:r>
      <w:r>
        <w:t>to doctor maine jaise bataya ki prophet yusuf, prophet yaqoob ke bete the. ji. to aap yeh bhi bataiye thoda prophet yaqoob ki family ke bare mein, kahan rehte the, kya karte the? iske bare mein bhi hum sabko bataiye. bible ke mutabik ibrahim ali salam hebron mein rehte the. wo qanaan ka ilaqa tha.</w:t>
      </w:r>
    </w:p>
    <w:p>
      <w:pPr>
        <w:jc w:val="right"/>
      </w:pPr>
      <w:r>
        <w:t>तो doctor मैंने जैसे बताया कि prophet युसुफ, prophet याकूब के बेटे थे. जी. तो आप यह भी बताइए थोड़ा prophet याहूब की family के बारे में, कहां रहते थे, क्या करते थे? इसके बारे में भी हम सबको बताइए. Bible के मुताबिक इब्राहिम अली सलाम Hebron में रहते थे. वो क़नान का इलाका था.</w:t>
      </w:r>
    </w:p>
    <w:p>
      <w:r>
        <w:rPr>
          <w:b/>
        </w:rPr>
        <w:t xml:space="preserve">[13:44] </w:t>
      </w:r>
      <w:r>
        <w:t>hazrat ibrahim ali salam iraq mein paida hue urr mein phir wo babylon gaye wahan se. sab dawat andaaz ke safar kiye the unhone. har jagah jaakar khuda ka paigam pahunchate the. babylon gaye phir wahan se haran gaye jo turkey ke paas hai, phir wahan se aleppo gaye syria, phir wahan se palestine aakar wahan rehne lage.</w:t>
      </w:r>
    </w:p>
    <w:p>
      <w:pPr>
        <w:jc w:val="right"/>
      </w:pPr>
      <w:r>
        <w:t>हज़रत इब्राहिम अली सलाम इराक़ में पैदा हुए उर्र में फिर वो babylon गए वहां से. सब दावती अंदाज़ के सफर किए थे उन्होंने. हर जगह जाकर खुदा का पैगाम पहुंचाते थे. Babylon गए फिर वहां से हारान गए जो Turkey के पास है, फिर वहां से अलीपू गए Syria, फिर वहां से Palestine आकर वहां रहने लगे.</w:t>
      </w:r>
    </w:p>
    <w:p>
      <w:r>
        <w:rPr>
          <w:b/>
        </w:rPr>
        <w:t xml:space="preserve">[14:07] </w:t>
      </w:r>
      <w:r>
        <w:t>to bible ke mutabik hazrat ibrahim ali salam hebron mein rehte the aur hebron ko hebron mein hebron kaha jaate hain. to hum gaye the hebron agar aapko ji yaad bilkul yaad hai. ji bilkul. hamare ke saath jaana hua tha.</w:t>
      </w:r>
    </w:p>
    <w:p>
      <w:pPr>
        <w:jc w:val="right"/>
      </w:pPr>
      <w:r>
        <w:t>तो Bible के मुताबिक हज़त इब्राहिम अली सलाम Hebron में रहते थे और Hebron को हिब्रों में Hebron कहा जाते हैं. तो हम गए थे हिब्रों अगर आपको जी याद बिल्कुल याद है. जी बिल्कुल. हमारे के साथ जाना हुआ था.</w:t>
      </w:r>
    </w:p>
    <w:p>
      <w:r>
        <w:rPr>
          <w:b/>
        </w:rPr>
        <w:t xml:space="preserve">[14:26] </w:t>
      </w:r>
      <w:r>
        <w:t>to woh jo sabse khaas cheez wahan par hai woh hai al haram ul ibrahimi jisko aap keh sakte hain ibrahim, masjid e ibrahimi ya al masjid al ibrahimi. to woh bahut hi tareekhi cheez hai. darasal kaha jata hai ki hazrat ibrahim ali salam ki jo qabr thi aur unki wife sara ki ek cave mein thi.</w:t>
      </w:r>
    </w:p>
    <w:p>
      <w:pPr>
        <w:jc w:val="right"/>
      </w:pPr>
      <w:r>
        <w:t>तो वह जो सबसे खास चीज़ वहां पर है वह है अल हरम उल इब्राहिमी जिसको आप कह सकते हैं इब्राहिम, मस्जिद ए इब्राहिमी या अल मस्जिद अल इब्राहिमी. तो वह बहुत ही तारीखी चीज़ है. दरअसल कहा जाता है कि हज़त इब्राहिम अली सलाम की जो कब्र थी और उनकी wife सारा की एक cave में थी.</w:t>
      </w:r>
    </w:p>
    <w:p>
      <w:r>
        <w:rPr>
          <w:b/>
        </w:rPr>
        <w:t xml:space="preserve">[14:55] </w:t>
      </w:r>
      <w:r>
        <w:t>to us cave ke upar ek monument king herod ne banwaya tha. phir jab turkish empire ka galba hua us area mein to unhone usko masjid ki shakal de di. to hum log gaye the wahan upar masjid hai. masjid masjid ke andar jahan namaz padhte hain wahin par qabre hain. ji. aur bahut badi badi qabre hain. ji. agar aapko yaad hoga just like a room. ji ji ji.</w:t>
      </w:r>
    </w:p>
    <w:p>
      <w:pPr>
        <w:jc w:val="right"/>
      </w:pPr>
      <w:r>
        <w:t>तो उस cave के ऊपर एक monument king Herod ने बनवाया था. फिर जब Turkish empire का गलबा हुआ उस area में तो उन्होंने उसको मस्जिद की शक्ल दे दी. तो हम लोग गए थे वहां ऊपर मस्जिद है. मस्जिद मस्जिद के अंदर जहां नमाज़ पड़ते हैं वहीं पर कब्रे हैं. जी. और बहुत बड़ी बड़ी कब्रे हैं. जी. अगर आपको याद होगा just like a room. जी जी जी.</w:t>
      </w:r>
    </w:p>
    <w:p>
      <w:r>
        <w:rPr>
          <w:b/>
        </w:rPr>
        <w:t xml:space="preserve">[15:22] </w:t>
      </w:r>
      <w:r>
        <w:t>bahut hi height bhi unki taqreeban aath das foot aur lambai chhodai bhi das foot aise to woh room ke andaaz ki thi. bahut badi. to usmein ibrahim ali salam aur sara jo unki wife thi ishaq ali salam ki mother, wo to cave ke andar hai. wahan se ek, ek gol si cheez hai usmein dekhen jhaag ke to usmein nazar aati hai qabr wo.</w:t>
      </w:r>
    </w:p>
    <w:p>
      <w:pPr>
        <w:jc w:val="right"/>
      </w:pPr>
      <w:r>
        <w:t>बहुत ही height भी उनकी तकरीबन आठ दस foot और लंबाई छोड़ाई भी दस foot ऐसे तो वह room के अंदाज़ की थी. बहुत बड़ी. तो उसमें इब्राहिम अली सलाम और सारा जो उनकी wife थी ईसाक अली सलाम की mother, वो तो cave के अंदर है. वहां से एक, एक गोल सी चीज़ है उसमें देखें झाग के तो उसमें नज़र आती है खबर वो.</w:t>
      </w:r>
    </w:p>
    <w:p>
      <w:r>
        <w:rPr>
          <w:b/>
        </w:rPr>
        <w:t xml:space="preserve">[15:48] </w:t>
      </w:r>
      <w:r>
        <w:t>lekin jo baqi qabre hain ishaq alai salam aur unki wife jinka naam bible mein rebecca aata hai wo hai aur yaqoob alai salam aur unki wife lia jinka naam aata hai bible mein wo qabr hai. jo aajad yusuf ali salam ki mother thi unka naam rachel tha. bible ke twar se isko arabic mein raheel kehte hain.</w:t>
      </w:r>
    </w:p>
    <w:p>
      <w:pPr>
        <w:jc w:val="right"/>
      </w:pPr>
      <w:r>
        <w:t>लेकिन जो बाकी कब्रे है ईसाक अलई सलाम और उनकी wife जिनका नाम bible में रेबेका आता है वो है और याकूब अलई सलाम और उनकी wife लिया जिनका नाम आता है bible में वो कब्र है. जो आजयद युसूफ अली सलाम की mother थी उनका नाम रेचल था. Bible के त्वार से इसको arabic में रहील कहते हैं.</w:t>
      </w:r>
    </w:p>
    <w:p>
      <w:r>
        <w:rPr>
          <w:b/>
        </w:rPr>
        <w:t xml:space="preserve">[16:13] </w:t>
      </w:r>
      <w:r>
        <w:t>to is tarah se chhe qabre hain aur allah behtar janta hai ki yeh waqitan historically sahi hai lekin itni qadeem history hai wahan khud jerusalem jo hai wo teen hazar saal purani abadi hai wahan hum log dekh dekh rahe the usko bilkul aisa lagta tha ki purane zamane mein aa gaye. purani history aisi lagta tha ki log yahan paigambar aas paas ghoom rahe hain. bahut hi ajeeb hai.</w:t>
      </w:r>
    </w:p>
    <w:p>
      <w:pPr>
        <w:jc w:val="right"/>
      </w:pPr>
      <w:r>
        <w:t>तो इस तरह से छः कब्र है और अल्लाह बेते जानता है कि यह वाकितन historically सही है लेकिन इतनी कदीम history है वहां खुद ज़रूस्लम जो है वो तीन हज़ार साल पुरानी आबादी है वहां हम लोग देख देख रहे थे उसको बिल्कुल ऐसा लगता था कि पुराने जमाने में आ गए. पुरानी history ऐसी लगता था कि लोग यहां प्योगंबर आसपास घूम रहे हैं. बहुत ही अजीब है.</w:t>
      </w:r>
    </w:p>
    <w:p>
      <w:r>
        <w:rPr>
          <w:b/>
        </w:rPr>
        <w:t xml:space="preserve">[16:41] </w:t>
      </w:r>
      <w:r>
        <w:t>to yeh jo hebron hai yeh bahut door nahi hai. jerusalem se tees chaalees kilometer ke faasle par hai aur yeh west bank, west bank ka city hai. i think one of the biggest cities of west bank jo palestinian authority ke under mein yaani zyada tar jo wahan log rehte hain musalman hain aur bahut hi tareekhi jagah hai wahan jaakar badi ek kaifiyat badal jati hai.</w:t>
      </w:r>
    </w:p>
    <w:p>
      <w:pPr>
        <w:jc w:val="right"/>
      </w:pPr>
      <w:r>
        <w:t>तो यह जो Hebron है यह बहुत दूर नहीं है. Jerusalem से तीस चालीस kilometer के फ़ासले पर है और यह West Bank, West Bank का city है. I think one of the biggest cities of West Bank जो Palestinian authority के under में यानी ज़्यादातर जो वहां लोग रहते हैं मुसलमान हैं और बहुत ही तारीखी जगह है वहां जाकर बड़ी एक कैफियत बदल जाती है.</w:t>
      </w:r>
    </w:p>
    <w:p>
      <w:r>
        <w:rPr>
          <w:b/>
        </w:rPr>
        <w:t xml:space="preserve">[17:09] </w:t>
      </w:r>
      <w:r>
        <w:t>to yeh log jo hazrat yaqoob bhi yahin raha karte the hebron mein, to us zamane mein jo log rehte the woh tents mein rehte the aur jo bachche hote the woh bakriyan charate the aur sheep waghera ko charate the aas paas aur jo ghar ki ladies hoti thi woh gharelu kaam karte the.</w:t>
      </w:r>
    </w:p>
    <w:p>
      <w:pPr>
        <w:jc w:val="right"/>
      </w:pPr>
      <w:r>
        <w:t>तो यह लोग जो हज़रत याकूब भी यही रहा करते थे hebron में, तो उस ज़माने में जो लोग रहते थे वह tents में रहते थे और जो बच्चे होते थे वह बकरियां चढ़ाते थे और sheep वगैरह को चराते थे आसपास और जो घर की ladies होती थी वो घरेलू काम करते थे.</w:t>
      </w:r>
    </w:p>
    <w:p>
      <w:r>
        <w:rPr>
          <w:b/>
        </w:rPr>
        <w:t xml:space="preserve">[17:32] </w:t>
      </w:r>
      <w:r>
        <w:t>maslan doodh nikalna, motni wagera se uska paneer banana, ghee banana, makkhan banana, olive wahan bahut hota tha</w:t>
      </w:r>
    </w:p>
    <w:p>
      <w:pPr>
        <w:jc w:val="right"/>
      </w:pPr>
      <w:r>
        <w:t>मसलन दूध निकालना, मोटनी वगैरह से उसका पनीर बनाना, घी बनाना, मक्खन बनाना, olive वहां बहुत होता था</w:t>
      </w:r>
    </w:p>
    <w:p>
      <w:r>
        <w:rPr>
          <w:b/>
        </w:rPr>
        <w:t xml:space="preserve">[17:39] </w:t>
      </w:r>
      <w:r>
        <w:t>toh olive se bahut sari cheezein, olive oil aur bahut sari cheezein aur gariluksin ki dawayein jaise baam</w:t>
      </w:r>
    </w:p>
    <w:p>
      <w:pPr>
        <w:jc w:val="right"/>
      </w:pPr>
      <w:r>
        <w:t>तो olive से बहुत सारी चीज़ें, olive oil और बहुत सारी चीज़ें और गरीलूकसिन की दवाएं जैसे बाम</w:t>
      </w:r>
    </w:p>
    <w:p>
      <w:r>
        <w:rPr>
          <w:b/>
        </w:rPr>
        <w:t xml:space="preserve">[17:47] </w:t>
      </w:r>
      <w:r>
        <w:t>hai, incense hai, perfume hai, itr hai aur woh pottery ka bhi woh rawaj tha wahan toh kuch</w:t>
      </w:r>
    </w:p>
    <w:p>
      <w:pPr>
        <w:jc w:val="right"/>
      </w:pPr>
      <w:r>
        <w:t>है, incense है, perfume है, इतर है और वह pottery का भी वह रवाज था वहां तो कुछ</w:t>
      </w:r>
    </w:p>
    <w:p>
      <w:r>
        <w:rPr>
          <w:b/>
        </w:rPr>
        <w:t xml:space="preserve">[17:55] </w:t>
      </w:r>
      <w:r>
        <w:t>pottery ki bhi cheezein banti thi jaise waz hai ki vessel hai, koi jar hai, koi aur chhoti</w:t>
      </w:r>
    </w:p>
    <w:p>
      <w:pPr>
        <w:jc w:val="right"/>
      </w:pPr>
      <w:r>
        <w:t>pottery की भी चीज़ें बनती थी जैसे वाज है कि vessel है, कोई jar है, कोई और छोटी</w:t>
      </w:r>
    </w:p>
    <w:p>
      <w:r>
        <w:rPr>
          <w:b/>
        </w:rPr>
        <w:t xml:space="preserve">[18:02] </w:t>
      </w:r>
      <w:r>
        <w:t>moti cheezein hain aur ivory ke bhi saman bante the toh chhote mote ivory ke saman decoration wagera</w:t>
      </w:r>
    </w:p>
    <w:p>
      <w:pPr>
        <w:jc w:val="right"/>
      </w:pPr>
      <w:r>
        <w:t>मोटी चीज़ें हैं और ivory के भी सामान बनते थे तो छोटे मोटे ivory के सामान decoration वगैरह</w:t>
      </w:r>
    </w:p>
    <w:p>
      <w:r>
        <w:rPr>
          <w:b/>
        </w:rPr>
        <w:t xml:space="preserve">[18:10] </w:t>
      </w:r>
      <w:r>
        <w:t>kuch jewelry, ivory aur silver wagera ke kuch jewelry kuch kuch tools bhi banate the wo log.</w:t>
      </w:r>
    </w:p>
    <w:p>
      <w:pPr>
        <w:jc w:val="right"/>
      </w:pPr>
      <w:r>
        <w:t>कुछ jewelry, ivory और silver वगैरह के कुछ jewelry कुछ कुछ tools भी बनाते थे वो लोग.</w:t>
      </w:r>
    </w:p>
    <w:p>
      <w:r>
        <w:rPr>
          <w:b/>
        </w:rPr>
        <w:t xml:space="preserve">[18:18] </w:t>
      </w:r>
      <w:r>
        <w:t>ji. safety ke lihaaz se chunki wahan bhediyan waghera aata tha. ji. to is tarah ki kuch cheezein hoti thi aur jo sheep hai ya goat hai uske uske baal kaat ke un banate the. ji. aur kapde, woolen kapde bante the chunki woh thanda ilaqa hai. thoda woh north mein hai.</w:t>
      </w:r>
    </w:p>
    <w:p>
      <w:pPr>
        <w:jc w:val="right"/>
      </w:pPr>
      <w:r>
        <w:t>जी. Safety के लिहाज से चूंकि वहां भेड़ियां वगैरह आता था. जी. तो इस तरह की कुछ चीज़ें होती थी और जो sheep है या goat है उसके उसके बाल काट के उन बनाते थे. जी. और कपड़े, woolen कपड़े बनते थे चूंकि वह ठंडा इलाका है. थोड़ा वह north में है.</w:t>
      </w:r>
    </w:p>
    <w:p>
      <w:r>
        <w:rPr>
          <w:b/>
        </w:rPr>
        <w:t xml:space="preserve">[18:37] </w:t>
      </w:r>
      <w:r>
        <w:t>to isi tarah ke kuch cheezain hoti thi aur jo, jo aadmi log hote the woh saaman ko lekar kahin jaate the oont par laad ke aur kisi sookh mein, kisi bazaar mein usko sell karte the. ab us zamane mein koi currency to hoti nahi thi to water system tha. kisi ne apni kuch jewelry de di aur grain le liya ya koi furniture le liya ya bihad bakri le liye.</w:t>
      </w:r>
    </w:p>
    <w:p>
      <w:pPr>
        <w:jc w:val="right"/>
      </w:pPr>
      <w:r>
        <w:t>तो इसी तरह के कुछ चीज़ें होती थी और जो, जो आदमी लोग होते थे वह सामान को लेकर कहीं जाते थे ऊंट पर लाद के और किसी सूख में, किसी बाज़ार में उसको sell करते थे. अब उस ज़माने में कोई currency तो होती नहीं थी तो water system था. किसी ने अपनी कुछ jewelry दे दी और grain ले लिया या कोई furniture ले लिया या बिहड़ बकरी ले लिए.</w:t>
      </w:r>
    </w:p>
    <w:p>
      <w:r>
        <w:rPr>
          <w:b/>
        </w:rPr>
        <w:t xml:space="preserve">[19:07] </w:t>
      </w:r>
      <w:r>
        <w:t>to is tarike ka wahan sil chala tha. woh it was a sort of nomadic lifestyle. ji. to yahi sab preekrit aur yahi andaaz tha wahan us zamane ka. ji, matlab agricultural based aur animal husbandry. ji. waise hi related industry kaha ja sakta hai. aaj ke terms mein agar socha jaye to. sahi. doctor sahab, jaisa ki hum jaante hain ki quran mein prophet yusuf ki story ko ehsanul qasas kaha gaya hai.</w:t>
      </w:r>
    </w:p>
    <w:p>
      <w:pPr>
        <w:jc w:val="right"/>
      </w:pPr>
      <w:r>
        <w:t>तो इस तरीके का वहां सिल चला था. वह it was a sort of nomadic lifestyle. जी. तो यही सब प्रीकृत और यही अंदाज़ था वहां उस जमाने का. जी, मतलब agricultural based और animal husbandry. जी. वैसे ही related industry कहा जा सकता है. आज के terms में अगर सोचा जाए तो. सही. Doctor साहब, जैसा कि हम जानते हैं कि कुरान में prophet युसूफ की story को एहसुनुल कासस कहा गया है.</w:t>
      </w:r>
    </w:p>
    <w:p>
      <w:r>
        <w:rPr>
          <w:b/>
        </w:rPr>
        <w:t xml:space="preserve">[19:35] </w:t>
      </w:r>
      <w:r>
        <w:t>unki life bahut hi eventful rahi. kai test aaye unki zindagi mein aur aapne yeh bhi bataya doctor sahab ki quran mein yeh bhi kai paighambaron ka bhi zikr hai, lekin inhi ki story ko ehsanul qasas kyu kaha gaya? iski kya wajah hai? iske bare mein bataye.</w:t>
      </w:r>
    </w:p>
    <w:p>
      <w:pPr>
        <w:jc w:val="right"/>
      </w:pPr>
      <w:r>
        <w:t>उनकी life बहुत ही eventful रही. कई test आए उनकी ज़िंदगी में और आपने यह भी बताया doctor साहब कि कुरान में यह भी कई पैगंबरों का भी ज़िक्र है, लेकिन इन्हीं की story को एहसुनुल कास्स क्यों कहा गया? इसकी क्या वजह है? इसके बारे में बताएं.</w:t>
      </w:r>
    </w:p>
    <w:p>
      <w:r>
        <w:rPr>
          <w:b/>
        </w:rPr>
        <w:t xml:space="preserve">[19:58] </w:t>
      </w:r>
      <w:r>
        <w:t>ehsanul qasas ka matlab hai the most beautiful story aur woh is lihaz se hai ki usmein humein bahut sabak milte hain. koi story telling nahi hai balki sabak ke lihaz se, lessons ke lihaz se bahut hi unda lessons hain zindagi ke liye.</w:t>
      </w:r>
    </w:p>
    <w:p>
      <w:pPr>
        <w:jc w:val="right"/>
      </w:pPr>
      <w:r>
        <w:t>ऐसानून कास्स का मतलब है the most beautiful story और वो इस लिहाज से है कि उसमें हमें बहुत सबक मिलते हैं. कोई story telling नहीं है बल्कि सबक के लिहाज से, lessons के लिहाज से बहुत ही उन्दा lessons हैं ज़िंदगी के लिए.</w:t>
      </w:r>
    </w:p>
    <w:p>
      <w:r>
        <w:rPr>
          <w:b/>
        </w:rPr>
        <w:t xml:space="preserve">[20:17] </w:t>
      </w:r>
      <w:r>
        <w:t>jo sabse ahham lesson hai woh yeh hai ki jab mukhalif halaat hote hain, difficult times sabke saath guzarte hain to woh allah taala ka yeh tareeka hai ki unhi difficult times aur mukhalif halaat se ek allah taala ek jeena bana deta hai success ka, ek seedhi nikal aati hai, usi mein se ek rasta nikal aata hai, azaadi hui hai.</w:t>
      </w:r>
    </w:p>
    <w:p>
      <w:pPr>
        <w:jc w:val="right"/>
      </w:pPr>
      <w:r>
        <w:t>जो सबसे अहम् lesson है वो ये है कि जब मुखालिफ हालात होते हैं, difficult times सबके साथ गुजरते हैं तो वो अल्लाह तालाह का ये तरीका है कि उन्हीं difficult times और मुखालिफ हालात से एक अल्लाह तालाह एक जीना बना देता है success का, एक सीढ़ी निकल आती है, उसी में से एक रास्ता निकल आता है, आज़ादी हुई है.</w:t>
      </w:r>
    </w:p>
    <w:p>
      <w:r>
        <w:rPr>
          <w:b/>
        </w:rPr>
        <w:t xml:space="preserve">[20:42] </w:t>
      </w:r>
      <w:r>
        <w:t>yusuf ali salam ke qisse mein yahi milta hai ki bhaiyon ne unko kuwein mein daal diya aur kuwein se woh Egypt mein ek bahut hi aala officer ke ghar pahunch gaye. wahan unki tarbiyat hui taleem hui aur woh bahut hi achhi shakhsiyat ban gayi. phir jail mein jaana pada halanki koi unka jurm nahi tha aur jail se phir woh takht pe pahunch gaye misr ke.</w:t>
      </w:r>
    </w:p>
    <w:p>
      <w:pPr>
        <w:jc w:val="right"/>
      </w:pPr>
      <w:r>
        <w:t>युसूफ अली सलाम के किस्से में यही मिलता है कि भाइयों ने उनको कुएं में डाल दिया और कुएं से वो Egypt में एक बहुत ही आला officer के घर पहुंच गए. वहां उनकी तरबीयत हुई तालीम हुई और वह बहुत ही अच्छी शख्सियत वन गई. फिर jail में जाना पड़ा हालांकि कोई उनका जुर्म नहीं था और jail से फिर वह तख पे पहुंच गए मिस्रके.</w:t>
      </w:r>
    </w:p>
    <w:p>
      <w:r>
        <w:rPr>
          <w:b/>
        </w:rPr>
        <w:t xml:space="preserve">[21:09] </w:t>
      </w:r>
      <w:r>
        <w:t>to jab bhi koi difficult halaat ho to usmein negative nahi hona chahiye. ek to yeh hai pehlu aur doosra pehlu yeh hai ki jo difficult halaat hote hain usmein aapke jo hidden potential hai jo inner potential hai ji. woh bhi nikalte hai woh bhi ujaagar ho jaate hai. bahut important baat hai. to yeh bahut hi bahut hi ahham hai to allah taala ne asal mein zindagi banai aisi hai. ji. ke usmein test liya jaye.</w:t>
      </w:r>
    </w:p>
    <w:p>
      <w:pPr>
        <w:jc w:val="right"/>
      </w:pPr>
      <w:r>
        <w:t>तो जब भी कोई difficult हालात हो तो उसमें negative नहीं होना चाहिए. एक तो ये है पहलू और दूसरा पहलू ये है कि जो difficult हालात होते हैं उसमें आपके जो hidden potential है जो inner potential है जी. वो भी निकलते है वो भी उजागर हो जाते है. बहुत important बात है. तो यह बहुत ही बहुत ही अहम् है तो अल्लाह ताला ने असल में ज़िंदगी बनाई ऐसी है. जी. के उसमें test लिया जाए.</w:t>
      </w:r>
    </w:p>
    <w:p>
      <w:r>
        <w:rPr>
          <w:b/>
        </w:rPr>
        <w:t xml:space="preserve">[21:36] </w:t>
      </w:r>
      <w:r>
        <w:t>maulana hai bahut zyada isko creation plan of god jisko kehte the ki insaan pehle hi samjhe ki maqsad eht kya hai? jab woh samjhega ki maqsad eht test hai to woh samjhega ki difficult halaat bhi ayenge ups and downs har tarah ke halaat ayenge to usko woh itna negative nahi hoga. ji.</w:t>
      </w:r>
    </w:p>
    <w:p>
      <w:pPr>
        <w:jc w:val="right"/>
      </w:pPr>
      <w:r>
        <w:t>मौलाना है बहुत ज़्यादा इसको creation plan of god जिसको कहते थे कि इंसान पहले ही समझे की मकसद एहत क्या है? जब वो समझेगा की मकसद एहत test है तो वो समझेगा की difficult हालात भी आऐंगे ups and downs हर तरह के हालात आऐंगे तो उसको वो इतना negative नहीं होगा. जी.</w:t>
      </w:r>
    </w:p>
    <w:p>
      <w:r>
        <w:rPr>
          <w:b/>
        </w:rPr>
        <w:t xml:space="preserve">[21:58] </w:t>
      </w:r>
      <w:r>
        <w:t>yaani yaani jab bhi koi aisa mauka hai, koi difficult halaat hai to humko samajhna chahiye ki god is about to make a very important decision about our life. mashallah, haan, aisa nahi hai ki koi aapko achaanak kisi ji. halaat mein aa gaya kisi wajah se balki it's a very crucial time and god is going to take a very important decision aapki behtari ke liye. bahut important baat hai.</w:t>
      </w:r>
    </w:p>
    <w:p>
      <w:pPr>
        <w:jc w:val="right"/>
      </w:pPr>
      <w:r>
        <w:t>यानी यानी जब भी कोई ऐसा मौका है, कोई difficult हालात है तो हमको समझना चाहिए कि god is about to make a very important decision about our life. माशालाह, हां, ऐसा नहीं है कि कोई आपको अचानक किसी जी. हालात में आ गया किसी वजह से बल्कि it's a very crucial time and god is going to take a very important decision आपकी बेहतरी के लिए. बहुत important बात है.</w:t>
      </w:r>
    </w:p>
    <w:p>
      <w:r>
        <w:rPr>
          <w:b/>
        </w:rPr>
        <w:t xml:space="preserve">[22:26] </w:t>
      </w:r>
      <w:r>
        <w:t>to yeh yeh sab bahut ahham ismein lessons hain jo poore kahani mein bhare hue hain balki maine ek baar isko padha tha is zehan se ki ismein kya aspects milte hain. ji. to maine dekha hai ki usmein moral values shayad hi koi SEO jo chhooti ho. ji. maine usko likha tha. ji ji. kahin hoga abhi tees, chaalis ya kitne mujhe points mile the. agli class mein uska zikr cheezega.</w:t>
      </w:r>
    </w:p>
    <w:p>
      <w:pPr>
        <w:jc w:val="right"/>
      </w:pPr>
      <w:r>
        <w:t>तो यह यह सब बहुत अहम् इसमें lessons हैं जो पूरे कहानी में भरे हुए हैं बल्कि मैंने एक बार इसको पढ़ा था इस ज़ेहन से कि इसमें क्या aspects मिलते हैं. जी. तो मैंने देखा है कि उसमें moral values शायद ही कोई SEO जो छुट्टी हो. जी. मैंने उसको लिखा था. जी जी. कहीं होगा अभी तीस, चालीस या कितने मुझे points मिले थे. अगली class में उसका ज़िक्र चीज़ेगा.</w:t>
      </w:r>
    </w:p>
    <w:p>
      <w:r>
        <w:rPr>
          <w:b/>
        </w:rPr>
        <w:t xml:space="preserve">[22:56] </w:t>
      </w:r>
      <w:r>
        <w:t>ji. ji. ji. DocsApp aapne jaise starting mein bhi bataya ki prophet yusuf ki jo kahani hai woh ek dream se shuru hoti hai jo unhone bachpan mein dekhi. ji. aapne iska ek passing ki reference bhi diya tha starting mein. ji. to woh kya dream thi uske bare mein bhi hum sabko bataiye.</w:t>
      </w:r>
    </w:p>
    <w:p>
      <w:pPr>
        <w:jc w:val="right"/>
      </w:pPr>
      <w:r>
        <w:t>जी. जी. जी. DocsApp आपने जैसे starting में भी बताया कि prophet युसुफ की जो कहानी है वह एक dream से शुरू होती है जो उन्होंने बचपन में देखी. जी. आपने इसका एक passing की reference भी दिया था starting में. जी. तो वह क्या dream थी उसके बारे में भी हम सबको बताइए.</w:t>
      </w:r>
    </w:p>
    <w:p>
      <w:r>
        <w:rPr>
          <w:b/>
        </w:rPr>
        <w:t xml:space="preserve">[23:21] </w:t>
      </w:r>
      <w:r>
        <w:t>aazad yusuf aleh salam ne bachpan mein taqreeban solah satrah saal ki age thi. bible ke liye aaj se 17 years ki age thi unki. us waqt ek khwab dekha aur quran mein mention hai ki maine dekhe gyaarah sitare suraj aur chand sab ke sab mujhe sajda kar rahe hain.</w:t>
      </w:r>
    </w:p>
    <w:p>
      <w:pPr>
        <w:jc w:val="right"/>
      </w:pPr>
      <w:r>
        <w:t>आज़द युसूफ अलेह सलाम ने बचपन में तकरीबन सोलह सत्रह साल की age थी. Bible के लिए आज से 17 years की age थी उनकी. उस वक्त एक ख्वाब देखा और कुरान में mention है कि मैंने देखे ग्यारह सितारे सूरज और चांद सब के सब मुझे सज्दा कर रहे हैं.</w:t>
      </w:r>
    </w:p>
    <w:p>
      <w:r>
        <w:rPr>
          <w:b/>
        </w:rPr>
        <w:t xml:space="preserve">[23:51] </w:t>
      </w:r>
      <w:r>
        <w:t>to jaise subah uthe fauran yaqub aleh salam ke paas aaye, apne father ke paas aur yeh khwab bataya. to yaqub aleh salam ko pehle se hi andaaza tha ki yeh bahut hi layiq bachcha hai. ji. unko andaaza ho gaya ki ismein bahut hi bada future hai koi aur kaha ki mere bachche tum yeh khwab apne bhaiyon ko mat batana. lataqsa ru'ya ka alayka ti ka. apne bhaiyon ko mat batana yeh khwab.</w:t>
      </w:r>
    </w:p>
    <w:p>
      <w:pPr>
        <w:jc w:val="right"/>
      </w:pPr>
      <w:r>
        <w:t>तो जैसे सुबह उठे फ़ौरन याकुब अली सलाम के पास आए, अपने father के पास और यह खौब बताया. तो याकूब अली सलाम को पहले से ही अंदाज़ा था कि यह बहुत ही लायक बच्चा है. जी. उनको अंदाज़ा हो गया कि इसमें बहुत ही बड़ा future है कोई और कहा कि मेरे बच्चे तुम यह खौब अपने भाइयों को मत बताना. लाताक्षस रुईया का अलाहिकवती का. अपने भाइयों को मत बताना यह खौब.</w:t>
      </w:r>
    </w:p>
    <w:p>
      <w:r>
        <w:rPr>
          <w:b/>
        </w:rPr>
        <w:t xml:space="preserve">[24:19] </w:t>
      </w:r>
      <w:r>
        <w:t>ho sakta hai ki tumhe koi nuksan pahunchayein, koi conspiracy karein tumhare against aur phir bahut achhi baat kahi, kaha ki allah taala tumhe paighambar banayega aur tumhare upar apni nemat ko tamam karega. yaani nemat ko tamam karna hai yaani khuda ki jo sabse badi blessing hai insano ke liye woh yahi hai ki paighambar bana de usko. isse badi kya blessing ho sakti hai? ji ek hi na.</w:t>
      </w:r>
    </w:p>
    <w:p>
      <w:pPr>
        <w:jc w:val="right"/>
      </w:pPr>
      <w:r>
        <w:t>हो सकता है कि तुम्हें कोई नुकसान पहुंचाएं, कोई conspiracy करें तुम्हारे against और फिर बहुत अच्छी बात कही, कहा कि अल्लाह तालाह तुम्हें बगम्बर बनाएगा और तुम्हारे ऊपर अपनी नेमत को तमाम करेगा. यानी नेमत को तमाम करना है यानी खुदा की जो सबसे बड़ी blessing है इंसानों के लिए वो यही है की प्रागंबर बना दे उसको. इससे बड़ी क्या blessing हो सकती है? जी एक ही ना.</w:t>
      </w:r>
    </w:p>
    <w:p>
      <w:r>
        <w:rPr>
          <w:b/>
        </w:rPr>
        <w:t xml:space="preserve">[24:48] </w:t>
      </w:r>
      <w:r>
        <w:t>aur phir kaha ki jaise tumhare forefathers ke upar apni nemat ko tamam kiya, ibrahim aur ishaq ko, aise hi tumhare, tumhare liye allah taala tumhe muntakhab karega, select karega. ji. aur tumko ek bahut hi aala muqam par pahunchayega.</w:t>
      </w:r>
    </w:p>
    <w:p>
      <w:pPr>
        <w:jc w:val="right"/>
      </w:pPr>
      <w:r>
        <w:t>और फिर कहा की जैसे तुम्हारे forefathers के ऊपर अपनी नेमत को तमाम किया, इब्राहिम और ईसाहक को, ऐसे ही तुम्हारे, तुम्हारे लिए अल्लाह तालाह तुम्हें मुन्तखब करेगा, select करेगा. जी. और तुमको एक बहुत ही आला मुकाम पर पहुंचाएगा.</w:t>
      </w:r>
    </w:p>
    <w:p>
      <w:r>
        <w:rPr>
          <w:b/>
        </w:rPr>
        <w:t xml:space="preserve">[25:06] </w:t>
      </w:r>
      <w:r>
        <w:t>to kaafi achha ek aur baat ismein kahi unhone isi dauran ki innash shaitan alal insani adu mubeen ki shaitan insaan ka bahut bada dushman hai. yeh nahi kaha ki tumhare bhai dushman hain, woh tumse dushmani kar rahe hain, woh tumhe pareshan karna chahte hain, balki kaha ki shaitan dushman hai. ji. insaan dushman nahi hai.</w:t>
      </w:r>
    </w:p>
    <w:p>
      <w:pPr>
        <w:jc w:val="right"/>
      </w:pPr>
      <w:r>
        <w:t>तो काफी अच्छा एक और बात इसमें कही उन्होंने इसी दौरान कि इन्नश शैतान अलील इंसानी अदू मुमबीन कि शैतान इंसान का बहुत बड़ा दुश्मन है. यह नहीं कहा कि तुम्हारे भाई दुश्मन है, वो तुमसे दुश्मनी कर रहे हैं, वो तुम्हें परेशान करना चाहते हैं, बल्कि कहा कि शैतान दुश्मन है. जी. इंसान दुश्मन नहीं है.</w:t>
      </w:r>
    </w:p>
    <w:p>
      <w:r>
        <w:rPr>
          <w:b/>
        </w:rPr>
        <w:t xml:space="preserve">[25:34] </w:t>
      </w:r>
      <w:r>
        <w:t>isi baat ko maulana ne bahut hi highlight kiya hai us quran ki ayat ko lekar ittaq billahiti ahsan fa'ijallahu baynaka wa baynahu adawatun wa ka'annahu la'iikun hamim. do good deed in return for bad deed and you will see that your enemy has become your dearest friend.</w:t>
      </w:r>
    </w:p>
    <w:p>
      <w:pPr>
        <w:jc w:val="right"/>
      </w:pPr>
      <w:r>
        <w:t>इसी बात को मौलाना ने बहुत ही highlight किया है उस कुरान की आयत को लेकर इत्फा बिल्लातिही एसन फैज़ल्लाजी बैनाकाबा बैनाहो अदाबत उनका अनहो गाली उन हमीम. Do good deed in return for bad deed and you will see that your enemy has become your dearest friend.</w:t>
      </w:r>
    </w:p>
    <w:p>
      <w:r>
        <w:rPr>
          <w:b/>
        </w:rPr>
        <w:t xml:space="preserve">[25:55] </w:t>
      </w:r>
      <w:r>
        <w:t>to yahi bahut hi bada lesson hai jo maulana ne bahut hi highlight kiya hai apni talks mein aur writings mein ki insaan hamara dushman nahi hai. balki maulana kehte the ki koi dushman nahi hai hamara ya toh woh actual friend hai ya potential ji. friend to aap apne achhe sulook se, achhe bartav se, achhe behavior se agar koi waqti taur par dushman hai aapka ban gaya hai woh bhi aapka dost ban jayega.</w:t>
      </w:r>
    </w:p>
    <w:p>
      <w:pPr>
        <w:jc w:val="right"/>
      </w:pPr>
      <w:r>
        <w:t>तो यही बहुत ही बड़ा lesson है जो मुलाना ने बहुत ही highlight किया है अपनी talks में और writings में कि इंसान हमारा दुश्मन नहीं है. बल्कि मौलाना कहते थे कि कोई दुश्मन नहीं है हमारा या तो वो actual friend है या potential जी. Friend तो आप अपने अच्छे सुलूक से, अच्छे बर्ताव से, अच्छे behavior से अगर कोई वक्ती तौर पर दुश्मन है आपका वन गया है वो भी आपका दोस्त वन जाएगा.</w:t>
      </w:r>
    </w:p>
    <w:p>
      <w:r>
        <w:rPr>
          <w:b/>
        </w:rPr>
        <w:t xml:space="preserve">[26:23] </w:t>
      </w:r>
      <w:r>
        <w:t>to yeh bahut hi ahham baat hazrat yaqub aleh salam ne kahi ismein ki insaan dushman nahi hai balki shaitan to dushman hai. to ek aur cheez ismein mil rahi hai hamein ki hazrat yaqub aleh salam aur yusuf aleh salam baap bete the halanki yusuf aleh salam chhote the satrah saal ke lekin woh discussion kar rahe hain. ji.</w:t>
      </w:r>
    </w:p>
    <w:p>
      <w:pPr>
        <w:jc w:val="right"/>
      </w:pPr>
      <w:r>
        <w:t>तो ये बहुत ही अहम् बात हज़रत याकूब अली सलाम ने कही इसमें कि इंसान दुश्मन नहीं है बल्कि शैतान तो दुश्मन है. तो एक और चीज़ इसमें मिल रही है हमें कि हज़रत याकूब अली सलाम और युसूफ अली सलाम बाप बेटे थे हालांकि युसूफ अली सलाम छोटे थे सत्रह साल के लेकिन वो discussion कर रहे हैं. जी.</w:t>
      </w:r>
    </w:p>
    <w:p>
      <w:r>
        <w:rPr>
          <w:b/>
        </w:rPr>
        <w:t xml:space="preserve">[26:44] </w:t>
      </w:r>
      <w:r>
        <w:t>intellectual discussion kar rahe hain aur unko unko samjha rahe hain ki ek baat to bahut hi achha yeh andaaz hai ek baat balki parenting ka bhi bahut achha andaaz bhi milta hai kis tarike se hazrat yaqub aleh salam apne apne bete ko samjha rahe hain ki is khwab ko kis tarah se achhi tarah se interpret kiya. to bahut hi achha yeh ek hamein ek ismein se clue milta hai.</w:t>
      </w:r>
    </w:p>
    <w:p>
      <w:pPr>
        <w:jc w:val="right"/>
      </w:pPr>
      <w:r>
        <w:t>Intellectual discussion कर रहे हैं और उनको उनको समझा रहे हैं कि एक बात तो बहुत ही अच्छा यह अंदाज़ है एक बात बल्कि parenting का भी बहुत अच्छा अंदाज़ भी मिलता है किस तरीके से हज़रत यागुब अली सलाम अपने अपने बेटे को समझा रहे हैं कि इस खौब को किस तरह से अच्छी तरह से interpret किया. तो बहुत ही अच्छा यह एक हमें एक इसमें से clue मिलता है.</w:t>
      </w:r>
    </w:p>
    <w:p>
      <w:r>
        <w:rPr>
          <w:b/>
        </w:rPr>
        <w:t xml:space="preserve">[27:10] </w:t>
      </w:r>
      <w:r>
        <w:t>yeh to bahut hi doctor sahab bahut hi zabardast aur thrilling baat aapne batai ki insaan doosre insaan ka dushman nahi balki jo shaitan hai woh uska dushman hai. theek. to hamesha hamein har situation mein uske peeche jo real force hai usko samajhna chahiye ki woh insaan hamara dushman nahi hai balki woh shaitan hai jo usko behka raha hai aur hum dekhte hi hai ki ek bhai doosre bhai ka dushman ban jata hai, ek dost doosre dost ka dushman ban jata hai. ji.</w:t>
      </w:r>
    </w:p>
    <w:p>
      <w:pPr>
        <w:jc w:val="right"/>
      </w:pPr>
      <w:r>
        <w:t>यह तो बहुत ही doctor साहब बहुत ही ज़बरदस्त और thrilling बात आपने बताई कि इंसान दूसरे इंसान का दुश्मन नहीं बल्कि जो शैतान है वह उसका दुश्मन है. ठीक. तो हमेशा हमें हर situation में उसके पीछे जो real force है उसको समझना चाहिए कि वह इंसान हमारा दुश्मन नहीं है बल्कि वह शैतान है जो उसको बहकार है और हम देखते ही है कि एक भाई दूसरे भाई का दुश्मन वन जाता है, एक दोस्त दूसरे दोस्त का दुश्मन वन जाता है. जी.</w:t>
      </w:r>
    </w:p>
    <w:p>
      <w:r>
        <w:rPr>
          <w:b/>
        </w:rPr>
        <w:t xml:space="preserve">[27:38] </w:t>
      </w:r>
      <w:r>
        <w:t>lekin asal mein uska karan kuch aur hota hai aur jo aapne bahut hi achhi ayat batai ki potential friend to har bhai mein, dost mein, har relationship mein ek potential dosti hai. yes sir. usko hamein banaye rakhna hai. to bahut hi important lesson bataya doctor sahab ne jaza kar la.</w:t>
      </w:r>
    </w:p>
    <w:p>
      <w:pPr>
        <w:jc w:val="right"/>
      </w:pPr>
      <w:r>
        <w:t>लेकिन असल में उसका कारण कुछ और होता है और जो आपने बहुत ही अच्छी आयत बताई कि potential friend तो हर भाई में, दोस्त में, हर relationship में एक potential दोस्ती है. Yes sir. उसको हमें बनाए रखना है. तो बहुत ही important lesson बताया doctor साहब ने जज़ा कर ला.</w:t>
      </w:r>
    </w:p>
    <w:p>
      <w:r>
        <w:rPr>
          <w:b/>
        </w:rPr>
        <w:t xml:space="preserve">[27:56] </w:t>
      </w:r>
      <w:r>
        <w:t>doctor sahab hum dreams ko lekar baat kar rahe hain aur hum yeh jante hain ki prophet yusuf</w:t>
      </w:r>
    </w:p>
    <w:p>
      <w:pPr>
        <w:jc w:val="right"/>
      </w:pPr>
      <w:r>
        <w:t>Doctor साहब हम dreams को लेकर बात कर रहे हैं और हम यह जानते हैं कि prophet युसूफ</w:t>
      </w:r>
    </w:p>
    <w:p>
      <w:r>
        <w:rPr>
          <w:b/>
        </w:rPr>
        <w:t xml:space="preserve">[28:02] </w:t>
      </w:r>
      <w:r>
        <w:t>mein ek bahut zabardast allah ki taraf se ek salahiyat thi ki wo dream ko interpret karte the</w:t>
      </w:r>
    </w:p>
    <w:p>
      <w:pPr>
        <w:jc w:val="right"/>
      </w:pPr>
      <w:r>
        <w:t>में एक बहुत ज़बरदस्त अल्लाह की तरफ से एक सलाहियत थी कि वो dream को interpret करते थे</w:t>
      </w:r>
    </w:p>
    <w:p>
      <w:r>
        <w:rPr>
          <w:b/>
        </w:rPr>
        <w:t xml:space="preserve">[28:08] </w:t>
      </w:r>
      <w:r>
        <w:t>and it was his interpretation of the dream that got him close to the king and his interpretation</w:t>
      </w:r>
    </w:p>
    <w:p>
      <w:pPr>
        <w:jc w:val="right"/>
      </w:pPr>
      <w:r>
        <w:t>and it was his interpretation of the dream that got him close to the king and his interpretation</w:t>
      </w:r>
    </w:p>
    <w:p>
      <w:r>
        <w:rPr>
          <w:b/>
        </w:rPr>
        <w:t xml:space="preserve">[28:14] </w:t>
      </w:r>
      <w:r>
        <w:t>and the dreams also came true aur yeh dream ka interpretation aur dream ke bare mein quran mein</w:t>
      </w:r>
    </w:p>
    <w:p>
      <w:pPr>
        <w:jc w:val="right"/>
      </w:pPr>
      <w:r>
        <w:t>and the dreams also came true और यह dream का interpretation और dream के बारे में कुरान में</w:t>
      </w:r>
    </w:p>
    <w:p>
      <w:r>
        <w:rPr>
          <w:b/>
        </w:rPr>
        <w:t xml:space="preserve">[28:20] </w:t>
      </w:r>
      <w:r>
        <w:t>bhi zikr hai aur yeh bhi kaha jata hai doctor sahab aapne bhi kaha ki prophets ko jo</w:t>
      </w:r>
    </w:p>
    <w:p>
      <w:pPr>
        <w:jc w:val="right"/>
      </w:pPr>
      <w:r>
        <w:t>भी ज़िक्र है और यह भी कहा जाता है doctor साहब आपने भी कहा कि prophets को जो</w:t>
      </w:r>
    </w:p>
    <w:p>
      <w:r>
        <w:rPr>
          <w:b/>
        </w:rPr>
        <w:t xml:space="preserve">[28:26] </w:t>
      </w:r>
      <w:r>
        <w:t>dream aate hain woh sache khwab hote hain as compared to an ordinary man.</w:t>
      </w:r>
    </w:p>
    <w:p>
      <w:pPr>
        <w:jc w:val="right"/>
      </w:pPr>
      <w:r>
        <w:t>dream आते हैं वह सच्चे ख्वाब होते हैं as compared to an ordinary man.</w:t>
      </w:r>
    </w:p>
    <w:p>
      <w:r>
        <w:rPr>
          <w:b/>
        </w:rPr>
        <w:t xml:space="preserve">[28:33] </w:t>
      </w:r>
      <w:r>
        <w:t>toh islamic view point kya hai dream ko lekar?</w:t>
      </w:r>
    </w:p>
    <w:p>
      <w:pPr>
        <w:jc w:val="right"/>
      </w:pPr>
      <w:r>
        <w:t>तो इस्लामic view point क्या है dream को लेकर?</w:t>
      </w:r>
    </w:p>
    <w:p>
      <w:r>
        <w:rPr>
          <w:b/>
        </w:rPr>
        <w:t xml:space="preserve">[28:44] </w:t>
      </w:r>
      <w:r>
        <w:t>isko aap wazeh kar dein. zarur. ji.</w:t>
      </w:r>
    </w:p>
    <w:p>
      <w:pPr>
        <w:jc w:val="right"/>
      </w:pPr>
      <w:r>
        <w:t>इसको आप वाज़े कर दें. ज़रूर. जी.</w:t>
      </w:r>
    </w:p>
    <w:p>
      <w:r>
        <w:rPr>
          <w:b/>
        </w:rPr>
        <w:t xml:space="preserve">[28:55] </w:t>
      </w:r>
      <w:r>
        <w:t>bilkul aapne sahi kaha ki profits ko sache, profits ke saare khwab sache hote hain. ji.</w:t>
      </w:r>
    </w:p>
    <w:p>
      <w:pPr>
        <w:jc w:val="right"/>
      </w:pPr>
      <w:r>
        <w:t>बिल्कुल आपने सही कहा कि profits को सच्चे, profits के सारे खौब सच्चे होते हैं. जी.</w:t>
      </w:r>
    </w:p>
    <w:p>
      <w:r>
        <w:rPr>
          <w:b/>
        </w:rPr>
        <w:t xml:space="preserve">[29:06] </w:t>
      </w:r>
      <w:r>
        <w:t>lekin yeh matlab nahi hai ki sirf profits ko hi sache khwab aate hain. ji.</w:t>
      </w:r>
    </w:p>
    <w:p>
      <w:pPr>
        <w:jc w:val="right"/>
      </w:pPr>
      <w:r>
        <w:t>लेकिन यह मतलब नहीं है कि सिर्फ profits को ही सच्चे खौब आते हैं. जी.</w:t>
      </w:r>
    </w:p>
    <w:p>
      <w:r>
        <w:rPr>
          <w:b/>
        </w:rPr>
        <w:t xml:space="preserve">[29:17] </w:t>
      </w:r>
      <w:r>
        <w:t>sache khwab kisi ko bhi aa sakte hain. ji.</w:t>
      </w:r>
    </w:p>
    <w:p>
      <w:pPr>
        <w:jc w:val="right"/>
      </w:pPr>
      <w:r>
        <w:t>सच्चे खौब किसी को भी आ सकते हैं. जी.</w:t>
      </w:r>
    </w:p>
    <w:p>
      <w:r>
        <w:rPr>
          <w:b/>
        </w:rPr>
        <w:t xml:space="preserve">[29:29] </w:t>
      </w:r>
      <w:r>
        <w:t>usko one forty six, one forty sixth of revelation samjha jayega isko. matlab jo sachha khwab hai. ji.</w:t>
      </w:r>
    </w:p>
    <w:p>
      <w:pPr>
        <w:jc w:val="right"/>
      </w:pPr>
      <w:r>
        <w:t>उसको one forty six, one forty sixth of revelation समझा जाएगा इसको. मतलब जो सच्चा खौब है. जी.</w:t>
      </w:r>
    </w:p>
    <w:p>
      <w:r>
        <w:rPr>
          <w:b/>
        </w:rPr>
        <w:t xml:space="preserve">[29:39] </w:t>
      </w:r>
      <w:r>
        <w:t>wah one forty six of the revelation aur doosra jo hai wo hai hadisun nafs.</w:t>
      </w:r>
    </w:p>
    <w:p>
      <w:pPr>
        <w:jc w:val="right"/>
      </w:pPr>
      <w:r>
        <w:t>वह one forty six of the revelation और दूसरा जो है वो है हदीसुन नफ्स.</w:t>
      </w:r>
    </w:p>
    <w:p>
      <w:r>
        <w:rPr>
          <w:b/>
        </w:rPr>
        <w:t xml:space="preserve">[29:51] </w:t>
      </w:r>
      <w:r>
        <w:t>hadisun nafs ka matlab hai ki jo zehan mein insaan ki baatein hoti hain, jo sochta hai, jo</w:t>
      </w:r>
    </w:p>
    <w:p>
      <w:pPr>
        <w:jc w:val="right"/>
      </w:pPr>
      <w:r>
        <w:t>हदीसुन नफ्स का मतलब है कि जो ज़ेहन में इंसान की बातें होती हैं, जो सोचता है, जो</w:t>
      </w:r>
    </w:p>
    <w:p>
      <w:r>
        <w:rPr>
          <w:b/>
        </w:rPr>
        <w:t xml:space="preserve">[30:04] </w:t>
      </w:r>
      <w:r>
        <w:t>khaise hoti hain, jo zehan mein baatein ghoom rahi hoti hain wo khwab mein aa jaati hai.</w:t>
      </w:r>
    </w:p>
    <w:p>
      <w:pPr>
        <w:jc w:val="right"/>
      </w:pPr>
      <w:r>
        <w:t>खाईसे होती हैं, जो ज़ेहन में बातें घूम रही होती है वो खौब में आ जाती है.</w:t>
      </w:r>
    </w:p>
    <w:p>
      <w:r>
        <w:rPr>
          <w:b/>
        </w:rPr>
        <w:t xml:space="preserve">[30:17] </w:t>
      </w:r>
      <w:r>
        <w:t>to aasani se samajh sakta hai aadmi ki ye jo humne khwab dekha hai ye kaun sa khwab hai?</w:t>
      </w:r>
    </w:p>
    <w:p>
      <w:pPr>
        <w:jc w:val="right"/>
      </w:pPr>
      <w:r>
        <w:t>तो आसानी से समझ सकता है आदमी कि ये जो हमने खौब देखा है ये कौन सा खौब है?</w:t>
      </w:r>
    </w:p>
    <w:p>
      <w:r>
        <w:rPr>
          <w:b/>
        </w:rPr>
        <w:t xml:space="preserve">[30:30] </w:t>
      </w:r>
      <w:r>
        <w:t>kya ye sachcha khwab hai ya yeh wahi zehni baatein jo chal rahi hain wah?</w:t>
      </w:r>
    </w:p>
    <w:p>
      <w:pPr>
        <w:jc w:val="right"/>
      </w:pPr>
      <w:r>
        <w:t>क्या ये सच्चा खौब है या यह वही ज़ेहनी बातें जो चल रही हैं वह?</w:t>
      </w:r>
    </w:p>
    <w:p>
      <w:r>
        <w:rPr>
          <w:b/>
        </w:rPr>
        <w:t xml:space="preserve">[30:43] </w:t>
      </w:r>
      <w:r>
        <w:t>aur ek teesra jo khwaab hai woh takhweef minus shaitan. takhweef minus shaitan ka matlab hai shaitan ka darana. ji. kabhi shaitan darata hai, kabhi dar jaate hain khwaab mein, kabhi kuch ajeeb ajeeb khwaab dekhte hain. toh aise khwaab ke baare mein prophet ne kaha hai ki isko publicly batana nahi chahiye.</w:t>
      </w:r>
    </w:p>
    <w:p>
      <w:pPr>
        <w:jc w:val="right"/>
      </w:pPr>
      <w:r>
        <w:t>और एक तीसरा जो खौब है वह तख्वीफु minus शैतान. तख्वीफु minus शैतान का मतलब है शैतान का डराना. जी. कभी शैतान डराता है, कभी डर जाते हैं खौब में, कभी कुछ अजीब अजीब खौब देखते हैं. तो ऐसे खौब के बारे में prophet ने कहा है कि इसको publicly बताना नहीं चाहिए.</w:t>
      </w:r>
    </w:p>
    <w:p>
      <w:r>
        <w:rPr>
          <w:b/>
        </w:rPr>
        <w:t xml:space="preserve">[31:12] </w:t>
      </w:r>
      <w:r>
        <w:t>ek baar rasoolallasallam khutba de rahe the. koi aadmi aaya aur usne aakar apna khwaab describe karna shuru kar diya. usmein tha kuch mar gaya, woh gir gaya, kuch aisa tha. toh prophet ne kaha ki aise khwaab ko publicly nahi bataya jaata.</w:t>
      </w:r>
    </w:p>
    <w:p>
      <w:pPr>
        <w:jc w:val="right"/>
      </w:pPr>
      <w:r>
        <w:t>एक बार रसूल्लास्ल्लम खुदबा दे रहे थे. कोई आदमी आया और उसने आकर अपना खौब describe करना शुरू कर दिया. उसमें था कुछ मर गया, वह गिर गया, कुछ ऐसा था. तो prophet ने कहा कि ऐसे खौब को publicly नहीं बताया जाता.</w:t>
      </w:r>
    </w:p>
    <w:p>
      <w:r>
        <w:rPr>
          <w:b/>
        </w:rPr>
        <w:t xml:space="preserve">[31:27] </w:t>
      </w:r>
      <w:r>
        <w:t>toh yeh teen tarah ke jo basic khwaab hai agar aap thoda sa gaur karein ki khwaab kis tarah ka hai toh aap in teeno mein aap samajh lenge aur jo sacche khwaab hote hain zyada tar woh symbolic khwaab hote hain. ji. symbols mein allataala kuch batata hai aur quran mein hamein chheh khwaab milte hain. ji.</w:t>
      </w:r>
    </w:p>
    <w:p>
      <w:pPr>
        <w:jc w:val="right"/>
      </w:pPr>
      <w:r>
        <w:t>तो यह तीन तरह के जो basic खौब है अगर आप थोड़ा सा गौर करें कि ख्वाब किस तरह का है तो आप इन तीनों में आप समझ लेंगे और जो सच्चे ख्वाब होते हैं ज़्यादातर वह symbolic ख्वाब होते हैं. जी. Symbols में अल्लाताला कुछ बताता है और कुरान में हमें छह खौब मिलते हैं. जी.</w:t>
      </w:r>
    </w:p>
    <w:p>
      <w:r>
        <w:rPr>
          <w:b/>
        </w:rPr>
        <w:t xml:space="preserve">[31:56] </w:t>
      </w:r>
      <w:r>
        <w:t>ismein se chaar toh surah yusuf mein hi hain. ji. yaani hajj yusuf ali salam ka khwaab ko sacrifice kar rahe hain.</w:t>
      </w:r>
    </w:p>
    <w:p>
      <w:pPr>
        <w:jc w:val="right"/>
      </w:pPr>
      <w:r>
        <w:t>इसमें से चार तो सूर्य युसूफ में ही हैं. जी. यानी हज़ज़ज़ युसूफ अली सलाम का खौब को sacrifice कर रहे हैं.</w:t>
      </w:r>
    </w:p>
    <w:p>
      <w:r>
        <w:rPr>
          <w:b/>
        </w:rPr>
        <w:t xml:space="preserve">[32:17] </w:t>
      </w:r>
      <w:r>
        <w:t>toh unhone literal usko liya, haalanki woh symbolic khwaab tha aur woh sacrifice karne chale gaye toh allataala ne farmaya qad saddaqta ru'ya ki tumne apne khwaab ko saccha kar dikhaya. toh matlab yeh tha ki apne bete ki zindagi ko sacrifice kar do. yahi hajj ka bhi paigham hai. ji. ki qurbani jo hoti hai woh kisi janwar ki nahi hoti hai.</w:t>
      </w:r>
    </w:p>
    <w:p>
      <w:pPr>
        <w:jc w:val="right"/>
      </w:pPr>
      <w:r>
        <w:t>तो उन्होंने literal उसको लिया, हालांकि वो symbolic ख्वाब था और वो sacrifice करने चले गए तो अल्लाताला ने फरमाया कद्द सद्दख्तर रुइया कि तुमने अपने ख्वाब को सच्चा कर दिखाया. तो मतलब ये था कि अपने बेटे की ज़िंदगी को sacrifice कर दो. यही हज का भी पैगाम है. जी. कि कुर्बानी जो होती है वह किसी जानवर की नहीं होती है.</w:t>
      </w:r>
    </w:p>
    <w:p>
      <w:r>
        <w:rPr>
          <w:b/>
        </w:rPr>
        <w:t xml:space="preserve">[32:43] </w:t>
      </w:r>
      <w:r>
        <w:t>qurbani apni hoti hai ki hum apni zindagi ko sacrifice karein, apni life ko, apne time ko, apne energy ko, apne paise ko, allah ke raah mein usko sacrifice karein aur ek jo chhatta khwaab hai woh rasool allah sallam ka ek khwaab tha jismein unhone dekha ki woh umrah karne ja rahe hain. ji.</w:t>
      </w:r>
    </w:p>
    <w:p>
      <w:pPr>
        <w:jc w:val="right"/>
      </w:pPr>
      <w:r>
        <w:t>कुर्बानी अपनी होती है कि हम अपनी ज़िंदगी को sacrifice करें, अपनी life को, अपने time को, अपने energy को, अपने पैसे को, अल्लाह के राह में उसको sacrifice करें और एक जो छठा खौब है वो रसूल्ला सल्लम का एक ख्वाब था जिसमें उन्होंने देखा कि वो उम्राह करने जा रहे हैं. जी.</w:t>
      </w:r>
    </w:p>
    <w:p>
      <w:r>
        <w:rPr>
          <w:b/>
        </w:rPr>
        <w:t xml:space="preserve">[33:05] </w:t>
      </w:r>
      <w:r>
        <w:t>to wo umrah ke liye nikle aur wahi khwab hai jisme suleho devia, kabakh ya pesh aaya.</w:t>
      </w:r>
    </w:p>
    <w:p>
      <w:pPr>
        <w:jc w:val="right"/>
      </w:pPr>
      <w:r>
        <w:t>तो वो उम्राह के लिए निकले और वही ख्वाब है जिसमें सुलेहो देविया, कबाख या पेश आया.</w:t>
      </w:r>
    </w:p>
    <w:p>
      <w:r>
        <w:rPr>
          <w:b/>
        </w:rPr>
        <w:t xml:space="preserve">[33:18] </w:t>
      </w:r>
      <w:r>
        <w:t>to is tarah se chhah khwab hain.</w:t>
      </w:r>
    </w:p>
    <w:p>
      <w:pPr>
        <w:jc w:val="right"/>
      </w:pPr>
      <w:r>
        <w:t>तो इस तरह से छह खौब हैं.</w:t>
      </w:r>
    </w:p>
    <w:p>
      <w:r>
        <w:rPr>
          <w:b/>
        </w:rPr>
        <w:t xml:space="preserve">[33:31] </w:t>
      </w:r>
      <w:r>
        <w:t>khwab ke liye yeh hai ki aapko usko likhna chahiye, diary banani chahiye aur usko baad mein dekh</w:t>
      </w:r>
    </w:p>
    <w:p>
      <w:pPr>
        <w:jc w:val="right"/>
      </w:pPr>
      <w:r>
        <w:t>खौब के लिए यह है कि आपको उसको लिखना चाहिए, diary बनानी चाहिए और उसको बाद में देख</w:t>
      </w:r>
    </w:p>
    <w:p>
      <w:r>
        <w:rPr>
          <w:b/>
        </w:rPr>
        <w:t xml:space="preserve">[33:44] </w:t>
      </w:r>
      <w:r>
        <w:t>dekhte rehna chahiye.</w:t>
      </w:r>
    </w:p>
    <w:p>
      <w:pPr>
        <w:jc w:val="right"/>
      </w:pPr>
      <w:r>
        <w:t>देखते रहना चाहिए.</w:t>
      </w:r>
    </w:p>
    <w:p>
      <w:r>
        <w:rPr>
          <w:b/>
        </w:rPr>
        <w:t xml:space="preserve">[33:57] </w:t>
      </w:r>
      <w:r>
        <w:t>kuch khwab aise hote hain jo aapne</w:t>
      </w:r>
    </w:p>
    <w:p>
      <w:pPr>
        <w:jc w:val="right"/>
      </w:pPr>
      <w:r>
        <w:t>कुछ खौब ऐसे होते हैं जो आपने</w:t>
      </w:r>
    </w:p>
    <w:p>
      <w:r>
        <w:rPr>
          <w:b/>
        </w:rPr>
        <w:t xml:space="preserve">[34:11] </w:t>
      </w:r>
      <w:r>
        <w:t>lekin agar diary mein woh darj kar le aur phir se revisit kare baad mein, toh usse aur zyada imaan jo hai mazboot ho jaata hai. yes sir. doctor sahab agla sawal jo hai woh hasad par hai aur yeh bahut important aspect hai. rasool allah ne bhi ek mauke par farmaya ki beware of jealousy because jealousy destroys good deeds like a fire destroys the wood. bilkul.</w:t>
      </w:r>
    </w:p>
    <w:p>
      <w:pPr>
        <w:jc w:val="right"/>
      </w:pPr>
      <w:r>
        <w:t>लेकिन अगर diary में वह दर्ज कर ले और फिर से revisit करे बाद में, तो उससे और ज़्यादा ईमान जो है मज़बूत हो जाता है. Yes sir. Doctor साहब अगला सवाल जो है वह हसद पर है और यह बहुत important aspect है. रसुल उल्लाह ने भी एक मौके पर फरमाया कि beware of jealousy because jealousy destroys good deeds like a fire destroys the wood. बिल्कुल.</w:t>
      </w:r>
    </w:p>
    <w:p>
      <w:r>
        <w:rPr>
          <w:b/>
        </w:rPr>
        <w:t xml:space="preserve">[34:38] </w:t>
      </w:r>
      <w:r>
        <w:t>aur yeh itna zyada dangerous characteristic hai ki quran mein bhi ayat aayi surah al falaq ki jis ki hum logon ko recite karni chahiye taaki hum apne aap ko jealousy se bacha sakein. toh bahut bahut dangerous yeh characteristic hai. ji. prophet yusuf ki zindagi mein bhi ek waqia pesh aaya doctor sahab aapne bataya ki kaise unke bhaiyon mein jealousy aa gayi unko lekar. ji.</w:t>
      </w:r>
    </w:p>
    <w:p>
      <w:pPr>
        <w:jc w:val="right"/>
      </w:pPr>
      <w:r>
        <w:t>और यह इतना ज़्यादा dangerous characteristic है कि कुरान में भी आयत आई सुराय अल्फालक कि जिस कि हम लोगों को recite करनी चाहिए ताकि हम अपने आप को jealousy से बचा सकें. तो बहुत बहुत dangerous यह characteristic है. जी. Prophet युसुफ की ज़िंदगी में भी एक वाक्या पेश आया doctor साहब आपने बताया कि कैसे उनके भाइयों में jealousy आ गई उनको लेकर. जी.</w:t>
      </w:r>
    </w:p>
    <w:p>
      <w:r>
        <w:rPr>
          <w:b/>
        </w:rPr>
        <w:t xml:space="preserve">[35:05] </w:t>
      </w:r>
      <w:r>
        <w:t>toh doctor sahab main chahunga ki prophet ki koi teachings, unki zindagi se aap unki kuch baatein hamein bataye hasad ko lekar. ji. aapne bahut achhi baat batai ki quran mein paana billah sharril haasidi izaa hasada hasad ke allah se pana mango. ji. envy jab woh envy kare. ji. toh yeh toh quran mein hi hai.</w:t>
      </w:r>
    </w:p>
    <w:p>
      <w:pPr>
        <w:jc w:val="right"/>
      </w:pPr>
      <w:r>
        <w:t>तो doctor साहब मैं चाहूंगा कि prophet की कोई teachings, उनकी ज़िंदगी से आप उनकी कुछ बातें हमें बताएं हसद को लेकर. जी. आपने बहुत अच्छी बात बताई कि कुरान में पविन्शर्री हासिदीनी जा हसद हसद के अल्लाह से पना मांगो. जी. Enviar जब वह envy करे. जी. तो यह तो कुरान में ही है.</w:t>
      </w:r>
    </w:p>
    <w:p>
      <w:r>
        <w:rPr>
          <w:b/>
        </w:rPr>
        <w:t xml:space="preserve">[35:34] </w:t>
      </w:r>
      <w:r>
        <w:t>tarike se dua hai yeh. ji. aur jaise aapne kaha ki behavior of. jealousy. of envy. ji. as it consumes, it consumes the good deeds. ji. as fire consumes the good. ji. toh yeh toh bahut hi yaani badi warning hai iske andar ki aapke jo achhe aamal hai wahi khatm ho jaye toh phir. sab kuch hi khatm hai. sab kuch hi khatm hai. ji.</w:t>
      </w:r>
    </w:p>
    <w:p>
      <w:pPr>
        <w:jc w:val="right"/>
      </w:pPr>
      <w:r>
        <w:t>तरीके से दुआ है यह. जी. और जैसे आपने कहा कि behavior of. Jealousy. Of envy. जी. As it consumes, it consumes the good deeds. जी. As fire consumes the good. जी. तो यह तो बहुत ही यानी बड़ी warning है इसके अंदर कि आपके जो अच्छे आमाल है वही खत्म हो जाए तो फिर. सब कुछ ही खत्म है. सब कुछ ही खत्म है. जी.</w:t>
      </w:r>
    </w:p>
    <w:p>
      <w:r>
        <w:rPr>
          <w:b/>
        </w:rPr>
        <w:t xml:space="preserve">[36:03] </w:t>
      </w:r>
      <w:r>
        <w:t>aur hadith mein aata hai ki prophet muhammad sallallahu alaihi wasallam ne kaha ki ki ek doosre se hate mat karo, nafrat mat karo aur ek doosre se hasad mat karo aur dushmani mat karo aur kaha ki ae allah ke bando bhai bhai ban jao aur kaha ki kisi momin ke upar ke liye yeh jaiz nahi ki woh kisi doosre insaan se teen din se zyada baat karna band kar dein. bahut important.</w:t>
      </w:r>
    </w:p>
    <w:p>
      <w:pPr>
        <w:jc w:val="right"/>
      </w:pPr>
      <w:r>
        <w:t>और हदिश में आता है कि prophet मोहम्मद सलाह सलम ने कहा कि कि एक दूसरे से hate मत करो, नफरत मत करो और एक दूसरे से हसद मत करो और दुश्मनी मत करो और कहा कि ऐ अल्लाह के बंदो भाई भाई वन जाओ और कहा कि किसी मुमिन के ऊपर के लिए यह जायज नहीं कि वह किसी दूसरे इंसान से तीन दिन से ज़्यादा बात करना बंद कर दें. बहुत important.</w:t>
      </w:r>
    </w:p>
    <w:p>
      <w:r>
        <w:rPr>
          <w:b/>
        </w:rPr>
        <w:t xml:space="preserve">[36:33] </w:t>
      </w:r>
      <w:r>
        <w:t>yaani teen din tak aap kisi se baat band kar sakte hain lekin uske baad aapko baat dobara shuru karni hogi aur aise hi ek baar sahaba ne pucha ki ahudai ke rasool sabse afzal insan kaun hai? toh rasool allah ne kaha ki saccha insan aur makhmumul qalb insan. toh sahaba ne kaha ki saccha insan toh humein pata hai.</w:t>
      </w:r>
    </w:p>
    <w:p>
      <w:pPr>
        <w:jc w:val="right"/>
      </w:pPr>
      <w:r>
        <w:t>यानी तीन दिन तक आप किसी से बात बंद कर सकते हैं लेकिन उसके बाद आपको बात दोबारा शुरू करनी होगी और ऐसे ही एक बार साहबा ने पुछा कि अहुदाई के रसूल सबसे अब्ज़ल इंसान कौन है? तो रसूल्ला ने कहा कि सच्चा इंसान और मखमूमुल कल्ब इंसान. तो साहबा ने कहा कि सच्चा इंसान तो हमें पता है.</w:t>
      </w:r>
    </w:p>
    <w:p>
      <w:r>
        <w:rPr>
          <w:b/>
        </w:rPr>
        <w:t xml:space="preserve">[37:03] </w:t>
      </w:r>
      <w:r>
        <w:t>ji. kaun hota hai, lekin yeh mahmumul qalb insan kaun hota hai? toh rasoolallah sallallahu alaihi wasallam ne kaha ki aisa insan jiske dil mein koi nafrat na ho, koi hasad na ho, koi jealousy na ho aur koi sarkashi na ho. ji. is tarah ki kuch baatein batai. yaani wahi baat jo quran mein hazrat ibrahim ali salam ke liye aati hai sound heart. ji. qalb saleem.</w:t>
      </w:r>
    </w:p>
    <w:p>
      <w:pPr>
        <w:jc w:val="right"/>
      </w:pPr>
      <w:r>
        <w:t>जी. कौन होता है, लेकिन यह महमूमुल कल्ब इंसान कौन होता है? तो फ़र्सलाह सल्लम ने कहा कि ऐसा इंसान जिसके दिल में कोई नफरत ना हो, कोई हसद ना हो, कोई jealousy ना हो और कोई सर्कशी ना हो. जी. इस तरह की कुछ बातें बताई. यानी वही बात जो कुरान में हजद इब्राहिम अली सलाम के लिए आती है sound heart. जी. कल्ब सलीम.</w:t>
      </w:r>
    </w:p>
    <w:p>
      <w:r>
        <w:rPr>
          <w:b/>
        </w:rPr>
        <w:t xml:space="preserve">[37:32] </w:t>
      </w:r>
      <w:r>
        <w:t>yaani aisa insan jo ki jiska dil bilkul har cheez se paak ho aur aise hi hadith mein aata hai ki hasad yaani envy aur imaan ek dil mein jama nahi ho sakta. ji. yaani hasad aayegi toh imaan bahar nikal jayega.</w:t>
      </w:r>
    </w:p>
    <w:p>
      <w:pPr>
        <w:jc w:val="right"/>
      </w:pPr>
      <w:r>
        <w:t>यानी ऐसा इंसान जो कि जिसका दिल बिल्कुल हर चीज़ से पाक हो और ऐसे ही हदीश में आता है कि हसद यानी envy और ईमान एक दिल में जमा नहीं हो सकता. जी. यानी हसद आएगी तो ईमान बाहर निकल जाएगा.</w:t>
      </w:r>
    </w:p>
    <w:p>
      <w:r>
        <w:rPr>
          <w:b/>
        </w:rPr>
        <w:t xml:space="preserve">[37:52] </w:t>
      </w:r>
      <w:r>
        <w:t>toh isliye aaj se bahut hi ahum hai ki insan apne aap ko haasad se bachaye warna zahir agar imaan khatm ho jaye toh phir ji kya reh ji ji. bahut achhe se wazeh kiya hai doctor sahab aapne jaza kalla. doctor sahab kahani ki taraf phir se rukh karte hain. toh prophet yusuf ke jo bhai the unhone phir milkar ek plan banaya, ek evil plan kahenge.</w:t>
      </w:r>
    </w:p>
    <w:p>
      <w:pPr>
        <w:jc w:val="right"/>
      </w:pPr>
      <w:r>
        <w:t>तो इसलिए आज से बहुत ही अहम् है कि इंसान अपने आप को हासद से बचाए वरना ज़ाहिर अगर ईमानी खत्म हो जाए तो फिर जी क्या रह जी जी. बहुत अच्छे से वाज़े किया है doctor साहब आपने जज़ा कर ला. Doctor साहब कहानी की तरफ फिर से रुक करते हैं. तो prophet युसूफ के जो भाई थे उन्होंने फिर मिलकर एक plan बनाया, एक evil plan कहेंगे.</w:t>
      </w:r>
    </w:p>
    <w:p>
      <w:r>
        <w:rPr>
          <w:b/>
        </w:rPr>
        <w:t xml:space="preserve">[38:19] </w:t>
      </w:r>
      <w:r>
        <w:t>to basically get rid of their younger brother yusuf aur phir uske liye woh apne father ke paas gaye, prophet yaqoob ke paas permission ke liye ki unko agar aaj ki terms mein gaye ki unko picnic mein lagane ke liye ki aap hamein ijazat de dijiye. toh iske baare mein yeh kya details hain iske baare mein bhi aap hum sabko bataye?</w:t>
      </w:r>
    </w:p>
    <w:p>
      <w:pPr>
        <w:jc w:val="right"/>
      </w:pPr>
      <w:r>
        <w:t>To basically get rid of their younger brother युसूफ और फिर उसके लिए वो अपने father के पास गए, prophet याकूब के पास permission के लिए कि उनको अगर आज की terms में गए कि उनको picnic में लगाने के लिए कि आप हमें इजाज़त दे दीजिए. तो इसके बारे में यह क्या details हैं इसके बारे में भी आप हम सबको बताएं?</w:t>
      </w:r>
    </w:p>
    <w:p>
      <w:r>
        <w:rPr>
          <w:b/>
        </w:rPr>
        <w:t xml:space="preserve">[38:44] </w:t>
      </w:r>
      <w:r>
        <w:t>hazrat yaqoob ali salam ko yeh andaaza ho gaya tha ki jo bhai hain yeh kuch karna chahte hain against yusuf ali salam ke aur hazrat yaqoob ali salam jaante the ki yeh bachcha bahut hi saleh hai, bahut nek hai.</w:t>
      </w:r>
    </w:p>
    <w:p>
      <w:pPr>
        <w:jc w:val="right"/>
      </w:pPr>
      <w:r>
        <w:t>आजरत याकूब अली सलाम को यह अंदाज़ा हो गया था कि जो भाई हैं यह कुछ करना चाहते हैं against युसुफ अली सलाम के और हज़र या या कुब अली सलाम जानते थे कि यह बच्चा बहुत ही साले है, बहुत नेक है.</w:t>
      </w:r>
    </w:p>
    <w:p>
      <w:r>
        <w:rPr>
          <w:b/>
        </w:rPr>
        <w:t xml:space="preserve">[39:03] </w:t>
      </w:r>
      <w:r>
        <w:t>yusuf ali salam ke baare mein bahut achhe unke khayalaat the aur unhone ek tarike se future ka paigambar bhi dekha tha unki shaksiyat mein. toh is bina par bahut hi zyada talluq tha, bahut hi gehra talluq tha aur har waqt saath rakhte the apne toh kahin jaane nahi dete the, saath jaate the.</w:t>
      </w:r>
    </w:p>
    <w:p>
      <w:pPr>
        <w:jc w:val="right"/>
      </w:pPr>
      <w:r>
        <w:t>युसुफ अली सलाम के बारे में बहुत अच्छे उनके ख्यालात थे और उन्होंने एक तरीके से future का प्यगंबर भी देखा था उनकी शख्सियत में. तो इस बिना पर बहुत ही ज़्यादा ताल्लुख था, बहुत ही गहरा ताल्लुख था और हर वक्त साथ रखते थे अपने तो कहीं जाने नहीं देते थे, साथ जाते थे.</w:t>
      </w:r>
    </w:p>
    <w:p>
      <w:r>
        <w:rPr>
          <w:b/>
        </w:rPr>
        <w:t xml:space="preserve">[39:30] </w:t>
      </w:r>
      <w:r>
        <w:t>toh iski wajah se jo bhai the, das bhai jo sab brothers the, unko jealousy hone lagi aur unhone kaha quran mein aata hai ki hamara jo baap hai woh bahut hi fizlali mubeen ke bahut hi gumrahi par hai ki hum, hum toh das log hain. ji. nayan osba ke hum ek itna strong group hain. ji.</w:t>
      </w:r>
    </w:p>
    <w:p>
      <w:pPr>
        <w:jc w:val="right"/>
      </w:pPr>
      <w:r>
        <w:t>तो इसकी वजह से जो भाई थे, दस भाई जो सब brothers थे, उनको jealousy होने लगी और उन्होंने कहा कुरान में आता है कि हमारा जो बाप है वो बहुत ही फीज़लाली मुबीन के बहुत ही गुबड़ाही पर है कि हम, हम तो दस लोग हैं. जी. नयन ओसबा के हम एक इतना strong group हैं. जी.</w:t>
      </w:r>
    </w:p>
    <w:p>
      <w:r>
        <w:rPr>
          <w:b/>
        </w:rPr>
        <w:t xml:space="preserve">[39:58] </w:t>
      </w:r>
      <w:r>
        <w:t>aur yusuf ko itne zyada khayal karte hain aur hamein bilkul ignore kar rakha hai. asal mein us zamane mein chuki woh tribal age tha toh jo strong members hote the men woh ek tarike se khandan ki himayat aur madad kabhi koi ladai ho jaye, koi masla ho jaye toh wahi aage aakar madad karte the. us sense mein unhone kaha ki hum toh das log hain ji.</w:t>
      </w:r>
    </w:p>
    <w:p>
      <w:pPr>
        <w:jc w:val="right"/>
      </w:pPr>
      <w:r>
        <w:t>और युसुफ को इतने ज़्यादा ख्याल करते हैं और हमें बिल्कुल ignore कर रखा है. असल में उस जमाने में चूंकि वह tribal age था तो जो strong members होते थे men वह एक तरीके से खानदान की हिमायत और मदद कभी कोई लड़ाई हो जाए, कोई मसला हो जाए तो वही आगे आकर मदद करते थे. उस sense में उन्होंने कहा कि हम तो दस लोग हैं जी.</w:t>
      </w:r>
    </w:p>
    <w:p>
      <w:r>
        <w:rPr>
          <w:b/>
        </w:rPr>
        <w:t xml:space="preserve">[40:26] </w:t>
      </w:r>
      <w:r>
        <w:t>aur saara hum kaam kar rahe hain aur hamein ignore kar rahe hain father aur woh chote bachche koi mehboob hain. ji. mehboob hai unko. toh unhone kaha ki aisa karo ki yusuf ko qatl kar do. yaani raaste se hata do. ji.</w:t>
      </w:r>
    </w:p>
    <w:p>
      <w:pPr>
        <w:jc w:val="right"/>
      </w:pPr>
      <w:r>
        <w:t>और सारा हम काम कर रहे हैं और हमें ignore कर रहे हैं father और वह छोटे बच्चे कोई मेहबूब हैं. जी. मेहबूब है उनको. तो उन्होंने कहा कि ऐसा करो कि युसूब को कतल कर दो. यानी रास्ते से हटा दो. जी.</w:t>
      </w:r>
    </w:p>
    <w:p>
      <w:r>
        <w:rPr>
          <w:b/>
        </w:rPr>
        <w:t xml:space="preserve">[40:48] </w:t>
      </w:r>
      <w:r>
        <w:t>toh aur ek do bhai usmein se thoda sa unki nature better thi. toh unhone kaha ki qatl mat karo, kahin door phenk do le jaakar. jo elder brothers the. ji. usmein aata hai naam, juda aata hai, yehuda ya ruben aata hai. ruben was the eldest brother. ji.</w:t>
      </w:r>
    </w:p>
    <w:p>
      <w:pPr>
        <w:jc w:val="right"/>
      </w:pPr>
      <w:r>
        <w:t>तो और एक दो भाई उसमें से थोड़ा सा उनकी nature better थी. तो उन्होंने कहा कि तसल मत करो, कहीं दूर फ़ेंक दो ले जाकर. जो elder brothers थे. जी. उसमें आता है नाम, जूदा आता है, येहूदा या रुबन आता है. रुबन was the eldest brother. जी.</w:t>
      </w:r>
    </w:p>
    <w:p>
      <w:r>
        <w:rPr>
          <w:b/>
        </w:rPr>
        <w:t xml:space="preserve">[41:12] </w:t>
      </w:r>
      <w:r>
        <w:t>toh, toh is tarah se unhone yeh plan banaya lekin jo unke bhai the bade unhone kaha ki bhai maro mat, tum kahin daal do kisi andhe kuen mein ho sakta hai koi kaafila le kar chala jaye. toh yeh log aaye yaqoob ali salam ke paas, kaha ki hum picnic par ja rahe hain kal toh yusuf ko hamare saath aap kyu nahi bhejte? kyu nahi trust karte hamara?</w:t>
      </w:r>
    </w:p>
    <w:p>
      <w:pPr>
        <w:jc w:val="right"/>
      </w:pPr>
      <w:r>
        <w:t>तो, तो इस तरीके से उन्होंने यह plan बनाया लेकिन जो उनके भाई थे बड़े उन्होंने कहा कि भाई मारो मत, तुम कहीं डाल दो किसी अंधे को कोए में हो सकता है कोई काफिला लेकर चला जाए. तो यह लोग आए याकुब अली सलाम के पास, कहा कि हम picnic पर जा रहे हैं कल तो युसूफ को हमारे साथ आप क्यों नहीं भेजते? क्यों नहीं trust करते हमारा?</w:t>
      </w:r>
    </w:p>
    <w:p>
      <w:r>
        <w:rPr>
          <w:b/>
        </w:rPr>
        <w:t xml:space="preserve">[41:40] </w:t>
      </w:r>
      <w:r>
        <w:t>to aap bhejain udhar khilega, koodega, khaega, peega hamare saath thoda to aur bolenge hum to uske khairkhwah hain. ji. in na lahu lahhafizoon aur in na lahu lanasihun hum to uske nigahbaan hain, hum to balvishwar hain, hum to uske caretaker hain. dil mein kuch aur baat thi.</w:t>
      </w:r>
    </w:p>
    <w:p>
      <w:pPr>
        <w:jc w:val="right"/>
      </w:pPr>
      <w:r>
        <w:t>तो आप भेजें उधर खिलेगा, कूदेगा, खाएगा, पिएगा हमारे साथ थोड़ा तो और बोलेगे हम तो उसके खैरख्वाह हैं. जी. इन ना लहू लाहाफिज़ून और इन ना लहू लानासिहून हम तो उसके निगाबाह हैं, हम तो बलविश्वर हैं, हम तो उसके caretaker हैं. दिल में कुछ और बात थी.</w:t>
      </w:r>
    </w:p>
    <w:p>
      <w:r>
        <w:rPr>
          <w:b/>
        </w:rPr>
        <w:t xml:space="preserve">[42:09] </w:t>
      </w:r>
      <w:r>
        <w:t>to yaqoob ali sir humne kaha ke mujhe dar lagta hai ke tum use kahin chhod do. apne race wagera mein door chale jao aur bhediya use kha jaega. to unhone kaha yeh kaise ho sakta hai? hum das log hain strong. hum. we are a strong band. phir hum hamara kya matlab hai? ji. to is tarike se unhone yaqubali salam se koshish ki ke wo permission de de. ji.</w:t>
      </w:r>
    </w:p>
    <w:p>
      <w:pPr>
        <w:jc w:val="right"/>
      </w:pPr>
      <w:r>
        <w:t>तो याकूब अली sir हमने कहा कि मुझे डर लगता है कि तुम उसे कहीं छोड़ दो. अपने race वगैरह में दूर चले जाओ और भेड़िया उसे खा जाएगा. तो उन्होंने कहा यह कैसे हो सकता है? हम दस लोग हैं strong. हम. We are a strong band. फिर हम हमारा क्या मतलब है? जी. तो इस तरीके से उन्होंने याकुबली सलाम से कोशिश की कि वो permission दे दे. जी.</w:t>
      </w:r>
    </w:p>
    <w:p>
      <w:r>
        <w:rPr>
          <w:b/>
        </w:rPr>
        <w:t xml:space="preserve">[42:38] </w:t>
      </w:r>
      <w:r>
        <w:t>aur phir doksa paisa hua bhi. unhone unko ijazat di aur wo phir yusuf ko us picnic par lekar bhi gaye. to wahan par kya hua? uske bare mein bataein. to bilakhir yaqoob ali salam taiyar ho gaye aur didi, ijazat didi.</w:t>
      </w:r>
    </w:p>
    <w:p>
      <w:pPr>
        <w:jc w:val="right"/>
      </w:pPr>
      <w:r>
        <w:t>और फिर डोक्सा पैसा हुआ भी. उन्होंने उनको इजाज़त दी और वो फिर युसुफ को उस picnic पर लेकर भी गए. तो वहां पर क्या हुआ? उसके बारे में बताएं. तो बिलाख़िर याक़ूब अली सलाम तैयार हो गए और दीदी, इजाज़त दीदी.</w:t>
      </w:r>
    </w:p>
    <w:p>
      <w:r>
        <w:rPr>
          <w:b/>
        </w:rPr>
        <w:t xml:space="preserve">[43:03] </w:t>
      </w:r>
      <w:r>
        <w:t>to Maulana ne bahut achha tazeer ul quran mein likha hai ke Allah se darne wala insan Allah par bharosa karne wala insan hota hai. ashalla. yaani unko Khuda ki qudrat aur Khuda ki taqat par yaqeen tha ke koi kitna bhi buri planning kar le, Allah taala ki jo qudrat hai. ji.</w:t>
      </w:r>
    </w:p>
    <w:p>
      <w:pPr>
        <w:jc w:val="right"/>
      </w:pPr>
      <w:r>
        <w:t>तो मुलाना ने बहुत अच्छा तस्कीर उल्कुरान में लिखा है कि अल्लाह से डरने वाला इंसान अल्लाह पर भरोसा करने वाला इंसान होता है. आशाल्ला. यानी उनको खुदा की कुदरत और खुदा की ताकत पर यकीन था कि कोई कितना भी बुरी planning कर ले, अल्लाह तालाह की जो कुदरत है. जी.</w:t>
      </w:r>
    </w:p>
    <w:p>
      <w:r>
        <w:rPr>
          <w:b/>
        </w:rPr>
        <w:t xml:space="preserve">[43:32] </w:t>
      </w:r>
      <w:r>
        <w:t>us se aage nahi koi badh sakta. ji. to yeh dekha jae to yaqoob ali salam ki jo tasveer aati hai wo ek Khuda se darne wale insan ki tasveer aur jo bhaiyon ki tasveer aati hai das bhaiyon ki wo aise insano ki tasveer hai jinke dil Khuda ke khauf se khali the.</w:t>
      </w:r>
    </w:p>
    <w:p>
      <w:pPr>
        <w:jc w:val="right"/>
      </w:pPr>
      <w:r>
        <w:t>उससे आगे नहीं कोई बढ़ सकता. जी. तो यह देखा जाए तो याकूब अली सलाम की जो तस्वीर आती है वो एक खुदा से डरने वाले इंसान की तस्वीर और जो भाइयों की तस्वीर आती है दस भाइयों की वो ऐसे इंसानों की तस्वीर है जिनके दिल खुदा के खौफ से खाली थे.</w:t>
      </w:r>
    </w:p>
    <w:p>
      <w:r>
        <w:rPr>
          <w:b/>
        </w:rPr>
        <w:t xml:space="preserve">[43:59] </w:t>
      </w:r>
      <w:r>
        <w:t>to yaani wo ek nahak taur par Allah ke ek bande ko khatm karna chahte the lekin wo bhi yeh bhool gaye the ke sara ikhtiyar aur sara ikhtedar Allah taala ke hath mein. ji. koi koi kuch kar nahi sakta.</w:t>
      </w:r>
    </w:p>
    <w:p>
      <w:pPr>
        <w:jc w:val="right"/>
      </w:pPr>
      <w:r>
        <w:t>तो यानी वो एक नाहक तौर पर अल्लाह के एक बंदे को खत्म करना चाहते थे लेकिन वो भी यह भूल गए थे कि सारा इख्तियार और सारा इख्तेदार अल्लाह तालाह के हाथ में. जी. कोई कोई कुछ कर नहीं सकता.</w:t>
      </w:r>
    </w:p>
    <w:p>
      <w:r>
        <w:rPr>
          <w:b/>
        </w:rPr>
        <w:t xml:space="preserve">[44:17] </w:t>
      </w:r>
      <w:r>
        <w:t>yeh bhi ek bahut hi achha hai pehlu hai yahan nasiyat ka ke koi bhi agar dushmani kare kisi ki to usko sochna chahiye ke wahi hoga jo Allah taala chahega. bilkul. aur agar Allah taala nahi chahega to koi kuch bhi nahi kar jo sakta conspiracy, conspiracy ki baatein karte hain yeh sab ji.</w:t>
      </w:r>
    </w:p>
    <w:p>
      <w:pPr>
        <w:jc w:val="right"/>
      </w:pPr>
      <w:r>
        <w:t>यह भी एक बहुत ही अच्छा है पहलू है यहां नसियत का कि कोई भी अगर दुश्मनी करे किसी की तो उसको सोचना चाहिए कि वही होगा जो अल्लाह तालाह चाहेगा. बिल्कुल. और अगर अल्लाह तालाह नहीं चाहेगा तो कोई कुछ भी नहीं कर जो सकता conspiracy, conspiracy की बातें करते हैं यह सब जी.</w:t>
      </w:r>
    </w:p>
    <w:p>
      <w:r>
        <w:rPr>
          <w:b/>
        </w:rPr>
        <w:t xml:space="preserve">[44:40] </w:t>
      </w:r>
      <w:r>
        <w:t>meaningless Allah taala ki taraf aadmi ko chahiye ki wah rukh kare aur usse dua kare aur usse</w:t>
      </w:r>
    </w:p>
    <w:p>
      <w:pPr>
        <w:jc w:val="right"/>
      </w:pPr>
      <w:r>
        <w:t>Meaningless अल्लाह तालाह की तरफ आदमी को चाहिए कि वह रुख करे और उससे दुआ करे और उससे</w:t>
      </w:r>
    </w:p>
    <w:p>
      <w:r>
        <w:rPr>
          <w:b/>
        </w:rPr>
        <w:t xml:space="preserve">[44:51] </w:t>
      </w:r>
      <w:r>
        <w:t>madad maange na ki wo conspirators ke bare mein charcha kare protest kare aur ye sab jo ajeeb</w:t>
      </w:r>
    </w:p>
    <w:p>
      <w:pPr>
        <w:jc w:val="right"/>
      </w:pPr>
      <w:r>
        <w:t>मदद मांगे ना की वो conspirators के बारे में चर्चा करे protest करे और ये सब जो अजीब</w:t>
      </w:r>
    </w:p>
    <w:p>
      <w:r>
        <w:rPr>
          <w:b/>
        </w:rPr>
        <w:t xml:space="preserve">[45:03] </w:t>
      </w:r>
      <w:r>
        <w:t>ho raha hai ye meaningless cheeze hai Maulana bahut iske against chala sakte hain. bilkul.</w:t>
      </w:r>
    </w:p>
    <w:p>
      <w:pPr>
        <w:jc w:val="right"/>
      </w:pPr>
      <w:r>
        <w:t>हो रहा है ये meaningless चीज़े है मौलाना बहुत इसके against चला सकते हैं. बिल्कुल.</w:t>
      </w:r>
    </w:p>
    <w:p>
      <w:r>
        <w:rPr>
          <w:b/>
        </w:rPr>
        <w:t xml:space="preserve">[45:15] </w:t>
      </w:r>
      <w:r>
        <w:t>Doctor sahib, phir unke bhaiyon ne jo jhooth moot ka ek falls jo picnic banaya aur phir yusuf ko apne saath lekar bhi gaye. ji. to aapne bhi plan ka bhi zikr kiya. unka phir actual plan kya hua? kya materialize hua? dekhiye, Quran mein to bahut kam details hain.</w:t>
      </w:r>
    </w:p>
    <w:p>
      <w:pPr>
        <w:jc w:val="right"/>
      </w:pPr>
      <w:r>
        <w:t>Doctor साहब, फिर उनके भाइयों ने जो झूठ मोट का एक falls जो picnic बनाया और फिर युसुफ को अपने साथ लेकर भी गए. जी. तो आपने भी plan का भी ज़िक्र किया. उनका फिर actual plan क्या हुआ? क्या materialize हुआ? देखिए, कुरान में तो बहुत कम details हैं.</w:t>
      </w:r>
    </w:p>
    <w:p>
      <w:r>
        <w:rPr>
          <w:b/>
        </w:rPr>
        <w:t xml:space="preserve">[45:37] </w:t>
      </w:r>
      <w:r>
        <w:t>asal mein Quran ek chhoti kitab hai, bible ke muqable mein aur usmein baatein wahi hain jo nasihat wali baatein hai jis par hamein sabka mile aur baqi jo details hai wo Qurane chhod di hai. to zyada tar details jo hai bible mein milti hai aur jo hamare bade bade ulla hai unhone usko liya hai.</w:t>
      </w:r>
    </w:p>
    <w:p>
      <w:pPr>
        <w:jc w:val="right"/>
      </w:pPr>
      <w:r>
        <w:t>असल में कुरान एक छोटी किताब है, bible के मुकाबले में और उसमें बातें वही है जो नसीहत वाली बातें है जिस पर हमें सबका मिले और बाकी जो details है वो कुराने छोड़ दी है. तो ज़्यादातर details जो है bible में मिलती है और जो हमारे बड़े बड़े उल्ला है उन्होंने उसको लिया है.</w:t>
      </w:r>
    </w:p>
    <w:p>
      <w:r>
        <w:rPr>
          <w:b/>
        </w:rPr>
        <w:t xml:space="preserve">[45:59] </w:t>
      </w:r>
      <w:r>
        <w:t>tabri hai, daidawi hai, jo bade bade commentators hain, mufassireen hain, zakhshari hai. un sabne un cheezon ko liya hai jo bible mein details aai hai. kuch cheezein aisi bhi bible mein hai jo Quran se against hai, Quran se mukhtalif hai to wo nahi liye lekin jo Quran se milti hai aur wo details li hai hamare bade olmane.</w:t>
      </w:r>
    </w:p>
    <w:p>
      <w:pPr>
        <w:jc w:val="right"/>
      </w:pPr>
      <w:r>
        <w:t>तबरी है, दैदावी है, जो बड़े बड़े commentators हैं, मुफ़स्रीन हैं, ज़बक्षरी है. उन सबने उन चीज़ों को लिया है जो bible में details आई है. कुछ चीज़ें ऐसी भी bible में है जो कुरान से against है, कुरान से मुख्तलिफ है तो वो नहीं लिए लेकिन जो कुरान से मिलती है और वो details ली है हमारे बड़े ओलमाने.</w:t>
      </w:r>
    </w:p>
    <w:p>
      <w:r>
        <w:rPr>
          <w:b/>
        </w:rPr>
        <w:t xml:space="preserve">[46:29] </w:t>
      </w:r>
      <w:r>
        <w:t>to usmein aisa hua ke yeh jab yeh log subah agle din nikle ji. ghar se sare das bhai aur yusub ali salam bhi sath mein the to yaqoob ali salam tent ke bahar aa gaye aur dua ki, safety ki aur wo log nikal gaye.</w:t>
      </w:r>
    </w:p>
    <w:p>
      <w:pPr>
        <w:jc w:val="right"/>
      </w:pPr>
      <w:r>
        <w:t>तो उसमें ऐसा हुआ कि यह जब यह लोग सुबह अगले दिन निकले जी. घर से सारे दस भाई और युसुब अली सलाम भी साथ में थे तो याकूब अली सलाम tent के बाहर आ गए और दुआ की, safety की और वो लोग निकल गए.</w:t>
      </w:r>
    </w:p>
    <w:p>
      <w:r>
        <w:rPr>
          <w:b/>
        </w:rPr>
        <w:t xml:space="preserve">[46:53] </w:t>
      </w:r>
      <w:r>
        <w:t>to der tak dekhte rahe aur bhaiyon ne yusuf ali salam ko apne kandhon par baithaliya. ek ek karke kandhe par baithata raha. yaani dikhane ke liye ke hum bade khayal kar rahe hain. jab bahut door chale gaye, unko laga ke ab hamare father ko nazar nahi aa rahe honge to unhone yusuf ali salam ko gira diya kandhe paise yaani yeh bhi nahi ki aaram se utarte. ji.</w:t>
      </w:r>
    </w:p>
    <w:p>
      <w:pPr>
        <w:jc w:val="right"/>
      </w:pPr>
      <w:r>
        <w:t>तो देर तक देखते रहे और भाइयों ने युसूफ अली सलाम को अपने कंधों पर बैठा लिया. एक एक करके कंधे पर बैठाता रहा. यानी दिखाने के लिए कि हम बड़े ख्याल कर रहे हैं. जब बहुत दूर चले गए, उनको लगा कि अब हमारे father को नज़र नहीं आ रहे होंगे तो उन्होंने युज़हब अली सलाम को गिरा दिया कंधे पैसे यानी ये भी नहीं की आराम से उतारते. जी.</w:t>
      </w:r>
    </w:p>
    <w:p>
      <w:r>
        <w:rPr>
          <w:b/>
        </w:rPr>
        <w:t xml:space="preserve">[47:19] </w:t>
      </w:r>
      <w:r>
        <w:t>aur phir kuch bhaiyon ne chaha ke unko mare wagera ko to jo bade bhai the, yahuda aata hai naam, ya ruban aata hai, in logo ne kaha ke maro mat tumne wada kiya hai apne father se wapas ghar chhod ke aao usko. yeh sab kya kar rahe ho? yeh sab pagalpan mat karo.</w:t>
      </w:r>
    </w:p>
    <w:p>
      <w:pPr>
        <w:jc w:val="right"/>
      </w:pPr>
      <w:r>
        <w:t>और फिर कुछ भाइयों ने चाह के उनको मारे वगैरह को तो जो बड़े भाई थे, यहूदा आता है नाम, या रुबन आता है, इन लोगों ने कहा के मारूमत तुमने वादा किया है अपने father से वापस घर छोड़ के आओ उसको. यह सब क्या कर रहे हो? यह सब पागलपन मत करो.</w:t>
      </w:r>
    </w:p>
    <w:p>
      <w:r>
        <w:rPr>
          <w:b/>
        </w:rPr>
        <w:t xml:space="preserve">[47:47] </w:t>
      </w:r>
      <w:r>
        <w:t>to wo bhai unke bhi against ho gaye ke hum tumhe bhi marenge. to khair wo is par razi ho gaye.</w:t>
      </w:r>
    </w:p>
    <w:p>
      <w:pPr>
        <w:jc w:val="right"/>
      </w:pPr>
      <w:r>
        <w:t>तो वह भाई उनके भी against हो गए कि हम तुम्हें भी मारेंगे. तो खैर वह इस पर राजी हो गए.</w:t>
      </w:r>
    </w:p>
    <w:p>
      <w:r>
        <w:rPr>
          <w:b/>
        </w:rPr>
        <w:t xml:space="preserve">[48:08] </w:t>
      </w:r>
      <w:r>
        <w:t>to ek paas mein kuan tha jismein koi pani nahi tha to usmein unhone rassi bassi baant ke dalna shuru kiya yusuf ali salam ko. to jab unhone dala to yusuf ali salam ne jo edge hoti hai well ki usko pakad liya taake wo bhai log shayad unse request bhi kahin bhi kaha gaya asam mat karo.</w:t>
      </w:r>
    </w:p>
    <w:p>
      <w:pPr>
        <w:jc w:val="right"/>
      </w:pPr>
      <w:r>
        <w:t>तो एक पास में कुआं था जिसमें कोई पानी नहीं था तो उसमें उन्होंने रस्सी बस्सी बांत के डालना शुरू किया युसुफ अली सलाम को. तो जब उन्होंने डाला तो युसुफ अली सलाम ने जो edge होती है well की उसको पकड़ लिया ताकि वह भाई लोग शायद उनसे request भी कहीं भी कहा गया असम मत करो.</w:t>
      </w:r>
    </w:p>
    <w:p>
      <w:r>
        <w:rPr>
          <w:b/>
        </w:rPr>
        <w:t xml:space="preserve">[48:31] </w:t>
      </w:r>
      <w:r>
        <w:t>lekin bhaiyon ne aur push kar diya unko aur rassi neeche ki aur jab kafi neeche pahunch gayi to rassi kaat di aur us se pehle unhone yusuf ali salam ki shirt jo unhone pehen rakhi thi wo udhaar li. ji. to yusuf ali salam ne kaha bhai shirt to de do, main kaise kuen mein rahunga? thanda ilaka hai wo. ji. north ki taraf hai. to unhone shirt bhi wapas nahi ki.</w:t>
      </w:r>
    </w:p>
    <w:p>
      <w:pPr>
        <w:jc w:val="right"/>
      </w:pPr>
      <w:r>
        <w:t>लेकिन भाइयों ने और push कर दिया उनको और रस्सी नीचे की और जब काफी नीचे पहुंच गई तो रस्सी काट दी और उससे पहले उन्होंने युसुफ अली सलाम की shirt जो उन्होंने पहन रखी थी वह उधार ली. जी. तो युसु भली सलाम ने कहा भई shirt तो दे दो, मैं कैसे कुएं में रहूंगा? ठंडा इलाका है वह. जी. North की तरफ है. तो उन्होंने shirt भी वापस नहीं की.</w:t>
      </w:r>
    </w:p>
    <w:p>
      <w:r>
        <w:rPr>
          <w:b/>
        </w:rPr>
        <w:t xml:space="preserve">[48:57] </w:t>
      </w:r>
      <w:r>
        <w:t>phir wo wapas chale gaye ghar ki taraf, haste hue aur joke karte hue aur chhod diya wahan par. yaani kaise yeh ho sakta hai ke apne bhai ko is tarike se unhone kuen mein daal diya aur wo bhi bhai aisa ke jo paygambar banne wala hai. ji. aur bahut hi handsome the. yeh bhi aata hai.</w:t>
      </w:r>
    </w:p>
    <w:p>
      <w:pPr>
        <w:jc w:val="right"/>
      </w:pPr>
      <w:r>
        <w:t>फिर वह वापस चले गए घर की तरफ, हंसते हुए और joke करते हुए और छोड़ दिया वहां पर. यानी कैसे यह हो सकता है कि अपने भाई को इस तरीके से उन्होंने कोएं में डाल दिया और वह भी भाई ऐसा कि जो प्यागंबर बनने वाला है. जी. और बहुत ही handsome थे. यह भी आता है.</w:t>
      </w:r>
    </w:p>
    <w:p>
      <w:r>
        <w:rPr>
          <w:b/>
        </w:rPr>
        <w:t xml:space="preserve">[49:18] </w:t>
      </w:r>
      <w:r>
        <w:t>balki jo rasoolullah ka safar hua tha meraj ka jannat mein jannat dikhai gayi thi aur jibril ali salam sath mein the to wahan par kai paygambaroon ko dekha. kuch batchit bhi hui paygambaroon se. ji. to sabko thoda bahut describe kiya hai.</w:t>
      </w:r>
    </w:p>
    <w:p>
      <w:pPr>
        <w:jc w:val="right"/>
      </w:pPr>
      <w:r>
        <w:t>बल्कि जो रसूल्लाह का सफर हुआ था मेराज का जन्नत में जन्नत दिखाई गई थी और ज़िब्रियल अली सलाम साथ में थे तो वहां पर कई पगम्बरों को देखा. कुछ बातचीत भी हुई पगम्बरों से. जी. तो सबको थोड़ा बहुत describe किया है.</w:t>
      </w:r>
    </w:p>
    <w:p>
      <w:r>
        <w:rPr>
          <w:b/>
        </w:rPr>
        <w:t xml:space="preserve">[49:41] </w:t>
      </w:r>
      <w:r>
        <w:t>jaise isa alai salam ko bahut achha describe kiya hai ke wo bilkul surkh safed the yaani chehra thoda lal aur bilkul saaf rang tha unka aur broad chest tha. ji. aur curly hair the. achha martial.</w:t>
      </w:r>
    </w:p>
    <w:p>
      <w:pPr>
        <w:jc w:val="right"/>
      </w:pPr>
      <w:r>
        <w:t>जैसे ईसा अलई सलाम को बहुत अच्छा describe किया है कि वो बिल्कुल सुर्ख सफ़ेद थे यानी चेहरा थोड़ा लाल और बिल्कुल साफ रंग था उनका और broad chest था. जी. और curly hair थे. अच्छा martial.</w:t>
      </w:r>
    </w:p>
    <w:p>
      <w:r>
        <w:rPr>
          <w:b/>
        </w:rPr>
        <w:t xml:space="preserve">[50:00] </w:t>
      </w:r>
      <w:r>
        <w:t>to isa ali salam ko aise describe kiya aur yusuf ali salam ko describe kiya ke wo bilkul safed the aur bahut hi handsome the aur kaha ke jo beauty hai Allah taala ne aadhi beauty to yusuf ali salam ko de di aur aadhi beauty sare insano mein baant di. ji ji.</w:t>
      </w:r>
    </w:p>
    <w:p>
      <w:pPr>
        <w:jc w:val="right"/>
      </w:pPr>
      <w:r>
        <w:t>तो ईस अली सलाम को ऐसे describe किया और युसूफ अली सलाम को describe किया कि वो बिल्कुल सफेद थे और बहुत ही handsome थे और कहा के जो beauty है अल्लाह तालाह ने आधी beauty तो युसूफ अली सलाम को दे दी और आधी beauty सारे इंसानों में बांट दी. जी जी.</w:t>
      </w:r>
    </w:p>
    <w:p>
      <w:r>
        <w:rPr>
          <w:b/>
        </w:rPr>
        <w:t xml:space="preserve">[50:19] </w:t>
      </w:r>
      <w:r>
        <w:t>yaani wo kis qadar handsome rahe honge, kis qadar jaajib personality hogi aur bhai bhi kaise in logon</w:t>
      </w:r>
    </w:p>
    <w:p>
      <w:pPr>
        <w:jc w:val="right"/>
      </w:pPr>
      <w:r>
        <w:t>यानी वो किस कदर handsome रहे होंगे, किस कदर जाजिब personality होगी और भाई भी कैसे इन लोगों</w:t>
      </w:r>
    </w:p>
    <w:p>
      <w:r>
        <w:rPr>
          <w:b/>
        </w:rPr>
        <w:t xml:space="preserve">[50:30] </w:t>
      </w:r>
      <w:r>
        <w:t>ne yeh kiya ki itne achhe sharif insaan ko coe mein daal diya. ji.</w:t>
      </w:r>
    </w:p>
    <w:p>
      <w:pPr>
        <w:jc w:val="right"/>
      </w:pPr>
      <w:r>
        <w:t>ने यह किया कि इतने अच्छे शरीफ इंसान को कोए में डाल दिया. जी.</w:t>
      </w:r>
    </w:p>
    <w:p>
      <w:r>
        <w:rPr>
          <w:b/>
        </w:rPr>
        <w:t xml:space="preserve">[50:42] </w:t>
      </w:r>
      <w:r>
        <w:t>yaani jab insaan ke dil patthar ka ho jaata hai</w:t>
      </w:r>
    </w:p>
    <w:p>
      <w:pPr>
        <w:jc w:val="right"/>
      </w:pPr>
      <w:r>
        <w:t>यानी जब इंसान के दिल पत्थर का हो जाता है</w:t>
      </w:r>
    </w:p>
    <w:p>
      <w:r>
        <w:rPr>
          <w:b/>
        </w:rPr>
        <w:t xml:space="preserve">[50:54] </w:t>
      </w:r>
      <w:r>
        <w:t>main sare comments aur sawal nahi le sakta kyunke waqt ki kami hai. theek hai. par ek comment lena chahunga jo professor farida khanam ne bheja hai delhi se aur pichhle jo sawal ka jo jawab aapne diya, usko lekar unhone comment kiya hai ke it is a very important point that satan is our real enemy instead of human being.</w:t>
      </w:r>
    </w:p>
    <w:p>
      <w:pPr>
        <w:jc w:val="right"/>
      </w:pPr>
      <w:r>
        <w:t>मैं सारे comments और सवाल नहीं ले सकता क्योंकि वक्त की कमी है. ठीक है. पर एक comment लेना चाहूंगा जो professor फरीदा खानम ने भेजा है दिल्ली से और पिछले जो सवाल का जो जवाब आपने दिया, उसको लेकर उन्होंने comment किया है कि it is a very important point that satan is our real enemy instead of human being.</w:t>
      </w:r>
    </w:p>
    <w:p>
      <w:r>
        <w:rPr>
          <w:b/>
        </w:rPr>
        <w:t xml:space="preserve">[51:17] </w:t>
      </w:r>
      <w:r>
        <w:t>kai doctor sahib sawal hain jinke jawab aapke jawabon mein se already hasil ho rahe hain to isliye main samajhta hoon ke aap sabko apne jawab mil rahe honge. to ab kahani ka rukh aur aage badhate hain. DocsApp jaise aapne abhi bataya ke phir unhone yusuf ko kuen mein daal diya. ji. to uske baad kya hua? is kahani ko aage badhate hain.</w:t>
      </w:r>
    </w:p>
    <w:p>
      <w:pPr>
        <w:jc w:val="right"/>
      </w:pPr>
      <w:r>
        <w:t>कई doctor साहब सवाल हैं जिनके जवाब आपके जवाबों में से already हासिल हो रहे हैं तो इसलिए मैं समझता हूं कि आप सबको अपने जवाब मिल रहे होंगे. तो अब कहानी का रुख और आगे बढ़ाते हैं. DocsApp जैसे आपने अभी बताया कि फिर उन्होंने युसूफ को कुए में डाल दिया. जी. तो उसके बाद क्या हुआ? इस कहानी को आगे बढ़ाते हैं.</w:t>
      </w:r>
    </w:p>
    <w:p>
      <w:r>
        <w:rPr>
          <w:b/>
        </w:rPr>
        <w:t xml:space="preserve">[51:45] </w:t>
      </w:r>
      <w:r>
        <w:t>riwayat mein aata hai ke yusuf ali salam us kuen mein teen din aur teen raat rahe. yeh kuan abhi Israel mein ek jagah hai galilee, ek shahar hai. ji. uske paas ek kuan bataya jata hai historically bataya jata hai wo, uska naam hai jub yusuf. jub kehte hai well ko, Quran mein bhi aaya hai, gaybati jub.</w:t>
      </w:r>
    </w:p>
    <w:p>
      <w:pPr>
        <w:jc w:val="right"/>
      </w:pPr>
      <w:r>
        <w:t>रिवायात में आता है कि युसूफ अली सलाम उस कुए में तीन दिन और तीन रात रहे. यह कुआं अभी Israel में एक जगह है galilee, एक शहर है. जी. उसके पास एक कुआं बताया जाता है historically बताया जाता है वो, उसका नाम है जुब युसूफ. जुब कहते है well को, कुरान में भी आया है, गायबाती जुब.</w:t>
      </w:r>
    </w:p>
    <w:p>
      <w:r>
        <w:rPr>
          <w:b/>
        </w:rPr>
        <w:t xml:space="preserve">[52:12] </w:t>
      </w:r>
      <w:r>
        <w:t>to uska naam hai jub yusuf yaani yusuf's well aur wo jo gaon hai uska naam bhi yusuf's well hai, jub bayusuf us gaon ka bhi naam hai, us gume ka bhi naam hai.</w:t>
      </w:r>
    </w:p>
    <w:p>
      <w:pPr>
        <w:jc w:val="right"/>
      </w:pPr>
      <w:r>
        <w:t>तो उसका नाम है जुब युसूफ यानी युसूफ's well और वो जो गांव है उसका नाम भी युसुफ's well है, जुब बयूसुफ उस गांव का भी नाम है, उस गुमे का भी नाम है.</w:t>
      </w:r>
    </w:p>
    <w:p>
      <w:r>
        <w:rPr>
          <w:b/>
        </w:rPr>
        <w:t xml:space="preserve">[52:24] </w:t>
      </w:r>
      <w:r>
        <w:t>to wo asal mein jo rasta tha karva ka syria se aate the aur kanaan Palestine hote hue</w:t>
      </w:r>
    </w:p>
    <w:p>
      <w:pPr>
        <w:jc w:val="right"/>
      </w:pPr>
      <w:r>
        <w:t>तो वो असल में जो रास्ता था कैरवा का syria से आते थे और कैनान Palestine होते हुए</w:t>
      </w:r>
    </w:p>
    <w:p>
      <w:r>
        <w:rPr>
          <w:b/>
        </w:rPr>
        <w:t xml:space="preserve">[52:31] </w:t>
      </w:r>
      <w:r>
        <w:t>Egypt jo karva jata tha wahan par wo ek kuan tha bahut hi historical uska abhi asar baqi</w:t>
      </w:r>
    </w:p>
    <w:p>
      <w:pPr>
        <w:jc w:val="right"/>
      </w:pPr>
      <w:r>
        <w:t>Egypt जो कैरवाह जाता था वहां पर वो एक कुआं था बहुत ही historical उसका अभी आसार बाकी</w:t>
      </w:r>
    </w:p>
    <w:p>
      <w:r>
        <w:rPr>
          <w:b/>
        </w:rPr>
        <w:t xml:space="preserve">[52:38] </w:t>
      </w:r>
      <w:r>
        <w:t>hai christians aur jews aur muslims sab jaate hain us kuan ko dekhne ke liye to ho sakta</w:t>
      </w:r>
    </w:p>
    <w:p>
      <w:pPr>
        <w:jc w:val="right"/>
      </w:pPr>
      <w:r>
        <w:t>है christians और jews और muslims सब जाते हैं उस कुआं को देखने के लिए तो हो सकता</w:t>
      </w:r>
    </w:p>
    <w:p>
      <w:r>
        <w:rPr>
          <w:b/>
        </w:rPr>
        <w:t xml:space="preserve">[52:45] </w:t>
      </w:r>
      <w:r>
        <w:t>hai ki wo sahi kuan hon, chunki tareekh hi itwar se sahi bhi lagta hai, to us kuan</w:t>
      </w:r>
    </w:p>
    <w:p>
      <w:pPr>
        <w:jc w:val="right"/>
      </w:pPr>
      <w:r>
        <w:t>है कि वो सही कोएं हों, चूंकि तारीख ही इतवार से सही भी लगता है, तो उस कोएं</w:t>
      </w:r>
    </w:p>
    <w:p>
      <w:r>
        <w:rPr>
          <w:b/>
        </w:rPr>
        <w:t xml:space="preserve">[52:52] </w:t>
      </w:r>
      <w:r>
        <w:t>mein teen din tak rahe, teen din uteen raat aur Allah taala ne neend taari kar di unke</w:t>
      </w:r>
    </w:p>
    <w:p>
      <w:pPr>
        <w:jc w:val="right"/>
      </w:pPr>
      <w:r>
        <w:t>में तीन दिन तक रहे, तीन दिन उत्तीन रात और अल्लाह तालाह ने नींद तारी कर दी उनके</w:t>
      </w:r>
    </w:p>
    <w:p>
      <w:r>
        <w:rPr>
          <w:b/>
        </w:rPr>
        <w:t xml:space="preserve">[52:59] </w:t>
      </w:r>
      <w:r>
        <w:t>upar aur phir unko khwab dikhai gaye.</w:t>
      </w:r>
    </w:p>
    <w:p>
      <w:pPr>
        <w:jc w:val="right"/>
      </w:pPr>
      <w:r>
        <w:t>ऊपर और फिर उनको खौब दिखाई गए.</w:t>
      </w:r>
    </w:p>
    <w:p>
      <w:r>
        <w:rPr>
          <w:b/>
        </w:rPr>
        <w:t xml:space="preserve">[53:06] </w:t>
      </w:r>
      <w:r>
        <w:t>khoub ne unka future dikhaya ki wo kuan se nikalenge aur phir ek bahut hi baizt maqam par pahunchenge. ji. aur phir bahut hi aala maqam par pahunchenge aur phir itna fark ho jayega unmein aur bhaiyon mein ki jab bhai dekhenge unhe to pehchan bhi nahi payenge. ji. to yeh, yeh bahut hi is mein hamare liye sabak hai ki ajit yusuf ali salam ne koi negative baat nahi kahi.</w:t>
      </w:r>
    </w:p>
    <w:p>
      <w:pPr>
        <w:jc w:val="right"/>
      </w:pPr>
      <w:r>
        <w:t>खौब ने उनका future दिखाया कि वो कोएं से निकलेंगे और फिर एक बहुत ही बाइज़त मकाम पर पहुंचेंगे. जी. और फिर बहुत ही आला मकाम पर पहुंचेंगे और फिर इतना फ़र्क हो जाएगा उनमें और भाइयों में कि जब भाई देखेंगे उन्हें तो पहचान भी नहीं पाएंगे. जी. तो यह, यह बहुत ही इस में हमारे लिए सबक है कि अजीत युसूफ अली सलाम ने कोई negative बात नहीं कही.</w:t>
      </w:r>
    </w:p>
    <w:p>
      <w:r>
        <w:rPr>
          <w:b/>
        </w:rPr>
        <w:t xml:space="preserve">[53:34] </w:t>
      </w:r>
      <w:r>
        <w:t>koi unhone shor nahi machaya. bas khamoshi se baith gaye aur sabr kiya aur allah se dua karte rahe aur help, allah ki help ka intezar karte rahe. to yahi ek mere khayal se bahut ahmm cheez hai, kabhi bhi mushkil halaat agar ho to insan ko negative nahi hona chahiye. bilkul. aur sabr karna chahiye aur allah se madad ki umeed rakhni chahiye.</w:t>
      </w:r>
    </w:p>
    <w:p>
      <w:pPr>
        <w:jc w:val="right"/>
      </w:pPr>
      <w:r>
        <w:t>कोई उन्होंने शोर नहीं मचाया. बस खामोशी से बैठ गए और सब्र किया और अल्लाह से दुआ करते रहे और help, अल्लाह की help का इंतज़ार करते रहे. तो यही एक मेरे ख्याल से बहुत अहम् चीज़ है, कभी भी मुश्किल हालात अगर हो तो इंसान को negative नहीं होना चाहिए. बिल्कुल. और सब्र करना चाहिए और अल्लाह से मदद की उम्मीद रखनी चाहिए.</w:t>
      </w:r>
    </w:p>
    <w:p>
      <w:r>
        <w:rPr>
          <w:b/>
        </w:rPr>
        <w:t xml:space="preserve">[53:57] </w:t>
      </w:r>
      <w:r>
        <w:t>ji, ji yakeenan doctor sahab ki ek bachcha agar andherik hue mein ho to wo waise hi kitna ghabra jaye. unhone kuch panic nahi kiya, give up nahi kiya, negative nahi hue jaise aapne bataya aur sabse badi cheez ki allah par bharosa rakha.</w:t>
      </w:r>
    </w:p>
    <w:p>
      <w:pPr>
        <w:jc w:val="right"/>
      </w:pPr>
      <w:r>
        <w:t>जी, जी यकीनन doctor साहब की एक बच्चा अगर अंधेरिक हुए में हो तो वो वैसे ही कितना घबरा जाए. उन्होंने कुछ panic नहीं किया, give up नहीं किया, negative नहीं हुए जैसे आपने बताया और सबसे बड़ी चीज़ की अल्लाह पर भरोसा रखा.</w:t>
      </w:r>
    </w:p>
    <w:p>
      <w:r>
        <w:rPr>
          <w:b/>
        </w:rPr>
        <w:t xml:space="preserve">[54:15] </w:t>
      </w:r>
      <w:r>
        <w:t>doctor sahab, agla sawal jo hai wo yeh hai ki jab unke bhai wapas ghar gaye aur unhone prophet yaqub ko kaha ki yusuf ko bhediya ne kha liya. to kya reaction diya unhone iske bare mein? aap bataye.</w:t>
      </w:r>
    </w:p>
    <w:p>
      <w:pPr>
        <w:jc w:val="right"/>
      </w:pPr>
      <w:r>
        <w:t>Doctor साहब, अगला सवाल जो है वो यह है कि जब उनके भाई वापस घर गए और उन्होंने prophet याकूब को कहा कि युसूफ को भेड़िया ने खा लिया. तो क्या reaction दिया उन्होंने इसके बारे में? आप बताएं.</w:t>
      </w:r>
    </w:p>
    <w:p>
      <w:r>
        <w:rPr>
          <w:b/>
        </w:rPr>
        <w:t xml:space="preserve">[54:35] </w:t>
      </w:r>
      <w:r>
        <w:t>wo bhai sab raat ko, der raat ko pahunche aur rote hue dekhiye itne hypocrites jo hypocrite hota hai na. ji. he can try at will. haan. jab jul jaye wo ro sakta hai. ji. to wo rote hue pahunche aur jab yaqub ali salam ne dekha ki yeh saare bhai ro rahe hain. ji. to puchha ki wo unke samajh mein nahi aaya. ji.</w:t>
      </w:r>
    </w:p>
    <w:p>
      <w:pPr>
        <w:jc w:val="right"/>
      </w:pPr>
      <w:r>
        <w:t>वह भाई सब रात को, देर रात को पहुंचे और रोते हुए देखिए इतने hypocrites जो hypocrite होता है ना. जी. He can try at will. हां. जब जुल जाए वह रो सकता है. जी. तो वह रोते हुए पहुंचे और जब याकुब अली सलाम ने देखा कि यह सारे भाई रो रहे हैं. जी. तो पुछा कि वह उनके समझ में नहीं आया. जी.</w:t>
      </w:r>
    </w:p>
    <w:p>
      <w:r>
        <w:rPr>
          <w:b/>
        </w:rPr>
        <w:t xml:space="preserve">[55:03] </w:t>
      </w:r>
      <w:r>
        <w:t>wo samjhe ki jo bhed bakriyan hai usko kisi koi unka nuksan ho gaya ya ji bhediya ne kha ji ji. to unhone puchha ki kya tumhari bhed bakriyon kuch ho gaya? to bhaiyon ne kaha nahi bhed bakriyon kuch nahi hua.</w:t>
      </w:r>
    </w:p>
    <w:p>
      <w:pPr>
        <w:jc w:val="right"/>
      </w:pPr>
      <w:r>
        <w:t>वह समझे कि जो भेड़ बकरियां है उसको किसी कोई उनका नुकसान हो गया या जी भेड़िया ने खा जी जी. तो उन्होंने पुछा कि क्या तुम्हारी भेड़ बकरियों कुछ हो गया? तो भाइयों ने कहा नहीं भेड़ बकरियों कुछ नहीं हुआ.</w:t>
      </w:r>
    </w:p>
    <w:p>
      <w:r>
        <w:rPr>
          <w:b/>
        </w:rPr>
        <w:t xml:space="preserve">[55:20] </w:t>
      </w:r>
      <w:r>
        <w:t>hum race karte hue bahut door chale gaye the aur yusuf ko humne apne saman ke paas baitha diya tha jo kapde wagera the khane wane ki cheezein aur ek bhediya aa gaya aur unko le gaya. to yeh sunte hi ek tarike se death ki khabar sunte hi yaqub ali salam faint ho gaye aur bhaiyon ne pani wani chidka lekin hosh mein nahi aaye. agle din subah hosh mein aaye.</w:t>
      </w:r>
    </w:p>
    <w:p>
      <w:pPr>
        <w:jc w:val="right"/>
      </w:pPr>
      <w:r>
        <w:t>हम race करते हुए बहुत दूर चले गए थे और युसूफ को हमने अपने सामान के पास बैठा दिया था जो कपड़े वगैरह थे खाने वाने की चीज़ें और एक भेड़िया आ गया और उनको ले गया. तो यह सुनते ही एक तरीके से death की खबर सुनते ही याकूब अली सलाम faint हो गए और भाइयों ने पानी वानी छिड़का लेकिन होश में नहीं आए. अगले दिन सुबह होश में आए.</w:t>
      </w:r>
    </w:p>
    <w:p>
      <w:r>
        <w:rPr>
          <w:b/>
        </w:rPr>
        <w:t xml:space="preserve">[55:50] </w:t>
      </w:r>
      <w:r>
        <w:t>ji. to yeh yaani itni ajeeb baat hai ki inke dil bilkul jaise maine kaha tha patthar ke dil ho gaye. ji. shaitani, dil ho gaye, unke tarike se shaitani ban gaye ke aage jhoothi baat kar rahe hain. ji. aur wo bhi kisse bhi jo pyamber the.</w:t>
      </w:r>
    </w:p>
    <w:p>
      <w:pPr>
        <w:jc w:val="right"/>
      </w:pPr>
      <w:r>
        <w:t>जी. तो यह यानी इतनी अजीब बात है कि इनके दिल बिल्कुल जैसे मैंने कहा था पत्थर के दिल हो गए. जी. शैतानी, दिल हो गए, उनके तरीके से शैतानी वन गए के आगे झूठी बात कर रहे हैं. जी. और वो भी किस्से भी जो प्यागंबर थे.</w:t>
      </w:r>
    </w:p>
    <w:p>
      <w:r>
        <w:rPr>
          <w:b/>
        </w:rPr>
        <w:t xml:space="preserve">[56:14] </w:t>
      </w:r>
      <w:r>
        <w:t>ek had hi saath mujhe yaad aa rahi hai jo hazrat abuzar al gifari ki hatish hai, hazrat abuzar al gifari rajillan bahut hi bade prophet, bahut hi bade sahba the, sahibi the aur he was one of the five earliest sahba. ji. aur unki bhi ek bahut achhi story hai.</w:t>
      </w:r>
    </w:p>
    <w:p>
      <w:pPr>
        <w:jc w:val="right"/>
      </w:pPr>
      <w:r>
        <w:t>एक हद ही साथ मुझे याद आ रही है जो हज़रत अबूज़र अल गिफारी की हतीश है, हज़रत अबूज़र अल गिफारी रजिल्लान बहुत ही बड़े prophet, बहुत ही बड़े साहबा थे, साहबी थे और he was one of the five earliest साहबा. जी. और उनकी भी एक बहुत अच्छी story है.</w:t>
      </w:r>
    </w:p>
    <w:p>
      <w:r>
        <w:rPr>
          <w:b/>
        </w:rPr>
        <w:t xml:space="preserve">[56:37] </w:t>
      </w:r>
      <w:r>
        <w:t>main thoda mukhta sir se batata hoon ki jab makka mein yeh pata chala logon ko ki rasulla ne kaha ki main pyamber hoon to unke ek jo jaha rehte the wahan bhi khabar pahunchi. to unhone pehle apne bhai ko bheja ki jao pata karke wo sachchi baat hai kya yeh?</w:t>
      </w:r>
    </w:p>
    <w:p>
      <w:pPr>
        <w:jc w:val="right"/>
      </w:pPr>
      <w:r>
        <w:t>मैं थोड़ा मुख्ता sir से बताता हूं कि जब मक्का में यह पता चला लोगों को कि रसूल्ला ने कहा कि मैं प्यागंबर हूँ तो उनके एक जो जहा रहते थे वहाँ भी खबर पहुंची. तो उन्होंने पहले अपने भाई को भेजा कि जाओ पता करके वो सच्ची बात है क्या यह?</w:t>
      </w:r>
    </w:p>
    <w:p>
      <w:r>
        <w:rPr>
          <w:b/>
        </w:rPr>
        <w:t xml:space="preserve">[56:57] </w:t>
      </w:r>
      <w:r>
        <w:t>to bhai aaye unhone puchha to pata chala haan to phir wo aaye, khud aaye aur mile rasullasellam se aur saathi ban gaye. phir unko bahut pareshaniyon ka samna karna pada. to yeh jo aur bahut sari hadeesen hamein hazrat abuzar fari rajillan se milti hain, bahut hadeesen hain unki. ji. to unki yeh apni hadees hai, apna hi wakai aaya.</w:t>
      </w:r>
    </w:p>
    <w:p>
      <w:pPr>
        <w:jc w:val="right"/>
      </w:pPr>
      <w:r>
        <w:t>तो भाई आए उन्होंने पुछा तो पता चला हाँ तो फिर वो आए, खुद आए और मिले रसूल्लासेल्लम से और साठी वन गए. फिर उनको बहुत परेशानियों का सामना करना पड़ा. तो यह जो और बहुत सारी हदीसें हमें हज़रत अबूज़र फारी रजिल्लान से मिलती हैं, बहुत हदीसें हैं उनकी. जी. तो उनकी यह अपनी हदीस है, अपना ही वाकई आया.</w:t>
      </w:r>
    </w:p>
    <w:p>
      <w:r>
        <w:rPr>
          <w:b/>
        </w:rPr>
        <w:t xml:space="preserve">[57:25] </w:t>
      </w:r>
      <w:r>
        <w:t>to unhone bataya ki ek baar main nazdin navvi mein aaya to prophet mohammad sallam wahan baithe hue the. to main bhi saath mein baith gaya. to prophet ne puchha ki abuzar tumne namaz padh li? to unhone kaha nahi namaz nahi padhi. to prophet ne kaha achha tum namaz padho, utho aur namaz padho. to wo uthe aur namaz padh ke phir aaye wapas phir baith gaye.</w:t>
      </w:r>
    </w:p>
    <w:p>
      <w:pPr>
        <w:jc w:val="right"/>
      </w:pPr>
      <w:r>
        <w:t>तो उन्होंने बताया कि एक बार मैं नज़दीन नव्वी में आया तो prophet मोहम्मद सल्लाम वहां बैठे हुए थे. तो मैं भी साथ में बैठ गया. तो prophet ने पुछा कि अबूज़र तुमने नमाज़ पढ़ ली? तो उन्होंने कहा नहीं नमाज़ नहीं पढ़ी. तो prophet ने कहा अच्छा तुम नमाज़ पढ़ो, उठो और नमाज़ पढ़ो. तो वह उठे और नमाज़ पढ़ के फिर आए वापस फिर बैठ गए.</w:t>
      </w:r>
    </w:p>
    <w:p>
      <w:r>
        <w:rPr>
          <w:b/>
        </w:rPr>
        <w:t xml:space="preserve">[57:54] </w:t>
      </w:r>
      <w:r>
        <w:t>to rasulla ne faramaya ki abuzar allah se panah mango jinno ins ke shayateen se. yaani insano ke shayateen aur jinn ke shayateen se. to hazrat abuzar abuzar gafaridar hairaan hue to puchha unhone ki ahkhuda ke rasool kya insanon mein bhi shaitan hote hain? ji.</w:t>
      </w:r>
    </w:p>
    <w:p>
      <w:pPr>
        <w:jc w:val="right"/>
      </w:pPr>
      <w:r>
        <w:t>तो रसुल्ला ने फरमाया कि अबूज़र अल्लाह से पनाह मांगो जिन्नो इंस के शायतीन से. यानी इंसानो के शायतीन और जिन्न के शायतीन से. तो हज़रत अबुज़र अबुज़र गफारीदार हैरान हुए तो पुछा उन्होंने कि अहख़ुदा के रसूल क्या इंसानों में भी शैतान होते हैं? जी.</w:t>
      </w:r>
    </w:p>
    <w:p>
      <w:r>
        <w:rPr>
          <w:b/>
        </w:rPr>
        <w:t xml:space="preserve">[58:22] </w:t>
      </w:r>
      <w:r>
        <w:t>to rasulla ne kaha hote hain. ji. to yeh wahi jo character dikhaya bhaiyon ne bilkul shaitan ban gaye the wo. bilkul zyada khatarnak shaitan. ji, ji. fitrat yaani shaitani fitrat unke andar aa gayi thi. ji. DocsApp yeh bhi aata ki prophet yaqub ko jab pata chala to wo itne gam mein aaye lekin unhone yeh kaha ki main apne gam ko allah par dalta hoon.</w:t>
      </w:r>
    </w:p>
    <w:p>
      <w:pPr>
        <w:jc w:val="right"/>
      </w:pPr>
      <w:r>
        <w:t>तो रसूल्ला ने कहा होते हैं. जी. तो यह वही जो character दिखाया भाइयों ने बिल्कुल शैतान वन गए थे वह. बिल्कुल ज़्यादा खतरनाक शैतान. जी, जी. फितरत यानी शैतानी फितरत उनके अंदर आ गई थी. जी. DocsApp यह भी आता कि prophet याकूब को जब पता चला तो वो इतने गम में आए लेकिन उन्होंने यह कहा कि मैं अपने गम को अल्लाह पर डालता हूँ.</w:t>
      </w:r>
    </w:p>
    <w:p>
      <w:r>
        <w:rPr>
          <w:b/>
        </w:rPr>
        <w:t xml:space="preserve">[58:49] </w:t>
      </w:r>
      <w:r>
        <w:t>matlab insan par nahi dalta, dukh insan ne pahunchaya lekin unhone allah par dala. sahi hai. aur yahi character hamein prophet yusuf mein bhi milta hai. to jab prophet yaqub ko jab yeh baat batai gayi ki bhriya ne unhe kha liya. ji. to unhone jo do loves ka hai, jisko main english mein agar kahoon to sweet patience. unhone kaha ki ab mere ko yeh observe karna padega. to iske bare mein aap hamein bataye ki kya matlab tha?</w:t>
      </w:r>
    </w:p>
    <w:p>
      <w:pPr>
        <w:jc w:val="right"/>
      </w:pPr>
      <w:r>
        <w:t>मतलब इंसान पर नहीं डालता, दुख इंसान ने पहुंचाया लेकिन उन्होंने अल्लाह पर डाला. सही है. और यही character हमें prophet युसूफ में भी मिलता है. तो जब prophet याकूब को जब यह बात बताई गई कि भ्रिया ने उन्हें खा लिया. जी. तो उन्होंने जो दो loves का है, जिसको मैं english में अगर कहूं तो sweet patience. उन्होंने कहा कि अब मेरे को यह observe करना पड़ेगा. तो इसके बारे में आप हमें बताएं कि क्या मतलब था?</w:t>
      </w:r>
    </w:p>
    <w:p>
      <w:r>
        <w:rPr>
          <w:b/>
        </w:rPr>
        <w:t xml:space="preserve">[59:19] </w:t>
      </w:r>
      <w:r>
        <w:t>kya mayne the sweet patience? kya kehna chah rahe the wo? to agle din jab yaqub ali salam ko hosh aaya to bhaiyon ne kameez pesh ki. asal mein kya hua tha ki wo raste mein unhone ek bakri li aur bakri ko slaughter kiya aur uska khoon us par chhadak diya, laga diya.</w:t>
      </w:r>
    </w:p>
    <w:p>
      <w:pPr>
        <w:jc w:val="right"/>
      </w:pPr>
      <w:r>
        <w:t>क्या मायने थे sweet patience? क्या कहना चाह रहे थे वह? तो अगले दिन जब याकुब अली सलाम को होश आया तो भाइयों ने कमीज़ पेश की. असल में क्या हुआ था कि वह रास्ते में उन्होंने एक बकरी ली और बकरी को slaughter किया और उसका खून उस पर छड़क दिया, लगा दिया.</w:t>
      </w:r>
    </w:p>
    <w:p>
      <w:r>
        <w:rPr>
          <w:b/>
        </w:rPr>
        <w:t xml:space="preserve">[59:42] </w:t>
      </w:r>
      <w:r>
        <w:t>us kameez par jo unhone utari thi hazayed yusuf ali salam ki aur quran mein bhi aata hai baja baja wa alah kameez hi vidam in qazb ke jhoothe khoon ke saath kameez ko lekar aaye. ji. to yaqub ali salam ne wo kameez utha ke dekhi wo it was a kind of a long robe with sleeves. zamane mein shirt aisi hoti thi, lambi hoti thi.</w:t>
      </w:r>
    </w:p>
    <w:p>
      <w:pPr>
        <w:jc w:val="right"/>
      </w:pPr>
      <w:r>
        <w:t>उस कमीज़ पर जो उन्होंने उतारी थी हज़ायद युसूफ अली सलाम की और कुरान में भी आता है बजा बजा वा अलाह कमीज़ ही विदम इन क़ज़ब के झूठे खून के साथ कमीज़ को लेकर आए. जी. तो याकूब अली सलाम ने वो कमीज़ उठा के देखी वो it was a kind of a long robe with sleeves. ज़माने में shirt ऐसी होती थी, लंबी होती थी.</w:t>
      </w:r>
    </w:p>
    <w:p>
      <w:r>
        <w:rPr>
          <w:b/>
        </w:rPr>
        <w:t xml:space="preserve">[1:00:11] </w:t>
      </w:r>
      <w:r>
        <w:t>to wo kameez uthakar jab dekhi unhone, to unko andaza ho gaya ki yeh to kuch kahani bana rahe hain. to unhone kaha ki agar kisi vaishi janwar ne attack kiya hota to kameez ko bhi phad deta hai wo. kameez bilkul sahi salim thi. bilkul.</w:t>
      </w:r>
    </w:p>
    <w:p>
      <w:pPr>
        <w:jc w:val="right"/>
      </w:pPr>
      <w:r>
        <w:t>तो वह कमीज़ उठाकर जब देखी उन्होंने, तो उनको अंदाज़ा हो गया कि यह तो कुछ कहानी बना रहे हैं. तो उन्होंने कहा कि अगर किसी वैषी जानवर ने attack किया होता तो कमीज़ को भी फाड़ देता है वह. कमीज़ बिल्कुल सही सालिम थी. बिल्कुल.</w:t>
      </w:r>
    </w:p>
    <w:p>
      <w:r>
        <w:rPr>
          <w:b/>
        </w:rPr>
        <w:t xml:space="preserve">[1:00:39] </w:t>
      </w:r>
      <w:r>
        <w:t>to unhone kaha ki yeh kaisa sharib bhediya tha jo yusub ko to le gaya aur ameer utar ke sahi salim tumhein laake de gaya. yaani wo sarasar unko laga ke yeh jhoothi ji.</w:t>
      </w:r>
    </w:p>
    <w:p>
      <w:pPr>
        <w:jc w:val="right"/>
      </w:pPr>
      <w:r>
        <w:t>तो उन्होंने कहा कि यह कैसा शरीब भेड़िया था जो युसूब को तो ले गया और अमीर उतार के सही सलीम तुम्हें लाके दे गया. यानी वह सरासर उनको लगा के यह झूठी जी.</w:t>
      </w:r>
    </w:p>
    <w:p>
      <w:r>
        <w:rPr>
          <w:b/>
        </w:rPr>
        <w:t xml:space="preserve">[1:00:54] </w:t>
      </w:r>
      <w:r>
        <w:t>baat to phir unhone kaha ke ah ki aur kaha ke fasab run zameel ke sweet patients ya beautiful patients yaani main sabr karunga aur allah se hi madad mangunga. wallah ul mustaan, allah mahtaseefoon ki jo tum baat bata rahe ho mujhse, uske liye allah se hi madad mangunga aur bhaiyon ko kuch nahi kaha aur bas dua mein mashqool ho gaye, bhaiyon se alag ho gaye.</w:t>
      </w:r>
    </w:p>
    <w:p>
      <w:pPr>
        <w:jc w:val="right"/>
      </w:pPr>
      <w:r>
        <w:t>बात तो फिर उन्होंने कहा के आह की ओर कहा के फसब रुन ज़मील के sweet patients या beautiful patients यानी मैं सब्र करूंगा और अल्लाह से ही मदद मांगूंगा. वल्लाह उल मुस्तान, अल्लाह माह तसीफून कि जो तुम बात बता रहे हो मुझसे, उसके लिए अल्लाह से ही मदद मांगूंगा और भाइयों को कुछ नहीं कहा और बस दुआं में मशकूल हो गए, भाइयों से अलग हो गए.</w:t>
      </w:r>
    </w:p>
    <w:p>
      <w:r>
        <w:rPr>
          <w:b/>
        </w:rPr>
        <w:t xml:space="preserve">[1:01:23] </w:t>
      </w:r>
      <w:r>
        <w:t>to yeh bhi ek yaani raseeyat ismein hamein milti hai ki halat itna ishtiyal angez baat thi, lekin bhaiyon ko kuch bura bhala nahi kiya. ji. bas allah ki taraf rukh kiya aur usi se madad ki umeed paedti. ji, ji. doctor sahab I would say indeed this story is very touching and it also tells us that whenever we face any hardship we should turn towards god.</w:t>
      </w:r>
    </w:p>
    <w:p>
      <w:pPr>
        <w:jc w:val="right"/>
      </w:pPr>
      <w:r>
        <w:t>तो यह भी एक यानी रसीयत इसमें हमें मिलती है कि हालत इतना इश्त्याल अंगेज़ बात थी, लेकिन भाइयों को कुछ बुरा भला नहीं किया. जी. बस अल्लाह की तरफ रुख किया और उसी से मदद की उम्मीद पैदती. जी, जी. Doctor साहब I would say indeed this story is very touching and it also tells us that whenever we face any hardship we should turn towards god.</w:t>
      </w:r>
    </w:p>
    <w:p>
      <w:r>
        <w:rPr>
          <w:b/>
        </w:rPr>
        <w:t xml:space="preserve">[1:01:53] </w:t>
      </w:r>
      <w:r>
        <w:t>so doctor sahab this is also the last question. if I were to request you to summarize or you know talk about what are the lessons that we learn from sura yusuf. iske bare mein aap hum sabko bataye.</w:t>
      </w:r>
    </w:p>
    <w:p>
      <w:pPr>
        <w:jc w:val="right"/>
      </w:pPr>
      <w:r>
        <w:t>So doctor साहब this is also the last question. If I were to request you to summarize or you know talk about what are the lessons that we learn from सुरा युसूफ. इसके बारे में आप हम सबको बताएं.</w:t>
      </w:r>
    </w:p>
    <w:p>
      <w:r>
        <w:rPr>
          <w:b/>
        </w:rPr>
        <w:t xml:space="preserve">[1:02:11] </w:t>
      </w:r>
      <w:r>
        <w:t>dar asal, quran mein jo hisse hain pyamberon ke, usse hamein ek unki zindagi ki jhalak milti hai ki kisi khas mauqe par pyamberon ne kaisa response diya?</w:t>
      </w:r>
    </w:p>
    <w:p>
      <w:pPr>
        <w:jc w:val="right"/>
      </w:pPr>
      <w:r>
        <w:t>दरअसल, कुरान में जो हिस्से हैं प्यागंबरों के, उससे हमें एक उनकी ज़िंदगी की झलक मिलती है कि किसी खास मौके पर प्यागंबरों ने कैसा response दिया?</w:t>
      </w:r>
    </w:p>
    <w:p>
      <w:r>
        <w:rPr>
          <w:b/>
        </w:rPr>
        <w:t xml:space="preserve">[1:02:31] </w:t>
      </w:r>
      <w:r>
        <w:t>to vah hamare liye us ek tarike se zindagi guzarne ka bahut hi achha namuna van jata hai aur abhi tak jo hamne qissa dekha, abhi to bilkul shuruaati hai, to ismein bhi bahut sare sabak hain. jaise maine abhi bataya tha ki insan dushman nahi hai balki shaitan dushman hai. ji.</w:t>
      </w:r>
    </w:p>
    <w:p>
      <w:pPr>
        <w:jc w:val="right"/>
      </w:pPr>
      <w:r>
        <w:t>तो वह हमारे लिए उस एक तरीके से ज़िंदगी गुज़ारने का बहुत ही अच्छा नमूना वन जाता है और अभी तक जो हमने किस्सा देखा, अभी तो बिल्कुल शुरुआती है, तो इसमें भी बहुत सारे सबक हैं. जैसे मैंने अभी बताया था कि इंसान दुश्मन नहीं है बल्कि शैतान दुश्मन है. जी.</w:t>
      </w:r>
    </w:p>
    <w:p>
      <w:r>
        <w:rPr>
          <w:b/>
        </w:rPr>
        <w:t xml:space="preserve">[1:02:57] </w:t>
      </w:r>
      <w:r>
        <w:t>ki aap insan se achha suluk karenge to vo vapas apni dushmani chhod dega. isi liye aap dekhte hai ki is qisse mein yusuf ali salam ne bhi bhaiyon ko kuch nahi kaha, na koi negative bol, negative baat kahi aur yaqub ali salam mein bhi koi negative baat nahi ki.</w:t>
      </w:r>
    </w:p>
    <w:p>
      <w:pPr>
        <w:jc w:val="right"/>
      </w:pPr>
      <w:r>
        <w:t>कि आप इंसान से अच्छा सुलूप करेंगे तो वो वापस अपनी दुश्मनी छोड़ देगा. इसीलिए आप देखते है कि इस किस्से में युशु वाली सलाम ने भी भाइयों को कुछ नहीं कहा, ना कोई negative बोल, negative बात कही और याकूब अली सलाह में भी कोई negative बात नहीं की.</w:t>
      </w:r>
    </w:p>
    <w:p>
      <w:r>
        <w:rPr>
          <w:b/>
        </w:rPr>
        <w:t xml:space="preserve">[1:03:19] </w:t>
      </w:r>
      <w:r>
        <w:t>bas vo to allah ki madad ke allah ki taraf unhone rukh kiya aur yaani ye ek tarike se ye trust in god ki bahut achhi ji. misaal hai ki aap ko sara jo trust hai vo allah ke upar karna hai aur sabr ka bahut bahut badi nishani hai aur dua. ji. to yeh kuch cheezein milti hai aur koi react nahi, koi reaction nahi dikhaya.</w:t>
      </w:r>
    </w:p>
    <w:p>
      <w:pPr>
        <w:jc w:val="right"/>
      </w:pPr>
      <w:r>
        <w:t>बस वो तो अल्लाह की मदद के अल्लाह की तरफ उन्होंने रुख किया और यानी ये एक तरीके से ये trust in god की बहुत अच्छी जी. साल है कि आप को सारा जो trust है वो अल्लाह के ऊपर करना है और सब्र का बहुत बहुत बड़ी निशाल है और दुआ. जी. तो यह कुछ चीज़ें मिलती है और कोई react नहीं, कोई reaction नहीं दिखाया.</w:t>
      </w:r>
    </w:p>
    <w:p>
      <w:r>
        <w:rPr>
          <w:b/>
        </w:rPr>
        <w:t xml:space="preserve">[1:03:47] </w:t>
      </w:r>
      <w:r>
        <w:t>na Yusuf Ali Salam react hue hue na Yaqoob Ali Salam ne koi reaction dikhaya.</w:t>
      </w:r>
    </w:p>
    <w:p>
      <w:pPr>
        <w:jc w:val="right"/>
      </w:pPr>
      <w:r>
        <w:t>न युसुब अली सलाम react हुए हुए न यकूब अली सलाम ने कोई reaction दिखाया.</w:t>
      </w:r>
    </w:p>
    <w:p>
      <w:r>
        <w:rPr>
          <w:b/>
        </w:rPr>
        <w:t xml:space="preserve">[1:03:58] </w:t>
      </w:r>
      <w:r>
        <w:t>to intehai, intehai jo ek sharif insaan ki picture hamein milti hai dono Yusuf Ali Salam mein aur</w:t>
      </w:r>
    </w:p>
    <w:p>
      <w:pPr>
        <w:jc w:val="right"/>
      </w:pPr>
      <w:r>
        <w:t>तो इंतिहाई, इंतिहाई जो एक शरीफ इंसान की picture हमें मिलती है दोनों युसुफ अली सलाम में और</w:t>
      </w:r>
    </w:p>
    <w:p>
      <w:r>
        <w:rPr>
          <w:b/>
        </w:rPr>
        <w:t xml:space="preserve">[1:04:09] </w:t>
      </w:r>
      <w:r>
        <w:t>Yaqoob Ali Salam ne ki intehai darje ke sharif insaan. ji.</w:t>
      </w:r>
    </w:p>
    <w:p>
      <w:pPr>
        <w:jc w:val="right"/>
      </w:pPr>
      <w:r>
        <w:t>याकुब अली सलाम ने कि इंतिहाई दर्जे के शरीफ इंसान. जी.</w:t>
      </w:r>
    </w:p>
    <w:p>
      <w:r>
        <w:rPr>
          <w:b/>
        </w:rPr>
        <w:t xml:space="preserve">[1:04:20] </w:t>
      </w:r>
      <w:r>
        <w:t>to yeh yeh hamein is liye Allah taala ne yeh ise Quran mein diye hain taake hum</w:t>
      </w:r>
    </w:p>
    <w:p>
      <w:pPr>
        <w:jc w:val="right"/>
      </w:pPr>
      <w:r>
        <w:t>तो यह यह हमें इसलिए अल्लाह तालन ने यह इसे कुरान में दिए हैं ताकि हम</w:t>
      </w:r>
    </w:p>
    <w:p>
      <w:r>
        <w:rPr>
          <w:b/>
        </w:rPr>
        <w:t xml:space="preserve">[1:04:31] </w:t>
      </w:r>
      <w:r>
        <w:t>ji, jaza kallah doctor saaf for sharing such amazing lessons from the life of prophet yusuf. bahut si baatein aapne batai sabak ke taur par ki kis tarah agar hum usko apni zindagi mein utare to hamein yaqeenan kamyabi milegi. insan ki. sabr ke taal, sabr ka talluq insan se hai.</w:t>
      </w:r>
    </w:p>
    <w:p>
      <w:pPr>
        <w:jc w:val="right"/>
      </w:pPr>
      <w:r>
        <w:t>जी, जज़ा कल्लाह doctor साफ for sharing such amazing lessons from the life of prophet युसफ. बहुत सी बातें आपने बताई सबक के तौर पर कि किस तरह अगर हम उसको अपनी ज़िंदगी में उतारें तो हमें यकीनन कान्याबी मिलेगी. इंसान ली. सबर के ताल, सबर का ताल्लुक इंसान से है.</w:t>
      </w:r>
    </w:p>
    <w:p>
      <w:r>
        <w:rPr>
          <w:b/>
        </w:rPr>
        <w:t xml:space="preserve">[1:04:55] </w:t>
      </w:r>
      <w:r>
        <w:t>insan ki taraf se agar koi bhi situation aati hai to hamein unilateral taur par us par adjust karna hai, us par sabr karna hai. yeh humne jaana aaj doctor sahab ki talk talk se. agar hum dekhein ki prophet kis tarah prophet yusuf ki zindagi mein bahut si mushkilat aai aur lekin unhone sabr kiya, prophet yaqub ne sabr kiya. to hum logon ki zindagi mein bhi vahi instances aaenge lekin different tarike se.</w:t>
      </w:r>
    </w:p>
    <w:p>
      <w:pPr>
        <w:jc w:val="right"/>
      </w:pPr>
      <w:r>
        <w:t>इंसान की तरफ से अगर कोई भी situation आती है तो हमें unilateral तौर पर उस पर adjust करना है, उस पर सब्र करना है. यह हमने जाना आज doctor साहब की talk talk से. अगर हम देखें कि prophet किस तरह prophet युसूफ की ज़िंदगी में बहुत सी मुश्किलात आई और लेकिन उन्होंने सब्र किया, prophet याकूब ने सब्र किया. तो हम लोगों की ज़िंदगी में भी वही instances आऐंगे लेकिन different तरीके से.</w:t>
      </w:r>
    </w:p>
    <w:p>
      <w:r>
        <w:rPr>
          <w:b/>
        </w:rPr>
        <w:t xml:space="preserve">[1:05:23] </w:t>
      </w:r>
      <w:r>
        <w:t>hamara kua alag hoga, hamari jail alag hogi, hamara vah bazaar jis bazaar mein prophet yusuf ko jab vo bachche the jab becha gaya to hamara bazaar bhi alag hoga. lekin agar humne sabr kiya to jis tarah prophet yusuf aur prophet yaqub ke upar allah taala ki blessings toot kar aai, hamari zindagi mein bhi yaqeenan blessing zaroor aaiengi. to yaad rakhiye sab sab kuch hai.</w:t>
      </w:r>
    </w:p>
    <w:p>
      <w:pPr>
        <w:jc w:val="right"/>
      </w:pPr>
      <w:r>
        <w:t>हमारा कुआ अलग होगा, हमारी jail अलग होगी, हमारा वह बाज़ार जिस बाज़ार में prophet युसूफ को जब वो बच्चे थे जब बेचा गया तो हमारा बाज़ार भी अलग होगा. लेकिन अगर हमने सब्र किया तो जिस तरीके से prophet युसूफ और prophet याकूब के ऊपर अल्लाह तालाह की blessings टूट कर आईं, हमारी ज़िंदगी में भी यकीनन blessing ज़रूर आएंगी. तो याद रखिए सब सब कुछ है.</w:t>
      </w:r>
    </w:p>
    <w:p>
      <w:r>
        <w:rPr>
          <w:b/>
        </w:rPr>
        <w:t xml:space="preserve">[1:05:51] </w:t>
      </w:r>
      <w:r>
        <w:t>to aaj ka session hum yahin khatm karte hain. hum phir lautenge agle Sunday saade das baje. thank you.</w:t>
      </w:r>
    </w:p>
    <w:p>
      <w:pPr>
        <w:jc w:val="right"/>
      </w:pPr>
      <w:r>
        <w:t>तो आज का session हम यहीं खत्म करते हैं. हम फिर लौटेंगे अगले Sunday साढ़े दस बजे.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