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Moral Values In Islam - III | January 27, 2006 | Maulana Wahiduddin Khan</w:t>
      </w:r>
    </w:p>
    <w:p>
      <w:r>
        <w:t>https://www.youtube.com/watch?v=dTiWv3ClWPI</w:t>
      </w:r>
    </w:p>
    <w:p>
      <w:r>
        <w:rPr>
          <w:b/>
        </w:rPr>
        <w:t xml:space="preserve">[00:14] </w:t>
      </w:r>
      <w:r>
        <w:t>bismillah rahman rahim, wasallallahu ala nabiyyil karim.</w:t>
      </w:r>
    </w:p>
    <w:p>
      <w:pPr>
        <w:jc w:val="right"/>
      </w:pPr>
      <w:r>
        <w:t>بسم اللہ الرحمن الرحیم، وصلی اللہ علی النبی الکریم۔</w:t>
      </w:r>
    </w:p>
    <w:p>
      <w:r>
        <w:rPr>
          <w:b/>
        </w:rPr>
        <w:t xml:space="preserve">[00:29] </w:t>
      </w:r>
      <w:r>
        <w:t>You know, every religion teaches to its followers good conduct.</w:t>
      </w:r>
    </w:p>
    <w:p>
      <w:pPr>
        <w:jc w:val="right"/>
      </w:pPr>
      <w:r>
        <w:t>یو نو، ایوری ریلیجن ٹیچز ٹو اِٹس فالوورز گڈ کنڈکٹ</w:t>
      </w:r>
    </w:p>
    <w:p>
      <w:r>
        <w:rPr>
          <w:b/>
        </w:rPr>
        <w:t xml:space="preserve">[00:44] </w:t>
      </w:r>
      <w:r>
        <w:t>and human behavior.</w:t>
      </w:r>
    </w:p>
    <w:p>
      <w:pPr>
        <w:jc w:val="right"/>
      </w:pPr>
      <w:r>
        <w:t>اینڈ ہیومن بیہیویئر۔</w:t>
      </w:r>
    </w:p>
    <w:p>
      <w:r>
        <w:rPr>
          <w:b/>
        </w:rPr>
        <w:t xml:space="preserve">[00:59] </w:t>
      </w:r>
      <w:r>
        <w:t>I think that the gist of the Islamic teaching is that believer must adopt insan friendly behavior or human friendly.</w:t>
      </w:r>
    </w:p>
    <w:p>
      <w:pPr>
        <w:jc w:val="right"/>
      </w:pPr>
      <w:r>
        <w:t>آئی تھنک دیٹ دا گسٹ آف دی اسلامک ٹیچنگ از دیٹ بیلیور مسٹ اڈاپٹ انسان فرینڈلی بیہیویئر اور ہیومن فرینڈ</w:t>
      </w:r>
    </w:p>
    <w:p>
      <w:r>
        <w:rPr>
          <w:b/>
        </w:rPr>
        <w:t xml:space="preserve">[01:14] </w:t>
      </w:r>
      <w:r>
        <w:t>the behavior.</w:t>
      </w:r>
    </w:p>
    <w:p>
      <w:pPr>
        <w:jc w:val="right"/>
      </w:pPr>
      <w:r>
        <w:t>لی بیہیویئر۔</w:t>
      </w:r>
    </w:p>
    <w:p>
      <w:r>
        <w:rPr>
          <w:b/>
        </w:rPr>
        <w:t xml:space="preserve">[01:24] </w:t>
      </w:r>
      <w:r>
        <w:t>You know that every businessman adopts the formula of customer friendly.</w:t>
      </w:r>
    </w:p>
    <w:p>
      <w:pPr>
        <w:jc w:val="right"/>
      </w:pPr>
      <w:r>
        <w:t>یو نو دیٹ ایوری بزنس مین اڈاپٹس دا فارمولا آف کسٹمر فرینڈلی۔</w:t>
      </w:r>
    </w:p>
    <w:p>
      <w:r>
        <w:rPr>
          <w:b/>
        </w:rPr>
        <w:t xml:space="preserve">[01:34] </w:t>
      </w:r>
      <w:r>
        <w:t>Every businessman adopts customer-friendly behavior.</w:t>
      </w:r>
    </w:p>
    <w:p>
      <w:pPr>
        <w:jc w:val="right"/>
      </w:pPr>
      <w:r>
        <w:t>ایوری بزنس مین اڈاپٹس کسٹمر فرینڈلی بیہیویئر</w:t>
      </w:r>
    </w:p>
    <w:p>
      <w:r>
        <w:rPr>
          <w:b/>
        </w:rPr>
        <w:t xml:space="preserve">[01:44] </w:t>
      </w:r>
      <w:r>
        <w:t>. So in the case of trader, including Islam, Islam want to establish normal relationship between member of society and all the teachings in this regard can be summarized in two words: that believer must a</w:t>
      </w:r>
    </w:p>
    <w:p>
      <w:pPr>
        <w:jc w:val="right"/>
      </w:pPr>
      <w:r>
        <w:t>۔ سو ان دا کیس آف ٹریڈر، انکلوڈنگ اسلام، اسلام وانٹ ٹو اسٹیبلش نارمل ریلیشن شپ بٹوین ممبر آف سوسائٹی اینڈ آل دا ٹیچنگز ان دس ریگارڈ کین بی سمرائز ان ٹو ورڈز: دیٹ بیلیور مسٹ ا</w:t>
      </w:r>
    </w:p>
    <w:p>
      <w:r>
        <w:rPr>
          <w:b/>
        </w:rPr>
        <w:t xml:space="preserve">[02:14] </w:t>
      </w:r>
      <w:r>
        <w:t>Adopt insan friendly behavior in every. In the speech, in the action, in every aspect of the life. I can say that Islam gives a code of conduct in</w:t>
      </w:r>
    </w:p>
    <w:p>
      <w:pPr>
        <w:jc w:val="right"/>
      </w:pPr>
      <w:r>
        <w:t>ڈاپٹ انسان فرینڈلی بیہیویئر ان ایوری۔ ان دی سپیچ، ان دی ایکشن، ان ایوری اسپیکٹ آف دی لائف۔ آئی کین سے دیٹ اسلام گوز ا کوڈ آف کنڈکٹ ان</w:t>
      </w:r>
    </w:p>
    <w:p>
      <w:r>
        <w:rPr>
          <w:b/>
        </w:rPr>
        <w:t xml:space="preserve">[02:44] </w:t>
      </w:r>
      <w:r>
        <w:t>This regard.</w:t>
      </w:r>
    </w:p>
    <w:p>
      <w:pPr>
        <w:jc w:val="right"/>
      </w:pPr>
      <w:r>
        <w:t>دس ریگارڈ۔</w:t>
      </w:r>
    </w:p>
    <w:p>
      <w:r>
        <w:rPr>
          <w:b/>
        </w:rPr>
        <w:t xml:space="preserve">[02:55] </w:t>
      </w:r>
      <w:r>
        <w:t>Islam tells us a list of dos and don'ts.</w:t>
      </w:r>
    </w:p>
    <w:p>
      <w:pPr>
        <w:jc w:val="right"/>
      </w:pPr>
      <w:r>
        <w:t>اسلام ٹیلز اس ا لسٹ آف ڈوز اینڈ ڈونٹس۔</w:t>
      </w:r>
    </w:p>
    <w:p>
      <w:r>
        <w:rPr>
          <w:b/>
        </w:rPr>
        <w:t xml:space="preserve">[03:05] </w:t>
      </w:r>
      <w:r>
        <w:t>For example, Islam tells us that you have to adopt justice and tolerance</w:t>
      </w:r>
    </w:p>
    <w:p>
      <w:pPr>
        <w:jc w:val="right"/>
      </w:pPr>
      <w:r>
        <w:t>فار ایگزامپل، اسلام ٹیلز اس دیٹ یو ہیو ٹو اڈاپٹ جسٹس اینڈ ٹولرنس</w:t>
      </w:r>
    </w:p>
    <w:p>
      <w:r>
        <w:rPr>
          <w:b/>
        </w:rPr>
        <w:t xml:space="preserve">[03:15] </w:t>
      </w:r>
      <w:r>
        <w:t>and truthfulness, and defend yourself from injustice and intolerance and violence.</w:t>
      </w:r>
    </w:p>
    <w:p>
      <w:pPr>
        <w:jc w:val="right"/>
      </w:pPr>
      <w:r>
        <w:t>اینڈ ٹروتھ فلنس، اینڈ ڈیفینڈ یور سیلف فرام انجسٹس اینڈ انٹولرنس اینڈ وائلنس۔</w:t>
      </w:r>
    </w:p>
    <w:p>
      <w:r>
        <w:rPr>
          <w:b/>
        </w:rPr>
        <w:t xml:space="preserve">[03:25] </w:t>
      </w:r>
      <w:r>
        <w:t>So if you read Quran and Hadith, you will find that there is a clear code of conduct,</w:t>
      </w:r>
    </w:p>
    <w:p>
      <w:pPr>
        <w:jc w:val="right"/>
      </w:pPr>
      <w:r>
        <w:t>سو اف یو ریڈ قرآن اینڈ حدیث، یو ویل فائنڈ دیٹ دیر از ا کلیئر کوڈ آف کنڈکٹ،</w:t>
      </w:r>
    </w:p>
    <w:p>
      <w:r>
        <w:rPr>
          <w:b/>
        </w:rPr>
        <w:t xml:space="preserve">[03:35] </w:t>
      </w:r>
      <w:r>
        <w:t>code of conduct in</w:t>
      </w:r>
    </w:p>
    <w:p>
      <w:pPr>
        <w:jc w:val="right"/>
      </w:pPr>
      <w:r>
        <w:t>کوڈ آف کنڈکٹ ان</w:t>
      </w:r>
    </w:p>
    <w:p>
      <w:r>
        <w:rPr>
          <w:b/>
        </w:rPr>
        <w:t xml:space="preserve">[03:45] </w:t>
      </w:r>
      <w:r>
        <w:t>This regard.</w:t>
      </w:r>
    </w:p>
    <w:p>
      <w:pPr>
        <w:jc w:val="right"/>
      </w:pPr>
      <w:r>
        <w:t>دس ریگارڈ۔</w:t>
      </w:r>
    </w:p>
    <w:p>
      <w:r>
        <w:rPr>
          <w:b/>
        </w:rPr>
        <w:t xml:space="preserve">[03:55] </w:t>
      </w:r>
      <w:r>
        <w:t>But here I would like to add that code of conduct is not enough to make one insaan friendly.</w:t>
      </w:r>
    </w:p>
    <w:p>
      <w:pPr>
        <w:jc w:val="right"/>
      </w:pPr>
      <w:r>
        <w:t>بٹ ہیر آئی وڈ لائک ٹو ایڈ دیٹ کوڈ آف کنڈکٹ از ناٹ انف ٹو میک ون انسان فرینڈلی۔</w:t>
      </w:r>
    </w:p>
    <w:p>
      <w:r>
        <w:rPr>
          <w:b/>
        </w:rPr>
        <w:t xml:space="preserve">[04:05] </w:t>
      </w:r>
      <w:r>
        <w:t>There must be a code of conduct for robots, but not for human beings. Human</w:t>
      </w:r>
    </w:p>
    <w:p>
      <w:pPr>
        <w:jc w:val="right"/>
      </w:pPr>
      <w:r>
        <w:t>دیر مسٹ بی ا کوڈ آف کنڈکٹ فار پروبوز، بٹ ناٹ فار ہیومن بینگ۔ ہیومن</w:t>
      </w:r>
    </w:p>
    <w:p>
      <w:r>
        <w:rPr>
          <w:b/>
        </w:rPr>
        <w:t xml:space="preserve">[04:15] </w:t>
      </w:r>
      <w:r>
        <w:t>being his free will, free his his own choices.</w:t>
      </w:r>
    </w:p>
    <w:p>
      <w:pPr>
        <w:jc w:val="right"/>
      </w:pPr>
      <w:r>
        <w:t>بینگ ہیز فری ول، فری ہیز ہز اون چوائسز۔</w:t>
      </w:r>
    </w:p>
    <w:p>
      <w:r>
        <w:rPr>
          <w:b/>
        </w:rPr>
        <w:t xml:space="preserve">[04:23] </w:t>
      </w:r>
      <w:r>
        <w:t>He can refute, he can accept, as well he can refute.</w:t>
      </w:r>
    </w:p>
    <w:p>
      <w:pPr>
        <w:jc w:val="right"/>
      </w:pPr>
      <w:r>
        <w:t>ہی کین ریفیوٹ، ہی کین ایکسیپٹ، ایز ویل ہی کین ریفیوٹ۔</w:t>
      </w:r>
    </w:p>
    <w:p>
      <w:r>
        <w:rPr>
          <w:b/>
        </w:rPr>
        <w:t xml:space="preserve">[04:30] </w:t>
      </w:r>
      <w:r>
        <w:t>So human being that is not like a machine or robot.</w:t>
      </w:r>
    </w:p>
    <w:p>
      <w:pPr>
        <w:jc w:val="right"/>
      </w:pPr>
      <w:r>
        <w:t>سو ہیومن بینگ دیٹ از ناٹ لائک ا مشین اور بورڈ۔</w:t>
      </w:r>
    </w:p>
    <w:p>
      <w:r>
        <w:rPr>
          <w:b/>
        </w:rPr>
        <w:t xml:space="preserve">[04:38] </w:t>
      </w:r>
      <w:r>
        <w:t>So it is a must to find something more other than code of conduct.</w:t>
      </w:r>
    </w:p>
    <w:p>
      <w:pPr>
        <w:jc w:val="right"/>
      </w:pPr>
      <w:r>
        <w:t>سو اٹ از مسٹ ٹو فائنڈ سمتھنگ مور ادر دین کوڈ آف کن</w:t>
      </w:r>
    </w:p>
    <w:p>
      <w:r>
        <w:rPr>
          <w:b/>
        </w:rPr>
        <w:t xml:space="preserve">[04:45] </w:t>
      </w:r>
      <w:r>
        <w:t>"dictate, that is incentive."</w:t>
      </w:r>
    </w:p>
    <w:p>
      <w:pPr>
        <w:jc w:val="right"/>
      </w:pPr>
      <w:r>
        <w:t>ڈکٹ، دیٹ از انسنٹیو۔</w:t>
      </w:r>
    </w:p>
    <w:p>
      <w:r>
        <w:rPr>
          <w:b/>
        </w:rPr>
        <w:t xml:space="preserve">[04:55] </w:t>
      </w:r>
      <w:r>
        <w:t>Without incentive, code of conduct karna safar safai.</w:t>
      </w:r>
    </w:p>
    <w:p>
      <w:pPr>
        <w:jc w:val="right"/>
      </w:pPr>
      <w:r>
        <w:t>وداؤٹ انسنٹیو، کوڈ آف کنڈکٹ کرنا سفر صفائی۔</w:t>
      </w:r>
    </w:p>
    <w:p>
      <w:r>
        <w:rPr>
          <w:b/>
        </w:rPr>
        <w:t xml:space="preserve">[05:06] </w:t>
      </w:r>
      <w:r>
        <w:t>So what is the incentive given by Islam? In word,</w:t>
      </w:r>
    </w:p>
    <w:p>
      <w:pPr>
        <w:jc w:val="right"/>
      </w:pPr>
      <w:r>
        <w:t>سو واٹ از دا انسنٹیو گیون بائے اسلام؟ ان ورڈ،</w:t>
      </w:r>
    </w:p>
    <w:p>
      <w:r>
        <w:rPr>
          <w:b/>
        </w:rPr>
        <w:t xml:space="preserve">[05:16] </w:t>
      </w:r>
      <w:r>
        <w:t>In a single word, I can say that it is accountability.</w:t>
      </w:r>
    </w:p>
    <w:p>
      <w:pPr>
        <w:jc w:val="right"/>
      </w:pPr>
      <w:r>
        <w:t>ان ا سنگل ورڈ، آئی کین سے دیٹ اٹ از اکاؤنٹیبلٹی۔</w:t>
      </w:r>
    </w:p>
    <w:p>
      <w:r>
        <w:rPr>
          <w:b/>
        </w:rPr>
        <w:t xml:space="preserve">[05:26] </w:t>
      </w:r>
      <w:r>
        <w:t>In Arabic it is muhasaba, accountability.</w:t>
      </w:r>
    </w:p>
    <w:p>
      <w:pPr>
        <w:jc w:val="right"/>
      </w:pPr>
      <w:r>
        <w:t>ان عربک اٹ از بحاسبہ، اکاؤنٹیبلٹی۔</w:t>
      </w:r>
    </w:p>
    <w:p>
      <w:r>
        <w:rPr>
          <w:b/>
        </w:rPr>
        <w:t xml:space="preserve">[05:36] </w:t>
      </w:r>
      <w:r>
        <w:t>There is a hadith: "حاسب انفسکم قبل تحاسب" yani</w:t>
      </w:r>
    </w:p>
    <w:p>
      <w:pPr>
        <w:jc w:val="right"/>
      </w:pPr>
      <w:r>
        <w:t>دیر از ا حدیث: "حاسب انفسکم قبل تحاسب" یعنی</w:t>
      </w:r>
    </w:p>
    <w:p>
      <w:r>
        <w:rPr>
          <w:b/>
        </w:rPr>
        <w:t xml:space="preserve">[05:46] </w:t>
      </w:r>
      <w:r>
        <w:t>reckon yourself before you are reckoned. apna hisab kar lo is se pehle ke tumhara hisab kiya jaye. this is the concept of accountability. according to this concept, everyone, e</w:t>
      </w:r>
    </w:p>
    <w:p>
      <w:pPr>
        <w:jc w:val="right"/>
      </w:pPr>
      <w:r>
        <w:t>ریکن یور سیلف بیفور یو آر ریکن۔ اپنا حساب کر لو اس سے پہلے کہ تمہارا حساب کیا جائے۔ دس از دا کانسیپٹ آف اکاؤنٹیبلٹی۔ اکارڈنگ ٹو دس کانسیپٹ، ایوری ون، ای</w:t>
      </w:r>
    </w:p>
    <w:p>
      <w:r>
        <w:rPr>
          <w:b/>
        </w:rPr>
        <w:t xml:space="preserve">[06:16] </w:t>
      </w:r>
      <w:r>
        <w:t>Every human being, every man and woman will be produced before God, the Lord of the Universe, the</w:t>
      </w:r>
    </w:p>
    <w:p>
      <w:pPr>
        <w:jc w:val="right"/>
      </w:pPr>
      <w:r>
        <w:t>وری ہیومن بینگ، ایوری مین اینڈ وومن ول بی پروڈیوسڈ بیفور گاڈ، دا لارڈ آف دی یونیورس، دا</w:t>
      </w:r>
    </w:p>
    <w:p>
      <w:r>
        <w:rPr>
          <w:b/>
        </w:rPr>
        <w:t xml:space="preserve">[06:26] </w:t>
      </w:r>
      <w:r>
        <w:t>Judge of the Day of Judgment.</w:t>
      </w:r>
    </w:p>
    <w:p>
      <w:pPr>
        <w:jc w:val="right"/>
      </w:pPr>
      <w:r>
        <w:t>جج آف دا ڈے آف ججمنٹ۔</w:t>
      </w:r>
    </w:p>
    <w:p>
      <w:r>
        <w:rPr>
          <w:b/>
        </w:rPr>
        <w:t xml:space="preserve">[06:36] </w:t>
      </w:r>
      <w:r>
        <w:t>So according to Islamic belief, our life span is divided</w:t>
      </w:r>
    </w:p>
    <w:p>
      <w:pPr>
        <w:jc w:val="right"/>
      </w:pPr>
      <w:r>
        <w:t>سو اکارڈنگ ٹو اسلامک بیلیف، اور لائف سپین از ڈیوائیڈڈ</w:t>
      </w:r>
    </w:p>
    <w:p>
      <w:r>
        <w:rPr>
          <w:b/>
        </w:rPr>
        <w:t xml:space="preserve">[06:47] </w:t>
      </w:r>
      <w:r>
        <w:t>into two parts: one pertains to pre-death period and second pertains to post-death period.</w:t>
      </w:r>
    </w:p>
    <w:p>
      <w:pPr>
        <w:jc w:val="right"/>
      </w:pPr>
      <w:r>
        <w:t>انٹو ٹو پارٹ: ون پرٹینز ٹو پری ڈیتھ پیریڈ اینڈ سیکنڈ پرٹینز ٹو پوسٹ ڈیتھ پیریڈ۔</w:t>
      </w:r>
    </w:p>
    <w:p>
      <w:r>
        <w:rPr>
          <w:b/>
        </w:rPr>
        <w:t xml:space="preserve">[07:02] </w:t>
      </w:r>
      <w:r>
        <w:t>In pre-death period, we are in test, and in post-death period, will be, we will be rewarded.</w:t>
      </w:r>
    </w:p>
    <w:p>
      <w:pPr>
        <w:jc w:val="right"/>
      </w:pPr>
      <w:r>
        <w:t>ان پری ڈیتھ پیریڈ، وی آر ان ٹیسٹ، اینڈ ان پوسٹ ڈیتھ پیریڈ، ول بی، وی ول بی ڈی</w:t>
      </w:r>
    </w:p>
    <w:p>
      <w:r>
        <w:rPr>
          <w:b/>
        </w:rPr>
        <w:t xml:space="preserve">[07:17] </w:t>
      </w:r>
      <w:r>
        <w:t>widened and punished.</w:t>
      </w:r>
    </w:p>
    <w:p>
      <w:pPr>
        <w:jc w:val="right"/>
      </w:pPr>
      <w:r>
        <w:t>وائیڈڈ اینڈ پنش۔</w:t>
      </w:r>
    </w:p>
    <w:p>
      <w:r>
        <w:rPr>
          <w:b/>
        </w:rPr>
        <w:t xml:space="preserve">[07:24] </w:t>
      </w:r>
      <w:r>
        <w:t>So after the period of death, in post-death period, there is a Day of Judgment.</w:t>
      </w:r>
    </w:p>
    <w:p>
      <w:pPr>
        <w:jc w:val="right"/>
      </w:pPr>
      <w:r>
        <w:t>سو افٹر دی پیریڈ آف ڈیتھ، ان پوسٹ ڈیتھ پیریڈ، دیر از ا ڈے آف ججمنٹ۔</w:t>
      </w:r>
    </w:p>
    <w:p>
      <w:r>
        <w:rPr>
          <w:b/>
        </w:rPr>
        <w:t xml:space="preserve">[07:32] </w:t>
      </w:r>
      <w:r>
        <w:t>Day of Judgment, Day of Judgment means assembly, their Day of Assembly.</w:t>
      </w:r>
    </w:p>
    <w:p>
      <w:pPr>
        <w:jc w:val="right"/>
      </w:pPr>
      <w:r>
        <w:t>ڈے آف ججمنٹ، ڈے آف ججمنٹ مینز اسمبلی، دیر ڈے آف اسمبلی۔</w:t>
      </w:r>
    </w:p>
    <w:p>
      <w:r>
        <w:rPr>
          <w:b/>
        </w:rPr>
        <w:t xml:space="preserve">[07:40] </w:t>
      </w:r>
      <w:r>
        <w:t>Everyone will be produced before God</w:t>
      </w:r>
    </w:p>
    <w:p>
      <w:pPr>
        <w:jc w:val="right"/>
      </w:pPr>
      <w:r>
        <w:t>ایوری ون ول بی پروڈیوسڈ بیفور گاڈ</w:t>
      </w:r>
    </w:p>
    <w:p>
      <w:r>
        <w:rPr>
          <w:b/>
        </w:rPr>
        <w:t xml:space="preserve">[07:47] </w:t>
      </w:r>
      <w:r>
        <w:t>At the day, at the day of assembly, day of judgment.</w:t>
      </w:r>
    </w:p>
    <w:p>
      <w:pPr>
        <w:jc w:val="right"/>
      </w:pPr>
      <w:r>
        <w:t>ایٹ دا ڈے، ایٹ دا ڈے آف اسمبلی، ڈے آف ججمنٹ۔</w:t>
      </w:r>
    </w:p>
    <w:p>
      <w:r>
        <w:rPr>
          <w:b/>
        </w:rPr>
        <w:t xml:space="preserve">[07:59] </w:t>
      </w:r>
      <w:r>
        <w:t>So everyone must be either he is punished by God or he is rewarded by God.</w:t>
      </w:r>
    </w:p>
    <w:p>
      <w:pPr>
        <w:jc w:val="right"/>
      </w:pPr>
      <w:r>
        <w:t>سو ایوری ون مسٹ بی ائیدر ہی از پنش بائی گاڈ اور ہی از ریوارڈڈ بائی گاڈ۔</w:t>
      </w:r>
    </w:p>
    <w:p>
      <w:r>
        <w:rPr>
          <w:b/>
        </w:rPr>
        <w:t xml:space="preserve">[08:11] </w:t>
      </w:r>
      <w:r>
        <w:t>According to Islamic belief,</w:t>
      </w:r>
    </w:p>
    <w:p>
      <w:pPr>
        <w:jc w:val="right"/>
      </w:pPr>
      <w:r>
        <w:t>اکارڈنگ ٹو اسلامک بیلیف،</w:t>
      </w:r>
    </w:p>
    <w:p>
      <w:r>
        <w:rPr>
          <w:b/>
        </w:rPr>
        <w:t xml:space="preserve">[08:22] </w:t>
      </w:r>
      <w:r>
        <w:t>After death, there is heaven, there is paradise and hell, paradise and hell.</w:t>
      </w:r>
    </w:p>
    <w:p>
      <w:pPr>
        <w:jc w:val="right"/>
      </w:pPr>
      <w:r>
        <w:t>افٹر ڈیتھ، دیر از ہیون، دیر از پیڈائل اینڈ ہیل، پیڈائل اینڈ ہیل۔</w:t>
      </w:r>
    </w:p>
    <w:p>
      <w:r>
        <w:rPr>
          <w:b/>
        </w:rPr>
        <w:t xml:space="preserve">[08:35] </w:t>
      </w:r>
      <w:r>
        <w:t>Everyone, no one can escape.</w:t>
      </w:r>
    </w:p>
    <w:p>
      <w:pPr>
        <w:jc w:val="right"/>
      </w:pPr>
      <w:r>
        <w:t>ایوری ون، نو ون کین اسکیپ۔</w:t>
      </w:r>
    </w:p>
    <w:p>
      <w:r>
        <w:rPr>
          <w:b/>
        </w:rPr>
        <w:t xml:space="preserve">[08:47] </w:t>
      </w:r>
      <w:r>
        <w:t>Everyone will be,</w:t>
      </w:r>
    </w:p>
    <w:p>
      <w:pPr>
        <w:jc w:val="right"/>
      </w:pPr>
      <w:r>
        <w:t>ایوری ون ول بی،</w:t>
      </w:r>
    </w:p>
    <w:p>
      <w:r>
        <w:rPr>
          <w:b/>
        </w:rPr>
        <w:t xml:space="preserve">[09:00] </w:t>
      </w:r>
      <w:r>
        <w:t>will either face the hell or will find entry into paradise, and both end.</w:t>
      </w:r>
    </w:p>
    <w:p>
      <w:pPr>
        <w:jc w:val="right"/>
      </w:pPr>
      <w:r>
        <w:t>ول ائیدر فیس دا ہیل اور ول فائنڈ انٹری انٹو پیڈائل، اینڈ بوتھ اینڈ۔</w:t>
      </w:r>
    </w:p>
    <w:p>
      <w:r>
        <w:rPr>
          <w:b/>
        </w:rPr>
        <w:t xml:space="preserve">[09:15] </w:t>
      </w:r>
      <w:r>
        <w:t>So this belief, which I call accountability, muhasaba.</w:t>
      </w:r>
    </w:p>
    <w:p>
      <w:pPr>
        <w:jc w:val="right"/>
      </w:pPr>
      <w:r>
        <w:t>سو دس بیلیف، وچ آئی کال اکاؤنٹیبلٹی، محاسبہ</w:t>
      </w:r>
    </w:p>
    <w:p>
      <w:r>
        <w:rPr>
          <w:b/>
        </w:rPr>
        <w:t xml:space="preserve">[09:30] </w:t>
      </w:r>
      <w:r>
        <w:t>, this belief gives us a sense of incentive, a motivation. This belief, this belief produces a kind of compulsion. One who believes in the Day of Judgment</w:t>
      </w:r>
    </w:p>
    <w:p>
      <w:pPr>
        <w:jc w:val="right"/>
      </w:pPr>
      <w:r>
        <w:t>، دس بیلیف گوز اس ا سینس آف انسنٹیو، ا موٹیویشن۔ دس بیلیف، دس بیلیف پروڈیوسز ا کائنڈ آف کمپلسن۔ ون ہو بیلیو ان دا ڈے آف ججم</w:t>
      </w:r>
    </w:p>
    <w:p>
      <w:r>
        <w:rPr>
          <w:b/>
        </w:rPr>
        <w:t xml:space="preserve">[10:00] </w:t>
      </w:r>
      <w:r>
        <w:t>"It is compelled to obey the command of God during his social behavior, during his conduct in society,"</w:t>
      </w:r>
    </w:p>
    <w:p>
      <w:pPr>
        <w:jc w:val="right"/>
      </w:pPr>
      <w:r>
        <w:t>نٹ از کمپل ٹو اوبے دا کمانڈ آف گاڈ ڈیورنگ ہز سوشل بیہیویئر، ڈیورنگ ہز کنڈکٹ ان سوسائٹی،</w:t>
      </w:r>
    </w:p>
    <w:p>
      <w:r>
        <w:rPr>
          <w:b/>
        </w:rPr>
        <w:t xml:space="preserve">[10:16] </w:t>
      </w:r>
      <w:r>
        <w:t>because he conviction that</w:t>
      </w:r>
    </w:p>
    <w:p>
      <w:pPr>
        <w:jc w:val="right"/>
      </w:pPr>
      <w:r>
        <w:t>بیکاز ہی کنوکشن دیٹ</w:t>
      </w:r>
    </w:p>
    <w:p>
      <w:r>
        <w:rPr>
          <w:b/>
        </w:rPr>
        <w:t xml:space="preserve">[10:31] </w:t>
      </w:r>
      <w:r>
        <w:t>My bad and my bad conduct will return to me with a bad result, and my good conduct</w:t>
      </w:r>
    </w:p>
    <w:p>
      <w:pPr>
        <w:jc w:val="right"/>
      </w:pPr>
      <w:r>
        <w:t>مائی بیک اینڈ مائی بیک کریکٹ ول ریٹرن ٹو می ود اے بیڈ رزلٹ، اینڈ مائی گڈ کنڈکٹ</w:t>
      </w:r>
    </w:p>
    <w:p>
      <w:r>
        <w:rPr>
          <w:b/>
        </w:rPr>
        <w:t xml:space="preserve">[10:42] </w:t>
      </w:r>
      <w:r>
        <w:t>will result to me, will, will result to me as a reward.</w:t>
      </w:r>
    </w:p>
    <w:p>
      <w:pPr>
        <w:jc w:val="right"/>
      </w:pPr>
      <w:r>
        <w:t>ول رزلٹ ٹو می، ول، ول رزلٹ ٹو می ایز اے ریوارڈ۔</w:t>
      </w:r>
    </w:p>
    <w:p>
      <w:r>
        <w:rPr>
          <w:b/>
        </w:rPr>
        <w:t xml:space="preserve">[10:52] </w:t>
      </w:r>
      <w:r>
        <w:t>So this is incentive.</w:t>
      </w:r>
    </w:p>
    <w:p>
      <w:pPr>
        <w:jc w:val="right"/>
      </w:pPr>
      <w:r>
        <w:t>سو دس از انسنٹیو۔</w:t>
      </w:r>
    </w:p>
    <w:p>
      <w:r>
        <w:rPr>
          <w:b/>
        </w:rPr>
        <w:t xml:space="preserve">[11:02] </w:t>
      </w:r>
      <w:r>
        <w:t>this incentive creates a compulsion. So, at one side, Islam gives us a code of conduct, code of conduct, and on the other side, Islam gives us this belief, belief of the Day of Judgment, the</w:t>
      </w:r>
    </w:p>
    <w:p>
      <w:pPr>
        <w:jc w:val="right"/>
      </w:pPr>
      <w:r>
        <w:t>دس انسنٹیو کریٹس ا کمپلسن۔ سو ایٹ ون سائیڈ، اسلام گوز اس ا کوڈ آف کنڈکٹ، کوڈ آف کنڈکٹ، اینڈ ان دا ادر سائیڈ، اسلام گوز اس دس بیلیف، بیلیف آف دا ڈے آف ججمنٹ، دی</w:t>
      </w:r>
    </w:p>
    <w:p>
      <w:r>
        <w:rPr>
          <w:b/>
        </w:rPr>
        <w:t xml:space="preserve">[11:32] </w:t>
      </w:r>
      <w:r>
        <w:t>to inculcate in our self the sense of responsibility, sense of discipline, sense of control behavior. This is the, this is the belief system of Islam in this regard. Here</w:t>
      </w:r>
    </w:p>
    <w:p>
      <w:pPr>
        <w:jc w:val="right"/>
      </w:pPr>
      <w:r>
        <w:t>ٹ انکلکیٹ ان اور سیلف دا سینس آف رسپانسبیلٹی، سینس آف ڈسپلن، سینس آف کنٹرول بیہیویئر۔ دس از دا، دس از دا بیلیف سسٹم آف اسلام ان دس ریگارڈ۔ ہیر</w:t>
      </w:r>
    </w:p>
    <w:p>
      <w:r>
        <w:rPr>
          <w:b/>
        </w:rPr>
        <w:t xml:space="preserve">[12:02] </w:t>
      </w:r>
      <w:r>
        <w:t>I would like to present a hadith which is very relevant to this subject.</w:t>
      </w:r>
    </w:p>
    <w:p>
      <w:pPr>
        <w:jc w:val="right"/>
      </w:pPr>
      <w:r>
        <w:t>آئی وڈ لائک ٹو پریزنٹ ا حدیث وچ از ویری ریلیونٹ ٹو دس سبجیکٹ۔</w:t>
      </w:r>
    </w:p>
    <w:p>
      <w:r>
        <w:rPr>
          <w:b/>
        </w:rPr>
        <w:t xml:space="preserve">[12:18] </w:t>
      </w:r>
      <w:r>
        <w:t>The Prophet of Islam has said that: "Amr</w:t>
      </w:r>
    </w:p>
    <w:p>
      <w:pPr>
        <w:jc w:val="right"/>
      </w:pPr>
      <w:r>
        <w:t>دا پرافٹ آف اسلام ہیز سیڈ دیٹ: "امر</w:t>
      </w:r>
    </w:p>
    <w:p>
      <w:r>
        <w:rPr>
          <w:b/>
        </w:rPr>
        <w:t xml:space="preserve">[12:33] </w:t>
      </w:r>
      <w:r>
        <w:t>Rabbi billah</w:t>
      </w:r>
    </w:p>
    <w:p>
      <w:pPr>
        <w:jc w:val="right"/>
      </w:pPr>
      <w:r>
        <w:t>ربی بے اللہ</w:t>
      </w:r>
    </w:p>
    <w:p>
      <w:r>
        <w:rPr>
          <w:b/>
        </w:rPr>
        <w:t xml:space="preserve">[13:26] </w:t>
      </w:r>
      <w:r>
        <w:t>Nine points. Nine, nine.</w:t>
      </w:r>
    </w:p>
    <w:p>
      <w:pPr>
        <w:jc w:val="right"/>
      </w:pPr>
      <w:r>
        <w:t>نائن پوائنٹس۔ نائن، نائن۔</w:t>
      </w:r>
    </w:p>
    <w:p>
      <w:r>
        <w:rPr>
          <w:b/>
        </w:rPr>
        <w:t xml:space="preserve">[13:36] </w:t>
      </w:r>
      <w:r>
        <w:t>The translation of this hadith is that: God has, God has enjoined me.</w:t>
      </w:r>
    </w:p>
    <w:p>
      <w:pPr>
        <w:jc w:val="right"/>
      </w:pPr>
      <w:r>
        <w:t>دا ٹرانسلیشن آف دس حدیث از دیٹ: گاڈ ہیز، گاڈ ہیز انجوائے می۔</w:t>
      </w:r>
    </w:p>
    <w:p>
      <w:r>
        <w:rPr>
          <w:b/>
        </w:rPr>
        <w:t xml:space="preserve">[13:47] </w:t>
      </w:r>
      <w:r>
        <w:t>Nine things, nine.</w:t>
      </w:r>
    </w:p>
    <w:p>
      <w:pPr>
        <w:jc w:val="right"/>
      </w:pPr>
      <w:r>
        <w:t>نائن تھنگز، نائن۔</w:t>
      </w:r>
    </w:p>
    <w:p>
      <w:r>
        <w:rPr>
          <w:b/>
        </w:rPr>
        <w:t xml:space="preserve">[13:57] </w:t>
      </w:r>
      <w:r>
        <w:t>One: Fear of God in public and private.</w:t>
      </w:r>
    </w:p>
    <w:p>
      <w:pPr>
        <w:jc w:val="right"/>
      </w:pPr>
      <w:r>
        <w:t>ون: فیئر آف گاڈ ان پبلک اینڈ پرائیویٹ۔</w:t>
      </w:r>
    </w:p>
    <w:p>
      <w:r>
        <w:rPr>
          <w:b/>
        </w:rPr>
        <w:t xml:space="preserve">[14:13] </w:t>
      </w:r>
      <w:r>
        <w:t>Fear of God in public and in private. And,</w:t>
      </w:r>
    </w:p>
    <w:p>
      <w:pPr>
        <w:jc w:val="right"/>
      </w:pPr>
      <w:r>
        <w:t>فیئر آف گاڈ ان پبلک اینڈ ان پرائیویٹ۔ اینڈ،</w:t>
      </w:r>
    </w:p>
    <w:p>
      <w:r>
        <w:rPr>
          <w:b/>
        </w:rPr>
        <w:t xml:space="preserve">[14:29] </w:t>
      </w:r>
      <w:r>
        <w:t>and to speak with justice when I am in angry and when I am not angry in both the situation.</w:t>
      </w:r>
    </w:p>
    <w:p>
      <w:pPr>
        <w:jc w:val="right"/>
      </w:pPr>
      <w:r>
        <w:t>اینڈ ٹو سپیک ود جسٹس وین آئی ایم ان اینگری اینڈ وین آئی ایم ناٹ اینگری ان بوتھ دا سچوئیشن۔</w:t>
      </w:r>
    </w:p>
    <w:p>
      <w:r>
        <w:rPr>
          <w:b/>
        </w:rPr>
        <w:t xml:space="preserve">[14:44] </w:t>
      </w:r>
      <w:r>
        <w:t>And I have to be donor</w:t>
      </w:r>
    </w:p>
    <w:p>
      <w:pPr>
        <w:jc w:val="right"/>
      </w:pPr>
      <w:r>
        <w:t>اینڈ آئی ہیو ٹو بی ڈانور</w:t>
      </w:r>
    </w:p>
    <w:p>
      <w:r>
        <w:rPr>
          <w:b/>
        </w:rPr>
        <w:t xml:space="preserve">[15:00] </w:t>
      </w:r>
      <w:r>
        <w:t>in poverty and in distress, both in both the situation.</w:t>
      </w:r>
    </w:p>
    <w:p>
      <w:pPr>
        <w:jc w:val="right"/>
      </w:pPr>
      <w:r>
        <w:t>ان پاورٹی اینڈ ان ڈسنس، بوتھ ان بوتھ دا سچوئیشن۔</w:t>
      </w:r>
    </w:p>
    <w:p>
      <w:r>
        <w:rPr>
          <w:b/>
        </w:rPr>
        <w:t xml:space="preserve">[15:15] </w:t>
      </w:r>
      <w:r>
        <w:t>and I have to give those who have depressed, and I have to forgive those who have pro</w:t>
      </w:r>
    </w:p>
    <w:p>
      <w:pPr>
        <w:jc w:val="right"/>
      </w:pPr>
      <w:r>
        <w:t>اینڈ آئی ہیو ٹو گیو دوز ہو ہیو ڈیپریسڈ، اینڈ آئی ہیو ٹو فارگیو دوز ہو ہیو پرو</w:t>
      </w:r>
    </w:p>
    <w:p>
      <w:r>
        <w:rPr>
          <w:b/>
        </w:rPr>
        <w:t xml:space="preserve">[15:30] </w:t>
      </w:r>
      <w:r>
        <w:t>B.</w:t>
      </w:r>
    </w:p>
    <w:p>
      <w:pPr>
        <w:jc w:val="right"/>
      </w:pPr>
      <w:r>
        <w:t>ب۔</w:t>
      </w:r>
    </w:p>
    <w:p>
      <w:r>
        <w:rPr>
          <w:b/>
        </w:rPr>
        <w:t xml:space="preserve">[15:51] </w:t>
      </w:r>
      <w:r>
        <w:t>And, and, and I have to give those</w:t>
      </w:r>
    </w:p>
    <w:p>
      <w:pPr>
        <w:jc w:val="right"/>
      </w:pPr>
      <w:r>
        <w:t>اینڈ، اینڈ، اینڈ آئی ہیو ٹو گیو دوز</w:t>
      </w:r>
    </w:p>
    <w:p>
      <w:r>
        <w:rPr>
          <w:b/>
        </w:rPr>
        <w:t xml:space="preserve">[16:12] </w:t>
      </w:r>
      <w:r>
        <w:t>And my silence, my silence must be.</w:t>
      </w:r>
    </w:p>
    <w:p>
      <w:pPr>
        <w:jc w:val="right"/>
      </w:pPr>
      <w:r>
        <w:t>اینڈ مائی سائلنس، مائی سائلنس مسٹ بی۔</w:t>
      </w:r>
    </w:p>
    <w:p>
      <w:r>
        <w:rPr>
          <w:b/>
        </w:rPr>
        <w:t xml:space="preserve">[16:19] </w:t>
      </w:r>
      <w:r>
        <w:t>Zikr of God.</w:t>
      </w:r>
    </w:p>
    <w:p>
      <w:pPr>
        <w:jc w:val="right"/>
      </w:pPr>
      <w:r>
        <w:t>ذکر آف گاڈ۔</w:t>
      </w:r>
    </w:p>
    <w:p>
      <w:r>
        <w:rPr>
          <w:b/>
        </w:rPr>
        <w:t xml:space="preserve">[16:27] </w:t>
      </w:r>
      <w:r>
        <w:t>And when I am silent, I have to remember God.</w:t>
      </w:r>
    </w:p>
    <w:p>
      <w:pPr>
        <w:jc w:val="right"/>
      </w:pPr>
      <w:r>
        <w:t>ان وین آئی ایم سائلنٹ، آئی ہیو ٹو ریممبر گاڈ۔</w:t>
      </w:r>
    </w:p>
    <w:p>
      <w:r>
        <w:rPr>
          <w:b/>
        </w:rPr>
        <w:t xml:space="preserve">[16:35] </w:t>
      </w:r>
      <w:r>
        <w:t>And my speech must be dhikrullah. This is</w:t>
      </w:r>
    </w:p>
    <w:p>
      <w:pPr>
        <w:jc w:val="right"/>
      </w:pPr>
      <w:r>
        <w:t>اینڈ مائی سپیچ مسٹ بی ذکر اللہ۔ دس از</w:t>
      </w:r>
    </w:p>
    <w:p>
      <w:r>
        <w:rPr>
          <w:b/>
        </w:rPr>
        <w:t xml:space="preserve">[16:42] </w:t>
      </w:r>
      <w:r>
        <w:t>Word of God.</w:t>
      </w:r>
    </w:p>
    <w:p>
      <w:pPr>
        <w:jc w:val="right"/>
      </w:pPr>
      <w:r>
        <w:t>ورڈ آف گاڈ۔</w:t>
      </w:r>
    </w:p>
    <w:p>
      <w:r>
        <w:rPr>
          <w:b/>
        </w:rPr>
        <w:t xml:space="preserve">[16:53] </w:t>
      </w:r>
      <w:r>
        <w:t>And when I speak, I have to speak the word of God.</w:t>
      </w:r>
    </w:p>
    <w:p>
      <w:pPr>
        <w:jc w:val="right"/>
      </w:pPr>
      <w:r>
        <w:t>ان وین آئی سپیک، آئی ہیو ٹو سپیک دی ورڈ آف گاڈ۔</w:t>
      </w:r>
    </w:p>
    <w:p>
      <w:r>
        <w:rPr>
          <w:b/>
        </w:rPr>
        <w:t xml:space="preserve">[17:03] </w:t>
      </w:r>
      <w:r>
        <w:t>And my observation must be to find listen. Find listen.</w:t>
      </w:r>
    </w:p>
    <w:p>
      <w:pPr>
        <w:jc w:val="right"/>
      </w:pPr>
      <w:r>
        <w:t>اینڈ مائی ابزرویشن مسٹ بی ٹو فائنڈ لسن۔ فائنڈ لسن۔</w:t>
      </w:r>
    </w:p>
    <w:p>
      <w:r>
        <w:rPr>
          <w:b/>
        </w:rPr>
        <w:t xml:space="preserve">[17:14] </w:t>
      </w:r>
      <w:r>
        <w:t>These are nine things.</w:t>
      </w:r>
    </w:p>
    <w:p>
      <w:pPr>
        <w:jc w:val="right"/>
      </w:pPr>
      <w:r>
        <w:t>دیز آر نائن چیزز۔</w:t>
      </w:r>
    </w:p>
    <w:p>
      <w:r>
        <w:rPr>
          <w:b/>
        </w:rPr>
        <w:t xml:space="preserve">[17:21] </w:t>
      </w:r>
      <w:r>
        <w:t>I think that these nine cover, cover all the aspects of life.</w:t>
      </w:r>
    </w:p>
    <w:p>
      <w:pPr>
        <w:jc w:val="right"/>
      </w:pPr>
      <w:r>
        <w:t>آئی تھنک دیٹ دیز نائن کور، کور ال دا اسپیکٹ آف لائف۔</w:t>
      </w:r>
    </w:p>
    <w:p>
      <w:r>
        <w:rPr>
          <w:b/>
        </w:rPr>
        <w:t xml:space="preserve">[17:29] </w:t>
      </w:r>
      <w:r>
        <w:t>All the aspects of life very complete and very comprehensive.</w:t>
      </w:r>
    </w:p>
    <w:p>
      <w:pPr>
        <w:jc w:val="right"/>
      </w:pPr>
      <w:r>
        <w:t>ال دا اسپیکٹ آف لائف ویری کمپلیٹ اینڈ ویری کمپرہنسیو۔</w:t>
      </w:r>
    </w:p>
    <w:p>
      <w:r>
        <w:rPr>
          <w:b/>
        </w:rPr>
        <w:t xml:space="preserve">[17:36] </w:t>
      </w:r>
      <w:r>
        <w:t>So this is the whole con</w:t>
      </w:r>
    </w:p>
    <w:p>
      <w:pPr>
        <w:jc w:val="right"/>
      </w:pPr>
      <w:r>
        <w:t>سو دس از دا ہول کان</w:t>
      </w:r>
    </w:p>
    <w:p>
      <w:r>
        <w:rPr>
          <w:b/>
        </w:rPr>
        <w:t xml:space="preserve">[17:44] </w:t>
      </w:r>
      <w:r>
        <w:t>soft of accountability. This, these nine principles set the course of behavior in the society. You know, the character or human behavior is something which pertains to</w:t>
      </w:r>
    </w:p>
    <w:p>
      <w:pPr>
        <w:jc w:val="right"/>
      </w:pPr>
      <w:r>
        <w:t>سیپٹ آف اکاؤنٹیبلٹی۔ دس، دیز نائن پرنسپل سیٹ دا کورس آف بیہیویئر ان دا سوسائٹی۔ یو نو، دا کریکٹر اور ہیومن بیہیویئر از سمتھنگ وچ پرٹینز ٹو</w:t>
      </w:r>
    </w:p>
    <w:p>
      <w:r>
        <w:rPr>
          <w:b/>
        </w:rPr>
        <w:t xml:space="preserve">[18:14] </w:t>
      </w:r>
      <w:r>
        <w:t>society.</w:t>
      </w:r>
    </w:p>
    <w:p>
      <w:pPr>
        <w:jc w:val="right"/>
      </w:pPr>
      <w:r>
        <w:t>سوسائٹی۔</w:t>
      </w:r>
    </w:p>
    <w:p>
      <w:r>
        <w:rPr>
          <w:b/>
        </w:rPr>
        <w:t xml:space="preserve">[18:22] </w:t>
      </w:r>
      <w:r>
        <w:t>When I am alone in an island, there no ethics.</w:t>
      </w:r>
    </w:p>
    <w:p>
      <w:pPr>
        <w:jc w:val="right"/>
      </w:pPr>
      <w:r>
        <w:t>وین آئی ایم الون ان این ائیلینڈ، دیر نو ایتھکس۔</w:t>
      </w:r>
    </w:p>
    <w:p>
      <w:r>
        <w:rPr>
          <w:b/>
        </w:rPr>
        <w:t xml:space="preserve">[18:29] </w:t>
      </w:r>
      <w:r>
        <w:t>Ethics is relevant when I am alone on an island.</w:t>
      </w:r>
    </w:p>
    <w:p>
      <w:pPr>
        <w:jc w:val="right"/>
      </w:pPr>
      <w:r>
        <w:t>ایتھکس از ریلیونٹ وین آئی ایم الون ان ائیلینڈ۔</w:t>
      </w:r>
    </w:p>
    <w:p>
      <w:r>
        <w:rPr>
          <w:b/>
        </w:rPr>
        <w:t xml:space="preserve">[18:37] </w:t>
      </w:r>
      <w:r>
        <w:t>ethics aur moral behavior is</w:t>
      </w:r>
    </w:p>
    <w:p>
      <w:pPr>
        <w:jc w:val="right"/>
      </w:pPr>
      <w:r>
        <w:t>ایتھکس اور مورل بیہیویئر از</w:t>
      </w:r>
    </w:p>
    <w:p>
      <w:r>
        <w:rPr>
          <w:b/>
        </w:rPr>
        <w:t xml:space="preserve">[18:45] </w:t>
      </w:r>
      <w:r>
        <w:t>a social phenomena. When you are in society, then it requires good conduct. But when you are in an island, in a mountain, in a jungle, then it is irrelevant. Why? Why? Because</w:t>
      </w:r>
    </w:p>
    <w:p>
      <w:pPr>
        <w:jc w:val="right"/>
      </w:pPr>
      <w:r>
        <w:t>ا سوشل فیناومینا۔ وین یو آر ان سوسائٹی، دین اٹ ریکوائر گڈ کنڈکٹ۔ بٹ وین یو آر ان ان ائیلینڈ، ان ا ماؤنٹن، ان ا جنگل، دین اٹ ویری ریلیونٹ۔ وائی؟ وائی؟ بیکاز گا</w:t>
      </w:r>
    </w:p>
    <w:p>
      <w:r>
        <w:rPr>
          <w:b/>
        </w:rPr>
        <w:t xml:space="preserve">[19:15] </w:t>
      </w:r>
      <w:r>
        <w:t>ڈ، it is, it is, it is the creation plan of God, that he created every man and</w:t>
      </w:r>
    </w:p>
    <w:p>
      <w:pPr>
        <w:jc w:val="right"/>
      </w:pPr>
      <w:r>
        <w:t>ڈ، اٹ از، اٹ از، اٹ از دا کریشن پلان آف گاڈ، دیٹ ہی کریٹڈ ایوری مین اینڈ</w:t>
      </w:r>
    </w:p>
    <w:p>
      <w:r>
        <w:rPr>
          <w:b/>
        </w:rPr>
        <w:t xml:space="preserve">[19:25] </w:t>
      </w:r>
      <w:r>
        <w:t>Woman is a different person.</w:t>
      </w:r>
    </w:p>
    <w:p>
      <w:pPr>
        <w:jc w:val="right"/>
      </w:pPr>
      <w:r>
        <w:t>وومن ایز ا ڈفرنٹ پرسن۔</w:t>
      </w:r>
    </w:p>
    <w:p>
      <w:r>
        <w:rPr>
          <w:b/>
        </w:rPr>
        <w:t xml:space="preserve">[19:35] </w:t>
      </w:r>
      <w:r>
        <w:t>Every man is a Mr. Different, and every woman is a Miss Different. Difference is</w:t>
      </w:r>
    </w:p>
    <w:p>
      <w:pPr>
        <w:jc w:val="right"/>
      </w:pPr>
      <w:r>
        <w:t>ایوری مین از ا مسٹر ڈفرنٹ، اینڈ ایوری وومن از ا مس ڈفرنٹ۔ ڈفرنس از</w:t>
      </w:r>
    </w:p>
    <w:p>
      <w:r>
        <w:rPr>
          <w:b/>
        </w:rPr>
        <w:t xml:space="preserve">[19:45] </w:t>
      </w:r>
      <w:r>
        <w:t>a part of creation. It is this difference which, which require good conduct. I will give an example to state this point. When the prophet was in</w:t>
      </w:r>
    </w:p>
    <w:p>
      <w:pPr>
        <w:jc w:val="right"/>
      </w:pPr>
      <w:r>
        <w:t>ا پارٹ آف کریشن۔ اٹ از دس ڈفرنس وچ، وچ ریکوائر گڈ کنڈکٹ۔ آئی ویل گیو این ایگزامپل ٹو اسٹیٹ دس پوائنٹ۔ وین دا پرافٹ واز ان</w:t>
      </w:r>
    </w:p>
    <w:p>
      <w:r>
        <w:rPr>
          <w:b/>
        </w:rPr>
        <w:t xml:space="preserve">[20:15] </w:t>
      </w:r>
      <w:r>
        <w:t>مدینہ، one day, he was a believer, he was Abu Masood Ansari.</w:t>
      </w:r>
    </w:p>
    <w:p>
      <w:pPr>
        <w:jc w:val="right"/>
      </w:pPr>
      <w:r>
        <w:t>مدینہ، ون ڈے، ہی واز ا بلیور، ہی واز ابوبسود انصاری۔</w:t>
      </w:r>
    </w:p>
    <w:p>
      <w:r>
        <w:rPr>
          <w:b/>
        </w:rPr>
        <w:t xml:space="preserve">[20:21] </w:t>
      </w:r>
      <w:r>
        <w:t>His name was Abu Masood Ansari.</w:t>
      </w:r>
    </w:p>
    <w:p>
      <w:pPr>
        <w:jc w:val="right"/>
      </w:pPr>
      <w:r>
        <w:t>ہز نیم واز ابوب مسعود انصاری۔</w:t>
      </w:r>
    </w:p>
    <w:p>
      <w:r>
        <w:rPr>
          <w:b/>
        </w:rPr>
        <w:t xml:space="preserve">[20:28] </w:t>
      </w:r>
      <w:r>
        <w:t>So Abu Masood Ansari was hitting his servant.</w:t>
      </w:r>
    </w:p>
    <w:p>
      <w:pPr>
        <w:jc w:val="right"/>
      </w:pPr>
      <w:r>
        <w:t>سو ابوب مسعود انصاری واز پیٹنگ ہز سرونٹ۔</w:t>
      </w:r>
    </w:p>
    <w:p>
      <w:r>
        <w:rPr>
          <w:b/>
        </w:rPr>
        <w:t xml:space="preserve">[20:34] </w:t>
      </w:r>
      <w:r>
        <w:t>He became anger, he became angry, and he started hitting his servant.</w:t>
      </w:r>
    </w:p>
    <w:p>
      <w:pPr>
        <w:jc w:val="right"/>
      </w:pPr>
      <w:r>
        <w:t>ہی بیکم اینگر، ہی بیکم اینگری، اینڈ ہی سٹارٹڈ پیٹنگ ہز سرونٹ۔</w:t>
      </w:r>
    </w:p>
    <w:p>
      <w:r>
        <w:rPr>
          <w:b/>
        </w:rPr>
        <w:t xml:space="preserve">[20:40] </w:t>
      </w:r>
      <w:r>
        <w:t>Prophet Sahib is seen and said:</w:t>
      </w:r>
    </w:p>
    <w:p>
      <w:pPr>
        <w:jc w:val="right"/>
      </w:pPr>
      <w:r>
        <w:t>پرافٹ صاحب از سین اینڈ سیڈ:</w:t>
      </w:r>
    </w:p>
    <w:p>
      <w:r>
        <w:rPr>
          <w:b/>
        </w:rPr>
        <w:t xml:space="preserve">[20:46] </w:t>
      </w:r>
      <w:r>
        <w:t>"اے علم ابا مسعود، اے علم ابا مسعود، ان اللہ عقب عقب علیکم۔" O Abu Masood, remember that God</w:t>
      </w:r>
    </w:p>
    <w:p>
      <w:pPr>
        <w:jc w:val="right"/>
      </w:pPr>
      <w:r>
        <w:t>"اے علم ابا مسعود، اے علم ابا مسعود، ان اللہ عقب عقب علیکم۔" او ابوبسود، ریممبر دیٹ گاڈ</w:t>
      </w:r>
    </w:p>
    <w:p>
      <w:r>
        <w:rPr>
          <w:b/>
        </w:rPr>
        <w:t xml:space="preserve">[20:58] </w:t>
      </w:r>
      <w:r>
        <w:t>is both powerful. Then your.</w:t>
      </w:r>
    </w:p>
    <w:p>
      <w:pPr>
        <w:jc w:val="right"/>
      </w:pPr>
      <w:r>
        <w:t>از بوتھ پاورفل۔ دین یور۔</w:t>
      </w:r>
    </w:p>
    <w:p>
      <w:r>
        <w:rPr>
          <w:b/>
        </w:rPr>
        <w:t xml:space="preserve">[21:10] </w:t>
      </w:r>
      <w:r>
        <w:t>power upon servant.</w:t>
      </w:r>
    </w:p>
    <w:p>
      <w:pPr>
        <w:jc w:val="right"/>
      </w:pPr>
      <w:r>
        <w:t>پاور اپون سرونٹ۔</w:t>
      </w:r>
    </w:p>
    <w:p>
      <w:r>
        <w:rPr>
          <w:b/>
        </w:rPr>
        <w:t xml:space="preserve">[21:22] </w:t>
      </w:r>
      <w:r>
        <w:t>So instantly, he became aware, said: "I was wrong, I was wrong, I was wrong." Why? Why happened</w:t>
      </w:r>
    </w:p>
    <w:p>
      <w:pPr>
        <w:jc w:val="right"/>
      </w:pPr>
      <w:r>
        <w:t>سو انسٹنٹلی، ہی بیکم اویئر، سیڈ: "آئی واز رونگ، آئی واز رونگ، آئی واز رونگ۔" وائی؟ وائی ہیپن</w:t>
      </w:r>
    </w:p>
    <w:p>
      <w:r>
        <w:rPr>
          <w:b/>
        </w:rPr>
        <w:t xml:space="preserve">[21:33] </w:t>
      </w:r>
      <w:r>
        <w:t>this phenomena? Because when he was provoked by a servant, and became angry, and started hitting.</w:t>
      </w:r>
    </w:p>
    <w:p>
      <w:pPr>
        <w:jc w:val="right"/>
      </w:pPr>
      <w:r>
        <w:t>دس فیناومینا؟ بیکاز وین ہی واز پرووک بائی سرونٹ، اینڈ بیکم اینگری، اینڈ سٹارٹڈ پیٹنگ۔</w:t>
      </w:r>
    </w:p>
    <w:p>
      <w:r>
        <w:rPr>
          <w:b/>
        </w:rPr>
        <w:t xml:space="preserve">[21:43] </w:t>
      </w:r>
      <w:r>
        <w:t>At the time, consciously or unconsciously,</w:t>
      </w:r>
    </w:p>
    <w:p>
      <w:pPr>
        <w:jc w:val="right"/>
      </w:pPr>
      <w:r>
        <w:t>ایٹ دا ٹائم، کانشیسلی اور انکانشیسلی،</w:t>
      </w:r>
    </w:p>
    <w:p>
      <w:r>
        <w:rPr>
          <w:b/>
        </w:rPr>
        <w:t xml:space="preserve">[21:54] </w:t>
      </w:r>
      <w:r>
        <w:t>His feeling was that there is an equality: I am superior and this servant is inferior. I am superior and he is inferior. So this concept ki I am superior and more powerful, it was</w:t>
      </w:r>
    </w:p>
    <w:p>
      <w:pPr>
        <w:jc w:val="right"/>
      </w:pPr>
      <w:r>
        <w:t>ہز فیلنگ واز دیٹ دیر از ان ایکولٹی: آئی ایم سپیریر اینڈ دس سرونٹ از انفیریر۔ آئی ایم سپیریر اینڈ ہز انفیریر۔ سو دس کانسیپٹ کہ آئی ایم سپیریر اینڈ مور پاورفل، اٹ واز</w:t>
      </w:r>
    </w:p>
    <w:p>
      <w:r>
        <w:rPr>
          <w:b/>
        </w:rPr>
        <w:t xml:space="preserve">[22:24] </w:t>
      </w:r>
      <w:r>
        <w:t>the science of security which by which he wanted to pet his servant. I am superior and he is inferior. But when God reminded that God is both powerful, in the concept of an inequality</w:t>
      </w:r>
    </w:p>
    <w:p>
      <w:pPr>
        <w:jc w:val="right"/>
      </w:pPr>
      <w:r>
        <w:t>دس سینس آف سیکیورٹی وچ بائے وچ ہی وانٹڈ ٹو پیٹ ہز سرونٹ۔ آئی ایم سپیریر اینڈ ہز انفیریر۔ بٹ وین گاڈ ریمائنڈڈ دیٹ گاڈ از بوتھ پاورفل، ان دا کانسیپٹ آف ان ایکولٹی</w:t>
      </w:r>
    </w:p>
    <w:p>
      <w:r>
        <w:rPr>
          <w:b/>
        </w:rPr>
        <w:t xml:space="preserve">[22:54] </w:t>
      </w:r>
      <w:r>
        <w:t>disappeared. The concept of superiority and inferiority, the concept of superiority and inferiority disappeared. Both were equal before God. When comes God,</w:t>
      </w:r>
    </w:p>
    <w:p>
      <w:pPr>
        <w:jc w:val="right"/>
      </w:pPr>
      <w:r>
        <w:t>ڈس اپیئرڈ۔ دا کانسیپٹ آف سپیریٹی اینڈ انفیریٹی، دا کانسیپٹ آف سپیریٹی اینڈ انفیریٹی ڈس اپیئرڈ۔ بوتھ ویر ایکول بیفور گاڈ۔ وین کمز گاڈ،</w:t>
      </w:r>
    </w:p>
    <w:p>
      <w:r>
        <w:rPr>
          <w:b/>
        </w:rPr>
        <w:t xml:space="preserve">[23:24] </w:t>
      </w:r>
      <w:r>
        <w:t>There is no big, no small, no superior, no inferior.</w:t>
      </w:r>
    </w:p>
    <w:p>
      <w:pPr>
        <w:jc w:val="right"/>
      </w:pPr>
      <w:r>
        <w:t>دیر از نو بگ، نو اسمال، نو سپیریر، نو انفیریر۔</w:t>
      </w:r>
    </w:p>
    <w:p>
      <w:r>
        <w:rPr>
          <w:b/>
        </w:rPr>
        <w:t xml:space="preserve">[23:32] </w:t>
      </w:r>
      <w:r>
        <w:t>Before Himalaya, goat and camel both are equal.</w:t>
      </w:r>
    </w:p>
    <w:p>
      <w:pPr>
        <w:jc w:val="right"/>
      </w:pPr>
      <w:r>
        <w:t>بیفور ہمالیہ، گوٹ اینڈ کیمل بوتھ آر ایکول۔</w:t>
      </w:r>
    </w:p>
    <w:p>
      <w:r>
        <w:rPr>
          <w:b/>
        </w:rPr>
        <w:t xml:space="preserve">[23:39] </w:t>
      </w:r>
      <w:r>
        <w:t>So before God, everyone is equal.</w:t>
      </w:r>
    </w:p>
    <w:p>
      <w:pPr>
        <w:jc w:val="right"/>
      </w:pPr>
      <w:r>
        <w:t>سو بیفور گاڈ، ایوری ون از ایکول۔</w:t>
      </w:r>
    </w:p>
    <w:p>
      <w:r>
        <w:rPr>
          <w:b/>
        </w:rPr>
        <w:t xml:space="preserve">[23:47] </w:t>
      </w:r>
      <w:r>
        <w:t>So this concept</w:t>
      </w:r>
    </w:p>
    <w:p>
      <w:pPr>
        <w:jc w:val="right"/>
      </w:pPr>
      <w:r>
        <w:t>سو دس کانسیپٹ</w:t>
      </w:r>
    </w:p>
    <w:p>
      <w:r>
        <w:rPr>
          <w:b/>
        </w:rPr>
        <w:t xml:space="preserve">[23:54] </w:t>
      </w:r>
      <w:r>
        <w:t>That God is all-powerful, it creates a new kind of feeling in every person.</w:t>
      </w:r>
    </w:p>
    <w:p>
      <w:pPr>
        <w:jc w:val="right"/>
      </w:pPr>
      <w:r>
        <w:t>دیٹ گاڈ از آل پاورفل، اٹ کریٹس ا نیو کائنڈ آف فیلنگ ان ایوری پرسن۔</w:t>
      </w:r>
    </w:p>
    <w:p>
      <w:r>
        <w:rPr>
          <w:b/>
        </w:rPr>
        <w:t xml:space="preserve">[24:04] </w:t>
      </w:r>
      <w:r>
        <w:t>This feeling is very powerful to establish justice in society.</w:t>
      </w:r>
    </w:p>
    <w:p>
      <w:pPr>
        <w:jc w:val="right"/>
      </w:pPr>
      <w:r>
        <w:t>دس فیلنگ از ویری پاورفل ٹو اسٹیبلش جسٹس ان سوسائٹی۔</w:t>
      </w:r>
    </w:p>
    <w:p>
      <w:r>
        <w:rPr>
          <w:b/>
        </w:rPr>
        <w:t xml:space="preserve">[24:14] </w:t>
      </w:r>
      <w:r>
        <w:t>So the same person was petting his servant</w:t>
      </w:r>
    </w:p>
    <w:p>
      <w:pPr>
        <w:jc w:val="right"/>
      </w:pPr>
      <w:r>
        <w:t>سو دا سیم پرسن واز پیٹنگ ہز سرونٹ</w:t>
      </w:r>
    </w:p>
    <w:p>
      <w:r>
        <w:rPr>
          <w:b/>
        </w:rPr>
        <w:t xml:space="preserve">[24:25] </w:t>
      </w:r>
      <w:r>
        <w:t>, he suddenly said: "I am wrong, I am wrong, I am wrong." No right to beat anyone.</w:t>
      </w:r>
    </w:p>
    <w:p>
      <w:pPr>
        <w:jc w:val="right"/>
      </w:pPr>
      <w:r>
        <w:t>، ہی سڈنلی سیڈ: "آئی ایم رونگ، آئی ایم رونگ، آئی ایم رونگ۔" نو رائٹ ٹو پیٹ اینی ون۔</w:t>
      </w:r>
    </w:p>
    <w:p>
      <w:r>
        <w:rPr>
          <w:b/>
        </w:rPr>
        <w:t xml:space="preserve">[24:32] </w:t>
      </w:r>
      <w:r>
        <w:t>Because, because as, as, as a weak as this person, there is no difference.</w:t>
      </w:r>
    </w:p>
    <w:p>
      <w:pPr>
        <w:jc w:val="right"/>
      </w:pPr>
      <w:r>
        <w:t>بیکاز، بیکاز ایز، ایز، ایز اے ویک ایز دس پرسن، دیر از نو ڈفرنس۔</w:t>
      </w:r>
    </w:p>
    <w:p>
      <w:r>
        <w:rPr>
          <w:b/>
        </w:rPr>
        <w:t xml:space="preserve">[24:40] </w:t>
      </w:r>
      <w:r>
        <w:t>is no right to beat anyone.</w:t>
      </w:r>
    </w:p>
    <w:p>
      <w:pPr>
        <w:jc w:val="right"/>
      </w:pPr>
      <w:r>
        <w:t>ایز نو رائٹ ٹو پیٹ اینی ون۔</w:t>
      </w:r>
    </w:p>
    <w:p>
      <w:r>
        <w:rPr>
          <w:b/>
        </w:rPr>
        <w:t xml:space="preserve">[24:48] </w:t>
      </w:r>
      <w:r>
        <w:t>So this is the concept of accountability.</w:t>
      </w:r>
    </w:p>
    <w:p>
      <w:pPr>
        <w:jc w:val="right"/>
      </w:pPr>
      <w:r>
        <w:t>سو دس از دا کانسیپٹ آف اکاؤنٹیبلٹی۔</w:t>
      </w:r>
    </w:p>
    <w:p>
      <w:r>
        <w:rPr>
          <w:b/>
        </w:rPr>
        <w:t xml:space="preserve">[24:56] </w:t>
      </w:r>
      <w:r>
        <w:t>his concept of God, all I have said that, although Islam gives us a complete code of conduct, complete code of ethics. But this is not enough. You prefer some incentive. Kis baat ka incentive? So sense of account</w:t>
      </w:r>
    </w:p>
    <w:p>
      <w:pPr>
        <w:jc w:val="right"/>
      </w:pPr>
      <w:r>
        <w:t>ہز کانسیپٹ آف گاڈ، ال آئی ہیو سیڈ دیٹ، ال دو اسلام گوز اس ا کمپلیٹ کوڈ آف کنڈکٹ، کمپلیٹ کوڈ آف ایتھکس۔ بٹ دس از ناٹ انف۔ یو پریفائر سم انسنٹیو۔ کس بات کا انسنٹیو؟ سو سینس آف اکاؤن</w:t>
      </w:r>
    </w:p>
    <w:p>
      <w:r>
        <w:rPr>
          <w:b/>
        </w:rPr>
        <w:t xml:space="preserve">[25:26] </w:t>
      </w:r>
      <w:r>
        <w:t>Stability provides incentive, motivation.</w:t>
      </w:r>
    </w:p>
    <w:p>
      <w:pPr>
        <w:jc w:val="right"/>
      </w:pPr>
      <w:r>
        <w:t>ٹیبلٹی پرووائیڈز انسنٹیو، موٹیویشن۔</w:t>
      </w:r>
    </w:p>
    <w:p>
      <w:r>
        <w:rPr>
          <w:b/>
        </w:rPr>
        <w:t xml:space="preserve">[25:36] </w:t>
      </w:r>
      <w:r>
        <w:t>This is the, this is the belief that controls human behavior in society.</w:t>
      </w:r>
    </w:p>
    <w:p>
      <w:pPr>
        <w:jc w:val="right"/>
      </w:pPr>
      <w:r>
        <w:t>دس از دا، دس از دا بیلیف دیٹ کنٹرولز ہیومن بیہیویئر ان سوسائٹی۔</w:t>
      </w:r>
    </w:p>
    <w:p>
      <w:r>
        <w:rPr>
          <w:b/>
        </w:rPr>
        <w:t xml:space="preserve">[25:47] </w:t>
      </w:r>
      <w:r>
        <w:t>Even Prophet himself is not out of this</w:t>
      </w:r>
    </w:p>
    <w:p>
      <w:pPr>
        <w:jc w:val="right"/>
      </w:pPr>
      <w:r>
        <w:t>ایون پرافٹ ہم سیلف از ناٹ آؤٹ آف دس</w:t>
      </w:r>
    </w:p>
    <w:p>
      <w:r>
        <w:rPr>
          <w:b/>
        </w:rPr>
        <w:t xml:space="preserve">[25:57] </w:t>
      </w:r>
      <w:r>
        <w:t>concept.</w:t>
      </w:r>
    </w:p>
    <w:p>
      <w:pPr>
        <w:jc w:val="right"/>
      </w:pPr>
      <w:r>
        <w:t>کانسیپٹ۔</w:t>
      </w:r>
    </w:p>
    <w:p>
      <w:r>
        <w:rPr>
          <w:b/>
        </w:rPr>
        <w:t xml:space="preserve">[26:05] </w:t>
      </w:r>
      <w:r>
        <w:t>There is a story in hadith that one day, there was a servant, and one day the prophet</w:t>
      </w:r>
    </w:p>
    <w:p>
      <w:pPr>
        <w:jc w:val="right"/>
      </w:pPr>
      <w:r>
        <w:t>دیر از اے سٹوری ان حدیث دیٹ ون ڈے، دیر واز ا سرونٹ، اینڈ ون ڈے دا پرافٹ</w:t>
      </w:r>
    </w:p>
    <w:p>
      <w:r>
        <w:rPr>
          <w:b/>
        </w:rPr>
        <w:t xml:space="preserve">[26:12] </w:t>
      </w:r>
      <w:r>
        <w:t>send this servant out of his home for some purpose.</w:t>
      </w:r>
    </w:p>
    <w:p>
      <w:pPr>
        <w:jc w:val="right"/>
      </w:pPr>
      <w:r>
        <w:t>سیلڈ دس سرونٹ آؤٹ آف ہز ہوم فار سم پرپس۔</w:t>
      </w:r>
    </w:p>
    <w:p>
      <w:r>
        <w:rPr>
          <w:b/>
        </w:rPr>
        <w:t xml:space="preserve">[26:20] </w:t>
      </w:r>
      <w:r>
        <w:t>Then what happened? Servant</w:t>
      </w:r>
    </w:p>
    <w:p>
      <w:pPr>
        <w:jc w:val="right"/>
      </w:pPr>
      <w:r>
        <w:t>دین واٹ ہیپنڈ؟ سرونٹ</w:t>
      </w:r>
    </w:p>
    <w:p>
      <w:r>
        <w:rPr>
          <w:b/>
        </w:rPr>
        <w:t xml:space="preserve">[26:27] </w:t>
      </w:r>
      <w:r>
        <w:t>was engaged in something else.</w:t>
      </w:r>
    </w:p>
    <w:p>
      <w:pPr>
        <w:jc w:val="right"/>
      </w:pPr>
      <w:r>
        <w:t>واز انگیج ان سمتھنگ ایلس۔</w:t>
      </w:r>
    </w:p>
    <w:p>
      <w:r>
        <w:rPr>
          <w:b/>
        </w:rPr>
        <w:t xml:space="preserve">[26:39] </w:t>
      </w:r>
      <w:r>
        <w:t>and returned in day, although the task was urgent.</w:t>
      </w:r>
    </w:p>
    <w:p>
      <w:pPr>
        <w:jc w:val="right"/>
      </w:pPr>
      <w:r>
        <w:t>اینڈ ریٹرنڈ ان ڈے، ال دو دا ٹاسک واز دی ارجنٹ۔</w:t>
      </w:r>
    </w:p>
    <w:p>
      <w:r>
        <w:rPr>
          <w:b/>
        </w:rPr>
        <w:t xml:space="preserve">[26:51] </w:t>
      </w:r>
      <w:r>
        <w:t>So when he leave the home, when he return to Prophet's house, Prophet said: "Prophet became angry."</w:t>
      </w:r>
    </w:p>
    <w:p>
      <w:pPr>
        <w:jc w:val="right"/>
      </w:pPr>
      <w:r>
        <w:t>سو وین ہی لیو دا ہوم، وین ہی ریٹرن ٹو پرافٹ ہاؤس، پرافٹ سیڈ: "پرافٹ بیکم اینگری۔"</w:t>
      </w:r>
    </w:p>
    <w:p>
      <w:r>
        <w:rPr>
          <w:b/>
        </w:rPr>
        <w:t xml:space="preserve">[27:02] </w:t>
      </w:r>
      <w:r>
        <w:t>Prophet became angry.</w:t>
      </w:r>
    </w:p>
    <w:p>
      <w:pPr>
        <w:jc w:val="right"/>
      </w:pPr>
      <w:r>
        <w:t>پرافٹ بیکم اینگری۔</w:t>
      </w:r>
    </w:p>
    <w:p>
      <w:r>
        <w:rPr>
          <w:b/>
        </w:rPr>
        <w:t xml:space="preserve">[27:08] </w:t>
      </w:r>
      <w:r>
        <w:t>You know, according to Islamic belief, prophet is human being, he is not God.</w:t>
      </w:r>
    </w:p>
    <w:p>
      <w:pPr>
        <w:jc w:val="right"/>
      </w:pPr>
      <w:r>
        <w:t>یو نو، اکارڈنگ ٹو مسٹنگ اسلامک بیلیف، پرافٹ از ہیومن بینگ، ہی از ناٹ گاڈ۔</w:t>
      </w:r>
    </w:p>
    <w:p>
      <w:r>
        <w:rPr>
          <w:b/>
        </w:rPr>
        <w:t xml:space="preserve">[27:15] </w:t>
      </w:r>
      <w:r>
        <w:t>It's very important to know, according to Islamic belief, prophet is not God.</w:t>
      </w:r>
    </w:p>
    <w:p>
      <w:pPr>
        <w:jc w:val="right"/>
      </w:pPr>
      <w:r>
        <w:t>اٹس ویری امپورٹنٹ ٹو نو، اکارڈنگ ٹو اسلامک بیلیف، پرافٹ از ناٹ گاڈ۔</w:t>
      </w:r>
    </w:p>
    <w:p>
      <w:r>
        <w:rPr>
          <w:b/>
        </w:rPr>
        <w:t xml:space="preserve">[27:21] </w:t>
      </w:r>
      <w:r>
        <w:t>Prophet is human being.</w:t>
      </w:r>
    </w:p>
    <w:p>
      <w:pPr>
        <w:jc w:val="right"/>
      </w:pPr>
      <w:r>
        <w:t>پرافٹ از ہیومن بینگ۔</w:t>
      </w:r>
    </w:p>
    <w:p>
      <w:r>
        <w:rPr>
          <w:b/>
        </w:rPr>
        <w:t xml:space="preserve">[27:27] </w:t>
      </w:r>
      <w:r>
        <w:t>The only difference is that</w:t>
      </w:r>
    </w:p>
    <w:p>
      <w:pPr>
        <w:jc w:val="right"/>
      </w:pPr>
      <w:r>
        <w:t>دا اونلی ڈیفرنس از دیٹ</w:t>
      </w:r>
    </w:p>
    <w:p>
      <w:r>
        <w:rPr>
          <w:b/>
        </w:rPr>
        <w:t xml:space="preserve">[27:33] </w:t>
      </w:r>
      <w:r>
        <w:t>God has chosen a person like us to send his message to him, only to be convinced to other.</w:t>
      </w:r>
    </w:p>
    <w:p>
      <w:pPr>
        <w:jc w:val="right"/>
      </w:pPr>
      <w:r>
        <w:t>گاڈ ہیز چوزن ا پرسن لائک اس ٹو سینڈ ہز میسج ٹو ہم، اونلی ٹو بی کنوینس ٹو ادر۔</w:t>
      </w:r>
    </w:p>
    <w:p>
      <w:r>
        <w:rPr>
          <w:b/>
        </w:rPr>
        <w:t xml:space="preserve">[27:51] </w:t>
      </w:r>
      <w:r>
        <w:t>So what happened?</w:t>
      </w:r>
    </w:p>
    <w:p>
      <w:pPr>
        <w:jc w:val="right"/>
      </w:pPr>
      <w:r>
        <w:t>سو واٹ ہیپن؟</w:t>
      </w:r>
    </w:p>
    <w:p>
      <w:r>
        <w:rPr>
          <w:b/>
        </w:rPr>
        <w:t xml:space="preserve">[28:09] </w:t>
      </w:r>
      <w:r>
        <w:t>according to human nature, prophet became angry. but he controlled his feelings, he controlled his anger. he said: "instead</w:t>
      </w:r>
    </w:p>
    <w:p>
      <w:pPr>
        <w:jc w:val="right"/>
      </w:pPr>
      <w:r>
        <w:t>اکارڈنگ ٹو ہیومن نیچر، پرافٹ بیکم اینگری۔ بٹ ہی کنٹرولڈ ہز فیلنگز، ہی کنٹرولڈ ہز اینگر۔ ہی سیڈ: "انسٹڈ ری</w:t>
      </w:r>
    </w:p>
    <w:p>
      <w:r>
        <w:rPr>
          <w:b/>
        </w:rPr>
        <w:t xml:space="preserve">[28:39] </w:t>
      </w:r>
      <w:r>
        <w:t>acting violently," he said: "la la la la." I fear God, I fear that I am accountable to God</w:t>
      </w:r>
    </w:p>
    <w:p>
      <w:pPr>
        <w:jc w:val="right"/>
      </w:pPr>
      <w:r>
        <w:t>ایکٹنگ والنٹلی،" ہی سیڈ: "لو لا لا لا لا۔" آئی فیئر گاڈ، آئی فیئر دیٹ آئی ایم اکاؤنٹیبل ٹو گاڈ</w:t>
      </w:r>
    </w:p>
    <w:p>
      <w:r>
        <w:rPr>
          <w:b/>
        </w:rPr>
        <w:t xml:space="preserve">[29:10] </w:t>
      </w:r>
      <w:r>
        <w:t>.</w:t>
      </w:r>
    </w:p>
    <w:p>
      <w:pPr>
        <w:jc w:val="right"/>
      </w:pPr>
      <w:r>
        <w:t>۔</w:t>
      </w:r>
    </w:p>
    <w:p>
      <w:r>
        <w:rPr>
          <w:b/>
        </w:rPr>
        <w:t xml:space="preserve">[29:17] </w:t>
      </w:r>
      <w:r>
        <w:t>I fear with the punishment by God, otherwise I have to beat you.</w:t>
      </w:r>
    </w:p>
    <w:p>
      <w:pPr>
        <w:jc w:val="right"/>
      </w:pPr>
      <w:r>
        <w:t>آئی فیئر ود دا پنشمنٹ بائی گاڈ، ادروائز آئی ہیو ٹو بیٹ یو۔</w:t>
      </w:r>
    </w:p>
    <w:p>
      <w:r>
        <w:rPr>
          <w:b/>
        </w:rPr>
        <w:t xml:space="preserve">[29:25] </w:t>
      </w:r>
      <w:r>
        <w:t>agar mujhe dar na hota Khuda ki pakad ka to main is ko marta.</w:t>
      </w:r>
    </w:p>
    <w:p>
      <w:pPr>
        <w:jc w:val="right"/>
      </w:pPr>
      <w:r>
        <w:t>اگر مجھے ڈر نہ ہوتا خدا کی پکڑ کا تو میں اس کو مارتا۔</w:t>
      </w:r>
    </w:p>
    <w:p>
      <w:r>
        <w:rPr>
          <w:b/>
        </w:rPr>
        <w:t xml:space="preserve">[29:32] </w:t>
      </w:r>
      <w:r>
        <w:t>You can see here that every human being, including prophet, is controlled by the</w:t>
      </w:r>
    </w:p>
    <w:p>
      <w:pPr>
        <w:jc w:val="right"/>
      </w:pPr>
      <w:r>
        <w:t>یو کین سی ہیر دیٹ ایوری ہیومن بینگ، انکلوڈنگ پرافٹ، از کنٹرولڈ بائی د</w:t>
      </w:r>
    </w:p>
    <w:p>
      <w:r>
        <w:rPr>
          <w:b/>
        </w:rPr>
        <w:t xml:space="preserve">[29:40] </w:t>
      </w:r>
      <w:r>
        <w:t>this belief.</w:t>
      </w:r>
    </w:p>
    <w:p>
      <w:pPr>
        <w:jc w:val="right"/>
      </w:pPr>
      <w:r>
        <w:t>س بیلیف۔</w:t>
      </w:r>
    </w:p>
    <w:p>
      <w:r>
        <w:rPr>
          <w:b/>
        </w:rPr>
        <w:t xml:space="preserve">[29:46] </w:t>
      </w:r>
      <w:r>
        <w:t>It is this belief that normalizes your reaction.</w:t>
      </w:r>
    </w:p>
    <w:p>
      <w:pPr>
        <w:jc w:val="right"/>
      </w:pPr>
      <w:r>
        <w:t>اٹ از دس بیلیف دیٹ نارملائز یور ری ایکشن۔</w:t>
      </w:r>
    </w:p>
    <w:p>
      <w:r>
        <w:rPr>
          <w:b/>
        </w:rPr>
        <w:t xml:space="preserve">[29:52] </w:t>
      </w:r>
      <w:r>
        <w:t>It save yourself from being negative, from being violence.</w:t>
      </w:r>
    </w:p>
    <w:p>
      <w:pPr>
        <w:jc w:val="right"/>
      </w:pPr>
      <w:r>
        <w:t>اٹ سیو یور سیلف فرام بینگ نیگیٹیو، فرام بینگ وائیلنس۔</w:t>
      </w:r>
    </w:p>
    <w:p>
      <w:r>
        <w:rPr>
          <w:b/>
        </w:rPr>
        <w:t xml:space="preserve">[29:58] </w:t>
      </w:r>
      <w:r>
        <w:t>So this is the incentive.</w:t>
      </w:r>
    </w:p>
    <w:p>
      <w:pPr>
        <w:jc w:val="right"/>
      </w:pPr>
      <w:r>
        <w:t>سو دس از دا انسنٹیو۔</w:t>
      </w:r>
    </w:p>
    <w:p>
      <w:r>
        <w:rPr>
          <w:b/>
        </w:rPr>
        <w:t xml:space="preserve">[30:04] </w:t>
      </w:r>
      <w:r>
        <w:t>So this belief,</w:t>
      </w:r>
    </w:p>
    <w:p>
      <w:pPr>
        <w:jc w:val="right"/>
      </w:pPr>
      <w:r>
        <w:t>سو دس بیلیف،</w:t>
      </w:r>
    </w:p>
    <w:p>
      <w:r>
        <w:rPr>
          <w:b/>
        </w:rPr>
        <w:t xml:space="preserve">[30:10] </w:t>
      </w:r>
      <w:r>
        <w:t>The belief in accountability, is a very powerful belief.</w:t>
      </w:r>
    </w:p>
    <w:p>
      <w:pPr>
        <w:jc w:val="right"/>
      </w:pPr>
      <w:r>
        <w:t>دا بیلیف ان اکاؤنٹیبلٹی، از ا ویری پاورفل بیلیف۔</w:t>
      </w:r>
    </w:p>
    <w:p>
      <w:r>
        <w:rPr>
          <w:b/>
        </w:rPr>
        <w:t xml:space="preserve">[30:25] </w:t>
      </w:r>
      <w:r>
        <w:t>It controls your behavior, it disciplines your negativity, it saves your self</w:t>
      </w:r>
    </w:p>
    <w:p>
      <w:pPr>
        <w:jc w:val="right"/>
      </w:pPr>
      <w:r>
        <w:t>اٹ کنٹرولز یور بیہیویئر، اٹ ڈسپلنز یور نیگیٹیوٹی، اٹ سیو یور سیلف</w:t>
      </w:r>
    </w:p>
    <w:p>
      <w:r>
        <w:rPr>
          <w:b/>
        </w:rPr>
        <w:t xml:space="preserve">[30:40] </w:t>
      </w:r>
      <w:r>
        <w:t>from being violent, from being unjust, from being intolerant.</w:t>
      </w:r>
    </w:p>
    <w:p>
      <w:pPr>
        <w:jc w:val="right"/>
      </w:pPr>
      <w:r>
        <w:t>فرام بینگ وائلنٹ، فرام بینگ ان انجسٹ، فرام بینگ انٹولرنٹ۔</w:t>
      </w:r>
    </w:p>
    <w:p>
      <w:r>
        <w:rPr>
          <w:b/>
        </w:rPr>
        <w:t xml:space="preserve">[30:51] </w:t>
      </w:r>
      <w:r>
        <w:t>There are so many stories in the life of the Prophet and in the life of companions of the Prophet.</w:t>
      </w:r>
    </w:p>
    <w:p>
      <w:pPr>
        <w:jc w:val="right"/>
      </w:pPr>
      <w:r>
        <w:t>دیر ار سو مینی سٹوریز ان دی لائف اف دا پرافٹ اینڈ ان دی لائف اف کمپینینس اف دا پرافٹ۔</w:t>
      </w:r>
    </w:p>
    <w:p>
      <w:r>
        <w:rPr>
          <w:b/>
        </w:rPr>
        <w:t xml:space="preserve">[31:01] </w:t>
      </w:r>
      <w:r>
        <w:t>The Prophet was able to</w:t>
      </w:r>
    </w:p>
    <w:p>
      <w:pPr>
        <w:jc w:val="right"/>
      </w:pPr>
      <w:r>
        <w:t>پرافٹ واز ایبل ٹو</w:t>
      </w:r>
    </w:p>
    <w:p>
      <w:r>
        <w:rPr>
          <w:b/>
        </w:rPr>
        <w:t xml:space="preserve">[31:11] </w:t>
      </w:r>
      <w:r>
        <w:t>re-engineer their mind.</w:t>
      </w:r>
    </w:p>
    <w:p>
      <w:pPr>
        <w:jc w:val="right"/>
      </w:pPr>
      <w:r>
        <w:t>ری انجینئر دیر مائنڈ۔</w:t>
      </w:r>
    </w:p>
    <w:p>
      <w:r>
        <w:rPr>
          <w:b/>
        </w:rPr>
        <w:t xml:space="preserve">[31:19] </w:t>
      </w:r>
      <w:r>
        <w:t>And what is fake? It is re-engineering.</w:t>
      </w:r>
    </w:p>
    <w:p>
      <w:pPr>
        <w:jc w:val="right"/>
      </w:pPr>
      <w:r>
        <w:t>اینڈ واٹ از فیک؟ اٹ از ری انجیرنگ۔</w:t>
      </w:r>
    </w:p>
    <w:p>
      <w:r>
        <w:rPr>
          <w:b/>
        </w:rPr>
        <w:t xml:space="preserve">[31:26] </w:t>
      </w:r>
      <w:r>
        <w:t>The Prophet was able to re-engineer their mind, to refresh their mind, to de-condition their mind.</w:t>
      </w:r>
    </w:p>
    <w:p>
      <w:pPr>
        <w:jc w:val="right"/>
      </w:pPr>
      <w:r>
        <w:t>پرافٹ واز ایبل ٹو ری انجیر دیر مائنڈ، ٹو ری فریشن دیر مائنڈ، ٹو ڈی کنڈیشن دیر مائنڈ۔</w:t>
      </w:r>
    </w:p>
    <w:p>
      <w:r>
        <w:rPr>
          <w:b/>
        </w:rPr>
        <w:t xml:space="preserve">[31:34] </w:t>
      </w:r>
      <w:r>
        <w:t>So all the believers</w:t>
      </w:r>
    </w:p>
    <w:p>
      <w:pPr>
        <w:jc w:val="right"/>
      </w:pPr>
      <w:r>
        <w:t>سو ال دو بیلیورز</w:t>
      </w:r>
    </w:p>
    <w:p>
      <w:r>
        <w:rPr>
          <w:b/>
        </w:rPr>
        <w:t xml:space="preserve">[31:42] </w:t>
      </w:r>
      <w:r>
        <w:t>, all the companions were great believers in accountability.</w:t>
      </w:r>
    </w:p>
    <w:p>
      <w:pPr>
        <w:jc w:val="right"/>
      </w:pPr>
      <w:r>
        <w:t>، ال دو کمپینینس، ویر گریٹ بیلیورز ان اکاؤنٹیبلٹی۔</w:t>
      </w:r>
    </w:p>
    <w:p>
      <w:r>
        <w:rPr>
          <w:b/>
        </w:rPr>
        <w:t xml:space="preserve">[31:52] </w:t>
      </w:r>
      <w:r>
        <w:t>There was a quarrel between two companions.</w:t>
      </w:r>
    </w:p>
    <w:p>
      <w:pPr>
        <w:jc w:val="right"/>
      </w:pPr>
      <w:r>
        <w:t>دیر واز ا کوئل بٹوین ٹو کمپینینس۔</w:t>
      </w:r>
    </w:p>
    <w:p>
      <w:r>
        <w:rPr>
          <w:b/>
        </w:rPr>
        <w:t xml:space="preserve">[32:02] </w:t>
      </w:r>
      <w:r>
        <w:t>This quarrel, this controversy, was</w:t>
      </w:r>
    </w:p>
    <w:p>
      <w:pPr>
        <w:jc w:val="right"/>
      </w:pPr>
      <w:r>
        <w:t>دس کوئل، دس کنٹروورسی، واز</w:t>
      </w:r>
    </w:p>
    <w:p>
      <w:r>
        <w:rPr>
          <w:b/>
        </w:rPr>
        <w:t xml:space="preserve">[32:13] </w:t>
      </w:r>
      <w:r>
        <w:t>about a land. There are piece of land and two were claiming, two companions were claiming that this land is mine. But no one, you know, though in those days, there were no such papers, no such documents. So no one w</w:t>
      </w:r>
    </w:p>
    <w:p>
      <w:pPr>
        <w:jc w:val="right"/>
      </w:pPr>
      <w:r>
        <w:t>اباؤٹ ا لینڈ۔ دیر ار پیس اف لینڈ اینڈ ٹو ویر کلیمنگ، ٹو کمپینینس وار کلیمنگ دیٹ دس لینڈ از مائنڈ۔ بٹ نو ون، یو نو، دو ان دوز ڈیز، دیر وار نو سچ پیپرز، نو سچ ڈاکومنٹس۔ سو نو ون و</w:t>
      </w:r>
    </w:p>
    <w:p>
      <w:r>
        <w:rPr>
          <w:b/>
        </w:rPr>
        <w:t xml:space="preserve">[32:43] </w:t>
      </w:r>
      <w:r>
        <w:t>as able to prove his claim.</w:t>
      </w:r>
    </w:p>
    <w:p>
      <w:pPr>
        <w:jc w:val="right"/>
      </w:pPr>
      <w:r>
        <w:t>از ایبل ٹو پروف ہز کلیم۔</w:t>
      </w:r>
    </w:p>
    <w:p>
      <w:r>
        <w:rPr>
          <w:b/>
        </w:rPr>
        <w:t xml:space="preserve">[32:53] </w:t>
      </w:r>
      <w:r>
        <w:t>So prophet said: "If I give my judgment by my common sense, and my judgment is not correct."</w:t>
      </w:r>
    </w:p>
    <w:p>
      <w:pPr>
        <w:jc w:val="right"/>
      </w:pPr>
      <w:r>
        <w:t>سو پرافٹ سیڈ: "اف آئی گیو مائی ججمنٹ بائی مائی کامن سینس، اینڈ مائی ججمنٹ از ناٹ کریکٹ۔"</w:t>
      </w:r>
    </w:p>
    <w:p>
      <w:r>
        <w:rPr>
          <w:b/>
        </w:rPr>
        <w:t xml:space="preserve">[33:03] </w:t>
      </w:r>
      <w:r>
        <w:t>The land is</w:t>
      </w:r>
    </w:p>
    <w:p>
      <w:pPr>
        <w:jc w:val="right"/>
      </w:pPr>
      <w:r>
        <w:t>دا لینڈ از</w:t>
      </w:r>
    </w:p>
    <w:p>
      <w:r>
        <w:rPr>
          <w:b/>
        </w:rPr>
        <w:t xml:space="preserve">[33:13] </w:t>
      </w:r>
      <w:r>
        <w:t>The real owner of land is Mr. A, and I am giving the land to Mr. P.</w:t>
      </w:r>
    </w:p>
    <w:p>
      <w:pPr>
        <w:jc w:val="right"/>
      </w:pPr>
      <w:r>
        <w:t>دا ریئل اونر اف لینڈ از مسٹر اے، اینڈ آئی ایم گیونگ دا لینڈ ٹو مسٹر پی۔</w:t>
      </w:r>
    </w:p>
    <w:p>
      <w:r>
        <w:rPr>
          <w:b/>
        </w:rPr>
        <w:t xml:space="preserve">[33:26] </w:t>
      </w:r>
      <w:r>
        <w:t>So even after my judgment, my judgment cannot alter the situation.</w:t>
      </w:r>
    </w:p>
    <w:p>
      <w:pPr>
        <w:jc w:val="right"/>
      </w:pPr>
      <w:r>
        <w:t>سو ایون افٹر مائی ججمنٹ، مائی ججمنٹ کین ناٹ الٹر دا سچوئیشن۔</w:t>
      </w:r>
    </w:p>
    <w:p>
      <w:r>
        <w:rPr>
          <w:b/>
        </w:rPr>
        <w:t xml:space="preserve">[33:38] </w:t>
      </w:r>
      <w:r>
        <w:t>On the Day of Judgment, then you know what happened?</w:t>
      </w:r>
    </w:p>
    <w:p>
      <w:pPr>
        <w:jc w:val="right"/>
      </w:pPr>
      <w:r>
        <w:t>ان دا ڈے اف ججمنٹ، دین یو نو واٹ ہیپن؟</w:t>
      </w:r>
    </w:p>
    <w:p>
      <w:r>
        <w:rPr>
          <w:b/>
        </w:rPr>
        <w:t xml:space="preserve">[33:51] </w:t>
      </w:r>
      <w:r>
        <w:t>Both of them said: "Haqqi ya Rabbi, Haqqi ya Rabbi, I am claiming my right and giving this land to</w:t>
      </w:r>
    </w:p>
    <w:p>
      <w:pPr>
        <w:jc w:val="right"/>
      </w:pPr>
      <w:r>
        <w:t>بوتھ اف دیم سیڈ: "حقی ریافی، حقی ریافی، آئی ایم کلیونگ مائی رائٹ اینڈ گیونگ دس لینڈ ٹو</w:t>
      </w:r>
    </w:p>
    <w:p>
      <w:r>
        <w:rPr>
          <w:b/>
        </w:rPr>
        <w:t xml:space="preserve">[34:02] </w:t>
      </w:r>
      <w:r>
        <w:t>"The other person." Although both were claiming that this land is mine, this land is mine.</w:t>
      </w:r>
    </w:p>
    <w:p>
      <w:pPr>
        <w:jc w:val="right"/>
      </w:pPr>
      <w:r>
        <w:t>دا ادر پرسن۔" ال دو بوتھ ویر کلیونگ دیٹ دس لینڈ از مائنڈ، دس لینڈ از مائنڈ۔</w:t>
      </w:r>
    </w:p>
    <w:p>
      <w:r>
        <w:rPr>
          <w:b/>
        </w:rPr>
        <w:t xml:space="preserve">[34:12] </w:t>
      </w:r>
      <w:r>
        <w:t>But when Prophet remind,</w:t>
      </w:r>
    </w:p>
    <w:p>
      <w:pPr>
        <w:jc w:val="right"/>
      </w:pPr>
      <w:r>
        <w:t>بٹ وین پرافٹ ریمائنڈ،</w:t>
      </w:r>
    </w:p>
    <w:p>
      <w:r>
        <w:rPr>
          <w:b/>
        </w:rPr>
        <w:t xml:space="preserve">[34:23] </w:t>
      </w:r>
      <w:r>
        <w:t>But when Prophet reminded that one who is real owner, He is the owner.</w:t>
      </w:r>
    </w:p>
    <w:p>
      <w:pPr>
        <w:jc w:val="right"/>
      </w:pPr>
      <w:r>
        <w:t>بٹ وین پرافٹ ریمائنڈڈ دیٹ ون ہو از ریئل اونر، ہی از دا اونر۔</w:t>
      </w:r>
    </w:p>
    <w:p>
      <w:r>
        <w:rPr>
          <w:b/>
        </w:rPr>
        <w:t xml:space="preserve">[34:33] </w:t>
      </w:r>
      <w:r>
        <w:t>And lastly, the case will go to God, who knows everything.</w:t>
      </w:r>
    </w:p>
    <w:p>
      <w:pPr>
        <w:jc w:val="right"/>
      </w:pPr>
      <w:r>
        <w:t>اینڈ لاسٹلی، دا کیس ویل گو ٹو گاڈ، ہو نوز ایوری تھنگ۔</w:t>
      </w:r>
    </w:p>
    <w:p>
      <w:r>
        <w:rPr>
          <w:b/>
        </w:rPr>
        <w:t xml:space="preserve">[34:44] </w:t>
      </w:r>
      <w:r>
        <w:t>So my judgment cannot change the ownership.</w:t>
      </w:r>
    </w:p>
    <w:p>
      <w:pPr>
        <w:jc w:val="right"/>
      </w:pPr>
      <w:r>
        <w:t>سو مائی ججمنٹ کین ناٹ چینج دا اونرشپ</w:t>
      </w:r>
    </w:p>
    <w:p>
      <w:r>
        <w:rPr>
          <w:b/>
        </w:rPr>
        <w:t xml:space="preserve">[34:54] </w:t>
      </w:r>
      <w:r>
        <w:t>.</w:t>
      </w:r>
    </w:p>
    <w:p>
      <w:pPr>
        <w:jc w:val="right"/>
      </w:pPr>
      <w:r>
        <w:t>۔</w:t>
      </w:r>
    </w:p>
    <w:p>
      <w:r>
        <w:rPr>
          <w:b/>
        </w:rPr>
        <w:t xml:space="preserve">[35:04] </w:t>
      </w:r>
      <w:r>
        <w:t>So both said: "Haqqi ya Rabbi, Haqqi ya Rabbi, I am leaving my right, my this land, because they they</w:t>
      </w:r>
    </w:p>
    <w:p>
      <w:pPr>
        <w:jc w:val="right"/>
      </w:pPr>
      <w:r>
        <w:t>سو بوتھ سیڈ: "حقی ریافی، حقی ریافی، آئی ایم لیونگ مائی رائٹ، مائی دس لینڈ، بیکاز دے دے</w:t>
      </w:r>
    </w:p>
    <w:p>
      <w:r>
        <w:rPr>
          <w:b/>
        </w:rPr>
        <w:t xml:space="preserve">[35:14] </w:t>
      </w:r>
      <w:r>
        <w:t>feel that till they cannot afford to stand before God, who knows a</w:t>
      </w:r>
    </w:p>
    <w:p>
      <w:pPr>
        <w:jc w:val="right"/>
      </w:pPr>
      <w:r>
        <w:t>فیل دیٹ کل دے کین ناٹ افورڈ ٹو اسٹینڈ بیفور گاڈ، ہو نوز ای</w:t>
      </w:r>
    </w:p>
    <w:p>
      <w:r>
        <w:rPr>
          <w:b/>
        </w:rPr>
        <w:t xml:space="preserve">[35:24] </w:t>
      </w:r>
      <w:r>
        <w:t>"very thing." So this is the power of accountability.</w:t>
      </w:r>
    </w:p>
    <w:p>
      <w:pPr>
        <w:jc w:val="right"/>
      </w:pPr>
      <w:r>
        <w:t>وری تھنگ۔" سو دس از دا پاور اف اکاؤنٹیبلٹی۔</w:t>
      </w:r>
    </w:p>
    <w:p>
      <w:r>
        <w:rPr>
          <w:b/>
        </w:rPr>
        <w:t xml:space="preserve">[35:40] </w:t>
      </w:r>
      <w:r>
        <w:t>So this is the incentive, the moral concept of a person who believes in Islam. Then</w:t>
      </w:r>
    </w:p>
    <w:p>
      <w:pPr>
        <w:jc w:val="right"/>
      </w:pPr>
      <w:r>
        <w:t>سو دس از دا انسنٹیو دا بہرہان مارل کنسیپٹ اف ا پرسن ہو بیلیوز ان اسلام۔ دین</w:t>
      </w:r>
    </w:p>
    <w:p>
      <w:r>
        <w:rPr>
          <w:b/>
        </w:rPr>
        <w:t xml:space="preserve">[35:55] </w:t>
      </w:r>
      <w:r>
        <w:t>There is a story of two companions.</w:t>
      </w:r>
    </w:p>
    <w:p>
      <w:pPr>
        <w:jc w:val="right"/>
      </w:pPr>
      <w:r>
        <w:t>دیر از اے سٹوری اف ٹو کمپینینس۔</w:t>
      </w:r>
    </w:p>
    <w:p>
      <w:r>
        <w:rPr>
          <w:b/>
        </w:rPr>
        <w:t xml:space="preserve">[36:06] </w:t>
      </w:r>
      <w:r>
        <w:t>Both were traveling, and the gate was in there.</w:t>
      </w:r>
    </w:p>
    <w:p>
      <w:pPr>
        <w:jc w:val="right"/>
      </w:pPr>
      <w:r>
        <w:t>بوتھ ویر ٹریولنگ، اینڈ دا دا گیٹ واز ان دیرو۔</w:t>
      </w:r>
    </w:p>
    <w:p>
      <w:r>
        <w:rPr>
          <w:b/>
        </w:rPr>
        <w:t xml:space="preserve">[36:16] </w:t>
      </w:r>
      <w:r>
        <w:t>So there was, there was</w:t>
      </w:r>
    </w:p>
    <w:p>
      <w:pPr>
        <w:jc w:val="right"/>
      </w:pPr>
      <w:r>
        <w:t>سو دیر واز، دیر واز</w:t>
      </w:r>
    </w:p>
    <w:p>
      <w:r>
        <w:rPr>
          <w:b/>
        </w:rPr>
        <w:t xml:space="preserve">[36:27] </w:t>
      </w:r>
      <w:r>
        <w:t>Any, any during.</w:t>
      </w:r>
    </w:p>
    <w:p>
      <w:pPr>
        <w:jc w:val="right"/>
      </w:pPr>
      <w:r>
        <w:t>اینی، اینی ڈیورنگ۔</w:t>
      </w:r>
    </w:p>
    <w:p>
      <w:r>
        <w:rPr>
          <w:b/>
        </w:rPr>
        <w:t xml:space="preserve">[36:35] </w:t>
      </w:r>
      <w:r>
        <w:t>Both were hurry, both were hurry to to enter the gate and reach the destination.</w:t>
      </w:r>
    </w:p>
    <w:p>
      <w:pPr>
        <w:jc w:val="right"/>
      </w:pPr>
      <w:r>
        <w:t>بوتھ ویر ہری، بوتھ ویر ہری ٹو ٹو انٹر دا گیٹ اینڈ ریچ دا ڈیسٹینیشن۔</w:t>
      </w:r>
    </w:p>
    <w:p>
      <w:r>
        <w:rPr>
          <w:b/>
        </w:rPr>
        <w:t xml:space="preserve">[36:43] </w:t>
      </w:r>
      <w:r>
        <w:t>So both confronted to each other.</w:t>
      </w:r>
    </w:p>
    <w:p>
      <w:pPr>
        <w:jc w:val="right"/>
      </w:pPr>
      <w:r>
        <w:t>سو بوتھ کنفرنٹڈ ٹو ایچ ادر۔</w:t>
      </w:r>
    </w:p>
    <w:p>
      <w:r>
        <w:rPr>
          <w:b/>
        </w:rPr>
        <w:t xml:space="preserve">[36:51] </w:t>
      </w:r>
      <w:r>
        <w:t>So one said: "Ya</w:t>
      </w:r>
    </w:p>
    <w:p>
      <w:pPr>
        <w:jc w:val="right"/>
      </w:pPr>
      <w:r>
        <w:t>سو ون سیڈ: "یا</w:t>
      </w:r>
    </w:p>
    <w:p>
      <w:r>
        <w:rPr>
          <w:b/>
        </w:rPr>
        <w:t xml:space="preserve">[36:59] </w:t>
      </w:r>
      <w:r>
        <w:t>"O wisest person, O evil person, O eyesight." Then the other person explained the situation. The</w:t>
      </w:r>
    </w:p>
    <w:p>
      <w:pPr>
        <w:jc w:val="right"/>
      </w:pPr>
      <w:r>
        <w:t>او وسٹ پرسن، او او ایول پرسن، او ایوسائٹ۔" دین دا ادر پرسن ایکسپلین دا سچوئیشن۔ د</w:t>
      </w:r>
    </w:p>
    <w:p>
      <w:r>
        <w:rPr>
          <w:b/>
        </w:rPr>
        <w:t xml:space="preserve">[37:29] </w:t>
      </w:r>
      <w:r>
        <w:t>When it was, it became clear that he was not responsible.</w:t>
      </w:r>
    </w:p>
    <w:p>
      <w:pPr>
        <w:jc w:val="right"/>
      </w:pPr>
      <w:r>
        <w:t>ین اٹ واز، اٹ بیکم کلیئر دیٹ ہی واز ناٹ ریسپانسبل۔</w:t>
      </w:r>
    </w:p>
    <w:p>
      <w:r>
        <w:rPr>
          <w:b/>
        </w:rPr>
        <w:t xml:space="preserve">[37:37] </w:t>
      </w:r>
      <w:r>
        <w:t>So instantly, his mood was changed.</w:t>
      </w:r>
    </w:p>
    <w:p>
      <w:pPr>
        <w:jc w:val="right"/>
      </w:pPr>
      <w:r>
        <w:t>سو انسٹنٹلی، ہز موڈ واز چینج۔</w:t>
      </w:r>
    </w:p>
    <w:p>
      <w:r>
        <w:rPr>
          <w:b/>
        </w:rPr>
        <w:t xml:space="preserve">[37:44] </w:t>
      </w:r>
      <w:r>
        <w:t>He said: "I am bad, I am settled."</w:t>
      </w:r>
    </w:p>
    <w:p>
      <w:pPr>
        <w:jc w:val="right"/>
      </w:pPr>
      <w:r>
        <w:t>ہی سیڈ: "آئی ایم بیڈ، آئی ایم سیٹل۔</w:t>
      </w:r>
    </w:p>
    <w:p>
      <w:r>
        <w:rPr>
          <w:b/>
        </w:rPr>
        <w:t xml:space="preserve">[37:52] </w:t>
      </w:r>
      <w:r>
        <w:t>Why I spoke like this before he before knowing the whole situation</w:t>
      </w:r>
    </w:p>
    <w:p>
      <w:pPr>
        <w:jc w:val="right"/>
      </w:pPr>
      <w:r>
        <w:t>وائی آئی اسکو سپوک لائک دس بیفور ہی بیفور نوئنگ دا ہول سچوئی</w:t>
      </w:r>
    </w:p>
    <w:p>
      <w:r>
        <w:rPr>
          <w:b/>
        </w:rPr>
        <w:t xml:space="preserve">[37:59] </w:t>
      </w:r>
      <w:r>
        <w:t>shan?" Here you can see that Day of Judgment controls your, your, your passion, your feeling.</w:t>
      </w:r>
    </w:p>
    <w:p>
      <w:pPr>
        <w:jc w:val="right"/>
      </w:pPr>
      <w:r>
        <w:t>شن؟" ہیر یو کین سی دیٹ ڈے اف ججمنٹ کنٹرولز یور، یور، یور پیشن، یور فیلنگ۔</w:t>
      </w:r>
    </w:p>
    <w:p>
      <w:r>
        <w:rPr>
          <w:b/>
        </w:rPr>
        <w:t xml:space="preserve">[38:09] </w:t>
      </w:r>
      <w:r>
        <w:t>One who believes in accountability on the Day of Judgment, he always ready to acknowledge the other.</w:t>
      </w:r>
    </w:p>
    <w:p>
      <w:pPr>
        <w:jc w:val="right"/>
      </w:pPr>
      <w:r>
        <w:t>ون ہو بیلیوز ان اکاؤنٹیبلٹی ان دا ڈے اف ججمنٹ، ہی الویز ریڈی ٹو ایکنالج دی ادر۔</w:t>
      </w:r>
    </w:p>
    <w:p>
      <w:r>
        <w:rPr>
          <w:b/>
        </w:rPr>
        <w:t xml:space="preserve">[38:20] </w:t>
      </w:r>
      <w:r>
        <w:t>He always can</w:t>
      </w:r>
    </w:p>
    <w:p>
      <w:pPr>
        <w:jc w:val="right"/>
      </w:pPr>
      <w:r>
        <w:t>ہی الویز کان</w:t>
      </w:r>
    </w:p>
    <w:p>
      <w:r>
        <w:rPr>
          <w:b/>
        </w:rPr>
        <w:t xml:space="preserve">[38:30] </w:t>
      </w:r>
      <w:r>
        <w:t>face his own fault.</w:t>
      </w:r>
    </w:p>
    <w:p>
      <w:pPr>
        <w:jc w:val="right"/>
      </w:pPr>
      <w:r>
        <w:t>فیس ہز اون فالٹ۔</w:t>
      </w:r>
    </w:p>
    <w:p>
      <w:r>
        <w:rPr>
          <w:b/>
        </w:rPr>
        <w:t xml:space="preserve">[38:38] </w:t>
      </w:r>
      <w:r>
        <w:t>And you know, all those quarrels, all those controversies, all those fightings.</w:t>
      </w:r>
    </w:p>
    <w:p>
      <w:pPr>
        <w:jc w:val="right"/>
      </w:pPr>
      <w:r>
        <w:t>اینڈ یو نو، ال دوز کوئلز، ال دوز کنٹروورسیز، ال دوز فائٹنگز۔</w:t>
      </w:r>
    </w:p>
    <w:p>
      <w:r>
        <w:rPr>
          <w:b/>
        </w:rPr>
        <w:t xml:space="preserve">[38:46] </w:t>
      </w:r>
      <w:r>
        <w:t>Why? The only reason is that people have no courage to say: "You are right, I am wrong."</w:t>
      </w:r>
    </w:p>
    <w:p>
      <w:pPr>
        <w:jc w:val="right"/>
      </w:pPr>
      <w:r>
        <w:t>وائی؟ دا اونلی ریزن از دیٹ پیپل ہیو نو کریشن ٹو سے: "یو ار رائٹ، آئی ایم رونگ۔"</w:t>
      </w:r>
    </w:p>
    <w:p>
      <w:r>
        <w:rPr>
          <w:b/>
        </w:rPr>
        <w:t xml:space="preserve">[38:54] </w:t>
      </w:r>
      <w:r>
        <w:t>There is only one reason</w:t>
      </w:r>
    </w:p>
    <w:p>
      <w:pPr>
        <w:jc w:val="right"/>
      </w:pPr>
      <w:r>
        <w:t>دیر از اونلی ریزن</w:t>
      </w:r>
    </w:p>
    <w:p>
      <w:r>
        <w:rPr>
          <w:b/>
        </w:rPr>
        <w:t xml:space="preserve">[39:02] </w:t>
      </w:r>
      <w:r>
        <w:t>In India, and America, and Europe, everywhere, all those fightings, all those violence, all those bloodshed is</w:t>
      </w:r>
    </w:p>
    <w:p>
      <w:pPr>
        <w:jc w:val="right"/>
      </w:pPr>
      <w:r>
        <w:t>ان انڈیا، اینڈ امریکہ، اینڈ یورپ، ایوری ویر، ال دوز فائٹنگز، ال دوز وائلنس، ال دوز بلڈشپ از</w:t>
      </w:r>
    </w:p>
    <w:p>
      <w:r>
        <w:rPr>
          <w:b/>
        </w:rPr>
        <w:t xml:space="preserve">[39:12] </w:t>
      </w:r>
      <w:r>
        <w:t>due to only single reason that no one has the right to say: "you are right, i am</w:t>
      </w:r>
    </w:p>
    <w:p>
      <w:pPr>
        <w:jc w:val="right"/>
      </w:pPr>
      <w:r>
        <w:t>ڈیو ٹو اونلی سنگل ریزن دیٹ نو ون ہیز دا کریکٹ ٹو سے: "یو ار رائٹ، آئی ایم</w:t>
      </w:r>
    </w:p>
    <w:p>
      <w:r>
        <w:rPr>
          <w:b/>
        </w:rPr>
        <w:t xml:space="preserve">[39:22] </w:t>
      </w:r>
      <w:r>
        <w:t>wrong." "You are right, I am wrong." So</w:t>
      </w:r>
    </w:p>
    <w:p>
      <w:pPr>
        <w:jc w:val="right"/>
      </w:pPr>
      <w:r>
        <w:t>رونگ۔" "یو ار رائٹ، آئی ایم رونگ۔" سو</w:t>
      </w:r>
    </w:p>
    <w:p>
      <w:r>
        <w:rPr>
          <w:b/>
        </w:rPr>
        <w:t xml:space="preserve">[39:32] </w:t>
      </w:r>
      <w:r>
        <w:t>The belief in the Day of Judgment is a had a corrective power, a corrective power.</w:t>
      </w:r>
    </w:p>
    <w:p>
      <w:pPr>
        <w:jc w:val="right"/>
      </w:pPr>
      <w:r>
        <w:t>دا بیلیف ان دا ڈے اف ججمنٹ از اے ہیڈ ا کریکٹیو پاور، ا کریکٹیو پاور۔</w:t>
      </w:r>
    </w:p>
    <w:p>
      <w:r>
        <w:rPr>
          <w:b/>
        </w:rPr>
        <w:t xml:space="preserve">[39:40] </w:t>
      </w:r>
      <w:r>
        <w:t>It can, it can correct your behavior.</w:t>
      </w:r>
    </w:p>
    <w:p>
      <w:pPr>
        <w:jc w:val="right"/>
      </w:pPr>
      <w:r>
        <w:t>اٹ کین، اٹ کین کریکٹ یور بیہیویئر۔</w:t>
      </w:r>
    </w:p>
    <w:p>
      <w:r>
        <w:rPr>
          <w:b/>
        </w:rPr>
        <w:t xml:space="preserve">[39:47] </w:t>
      </w:r>
      <w:r>
        <w:t>This belief can correct your behavior in every time.</w:t>
      </w:r>
    </w:p>
    <w:p>
      <w:pPr>
        <w:jc w:val="right"/>
      </w:pPr>
      <w:r>
        <w:t>دس بیلیف کین کریکٹ یور بیہیویئر ان ایوری ٹائم۔</w:t>
      </w:r>
    </w:p>
    <w:p>
      <w:r>
        <w:rPr>
          <w:b/>
        </w:rPr>
        <w:t xml:space="preserve">[39:55] </w:t>
      </w:r>
      <w:r>
        <w:t>You may be a rich person, or full person.</w:t>
      </w:r>
    </w:p>
    <w:p>
      <w:pPr>
        <w:jc w:val="right"/>
      </w:pPr>
      <w:r>
        <w:t>یو می بی ا رچ پرسن، اور فل پرسن۔</w:t>
      </w:r>
    </w:p>
    <w:p>
      <w:r>
        <w:rPr>
          <w:b/>
        </w:rPr>
        <w:t xml:space="preserve">[40:02] </w:t>
      </w:r>
      <w:r>
        <w:t>You may be a powerful person, or weak person.</w:t>
      </w:r>
    </w:p>
    <w:p>
      <w:pPr>
        <w:jc w:val="right"/>
      </w:pPr>
      <w:r>
        <w:t>یو می بی ا پاور فل پرسن، اور ویک پرسن۔</w:t>
      </w:r>
    </w:p>
    <w:p>
      <w:r>
        <w:rPr>
          <w:b/>
        </w:rPr>
        <w:t xml:space="preserve">[40:10] </w:t>
      </w:r>
      <w:r>
        <w:t>You may be a ruler, or you may be a subject.</w:t>
      </w:r>
    </w:p>
    <w:p>
      <w:pPr>
        <w:jc w:val="right"/>
      </w:pPr>
      <w:r>
        <w:t>یو می بی ا رولر، اور یو می بی ا سبجیکٹ۔</w:t>
      </w:r>
    </w:p>
    <w:p>
      <w:r>
        <w:rPr>
          <w:b/>
        </w:rPr>
        <w:t xml:space="preserve">[40:17] </w:t>
      </w:r>
      <w:r>
        <w:t>In every case, if you have belief in accountability, you fear God, you fear that the day will</w:t>
      </w:r>
    </w:p>
    <w:p>
      <w:pPr>
        <w:jc w:val="right"/>
      </w:pPr>
      <w:r>
        <w:t>ان ایوری کیس، اف یو ہیو بیلیف ان اکاؤنٹیبلٹی، یو فیئر گاڈ، یو فیئر دیٹ دا ڈے ویل</w:t>
      </w:r>
    </w:p>
    <w:p>
      <w:r>
        <w:rPr>
          <w:b/>
        </w:rPr>
        <w:t xml:space="preserve">[40:25] </w:t>
      </w:r>
      <w:r>
        <w:t>Come, you will be</w:t>
      </w:r>
    </w:p>
    <w:p>
      <w:pPr>
        <w:jc w:val="right"/>
      </w:pPr>
      <w:r>
        <w:t>کم، یو ویل بی</w:t>
      </w:r>
    </w:p>
    <w:p>
      <w:r>
        <w:rPr>
          <w:b/>
        </w:rPr>
        <w:t xml:space="preserve">[40:32] </w:t>
      </w:r>
      <w:r>
        <w:t>punished.</w:t>
      </w:r>
    </w:p>
    <w:p>
      <w:pPr>
        <w:jc w:val="right"/>
      </w:pPr>
      <w:r>
        <w:t>پنشڈ۔</w:t>
      </w:r>
    </w:p>
    <w:p>
      <w:r>
        <w:rPr>
          <w:b/>
        </w:rPr>
        <w:t xml:space="preserve">[40:40] </w:t>
      </w:r>
      <w:r>
        <w:t>Then it, it, it creates a compulsory situation.</w:t>
      </w:r>
    </w:p>
    <w:p>
      <w:pPr>
        <w:jc w:val="right"/>
      </w:pPr>
      <w:r>
        <w:t>دین اٹ، اٹ، اٹ کریٹس ا کمپلسری سچوئیشن۔</w:t>
      </w:r>
    </w:p>
    <w:p>
      <w:r>
        <w:rPr>
          <w:b/>
        </w:rPr>
        <w:t xml:space="preserve">[40:48] </w:t>
      </w:r>
      <w:r>
        <w:t>according to your belief, you have no option other than to say: "My friend, you are right, I</w:t>
      </w:r>
    </w:p>
    <w:p>
      <w:pPr>
        <w:jc w:val="right"/>
      </w:pPr>
      <w:r>
        <w:t>اکارڈنگ ٹو یور بیلیف، یو ہیو نو اپشن ادر دین ٹو سے: "مائی فرینڈ، یو ار رائٹ، آئی</w:t>
      </w:r>
    </w:p>
    <w:p>
      <w:r>
        <w:rPr>
          <w:b/>
        </w:rPr>
        <w:t xml:space="preserve">[40:55] </w:t>
      </w:r>
      <w:r>
        <w:t>"I'm wrong." And when you say this word, everything is</w:t>
      </w:r>
    </w:p>
    <w:p>
      <w:pPr>
        <w:jc w:val="right"/>
      </w:pPr>
      <w:r>
        <w:t>ایم رونگ۔" اینڈ وین یو سے دس ورڈ، ایوری تھنگ از</w:t>
      </w:r>
    </w:p>
    <w:p>
      <w:r>
        <w:rPr>
          <w:b/>
        </w:rPr>
        <w:t xml:space="preserve">[41:03] </w:t>
      </w:r>
      <w:r>
        <w:t>Now life, everything is now life.</w:t>
      </w:r>
    </w:p>
    <w:p>
      <w:pPr>
        <w:jc w:val="right"/>
      </w:pPr>
      <w:r>
        <w:t>ناو لائف، ایوری تھنگ از ناو لائف۔</w:t>
      </w:r>
    </w:p>
    <w:p>
      <w:r>
        <w:rPr>
          <w:b/>
        </w:rPr>
        <w:t xml:space="preserve">[41:13] </w:t>
      </w:r>
      <w:r>
        <w:t>No height, no soil, no angle, no negative thought, no hate.</w:t>
      </w:r>
    </w:p>
    <w:p>
      <w:pPr>
        <w:jc w:val="right"/>
      </w:pPr>
      <w:r>
        <w:t>نو ہائٹ، نو سوائل، نو اینگل، نو نیگیٹیو تھاٹ، نو ہیٹ۔</w:t>
      </w:r>
    </w:p>
    <w:p>
      <w:r>
        <w:rPr>
          <w:b/>
        </w:rPr>
        <w:t xml:space="preserve">[41:23] </w:t>
      </w:r>
      <w:r>
        <w:t>This, this sentence had a very brain effect.</w:t>
      </w:r>
    </w:p>
    <w:p>
      <w:pPr>
        <w:jc w:val="right"/>
      </w:pPr>
      <w:r>
        <w:t>دس، دس سینٹنس ہیڈ ا ویری برین ایفیکٹ</w:t>
      </w:r>
    </w:p>
    <w:p>
      <w:r>
        <w:rPr>
          <w:b/>
        </w:rPr>
        <w:t xml:space="preserve">[41:33] </w:t>
      </w:r>
      <w:r>
        <w:t>in your home, your society, your country, everywhere, everywhere.</w:t>
      </w:r>
    </w:p>
    <w:p>
      <w:pPr>
        <w:jc w:val="right"/>
      </w:pPr>
      <w:r>
        <w:t>ان یور ہوم، یور سوسائٹی، یور کنٹری، ایوری ویر، ایوری ویر۔</w:t>
      </w:r>
    </w:p>
    <w:p>
      <w:r>
        <w:rPr>
          <w:b/>
        </w:rPr>
        <w:t xml:space="preserve">[41:41] </w:t>
      </w:r>
      <w:r>
        <w:t>This sentence had a brain effect that you are right, I am wrong.</w:t>
      </w:r>
    </w:p>
    <w:p>
      <w:pPr>
        <w:jc w:val="right"/>
      </w:pPr>
      <w:r>
        <w:t>دس سینٹنس ہیڈ ا برین ایفیکٹ دیٹ یو ار رائٹ، آئی ایم رونگ۔</w:t>
      </w:r>
    </w:p>
    <w:p>
      <w:r>
        <w:rPr>
          <w:b/>
        </w:rPr>
        <w:t xml:space="preserve">[41:49] </w:t>
      </w:r>
      <w:r>
        <w:t>There is a very simple, simple way to settle the matter, to settle the controversy.</w:t>
      </w:r>
    </w:p>
    <w:p>
      <w:pPr>
        <w:jc w:val="right"/>
      </w:pPr>
      <w:r>
        <w:t>دیر از ا ویری سمپل، سمپل وے ٹو سیٹل دا میٹر، ٹو سیٹل دا کنٹروورسی۔</w:t>
      </w:r>
    </w:p>
    <w:p>
      <w:r>
        <w:rPr>
          <w:b/>
        </w:rPr>
        <w:t xml:space="preserve">[41:56] </w:t>
      </w:r>
      <w:r>
        <w:t>most simple way of settling the</w:t>
      </w:r>
    </w:p>
    <w:p>
      <w:pPr>
        <w:jc w:val="right"/>
      </w:pPr>
      <w:r>
        <w:t>موسٹ سمپل وے اف سیٹلنگ دا</w:t>
      </w:r>
    </w:p>
    <w:p>
      <w:r>
        <w:rPr>
          <w:b/>
        </w:rPr>
        <w:t xml:space="preserve">[42:04] </w:t>
      </w:r>
      <w:r>
        <w:t>controversy. And you know, in Islam, it is rewardable sentence. You have still sorry. It is social manner, nothing but social manner. But in Islam, when you say: "You are right, I am wrong." It is a, a</w:t>
      </w:r>
    </w:p>
    <w:p>
      <w:pPr>
        <w:jc w:val="right"/>
      </w:pPr>
      <w:r>
        <w:t>کنٹروورسی۔ اینڈ یو نو، ان اسلام، اٹ از ریوارڈیبل سینٹنس۔ یو ہیو سٹل سوری۔ اٹ از سوشل مینر، نتھنگ بٹ سوشل مینر۔ بٹ ان اسلام، وین یو سے: "یو ار رائٹ، آئی ایم رونگ۔" اٹ از ا، ا</w:t>
      </w:r>
    </w:p>
    <w:p>
      <w:r>
        <w:rPr>
          <w:b/>
        </w:rPr>
        <w:t xml:space="preserve">[42:34] </w:t>
      </w:r>
      <w:r>
        <w:t>It is a rewardable word.</w:t>
      </w:r>
    </w:p>
    <w:p>
      <w:pPr>
        <w:jc w:val="right"/>
      </w:pPr>
      <w:r>
        <w:t>ٹ از ا ریوارڈیبل ورڈ۔</w:t>
      </w:r>
    </w:p>
    <w:p>
      <w:r>
        <w:rPr>
          <w:b/>
        </w:rPr>
        <w:t xml:space="preserve">[42:42] </w:t>
      </w:r>
      <w:r>
        <w:t>It is a, it is a virtue.</w:t>
      </w:r>
    </w:p>
    <w:p>
      <w:pPr>
        <w:jc w:val="right"/>
      </w:pPr>
      <w:r>
        <w:t>اٹ از ا، اٹ از ا ورچو۔</w:t>
      </w:r>
    </w:p>
    <w:p>
      <w:r>
        <w:rPr>
          <w:b/>
        </w:rPr>
        <w:t xml:space="preserve">[42:50] </w:t>
      </w:r>
      <w:r>
        <w:t>It is a virtue.</w:t>
      </w:r>
    </w:p>
    <w:p>
      <w:pPr>
        <w:jc w:val="right"/>
      </w:pPr>
      <w:r>
        <w:t>اٹ از ا ورچو۔</w:t>
      </w:r>
    </w:p>
    <w:p>
      <w:r>
        <w:rPr>
          <w:b/>
        </w:rPr>
        <w:t xml:space="preserve">[42:57] </w:t>
      </w:r>
      <w:r>
        <w:t>But, but create virtue, create virtue, create virtue.</w:t>
      </w:r>
    </w:p>
    <w:p>
      <w:pPr>
        <w:jc w:val="right"/>
      </w:pPr>
      <w:r>
        <w:t>بٹ، بٹ کریٹ ورچو، کریٹ ورچو، کریٹ ورچو۔</w:t>
      </w:r>
    </w:p>
    <w:p>
      <w:r>
        <w:rPr>
          <w:b/>
        </w:rPr>
        <w:t xml:space="preserve">[43:05] </w:t>
      </w:r>
      <w:r>
        <w:t>When you say: "Sorry," then nothing.</w:t>
      </w:r>
    </w:p>
    <w:p>
      <w:pPr>
        <w:jc w:val="right"/>
      </w:pPr>
      <w:r>
        <w:t>وین یو سے: "سوری،" پھر نتھنگ۔</w:t>
      </w:r>
    </w:p>
    <w:p>
      <w:r>
        <w:rPr>
          <w:b/>
        </w:rPr>
        <w:t xml:space="preserve">[43:13] </w:t>
      </w:r>
      <w:r>
        <w:t>There is social manner.</w:t>
      </w:r>
    </w:p>
    <w:p>
      <w:pPr>
        <w:jc w:val="right"/>
      </w:pPr>
      <w:r>
        <w:t>دیر از سوشل مینر۔</w:t>
      </w:r>
    </w:p>
    <w:p>
      <w:r>
        <w:rPr>
          <w:b/>
        </w:rPr>
        <w:t xml:space="preserve">[43:21] </w:t>
      </w:r>
      <w:r>
        <w:t>But a believer who believes in God, who fears God, who fears Day of Judgment.</w:t>
      </w:r>
    </w:p>
    <w:p>
      <w:pPr>
        <w:jc w:val="right"/>
      </w:pPr>
      <w:r>
        <w:t>بٹ ا بیلیور ہو بیلیوز ان گاڈ، ہو فیئر گاڈ، ہو فیئر ڈے اف ججمنٹ۔</w:t>
      </w:r>
    </w:p>
    <w:p>
      <w:r>
        <w:rPr>
          <w:b/>
        </w:rPr>
        <w:t xml:space="preserve">[43:29] </w:t>
      </w:r>
      <w:r>
        <w:t>And under this feeling, under this feeling, he said: "O my friend, I fear God,</w:t>
      </w:r>
    </w:p>
    <w:p>
      <w:pPr>
        <w:jc w:val="right"/>
      </w:pPr>
      <w:r>
        <w:t>اینڈ انڈر دس فیلنگ، انڈر دس فیلنگ، ہی سیڈ: "او مائی فرینڈ، آئی فیئر گاڈ،</w:t>
      </w:r>
    </w:p>
    <w:p>
      <w:r>
        <w:rPr>
          <w:b/>
        </w:rPr>
        <w:t xml:space="preserve">[43:37] </w:t>
      </w:r>
      <w:r>
        <w:t>"And I admit that you are right, I am wrong." So when a believer says this word, is</w:t>
      </w:r>
    </w:p>
    <w:p>
      <w:pPr>
        <w:jc w:val="right"/>
      </w:pPr>
      <w:r>
        <w:t>اینڈ آئی ایڈمٹ دیٹ یو ار رائٹ، آئی ایم رونگ۔" سو وین ا بیلیور سیز دس ورڈ، از</w:t>
      </w:r>
    </w:p>
    <w:p>
      <w:r>
        <w:rPr>
          <w:b/>
        </w:rPr>
        <w:t xml:space="preserve">[43:45] </w:t>
      </w:r>
      <w:r>
        <w:t>a phenomena of God-fearing.</w:t>
      </w:r>
    </w:p>
    <w:p>
      <w:pPr>
        <w:jc w:val="right"/>
      </w:pPr>
      <w:r>
        <w:t>ا فیناومینا اف گاڈ فیئرنگ۔</w:t>
      </w:r>
    </w:p>
    <w:p>
      <w:r>
        <w:rPr>
          <w:b/>
        </w:rPr>
        <w:t xml:space="preserve">[43:53] </w:t>
      </w:r>
      <w:r>
        <w:t>When in daily life, you say: "Sorry, sorry," there is a phenomena of social conduct.</w:t>
      </w:r>
    </w:p>
    <w:p>
      <w:pPr>
        <w:jc w:val="right"/>
      </w:pPr>
      <w:r>
        <w:t>وین ان ڈیلی لائف، یو سے: "سوری، سوری،" دیر از فیناومینا اف سوشل کنڈکٹ۔</w:t>
      </w:r>
    </w:p>
    <w:p>
      <w:r>
        <w:rPr>
          <w:b/>
        </w:rPr>
        <w:t xml:space="preserve">[44:01] </w:t>
      </w:r>
      <w:r>
        <w:t>But when a believer says under the</w:t>
      </w:r>
    </w:p>
    <w:p>
      <w:pPr>
        <w:jc w:val="right"/>
      </w:pPr>
      <w:r>
        <w:t>بٹ وین ا بیلیور سیز انڈر دا</w:t>
      </w:r>
    </w:p>
    <w:p>
      <w:r>
        <w:rPr>
          <w:b/>
        </w:rPr>
        <w:t xml:space="preserve">[44:09] </w:t>
      </w:r>
      <w:r>
        <w:t>God-fearing, that you are right, I am wrong, that is a virtue, great virtue, which may give</w:t>
      </w:r>
    </w:p>
    <w:p>
      <w:pPr>
        <w:jc w:val="right"/>
      </w:pPr>
      <w:r>
        <w:t>گاڈ فیئرنگ دیٹ یو ار رائٹ، آئی ایم رونگ، دیٹ از ا ورچو، کریٹ ورچو، وچ می گیو</w:t>
      </w:r>
    </w:p>
    <w:p>
      <w:r>
        <w:rPr>
          <w:b/>
        </w:rPr>
        <w:t xml:space="preserve">[44:17] </w:t>
      </w:r>
      <w:r>
        <w:t>you eternal paradise.</w:t>
      </w:r>
    </w:p>
    <w:p>
      <w:pPr>
        <w:jc w:val="right"/>
      </w:pPr>
      <w:r>
        <w:t>یو ایٹرنل پیراڈائس۔</w:t>
      </w:r>
    </w:p>
    <w:p>
      <w:r>
        <w:rPr>
          <w:b/>
        </w:rPr>
        <w:t xml:space="preserve">[44:24] </w:t>
      </w:r>
      <w:r>
        <w:t>So this is the incentive behind social conduct of a believer.</w:t>
      </w:r>
    </w:p>
    <w:p>
      <w:pPr>
        <w:jc w:val="right"/>
      </w:pPr>
      <w:r>
        <w:t>سو دس از دا انسنٹیو بیہائنڈ سوشل کنڈکٹ اف ا بیلیور۔</w:t>
      </w:r>
    </w:p>
    <w:p>
      <w:r>
        <w:rPr>
          <w:b/>
        </w:rPr>
        <w:t xml:space="preserve">[44:32] </w:t>
      </w:r>
      <w:r>
        <w:t>without this center, without</w:t>
      </w:r>
    </w:p>
    <w:p>
      <w:pPr>
        <w:jc w:val="right"/>
      </w:pPr>
      <w:r>
        <w:t>وداؤٹ دس سینٹو، وداؤٹ</w:t>
      </w:r>
    </w:p>
    <w:p>
      <w:r>
        <w:rPr>
          <w:b/>
        </w:rPr>
        <w:t xml:space="preserve">[44:39] </w:t>
      </w:r>
      <w:r>
        <w:t>This incentive, no, without this incentive, no one can afford to say: "You are right, I am</w:t>
      </w:r>
    </w:p>
    <w:p>
      <w:pPr>
        <w:jc w:val="right"/>
      </w:pPr>
      <w:r>
        <w:t>دس انسنٹیو، نو کل، وداؤٹ دس انسنٹیو، نو ون کین افورڈ ٹو سے: "یو ار رائٹ، آئی ایم</w:t>
      </w:r>
    </w:p>
    <w:p>
      <w:r>
        <w:rPr>
          <w:b/>
        </w:rPr>
        <w:t xml:space="preserve">[44:49] </w:t>
      </w:r>
      <w:r>
        <w:t>wrong. Although simple sentence, but very difficult, very difficult, very difficult.</w:t>
      </w:r>
    </w:p>
    <w:p>
      <w:pPr>
        <w:jc w:val="right"/>
      </w:pPr>
      <w:r>
        <w:t>رونگ۔" ال دو سمپل سینٹنس، بٹ ویری ڈیفیکلٹ، ویری ڈیفیکلٹ، ویری ڈیفیکلٹ۔</w:t>
      </w:r>
    </w:p>
    <w:p>
      <w:r>
        <w:rPr>
          <w:b/>
        </w:rPr>
        <w:t xml:space="preserve">[44:59] </w:t>
      </w:r>
      <w:r>
        <w:t>Because when you admit your fault, you negate your ego, you kill your</w:t>
      </w:r>
    </w:p>
    <w:p>
      <w:pPr>
        <w:jc w:val="right"/>
      </w:pPr>
      <w:r>
        <w:t>بیکاز وین یو ایڈمٹ یور فالٹ، یو نیگیٹ یور ایگو، یو کل یور</w:t>
      </w:r>
    </w:p>
    <w:p>
      <w:r>
        <w:rPr>
          <w:b/>
        </w:rPr>
        <w:t xml:space="preserve">[45:09] </w:t>
      </w:r>
      <w:r>
        <w:t>organs. without killing one's organs, one cannot say: "I was wrong." This is Islamic term, this is tauba. This is saying that: "I was</w:t>
      </w:r>
    </w:p>
    <w:p>
      <w:pPr>
        <w:jc w:val="right"/>
      </w:pPr>
      <w:r>
        <w:t>ارگنز۔ وداؤٹ کلنگ ون ارگنز، ون کین ناٹ سے: "آئی واز رونگ۔" دس از ان اسلامک ٹرم، دس از توبہ۔ دس از سینگ دیٹ: "آئی واز</w:t>
      </w:r>
    </w:p>
    <w:p>
      <w:r>
        <w:rPr>
          <w:b/>
        </w:rPr>
        <w:t xml:space="preserve">[45:39] </w:t>
      </w:r>
      <w:r>
        <w:t>wrong, I was wrong." It is tawbah, and tawbah is a certificate of paradise.</w:t>
      </w:r>
    </w:p>
    <w:p>
      <w:pPr>
        <w:jc w:val="right"/>
      </w:pPr>
      <w:r>
        <w:t>رونگ، آئی واز رونگ۔" اٹ از توبہ، اینڈ توبہ از ا سرٹیفیکیٹ اف پیراڈائز۔</w:t>
      </w:r>
    </w:p>
    <w:p>
      <w:r>
        <w:rPr>
          <w:b/>
        </w:rPr>
        <w:t xml:space="preserve">[45:51] </w:t>
      </w:r>
      <w:r>
        <w:t>Tawbah is a great virtue.</w:t>
      </w:r>
    </w:p>
    <w:p>
      <w:pPr>
        <w:jc w:val="right"/>
      </w:pPr>
      <w:r>
        <w:t>توبہ از ا گریٹ ورچو۔</w:t>
      </w:r>
    </w:p>
    <w:p>
      <w:r>
        <w:rPr>
          <w:b/>
        </w:rPr>
        <w:t xml:space="preserve">[46:02] </w:t>
      </w:r>
      <w:r>
        <w:t>It makes you liable for entry to paradise.</w:t>
      </w:r>
    </w:p>
    <w:p>
      <w:pPr>
        <w:jc w:val="right"/>
      </w:pPr>
      <w:r>
        <w:t>اٹ میکس یو لائبل فار انٹری ٹو پیراڈائز۔</w:t>
      </w:r>
    </w:p>
    <w:p>
      <w:r>
        <w:rPr>
          <w:b/>
        </w:rPr>
        <w:t xml:space="preserve">[46:14] </w:t>
      </w:r>
      <w:r>
        <w:t>So as I said earlier that, if you read Quran, if you read Hadith, if you read the</w:t>
      </w:r>
    </w:p>
    <w:p>
      <w:pPr>
        <w:jc w:val="right"/>
      </w:pPr>
      <w:r>
        <w:t>سو ایز آئی سیڈ ایلیر دیٹ، اف یو ریڈ قرآن، اف یو ریڈ حدیث، اف یو ریڈ دا</w:t>
      </w:r>
    </w:p>
    <w:p>
      <w:r>
        <w:rPr>
          <w:b/>
        </w:rPr>
        <w:t xml:space="preserve">[46:30] </w:t>
      </w:r>
      <w:r>
        <w:t>Life of the Prophet, if you read the life of the companions, you will find that</w:t>
      </w:r>
    </w:p>
    <w:p>
      <w:pPr>
        <w:jc w:val="right"/>
      </w:pPr>
      <w:r>
        <w:t>لائف اف دا پرافٹ، اف یو ریڈ دا لائف اف دا کمپینینس، یو ویل فائنڈ دیٹ</w:t>
      </w:r>
    </w:p>
    <w:p>
      <w:r>
        <w:rPr>
          <w:b/>
        </w:rPr>
        <w:t xml:space="preserve">[46:47] </w:t>
      </w:r>
      <w:r>
        <w:t>Their character, their behavior was very, very, very, very human friendly.</w:t>
      </w:r>
    </w:p>
    <w:p>
      <w:pPr>
        <w:jc w:val="right"/>
      </w:pPr>
      <w:r>
        <w:t>دیر کریکٹر، دیر بیہیویئر واز ویری، ویری، ویری، ویری انسان فرینڈلی۔</w:t>
      </w:r>
    </w:p>
    <w:p>
      <w:r>
        <w:rPr>
          <w:b/>
        </w:rPr>
        <w:t xml:space="preserve">[46:59] </w:t>
      </w:r>
      <w:r>
        <w:t>But this was not due, only due to a code of conduct.</w:t>
      </w:r>
    </w:p>
    <w:p>
      <w:pPr>
        <w:jc w:val="right"/>
      </w:pPr>
      <w:r>
        <w:t>بٹ دس واز ناٹ ڈیو، اونلی ڈیو ٹو ا کوڈ اف کنڈکٹ۔</w:t>
      </w:r>
    </w:p>
    <w:p>
      <w:r>
        <w:rPr>
          <w:b/>
        </w:rPr>
        <w:t xml:space="preserve">[47:10] </w:t>
      </w:r>
      <w:r>
        <w:t>Simply, code of conduct cannot produce such behavior, such character.</w:t>
      </w:r>
    </w:p>
    <w:p>
      <w:pPr>
        <w:jc w:val="right"/>
      </w:pPr>
      <w:r>
        <w:t>سمپلی، کوڈ اف کنڈکٹ کین ناٹ پروڈیوس سچ بیہیویئر، سچ کریکٹر۔</w:t>
      </w:r>
    </w:p>
    <w:p>
      <w:r>
        <w:rPr>
          <w:b/>
        </w:rPr>
        <w:t xml:space="preserve">[47:22] </w:t>
      </w:r>
      <w:r>
        <w:t>I recall an article published by Mahatma Gandhi.</w:t>
      </w:r>
    </w:p>
    <w:p>
      <w:pPr>
        <w:jc w:val="right"/>
      </w:pPr>
      <w:r>
        <w:t>آئی ریکال ا ان آرٹیکل پبلش بائے مہاتما گاندھی۔</w:t>
      </w:r>
    </w:p>
    <w:p>
      <w:r>
        <w:rPr>
          <w:b/>
        </w:rPr>
        <w:t xml:space="preserve">[47:30] </w:t>
      </w:r>
      <w:r>
        <w:t>This article was published in a paper Horizon.</w:t>
      </w:r>
    </w:p>
    <w:p>
      <w:pPr>
        <w:jc w:val="right"/>
      </w:pPr>
      <w:r>
        <w:t>دس آرٹیکل واز پبلش ان ان پیپر ہریجن۔</w:t>
      </w:r>
    </w:p>
    <w:p>
      <w:r>
        <w:rPr>
          <w:b/>
        </w:rPr>
        <w:t xml:space="preserve">[47:37] </w:t>
      </w:r>
      <w:r>
        <w:t>In this paper, he said that about, about the great companions of Prophet Abu Bakr and Umar.</w:t>
      </w:r>
    </w:p>
    <w:p>
      <w:pPr>
        <w:jc w:val="right"/>
      </w:pPr>
      <w:r>
        <w:t>ان دس پیپر، ہی سیڈ دیٹ اباؤٹ، اباؤٹ دا گریٹ کمپینر اف پرافٹ ابوبکر اینڈ عمر۔</w:t>
      </w:r>
    </w:p>
    <w:p>
      <w:r>
        <w:rPr>
          <w:b/>
        </w:rPr>
        <w:t xml:space="preserve">[47:45] </w:t>
      </w:r>
      <w:r>
        <w:t>You know, there were two prophets</w:t>
      </w:r>
    </w:p>
    <w:p>
      <w:pPr>
        <w:jc w:val="right"/>
      </w:pPr>
      <w:r>
        <w:t>یو نو، دیر وار ٹو پرافٹس</w:t>
      </w:r>
    </w:p>
    <w:p>
      <w:r>
        <w:rPr>
          <w:b/>
        </w:rPr>
        <w:t xml:space="preserve">[47:52] </w:t>
      </w:r>
      <w:r>
        <w:t>of Muhammad, Abu Bakar and Umar.</w:t>
      </w:r>
    </w:p>
    <w:p>
      <w:pPr>
        <w:jc w:val="right"/>
      </w:pPr>
      <w:r>
        <w:t>اف محمد، ابوبکر اینڈ عمر۔</w:t>
      </w:r>
    </w:p>
    <w:p>
      <w:r>
        <w:rPr>
          <w:b/>
        </w:rPr>
        <w:t xml:space="preserve">[47:58] </w:t>
      </w:r>
      <w:r>
        <w:t>After the death of the Prophet, they became khalifa.</w:t>
      </w:r>
    </w:p>
    <w:p>
      <w:pPr>
        <w:jc w:val="right"/>
      </w:pPr>
      <w:r>
        <w:t>افٹر دا ڈیتھ اف دا پرافٹ، دے بیکم کیل خلیفہ۔</w:t>
      </w:r>
    </w:p>
    <w:p>
      <w:r>
        <w:rPr>
          <w:b/>
        </w:rPr>
        <w:t xml:space="preserve">[48:05] </w:t>
      </w:r>
      <w:r>
        <w:t>Both were killed.</w:t>
      </w:r>
    </w:p>
    <w:p>
      <w:pPr>
        <w:jc w:val="right"/>
      </w:pPr>
      <w:r>
        <w:t>بوتھ ویر کیل۔</w:t>
      </w:r>
    </w:p>
    <w:p>
      <w:r>
        <w:rPr>
          <w:b/>
        </w:rPr>
        <w:t xml:space="preserve">[48:11] </w:t>
      </w:r>
      <w:r>
        <w:t>Abu Bakr was first caliph, and Umar was second caliph.</w:t>
      </w:r>
    </w:p>
    <w:p>
      <w:pPr>
        <w:jc w:val="right"/>
      </w:pPr>
      <w:r>
        <w:t>ابوبکر واز فرسٹ کیل، اینڈ عمر واز سیکنڈ کیل۔</w:t>
      </w:r>
    </w:p>
    <w:p>
      <w:r>
        <w:rPr>
          <w:b/>
        </w:rPr>
        <w:t xml:space="preserve">[48:17] </w:t>
      </w:r>
      <w:r>
        <w:t>So Mahatma Gandhi said: "Abu Bakr and Umar were masters of great</w:t>
      </w:r>
    </w:p>
    <w:p>
      <w:pPr>
        <w:jc w:val="right"/>
      </w:pPr>
      <w:r>
        <w:t>سو مہاتما گاندھی سیڈ: "ابوبکر اور عمر ویر ماسٹرز اف گریٹ</w:t>
      </w:r>
    </w:p>
    <w:p>
      <w:r>
        <w:rPr>
          <w:b/>
        </w:rPr>
        <w:t xml:space="preserve">[48:23] </w:t>
      </w:r>
      <w:r>
        <w:t>empire." This is a word you Mahatma Gandhi. Abu Bakar aur Umar were masters of great empire, but they live like a pauper. But they live like a pauper. How, how one can afford to live the</w:t>
      </w:r>
    </w:p>
    <w:p>
      <w:pPr>
        <w:jc w:val="right"/>
      </w:pPr>
      <w:r>
        <w:t>ایمپائر۔" دس از ا ورڈ یو مہاتما گاندھی۔ ابوبکر اور عمر ویر ماسٹرز اف گریٹ ایمپائر، بٹ دے لیو لائک ا پاپر۔ بٹ دے لیو لائک ا پاپر۔ ہاؤ، ہاؤ ون کین افورڈ ٹو لیو د</w:t>
      </w:r>
    </w:p>
    <w:p>
      <w:r>
        <w:rPr>
          <w:b/>
        </w:rPr>
        <w:t xml:space="preserve">[48:53] </w:t>
      </w:r>
      <w:r>
        <w:t>such kind of life? How is possible? How is possible that one who a great ruler, is master</w:t>
      </w:r>
    </w:p>
    <w:p>
      <w:pPr>
        <w:jc w:val="right"/>
      </w:pPr>
      <w:r>
        <w:t>س کائنڈ اف لائف؟ ہاؤ از پوسیبل؟ ہاؤ از پوسیبل دیٹ ون ہو ا گریٹ رولر، از ماسٹر</w:t>
      </w:r>
    </w:p>
    <w:p>
      <w:r>
        <w:rPr>
          <w:b/>
        </w:rPr>
        <w:t xml:space="preserve">[49:03] </w:t>
      </w:r>
      <w:r>
        <w:t>of great empire, but he live like a pauper? Very simple life, very, very simple life.</w:t>
      </w:r>
    </w:p>
    <w:p>
      <w:pPr>
        <w:jc w:val="right"/>
      </w:pPr>
      <w:r>
        <w:t>اف گریٹ ایمپائر، بٹ ہی لیو لائک ا پاپر؟ ویری سمپل لائف، ویری، ویری سمپل لائف۔</w:t>
      </w:r>
    </w:p>
    <w:p>
      <w:r>
        <w:rPr>
          <w:b/>
        </w:rPr>
        <w:t xml:space="preserve">[49:14] </w:t>
      </w:r>
      <w:r>
        <w:t>This was due to this belief</w:t>
      </w:r>
    </w:p>
    <w:p>
      <w:pPr>
        <w:jc w:val="right"/>
      </w:pPr>
      <w:r>
        <w:t>دس واز ڈیو ٹو دس بیلیف</w:t>
      </w:r>
    </w:p>
    <w:p>
      <w:r>
        <w:rPr>
          <w:b/>
        </w:rPr>
        <w:t xml:space="preserve">[49:24] </w:t>
      </w:r>
      <w:r>
        <w:t>, this belief accountability.</w:t>
      </w:r>
    </w:p>
    <w:p>
      <w:pPr>
        <w:jc w:val="right"/>
      </w:pPr>
      <w:r>
        <w:t>، دس بیلیف اکاؤنٹیبلٹی۔</w:t>
      </w:r>
    </w:p>
    <w:p>
      <w:r>
        <w:rPr>
          <w:b/>
        </w:rPr>
        <w:t xml:space="preserve">[49:36] </w:t>
      </w:r>
      <w:r>
        <w:t>They were believing that although we are kale, although we are companions of the prophet, but we are,</w:t>
      </w:r>
    </w:p>
    <w:p>
      <w:pPr>
        <w:jc w:val="right"/>
      </w:pPr>
      <w:r>
        <w:t>دے ویر بیلیونگ دیٹ ال دو ویر کیل، ال دو ویر کمپین اف دا پرافٹ، بٹ وی ار،</w:t>
      </w:r>
    </w:p>
    <w:p>
      <w:r>
        <w:rPr>
          <w:b/>
        </w:rPr>
        <w:t xml:space="preserve">[49:49] </w:t>
      </w:r>
      <w:r>
        <w:t>We will be punished if you, if you adopt wrong character, wrong behavior.</w:t>
      </w:r>
    </w:p>
    <w:p>
      <w:pPr>
        <w:jc w:val="right"/>
      </w:pPr>
      <w:r>
        <w:t>وی ویل بی پنشڈ اف یو، اف یو اڈاپٹ رونگ کریکٹر، رونگ بیہیویئر۔</w:t>
      </w:r>
    </w:p>
    <w:p>
      <w:r>
        <w:rPr>
          <w:b/>
        </w:rPr>
        <w:t xml:space="preserve">[50:02] </w:t>
      </w:r>
      <w:r>
        <w:t>Swami Vivekananda has said in, in his letters of Swami Vivekananda that if, if any religion, this</w:t>
      </w:r>
    </w:p>
    <w:p>
      <w:pPr>
        <w:jc w:val="right"/>
      </w:pPr>
      <w:r>
        <w:t>سوامی ویک ادر ہیز سیڈ ان، ان ہز لیٹرز اف سوامی ویکانندہ دیٹ اف، اف اینی ریلیجن، دس</w:t>
      </w:r>
    </w:p>
    <w:p>
      <w:r>
        <w:rPr>
          <w:b/>
        </w:rPr>
        <w:t xml:space="preserve">[50:17] </w:t>
      </w:r>
      <w:r>
        <w:t>Wording of Swami Vivekananda, if any religion approach to this equality, it is Islam and Islam bro.</w:t>
      </w:r>
    </w:p>
    <w:p>
      <w:pPr>
        <w:jc w:val="right"/>
      </w:pPr>
      <w:r>
        <w:t>ورڈنگ اف سوامی ویکانندہ، اف اینی ریلیجن اپروچ ٹو دس ایکولٹی، اٹ از اسلام اینڈ اسلام برو۔</w:t>
      </w:r>
    </w:p>
    <w:p>
      <w:r>
        <w:rPr>
          <w:b/>
        </w:rPr>
        <w:t xml:space="preserve">[50:32] </w:t>
      </w:r>
      <w:r>
        <w:t>If any religion approach to this equality, is Islam and Islam bro.</w:t>
      </w:r>
    </w:p>
    <w:p>
      <w:pPr>
        <w:jc w:val="right"/>
      </w:pPr>
      <w:r>
        <w:t>اف اینی ریلیجن اپروچ ٹو دس ایکولٹی، از اسلام اینڈ اسلام برو۔</w:t>
      </w:r>
    </w:p>
    <w:p>
      <w:r>
        <w:rPr>
          <w:b/>
        </w:rPr>
        <w:t xml:space="preserve">[50:39] </w:t>
      </w:r>
      <w:r>
        <w:t>Why? What was the reason? Reason was belief in accountability.</w:t>
      </w:r>
    </w:p>
    <w:p>
      <w:pPr>
        <w:jc w:val="right"/>
      </w:pPr>
      <w:r>
        <w:t>وائی؟ واٹ واز دا ریزن؟ ریزن واز بیلیف ان اکاؤنٹیبلٹی۔</w:t>
      </w:r>
    </w:p>
    <w:p>
      <w:r>
        <w:rPr>
          <w:b/>
        </w:rPr>
        <w:t xml:space="preserve">[50:47] </w:t>
      </w:r>
      <w:r>
        <w:t>Without this belief, you cannot establish an equal society.</w:t>
      </w:r>
    </w:p>
    <w:p>
      <w:pPr>
        <w:jc w:val="right"/>
      </w:pPr>
      <w:r>
        <w:t>وداؤٹ دس بیلیف، یو کین ناٹ اسٹیبلش ا ایکول سوسائٹی۔</w:t>
      </w:r>
    </w:p>
    <w:p>
      <w:r>
        <w:rPr>
          <w:b/>
        </w:rPr>
        <w:t xml:space="preserve">[50:55] </w:t>
      </w:r>
      <w:r>
        <w:t>impossible because in every society,</w:t>
      </w:r>
    </w:p>
    <w:p>
      <w:pPr>
        <w:jc w:val="right"/>
      </w:pPr>
      <w:r>
        <w:t>امپوسیبل بیکاز ان ایوری سوسائٹی،</w:t>
      </w:r>
    </w:p>
    <w:p>
      <w:r>
        <w:rPr>
          <w:b/>
        </w:rPr>
        <w:t xml:space="preserve">[51:03] </w:t>
      </w:r>
      <w:r>
        <w:t>there differences. there rich and poor, there rulers and subject, there is strong and weak. so it is impossible to establish a society where everyone is equal. this is a miracle, or this miracle happen only due to</w:t>
      </w:r>
    </w:p>
    <w:p>
      <w:pPr>
        <w:jc w:val="right"/>
      </w:pPr>
      <w:r>
        <w:t>دیر ڈیفرنسز۔ دیر ورس اینڈ رش، دیر رولرز اینڈ سبجیکٹ، دیر از سٹرونگ اینڈ ویک۔ سو اٹ از امپوسیبل ٹو اسٹیبلش ا سوسائٹی ویر ایوری ون از ایکول۔ دس از ا میریکل، اور دس میریکل ہیپن اونلی ڈیو ٹو</w:t>
      </w:r>
    </w:p>
    <w:p>
      <w:r>
        <w:rPr>
          <w:b/>
        </w:rPr>
        <w:t xml:space="preserve">[51:33] </w:t>
      </w:r>
      <w:r>
        <w:t>This belief that some.</w:t>
      </w:r>
    </w:p>
    <w:p>
      <w:pPr>
        <w:jc w:val="right"/>
      </w:pPr>
      <w:r>
        <w:t>دس بیلیف دیٹ سم۔</w:t>
      </w:r>
    </w:p>
    <w:p>
      <w:r>
        <w:rPr>
          <w:b/>
        </w:rPr>
        <w:t xml:space="preserve">[51:40] </w:t>
      </w:r>
      <w:r>
        <w:t>And I am, I am under, I am under God.</w:t>
      </w:r>
    </w:p>
    <w:p>
      <w:pPr>
        <w:jc w:val="right"/>
      </w:pPr>
      <w:r>
        <w:t>اینڈ ائی ایم، ائی ایم انڈر، ائی ایم انڈر گاڈ۔</w:t>
      </w:r>
    </w:p>
    <w:p>
      <w:r>
        <w:rPr>
          <w:b/>
        </w:rPr>
        <w:t xml:space="preserve">[51:48] </w:t>
      </w:r>
      <w:r>
        <w:t>God is all powerful.</w:t>
      </w:r>
    </w:p>
    <w:p>
      <w:pPr>
        <w:jc w:val="right"/>
      </w:pPr>
      <w:r>
        <w:t>گاڈ از ال پاور فل۔</w:t>
      </w:r>
    </w:p>
    <w:p>
      <w:r>
        <w:rPr>
          <w:b/>
        </w:rPr>
        <w:t xml:space="preserve">[51:56] </w:t>
      </w:r>
      <w:r>
        <w:t>God will can punish me.</w:t>
      </w:r>
    </w:p>
    <w:p>
      <w:pPr>
        <w:jc w:val="right"/>
      </w:pPr>
      <w:r>
        <w:t>گاڈ ویل کین پنش می۔</w:t>
      </w:r>
    </w:p>
    <w:p>
      <w:r>
        <w:rPr>
          <w:b/>
        </w:rPr>
        <w:t xml:space="preserve">[52:03] </w:t>
      </w:r>
      <w:r>
        <w:t>God has a, has a power to send me to hell, or give me entry to paradise.</w:t>
      </w:r>
    </w:p>
    <w:p>
      <w:pPr>
        <w:jc w:val="right"/>
      </w:pPr>
      <w:r>
        <w:t>گاڈ ہیز ا، ہیز ا پاور ٹو سینڈ می ٹو ہیلتھ، اور گیو می انٹری ٹو پیراڈائز۔</w:t>
      </w:r>
    </w:p>
    <w:p>
      <w:r>
        <w:rPr>
          <w:b/>
        </w:rPr>
        <w:t xml:space="preserve">[52:13] </w:t>
      </w:r>
      <w:r>
        <w:t>So it is this belief that was great incentive, that this belief devotion although in equality.</w:t>
      </w:r>
    </w:p>
    <w:p>
      <w:pPr>
        <w:jc w:val="right"/>
      </w:pPr>
      <w:r>
        <w:t>سو اٹ از دس بیلیف دیٹ واز گریٹ انسنٹیو، دیٹ دس بیلیف ڈیوالوشن ال دو ان ایکولٹی۔</w:t>
      </w:r>
    </w:p>
    <w:p>
      <w:r>
        <w:rPr>
          <w:b/>
        </w:rPr>
        <w:t xml:space="preserve">[52:23] </w:t>
      </w:r>
      <w:r>
        <w:t>It is this belief that can devolution all the organs, all the</w:t>
      </w:r>
    </w:p>
    <w:p>
      <w:pPr>
        <w:jc w:val="right"/>
      </w:pPr>
      <w:r>
        <w:t>اٹ از دس بیلیف دیٹ کین ڈیوالوشن ال دو ارگنز، ال دو</w:t>
      </w:r>
    </w:p>
    <w:p>
      <w:r>
        <w:rPr>
          <w:b/>
        </w:rPr>
        <w:t xml:space="preserve">[52:34] </w:t>
      </w:r>
      <w:r>
        <w:t>inequality, although sense of superiority.</w:t>
      </w:r>
    </w:p>
    <w:p>
      <w:pPr>
        <w:jc w:val="right"/>
      </w:pPr>
      <w:r>
        <w:t>ان ایکولٹی، ال دو سینس اف سپیریٹی۔</w:t>
      </w:r>
    </w:p>
    <w:p>
      <w:r>
        <w:rPr>
          <w:b/>
        </w:rPr>
        <w:t xml:space="preserve">[52:42] </w:t>
      </w:r>
      <w:r>
        <w:t>This belief is like bulldozer.</w:t>
      </w:r>
    </w:p>
    <w:p>
      <w:pPr>
        <w:jc w:val="right"/>
      </w:pPr>
      <w:r>
        <w:t>دس بیلیف از لائک بلڈوزر۔</w:t>
      </w:r>
    </w:p>
    <w:p>
      <w:r>
        <w:rPr>
          <w:b/>
        </w:rPr>
        <w:t xml:space="preserve">[52:50] </w:t>
      </w:r>
      <w:r>
        <w:t>The sense of accountability, the belief in Day of Judgment, is like bulldozer.</w:t>
      </w:r>
    </w:p>
    <w:p>
      <w:pPr>
        <w:jc w:val="right"/>
      </w:pPr>
      <w:r>
        <w:t>دا سینس اف اکاؤنٹیبلٹی، دا بیلیف ان ڈے اف ججمنٹ، از لائک بلڈوزر۔</w:t>
      </w:r>
    </w:p>
    <w:p>
      <w:r>
        <w:rPr>
          <w:b/>
        </w:rPr>
        <w:t xml:space="preserve">[52:58] </w:t>
      </w:r>
      <w:r>
        <w:t>It was this bulldozer that,</w:t>
      </w:r>
    </w:p>
    <w:p>
      <w:pPr>
        <w:jc w:val="right"/>
      </w:pPr>
      <w:r>
        <w:t>اٹ واز دس بلڈوزر دیٹ،</w:t>
      </w:r>
    </w:p>
    <w:p>
      <w:r>
        <w:rPr>
          <w:b/>
        </w:rPr>
        <w:t xml:space="preserve">[53:06] </w:t>
      </w:r>
      <w:r>
        <w:t>It was due to this bulldozer that Islam was able to establish a society where everyone was equal.</w:t>
      </w:r>
    </w:p>
    <w:p>
      <w:pPr>
        <w:jc w:val="right"/>
      </w:pPr>
      <w:r>
        <w:t>اٹ واز ڈیو ٹو دس بلڈوزر دیٹ اسلام واز ایبل ٹو اسٹیبلش ا سوسائٹی ویر ایوری ون واز ایکول۔</w:t>
      </w:r>
    </w:p>
    <w:p>
      <w:r>
        <w:rPr>
          <w:b/>
        </w:rPr>
        <w:t xml:space="preserve">[53:23] </w:t>
      </w:r>
      <w:r>
        <w:t>I have studied Islam from its original sources, Quran and Hadith.</w:t>
      </w:r>
    </w:p>
    <w:p>
      <w:pPr>
        <w:jc w:val="right"/>
      </w:pPr>
      <w:r>
        <w:t>ائی ہیو اسٹڈی اسلام فرام اٹس اوریجنل سورسز، قرآن اینڈ حدیث۔</w:t>
      </w:r>
    </w:p>
    <w:p>
      <w:r>
        <w:rPr>
          <w:b/>
        </w:rPr>
        <w:t xml:space="preserve">[53:39] </w:t>
      </w:r>
      <w:r>
        <w:t>I can see that Islam is not a rest.</w:t>
      </w:r>
    </w:p>
    <w:p>
      <w:pPr>
        <w:jc w:val="right"/>
      </w:pPr>
      <w:r>
        <w:t>ائی کین سی دیٹ اسلام از ناٹ ا ریسٹ۔</w:t>
      </w:r>
    </w:p>
    <w:p>
      <w:r>
        <w:rPr>
          <w:b/>
        </w:rPr>
        <w:t xml:space="preserve">[53:47] </w:t>
      </w:r>
      <w:r>
        <w:t>is wrong to believe that everyone was born in Muslim family in the Muslim.</w:t>
      </w:r>
    </w:p>
    <w:p>
      <w:pPr>
        <w:jc w:val="right"/>
      </w:pPr>
      <w:r>
        <w:t>از رونگ ٹو بیلیو دیٹ ایوری ون واز born ان مسلم فیملی ان دا مسلم۔</w:t>
      </w:r>
    </w:p>
    <w:p>
      <w:r>
        <w:rPr>
          <w:b/>
        </w:rPr>
        <w:t xml:space="preserve">[53:54] </w:t>
      </w:r>
      <w:r>
        <w:t>No, it's completely wrong.</w:t>
      </w:r>
    </w:p>
    <w:p>
      <w:pPr>
        <w:jc w:val="right"/>
      </w:pPr>
      <w:r>
        <w:t>نو، اٹس کمپلیٹلی رونگ۔</w:t>
      </w:r>
    </w:p>
    <w:p>
      <w:r>
        <w:rPr>
          <w:b/>
        </w:rPr>
        <w:t xml:space="preserve">[54:02] </w:t>
      </w:r>
      <w:r>
        <w:t>Islam is not rest, not some</w:t>
      </w:r>
    </w:p>
    <w:p>
      <w:pPr>
        <w:jc w:val="right"/>
      </w:pPr>
      <w:r>
        <w:t>اسلام از ناٹ ریسٹ، ناٹ سمپ</w:t>
      </w:r>
    </w:p>
    <w:p>
      <w:r>
        <w:rPr>
          <w:b/>
        </w:rPr>
        <w:t xml:space="preserve">[54:09] </w:t>
      </w:r>
      <w:r>
        <w:t>a community.</w:t>
      </w:r>
    </w:p>
    <w:p>
      <w:pPr>
        <w:jc w:val="right"/>
      </w:pPr>
      <w:r>
        <w:t>لی ا کمیونٹی۔</w:t>
      </w:r>
    </w:p>
    <w:p>
      <w:r>
        <w:rPr>
          <w:b/>
        </w:rPr>
        <w:t xml:space="preserve">[54:15] </w:t>
      </w:r>
      <w:r>
        <w:t>Muslim is one who was discovered Islam is a truth.</w:t>
      </w:r>
    </w:p>
    <w:p>
      <w:pPr>
        <w:jc w:val="right"/>
      </w:pPr>
      <w:r>
        <w:t>مسلم از ون ہو واز ڈسکورڈ اسلام از ا ٹروتھ۔</w:t>
      </w:r>
    </w:p>
    <w:p>
      <w:r>
        <w:rPr>
          <w:b/>
        </w:rPr>
        <w:t xml:space="preserve">[54:22] </w:t>
      </w:r>
      <w:r>
        <w:t>Islam is a discoverer.</w:t>
      </w:r>
    </w:p>
    <w:p>
      <w:pPr>
        <w:jc w:val="right"/>
      </w:pPr>
      <w:r>
        <w:t>اسلام از ا ڈسکورر۔</w:t>
      </w:r>
    </w:p>
    <w:p>
      <w:r>
        <w:rPr>
          <w:b/>
        </w:rPr>
        <w:t xml:space="preserve">[54:28] </w:t>
      </w:r>
      <w:r>
        <w:t>It is well established in the Quran.</w:t>
      </w:r>
    </w:p>
    <w:p>
      <w:pPr>
        <w:jc w:val="right"/>
      </w:pPr>
      <w:r>
        <w:t>اٹ از ویل اسٹیبلش ان دا قرآن۔</w:t>
      </w:r>
    </w:p>
    <w:p>
      <w:r>
        <w:rPr>
          <w:b/>
        </w:rPr>
        <w:t xml:space="preserve">[54:34] </w:t>
      </w:r>
      <w:r>
        <w:t>You can read the para</w:t>
      </w:r>
    </w:p>
    <w:p>
      <w:pPr>
        <w:jc w:val="right"/>
      </w:pPr>
      <w:r>
        <w:t>یو کین ریڈ دا پارہ</w:t>
      </w:r>
    </w:p>
    <w:p>
      <w:r>
        <w:rPr>
          <w:b/>
        </w:rPr>
        <w:t xml:space="preserve">[54:40] </w:t>
      </w:r>
      <w:r>
        <w:t>Seven: "Mount Al-Rasool".</w:t>
      </w:r>
    </w:p>
    <w:p>
      <w:pPr>
        <w:jc w:val="right"/>
      </w:pPr>
      <w:r>
        <w:t>سیون: "ماؤنٹ الرسول"۔</w:t>
      </w:r>
    </w:p>
    <w:p>
      <w:r>
        <w:rPr>
          <w:b/>
        </w:rPr>
        <w:t xml:space="preserve">[54:48] </w:t>
      </w:r>
      <w:r>
        <w:t>Mima arafoo min al-haq.</w:t>
      </w:r>
    </w:p>
    <w:p>
      <w:pPr>
        <w:jc w:val="right"/>
      </w:pPr>
      <w:r>
        <w:t>مما عرفو من الحق۔</w:t>
      </w:r>
    </w:p>
    <w:p>
      <w:r>
        <w:rPr>
          <w:b/>
        </w:rPr>
        <w:t xml:space="preserve">[54:56] </w:t>
      </w:r>
      <w:r>
        <w:t>Arfu means was discovered Islam is a truth.</w:t>
      </w:r>
    </w:p>
    <w:p>
      <w:pPr>
        <w:jc w:val="right"/>
      </w:pPr>
      <w:r>
        <w:t>عرفو مینز واز ڈسکورڈ اسلام از ا ٹروتھ۔</w:t>
      </w:r>
    </w:p>
    <w:p>
      <w:r>
        <w:rPr>
          <w:b/>
        </w:rPr>
        <w:t xml:space="preserve">[55:04] </w:t>
      </w:r>
      <w:r>
        <w:t>تو Islam is not, is not a</w:t>
      </w:r>
    </w:p>
    <w:p>
      <w:pPr>
        <w:jc w:val="right"/>
      </w:pPr>
      <w:r>
        <w:t>تو اسلام از ناٹ، از ناٹ ا</w:t>
      </w:r>
    </w:p>
    <w:p>
      <w:r>
        <w:rPr>
          <w:b/>
        </w:rPr>
        <w:t xml:space="preserve">[55:12] </w:t>
      </w:r>
      <w:r>
        <w:t>culture, is not a race, is not a family religion.</w:t>
      </w:r>
    </w:p>
    <w:p>
      <w:pPr>
        <w:jc w:val="right"/>
      </w:pPr>
      <w:r>
        <w:t>کلچر، از ناٹ ا ریسٹ، از ناٹ ا فیملی ریلیجن۔</w:t>
      </w:r>
    </w:p>
    <w:p>
      <w:r>
        <w:rPr>
          <w:b/>
        </w:rPr>
        <w:t xml:space="preserve">[55:22] </w:t>
      </w:r>
      <w:r>
        <w:t>No, Islam is a discovery.</w:t>
      </w:r>
    </w:p>
    <w:p>
      <w:pPr>
        <w:jc w:val="right"/>
      </w:pPr>
      <w:r>
        <w:t>نو، اسلام از ا ڈسکوری۔</w:t>
      </w:r>
    </w:p>
    <w:p>
      <w:r>
        <w:rPr>
          <w:b/>
        </w:rPr>
        <w:t xml:space="preserve">[55:33] </w:t>
      </w:r>
      <w:r>
        <w:t>I can say it myself that although I was born in a Muslim family, but then</w:t>
      </w:r>
    </w:p>
    <w:p>
      <w:pPr>
        <w:jc w:val="right"/>
      </w:pPr>
      <w:r>
        <w:t>ائی کین سے اٹ مائی سیلف دیٹ ال دو ائی واز born ان ا مسلم فیملی، بٹ دین</w:t>
      </w:r>
    </w:p>
    <w:p>
      <w:r>
        <w:rPr>
          <w:b/>
        </w:rPr>
        <w:t xml:space="preserve">[55:44] </w:t>
      </w:r>
      <w:r>
        <w:t>I became disbeliever.</w:t>
      </w:r>
    </w:p>
    <w:p>
      <w:pPr>
        <w:jc w:val="right"/>
      </w:pPr>
      <w:r>
        <w:t>ائی بیکم ڈس بیلیور۔</w:t>
      </w:r>
    </w:p>
    <w:p>
      <w:r>
        <w:rPr>
          <w:b/>
        </w:rPr>
        <w:t xml:space="preserve">[55:54] </w:t>
      </w:r>
      <w:r>
        <w:t>Then I again studied Islam for several years, and I can say that I rediscovered Islam.</w:t>
      </w:r>
    </w:p>
    <w:p>
      <w:pPr>
        <w:jc w:val="right"/>
      </w:pPr>
      <w:r>
        <w:t>دین ائی اگین سٹڈیڈ اسلام فار سیورل ایئرز، اینڈ ائی کین سی دیٹ ائی ری ڈسکورڈ اسلام۔</w:t>
      </w:r>
    </w:p>
    <w:p>
      <w:r>
        <w:rPr>
          <w:b/>
        </w:rPr>
        <w:t xml:space="preserve">[56:04] </w:t>
      </w:r>
      <w:r>
        <w:t>So, Islam is my rediscovery. I</w:t>
      </w:r>
    </w:p>
    <w:p>
      <w:pPr>
        <w:jc w:val="right"/>
      </w:pPr>
      <w:r>
        <w:t>سو اسلام از مائی ری ڈسکوری۔ ائی</w:t>
      </w:r>
    </w:p>
    <w:p>
      <w:r>
        <w:rPr>
          <w:b/>
        </w:rPr>
        <w:t xml:space="preserve">[56:14] </w:t>
      </w:r>
      <w:r>
        <w:t>I have told this story in my book: "Islam Rediscovered".</w:t>
      </w:r>
    </w:p>
    <w:p>
      <w:pPr>
        <w:jc w:val="right"/>
      </w:pPr>
      <w:r>
        <w:t>ہیو، ائی ہیو ٹولڈ دس سٹوری ان مائی بک: "اسلام ری ڈسکورڈ"۔</w:t>
      </w:r>
    </w:p>
    <w:p>
      <w:r>
        <w:rPr>
          <w:b/>
        </w:rPr>
        <w:t xml:space="preserve">[56:24] </w:t>
      </w:r>
      <w:r>
        <w:t>Islam is not my family religion, my parents' religion, the religion of my community.</w:t>
      </w:r>
    </w:p>
    <w:p>
      <w:pPr>
        <w:jc w:val="right"/>
      </w:pPr>
      <w:r>
        <w:t>اسلام از ناٹ مائی فیملی ریلیجن، مائی پیرنٹس ریلیجن، دا ریلیجن اف مائی کمیونٹی۔</w:t>
      </w:r>
    </w:p>
    <w:p>
      <w:r>
        <w:rPr>
          <w:b/>
        </w:rPr>
        <w:t xml:space="preserve">[56:35] </w:t>
      </w:r>
      <w:r>
        <w:t>No, Islam is my rediscovery. So</w:t>
      </w:r>
    </w:p>
    <w:p>
      <w:pPr>
        <w:jc w:val="right"/>
      </w:pPr>
      <w:r>
        <w:t>نو، اسلام از مائی ری ڈسکوری۔ سو</w:t>
      </w:r>
    </w:p>
    <w:p>
      <w:r>
        <w:rPr>
          <w:b/>
        </w:rPr>
        <w:t xml:space="preserve">[56:45] </w:t>
      </w:r>
      <w:r>
        <w:t>Again, I will repeat that you have to differentiate between Islam and Muslims.</w:t>
      </w:r>
    </w:p>
    <w:p>
      <w:pPr>
        <w:jc w:val="right"/>
      </w:pPr>
      <w:r>
        <w:t>اگین، ائی ویل ریپیٹ دیٹ یو ہیو ٹو ڈیفرنشیٹ بٹوین اسلام اینڈ مسلمز۔</w:t>
      </w:r>
    </w:p>
    <w:p>
      <w:r>
        <w:rPr>
          <w:b/>
        </w:rPr>
        <w:t xml:space="preserve">[57:06] </w:t>
      </w:r>
      <w:r>
        <w:t>You have to judge Muslims in the light of Islamic teaching and not vice versa. Thank you.</w:t>
      </w:r>
    </w:p>
    <w:p>
      <w:pPr>
        <w:jc w:val="right"/>
      </w:pPr>
      <w:r>
        <w:t>یو ہیو ٹو جج مسلمز ان دا لائٹ اف اسلامک ٹیچنگ اینڈ ناٹ وائس ورسا۔ تھینک یو۔</w:t>
      </w:r>
    </w:p>
    <w:p>
      <w:r>
        <w:rPr>
          <w:b/>
        </w:rPr>
        <w:t xml:space="preserve">[57:27] </w:t>
      </w:r>
      <w:r>
        <w:t>Any questions? Nahin, koi suggestions?</w:t>
      </w:r>
    </w:p>
    <w:p>
      <w:pPr>
        <w:jc w:val="right"/>
      </w:pPr>
      <w:r>
        <w:t>اے کوئسچنز؟ نہیں، کوئی سجیشنز؟</w:t>
      </w:r>
    </w:p>
    <w:p>
      <w:r>
        <w:rPr>
          <w:b/>
        </w:rPr>
        <w:t xml:space="preserve">[58:05] </w:t>
      </w:r>
      <w:r>
        <w:t>Friends, in our ongoing discussion, I have to mention to you Saadia Khan, friend of the Maulana Saheb.</w:t>
      </w:r>
    </w:p>
    <w:p>
      <w:pPr>
        <w:jc w:val="right"/>
      </w:pPr>
      <w:r>
        <w:t>فرینڈز، انفورمنگ کورس ڈسکشن: ائی ہیو ٹو منش ٹو ریپروز ٹو یو سعدیہ خان، فرینڈ اف دا مولانا صاحب۔</w:t>
      </w:r>
    </w:p>
    <w:p>
      <w:r>
        <w:rPr>
          <w:b/>
        </w:rPr>
        <w:t xml:space="preserve">[58:16] </w:t>
      </w:r>
      <w:r>
        <w:t>She is third generation of Maulana Sahib, start of his son, and she also, she is also going</w:t>
      </w:r>
    </w:p>
    <w:p>
      <w:pPr>
        <w:jc w:val="right"/>
      </w:pPr>
      <w:r>
        <w:t>شی از تھرڈ جنریشن اف مولانا صاحب، سٹارٹ اف ہز سن، اینڈ شی السو، شی از السو گوئنگ</w:t>
      </w:r>
    </w:p>
    <w:p>
      <w:r>
        <w:rPr>
          <w:b/>
        </w:rPr>
        <w:t xml:space="preserve">[58:27] </w:t>
      </w:r>
      <w:r>
        <w:t>A sort of transformation.</w:t>
      </w:r>
    </w:p>
    <w:p>
      <w:pPr>
        <w:jc w:val="right"/>
      </w:pPr>
      <w:r>
        <w:t>ا سورٹ اف ٹرانسفارمیشن۔</w:t>
      </w:r>
    </w:p>
    <w:p>
      <w:r>
        <w:rPr>
          <w:b/>
        </w:rPr>
        <w:t xml:space="preserve">[58:38] </w:t>
      </w:r>
      <w:r>
        <w:t>She wants to share her experiences in the Center for Peace and Spirituality for a few minutes with you.</w:t>
      </w:r>
    </w:p>
    <w:p>
      <w:pPr>
        <w:jc w:val="right"/>
      </w:pPr>
      <w:r>
        <w:t>شی وانٹس ٹو شیئر ہر ایکسپیرینسز ان دا سینٹر فار پیس اینڈ سپرچویلیٹی ایٹ فار ا فیو منٹس ود یو۔</w:t>
      </w:r>
    </w:p>
    <w:p>
      <w:r>
        <w:rPr>
          <w:b/>
        </w:rPr>
        <w:t xml:space="preserve">[58:45] </w:t>
      </w:r>
      <w:r>
        <w:t>I want, I invite Saadia to express whatever is in her mind.</w:t>
      </w:r>
    </w:p>
    <w:p>
      <w:pPr>
        <w:jc w:val="right"/>
      </w:pPr>
      <w:r>
        <w:t>ائی وانٹ، ائی انوائٹ سعدیہ ٹو ایکسپریس واٹ ایور از ان ہر مائنڈ۔</w:t>
      </w:r>
    </w:p>
    <w:p>
      <w:r>
        <w:rPr>
          <w:b/>
        </w:rPr>
        <w:t xml:space="preserve">[58:53] </w:t>
      </w:r>
      <w:r>
        <w:t>Hello everybody!</w:t>
      </w:r>
    </w:p>
    <w:p>
      <w:pPr>
        <w:jc w:val="right"/>
      </w:pPr>
      <w:r>
        <w:t>ہیلو ایوری بڈی!</w:t>
      </w:r>
    </w:p>
    <w:p>
      <w:r>
        <w:rPr>
          <w:b/>
        </w:rPr>
        <w:t xml:space="preserve">[59:01] </w:t>
      </w:r>
      <w:r>
        <w:t>I am Sadia Khan,</w:t>
      </w:r>
    </w:p>
    <w:p>
      <w:pPr>
        <w:jc w:val="right"/>
      </w:pPr>
      <w:r>
        <w:t>ائی ایم سعدیہ خان،</w:t>
      </w:r>
    </w:p>
    <w:p>
      <w:r>
        <w:rPr>
          <w:b/>
        </w:rPr>
        <w:t xml:space="preserve">[59:08] </w:t>
      </w:r>
      <w:r>
        <w:t>And I am 20 years old.</w:t>
      </w:r>
    </w:p>
    <w:p>
      <w:pPr>
        <w:jc w:val="right"/>
      </w:pPr>
      <w:r>
        <w:t>اینڈ ائی ایم 20 ایئرز اولڈ۔</w:t>
      </w:r>
    </w:p>
    <w:p>
      <w:r>
        <w:rPr>
          <w:b/>
        </w:rPr>
        <w:t xml:space="preserve">[59:13] </w:t>
      </w:r>
      <w:r>
        <w:t>I am doing Political Science Honors, that's my bachelor's.</w:t>
      </w:r>
    </w:p>
    <w:p>
      <w:pPr>
        <w:jc w:val="right"/>
      </w:pPr>
      <w:r>
        <w:t>ائی ایم ڈوئنگ پولیٹیکل سائنس انرز، دیٹس مائی بیچلرز۔</w:t>
      </w:r>
    </w:p>
    <w:p>
      <w:r>
        <w:rPr>
          <w:b/>
        </w:rPr>
        <w:t xml:space="preserve">[59:18] </w:t>
      </w:r>
      <w:r>
        <w:t>I am in second year.</w:t>
      </w:r>
    </w:p>
    <w:p>
      <w:pPr>
        <w:jc w:val="right"/>
      </w:pPr>
      <w:r>
        <w:t>ائی ایم ان سیکنڈ ایئر۔</w:t>
      </w:r>
    </w:p>
    <w:p>
      <w:r>
        <w:rPr>
          <w:b/>
        </w:rPr>
        <w:t xml:space="preserve">[59:24] </w:t>
      </w:r>
      <w:r>
        <w:t>I don't have much to tell, everything is already been told.</w:t>
      </w:r>
    </w:p>
    <w:p>
      <w:pPr>
        <w:jc w:val="right"/>
      </w:pPr>
      <w:r>
        <w:t>ائی ڈونٹ ہیو مچ ٹو ٹیل، ایوری تھنگ از الریڈی بین ٹولڈ۔</w:t>
      </w:r>
    </w:p>
    <w:p>
      <w:r>
        <w:rPr>
          <w:b/>
        </w:rPr>
        <w:t xml:space="preserve">[59:29] </w:t>
      </w:r>
      <w:r>
        <w:t>I just want to tell you my life, which I live in just one year.</w:t>
      </w:r>
    </w:p>
    <w:p>
      <w:pPr>
        <w:jc w:val="right"/>
      </w:pPr>
      <w:r>
        <w:t>ائی جسٹ وانٹ ٹو ٹیل یو مائی لائف، وچ ائی لیو ان جسٹ ون ایئر۔</w:t>
      </w:r>
    </w:p>
    <w:p>
      <w:r>
        <w:rPr>
          <w:b/>
        </w:rPr>
        <w:t xml:space="preserve">[59:34] </w:t>
      </w:r>
      <w:r>
        <w:t>In this one year,</w:t>
      </w:r>
    </w:p>
    <w:p>
      <w:pPr>
        <w:jc w:val="right"/>
      </w:pPr>
      <w:r>
        <w:t>ان دس ون ایئر،</w:t>
      </w:r>
    </w:p>
    <w:p>
      <w:r>
        <w:rPr>
          <w:b/>
        </w:rPr>
        <w:t xml:space="preserve">[59:39] </w:t>
      </w:r>
      <w:r>
        <w:t>It's exactly one year from now.</w:t>
      </w:r>
    </w:p>
    <w:p>
      <w:pPr>
        <w:jc w:val="right"/>
      </w:pPr>
      <w:r>
        <w:t>اٹس ایگزیکٹلی ون ایئر فرام ناؤ۔</w:t>
      </w:r>
    </w:p>
    <w:p>
      <w:r>
        <w:rPr>
          <w:b/>
        </w:rPr>
        <w:t xml:space="preserve">[59:47] </w:t>
      </w:r>
      <w:r>
        <w:t>That is in January 2005.</w:t>
      </w:r>
    </w:p>
    <w:p>
      <w:pPr>
        <w:jc w:val="right"/>
      </w:pPr>
      <w:r>
        <w:t>دیٹ از ان جنوری 2005۔</w:t>
      </w:r>
    </w:p>
    <w:p>
      <w:r>
        <w:rPr>
          <w:b/>
        </w:rPr>
        <w:t xml:space="preserve">[59:55] </w:t>
      </w:r>
      <w:r>
        <w:t>I became a member of Center Peace and Spirituality, and I accepted Maulana as my unconditional guru.</w:t>
      </w:r>
    </w:p>
    <w:p>
      <w:pPr>
        <w:jc w:val="right"/>
      </w:pPr>
      <w:r>
        <w:t>ائی بیکم ا ممبر اف سینٹر پیس اینڈ سپرچویلٹی، اینڈ ائی ایکسیپٹڈ مولانا ایز مائی ان کنڈیشنل گرو۔</w:t>
      </w:r>
    </w:p>
    <w:p>
      <w:r>
        <w:rPr>
          <w:b/>
        </w:rPr>
        <w:t xml:space="preserve">[1:00:03] </w:t>
      </w:r>
      <w:r>
        <w:t>This serving as a turning point in my life.</w:t>
      </w:r>
    </w:p>
    <w:p>
      <w:pPr>
        <w:jc w:val="right"/>
      </w:pPr>
      <w:r>
        <w:t>دس سرونگ ایز ا ٹرننگ پوائنٹ ان مائی لائف۔</w:t>
      </w:r>
    </w:p>
    <w:p>
      <w:r>
        <w:rPr>
          <w:b/>
        </w:rPr>
        <w:t xml:space="preserve">[1:00:11] </w:t>
      </w:r>
      <w:r>
        <w:t>In the past one year, I have realized the creation plan of God.</w:t>
      </w:r>
    </w:p>
    <w:p>
      <w:pPr>
        <w:jc w:val="right"/>
      </w:pPr>
      <w:r>
        <w:t>ان دا پاسٹ ون ایئر، ائی ہیو ریلائزڈ دی کریشن پلان اف گاڈ۔</w:t>
      </w:r>
    </w:p>
    <w:p>
      <w:r>
        <w:rPr>
          <w:b/>
        </w:rPr>
        <w:t xml:space="preserve">[1:00:22] </w:t>
      </w:r>
      <w:r>
        <w:t>I have discovered that life today, that I am living, is nothing else but a test, which gives</w:t>
      </w:r>
    </w:p>
    <w:p>
      <w:pPr>
        <w:jc w:val="right"/>
      </w:pPr>
      <w:r>
        <w:t>ائی ہیو ڈسکورڈ دیٹ لائف ٹوڈے، دیٹ ائی ایم لیونگ، از نتھنگ ایلس بٹ ا ٹیسٹ، وچ گیوز</w:t>
      </w:r>
    </w:p>
    <w:p>
      <w:r>
        <w:rPr>
          <w:b/>
        </w:rPr>
        <w:t xml:space="preserve">[1:00:32] </w:t>
      </w:r>
      <w:r>
        <w:t>my immense solace, and that I will be rewarded just like anybody else</w:t>
      </w:r>
    </w:p>
    <w:p>
      <w:pPr>
        <w:jc w:val="right"/>
      </w:pPr>
      <w:r>
        <w:t>می ایمنس سولیس، اینڈ دیٹ ائی ویل بی ریوارڈڈ جسٹ لائک اینی بڈی ایلس</w:t>
      </w:r>
    </w:p>
    <w:p>
      <w:r>
        <w:rPr>
          <w:b/>
        </w:rPr>
        <w:t xml:space="preserve">[1:00:43] </w:t>
      </w:r>
      <w:r>
        <w:t>in the life hereafter. Since the past one year, all my definitions, everything in my life is changed. My definition of richness, my definition of happiness, sadness, everything is changed. I have gone a, I have undergone a complete tr</w:t>
      </w:r>
    </w:p>
    <w:p>
      <w:pPr>
        <w:jc w:val="right"/>
      </w:pPr>
      <w:r>
        <w:t>ان دا لائف ہیر افٹر۔ سنس دا پاسٹ ون ایئر، ال مائی ڈیفینیشنز، ایوری تھنگ ان مائی لائف از چینجڈ۔ مائی ڈیفینیشن اف رچنس، مائی ڈیفینیشن اف ہیپینس، سادنس، ایوری تھنگ از چینجڈ۔ ائی ہیو گون ا، ائی ہیو انڈرگون ا کمپلیٹ ٹر</w:t>
      </w:r>
    </w:p>
    <w:p>
      <w:r>
        <w:rPr>
          <w:b/>
        </w:rPr>
        <w:t xml:space="preserve">[1:01:13] </w:t>
      </w:r>
      <w:r>
        <w:t>information, a complete intellectual transformation.</w:t>
      </w:r>
    </w:p>
    <w:p>
      <w:pPr>
        <w:jc w:val="right"/>
      </w:pPr>
      <w:r>
        <w:t>انسفارمیشن، ا کمپلیٹ انٹلیکچول ٹرانسفارمیشن۔</w:t>
      </w:r>
    </w:p>
    <w:p>
      <w:r>
        <w:rPr>
          <w:b/>
        </w:rPr>
        <w:t xml:space="preserve">[1:01:21] </w:t>
      </w:r>
      <w:r>
        <w:t>I would like to share a very incident which happened with me.</w:t>
      </w:r>
    </w:p>
    <w:p>
      <w:pPr>
        <w:jc w:val="right"/>
      </w:pPr>
      <w:r>
        <w:t>ائی وڈ لائک ٹو شیئر ویری ان انسیڈنٹ وچ ہیپنڈ ود می۔</w:t>
      </w:r>
    </w:p>
    <w:p>
      <w:r>
        <w:rPr>
          <w:b/>
        </w:rPr>
        <w:t xml:space="preserve">[1:01:30] </w:t>
      </w:r>
      <w:r>
        <w:t>This might not be a very significant, this might not seem a very significant thing to anybody</w:t>
      </w:r>
    </w:p>
    <w:p>
      <w:pPr>
        <w:jc w:val="right"/>
      </w:pPr>
      <w:r>
        <w:t>دس مائٹ ناٹ بی ا ویری سگنیفیکنٹ، دس مائٹ ناٹ سیم ا ویری سگنیفیکنٹ تھنگ ٹو اینی بڈی</w:t>
      </w:r>
    </w:p>
    <w:p>
      <w:r>
        <w:rPr>
          <w:b/>
        </w:rPr>
        <w:t xml:space="preserve">[1:01:38] </w:t>
      </w:r>
      <w:r>
        <w:t>Here, but it was a very, very big incident of my life, and I always remember it.</w:t>
      </w:r>
    </w:p>
    <w:p>
      <w:pPr>
        <w:jc w:val="right"/>
      </w:pPr>
      <w:r>
        <w:t>ہیر، بٹ اٹ واز ا ویری، ویری بگ انسیڈنٹ اف مائی لائف، اینڈ ائی الویز ایمریٹ۔</w:t>
      </w:r>
    </w:p>
    <w:p>
      <w:r>
        <w:rPr>
          <w:b/>
        </w:rPr>
        <w:t xml:space="preserve">[1:01:46] </w:t>
      </w:r>
      <w:r>
        <w:t>a airbag, that is in 2003.</w:t>
      </w:r>
    </w:p>
    <w:p>
      <w:pPr>
        <w:jc w:val="right"/>
      </w:pPr>
      <w:r>
        <w:t>ا ایئر بیک، دیٹ از ان 2003۔</w:t>
      </w:r>
    </w:p>
    <w:p>
      <w:r>
        <w:rPr>
          <w:b/>
        </w:rPr>
        <w:t xml:space="preserve">[1:01:51] </w:t>
      </w:r>
      <w:r>
        <w:t>I just remember the dates very well.</w:t>
      </w:r>
    </w:p>
    <w:p>
      <w:pPr>
        <w:jc w:val="right"/>
      </w:pPr>
      <w:r>
        <w:t>ائی جسٹ ریممبر دا ڈیٹس ویری ویل۔</w:t>
      </w:r>
    </w:p>
    <w:p>
      <w:r>
        <w:rPr>
          <w:b/>
        </w:rPr>
        <w:t xml:space="preserve">[1:01:55] </w:t>
      </w:r>
      <w:r>
        <w:t>In 2003, that makes it.</w:t>
      </w:r>
    </w:p>
    <w:p>
      <w:pPr>
        <w:jc w:val="right"/>
      </w:pPr>
      <w:r>
        <w:t>ان 2003، دیٹ میکس اٹ۔</w:t>
      </w:r>
    </w:p>
    <w:p>
      <w:r>
        <w:rPr>
          <w:b/>
        </w:rPr>
        <w:t xml:space="preserve">[1:01:59] </w:t>
      </w:r>
      <w:r>
        <w:t>I have a court near my house, and I go to play badminton there.</w:t>
      </w:r>
    </w:p>
    <w:p>
      <w:pPr>
        <w:jc w:val="right"/>
      </w:pPr>
      <w:r>
        <w:t>ائی ہیو ا کورٹ نیار مائی ہاؤس، اینڈ ائی گو ٹو پلے بیڈمنٹن دیر۔</w:t>
      </w:r>
    </w:p>
    <w:p>
      <w:r>
        <w:rPr>
          <w:b/>
        </w:rPr>
        <w:t xml:space="preserve">[1:02:04] </w:t>
      </w:r>
      <w:r>
        <w:t>So I have gone to play badminton, like you know, I go every evening.</w:t>
      </w:r>
    </w:p>
    <w:p>
      <w:pPr>
        <w:jc w:val="right"/>
      </w:pPr>
      <w:r>
        <w:t>سو ائی ہیو گون ٹو پلے بیڈمنٹن، لائک یو نو، ائی گو ایوری ایوننگ۔</w:t>
      </w:r>
    </w:p>
    <w:p>
      <w:r>
        <w:rPr>
          <w:b/>
        </w:rPr>
        <w:t xml:space="preserve">[1:02:08] </w:t>
      </w:r>
      <w:r>
        <w:t>And while we were playing, there was a group of boys who were waiting there to play just</w:t>
      </w:r>
    </w:p>
    <w:p>
      <w:pPr>
        <w:jc w:val="right"/>
      </w:pPr>
      <w:r>
        <w:t>اینڈ وائل وی وار پلینگ، دیر وار ا گروپ اف بوائز ہو وار ویٹنگ دیر ٹو پلے جسٹ</w:t>
      </w:r>
    </w:p>
    <w:p>
      <w:r>
        <w:rPr>
          <w:b/>
        </w:rPr>
        <w:t xml:space="preserve">[1:02:13] </w:t>
      </w:r>
      <w:r>
        <w:t>After we would have finished.</w:t>
      </w:r>
    </w:p>
    <w:p>
      <w:pPr>
        <w:jc w:val="right"/>
      </w:pPr>
      <w:r>
        <w:t>افٹر وی وڈ ہیو فنشڈ۔</w:t>
      </w:r>
    </w:p>
    <w:p>
      <w:r>
        <w:rPr>
          <w:b/>
        </w:rPr>
        <w:t xml:space="preserve">[1:02:17] </w:t>
      </w:r>
      <w:r>
        <w:t>So maybe we play a little long, so they were like, they came and they were like,</w:t>
      </w:r>
    </w:p>
    <w:p>
      <w:pPr>
        <w:jc w:val="right"/>
      </w:pPr>
      <w:r>
        <w:t>سو می بی وی پلے ا لٹل لانگ، سو دے وار لائک، دے کیم اینڈ دے وار لائک،</w:t>
      </w:r>
    </w:p>
    <w:p>
      <w:r>
        <w:rPr>
          <w:b/>
        </w:rPr>
        <w:t xml:space="preserve">[1:02:23] </w:t>
      </w:r>
      <w:r>
        <w:t>"You please go now, it's enough, you played, you played very long." And I was like, I became</w:t>
      </w:r>
    </w:p>
    <w:p>
      <w:pPr>
        <w:jc w:val="right"/>
      </w:pPr>
      <w:r>
        <w:t>"یو پلیز گو ناو، اٹس انف، یو پلیڈ، یو پلیڈ ویری لانگ۔" اینڈ ائی واز لائک، ائی بیکم</w:t>
      </w:r>
    </w:p>
    <w:p>
      <w:r>
        <w:rPr>
          <w:b/>
        </w:rPr>
        <w:t xml:space="preserve">[1:02:29] </w:t>
      </w:r>
      <w:r>
        <w:t>to the entity, and I screamed and shouted and reacted.</w:t>
      </w:r>
    </w:p>
    <w:p>
      <w:pPr>
        <w:jc w:val="right"/>
      </w:pPr>
      <w:r>
        <w:t>ٹو دی اینٹی، اینڈ ائی سکریمڈ اینڈ شاؤٹڈ اینڈ ری ایکٹڈ۔</w:t>
      </w:r>
    </w:p>
    <w:p>
      <w:r>
        <w:rPr>
          <w:b/>
        </w:rPr>
        <w:t xml:space="preserve">[1:02:35] </w:t>
      </w:r>
      <w:r>
        <w:t>I was as a, I think I am not told you before, that I was a very, very</w:t>
      </w:r>
    </w:p>
    <w:p>
      <w:pPr>
        <w:jc w:val="right"/>
      </w:pPr>
      <w:r>
        <w:t>ائی واز ایز ا، ائی تھنک ائی ایم ناٹ ٹولڈ یو بیفور، دیٹ ائی واز ا ویری، ویری</w:t>
      </w:r>
    </w:p>
    <w:p>
      <w:r>
        <w:rPr>
          <w:b/>
        </w:rPr>
        <w:t xml:space="preserve">[1:02:41] </w:t>
      </w:r>
      <w:r>
        <w:t>arrogant, a very, very irresponsible girl, a very, very</w:t>
      </w:r>
    </w:p>
    <w:p>
      <w:pPr>
        <w:jc w:val="right"/>
      </w:pPr>
      <w:r>
        <w:t>اریگنٹ، ا ویری، ویری ائرپانسبل گرل، ا ویری، ویری</w:t>
      </w:r>
    </w:p>
    <w:p>
      <w:r>
        <w:rPr>
          <w:b/>
        </w:rPr>
        <w:t xml:space="preserve">[1:02:47] </w:t>
      </w:r>
      <w:r>
        <w:t>very, very irresponsible human being.</w:t>
      </w:r>
    </w:p>
    <w:p>
      <w:pPr>
        <w:jc w:val="right"/>
      </w:pPr>
      <w:r>
        <w:t>، ویری، ویری ائرپانسبل ہیومن بینگ۔</w:t>
      </w:r>
    </w:p>
    <w:p>
      <w:r>
        <w:rPr>
          <w:b/>
        </w:rPr>
        <w:t xml:space="preserve">[1:02:52] </w:t>
      </w:r>
      <w:r>
        <w:t>So I screamed at him, and I shouted at him.</w:t>
      </w:r>
    </w:p>
    <w:p>
      <w:pPr>
        <w:jc w:val="right"/>
      </w:pPr>
      <w:r>
        <w:t>سو ائی سکریمڈ ایٹ ہم، اینڈ ائی شاؤٹڈ اٹ ہم۔</w:t>
      </w:r>
    </w:p>
    <w:p>
      <w:r>
        <w:rPr>
          <w:b/>
        </w:rPr>
        <w:t xml:space="preserve">[1:02:58] </w:t>
      </w:r>
      <w:r>
        <w:t>And since then, this guy is called Shaiq.</w:t>
      </w:r>
    </w:p>
    <w:p>
      <w:pPr>
        <w:jc w:val="right"/>
      </w:pPr>
      <w:r>
        <w:t>اینڈ سنس دین، دس گائے از کالڈ شائق۔</w:t>
      </w:r>
    </w:p>
    <w:p>
      <w:r>
        <w:rPr>
          <w:b/>
        </w:rPr>
        <w:t xml:space="preserve">[1:03:03] </w:t>
      </w:r>
      <w:r>
        <w:t>And since then, for a year, almost for a year now, in a sense, we don't speak.</w:t>
      </w:r>
    </w:p>
    <w:p>
      <w:pPr>
        <w:jc w:val="right"/>
      </w:pPr>
      <w:r>
        <w:t>اینڈ سنس دین، فار ا ایئر، الموسٹ فار ا ایئر ناو، ان سینس، وی ڈونٹ سپیک۔</w:t>
      </w:r>
    </w:p>
    <w:p>
      <w:r>
        <w:rPr>
          <w:b/>
        </w:rPr>
        <w:t xml:space="preserve">[1:03:08] </w:t>
      </w:r>
      <w:r>
        <w:t>We were angry with each other, and obviously, we had negative, negative thoughts about each other.</w:t>
      </w:r>
    </w:p>
    <w:p>
      <w:pPr>
        <w:jc w:val="right"/>
      </w:pPr>
      <w:r>
        <w:t>وی وار اینگری ود ایچ ادر، اینڈ اویسلی، وی ہیڈ نیگیٹیو، نیگیٹیو تھاٹس اباؤٹ ایچ ادر۔</w:t>
      </w:r>
    </w:p>
    <w:p>
      <w:r>
        <w:rPr>
          <w:b/>
        </w:rPr>
        <w:t xml:space="preserve">[1:03:13] </w:t>
      </w:r>
      <w:r>
        <w:t>And after I</w:t>
      </w:r>
    </w:p>
    <w:p>
      <w:pPr>
        <w:jc w:val="right"/>
      </w:pPr>
      <w:r>
        <w:t>اینڈ افٹر ائی</w:t>
      </w:r>
    </w:p>
    <w:p>
      <w:r>
        <w:rPr>
          <w:b/>
        </w:rPr>
        <w:t xml:space="preserve">[1:03:18] </w:t>
      </w:r>
      <w:r>
        <w:t>was undergoing this transformation, and I was realizing new things, and I was rediscovering things, that I</w:t>
      </w:r>
    </w:p>
    <w:p>
      <w:pPr>
        <w:jc w:val="right"/>
      </w:pPr>
      <w:r>
        <w:t>واز انڈرگوئنگ دس ٹرانسفارمیشن، اینڈ ائی واز ریلائزنگ نیو تھنگز، اینڈ ائی واز ری ڈسکورنگ تھنگز، دیٹ ائی</w:t>
      </w:r>
    </w:p>
    <w:p>
      <w:r>
        <w:rPr>
          <w:b/>
        </w:rPr>
        <w:t xml:space="preserve">[1:03:23] </w:t>
      </w:r>
      <w:r>
        <w:t>realized, I realized my mistake.</w:t>
      </w:r>
    </w:p>
    <w:p>
      <w:pPr>
        <w:jc w:val="right"/>
      </w:pPr>
      <w:r>
        <w:t>ریلائزڈ، ائی ریلائزڈ مائی مسٹیک۔</w:t>
      </w:r>
    </w:p>
    <w:p>
      <w:r>
        <w:rPr>
          <w:b/>
        </w:rPr>
        <w:t xml:space="preserve">[1:03:28] </w:t>
      </w:r>
      <w:r>
        <w:t>I realized my mistake, whatever percentage it was, 1 percent, 2 percent, 99 percent, whatever percentage</w:t>
      </w:r>
    </w:p>
    <w:p>
      <w:pPr>
        <w:jc w:val="right"/>
      </w:pPr>
      <w:r>
        <w:t>ائی ریلائزڈ مائی مسٹیک، واٹ ایور پرسنٹیج اٹ واز، 1 پرسنٹ، 2 پرسنٹ، 99 پرسنٹ، واٹ ایور پرسنٹیج</w:t>
      </w:r>
    </w:p>
    <w:p>
      <w:r>
        <w:rPr>
          <w:b/>
        </w:rPr>
        <w:t xml:space="preserve">[1:03:33] </w:t>
      </w:r>
      <w:r>
        <w:t>was, it was.</w:t>
      </w:r>
    </w:p>
    <w:p>
      <w:pPr>
        <w:jc w:val="right"/>
      </w:pPr>
      <w:r>
        <w:t>واز، اٹ واز۔</w:t>
      </w:r>
    </w:p>
    <w:p>
      <w:r>
        <w:rPr>
          <w:b/>
        </w:rPr>
        <w:t xml:space="preserve">[1:03:38] </w:t>
      </w:r>
      <w:r>
        <w:t>I went to Shank, and I said, I said, "Hey Bill, I'm really sorry, I was wrong,</w:t>
      </w:r>
    </w:p>
    <w:p>
      <w:pPr>
        <w:jc w:val="right"/>
      </w:pPr>
      <w:r>
        <w:t>ائی وینٹ ٹو شانک، اینڈ ائی سیڈ، ائی سیڈ، "ہے بیل، ائی ایم ریلی سوری، ائی واز رونگ،</w:t>
      </w:r>
    </w:p>
    <w:p>
      <w:r>
        <w:rPr>
          <w:b/>
        </w:rPr>
        <w:t xml:space="preserve">[1:03:43] </w:t>
      </w:r>
      <w:r>
        <w:t>"And please forgive me." And this</w:t>
      </w:r>
    </w:p>
    <w:p>
      <w:pPr>
        <w:jc w:val="right"/>
      </w:pPr>
      <w:r>
        <w:t>اینڈ پلیز فگرو می۔" اینڈ دس</w:t>
      </w:r>
    </w:p>
    <w:p>
      <w:r>
        <w:rPr>
          <w:b/>
        </w:rPr>
        <w:t xml:space="preserve">[1:03:48] </w:t>
      </w:r>
      <w:r>
        <w:t>person was so shocked, he didn't know what to say. he said, "are you the same sadia?" i was like, "yes, and i am really, really sorry." since then, this person has been, this had, this happened only a month back, when i said sorry to him. and since then, he has become one of my very good friends, very good friends. we discuss matters,</w:t>
      </w:r>
    </w:p>
    <w:p>
      <w:pPr>
        <w:jc w:val="right"/>
      </w:pPr>
      <w:r>
        <w:t>پرسن واز سو شاکڈ، ہی ڈڈنٹ نو واٹ ٹو سی۔ ہی سیڈ، "ار یو دا سیم سعدیہ؟" ائی واز لائک، "یس، اینڈ ائی ایم ریلی، ریلی سوری۔" سنس دین، دس پرسن ہیز بین، دس ہیڈ، دس ہیپنڈ اونلی ا منتھ بیک، وین ائی سیڈ سوری ٹو ہم۔ اینڈ سنس دین، ہی ہیز بیکم ون اف مائی ویری گڈ فرینڈز، ویری گڈ فرینڈز۔ وی ڈسکس میٹرز،</w:t>
      </w:r>
    </w:p>
    <w:p>
      <w:r>
        <w:rPr>
          <w:b/>
        </w:rPr>
        <w:t xml:space="preserve">[1:04:18] </w:t>
      </w:r>
      <w:r>
        <w:t>we have differences, we have similarities too, but now we are easy. so this is how spirituality has manifested in my life. and this is all I have to say. thank you so much, thank you so much. transformation is really one interesting phenomena which all</w:t>
      </w:r>
    </w:p>
    <w:p>
      <w:pPr>
        <w:jc w:val="right"/>
      </w:pPr>
      <w:r>
        <w:t>وی ہیو ڈفرنسز، وی ہیو سمیلارٹیز ٹو، بٹ ناو وی ار ایزی۔ سو دس از ہاؤ سپرچویلٹی ہیز مینیفیسٹڈ ان مائی لائف۔ اینڈ دس از ال ائی ہیو ٹو سی۔ تھینک یو سو مچ، تھینک یو سو مچ۔ ٹرانسفارمیشن از ریلی ون انٹرسٹنگ فیناومینا وچ ال</w:t>
      </w:r>
    </w:p>
    <w:p>
      <w:r>
        <w:rPr>
          <w:b/>
        </w:rPr>
        <w:t xml:space="preserve">[1:04:48] </w:t>
      </w:r>
      <w:r>
        <w:t>of us at some time or other.</w:t>
      </w:r>
    </w:p>
    <w:p>
      <w:pPr>
        <w:jc w:val="right"/>
      </w:pPr>
      <w:r>
        <w:t>اف اس ایٹ سم ٹائم اور ادر۔</w:t>
      </w:r>
    </w:p>
    <w:p>
      <w:r>
        <w:rPr>
          <w:b/>
        </w:rPr>
        <w:t xml:space="preserve">[1:04:54] </w:t>
      </w:r>
      <w:r>
        <w:t>want to know how a person is transformed, what are the factors which transform a person.</w:t>
      </w:r>
    </w:p>
    <w:p>
      <w:pPr>
        <w:jc w:val="right"/>
      </w:pPr>
      <w:r>
        <w:t>وانٹ ٹو نو ہاؤ پرسن از ٹرانسفارمڈ، واٹ ار دا فیکٹرز وچ ٹرانسفارم ا پرسن۔</w:t>
      </w:r>
    </w:p>
    <w:p>
      <w:r>
        <w:rPr>
          <w:b/>
        </w:rPr>
        <w:t xml:space="preserve">[1:05:00] </w:t>
      </w:r>
      <w:r>
        <w:t>At times we are angry with ourselves also.</w:t>
      </w:r>
    </w:p>
    <w:p>
      <w:pPr>
        <w:jc w:val="right"/>
      </w:pPr>
      <w:r>
        <w:t>ایٹ ٹائمز وی ار اینگری ود اور سیلز السو۔</w:t>
      </w:r>
    </w:p>
    <w:p>
      <w:r>
        <w:rPr>
          <w:b/>
        </w:rPr>
        <w:t xml:space="preserve">[1:05:06] </w:t>
      </w:r>
      <w:r>
        <w:t>Why do behave like this? Why I am not transform? It is a subject in which probably we</w:t>
      </w:r>
    </w:p>
    <w:p>
      <w:pPr>
        <w:jc w:val="right"/>
      </w:pPr>
      <w:r>
        <w:t>وائی ڈو بیہیو لائک دس؟ وائی ائی ایم ناٹ ٹرانسفارم؟ اٹ از ا سبجیکٹ ان وچ پروبیبلی وی</w:t>
      </w:r>
    </w:p>
    <w:p>
      <w:r>
        <w:rPr>
          <w:b/>
        </w:rPr>
        <w:t xml:space="preserve">[1:05:12] </w:t>
      </w:r>
      <w:r>
        <w:t>we'll have to devote much time and contemplation</w:t>
      </w:r>
    </w:p>
    <w:p>
      <w:pPr>
        <w:jc w:val="right"/>
      </w:pPr>
      <w:r>
        <w:t>ویل ہیو ٹو ڈیوٹ مچ ٹائم اینڈ کنٹیمپلیشن</w:t>
      </w:r>
    </w:p>
    <w:p>
      <w:r>
        <w:rPr>
          <w:b/>
        </w:rPr>
        <w:t xml:space="preserve">[1:05:19] </w:t>
      </w:r>
      <w:r>
        <w:t>, because during Gandhi period, we are studying here Gandhi.</w:t>
      </w:r>
    </w:p>
    <w:p>
      <w:pPr>
        <w:jc w:val="right"/>
      </w:pPr>
      <w:r>
        <w:t>، بیکاز ڈورنگ گاندھی پیریڈ، وی ار سٹڈی ہیر گاندھی۔</w:t>
      </w:r>
    </w:p>
    <w:p>
      <w:r>
        <w:rPr>
          <w:b/>
        </w:rPr>
        <w:t xml:space="preserve">[1:05:25] </w:t>
      </w:r>
      <w:r>
        <w:t>So we see that Gandhi had power to transform people.</w:t>
      </w:r>
    </w:p>
    <w:p>
      <w:pPr>
        <w:jc w:val="right"/>
      </w:pPr>
      <w:r>
        <w:t>سو وی سی دیٹ گاندھی ہیڈ پاور ٹو ٹرانسفارم پیپل۔</w:t>
      </w:r>
    </w:p>
    <w:p>
      <w:r>
        <w:rPr>
          <w:b/>
        </w:rPr>
        <w:t xml:space="preserve">[1:05:31] </w:t>
      </w:r>
      <w:r>
        <w:t>He transformed himself also, but he also transformed people like Kumar Akbar, people like Jamuna Lal, so</w:t>
      </w:r>
    </w:p>
    <w:p>
      <w:pPr>
        <w:jc w:val="right"/>
      </w:pPr>
      <w:r>
        <w:t>ہی ٹرانسفارم ہم سیلف السو، بٹ ہی السو ٹرانسفارم پیپل لائک کمار اکبر، پیپل لائک جمنا رال، سو</w:t>
      </w:r>
    </w:p>
    <w:p>
      <w:r>
        <w:rPr>
          <w:b/>
        </w:rPr>
        <w:t xml:space="preserve">[1:05:37] </w:t>
      </w:r>
      <w:r>
        <w:t>Many people, hundreds and thousands of people.</w:t>
      </w:r>
    </w:p>
    <w:p>
      <w:pPr>
        <w:jc w:val="right"/>
      </w:pPr>
      <w:r>
        <w:t>مینی پیپل، ہنڈرڈز اینڈ تھاؤزنڈز اف پیپل۔</w:t>
      </w:r>
    </w:p>
    <w:p>
      <w:r>
        <w:rPr>
          <w:b/>
        </w:rPr>
        <w:t xml:space="preserve">[1:05:43] </w:t>
      </w:r>
      <w:r>
        <w:t>So what is the secret behind that? That everybody would like to know, but there is no time</w:t>
      </w:r>
    </w:p>
    <w:p>
      <w:pPr>
        <w:jc w:val="right"/>
      </w:pPr>
      <w:r>
        <w:t>سو واٹ از دا سیکرٹ بیہائنڈ دیٹ؟ دیٹ ایوری بڈی وڈ لائک ٹو نو، بٹ دیر از نو ٹائم</w:t>
      </w:r>
    </w:p>
    <w:p>
      <w:r>
        <w:rPr>
          <w:b/>
        </w:rPr>
        <w:t xml:space="preserve">[1:05:49] </w:t>
      </w:r>
      <w:r>
        <w:t>.</w:t>
      </w:r>
    </w:p>
    <w:p>
      <w:pPr>
        <w:jc w:val="right"/>
      </w:pPr>
      <w:r>
        <w:t>۔</w:t>
      </w:r>
    </w:p>
    <w:p>
      <w:r>
        <w:rPr>
          <w:b/>
        </w:rPr>
        <w:t xml:space="preserve">[1:05:55] </w:t>
      </w:r>
      <w:r>
        <w:t>But I am very happy that a girl of 20 years is, she is undergoing transformation, and person</w:t>
      </w:r>
    </w:p>
    <w:p>
      <w:pPr>
        <w:jc w:val="right"/>
      </w:pPr>
      <w:r>
        <w:t>بٹ ائی ایم ویری ہیپی دیٹ ا گرل اف 20 ایئرز از شی از انڈرگوئنگ ٹرانسفارمیشن، اینڈ پرسن</w:t>
      </w:r>
    </w:p>
    <w:p>
      <w:r>
        <w:rPr>
          <w:b/>
        </w:rPr>
        <w:t xml:space="preserve">[1:06:01] </w:t>
      </w:r>
      <w:r>
        <w:t>No other than, no less than Maulana himself is a guru.</w:t>
      </w:r>
    </w:p>
    <w:p>
      <w:pPr>
        <w:jc w:val="right"/>
      </w:pPr>
      <w:r>
        <w:t>نو ادر دین نو لیس دین مولانا ہم سیلف از ا گرو۔</w:t>
      </w:r>
    </w:p>
    <w:p>
      <w:r>
        <w:rPr>
          <w:b/>
        </w:rPr>
        <w:t xml:space="preserve">[1:06:07] </w:t>
      </w:r>
      <w:r>
        <w:t>I wish everybody right and very happy future life.</w:t>
      </w:r>
    </w:p>
    <w:p>
      <w:pPr>
        <w:jc w:val="right"/>
      </w:pPr>
      <w:r>
        <w:t>ائی وش ایوری بڈی رائٹ اینڈ ویری ہیپی فیوچر لائف۔</w:t>
      </w:r>
    </w:p>
    <w:p>
      <w:r>
        <w:rPr>
          <w:b/>
        </w:rPr>
        <w:t xml:space="preserve">[1:06:13] </w:t>
      </w:r>
      <w:r>
        <w:t>She has said a very strange thing that she has defined up</w:t>
      </w:r>
    </w:p>
    <w:p>
      <w:pPr>
        <w:jc w:val="right"/>
      </w:pPr>
      <w:r>
        <w:t>شی ہیز سیڈ ا ویری سٹرینج تھنگ دیٹ شی ہیز ڈیفائنڈ اپ</w:t>
      </w:r>
    </w:p>
    <w:p>
      <w:r>
        <w:rPr>
          <w:b/>
        </w:rPr>
        <w:t xml:space="preserve">[1:06:19] </w:t>
      </w:r>
      <w:r>
        <w:t>ہر idea of happiness also.</w:t>
      </w:r>
    </w:p>
    <w:p>
      <w:pPr>
        <w:jc w:val="right"/>
      </w:pPr>
      <w:r>
        <w:t>ہر ائیڈیا اف ہیپینس السو۔</w:t>
      </w:r>
    </w:p>
    <w:p>
      <w:r>
        <w:rPr>
          <w:b/>
        </w:rPr>
        <w:t xml:space="preserve">[1:06:25] </w:t>
      </w:r>
      <w:r>
        <w:t>People spend their whole life without knowing what is happiness, what is happy life, what is the definition,</w:t>
      </w:r>
    </w:p>
    <w:p>
      <w:pPr>
        <w:jc w:val="right"/>
      </w:pPr>
      <w:r>
        <w:t>پیپل سپینڈ دیر ہول لائف وداؤٹ نوئنگ واٹ از ہیپینس، واٹ از ہیپی لائف، واٹ از دی ڈیفینیشن،</w:t>
      </w:r>
    </w:p>
    <w:p>
      <w:r>
        <w:rPr>
          <w:b/>
        </w:rPr>
        <w:t xml:space="preserve">[1:06:32] </w:t>
      </w:r>
      <w:r>
        <w:t>What things make a life happy or purposeful or successful.</w:t>
      </w:r>
    </w:p>
    <w:p>
      <w:pPr>
        <w:jc w:val="right"/>
      </w:pPr>
      <w:r>
        <w:t>واٹ تھنگز میک ا لائف ہیپی اور پرپس فل اور سکسیس فل۔</w:t>
      </w:r>
    </w:p>
    <w:p>
      <w:r>
        <w:rPr>
          <w:b/>
        </w:rPr>
        <w:t xml:space="preserve">[1:06:38] </w:t>
      </w:r>
      <w:r>
        <w:t>So I am very much happy Sadia.</w:t>
      </w:r>
    </w:p>
    <w:p>
      <w:pPr>
        <w:jc w:val="right"/>
      </w:pPr>
      <w:r>
        <w:t>سو ائی ایم ویری مچ ہیپی سعدیہ۔</w:t>
      </w:r>
    </w:p>
    <w:p>
      <w:r>
        <w:rPr>
          <w:b/>
        </w:rPr>
        <w:t xml:space="preserve">[1:06:44] </w:t>
      </w:r>
      <w:r>
        <w:t>I also want to thank Maulana for taking so much trouble to come to Wardha.</w:t>
      </w:r>
    </w:p>
    <w:p>
      <w:pPr>
        <w:jc w:val="right"/>
      </w:pPr>
      <w:r>
        <w:t>ائی السو وانٹ ٹو تھینک مولانا فار ٹیکنگ سو مچ ٹربل ٹو کم ٹو وردار</w:t>
      </w:r>
    </w:p>
    <w:p>
      <w:r>
        <w:rPr>
          <w:b/>
        </w:rPr>
        <w:t xml:space="preserve">[1:06:50] </w:t>
      </w:r>
      <w:r>
        <w:t>and to speak to us for whole three and a half hours. I wish that he would every now and then occasionally come and stay with us. Whether we extend from limitation or we to what. I think if he considers us as some persons who love him. We extend a standing invitation to</w:t>
      </w:r>
    </w:p>
    <w:p>
      <w:pPr>
        <w:jc w:val="right"/>
      </w:pPr>
      <w:r>
        <w:t>اینڈ ٹو سپیک ٹو اس فار ہول تھری اینڈ ا ہاف اورز۔ ائی وش دیٹ ہی وڈ ایوری ناؤن دین اکسیزنلی کم اینڈ سٹے ود اس۔ ویدر وی ایکسٹینڈ فارم لیمیٹیشن اور وی ٹو واٹ۔ ائی تھنک اف ہی کنسیڈرز اس ایز سم پرسنز ہو لو ہم۔ وی ایکسٹینڈ ا سٹینڈنگ لیمیٹیشن ٹ</w:t>
      </w:r>
    </w:p>
    <w:p>
      <w:r>
        <w:rPr>
          <w:b/>
        </w:rPr>
        <w:t xml:space="preserve">[1:07:20] </w:t>
      </w:r>
      <w:r>
        <w:t>and to all other members of his family also.</w:t>
      </w:r>
    </w:p>
    <w:p>
      <w:pPr>
        <w:jc w:val="right"/>
      </w:pPr>
      <w:r>
        <w:t>و ہم اینڈ ٹو ال ادر ممبرز اف ہز فیملی السو۔</w:t>
      </w:r>
    </w:p>
    <w:p>
      <w:r>
        <w:rPr>
          <w:b/>
        </w:rPr>
        <w:t xml:space="preserve">[1:07:26] </w:t>
      </w:r>
      <w:r>
        <w:t>We close the session here.</w:t>
      </w:r>
    </w:p>
    <w:p>
      <w:pPr>
        <w:jc w:val="right"/>
      </w:pPr>
      <w:r>
        <w:t>وی کلوز دی سیشن ہیر۔</w:t>
      </w:r>
    </w:p>
    <w:p>
      <w:r>
        <w:rPr>
          <w:b/>
        </w:rPr>
        <w:t xml:space="preserve">[1:07:32] </w:t>
      </w:r>
      <w:r>
        <w:t>I again, actually I am not able to find out suitable verse to express my deep sense of</w:t>
      </w:r>
    </w:p>
    <w:p>
      <w:pPr>
        <w:jc w:val="right"/>
      </w:pPr>
      <w:r>
        <w:t>ائی اگین، ایکچولی ائی ایم ناٹ ایبل ٹو فائنڈ اؤٹ سوٹیبل ورس ٹو ایکسپریس مائی ڈیپ سینس اف</w:t>
      </w:r>
    </w:p>
    <w:p>
      <w:r>
        <w:rPr>
          <w:b/>
        </w:rPr>
        <w:t xml:space="preserve">[1:07:38] </w:t>
      </w:r>
      <w:r>
        <w:t>Gratitude towards Maulana Sahib.</w:t>
      </w:r>
    </w:p>
    <w:p>
      <w:pPr>
        <w:jc w:val="right"/>
      </w:pPr>
      <w:r>
        <w:t>گریٹیٹیوڈ ٹورڈز مولانا صاحب۔</w:t>
      </w:r>
    </w:p>
    <w:p>
      <w:r>
        <w:rPr>
          <w:b/>
        </w:rPr>
        <w:t xml:space="preserve">[1:07:44] </w:t>
      </w:r>
      <w:r>
        <w:t>He has been here thrice in wordar,</w:t>
      </w:r>
    </w:p>
    <w:p>
      <w:pPr>
        <w:jc w:val="right"/>
      </w:pPr>
      <w:r>
        <w:t>ہی ہیز بین ہیر تھرائس ان وردار،</w:t>
      </w:r>
    </w:p>
    <w:p>
      <w:r>
        <w:rPr>
          <w:b/>
        </w:rPr>
        <w:t xml:space="preserve">[1:07:50] </w:t>
      </w:r>
      <w:r>
        <w:t>And all the three of this is third visit I think so far I know.</w:t>
      </w:r>
    </w:p>
    <w:p>
      <w:pPr>
        <w:jc w:val="right"/>
      </w:pPr>
      <w:r>
        <w:t>اینڈ ال دا تھری اف دس از تھرڈ وزٹ ائی تھنک سو فار ائی نو۔</w:t>
      </w:r>
    </w:p>
    <w:p>
      <w:r>
        <w:rPr>
          <w:b/>
        </w:rPr>
        <w:t xml:space="preserve">[1:07:55] </w:t>
      </w:r>
      <w:r>
        <w:t>And I had good fortune to attend to all the three meetings, all the three visits.</w:t>
      </w:r>
    </w:p>
    <w:p>
      <w:pPr>
        <w:jc w:val="right"/>
      </w:pPr>
      <w:r>
        <w:t>اینڈ ائی ہیڈ گڈ فارچون ٹو اٹینڈ ٹو ال دا تھری میٹنگز، ال دا تھری وزٹس۔</w:t>
      </w:r>
    </w:p>
    <w:p>
      <w:r>
        <w:rPr>
          <w:b/>
        </w:rPr>
        <w:t xml:space="preserve">[1:08:00] </w:t>
      </w:r>
      <w:r>
        <w:t>And that's why I am very much fascinated.</w:t>
      </w:r>
    </w:p>
    <w:p>
      <w:pPr>
        <w:jc w:val="right"/>
      </w:pPr>
      <w:r>
        <w:t>اینڈ دیٹ فار ائی ایم ویری مچ فیسینیٹڈ۔</w:t>
      </w:r>
    </w:p>
    <w:p>
      <w:r>
        <w:rPr>
          <w:b/>
        </w:rPr>
        <w:t xml:space="preserve">[1:08:05] </w:t>
      </w:r>
      <w:r>
        <w:t>I think that as I said early, he should visit wordar at least once a year, not more, at</w:t>
      </w:r>
    </w:p>
    <w:p>
      <w:pPr>
        <w:jc w:val="right"/>
      </w:pPr>
      <w:r>
        <w:t>ائی تھنک دیٹ ایز ائی سیڈ ارلی، ہی شوڈ وزٹ وردار ایٹ لیسٹ ونس ایئر، ناٹ مور، ایٹ</w:t>
      </w:r>
    </w:p>
    <w:p>
      <w:r>
        <w:rPr>
          <w:b/>
        </w:rPr>
        <w:t xml:space="preserve">[1:08:10] </w:t>
      </w:r>
      <w:r>
        <w:t>least once a year.</w:t>
      </w:r>
    </w:p>
    <w:p>
      <w:pPr>
        <w:jc w:val="right"/>
      </w:pPr>
      <w:r>
        <w:t>لیسٹ ونس ایئر۔</w:t>
      </w:r>
    </w:p>
    <w:p>
      <w:r>
        <w:rPr>
          <w:b/>
        </w:rPr>
        <w:t xml:space="preserve">[1:08:15] </w:t>
      </w:r>
      <w:r>
        <w:t>So, on behalf of IGS, on behalf of all participants present</w:t>
      </w:r>
    </w:p>
    <w:p>
      <w:pPr>
        <w:jc w:val="right"/>
      </w:pPr>
      <w:r>
        <w:t>سو ان بیہاف اف ائی جی ایس، ان بیہاف اف ال پارٹیسپنٹس پریزنٹ</w:t>
      </w:r>
    </w:p>
    <w:p>
      <w:r>
        <w:rPr>
          <w:b/>
        </w:rPr>
        <w:t xml:space="preserve">[1:08:20] </w:t>
      </w:r>
      <w:r>
        <w:t>here, and on behalf of our trustees, i thank you sir very much.</w:t>
      </w:r>
    </w:p>
    <w:p>
      <w:pPr>
        <w:jc w:val="right"/>
      </w:pPr>
      <w:r>
        <w:t>ہیر، اینڈ ان بیہاف اف اور ٹرسٹیز، ائی تھینک یو سر ویری مچ۔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