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Concept of Spirituality In Islam - II January 27, 2006 Maulana Wahiduddin Khan</w:t>
      </w:r>
    </w:p>
    <w:p>
      <w:r>
        <w:t>https://www.youtube.com/watch?v=YZvx_Y3Dcg0</w:t>
      </w:r>
    </w:p>
    <w:p>
      <w:r>
        <w:rPr>
          <w:b/>
        </w:rPr>
        <w:t xml:space="preserve">[00:36] </w:t>
      </w:r>
      <w:r>
        <w:t>in my argar ka, i tried to give an explanation</w:t>
      </w:r>
    </w:p>
    <w:p>
      <w:pPr>
        <w:jc w:val="right"/>
      </w:pPr>
      <w:r>
        <w:t>ان مائی ارگر کا، آئی ٹرائیڈ ٹو گیو این ایکسپلینیشن</w:t>
      </w:r>
    </w:p>
    <w:p>
      <w:r>
        <w:rPr>
          <w:b/>
        </w:rPr>
        <w:t xml:space="preserve">[00:51] </w:t>
      </w:r>
      <w:r>
        <w:t>about the concept of spirituality in islam.</w:t>
      </w:r>
    </w:p>
    <w:p>
      <w:pPr>
        <w:jc w:val="right"/>
      </w:pPr>
      <w:r>
        <w:t>اباؤٹ دا کانسیپٹ آف سپریچوٹی ان اسلام۔</w:t>
      </w:r>
    </w:p>
    <w:p>
      <w:r>
        <w:rPr>
          <w:b/>
        </w:rPr>
        <w:t xml:space="preserve">[00:57] </w:t>
      </w:r>
      <w:r>
        <w:t>it was a big talk.</w:t>
      </w:r>
    </w:p>
    <w:p>
      <w:pPr>
        <w:jc w:val="right"/>
      </w:pPr>
      <w:r>
        <w:t>اٹ واز ا بیگ ٹاک۔</w:t>
      </w:r>
    </w:p>
    <w:p>
      <w:r>
        <w:rPr>
          <w:b/>
        </w:rPr>
        <w:t xml:space="preserve">[01:04] </w:t>
      </w:r>
      <w:r>
        <w:t>you can find the details in books. now,</w:t>
      </w:r>
    </w:p>
    <w:p>
      <w:pPr>
        <w:jc w:val="right"/>
      </w:pPr>
      <w:r>
        <w:t>یو کین فائنڈ دا ڈیٹیلز ان بکس۔ ناو،</w:t>
      </w:r>
    </w:p>
    <w:p>
      <w:r>
        <w:rPr>
          <w:b/>
        </w:rPr>
        <w:t xml:space="preserve">[01:13] </w:t>
      </w:r>
      <w:r>
        <w:t>i will try to say something</w:t>
      </w:r>
    </w:p>
    <w:p>
      <w:pPr>
        <w:jc w:val="right"/>
      </w:pPr>
      <w:r>
        <w:t>آئی ویل ٹرائی ٹو سے سمething</w:t>
      </w:r>
    </w:p>
    <w:p>
      <w:r>
        <w:rPr>
          <w:b/>
        </w:rPr>
        <w:t xml:space="preserve">[01:20] </w:t>
      </w:r>
      <w:r>
        <w:t>about the, you can say, training course of spirituality in islam.</w:t>
      </w:r>
    </w:p>
    <w:p>
      <w:pPr>
        <w:jc w:val="right"/>
      </w:pPr>
      <w:r>
        <w:t>اباؤٹ دا، یو کین سے، ٹریننگ کورس آف سپریچوٹی ان اسلام۔</w:t>
      </w:r>
    </w:p>
    <w:p>
      <w:r>
        <w:rPr>
          <w:b/>
        </w:rPr>
        <w:t xml:space="preserve">[01:33] </w:t>
      </w:r>
      <w:r>
        <w:t>it task very easy to to explain this aspect of the topic,</w:t>
      </w:r>
    </w:p>
    <w:p>
      <w:pPr>
        <w:jc w:val="right"/>
      </w:pPr>
      <w:r>
        <w:t>اٹ ٹاسک ویری ایزی ٹو ٹو ایکسپلین اس ایسپیکٹ آف دا ٹاپک،</w:t>
      </w:r>
    </w:p>
    <w:p>
      <w:r>
        <w:rPr>
          <w:b/>
        </w:rPr>
        <w:t xml:space="preserve">[01:46] </w:t>
      </w:r>
      <w:r>
        <w:t>because</w:t>
      </w:r>
    </w:p>
    <w:p>
      <w:pPr>
        <w:jc w:val="right"/>
      </w:pPr>
      <w:r>
        <w:t>بیکاز</w:t>
      </w:r>
    </w:p>
    <w:p>
      <w:r>
        <w:rPr>
          <w:b/>
        </w:rPr>
        <w:t xml:space="preserve">[01:51] </w:t>
      </w:r>
      <w:r>
        <w:t>it is not a technical topic.</w:t>
      </w:r>
    </w:p>
    <w:p>
      <w:pPr>
        <w:jc w:val="right"/>
      </w:pPr>
      <w:r>
        <w:t>اٹ از ناٹ ا ٹیکنیکل ٹاپک۔</w:t>
      </w:r>
    </w:p>
    <w:p>
      <w:r>
        <w:rPr>
          <w:b/>
        </w:rPr>
        <w:t xml:space="preserve">[01:58] </w:t>
      </w:r>
      <w:r>
        <w:t>no,</w:t>
      </w:r>
    </w:p>
    <w:p>
      <w:pPr>
        <w:jc w:val="right"/>
      </w:pPr>
      <w:r>
        <w:t>نو،</w:t>
      </w:r>
    </w:p>
    <w:p>
      <w:r>
        <w:rPr>
          <w:b/>
        </w:rPr>
        <w:t xml:space="preserve">[02:02] </w:t>
      </w:r>
      <w:r>
        <w:t>no rituals, no</w:t>
      </w:r>
    </w:p>
    <w:p>
      <w:pPr>
        <w:jc w:val="right"/>
      </w:pPr>
      <w:r>
        <w:t>نو ریچولز، نو</w:t>
      </w:r>
    </w:p>
    <w:p>
      <w:r>
        <w:rPr>
          <w:b/>
        </w:rPr>
        <w:t xml:space="preserve">[02:09] </w:t>
      </w:r>
      <w:r>
        <w:t>course as in to inculcate the spirit of spirituality.</w:t>
      </w:r>
    </w:p>
    <w:p>
      <w:pPr>
        <w:jc w:val="right"/>
      </w:pPr>
      <w:r>
        <w:t>کورس از انف ٹو انکلکیٹ دا سپرٹ آف سپریچوٹی۔</w:t>
      </w:r>
    </w:p>
    <w:p>
      <w:r>
        <w:rPr>
          <w:b/>
        </w:rPr>
        <w:t xml:space="preserve">[02:18] </w:t>
      </w:r>
      <w:r>
        <w:t>All these are courses, and all these are some, some rituals in terms of that, but there is not enough.</w:t>
      </w:r>
    </w:p>
    <w:p>
      <w:pPr>
        <w:jc w:val="right"/>
      </w:pPr>
      <w:r>
        <w:t>ال دیر از کورس، اینڈ ال دیر آر سم، سم ریچولز ان ٹرم آف تھاٹ، بٹ دیر از ناٹ انف۔</w:t>
      </w:r>
    </w:p>
    <w:p>
      <w:r>
        <w:rPr>
          <w:b/>
        </w:rPr>
        <w:t xml:space="preserve">[02:32] </w:t>
      </w:r>
      <w:r>
        <w:t>First of all, you have to be sincere. You have to make concern of spirituality. When a medicine has studied Islam, and he has rightly observed,</w:t>
      </w:r>
    </w:p>
    <w:p>
      <w:pPr>
        <w:jc w:val="right"/>
      </w:pPr>
      <w:r>
        <w:t>فرسٹ آف آل، یو ہیو ٹو بی سنسیر۔ یو ہیو ٹو میک کنسرن آف سپریچوٹی۔ وین ا میڈیسن ہیز سٹڈی اسلام، اینڈ ہی ہیز رائٹلی ابزرو،</w:t>
      </w:r>
    </w:p>
    <w:p>
      <w:r>
        <w:rPr>
          <w:b/>
        </w:rPr>
        <w:t xml:space="preserve">[02:51] </w:t>
      </w:r>
      <w:r>
        <w:t>da gretest kansarn of islam iz allah.</w:t>
      </w:r>
    </w:p>
    <w:p>
      <w:pPr>
        <w:jc w:val="right"/>
      </w:pPr>
      <w:r>
        <w:t>دا گریٹسٹ کنسرن آف اسلام از اللہ۔</w:t>
      </w:r>
    </w:p>
    <w:p>
      <w:r>
        <w:rPr>
          <w:b/>
        </w:rPr>
        <w:t xml:space="preserve">[02:57] </w:t>
      </w:r>
      <w:r>
        <w:t>it mins dat</w:t>
      </w:r>
    </w:p>
    <w:p>
      <w:pPr>
        <w:jc w:val="right"/>
      </w:pPr>
      <w:r>
        <w:t>اٹ مینز دیٹ</w:t>
      </w:r>
    </w:p>
    <w:p>
      <w:r>
        <w:rPr>
          <w:b/>
        </w:rPr>
        <w:t xml:space="preserve">[03:01] </w:t>
      </w:r>
      <w:r>
        <w:t>af a bilivr vant to incalcat</w:t>
      </w:r>
    </w:p>
    <w:p>
      <w:pPr>
        <w:jc w:val="right"/>
      </w:pPr>
      <w:r>
        <w:t>اف ا بیلیور وانٹ ٹو انکلکیٹ</w:t>
      </w:r>
    </w:p>
    <w:p>
      <w:r>
        <w:rPr>
          <w:b/>
        </w:rPr>
        <w:t xml:space="preserve">[03:10] </w:t>
      </w:r>
      <w:r>
        <w:t>spiritual values in his personality, he must ask God. Dua is the only</w:t>
      </w:r>
    </w:p>
    <w:p>
      <w:pPr>
        <w:jc w:val="right"/>
      </w:pPr>
      <w:r>
        <w:t>اسپیریچول ویلیوز ان ہز پرسنیلٹی، ہی مسٹ اسک گاڈ۔ دعا از دا اونلی</w:t>
      </w:r>
    </w:p>
    <w:p>
      <w:r>
        <w:rPr>
          <w:b/>
        </w:rPr>
        <w:t xml:space="preserve">[03:23] </w:t>
      </w:r>
      <w:r>
        <w:t>thing, only helpful thing, that can make you spiritual person.</w:t>
      </w:r>
    </w:p>
    <w:p>
      <w:pPr>
        <w:jc w:val="right"/>
      </w:pPr>
      <w:r>
        <w:t>تھنگ، اونلی ہیلپ فل تھنگ، دیٹ کین میک یو سپریچول پرسن۔</w:t>
      </w:r>
    </w:p>
    <w:p>
      <w:r>
        <w:rPr>
          <w:b/>
        </w:rPr>
        <w:t xml:space="preserve">[03:37] </w:t>
      </w:r>
      <w:r>
        <w:t>according, you know, the spirituality is based in God. God oriented, it is a God oriented spirit.</w:t>
      </w:r>
    </w:p>
    <w:p>
      <w:pPr>
        <w:jc w:val="right"/>
      </w:pPr>
      <w:r>
        <w:t>اکارڈنگ، یو نو، دا سپریچوٹی از بیسڈ ان گاڈ۔ گاڈ اورینٹڈ، اٹ از ا گاڈ اورینٹڈ سپرٹ۔</w:t>
      </w:r>
    </w:p>
    <w:p>
      <w:r>
        <w:rPr>
          <w:b/>
        </w:rPr>
        <w:t xml:space="preserve">[03:48] </w:t>
      </w:r>
      <w:r>
        <w:t>it is self-given spirit. A person by contemplating about his own self, cannot attempt spirituality according to something.</w:t>
      </w:r>
    </w:p>
    <w:p>
      <w:pPr>
        <w:jc w:val="right"/>
      </w:pPr>
      <w:r>
        <w:t>اٹ از سیلف گیون سپرٹ۔ ا پرسن بائی کنسیپلیٹنگ اباؤٹ ہز اون سیلف، کین ناٹ اٹیمپٹ سپریچوٹی اکارڈنگ ٹو سم تھنگ۔</w:t>
      </w:r>
    </w:p>
    <w:p>
      <w:r>
        <w:rPr>
          <w:b/>
        </w:rPr>
        <w:t xml:space="preserve">[04:05] </w:t>
      </w:r>
      <w:r>
        <w:t>The source of spirituality in Islam is God himself. So, the basic thing is that we have to make dua.</w:t>
      </w:r>
    </w:p>
    <w:p>
      <w:pPr>
        <w:jc w:val="right"/>
      </w:pPr>
      <w:r>
        <w:t>دا سورس آف سپریچوٹی ان اسلام از گاڈ ہم سیلف۔ سو، دا بیسک تھنگ از دیٹ وی ہیو ٹو میک دعا۔</w:t>
      </w:r>
    </w:p>
    <w:p>
      <w:r>
        <w:rPr>
          <w:b/>
        </w:rPr>
        <w:t xml:space="preserve">[04:26] </w:t>
      </w:r>
      <w:r>
        <w:t>we have to seek, we have to seek God's help in this regard</w:t>
      </w:r>
    </w:p>
    <w:p>
      <w:pPr>
        <w:jc w:val="right"/>
      </w:pPr>
      <w:r>
        <w:t>وی ہیو ٹو سیکھ، وی ہیو ٹو سیکھ گاڈ ہیلپ ان دس ریگ</w:t>
      </w:r>
    </w:p>
    <w:p>
      <w:r>
        <w:rPr>
          <w:b/>
        </w:rPr>
        <w:t xml:space="preserve">[04:33] </w:t>
      </w:r>
      <w:r>
        <w:t>ard. So, God is the only source towards attempt attempt spirituality. It's very important to know, because Islamic spirituality is a God based discipline.</w:t>
      </w:r>
    </w:p>
    <w:p>
      <w:pPr>
        <w:jc w:val="right"/>
      </w:pPr>
      <w:r>
        <w:t>ارڈ۔ سو، گاڈ از دا اونلی سورس ٹورڈز اٹیمپٹ اٹیمپٹ سپریچوٹی۔ از ویری امپورٹنٹ ٹو نو، بیکاز اسلامک سپریچوٹی از ا گاڈ بیسڈ ڈسپلن۔</w:t>
      </w:r>
    </w:p>
    <w:p>
      <w:r>
        <w:rPr>
          <w:b/>
        </w:rPr>
        <w:t xml:space="preserve">[04:53] </w:t>
      </w:r>
      <w:r>
        <w:t>akarding to islamic bilif, gad iz sors of al thngz.</w:t>
      </w:r>
    </w:p>
    <w:p>
      <w:pPr>
        <w:jc w:val="right"/>
      </w:pPr>
      <w:r>
        <w:t>اکارڈنگ ٹو اسلامک بیلیف، گاڈ از سورس آف ال تھنگز۔</w:t>
      </w:r>
    </w:p>
    <w:p>
      <w:r>
        <w:rPr>
          <w:b/>
        </w:rPr>
        <w:t xml:space="preserve">[05:01] </w:t>
      </w:r>
      <w:r>
        <w:t>gad iz pavarful. gad iz lard of da yunivars.</w:t>
      </w:r>
    </w:p>
    <w:p>
      <w:pPr>
        <w:jc w:val="right"/>
      </w:pPr>
      <w:r>
        <w:t>گاڈ از پاور فل۔ گاڈ از لارڈ آف دا یونیورس۔</w:t>
      </w:r>
    </w:p>
    <w:p>
      <w:r>
        <w:rPr>
          <w:b/>
        </w:rPr>
        <w:t xml:space="preserve">[05:13] </w:t>
      </w:r>
      <w:r>
        <w:t>gad iz evri thng.</w:t>
      </w:r>
    </w:p>
    <w:p>
      <w:pPr>
        <w:jc w:val="right"/>
      </w:pPr>
      <w:r>
        <w:t>گاڈ از ایوری تھنگ۔</w:t>
      </w:r>
    </w:p>
    <w:p>
      <w:r>
        <w:rPr>
          <w:b/>
        </w:rPr>
        <w:t xml:space="preserve">[05:20] </w:t>
      </w:r>
      <w:r>
        <w:t>So, Islamic spirituality is based in dua. Without dua, there is no spirituality.</w:t>
      </w:r>
    </w:p>
    <w:p>
      <w:pPr>
        <w:jc w:val="right"/>
      </w:pPr>
      <w:r>
        <w:t>سو، اسلامک سپریچوٹی از بیسڈ ان دعا۔ وداؤٹ دعا، دیر از نو سپریچوٹی۔</w:t>
      </w:r>
    </w:p>
    <w:p>
      <w:r>
        <w:rPr>
          <w:b/>
        </w:rPr>
        <w:t xml:space="preserve">[05:33] </w:t>
      </w:r>
      <w:r>
        <w:t>This is the first important point in this regard. Then,</w:t>
      </w:r>
    </w:p>
    <w:p>
      <w:pPr>
        <w:jc w:val="right"/>
      </w:pPr>
      <w:r>
        <w:t>دیر از دا فرسٹ امپورٹنٹ پوائنٹ ان دس ریگارڈ۔ دین،</w:t>
      </w:r>
    </w:p>
    <w:p>
      <w:r>
        <w:rPr>
          <w:b/>
        </w:rPr>
        <w:t xml:space="preserve">[05:40] </w:t>
      </w:r>
      <w:r>
        <w:t>The other point is that there are different types of zikr, tasbih, rahba, etc.</w:t>
      </w:r>
    </w:p>
    <w:p>
      <w:pPr>
        <w:jc w:val="right"/>
      </w:pPr>
      <w:r>
        <w:t>دی ادر پوائنٹ از دیٹ دیر آر ڈفرنٹ ٹائپ آف ذکر، تسبیح، رہبا، ایٹسڈرل۔</w:t>
      </w:r>
    </w:p>
    <w:p>
      <w:r>
        <w:rPr>
          <w:b/>
        </w:rPr>
        <w:t xml:space="preserve">[05:52] </w:t>
      </w:r>
      <w:r>
        <w:t>al diz thngz ar hilpful</w:t>
      </w:r>
    </w:p>
    <w:p>
      <w:pPr>
        <w:jc w:val="right"/>
      </w:pPr>
      <w:r>
        <w:t>ال دیز تھنگز آر ہیلپ فل</w:t>
      </w:r>
    </w:p>
    <w:p>
      <w:r>
        <w:rPr>
          <w:b/>
        </w:rPr>
        <w:t xml:space="preserve">[05:57] </w:t>
      </w:r>
      <w:r>
        <w:t>towards attempt, towards attempting the spirituality.</w:t>
      </w:r>
    </w:p>
    <w:p>
      <w:pPr>
        <w:jc w:val="right"/>
      </w:pPr>
      <w:r>
        <w:t>ٹورڈز اٹیمپٹ، ٹورڈز اٹیمپٹنگ دا سپریچوٹی۔</w:t>
      </w:r>
    </w:p>
    <w:p>
      <w:r>
        <w:rPr>
          <w:b/>
        </w:rPr>
        <w:t xml:space="preserve">[06:06] </w:t>
      </w:r>
      <w:r>
        <w:t>and the special, and one, and the most special course in this regard is namaz.</w:t>
      </w:r>
    </w:p>
    <w:p>
      <w:pPr>
        <w:jc w:val="right"/>
      </w:pPr>
      <w:r>
        <w:t>اینڈ دا اسپیشل، اینڈ ون، اینڈ دا موسٹ اسپیشل کورس ان دس ریگارڈ از نماز۔</w:t>
      </w:r>
    </w:p>
    <w:p>
      <w:r>
        <w:rPr>
          <w:b/>
        </w:rPr>
        <w:t xml:space="preserve">[06:18] </w:t>
      </w:r>
      <w:r>
        <w:t>namaz mins prir. in arbi vi kal salat, salat salat.</w:t>
      </w:r>
    </w:p>
    <w:p>
      <w:pPr>
        <w:jc w:val="right"/>
      </w:pPr>
      <w:r>
        <w:t>نماز مینز پریر۔ ان عربی وی کال صلاۃ، ایس اے ایل اے ٹی صلاۃ۔</w:t>
      </w:r>
    </w:p>
    <w:p>
      <w:r>
        <w:rPr>
          <w:b/>
        </w:rPr>
        <w:t xml:space="preserve">[06:29] </w:t>
      </w:r>
      <w:r>
        <w:t>in urdu ur pershn vi se namaz.</w:t>
      </w:r>
    </w:p>
    <w:p>
      <w:pPr>
        <w:jc w:val="right"/>
      </w:pPr>
      <w:r>
        <w:t>ان اردو اور پرشین وی سے نماز۔</w:t>
      </w:r>
    </w:p>
    <w:p>
      <w:r>
        <w:rPr>
          <w:b/>
        </w:rPr>
        <w:t xml:space="preserve">[06:32] </w:t>
      </w:r>
      <w:r>
        <w:t>in English we can say prayer, five time prayer. According to my experience and according to my study, namaz is the greatest,</w:t>
      </w:r>
    </w:p>
    <w:p>
      <w:pPr>
        <w:jc w:val="right"/>
      </w:pPr>
      <w:r>
        <w:t>ان انگلش وی کین سے پریر، فائیو ٹائم پریر۔ اکارڈنگ ٹو مائی ایکسپیرینس اینڈ اکارڈنگ ٹو مائی سٹڈی، نماز از دا گریٹسٹ،</w:t>
      </w:r>
    </w:p>
    <w:p>
      <w:r>
        <w:rPr>
          <w:b/>
        </w:rPr>
        <w:t xml:space="preserve">[06:53] </w:t>
      </w:r>
      <w:r>
        <w:t>greatest source of, of Islamic, of spiritual, of course of, of spiritual course.</w:t>
      </w:r>
    </w:p>
    <w:p>
      <w:pPr>
        <w:jc w:val="right"/>
      </w:pPr>
      <w:r>
        <w:t>گریٹسٹ سورس آف، آف اسلامک، آف سپریچول، آف کورس آف، آف سپریچول کورس۔</w:t>
      </w:r>
    </w:p>
    <w:p>
      <w:r>
        <w:rPr>
          <w:b/>
        </w:rPr>
        <w:t xml:space="preserve">[07:06] </w:t>
      </w:r>
      <w:r>
        <w:t>without namaz, you can not attempt the spirituality in Islam.</w:t>
      </w:r>
    </w:p>
    <w:p>
      <w:pPr>
        <w:jc w:val="right"/>
      </w:pPr>
      <w:r>
        <w:t>وداؤٹ نماز، یو کین ناٹ اٹیمپٹ دا سپریچوٹی ان اسلام۔</w:t>
      </w:r>
    </w:p>
    <w:p>
      <w:r>
        <w:rPr>
          <w:b/>
        </w:rPr>
        <w:t xml:space="preserve">[07:16] </w:t>
      </w:r>
      <w:r>
        <w:t>now,</w:t>
      </w:r>
    </w:p>
    <w:p>
      <w:pPr>
        <w:jc w:val="right"/>
      </w:pPr>
      <w:r>
        <w:t>ناو،</w:t>
      </w:r>
    </w:p>
    <w:p>
      <w:r>
        <w:rPr>
          <w:b/>
        </w:rPr>
        <w:t xml:space="preserve">[07:20] </w:t>
      </w:r>
      <w:r>
        <w:t>there is a verse of the Quran. aqim-us-salata li dhikri,</w:t>
      </w:r>
    </w:p>
    <w:p>
      <w:pPr>
        <w:jc w:val="right"/>
      </w:pPr>
      <w:r>
        <w:t>دیر از ا ورس آف دا قرآن۔ عقب الصلوۃ علی ذکر،</w:t>
      </w:r>
    </w:p>
    <w:p>
      <w:r>
        <w:rPr>
          <w:b/>
        </w:rPr>
        <w:t xml:space="preserve">[07:25] </w:t>
      </w:r>
      <w:r>
        <w:t>literally means perform prayer</w:t>
      </w:r>
    </w:p>
    <w:p>
      <w:pPr>
        <w:jc w:val="right"/>
      </w:pPr>
      <w:r>
        <w:t>لٹری مینز پرفارم پریر</w:t>
      </w:r>
    </w:p>
    <w:p>
      <w:r>
        <w:rPr>
          <w:b/>
        </w:rPr>
        <w:t xml:space="preserve">[07:34] </w:t>
      </w:r>
      <w:r>
        <w:t>for my remembrance, for God remembrance.</w:t>
      </w:r>
    </w:p>
    <w:p>
      <w:pPr>
        <w:jc w:val="right"/>
      </w:pPr>
      <w:r>
        <w:t>فار مائی ریممبرنس، فار گاڈ ریممبرنس۔</w:t>
      </w:r>
    </w:p>
    <w:p>
      <w:r>
        <w:rPr>
          <w:b/>
        </w:rPr>
        <w:t xml:space="preserve">[07:42] </w:t>
      </w:r>
      <w:r>
        <w:t>in other words, this Quran</w:t>
      </w:r>
    </w:p>
    <w:p>
      <w:pPr>
        <w:jc w:val="right"/>
      </w:pPr>
      <w:r>
        <w:t>ان ادر ورڈز، دس قرآنی ورس گیو دیم، گیو دیم میسج دیٹ از اسلامک سپریچوٹی از بیسڈ ان نماز۔</w:t>
      </w:r>
    </w:p>
    <w:p>
      <w:r>
        <w:rPr>
          <w:b/>
        </w:rPr>
        <w:t xml:space="preserve">[07:55] </w:t>
      </w:r>
      <w:r>
        <w:t>aqim-us-salata li dhikri, if you want to contact God, you want to establishment, if you want to establish contact with God.</w:t>
      </w:r>
    </w:p>
    <w:p>
      <w:pPr>
        <w:jc w:val="right"/>
      </w:pPr>
      <w:r>
        <w:t>عقب الصلوۃ علی ذکر، اف یو وانٹ ٹو کنٹیکٹ گاڈ، یو وانٹ ٹو اسٹیبلشمنٹ، اف یو وانٹ ٹو اسٹیبلش کنٹیکٹ ود گاڈ۔</w:t>
      </w:r>
    </w:p>
    <w:p>
      <w:r>
        <w:rPr>
          <w:b/>
        </w:rPr>
        <w:t xml:space="preserve">[08:06] </w:t>
      </w:r>
      <w:r>
        <w:t>in other words, if you want to inculcate spiritual, spiritual, spirituality in your heart and mind, you have to seek help from namaz.</w:t>
      </w:r>
    </w:p>
    <w:p>
      <w:pPr>
        <w:jc w:val="right"/>
      </w:pPr>
      <w:r>
        <w:t>ان ادر ورڈز، اف یو وانٹ ٹو انکلکیٹ سپریچول، سپریچول، سپریچوٹی ان یور ہارٹ اینڈ مائنڈ، یو ہیو ٹو سیکھ ہیلپ فرام نماز۔</w:t>
      </w:r>
    </w:p>
    <w:p>
      <w:r>
        <w:rPr>
          <w:b/>
        </w:rPr>
        <w:t xml:space="preserve">[08:23] </w:t>
      </w:r>
      <w:r>
        <w:t>aqim-us-salata li dhikri,</w:t>
      </w:r>
    </w:p>
    <w:p>
      <w:pPr>
        <w:jc w:val="right"/>
      </w:pPr>
      <w:r>
        <w:t>عقب الصلوۃ علی ذکر،</w:t>
      </w:r>
    </w:p>
    <w:p>
      <w:r>
        <w:rPr>
          <w:b/>
        </w:rPr>
        <w:t xml:space="preserve">[08:30] </w:t>
      </w:r>
      <w:r>
        <w:t>then there is other hadith,</w:t>
      </w:r>
    </w:p>
    <w:p>
      <w:pPr>
        <w:jc w:val="right"/>
      </w:pPr>
      <w:r>
        <w:t>دین دیر از ادر حدیث،</w:t>
      </w:r>
    </w:p>
    <w:p>
      <w:r>
        <w:rPr>
          <w:b/>
        </w:rPr>
        <w:t xml:space="preserve">[08:36] </w:t>
      </w:r>
      <w:r>
        <w:t>al-masajidu buyutul-muttaqin.</w:t>
      </w:r>
    </w:p>
    <w:p>
      <w:pPr>
        <w:jc w:val="right"/>
      </w:pPr>
      <w:r>
        <w:t>المساجد بیوت المتقی۔</w:t>
      </w:r>
    </w:p>
    <w:p>
      <w:r>
        <w:rPr>
          <w:b/>
        </w:rPr>
        <w:t xml:space="preserve">[08:43] </w:t>
      </w:r>
      <w:r>
        <w:t>Literally, it means the literal translation of this hadith is that mosque, mosque are home of believers.</w:t>
      </w:r>
    </w:p>
    <w:p>
      <w:pPr>
        <w:jc w:val="right"/>
      </w:pPr>
      <w:r>
        <w:t>لٹرلی، اٹ مینز دا لٹرل ٹرانسیشن آف دس حدیث از دیٹ ماسک، ماسک آر ہوم آف بیلیورز۔</w:t>
      </w:r>
    </w:p>
    <w:p>
      <w:r>
        <w:rPr>
          <w:b/>
        </w:rPr>
        <w:t xml:space="preserve">[08:58] </w:t>
      </w:r>
      <w:r>
        <w:t>Mosques are home of believers. In other words, mosques are training center of spirituality.</w:t>
      </w:r>
    </w:p>
    <w:p>
      <w:pPr>
        <w:jc w:val="right"/>
      </w:pPr>
      <w:r>
        <w:t>ماسک آر ہوم آف بیلیورز۔ ان ادر ورڈز، ماسک آر ٹریننگ سینٹر آف سپریچوٹی۔</w:t>
      </w:r>
    </w:p>
    <w:p>
      <w:r>
        <w:rPr>
          <w:b/>
        </w:rPr>
        <w:t xml:space="preserve">[09:10] </w:t>
      </w:r>
      <w:r>
        <w:t>al-masajidu buyutul-muttaqin, masjidain mutaqion ka ghar hain. mosque are home of believers.</w:t>
      </w:r>
    </w:p>
    <w:p>
      <w:pPr>
        <w:jc w:val="right"/>
      </w:pPr>
      <w:r>
        <w:t>المساجد بیوت المتقین، مسجدیں متقیوں کا گھر ہیں۔ ماسک آر ہوم آف بیلیورز۔</w:t>
      </w:r>
    </w:p>
    <w:p>
      <w:r>
        <w:rPr>
          <w:b/>
        </w:rPr>
        <w:t xml:space="preserve">[09:24] </w:t>
      </w:r>
      <w:r>
        <w:t>that is mosque are training center of taqwa, training center of iman, training center of spirituality.</w:t>
      </w:r>
    </w:p>
    <w:p>
      <w:pPr>
        <w:jc w:val="right"/>
      </w:pPr>
      <w:r>
        <w:t>دیٹ از ماسک آر ٹریننگ سینٹر آف تقویٰ، ٹریننگ سینٹر آف ایمان، ٹریننگ سینٹر آف سپریچوٹی۔</w:t>
      </w:r>
    </w:p>
    <w:p>
      <w:r>
        <w:rPr>
          <w:b/>
        </w:rPr>
        <w:t xml:space="preserve">[09:36] </w:t>
      </w:r>
      <w:r>
        <w:t>other, this is the most important item of this course of spirituality in Islam.</w:t>
      </w:r>
    </w:p>
    <w:p>
      <w:pPr>
        <w:jc w:val="right"/>
      </w:pPr>
      <w:r>
        <w:t>ادر، دس از دا موسٹ امپورٹنٹ آئٹم آف اس کورس آف سپریچوٹی ان اسلام۔</w:t>
      </w:r>
    </w:p>
    <w:p>
      <w:r>
        <w:rPr>
          <w:b/>
        </w:rPr>
        <w:t xml:space="preserve">[09:47] </w:t>
      </w:r>
      <w:r>
        <w:t>now,</w:t>
      </w:r>
    </w:p>
    <w:p>
      <w:pPr>
        <w:jc w:val="right"/>
      </w:pPr>
      <w:r>
        <w:t>ناو،</w:t>
      </w:r>
    </w:p>
    <w:p>
      <w:r>
        <w:rPr>
          <w:b/>
        </w:rPr>
        <w:t xml:space="preserve">[09:50] </w:t>
      </w:r>
      <w:r>
        <w:t>you know, namaz, namaz perform five time every day, and mosque are only for congregational purpose.</w:t>
      </w:r>
    </w:p>
    <w:p>
      <w:pPr>
        <w:jc w:val="right"/>
      </w:pPr>
      <w:r>
        <w:t>یو نو، نماز، نماز پرفارم فائیو ٹائم ایوری ڈے، اینڈ ماسک آر اونلی فار کنگریگیشنل پرپس۔</w:t>
      </w:r>
    </w:p>
    <w:p>
      <w:r>
        <w:rPr>
          <w:b/>
        </w:rPr>
        <w:t xml:space="preserve">[10:08] </w:t>
      </w:r>
      <w:r>
        <w:t>and namaz is required to perform in congregation. if you want congregational prayer, you need a building, you need a place, you need a site.</w:t>
      </w:r>
    </w:p>
    <w:p>
      <w:pPr>
        <w:jc w:val="right"/>
      </w:pPr>
      <w:r>
        <w:t>اینڈ نماز از ریکوائرڈ ٹو پرفارم ان کنگریگیشن۔ اف یو وانٹ کنگریگیشنل پریر، یو نیڈ ا بلڈنگ، یو نیڈ ا پلیس، یو نیڈ ا سائٹ۔</w:t>
      </w:r>
    </w:p>
    <w:p>
      <w:r>
        <w:rPr>
          <w:b/>
        </w:rPr>
        <w:t xml:space="preserve">[10:27] </w:t>
      </w:r>
      <w:r>
        <w:t>So, mosque or masjid, or mosque is not a mysterious place.</w:t>
      </w:r>
    </w:p>
    <w:p>
      <w:pPr>
        <w:jc w:val="right"/>
      </w:pPr>
      <w:r>
        <w:t>سو، ماسک آر مسجد، اور ماسک از ناٹ ا مسٹیریس پلیس۔</w:t>
      </w:r>
    </w:p>
    <w:p>
      <w:r>
        <w:rPr>
          <w:b/>
        </w:rPr>
        <w:t xml:space="preserve">[10:36] </w:t>
      </w:r>
      <w:r>
        <w:t>there is no mystery in mosque.</w:t>
      </w:r>
    </w:p>
    <w:p>
      <w:pPr>
        <w:jc w:val="right"/>
      </w:pPr>
      <w:r>
        <w:t>دیر از نو مسٹری ان ماسک۔</w:t>
      </w:r>
    </w:p>
    <w:p>
      <w:r>
        <w:rPr>
          <w:b/>
        </w:rPr>
        <w:t xml:space="preserve">[10:43] </w:t>
      </w:r>
      <w:r>
        <w:t>it is simply a congregational place. place without a place</w:t>
      </w:r>
    </w:p>
    <w:p>
      <w:pPr>
        <w:jc w:val="right"/>
      </w:pPr>
      <w:r>
        <w:t>اٹ از سمپلی ا کنگریگیشنل پلیس۔ پلیس وداؤٹ ا پلیس، وداؤٹ ا سائٹ، وداؤٹ ا بلڈنگ، یو کین ناٹ پرفارم کنگریگیشنل پریر۔</w:t>
      </w:r>
    </w:p>
    <w:p>
      <w:r>
        <w:rPr>
          <w:b/>
        </w:rPr>
        <w:t xml:space="preserve">[11:01] </w:t>
      </w:r>
      <w:r>
        <w:t>so, mosque are centers of congregational prayer.</w:t>
      </w:r>
    </w:p>
    <w:p>
      <w:pPr>
        <w:jc w:val="right"/>
      </w:pPr>
      <w:r>
        <w:t>سو، ماسک آر سینٹرز آف کنگریگیشنل پریر۔</w:t>
      </w:r>
    </w:p>
    <w:p>
      <w:r>
        <w:rPr>
          <w:b/>
        </w:rPr>
        <w:t xml:space="preserve">[11:09] </w:t>
      </w:r>
      <w:r>
        <w:t>now,</w:t>
      </w:r>
    </w:p>
    <w:p>
      <w:pPr>
        <w:jc w:val="right"/>
      </w:pPr>
      <w:r>
        <w:t>ناو،</w:t>
      </w:r>
    </w:p>
    <w:p>
      <w:r>
        <w:rPr>
          <w:b/>
        </w:rPr>
        <w:t xml:space="preserve">[11:14] </w:t>
      </w:r>
      <w:r>
        <w:t>I would like to say a few words about namaz. It is very important in spirituality in Islam.</w:t>
      </w:r>
    </w:p>
    <w:p>
      <w:pPr>
        <w:jc w:val="right"/>
      </w:pPr>
      <w:r>
        <w:t>آئی وڈ لائک ٹو سی فیو ورڈز اباؤٹ نماز۔ از ویری امپورٹنٹ ان سپریچوٹی ان اسلام۔</w:t>
      </w:r>
    </w:p>
    <w:p>
      <w:r>
        <w:rPr>
          <w:b/>
        </w:rPr>
        <w:t xml:space="preserve">[11:25] </w:t>
      </w:r>
      <w:r>
        <w:t>you know, in namaz,</w:t>
      </w:r>
    </w:p>
    <w:p>
      <w:pPr>
        <w:jc w:val="right"/>
      </w:pPr>
      <w:r>
        <w:t>یو نو، ان نماز،</w:t>
      </w:r>
    </w:p>
    <w:p>
      <w:r>
        <w:rPr>
          <w:b/>
        </w:rPr>
        <w:t xml:space="preserve">[11:33] </w:t>
      </w:r>
      <w:r>
        <w:t>The oft-repeated kalma is Allahu Akbar. In azan, zikr, in iqamat, in namaz,</w:t>
      </w:r>
    </w:p>
    <w:p>
      <w:pPr>
        <w:jc w:val="right"/>
      </w:pPr>
      <w:r>
        <w:t>دا ہاف ریپیٹڈ کلمہ از اللہ اکبر۔ ان اذان، ذکر، ان اقامت، ان نماز،</w:t>
      </w:r>
    </w:p>
    <w:p>
      <w:r>
        <w:rPr>
          <w:b/>
        </w:rPr>
        <w:t xml:space="preserve">[11:47] </w:t>
      </w:r>
      <w:r>
        <w:t>again and again, you repeat Allahu Akbar.</w:t>
      </w:r>
    </w:p>
    <w:p>
      <w:pPr>
        <w:jc w:val="right"/>
      </w:pPr>
      <w:r>
        <w:t>اگین اینڈ اگین، یو ریپیٹ اللہ اکبر۔</w:t>
      </w:r>
    </w:p>
    <w:p>
      <w:r>
        <w:rPr>
          <w:b/>
        </w:rPr>
        <w:t xml:space="preserve">[11:52] </w:t>
      </w:r>
      <w:r>
        <w:t>yani more than 300 times. Allahu Akbar, the word Allahu Akbar is repeated in</w:t>
      </w:r>
    </w:p>
    <w:p>
      <w:pPr>
        <w:jc w:val="right"/>
      </w:pPr>
      <w:r>
        <w:t>یعنی مور دین 300 ٹائمز۔ اللہ اکبر، دا ورڈ اللہ اکبر از ریپیٹڈ ان</w:t>
      </w:r>
    </w:p>
    <w:p>
      <w:r>
        <w:rPr>
          <w:b/>
        </w:rPr>
        <w:t xml:space="preserve">[12:04] </w:t>
      </w:r>
      <w:r>
        <w:t>prayer more than 300 times. more than 300 times.</w:t>
      </w:r>
    </w:p>
    <w:p>
      <w:pPr>
        <w:jc w:val="right"/>
      </w:pPr>
      <w:r>
        <w:t>پریر مور دین 300 ٹائمز۔ مور دین 300 ٹائمز۔</w:t>
      </w:r>
    </w:p>
    <w:p>
      <w:r>
        <w:rPr>
          <w:b/>
        </w:rPr>
        <w:t xml:space="preserve">[12:16] </w:t>
      </w:r>
      <w:r>
        <w:t>by this, you can understand what the importance of Allahu Akbar in namaz. i can see that Allahu Akbar is the basic spirit of namaz.</w:t>
      </w:r>
    </w:p>
    <w:p>
      <w:pPr>
        <w:jc w:val="right"/>
      </w:pPr>
      <w:r>
        <w:t>بائی دس، یو کین انڈرسٹینڈ واٹ دا امپورٹنس آف اللہ اکبر ان نماز۔ آئی کین سی دیٹ اللہ اکبر از دا بیسک سپرٹ آف نماز۔</w:t>
      </w:r>
    </w:p>
    <w:p>
      <w:r>
        <w:rPr>
          <w:b/>
        </w:rPr>
        <w:t xml:space="preserve">[12:29] </w:t>
      </w:r>
      <w:r>
        <w:t>Allahu Akbar means God is great. God is great. what is the simple sentence?</w:t>
      </w:r>
    </w:p>
    <w:p>
      <w:pPr>
        <w:jc w:val="right"/>
      </w:pPr>
      <w:r>
        <w:t>اللہ اکبر مینز گاڈ از گریٹ۔ گاڈ از گریٹ۔ واٹ از دا سمپل سینٹنس؟</w:t>
      </w:r>
    </w:p>
    <w:p>
      <w:r>
        <w:rPr>
          <w:b/>
        </w:rPr>
        <w:t xml:space="preserve">[12:43] </w:t>
      </w:r>
      <w:r>
        <w:t>it is a simple sentence.</w:t>
      </w:r>
    </w:p>
    <w:p>
      <w:pPr>
        <w:jc w:val="right"/>
      </w:pPr>
      <w:r>
        <w:t>اٹ از ا سمپل سینٹنس۔</w:t>
      </w:r>
    </w:p>
    <w:p>
      <w:r>
        <w:rPr>
          <w:b/>
        </w:rPr>
        <w:t xml:space="preserve">[12:51] </w:t>
      </w:r>
      <w:r>
        <w:t>in other words, it means, it means that God is great and i am not great.</w:t>
      </w:r>
    </w:p>
    <w:p>
      <w:pPr>
        <w:jc w:val="right"/>
      </w:pPr>
      <w:r>
        <w:t>ان ادر ورڈز، اٹ مینز، اٹ مینز دیٹ گاڈ از گریٹ اینڈ آئی ایم ناٹ گریٹ۔</w:t>
      </w:r>
    </w:p>
    <w:p>
      <w:r>
        <w:rPr>
          <w:b/>
        </w:rPr>
        <w:t xml:space="preserve">[13:01] </w:t>
      </w:r>
      <w:r>
        <w:t>it is implicit. it is implicit in Allahu Akbar. God is great and i am not great.</w:t>
      </w:r>
    </w:p>
    <w:p>
      <w:pPr>
        <w:jc w:val="right"/>
      </w:pPr>
      <w:r>
        <w:t>اٹ از امپلیسٹ۔ اٹ از امپلیسٹ ان اللہ اکبر۔ گاڈ از گریٹ اینڈ آئی ایم ناٹ گریٹ۔</w:t>
      </w:r>
    </w:p>
    <w:p>
      <w:r>
        <w:rPr>
          <w:b/>
        </w:rPr>
        <w:t xml:space="preserve">[13:12] </w:t>
      </w:r>
      <w:r>
        <w:t>there is of spirituality.</w:t>
      </w:r>
    </w:p>
    <w:p>
      <w:pPr>
        <w:jc w:val="right"/>
      </w:pPr>
      <w:r>
        <w:t>دیر از اف سپریچوٹی۔</w:t>
      </w:r>
    </w:p>
    <w:p>
      <w:r>
        <w:rPr>
          <w:b/>
        </w:rPr>
        <w:t xml:space="preserve">[13:16] </w:t>
      </w:r>
      <w:r>
        <w:t>when you discover your modesty, then you begin your spirituality.</w:t>
      </w:r>
    </w:p>
    <w:p>
      <w:pPr>
        <w:jc w:val="right"/>
      </w:pPr>
      <w:r>
        <w:t>وین یو ڈسکور یور مونسٹی، دین یو بگین یور سپریچوٹی۔</w:t>
      </w:r>
    </w:p>
    <w:p>
      <w:r>
        <w:rPr>
          <w:b/>
        </w:rPr>
        <w:t xml:space="preserve">[13:26] </w:t>
      </w:r>
      <w:r>
        <w:t>the starting point of Islamic spirituality is discovering yourself that you are a, that you are a modest person.</w:t>
      </w:r>
    </w:p>
    <w:p>
      <w:pPr>
        <w:jc w:val="right"/>
      </w:pPr>
      <w:r>
        <w:t>دا سٹارٹنگ پوائنٹ آف اسلامک سپریچوٹی از ڈسکورنگ یور سیلف دیٹ یو آر ا، دیٹ یو آر ا مونسٹ پرسن۔</w:t>
      </w:r>
    </w:p>
    <w:p>
      <w:r>
        <w:rPr>
          <w:b/>
        </w:rPr>
        <w:t xml:space="preserve">[13:41] </w:t>
      </w:r>
      <w:r>
        <w:t>God is great and i am not great.</w:t>
      </w:r>
    </w:p>
    <w:p>
      <w:pPr>
        <w:jc w:val="right"/>
      </w:pPr>
      <w:r>
        <w:t>گاڈ از گریٹ اینڈ آئی ایم ناٹ گریٹ۔</w:t>
      </w:r>
    </w:p>
    <w:p>
      <w:r>
        <w:rPr>
          <w:b/>
        </w:rPr>
        <w:t xml:space="preserve">[13:46] </w:t>
      </w:r>
      <w:r>
        <w:t>there is the first lesson of Islamic spirituality. you know, every time, and in our life, every time we face some challenge.</w:t>
      </w:r>
    </w:p>
    <w:p>
      <w:pPr>
        <w:jc w:val="right"/>
      </w:pPr>
      <w:r>
        <w:t>دیر از دا فرسٹ لیسن آف اسلامک سپریچوٹی۔ یو نو، ایوری ٹائم، اینڈ ان اور لائف، ایوری ٹائم وی فیس سم چیلنج۔</w:t>
      </w:r>
    </w:p>
    <w:p>
      <w:r>
        <w:rPr>
          <w:b/>
        </w:rPr>
        <w:t xml:space="preserve">[14:03] </w:t>
      </w:r>
      <w:r>
        <w:t>every time</w:t>
      </w:r>
    </w:p>
    <w:p>
      <w:pPr>
        <w:jc w:val="right"/>
      </w:pPr>
      <w:r>
        <w:t>ایوری ٹائم</w:t>
      </w:r>
    </w:p>
    <w:p>
      <w:r>
        <w:rPr>
          <w:b/>
        </w:rPr>
        <w:t xml:space="preserve">[14:06] </w:t>
      </w:r>
      <w:r>
        <w:t>something provokes you. provocation means what is provocation? something activates your ego.</w:t>
      </w:r>
    </w:p>
    <w:p>
      <w:pPr>
        <w:jc w:val="right"/>
      </w:pPr>
      <w:r>
        <w:t>سمथنگ پرووک یو۔ پرووکیشن مینز واٹ از پرووکیشن؟ سمथنگ ایکٹیویٹس یور ایگو۔</w:t>
      </w:r>
    </w:p>
    <w:p>
      <w:r>
        <w:rPr>
          <w:b/>
        </w:rPr>
        <w:t xml:space="preserve">[14:15] </w:t>
      </w:r>
      <w:r>
        <w:t>something that activates your arrogance. You know, every human being, man and woman, both have what is called in Islam, An-nafs al-ammarah.</w:t>
      </w:r>
    </w:p>
    <w:p>
      <w:pPr>
        <w:jc w:val="right"/>
      </w:pPr>
      <w:r>
        <w:t>سمثنگ دیٹ ایکٹیویٹس یور اروگنس۔ یو نو، ایوری ہیومن بینگ، مین اینڈ وومن، بوتھ ہیو واٹ از کالڈ ان اسلام انڈرسٹڈ امارہ۔</w:t>
      </w:r>
    </w:p>
    <w:p>
      <w:r>
        <w:rPr>
          <w:b/>
        </w:rPr>
        <w:t xml:space="preserve">[14:32] </w:t>
      </w:r>
      <w:r>
        <w:t>Indeed, amarah means arrogance,</w:t>
      </w:r>
    </w:p>
    <w:p>
      <w:pPr>
        <w:jc w:val="right"/>
      </w:pPr>
      <w:r>
        <w:t>انڈرسٹڈ امارہ مینز اروگنس،</w:t>
      </w:r>
    </w:p>
    <w:p>
      <w:r>
        <w:rPr>
          <w:b/>
        </w:rPr>
        <w:t xml:space="preserve">[14:37] </w:t>
      </w:r>
      <w:r>
        <w:t>ego. so, every human being</w:t>
      </w:r>
    </w:p>
    <w:p>
      <w:pPr>
        <w:jc w:val="right"/>
      </w:pPr>
      <w:r>
        <w:t>ایگو۔ سو، ایوری ہیومن بینگ</w:t>
      </w:r>
    </w:p>
    <w:p>
      <w:r>
        <w:rPr>
          <w:b/>
        </w:rPr>
        <w:t xml:space="preserve">[14:44] </w:t>
      </w:r>
      <w:r>
        <w:t>has in himself a very impress, very important faculty ego and arrogance.</w:t>
      </w:r>
    </w:p>
    <w:p>
      <w:pPr>
        <w:jc w:val="right"/>
      </w:pPr>
      <w:r>
        <w:t>ہیز ان ہز سیلف ا ویری امپریس، ویری امپورٹنٹ فیکلٹی ایگو اینڈ اروگنس۔</w:t>
      </w:r>
    </w:p>
    <w:p>
      <w:r>
        <w:rPr>
          <w:b/>
        </w:rPr>
        <w:t xml:space="preserve">[14:55] </w:t>
      </w:r>
      <w:r>
        <w:t>so, every time when you face other person, you live in a site, there comes something which challenges your ego, your ego that touches your arrogance.</w:t>
      </w:r>
    </w:p>
    <w:p>
      <w:pPr>
        <w:jc w:val="right"/>
      </w:pPr>
      <w:r>
        <w:t>سو، ایوری ٹائم وین یو فیس ادر پرسن، یو لیو ان ا سائٹ، دیر کمز سم تھنگ وچ چیلنجز یور ایگو، یور ایگو دیٹ ٹچز یور اروگنس۔</w:t>
      </w:r>
    </w:p>
    <w:p>
      <w:r>
        <w:rPr>
          <w:b/>
        </w:rPr>
        <w:t xml:space="preserve">[15:15] </w:t>
      </w:r>
      <w:r>
        <w:t>so, you become angry. so, you become negative.</w:t>
      </w:r>
    </w:p>
    <w:p>
      <w:pPr>
        <w:jc w:val="right"/>
      </w:pPr>
      <w:r>
        <w:t>سو، یو بیکم اینگری۔ سو، یو بیکم نیگیٹیو۔</w:t>
      </w:r>
    </w:p>
    <w:p>
      <w:r>
        <w:rPr>
          <w:b/>
        </w:rPr>
        <w:t xml:space="preserve">[15:22] </w:t>
      </w:r>
      <w:r>
        <w:t>you want to react angry. so, every time you are facing</w:t>
      </w:r>
    </w:p>
    <w:p>
      <w:pPr>
        <w:jc w:val="right"/>
      </w:pPr>
      <w:r>
        <w:t>یو وانٹ ٹو ری ایکٹ اینگری۔ سو، ایوری ٹائم یو آر فیسنگ</w:t>
      </w:r>
    </w:p>
    <w:p>
      <w:r>
        <w:rPr>
          <w:b/>
        </w:rPr>
        <w:t xml:space="preserve">[15:34] </w:t>
      </w:r>
      <w:r>
        <w:t>some kind of arrogance. So, Allah o Akbar is like.</w:t>
      </w:r>
    </w:p>
    <w:p>
      <w:pPr>
        <w:jc w:val="right"/>
      </w:pPr>
      <w:r>
        <w:t>سم کائنڈ آف اروگنس۔ سو، اللہ اکبر از لائک۔</w:t>
      </w:r>
    </w:p>
    <w:p>
      <w:r>
        <w:rPr>
          <w:b/>
        </w:rPr>
        <w:t xml:space="preserve">[15:43] </w:t>
      </w:r>
      <w:r>
        <w:t>and it is negation of that, that feeling.</w:t>
      </w:r>
    </w:p>
    <w:p>
      <w:pPr>
        <w:jc w:val="right"/>
      </w:pPr>
      <w:r>
        <w:t>اینڈ اٹ از نیگیشن آف دیٹ، دیٹ فیلنگ۔</w:t>
      </w:r>
    </w:p>
    <w:p>
      <w:r>
        <w:rPr>
          <w:b/>
        </w:rPr>
        <w:t xml:space="preserve">[15:54] </w:t>
      </w:r>
      <w:r>
        <w:t>when you namaz, you repeat allah o akbar that god is great and i am not great.</w:t>
      </w:r>
    </w:p>
    <w:p>
      <w:pPr>
        <w:jc w:val="right"/>
      </w:pPr>
      <w:r>
        <w:t>وین یو نماز، یو ریپیٹ اللہ اکبر دیٹ گاڈ از گریٹ اینڈ آئی ایم ناٹ گریٹ۔</w:t>
      </w:r>
    </w:p>
    <w:p>
      <w:r>
        <w:rPr>
          <w:b/>
        </w:rPr>
        <w:t xml:space="preserve">[16:04] </w:t>
      </w:r>
      <w:r>
        <w:t>so, you inculcate the spirit of ministry in yourself.</w:t>
      </w:r>
    </w:p>
    <w:p>
      <w:pPr>
        <w:jc w:val="right"/>
      </w:pPr>
      <w:r>
        <w:t>سو، یو انکلکیٹ دا سپرٹ آف مونسٹری ان یور سیلف۔</w:t>
      </w:r>
    </w:p>
    <w:p>
      <w:r>
        <w:rPr>
          <w:b/>
        </w:rPr>
        <w:t xml:space="preserve">[16:16] </w:t>
      </w:r>
      <w:r>
        <w:t>spirit of ministry in yourself, spirit of tolerance in yourself.</w:t>
      </w:r>
    </w:p>
    <w:p>
      <w:pPr>
        <w:jc w:val="right"/>
      </w:pPr>
      <w:r>
        <w:t>سپرٹ آف مونسٹری ان یور سیلف۔ سپرٹ آف ٹالرنس ان یور سیلف۔</w:t>
      </w:r>
    </w:p>
    <w:p>
      <w:r>
        <w:rPr>
          <w:b/>
        </w:rPr>
        <w:t xml:space="preserve">[16:22] </w:t>
      </w:r>
      <w:r>
        <w:t>spirit of sympathy in your self. so, this is the crux of spirituality. so, allah o akbar is repeated in different namaz in their life more than 300 times.</w:t>
      </w:r>
    </w:p>
    <w:p>
      <w:pPr>
        <w:jc w:val="right"/>
      </w:pPr>
      <w:r>
        <w:t>سپرٹ آف سمپتھی ان یور سیلف۔ سو، دس از دا کریکس آف سپریچوٹی۔ سو، اللہ اکبر از ریپیٹڈ ان ڈفرنٹ نماز ان دیر لائف مور دین 300 ٹائمز۔</w:t>
      </w:r>
    </w:p>
    <w:p>
      <w:r>
        <w:rPr>
          <w:b/>
        </w:rPr>
        <w:t xml:space="preserve">[16:41] </w:t>
      </w:r>
      <w:r>
        <w:t>precisely 326 times. precisely 326 times in five time prayers.</w:t>
      </w:r>
    </w:p>
    <w:p>
      <w:pPr>
        <w:jc w:val="right"/>
      </w:pPr>
      <w:r>
        <w:t>پریسائزلی 326 ٹائمز۔ پریسائزلی 326 ٹائمز ان فائیو ٹائم پریرز۔</w:t>
      </w:r>
    </w:p>
    <w:p>
      <w:r>
        <w:rPr>
          <w:b/>
        </w:rPr>
        <w:t xml:space="preserve">[16:57] </w:t>
      </w:r>
      <w:r>
        <w:t>by this, you can understand that allah o akbar super</w:t>
      </w:r>
    </w:p>
    <w:p>
      <w:pPr>
        <w:jc w:val="right"/>
      </w:pPr>
      <w:r>
        <w:t>بائی دس، یو کین انڈرسٹینڈ دیٹ اللہ اکبر سپر</w:t>
      </w:r>
    </w:p>
    <w:p>
      <w:r>
        <w:rPr>
          <w:b/>
        </w:rPr>
        <w:t xml:space="preserve">[17:01] </w:t>
      </w:r>
      <w:r>
        <w:t>t, if i see allah o akbar spirit, is most important things in islam regarding spirituality.</w:t>
      </w:r>
    </w:p>
    <w:p>
      <w:pPr>
        <w:jc w:val="right"/>
      </w:pPr>
      <w:r>
        <w:t>ٹ، اف آئی سی اللہ اکبر سپرٹ، از موسٹ امپورٹنٹ تھنگز ان اسلام ریگارڈنگ سپریچوٹی۔</w:t>
      </w:r>
    </w:p>
    <w:p>
      <w:r>
        <w:rPr>
          <w:b/>
        </w:rPr>
        <w:t xml:space="preserve">[17:12] </w:t>
      </w:r>
      <w:r>
        <w:t>so,</w:t>
      </w:r>
    </w:p>
    <w:p>
      <w:pPr>
        <w:jc w:val="right"/>
      </w:pPr>
      <w:r>
        <w:t>سو،</w:t>
      </w:r>
    </w:p>
    <w:p>
      <w:r>
        <w:rPr>
          <w:b/>
        </w:rPr>
        <w:t xml:space="preserve">[17:16] </w:t>
      </w:r>
      <w:r>
        <w:t>then after allah o akbar, you recite some parts from quran laik alhamdolillah rabbil alameen.</w:t>
      </w:r>
    </w:p>
    <w:p>
      <w:pPr>
        <w:jc w:val="right"/>
      </w:pPr>
      <w:r>
        <w:t>دین افٹر اللہ اکبر، یو ریسائیڈ سم پارٹس فرام قرآن لائک الحمدللہ رب العالمین۔</w:t>
      </w:r>
    </w:p>
    <w:p>
      <w:r>
        <w:rPr>
          <w:b/>
        </w:rPr>
        <w:t xml:space="preserve">[17:28] </w:t>
      </w:r>
      <w:r>
        <w:t>alhamdolillah rabbil alameen.</w:t>
      </w:r>
    </w:p>
    <w:p>
      <w:pPr>
        <w:jc w:val="right"/>
      </w:pPr>
      <w:r>
        <w:t>الحمدللہ رب العالمین۔</w:t>
      </w:r>
    </w:p>
    <w:p>
      <w:r>
        <w:rPr>
          <w:b/>
        </w:rPr>
        <w:t xml:space="preserve">[17:33] </w:t>
      </w:r>
      <w:r>
        <w:t>hamd means shukr, thanks giving.</w:t>
      </w:r>
    </w:p>
    <w:p>
      <w:pPr>
        <w:jc w:val="right"/>
      </w:pPr>
      <w:r>
        <w:t>حمد مینز شکر، تھینکس گیونگ۔</w:t>
      </w:r>
    </w:p>
    <w:p>
      <w:r>
        <w:rPr>
          <w:b/>
        </w:rPr>
        <w:t xml:space="preserve">[17:37] </w:t>
      </w:r>
      <w:r>
        <w:t>So, by this, you prayer acknowledges the greatness of God, the blessings of God.</w:t>
      </w:r>
    </w:p>
    <w:p>
      <w:pPr>
        <w:jc w:val="right"/>
      </w:pPr>
      <w:r>
        <w:t>سو، بائی دس، اپریور ایکنالجز دا گریٹنس آف گاڈ، دا بلیسنگز آف گاڈ۔</w:t>
      </w:r>
    </w:p>
    <w:p>
      <w:r>
        <w:rPr>
          <w:b/>
        </w:rPr>
        <w:t xml:space="preserve">[17:50] </w:t>
      </w:r>
      <w:r>
        <w:t>then he recited some parts of the quran laik</w:t>
      </w:r>
    </w:p>
    <w:p>
      <w:pPr>
        <w:jc w:val="right"/>
      </w:pPr>
      <w:r>
        <w:t>دین ہی ریسائیڈ سم پارٹس آف دا قرآن لائک</w:t>
      </w:r>
    </w:p>
    <w:p>
      <w:r>
        <w:rPr>
          <w:b/>
        </w:rPr>
        <w:t xml:space="preserve">[17:59] </w:t>
      </w:r>
      <w:r>
        <w:t>allazina amanu wa amanu al-salhat. it means that</w:t>
      </w:r>
    </w:p>
    <w:p>
      <w:pPr>
        <w:jc w:val="right"/>
      </w:pPr>
      <w:r>
        <w:t>الذین آمنوا وآمنوا الصالحات۔ اٹ مینز دیٹ</w:t>
      </w:r>
    </w:p>
    <w:p>
      <w:r>
        <w:rPr>
          <w:b/>
        </w:rPr>
        <w:t xml:space="preserve">[18:10] </w:t>
      </w:r>
      <w:r>
        <w:t>time is witness that every one is in lost except those who who realize god existence and surrender to god.</w:t>
      </w:r>
    </w:p>
    <w:p>
      <w:pPr>
        <w:jc w:val="right"/>
      </w:pPr>
      <w:r>
        <w:t>ٹائم از وٹنس دیٹ ایوری ون از ان لاسٹ ایکسیپٹ دو ہو ہو ریلائز گاڈ ایگزسٹنس اینڈ سرینڈر ٹو گاڈ۔</w:t>
      </w:r>
    </w:p>
    <w:p>
      <w:r>
        <w:rPr>
          <w:b/>
        </w:rPr>
        <w:t xml:space="preserve">[18:32] </w:t>
      </w:r>
      <w:r>
        <w:t>so, every one is in lost.</w:t>
      </w:r>
    </w:p>
    <w:p>
      <w:pPr>
        <w:jc w:val="right"/>
      </w:pPr>
      <w:r>
        <w:t>سو، ایوری ون از ان لاسٹ۔</w:t>
      </w:r>
    </w:p>
    <w:p>
      <w:r>
        <w:rPr>
          <w:b/>
        </w:rPr>
        <w:t xml:space="preserve">[18:38] </w:t>
      </w:r>
      <w:r>
        <w:t>you can see, you understand this from the example of ice. Ice is ice is an item, every angle and lost.</w:t>
      </w:r>
    </w:p>
    <w:p>
      <w:pPr>
        <w:jc w:val="right"/>
      </w:pPr>
      <w:r>
        <w:t>یو کین سی، یو انڈرسٹینڈ دس فرام دا ایگزیمپل آف آئس۔ آئس از آئس از این آئٹم، ایوری اینگ اینڈ لاسٹ۔</w:t>
      </w:r>
    </w:p>
    <w:p>
      <w:r>
        <w:rPr>
          <w:b/>
        </w:rPr>
        <w:t xml:space="preserve">[18:51] </w:t>
      </w:r>
      <w:r>
        <w:t>if you don't use ice, then after some time, you disappear.</w:t>
      </w:r>
    </w:p>
    <w:p>
      <w:pPr>
        <w:jc w:val="right"/>
      </w:pPr>
      <w:r>
        <w:t>اف یو ڈونٹ یوز آئس، دین افٹر سم ٹائم، یو ڈسپیئر۔</w:t>
      </w:r>
    </w:p>
    <w:p>
      <w:r>
        <w:rPr>
          <w:b/>
        </w:rPr>
        <w:t xml:space="preserve">[19:00] </w:t>
      </w:r>
      <w:r>
        <w:t>so, man is laik ice.</w:t>
      </w:r>
    </w:p>
    <w:p>
      <w:pPr>
        <w:jc w:val="right"/>
      </w:pPr>
      <w:r>
        <w:t>سو، مین از لائک آئس۔</w:t>
      </w:r>
    </w:p>
    <w:p>
      <w:r>
        <w:rPr>
          <w:b/>
        </w:rPr>
        <w:t xml:space="preserve">[19:06] </w:t>
      </w:r>
      <w:r>
        <w:t>you have to avail those potentials lying in your personality. if you fail to avail these potentials, then some time you tire and you will finish like ice.</w:t>
      </w:r>
    </w:p>
    <w:p>
      <w:pPr>
        <w:jc w:val="right"/>
      </w:pPr>
      <w:r>
        <w:t>یو ہیو ٹو اویل دو پوٹینشلز لائننگ یور پرسنلٹی۔ اف یو فیل ٹو اویل دی پوٹینشلز، دین سم ٹائم یو ٹائر اینڈ یو ویل فنش لائک آئس۔</w:t>
      </w:r>
    </w:p>
    <w:p>
      <w:r>
        <w:rPr>
          <w:b/>
        </w:rPr>
        <w:t xml:space="preserve">[19:29] </w:t>
      </w:r>
      <w:r>
        <w:t>so, we have to, we have to, there is a hadith yani</w:t>
      </w:r>
    </w:p>
    <w:p>
      <w:pPr>
        <w:jc w:val="right"/>
      </w:pPr>
      <w:r>
        <w:t>سو، وی ہیو ٹو، وی ہیو ٹو، دیر از ا حدیث یعنی</w:t>
      </w:r>
    </w:p>
    <w:p>
      <w:r>
        <w:rPr>
          <w:b/>
        </w:rPr>
        <w:t xml:space="preserve">[19:41] </w:t>
      </w:r>
      <w:r>
        <w:t>one who has discovered him self, he has discovered god.</w:t>
      </w:r>
    </w:p>
    <w:p>
      <w:pPr>
        <w:jc w:val="right"/>
      </w:pPr>
      <w:r>
        <w:t>ون ہو ہیز ڈسکورڈ ہم سیلف، ہی ہیز ڈسکورڈ گاڈ۔</w:t>
      </w:r>
    </w:p>
    <w:p>
      <w:r>
        <w:rPr>
          <w:b/>
        </w:rPr>
        <w:t xml:space="preserve">[19:48] </w:t>
      </w:r>
      <w:r>
        <w:t>if you, if you discover your self, then you will discover your god.</w:t>
      </w:r>
    </w:p>
    <w:p>
      <w:pPr>
        <w:jc w:val="right"/>
      </w:pPr>
      <w:r>
        <w:t>اف یو، اف یو ڈسکور یور سیلف، دین یو ویل ڈسکور یور گاڈ۔</w:t>
      </w:r>
    </w:p>
    <w:p>
      <w:r>
        <w:rPr>
          <w:b/>
        </w:rPr>
        <w:t xml:space="preserve">[20:01] </w:t>
      </w:r>
      <w:r>
        <w:t>and you will discover yourself, it will inculcate spirit of monastery because you are powerless and God is powerful.</w:t>
      </w:r>
    </w:p>
    <w:p>
      <w:pPr>
        <w:jc w:val="right"/>
      </w:pPr>
      <w:r>
        <w:t>اینڈ یو ویل ڈسکور یور سیلف، اٹ ویل انکلکیٹ سپرٹ آف مونسٹری بیکاز یو آر پاورلیس اینڈ گاڈ از پاورفل۔</w:t>
      </w:r>
    </w:p>
    <w:p>
      <w:r>
        <w:rPr>
          <w:b/>
        </w:rPr>
        <w:t xml:space="preserve">[20:11] </w:t>
      </w:r>
      <w:r>
        <w:t>we are and God is creator. So, this kind of belief, this kind of discovery is bound to inculcate spirit of honesty in yourself.</w:t>
      </w:r>
    </w:p>
    <w:p>
      <w:pPr>
        <w:jc w:val="right"/>
      </w:pPr>
      <w:r>
        <w:t>وی آر اینڈ گاڈ از کریٹر۔ سو، دس کائنڈ آف بیلیف، دس کائنڈ آف ڈسکوری از باؤنڈ ٹو انکلکیٹ سپرٹ آف ہونسٹری یور سیلف۔</w:t>
      </w:r>
    </w:p>
    <w:p>
      <w:r>
        <w:rPr>
          <w:b/>
        </w:rPr>
        <w:t xml:space="preserve">[20:27] </w:t>
      </w:r>
      <w:r>
        <w:t>there is a cracks of spirituality. Then</w:t>
      </w:r>
    </w:p>
    <w:p>
      <w:pPr>
        <w:jc w:val="right"/>
      </w:pPr>
      <w:r>
        <w:t>دیر از ا کریکس آف سپریچوٹی۔ دین</w:t>
      </w:r>
    </w:p>
    <w:p>
      <w:r>
        <w:rPr>
          <w:b/>
        </w:rPr>
        <w:t xml:space="preserve">[20:37] </w:t>
      </w:r>
      <w:r>
        <w:t>you, you do ruku or sajdah, that bound before god.</w:t>
      </w:r>
    </w:p>
    <w:p>
      <w:pPr>
        <w:jc w:val="right"/>
      </w:pPr>
      <w:r>
        <w:t>یو، یو ڈو رکوع اور سجدہ، دیٹ باؤنڈ بیفور گاڈ۔</w:t>
      </w:r>
    </w:p>
    <w:p>
      <w:r>
        <w:rPr>
          <w:b/>
        </w:rPr>
        <w:t xml:space="preserve">[20:50] </w:t>
      </w:r>
      <w:r>
        <w:t>then in the end, you see in the end of namaz, every believer</w:t>
      </w:r>
    </w:p>
    <w:p>
      <w:pPr>
        <w:jc w:val="right"/>
      </w:pPr>
      <w:r>
        <w:t>دین ان دا اینڈ، یو سی ان دا اینڈ آف نماز، ایوری بیلیور</w:t>
      </w:r>
    </w:p>
    <w:p>
      <w:r>
        <w:rPr>
          <w:b/>
        </w:rPr>
        <w:t xml:space="preserve">[20:59] </w:t>
      </w:r>
      <w:r>
        <w:t>says like this: assalam o alaikum warahmatullah. assalam o alaikum warahmatullah. it means peace be up you, peace be up you.</w:t>
      </w:r>
    </w:p>
    <w:p>
      <w:pPr>
        <w:jc w:val="right"/>
      </w:pPr>
      <w:r>
        <w:t>سیز لائک دس: السلام علیکم ورحمۃ اللہ۔ السلام علیکم ورحمۃ اللہ۔ اٹ مینز پیس بی اپ یو، پیس بی اپ یو۔</w:t>
      </w:r>
    </w:p>
    <w:p>
      <w:r>
        <w:rPr>
          <w:b/>
        </w:rPr>
        <w:t xml:space="preserve">[21:13] </w:t>
      </w:r>
      <w:r>
        <w:t>it means that</w:t>
      </w:r>
    </w:p>
    <w:p>
      <w:pPr>
        <w:jc w:val="right"/>
      </w:pPr>
      <w:r>
        <w:t>اٹ مینز دیٹ</w:t>
      </w:r>
    </w:p>
    <w:p>
      <w:r>
        <w:rPr>
          <w:b/>
        </w:rPr>
        <w:t xml:space="preserve">[21:19] </w:t>
      </w:r>
      <w:r>
        <w:t>namaz tries to inculcate the spirit of peace for man kind.</w:t>
      </w:r>
    </w:p>
    <w:p>
      <w:pPr>
        <w:jc w:val="right"/>
      </w:pPr>
      <w:r>
        <w:t>نماز ٹرائیز ٹو انکلکیٹ دا سپرٹ آف پیس فار مین کائنڈ۔</w:t>
      </w:r>
    </w:p>
    <w:p>
      <w:r>
        <w:rPr>
          <w:b/>
        </w:rPr>
        <w:t xml:space="preserve">[21:28] </w:t>
      </w:r>
      <w:r>
        <w:t>so, monastry, tolerance, submission, surrender and peace, these are the basic ingredients of namaz.</w:t>
      </w:r>
    </w:p>
    <w:p>
      <w:pPr>
        <w:jc w:val="right"/>
      </w:pPr>
      <w:r>
        <w:t>سو، مونسٹری، ٹالرنس، سبمیشن، سرینڈر اینڈ پیس، دیز آر دا بیسک انگریڈینٹس آف نماز۔</w:t>
      </w:r>
    </w:p>
    <w:p>
      <w:r>
        <w:rPr>
          <w:b/>
        </w:rPr>
        <w:t xml:space="preserve">[21:44] </w:t>
      </w:r>
      <w:r>
        <w:t>and this is all the spiritual value. here, i would like to demonstrate what is namaz.</w:t>
      </w:r>
    </w:p>
    <w:p>
      <w:pPr>
        <w:jc w:val="right"/>
      </w:pPr>
      <w:r>
        <w:t>اینڈ دس از آر دا سپریچول ویلیو۔ ہیر، آئی وڈ لائک ٹو ڈیمونسٹریٹ واٹ از نماز۔</w:t>
      </w:r>
    </w:p>
    <w:p>
      <w:r>
        <w:rPr>
          <w:b/>
        </w:rPr>
        <w:t xml:space="preserve">[21:54] </w:t>
      </w:r>
      <w:r>
        <w:t>i will perform one unit. in every namaz, that is some unit. in some namaz, two units. in some three units.</w:t>
      </w:r>
    </w:p>
    <w:p>
      <w:pPr>
        <w:jc w:val="right"/>
      </w:pPr>
      <w:r>
        <w:t>آئی ویل پرفارم ون یونٹ۔ ان ایوری نماز، دیٹ از سم یونٹ۔ ان سم نماز، ٹو یونٹس۔ ان سم تھری یونٹس۔</w:t>
      </w:r>
    </w:p>
    <w:p>
      <w:r>
        <w:rPr>
          <w:b/>
        </w:rPr>
        <w:t xml:space="preserve">[22:03] </w:t>
      </w:r>
      <w:r>
        <w:t>in some namaz, four units. here, i would like to perform one unit as demonstration what is namaz, what is the course of spirituality.</w:t>
      </w:r>
    </w:p>
    <w:p>
      <w:pPr>
        <w:jc w:val="right"/>
      </w:pPr>
      <w:r>
        <w:t>ان سم نماز، فور یونٹس۔ ہیر، آئی وڈ لائک ٹو پرفارم ون یونٹ ایز ڈیمونسٹریشن واٹ از نماز، واٹ از دا کورس آف سپریچوٹی۔</w:t>
      </w:r>
    </w:p>
    <w:p>
      <w:r>
        <w:rPr>
          <w:b/>
        </w:rPr>
        <w:t xml:space="preserve">[22:17] </w:t>
      </w:r>
      <w:r>
        <w:t>spirit of spirituality in every believers,</w:t>
      </w:r>
    </w:p>
    <w:p>
      <w:pPr>
        <w:jc w:val="right"/>
      </w:pPr>
      <w:r>
        <w:t>سپرٹ آف سپریچوٹی ان ایوری بیلیورز،</w:t>
      </w:r>
    </w:p>
    <w:p>
      <w:r>
        <w:rPr>
          <w:b/>
        </w:rPr>
        <w:t xml:space="preserve">[22:26] </w:t>
      </w:r>
      <w:r>
        <w:t>you can see. training this is the, this is the, you can see, this is the special course of spiritual training.</w:t>
      </w:r>
    </w:p>
    <w:p>
      <w:pPr>
        <w:jc w:val="right"/>
      </w:pPr>
      <w:r>
        <w:t>یو کین سی۔ ٹریننگ دس از دا، دس از دا، یو کین سی، دس از دا اسپیشل کورس آف سپریچول ٹریننگ۔</w:t>
      </w:r>
    </w:p>
    <w:p>
      <w:r>
        <w:rPr>
          <w:b/>
        </w:rPr>
        <w:t xml:space="preserve">[22:41] </w:t>
      </w:r>
      <w:r>
        <w:t>allah o akbar,</w:t>
      </w:r>
    </w:p>
    <w:p>
      <w:pPr>
        <w:jc w:val="right"/>
      </w:pPr>
      <w:r>
        <w:t>اللہ اکبر،</w:t>
      </w:r>
    </w:p>
    <w:p>
      <w:r>
        <w:rPr>
          <w:b/>
        </w:rPr>
        <w:t xml:space="preserve">[22:46] </w:t>
      </w:r>
      <w:r>
        <w:t>subhanak allahumma wa bihamdik, wa tabarak ismuk, wa ta'ala jadduk, la ilaha illa allah, bismillah ir rahman ir rahim, alhamdulillah rabb il alamin,</w:t>
      </w:r>
    </w:p>
    <w:p>
      <w:pPr>
        <w:jc w:val="right"/>
      </w:pPr>
      <w:r>
        <w:t>سبحانک اللہم وبحمدک، و تبارک وسلم، و تعالی جلک، لا الہ الا اللہ، بسم اللہ الرحمن الرحیم، الحمدللہ رب العالمین،</w:t>
      </w:r>
    </w:p>
    <w:p>
      <w:r>
        <w:rPr>
          <w:b/>
        </w:rPr>
        <w:t xml:space="preserve">[23:03] </w:t>
      </w:r>
      <w:r>
        <w:t>ar rahman ir rahim, malik yaum id din, iyyaka na'budu wa iyyaka nasta'in, ihdina sirat al mustaqim, sirat alladhina an'amta alaihim,</w:t>
      </w:r>
    </w:p>
    <w:p>
      <w:pPr>
        <w:jc w:val="right"/>
      </w:pPr>
      <w:r>
        <w:t>الرحمن الرحیم، مالک یوم الدین، ایاک نعبد وایاک نستعین، اهدنا الصراط المستقیم، صراط الذین انعمت علیہم،</w:t>
      </w:r>
    </w:p>
    <w:p>
      <w:r>
        <w:rPr>
          <w:b/>
        </w:rPr>
        <w:t xml:space="preserve">[23:21] </w:t>
      </w:r>
      <w:r>
        <w:t>ghair al maghdubi alaihim wa lad dallin,</w:t>
      </w:r>
    </w:p>
    <w:p>
      <w:pPr>
        <w:jc w:val="right"/>
      </w:pPr>
      <w:r>
        <w:t>غیر المغضوب علیہم الضالین،</w:t>
      </w:r>
    </w:p>
    <w:p>
      <w:r>
        <w:rPr>
          <w:b/>
        </w:rPr>
        <w:t xml:space="preserve">[23:28] </w:t>
      </w:r>
      <w:r>
        <w:t>wal asr innal insana lafi khusr illa alladhina amanu wa amilus salihat, wa tawasu bil haqq, wa tawasu bis sabr.</w:t>
      </w:r>
    </w:p>
    <w:p>
      <w:pPr>
        <w:jc w:val="right"/>
      </w:pPr>
      <w:r>
        <w:t>والعصر ان الانسان لک ال الا الذین امنوا وآمنوا الصالحات، وتواصوا بالحق، وتواصوا بالصبر۔</w:t>
      </w:r>
    </w:p>
    <w:p>
      <w:r>
        <w:rPr>
          <w:b/>
        </w:rPr>
        <w:t xml:space="preserve">[23:43] </w:t>
      </w:r>
      <w:r>
        <w:t>allah o akbar,</w:t>
      </w:r>
    </w:p>
    <w:p>
      <w:pPr>
        <w:jc w:val="right"/>
      </w:pPr>
      <w:r>
        <w:t>اللہ اکبر،</w:t>
      </w:r>
    </w:p>
    <w:p>
      <w:r>
        <w:rPr>
          <w:b/>
        </w:rPr>
        <w:t xml:space="preserve">[23:48] </w:t>
      </w:r>
      <w:r>
        <w:t>subhan rabbiyal azim,</w:t>
      </w:r>
    </w:p>
    <w:p>
      <w:pPr>
        <w:jc w:val="right"/>
      </w:pPr>
      <w:r>
        <w:t>سبحان رب العظیم،</w:t>
      </w:r>
    </w:p>
    <w:p>
      <w:r>
        <w:rPr>
          <w:b/>
        </w:rPr>
        <w:t xml:space="preserve">[23:51] </w:t>
      </w:r>
      <w:r>
        <w:t>subhan rabbiyal azim, subhan rabbiyal azim, sami allahu liman hamidah, rabbana lak al hamd, hamdan kathiran tayyiban mubarakan,</w:t>
      </w:r>
    </w:p>
    <w:p>
      <w:pPr>
        <w:jc w:val="right"/>
      </w:pPr>
      <w:r>
        <w:t>سبحان رب العظیم، سبحان رب العظیم، سمع اللہ لمن حمدہ، ربنا لک الحمد، حمدا کثیرا طیبا مبارکا،</w:t>
      </w:r>
    </w:p>
    <w:p>
      <w:r>
        <w:rPr>
          <w:b/>
        </w:rPr>
        <w:t xml:space="preserve">[24:10] </w:t>
      </w:r>
      <w:r>
        <w:t>allah o akbar,</w:t>
      </w:r>
    </w:p>
    <w:p>
      <w:pPr>
        <w:jc w:val="right"/>
      </w:pPr>
      <w:r>
        <w:t>اللہ اکبر،</w:t>
      </w:r>
    </w:p>
    <w:p>
      <w:r>
        <w:rPr>
          <w:b/>
        </w:rPr>
        <w:t xml:space="preserve">[24:17] </w:t>
      </w:r>
      <w:r>
        <w:t>subhan rabbiyal a'la,</w:t>
      </w:r>
    </w:p>
    <w:p>
      <w:pPr>
        <w:jc w:val="right"/>
      </w:pPr>
      <w:r>
        <w:t>سبحان رب العالمین،</w:t>
      </w:r>
    </w:p>
    <w:p>
      <w:r>
        <w:rPr>
          <w:b/>
        </w:rPr>
        <w:t xml:space="preserve">[24:22] </w:t>
      </w:r>
      <w:r>
        <w:t>subhan rabbiyal a'la,</w:t>
      </w:r>
    </w:p>
    <w:p>
      <w:pPr>
        <w:jc w:val="right"/>
      </w:pPr>
      <w:r>
        <w:t>سبحان رب العالمین،</w:t>
      </w:r>
    </w:p>
    <w:p>
      <w:r>
        <w:rPr>
          <w:b/>
        </w:rPr>
        <w:t xml:space="preserve">[24:27] </w:t>
      </w:r>
      <w:r>
        <w:t>subhan rabbul alameen, allah o akbar,</w:t>
      </w:r>
    </w:p>
    <w:p>
      <w:pPr>
        <w:jc w:val="right"/>
      </w:pPr>
      <w:r>
        <w:t>سبحان رب العالمین، اللہ اکبر،</w:t>
      </w:r>
    </w:p>
    <w:p>
      <w:r>
        <w:rPr>
          <w:b/>
        </w:rPr>
        <w:t xml:space="preserve">[24:42] </w:t>
      </w:r>
      <w:r>
        <w:t>astaghfirullah, wahdani, wahdani, wahdani,</w:t>
      </w:r>
    </w:p>
    <w:p>
      <w:pPr>
        <w:jc w:val="right"/>
      </w:pPr>
      <w:r>
        <w:t>استغفراللہ، وحدنی، وحدنی، وحدنی،</w:t>
      </w:r>
    </w:p>
    <w:p>
      <w:r>
        <w:rPr>
          <w:b/>
        </w:rPr>
        <w:t xml:space="preserve">[24:48] </w:t>
      </w:r>
      <w:r>
        <w:t>allah o akbar,</w:t>
      </w:r>
    </w:p>
    <w:p>
      <w:pPr>
        <w:jc w:val="right"/>
      </w:pPr>
      <w:r>
        <w:t>اللہ اکبر،</w:t>
      </w:r>
    </w:p>
    <w:p>
      <w:r>
        <w:rPr>
          <w:b/>
        </w:rPr>
        <w:t xml:space="preserve">[24:52] </w:t>
      </w:r>
      <w:r>
        <w:t>subhan rabbul alameen, subhan rabbul alameen,</w:t>
      </w:r>
    </w:p>
    <w:p>
      <w:pPr>
        <w:jc w:val="right"/>
      </w:pPr>
      <w:r>
        <w:t>سبحان رب العالمین، سبحان رب العالمین،</w:t>
      </w:r>
    </w:p>
    <w:p>
      <w:r>
        <w:rPr>
          <w:b/>
        </w:rPr>
        <w:t xml:space="preserve">[25:01] </w:t>
      </w:r>
      <w:r>
        <w:t>subhan rabbul alameen,</w:t>
      </w:r>
    </w:p>
    <w:p>
      <w:pPr>
        <w:jc w:val="right"/>
      </w:pPr>
      <w:r>
        <w:t>سبحان رب العالمین،</w:t>
      </w:r>
    </w:p>
    <w:p>
      <w:r>
        <w:rPr>
          <w:b/>
        </w:rPr>
        <w:t xml:space="preserve">[25:07] </w:t>
      </w:r>
      <w:r>
        <w:t>allah o akbar,</w:t>
      </w:r>
    </w:p>
    <w:p>
      <w:pPr>
        <w:jc w:val="right"/>
      </w:pPr>
      <w:r>
        <w:t>اللہ اکبر،</w:t>
      </w:r>
    </w:p>
    <w:p>
      <w:r>
        <w:rPr>
          <w:b/>
        </w:rPr>
        <w:t xml:space="preserve">[25:12] </w:t>
      </w:r>
      <w:r>
        <w:t>al tahiyatu lillahi was salawatu wat tayyibat, assalamu alaika ayyuhan nabiyyu wa rahmatullahi wa barakatuh, assalamu alaina wa ala ibadillahis salihin, ash hadu an la ilaha illallah,</w:t>
      </w:r>
    </w:p>
    <w:p>
      <w:pPr>
        <w:jc w:val="right"/>
      </w:pPr>
      <w:r>
        <w:t>التحیات للہ والصلوات والطیبات، السلام علیک ایہا النبی ورحمۃ اللہ وبرکاتہ، السلام علینا وعلی عباد اللہ الظالمین، اشھد ان لا الہ الا اللہ،</w:t>
      </w:r>
    </w:p>
    <w:p>
      <w:r>
        <w:rPr>
          <w:b/>
        </w:rPr>
        <w:t xml:space="preserve">[25:28] </w:t>
      </w:r>
      <w:r>
        <w:t>wa ash hadu anna Muhammadan rasuluh, allahumma salli ala sayyidina Muhammad wa ala aali Muhammad, allahumma barik ala Muhammad wa ala aali Muhammad, wa barik wa sallim alaih.</w:t>
      </w:r>
    </w:p>
    <w:p>
      <w:pPr>
        <w:jc w:val="right"/>
      </w:pPr>
      <w:r>
        <w:t>واشہد ان محمد رسولہ، اللہم صلی علی سیدنا محمد وعلی ال محمد، اللہم بارک علی محمد وعلی ال محمد، وبارک وسلم علیہ۔</w:t>
      </w:r>
    </w:p>
    <w:p>
      <w:r>
        <w:rPr>
          <w:b/>
        </w:rPr>
        <w:t xml:space="preserve">[25:47] </w:t>
      </w:r>
      <w:r>
        <w:t>assalamu alaikum wa rahmatullah, assalamu alaikum wa rahmatullah,</w:t>
      </w:r>
    </w:p>
    <w:p>
      <w:pPr>
        <w:jc w:val="right"/>
      </w:pPr>
      <w:r>
        <w:t>السلام علیکم ورحمۃ اللہ، السلام علیکم ورحمۃ اللہ،</w:t>
      </w:r>
    </w:p>
    <w:p>
      <w:r>
        <w:rPr>
          <w:b/>
        </w:rPr>
        <w:t xml:space="preserve">[25:59] </w:t>
      </w:r>
      <w:r>
        <w:t>rabbana atina fid dunya hasanah wa fil akhirati hasanah, wa qina azaban nar,</w:t>
      </w:r>
    </w:p>
    <w:p>
      <w:pPr>
        <w:jc w:val="right"/>
      </w:pPr>
      <w:r>
        <w:t>ربنا آتنا فی الدنیا حسنہ وفی الاخرۃ حسنہ، وقنا عذاب النار،</w:t>
      </w:r>
    </w:p>
    <w:p>
      <w:r>
        <w:rPr>
          <w:b/>
        </w:rPr>
        <w:t xml:space="preserve">[26:16] </w:t>
      </w:r>
      <w:r>
        <w:t>rabbana taqabbal minna innaka antas samee ul aleem, wa tub alaina innaka antat tawwabur raheem, wa salla Allahu ta ala ala khairi khalqihi Muhammad wa ashabihi ajmaeen, ya rahmataka ya arhamar rahimin.</w:t>
      </w:r>
    </w:p>
    <w:p>
      <w:pPr>
        <w:jc w:val="right"/>
      </w:pPr>
      <w:r>
        <w:t>ربنا تقبل منا انک انت العلیم، وتوب علینا انک انت التواب الرحیم، وصلی اللہ تعالی علی خیر خلقہ محمد واصحابہ اجمعین، یا رحمتک یا ارحم الراحمین۔</w:t>
      </w:r>
    </w:p>
    <w:p>
      <w:r>
        <w:rPr>
          <w:b/>
        </w:rPr>
        <w:t xml:space="preserve">[26:31] </w:t>
      </w:r>
      <w:r>
        <w:t>That was a demonstration of namaz. I had one unit and you can understand what is namaz.</w:t>
      </w:r>
    </w:p>
    <w:p>
      <w:pPr>
        <w:jc w:val="right"/>
      </w:pPr>
      <w:r>
        <w:t>دس واز ا ڈیمونسٹریشن آف نماز۔ آئی ہیڈ ون یونٹ اینڈ یو کین انڈرسٹینڈ واٹ از نماز۔</w:t>
      </w:r>
    </w:p>
    <w:p>
      <w:r>
        <w:rPr>
          <w:b/>
        </w:rPr>
        <w:t xml:space="preserve">[26:47] </w:t>
      </w:r>
      <w:r>
        <w:t>نماز حضرت عمر میں سے ایک ہے۔ نماز حضرت عمر میں سے violence.</w:t>
      </w:r>
    </w:p>
    <w:p>
      <w:pPr>
        <w:jc w:val="right"/>
      </w:pPr>
      <w:r>
        <w:t>نماز حضرت اردو میں سے ایک ہے۔ نماز حضرت اردو میں سے وائلنس۔</w:t>
      </w:r>
    </w:p>
    <w:p>
      <w:r>
        <w:rPr>
          <w:b/>
        </w:rPr>
        <w:t xml:space="preserve">[26:56] </w:t>
      </w:r>
      <w:r>
        <w:t>training spirit of monastery, mere personality, namaz is the demonstration of submission.</w:t>
      </w:r>
    </w:p>
    <w:p>
      <w:pPr>
        <w:jc w:val="right"/>
      </w:pPr>
      <w:r>
        <w:t>ٹریننگ سپرٹ آف مونسٹری، میرے پرسنلٹی، نماز از دا ڈیمونسٹریشن آف سبمیشن۔</w:t>
      </w:r>
    </w:p>
    <w:p>
      <w:r>
        <w:rPr>
          <w:b/>
        </w:rPr>
        <w:t xml:space="preserve">[27:08] </w:t>
      </w:r>
      <w:r>
        <w:t>namaz is surrendering to god.</w:t>
      </w:r>
    </w:p>
    <w:p>
      <w:pPr>
        <w:jc w:val="right"/>
      </w:pPr>
      <w:r>
        <w:t>نماز از سرینڈرنگ ٹو گاڈ۔</w:t>
      </w:r>
    </w:p>
    <w:p>
      <w:r>
        <w:rPr>
          <w:b/>
        </w:rPr>
        <w:t xml:space="preserve">[27:13] </w:t>
      </w:r>
      <w:r>
        <w:t>Namaz is showing please call mankind.</w:t>
      </w:r>
    </w:p>
    <w:p>
      <w:pPr>
        <w:jc w:val="right"/>
      </w:pPr>
      <w:r>
        <w:t>نماز از شوئنگ پلیز کال مین کائنڈ۔</w:t>
      </w:r>
    </w:p>
    <w:p>
      <w:r>
        <w:rPr>
          <w:b/>
        </w:rPr>
        <w:t xml:space="preserve">[27:20] </w:t>
      </w:r>
      <w:r>
        <w:t>Now, you can understand those who have prayed this, this jo hai proper this namaz.</w:t>
      </w:r>
    </w:p>
    <w:p>
      <w:pPr>
        <w:jc w:val="right"/>
      </w:pPr>
      <w:r>
        <w:t>ناؤ، یو کین انڈرسٹینڈ دوست ہو ہیو پریڈ دس، دس جو ہے پراپر دس نماز۔</w:t>
      </w:r>
    </w:p>
    <w:p>
      <w:r>
        <w:rPr>
          <w:b/>
        </w:rPr>
        <w:t xml:space="preserve">[27:35] </w:t>
      </w:r>
      <w:r>
        <w:t>take this discourse</w:t>
      </w:r>
    </w:p>
    <w:p>
      <w:pPr>
        <w:jc w:val="right"/>
      </w:pPr>
      <w:r>
        <w:t>ٹیک دس ڈسکورس</w:t>
      </w:r>
    </w:p>
    <w:p>
      <w:r>
        <w:rPr>
          <w:b/>
        </w:rPr>
        <w:t xml:space="preserve">[27:40] </w:t>
      </w:r>
      <w:r>
        <w:t>, they are bound to change completely.</w:t>
      </w:r>
    </w:p>
    <w:p>
      <w:pPr>
        <w:jc w:val="right"/>
      </w:pPr>
      <w:r>
        <w:t>، دے آر باؤنڈ ٹو چینج کمپلیٹلی۔</w:t>
      </w:r>
    </w:p>
    <w:p>
      <w:r>
        <w:rPr>
          <w:b/>
        </w:rPr>
        <w:t xml:space="preserve">[27:49] </w:t>
      </w:r>
      <w:r>
        <w:t>there is a verse in the quran in assalatu tanha anil fashaa.</w:t>
      </w:r>
    </w:p>
    <w:p>
      <w:pPr>
        <w:jc w:val="right"/>
      </w:pPr>
      <w:r>
        <w:t>دیر از اے ورس ان دا قرآن ان الصلاۃ الطلبہ علی الفاشاء۔</w:t>
      </w:r>
    </w:p>
    <w:p>
      <w:r>
        <w:rPr>
          <w:b/>
        </w:rPr>
        <w:t xml:space="preserve">[28:05] </w:t>
      </w:r>
      <w:r>
        <w:t>in assalatu tanha anil fashaa.</w:t>
      </w:r>
    </w:p>
    <w:p>
      <w:pPr>
        <w:jc w:val="right"/>
      </w:pPr>
      <w:r>
        <w:t>ان الصلاۃ الطلبہ علی الفاشاء۔</w:t>
      </w:r>
    </w:p>
    <w:p>
      <w:r>
        <w:rPr>
          <w:b/>
        </w:rPr>
        <w:t xml:space="preserve">[28:13] </w:t>
      </w:r>
      <w:r>
        <w:t>namaz</w:t>
      </w:r>
    </w:p>
    <w:p>
      <w:pPr>
        <w:jc w:val="right"/>
      </w:pPr>
      <w:r>
        <w:t>نماز</w:t>
      </w:r>
    </w:p>
    <w:p>
      <w:r>
        <w:rPr>
          <w:b/>
        </w:rPr>
        <w:t xml:space="preserve">[28:18] </w:t>
      </w:r>
      <w:r>
        <w:t>reference you from all kind of fields.</w:t>
      </w:r>
    </w:p>
    <w:p>
      <w:pPr>
        <w:jc w:val="right"/>
      </w:pPr>
      <w:r>
        <w:t>ریفرنس یو فرام ال کائنڈ آف فیلڈز۔</w:t>
      </w:r>
    </w:p>
    <w:p>
      <w:r>
        <w:rPr>
          <w:b/>
        </w:rPr>
        <w:t xml:space="preserve">[28:27] </w:t>
      </w:r>
      <w:r>
        <w:t>namaz reference you</w:t>
      </w:r>
    </w:p>
    <w:p>
      <w:pPr>
        <w:jc w:val="right"/>
      </w:pPr>
      <w:r>
        <w:t>نماز ریفرنس یو</w:t>
      </w:r>
    </w:p>
    <w:p>
      <w:r>
        <w:rPr>
          <w:b/>
        </w:rPr>
        <w:t xml:space="preserve">[28:32] </w:t>
      </w:r>
      <w:r>
        <w:t>from all kind of fields. It doesn't mean that simply, simply rituals are for spirit of namaz.</w:t>
      </w:r>
    </w:p>
    <w:p>
      <w:pPr>
        <w:jc w:val="right"/>
      </w:pPr>
      <w:r>
        <w:t>فرام ال کائنڈ آف فیلڈز۔ اٹ ڈزنٹ مین دیٹ سمپلی، سمپلی ریچولز ار فارم سپرٹ آف نماز۔</w:t>
      </w:r>
    </w:p>
    <w:p>
      <w:r>
        <w:rPr>
          <w:b/>
        </w:rPr>
        <w:t xml:space="preserve">[28:46] </w:t>
      </w:r>
      <w:r>
        <w:t>The transition of this verses, that namaz references you from all kind of fields. But it means that spirit of namaz references you from all kind of helivage.</w:t>
      </w:r>
    </w:p>
    <w:p>
      <w:pPr>
        <w:jc w:val="right"/>
      </w:pPr>
      <w:r>
        <w:t>دا ٹرانزیشن آف دس ورسز، دیٹ نماز ریفرنس یو فرام ال کائنڈ آف فیلڈز۔ بٹ اٹ مینز دیٹ سپرٹ آف نماز ریفرنس یو فرام ال کائنڈ آف ہیلیویج۔</w:t>
      </w:r>
    </w:p>
    <w:p>
      <w:r>
        <w:rPr>
          <w:b/>
        </w:rPr>
        <w:t xml:space="preserve">[29:04] </w:t>
      </w:r>
      <w:r>
        <w:t>So, this part I have demonstrated is meant to inculcate all the spirits.</w:t>
      </w:r>
    </w:p>
    <w:p>
      <w:pPr>
        <w:jc w:val="right"/>
      </w:pPr>
      <w:r>
        <w:t>سو، دس پارٹ آئی ہیو ڈیمونسٹریٹڈ از مینٹ ٹو انکلکیٹ آل دی سپرٹس۔</w:t>
      </w:r>
    </w:p>
    <w:p>
      <w:r>
        <w:rPr>
          <w:b/>
        </w:rPr>
        <w:t xml:space="preserve">[29:12] </w:t>
      </w:r>
      <w:r>
        <w:t>if there is no spirit, there is no namaz.</w:t>
      </w:r>
    </w:p>
    <w:p>
      <w:pPr>
        <w:jc w:val="right"/>
      </w:pPr>
      <w:r>
        <w:t>اف دیر از نو سپرٹ، دیر از نو نماز۔</w:t>
      </w:r>
    </w:p>
    <w:p>
      <w:r>
        <w:rPr>
          <w:b/>
        </w:rPr>
        <w:t xml:space="preserve">[29:20] </w:t>
      </w:r>
      <w:r>
        <w:t>yani for with spirit is namaz, but for without spirit is not namaz. simply, a third.</w:t>
      </w:r>
    </w:p>
    <w:p>
      <w:pPr>
        <w:jc w:val="right"/>
      </w:pPr>
      <w:r>
        <w:t>یعنی فار ود سپرٹ از نماز، بٹ فار وداؤٹ سپرٹ از ناٹ نماز۔ سمپلی، ا تھرڈ۔</w:t>
      </w:r>
    </w:p>
    <w:p>
      <w:r>
        <w:rPr>
          <w:b/>
        </w:rPr>
        <w:t xml:space="preserve">[29:32] </w:t>
      </w:r>
      <w:r>
        <w:t>Now, you can understand that one who performs this namaz in true sense, then he is completely a transformed person</w:t>
      </w:r>
    </w:p>
    <w:p>
      <w:pPr>
        <w:jc w:val="right"/>
      </w:pPr>
      <w:r>
        <w:t>ناؤ، یو کین انڈرسٹینڈ دیٹ ون ہو پرفارمز دس نماز انٹوسنس، دین ہی از کمپلیٹلی ا ٹرانسفارمڈ پرسن</w:t>
      </w:r>
    </w:p>
    <w:p>
      <w:r>
        <w:rPr>
          <w:b/>
        </w:rPr>
        <w:t xml:space="preserve">[29:50] </w:t>
      </w:r>
      <w:r>
        <w:t>. and this course is repeated every day, four five times every day.</w:t>
      </w:r>
    </w:p>
    <w:p>
      <w:pPr>
        <w:jc w:val="right"/>
      </w:pPr>
      <w:r>
        <w:t>۔ اینڈ دس کورس از ریپیٹڈ ایوری ڈے، فور فائیو ٹائمز ایوری ڈے۔</w:t>
      </w:r>
    </w:p>
    <w:p>
      <w:r>
        <w:rPr>
          <w:b/>
        </w:rPr>
        <w:t xml:space="preserve">[30:00] </w:t>
      </w:r>
      <w:r>
        <w:t>you can understand that a person who</w:t>
      </w:r>
    </w:p>
    <w:p>
      <w:pPr>
        <w:jc w:val="right"/>
      </w:pPr>
      <w:r>
        <w:t>یو کین انڈرسٹینڈ دیٹ ا پرسن ہو</w:t>
      </w:r>
    </w:p>
    <w:p>
      <w:r>
        <w:rPr>
          <w:b/>
        </w:rPr>
        <w:t xml:space="preserve">[30:06] </w:t>
      </w:r>
      <w:r>
        <w:t>goes under training in such a way, every day five times, then is bound to become a new kind of person.</w:t>
      </w:r>
    </w:p>
    <w:p>
      <w:pPr>
        <w:jc w:val="right"/>
      </w:pPr>
      <w:r>
        <w:t>گوز انڈر ٹریننگ ان سچ ا وے، ایوری ڈے فائیو ٹائمز، دین از باؤنڈ ٹو بیکم ا نیو کائنڈ آف پرسن۔</w:t>
      </w:r>
    </w:p>
    <w:p>
      <w:r>
        <w:rPr>
          <w:b/>
        </w:rPr>
        <w:t xml:space="preserve">[30:27] </w:t>
      </w:r>
      <w:r>
        <w:t>there is a very relevant cheez that prophet of islam was in the masjid madina.</w:t>
      </w:r>
    </w:p>
    <w:p>
      <w:pPr>
        <w:jc w:val="right"/>
      </w:pPr>
      <w:r>
        <w:t>دیر از ا ویری ریلیونٹ چیز دیٹ پرافٹ آف اسلام واز ان دا مسجد مدینہ۔</w:t>
      </w:r>
    </w:p>
    <w:p>
      <w:r>
        <w:rPr>
          <w:b/>
        </w:rPr>
        <w:t xml:space="preserve">[30:39] </w:t>
      </w:r>
      <w:r>
        <w:t>one day, the prophet of islam was sitting in the masjid madina.</w:t>
      </w:r>
    </w:p>
    <w:p>
      <w:pPr>
        <w:jc w:val="right"/>
      </w:pPr>
      <w:r>
        <w:t>ون ڈے، دا پرافٹ آف اسلام واز سٹنگ ان دا مسجد مدینہ۔</w:t>
      </w:r>
    </w:p>
    <w:p>
      <w:r>
        <w:rPr>
          <w:b/>
        </w:rPr>
        <w:t xml:space="preserve">[30:46] </w:t>
      </w:r>
      <w:r>
        <w:t>a muslim came and perform two unit of namaz, and then he wanted to meet the prophet by seeming assalam-o-alaikum.</w:t>
      </w:r>
    </w:p>
    <w:p>
      <w:pPr>
        <w:jc w:val="right"/>
      </w:pPr>
      <w:r>
        <w:t>ا مسلم کیم اینڈ پرفارم ٹو یونٹ آف نماز، اینڈ دین ہی وانٹڈ ٹو میٹ دا پرافٹ بائی سیمنگ السلام علیکم۔</w:t>
      </w:r>
    </w:p>
    <w:p>
      <w:r>
        <w:rPr>
          <w:b/>
        </w:rPr>
        <w:t xml:space="preserve">[31:03] </w:t>
      </w:r>
      <w:r>
        <w:t>but what was the reply? its very important to know what was the reply of the prophet.</w:t>
      </w:r>
    </w:p>
    <w:p>
      <w:pPr>
        <w:jc w:val="right"/>
      </w:pPr>
      <w:r>
        <w:t>بٹ واٹ واز دا ریپلائی؟ اٹس ویری امپورٹنٹ ٹو نو واٹ واز دا ریپلائی آف دا پرافٹ۔</w:t>
      </w:r>
    </w:p>
    <w:p>
      <w:r>
        <w:rPr>
          <w:b/>
        </w:rPr>
        <w:t xml:space="preserve">[31:15] </w:t>
      </w:r>
      <w:r>
        <w:t>go back and perform your namaz again, because you fail to perform namaz.</w:t>
      </w:r>
    </w:p>
    <w:p>
      <w:pPr>
        <w:jc w:val="right"/>
      </w:pPr>
      <w:r>
        <w:t>گو بیک اینڈ پرفارم یور نماز اگین، بیکاز یو فیل ٹو پرفارم نماز۔</w:t>
      </w:r>
    </w:p>
    <w:p>
      <w:r>
        <w:rPr>
          <w:b/>
        </w:rPr>
        <w:t xml:space="preserve">[31:27] </w:t>
      </w:r>
      <w:r>
        <w:t>its very important. its mean that prophet</w:t>
      </w:r>
    </w:p>
    <w:p>
      <w:pPr>
        <w:jc w:val="right"/>
      </w:pPr>
      <w:r>
        <w:t>اٹس ویری امپورٹنٹ۔ اٹس مین دیٹ پرافٹ</w:t>
      </w:r>
    </w:p>
    <w:p>
      <w:r>
        <w:rPr>
          <w:b/>
        </w:rPr>
        <w:t xml:space="preserve">[31:33] </w:t>
      </w:r>
      <w:r>
        <w:t>understood that this person, although perform the for rituals, but the spirit.</w:t>
      </w:r>
    </w:p>
    <w:p>
      <w:pPr>
        <w:jc w:val="right"/>
      </w:pPr>
      <w:r>
        <w:t>انڈرسٹوڈ دیٹ دس پرسن، التو پرفارم دا فار ریچولز، بٹ دا سپرٹ۔</w:t>
      </w:r>
    </w:p>
    <w:p>
      <w:r>
        <w:rPr>
          <w:b/>
        </w:rPr>
        <w:t xml:space="preserve">[31:41] </w:t>
      </w:r>
      <w:r>
        <w:t>was namaz was spirit less.</w:t>
      </w:r>
    </w:p>
    <w:p>
      <w:pPr>
        <w:jc w:val="right"/>
      </w:pPr>
      <w:r>
        <w:t>اس نماز واز اسپرٹ لیس۔</w:t>
      </w:r>
    </w:p>
    <w:p>
      <w:r>
        <w:rPr>
          <w:b/>
        </w:rPr>
        <w:t xml:space="preserve">[31:46] </w:t>
      </w:r>
      <w:r>
        <w:t>so, he said this was not namaz. now, if you see a man who performs namaz five time a day, but he is engaged in evil practices.</w:t>
      </w:r>
    </w:p>
    <w:p>
      <w:pPr>
        <w:jc w:val="right"/>
      </w:pPr>
      <w:r>
        <w:t>سو، ہی سیڈ دس واز ناٹ نماز۔ ناؤ، اف یو سی ا مین ہو پرفارمز نماز فائیو ٹائم ا ڈے، بٹ ہی از انگیج ان ایول پریکٹسز۔</w:t>
      </w:r>
    </w:p>
    <w:p>
      <w:r>
        <w:rPr>
          <w:b/>
        </w:rPr>
        <w:t xml:space="preserve">[32:03] </w:t>
      </w:r>
      <w:r>
        <w:t>he is engaged in un false practices.</w:t>
      </w:r>
    </w:p>
    <w:p>
      <w:pPr>
        <w:jc w:val="right"/>
      </w:pPr>
      <w:r>
        <w:t>ہی از انگیج ان ان فالس پریکٹسز۔</w:t>
      </w:r>
    </w:p>
    <w:p>
      <w:r>
        <w:rPr>
          <w:b/>
        </w:rPr>
        <w:t xml:space="preserve">[32:09] </w:t>
      </w:r>
      <w:r>
        <w:t>he is a disheart person. he tells a lie. you can see the prophet language.</w:t>
      </w:r>
    </w:p>
    <w:p>
      <w:pPr>
        <w:jc w:val="right"/>
      </w:pPr>
      <w:r>
        <w:t>ہی از ا ڈس ہارٹس پرسن۔ ہی ٹیلز ا لائن۔ یو کین سی دا پرافٹ لینگویج۔</w:t>
      </w:r>
    </w:p>
    <w:p>
      <w:r>
        <w:rPr>
          <w:b/>
        </w:rPr>
        <w:t xml:space="preserve">[32:20] </w:t>
      </w:r>
      <w:r>
        <w:t>go back and perform namaz again, because you fail to perform namaz.</w:t>
      </w:r>
    </w:p>
    <w:p>
      <w:pPr>
        <w:jc w:val="right"/>
      </w:pPr>
      <w:r>
        <w:t>گو بیک اینڈ پرفارم نماز اگین، بیکاز یو فیل ٹو پرفارم نماز۔</w:t>
      </w:r>
    </w:p>
    <w:p>
      <w:r>
        <w:rPr>
          <w:b/>
        </w:rPr>
        <w:t xml:space="preserve">[32:31] </w:t>
      </w:r>
      <w:r>
        <w:t>this hadith, this saying of prophet, give you a chance to see, to reject that person, to reject that person namaz.</w:t>
      </w:r>
    </w:p>
    <w:p>
      <w:pPr>
        <w:jc w:val="right"/>
      </w:pPr>
      <w:r>
        <w:t>دس حدیث، دس سینگ آف پرافٹ، گیو یو ا چانس ٹو سی، ٹو ریجیکٹ دیٹ پرسن، ٹو ریجیکٹ دیٹ پرسن نماز۔</w:t>
      </w:r>
    </w:p>
    <w:p>
      <w:r>
        <w:rPr>
          <w:b/>
        </w:rPr>
        <w:t xml:space="preserve">[32:46] </w:t>
      </w:r>
      <w:r>
        <w:t>so, the criteria of judging of namaz is not simply for or peaceful, but spirit.</w:t>
      </w:r>
    </w:p>
    <w:p>
      <w:pPr>
        <w:jc w:val="right"/>
      </w:pPr>
      <w:r>
        <w:t>سو، دا کرائٹیریا آف ججنگ آف نماز از ناٹ سمپلی فار اور پیس فل، بٹ اسپرٹ۔</w:t>
      </w:r>
    </w:p>
    <w:p>
      <w:r>
        <w:rPr>
          <w:b/>
        </w:rPr>
        <w:t xml:space="preserve">[32:57] </w:t>
      </w:r>
      <w:r>
        <w:t>if there is spirit, then there is namaz. if there is no spirit, there is no namaz. its very clear.</w:t>
      </w:r>
    </w:p>
    <w:p>
      <w:pPr>
        <w:jc w:val="right"/>
      </w:pPr>
      <w:r>
        <w:t>اف دیر از سپرٹ، دین دیر از نماز۔ اف دیر از نو سپرٹ، دیر از نو نماز۔ اٹس ویری کلیئر۔</w:t>
      </w:r>
    </w:p>
    <w:p>
      <w:r>
        <w:rPr>
          <w:b/>
        </w:rPr>
        <w:t xml:space="preserve">[33:09] </w:t>
      </w:r>
      <w:r>
        <w:t>now, you can see that there are croress of people are performing namaz. million, billion people are performing namaz, but at the same time,</w:t>
      </w:r>
    </w:p>
    <w:p>
      <w:pPr>
        <w:jc w:val="right"/>
      </w:pPr>
      <w:r>
        <w:t>ناؤ، یو کین سی دیٹ دیر آر کرورز آف پیپل آر پرفارمنگ نماز۔ ملین، بلین پیپل آر پرفارمنگ نماز، بٹ ایٹ دا سیم ٹائم،</w:t>
      </w:r>
    </w:p>
    <w:p>
      <w:r>
        <w:rPr>
          <w:b/>
        </w:rPr>
        <w:t xml:space="preserve">[33:25] </w:t>
      </w:r>
      <w:r>
        <w:t>they are engaged in bad practices.</w:t>
      </w:r>
    </w:p>
    <w:p>
      <w:pPr>
        <w:jc w:val="right"/>
      </w:pPr>
      <w:r>
        <w:t>دے آر انگیجڈ ان بیڈ پریکٹسز۔</w:t>
      </w:r>
    </w:p>
    <w:p>
      <w:r>
        <w:rPr>
          <w:b/>
        </w:rPr>
        <w:t xml:space="preserve">[33:31] </w:t>
      </w:r>
      <w:r>
        <w:t>evil character, dishonesty, false good, corruption, violence, injustice, hate, revenge,</w:t>
      </w:r>
    </w:p>
    <w:p>
      <w:pPr>
        <w:jc w:val="right"/>
      </w:pPr>
      <w:r>
        <w:t>ایول کریکٹر، ڈس ہونسٹی، فالس گڈ، کرپشن، وائلنس، انجسٹس، ہیٹ، ریونج،</w:t>
      </w:r>
    </w:p>
    <w:p>
      <w:r>
        <w:rPr>
          <w:b/>
        </w:rPr>
        <w:t xml:space="preserve">[33:45] </w:t>
      </w:r>
      <w:r>
        <w:t>anger. So, although they are performing namaz, but their namaz is</w:t>
      </w:r>
    </w:p>
    <w:p>
      <w:pPr>
        <w:jc w:val="right"/>
      </w:pPr>
      <w:r>
        <w:t>اینگر۔ سو، التو دے آر پرفارمنگ نماز، بٹ دیر نماز از</w:t>
      </w:r>
    </w:p>
    <w:p>
      <w:r>
        <w:rPr>
          <w:b/>
        </w:rPr>
        <w:t xml:space="preserve">[33:57] </w:t>
      </w:r>
      <w:r>
        <w:t>spiritless namaz.</w:t>
      </w:r>
    </w:p>
    <w:p>
      <w:pPr>
        <w:jc w:val="right"/>
      </w:pPr>
      <w:r>
        <w:t>سپرٹ لیس نماز۔</w:t>
      </w:r>
    </w:p>
    <w:p>
      <w:r>
        <w:rPr>
          <w:b/>
        </w:rPr>
        <w:t xml:space="preserve">[34:00] </w:t>
      </w:r>
      <w:r>
        <w:t>And spiritless namaz is not namaz. So, you have every right to say these people that. Go back, a fasiq, go back and perform your namaz again,</w:t>
      </w:r>
    </w:p>
    <w:p>
      <w:pPr>
        <w:jc w:val="right"/>
      </w:pPr>
      <w:r>
        <w:t>اینڈ سپرٹ لیس نماز از ناٹ نماز۔ سو، یو ہیو ایوری رائٹ ٹو سے دیز پیپلز دیٹ۔ گو بیک، اے فصل، گو بیک اینڈ پرفارم یور نماز اگین،</w:t>
      </w:r>
    </w:p>
    <w:p>
      <w:r>
        <w:rPr>
          <w:b/>
        </w:rPr>
        <w:t xml:space="preserve">[34:17] </w:t>
      </w:r>
      <w:r>
        <w:t>because you failed to perform namaz. Your namaz was simply a form, it was not with spirit.</w:t>
      </w:r>
    </w:p>
    <w:p>
      <w:pPr>
        <w:jc w:val="right"/>
      </w:pPr>
      <w:r>
        <w:t>بیکاز یو فیل ٹو پرفارم نماز۔ یور نماز واز سمپلی ا فارم، اٹ واز ناٹ ود اسپرٹ۔</w:t>
      </w:r>
    </w:p>
    <w:p>
      <w:r>
        <w:rPr>
          <w:b/>
        </w:rPr>
        <w:t xml:space="preserve">[34:28] </w:t>
      </w:r>
      <w:r>
        <w:t>So, this is the course of spirituality in Islam.</w:t>
      </w:r>
    </w:p>
    <w:p>
      <w:pPr>
        <w:jc w:val="right"/>
      </w:pPr>
      <w:r>
        <w:t>سو، دس از دا کورس آف سپریچولٹی ان اسلام۔</w:t>
      </w:r>
    </w:p>
    <w:p>
      <w:r>
        <w:rPr>
          <w:b/>
        </w:rPr>
        <w:t xml:space="preserve">[34:38] </w:t>
      </w:r>
      <w:r>
        <w:t>Now, I would like to add that the most important thing in spirituality is dua.</w:t>
      </w:r>
    </w:p>
    <w:p>
      <w:pPr>
        <w:jc w:val="right"/>
      </w:pPr>
      <w:r>
        <w:t>ناؤ، آئی وڈ لائک ٹو ایڈ دیٹ دا موسٹ امپورٹنٹ تھنگ ان سپریچولٹی از دعا۔</w:t>
      </w:r>
    </w:p>
    <w:p>
      <w:r>
        <w:rPr>
          <w:b/>
        </w:rPr>
        <w:t xml:space="preserve">[34:49] </w:t>
      </w:r>
      <w:r>
        <w:t>Every time you are facing some problems, some situations,</w:t>
      </w:r>
    </w:p>
    <w:p>
      <w:pPr>
        <w:jc w:val="right"/>
      </w:pPr>
      <w:r>
        <w:t>ایوری ٹائم یو آر فیسنگ سم پرابلم، سم سچویشنز،</w:t>
      </w:r>
    </w:p>
    <w:p>
      <w:r>
        <w:rPr>
          <w:b/>
        </w:rPr>
        <w:t xml:space="preserve">[34:58] </w:t>
      </w:r>
      <w:r>
        <w:t>every time you feel that you are helpless. Even big bees are helpless.</w:t>
      </w:r>
    </w:p>
    <w:p>
      <w:pPr>
        <w:jc w:val="right"/>
      </w:pPr>
      <w:r>
        <w:t>ایوری ٹائم یو فیل دیٹ یو آر ہیلپ لیس۔ ایون بگ بیز آر ہیلپ لیس۔</w:t>
      </w:r>
    </w:p>
    <w:p>
      <w:r>
        <w:rPr>
          <w:b/>
        </w:rPr>
        <w:t xml:space="preserve">[35:06] </w:t>
      </w:r>
      <w:r>
        <w:t>Yesterday, I did an interview with the big bee. He said, "I am helpless person." So, every human being is helpless person.</w:t>
      </w:r>
    </w:p>
    <w:p>
      <w:pPr>
        <w:jc w:val="right"/>
      </w:pPr>
      <w:r>
        <w:t>یسٹرڈے، آئی ڈیڈ این انٹرویو ود دا بگ بی۔ ہی سیڈ، "آئی ایم ہیلپ لیس پرسن۔" سو، ایوری ہیومن بینگ از ہیلپ لیس پرسن۔</w:t>
      </w:r>
    </w:p>
    <w:p>
      <w:r>
        <w:rPr>
          <w:b/>
        </w:rPr>
        <w:t xml:space="preserve">[35:26] </w:t>
      </w:r>
      <w:r>
        <w:t>So, when I, I, I. So, during all these experiences, you must remember God.</w:t>
      </w:r>
    </w:p>
    <w:p>
      <w:pPr>
        <w:jc w:val="right"/>
      </w:pPr>
      <w:r>
        <w:t>سو، وین آئی، آئی، آئی۔ سو، ڈیورنگ آل دیز ایکسپیرینسز، یو مسٹ ریممبر گاڈ۔</w:t>
      </w:r>
    </w:p>
    <w:p>
      <w:r>
        <w:rPr>
          <w:b/>
        </w:rPr>
        <w:t xml:space="preserve">[35:36] </w:t>
      </w:r>
      <w:r>
        <w:t>You must make dua.</w:t>
      </w:r>
    </w:p>
    <w:p>
      <w:pPr>
        <w:jc w:val="right"/>
      </w:pPr>
      <w:r>
        <w:t>یو مسٹ میک دعا۔</w:t>
      </w:r>
    </w:p>
    <w:p>
      <w:r>
        <w:rPr>
          <w:b/>
        </w:rPr>
        <w:t xml:space="preserve">[35:41] </w:t>
      </w:r>
      <w:r>
        <w:t>Myself, yani I can see that every time I am engaged in dua. Every time, every moment, every second,</w:t>
      </w:r>
    </w:p>
    <w:p>
      <w:pPr>
        <w:jc w:val="right"/>
      </w:pPr>
      <w:r>
        <w:t>مائی سیلف، یعنی آئی کین سی کہ ایوری ٹائم آئی ہوں انگیج ان دعا۔ ایوری ٹائم، ایوری مومنٹ، ایوری سیکنڈ،</w:t>
      </w:r>
    </w:p>
    <w:p>
      <w:r>
        <w:rPr>
          <w:b/>
        </w:rPr>
        <w:t xml:space="preserve">[35:55] </w:t>
      </w:r>
      <w:r>
        <w:t>because he is the sunnah of the prophet. We read the books that prophet was always engaged in dua.</w:t>
      </w:r>
    </w:p>
    <w:p>
      <w:pPr>
        <w:jc w:val="right"/>
      </w:pPr>
      <w:r>
        <w:t>بیکاز ہی از دا سنہ آف دا پرافٹ۔ وی ریڈ دا بکس دیٹ پرافٹ واز آلویز انگیجڈ ان دعا۔</w:t>
      </w:r>
    </w:p>
    <w:p>
      <w:r>
        <w:rPr>
          <w:b/>
        </w:rPr>
        <w:t xml:space="preserve">[36:04] </w:t>
      </w:r>
      <w:r>
        <w:t>Dua means, dua means establishing contact with God. Dua means feeling presence of God.</w:t>
      </w:r>
    </w:p>
    <w:p>
      <w:pPr>
        <w:jc w:val="right"/>
      </w:pPr>
      <w:r>
        <w:t>دعا مینز، دعا مینز اسٹیبلشنگ کنٹیکٹ ود گاڈ۔ دعا مینز فیلنگ پریزنس آف گاڈ۔</w:t>
      </w:r>
    </w:p>
    <w:p>
      <w:r>
        <w:rPr>
          <w:b/>
        </w:rPr>
        <w:t xml:space="preserve">[36:16] </w:t>
      </w:r>
      <w:r>
        <w:t>There is a hadith, "Tawbah Allah". It means that perform your ibadah, perform your prayer, as if you are seeing, you are seeing God.</w:t>
      </w:r>
    </w:p>
    <w:p>
      <w:pPr>
        <w:jc w:val="right"/>
      </w:pPr>
      <w:r>
        <w:t>دیر از اے حدیث، "توب اللہ"۔ اٹ مینز دیٹ پرفارم یور عبادت، پرفارم یور پریئر، ایز اف یو آر سیئنگ، یو آر سیئنگ گاڈ۔</w:t>
      </w:r>
    </w:p>
    <w:p>
      <w:r>
        <w:rPr>
          <w:b/>
        </w:rPr>
        <w:t xml:space="preserve">[36:35] </w:t>
      </w:r>
      <w:r>
        <w:t>So, ibadah or prayer or namaz is a source of experience, a source of experience, a source of experience of nearness to God, presence of God.</w:t>
      </w:r>
    </w:p>
    <w:p>
      <w:pPr>
        <w:jc w:val="right"/>
      </w:pPr>
      <w:r>
        <w:t>سو، عبادت اور پریئر اور نماز از ا سورس آف ایکسپیرینس، ا سورس آف ایکسپیرینس، ا سورس آف ایکسپیرینس آف نیئرنس ٹو گاڈ، پریزنس آف گاڈ۔</w:t>
      </w:r>
    </w:p>
    <w:p>
      <w:r>
        <w:rPr>
          <w:b/>
        </w:rPr>
        <w:t xml:space="preserve">[36:56] </w:t>
      </w:r>
      <w:r>
        <w:t>So, if you, if you find that kind of experience, then you are performing namaz, otherwise not.</w:t>
      </w:r>
    </w:p>
    <w:p>
      <w:pPr>
        <w:jc w:val="right"/>
      </w:pPr>
      <w:r>
        <w:t>سو، اف یو، اف یو فائنڈ دیٹ کائنڈ آف ایکسپیرینس، دین یو آر پرفارمنگ نماز، ادروائز ناٹ۔</w:t>
      </w:r>
    </w:p>
    <w:p>
      <w:r>
        <w:rPr>
          <w:b/>
        </w:rPr>
        <w:t xml:space="preserve">[37:09] </w:t>
      </w:r>
      <w:r>
        <w:t>And I said that the spirit, that the Islamic spirituality</w:t>
      </w:r>
    </w:p>
    <w:p>
      <w:pPr>
        <w:jc w:val="right"/>
      </w:pPr>
      <w:r>
        <w:t>اینڈ آئی سیڈ دیٹ دا سپرٹ، دیٹ دا اسلامک سپریچولٹی</w:t>
      </w:r>
    </w:p>
    <w:p>
      <w:r>
        <w:rPr>
          <w:b/>
        </w:rPr>
        <w:t xml:space="preserve">[37:19] </w:t>
      </w:r>
      <w:r>
        <w:t>is, yani one who, one who, who living in the presence of God, is a spiritual person.</w:t>
      </w:r>
    </w:p>
    <w:p>
      <w:pPr>
        <w:jc w:val="right"/>
      </w:pPr>
      <w:r>
        <w:t>از، یعنی ون ہو، ون ہو، ہو لیونگ ان دا پریزنس آف گاڈ، از ا سپریچول پرسن۔</w:t>
      </w:r>
    </w:p>
    <w:p>
      <w:r>
        <w:rPr>
          <w:b/>
        </w:rPr>
        <w:t xml:space="preserve">[37:32] </w:t>
      </w:r>
      <w:r>
        <w:t>Without this feeling, there is no spirituality.</w:t>
      </w:r>
    </w:p>
    <w:p>
      <w:pPr>
        <w:jc w:val="right"/>
      </w:pPr>
      <w:r>
        <w:t>وداؤٹ دس فیلنگ، دیر از نو سپریچولٹی۔</w:t>
      </w:r>
    </w:p>
    <w:p>
      <w:r>
        <w:rPr>
          <w:b/>
        </w:rPr>
        <w:t xml:space="preserve">[37:38] </w:t>
      </w:r>
      <w:r>
        <w:t>As I said early that Islamic spirituality is God based spirituality, or Rabbania, Rab oriented.</w:t>
      </w:r>
    </w:p>
    <w:p>
      <w:pPr>
        <w:jc w:val="right"/>
      </w:pPr>
      <w:r>
        <w:t>ایز آئی سیڈ ارلی دیٹ اسلامک سپریچولٹی از گاڈ بیسڈ سپریچولٹی، ار ربانیہ، رب اورینٹڈ۔</w:t>
      </w:r>
    </w:p>
    <w:p>
      <w:r>
        <w:rPr>
          <w:b/>
        </w:rPr>
        <w:t xml:space="preserve">[37:51] </w:t>
      </w:r>
      <w:r>
        <w:t>So, if your namaz, if your ibadah,</w:t>
      </w:r>
    </w:p>
    <w:p>
      <w:pPr>
        <w:jc w:val="right"/>
      </w:pPr>
      <w:r>
        <w:t>سو، اف یور نماز، اف یور عبادت،</w:t>
      </w:r>
    </w:p>
    <w:p>
      <w:r>
        <w:rPr>
          <w:b/>
        </w:rPr>
        <w:t xml:space="preserve">[37:57] </w:t>
      </w:r>
      <w:r>
        <w:t>inculcate your personality, that kind of spirit, that kind of feeling, that kind of ehsaas, then it is true ibadah, otherwise not.</w:t>
      </w:r>
    </w:p>
    <w:p>
      <w:pPr>
        <w:jc w:val="right"/>
      </w:pPr>
      <w:r>
        <w:t>انکلکیٹ یور پرسنلٹی، دیٹ کائنڈ آف سپرٹ، دیٹ کائنڈ آف فیلنگ، دیٹ کائنڈ آف احساس، دین اٹ از ٹرو عبادت، ادروائز ناٹ۔</w:t>
      </w:r>
    </w:p>
    <w:p>
      <w:r>
        <w:rPr>
          <w:b/>
        </w:rPr>
        <w:t xml:space="preserve">[38:11] </w:t>
      </w:r>
      <w:r>
        <w:t>You know, here I would like to add one very relevant hadith. In the early Islamic history, there was a battle, a defense war, that is battle of Badr.</w:t>
      </w:r>
    </w:p>
    <w:p>
      <w:pPr>
        <w:jc w:val="right"/>
      </w:pPr>
      <w:r>
        <w:t>یو نو، ہیر آئی وڈ لائک ٹو ایڈ ون ویری ریلیونٹ حدیث۔ ان دا ارلی اسلامک ہسٹری، دیر واز ا بیٹل، ا ڈیفنسو وار، دیٹ از بیٹل اف بدر۔</w:t>
      </w:r>
    </w:p>
    <w:p>
      <w:r>
        <w:rPr>
          <w:b/>
        </w:rPr>
        <w:t xml:space="preserve">[38:26] </w:t>
      </w:r>
      <w:r>
        <w:t>battle of badr, battle of badr was a defensive war.</w:t>
      </w:r>
    </w:p>
    <w:p>
      <w:pPr>
        <w:jc w:val="right"/>
      </w:pPr>
      <w:r>
        <w:t>بیٹل اف بدر، بیٹل اف بدر واز ا ڈیفنسو وار۔</w:t>
      </w:r>
    </w:p>
    <w:p>
      <w:r>
        <w:rPr>
          <w:b/>
        </w:rPr>
        <w:t xml:space="preserve">[38:32] </w:t>
      </w:r>
      <w:r>
        <w:t>so, at the time, prophet was sitting</w:t>
      </w:r>
    </w:p>
    <w:p>
      <w:pPr>
        <w:jc w:val="right"/>
      </w:pPr>
      <w:r>
        <w:t>سو، ایٹ دا ٹائم، پرافٹ واز سٹنگ</w:t>
      </w:r>
    </w:p>
    <w:p>
      <w:r>
        <w:rPr>
          <w:b/>
        </w:rPr>
        <w:t xml:space="preserve">[38:39] </w:t>
      </w:r>
      <w:r>
        <w:t>and</w:t>
      </w:r>
    </w:p>
    <w:p>
      <w:pPr>
        <w:jc w:val="right"/>
      </w:pPr>
      <w:r>
        <w:t>اینڈ</w:t>
      </w:r>
    </w:p>
    <w:p>
      <w:r>
        <w:rPr>
          <w:b/>
        </w:rPr>
        <w:t xml:space="preserve">[38:43] </w:t>
      </w:r>
      <w:r>
        <w:t>praying. you see, there was a battle, there was a war, but what was the prayer of prophet, of the prophet of Islam?</w:t>
      </w:r>
    </w:p>
    <w:p>
      <w:pPr>
        <w:jc w:val="right"/>
      </w:pPr>
      <w:r>
        <w:t>پریئنگ۔ یو سی، دیر واز ا بیٹل، دیر واز ا وار، بٹ واٹ واز دا پریئر آف پرافٹ، آف دا پرافٹ آف اسلام؟</w:t>
      </w:r>
    </w:p>
    <w:p>
      <w:r>
        <w:rPr>
          <w:b/>
        </w:rPr>
        <w:t xml:space="preserve">[38:53] </w:t>
      </w:r>
      <w:r>
        <w:t>what was dua? at the time of battle, at the time of war, prophet was making a dua.</w:t>
      </w:r>
    </w:p>
    <w:p>
      <w:pPr>
        <w:jc w:val="right"/>
      </w:pPr>
      <w:r>
        <w:t>واٹ واز دعا؟ ایٹ دا ٹائم آف بیٹل، ایٹ دا ٹائم آف وار، پرافٹ واز میکنگ ا دعا۔</w:t>
      </w:r>
    </w:p>
    <w:p>
      <w:r>
        <w:rPr>
          <w:b/>
        </w:rPr>
        <w:t xml:space="preserve">[39:02] </w:t>
      </w:r>
      <w:r>
        <w:t>And what was the dua? He was saying, "اللہم انت السلام، و منک السلام،</w:t>
      </w:r>
    </w:p>
    <w:p>
      <w:pPr>
        <w:jc w:val="right"/>
      </w:pPr>
      <w:r>
        <w:t>اینڈ واٹ واز دا دعا؟ ہی واز سینگ، "اللہم انت السلام، و منک السلام،</w:t>
      </w:r>
    </w:p>
    <w:p>
      <w:r>
        <w:rPr>
          <w:b/>
        </w:rPr>
        <w:t xml:space="preserve">[39:11] </w:t>
      </w:r>
      <w:r>
        <w:t>allahumma antas salam, wa minkas salam, wa alayhis salam, hayyid rabbaka alayhis salam, wa asil daraka salam, tabarak rabbana</w:t>
      </w:r>
    </w:p>
    <w:p>
      <w:pPr>
        <w:jc w:val="right"/>
      </w:pPr>
      <w:r>
        <w:t>اللہم انت السلام، و منک السلام، وعلیہ جو سلام، حید ربک علیہ السلام، واصل دارک سلام، تبارک ربنا</w:t>
      </w:r>
    </w:p>
    <w:p>
      <w:r>
        <w:rPr>
          <w:b/>
        </w:rPr>
        <w:t xml:space="preserve">[39:23] </w:t>
      </w:r>
      <w:r>
        <w:t>wa alaihi ya zuljalal wal ikram.</w:t>
      </w:r>
    </w:p>
    <w:p>
      <w:pPr>
        <w:jc w:val="right"/>
      </w:pPr>
      <w:r>
        <w:t>وعلیہ یا ذوالجلال والاکرام۔"</w:t>
      </w:r>
    </w:p>
    <w:p>
      <w:r>
        <w:rPr>
          <w:b/>
        </w:rPr>
        <w:t xml:space="preserve">[39:27] </w:t>
      </w:r>
      <w:r>
        <w:t>das waz da dua wich</w:t>
      </w:r>
    </w:p>
    <w:p>
      <w:pPr>
        <w:jc w:val="right"/>
      </w:pPr>
      <w:r>
        <w:t>دس واز دا دعا وچ</w:t>
      </w:r>
    </w:p>
    <w:p>
      <w:r>
        <w:rPr>
          <w:b/>
        </w:rPr>
        <w:t xml:space="preserve">[39:31] </w:t>
      </w:r>
      <w:r>
        <w:t>The Prophet was making at the time of battle, at the time of war.</w:t>
      </w:r>
    </w:p>
    <w:p>
      <w:pPr>
        <w:jc w:val="right"/>
      </w:pPr>
      <w:r>
        <w:t>پرافٹ واز میکنگ ایٹ دا ٹائم آف بیٹل، ایٹ دا ٹائم آف وار۔</w:t>
      </w:r>
    </w:p>
    <w:p>
      <w:r>
        <w:rPr>
          <w:b/>
        </w:rPr>
        <w:t xml:space="preserve">[39:37] </w:t>
      </w:r>
      <w:r>
        <w:t>the translation of this dua is, "o god, you are peace."</w:t>
      </w:r>
    </w:p>
    <w:p>
      <w:pPr>
        <w:jc w:val="right"/>
      </w:pPr>
      <w:r>
        <w:t>دا ٹرانزیشن آف دس دعا از، "او گاڈ، یو آر پیس۔"</w:t>
      </w:r>
    </w:p>
    <w:p>
      <w:r>
        <w:rPr>
          <w:b/>
        </w:rPr>
        <w:t xml:space="preserve">[39:44] </w:t>
      </w:r>
      <w:r>
        <w:t>he was not saying that, "o god, give us victory." no, it's very strange. he was not saying that, "o god, give us victory, war enemy." he was saying, "o god, you are peace.</w:t>
      </w:r>
    </w:p>
    <w:p>
      <w:pPr>
        <w:jc w:val="right"/>
      </w:pPr>
      <w:r>
        <w:t>ہی واز ناٹ سینگ دیٹ، "او گاڈ، گیو اس وکٹری۔" نو، اٹس ویری سٹرینج۔ ہی واز ناٹ سینگ دیٹ، "او گاڈ، گیو اس وکٹری، وار انمی۔" ہی واز سینگ، "او گاڈ، یو آر پیس۔</w:t>
      </w:r>
    </w:p>
    <w:p>
      <w:r>
        <w:rPr>
          <w:b/>
        </w:rPr>
        <w:t xml:space="preserve">[40:05] </w:t>
      </w:r>
      <w:r>
        <w:t>peace is from you,</w:t>
      </w:r>
    </w:p>
    <w:p>
      <w:pPr>
        <w:jc w:val="right"/>
      </w:pPr>
      <w:r>
        <w:t>پیس از فرام یو،</w:t>
      </w:r>
    </w:p>
    <w:p>
      <w:r>
        <w:rPr>
          <w:b/>
        </w:rPr>
        <w:t xml:space="preserve">[40:10] </w:t>
      </w:r>
      <w:r>
        <w:t>peace returns to you.</w:t>
      </w:r>
    </w:p>
    <w:p>
      <w:pPr>
        <w:jc w:val="right"/>
      </w:pPr>
      <w:r>
        <w:t>پیس ریٹرنز ٹو یو۔</w:t>
      </w:r>
    </w:p>
    <w:p>
      <w:r>
        <w:rPr>
          <w:b/>
        </w:rPr>
        <w:t xml:space="preserve">[40:14] </w:t>
      </w:r>
      <w:r>
        <w:t>o god, let us live the life of peace. o god, enter us into the peace.</w:t>
      </w:r>
    </w:p>
    <w:p>
      <w:pPr>
        <w:jc w:val="right"/>
      </w:pPr>
      <w:r>
        <w:t>او گاڈ، لیٹ اس لیو دا لائف آف پیس۔ او گاڈ، انٹر اس انٹو دا پیس۔</w:t>
      </w:r>
    </w:p>
    <w:p>
      <w:r>
        <w:rPr>
          <w:b/>
        </w:rPr>
        <w:t xml:space="preserve">[40:26] </w:t>
      </w:r>
      <w:r>
        <w:t>o god, bless us with the hope of peace, that is paradise." this was the dua of prophet at the time of war.</w:t>
      </w:r>
    </w:p>
    <w:p>
      <w:pPr>
        <w:jc w:val="right"/>
      </w:pPr>
      <w:r>
        <w:t>او گاڈ، بلیس اس ود دا ہوپ آف پیس، دیٹ از پیراڈائز۔" دس واز دا دعا آف پرافٹ ایٹ دا ٹائم آف وار۔</w:t>
      </w:r>
    </w:p>
    <w:p>
      <w:r>
        <w:rPr>
          <w:b/>
        </w:rPr>
        <w:t xml:space="preserve">[40:39] </w:t>
      </w:r>
      <w:r>
        <w:t>so, this is the true spirit of Islam. this is the true spirituality of Islam.</w:t>
      </w:r>
    </w:p>
    <w:p>
      <w:pPr>
        <w:jc w:val="right"/>
      </w:pPr>
      <w:r>
        <w:t>سو، دس از دا ٹرو سپرٹ آف اسلام۔ دس از دا ٹرو سپریچولٹی آف اسلام۔</w:t>
      </w:r>
    </w:p>
    <w:p>
      <w:r>
        <w:rPr>
          <w:b/>
        </w:rPr>
        <w:t xml:space="preserve">[40:46] </w:t>
      </w:r>
      <w:r>
        <w:t>achha, this is ar rabbania, and this is ar rabbania. so,</w:t>
      </w:r>
    </w:p>
    <w:p>
      <w:pPr>
        <w:jc w:val="right"/>
      </w:pPr>
      <w:r>
        <w:t>اچھا، دس از ار ربانیہ، اینڈ دس از ار ربانیہ۔ سو،</w:t>
      </w:r>
    </w:p>
    <w:p>
      <w:r>
        <w:rPr>
          <w:b/>
        </w:rPr>
        <w:t xml:space="preserve">[40:55] </w:t>
      </w:r>
      <w:r>
        <w:t>if you see the picture of Islam among those peoples, war engaged in fighting and other things,</w:t>
      </w:r>
    </w:p>
    <w:p>
      <w:pPr>
        <w:jc w:val="right"/>
      </w:pPr>
      <w:r>
        <w:t>اف یو سی دا پکچر آف اسلام ان امنگ دوز پیپلز، وار انگیجڈ ان فائٹنگ اینڈ ادر تھنگز،</w:t>
      </w:r>
    </w:p>
    <w:p>
      <w:r>
        <w:rPr>
          <w:b/>
        </w:rPr>
        <w:t xml:space="preserve">[41:10] </w:t>
      </w:r>
      <w:r>
        <w:t>and you can see the picture of Islam in quran wa hadith</w:t>
      </w:r>
    </w:p>
    <w:p>
      <w:pPr>
        <w:jc w:val="right"/>
      </w:pPr>
      <w:r>
        <w:t>اینڈ یو کل سی دا پکچر آف اسلام ان قرآن و حدیث</w:t>
      </w:r>
    </w:p>
    <w:p>
      <w:r>
        <w:rPr>
          <w:b/>
        </w:rPr>
        <w:t xml:space="preserve">[41:15] </w:t>
      </w:r>
      <w:r>
        <w:t>, you will find a great difference between the two, great difference between the two. you know, Islam what means Islam?</w:t>
      </w:r>
    </w:p>
    <w:p>
      <w:pPr>
        <w:jc w:val="right"/>
      </w:pPr>
      <w:r>
        <w:t>، یو ویل فائنڈ ا گریٹ ڈفرنس بٹوین دا ٹو، گریٹ ڈفرنس بٹوین دا ٹو۔ یو نو، اسلام واٹ مینز اسلام؟</w:t>
      </w:r>
    </w:p>
    <w:p>
      <w:r>
        <w:rPr>
          <w:b/>
        </w:rPr>
        <w:t xml:space="preserve">[41:27] </w:t>
      </w:r>
      <w:r>
        <w:t>because the root word of Islam is salam, s i l m. the root word of Islam is salam, a salam means peace.</w:t>
      </w:r>
    </w:p>
    <w:p>
      <w:pPr>
        <w:jc w:val="right"/>
      </w:pPr>
      <w:r>
        <w:t>بیکاز دا روٹ ورڈ آف اسلام از سلم، ایس ائی ایل ایم۔ دا روٹ ورڈ آف اسلام از سلم، ا سلم مینز پیس۔</w:t>
      </w:r>
    </w:p>
    <w:p>
      <w:r>
        <w:rPr>
          <w:b/>
        </w:rPr>
        <w:t xml:space="preserve">[41:41] </w:t>
      </w:r>
      <w:r>
        <w:t>so, Islam is the legion of peace, yani literally Islam is the legion of peace.</w:t>
      </w:r>
    </w:p>
    <w:p>
      <w:pPr>
        <w:jc w:val="right"/>
      </w:pPr>
      <w:r>
        <w:t>سو، اسلام از دا لیجن آف پیس، یعنی لٹرلی اسلام از دا لیجن آف پیس۔</w:t>
      </w:r>
    </w:p>
    <w:p>
      <w:r>
        <w:rPr>
          <w:b/>
        </w:rPr>
        <w:t xml:space="preserve">[41:52] </w:t>
      </w:r>
      <w:r>
        <w:t>and peace means peace is the complete code of life. peace simply not pac. peace is the complete code of life.</w:t>
      </w:r>
    </w:p>
    <w:p>
      <w:pPr>
        <w:jc w:val="right"/>
      </w:pPr>
      <w:r>
        <w:t>اینڈ پیس مینز پیس از دا کمپلیٹ کوڈ آف لائف۔ پیس سمپلی ناٹ پی اے سی۔ پیس از دا کمپلیٹ کوڈ آف لائف۔</w:t>
      </w:r>
    </w:p>
    <w:p>
      <w:r>
        <w:rPr>
          <w:b/>
        </w:rPr>
        <w:t xml:space="preserve">[42:04] </w:t>
      </w:r>
      <w:r>
        <w:t>peace means love, tolerance, compassion, adjustment, conciliation, positive thinking.</w:t>
      </w:r>
    </w:p>
    <w:p>
      <w:pPr>
        <w:jc w:val="right"/>
      </w:pPr>
      <w:r>
        <w:t>پیس مینز لو، ٹولرنس، کمپیشن، ایڈجسٹمنٹ، کانسیلیشن، پازیٹیو تھنکنگ۔</w:t>
      </w:r>
    </w:p>
    <w:p>
      <w:r>
        <w:rPr>
          <w:b/>
        </w:rPr>
        <w:t xml:space="preserve">[42:19] </w:t>
      </w:r>
      <w:r>
        <w:t>this is, this is, this is peace, and this is peaceful behavior.</w:t>
      </w:r>
    </w:p>
    <w:p>
      <w:pPr>
        <w:jc w:val="right"/>
      </w:pPr>
      <w:r>
        <w:t>دس از، دس از، دس از پیس، اینڈ دس از پیس فل بیہیویئر۔</w:t>
      </w:r>
    </w:p>
    <w:p>
      <w:r>
        <w:rPr>
          <w:b/>
        </w:rPr>
        <w:t xml:space="preserve">[42:28] </w:t>
      </w:r>
      <w:r>
        <w:t>there is a words in the quran, "allah god islam." it means, "and god calls to the hope of peace." this is the call of god, this is the call of Islam.</w:t>
      </w:r>
    </w:p>
    <w:p>
      <w:pPr>
        <w:jc w:val="right"/>
      </w:pPr>
      <w:r>
        <w:t>دیر از ا ورڈز ان دا قرآن، "اللہ گاڈ اسلام۔" اٹ مینز، "اینڈ گاڈ کالز ٹو دا ہوپ آف پیس۔" دس از دا کال آف گاڈ، دس از دا کال آف اسلام۔</w:t>
      </w:r>
    </w:p>
    <w:p>
      <w:r>
        <w:rPr>
          <w:b/>
        </w:rPr>
        <w:t xml:space="preserve">[42:46] </w:t>
      </w:r>
      <w:r>
        <w:t>"allah islam,</w:t>
      </w:r>
    </w:p>
    <w:p>
      <w:pPr>
        <w:jc w:val="right"/>
      </w:pPr>
      <w:r>
        <w:t>"اللہ اسلام،</w:t>
      </w:r>
    </w:p>
    <w:p>
      <w:r>
        <w:rPr>
          <w:b/>
        </w:rPr>
        <w:t xml:space="preserve">[42:49] </w:t>
      </w:r>
      <w:r>
        <w:t>god calls to the hope of peace." it means that, "be a peaceful person, build a peaceful society,</w:t>
      </w:r>
    </w:p>
    <w:p>
      <w:pPr>
        <w:jc w:val="right"/>
      </w:pPr>
      <w:r>
        <w:t>گاڈ کالز ٹو دا ہوپ آف پیس۔" اٹ مینز دیٹ، "بی ا پیس فل پرسن، بلڈ ا پیس فل سوسائٹی،</w:t>
      </w:r>
    </w:p>
    <w:p>
      <w:r>
        <w:rPr>
          <w:b/>
        </w:rPr>
        <w:t xml:space="preserve">[43:05] </w:t>
      </w:r>
      <w:r>
        <w:t>adopt da peaceful behaviour,</w:t>
      </w:r>
    </w:p>
    <w:p>
      <w:pPr>
        <w:jc w:val="right"/>
      </w:pPr>
      <w:r>
        <w:t>اڈاپٹ دا پیس فل بیہیویئر،</w:t>
      </w:r>
    </w:p>
    <w:p>
      <w:r>
        <w:rPr>
          <w:b/>
        </w:rPr>
        <w:t xml:space="preserve">[43:11] </w:t>
      </w:r>
      <w:r>
        <w:t>adopt peaceful thinking, peaceful speech, peaceful character.</w:t>
      </w:r>
    </w:p>
    <w:p>
      <w:pPr>
        <w:jc w:val="right"/>
      </w:pPr>
      <w:r>
        <w:t>اڈاپٹ پیس فل تھنکنگ، پیس فل سپیچ، پیس فل کریکٹر۔</w:t>
      </w:r>
    </w:p>
    <w:p>
      <w:r>
        <w:rPr>
          <w:b/>
        </w:rPr>
        <w:t xml:space="preserve">[43:20] </w:t>
      </w:r>
      <w:r>
        <w:t>" "Allah As-Salaam, and God calls to the hope of peace." So peace the character of Islam, and peace is the greatest positive quality.</w:t>
      </w:r>
    </w:p>
    <w:p>
      <w:pPr>
        <w:jc w:val="right"/>
      </w:pPr>
      <w:r>
        <w:t>" "اللہ السلام، اینڈ گاڈ کالز ٹو دا ہوپ آف پیس۔" تو پیس دا کریکٹر آف اسلام، اینڈ پیس از دا گریٹسٹ پازیٹیو کوالٹی۔</w:t>
      </w:r>
    </w:p>
    <w:p>
      <w:r>
        <w:rPr>
          <w:b/>
        </w:rPr>
        <w:t xml:space="preserve">[43:39] </w:t>
      </w:r>
      <w:r>
        <w:t>peace is the greatest positive quality</w:t>
      </w:r>
    </w:p>
    <w:p>
      <w:pPr>
        <w:jc w:val="right"/>
      </w:pPr>
      <w:r>
        <w:t>پیس از دا گریٹسٹ پازیٹیو کوالٹی</w:t>
      </w:r>
    </w:p>
    <w:p>
      <w:r>
        <w:rPr>
          <w:b/>
        </w:rPr>
        <w:t xml:space="preserve">[43:42] </w:t>
      </w:r>
      <w:r>
        <w:t>. Where there is peace? There are all goods. Where there is peace? There are all, all good things.</w:t>
      </w:r>
    </w:p>
    <w:p>
      <w:pPr>
        <w:jc w:val="right"/>
      </w:pPr>
      <w:r>
        <w:t>۔ ویر دیر از پیس؟ دیر آر آل گڈز۔ ویر دیر از پیس؟ دیر آر آل، آل گڈ تھنگز۔</w:t>
      </w:r>
    </w:p>
    <w:p>
      <w:r>
        <w:rPr>
          <w:b/>
        </w:rPr>
        <w:t xml:space="preserve">[43:55] </w:t>
      </w:r>
      <w:r>
        <w:t>Without peace, there is no peaceful society. Without peace, there is no development. Without peace, there is no progress.</w:t>
      </w:r>
    </w:p>
    <w:p>
      <w:pPr>
        <w:jc w:val="right"/>
      </w:pPr>
      <w:r>
        <w:t>وداؤٹ پیس، دیر از نو پیس فل سوسائٹی۔ وداؤٹ پیس، دیر از نو ڈیولپمنٹ۔ وداؤٹ پیس، دیر از نو پروگریس۔</w:t>
      </w:r>
    </w:p>
    <w:p>
      <w:r>
        <w:rPr>
          <w:b/>
        </w:rPr>
        <w:t xml:space="preserve">[44:06] </w:t>
      </w:r>
      <w:r>
        <w:t>Even I can see that, "Without peace, there is no humanity."</w:t>
      </w:r>
    </w:p>
    <w:p>
      <w:pPr>
        <w:jc w:val="right"/>
      </w:pPr>
      <w:r>
        <w:t>ایون آئی کین سی دیٹ، "وداؤٹ پیس، دیر از نو ہیومینٹی۔"</w:t>
      </w:r>
    </w:p>
    <w:p>
      <w:r>
        <w:rPr>
          <w:b/>
        </w:rPr>
        <w:t xml:space="preserve">[44:14] </w:t>
      </w:r>
      <w:r>
        <w:t>Without peace, there is nothing, nothing, nothing.</w:t>
      </w:r>
    </w:p>
    <w:p>
      <w:pPr>
        <w:jc w:val="right"/>
      </w:pPr>
      <w:r>
        <w:t>وداؤٹ پیس، دیر از نتھنگ، نتھنگ، نتھنگ۔</w:t>
      </w:r>
    </w:p>
    <w:p>
      <w:r>
        <w:rPr>
          <w:b/>
        </w:rPr>
        <w:t xml:space="preserve">[44:20] </w:t>
      </w:r>
      <w:r>
        <w:t>So, this peace is the center of all good things, because of this Quran says, "Allah Ali Islam, and God calls to the hope of peace." In other words, you can see that, "God calls to spirituality, to spiritual leading,</w:t>
      </w:r>
    </w:p>
    <w:p>
      <w:pPr>
        <w:jc w:val="right"/>
      </w:pPr>
      <w:r>
        <w:t>سو، دس پیس از دا سینٹر آف آل گڈ تھنگز، بیکاز آف دس قرآن سیز، "اللہ علی اسلام، اینڈ گاڈ کالز ٹو دا ہوپ آف پیس۔" ان ادر ورڈز، یو کین سی دیٹ، "گاڈ کالز ٹو سپریچولٹی، ٹو سپریچول لیڈنگ،</w:t>
      </w:r>
    </w:p>
    <w:p>
      <w:r>
        <w:rPr>
          <w:b/>
        </w:rPr>
        <w:t xml:space="preserve">[44:41] </w:t>
      </w:r>
      <w:r>
        <w:t>because spirituality and peace are both one and the same."</w:t>
      </w:r>
    </w:p>
    <w:p>
      <w:pPr>
        <w:jc w:val="right"/>
      </w:pPr>
      <w:r>
        <w:t>بیکاز سپریچولٹی اینڈ پیس آر بوتھ ون اینڈ دا سیم۔"</w:t>
      </w:r>
    </w:p>
    <w:p>
      <w:r>
        <w:rPr>
          <w:b/>
        </w:rPr>
        <w:t xml:space="preserve">[44:47] </w:t>
      </w:r>
      <w:r>
        <w:t>Spirituality is peace, and peace is spirituality.</w:t>
      </w:r>
    </w:p>
    <w:p>
      <w:pPr>
        <w:jc w:val="right"/>
      </w:pPr>
      <w:r>
        <w:t>سپریچولٹی از پیس، اینڈ پیس از سپریچولٹی۔</w:t>
      </w:r>
    </w:p>
    <w:p>
      <w:r>
        <w:rPr>
          <w:b/>
        </w:rPr>
        <w:t xml:space="preserve">[44:57] </w:t>
      </w:r>
      <w:r>
        <w:t>So, peace and spirituality are the root cause of all good things.</w:t>
      </w:r>
    </w:p>
    <w:p>
      <w:pPr>
        <w:jc w:val="right"/>
      </w:pPr>
      <w:r>
        <w:t>سو، پیس اینڈ سپریچولٹی آر دا روٹ کاز آف آل گڈ تھنگز۔</w:t>
      </w:r>
    </w:p>
    <w:p>
      <w:r>
        <w:rPr>
          <w:b/>
        </w:rPr>
        <w:t xml:space="preserve">[45:07] </w:t>
      </w:r>
      <w:r>
        <w:t>And according to Islam, the whole thesis of Islam is based, is based on spirituality, is based on peace, is based on positive thinking.</w:t>
      </w:r>
    </w:p>
    <w:p>
      <w:pPr>
        <w:jc w:val="right"/>
      </w:pPr>
      <w:r>
        <w:t>اینڈ اکارڈنگ ٹو اسلام، دا ہول تھیسک آف اسلام از بیسڈ، از بیسڈ ان سپریچولٹی، از بیسڈ ان پیس، از بیسڈ ان پازیٹیو تھنکنگ۔</w:t>
      </w:r>
    </w:p>
    <w:p>
      <w:r>
        <w:rPr>
          <w:b/>
        </w:rPr>
        <w:t xml:space="preserve">[45:26] </w:t>
      </w:r>
      <w:r>
        <w:t>This is the, this is the concept of spirituality in Islam, and this is the course of attaining Islamic spirituality.</w:t>
      </w:r>
    </w:p>
    <w:p>
      <w:pPr>
        <w:jc w:val="right"/>
      </w:pPr>
      <w:r>
        <w:t>دس از دا، دس از دا کانسیپٹ آف سپریچولٹی ان اسلام، اینڈ دس از دا کورس آف اٹیننگ اسلامک سپریچولٹی۔</w:t>
      </w:r>
    </w:p>
    <w:p>
      <w:r>
        <w:rPr>
          <w:b/>
        </w:rPr>
        <w:t xml:space="preserve">[45:42] </w:t>
      </w:r>
      <w:r>
        <w:t>Then, you know that in later get of Islam, there were some Sufis and, and a new,</w:t>
      </w:r>
    </w:p>
    <w:p>
      <w:pPr>
        <w:jc w:val="right"/>
      </w:pPr>
      <w:r>
        <w:t>دین، یو نو دیٹ ان لیٹر گیٹ آف اسلام، دیر ویر سم صوفیز اینڈ، اینڈ ا نیو،</w:t>
      </w:r>
    </w:p>
    <w:p>
      <w:r>
        <w:rPr>
          <w:b/>
        </w:rPr>
        <w:t xml:space="preserve">[45:57] </w:t>
      </w:r>
      <w:r>
        <w:t>a new word Tasawwuf was adopted. But there is no difference between spirituality and Tasawwuf, both are one and the same.</w:t>
      </w:r>
    </w:p>
    <w:p>
      <w:pPr>
        <w:jc w:val="right"/>
      </w:pPr>
      <w:r>
        <w:t>ا نیو ورڈ تصوف واز اڈاپٹڈ۔ بٹ دیر از نو ڈفرنس بٹوین سپریچولٹی اینڈ تصوف، بوتھ آر ون اینڈ دا سیم۔</w:t>
      </w:r>
    </w:p>
    <w:p>
      <w:r>
        <w:rPr>
          <w:b/>
        </w:rPr>
        <w:t xml:space="preserve">[46:11] </w:t>
      </w:r>
      <w:r>
        <w:t>Myself is a Sufi, although I am not professional Sufi. I cannot say that I am a professional Sufi, but I am a Rabani Sufi, spiritual Sufi.</w:t>
      </w:r>
    </w:p>
    <w:p>
      <w:pPr>
        <w:jc w:val="right"/>
      </w:pPr>
      <w:r>
        <w:t>مائی سیلف از ا صوفی، الڈو آئی ایم ناٹ پروفیشنل صوفی۔ آئی کین ناٹ سی دیٹ آئی ایم ا پروفیشنل صوفی، بٹ آئی ایم ا ربانی صوفی، سپریچول صوفی۔</w:t>
      </w:r>
    </w:p>
    <w:p>
      <w:r>
        <w:rPr>
          <w:b/>
        </w:rPr>
        <w:t xml:space="preserve">[46:28] </w:t>
      </w:r>
      <w:r>
        <w:t>I adopted all those Sufi, Sufi values in my life.</w:t>
      </w:r>
    </w:p>
    <w:p>
      <w:pPr>
        <w:jc w:val="right"/>
      </w:pPr>
      <w:r>
        <w:t>آئی اڈاپٹڈ آل دو صوفی، صوفی ویلیوز ان مائی لائف۔</w:t>
      </w:r>
    </w:p>
    <w:p>
      <w:r>
        <w:rPr>
          <w:b/>
        </w:rPr>
        <w:t xml:space="preserve">[46:39] </w:t>
      </w:r>
      <w:r>
        <w:t>There is a person line, one person Sufi says</w:t>
      </w:r>
    </w:p>
    <w:p>
      <w:pPr>
        <w:jc w:val="right"/>
      </w:pPr>
      <w:r>
        <w:t>دیر از ا پرسن لائن، ون پرسن صوفی سیز</w:t>
      </w:r>
    </w:p>
    <w:p>
      <w:r>
        <w:rPr>
          <w:b/>
        </w:rPr>
        <w:t xml:space="preserve">[46:50] </w:t>
      </w:r>
      <w:r>
        <w:t>that,</w:t>
      </w:r>
    </w:p>
    <w:p>
      <w:pPr>
        <w:jc w:val="right"/>
      </w:pPr>
      <w:r>
        <w:t>دیٹ،</w:t>
      </w:r>
    </w:p>
    <w:p>
      <w:r>
        <w:rPr>
          <w:b/>
        </w:rPr>
        <w:t xml:space="preserve">[46:53] </w:t>
      </w:r>
      <w:r>
        <w:t>"ما ما اس سکندر و دارا نخواستیم از ما بجز حکایت مہر و وفا۔"</w:t>
      </w:r>
    </w:p>
    <w:p>
      <w:pPr>
        <w:jc w:val="right"/>
      </w:pPr>
      <w:r>
        <w:t>"ما ما اس سکندر و دارا نخواستیم از ما بجز حکایت مہر و وفا۔"</w:t>
      </w:r>
    </w:p>
    <w:p>
      <w:r>
        <w:rPr>
          <w:b/>
        </w:rPr>
        <w:t xml:space="preserve">[47:03] </w:t>
      </w:r>
      <w:r>
        <w:t>It means that we don't know the stories of kings and generals.</w:t>
      </w:r>
    </w:p>
    <w:p>
      <w:pPr>
        <w:jc w:val="right"/>
      </w:pPr>
      <w:r>
        <w:t>اٹ مینز دیٹ وی ڈونٹ نو دی سٹوریز آف کنگز اینڈ جنرلز۔</w:t>
      </w:r>
    </w:p>
    <w:p>
      <w:r>
        <w:rPr>
          <w:b/>
        </w:rPr>
        <w:t xml:space="preserve">[47:13] </w:t>
      </w:r>
      <w:r>
        <w:t>We don't know the stories of kings and generals. We know only the stories of love and compassion.</w:t>
      </w:r>
    </w:p>
    <w:p>
      <w:pPr>
        <w:jc w:val="right"/>
      </w:pPr>
      <w:r>
        <w:t>وی ڈونٹ نو دی سٹوریز آف کنگز اینڈ جنرلز۔ وی نو اونلی دی سٹوریز آف لو اینڈ کمپیشن۔</w:t>
      </w:r>
    </w:p>
    <w:p>
      <w:r>
        <w:rPr>
          <w:b/>
        </w:rPr>
        <w:t xml:space="preserve">[47:24] </w:t>
      </w:r>
      <w:r>
        <w:t>This Sufi spirit, and this is,</w:t>
      </w:r>
    </w:p>
    <w:p>
      <w:pPr>
        <w:jc w:val="right"/>
      </w:pPr>
      <w:r>
        <w:t>دس صوفی سپرٹ، اینڈ دس از،</w:t>
      </w:r>
    </w:p>
    <w:p>
      <w:r>
        <w:rPr>
          <w:b/>
        </w:rPr>
        <w:t xml:space="preserve">[47:30] </w:t>
      </w:r>
      <w:r>
        <w:t>this is the true spirituality. I can see that, as I said early that, spirituality is not a monopoly of any religion.</w:t>
      </w:r>
    </w:p>
    <w:p>
      <w:pPr>
        <w:jc w:val="right"/>
      </w:pPr>
      <w:r>
        <w:t>دس از دا ٹرو سپریچولٹی۔ آئی کین سی دیٹ، ایز آئی سیڈ ارلی دیٹ، سپریچولٹی از ناٹ ا موناپولی آف اینی ریلیجن۔</w:t>
      </w:r>
    </w:p>
    <w:p>
      <w:r>
        <w:rPr>
          <w:b/>
        </w:rPr>
        <w:t xml:space="preserve">[47:46] </w:t>
      </w:r>
      <w:r>
        <w:t>Spirituality is the basic tradition of all things, all, all religion.</w:t>
      </w:r>
    </w:p>
    <w:p>
      <w:pPr>
        <w:jc w:val="right"/>
      </w:pPr>
      <w:r>
        <w:t>سپریچولٹی از دا بیسک ٹریٹیشن آف آل تھنگز، آل، آل ریلیجن۔</w:t>
      </w:r>
    </w:p>
    <w:p>
      <w:r>
        <w:rPr>
          <w:b/>
        </w:rPr>
        <w:t xml:space="preserve">[47:55] </w:t>
      </w:r>
      <w:r>
        <w:t>Spirituality is not a monopoly of one or of any religion. Spirituality is, is a basic trait of all, all religion.</w:t>
      </w:r>
    </w:p>
    <w:p>
      <w:pPr>
        <w:jc w:val="right"/>
      </w:pPr>
      <w:r>
        <w:t>سپریچولٹی از ناٹ ا موناپولی آف ون اور آف اینی ریلیجن۔ سپریچولٹی از، از ا بیسک ٹریٹیشن آف آل، آل ریلیجن۔</w:t>
      </w:r>
    </w:p>
    <w:p>
      <w:r>
        <w:rPr>
          <w:b/>
        </w:rPr>
        <w:t xml:space="preserve">[48:08] </w:t>
      </w:r>
      <w:r>
        <w:t>There may be some difference in form, in form rituals, but basic teaching is one and the same.</w:t>
      </w:r>
    </w:p>
    <w:p>
      <w:pPr>
        <w:jc w:val="right"/>
      </w:pPr>
      <w:r>
        <w:t>دیر می بی سم ڈفرنس ان فارم، ان فارم ریچولز، بٹ بیسک ٹیچنگ از ون اینڈ دا سیم۔</w:t>
      </w:r>
    </w:p>
    <w:p>
      <w:r>
        <w:rPr>
          <w:b/>
        </w:rPr>
        <w:t xml:space="preserve">[48:20] </w:t>
      </w:r>
      <w:r>
        <w:t>Without spirituality, there is no religion. Without spirituality, there is no Islam.</w:t>
      </w:r>
    </w:p>
    <w:p>
      <w:pPr>
        <w:jc w:val="right"/>
      </w:pPr>
      <w:r>
        <w:t>وداؤٹ سپریچولٹی، دیر از نو ریلیجن۔ وداؤٹ سپریچولٹی، دیر از نو اسلام۔</w:t>
      </w:r>
    </w:p>
    <w:p>
      <w:r>
        <w:rPr>
          <w:b/>
        </w:rPr>
        <w:t xml:space="preserve">[48:32] </w:t>
      </w:r>
      <w:r>
        <w:t>So, we have to revive spiritual values, so that we can build a new society in our country.</w:t>
      </w:r>
    </w:p>
    <w:p>
      <w:pPr>
        <w:jc w:val="right"/>
      </w:pPr>
      <w:r>
        <w:t>سو، وی ہیو ٹو ڈیوائیڈ سپریچول ویلیوز۔ سو دیٹ وی کین بلڈ ا نیو سوسائٹی ان اور کنٹری۔</w:t>
      </w:r>
    </w:p>
    <w:p>
      <w:r>
        <w:rPr>
          <w:b/>
        </w:rPr>
        <w:t xml:space="preserve">[48:42] </w:t>
      </w:r>
      <w:r>
        <w:t>This was a dream of Mahatma Gandhi. Mahatma Gandhi himself was a spiritual person, and he wanted to establish a spiritual society.</w:t>
      </w:r>
    </w:p>
    <w:p>
      <w:pPr>
        <w:jc w:val="right"/>
      </w:pPr>
      <w:r>
        <w:t>دس واز ا ڈریم آف مہاتما گاندھی۔ مہاتما گاندھی ہم سیلف واز ا سپریچول پرسن، اینڈ ہی وانٹڈ ٹو اسٹیبلش ا سپریچول سوسائٹی۔</w:t>
      </w:r>
    </w:p>
    <w:p>
      <w:r>
        <w:rPr>
          <w:b/>
        </w:rPr>
        <w:t xml:space="preserve">[48:59] </w:t>
      </w:r>
      <w:r>
        <w:t>according to him, there is no difference between this and that religion, this and that system. he was a great believer in spirituality,</w:t>
      </w:r>
    </w:p>
    <w:p>
      <w:pPr>
        <w:jc w:val="right"/>
      </w:pPr>
      <w:r>
        <w:t>اکارڈنگ ٹو ہم، دیر از نو ڈفرنس بٹوین دس اینڈ دیٹ ریلیجن، دس اینڈ دیٹ سسٹم۔ ہی واز ا گریٹ بیلیور ان سپریچولٹی،</w:t>
      </w:r>
    </w:p>
    <w:p>
      <w:r>
        <w:rPr>
          <w:b/>
        </w:rPr>
        <w:t xml:space="preserve">[49:12] </w:t>
      </w:r>
      <w:r>
        <w:t>and also a great believer of spirituality. I believe that without spirituality, there is no peace.</w:t>
      </w:r>
    </w:p>
    <w:p>
      <w:pPr>
        <w:jc w:val="right"/>
      </w:pPr>
      <w:r>
        <w:t>اینڈ السو ا گریٹ بیلیور آف سپریچولٹی۔ آئی بیلیو دیٹ وداؤٹ سپریچولٹی، دیر از نو پیس۔</w:t>
      </w:r>
    </w:p>
    <w:p>
      <w:r>
        <w:rPr>
          <w:b/>
        </w:rPr>
        <w:t xml:space="preserve">[49:26] </w:t>
      </w:r>
      <w:r>
        <w:t>no,</w:t>
      </w:r>
    </w:p>
    <w:p>
      <w:pPr>
        <w:jc w:val="right"/>
      </w:pPr>
      <w:r>
        <w:t>نو،</w:t>
      </w:r>
    </w:p>
    <w:p>
      <w:r>
        <w:rPr>
          <w:b/>
        </w:rPr>
        <w:t xml:space="preserve">[49:30] </w:t>
      </w:r>
      <w:r>
        <w:t>everything will be doing of their spirituality.</w:t>
      </w:r>
    </w:p>
    <w:p>
      <w:pPr>
        <w:jc w:val="right"/>
      </w:pPr>
      <w:r>
        <w:t>ایوری تھنگ ول بی ڈوئنگ اف دیر سپریچولٹی۔</w:t>
      </w:r>
    </w:p>
    <w:p>
      <w:r>
        <w:rPr>
          <w:b/>
        </w:rPr>
        <w:t xml:space="preserve">[49:43] </w:t>
      </w:r>
      <w:r>
        <w:t>I have studied all the religions and also Islam. Here I would like to see that there are some differences in interpre</w:t>
      </w:r>
    </w:p>
    <w:p>
      <w:pPr>
        <w:jc w:val="right"/>
      </w:pPr>
      <w:r>
        <w:t>آئی ہیو سٹڈی آل دا ریلیجن اینڈ السو اسلام۔ ہیر آئی وڈ لائک ٹو سی دیٹ دیر آر سم ڈفرنسز ان انٹرپری</w:t>
      </w:r>
    </w:p>
    <w:p>
      <w:r>
        <w:rPr>
          <w:b/>
        </w:rPr>
        <w:t xml:space="preserve">[49:59] </w:t>
      </w:r>
      <w:r>
        <w:t>tion. For example, if you read the, the different commentaries of Gita.</w:t>
      </w:r>
    </w:p>
    <w:p>
      <w:pPr>
        <w:jc w:val="right"/>
      </w:pPr>
      <w:r>
        <w:t>شن۔ فار ایگزیمپل، اف یو ریڈ دا، دا ڈفرنٹ کمنٹریز آف گیتا۔</w:t>
      </w:r>
    </w:p>
    <w:p>
      <w:r>
        <w:rPr>
          <w:b/>
        </w:rPr>
        <w:t xml:space="preserve">[50:09] </w:t>
      </w:r>
      <w:r>
        <w:t>For example, one is compiled by Dilk, the other one compiled by Qadi. You will see that there is difference in interpretation.</w:t>
      </w:r>
    </w:p>
    <w:p>
      <w:pPr>
        <w:jc w:val="right"/>
      </w:pPr>
      <w:r>
        <w:t>فار ایگزیمپل، ون از کمپائل بائے دلک، دا ادر ون کمپائل بائے قادی۔ یو ویل سی دیٹ دیر از ڈفرنس ان انٹرپریشن۔</w:t>
      </w:r>
    </w:p>
    <w:p>
      <w:r>
        <w:rPr>
          <w:b/>
        </w:rPr>
        <w:t xml:space="preserve">[50:21] </w:t>
      </w:r>
      <w:r>
        <w:t>Book is the same, but interpretation is different.</w:t>
      </w:r>
    </w:p>
    <w:p>
      <w:pPr>
        <w:jc w:val="right"/>
      </w:pPr>
      <w:r>
        <w:t>بک از دا سیم، بٹ انٹرپریشن از ڈفرنٹ۔</w:t>
      </w:r>
    </w:p>
    <w:p>
      <w:r>
        <w:rPr>
          <w:b/>
        </w:rPr>
        <w:t xml:space="preserve">[50:27] </w:t>
      </w:r>
      <w:r>
        <w:t>But I not, I am not afraid of the difference. No, there is very beautiful teaching in Islam.</w:t>
      </w:r>
    </w:p>
    <w:p>
      <w:pPr>
        <w:jc w:val="right"/>
      </w:pPr>
      <w:r>
        <w:t>بٹ آئی ناٹ، آئی ایم ناٹ ایفرٹ آف دی ڈفرنس۔ نو، دیر از ویری بیوٹی فل ٹیچنگ ان اسلام۔</w:t>
      </w:r>
    </w:p>
    <w:p>
      <w:r>
        <w:rPr>
          <w:b/>
        </w:rPr>
        <w:t xml:space="preserve">[50:40] </w:t>
      </w:r>
      <w:r>
        <w:t>lakum deenukum waliya deen.</w:t>
      </w:r>
    </w:p>
    <w:p>
      <w:pPr>
        <w:jc w:val="right"/>
      </w:pPr>
      <w:r>
        <w:t>لکم دین حکم ولیا دین۔</w:t>
      </w:r>
    </w:p>
    <w:p>
      <w:r>
        <w:rPr>
          <w:b/>
        </w:rPr>
        <w:t xml:space="preserve">[50:45] </w:t>
      </w:r>
      <w:r>
        <w:t>lakum deenukum waliya deen.</w:t>
      </w:r>
    </w:p>
    <w:p>
      <w:pPr>
        <w:jc w:val="right"/>
      </w:pPr>
      <w:r>
        <w:t>لکم دین حکم ولیا دین۔</w:t>
      </w:r>
    </w:p>
    <w:p>
      <w:r>
        <w:rPr>
          <w:b/>
        </w:rPr>
        <w:t xml:space="preserve">[50:52] </w:t>
      </w:r>
      <w:r>
        <w:t>for you, your religion. for me, mine.</w:t>
      </w:r>
    </w:p>
    <w:p>
      <w:pPr>
        <w:jc w:val="right"/>
      </w:pPr>
      <w:r>
        <w:t>فار یو، یور ریلیجن۔ فار می، مائن۔</w:t>
      </w:r>
    </w:p>
    <w:p>
      <w:r>
        <w:rPr>
          <w:b/>
        </w:rPr>
        <w:t xml:space="preserve">[50:58] </w:t>
      </w:r>
      <w:r>
        <w:t>For you, your religion. For me, mine. It means this is also a spiritual formula of adjustment.</w:t>
      </w:r>
    </w:p>
    <w:p>
      <w:pPr>
        <w:jc w:val="right"/>
      </w:pPr>
      <w:r>
        <w:t>فار یو، یور ریلیجن۔ فار می، مائن۔ اٹ مینز دس از السو ا سپریچول فارمولہ آف ایڈجسٹمنٹ۔</w:t>
      </w:r>
    </w:p>
    <w:p>
      <w:r>
        <w:rPr>
          <w:b/>
        </w:rPr>
        <w:t xml:space="preserve">[51:10] </w:t>
      </w:r>
      <w:r>
        <w:t>It means that follow one and respect all.</w:t>
      </w:r>
    </w:p>
    <w:p>
      <w:pPr>
        <w:jc w:val="right"/>
      </w:pPr>
      <w:r>
        <w:t>اٹ مینز دیٹ فالو ون اینڈ ریسپیکٹ آل۔</w:t>
      </w:r>
    </w:p>
    <w:p>
      <w:r>
        <w:rPr>
          <w:b/>
        </w:rPr>
        <w:t xml:space="preserve">[51:18] </w:t>
      </w:r>
      <w:r>
        <w:t>For you, your religion. For me, mine. It means follow one and respect all.</w:t>
      </w:r>
    </w:p>
    <w:p>
      <w:pPr>
        <w:jc w:val="right"/>
      </w:pPr>
      <w:r>
        <w:t>فار یو، یور ریلیجن۔ فار می، مائن۔ اٹ مینز فالو ون اینڈ ریسپیکٹ آل۔</w:t>
      </w:r>
    </w:p>
    <w:p>
      <w:r>
        <w:rPr>
          <w:b/>
        </w:rPr>
        <w:t xml:space="preserve">[51:25] </w:t>
      </w:r>
      <w:r>
        <w:t>This is, this is the spiritual formula of a better society. And this was Gandhi's formula.</w:t>
      </w:r>
    </w:p>
    <w:p>
      <w:pPr>
        <w:jc w:val="right"/>
      </w:pPr>
      <w:r>
        <w:t>دس از، دس از دا سپریچول فارمولہ آف ا بیٹر سوسائٹی۔ اینڈ دس واز گاندھی فارمولہ۔</w:t>
      </w:r>
    </w:p>
    <w:p>
      <w:r>
        <w:rPr>
          <w:b/>
        </w:rPr>
        <w:t xml:space="preserve">[51:47] </w:t>
      </w:r>
      <w:r>
        <w:t>So, I can see, I can see that this institute, you know, this institute was established by the name Gandhi and Gandhi Institute.</w:t>
      </w:r>
    </w:p>
    <w:p>
      <w:pPr>
        <w:jc w:val="right"/>
      </w:pPr>
      <w:r>
        <w:t>سو، آئی کین سی، آئی کین سی دیٹ دس انسٹیٹیوٹ، یو نو، دس انسٹیٹیوٹ واز اسٹیبلش بائی دا نیم گاندھی اینڈ گاندھی انسٹیٹیوٹ۔</w:t>
      </w:r>
    </w:p>
    <w:p>
      <w:r>
        <w:rPr>
          <w:b/>
        </w:rPr>
        <w:t xml:space="preserve">[52:02] </w:t>
      </w:r>
      <w:r>
        <w:t>In other words, I can see this spiritual institute,</w:t>
      </w:r>
    </w:p>
    <w:p>
      <w:pPr>
        <w:jc w:val="right"/>
      </w:pPr>
      <w:r>
        <w:t>ان ادر ورڈز، آئی کین سی دس سپریچول انسٹیٹیوٹ،</w:t>
      </w:r>
    </w:p>
    <w:p>
      <w:r>
        <w:rPr>
          <w:b/>
        </w:rPr>
        <w:t xml:space="preserve">[52:08] </w:t>
      </w:r>
      <w:r>
        <w:t>because Gandhi and spirituality are one and the same. Gandhi was a manifestation of spirituality completely.</w:t>
      </w:r>
    </w:p>
    <w:p>
      <w:pPr>
        <w:jc w:val="right"/>
      </w:pPr>
      <w:r>
        <w:t>بیکاز گاندھی اینڈ سپریچولٹی آر ون اینڈ دا سیم۔ گاندھی واز ا مینیفیسٹیشن آف سپریچولٹی کمپلیٹلی۔</w:t>
      </w:r>
    </w:p>
    <w:p>
      <w:r>
        <w:rPr>
          <w:b/>
        </w:rPr>
        <w:t xml:space="preserve">[52:19] </w:t>
      </w:r>
      <w:r>
        <w:t>So, Gandhian institute means spiritual institute. Where I visit this, this institute, I find their spiritual environment.</w:t>
      </w:r>
    </w:p>
    <w:p>
      <w:pPr>
        <w:jc w:val="right"/>
      </w:pPr>
      <w:r>
        <w:t>سو، گاندھین انسٹیٹیوٹ مینز سپریچول انسٹیٹیوٹ۔ ویئر آئی وزٹ دس، دس انسٹیٹیوٹ، آئی فائنڈ دیر سپریچول انوائرمنٹ،</w:t>
      </w:r>
    </w:p>
    <w:p>
      <w:r>
        <w:rPr>
          <w:b/>
        </w:rPr>
        <w:t xml:space="preserve">[52:33] </w:t>
      </w:r>
      <w:r>
        <w:t>spiritual food</w:t>
      </w:r>
    </w:p>
    <w:p>
      <w:pPr>
        <w:jc w:val="right"/>
      </w:pPr>
      <w:r>
        <w:t>سپریچول فوڈ</w:t>
      </w:r>
    </w:p>
    <w:p>
      <w:r>
        <w:rPr>
          <w:b/>
        </w:rPr>
        <w:t xml:space="preserve">[52:37] </w:t>
      </w:r>
      <w:r>
        <w:t>. there were several invitations, but I cancelled all those invitations. I, I keep get back because I have very special attachment to Gandhi.</w:t>
      </w:r>
    </w:p>
    <w:p>
      <w:pPr>
        <w:jc w:val="right"/>
      </w:pPr>
      <w:r>
        <w:t>۔ دیر وار سیورل انویٹیشنز، بٹ آئی کینسل آل دوز انویٹیشنز۔ آئی، آئی کیپ گیٹ بیکاز آئی ہیو ویری اسپیشل اٹیچمنٹ ٹو گاندھی۔</w:t>
      </w:r>
    </w:p>
    <w:p>
      <w:r>
        <w:rPr>
          <w:b/>
        </w:rPr>
        <w:t xml:space="preserve">[52:54] </w:t>
      </w:r>
      <w:r>
        <w:t>He was a great peace lover. I am also a great peace lover.</w:t>
      </w:r>
    </w:p>
    <w:p>
      <w:pPr>
        <w:jc w:val="right"/>
      </w:pPr>
      <w:r>
        <w:t>ہی واز ا گریٹ پیس لیور۔ آئی ایم السو ا گریٹ پیس لیور۔</w:t>
      </w:r>
    </w:p>
    <w:p>
      <w:r>
        <w:rPr>
          <w:b/>
        </w:rPr>
        <w:t xml:space="preserve">[53:01] </w:t>
      </w:r>
      <w:r>
        <w:t>So, I think you are fortunate that you are assigned with this institution. And I think it will be very fruitful program.</w:t>
      </w:r>
    </w:p>
    <w:p>
      <w:pPr>
        <w:jc w:val="right"/>
      </w:pPr>
      <w:r>
        <w:t>سو، آئی تھنک یو آر فارچونیٹ ٹو دیٹ یو آر اسائنڈ ود دس انسٹیٹیوشن۔ اینڈ آئی تھنک اٹ ول بی ویری فروٹ فل پروگرام۔</w:t>
      </w:r>
    </w:p>
    <w:p>
      <w:r>
        <w:rPr>
          <w:b/>
        </w:rPr>
        <w:t xml:space="preserve">[53:16] </w:t>
      </w:r>
      <w:r>
        <w:t>and you will,</w:t>
      </w:r>
    </w:p>
    <w:p>
      <w:pPr>
        <w:jc w:val="right"/>
      </w:pPr>
      <w:r>
        <w:t>اینڈ یو ول،</w:t>
      </w:r>
    </w:p>
    <w:p>
      <w:r>
        <w:rPr>
          <w:b/>
        </w:rPr>
        <w:t xml:space="preserve">[53:22] </w:t>
      </w:r>
      <w:r>
        <w:t>you will learn clear spirituality. and I think that this institution will make you a true Gandhian.</w:t>
      </w:r>
    </w:p>
    <w:p>
      <w:pPr>
        <w:jc w:val="right"/>
      </w:pPr>
      <w:r>
        <w:t>یو ول لرن کلیئر سپریچولٹی۔ اینڈ آئی تھنک دیٹ دس انسٹیٹیوشن ول میک یو ا ٹرو گاندھین۔</w:t>
      </w:r>
    </w:p>
    <w:p>
      <w:r>
        <w:rPr>
          <w:b/>
        </w:rPr>
        <w:t xml:space="preserve">[53:41] </w:t>
      </w:r>
      <w:r>
        <w:t>and you know, our countries, it is our, it is a great deed of countries to to promote the spiritual values.</w:t>
      </w:r>
    </w:p>
    <w:p>
      <w:pPr>
        <w:jc w:val="right"/>
      </w:pPr>
      <w:r>
        <w:t>اینڈ یو نو، اور کنٹریز، اٹ از اور، اٹ از ا گریٹ ڈیڈ آف کنٹریز ٹو ٹو پروموٹ دی سپریچول ویلیوز۔</w:t>
      </w:r>
    </w:p>
    <w:p>
      <w:r>
        <w:rPr>
          <w:b/>
        </w:rPr>
        <w:t xml:space="preserve">[53:55] </w:t>
      </w:r>
      <w:r>
        <w:t>this is our greatest need. you know, swami vivekananda had said that if india will emerge as a, as a,</w:t>
      </w:r>
    </w:p>
    <w:p>
      <w:pPr>
        <w:jc w:val="right"/>
      </w:pPr>
      <w:r>
        <w:t>دس از اور گریٹسٹ نیڈ۔ یو نو، سوامی وروگانند ہیڈ سیڈ دیٹ اف انڈییا ول ایمرج ایز ا، ایز ا،</w:t>
      </w:r>
    </w:p>
    <w:p>
      <w:r>
        <w:rPr>
          <w:b/>
        </w:rPr>
        <w:t xml:space="preserve">[54:09] </w:t>
      </w:r>
      <w:r>
        <w:t>as a leader, as a world leader, but not the sense of politics, but in, in, in the sense of speech.</w:t>
      </w:r>
    </w:p>
    <w:p>
      <w:pPr>
        <w:jc w:val="right"/>
      </w:pPr>
      <w:r>
        <w:t>ایز ا لیڈر، ایز ا ورلڈ لیڈر، بٹ ناٹ دا سینس آف پولیٹکس، بٹ ان، ان، ان دا سینس آف اسپیچ۔</w:t>
      </w:r>
    </w:p>
    <w:p>
      <w:r>
        <w:rPr>
          <w:b/>
        </w:rPr>
        <w:t xml:space="preserve">[54:19] </w:t>
      </w:r>
      <w:r>
        <w:t>so, it is my dream to see my country as a speech deed of the world. is my dream.</w:t>
      </w:r>
    </w:p>
    <w:p>
      <w:pPr>
        <w:jc w:val="right"/>
      </w:pPr>
      <w:r>
        <w:t>سو، اٹ از مائی ڈریم ٹو سی مائی کنٹری ایز ا اسپیچ ڈیڈ آف دا ورلڈ۔ از مائی ڈریم۔</w:t>
      </w:r>
    </w:p>
    <w:p>
      <w:r>
        <w:rPr>
          <w:b/>
        </w:rPr>
        <w:t xml:space="preserve">[54:31] </w:t>
      </w:r>
      <w:r>
        <w:t>i am old, but i want to live for some time, when i can see by my eyes that my country, my homeland, is emerging as a spiritual leader of the world.</w:t>
      </w:r>
    </w:p>
    <w:p>
      <w:pPr>
        <w:jc w:val="right"/>
      </w:pPr>
      <w:r>
        <w:t>آئی ایم اولڈ، بٹ آئی وانٹ ٹو لیو فار سم ٹائم، وین آئی کین سی بائے مائی آئیز دیٹ مائی کنٹری، مائی ہوم لینڈ، از ایمرجنگ ایز ا اسپیچول لیڈر آف دا ورلڈ۔</w:t>
      </w:r>
    </w:p>
    <w:p>
      <w:r>
        <w:rPr>
          <w:b/>
        </w:rPr>
        <w:t xml:space="preserve">[54:50] </w:t>
      </w:r>
      <w:r>
        <w:t>may god bless you. may god help you give life. this noble call.</w:t>
      </w:r>
    </w:p>
    <w:p>
      <w:pPr>
        <w:jc w:val="right"/>
      </w:pPr>
      <w:r>
        <w:t>می گاڈ بلیس یو۔ می گاڈ ہیلپ یو گیو لائف۔ دس نوبل کال۔</w:t>
      </w:r>
    </w:p>
    <w:p>
      <w:r>
        <w:rPr>
          <w:b/>
        </w:rPr>
        <w:t xml:space="preserve">[55:10] </w:t>
      </w:r>
      <w:r>
        <w:t>Sir, maine sp one question based on Islam likhi hai. In overall, in overall neeche there are so many denominations based on proper privacy of folk and assistants of doctrines.</w:t>
      </w:r>
    </w:p>
    <w:p>
      <w:pPr>
        <w:jc w:val="right"/>
      </w:pPr>
      <w:r>
        <w:t>سر، میں نے ایس پی ون کوسچن بیسڈ ان اسلام لکھی ہے۔ ان اوورل، ان اوورل نیچے دیر آر سو مینی ڈینومینیشن بیسڈ ان پراپر پرائیویسی آف فوک اینڈ اسسٹنٹس آف ڈاکٹرینز۔</w:t>
      </w:r>
    </w:p>
    <w:p>
      <w:r>
        <w:rPr>
          <w:b/>
        </w:rPr>
        <w:t xml:space="preserve">[55:22] </w:t>
      </w:r>
      <w:r>
        <w:t>and I heard you Islam jo this denomination exist, ah Sunni, Shia, extra. Could you please tell me what is the difference between this both this denominations and how this correlated?</w:t>
      </w:r>
    </w:p>
    <w:p>
      <w:pPr>
        <w:jc w:val="right"/>
      </w:pPr>
      <w:r>
        <w:t>اینڈ آئی ہیئرڈ یو اسلام جو دس ڈینومینیشن ایکسسٹ، اہ سنی، شیعہ، ایکسٹرا۔ کڈ یو پلیز ٹیل می واٹ از دا ڈفرنس بٹوین دس بوتھ دس ڈینومینیشنز اینڈ ہاؤ دس کوریلیٹڈ؟</w:t>
      </w:r>
    </w:p>
    <w:p>
      <w:r>
        <w:rPr>
          <w:b/>
        </w:rPr>
        <w:t xml:space="preserve">[55:36] </w:t>
      </w:r>
      <w:r>
        <w:t>how what is the origin of this denomination?</w:t>
      </w:r>
    </w:p>
    <w:p>
      <w:pPr>
        <w:jc w:val="right"/>
      </w:pPr>
      <w:r>
        <w:t>ہاؤ واٹ از دا اوریجن آف دس ڈینومینیشن؟</w:t>
      </w:r>
    </w:p>
    <w:p>
      <w:r>
        <w:rPr>
          <w:b/>
        </w:rPr>
        <w:t xml:space="preserve">[55:44] </w:t>
      </w:r>
      <w:r>
        <w:t>and i said earlier that difference is not part of religion.</w:t>
      </w:r>
    </w:p>
    <w:p>
      <w:pPr>
        <w:jc w:val="right"/>
      </w:pPr>
      <w:r>
        <w:t>اینڈ آئی سیڈ ارلیئر دیٹ ڈفرنس از ناٹ پارٹ آف ریلیجن۔</w:t>
      </w:r>
    </w:p>
    <w:p>
      <w:r>
        <w:rPr>
          <w:b/>
        </w:rPr>
        <w:t xml:space="preserve">[55:51] </w:t>
      </w:r>
      <w:r>
        <w:t>difference is part of nature.</w:t>
      </w:r>
    </w:p>
    <w:p>
      <w:pPr>
        <w:jc w:val="right"/>
      </w:pPr>
      <w:r>
        <w:t>ڈفرنس از پارٹ آف نیچر۔</w:t>
      </w:r>
    </w:p>
    <w:p>
      <w:r>
        <w:rPr>
          <w:b/>
        </w:rPr>
        <w:t xml:space="preserve">[55:56] </w:t>
      </w:r>
      <w:r>
        <w:t>you cannot explore from differences in every her differences. so, there is difference in religion also.</w:t>
      </w:r>
    </w:p>
    <w:p>
      <w:pPr>
        <w:jc w:val="right"/>
      </w:pPr>
      <w:r>
        <w:t>یو کین ناٹ ایکسپلور فرام ڈفرنسز ان ایوری ہر ڈفرنسز۔ سو، دیر از ڈفرنس ان ریلیجن السو۔</w:t>
      </w:r>
    </w:p>
    <w:p>
      <w:r>
        <w:rPr>
          <w:b/>
        </w:rPr>
        <w:t xml:space="preserve">[56:05] </w:t>
      </w:r>
      <w:r>
        <w:t>i am not afraid of these differences. as i said earlier that difference creates challenge and challenge leads to intellectual development.</w:t>
      </w:r>
    </w:p>
    <w:p>
      <w:pPr>
        <w:jc w:val="right"/>
      </w:pPr>
      <w:r>
        <w:t>ایم ناٹ ایفرٹ آف دیز ڈفرنسز۔ ایز آئی سیڈ ارلیئر دیٹ ڈفرنس کریٹس چیلنج اینڈ چیلنج لیڈز ٹو انٹلیکچول ڈیولپمنٹ۔</w:t>
      </w:r>
    </w:p>
    <w:p>
      <w:r>
        <w:rPr>
          <w:b/>
        </w:rPr>
        <w:t xml:space="preserve">[56:19] </w:t>
      </w:r>
      <w:r>
        <w:t>so, my brother, difference is not an evil. difference is blessing. difference is blessing.</w:t>
      </w:r>
    </w:p>
    <w:p>
      <w:pPr>
        <w:jc w:val="right"/>
      </w:pPr>
      <w:r>
        <w:t>سو، مائی برادر، ڈفرنس از ناٹ انیبل۔ ڈفرنس از بیسنگ۔ ڈفرنس از بیسنگ۔</w:t>
      </w:r>
    </w:p>
    <w:p>
      <w:r>
        <w:rPr>
          <w:b/>
        </w:rPr>
        <w:t xml:space="preserve">[56:29] </w:t>
      </w:r>
      <w:r>
        <w:t>without difference, there is not intellectual development. there is not discussion. there is not interaction. so, don't take difference as an evil, take it as a blessing.</w:t>
      </w:r>
    </w:p>
    <w:p>
      <w:pPr>
        <w:jc w:val="right"/>
      </w:pPr>
      <w:r>
        <w:t>وداؤٹ ڈفرنس، دیر از ناٹ انٹلیکچول ڈیولپمنٹ۔ دیر از ناٹ ڈسکشن۔ دیر از ناٹ انٹریکشن۔ سو، ڈونٹ ٹیک ڈفرنس ایز این ایبل، ٹیک اٹ ایز ا بلیسنگ۔</w:t>
      </w:r>
    </w:p>
    <w:p>
      <w:r>
        <w:rPr>
          <w:b/>
        </w:rPr>
        <w:t xml:space="preserve">[56:48] </w:t>
      </w:r>
      <w:r>
        <w:t>sir, i have two questions. i feel that is a relationship between christianity and islam. and then what is that?</w:t>
      </w:r>
    </w:p>
    <w:p>
      <w:pPr>
        <w:jc w:val="right"/>
      </w:pPr>
      <w:r>
        <w:t>سر، آئی ہاؤ ٹو کوسچنز۔ آئی فیل دیٹ از ا ریلیشن شپ بٹوین کرشالٹی اینڈ اسلام۔ اینڈ دین واٹ از دیٹ؟</w:t>
      </w:r>
    </w:p>
    <w:p>
      <w:r>
        <w:rPr>
          <w:b/>
        </w:rPr>
        <w:t xml:space="preserve">[56:57] </w:t>
      </w:r>
      <w:r>
        <w:t>and then second question, you said that mosque is a sacred place. why women are not allowed to enter the mosque?</w:t>
      </w:r>
    </w:p>
    <w:p>
      <w:pPr>
        <w:jc w:val="right"/>
      </w:pPr>
      <w:r>
        <w:t>اینڈ دین سیکنڈ کوسچن، یو سیڈ دیٹ ماسک از ا سیکرٹ پلیس۔ وائی ویمن آر ناٹ الاؤڈ ٹو انٹر دا ماسک؟</w:t>
      </w:r>
    </w:p>
    <w:p>
      <w:r>
        <w:rPr>
          <w:b/>
        </w:rPr>
        <w:t xml:space="preserve">[57:06] </w:t>
      </w:r>
      <w:r>
        <w:t>that is my second question. it is true that, that, that there is no great difference between islam and christianity.</w:t>
      </w:r>
    </w:p>
    <w:p>
      <w:pPr>
        <w:jc w:val="right"/>
      </w:pPr>
      <w:r>
        <w:t>دیٹ از مائی سیکنڈ کوسچن۔ اٹ از ٹرو دیٹ، دیٹ، دیٹ دیر از نو گریٹ ڈفرنس بٹوین اسلام اینڈ کرسچینٹی۔</w:t>
      </w:r>
    </w:p>
    <w:p>
      <w:r>
        <w:rPr>
          <w:b/>
        </w:rPr>
        <w:t xml:space="preserve">[57:15] </w:t>
      </w:r>
      <w:r>
        <w:t>it is very interesting to know that Muhammad by name is mentioned in the Quran five times, whereas Christ is mentioned in the Quran by seventy times.</w:t>
      </w:r>
    </w:p>
    <w:p>
      <w:pPr>
        <w:jc w:val="right"/>
      </w:pPr>
      <w:r>
        <w:t>اٹ از ویری انٹرسٹنگ ٹو نو دیٹ محمد بائی نیم از مینشنڈ دا قرآن فائیو ٹائمز، ویر دیر کرائسٹ از مینشنڈ قرآن بائی سیونٹی ٹائمز۔</w:t>
      </w:r>
    </w:p>
    <w:p>
      <w:r>
        <w:rPr>
          <w:b/>
        </w:rPr>
        <w:t xml:space="preserve">[57:28] </w:t>
      </w:r>
      <w:r>
        <w:t>So, that I can say about your first question that there is no great difference between the two religions.</w:t>
      </w:r>
    </w:p>
    <w:p>
      <w:pPr>
        <w:jc w:val="right"/>
      </w:pPr>
      <w:r>
        <w:t>سو، دیٹ آئی کین سی اباؤٹ یور فرسٹ کوسچن دیٹ دیر از نو گریٹ ڈفرنس بٹوین دا ٹو ریلیجن۔</w:t>
      </w:r>
    </w:p>
    <w:p>
      <w:r>
        <w:rPr>
          <w:b/>
        </w:rPr>
        <w:t xml:space="preserve">[57:38] </w:t>
      </w:r>
      <w:r>
        <w:t>differences, but these differences are critical. And about the second part of the question, I can say</w:t>
      </w:r>
    </w:p>
    <w:p>
      <w:pPr>
        <w:jc w:val="right"/>
      </w:pPr>
      <w:r>
        <w:t>ڈفرنسز، بٹ دیز ڈفرنسز آر کریٹل۔ اینڈ اباؤٹ دا سیکنڈ پارٹ آف کوسچن، آئی کین سی</w:t>
      </w:r>
    </w:p>
    <w:p>
      <w:r>
        <w:rPr>
          <w:b/>
        </w:rPr>
        <w:t xml:space="preserve">[57:54] </w:t>
      </w:r>
      <w:r>
        <w:t>that. There is a very beautiful saying of the Prophet about about the gender equality.</w:t>
      </w:r>
    </w:p>
    <w:p>
      <w:pPr>
        <w:jc w:val="right"/>
      </w:pPr>
      <w:r>
        <w:t>دیٹ۔ دیر از ویری بیوٹی فل سینگ آف دا پرافٹ اباؤٹ اباؤٹ دی جینڈر ایکولٹی۔</w:t>
      </w:r>
    </w:p>
    <w:p>
      <w:r>
        <w:rPr>
          <w:b/>
        </w:rPr>
        <w:t xml:space="preserve">[58:04] </w:t>
      </w:r>
      <w:r>
        <w:t>Prophet had said in nisa o shaqaiq al-rajul. In nisa o shaqaiq al-rajul. It means that</w:t>
      </w:r>
    </w:p>
    <w:p>
      <w:pPr>
        <w:jc w:val="right"/>
      </w:pPr>
      <w:r>
        <w:t>پرافٹ ہیڈ سیڈ ان نساء و شقائق الرجال۔ ان نساء و شقائق الرجال۔ اٹ مینز دیٹ</w:t>
      </w:r>
    </w:p>
    <w:p>
      <w:r>
        <w:rPr>
          <w:b/>
        </w:rPr>
        <w:t xml:space="preserve">[58:18] </w:t>
      </w:r>
      <w:r>
        <w:t>men and women are two equal halves of a single unit.</w:t>
      </w:r>
    </w:p>
    <w:p>
      <w:pPr>
        <w:jc w:val="right"/>
      </w:pPr>
      <w:r>
        <w:t>مین اینڈ وومن آر ٹو ایکول ہاف آف ا سنگل یونٹ۔</w:t>
      </w:r>
    </w:p>
    <w:p>
      <w:r>
        <w:rPr>
          <w:b/>
        </w:rPr>
        <w:t xml:space="preserve">[58:26] </w:t>
      </w:r>
      <w:r>
        <w:t>aurat aur mard dono ek yani ek hi wajood ke do barabar ke hisse hain.</w:t>
      </w:r>
    </w:p>
    <w:p>
      <w:pPr>
        <w:jc w:val="right"/>
      </w:pPr>
      <w:r>
        <w:t>عورت اور مرد دونوں ایک یعنی ایک ہی وجود کے دو برابر کے حصے ہیں۔</w:t>
      </w:r>
    </w:p>
    <w:p>
      <w:r>
        <w:rPr>
          <w:b/>
        </w:rPr>
        <w:t xml:space="preserve">[58:37] </w:t>
      </w:r>
      <w:r>
        <w:t>men and women are two equal halves of a single unit. What a beautiful expression of the gender equality.</w:t>
      </w:r>
    </w:p>
    <w:p>
      <w:pPr>
        <w:jc w:val="right"/>
      </w:pPr>
      <w:r>
        <w:t>مین اینڈ وومن آر ٹو ایکول ہاف آف ا سنگل یونٹ۔ واٹ ا بیوٹی فل ایکسپریشن آف دا جینڈر ایکولٹی۔</w:t>
      </w:r>
    </w:p>
    <w:p>
      <w:r>
        <w:rPr>
          <w:b/>
        </w:rPr>
        <w:t xml:space="preserve">[58:48] </w:t>
      </w:r>
      <w:r>
        <w:t>So, there is no no restriction at all about entering about about about about the women to enter the mosque.</w:t>
      </w:r>
    </w:p>
    <w:p>
      <w:pPr>
        <w:jc w:val="right"/>
      </w:pPr>
      <w:r>
        <w:t>سو، دیر از نو نو ریسٹرکشن ایٹ آل اباؤٹ انٹرنگ اباؤٹ اباؤٹ اباؤٹ اباؤٹ دا ویمن ٹو انٹر دا مسجد۔</w:t>
      </w:r>
    </w:p>
    <w:p>
      <w:r>
        <w:rPr>
          <w:b/>
        </w:rPr>
        <w:t xml:space="preserve">[59:02] </w:t>
      </w:r>
      <w:r>
        <w:t>reason is false. Actually, women have been given some concession because they have so many chores to perform at home.</w:t>
      </w:r>
    </w:p>
    <w:p>
      <w:pPr>
        <w:jc w:val="right"/>
      </w:pPr>
      <w:r>
        <w:t>ریزن از فالس۔ ایکچولی، ویمن ہیو بین گیون سم کنسیشن بیکاز دے ہیو سو مینی چوز ٹو پرفارم ایٹ ہوم۔</w:t>
      </w:r>
    </w:p>
    <w:p>
      <w:r>
        <w:rPr>
          <w:b/>
        </w:rPr>
        <w:t xml:space="preserve">[59:12] </w:t>
      </w:r>
      <w:r>
        <w:t>So, they are not as free as men are. So, they avail this concession. They are</w:t>
      </w:r>
    </w:p>
    <w:p>
      <w:pPr>
        <w:jc w:val="right"/>
      </w:pPr>
      <w:r>
        <w:t>سو، دے آر ناٹ ایز فری ایز مین آر۔ سو، دے اویل دس کنسیشن۔ دے آر</w:t>
      </w:r>
    </w:p>
    <w:p>
      <w:r>
        <w:rPr>
          <w:b/>
        </w:rPr>
        <w:t xml:space="preserve">[59:18] </w:t>
      </w:r>
      <w:r>
        <w:t>allowed. And I have myself prayed in the most holiest mosque in Mecca and Medina. Where in Jerusalem, the three most holiest mosque, I have myself prayed inside it.</w:t>
      </w:r>
    </w:p>
    <w:p>
      <w:pPr>
        <w:jc w:val="right"/>
      </w:pPr>
      <w:r>
        <w:t>الاؤڈ۔ اینڈ آئی ہیو مائی سیلف پریڈ ان دی موسٹ ہولیسٹ ماسک ان مکہ اینڈ مدینہ۔ ویئر ان یروشلم، دا تھری موسٹ ہولیسٹ ماسک، آئی ہیو مائی سیلف پریڈ انسائیڈ اٹ۔</w:t>
      </w:r>
    </w:p>
    <w:p>
      <w:r>
        <w:rPr>
          <w:b/>
        </w:rPr>
        <w:t xml:space="preserve">[59:31] </w:t>
      </w:r>
      <w:r>
        <w:t>And everywhere they are allowed, but only because they they themselves are availing this concession that they have been given in Islam. Thank you, thank you</w:t>
      </w:r>
    </w:p>
    <w:p>
      <w:pPr>
        <w:jc w:val="right"/>
      </w:pPr>
      <w:r>
        <w:t>اینڈ ایوری ویر دے آر الاؤڈ، بٹ اونلی بیکاز دے دے دیم سیلف آر اویلنگ دس کنسیشن دیٹ دے ہیو بین گیون ان اسلام۔ تھینک یو، تھینک یو</w:t>
      </w:r>
    </w:p>
    <w:p>
      <w:r>
        <w:rPr>
          <w:b/>
        </w:rPr>
        <w:t xml:space="preserve">[59:43] </w:t>
      </w:r>
      <w:r>
        <w:t>Sir. Actually, regarding difference, what is the difference? Basic difference. And I think there is a basic difference in faith in between Islam and Christianity.</w:t>
      </w:r>
    </w:p>
    <w:p>
      <w:pPr>
        <w:jc w:val="right"/>
      </w:pPr>
      <w:r>
        <w:t>سر۔ ایکچولی، اے ریگارڈنگ ڈفرنس، واٹ از دا ڈفرنس؟ بیسک ڈفرنس۔ اینڈ آئی تھنک دیر از اے بیسک ڈفرنس ان فیتھ ان بٹوین اسلام اینڈ کرسچینٹی۔</w:t>
      </w:r>
    </w:p>
    <w:p>
      <w:r>
        <w:rPr>
          <w:b/>
        </w:rPr>
        <w:t xml:space="preserve">[59:55] </w:t>
      </w:r>
      <w:r>
        <w:t>Sir, so please clear it. The basic difference in faith in between Christianity and Islam. Sir, according to my study, the basic difference lies in the belief of God.</w:t>
      </w:r>
    </w:p>
    <w:p>
      <w:pPr>
        <w:jc w:val="right"/>
      </w:pPr>
      <w:r>
        <w:t>سر، سو پلیز کلیئر اٹ۔ دا بیسک ڈفرنس ان فیتھ ان بٹوین کرسچینٹی اینڈ اسلام۔ سر، اکارڈنگ ٹو مائی سٹڈی، دا بیسک ڈفرنس لائی ان دا بیلیف اف گاڈ۔</w:t>
      </w:r>
    </w:p>
    <w:p>
      <w:r>
        <w:rPr>
          <w:b/>
        </w:rPr>
        <w:t xml:space="preserve">[1:00:11] </w:t>
      </w:r>
      <w:r>
        <w:t>Yes, Islam believes in oneness of God. God is one. Full law of God. Yes, said that God is one.</w:t>
      </w:r>
    </w:p>
    <w:p>
      <w:pPr>
        <w:jc w:val="right"/>
      </w:pPr>
      <w:r>
        <w:t>یس، اسلام بیلیو ان وننس اف گاڈ۔ گاڈ از ون۔ فل اوور لا اف گاڈ۔ یس، سیڈ دیٹ گاڈ از ون۔</w:t>
      </w:r>
    </w:p>
    <w:p>
      <w:r>
        <w:rPr>
          <w:b/>
        </w:rPr>
        <w:t xml:space="preserve">[1:00:22] </w:t>
      </w:r>
      <w:r>
        <w:t>Also, Christianity professes to believe in oneness of God, but at the same time, they believe in Trinity.</w:t>
      </w:r>
    </w:p>
    <w:p>
      <w:pPr>
        <w:jc w:val="right"/>
      </w:pPr>
      <w:r>
        <w:t>السو، کرسچینٹی پیشر پیپر بیلیو ان وننس اف گاڈ، بٹ ایٹ دا سیم ٹائم، دے بیلیو ان ٹرینٹی۔</w:t>
      </w:r>
    </w:p>
    <w:p>
      <w:r>
        <w:rPr>
          <w:b/>
        </w:rPr>
        <w:t xml:space="preserve">[1:00:32] </w:t>
      </w:r>
      <w:r>
        <w:t>So, Trinity means God is one. Also, God is three. So, three in one and one in three. This is the concept of Christian people.</w:t>
      </w:r>
    </w:p>
    <w:p>
      <w:pPr>
        <w:jc w:val="right"/>
      </w:pPr>
      <w:r>
        <w:t>تو ٹرینٹی مینز گاڈ از ون۔ السو، گاڈ از تھری۔ تو تھری ان ون اینڈ ون ان تھری۔ دس از دا کانسیپٹ اف کرسچن پیپل۔</w:t>
      </w:r>
    </w:p>
    <w:p>
      <w:r>
        <w:rPr>
          <w:b/>
        </w:rPr>
        <w:t xml:space="preserve">[1:00:44] </w:t>
      </w:r>
      <w:r>
        <w:t>So, this is the basic difference that they believe in Trinity and Muslims believe in the oneness of God.</w:t>
      </w:r>
    </w:p>
    <w:p>
      <w:pPr>
        <w:jc w:val="right"/>
      </w:pPr>
      <w:r>
        <w:t>سو، دس از دا بیسک ڈفرنس دیٹ دے بیلیو ان ٹرینٹی اینڈ مسٹرز بیلیو ان دا وننس اف گاڈ۔</w:t>
      </w:r>
    </w:p>
    <w:p>
      <w:r>
        <w:rPr>
          <w:b/>
        </w:rPr>
        <w:t xml:space="preserve">[1:00:52] </w:t>
      </w:r>
      <w:r>
        <w:t>Yes,</w:t>
      </w:r>
    </w:p>
    <w:p>
      <w:pPr>
        <w:jc w:val="right"/>
      </w:pPr>
      <w:r>
        <w:t>یس،</w:t>
      </w:r>
    </w:p>
    <w:p>
      <w:r>
        <w:rPr>
          <w:b/>
        </w:rPr>
        <w:t xml:space="preserve">[1:00:55] </w:t>
      </w:r>
      <w:r>
        <w:t>kya hai? Ab my question is that spirituality is that concern a person most personally.</w:t>
      </w:r>
    </w:p>
    <w:p>
      <w:pPr>
        <w:jc w:val="right"/>
      </w:pPr>
      <w:r>
        <w:t>کیا ہے؟ اب مائی کوسچن از دیٹ سپرچویلٹی از دیٹ کنسرن اے پرسن موسٹ پرسنلی۔</w:t>
      </w:r>
    </w:p>
    <w:p>
      <w:r>
        <w:rPr>
          <w:b/>
        </w:rPr>
        <w:t xml:space="preserve">[1:01:05] </w:t>
      </w:r>
      <w:r>
        <w:t>A person simply has to attend to spirituality. And my question is that in Islam, in Islamic tradition, can a person be guided by someone else in attaining spirituality?</w:t>
      </w:r>
    </w:p>
    <w:p>
      <w:pPr>
        <w:jc w:val="right"/>
      </w:pPr>
      <w:r>
        <w:t>اے پرسن سمپل ہیز ٹو اٹینڈ دا سپرچویلٹی۔ اینڈ مائی کوسچن از دیٹ ان اسلام، ان اسلامک ٹریڈیشن، کین اے پرسن بی گائیڈڈ بائے سم ون ایلس ان اٹنگ سپرچویلٹی؟</w:t>
      </w:r>
    </w:p>
    <w:p>
      <w:r>
        <w:rPr>
          <w:b/>
        </w:rPr>
        <w:t xml:space="preserve">[1:01:19] </w:t>
      </w:r>
      <w:r>
        <w:t>Both is required. 50, 50, 50, 50</w:t>
      </w:r>
    </w:p>
    <w:p>
      <w:pPr>
        <w:jc w:val="right"/>
      </w:pPr>
      <w:r>
        <w:t>بوتھ از ریکوائرڈ۔ 50، 50، 50، 50</w:t>
      </w:r>
    </w:p>
    <w:p>
      <w:r>
        <w:rPr>
          <w:b/>
        </w:rPr>
        <w:t xml:space="preserve">[1:01:23] </w:t>
      </w:r>
      <w:r>
        <w:t>. Yani I think that according required that is murshid or group attaining spiritual leader.</w:t>
      </w:r>
    </w:p>
    <w:p>
      <w:pPr>
        <w:jc w:val="right"/>
      </w:pPr>
      <w:r>
        <w:t>۔ یعنی آئی تھنک دیٹ اکارڈنگ ریکوائرڈ دیٹ از مرشد اور گروپ اٹنگ سپریچول لیڈر۔</w:t>
      </w:r>
    </w:p>
    <w:p>
      <w:r>
        <w:rPr>
          <w:b/>
        </w:rPr>
        <w:t xml:space="preserve">[1:01:33] </w:t>
      </w:r>
      <w:r>
        <w:t>But at the same time, this is that you are eager. Without your eagerness, no leader can help.</w:t>
      </w:r>
    </w:p>
    <w:p>
      <w:pPr>
        <w:jc w:val="right"/>
      </w:pPr>
      <w:r>
        <w:t>بٹ ایٹ دا سیم ٹائم، دس از دیٹ یو آر ایگر۔ وداؤٹ یور ایگرنس، نو لیڈر کین ہیلپ۔</w:t>
      </w:r>
    </w:p>
    <w:p>
      <w:r>
        <w:rPr>
          <w:b/>
        </w:rPr>
        <w:t xml:space="preserve">[1:01:46] </w:t>
      </w:r>
      <w:r>
        <w:t>so, it is 50, 50 percent. 50, 50. 50 percent group is required and 50 percent your your sincere effort is required.</w:t>
      </w:r>
    </w:p>
    <w:p>
      <w:pPr>
        <w:jc w:val="right"/>
      </w:pPr>
      <w:r>
        <w:t>سو، اٹ از 50، 50 پرسنٹ۔ 50، 50۔ 50 پرسنٹ گروپ از ریکوائرڈ اینڈ 50 پرسنٹ یور یور سنسئر ایفرٹ از ریکوائرڈ۔</w:t>
      </w:r>
    </w:p>
    <w:p>
      <w:r>
        <w:rPr>
          <w:b/>
        </w:rPr>
        <w:t xml:space="preserve">[1:02:01] </w:t>
      </w:r>
      <w:r>
        <w:t>and my clarification that group you be. because you you yourself can decide. there is so many groups, but you have to choose.</w:t>
      </w:r>
    </w:p>
    <w:p>
      <w:pPr>
        <w:jc w:val="right"/>
      </w:pPr>
      <w:r>
        <w:t>اینڈ مائی کلریفیکیشن دیٹ گروپ یو بی۔ بیکاز یو یو یور سیلف کین ڈیسائیڈ۔ دیر از سو مینی گروپس، بٹ یو ہیو ٹو چوز۔</w:t>
      </w:r>
    </w:p>
    <w:p>
      <w:r>
        <w:rPr>
          <w:b/>
        </w:rPr>
        <w:t xml:space="preserve">[1:02:14] </w:t>
      </w:r>
      <w:r>
        <w:t>it is it depends on your own experience.</w:t>
      </w:r>
    </w:p>
    <w:p>
      <w:pPr>
        <w:jc w:val="right"/>
      </w:pPr>
      <w:r>
        <w:t>اٹ از اٹ ڈیپینڈز ان یور اون ایکسپیرینس۔</w:t>
      </w:r>
    </w:p>
    <w:p>
      <w:r>
        <w:rPr>
          <w:b/>
        </w:rPr>
        <w:t xml:space="preserve">[1:02:21] </w:t>
      </w:r>
      <w:r>
        <w:t>can i ask you question? whether islam allows only polygamy and not polyandry?</w:t>
      </w:r>
    </w:p>
    <w:p>
      <w:pPr>
        <w:jc w:val="right"/>
      </w:pPr>
      <w:r>
        <w:t>کین آئی اسک یو کوسچن؟ ویدر اسلام الاؤز اونلی پولیگیمی اینڈ ناٹ پولی اینٹری؟</w:t>
      </w:r>
    </w:p>
    <w:p>
      <w:r>
        <w:rPr>
          <w:b/>
        </w:rPr>
        <w:t xml:space="preserve">[1:02:34] </w:t>
      </w:r>
      <w:r>
        <w:t>polygamy means many wife. polyandry means more husbands.</w:t>
      </w:r>
    </w:p>
    <w:p>
      <w:pPr>
        <w:jc w:val="right"/>
      </w:pPr>
      <w:r>
        <w:t>پولیگیمی مینز مینی وائف۔ پولی اینٹری مینز مور ہسبینڈز۔</w:t>
      </w:r>
    </w:p>
    <w:p>
      <w:r>
        <w:rPr>
          <w:b/>
        </w:rPr>
        <w:t xml:space="preserve">[1:02:46] </w:t>
      </w:r>
      <w:r>
        <w:t>as according islam, polyandry is not allowed in islam, but polygamy is allowed. but i would add that polygamy is not a general principle.</w:t>
      </w:r>
    </w:p>
    <w:p>
      <w:pPr>
        <w:jc w:val="right"/>
      </w:pPr>
      <w:r>
        <w:t>ایس اکارڈنگ اسلام، پولی اینٹری از ناٹ الاؤڈ ان اسلام، بٹ پولیگیمی از الاؤڈ۔ بٹ آئی وڈ ایڈ دیٹ پولیگیمی از ناٹ ا جنرل پرنسپل۔</w:t>
      </w:r>
    </w:p>
    <w:p>
      <w:r>
        <w:rPr>
          <w:b/>
        </w:rPr>
        <w:t xml:space="preserve">[1:03:00] </w:t>
      </w:r>
      <w:r>
        <w:t>it is only for time of crisis. and when women are in surplus, then islam allows polygamy.</w:t>
      </w:r>
    </w:p>
    <w:p>
      <w:pPr>
        <w:jc w:val="right"/>
      </w:pPr>
      <w:r>
        <w:t>اٹ از اونلی فار ٹائم اف کرائسٹ۔ اینڈ وین ویمن آر ان سرفلسٹ، دین اسلام الاؤز پولیگمی۔</w:t>
      </w:r>
    </w:p>
    <w:p>
      <w:r>
        <w:rPr>
          <w:b/>
        </w:rPr>
        <w:t xml:space="preserve">[1:03:11] </w:t>
      </w:r>
      <w:r>
        <w:t>in general condition, in general situation, is not allowed. there to be one. when there are women in surplus, so you have to find some solution.</w:t>
      </w:r>
    </w:p>
    <w:p>
      <w:pPr>
        <w:jc w:val="right"/>
      </w:pPr>
      <w:r>
        <w:t>ان جنرل کنڈیشن، ان جنرل سچویشن، از ناٹ الاؤڈ۔ دیر ٹو بی ون۔ وین دیر آر ویمن ان سرفلسٹ، سو یو ہیو ٹو فائنڈ سم سولیوشن۔</w:t>
      </w:r>
    </w:p>
    <w:p>
      <w:r>
        <w:rPr>
          <w:b/>
        </w:rPr>
        <w:t xml:space="preserve">[1:03:26] </w:t>
      </w:r>
      <w:r>
        <w:t>you know, after second world war, when women become surplus in germany. you know, in every war, mostly men are healing.</w:t>
      </w:r>
    </w:p>
    <w:p>
      <w:pPr>
        <w:jc w:val="right"/>
      </w:pPr>
      <w:r>
        <w:t>یو نو، افٹر سیکنڈ ورلڈ وار، وین ویمن بیکم سرفلسٹ ان جرمنی۔ یو نو، ان ایوری وار، موسٹلی مین آر ہیلنگ۔</w:t>
      </w:r>
    </w:p>
    <w:p>
      <w:r>
        <w:rPr>
          <w:b/>
        </w:rPr>
        <w:t xml:space="preserve">[1:03:39] </w:t>
      </w:r>
      <w:r>
        <w:t>so, women become surplus. so, what happen? yani do women who fail to find some husband.</w:t>
      </w:r>
    </w:p>
    <w:p>
      <w:pPr>
        <w:jc w:val="right"/>
      </w:pPr>
      <w:r>
        <w:t>سو، ویمن بیکم سرفلسٹ۔ سو، واٹ ہیپن؟ یعنی دو ویمن ہو فیل ٹو فائنڈ سم ہسبینڈ۔</w:t>
      </w:r>
    </w:p>
    <w:p>
      <w:r>
        <w:rPr>
          <w:b/>
        </w:rPr>
        <w:t xml:space="preserve">[1:03:51] </w:t>
      </w:r>
      <w:r>
        <w:t>they put up a gun in their house. wanted an evening guest. wanted an evening guest.</w:t>
      </w:r>
    </w:p>
    <w:p>
      <w:pPr>
        <w:jc w:val="right"/>
      </w:pPr>
      <w:r>
        <w:t>دے پٹ اپ ا گن ان دیر ہاؤس۔ وانٹڈ این ایوننگ گیسٹ۔ وانٹڈ این ایوننگ گیسٹ۔</w:t>
      </w:r>
    </w:p>
    <w:p>
      <w:r>
        <w:rPr>
          <w:b/>
        </w:rPr>
        <w:t xml:space="preserve">[1:04:02] </w:t>
      </w:r>
      <w:r>
        <w:t>so, here you have to choice: either sexual harpy or or polygamy.</w:t>
      </w:r>
    </w:p>
    <w:p>
      <w:pPr>
        <w:jc w:val="right"/>
      </w:pPr>
      <w:r>
        <w:t>سو، ہیر یو ہیو ٹو چوائس: ائیدر سیکسول ہارپی اور اور پولیگمی۔</w:t>
      </w:r>
    </w:p>
    <w:p>
      <w:r>
        <w:rPr>
          <w:b/>
        </w:rPr>
        <w:t xml:space="preserve">[1:04:13] </w:t>
      </w:r>
      <w:r>
        <w:t>if you reject polygamy, then you are bound to to choose social anarchy.</w:t>
      </w:r>
    </w:p>
    <w:p>
      <w:pPr>
        <w:jc w:val="right"/>
      </w:pPr>
      <w:r>
        <w:t>اف یو ریجیکٹ پولیگمی، دین یو آر باؤنڈ ٹو ٹو چوز سوشل انارکی۔</w:t>
      </w:r>
    </w:p>
    <w:p>
      <w:r>
        <w:rPr>
          <w:b/>
        </w:rPr>
        <w:t xml:space="preserve">[1:04:23] </w:t>
      </w:r>
      <w:r>
        <w:t>so, during at the time when women are in surplus, you have no other option. but in general condition, i i no according islamic theory that only one woman is round,</w:t>
      </w:r>
    </w:p>
    <w:p>
      <w:pPr>
        <w:jc w:val="right"/>
      </w:pPr>
      <w:r>
        <w:t>سو، ڈیورنگ ایٹ دا ٹائم وین ویمن آر ان سرفلسٹ، یو ہیو نو ادر اپشن۔ بٹ ان جنرل کنڈیشن، آئی آئی نو اکارڈنگ اسلامک تھیوری دیٹ اونلی ون وومن از راؤنڈ،</w:t>
      </w:r>
    </w:p>
    <w:p>
      <w:r>
        <w:rPr>
          <w:b/>
        </w:rPr>
        <w:t xml:space="preserve">[1:04:38] </w:t>
      </w:r>
      <w:r>
        <w:t>not two or three or four.</w:t>
      </w:r>
    </w:p>
    <w:p>
      <w:pPr>
        <w:jc w:val="right"/>
      </w:pPr>
      <w:r>
        <w:t>ناٹ ٹو اور تھری اور فور۔</w:t>
      </w:r>
    </w:p>
    <w:p>
      <w:r>
        <w:rPr>
          <w:b/>
        </w:rPr>
        <w:t xml:space="preserve">[1:04:46] </w:t>
      </w:r>
      <w:r>
        <w:t>whether it is the communitarian namaz is important or individual namaz?</w:t>
      </w:r>
    </w:p>
    <w:p>
      <w:pPr>
        <w:jc w:val="right"/>
      </w:pPr>
      <w:r>
        <w:t>ویدر اٹ از دا کمیونٹیرین نماز از امپورٹنٹ اور انڈیویجول نماز؟</w:t>
      </w:r>
    </w:p>
    <w:p>
      <w:r>
        <w:rPr>
          <w:b/>
        </w:rPr>
        <w:t xml:space="preserve">[1:05:01] </w:t>
      </w:r>
      <w:r>
        <w:t>namaz is performed by as individual. basically, namaz as individual act. ibadah or prayer is</w:t>
      </w:r>
    </w:p>
    <w:p>
      <w:pPr>
        <w:jc w:val="right"/>
      </w:pPr>
      <w:r>
        <w:t>نماز از پرفارمڈ بائے ایز انڈیویجول۔ بیسیکلی، نماز ایز انڈیویجول ایکٹ۔ عبادہ اور پریئر از</w:t>
      </w:r>
    </w:p>
    <w:p>
      <w:r>
        <w:rPr>
          <w:b/>
        </w:rPr>
        <w:t xml:space="preserve">[1:05:15] </w:t>
      </w:r>
      <w:r>
        <w:t>essentially an individual act. but islam wants unity.</w:t>
      </w:r>
    </w:p>
    <w:p>
      <w:pPr>
        <w:jc w:val="right"/>
      </w:pPr>
      <w:r>
        <w:t>ایسینشلی این انڈیویجول ایکٹ۔ بٹ اسلام وانٹس یونٹی۔</w:t>
      </w:r>
    </w:p>
    <w:p>
      <w:r>
        <w:rPr>
          <w:b/>
        </w:rPr>
        <w:t xml:space="preserve">[1:05:23] </w:t>
      </w:r>
      <w:r>
        <w:t>for purpose, for establishing unity,</w:t>
      </w:r>
    </w:p>
    <w:p>
      <w:pPr>
        <w:jc w:val="right"/>
      </w:pPr>
      <w:r>
        <w:t>فار پرپس، فار اسٹیبلشنگ یونٹی،</w:t>
      </w:r>
    </w:p>
    <w:p>
      <w:r>
        <w:rPr>
          <w:b/>
        </w:rPr>
        <w:t xml:space="preserve">[1:05:29] </w:t>
      </w:r>
      <w:r>
        <w:t>islam</w:t>
      </w:r>
    </w:p>
    <w:p>
      <w:pPr>
        <w:jc w:val="right"/>
      </w:pPr>
      <w:r>
        <w:t>اسلام</w:t>
      </w:r>
    </w:p>
    <w:p>
      <w:r>
        <w:rPr>
          <w:b/>
        </w:rPr>
        <w:t xml:space="preserve">[1:05:32] </w:t>
      </w:r>
      <w:r>
        <w:t>islam wants to perform namaz in congregation. so congregation, congregation namaz it self is not not prayer.</w:t>
      </w:r>
    </w:p>
    <w:p>
      <w:pPr>
        <w:jc w:val="right"/>
      </w:pPr>
      <w:r>
        <w:t>اسلام وانٹس ٹو پرفارم نماز ان کانگریگیشن۔ تو کانگریگیشن، کانگریگیشن نماز اٹ سیلف از ناٹ ناٹ پریئر۔</w:t>
      </w:r>
    </w:p>
    <w:p>
      <w:r>
        <w:rPr>
          <w:b/>
        </w:rPr>
        <w:t xml:space="preserve">[1:05:43] </w:t>
      </w:r>
      <w:r>
        <w:t>it is, it is, it is a</w:t>
      </w:r>
    </w:p>
    <w:p>
      <w:pPr>
        <w:jc w:val="right"/>
      </w:pPr>
      <w:r>
        <w:t>اٹ از، اٹ از، اٹ از ا</w:t>
      </w:r>
    </w:p>
    <w:p>
      <w:r>
        <w:rPr>
          <w:b/>
        </w:rPr>
        <w:t xml:space="preserve">[1:05:49] </w:t>
      </w:r>
      <w:r>
        <w:t>prayer is an individual act. but to</w:t>
      </w:r>
    </w:p>
    <w:p>
      <w:pPr>
        <w:jc w:val="right"/>
      </w:pPr>
      <w:r>
        <w:t>پریئر از این انڈیویجول ایکٹ۔ بٹ ٹو</w:t>
      </w:r>
    </w:p>
    <w:p>
      <w:r>
        <w:rPr>
          <w:b/>
        </w:rPr>
        <w:t xml:space="preserve">[1:05:58] </w:t>
      </w:r>
      <w:r>
        <w:t>but Islam wants to to to to establish unity among among the society.</w:t>
      </w:r>
    </w:p>
    <w:p>
      <w:pPr>
        <w:jc w:val="right"/>
      </w:pPr>
      <w:r>
        <w:t>بٹ اسلام وانٹس ٹو ٹو ٹو ٹو اسٹیبلش یونیٹی امنگ امنگ دا سوسائٹی۔</w:t>
      </w:r>
    </w:p>
    <w:p>
      <w:r>
        <w:rPr>
          <w:b/>
        </w:rPr>
        <w:t xml:space="preserve">[1:06:09] </w:t>
      </w:r>
      <w:r>
        <w:t>so, for this purpose, islam wants to perform namaz in congregation.</w:t>
      </w:r>
    </w:p>
    <w:p>
      <w:pPr>
        <w:jc w:val="right"/>
      </w:pPr>
      <w:r>
        <w:t>سو، فار دس پرپس، اسلام وانٹس ٹو پرفارم نماز ان کانگریگیشن۔</w:t>
      </w:r>
    </w:p>
    <w:p>
      <w:r>
        <w:rPr>
          <w:b/>
        </w:rPr>
        <w:t xml:space="preserve">[1:06:20] </w:t>
      </w:r>
      <w:r>
        <w:t>The book The Concept of God, I read research. All the faiths save Islam will be classified as mythologies rather than religions in the scientific and historical sense.</w:t>
      </w:r>
    </w:p>
    <w:p>
      <w:pPr>
        <w:jc w:val="right"/>
      </w:pPr>
      <w:r>
        <w:t>دا بک دا کانسیپٹ اف گاڈ، آئی ریڈ ریسرچ۔ ال دا فیتھ سیو اسلام ویل بی کلاسیفائیڈ ایز میتھالوجیز رادر دین ریلیجنز ان دا سائنٹیفک اینڈ ہسٹوریکل سینس۔</w:t>
      </w:r>
    </w:p>
    <w:p>
      <w:r>
        <w:rPr>
          <w:b/>
        </w:rPr>
        <w:t xml:space="preserve">[1:06:33] </w:t>
      </w:r>
      <w:r>
        <w:t>hains, Islam is the only choice for those who seek a religion with a credible historical base. Does it mean that any other religion except Islam cannot lead to realization of God?</w:t>
      </w:r>
    </w:p>
    <w:p>
      <w:pPr>
        <w:jc w:val="right"/>
      </w:pPr>
      <w:r>
        <w:t>ہینس، اسلام از دا اونلی چوائس فار دوز ہو سیک اے ریلیجن ود اے کریڈیبل ہسٹوریکل بیس۔ ڈز اٹ مین دیٹ اینی ادر ریلیجن ایکسیپٹ اسلام کین ناٹ لیڈ ٹو ریلائزیشن اف گاڈ؟</w:t>
      </w:r>
    </w:p>
    <w:p>
      <w:r>
        <w:rPr>
          <w:b/>
        </w:rPr>
        <w:t xml:space="preserve">[1:06:48] </w:t>
      </w:r>
      <w:r>
        <w:t>it is wrong to say that the concept of god is simply mythology. no, it is a scientific thing. i have publish so many books on this subject.</w:t>
      </w:r>
    </w:p>
    <w:p>
      <w:pPr>
        <w:jc w:val="right"/>
      </w:pPr>
      <w:r>
        <w:t>اٹ از رونگ ٹو سی دیٹ دا کانسیپٹ اف گاڈ از سمپلی میتھالوجی۔ نو، اٹ از ا سائنٹیفک تھنگ۔ آئی ہیو پبلش سو مینی بکس ان دس سبجیکٹ۔</w:t>
      </w:r>
    </w:p>
    <w:p>
      <w:r>
        <w:rPr>
          <w:b/>
        </w:rPr>
        <w:t xml:space="preserve">[1:07:01] </w:t>
      </w:r>
      <w:r>
        <w:t>according to my study and experience, the concept of god is a scientific concept, is not mythology.</w:t>
      </w:r>
    </w:p>
    <w:p>
      <w:pPr>
        <w:jc w:val="right"/>
      </w:pPr>
      <w:r>
        <w:t>اکارڈنگ ٹو مائی سٹڈی اینڈ ایکسپیرینس، دا کانسیپٹ اف گاڈ از ا سائنٹیفک کانسیپٹ، از ناٹ میتھالوجی۔</w:t>
      </w:r>
    </w:p>
    <w:p>
      <w:r>
        <w:rPr>
          <w:b/>
        </w:rPr>
        <w:t xml:space="preserve">[1:07:10] </w:t>
      </w:r>
      <w:r>
        <w:t>you can read my book "god horizon". "god horizon"</w:t>
      </w:r>
    </w:p>
    <w:p>
      <w:pPr>
        <w:jc w:val="right"/>
      </w:pPr>
      <w:r>
        <w:t>یو کین ریڈ مائی بک "گاڈ ہرائزن"۔ "گاڈ ہرائزن"</w:t>
      </w:r>
    </w:p>
    <w:p>
      <w:r>
        <w:rPr>
          <w:b/>
        </w:rPr>
        <w:t xml:space="preserve">[1:07:18] </w:t>
      </w:r>
      <w:r>
        <w:t>the book says</w:t>
      </w:r>
    </w:p>
    <w:p>
      <w:pPr>
        <w:jc w:val="right"/>
      </w:pPr>
      <w:r>
        <w:t>دا بک سیز</w:t>
      </w:r>
    </w:p>
    <w:p>
      <w:r>
        <w:rPr>
          <w:b/>
        </w:rPr>
        <w:t xml:space="preserve">[1:07:25] </w:t>
      </w:r>
      <w:r>
        <w:t>all the faith save islam may be classified as mythologies rather than religions in the scientific and historical sense.</w:t>
      </w:r>
    </w:p>
    <w:p>
      <w:pPr>
        <w:jc w:val="right"/>
      </w:pPr>
      <w:r>
        <w:t>ال دا فیتھ سیو اسلام می بی کلاسیفائیڈ ایز میتھالوجیز رادر دین ریلیجنز ان دا سائنٹیفک اینڈ ہسٹوریکل سینس۔</w:t>
      </w:r>
    </w:p>
    <w:p>
      <w:r>
        <w:rPr>
          <w:b/>
        </w:rPr>
        <w:t xml:space="preserve">[1:07:35] </w:t>
      </w:r>
      <w:r>
        <w:t>hains, Islam is the only choice for those who seek a religion with a credible historical case, historical base.</w:t>
      </w:r>
    </w:p>
    <w:p>
      <w:pPr>
        <w:jc w:val="right"/>
      </w:pPr>
      <w:r>
        <w:t>ہینس، اسلام از دا اونلی چوائس فار دوز ہو سیک اے ریلیجن ود اے کریڈیبل ہسٹوریکل کیس، ہسٹوریکل بیس۔</w:t>
      </w:r>
    </w:p>
    <w:p>
      <w:r>
        <w:rPr>
          <w:b/>
        </w:rPr>
        <w:t xml:space="preserve">[1:07:44] </w:t>
      </w:r>
      <w:r>
        <w:t>The question was: Does it mean that followers of any other faith than Islam cannot realize God simply because probably those religions do not conform to any historical standards?</w:t>
      </w:r>
    </w:p>
    <w:p>
      <w:pPr>
        <w:jc w:val="right"/>
      </w:pPr>
      <w:r>
        <w:t>دا کوسچن واز: ڈز اٹ مین دیٹ فالوورز اف اینی ادر فیتھ دین اسلام کین ناٹ ریلائز گاڈ سمپلی بیکاز پراببلی دوز ریلیجنز ڈو ناٹ کنفرم ٹو اینی ہسٹوریکل سٹینڈرڈز؟</w:t>
      </w:r>
    </w:p>
    <w:p>
      <w:r>
        <w:rPr>
          <w:b/>
        </w:rPr>
        <w:t xml:space="preserve">[1:08:01] </w:t>
      </w:r>
      <w:r>
        <w:t>this is the answer of that. i am not saying about the concept of god. i am saying about the form of god. form</w:t>
      </w:r>
    </w:p>
    <w:p>
      <w:pPr>
        <w:jc w:val="right"/>
      </w:pPr>
      <w:r>
        <w:t>دس از دا انسر اف دیٹ۔ آئی ایم ناٹ سیونگ اباؤٹ دا کانسیپٹ اف گاڈ۔ آئی ایم سیونگ اباؤٹ دا فارم اف گاڈ۔ فارم</w:t>
      </w:r>
    </w:p>
    <w:p>
      <w:r>
        <w:rPr>
          <w:b/>
        </w:rPr>
        <w:t xml:space="preserve">[1:08:12] </w:t>
      </w:r>
      <w:r>
        <w:t>, i am saying that that form of god in the quran is in is preserved form, in is pure form.</w:t>
      </w:r>
    </w:p>
    <w:p>
      <w:pPr>
        <w:jc w:val="right"/>
      </w:pPr>
      <w:r>
        <w:t>، آئی ایم سیونگ دیٹ دیٹ فارم اف گاڈ ان دا قرآن از ان از پریزرو فارم، ان از پیور فارم۔</w:t>
      </w:r>
    </w:p>
    <w:p>
      <w:r>
        <w:rPr>
          <w:b/>
        </w:rPr>
        <w:t xml:space="preserve">[1:08:24] </w:t>
      </w:r>
      <w:r>
        <w:t>that that is strength scientific and scientific test. So, although every world is concept of God, as a and mot says that no society was in every society people were</w:t>
      </w:r>
    </w:p>
    <w:p>
      <w:pPr>
        <w:jc w:val="right"/>
      </w:pPr>
      <w:r>
        <w:t>دیٹ دیٹ از سٹرینتھ سائنٹیفک اینڈ سائنٹیفک ٹیسٹ۔ سو، التhough ایوری ورلڈ از کانسیپٹ اف گاڈ، ایز ا اینڈ ماٹ سیس دیٹ نو سوسائٹی واز ان ایوری سوسائٹی پیپل وار</w:t>
      </w:r>
    </w:p>
    <w:p>
      <w:r>
        <w:rPr>
          <w:b/>
        </w:rPr>
        <w:t xml:space="preserve">[1:08:46] </w:t>
      </w:r>
      <w:r>
        <w:t>believing in god. what i am saying about the form of god? that is different between concept of god and form of god.</w:t>
      </w:r>
    </w:p>
    <w:p>
      <w:pPr>
        <w:jc w:val="right"/>
      </w:pPr>
      <w:r>
        <w:t>بیلیونگ ان گاڈ۔ واٹ آئی ایم سیونگ اباؤٹ دا فارم اف گاڈ؟ دیٹ از ڈفرنٹ بٹوین کانسیپٹ اف گاڈ اینڈ فارم اف گاڈ۔</w:t>
      </w:r>
    </w:p>
    <w:p>
      <w:r>
        <w:rPr>
          <w:b/>
        </w:rPr>
        <w:t xml:space="preserve">[1:08:59] </w:t>
      </w:r>
      <w:r>
        <w:t>there is different between the two. sir, sir, yeh mein many my non muslim friends hain.</w:t>
      </w:r>
    </w:p>
    <w:p>
      <w:pPr>
        <w:jc w:val="right"/>
      </w:pPr>
      <w:r>
        <w:t>دیر از ڈفرنٹ بٹوین دا ٹو۔ سر، سر، یہ میں مینی مائی نان مسلم فرینڈز ہیں۔</w:t>
      </w:r>
    </w:p>
    <w:p>
      <w:r>
        <w:rPr>
          <w:b/>
        </w:rPr>
        <w:t xml:space="preserve">[1:09:09] </w:t>
      </w:r>
      <w:r>
        <w:t>few scholars regularly claim that quran states ah that do not make friendships with these believers.</w:t>
      </w:r>
    </w:p>
    <w:p>
      <w:pPr>
        <w:jc w:val="right"/>
      </w:pPr>
      <w:r>
        <w:t>فیو اسکالرز ریگولرلی کلیم دیٹ قرآن اسٹیٹس اہ دیٹ ڈو ناٹ میک فرینڈشپس ود دس بیلیورز۔</w:t>
      </w:r>
    </w:p>
    <w:p>
      <w:r>
        <w:rPr>
          <w:b/>
        </w:rPr>
        <w:t xml:space="preserve">[1:09:19] </w:t>
      </w:r>
      <w:r>
        <w:t>to how will you explain it? sir, there is a verse and quran says that please don't make friendship with these believers.</w:t>
      </w:r>
    </w:p>
    <w:p>
      <w:pPr>
        <w:jc w:val="right"/>
      </w:pPr>
      <w:r>
        <w:t>تو ہاؤ ویل یو ایکسپلین اٹ؟ سر، دیر از اے ورس اینڈ قرآن سیز دیٹ پلیز ڈونٹ میک فرینڈشپ ود دس بیلیورز۔</w:t>
      </w:r>
    </w:p>
    <w:p>
      <w:r>
        <w:rPr>
          <w:b/>
        </w:rPr>
        <w:t xml:space="preserve">[1:09:29] </w:t>
      </w:r>
      <w:r>
        <w:t>no, no, it was during state of war. yes, please mean that those contemporary people. yes, who become enemy and they are fighting, they are attacking.</w:t>
      </w:r>
    </w:p>
    <w:p>
      <w:pPr>
        <w:jc w:val="right"/>
      </w:pPr>
      <w:r>
        <w:t>نو، نو، اٹ از واز ڈیورنگ اسٹیٹ اف وار۔ یس، پلیز مین دیٹ دوز کنٹیمپرری پیپل۔ یس، ہو بیکم اینمی اینڈ دے آر فائٹنگ، دے آر اٹیکنگ۔</w:t>
      </w:r>
    </w:p>
    <w:p>
      <w:r>
        <w:rPr>
          <w:b/>
        </w:rPr>
        <w:t xml:space="preserve">[1:09:43] </w:t>
      </w:r>
      <w:r>
        <w:t>so, that verses to those people is not general teaching. no, is not a gen</w:t>
      </w:r>
    </w:p>
    <w:p>
      <w:pPr>
        <w:jc w:val="right"/>
      </w:pPr>
      <w:r>
        <w:t>سو، دیٹ ورسز ٹو دوز پیپل از ناٹ جنرل ٹیچنگ۔ نو، از ناٹ ا جن</w:t>
      </w:r>
    </w:p>
    <w:p>
      <w:r>
        <w:rPr>
          <w:b/>
        </w:rPr>
        <w:t xml:space="preserve">[1:09:54] </w:t>
      </w:r>
      <w:r>
        <w:t>eral teaching. okay sir, thank you.</w:t>
      </w:r>
    </w:p>
    <w:p>
      <w:pPr>
        <w:jc w:val="right"/>
      </w:pPr>
      <w:r>
        <w:t>رل ٹیچنگ۔ اوکے سر،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