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Spirituality In Islam - I January 27, 2006 Maulana Wahiduddin Khan</w:t>
      </w:r>
    </w:p>
    <w:p>
      <w:r>
        <w:t>https://www.youtube.com/watch?v=xnI_QVVDWgk</w:t>
      </w:r>
    </w:p>
    <w:p>
      <w:r>
        <w:rPr>
          <w:b/>
        </w:rPr>
        <w:t xml:space="preserve">[00:13] </w:t>
      </w:r>
      <w:r>
        <w:t>very good morning to all of you.</w:t>
      </w:r>
    </w:p>
    <w:p>
      <w:pPr>
        <w:jc w:val="right"/>
      </w:pPr>
      <w:r>
        <w:t>वेरी गुड मॉर्निंग टू ऑल ऑफ यू।</w:t>
      </w:r>
    </w:p>
    <w:p>
      <w:r>
        <w:rPr>
          <w:b/>
        </w:rPr>
        <w:t xml:space="preserve">[00:20] </w:t>
      </w:r>
      <w:r>
        <w:t>subah aaj hamare saath ek aise shakhsiyat hain,</w:t>
      </w:r>
    </w:p>
    <w:p>
      <w:pPr>
        <w:jc w:val="right"/>
      </w:pPr>
      <w:r>
        <w:t>सुबह आज हमारे साथ एक ऐसे शख्सियत हैं,</w:t>
      </w:r>
    </w:p>
    <w:p>
      <w:r>
        <w:rPr>
          <w:b/>
        </w:rPr>
        <w:t xml:space="preserve">[00:27] </w:t>
      </w:r>
      <w:r>
        <w:t>jinke bare mein kehna zara mushkil ja raha hai,</w:t>
      </w:r>
    </w:p>
    <w:p>
      <w:pPr>
        <w:jc w:val="right"/>
      </w:pPr>
      <w:r>
        <w:t>जिनके बारे में कहना जरा मुश्किल जा रहा है,</w:t>
      </w:r>
    </w:p>
    <w:p>
      <w:r>
        <w:rPr>
          <w:b/>
        </w:rPr>
        <w:t xml:space="preserve">[00:32] </w:t>
      </w:r>
      <w:r>
        <w:t>kyunki ve us peedhi se hain</w:t>
      </w:r>
    </w:p>
    <w:p>
      <w:pPr>
        <w:jc w:val="right"/>
      </w:pPr>
      <w:r>
        <w:t>क्योंकि वे उस पीढ़ी से हैं</w:t>
      </w:r>
    </w:p>
    <w:p>
      <w:r>
        <w:rPr>
          <w:b/>
        </w:rPr>
        <w:t xml:space="preserve">[00:37] </w:t>
      </w:r>
      <w:r>
        <w:t>jis peedhi ne</w:t>
      </w:r>
    </w:p>
    <w:p>
      <w:pPr>
        <w:jc w:val="right"/>
      </w:pPr>
      <w:r>
        <w:t>जिस पीढ़ी ने</w:t>
      </w:r>
    </w:p>
    <w:p>
      <w:r>
        <w:rPr>
          <w:b/>
        </w:rPr>
        <w:t xml:space="preserve">[00:40] </w:t>
      </w:r>
      <w:r>
        <w:t>bharat ko banane mein bahut bada yogdaan diya.</w:t>
      </w:r>
    </w:p>
    <w:p>
      <w:pPr>
        <w:jc w:val="right"/>
      </w:pPr>
      <w:r>
        <w:t>भारत को बनाने में बहुत बड़ा योगदान दिया।</w:t>
      </w:r>
    </w:p>
    <w:p>
      <w:r>
        <w:rPr>
          <w:b/>
        </w:rPr>
        <w:t xml:space="preserve">[00:44] </w:t>
      </w:r>
      <w:r>
        <w:t>main dekhta hoon to mujhe us peedhi ke logon ki yaad aati hai.</w:t>
      </w:r>
    </w:p>
    <w:p>
      <w:pPr>
        <w:jc w:val="right"/>
      </w:pPr>
      <w:r>
        <w:t>मैं देखता हूँ तो मुझे उस पीढ़ी के लोगों की याद आती है।</w:t>
      </w:r>
    </w:p>
    <w:p>
      <w:r>
        <w:rPr>
          <w:b/>
        </w:rPr>
        <w:t xml:space="preserve">[00:51] </w:t>
      </w:r>
      <w:r>
        <w:t>friends, its very difficult for me to introduce</w:t>
      </w:r>
    </w:p>
    <w:p>
      <w:pPr>
        <w:jc w:val="right"/>
      </w:pPr>
      <w:r>
        <w:t>फ्रेंड्स, इट्स वेरी डिफिकल्ट फॉर मी टू इंट्रोड्यूस</w:t>
      </w:r>
    </w:p>
    <w:p>
      <w:r>
        <w:rPr>
          <w:b/>
        </w:rPr>
        <w:t xml:space="preserve">[00:57] </w:t>
      </w:r>
      <w:r>
        <w:t>the person who belongs to that generation.</w:t>
      </w:r>
    </w:p>
    <w:p>
      <w:pPr>
        <w:jc w:val="right"/>
      </w:pPr>
      <w:r>
        <w:t>द पर्सन हु बिलोंग्स टू दैट जनरेशन।</w:t>
      </w:r>
    </w:p>
    <w:p>
      <w:r>
        <w:rPr>
          <w:b/>
        </w:rPr>
        <w:t xml:space="preserve">[01:01] </w:t>
      </w:r>
      <w:r>
        <w:t>he sacrifice,</w:t>
      </w:r>
    </w:p>
    <w:p>
      <w:pPr>
        <w:jc w:val="right"/>
      </w:pPr>
      <w:r>
        <w:t>ही सैक्रिफाइस,</w:t>
      </w:r>
    </w:p>
    <w:p>
      <w:r>
        <w:rPr>
          <w:b/>
        </w:rPr>
        <w:t xml:space="preserve">[01:03] </w:t>
      </w:r>
      <w:r>
        <w:t>inmein se to large extent, his life and everything. and those who are responsible for our freedom.</w:t>
      </w:r>
    </w:p>
    <w:p>
      <w:pPr>
        <w:jc w:val="right"/>
      </w:pPr>
      <w:r>
        <w:t>इनमें से टू लार्ज एक्सटेंट, हिज लाइफ एंड एवरीथिंग। एंड दोज़ हु आर रिस्पांसिबल फॉर आवर फ्रीडम।</w:t>
      </w:r>
    </w:p>
    <w:p>
      <w:r>
        <w:rPr>
          <w:b/>
        </w:rPr>
        <w:t xml:space="preserve">[01:18] </w:t>
      </w:r>
      <w:r>
        <w:t>he reminds me of</w:t>
      </w:r>
    </w:p>
    <w:p>
      <w:pPr>
        <w:jc w:val="right"/>
      </w:pPr>
      <w:r>
        <w:t>ही रिमाइंड्स मी ऑफ</w:t>
      </w:r>
    </w:p>
    <w:p>
      <w:r>
        <w:rPr>
          <w:b/>
        </w:rPr>
        <w:t xml:space="preserve">[01:21] </w:t>
      </w:r>
      <w:r>
        <w:t>my own father.</w:t>
      </w:r>
    </w:p>
    <w:p>
      <w:pPr>
        <w:jc w:val="right"/>
      </w:pPr>
      <w:r>
        <w:t>माय ओन फादर।</w:t>
      </w:r>
    </w:p>
    <w:p>
      <w:r>
        <w:rPr>
          <w:b/>
        </w:rPr>
        <w:t xml:space="preserve">[01:22] </w:t>
      </w:r>
      <w:r>
        <w:t>he reminds me of khan abdul gaffar khan.</w:t>
      </w:r>
    </w:p>
    <w:p>
      <w:pPr>
        <w:jc w:val="right"/>
      </w:pPr>
      <w:r>
        <w:t>ही रिमाइंड्स मी ऑफ खान अब्दुल गफ्फार खान।</w:t>
      </w:r>
    </w:p>
    <w:p>
      <w:r>
        <w:rPr>
          <w:b/>
        </w:rPr>
        <w:t xml:space="preserve">[01:27] </w:t>
      </w:r>
      <w:r>
        <w:t>he been simple man,</w:t>
      </w:r>
    </w:p>
    <w:p>
      <w:pPr>
        <w:jc w:val="right"/>
      </w:pPr>
      <w:r>
        <w:t>ही बीन सिंपल मैन,</w:t>
      </w:r>
    </w:p>
    <w:p>
      <w:r>
        <w:rPr>
          <w:b/>
        </w:rPr>
        <w:t xml:space="preserve">[01:30] </w:t>
      </w:r>
      <w:r>
        <w:t>dedicated to his cause.</w:t>
      </w:r>
    </w:p>
    <w:p>
      <w:pPr>
        <w:jc w:val="right"/>
      </w:pPr>
      <w:r>
        <w:t>डेडिकेटेड टू हिज काज।</w:t>
      </w:r>
    </w:p>
    <w:p>
      <w:r>
        <w:rPr>
          <w:b/>
        </w:rPr>
        <w:t xml:space="preserve">[01:33] </w:t>
      </w:r>
      <w:r>
        <w:t>and the cause is establishment of a peaceful and non-violent society.</w:t>
      </w:r>
    </w:p>
    <w:p>
      <w:pPr>
        <w:jc w:val="right"/>
      </w:pPr>
      <w:r>
        <w:t>एंड द काज इज़ एस्टेब्लिशमेंट ऑफ ए पीसफुल एंड नॉन-वॉरिएंट सोसाइटी।</w:t>
      </w:r>
    </w:p>
    <w:p>
      <w:r>
        <w:rPr>
          <w:b/>
        </w:rPr>
        <w:t xml:space="preserve">[01:41] </w:t>
      </w:r>
      <w:r>
        <w:t>and its my pleasure to introduce you,</w:t>
      </w:r>
    </w:p>
    <w:p>
      <w:pPr>
        <w:jc w:val="right"/>
      </w:pPr>
      <w:r>
        <w:t>एंड इट्स माय प्लेजर टू इंट्रोड्यूस यू,</w:t>
      </w:r>
    </w:p>
    <w:p>
      <w:r>
        <w:rPr>
          <w:b/>
        </w:rPr>
        <w:t xml:space="preserve">[01:46] </w:t>
      </w:r>
      <w:r>
        <w:t>maulana wahiduddin khan sahab.</w:t>
      </w:r>
    </w:p>
    <w:p>
      <w:pPr>
        <w:jc w:val="right"/>
      </w:pPr>
      <w:r>
        <w:t>मौलाना वहीदुद्दीन खान साहब।</w:t>
      </w:r>
    </w:p>
    <w:p>
      <w:r>
        <w:rPr>
          <w:b/>
        </w:rPr>
        <w:t xml:space="preserve">[01:51] </w:t>
      </w:r>
      <w:r>
        <w:t>he has come all the way from delhi.</w:t>
      </w:r>
    </w:p>
    <w:p>
      <w:pPr>
        <w:jc w:val="right"/>
      </w:pPr>
      <w:r>
        <w:t>ही हैज़ कम ऑल द वे फ्रॉम दिल्ली।</w:t>
      </w:r>
    </w:p>
    <w:p>
      <w:r>
        <w:rPr>
          <w:b/>
        </w:rPr>
        <w:t xml:space="preserve">[01:56] </w:t>
      </w:r>
      <w:r>
        <w:t>he has in his 50s. even then, at our invitation, he has come along with his daughter, his granddaughter. he actually had an invitation of international conference at pune,</w:t>
      </w:r>
    </w:p>
    <w:p>
      <w:pPr>
        <w:jc w:val="right"/>
      </w:pPr>
      <w:r>
        <w:t>ही हैज़ इन हिज़ 50ज़। इवन देन, एट अवर इन्विटेशन, ही हैज़ कम अलोंग विथ हिज़ डॉटर, हिज़ ग्रैंड डॉटर। ही एक्चुअली हैड एन इन्विटेशन ऑफ इंटरनेशनल कॉन्फ्रेंस एट पुणे,</w:t>
      </w:r>
    </w:p>
    <w:p>
      <w:r>
        <w:rPr>
          <w:b/>
        </w:rPr>
        <w:t xml:space="preserve">[02:15] </w:t>
      </w:r>
      <w:r>
        <w:t>but he preferred to come to vardha. we are fortunate that vardha has got that fascination and that attraction. maulana wahiduddin khan sahib is a great scholar of not only islam,</w:t>
      </w:r>
    </w:p>
    <w:p>
      <w:pPr>
        <w:jc w:val="right"/>
      </w:pPr>
      <w:r>
        <w:t>बट ही प्रेफर्ड टू कम टू वर्धा। वी आर फॉर्च्यूनेट दैट वर्धा हैज़ गॉट दैट फैसिनेशन एंड दैट अट्रैक्शन। मौलाना वहीदुद्दीन खान साहब इज़ ए ग्रेट स्कॉलर ऑफ नॉट ओनली इस्लाम,</w:t>
      </w:r>
    </w:p>
    <w:p>
      <w:r>
        <w:rPr>
          <w:b/>
        </w:rPr>
        <w:t xml:space="preserve">[02:38] </w:t>
      </w:r>
      <w:r>
        <w:t>bat of all other major religions. he has made a deep study of the common trade between all the religions. and he has got so many, about 200 books for his crazies,</w:t>
      </w:r>
    </w:p>
    <w:p>
      <w:pPr>
        <w:jc w:val="right"/>
      </w:pPr>
      <w:r>
        <w:t>बट ऑफ ऑल अदर मेजर रिलिजंस। ही हैज़ मेड अ डीप स्टडी ऑफ द कॉमन ट्रेड बिटवीन ऑल द रिलिजंस। एंड ही हैज़ गॉट सो मेनी, अबाउट 200 बुक्स फॉर हिज़ क्रेजीस,</w:t>
      </w:r>
    </w:p>
    <w:p>
      <w:r>
        <w:rPr>
          <w:b/>
        </w:rPr>
        <w:t xml:space="preserve">[02:58] </w:t>
      </w:r>
      <w:r>
        <w:t>which are written all around the theme of</w:t>
      </w:r>
    </w:p>
    <w:p>
      <w:pPr>
        <w:jc w:val="right"/>
      </w:pPr>
      <w:r>
        <w:t>व्हिच आर रिटन ऑल अराउंड द थीम ऑफ</w:t>
      </w:r>
    </w:p>
    <w:p>
      <w:r>
        <w:rPr>
          <w:b/>
        </w:rPr>
        <w:t xml:space="preserve">[03:02] </w:t>
      </w:r>
      <w:r>
        <w:t>peace and non-violent and brotherhood and fraternity all over world.</w:t>
      </w:r>
    </w:p>
    <w:p>
      <w:pPr>
        <w:jc w:val="right"/>
      </w:pPr>
      <w:r>
        <w:t>पीस एंड नॉन-वॉरिएंट एंड ब्रदरहुड एंड फ्रैटर्निटी ऑल ओवर वर्ल्ड।</w:t>
      </w:r>
    </w:p>
    <w:p>
      <w:r>
        <w:rPr>
          <w:b/>
        </w:rPr>
        <w:t xml:space="preserve">[03:08] </w:t>
      </w:r>
      <w:r>
        <w:t>he has read</w:t>
      </w:r>
    </w:p>
    <w:p>
      <w:pPr>
        <w:jc w:val="right"/>
      </w:pPr>
      <w:r>
        <w:t>ही हैज़ रेड</w:t>
      </w:r>
    </w:p>
    <w:p>
      <w:r>
        <w:rPr>
          <w:b/>
        </w:rPr>
        <w:t xml:space="preserve">[03:10] </w:t>
      </w:r>
      <w:r>
        <w:t>the islamic literature</w:t>
      </w:r>
    </w:p>
    <w:p>
      <w:pPr>
        <w:jc w:val="right"/>
      </w:pPr>
      <w:r>
        <w:t>द इस्लामिक लिटरेचर</w:t>
      </w:r>
    </w:p>
    <w:p>
      <w:r>
        <w:rPr>
          <w:b/>
        </w:rPr>
        <w:t xml:space="preserve">[03:13] </w:t>
      </w:r>
      <w:r>
        <w:t>in the original</w:t>
      </w:r>
    </w:p>
    <w:p>
      <w:pPr>
        <w:jc w:val="right"/>
      </w:pPr>
      <w:r>
        <w:t>इन द ओरिजिनल</w:t>
      </w:r>
    </w:p>
    <w:p>
      <w:r>
        <w:rPr>
          <w:b/>
        </w:rPr>
        <w:t xml:space="preserve">[03:15] </w:t>
      </w:r>
      <w:r>
        <w:t>arabic language. and then, arabic scriptures he has translated in english.</w:t>
      </w:r>
    </w:p>
    <w:p>
      <w:pPr>
        <w:jc w:val="right"/>
      </w:pPr>
      <w:r>
        <w:t>अरेबिक लैंग्वेज। एंड देन, अरेबिक स्क्रिप्चर्स ही हैज़ ट्रांसलेटेड इन इंग्लिश।</w:t>
      </w:r>
    </w:p>
    <w:p>
      <w:r>
        <w:rPr>
          <w:b/>
        </w:rPr>
        <w:t xml:space="preserve">[03:23] </w:t>
      </w:r>
      <w:r>
        <w:t>and later on, those were translated in hindi and other languages also.</w:t>
      </w:r>
    </w:p>
    <w:p>
      <w:pPr>
        <w:jc w:val="right"/>
      </w:pPr>
      <w:r>
        <w:t>एंड लेटर ऑन, दोज़ वेयर ट्रांसलेटेड इन हिंदी एंड अदर लैंग्वेजेस आल्सो।</w:t>
      </w:r>
    </w:p>
    <w:p>
      <w:r>
        <w:rPr>
          <w:b/>
        </w:rPr>
        <w:t xml:space="preserve">[03:31] </w:t>
      </w:r>
      <w:r>
        <w:t>he is a regular contributor to several national and international</w:t>
      </w:r>
    </w:p>
    <w:p>
      <w:pPr>
        <w:jc w:val="right"/>
      </w:pPr>
      <w:r>
        <w:t>ही इज़ अ रेगुलर कंट्रीब्यूटर टू सेवरल नेशनल एंड इंटरनेशनल</w:t>
      </w:r>
    </w:p>
    <w:p>
      <w:r>
        <w:rPr>
          <w:b/>
        </w:rPr>
        <w:t xml:space="preserve">[03:37] </w:t>
      </w:r>
      <w:r>
        <w:t>dailies,</w:t>
      </w:r>
    </w:p>
    <w:p>
      <w:pPr>
        <w:jc w:val="right"/>
      </w:pPr>
      <w:r>
        <w:t>डेलीज़,</w:t>
      </w:r>
    </w:p>
    <w:p>
      <w:r>
        <w:rPr>
          <w:b/>
        </w:rPr>
        <w:t xml:space="preserve">[03:39] </w:t>
      </w:r>
      <w:r>
        <w:t>monthlies, periodicals.</w:t>
      </w:r>
    </w:p>
    <w:p>
      <w:pPr>
        <w:jc w:val="right"/>
      </w:pPr>
      <w:r>
        <w:t>मंथलीज़, पीरियोडिकल्स।</w:t>
      </w:r>
    </w:p>
    <w:p>
      <w:r>
        <w:rPr>
          <w:b/>
        </w:rPr>
        <w:t xml:space="preserve">[03:46] </w:t>
      </w:r>
      <w:r>
        <w:t>due to his extraordinary work and due to his personal qualities also, people have themsel onored by honoring. he is a recipient of so many honors. i am pros Maulana sahib, finding this containers.</w:t>
      </w:r>
    </w:p>
    <w:p>
      <w:pPr>
        <w:jc w:val="right"/>
      </w:pPr>
      <w:r>
        <w:t>ड्यू टू हिज़ एक्स्ट्राऑर्डिनरी वर्क एंड ड्यू टू हिज़ पर्सनल क्वालिटीज़ आल्सो, पीपल हैव देमसेल्व ऑनर्ड बाय ऑनरिंग। ही इज़ अ रिसिपिएंट ऑफ़ सो मेनी ऑनर्स। आई एम प्रोस मौलाना साहब, फाइंडिंग दिस कंटेनर्स।</w:t>
      </w:r>
    </w:p>
    <w:p>
      <w:r>
        <w:rPr>
          <w:b/>
        </w:rPr>
        <w:t xml:space="preserve">[04:10] </w:t>
      </w:r>
      <w:r>
        <w:t>bismillah rehman rahim. bismillah rehman rahim. i consider that</w:t>
      </w:r>
    </w:p>
    <w:p>
      <w:pPr>
        <w:jc w:val="right"/>
      </w:pPr>
      <w:r>
        <w:t>बिस्मिल्लाह रहमान रहीम। बिस्मिल्लाह रहमान रहीम। आई कंसीडर दैट</w:t>
      </w:r>
    </w:p>
    <w:p>
      <w:r>
        <w:rPr>
          <w:b/>
        </w:rPr>
        <w:t xml:space="preserve">[04:24] </w:t>
      </w:r>
      <w:r>
        <w:t>I am a born warrior in the sense of non-violent extension.</w:t>
      </w:r>
    </w:p>
    <w:p>
      <w:pPr>
        <w:jc w:val="right"/>
      </w:pPr>
      <w:r>
        <w:t>आई एम अ बोर्न वॉरियर इन द सेंस ऑफ़ नॉन-वॉरिएंट एक्सटेंशन।</w:t>
      </w:r>
    </w:p>
    <w:p>
      <w:r>
        <w:rPr>
          <w:b/>
        </w:rPr>
        <w:t xml:space="preserve">[04:31] </w:t>
      </w:r>
      <w:r>
        <w:t>you know, i was born in a family</w:t>
      </w:r>
    </w:p>
    <w:p>
      <w:pPr>
        <w:jc w:val="right"/>
      </w:pPr>
      <w:r>
        <w:t>यू नो, आई वाज़ बोर्न इन अ फैमिली</w:t>
      </w:r>
    </w:p>
    <w:p>
      <w:r>
        <w:rPr>
          <w:b/>
        </w:rPr>
        <w:t xml:space="preserve">[04:35] </w:t>
      </w:r>
      <w:r>
        <w:t>That was family of freedom destruction.</w:t>
      </w:r>
    </w:p>
    <w:p>
      <w:pPr>
        <w:jc w:val="right"/>
      </w:pPr>
      <w:r>
        <w:t>दैट वाज़ फैमिली ऑफ़ फ्रीडम डिस्ट्रक्शन।</w:t>
      </w:r>
    </w:p>
    <w:p>
      <w:r>
        <w:rPr>
          <w:b/>
        </w:rPr>
        <w:t xml:space="preserve">[04:43] </w:t>
      </w:r>
      <w:r>
        <w:t>my elder brother was a queer, Maulana Abdul Gaffar Khan.</w:t>
      </w:r>
    </w:p>
    <w:p>
      <w:pPr>
        <w:jc w:val="right"/>
      </w:pPr>
      <w:r>
        <w:t>माय एल्डर ब्रदर वाज़ अ क्वेर, मौलाना अब्दुल गफ्फार खान।</w:t>
      </w:r>
    </w:p>
    <w:p>
      <w:r>
        <w:rPr>
          <w:b/>
        </w:rPr>
        <w:t xml:space="preserve">[04:48] </w:t>
      </w:r>
      <w:r>
        <w:t>sohel. now, he is no more.</w:t>
      </w:r>
    </w:p>
    <w:p>
      <w:pPr>
        <w:jc w:val="right"/>
      </w:pPr>
      <w:r>
        <w:t>सोहेल। नाउ, ही इज़ नो मोर।</w:t>
      </w:r>
    </w:p>
    <w:p>
      <w:r>
        <w:rPr>
          <w:b/>
        </w:rPr>
        <w:t xml:space="preserve">[04:51] </w:t>
      </w:r>
      <w:r>
        <w:t>he said in a in one of his lines</w:t>
      </w:r>
    </w:p>
    <w:p>
      <w:pPr>
        <w:jc w:val="right"/>
      </w:pPr>
      <w:r>
        <w:t>ही सेड इन ए इन वन ऑफ़ हिज़ लाइन्स</w:t>
      </w:r>
    </w:p>
    <w:p>
      <w:r>
        <w:rPr>
          <w:b/>
        </w:rPr>
        <w:t xml:space="preserve">[05:00] </w:t>
      </w:r>
      <w:r>
        <w:t>that agar syed ke mohabbat hinduo ka leader tha,</w:t>
      </w:r>
    </w:p>
    <w:p>
      <w:pPr>
        <w:jc w:val="right"/>
      </w:pPr>
      <w:r>
        <w:t>दैट अगर सैयद के मोहब्बत हिंदुओं का लीडर था,</w:t>
      </w:r>
    </w:p>
    <w:p>
      <w:r>
        <w:rPr>
          <w:b/>
        </w:rPr>
        <w:t xml:space="preserve">[05:05] </w:t>
      </w:r>
      <w:r>
        <w:t>islam tamam jahan bhar ke apna makan tha. it means that it is wrong to say that ghazi was a leader of hindu community. in fact,</w:t>
      </w:r>
    </w:p>
    <w:p>
      <w:pPr>
        <w:jc w:val="right"/>
      </w:pPr>
      <w:r>
        <w:t>इस्लाम तमाम जहां भर के अपना मकान था। इट मीन्स दैट इट इज़ रॉन्ग टू से दैट गाज़ी वाज़ अ लीडर ऑफ़ हिंदू कम्युनिटी। इन फैक्ट,</w:t>
      </w:r>
    </w:p>
    <w:p>
      <w:r>
        <w:rPr>
          <w:b/>
        </w:rPr>
        <w:t xml:space="preserve">[05:21] </w:t>
      </w:r>
      <w:r>
        <w:t>ghazi was a leader of all mankind. so, i was born in this family. ghazi views run in my blood, i can say. if i can say it true.</w:t>
      </w:r>
    </w:p>
    <w:p>
      <w:pPr>
        <w:jc w:val="right"/>
      </w:pPr>
      <w:r>
        <w:t>गाज़ी वाज़ अ लीडर ऑफ़ ऑल मैनकाइंड। सो, आई वाज़ बोर्न इन दिस फैमिली। गाज़िया व्यूज़ रन इन माय ब्लड, आई कैन से। इफ आई कैन से इट ट्रू।</w:t>
      </w:r>
    </w:p>
    <w:p>
      <w:r>
        <w:rPr>
          <w:b/>
        </w:rPr>
        <w:t xml:space="preserve">[05:40] </w:t>
      </w:r>
      <w:r>
        <w:t>so, i think the ghazi was a unique personality.</w:t>
      </w:r>
    </w:p>
    <w:p>
      <w:pPr>
        <w:jc w:val="right"/>
      </w:pPr>
      <w:r>
        <w:t>सो, आई थिंक द गाज़ी वाज़ अ यूनिक पर्सनालिटी।</w:t>
      </w:r>
    </w:p>
    <w:p>
      <w:r>
        <w:rPr>
          <w:b/>
        </w:rPr>
        <w:t xml:space="preserve">[05:49] </w:t>
      </w:r>
      <w:r>
        <w:t>perhaps first in history, they have stated that peace is not similar passive attitude. rather, it is a power. peace is a power.</w:t>
      </w:r>
    </w:p>
    <w:p>
      <w:pPr>
        <w:jc w:val="right"/>
      </w:pPr>
      <w:r>
        <w:t>परहैप्स फर्स्ट इन हिस्ट्री, दे हैव स्टेटेड दैट पीस इज़ नॉट सिमिलियर पैसिव एटीट्यूड। रादर, इट इज़ अ पावर। पीस इज़ अ पावर।</w:t>
      </w:r>
    </w:p>
    <w:p>
      <w:r>
        <w:rPr>
          <w:b/>
        </w:rPr>
        <w:t xml:space="preserve">[06:07] </w:t>
      </w:r>
      <w:r>
        <w:t>there are some other people also who said that peace is a power. but ghazi was the first, at least in recent history,</w:t>
      </w:r>
    </w:p>
    <w:p>
      <w:pPr>
        <w:jc w:val="right"/>
      </w:pPr>
      <w:r>
        <w:t>देयर आर सम अदर पीपल आल्सो हु सेड दैट पीस इज़ अ पावर। बट गाज़ी वाज़ द फर्स्ट, एटलीस्ट इन रिसेंट हिस्ट्री,</w:t>
      </w:r>
    </w:p>
    <w:p>
      <w:r>
        <w:rPr>
          <w:b/>
        </w:rPr>
        <w:t xml:space="preserve">[06:21] </w:t>
      </w:r>
      <w:r>
        <w:t>that he demonstrated that peace is a power. spirituality is a power. yani ghazi was a rare blend of spirituality and peace. here, i can recall a very good story of ghazi life. you know,</w:t>
      </w:r>
    </w:p>
    <w:p>
      <w:pPr>
        <w:jc w:val="right"/>
      </w:pPr>
      <w:r>
        <w:t>दैट ही डेमोंस्ट्रेटेड दैट पीस इज़ अ पावर। स्पिरिचुअलिटी इज़ अ पावर। यानी गाज़ी वाज़ अ रेयर ब्लेंड ऑफ स्पिरिचुअलिटी एंड पीस। हियर, आई कैन रिकॉल अ वेरी गुड स्टोरी ऑफ गाज़ी लाइफ। यू नो,</w:t>
      </w:r>
    </w:p>
    <w:p>
      <w:r>
        <w:rPr>
          <w:b/>
        </w:rPr>
        <w:t xml:space="preserve">[06:51] </w:t>
      </w:r>
      <w:r>
        <w:t>our freedom struggle was started in 1857. at the time, it was a violent struggle. b</w:t>
      </w:r>
    </w:p>
    <w:p>
      <w:pPr>
        <w:jc w:val="right"/>
      </w:pPr>
      <w:r>
        <w:t>आवर फ्रीडम स्ट्रगल वाज़ स्टार्टेड इन 1857। एट द टाइम, इट वाज़ अ वॉरिएंट स्ट्रगल। ब</w:t>
      </w:r>
    </w:p>
    <w:p>
      <w:r>
        <w:rPr>
          <w:b/>
        </w:rPr>
        <w:t xml:space="preserve">[07:03] </w:t>
      </w:r>
      <w:r>
        <w:t>but there was no result. then, ghazi appeared in 1919 and become a leader of the freedom struggle. so,</w:t>
      </w:r>
    </w:p>
    <w:p>
      <w:pPr>
        <w:jc w:val="right"/>
      </w:pPr>
      <w:r>
        <w:t>ट देयर वाज़ नो रिजल्ट। देन, गाज़ी अपीयर्ड इन 1919 एंड बिकम अ लीडर ऑफ द फ्रीडम स्ट्रगल। सो,</w:t>
      </w:r>
    </w:p>
    <w:p>
      <w:r>
        <w:rPr>
          <w:b/>
        </w:rPr>
        <w:t xml:space="preserve">[07:20] </w:t>
      </w:r>
      <w:r>
        <w:t>it was a very stress situation for british ruler. because previously, they had every justification to kill those people in were involved in freedom struggle. because they were violent. one who uses gun,</w:t>
      </w:r>
    </w:p>
    <w:p>
      <w:pPr>
        <w:jc w:val="right"/>
      </w:pPr>
      <w:r>
        <w:t>इट वाज़ अ वेरी स्ट्रेस सिचुएशन फॉर ब्रिटिश रूलर। बिकॉज़ प्रीवियसली, दे हैड एवरी जस्टिफिकेशन टू किल दोज़ पीपल इन वेयर इन्वॉल्व इन फ्रीडम स्ट्रगल। बिकॉज़ दे वेर वॉरिएंट। वन हु यूज़ेस गन,</w:t>
      </w:r>
    </w:p>
    <w:p>
      <w:r>
        <w:rPr>
          <w:b/>
        </w:rPr>
        <w:t xml:space="preserve">[07:46] </w:t>
      </w:r>
      <w:r>
        <w:t>he gives you justification.</w:t>
      </w:r>
    </w:p>
    <w:p>
      <w:pPr>
        <w:jc w:val="right"/>
      </w:pPr>
      <w:r>
        <w:t>ही गिव्स यू जस्टिफिकेशन।</w:t>
      </w:r>
    </w:p>
    <w:p>
      <w:r>
        <w:rPr>
          <w:b/>
        </w:rPr>
        <w:t xml:space="preserve">[07:48] </w:t>
      </w:r>
      <w:r>
        <w:t>justification to use gun against him.</w:t>
      </w:r>
    </w:p>
    <w:p>
      <w:pPr>
        <w:jc w:val="right"/>
      </w:pPr>
      <w:r>
        <w:t>जस्टिफिकेशन टू यूज़ गन अगेंस्ट हिम।</w:t>
      </w:r>
    </w:p>
    <w:p>
      <w:r>
        <w:rPr>
          <w:b/>
        </w:rPr>
        <w:t xml:space="preserve">[07:54] </w:t>
      </w:r>
      <w:r>
        <w:t>So, when Gandhi declared that now, our freedom struggle is based on completely on peace, peaceful method.</w:t>
      </w:r>
    </w:p>
    <w:p>
      <w:pPr>
        <w:jc w:val="right"/>
      </w:pPr>
      <w:r>
        <w:t>सो, व्हेन गाज़ी डिक्लेयर्ड दैट नाउ, आवर फ्रीडम स्ट्रगल इज़ बेस्ड ऑन कंप्लीटली ऑन पेस, पीसफुल मेथड।</w:t>
      </w:r>
    </w:p>
    <w:p>
      <w:r>
        <w:rPr>
          <w:b/>
        </w:rPr>
        <w:t xml:space="preserve">[08:05] </w:t>
      </w:r>
      <w:r>
        <w:t>We have awareness all those variant method</w:t>
      </w:r>
    </w:p>
    <w:p>
      <w:pPr>
        <w:jc w:val="right"/>
      </w:pPr>
      <w:r>
        <w:t>वी हैव अवेयरनेस ऑल दोज़ वॉरिएंट मेथड</w:t>
      </w:r>
    </w:p>
    <w:p>
      <w:r>
        <w:rPr>
          <w:b/>
        </w:rPr>
        <w:t xml:space="preserve">[08:10] </w:t>
      </w:r>
      <w:r>
        <w:t>and gun culture.</w:t>
      </w:r>
    </w:p>
    <w:p>
      <w:pPr>
        <w:jc w:val="right"/>
      </w:pPr>
      <w:r>
        <w:t>एंड गन कल्चर।</w:t>
      </w:r>
    </w:p>
    <w:p>
      <w:r>
        <w:rPr>
          <w:b/>
        </w:rPr>
        <w:t xml:space="preserve">[08:13] </w:t>
      </w:r>
      <w:r>
        <w:t>So, it was a very peculiar situation for British ruler.</w:t>
      </w:r>
    </w:p>
    <w:p>
      <w:pPr>
        <w:jc w:val="right"/>
      </w:pPr>
      <w:r>
        <w:t>सो, इट वाज़ अ वेरी पिकुलेट सिचुएशन फॉर ब्रिटिश रूलर।</w:t>
      </w:r>
    </w:p>
    <w:p>
      <w:r>
        <w:rPr>
          <w:b/>
        </w:rPr>
        <w:t xml:space="preserve">[08:20] </w:t>
      </w:r>
      <w:r>
        <w:t>it is a story that one english</w:t>
      </w:r>
    </w:p>
    <w:p>
      <w:pPr>
        <w:jc w:val="right"/>
      </w:pPr>
      <w:r>
        <w:t>इट इज़ अ स्टोरी दैट वन इंग्लिश</w:t>
      </w:r>
    </w:p>
    <w:p>
      <w:r>
        <w:rPr>
          <w:b/>
        </w:rPr>
        <w:t xml:space="preserve">[08:25] </w:t>
      </w:r>
      <w:r>
        <w:t>magistrate</w:t>
      </w:r>
    </w:p>
    <w:p>
      <w:pPr>
        <w:jc w:val="right"/>
      </w:pPr>
      <w:r>
        <w:t>मजिस्ट्रेट</w:t>
      </w:r>
    </w:p>
    <w:p>
      <w:r>
        <w:rPr>
          <w:b/>
        </w:rPr>
        <w:t xml:space="preserve">[08:30] </w:t>
      </w:r>
      <w:r>
        <w:t>send a message to his secretariat that perhaps the body boy</w:t>
      </w:r>
    </w:p>
    <w:p>
      <w:pPr>
        <w:jc w:val="right"/>
      </w:pPr>
      <w:r>
        <w:t>सेंड अ मैसेज टू हिज़ सेक्रेटेरिएट दैट परहैप्स द बॉडी बॉय</w:t>
      </w:r>
    </w:p>
    <w:p>
      <w:r>
        <w:rPr>
          <w:b/>
        </w:rPr>
        <w:t xml:space="preserve">[08:42] </w:t>
      </w:r>
      <w:r>
        <w:t>kindly wire instructions. kindly. at the time, there were no telephone,</w:t>
      </w:r>
    </w:p>
    <w:p>
      <w:pPr>
        <w:jc w:val="right"/>
      </w:pPr>
      <w:r>
        <w:t>काइंडली वायर इंस्ट्रक्शंस। काइंडली। एट द टाइम, देयर वेर नो टेलीफोन,</w:t>
      </w:r>
    </w:p>
    <w:p>
      <w:r>
        <w:rPr>
          <w:b/>
        </w:rPr>
        <w:t xml:space="preserve">[08:51] </w:t>
      </w:r>
      <w:r>
        <w:t>no email. only telegram was the medium of conveying any message. so, he said in his message that kindly wire instructions how to kill a tiger non-violently.</w:t>
      </w:r>
    </w:p>
    <w:p>
      <w:pPr>
        <w:jc w:val="right"/>
      </w:pPr>
      <w:r>
        <w:t>नो ईमेल। ओनली टेलीग्राम वाज़ द मीडियम ऑफ़ कन्वेइंग एनी मैसेज। सो, ही सेड इन हिज़ मैसेज दैट काइंडली वायर इंस्ट्रक्शंस हाउ टू किल अ टाइगर नॉन-वॉरिएंटली।</w:t>
      </w:r>
    </w:p>
    <w:p>
      <w:r>
        <w:rPr>
          <w:b/>
        </w:rPr>
        <w:t xml:space="preserve">[09:11] </w:t>
      </w:r>
      <w:r>
        <w:t>it means that</w:t>
      </w:r>
    </w:p>
    <w:p>
      <w:pPr>
        <w:jc w:val="right"/>
      </w:pPr>
      <w:r>
        <w:t>इट मीन्स दैट</w:t>
      </w:r>
    </w:p>
    <w:p>
      <w:r>
        <w:rPr>
          <w:b/>
        </w:rPr>
        <w:t xml:space="preserve">[09:17] </w:t>
      </w:r>
      <w:r>
        <w:t>people of freedom struggle were using war arm. so, we have justification to kill them through violent and gun. but now, there no justification</w:t>
      </w:r>
    </w:p>
    <w:p>
      <w:pPr>
        <w:jc w:val="right"/>
      </w:pPr>
      <w:r>
        <w:t>पीपल ऑफ़ फ्रीडम स्ट्रगल वेयर यूज़िंग वॉर आर्म। सो, वी हैव जस्टिफिकेशन टू किल देम थ्रू वॉरिएंट्स एंड गन। बट नाउ, देयर नो जस्टिफिकेशन</w:t>
      </w:r>
    </w:p>
    <w:p>
      <w:r>
        <w:rPr>
          <w:b/>
        </w:rPr>
        <w:t xml:space="preserve">[09:34] </w:t>
      </w:r>
      <w:r>
        <w:t>how we can kill a man who is</w:t>
      </w:r>
    </w:p>
    <w:p>
      <w:pPr>
        <w:jc w:val="right"/>
      </w:pPr>
      <w:r>
        <w:t>हाउ वी कैन किल अ मैन हु इज़</w:t>
      </w:r>
    </w:p>
    <w:p>
      <w:r>
        <w:rPr>
          <w:b/>
        </w:rPr>
        <w:t xml:space="preserve">[09:39] </w:t>
      </w:r>
      <w:r>
        <w:t>armless. he is coming peacefully.</w:t>
      </w:r>
    </w:p>
    <w:p>
      <w:pPr>
        <w:jc w:val="right"/>
      </w:pPr>
      <w:r>
        <w:t>आर्म्लेस। ही इज़ कमिंग पीसफुली।</w:t>
      </w:r>
    </w:p>
    <w:p>
      <w:r>
        <w:rPr>
          <w:b/>
        </w:rPr>
        <w:t xml:space="preserve">[09:46] </w:t>
      </w:r>
      <w:r>
        <w:t>So, he sent a message in these words, "Kindly wire instructions how to kill a tiger non-violently."</w:t>
      </w:r>
    </w:p>
    <w:p>
      <w:pPr>
        <w:jc w:val="right"/>
      </w:pPr>
      <w:r>
        <w:t>सो, ही सेंड अ मैसेज इन दीज़ वर्ड्स, काइंडली वायर इंस्ट्रक्शंस हाउ टू किल अ टाइगर नॉन-वॉरिएंटली।</w:t>
      </w:r>
    </w:p>
    <w:p>
      <w:r>
        <w:rPr>
          <w:b/>
        </w:rPr>
        <w:t xml:space="preserve">[09:54] </w:t>
      </w:r>
      <w:r>
        <w:t>because ghazi showed the power of peace.</w:t>
      </w:r>
    </w:p>
    <w:p>
      <w:pPr>
        <w:jc w:val="right"/>
      </w:pPr>
      <w:r>
        <w:t>बिकॉज़ गाज़ी शोड द पावर ऑफ़ पीस।</w:t>
      </w:r>
    </w:p>
    <w:p>
      <w:r>
        <w:rPr>
          <w:b/>
        </w:rPr>
        <w:t xml:space="preserve">[10:00] </w:t>
      </w:r>
      <w:r>
        <w:t>and i think it was unique role of ghazi.</w:t>
      </w:r>
    </w:p>
    <w:p>
      <w:pPr>
        <w:jc w:val="right"/>
      </w:pPr>
      <w:r>
        <w:t>एंड आई थिंक इट वाज़ यूनिक रोल ऑफ़ गाज़ी।</w:t>
      </w:r>
    </w:p>
    <w:p>
      <w:r>
        <w:rPr>
          <w:b/>
        </w:rPr>
        <w:t xml:space="preserve">[10:04] </w:t>
      </w:r>
      <w:r>
        <w:t>and in india, we have get ghazi is our best asset. you know, in our world, everywhere there are violent, there are guns, there are bomb. ghazi is the only hope. in the form of ghazi, we can say that this is the way. this is the method.</w:t>
      </w:r>
    </w:p>
    <w:p>
      <w:pPr>
        <w:jc w:val="right"/>
      </w:pPr>
      <w:r>
        <w:t>एंड इन इंडिया, वी हैव गेट गाज़ी इज़ आवर बेस्ट एसेट। यू नो, इन आवर वर्ल्ड, एवरीवेयर देयर आर वॉरिएंट्स, देयर आर गंस, देयर आर बम। गाज़ी इज़ द ओनली होप। इन द फॉर्म ऑफ़ गाज़ी, वी कैन से दैट दिस इज़ द वे। दिस इज़ द मेथड।</w:t>
      </w:r>
    </w:p>
    <w:p>
      <w:r>
        <w:rPr>
          <w:b/>
        </w:rPr>
        <w:t xml:space="preserve">[10:29] </w:t>
      </w:r>
      <w:r>
        <w:t>so, ghazi is our greatest asset.</w:t>
      </w:r>
    </w:p>
    <w:p>
      <w:pPr>
        <w:jc w:val="right"/>
      </w:pPr>
      <w:r>
        <w:t>सो, गाज़ी इज़ आवर ग्रेटेस्ट एसेट।</w:t>
      </w:r>
    </w:p>
    <w:p>
      <w:r>
        <w:rPr>
          <w:b/>
        </w:rPr>
        <w:t xml:space="preserve">[10:32] </w:t>
      </w:r>
      <w:r>
        <w:t>now, let us come to the topic. i would like to begin the present topic with the saying,</w:t>
      </w:r>
    </w:p>
    <w:p>
      <w:pPr>
        <w:jc w:val="right"/>
      </w:pPr>
      <w:r>
        <w:t>नाउ, लेट अस कम टू द टॉपिक। आई वुड लाइक टू बिगिन द प्रेजेंट टॉपिक विथ द सेइंग,</w:t>
      </w:r>
    </w:p>
    <w:p>
      <w:r>
        <w:rPr>
          <w:b/>
        </w:rPr>
        <w:t xml:space="preserve">[10:48] </w:t>
      </w:r>
      <w:r>
        <w:t>a thinker has said that only great minds can afford to a to simple style</w:t>
      </w:r>
    </w:p>
    <w:p>
      <w:pPr>
        <w:jc w:val="right"/>
      </w:pPr>
      <w:r>
        <w:t>अ थिंकर हैज़ सेड दैट ओनली ग्रेट माइंड्स कैन अफोर्ड टू अ टू सिंपल स्टाइल</w:t>
      </w:r>
    </w:p>
    <w:p>
      <w:r>
        <w:rPr>
          <w:b/>
        </w:rPr>
        <w:t xml:space="preserve">[11:06] </w:t>
      </w:r>
      <w:r>
        <w:t>. only great minds can afford to simple style.</w:t>
      </w:r>
    </w:p>
    <w:p>
      <w:pPr>
        <w:jc w:val="right"/>
      </w:pPr>
      <w:r>
        <w:t>। ओनली ग्रेट माइंड्स कैन अफोर्ड टू सिंपल स्टाइल।</w:t>
      </w:r>
    </w:p>
    <w:p>
      <w:r>
        <w:rPr>
          <w:b/>
        </w:rPr>
        <w:t xml:space="preserve">[11:17] </w:t>
      </w:r>
      <w:r>
        <w:t>i think that</w:t>
      </w:r>
    </w:p>
    <w:p>
      <w:pPr>
        <w:jc w:val="right"/>
      </w:pPr>
      <w:r>
        <w:t>आई थिंक दैट</w:t>
      </w:r>
    </w:p>
    <w:p>
      <w:r>
        <w:rPr>
          <w:b/>
        </w:rPr>
        <w:t xml:space="preserve">[11:20] </w:t>
      </w:r>
      <w:r>
        <w:t>i can say that show in the face of spirituality.</w:t>
      </w:r>
    </w:p>
    <w:p>
      <w:pPr>
        <w:jc w:val="right"/>
      </w:pPr>
      <w:r>
        <w:t>आई कैन से दैट शो इन द फेस ऑफ़ स्पिरिचुअलिटी।</w:t>
      </w:r>
    </w:p>
    <w:p>
      <w:r>
        <w:rPr>
          <w:b/>
        </w:rPr>
        <w:t xml:space="preserve">[11:24] </w:t>
      </w:r>
      <w:r>
        <w:t>only great man</w:t>
      </w:r>
    </w:p>
    <w:p>
      <w:pPr>
        <w:jc w:val="right"/>
      </w:pPr>
      <w:r>
        <w:t>ओनली ग्रेट मैन</w:t>
      </w:r>
    </w:p>
    <w:p>
      <w:r>
        <w:rPr>
          <w:b/>
        </w:rPr>
        <w:t xml:space="preserve">[11:28] </w:t>
      </w:r>
      <w:r>
        <w:t>can afford to adopt a spiritual style of life.</w:t>
      </w:r>
    </w:p>
    <w:p>
      <w:pPr>
        <w:jc w:val="right"/>
      </w:pPr>
      <w:r>
        <w:t>कैन अफोर्ड टू अडॉप्ट अ स्पिरिचुअल स्टाइल ऑफ़ लाइफ।</w:t>
      </w:r>
    </w:p>
    <w:p>
      <w:r>
        <w:rPr>
          <w:b/>
        </w:rPr>
        <w:t xml:space="preserve">[11:36] </w:t>
      </w:r>
      <w:r>
        <w:t>spirituality means dedication, sacrifice.</w:t>
      </w:r>
    </w:p>
    <w:p>
      <w:pPr>
        <w:jc w:val="right"/>
      </w:pPr>
      <w:r>
        <w:t>स्पिरिचुअलिटी मीन्स डेडिकेशन, सैक्रिफाइस।</w:t>
      </w:r>
    </w:p>
    <w:p>
      <w:r>
        <w:rPr>
          <w:b/>
        </w:rPr>
        <w:t xml:space="preserve">[11:46] </w:t>
      </w:r>
      <w:r>
        <w:t>so, also it will be simple, but also it will be critical. so, spirituality is not a simply a profession. it is not a rituals. it is a dedication.</w:t>
      </w:r>
    </w:p>
    <w:p>
      <w:pPr>
        <w:jc w:val="right"/>
      </w:pPr>
      <w:r>
        <w:t>सो, आल्सो इट विल बी सिंपल, बट आल्सो इट विल बी क्रिटिकल। सो, स्पिरिचुअलिटी इज़ नॉट अ सिंपली अ प्रोफेशन। इट इज़ नॉट अ रिचुअल्स। इट इज़ अ डेडिकेशन।</w:t>
      </w:r>
    </w:p>
    <w:p>
      <w:r>
        <w:rPr>
          <w:b/>
        </w:rPr>
        <w:t xml:space="preserve">[12:08] </w:t>
      </w:r>
      <w:r>
        <w:t>it is a sacrifice. according to my study, i can say that</w:t>
      </w:r>
    </w:p>
    <w:p>
      <w:pPr>
        <w:jc w:val="right"/>
      </w:pPr>
      <w:r>
        <w:t>इट इज़ अ सैक्रिफाइस। अकॉर्डिंग टू माय स्टडी, आई कैन से दैट</w:t>
      </w:r>
    </w:p>
    <w:p>
      <w:r>
        <w:rPr>
          <w:b/>
        </w:rPr>
        <w:t xml:space="preserve">[12:21] </w:t>
      </w:r>
      <w:r>
        <w:t>spirituality is the essence of all the religion, including islam.</w:t>
      </w:r>
    </w:p>
    <w:p>
      <w:pPr>
        <w:jc w:val="right"/>
      </w:pPr>
      <w:r>
        <w:t>स्पिरिचुअलिटी इज़ द एसेंस ऑफ़ ऑल द रिलिजन, इंक्लूडिंग इस्लाम।</w:t>
      </w:r>
    </w:p>
    <w:p>
      <w:r>
        <w:rPr>
          <w:b/>
        </w:rPr>
        <w:t xml:space="preserve">[12:31] </w:t>
      </w:r>
      <w:r>
        <w:t>you know, you know, you the guys has said, love your enemy.</w:t>
      </w:r>
    </w:p>
    <w:p>
      <w:pPr>
        <w:jc w:val="right"/>
      </w:pPr>
      <w:r>
        <w:t>यू नो, यू नो, यू द गाइस हैज़ सेड, लव योर एनिमी।</w:t>
      </w:r>
    </w:p>
    <w:p>
      <w:r>
        <w:rPr>
          <w:b/>
        </w:rPr>
        <w:t xml:space="preserve">[12:41] </w:t>
      </w:r>
      <w:r>
        <w:t>this is the crux of spirituality. love your enemy means behave with your enemy as if he is your friend.</w:t>
      </w:r>
    </w:p>
    <w:p>
      <w:pPr>
        <w:jc w:val="right"/>
      </w:pPr>
      <w:r>
        <w:t>दिस इज़ द क्रक्स ऑफ़ स्पिरिचुअलिटी। लव योर एनिमी मीन्स बिहेव विथ योर एनिमी एज इफ ही इज़ योर फ्रेंड।</w:t>
      </w:r>
    </w:p>
    <w:p>
      <w:r>
        <w:rPr>
          <w:b/>
        </w:rPr>
        <w:t xml:space="preserve">[12:59] </w:t>
      </w:r>
      <w:r>
        <w:t>so, in spirituality, if you can see your enemy with eye of friend, then you are a spiritual person.</w:t>
      </w:r>
    </w:p>
    <w:p>
      <w:pPr>
        <w:jc w:val="right"/>
      </w:pPr>
      <w:r>
        <w:t>सो, इन स्पिरिचुअलिटी, इफ यू कैन सी योर एनिमी विथ आई ऑफ़ फ्रेंड, देन यू आर अ स्पिरिचुअल पर्सन।</w:t>
      </w:r>
    </w:p>
    <w:p>
      <w:r>
        <w:rPr>
          <w:b/>
        </w:rPr>
        <w:t xml:space="preserve">[13:15] </w:t>
      </w:r>
      <w:r>
        <w:t>this is a crux of spirituality. then,</w:t>
      </w:r>
    </w:p>
    <w:p>
      <w:pPr>
        <w:jc w:val="right"/>
      </w:pPr>
      <w:r>
        <w:t>दिस इज़ अ क्रक्स ऑफ़ स्पिरिचुअलिटी। देन,</w:t>
      </w:r>
    </w:p>
    <w:p>
      <w:r>
        <w:rPr>
          <w:b/>
        </w:rPr>
        <w:t xml:space="preserve">[13:24] </w:t>
      </w:r>
      <w:r>
        <w:t>swami ram ji was a great sir of india. he was also a spiritual person. he visited america before 100 years ago.</w:t>
      </w:r>
    </w:p>
    <w:p>
      <w:pPr>
        <w:jc w:val="right"/>
      </w:pPr>
      <w:r>
        <w:t>स्वामी राम जी वाज़ अ ग्रेट सर ऑफ इंडिया। ही वाज़ आल्सो अ स्पिरिचुअल पर्सन। ही विजिटेड अमेरिका बिफोर 100 इयर्स अगो।</w:t>
      </w:r>
    </w:p>
    <w:p>
      <w:r>
        <w:rPr>
          <w:b/>
        </w:rPr>
        <w:t xml:space="preserve">[13:41] </w:t>
      </w:r>
      <w:r>
        <w:t>at the time, you know, there were no indians in america.</w:t>
      </w:r>
    </w:p>
    <w:p>
      <w:pPr>
        <w:jc w:val="right"/>
      </w:pPr>
      <w:r>
        <w:t>एट द टाइम, यू नो, देयर वेर नो इंडियंस इन अमेरिका।</w:t>
      </w:r>
    </w:p>
    <w:p>
      <w:r>
        <w:rPr>
          <w:b/>
        </w:rPr>
        <w:t xml:space="preserve">[13:48] </w:t>
      </w:r>
      <w:r>
        <w:t>indians were stranger to american people. so, what happened when he</w:t>
      </w:r>
    </w:p>
    <w:p>
      <w:pPr>
        <w:jc w:val="right"/>
      </w:pPr>
      <w:r>
        <w:t>इंडियंस वेर स्ट्रेंजर टू अमेरिकन पीपल। सो, व्हाट हैपेंड व्हेन ही</w:t>
      </w:r>
    </w:p>
    <w:p>
      <w:r>
        <w:rPr>
          <w:b/>
        </w:rPr>
        <w:t xml:space="preserve">[13:59] </w:t>
      </w:r>
      <w:r>
        <w:t>he travel by ship? at the time, there were no avish services, no aeroplane. so, he travel by ship.</w:t>
      </w:r>
    </w:p>
    <w:p>
      <w:pPr>
        <w:jc w:val="right"/>
      </w:pPr>
      <w:r>
        <w:t>ही ट्रेवल बाय शिप? एट द टाइम, देयर वेर नो अविश सर्विसेस, नो एरोप्लेन। सो, ही ट्रेवल बाय शिप।</w:t>
      </w:r>
    </w:p>
    <w:p>
      <w:r>
        <w:rPr>
          <w:b/>
        </w:rPr>
        <w:t xml:space="preserve">[14:11] </w:t>
      </w:r>
      <w:r>
        <w:t>and when he descended at a soil, at american soil, perhaps in chicago. so, one american saw him, it was very simple. no luggage,</w:t>
      </w:r>
    </w:p>
    <w:p>
      <w:pPr>
        <w:jc w:val="right"/>
      </w:pPr>
      <w:r>
        <w:t>एंड व्हेन ही डिसेंडेड एट अ सोइल, एट अमेरिकन सोइल, परहैप्स इन शिकागो। सो, वन अमेरिकन सा हिम, इट वाज़ वेरी सिंपल। नो लगेज,</w:t>
      </w:r>
    </w:p>
    <w:p>
      <w:r>
        <w:rPr>
          <w:b/>
        </w:rPr>
        <w:t xml:space="preserve">[14:30] </w:t>
      </w:r>
      <w:r>
        <w:t>nothing. simply clad.</w:t>
      </w:r>
    </w:p>
    <w:p>
      <w:pPr>
        <w:jc w:val="right"/>
      </w:pPr>
      <w:r>
        <w:t>नथिंग। सिंपली क्लैड।</w:t>
      </w:r>
    </w:p>
    <w:p>
      <w:r>
        <w:rPr>
          <w:b/>
        </w:rPr>
        <w:t xml:space="preserve">[14:36] </w:t>
      </w:r>
      <w:r>
        <w:t>so, that american, when saw him, he ask, "do you have any friend in america?"</w:t>
      </w:r>
    </w:p>
    <w:p>
      <w:pPr>
        <w:jc w:val="right"/>
      </w:pPr>
      <w:r>
        <w:t>सो, दैट अमेरिकन, व्हेन सा हिम, ही आस्क, "डू यू हैव एनी फ्रेंड इन अमेरिका?"</w:t>
      </w:r>
    </w:p>
    <w:p>
      <w:r>
        <w:rPr>
          <w:b/>
        </w:rPr>
        <w:t xml:space="preserve">[14:50] </w:t>
      </w:r>
      <w:r>
        <w:t>that american ask to swami ramtirth, "do you have any american in friend in america?" swami ramtirth said, "yes.</w:t>
      </w:r>
    </w:p>
    <w:p>
      <w:pPr>
        <w:jc w:val="right"/>
      </w:pPr>
      <w:r>
        <w:t>दैट अमेरिकन आस्क टू स्वामी रामतीर्थ, "डू यू हैव एनी अमेरिकन इन फ्रेंड इन अमेरिका?" स्वामी रामतीर्थ सेड, "यस।</w:t>
      </w:r>
    </w:p>
    <w:p>
      <w:r>
        <w:rPr>
          <w:b/>
        </w:rPr>
        <w:t xml:space="preserve">[15:02] </w:t>
      </w:r>
      <w:r>
        <w:t>and that friend is here."</w:t>
      </w:r>
    </w:p>
    <w:p>
      <w:pPr>
        <w:jc w:val="right"/>
      </w:pPr>
      <w:r>
        <w:t>एंड दैट फ्रेंड इज़ हियर।"</w:t>
      </w:r>
    </w:p>
    <w:p>
      <w:r>
        <w:rPr>
          <w:b/>
        </w:rPr>
        <w:t xml:space="preserve">[15:04] </w:t>
      </w:r>
      <w:r>
        <w:t>and he impressed that american gentleman.</w:t>
      </w:r>
    </w:p>
    <w:p>
      <w:pPr>
        <w:jc w:val="right"/>
      </w:pPr>
      <w:r>
        <w:t>एंड ही इंप्रेस्ड दैट अमेरिकन जेंटलमैन।</w:t>
      </w:r>
    </w:p>
    <w:p>
      <w:r>
        <w:rPr>
          <w:b/>
        </w:rPr>
        <w:t xml:space="preserve">[15:11] </w:t>
      </w:r>
      <w:r>
        <w:t>and there was, there was, and he became permanently his friend.</w:t>
      </w:r>
    </w:p>
    <w:p>
      <w:pPr>
        <w:jc w:val="right"/>
      </w:pPr>
      <w:r>
        <w:t>एंड देयर वाज़, देयर वाज़, एंड ही बिकम परमानेंटली हिज़ फ्रेंड।</w:t>
      </w:r>
    </w:p>
    <w:p>
      <w:r>
        <w:rPr>
          <w:b/>
        </w:rPr>
        <w:t xml:space="preserve">[15:18] </w:t>
      </w:r>
      <w:r>
        <w:t>and in america, he became his</w:t>
      </w:r>
    </w:p>
    <w:p>
      <w:pPr>
        <w:jc w:val="right"/>
      </w:pPr>
      <w:r>
        <w:t>एंड इन अमेरिका, ही बिकम हिज़</w:t>
      </w:r>
    </w:p>
    <w:p>
      <w:r>
        <w:rPr>
          <w:b/>
        </w:rPr>
        <w:t xml:space="preserve">[15:22] </w:t>
      </w:r>
      <w:r>
        <w:t>host. and this friendship</w:t>
      </w:r>
    </w:p>
    <w:p>
      <w:pPr>
        <w:jc w:val="right"/>
      </w:pPr>
      <w:r>
        <w:t>होस्ट। एंड दिस फ्रेंडशिप</w:t>
      </w:r>
    </w:p>
    <w:p>
      <w:r>
        <w:rPr>
          <w:b/>
        </w:rPr>
        <w:t xml:space="preserve">[15:27] </w:t>
      </w:r>
      <w:r>
        <w:t>continued up to the</w:t>
      </w:r>
    </w:p>
    <w:p>
      <w:pPr>
        <w:jc w:val="right"/>
      </w:pPr>
      <w:r>
        <w:t>कंटिन्यूड अप टू द</w:t>
      </w:r>
    </w:p>
    <w:p>
      <w:r>
        <w:rPr>
          <w:b/>
        </w:rPr>
        <w:t xml:space="preserve">[15:31] </w:t>
      </w:r>
      <w:r>
        <w:t>life time. So, this was a spiritual</w:t>
      </w:r>
    </w:p>
    <w:p>
      <w:pPr>
        <w:jc w:val="right"/>
      </w:pPr>
      <w:r>
        <w:t>लाइफ टाइम। सो, दिस वाज़ अ स्पिरिचुअल</w:t>
      </w:r>
    </w:p>
    <w:p>
      <w:r>
        <w:rPr>
          <w:b/>
        </w:rPr>
        <w:t xml:space="preserve">[15:36] </w:t>
      </w:r>
      <w:r>
        <w:t>behavior. When Swami Ramtirth said to a to a stranger, to a stranger, "that you are my friend."</w:t>
      </w:r>
    </w:p>
    <w:p>
      <w:pPr>
        <w:jc w:val="right"/>
      </w:pPr>
      <w:r>
        <w:t>बिहेवियर। व्हेन स्वामी रामतीर्थ सेड टू अ टू अ स्ट्रेंजर, टू अ स्ट्रेंजर, "दैट यू आर माय फ्रेंड।"</w:t>
      </w:r>
    </w:p>
    <w:p>
      <w:r>
        <w:rPr>
          <w:b/>
        </w:rPr>
        <w:t xml:space="preserve">[15:49] </w:t>
      </w:r>
      <w:r>
        <w:t>and</w:t>
      </w:r>
    </w:p>
    <w:p>
      <w:pPr>
        <w:jc w:val="right"/>
      </w:pPr>
      <w:r>
        <w:t>एंड</w:t>
      </w:r>
    </w:p>
    <w:p>
      <w:r>
        <w:rPr>
          <w:b/>
        </w:rPr>
        <w:t xml:space="preserve">[15:49] </w:t>
      </w:r>
      <w:r>
        <w:t>impressed him, also he was a stranger.</w:t>
      </w:r>
    </w:p>
    <w:p>
      <w:pPr>
        <w:jc w:val="right"/>
      </w:pPr>
      <w:r>
        <w:t>इंप्रेस्ड हिम, आल्सो ही वाज़ अ स्ट्रेंजर।</w:t>
      </w:r>
    </w:p>
    <w:p>
      <w:r>
        <w:rPr>
          <w:b/>
        </w:rPr>
        <w:t xml:space="preserve">[15:53] </w:t>
      </w:r>
      <w:r>
        <w:t>so, this was a spiritual gesture, spiritual method. and it, there was a break, that that person become his permanent friend. this is a power of spirituality.</w:t>
      </w:r>
    </w:p>
    <w:p>
      <w:pPr>
        <w:jc w:val="right"/>
      </w:pPr>
      <w:r>
        <w:t>सो, दिस वाज़ अ स्पिरिचुअल जेस्चर, स्पिरिचुअल मेथड। एंड इट, देयर वाज़ अ ब्रेक, दैट दैट पर्सन बिकम हिज़ परमानेंट फ्रेंड। दिस इज़ अ पावर ऑफ़ स्पिरिचुअलिटी।</w:t>
      </w:r>
    </w:p>
    <w:p>
      <w:r>
        <w:rPr>
          <w:b/>
        </w:rPr>
        <w:t xml:space="preserve">[16:15] </w:t>
      </w:r>
      <w:r>
        <w:t>this is the also the peace of islam.</w:t>
      </w:r>
    </w:p>
    <w:p>
      <w:pPr>
        <w:jc w:val="right"/>
      </w:pPr>
      <w:r>
        <w:t>दिस इज़ द आल्सो द पीसी ऑफ़ इस्लाम।</w:t>
      </w:r>
    </w:p>
    <w:p>
      <w:r>
        <w:rPr>
          <w:b/>
        </w:rPr>
        <w:t xml:space="preserve">[16:19] </w:t>
      </w:r>
      <w:r>
        <w:t>you know, there is a very relevant verse of the quran.</w:t>
      </w:r>
    </w:p>
    <w:p>
      <w:pPr>
        <w:jc w:val="right"/>
      </w:pPr>
      <w:r>
        <w:t>यू नो, देयर इज़ अ वेरी रेलेवेंट वर्स ऑफ़ द कुरान।</w:t>
      </w:r>
    </w:p>
    <w:p>
      <w:r>
        <w:rPr>
          <w:b/>
        </w:rPr>
        <w:t xml:space="preserve">[16:28] </w:t>
      </w:r>
      <w:r>
        <w:t>it says that,</w:t>
      </w:r>
    </w:p>
    <w:p>
      <w:pPr>
        <w:jc w:val="right"/>
      </w:pPr>
      <w:r>
        <w:t>इट सेज दैट,</w:t>
      </w:r>
    </w:p>
    <w:p>
      <w:r>
        <w:rPr>
          <w:b/>
        </w:rPr>
        <w:t xml:space="preserve">[16:33] </w:t>
      </w:r>
      <w:r>
        <w:t>"Itfa, itfa bilti hai aasan. La, la, la, tastab hasrat wa saiya. Itfa bilti hai aasan. Faiz ka vlel hameem." It means that,</w:t>
      </w:r>
    </w:p>
    <w:p>
      <w:pPr>
        <w:jc w:val="right"/>
      </w:pPr>
      <w:r>
        <w:t>"इतफा, इतफा बिलती है आसन। ला, ला, ला, तस्तब हसरत व सैया। इतफा बिलती है आसन। फैद का वलील हमीम।" इट मीन्स दैट,</w:t>
      </w:r>
    </w:p>
    <w:p>
      <w:r>
        <w:rPr>
          <w:b/>
        </w:rPr>
        <w:t xml:space="preserve">[16:54] </w:t>
      </w:r>
      <w:r>
        <w:t>"Do good deeds in return for bad deeds." and you will find that your enemy has become your dearest friend. This is a Quranic verse. So, according to this,</w:t>
      </w:r>
    </w:p>
    <w:p>
      <w:pPr>
        <w:jc w:val="right"/>
      </w:pPr>
      <w:r>
        <w:t>"डू गुड डील इन रिटर्न फॉर पाइप डील। डू गुड डील इन रिटर्न फॉर पाइप डील।" एंड यू विल फाइंड दैट योर एनिमी हैज़ बिकम योर डियरेस्ट फ्रेंड। दिस इज़ अ कुरानी वर्स। सो, अकॉर्डिंग टू दिस,</w:t>
      </w:r>
    </w:p>
    <w:p>
      <w:r>
        <w:rPr>
          <w:b/>
        </w:rPr>
        <w:t xml:space="preserve">[17:20] </w:t>
      </w:r>
      <w:r>
        <w:t>our enemy is our potential friend. what is revolutionary idea?</w:t>
      </w:r>
    </w:p>
    <w:p>
      <w:pPr>
        <w:jc w:val="right"/>
      </w:pPr>
      <w:r>
        <w:t>आवर एनिमी इज़ आवर पोटेंशियल फ्रेंड। व्हाट इज़ रिवोल्यूशनरी आइडिया?</w:t>
      </w:r>
    </w:p>
    <w:p>
      <w:r>
        <w:rPr>
          <w:b/>
        </w:rPr>
        <w:t xml:space="preserve">[17:29] </w:t>
      </w:r>
      <w:r>
        <w:t>our enemy is our potential friend. so,</w:t>
      </w:r>
    </w:p>
    <w:p>
      <w:pPr>
        <w:jc w:val="right"/>
      </w:pPr>
      <w:r>
        <w:t>आवर एनिमी इज़ आवर पोटेंशियल फ्रेंड। सो,</w:t>
      </w:r>
    </w:p>
    <w:p>
      <w:r>
        <w:rPr>
          <w:b/>
        </w:rPr>
        <w:t xml:space="preserve">[17:36] </w:t>
      </w:r>
      <w:r>
        <w:t>turn this potential to actual. very simple formula. very simple formula. every enemy is your potential friend. so, turn this potential to actual. this is a spiritual formula. very simple, very easy. this is the Quran ki seekh.</w:t>
      </w:r>
    </w:p>
    <w:p>
      <w:pPr>
        <w:jc w:val="right"/>
      </w:pPr>
      <w:r>
        <w:t>टर्न दिस पोटेंशियल टू एक्चुअल। वेरी सिंपल फार्मूला। वेरी सिंपल फार्मूला। एवरी एनिमी इज़ योर पोटेंशियल फ्रेंड। सो, टर्न दिस पोटेंशियल टू एक्चुअल। दिस इज़ अ स्पिरिचुअल फार्मूला। वेरी सिंपल, वेरी इजी। दिस इज़ द कुरान की सीख।</w:t>
      </w:r>
    </w:p>
    <w:p>
      <w:r>
        <w:rPr>
          <w:b/>
        </w:rPr>
        <w:t xml:space="preserve">[18:01] </w:t>
      </w:r>
      <w:r>
        <w:t>those people who now a days are engaged in war, in the name of akhirat, they are not doing jihad. they are not jihad.</w:t>
      </w:r>
    </w:p>
    <w:p>
      <w:pPr>
        <w:jc w:val="right"/>
      </w:pPr>
      <w:r>
        <w:t>दोज़ पीपल हु नाउ अ डेज आर इंगेज्ड इन वॉरिएंट्स, इन द नियम अखियात, दे आर नॉट डूइंग जिहाद। दे आर नॉट जिहाद।</w:t>
      </w:r>
    </w:p>
    <w:p>
      <w:r>
        <w:rPr>
          <w:b/>
        </w:rPr>
        <w:t xml:space="preserve">[18:16] </w:t>
      </w:r>
      <w:r>
        <w:t>islam is a relation of peace, relation of spirituality.</w:t>
      </w:r>
    </w:p>
    <w:p>
      <w:pPr>
        <w:jc w:val="right"/>
      </w:pPr>
      <w:r>
        <w:t>इस्लाम इज़ अ रिलेशन ऑफ़ पीस, रिलेशन ऑफ़ स्पिरिचुअलिटी।</w:t>
      </w:r>
    </w:p>
    <w:p>
      <w:r>
        <w:rPr>
          <w:b/>
        </w:rPr>
        <w:t xml:space="preserve">[18:22] </w:t>
      </w:r>
      <w:r>
        <w:t>here, i can say that jihad is the sense of qatar. is only if permitted only in the, in, in defensive condition, situation.</w:t>
      </w:r>
    </w:p>
    <w:p>
      <w:pPr>
        <w:jc w:val="right"/>
      </w:pPr>
      <w:r>
        <w:t>हियर, आई कैन से दैट जिहाद इज़ द सेंस ऑफ़ कतार। इज़ ओनली इफ परमिटेड ओनली इन द, इन, इन डिफेंसिव कंडीशन, सिचुएशन।</w:t>
      </w:r>
    </w:p>
    <w:p>
      <w:r>
        <w:rPr>
          <w:b/>
        </w:rPr>
        <w:t xml:space="preserve">[18:39] </w:t>
      </w:r>
      <w:r>
        <w:t>any war is a product of a established state.</w:t>
      </w:r>
    </w:p>
    <w:p>
      <w:pPr>
        <w:jc w:val="right"/>
      </w:pPr>
      <w:r>
        <w:t>एनी वॉर इज़ अ प्रोडक्टिव ऑफ़ अ एस्टेब्लिश स्टेट।</w:t>
      </w:r>
    </w:p>
    <w:p>
      <w:r>
        <w:rPr>
          <w:b/>
        </w:rPr>
        <w:t xml:space="preserve">[18:47] </w:t>
      </w:r>
      <w:r>
        <w:t>no person or no organize other than state are allowed to go to war in islam. so, all these activities in the name of jihad are unlaw, unjustified. because, you know, all these activities are. who are engaged in these activities</w:t>
      </w:r>
    </w:p>
    <w:p>
      <w:pPr>
        <w:jc w:val="right"/>
      </w:pPr>
      <w:r>
        <w:t>नो पर्सन और नो ऑर्गेनाइज अदर देन स्टेट आर अलाउड टू गो टू वॉर इन इस्लाम। सो, ऑल दीज़ एक्टिविटीज इन द नेम ऑफ़ जिहाद आर अनलॉ, अनजस्टिफाइड। बिकॉज़, यू नो, ऑल दीज़ एक्टिविटीज आर। हु आर इंगेज्ड इन दीज़ एक्टिविटीज</w:t>
      </w:r>
    </w:p>
    <w:p>
      <w:r>
        <w:rPr>
          <w:b/>
        </w:rPr>
        <w:t xml:space="preserve">[19:08] </w:t>
      </w:r>
      <w:r>
        <w:t>. they are some individuals, some organizations, some ngos. no state is war. no, no muslim state is involve in these activities. so, it is unlaw.</w:t>
      </w:r>
    </w:p>
    <w:p>
      <w:pPr>
        <w:jc w:val="right"/>
      </w:pPr>
      <w:r>
        <w:t>। दे आर सम इंडिविजुअल्स, सम ऑर्गेनाइजेशंस, सम एनजीओस। नो स्टेट इज़ वॉर। नो, नो मुस्लिम स्टेट इज़ इन्वॉल्व इन दीज़ एक्टिविटीज। सो, इट इज़ अनलॉ।</w:t>
      </w:r>
    </w:p>
    <w:p>
      <w:r>
        <w:rPr>
          <w:b/>
        </w:rPr>
        <w:t xml:space="preserve">[19:28] </w:t>
      </w:r>
      <w:r>
        <w:t>it is very clear in islam.</w:t>
      </w:r>
    </w:p>
    <w:p>
      <w:pPr>
        <w:jc w:val="right"/>
      </w:pPr>
      <w:r>
        <w:t>इट इज़ वेरी क्लियर इन इस्लाम।</w:t>
      </w:r>
    </w:p>
    <w:p>
      <w:r>
        <w:rPr>
          <w:b/>
        </w:rPr>
        <w:t xml:space="preserve">[19:32] </w:t>
      </w:r>
      <w:r>
        <w:t>there is a, there is a provision that arheel imam. arheel imam means that to take clear a war is a product of</w:t>
      </w:r>
    </w:p>
    <w:p>
      <w:pPr>
        <w:jc w:val="right"/>
      </w:pPr>
      <w:r>
        <w:t>देयर इज़ अ, देयर इज़ अ प्रोविजन दैट अरहील इमाम। अरहील इमाम मीन्स दैट टू टेक क्लियर अ वॉर इज़ अ प्रोडक्टिव ऑफ़</w:t>
      </w:r>
    </w:p>
    <w:p>
      <w:r>
        <w:rPr>
          <w:b/>
        </w:rPr>
        <w:t xml:space="preserve">[19:55] </w:t>
      </w:r>
      <w:r>
        <w:t>a, a, a, a established ruler.</w:t>
      </w:r>
    </w:p>
    <w:p>
      <w:pPr>
        <w:jc w:val="right"/>
      </w:pPr>
      <w:r>
        <w:t>अ, अ, अ, अ एस्टेब्लिश रूलर।</w:t>
      </w:r>
    </w:p>
    <w:p>
      <w:r>
        <w:rPr>
          <w:b/>
        </w:rPr>
        <w:t xml:space="preserve">[20:00] </w:t>
      </w:r>
      <w:r>
        <w:t>no organization other than state is allowed to go to war.</w:t>
      </w:r>
    </w:p>
    <w:p>
      <w:pPr>
        <w:jc w:val="right"/>
      </w:pPr>
      <w:r>
        <w:t>नो ऑर्गेनाइजेशन अदर देन स्टेट इज़ अलाउड टू गो टू वॉर।</w:t>
      </w:r>
    </w:p>
    <w:p>
      <w:r>
        <w:rPr>
          <w:b/>
        </w:rPr>
        <w:t xml:space="preserve">[20:04] </w:t>
      </w:r>
      <w:r>
        <w:t>arheel imam. so, all these activities are unlaw.</w:t>
      </w:r>
    </w:p>
    <w:p>
      <w:pPr>
        <w:jc w:val="right"/>
      </w:pPr>
      <w:r>
        <w:t>अरहील इमाम। सो, ऑल दीज़ एक्टिविटीज आर अनलॉ।</w:t>
      </w:r>
    </w:p>
    <w:p>
      <w:r>
        <w:rPr>
          <w:b/>
        </w:rPr>
        <w:t xml:space="preserve">[20:12] </w:t>
      </w:r>
      <w:r>
        <w:t>here, also, i would like to add that</w:t>
      </w:r>
    </w:p>
    <w:p>
      <w:pPr>
        <w:jc w:val="right"/>
      </w:pPr>
      <w:r>
        <w:t>हियर, आल्सो, आई वुड लाइक टू ऐड दैट</w:t>
      </w:r>
    </w:p>
    <w:p>
      <w:r>
        <w:rPr>
          <w:b/>
        </w:rPr>
        <w:t xml:space="preserve">[20:18] </w:t>
      </w:r>
      <w:r>
        <w:t>secret war is also unlaw in islam.</w:t>
      </w:r>
    </w:p>
    <w:p>
      <w:pPr>
        <w:jc w:val="right"/>
      </w:pPr>
      <w:r>
        <w:t>सीक्रेट वॉर इज़ आल्सो अनलॉ इन इस्लाम।</w:t>
      </w:r>
    </w:p>
    <w:p>
      <w:r>
        <w:rPr>
          <w:b/>
        </w:rPr>
        <w:t xml:space="preserve">[20:23] </w:t>
      </w:r>
      <w:r>
        <w:t>you know, there are some jihadi activities in which some states are secretly involve, which is called proxy war. at least some of them are proxy war. but, it is also haram in islam. there is no room for proxy war in islam.</w:t>
      </w:r>
    </w:p>
    <w:p>
      <w:pPr>
        <w:jc w:val="right"/>
      </w:pPr>
      <w:r>
        <w:t>यू नो, देयर आर सम जिहादी एक्टिविटीज इन व्हिच सम स्टेट्स आर सीक्रेटली इन्वॉल्व, व्हिच इज़ कॉल्ड प्रॉक्सी वॉर। एटलीस्ट सम ऑफ देम आर प्रॉक्सी वॉर। बट, इट इज़ आल्सो हराम इन इस्लाम। देयर इज़ नो रूम फॉर प्रॉक्सी वॉर इन इस्लाम।</w:t>
      </w:r>
    </w:p>
    <w:p>
      <w:r>
        <w:rPr>
          <w:b/>
        </w:rPr>
        <w:t xml:space="preserve">[20:52] </w:t>
      </w:r>
      <w:r>
        <w:t>it means that if you want to go to war, you have to declare that we or you are at war from this day. without declaration, no war is allowed in islam. so, there is no secret war in islam. and when there is no secret war, all these proxy war are haram in islam. it is very clear in some teachings.</w:t>
      </w:r>
    </w:p>
    <w:p>
      <w:pPr>
        <w:jc w:val="right"/>
      </w:pPr>
      <w:r>
        <w:t>इट मीन्स दैट इफ यू वांट टू गो टू वॉर, यू हैव टू डिक्लेयर दैट वी और यू आर एट वॉर फ्रॉम दिस डे। विदाउट डिक्लेरेशन, नो वॉर इज़ अलाउड इन इस्लाम। सो, देयर इज़ नो सीक्रेट वॉर इन इस्लाम। एंड व्हेन देयर इज़ नो सीक्रेट वॉर, ऑल दीज़ प्रॉक्सी वॉर आर हराम इन इस्लाम। इट इज़ वेरी क्लियर इन सम टीचिंग्स।</w:t>
      </w:r>
    </w:p>
    <w:p>
      <w:r>
        <w:rPr>
          <w:b/>
        </w:rPr>
        <w:t xml:space="preserve">[21:20] </w:t>
      </w:r>
      <w:r>
        <w:t>so, you have to differentiate between muslims and islam.</w:t>
      </w:r>
    </w:p>
    <w:p>
      <w:pPr>
        <w:jc w:val="right"/>
      </w:pPr>
      <w:r>
        <w:t>सो, यू हैव टू डिफरेंशिएट बिटवीन मुस्लिम्स एंड इस्लाम।</w:t>
      </w:r>
    </w:p>
    <w:p>
      <w:r>
        <w:rPr>
          <w:b/>
        </w:rPr>
        <w:t xml:space="preserve">[21:27] </w:t>
      </w:r>
      <w:r>
        <w:t>you have to see muslims in the life of islamic teachings. if you want to know what is islam, you have to see the scripture self islam, rather than these muslims. muslims behavior is not source of islam.</w:t>
      </w:r>
    </w:p>
    <w:p>
      <w:pPr>
        <w:jc w:val="right"/>
      </w:pPr>
      <w:r>
        <w:t>यू हैव टू सी मुस्लिम्स इन द लाइफ ऑफ़ इस्लामिक टीचिंग्स। इफ यू वांट टू नो व्हाट इज़ इस्लाम, यू हैव टू सी द स्क्रिप्चर सेल्फ इस्लाम, रदर देन दीज़ मुस्लिम्स। मुस्लिम्स बिहेवियर इज़ नॉट सोर्स ऑफ़ इस्लाम।</w:t>
      </w:r>
    </w:p>
    <w:p>
      <w:r>
        <w:rPr>
          <w:b/>
        </w:rPr>
        <w:t xml:space="preserve">[21:46] </w:t>
      </w:r>
      <w:r>
        <w:t>only sacred books of islam, like quran or hadith, are the only source of islam.</w:t>
      </w:r>
    </w:p>
    <w:p>
      <w:pPr>
        <w:jc w:val="right"/>
      </w:pPr>
      <w:r>
        <w:t>ओनली सेक्रेड बुक्स ऑफ़ इस्लाम, लाइक कुरान और हदीस, आर द ओनली सोर्स ऑफ़ इस्लाम।</w:t>
      </w:r>
    </w:p>
    <w:p>
      <w:r>
        <w:rPr>
          <w:b/>
        </w:rPr>
        <w:t xml:space="preserve">[21:55] </w:t>
      </w:r>
      <w:r>
        <w:t>now,</w:t>
      </w:r>
    </w:p>
    <w:p>
      <w:pPr>
        <w:jc w:val="right"/>
      </w:pPr>
      <w:r>
        <w:t>नाउ,</w:t>
      </w:r>
    </w:p>
    <w:p>
      <w:r>
        <w:rPr>
          <w:b/>
        </w:rPr>
        <w:t xml:space="preserve">[22:00] </w:t>
      </w:r>
      <w:r>
        <w:t>the persian word aur urdu word for spirituality is roohaniyat.</w:t>
      </w:r>
    </w:p>
    <w:p>
      <w:pPr>
        <w:jc w:val="right"/>
      </w:pPr>
      <w:r>
        <w:t>द पर्शियन वर्ड और उर्दू वर्ड फॉर स्पिरिचुअलिटी इज़ रूहानियत।</w:t>
      </w:r>
    </w:p>
    <w:p>
      <w:r>
        <w:rPr>
          <w:b/>
        </w:rPr>
        <w:t xml:space="preserve">[22:11] </w:t>
      </w:r>
      <w:r>
        <w:t>roohaniyat is an equal, equal word. what we call in english spirituality is called in urdu and persian roohaniyat. all those sufis we are speaking in, in this term, in term of roohaniyat. but, you know,</w:t>
      </w:r>
    </w:p>
    <w:p>
      <w:pPr>
        <w:jc w:val="right"/>
      </w:pPr>
      <w:r>
        <w:t>रूहानियत इज़ एन इक्वल, इक्वल वर्ड। व्हाट वी कॉल इन इंग्लिश स्पिरिचुअलिटी इज़ कॉल्ड इन उर्दू एंड पर्शियन रूहानियत। ऑल दोज़ सूफीज़ वे आर स्पीकिंग इन, इन दिस टर्म, इन टर्म ऑफ़ रूहानियत। बट, यू नो,</w:t>
      </w:r>
    </w:p>
    <w:p>
      <w:r>
        <w:rPr>
          <w:b/>
        </w:rPr>
        <w:t xml:space="preserve">[22:31] </w:t>
      </w:r>
      <w:r>
        <w:t>word roohaniyat is not mentioned in the quran. roohaniyat is not a quranic word.</w:t>
      </w:r>
    </w:p>
    <w:p>
      <w:pPr>
        <w:jc w:val="right"/>
      </w:pPr>
      <w:r>
        <w:t>वर्ड रूहानियत इज़ नॉट मेंशन इन द कुरान। रूहानियत इज़ नॉट अ कुरानिक वर्ड।</w:t>
      </w:r>
    </w:p>
    <w:p>
      <w:r>
        <w:rPr>
          <w:b/>
        </w:rPr>
        <w:t xml:space="preserve">[22:40] </w:t>
      </w:r>
      <w:r>
        <w:t>also, it is used by, frequently used by sufi, but it is not quranic word. quranic word for this purpose is arbaniyat. koon rabbani. to, what we call spirituality is,</w:t>
      </w:r>
    </w:p>
    <w:p>
      <w:pPr>
        <w:jc w:val="right"/>
      </w:pPr>
      <w:r>
        <w:t>आल्सो, इट इज़ यूज़्ड बाय, फ्रिक्वेंटली यूज़्ड बाय सूफी, बट इट इज़ नॉट कुरानिक वर्ड। कुरानिक वर्ड फॉर दिस पर्पस इज़ अरबानियत। कून रब्बानी। तो, व्हाट वी कॉल स्पिरिचुअलिटी इज़,</w:t>
      </w:r>
    </w:p>
    <w:p>
      <w:r>
        <w:rPr>
          <w:b/>
        </w:rPr>
        <w:t xml:space="preserve">[23:01] </w:t>
      </w:r>
      <w:r>
        <w:t>is, is according to islamic teachings.</w:t>
      </w:r>
    </w:p>
    <w:p>
      <w:pPr>
        <w:jc w:val="right"/>
      </w:pPr>
      <w:r>
        <w:t>इज़, इज़ अकॉर्डिंग टू इस्लामिक टीचिंग्स।</w:t>
      </w:r>
    </w:p>
    <w:p>
      <w:r>
        <w:rPr>
          <w:b/>
        </w:rPr>
        <w:t xml:space="preserve">[23:05] </w:t>
      </w:r>
      <w:r>
        <w:t>but, quran does not use word roohaniyat or sufis. quran uses word rabbaniyat. arbaniyat. rabbaniyat is drive from rabb. rabb, the god. so, rabbaniyat means god oriented or god based.</w:t>
      </w:r>
    </w:p>
    <w:p>
      <w:pPr>
        <w:jc w:val="right"/>
      </w:pPr>
      <w:r>
        <w:t>बट, कुरान डज़ नॉट यूज़ वर्ड रूहानियत और सूफीज़। कुरान यूज़ेस वर्ड रब्बानियत। अरबानियत। रब्बानियत इज़ ड्राइव फ्रॉम रब। रब, द गॉड। सो, रब्बानियत मीन्स गॉड ओरिएंटेड और गॉड बेस्ड।</w:t>
      </w:r>
    </w:p>
    <w:p>
      <w:r>
        <w:rPr>
          <w:b/>
        </w:rPr>
        <w:t xml:space="preserve">[23:33] </w:t>
      </w:r>
      <w:r>
        <w:t>so, arbaniyat means god oriented thinking, god oriented speech, god oriented practice,</w:t>
      </w:r>
    </w:p>
    <w:p>
      <w:pPr>
        <w:jc w:val="right"/>
      </w:pPr>
      <w:r>
        <w:t>सो, अरबानियत मीन्स गॉड ओरिएंटेड थिंकिंग, गॉड ओरिएंटेड स्पीच, गॉड ओरिएंटेड प्रैक्टिस,</w:t>
      </w:r>
    </w:p>
    <w:p>
      <w:r>
        <w:rPr>
          <w:b/>
        </w:rPr>
        <w:t xml:space="preserve">[23:47] </w:t>
      </w:r>
      <w:r>
        <w:t>god oriented action, god oriented behavior. this is spirituality of islam.</w:t>
      </w:r>
    </w:p>
    <w:p>
      <w:pPr>
        <w:jc w:val="right"/>
      </w:pPr>
      <w:r>
        <w:t>गॉड ओरिएंटेड एक्शन, गॉड ओरिएंटेड बिहेवियर। दिस इज़ स्पिरिचुअलिटी ऑफ़ इस्लाम।</w:t>
      </w:r>
    </w:p>
    <w:p>
      <w:r>
        <w:rPr>
          <w:b/>
        </w:rPr>
        <w:t xml:space="preserve">[24:01] </w:t>
      </w:r>
      <w:r>
        <w:t>i greatly believe that spirituality, spirituality is, is the essence of islam. what i, what, what i want to say here, that spirituality or roohaniyat are not quranic word. quranic word is</w:t>
      </w:r>
    </w:p>
    <w:p>
      <w:pPr>
        <w:jc w:val="right"/>
      </w:pPr>
      <w:r>
        <w:t>आई ग्रेटली बिलीव दैट स्पिरिचुअलिटी, स्पिरिचुअलिटी इज़, इज़ द एसेंस ऑफ़ इस्लाम। व्हाट आई, व्हाट, व्हाट आई वांट टू से हियर, दैट स्पिरिचुअलिटी और रूहानियत आर नॉट कुरानिक वर्ड। कुरानिक वर्ड इज़</w:t>
      </w:r>
    </w:p>
    <w:p>
      <w:r>
        <w:rPr>
          <w:b/>
        </w:rPr>
        <w:t xml:space="preserve">[24:21] </w:t>
      </w:r>
      <w:r>
        <w:t>rabbaniyat. arbaniyat.</w:t>
      </w:r>
    </w:p>
    <w:p>
      <w:pPr>
        <w:jc w:val="right"/>
      </w:pPr>
      <w:r>
        <w:t>रब्बानियत। अरबानियत।</w:t>
      </w:r>
    </w:p>
    <w:p>
      <w:r>
        <w:rPr>
          <w:b/>
        </w:rPr>
        <w:t xml:space="preserve">[24:28] </w:t>
      </w:r>
      <w:r>
        <w:t>arbaniyat is very meaningful word. very meaningful word. because, here, we can say, yani the word itself is telling us what is spirituality in islam.</w:t>
      </w:r>
    </w:p>
    <w:p>
      <w:pPr>
        <w:jc w:val="right"/>
      </w:pPr>
      <w:r>
        <w:t>अरबानियत इज़ वेरी मीनिंगफुल वर्ड। वेरी मीनिंगफुल वर्ड। बिकॉज़, हियर, वी कैन से, यानी द वर्ड इटसेल्फ इज़ टेलिंग अस व्हाट इज़ स्पिरिचुअलिटी इन इस्लाम।</w:t>
      </w:r>
    </w:p>
    <w:p>
      <w:r>
        <w:rPr>
          <w:b/>
        </w:rPr>
        <w:t xml:space="preserve">[24:48] </w:t>
      </w:r>
      <w:r>
        <w:t>islamic spirituality is god based spirituality. i think is very clear that islamic spirituality is god based spirituality.</w:t>
      </w:r>
    </w:p>
    <w:p>
      <w:pPr>
        <w:jc w:val="right"/>
      </w:pPr>
      <w:r>
        <w:t>इस्लामिक स्पिरिचुअलिटी इज़ गॉड बेस्ड स्पिरिचुअलिटी। आई थिंक इज़ वेरी क्लियर दैट इस्लामिक स्पिरिचुअलिटी इज़ गॉड बेस्ड स्पिरिचुअलिटी।</w:t>
      </w:r>
    </w:p>
    <w:p>
      <w:r>
        <w:rPr>
          <w:b/>
        </w:rPr>
        <w:t xml:space="preserve">[25:03] </w:t>
      </w:r>
      <w:r>
        <w:t>in, in our, our thinking or action, our speaking, everything must be spiritual, must be god oriented.</w:t>
      </w:r>
    </w:p>
    <w:p>
      <w:pPr>
        <w:jc w:val="right"/>
      </w:pPr>
      <w:r>
        <w:t>इन, इन आवर, आवर थिंकिंग और एक्शन, आवर स्पीकिंग, एवरीथिंग मस्ट बी स्पिरिचुअल, मस्ट बी गॉड ओरिएंटेड।</w:t>
      </w:r>
    </w:p>
    <w:p>
      <w:r>
        <w:rPr>
          <w:b/>
        </w:rPr>
        <w:t xml:space="preserve">[25:19] </w:t>
      </w:r>
      <w:r>
        <w:t>now, i would like to say that there are two different aspect of islamic spirituality. are two different fields. one, i can say pure spirituality. and the second, i can say applied spirituality. pure spirituality and applied spirituality.</w:t>
      </w:r>
    </w:p>
    <w:p>
      <w:pPr>
        <w:jc w:val="right"/>
      </w:pPr>
      <w:r>
        <w:t>नाउ, आई वुड लाइक टू से दैट देयर आर टू डिफरेंट आस्पेक्ट ऑफ इस्लामिक स्पिरिचुअलिटी। आर टू डिफरेंट फिल्ड्स। वन, आई कैन से प्योर स्पिरिचुअलिटी। एंड द सेकंड, आई कैन से अप्लाइड स्पिरिचुअलिटी। प्योर स्पिरिचुअलिटी एंड अप्लाइड स्पिरिचुअलिटी।</w:t>
      </w:r>
    </w:p>
    <w:p>
      <w:r>
        <w:rPr>
          <w:b/>
        </w:rPr>
        <w:t xml:space="preserve">[25:48] </w:t>
      </w:r>
      <w:r>
        <w:t>by pure spirituality, i means, yani spirituality in, in psychological sense.</w:t>
      </w:r>
    </w:p>
    <w:p>
      <w:pPr>
        <w:jc w:val="right"/>
      </w:pPr>
      <w:r>
        <w:t>बाय प्योर स्पिरिचुअलिटी, आई मींस, यानी स्पिरिचुअलिटी इन, इन साइकोलॉजिकल सेंस।</w:t>
      </w:r>
    </w:p>
    <w:p>
      <w:r>
        <w:rPr>
          <w:b/>
        </w:rPr>
        <w:t xml:space="preserve">[25:59] </w:t>
      </w:r>
      <w:r>
        <w:t>in psychological sense. and applied spirituality, by, by applied spirituality, i means, yani practical spirituality in practical sense.</w:t>
      </w:r>
    </w:p>
    <w:p>
      <w:pPr>
        <w:jc w:val="right"/>
      </w:pPr>
      <w:r>
        <w:t>इन साइकोलॉजिकल सेंस। एंड अप्लाइड स्पिरिचुअलिटी, बाय, बाय अप्लाइड स्पिरिचुअलिटी, आई मींस, यानी प्रैक्टिकल स्पिरिचुअलिटी इन प्रैक्टिकल सेंस।</w:t>
      </w:r>
    </w:p>
    <w:p>
      <w:r>
        <w:rPr>
          <w:b/>
        </w:rPr>
        <w:t xml:space="preserve">[26:11] </w:t>
      </w:r>
      <w:r>
        <w:t>so, when you think in term of spirituality, when you change your mind, when you change your heart, when your, when you change your thinking, that is, that is pure spirituality.</w:t>
      </w:r>
    </w:p>
    <w:p>
      <w:pPr>
        <w:jc w:val="right"/>
      </w:pPr>
      <w:r>
        <w:t>सो, व्हेन यू थिंक इन टर्म ऑफ स्पिरिचुअलिटी, व्हेन यू चेंज योर माइंड, व्हेन यू चेंज योर हार्ट, व्हेन योर, व्हेन यू चेंज योर थिंकिंग, दैट इज़, दैट इज़ प्योर स्पिरिचुअलिटी।</w:t>
      </w:r>
    </w:p>
    <w:p>
      <w:r>
        <w:rPr>
          <w:b/>
        </w:rPr>
        <w:t xml:space="preserve">[26:33] </w:t>
      </w:r>
      <w:r>
        <w:t>to, pure spirituality means, yani raising yourself from material world, which is called zod in islam. that you ht.</w:t>
      </w:r>
    </w:p>
    <w:p>
      <w:pPr>
        <w:jc w:val="right"/>
      </w:pPr>
      <w:r>
        <w:t>तो, प्योर स्पिरिचुअलिटी मींस, यानी रेजिंग योरसेल्फ फ्रॉम मटेरियल वर्ल्ड, व्हिच इज़ कॉल्ड जोद इन इस्लाम। दैट यू एचटी।</w:t>
      </w:r>
    </w:p>
    <w:p>
      <w:r>
        <w:rPr>
          <w:b/>
        </w:rPr>
        <w:t xml:space="preserve">[26:45] </w:t>
      </w:r>
      <w:r>
        <w:t>so, zod means, yani raising yourself from material world.</w:t>
      </w:r>
    </w:p>
    <w:p>
      <w:pPr>
        <w:jc w:val="right"/>
      </w:pPr>
      <w:r>
        <w:t>सो, जोद मींस, यानी रेजिंग योरसेल्फ फ्रॉम मटेरियल वर्ल्ड।</w:t>
      </w:r>
    </w:p>
    <w:p>
      <w:r>
        <w:rPr>
          <w:b/>
        </w:rPr>
        <w:t xml:space="preserve">[26:54] </w:t>
      </w:r>
      <w:r>
        <w:t>yani,</w:t>
      </w:r>
    </w:p>
    <w:p>
      <w:pPr>
        <w:jc w:val="right"/>
      </w:pPr>
      <w:r>
        <w:t>यानी,</w:t>
      </w:r>
    </w:p>
    <w:p>
      <w:r>
        <w:rPr>
          <w:b/>
        </w:rPr>
        <w:t xml:space="preserve">[26:59] </w:t>
      </w:r>
      <w:r>
        <w:t>in this world, every time you are involve in some worldly activities, and at the bust for your life, you are bound to involve us in these activities</w:t>
      </w:r>
    </w:p>
    <w:p>
      <w:pPr>
        <w:jc w:val="right"/>
      </w:pPr>
      <w:r>
        <w:t>इन दिस वर्ल्ड, एवरी टाइम यू आर इन्वॉल्व इन सम वर्ल्डली एक्टिविटीज, एंड एट द बस्ट फॉर योर लाइफ, यू आर बाउंड टू इन्वॉल्व अस इन दीज़ एक्टिविटीज</w:t>
      </w:r>
    </w:p>
    <w:p>
      <w:r>
        <w:rPr>
          <w:b/>
        </w:rPr>
        <w:t xml:space="preserve">[27:16] </w:t>
      </w:r>
      <w:r>
        <w:t>. so, it is not haram in islam to involve yourself in material activities. but, according to islam, you have to, at the same time, when you are engaged in worldly activities, at the same time,</w:t>
      </w:r>
    </w:p>
    <w:p>
      <w:pPr>
        <w:jc w:val="right"/>
      </w:pPr>
      <w:r>
        <w:t>। सो, इट इज़ नॉट हराम इन इस्लाम टू इन्वॉल्व योरसेल्फ इन मटेरियल एक्टिविटीज। बट, अकॉर्डिंग टू इस्लाम, यू हैव टू, एट द सेम टाइम, व्हेन यू आर इंगेज्ड इन वर्ल्डली एक्टिविटीज, एट द सेम टाइम,</w:t>
      </w:r>
    </w:p>
    <w:p>
      <w:r>
        <w:rPr>
          <w:b/>
        </w:rPr>
        <w:t xml:space="preserve">[27:35] </w:t>
      </w:r>
      <w:r>
        <w:t>you have to remember god. remembrance is very important in islam.</w:t>
      </w:r>
    </w:p>
    <w:p>
      <w:pPr>
        <w:jc w:val="right"/>
      </w:pPr>
      <w:r>
        <w:t>यू हैव टू रिमेंबर गॉड। रिमेंबरेंस इज़ वेरी इंपॉर्टेंट इन इस्लाम।</w:t>
      </w:r>
    </w:p>
    <w:p>
      <w:r>
        <w:rPr>
          <w:b/>
        </w:rPr>
        <w:t xml:space="preserve">[27:46] </w:t>
      </w:r>
      <w:r>
        <w:t>when you are in your job, when you are in your industry, business, when you are in, at, at your home, you have to remember god every time</w:t>
      </w:r>
    </w:p>
    <w:p>
      <w:pPr>
        <w:jc w:val="right"/>
      </w:pPr>
      <w:r>
        <w:t>व्हेन यू आर इन योर जॉब, व्हेन यू आर इन योर इंडस्ट्री, बिज़नेस, व्हेन यू आर इन, एट, एट योर होम, यू हैव टू रिमेंबर गॉड एवरी टाइम</w:t>
      </w:r>
    </w:p>
    <w:p>
      <w:r>
        <w:rPr>
          <w:b/>
        </w:rPr>
        <w:t xml:space="preserve">[28:05] </w:t>
      </w:r>
      <w:r>
        <w:t>. islam allow you, allow you to go to your, your worldly activities. but, at the same time, islam wants you to,</w:t>
      </w:r>
    </w:p>
    <w:p>
      <w:pPr>
        <w:jc w:val="right"/>
      </w:pPr>
      <w:r>
        <w:t>। इस्लाम अलाउ यू, अलाउ यू टू गो टू योर, योर वर्ल्डली एक्टिविटीज। बट, एट द सेम टाइम, इस्लाम वांट्स यू टू,</w:t>
      </w:r>
    </w:p>
    <w:p>
      <w:r>
        <w:rPr>
          <w:b/>
        </w:rPr>
        <w:t xml:space="preserve">[28:22] </w:t>
      </w:r>
      <w:r>
        <w:t>to think about god every time. every time</w:t>
      </w:r>
    </w:p>
    <w:p>
      <w:pPr>
        <w:jc w:val="right"/>
      </w:pPr>
      <w:r>
        <w:t>टू थिंक अबाउट गॉड एवरी टाइम। एवरी टाइम</w:t>
      </w:r>
    </w:p>
    <w:p>
      <w:r>
        <w:rPr>
          <w:b/>
        </w:rPr>
        <w:t xml:space="preserve">[28:29] </w:t>
      </w:r>
      <w:r>
        <w:t>. so, it is a very beautiful line of sufis. sufis.</w:t>
      </w:r>
    </w:p>
    <w:p>
      <w:pPr>
        <w:jc w:val="right"/>
      </w:pPr>
      <w:r>
        <w:t>। सो, इट इज़ अ वेरी ब्यूटीफुल लाइन ऑफ सूफीज़। सूफीज़।</w:t>
      </w:r>
    </w:p>
    <w:p>
      <w:r>
        <w:rPr>
          <w:b/>
        </w:rPr>
        <w:t xml:space="preserve">[28:40] </w:t>
      </w:r>
      <w:r>
        <w:t>it say,</w:t>
      </w:r>
    </w:p>
    <w:p>
      <w:pPr>
        <w:jc w:val="right"/>
      </w:pPr>
      <w:r>
        <w:t>इट से,</w:t>
      </w:r>
    </w:p>
    <w:p>
      <w:r>
        <w:rPr>
          <w:b/>
        </w:rPr>
        <w:t xml:space="preserve">[28:43] </w:t>
      </w:r>
      <w:r>
        <w:t>haidaat ke qabil meri tajreed tasawwur.</w:t>
      </w:r>
    </w:p>
    <w:p>
      <w:pPr>
        <w:jc w:val="right"/>
      </w:pPr>
      <w:r>
        <w:t>हैदात के काबिल मेरी तजरीद तसव्वुर।</w:t>
      </w:r>
    </w:p>
    <w:p>
      <w:r>
        <w:rPr>
          <w:b/>
        </w:rPr>
        <w:t xml:space="preserve">[28:50] </w:t>
      </w:r>
      <w:r>
        <w:t>haidaat ke qabil meri tajreed tasawwur karta hoon tujhe qaid ki mehfil se juda.</w:t>
      </w:r>
    </w:p>
    <w:p>
      <w:pPr>
        <w:jc w:val="right"/>
      </w:pPr>
      <w:r>
        <w:t>हैदात के काबिल मेरी तजरीद तसव्वुर करता हूं तुझे कैद की महफिल से जुदा।</w:t>
      </w:r>
    </w:p>
    <w:p>
      <w:r>
        <w:rPr>
          <w:b/>
        </w:rPr>
        <w:t xml:space="preserve">[29:00] </w:t>
      </w:r>
      <w:r>
        <w:t>ya tajreed means detail thinking. detail thinking. yani, when you are engaged in worldly activities, you have to detail yourself. you have to detail your mind. bodily, you are involved, but intellectually, you are not involved. this is tajreed. haidaat ke qabil meri tajreed tasawwur karta hoon tujhe ghair ki mehfil se juda. ya</w:t>
      </w:r>
    </w:p>
    <w:p>
      <w:pPr>
        <w:jc w:val="right"/>
      </w:pPr>
      <w:r>
        <w:t>या तजरीद मींस डिटेल थिंकिंग। डिटेल थिंकिंग। यानी, व्हेन यू आर इंगेज्ड इन वर्ल्डली एक्टिविटीज, यू हैव टू डिटेल योरसेल्फ। यू हैव टू डिटेल योर माइंड। बॉडीली, यू आर इन्वॉल्व, बट इंटेलेक्चुअली, यू आर नॉट इन्वॉल्व। दिस इज़ तजरीद। हैदात के काबिल मेरी तजरीद तसव्वुर करता हूं तुझे गैर की महफिल से जुदा। या</w:t>
      </w:r>
    </w:p>
    <w:p>
      <w:r>
        <w:rPr>
          <w:b/>
        </w:rPr>
        <w:t xml:space="preserve">[29:29] </w:t>
      </w:r>
      <w:r>
        <w:t>when i am engaged in worldly activities, when i am in market, i am in at my home, i am industry, everywhere. but,</w:t>
      </w:r>
    </w:p>
    <w:p>
      <w:pPr>
        <w:jc w:val="right"/>
      </w:pPr>
      <w:r>
        <w:t>व्हेन आई एम इंगेज्ड इन वर्ल्डली एक्टिविटीज, व्हेन आई एम इन मार्केट, आई एम इन एट माय होम, आई एम इंडस्ट्री, एवरीवेयर। बट,</w:t>
      </w:r>
    </w:p>
    <w:p>
      <w:r>
        <w:rPr>
          <w:b/>
        </w:rPr>
        <w:t xml:space="preserve">[29:43] </w:t>
      </w:r>
      <w:r>
        <w:t>i am, i am able to detail myself. to, my tajreed is praiseworthy. my, my detail, my detail thinking is praiseworthy.</w:t>
      </w:r>
    </w:p>
    <w:p>
      <w:pPr>
        <w:jc w:val="right"/>
      </w:pPr>
      <w:r>
        <w:t>आई एम, आई एम एबल टू डिटेल मायसेल्फ। तो, माय तजरीद इज़ प्रेज वर्दी। माय, माय डिटेल, माय डिटेल थिंकिंग इज़ प्रेज वर्दी।</w:t>
      </w:r>
    </w:p>
    <w:p>
      <w:r>
        <w:rPr>
          <w:b/>
        </w:rPr>
        <w:t xml:space="preserve">[29:58] </w:t>
      </w:r>
      <w:r>
        <w:t>because, also, i, i live in this world. but, at the same time, i am remember god. so, this is the crux of spirituality in islam. according to sufi word,</w:t>
      </w:r>
    </w:p>
    <w:p>
      <w:pPr>
        <w:jc w:val="right"/>
      </w:pPr>
      <w:r>
        <w:t>बिकॉज़, आल्सो, आई, आई लिव इन दिस वर्ल्ड। बट, एट द सेम टाइम, आई एम रिमेंबर गॉड। सो, दिस इज़ द क्रश ऑफ स्पिरिचुअलिटी इन इस्लाम। अकॉर्डिंग टू सूफी वर्ड,</w:t>
      </w:r>
    </w:p>
    <w:p>
      <w:r>
        <w:rPr>
          <w:b/>
        </w:rPr>
        <w:t xml:space="preserve">[30:12] </w:t>
      </w:r>
      <w:r>
        <w:t>haidaat ke qabil meri tajreed tasawwur karta hoon tujhe ghair ki mehfil se juda. ya to, we have to live a detail kind of life. detail kind of thinking. this is the crux of islamic spirituality.</w:t>
      </w:r>
    </w:p>
    <w:p>
      <w:pPr>
        <w:jc w:val="right"/>
      </w:pPr>
      <w:r>
        <w:t>हैदात के काबिल मेरी तजरीद तसव्वुर करता हूं तुझे गैर की महफिल से जुदा। या तो, वी हैव टू लिव अ डिटेल काइंड ऑफ लाइफ। डिटेल काइंड ऑफ थिंकिंग। दिस इज़ द क्रश ऑफ इस्लामिक स्पिरिचुअलिटी।</w:t>
      </w:r>
    </w:p>
    <w:p>
      <w:r>
        <w:rPr>
          <w:b/>
        </w:rPr>
        <w:t xml:space="preserve">[30:32] </w:t>
      </w:r>
      <w:r>
        <w:t>and this is a pure, this you can say, pure spirituality. then, applied spirituality. applied spirituality means,</w:t>
      </w:r>
    </w:p>
    <w:p>
      <w:pPr>
        <w:jc w:val="right"/>
      </w:pPr>
      <w:r>
        <w:t>एंड दिस इज़ अ प्योर, दिस यू कैन से, प्योर स्पिरिचुअलिटी। देन, अप्लाइड स्पिरिचुअलिटी। अप्लाइड स्पिरिचुअलिटी मींस,</w:t>
      </w:r>
    </w:p>
    <w:p>
      <w:r>
        <w:rPr>
          <w:b/>
        </w:rPr>
        <w:t xml:space="preserve">[30:46] </w:t>
      </w:r>
      <w:r>
        <w:t>yani spiritual behavior.</w:t>
      </w:r>
    </w:p>
    <w:p>
      <w:pPr>
        <w:jc w:val="right"/>
      </w:pPr>
      <w:r>
        <w:t>यानी स्पिरिचुअल बिहेवियर।</w:t>
      </w:r>
    </w:p>
    <w:p>
      <w:r>
        <w:rPr>
          <w:b/>
        </w:rPr>
        <w:t xml:space="preserve">[30:53] </w:t>
      </w:r>
      <w:r>
        <w:t>if the applied spirituality means, yani spiritual ethics, tolerance, peaceful living, being harmless to others,</w:t>
      </w:r>
    </w:p>
    <w:p>
      <w:pPr>
        <w:jc w:val="right"/>
      </w:pPr>
      <w:r>
        <w:t>इफ द अप्लाइड स्पिरिचुअलिटी मींस, यानी स्पिरिचुअल एथिक्स, टॉलरेंस, पीसफुल लिविंग, बीइंग हार्मलेस टू अदर्स,</w:t>
      </w:r>
    </w:p>
    <w:p>
      <w:r>
        <w:rPr>
          <w:b/>
        </w:rPr>
        <w:t xml:space="preserve">[31:08] </w:t>
      </w:r>
      <w:r>
        <w:t>and justice. all these are ingredients of applied spirituality.</w:t>
      </w:r>
    </w:p>
    <w:p>
      <w:pPr>
        <w:jc w:val="right"/>
      </w:pPr>
      <w:r>
        <w:t>एंड जस्टिस। ऑल दीज़ आर इंग्रेडिएंट्स ऑफ अप्लाइड स्पिरिचुअलिटी।</w:t>
      </w:r>
    </w:p>
    <w:p>
      <w:r>
        <w:rPr>
          <w:b/>
        </w:rPr>
        <w:t xml:space="preserve">[31:17] </w:t>
      </w:r>
      <w:r>
        <w:t>yani, when, when, when you are thinking,</w:t>
      </w:r>
    </w:p>
    <w:p>
      <w:pPr>
        <w:jc w:val="right"/>
      </w:pPr>
      <w:r>
        <w:t>यानी, व्हेन, व्हेन, व्हेन यू आर थिंकिंग,</w:t>
      </w:r>
    </w:p>
    <w:p>
      <w:r>
        <w:rPr>
          <w:b/>
        </w:rPr>
        <w:t xml:space="preserve">[31:25] </w:t>
      </w:r>
      <w:r>
        <w:t>you are thinking,</w:t>
      </w:r>
    </w:p>
    <w:p>
      <w:pPr>
        <w:jc w:val="right"/>
      </w:pPr>
      <w:r>
        <w:t>यू आर थिंकिंग,</w:t>
      </w:r>
    </w:p>
    <w:p>
      <w:r>
        <w:rPr>
          <w:b/>
        </w:rPr>
        <w:t xml:space="preserve">[31:27] </w:t>
      </w:r>
      <w:r>
        <w:t>when you are thinking, it is a manifestation of your spiritual thinking.</w:t>
      </w:r>
    </w:p>
    <w:p>
      <w:pPr>
        <w:jc w:val="right"/>
      </w:pPr>
      <w:r>
        <w:t>व्हेन यू आर थिंकिंग, इट इज़ अ मेनिफेस्टेशन ऑफ योर स्पिरिचुअल थिंकिंग।</w:t>
      </w:r>
    </w:p>
    <w:p>
      <w:r>
        <w:rPr>
          <w:b/>
        </w:rPr>
        <w:t xml:space="preserve">[31:34] </w:t>
      </w:r>
      <w:r>
        <w:t>applied spirituality means manifestation of your spiritual thinking in the affairs of, in public affairs.</w:t>
      </w:r>
    </w:p>
    <w:p>
      <w:pPr>
        <w:jc w:val="right"/>
      </w:pPr>
      <w:r>
        <w:t>अप्लाइड स्पिरिचुअलिटी मींस मेनिफेस्टेशन ऑफ योर स्पिरिचुअल थिंकिंग इन द अफेयर्स ऑफ, इन पब्लिक अफेयर्स।</w:t>
      </w:r>
    </w:p>
    <w:p>
      <w:r>
        <w:rPr>
          <w:b/>
        </w:rPr>
        <w:t xml:space="preserve">[31:47] </w:t>
      </w:r>
      <w:r>
        <w:t>this is applied spirituality.</w:t>
      </w:r>
    </w:p>
    <w:p>
      <w:pPr>
        <w:jc w:val="right"/>
      </w:pPr>
      <w:r>
        <w:t>दिस इज़ अप्लाइड स्पिरिचुअलिटी।</w:t>
      </w:r>
    </w:p>
    <w:p>
      <w:r>
        <w:rPr>
          <w:b/>
        </w:rPr>
        <w:t xml:space="preserve">[31:52] </w:t>
      </w:r>
      <w:r>
        <w:t>so, when you are honest in your behavior, you are tolerant in your behavior, you adopt divine character, there is a very relevant these. takhalluqu bi khalaqillah. takhalluqu bi khalaqillah means adopt divine character.</w:t>
      </w:r>
    </w:p>
    <w:p>
      <w:pPr>
        <w:jc w:val="right"/>
      </w:pPr>
      <w:r>
        <w:t>सो, व्हेन यू आर ऑनेस्ट इन योर बिहेवियर, यू आर टॉलरेंट इन योर बिहेवियर, यू अडॉप्ट डिवाइन कैरेक्टर, देयर इज़ अ वेरी रेलीवेंट दीज़। तखल्लकू बखलाकिल्लाह। तखल्लकू बखलाकिल्लाह मींस अडॉप्ट डिवाइन कैरेक्टर।</w:t>
      </w:r>
    </w:p>
    <w:p>
      <w:r>
        <w:rPr>
          <w:b/>
        </w:rPr>
        <w:t xml:space="preserve">[32:17] </w:t>
      </w:r>
      <w:r>
        <w:t>adopt divine character. so, when you adopt divine character in public affairs, in society, then you are a spiritual person. there is a,</w:t>
      </w:r>
    </w:p>
    <w:p>
      <w:pPr>
        <w:jc w:val="right"/>
      </w:pPr>
      <w:r>
        <w:t>अडॉप्ट डिवाइन कैरेक्टर। सो, व्हेन यू अडॉप्ट डिवाइन कैरेक्टर इन पब्लिक अफेयर्स, इन सोसाइटी, देन यू आर अ स्पिरिचुअल पर्सन। देयर इज़ अ,</w:t>
      </w:r>
    </w:p>
    <w:p>
      <w:r>
        <w:rPr>
          <w:b/>
        </w:rPr>
        <w:t xml:space="preserve">[32:34] </w:t>
      </w:r>
      <w:r>
        <w:t>there is a hadith. al muslimu man salama nasu min lisanihi wa yadihi.</w:t>
      </w:r>
    </w:p>
    <w:p>
      <w:pPr>
        <w:jc w:val="right"/>
      </w:pPr>
      <w:r>
        <w:t>देयर इज़ अ हदीस। अल मुस्लिमो मन सलमन नासो मिलसान वयद।</w:t>
      </w:r>
    </w:p>
    <w:p>
      <w:r>
        <w:rPr>
          <w:b/>
        </w:rPr>
        <w:t xml:space="preserve">[32:42] </w:t>
      </w:r>
      <w:r>
        <w:t>a muslim is one by whose hands and tongue people are safe.</w:t>
      </w:r>
    </w:p>
    <w:p>
      <w:pPr>
        <w:jc w:val="right"/>
      </w:pPr>
      <w:r>
        <w:t>अब मुस्लिम इज़ वन बाय हुज़ हैंड्स एंड टंग पीपल आर सेव।</w:t>
      </w:r>
    </w:p>
    <w:p>
      <w:r>
        <w:rPr>
          <w:b/>
        </w:rPr>
        <w:t xml:space="preserve">[32:52] </w:t>
      </w:r>
      <w:r>
        <w:t>it means that a true believer is a harmless person. a true believer is a peaceful member of society. a true believer is a tolerant person.</w:t>
      </w:r>
    </w:p>
    <w:p>
      <w:pPr>
        <w:jc w:val="right"/>
      </w:pPr>
      <w:r>
        <w:t>इट मींस दैट अ ट्रू बिलीवर इज़ अ हार्मलेस पर्सन। अ ट्रू बिलीवर इज़ अ पीसफुल मेंबर ऑफ सोसाइटी। अ ट्रू बिलीवर इज़ अ टॉलरेंट पर्सन।</w:t>
      </w:r>
    </w:p>
    <w:p>
      <w:r>
        <w:rPr>
          <w:b/>
        </w:rPr>
        <w:t xml:space="preserve">[33:12] </w:t>
      </w:r>
      <w:r>
        <w:t>a true believer is a compassionate person. i can say that</w:t>
      </w:r>
    </w:p>
    <w:p>
      <w:pPr>
        <w:jc w:val="right"/>
      </w:pPr>
      <w:r>
        <w:t>अ ट्रू बिलीवर इज़ अ कंपैशनेट पर्सन। आई कैन से दैट</w:t>
      </w:r>
    </w:p>
    <w:p>
      <w:r>
        <w:rPr>
          <w:b/>
        </w:rPr>
        <w:t xml:space="preserve">[33:23] </w:t>
      </w:r>
      <w:r>
        <w:t>islamic behavior is a two point formula. yani worshipper to god and well-wisher to all mankind. this is the crux of islam.</w:t>
      </w:r>
    </w:p>
    <w:p>
      <w:pPr>
        <w:jc w:val="right"/>
      </w:pPr>
      <w:r>
        <w:t>इस्लामिक बिहेवियर इज़ अ टू पॉइंट फार्मूला। यानी वरशिपर टू गॉड एंड वेलविशर टू ऑल मैनकाइंड। दिस इज़ द क्रश ऑफ इस्लाम।</w:t>
      </w:r>
    </w:p>
    <w:p>
      <w:r>
        <w:rPr>
          <w:b/>
        </w:rPr>
        <w:t xml:space="preserve">[33:38] </w:t>
      </w:r>
      <w:r>
        <w:t>a believer is worshipper to his god and well-wisher to all mankind. this is the crux of islamic teachings. here, i would like to,</w:t>
      </w:r>
    </w:p>
    <w:p>
      <w:pPr>
        <w:jc w:val="right"/>
      </w:pPr>
      <w:r>
        <w:t>अ बिलीवर इज़ वरशिपर टू हिज़ गॉड एंड वेलविशर टू ऑल मैनकाइंड। दिस इज़ द क्रक्स ऑफ इस्लामिक टीचिंग्स। हियर, आई वुड लाइक टू,</w:t>
      </w:r>
    </w:p>
    <w:p>
      <w:r>
        <w:rPr>
          <w:b/>
        </w:rPr>
        <w:t xml:space="preserve">[33:58] </w:t>
      </w:r>
      <w:r>
        <w:t>would like to tell you a story of the prophet of islam</w:t>
      </w:r>
    </w:p>
    <w:p>
      <w:pPr>
        <w:jc w:val="right"/>
      </w:pPr>
      <w:r>
        <w:t>वुड लाइक टू टेल यू अ स्टोरी ऑफ द प्रोफेट ऑफ इस्लाम</w:t>
      </w:r>
    </w:p>
    <w:p>
      <w:r>
        <w:rPr>
          <w:b/>
        </w:rPr>
        <w:t xml:space="preserve">[34:04] </w:t>
      </w:r>
      <w:r>
        <w:t>iz also a beautiful spiritual story. you know, the prophet of islam was born in makka in 578. he was appointed as prophet in 610. at the time, he was in makka.</w:t>
      </w:r>
    </w:p>
    <w:p>
      <w:pPr>
        <w:jc w:val="right"/>
      </w:pPr>
      <w:r>
        <w:t>। इज़ आल्सो अ ब्यूटीफुल स्पिरिचुअल स्टोरी। यू नो, द प्रोफेट ऑफ इस्लाम वाज़ बोर्न इन मक्का इन 578। ही वाज़ अपॉइंटेड एज प्रोफेट इन 610। एट द टाइम, ही वाज़ इन मक्का।</w:t>
      </w:r>
    </w:p>
    <w:p>
      <w:r>
        <w:rPr>
          <w:b/>
        </w:rPr>
        <w:t xml:space="preserve">[34:33] </w:t>
      </w:r>
      <w:r>
        <w:t>so, he lived in makka up to, after the prophethood, 13 years. then, he migrated to madina,</w:t>
      </w:r>
    </w:p>
    <w:p>
      <w:pPr>
        <w:jc w:val="right"/>
      </w:pPr>
      <w:r>
        <w:t>सो, ही लिव्ड इन मक्का अप टू, आफ्टर द प्रोफेटहुड, 13 इयर्स। देन, ही माइग्रेटेड टू मदीना,</w:t>
      </w:r>
    </w:p>
    <w:p>
      <w:r>
        <w:rPr>
          <w:b/>
        </w:rPr>
        <w:t xml:space="preserve">[34:46] </w:t>
      </w:r>
      <w:r>
        <w:t>which we call hijrat. to, at the time, it was 622 ad. so, at the time, there were some jews tribes in madina.</w:t>
      </w:r>
    </w:p>
    <w:p>
      <w:pPr>
        <w:jc w:val="right"/>
      </w:pPr>
      <w:r>
        <w:t>व्हिच वी कॉल हिजरत। तो, एट द टाइम, इट वाज़ 622 एडी। सो, एट द टाइम, देयर वर सम ज्यूस ट्राइब्स इन मदीना।</w:t>
      </w:r>
    </w:p>
    <w:p>
      <w:r>
        <w:rPr>
          <w:b/>
        </w:rPr>
        <w:t xml:space="preserve">[35:02] </w:t>
      </w:r>
      <w:r>
        <w:t>what happened? one day, the prophet of islam</w:t>
      </w:r>
    </w:p>
    <w:p>
      <w:pPr>
        <w:jc w:val="right"/>
      </w:pPr>
      <w:r>
        <w:t>व्हाट हैपेंड? वन डे, द प्रोफेट ऑफ इस्लाम</w:t>
      </w:r>
    </w:p>
    <w:p>
      <w:r>
        <w:rPr>
          <w:b/>
        </w:rPr>
        <w:t xml:space="preserve">[35:11] </w:t>
      </w:r>
      <w:r>
        <w:t>saw a funeral procession passing through a street in madina.</w:t>
      </w:r>
    </w:p>
    <w:p>
      <w:pPr>
        <w:jc w:val="right"/>
      </w:pPr>
      <w:r>
        <w:t>सॉ अ फ्यूनरल प्रोसीजन पासिंग थ्रू अ स्ट्रीट इन मदीना।</w:t>
      </w:r>
    </w:p>
    <w:p>
      <w:r>
        <w:rPr>
          <w:b/>
        </w:rPr>
        <w:t xml:space="preserve">[35:22] </w:t>
      </w:r>
      <w:r>
        <w:t>funeral procession, we call it jalaal.</w:t>
      </w:r>
    </w:p>
    <w:p>
      <w:pPr>
        <w:jc w:val="right"/>
      </w:pPr>
      <w:r>
        <w:t>फ्यूनरल प्रोसीजन, वी कॉल इट जलाल।</w:t>
      </w:r>
    </w:p>
    <w:p>
      <w:r>
        <w:rPr>
          <w:b/>
        </w:rPr>
        <w:t xml:space="preserve">[35:29] </w:t>
      </w:r>
      <w:r>
        <w:t>so, at the time, prophet was seated on seeing that, that procession. he stood up in respect. so, one of his compassion said, "o prophet,</w:t>
      </w:r>
    </w:p>
    <w:p>
      <w:pPr>
        <w:jc w:val="right"/>
      </w:pPr>
      <w:r>
        <w:t>सो, एट द टाइम, प्रोफेट वाज़ सीटेड ऑन सीइंग दैट, दैट प्रोसीजन। ही स्टूड अप इन रिस्पेक्ट। सो, वन ऑफ हिज़ कंपैशन सेड, "ओ प्रोफेट,</w:t>
      </w:r>
    </w:p>
    <w:p>
      <w:r>
        <w:rPr>
          <w:b/>
        </w:rPr>
        <w:t xml:space="preserve">[35:46] </w:t>
      </w:r>
      <w:r>
        <w:t>it was funeral of a jew. funeral of a non muslim. it was not a funeral of muslim."</w:t>
      </w:r>
    </w:p>
    <w:p>
      <w:pPr>
        <w:jc w:val="right"/>
      </w:pPr>
      <w:r>
        <w:t>इट वाज़ फ्यूनरल ऑफ अ जू। फ्यूनरल ऑफ अ नॉन मुस्लिम। इट वाज़ नॉट अ फ्यूनरल ऑफ मुस्लिम।"</w:t>
      </w:r>
    </w:p>
    <w:p>
      <w:r>
        <w:rPr>
          <w:b/>
        </w:rPr>
        <w:t xml:space="preserve">[35:56] </w:t>
      </w:r>
      <w:r>
        <w:t>so, the prophet replied, "alast nafsan.</w:t>
      </w:r>
    </w:p>
    <w:p>
      <w:pPr>
        <w:jc w:val="right"/>
      </w:pPr>
      <w:r>
        <w:t>सो, द प्रोफेट रिप्लाइड, "अले सत नफ्सन।</w:t>
      </w:r>
    </w:p>
    <w:p>
      <w:r>
        <w:rPr>
          <w:b/>
        </w:rPr>
        <w:t xml:space="preserve">[36:04] </w:t>
      </w:r>
      <w:r>
        <w:t>alast nafsan. it means, was he not a human being. was he not a human being.</w:t>
      </w:r>
    </w:p>
    <w:p>
      <w:pPr>
        <w:jc w:val="right"/>
      </w:pPr>
      <w:r>
        <w:t>अले सत नफ्सन। इट मींस, वाज़ ही नॉट अ ह्यूमन बीइंग। वाज़ ही नॉट अ ह्यूमन बीइंग।</w:t>
      </w:r>
    </w:p>
    <w:p>
      <w:r>
        <w:rPr>
          <w:b/>
        </w:rPr>
        <w:t xml:space="preserve">[36:18] </w:t>
      </w:r>
      <w:r>
        <w:t>" it means that the prophet of islam discovered a community between himself and that non muslim.</w:t>
      </w:r>
    </w:p>
    <w:p>
      <w:pPr>
        <w:jc w:val="right"/>
      </w:pPr>
      <w:r>
        <w:t>" इट मींस दैट द प्रोफेट ऑफ इस्लाम डिस्कवर्ड अ कम्युनिटी बिटवीन हिमसेल्फ एंड दैट नॉन मुस्लिम।</w:t>
      </w:r>
    </w:p>
    <w:p>
      <w:r>
        <w:rPr>
          <w:b/>
        </w:rPr>
        <w:t xml:space="preserve">[36:34] </w:t>
      </w:r>
      <w:r>
        <w:t>it means that, also, our raza is different. also, our culture is different.</w:t>
      </w:r>
    </w:p>
    <w:p>
      <w:pPr>
        <w:jc w:val="right"/>
      </w:pPr>
      <w:r>
        <w:t>इट मींस दैट, आल्सो, आवर रेजर इज़ डिफरेंट। आल्सो, आवर कल्चर इज़ डिफरेंट।</w:t>
      </w:r>
    </w:p>
    <w:p>
      <w:r>
        <w:rPr>
          <w:b/>
        </w:rPr>
        <w:t xml:space="preserve">[36:45] </w:t>
      </w:r>
      <w:r>
        <w:t>also, our community is different. but, at the same time, we both are human being. we both are creation of god. this is the true spirituality.</w:t>
      </w:r>
    </w:p>
    <w:p>
      <w:pPr>
        <w:jc w:val="right"/>
      </w:pPr>
      <w:r>
        <w:t>आल्सो, आवर कम्युनिटी इज़ डिफरेंट। बट, एट द सेम टाइम, वी बोथ आर ह्यूमन बीइंग। वी बोथ आर क्रिएशन ऑफ गॉड। दिस इज़ द ट्रू स्पिरिचुअलिटी।</w:t>
      </w:r>
    </w:p>
    <w:p>
      <w:r>
        <w:rPr>
          <w:b/>
        </w:rPr>
        <w:t xml:space="preserve">[37:01] </w:t>
      </w:r>
      <w:r>
        <w:t>this is the true spirituality.</w:t>
      </w:r>
    </w:p>
    <w:p>
      <w:pPr>
        <w:jc w:val="right"/>
      </w:pPr>
      <w:r>
        <w:t>दिस इज़ द ट्रू स्पिरिचुअलिटी।</w:t>
      </w:r>
    </w:p>
    <w:p>
      <w:r>
        <w:rPr>
          <w:b/>
        </w:rPr>
        <w:t xml:space="preserve">[37:07] </w:t>
      </w:r>
      <w:r>
        <w:t>on seeing that, that, that jews body, he said, "alast nafsan, was he not a human being. also, we are different in some aspects. but, at the same time, we are human being. we both are creation of god." this is the true spirituality</w:t>
      </w:r>
    </w:p>
    <w:p>
      <w:pPr>
        <w:jc w:val="right"/>
      </w:pPr>
      <w:r>
        <w:t>ऑन सीइंग दैट, दैट, दैट ज्यूस बॉडी, ही सेड, "अले सत नफ्सन, वाज़ ही नॉट अ ह्यूमन बीइंग। आल्सो, वी आर डिफरेंट इन सम एस्पेक्ट्स। बट, एट द सेम टाइम, वी आर ह्यूमन बीइंग। वी बोथ आर क्रिएशन ऑफ गॉड।" दिस इज़ द ट्रू स्पिरिचुअलिटी</w:t>
      </w:r>
    </w:p>
    <w:p>
      <w:r>
        <w:rPr>
          <w:b/>
        </w:rPr>
        <w:t xml:space="preserve">[37:32] </w:t>
      </w:r>
      <w:r>
        <w:t>. the true spirit of islam. killing is not the spirit of islam. love is the spirit of islam. love, tolerance, passion. you know, the first verse of islam is, "bismillahirrahmanirrahim."</w:t>
      </w:r>
    </w:p>
    <w:p>
      <w:pPr>
        <w:jc w:val="right"/>
      </w:pPr>
      <w:r>
        <w:t>। द ट्रू स्पिरिट ऑफ इस्लाम। किलिंग इज़ नॉट द स्पिरिट ऑफ इस्लाम। लव इज़ द स्पिरिट ऑफ इस्लाम। लव, टॉलरेंस, पैशन। यू नो, द फर्स्ट वर्स ऑफ इस्लाम इज़, "बिस्मिल्लाहिर्रहमानिर्रहीम।"</w:t>
      </w:r>
    </w:p>
    <w:p>
      <w:r>
        <w:rPr>
          <w:b/>
        </w:rPr>
        <w:t xml:space="preserve">[37:53] </w:t>
      </w:r>
      <w:r>
        <w:t>then, the first verse of, of, of, of the chapter, "al fatiha, alhamdulillah rabbil alameen." here, you see that quran introduce god as rahim and rahman.</w:t>
      </w:r>
    </w:p>
    <w:p>
      <w:pPr>
        <w:jc w:val="right"/>
      </w:pPr>
      <w:r>
        <w:t>देन, द फर्स्ट वर्स ऑफ, ऑफ, ऑफ, ऑफ द चैप्टर, "अल फातिहा, अल्हम्दुलिल्लाह रब्बिल आलमीन।" हियर, यू सी दैट कुरान इंट्रोड्यूस गॉड एज रहीम एंड रहमान।</w:t>
      </w:r>
    </w:p>
    <w:p>
      <w:r>
        <w:rPr>
          <w:b/>
        </w:rPr>
        <w:t xml:space="preserve">[38:15] </w:t>
      </w:r>
      <w:r>
        <w:t>a source of compassion, source of barsi.</w:t>
      </w:r>
    </w:p>
    <w:p>
      <w:pPr>
        <w:jc w:val="right"/>
      </w:pPr>
      <w:r>
        <w:t>ए सोर्स ऑफ कंपैशन, सोर्स ऑफ बरसी।</w:t>
      </w:r>
    </w:p>
    <w:p>
      <w:r>
        <w:rPr>
          <w:b/>
        </w:rPr>
        <w:t xml:space="preserve">[38:24] </w:t>
      </w:r>
      <w:r>
        <w:t>and</w:t>
      </w:r>
    </w:p>
    <w:p>
      <w:pPr>
        <w:jc w:val="right"/>
      </w:pPr>
      <w:r>
        <w:t>एंड</w:t>
      </w:r>
    </w:p>
    <w:p>
      <w:r>
        <w:rPr>
          <w:b/>
        </w:rPr>
        <w:t xml:space="preserve">[38:25] </w:t>
      </w:r>
      <w:r>
        <w:t>prophet of islam, i said, "tahallaku bi khalaqillah. adopt divine character." it means that god is barsiful. so, you have to be barsiful. god is compassionate. so, you have to be compassionate. this is the true spirit of islam.</w:t>
      </w:r>
    </w:p>
    <w:p>
      <w:pPr>
        <w:jc w:val="right"/>
      </w:pPr>
      <w:r>
        <w:t>प्रोफेट ऑफ इस्लाम, आई सेड, "तखल्लकू बखलाकिल्लाह। अडॉप्ट डिवाइन कैरेक्टर।" इट मींस दैट गॉड इज़ बरसिफुल। सो, यू हैव टू बी बरसिफुल। गॉड इज़ कंपैशनेट। सो, यू हैव टू बी कंपैशनेट। दिस इज़ द ट्रू स्पिरिट ऑफ इस्लाम।</w:t>
      </w:r>
    </w:p>
    <w:p>
      <w:r>
        <w:rPr>
          <w:b/>
        </w:rPr>
        <w:t xml:space="preserve">[38:51] </w:t>
      </w:r>
      <w:r>
        <w:t>the prophet of islam used to rise early in the morning. and after morning prayer, he used to say, "allah mashhad, anal ibad kul ikhwa." every day in the morning,</w:t>
      </w:r>
    </w:p>
    <w:p>
      <w:pPr>
        <w:jc w:val="right"/>
      </w:pPr>
      <w:r>
        <w:t>द प्रोफेट ऑफ इस्लाम यूज़ टू राइज अर्ली इन द मॉर्निंग। एंड आफ्टर मॉर्निंग प्रेयर, ही यूज़ टू से, "अल्लाह मशहद, अनल इबाद कुल इखवा।" एवरी डे इन द मॉर्निंग,</w:t>
      </w:r>
    </w:p>
    <w:p>
      <w:r>
        <w:rPr>
          <w:b/>
        </w:rPr>
        <w:t xml:space="preserve">[39:14] </w:t>
      </w:r>
      <w:r>
        <w:t>"allah mashhad, allah mashhad, anal ibad kul ikhwa."</w:t>
      </w:r>
    </w:p>
    <w:p>
      <w:pPr>
        <w:jc w:val="right"/>
      </w:pPr>
      <w:r>
        <w:t>"अल्लाह मशहद, अल्लाह मशहद, अनल इबाद कुल इखवा।"</w:t>
      </w:r>
    </w:p>
    <w:p>
      <w:r>
        <w:rPr>
          <w:b/>
        </w:rPr>
        <w:t xml:space="preserve">[39:23] </w:t>
      </w:r>
      <w:r>
        <w:t>it means, "i bear witness." it means, "i bear witness that all human being are sisters or brothers to each other." this is the prophetic vision.</w:t>
      </w:r>
    </w:p>
    <w:p>
      <w:pPr>
        <w:jc w:val="right"/>
      </w:pPr>
      <w:r>
        <w:t>इट मींस, "आई हियर विटनेस।" इट मींस, "आई हियर विटनेस दैट ऑल ह्यूमन बीइंग आर सिस्टर्स और ब्रदर्स टू ईच अदर।" दिस इज़ द प्रोफेटिक विजन।</w:t>
      </w:r>
    </w:p>
    <w:p>
      <w:r>
        <w:rPr>
          <w:b/>
        </w:rPr>
        <w:t xml:space="preserve">[39:50] </w:t>
      </w:r>
      <w:r>
        <w:t>this is the prophetic thinking.</w:t>
      </w:r>
    </w:p>
    <w:p>
      <w:pPr>
        <w:jc w:val="right"/>
      </w:pPr>
      <w:r>
        <w:t>दिस इज़ द प्रोफेटिक थिंकिंग।</w:t>
      </w:r>
    </w:p>
    <w:p>
      <w:r>
        <w:rPr>
          <w:b/>
        </w:rPr>
        <w:t xml:space="preserve">[39:58] </w:t>
      </w:r>
      <w:r>
        <w:t>all human being are brothers and sisters to each other.</w:t>
      </w:r>
    </w:p>
    <w:p>
      <w:pPr>
        <w:jc w:val="right"/>
      </w:pPr>
      <w:r>
        <w:t>ऑल ह्यूमन बीइंग आर ब्रदर्स एंड सिस्टर्स टू ईच अदर।</w:t>
      </w:r>
    </w:p>
    <w:p>
      <w:r>
        <w:rPr>
          <w:b/>
        </w:rPr>
        <w:t xml:space="preserve">[40:06] </w:t>
      </w:r>
      <w:r>
        <w:t>den, you know, sufi is the expression of islamic spirituality. sufi is the expression of islamic spirituality. now, what is sufi?</w:t>
      </w:r>
    </w:p>
    <w:p>
      <w:pPr>
        <w:jc w:val="right"/>
      </w:pPr>
      <w:r>
        <w:t>देन, यू नो, सूफी इज़ द एक्सप्रेशन ऑफ इस्लामिक स्पिरिचुअलिटी। सूफी इज़ द एक्सप्रेशन ऑफ इस्लामिक स्पिरिचुअलिटी। नाउ, व्हाट इज़ सूफी?</w:t>
      </w:r>
    </w:p>
    <w:p>
      <w:r>
        <w:rPr>
          <w:b/>
        </w:rPr>
        <w:t xml:space="preserve">[40:24] </w:t>
      </w:r>
      <w:r>
        <w:t>what is tasawwuf?</w:t>
      </w:r>
    </w:p>
    <w:p>
      <w:pPr>
        <w:jc w:val="right"/>
      </w:pPr>
      <w:r>
        <w:t>व्हाट इज़ तसव्वुफ?</w:t>
      </w:r>
    </w:p>
    <w:p>
      <w:r>
        <w:rPr>
          <w:b/>
        </w:rPr>
        <w:t xml:space="preserve">[40:28] </w:t>
      </w:r>
      <w:r>
        <w:t>one sufi was asked, "what is tasawwuf?" he said, "tasawwuf means tasawwur. tasawwur means contemplation." to, islamic spirituality is based on contemplation.</w:t>
      </w:r>
    </w:p>
    <w:p>
      <w:pPr>
        <w:jc w:val="right"/>
      </w:pPr>
      <w:r>
        <w:t>वन सूफी वाज़ आस्क्ड, "व्हाट इज़ तसव्वुफ?" ही सेड, "तसव्वुफ मींस तसव्वुर। तसव्वुर मींस कंटेंप्लेशन।" तो, इस्लामिक स्पिरिचुअलिटी इज़ बेस्ड ऑन कंटेंप्लेशन।</w:t>
      </w:r>
    </w:p>
    <w:p>
      <w:r>
        <w:rPr>
          <w:b/>
        </w:rPr>
        <w:t xml:space="preserve">[40:51] </w:t>
      </w:r>
      <w:r>
        <w:t>yani, find, establish, content god through contemplation, through tasawwur, through tazakkur, through tadabbur.</w:t>
      </w:r>
    </w:p>
    <w:p>
      <w:pPr>
        <w:jc w:val="right"/>
      </w:pPr>
      <w:r>
        <w:t>यानी, फाइंड, एस्टेब्लिश, कंटेंट गॉड थ्रू कंटेंप्लेशन, थ्रू तसव्वुर, थ्रू तजक्कुर, थ्रू तदबुर।</w:t>
      </w:r>
    </w:p>
    <w:p>
      <w:r>
        <w:rPr>
          <w:b/>
        </w:rPr>
        <w:t xml:space="preserve">[41:12] </w:t>
      </w:r>
      <w:r>
        <w:t>its very important. very important.</w:t>
      </w:r>
    </w:p>
    <w:p>
      <w:pPr>
        <w:jc w:val="right"/>
      </w:pPr>
      <w:r>
        <w:t>इट्स वेरी इंपोर्टेंट। वेरी इंपोर्टेंट।</w:t>
      </w:r>
    </w:p>
    <w:p>
      <w:r>
        <w:rPr>
          <w:b/>
        </w:rPr>
        <w:t xml:space="preserve">[41:20] </w:t>
      </w:r>
      <w:r>
        <w:t>here, i would like to</w:t>
      </w:r>
    </w:p>
    <w:p>
      <w:pPr>
        <w:jc w:val="right"/>
      </w:pPr>
      <w:r>
        <w:t>हियर, आई वुड लाइक टू</w:t>
      </w:r>
    </w:p>
    <w:p>
      <w:r>
        <w:rPr>
          <w:b/>
        </w:rPr>
        <w:t xml:space="preserve">[41:25] </w:t>
      </w:r>
      <w:r>
        <w:t>tell you a hadith. this hadith tells us,</w:t>
      </w:r>
    </w:p>
    <w:p>
      <w:pPr>
        <w:jc w:val="right"/>
      </w:pPr>
      <w:r>
        <w:t>टेल यू अ हदीस। दिस हदीस टेल्स अस,</w:t>
      </w:r>
    </w:p>
    <w:p>
      <w:r>
        <w:rPr>
          <w:b/>
        </w:rPr>
        <w:t xml:space="preserve">[41:36] </w:t>
      </w:r>
      <w:r>
        <w:t>very gives us a very vivid picture of a spiritual person.</w:t>
      </w:r>
    </w:p>
    <w:p>
      <w:pPr>
        <w:jc w:val="right"/>
      </w:pPr>
      <w:r>
        <w:t>वेरी गिव्स अस अ वेरी विमिट पिक्चर ऑफ ए स्पिरिचुअल पर्सन।</w:t>
      </w:r>
    </w:p>
    <w:p>
      <w:r>
        <w:rPr>
          <w:b/>
        </w:rPr>
        <w:t xml:space="preserve">[41:45] </w:t>
      </w:r>
      <w:r>
        <w:t>the prophet of islam has said, "wal aaqil mal maghloob alaik nahi. antakoon lahu saat.</w:t>
      </w:r>
    </w:p>
    <w:p>
      <w:pPr>
        <w:jc w:val="right"/>
      </w:pPr>
      <w:r>
        <w:t>द प्रोफेट ऑफ इस्लाम हैज़ सेड, "वाल आकिल माल मगलूब अलाक नहीं। अंतकून लहु सात।</w:t>
      </w:r>
    </w:p>
    <w:p>
      <w:r>
        <w:rPr>
          <w:b/>
        </w:rPr>
        <w:t xml:space="preserve">[42:05] </w:t>
      </w:r>
      <w:r>
        <w:t>wal aqil mal maghloob alaak nahi.</w:t>
      </w:r>
    </w:p>
    <w:p>
      <w:pPr>
        <w:jc w:val="right"/>
      </w:pPr>
      <w:r>
        <w:t>वाल आकिल माल मगलूब अलाक नहीं।</w:t>
      </w:r>
    </w:p>
    <w:p>
      <w:r>
        <w:rPr>
          <w:b/>
        </w:rPr>
        <w:t xml:space="preserve">[42:10] </w:t>
      </w:r>
      <w:r>
        <w:t>antakoon lahu saat.</w:t>
      </w:r>
    </w:p>
    <w:p>
      <w:pPr>
        <w:jc w:val="right"/>
      </w:pPr>
      <w:r>
        <w:t>अंतकून लहु सात।</w:t>
      </w:r>
    </w:p>
    <w:p>
      <w:r>
        <w:rPr>
          <w:b/>
        </w:rPr>
        <w:t xml:space="preserve">[42:13] </w:t>
      </w:r>
      <w:r>
        <w:t>saat iradi fiha rabbus.</w:t>
      </w:r>
    </w:p>
    <w:p>
      <w:pPr>
        <w:jc w:val="right"/>
      </w:pPr>
      <w:r>
        <w:t>सात इरादी फिहा रब्बस।</w:t>
      </w:r>
    </w:p>
    <w:p>
      <w:r>
        <w:rPr>
          <w:b/>
        </w:rPr>
        <w:t xml:space="preserve">[42:18] </w:t>
      </w:r>
      <w:r>
        <w:t>wasat yahan se wa fiha nafsat.</w:t>
      </w:r>
    </w:p>
    <w:p>
      <w:pPr>
        <w:jc w:val="right"/>
      </w:pPr>
      <w:r>
        <w:t>वसात यहां से व फिहा नफ्सत।</w:t>
      </w:r>
    </w:p>
    <w:p>
      <w:r>
        <w:rPr>
          <w:b/>
        </w:rPr>
        <w:t xml:space="preserve">[42:24] </w:t>
      </w:r>
      <w:r>
        <w:t>wasat yatafakkar fiha qism allah.</w:t>
      </w:r>
    </w:p>
    <w:p>
      <w:pPr>
        <w:jc w:val="right"/>
      </w:pPr>
      <w:r>
        <w:t>वसात यतफक्कुर फिहा किस्म अल्लाह।</w:t>
      </w:r>
    </w:p>
    <w:p>
      <w:r>
        <w:rPr>
          <w:b/>
        </w:rPr>
        <w:t xml:space="preserve">[42:30] </w:t>
      </w:r>
      <w:r>
        <w:t>wasat yakhlu fiha lihajat mal maka mal mashar."</w:t>
      </w:r>
    </w:p>
    <w:p>
      <w:pPr>
        <w:jc w:val="right"/>
      </w:pPr>
      <w:r>
        <w:t>वसात यखलू फिहा लिहाजत मल मका मल मशर।"</w:t>
      </w:r>
    </w:p>
    <w:p>
      <w:r>
        <w:rPr>
          <w:b/>
        </w:rPr>
        <w:t xml:space="preserve">[42:39] </w:t>
      </w:r>
      <w:r>
        <w:t>this is the prophetic saying. to, prophet said that,</w:t>
      </w:r>
    </w:p>
    <w:p>
      <w:pPr>
        <w:jc w:val="right"/>
      </w:pPr>
      <w:r>
        <w:t>दिस इज़ द प्रोफेटिक सेइंग। तो, प्रोफेट सेड दैट,</w:t>
      </w:r>
    </w:p>
    <w:p>
      <w:r>
        <w:rPr>
          <w:b/>
        </w:rPr>
        <w:t xml:space="preserve">[42:47] </w:t>
      </w:r>
      <w:r>
        <w:t>"a wise man is one whose.</w:t>
      </w:r>
    </w:p>
    <w:p>
      <w:pPr>
        <w:jc w:val="right"/>
      </w:pPr>
      <w:r>
        <w:t>"अ वाइज मैन इज़ वन हुज़।</w:t>
      </w:r>
    </w:p>
    <w:p>
      <w:r>
        <w:rPr>
          <w:b/>
        </w:rPr>
        <w:t xml:space="preserve">[42:54] </w:t>
      </w:r>
      <w:r>
        <w:t>a wise man is one who has some moments, some spiritual moments. m o m e n t.</w:t>
      </w:r>
    </w:p>
    <w:p>
      <w:pPr>
        <w:jc w:val="right"/>
      </w:pPr>
      <w:r>
        <w:t>अ वाइज मैन इज़ वन हु हैज़ सम मोमेंट्स, सम स्पिरिचुअल मोमेंट्स। एम ओ एम ई एन टी।</w:t>
      </w:r>
    </w:p>
    <w:p>
      <w:r>
        <w:rPr>
          <w:b/>
        </w:rPr>
        <w:t xml:space="preserve">[43:07] </w:t>
      </w:r>
      <w:r>
        <w:t>a wise man is one who has some spiritual moments. what are those spiritual moments?" in this hadith, we find the four moments. four moments,</w:t>
      </w:r>
    </w:p>
    <w:p>
      <w:pPr>
        <w:jc w:val="right"/>
      </w:pPr>
      <w:r>
        <w:t>अ वाइज मैन इज़ वन हु हैज़ सम स्पिरिचुअल मोमेंट्स। व्हाट आर दो स्पिरिचुअल मोमेंट्स?" इन दिस हदीस, वी फाइंड द फोर मोमेंट्स। फोर मोमेंट्स,</w:t>
      </w:r>
    </w:p>
    <w:p>
      <w:r>
        <w:rPr>
          <w:b/>
        </w:rPr>
        <w:t xml:space="preserve">[43:26] </w:t>
      </w:r>
      <w:r>
        <w:t>char ghariyan.</w:t>
      </w:r>
    </w:p>
    <w:p>
      <w:pPr>
        <w:jc w:val="right"/>
      </w:pPr>
      <w:r>
        <w:t>चार घड़ियां।</w:t>
      </w:r>
    </w:p>
    <w:p>
      <w:r>
        <w:rPr>
          <w:b/>
        </w:rPr>
        <w:t xml:space="preserve">[43:31] </w:t>
      </w:r>
      <w:r>
        <w:t>first,</w:t>
      </w:r>
    </w:p>
    <w:p>
      <w:pPr>
        <w:jc w:val="right"/>
      </w:pPr>
      <w:r>
        <w:t>फर्स्ट,</w:t>
      </w:r>
    </w:p>
    <w:p>
      <w:r>
        <w:rPr>
          <w:b/>
        </w:rPr>
        <w:t xml:space="preserve">[43:35] </w:t>
      </w:r>
      <w:r>
        <w:t>unity rabba.</w:t>
      </w:r>
    </w:p>
    <w:p>
      <w:pPr>
        <w:jc w:val="right"/>
      </w:pPr>
      <w:r>
        <w:t>यूनिटी रब्बा।</w:t>
      </w:r>
    </w:p>
    <w:p>
      <w:r>
        <w:rPr>
          <w:b/>
        </w:rPr>
        <w:t xml:space="preserve">[43:39] </w:t>
      </w:r>
      <w:r>
        <w:t>whisper to god. literally, it means whisper to god. yani, when you are in community, community with the god, with god, in community of god. when you establish content with god,</w:t>
      </w:r>
    </w:p>
    <w:p>
      <w:pPr>
        <w:jc w:val="right"/>
      </w:pPr>
      <w:r>
        <w:t>विस्पर टू गॉड। लिटरली, इट मींस विस्पर टू गॉड। यानी, व्हेन यू आर इन कम्युनिटी, कम्युनिटी विद द गॉड, विद गॉड, इन कम्युनिटी ऑफ गॉड। व्हेन यू एस्टेब्लिश कंटेंट विद गॉड,</w:t>
      </w:r>
    </w:p>
    <w:p>
      <w:r>
        <w:rPr>
          <w:b/>
        </w:rPr>
        <w:t xml:space="preserve">[43:57] </w:t>
      </w:r>
      <w:r>
        <w:t>then there is a whisper. you make dua. you present your, your feelings.</w:t>
      </w:r>
    </w:p>
    <w:p>
      <w:pPr>
        <w:jc w:val="right"/>
      </w:pPr>
      <w:r>
        <w:t>देन देयर इज़ अ विस्पर। यू मेक दुआ। यू प्रेजेंट योर, योर फीलिंग्स।</w:t>
      </w:r>
    </w:p>
    <w:p>
      <w:r>
        <w:rPr>
          <w:b/>
        </w:rPr>
        <w:t xml:space="preserve">[44:09] </w:t>
      </w:r>
      <w:r>
        <w:t>you are, you are engaged in conversation with god. "o god, grave plority to you. o god, i am your servant. o god, i want this. i want that." so, this, this conversation with god, munajat.</w:t>
      </w:r>
    </w:p>
    <w:p>
      <w:pPr>
        <w:jc w:val="right"/>
      </w:pPr>
      <w:r>
        <w:t>यू आर, यू आर इंगेज्ड इन कन्वर्सेशन विद गॉड। "ओ गॉड, ग्रेव प्लोरिटी टू यू। ओ गॉड, आई एम योर सर्वेंट। ओ गॉड, आई वांट दिस। आई वांट दैट।" सो, दिस, दिस कन्वर्सेशन विद गॉड, मुनाजात।</w:t>
      </w:r>
    </w:p>
    <w:p>
      <w:r>
        <w:rPr>
          <w:b/>
        </w:rPr>
        <w:t xml:space="preserve">[44:29] </w:t>
      </w:r>
      <w:r>
        <w:t>to, first moment is that, you have to find some moments when you are, you are,</w:t>
      </w:r>
    </w:p>
    <w:p>
      <w:pPr>
        <w:jc w:val="right"/>
      </w:pPr>
      <w:r>
        <w:t>तो, फर्स्ट मोमेंट इज़ दैट, यू हैव टू फाइंड सम मोमेंट्स व्हेन यू आर, यू आर,</w:t>
      </w:r>
    </w:p>
    <w:p>
      <w:r>
        <w:rPr>
          <w:b/>
        </w:rPr>
        <w:t xml:space="preserve">[44:42] </w:t>
      </w:r>
      <w:r>
        <w:t>you feel nearness to god, presence of god.</w:t>
      </w:r>
    </w:p>
    <w:p>
      <w:pPr>
        <w:jc w:val="right"/>
      </w:pPr>
      <w:r>
        <w:t>यू फील नियरनेस टू गॉड, प्रेजेंस ऑफ गॉड।</w:t>
      </w:r>
    </w:p>
    <w:p>
      <w:r>
        <w:rPr>
          <w:b/>
        </w:rPr>
        <w:t xml:space="preserve">[44:50] </w:t>
      </w:r>
      <w:r>
        <w:t>when you feel presence of, when you leave presence of god, then there are some special kind of feelings in your heart, in your mind. that is munajat. that is conversation. that is whisper.</w:t>
      </w:r>
    </w:p>
    <w:p>
      <w:pPr>
        <w:jc w:val="right"/>
      </w:pPr>
      <w:r>
        <w:t>व्हेन यू फील प्रेजेंस ऑफ, व्हेन यू लीव प्रेजेंस ऑफ गॉड, देन देयर आर सम स्पेशल काइंड ऑफ फीलिंग्स इन योर हार्ट, इन योर माइंड। दैट इज़ मुनाजात। दैट इज़ कन्वर्सेशन। दैट इज़ विस्पर।</w:t>
      </w:r>
    </w:p>
    <w:p>
      <w:r>
        <w:rPr>
          <w:b/>
        </w:rPr>
        <w:t xml:space="preserve">[45:05] </w:t>
      </w:r>
      <w:r>
        <w:t>it is the first moment.</w:t>
      </w:r>
    </w:p>
    <w:p>
      <w:pPr>
        <w:jc w:val="right"/>
      </w:pPr>
      <w:r>
        <w:t>इट इज़ द फर्स्ट मोमेंट।</w:t>
      </w:r>
    </w:p>
    <w:p>
      <w:r>
        <w:rPr>
          <w:b/>
        </w:rPr>
        <w:t xml:space="preserve">[45:14] </w:t>
      </w:r>
      <w:r>
        <w:t>yani, this is a moment when creator and creature both are in community with each other.</w:t>
      </w:r>
    </w:p>
    <w:p>
      <w:pPr>
        <w:jc w:val="right"/>
      </w:pPr>
      <w:r>
        <w:t>यानी, दिस इज़ अ मोमेंट व्हेन क्रिएटर एंड क्रिएचर बोथ आर इन कम्युनिटी विद ईच अदर।</w:t>
      </w:r>
    </w:p>
    <w:p>
      <w:r>
        <w:rPr>
          <w:b/>
        </w:rPr>
        <w:t xml:space="preserve">[45:26] </w:t>
      </w:r>
      <w:r>
        <w:t>den, the second moment,</w:t>
      </w:r>
    </w:p>
    <w:p>
      <w:pPr>
        <w:jc w:val="right"/>
      </w:pPr>
      <w:r>
        <w:t>देन, द सेकंड मोमेंट,</w:t>
      </w:r>
    </w:p>
    <w:p>
      <w:r>
        <w:rPr>
          <w:b/>
        </w:rPr>
        <w:t xml:space="preserve">[45:33] </w:t>
      </w:r>
      <w:r>
        <w:t>that is introspection.</w:t>
      </w:r>
    </w:p>
    <w:p>
      <w:pPr>
        <w:jc w:val="right"/>
      </w:pPr>
      <w:r>
        <w:t>दैट इज़ इंट्रोस्पेक्शन।</w:t>
      </w:r>
    </w:p>
    <w:p>
      <w:r>
        <w:rPr>
          <w:b/>
        </w:rPr>
        <w:t xml:space="preserve">[45:41] </w:t>
      </w:r>
      <w:r>
        <w:t>yaas, nafs means introspection. to, to, to, the second moment is when you are engaged in introspection.</w:t>
      </w:r>
    </w:p>
    <w:p>
      <w:pPr>
        <w:jc w:val="right"/>
      </w:pPr>
      <w:r>
        <w:t>यास, नफ्स मींस इंट्रोस्पेक्शन। तो, तो, तो, द सेकंड मोमेंट इज़ व्हेन यू आर इंगेज्ड इन इंट्रोस्पेक्शन।</w:t>
      </w:r>
    </w:p>
    <w:p>
      <w:r>
        <w:rPr>
          <w:b/>
        </w:rPr>
        <w:t xml:space="preserve">[45:54] </w:t>
      </w:r>
      <w:r>
        <w:t>study yourself. thinking about yourself. finding your own fault. thinking about your duty.</w:t>
      </w:r>
    </w:p>
    <w:p>
      <w:pPr>
        <w:jc w:val="right"/>
      </w:pPr>
      <w:r>
        <w:t>स्टडी योरसेल्फ। थिंकिंग अबाउट योरसेल्फ। फाइंडिंग योर ओन फॉल्ट। थिंकिंग अबाउट योर ड्यूटी।</w:t>
      </w:r>
    </w:p>
    <w:p>
      <w:r>
        <w:rPr>
          <w:b/>
        </w:rPr>
        <w:t xml:space="preserve">[46:12] </w:t>
      </w:r>
      <w:r>
        <w:t>thinking about your responsibility. there is introspection. there is muhasaba. yahasaba nafs. so, the second moment is when you are,</w:t>
      </w:r>
    </w:p>
    <w:p>
      <w:pPr>
        <w:jc w:val="right"/>
      </w:pPr>
      <w:r>
        <w:t>थिंकिंग अबाउट योर रिस्पांसिबिलिटी। देयर इज़ इंट्रोस्पेक्शन। देयर इज़ मुहासबा। यहासबा नफ्स। सो, द सेकंड मोमेंट इज़ व्हेन यू आर,</w:t>
      </w:r>
    </w:p>
    <w:p>
      <w:r>
        <w:rPr>
          <w:b/>
        </w:rPr>
        <w:t xml:space="preserve">[46:30] </w:t>
      </w:r>
      <w:r>
        <w:t>you are engaged in muhasaba, in introspection. its very important.</w:t>
      </w:r>
    </w:p>
    <w:p>
      <w:pPr>
        <w:jc w:val="right"/>
      </w:pPr>
      <w:r>
        <w:t>यू आर इंगेज्ड इन मुहासबा, इन इंट्रोस्पेक्शन। इट्स वेरी इंपोर्टेंट।</w:t>
      </w:r>
    </w:p>
    <w:p>
      <w:r>
        <w:rPr>
          <w:b/>
        </w:rPr>
        <w:t xml:space="preserve">[46:41] </w:t>
      </w:r>
      <w:r>
        <w:t>you can say that is inner journey. if the first is outer journey, second is idhar.</w:t>
      </w:r>
    </w:p>
    <w:p>
      <w:pPr>
        <w:jc w:val="right"/>
      </w:pPr>
      <w:r>
        <w:t>यू कैन से दैट इज़ इनर जर्नी। इफ द फर्स्ट इज़ आउटर जर्नी, सेकंड इज़ इधर।</w:t>
      </w:r>
    </w:p>
    <w:p>
      <w:r>
        <w:rPr>
          <w:b/>
        </w:rPr>
        <w:t xml:space="preserve">[46:53] </w:t>
      </w:r>
      <w:r>
        <w:t>then, the third one is yatfakkur fiha qusala Allah.</w:t>
      </w:r>
    </w:p>
    <w:p>
      <w:pPr>
        <w:jc w:val="right"/>
      </w:pPr>
      <w:r>
        <w:t>देन, द थर्ड वन इज़ यतफक्कुर फिहा कुसुला अल्लाह।</w:t>
      </w:r>
    </w:p>
    <w:p>
      <w:r>
        <w:rPr>
          <w:b/>
        </w:rPr>
        <w:t xml:space="preserve">[47:03] </w:t>
      </w:r>
      <w:r>
        <w:t>that moment when you are contemplating in the creature of God. yatfakkur fiha qusala Allah. khuda ki karigari mein sochna.</w:t>
      </w:r>
    </w:p>
    <w:p>
      <w:pPr>
        <w:jc w:val="right"/>
      </w:pPr>
      <w:r>
        <w:t>दैट मोमेंट व्हेन यू आर कंटेंप्लेटिंग इन द क्रिएचर ऑफ गॉड। यतफक्कुर फिहा कुसुला अल्लाह। खुदा की कारीगरी में सोचना।</w:t>
      </w:r>
    </w:p>
    <w:p>
      <w:r>
        <w:rPr>
          <w:b/>
        </w:rPr>
        <w:t xml:space="preserve">[47:21] </w:t>
      </w:r>
      <w:r>
        <w:t>you are engaged</w:t>
      </w:r>
    </w:p>
    <w:p>
      <w:pPr>
        <w:jc w:val="right"/>
      </w:pPr>
      <w:r>
        <w:t>यू आर इंगेज्ड</w:t>
      </w:r>
    </w:p>
    <w:p>
      <w:r>
        <w:rPr>
          <w:b/>
        </w:rPr>
        <w:t xml:space="preserve">[47:25] </w:t>
      </w:r>
      <w:r>
        <w:t>in, in the, in, in the external world. you see flowers. you see trees. you see solar system. you see stars and planets. and then,</w:t>
      </w:r>
    </w:p>
    <w:p>
      <w:pPr>
        <w:jc w:val="right"/>
      </w:pPr>
      <w:r>
        <w:t>इन, इन द, इन, इन द एक्सटर्नल वर्ल्ड। यू सी फ्लावर्स। यू सी ट्रीज। यू सी सोलर सिस्टम। यू सी स्टार्स एंड प्लेनेट्स। एंड देन,</w:t>
      </w:r>
    </w:p>
    <w:p>
      <w:r>
        <w:rPr>
          <w:b/>
        </w:rPr>
        <w:t xml:space="preserve">[47:42] </w:t>
      </w:r>
      <w:r>
        <w:t>you find the gloria of God. who was a God who don't see sign. this is yatfakkur fiha qusala Allah.</w:t>
      </w:r>
    </w:p>
    <w:p>
      <w:pPr>
        <w:jc w:val="right"/>
      </w:pPr>
      <w:r>
        <w:t>यू फाइंड द ग्लोरिया ऑफ गॉड। हु वाज़ अ गॉड हु डोंट सी साइन। दिस इज़ यतफक्कुर फिहा कुसुला अल्लाह।</w:t>
      </w:r>
    </w:p>
    <w:p>
      <w:r>
        <w:rPr>
          <w:b/>
        </w:rPr>
        <w:t xml:space="preserve">[47:56] </w:t>
      </w:r>
      <w:r>
        <w:t>one sufi poet has said</w:t>
      </w:r>
    </w:p>
    <w:p>
      <w:pPr>
        <w:jc w:val="right"/>
      </w:pPr>
      <w:r>
        <w:t>वन सूफी पोएट हैज़ सेड</w:t>
      </w:r>
    </w:p>
    <w:p>
      <w:r>
        <w:rPr>
          <w:b/>
        </w:rPr>
        <w:t xml:space="preserve">[48:02] </w:t>
      </w:r>
      <w:r>
        <w:t>to this regard,</w:t>
      </w:r>
    </w:p>
    <w:p>
      <w:pPr>
        <w:jc w:val="right"/>
      </w:pPr>
      <w:r>
        <w:t>टू दिस रिगार्ड,</w:t>
      </w:r>
    </w:p>
    <w:p>
      <w:r>
        <w:rPr>
          <w:b/>
        </w:rPr>
        <w:t xml:space="preserve">[48:07] </w:t>
      </w:r>
      <w:r>
        <w:t>"barg darakhtan sab dar nazre hoshiyar. har barkhe tafatraj marat tere darbar." it is a persian line.</w:t>
      </w:r>
    </w:p>
    <w:p>
      <w:pPr>
        <w:jc w:val="right"/>
      </w:pPr>
      <w:r>
        <w:t>"बरग दरख्तान सब दर नजरे होशियार। हर बरखे तफतरेज मारत तेरे दरबार।" इट इज़ अ पर्शियन लाइन।</w:t>
      </w:r>
    </w:p>
    <w:p>
      <w:r>
        <w:rPr>
          <w:b/>
        </w:rPr>
        <w:t xml:space="preserve">[48:21] </w:t>
      </w:r>
      <w:r>
        <w:t>a persian sufi se, "barg darakhtan sab dar nazre hoshiyar. har barkhe tafatraj marat tere darbar." it means that every leaf of a tree,</w:t>
      </w:r>
    </w:p>
    <w:p>
      <w:pPr>
        <w:jc w:val="right"/>
      </w:pPr>
      <w:r>
        <w:t>अ पर्शियन सूफी से, "बरग दरख्तान सब दर नजरे होशियार। हर बरखे तफतरेज मारत तेरे दरबार।" इट मींस दैट एवरी लीफ ऑफ अ ट्री,</w:t>
      </w:r>
    </w:p>
    <w:p>
      <w:r>
        <w:rPr>
          <w:b/>
        </w:rPr>
        <w:t xml:space="preserve">[48:36] </w:t>
      </w:r>
      <w:r>
        <w:t>if a single leaf, is a great book of God. a single leaf, ek patti.</w:t>
      </w:r>
    </w:p>
    <w:p>
      <w:pPr>
        <w:jc w:val="right"/>
      </w:pPr>
      <w:r>
        <w:t>इफ ए सिंगल लीफ, इज़ अ ग्रेट बुक ऑफ गॉड। अ सिंगल लीफ, एक पत्ती।</w:t>
      </w:r>
    </w:p>
    <w:p>
      <w:r>
        <w:rPr>
          <w:b/>
        </w:rPr>
        <w:t xml:space="preserve">[48:51] </w:t>
      </w:r>
      <w:r>
        <w:t>barg darakhtan sab dar nazre hoshiyar. one with wise who can see the gloria of God.</w:t>
      </w:r>
    </w:p>
    <w:p>
      <w:pPr>
        <w:jc w:val="right"/>
      </w:pPr>
      <w:r>
        <w:t>बरग दरख्तान सब दर नजरे होशियार। वन विद वाइज हु कैन सी द ग्लोरिया ऑफ गॉड।</w:t>
      </w:r>
    </w:p>
    <w:p>
      <w:r>
        <w:rPr>
          <w:b/>
        </w:rPr>
        <w:t xml:space="preserve">[49:01] </w:t>
      </w:r>
      <w:r>
        <w:t>so, he find that every leaf has great story of God. har barkhe tafatraj marat tere darbar. in every, you can say that every leaf is a hisabik of God.</w:t>
      </w:r>
    </w:p>
    <w:p>
      <w:pPr>
        <w:jc w:val="right"/>
      </w:pPr>
      <w:r>
        <w:t>सो, ही फाइंड दैट एवरी लीफ हैज़ ग्रेट स्टोरी ऑफ गॉड। हर बरखे तफतरेज मारत तेरे दरबार। इन एवरी, यू कैन से दैट एवरी लीफ इज़ अ हिसाबिक ऑफ गॉड।</w:t>
      </w:r>
    </w:p>
    <w:p>
      <w:r>
        <w:rPr>
          <w:b/>
        </w:rPr>
        <w:t xml:space="preserve">[49:23] </w:t>
      </w:r>
      <w:r>
        <w:t>every leaf with tree is like a great hisabik of God.</w:t>
      </w:r>
    </w:p>
    <w:p>
      <w:pPr>
        <w:jc w:val="right"/>
      </w:pPr>
      <w:r>
        <w:t>एवरी लीफ विद ट्री इज़ लाइक अ ग्रेट हिसाबिक ऑफ गॉड।</w:t>
      </w:r>
    </w:p>
    <w:p>
      <w:r>
        <w:rPr>
          <w:b/>
        </w:rPr>
        <w:t xml:space="preserve">[49:32] </w:t>
      </w:r>
      <w:r>
        <w:t>this is yatfakkur fiha qusala Allah.</w:t>
      </w:r>
    </w:p>
    <w:p>
      <w:pPr>
        <w:jc w:val="right"/>
      </w:pPr>
      <w:r>
        <w:t>दिस इज़ यतफक्कुर फिहा कुसुला अल्लाह।</w:t>
      </w:r>
    </w:p>
    <w:p>
      <w:r>
        <w:rPr>
          <w:b/>
        </w:rPr>
        <w:t xml:space="preserve">[49:38] </w:t>
      </w:r>
      <w:r>
        <w:t>so, the and the fourth moment is that when you are engaged in your, in,</w:t>
      </w:r>
    </w:p>
    <w:p>
      <w:pPr>
        <w:jc w:val="right"/>
      </w:pPr>
      <w:r>
        <w:t>सो, द एंड द फोर्थ मोमेंट इज़ दैट व्हेन यू आर इंगेज्ड इन योर, इन,</w:t>
      </w:r>
    </w:p>
    <w:p>
      <w:r>
        <w:rPr>
          <w:b/>
        </w:rPr>
        <w:t xml:space="preserve">[49:52] </w:t>
      </w:r>
      <w:r>
        <w:t>in, in your leveryhood to earn something for your life. so, is the fourth item.</w:t>
      </w:r>
    </w:p>
    <w:p>
      <w:pPr>
        <w:jc w:val="right"/>
      </w:pPr>
      <w:r>
        <w:t>इन, इन योर लेवरीहुड टू अर्न समथिंग फॉर योर लाइफ। सो, इज़ द फोर्थ आइटम।</w:t>
      </w:r>
    </w:p>
    <w:p>
      <w:r>
        <w:rPr>
          <w:b/>
        </w:rPr>
        <w:t xml:space="preserve">[50:05] </w:t>
      </w:r>
      <w:r>
        <w:t>the first item is nearness to God. second item is introspection. third is contemplation about God. and fourth is engage yourself in Islamic activities. then, the about applied spirituality,</w:t>
      </w:r>
    </w:p>
    <w:p>
      <w:pPr>
        <w:jc w:val="right"/>
      </w:pPr>
      <w:r>
        <w:t>द फर्स्ट आइटम इज़ नियरनेस टू गॉड। सेकंड आइटम इज़ इंट्रोस्पेक्शन। थर्ड इज़ कंटेंप्लेशन अबाउट गॉड। एंड फोर्थ इज़ इंगेज योरसेल्फ इन इस्लामिक एक्टिविटीज। देन, द अबाउट अप्लाइड स्पिरिचुअलिटी,</w:t>
      </w:r>
    </w:p>
    <w:p>
      <w:r>
        <w:rPr>
          <w:b/>
        </w:rPr>
        <w:t xml:space="preserve">[50:33] </w:t>
      </w:r>
      <w:r>
        <w:t>sufi people has said, has said, "sulh kul." this is a sufi formula, "sulh kul." sulh kul means peace with all. peace with all.</w:t>
      </w:r>
    </w:p>
    <w:p>
      <w:pPr>
        <w:jc w:val="right"/>
      </w:pPr>
      <w:r>
        <w:t>सूफी पीपल हैज़ सेड, हैज़ सेड, "सुलह कुल।" दिस इज़ अ सूफी फार्मूला, "सुलह कुल।" सुलह कुल मींस पीस विद ऑल। पीस विद ऑल।</w:t>
      </w:r>
    </w:p>
    <w:p>
      <w:r>
        <w:rPr>
          <w:b/>
        </w:rPr>
        <w:t xml:space="preserve">[50:52] </w:t>
      </w:r>
      <w:r>
        <w:t>so, according to sufi people,</w:t>
      </w:r>
    </w:p>
    <w:p>
      <w:pPr>
        <w:jc w:val="right"/>
      </w:pPr>
      <w:r>
        <w:t>सो, अकॉर्डिंग टू सूफी पीपल,</w:t>
      </w:r>
    </w:p>
    <w:p>
      <w:r>
        <w:rPr>
          <w:b/>
        </w:rPr>
        <w:t xml:space="preserve">[50:57] </w:t>
      </w:r>
      <w:r>
        <w:t>and sufi people are those who are spiritual people, according to islamic people. to, you know, most sufi literature was written in persian.</w:t>
      </w:r>
    </w:p>
    <w:p>
      <w:pPr>
        <w:jc w:val="right"/>
      </w:pPr>
      <w:r>
        <w:t>एंड सूफी पीपल आर दोज़ हु आर स्पिरिचुअल पीपल, अकॉर्डिंग टू इस्लामिक पीपल। तो, यू नो, मोस्ट सूफी लिटरेचर वाज़ रिटन इन पर्शियन।</w:t>
      </w:r>
    </w:p>
    <w:p>
      <w:r>
        <w:rPr>
          <w:b/>
        </w:rPr>
        <w:t xml:space="preserve">[51:14] </w:t>
      </w:r>
      <w:r>
        <w:t>majority of sufi literature was compiled in persian. so, this is a, this formula is persian language, "sulh-e-kul." peace with all. we live in a society. to, what is the formula of living in a society?</w:t>
      </w:r>
    </w:p>
    <w:p>
      <w:pPr>
        <w:jc w:val="right"/>
      </w:pPr>
      <w:r>
        <w:t>मेजॉरिटी ऑफ सूफी लिटरेचर वाज़ कंपाइल्ड इन पर्शियन। सो, दिस इज़ अ, दिस फार्मूला इज़ पर्शियन लैंग्वेज, "सुलह कुल।" पीस विद ऑल। वी लीव इन अ सोसाइटी। तो, व्हाट इज़ द फार्मूला ऑफ लिविंग इन अ सोसाइटी?</w:t>
      </w:r>
    </w:p>
    <w:p>
      <w:r>
        <w:rPr>
          <w:b/>
        </w:rPr>
        <w:t xml:space="preserve">[51:34] </w:t>
      </w:r>
      <w:r>
        <w:t>that is sulh-e-kul. peace with all. with all means friend or foe both.</w:t>
      </w:r>
    </w:p>
    <w:p>
      <w:pPr>
        <w:jc w:val="right"/>
      </w:pPr>
      <w:r>
        <w:t>दैट इज़ सुलह कुल। पीस विद ऑल। विद ऑल मींस फ्रेंड और फोर्थ बोथ।</w:t>
      </w:r>
    </w:p>
    <w:p>
      <w:r>
        <w:rPr>
          <w:b/>
        </w:rPr>
        <w:t xml:space="preserve">[51:45] </w:t>
      </w:r>
      <w:r>
        <w:t>the same formula which was given by christ, "love your enemy." the foe, the same formula was given by, by sufi, "sulh-e-kul." peace with all.</w:t>
      </w:r>
    </w:p>
    <w:p>
      <w:pPr>
        <w:jc w:val="right"/>
      </w:pPr>
      <w:r>
        <w:t>द सेम फार्मूला व्हिच वाज़ गिवन बाय क्राइस्ट, "लव योर एनिमी।" द फोर्थ, द सेम फार्मूला वाज़ गिवन बाय, बाय सूफी, "सुलह कुल।" पीस विद ऑल।</w:t>
      </w:r>
    </w:p>
    <w:p>
      <w:r>
        <w:rPr>
          <w:b/>
        </w:rPr>
        <w:t xml:space="preserve">[52:05] </w:t>
      </w:r>
      <w:r>
        <w:t>one, once a muslim came to the prophet and asked, "o prophet, give me a master formula</w:t>
      </w:r>
    </w:p>
    <w:p>
      <w:pPr>
        <w:jc w:val="right"/>
      </w:pPr>
      <w:r>
        <w:t>वन, वंस अ मुस्लिम केम टू द प्रोफेट एंड आस्क, "ओ प्रोफेट, गिव मी अ मास्टर फार्मूला</w:t>
      </w:r>
    </w:p>
    <w:p>
      <w:r>
        <w:rPr>
          <w:b/>
        </w:rPr>
        <w:t xml:space="preserve">[52:22] </w:t>
      </w:r>
      <w:r>
        <w:t>to manage all the affairs of my life."</w:t>
      </w:r>
    </w:p>
    <w:p>
      <w:pPr>
        <w:jc w:val="right"/>
      </w:pPr>
      <w:r>
        <w:t>टू मैनेज ऑल द अफेयर्स ऑफ माय लाइफ।"</w:t>
      </w:r>
    </w:p>
    <w:p>
      <w:r>
        <w:rPr>
          <w:b/>
        </w:rPr>
        <w:t xml:space="preserve">[52:30] </w:t>
      </w:r>
      <w:r>
        <w:t>the prophet replied,</w:t>
      </w:r>
    </w:p>
    <w:p>
      <w:pPr>
        <w:jc w:val="right"/>
      </w:pPr>
      <w:r>
        <w:t>द प्रोफेट रिप्लाई,</w:t>
      </w:r>
    </w:p>
    <w:p>
      <w:r>
        <w:rPr>
          <w:b/>
        </w:rPr>
        <w:t xml:space="preserve">[52:36] </w:t>
      </w:r>
      <w:r>
        <w:t>"la tahsab. la tahsab. don't be angry. la tahsab. don't be angry." this is sulh-e-kul formula. this is sulh-e-kul formula, "la tahsab. don't be angry." means live with sulh.</w:t>
      </w:r>
    </w:p>
    <w:p>
      <w:pPr>
        <w:jc w:val="right"/>
      </w:pPr>
      <w:r>
        <w:t>"ला तहसब। ला तहसब। डोंट बी एंग्री। ला तहसब। डोंट बी एंग्री।" दिस इज़ सुलह कुल फार्मूला। दिस इज़ सुलह कुल फार्मूला, "ला तहसब। डोंट बी एंग्री।" मींस लीव विद सुलह।</w:t>
      </w:r>
    </w:p>
    <w:p>
      <w:r>
        <w:rPr>
          <w:b/>
        </w:rPr>
        <w:t xml:space="preserve">[53:00] </w:t>
      </w:r>
      <w:r>
        <w:t>the same formula is given in the quran, in these words, "as-sulhu khayr." as-sulhu khayr means</w:t>
      </w:r>
    </w:p>
    <w:p>
      <w:pPr>
        <w:jc w:val="right"/>
      </w:pPr>
      <w:r>
        <w:t>द सेम फार्मूला इज़ गिवन इन द कुरान, इन दिस वर्ड्स, "असुलह खैर।" असुलह खैर मींस</w:t>
      </w:r>
    </w:p>
    <w:p>
      <w:r>
        <w:rPr>
          <w:b/>
        </w:rPr>
        <w:t xml:space="preserve">[53:16] </w:t>
      </w:r>
      <w:r>
        <w:t>peaceful reconciliation is the best. as-sulhu khayr, peaceful reconciliation is the best.</w:t>
      </w:r>
    </w:p>
    <w:p>
      <w:pPr>
        <w:jc w:val="right"/>
      </w:pPr>
      <w:r>
        <w:t>वीक कंसोलेशन इज़ द बेस्ट। असुलह खैर, वीक कंसोलेशन इज़ द बेस्ट।</w:t>
      </w:r>
    </w:p>
    <w:p>
      <w:r>
        <w:rPr>
          <w:b/>
        </w:rPr>
        <w:t xml:space="preserve">[53:25] </w:t>
      </w:r>
      <w:r>
        <w:t>it means that at the time of controversy, you have to adopt a conciliatory course of action, rather than confrontation. confrontation course of action. this is as-sulhu khayr.</w:t>
      </w:r>
    </w:p>
    <w:p>
      <w:pPr>
        <w:jc w:val="right"/>
      </w:pPr>
      <w:r>
        <w:t>इट मींस दैट एट द टाइम ऑफ कंट्रोवर्सी, यू हैव टू अडॉप्ट कंसोलेटरी कोर्स ऑफ एक्शन, रादर देन कंफ्रंटेशन। कंफ्रंटेशन कोर्स ऑफ एक्शन। दिस इज़ असुलह खैर।</w:t>
      </w:r>
    </w:p>
    <w:p>
      <w:r>
        <w:rPr>
          <w:b/>
        </w:rPr>
        <w:t xml:space="preserve">[53:44] </w:t>
      </w:r>
      <w:r>
        <w:t>it means that no excuse for violence, no excuse of intolerance, no excuse of declaring that he is our enemy. this is our enemy. you have no right to declare that this or that person is your enemy. no right. because quran said, "as-sulhu khayr,</w:t>
      </w:r>
    </w:p>
    <w:p>
      <w:pPr>
        <w:jc w:val="right"/>
      </w:pPr>
      <w:r>
        <w:t>इट मींस दैट नो एक्सक्यूज़ फॉर वायलेंस, नो एक्सक्यूज़ ऑफ इनटोलरेंस, नो एक्सक्यूज़ ऑफ डिक्लेयरिंग दैट ही इज़ आवर एनिमी। दिस इज़ आवर एनिमी। यू हैव नो राइट टू डिक्लेयर दैट दिस और दैट पर्सन इज़ योर एनिमी। नो राइट। बिकॉज़ कुरान सेड, "असुलह खैर,</w:t>
      </w:r>
    </w:p>
    <w:p>
      <w:r>
        <w:rPr>
          <w:b/>
        </w:rPr>
        <w:t xml:space="preserve">[54:13] </w:t>
      </w:r>
      <w:r>
        <w:t>reconciliation is the best."</w:t>
      </w:r>
    </w:p>
    <w:p>
      <w:pPr>
        <w:jc w:val="right"/>
      </w:pPr>
      <w:r>
        <w:t>रीकंसोलेशन इज़ द बेस्ट।"</w:t>
      </w:r>
    </w:p>
    <w:p>
      <w:r>
        <w:rPr>
          <w:b/>
        </w:rPr>
        <w:t xml:space="preserve">[54:17] </w:t>
      </w:r>
      <w:r>
        <w:t>it means that if there is controversy, if there is enmity, if there is intolerance, you have to adopt</w:t>
      </w:r>
    </w:p>
    <w:p>
      <w:pPr>
        <w:jc w:val="right"/>
      </w:pPr>
      <w:r>
        <w:t>इट मींस दैट इफ देयर इज़ कंट्रोवर्सी, इफ देयर इज़ एनिमिटी, इफ देयर इज़ इनटोलरेंस, यू हैव टू अडॉप्ट</w:t>
      </w:r>
    </w:p>
    <w:p>
      <w:r>
        <w:rPr>
          <w:b/>
        </w:rPr>
        <w:t xml:space="preserve">[54:31] </w:t>
      </w:r>
      <w:r>
        <w:t>course of sulh, conciliatory course. you are not allowed to go to reaction. you are not allowed to go to war. all these things are haram in islam.</w:t>
      </w:r>
    </w:p>
    <w:p>
      <w:pPr>
        <w:jc w:val="right"/>
      </w:pPr>
      <w:r>
        <w:t>कोर्स ऑफ सुलह, कंसोलेटरी कोर्स। यू आर नॉट अलाउड टू गो टू रिएक्शन। यू आर नॉट अलाउड टू गो टू वॉर। ऑल दीज़ थिंग्स आर हराम इन इस्लाम।</w:t>
      </w:r>
    </w:p>
    <w:p>
      <w:r>
        <w:rPr>
          <w:b/>
        </w:rPr>
        <w:t xml:space="preserve">[54:48] </w:t>
      </w:r>
      <w:r>
        <w:t>as-sulhu khayr, reconciliation is the best.</w:t>
      </w:r>
    </w:p>
    <w:p>
      <w:pPr>
        <w:jc w:val="right"/>
      </w:pPr>
      <w:r>
        <w:t>असुलह खैर, रीकंसोलेशन इज़ द बेस्ट।</w:t>
      </w:r>
    </w:p>
    <w:p>
      <w:r>
        <w:rPr>
          <w:b/>
        </w:rPr>
        <w:t xml:space="preserve">[54:56] </w:t>
      </w:r>
      <w:r>
        <w:t>it means that at the time of controversy, at the time of enmity,</w:t>
      </w:r>
    </w:p>
    <w:p>
      <w:pPr>
        <w:jc w:val="right"/>
      </w:pPr>
      <w:r>
        <w:t>इट मींस दैट एट द टाइम ऑफ कंट्रोवर्सी, एट द टाइम ऑफ एनिमिटी,</w:t>
      </w:r>
    </w:p>
    <w:p>
      <w:r>
        <w:rPr>
          <w:b/>
        </w:rPr>
        <w:t xml:space="preserve">[55:04] </w:t>
      </w:r>
      <w:r>
        <w:t>at the time of provocation,</w:t>
      </w:r>
    </w:p>
    <w:p>
      <w:pPr>
        <w:jc w:val="right"/>
      </w:pPr>
      <w:r>
        <w:t>एट द टाइम ऑफ प्रोवोकेशन,</w:t>
      </w:r>
    </w:p>
    <w:p>
      <w:r>
        <w:rPr>
          <w:b/>
        </w:rPr>
        <w:t xml:space="preserve">[55:09] </w:t>
      </w:r>
      <w:r>
        <w:t>you have to keep positive thinking, positive behavior. unilaterally,</w:t>
      </w:r>
    </w:p>
    <w:p>
      <w:pPr>
        <w:jc w:val="right"/>
      </w:pPr>
      <w:r>
        <w:t>यू हैव टू कीप पॉजिटिव थिंकिंग, पॉजिटिव बिहेवियर। यूनिलैटरली,</w:t>
      </w:r>
    </w:p>
    <w:p>
      <w:r>
        <w:rPr>
          <w:b/>
        </w:rPr>
        <w:t xml:space="preserve">[55:16] </w:t>
      </w:r>
      <w:r>
        <w:t>as-sulhu khayr means you have to adopt unilaterally the path of peace. it is unilateralism.</w:t>
      </w:r>
    </w:p>
    <w:p>
      <w:pPr>
        <w:jc w:val="right"/>
      </w:pPr>
      <w:r>
        <w:t>असुलह खैर मींस यू हैव टू अडॉप्ट यूनिलैटरली द पाथ ऑफ पीस। इट इज़ यूनिलैटरलिज्म।</w:t>
      </w:r>
    </w:p>
    <w:p>
      <w:r>
        <w:rPr>
          <w:b/>
        </w:rPr>
        <w:t xml:space="preserve">[55:27] </w:t>
      </w:r>
      <w:r>
        <w:t>bilateralism is not in islam.</w:t>
      </w:r>
    </w:p>
    <w:p>
      <w:pPr>
        <w:jc w:val="right"/>
      </w:pPr>
      <w:r>
        <w:t>बायोलैटरलिज्म इज़ नॉट इन इस्लाम।</w:t>
      </w:r>
    </w:p>
    <w:p>
      <w:r>
        <w:rPr>
          <w:b/>
        </w:rPr>
        <w:t xml:space="preserve">[55:32] </w:t>
      </w:r>
      <w:r>
        <w:t>quran says that you have to adopt unilaterally path of peace, path of tolerance, path of love, path of compassion.</w:t>
      </w:r>
    </w:p>
    <w:p>
      <w:pPr>
        <w:jc w:val="right"/>
      </w:pPr>
      <w:r>
        <w:t>कुरान सेज दैट यू हैव टू अडॉप्ट यूनिलैटरली पाथ ऑफ पीस, पाथ ऑफ टॉलरेंस, पाथ ऑफ लव, पाथ ऑफ कंपैशन।</w:t>
      </w:r>
    </w:p>
    <w:p>
      <w:r>
        <w:rPr>
          <w:b/>
        </w:rPr>
        <w:t xml:space="preserve">[55:43] </w:t>
      </w:r>
      <w:r>
        <w:t>this is islam.</w:t>
      </w:r>
    </w:p>
    <w:p>
      <w:pPr>
        <w:jc w:val="right"/>
      </w:pPr>
      <w:r>
        <w:t>दिस इज़ इस्लाम।</w:t>
      </w:r>
    </w:p>
    <w:p>
      <w:r>
        <w:rPr>
          <w:b/>
        </w:rPr>
        <w:t xml:space="preserve">[55:50] </w:t>
      </w:r>
      <w:r>
        <w:t>all these things are very clear in islam. there is no ambiguity.</w:t>
      </w:r>
    </w:p>
    <w:p>
      <w:pPr>
        <w:jc w:val="right"/>
      </w:pPr>
      <w:r>
        <w:t>ऑल दीज़ थिंग्स आर वेरी क्लियर इन इस्लाम। देयर इज़ नो अंबिगुइटी।</w:t>
      </w:r>
    </w:p>
    <w:p>
      <w:r>
        <w:rPr>
          <w:b/>
        </w:rPr>
        <w:t xml:space="preserve">[55:58] </w:t>
      </w:r>
      <w:r>
        <w:t>no ambiguity.</w:t>
      </w:r>
    </w:p>
    <w:p>
      <w:pPr>
        <w:jc w:val="right"/>
      </w:pPr>
      <w:r>
        <w:t>नो अंबिगुइटी।</w:t>
      </w:r>
    </w:p>
    <w:p>
      <w:r>
        <w:rPr>
          <w:b/>
        </w:rPr>
        <w:t xml:space="preserve">[56:08] </w:t>
      </w:r>
      <w:r>
        <w:t>you know, you are living in a society, where every time there are some provocations, some kind of unpaid intuitions. but,</w:t>
      </w:r>
    </w:p>
    <w:p>
      <w:pPr>
        <w:jc w:val="right"/>
      </w:pPr>
      <w:r>
        <w:t>यू नो, यू आर लिविंग इन अ सोसाइटी, वेयर एवरी टाइम देयर आर सम प्रोवोकेशंस, सम काइंड ऑफ अनपेड इनट्यूशंस। बट,</w:t>
      </w:r>
    </w:p>
    <w:p>
      <w:r>
        <w:rPr>
          <w:b/>
        </w:rPr>
        <w:t xml:space="preserve">[56:22] </w:t>
      </w:r>
      <w:r>
        <w:t>we have to adopt</w:t>
      </w:r>
    </w:p>
    <w:p>
      <w:pPr>
        <w:jc w:val="right"/>
      </w:pPr>
      <w:r>
        <w:t>वी हैव टू अडॉप्ट</w:t>
      </w:r>
    </w:p>
    <w:p>
      <w:r>
        <w:rPr>
          <w:b/>
        </w:rPr>
        <w:t xml:space="preserve">[56:28] </w:t>
      </w:r>
      <w:r>
        <w:t>positive behavior.</w:t>
      </w:r>
    </w:p>
    <w:p>
      <w:pPr>
        <w:jc w:val="right"/>
      </w:pPr>
      <w:r>
        <w:t>पॉजिटिव बिहेवियर।</w:t>
      </w:r>
    </w:p>
    <w:p>
      <w:r>
        <w:rPr>
          <w:b/>
        </w:rPr>
        <w:t xml:space="preserve">[56:33] </w:t>
      </w:r>
      <w:r>
        <w:t>even in, even in negative situation, we have to react positively.</w:t>
      </w:r>
    </w:p>
    <w:p>
      <w:pPr>
        <w:jc w:val="right"/>
      </w:pPr>
      <w:r>
        <w:t>इवन इन, इवन इन नेगेटिव सिचुएशन, वी हैव टू रिएक्ट पॉजिटिवली।</w:t>
      </w:r>
    </w:p>
    <w:p>
      <w:r>
        <w:rPr>
          <w:b/>
        </w:rPr>
        <w:t xml:space="preserve">[56:42] </w:t>
      </w:r>
      <w:r>
        <w:t>even in a negative situation, we have to adopt, we have to react positively.</w:t>
      </w:r>
    </w:p>
    <w:p>
      <w:pPr>
        <w:jc w:val="right"/>
      </w:pPr>
      <w:r>
        <w:t>इवन इन अ नेगेटिव सिचुएशन, वी हैव टू अडॉप्ट, वी हैव टू रिएक्ट पॉजिटिवली।</w:t>
      </w:r>
    </w:p>
    <w:p>
      <w:r>
        <w:rPr>
          <w:b/>
        </w:rPr>
        <w:t xml:space="preserve">[56:52] </w:t>
      </w:r>
      <w:r>
        <w:t>I think that positive thinking is the greatest.</w:t>
      </w:r>
    </w:p>
    <w:p>
      <w:pPr>
        <w:jc w:val="right"/>
      </w:pPr>
      <w:r>
        <w:t>आई थिंक दैट पॉजिटिव थिंकिंग इज़ द ग्रेटेस्ट।</w:t>
      </w:r>
    </w:p>
    <w:p>
      <w:r>
        <w:rPr>
          <w:b/>
        </w:rPr>
        <w:t xml:space="preserve">[56:57] </w:t>
      </w:r>
      <w:r>
        <w:t>positive thinking is the, is the cracks of spirituality.</w:t>
      </w:r>
    </w:p>
    <w:p>
      <w:pPr>
        <w:jc w:val="right"/>
      </w:pPr>
      <w:r>
        <w:t>पॉजिटिव थिंकिंग इज़ द, इज़ द क्रेक्स ऑफ स्पिरिचुअलिटी।</w:t>
      </w:r>
    </w:p>
    <w:p>
      <w:r>
        <w:rPr>
          <w:b/>
        </w:rPr>
        <w:t xml:space="preserve">[57:02] </w:t>
      </w:r>
      <w:r>
        <w:t>and positive thinking is the greatest teaching of Islam.</w:t>
      </w:r>
    </w:p>
    <w:p>
      <w:pPr>
        <w:jc w:val="right"/>
      </w:pPr>
      <w:r>
        <w:t>एंड पॉजिटिव थिंकिंग इज़ द ग्रेटेस्ट टीचिंग ऑफ इस्लाम।</w:t>
      </w:r>
    </w:p>
    <w:p>
      <w:r>
        <w:rPr>
          <w:b/>
        </w:rPr>
        <w:t xml:space="preserve">[57:07] </w:t>
      </w:r>
      <w:r>
        <w:t>without positive thinking, there is no spirituality.</w:t>
      </w:r>
    </w:p>
    <w:p>
      <w:pPr>
        <w:jc w:val="right"/>
      </w:pPr>
      <w:r>
        <w:t>विदाउट पॉजिटिव थिंकिंग, देयर इज़ नो स्पिरिचुअलिटी।</w:t>
      </w:r>
    </w:p>
    <w:p>
      <w:r>
        <w:rPr>
          <w:b/>
        </w:rPr>
        <w:t xml:space="preserve">[57:11] </w:t>
      </w:r>
      <w:r>
        <w:t>without positive thinking, there is no peace.</w:t>
      </w:r>
    </w:p>
    <w:p>
      <w:pPr>
        <w:jc w:val="right"/>
      </w:pPr>
      <w:r>
        <w:t>विदाउट पॉजिटिव थिंकिंग, देयर इज़ नो पीस।</w:t>
      </w:r>
    </w:p>
    <w:p>
      <w:r>
        <w:rPr>
          <w:b/>
        </w:rPr>
        <w:t xml:space="preserve">[57:15] </w:t>
      </w:r>
      <w:r>
        <w:t>without positive thinking, there is no religion.</w:t>
      </w:r>
    </w:p>
    <w:p>
      <w:pPr>
        <w:jc w:val="right"/>
      </w:pPr>
      <w:r>
        <w:t>विदाउट पॉजिटिव थिंकिंग, देयर इज़ नो रिलीजन।</w:t>
      </w:r>
    </w:p>
    <w:p>
      <w:r>
        <w:rPr>
          <w:b/>
        </w:rPr>
        <w:t xml:space="preserve">[57:19] </w:t>
      </w:r>
      <w:r>
        <w:t>without positive thinking, there is no Islam.</w:t>
      </w:r>
    </w:p>
    <w:p>
      <w:pPr>
        <w:jc w:val="right"/>
      </w:pPr>
      <w:r>
        <w:t>विदाउट पॉजिटिव थिंकिंग, देयर इज़ नो इस्लाम।</w:t>
      </w:r>
    </w:p>
    <w:p>
      <w:r>
        <w:rPr>
          <w:b/>
        </w:rPr>
        <w:t xml:space="preserve">[57:25] </w:t>
      </w:r>
      <w:r>
        <w:t>without positive thinking, there is no islam.</w:t>
      </w:r>
    </w:p>
    <w:p>
      <w:pPr>
        <w:jc w:val="right"/>
      </w:pPr>
      <w:r>
        <w:t>विदाउट पॉजिटिव थिंकिंग, देयर इज़ नो इस्लाम。</w:t>
      </w:r>
    </w:p>
    <w:p>
      <w:r>
        <w:rPr>
          <w:b/>
        </w:rPr>
        <w:t xml:space="preserve">[57:34] </w:t>
      </w:r>
      <w:r>
        <w:t>so, you have to, if you want to know what is islam, you have to study islamic scriptures.</w:t>
      </w:r>
    </w:p>
    <w:p>
      <w:pPr>
        <w:jc w:val="right"/>
      </w:pPr>
      <w:r>
        <w:t>सो, यू हैव टू, इफ यू वांट टू नो व्हाट इज़ इस्लाम, यू हैव टू स्टडी इस्लामिक स्क्रिप्चर्स।</w:t>
      </w:r>
    </w:p>
    <w:p>
      <w:r>
        <w:rPr>
          <w:b/>
        </w:rPr>
        <w:t xml:space="preserve">[57:47] </w:t>
      </w:r>
      <w:r>
        <w:t>muslims are not source of islam. muslims claim to be followers</w:t>
      </w:r>
    </w:p>
    <w:p>
      <w:pPr>
        <w:jc w:val="right"/>
      </w:pPr>
      <w:r>
        <w:t>मुस्लिम्स आर नॉट सोर्स ऑफ इस्लाम। मुस्लिम्स क्लेम टू बी फॉलोवर्स</w:t>
      </w:r>
    </w:p>
    <w:p>
      <w:r>
        <w:rPr>
          <w:b/>
        </w:rPr>
        <w:t xml:space="preserve">[57:53] </w:t>
      </w:r>
      <w:r>
        <w:t>of islam. so, you have to judge muslims by the teaching of islam, by the sacred books. muslim themselves are not source of islam.</w:t>
      </w:r>
    </w:p>
    <w:p>
      <w:pPr>
        <w:jc w:val="right"/>
      </w:pPr>
      <w:r>
        <w:t>ऑफ इस्लाम। सो, यू हैव टू जज मुस्लिम्स बाय द टीचिंग ऑफ इस्लाम, बाय द सेक्रेड बुक्स। मुस्लिम देमसेल्व्स आर नॉट सोर्स ऑफ इस्लाम।</w:t>
      </w:r>
    </w:p>
    <w:p>
      <w:r>
        <w:rPr>
          <w:b/>
        </w:rPr>
        <w:t xml:space="preserve">[58:07] </w:t>
      </w:r>
      <w:r>
        <w:t>so, all the base, all the teachings of islam is based on positive, on positive thinking, according to my study, according to my experience.</w:t>
      </w:r>
    </w:p>
    <w:p>
      <w:pPr>
        <w:jc w:val="right"/>
      </w:pPr>
      <w:r>
        <w:t>सो, ऑल द बेस, ऑल द टीचिंग्स ऑफ इस्लाम इज़ बेस्ड ऑन पॉजिटिव, ऑन पॉजिटिव थिंकिंग, अकॉर्डिंग टू माय स्टडी, अकॉर्डिंग टू माय एक्सपीरियंस।</w:t>
      </w:r>
    </w:p>
    <w:p>
      <w:r>
        <w:rPr>
          <w:b/>
        </w:rPr>
        <w:t xml:space="preserve">[58:20] </w:t>
      </w:r>
      <w:r>
        <w:t>positive thinking means</w:t>
      </w:r>
    </w:p>
    <w:p>
      <w:pPr>
        <w:jc w:val="right"/>
      </w:pPr>
      <w:r>
        <w:t>पॉजिटिव थिंकिंग मींस</w:t>
      </w:r>
    </w:p>
    <w:p>
      <w:r>
        <w:rPr>
          <w:b/>
        </w:rPr>
        <w:t xml:space="preserve">[58:24] </w:t>
      </w:r>
      <w:r>
        <w:t>keeping yourself unilaterally on positive values. because every time there are provocative situation in our society, our society is just love, just like a rose plant. you see, every rose plant has some flowers, at the same time some thorns.</w:t>
      </w:r>
    </w:p>
    <w:p>
      <w:pPr>
        <w:jc w:val="right"/>
      </w:pPr>
      <w:r>
        <w:t>कीपिंग योरसेल्फ यूनिलैटरली ऑन पॉजिटिव वैल्यूज। बिकॉज़ एवरी टाइम देयर आर प्रोवोकेटिव सिचुएशन इन आवर सोसाइटी, आवर सोसाइटी इज़ जस्ट लव, जस्ट लाइक अ रोज प्लांट। यू सी, एवरी रोज प्लांट हैज़ सम फ्लावर्स, एट द सेम टाइम सम थॉट्स।</w:t>
      </w:r>
    </w:p>
    <w:p>
      <w:r>
        <w:rPr>
          <w:b/>
        </w:rPr>
        <w:t xml:space="preserve">[58:48] </w:t>
      </w:r>
      <w:r>
        <w:t>so, if you are wise person, you will avoid thorns and you will take the rose. rose. so, in the case of life, islamic life, you have to ignore all those thorns and you have to</w:t>
      </w:r>
    </w:p>
    <w:p>
      <w:pPr>
        <w:jc w:val="right"/>
      </w:pPr>
      <w:r>
        <w:t>सो, इफ यू आर वाइस पर्सन, यू विल अवॉइड थॉट्स एंड यू विल टेक द रोज़। रोज़। सो, इन द केस ऑफ लाइफ, इस्लामिक लाइफ, यू हैव टू इग्नोर ऑल दोज़ थॉट्स एंड यू हैव टू</w:t>
      </w:r>
    </w:p>
    <w:p>
      <w:r>
        <w:rPr>
          <w:b/>
        </w:rPr>
        <w:t xml:space="preserve">[59:10] </w:t>
      </w:r>
      <w:r>
        <w:t>to take flowers.</w:t>
      </w:r>
    </w:p>
    <w:p>
      <w:pPr>
        <w:jc w:val="right"/>
      </w:pPr>
      <w:r>
        <w:t>टू टेक फ्लावर्स।</w:t>
      </w:r>
    </w:p>
    <w:p>
      <w:r>
        <w:rPr>
          <w:b/>
        </w:rPr>
        <w:t xml:space="preserve">[59:15] </w:t>
      </w:r>
      <w:r>
        <w:t>this is the islamic behavior demonstrated in nature. nature is also a, a, a demonstration of divine character. you know, in, in, in nature, in the universe, there is no negativity. no</w:t>
      </w:r>
    </w:p>
    <w:p>
      <w:pPr>
        <w:jc w:val="right"/>
      </w:pPr>
      <w:r>
        <w:t>दिस इज़ द इस्लामिक बिहेवियर डेमोंस्ट्रेटेड इन नेचर। नेचर इज़ आल्सो अ, अ, अ डेमोंस्ट्रेशन ऑफ डिवाइन कैरेक्टर। यू नो, इन, इन, इन नेचर, इन द यूनिवर्स, देयर इज़ नो नेगेटिविटी। नो</w:t>
      </w:r>
    </w:p>
    <w:p>
      <w:r>
        <w:rPr>
          <w:b/>
        </w:rPr>
        <w:t xml:space="preserve">[59:38] </w:t>
      </w:r>
      <w:r>
        <w:t>negativity. the whole universe, all the nature, every part of the nature is based on, on positivity.</w:t>
      </w:r>
    </w:p>
    <w:p>
      <w:pPr>
        <w:jc w:val="right"/>
      </w:pPr>
      <w:r>
        <w:t>नेगेटिविटी। द होल यूनिवर्स, ऑल द नेचर, एवरी पार्ट ऑफ द नेचर इज़ बेस्ड ऑन, ऑन पॉजिटिविटी।</w:t>
      </w:r>
    </w:p>
    <w:p>
      <w:r>
        <w:rPr>
          <w:b/>
        </w:rPr>
        <w:t xml:space="preserve">[59:53] </w:t>
      </w:r>
      <w:r>
        <w:t>there is a hadith, "in love the</w:t>
      </w:r>
    </w:p>
    <w:p>
      <w:pPr>
        <w:jc w:val="right"/>
      </w:pPr>
      <w:r>
        <w:t>देयर इज़ अ हदीस, "इन लव द</w:t>
      </w:r>
    </w:p>
    <w:p>
      <w:r>
        <w:rPr>
          <w:b/>
        </w:rPr>
        <w:t xml:space="preserve">[59:59] </w:t>
      </w:r>
      <w:r>
        <w:t>if you are not able to live as a useful person, so you have to live as a harmless person."</w:t>
      </w:r>
    </w:p>
    <w:p>
      <w:pPr>
        <w:jc w:val="right"/>
      </w:pPr>
      <w:r>
        <w:t>इफ यू आर नॉट एबल टू लिव एज अ यूज़फुल पर्सन, सो यू हैव टू लिव एज अ हार्मलेस पर्सन।"</w:t>
      </w:r>
    </w:p>
    <w:p>
      <w:r>
        <w:rPr>
          <w:b/>
        </w:rPr>
        <w:t xml:space="preserve">[1:00:11] </w:t>
      </w:r>
      <w:r>
        <w:t>if you are, if you are not in a position to give something to your society,</w:t>
      </w:r>
    </w:p>
    <w:p>
      <w:pPr>
        <w:jc w:val="right"/>
      </w:pPr>
      <w:r>
        <w:t>इफ यू आर, इफ यू आर नॉट इन अ पोजीशन टू गिव समथिंग टू योर सोसाइटी,</w:t>
      </w:r>
    </w:p>
    <w:p>
      <w:r>
        <w:rPr>
          <w:b/>
        </w:rPr>
        <w:t xml:space="preserve">[1:00:17] </w:t>
      </w:r>
      <w:r>
        <w:t>to keep yourself, make yourself harmless, save others from your heart.</w:t>
      </w:r>
    </w:p>
    <w:p>
      <w:pPr>
        <w:jc w:val="right"/>
      </w:pPr>
      <w:r>
        <w:t>तो कीप योरसेल्फ, मेक योरसेल्फ हार्मलेस, सेव अदर्स फ्रॉम योर हार्ट।</w:t>
      </w:r>
    </w:p>
    <w:p>
      <w:r>
        <w:rPr>
          <w:b/>
        </w:rPr>
        <w:t xml:space="preserve">[1:00:30] </w:t>
      </w:r>
      <w:r>
        <w:t>this is the islamic spirituality in the islamic behavior.</w:t>
      </w:r>
    </w:p>
    <w:p>
      <w:pPr>
        <w:jc w:val="right"/>
      </w:pPr>
      <w:r>
        <w:t>दिस इज़ द इस्लामिक स्पिरिचुअलिटी इन द इस्लामिक बिहेवियर।</w:t>
      </w:r>
    </w:p>
    <w:p>
      <w:r>
        <w:rPr>
          <w:b/>
        </w:rPr>
        <w:t xml:space="preserve">[1:00:36] </w:t>
      </w:r>
      <w:r>
        <w:t>according to, I have studied Islam through original sources, through Quran and Hadith, and during my study, I</w:t>
      </w:r>
    </w:p>
    <w:p>
      <w:pPr>
        <w:jc w:val="right"/>
      </w:pPr>
      <w:r>
        <w:t>अकॉर्डिंग टू, आई हैव स्टडीड इस्लाम थ्रू ओरिजिनल सोर्सेस, थ्रू कुरान एंड हदीस, एंड ड्यूरिंग माय स्टडी, आई</w:t>
      </w:r>
    </w:p>
    <w:p>
      <w:r>
        <w:rPr>
          <w:b/>
        </w:rPr>
        <w:t xml:space="preserve">[1:00:46] </w:t>
      </w:r>
      <w:r>
        <w:t>found that this is the Islam.</w:t>
      </w:r>
    </w:p>
    <w:p>
      <w:pPr>
        <w:jc w:val="right"/>
      </w:pPr>
      <w:r>
        <w:t>फाउंड दैट दिस इज़ द इस्लाम।</w:t>
      </w:r>
    </w:p>
    <w:p>
      <w:r>
        <w:rPr>
          <w:b/>
        </w:rPr>
        <w:t xml:space="preserve">[1:00:50] </w:t>
      </w:r>
      <w:r>
        <w:t>So, in the last, in the end, I would like to say that, don't, if you want to</w:t>
      </w:r>
    </w:p>
    <w:p>
      <w:pPr>
        <w:jc w:val="right"/>
      </w:pPr>
      <w:r>
        <w:t>सो, इन द लास्ट, इन द एंड, आई वुड लाइक टू से दैट, डोंट, इफ यू वांट टू</w:t>
      </w:r>
    </w:p>
    <w:p>
      <w:r>
        <w:rPr>
          <w:b/>
        </w:rPr>
        <w:t xml:space="preserve">[1:00:56] </w:t>
      </w:r>
      <w:r>
        <w:t>know what is Islam, don't</w:t>
      </w:r>
    </w:p>
    <w:p>
      <w:pPr>
        <w:jc w:val="right"/>
      </w:pPr>
      <w:r>
        <w:t>नो व्हाट इज़ इस्लाम, डोंट</w:t>
      </w:r>
    </w:p>
    <w:p>
      <w:r>
        <w:rPr>
          <w:b/>
        </w:rPr>
        <w:t xml:space="preserve">[1:00:59] </w:t>
      </w:r>
      <w:r>
        <w:t>form your opinion by seeing, by simply seeing Muslims.</w:t>
      </w:r>
    </w:p>
    <w:p>
      <w:pPr>
        <w:jc w:val="right"/>
      </w:pPr>
      <w:r>
        <w:t>फॉर्म योर ओपिनियन बाय सीइंग, बाय सिंपली सीइंग मुस्लिम्स।</w:t>
      </w:r>
    </w:p>
    <w:p>
      <w:r>
        <w:rPr>
          <w:b/>
        </w:rPr>
        <w:t xml:space="preserve">[1:01:04] </w:t>
      </w:r>
      <w:r>
        <w:t>Muslims are not representative of Islam.</w:t>
      </w:r>
    </w:p>
    <w:p>
      <w:pPr>
        <w:jc w:val="right"/>
      </w:pPr>
      <w:r>
        <w:t>मुस्लिम्स आर नॉट रिप्रेजेंटेटिव ऑफ इस्लाम।</w:t>
      </w:r>
    </w:p>
    <w:p>
      <w:r>
        <w:rPr>
          <w:b/>
        </w:rPr>
        <w:t xml:space="preserve">[1:01:07] </w:t>
      </w:r>
      <w:r>
        <w:t>they claim that they are following Islam.</w:t>
      </w:r>
    </w:p>
    <w:p>
      <w:pPr>
        <w:jc w:val="right"/>
      </w:pPr>
      <w:r>
        <w:t>दे क्लेम दैट वे आर फॉलोइंग इस्लाम।</w:t>
      </w:r>
    </w:p>
    <w:p>
      <w:r>
        <w:rPr>
          <w:b/>
        </w:rPr>
        <w:t xml:space="preserve">[1:01:10] </w:t>
      </w:r>
      <w:r>
        <w:t>the source of Islam is sacred books.</w:t>
      </w:r>
    </w:p>
    <w:p>
      <w:pPr>
        <w:jc w:val="right"/>
      </w:pPr>
      <w:r>
        <w:t>द सोर्स ऑफ इस्लाम इज़ सेक्रेड बुक्स।</w:t>
      </w:r>
    </w:p>
    <w:p>
      <w:r>
        <w:rPr>
          <w:b/>
        </w:rPr>
        <w:t xml:space="preserve">[1:01:14] </w:t>
      </w:r>
      <w:r>
        <w:t>its sacred books, that is Quran and Hadith.</w:t>
      </w:r>
    </w:p>
    <w:p>
      <w:pPr>
        <w:jc w:val="right"/>
      </w:pPr>
      <w:r>
        <w:t>इट्स सेक्रेड बुक्स, दैट इज़ कुरान एंड हदीस।</w:t>
      </w:r>
    </w:p>
    <w:p>
      <w:r>
        <w:rPr>
          <w:b/>
        </w:rPr>
        <w:t xml:space="preserve">[1:01:20] </w:t>
      </w:r>
      <w:r>
        <w:t>thank you very much.</w:t>
      </w:r>
    </w:p>
    <w:p>
      <w:pPr>
        <w:jc w:val="right"/>
      </w:pPr>
      <w:r>
        <w:t>थैंक यू वेरी मच।</w:t>
      </w:r>
    </w:p>
    <w:p>
      <w:r>
        <w:rPr>
          <w:b/>
        </w:rPr>
        <w:t xml:space="preserve">[1:01:34] </w:t>
      </w:r>
      <w:r>
        <w:t>negativity is about Islam,</w:t>
      </w:r>
    </w:p>
    <w:p>
      <w:pPr>
        <w:jc w:val="right"/>
      </w:pPr>
      <w:r>
        <w:t>नेगेटिविटी इज़ अबाउट इस्लाम,</w:t>
      </w:r>
    </w:p>
    <w:p>
      <w:r>
        <w:rPr>
          <w:b/>
        </w:rPr>
        <w:t xml:space="preserve">[1:01:37] </w:t>
      </w:r>
      <w:r>
        <w:t>due to the conflict rise in our country.</w:t>
      </w:r>
    </w:p>
    <w:p>
      <w:pPr>
        <w:jc w:val="right"/>
      </w:pPr>
      <w:r>
        <w:t>ड्यू टू द कॉन्फ्लिक्ट राइज इन आवर कंट्री।</w:t>
      </w:r>
    </w:p>
    <w:p>
      <w:r>
        <w:rPr>
          <w:b/>
        </w:rPr>
        <w:t xml:space="preserve">[1:01:41] </w:t>
      </w:r>
      <w:r>
        <w:t>and then, you clearly said that Muslim, Islam is not a negative one.</w:t>
      </w:r>
    </w:p>
    <w:p>
      <w:pPr>
        <w:jc w:val="right"/>
      </w:pPr>
      <w:r>
        <w:t>एंड देन, यू क्लियरली सेड दैट मुस्लिम, इस्लाम इज़ नॉट अ नेगेटिव वन।</w:t>
      </w:r>
    </w:p>
    <w:p>
      <w:r>
        <w:rPr>
          <w:b/>
        </w:rPr>
        <w:t xml:space="preserve">[1:01:47] </w:t>
      </w:r>
      <w:r>
        <w:t>everything is in positive manner.</w:t>
      </w:r>
    </w:p>
    <w:p>
      <w:pPr>
        <w:jc w:val="right"/>
      </w:pPr>
      <w:r>
        <w:t>एवरीथिंग इज़ इन पॉजिटिव मैनर।</w:t>
      </w:r>
    </w:p>
    <w:p>
      <w:r>
        <w:rPr>
          <w:b/>
        </w:rPr>
        <w:t xml:space="preserve">[1:01:49] </w:t>
      </w:r>
      <w:r>
        <w:t>its like, what Christ said exactly, you, you are, Islam sacreds also saying that, a, peaceful, peaceful life</w:t>
      </w:r>
    </w:p>
    <w:p>
      <w:pPr>
        <w:jc w:val="right"/>
      </w:pPr>
      <w:r>
        <w:t>इट्स लाइक, व्हाट क्राइस्ट सेड एग्जैक्टली, यू, यू आर, इस्लाम सेक्रेड्स आल्सो सेइंग दैट, अ, पीसफुल, पीसफुल लाइफ</w:t>
      </w:r>
    </w:p>
    <w:p>
      <w:r>
        <w:rPr>
          <w:b/>
        </w:rPr>
        <w:t xml:space="preserve">[1:01:59] </w:t>
      </w:r>
      <w:r>
        <w:t>of, a, life that we, every human, have to live.</w:t>
      </w:r>
    </w:p>
    <w:p>
      <w:pPr>
        <w:jc w:val="right"/>
      </w:pPr>
      <w:r>
        <w:t>ऑफ, अ, लाइफ दैट वी, एवरी ह्यूमन, हैव टू लिव।</w:t>
      </w:r>
    </w:p>
    <w:p>
      <w:r>
        <w:rPr>
          <w:b/>
        </w:rPr>
        <w:t xml:space="preserve">[1:02:03] </w:t>
      </w:r>
      <w:r>
        <w:t>thank you very much for clarifying us and then, you enlighten</w:t>
      </w:r>
    </w:p>
    <w:p>
      <w:pPr>
        <w:jc w:val="right"/>
      </w:pPr>
      <w:r>
        <w:t>थैंक यू वेरी मच फॉर क्लेरिफाइंग अस एंड देन, यू एनलाइटन</w:t>
      </w:r>
    </w:p>
    <w:p>
      <w:r>
        <w:rPr>
          <w:b/>
        </w:rPr>
        <w:t xml:space="preserve">[1:02:07] </w:t>
      </w:r>
      <w:r>
        <w:t>about the spirituality of Islam.</w:t>
      </w:r>
    </w:p>
    <w:p>
      <w:pPr>
        <w:jc w:val="right"/>
      </w:pPr>
      <w:r>
        <w:t>अबाउट द स्पिरिचुअलिटी ऑफ इस्लाम।</w:t>
      </w:r>
    </w:p>
    <w:p>
      <w:r>
        <w:rPr>
          <w:b/>
        </w:rPr>
        <w:t xml:space="preserve">[1:02:10] </w:t>
      </w:r>
      <w:r>
        <w:t>thank you very much.</w:t>
      </w:r>
    </w:p>
    <w:p>
      <w:pPr>
        <w:jc w:val="right"/>
      </w:pPr>
      <w:r>
        <w:t>थैंक यू वेरी मच।</w:t>
      </w:r>
    </w:p>
    <w:p>
      <w:r>
        <w:rPr>
          <w:b/>
        </w:rPr>
        <w:t xml:space="preserve">[1:02:12] </w:t>
      </w:r>
      <w:r>
        <w:t>as per Islam,</w:t>
      </w:r>
    </w:p>
    <w:p>
      <w:pPr>
        <w:jc w:val="right"/>
      </w:pPr>
      <w:r>
        <w:t>एस पर इस्लाम,</w:t>
      </w:r>
    </w:p>
    <w:p>
      <w:r>
        <w:rPr>
          <w:b/>
        </w:rPr>
        <w:t xml:space="preserve">[1:02:13] </w:t>
      </w:r>
      <w:r>
        <w:t>the muslim has a relationship with the world, dai and madhu. if there relation of dai and madhu, why so much quarrel in the name of islam in the whole world?</w:t>
      </w:r>
    </w:p>
    <w:p>
      <w:pPr>
        <w:jc w:val="right"/>
      </w:pPr>
      <w:r>
        <w:t>द मुस्लिम हैज़ अ रिलेशनशिप विद द वर्ल्ड, दई एंड मधु। इफ देयर रिलेशन ऑफ दई एंड मधु, व्हाई सो मच क्वेरल इन द नेम ऑफ इस्लाम इन द होल वर्ल्ड?</w:t>
      </w:r>
    </w:p>
    <w:p>
      <w:r>
        <w:rPr>
          <w:b/>
        </w:rPr>
        <w:t xml:space="preserve">[1:02:24] </w:t>
      </w:r>
      <w:r>
        <w:t>this is very important question.</w:t>
      </w:r>
    </w:p>
    <w:p>
      <w:pPr>
        <w:jc w:val="right"/>
      </w:pPr>
      <w:r>
        <w:t>दिस इज़ वेरी इंपोर्टेंट क्वेश्चन।</w:t>
      </w:r>
    </w:p>
    <w:p>
      <w:r>
        <w:rPr>
          <w:b/>
        </w:rPr>
        <w:t xml:space="preserve">[1:02:29] </w:t>
      </w:r>
      <w:r>
        <w:t>all these quarrel and fighting, this phenomena of division from islam, the phenomena of following of islam.</w:t>
      </w:r>
    </w:p>
    <w:p>
      <w:pPr>
        <w:jc w:val="right"/>
      </w:pPr>
      <w:r>
        <w:t>ऑल दीज़ क्वेरल एंड फाइटिंग, दिस फिनोमिना ऑफ डिवीजन फ्रॉम इस्लाम, द फिनोमिना ऑफ फॉलोइंग ऑफ इस्लाम।</w:t>
      </w:r>
    </w:p>
    <w:p>
      <w:r>
        <w:rPr>
          <w:b/>
        </w:rPr>
        <w:t xml:space="preserve">[1:02:46] </w:t>
      </w:r>
      <w:r>
        <w:t>you say, any, why they are quarreling? why they are fighting? for language. simply for language. not for quran.</w:t>
      </w:r>
    </w:p>
    <w:p>
      <w:pPr>
        <w:jc w:val="right"/>
      </w:pPr>
      <w:r>
        <w:t>यू से, एनी, व्हाई दे आर क्वेरलिंग? व्हाई दे आर फाइटिंग? फॉर लैंग्वेज। सिंपली फॉर लैंग्वेज। नॉट फॉर कुरान।</w:t>
      </w:r>
    </w:p>
    <w:p>
      <w:r>
        <w:rPr>
          <w:b/>
        </w:rPr>
        <w:t xml:space="preserve">[1:02:57] </w:t>
      </w:r>
      <w:r>
        <w:t>these people dont want to convey the message of quran. they simply want to regain their language. they are not islam. there is fighting for language, not fighting for islam. because if they were,</w:t>
      </w:r>
    </w:p>
    <w:p>
      <w:pPr>
        <w:jc w:val="right"/>
      </w:pPr>
      <w:r>
        <w:t>दीज़ पीपल डोंट वांट टू कन्वे द मैसेज ऑफ कुरान। दे सिंपली वांट टू रिगेन देयर लैंग्वेज। दे आर नॉट इस्लाम। देयर इज़ फाइटिंग फॉर लैंग्वेज, नॉट फाइटिंग फॉर इस्लाम। बिकॉज़ इफ दे वेर,</w:t>
      </w:r>
    </w:p>
    <w:p>
      <w:r>
        <w:rPr>
          <w:b/>
        </w:rPr>
        <w:t xml:space="preserve">[1:03:18] </w:t>
      </w:r>
      <w:r>
        <w:t>if there, we are mujahid of islam,</w:t>
      </w:r>
    </w:p>
    <w:p>
      <w:pPr>
        <w:jc w:val="right"/>
      </w:pPr>
      <w:r>
        <w:t>इफ देयर, वे आर मुजाहिद ऑफ इस्लाम,</w:t>
      </w:r>
    </w:p>
    <w:p>
      <w:r>
        <w:rPr>
          <w:b/>
        </w:rPr>
        <w:t xml:space="preserve">[1:03:21] </w:t>
      </w:r>
      <w:r>
        <w:t>they have to cook to, to, to, to peaceful tawar. peaceful tawar. Here, I would like to give a very dear story. You know, the Prophet of Islam</w:t>
      </w:r>
    </w:p>
    <w:p>
      <w:pPr>
        <w:jc w:val="right"/>
      </w:pPr>
      <w:r>
        <w:t>दे हैव टू कुक टू, टू, टू, टू पीसफुल ताववर। पीसफुल ताववर। हियर, आई वुड लाइक टू गिव अ वेरी देर स्टोरी। यू नो, द प्रोफेट ऑफ इस्लाम</w:t>
      </w:r>
    </w:p>
    <w:p>
      <w:r>
        <w:rPr>
          <w:b/>
        </w:rPr>
        <w:t xml:space="preserve">[1:03:39] </w:t>
      </w:r>
      <w:r>
        <w:t>started his mission in makka, and there were so many atrocities, so many difficulties, so many enmities.</w:t>
      </w:r>
    </w:p>
    <w:p>
      <w:pPr>
        <w:jc w:val="right"/>
      </w:pPr>
      <w:r>
        <w:t>स्टार्टेड हिज मिशन इन मक्का, एंड देयर वेर सो मेनी अट्रॉसिटीज, सो मेनी डिफिकल्टीज, सो मेनी एनिमिटीज।</w:t>
      </w:r>
    </w:p>
    <w:p>
      <w:r>
        <w:rPr>
          <w:b/>
        </w:rPr>
        <w:t xml:space="preserve">[1:03:50] </w:t>
      </w:r>
      <w:r>
        <w:t>and after 30 years of struggle, he migrated from makka to madina. its very important to know that when he reach to madina, he address madina people.</w:t>
      </w:r>
    </w:p>
    <w:p>
      <w:pPr>
        <w:jc w:val="right"/>
      </w:pPr>
      <w:r>
        <w:t>एंड आफ्टर 30 इयर्स ऑफ स्ट्रगल, ही माइग्रेटेड फ्रॉम मक्का टू मदीना। इट्स वेरी इंपोर्टेंट टू नो दैट व्हेन ही रीच टू मदीना, ही एड्रेस मदीना पीपल।</w:t>
      </w:r>
    </w:p>
    <w:p>
      <w:r>
        <w:rPr>
          <w:b/>
        </w:rPr>
        <w:t xml:space="preserve">[1:04:10] </w:t>
      </w:r>
      <w:r>
        <w:t>his speech is recorded in different books, like seerah ibn hisham.</w:t>
      </w:r>
    </w:p>
    <w:p>
      <w:pPr>
        <w:jc w:val="right"/>
      </w:pPr>
      <w:r>
        <w:t>हिज स्पीच इज़ रिकॉर्डेड इन डिफरेंट बुक्स, लाइक सीरा इब्न हिशाम।</w:t>
      </w:r>
    </w:p>
    <w:p>
      <w:r>
        <w:rPr>
          <w:b/>
        </w:rPr>
        <w:t xml:space="preserve">[1:04:19] </w:t>
      </w:r>
      <w:r>
        <w:t>there is a heading, "ab khudbah in fath rasool Allah sallallahu alaihi wasallam in Madina."</w:t>
      </w:r>
    </w:p>
    <w:p>
      <w:pPr>
        <w:jc w:val="right"/>
      </w:pPr>
      <w:r>
        <w:t>देयर इज़ अ हेडिंग, "अब खुदबत इन फतह रसूल अल्लाह सल्लल्लाहु अलैहि वसल्लम इन मदीना।"</w:t>
      </w:r>
    </w:p>
    <w:p>
      <w:r>
        <w:rPr>
          <w:b/>
        </w:rPr>
        <w:t xml:space="preserve">[1:04:24] </w:t>
      </w:r>
      <w:r>
        <w:t>the first speech delivered by the prophet in Madina.</w:t>
      </w:r>
    </w:p>
    <w:p>
      <w:pPr>
        <w:jc w:val="right"/>
      </w:pPr>
      <w:r>
        <w:t>द फर्स्ट स्पीच डिलीवर्ड बाय द प्रोफेट इन मदीना।</w:t>
      </w:r>
    </w:p>
    <w:p>
      <w:r>
        <w:rPr>
          <w:b/>
        </w:rPr>
        <w:t xml:space="preserve">[1:04:29] </w:t>
      </w:r>
      <w:r>
        <w:t>the whole speech,</w:t>
      </w:r>
    </w:p>
    <w:p>
      <w:pPr>
        <w:jc w:val="right"/>
      </w:pPr>
      <w:r>
        <w:t>द होल स्पीच,</w:t>
      </w:r>
    </w:p>
    <w:p>
      <w:r>
        <w:rPr>
          <w:b/>
        </w:rPr>
        <w:t xml:space="preserve">[1:04:32] </w:t>
      </w:r>
      <w:r>
        <w:t>There is no reference about those atrocities, those side inspiration in Mecca.</w:t>
      </w:r>
    </w:p>
    <w:p>
      <w:pPr>
        <w:jc w:val="right"/>
      </w:pPr>
      <w:r>
        <w:t>देयर इज़ नो रेफरेंस अबाउट दोज़ अट्रॉसिटीज, दोज़ साइड इंस्पिरेशन इन मक्का।</w:t>
      </w:r>
    </w:p>
    <w:p>
      <w:r>
        <w:rPr>
          <w:b/>
        </w:rPr>
        <w:t xml:space="preserve">[1:04:41] </w:t>
      </w:r>
      <w:r>
        <w:t>no reference, no mention.</w:t>
      </w:r>
    </w:p>
    <w:p>
      <w:pPr>
        <w:jc w:val="right"/>
      </w:pPr>
      <w:r>
        <w:t>नो रेफरेंस, नो मेंशन।</w:t>
      </w:r>
    </w:p>
    <w:p>
      <w:r>
        <w:rPr>
          <w:b/>
        </w:rPr>
        <w:t xml:space="preserve">[1:04:44] </w:t>
      </w:r>
      <w:r>
        <w:t>Prophet of Islam has simply said, "I are not</w:t>
      </w:r>
    </w:p>
    <w:p>
      <w:pPr>
        <w:jc w:val="right"/>
      </w:pPr>
      <w:r>
        <w:t>प्रोफेट ऑफ इस्लाम हैज़ सिंपली सेड, "आई आर नॉट</w:t>
      </w:r>
    </w:p>
    <w:p>
      <w:r>
        <w:rPr>
          <w:b/>
        </w:rPr>
        <w:t xml:space="preserve">[1:04:49] </w:t>
      </w:r>
      <w:r>
        <w:t>itqannar balo fateh. o people, save yourself from hell. o people, save yourself from hell. from growth of god." there was no mention about all those atrocities happen in makka. so, this was the heart of, this was the prophetic vision.</w:t>
      </w:r>
    </w:p>
    <w:p>
      <w:pPr>
        <w:jc w:val="right"/>
      </w:pPr>
      <w:r>
        <w:t>इतकुन्नार बलो फतह। ओ पीपल, सेव योरसेल्फ फ्रॉम हेल। ओ पीपल, सेव योरसेल्फ फ्रॉम हेल। फ्रॉम ग्रॉथ ऑफ गॉड।" देयर वाज़ नो मेंशन अबाउट ऑल दोज़ अट्रॉसिटीज हैपन इन मक्का। सो, दिस वाज़ द हार्ट ऑफ, दिस वाज़ द प्रोफेटिक विजन।</w:t>
      </w:r>
    </w:p>
    <w:p>
      <w:r>
        <w:rPr>
          <w:b/>
        </w:rPr>
        <w:t xml:space="preserve">[1:05:18] </w:t>
      </w:r>
      <w:r>
        <w:t>now, all, all these people are fighting for language. and you cannot mention any simple saying or speech of prophet, where you can say, where he said that, "we want is language, want that language." no. so, all these fightings are muslim fighting. it is not islamic fighting.</w:t>
      </w:r>
    </w:p>
    <w:p>
      <w:pPr>
        <w:jc w:val="right"/>
      </w:pPr>
      <w:r>
        <w:t>नाउ, ऑल, ऑल दीज़ पीपल आर फाइटिंग फॉर लैंग्वेज। एंड यू कैन नॉट मेंशन एनी सिंपल सेइंग और स्पीच ऑफ प्रोफेट, वेयर यू कैन से, वेयर ही सेड दैट, "वी वांट इस लैंग्वेज, वांट दैट लैंग्वेज।" नो। सो, ऑल दीज़ फाइटिंग्स आर मुस्लिम फाइटिंग। इट इज़ नॉट इस्लामिक फाइटिंग।</w:t>
      </w:r>
    </w:p>
    <w:p>
      <w:r>
        <w:rPr>
          <w:b/>
        </w:rPr>
        <w:t xml:space="preserve">[1:05:47] </w:t>
      </w:r>
      <w:r>
        <w:t>shiv ne,</w:t>
      </w:r>
    </w:p>
    <w:p>
      <w:pPr>
        <w:jc w:val="right"/>
      </w:pPr>
      <w:r>
        <w:t>शिव ने,</w:t>
      </w:r>
    </w:p>
    <w:p>
      <w:r>
        <w:rPr>
          <w:b/>
        </w:rPr>
        <w:t xml:space="preserve">[1:05:50] </w:t>
      </w:r>
      <w:r>
        <w:t>"in the muslim countries, especially in saudi arabia and other things, i am relating my question to applied spirituality. in muslim countries, they give rather rigors punishments,</w:t>
      </w:r>
    </w:p>
    <w:p>
      <w:pPr>
        <w:jc w:val="right"/>
      </w:pPr>
      <w:r>
        <w:t>"इन द मुस्लिम कंट्रीज, एस्पेशली इन सऊदी अरेबिया एंड अदर थिंग्स, आई एम रिलेटिंग माय क्वेश्चन टू अप्लाइड स्पिरिचुअलिटी। इन मुस्लिम कंट्रीज, दे गिव रादर रिगर्स पनिशमेंट्स,</w:t>
      </w:r>
    </w:p>
    <w:p>
      <w:r>
        <w:rPr>
          <w:b/>
        </w:rPr>
        <w:t xml:space="preserve">[1:06:06] </w:t>
      </w:r>
      <w:r>
        <w:t>like continue the hands, head and so on. and my question is, and aware is human rights are getting more prominent?</w:t>
      </w:r>
    </w:p>
    <w:p>
      <w:pPr>
        <w:jc w:val="right"/>
      </w:pPr>
      <w:r>
        <w:t>लाइक कंटिन्यू द हैंड्स, हेड एंड सो ऑन। एंड माय क्वेश्चन इज़, एंड अवेयर इज़ ह्यूमन राइट्स आर गेटिंग मोर प्रोमिनेंट?</w:t>
      </w:r>
    </w:p>
    <w:p>
      <w:r>
        <w:rPr>
          <w:b/>
        </w:rPr>
        <w:t xml:space="preserve">[1:06:17] </w:t>
      </w:r>
      <w:r>
        <w:t>how the quran or the sacred scriptures sells about this kind of punishments? i would like to know that." this is great question.</w:t>
      </w:r>
    </w:p>
    <w:p>
      <w:pPr>
        <w:jc w:val="right"/>
      </w:pPr>
      <w:r>
        <w:t>हाउ द कुरान और द सेक्रेड स्क्रिप्चर्स सेल्स अबाउट दिस काइंड ऑफ पनिशमेंट्स? आई वुड लाइक टू नो दैट।" दिस इज़ ग्रेट क्वेश्चन।</w:t>
      </w:r>
    </w:p>
    <w:p>
      <w:r>
        <w:rPr>
          <w:b/>
        </w:rPr>
        <w:t xml:space="preserve">[1:06:34] </w:t>
      </w:r>
      <w:r>
        <w:t>these punishments are not for, for the prison society. no. now, you got applicable.</w:t>
      </w:r>
    </w:p>
    <w:p>
      <w:pPr>
        <w:jc w:val="right"/>
      </w:pPr>
      <w:r>
        <w:t>दीज़ पनिशमेंट्स आर नॉट फॉर, फॉर द प्रिजन सोसाइटी। नो। नाउ, यू गॉट एप्लीकेबल।</w:t>
      </w:r>
    </w:p>
    <w:p>
      <w:r>
        <w:rPr>
          <w:b/>
        </w:rPr>
        <w:t xml:space="preserve">[1:06:46] </w:t>
      </w:r>
      <w:r>
        <w:t>these same punishments are not applicable to the prison society.</w:t>
      </w:r>
    </w:p>
    <w:p>
      <w:pPr>
        <w:jc w:val="right"/>
      </w:pPr>
      <w:r>
        <w:t>दीज़ सेम पनिशमेंट्स आर नॉट एप्लीकेबल टू द प्रिजन सोसाइटी।</w:t>
      </w:r>
    </w:p>
    <w:p>
      <w:r>
        <w:rPr>
          <w:b/>
        </w:rPr>
        <w:t xml:space="preserve">[1:06:53] </w:t>
      </w:r>
      <w:r>
        <w:t>first of all, you have to do tawwur.</w:t>
      </w:r>
    </w:p>
    <w:p>
      <w:pPr>
        <w:jc w:val="right"/>
      </w:pPr>
      <w:r>
        <w:t>फर्स्ट ऑफ ऑल, यू हैव टू डू ताववर।</w:t>
      </w:r>
    </w:p>
    <w:p>
      <w:r>
        <w:rPr>
          <w:b/>
        </w:rPr>
        <w:t xml:space="preserve">[1:06:56] </w:t>
      </w:r>
      <w:r>
        <w:t>first of all, you have to change their minds.</w:t>
      </w:r>
    </w:p>
    <w:p>
      <w:pPr>
        <w:jc w:val="right"/>
      </w:pPr>
      <w:r>
        <w:t>फर्स्ट ऑफ ऑल, यू हैव टू चेंज देयर माइंड्स।</w:t>
      </w:r>
    </w:p>
    <w:p>
      <w:r>
        <w:rPr>
          <w:b/>
        </w:rPr>
        <w:t xml:space="preserve">[1:06:59] </w:t>
      </w:r>
      <w:r>
        <w:t>first of all, you have to change their morality.</w:t>
      </w:r>
    </w:p>
    <w:p>
      <w:pPr>
        <w:jc w:val="right"/>
      </w:pPr>
      <w:r>
        <w:t>फर्स्ट ऑफ ऑल, यू हैव टू चेंज देयर मोरालिटी।</w:t>
      </w:r>
    </w:p>
    <w:p>
      <w:r>
        <w:rPr>
          <w:b/>
        </w:rPr>
        <w:t xml:space="preserve">[1:07:02] </w:t>
      </w:r>
      <w:r>
        <w:t>first of all, to change the social relationship.</w:t>
      </w:r>
    </w:p>
    <w:p>
      <w:pPr>
        <w:jc w:val="right"/>
      </w:pPr>
      <w:r>
        <w:t>फर्स्ट ऑफ ऑल, टू चेंज द सोशल रिलेशनशिप।</w:t>
      </w:r>
    </w:p>
    <w:p>
      <w:r>
        <w:rPr>
          <w:b/>
        </w:rPr>
        <w:t xml:space="preserve">[1:07:06] </w:t>
      </w:r>
      <w:r>
        <w:t>first of all, you have to change social conditions.</w:t>
      </w:r>
    </w:p>
    <w:p>
      <w:pPr>
        <w:jc w:val="right"/>
      </w:pPr>
      <w:r>
        <w:t>फर्स्ट ऑफ ऑल, यू हैव टू चेंज सोशल कंडीशंस।</w:t>
      </w:r>
    </w:p>
    <w:p>
      <w:r>
        <w:rPr>
          <w:b/>
        </w:rPr>
        <w:t xml:space="preserve">[1:07:10] </w:t>
      </w:r>
      <w:r>
        <w:t>a general phenomena.</w:t>
      </w:r>
    </w:p>
    <w:p>
      <w:pPr>
        <w:jc w:val="right"/>
      </w:pPr>
      <w:r>
        <w:t>ए जनरल फिनोमिना।</w:t>
      </w:r>
    </w:p>
    <w:p>
      <w:r>
        <w:rPr>
          <w:b/>
        </w:rPr>
        <w:t xml:space="preserve">[1:07:14] </w:t>
      </w:r>
      <w:r>
        <w:t>Crime is not a rare phenomena.</w:t>
      </w:r>
    </w:p>
    <w:p>
      <w:pPr>
        <w:jc w:val="right"/>
      </w:pPr>
      <w:r>
        <w:t>क्राइम इज़ नॉट अ रेयर फिनोमिना।</w:t>
      </w:r>
    </w:p>
    <w:p>
      <w:r>
        <w:rPr>
          <w:b/>
        </w:rPr>
        <w:t xml:space="preserve">[1:07:17] </w:t>
      </w:r>
      <w:r>
        <w:t>so, all these punishments are</w:t>
      </w:r>
    </w:p>
    <w:p>
      <w:pPr>
        <w:jc w:val="right"/>
      </w:pPr>
      <w:r>
        <w:t>सो, ऑल दीज़ पनिशमेंट्स आर</w:t>
      </w:r>
    </w:p>
    <w:p>
      <w:r>
        <w:rPr>
          <w:b/>
        </w:rPr>
        <w:t xml:space="preserve">[1:07:20] </w:t>
      </w:r>
      <w:r>
        <w:t>pertain to those society, where crime is a rare phenomena.</w:t>
      </w:r>
    </w:p>
    <w:p>
      <w:pPr>
        <w:jc w:val="right"/>
      </w:pPr>
      <w:r>
        <w:t>परटेन टू दोज़ सोसाइटी, वेयर क्राइम इज़ अ रेयर फिनोमिना।</w:t>
      </w:r>
    </w:p>
    <w:p>
      <w:r>
        <w:rPr>
          <w:b/>
        </w:rPr>
        <w:t xml:space="preserve">[1:07:25] </w:t>
      </w:r>
      <w:r>
        <w:t>not a society, where crime is a general phenomena.</w:t>
      </w:r>
    </w:p>
    <w:p>
      <w:pPr>
        <w:jc w:val="right"/>
      </w:pPr>
      <w:r>
        <w:t>नॉट अ सोसाइटी, वेयर क्राइम इज़ अ जनरल फिनोमिना।</w:t>
      </w:r>
    </w:p>
    <w:p>
      <w:r>
        <w:rPr>
          <w:b/>
        </w:rPr>
        <w:t xml:space="preserve">[1:07:30] </w:t>
      </w:r>
      <w:r>
        <w:t>so,</w:t>
      </w:r>
    </w:p>
    <w:p>
      <w:pPr>
        <w:jc w:val="right"/>
      </w:pPr>
      <w:r>
        <w:t>सो,</w:t>
      </w:r>
    </w:p>
    <w:p>
      <w:r>
        <w:rPr>
          <w:b/>
        </w:rPr>
        <w:t xml:space="preserve">[1:07:31] </w:t>
      </w:r>
      <w:r>
        <w:t>as per our prison society concern, you are not allowed to punish people</w:t>
      </w:r>
    </w:p>
    <w:p>
      <w:pPr>
        <w:jc w:val="right"/>
      </w:pPr>
      <w:r>
        <w:t>एस पर आवर प्रिजन सोसाइटी कंसर्न, यू आर नॉट अलाउड टू पनिश पीपल</w:t>
      </w:r>
    </w:p>
    <w:p>
      <w:r>
        <w:rPr>
          <w:b/>
        </w:rPr>
        <w:t xml:space="preserve">[1:07:39] </w:t>
      </w:r>
      <w:r>
        <w:t>, but you have to do tawaar. you have to persuade these people to change their mind. you have to reengineer their mind.</w:t>
      </w:r>
    </w:p>
    <w:p>
      <w:pPr>
        <w:jc w:val="right"/>
      </w:pPr>
      <w:r>
        <w:t>, बट यू हैव टू डू ताववर। यू हैव टू पर्सुएट दीज़ पीपल टू चेंज देयर माइंड। यू हैव टू रीइंजियर देयर माइंड।</w:t>
      </w:r>
    </w:p>
    <w:p>
      <w:r>
        <w:rPr>
          <w:b/>
        </w:rPr>
        <w:t xml:space="preserve">[1:07:51] </w:t>
      </w:r>
      <w:r>
        <w:t>these are, these are, these are actual duty towards, these, these are actual duty towards these, towards the prison society. not punishment. you have to applicable for the prison society. thoda sa, ye, you are right, we should not take</w:t>
      </w:r>
    </w:p>
    <w:p>
      <w:pPr>
        <w:jc w:val="right"/>
      </w:pPr>
      <w:r>
        <w:t>दीज़ आर, दीज़ आर, दीज़ आर एक्चुअल ड्यूटी टुवर्ड्स, दीज़, दीज़ आर एक्चुअल ड्यूटी टुवर्ड्स दीज़, टुवर्ड्स द प्रिजन सोसाइटी। नॉट पनिशमेंट। यू हैव टू एप्लीकेबल फॉर द प्रिजन सोसाइटी। थोड़ा सा, ये, यू आर राइट, वी शुड नॉट टेक</w:t>
      </w:r>
    </w:p>
    <w:p>
      <w:r>
        <w:rPr>
          <w:b/>
        </w:rPr>
        <w:t xml:space="preserve">[1:08:20] </w:t>
      </w:r>
      <w:r>
        <w:t>muslims into our consideration. we should take quran and authentic books. but, us interpretation, we should take. there is different interpretations. so,</w:t>
      </w:r>
    </w:p>
    <w:p>
      <w:pPr>
        <w:jc w:val="right"/>
      </w:pPr>
      <w:r>
        <w:t>मुस्लिम्स इनटू आवर कंसीडरेशन। वी शुड टेक कुरान एंड ऑथेंटिक बुक्स। बट, उस इंटरप्रिटेशन, वी शुड टेक। देयर इज़ डिफरेंट इंटरप्रिटेशंस। सो,</w:t>
      </w:r>
    </w:p>
    <w:p>
      <w:r>
        <w:rPr>
          <w:b/>
        </w:rPr>
        <w:t xml:space="preserve">[1:08:40] </w:t>
      </w:r>
      <w:r>
        <w:t>what, what interpretation we should take? yes, there are different interpretation. now, these are, these are a problem. because in every books,</w:t>
      </w:r>
    </w:p>
    <w:p>
      <w:pPr>
        <w:jc w:val="right"/>
      </w:pPr>
      <w:r>
        <w:t>व्हाट, व्हाट इंटरप्रिटेशन वी शुड टेक? यस, देयर आर डिफरेंट इंटरप्रिटेशन। नाउ, दीज़ आर, दीज़ आर अ प्रॉब्लम। बिकॉज़ इन एवरी बुक्स,</w:t>
      </w:r>
    </w:p>
    <w:p>
      <w:r>
        <w:rPr>
          <w:b/>
        </w:rPr>
        <w:t xml:space="preserve">[1:08:56] </w:t>
      </w:r>
      <w:r>
        <w:t>Even in the treatment of India, in Gita, in Bible, everywhere there are differences in interpretation.</w:t>
      </w:r>
    </w:p>
    <w:p>
      <w:pPr>
        <w:jc w:val="right"/>
      </w:pPr>
      <w:r>
        <w:t>इवन इन द ट्रीटमेंट ऑफ इंडिया, इन गीता, इन बायबल, एवरी वेयर देयर आर डिफरेंसेस इन इंटरप्रिटेशन।</w:t>
      </w:r>
    </w:p>
    <w:p>
      <w:r>
        <w:rPr>
          <w:b/>
        </w:rPr>
        <w:t xml:space="preserve">[1:09:04] </w:t>
      </w:r>
      <w:r>
        <w:t>So, if you are a seeker, you have to find out the true interpretation.</w:t>
      </w:r>
    </w:p>
    <w:p>
      <w:pPr>
        <w:jc w:val="right"/>
      </w:pPr>
      <w:r>
        <w:t>सो, इफ यू आर सीकर, यू हैव टू फाइंड आउट द ट्रू इंटरप्रिटेशन।</w:t>
      </w:r>
    </w:p>
    <w:p>
      <w:r>
        <w:rPr>
          <w:b/>
        </w:rPr>
        <w:t xml:space="preserve">[1:09:11] </w:t>
      </w:r>
      <w:r>
        <w:t>test is one.</w:t>
      </w:r>
    </w:p>
    <w:p>
      <w:pPr>
        <w:jc w:val="right"/>
      </w:pPr>
      <w:r>
        <w:t>टेस्ट इज़ वन।</w:t>
      </w:r>
    </w:p>
    <w:p>
      <w:r>
        <w:rPr>
          <w:b/>
        </w:rPr>
        <w:t xml:space="preserve">[1:09:14] </w:t>
      </w:r>
      <w:r>
        <w:t>there are not.</w:t>
      </w:r>
    </w:p>
    <w:p>
      <w:pPr>
        <w:jc w:val="right"/>
      </w:pPr>
      <w:r>
        <w:t>देयर आर नॉट।</w:t>
      </w:r>
    </w:p>
    <w:p>
      <w:r>
        <w:rPr>
          <w:b/>
        </w:rPr>
        <w:t xml:space="preserve">[1:09:16] </w:t>
      </w:r>
      <w:r>
        <w:t>if test is one, there are not.</w:t>
      </w:r>
    </w:p>
    <w:p>
      <w:pPr>
        <w:jc w:val="right"/>
      </w:pPr>
      <w:r>
        <w:t>इफ टेस्ट इज़ वन, देयर आर नॉट।</w:t>
      </w:r>
    </w:p>
    <w:p>
      <w:r>
        <w:rPr>
          <w:b/>
        </w:rPr>
        <w:t xml:space="preserve">[1:09:20] </w:t>
      </w:r>
      <w:r>
        <w:t>Anyhow. Interpretations are different because it is difference is part of nature.</w:t>
      </w:r>
    </w:p>
    <w:p>
      <w:pPr>
        <w:jc w:val="right"/>
      </w:pPr>
      <w:r>
        <w:t>एनी हो। इंटरप्रिटेशन आर डिफरेंट बिकॉज़ इट इज़ डिफरेंस इज़ पार्ट ऑफ नेचर।</w:t>
      </w:r>
    </w:p>
    <w:p>
      <w:r>
        <w:rPr>
          <w:b/>
        </w:rPr>
        <w:t xml:space="preserve">[1:09:25] </w:t>
      </w:r>
      <w:r>
        <w:t>You have to see that difference is not part of scriptures.</w:t>
      </w:r>
    </w:p>
    <w:p>
      <w:pPr>
        <w:jc w:val="right"/>
      </w:pPr>
      <w:r>
        <w:t>यू हैव टू सी दैट डिफरेंस इज़ नॉट पार्ट ऑफ स्क्रिप्चर्स।</w:t>
      </w:r>
    </w:p>
    <w:p>
      <w:r>
        <w:rPr>
          <w:b/>
        </w:rPr>
        <w:t xml:space="preserve">[1:09:30] </w:t>
      </w:r>
      <w:r>
        <w:t>Difference is part of human nature.</w:t>
      </w:r>
    </w:p>
    <w:p>
      <w:pPr>
        <w:jc w:val="right"/>
      </w:pPr>
      <w:r>
        <w:t>डिफरेंस इज़ पार्ट ऑफ ह्यूमन नेचर।</w:t>
      </w:r>
    </w:p>
    <w:p>
      <w:r>
        <w:rPr>
          <w:b/>
        </w:rPr>
        <w:t xml:space="preserve">[1:09:33] </w:t>
      </w:r>
      <w:r>
        <w:t>So, everywhere there are differences.</w:t>
      </w:r>
    </w:p>
    <w:p>
      <w:pPr>
        <w:jc w:val="right"/>
      </w:pPr>
      <w:r>
        <w:t>सो, एवरी वेयर देयर आर डिफरेंसेस।</w:t>
      </w:r>
    </w:p>
    <w:p>
      <w:r>
        <w:rPr>
          <w:b/>
        </w:rPr>
        <w:t xml:space="preserve">[1:09:35] </w:t>
      </w:r>
      <w:r>
        <w:t>in, in, in your home, your society, in, in market, in industry, every where there are differences. so, difference is not part of scriptures. difference is part of nature. there is no escape from difference. so, if you are, if you are a seeker,</w:t>
      </w:r>
    </w:p>
    <w:p>
      <w:pPr>
        <w:jc w:val="right"/>
      </w:pPr>
      <w:r>
        <w:t>इन, इन, इन योर होम, योर सोसाइटी, इन, इन मार्केट, इन इंडस्ट्री, एवरी वेयर देयर आर डिफरेंसेस। सो, डिफरेंस इज़ नॉट पार्ट ऑफ स्क्रिप्चर्स। डिफरेंस इज़ पार्ट ऑफ नेचर। देयर इज़ नो एस्केप फ्रॉम डिफरेंस। सो, इफ यू आर, इफ यू आर अ सीकर,</w:t>
      </w:r>
    </w:p>
    <w:p>
      <w:r>
        <w:rPr>
          <w:b/>
        </w:rPr>
        <w:t xml:space="preserve">[1:09:56] </w:t>
      </w:r>
      <w:r>
        <w:t>we have to, we have to see the scriptures.</w:t>
      </w:r>
    </w:p>
    <w:p>
      <w:pPr>
        <w:jc w:val="right"/>
      </w:pPr>
      <w:r>
        <w:t>वी हैव टू, वी हैव टू सी द स्क्रिप्चर्स।</w:t>
      </w:r>
    </w:p>
    <w:p>
      <w:r>
        <w:rPr>
          <w:b/>
        </w:rPr>
        <w:t xml:space="preserve">[1:10:02] </w:t>
      </w:r>
      <w:r>
        <w:t>there are not parts.</w:t>
      </w:r>
    </w:p>
    <w:p>
      <w:pPr>
        <w:jc w:val="right"/>
      </w:pPr>
      <w:r>
        <w:t>देयर आर नॉट पार्ट्स।</w:t>
      </w:r>
    </w:p>
    <w:p>
      <w:r>
        <w:rPr>
          <w:b/>
        </w:rPr>
        <w:t xml:space="preserve">[1:10:08] </w:t>
      </w:r>
      <w:r>
        <w:t>sir, i remember that during a journey, mr arun shori was with you, and he realized before you that for controlling the present graph of crime, it is necessary to adopt the islamic system of punishment.</w:t>
      </w:r>
    </w:p>
    <w:p>
      <w:pPr>
        <w:jc w:val="right"/>
      </w:pPr>
      <w:r>
        <w:t>सर, आई रिमेंबर दैट ड्यूरिंग ए जर्नी, मिस्टर अरुण शोरी वाज़ विथ यू, एंड ही रियलाइज्ड बिफोर यू दैट फॉर कंट्रोलिंग द प्रेजेंट ग्राफ ऑफ क्राइम, इट इज़ नेसेसरी टू अडॉप्ट द इस्लामिक सिस्टम ऑफ पनिशमेंट।</w:t>
      </w:r>
    </w:p>
    <w:p>
      <w:r>
        <w:rPr>
          <w:b/>
        </w:rPr>
        <w:t xml:space="preserve">[1:10:33] </w:t>
      </w:r>
      <w:r>
        <w:t>yes, he said like this. by example, he,</w:t>
      </w:r>
    </w:p>
    <w:p>
      <w:pPr>
        <w:jc w:val="right"/>
      </w:pPr>
      <w:r>
        <w:t>यस, ही सेड लाइक दिस। बाय एग्जांपल, ही,</w:t>
      </w:r>
    </w:p>
    <w:p>
      <w:r>
        <w:rPr>
          <w:b/>
        </w:rPr>
        <w:t xml:space="preserve">[1:10:40] </w:t>
      </w:r>
      <w:r>
        <w:t>he meant that severe, severe kind of punishment. yes, yes, deterrent kind of punishment. Islam, word of Islam was symbolic with conversation. he said that without deterrent punishment,</w:t>
      </w:r>
    </w:p>
    <w:p>
      <w:pPr>
        <w:jc w:val="right"/>
      </w:pPr>
      <w:r>
        <w:t>ही मेंट दैट सीवर, सीवर काइंड ऑफ पनिशमेंट। यस, यस, डेटरन काइंड ऑफ पनिशमेंट। इस्लाम, वर्ड ऑफ इस्लाम वाज़ सिंबॉलिक विद कन्वर्सेशन। ही सेड दैट विदाउट डेटरन पनिशमेंट,</w:t>
      </w:r>
    </w:p>
    <w:p>
      <w:r>
        <w:rPr>
          <w:b/>
        </w:rPr>
        <w:t xml:space="preserve">[1:10:57] </w:t>
      </w:r>
      <w:r>
        <w:t>we can not control all these crimes. yes</w:t>
      </w:r>
    </w:p>
    <w:p>
      <w:pPr>
        <w:jc w:val="right"/>
      </w:pPr>
      <w:r>
        <w:t>वी कैन नॉट कंट्रोल ऑल दीज़ क्राइम्स। यस</w:t>
      </w:r>
    </w:p>
    <w:p>
      <w:r>
        <w:rPr>
          <w:b/>
        </w:rPr>
        <w:t xml:space="preserve">[1:11:01] </w:t>
      </w:r>
      <w:r>
        <w:t>, this was the issue. it means islamic kind of punishment. yes, islamic kind of punishment. that is deterrent punishment. sir, i have a question. like, church, catholic church has a leader. like, oh, do you have any leader for Islam to lead the people, muslims?</w:t>
      </w:r>
    </w:p>
    <w:p>
      <w:pPr>
        <w:jc w:val="right"/>
      </w:pPr>
      <w:r>
        <w:t>, दिस वाज़ द इशू। इट मींस इस्लामिक काइंड ऑफ पनिशमेंट। यस, इस्लामिक काइंड ऑफ पनिशमेंट। दैट इज़ डेटरन पनिशमेंट। सर, आई हैव अ क्वेश्चन। लाइक, चर्च, कैथोलिक चर्च हैज़ अ लीडर। लाइक, ओ, डू यू हैव एनी लीडर फॉर इस्लाम टू लीड द पीपल, मुस्लिम्स?</w:t>
      </w:r>
    </w:p>
    <w:p>
      <w:r>
        <w:rPr>
          <w:b/>
        </w:rPr>
        <w:t xml:space="preserve">[1:11:25] </w:t>
      </w:r>
      <w:r>
        <w:t>do you have any particular leader?</w:t>
      </w:r>
    </w:p>
    <w:p>
      <w:pPr>
        <w:jc w:val="right"/>
      </w:pPr>
      <w:r>
        <w:t>डू यू हैव एनी पर्टिकुलर लीडर?</w:t>
      </w:r>
    </w:p>
    <w:p>
      <w:r>
        <w:rPr>
          <w:b/>
        </w:rPr>
        <w:t xml:space="preserve">[1:11:32] </w:t>
      </w:r>
      <w:r>
        <w:t>i don't think there is a single leader in, in, in Christianity. single leader of the whole community is not possible. so, i can not say that there is a single person who lead the whole muslim community. but, the leaders, every imam of masjid is leader. you know,</w:t>
      </w:r>
    </w:p>
    <w:p>
      <w:pPr>
        <w:jc w:val="right"/>
      </w:pPr>
      <w:r>
        <w:t>आई डोंट थिंक देयर इज़ अ सिंगल लीडर इन, इन, इन क्रिश्चियनिटी। सिंगल लीडर ऑफ द होल कम्युनिटी इज़ नॉट पॉसिबल। सो, आई कैन नॉट से दैट देयर इज़ अ सिंगल पर्सन हु लीड द होल मुस्लिम कम्युनिटी। बट, द लीडर्स, एवरी इमाम ऑफ मस्जिद इज़ लीडर। यू नो,</w:t>
      </w:r>
    </w:p>
    <w:p>
      <w:r>
        <w:rPr>
          <w:b/>
        </w:rPr>
        <w:t xml:space="preserve">[1:11:55] </w:t>
      </w:r>
      <w:r>
        <w:t>in congregational prayer in masjid, there is the imam. imam means leader.</w:t>
      </w:r>
    </w:p>
    <w:p>
      <w:pPr>
        <w:jc w:val="right"/>
      </w:pPr>
      <w:r>
        <w:t>इन कांग्रेसियल प्रेयर इन मस्जिद, देयर इज़ द इमाम। इमाम मींस लीडर।</w:t>
      </w:r>
    </w:p>
    <w:p>
      <w:r>
        <w:rPr>
          <w:b/>
        </w:rPr>
        <w:t xml:space="preserve">[1:12:00] </w:t>
      </w:r>
      <w:r>
        <w:t>so, any way, society, there is imam. any society, there is a leader. and the imam of hajj is leader of the whole community. but, it doesn't mean that there is no difference. i will repeat that, difference is part of nature. so, even though, there are imam, but it doesn't mean that there is no diff</w:t>
      </w:r>
    </w:p>
    <w:p>
      <w:pPr>
        <w:jc w:val="right"/>
      </w:pPr>
      <w:r>
        <w:t>सो, एनीवे, सोसाइटी, देयर इज़ इमाम। एनी सोसाइटी, देयर इज़ अ लीडर। एंड द इमाम ऑफ हज इज़ लीडर ऑफ द होल कम्युनिटी। बट, इट डज़न्ट मीन दैट देयर इज़ नो डिफरेंस। आई विल रिपीट दैट, डिफरेंस इज़ पार्ट ऑफ नेचर। सो, इवन दो, देयर आर इमाम, बट इट डज़न्ट मीन दैट देयर इज़ नो डिफ</w:t>
      </w:r>
    </w:p>
    <w:p>
      <w:r>
        <w:rPr>
          <w:b/>
        </w:rPr>
        <w:t xml:space="preserve">[1:12:25] </w:t>
      </w:r>
      <w:r>
        <w:t>erence. in every community, Hinduism, in Jainism, in Buddhism, in Christianity, every where there are differences. a difference is not problem. if there were no difference, there were no dialogue. difference creates dialogue. a dialogue and interaction, there is very good for society,</w:t>
      </w:r>
    </w:p>
    <w:p>
      <w:pPr>
        <w:jc w:val="right"/>
      </w:pPr>
      <w:r>
        <w:t>रेंस। इन एवरी कम्युनिटी, हिंदूइज्म, इन जैनिज्म, इन बुद्धिज्म, इन क्रिश्चियनिटी, एवरी वेयर देयर आर डिफरेंसेस। अ डिफरेंस इज़ नॉट प्रॉब्लम। इफ देयर वेर नो डिफरेंस, देयर वेर नो डायलॉग। डिफरेंस क्रिएट्स डायलॉग। अ डायलॉग एंड इंटरेक्शन, देयर इज़ वेरी गुड फॉर सोसाइटी,</w:t>
      </w:r>
    </w:p>
    <w:p>
      <w:r>
        <w:rPr>
          <w:b/>
        </w:rPr>
        <w:t xml:space="preserve">[1:12:47] </w:t>
      </w:r>
      <w:r>
        <w:t>for intellectual development</w:t>
      </w:r>
    </w:p>
    <w:p>
      <w:pPr>
        <w:jc w:val="right"/>
      </w:pPr>
      <w:r>
        <w:t>फॉर इंटेलेक्चुअल डेवलपमेंट</w:t>
      </w:r>
    </w:p>
    <w:p>
      <w:r>
        <w:rPr>
          <w:b/>
        </w:rPr>
        <w:t xml:space="preserve">[1:12:49] </w:t>
      </w:r>
      <w:r>
        <w:t>. i always see difference in term of intellectual development. where there is no difference, there is no intellectual development. difference leads to dialogue, and dialogue leads to intellectual development. these is my experience.</w:t>
      </w:r>
    </w:p>
    <w:p>
      <w:pPr>
        <w:jc w:val="right"/>
      </w:pPr>
      <w:r>
        <w:t>। आई ऑलवेज सी डिफरेंस इन टर्म ऑफ इंटेलेक्चुअल डेवलपमेंट। वेयर देयर इज़ नो डिफरेंस, देयर इज़ नो इंटेलेक्चुअल डेवलपमेंट। डिफरेंस लीड्स टू डायलॉग, एंड डायलॉग लीड्स टू इंटेलेक्चुअल डेवलपमेंट। दीज़ इज़ माय एक्सपीरियंस।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