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Story of the Prophet Yusuf May 11, 2014 Maulana Wahiduddin Khan</w:t>
      </w:r>
    </w:p>
    <w:p>
      <w:r>
        <w:t>https://www.youtube.com/watch?v=2alsBthUWhw</w:t>
      </w:r>
    </w:p>
    <w:p>
      <w:r>
        <w:rPr>
          <w:b/>
        </w:rPr>
        <w:t xml:space="preserve">[00:14] </w:t>
      </w:r>
      <w:r>
        <w:t>bismillah rahman rahim. wasallallahu ala nabiyyil karim. rab ishrah li sadri wa yassir li amri, wahlul uqdatan min lisani yafqahu qawli.</w:t>
      </w:r>
    </w:p>
    <w:p>
      <w:pPr>
        <w:jc w:val="right"/>
      </w:pPr>
      <w:r>
        <w:t>بسم اللہ الرحمن الرحیم۔ وصلی اللہ علی النبی الکریم۔ رب اشرح لی صدری ویسر لی امری، واحل العقدۃ من لسانی یفقہ قولی۔</w:t>
      </w:r>
    </w:p>
    <w:p>
      <w:r>
        <w:rPr>
          <w:b/>
        </w:rPr>
        <w:t xml:space="preserve">[00:37] </w:t>
      </w:r>
      <w:r>
        <w:t>ab se lagbhag saade teen hazar saal pehle misr mein human history ka ek chapter likha gaya tha.</w:t>
      </w:r>
    </w:p>
    <w:p>
      <w:pPr>
        <w:jc w:val="right"/>
      </w:pPr>
      <w:r>
        <w:t>اب سے تقریباً ساڑھے تین ہزار سال پہلے مصر میں Human History کا ایک چیپٹر لکھا گیا تھا۔</w:t>
      </w:r>
    </w:p>
    <w:p>
      <w:r>
        <w:rPr>
          <w:b/>
        </w:rPr>
        <w:t xml:space="preserve">[00:52] </w:t>
      </w:r>
      <w:r>
        <w:t>yeh bible mein bhi aaya hai aur quran mein bhi aaya hai.</w:t>
      </w:r>
    </w:p>
    <w:p>
      <w:pPr>
        <w:jc w:val="right"/>
      </w:pPr>
      <w:r>
        <w:t>یہ بائبل میں بھی آیا ہے اور قرآن میں بھی آیا ہے۔</w:t>
      </w:r>
    </w:p>
    <w:p>
      <w:r>
        <w:rPr>
          <w:b/>
        </w:rPr>
        <w:t xml:space="preserve">[01:00] </w:t>
      </w:r>
      <w:r>
        <w:t>yeh chapter jo likha gaya tha yeh tha as a lesson. yani woh repeatable chapter tha.</w:t>
      </w:r>
    </w:p>
    <w:p>
      <w:pPr>
        <w:jc w:val="right"/>
      </w:pPr>
      <w:r>
        <w:t>یہ چیپٹر جو لکھا گیا تھا یہ تھا as a lesson۔ یعنی وہ repeatable چیپٹر تھا۔</w:t>
      </w:r>
    </w:p>
    <w:p>
      <w:r>
        <w:rPr>
          <w:b/>
        </w:rPr>
        <w:t xml:space="preserve">[01:12] </w:t>
      </w:r>
      <w:r>
        <w:t>toh woh ek demonstration tha insaan ke liye ke tum bhi isi tarah se dobara</w:t>
      </w:r>
    </w:p>
    <w:p>
      <w:pPr>
        <w:jc w:val="right"/>
      </w:pPr>
      <w:r>
        <w:t>تو وہ ایک demonstration تھا انسان کے لیے کہ تم بھی اسی طرح سے دوبارہ</w:t>
      </w:r>
    </w:p>
    <w:p>
      <w:r>
        <w:rPr>
          <w:b/>
        </w:rPr>
        <w:t xml:space="preserve">[01:24] </w:t>
      </w:r>
      <w:r>
        <w:t>ek chapter likh sakte ho.</w:t>
      </w:r>
    </w:p>
    <w:p>
      <w:pPr>
        <w:jc w:val="right"/>
      </w:pPr>
      <w:r>
        <w:t>ایک چیپٹر لکھ سکتے ہو۔</w:t>
      </w:r>
    </w:p>
    <w:p>
      <w:r>
        <w:rPr>
          <w:b/>
        </w:rPr>
        <w:t xml:space="preserve">[01:26] </w:t>
      </w:r>
      <w:r>
        <w:t>lekin bohat hi ajeeb baat hai ke saade teen hazar saal beet gaye aur woh chapter phir repeat nahi kiya saka.</w:t>
      </w:r>
    </w:p>
    <w:p>
      <w:pPr>
        <w:jc w:val="right"/>
      </w:pPr>
      <w:r>
        <w:t>لیکن بہت ہی عجیب بات ہے کہ ساڑھے تین ہزار سال بیت گئے اور وہ چیپٹر پھر repeat نہیں کیا سکا۔</w:t>
      </w:r>
    </w:p>
    <w:p>
      <w:r>
        <w:rPr>
          <w:b/>
        </w:rPr>
        <w:t xml:space="preserve">[01:37] </w:t>
      </w:r>
      <w:r>
        <w:t>jabke quran mein bataya gaya tha ke yeh repeatable hai yeh. toh us waqt mein isi ke bare mein arz karna chahta hoon.</w:t>
      </w:r>
    </w:p>
    <w:p>
      <w:pPr>
        <w:jc w:val="right"/>
      </w:pPr>
      <w:r>
        <w:t>جبکہ قرآن میں بتایا گیا تھا کہ یہ repeatable ہے یہ۔ تو اس وقت میں اسی کے بارے میں عرض کرنا چاہتا ہوں۔</w:t>
      </w:r>
    </w:p>
    <w:p>
      <w:r>
        <w:rPr>
          <w:b/>
        </w:rPr>
        <w:t xml:space="preserve">[01:48] </w:t>
      </w:r>
      <w:r>
        <w:t>yeh qissa quran ki surah number barah mein hai, surah yusuf</w:t>
      </w:r>
    </w:p>
    <w:p>
      <w:pPr>
        <w:jc w:val="right"/>
      </w:pPr>
      <w:r>
        <w:t>یہ قصہ قرآن کی سورہ نمبر بارہ میں ہے، سورہ یوسف</w:t>
      </w:r>
    </w:p>
    <w:p>
      <w:r>
        <w:rPr>
          <w:b/>
        </w:rPr>
        <w:t xml:space="preserve">[01:55] </w:t>
      </w:r>
      <w:r>
        <w:t>quran ki surah yusuf quran ki aik exceptional surah hai. is mein poore surah mein aik hi kahani batai gayi hai.</w:t>
      </w:r>
    </w:p>
    <w:p>
      <w:pPr>
        <w:jc w:val="right"/>
      </w:pPr>
      <w:r>
        <w:t>۔ قرآن کی سورہ یوسف قرآن کی ایک exceptional سورہ ہے۔ اس میں پورے سورہ میں ایک ہی کہانی بتائی گئی ہے۔</w:t>
      </w:r>
    </w:p>
    <w:p>
      <w:r>
        <w:rPr>
          <w:b/>
        </w:rPr>
        <w:t xml:space="preserve">[02:08] </w:t>
      </w:r>
      <w:r>
        <w:t>aur kisi surah mein aisa nahi hai. aap jante hain ke quran mein aik so chaudah surtein hain. lekin yeh jo style hai ke aik hi kahani poore chapter mein bayan ki jaye yeh sirf surah yusuf mein hai.</w:t>
      </w:r>
    </w:p>
    <w:p>
      <w:pPr>
        <w:jc w:val="right"/>
      </w:pPr>
      <w:r>
        <w:t>اور کسی سورہ میں ایسا نہیں ہے۔ آپ جانتے ہیں کہ قرآن میں ایک سو چودہ سورتیں ہیں۔ لیکن یہ جو style ہے کہ ایک ہی کہانی پورے چیپٹر میں بیان کی جائے یہ صرف سورہ یوسف میں ہے۔</w:t>
      </w:r>
    </w:p>
    <w:p>
      <w:r>
        <w:rPr>
          <w:b/>
        </w:rPr>
        <w:t xml:space="preserve">[02:26] </w:t>
      </w:r>
      <w:r>
        <w:t>to mein samajhta hoon ke jis tarah yeh surah apne style ke aitbar se aik exception hai usi tarah apne message ke aitbar se bhi aik exception hai.</w:t>
      </w:r>
    </w:p>
    <w:p>
      <w:pPr>
        <w:jc w:val="right"/>
      </w:pPr>
      <w:r>
        <w:t>تو میں سمجھتا ہوں کہ جس طرح یہ سورہ اپنے style کے اعتبار سے ایک exception ہے اسی طرح اپنے message کے اعتبار سے بھی ایک exception ہے۔</w:t>
      </w:r>
    </w:p>
    <w:p>
      <w:r>
        <w:rPr>
          <w:b/>
        </w:rPr>
        <w:t xml:space="preserve">[02:41] </w:t>
      </w:r>
      <w:r>
        <w:t>magar ajib baat hai ke logon ne is ko sirf aik qisse kahani ke taur par parh liya. is ka yeh jo khas jo point tha ke aik repeatable story hai.</w:t>
      </w:r>
    </w:p>
    <w:p>
      <w:pPr>
        <w:jc w:val="right"/>
      </w:pPr>
      <w:r>
        <w:t>مگر عجیب بات ہے کہ لوگوں نے اس کو صرف ایک قصے کہانی کے طور پر پڑھ لیا۔ اس کا یہ جو خاص جو point تھا کہ ایک repeatable story ہے۔</w:t>
      </w:r>
    </w:p>
    <w:p>
      <w:r>
        <w:rPr>
          <w:b/>
        </w:rPr>
        <w:t xml:space="preserve">[02:53] </w:t>
      </w:r>
      <w:r>
        <w:t>yeh mere nazdeek poori history mein kisi ne bhi jana nahi is ko. kisi kitab mein mujhe nahi mila nahi hai. ke history ka yeh chapter aik repeatable chapter hai.</w:t>
      </w:r>
    </w:p>
    <w:p>
      <w:pPr>
        <w:jc w:val="right"/>
      </w:pPr>
      <w:r>
        <w:t>یہ میرے نزدیک پوری history میں کسی نے بھی جانا نہیں اس کو۔ کسی کتاب میں مجھے نہیں ملا نہیں ہے۔ کہ history کا یہ چیپٹر ایک repeatable چیپٹر ہے۔</w:t>
      </w:r>
    </w:p>
    <w:p>
      <w:r>
        <w:rPr>
          <w:b/>
        </w:rPr>
        <w:t xml:space="preserve">[03:08] </w:t>
      </w:r>
      <w:r>
        <w:t>yeh kisi ne na jana na na is ko repeat karne ki koshish ki.</w:t>
      </w:r>
    </w:p>
    <w:p>
      <w:pPr>
        <w:jc w:val="right"/>
      </w:pPr>
      <w:r>
        <w:t>یہ کسی نے نہ جانا نہ نہ اس کو repeat کرنے کی کوشش کی۔</w:t>
      </w:r>
    </w:p>
    <w:p>
      <w:r>
        <w:rPr>
          <w:b/>
        </w:rPr>
        <w:t xml:space="preserve">[03:17] </w:t>
      </w:r>
      <w:r>
        <w:t>behhal dekhein yeh jo qissa hai hazrat yusuf ka woh shuru hota hai in alfaz se.</w:t>
      </w:r>
    </w:p>
    <w:p>
      <w:pPr>
        <w:jc w:val="right"/>
      </w:pPr>
      <w:r>
        <w:t>بہرحال دیکھیں یہ جو قصہ ہے حضرت یوسف کا وہ شروع ہوتا ہے ان الفاظ سے۔</w:t>
      </w:r>
    </w:p>
    <w:p>
      <w:r>
        <w:rPr>
          <w:b/>
        </w:rPr>
        <w:t xml:space="preserve">[03:31] </w:t>
      </w:r>
      <w:r>
        <w:t>nahan nuqassu alayka ahsan al qasas</w:t>
      </w:r>
    </w:p>
    <w:p>
      <w:pPr>
        <w:jc w:val="right"/>
      </w:pPr>
      <w:r>
        <w:t>نحن نقص علیک آخر القصص</w:t>
      </w:r>
    </w:p>
    <w:p>
      <w:r>
        <w:rPr>
          <w:b/>
        </w:rPr>
        <w:t xml:space="preserve">[03:35] </w:t>
      </w:r>
      <w:r>
        <w:t>hum bayan karte hain tumhare liye aik behtareen story.</w:t>
      </w:r>
    </w:p>
    <w:p>
      <w:pPr>
        <w:jc w:val="right"/>
      </w:pPr>
      <w:r>
        <w:t>۔ ہم بیان کرتے ہیں تمہارے لیے ایک بہترین story۔</w:t>
      </w:r>
    </w:p>
    <w:p>
      <w:r>
        <w:rPr>
          <w:b/>
        </w:rPr>
        <w:t xml:space="preserve">[03:43] </w:t>
      </w:r>
      <w:r>
        <w:t>lekin dekhein is mein aik cheez understood hai. wahi understood jo baat hai usi ko kisi ne daryaft nahi kiya poori is tareekh mein.</w:t>
      </w:r>
    </w:p>
    <w:p>
      <w:pPr>
        <w:jc w:val="right"/>
      </w:pPr>
      <w:r>
        <w:t>لیکن دیکھیں اس میں ایک چیز understood ہے۔ وہی understood جو بات ہے اسی کو کسی نے دریافت نہیں کیا پوری اس تاریخ میں۔</w:t>
      </w:r>
    </w:p>
    <w:p>
      <w:r>
        <w:rPr>
          <w:b/>
        </w:rPr>
        <w:t xml:space="preserve">[03:55] </w:t>
      </w:r>
      <w:r>
        <w:t>isi liye repeat bhi nahi kar saka koi shakhs.</w:t>
      </w:r>
    </w:p>
    <w:p>
      <w:pPr>
        <w:jc w:val="right"/>
      </w:pPr>
      <w:r>
        <w:t>اسی لیے repeat بھی نہیں کر سکا کوئی شخص۔</w:t>
      </w:r>
    </w:p>
    <w:p>
      <w:r>
        <w:rPr>
          <w:b/>
        </w:rPr>
        <w:t xml:space="preserve">[03:58] </w:t>
      </w:r>
      <w:r>
        <w:t>is mein aik cheez understood hai. kyunke jab aap poori story ko parhein hazrat yusuf ke poore qisse ko to aap dekhenge ke taqreeban chalis saal tak un ka un ki jo life thi woh to ahsan al qasas thi.</w:t>
      </w:r>
    </w:p>
    <w:p>
      <w:pPr>
        <w:jc w:val="right"/>
      </w:pPr>
      <w:r>
        <w:t>اس میں ایک چیز understood ہے۔ کیونکہ جب آپ پوری story کو پڑھیں حضرت یوسف کے پورے قصے کو تو آپ دیکھیں گے کہ تقریباً چالیس سال تک ان کا ان کی جو life تھی وہ تو آخر القصص تھی۔</w:t>
      </w:r>
    </w:p>
    <w:p>
      <w:r>
        <w:rPr>
          <w:b/>
        </w:rPr>
        <w:t xml:space="preserve">[04:17] </w:t>
      </w:r>
      <w:r>
        <w:t>yani best story.</w:t>
      </w:r>
    </w:p>
    <w:p>
      <w:pPr>
        <w:jc w:val="right"/>
      </w:pPr>
      <w:r>
        <w:t>یعنی best story۔</w:t>
      </w:r>
    </w:p>
    <w:p>
      <w:r>
        <w:rPr>
          <w:b/>
        </w:rPr>
        <w:t xml:space="preserve">[04:21] </w:t>
      </w:r>
      <w:r>
        <w:t>to shuru jo kiya gaya hai ke nahan nuqassu alayka ahsan al qasas. hum bayan karte hain tumhare liye aik behtareen story. is mein aik cheez understood hai.</w:t>
      </w:r>
    </w:p>
    <w:p>
      <w:pPr>
        <w:jc w:val="right"/>
      </w:pPr>
      <w:r>
        <w:t>تو شروع جو کیا گیا ہے کہ نحن نقص علیک آخر القصص۔ ہم بیان کرتے ہیں تمہارے لیے ایک بہترین story۔ اس میں ایک چیز understood ہے۔</w:t>
      </w:r>
    </w:p>
    <w:p>
      <w:r>
        <w:rPr>
          <w:b/>
        </w:rPr>
        <w:t xml:space="preserve">[04:33] </w:t>
      </w:r>
      <w:r>
        <w:t>ke yeh is insan ka qissa hai jis ki zindagi apne ibtidai chalis saal tak best story thi phir woh best story ban gayi.</w:t>
      </w:r>
    </w:p>
    <w:p>
      <w:pPr>
        <w:jc w:val="right"/>
      </w:pPr>
      <w:r>
        <w:t>کہ یہ اس انسان کا قصہ ہے جس کی زندگی اپنے ابتدائی چالیس سال تک best story تھی پھر وہ best story بن گئی۔</w:t>
      </w:r>
    </w:p>
    <w:p>
      <w:r>
        <w:rPr>
          <w:b/>
        </w:rPr>
        <w:t xml:space="preserve">[04:45] </w:t>
      </w:r>
      <w:r>
        <w:t>kaisi ajib baat hai yeh. is mein aik possibility batai gayi aik imkan.</w:t>
      </w:r>
    </w:p>
    <w:p>
      <w:pPr>
        <w:jc w:val="right"/>
      </w:pPr>
      <w:r>
        <w:t>کیسی عجیب بات ہے یہ۔ اس میں ایک possibility بتائی گئی ایک امکان۔</w:t>
      </w:r>
    </w:p>
    <w:p>
      <w:r>
        <w:rPr>
          <w:b/>
        </w:rPr>
        <w:t xml:space="preserve">[04:55] </w:t>
      </w:r>
      <w:r>
        <w:t>yani it is possible in this world yani according to the law of creation according to the creation plan of God it is possible in this world to turn a best story into a worst story.</w:t>
      </w:r>
    </w:p>
    <w:p>
      <w:pPr>
        <w:jc w:val="right"/>
      </w:pPr>
      <w:r>
        <w:t>یعنی it is possible in this world یعنی according to the law of creation according to the creation plan of God it is possible in this world to turn a best story into a worst story.</w:t>
      </w:r>
    </w:p>
    <w:p>
      <w:r>
        <w:rPr>
          <w:b/>
        </w:rPr>
        <w:t xml:space="preserve">[05:20] </w:t>
      </w:r>
      <w:r>
        <w:t>a best story can be turned into a best story. yani aik</w:t>
      </w:r>
    </w:p>
    <w:p>
      <w:pPr>
        <w:jc w:val="right"/>
      </w:pPr>
      <w:r>
        <w:t>A best story can be turned into a best story. یعنی ایک</w:t>
      </w:r>
    </w:p>
    <w:p>
      <w:r>
        <w:rPr>
          <w:b/>
        </w:rPr>
        <w:t xml:space="preserve">[05:34] </w:t>
      </w:r>
      <w:r>
        <w:t>aik insan ya aik group jo jis ko halaat ne jis ki story ko best story bana diya ho us ke liye yahan good tiding</w:t>
      </w:r>
    </w:p>
    <w:p>
      <w:pPr>
        <w:jc w:val="right"/>
      </w:pPr>
      <w:r>
        <w:t>ایک انسان یا ایک گروپ جو جس کو حالات نے جس کی story کو best story بنا دیا ہو اس کے لیے یہاں good tiding</w:t>
      </w:r>
    </w:p>
    <w:p>
      <w:r>
        <w:rPr>
          <w:b/>
        </w:rPr>
        <w:t xml:space="preserve">[05:48] </w:t>
      </w:r>
      <w:r>
        <w:t>hai ke aaye insan is se sabak le. kyunke is duniya mein is ki</w:t>
      </w:r>
    </w:p>
    <w:p>
      <w:pPr>
        <w:jc w:val="right"/>
      </w:pPr>
      <w:r>
        <w:t>ہے کہ آئے انسان اس سے سبق لے۔ کیونکہ اس دنیا میں اس کی</w:t>
      </w:r>
    </w:p>
    <w:p>
      <w:r>
        <w:rPr>
          <w:b/>
        </w:rPr>
        <w:t xml:space="preserve">[05:57] </w:t>
      </w:r>
      <w:r>
        <w:t>is ko is ke creator ne yahan par yeh possibility rakh di hai ke tum apne best story ko best story bana sakte ho.</w:t>
      </w:r>
    </w:p>
    <w:p>
      <w:pPr>
        <w:jc w:val="right"/>
      </w:pPr>
      <w:r>
        <w:t>اس کو اس کے creator نے یہاں پر یہ possibility رکھ دی ہے کہ تم اپنے best story کو best story بنا سکتے ہو۔</w:t>
      </w:r>
    </w:p>
    <w:p>
      <w:r>
        <w:rPr>
          <w:b/>
        </w:rPr>
        <w:t xml:space="preserve">[06:08] </w:t>
      </w:r>
      <w:r>
        <w:t>to yeh yeh is mein understood hai yeh.</w:t>
      </w:r>
    </w:p>
    <w:p>
      <w:pPr>
        <w:jc w:val="right"/>
      </w:pPr>
      <w:r>
        <w:t>تو یہ یہ اس میں understood ہے یہ۔</w:t>
      </w:r>
    </w:p>
    <w:p>
      <w:r>
        <w:rPr>
          <w:b/>
        </w:rPr>
        <w:t xml:space="preserve">[06:14] </w:t>
      </w:r>
      <w:r>
        <w:t>ab aap ghor kijiye ke yeh story kya thi.</w:t>
      </w:r>
    </w:p>
    <w:p>
      <w:pPr>
        <w:jc w:val="right"/>
      </w:pPr>
      <w:r>
        <w:t>اب آپ غور کیجیے کہ یہ story کیا تھی۔</w:t>
      </w:r>
    </w:p>
    <w:p>
      <w:r>
        <w:rPr>
          <w:b/>
        </w:rPr>
        <w:t xml:space="preserve">[06:23] </w:t>
      </w:r>
      <w:r>
        <w:t>story batati hai ke aik insan paida hota hai kannan mein. kannan aik maqam hai jo sham aur falasteen ke darmiyan hai.</w:t>
      </w:r>
    </w:p>
    <w:p>
      <w:pPr>
        <w:jc w:val="right"/>
      </w:pPr>
      <w:r>
        <w:t>story بتاتی ہے کہ ایک انسان پیدا ہوتا ہے کناں میں۔ کناں ایک مقام ہے جو شام اور فلسطین کے درمیان ہے۔</w:t>
      </w:r>
    </w:p>
    <w:p>
      <w:r>
        <w:rPr>
          <w:b/>
        </w:rPr>
        <w:t xml:space="preserve">[06:35] </w:t>
      </w:r>
      <w:r>
        <w:t>woh ek gaon tha. ek gaon tha un ka jo zariya tha woh sirf bakri charana. bakri charain din bhar sham ko is ka doodh pee lain aur so jayen.</w:t>
      </w:r>
    </w:p>
    <w:p>
      <w:pPr>
        <w:jc w:val="right"/>
      </w:pPr>
      <w:r>
        <w:t>وہ ایک گاؤں تھا۔ ایک گاؤں تھا ان کا جو ذریعہ تھا وہ صرف بکری چرانا۔ بکری چرائیں دن بھر شام کو اس کا دودھ پی لیں اور سو جائیں۔</w:t>
      </w:r>
    </w:p>
    <w:p>
      <w:r>
        <w:rPr>
          <w:b/>
        </w:rPr>
        <w:t xml:space="preserve">[06:50] </w:t>
      </w:r>
      <w:r>
        <w:t>aaj hum mein koi shakhs nahi hai jis ka jis ki yeh kahani ho ke din bhar bakri charao aur sham ko is ka doodh pee kar so jao.</w:t>
      </w:r>
    </w:p>
    <w:p>
      <w:pPr>
        <w:jc w:val="right"/>
      </w:pPr>
      <w:r>
        <w:t>آج ہم میں کوئی شخص نہیں ہے جس کا جس کی یہ کہانی ہو کہ دن بھر بکری چراؤ اور شام کو اس کا دودھ پی کر سو جاؤ۔</w:t>
      </w:r>
    </w:p>
    <w:p>
      <w:r>
        <w:rPr>
          <w:b/>
        </w:rPr>
        <w:t xml:space="preserve">[07:00] </w:t>
      </w:r>
      <w:r>
        <w:t>aaj aap ko ajeeb lage ga lekin is naujawan ka yahi tha aaghaz.</w:t>
      </w:r>
    </w:p>
    <w:p>
      <w:pPr>
        <w:jc w:val="right"/>
      </w:pPr>
      <w:r>
        <w:t>آج آپ کو عجیب لگے گا لیکن اس نوجوان کا یہی تھا آغاز۔</w:t>
      </w:r>
    </w:p>
    <w:p>
      <w:r>
        <w:rPr>
          <w:b/>
        </w:rPr>
        <w:t xml:space="preserve">[07:09] </w:t>
      </w:r>
      <w:r>
        <w:t>ke ek gaon mein paida hua ek mamooli gaon mein. aur wahan par woh un ka jo ek hi zariya tha woh hai bakriyan paalna bakriyan charana aur is ka doodh pee kar ke pait bhar lein.</w:t>
      </w:r>
    </w:p>
    <w:p>
      <w:pPr>
        <w:jc w:val="right"/>
      </w:pPr>
      <w:r>
        <w:t>کہ ایک گاؤں میں پیدا ہوا ایک معمولی گاؤں میں۔ اور وہاں پر وہ ان کا جو ایک ہی ذریعہ تھا وہ ہے بکریاں پالنا بکریاں چرانا اور اس کا دودھ پی کر کے پیٹ بھر لینا۔</w:t>
      </w:r>
    </w:p>
    <w:p>
      <w:r>
        <w:rPr>
          <w:b/>
        </w:rPr>
        <w:t xml:space="preserve">[07:25] </w:t>
      </w:r>
      <w:r>
        <w:t>is ke baad kya hua</w:t>
      </w:r>
    </w:p>
    <w:p>
      <w:pPr>
        <w:jc w:val="right"/>
      </w:pPr>
      <w:r>
        <w:t>اس کے بعد کیا ہوا</w:t>
      </w:r>
    </w:p>
    <w:p>
      <w:r>
        <w:rPr>
          <w:b/>
        </w:rPr>
        <w:t xml:space="preserve">[07:29] </w:t>
      </w:r>
      <w:r>
        <w:t>ke is naujawan ko jis ka naam yusuf tha is ke bhaiyon ne is ko bhaiyon ko jealousy ho gayi is se.</w:t>
      </w:r>
    </w:p>
    <w:p>
      <w:pPr>
        <w:jc w:val="right"/>
      </w:pPr>
      <w:r>
        <w:t>کہ اس نوجوان کو جس کا نام یوسف تھا اس کے بھائیوں نے اس کو بھائیوں کو jealousy ہو گئی اس سے۔</w:t>
      </w:r>
    </w:p>
    <w:p>
      <w:r>
        <w:rPr>
          <w:b/>
        </w:rPr>
        <w:t xml:space="preserve">[07:38] </w:t>
      </w:r>
      <w:r>
        <w:t>kyun ke baap un ka bohat manta tha. to out of jealousy unhon ne yusuf ko le kar ke ek kunwein mein daal diya.</w:t>
      </w:r>
    </w:p>
    <w:p>
      <w:pPr>
        <w:jc w:val="right"/>
      </w:pPr>
      <w:r>
        <w:t>کیونکہ باپ ان کا بہت مانتا تھا۔ تو out of jealousy انہوں نے یوسف کو لے کر کے ایک کنویں میں ڈال دیا۔</w:t>
      </w:r>
    </w:p>
    <w:p>
      <w:r>
        <w:rPr>
          <w:b/>
        </w:rPr>
        <w:t xml:space="preserve">[07:47] </w:t>
      </w:r>
      <w:r>
        <w:t>aisa kunwein jahan pani nahi tha sokha kunwein to kunwein mein daal diya. ke isi mein para para khatam ho jaye.</w:t>
      </w:r>
    </w:p>
    <w:p>
      <w:pPr>
        <w:jc w:val="right"/>
      </w:pPr>
      <w:r>
        <w:t>ایسا کنواں جہاں پانی نہیں تھا سوکھا کنواں تو کنویں میں ڈال دیا۔ کہ اسی میں پڑا پڑا ختم ہو جائے۔</w:t>
      </w:r>
    </w:p>
    <w:p>
      <w:r>
        <w:rPr>
          <w:b/>
        </w:rPr>
        <w:t xml:space="preserve">[07:58] </w:t>
      </w:r>
      <w:r>
        <w:t>is</w:t>
      </w:r>
    </w:p>
    <w:p>
      <w:pPr>
        <w:jc w:val="right"/>
      </w:pPr>
      <w:r>
        <w:t>اس</w:t>
      </w:r>
    </w:p>
    <w:p>
      <w:r>
        <w:rPr>
          <w:b/>
        </w:rPr>
        <w:t xml:space="preserve">[07:59] </w:t>
      </w:r>
      <w:r>
        <w:t>ke baad kya hua jaisa ke aap jante hain ghaliban is qisse ko ke kuch traders hotay thay guzray unhon ne wahan par pani lene ke liye dol daala to is mein ek naujawan tha us ko nikala unhon ne bahar</w:t>
      </w:r>
    </w:p>
    <w:p>
      <w:pPr>
        <w:jc w:val="right"/>
      </w:pPr>
      <w:r>
        <w:t>کے بعد کیا ہوا جیسا کہ آپ جانتے ہیں غالباً اس قصے کو کہ کچھ traders ہوتے تھے گزرے انہوں نے وہاں پر پانی لینے کے لیے ڈول ڈالا تو اس میں ایک نوجوان تھا اس کو نکالا انہوں نے باہر</w:t>
      </w:r>
    </w:p>
    <w:p>
      <w:r>
        <w:rPr>
          <w:b/>
        </w:rPr>
        <w:t xml:space="preserve">[08:22] </w:t>
      </w:r>
      <w:r>
        <w:t>. to unhon ne us waqt le kar ke misr ke market mein ek saman tijarat ke tor par bech diya.</w:t>
      </w:r>
    </w:p>
    <w:p>
      <w:pPr>
        <w:jc w:val="right"/>
      </w:pPr>
      <w:r>
        <w:t>۔ تو انہوں نے اس وقت لے آ کر کے مصر کے market میں ایک سامان تجارت کے طور پر بیچ دیا۔</w:t>
      </w:r>
    </w:p>
    <w:p>
      <w:r>
        <w:rPr>
          <w:b/>
        </w:rPr>
        <w:t xml:space="preserve">[08:33] </w:t>
      </w:r>
      <w:r>
        <w:t>ek commodity jaise commodity hoti hai ke koi ya dehat sari bechi jati hai. glass mein becha jata hai. aise ek ek tijarti saman ke tor par le kar is ko market mein bech diya.</w:t>
      </w:r>
    </w:p>
    <w:p>
      <w:pPr>
        <w:jc w:val="right"/>
      </w:pPr>
      <w:r>
        <w:t>ایک commodity جیسے commodity ہوتی ہے کہ کوئی یا دیہات ساری بیچی جاتی ہے۔ گلاس میں بیچا جاتا ہے۔ ایسے ایک ایک تجارتی سامان کے طور پر لے آ کر اس کو market میں بیچ دیا۔</w:t>
      </w:r>
    </w:p>
    <w:p>
      <w:r>
        <w:rPr>
          <w:b/>
        </w:rPr>
        <w:t xml:space="preserve">[08:49] </w:t>
      </w:r>
      <w:r>
        <w:t>to wahan par ek shakhs ne khareeda un ko.</w:t>
      </w:r>
    </w:p>
    <w:p>
      <w:pPr>
        <w:jc w:val="right"/>
      </w:pPr>
      <w:r>
        <w:t>تو وہاں پر ایک شخص نے خریدا ان کو۔</w:t>
      </w:r>
    </w:p>
    <w:p>
      <w:r>
        <w:rPr>
          <w:b/>
        </w:rPr>
        <w:t xml:space="preserve">[08:53] </w:t>
      </w:r>
      <w:r>
        <w:t>khareed kar unhon ne ghulam bana liya. ghulam bana kar apne ghar mein rakha. ghulam bana kar apne ghar mein rakha.</w:t>
      </w:r>
    </w:p>
    <w:p>
      <w:pPr>
        <w:jc w:val="right"/>
      </w:pPr>
      <w:r>
        <w:t>خرید کر انہوں نے غلام بنا لیا۔ غلام بنا کر اپنے گھر میں رکھا۔ غلام بنا کر اپنے گھر میں رکھا۔</w:t>
      </w:r>
    </w:p>
    <w:p>
      <w:r>
        <w:rPr>
          <w:b/>
        </w:rPr>
        <w:t xml:space="preserve">[09:04] </w:t>
      </w:r>
      <w:r>
        <w:t>phir aisa wahan halaat paish aaye hue ke is naujawan ko logon ne daal diya wahan ki hukumat ne jail mein.</w:t>
      </w:r>
    </w:p>
    <w:p>
      <w:pPr>
        <w:jc w:val="right"/>
      </w:pPr>
      <w:r>
        <w:t>پھر ایسا وہاں حالات پیش آئے ہوئے کہ اس نوجوان کو لوگوں نے ڈال دیا وہاں کی حکومت نے جیل میں۔</w:t>
      </w:r>
    </w:p>
    <w:p>
      <w:r>
        <w:rPr>
          <w:b/>
        </w:rPr>
        <w:t xml:space="preserve">[09:14] </w:t>
      </w:r>
      <w:r>
        <w:t>aur kaha jata tha ke jail mein taqreeban aath saal tak rahe woh. is zamanay ki jail aaj ki jail jaisi nahi hoti thi.</w:t>
      </w:r>
    </w:p>
    <w:p>
      <w:pPr>
        <w:jc w:val="right"/>
      </w:pPr>
      <w:r>
        <w:t>اور کہا جاتا تھا کہ جیل میں تقریباً آٹھ سال تک رہے وہ۔ اس زمانے کی جیل آج کی جیل جیسی نہیں ہوتی تھی۔</w:t>
      </w:r>
    </w:p>
    <w:p>
      <w:r>
        <w:rPr>
          <w:b/>
        </w:rPr>
        <w:t xml:space="preserve">[09:24] </w:t>
      </w:r>
      <w:r>
        <w:t>bohat hi mamooli bohat hi crude wahan paray rahay.</w:t>
      </w:r>
    </w:p>
    <w:p>
      <w:pPr>
        <w:jc w:val="right"/>
      </w:pPr>
      <w:r>
        <w:t>بہت ہی معمولی بہت ہی crude وہاں پڑے رہے۔</w:t>
      </w:r>
    </w:p>
    <w:p>
      <w:r>
        <w:rPr>
          <w:b/>
        </w:rPr>
        <w:t xml:space="preserve">[09:33] </w:t>
      </w:r>
      <w:r>
        <w:t>is ke baad kya hua in in sab baaton par ek lambi muddat guzar gayi is ke baad aise halaat paida hue ke woh badshah ne un ko ek bara uhda de diya apni hukumat</w:t>
      </w:r>
    </w:p>
    <w:p>
      <w:pPr>
        <w:jc w:val="right"/>
      </w:pPr>
      <w:r>
        <w:t>اس کے بعد کیا ہوا ان ان سب باتوں پر ایک لمبی مدت گزر گئی اس کے بعد ایسے حالات پیدا ہوئے کہ وہ بادشاہ نے ان کو ایک بڑا عہدہ دے دیا اپنی حکومت</w:t>
      </w:r>
    </w:p>
    <w:p>
      <w:r>
        <w:rPr>
          <w:b/>
        </w:rPr>
        <w:t xml:space="preserve">[09:48] </w:t>
      </w:r>
      <w:r>
        <w:t>mein. is zamanay mein dekhen</w:t>
      </w:r>
    </w:p>
    <w:p>
      <w:pPr>
        <w:jc w:val="right"/>
      </w:pPr>
      <w:r>
        <w:t>میں۔ اس زمانے میں دیکھیں</w:t>
      </w:r>
    </w:p>
    <w:p>
      <w:r>
        <w:rPr>
          <w:b/>
        </w:rPr>
        <w:t xml:space="preserve">[09:53] </w:t>
      </w:r>
      <w:r>
        <w:t>that was age of agriculture. is zamanay ki jo qanooni thi woh base karti thi agriculture par. to kisi hukumat ka sab se bara department agriculture hota tha.</w:t>
      </w:r>
    </w:p>
    <w:p>
      <w:pPr>
        <w:jc w:val="right"/>
      </w:pPr>
      <w:r>
        <w:t>that was age of agriculture۔ اس زمانے کی جو قانونی تھی وہ base کرتی تھی agriculture پر۔ تو کسی حکومت کا سب سے بڑا department agriculture ہوتا تھا۔</w:t>
      </w:r>
    </w:p>
    <w:p>
      <w:r>
        <w:rPr>
          <w:b/>
        </w:rPr>
        <w:t xml:space="preserve">[10:06] </w:t>
      </w:r>
      <w:r>
        <w:t>to badshah ne un ko agriculture ka department saunp diya. yani keh sakte hain aaj kal ki zaban mein ke food minister bana diya.</w:t>
      </w:r>
    </w:p>
    <w:p>
      <w:pPr>
        <w:jc w:val="right"/>
      </w:pPr>
      <w:r>
        <w:t>تو بادشاہ نے ان کو agriculture کا department سونپ دیا۔ یعنی کہہ سکتے ہیں آج کل کی زبان میں کہ food minister بنا دیا۔</w:t>
      </w:r>
    </w:p>
    <w:p>
      <w:r>
        <w:rPr>
          <w:b/>
        </w:rPr>
        <w:t xml:space="preserve">[10:16] </w:t>
      </w:r>
      <w:r>
        <w:t>lekin yeh kaise hua</w:t>
      </w:r>
    </w:p>
    <w:p>
      <w:pPr>
        <w:jc w:val="right"/>
      </w:pPr>
      <w:r>
        <w:t>لیکن یہ کیسے ہوا</w:t>
      </w:r>
    </w:p>
    <w:p>
      <w:r>
        <w:rPr>
          <w:b/>
        </w:rPr>
        <w:t xml:space="preserve">[10:20] </w:t>
      </w:r>
      <w:r>
        <w:t>ek khwab ek khwab ke zariye hua.</w:t>
      </w:r>
    </w:p>
    <w:p>
      <w:pPr>
        <w:jc w:val="right"/>
      </w:pPr>
      <w:r>
        <w:t>ایک خواب ایک خواب کے ذریعے ہوا۔</w:t>
      </w:r>
    </w:p>
    <w:p>
      <w:r>
        <w:rPr>
          <w:b/>
        </w:rPr>
        <w:t xml:space="preserve">[10:28] </w:t>
      </w:r>
      <w:r>
        <w:t>badshah ne ek khwab dekha mein tafseel mein nahi jaon ga aap log tafseel ko parh lijiye quran mein.</w:t>
      </w:r>
    </w:p>
    <w:p>
      <w:pPr>
        <w:jc w:val="right"/>
      </w:pPr>
      <w:r>
        <w:t>بادشاہ نے ایک خواب دیکھا میں تفصیل میں نہیں جاؤں گا آپ لوگ تفصیل کو پڑھ لیجیے قرآن میں۔</w:t>
      </w:r>
    </w:p>
    <w:p>
      <w:r>
        <w:rPr>
          <w:b/>
        </w:rPr>
        <w:t xml:space="preserve">[10:38] </w:t>
      </w:r>
      <w:r>
        <w:t>is ka tarjuma sab ke paas hai. to mein detail mein nahi jaon ga detail aap quran ke tarjume mein parh lijiye. is waqt jo badshah tha misr ka</w:t>
      </w:r>
    </w:p>
    <w:p>
      <w:pPr>
        <w:jc w:val="right"/>
      </w:pPr>
      <w:r>
        <w:t>اس کا ترجمہ سب کے پاس ہے۔ تو میں detail میں نہیں جاؤں گا detail آپ قرآن کے ترجمے میں پڑھ لیجیے۔ اس وقت جو بادشاہ تھا مصر کا</w:t>
      </w:r>
    </w:p>
    <w:p>
      <w:r>
        <w:rPr>
          <w:b/>
        </w:rPr>
        <w:t xml:space="preserve">[10:49] </w:t>
      </w:r>
      <w:r>
        <w:t>to us ne ek khwab dekha. to us ne apne darbariyon ko bataya ke main ne ek khwab dekha hai. to darbariyon ne us ko keh diya ke yeh to aisa hi hai.</w:t>
      </w:r>
    </w:p>
    <w:p>
      <w:pPr>
        <w:jc w:val="right"/>
      </w:pPr>
      <w:r>
        <w:t>تو اس نے ایک خواب دیکھا۔ تو اس نے اپنے دربیاریوں کو بتایا کہ میں نے ایک خواب دیکھا ہے۔ تو دربیاریوں نے اس کو کہہ دیا کہ یہ تو ایسا ہی ہے۔</w:t>
      </w:r>
    </w:p>
    <w:p>
      <w:r>
        <w:rPr>
          <w:b/>
        </w:rPr>
        <w:t xml:space="preserve">[10:58] </w:t>
      </w:r>
      <w:r>
        <w:t>yeh koi meaningful khwab nahi hai. yani matlab ke is ki koi interpretation nahi hai aise ya confusion ke tehat aap ne dekh liya hai.</w:t>
      </w:r>
    </w:p>
    <w:p>
      <w:pPr>
        <w:jc w:val="right"/>
      </w:pPr>
      <w:r>
        <w:t>یہ کوئی meaningful خواب نہیں ہے۔ یعنی مطلب کہ اس کی کوئی interpretation نہیں ہے ایسے یا confusion کے تحت آپ نے دیکھ لیا ہے۔</w:t>
      </w:r>
    </w:p>
    <w:p>
      <w:r>
        <w:rPr>
          <w:b/>
        </w:rPr>
        <w:t xml:space="preserve">[11:13] </w:t>
      </w:r>
      <w:r>
        <w:t>lekin phir is ke baad aisa hota hai ke Hazrat Yusuf jail se bulaye jate hain aur khwab ki ek taabeer bayan karte hain.</w:t>
      </w:r>
    </w:p>
    <w:p>
      <w:pPr>
        <w:jc w:val="right"/>
      </w:pPr>
      <w:r>
        <w:t>لیکن پھر اس کے بعد ایسا ہوتا ہے کہ حضرت یوسف جیل سے بلائے جاتے ہیں اور خواب کی ایک تعبیر بیان کرتے ہیں۔</w:t>
      </w:r>
    </w:p>
    <w:p>
      <w:r>
        <w:rPr>
          <w:b/>
        </w:rPr>
        <w:t xml:space="preserve">[11:23] </w:t>
      </w:r>
      <w:r>
        <w:t>is ka ek interpretation. is interpretation ko sun kar ke badshah itna khush hota hai ke un ko itna bara uhda de deta hai.</w:t>
      </w:r>
    </w:p>
    <w:p>
      <w:pPr>
        <w:jc w:val="right"/>
      </w:pPr>
      <w:r>
        <w:t>اس کا ایک interpretation۔ اس interpretation کو سن کر کے بادشاہ اتنا خوش ہوتا ہے کہ ان کو اتنا بڑا عہدہ دے دیتا ہے۔</w:t>
      </w:r>
    </w:p>
    <w:p>
      <w:r>
        <w:rPr>
          <w:b/>
        </w:rPr>
        <w:t xml:space="preserve">[11:34] </w:t>
      </w:r>
      <w:r>
        <w:t>yani gaon ke ek naujawan ko food minister bana deta hai Egypt ka.</w:t>
      </w:r>
    </w:p>
    <w:p>
      <w:pPr>
        <w:jc w:val="right"/>
      </w:pPr>
      <w:r>
        <w:t>یعنی گاؤں کے ایک نوجوان کو food minister بنا دیتا ہے Egypt کا۔</w:t>
      </w:r>
    </w:p>
    <w:p>
      <w:r>
        <w:rPr>
          <w:b/>
        </w:rPr>
        <w:t xml:space="preserve">[11:42] </w:t>
      </w:r>
      <w:r>
        <w:t>yahan par sochiye aap ke abhi to is ne ek interpretation bataya tha jab ke is interpretation mein ek future ke bare mein kaha gaya tha kuch.</w:t>
      </w:r>
    </w:p>
    <w:p>
      <w:pPr>
        <w:jc w:val="right"/>
      </w:pPr>
      <w:r>
        <w:t>یہاں پر سوچیے آپ کہ ابھی تو اس نے ایک interpretation بتایا تھا جبکہ اس interpretation میں ایک future کے بارے میں کہا گیا تھا کچھ۔</w:t>
      </w:r>
    </w:p>
    <w:p>
      <w:r>
        <w:rPr>
          <w:b/>
        </w:rPr>
        <w:t xml:space="preserve">[11:54] </w:t>
      </w:r>
      <w:r>
        <w:t>wo future to abhi bohat door tha. abhi to</w:t>
      </w:r>
    </w:p>
    <w:p>
      <w:pPr>
        <w:jc w:val="right"/>
      </w:pPr>
      <w:r>
        <w:t>وہ future تو ابھی بہت دور تھا۔ ابھی تو</w:t>
      </w:r>
    </w:p>
    <w:p>
      <w:r>
        <w:rPr>
          <w:b/>
        </w:rPr>
        <w:t xml:space="preserve">[11:57] </w:t>
      </w:r>
      <w:r>
        <w:t>kuch bhi nahi tha abhi to ek interpretation sirf tha.</w:t>
      </w:r>
    </w:p>
    <w:p>
      <w:pPr>
        <w:jc w:val="right"/>
      </w:pPr>
      <w:r>
        <w:t>کچھ بھی نہیں تھا ابھی تو ایک interpretation صرف تھا۔</w:t>
      </w:r>
    </w:p>
    <w:p>
      <w:r>
        <w:rPr>
          <w:b/>
        </w:rPr>
        <w:t xml:space="preserve">[12:04] </w:t>
      </w:r>
      <w:r>
        <w:t>aur is interpretation ko batane ke baad Hazrat Yusuf ne kaha ke kyunke wo wo jo khwab tha wo wo Egypt ki ek cultural economy ke bare mein tha.</w:t>
      </w:r>
    </w:p>
    <w:p>
      <w:pPr>
        <w:jc w:val="right"/>
      </w:pPr>
      <w:r>
        <w:t>اور اس interpretation کو بتانے کے بعد حضرت یوسف نے کہا کہ کیونکہ وہ وہ جو خواب تھا وہ وہ Egypt کی ایک cultural economy کے بارے میں تھا۔</w:t>
      </w:r>
    </w:p>
    <w:p>
      <w:r>
        <w:rPr>
          <w:b/>
        </w:rPr>
        <w:t xml:space="preserve">[12:22] </w:t>
      </w:r>
      <w:r>
        <w:t>to Hazrat Yusuf ne kaha ke main</w:t>
      </w:r>
    </w:p>
    <w:p>
      <w:pPr>
        <w:jc w:val="right"/>
      </w:pPr>
      <w:r>
        <w:t>تو حضرت یوسف نے کہا کہ میں</w:t>
      </w:r>
    </w:p>
    <w:p>
      <w:r>
        <w:rPr>
          <w:b/>
        </w:rPr>
        <w:t xml:space="preserve">[12:27] </w:t>
      </w:r>
      <w:r>
        <w:t>mujhe yeh sonp do yeh yeh department yani agriculture ka department main is ko sambhalun ga. ab zahir hai badshah in se yeh nahi sochta ke tumhare paas kon sa background hai tumhare paas kon sa experience hai kaise main samjhun ke tum hamare itne bare country ke agriculture ke sambhal sakte ho.</w:t>
      </w:r>
    </w:p>
    <w:p>
      <w:pPr>
        <w:jc w:val="right"/>
      </w:pPr>
      <w:r>
        <w:t>مجھے یہ سونپ دو یہ یہ department یعنی agriculture کا department میں اس کو سنبھالوں گا۔ اب ظاہر ہے بادشاہ ان سے یہ نہیں سوچتا کہ تمہارے پاس کون سا background ہے تمہارے پاس کون سا experience ہے کیسے میں سمجھوں کہ تم ہمارے اتنے بڑے country کے agriculture کے سنبھال سکتے ہو۔</w:t>
      </w:r>
    </w:p>
    <w:p>
      <w:r>
        <w:rPr>
          <w:b/>
        </w:rPr>
        <w:t xml:space="preserve">[12:54] </w:t>
      </w:r>
      <w:r>
        <w:t>yeh bohat anokhi baat hai. sirf un ke kehne par is ne maan kar ke un ko wo bana diya. aur wo is ke baad wo food minister ho gaye wahan par.</w:t>
      </w:r>
    </w:p>
    <w:p>
      <w:pPr>
        <w:jc w:val="right"/>
      </w:pPr>
      <w:r>
        <w:t>یہ بہت انوکھی بات ہے۔ صرف ان کے کہنے پر اس نے مان کر کے ان کو وہ بنا دیا۔ اور وہ اس کے بعد وہ food minister ہو گئے وہاں پر۔</w:t>
      </w:r>
    </w:p>
    <w:p>
      <w:r>
        <w:rPr>
          <w:b/>
        </w:rPr>
        <w:t xml:space="preserve">[13:07] </w:t>
      </w:r>
      <w:r>
        <w:t>phir lambi kahani aage jati hai.</w:t>
      </w:r>
    </w:p>
    <w:p>
      <w:pPr>
        <w:jc w:val="right"/>
      </w:pPr>
      <w:r>
        <w:t>پھر لمبی کہانی آگے جاتی ہے۔</w:t>
      </w:r>
    </w:p>
    <w:p>
      <w:r>
        <w:rPr>
          <w:b/>
        </w:rPr>
        <w:t xml:space="preserve">[13:13] </w:t>
      </w:r>
      <w:r>
        <w:t>to Hazrat Yusuf ke jo shuru ke saal hain is mein aap dekhiye un ki kahani aakhir al-qasas rehti hai.</w:t>
      </w:r>
    </w:p>
    <w:p>
      <w:pPr>
        <w:jc w:val="right"/>
      </w:pPr>
      <w:r>
        <w:t>تو حضرت یوسف کے جو شروع کے سال ہیں اس میں آپ دیکھیے ان کی کہانی آخر القصص رہتی ہے۔</w:t>
      </w:r>
    </w:p>
    <w:p>
      <w:r>
        <w:rPr>
          <w:b/>
        </w:rPr>
        <w:t xml:space="preserve">[13:21] </w:t>
      </w:r>
      <w:r>
        <w:t>jaisa ke maine arz kiya gaon mein paida hona ek aaj kal ki zaban mein shepherd ki</w:t>
      </w:r>
    </w:p>
    <w:p>
      <w:pPr>
        <w:jc w:val="right"/>
      </w:pPr>
      <w:r>
        <w:t>جیسا کہ میں نے عرض کیا گاؤں میں پیدا ہونا ایک آج کل کی زبان میں shepherd کی</w:t>
      </w:r>
    </w:p>
    <w:p>
      <w:r>
        <w:rPr>
          <w:b/>
        </w:rPr>
        <w:t xml:space="preserve">[13:29] </w:t>
      </w:r>
      <w:r>
        <w:t>life phir kunwein mein chala jana kunwein mein daal diya jana</w:t>
      </w:r>
    </w:p>
    <w:p>
      <w:pPr>
        <w:jc w:val="right"/>
      </w:pPr>
      <w:r>
        <w:t>life پھر کنویں میں چلا جانا کنویں میں ڈال دیا جانا</w:t>
      </w:r>
    </w:p>
    <w:p>
      <w:r>
        <w:rPr>
          <w:b/>
        </w:rPr>
        <w:t xml:space="preserve">[13:35] </w:t>
      </w:r>
      <w:r>
        <w:t>is ke baad maal-e-tijarat ban kar bikna</w:t>
      </w:r>
    </w:p>
    <w:p>
      <w:pPr>
        <w:jc w:val="right"/>
      </w:pPr>
      <w:r>
        <w:t>اس کے بعد مال تجارت بن کر بکنا</w:t>
      </w:r>
    </w:p>
    <w:p>
      <w:r>
        <w:rPr>
          <w:b/>
        </w:rPr>
        <w:t xml:space="preserve">[13:40] </w:t>
      </w:r>
      <w:r>
        <w:t>phir slave banna phir jail jana yeh sara jo hai aakhir-ul-qisas ke</w:t>
      </w:r>
    </w:p>
    <w:p>
      <w:pPr>
        <w:jc w:val="right"/>
      </w:pPr>
      <w:r>
        <w:t>پھر slave بننا پھر جیل جانا یہ سارا جو ہے آخر القصص کے</w:t>
      </w:r>
    </w:p>
    <w:p>
      <w:r>
        <w:rPr>
          <w:b/>
        </w:rPr>
        <w:t xml:space="preserve">[13:49] </w:t>
      </w:r>
      <w:r>
        <w:t>wo hain item hain.</w:t>
      </w:r>
    </w:p>
    <w:p>
      <w:pPr>
        <w:jc w:val="right"/>
      </w:pPr>
      <w:r>
        <w:t>وہ ہیں item ہیں۔</w:t>
      </w:r>
    </w:p>
    <w:p>
      <w:r>
        <w:rPr>
          <w:b/>
        </w:rPr>
        <w:t xml:space="preserve">[13:54] </w:t>
      </w:r>
      <w:r>
        <w:t>aur is ke baad kya hota hai ke wahi insan jis par is tarah ke halaat guzre the wo ek poore country ke agriculture department ka sab se bara uhda un ko de diya jata hai.</w:t>
      </w:r>
    </w:p>
    <w:p>
      <w:pPr>
        <w:jc w:val="right"/>
      </w:pPr>
      <w:r>
        <w:t>اور اس کے بعد کیا ہوتا ہے کہ وہی انسان جس پر اس طرح کے حالات گزرے تھے وہ ایک پورے country کے agriculture department کا سب سے بڑا عہدہ ان کو دے دیا جاتا ہے۔</w:t>
      </w:r>
    </w:p>
    <w:p>
      <w:r>
        <w:rPr>
          <w:b/>
        </w:rPr>
        <w:t xml:space="preserve">[14:12] </w:t>
      </w:r>
      <w:r>
        <w:t>to yeh yeh jo aakhir al-qasas aakhir al-qasas kaise bana</w:t>
      </w:r>
    </w:p>
    <w:p>
      <w:pPr>
        <w:jc w:val="right"/>
      </w:pPr>
      <w:r>
        <w:t>تو یہ یہ جو آخر القصص آخر القصص کیسے بنا</w:t>
      </w:r>
    </w:p>
    <w:p>
      <w:r>
        <w:rPr>
          <w:b/>
        </w:rPr>
        <w:t xml:space="preserve">[14:20] </w:t>
      </w:r>
      <w:r>
        <w:t>aakhir yani yani best story kaise ban gai.</w:t>
      </w:r>
    </w:p>
    <w:p>
      <w:pPr>
        <w:jc w:val="right"/>
      </w:pPr>
      <w:r>
        <w:t>آخر یعنی یعنی best story کیسے بن گئی۔</w:t>
      </w:r>
    </w:p>
    <w:p>
      <w:r>
        <w:rPr>
          <w:b/>
        </w:rPr>
        <w:t xml:space="preserve">[14:26] </w:t>
      </w:r>
      <w:r>
        <w:t>to qisse ke aakhir mein yeh ayat hai ke inne man yattaqi wa yusbir fa inna Allaha la yudeeu ajra al-muhsineen ke jo shakhs taqwa ikhtiyar kare aur sabr kare to Allah is aise logon ke ajr ko zaya nahi karta.</w:t>
      </w:r>
    </w:p>
    <w:p>
      <w:pPr>
        <w:jc w:val="right"/>
      </w:pPr>
      <w:r>
        <w:t>تو قصے کے آخر میں یہ آیت ہے کہ إنه من يتقى ويصبر فإن الله لا يضيع أجر المحسنين کہ جو شخص تقویٰ اختیار کرے اور صبر کرے تو اللہ اس ایسے لوگوں کے اجر کو ضائع نہیں کرتا۔</w:t>
      </w:r>
    </w:p>
    <w:p>
      <w:r>
        <w:rPr>
          <w:b/>
        </w:rPr>
        <w:t xml:space="preserve">[14:56] </w:t>
      </w:r>
      <w:r>
        <w:t>aise yani yahan par mohsin ek lafz hai mohsin ke mani hote hain yani who perform the best jo best tareeqe se perform karen.</w:t>
      </w:r>
    </w:p>
    <w:p>
      <w:pPr>
        <w:jc w:val="right"/>
      </w:pPr>
      <w:r>
        <w:t>ایسے یعنی یہاں پر محسن ایک لفظ ہے محسن کے معنی ہوتے ہیں یعنی who perform the best جو best طریقے سے perform کریں۔</w:t>
      </w:r>
    </w:p>
    <w:p>
      <w:r>
        <w:rPr>
          <w:b/>
        </w:rPr>
        <w:t xml:space="preserve">[15:13] </w:t>
      </w:r>
      <w:r>
        <w:t>yani sirf acha karen nahi balkeh bohat acha karen yeh hai.</w:t>
      </w:r>
    </w:p>
    <w:p>
      <w:pPr>
        <w:jc w:val="right"/>
      </w:pPr>
      <w:r>
        <w:t>یعنی صرف اچھا کریں نہیں بلکہ بہت اچھا کریں یہ ہے۔</w:t>
      </w:r>
    </w:p>
    <w:p>
      <w:r>
        <w:rPr>
          <w:b/>
        </w:rPr>
        <w:t xml:space="preserve">[15:18] </w:t>
      </w:r>
      <w:r>
        <w:t>to yahan par dekhiye aap ke qissa to ek insan ka tha aur us ko yahan par</w:t>
      </w:r>
    </w:p>
    <w:p>
      <w:pPr>
        <w:jc w:val="right"/>
      </w:pPr>
      <w:r>
        <w:t>تو یہاں پر دیکھیے آپ کہ قصہ تو ایک انسان کا تھا اور اس کو یہاں پر</w:t>
      </w:r>
    </w:p>
    <w:p>
      <w:r>
        <w:rPr>
          <w:b/>
        </w:rPr>
        <w:t xml:space="preserve">[15:29] </w:t>
      </w:r>
      <w:r>
        <w:t>sab par apply kar diya gaya hai jo bhi aisa kare kyunke aap ne khud generalize kar diya. ek aadmi qisse ko generalize kar diya.</w:t>
      </w:r>
    </w:p>
    <w:p>
      <w:pPr>
        <w:jc w:val="right"/>
      </w:pPr>
      <w:r>
        <w:t>سب پر apply کر دیا گیا ہے جو بھی ایسا کرے کیونکہ آپ نے خود generalize کر دیا۔ ایک آدمی قصے کو generalize کر دیا۔</w:t>
      </w:r>
    </w:p>
    <w:p>
      <w:r>
        <w:rPr>
          <w:b/>
        </w:rPr>
        <w:t xml:space="preserve">[15:39] </w:t>
      </w:r>
      <w:r>
        <w:t>is ke mani hain ke koi bhi shakhs jo is condition ko pura kare taqwa aur sabr ki condition ko to is ki is ki best story ban sakti hai.</w:t>
      </w:r>
    </w:p>
    <w:p>
      <w:pPr>
        <w:jc w:val="right"/>
      </w:pPr>
      <w:r>
        <w:t>اس کے معنی ہیں کہ کوئی بھی شخص جو اس condition کو پورا کرے تقویٰ اور صبر کی condition کو تو اس کی اس کی best story بن سکتی ہے۔</w:t>
      </w:r>
    </w:p>
    <w:p>
      <w:r>
        <w:rPr>
          <w:b/>
        </w:rPr>
        <w:t xml:space="preserve">[15:55] </w:t>
      </w:r>
      <w:r>
        <w:t>kaisi ajeeb baat hai yeh.</w:t>
      </w:r>
    </w:p>
    <w:p>
      <w:pPr>
        <w:jc w:val="right"/>
      </w:pPr>
      <w:r>
        <w:t>کیسی عجیب بات ہے یہ۔</w:t>
      </w:r>
    </w:p>
    <w:p>
      <w:r>
        <w:rPr>
          <w:b/>
        </w:rPr>
        <w:t xml:space="preserve">[15:59] </w:t>
      </w:r>
      <w:r>
        <w:t>It is a two point formula yani yeh jo hai best story jo hai best story ban jati hai to yeh sirf two point formula hai.</w:t>
      </w:r>
    </w:p>
    <w:p>
      <w:pPr>
        <w:jc w:val="right"/>
      </w:pPr>
      <w:r>
        <w:t>It is a two point formula یعنی یہ جو ہے best story جو ہے best story بن جاتی ہے تو یہ صرف two point formula ہے۔</w:t>
      </w:r>
    </w:p>
    <w:p>
      <w:r>
        <w:rPr>
          <w:b/>
        </w:rPr>
        <w:t xml:space="preserve">[16:10] </w:t>
      </w:r>
      <w:r>
        <w:t>Woh hai taqwa aur sabr.</w:t>
      </w:r>
    </w:p>
    <w:p>
      <w:pPr>
        <w:jc w:val="right"/>
      </w:pPr>
      <w:r>
        <w:t>وہ ہے تقویٰ اور صبر۔</w:t>
      </w:r>
    </w:p>
    <w:p>
      <w:r>
        <w:rPr>
          <w:b/>
        </w:rPr>
        <w:t xml:space="preserve">[16:14] </w:t>
      </w:r>
      <w:r>
        <w:t>To taqwa aur sabr kya hai.</w:t>
      </w:r>
    </w:p>
    <w:p>
      <w:pPr>
        <w:jc w:val="right"/>
      </w:pPr>
      <w:r>
        <w:t>تو تقویٰ اور صبر کیا ہے۔</w:t>
      </w:r>
    </w:p>
    <w:p>
      <w:r>
        <w:rPr>
          <w:b/>
        </w:rPr>
        <w:t xml:space="preserve">[16:20] </w:t>
      </w:r>
      <w:r>
        <w:t>Taqwa aur sabr yeh hai ke jo kuch aap ki zindagi mein paish aaye jaisa ke Hazrat Yusuf ki zindagi mein paish aaya.</w:t>
      </w:r>
    </w:p>
    <w:p>
      <w:pPr>
        <w:jc w:val="right"/>
      </w:pPr>
      <w:r>
        <w:t>تقویٰ اور صبر یہ ہے کہ جو کچھ آپ کی زندگی میں پیش آئے جیسا کہ حضرت یوسف کی زندگی میں پیش آیا۔</w:t>
      </w:r>
    </w:p>
    <w:p>
      <w:r>
        <w:rPr>
          <w:b/>
        </w:rPr>
        <w:t xml:space="preserve">[16:29] </w:t>
      </w:r>
      <w:r>
        <w:t>Sakht halaat mushkil halaat tarah tarah ke setback yeh sab paish aaye.</w:t>
      </w:r>
    </w:p>
    <w:p>
      <w:pPr>
        <w:jc w:val="right"/>
      </w:pPr>
      <w:r>
        <w:t>سخت حالات مشکل حالات طرح طرح کے setback یہ سب پیش آئے۔</w:t>
      </w:r>
    </w:p>
    <w:p>
      <w:r>
        <w:rPr>
          <w:b/>
        </w:rPr>
        <w:t xml:space="preserve">[16:39] </w:t>
      </w:r>
      <w:r>
        <w:t>Lekin aap dekhiye na to aap ke andar revenge aaya na ghussa aaya kuch bhi nahi. Aap ne kya kiya</w:t>
      </w:r>
    </w:p>
    <w:p>
      <w:pPr>
        <w:jc w:val="right"/>
      </w:pPr>
      <w:r>
        <w:t>لیکن آپ دیکھیے نہ تو آپ کے اندر revenge آیا نہ غصہ آیا کچھ بھی نہیں۔ آپ نے کیا کیا</w:t>
      </w:r>
    </w:p>
    <w:p>
      <w:r>
        <w:rPr>
          <w:b/>
        </w:rPr>
        <w:t xml:space="preserve">[16:50] </w:t>
      </w:r>
      <w:r>
        <w:t>ke is par sabr karte hue sabr ka matlab patience is par sabr karte hue is ke mamle ko Allah ke khane mein daal diya.</w:t>
      </w:r>
    </w:p>
    <w:p>
      <w:pPr>
        <w:jc w:val="right"/>
      </w:pPr>
      <w:r>
        <w:t>کہ اس پر صبر کرتے ہوئے صبر کا مطلب patience اس پر صبر کرتے ہوئے اس کے معاملے کو اللہ کے خانے میں ڈال دیا۔</w:t>
      </w:r>
    </w:p>
    <w:p>
      <w:r>
        <w:rPr>
          <w:b/>
        </w:rPr>
        <w:t xml:space="preserve">[17:06] </w:t>
      </w:r>
      <w:r>
        <w:t>Aur yeh jo yeh jo method hai yeh Quran ki ek aayat mein yeh in alfaaz mein aaya hai ke</w:t>
      </w:r>
    </w:p>
    <w:p>
      <w:pPr>
        <w:jc w:val="right"/>
      </w:pPr>
      <w:r>
        <w:t>اور یہ جو یہ جو method ہے یہ قرآن کی ایک آیت میں یہ ان الفاظ میں آیا ہے کہ</w:t>
      </w:r>
    </w:p>
    <w:p>
      <w:r>
        <w:rPr>
          <w:b/>
        </w:rPr>
        <w:t xml:space="preserve">[17:20] </w:t>
      </w:r>
      <w:r>
        <w:t>in alfaaz mein aaya hai ke</w:t>
      </w:r>
    </w:p>
    <w:p>
      <w:pPr>
        <w:jc w:val="right"/>
      </w:pPr>
      <w:r>
        <w:t>ان الفاظ میں آیا ہے کہ</w:t>
      </w:r>
    </w:p>
    <w:p>
      <w:r>
        <w:rPr>
          <w:b/>
        </w:rPr>
        <w:t xml:space="preserve">[17:29] </w:t>
      </w:r>
      <w:r>
        <w:t>إنما أشكو بسي وحدني إلى الله</w:t>
      </w:r>
    </w:p>
    <w:p>
      <w:pPr>
        <w:jc w:val="right"/>
      </w:pPr>
      <w:r>
        <w:t>إنما أشكو بسي وحدني إلى الله</w:t>
      </w:r>
    </w:p>
    <w:p>
      <w:r>
        <w:rPr>
          <w:b/>
        </w:rPr>
        <w:t xml:space="preserve">[17:35] </w:t>
      </w:r>
      <w:r>
        <w:t>Yeh un ke walid ke alfaaz hain إنما أشكو بسي وحدني إلى الله mein apne gham ko apni takleef ko sab Allah par dalta hoon.</w:t>
      </w:r>
    </w:p>
    <w:p>
      <w:pPr>
        <w:jc w:val="right"/>
      </w:pPr>
      <w:r>
        <w:t>یہ ان کے والد کے الفاظ ہیں إنما أشكو بسي وحدني إلى الله میں اپنے غم کو اپنی تکلیف کو سب اللہ پر ڈالتا ہوں۔</w:t>
      </w:r>
    </w:p>
    <w:p>
      <w:r>
        <w:rPr>
          <w:b/>
        </w:rPr>
        <w:t xml:space="preserve">[17:47] </w:t>
      </w:r>
      <w:r>
        <w:t>To sara khulasa yeh hai ke aap aap ke andar yeh courage ho yeh himmat ho yeh yeh yeh aap ke andar soch ho yeh high thinking ho ke aap mamle ko Allah ke aage daal sakain.</w:t>
      </w:r>
    </w:p>
    <w:p>
      <w:pPr>
        <w:jc w:val="right"/>
      </w:pPr>
      <w:r>
        <w:t>تو سارا خلاصہ یہ ہے کہ آپ آپ کے اندر یہ courage ہو یہ ہمت ہو یہ یہ یہ آپ کے اندر سوچ ہو یہ high thinking ہو کہ آپ معاملے کو اللہ کے آگے ڈال سکیں۔</w:t>
      </w:r>
    </w:p>
    <w:p>
      <w:r>
        <w:rPr>
          <w:b/>
        </w:rPr>
        <w:t xml:space="preserve">[18:06] </w:t>
      </w:r>
      <w:r>
        <w:t>Lekin kab kar payenge aap bas jab jab aap sabr kar sakain. Sabr nahi to Allah ke upar dalna bhi nahi. Sabr nahi to taqwa bhi nahi.</w:t>
      </w:r>
    </w:p>
    <w:p>
      <w:pPr>
        <w:jc w:val="right"/>
      </w:pPr>
      <w:r>
        <w:t>لیکن کب کر پائیں گے آپ بس جب جب آپ صبر کر سکیں۔ صبر نہیں تو اللہ کے اوپر ڈالنا بھی نہیں۔ صبر نہیں تو تقویٰ بھی نہیں۔</w:t>
      </w:r>
    </w:p>
    <w:p>
      <w:r>
        <w:rPr>
          <w:b/>
        </w:rPr>
        <w:t xml:space="preserve">[18:18] </w:t>
      </w:r>
      <w:r>
        <w:t>Kyunke jo halaat paish aate hain woh aap ke best ke liye hote hain. Aap ki burai ke liye nahi hote.</w:t>
      </w:r>
    </w:p>
    <w:p>
      <w:pPr>
        <w:jc w:val="right"/>
      </w:pPr>
      <w:r>
        <w:t>کیونکہ جو حالات پیش آتے ہیں وہ آپ کے best کے لیے ہوتے ہیں۔ آپ کی برائی کے لیے نہیں ہوتے۔</w:t>
      </w:r>
    </w:p>
    <w:p>
      <w:r>
        <w:rPr>
          <w:b/>
        </w:rPr>
        <w:t xml:space="preserve">[18:28] </w:t>
      </w:r>
      <w:r>
        <w:t>Khuda dekhta hai. Khuda ne har ek ke liye koi bohat hi bara future likh rakha hai.</w:t>
      </w:r>
    </w:p>
    <w:p>
      <w:pPr>
        <w:jc w:val="right"/>
      </w:pPr>
      <w:r>
        <w:t>خدا دیکھتا ہے۔ خدا نے ہر ایک کے لیے کوئی بہت ہی بڑا future لکھ رکھا ہے۔</w:t>
      </w:r>
    </w:p>
    <w:p>
      <w:r>
        <w:rPr>
          <w:b/>
        </w:rPr>
        <w:t xml:space="preserve">[18:37] </w:t>
      </w:r>
      <w:r>
        <w:t>Har ek ke liye har insan jo paida hota hai.</w:t>
      </w:r>
    </w:p>
    <w:p>
      <w:pPr>
        <w:jc w:val="right"/>
      </w:pPr>
      <w:r>
        <w:t>ہر ایک کے لیے ہر انسان جو پیدا ہوتا ہے۔</w:t>
      </w:r>
    </w:p>
    <w:p>
      <w:r>
        <w:rPr>
          <w:b/>
        </w:rPr>
        <w:t xml:space="preserve">[18:41] </w:t>
      </w:r>
      <w:r>
        <w:t>Chahe woh ghareeb ho ya ameer ho. Parha likha ho ya be parha likha ho. Koi bhi koi bhi koi bhi. Har ek ke liye Khuda ne koi bohat hi best future likh rakha hai.</w:t>
      </w:r>
    </w:p>
    <w:p>
      <w:pPr>
        <w:jc w:val="right"/>
      </w:pPr>
      <w:r>
        <w:t>چاہے وہ غریب ہو یا امیر ہو۔ پڑھ لکھا ہو یا بے پڑھ لکھا ہو۔ کوئی بھی کوئی بھی کوئی بھی۔ ہر ایک کے لیے خدا نے کوئی بہت ہی best future لکھ رکھا ہے۔</w:t>
      </w:r>
    </w:p>
    <w:p>
      <w:r>
        <w:rPr>
          <w:b/>
        </w:rPr>
        <w:t xml:space="preserve">[18:56] </w:t>
      </w:r>
      <w:r>
        <w:t>Lekin woh best future kab milega kisi ko</w:t>
      </w:r>
    </w:p>
    <w:p>
      <w:pPr>
        <w:jc w:val="right"/>
      </w:pPr>
      <w:r>
        <w:t>لیکن وہ best future کب ملے گا کسی کو</w:t>
      </w:r>
    </w:p>
    <w:p>
      <w:r>
        <w:rPr>
          <w:b/>
        </w:rPr>
        <w:t xml:space="preserve">[18:59] </w:t>
      </w:r>
      <w:r>
        <w:t>. Is ki ek price hai. Woh price hai ke woh test par poora utre.</w:t>
      </w:r>
    </w:p>
    <w:p>
      <w:pPr>
        <w:jc w:val="right"/>
      </w:pPr>
      <w:r>
        <w:t>۔ اس کی ایک price ہے۔ وہ price ہے کہ وہ test پر پورا اترے۔</w:t>
      </w:r>
    </w:p>
    <w:p>
      <w:r>
        <w:rPr>
          <w:b/>
        </w:rPr>
        <w:t xml:space="preserve">[19:08] </w:t>
      </w:r>
      <w:r>
        <w:t>Test par poora utre aur test kya yahi hai ke jo kuch paish aaye is par sabr karte hue is ko Allah ke khane mein daal dena.</w:t>
      </w:r>
    </w:p>
    <w:p>
      <w:pPr>
        <w:jc w:val="right"/>
      </w:pPr>
      <w:r>
        <w:t>test پر پورا اترے اور test کیا یہی ہے کہ جو کچھ پیش آئے اس پر صبر کرتے ہوئے اس کو اللہ کے خانے میں ڈال دینا۔</w:t>
      </w:r>
    </w:p>
    <w:p>
      <w:r>
        <w:rPr>
          <w:b/>
        </w:rPr>
        <w:t xml:space="preserve">[19:20] </w:t>
      </w:r>
      <w:r>
        <w:t>Yeh yahi test hai.</w:t>
      </w:r>
    </w:p>
    <w:p>
      <w:pPr>
        <w:jc w:val="right"/>
      </w:pPr>
      <w:r>
        <w:t>یہ یہی test ہے۔</w:t>
      </w:r>
    </w:p>
    <w:p>
      <w:r>
        <w:rPr>
          <w:b/>
        </w:rPr>
        <w:t xml:space="preserve">[19:25] </w:t>
      </w:r>
      <w:r>
        <w:t>إنه من يتقى ويصبر فإن الله لا يضيع</w:t>
      </w:r>
    </w:p>
    <w:p>
      <w:pPr>
        <w:jc w:val="right"/>
      </w:pPr>
      <w:r>
        <w:t>إنه من يتقى ويصبر فإن الله لا يضيع</w:t>
      </w:r>
    </w:p>
    <w:p>
      <w:r>
        <w:rPr>
          <w:b/>
        </w:rPr>
        <w:t xml:space="preserve">[19:32] </w:t>
      </w:r>
      <w:r>
        <w:t>أجر المحسنين Yeh bohat hi sochne ki baat hai ke waqiat ek insan ka tha lekin is ko generalize kar diya. Isi ko maine kaha ke repeatable bana diya.</w:t>
      </w:r>
    </w:p>
    <w:p>
      <w:pPr>
        <w:jc w:val="right"/>
      </w:pPr>
      <w:r>
        <w:t>أجر المحسنين یہ بہت ہی سوچنے کی بات ہے کہ واقعات ایک انسان کا تھا لیکن اس کو generalize کر دیا۔ اسی کو میں نے کہا کہ repeatable بنا دیا۔</w:t>
      </w:r>
    </w:p>
    <w:p>
      <w:r>
        <w:rPr>
          <w:b/>
        </w:rPr>
        <w:t xml:space="preserve">[19:45] </w:t>
      </w:r>
      <w:r>
        <w:t>Yeh mat samjho ke ek insan ka waqia hai. Yeh waqia repeatable hai.</w:t>
      </w:r>
    </w:p>
    <w:p>
      <w:pPr>
        <w:jc w:val="right"/>
      </w:pPr>
      <w:r>
        <w:t>یہ مت سمجھو کہ ایک انسان کا واقعہ ہے۔ یہ واقعہ repeatable ہے۔</w:t>
      </w:r>
    </w:p>
    <w:p>
      <w:r>
        <w:rPr>
          <w:b/>
        </w:rPr>
        <w:t xml:space="preserve">[19:50] </w:t>
      </w:r>
      <w:r>
        <w:t>Har aadmi har aadmi har aadmi har aurat har mard har aurat har mard is ko apni zindagi mein repeat kar sakta hai.</w:t>
      </w:r>
    </w:p>
    <w:p>
      <w:pPr>
        <w:jc w:val="right"/>
      </w:pPr>
      <w:r>
        <w:t>ہر آدمی ہر آدمی ہر آدمی ہر عورت ہر مرد ہر عورت ہر مرد اس کو اپنی زندگی میں repeat کر سکتا ہے۔</w:t>
      </w:r>
    </w:p>
    <w:p>
      <w:r>
        <w:rPr>
          <w:b/>
        </w:rPr>
        <w:t xml:space="preserve">[20:02] </w:t>
      </w:r>
      <w:r>
        <w:t>har ek ke liye repeatable hai lekin kab jab ke woh is ki shart ko pura karay. aur shart yeh shart yeh do hai taqwa aur sabr.</w:t>
      </w:r>
    </w:p>
    <w:p>
      <w:pPr>
        <w:jc w:val="right"/>
      </w:pPr>
      <w:r>
        <w:t>ہر ایک کے لیے repeatable ہے لیکن کب جب کہ وہ اس کی شرط کو پورا کرے۔ اور شرط یہ شرط یہ دو ہے تقویٰ اور صبر۔</w:t>
      </w:r>
    </w:p>
    <w:p>
      <w:r>
        <w:rPr>
          <w:b/>
        </w:rPr>
        <w:t xml:space="preserve">[20:12] </w:t>
      </w:r>
      <w:r>
        <w:t>yani insanon ki taraf jo kuch pesh aaya hai is par bohat ziyada sabr karna. yani kuch bhi react na karna.</w:t>
      </w:r>
    </w:p>
    <w:p>
      <w:pPr>
        <w:jc w:val="right"/>
      </w:pPr>
      <w:r>
        <w:t>یعنی انسانوں کی طرف جو کچھ پیش آیا ہے اس پر بہت زیادہ صبر کرنا۔ یعنی کچھ بھی react نہ کرنا۔</w:t>
      </w:r>
    </w:p>
    <w:p>
      <w:r>
        <w:rPr>
          <w:b/>
        </w:rPr>
        <w:t xml:space="preserve">[20:21] </w:t>
      </w:r>
      <w:r>
        <w:t>kuch bhi negative na hona. kuch bhi revenge aadmi ke andar na aaye. kuch bhi provoke na hona. zara bhi nahi. yeh hai sabr</w:t>
      </w:r>
    </w:p>
    <w:p>
      <w:pPr>
        <w:jc w:val="right"/>
      </w:pPr>
      <w:r>
        <w:t>کچھ بھی negative نہ ہونا۔ کچھ بھی revenge آدمی کے اندر نہ آئے۔ کچھ بھی provoke نہ ہونا۔ ذرا بھی نہیں۔ یہ ہے صبر</w:t>
      </w:r>
    </w:p>
    <w:p>
      <w:r>
        <w:rPr>
          <w:b/>
        </w:rPr>
        <w:t xml:space="preserve">[20:33] </w:t>
      </w:r>
      <w:r>
        <w:t>. jab sabr kar payenge aap is is tareeqay se tabhi aap ke andar yeh quality paida hogi ke sach much dil se Allah ke hawale kar saken.</w:t>
      </w:r>
    </w:p>
    <w:p>
      <w:pPr>
        <w:jc w:val="right"/>
      </w:pPr>
      <w:r>
        <w:t>۔ جب صبر کر پائیں گے آپ اس اس طریقے سے تبھی آپ کے اندر یہ quality پیدا ہوگی کہ سچ مچ دل سے اللہ کے حوالے کر سکیں۔</w:t>
      </w:r>
    </w:p>
    <w:p>
      <w:r>
        <w:rPr>
          <w:b/>
        </w:rPr>
        <w:t xml:space="preserve">[20:45] </w:t>
      </w:r>
      <w:r>
        <w:t>nahi to lip service hoga. yani agar aap Allah ke hawale karen jab ke aap ke dil mein negativity ho to woh to lip service hai.</w:t>
      </w:r>
    </w:p>
    <w:p>
      <w:pPr>
        <w:jc w:val="right"/>
      </w:pPr>
      <w:r>
        <w:t>نہیں تو lip service ہوگا۔ یعنی اگر آپ اللہ کے حوالے کریں جب کہ آپ کے دل میں negativity ہو تو وہ تو lip service ہے۔</w:t>
      </w:r>
    </w:p>
    <w:p>
      <w:r>
        <w:rPr>
          <w:b/>
        </w:rPr>
        <w:t xml:space="preserve">[20:56] </w:t>
      </w:r>
      <w:r>
        <w:t>lip service Allah ka accept nahi hogi.</w:t>
      </w:r>
    </w:p>
    <w:p>
      <w:pPr>
        <w:jc w:val="right"/>
      </w:pPr>
      <w:r>
        <w:t>lip service اللہ کا accept نہیں ہوگی۔</w:t>
      </w:r>
    </w:p>
    <w:p>
      <w:r>
        <w:rPr>
          <w:b/>
        </w:rPr>
        <w:t xml:space="preserve">[21:00] </w:t>
      </w:r>
      <w:r>
        <w:t>isi liye haan mohsin ka lafz aaya. mohsin ka mani hote hain bohat achay tareeqay se perform karne wala.</w:t>
      </w:r>
    </w:p>
    <w:p>
      <w:pPr>
        <w:jc w:val="right"/>
      </w:pPr>
      <w:r>
        <w:t>اسی لیے ہاں محسن کا لفظ آیا۔ محسن کا معنی ہوتے ہیں بہت اچھے طریقے سے perform کرنے والا۔</w:t>
      </w:r>
    </w:p>
    <w:p>
      <w:r>
        <w:rPr>
          <w:b/>
        </w:rPr>
        <w:t xml:space="preserve">[21:10] </w:t>
      </w:r>
      <w:r>
        <w:t>to kaisi ajeeb good target is ke andar hai. lekin is mein kya hai aap ko wait karna hai ek lambi muddat tak.</w:t>
      </w:r>
    </w:p>
    <w:p>
      <w:pPr>
        <w:jc w:val="right"/>
      </w:pPr>
      <w:r>
        <w:t>تو کیسی عجیب good target اس کے اندر ہے۔ لیکن اس میں کیا ہے آپ کو wait کرنا ہے ایک لمبی مدت تک۔</w:t>
      </w:r>
    </w:p>
    <w:p>
      <w:r>
        <w:rPr>
          <w:b/>
        </w:rPr>
        <w:t xml:space="preserve">[21:24] </w:t>
      </w:r>
      <w:r>
        <w:t>agar aap wait nahi karenge to woh jo test ka jo process chalaya gaya hai Allah ki taraf se woh pura nahi hoga.</w:t>
      </w:r>
    </w:p>
    <w:p>
      <w:pPr>
        <w:jc w:val="right"/>
      </w:pPr>
      <w:r>
        <w:t>اگر آپ wait نہیں کریں گے تو وہ جو test کا جو process چلایا گیا ہے اللہ کی طرف سے وہ پورا نہیں ہوگا۔</w:t>
      </w:r>
    </w:p>
    <w:p>
      <w:r>
        <w:rPr>
          <w:b/>
        </w:rPr>
        <w:t xml:space="preserve">[21:35] </w:t>
      </w:r>
      <w:r>
        <w:t>to lambi muddat tak wait karna react na karna apni positivity ko har haal mein baqi rakhna zara bhi revenge na aana</w:t>
      </w:r>
    </w:p>
    <w:p>
      <w:pPr>
        <w:jc w:val="right"/>
      </w:pPr>
      <w:r>
        <w:t>تو لمبی مدت تک wait کرنا react نہ کرنا اپنی positivity کو ہر حال میں باقی رکھنا ذرا بھی revenge نہ آنا</w:t>
      </w:r>
    </w:p>
    <w:p>
      <w:r>
        <w:rPr>
          <w:b/>
        </w:rPr>
        <w:t xml:space="preserve">[21:52] </w:t>
      </w:r>
      <w:r>
        <w:t>zara bhi provoke na hona yeh sab hai sabr.</w:t>
      </w:r>
    </w:p>
    <w:p>
      <w:pPr>
        <w:jc w:val="right"/>
      </w:pPr>
      <w:r>
        <w:t>ذرا بھی provoke نہ ہونا یہ سب ہے صبر۔</w:t>
      </w:r>
    </w:p>
    <w:p>
      <w:r>
        <w:rPr>
          <w:b/>
        </w:rPr>
        <w:t xml:space="preserve">[22:01] </w:t>
      </w:r>
      <w:r>
        <w:t>jab aap yeh sabr kar payenge tab woh waqt aayega ke aap Allah ke hawale kar den is ko.</w:t>
      </w:r>
    </w:p>
    <w:p>
      <w:pPr>
        <w:jc w:val="right"/>
      </w:pPr>
      <w:r>
        <w:t>جب آپ یہ صبر کر پائیں گے تب وہ وقت آئے گا کہ آپ اللہ کے حوالے کر دیں اس کو۔</w:t>
      </w:r>
    </w:p>
    <w:p>
      <w:r>
        <w:rPr>
          <w:b/>
        </w:rPr>
        <w:t xml:space="preserve">[22:11] </w:t>
      </w:r>
      <w:r>
        <w:t>warna aisa aisa is sabr par yani yeh is sabr par apne aap ko qaim kiye baghair agar aap kehte hain to woh to woh to lip service hai.</w:t>
      </w:r>
    </w:p>
    <w:p>
      <w:pPr>
        <w:jc w:val="right"/>
      </w:pPr>
      <w:r>
        <w:t>ورنہ ایسا ایسا اس صبر پر یعنی یہ اس صبر پر اپنے آپ کو قائم کیے بغیر اگر آپ کہتے ہیں تو وہ تو وہ تو lip service ہے۔</w:t>
      </w:r>
    </w:p>
    <w:p>
      <w:r>
        <w:rPr>
          <w:b/>
        </w:rPr>
        <w:t xml:space="preserve">[22:25] </w:t>
      </w:r>
      <w:r>
        <w:t>lip service Allah ka qabool nahi.</w:t>
      </w:r>
    </w:p>
    <w:p>
      <w:pPr>
        <w:jc w:val="right"/>
      </w:pPr>
      <w:r>
        <w:t>lip service اللہ کا قبول نہیں۔</w:t>
      </w:r>
    </w:p>
    <w:p>
      <w:r>
        <w:rPr>
          <w:b/>
        </w:rPr>
        <w:t xml:space="preserve">[22:33] </w:t>
      </w:r>
      <w:r>
        <w:t>to dekhiye yeh jo Hazrat Yusuf ka kaha hua is mein yeh bhi ishara hai ke har aadmi ki zindagi mein yahi waqia pesh aayega.</w:t>
      </w:r>
    </w:p>
    <w:p>
      <w:pPr>
        <w:jc w:val="right"/>
      </w:pPr>
      <w:r>
        <w:t>تو دیکھیے یہ جو حضرت یوسف کا کہا ہوا اس میں یہ بھی اشارہ ہے کہ ہر آدمی کی زندگی میں یہی واقعہ پیش آئے گا۔</w:t>
      </w:r>
    </w:p>
    <w:p>
      <w:r>
        <w:rPr>
          <w:b/>
        </w:rPr>
        <w:t xml:space="preserve">[22:43] </w:t>
      </w:r>
      <w:r>
        <w:t>har aitbaar se yeh repeatable hai. lekin repeatable woh is aitbaar se nahi ke same qissa hoga har jagah.</w:t>
      </w:r>
    </w:p>
    <w:p>
      <w:pPr>
        <w:jc w:val="right"/>
      </w:pPr>
      <w:r>
        <w:t>ہر اعتبار سے یہ repeatable ہے۔ لیکن repeatable وہ اس اعتبار سے نہیں کہ same قصہ ہوگا ہر جگہ۔</w:t>
      </w:r>
    </w:p>
    <w:p>
      <w:r>
        <w:rPr>
          <w:b/>
        </w:rPr>
        <w:t xml:space="preserve">[22:57] </w:t>
      </w:r>
      <w:r>
        <w:t>nahi is ki shaklein alag alag ho sakti hain.</w:t>
      </w:r>
    </w:p>
    <w:p>
      <w:pPr>
        <w:jc w:val="right"/>
      </w:pPr>
      <w:r>
        <w:t>نہیں اس کی شکلیں الگ الگ ہو سکتی ہیں۔</w:t>
      </w:r>
    </w:p>
    <w:p>
      <w:r>
        <w:rPr>
          <w:b/>
        </w:rPr>
        <w:t xml:space="preserve">[23:02] </w:t>
      </w:r>
      <w:r>
        <w:t>matlab yeh matlab nahi ke aap bhi gaon mein paida honge aap bhi kuwein mein dalenge aap bhi bazaar mein ja ke bikenge aap ko bhi slave banaya jayega aap ko bhi jail jana hoga yeh matlab nahi is ka.</w:t>
      </w:r>
    </w:p>
    <w:p>
      <w:pPr>
        <w:jc w:val="right"/>
      </w:pPr>
      <w:r>
        <w:t>مطلب یہ مطلب نہیں کہ آپ بھی گاؤں میں پیدا ہوں گے آپ بھی کنویں میں ڈالیں گے آپ بھی بازار میں جا کے بکیں گے آپ کو بھی slave بنایا جائے گا آپ کو بھی جیل جانا ہوگا یہ مطلب نہیں اس کا۔</w:t>
      </w:r>
    </w:p>
    <w:p>
      <w:r>
        <w:rPr>
          <w:b/>
        </w:rPr>
        <w:t xml:space="preserve">[23:17] </w:t>
      </w:r>
      <w:r>
        <w:t>yeh to form ki baat hai form. to form to badalta rahega. yani spirit baqi rahegi form badalta rahega.</w:t>
      </w:r>
    </w:p>
    <w:p>
      <w:pPr>
        <w:jc w:val="right"/>
      </w:pPr>
      <w:r>
        <w:t>یہ تو فارم کی بات ہے فارم۔ تو فارم تو بدلتا رہے گا۔ یعنی spirit باقی رہے گی فارم بدلتا رہے گا۔</w:t>
      </w:r>
    </w:p>
    <w:p>
      <w:r>
        <w:rPr>
          <w:b/>
        </w:rPr>
        <w:t xml:space="preserve">[23:28] </w:t>
      </w:r>
      <w:r>
        <w:t>aur yeh har ek ki zindagi mein zaroor aisa hoga.</w:t>
      </w:r>
    </w:p>
    <w:p>
      <w:pPr>
        <w:jc w:val="right"/>
      </w:pPr>
      <w:r>
        <w:t>اور یہ ہر ایک کی زندگی میں ضرور ایسا ہوگا۔</w:t>
      </w:r>
    </w:p>
    <w:p>
      <w:r>
        <w:rPr>
          <w:b/>
        </w:rPr>
        <w:t xml:space="preserve">[23:32] </w:t>
      </w:r>
      <w:r>
        <w:t>isi liye quran mein aaya hai ke laqad khalaqnal insana fi kabad insaan ko paida kiya hum ne problem mein. to problem kya hai? problem kya cheez hai?</w:t>
      </w:r>
    </w:p>
    <w:p>
      <w:pPr>
        <w:jc w:val="right"/>
      </w:pPr>
      <w:r>
        <w:t>اسی لیے قرآن میں آیا ہے کہ لقد خلقت الانسان فی قبر انسان کو پیدا کیا ہم نے problem میں۔ تو problem کیا ہے؟ problem کیا چیز ہے؟</w:t>
      </w:r>
    </w:p>
    <w:p>
      <w:r>
        <w:rPr>
          <w:b/>
        </w:rPr>
        <w:t xml:space="preserve">[23:42] </w:t>
      </w:r>
      <w:r>
        <w:t>problem kehta hai ke wahi process jo Yusuf par guzra tha woh aap ke sath guzar raha hai. jab aap dekha ke meri zindagi mein problem aa gaya hai meri zindagi mein setback aa raha hai.</w:t>
      </w:r>
    </w:p>
    <w:p>
      <w:pPr>
        <w:jc w:val="right"/>
      </w:pPr>
      <w:r>
        <w:t>problem کہتا ہے کہ وہی process جو یوسف پر گزرا تھا وہ آپ کے ساتھ گزر رہا ہے۔ جب آپ دیکھا کہ میری زندگی میں problem آ گیا ہے میری زندگی میں setback آ رہا ہے۔</w:t>
      </w:r>
    </w:p>
    <w:p>
      <w:r>
        <w:rPr>
          <w:b/>
        </w:rPr>
        <w:t xml:space="preserve">[23:55] </w:t>
      </w:r>
      <w:r>
        <w:t>to samajh lijiye ke Yusuf ki story aap ki zindagi mein dohrai ja rahi hai.</w:t>
      </w:r>
    </w:p>
    <w:p>
      <w:pPr>
        <w:jc w:val="right"/>
      </w:pPr>
      <w:r>
        <w:t>تو سمجھ لیجیے کہ یوسف کی story آپ کی زندگی میں دہرائی جا رہی ہے۔</w:t>
      </w:r>
    </w:p>
    <w:p>
      <w:r>
        <w:rPr>
          <w:b/>
        </w:rPr>
        <w:t xml:space="preserve">[24:01] </w:t>
      </w:r>
      <w:r>
        <w:t>ab aap ko taqwa aur sabr ka proof dena hai. agar aap stand kar jayen is par to phir aap ka aakhirul qasas ban jayega.</w:t>
      </w:r>
    </w:p>
    <w:p>
      <w:pPr>
        <w:jc w:val="right"/>
      </w:pPr>
      <w:r>
        <w:t>اب آپ کو تقویٰ اور صبر کا proof دینا ہے۔ اگر آپ stand کر جائیں اس پر تو پھر آپ کا آخر القصص بن جائے گا۔</w:t>
      </w:r>
    </w:p>
    <w:p>
      <w:r>
        <w:rPr>
          <w:b/>
        </w:rPr>
        <w:t xml:space="preserve">[24:14] </w:t>
      </w:r>
      <w:r>
        <w:t>yani best story best story ban jayegi.</w:t>
      </w:r>
    </w:p>
    <w:p>
      <w:pPr>
        <w:jc w:val="right"/>
      </w:pPr>
      <w:r>
        <w:t>یعنی best story best story بن جائے گی۔</w:t>
      </w:r>
    </w:p>
    <w:p>
      <w:r>
        <w:rPr>
          <w:b/>
        </w:rPr>
        <w:t xml:space="preserve">[24:18] </w:t>
      </w:r>
      <w:r>
        <w:t>yani kaisi ajeeb good targeting is mein hai. aur har insaan ke liye har aurat ke liye har mard ke liye chahe woh ghareeb ho ameer ho kuch bhi ho is se farq nahi parta.</w:t>
      </w:r>
    </w:p>
    <w:p>
      <w:pPr>
        <w:jc w:val="right"/>
      </w:pPr>
      <w:r>
        <w:t>یعنی کیسی عجیب good targeting اس میں ہے۔ اور ہر انسان کے لیے ہر عورت کے لیے ہر مرد کے لیے چاہے وہ غریب ہو امیر ہو کچھ بھی ہو اس سے فرق نہیں پڑتا۔</w:t>
      </w:r>
    </w:p>
    <w:p>
      <w:r>
        <w:rPr>
          <w:b/>
        </w:rPr>
        <w:t xml:space="preserve">[24:38] </w:t>
      </w:r>
      <w:r>
        <w:t>yani yun samajh lijiye ke aap ne aik aik plant lagaya. aik bohat hi saal bohat acha hai wahan pani bhi hai.</w:t>
      </w:r>
    </w:p>
    <w:p>
      <w:pPr>
        <w:jc w:val="right"/>
      </w:pPr>
      <w:r>
        <w:t>یعنی یوں سمجھ لیجیے کہ آپ نے ایک ایک plant لگایا۔ ایک بہت ہی سال بہت اچھا ہے وہاں پانی بھی ہے۔</w:t>
      </w:r>
    </w:p>
    <w:p>
      <w:r>
        <w:rPr>
          <w:b/>
        </w:rPr>
        <w:t xml:space="preserve">[24:50] </w:t>
      </w:r>
      <w:r>
        <w:t>wahan fertile bhi hai. wahan par khaad bhi hai sab cheez</w:t>
      </w:r>
    </w:p>
    <w:p>
      <w:pPr>
        <w:jc w:val="right"/>
      </w:pPr>
      <w:r>
        <w:t>وہاں fertile بھی ہے۔ وہاں پر کھاد بھی ہے سب چیز</w:t>
      </w:r>
    </w:p>
    <w:p>
      <w:r>
        <w:rPr>
          <w:b/>
        </w:rPr>
        <w:t xml:space="preserve">[24:55] </w:t>
      </w:r>
      <w:r>
        <w:t>maujood hai. aisi halat mein aik shakhs poore yaqeen ke sath keh sakta hai ke agar yeh plant ko moqa diya gaya barhne ka to aik din bara hoga bara hoga bara hoga yahan tak ke is mein phool aayenge aur phal aayenge.</w:t>
      </w:r>
    </w:p>
    <w:p>
      <w:pPr>
        <w:jc w:val="right"/>
      </w:pPr>
      <w:r>
        <w:t>موجود ہے۔ ایسی حالت میں ایک شخص پورے یقین کے ساتھ کہہ سکتا ہے کہ اگر یہ plant کو موقع دیا گیا بڑھنے کا تو ایک دن بڑا ہوگا بڑا ہوگا بڑا ہوگا یہاں تک کہ اس میں پھول آئیں گے اور پھل آئیں گے۔</w:t>
      </w:r>
    </w:p>
    <w:p>
      <w:r>
        <w:rPr>
          <w:b/>
        </w:rPr>
        <w:t xml:space="preserve">[25:11] </w:t>
      </w:r>
      <w:r>
        <w:t>to peR ka jo growth hai wo aur dhang se hota hai is ka law of nature aur hai.</w:t>
      </w:r>
    </w:p>
    <w:p>
      <w:pPr>
        <w:jc w:val="right"/>
      </w:pPr>
      <w:r>
        <w:t>تو پیڑ کا جو growth ہے وہ اور ڈھنگ سے ہوتا ہے اس کا law of nature اور ہے۔</w:t>
      </w:r>
    </w:p>
    <w:p>
      <w:r>
        <w:rPr>
          <w:b/>
        </w:rPr>
        <w:t xml:space="preserve">[25:18] </w:t>
      </w:r>
      <w:r>
        <w:t>wo beej se plant banega plant se stem banega stem se branch branches banengi is mein leaf aayegi phool aayega phal aayega is ka process alag hai.</w:t>
      </w:r>
    </w:p>
    <w:p>
      <w:pPr>
        <w:jc w:val="right"/>
      </w:pPr>
      <w:r>
        <w:t>وہ بیج سے plant بنے گا plant سے stem بنے گا stem سے branch branches بنیں گی اس میں leaf آئے گی پھول آئے گا پھل آئے گا اس کا process الگ ہے۔</w:t>
      </w:r>
    </w:p>
    <w:p>
      <w:r>
        <w:rPr>
          <w:b/>
        </w:rPr>
        <w:t xml:space="preserve">[25:34] </w:t>
      </w:r>
      <w:r>
        <w:t>insaan ka process jo hai wo doosra hai. insaan ko problem ke wastay se guzarna parta hai.</w:t>
      </w:r>
    </w:p>
    <w:p>
      <w:pPr>
        <w:jc w:val="right"/>
      </w:pPr>
      <w:r>
        <w:t>انسان کا process جو ہے وہ دوسرا ہے۔ انسان کو problem کے واسطے سے گزرنا پڑتا ہے۔</w:t>
      </w:r>
    </w:p>
    <w:p>
      <w:r>
        <w:rPr>
          <w:b/>
        </w:rPr>
        <w:t xml:space="preserve">[25:40] </w:t>
      </w:r>
      <w:r>
        <w:t>to is ko yun mat samjhiye ke aik insaan ki story hai jo saaray terah hazar saal pehle Misr mein Egypt mein aaya tha.</w:t>
      </w:r>
    </w:p>
    <w:p>
      <w:pPr>
        <w:jc w:val="right"/>
      </w:pPr>
      <w:r>
        <w:t>تو اس کو یوں مت سمجھیے کہ ایک انسان کی story ہے جو ساڑھے تیرہ ہزار سال پہلے مصر میں Egypt میں آیا تھا۔</w:t>
      </w:r>
    </w:p>
    <w:p>
      <w:r>
        <w:rPr>
          <w:b/>
        </w:rPr>
        <w:t xml:space="preserve">[25:49] </w:t>
      </w:r>
      <w:r>
        <w:t>nahi.</w:t>
      </w:r>
    </w:p>
    <w:p>
      <w:pPr>
        <w:jc w:val="right"/>
      </w:pPr>
      <w:r>
        <w:t>نہیں۔</w:t>
      </w:r>
    </w:p>
    <w:p>
      <w:r>
        <w:rPr>
          <w:b/>
        </w:rPr>
        <w:t xml:space="preserve">[25:52] </w:t>
      </w:r>
      <w:r>
        <w:t>wo aik creator ke aik law ka demonstration hai.</w:t>
      </w:r>
    </w:p>
    <w:p>
      <w:pPr>
        <w:jc w:val="right"/>
      </w:pPr>
      <w:r>
        <w:t>وہ ایک creator کے ایک law کا demonstration ہے۔</w:t>
      </w:r>
    </w:p>
    <w:p>
      <w:r>
        <w:rPr>
          <w:b/>
        </w:rPr>
        <w:t xml:space="preserve">[26:03] </w:t>
      </w:r>
      <w:r>
        <w:t>wo creator ke aik law ka demonstration hai har insaan ke liye.</w:t>
      </w:r>
    </w:p>
    <w:p>
      <w:pPr>
        <w:jc w:val="right"/>
      </w:pPr>
      <w:r>
        <w:t>وہ creator کے ایک law کا demonstration ہے ہر انسان کے لیے۔</w:t>
      </w:r>
    </w:p>
    <w:p>
      <w:r>
        <w:rPr>
          <w:b/>
        </w:rPr>
        <w:t xml:space="preserve">[26:11] </w:t>
      </w:r>
      <w:r>
        <w:t>demonstration ki language mein bataya ja raha hai ke aye insaan dekh is se sabak le. agar tu bhi aise hi kare to teri story bhi aakhir al qasas ban jayegi.</w:t>
      </w:r>
    </w:p>
    <w:p>
      <w:pPr>
        <w:jc w:val="right"/>
      </w:pPr>
      <w:r>
        <w:t>demonstration کی language میں بتایا جا رہا ہے کہ اے انسان دیکھ اس سے سبق لے۔ اگر تو بھی ایسے ہی کرے تو تیری story بھی آخر القصص بن جائے گی۔</w:t>
      </w:r>
    </w:p>
    <w:p>
      <w:r>
        <w:rPr>
          <w:b/>
        </w:rPr>
        <w:t xml:space="preserve">[26:25] </w:t>
      </w:r>
      <w:r>
        <w:t>chahe shuru mein aakhir al qasas ho tab bhi.</w:t>
      </w:r>
    </w:p>
    <w:p>
      <w:pPr>
        <w:jc w:val="right"/>
      </w:pPr>
      <w:r>
        <w:t>چاہے شروع میں آخر القصص ہو تب بھی۔</w:t>
      </w:r>
    </w:p>
    <w:p>
      <w:r>
        <w:rPr>
          <w:b/>
        </w:rPr>
        <w:t xml:space="preserve">[26:33] </w:t>
      </w:r>
      <w:r>
        <w:t>dikhye main yahan par aik baat aap ko arz karna chahunga ke Khuda ke haan dene ke liye kami nahi</w:t>
      </w:r>
    </w:p>
    <w:p>
      <w:pPr>
        <w:jc w:val="right"/>
      </w:pPr>
      <w:r>
        <w:t>دیکھیے میں یہاں پر ایک بات آپ کو عرض کرنا چاہوں گا کہ خدا کے ہاں دینے کے لیے کمی نہیں</w:t>
      </w:r>
    </w:p>
    <w:p>
      <w:r>
        <w:rPr>
          <w:b/>
        </w:rPr>
        <w:t xml:space="preserve">[26:41] </w:t>
      </w:r>
      <w:r>
        <w:t>hai. yeh mat samjhiye ke dunya mein saat billion insaan hain to saat billion insaanon ko itni bari kaise de dega Khuda jo Yusuf ko mila tha.</w:t>
      </w:r>
    </w:p>
    <w:p>
      <w:pPr>
        <w:jc w:val="right"/>
      </w:pPr>
      <w:r>
        <w:t>ہے۔ یہ مت سمجھیے کہ دنیا میں سات بلین انسان ہیں تو سات بلین انسانوں کو اتنی بڑی کیسے دے دے گا خدا جو یوسف کو ملا تھا۔</w:t>
      </w:r>
    </w:p>
    <w:p>
      <w:r>
        <w:rPr>
          <w:b/>
        </w:rPr>
        <w:t xml:space="preserve">[26:55] </w:t>
      </w:r>
      <w:r>
        <w:t>yani saat billion insaan ko agar is tarah se diya jaye jo Hazrat Yusuf ko mila tha to itna zyada kahan se dega Khuda.</w:t>
      </w:r>
    </w:p>
    <w:p>
      <w:pPr>
        <w:jc w:val="right"/>
      </w:pPr>
      <w:r>
        <w:t>یعنی سات بلین انسان کو اگر اس طرح سے دیا جائے جو حضرت یوسف کو ملا تھا تو اتنا زیادہ کہاں سے دے گا خدا۔</w:t>
      </w:r>
    </w:p>
    <w:p>
      <w:r>
        <w:rPr>
          <w:b/>
        </w:rPr>
        <w:t xml:space="preserve">[27:03] </w:t>
      </w:r>
      <w:r>
        <w:t>to aik hadees hai. aik hadees hai ke</w:t>
      </w:r>
    </w:p>
    <w:p>
      <w:pPr>
        <w:jc w:val="right"/>
      </w:pPr>
      <w:r>
        <w:t>تو ایک حدیث ہے۔ ایک حدیث ہے کہ</w:t>
      </w:r>
    </w:p>
    <w:p>
      <w:r>
        <w:rPr>
          <w:b/>
        </w:rPr>
        <w:t xml:space="preserve">[27:09] </w:t>
      </w:r>
      <w:r>
        <w:t>agar saare insaan jo Adam se le kar qayamat tak paida honge saare insaan akhatta honge aik bare maidan mein aur saare insaan mangen jo kuch un ke dil mein hai.</w:t>
      </w:r>
    </w:p>
    <w:p>
      <w:pPr>
        <w:jc w:val="right"/>
      </w:pPr>
      <w:r>
        <w:t>اگر سارے انسان جو آدم سے لے کر قیامت تک پیدا ہوں گے سارے انسان اکٹھا ہوں گے ایک بڑے میدان میں اور سارے انسان مانگیں جو کچھ ان کے دل میں ہے۔</w:t>
      </w:r>
    </w:p>
    <w:p>
      <w:r>
        <w:rPr>
          <w:b/>
        </w:rPr>
        <w:t xml:space="preserve">[27:26] </w:t>
      </w:r>
      <w:r>
        <w:t>jo kuch bhi unhe mangna hai mangen.</w:t>
      </w:r>
    </w:p>
    <w:p>
      <w:pPr>
        <w:jc w:val="right"/>
      </w:pPr>
      <w:r>
        <w:t>جو کچھ بھی انہیں مانگنا ہے مانگیں۔</w:t>
      </w:r>
    </w:p>
    <w:p>
      <w:r>
        <w:rPr>
          <w:b/>
        </w:rPr>
        <w:t xml:space="preserve">[27:29] </w:t>
      </w:r>
      <w:r>
        <w:t>har insaan apni khwahish ko mange Allah se aur Allah us ko mangne ke mutabiq sab kuch de de jo us ne manga tha. har insaan ko zyada deta chala jaye.</w:t>
      </w:r>
    </w:p>
    <w:p>
      <w:pPr>
        <w:jc w:val="right"/>
      </w:pPr>
      <w:r>
        <w:t>ہر انسان اپنی خواہش کو مانگے اللہ سے اور اللہ اس کو مانگنے کے مطابق سب کچھ دے دے جو اس نے مانگا تھا۔ ہر انسان کو زیادہ دیتا چلا جائے۔</w:t>
      </w:r>
    </w:p>
    <w:p>
      <w:r>
        <w:rPr>
          <w:b/>
        </w:rPr>
        <w:t xml:space="preserve">[27:45] </w:t>
      </w:r>
      <w:r>
        <w:t>tab bhi Khuda ke khazane mein zara bhara bhi kami nahi hogi. itni bhi kami nahi hogi hatta ke aap ocean mein aik boond pani nikal len.</w:t>
      </w:r>
    </w:p>
    <w:p>
      <w:pPr>
        <w:jc w:val="right"/>
      </w:pPr>
      <w:r>
        <w:t>تب بھی خدا کے خزانے میں ذرا بھرا بھی کمی نہیں ہوگی۔ اتنی بھی کمی نہیں ہوگی حتیٰ کہ آپ ocean میں ایک بوتھ پانی نکال لیں۔</w:t>
      </w:r>
    </w:p>
    <w:p>
      <w:r>
        <w:rPr>
          <w:b/>
        </w:rPr>
        <w:t xml:space="preserve">[27:57] </w:t>
      </w:r>
      <w:r>
        <w:t>itni bhi kami nahi hogi.</w:t>
      </w:r>
    </w:p>
    <w:p>
      <w:pPr>
        <w:jc w:val="right"/>
      </w:pPr>
      <w:r>
        <w:t>اتنی بھی کمی نہیں ہوگی۔</w:t>
      </w:r>
    </w:p>
    <w:p>
      <w:r>
        <w:rPr>
          <w:b/>
        </w:rPr>
        <w:t xml:space="preserve">[28:02] </w:t>
      </w:r>
      <w:r>
        <w:t>ab aap ghor kijiye is hadees ko bhula kar ke ke seventy billion hon ya seventy billion insaan hon yeh masla nahi hai.</w:t>
      </w:r>
    </w:p>
    <w:p>
      <w:pPr>
        <w:jc w:val="right"/>
      </w:pPr>
      <w:r>
        <w:t>اب آپ غور کیجیے اس حدیث کو بلا کر کے کہ seventy billion ہوں یا seventy billion انسان ہوں یہ مسئلہ نہیں ہے۔</w:t>
      </w:r>
    </w:p>
    <w:p>
      <w:r>
        <w:rPr>
          <w:b/>
        </w:rPr>
        <w:t xml:space="preserve">[28:14] </w:t>
      </w:r>
      <w:r>
        <w:t>dene ke walay ke paas jo hai dene ke liye wo itna zyada hai itna zyada hai ke sab ko dene ke baad bhi is ka kami nahi hoti is ko.</w:t>
      </w:r>
    </w:p>
    <w:p>
      <w:pPr>
        <w:jc w:val="right"/>
      </w:pPr>
      <w:r>
        <w:t>دینے کے والے کے پاس جو ہے دینے کے لیے وہ اتنا زیادہ ہے اتنا زیادہ ہے کہ سب کو دینے کے بعد بھی اس کا کمی نہیں ہوتی اس کو۔</w:t>
      </w:r>
    </w:p>
    <w:p>
      <w:r>
        <w:rPr>
          <w:b/>
        </w:rPr>
        <w:t xml:space="preserve">[28:26] </w:t>
      </w:r>
      <w:r>
        <w:t>to asal masla yeh nahi ke dene ke walay ke paas kam hai. dene ke walay ke paas dene ke liye kam hai. nahi.</w:t>
      </w:r>
    </w:p>
    <w:p>
      <w:pPr>
        <w:jc w:val="right"/>
      </w:pPr>
      <w:r>
        <w:t>تو اصل مسئلہ یہ نہیں کہ دینے کے والے کے پاس کم ہے۔ دینے کے والے کے پاس دینے کے لیے کم ہے۔ نہیں۔</w:t>
      </w:r>
    </w:p>
    <w:p>
      <w:r>
        <w:rPr>
          <w:b/>
        </w:rPr>
        <w:t xml:space="preserve">[28:36] </w:t>
      </w:r>
      <w:r>
        <w:t>apne aap ko deserving candidate banane wali kami hai.</w:t>
      </w:r>
    </w:p>
    <w:p>
      <w:pPr>
        <w:jc w:val="right"/>
      </w:pPr>
      <w:r>
        <w:t>اپنے آپ کو deserving candidate بنانے والی کمی ہے۔</w:t>
      </w:r>
    </w:p>
    <w:p>
      <w:r>
        <w:rPr>
          <w:b/>
        </w:rPr>
        <w:t xml:space="preserve">[28:43] </w:t>
      </w:r>
      <w:r>
        <w:t>apne aap ko deserving candidate banane ki kami hai.</w:t>
      </w:r>
    </w:p>
    <w:p>
      <w:pPr>
        <w:jc w:val="right"/>
      </w:pPr>
      <w:r>
        <w:t>اپنے آپ کو deserving candidate بنانے کی کمی ہے۔</w:t>
      </w:r>
    </w:p>
    <w:p>
      <w:r>
        <w:rPr>
          <w:b/>
        </w:rPr>
        <w:t xml:space="preserve">[28:49] </w:t>
      </w:r>
      <w:r>
        <w:t>agar aap bana sakein apne aap ko. yeh yeh bata sakein ke aap deserve karte hain deserve. to aap ko isi tarah se milega jis tarah yusuf ko mila.</w:t>
      </w:r>
    </w:p>
    <w:p>
      <w:pPr>
        <w:jc w:val="right"/>
      </w:pPr>
      <w:r>
        <w:t>اگر آپ بنا سکیں اپنے آپ کو۔ یہ یہ بتا سکیں کہ آپ deserve کرتے ہیں deserve۔ تو آپ کو اسی طرح سے ملے گا جس طرح یوسف کو ملا۔</w:t>
      </w:r>
    </w:p>
    <w:p>
      <w:r>
        <w:rPr>
          <w:b/>
        </w:rPr>
        <w:t xml:space="preserve">[29:00] </w:t>
      </w:r>
      <w:r>
        <w:t>is mein koi aap ne yeh samjhiye ke main koi hardtry dikha raha hoon. yeh khud quran se nikalta hai. inne man yattaqi wa yasbir fa innalaha la yudai'u ajral muhsineen yani ek fard ki kahani ko generalize kar diya gaya.</w:t>
      </w:r>
    </w:p>
    <w:p>
      <w:pPr>
        <w:jc w:val="right"/>
      </w:pPr>
      <w:r>
        <w:t>اس میں کوئی آپ نے یہ سمجھیے کہ میں کوئی ہارڈٹری دکھا رہا ہوں۔ یہ خود قرآن سے نکلتا ہے۔ إنه من يتقى ويصبر فإن الله لا يضيع أجر المحسنين یعنی ایک فرد کی کہانی کو generalize کر دیا گیا۔</w:t>
      </w:r>
    </w:p>
    <w:p>
      <w:r>
        <w:rPr>
          <w:b/>
        </w:rPr>
        <w:t xml:space="preserve">[29:18] </w:t>
      </w:r>
      <w:r>
        <w:t>ke sab par apply kar diya gaya sab par apply kar diya gaya.</w:t>
      </w:r>
    </w:p>
    <w:p>
      <w:pPr>
        <w:jc w:val="right"/>
      </w:pPr>
      <w:r>
        <w:t>کہ سب پر اپلائی کر دیا گیا سب پر اپلائی کر دیا گیا۔</w:t>
      </w:r>
    </w:p>
    <w:p>
      <w:r>
        <w:rPr>
          <w:b/>
        </w:rPr>
        <w:t xml:space="preserve">[29:27] </w:t>
      </w:r>
      <w:r>
        <w:t>lekin test ke form alag honge isi tarah se reward ke form bhi alag honge. yeh matlab nahi ke aap ko agar wahan ka food minister bana diya jaye ga.</w:t>
      </w:r>
    </w:p>
    <w:p>
      <w:pPr>
        <w:jc w:val="right"/>
      </w:pPr>
      <w:r>
        <w:t>لیکن ٹیسٹ کے فارم الگ ہوں گے اسی طرح سے ریوارڈ کے فارم بھی الگ ہوں گے۔ یہ مطلب نہیں کہ آپ کو اگر وہاں کا food minister بنا دیا جائے گا۔</w:t>
      </w:r>
    </w:p>
    <w:p>
      <w:r>
        <w:rPr>
          <w:b/>
        </w:rPr>
        <w:t xml:space="preserve">[29:38] </w:t>
      </w:r>
      <w:r>
        <w:t>egypt ka yeh matlab nahi hai.</w:t>
      </w:r>
    </w:p>
    <w:p>
      <w:pPr>
        <w:jc w:val="right"/>
      </w:pPr>
      <w:r>
        <w:t>Egypt کا یہ مطلب نہیں ہے۔</w:t>
      </w:r>
    </w:p>
    <w:p>
      <w:r>
        <w:rPr>
          <w:b/>
        </w:rPr>
        <w:t xml:space="preserve">[29:42] </w:t>
      </w:r>
      <w:r>
        <w:t>na to aisa hoga baad ke logon ke liye ke test ka wahi wahi form un par repeat ho. na aisa hoga ke rewards bhi isi form mein mile un ko jaise yusuf ko mila tha.</w:t>
      </w:r>
    </w:p>
    <w:p>
      <w:pPr>
        <w:jc w:val="right"/>
      </w:pPr>
      <w:r>
        <w:t>نہ تو ایسا ہوگا بعد کے لوگوں کے لیے کہ ٹیسٹ کا وہی وہی فارم ان پر repeat ہو۔ نہ ایسا ہوگا کہ ریوارڈز بھی اسی فارم میں ملے ان کو جیسے یوسف کو ملا تھا۔</w:t>
      </w:r>
    </w:p>
    <w:p>
      <w:r>
        <w:rPr>
          <w:b/>
        </w:rPr>
        <w:t xml:space="preserve">[29:58] </w:t>
      </w:r>
      <w:r>
        <w:t>form different honge kyunke har zamane mein halaat badal jate hain.</w:t>
      </w:r>
    </w:p>
    <w:p>
      <w:pPr>
        <w:jc w:val="right"/>
      </w:pPr>
      <w:r>
        <w:t>فارم different ہوں گے کیونکہ ہر زمانے میں حالات بدل جاتے ہیں۔</w:t>
      </w:r>
    </w:p>
    <w:p>
      <w:r>
        <w:rPr>
          <w:b/>
        </w:rPr>
        <w:t xml:space="preserve">[30:11] </w:t>
      </w:r>
      <w:r>
        <w:t>to is surah ko main aap se kahunga ke aap ja kar is ko dobara padhein. aur kaisi ajib ajib is ke andar haqeeqat hai.</w:t>
      </w:r>
    </w:p>
    <w:p>
      <w:pPr>
        <w:jc w:val="right"/>
      </w:pPr>
      <w:r>
        <w:t>تو اس سورہ کو میں آپ سے کہوں گا کہ آپ جا کر اس کو دوبارہ پڑھیں۔ اور کیسی عجیب عجیب اس کے اندر حقیقت ہے۔</w:t>
      </w:r>
    </w:p>
    <w:p>
      <w:r>
        <w:rPr>
          <w:b/>
        </w:rPr>
        <w:t xml:space="preserve">[30:26] </w:t>
      </w:r>
      <w:r>
        <w:t>jaisa ke maine arz kiya ke mamla ek dream ka tha dream. bazahir woh dream jo hai ek anokha dream tha.</w:t>
      </w:r>
    </w:p>
    <w:p>
      <w:pPr>
        <w:jc w:val="right"/>
      </w:pPr>
      <w:r>
        <w:t>جیسا کہ میں نے عرض کیا کہ معاملہ ایک dream کا تھا dream۔ بظاہر وہ dream جو ہے ایک انوکھا dream تھا۔</w:t>
      </w:r>
    </w:p>
    <w:p>
      <w:r>
        <w:rPr>
          <w:b/>
        </w:rPr>
        <w:t xml:space="preserve">[30:40] </w:t>
      </w:r>
      <w:r>
        <w:t>wahan ke jo bade bade log the egypt ke unhone keh diya tha ke yeh to aise hi hai. yeh confusion ki baat hai.</w:t>
      </w:r>
    </w:p>
    <w:p>
      <w:pPr>
        <w:jc w:val="right"/>
      </w:pPr>
      <w:r>
        <w:t>وہاں کے جو بڑے بڑے لوگ تھے Egypt کے انہوں نے کہہ دیا تھا کہ یہ تو ایسے ہی ہے۔ یہ confusion کی بات ہے۔</w:t>
      </w:r>
    </w:p>
    <w:p>
      <w:r>
        <w:rPr>
          <w:b/>
        </w:rPr>
        <w:t xml:space="preserve">[30:51] </w:t>
      </w:r>
      <w:r>
        <w:t>lekin jab is ki interpretation diya hazrat yusuf ne to sochne ki baat hai ke woh interpretation itna zyada kaise hit kar gaya king ke mind ko ke us ne itna bada offer de diya.</w:t>
      </w:r>
    </w:p>
    <w:p>
      <w:pPr>
        <w:jc w:val="right"/>
      </w:pPr>
      <w:r>
        <w:t>لیکن جب اس کی interpretation دیا حضرت یوسف نے تو سوچنے کی بات ہے کہ وہ interpretation اتنا زیادہ کیسے hit کر گیا king کے mind کو کہ اس نے اتنا بڑا آفر دے دیا۔</w:t>
      </w:r>
    </w:p>
    <w:p>
      <w:r>
        <w:rPr>
          <w:b/>
        </w:rPr>
        <w:t xml:space="preserve">[31:06] </w:t>
      </w:r>
      <w:r>
        <w:t>to yeh tha yeh khuda ki help se hua.</w:t>
      </w:r>
    </w:p>
    <w:p>
      <w:pPr>
        <w:jc w:val="right"/>
      </w:pPr>
      <w:r>
        <w:t>تو یہ تھا یہ خدا کی help سے ہوا۔</w:t>
      </w:r>
    </w:p>
    <w:p>
      <w:r>
        <w:rPr>
          <w:b/>
        </w:rPr>
        <w:t xml:space="preserve">[31:10] </w:t>
      </w:r>
      <w:r>
        <w:t>jab hazrat yusuf sare test se guzar chuke to that was culminating point.</w:t>
      </w:r>
    </w:p>
    <w:p>
      <w:pPr>
        <w:jc w:val="right"/>
      </w:pPr>
      <w:r>
        <w:t>جب حضرت یوسف سارے ٹیسٹ سے گزر چکے تو that was culminating point۔</w:t>
      </w:r>
    </w:p>
    <w:p>
      <w:r>
        <w:rPr>
          <w:b/>
        </w:rPr>
        <w:t xml:space="preserve">[31:20] </w:t>
      </w:r>
      <w:r>
        <w:t>ke badshah ne interpretation ko sun kar ke jo itna bada offer de diya to that was culminating point of his test</w:t>
      </w:r>
    </w:p>
    <w:p>
      <w:pPr>
        <w:jc w:val="right"/>
      </w:pPr>
      <w:r>
        <w:t>کہ بادشاہ نے interpretation کو سن کر کے جو اتنا بڑا آفر دے دیا تو that was culminating point of his test</w:t>
      </w:r>
    </w:p>
    <w:p>
      <w:r>
        <w:rPr>
          <w:b/>
        </w:rPr>
        <w:t xml:space="preserve">[31:32] </w:t>
      </w:r>
      <w:r>
        <w:t>. ab sare test mein poora utarne ke baad ab waqt aa gaya tha ke woh de diya jaye un ko. jo dena muqaddar tha.</w:t>
      </w:r>
    </w:p>
    <w:p>
      <w:pPr>
        <w:jc w:val="right"/>
      </w:pPr>
      <w:r>
        <w:t>۔ اب سارے ٹیسٹ میں پورا اترنے کے بعد اب وقت آگیا تھا کہ وہ دے دیا جائے ان کو۔ جو دینا مقدر تھا۔</w:t>
      </w:r>
    </w:p>
    <w:p>
      <w:r>
        <w:rPr>
          <w:b/>
        </w:rPr>
        <w:t xml:space="preserve">[31:45] </w:t>
      </w:r>
      <w:r>
        <w:t>to is aitbar se agar aap dekhein to ajib maloom hota hai ke kaise ek interpretation par is ne itna bada offer de diya ke tum misr ke agar cultural department ke whole soul ho.</w:t>
      </w:r>
    </w:p>
    <w:p>
      <w:pPr>
        <w:jc w:val="right"/>
      </w:pPr>
      <w:r>
        <w:t>تو اس اعتبار سے اگر آپ دیکھیں تو عجیب معلوم ہوتا ہے کہ کیسے ایک interpretation پر اس نے اتنا بڑا آفر دے دیا کہ تم مصر کے اگر cultural department کے whole soul ہو۔</w:t>
      </w:r>
    </w:p>
    <w:p>
      <w:r>
        <w:rPr>
          <w:b/>
        </w:rPr>
        <w:t xml:space="preserve">[32:00] </w:t>
      </w:r>
      <w:r>
        <w:t>to yeh masla yeh aisa nahi hai balkeh woh jo test par ek shakhs jo poora utar chuka tha to woh uska culminating point aa gaya tha.</w:t>
      </w:r>
    </w:p>
    <w:p>
      <w:pPr>
        <w:jc w:val="right"/>
      </w:pPr>
      <w:r>
        <w:t>تو یہ مسئلہ یہ ایسا نہیں ہے بلکہ وہ جو ٹیسٹ پر ایک شخص جو پورا اتر چکا تھا تو وہ اس کا culminating point آگیا تھا۔</w:t>
      </w:r>
    </w:p>
    <w:p>
      <w:r>
        <w:rPr>
          <w:b/>
        </w:rPr>
        <w:t xml:space="preserve">[32:11] </w:t>
      </w:r>
      <w:r>
        <w:t>ab waqt aa gaya tha ke khuda is ko woh reward de de jo is ke liye muqaddar hai.</w:t>
      </w:r>
    </w:p>
    <w:p>
      <w:pPr>
        <w:jc w:val="right"/>
      </w:pPr>
      <w:r>
        <w:t>اب وقت آگیا تھا کہ خدا اس کو وہ ریوارڈ دے دے جو اس کے لیے مقدر ہے۔</w:t>
      </w:r>
    </w:p>
    <w:p>
      <w:r>
        <w:rPr>
          <w:b/>
        </w:rPr>
        <w:t xml:space="preserve">[32:21] </w:t>
      </w:r>
      <w:r>
        <w:t>to yeh qissa kisi bhi aurat kisi mard kisi bhi insan ki zindagi mein repeat ho sakta hai.</w:t>
      </w:r>
    </w:p>
    <w:p>
      <w:pPr>
        <w:jc w:val="right"/>
      </w:pPr>
      <w:r>
        <w:t>تو یہ قصہ کسی بھی عورت کسی مرد کسی بھی انسان کی زندگی میں repeat ہو سکتا ہے۔</w:t>
      </w:r>
    </w:p>
    <w:p>
      <w:r>
        <w:rPr>
          <w:b/>
        </w:rPr>
        <w:t xml:space="preserve">[32:33] </w:t>
      </w:r>
      <w:r>
        <w:t>woh condition hai ke woh sach much sach much is test mein poora utare. log jeete hain khush fehmi mein. apne aap samajh lete hain ke main to maine sab kuch kar dala hai.</w:t>
      </w:r>
    </w:p>
    <w:p>
      <w:pPr>
        <w:jc w:val="right"/>
      </w:pPr>
      <w:r>
        <w:t>وہ condition ہے کہ وہ سچ مچ سچ مچ اس ٹیسٹ میں پورا اترے۔ لوگ جیتے ہیں خوش فہمی میں۔ اپنے آپ سمجھ لیتے ہیں کہ میں تو میں نے سب کچھ کر ڈالا ہے۔</w:t>
      </w:r>
    </w:p>
    <w:p>
      <w:r>
        <w:rPr>
          <w:b/>
        </w:rPr>
        <w:t xml:space="preserve">[32:47] </w:t>
      </w:r>
      <w:r>
        <w:t>halanke kya kuch nahi hota. to is se kuch nahi hoga. apne aap khud aap samajh lein ke maine to sab kuch kar dala. main har test mein poora utar chuka.</w:t>
      </w:r>
    </w:p>
    <w:p>
      <w:pPr>
        <w:jc w:val="right"/>
      </w:pPr>
      <w:r>
        <w:t>حالانکہ کیا کچھ نہیں ہوتا۔ تو اس سے کچھ نہیں ہوگا۔ اپنے آپ خود آپ سمجھ لیں کہ میں نے تو سب کچھ کر ڈالا۔ میں ہر ٹیسٹ میں پورا اتر چکا۔</w:t>
      </w:r>
    </w:p>
    <w:p>
      <w:r>
        <w:rPr>
          <w:b/>
        </w:rPr>
        <w:t xml:space="preserve">[32:58] </w:t>
      </w:r>
      <w:r>
        <w:t>to aap ki le sab</w:t>
      </w:r>
    </w:p>
    <w:p>
      <w:pPr>
        <w:jc w:val="right"/>
      </w:pPr>
      <w:r>
        <w:t>تو آپ کی لے سب</w:t>
      </w:r>
    </w:p>
    <w:p>
      <w:r>
        <w:rPr>
          <w:b/>
        </w:rPr>
        <w:t xml:space="preserve">[33:03] </w:t>
      </w:r>
      <w:r>
        <w:t>be aap ki world thinking par faisle nahi hote hain.</w:t>
      </w:r>
    </w:p>
    <w:p>
      <w:pPr>
        <w:jc w:val="right"/>
      </w:pPr>
      <w:r>
        <w:t>بے آپ کی world thinking پر فیصلے نہیں ہوتے۔</w:t>
      </w:r>
    </w:p>
    <w:p>
      <w:r>
        <w:rPr>
          <w:b/>
        </w:rPr>
        <w:t xml:space="preserve">[33:08] </w:t>
      </w:r>
      <w:r>
        <w:t>log jeet'te hain world thinking mein. apne aap ko aur estimate karte hain. karenge kaam ek rupay ke barabar aur us ko sochenge ek billion rupay ke barabar.</w:t>
      </w:r>
    </w:p>
    <w:p>
      <w:pPr>
        <w:jc w:val="right"/>
      </w:pPr>
      <w:r>
        <w:t>لوگ جیتتے ہیں world thinking میں۔ اپنے آپ کو اور estimate کرتے ہیں۔ کریں گے کام ایک روپے کے برابر اور اس کو سوچیں گے ایک بلین روپے کے برابر۔</w:t>
      </w:r>
    </w:p>
    <w:p>
      <w:r>
        <w:rPr>
          <w:b/>
        </w:rPr>
        <w:t xml:space="preserve">[33:26] </w:t>
      </w:r>
      <w:r>
        <w:t>to aadmi apne aap ko aur establish karta hai. woh world thinking mein jeeta hai. hatta ke kya kuch na ho tab bhi samajhta hai ke maine sab kuch kar dala.</w:t>
      </w:r>
    </w:p>
    <w:p>
      <w:pPr>
        <w:jc w:val="right"/>
      </w:pPr>
      <w:r>
        <w:t>تو آدمی اپنے آپ کو اور establish کرتا ہے۔ وہ world thinking میں جیتا ہے۔ حتیٰ کہ کیا کچھ نہ ہو تب بھی سمجھتا ہے کہ میں نے سب کچھ کر ڈالا۔</w:t>
      </w:r>
    </w:p>
    <w:p>
      <w:r>
        <w:rPr>
          <w:b/>
        </w:rPr>
        <w:t xml:space="preserve">[33:41] </w:t>
      </w:r>
      <w:r>
        <w:t>is par kuch nahi hoga.</w:t>
      </w:r>
    </w:p>
    <w:p>
      <w:pPr>
        <w:jc w:val="right"/>
      </w:pPr>
      <w:r>
        <w:t>اس پر کچھ نہیں ہوگا۔</w:t>
      </w:r>
    </w:p>
    <w:p>
      <w:r>
        <w:rPr>
          <w:b/>
        </w:rPr>
        <w:t xml:space="preserve">[33:47] </w:t>
      </w:r>
      <w:r>
        <w:t>sach much koi aadmi agar is test par poora utre jis tarah par poore utre the Hazrat Yusuf to ayat yeh gawahi deti hai ke bilashuba us ko wahi sab kuch milega jo Yusuf ko mila lekin form badla hua hoga.</w:t>
      </w:r>
    </w:p>
    <w:p>
      <w:pPr>
        <w:jc w:val="right"/>
      </w:pPr>
      <w:r>
        <w:t>سچ مچ کوئی آدمی اگر اس ٹیسٹ پر پورا اترے جس طرح پر پورے اترے تھے حضرت یوسف تو آیت یہ گواہی دیتی ہے کہ بلاشبہ اس کو وہی سب کچھ ملے گا جو یوسف کو ملا لیکن فارم بدلا ہوا ہوگا۔</w:t>
      </w:r>
    </w:p>
    <w:p>
      <w:r>
        <w:rPr>
          <w:b/>
        </w:rPr>
        <w:t xml:space="preserve">[34:04] </w:t>
      </w:r>
      <w:r>
        <w:t>form wahi nahi hoga.</w:t>
      </w:r>
    </w:p>
    <w:p>
      <w:pPr>
        <w:jc w:val="right"/>
      </w:pPr>
      <w:r>
        <w:t>فارم وہی نہیں ہوگا۔</w:t>
      </w:r>
    </w:p>
    <w:p>
      <w:r>
        <w:rPr>
          <w:b/>
        </w:rPr>
        <w:t xml:space="preserve">[34:10] </w:t>
      </w:r>
      <w:r>
        <w:t>log samajhte hain ke yeh to paighambar ki kahani hai. yeh to past ki kahani hai. aisa nahi hai.</w:t>
      </w:r>
    </w:p>
    <w:p>
      <w:pPr>
        <w:jc w:val="right"/>
      </w:pPr>
      <w:r>
        <w:t>لوگ سمجھتے ہیں کہ یہ تو پیغمبر کی کہانی ہے۔ یہ تو past کی کہانی ہے۔ ایسا نہیں ہے۔</w:t>
      </w:r>
    </w:p>
    <w:p>
      <w:r>
        <w:rPr>
          <w:b/>
        </w:rPr>
        <w:t xml:space="preserve">[34:19] </w:t>
      </w:r>
      <w:r>
        <w:t>yeh har insaan ke liye ek message hai. demonstration ki zaban mein.</w:t>
      </w:r>
    </w:p>
    <w:p>
      <w:pPr>
        <w:jc w:val="right"/>
      </w:pPr>
      <w:r>
        <w:t>یہ ہر انسان کے لیے ایک message ہے۔ demonstration کی زبان میں۔</w:t>
      </w:r>
    </w:p>
    <w:p>
      <w:r>
        <w:rPr>
          <w:b/>
        </w:rPr>
        <w:t xml:space="preserve">[34:28] </w:t>
      </w:r>
      <w:r>
        <w:t>is dunya mein yeh Allah taala qanoon aur har cheez ka demonstration diya jata hai. maslan drakht jo hai woh ek demonstration hai ke kis tarah ek beej grow karte karte bara drakht ban jata hai.</w:t>
      </w:r>
    </w:p>
    <w:p>
      <w:pPr>
        <w:jc w:val="right"/>
      </w:pPr>
      <w:r>
        <w:t>اس دنیا میں یہ اللہ تعالیٰ قانون اور ہر چیز کا demonstration دیا جاتا ہے۔ مثلاً درخت جو ہے وہ ایک demonstration ہے کہ کس طرح ایک بیج grow کرتے کرتے بڑا درخت بن جاتا ہے۔</w:t>
      </w:r>
    </w:p>
    <w:p>
      <w:r>
        <w:rPr>
          <w:b/>
        </w:rPr>
        <w:t xml:space="preserve">[34:42] </w:t>
      </w:r>
      <w:r>
        <w:t>aise hi insaan bhi grow karte karte ek ek poora insaan ban jata hai.</w:t>
      </w:r>
    </w:p>
    <w:p>
      <w:pPr>
        <w:jc w:val="right"/>
      </w:pPr>
      <w:r>
        <w:t>ایسے ہی انسان بھی grow کرتے کرتے ایک ایک پورا انسان بن جاتا ہے۔</w:t>
      </w:r>
    </w:p>
    <w:p>
      <w:r>
        <w:rPr>
          <w:b/>
        </w:rPr>
        <w:t xml:space="preserve">[34:48] </w:t>
      </w:r>
      <w:r>
        <w:t>aap aap ka zehn aap ki soch aap ka spiritual development woh bhi grow karte karte ek bohat bara darja aap ko darje par aap ko pohncha deta hai.</w:t>
      </w:r>
    </w:p>
    <w:p>
      <w:pPr>
        <w:jc w:val="right"/>
      </w:pPr>
      <w:r>
        <w:t>آپ آپ کا ذہن آپ کی سوچ آپ کا spiritual development وہ بھی grow کرتے کرتے ایک بہت بڑا درجہ آپ کو درجے پر آپ کو پہنچا دیتا ہے۔</w:t>
      </w:r>
    </w:p>
    <w:p>
      <w:r>
        <w:rPr>
          <w:b/>
        </w:rPr>
        <w:t xml:space="preserve">[35:03] </w:t>
      </w:r>
      <w:r>
        <w:t>to drakht jo hai ek demonstration hai. drakht ek demonstration hai. yeh peR jo hai peR ek demonstration hai.</w:t>
      </w:r>
    </w:p>
    <w:p>
      <w:pPr>
        <w:jc w:val="right"/>
      </w:pPr>
      <w:r>
        <w:t>تو درخت جو ہے ایک demonstration ہے۔ درخت ایک demonstration ہے۔ یہ پیڑ جو ہے پیڑ ایک demonstration ہے۔</w:t>
      </w:r>
    </w:p>
    <w:p>
      <w:r>
        <w:rPr>
          <w:b/>
        </w:rPr>
        <w:t xml:space="preserve">[35:13] </w:t>
      </w:r>
      <w:r>
        <w:t>ke aey insaan dekh tu bhi is tarah agar condition ko poora kare to tu bhi is tarah grow kar sakta hai. ke ek seed se barhte barhte ek bohat bara drakht ban sakta hai.</w:t>
      </w:r>
    </w:p>
    <w:p>
      <w:pPr>
        <w:jc w:val="right"/>
      </w:pPr>
      <w:r>
        <w:t>کہ اے انسان دیکھ تو بھی اس طرح اگر condition کو پورا کرے تو تو بھی اس طرح grow کر سکتا ہے۔ کہ ایک seed سے بڑھتے بڑھتے ایک بہت بڑا درخت بن سکتا ہے۔</w:t>
      </w:r>
    </w:p>
    <w:p>
      <w:r>
        <w:rPr>
          <w:b/>
        </w:rPr>
        <w:t xml:space="preserve">[35:28] </w:t>
      </w:r>
      <w:r>
        <w:t>jis mein patiyan hon phool hon phal hon. to every tree is a demonstration.</w:t>
      </w:r>
    </w:p>
    <w:p>
      <w:pPr>
        <w:jc w:val="right"/>
      </w:pPr>
      <w:r>
        <w:t>جس میں پتیاں ہوں پھول ہوں پھل ہوں۔ تو every tree is a demonstration۔</w:t>
      </w:r>
    </w:p>
    <w:p>
      <w:r>
        <w:rPr>
          <w:b/>
        </w:rPr>
        <w:t xml:space="preserve">[35:39] </w:t>
      </w:r>
      <w:r>
        <w:t>har peR ek demonstration hai.</w:t>
      </w:r>
    </w:p>
    <w:p>
      <w:pPr>
        <w:jc w:val="right"/>
      </w:pPr>
      <w:r>
        <w:t>ہر پیڑ ایک demonstration ہے۔</w:t>
      </w:r>
    </w:p>
    <w:p>
      <w:r>
        <w:rPr>
          <w:b/>
        </w:rPr>
        <w:t xml:space="preserve">[35:43] </w:t>
      </w:r>
      <w:r>
        <w:t>to is dunya mein jo kuch bhi hai sab demonstration hai woh Allah ki zaban hai woh Quran mein is ko ayat ka lafz istemal kiya gaya hai.</w:t>
      </w:r>
    </w:p>
    <w:p>
      <w:pPr>
        <w:jc w:val="right"/>
      </w:pPr>
      <w:r>
        <w:t>تو اس دنیا میں جو کچھ بھی ہے سب demonstration ہے وہ اللہ کی زبان ہے وہ قرآن میں اس کو آیت کا لفظ استعمال کیا گیا ہے۔</w:t>
      </w:r>
    </w:p>
    <w:p>
      <w:r>
        <w:rPr>
          <w:b/>
        </w:rPr>
        <w:t xml:space="preserve">[35:53] </w:t>
      </w:r>
      <w:r>
        <w:t>Sign. S-I-G-N sign. to jis tarah dunya ki doosri cheezein demonstration ki zaban mein hamein sabak de rahi hain.</w:t>
      </w:r>
    </w:p>
    <w:p>
      <w:pPr>
        <w:jc w:val="right"/>
      </w:pPr>
      <w:r>
        <w:t>Sign۔ S-I-G-N sign۔ تو جس طرح دنیا کی دوسری چیزیں demonstration کی زبان میں ہمیں سبق دے رہی ہیں۔</w:t>
      </w:r>
    </w:p>
    <w:p>
      <w:r>
        <w:rPr>
          <w:b/>
        </w:rPr>
        <w:t xml:space="preserve">[36:05] </w:t>
      </w:r>
      <w:r>
        <w:t>is tarah Hazrat Yusuf ki zindagi bhi demonstration ki zaban mein yani historical demonstration ki zaban mein hamein bata rahi hai.</w:t>
      </w:r>
    </w:p>
    <w:p>
      <w:pPr>
        <w:jc w:val="right"/>
      </w:pPr>
      <w:r>
        <w:t>اس طرح حضرت یوسف کی زندگی بھی demonstration کی زبان میں یعنی historical demonstration کی زبان میں ہمیں بتا رہی ہے۔</w:t>
      </w:r>
    </w:p>
    <w:p>
      <w:r>
        <w:rPr>
          <w:b/>
        </w:rPr>
        <w:t xml:space="preserve">[36:16] </w:t>
      </w:r>
      <w:r>
        <w:t>ke law of nature kya hai. Christian plan of God kya hai. ke agar insaan ki super blessing chahte ho. Super reward chahte ho to tumhein kya karna hoga.</w:t>
      </w:r>
    </w:p>
    <w:p>
      <w:pPr>
        <w:jc w:val="right"/>
      </w:pPr>
      <w:r>
        <w:t>کہ law of nature کیا ہے۔ Christian plan of God کیا ہے۔ کہ اگر انسان کی super blessing چاہتے ہو۔ Super reward چاہتے ہو تو تمہیں کیا کرنا ہوگا۔</w:t>
      </w:r>
    </w:p>
    <w:p>
      <w:r>
        <w:rPr>
          <w:b/>
        </w:rPr>
        <w:t xml:space="preserve">[36:33] </w:t>
      </w:r>
      <w:r>
        <w:t>kaisi ajeeb baat hai.</w:t>
      </w:r>
    </w:p>
    <w:p>
      <w:pPr>
        <w:jc w:val="right"/>
      </w:pPr>
      <w:r>
        <w:t>کیسی عجیب بات ہے۔</w:t>
      </w:r>
    </w:p>
    <w:p>
      <w:r>
        <w:rPr>
          <w:b/>
        </w:rPr>
        <w:t xml:space="preserve">[36:38] </w:t>
      </w:r>
      <w:r>
        <w:t>kaisi ajeeb baat hai.</w:t>
      </w:r>
    </w:p>
    <w:p>
      <w:pPr>
        <w:jc w:val="right"/>
      </w:pPr>
      <w:r>
        <w:t>کیسی عجیب بات ہے۔</w:t>
      </w:r>
    </w:p>
    <w:p>
      <w:r>
        <w:rPr>
          <w:b/>
        </w:rPr>
        <w:t xml:space="preserve">[36:45] </w:t>
      </w:r>
      <w:r>
        <w:t>lekin is ajeeb baat ko samajhne ke liye aap ko ek bohat bara bari sacrifice karni paregi.</w:t>
      </w:r>
    </w:p>
    <w:p>
      <w:pPr>
        <w:jc w:val="right"/>
      </w:pPr>
      <w:r>
        <w:t>لیکن اس عجیب بات کو سمجھنے کے لیے آپ کو ایک بہت بڑا بڑی sacrifice کرنی پڑے گی۔</w:t>
      </w:r>
    </w:p>
    <w:p>
      <w:r>
        <w:rPr>
          <w:b/>
        </w:rPr>
        <w:t xml:space="preserve">[36:58] </w:t>
      </w:r>
      <w:r>
        <w:t>bohat bari sacrifice woh kya hai obsession se bahar aana.</w:t>
      </w:r>
    </w:p>
    <w:p>
      <w:pPr>
        <w:jc w:val="right"/>
      </w:pPr>
      <w:r>
        <w:t>بہت بڑی sacrifice وہ کیا ہے obsession سے باہر آنا۔</w:t>
      </w:r>
    </w:p>
    <w:p>
      <w:r>
        <w:rPr>
          <w:b/>
        </w:rPr>
        <w:t xml:space="preserve">[37:02] </w:t>
      </w:r>
      <w:r>
        <w:t>har aadmi kisi na kisi obsession mein jeeta hai. yaad rakhiye. har aadmi without any exception. chahe religious ho ya secular ho.</w:t>
      </w:r>
    </w:p>
    <w:p>
      <w:pPr>
        <w:jc w:val="right"/>
      </w:pPr>
      <w:r>
        <w:t>ہر آدمی کسی نہ کسی obsession میں جیتا ہے۔ یاد رکھیے۔ ہر آدمی without any exception۔ چاہے religious ہو یا secular ہو۔</w:t>
      </w:r>
    </w:p>
    <w:p>
      <w:r>
        <w:rPr>
          <w:b/>
        </w:rPr>
        <w:t xml:space="preserve">[37:13] </w:t>
      </w:r>
      <w:r>
        <w:t>har aadmi kisi na kisi obsession mein jeeta hai. is obsession se bahar aana parega tab yeh baat aap ko samajh mein aayegi. nahi to samajh mein nahi aayegi.</w:t>
      </w:r>
    </w:p>
    <w:p>
      <w:pPr>
        <w:jc w:val="right"/>
      </w:pPr>
      <w:r>
        <w:t>ہر آدمی کسی نہ کسی obsession میں جیتا ہے۔ اس obsession سے باہر آنا پڑے گا تب یہ بات آپ کو سمجھ میں آئے گی۔ نہیں تو سمجھ میں نہیں آئے گی۔</w:t>
      </w:r>
    </w:p>
    <w:p>
      <w:r>
        <w:rPr>
          <w:b/>
        </w:rPr>
        <w:t xml:space="preserve">[37:26] </w:t>
      </w:r>
      <w:r>
        <w:t>har aadmi kisi na kisi obsession mein jeeta hai.</w:t>
      </w:r>
    </w:p>
    <w:p>
      <w:pPr>
        <w:jc w:val="right"/>
      </w:pPr>
      <w:r>
        <w:t>ہر آدمی کسی نہ کسی obsession میں جیتا ہے۔</w:t>
      </w:r>
    </w:p>
    <w:p>
      <w:r>
        <w:rPr>
          <w:b/>
        </w:rPr>
        <w:t xml:space="preserve">[37:37] </w:t>
      </w:r>
      <w:r>
        <w:t>obsession ka matlab yeh hai ke kuch prejudices hoti hain is ki. kuch is ki negative thinking hoti hai. kuch kuch conditioning hoti hai.</w:t>
      </w:r>
    </w:p>
    <w:p>
      <w:pPr>
        <w:jc w:val="right"/>
      </w:pPr>
      <w:r>
        <w:t>obsession کا مطلب یہ ہے کہ کچھ prejudices ہوتی ہیں اس کی۔ کچھ اس کی negative thinking ہوتی ہے۔ کچھ کچھ conditioning ہوتی ہے۔</w:t>
      </w:r>
    </w:p>
    <w:p>
      <w:r>
        <w:rPr>
          <w:b/>
        </w:rPr>
        <w:t xml:space="preserve">[37:46] </w:t>
      </w:r>
      <w:r>
        <w:t>woh sab mil kar ke aik obsession banta hai is ka. isi mein jeeta hai aadmi. aur is mein dheere dheere dheere dheere itna pakka ho jata hai ke woh isi ko sachai samajhne lagta hai.</w:t>
      </w:r>
    </w:p>
    <w:p>
      <w:pPr>
        <w:jc w:val="right"/>
      </w:pPr>
      <w:r>
        <w:t>وہ سب مل کر کے ایک obsession بنتا ہے اس کا۔ اسی میں جیتا ہے آدمی۔ اور اس میں دھیرے دھیرے دھیرے دھیرے اتنا پکا ہو جاتا ہے کہ وہ اسی کو سچائی سمجھنے لگتا ہے۔</w:t>
      </w:r>
    </w:p>
    <w:p>
      <w:r>
        <w:rPr>
          <w:b/>
        </w:rPr>
        <w:t xml:space="preserve">[37:58] </w:t>
      </w:r>
      <w:r>
        <w:t>is obsession ko sachai samajhne lagta hai woh.</w:t>
      </w:r>
    </w:p>
    <w:p>
      <w:pPr>
        <w:jc w:val="right"/>
      </w:pPr>
      <w:r>
        <w:t>اس obsession کو سچائی سمجھنے لگتا ہے وہ۔</w:t>
      </w:r>
    </w:p>
    <w:p>
      <w:r>
        <w:rPr>
          <w:b/>
        </w:rPr>
        <w:t xml:space="preserve">[38:03] </w:t>
      </w:r>
      <w:r>
        <w:t>toh yeh bohat bari sacrifice hai ke aap apne ko yani apne apne ko itna zyada purify karein.</w:t>
      </w:r>
    </w:p>
    <w:p>
      <w:pPr>
        <w:jc w:val="right"/>
      </w:pPr>
      <w:r>
        <w:t>تو یہ بہت بڑی sacrifice ہے کہ آپ اپنے کو یعنی اپنے اپنے کو اتنا زیادہ purify کریں۔</w:t>
      </w:r>
    </w:p>
    <w:p>
      <w:r>
        <w:rPr>
          <w:b/>
        </w:rPr>
        <w:t xml:space="preserve">[38:14] </w:t>
      </w:r>
      <w:r>
        <w:t>apni ehtiyat de-condition karein. apne ko ehtiyat complex free banayein. apne ko ehtiyat objectivity layein apne andar.</w:t>
      </w:r>
    </w:p>
    <w:p>
      <w:pPr>
        <w:jc w:val="right"/>
      </w:pPr>
      <w:r>
        <w:t>اپنی احتیاط de-condition کریں۔ اپنے کو احتیاط complex free بنائیں۔ اپنے کو احتیاط objectivity لائیں اپنے اندر۔</w:t>
      </w:r>
    </w:p>
    <w:p>
      <w:r>
        <w:rPr>
          <w:b/>
        </w:rPr>
        <w:t xml:space="preserve">[38:27] </w:t>
      </w:r>
      <w:r>
        <w:t>aakhri had tak objectivity.</w:t>
      </w:r>
    </w:p>
    <w:p>
      <w:pPr>
        <w:jc w:val="right"/>
      </w:pPr>
      <w:r>
        <w:t>آخری حد تک objectivity۔</w:t>
      </w:r>
    </w:p>
    <w:p>
      <w:r>
        <w:rPr>
          <w:b/>
        </w:rPr>
        <w:t xml:space="preserve">[38:30] </w:t>
      </w:r>
      <w:r>
        <w:t>jab aakhri had tak aap objective thinker ban jayenge tab ja kar aap is ko samjhenge is raaz ko. nahi toh yeh samajh nahi sakte is ko.</w:t>
      </w:r>
    </w:p>
    <w:p>
      <w:pPr>
        <w:jc w:val="right"/>
      </w:pPr>
      <w:r>
        <w:t>جب آخری حد تک آپ objective thinker بن جائیں گے تب جا کر آپ اس کو سمجھیں گے اس راز کو۔ نہیں تو یہ سمجھ نہیں سکتے اس کو۔</w:t>
      </w:r>
    </w:p>
    <w:p>
      <w:r>
        <w:rPr>
          <w:b/>
        </w:rPr>
        <w:t xml:space="preserve">[38:43] </w:t>
      </w:r>
      <w:r>
        <w:t>toh pehla marhala hai apne aap ko obsession se bahar lana. doosra marhala hai objective mind ke sath is poore qisse par sochna.</w:t>
      </w:r>
    </w:p>
    <w:p>
      <w:pPr>
        <w:jc w:val="right"/>
      </w:pPr>
      <w:r>
        <w:t>تو پہلا مرحلہ ہے اپنے آپ کو obsession سے باہر لانا۔ دوسرا مرحلہ ہے objective mind کے ساتھ اس پورے قصے پر سوچنا۔</w:t>
      </w:r>
    </w:p>
    <w:p>
      <w:r>
        <w:rPr>
          <w:b/>
        </w:rPr>
        <w:t xml:space="preserve">[38:59] </w:t>
      </w:r>
      <w:r>
        <w:t>phir is ke jo requisites hain is ke jo taqaze hain is ko poora karna.</w:t>
      </w:r>
    </w:p>
    <w:p>
      <w:pPr>
        <w:jc w:val="right"/>
      </w:pPr>
      <w:r>
        <w:t>پھر اس کے جو requisites ہیں اس کے جو تقاضے ہیں اس کو پورا کرنا۔</w:t>
      </w:r>
    </w:p>
    <w:p>
      <w:r>
        <w:rPr>
          <w:b/>
        </w:rPr>
        <w:t xml:space="preserve">[39:07] </w:t>
      </w:r>
      <w:r>
        <w:t>poore maano mein sabr poore maano mein taqwa. is standard par poora utarna.</w:t>
      </w:r>
    </w:p>
    <w:p>
      <w:pPr>
        <w:jc w:val="right"/>
      </w:pPr>
      <w:r>
        <w:t>پورے معنوں میں صبر پورے معنوں میں تقویٰ۔ اس standard پر پورا اترنا۔</w:t>
      </w:r>
    </w:p>
    <w:p>
      <w:r>
        <w:rPr>
          <w:b/>
        </w:rPr>
        <w:t xml:space="preserve">[39:18] </w:t>
      </w:r>
      <w:r>
        <w:t>yeh sab jo stages jo aadmi poora kar lega</w:t>
      </w:r>
    </w:p>
    <w:p>
      <w:pPr>
        <w:jc w:val="right"/>
      </w:pPr>
      <w:r>
        <w:t>یہ سب جو stages جو آدمی پورا کر لے گا</w:t>
      </w:r>
    </w:p>
    <w:p>
      <w:r>
        <w:rPr>
          <w:b/>
        </w:rPr>
        <w:t xml:space="preserve">[39:25] </w:t>
      </w:r>
      <w:r>
        <w:t>toh is ke baad bilashuba bilashuba bilashuba</w:t>
      </w:r>
    </w:p>
    <w:p>
      <w:pPr>
        <w:jc w:val="right"/>
      </w:pPr>
      <w:r>
        <w:t>تو اس کے بعد بلاشبہ بلاشبہ بلاشبہ</w:t>
      </w:r>
    </w:p>
    <w:p>
      <w:r>
        <w:rPr>
          <w:b/>
        </w:rPr>
        <w:t xml:space="preserve">[39:32] </w:t>
      </w:r>
      <w:r>
        <w:t>is ko wohi kuch mil mil jayega jo is se pehle kisi insaan ko mila tha. is duniya mein yaad rakhiye</w:t>
      </w:r>
    </w:p>
    <w:p>
      <w:pPr>
        <w:jc w:val="right"/>
      </w:pPr>
      <w:r>
        <w:t>اس کو وہی کچھ مل مل جائے گا جو اس سے پہلے کسی انسان کو ملا تھا۔ اس دنیا میں یاد رکھیے</w:t>
      </w:r>
    </w:p>
    <w:p>
      <w:r>
        <w:rPr>
          <w:b/>
        </w:rPr>
        <w:t xml:space="preserve">[39:44] </w:t>
      </w:r>
      <w:r>
        <w:t>Khuda ki kisi ke sath rishtadari nahi hai. aisa nahi ke Khuda kisi ke sath baais ho. kisi ko favor deta ho kisi ko favor na deta ho.</w:t>
      </w:r>
    </w:p>
    <w:p>
      <w:pPr>
        <w:jc w:val="right"/>
      </w:pPr>
      <w:r>
        <w:t>خدا کی کسی کے ساتھ رشتہ داری نہیں ہے۔ ایسا نہیں کہ خدا کسی کے ساتھ باعث ہو۔ کسی کو favor دیتا ہو کسی کو favor نہ دیتا ہو۔</w:t>
      </w:r>
    </w:p>
    <w:p>
      <w:r>
        <w:rPr>
          <w:b/>
        </w:rPr>
        <w:t xml:space="preserve">[39:56] </w:t>
      </w:r>
      <w:r>
        <w:t>yeh sab har giz nahi hai.</w:t>
      </w:r>
    </w:p>
    <w:p>
      <w:pPr>
        <w:jc w:val="right"/>
      </w:pPr>
      <w:r>
        <w:t>یہ سب ہرگز نہیں ہے۔</w:t>
      </w:r>
    </w:p>
    <w:p>
      <w:r>
        <w:rPr>
          <w:b/>
        </w:rPr>
        <w:t xml:space="preserve">[40:02] </w:t>
      </w:r>
      <w:r>
        <w:t>insaan apne ko is ka ahel nahi banata. apne ko deserving candidate nahi banata. is liye mehroom banata hai.</w:t>
      </w:r>
    </w:p>
    <w:p>
      <w:pPr>
        <w:jc w:val="right"/>
      </w:pPr>
      <w:r>
        <w:t>انسان اپنے کو اس کا اہل نہیں بناتا۔ اپنے کو deserving candidate نہیں بناتا۔ اس لیے محروم بناتا ہے۔</w:t>
      </w:r>
    </w:p>
    <w:p>
      <w:r>
        <w:rPr>
          <w:b/>
        </w:rPr>
        <w:t xml:space="preserve">[40:14] </w:t>
      </w:r>
      <w:r>
        <w:t>aur is ke baad kya hota hai ke tension mein jeeta hai. aur despair mein jeeta hai. aur negative thought mein jeeta hai.</w:t>
      </w:r>
    </w:p>
    <w:p>
      <w:pPr>
        <w:jc w:val="right"/>
      </w:pPr>
      <w:r>
        <w:t>اور اس کے بعد کیا ہوتا ہے کہ tension میں جیتا ہے۔ اور despair میں جیتا ہے۔ اور negative thought میں جیتا ہے۔</w:t>
      </w:r>
    </w:p>
    <w:p>
      <w:r>
        <w:rPr>
          <w:b/>
        </w:rPr>
        <w:t xml:space="preserve">[40:31] </w:t>
      </w:r>
      <w:r>
        <w:t>toh main aap logon se yeh guzarish karunga ke aap yahan se lootne ke baad Surah Yusuf ko jo Quran ki Surah number barah hai is ko shuru se aakhir tak padhein.</w:t>
      </w:r>
    </w:p>
    <w:p>
      <w:pPr>
        <w:jc w:val="right"/>
      </w:pPr>
      <w:r>
        <w:t>تو میں آپ لوگوں سے یہ گزارش کروں گا کہ آپ یہاں سے لوٹنے کے بعد سورہ یوسف کو جو قرآن کی سورہ نمبر بارہ ہے اس کو شروع سے آخر تک پڑھیں۔</w:t>
      </w:r>
    </w:p>
    <w:p>
      <w:r>
        <w:rPr>
          <w:b/>
        </w:rPr>
        <w:t xml:space="preserve">[40:47] </w:t>
      </w:r>
      <w:r>
        <w:t>shuru se aakhir tak aur is par sochein.</w:t>
      </w:r>
    </w:p>
    <w:p>
      <w:pPr>
        <w:jc w:val="right"/>
      </w:pPr>
      <w:r>
        <w:t>شروع سے آخر تک اور اس پر سوچیں۔</w:t>
      </w:r>
    </w:p>
    <w:p>
      <w:r>
        <w:rPr>
          <w:b/>
        </w:rPr>
        <w:t xml:space="preserve">[40:57] </w:t>
      </w:r>
      <w:r>
        <w:t>koi bari Surah nahi hai choti Surah hai aik so gyarah is ki ayatein hain. is ko aap padh sakte hain padhiye. aik hi baithak mein aap padh sakte hain.</w:t>
      </w:r>
    </w:p>
    <w:p>
      <w:pPr>
        <w:jc w:val="right"/>
      </w:pPr>
      <w:r>
        <w:t>کوئی بڑی سورہ نہیں ہے چھوٹی سورہ ہے ایک سو گیارہ اس کی آیتیں ہیں۔ اس کو آپ پڑھ سکتے ہیں پڑھیے۔ ایک ہی بیٹھک میں آپ پڑھ سکتے ہیں۔</w:t>
      </w:r>
    </w:p>
    <w:p>
      <w:r>
        <w:rPr>
          <w:b/>
        </w:rPr>
        <w:t xml:space="preserve">[41:12] </w:t>
      </w:r>
      <w:r>
        <w:t>toh achi tarah samajh lijiye ke is Surah mein aik aik aik insaan ki kahani nahi batai gayi. yeh aik law of nature hai jis ko demonstrate kiya gaya hai.</w:t>
      </w:r>
    </w:p>
    <w:p>
      <w:pPr>
        <w:jc w:val="right"/>
      </w:pPr>
      <w:r>
        <w:t>تو اچھی طرح سمجھ لیجیے کہ اس سورہ میں ایک ایک ایک انسان کی کہانی نہیں بتائی گئی۔ یہ ایک law of nature ہے جس کو demonstrate کیا گیا ہے۔</w:t>
      </w:r>
    </w:p>
    <w:p>
      <w:r>
        <w:rPr>
          <w:b/>
        </w:rPr>
        <w:t xml:space="preserve">[41:26] </w:t>
      </w:r>
      <w:r>
        <w:t>aik aik aik har insaan ke liye aik possibility hai is ko yahan demonstrate kiya gaya hai.</w:t>
      </w:r>
    </w:p>
    <w:p>
      <w:pPr>
        <w:jc w:val="right"/>
      </w:pPr>
      <w:r>
        <w:t>ایک ایک ایک ہر انسان کے لیے ایک possibility ہے اس کو یہاں demonstrate کیا گیا ہے۔</w:t>
      </w:r>
    </w:p>
    <w:p>
      <w:r>
        <w:rPr>
          <w:b/>
        </w:rPr>
        <w:t xml:space="preserve">[41:39] </w:t>
      </w:r>
      <w:r>
        <w:t>har insaan apni zindagi mein is kahani ko repeat kar sakta hai. bashart ke woh is ki condition ko poora kare.</w:t>
      </w:r>
    </w:p>
    <w:p>
      <w:pPr>
        <w:jc w:val="right"/>
      </w:pPr>
      <w:r>
        <w:t>ہر انسان اپنی زندگی میں اس کہانی کو repeat کر سکتا ہے۔ بشرطیکہ وہ اس کی condition کو پورا کرے۔</w:t>
      </w:r>
    </w:p>
    <w:p>
      <w:r>
        <w:rPr>
          <w:b/>
        </w:rPr>
        <w:t xml:space="preserve">[41:52] </w:t>
      </w:r>
      <w:r>
        <w:t>condition ko ehsaan ke darje mein poora kare.</w:t>
      </w:r>
    </w:p>
    <w:p>
      <w:pPr>
        <w:jc w:val="right"/>
      </w:pPr>
      <w:r>
        <w:t>condition کو احسان کے درجے میں پورا کرے۔</w:t>
      </w:r>
    </w:p>
    <w:p>
      <w:r>
        <w:rPr>
          <w:b/>
        </w:rPr>
        <w:t xml:space="preserve">[41:55] </w:t>
      </w:r>
      <w:r>
        <w:t>ehsaan kehte hain bohat achhe tarike se perform karna. bohat yani woh keh sakte hain ke yani qabil tor par perform karna.</w:t>
      </w:r>
    </w:p>
    <w:p>
      <w:pPr>
        <w:jc w:val="right"/>
      </w:pPr>
      <w:r>
        <w:t>احسان کہتے ہیں بہت اچھے طریقے سے perform کرنا۔ بہت یعنی وہ کہہ سکتے ہیں کہ یعنی قابل طور پر perform کرنا۔</w:t>
      </w:r>
    </w:p>
    <w:p>
      <w:r>
        <w:rPr>
          <w:b/>
        </w:rPr>
        <w:t xml:space="preserve">[42:09] </w:t>
      </w:r>
      <w:r>
        <w:t>koi kami na reh jaye. is tarah perform karna. is ko kehte hain ehsaan.</w:t>
      </w:r>
    </w:p>
    <w:p>
      <w:pPr>
        <w:jc w:val="right"/>
      </w:pPr>
      <w:r>
        <w:t>کوئی کمی نہ رہ جائے۔ اس طرح perform کرنا۔ اس کو کہتے ہیں احسان۔</w:t>
      </w:r>
    </w:p>
    <w:p>
      <w:r>
        <w:rPr>
          <w:b/>
        </w:rPr>
        <w:t xml:space="preserve">[42:17] </w:t>
      </w:r>
      <w:r>
        <w:t>to jo insaan ehsaan ke darje mein is ki condition ko poora kar de to main keh sakta hoon ke qayamat ke din Allah ke samne yeh nahi keh payega ke khudaaya main ne to condition ko poora kar diya tha magar tu ne wada poora nahi kiya.</w:t>
      </w:r>
    </w:p>
    <w:p>
      <w:pPr>
        <w:jc w:val="right"/>
      </w:pPr>
      <w:r>
        <w:t>تو جو انسان احسان کے درجے میں اس کی condition کو پورا کر دے تو میں کہہ سکتا ہوں کہ قیامت کے دن اللہ کے سامنے یہ نہیں کہہ پائے گا کہ خدایا میں نے تو condition کو پورا کر دیا تھا مگر تو نے وعدہ پورا نہیں کیا۔</w:t>
      </w:r>
    </w:p>
    <w:p>
      <w:r>
        <w:rPr>
          <w:b/>
        </w:rPr>
        <w:t xml:space="preserve">[42:38] </w:t>
      </w:r>
      <w:r>
        <w:t>aisa nahi ho sakta hai.</w:t>
      </w:r>
    </w:p>
    <w:p>
      <w:pPr>
        <w:jc w:val="right"/>
      </w:pPr>
      <w:r>
        <w:t>ایسا نہیں ہو سکتا ہے۔</w:t>
      </w:r>
    </w:p>
    <w:p>
      <w:r>
        <w:rPr>
          <w:b/>
        </w:rPr>
        <w:t xml:space="preserve">[42:41] </w:t>
      </w:r>
      <w:r>
        <w:t>kisi insaan ke liye mauqa nahi hoga ke hajj ke maidan mein jab sare log ekhatta hon ek insaan khada ho kahe ke khudaaya main ne to sari condition poori kar di thi magar tu ne mujhe reward kahan diya.</w:t>
      </w:r>
    </w:p>
    <w:p>
      <w:pPr>
        <w:jc w:val="right"/>
      </w:pPr>
      <w:r>
        <w:t>کسی انسان کے لیے موقع نہیں ہوگا کہ حج کے میدان میں جب سارے لوگ اکٹھا ہوں ایک انسان کھڑا ہو کہے کہ خدایا میں نے تو ساری condition پوری کر دی تھی مگر تو نے مجھے reward کہاں دیا۔</w:t>
      </w:r>
    </w:p>
    <w:p>
      <w:r>
        <w:rPr>
          <w:b/>
        </w:rPr>
        <w:t xml:space="preserve">[43:00] </w:t>
      </w:r>
      <w:r>
        <w:t>aisa nahi ho sakta.</w:t>
      </w:r>
    </w:p>
    <w:p>
      <w:pPr>
        <w:jc w:val="right"/>
      </w:pPr>
      <w:r>
        <w:t>ایسا نہیں ہو سکتا۔</w:t>
      </w:r>
    </w:p>
    <w:p>
      <w:r>
        <w:rPr>
          <w:b/>
        </w:rPr>
        <w:t xml:space="preserve">[43:04] </w:t>
      </w:r>
      <w:r>
        <w:t>aisa kabhi nahi ho sakta.</w:t>
      </w:r>
    </w:p>
    <w:p>
      <w:pPr>
        <w:jc w:val="right"/>
      </w:pPr>
      <w:r>
        <w:t>ایسا کبھی نہیں ہو سکتا۔</w:t>
      </w:r>
    </w:p>
    <w:p>
      <w:r>
        <w:rPr>
          <w:b/>
        </w:rPr>
        <w:t xml:space="preserve">[43:11] </w:t>
      </w:r>
      <w:r>
        <w:t>is liye aap amani se bahar aaiye. world thinking se bahar aaiye. obsession se bahar aaiye. apni condition ko todiye.</w:t>
      </w:r>
    </w:p>
    <w:p>
      <w:pPr>
        <w:jc w:val="right"/>
      </w:pPr>
      <w:r>
        <w:t>اس لیے آپ آمانی سے باہر آئیے۔ world thinking سے باہر آئیے۔ obsession سے باہر آئیے۔ اپنی condition کو توڑیے۔</w:t>
      </w:r>
    </w:p>
    <w:p>
      <w:r>
        <w:rPr>
          <w:b/>
        </w:rPr>
        <w:t xml:space="preserve">[43:22] </w:t>
      </w:r>
      <w:r>
        <w:t>aur sare mamle ko rethink kijiye. reassess kijiye. apni priorities ko reset kijiye.</w:t>
      </w:r>
    </w:p>
    <w:p>
      <w:pPr>
        <w:jc w:val="right"/>
      </w:pPr>
      <w:r>
        <w:t>اور سارے معاملے کو rethink کیجیے۔ reassess کیجیے۔ اپنی priorities کو reset کیجیے۔</w:t>
      </w:r>
    </w:p>
    <w:p>
      <w:r>
        <w:rPr>
          <w:b/>
        </w:rPr>
        <w:t xml:space="preserve">[43:32] </w:t>
      </w:r>
      <w:r>
        <w:t>tab in baaton ko aap samajh payenge. tab aap ke liye mumkin hoga ke ke aap Allah ki super blessing mein apna share pa saken.</w:t>
      </w:r>
    </w:p>
    <w:p>
      <w:pPr>
        <w:jc w:val="right"/>
      </w:pPr>
      <w:r>
        <w:t>تب ان باتوں کو آپ سمجھ پائیں گے۔ تب آپ کے لیے ممکن ہوگا کہ کہ آپ اللہ کی super blessing میں اپنا share پا سکیں۔</w:t>
      </w:r>
    </w:p>
    <w:p>
      <w:r>
        <w:rPr>
          <w:b/>
        </w:rPr>
        <w:t xml:space="preserve">[43:45] </w:t>
      </w:r>
      <w:r>
        <w:t>to main dua karta hoon ke Allah taala mujh ko aur aap ko Allah taala apni blessing mein hissadaar banaye.</w:t>
      </w:r>
    </w:p>
    <w:p>
      <w:pPr>
        <w:jc w:val="right"/>
      </w:pPr>
      <w:r>
        <w:t>تو میں دعا کرتا ہوں کہ اللہ تعالیٰ مجھ کو اور آپ کو اللہ تعالیٰ اپنی blessing میں حصہ دار بنائے۔</w:t>
      </w:r>
    </w:p>
    <w:p>
      <w:r>
        <w:rPr>
          <w:b/>
        </w:rPr>
        <w:t xml:space="preserve">[43:56] </w:t>
      </w:r>
      <w:r>
        <w:t>hum dunya se is haal mein jayen</w:t>
      </w:r>
    </w:p>
    <w:p>
      <w:pPr>
        <w:jc w:val="right"/>
      </w:pPr>
      <w:r>
        <w:t>ہم دنیا سے اس حال میں جائیں</w:t>
      </w:r>
    </w:p>
    <w:p>
      <w:r>
        <w:rPr>
          <w:b/>
        </w:rPr>
        <w:t xml:space="preserve">[44:00] </w:t>
      </w:r>
      <w:r>
        <w:t>ke hum ne Allah ki jo rehmaten hain wo hum ko hum is ka is ke haq hum is ka mustahiq ban chuke hain.</w:t>
      </w:r>
    </w:p>
    <w:p>
      <w:pPr>
        <w:jc w:val="right"/>
      </w:pPr>
      <w:r>
        <w:t>کہ ہم نے اللہ کی جو رحمتیں ہیں وہ ہم کو ہم اس کا اس کے حق ہم اس کا مستحق بن چکے ہوں۔</w:t>
      </w:r>
    </w:p>
    <w:p>
      <w:r>
        <w:rPr>
          <w:b/>
        </w:rPr>
        <w:t xml:space="preserve">[44:14] </w:t>
      </w:r>
      <w:r>
        <w:t>taake aakhirat mein hum ko sharminda na hona pade. aur wahan yeh na kehna pade ke mine was a case of missed opportunity.</w:t>
      </w:r>
    </w:p>
    <w:p>
      <w:pPr>
        <w:jc w:val="right"/>
      </w:pPr>
      <w:r>
        <w:t>تاکہ آخرت میں ہم کو شرمندہ نہ ہونا پڑے۔ اور وہاں یہ نہ کہنا پڑے کہ mine was a case of missed opportunity۔</w:t>
      </w:r>
    </w:p>
    <w:p>
      <w:r>
        <w:rPr>
          <w:b/>
        </w:rPr>
        <w:t xml:space="preserve">[44:28] </w:t>
      </w:r>
      <w:r>
        <w:t>sab se zyada</w:t>
      </w:r>
    </w:p>
    <w:p>
      <w:pPr>
        <w:jc w:val="right"/>
      </w:pPr>
      <w:r>
        <w:t>سب سے زیادہ</w:t>
      </w:r>
    </w:p>
    <w:p>
      <w:r>
        <w:rPr>
          <w:b/>
        </w:rPr>
        <w:t xml:space="preserve">[44:33] </w:t>
      </w:r>
      <w:r>
        <w:t>dukhi insaan aakhirat mein wo hoga jo yahan ja kar yeh kahega ke mine was a case of missed opportunity.</w:t>
      </w:r>
    </w:p>
    <w:p>
      <w:pPr>
        <w:jc w:val="right"/>
      </w:pPr>
      <w:r>
        <w:t>دکھی انسان آخرت میں وہ ہوگا جو یہاں جا کر یہ کہے گا کہ mine was a case of missed opportunity۔</w:t>
      </w:r>
    </w:p>
    <w:p>
      <w:r>
        <w:rPr>
          <w:b/>
        </w:rPr>
        <w:t xml:space="preserve">[44:44] </w:t>
      </w:r>
      <w:r>
        <w:t>mine was a case of missed opportunity.</w:t>
      </w:r>
    </w:p>
    <w:p>
      <w:pPr>
        <w:jc w:val="right"/>
      </w:pPr>
      <w:r>
        <w:t>mine was a case of missed opportunity۔</w:t>
      </w:r>
    </w:p>
    <w:p>
      <w:r>
        <w:rPr>
          <w:b/>
        </w:rPr>
        <w:t xml:space="preserve">[44:50] </w:t>
      </w:r>
      <w:r>
        <w:t>to meri dua hai ke Allah taala mujh ko aur aap ko tofeeq de ke hamare case yeh na bane. hamare case wo bane jabke hamein Allah ki rehmaten hamein hasil hongi.</w:t>
      </w:r>
    </w:p>
    <w:p>
      <w:pPr>
        <w:jc w:val="right"/>
      </w:pPr>
      <w:r>
        <w:t>تو میری دعا ہے کہ اللہ تعالیٰ مجھ کو اور آپ کو توفیق دے کہ ہمارے case یہ نہ بنے۔ ہمارے case وہ بنے جبکہ ہمیں اللہ کی رحمتیں ہمیں حاصل ہوں گی۔</w:t>
      </w:r>
    </w:p>
    <w:p>
      <w:r>
        <w:rPr>
          <w:b/>
        </w:rPr>
        <w:t xml:space="preserve">[45:10] </w:t>
      </w:r>
      <w:r>
        <w:t>aur farishte hamein khush aamdeed kahen.</w:t>
      </w:r>
    </w:p>
    <w:p>
      <w:pPr>
        <w:jc w:val="right"/>
      </w:pPr>
      <w:r>
        <w:t>اور فرشتے ہمیں خوش آمدید کہیں۔</w:t>
      </w:r>
    </w:p>
    <w:p>
      <w:r>
        <w:rPr>
          <w:b/>
        </w:rPr>
        <w:t xml:space="preserve">[45:16] </w:t>
      </w:r>
      <w:r>
        <w:t>farishte hamein receive karen.</w:t>
      </w:r>
    </w:p>
    <w:p>
      <w:pPr>
        <w:jc w:val="right"/>
      </w:pPr>
      <w:r>
        <w:t>فرشتے ہمیں receive کریں۔</w:t>
      </w:r>
    </w:p>
    <w:p>
      <w:r>
        <w:rPr>
          <w:b/>
        </w:rPr>
        <w:t xml:space="preserve">[45:21] </w:t>
      </w:r>
      <w:r>
        <w:t>aur hamare liye jannat ke darwaze kholay jayen.</w:t>
      </w:r>
    </w:p>
    <w:p>
      <w:pPr>
        <w:jc w:val="right"/>
      </w:pPr>
      <w:r>
        <w:t>اور ہمارے لیے جنت کے دروازے کھولے جائیں۔</w:t>
      </w:r>
    </w:p>
    <w:p>
      <w:r>
        <w:rPr>
          <w:b/>
        </w:rPr>
        <w:t xml:space="preserve">[45:32] </w:t>
      </w:r>
      <w:r>
        <w:t>main apne liye aur aap ke liye isi ki dua karta hoon. aqool qawli haza wastaghfirullaha li walakum ajmaeen.</w:t>
      </w:r>
    </w:p>
    <w:p>
      <w:pPr>
        <w:jc w:val="right"/>
      </w:pPr>
      <w:r>
        <w:t>میں اپنے لیے اور آپ کے لیے اسی کی دعا کرتا ہوں۔ أقول قولي هذا واستغفرالله لي ولكم أجمعين.</w:t>
      </w:r>
    </w:p>
    <w:p>
      <w:r>
        <w:rPr>
          <w:b/>
        </w:rPr>
        <w:t xml:space="preserve">[45:54] </w:t>
      </w:r>
      <w:r>
        <w:t>unhon ne likha hai: "Were all the prophets exceptional or chosen ones by birth, or they became exceptional because of what they went through in their life?" Please comment.</w:t>
      </w:r>
    </w:p>
    <w:p>
      <w:pPr>
        <w:jc w:val="right"/>
      </w:pPr>
      <w:r>
        <w:t>انہوں نے لکھا ہے: "Were all the prophets exceptional or chosen ones by birth, or they became exceptional because of what they went through in their life?" Please comment۔</w:t>
      </w:r>
    </w:p>
    <w:p>
      <w:r>
        <w:rPr>
          <w:b/>
        </w:rPr>
        <w:t xml:space="preserve">[46:08] </w:t>
      </w:r>
      <w:r>
        <w:t>dekhen jahan tak main ne parha hai to aisa nahi ke wo by birth prophet hote hain.</w:t>
      </w:r>
    </w:p>
    <w:p>
      <w:pPr>
        <w:jc w:val="right"/>
      </w:pPr>
      <w:r>
        <w:t>دیکھیں جہاں تک میں نے پڑھا ہے تو ایسا نہیں کہ وہ by birth prophet ہوتے ہیں۔</w:t>
      </w:r>
    </w:p>
    <w:p>
      <w:r>
        <w:rPr>
          <w:b/>
        </w:rPr>
        <w:t xml:space="preserve">[46:18] </w:t>
      </w:r>
      <w:r>
        <w:t>balkeh un ko un ko wash kiya jata hai. aur farishte un ko wash karte hain, wash karte hain, wash karte hain.</w:t>
      </w:r>
    </w:p>
    <w:p>
      <w:pPr>
        <w:jc w:val="right"/>
      </w:pPr>
      <w:r>
        <w:t>بلکہ ان کو ان کو wash کیا جاتا ہے۔ اور فرشتے ان کو wash کرتے ہیں، wash کرتے ہیں، wash کرتے ہیں۔</w:t>
      </w:r>
    </w:p>
    <w:p>
      <w:r>
        <w:rPr>
          <w:b/>
        </w:rPr>
        <w:t xml:space="preserve">[46:28] </w:t>
      </w:r>
      <w:r>
        <w:t>aur yeh process chalis saal tak chalta hai. ثم جیہ تعالیٰ قدری یا موسیٰ</w:t>
      </w:r>
    </w:p>
    <w:p>
      <w:pPr>
        <w:jc w:val="right"/>
      </w:pPr>
      <w:r>
        <w:t>اور یہ process چالیس سال تک چلتا ہے۔ ثم جیہ تعالیٰ قدری یا موسیٰ</w:t>
      </w:r>
    </w:p>
    <w:p>
      <w:r>
        <w:rPr>
          <w:b/>
        </w:rPr>
        <w:t xml:space="preserve">[46:35] </w:t>
      </w:r>
      <w:r>
        <w:t>to chalis saal tak wash karne ke baad jab woh yani un ki zindagi bata deti hai ke woh deserve karte hain is is is position ke liye to un ko peghambari di jati hai.</w:t>
      </w:r>
    </w:p>
    <w:p>
      <w:pPr>
        <w:jc w:val="right"/>
      </w:pPr>
      <w:r>
        <w:t>۔ تو چالیس سال تک wash کرنے کے بعد جب وہ یعنی ان کی زندگی بتا دیتی ہے کہ وہ deserve کرتے ہیں اس اس اس position کے لیے تو ان کو پیغمبری دی جاتی ہے۔</w:t>
      </w:r>
    </w:p>
    <w:p>
      <w:r>
        <w:rPr>
          <w:b/>
        </w:rPr>
        <w:t xml:space="preserve">[46:51] </w:t>
      </w:r>
      <w:r>
        <w:t>jahan tak mein ne samjha hai koi aisi koi ayat ya hadith mujhe nahi maloom hai ke jo batati ho ke prophet hi paida hota hai.</w:t>
      </w:r>
    </w:p>
    <w:p>
      <w:pPr>
        <w:jc w:val="right"/>
      </w:pPr>
      <w:r>
        <w:t>جہاں تک میں نے سمجھا ہے کوئی ایسی کوئی آیت یا حدیث مجھے نہیں معلوم ہے کہ جو بتاتی ہو کہ prophet ہی پیدا ہوتا ہے۔</w:t>
      </w:r>
    </w:p>
    <w:p>
      <w:r>
        <w:rPr>
          <w:b/>
        </w:rPr>
        <w:t xml:space="preserve">[47:02] </w:t>
      </w:r>
      <w:r>
        <w:t>musalmanon ne kuch mein yani mozu qisam ki kahaniyan bana rakhi hain rasool Allah ke baray mein. mein is ko sahi nahi samajhta. quran se sabit nahi hota ke koi ke prophet jo hain woh by birth prophet hotay hain.</w:t>
      </w:r>
    </w:p>
    <w:p>
      <w:pPr>
        <w:jc w:val="right"/>
      </w:pPr>
      <w:r>
        <w:t>مسلمانوں نے کچھ میں یعنی موضوع قسم کی کہانیاں بنا رکھی ہیں رسول اللہ کے بارے میں۔ میں اس کو صحیح نہیں سمجھتا۔ قرآن سے ثابت نہیں ہوتا کہ کوئی کہ prophet جو ہیں وہ by birth prophet ہوتے ہیں۔</w:t>
      </w:r>
    </w:p>
    <w:p>
      <w:r>
        <w:rPr>
          <w:b/>
        </w:rPr>
        <w:t xml:space="preserve">[47:19] </w:t>
      </w:r>
      <w:r>
        <w:t>balkay unhein bhi is process guzarna parta hai jis se aap jis se aap insan guzarta hai. yani wahi sab un par setback atay hain.</w:t>
      </w:r>
    </w:p>
    <w:p>
      <w:pPr>
        <w:jc w:val="right"/>
      </w:pPr>
      <w:r>
        <w:t>بلکہ انہیں بھی اس process گزرنا پڑتا ہے جس سے آپ جس سے آپ انسان گزرتا ہے۔ یعنی وہی سب ان پر setback آتے ہیں۔</w:t>
      </w:r>
    </w:p>
    <w:p>
      <w:r>
        <w:rPr>
          <w:b/>
        </w:rPr>
        <w:t xml:space="preserve">[47:27] </w:t>
      </w:r>
      <w:r>
        <w:t>wahi sab un ke sath problem hotay hain. aur phir jab woh prove kar detay hain ke woh deserve karte hain is baat ke liye ke unhein prophet ka position di jaye to woh de di jati hai.</w:t>
      </w:r>
    </w:p>
    <w:p>
      <w:pPr>
        <w:jc w:val="right"/>
      </w:pPr>
      <w:r>
        <w:t>وہی سب ان کے ساتھ problem ہوتے ہیں۔ اور پھر جب وہ prove کر دیتے ہیں کہ وہ deserve کرتے ہیں اس بات کے لیے کہ انہیں prophet کا position دی جائے تو وہ دے دی جاتی ہے۔</w:t>
      </w:r>
    </w:p>
    <w:p>
      <w:r>
        <w:rPr>
          <w:b/>
        </w:rPr>
        <w:t xml:space="preserve">[47:43] </w:t>
      </w:r>
      <w:r>
        <w:t>mein yahi samjha hai. baqi jo zaeef ka jo mozu riwayat hai woh bilkul baseless hai. in ka koi aitbar nahi.</w:t>
      </w:r>
    </w:p>
    <w:p>
      <w:pPr>
        <w:jc w:val="right"/>
      </w:pPr>
      <w:r>
        <w:t>میں یہی سمجھا ہے۔ باقی جو ضعیف کا جو موضوع روایت ہے وہ بالکل baseless ہے۔ ان کا کوئی اعتبار نہیں۔</w:t>
      </w:r>
    </w:p>
    <w:p>
      <w:r>
        <w:rPr>
          <w:b/>
        </w:rPr>
        <w:t xml:space="preserve">[47:56] </w:t>
      </w:r>
      <w:r>
        <w:t>molana agla sawal dilli se hai. mudassir ahmed sahib ne kiya hai. unhon ne likha hai: "That when Yusuf was in that well, an angel came to him and told him that in near future you will be taken out from this well and also informed him about nineteen codes.</w:t>
      </w:r>
    </w:p>
    <w:p>
      <w:pPr>
        <w:jc w:val="right"/>
      </w:pPr>
      <w:r>
        <w:t>مولانا اگلا سوال دلی سے ہے۔ مدثر احمد صاحب نے کیا ہے۔ انہوں نے لکھا ہے: "That when Yusuf was in that well, an angel came to him and told him that in near future you will be taken out from this well and also informed him about nineteen codes.</w:t>
      </w:r>
    </w:p>
    <w:p>
      <w:r>
        <w:rPr>
          <w:b/>
        </w:rPr>
        <w:t xml:space="preserve">[48:17] </w:t>
      </w:r>
      <w:r>
        <w:t>That is you have five fingers and fourteen joints in hand with some sums up to nineteen.</w:t>
      </w:r>
    </w:p>
    <w:p>
      <w:pPr>
        <w:jc w:val="right"/>
      </w:pPr>
      <w:r>
        <w:t>That is you have five fingers and fourteen joints in hand with some sums up to nineteen.</w:t>
      </w:r>
    </w:p>
    <w:p>
      <w:r>
        <w:rPr>
          <w:b/>
        </w:rPr>
        <w:t xml:space="preserve">[48:24] </w:t>
      </w:r>
      <w:r>
        <w:t>What is this nineteen code?" yeh bohat si kahaniyan hazrat yusuf ke baray mein bohat si kahaniyan banai gayi hain. aik kitab banai gayi hai yusuf zulkai.</w:t>
      </w:r>
    </w:p>
    <w:p>
      <w:pPr>
        <w:jc w:val="right"/>
      </w:pPr>
      <w:r>
        <w:t>What is this nineteen code?" یہ بہت سی کہانیاں حضرت یوسف کے بارے میں بہت سی کہانیاں بنائی گئی ہیں۔ ایک کتاب بنائی گئی ہے یوسف ذوالقاء۔</w:t>
      </w:r>
    </w:p>
    <w:p>
      <w:r>
        <w:rPr>
          <w:b/>
        </w:rPr>
        <w:t xml:space="preserve">[48:34] </w:t>
      </w:r>
      <w:r>
        <w:t>is mein hazrat yusuf ki shadi bhi kar di gayi zulkai se. yeh sab kahaniyan hain. is ka asal is se koi talluq nahi hai.</w:t>
      </w:r>
    </w:p>
    <w:p>
      <w:pPr>
        <w:jc w:val="right"/>
      </w:pPr>
      <w:r>
        <w:t>اس میں حضرت یوسف کی شادی بھی کر دی گئی ذوالقاء سے۔ یہ سب کہانیاں ہیں۔ اس کا اصل اس سے کوئی تعلق نہیں ہے۔</w:t>
      </w:r>
    </w:p>
    <w:p>
      <w:r>
        <w:rPr>
          <w:b/>
        </w:rPr>
        <w:t xml:space="preserve">[48:41] </w:t>
      </w:r>
      <w:r>
        <w:t>to mein janta hoon ke poori aik aik aik woh bana di gayi hai. yani poori poori kitab chhapi hai baqayda.</w:t>
      </w:r>
    </w:p>
    <w:p>
      <w:pPr>
        <w:jc w:val="right"/>
      </w:pPr>
      <w:r>
        <w:t>تو میں جانتا ہوں کہ پوری ایک ایک ایک وہ بنا دی گئی ہے۔ یعنی پوری پوری کتاب چھپی ہے باقاعدہ۔</w:t>
      </w:r>
    </w:p>
    <w:p>
      <w:r>
        <w:rPr>
          <w:b/>
        </w:rPr>
        <w:t xml:space="preserve">[48:53] </w:t>
      </w:r>
      <w:r>
        <w:t>yusuf zulkai parshian language mein hai. bohat si kahaniyan is mein hain. woh sab ghalat hain. jo baat quran mein hai wahi sahi hai.</w:t>
      </w:r>
    </w:p>
    <w:p>
      <w:pPr>
        <w:jc w:val="right"/>
      </w:pPr>
      <w:r>
        <w:t>یوسف ذوالقاء پرشین language میں ہے۔ بہت سی کہانیاں اس میں ہیں۔ وہ سب غلط ہیں۔ جو بات قرآن میں ہے وہی صحیح ہے۔</w:t>
      </w:r>
    </w:p>
    <w:p>
      <w:r>
        <w:rPr>
          <w:b/>
        </w:rPr>
        <w:t xml:space="preserve">[49:03] </w:t>
      </w:r>
      <w:r>
        <w:t>kuch ajzaa aisay hain jo bible mein hain. woh bhi agar quran ke khilaf nahi to bhi is ko hum sahi mantay hain.</w:t>
      </w:r>
    </w:p>
    <w:p>
      <w:pPr>
        <w:jc w:val="right"/>
      </w:pPr>
      <w:r>
        <w:t>کچھ اجزاء ایسے ہیں جو بائبل میں ہیں۔ وہ بھی اگر قرآن کے خلاف نہیں تو بھی اس کو ہم صحیح مانتے ہیں۔</w:t>
      </w:r>
    </w:p>
    <w:p>
      <w:r>
        <w:rPr>
          <w:b/>
        </w:rPr>
        <w:t xml:space="preserve">[49:11] </w:t>
      </w:r>
      <w:r>
        <w:t>molana agla sawal chennai se hai. molana iqbal umri ne kiya hai. unhon ne aap se poocha hai ke universe ka deen aur deen islam is mein farq kiya hai?</w:t>
      </w:r>
    </w:p>
    <w:p>
      <w:pPr>
        <w:jc w:val="right"/>
      </w:pPr>
      <w:r>
        <w:t>مولانا اگلا سوال چنئی سے ہے۔ مولانا اقبال عمری نے کیا ہے۔ انہوں نے آپ سے پوچھا ہے کہ یونیورس کا دین اور دین اسلام اس میں فرق کیا ہے؟</w:t>
      </w:r>
    </w:p>
    <w:p>
      <w:r>
        <w:rPr>
          <w:b/>
        </w:rPr>
        <w:t xml:space="preserve">[49:23] </w:t>
      </w:r>
      <w:r>
        <w:t>haan dekhen</w:t>
      </w:r>
    </w:p>
    <w:p>
      <w:pPr>
        <w:jc w:val="right"/>
      </w:pPr>
      <w:r>
        <w:t>ہاں دیکھیں</w:t>
      </w:r>
    </w:p>
    <w:p>
      <w:r>
        <w:rPr>
          <w:b/>
        </w:rPr>
        <w:t xml:space="preserve">[49:28] </w:t>
      </w:r>
      <w:r>
        <w:t>jo quran mein aaya hai ke is ka matlab yeh hai ke universe mein jo cheezen hain woh aik aik aitbar se demonstration hain.</w:t>
      </w:r>
    </w:p>
    <w:p>
      <w:pPr>
        <w:jc w:val="right"/>
      </w:pPr>
      <w:r>
        <w:t>جو قرآن میں آیا ہے کہ اس کا مطلب یہ ہے کہ یونیورس میں جو چیزیں ہیں وہ ایک ایک اعتبار سے demonstration ہیں۔</w:t>
      </w:r>
    </w:p>
    <w:p>
      <w:r>
        <w:rPr>
          <w:b/>
        </w:rPr>
        <w:t xml:space="preserve">[49:41] </w:t>
      </w:r>
      <w:r>
        <w:t>woh isi baray mein nahi hain jis baray mein insan ka deen hota hai. kyun ke insan ka deen to yani is ka mind se talluq hai. soch samajh ke hota hai. universe mein sochne ki taqat nahi hai.</w:t>
      </w:r>
    </w:p>
    <w:p>
      <w:pPr>
        <w:jc w:val="right"/>
      </w:pPr>
      <w:r>
        <w:t>وہ اسی بارے میں نہیں ہیں جس بارے میں انسان کا دین ہوتا ہے۔ کیونکہ انسان کا دین تو یعنی اس کا mind سے تعلق ہے۔ سوچ سمجھ کے ہوتا ہے۔ یونیورس میں سوچنے کی طاقت نہیں ہے۔</w:t>
      </w:r>
    </w:p>
    <w:p>
      <w:r>
        <w:rPr>
          <w:b/>
        </w:rPr>
        <w:t xml:space="preserve">[49:53] </w:t>
      </w:r>
      <w:r>
        <w:t>lekan woh aik aitbar se demonstration hai. misaal ke tor par dekhen aap ke quran mein hai ke kal sitaron ke baray mein aur sayaron ke baray mein</w:t>
      </w:r>
    </w:p>
    <w:p>
      <w:pPr>
        <w:jc w:val="right"/>
      </w:pPr>
      <w:r>
        <w:t>لیکن وہ ایک اعتبار سے demonstration ہے۔ مثال کے طور پر دیکھیں آپ کہ قرآن میں ہے کہ کل فی ستاروں کے بارے میں اور سیاروں کے بارے میں</w:t>
      </w:r>
    </w:p>
    <w:p>
      <w:r>
        <w:rPr>
          <w:b/>
        </w:rPr>
        <w:t xml:space="preserve">[50:07] </w:t>
      </w:r>
      <w:r>
        <w:t>to aap jantay hain ke bohat hi bara space hai. is mein numerous stars ghoom rahay hain, ghoom rahay hain, ghoom rahay hain.</w:t>
      </w:r>
    </w:p>
    <w:p>
      <w:pPr>
        <w:jc w:val="right"/>
      </w:pPr>
      <w:r>
        <w:t>۔ تو آپ جانتے ہیں کہ بہت ہی بڑا space ہے۔ اس میں numerous stars گھوم رہے ہیں، گھوم رہے ہیں، گھوم رہے ہیں۔</w:t>
      </w:r>
    </w:p>
    <w:p>
      <w:r>
        <w:rPr>
          <w:b/>
        </w:rPr>
        <w:t xml:space="preserve">[50:16] </w:t>
      </w:r>
      <w:r>
        <w:t>lekan in mein takrao nahi hota. kabhi aaj tak science ne report nahi kiya ke sitaray aapas mein lag gaye hon.</w:t>
      </w:r>
    </w:p>
    <w:p>
      <w:pPr>
        <w:jc w:val="right"/>
      </w:pPr>
      <w:r>
        <w:t>لیکن ان میں ٹکراؤ نہیں ہوتا۔ کبھی آج تک سائنس نے رپورٹ نہیں کیا کہ ستارے آپس میں لڑ گئے ہوں۔</w:t>
      </w:r>
    </w:p>
    <w:p>
      <w:r>
        <w:rPr>
          <w:b/>
        </w:rPr>
        <w:t xml:space="preserve">[50:25] </w:t>
      </w:r>
      <w:r>
        <w:t>yeh kya hai? demonstration hai. ke social life mein har aadmi active hota hai. apna apna target hota hai har aadmi ka.</w:t>
      </w:r>
    </w:p>
    <w:p>
      <w:pPr>
        <w:jc w:val="right"/>
      </w:pPr>
      <w:r>
        <w:t>یہ کیا ہے؟ Demonstration ہے۔ کہ social life میں ہر آدمی active ہوتا ہے۔ اپنا اپنا target ہوتا ہے ہر آدمی کا۔</w:t>
      </w:r>
    </w:p>
    <w:p>
      <w:r>
        <w:rPr>
          <w:b/>
        </w:rPr>
        <w:t xml:space="preserve">[50:36] </w:t>
      </w:r>
      <w:r>
        <w:t>apna apna maqsad hasil karne ke liye woh daur lagai hui hai. lekan tum ko apni daur mein sitaron ke is ko follow karna chahiye.</w:t>
      </w:r>
    </w:p>
    <w:p>
      <w:pPr>
        <w:jc w:val="right"/>
      </w:pPr>
      <w:r>
        <w:t>اپنا اپنا مقصد حاصل کرنے کے لیے وہ دوڑ لگائی ہوئی ہے۔ لیکن تم کو اپنی دوڑ میں ستاروں کے اس کو follow کرنا چاہیے۔</w:t>
      </w:r>
    </w:p>
    <w:p>
      <w:r>
        <w:rPr>
          <w:b/>
        </w:rPr>
        <w:t xml:space="preserve">[50:47] </w:t>
      </w:r>
      <w:r>
        <w:t>ke bana takraye hue</w:t>
      </w:r>
    </w:p>
    <w:p>
      <w:pPr>
        <w:jc w:val="right"/>
      </w:pPr>
      <w:r>
        <w:t>کہ بنا ٹکرائے ہوئے</w:t>
      </w:r>
    </w:p>
    <w:p>
      <w:r>
        <w:rPr>
          <w:b/>
        </w:rPr>
        <w:t xml:space="preserve">[50:49] </w:t>
      </w:r>
      <w:r>
        <w:t>apna maqsad hasil karo. apnay apnay apnay target ke liye koshish karo lekan bana takraye hue. yani non-confrontational approach.</w:t>
      </w:r>
    </w:p>
    <w:p>
      <w:pPr>
        <w:jc w:val="right"/>
      </w:pPr>
      <w:r>
        <w:t>اپنا مقصد حاصل کرو۔ اپنے اپنے اپنے target کے لیے کوشش کرو لیکن بنا ٹکرائے ہوئے۔ یعنی non-confrontational approach۔</w:t>
      </w:r>
    </w:p>
    <w:p>
      <w:r>
        <w:rPr>
          <w:b/>
        </w:rPr>
        <w:t xml:space="preserve">[51:00] </w:t>
      </w:r>
      <w:r>
        <w:t>jo sitaron ki jo gardish hai woh non-confrontational approach ka demonstration hai.</w:t>
      </w:r>
    </w:p>
    <w:p>
      <w:pPr>
        <w:jc w:val="right"/>
      </w:pPr>
      <w:r>
        <w:t>جو ستاروں کی جو گردش ہے وہ non-confrontational approach کا demonstration ہے۔</w:t>
      </w:r>
    </w:p>
    <w:p>
      <w:r>
        <w:rPr>
          <w:b/>
        </w:rPr>
        <w:t xml:space="preserve">[51:10] </w:t>
      </w:r>
      <w:r>
        <w:t>is sense mein woh woh woh deen hai.</w:t>
      </w:r>
    </w:p>
    <w:p>
      <w:pPr>
        <w:jc w:val="right"/>
      </w:pPr>
      <w:r>
        <w:t>اس sense میں وہ وہ وہ دین ہے۔</w:t>
      </w:r>
    </w:p>
    <w:p>
      <w:r>
        <w:rPr>
          <w:b/>
        </w:rPr>
        <w:t xml:space="preserve">[51:16] </w:t>
      </w:r>
      <w:r>
        <w:t>maulana agla sawal lene se pehle ek comment parhna chahenge jo raichur se zaheeruddin khwaja sahab ne bheja hai.</w:t>
      </w:r>
    </w:p>
    <w:p>
      <w:pPr>
        <w:jc w:val="right"/>
      </w:pPr>
      <w:r>
        <w:t>مولانا اگلا سوال لینے سے پہلے ایک comment پڑھنا چاہیں گے جو رائچور سے ظہیرالدین خواجہ صاحب نے بھیجا ہے۔</w:t>
      </w:r>
    </w:p>
    <w:p>
      <w:r>
        <w:rPr>
          <w:b/>
        </w:rPr>
        <w:t xml:space="preserve">[51:25] </w:t>
      </w:r>
      <w:r>
        <w:t>unhon ne likha hai: "moulana when we hear your lectures and specially on sundays we feel speechless and awestruck by the way you interpret the quranic verses and we feel as if we were until now living in total darkness, ignorance and in wishful thinking.</w:t>
      </w:r>
    </w:p>
    <w:p>
      <w:pPr>
        <w:jc w:val="right"/>
      </w:pPr>
      <w:r>
        <w:t>انہوں نے لکھا ہے: "Moulana when we hear your lectures and specially on Sundays we feel speechless and awestruck by the way you interpret the Quranic verses and we feel as if we were until now living in total darkness, ignorance and in wishful thinking.</w:t>
      </w:r>
    </w:p>
    <w:p>
      <w:r>
        <w:rPr>
          <w:b/>
        </w:rPr>
        <w:t xml:space="preserve">[51:46] </w:t>
      </w:r>
      <w:r>
        <w:t>your lecture and writings have brought us out of our darkness." mashallah.</w:t>
      </w:r>
    </w:p>
    <w:p>
      <w:pPr>
        <w:jc w:val="right"/>
      </w:pPr>
      <w:r>
        <w:t>Your lecture and writings have brought us out of our darkness." ماشاءاللہ۔</w:t>
      </w:r>
    </w:p>
    <w:p>
      <w:r>
        <w:rPr>
          <w:b/>
        </w:rPr>
        <w:t xml:space="preserve">[51:56] </w:t>
      </w:r>
      <w:r>
        <w:t>maulana agla sawal bangalore se kya hai. maulana yaqoob umri ne. unhon ne likha hai ke: "maulana kya deen daar banne ke liye kisi ke haath par baiat karna zaroori hai?</w:t>
      </w:r>
    </w:p>
    <w:p>
      <w:pPr>
        <w:jc w:val="right"/>
      </w:pPr>
      <w:r>
        <w:t>مولانا اگلا سوال بینگلور سے کیا ہے۔ مولانا یعقوب عمری نے۔ انہوں نے لکھا ہے کہ: "مولانا کیا دین دار بننے کے لیے کسی کے ہاتھ پر بیعت کرنا ضروری ہے؟</w:t>
      </w:r>
    </w:p>
    <w:p>
      <w:r>
        <w:rPr>
          <w:b/>
        </w:rPr>
        <w:t xml:space="preserve">[52:11] </w:t>
      </w:r>
      <w:r>
        <w:t>is ke bare mein batayen." nahin baiat karne se koi taalluq nahin. agar zaroori hota to quran mein hota. hadith mein jis baiat ka zikr hai woh baiat siyasi hai.</w:t>
      </w:r>
    </w:p>
    <w:p>
      <w:pPr>
        <w:jc w:val="right"/>
      </w:pPr>
      <w:r>
        <w:t>اس کے بارے میں بتائیں۔" نہیں بیعت کرنے سے کوئی تعلق نہیں۔ اگر ضروری ہوتا تو قرآن میں ہوتا۔ حدیث میں جس بیعت کا ذکر ہے وہ بیعت سیاسی ہے۔</w:t>
      </w:r>
    </w:p>
    <w:p>
      <w:r>
        <w:rPr>
          <w:b/>
        </w:rPr>
        <w:t xml:space="preserve">[52:22] </w:t>
      </w:r>
      <w:r>
        <w:t>is ka imaan se koi taalluq nahin hai.</w:t>
      </w:r>
    </w:p>
    <w:p>
      <w:pPr>
        <w:jc w:val="right"/>
      </w:pPr>
      <w:r>
        <w:t>اس کا ایمان سے کوئی تعلق نہیں ہے۔</w:t>
      </w:r>
    </w:p>
    <w:p>
      <w:r>
        <w:rPr>
          <w:b/>
        </w:rPr>
        <w:t xml:space="preserve">[52:27] </w:t>
      </w:r>
      <w:r>
        <w:t>to baiat siyasi to quran hadith se saabit hai. lekin baiat imani jo hai woh woh sirf rasool allah ne kiya tha. rasool allah ke baad woh kisi bhi sahabi ne is ko jaari nahin rakha.</w:t>
      </w:r>
    </w:p>
    <w:p>
      <w:pPr>
        <w:jc w:val="right"/>
      </w:pPr>
      <w:r>
        <w:t>تو بیعت سیاسی تو قرآن حدیث سے ثابت ہے۔ لیکن بیعت ایمانی جو ہے وہ وہ صرف رسول اللہ نے کیا تھا۔ رسول اللہ کے بعد وہ کسی بھی صحابی نے اس کو جاری نہیں رکھا۔</w:t>
      </w:r>
    </w:p>
    <w:p>
      <w:r>
        <w:rPr>
          <w:b/>
        </w:rPr>
        <w:t xml:space="preserve">[52:40] </w:t>
      </w:r>
      <w:r>
        <w:t>yani khulafa ne. baad ko sufia ne shuru kiya lekin woh woh koi حجت nahin hai. main is ko is ko yeh nahin kahunga ke woh koi koi galat kaam hai lekin woh koi حجت nahin hai.</w:t>
      </w:r>
    </w:p>
    <w:p>
      <w:pPr>
        <w:jc w:val="right"/>
      </w:pPr>
      <w:r>
        <w:t>یعنی خلفاء نے۔ بعد کو صوفیاء نے شروع کیا لیکن وہ وہ کوئی حجت نہیں ہے۔ میں اس کو اس کو یہ نہیں کہوں گا کہ وہ کوئی کوئی غلط کام ہے لیکن وہ کوئی حجت نہیں ہے۔</w:t>
      </w:r>
    </w:p>
    <w:p>
      <w:r>
        <w:rPr>
          <w:b/>
        </w:rPr>
        <w:t xml:space="preserve">[52:54] </w:t>
      </w:r>
      <w:r>
        <w:t>quran se aur hadith se yeh saabit nahin hua hota ke baiat imani jo hai rasool allah ke baad bhi jaari rahi. aur jis baiat ka saboot hai woh sirf baiat siyasi hai.</w:t>
      </w:r>
    </w:p>
    <w:p>
      <w:pPr>
        <w:jc w:val="right"/>
      </w:pPr>
      <w:r>
        <w:t>قرآن سے اور حدیث سے یہ ثابت نہیں ہوا ہوتا کہ بیعت ایمانی جو ہے رسول اللہ کے بعد بھی جاری رہی۔ اور جس بیعت کا ثبوت ہے وہ صرف بیعت سیاسی ہے۔</w:t>
      </w:r>
    </w:p>
    <w:p>
      <w:r>
        <w:rPr>
          <w:b/>
        </w:rPr>
        <w:t xml:space="preserve">[53:08] </w:t>
      </w:r>
      <w:r>
        <w:t>baqi sufia ne jo tareeqa shuru kiya is ko main yeh nahin kahunga ke main kahunga ek naya tareeqa unhon ne kiya is ka koi islam mein koi حجت nahin hua.</w:t>
      </w:r>
    </w:p>
    <w:p>
      <w:pPr>
        <w:jc w:val="right"/>
      </w:pPr>
      <w:r>
        <w:t>باقی صوفیاء نے جو طریقہ شروع کیا اس کو میں یہ نہیں کہوں گا کہ میں کہوں گا ایک نیا طریقہ انہوں نے کیا اس کا کوئی اسلام میں کوئی حجت نہیں ہوا۔</w:t>
      </w:r>
    </w:p>
    <w:p>
      <w:r>
        <w:rPr>
          <w:b/>
        </w:rPr>
        <w:t xml:space="preserve">[53:19] </w:t>
      </w:r>
      <w:r>
        <w:t>maulana agla sawal bangalore se hai.</w:t>
      </w:r>
    </w:p>
    <w:p>
      <w:pPr>
        <w:jc w:val="right"/>
      </w:pPr>
      <w:r>
        <w:t>مولانا اگلا سوال بینگلور سے ہے۔</w:t>
      </w:r>
    </w:p>
    <w:p>
      <w:r>
        <w:rPr>
          <w:b/>
        </w:rPr>
        <w:t xml:space="preserve">[53:22] </w:t>
      </w:r>
      <w:r>
        <w:t>abrar mudassir sahab ne bheja hai. unhon ne likha hai: "maulana kuch log aisa samajhte hain ke sabr aur taqwa se jo best milne wala hai woh hai siyasi kamyabi.</w:t>
      </w:r>
    </w:p>
    <w:p>
      <w:pPr>
        <w:jc w:val="right"/>
      </w:pPr>
      <w:r>
        <w:t>ابرار مدثر صاحب نے بھیجا ہے۔ انہوں نے لکھا ہے: "مولانا کچھ لوگ ایسا سمجھتے ہیں کہ صبر اور تقویٰ سے جو best ملنے والا ہے وہ ہے سیاسی کامیابی۔</w:t>
      </w:r>
    </w:p>
    <w:p>
      <w:r>
        <w:rPr>
          <w:b/>
        </w:rPr>
        <w:t xml:space="preserve">[53:37] </w:t>
      </w:r>
      <w:r>
        <w:t>maulana kya aisa samajhna sahi hai?" yeh to jhoot hai. jhoot mere paas koi lafz nahin is ke liye. jhoot main is liye keh raha hoon ke quran ki koi ayat pesh karen yeh log.</w:t>
      </w:r>
    </w:p>
    <w:p>
      <w:pPr>
        <w:jc w:val="right"/>
      </w:pPr>
      <w:r>
        <w:t>مولانا کیا ایسا سمجھنا صحیح ہے؟" یہ تو جھوٹ ہے۔ جھوٹ سے کم میرے پاس کوئی لفظ نہیں اس کے لیے۔ جھوٹ میں اس لیے کہہ رہا ہوں کہ قرآن کی کوئی آیت پیش کریں یہ لوگ۔</w:t>
      </w:r>
    </w:p>
    <w:p>
      <w:r>
        <w:rPr>
          <w:b/>
        </w:rPr>
        <w:t xml:space="preserve">[53:51] </w:t>
      </w:r>
      <w:r>
        <w:t>quran ki koi ayat pesh karen. main jo kuch bhi kehta hoon sab quran aur hadith ko le kar kehta hoon. koi baat aisi nahin kehta main jo quran aur hadith pe base karti ho.</w:t>
      </w:r>
    </w:p>
    <w:p>
      <w:pPr>
        <w:jc w:val="right"/>
      </w:pPr>
      <w:r>
        <w:t>قرآن کی کوئی آیت پیش کریں۔ میں جو کچھ بھی کہتا ہوں سب قرآن اور حدیث کو لے کر کہتا ہوں۔ کوئی بات ایسی نہیں کہتا میں جو قرآن اور حدیث پہ base کرتی ہو۔</w:t>
      </w:r>
    </w:p>
    <w:p>
      <w:r>
        <w:rPr>
          <w:b/>
        </w:rPr>
        <w:t xml:space="preserve">[54:02] </w:t>
      </w:r>
      <w:r>
        <w:t>yeh to khud sakhta dawayi hai. to jab tak woh apne dawe mein quran o hadith mein pesh karen tab to woh allah ke nazdeek jhoote hain. kuch nahin koi sar na paye is baat ka.</w:t>
      </w:r>
    </w:p>
    <w:p>
      <w:pPr>
        <w:jc w:val="right"/>
      </w:pPr>
      <w:r>
        <w:t>یہ تو خود ساختہ دعویٰ ہے۔ تو جب تک وہ اپنے دعوے میں قرآن و حدیث میں پیش کریں تب تو وہ اللہ کے نزدیک جھوٹے ہیں۔ کچھ نہیں کوئی سر نہ پائے اس بات کا۔</w:t>
      </w:r>
    </w:p>
    <w:p>
      <w:r>
        <w:rPr>
          <w:b/>
        </w:rPr>
        <w:t xml:space="preserve">[54:14] </w:t>
      </w:r>
      <w:r>
        <w:t>bilkul ek base le is baat se main sochta hoon is ko.</w:t>
      </w:r>
    </w:p>
    <w:p>
      <w:pPr>
        <w:jc w:val="right"/>
      </w:pPr>
      <w:r>
        <w:t>بالکل ایک base لے اس بات سے میں سوچتا ہوں اس کو۔</w:t>
      </w:r>
    </w:p>
    <w:p>
      <w:r>
        <w:rPr>
          <w:b/>
        </w:rPr>
        <w:t xml:space="preserve">[54:23] </w:t>
      </w:r>
      <w:r>
        <w:t>maulana agla. yaad rakhiye deen mein ek baat aap samajh li jiye. ek hadith hai: "man ahdatha fi amrina hadha ma lais minhu fa huwa raddun." jo aadmi hamare deen mein yani allah ke deen mein koi aisi baat nikale jo is mein na ho.</w:t>
      </w:r>
    </w:p>
    <w:p>
      <w:pPr>
        <w:jc w:val="right"/>
      </w:pPr>
      <w:r>
        <w:t>مولانا اگلا۔ یاد رکھیے دین میں ایک بات آپ سمجھ لیجیے۔ ایک حدیث ہے: "من احدث فی امرناھذا مالا ذخن منہ فوردن۔" جو آدمی ہمارے دین میں یعنی اللہ کے دین میں کوئی ایسی بات نکالے جو اس میں نہ ہو۔</w:t>
      </w:r>
    </w:p>
    <w:p>
      <w:r>
        <w:rPr>
          <w:b/>
        </w:rPr>
        <w:t xml:space="preserve">[54:44] </w:t>
      </w:r>
      <w:r>
        <w:t>na ho ke maani hain quran o hadith se saabit na ho to woh rejected hai. woh rejected ki jayegi.</w:t>
      </w:r>
    </w:p>
    <w:p>
      <w:pPr>
        <w:jc w:val="right"/>
      </w:pPr>
      <w:r>
        <w:t>نہ ہو کے معنی ہیں قرآن و حدیث سے ثابت نہ ہو تو وہ rejected ہے۔ وہ rejected کی جائے گی۔</w:t>
      </w:r>
    </w:p>
    <w:p>
      <w:r>
        <w:rPr>
          <w:b/>
        </w:rPr>
        <w:t xml:space="preserve">[54:51] </w:t>
      </w:r>
      <w:r>
        <w:t>to yeh aisi baaten hain yeh sab nikal rakhi hain logon ne. jin logon ko siyasi hungama karna hai aur sadkon par dhoom machana hai woh aisi hadithon aisi baaten karte hain.</w:t>
      </w:r>
    </w:p>
    <w:p>
      <w:pPr>
        <w:jc w:val="right"/>
      </w:pPr>
      <w:r>
        <w:t>تو یہ ایسی باتیں ہیں یہ سب نکال رکھی ہیں لوگوں نے۔ جن لوگوں کو سیاسی ہنگامہ کرنا ہے اور سڑکوں پر دھوم مچانا ہے وہ ایسی حدیثوں ایسی باتیں کرتے ہیں۔</w:t>
      </w:r>
    </w:p>
    <w:p>
      <w:r>
        <w:rPr>
          <w:b/>
        </w:rPr>
        <w:t xml:space="preserve">[55:03] </w:t>
      </w:r>
      <w:r>
        <w:t>yeh to yeh to bidat se bhi buri cheez koi hai. dekhen ek hai bidat jis mein ke sirf naya pan hai. lekin koi kisi ko aap takleef nahin pahuncha rahe hain.</w:t>
      </w:r>
    </w:p>
    <w:p>
      <w:pPr>
        <w:jc w:val="right"/>
      </w:pPr>
      <w:r>
        <w:t>یہ تو یہ تو بدعت سے بھی بری چیز کوئی ہے۔ دیکھیں ایک ہے بدعت جس میں کہ صرف نیا پن ہے۔ لیکن کوئی کسی کو آپ تکلیف نہیں پہنچا رہے ہیں۔</w:t>
      </w:r>
    </w:p>
    <w:p>
      <w:r>
        <w:rPr>
          <w:b/>
        </w:rPr>
        <w:t xml:space="preserve">[55:16] </w:t>
      </w:r>
      <w:r>
        <w:t>ek naya kaam aap kar rahe hain lekin koi takleef nahin pahuncha rahe hain. woh bidat hai.</w:t>
      </w:r>
    </w:p>
    <w:p>
      <w:pPr>
        <w:jc w:val="right"/>
      </w:pPr>
      <w:r>
        <w:t>ایک نیا کام آپ کر رہے ہیں لیکن کوئی تکلیف نہیں پہنچا رہے ہیں۔ وہ بدعت ہے۔</w:t>
      </w:r>
    </w:p>
    <w:p>
      <w:r>
        <w:rPr>
          <w:b/>
        </w:rPr>
        <w:t xml:space="preserve">[55:21] </w:t>
      </w:r>
      <w:r>
        <w:t>lekin aisi bidat jis mein aap logon ko maaren, suicide bombing karen aur aur aur nafraten phailayen woh to yani worse than bidat hai woh.</w:t>
      </w:r>
    </w:p>
    <w:p>
      <w:pPr>
        <w:jc w:val="right"/>
      </w:pPr>
      <w:r>
        <w:t>لیکن ایسی بدعت جس میں آپ لوگوں کو ماریں، suicide bombing کریں اور اور اور نفرتیں پھیلائیں وہ تو یعنی worse than بدعت ہے وہ۔</w:t>
      </w:r>
    </w:p>
    <w:p>
      <w:r>
        <w:rPr>
          <w:b/>
        </w:rPr>
        <w:t xml:space="preserve">[55:32] </w:t>
      </w:r>
      <w:r>
        <w:t>isi mein yeh log mubtala hain. worse than bidat. aap dekhen ke aaj kal muslim countries mein kya ho raha hai. isi tasawwur ko le kar ke ladai lad rahe hain.</w:t>
      </w:r>
    </w:p>
    <w:p>
      <w:pPr>
        <w:jc w:val="right"/>
      </w:pPr>
      <w:r>
        <w:t>اسی میں یہ لوگ مبتلا ہیں۔ Worse than بدعت۔ آپ دیکھیں کہ آج کل مسلم countries میں کیا ہو رہا ہے۔ اسی تصور کو لے کر کے لڑائی لڑ رہے ہیں۔</w:t>
      </w:r>
    </w:p>
    <w:p>
      <w:r>
        <w:rPr>
          <w:b/>
        </w:rPr>
        <w:t xml:space="preserve">[55:42] </w:t>
      </w:r>
      <w:r>
        <w:t>pachas pachas saal beet jaate hain ladai chale ja rahe hain. kisi ko yeh tofeeq nahin hoti ke ailan kare ke we were wrong. yeh koi kehta nahin.</w:t>
      </w:r>
    </w:p>
    <w:p>
      <w:pPr>
        <w:jc w:val="right"/>
      </w:pPr>
      <w:r>
        <w:t>پچاس پچاس سال بیت جاتے ہیں لڑائی چلے جا رہے ہیں۔ کسی کو یہ توفیق نہیں ہوتی کہ اعلان کرے کہ we were wrong۔ یہ کوئی کہتا نہیں۔</w:t>
      </w:r>
    </w:p>
    <w:p>
      <w:r>
        <w:rPr>
          <w:b/>
        </w:rPr>
        <w:t xml:space="preserve">[55:53] </w:t>
      </w:r>
      <w:r>
        <w:t>mein to bohat sakht is mamle mein hoon.</w:t>
      </w:r>
    </w:p>
    <w:p>
      <w:pPr>
        <w:jc w:val="right"/>
      </w:pPr>
      <w:r>
        <w:t>میں تو بہت سخت اس معاملے میں ہوں۔</w:t>
      </w:r>
    </w:p>
    <w:p>
      <w:r>
        <w:rPr>
          <w:b/>
        </w:rPr>
        <w:t xml:space="preserve">[55:57] </w:t>
      </w:r>
      <w:r>
        <w:t>molana agla sawal lene se pehle ek comment parhein ge jo molana abdul basit umri ne bheja hai doha qatar se.</w:t>
      </w:r>
    </w:p>
    <w:p>
      <w:pPr>
        <w:jc w:val="right"/>
      </w:pPr>
      <w:r>
        <w:t>مولانا اگلا سوال لینے سے پہلے ایک comment پڑھیں گے جو مولانا عبدالباسط عمری نے بھیجا ہے دوحہ قطر سے۔</w:t>
      </w:r>
    </w:p>
    <w:p>
      <w:r>
        <w:rPr>
          <w:b/>
        </w:rPr>
        <w:t xml:space="preserve">[56:06] </w:t>
      </w:r>
      <w:r>
        <w:t>unhon ne likha hai: "molana yusuf alaihi assalam ke waqea se jo aap ne aaj baat kahi us se mujhe bohat zyada hope mili hai."</w:t>
      </w:r>
    </w:p>
    <w:p>
      <w:pPr>
        <w:jc w:val="right"/>
      </w:pPr>
      <w:r>
        <w:t>انہوں نے لکھا ہے: "مولانا یوسف علیہ السلام کے واقعہ سے جو آپ نے آج بات کہی اس سے مجھے بہت زیادہ hope ملی ہے۔"</w:t>
      </w:r>
    </w:p>
    <w:p>
      <w:r>
        <w:rPr>
          <w:b/>
        </w:rPr>
        <w:t xml:space="preserve">[56:21] </w:t>
      </w:r>
      <w:r>
        <w:t>molana agla sawal hai zeeshan yusuf sahab ka hyderabad se. unhon ne likha hai: "What is zikr?</w:t>
      </w:r>
    </w:p>
    <w:p>
      <w:pPr>
        <w:jc w:val="right"/>
      </w:pPr>
      <w:r>
        <w:t>مولانا اگلا سوال ہے ذیشان یوسف صاحب کا حیدرآباد سے۔ انہوں نے لکھا ہے: "What is ذکر؟</w:t>
      </w:r>
    </w:p>
    <w:p>
      <w:r>
        <w:rPr>
          <w:b/>
        </w:rPr>
        <w:t xml:space="preserve">[56:31] </w:t>
      </w:r>
      <w:r>
        <w:t>How can we attain peace of mind through zikr?" is ke bare mein bataein. dekhein zikr ka matlab hota hai remembrance yaad karna.</w:t>
      </w:r>
    </w:p>
    <w:p>
      <w:pPr>
        <w:jc w:val="right"/>
      </w:pPr>
      <w:r>
        <w:t>How can we attain peace of mind through ذکر؟" اس کے بارے میں بتائیں۔ دیکھیں ذکر کا مطلب ہوتا ہے remembrance یاد کرنا۔</w:t>
      </w:r>
    </w:p>
    <w:p>
      <w:r>
        <w:rPr>
          <w:b/>
        </w:rPr>
        <w:t xml:space="preserve">[56:43] </w:t>
      </w:r>
      <w:r>
        <w:t>to jo zikr baat ko nikala logon ne tasbeeh par zikr karte hain ungliyon par zikr karte hain wo to ek bilashuba bidat hai.</w:t>
      </w:r>
    </w:p>
    <w:p>
      <w:pPr>
        <w:jc w:val="right"/>
      </w:pPr>
      <w:r>
        <w:t>تو جو ذکر بات کو نکالا لوگوں نے تسبیح پر ذکر کرتے ہیں انگلیوں پر ذکر کرتے ہیں وہ تو ایک بلاشبہ بدعت ہے۔</w:t>
      </w:r>
    </w:p>
    <w:p>
      <w:r>
        <w:rPr>
          <w:b/>
        </w:rPr>
        <w:t xml:space="preserve">[56:51] </w:t>
      </w:r>
      <w:r>
        <w:t>iska islam se koi taluq nahi hai. zikr matlab hai ke contemplation jis cheez ko contemplation kaha jata hai wahi zikr hai.</w:t>
      </w:r>
    </w:p>
    <w:p>
      <w:pPr>
        <w:jc w:val="right"/>
      </w:pPr>
      <w:r>
        <w:t>اس کا اسلام سے کوئی تعلق نہیں ہے۔ ذکر مطلب ہے کہ contemplation جس چیز کو contemplation کہا جاتا ہے وہی ذکر ہے۔</w:t>
      </w:r>
    </w:p>
    <w:p>
      <w:r>
        <w:rPr>
          <w:b/>
        </w:rPr>
        <w:t xml:space="preserve">[57:02] </w:t>
      </w:r>
      <w:r>
        <w:t>yani khuda ko yaad karna through contemplation aur kuch bhi zikr nahi hai. aur ungliyon mein par alfaaz le kar ginna ya tasbeeh parhna ye to bilashuba bidat hai iska islam se koi taluq nahi hai.</w:t>
      </w:r>
    </w:p>
    <w:p>
      <w:pPr>
        <w:jc w:val="right"/>
      </w:pPr>
      <w:r>
        <w:t>یعنی خدا کو یاد کرنا through contemplation اور کچھ بھی ذکر نہیں ہے۔ اور انگلیوں میں پر الفاظ لے کر گننا یا تسبیح پڑھنا یہ تو بلاشبہ بدعت ہے اس کا اسلام سے کوئی تعلق نہیں ہے۔</w:t>
      </w:r>
    </w:p>
    <w:p>
      <w:r>
        <w:rPr>
          <w:b/>
        </w:rPr>
        <w:t xml:space="preserve">[57:21] </w:t>
      </w:r>
      <w:r>
        <w:t>mein aap ko ek ek waqea sunana chahta hoon is silsile mein ke sahabi sahabi ka waqe</w:t>
      </w:r>
    </w:p>
    <w:p>
      <w:pPr>
        <w:jc w:val="right"/>
      </w:pPr>
      <w:r>
        <w:t>میں آپ کو ایک ایک واقعہ سنانا چاہتا ہوں اس سلسلے میں کہ صحابی صحابی کا واقع</w:t>
      </w:r>
    </w:p>
    <w:p>
      <w:r>
        <w:rPr>
          <w:b/>
        </w:rPr>
        <w:t xml:space="preserve">[57:28] </w:t>
      </w:r>
      <w:r>
        <w:t>ha. yeh waqia</w:t>
      </w:r>
    </w:p>
    <w:p>
      <w:pPr>
        <w:jc w:val="right"/>
      </w:pPr>
      <w:r>
        <w:t>ہ۔ یہ واقعہ</w:t>
      </w:r>
    </w:p>
    <w:p>
      <w:r>
        <w:rPr>
          <w:b/>
        </w:rPr>
        <w:t xml:space="preserve">[57:30] </w:t>
      </w:r>
      <w:r>
        <w:t>is tarah hai</w:t>
      </w:r>
    </w:p>
    <w:p>
      <w:pPr>
        <w:jc w:val="right"/>
      </w:pPr>
      <w:r>
        <w:t>اس طرح ہے</w:t>
      </w:r>
    </w:p>
    <w:p>
      <w:r>
        <w:rPr>
          <w:b/>
        </w:rPr>
        <w:t xml:space="preserve">[57:33] </w:t>
      </w:r>
      <w:r>
        <w:t>ke baad ke zamane mein yaani</w:t>
      </w:r>
    </w:p>
    <w:p>
      <w:pPr>
        <w:jc w:val="right"/>
      </w:pPr>
      <w:r>
        <w:t>کہ بعد کے زمانے میں یعنی</w:t>
      </w:r>
    </w:p>
    <w:p>
      <w:r>
        <w:rPr>
          <w:b/>
        </w:rPr>
        <w:t xml:space="preserve">[57:37] </w:t>
      </w:r>
      <w:r>
        <w:t>sahaba period ke aakhir baad ke zamane mein ek sahabi the</w:t>
      </w:r>
    </w:p>
    <w:p>
      <w:pPr>
        <w:jc w:val="right"/>
      </w:pPr>
      <w:r>
        <w:t>صحابہ period کے آخر بعد کے زمانے میں ایک صحابی تھے</w:t>
      </w:r>
    </w:p>
    <w:p>
      <w:r>
        <w:rPr>
          <w:b/>
        </w:rPr>
        <w:t xml:space="preserve">[57:45] </w:t>
      </w:r>
      <w:r>
        <w:t>abu musa ashari woh aaye doosre sahabi ke paas jo jinka naam tha abdullah ibn masood</w:t>
      </w:r>
    </w:p>
    <w:p>
      <w:pPr>
        <w:jc w:val="right"/>
      </w:pPr>
      <w:r>
        <w:t>ابو موسیٰ عشری وہ آئے دوسرے صحابی کے پاس جو جن کا نام تھا عبداللہ ابن مسعود</w:t>
      </w:r>
    </w:p>
    <w:p>
      <w:r>
        <w:rPr>
          <w:b/>
        </w:rPr>
        <w:t xml:space="preserve">[57:51] </w:t>
      </w:r>
      <w:r>
        <w:t>to bohat top ke sahabi maane jaate the woh unhon ne kaha ke maine masjid mein ek</w:t>
      </w:r>
    </w:p>
    <w:p>
      <w:pPr>
        <w:jc w:val="right"/>
      </w:pPr>
      <w:r>
        <w:t>تو بہت ٹاپ کے صحابی مانے جاتے تھے وہ انہوں نے کہا کہ میں نے مسجد میں ایک</w:t>
      </w:r>
    </w:p>
    <w:p>
      <w:r>
        <w:rPr>
          <w:b/>
        </w:rPr>
        <w:t xml:space="preserve">[57:56] </w:t>
      </w:r>
      <w:r>
        <w:t>nai cheez dekhi bayaan</w:t>
      </w:r>
    </w:p>
    <w:p>
      <w:pPr>
        <w:jc w:val="right"/>
      </w:pPr>
      <w:r>
        <w:t>نئی چیز دیکھی بظاہر</w:t>
      </w:r>
    </w:p>
    <w:p>
      <w:r>
        <w:rPr>
          <w:b/>
        </w:rPr>
        <w:t xml:space="preserve">[57:58] </w:t>
      </w:r>
      <w:r>
        <w:t>to woh cheez galat nahi maloom hoti lekin woh nai cheez hai yaani rasool Allah ke zamane mein</w:t>
      </w:r>
    </w:p>
    <w:p>
      <w:pPr>
        <w:jc w:val="right"/>
      </w:pPr>
      <w:r>
        <w:t>تو وہ چیز غلط نہیں معلوم ہوتی لیکن وہ نئی چیز ہے یعنی رسول اللہ کے زمانے میں</w:t>
      </w:r>
    </w:p>
    <w:p>
      <w:r>
        <w:rPr>
          <w:b/>
        </w:rPr>
        <w:t xml:space="preserve">[58:03] </w:t>
      </w:r>
      <w:r>
        <w:t>aisa nahi tha to unhon ne kaha ke kya hai to unhon ne kaha ke yeh hai ke</w:t>
      </w:r>
    </w:p>
    <w:p>
      <w:pPr>
        <w:jc w:val="right"/>
      </w:pPr>
      <w:r>
        <w:t>ایسا نہیں تھا تو انہوں نے کہا کہ کیا ہے تو انہوں نے کہا کہ یہ ہے کہ</w:t>
      </w:r>
    </w:p>
    <w:p>
      <w:r>
        <w:rPr>
          <w:b/>
        </w:rPr>
        <w:t xml:space="preserve">[58:07] </w:t>
      </w:r>
      <w:r>
        <w:t>ek aadmi kankriyan liye hue baitha hai logon ko batata hai woh kankriyon par zikr</w:t>
      </w:r>
    </w:p>
    <w:p>
      <w:pPr>
        <w:jc w:val="right"/>
      </w:pPr>
      <w:r>
        <w:t>ایک آدمی کنکریاں لیے ہوئے بیٹھا ہے لوگوں کو بتاتا ہے وہ کنکریوں پر ذکر</w:t>
      </w:r>
    </w:p>
    <w:p>
      <w:r>
        <w:rPr>
          <w:b/>
        </w:rPr>
        <w:t xml:space="preserve">[58:13] </w:t>
      </w:r>
      <w:r>
        <w:t>kar rahe hain yani allah allah allah subhan allah subhan allah is tarah ka to</w:t>
      </w:r>
    </w:p>
    <w:p>
      <w:pPr>
        <w:jc w:val="right"/>
      </w:pPr>
      <w:r>
        <w:t>کر رہے ہیں یعنی اللہ اللہ اللہ سبحان اللہ سبحان اللہ اس طرح کا تو</w:t>
      </w:r>
    </w:p>
    <w:p>
      <w:r>
        <w:rPr>
          <w:b/>
        </w:rPr>
        <w:t xml:space="preserve">[58:24] </w:t>
      </w:r>
      <w:r>
        <w:t>to wo sahabi jo the abdullah ibn masood</w:t>
      </w:r>
    </w:p>
    <w:p>
      <w:pPr>
        <w:jc w:val="right"/>
      </w:pPr>
      <w:r>
        <w:t>تو وہ صحابی جو تھے عبداللہ ابن مسعود</w:t>
      </w:r>
    </w:p>
    <w:p>
      <w:r>
        <w:rPr>
          <w:b/>
        </w:rPr>
        <w:t xml:space="preserve">[58:27] </w:t>
      </w:r>
      <w:r>
        <w:t>unhon ne kaha ke tum ne kyun nahi kaha ke tum galat kaam kar rahe ho</w:t>
      </w:r>
    </w:p>
    <w:p>
      <w:pPr>
        <w:jc w:val="right"/>
      </w:pPr>
      <w:r>
        <w:t>انہوں نے کہا کہ تم نے کیوں نہیں کہا کہ تم غلط کام کر رہے ہو</w:t>
      </w:r>
    </w:p>
    <w:p>
      <w:r>
        <w:rPr>
          <w:b/>
        </w:rPr>
        <w:t xml:space="preserve">[58:33] </w:t>
      </w:r>
      <w:r>
        <w:t>to unhon ne kaha ke maine intezar kiya ke aap ke paas ja kar kahoon aur aap is mamle mein kuch bolein to wo us waqt wo kaha jata hai ke nabina ho chuke the to un ko pakad kar le gaye rehnumai karte hue guide karte hue pahunchaya wahan</w:t>
      </w:r>
    </w:p>
    <w:p>
      <w:pPr>
        <w:jc w:val="right"/>
      </w:pPr>
      <w:r>
        <w:t>تو انہوں نے کہا کہ میں نے انتظار کیا کہ آپ کے پاس جا کر کہوں اور آپ اس معاملے میں کچھ بولیں تو وہ اس وقت وہ کہا جاتا ہے کہ نابینا ہو چکے تھے تو ان کو پکڑ کر لے گئے رہنمائی کرتے ہوئے guide کرتے ہوئے پہنچایا وہاں</w:t>
      </w:r>
    </w:p>
    <w:p>
      <w:r>
        <w:rPr>
          <w:b/>
        </w:rPr>
        <w:t xml:space="preserve">[58:51] </w:t>
      </w:r>
      <w:r>
        <w:t>wahan ja kar khade hue</w:t>
      </w:r>
    </w:p>
    <w:p>
      <w:pPr>
        <w:jc w:val="right"/>
      </w:pPr>
      <w:r>
        <w:t>وہاں جا کر کھڑے ہوئے</w:t>
      </w:r>
    </w:p>
    <w:p>
      <w:r>
        <w:rPr>
          <w:b/>
        </w:rPr>
        <w:t xml:space="preserve">[58:55] </w:t>
      </w:r>
      <w:r>
        <w:t>masjid mein jahan ek aadmi logon ko kankari de kar zikr karwa raha tha aur unhon ne kaha ke tum mein se jo janta hai mujh ko wo janta hai jo nahi janta to wo us ko maloom ho ke main abdullah ibn masood hoon aur tum ko ginna hai to apne gunahon ko gi</w:t>
      </w:r>
    </w:p>
    <w:p>
      <w:pPr>
        <w:jc w:val="right"/>
      </w:pPr>
      <w:r>
        <w:t>مسجد میں جہاں ایک آدمی لوگوں کو کنکری دے کر ذکر کروا رہا تھا اور انہوں نے کہا کہ تم میں سے جو جانتا ہے مجھ کو وہ جانتا ہے جو نہیں جانتا تو وہ اس کو معلوم ہو کہ میں عبداللہ ابن مسعود ہوں اور تم کو گننا ہے تو اپنے گناہوں کو گ</w:t>
      </w:r>
    </w:p>
    <w:p>
      <w:r>
        <w:rPr>
          <w:b/>
        </w:rPr>
        <w:t xml:space="preserve">[59:20] </w:t>
      </w:r>
      <w:r>
        <w:t>no ye kya kar rahe ho tum bohat ajib baat unhon ne kahi tum ko ginna hai to apne gunahon ko gino us waqt log bhag gaye masjid se to ye to bilkul bidat ki cheezein hain hain aur kai sadi beet gayi to log is ko samajhte hain ke ye bhi koi muqaddas tareeqa hai yaad rakhiye islam mein namuna sirf yaad rasool allah ka hai ya sahaba ka</w:t>
      </w:r>
    </w:p>
    <w:p>
      <w:pPr>
        <w:jc w:val="right"/>
      </w:pPr>
      <w:r>
        <w:t>نو یہ کیا کر رہے ہو تم بہت عجیب بات انہوں نے کہی تم کو گننا ہے تو اپنے گناہوں کو گنو اس وقت لوگ بھاگ گئے مسجد سے تو یہ تو بالکل بدعت کی چیزیں ہیں ہیں اور کئی صدی بیت گئی تو لوگ اس کو سمجھتے ہیں کہ یہ بھی کوئی مقدس طریقہ ہے یاد رکھیے اسلام میں نمونہ صرف یاد رسول اللہ کا ہے یا صحابہ کا</w:t>
      </w:r>
    </w:p>
    <w:p>
      <w:r>
        <w:rPr>
          <w:b/>
        </w:rPr>
        <w:t xml:space="preserve">[59:46] </w:t>
      </w:r>
      <w:r>
        <w:t>hai aur bohat se bohat tabeen ka is ke aage koi namuna nahi</w:t>
      </w:r>
    </w:p>
    <w:p>
      <w:pPr>
        <w:jc w:val="right"/>
      </w:pPr>
      <w:r>
        <w:t>ہے اور بہت سے بہت تابعین کا اس کے آگے کوئی نمونہ نہیں</w:t>
      </w:r>
    </w:p>
    <w:p>
      <w:r>
        <w:rPr>
          <w:b/>
        </w:rPr>
        <w:t xml:space="preserve">[59:52] </w:t>
      </w:r>
      <w:r>
        <w:t>kyun ke hadith mein sabit hadith se sabit hai</w:t>
      </w:r>
    </w:p>
    <w:p>
      <w:pPr>
        <w:jc w:val="right"/>
      </w:pPr>
      <w:r>
        <w:t>کیونکہ حدیث میں ثابت حدیث سے ثابت ہے</w:t>
      </w:r>
    </w:p>
    <w:p>
      <w:r>
        <w:rPr>
          <w:b/>
        </w:rPr>
        <w:t xml:space="preserve">[59:55] </w:t>
      </w:r>
      <w:r>
        <w:t>ke khair-ul-qurun qarni thumma allazeena yaloonahum thumma allazeena yaloonahum yaani</w:t>
      </w:r>
    </w:p>
    <w:p>
      <w:pPr>
        <w:jc w:val="right"/>
      </w:pPr>
      <w:r>
        <w:t>کہ خیر القرون کرنی ثم الذینیلونہم ثم الذین علون یعنی</w:t>
      </w:r>
    </w:p>
    <w:p>
      <w:r>
        <w:rPr>
          <w:b/>
        </w:rPr>
        <w:t xml:space="preserve">[1:00:02] </w:t>
      </w:r>
      <w:r>
        <w:t>namuna teen hi hain rasool Allah ka namuna sahaba ka namuna aur tabeen ka namuna is ke baad</w:t>
      </w:r>
    </w:p>
    <w:p>
      <w:pPr>
        <w:jc w:val="right"/>
      </w:pPr>
      <w:r>
        <w:t>نمونہ تین ہی ہیں رسول اللہ کا نمونہ صحابہ کا نمونہ اور تابعین کا نمونہ اس کے بعد</w:t>
      </w:r>
    </w:p>
    <w:p>
      <w:r>
        <w:rPr>
          <w:b/>
        </w:rPr>
        <w:t xml:space="preserve">[1:00:07] </w:t>
      </w:r>
      <w:r>
        <w:t>koi namuna nahi</w:t>
      </w:r>
    </w:p>
    <w:p>
      <w:pPr>
        <w:jc w:val="right"/>
      </w:pPr>
      <w:r>
        <w:t>کوئی نمونہ نہیں</w:t>
      </w:r>
    </w:p>
    <w:p>
      <w:r>
        <w:rPr>
          <w:b/>
        </w:rPr>
        <w:t xml:space="preserve">[1:00:09] </w:t>
      </w:r>
      <w:r>
        <w:t>is ke baad sab jo hai sab subject scrutiny hai sab ke kaam ki security ki jayegi</w:t>
      </w:r>
    </w:p>
    <w:p>
      <w:pPr>
        <w:jc w:val="right"/>
      </w:pPr>
      <w:r>
        <w:t>اس کے بعد سب جو ہے سب سبجیکٹ اسکرٹنی ہے سب کے کام کی سکیورٹی کی جائے گی</w:t>
      </w:r>
    </w:p>
    <w:p>
      <w:r>
        <w:rPr>
          <w:b/>
        </w:rPr>
        <w:t xml:space="preserve">[1:00:18] </w:t>
      </w:r>
      <w:r>
        <w:t>aap ye ye waqea meri kitab jo hai tajziya deen is ko aap padh lijiye</w:t>
      </w:r>
    </w:p>
    <w:p>
      <w:pPr>
        <w:jc w:val="right"/>
      </w:pPr>
      <w:r>
        <w:t>آپ یہ یہ واقعہ میری کتاب جو ہے تجزیہ دین اس کو آپ پڑھ لیجیے</w:t>
      </w:r>
    </w:p>
    <w:p>
      <w:r>
        <w:rPr>
          <w:b/>
        </w:rPr>
        <w:t xml:space="preserve">[1:00:25] </w:t>
      </w:r>
      <w:r>
        <w:t>molana agla sawal dilli se hai ans sahab ne kiya hai unhon ne likha hai ke molana you mention today that god has written best future for everyone can you please elaborate on this</w:t>
      </w:r>
    </w:p>
    <w:p>
      <w:pPr>
        <w:jc w:val="right"/>
      </w:pPr>
      <w:r>
        <w:t>مولانا اگلا سوال دلی سے ہے انس صاحب نے کیا ہے انہوں نے لکھا ہے کہ مولانا you mention today that god has written best future for everyone can you please elaborate on this</w:t>
      </w:r>
    </w:p>
    <w:p>
      <w:r>
        <w:rPr>
          <w:b/>
        </w:rPr>
        <w:t xml:space="preserve">[1:00:45] </w:t>
      </w:r>
      <w:r>
        <w:t>haan bhai aap is ko dobara sun lijiye</w:t>
      </w:r>
    </w:p>
    <w:p>
      <w:pPr>
        <w:jc w:val="right"/>
      </w:pPr>
      <w:r>
        <w:t>ہاں بھئی آپ اس کو دوبارہ سن لیجیے</w:t>
      </w:r>
    </w:p>
    <w:p>
      <w:r>
        <w:rPr>
          <w:b/>
        </w:rPr>
        <w:t xml:space="preserve">[1:00:47] </w:t>
      </w:r>
      <w:r>
        <w:t>aaj jo baatein baatein kahin us ko dobara sun lijiye aur kya elaborate karoon ji koi point to hai hi nahi koi ye point kahein to elaborate kar sakta hoon ji aap is ko dobara suniye ye to record ho gaya hai is ko dobara suniye molana agla sawal miss naghma siddiqui ne kiya hai dilli se unhon ne likha hai when we have a setback we immediately become negative</w:t>
      </w:r>
    </w:p>
    <w:p>
      <w:pPr>
        <w:jc w:val="right"/>
      </w:pPr>
      <w:r>
        <w:t>آج جو بائیں باتیں کہیں اس کو دوبارہ سن لیجیے اور کیا elaborate کروں جی کوئی point تو ہے ہی نہیں کوئی یہ point کہیں تو elaborate کر سکتا ہوں جی آپ اس کو دوبارہ سنیے یہ تو ریکارڈ ہو گیا ہے اس کو دوبارہ سنیے مولانا اگلا سوال مس نغمہ صدیقی نے کیا ہے دلی سے انہوں نے لکھا ہے when we have a setback we immediately become negative</w:t>
      </w:r>
    </w:p>
    <w:p>
      <w:r>
        <w:rPr>
          <w:b/>
        </w:rPr>
        <w:t xml:space="preserve">[1:01:12] </w:t>
      </w:r>
      <w:r>
        <w:t>at that moment what can we do to put the issue in god's domain and do sabr can you please give one principle for this</w:t>
      </w:r>
    </w:p>
    <w:p>
      <w:pPr>
        <w:jc w:val="right"/>
      </w:pPr>
      <w:r>
        <w:t>at that moment what can we do to put the issue in god's domain and do صبر can you please give one principle for this</w:t>
      </w:r>
    </w:p>
    <w:p>
      <w:r>
        <w:rPr>
          <w:b/>
        </w:rPr>
        <w:t xml:space="preserve">[1:01:25] </w:t>
      </w:r>
      <w:r>
        <w:t>one principle ye hai ke wuzu kar ke do rakat namaz padhiye aur dua kijiye yahi principle hai</w:t>
      </w:r>
    </w:p>
    <w:p>
      <w:pPr>
        <w:jc w:val="right"/>
      </w:pPr>
      <w:r>
        <w:t>one principle یہ ہے کہ وضو کر کے دو رکعت نماز پڑھیے اور دعا کیجیے یہی principle ہے</w:t>
      </w:r>
    </w:p>
    <w:p>
      <w:r>
        <w:rPr>
          <w:b/>
        </w:rPr>
        <w:t xml:space="preserve">[1:01:33] </w:t>
      </w:r>
      <w:r>
        <w:t>aur allah se mangiye sabr aur taqwa aur yaad rakhiye ke quran mein hai ke surah baqarah mein ke wa idha saalaka ibadi faini qareeb ujeebu da'wata da'i iza da'an</w:t>
      </w:r>
    </w:p>
    <w:p>
      <w:pPr>
        <w:jc w:val="right"/>
      </w:pPr>
      <w:r>
        <w:t>اور اللہ سے مانگیے صبر اور تقویٰ اور یاد رکھیے کہ قرآن میں ہے کہ سورہ بقرہ میں کہ وإذا سالك عبادي إني فإني قريب أجيب دعوت دعاء عزادان</w:t>
      </w:r>
    </w:p>
    <w:p>
      <w:r>
        <w:rPr>
          <w:b/>
        </w:rPr>
        <w:t xml:space="preserve">[1:01:56] </w:t>
      </w:r>
      <w:r>
        <w:t>is mein hai ke Allah insan ke qareeb hai jab woh pukarta hai to is pukar ka jawab deta hai to aadmi ko chahiye ke do rak'at namaz wazu kare aur do rak'at namaz parhe aur dua kare is ko foran ki foran hi foran is ko jawab mil jaye ga</w:t>
      </w:r>
    </w:p>
    <w:p>
      <w:pPr>
        <w:jc w:val="right"/>
      </w:pPr>
      <w:r>
        <w:t>اس میں ہے کہ اللہ انسان کے قریب ہے جب وہ پکارتا ہے تو اس پکار کا جواب دیتا ہے تو آدمی کو چاہیے کہ دو رکعت نماز وضو کرے اور دو رکعت نماز پڑھے اور دعا کرے اس کو فوراً کی فوراً ہی فوراً اس کو جواب مل جائے گا</w:t>
      </w:r>
    </w:p>
    <w:p>
      <w:r>
        <w:rPr>
          <w:b/>
        </w:rPr>
        <w:t xml:space="preserve">[1:02:19] </w:t>
      </w:r>
      <w:r>
        <w:t>maulana agla sawal roorkee se kya hai sajid anwar sahib ne</w:t>
      </w:r>
    </w:p>
    <w:p>
      <w:pPr>
        <w:jc w:val="right"/>
      </w:pPr>
      <w:r>
        <w:t>مولانا اگلا سوال روڑکی سے کیا ہے ساجد انور صاحب نے</w:t>
      </w:r>
    </w:p>
    <w:p>
      <w:r>
        <w:rPr>
          <w:b/>
        </w:rPr>
        <w:t xml:space="preserve">[1:02:24] </w:t>
      </w:r>
      <w:r>
        <w:t>unhon ne likha hai maulana please advise us how we can come out of our obsessions i think i am still far away from the obsession free state dekhen yeh aisa masla hai jis mein koi doosra aadmi kuch nahi kar sakta yeh koi operation theatre ka mamla nahi ke ek ek surgeon aata hai aur operation kar ke</w:t>
      </w:r>
    </w:p>
    <w:p>
      <w:pPr>
        <w:jc w:val="right"/>
      </w:pPr>
      <w:r>
        <w:t>انہوں نے لکھا ہے مولانا please advise us how we can come out of our obsessions I think I am still far away from the obsession free state دیکھیں یہ ایسا مسئلہ ہے جس میں کوئی دوسرا آدمی کچھ نہیں کر سکتا یہ کوئی آپریشن تھیٹر کا معاملہ نہیں کہ ایک ایک سرجن آتا ہے اور آپریشن کر کے</w:t>
      </w:r>
    </w:p>
    <w:p>
      <w:r>
        <w:rPr>
          <w:b/>
        </w:rPr>
        <w:t xml:space="preserve">[1:02:51] </w:t>
      </w:r>
      <w:r>
        <w:t>theek kar deta hai yeh sara mamla aadmi ko khud karna parta hai yeh self operation hai</w:t>
      </w:r>
    </w:p>
    <w:p>
      <w:pPr>
        <w:jc w:val="right"/>
      </w:pPr>
      <w:r>
        <w:t>ٹھیک کر دیتا ہے یہ سارا معاملہ آدمی کو خود کرنا پڑتا ہے یہ self operation ہے</w:t>
      </w:r>
    </w:p>
    <w:p>
      <w:r>
        <w:rPr>
          <w:b/>
        </w:rPr>
        <w:t xml:space="preserve">[1:03:00] </w:t>
      </w:r>
      <w:r>
        <w:t>operation theatre mein to ek surgeon aata hai woh surgeon operation karta hai lekin yeh jo mamlaat hain yeh yeh self operation ke ka mamlaat hain khud hi sochna hai khud hi ek ek cheez ko discover karna hai aur khud hi us ko phir operate karna hai</w:t>
      </w:r>
    </w:p>
    <w:p>
      <w:pPr>
        <w:jc w:val="right"/>
      </w:pPr>
      <w:r>
        <w:t>آپریشن تھیٹر میں تو ایک سرجن آتا ہے وہ سرجن آپریشن کرتا ہے لیکن یہ جو معاملات ہیں یہ یہ self operation کے کا معاملات ہیں خود ہی سوچنا ہے خود ہی ایک ایک چیز کو discover کرنا ہے اور خود ہی اس کو پھر operate کرنا ہے</w:t>
      </w:r>
    </w:p>
    <w:p>
      <w:r>
        <w:rPr>
          <w:b/>
        </w:rPr>
        <w:t xml:space="preserve">[1:03:20] </w:t>
      </w:r>
      <w:r>
        <w:t>yeh poora process jo hai yeh self operation ka process hai koi doosra is mein koi doosra tareeqa nahi</w:t>
      </w:r>
    </w:p>
    <w:p>
      <w:pPr>
        <w:jc w:val="right"/>
      </w:pPr>
      <w:r>
        <w:t>یہ پورا process جو ہے یہ self operation کا process ہے کوئی دوسرا اس میں کوئی دوسرا طریقہ نہیں</w:t>
      </w:r>
    </w:p>
    <w:p>
      <w:r>
        <w:rPr>
          <w:b/>
        </w:rPr>
        <w:t xml:space="preserve">[1:03:32] </w:t>
      </w:r>
      <w:r>
        <w:t>maulana agla sawal hapur se hai habib razi sahib ne kiya hai</w:t>
      </w:r>
    </w:p>
    <w:p>
      <w:pPr>
        <w:jc w:val="right"/>
      </w:pPr>
      <w:r>
        <w:t>مولانا اگلا سوال ہاپوڑ سے ہے حبیب رازی صاحب نے کیا ہے</w:t>
      </w:r>
    </w:p>
    <w:p>
      <w:r>
        <w:rPr>
          <w:b/>
        </w:rPr>
        <w:t xml:space="preserve">[1:03:37] </w:t>
      </w:r>
      <w:r>
        <w:t>unhon ne likha hai Allah taala ne behtareen qism behtareen qissa to yusuf alaihissalam ko bataya magar ibrahim alaihissalam ke baray mein kaha hai ke ibrahim alaihissalam ke maqam ko apna musalla banao is mein is mein kya raaz hai is ke baray mein bataen theek koi bhai samajh nahi kiya sawal hai yeh to koi sawal hi nahi hai bhai woh alag cheez hai woh alag cheez hai</w:t>
      </w:r>
    </w:p>
    <w:p>
      <w:pPr>
        <w:jc w:val="right"/>
      </w:pPr>
      <w:r>
        <w:t>انہوں نے لکھا ہے اللہ تعالی نے بہترین قسم بہترین قصہ تو یوسف علیہ السلام کو بتایا مگر ابراہیم علیہ السلام کے بارے میں کہا ہے کہ ابراہیم علیہ السلام کے مقام کو اپنا مصلی بناؤ اس میں اس میں کیا راز ہے اس کے بارے میں بتائیں ٹھیک کوئی بھائی سمجھ نہیں کیا سوال ہے یہ تو کوئی سوال ہی نہیں ہے بھئی وہ الگ چیز ہے وہ الگ چیز ہے</w:t>
      </w:r>
    </w:p>
    <w:p>
      <w:r>
        <w:rPr>
          <w:b/>
        </w:rPr>
        <w:t xml:space="preserve">[1:04:06] </w:t>
      </w:r>
      <w:r>
        <w:t>aap tafsir mein parh lijiye is ko yeh koi sawal nahi hai yeh tafsir mein parh lijiye maulana agla sawal woh to woh is ka is is baat se koi ta'alluq nahi jo main ne kaha aap ji ya unhon ne kahiye ke tafsir mein parhen aap is ko maulana agla sawal shahnawaz zafar sahib ne kiya hai dilli se</w:t>
      </w:r>
    </w:p>
    <w:p>
      <w:pPr>
        <w:jc w:val="right"/>
      </w:pPr>
      <w:r>
        <w:t>آپ تفسیر میں پڑھ لیجیے اس کو یہ کوئی سوال نہیں ہے یہ تفسیر میں پڑھ لیجیے مولانا اگلا سوال وہ تو وہ اس کا اس اس بات سے کوئی تعلق نہیں جو میں نے کہا آپ جی یا انہوں نے کہیے کہ تفسیر میں پڑھیں آپ اس کو مولانا اگلا سوال شاہنواز ظفر صاحب نے کیا ہے دلی سے</w:t>
      </w:r>
    </w:p>
    <w:p>
      <w:r>
        <w:rPr>
          <w:b/>
        </w:rPr>
        <w:t xml:space="preserve">[1:04:28] </w:t>
      </w:r>
      <w:r>
        <w:t>unhon ne likha hai hum dekhte hain ke dunya hasad jalan karne walay aur negative logon se bhari hui hai sabir aur muttaqi log is zameen par exceptional hain jab insan apni fitrat par paida hota hai to mahol pe shaitan ka ghalba kyun hai kyun hamesha achhai ke muqablay mein burai zyada hoti hai is ke baray mein bataen</w:t>
      </w:r>
    </w:p>
    <w:p>
      <w:pPr>
        <w:jc w:val="right"/>
      </w:pPr>
      <w:r>
        <w:t>انہوں نے لکھا ہے ہم دیکھتے ہیں کہ دنیا حسد جلن کرنے والے اور negative لوگوں سے بھری ہوئی ہے صابر اور متقی لوگ اس زمین پر exceptional ہیں جب انسان اپنی فطرت پر پیدا ہوتا ہے تو ماحول پہ شیطان کا غلبہ کیوں ہے کیوں ہمیشہ اچھائی کے مقابلے میں برائی زیادہ ہوتی ہے اس کے بارے میں بتائیں</w:t>
      </w:r>
    </w:p>
    <w:p>
      <w:r>
        <w:rPr>
          <w:b/>
        </w:rPr>
        <w:t xml:space="preserve">[1:04:56] </w:t>
      </w:r>
      <w:r>
        <w:t>to seedhi yeh baat hai yeh to insan ko freedom hai freedom of choice yahi to masla hai insan ko suraj chand jis tareeqay se control mein hai is tarah se insan control mein nahi hai insan ko freedom of choice mila hua hai</w:t>
      </w:r>
    </w:p>
    <w:p>
      <w:pPr>
        <w:jc w:val="right"/>
      </w:pPr>
      <w:r>
        <w:t>تو سیدھی یہ بات ہے یہ تو انسان کو freedom ہے freedom of choice یہی تو مسئلہ ہے انسان کو سورج چاند جس طریقے سے کنٹرول میں ہے اس طرح سے انسان کنٹرول میں نہیں ہے انسان کو freedom of choice ملا ہوا ہے</w:t>
      </w:r>
    </w:p>
    <w:p>
      <w:r>
        <w:rPr>
          <w:b/>
        </w:rPr>
        <w:t xml:space="preserve">[1:05:18] </w:t>
      </w:r>
      <w:r>
        <w:t>to fiman shafa ilayawm fiman shafa ilaykafir</w:t>
      </w:r>
    </w:p>
    <w:p>
      <w:pPr>
        <w:jc w:val="right"/>
      </w:pPr>
      <w:r>
        <w:t>تو فمن شاف الیومن فمن شاف الیکفر</w:t>
      </w:r>
    </w:p>
    <w:p>
      <w:r>
        <w:rPr>
          <w:b/>
        </w:rPr>
        <w:t xml:space="preserve">[1:05:22] </w:t>
      </w:r>
      <w:r>
        <w:t>jo chahe apne choice ko sahi istemal kare jo chahe galat istemal kare yeh to hoga is mein</w:t>
      </w:r>
    </w:p>
    <w:p>
      <w:pPr>
        <w:jc w:val="right"/>
      </w:pPr>
      <w:r>
        <w:t>جو چاہے اپنے choice کو صحیح استعمال کرے جو چاہے غلط استعمال کرے یہ تو ہوگا اس میں</w:t>
      </w:r>
    </w:p>
    <w:p>
      <w:r>
        <w:rPr>
          <w:b/>
        </w:rPr>
        <w:t xml:space="preserve">[1:05:28] </w:t>
      </w:r>
      <w:r>
        <w:t>to koi kuch aur ho nahi sakta fiman shafa ilayawm fiman shafa ilaykafir</w:t>
      </w:r>
    </w:p>
    <w:p>
      <w:pPr>
        <w:jc w:val="right"/>
      </w:pPr>
      <w:r>
        <w:t>تو کوئی کچھ اور ہو نہیں سکتا فمن شاف الیومن فمن شاف الیکفر</w:t>
      </w:r>
    </w:p>
    <w:p>
      <w:r>
        <w:rPr>
          <w:b/>
        </w:rPr>
        <w:t xml:space="preserve">[1:05:36] </w:t>
      </w:r>
      <w:r>
        <w:t>har aurat ko har mard ko freedom of choice mila hua hai</w:t>
      </w:r>
    </w:p>
    <w:p>
      <w:pPr>
        <w:jc w:val="right"/>
      </w:pPr>
      <w:r>
        <w:t>ہر عورت کو ہر مرد کو freedom of choice ملا ہوا ہے</w:t>
      </w:r>
    </w:p>
    <w:p>
      <w:r>
        <w:rPr>
          <w:b/>
        </w:rPr>
        <w:t xml:space="preserve">[1:05:41] </w:t>
      </w:r>
      <w:r>
        <w:t>aur woh koi excuse nahi pesh hoga akhirat mein koi excuse nahi pesh kar sakega</w:t>
      </w:r>
    </w:p>
    <w:p>
      <w:pPr>
        <w:jc w:val="right"/>
      </w:pPr>
      <w:r>
        <w:t>اور وہ کوئی excuse نہیں پیش ہوگا آخرت میں کوئی excuse نہیں پیش کر سکے گا</w:t>
      </w:r>
    </w:p>
    <w:p>
      <w:r>
        <w:rPr>
          <w:b/>
        </w:rPr>
        <w:t xml:space="preserve">[1:05:48] </w:t>
      </w:r>
      <w:r>
        <w:t>is liye main kaha karta hoon ke if a good excuse don't use it</w:t>
      </w:r>
    </w:p>
    <w:p>
      <w:pPr>
        <w:jc w:val="right"/>
      </w:pPr>
      <w:r>
        <w:t>اس لیے میں کہا کرتا ہوں کہ if a good excuse don't use it</w:t>
      </w:r>
    </w:p>
    <w:p>
      <w:r>
        <w:rPr>
          <w:b/>
        </w:rPr>
        <w:t xml:space="preserve">[1:05:57] </w:t>
      </w:r>
      <w:r>
        <w:t>jaise ghalib ne kaha tha ke janta hoon sawab o ta'at o zahir par tabiyat idhar nahi aati to ab tabiyat ko aap control kijiye apni tabiyat ko moriye idhar se idhar nahi to phir is ka price den</w:t>
      </w:r>
    </w:p>
    <w:p>
      <w:pPr>
        <w:jc w:val="right"/>
      </w:pPr>
      <w:r>
        <w:t>جیسے غالب نے کہا تھا کہ جانتا ہوں ثواب طاعت و ظہر پر طبیعت ادھر نہیں آتی تو اب طبیعت کو آپ کنٹرول کیجیے اپنی طبیعت کو موڑیے ادھر سے ادھر نہیں تو پھر اس کا price دیجیے</w:t>
      </w:r>
    </w:p>
    <w:p>
      <w:r>
        <w:rPr>
          <w:b/>
        </w:rPr>
        <w:t xml:space="preserve">[1:06:17] </w:t>
      </w:r>
      <w:r>
        <w:t>is ko Khuda pakray ga aap ko is ki price deni paray gi freedom of choice jo insan ko mila hua hai woh kabhi bhi abolish nahi hoga insan ko khud hi faisla karna hai koi doosra aa kar ke aap ko zabardasti nahi kare ga</w:t>
      </w:r>
    </w:p>
    <w:p>
      <w:pPr>
        <w:jc w:val="right"/>
      </w:pPr>
      <w:r>
        <w:t>اس کو خدا پکڑے گا آپ کو اس کی price دینی پڑے گی freedom of choice جو انسان کو ملا ہوا ہے وہ کبھی بھی abolish نہیں ہوگا انسان کو خود ہی فیصلہ کرنا ہے کوئی دوسرا آ کر کے آپ کو زبردستی نہیں کرے گا</w:t>
      </w:r>
    </w:p>
    <w:p>
      <w:r>
        <w:rPr>
          <w:b/>
        </w:rPr>
        <w:t xml:space="preserve">[1:06:39] </w:t>
      </w:r>
      <w:r>
        <w:t>maulana agla sawal bidar karnataka se yunusuddin sahib ne kiya</w:t>
      </w:r>
    </w:p>
    <w:p>
      <w:pPr>
        <w:jc w:val="right"/>
      </w:pPr>
      <w:r>
        <w:t>مولانا اگلا سوال بدر کرناٹکا سے یونس الدین صاحب نے کیا</w:t>
      </w:r>
    </w:p>
    <w:p>
      <w:r>
        <w:rPr>
          <w:b/>
        </w:rPr>
        <w:t xml:space="preserve">[1:06:44] </w:t>
      </w:r>
      <w:r>
        <w:t>hai unhone likha hai Maulana aap ne Islam ko is tarah define kiya hai ke Islam apne</w:t>
      </w:r>
    </w:p>
    <w:p>
      <w:pPr>
        <w:jc w:val="right"/>
      </w:pPr>
      <w:r>
        <w:t>ہے انہوں نے لکھا ہے مولانا آپ نے اسلام کو اس طرح define کیا ہے کہ اسلام اپنے</w:t>
      </w:r>
    </w:p>
    <w:p>
      <w:r>
        <w:rPr>
          <w:b/>
        </w:rPr>
        <w:t xml:space="preserve">[1:06:52] </w:t>
      </w:r>
      <w:r>
        <w:t>nazariye ke aitbar se buniyad par tauheed deen hai aur apne tareeqa kar ke aitbar se buniyad par</w:t>
      </w:r>
    </w:p>
    <w:p>
      <w:pPr>
        <w:jc w:val="right"/>
      </w:pPr>
      <w:r>
        <w:t>نظریے کے اعتبار سے مبنی پر توحید دین ہے اور اپنے طریقہ کار کے اعتبار سے مبنی پر</w:t>
      </w:r>
    </w:p>
    <w:p>
      <w:r>
        <w:rPr>
          <w:b/>
        </w:rPr>
        <w:t xml:space="preserve">[1:07:01] </w:t>
      </w:r>
      <w:r>
        <w:t>aman deen hai is ki thori si mazeed wazahat karein bhai hamari kitabein padhiye yeh to bohat zyada</w:t>
      </w:r>
    </w:p>
    <w:p>
      <w:pPr>
        <w:jc w:val="right"/>
      </w:pPr>
      <w:r>
        <w:t>امن دین ہے اس کی تھوڑی سی مزید وضاحت کریں بھئی ہماری کتابیں پڑھیے یہ تو بہت زیادہ</w:t>
      </w:r>
    </w:p>
    <w:p>
      <w:r>
        <w:rPr>
          <w:b/>
        </w:rPr>
        <w:t xml:space="preserve">[1:07:09] </w:t>
      </w:r>
      <w:r>
        <w:t>kitabon mein likha hua hai ab yahan kya hum wazahat karein</w:t>
      </w:r>
    </w:p>
    <w:p>
      <w:pPr>
        <w:jc w:val="right"/>
      </w:pPr>
      <w:r>
        <w:t>کتابیں لکھا ہوا ہے اب یہاں کیا ہم وضاحت کریں</w:t>
      </w:r>
    </w:p>
    <w:p>
      <w:r>
        <w:rPr>
          <w:b/>
        </w:rPr>
        <w:t xml:space="preserve">[1:07:13] </w:t>
      </w:r>
      <w:r>
        <w:t>yeh jo baat hai yeh kitabon mein bohat zyada wazeh hai isi mein padhiye</w:t>
      </w:r>
    </w:p>
    <w:p>
      <w:pPr>
        <w:jc w:val="right"/>
      </w:pPr>
      <w:r>
        <w:t>یہ جو بات ہے یہ کتابوں میں بہت زیادہ واضح ہے اسی میں پڑھیے</w:t>
      </w:r>
    </w:p>
    <w:p>
      <w:r>
        <w:rPr>
          <w:b/>
        </w:rPr>
        <w:t xml:space="preserve">[1:07:18] </w:t>
      </w:r>
      <w:r>
        <w:t>ek baar padhein wazeh na ho do baar padhiye teen baar padhiye char baar padhiye panch baar padhiye</w:t>
      </w:r>
    </w:p>
    <w:p>
      <w:pPr>
        <w:jc w:val="right"/>
      </w:pPr>
      <w:r>
        <w:t>ایک بار پڑھیں واضح نہ ہو دو بار پڑھیے تین بار پڑھیے چار بار پڑھیے پانچ بار پڑھیے</w:t>
      </w:r>
    </w:p>
    <w:p>
      <w:r>
        <w:rPr>
          <w:b/>
        </w:rPr>
        <w:t xml:space="preserve">[1:07:24] </w:t>
      </w:r>
      <w:r>
        <w:t>Maulana Shibli Nomani ko kitab likhni thi Sir al-Ajam to ek kitab hai</w:t>
      </w:r>
    </w:p>
    <w:p>
      <w:pPr>
        <w:jc w:val="right"/>
      </w:pPr>
      <w:r>
        <w:t>مولانا شبلی نمانی کو کتاب لکھنی تھی سیر العجم تو ایک کتاب ہے</w:t>
      </w:r>
    </w:p>
    <w:p>
      <w:r>
        <w:rPr>
          <w:b/>
        </w:rPr>
        <w:t xml:space="preserve">[1:07:29] </w:t>
      </w:r>
      <w:r>
        <w:t>is ka naam hai ab hayat</w:t>
      </w:r>
    </w:p>
    <w:p>
      <w:pPr>
        <w:jc w:val="right"/>
      </w:pPr>
      <w:r>
        <w:t>اس کا نام ہے اب حیات</w:t>
      </w:r>
    </w:p>
    <w:p>
      <w:r>
        <w:rPr>
          <w:b/>
        </w:rPr>
        <w:t xml:space="preserve">[1:07:32] </w:t>
      </w:r>
      <w:r>
        <w:t>woh muhammad hussain azad ki woh bhi literary mauzu par woh bhi literary mauzu par hai to maulana shibli nomani ne is kitab ko 14 bar parha ek literary mauzu par 14 bar parha aur akhirat ke mauzu par aap ek hi ek parhte hain ek hi bar aap ghor kijiye aap ab hayat jo kitab hai woh bhi literary mauzu par hai</w:t>
      </w:r>
    </w:p>
    <w:p>
      <w:pPr>
        <w:jc w:val="right"/>
      </w:pPr>
      <w:r>
        <w:t>وہ محمد حسین آزاد کی وہ بھی literary موضوع پر وہ بھی literary موضوع پر ہے تو مولانا شبلی نمانی نے اس کتاب کو 14 بار پڑھا ایک literary موضوع پر 14 بار پڑھا اور آخرت کے موضوع پر آپ ایک ہی ایک پڑھتے ہیں ایک ہی بار آپ غور کیجیے آپ اب حیات جو کتاب ہے وہ بھی literary موضوع پر ہے</w:t>
      </w:r>
    </w:p>
    <w:p>
      <w:r>
        <w:rPr>
          <w:b/>
        </w:rPr>
        <w:t xml:space="preserve">[1:07:58] </w:t>
      </w:r>
      <w:r>
        <w:t>adabi adabi mauzu par hai aur seer ul a'jam bhi adabi mauzu par hai to adabi mauzu ko achhi tarah nibhane ke liye unhon ne is mauzu se muta'alliq ek kitab ko 14 bar parha aur aap sirf ek bar parh kar ke samajhte hain ke parh liya aap ne bar bar parhiye bar bar parhiye to sawal apne aap khatam ho jaye ga okay we will end this session now thank you.</w:t>
      </w:r>
    </w:p>
    <w:p>
      <w:pPr>
        <w:jc w:val="right"/>
      </w:pPr>
      <w:r>
        <w:t>ادبی ادبی موضوع پر ہے اور سیر العجم بھی ادبی موضوع پر ہے تو ادبی موضوع کو اچھی طرح نبھانے کے لیے انہوں نے اس موضوع سے متعلق ایک کتاب کو 14 بار پڑھا اور آپ صرف ایک بار پڑھ کر کے سمجھتے ہیں کہ پڑھ لیا آپ نے بار بار پڑھیے بار بار پڑھیے تو سوال اپنے آپ ختم ہو جائے گا اوکے we will end this session now thank you.</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