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Session with Prof. Farida Khanam May 16, 2022</w:t>
      </w:r>
    </w:p>
    <w:p>
      <w:r>
        <w:t>https://www.youtube.com/watch?v=eEfmoB2bwBM</w:t>
      </w:r>
    </w:p>
    <w:p>
      <w:r>
        <w:rPr>
          <w:b/>
        </w:rPr>
        <w:t xml:space="preserve">[00:11] </w:t>
      </w:r>
      <w:r>
        <w:t>assalamu alaikum. today we have two short programs and one launch initiative. we will begin the program with a question answer session with professor farida khanoom. after that we have a chapter launch and we're very happy to share that news and we will talk about it after farida aapas program.</w:t>
      </w:r>
    </w:p>
    <w:p>
      <w:pPr>
        <w:jc w:val="right"/>
      </w:pPr>
      <w:r>
        <w:t>Assalamu alaikum. Today we have two short programs and one launch initiative. We will begin the program with a question answer session with professor फरीदा खानम. After that we have a chapter launch and we're very happy to share that news and we will talk about it after फरीदा आपस program.</w:t>
      </w:r>
    </w:p>
    <w:p>
      <w:r>
        <w:rPr>
          <w:b/>
        </w:rPr>
        <w:t xml:space="preserve">[00:35] </w:t>
      </w:r>
      <w:r>
        <w:t>after that program we will have a launch initiative, a quran launch initiative which has been done by cps mumbai team. so let's start with question answer session first with farida aapa. assalam walaykum aapa, kaise hain aap? assalam. sab theek hai. alhamdulillah.</w:t>
      </w:r>
    </w:p>
    <w:p>
      <w:pPr>
        <w:jc w:val="right"/>
      </w:pPr>
      <w:r>
        <w:t>After that program we will have a launch initiative, a कुरान launch initiative which has been done by CPS Mumbai team. So let's start with question answer session first with फरीदा आपा. असलाम वालेगुम आपा, कैसे हैं आप? असलाम. सब ठीक है. अलम्बरिंदा.</w:t>
      </w:r>
    </w:p>
    <w:p>
      <w:r>
        <w:rPr>
          <w:b/>
        </w:rPr>
        <w:t xml:space="preserve">[00:53] </w:t>
      </w:r>
      <w:r>
        <w:t>aapa jaise ke Maulana Waheeduddin Khan sahib ne hamein ek main target diya hai ke quran ko hum distribute karen worldwide aur jab hum quran ko distribution, quran ka jab distribution hum karte hain to aksar log lete waqt yeh bhi sawal karte hain ke quran ka maqsad kya hai? is quran mein kya likha hai?</w:t>
      </w:r>
    </w:p>
    <w:p>
      <w:pPr>
        <w:jc w:val="right"/>
      </w:pPr>
      <w:r>
        <w:t>आपा जैसे कि मुलाना वैदीन खान साहब ने हमें एक main target दिया है कि कुरान को हम distribute करें worldwide और जब हम कुरान को distribution, कुरान का जब distribution हम करते हैं तो अक्सर लोग लेते वक्त यह भी सवाल करते हैं कि कुरान का मकसद क्या है? इस कुरान में क्या लिखा है?</w:t>
      </w:r>
    </w:p>
    <w:p>
      <w:r>
        <w:rPr>
          <w:b/>
        </w:rPr>
        <w:t xml:space="preserve">[01:16] </w:t>
      </w:r>
      <w:r>
        <w:t>aap khud aap sab logon ne khud bhi mehsoos kiya hoga ke kai log yeh sawal karte hain ke main theme quran ka kya hai? quran mein kai aspects hain, bohat wisdom ki baaten hain lekin Maulana sahib ne hamein bataya jaise ke main maqsad jo quran ka woh yeh hai ke dunya ko yeh batana ke creation plan of god kya hai? aur Maulana sahib ne is par bohat likha hai, bohat talks bhi kare hain.</w:t>
      </w:r>
    </w:p>
    <w:p>
      <w:pPr>
        <w:jc w:val="right"/>
      </w:pPr>
      <w:r>
        <w:t>आप खुद आप सब लोगों ने खुद भी महसूस किया होगा कि कई लोग यह सवाल करते हैं कि main theme कुरान का क्या है? कुरान में कई aspects हैं, बहुत wisdom की बातें हैं लेकिन मुलाना साहब ने हमें बताया जैसे कि main मकसद जो कुरान का वह यह है कि दुनिया को यह बताना कि creation plan of god क्या है? और मुलाना साहब ने इस पर बहुत लिखा है, बहुत talks भी करे हैं.</w:t>
      </w:r>
    </w:p>
    <w:p>
      <w:r>
        <w:rPr>
          <w:b/>
        </w:rPr>
        <w:t xml:space="preserve">[01:42] </w:t>
      </w:r>
      <w:r>
        <w:t>to aap hum chahte hain ke aap is ke baray mein hamein bataen ke what is the purpose of creation? yeh bohat hi important sawal hai kyunke baghair yeh janay ke creation ka purpose kya hai? hamare kuch samajh mein nahi aata ke hum is dunya mein kis liye paida hue hain? hamari zindagi ka maqsad kya hai? hum ko marne ke baad kahan jana hai?</w:t>
      </w:r>
    </w:p>
    <w:p>
      <w:pPr>
        <w:jc w:val="right"/>
      </w:pPr>
      <w:r>
        <w:t>तो आप हम चाहते हैं कि आप इसके बारे में हमें बताएं कि what is the purpose of creation? यह बहुत ही important सवाल है क्योंकि बगैर यह जाने के creation का purpose क्या है? हमारे कुछ समझ में नहीं आता कि हम इस दुनिया में किस लिए पैदा हुए हैं? हमारी ज़िंदगी का मकसद क्या है? हमको मरने के बाद कहाँ जाना है?</w:t>
      </w:r>
    </w:p>
    <w:p>
      <w:r>
        <w:rPr>
          <w:b/>
        </w:rPr>
        <w:t xml:space="preserve">[02:11] </w:t>
      </w:r>
      <w:r>
        <w:t>to yeh saari baatein jo hain, humko creation plan se maloom hoti hain aur isi wajah se jin logon ko creation plan ka pata nahin hai, wo bohat hi confusion mein rehte hain, bohat hi frustration mein rehte hain. kitne log to suicide kar lete hain. kyunke unki samajh mein nahin aata ke is duniya mein hum kyun aaye hain? hamari zindagi ka maqsad kya hai? to yeh hamein maloom hota hai Quran se.</w:t>
      </w:r>
    </w:p>
    <w:p>
      <w:pPr>
        <w:jc w:val="right"/>
      </w:pPr>
      <w:r>
        <w:t>तो यह सारी बातें जो हैं, हमको creation plan से मालूम होती हैं और इसी वजह से जिन लोगों को creation plan का पता नहीं है, वो बहुत ही confusion में रहते हैं, बहुत ही frustration में रहते हैं. कितने लोग तो suicide कर लेते हैं. क्योंकि उनकी समझ में नहीं आता कि इस दुनिया में हम क्यों आए हैं? हमारी ज़िंदगी का मकसद क्या है? तो यह हमें मालूम होता है कुरान से.</w:t>
      </w:r>
    </w:p>
    <w:p>
      <w:r>
        <w:rPr>
          <w:b/>
        </w:rPr>
        <w:t xml:space="preserve">[02:37] </w:t>
      </w:r>
      <w:r>
        <w:t>Quran bohat hi clear bataya gaya hai ke yeh duniya jo hai ek selection ground hai. is duniya mein insaan ko bheja gaya hai taake woh asanwal amal kaha gaya hai Quran mein ke wo bataye ke usko usko usko choose karna hai between good and evil. to Allah taala ne baad logon ka kehna hai ke Allah ne evil paida ki aisa nahin hai.</w:t>
      </w:r>
    </w:p>
    <w:p>
      <w:pPr>
        <w:jc w:val="right"/>
      </w:pPr>
      <w:r>
        <w:t>कुरान बहुत ही clear बताया गया है कि यह दुनिया जो है एक selection ground है. इस दुनिया में इंसान को भेजा गया है ताकि वह असंवल अमल कहा गया है कुरान में कि वो बताएं कि उसको उसको उसको choose करना है between good and evil. तो अल्लाह तालाह ने बाद लोगों का कहना है कि अल्लाह ने evil पैदा की ऐसा नहीं है.</w:t>
      </w:r>
    </w:p>
    <w:p>
      <w:r>
        <w:rPr>
          <w:b/>
        </w:rPr>
        <w:t xml:space="preserve">[03:06] </w:t>
      </w:r>
      <w:r>
        <w:t>Allah ne freedom diya insaan ko. to freedom ka insaan kabhi proper use karta hai, kabhi misuse karta hai. to wahi misuse jo hai wahi evil paida karti hai. to hamein apni freedom ko ka sahi sahi istemal karna hai aur isi ke liye Allah taala ne musalsal paighambar bheje aur unke zariye se insaan ko hidaad, hidaad bheji.</w:t>
      </w:r>
    </w:p>
    <w:p>
      <w:pPr>
        <w:jc w:val="right"/>
      </w:pPr>
      <w:r>
        <w:t>अल्लाह ने freedom दिया इंसान को. तो freedom का इंसान कभी proper use करता है, कभी misuse करता है. तो वही misuse जो है वही evil पैदा करती है. तो हमें अपनी freedom को का सही सही इस्तेमाल करना है और इसी के लिए अल्लाह ताला ने मुसलसल पैगम्बर भेजे और उनके जरिए से इंसान को हिदाद, हिदाद भेजी.</w:t>
      </w:r>
    </w:p>
    <w:p>
      <w:r>
        <w:rPr>
          <w:b/>
        </w:rPr>
        <w:t xml:space="preserve">[03:35] </w:t>
      </w:r>
      <w:r>
        <w:t>to hamein chahiye ke hum apne apni freedom ka sahi istemal karein, apni marzi ke mutabiq, apni desire ke mutabiq zindagi na guzarein balkeh Khuda ki marzi ke mutabiq zindagi guzarein kyunke yeh duniya Khuda ne create kiya hai. hamein Khuda ne create kiya hai. to yeh humko jaanna chahiye ke Khuda humse kya chahta hai? jisko hum keh denge do's and don'ts.</w:t>
      </w:r>
    </w:p>
    <w:p>
      <w:pPr>
        <w:jc w:val="right"/>
      </w:pPr>
      <w:r>
        <w:t>तो हमें चाहिए कि हम अपने अपनी freedom का सही इस्तेमाल करें, अपनी मर्ज़ी के मुताबिक, अपनी desire के मुताबिक ज़िंदगी ना गुज़ारें बल्कि खुदा की मर्ज़ी के मुताबिक ज़िंदगी गुज़ारें क्योंकि यह दुनिया खुदा ने create किया है. हमें खुदा ने create किया है. तो यह हमको जानना चाहिए कि खुदा हमसे क्या चाहता है? जिसको हम कह देंगे do's and don'ts.</w:t>
      </w:r>
    </w:p>
    <w:p>
      <w:r>
        <w:rPr>
          <w:b/>
        </w:rPr>
        <w:t xml:space="preserve">[04:04] </w:t>
      </w:r>
      <w:r>
        <w:t>kya hamein karna hai? kya nahin karna hai? Islam ke maane hi one who surrenders to god. to Islam is maane mein nahin hai ke hum we are just born in a Muslim family. balkeh we have to surrender to god. to Islam ke yahi literal maane hai submission to god. bas farq yeh hai ke poori gana surrender kiye hue Khuda ke aage, lekin wo compulsorily surrender kiye hue.</w:t>
      </w:r>
    </w:p>
    <w:p>
      <w:pPr>
        <w:jc w:val="right"/>
      </w:pPr>
      <w:r>
        <w:t>क्या हमें करना है? क्या नहीं करना है? इस्लाम के माने ही one who surrenders to god. तो इस्लाम इस माने में नहीं है कि हम we are just born in a मुस्लिम family. बल्कि we have to surrender to god. तो इस्लाम के यही literal माने है submission to god. बस फ़र्क यह है कि पूरी गाना surrender किए हुए खुदा के आगे, लेकिन वह compulsorily surrender किए हुए.</w:t>
      </w:r>
    </w:p>
    <w:p>
      <w:r>
        <w:rPr>
          <w:b/>
        </w:rPr>
        <w:t xml:space="preserve">[04:32] </w:t>
      </w:r>
      <w:r>
        <w:t>insaan ko by choice surrender karna hai aur yahi insaan ki sabse badi value hai ke usne apni marzi se Khuda ke aage surrender kiya. isi surrender karne ka, isi submission ka usko aakhirat mein eternal paradise se usko reward diya jayega.</w:t>
      </w:r>
    </w:p>
    <w:p>
      <w:pPr>
        <w:jc w:val="right"/>
      </w:pPr>
      <w:r>
        <w:t>इंसान को by choice surrender करना है और यही इंसान की सबसे बड़ी value है कि उसने अपनी मर्ज़ी से होदा के आगे surrender किया. इसी surrender करने का, इसी submission का उसको आख़िरात में eternal paradise से उसको reward दिया जाएगा.</w:t>
      </w:r>
    </w:p>
    <w:p>
      <w:r>
        <w:rPr>
          <w:b/>
        </w:rPr>
        <w:t xml:space="preserve">[04:53] </w:t>
      </w:r>
      <w:r>
        <w:t>to iske liye hamein sabse badi cheez jo hai hamein apni ek positive personality develop karni hai, negativity khatam karni hai, kyunke negativity has no place in god's scheme of things. negativity duniya mein aap dekhiye kahin negativity nahin hai. aap ped ko dekh lijiye. aap ped par patthar maarte hain wo phal deta hai. aapko chidiyon ko dekh lijiye.</w:t>
      </w:r>
    </w:p>
    <w:p>
      <w:pPr>
        <w:jc w:val="right"/>
      </w:pPr>
      <w:r>
        <w:t>तो इसके लिए हमें सबसे बड़ी चीज़ जो है हमें अपनी एक positive personality develop करनी है, negativity खत्म करनी है, क्योंकि negativity has no place in god's scheme of things. Negativity दुनिया में आप देखिए कहीं negativity नहीं है. आप पेड़ को देख लीजिए. आप पेड़ पर पत्थर मारते हैं वो फ़ल देता है. आपको चिड़ियों को देख लीजिए.</w:t>
      </w:r>
    </w:p>
    <w:p>
      <w:r>
        <w:rPr>
          <w:b/>
        </w:rPr>
        <w:t xml:space="preserve">[05:19] </w:t>
      </w:r>
      <w:r>
        <w:t>aap chidiyon ko marenge patthar se wo doosre shaakh par jaakar chaah chaahne lagegi. kahin koi negativity nahin hai.</w:t>
      </w:r>
    </w:p>
    <w:p>
      <w:pPr>
        <w:jc w:val="right"/>
      </w:pPr>
      <w:r>
        <w:t>आप चिड़ियों को मारेंगे पत्थर से वो दूसरे शाख पर जाकर चाह चाहने लगेगी. कहीं कोई negativity नहीं है.</w:t>
      </w:r>
    </w:p>
    <w:p>
      <w:r>
        <w:rPr>
          <w:b/>
        </w:rPr>
        <w:t xml:space="preserve">[05:27] </w:t>
      </w:r>
      <w:r>
        <w:t>insaan ke alawa sirf ek insaan hi hai jo jiske andar hatred hai, inkaam hai aur saare negative jazbaat hain to usko yeh jazbaat soch samajhkar khatam karne hain kyunke Allah aise logon ko qubool nahin karega jo negative hon, jo unke andar hatred hon kyunke yeh jannat mein basaaye jaane ke qabil nahin hain wo log.</w:t>
      </w:r>
    </w:p>
    <w:p>
      <w:pPr>
        <w:jc w:val="right"/>
      </w:pPr>
      <w:r>
        <w:t>इंसान के अलावा सिर्फ एक इंसान ही है जो जिसके अंदर hatred है, इनकाम है और सारे negative जज़्बात हैं तो उसको यह जज़्बात सोच समझकर खत्म करने हैं क्योंकि अल्लाह ऐसे लोगों को कुमूल नहीं करेगा जो negative हों, जो उनके अंदर hatred हों क्योंकि यह जन्नत में बसाए जाने के काबिल नहीं हैं वो लोग.</w:t>
      </w:r>
    </w:p>
    <w:p>
      <w:r>
        <w:rPr>
          <w:b/>
        </w:rPr>
        <w:t xml:space="preserve">[05:54] </w:t>
      </w:r>
      <w:r>
        <w:t>to is wajah se hamein is maamle mein bohat zyada serious hona hai aur apne aap ko ek paradisiacal personality apne andar develop karna hai taake hum jannat mein basaaye jaane ke qabil thehrein.</w:t>
      </w:r>
    </w:p>
    <w:p>
      <w:pPr>
        <w:jc w:val="right"/>
      </w:pPr>
      <w:r>
        <w:t>तो इस वजह से हमें इस मामले में बहुत ज़्यादा serious होना है और अपने आप को एक paradisiacal personality अपने अंदर develop करना है ताकि हम जन्नत में बसाए जाने के काबिल ठहरें.</w:t>
      </w:r>
    </w:p>
    <w:p>
      <w:r>
        <w:rPr>
          <w:b/>
        </w:rPr>
        <w:t xml:space="preserve">[06:11] </w:t>
      </w:r>
      <w:r>
        <w:t>ji, jazag Allah apa, aap jaisa ke aap ne abhi usko waazeh bhi kiya aur Quran ko jab hum distribute karte hain, to ek zimmedari ke tehat Quran ka hum distribution karte hain. The main aim therefore of dawa work is to bring people closer to god. so man can lead life in two ways, either a self oriented life or a god oriented life.</w:t>
      </w:r>
    </w:p>
    <w:p>
      <w:pPr>
        <w:jc w:val="right"/>
      </w:pPr>
      <w:r>
        <w:t>जी, जज़ग अल्लाह आपा, आप जैसा कि आपने अभी उसको वाज़े भी किया और कुरान को जब हम distribute करते हैं, तो एक ज़िम्मेदारी के तहत कुरान का हम distribution करते हैं. The main aim therefore of दावा work is to bring people closer to god. So man can lead life in two ways, either a self oriented life or a god oriented life.</w:t>
      </w:r>
    </w:p>
    <w:p>
      <w:r>
        <w:rPr>
          <w:b/>
        </w:rPr>
        <w:t xml:space="preserve">[06:38] </w:t>
      </w:r>
      <w:r>
        <w:t>to jab hum Quran dete hain ya hum Khuda ki baat karte hain to hum ek god oriented life ko hum lead karte hain. Maulana Wahiduddin Khan sahab ne ek dafa kaha tha ke kai log duniya ke returns ko dekhkar kharch karte hain lekin ek daai, ek believer aakhirat ke returns ko dekhkar kharch karta hai.</w:t>
      </w:r>
    </w:p>
    <w:p>
      <w:pPr>
        <w:jc w:val="right"/>
      </w:pPr>
      <w:r>
        <w:t>तो जब हम कुरान देते हैं या हम खुदा की बात करते हैं तो हम एक god oriented life को हम lead करते हैं. मुराना वैदुद्दीन खान साहब ने एक दफा कहा था कि कई लोग दुनिया के returns को देखकर खर्च करते हैं लेकिन एक दाई, एक believer आखिरत के returns को देखकर खर्च करता है.</w:t>
      </w:r>
    </w:p>
    <w:p>
      <w:r>
        <w:rPr>
          <w:b/>
        </w:rPr>
        <w:t xml:space="preserve">[07:00] </w:t>
      </w:r>
      <w:r>
        <w:t>to kharch ke maayne yahan par sirf paisa nahin hai balkeh aapka waqt, aapki creativity aur aapke wo saare, aapka wo taawun jisse Khuda ki baatein logon tak pahunche. to yahin pe apa dawa ka ahum role aata hai. to hum chahte hain ke aap hum sabko batayein ke importance of dawa kya hai? iske baare mein batayein.</w:t>
      </w:r>
    </w:p>
    <w:p>
      <w:pPr>
        <w:jc w:val="right"/>
      </w:pPr>
      <w:r>
        <w:t>तो खर्च के मायने यहां पर सिर्फ पैसा नहीं है बल्कि आपका वक्त, आपकी creativity और आपके वो सारे, आपका वो तावुन जिससे खुदा की बातें लोगों तक पहुंचे. तो यहीं पे आपा दावा का अहम् role आता है. तो हम चाहते हैं कि आप हम सबको बताएं कि importance of दावा क्या है? इसके बारे में बताएं.</w:t>
      </w:r>
    </w:p>
    <w:p>
      <w:r>
        <w:rPr>
          <w:b/>
        </w:rPr>
        <w:t xml:space="preserve">[07:25] </w:t>
      </w:r>
      <w:r>
        <w:t>ji, dekhiye ek ek Musalman ki, ek believer ki do zimmedariyan hain. ek to zimmedari yeh hai ke usko khud mazhab par Khuda ki batai hui guidance par qaim hona hai aur usko doosron tak woh guidance ko pahunchana hai.</w:t>
      </w:r>
    </w:p>
    <w:p>
      <w:pPr>
        <w:jc w:val="right"/>
      </w:pPr>
      <w:r>
        <w:t>जी, देखिए एक एक मुसलमान की, एक believer की दो ज़िम्मेदारियां हैं. एक तो ज़िम्मेदारी यह है कि उसको खुद मज़हब पर खुदा की बताई हुई guidance पर कायम होना है और उसको दूसरों तक वह guidance को पहुंचाना है.</w:t>
      </w:r>
    </w:p>
    <w:p>
      <w:r>
        <w:rPr>
          <w:b/>
        </w:rPr>
        <w:t xml:space="preserve">[07:45] </w:t>
      </w:r>
      <w:r>
        <w:t>to Allah taala ne ek to sabse pehle hamare conscience ke andar hi tamam spiritual values, tamam values jis par hamein chalna hai wo sab conscience mein hamein hamare instill kar diya gaya hai. hamein pata hai kya sahi hai, kya galat hai. hum jaanboojhkar intentionally hum galat kaam karte hain. hamara conscience hamein mulamat karta hai.</w:t>
      </w:r>
    </w:p>
    <w:p>
      <w:pPr>
        <w:jc w:val="right"/>
      </w:pPr>
      <w:r>
        <w:t>तो अल्लाह तालन है एक तो सबसे पहले हमारे conscience के अंदर ही तमाम spiritual values, तमाम values जिस पर हमें चलना है वो सब conscience में हमें हमारे instill कर दिया गया है. हमें पता है क्या सही है, क्या गलत है. हम जानबूझकर intentionally हम गलत काम करते हैं. हमारा conscience हमें मुलामत करता है.</w:t>
      </w:r>
    </w:p>
    <w:p>
      <w:r>
        <w:rPr>
          <w:b/>
        </w:rPr>
        <w:t xml:space="preserve">[08:09] </w:t>
      </w:r>
      <w:r>
        <w:t>to is wajah se Allah taala ne hamesha ek na ek koi na koi paighambar bheja, jisko Quran mein kaha gaya hai ke lagaataar Allah ne paighambar bheje.</w:t>
      </w:r>
    </w:p>
    <w:p>
      <w:pPr>
        <w:jc w:val="right"/>
      </w:pPr>
      <w:r>
        <w:t>तो इस वजह से अल्लाह ताला ने हमेशा एक ना एक कोई ना कोई पैगम्बर भेजा, जिसको कुरान में कहा गया है कि लगातार अल्लाह ने पैगम्बर भेजे.</w:t>
      </w:r>
    </w:p>
    <w:p>
      <w:r>
        <w:rPr>
          <w:b/>
        </w:rPr>
        <w:t xml:space="preserve">[08:20] </w:t>
      </w:r>
      <w:r>
        <w:t>to jab sabse pehla jo insaan tha, Hazrat Adam jo sabse pehle insaan the, unko bhi Allah taala ne paighambar banaya taake insaan jo ke jab is duniya mein paida hota hai, to wo koi, koi usko kuch koi bataya nahin jaata wo. jaise koi company ka ek brusher hamare paas aata hai.</w:t>
      </w:r>
    </w:p>
    <w:p>
      <w:pPr>
        <w:jc w:val="right"/>
      </w:pPr>
      <w:r>
        <w:t>तो जब सबसे पहला जो इंसान था, हजरत आदम जो सबसे पहले इंसान थे, उनको भी अल्लाह ताला ने पैगम्बर बनाया ताकि इंसान जो कि जब इस दुनिया में पैदा होता है, तो वह कोई, कोई उसको कुछ कोई बताया नहीं जाता वह. जैसे कोई company का एक brusher हमारे पास आता है.</w:t>
      </w:r>
    </w:p>
    <w:p>
      <w:r>
        <w:rPr>
          <w:b/>
        </w:rPr>
        <w:t xml:space="preserve">[08:46] </w:t>
      </w:r>
      <w:r>
        <w:t>hamein sab pata chalta hai ke koi product jo hai na, wo kaise usko use kiya jayega? to insaan paida ho jaata hai, usko kuch maloom nahin hai. uski zindagi ka maqsad kya hai? us duniya mein kyun bheja gaya hai? to iski Allah taala ne poora intezaam kiya, musalsal paighambar bheje aur taake insaan jo hai seedhe raaste par chale aur aakhirat mein usko jannat mein jagah mile.</w:t>
      </w:r>
    </w:p>
    <w:p>
      <w:pPr>
        <w:jc w:val="right"/>
      </w:pPr>
      <w:r>
        <w:t>हमको सब पता चलता है कि कोई product जो है ना, वह कैसे उसको use किया जाएगा? तो इंसान पैदा हो जाता है, उसको कुछ मालूम नहीं है. उसकी ज़िंदगी का मकसद क्या है? उस दुनिया में क्यों भेजा गया है? तो इसकी अल्लाह ताला ने पूरा इंतज़ाम किया, मुसलसल व्यागंबर भेजे और ताकि इंसान जो है सीधे रास्ते पर चले और आख़िरत में उसको जन्नत में जगह मिले.</w:t>
      </w:r>
    </w:p>
    <w:p>
      <w:r>
        <w:rPr>
          <w:b/>
        </w:rPr>
        <w:t xml:space="preserve">[09:13] </w:t>
      </w:r>
      <w:r>
        <w:t>lekin insaan jo hai insaan ke andar desires bohat zyada hain. wo desires ki wajah se wo baar baar deviate ho jaata hai. to us sabse main kaam hai hamein apne desires ko control karna. kyunke desire based life jannat ki hai. duniya ki life jo hai wo need based hai. to desires ki wajah se wo baar baar derail ho jaata hai.</w:t>
      </w:r>
    </w:p>
    <w:p>
      <w:pPr>
        <w:jc w:val="right"/>
      </w:pPr>
      <w:r>
        <w:t>लेकिन इंसान जो है इंसान के अंदर desires बहुत ज़्यादा हैं. वह desires की वजह से वह बार बार deviate हो जाता है. तो उस सबसे main काम है हमें अपने desires को control करना. क्योंकि desire based life जन्नत की है. दुनिया की life जो है वो need based है. तो desires की वजह से वो बार बार derail हो जाता है.</w:t>
      </w:r>
    </w:p>
    <w:p>
      <w:r>
        <w:rPr>
          <w:b/>
        </w:rPr>
        <w:t xml:space="preserve">[09:40] </w:t>
      </w:r>
      <w:r>
        <w:t>to usko aur doosre ye hai ke pehle zamane mein kitaab ko preserve karne ka koi tareeka nahin tha. log haath se likhte the. haath se likhne mein koi baat samajh mein nahin aayi. usko badal diya. to Khuda ke jo alfaaz hote the usmein tabdeeli aa jaati thi, tehreef ho jaati thi, addition kiya, delete delete kiya. to is tareeqe se wo kuch ka kuch baat ban jaati thi.</w:t>
      </w:r>
    </w:p>
    <w:p>
      <w:pPr>
        <w:jc w:val="right"/>
      </w:pPr>
      <w:r>
        <w:t>तो उसको और दूसरे ये है कि पहले ज़माने में किताब को preserve करने का कोई तरीका नहीं था. लोग हाथ से लिखते थे. हाथ से लिखने में कोई बात समझ में नहीं आई. उसको बदल दिया. तो होदा के जो अल्फाज़ होते थे उसमें तब्दीली आ जाती थी, तहरीफ हो जाती थी, addition किया, delete delete किया. तो इस तरीके से वो कुछ का कुछ बात वन जाती थी.</w:t>
      </w:r>
    </w:p>
    <w:p>
      <w:r>
        <w:rPr>
          <w:b/>
        </w:rPr>
        <w:t xml:space="preserve">[10:09] </w:t>
      </w:r>
      <w:r>
        <w:t>aur followers bhi bohat kam hote the paighambaron ke. jab followers kam honge to kaun unki laayi hui guidance ki hifaazat kaun karega? to is wajah se daaman jo guidance aayi mukhtalif paighambaron ke saath, to wo sab destroy ho gayi, khatam ho gayi.</w:t>
      </w:r>
    </w:p>
    <w:p>
      <w:pPr>
        <w:jc w:val="right"/>
      </w:pPr>
      <w:r>
        <w:t>और followers भी बहुत कम होते थे पाकंबरों के. जब followers कम होंगे तो कौन उन उनकी लाई हुई guidance की अफ़ाज़त कौन करेगा? तो इस वजह से दामान जो guidance आई मुख्तलीफ पगंबरों के साथ, तो वो सब destroy हो गई, खत्म हो गई.</w:t>
      </w:r>
    </w:p>
    <w:p>
      <w:r>
        <w:rPr>
          <w:b/>
        </w:rPr>
        <w:t xml:space="preserve">[10:33] </w:t>
      </w:r>
      <w:r>
        <w:t>to Allah taala ne finally yeh plan kiya ke ek aisa paighambar bheja jaaye ke uski laayi hui kitaab uski hai jo revealed book hoti hai, usko Allah ne khud zimmedari le li usko mehfooz karne ki. to is tareeqe se wo kitaab, Quran jo Rasoolullah sallallahu alaihi wasallam ke saath aayi usko Allah ne khud usko mehfooz kiya.</w:t>
      </w:r>
    </w:p>
    <w:p>
      <w:pPr>
        <w:jc w:val="right"/>
      </w:pPr>
      <w:r>
        <w:t>तो अल्लाह तालाह ने finally यह plan किया कि एक ऐसा पगंबर भेजा जाए कि उसकी लाई हुई किताब उसकी है जो revealed book होती है, उसको अल्लाह ने खुद ज़िम्मेदारी ले ली उसको महफूज करने की. तो इस तरीके से वो किताब, कुरान जो रसूल्लाह सलाह सलाह के साथ आई उसको अल्लाह ने खुद उसको महफूज किया.</w:t>
      </w:r>
    </w:p>
    <w:p>
      <w:r>
        <w:rPr>
          <w:b/>
        </w:rPr>
        <w:t xml:space="preserve">[11:03] </w:t>
      </w:r>
      <w:r>
        <w:t>to uska ek bohat hi kai uske tareeqe the kyunke uski ek to itni zabaan aisi thi fluent zabaan ki insaan bohat aasani se usko yaad kar leta tha. wo chhoti kitaab usko yaad karna poori kitaab memory mein aasan thi. to bohat saare logon ne usko yaad kiya. phir usko usi waqt likha jaata tha. to is tareeqe se wo double checking system ke zariye se wo mehfooz kar diya gaya.</w:t>
      </w:r>
    </w:p>
    <w:p>
      <w:pPr>
        <w:jc w:val="right"/>
      </w:pPr>
      <w:r>
        <w:t>तो उसका एक बहुत ही कई उसके तरीके थे क्योंकि उसकी एक तो इतनी ज़बान ऐसी थी fluent ज़बान की इंसान बहुत आसानी से उसको याद कर लेता था. वह छोटी किताब उसको याद करना पूरी किताब memory में आसान थी. तो बहुत सारे लोगों ने उसको याद किया. फिर उसको उसी वक्त लिखा जाता था. तो इस तरीके से वह double checking system के जरिए से वह महसूस कर दिया गया.</w:t>
      </w:r>
    </w:p>
    <w:p>
      <w:r>
        <w:rPr>
          <w:b/>
        </w:rPr>
        <w:t xml:space="preserve">[11:31] </w:t>
      </w:r>
      <w:r>
        <w:t>nasl dar nasal ke liye. to ismein yeh hai ke sabse pehla to yeh hai ke hum khud us Khuda ki jo guidance hai us par hum khud chalein. uske baad jo hamari zimmedari hai khaastaur par aakhri Nabi ki ummati hone ki wajah se kyunke ab koi doosra Nabi aaye nahin aayega, Rasoolullah sallallahu alaihi wasallam aakhri Nabi the.</w:t>
      </w:r>
    </w:p>
    <w:p>
      <w:pPr>
        <w:jc w:val="right"/>
      </w:pPr>
      <w:r>
        <w:t>नस्ल दर नस्ल के लिए. तो इसमें यह है कि सबसे पहला तो यह है कि हम खुद उस खुदा की जो guidance है उस पर हम खुद चलें. उसके बाद जो हमारी ज़िम्मेदारी है खासतौर पर आखिरी नबी की उम्मती होने की वजह से क्योंकि अब कोई दूसरा नबी आए नहीं आएगा, रसूल्लाह सर्वश्लाम आखिरी नबी थे.</w:t>
      </w:r>
    </w:p>
    <w:p>
      <w:r>
        <w:rPr>
          <w:b/>
        </w:rPr>
        <w:t xml:space="preserve">[11:56] </w:t>
      </w:r>
      <w:r>
        <w:t>to pehle kya hota tha ke agar Khuda ki kitaab ko logon ne usko tehreef kar daali, to Allah doosri kitaab bhej deta tha, doosri hidaad bhej deta tha. lekin ab koi doosri nayi hidaad nahin aayegi, to isi kaam ko hamein saari duniya tak pahunchana hai aur wo hamari zimmedari hai.</w:t>
      </w:r>
    </w:p>
    <w:p>
      <w:pPr>
        <w:jc w:val="right"/>
      </w:pPr>
      <w:r>
        <w:t>तो पहले क्या होता था कि अगर खुदा की किताब को लोगों ने उसको तेरीफ कर डाली, तो अल्लाह दूसरी किताब भेज देता था, दूसरी हिदाद भेज देता था. लेकिन अब कोई दूसरी नई हिदाद नहीं आएगी, तो इसी प्रकाम को हमें सारी दुनिया तक पहुंचाना है और वह हमारी ज़िम्मेदारी है.</w:t>
      </w:r>
    </w:p>
    <w:p>
      <w:r>
        <w:rPr>
          <w:b/>
        </w:rPr>
        <w:t xml:space="preserve">[12:20] </w:t>
      </w:r>
      <w:r>
        <w:t>to bar bar us mein rasoolullah sallallahu alaihi wasallam ne kaha, quran mein aaya hai ke isko pohncha do do logon tak. rasoolullah sallallahu alaihi wasallam ne hazrat ulil bajayay zamane mein aakhri kaha ke jisne mujhse suna hai, jo haazir hain yahan woh gayab tak pohncha dein. to iska itna effect hua ke jo sahaba thay, usi waqt woh nikal pade.</w:t>
      </w:r>
    </w:p>
    <w:p>
      <w:pPr>
        <w:jc w:val="right"/>
      </w:pPr>
      <w:r>
        <w:t>तो बार बार उसमें रसूल्लाह सरसलम ने कहा, कुरान में आया है कि इसको पहुंचा दो दो लोगों तक. रसूल्लाह सौसलम ने हज़ज़त उल्ल बजा गए जमाने में आखिरी कहा कि जिसने मुझसे सुना है, जो हाज़िर हैं यहां वह गायब तक पहुंचा दें. तो इसका इतना effect हुआ कि जो सहाबा थे, उसी वक्त वो निकल पड़े.</w:t>
      </w:r>
    </w:p>
    <w:p>
      <w:r>
        <w:rPr>
          <w:b/>
        </w:rPr>
        <w:t xml:space="preserve">[12:45] </w:t>
      </w:r>
      <w:r>
        <w:t>kehte hain ke jiska oont jahan khada hua tha, woh usi rastay mein nikal gaya aur us zamane ki jo aabad duniya thi, wahan unhon ne param ko pohncha diya. lekin aap jante hain ke log to khatam hote rehte hain, naye naye log paida hote rehte hain. to ek nasal dar nasal is kaam ko humein karna hai. tamam logon tak khuda ka pragaam pohnchana hai aur yeh hamari bilkul yeh hamari duty hai.</w:t>
      </w:r>
    </w:p>
    <w:p>
      <w:pPr>
        <w:jc w:val="right"/>
      </w:pPr>
      <w:r>
        <w:t>कहते हैं कि जिसका ऊँट जहा खड़ा हुआ था, वो उसी रास्ते में निकल गया और उस ज़माने की जो आबाद दुनिया थी, वहां उन्होंने पराम को पहुंचा दिया. लेकिन आप जानते हैं कि लोग तो खत्म होते रहते हैं, नए नए लोग पैदा होते रहते हैं. तो एक नस्ल दर नस्ल इस काम को हमें करना है. तमाम लोगों तक खुदा का प्रकाम पहुंचाना है और यह हमारी बिल्कुल यह हमारी duty है.</w:t>
      </w:r>
    </w:p>
    <w:p>
      <w:r>
        <w:rPr>
          <w:b/>
        </w:rPr>
        <w:t xml:space="preserve">[13:15] </w:t>
      </w:r>
      <w:r>
        <w:t>aur is duty ko agar hum anjaam nahi denge to humein khuda ke yahan hamari pakad hogi. to quran mein kaha gaya ke musalman ummat e basat hai yani middle nation hai. yani humko paighambar se hidayat mili hai aur us hidayat ko humein doosre insanon tak pohnchana hai. to ab chunke duniya pehle to bohat hi mukhtasar duniya thi.</w:t>
      </w:r>
    </w:p>
    <w:p>
      <w:pPr>
        <w:jc w:val="right"/>
      </w:pPr>
      <w:r>
        <w:t>और इस duty को अगर हम अंजाम नहीं देंगे तो हमें खुदा के यहां हमारी पकड़ होगी. तो कुरान में कहा गया कि मुसलमान उम्मत ए बसत है यानी middle nation है. यानी हमको पैगम्बर से हिदायत मिली है और उस हिदायत को हमें दूसरे इंसानों तक पहुंचाना है. तो अब चूंकि दुनिया पहले तो बहुत ही मुख्तसर दुनिया थी.</w:t>
      </w:r>
    </w:p>
    <w:p>
      <w:r>
        <w:rPr>
          <w:b/>
        </w:rPr>
        <w:t xml:space="preserve">[13:39] </w:t>
      </w:r>
      <w:r>
        <w:t>ab duniya jo hai global ek world ban gayi hai aur uski bohat sari zabanein hain, bohat ziyada bohat bari aabadi hai. to humein bohat ziyada kaam karna hai. mukhtalib zabanon mein kaam karna hai, logon tak pohnchana hai aur isko sara kaam humein peacefully karna hai. kyunke agar humne peaceful andaaz ikhtiyar nahi kiya to hum kaam nahi kar sakte hain.</w:t>
      </w:r>
    </w:p>
    <w:p>
      <w:pPr>
        <w:jc w:val="right"/>
      </w:pPr>
      <w:r>
        <w:t>अब दुनिया जो है global एक world वन गई है और उसकी बहुत सारी ज़बाने हैं, बहुत ज़्यादा बहुत बड़ी आबादी है. तो हमें बहुत ज़्यादा काम करना है. मुख्तलीब ज़बानों में काम करना है, लोगों तक पहुंचाना है और इसको सारा काम हमें peacefully करना है. क्योंकि अगर हमने peaceful अंदाज़ इख्तैर नहीं किया तो हम काम नहीं कर सकते हैं.</w:t>
      </w:r>
    </w:p>
    <w:p>
      <w:r>
        <w:rPr>
          <w:b/>
        </w:rPr>
        <w:t xml:space="preserve">[14:08] </w:t>
      </w:r>
      <w:r>
        <w:t>jisko Maulana sahib kehte thay low profile. to humein low profile mein karna hai. baghair kisi ko takleef diye hue, khairkhai ke sath unke liye duaein karni hain. to yeh hamara dawa varg ka yeh matlab hai. to is mein chunke yeh pagambaron wala kaam hai to iske liye khuda ki bohat bari madad aati hai. aur jo log bhi is dawa varg mein lage hue hain woh unko yeh ehsaas hai, yeh feeling hai ke Allah ki madad aati hai.</w:t>
      </w:r>
    </w:p>
    <w:p>
      <w:pPr>
        <w:jc w:val="right"/>
      </w:pPr>
      <w:r>
        <w:t>जिसको माराना साहब कहते थे low profile. तो हमें low profile में करना है. बगैर किसी को तकलीफ दिए हुए, खैरखाई के साथ उनके लिए दुआएं करनी है. तो यह हमारा दावा वर्ग का यह मतलब है. तो इसमें चूंकि यह पगंबरों वाला काम है तो इसके लिए खुदा की बहुत बड़ी मदद आती है. और जो लोग भी इस दावा वर्ग में लगे हुए हैं वह उनको यह एहसास है, यह feeling है कि अल्लाह की मदद आती है.</w:t>
      </w:r>
    </w:p>
    <w:p>
      <w:r>
        <w:rPr>
          <w:b/>
        </w:rPr>
        <w:t xml:space="preserve">[14:37] </w:t>
      </w:r>
      <w:r>
        <w:t>jahan koi kaam mushkil hota hai woh duaa karte hain aur unka kaam jo hai woh hal unka madad aa jati hai, unka kaam ho jata hai. to is tarike se humein yeh kaam khuda ki madad se karte rehna hai. is kaam ko khuda ki madad karna kaha gaya hai quran mein. khuda ki madad karna is liye kaha gaya hai ke Allah taala ne ek veil of doubt is duniya mein rakha hua hai, kyunke is duniya mein hum test ke liye bheje gaye hain.</w:t>
      </w:r>
    </w:p>
    <w:p>
      <w:pPr>
        <w:jc w:val="right"/>
      </w:pPr>
      <w:r>
        <w:t>जहां कोई काम मुश्किल होता है वह द्वाह करते हैं और उनका काम जो है वह हल उनका मदद आ जाती है, उनका काम हो जाता है. तो इस तरीके से हमें यह काम खुदा की मदद से करते रहना है. इस काम को खुदा की मदद करना कहा गया है कुरान में. खुदा की मदद करना इसलिए कहा गया है कि अल्लाह ताला ने एक veil of doubt इस दुनिया में रखा हुआ है, क्योंकि इस दुनिया में हम test के लिए भेजे गए हैं.</w:t>
      </w:r>
    </w:p>
    <w:p>
      <w:r>
        <w:rPr>
          <w:b/>
        </w:rPr>
        <w:t xml:space="preserve">[15:07] </w:t>
      </w:r>
      <w:r>
        <w:t>agar koi farishta lekar aaye paagaam ko to veil of doubt khatam ho jayega. to is liye Allah taala khud aakar ya farishton ke zariye se is paagaam ko nahi pohnchaega. hum insanon ko yeh paagaam pohnchana hai aur uske liye Allah taala poori madad farmaenge to humein Allah ki madad se is kaam ko karte rehna hai aakhri aakhri dam tak apne. ji, jazak Allah apa.</w:t>
      </w:r>
    </w:p>
    <w:p>
      <w:pPr>
        <w:jc w:val="right"/>
      </w:pPr>
      <w:r>
        <w:t>अगर कोई फरिश्ता लेकर आए पाकाम को तो veil of doubt खत्म हो जाएगा. तो इसलिए अल्लाह ताला खुद आकर या फरिश्तों के जरिए से इस पाकाम को नहीं पहुंचाएगा. हम इंसानों को यह पाकाम पहुंचाना है और उसके लिए अल्लाह ताला पूरी मदद फरमाएंगे तो हमें अल्लाह की मदद से इस काम को करते रहना है आखिरी आखिरी दम तक अपने. जी, जज़्ज़क अल्लाह आपा.</w:t>
      </w:r>
    </w:p>
    <w:p>
      <w:r>
        <w:rPr>
          <w:b/>
        </w:rPr>
        <w:t xml:space="preserve">[15:36] </w:t>
      </w:r>
      <w:r>
        <w:t>apa as we know about an american publication, with the title The 100, which is written by Doctor Michael Hart. so in that book, Doctor Michael Hart has, talked about 100 people in the human history who have exerted greatest influence on mankind. and in that list, the number one position he's given to prophet mohammad.</w:t>
      </w:r>
    </w:p>
    <w:p>
      <w:pPr>
        <w:jc w:val="right"/>
      </w:pPr>
      <w:r>
        <w:t>आपा as we know about an American publication, with the title The 100, which is written by Doctor Michael Hart. So in that book, Doctor Michael Hart has, talked about 100 people in the human history who have exerted greatest influence on mankind. And in that list, the number one position he's given to prophet मोहम्मद.</w:t>
      </w:r>
    </w:p>
    <w:p>
      <w:r>
        <w:rPr>
          <w:b/>
        </w:rPr>
        <w:t xml:space="preserve">[16:03] </w:t>
      </w:r>
      <w:r>
        <w:t>and even in the quran, we find that quran says that prophet mohammad has been sent as a</w:t>
      </w:r>
    </w:p>
    <w:p>
      <w:pPr>
        <w:jc w:val="right"/>
      </w:pPr>
      <w:r>
        <w:t>And even in the Quran, we find that कुरान says that prophet मोहम्मद has been sent as a</w:t>
      </w:r>
    </w:p>
    <w:p>
      <w:r>
        <w:rPr>
          <w:b/>
        </w:rPr>
        <w:t xml:space="preserve">[16:08] </w:t>
      </w:r>
      <w:r>
        <w:t>mercy to the mankind.</w:t>
      </w:r>
    </w:p>
    <w:p>
      <w:pPr>
        <w:jc w:val="right"/>
      </w:pPr>
      <w:r>
        <w:t>mercy to the mankind.</w:t>
      </w:r>
    </w:p>
    <w:p>
      <w:r>
        <w:rPr>
          <w:b/>
        </w:rPr>
        <w:t xml:space="preserve">[16:13] </w:t>
      </w:r>
      <w:r>
        <w:t>so there is a there is a great model that we see in prophet mohammad for us to follow.</w:t>
      </w:r>
    </w:p>
    <w:p>
      <w:pPr>
        <w:jc w:val="right"/>
      </w:pPr>
      <w:r>
        <w:t>So there is a there is a great model that we see in prophet मोहम्मद for us to follow.</w:t>
      </w:r>
    </w:p>
    <w:p>
      <w:r>
        <w:rPr>
          <w:b/>
        </w:rPr>
        <w:t xml:space="preserve">[16:19] </w:t>
      </w:r>
      <w:r>
        <w:t>so aap i wanted to know with reference to dawa work what are the lessons that we can</w:t>
      </w:r>
    </w:p>
    <w:p>
      <w:pPr>
        <w:jc w:val="right"/>
      </w:pPr>
      <w:r>
        <w:t>So आप I wanted to know with reference to दावा work what are the lessons that we can</w:t>
      </w:r>
    </w:p>
    <w:p>
      <w:r>
        <w:rPr>
          <w:b/>
        </w:rPr>
        <w:t xml:space="preserve">[16:24] </w:t>
      </w:r>
      <w:r>
        <w:t>draw from his life and we can bring it in our lives and implement that.</w:t>
      </w:r>
    </w:p>
    <w:p>
      <w:pPr>
        <w:jc w:val="right"/>
      </w:pPr>
      <w:r>
        <w:t>draw from his life and we can bring it in our lives and implement that.</w:t>
      </w:r>
    </w:p>
    <w:p>
      <w:r>
        <w:rPr>
          <w:b/>
        </w:rPr>
        <w:t xml:space="preserve">[16:29] </w:t>
      </w:r>
      <w:r>
        <w:t>to uske bare mein bhi aap hamein bataiye.</w:t>
      </w:r>
    </w:p>
    <w:p>
      <w:pPr>
        <w:jc w:val="right"/>
      </w:pPr>
      <w:r>
        <w:t>तो उसके बारे में भी आप हमें बताइए.</w:t>
      </w:r>
    </w:p>
    <w:p>
      <w:r>
        <w:rPr>
          <w:b/>
        </w:rPr>
        <w:t xml:space="preserve">[16:35] </w:t>
      </w:r>
      <w:r>
        <w:t>rasoolullah sallallahu alaihi wasallam ki zindagi se humein pata chalta hai ke bohat ziyada is kaam mein sabr karne ki zaroorat hai. kyunke bohat ziyada opposition woh to zamana khair religious persecution ka zamana tha. to bohat ziyada opposition hoti thi. bohat ziyada log jo hain pareshan karte thay, satate thay log.</w:t>
      </w:r>
    </w:p>
    <w:p>
      <w:pPr>
        <w:jc w:val="right"/>
      </w:pPr>
      <w:r>
        <w:t>रसूल्लाह सर्सलम की ज़िंदगी से हमें पता चलता है कि बहुत ज़्यादा इस राम में सब्र करने की ज़रूरत है. क्योंकि बहुत ज़्यादा opposition वह तो ज़माना खैर religious persecution का ज़माना था. तो बहुत ज़्यादा opposition होती थी. बहुत ज़्यादा लोग जो हैं परेशान करते थे, सताते थे लोग.</w:t>
      </w:r>
    </w:p>
    <w:p>
      <w:r>
        <w:rPr>
          <w:b/>
        </w:rPr>
        <w:t xml:space="preserve">[16:58] </w:t>
      </w:r>
      <w:r>
        <w:t>patthar marte thay uske bawajood aap jo hai woh yak tarfa taur par sabr karte thay aur logon ko paighaam pohnchate thay aur bilkul react nahi karte thay. to is tarike se aap ne logon ko paighaam pohnchaya aur kabhi bhi aap ne react nahi kiya. yahan tak ke logon ne aap ko muzammam kaha yani blame worthy.</w:t>
      </w:r>
    </w:p>
    <w:p>
      <w:pPr>
        <w:jc w:val="right"/>
      </w:pPr>
      <w:r>
        <w:t>पत्थर मारते थे उसके बावजूद आप जो है वो यक्टरफा तौर पर सब्र करते थे और लोगों को पैगाम पहुंचाते थे और बिल्कुल react नहीं करते थे. तो इस तरीके से आपने लोगों को पैगाम पहुंचाया और कभी भी आपने react नहीं किया. यहाँ तक कि लोगों ने आपको मुज़म्मम कहा यानी blameवर्दी.</w:t>
      </w:r>
    </w:p>
    <w:p>
      <w:r>
        <w:rPr>
          <w:b/>
        </w:rPr>
        <w:t xml:space="preserve">[17:25] </w:t>
      </w:r>
      <w:r>
        <w:t>aap ne uska jawab yeh diya ke mera naam to mere maa baap ne mohammad rakha hai yani praise worthy. to is tarike se aap woh woh dil mein bhi woh negativity nahi aane dete thay. kyunke woh madhu hain hum daai hain. agar humare dil mein hatred aa gayi, negativity aa gayi, to hum poori khar khai ke sath kaam kar hi nahi sakte hain.</w:t>
      </w:r>
    </w:p>
    <w:p>
      <w:pPr>
        <w:jc w:val="right"/>
      </w:pPr>
      <w:r>
        <w:t>आपने उसका जवाब यह दिया कि मेरा नाम तो मेरे माँ बाप ने मोहम्मद रखा है यानी praiseवर्दी. तो इस तरीके से आप वो वो दिल में भी वो negativity नहीं आने देते थे. क्योंकि वो मधु हैं हम दाई हैं. अगर हमारे दिल में hatred आ गई, negativity आ गई, तो हम पूरी ख़रख़ाई के साथ काम कर ही नहीं सकते हैं.</w:t>
      </w:r>
    </w:p>
    <w:p>
      <w:r>
        <w:rPr>
          <w:b/>
        </w:rPr>
        <w:t xml:space="preserve">[17:49] </w:t>
      </w:r>
      <w:r>
        <w:t>to dil mein bhi nahi negativity aani hai, humein bas dua karte rehna hai kyunke dekhiye humara kaam hai logon tak pohnchana. unke dil mein baat baithe woh khuda ki topics hota hai. to woh humein khuda ke upar chhod dena hai ke woh usko kis tarike se positively woh lete hain, negatively lete hain us paagaam ko. to is tarike se humein karna hai.</w:t>
      </w:r>
    </w:p>
    <w:p>
      <w:pPr>
        <w:jc w:val="right"/>
      </w:pPr>
      <w:r>
        <w:t>तो दिल में भी नहीं negativity आनी है, हमें बस दुआ करते रहना है क्योंकि देखिए हमारा काम है लोगों तक पहुंचाना. उनके दिल में बात बैठे वो खुदा की topics होता है. तो वह हमें खुदा के ऊपर छोड़ देना है कि वह उसको किस तरीके से positively वह लेते हैं, negatively लेते हैं उस प्रकाम को. तो इस तरीके से हमें करना है.</w:t>
      </w:r>
    </w:p>
    <w:p>
      <w:r>
        <w:rPr>
          <w:b/>
        </w:rPr>
        <w:t xml:space="preserve">[18:15] </w:t>
      </w:r>
      <w:r>
        <w:t>jab rasoolullah sallallahu alaihi wasallam ke bohat ziyada log khilaf ho gaye kyunke woh age tha religious persecution ka. doosra mazhab tolerate nahi kiya jata tha. to aap khamoshi se aadhi raat ko makka chhodkar madina chale gaye. aap chahte to us waqt aap ke kafi saathi thay, bohat jaansar saathi. aap chahte to jang kar sakte thay lekin aap ne bilkul khamoshi ke sath makka chhodkar chale gaye wahan par.</w:t>
      </w:r>
    </w:p>
    <w:p>
      <w:pPr>
        <w:jc w:val="right"/>
      </w:pPr>
      <w:r>
        <w:t>जब रसूल्लाह सरस्लाम के बहुत ज़्यादा लोग खिलाफ हो गए क्योंकि वह age था religious persecution का. दूसरा मज़हब tolerate नहीं किया जाता था. तो आप खामोशी से आधी रात को मक्का छोड़कर मदीना चले गए. आप चाहते तो उस वक्त आपके काफी साथी थे, बहुत जानसार साथी. आप चाहते हो तो जंग कर सकते थे लेकिन आपने बिल्कुल खामोशी के साथ मक्का छोड़कर चले गए वहां पर.</w:t>
      </w:r>
    </w:p>
    <w:p>
      <w:r>
        <w:rPr>
          <w:b/>
        </w:rPr>
        <w:t xml:space="preserve">[18:45] </w:t>
      </w:r>
      <w:r>
        <w:t>aur, aur khaas baat yeh hai ke jab aap madina pohnch gaye ho tamam majority ne wahan aap ke din ko accept kar liya tab bhi aap jo hai bilkul bilkul hi ek love bhi negative comment unke bare mein nahi diya. jabke yeh bohat hi eye opener hai humare liye kyunke hum log musalsal logon ke khilaf akhbaron mein likhte rehte hain, kitabon mein likhte rehte hain.</w:t>
      </w:r>
    </w:p>
    <w:p>
      <w:pPr>
        <w:jc w:val="right"/>
      </w:pPr>
      <w:r>
        <w:t>और, और खास बात यह है कि जब आप मदीना पहुंच गए हो तमाम majority ने वहां आपके दिन को accept कर लिया तब भी आप जो है बिल्कुल बिल्कुल ही एक love भी negative comment उनके बारे में नहीं दिया. जबकि यह बहुत ही eye opener है हमारे लिए क्योंकि हम लोग मुसलसल लोगों के खिलाफ अखबारों में लिखते रहते हैं, किताबों में लिखते रहते हैं.</w:t>
      </w:r>
    </w:p>
    <w:p>
      <w:r>
        <w:rPr>
          <w:b/>
        </w:rPr>
        <w:t xml:space="preserve">[19:14] </w:t>
      </w:r>
      <w:r>
        <w:t>to yeh bilkul rasoolullah sallallahu alaihi wasallam ki sunnat ke khilaf hai. aap ne na makka mein log kahenge ke makka mein to halaat hi kharab thay, lekin madina mein bhi aap ne kabhi kisi ko kuch nahi kaha. wahan bhi bas aap bas yahi kehte rahe ke apne aap ko jahannum ki aag se bachao.</w:t>
      </w:r>
    </w:p>
    <w:p>
      <w:pPr>
        <w:jc w:val="right"/>
      </w:pPr>
      <w:r>
        <w:t>तो यह बिल्कुल रसूल्लाह सर्सल्लम की सुन्नत के खिलाफ है. आपने ना मक्का में लोग कहेंगे कि मक्का में तो हालात ही खराब थे, लेकिन मदीना में भी आपने कभी किसी को कुछ नहीं कहा. वहां भी बस आप बस यही कहते रहे कि अपने आप को जानन्म की आग से बचाओ.</w:t>
      </w:r>
    </w:p>
    <w:p>
      <w:r>
        <w:rPr>
          <w:b/>
        </w:rPr>
        <w:t xml:space="preserve">[19:33] </w:t>
      </w:r>
      <w:r>
        <w:t>to is tarike se aap ne wahan par khamoshi se peacefully wahan par logon ko sirf aap ke aap aur aap ke aasaab logon ko quran padhkar sunaya karte thay. to is tarike se unko asar hota tha quran ka ijaz jo hai unke dilon mein asar dalta tha.</w:t>
      </w:r>
    </w:p>
    <w:p>
      <w:pPr>
        <w:jc w:val="right"/>
      </w:pPr>
      <w:r>
        <w:t>तो इस तरीके से आपने वहां पर खामोशी से peacefully वहां पर लोगों को सिर्फ आपके आप और आपके आसाब लोगों को कुरान पढ़कर सुनाया करते थे. तो इस तरीके से उनको असर होता था कुरान का इजाज़ जो है उनके दिलों में असर डालता था.</w:t>
      </w:r>
    </w:p>
    <w:p>
      <w:r>
        <w:rPr>
          <w:b/>
        </w:rPr>
        <w:t xml:space="preserve">[19:56] </w:t>
      </w:r>
      <w:r>
        <w:t>to kai jangein hui aur aap ne musalsal jango ko avoid karne ki koshish ki to is liye jange jo hui hum taqreeban sirf aadhe din ki jangein hoti thi woh, jang lambi koi jang nahi hoti thi.</w:t>
      </w:r>
    </w:p>
    <w:p>
      <w:pPr>
        <w:jc w:val="right"/>
      </w:pPr>
      <w:r>
        <w:t>तो कई जंगे हुई और आपने मुसलसल जंगों को avoid करने की कोशिश की तो इसलिए जंगे जो हुई हम तकरीबन सिर्फ आधे दिन की जंगे होती थी वह, जंग लंबी कोई जंग नहीं होती थी.</w:t>
      </w:r>
    </w:p>
    <w:p>
      <w:r>
        <w:rPr>
          <w:b/>
        </w:rPr>
        <w:t xml:space="preserve">[20:11] </w:t>
      </w:r>
      <w:r>
        <w:t>to is tarike se aap ne har friction ko, har conflict ko avoid karne ki koshish ki aur finally jab dekha ke bilkul jang aap ne kabhi initiate nahi ki balkeh jang makke walon ne initiate ki kyunke wahi log aate thay madina ke border par aur woh karte thay. jang ki shuruaat karte thay.</w:t>
      </w:r>
    </w:p>
    <w:p>
      <w:pPr>
        <w:jc w:val="right"/>
      </w:pPr>
      <w:r>
        <w:t>तो इस तरीके से आपने हर friction को, हर conflict को avoid करने की कोशिश की और finally जब देखा कि बिल्कुल जंग आपने कभी initiate नहीं की बल्कि जंग मक्के वालों ने initiate की क्योंकि वही लोग आते थे मदीना के border पर और वह करते थे. जंग की शुरुआत करते थे.</w:t>
      </w:r>
    </w:p>
    <w:p>
      <w:r>
        <w:rPr>
          <w:b/>
        </w:rPr>
        <w:t xml:space="preserve">[20:40] </w:t>
      </w:r>
      <w:r>
        <w:t>aap ne sirf defense kiya hai lekin defense bhi woh bohat hi mushkil ho raha hai kyunke paagaam pohnchane ke liye Allah taala ka peaceful mahol chahiye. achhe talukaat chahiye. normal talukaat. to woh jab normal talukaat nahi hote to paagaam bhi nahi pohnchta hai. interaction nahi hota hai.</w:t>
      </w:r>
    </w:p>
    <w:p>
      <w:pPr>
        <w:jc w:val="right"/>
      </w:pPr>
      <w:r>
        <w:t>आपने सिर्फ defense किया है लेकिन defense भी वो बहुत ही मुश्किल हो रहा है क्योंकि पैकाम पहुंचाने के लिए अल्लाह तालाका peaceful माहौल चाहिए. अच्छे ताल लुकात चाहिए. Normal ताल लुकात. तो वह जब normal ताल लुकात नहीं होते तो पहकाम भी नहीं पहुंचता है. Interaction नहीं होता है.</w:t>
      </w:r>
    </w:p>
    <w:p>
      <w:r>
        <w:rPr>
          <w:b/>
        </w:rPr>
        <w:t xml:space="preserve">[21:06] </w:t>
      </w:r>
      <w:r>
        <w:t>misunderstandings develop hoti hain to aap ne shulya hudaybiya mein opponents ki tamam sharait ko maankar shul kar liya. ten year nau baar packed kar liya. to yahi zamanat hai jabke halaat normal ho gaye aur bohat tezi se logon ko ek doosre gappa paagaam pohnchane mein aasani ho gayi.</w:t>
      </w:r>
    </w:p>
    <w:p>
      <w:pPr>
        <w:jc w:val="right"/>
      </w:pPr>
      <w:r>
        <w:t>Misunderstandings develop होती है तो आपने शूल्य होदैबिया में opponents की तमाम शरायत को मानकर शूल कर लिया. Ten year नौ बार packed कर लिया. तो यही जमानत है जबकि हालात normal हो गए और बहुत तेजी से लोगों को एक दूसरे गप्पा काम पहुंचने में आसानी हो गई.</w:t>
      </w:r>
    </w:p>
    <w:p>
      <w:r>
        <w:rPr>
          <w:b/>
        </w:rPr>
        <w:t xml:space="preserve">[21:32] </w:t>
      </w:r>
      <w:r>
        <w:t>jab majority jo hai makke ki aur madine mein to sab ho hi chuke thay. sab aap ke fold mein aa gaye. to is tarike se aap ne har tarah se har conflict ko avoid kiya, sabr kiya aur duaein ki. kitna bhi enemy ne jo opponents thay, kitna bhi aap ko provoke karne ki koshish ki magar aap provoke nahi hue. to yeh sari sunnat hai. hum log kya karte hain?</w:t>
      </w:r>
    </w:p>
    <w:p>
      <w:pPr>
        <w:jc w:val="right"/>
      </w:pPr>
      <w:r>
        <w:t>जब majority जो है मक्के की और मदीने में तो सब हो ही चुके थे. सब आपके fold में आ गए. तो इस तरीके से आपने हर तरह से हर conflict को avoid किया, सब्र किया और दुआएं की. कितना भी enemy ने जो opponents थे, कितना भी आपको provoke करने की कोशिश की मगर आप provoke नहीं हुए. तो यह सारी सुन्नत है. हम लोग क्या करते हैं?</w:t>
      </w:r>
    </w:p>
    <w:p>
      <w:r>
        <w:rPr>
          <w:b/>
        </w:rPr>
        <w:t xml:space="preserve">[22:00] </w:t>
      </w:r>
      <w:r>
        <w:t>chhoti chhoti sunnat ko lekar pakde hue rehte hain aur badi sunnaton ko apply nahi karte apni lives mein. to humein chahiye ke hum profit ki life ko bohat achhe tarike se padhein aur usko apni zindagi par apply karein. to aap dekhiye ke jab makka fata ho gaya to us waqt aap hi head thay aur ruler ki hasiyat thi aap ki.</w:t>
      </w:r>
    </w:p>
    <w:p>
      <w:pPr>
        <w:jc w:val="right"/>
      </w:pPr>
      <w:r>
        <w:t>छोटी छोटी सुन्नत को लेकर पकड़े हुए रहते हैं और बड़ी सुन्नतों को apply नहीं करते अपनी lives में. तो हमें चाहिए कि हम profit की life को बहुत अच्छे तरीके से पढ़ें और उसको अपनी ज़िंदगियों पर apply करें. तो आप देखिए कि जब मक्का फता हो गया तो उस वक्त आप ही head थे और ruler की हसियत थी आपकी.</w:t>
      </w:r>
    </w:p>
    <w:p>
      <w:r>
        <w:rPr>
          <w:b/>
        </w:rPr>
        <w:t xml:space="preserve">[22:27] </w:t>
      </w:r>
      <w:r>
        <w:t>us waqt bhi woh tamam jangi mujrimeen jinhon ne aap ko itna ziyada sataya tha, jangein ki thi itne log, mare gaye thay, aap ne un sab ko maaf kar diya. maaf karne ki wajah se kya hua ke unka conscience hit ho gaya aur woh ek bohat hi hafte bhar mein ya do char din ke andar hi andar tamam log aap ke fold mein aa gaye.</w:t>
      </w:r>
    </w:p>
    <w:p>
      <w:pPr>
        <w:jc w:val="right"/>
      </w:pPr>
      <w:r>
        <w:t>उस वक्त भी वह तमाम जंगी मुजर्मीन जिन्होंने आपको इतना ज़्यादा सताया था, जंगे की थी इतने लोग, मारे गए थे, आपने उन सबको माफ कर दिया. माफ करने की वजह से क्या हुआ कि उनका conscience hit हो गया और वो एक बहुत ही हफ्ते भर में या दो चार दिन के अंदर ही अंदर तमाम लोग आपके fold में आ गए.</w:t>
      </w:r>
    </w:p>
    <w:p>
      <w:r>
        <w:rPr>
          <w:b/>
        </w:rPr>
        <w:t xml:space="preserve">[22:51] </w:t>
      </w:r>
      <w:r>
        <w:t>kyunke hum conscience ko pata karke unke dil ko pata karke apna kaam chala sakte hain. hathiyar ke zariye se nahi, hathiyar ke zariye se to baat aur bigadti hai. phir jab musalman makke makka gaye aur dekha ke ab to hum hum hi humari hukumat ho gayi hai. to unhon ne jo apni jayadadein chhodkar madina chale gaye thay, uske bare mein batchit karna shuru kiya.</w:t>
      </w:r>
    </w:p>
    <w:p>
      <w:pPr>
        <w:jc w:val="right"/>
      </w:pPr>
      <w:r>
        <w:t>क्योंकि हम conscience को पता करके उनके दिल को पता करके अपना काम चला सकते हैं. हथियार के जरिए से नहीं, हथियार के जरिए से तो बात और बिगड़ती है. फिर जब मुसलमान मक्के मक्का गए और देखा कि अब तो हम हम ही हमारी हुकूमत हो गई है. तो उन्होंने जो अपनी जायदादें छोड़कर मदीना चले गए थे, उसके बारे में बातचीत करना शुरू किया.</w:t>
      </w:r>
    </w:p>
    <w:p>
      <w:r>
        <w:rPr>
          <w:b/>
        </w:rPr>
        <w:t xml:space="preserve">[23:19] </w:t>
      </w:r>
      <w:r>
        <w:t>unke ghar, unki jaydad. to rasoolullah sallalah ko jab maloom hua ke yeh masal chhidne wale hain to aapne fauran woh kar diya ke ab kuch karne ka order jari kar diya fauran aap mat heena chale gaye. makka fata ho gaya tha.</w:t>
      </w:r>
    </w:p>
    <w:p>
      <w:pPr>
        <w:jc w:val="right"/>
      </w:pPr>
      <w:r>
        <w:t>उनके घर, उनकी जायदाद. तो रसूल्लाह सल्लाह को जब मालूम हुआ कि यह मसाल छिड़ने वाले हैं तो आपने फ़ौरन वह कर दिया कि अब कुछ करने का order जारी कर दिया फ़ौरन आप मत हीना चले गए. मक्का फता हो गया था.</w:t>
      </w:r>
    </w:p>
    <w:p>
      <w:r>
        <w:rPr>
          <w:b/>
        </w:rPr>
        <w:t xml:space="preserve">[23:38] </w:t>
      </w:r>
      <w:r>
        <w:t>makka aapko ek nazish tha masal khadi hue hain ke land ki ladai ho rahi hai har jagah. wo islam ka naam dete hain, jihad ka naam dete hain, lekin land ki ladai hai.</w:t>
      </w:r>
    </w:p>
    <w:p>
      <w:pPr>
        <w:jc w:val="right"/>
      </w:pPr>
      <w:r>
        <w:t>मक्का आपको एक नाज़िश था मसाल खड़ी हुए हैं कि land की लड़ाई हो रही है हर जगह. वो इस्लाम का नाम देते हैं, जिहाद का नाम देते हैं, लेकिन land की लड़ाई है.</w:t>
      </w:r>
    </w:p>
    <w:p>
      <w:r>
        <w:rPr>
          <w:b/>
        </w:rPr>
        <w:t xml:space="preserve">[24:05] </w:t>
      </w:r>
      <w:r>
        <w:t>ab aap pagambar ki zindagi mein dekhiye to land ki ladai hai hi nahi wahan par. fauran aap madina chalega chhodkar makka. jab aap makka chhodkar ja rahe the jab kadal ke dar par log ho gaye the to aapne kaha ke makka tu mujhe bahut aziz hai lekin mujhe yahan rehne ke liye yeh log taiyar nahi hain. nahi rehne dena chahte hain isliye main ja raha hoon. to wahi usi makka ko aap khud chhodkar chale gaye.</w:t>
      </w:r>
    </w:p>
    <w:p>
      <w:pPr>
        <w:jc w:val="right"/>
      </w:pPr>
      <w:r>
        <w:t>अब आप पगंबर की ज़िंदगी में देखिए तो land की लड़ाई है ही नहीं वहां पर. फ़ौरन आप मदीना चलेगा छोड़कर मक्का. जब आप मक्का छोड़कर जा रहे थे जब कदल के दर पर लोग हो गए थे तो आपने कहा कि मक्का तू मुझे बहुत अजीज़ है लेकिन मुझे यहां रहने के लिए यह लोग तैयार नहीं है. नहीं रहने देना चाहते हैं इसलिए मैं जा रहा हूं. तो वही उसी मक्का को आप खुद छोड़कर चले गए.</w:t>
      </w:r>
    </w:p>
    <w:p>
      <w:r>
        <w:rPr>
          <w:b/>
        </w:rPr>
        <w:t xml:space="preserve">[24:35] </w:t>
      </w:r>
      <w:r>
        <w:t>to halaat ka normalization jo hai na wah bahut zyada zaroori hai. to kyunke uske baghair hum kaam nahi kar sakte. phir uske baad jo hai wah hamein yahi karna hai ke halaat ko normalize karne ke baad hamein har tarah se interact karna hai. misunderstandings ko door karna hai. logon ki sharing karni hai, unki baat sunni hai, apni baat sunani hai normal mahaul mein.</w:t>
      </w:r>
    </w:p>
    <w:p>
      <w:pPr>
        <w:jc w:val="right"/>
      </w:pPr>
      <w:r>
        <w:t>तो हालात का normalization जो है ना वह बहुत ज़्यादा ज़रूरी है. तो क्योंकि उसके बगैर हम काम नहीं कर सकते. फिर उसके बाद जो है वह हमें यही करना है कि हालात को normalize करने के बाद हमें हर तरह से interact करना है. Misunderstandings को दूर करना है. लोगों की sharing करनी है, उनकी बात सुननी है, अपनी बात सुनानी है normal माहौल में.</w:t>
      </w:r>
    </w:p>
    <w:p>
      <w:r>
        <w:rPr>
          <w:b/>
        </w:rPr>
        <w:t xml:space="preserve">[25:03] </w:t>
      </w:r>
      <w:r>
        <w:t>to bahut hi zyada aap dawa varg ka kaam kar paenge. aapka taskiya ke hawale se agla sawal karna chahunga aapse.</w:t>
      </w:r>
    </w:p>
    <w:p>
      <w:pPr>
        <w:jc w:val="right"/>
      </w:pPr>
      <w:r>
        <w:t>तो बहुत ही ज़्यादा आप दावा वर्ग का काम कर पाएंगे. आपका तस्किया के हवाले से अगला सवाल करना चाहूंगा आपसे.</w:t>
      </w:r>
    </w:p>
    <w:p>
      <w:r>
        <w:rPr>
          <w:b/>
        </w:rPr>
        <w:t xml:space="preserve">[25:16] </w:t>
      </w:r>
      <w:r>
        <w:t>jaisa ke hum jante hain ke taskiya yani purification means that one is able to free oneself from negative feelings and Maulana sahib ne Maulana sahib yeh bhi kaha karte the ke the level of nearness of God depends on your personal realization of God. apne aakhri waqt tak he maintained that I do not have hate or negativity in my heart.</w:t>
      </w:r>
    </w:p>
    <w:p>
      <w:pPr>
        <w:jc w:val="right"/>
      </w:pPr>
      <w:r>
        <w:t>जैसा कि हम जानते हैं कि तस्किया यानी purification means that one is able to free oneself from negative feelings and मलाना साहब ने मलाना साहब यह भी कहा करते थे कि the level of nearness of God depends on your personal realization of God. अपने आखिरी वक्त तक he maintained that I do not have hate or negativity in my heart.</w:t>
      </w:r>
    </w:p>
    <w:p>
      <w:r>
        <w:rPr>
          <w:b/>
        </w:rPr>
        <w:t xml:space="preserve">[25:43] </w:t>
      </w:r>
      <w:r>
        <w:t>in fact apa aapko yaad hoga unka ek bahut hi famous jumla bhi tha jo wo chahte the ke hum log sab usko apni life mein bhi utaren ke jo de uska bhi bhala aur jo na de uska bhi bhala. meaning that one should always maintain one's positivity at all cost.</w:t>
      </w:r>
    </w:p>
    <w:p>
      <w:pPr>
        <w:jc w:val="right"/>
      </w:pPr>
      <w:r>
        <w:t>In fact आपा आपको याद होगा उनका एक बहुत ही famous जुमला भी था जो वो चाहते थे कि हम लोग सब उसको अपनी life में भी उतारें कि जो दे उसका भी भला और जो ना दे उसका भी भला. Meaning that one should always maintain one's positivity at all cost.</w:t>
      </w:r>
    </w:p>
    <w:p>
      <w:r>
        <w:rPr>
          <w:b/>
        </w:rPr>
        <w:t xml:space="preserve">[26:02] </w:t>
      </w:r>
      <w:r>
        <w:t>he is to say that I cannot afford even an iota of negativity because that would mean that I will compromise on my God realization, on my connection with God and all this is dependent on one's taskiya. to aap hum chahenge ke aap taskiya ke hawale se Murana Wahiduddin Khan sahib ki koi kuch baatein hum sabko batayein?</w:t>
      </w:r>
    </w:p>
    <w:p>
      <w:pPr>
        <w:jc w:val="right"/>
      </w:pPr>
      <w:r>
        <w:t>He is to say that I cannot afford even an iota of negativity because that would mean that I will compromise on my God realization, on my connection with God and all this is dependent on one's तस्किया. तो आप हम चाहेंगे कि आप तस्किया के हवाले से मुराना वैद्युन खान साहब की कोई कुछ बातें हम सबको बताएं?</w:t>
      </w:r>
    </w:p>
    <w:p>
      <w:r>
        <w:rPr>
          <w:b/>
        </w:rPr>
        <w:t xml:space="preserve">[26:26] </w:t>
      </w:r>
      <w:r>
        <w:t>haan kyunke main dekhti thi ke Murana sahib bilkul negativity ko bilkul bardasht nahi karte the. main kabhi koi aisi baat kehti to wo sunti hi nahi the. to maine ek din pucha to, to kaha ke main hump spirit jo hai uska erosion bardasht nahi kar sakta.</w:t>
      </w:r>
    </w:p>
    <w:p>
      <w:pPr>
        <w:jc w:val="right"/>
      </w:pPr>
      <w:r>
        <w:t>हाँ क्योंकि मैं देखती थी कि मुरान साहब बिल्कुल negativity को बिल्कुल बर्दाश्त नहीं करते थे. मैं कभी कोई ऐसी बात कहती तो वो सुनती ही नहीं थे. तो मैंने एक दिन पुछा तो, तो कहा कि मैं hump spirit जो है उसका erosion बर्दाश्त नहीं कर सकता.</w:t>
      </w:r>
    </w:p>
    <w:p>
      <w:r>
        <w:rPr>
          <w:b/>
        </w:rPr>
        <w:t xml:space="preserve">[26:47] </w:t>
      </w:r>
      <w:r>
        <w:t>kyunke jahan mere andar negativity aai iska matlab yeh hai ke hum shukr nahi kar rahe hain aur hamein har waqt Khuda ka shukr karna hai to Khuda ka shukr ek positive mind hi kar sakta hai. to isliye wo bilkul negative nahi hote the kyun negative hue wo shukr gaya. to wo kehne ek lamha bhi wo aisa nahi guzarna chahte the jismein wo Khuda ka shukr na kar rahe ho.</w:t>
      </w:r>
    </w:p>
    <w:p>
      <w:pPr>
        <w:jc w:val="right"/>
      </w:pPr>
      <w:r>
        <w:t>क्योंकि जहां मेरे अंदर negativity आई इसका मतलब यह है कि हम शुक्र नहीं कर रहे हैं और हमें हर वक्त खुदा का शुक्र करना है तो खुदा का शुक्र एक positive mind ही कर सकता है. तो इसलिए वो बिल्कुल negative नहीं होते थे क्यों negative हुए वो शुक्र गया. तो वो कहने एक लम्हा भी वो ऐसा नहीं गुज़ारना चाहते थे जिसमें वो खुदा का शुक्र ना कर रहे हो.</w:t>
      </w:r>
    </w:p>
    <w:p>
      <w:r>
        <w:rPr>
          <w:b/>
        </w:rPr>
        <w:t xml:space="preserve">[27:15] </w:t>
      </w:r>
      <w:r>
        <w:t>to insan dekhiye Allah taala ne insan ko sahi fitrat par paida kiya hai. ek bachcha kitna masoom hota hai.</w:t>
      </w:r>
    </w:p>
    <w:p>
      <w:pPr>
        <w:jc w:val="right"/>
      </w:pPr>
      <w:r>
        <w:t>तो इंसान देखिए अल्लाह ताला ने इंसान को सही फितरत पर पैदा किया है. एक बच्चा कितना मासूम होता है.</w:t>
      </w:r>
    </w:p>
    <w:p>
      <w:r>
        <w:rPr>
          <w:b/>
        </w:rPr>
        <w:t xml:space="preserve">[27:23] </w:t>
      </w:r>
      <w:r>
        <w:t>lekin bachcha jab paida hota hai to usko tarah tarah ke jo society mein usko asraat padhte rehte hain to uski wajah se usko tarah tarah ke jo asraat padhte hain matti madhya duniya ke asraat usko usi ko kaha gaya hai usko hum deconditioning bhi kehte hain aur usi ko hum hadith mein kaha gaya hai ke jang lag jata hai. jaise lohe mein jang lag jata hai na?</w:t>
      </w:r>
    </w:p>
    <w:p>
      <w:pPr>
        <w:jc w:val="right"/>
      </w:pPr>
      <w:r>
        <w:t>लेकिन बच्चा जब पैदा होता है तो उसको तरह तरह के जो society में उसको असरात पढ़ते रहते हैं तो उसकी वजह से उसको तरह तरह के जो असरात पढ़ते हैं मठी माध्य दुनिया के असरात उसको उसी को कहा गया है उसको हम deconditioning भी कहते हैं और उसी को हम हदीश में कहा गया है कि जंग लग जाता है. जैसे लोहे में जंग लग जाता है ना?</w:t>
      </w:r>
    </w:p>
    <w:p>
      <w:r>
        <w:rPr>
          <w:b/>
        </w:rPr>
        <w:t xml:space="preserve">[27:49] </w:t>
      </w:r>
      <w:r>
        <w:t>vaise hi insan ke dilon mein bhi jang lag jata hai. matlab dil mein mail aa jati hai. to dheere dheere agar hum alert na ho jayein to hamara sara dil jo hai maila ho jata hai. to usi ko deconditioning karke hamein apne aapko usko jila dena hai. to wajah kya hai kyun insan itni jaldi galat raste par chal padta hai? kyunke dekhiye insan is duniya mein test ke liye aaya hai.</w:t>
      </w:r>
    </w:p>
    <w:p>
      <w:pPr>
        <w:jc w:val="right"/>
      </w:pPr>
      <w:r>
        <w:t>वैसे ही इंसान के दिलों में भी जंग लग जाता है. मतलब दिल में मैल आ जाती है. तो धीरे धीरे अगर हम alert ना हो जाएं तो हमारा सारा दिल जो है मैला हो जाता है. तो उसी को deconditioning करके हमें अपने आपको उसको जिला देना है. तो वजह क्या है क्यों इंसान इतनी जल्दी गलत रास्ते पर चल पड़ता है? क्योंकि देखिए इंसान इस दुनिया में test के लिए आया है.</w:t>
      </w:r>
    </w:p>
    <w:p>
      <w:r>
        <w:rPr>
          <w:b/>
        </w:rPr>
        <w:t xml:space="preserve">[28:18] </w:t>
      </w:r>
      <w:r>
        <w:t>to test ke purpose se usko yahan par har tarah ke halaat hain. jab har tarah ke halaat na ho to test kaise hoga? yahan par shaitan bhi hai, yahan par, tarah tarah ke log hain jo usko pareshan karte hain, usko provoke karte hain, usko kahin musibaton mein dalte hain, to wah negative ho jata hai.</w:t>
      </w:r>
    </w:p>
    <w:p>
      <w:pPr>
        <w:jc w:val="right"/>
      </w:pPr>
      <w:r>
        <w:t>तो test के purpose से उसको यहां पर हर तरह के हालात हैं. जब हर तरह के हालात ना हो तो test कैसे होगा? यहां पर शैतान भी है, यहां पर, तरह तरह के लोग हैं जो उसको परेशान करते हैं, उसको provoke करते हैं, उसको कहीं मुसीबतों में डालते हैं, तो वह negative हो जाता है.</w:t>
      </w:r>
    </w:p>
    <w:p>
      <w:r>
        <w:rPr>
          <w:b/>
        </w:rPr>
        <w:t xml:space="preserve">[28:41] </w:t>
      </w:r>
      <w:r>
        <w:t>to yahi cheez jo hai usko negativity ko khatam karni hai kyunke insan ek spiritual creature hai, spiritual makhluk hai. to lekin wah is duniya mein jo maddi duniya hai usse wah, wah spirituality uski dhak jati hai aur Allah talan har cheez potential ke roop mein diya hai. to wah spirituality jo hai na wah potential ke roop mein hai. to us potential ko hamein actual banana hai.</w:t>
      </w:r>
    </w:p>
    <w:p>
      <w:pPr>
        <w:jc w:val="right"/>
      </w:pPr>
      <w:r>
        <w:t>तो यही चीज़ जो है उसको negativity को खत्म करनी है क्योंकि इंसान एक spiritual creature है, spiritual मक्लोक है. तो लेकिन वह इस दुनिया में जो माद्दी दुनिया है उससे वह, वह spirituality उसकी ढक जाती है और अल्लाह तालन हर चीज़ potential के रूप में दिया है. तो वह spirituality जो है ना वह potential के रूप में है. तो उस potential को हमें actual बनाना है.</w:t>
      </w:r>
    </w:p>
    <w:p>
      <w:r>
        <w:rPr>
          <w:b/>
        </w:rPr>
        <w:t xml:space="preserve">[29:09] </w:t>
      </w:r>
      <w:r>
        <w:t>to usko actual banane ke liye jo sabse badi cheez hai wah yeh hai ke hamare andar negativity na ho. kyunke jahan hamare andar negativity hui wah farishte chale jate hain aur humko ya to shaitan ke hum asar mein hote hain ya farishton ke asar mein hote hain.</w:t>
      </w:r>
    </w:p>
    <w:p>
      <w:pPr>
        <w:jc w:val="right"/>
      </w:pPr>
      <w:r>
        <w:t>तो उसको actual बनाने के लिए जो सबसे बड़ी चीज़ है वह यह है कि हमारे अंदर negativity ना हो. क्योंकि जहां हमारे अंदर negativity हुई वहां फरिश्ते चले जाते हैं और हमको या तो शैतान के हम असर में होते हैं या फरिश्तों के असर में होते हैं.</w:t>
      </w:r>
    </w:p>
    <w:p>
      <w:r>
        <w:rPr>
          <w:b/>
        </w:rPr>
        <w:t xml:space="preserve">[29:28] </w:t>
      </w:r>
      <w:r>
        <w:t>agar hum negative hue to hum shaitan ke asar mein honge aur positive hue to farishton ke asar mein honge aur jab hum farishton ke asar mein honge tabhi hamein inspiration milega aur hum apni positive personality ko develop kar paenge.</w:t>
      </w:r>
    </w:p>
    <w:p>
      <w:pPr>
        <w:jc w:val="right"/>
      </w:pPr>
      <w:r>
        <w:t>अगर हम negative हुए तो हम शैतान के असर में होंगे और positive हुए तो फरिश्तों के असर में होंगे और जब हम फरिश्तों के असर में होंगे तभी हमें inspiration मिलेगा और हम अपनी positive personality को develop कर पाएंगे.</w:t>
      </w:r>
    </w:p>
    <w:p>
      <w:r>
        <w:rPr>
          <w:b/>
        </w:rPr>
        <w:t xml:space="preserve">[29:45] </w:t>
      </w:r>
      <w:r>
        <w:t>to uske liye jo hai bahut zyada Quran mein tadabbur karna, tafakkur karna, Allah ko yaad karna, har waqt, har mauke par Allah ko yaad karna, Allah ke nishaniyon par gaur fikr karna.</w:t>
      </w:r>
    </w:p>
    <w:p>
      <w:pPr>
        <w:jc w:val="right"/>
      </w:pPr>
      <w:r>
        <w:t>तो उसके लिए जो है बहुत ज़्यादा कुरान में तदब्बूर करना, तफकुर करना, अल्लाह को याद करना, हर वक्त, हर मौके पर अल्लाह को याद करना, अल्लाह के निशानियों पर गौर फ़िक्र करना.</w:t>
      </w:r>
    </w:p>
    <w:p>
      <w:r>
        <w:rPr>
          <w:b/>
        </w:rPr>
        <w:t xml:space="preserve">[29:59] </w:t>
      </w:r>
      <w:r>
        <w:t>to yahi sari cheezein hain jisse humko hum Khudab ke touch mein rehte hain, farishton ke touch mein rehte hain aur hamein musalsal inspiration milta rehta hai aur bahut sare insan se galtiyan hoti hain to uske liye hamein introspection karte rehna hai, istighfar karte rehna hai. to hamein musalsal hamein jisko marana keh dete hain anti self thinking.</w:t>
      </w:r>
    </w:p>
    <w:p>
      <w:pPr>
        <w:jc w:val="right"/>
      </w:pPr>
      <w:r>
        <w:t>तो यही सारी चीज़ें हैं जिससे हमको हम खुदाब के touch में रहते हैं, फरिश्तों के touch में रहते हैं और हमें मुसलसल inspiration मिलता रहता है और बहुत सारे इंसान से गलतियां होती हैं तो उसके लिए हमें introspection करते रहना है, इस्तेक्फार करते रहना है. तो हमें मुसलसल हमको जिसको माराना कह देते हैं anti self thinking.</w:t>
      </w:r>
    </w:p>
    <w:p>
      <w:r>
        <w:rPr>
          <w:b/>
        </w:rPr>
        <w:t xml:space="preserve">[30:25] </w:t>
      </w:r>
      <w:r>
        <w:t>to anti self thinking karni hai kyunke doosra har baat aapko nahi batayega ke aapke andar kya kami hai wah to hamein khud apni anti self thinking karni hai, apni kamiyon ko dhoondhte rehna hai aur phir Khuda se maafi mangna hai aur usko rectify karna hai. to yeh jo iske liye na shukr wali zindagi bahut zaroori hai.</w:t>
      </w:r>
    </w:p>
    <w:p>
      <w:pPr>
        <w:jc w:val="right"/>
      </w:pPr>
      <w:r>
        <w:t>तो anti self thinking करनी है क्योंकि दूसरा हर बात आपको नहीं बताएगा कि आपके अंदर क्या कमी है वो तो हमें खुद अपनी anti self thinking करनी है, अपनी कमियों को ढूंढते रहना है और फिर खुदा से माफी मांगना है और उसको rectify करना है. तो यह जो इसके लिए ना शुक्र वाली ज़िंदगी बहुत ज़रूरी है.</w:t>
      </w:r>
    </w:p>
    <w:p>
      <w:r>
        <w:rPr>
          <w:b/>
        </w:rPr>
        <w:t xml:space="preserve">[30:48] </w:t>
      </w:r>
      <w:r>
        <w:t>agar hum musalsal shukr mein rahenge to negativity jo hai wah hamare andar aayegi nahi kyunke jab uska antithesis hai negativity. to hamare andar negativity aayegi nahi. to shukr kyun? kyun hum nahi kar paate? isliye nahi kar paate ke hum paida hote hain aur paida hoti hai hamein. sari cheezein is duniya ki mil jati hain. hamein har zaroorat hamari poori hoti rehti hai. to we take everything for granted.</w:t>
      </w:r>
    </w:p>
    <w:p>
      <w:pPr>
        <w:jc w:val="right"/>
      </w:pPr>
      <w:r>
        <w:t>अगर हम मुसलसल शुक्र में रहेंगे तो negativity जो है वह हमारे अंदर आएगी नहीं क्योंकि जब उसका antithesis है negativity. तो हमारे अंदर negativity आएगी नहीं. तो शुक्र क्यों? क्यों हम नहीं कर पाते? इसलिए नहीं कर पाते कि हम पैदा होते हैं और पैदा होती है हमें. सारी चीज़ें इस दुनिया की मिल जाती हैं. हमें हर ज़रूरत हमारी पूरी होती रहती है. तो we take everything for granted.</w:t>
      </w:r>
    </w:p>
    <w:p>
      <w:r>
        <w:rPr>
          <w:b/>
        </w:rPr>
        <w:t xml:space="preserve">[31:17] </w:t>
      </w:r>
      <w:r>
        <w:t>kyunki hamein lagta hai ki yeh to sab mil hi rahi hai.</w:t>
      </w:r>
    </w:p>
    <w:p>
      <w:pPr>
        <w:jc w:val="right"/>
      </w:pPr>
      <w:r>
        <w:t>क्योंकि हमें लगता है कि यह तो सब मिल ही रही है.</w:t>
      </w:r>
    </w:p>
    <w:p>
      <w:r>
        <w:rPr>
          <w:b/>
        </w:rPr>
        <w:t xml:space="preserve">[31:22] </w:t>
      </w:r>
      <w:r>
        <w:t>koi hamare maa baap kar rahe hain.</w:t>
      </w:r>
    </w:p>
    <w:p>
      <w:pPr>
        <w:jc w:val="right"/>
      </w:pPr>
      <w:r>
        <w:t>कोई हमारे माँ बाप कर रहे हैं.</w:t>
      </w:r>
    </w:p>
    <w:p>
      <w:r>
        <w:rPr>
          <w:b/>
        </w:rPr>
        <w:t xml:space="preserve">[31:27] </w:t>
      </w:r>
      <w:r>
        <w:t>koi hum market se ho raha hai.</w:t>
      </w:r>
    </w:p>
    <w:p>
      <w:pPr>
        <w:jc w:val="right"/>
      </w:pPr>
      <w:r>
        <w:t>कोई हम market से हो रहा है.</w:t>
      </w:r>
    </w:p>
    <w:p>
      <w:r>
        <w:rPr>
          <w:b/>
        </w:rPr>
        <w:t xml:space="preserve">[31:32] </w:t>
      </w:r>
      <w:r>
        <w:t>kahin kahin se ho raha hai.</w:t>
      </w:r>
    </w:p>
    <w:p>
      <w:pPr>
        <w:jc w:val="right"/>
      </w:pPr>
      <w:r>
        <w:t>कहीं कहीं से हो रहा है.</w:t>
      </w:r>
    </w:p>
    <w:p>
      <w:r>
        <w:rPr>
          <w:b/>
        </w:rPr>
        <w:t xml:space="preserve">[31:37] </w:t>
      </w:r>
      <w:r>
        <w:t>to is tarike se hamara har kaam ho raha hai.</w:t>
      </w:r>
    </w:p>
    <w:p>
      <w:pPr>
        <w:jc w:val="right"/>
      </w:pPr>
      <w:r>
        <w:t>तो इस तरीके से हमारा हर काम हो रहा है.</w:t>
      </w:r>
    </w:p>
    <w:p>
      <w:r>
        <w:rPr>
          <w:b/>
        </w:rPr>
        <w:t xml:space="preserve">[31:42] </w:t>
      </w:r>
      <w:r>
        <w:t>to yeh hum sochte nahin ki yeh kaam jo hai yeh Khuda kar raha hai.</w:t>
      </w:r>
    </w:p>
    <w:p>
      <w:pPr>
        <w:jc w:val="right"/>
      </w:pPr>
      <w:r>
        <w:t>तो यह हम सोचते नहीं कि यह काम जो है यह खुदा कर रहा है.</w:t>
      </w:r>
    </w:p>
    <w:p>
      <w:r>
        <w:rPr>
          <w:b/>
        </w:rPr>
        <w:t xml:space="preserve">[31:47] </w:t>
      </w:r>
      <w:r>
        <w:t>agar hum har waqt yeh sochein ki yeh kaam Khuda ne kiya hai, to usse hamare andar shukr paida hoga.</w:t>
      </w:r>
    </w:p>
    <w:p>
      <w:pPr>
        <w:jc w:val="right"/>
      </w:pPr>
      <w:r>
        <w:t>अगर हम हर वक्त यह सोचें कि यह काम खुदा ने किया है, तो उससे हमारे अंदर शुक्र पैदा होगा.</w:t>
      </w:r>
    </w:p>
    <w:p>
      <w:r>
        <w:rPr>
          <w:b/>
        </w:rPr>
        <w:t xml:space="preserve">[31:52] </w:t>
      </w:r>
      <w:r>
        <w:t>marana to keh dete hain ki sirf yeh nahin kiya.</w:t>
      </w:r>
    </w:p>
    <w:p>
      <w:pPr>
        <w:jc w:val="right"/>
      </w:pPr>
      <w:r>
        <w:t>माराना तो कह देते हैं कि सिर्फ यह नहीं किया.</w:t>
      </w:r>
    </w:p>
    <w:p>
      <w:r>
        <w:rPr>
          <w:b/>
        </w:rPr>
        <w:t xml:space="preserve">[31:58] </w:t>
      </w:r>
      <w:r>
        <w:t>aur Khuda ka shukr ada karte the. to is tarike se hamein har bahut shukr mein rehna hai aur yahan tak ke wo kehte the ke yeh suraj jo nikal nikla hua hai wo hamare liye Allah talan nikala hai suraj. hawaein hamare liye chal rahi hain. to kehte the ke isse bahut bada shukr hamare andar paida hota hai. to is tarike se hamein extended taur par in sab cheezon ko blessings ko lena padega.</w:t>
      </w:r>
    </w:p>
    <w:p>
      <w:pPr>
        <w:jc w:val="right"/>
      </w:pPr>
      <w:r>
        <w:t>और खुदा का शुक्र अदा करते थे. तो इस तरीके से हमें हर बहुत शुक्र में रहना है और यहां तक के वो कहते थे कि यह सूरज जो निकल निकला हुआ है वो हमारे लिए अल्लाह तालन निकाला है सूरज. हवाएं हमारे लिए चल रही हैं. तो कहते थे कि इससे बहुत बड़ा शुक्र हमारे अंदर पैदा होता है. तो इस तरीके से हमें extended तौर पर इन सब चीज़ों को blessings को लेना पड़ेगा.</w:t>
      </w:r>
    </w:p>
    <w:p>
      <w:r>
        <w:rPr>
          <w:b/>
        </w:rPr>
        <w:t xml:space="preserve">[32:25] </w:t>
      </w:r>
      <w:r>
        <w:t>agar hum sirf apni blessings ko lenge to bahut bada shukr nahi kar paenge. to yeh jo hai hamein shukr ki zindagi guzarni hai, positive v t m mein andar paida karni hai kyunke jannat mein wahi soul jayegi jo positive soul ho. to kya hai Quran mein aaya hai jale ka jaza o man tazka. to wahi soul jayegi jisne apna taskiya kiya.</w:t>
      </w:r>
    </w:p>
    <w:p>
      <w:pPr>
        <w:jc w:val="right"/>
      </w:pPr>
      <w:r>
        <w:t>अगर हम सिर्फ अपनी blessings को लेंगे तो बहुत बड़ा शुक्र नहीं कर पाएंगे. तो यह जो है हमें शुक्र की ज़िंदगी गुज़ारनी है, positive v t m में अंदर पैदा करनी है क्योंकि जन्नत में वही soul जाएगी जो positive soul हो. तो क्या है कुरान में आया है जाले का जज़ाओ मन तज़क का. तो वही soul जाएगी जिसने अपना तस्किया किया.</w:t>
      </w:r>
    </w:p>
    <w:p>
      <w:r>
        <w:rPr>
          <w:b/>
        </w:rPr>
        <w:t xml:space="preserve">[32:54] </w:t>
      </w:r>
      <w:r>
        <w:t>to taskiya kehte hain purification of the self. to is wajah se taskiya karna hamare liye zaroori hai. jannat ek eternal hamari zindagi jo hai yeh char din ki zindagi nahi hai. insan ek eternal creature hai. to ek eternal life ke liye hum mehnat na karein. char din ke liye to hum bahut zyada mehnat karte hain.</w:t>
      </w:r>
    </w:p>
    <w:p>
      <w:pPr>
        <w:jc w:val="right"/>
      </w:pPr>
      <w:r>
        <w:t>तो तस्किया कहते हैं purification of the self. तो इस वजह से तस्किया करना हमारे लिए ज़रूरी है. जन्नत एक eternal हमारी ज़िंदगी जो है यह चार दिन की ज़िंदगी नहीं है. इंसान एक eternal creature है. तो एक eternal life के लिए हम मेहनत न करें. चार दिन के लिए तो हम बहुत ज़्यादा मेहनत करते हैं.</w:t>
      </w:r>
    </w:p>
    <w:p>
      <w:r>
        <w:rPr>
          <w:b/>
        </w:rPr>
        <w:t xml:space="preserve">[33:16] </w:t>
      </w:r>
      <w:r>
        <w:t>imtihaan dena hota hai ki din raat uske liye padhte hain aur ek eternal life hai to uske liye hame mehnat karni hai taaki hame eternal life mein hame ek eternal paradise hame mile. ji, jaza kalla aapaa, aapne bahut achhe se taskiya ko waazeh kiya.</w:t>
      </w:r>
    </w:p>
    <w:p>
      <w:pPr>
        <w:jc w:val="right"/>
      </w:pPr>
      <w:r>
        <w:t>इम्तिहान देना होता है कि दिन रात उसके लिए पढ़ते हैं और एक eternal life है तो उसके लिए हमें मेहनत करनी है ताकि हमें eternal life में हमें एक eternal paradise हमें मिले. जी, जज़ा कल्ला आपा, आपने बहुत अच्छे से तस्किया को वाज़े किया.</w:t>
      </w:r>
    </w:p>
    <w:p>
      <w:r>
        <w:rPr>
          <w:b/>
        </w:rPr>
        <w:t xml:space="preserve">[33:38] </w:t>
      </w:r>
      <w:r>
        <w:t>to main ab marefat yani god realization ke bare mein aapse poochna chahunga ki jaisa ki hum jante</w:t>
      </w:r>
    </w:p>
    <w:p>
      <w:pPr>
        <w:jc w:val="right"/>
      </w:pPr>
      <w:r>
        <w:t>तो मैं अब मारेफत यानी god realization के बारे में आपसे पूछना चाहूंगा कि जैसा कि हम जानते</w:t>
      </w:r>
    </w:p>
    <w:p>
      <w:r>
        <w:rPr>
          <w:b/>
        </w:rPr>
        <w:t xml:space="preserve">[33:44] </w:t>
      </w:r>
      <w:r>
        <w:t>hain ki marefat is the essence of religion, it is the spirit of islam and i would say</w:t>
      </w:r>
    </w:p>
    <w:p>
      <w:pPr>
        <w:jc w:val="right"/>
      </w:pPr>
      <w:r>
        <w:t>हैं कि मारेफत is the essence of religion, it is the spirit of Islam and I would say</w:t>
      </w:r>
    </w:p>
    <w:p>
      <w:r>
        <w:rPr>
          <w:b/>
        </w:rPr>
        <w:t xml:space="preserve">[33:50] </w:t>
      </w:r>
      <w:r>
        <w:t>that it makes one's islam a living thing.</w:t>
      </w:r>
    </w:p>
    <w:p>
      <w:pPr>
        <w:jc w:val="right"/>
      </w:pPr>
      <w:r>
        <w:t>that it makes one's Islam a living thing.</w:t>
      </w:r>
    </w:p>
    <w:p>
      <w:r>
        <w:rPr>
          <w:b/>
        </w:rPr>
        <w:t xml:space="preserve">[33:56] </w:t>
      </w:r>
      <w:r>
        <w:t>one's speech, one's conduct, one's worship or behavior, it's a reflection of one's marefat.</w:t>
      </w:r>
    </w:p>
    <w:p>
      <w:pPr>
        <w:jc w:val="right"/>
      </w:pPr>
      <w:r>
        <w:t>One's speech, one's conduct, one's worship or behavior, it's a reflection of one's मारेफात.</w:t>
      </w:r>
    </w:p>
    <w:p>
      <w:r>
        <w:rPr>
          <w:b/>
        </w:rPr>
        <w:t xml:space="preserve">[34:02] </w:t>
      </w:r>
      <w:r>
        <w:t>to ab hum marefat ke bare mein, uski importance ke bare mein hum sabko bataiye.</w:t>
      </w:r>
    </w:p>
    <w:p>
      <w:pPr>
        <w:jc w:val="right"/>
      </w:pPr>
      <w:r>
        <w:t>तो अब हम मारेफात के बारे में, उसकी importance के बारे में हम सबको बताइए.</w:t>
      </w:r>
    </w:p>
    <w:p>
      <w:r>
        <w:rPr>
          <w:b/>
        </w:rPr>
        <w:t xml:space="preserve">[34:09] </w:t>
      </w:r>
      <w:r>
        <w:t>quran mein ek aayat hai wama khalaqtul jinna wal ins illa le'abudoon. isse pata chalta hai ki insaan ko allah taala ne yeh ibadat ke liye paida kiya hai. to isi abdullah ibn abbas jo ki bade mufassire quran the unhone kaha ki yeh ibadat ka matlab marfat liya'rafun. to insaan ko isi liye paida hi kiya gaya hai.</w:t>
      </w:r>
    </w:p>
    <w:p>
      <w:pPr>
        <w:jc w:val="right"/>
      </w:pPr>
      <w:r>
        <w:t>कुरान में एक आयत है वमा खलक तुल जिन्नावल इनस इल्लाह लेआबधून. इससे पता चलता है कि इंसान को अल्लाह ताला ने यह बादत के लिए पैदा किया है. तो इसी अब्दुल्लाह एब ने अब्बास जो कि बड़े मुफस्सीरे कुरान थे उन्होंने कहा कि यह बादत का मतलब मार्फत लियार्फून. तो इंसान को इसीलिए पैदा ही किया गया है.</w:t>
      </w:r>
    </w:p>
    <w:p>
      <w:r>
        <w:rPr>
          <w:b/>
        </w:rPr>
        <w:t xml:space="preserve">[34:37] </w:t>
      </w:r>
      <w:r>
        <w:t>waise to bahut saare creatures thi duniya mein, lekin insaan ko is khaas maqsad ke liye paida kiya gaya hai. to insaan ek spiritual makhlooq hai, lekin usko is maaddi duniya mein rehne ki wajah se us par ek samajh lijiye ki ek veil pad jaata hai.</w:t>
      </w:r>
    </w:p>
    <w:p>
      <w:pPr>
        <w:jc w:val="right"/>
      </w:pPr>
      <w:r>
        <w:t>वैसे तो बहुत सारे creatures थी दुनिया में, लेकिन इंसान को इस खास मकसद के लिए पैदा किया गया है. तो इंसान एक spiritual मक्लूक है, लेकिन उसको इस माध्य दुनिया में रहने की वजह से उस पर एक समझ लीजिए कि एक veil पड़ जाता है.</w:t>
      </w:r>
    </w:p>
    <w:p>
      <w:r>
        <w:rPr>
          <w:b/>
        </w:rPr>
        <w:t xml:space="preserve">[34:55] </w:t>
      </w:r>
      <w:r>
        <w:t>to hame marfat haasil karne ke liye sirf ritual jo hum log karte hain namaz, roza, haj, zakaat, ritualistic andaaz mein to usse woh marfat, woh spiritual connection hame nahin milta. to uske liye hame bahut zyada tadabbur aur tafakkur karna hai. rasoolullah sarsalam ne farmaya ki jo log namaz bagair spirit ke padhte hain woh namaz khuda ke yahan accept nahin hoti.</w:t>
      </w:r>
    </w:p>
    <w:p>
      <w:pPr>
        <w:jc w:val="right"/>
      </w:pPr>
      <w:r>
        <w:t>तो हमें मार्फत हासिल करने के लिए सिर्फ ritual जो हम लोग करते हैं नमाज़, रोज़ा, सब किया, ritualistic अंदाज़ में तो उससे वह मार्फत, वह spiritual connection हमें नहीं मिलता. तो उसके लिए हमें बहुत ज़्यादा तदब्बूर और तफक्कुर करना है. रसूल्लाह सरसलम ने फरमाया कि जो लोग नमाज़ बगल spirit के पढ़ पढ़ते हैं वो नमाज़ खुदा के यहाँ accept नहीं होती.</w:t>
      </w:r>
    </w:p>
    <w:p>
      <w:r>
        <w:rPr>
          <w:b/>
        </w:rPr>
        <w:t xml:space="preserve">[35:24] </w:t>
      </w:r>
      <w:r>
        <w:t>ek baar ek aadmi aaya, aadmi ka sahabi rasoolullah sarsalam masjid nabvi mein baithe hue the profit wahan baithe hue hain. aapne dobara namaz padhwai kyunki usne jaldi jaldi namaz padh li hogi.</w:t>
      </w:r>
    </w:p>
    <w:p>
      <w:pPr>
        <w:jc w:val="right"/>
      </w:pPr>
      <w:r>
        <w:t>एक बार एक आदमी आया, आदमी का सहाबी रसूल्लाह सरस्लेम मस्जिद नब्बी में बैठे हुए थे profit वहाँ बैठे हुए हैं. आपने दोबारा नमाज़ पढ़वाई क्योंकि उसने जल्दी जल्दी नमाज़ पढ़ ली होगी.</w:t>
      </w:r>
    </w:p>
    <w:p>
      <w:r>
        <w:rPr>
          <w:b/>
        </w:rPr>
        <w:t xml:space="preserve">[35:53] </w:t>
      </w:r>
      <w:r>
        <w:t>wo poori spirit ke saath usne namaz nahin padhi hogi. to yeh hai ki humko jo bhi amal hum karein, woh poori spirit ke saath karein. tab bhi usse hame marfat kamane ka hai? khuda se connection. to khuda se connection jab bhi hoga jab hum bahut hi gehraai ke saath yeh ibadat karenge, soch samajhkar yeh ibadat karenge, uske maane samjhenge, usko apni zindagi mein apply karenge.</w:t>
      </w:r>
    </w:p>
    <w:p>
      <w:pPr>
        <w:jc w:val="right"/>
      </w:pPr>
      <w:r>
        <w:t>वो पूरी spirit के साथ उसने नमाज़ नहीं पढ़ी होगी. तो यह है कि हमको जो भी अमल हम करें, वह पूरी spirit के साथ करें. तब भी उससे हमें मार्फत कमाने क्या है? खुदा से connection. तो खुदा से connection जब भी होगा जब हम बहुत ही गहराई के साथ यह बादत करेंगे, सोच समझकर यह बादत करेंगे, उसके माने समझेंगे, उसको अपनी ज़िंदगी में apply करेंगे.</w:t>
      </w:r>
    </w:p>
    <w:p>
      <w:r>
        <w:rPr>
          <w:b/>
        </w:rPr>
        <w:t xml:space="preserve">[36:20] </w:t>
      </w:r>
      <w:r>
        <w:t>to khuda jo hai asal mein ghaib mein hai, kyunki yahan is duniya mein hum haalat-e-test mein hain, to hum psychologically hum khuda ko feel kar sakte hain. to khuda ko feel hum jab hi karenge, jab hum khuda ke upar soch rahe hon, khuda ki baatein kar rahe hon, khuda ko yaad kar rahe hon, khuda ne ki jo kaaynaat mein jo science hai signs and science bikhri hui hain, us par gaur o fikar kar rahe hon.</w:t>
      </w:r>
    </w:p>
    <w:p>
      <w:pPr>
        <w:jc w:val="right"/>
      </w:pPr>
      <w:r>
        <w:t>तो खुदा जो है असल में गैब में है, क्योंकि यहां इस दुनिया में हम हालते test में हैं, तो हम psychologically हम खुदा को feel कर सकते हैं. तो खुदा को feel हम जब ही करेंगे, जब हम खुदा के ऊपर सोच रहे हों, खुदा की बातें कर रहे हों, खुदा को याद कर रहे हों, खुदा ने की जो कहानात में जो science है sig and science बिखरी हुई हैं, उस पर गौरव फ़िक्र कर रहे हों.</w:t>
      </w:r>
    </w:p>
    <w:p>
      <w:r>
        <w:rPr>
          <w:b/>
        </w:rPr>
        <w:t xml:space="preserve">[36:48] </w:t>
      </w:r>
      <w:r>
        <w:t>aaj to bahut aasaan ho gaya hai science ne saari discoveries kar di hain. to hamare liye bahut aasaan ho gaya yeh, yeh kaam karna. to jab hum yeh saare kaam karenge, tab hame khuda se connection qaayam hoga. to iske liye bas wahi positivity jo hai na woh sabse zyada important hai. hamare andar ek positive personality hogi aur hum uske saath saath dua kar rahe honge.</w:t>
      </w:r>
    </w:p>
    <w:p>
      <w:pPr>
        <w:jc w:val="right"/>
      </w:pPr>
      <w:r>
        <w:t>आज तो बहुत आसान हो गया है science ने सारी discoveries कर दी हैं. तो हमारे लिए बहुत आसान हो गया यह, यह काम करना. तो जब हम यह सारे काम करेंगे, तब हमें खुदा से connection कायम होगा. तो इसके लिए बस वही positivity जो है ना वह सबसे ज़्यादा important है. हमारे अंदर एक positive personality होगी और हम उसके साथ साथ दुआ कर रहे होंगे.</w:t>
      </w:r>
    </w:p>
    <w:p>
      <w:r>
        <w:rPr>
          <w:b/>
        </w:rPr>
        <w:t xml:space="preserve">[37:17] </w:t>
      </w:r>
      <w:r>
        <w:t>to dua se allah taala jo hai hamari madad karenge aur hame yeh spirituality mein ek hissa milega. jisko rizq-e-karab kaha gaya hai quran mein. to iske liye jo maulana sahab ka tareeka tha ki koi bhi distraction nahin, woh kehte the distraction se sab khandit ho jaata hai. jahan distraction hua hamari jo ab tak ka jo safar chal raha tha woh sab kharab ho jaata hai.</w:t>
      </w:r>
    </w:p>
    <w:p>
      <w:pPr>
        <w:jc w:val="right"/>
      </w:pPr>
      <w:r>
        <w:t>तो दुआ से अल्लाह तालाह जो है हमारी मदद करेंगे और हमें यह spirituality में एक हिस्सा मिलेगा. जिसको रिस्कर्रब कहा गया है पुरान में. तो इसके लिए जो मोराना साहब का तरीका था कि कोई भी distraction नहीं, वह कहते थे distraction से सब खंडित हो जाता है. जहां distraction हुआ हमारी जो अब तक का जो सफर चल रहा था वह सब खराब हो जाता है.</w:t>
      </w:r>
    </w:p>
    <w:p>
      <w:r>
        <w:rPr>
          <w:b/>
        </w:rPr>
        <w:t xml:space="preserve">[37:45] </w:t>
      </w:r>
      <w:r>
        <w:t>to woh bilkul distraction ko allow nahin karte the. woh salamat salamat unka dimaag sochta rehta tha. sochta rehta tha inhi sab baaton par aur aisi koi baat hoti thi to usko koi dhyaan hi nahin dete the. agar humne koi doosri baatein aage karna shuru kar di to woh sunte hi nahin the. to is tareeke se woh musalsal woh sochte rehte the. khuda ki baaton par, khuda ki jo quran ki theme par, koi hadees hoti thi us par sochte rehte.</w:t>
      </w:r>
    </w:p>
    <w:p>
      <w:pPr>
        <w:jc w:val="right"/>
      </w:pPr>
      <w:r>
        <w:t>तो वह बिल्कुल distraction को allow नहीं करते थे. वह सलम सलम उनका दिमाग सोचता रहता था. सोचता रहता था इन्हीं सब बातों पर और ऐसी कोई बात होती थी तो उसको कोई ध्यान ही नहीं देते थे. अगर हमने कोई दूसरी बातें आगे करना शुरू कर दी तो वह सुनते ही नहीं थे. तो इस तरीके से वह मुसल वह सोचते रहते थे. होदा की बातों पर, होदा की जो पुरान की theme पर, कोई हदीश होती थी उस पर सोचते रहते.</w:t>
      </w:r>
    </w:p>
    <w:p>
      <w:r>
        <w:rPr>
          <w:b/>
        </w:rPr>
        <w:t xml:space="preserve">[38:14] </w:t>
      </w:r>
      <w:r>
        <w:t>kai baar kehte the main is aayat ke baare mein barson se soch raha hoon, hadees ke baare mein barson se soch raha hoon, aaj mujhe yeh samajh mein aayi hai. to is tareeke se hame apne aap ko poore concentration ke saath hame in tamaam cheezon par gaur o fikar karna hai, apne andar ek rabbani shor jagaana hai, tabhi hum khuda ki marfat haasil kar sakte hain.</w:t>
      </w:r>
    </w:p>
    <w:p>
      <w:pPr>
        <w:jc w:val="right"/>
      </w:pPr>
      <w:r>
        <w:t>कई बार कहते थे मैं इस आयत के बारे में बरसों से सोच रहा हूं, हदीश के बारे में बरसों से सोच रहा हूं, आज मुझे यह समझ में आई है. तो इस तरीके से हमें अपने आप को पूरे concentration के साथ हमें इन तमाम चीज़ों पर गौरफिक्र करना है, अपने अंदर एक रब्बानी शोर जगाना है, तभी हम खुदा के मार्फत हासिल कर सकते हैं.</w:t>
      </w:r>
    </w:p>
    <w:p>
      <w:r>
        <w:rPr>
          <w:b/>
        </w:rPr>
        <w:t xml:space="preserve">[38:39] </w:t>
      </w:r>
      <w:r>
        <w:t>woh har doosri cheez se bachna hai aur aajkal ke zamane mein to log jo hain sab ke sab bilkul hi destruction mein pade hue hain. kai parties hain, kabhi kai tarah tarah ke entertainments hain aur bilkul hi duniyadari mein hai rishtedaaron ki parties ho rahi hain. koi aisa zikr ke halqe bhi nahin qaayam karte log ki chalo baith ke khuda ka zikr karein. bas khaali parties ho rahi hain.</w:t>
      </w:r>
    </w:p>
    <w:p>
      <w:pPr>
        <w:jc w:val="right"/>
      </w:pPr>
      <w:r>
        <w:t>वह हर दूसरी चीज़ से बचना है और आजकल के जमाने में तो लोग जो हैं सब के सब बिल्कुल ही destruction में पड़े हुए हैं. कई parties हैं, कभी कई तरह तरह के entertainments हैं और बिल्कुल ही दुनियादारी में है रिश्तेदारों की parties हो रही हैं. कोई ऐसा ज़िक्र के हल्के भी नहीं कायम करते लोग कि चलो बैठ के खुदा का ज़िक्र करें. बस खाली parties हो रही हैं.</w:t>
      </w:r>
    </w:p>
    <w:p>
      <w:r>
        <w:rPr>
          <w:b/>
        </w:rPr>
        <w:t xml:space="preserve">[39:09] </w:t>
      </w:r>
      <w:r>
        <w:t>to yeh sab bilkul galat hai. isse hamari spiritual personality hamari develop nahin hogi aur jab hamari spiritual personality develop nahin hogi to hum jannat mein jaane ke qaabil hi nahin honge. to wahan to koi recommendation thodi chalegi. wahan to merit par sab kuch hoga. to wahan par humko apne apne apne aap ko is qaabil banana hai ki hum jannat mein jaane ka qaabil thehrein.</w:t>
      </w:r>
    </w:p>
    <w:p>
      <w:pPr>
        <w:jc w:val="right"/>
      </w:pPr>
      <w:r>
        <w:t>तो यह सब बिल्कुल गलत है. इससे हमारी spiritual personality हमारी develop नहीं होगी और जब हमारी spiritual personality develop नहीं होगी तो हम जन्नत में जाने के काबिल ही नहीं होंगे. तो वहां तो कोई recommendation थोड़ी चलेगी. वहां तो merit पर सब कुछ होगा. तो वहां पर हमको अपने अपने अपने आपको इस काबिल बनाना है कि हम जन्नत में जाने का काबिल ठहरें.</w:t>
      </w:r>
    </w:p>
    <w:p>
      <w:r>
        <w:rPr>
          <w:b/>
        </w:rPr>
        <w:t xml:space="preserve">[39:39] </w:t>
      </w:r>
      <w:r>
        <w:t>to isi baat ko, jo hai newton ne ek baar kaha newton ne jo itni bade bade discoveries ki us par usne kisi se poocha ki aapke andar koi khaas baat ho to bataein. to usne kaha ki i have no special sagacity but the power of patient thought.</w:t>
      </w:r>
    </w:p>
    <w:p>
      <w:pPr>
        <w:jc w:val="right"/>
      </w:pPr>
      <w:r>
        <w:t>तो इसी बात को जो है newton ने एक बार कहा newton ने जो इतनी बड़े बड़े discoveries की उस पर उसने किसी से पुछा कि आपके अंदर कोई खास बात हो तो बताएं. तो उसने कहा कि I have no special sagacity but the power of patient thought.</w:t>
      </w:r>
    </w:p>
    <w:p>
      <w:r>
        <w:rPr>
          <w:b/>
        </w:rPr>
        <w:t xml:space="preserve">[39:58] </w:t>
      </w:r>
      <w:r>
        <w:t>to yahi jo patient thought hai na, yahi ek religious man ko quran par karna hai, khuda par karna hai aur tamaam jo spiritual aur religious baatein hain unko us par karna hai. da'wah work par karna hai.</w:t>
      </w:r>
    </w:p>
    <w:p>
      <w:pPr>
        <w:jc w:val="right"/>
      </w:pPr>
      <w:r>
        <w:t>तो यही जो patient thought है ना, यही एक religious man को कुरान पर करना है, खोदा पर करना है और तमाम जो spiritual और religious बातें हैं उनको उस पर करना है. दावा work पर करना है.</w:t>
      </w:r>
    </w:p>
    <w:p>
      <w:r>
        <w:rPr>
          <w:b/>
        </w:rPr>
        <w:t xml:space="preserve">[40:15] </w:t>
      </w:r>
      <w:r>
        <w:t>tab hame discoveries hongi, spiritual discoveries hongi aur hame khuda ki madad se hame woh spiritual connection khuda se qaayam hoga jo ki ultimate hai jo ki hum hum jiske liye hame poori koshish karni chahiye. ji, aap aapne bilkul sahi kaha.</w:t>
      </w:r>
    </w:p>
    <w:p>
      <w:pPr>
        <w:jc w:val="right"/>
      </w:pPr>
      <w:r>
        <w:t>तब हमें discoveries होंगी, spiritual discoveries होंगी और हमें खुदा की मदद से हमें वह spiritual connection खुदा से काम होगा जो कि ultimate है जो कि हम हम जिसके लिए हमें पूरी कोशिश करनी चाहिए. जी, आप आपने बिल्कुल सही कहा.</w:t>
      </w:r>
    </w:p>
    <w:p>
      <w:r>
        <w:rPr>
          <w:b/>
        </w:rPr>
        <w:t xml:space="preserve">[40:38] </w:t>
      </w:r>
      <w:r>
        <w:t>in fact, khuda se connection hum tabhi kar sakte hain jab hamara ek positive mindset ho, jab hum negativity se khaali hon. to isliye yeh bhi bahut zaroori hai ki ek society mein ek peaceful environment hamesha rahe. agar peaceful environment nahin hoga to insaan na to maaddi taraqqi kar sakta hai aur na hi rohani taraqqi. to Maulana aapaa bahut zyada emphasize karte the.</w:t>
      </w:r>
    </w:p>
    <w:p>
      <w:pPr>
        <w:jc w:val="right"/>
      </w:pPr>
      <w:r>
        <w:t>In fact, खुदा से connection हम तभी कर सकते हैं जब हमारा एक positive mindset हो, जब हम negativity से खाली हों. तो इसलिए यह भी बहुत ज़रूरी है कि एक society में एक peaceful environment हमेशा रहे. अगर peaceful environment नहीं होगा तो इंसान ना तो मापदी तरक्की कर सकता है और ना ही रोहानी तरक्की. तो मुलाना आपा बहुत ज़्यादा emphasize करते थे.</w:t>
      </w:r>
    </w:p>
    <w:p>
      <w:r>
        <w:rPr>
          <w:b/>
        </w:rPr>
        <w:t xml:space="preserve">[41:05] </w:t>
      </w:r>
      <w:r>
        <w:t>unhone kai kitabein Islam aur world peace aur Islam mein peace ko kitna emphasize kiya gaya hai. is par unhone bahut likha hai, bahut kaha hai. saari zindagi woh is cheez par emphasize karte rahe ki aap opportunities ko tabhi avail kar sakte hain jab aap ek peaceful environment qaayam karein. usi tareeke se jaise aapaa ne bhi abhi bataya ki hum khuda se connection bhi tabhi qaayam kar sakte hain jab hamare andar peace ho.</w:t>
      </w:r>
    </w:p>
    <w:p>
      <w:pPr>
        <w:jc w:val="right"/>
      </w:pPr>
      <w:r>
        <w:t>उन्होंने कई किताबें इस्लाम और world peace और इस्लाम में peace को कितना emphasize किया गया है. इस पर उन्होंने बहुत लिखा है, बहुत कहा है. सारी ज़िंदगी वह इस चीज़ पर emphasize करते रहे कि आप opportunities को तभी avail कर सकते हैं जब आप एक peaceful environment कायम करें. उसी तरीके से जैसे आपा ने भी अभी बताया कि हम खुदा से connection भी तभी कायम कर सकते हैं जब हमारे अंदर peace हो.</w:t>
      </w:r>
    </w:p>
    <w:p>
      <w:r>
        <w:rPr>
          <w:b/>
        </w:rPr>
        <w:t xml:space="preserve">[41:35] </w:t>
      </w:r>
      <w:r>
        <w:t>to aapaa peace ke hawaale se hi main chahunga ki kuch aap bataein ki peace itna important kyun hai? isko waazeh karein. peace dekhiye Islam ka jo word hai woh shalom se nikla hai root word uska shalom hai. shalom ke maane peace and security. allah ka khud naam hai as-salaam, matlab peace, manifestation of peace.</w:t>
      </w:r>
    </w:p>
    <w:p>
      <w:pPr>
        <w:jc w:val="right"/>
      </w:pPr>
      <w:r>
        <w:t>तो आपा peace के हवाले से ही मैं चाहूंगा कि कुछ आप बताएं कि peace इतना important क्यों है? इसके इसको वाज़े करें. Peace देखिए इस्लाम का जो word है वह शिल्म से निकला है root word उसका शिल्म है. शिल्म के माने peace and security. अल्लाह का खुद नाम है अस्लाम, मतलब peace, manifestation of peace.</w:t>
      </w:r>
    </w:p>
    <w:p>
      <w:r>
        <w:rPr>
          <w:b/>
        </w:rPr>
        <w:t xml:space="preserve">[42:03] </w:t>
      </w:r>
      <w:r>
        <w:t>yeh paradise ka naam hai darus-salaam, abode of peace. to jo poora peace culture hum assalamu alaikum kehte hain, peace be upon you. to yeh saara kuch quran mein hai hum hawaale ke saath yeh baat kar sakte hain. to peace jo hai woh jo culture hai paradise ka woh peace hai.</w:t>
      </w:r>
    </w:p>
    <w:p>
      <w:pPr>
        <w:jc w:val="right"/>
      </w:pPr>
      <w:r>
        <w:t>यह paradise का नाम है दारुस्सलाम, abode of peace. तो जो पूरा peace culture हम अस्सलाम वालेकुम कहते हैं, peace be upon you. तो यह सारा कुछ कुरान में है हम हवाले के साथ यह बात कर सकते हैं. तो peace जो है वह जो culture है paradise का वह peace है.</w:t>
      </w:r>
    </w:p>
    <w:p>
      <w:r>
        <w:rPr>
          <w:b/>
        </w:rPr>
        <w:t xml:space="preserve">[42:27] </w:t>
      </w:r>
      <w:r>
        <w:t>wahan quran mein kaha gaya hai ki log jo hain, jannat ke log jo hain ek doosre ko salam salam kahenge. yaani salam salam ka matlab hai ki peace wali unka poora behavior hoga, woh poora culture hoga, wahan koi ek doosre ka khilaaf nahin hoga. woh aise logon ko to kaha gaya bible mein ki shaitaan log kaate jayenge. sab achhe log jo peaceful log honge wahi jannat mein entry paayenge.</w:t>
      </w:r>
    </w:p>
    <w:p>
      <w:pPr>
        <w:jc w:val="right"/>
      </w:pPr>
      <w:r>
        <w:t>वहां कुरान में कहा गया है कि लोग जो हैं, जन्नत के लोग जो हैं एक दूसरे को सलाम सलाम कहेंगे. यानी सलाम सलाम का मतलब है कि peace वाली उनका पूरा behavior होगा, वह पूरा culture होगा, वहां कोई एक दूसरे का खिलाफ नहीं होगा. वो ऐसे लोगों को तो कहा गया bible में कि शरीर लोग काटे जाएंगे. सब अच्छे लोग जो peaceful लोग होंगे वही जन्नत में entry पाएंगे.</w:t>
      </w:r>
    </w:p>
    <w:p>
      <w:r>
        <w:rPr>
          <w:b/>
        </w:rPr>
        <w:t xml:space="preserve">[42:57] </w:t>
      </w:r>
      <w:r>
        <w:t>to Islam chunki yeh to woh hai jannat ki baat kyunki wahan peaceful solely usko entry milegi. aur duniya mein yeh hai ki jab tak ki hum peaceful tareeke se na rahe to hum koi bhi kaam nahin kar sakte. swaahi conflict ho gayi, tarah tarah ke masail paida ho jayenge. sab ek doosre se nafrat karenge.</w:t>
      </w:r>
    </w:p>
    <w:p>
      <w:pPr>
        <w:jc w:val="right"/>
      </w:pPr>
      <w:r>
        <w:t>तो इस्लाम चूंकि यह तो वह है जन्नत की बात क्योंकि वहां peaceful solely उसको entry मिलेगी. और दुनिया में यह है कि जब तक कि हम peaceful तरीके से ना रहे तो हम कोई भी काम नहीं कर सकते. स्वाही conflict हो गई, तरह तरह के मसाल पैदा हो जाएंगे. सब एक दूसरे से नफरत करेंगे.</w:t>
      </w:r>
    </w:p>
    <w:p>
      <w:r>
        <w:rPr>
          <w:b/>
        </w:rPr>
        <w:t xml:space="preserve">[43:23] </w:t>
      </w:r>
      <w:r>
        <w:t>to hum koi kaam normal atmosphere sab khatm ho jayega. to aur Islam jo ki ek da'wati mission hai, to uske liye to peace jo hai bilkul aakhri had tak zaroori hai. Islam jo hai violence ko bilkul afford nahin kar sakta. kyunki hame doosron ko message communicate karna hai.</w:t>
      </w:r>
    </w:p>
    <w:p>
      <w:pPr>
        <w:jc w:val="right"/>
      </w:pPr>
      <w:r>
        <w:t>तो हम कोई काम normal atmosphere सब खत्म हो जाएगा. तो और इस्लाम जो कि एक दावती mission है, तो उसके लिए तो peace जो है बिल्कुल आखिरी हद तक ज़रूरी है. इस्लाम जो है violence को बिल्कुल afford नहीं कर सकता. क्योंकि हमें दूसरों को message communicate करना है.</w:t>
      </w:r>
    </w:p>
    <w:p>
      <w:r>
        <w:rPr>
          <w:b/>
        </w:rPr>
        <w:t xml:space="preserve">[43:46] </w:t>
      </w:r>
      <w:r>
        <w:t>agar hum usse junk kar rahe honge, agar hum usse nafrat kar rahe honge, to woh kaise hamari baat ko gaur se sunega? to is wajah se hame hame khud yeh onus lena hai ki hum mahaul ko achha rakhein. agar koi hame provoke karta hai to hum provoke na hon. koi humse nafrat karta hai to hum usko nafrat ka jawab nafrat se na dein. to yeh hamari zimmedari hai kyunki hum da'i hain aur woh mad'u hai.</w:t>
      </w:r>
    </w:p>
    <w:p>
      <w:pPr>
        <w:jc w:val="right"/>
      </w:pPr>
      <w:r>
        <w:t>अगर हम उससे junk कर रहे होंगे, अगर हम उससे नफरत कर रहे होंगे, तो वह कैसे हमारी बात को गौर से सुनेगा? तो इस वजह से हमें हमें खुद यह onus लेना है कि हम माहौल को अच्छा रखें. अगर कोई हमें provoke करता है तो हम provoke ना हो. कोई हमसे नफरत करता है तो हम उसको नफरत कज से का जवाब नफरत से न दें. तो यह हमारी ज़िम्मेदारी है क्योंकि हम दाई हैं और वह मधु है.</w:t>
      </w:r>
    </w:p>
    <w:p>
      <w:r>
        <w:rPr>
          <w:b/>
        </w:rPr>
        <w:t xml:space="preserve">[44:14] </w:t>
      </w:r>
      <w:r>
        <w:t>to hamein har haal mein madu ki khairkhwahi karna hai, madu ke liye duaein karni hai aur halaat ko hamein peaceful banaye rakhna hai. ab yeh dekhiye pehle zamana to woh ab khatm ho gaya. religious persecution ka zamana tha. wahan to sachmuch bahut zyada masal the. log ek doosre ko maar daalte the. doosra matlab bilkul bardasht nahi tha.</w:t>
      </w:r>
    </w:p>
    <w:p>
      <w:pPr>
        <w:jc w:val="right"/>
      </w:pPr>
      <w:r>
        <w:t>तो हमें हर हाल में मधु की खैरख्वाही करना है, मधु के लिए दुआएं करनी है और हालात को हमें peaceful बनाए रखना है. अब यह देखिए पहले जमाना तो वह अब खत्म हो गया. Religious persecution का जमाना था. वहां तो सचमुच बहुत ज़्यादा मसाल थे. लोग एक दूसरे को मार डालते थे. दूसरा मतलब बिल्कुल बर्दाश्त नहीं था.</w:t>
      </w:r>
    </w:p>
    <w:p>
      <w:r>
        <w:rPr>
          <w:b/>
        </w:rPr>
        <w:t xml:space="preserve">[44:43] </w:t>
      </w:r>
      <w:r>
        <w:t>lekin aaj to mukammal aazadi hai. agar hum peaceful tareeqe se kaam karna chahein to hamein koi bhi rukawat nahi hai. aaj to bas hamein peaceful andaaz mein opportunities ko avail karna hai. to aaj to duniya jo hai woh ek bilkul ek global village ban gayi hai itna zyada communication hai, technology hai. ab hamare liye kuch bhi masla nahi hai.</w:t>
      </w:r>
    </w:p>
    <w:p>
      <w:pPr>
        <w:jc w:val="right"/>
      </w:pPr>
      <w:r>
        <w:t>लेकिन आज तो मकमल आज़ादी है. अगर हम peaceful तरीके से काम करना चाहें तो हमें कोई भी रुकावट नहीं है. आज तो बस हमें peaceful अंदाज़ में opportunities को avail करना है. तो आज तो दुनिया जो है वह एक बिल्कुल एक global village वन गई है इतना ज़्यादा communication है, technology है. अब हमारे लिए कुछ भी मसला नहीं है.</w:t>
      </w:r>
    </w:p>
    <w:p>
      <w:r>
        <w:rPr>
          <w:b/>
        </w:rPr>
        <w:t xml:space="preserve">[45:09] </w:t>
      </w:r>
      <w:r>
        <w:t>ab hamare liye koi excuse nahi hai agar Allah se poochhega ki tumne dawah work kyu nahi kiya? to hamare paas koi excuse nahi hai. kyunki hum ghar baithe kaam kar sakte hain hamein kahin jaana bhi nahi hai agar hamare paas sirf ek laptop hai, ek mobile hai usi se hamara kaam chalta hai. bas hamein halaat bigadna nahi hai. halaat agar bigadenge to kaam nahi banega.</w:t>
      </w:r>
    </w:p>
    <w:p>
      <w:pPr>
        <w:jc w:val="right"/>
      </w:pPr>
      <w:r>
        <w:t>अब हमारे लिए कोई excuse नहीं है अगर अल्लाह से पूछेगा कि तुमने दावा वर्ग क्यों नहीं किया? तो हमारे पास कोई excuse नहीं है. क्योंकि हम घर बैठे काम कर सकते हैं हमें कहीं जाना भी नहीं है अगर हमारे पास सिर्फ एक laptop है, एक mobile है उसी से हमारा काम चलता है. बस हमें हालात बिगाड़ना नहीं है. हालात अगर बिगाड़ेंगे तो काम नहीं बनेगा.</w:t>
      </w:r>
    </w:p>
    <w:p>
      <w:r>
        <w:rPr>
          <w:b/>
        </w:rPr>
        <w:t xml:space="preserve">[45:32] </w:t>
      </w:r>
      <w:r>
        <w:t>peaceful andaaz mein hamein kaam karte rehna hai aur Allah ki siddhwa karte rehna hai, Allah ki madad se hamein yeh kaam karna hai. is wajah se peace jo hai bahut zyada zaroori hai.</w:t>
      </w:r>
    </w:p>
    <w:p>
      <w:pPr>
        <w:jc w:val="right"/>
      </w:pPr>
      <w:r>
        <w:t>Peaceful अंदाज़ में हमें काम करते रहना है और अल्लाह की सिद्धवा करते रहना है, अल्लाह की मदद से हमें यह काम करना है. इस वजह से peace जो है बहुत ज़्यादा ज़रूरी है.</w:t>
      </w:r>
    </w:p>
    <w:p>
      <w:r>
        <w:rPr>
          <w:b/>
        </w:rPr>
        <w:t xml:space="preserve">[45:48] </w:t>
      </w:r>
      <w:r>
        <w:t>ji, aapka agla sawal poochne se pehle I would like to share this information with all the people who are watching from Pakistan that there is a book fair which is going on and which which is which will be on till May 15 and you can visit the CPS book stall at Expo Center, Johar Town.</w:t>
      </w:r>
    </w:p>
    <w:p>
      <w:pPr>
        <w:jc w:val="right"/>
      </w:pPr>
      <w:r>
        <w:t>जी, आपका अगला सवाल पूछने से पहले I would like to share this information with all the people who are watching from Pakistan that there is a book fair which is going on and which which is which will be on till May 15 and you can visit the CPS book stall at Expo Center, जोहर Town.</w:t>
      </w:r>
    </w:p>
    <w:p>
      <w:r>
        <w:rPr>
          <w:b/>
        </w:rPr>
        <w:t xml:space="preserve">[46:12] </w:t>
      </w:r>
      <w:r>
        <w:t>all books of Maulana Wahiduddin Khan sahib are available in this at this stall at a huge discount. you can contact, Tariq Badar sahib, who's running the stall at Lahore, and you can avail, all the books of Maulana sahib.</w:t>
      </w:r>
    </w:p>
    <w:p>
      <w:pPr>
        <w:jc w:val="right"/>
      </w:pPr>
      <w:r>
        <w:t>All books of मुलाना वैदुदीन खान साहब are available in this at this stall at a huge discount. You can contact, तारीख़ बदर साहब, who's running the stall at लाहौर, and you can avail, all the books of मुलाना साहब.</w:t>
      </w:r>
    </w:p>
    <w:p>
      <w:r>
        <w:rPr>
          <w:b/>
        </w:rPr>
        <w:t xml:space="preserve">[46:29] </w:t>
      </w:r>
      <w:r>
        <w:t>I will request Tariq Badar sahib who's also watching this program live to also post a contact number so people who are watching from Lahore and surrounding areas and who want to visit the stall or who wants to contact you, they can contact you with that number. so Tariq sahib please post your mobile number as well. aapka agla sawal problem se related hai. aksar hum logon ko yeh kehte hue sunte hain ki ki agar god hain to itni problems kyu hain?</w:t>
      </w:r>
    </w:p>
    <w:p>
      <w:pPr>
        <w:jc w:val="right"/>
      </w:pPr>
      <w:r>
        <w:t>I will request तारीख़ बदर साहब who's also watching this program live to also post a contact number so people who are watching from लाहौर and surrounding areas and who want to visit the stall or who wants to contact you, they can contact you with that number. So तरीक साहब please post your mobile number as well. आपका अगला सवाल problem से related है. अक्सर हम लोगों को यह कहते हुए सुनते हैं कि कि अगर god हैं तो इतनी problems क्यों हैं?</w:t>
      </w:r>
    </w:p>
    <w:p>
      <w:r>
        <w:rPr>
          <w:b/>
        </w:rPr>
        <w:t xml:space="preserve">[46:59] </w:t>
      </w:r>
      <w:r>
        <w:t>why is it that there are so many difficulties, challenges? to is iska kya jawab hoga ki agar agar god hain to phir problems kyu hain? life ek smoothly kyu nahi run kar sakti? kyu hum apni zindagi mein itne challenges face karte hain? iska kya, iska kya karan hai? bahut sare logon ka yeh hai ki agar Khuda hota to duniya mein itni burai nahi hoti.</w:t>
      </w:r>
    </w:p>
    <w:p>
      <w:pPr>
        <w:jc w:val="right"/>
      </w:pPr>
      <w:r>
        <w:t>Why is it that there are so many difficulties, challenges? तो इस इसका क्या जवाब होगा कि अगर अगर god हैं तो फिर problems क्यों हैं? Life एक smoothly क्यों नहीं run कर सकती? क्यों हम अपनी ज़िंदगी में इतने challenges face करते हैं? इसका क्या, इसका क्या कारण है? बहुत सारे लोगों का यह है कि अगर खुदा होता तो दुनिया में इतनी बुराई नहीं होती.</w:t>
      </w:r>
    </w:p>
    <w:p>
      <w:r>
        <w:rPr>
          <w:b/>
        </w:rPr>
        <w:t xml:space="preserve">[47:26] </w:t>
      </w:r>
      <w:r>
        <w:t>problem of evil ko lekar ke bahut sare log atheist ho jate hain. asal mein woh yeh samajhte hain ki Khuda ne sab kuch create kiya hai. evil bhi Khuda ne create kiya hai. to aisa nahi hai. evil Khuda ne nahi create ki hai. Khuda ne freedom diya hai aur un logon ko asal mein yeh nahi maloom ki insan is duniya mein test ke liye aaya hai. to yeh basic cheez hai jiske zariye se woh doosri baaton ko samajh sakte hain.</w:t>
      </w:r>
    </w:p>
    <w:p>
      <w:pPr>
        <w:jc w:val="right"/>
      </w:pPr>
      <w:r>
        <w:t>Problem of evil को लेकर के बहुत सारे लोग atheist हो जाते हैं. असल में वह यह समझते हैं कि खुदा ने सब कुछ create किया है. Evil भी खुदा ने create किया है. तो ऐसा नहीं है. Evil खुदा ने नहीं create की है. खुदा ने freedom दिया है और उन लोगों को असल में यह नहीं मालूम कि इंसान इस दुनिया में test के लिए आया है. तो यह basic चीज़ है जिसके जरिए से वह दूसरी बातों को समझ सकते हैं.</w:t>
      </w:r>
    </w:p>
    <w:p>
      <w:r>
        <w:rPr>
          <w:b/>
        </w:rPr>
        <w:t xml:space="preserve">[47:54] </w:t>
      </w:r>
      <w:r>
        <w:t>to jab agar agar hamare haath paon baandh diye jayenge musal ke taur par hum examination hall mein jate hain, hamare haath paon baandh diye gaye, to hum kaise exam lenge? to is tareeqe se yahan par Allah taala ne hamein aazadi di hai aur hamare andar desires bahut zyada hain. asal mein yeh jo desires hai na, yeh akhirat ke lihaaz se, jannat ke lihaaz se rakhi gayi hai.</w:t>
      </w:r>
    </w:p>
    <w:p>
      <w:pPr>
        <w:jc w:val="right"/>
      </w:pPr>
      <w:r>
        <w:t>तो जब अगर अगर हमारे हाथ पांव बांध दिए जाएंगे मुसाल के तौर पर हम examination हाल में जाते हैं, हमारे हाथ पांव बांध दिए गए, तो हम कैसे exam लेंगे? तो इस तरीके से यहां पर अल्लाह तालाह ने हमें आज़ादी दी है और हमारे अंदर desires बहुत ज़्यादा है. असल में यह जो desires है ना, यह आखिरत के लिहाज से, जन्नत के लिहाज से रखी गई है.</w:t>
      </w:r>
    </w:p>
    <w:p>
      <w:r>
        <w:rPr>
          <w:b/>
        </w:rPr>
        <w:t xml:space="preserve">[48:23] </w:t>
      </w:r>
      <w:r>
        <w:t>Quran mein aaya ki jannat mein jo kuch hum chahenge woh milega. to desire based life hogi wahan par aur duniya mein need based life hai. lekin hamare andar woh saare jazbaat agar na hote to hum jannat ke liye mehnat hi na karte. hamare andar woh saare jazbaat hain, hamare ambitions hain, aspirations hain to uske liye hum kaam karna chahte hain.</w:t>
      </w:r>
    </w:p>
    <w:p>
      <w:pPr>
        <w:jc w:val="right"/>
      </w:pPr>
      <w:r>
        <w:t>कुरान में आया कि जन्नत में जो कुछ हम चाहेंगे वो मिलेगा. तो desire based life होगी वहां पर और दुनिया में need based life है. लेकिन हमारे अंदर वो सारे जज़्बात अगर ना होते तो हम जन्नत के लिए मेहनत ही ना करते. हमारे अंदर वो सारे जज़्बात हैं, हमारे ambitions हैं, aspirations हैं तो उसके लिए हम काम करना चाहते हैं.</w:t>
      </w:r>
    </w:p>
    <w:p>
      <w:r>
        <w:rPr>
          <w:b/>
        </w:rPr>
        <w:t xml:space="preserve">[48:48] </w:t>
      </w:r>
      <w:r>
        <w:t>to agar hamare paas proper guidance ho ki woh cheezein sab akhirat mein milengi duniya mein nahi, to hamein baat samajh mein aa jaye ki is duniya mein hamein apni aazadi ka sahi istemal karna hai. jitni bhi buraiyan hui hain, woh sab aazadi ke galat istemal se.</w:t>
      </w:r>
    </w:p>
    <w:p>
      <w:pPr>
        <w:jc w:val="right"/>
      </w:pPr>
      <w:r>
        <w:t>तो अगर हमारे पास proper guidance हो कि वह चीज़ें सब आख़िरत में मिलेंगी दुनिया में नहीं, तो हमें बात समझ में आ जाए कि इस दुनिया में हमें अपनी आज़ादी का सही इस्तेमाल करना है. जितनी भी बुराइयां हुई हैं, वह सब आज़ादी के गलत इस्तेमाल से.</w:t>
      </w:r>
    </w:p>
    <w:p>
      <w:r>
        <w:rPr>
          <w:b/>
        </w:rPr>
        <w:t xml:space="preserve">[49:08] </w:t>
      </w:r>
      <w:r>
        <w:t>to yeh jo hai to yeh insan chuki insan ko Khuda ki hidayat nahi mili hui hai na, to is wajah se woh, usko ehsaas hi nahi hai ki woh accountable hai Khuda ke aage. woh samajhta hai jaise duniya mein uski baatein chhup jati hain, court mein case jata hai, vakeel ko paisa dekar bach jata hai. to consciously unconsciously woh samajhta hai ki akhirat mein bhi aisa hoga.</w:t>
      </w:r>
    </w:p>
    <w:p>
      <w:pPr>
        <w:jc w:val="right"/>
      </w:pPr>
      <w:r>
        <w:t>तो यह जो है तो यह इंसान चूंकि इंसान को खुदा की हिजायत नहीं मिली हुई है ना, तो इस वजह से वह, उसकोई एहसास ही नहीं है कि वह accountable है खुदा के आगे. वह समझता है जैसे दुनिया में उसकी बातें छुप जाती हैं, court में case जाता है, वकील को पैसा देकर बच जाता है. तो consciously unconsciously वह समझता है कि आखिरत में भी ऐसा होगा.</w:t>
      </w:r>
    </w:p>
    <w:p>
      <w:r>
        <w:rPr>
          <w:b/>
        </w:rPr>
        <w:t xml:space="preserve">[49:38] </w:t>
      </w:r>
      <w:r>
        <w:t>wahan to aisa nahi hoga, wahan to ek ek cheez jo kuch humne is duniya mein kiya hai, woh sab kuch wahan hazir ho jayegi. woh Quran mein aaya hai ki yeh kaisa daftar hai ki chhote se chhote aur bade se bada amal jo hamara tha, woh sab is mein maujood hai. to yeh logon ko maloom nahi hai, Quran bhi log padhte hain. to woh tarjume ke saath, tafsir ke saath padhte nahi ho.</w:t>
      </w:r>
    </w:p>
    <w:p>
      <w:pPr>
        <w:jc w:val="right"/>
      </w:pPr>
      <w:r>
        <w:t>वहां तो ऐसा नहीं होगा, वहां तो एक एक चीज़ जो कुछ हमने इस दुनिया में किया है, वह सब कुछ वहां हाज़िर हो जाएगी. वो कुरान में आया है कि यह कैसा दफ्तर है कि छोटे से छोटा और बड़े से बड़ा अमल जो हमारा था, वो सब इसमें मौजूद है. तो ये लोगों को मालूम नहीं है, कुरान भी लोग पढ़ते हैं. तो वो तर्जुमे के साथ, तफ्सीर के साथ पढ़ते नहीं हो.</w:t>
      </w:r>
    </w:p>
    <w:p>
      <w:r>
        <w:rPr>
          <w:b/>
        </w:rPr>
        <w:t xml:space="preserve">[50:05] </w:t>
      </w:r>
      <w:r>
        <w:t>Quran padhne walon ko bhi sari baatein nahi maloom hain. to ek to yeh baat hai. doosri baat yeh hai ki jo problems logon ko nazar aa rahe hain woh Maulana kehte the ki woh challenges hain. to woh shock treatment hai.</w:t>
      </w:r>
    </w:p>
    <w:p>
      <w:pPr>
        <w:jc w:val="right"/>
      </w:pPr>
      <w:r>
        <w:t>कुरान पढ़ने वालों को भी सारी बातें नहीं मालूम हैं. तो एक तो यह बात है. दूसरी बात यह है कि जो problems लोगों को नज़र आ रहे हैं वह मौराना कहते थे कि वह challenges हैं. तो वह shock treatment है.</w:t>
      </w:r>
    </w:p>
    <w:p>
      <w:r>
        <w:rPr>
          <w:b/>
        </w:rPr>
        <w:t xml:space="preserve">[50:22] </w:t>
      </w:r>
      <w:r>
        <w:t>jaise main misaal doongi Gandhi ji ki ki Gandhi ji ko jab train se nikal utar ke bahar</w:t>
      </w:r>
    </w:p>
    <w:p>
      <w:pPr>
        <w:jc w:val="right"/>
      </w:pPr>
      <w:r>
        <w:t>जैसे मैं मिसाल दूंगी गांधी जी की कि गांधी जी को जब train से निकाल उतार के बाहर</w:t>
      </w:r>
    </w:p>
    <w:p>
      <w:r>
        <w:rPr>
          <w:b/>
        </w:rPr>
        <w:t xml:space="preserve">[50:29] </w:t>
      </w:r>
      <w:r>
        <w:t>phenk diya gaya platform par, tab Gandhi ji ke andar woh jaldba jaaga ki hamein India ko azaad karana hai.</w:t>
      </w:r>
    </w:p>
    <w:p>
      <w:pPr>
        <w:jc w:val="right"/>
      </w:pPr>
      <w:r>
        <w:t>फ़ेंक दिया गया platform पर, तब गांधी जी के अंदर वह जल्दबा जागा कि हमें India को आज़ाद कराना है.</w:t>
      </w:r>
    </w:p>
    <w:p>
      <w:r>
        <w:rPr>
          <w:b/>
        </w:rPr>
        <w:t xml:space="preserve">[50:37] </w:t>
      </w:r>
      <w:r>
        <w:t>to na wah hota na wah unke andar wah jaldbaagta.</w:t>
      </w:r>
    </w:p>
    <w:p>
      <w:pPr>
        <w:jc w:val="right"/>
      </w:pPr>
      <w:r>
        <w:t>तो ना वह होता ना वह उनके अंदर वह जल्दबा जागता.</w:t>
      </w:r>
    </w:p>
    <w:p>
      <w:r>
        <w:rPr>
          <w:b/>
        </w:rPr>
        <w:t xml:space="preserve">[50:45] </w:t>
      </w:r>
      <w:r>
        <w:t>to wah ek shock treatment hota hai insaan ke andar jo saare jaldbaad hai wah dormant position mein hote hain.</w:t>
      </w:r>
    </w:p>
    <w:p>
      <w:pPr>
        <w:jc w:val="right"/>
      </w:pPr>
      <w:r>
        <w:t>तो वह एक shock treatment होता है इंसान के अंदर जो सारे जल्दबाद है वह dormant position में होते हैं.</w:t>
      </w:r>
    </w:p>
    <w:p>
      <w:r>
        <w:rPr>
          <w:b/>
        </w:rPr>
        <w:t xml:space="preserve">[50:53] </w:t>
      </w:r>
      <w:r>
        <w:t>aisi Birla jo ke bahut bade industrialist hain woh unhone ek baar kahin Angrezo ke zamane mein woh kisi daftar mein gaye. to unko baithne nahi diya gaya, khade khade unhone kaam kiya. wahan se unke andar yeh jazbaat ja gayi ki bhai hamara mol ke aur hum baith bhi nahi sakte apni seat par. to unhone bahut badi funding ki congress us zamane mein. sabse badi party thi aur unhone poori koshish ki aazadi ke liye.</w:t>
      </w:r>
    </w:p>
    <w:p>
      <w:pPr>
        <w:jc w:val="right"/>
      </w:pPr>
      <w:r>
        <w:t>ऐसी बिरला जो के बहुत बड़े industrialist हैं वो उनके उन्होंने एक बार कहीं अंग्रेज़ों के जमाने में वो किसी दफ्तर में गए. तो उनको बैठने नहीं दिया गया, खड़े खड़े उन्होंने काम किया. वहां से उनके अंदर यह जज़्बात जा गई कि भई हमारा मोल के और हम बैठ भी नहीं सकते अपनी seat पर. तो उन्होंने बहुत बड़ी funding की congress उस जमाने में. सबसे बड़ी party थी और उन्होंने पूरी कोशिश की आज़ादी के लिए.</w:t>
      </w:r>
    </w:p>
    <w:p>
      <w:r>
        <w:rPr>
          <w:b/>
        </w:rPr>
        <w:t xml:space="preserve">[51:21] </w:t>
      </w:r>
      <w:r>
        <w:t>to yeh to badi badi chand misaal hai yeh har ek ki zindagi mein hoti hai. jab hamein koi humiliation hota hai, misaal ke dauran hum humne koi exam diya hum fail ho gaye to hum aur zyada mehnat karte hain. to yeh jo hai woh shock treatment hai na ki evil hai koi. hamare samajhne ka fear hai. usko hum right angle se dekhein to woh shock treatment hai aur wrong angle se dekhein to problem afebrile hai.</w:t>
      </w:r>
    </w:p>
    <w:p>
      <w:pPr>
        <w:jc w:val="right"/>
      </w:pPr>
      <w:r>
        <w:t>तो यह तो बड़ी बड़ी चंद मिसाल है यह हर एक की ज़िंदगी में होती है. जब हमें कोई humiliation होता है, मिसाल के दौरान हम हमने कोई exam दिया हम fail हो गए तो हम और ज़्यादा मेहनत करते हैं. तो यह जो है वह shock treatment है ना कि evil है कोई. हमारे समझने का fear है. उसको हम right angle से देखें तो वह shock treatment है और wrong angle से देखें तो problem afebrile है.</w:t>
      </w:r>
    </w:p>
    <w:p>
      <w:r>
        <w:rPr>
          <w:b/>
        </w:rPr>
        <w:t xml:space="preserve">[51:50] </w:t>
      </w:r>
      <w:r>
        <w:t>koi ameer hai, koi gareeb hai, koi shaydamand hai, koi beemar hai, koi jinko haves aur haves nots kehte hain, to Maulana kehte haves nots hamesha ke liye thodi hote hain. woh unke andar zabardast motive jaagta hai aur woh mehnat karte hain, mehnat karke aage badh jate hain. aur jo hain woh peeche reh jate hain. to yeh musalsal ek process hai.</w:t>
      </w:r>
    </w:p>
    <w:p>
      <w:pPr>
        <w:jc w:val="right"/>
      </w:pPr>
      <w:r>
        <w:t>कोई अमीर है, कोई गरीब है, कोई शायदमंद है, कोई बीमार है, कोई जो जिनको haves और haves nots कहते हैं, तो माराना कह देते haves nots हमेशा के लिए थोड़ी होते हैं. वो उनके अंदर ज़बरदस्त motive जागता है और वो मेहनत करते हैं, मेहनत करके आगे बढ़ जाते हैं. और जो हैं वो पीछे रह जाते हैं. तो यह मुसलसल एक process है.</w:t>
      </w:r>
    </w:p>
    <w:p>
      <w:r>
        <w:rPr>
          <w:b/>
        </w:rPr>
        <w:t xml:space="preserve">[52:15] </w:t>
      </w:r>
      <w:r>
        <w:t>na sirf individuals mein balki qaumon mein bhi yeh yeh ek process hai jo chal raha hai. to halaat badalte rehte hain hamein usko right angle se samajhna hai.</w:t>
      </w:r>
    </w:p>
    <w:p>
      <w:pPr>
        <w:jc w:val="right"/>
      </w:pPr>
      <w:r>
        <w:t>ना सिर्फ individuals में बल्कि कौमों में भी यह यह एक process है जो चल रहा है. तो हालात बदलते रहते हैं हमें उसको right angle से समझना है.</w:t>
      </w:r>
    </w:p>
    <w:p>
      <w:r>
        <w:rPr>
          <w:b/>
        </w:rPr>
        <w:t xml:space="preserve">[52:29] </w:t>
      </w:r>
      <w:r>
        <w:t>wah isiliye wah logon ko samajh mein nahi aata kyunki hoda ki guidance jo hai na ab quran</w:t>
      </w:r>
    </w:p>
    <w:p>
      <w:pPr>
        <w:jc w:val="right"/>
      </w:pPr>
      <w:r>
        <w:t>वह इसीलिए वह लोगों को समझ में नहीं आता क्योंकि होदा की guidance जो है ना अब कुरान</w:t>
      </w:r>
    </w:p>
    <w:p>
      <w:r>
        <w:rPr>
          <w:b/>
        </w:rPr>
        <w:t xml:space="preserve">[52:36] </w:t>
      </w:r>
      <w:r>
        <w:t>mehfooz kitaab hai to quran se wo guidance haasil kar sakte hain aur unko yeh baat clear ho jayegi.</w:t>
      </w:r>
    </w:p>
    <w:p>
      <w:pPr>
        <w:jc w:val="right"/>
      </w:pPr>
      <w:r>
        <w:t>महफूज़ किताब है तो कुरान से वो guidance हासिल कर सकते हैं और उनको यह बात clear हो जाएगी.</w:t>
      </w:r>
    </w:p>
    <w:p>
      <w:r>
        <w:rPr>
          <w:b/>
        </w:rPr>
        <w:t xml:space="preserve">[52:44] </w:t>
      </w:r>
      <w:r>
        <w:t>papa molana aksar yeh kaha karte the ki women are my best disciples and he used to say</w:t>
      </w:r>
    </w:p>
    <w:p>
      <w:pPr>
        <w:jc w:val="right"/>
      </w:pPr>
      <w:r>
        <w:t>Papa मोलाना अक्सर यह कहा करते थे कि women are my best disciples and he used to say</w:t>
      </w:r>
    </w:p>
    <w:p>
      <w:r>
        <w:rPr>
          <w:b/>
        </w:rPr>
        <w:t xml:space="preserve">[52:52] </w:t>
      </w:r>
      <w:r>
        <w:t>that god wants women to play a great role.</w:t>
      </w:r>
    </w:p>
    <w:p>
      <w:pPr>
        <w:jc w:val="right"/>
      </w:pPr>
      <w:r>
        <w:t>that god wants women to play a great role.</w:t>
      </w:r>
    </w:p>
    <w:p>
      <w:r>
        <w:rPr>
          <w:b/>
        </w:rPr>
        <w:t xml:space="preserve">[53:00] </w:t>
      </w:r>
      <w:r>
        <w:t>in fact agar hum Islamic history mein bhi dekhein to Hazrat Hajra, Hazrat Khadija, Hazrat Aisha aur kai aise women jinhone bahut bada role ada kara Islamic history mein. in fact riwayat mein bhi aata hai ki jab Sahaba kisi problem mein ya kisi aisi cheez mein phanse to woh Hazrat Aisha ke paas jate unki wisdom hasil karne ke liye.</w:t>
      </w:r>
    </w:p>
    <w:p>
      <w:pPr>
        <w:jc w:val="right"/>
      </w:pPr>
      <w:r>
        <w:t>In fact अगर हम Islamic history में भी देखें तो हज़रत हाजरा, हज़रत खदीजा, हज़रत आईशा और कई ऐसे women जिन्होंने बहुत बड़ा role अदा करा इस्लामic history में. In fact रवायत में भी आता है कि जब सहावा किसी problem में या किसी ऐसी चीज़ में फंसते तो वह हज़रत आईशा के पास जाते उनकी wisdom हासिल करने के लिए.</w:t>
      </w:r>
    </w:p>
    <w:p>
      <w:r>
        <w:rPr>
          <w:b/>
        </w:rPr>
        <w:t xml:space="preserve">[53:26] </w:t>
      </w:r>
      <w:r>
        <w:t>lekin apa yeh bhi yeh dekha gaya hai ki log aksar jab Islam ke bare mein baat karte hain to unko lagta hai ki position of women in Islam is lower, status of a woman is lower. jabki agar hum CPS mein dekhein to Maulana ne sabse aage in fact women CPS members ko hi kiya.</w:t>
      </w:r>
    </w:p>
    <w:p>
      <w:pPr>
        <w:jc w:val="right"/>
      </w:pPr>
      <w:r>
        <w:t>लेकिन आपा यह भी यह देखा गया है कि लोग अक्सर जब इस्लाम के बारे में बात करते हैं तो उनको लगता है कि position of women in इस्लाम is lower, status of a woman is lower. जबकि अगर हम CPS में देखें तो मुलाना ने सबसे आगे in fact women CPS members को ही किया.</w:t>
      </w:r>
    </w:p>
    <w:p>
      <w:r>
        <w:rPr>
          <w:b/>
        </w:rPr>
        <w:t xml:space="preserve">[53:48] </w:t>
      </w:r>
      <w:r>
        <w:t>aap khud bhi CPS international ki chairperson hain aur jo hamare kai departments hain woh women hi head kar rahi hain. to position of women in Islam kya hai? ek to aap main chahta hoon aap yeh bhi wazeh karein aur doosra kuch women CPS members ke bare mein bhi aap batayein. dekhiye Islam ne auraton ka darja degrade nahi kiya.</w:t>
      </w:r>
    </w:p>
    <w:p>
      <w:pPr>
        <w:jc w:val="right"/>
      </w:pPr>
      <w:r>
        <w:t>आप खुद भी CPS international की chairperson है और जो हमारे कई departments हैं वो women ही head कर रही हैं. तो position of women in इस्लाम क्या है? एक तो आप मैं चाहता हूं आप यह भी वाज़े करें और दूसरा कुछ women CPS members के बारे में भी आप बताएं. देखिए इस्लाम ने औरतों का दर्जा degrade नहीं किया.</w:t>
      </w:r>
    </w:p>
    <w:p>
      <w:r>
        <w:rPr>
          <w:b/>
        </w:rPr>
        <w:t xml:space="preserve">[54:15] </w:t>
      </w:r>
      <w:r>
        <w:t>Islam mein auraton aur mardon ka darja barabar hai. sirf roles different ho sakte hain. kai baar aurat ko ghar ke andar role ada karna hota hai mard ko.</w:t>
      </w:r>
    </w:p>
    <w:p>
      <w:pPr>
        <w:jc w:val="right"/>
      </w:pPr>
      <w:r>
        <w:t>इस्लाम में औरतों और मर्दों का दर्जा बराबर है. सिर्फ roles different हो सकते हैं. कई बार औरत को घर के अंदर role अदा करना होता है मर्द को.</w:t>
      </w:r>
    </w:p>
    <w:p>
      <w:r>
        <w:rPr>
          <w:b/>
        </w:rPr>
        <w:t xml:space="preserve">[54:26] </w:t>
      </w:r>
      <w:r>
        <w:t>bahar ke andar karna hota hai lekin ab darja uska uski dignity, uska respect, uska status sab barabar hai aur hum dekhte hain pygambar ke zamane mein to hum dekhte hain tamam aurtein jo hain hazad khadija ne sabse pehle jab rasoolullah sallallahu alaihi wasallam ke upar wahi aaye aur aapne namaz padhna shuru kiya to hadat khadija aapke saath padhti thi namaz.</w:t>
      </w:r>
    </w:p>
    <w:p>
      <w:pPr>
        <w:jc w:val="right"/>
      </w:pPr>
      <w:r>
        <w:t>बाहर के अंदर करना होता है लेकिन अब दर्जा उसका उसकी dignity, उसका respect, उसका status सब बराबर है और हम देखते हैं प्यगंबर के जमाने में तो हम देखते हैं तमाम औरतें जो हैं हज़ाद खदीजा ने सबसे पहले जब रसूल्लाह सौशल्लम के ऊपर वही आए और आपने नमाज़ पढ़ना शुरू किया तो हदत खदीजा आपके साथ पढ़ती थी नमाज़.</w:t>
      </w:r>
    </w:p>
    <w:p>
      <w:r>
        <w:rPr>
          <w:b/>
        </w:rPr>
        <w:t xml:space="preserve">[54:51] </w:t>
      </w:r>
      <w:r>
        <w:t>bahar bhi aap jaate the kyunke khatra jab zyada hota tha to aap kahin pahadiyon mein chhup chhup ke namaz padhte the wahan bhi hadat khadija jaakar bahar padhti thi. Adrat Aisha ne bahut bada role ada kiya unko, bahut zyada unka memory bahut achhi thi, intelligent bahut zyada thi. To rasoolullah sallallahu alaihi wasallam unki khaas training form aate the. Ab mashwara bhi lete the unse.</w:t>
      </w:r>
    </w:p>
    <w:p>
      <w:pPr>
        <w:jc w:val="right"/>
      </w:pPr>
      <w:r>
        <w:t>बाहर भी आप जाते थे क्योंकि खतरा जब ज़्यादा होता था तो आप कहीं पहाड़ियों में छुप छुप के नमाज़ पढ़ते थे वहां भी हदत खदीजा जाकर बाहर पढ़ती थी. अदरत आशा ने बहुत बड़ा role अदा किया उनको, बहुत ज़्यादा उनका memory बहुत अच्छी थी, intelligent बहुत ज़्यादा थी. तो रसूल्लाह सईसलम उनकी खास training form आते थे. अब मशवरी भी लेते थे उनसे.</w:t>
      </w:r>
    </w:p>
    <w:p>
      <w:r>
        <w:rPr>
          <w:b/>
        </w:rPr>
        <w:t xml:space="preserve">[55:20] </w:t>
      </w:r>
      <w:r>
        <w:t>aapne kabhi auraton ko mana nahi kiya, masjid mein aurtein aati thi. Namaz padhne ke liye, sherman sunne ke liye, kabhi kisi ko mana nahi kiya ki tum log ghar mein baitho. To asal mein jo baad mein hum dekhte hain ki auraton ko darja gir gaya aurtein gharon ke andar rehne lagi. Masjido mein bhi unko jaana pasand nahi kiya jaata tha.</w:t>
      </w:r>
    </w:p>
    <w:p>
      <w:pPr>
        <w:jc w:val="right"/>
      </w:pPr>
      <w:r>
        <w:t>आपने कभी औरतों को मना नहीं किया, मस्जिद में औरतें आती थी. नमाज़ पढ़ने के लिए, शर्मन सुनने के लिए, कभी किसी को मना नहीं किया कि तुम लोग घर में बैठो. तो असल में जो बाद में हम देखते हैं कि औरतों को दर्जा गिर गया औरतें घरों के अंदर रहने लगी. मस्जिदों में भी उनको जाना पसंद नहीं किया जाता था.</w:t>
      </w:r>
    </w:p>
    <w:p>
      <w:r>
        <w:rPr>
          <w:b/>
        </w:rPr>
        <w:t xml:space="preserve">[55:44] </w:t>
      </w:r>
      <w:r>
        <w:t>yeh saare mamlaat aur khaastar par religious kaam ke liye to auraton ko encourage hi nahi kiya jaata tha. To iski wajah yeh thi ki jo ancient culture tha, to chunke zyada tar log usi culture se Islam mein dakhil hue the, to us culture ki wajah se woh apna culture lekar aaye aur usi culture ko Islamize kar liya gaya.</w:t>
      </w:r>
    </w:p>
    <w:p>
      <w:pPr>
        <w:jc w:val="right"/>
      </w:pPr>
      <w:r>
        <w:t>यह सारे मामलात और खास्तर पर religious काम के लिए तो औरतों को encourage ही नहीं किया जाता था. तो इसकी वजह यह थी कि जो ancient culture था, तो चूंकि ज़्यादातर लोग उसी culture से इस्लाम में दाखिल हुए थे, तो उस culture की वजह से वह अपना culture लेकर आए और उसी culture को इस्लामize कर लिया गया.</w:t>
      </w:r>
    </w:p>
    <w:p>
      <w:r>
        <w:rPr>
          <w:b/>
        </w:rPr>
        <w:t xml:space="preserve">[56:10] </w:t>
      </w:r>
      <w:r>
        <w:t>to tamam cheezein jo Islam mein aayi hain, har cheez zyada saare rasmo rivaaj sab kuch jo hai ancient culture se Islam mein aaye hain aur wahi Islamize kar liye gaye ki uska naam Islami rakh liya gaya aur phir jab musalman panchodeh sau saal se us culture ko follow kar rahe hain to logon ko lagta hai ki yahi Islam hai. People can't differentiate between Islam and Muslims. Unhe lagta bhai Islam hai.</w:t>
      </w:r>
    </w:p>
    <w:p>
      <w:pPr>
        <w:jc w:val="right"/>
      </w:pPr>
      <w:r>
        <w:t>तो तमाम चीज़ें जो इस्लाम में आई हैं, हर चीज़ ज़्यादा सारे रसमोराबाज़ सब कुछ जो है ancient culture से इस्लाम में आए हैं और वही इस्लामize कर लिए गए कि उसका नाम इस्लामी रख लिया गया और फिर जब मुसलमान पंचौदह सौ साल से उस culture को follow कर रहे हैं तो लोगों को लगता है कि यही इस्लाम है. People can't differentiate between इस्लाम and मुस्लिमs. उन्हें लगता भई इस्लाम है.</w:t>
      </w:r>
    </w:p>
    <w:p>
      <w:r>
        <w:rPr>
          <w:b/>
        </w:rPr>
        <w:t xml:space="preserve">[56:38] </w:t>
      </w:r>
      <w:r>
        <w:t>to yeh masla paida hua. To Maulana to bahut zyada Quran waadi isko follow karne wale the. To unhone dekha ki auraton ka to sab barabar ka darja hai, har maamle mein barabar ka darja hai. Unhone kabhi mana nahi kiya.</w:t>
      </w:r>
    </w:p>
    <w:p>
      <w:pPr>
        <w:jc w:val="right"/>
      </w:pPr>
      <w:r>
        <w:t>तो यह मसला पैदा हुआ. तो मौराना तो बहुत ज़्यादा कुरान वादी इसको follow करने वाले थे. तो उन्होंने देखा कि औरतों का तो सब बराबर का दर्जा है, हर मामले में बराबर का दर्जा है. उन्होंने कभी मना नहीं किया.</w:t>
      </w:r>
    </w:p>
    <w:p>
      <w:r>
        <w:rPr>
          <w:b/>
        </w:rPr>
        <w:t xml:space="preserve">[56:55] </w:t>
      </w:r>
      <w:r>
        <w:t>ab sabse pehle maine kaam karna shuru kiya mission ka to kabhi nahi mana kiya unhone aur iske baad mein jab CPS bana to sabse pehle doctor Nagma aayi aur unhone kaha ki hum to in baaton ko jo aapne batai hain hum isko unhone kaha ki in baaton ko to zyada logon tak pahunchna chahiye. Yahan kamre mein baithkar hum baat kar rahe hain. To Maulana ne kaha ki aap pahunchaiye logon ko main to.</w:t>
      </w:r>
    </w:p>
    <w:p>
      <w:pPr>
        <w:jc w:val="right"/>
      </w:pPr>
      <w:r>
        <w:t>अब सबसे पहले मैंने काम करना शुरू किया mission का तो कभी नहीं मना किया उन्होंने और इसके बाद में जब CPS बना तो सबसे पहले doctor नगमा आई और उन्होंने कहा कि हम तो इन बातों को जो आपने बताई हैं हम इसको उन्होंने कहा कि इन बातों को तो ज़्यादा लोगों तक पहुंचना चाहिए. यहां कमरे में बैठकर हम बात कर रहे हैं. तो महाराना ने कहा कि आप पहुंचाइए लोगों को मैं तो.</w:t>
      </w:r>
    </w:p>
    <w:p>
      <w:r>
        <w:rPr>
          <w:b/>
        </w:rPr>
        <w:t xml:space="preserve">[57:23] </w:t>
      </w:r>
      <w:r>
        <w:t>ab aapko ijazat deta hoon, aapko kabhi main mana nahi karunga. Aap jis tarike se chahein usko kaam karein. To is tarike se phir kaam shuru hua aur Maulana ne poori ijazat di. Matlab decision lene ki, program banane ki, har maamle mein kabhi interfere nahi karte the. Sirf khush hote the ki hum log kya kya kaam kar rahe hain.</w:t>
      </w:r>
    </w:p>
    <w:p>
      <w:pPr>
        <w:jc w:val="right"/>
      </w:pPr>
      <w:r>
        <w:t>अब आपको इजाज़त देता हूं, आपको कभी मैं मना नहीं करूंगा. आप जिस तरीके से चाहें उसको काम करें. तो इस तरीके से फिर काम शुरू हुआ और महुराना ने पूरी इजाज़त दी. मतलब decision लेने की, program बनाने की, हर मामले में कभी interfere नहीं करते थे. सिर्फ खुश होते थे कि हम लोग क्या क्या काम कर रहे हैं.</w:t>
      </w:r>
    </w:p>
    <w:p>
      <w:r>
        <w:rPr>
          <w:b/>
        </w:rPr>
        <w:t xml:space="preserve">[57:47] </w:t>
      </w:r>
      <w:r>
        <w:t>to is tarike se har usmein har field mein ladies kaam kar rahi hain kyunke dekhiye ladies ke andar bahut zyada jazba hota hai. To is tarike se aur unko us jazbe ka koi nikaas nahi tha kyunke kahin bhi kaam unke liye tha nahi aur khaastor par deen ka kaam woh karna chahti thi. Wahan to masjid mein bhi daagla unka mana tha. To bahut zyada unke andar jazba bhara hua tha.</w:t>
      </w:r>
    </w:p>
    <w:p>
      <w:pPr>
        <w:jc w:val="right"/>
      </w:pPr>
      <w:r>
        <w:t>तो इस तरीके से हर उसमें हर field में ladies काम कर रही हैं क्योंकि देखिए ladies के अंदर बहुत ज़्यादा जज़्बा होता है. तो इस तरीके से और उनको उस जज़्बे का कोई निकास नहीं था क्योंकि कहीं भी काम उनके लिए था नहीं और खासतौर पर दीन का काम वह करना चाहती थी. वहां तो मस्जिद में भी दागला उनका मना था. तो बहुत ज़्यादा उनके अंदर जज़्बा भरा हुआ था.</w:t>
      </w:r>
    </w:p>
    <w:p>
      <w:r>
        <w:rPr>
          <w:b/>
        </w:rPr>
        <w:t xml:space="preserve">[58:14] </w:t>
      </w:r>
      <w:r>
        <w:t>pehli baar unko mauka mila kaam karne ka to bahut hi poore devotion ke saath unhone kaam karna shuru kar diya. To ismein ek hamare Bangalore mein miss Sara Fatima unhone to bahut zyada kaam kiya hai. Poora Maulana ne kaha ki yeh Allashala English jo hai isko nikalna hai. Woh aayi hui thi apne husband ke saath.</w:t>
      </w:r>
    </w:p>
    <w:p>
      <w:pPr>
        <w:jc w:val="right"/>
      </w:pPr>
      <w:r>
        <w:t>पहली बार उनको मौका मिला काम करने का तो बहुत ही पूरे devotion के साथ उन्होंने काम करना शुरू कर दिया. तो इसमें एक हमारे बैंगलोर में miss Sara Fatima उन्होंने तो बहुत ज़्यादा काम किया है. पूरा महोलाना ने कहा कि यह अल्लशाला english जो है इसको निकालना है. वह आई हुई थी अपने husband के साथ.</w:t>
      </w:r>
    </w:p>
    <w:p>
      <w:r>
        <w:rPr>
          <w:b/>
        </w:rPr>
        <w:t xml:space="preserve">[58:40] </w:t>
      </w:r>
      <w:r>
        <w:t>Ejaz bhai ke saath aayi hui thi to bataya ki yeh nikalna hai aap logon ko. Bas unko shuru mein to laga ki itni badi zimmedari. Kaise hum log utha sakte hain lekin unhone bahut hi positively us par sochna shuru kar diya aur unhone kaha theek hai hum isko kaam karenge. To woh tagreeban gyarah saal ho gaya hai. Tab se bahut hi standard tarike se bahut hi usko usmein kabhi koi galti nahi nikalti hai itna check karti hain.</w:t>
      </w:r>
    </w:p>
    <w:p>
      <w:pPr>
        <w:jc w:val="right"/>
      </w:pPr>
      <w:r>
        <w:t>एजाज़ भाई के साथ आई हुई थी तो बताया कि यह निकालना है आप लोगों को. बस उनको शुरू में तो लगा कि इतनी बड़ी ज़िम्मेदारी. कैसे हम लोग उठा सकते हैं लेकिन उन्होंने बहुत ही positively उस पर सोचना शुरू कर दिया और उन्होंने कहा ठीक है हम इसको काम करेंगे. तो वह तगदीबन ग्यारह साल हो गया है. तब से बहुत ही standard तरीके से बहुत ही उसको उसमें कभी कोई गलती नहीं निकलती है इतना check करती हैं.</w:t>
      </w:r>
    </w:p>
    <w:p>
      <w:r>
        <w:rPr>
          <w:b/>
        </w:rPr>
        <w:t xml:space="preserve">[59:10] </w:t>
      </w:r>
      <w:r>
        <w:t>itne achhe tarike se usko nikaal rahi hai woh aur usko uske unhone poori website banayi hui hai aur program karti hain jagah jagah unko program ke liye bulaya jaata hai. To abhi tak to woh program jahan bulaya jaata tha wahan jaati thi. Ab woh khud program banati hain aur khud jaati hain aur bahut zyada distribution karti hain literature ka. Phir doctor Nagma Siddiqui ke hain to unhone to poora website ka kaam sambhal rakha hai.</w:t>
      </w:r>
    </w:p>
    <w:p>
      <w:pPr>
        <w:jc w:val="right"/>
      </w:pPr>
      <w:r>
        <w:t>इतने अच्छे तरीके से उसको निकाल रही है वह और उसको उसके उन्होंने पूरी website बनाई हुई है और program करती हैं जगह जगह उनको program के लिए बुलाया जाता है. तो अभी तक तो वह program जहां बुलाया जाता था वहां जाती थी. अब वह खुद program बनाती हैं और खुद जाती हैं और बहुत ज़्यादा distribution करती हैं literature का. फिर doctor नगमा सिद्धि के हैं तो उन्होंने तो पूरा website का काम संभाल रखा है.</w:t>
      </w:r>
    </w:p>
    <w:p>
      <w:r>
        <w:rPr>
          <w:b/>
        </w:rPr>
        <w:t xml:space="preserve">[59:39] </w:t>
      </w:r>
      <w:r>
        <w:t>to bahut zyada din bhar apna computer ko kaam karti rehti hain. Ek Faizabad mein miss Fahmida Khan, unhone poora ladies group jo hai WhatsApp group usko sambhala hua hai aur bahut zyada usmein bahut active rehti hain aur miss Stuti Malhotra hai unhone Hindi ka shobha sambhal rakha hai.</w:t>
      </w:r>
    </w:p>
    <w:p>
      <w:pPr>
        <w:jc w:val="right"/>
      </w:pPr>
      <w:r>
        <w:t>तो बहुत ज़्यादा दिन भर अपना computer को काम करती रहती हैं. एक फ़ैज़ा बाद में miss फहमीदा खान, उन्होंने पूरा ladies group जो है WhatsApp group उसको संभाला हुआ है और बहुत ज़्यादा उसमें बहुत active रहती हैं और miss स्तुति मल्होत्रा है उन्होंने हिंदी का शोभा संभाल रखा है.</w:t>
      </w:r>
    </w:p>
    <w:p>
      <w:r>
        <w:rPr>
          <w:b/>
        </w:rPr>
        <w:t xml:space="preserve">[1:00:00] </w:t>
      </w:r>
      <w:r>
        <w:t>matlab yeh to hum chand naam de rahe ab yahan itna time nahi hai lekin bahut saari ladies jo hain woh hamare saath hain aur kaam kar rahi hain kyunke ladies ke paas time bhi zyada hota hai to woh bahut zyada unke andar jazba bhi hota hai. To is wajah se yahan se lekar America tak ladies kaam kar rahi hain. Kausar Apa hai, Zeeba Apa hai. To bahut hi zyada jazbe ke saath woh kaam kar rahi hain.</w:t>
      </w:r>
    </w:p>
    <w:p>
      <w:pPr>
        <w:jc w:val="right"/>
      </w:pPr>
      <w:r>
        <w:t>मतलब यह तो हम चंद नाम दे रहे अब यहां इतना time नहीं है लेकिन बहुत सारी ladies जो हैं वह हमारे साथ हैं और काम कर रही हैं क्योंकि ladies के पास time भी ज़्यादा होता है तो वह बहुत ज़्यादा उनके अंदर जज़्बा भी होता है. तो इस वजह से यहां से लेकर अमरीका तक ladies काम कर रही हैं. कौसर आ पा है, जेबा आ पा है. तो बहुत ही ज़्यादा जज़्बे के साथ वो काम कर रही हैं.</w:t>
      </w:r>
    </w:p>
    <w:p>
      <w:r>
        <w:rPr>
          <w:b/>
        </w:rPr>
        <w:t xml:space="preserve">[1:00:25] </w:t>
      </w:r>
      <w:r>
        <w:t>isi wajah se yeh mission jo hai CPS, ek global mission ban gaya hai. Ji, Papa aapne sahi kaha ki agar hum list batane lagen to shayad kai ghante lag jaayen. Itne zyada jo women members hain woh judi hui hain aur woh bahut selflessly kaam kar rahi hain.</w:t>
      </w:r>
    </w:p>
    <w:p>
      <w:pPr>
        <w:jc w:val="right"/>
      </w:pPr>
      <w:r>
        <w:t>इसी वजह से यह mission जो है CPS, एक global mission वन गया है. जी, papa आपने सही कहा कि अगर हम list बताने लगें तो शायद कई घंटे लग जाएं. इतने ज़्यादा जो women members हैं वह जुड़ी हुई हैं और वह बहुत selflessly काम कर रही हैं.</w:t>
      </w:r>
    </w:p>
    <w:p>
      <w:r>
        <w:rPr>
          <w:b/>
        </w:rPr>
        <w:t xml:space="preserve">[1:00:46] </w:t>
      </w:r>
      <w:r>
        <w:t>agar aap bhi CPS ladies group ko join karna chahte hain to aap zaroor likhein apni details info at cpsglobal.org. Hamare women volunteers aap aapse raabta kayam karenge and they will guide you on how you can contribute your time for God's cause. Aap aakhri sawal ki taraf rukh karte hain.</w:t>
      </w:r>
    </w:p>
    <w:p>
      <w:pPr>
        <w:jc w:val="right"/>
      </w:pPr>
      <w:r>
        <w:t>अगर आप भी CPS ladies group को join करना चाहते हैं तो आप ज़रूर लिखें अपनी details info at cpsglobal.org. हमारे women volunteers आप आपसे राप्ता कायम करेंगे and they will guide you on how you can contribute your time for God's cause. आप आखिरी सवाल की तरफ रुक करते हैं.</w:t>
      </w:r>
    </w:p>
    <w:p>
      <w:r>
        <w:rPr>
          <w:b/>
        </w:rPr>
        <w:t xml:space="preserve">[1:01:10] </w:t>
      </w:r>
      <w:r>
        <w:t>Maulana Sahab ne jaise hum jaante hain ki sab CPS members ko ek target diya Quran distribution ka aur aaj agar hum dekhein to millions of copies have are being distributed worldwide in several languages to seekers, to people who want to know what Quran has to say. To Maulana Sahab ka ek yahi maksad tha ki log jaane ki creation plan of God kya hai?</w:t>
      </w:r>
    </w:p>
    <w:p>
      <w:pPr>
        <w:jc w:val="right"/>
      </w:pPr>
      <w:r>
        <w:t>मुलाना साहब ने जैसे हम जानते हैं कि सब CPS members को एक target दिया कुरान distribution का और आज अगर हम देखें तो millions of copies have are being distributed worldwide in several languages to seekers, to people who want to know what कुरान has to say. तो मलाना साहब का एक यही मकसद था कि लोग जाने कि creation plan of god क्या है?</w:t>
      </w:r>
    </w:p>
    <w:p>
      <w:r>
        <w:rPr>
          <w:b/>
        </w:rPr>
        <w:t xml:space="preserve">[1:01:35] </w:t>
      </w:r>
      <w:r>
        <w:t>aapne bhi aaj usko bahut achhe se waazeh kiya taaki har ek insaan jo Quran ko padhe woh apni personality ko build kar sake and how he or she can lead a god oriented life. Lekin aapka yahan par ek sawal yeh aata hai ki Quran translations to maujood the. To ek naye Quran translation karne ki zaroorat kyun padi? Iske baare mein hum sabko bataein.</w:t>
      </w:r>
    </w:p>
    <w:p>
      <w:pPr>
        <w:jc w:val="right"/>
      </w:pPr>
      <w:r>
        <w:t>आपने भी आज उसको बहुत अच्छे से वाज़े किया ताकि हर एक इंसान जो कुरान को पढ़े वह अपनी personality को build कर सके and how he or she can lead a god oriented life. लेकिन आपका यहां पर एक सवाल यह आता है कि कुरान translations तो मौजूद थे. तो एक नए कुरान translation करने की ज़रूरत क्यों पड़ी? इसके बारे में हम सबको बताएं.</w:t>
      </w:r>
    </w:p>
    <w:p>
      <w:r>
        <w:rPr>
          <w:b/>
        </w:rPr>
        <w:t xml:space="preserve">[1:02:02] </w:t>
      </w:r>
      <w:r>
        <w:t>asal mein humne jab Allah English nikalna shuru kiya to baar baar usmein references hote the Quran ke. Maulana Sahab ki writing mein baar baar Quran ke references hote the. To uske liye hum Quran translations ko dekhte the. To bahut saari usmein kamiyan nazar aati thi. Kahin usko maane samajhne mein kami hai, kami phrases outdated hote the.</w:t>
      </w:r>
    </w:p>
    <w:p>
      <w:pPr>
        <w:jc w:val="right"/>
      </w:pPr>
      <w:r>
        <w:t>असल में हमने जब अल्लाह english निकालना शुरू किया तो बार बार उसमें references होते थे कुरान के. मोलाना साहब की writing में बार बार कुरान के references होते थे. तो उसके लिए हम कुरान translations को देखते थे. तो बहुत सारी उसमें कमियां नज़र आती थी. कहीं उसको माने समझने में कमी है, कमी alphases outdated होते थे.</w:t>
      </w:r>
    </w:p>
    <w:p>
      <w:r>
        <w:rPr>
          <w:b/>
        </w:rPr>
        <w:t xml:space="preserve">[1:02:30] </w:t>
      </w:r>
      <w:r>
        <w:t>kahin koi problem, kahin koi problem to.</w:t>
      </w:r>
    </w:p>
    <w:p>
      <w:pPr>
        <w:jc w:val="right"/>
      </w:pPr>
      <w:r>
        <w:t>कहीं कोई problem, कहीं कोई problem तो.</w:t>
      </w:r>
    </w:p>
    <w:p>
      <w:r>
        <w:rPr>
          <w:b/>
        </w:rPr>
        <w:t xml:space="preserve">[1:02:40] </w:t>
      </w:r>
      <w:r>
        <w:t>tab hamein ehsaas hua ki hamein khud hi ek translation karna chahiye molana sahab ke ke guidance mein.</w:t>
      </w:r>
    </w:p>
    <w:p>
      <w:pPr>
        <w:jc w:val="right"/>
      </w:pPr>
      <w:r>
        <w:t>तब हमें एहसास हुआ कि हमें खुद ही एक translation करना चाहिए मौलाना साहब के के guidance में.</w:t>
      </w:r>
    </w:p>
    <w:p>
      <w:r>
        <w:rPr>
          <w:b/>
        </w:rPr>
        <w:t xml:space="preserve">[1:02:50] </w:t>
      </w:r>
      <w:r>
        <w:t>to molana sahab ki ek khaas baat yeh thi ki unhone jis madarse mein padha tha madarse to</w:t>
      </w:r>
    </w:p>
    <w:p>
      <w:pPr>
        <w:jc w:val="right"/>
      </w:pPr>
      <w:r>
        <w:t>तो मौलाना साहब की एक खास बात यह थी कि उन्होंने जिस मदरसे में पढ़ा था मदरसे तो</w:t>
      </w:r>
    </w:p>
    <w:p>
      <w:r>
        <w:rPr>
          <w:b/>
        </w:rPr>
        <w:t xml:space="preserve">[1:03:00] </w:t>
      </w:r>
      <w:r>
        <w:t>wo madarse mein poora quran padhaya jaata tha aur quran ko jo padhate the wo bahut bade mufassir the.</w:t>
      </w:r>
    </w:p>
    <w:p>
      <w:pPr>
        <w:jc w:val="right"/>
      </w:pPr>
      <w:r>
        <w:t>वो मदरसे में पूरा कुरान पढ़ाया जाता था और कुरान को जो पढ़ाते थे वो बहुत बड़े मुफस्कृत थे.</w:t>
      </w:r>
    </w:p>
    <w:p>
      <w:r>
        <w:rPr>
          <w:b/>
        </w:rPr>
        <w:t xml:space="preserve">[1:03:11] </w:t>
      </w:r>
      <w:r>
        <w:t>woh portions padhaye jaate hain. Phir uske baad unhone poori zindagi Quran ko samajhne mein lagayi. Quran ki saari tafseerein padhi aur musalsal Quran ki aayaton par gaur o fikr kiya.</w:t>
      </w:r>
    </w:p>
    <w:p>
      <w:pPr>
        <w:jc w:val="right"/>
      </w:pPr>
      <w:r>
        <w:t>वह portions पढ़ाए जाते हैं. फिर उसके बाद उन्होंने पूरी ज़िंदगी कुरान को समझने में लगाई. कुरान की सारी तपसीरें पढ़ी और मुसलसल कुरान की आयतों पर गौरव फ़िक्र किया.</w:t>
      </w:r>
    </w:p>
    <w:p>
      <w:r>
        <w:rPr>
          <w:b/>
        </w:rPr>
        <w:t xml:space="preserve">[1:03:24] </w:t>
      </w:r>
      <w:r>
        <w:t>to sirf tarjama karne ke liye sirf zabaan ki expertise kaafi nahi hai ki hum koi English aati ho ya koi doosri zabaan jismein hum tarjama karna hai woh aata ho ya Arabic aati ho aisa nahi balki Quran ko samajhne ke liye bahut hi gehra ilm chahiye. To woh gehra ilm jo mujhe lagta tha ki woh utna nahi hai, kahin na kahin kuch na kuch kamiyan rehti thi.</w:t>
      </w:r>
    </w:p>
    <w:p>
      <w:pPr>
        <w:jc w:val="right"/>
      </w:pPr>
      <w:r>
        <w:t>तो सिर्फ तरजमाह करने के लिए सिर्फ ज़बान की expertise काफी नहीं है कि हम कोई english आती हो या कोई दूसरी ज़बान जिसमें हम तरजमाह करना है वह आता हो या अरबी आती हो ऐसा नहीं बल्कि कुरान को समझने के लिए बहुत ही गहरा इल्म चाहिए. तो वह गहरा इल्म जो मुझे लगता था कि वह उतना नहीं है, कहीं ना कहीं कुछ ना कुछ कमियां रहती थी.</w:t>
      </w:r>
    </w:p>
    <w:p>
      <w:r>
        <w:rPr>
          <w:b/>
        </w:rPr>
        <w:t xml:space="preserve">[1:03:52] </w:t>
      </w:r>
      <w:r>
        <w:t>kai baatein logon ko samajh mein nahi aati thi aur kai baatein aisi problem aati thi jaise hamare Leopold Asar ka translation aur tafsir bahut achhi hai. Lekin kai cheezein woh maante nahi matlab jin jin hai jinko maante nahi, jinko yeh qabila samjha unhone. To yeh bahut saare problem hai. To Quran ke liye bahut hi 100% objectivity chahiye.</w:t>
      </w:r>
    </w:p>
    <w:p>
      <w:pPr>
        <w:jc w:val="right"/>
      </w:pPr>
      <w:r>
        <w:t>कई बातें लोगों को समझ में नहीं आती थी और कई बातें ऐसी problem आती थी जैसे हमारे leapold असर का translation और तबसीब बहुत अच्छी है. लेकिन कई चीज़ें वह मानते नहीं मतलब जिन जिन है जिनको मानते नहीं, जिनको यह कबीला समझा उन्होंने. तो यह बहुत सारे problem है. तो कुरान के लिए बहुत ही 100% objectivity चाहिए.</w:t>
      </w:r>
    </w:p>
    <w:p>
      <w:r>
        <w:rPr>
          <w:b/>
        </w:rPr>
        <w:t xml:space="preserve">[1:04:18] </w:t>
      </w:r>
      <w:r>
        <w:t>koi complex na ho, koi obsession na ho, bas poora ka poora focus yeh ho ki Khuda humse kya kehna chahta hai woh usko samajhna. To yahan par kami thi. Log jo hain apne obsessions ko usmein read karne lagte the. Kisi ka agar political interpretation par zyada focus hai to Quran woh political interpretation dhoondhne lagega.</w:t>
      </w:r>
    </w:p>
    <w:p>
      <w:pPr>
        <w:jc w:val="right"/>
      </w:pPr>
      <w:r>
        <w:t>कोई complex ना हो, कोई obsession ना हो, बस पूरा का पूरा focus यह हो कि खुदा हमसे क्या कहना चाहता है वह उसको समझना. तो यहां पर कमी थी. लोग जो हैं अपने obsessions को उसमें read करने लगते थे. किसी का अगर political interpretation पर ज़्यादा focus है तो कुरान वो political interpretation ढूंढने लगेगा.</w:t>
      </w:r>
    </w:p>
    <w:p>
      <w:r>
        <w:rPr>
          <w:b/>
        </w:rPr>
        <w:t xml:space="preserve">[1:04:44] </w:t>
      </w:r>
      <w:r>
        <w:t>misal ke taur par jab Quran mein Khalifa ka lab jaayega to Quran mein inni zaalun fil ardh j'alilun khaleefa. Main ek Khalifa banane wala hoon. Ab ab wahan ek Khalifa hai na? Woh political interpretation walon ne kya kiya? Ki inni zaalun fil ardh j'alilun khaleefati bana diya. Main apna Khalifa banane wala hoon.</w:t>
      </w:r>
    </w:p>
    <w:p>
      <w:pPr>
        <w:jc w:val="right"/>
      </w:pPr>
      <w:r>
        <w:t>मिसाल के तौर पर जब कुरान में खलीफा का लब जाएगा तो कुरान में इन्हीं जायल उन फ़िलहर जे खलीफा. मैं एक खलीफा बनाने वाला हूं. अब अब वहां तो एक खलीफा है ना? वह political interpretation वालों ने क्या किया? कि इन्हीं जायल फ़िलहर जे खलीफती बना दिया. मैं अपना खलीफा बनाने वाला हूँ.</w:t>
      </w:r>
    </w:p>
    <w:p>
      <w:r>
        <w:rPr>
          <w:b/>
        </w:rPr>
        <w:t xml:space="preserve">[1:05:06] </w:t>
      </w:r>
      <w:r>
        <w:t>yaani insaan jo hai khuda ka successor hai, khuda ka nayab hai aur insaan ko khuda ka ki is duniya mein khuda ki yogon ko mat kayam karni hai. to yeh is tarah ki main ek misaal aapko de rahi hoon. is tarah ke bahut zyada masal hain ki aadmi ka apna jo obsession hai, wah usmein reflect karne lag jata hai aur language ke to bahut saare bhai bahut achhe, achhi language bhi hai.</w:t>
      </w:r>
    </w:p>
    <w:p>
      <w:pPr>
        <w:jc w:val="right"/>
      </w:pPr>
      <w:r>
        <w:t>यानी इंसान जो है खुदा का successor है, खुदा का नायब है और इंसान को खुदा का कि इस दुनिया में खुदा की योगों को मत कायम करनी है. तो यह इस तरह की मैं एक मिसाल आपको दे रही हूं. इस तरह के बहुत ज़्यादा मसाल हैं कि आदमी का अपना जो obsession है, वह उसमें reflect करने लग जाता है और language के तो बहुत सारे भई बहुत अच्छे, अच्छी language भी है.</w:t>
      </w:r>
    </w:p>
    <w:p>
      <w:r>
        <w:rPr>
          <w:b/>
        </w:rPr>
        <w:t xml:space="preserve">[1:05:33] </w:t>
      </w:r>
      <w:r>
        <w:t>lekin kamiyan is wajah se aati hain ki quran ke asal mudde ko na samajhne ki wajah se wah kamiyan aati hain, wahan confusion aa jata hai. to wah logon ke poori tarah se samajh mein nahi aata. to ab chunki quran ek ek hadith hai jo hum logon ki guide rahi keralaa ka kalma aakhiri zamane mein ghar ghar dakhil ho jayega. to ab ghar ghar kaise dakhil hoga?</w:t>
      </w:r>
    </w:p>
    <w:p>
      <w:pPr>
        <w:jc w:val="right"/>
      </w:pPr>
      <w:r>
        <w:t>लेकिन कमियां इस वजह से आती हैं कि कुरान के असल मुद्दे को ना समझने की वजह से वह कमियां आती हैं, वहां confusion आ जाता है. तो वह लोगों के पूरी तरीके से समझ में नहीं आता. तो अब चूंकि कुरान एक एक हदीश है जो हम लोगों की guide रही केरला का कलमा आखिरी जमाने में घर घर दाखिल हो जाएगा. तो अब घर घर कैसे दाखिल होगा?</w:t>
      </w:r>
    </w:p>
    <w:p>
      <w:r>
        <w:rPr>
          <w:b/>
        </w:rPr>
        <w:t xml:space="preserve">[1:05:58] </w:t>
      </w:r>
      <w:r>
        <w:t>usko aasan zamaan mein understandable language mein usko har zamaan mein karna hoga aur khas taur par english kyunki english international language hai aur doosri hai ki uska jo log publish karte the wah itni ajeeb hota tha bahut hi heavy hota tha aur aksar jo hai english ke saath ya jo bhi zamaan mein tarj maa ho, uske saath arabi bhi hoti thi.</w:t>
      </w:r>
    </w:p>
    <w:p>
      <w:pPr>
        <w:jc w:val="right"/>
      </w:pPr>
      <w:r>
        <w:t>उसको आसान ज़मान में understandable language में उसको हर ज़मान में करना होगा और खासतौर पर english क्योंकि english international language है और दूसरी है कि उसका जो लोग publish करते थे वह इतनी अजीब होता था बहुत ही heavy होता था और अक्सर जो है English के साथ या जो भी ज़मान में तर्ज मां हो, उसके साथ अरबी भी होती थी.</w:t>
      </w:r>
    </w:p>
    <w:p>
      <w:r>
        <w:rPr>
          <w:b/>
        </w:rPr>
        <w:t xml:space="preserve">[1:06:28] </w:t>
      </w:r>
      <w:r>
        <w:t>ab hum wah bhari ho jata tha, heavy ho jata tha. ab usko distribution purpose ke liye istemal nahi hota tha.</w:t>
      </w:r>
    </w:p>
    <w:p>
      <w:pPr>
        <w:jc w:val="right"/>
      </w:pPr>
      <w:r>
        <w:t>अब हम वह भारी हो जाता था, heavy हो जाता था. अब उसको distribution purpose के लिए इस्तेमाल नहीं होता था.</w:t>
      </w:r>
    </w:p>
    <w:p>
      <w:r>
        <w:rPr>
          <w:b/>
        </w:rPr>
        <w:t xml:space="preserve">[1:06:35] </w:t>
      </w:r>
      <w:r>
        <w:t>to hamare yahan se jo tarj mein shy hue bahut hi handy aur bahut hi lightweight aur bahut hi uska didaazeb title to subsidized rate in sab cheezon ki wajah se wo bahut zyada logon mein maqbool hua jo logon ne mukalafat ki thi shuru mein wo log bhi wo jo hai unki mukalafat bhi ab khatm ho gayi hai.</w:t>
      </w:r>
    </w:p>
    <w:p>
      <w:pPr>
        <w:jc w:val="right"/>
      </w:pPr>
      <w:r>
        <w:t>तो हमारे यहां से जो तर्ज में shy हुए बहुत ही handy और बहुत ही lightweight और बहुत ही उसका दीदाज़ेब title तो subsidized rate इन सब चीज़ों की वजह से वो बहुत ज़्यादा लोगों में मकबूल हुआ जो लोगों ने मुकालफत की थी शुरू में वो लोग भी वो जो है उनकी मुकालफत भी अब खत्म हो गई है.</w:t>
      </w:r>
    </w:p>
    <w:p>
      <w:r>
        <w:rPr>
          <w:b/>
        </w:rPr>
        <w:t xml:space="preserve">[1:07:03] </w:t>
      </w:r>
      <w:r>
        <w:t>to bahut saare alfaad ek misaal ke taur par ab koi bhi quran aap main aap doosre quran ko lekar ke compare kar sakte hain misaal ke taur par ek lafha khalifa hai. khalifa ka to humne bataya ek lafz jihad hai. to jihad bilquran ek aayat mein hai ki quran ke saath jihad karo. ab jihad aur qital ko logon ne confuse kar diya. jihad ke maane striving, struggle aur qital ke maane hain junk karna.</w:t>
      </w:r>
    </w:p>
    <w:p>
      <w:pPr>
        <w:jc w:val="right"/>
      </w:pPr>
      <w:r>
        <w:t>तो बहुत सारे अल्फाद एक मिसाल के तौर पर अब कोई भी कुरान आप मैं आप दूसरे कुरान को लेकर के compare कर सकते हैं मिसाल के तौर पर एक लफ खलीफा है. खलीफा का तो हमने बताया एक लफ्ज़ जिहाद है. तो जिहाद बिल्कुरान एक आयत में है कि कुरान के साथ जिहाद करो. अब जिहाद और केताल को लोगों ने confuse कर दिया. जिहाद के माने striving, struggle और केताल के माने हैं junk करना.</w:t>
      </w:r>
    </w:p>
    <w:p>
      <w:r>
        <w:rPr>
          <w:b/>
        </w:rPr>
        <w:t xml:space="preserve">[1:07:33] </w:t>
      </w:r>
      <w:r>
        <w:t>ab wo chuke confusion ki wajah se unhone kaha fight with the quran. bahut saare tarjimon hain fight with the quran. ab padhne wala samjhega ki quran ke saath kaise fight karein? to ye saare confusion the jiski wajah se quran ko logon ko samajhne mein ab dikkat aa rahi thi. ab jo hamara quran logon tak pahuncha hai to log kehte hain yeh to bahut aasani se samajh mein aa raha hai. koi kehta hai it reads like a magazine.</w:t>
      </w:r>
    </w:p>
    <w:p>
      <w:pPr>
        <w:jc w:val="right"/>
      </w:pPr>
      <w:r>
        <w:t>अब वो चूके confusion की वजह से उन्होंने कहा fight with the quran. बहुत सारे तर्जिमों हैं fight with the quran. अब पढ़ने वाला समझेगा कि quran के साथ कैसे fight करें? तो ये सारे confusion थे जिसकी वजह से कुरान को लोगों को समझने में अब दिक्कत आ रही थी. अब जो हमारा कुरान लोगों तक पहुंचा है तो लोग कहते हैं यह तो बहुत आसानी से समझ में आ रहा है. कोई कहता है it reads like a magazine.</w:t>
      </w:r>
    </w:p>
    <w:p>
      <w:r>
        <w:rPr>
          <w:b/>
        </w:rPr>
        <w:t xml:space="preserve">[1:07:59] </w:t>
      </w:r>
      <w:r>
        <w:t>koi kehta hai I can understand the quran aur bachche bachche bhi quran samajh rahe hain. to iski wajah se uska quran ka poora effect unki zindagi mein aa raha hai. jazg allahaapa for sharing your wisdom today with all of us. thank you, appa. okay.</w:t>
      </w:r>
    </w:p>
    <w:p>
      <w:pPr>
        <w:jc w:val="right"/>
      </w:pPr>
      <w:r>
        <w:t>कोई कहता है I can understand the कुरान और बच्चे बच्चे भी कुरान समझ रहे हैं. तो इसकी वजह से उसका कुरान का पूरा effect उनकी ज़िंदगियों में आ रहा है. जज़ग अल्लाहापा for sharing your wisdom today with all of us. Thank you, अपा. Okay.</w:t>
      </w:r>
    </w:p>
    <w:p>
      <w:r>
        <w:rPr>
          <w:b/>
        </w:rPr>
        <w:t xml:space="preserve">[1:08:20] </w:t>
      </w:r>
      <w:r>
        <w:t>so we have two more initiatives, to be launched today, and, i want to share with a very</w:t>
      </w:r>
    </w:p>
    <w:p>
      <w:pPr>
        <w:jc w:val="right"/>
      </w:pPr>
      <w:r>
        <w:t>So we have two more initiatives, to be launched today, and, I want to share with a very</w:t>
      </w:r>
    </w:p>
    <w:p>
      <w:r>
        <w:rPr>
          <w:b/>
        </w:rPr>
        <w:t xml:space="preserve">[1:08:26] </w:t>
      </w:r>
      <w:r>
        <w:t>good news with all of you that cps international is expanding, and we are very happy to share</w:t>
      </w:r>
    </w:p>
    <w:p>
      <w:pPr>
        <w:jc w:val="right"/>
      </w:pPr>
      <w:r>
        <w:t>good news with all of you that CPS International is expanding, and we are very happy to share</w:t>
      </w:r>
    </w:p>
    <w:p>
      <w:r>
        <w:rPr>
          <w:b/>
        </w:rPr>
        <w:t xml:space="preserve">[1:08:33] </w:t>
      </w:r>
      <w:r>
        <w:t>with all of you the addition of a new chapter in cps international, the mangalore chapter and this</w:t>
      </w:r>
    </w:p>
    <w:p>
      <w:pPr>
        <w:jc w:val="right"/>
      </w:pPr>
      <w:r>
        <w:t>with all of you the addition of a new chapter in CPS International, the मैंगलोर chapter and this</w:t>
      </w:r>
    </w:p>
    <w:p>
      <w:r>
        <w:rPr>
          <w:b/>
        </w:rPr>
        <w:t xml:space="preserve">[1:08:40] </w:t>
      </w:r>
      <w:r>
        <w:t>chapter will be headed by mister mrose adambala and before i invite him to share his experience with</w:t>
      </w:r>
    </w:p>
    <w:p>
      <w:pPr>
        <w:jc w:val="right"/>
      </w:pPr>
      <w:r>
        <w:t>chapter will be headed by mister Mrose अदंबाला and before I invite him to share his experience with</w:t>
      </w:r>
    </w:p>
    <w:p>
      <w:r>
        <w:rPr>
          <w:b/>
        </w:rPr>
        <w:t xml:space="preserve">[1:08:46] </w:t>
      </w:r>
      <w:r>
        <w:t>all of you and to talk about his journey, i would like to read the message which has</w:t>
      </w:r>
    </w:p>
    <w:p>
      <w:pPr>
        <w:jc w:val="right"/>
      </w:pPr>
      <w:r>
        <w:t>all of you and to talk about his journey, I would like to read the message which has</w:t>
      </w:r>
    </w:p>
    <w:p>
      <w:r>
        <w:rPr>
          <w:b/>
        </w:rPr>
        <w:t xml:space="preserve">[1:08:53] </w:t>
      </w:r>
      <w:r>
        <w:t>been sent by miss sara fatima from bangalore.</w:t>
      </w:r>
    </w:p>
    <w:p>
      <w:pPr>
        <w:jc w:val="right"/>
      </w:pPr>
      <w:r>
        <w:t>been sent by miss सारा फातिमा from बैंगलोर.</w:t>
      </w:r>
    </w:p>
    <w:p>
      <w:r>
        <w:rPr>
          <w:b/>
        </w:rPr>
        <w:t xml:space="preserve">[1:09:00] </w:t>
      </w:r>
      <w:r>
        <w:t>she had been interacting with emroz bhai and mentoring him. so i would first like to read a message which she has addressed to all of us. unhone likha hai assalam alaikum, way back in 2007 when i sought advice from maulana sahib about the dawa work program for bangalore. maulana sahib said, first consolidation then expansion.</w:t>
      </w:r>
    </w:p>
    <w:p>
      <w:pPr>
        <w:jc w:val="right"/>
      </w:pPr>
      <w:r>
        <w:t>She had been interacting with इमरोज़ भाई and mentoring him. So I would first like to read a message which she has addressed to all of us. उन्होंने लिखा है अस्सलाम अलैकुम, way back in 2007 when I sought advice from मुलाना साहब about the दावा work program for बैंगलोर. मुलाना साहब said, first consolidation then expansion.</w:t>
      </w:r>
    </w:p>
    <w:p>
      <w:r>
        <w:rPr>
          <w:b/>
        </w:rPr>
        <w:t xml:space="preserve">[1:09:30] </w:t>
      </w:r>
      <w:r>
        <w:t>fifteen years from then we are all witnessing allah's complete help for the expansion of the cps mission in leaps and bounds. we are receiving news from cps members of the vision of maulana sahib culminating in reality. it calls for the highest level of gratitude to allah. today we have this good news pertaining to further expansion.</w:t>
      </w:r>
    </w:p>
    <w:p>
      <w:pPr>
        <w:jc w:val="right"/>
      </w:pPr>
      <w:r>
        <w:t>Fifteen years from then we are all witnessing अल्लाह's complete help for the expansion of the CPS mission in leaps and bounds. We are receiving news from CPS members of the vision of मलाना साहब culminating in reality. It calls for the highest level of gratitude to Allah. Today we have this good news pertaining to further expansion.</w:t>
      </w:r>
    </w:p>
    <w:p>
      <w:r>
        <w:rPr>
          <w:b/>
        </w:rPr>
        <w:t xml:space="preserve">[1:09:58] </w:t>
      </w:r>
      <w:r>
        <w:t>mrose adam bala who is from the bangalore team along with a few people from bangalore will be shouldering the responsibility of being its chapter head. embroose bhai works in bangalore but travels very often to mangalore, which is his native place. he feels a great responsibility to convey god's message to all his relatives, friends and seekers.</w:t>
      </w:r>
    </w:p>
    <w:p>
      <w:pPr>
        <w:jc w:val="right"/>
      </w:pPr>
      <w:r>
        <w:t>Mrose Adam Bala who is from the Bangalore team along with a few people from Bangalore will be shouldering the responsibility of being its chapter head. Embrose भाई works in Bangalore but travels very often to Mangalore, which is his native place. He feels a great responsibility to convey god's message to all his relatives, friends and seekers.</w:t>
      </w:r>
    </w:p>
    <w:p>
      <w:r>
        <w:rPr>
          <w:b/>
        </w:rPr>
        <w:t xml:space="preserve">[1:10:26] </w:t>
      </w:r>
      <w:r>
        <w:t>masha allah an amenable character combined with a well wishing attitude towards people he's suitable for this responsibility. may allah guide him at every step. amen. all praises due to allah, the source of every good. a few important things i wish to share about imroz bhai are that before he came to meet us a few months ago, he had already been reading spirit of islam magazine for an year or so.</w:t>
      </w:r>
    </w:p>
    <w:p>
      <w:pPr>
        <w:jc w:val="right"/>
      </w:pPr>
      <w:r>
        <w:t>Masha Allah an amenable character combined with a well wishing attitude towards people he's suitable for this responsibility. May Allah guide him at every step. Amen. All praises due to Allah, the source of every good. A few important things I wish to share about Imroz भाई are that before he came to meet us a few months ago, he had already been reading spirit of Islam magazine for an year or so.</w:t>
      </w:r>
    </w:p>
    <w:p>
      <w:r>
        <w:rPr>
          <w:b/>
        </w:rPr>
        <w:t xml:space="preserve">[1:10:56] </w:t>
      </w:r>
      <w:r>
        <w:t>he had got a copy from a mosque where our other team members used to distribute the magazine and quran copies on fridays in various areas of bangalore. he had listened to many talks of maulana sahib.</w:t>
      </w:r>
    </w:p>
    <w:p>
      <w:pPr>
        <w:jc w:val="right"/>
      </w:pPr>
      <w:r>
        <w:t>He had got a copy from a mosque where our other team members used to distribute the magazine and Quran copies on Fridays in various areas of बैंगलोर. He had listened to many talks of मलाना साहब.</w:t>
      </w:r>
    </w:p>
    <w:p>
      <w:r>
        <w:rPr>
          <w:b/>
        </w:rPr>
        <w:t xml:space="preserve">[1:11:11] </w:t>
      </w:r>
      <w:r>
        <w:t>when he came to our office, when we presented more aspects of our ideology, the way he was resonating reminded me of the example of the lamp ready to be lit which is mentioned in surah noor. may allah bless him. so we interacted yesterday with mroas bhai and abrar bhai who is also here, who's the bangalore chapter head.</w:t>
      </w:r>
    </w:p>
    <w:p>
      <w:pPr>
        <w:jc w:val="right"/>
      </w:pPr>
      <w:r>
        <w:t>When he came to our office, when we presented more aspects of our ideology, the way he was resonating reminded me of the example of the lamp ready to be lit which is mentioned in सूरा नूर. May Allah bless him. So we interacted yesterday with MROAS भाई and अबरार भाई who is also here, who's the Bangalore chapter head.</w:t>
      </w:r>
    </w:p>
    <w:p>
      <w:r>
        <w:rPr>
          <w:b/>
        </w:rPr>
        <w:t xml:space="preserve">[1:11:38] </w:t>
      </w:r>
      <w:r>
        <w:t>and it was really an amazing interaction the way he has, you know, understood the mission and the warmth and the, you know, explanation that he gave about his journey really touched our hearts. and, therefore, we requested him that why don't you also share, you know, your experience, your journey with with all of you, with all the cps members worldwide. so with this, i will request emroz bhai to share some of his experience. emroz bhai over to you.</w:t>
      </w:r>
    </w:p>
    <w:p>
      <w:pPr>
        <w:jc w:val="right"/>
      </w:pPr>
      <w:r>
        <w:t>And it was really an amazing interaction the way he has, you know, understood the mission and the warmth and the, you know, explanation that he gave about his journey really touched our hearts. And, therefore, we requested him that why don't you also share, you know, your experience, your journey with with all of you, with all the CPS members worldwide. So with this, I will request इमरोज़ भाई to share some of his experience. इमरोज़ भाई over to you.</w:t>
      </w:r>
    </w:p>
    <w:p>
      <w:r>
        <w:rPr>
          <w:b/>
        </w:rPr>
        <w:t xml:space="preserve">[1:12:08] </w:t>
      </w:r>
      <w:r>
        <w:t>ji sahilaalahil and rajat bhai. assalam alaikum everyone. mismilahil rahman a rahim. my name is emroz ahmad. i'm from bangalore and i'm responsible for the newly formed mangalore chapter for cps international delhi. i'm currently working as an aerospace program manager and i am married to a homeopathy doctor and we have a three year old son.</w:t>
      </w:r>
    </w:p>
    <w:p>
      <w:pPr>
        <w:jc w:val="right"/>
      </w:pPr>
      <w:r>
        <w:t>जी साहिलालाहिल and रजत भाई. अस्सलाम अलैकुम everyone. मिस्मिलाहिल रहमान ए रहीम. My name is इमरोज़ अहमद. I'm from बैंगलोर and I'm responsible for the newly formed मैंगलोर chapter for CPS International Delhi. I'm currently working as an aerospace program manager and I am married to a homeopathy doctor and we have a three year old son.</w:t>
      </w:r>
    </w:p>
    <w:p>
      <w:r>
        <w:rPr>
          <w:b/>
        </w:rPr>
        <w:t xml:space="preserve">[1:12:34] </w:t>
      </w:r>
      <w:r>
        <w:t>prior to cps, i was involved in a free quran distribution as rajat bhai and sarapa said by another islamic group outside our nearby masjid in bangalore. this was this was my first step towards dawa and how to introduce islam to non muslims. so some of the questions that the madhuz were posing me were quite thought provoking.</w:t>
      </w:r>
    </w:p>
    <w:p>
      <w:pPr>
        <w:jc w:val="right"/>
      </w:pPr>
      <w:r>
        <w:t>Prior to CPS, I was involved in a free कुरान distribution as रजत भाई and सारापा said by another Islamic group outside our nearby masjid in बैंगलोर. This was this was my first step towards दावा and how to introduce Islam to non Muslims. So some of the questions that the मधुज़ were posing me were quite thought provoking.</w:t>
      </w:r>
    </w:p>
    <w:p>
      <w:r>
        <w:rPr>
          <w:b/>
        </w:rPr>
        <w:t xml:space="preserve">[1:12:59] </w:t>
      </w:r>
      <w:r>
        <w:t>so this made me drive to independently research for these answers by referring to various books and literature from many authors. and further we discuss this with other dyes in our common forum.</w:t>
      </w:r>
    </w:p>
    <w:p>
      <w:pPr>
        <w:jc w:val="right"/>
      </w:pPr>
      <w:r>
        <w:t>So this made me drive to independently research for these answers by referring to various books and literature from many authors. And further we discuss this with other dyes in our common forum.</w:t>
      </w:r>
    </w:p>
    <w:p>
      <w:r>
        <w:rPr>
          <w:b/>
        </w:rPr>
        <w:t xml:space="preserve">[1:13:13] </w:t>
      </w:r>
      <w:r>
        <w:t>but however for the past two years due to covid restrictions, the masjid management had stopped the quran distribution stall and it was during this time i happened to stumble upon a copy of the spirit of islam magazine in our masjid library. due to allah's mercy, the first article that i read was mohlana's introduction to the creation plan of god and the importance of giving dawa globally.</w:t>
      </w:r>
    </w:p>
    <w:p>
      <w:pPr>
        <w:jc w:val="right"/>
      </w:pPr>
      <w:r>
        <w:t>But however for the past two years due to COVID restrictions, the masjid management had stopped the Quran distribution stall and it was during this time I happened to stumble upon a copy of the spirit of Islam magazine in our masjid library. Due to Allah's mercy, the first article that I read was मोहलाना's introduction to the creation plan of god and the importance of giving दावा globally.</w:t>
      </w:r>
    </w:p>
    <w:p>
      <w:r>
        <w:rPr>
          <w:b/>
        </w:rPr>
        <w:t xml:space="preserve">[1:13:42] </w:t>
      </w:r>
      <w:r>
        <w:t>this immediately caught my attention and this is when i i after that i read the complete magazine and that was well structured with various topics all related to increasing our knowledge on islam, promoting peace and communicating the word of allah to others.</w:t>
      </w:r>
    </w:p>
    <w:p>
      <w:pPr>
        <w:jc w:val="right"/>
      </w:pPr>
      <w:r>
        <w:t>This immediately caught my attention and this is when I I after that I read the complete magazine and that was well structured with various topics all related to increasing our knowledge on Islam, promoting peace and communicating the word of Allah to others.</w:t>
      </w:r>
    </w:p>
    <w:p>
      <w:r>
        <w:rPr>
          <w:b/>
        </w:rPr>
        <w:t xml:space="preserve">[1:14:00] </w:t>
      </w:r>
      <w:r>
        <w:t>for the next several months, i started reading the online archives of the spirit of islam magazine and found that almost all the references that were used for from the quran and hadiths of the prophet and the language used and the examples given were of modern jargon that helped me easily understand the topics that were being discussed.</w:t>
      </w:r>
    </w:p>
    <w:p>
      <w:pPr>
        <w:jc w:val="right"/>
      </w:pPr>
      <w:r>
        <w:t>For the next several months, I started reading the online archives of the Spirit of Islam magazine and found that almost all the references that were used for from the Quran and hadiths of the prophet and the language used and the examples given were of modern jargon that helped me easily understand the topics that were being discussed.</w:t>
      </w:r>
    </w:p>
    <w:p>
      <w:r>
        <w:rPr>
          <w:b/>
        </w:rPr>
        <w:t xml:space="preserve">[1:14:25] </w:t>
      </w:r>
      <w:r>
        <w:t>after going through at least seven to eight issues of the magazine, i decided and took the courage to contact the whatsapp number provided in the spirit of islam website that helped me connect with the bangalore chapter members, fatima sara appa, abrar muddekh sir and inayat baig.</w:t>
      </w:r>
    </w:p>
    <w:p>
      <w:pPr>
        <w:jc w:val="right"/>
      </w:pPr>
      <w:r>
        <w:t>After going through at least seven to eight issues of the magazine, I decided and took the courage to contact the WhatsApp number provided in the spirit of Islam website that helped me connect with the बैंगलोर chapter members, फातिमा सारा अपा, अबरार मुद्देख sir and इनायत बैग.</w:t>
      </w:r>
    </w:p>
    <w:p>
      <w:r>
        <w:rPr>
          <w:b/>
        </w:rPr>
        <w:t xml:space="preserve">[1:14:45] </w:t>
      </w:r>
      <w:r>
        <w:t>now the decision to join the cps mission came came after the bangalore chapter members clearly explained the mission of cps, and this was reengineering our minds to seek the spiritual path of discovering god, unilateral peace with society, and clearly differentiating between muslim and islam to spread the word of allah and the last prophet to my brothers and sisters in humanity.</w:t>
      </w:r>
    </w:p>
    <w:p>
      <w:pPr>
        <w:jc w:val="right"/>
      </w:pPr>
      <w:r>
        <w:t>Now the decision to join the CPS mission came came after the बैंगलोर chapter members clearly explained the mission of CPS, and this was reengineering our minds to seek the spiritual path of discovering god, unilateral peace with society, and clearly differentiating between muslim and islam to spread the word of Allah and the last prophet to my brothers and sisters in humanity.</w:t>
      </w:r>
    </w:p>
    <w:p>
      <w:r>
        <w:rPr>
          <w:b/>
        </w:rPr>
        <w:t xml:space="preserve">[1:15:13] </w:t>
      </w:r>
      <w:r>
        <w:t>right from the beginning, i was motivated with mawlana's journey towards seeking truth, and i found this approach unique and resonating with my natural tendency tendencies to promote peace while improving my own personality. for a long time, prior to mollana's literature, i was living in a confused state after reading few books on islam as i found them not relevant to the current living and contemporary society.</w:t>
      </w:r>
    </w:p>
    <w:p>
      <w:pPr>
        <w:jc w:val="right"/>
      </w:pPr>
      <w:r>
        <w:t>Right from the beginning, I was motivated with Mawlana's journey towards seeking truth, and I found this approach unique and resonating with my natural tendency tendencies to promote peace while improving my own personality. For a long time, prior to Mollana's literature, I was living in a confused state after reading few books on Islam as I found them not relevant to the current living and contemporary society.</w:t>
      </w:r>
    </w:p>
    <w:p>
      <w:r>
        <w:rPr>
          <w:b/>
        </w:rPr>
        <w:t xml:space="preserve">[1:15:43] </w:t>
      </w:r>
      <w:r>
        <w:t>Since taking the decision to join the mission, I've had one on one sessions with Fatima Sara Apa, participated in a full day workshop where CPS members clearly explain the various concepts regarding Marifat of Allah, purification of our souls, and derive spiritual lessons from material events.</w:t>
      </w:r>
    </w:p>
    <w:p>
      <w:pPr>
        <w:jc w:val="right"/>
      </w:pPr>
      <w:r>
        <w:t>Since taking the decision to join the mission, I've had one on one sessions with Fatima Sara Apa, participated in a full day workshop where CPS members clearly explain the various concepts regarding Marifat of Allah, purification of our souls, and derive spiritual lessons from material events.</w:t>
      </w:r>
    </w:p>
    <w:p>
      <w:r>
        <w:rPr>
          <w:b/>
        </w:rPr>
        <w:t xml:space="preserve">[1:16:06] </w:t>
      </w:r>
      <w:r>
        <w:t>Deconditioning our minds from various psychological ailments so that we discover Allah and His all perfect infinite attributes, always having a positive mindset with an ability to convert.</w:t>
      </w:r>
    </w:p>
    <w:p>
      <w:pPr>
        <w:jc w:val="right"/>
      </w:pPr>
      <w:r>
        <w:t>Deconditioning our minds from various psychological ailments so that we discover Allah and His all perfect infinite attributes, always having a positive mindset with an ability to convert.</w:t>
      </w:r>
    </w:p>
    <w:p>
      <w:r>
        <w:rPr>
          <w:b/>
        </w:rPr>
        <w:t xml:space="preserve">[1:16:21] </w:t>
      </w:r>
      <w:r>
        <w:t>Another motivating factor was the vast amount of literature that Mawlana has left us with, and the ease of accessing the same from the website cpsglobal.org that is all available in digital PDF format that I started reading whenever I had free time from my family or work that has constantly kept me on this journey.</w:t>
      </w:r>
    </w:p>
    <w:p>
      <w:pPr>
        <w:jc w:val="right"/>
      </w:pPr>
      <w:r>
        <w:t>Another motivating factor was the vast amount of literature that Mawlana has left us with, and the ease of accessing the same from the website cpsglobal.org that is all available in digital PDF format that I started reading whenever I had free time from my family or work that has constantly kept me on this journey.</w:t>
      </w:r>
    </w:p>
    <w:p>
      <w:r>
        <w:rPr>
          <w:b/>
        </w:rPr>
        <w:t xml:space="preserve">[1:16:46] </w:t>
      </w:r>
      <w:r>
        <w:t>Sara Apa has been a continual source in clarifying so many concepts and motivating me as she introduced me to Maulana's books such as Discovering God, Quranic Wisdom and the English version, the commentary of the Tazkarul Quran.</w:t>
      </w:r>
    </w:p>
    <w:p>
      <w:pPr>
        <w:jc w:val="right"/>
      </w:pPr>
      <w:r>
        <w:t>Sara Apa has been a continual source in clarifying so many concepts and motivating me as she introduced me to मोलाना's books such as Discovering God, Quranic Wisdom and the English version, the commentary of the ताज़क़रूल कुरान.</w:t>
      </w:r>
    </w:p>
    <w:p>
      <w:r>
        <w:rPr>
          <w:b/>
        </w:rPr>
        <w:t xml:space="preserve">[1:17:04] </w:t>
      </w:r>
      <w:r>
        <w:t>I've also inculcated this habit of constantly listening to Maulana's videos and podcast while I'm on my morning and evening walks and the amount of knowledge and the wisdom on a vast variety of subjects that he shares is very deep and enlightening. Inshallah, first, I would like to progress on my journey of self purification and deconditioning while discovering Allah with lots of Duas.</w:t>
      </w:r>
    </w:p>
    <w:p>
      <w:pPr>
        <w:jc w:val="right"/>
      </w:pPr>
      <w:r>
        <w:t>I've also inculcated this habit of constantly listening to मोलाना's videos and podcast while I'm on my morning and evening walks and the amount of knowledge and the wisdom on a vast variety of subjects that he shares is very deep and enlightening. Inshallah, first, I would like to progress on my journey of self purification and deconditioning while discovering Allah with lots of Duas.</w:t>
      </w:r>
    </w:p>
    <w:p>
      <w:r>
        <w:rPr>
          <w:b/>
        </w:rPr>
        <w:t xml:space="preserve">[1:17:33] </w:t>
      </w:r>
      <w:r>
        <w:t>i must first practice before i speech, so i would have to constantly improve my knowledge and develop</w:t>
      </w:r>
    </w:p>
    <w:p>
      <w:pPr>
        <w:jc w:val="right"/>
      </w:pPr>
      <w:r>
        <w:t>I must first practice before I speech, so I would have to constantly improve my knowledge and develop</w:t>
      </w:r>
    </w:p>
    <w:p>
      <w:r>
        <w:rPr>
          <w:b/>
        </w:rPr>
        <w:t xml:space="preserve">[1:17:39] </w:t>
      </w:r>
      <w:r>
        <w:t>my personality so that i could give the right response to every situation that is not in my control.</w:t>
      </w:r>
    </w:p>
    <w:p>
      <w:pPr>
        <w:jc w:val="right"/>
      </w:pPr>
      <w:r>
        <w:t>my personality so that I could give the right response to every situation that is not in my control.</w:t>
      </w:r>
    </w:p>
    <w:p>
      <w:r>
        <w:rPr>
          <w:b/>
        </w:rPr>
        <w:t xml:space="preserve">[1:17:45] </w:t>
      </w:r>
      <w:r>
        <w:t>being from a corporate background, i can relate to many muslims and non muslims who would really benefit</w:t>
      </w:r>
    </w:p>
    <w:p>
      <w:pPr>
        <w:jc w:val="right"/>
      </w:pPr>
      <w:r>
        <w:t>Being from a corporate background, I can relate to many Muslims and non Muslims who would really benefit</w:t>
      </w:r>
    </w:p>
    <w:p>
      <w:r>
        <w:rPr>
          <w:b/>
        </w:rPr>
        <w:t xml:space="preserve">[1:17:51] </w:t>
      </w:r>
      <w:r>
        <w:t>from mawlana's literature that is completely based on quran and hadiths and answering the main existential questions around.</w:t>
      </w:r>
    </w:p>
    <w:p>
      <w:pPr>
        <w:jc w:val="right"/>
      </w:pPr>
      <w:r>
        <w:t>from Mawlana's literature that is completely based on Quran and Hadiths and answering the main existential questions around.</w:t>
      </w:r>
    </w:p>
    <w:p>
      <w:r>
        <w:rPr>
          <w:b/>
        </w:rPr>
        <w:t xml:space="preserve">[1:17:57] </w:t>
      </w:r>
      <w:r>
        <w:t>for example, why am i here?</w:t>
      </w:r>
    </w:p>
    <w:p>
      <w:pPr>
        <w:jc w:val="right"/>
      </w:pPr>
      <w:r>
        <w:t>For example, why am I here?</w:t>
      </w:r>
    </w:p>
    <w:p>
      <w:r>
        <w:rPr>
          <w:b/>
        </w:rPr>
        <w:t xml:space="preserve">[1:18:04] </w:t>
      </w:r>
      <w:r>
        <w:t>What will happen to me after death? What is my purpose in life? Why is there so much injustice and trouble in this world? And did we did we see whatever we see around us in this universe, period hall, happen by chance? I would like to use my skills and abilities to spread this word as a missionary by word-of-mouth and as well as contribute however little possible to the digital conversion of Maulana's literature.</w:t>
      </w:r>
    </w:p>
    <w:p>
      <w:pPr>
        <w:jc w:val="right"/>
      </w:pPr>
      <w:r>
        <w:t>What will happen to me after death? What is my purpose in life? Why is there so much injustice and trouble in this world? And did we did we see whatever we see around us in this universe, period hall, happen by chance? I would like to use my skills and abilities to spread this word as a missionary by word-of-mouth and as well as contribute however little possible to the digital conversion of Maulana's literature.</w:t>
      </w:r>
    </w:p>
    <w:p>
      <w:r>
        <w:rPr>
          <w:b/>
        </w:rPr>
        <w:t xml:space="preserve">[1:18:33] </w:t>
      </w:r>
      <w:r>
        <w:t>Taking this responsibility of Mangalore chapter, my next logical step would be to take advice from senior members in CPS to form a core team in Mangalore who are also inspired from Maulana's ideology and initiate the Quran distribution locally. And we create an environment where Quran and Maulana's literature is discussed and shared around the local community, educational institutions and intellectuals.</w:t>
      </w:r>
    </w:p>
    <w:p>
      <w:pPr>
        <w:jc w:val="right"/>
      </w:pPr>
      <w:r>
        <w:t>Taking this responsibility of Mangalore chapter, my next logical step would be to take advice from senior members in CPS to form a core team in Mangalore who are also inspired from Maulana's ideology and initiate the Quran distribution locally. And we create an environment where Quran and Maulana's literature is discussed and shared around the local community, educational institutions and intellectuals.</w:t>
      </w:r>
    </w:p>
    <w:p>
      <w:r>
        <w:rPr>
          <w:b/>
        </w:rPr>
        <w:t xml:space="preserve">[1:19:02] </w:t>
      </w:r>
      <w:r>
        <w:t>And I would like to thank the CPS International team for giving me this opportunity to express myself, and I'm looking forward to your support and wishes in future. Assalamualaikum warahmatullah wabarakatuh. Bolye Gussham. Jazak Allah Imraaz bhai, that was really an heartfelt sharing about your journey. So on behalf of all the CPS members worldwide, we welcome you to CPS family.</w:t>
      </w:r>
    </w:p>
    <w:p>
      <w:pPr>
        <w:jc w:val="right"/>
      </w:pPr>
      <w:r>
        <w:t>And I would like to thank the CPS International team for giving me this opportunity to express myself, and I'm looking forward to your support and wishes in future. अस्सलामुलायकुम और रामुतलाईयु बाक़ातु. बोलिए गुस्साम. जज़ाक अल्लाह इमराज़ भाई, that was really an heartfelt sharing about your journey. So on behalf of all the CPS members worldwide, we welcome you to CPS family.</w:t>
      </w:r>
    </w:p>
    <w:p>
      <w:r>
        <w:rPr>
          <w:b/>
        </w:rPr>
        <w:t xml:space="preserve">[1:19:29] </w:t>
      </w:r>
      <w:r>
        <w:t>And may God reward you abundantly, make your task easy, and may you be the instrument, you know, to spread the true teachings of Islam to seekers and to everyone. Ameen. Inshallah Ameen. I am also, you know, Imrooz bhai reminded that lot of people used to say to Maulana sahib and even to all of us and many of you would also be still witnessing.</w:t>
      </w:r>
    </w:p>
    <w:p>
      <w:pPr>
        <w:jc w:val="right"/>
      </w:pPr>
      <w:r>
        <w:t>And may God reward you abundantly, make your task easy, and may you be the instrument, you know, to spread the true teachings of Islam to seekers and to everyone. अमिल. Inshallah अमिल. I am also, you know, इमरोज़ भाई reminded that lot of people used to say to मलाना साहब and even to all of us and many of you would also be still witnessing.</w:t>
      </w:r>
    </w:p>
    <w:p>
      <w:r>
        <w:rPr>
          <w:b/>
        </w:rPr>
        <w:t xml:space="preserve">[1:19:56] </w:t>
      </w:r>
      <w:r>
        <w:t>They would always question that, you know, what what will you achieve by distributing Spirit of Islam magazine, by distributing Quran, literature. And they would say that, this is not enough. You know, you just distribute or you just place a literature and you go away.</w:t>
      </w:r>
    </w:p>
    <w:p>
      <w:pPr>
        <w:jc w:val="right"/>
      </w:pPr>
      <w:r>
        <w:t>They would always question that, you know, what what will you achieve by distributing Spirit of Islam magazine, by distributing Quran, literature. And they would say that, this is not enough. You know, you just distribute or you just place a literature and you go away.</w:t>
      </w:r>
    </w:p>
    <w:p>
      <w:r>
        <w:rPr>
          <w:b/>
        </w:rPr>
        <w:t xml:space="preserve">[1:20:13] </w:t>
      </w:r>
      <w:r>
        <w:t>I think, you know, Allah has shown a great, example, a demonstration that, you know, how Spirit of Islam magazine reached you and how you are now going to add strength to the CPS mission. It is also a reminder for all of us that, you know, we should just stand for God's cause and do our job. Maulana used to say ki apna 50 percent dijiye, baki 50 percent aap Khuda par chhod dijiye.</w:t>
      </w:r>
    </w:p>
    <w:p>
      <w:pPr>
        <w:jc w:val="right"/>
      </w:pPr>
      <w:r>
        <w:t>I think, you know, Allah has shown a great, example, a demonstration that, you know, how Spirit of Islam magazine reached you and how you are now going to add strength to the CPS mission. It is also a reminder for all of us that, you know, we should just stand for God's cause and do our job. मलाना used to say कि अपना पचास percent दीजिए, बाकी पचास percent आप खुदा पर छोड़ दीजिए.</w:t>
      </w:r>
    </w:p>
    <w:p>
      <w:r>
        <w:rPr>
          <w:b/>
        </w:rPr>
        <w:t xml:space="preserve">[1:20:43] </w:t>
      </w:r>
      <w:r>
        <w:t>Toh aise kai log hain jo experience kar rahe honge aur jo aage bhi help kar rahe honge mission ko aage pahunchane mein.</w:t>
      </w:r>
    </w:p>
    <w:p>
      <w:pPr>
        <w:jc w:val="right"/>
      </w:pPr>
      <w:r>
        <w:t>तो ऐसे कई लोग हैं जो experience कर रहे होंगे और जो आगे भी help कर रहे होंगे mission को आगे पहुंचाने में.</w:t>
      </w:r>
    </w:p>
    <w:p>
      <w:r>
        <w:rPr>
          <w:b/>
        </w:rPr>
        <w:t xml:space="preserve">[1:20:53] </w:t>
      </w:r>
      <w:r>
        <w:t>Embraer bhai is a professional and you know as I said that you know we interacted with him yesterday and you know I was just sharing with him yesterday ki aap keh rahe hain ki aapne bahut kam waqt lagaya hai but aisa lag raha hai ki aap kai saalon se jude hue hain because his understanding about Islam, his understanding about you know what Maulana has written and taught us.</w:t>
      </w:r>
    </w:p>
    <w:p>
      <w:pPr>
        <w:jc w:val="right"/>
      </w:pPr>
      <w:r>
        <w:t>Embraer भाई is a professional and you know as I said that you know we interacted with him yesterday and you know I was just sharing with him yesterday कि आप कह रहे हैं कि आपने बहुत कम वक्त लगाया है but ऐसा लग रहा है कि आप कई सालों से जुड़े हुए हैं because his understanding about Islam, his understanding about you know what मुलाना has written and taught us.</w:t>
      </w:r>
    </w:p>
    <w:p>
      <w:r>
        <w:rPr>
          <w:b/>
        </w:rPr>
        <w:t xml:space="preserve">[1:21:15] </w:t>
      </w:r>
      <w:r>
        <w:t>I mean he could get it in such a short span of time and this happened because you know he's been listening to talks and he's been reading literature and all of this started with SOI reaching him. So I think we should, continue with greater enthusiasm, greater passion. We should stand up and distribute, to far and wide. We don't know how many lives we will touch. We will only come to know when we stand before the god.</w:t>
      </w:r>
    </w:p>
    <w:p>
      <w:pPr>
        <w:jc w:val="right"/>
      </w:pPr>
      <w:r>
        <w:t>I mean he could get it in such a short span of time and this happened because you know he's been listening to talks and he's been reading literature and all of this started with SOI reaching him. So I think we should, continue with greater enthusiasm, greater passion. We should stand up and distribute, to far and wide. We don't know how many lives we will touch. We will only come to know when we stand before the god.</w:t>
      </w:r>
    </w:p>
    <w:p>
      <w:r>
        <w:rPr>
          <w:b/>
        </w:rPr>
        <w:t xml:space="preserve">[1:21:43] </w:t>
      </w:r>
      <w:r>
        <w:t>So let's keep doing that. So thank you, Imrooz bhai. Jazakalla, may you get success in this world and in the hereafter. Ok, so last initiative before we end today's session, it's a wonderful news that we want to share with all of you. The message has reached us from doctor Junaid Sheikh from CPS Mumbai team.</w:t>
      </w:r>
    </w:p>
    <w:p>
      <w:pPr>
        <w:jc w:val="right"/>
      </w:pPr>
      <w:r>
        <w:t>So let's keep doing that. So thank you, इमरोज़ भाई. Jazakalla, may you get success in this world and in the hereafter. Ok, so last initiative before we end today's session, it's a wonderful news that we want to share with all of you. The message has reached us from doctor जुनेत शेख from CPS Mumbai team.</w:t>
      </w:r>
    </w:p>
    <w:p>
      <w:r>
        <w:rPr>
          <w:b/>
        </w:rPr>
        <w:t xml:space="preserve">[1:22:08] </w:t>
      </w:r>
      <w:r>
        <w:t>They have been taking lot of initiatives on the technology side and there is one greater initiative which has fructified and we want to share this with all of you. He sent this message. So it gives us, you know, immense pleasure to announce the launch of Quran speaker on Google Assistant.</w:t>
      </w:r>
    </w:p>
    <w:p>
      <w:pPr>
        <w:jc w:val="right"/>
      </w:pPr>
      <w:r>
        <w:t>They have been taking lot of initiatives on the technology side and there is one greater initiative which has fructified and we want to share this with all of you. He sent this message. So it gives us, you know, immense pleasure to announce the launch of Quran speaker on Google Assistant.</w:t>
      </w:r>
    </w:p>
    <w:p>
      <w:r>
        <w:rPr>
          <w:b/>
        </w:rPr>
        <w:t xml:space="preserve">[1:22:28] </w:t>
      </w:r>
      <w:r>
        <w:t>Now Maulana Wahiduddin Khan sahib's English translation of the Quran which has been narrated and recorded by a well known British actor you would all know him Sean Barrett that is now available on Google smart speakers. All Android devices it also runs on iOS devices like iPhone, iPad in which Google app is installed.</w:t>
      </w:r>
    </w:p>
    <w:p>
      <w:pPr>
        <w:jc w:val="right"/>
      </w:pPr>
      <w:r>
        <w:t>Now मुलाना वैदुद्दीन खान साहब's English translation of the Quran which has been narrated and recorded by a well known British actor you would all know him Sean Barrett that is now available on Google smart speakers. All Android devices it also runs on iOS devices like iPhone, iPad in which Google app is installed.</w:t>
      </w:r>
    </w:p>
    <w:p>
      <w:r>
        <w:rPr>
          <w:b/>
        </w:rPr>
        <w:t xml:space="preserve">[1:22:55] </w:t>
      </w:r>
      <w:r>
        <w:t>So the important thing is that Google app needs to be installed to avail this Quran speaker facility. So you can you know now listen to the Quran simply by voice command. It has very amazing features like words of the day and if you want to, you know, understand or listen to a particular verse of the chapter.</w:t>
      </w:r>
    </w:p>
    <w:p>
      <w:pPr>
        <w:jc w:val="right"/>
      </w:pPr>
      <w:r>
        <w:t>So the important thing is that Google app needs to be installed to avail this Quran speaker facility. So you can you know now listen to the Quran simply by voice command. It has very amazing features like words of the day and if you want to, you know, understand or listen to a particular verse of the chapter.</w:t>
      </w:r>
    </w:p>
    <w:p>
      <w:r>
        <w:rPr>
          <w:b/>
        </w:rPr>
        <w:t xml:space="preserve">[1:23:18] </w:t>
      </w:r>
      <w:r>
        <w:t>So doctor Junaid was sharing this passionately and I was really thrilled, when I got, you know, this news from him. Just a little bit information for those who who may not know what the smart speaker is. So it's a voice command device. It offers interactive actions, like, you know, you may be asking question or listen to a song or you want to set an alarm.</w:t>
      </w:r>
    </w:p>
    <w:p>
      <w:pPr>
        <w:jc w:val="right"/>
      </w:pPr>
      <w:r>
        <w:t>So doctor जिनेद was sharing this passionately and I was really thrilled, when I got, you know, this news from him. Just a little bit information for those who who may not know what the smart speaker is. So it's a voice command device. It offers interactive actions, like, you know, you may be asking question or listen to a song or you want to set an alarm.</w:t>
      </w:r>
    </w:p>
    <w:p>
      <w:r>
        <w:rPr>
          <w:b/>
        </w:rPr>
        <w:t xml:space="preserve">[1:23:45] </w:t>
      </w:r>
      <w:r>
        <w:t>So, some of the examples of these, you know, smart speaker is like Amazon Echo, Apple HomePod and Google Nest.</w:t>
      </w:r>
    </w:p>
    <w:p>
      <w:pPr>
        <w:jc w:val="right"/>
      </w:pPr>
      <w:r>
        <w:t>So, some of the examples of these, you know, smart speaker is like Amazon Echo, Apple HomePod and Google Nest.</w:t>
      </w:r>
    </w:p>
    <w:p>
      <w:r>
        <w:rPr>
          <w:b/>
        </w:rPr>
        <w:t xml:space="preserve">[1:23:54] </w:t>
      </w:r>
      <w:r>
        <w:t>Today in America, almost 50%, of the Americans have installed, you know, the smart speaker and there are about 90, more than 94,000,000 smart speakers already installed in America and the function of this smart speaker is very simple.</w:t>
      </w:r>
    </w:p>
    <w:p>
      <w:pPr>
        <w:jc w:val="right"/>
      </w:pPr>
      <w:r>
        <w:t>Today in America, almost 50%, of the Americans have installed, you know, the smart speaker and there are about 90, more than 94,000,000 smart speakers already installed in America and the function of this smart speaker is very simple.</w:t>
      </w:r>
    </w:p>
    <w:p>
      <w:r>
        <w:rPr>
          <w:b/>
        </w:rPr>
        <w:t xml:space="preserve">[1:24:15] </w:t>
      </w:r>
      <w:r>
        <w:t>It is through, as I said, app like Google Assistant, Amazon, Alexa and usually you know you avail these services. Many of you are already doing it for some other purpose by saying you know hey Google, hey Siri and Alexa. So CPS team recognized, you know, this huge opportunity.</w:t>
      </w:r>
    </w:p>
    <w:p>
      <w:pPr>
        <w:jc w:val="right"/>
      </w:pPr>
      <w:r>
        <w:t>It is through, as I said, app like Google Assistant, Amazon, Alexa and usually you know you avail these services. Many of you are already doing it for some other purpose by saying you know hey Google, hey Siri and Alexa. So CPS team recognized, you know, this huge opportunity.</w:t>
      </w:r>
    </w:p>
    <w:p>
      <w:r>
        <w:rPr>
          <w:b/>
        </w:rPr>
        <w:t xml:space="preserve">[1:24:39] </w:t>
      </w:r>
      <w:r>
        <w:t>And last year we had also shared with you Mumbai CPS team had worked and, with the developers and they made English translation of the Quran available through Amazon Alexa and it was launched a year ago.</w:t>
      </w:r>
    </w:p>
    <w:p>
      <w:pPr>
        <w:jc w:val="right"/>
      </w:pPr>
      <w:r>
        <w:t>And last year we had also shared with you Mumbai CPS team had worked and, with the developers and they made English translation of the Quran available through Amazon Alexa and it was launched a year ago.</w:t>
      </w:r>
    </w:p>
    <w:p>
      <w:r>
        <w:rPr>
          <w:b/>
        </w:rPr>
        <w:t xml:space="preserve">[1:24:56] </w:t>
      </w:r>
      <w:r>
        <w:t>Maulana sahib was very happy with the launch and today by the grace of god, we are launching with the help of Mumbai CPS team, Quran speaker on Google Assistant. So you can access it by saying hey Google, talk to the Quran speaker. Please do that after the session is over. It's very easy and interesting.</w:t>
      </w:r>
    </w:p>
    <w:p>
      <w:pPr>
        <w:jc w:val="right"/>
      </w:pPr>
      <w:r>
        <w:t>मुलाना साहब was very happy with the launch and today by the grace of god, we are launching with the help of Mumbai CPS team, कुरान speaker on Google Assistant. So you can access it by saying hey Google, talk to the Quran speaker. Please do that after the session is over. It's very easy and interesting.</w:t>
      </w:r>
    </w:p>
    <w:p>
      <w:r>
        <w:rPr>
          <w:b/>
        </w:rPr>
        <w:t xml:space="preserve">[1:25:21] </w:t>
      </w:r>
      <w:r>
        <w:t>So this will immediately start the English translation of the Quran which has been narrated by Sean Barrett and, one unique feature is the wisdom of the day. So you can ask Google assistant that to play wisdom of the day and it'll start playing an article from quranic wisdom of Maulana Wahiduddin Khan sahib.</w:t>
      </w:r>
    </w:p>
    <w:p>
      <w:pPr>
        <w:jc w:val="right"/>
      </w:pPr>
      <w:r>
        <w:t>So this will immediately start the English translation of the Quran which has been narrated by Sean Barrett and, one unique feature is the wisdom of the day. So you can ask Google assistant that to play wisdom of the day and it'll start playing an article from कुरानिक wisdom of मुलाना वैदुद्दीन खान साहब.</w:t>
      </w:r>
    </w:p>
    <w:p>
      <w:r>
        <w:rPr>
          <w:b/>
        </w:rPr>
        <w:t xml:space="preserve">[1:25:45] </w:t>
      </w:r>
      <w:r>
        <w:t>i know i'm, you know, sort of saying all these things very fast so we have prepared a video.</w:t>
      </w:r>
    </w:p>
    <w:p>
      <w:pPr>
        <w:jc w:val="right"/>
      </w:pPr>
      <w:r>
        <w:t>I know I'm, you know, sort of saying all these things very fast so we have prepared a video.</w:t>
      </w:r>
    </w:p>
    <w:p>
      <w:r>
        <w:rPr>
          <w:b/>
        </w:rPr>
        <w:t xml:space="preserve">[1:25:51] </w:t>
      </w:r>
      <w:r>
        <w:t>we will put that up on the whatsapp group and post this live session.</w:t>
      </w:r>
    </w:p>
    <w:p>
      <w:pPr>
        <w:jc w:val="right"/>
      </w:pPr>
      <w:r>
        <w:t>We will put that up on the WhatsApp group and post this live session.</w:t>
      </w:r>
    </w:p>
    <w:p>
      <w:r>
        <w:rPr>
          <w:b/>
        </w:rPr>
        <w:t xml:space="preserve">[1:25:57] </w:t>
      </w:r>
      <w:r>
        <w:t>we will also tag it to, the, you know, the to this session, to the facebook page, and</w:t>
      </w:r>
    </w:p>
    <w:p>
      <w:pPr>
        <w:jc w:val="right"/>
      </w:pPr>
      <w:r>
        <w:t>We will also tag it to, the, you know, the to this session, to the Facebook page, and</w:t>
      </w:r>
    </w:p>
    <w:p>
      <w:r>
        <w:rPr>
          <w:b/>
        </w:rPr>
        <w:t xml:space="preserve">[1:26:03] </w:t>
      </w:r>
      <w:r>
        <w:t>you can watch the demo how you can, you know, avail the benefit.</w:t>
      </w:r>
    </w:p>
    <w:p>
      <w:pPr>
        <w:jc w:val="right"/>
      </w:pPr>
      <w:r>
        <w:t>you can watch the demo how you can, you know, avail the benefit.</w:t>
      </w:r>
    </w:p>
    <w:p>
      <w:r>
        <w:rPr>
          <w:b/>
        </w:rPr>
        <w:t xml:space="preserve">[1:26:09] </w:t>
      </w:r>
      <w:r>
        <w:t>Here, we would like to also emphasize the pivotal role which has been played by CPS USA team.</w:t>
      </w:r>
    </w:p>
    <w:p>
      <w:pPr>
        <w:jc w:val="right"/>
      </w:pPr>
      <w:r>
        <w:t>Here, we would like to also emphasize the pivotal role which has been played by CPS USA team.</w:t>
      </w:r>
    </w:p>
    <w:p>
      <w:r>
        <w:rPr>
          <w:b/>
        </w:rPr>
        <w:t xml:space="preserve">[1:26:16] </w:t>
      </w:r>
      <w:r>
        <w:t>The audio version of Maulana's English translation of the Quran was produced by USA team and during this project mister Asad Pervez from USA CPS team he helped and guided the project at every step.</w:t>
      </w:r>
    </w:p>
    <w:p>
      <w:pPr>
        <w:jc w:val="right"/>
      </w:pPr>
      <w:r>
        <w:t>The audio version of मुलाना's English translation of the Quran was produced by USA team and during this project mister आसद परवेज from USA CPS team he helped and guided the project at every step.</w:t>
      </w:r>
    </w:p>
    <w:p>
      <w:r>
        <w:rPr>
          <w:b/>
        </w:rPr>
        <w:t xml:space="preserve">[1:26:33] </w:t>
      </w:r>
      <w:r>
        <w:t>So alhamdulillah now Maulana's English translation of the Quran is available on every Android device on the planet</w:t>
      </w:r>
    </w:p>
    <w:p>
      <w:pPr>
        <w:jc w:val="right"/>
      </w:pPr>
      <w:r>
        <w:t>So अलहम्दुलिल्लाह now मुलाना's English translation of the Quran is available on every Android device on the planet</w:t>
      </w:r>
    </w:p>
    <w:p>
      <w:r>
        <w:rPr>
          <w:b/>
        </w:rPr>
        <w:t xml:space="preserve">[1:26:43] </w:t>
      </w:r>
      <w:r>
        <w:t>and we need to spread this message to far and wide.</w:t>
      </w:r>
    </w:p>
    <w:p>
      <w:pPr>
        <w:jc w:val="right"/>
      </w:pPr>
      <w:r>
        <w:t>and we need to spread this message to far and wide.</w:t>
      </w:r>
    </w:p>
    <w:p>
      <w:r>
        <w:rPr>
          <w:b/>
        </w:rPr>
        <w:t xml:space="preserve">[1:26:54] </w:t>
      </w:r>
      <w:r>
        <w:t>Please experience this app first yourself and then share it, with people far and wide.</w:t>
      </w:r>
    </w:p>
    <w:p>
      <w:pPr>
        <w:jc w:val="right"/>
      </w:pPr>
      <w:r>
        <w:t>Please experience this app first yourself and then share it, with people far and wide.</w:t>
      </w:r>
    </w:p>
    <w:p>
      <w:r>
        <w:rPr>
          <w:b/>
        </w:rPr>
        <w:t xml:space="preserve">[1:27:05] </w:t>
      </w:r>
      <w:r>
        <w:t>So I will request, doctor Sanya Sman Khan Sap to launch the Quran, speaker today.</w:t>
      </w:r>
    </w:p>
    <w:p>
      <w:pPr>
        <w:jc w:val="right"/>
      </w:pPr>
      <w:r>
        <w:t>So I will request, doctor Sanya Sman Khan Sap to launch the Quran, speaker today.</w:t>
      </w:r>
    </w:p>
    <w:p>
      <w:r>
        <w:rPr>
          <w:b/>
        </w:rPr>
        <w:t xml:space="preserve">[1:27:16] </w:t>
      </w:r>
      <w:r>
        <w:t>Bismillahir rehmanir rehim, mujhe bahut khushi mehsoos ho rahi hai is waqt jaisa doctor Rajat Malhotra ne explain kiya the Quran on Google Assistant. Yeh ek bahut hi zabardast kaam Bombay ki team ne khaastor se doctor Junaid ne kiya hai ki Quran Google assistant par available ho gaya hai.</w:t>
      </w:r>
    </w:p>
    <w:p>
      <w:pPr>
        <w:jc w:val="right"/>
      </w:pPr>
      <w:r>
        <w:t>बिस्मिल्लाई रमानी रहीम, मुझे बहुत ख़ुशी महसूस हो रही है इस वक़्त जैसा doctor रजत मलोत्रा ने explain किया the कुरान on Google Assistant. यह एक बहुत ही ज़बरदस्त काम Bombay की team ने खासतौर से doctor जुनेद ने किया है कि कुरान Google assistant पर available हो गया है.</w:t>
      </w:r>
    </w:p>
    <w:p>
      <w:r>
        <w:rPr>
          <w:b/>
        </w:rPr>
        <w:t xml:space="preserve">[1:27:43] </w:t>
      </w:r>
      <w:r>
        <w:t>Google assistant jaise abhi doctor Rajat Malhotra ne kaafi detail mein bataya wah yeh hai ki aap agar android phone hai aapke paas to aapke phone ke andar ye inbuilt app hai lekin agar aap koi aur phone use kar rahe hai to jaise iPhone hai to aap app store se Google assistant download kar sakte hai.</w:t>
      </w:r>
    </w:p>
    <w:p>
      <w:pPr>
        <w:jc w:val="right"/>
      </w:pPr>
      <w:r>
        <w:t>Google assistant जैसे अभी doctor रजत मल्होता ने काफी detail में बताया वह यह है कि आप अगर android phone है आपके पास तो आपके phone के अंदर ये inbuilt app है लेकिन अगर आप कोई और phone use कर रहे है तो जैसे iPhone है तो आप app store से Google assistant download कर सकते है.</w:t>
      </w:r>
    </w:p>
    <w:p>
      <w:r>
        <w:rPr>
          <w:b/>
        </w:rPr>
        <w:t xml:space="preserve">[1:28:03] </w:t>
      </w:r>
      <w:r>
        <w:t>Main isko koshish karta hoon kaise ye function karti hai to isko hum kahenge, talk to the Quran speaker. Ok, let's get the Quran speaker. Welcome to the spiritual world of the Quran. The Quran translated by Maulana Mahi Gurin Khan and professor Farida Khanom.</w:t>
      </w:r>
    </w:p>
    <w:p>
      <w:pPr>
        <w:jc w:val="right"/>
      </w:pPr>
      <w:r>
        <w:t>मैं इसको कोशिश करता हूँ कैसे ये function करती है तो इसको हम कहेंगे, talk to the कुरान speaker. Ok, let's get the कुरान speaker. Welcome to the spiritual world of the Quran. The Quran translated by Maulana Mahi Gurin Khan and professor Farida Khanom.</w:t>
      </w:r>
    </w:p>
    <w:p>
      <w:r>
        <w:rPr>
          <w:b/>
        </w:rPr>
        <w:t xml:space="preserve">[1:28:33] </w:t>
      </w:r>
      <w:r>
        <w:t>Read by Sean Barrett. Published by Good World Books, New Delhi. Play chapter 10, verse 25. Chapter 10, Jonah, Eunice, verse 25.</w:t>
      </w:r>
    </w:p>
    <w:p>
      <w:pPr>
        <w:jc w:val="right"/>
      </w:pPr>
      <w:r>
        <w:t>Read by Sean Barrett. Published by Good World Books, New Delhi. Play chapter 10, verse 25. Chapter 10, Jonah, Eunice, verse 25.</w:t>
      </w:r>
    </w:p>
    <w:p>
      <w:r>
        <w:rPr>
          <w:b/>
        </w:rPr>
        <w:t xml:space="preserve">[1:29:00] </w:t>
      </w:r>
      <w:r>
        <w:t>God calls man to the home of peace, and he guides whom he wills to a straight path. Play chapter one. What was that? Play chapter one, Surah Al Fatiha. Chapter one, the opening, Al Fatiha. Chapter one, the opening. Surat Al-Fatiya.</w:t>
      </w:r>
    </w:p>
    <w:p>
      <w:pPr>
        <w:jc w:val="right"/>
      </w:pPr>
      <w:r>
        <w:t>God calls man to the home of peace, and he guides whom he wills to a straight path. Play chapter one. What was that? Play chapter one, Surah Al Fatiha. Chapter one, the opening, Al Fatiha. Chapter one, the opening. Surat Al-Fatiya.</w:t>
      </w:r>
    </w:p>
    <w:p>
      <w:r>
        <w:rPr>
          <w:b/>
        </w:rPr>
        <w:t xml:space="preserve">[1:29:29] </w:t>
      </w:r>
      <w:r>
        <w:t>In the name of God, the most gracious, the most merciful.</w:t>
      </w:r>
    </w:p>
    <w:p>
      <w:pPr>
        <w:jc w:val="right"/>
      </w:pPr>
      <w:r>
        <w:t>In the name of God, the most gracious, the most merciful.</w:t>
      </w:r>
    </w:p>
    <w:p>
      <w:r>
        <w:rPr>
          <w:b/>
        </w:rPr>
        <w:t xml:space="preserve">[1:29:34] </w:t>
      </w:r>
      <w:r>
        <w:t>All praise is due to God, the Lord of the universe, the beneficent, the merciful, Lord of the</w:t>
      </w:r>
    </w:p>
    <w:p>
      <w:pPr>
        <w:jc w:val="right"/>
      </w:pPr>
      <w:r>
        <w:t>All praise is due to God, the Lord of the universe, the beneficent, the merciful, Lord of the</w:t>
      </w:r>
    </w:p>
    <w:p>
      <w:r>
        <w:rPr>
          <w:b/>
        </w:rPr>
        <w:t xml:space="preserve">[1:29:39] </w:t>
      </w:r>
      <w:r>
        <w:t>day of judgment.</w:t>
      </w:r>
    </w:p>
    <w:p>
      <w:pPr>
        <w:jc w:val="right"/>
      </w:pPr>
      <w:r>
        <w:t>day of judgment.</w:t>
      </w:r>
    </w:p>
    <w:p>
      <w:r>
        <w:rPr>
          <w:b/>
        </w:rPr>
        <w:t xml:space="preserve">[1:29:44] </w:t>
      </w:r>
      <w:r>
        <w:t>You alone we worship, and to you alone we turn for help.</w:t>
      </w:r>
    </w:p>
    <w:p>
      <w:pPr>
        <w:jc w:val="right"/>
      </w:pPr>
      <w:r>
        <w:t>You alone we worship, and to you alone we turn for help.</w:t>
      </w:r>
    </w:p>
    <w:p>
      <w:r>
        <w:rPr>
          <w:b/>
        </w:rPr>
        <w:t xml:space="preserve">[1:29:49] </w:t>
      </w:r>
      <w:r>
        <w:t>Guide us to the straight path, the path of those you have blessed, not of those who have</w:t>
      </w:r>
    </w:p>
    <w:p>
      <w:pPr>
        <w:jc w:val="right"/>
      </w:pPr>
      <w:r>
        <w:t>Guide us to the straight path, the path of those you have blessed, not of those who have</w:t>
      </w:r>
    </w:p>
    <w:p>
      <w:r>
        <w:rPr>
          <w:b/>
        </w:rPr>
        <w:t xml:space="preserve">[1:29:54] </w:t>
      </w:r>
      <w:r>
        <w:t>incurred your wrath, not of those who have gone astray.</w:t>
      </w:r>
    </w:p>
    <w:p>
      <w:pPr>
        <w:jc w:val="right"/>
      </w:pPr>
      <w:r>
        <w:t>incurred your wrath, not of those who have gone astray.</w:t>
      </w:r>
    </w:p>
    <w:p>
      <w:r>
        <w:rPr>
          <w:b/>
        </w:rPr>
        <w:t xml:space="preserve">[1:30:00] </w:t>
      </w:r>
      <w:r>
        <w:t>Play words of the day. Playing words of the day. There is not a living creature on the earth, but it is for god to provide its sustenance. He knows its dwelling and its final resting place. All is Play wisdom of the, wisdom of the day. Playing wisdom of the day. The beginning and the end.</w:t>
      </w:r>
    </w:p>
    <w:p>
      <w:pPr>
        <w:jc w:val="right"/>
      </w:pPr>
      <w:r>
        <w:t>Play words of the day. Playing words of the day. There is not a living creature on the earth, but it is for god to provide its sustenance. He knows its dwelling and its final resting place. All is Play wisdom of the, wisdom of the day. Playing wisdom of the day. The beginning and the end.</w:t>
      </w:r>
    </w:p>
    <w:p>
      <w:r>
        <w:rPr>
          <w:b/>
        </w:rPr>
        <w:t xml:space="preserve">[1:30:29] </w:t>
      </w:r>
      <w:r>
        <w:t>There are 114 chapters in the Quran, some long and some short. The first verse of the first chapter reads, All praise is due to God, the Lord of the universe. Tell me about our mission. Playing about our mission. About our mission.</w:t>
      </w:r>
    </w:p>
    <w:p>
      <w:pPr>
        <w:jc w:val="right"/>
      </w:pPr>
      <w:r>
        <w:t>There are 114 chapters in the Quran, some long and some short. The first verse of the first chapter reads, All praise is due to God, the Lord of the universe. Tell me about our mission. Playing about our mission. About our mission.</w:t>
      </w:r>
    </w:p>
    <w:p>
      <w:r>
        <w:rPr>
          <w:b/>
        </w:rPr>
        <w:t xml:space="preserve">[1:30:53] </w:t>
      </w:r>
      <w:r>
        <w:t>Center for Peace and Spirituality International is a nonprofit NGO founded by Maulana Wahiddin Khan. He is a renowned spiritual teacher, peace activist, and Islamic scholar.</w:t>
      </w:r>
    </w:p>
    <w:p>
      <w:pPr>
        <w:jc w:val="right"/>
      </w:pPr>
      <w:r>
        <w:t>Center for Peace and Spirituality International is a nonprofit NGO founded by Melana Wahiddin Khan. He is a renowned spiritual teacher, peace activist, and Islamic scholar.</w:t>
      </w:r>
    </w:p>
    <w:p>
      <w:r>
        <w:rPr>
          <w:b/>
        </w:rPr>
        <w:t xml:space="preserve">[1:31:08] </w:t>
      </w:r>
      <w:r>
        <w:t>He's a recipient of Padma Bhushan, India's second highest civilian award for Demakus Peace International Award and Sayedina Imam Al Hassan Ibn Ali Peace Award for promoting peace globally.</w:t>
      </w:r>
    </w:p>
    <w:p>
      <w:pPr>
        <w:jc w:val="right"/>
      </w:pPr>
      <w:r>
        <w:t>He's a recipient of Padma Wuphashin, India's second highest civilian award for Demakus Peace International Award and Sayedina Imam Al Hassan Ibn Ali Peace Award for promoting peace globally.</w:t>
      </w:r>
    </w:p>
    <w:p>
      <w:r>
        <w:rPr>
          <w:b/>
        </w:rPr>
        <w:t xml:space="preserve">[1:31:25] </w:t>
      </w:r>
      <w:r>
        <w:t>In 2009, Georgetown University in Washington, DC listed him among the 500 most influential Muslims of 2009 and named him Islam's spiritual ambassador to the world. CPS International aims to promote and reinforce the culture of peace through mind based spirituality. It is engaged in promoting peace and spirituality through interfaith efforts.</w:t>
      </w:r>
    </w:p>
    <w:p>
      <w:pPr>
        <w:jc w:val="right"/>
      </w:pPr>
      <w:r>
        <w:t>In 2009, Georgetown University in Washington, DC listed him among the 500 most influential Muslims of 2009 and named him Islam's spiritual ambassador to the world. CPS International aims to promote and reinforce the culture of peace through mind based spirituality. It is engaged in promoting peace and spirituality through interfaith efforts.</w:t>
      </w:r>
    </w:p>
    <w:p>
      <w:r>
        <w:rPr>
          <w:b/>
        </w:rPr>
        <w:t xml:space="preserve">[1:31:55] </w:t>
      </w:r>
      <w:r>
        <w:t>Kindly log in to mulanawahiditancan.com and cpsglobal.org for more information.</w:t>
      </w:r>
    </w:p>
    <w:p>
      <w:pPr>
        <w:jc w:val="right"/>
      </w:pPr>
      <w:r>
        <w:t>Kindly log in to mulanawahiditancan.com and cpsglobal.org for more information.</w:t>
      </w:r>
    </w:p>
    <w:p>
      <w:r>
        <w:rPr>
          <w:b/>
        </w:rPr>
        <w:t xml:space="preserve">[1:32:03] </w:t>
      </w:r>
      <w:r>
        <w:t>to yeh kamaal ka app hai jismein abhi dekha aapne ke ke verse koi agar verse hai, aapko</w:t>
      </w:r>
    </w:p>
    <w:p>
      <w:pPr>
        <w:jc w:val="right"/>
      </w:pPr>
      <w:r>
        <w:t>तो यह कमाल का app है जिसमें अभी देखा आपने के कि verse कोई अगर verse है, आपको</w:t>
      </w:r>
    </w:p>
    <w:p>
      <w:r>
        <w:rPr>
          <w:b/>
        </w:rPr>
        <w:t xml:space="preserve">[1:32:11] </w:t>
      </w:r>
      <w:r>
        <w:t>ek particular verse ka translation, sunna hai to aap woh bhi keh sakte hain ke verse number so</w:t>
      </w:r>
    </w:p>
    <w:p>
      <w:pPr>
        <w:jc w:val="right"/>
      </w:pPr>
      <w:r>
        <w:t>एक particular verse का translation, सुनना है तो आप वह भी कह सकते हैं कि verse number सो</w:t>
      </w:r>
    </w:p>
    <w:p>
      <w:r>
        <w:rPr>
          <w:b/>
        </w:rPr>
        <w:t xml:space="preserve">[1:32:19] </w:t>
      </w:r>
      <w:r>
        <w:t>and so, chapter number so and so ya koi poori aapko surat chapter sunna hai to surat ka</w:t>
      </w:r>
    </w:p>
    <w:p>
      <w:pPr>
        <w:jc w:val="right"/>
      </w:pPr>
      <w:r>
        <w:t>and सो, chapter number सो and सो या कोई पूरी आपको सूरत chapter सुनना है तो सूरत का</w:t>
      </w:r>
    </w:p>
    <w:p>
      <w:r>
        <w:rPr>
          <w:b/>
        </w:rPr>
        <w:t xml:space="preserve">[1:32:27] </w:t>
      </w:r>
      <w:r>
        <w:t>naam bata dein aur wisdom of the day mein quranic wisdom ka ek chapter hoga.</w:t>
      </w:r>
    </w:p>
    <w:p>
      <w:pPr>
        <w:jc w:val="right"/>
      </w:pPr>
      <w:r>
        <w:t>नाम बता दें और wisdom of the day में कुरानिक wisdom का एक chapter होगा.</w:t>
      </w:r>
    </w:p>
    <w:p>
      <w:r>
        <w:rPr>
          <w:b/>
        </w:rPr>
        <w:t xml:space="preserve">[1:32:36] </w:t>
      </w:r>
      <w:r>
        <w:t>One eighty six chapters hain quranic wisdom mein wo do baar karke poore saal ke liye three sixty five kar diye. Aise hi verse of the day mein har roz nayi verse hai aur jaise abhi aapne suna mission ke baare mein bhi.</w:t>
      </w:r>
    </w:p>
    <w:p>
      <w:pPr>
        <w:jc w:val="right"/>
      </w:pPr>
      <w:r>
        <w:t>One eighty six chapters हैं कुरानिक wisdom में वो दो बार करके पूरे साल के लिए three sixty five कर दिए. ऐसे ही verse of the day में हर रोज़ नई verse है और जैसे अभी आपने सुना mission के बारे में भी.</w:t>
      </w:r>
    </w:p>
    <w:p>
      <w:r>
        <w:rPr>
          <w:b/>
        </w:rPr>
        <w:t xml:space="preserve">[1:32:51] </w:t>
      </w:r>
      <w:r>
        <w:t>To yeh kamaal ka app hai Inshallah, isse bahut hi aasaan ho jayega logon ko, logon ko baasani Quran ka translation sunna aur jaise hadith mein aata hai ki ek waqt aayega ki har kachche, pakke, makaan mein Khuda ka kalima yani Quran pahunch jayega. To ab to yeh iske iske baad to yeh aalam hoga ki har jeb mein Quran pahunch jayega.</w:t>
      </w:r>
    </w:p>
    <w:p>
      <w:pPr>
        <w:jc w:val="right"/>
      </w:pPr>
      <w:r>
        <w:t>तो यह कमाल का app है इंशालाह, इससे बहुत ही आसान हो जाएगा लोगों को, लोगों को बासैनी कुरान का translation सुनना और जैसे हदीश में आता है कि एक वक़्त आएगा कि हर कच्चे, पक्के, मकान में खुदा का का कलिमा यानी कुरान पहुंच जाएगा. तो अब तो यह इसके इसके बाद तो यह आलम होगा कि हर जेब में कुरान पहुंच जाएगा.</w:t>
      </w:r>
    </w:p>
    <w:p>
      <w:r>
        <w:rPr>
          <w:b/>
        </w:rPr>
        <w:t xml:space="preserve">[1:33:20] </w:t>
      </w:r>
      <w:r>
        <w:t>To yeh to Allah taala ka bahut bada, bahut bada, bahut bada aasan hai ki humein is daur mein paida kiya hai ki hum Quran ko, ke payaam ko itni aasani se aaj ke andaaz mein pesh kar sakte hain to main Allah taala se dua karta hoon ki humein mauka de ki hum is is kaam ko aur aage badha sakein. Ameen.</w:t>
      </w:r>
    </w:p>
    <w:p>
      <w:pPr>
        <w:jc w:val="right"/>
      </w:pPr>
      <w:r>
        <w:t>तो यह तो अल्लाह तालाह का बहुत बड़ा, बहुत बड़ा, बहुत बड़ा आसान है कि हमें इस द्वार में पैदा किया है कि हम कुरान को, के प्याराम को इतनी आसानी से आज के अंदाज़ में पेश कर सकते हैं तो मैं अल्लाताला से दुआ करता हूं कि हमें मौका दे कि हम इस इस काम को और आगे बढ़ा सकें. अमित.</w:t>
      </w:r>
    </w:p>
    <w:p>
      <w:r>
        <w:rPr>
          <w:b/>
        </w:rPr>
        <w:t xml:space="preserve">[1:33:43] </w:t>
      </w:r>
      <w:r>
        <w:t>Aur digital age mein khaas taur se aur jin logon ne ismein taabun kiya hai Bombay ki team aur US ki Team, Allah taala un sabko ajir azeem ata farmaye. Ok, thank you for watching the program today. We will end the session now. We'll be back next Sunday, 10:30AM. Thank you.</w:t>
      </w:r>
    </w:p>
    <w:p>
      <w:pPr>
        <w:jc w:val="right"/>
      </w:pPr>
      <w:r>
        <w:t>और digital age में खास तौर से और जिन लोगों ने इसमें ताबुन किया है Bombay की team और US की Team, अल्लाताला उन सबको अजिर अजीब मताफरमाए. Ok, thank you for watching the program today. We will end the session now.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