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CPS Women Interaction 4 April 30, 2022</w:t>
      </w:r>
    </w:p>
    <w:p>
      <w:r>
        <w:t>https://www.youtube.com/watch?v=O8DWIk3naCQ</w:t>
      </w:r>
    </w:p>
    <w:p>
      <w:r>
        <w:rPr>
          <w:b/>
        </w:rPr>
        <w:t xml:space="preserve">[00:14] </w:t>
      </w:r>
      <w:r>
        <w:t>We are here again, mashallah, in the monthly meeting thirtieth April two thousand twenty two in ladies WhatsApp group to take our learning further. Ramdan is the month of contemplation and reflection.</w:t>
      </w:r>
    </w:p>
    <w:p>
      <w:pPr>
        <w:jc w:val="right"/>
      </w:pPr>
      <w:r>
        <w:t>We are here again, mashallah, in the monthly meeting thirtieth April two thousand twenty two in ladies WhatsApp group to take our learning further. Ramdan is the month of contemplation and reflection.</w:t>
      </w:r>
    </w:p>
    <w:p>
      <w:r>
        <w:rPr>
          <w:b/>
        </w:rPr>
        <w:t xml:space="preserve">[00:35] </w:t>
      </w:r>
      <w:r>
        <w:t>The Quran is specially recited during this month so that believers may reflect upon it, understand its steeper meaning, and make it a guiding force in our lives. The practice of fasting produces sincerity and saves a person from distractions.</w:t>
      </w:r>
    </w:p>
    <w:p>
      <w:pPr>
        <w:jc w:val="right"/>
      </w:pPr>
      <w:r>
        <w:t>The Quran is specially recited during this month so that believers may reflect upon it, understand its steeper meaning, and make it a guiding force in our lives. The practice of fasting produces sincerity and saves a person from distractions.</w:t>
      </w:r>
    </w:p>
    <w:p>
      <w:r>
        <w:rPr>
          <w:b/>
        </w:rPr>
        <w:t xml:space="preserve">[00:55] </w:t>
      </w:r>
      <w:r>
        <w:t>Fasting prepares one for the study of the Quran, And when a person studies the Quran with a well prepared mind, he can understand the deeper meanings of Quran with greater depth. This entire month on ladies' WhatsApp group we had dedicated to Ramdan and its learning and contemplating.</w:t>
      </w:r>
    </w:p>
    <w:p>
      <w:pPr>
        <w:jc w:val="right"/>
      </w:pPr>
      <w:r>
        <w:t>Fasting prepares one for the study of the Quran, And when a person studies the Quran with a well prepared mind, he can understand the deeper meanings of Quran with greater depth. This entire month on ladies' WhatsApp group we had dedicated to Ramdan and its learning and contemplating.</w:t>
      </w:r>
    </w:p>
    <w:p>
      <w:r>
        <w:rPr>
          <w:b/>
        </w:rPr>
        <w:t xml:space="preserve">[01:19] </w:t>
      </w:r>
      <w:r>
        <w:t>So we shared our learnings regarding this only, and we reflected, we discussed, and we shared our learning on each aspects of Ramzan. So I request professor Farida Khanam, chairperson of CPS International, to address on the topic Lelethul Jaiza or Night of Rewards and its importance.</w:t>
      </w:r>
    </w:p>
    <w:p>
      <w:pPr>
        <w:jc w:val="right"/>
      </w:pPr>
      <w:r>
        <w:t>So we shared our learnings regarding this only, and we reflected, we discussed, and we shared our learning on each aspects of Ramzan. So I request professor Farida Khanam, chairperson of CPS International, to address on the topic Lelethul Jaiza or Night of Rewards and its importance.</w:t>
      </w:r>
    </w:p>
    <w:p>
      <w:r>
        <w:rPr>
          <w:b/>
        </w:rPr>
        <w:t xml:space="preserve">[01:45] </w:t>
      </w:r>
      <w:r>
        <w:t>After that, we will open the session to our participating ladies to share their learnings. And if anyone has queries, so please be very precise and short because we have very little time. And, we will learn from each other.</w:t>
      </w:r>
    </w:p>
    <w:p>
      <w:pPr>
        <w:jc w:val="right"/>
      </w:pPr>
      <w:r>
        <w:t>After that, we will open the session to our participating ladies to share their learnings. And if anyone has queries, so please be very precise and short because we have very little time. And, we will learn from each other.</w:t>
      </w:r>
    </w:p>
    <w:p>
      <w:r>
        <w:rPr>
          <w:b/>
        </w:rPr>
        <w:t xml:space="preserve">[02:06] </w:t>
      </w:r>
      <w:r>
        <w:t>So I call professor farida khanam to share her learning and give us this talk on lahratul jaiza. Thank you. Assalamo alaikum.</w:t>
      </w:r>
    </w:p>
    <w:p>
      <w:pPr>
        <w:jc w:val="right"/>
      </w:pPr>
      <w:r>
        <w:t>So I call professor फरीदा खानम to share her learning and give us this talk on लहरितुल जाइज़ा. Thank you. अस्सलामा रेतुल.</w:t>
      </w:r>
    </w:p>
    <w:p>
      <w:r>
        <w:rPr>
          <w:b/>
        </w:rPr>
        <w:t xml:space="preserve">[02:25] </w:t>
      </w:r>
      <w:r>
        <w:t>Ab ramzan ka mahina iktam par hai to isi nisbat se hum lahratul jaiza yani night of reward ke bare mein kuch baat karna chahenge.</w:t>
      </w:r>
    </w:p>
    <w:p>
      <w:pPr>
        <w:jc w:val="right"/>
      </w:pPr>
      <w:r>
        <w:t>अब रमज़ान का महीना इकस्तताम पर है तो इसी निश्बत से हम लेरितुल जायज़ा यानी night of reward के बारे में वह कुछ बात करना चाहेंगे.</w:t>
      </w:r>
    </w:p>
    <w:p>
      <w:r>
        <w:rPr>
          <w:b/>
        </w:rPr>
        <w:t xml:space="preserve">[02:38] </w:t>
      </w:r>
      <w:r>
        <w:t>To aap logon ne sab ne bahut hi sakht garmi ka roza rakha, bahut zyada ek pur mushakat amal hota hai lekin Allah taala ki itni zyada madad hoti hai itni zyada ki humko ramzan ke mahine mein roza rakhna mushkil nahi lagta. Agar alag se koi rakhne ko kahe ghar mein karunga to woh bardasht nahi hoga.</w:t>
      </w:r>
    </w:p>
    <w:p>
      <w:pPr>
        <w:jc w:val="right"/>
      </w:pPr>
      <w:r>
        <w:t>तो आप लोगों ने सबने बहुत ही सख़्त गर्मी का रोज़ा रखा, बहुत ज़्यादा एक पूर्व मुक्षकत अमल होता है लेकिन अल्लाह ताला की इतनी ज़्यादा मदद होती है इतनी ज़्यादा कि हमको रमज़ान के महीने में रोज़ा रखना मुश्किल नहीं लगता. अगर अलग से कोई रखने को कहे घर में करोगा तो वह बर्दाश्त नहीं होगा.</w:t>
      </w:r>
    </w:p>
    <w:p>
      <w:r>
        <w:rPr>
          <w:b/>
        </w:rPr>
        <w:t xml:space="preserve">[03:01] </w:t>
      </w:r>
      <w:r>
        <w:t>To yeh jis tarike se Allah taala ne hamari madad ki hamare pure roze mukammal hue to isi tarike se humko inshallah ahista bhi madad Allah ki milti rahegi. Quran mein aaya hai ki Allah tumhare sath aasani chahta hai. Woh tumhare sath mushkil.</w:t>
      </w:r>
    </w:p>
    <w:p>
      <w:pPr>
        <w:jc w:val="right"/>
      </w:pPr>
      <w:r>
        <w:t>तो यह जिस तरीके से अल्लाह ताला ने हमारी मदद की हमारे पूरे रोज़े मुकम्मल हुए तो इसी तरीके से हमको इंशालाह आहिनता भी मदद अल्लाह की मिल्ली रहेगी. पुरान में आया है कि अल्लाह तुम्हारे साथ आसानी चाहता है. वह तुम्हारे साथ मुश्किल.</w:t>
      </w:r>
    </w:p>
    <w:p>
      <w:r>
        <w:rPr>
          <w:b/>
        </w:rPr>
        <w:t xml:space="preserve">[03:25] </w:t>
      </w:r>
      <w:r>
        <w:t>Hasil. To roza jo hai rakha jata hai taaki Allah taala ki zyada se zyada hamein qurbat hasil ho, zyada se zyada Allah taala se connection qaim ho. Lekin yeh sab sirf bhook pyas se nahi hota.</w:t>
      </w:r>
    </w:p>
    <w:p>
      <w:pPr>
        <w:jc w:val="right"/>
      </w:pPr>
      <w:r>
        <w:t>हासिल. तो रोज़ा जो है रखा जाता है ताकि अल्लाह ताला की ज़्यादा से ज़्यादा हमें कुर्बत हासिल हो, ज़्यादा से ज़्यादा अल्लाह ताला से connection कायम हो. लेकिन यह सब सिर्फ भूख प्यास से नहीं होता.</w:t>
      </w:r>
    </w:p>
    <w:p>
      <w:r>
        <w:rPr>
          <w:b/>
        </w:rPr>
        <w:t xml:space="preserve">[03:51] </w:t>
      </w:r>
      <w:r>
        <w:t>Matlab jo hamara form hai roze ka uske alawa hamein puri spirit ke sath roza rakhna hoga. Tabhi humko yeh sare fawaid milenge.</w:t>
      </w:r>
    </w:p>
    <w:p>
      <w:pPr>
        <w:jc w:val="right"/>
      </w:pPr>
      <w:r>
        <w:t>मतलब जो हमारा farm है रोज़े का उसके अलावा हमें पूरी spirit के साथ रोज़ा रखना होगा. तभी हमको यह सारे फवायदा से लूंगे.</w:t>
      </w:r>
    </w:p>
    <w:p>
      <w:r>
        <w:rPr>
          <w:b/>
        </w:rPr>
        <w:t xml:space="preserve">[04:01] </w:t>
      </w:r>
      <w:r>
        <w:t>To to ramzan ka mahina hum logon ne inshallah CPS walon ne chuki bahut active hain spirit ko awaken karne mein to humko puri ummeed hai ki unhone spirit wala roza rakha aur unko uska pura pura fayda pura pura ajr inshallah taala milega.</w:t>
      </w:r>
    </w:p>
    <w:p>
      <w:pPr>
        <w:jc w:val="right"/>
      </w:pPr>
      <w:r>
        <w:t>तो तो रमज़ान का महीना हम लोगों ने इंशालाह CPS वालों ने चूंकि बहुत active हैं spirit को awaken करने में तो हमको पूरी उम्मीद है कि उन्होंने spirit वाला रोज़ा रखा और उनको उसका पूरा पूरा फ़ायदा पूरा पूरा अजर इंशालाह डालना मिलेगा.</w:t>
      </w:r>
    </w:p>
    <w:p>
      <w:r>
        <w:rPr>
          <w:b/>
        </w:rPr>
        <w:t xml:space="preserve">[04:25] </w:t>
      </w:r>
      <w:r>
        <w:t>To jab jo ajr milega jo lailatul qadr jisko kaha gaya hai fadha ka khas ajr latala ne kaha hai ki roza banda mere liye rakhta hai aur main uska ajr behisab dunga.</w:t>
      </w:r>
    </w:p>
    <w:p>
      <w:pPr>
        <w:jc w:val="right"/>
      </w:pPr>
      <w:r>
        <w:t>तो जब जो अज़र मिलेगा जो लैलात उलझाएगा जिसको कहा गया है फ़द्दा का ख़ास अज़र लताला ने कहा है कि रोज़ा बंदा मेरे लिए रखता है और मैं उसका अज़र बेहिसाब दूंगा.</w:t>
      </w:r>
    </w:p>
    <w:p>
      <w:r>
        <w:rPr>
          <w:b/>
        </w:rPr>
        <w:t xml:space="preserve">[04:39] </w:t>
      </w:r>
      <w:r>
        <w:t>To is tarike se humein bahut zyada ummeed hai ki hamare roze Allah taala qabool farmayenge aur jo hai khadish main aapko bataungi ki jismein bahut badi khushkhabri di gayi hai ki rasulullah sallallahu alaihi wasallam ne farmaya ki ramzan ki aakhri raat mein rozedar bande aur bandiyon ki maghfirat kar di jati hai.</w:t>
      </w:r>
    </w:p>
    <w:p>
      <w:pPr>
        <w:jc w:val="right"/>
      </w:pPr>
      <w:r>
        <w:t>तो इस तरीके से हमें बहुत ज़्यादा उम्मीद है कि हमारे रोज़े अल्लाह दाला कोबूल फरमाएंगे और जो है खदीश मैं आपको बताऊंगी कि जिसमें बहुत बड़ी खुशखबरी दी गई है कि रसूल्लाह श्रेलाह सल्लम ने फरमाया कि रमज़ान की आखिरी रात में रोज़ेदार बंदे और बंदियों की मकफरत कर दी जाती है.</w:t>
      </w:r>
    </w:p>
    <w:p>
      <w:r>
        <w:rPr>
          <w:b/>
        </w:rPr>
        <w:t xml:space="preserve">[05:03] </w:t>
      </w:r>
      <w:r>
        <w:t>To yeh bahut badi baat hai ki ek mahine mein Allah taala ne humko ek aisi ek tarbiyat se guzar kar itna bada ajr diya ki hamari maghfirat ho gayi.</w:t>
      </w:r>
    </w:p>
    <w:p>
      <w:pPr>
        <w:jc w:val="right"/>
      </w:pPr>
      <w:r>
        <w:t>तो यह बहुत बड़ी बात है कि एक महीने में अल्लाह ताला ने हमको एक ऐसी एक तरब्बयत से गुज़ार कर इतना बड़ा आज दिया कि हमारी मकफरत हो गई.</w:t>
      </w:r>
    </w:p>
    <w:p>
      <w:r>
        <w:rPr>
          <w:b/>
        </w:rPr>
        <w:t xml:space="preserve">[05:15] </w:t>
      </w:r>
      <w:r>
        <w:t>Aapko maloom hai ki insan to bas isi Allah ki rahmat Allah ki maghfirat se ummeed hai ki hamari galtiyan maaf hongi aur hamein pura ajr milega ramzan ka mahine ka roza jo humne rakha.</w:t>
      </w:r>
    </w:p>
    <w:p>
      <w:pPr>
        <w:jc w:val="right"/>
      </w:pPr>
      <w:r>
        <w:t>आपको मालूम है कि इंसान तो बस इसी अल्लाह की रामद अल्लाह की मफ़रत से उम्मीद है कि हमारी गलतियां माफ होंगी और हमें पूरा अज़र मिलेगा रमज़ान का महीने का रोज़ा जो हमने रखा.</w:t>
      </w:r>
    </w:p>
    <w:p>
      <w:r>
        <w:rPr>
          <w:b/>
        </w:rPr>
        <w:t xml:space="preserve">[05:43] </w:t>
      </w:r>
      <w:r>
        <w:t>To isi aakhri jo raat hoti hai ramzan ki to uske amal ka pura ajr unke record mein likh diya jata hai jaisa ki hadith mein aaya hai. To isko lailatul qadr ka matlab hota hai inaam ki raat. To isse pata chalta hai ki yeh raat kitni zyada ahmiyat hai.</w:t>
      </w:r>
    </w:p>
    <w:p>
      <w:pPr>
        <w:jc w:val="right"/>
      </w:pPr>
      <w:r>
        <w:t>तो इसी आखिरी जो रात होती है रमज़ान की तो उसके अमल का पूरा आज उनके record में लिख दिया जाता है जैसा कि हदीश में आया है. तो इसको लैलेतुन ज़्यादा का मतलब होता है इनाम की रात. तो इससे पता चलता है कि यह रात कितनी ज़्यादा अहम् है.</w:t>
      </w:r>
    </w:p>
    <w:p>
      <w:r>
        <w:rPr>
          <w:b/>
        </w:rPr>
        <w:t xml:space="preserve">[06:02] </w:t>
      </w:r>
      <w:r>
        <w:t>To aam taur par kya hota hai hamari jo ladies hain woh aam taur par roza jab khatam hota hai aur chand raat shuru hoti hai to bas foran eid ki tayariyon mein lag jati hain. Foran shopping karna shuru kar deti hain. Bazar mein itni zyada chahal pehal hoti hai sari sari raat ho bazar mein ghoomti rehti hain.</w:t>
      </w:r>
    </w:p>
    <w:p>
      <w:pPr>
        <w:jc w:val="right"/>
      </w:pPr>
      <w:r>
        <w:t>तो आमतौर पर क्या होता है हमारी जो ladies हैं वह आमतौर पर रोज़ा जब खत्म होता है और चांद रात शुरू होती है तो बस फ़ौरन ईद की तैयारियों में लग जाती हैं. फ़ौरन shopping करना शुरू कर देती हैं. बाज़ार में इतनी ज़्यादा चहल पैल होती है सारी सारी रात हो बाज़ार में घूमती रहती हैं.</w:t>
      </w:r>
    </w:p>
    <w:p>
      <w:r>
        <w:rPr>
          <w:b/>
        </w:rPr>
        <w:t xml:space="preserve">[06:27] </w:t>
      </w:r>
      <w:r>
        <w:t>Asal mein unko bahut zyada clear nahi hai ki yeh raat bahut zyada important hai kyunki yeh inaam ki raat hai aur us waqt humko puri tarike se Khuda se ruju karna chahiye, ibadat mein guzarna chahiye na ki shopping mein. To shopping karna jo hai is raat ko samajh lijiye ki is itni barkat mauqe ko humne nakadri uski kar rahe hain.</w:t>
      </w:r>
    </w:p>
    <w:p>
      <w:pPr>
        <w:jc w:val="right"/>
      </w:pPr>
      <w:r>
        <w:t>असल में उनको बहुत ज़्यादा clear नहीं है कि यह रात बहुत ज़्यादा important है क्योंकि यह इनाम की रात है और उस वक्त हमको पूरी तरीके से खुदा से रुजू करना चाहिए, बादक में गुज़ारना चाहिए ना कि shopping में. तो shopping करना जो है इस रात को समझ लीजिए कि इस इतनी बाबरकत मौके को हमें हम नाकदरी उसकी कर रहे हैं.</w:t>
      </w:r>
    </w:p>
    <w:p>
      <w:r>
        <w:rPr>
          <w:b/>
        </w:rPr>
        <w:t xml:space="preserve">[06:54] </w:t>
      </w:r>
      <w:r>
        <w:t>To humein yahi hum guzarish karenge khawateen se ki is raat ko bahut zyada seriously woh usko ahmiyat dein aur bahut zyada ibadat mein guzaren, dua mein guzaren, isko ghaflat girat na bana dein. To jis tarike se roza sirf bhook pyas ka naam nahi hai usi tarah eid sirf khel tamashe ka naam nahi hai.</w:t>
      </w:r>
    </w:p>
    <w:p>
      <w:pPr>
        <w:jc w:val="right"/>
      </w:pPr>
      <w:r>
        <w:t>तो हमें यही हम गुज़ारिश करेंगे खवातीन से कि इस रात को बहुत ज़्यादा seriously वह उसको अहमियत दें और बहुत ज़्यादा अह्बादक में गुज़ारें, दुआ में गुज़ारें, इसको गफलत गिरात ना बना दें. तो जिस तरीके से रोधा महाज भूख प्यास का नाम नहीं है उसी तरह ईद महाज खेल तमाशे का नाम नहीं है.</w:t>
      </w:r>
    </w:p>
    <w:p>
      <w:r>
        <w:rPr>
          <w:b/>
        </w:rPr>
        <w:t xml:space="preserve">[07:19] </w:t>
      </w:r>
      <w:r>
        <w:t>Roze ka mahina Allah se qurbat hasil karne ki khusoosi tarbiyat ka mahina hai. Aisa nahi ki aapne sirf ek mahine woh roza rakh liya aur ek mahine ibadat kar liya aur uske baad aap bilkul azaad hain. Azaad nahi woh to aapki training thi. Usi training ke mutabik aapko apna zindagi ka aindah safar karna hai.</w:t>
      </w:r>
    </w:p>
    <w:p>
      <w:pPr>
        <w:jc w:val="right"/>
      </w:pPr>
      <w:r>
        <w:t>रोज़े का महीना अल्लाह से कुर्बत हासिल करने की हुसूसी तरबियत का महीना है. ऐसा नहीं कि आपने सिर्फ एक महीने वो रोज़ा रख लिया और एक महीने अह्बादत कर लिया और उसके बाद आप बिल्कुल आज़ाद हैं. आज़ाद नहीं वो तो आपकी training थी. उसी training के मुताबिक आपको अपना ज़िंदगी का आइंदा सफर करना है.</w:t>
      </w:r>
    </w:p>
    <w:p>
      <w:r>
        <w:rPr>
          <w:b/>
        </w:rPr>
        <w:t xml:space="preserve">[07:42] </w:t>
      </w:r>
      <w:r>
        <w:t>To ek baar ek buzurg se pucha gaya ki eid ki eid kis din hai? To unhone jawab diya jis din main bakhsh diya jaon. Eid uski nahi hai jo naya kapda pehne hain balki eid uski hai jo itaat ki spirit mein badh jaye yeh buzurg ne farmaya jiske gunah bakhsh diye jayen.</w:t>
      </w:r>
    </w:p>
    <w:p>
      <w:pPr>
        <w:jc w:val="right"/>
      </w:pPr>
      <w:r>
        <w:t>तो एक बार एक बुज़ुर्ग से पुछा गया कि ईद कि ईद किस दिन है? तो उन्होंने जवाब दिया जिस दिन मैं बक्ष दिया जाऊं. ईद उसकी नहीं है जो नया कपड़ा पहने हैं बल्कि ईद उसकी है जो इतात की spirit में बढ़ जाए यह बुज़ुर्ग ने फरमाया जिसके गुना बक्स दिए जाएं.</w:t>
      </w:r>
    </w:p>
    <w:p>
      <w:r>
        <w:rPr>
          <w:b/>
        </w:rPr>
        <w:t xml:space="preserve">[08:07] </w:t>
      </w:r>
      <w:r>
        <w:t>Eid ki raat mein insano ko nijaat aur maghfirat ata ki jaati hai to jo usko paale usi</w:t>
      </w:r>
    </w:p>
    <w:p>
      <w:pPr>
        <w:jc w:val="right"/>
      </w:pPr>
      <w:r>
        <w:t>ईद की रात में इंसानों को निजात और मकफरत अता की जाती है तो जो उसको पाले उसी</w:t>
      </w:r>
    </w:p>
    <w:p>
      <w:r>
        <w:rPr>
          <w:b/>
        </w:rPr>
        <w:t xml:space="preserve">[08:13] </w:t>
      </w:r>
      <w:r>
        <w:t>ki Eid hai warna woh Khuda ke rehmat se bahut door hai.</w:t>
      </w:r>
    </w:p>
    <w:p>
      <w:pPr>
        <w:jc w:val="right"/>
      </w:pPr>
      <w:r>
        <w:t>की ईद है वरना वह खुदा के रहमत से बहुत दूर है.</w:t>
      </w:r>
    </w:p>
    <w:p>
      <w:r>
        <w:rPr>
          <w:b/>
        </w:rPr>
        <w:t xml:space="preserve">[08:19] </w:t>
      </w:r>
      <w:r>
        <w:t>Humko bahut zyada dua karna chahiye ke Allah humare rozo ko qubool farmae aur humari maghfirat par farmae.</w:t>
      </w:r>
    </w:p>
    <w:p>
      <w:pPr>
        <w:jc w:val="right"/>
      </w:pPr>
      <w:r>
        <w:t>हमको बहुत ज़्यादा दुआ करना चाहिए कि अनुलाह हमारे रोज़ों को कुबूल फरमाए और हमारी मकफरत पर फरमाए.</w:t>
      </w:r>
    </w:p>
    <w:p>
      <w:r>
        <w:rPr>
          <w:b/>
        </w:rPr>
        <w:t xml:space="preserve">[08:25] </w:t>
      </w:r>
      <w:r>
        <w:t>Yahi maine aapse share karna tha.</w:t>
      </w:r>
    </w:p>
    <w:p>
      <w:pPr>
        <w:jc w:val="right"/>
      </w:pPr>
      <w:r>
        <w:t>यही मैंने आपसे share करना था.</w:t>
      </w:r>
    </w:p>
    <w:p>
      <w:r>
        <w:rPr>
          <w:b/>
        </w:rPr>
        <w:t xml:space="preserve">[08:31] </w:t>
      </w:r>
      <w:r>
        <w:t>Ab aap log bataiye aap logon ne kya tajar de aapne liye roze se?</w:t>
      </w:r>
    </w:p>
    <w:p>
      <w:pPr>
        <w:jc w:val="right"/>
      </w:pPr>
      <w:r>
        <w:t>अब आप लोग बताइए आप लोगों ने क्या तज़र दे आपने लिए रोज़े से?</w:t>
      </w:r>
    </w:p>
    <w:p>
      <w:r>
        <w:rPr>
          <w:b/>
        </w:rPr>
        <w:t xml:space="preserve">[08:38] </w:t>
      </w:r>
      <w:r>
        <w:t>Jaza kallah apa aapne bahut achhi baat kahi aur sabse achhi baat jo aapne abhi kaha eid ke hawale se aapne yeh kaha ki eid jis din jis din hai jis din hamari hamein bakhsh diya jaye yeh ekdum bilkul aapne nai baat kahi aur bahut hard hitting baat hai. Hum log eid ko bahut hi alag meaning lete the. Aaj mujhe ek nai meaning mili ki jis din eid wahi hai jis din hamein bakhsh diya jaye.</w:t>
      </w:r>
    </w:p>
    <w:p>
      <w:pPr>
        <w:jc w:val="right"/>
      </w:pPr>
      <w:r>
        <w:t>जज़ा कल्लाह आपा आपने बहुत अच्छी बात कही और सबसे अच्छी बात जो आपने अभी कहा ईद के हवाले से आपने यह कहा कि ईद जिस दिन जिस दिन है जिस दिन हमारी हमें बर्श दिया जाए यह एकदम बिल्कुल आपने नई बात कही और बहुत hard hitting बात है. हम लोग ईद को बहुत ही अलग meaning मिले थे. आज मुझे एक नई meaning मिली कि जिस दिन ईद वही है जिस दिन हमें बर्श दिया जाए.</w:t>
      </w:r>
    </w:p>
    <w:p>
      <w:r>
        <w:rPr>
          <w:b/>
        </w:rPr>
        <w:t xml:space="preserve">[09:06] </w:t>
      </w:r>
      <w:r>
        <w:t>Main guzarish karungi doctor safeena tabassum se sabse pehle woh apni learning share karein. Aap apni learning share karein hum sab se. Aap bahut busy rahi hongi.</w:t>
      </w:r>
    </w:p>
    <w:p>
      <w:pPr>
        <w:jc w:val="right"/>
      </w:pPr>
      <w:r>
        <w:t>मैं गुज़ारिश करूंगी doctor सफ़ीना तबसुन से सबसे पहले वह अपनी learning share करें. आप अपनी learning share करें हम सब से. आप बहुत busy रही होंगी.</w:t>
      </w:r>
    </w:p>
    <w:p>
      <w:r>
        <w:rPr>
          <w:b/>
        </w:rPr>
        <w:t xml:space="preserve">[09:27] </w:t>
      </w:r>
      <w:r>
        <w:t>Aapka doctor hai aur phir kis tarah se aapne time nikala is roze ke mahine mein aur apni kis tarah se aapne waqt is tarah kis tarah se nikala aapne? Sabhi na zyada busy nahi rahi. Alag alag sugar patient kam aate hain ramzan mein. Achha. Kafi time mil jata hai. Ji haan shayad.</w:t>
      </w:r>
    </w:p>
    <w:p>
      <w:pPr>
        <w:jc w:val="right"/>
      </w:pPr>
      <w:r>
        <w:t>आपका doctor है और फिर किस तरह से आपने time निकाला इस रोज़े के महीने में और अपनी किस तरह से आपने वक्त इस तरह किस तरह से निकाला आपने? शभी ना ज़्यादा busy नहीं रही. अलग अलग sugar patient कम आते हैं रमज़ान में. अच्छा. काफी time मिल जाता है. जी हां शायद.</w:t>
      </w:r>
    </w:p>
    <w:p>
      <w:r>
        <w:rPr>
          <w:b/>
        </w:rPr>
        <w:t xml:space="preserve">[09:52] </w:t>
      </w:r>
      <w:r>
        <w:t>OPD mein khali rehti hoon to usi mein hi padhai ho jati hai kafi Allah ka sugar. Ji. To Allah rasta nikalta hai.</w:t>
      </w:r>
    </w:p>
    <w:p>
      <w:pPr>
        <w:jc w:val="right"/>
      </w:pPr>
      <w:r>
        <w:t>OPD में खाली रहती हूं तो उसी में ही पढ़ाई हो जाती है काफी अल्लाह का sugar. जी. तो अल्लाह रास्ता निकालता है.</w:t>
      </w:r>
    </w:p>
    <w:p>
      <w:r>
        <w:rPr>
          <w:b/>
        </w:rPr>
        <w:t xml:space="preserve">[10:04] </w:t>
      </w:r>
      <w:r>
        <w:t>Achha, main is ramzan is ramzan maine dekha ki jo mahaul tha ramzan se pehle aur ramzan ke dauran bhi kafi negativity aur kafi alag sa mahaul mehsoos kiya to kahin na kahin asar aane laga mujh par bhi aur kuch mayusi ya kabhi koi depression hone lagta tha ki is is tarah ki nafraten kaise khatam hongi?</w:t>
      </w:r>
    </w:p>
    <w:p>
      <w:pPr>
        <w:jc w:val="right"/>
      </w:pPr>
      <w:r>
        <w:t>अच्छा, मैं इस रमज़ान इस रमज़ान मैंने देखा कि जो माहौल था रमज़ान से पहले और रमज़ान के दौरान भी काफी negativity और काफी अलग सा माहौल महसूस किया तो कहीं ना कहीं असर आने लगा मुझ पर भी और कुछ मायूसी या कभी कोई depression होने लगता था कि इस इस तरह की नफरतें कैसे खत्म होंगी?</w:t>
      </w:r>
    </w:p>
    <w:p>
      <w:r>
        <w:rPr>
          <w:b/>
        </w:rPr>
        <w:t xml:space="preserve">[10:30] </w:t>
      </w:r>
      <w:r>
        <w:t>CBS mission kaise aage badhega aisi nafrat ke mahaul mein? Kuch aisa kai baar shaitani asar se dimag mein aane lagta hai to is ramzan mere liye ek rediscovery hui aur main jaise padhte padhte jab surah al baqarah ke beshak Allah iman walon ke sath hai.</w:t>
      </w:r>
    </w:p>
    <w:p>
      <w:pPr>
        <w:jc w:val="right"/>
      </w:pPr>
      <w:r>
        <w:t>CBS mission कैसे आगे बढ़ेगा ऐसी नफरत के माहौल में? कुछ ऐसा कई बार शैतानी असर से दिमाग में आने लगता है तो इस रमज़ान मेरे लिए एक rediscovery हुई और मैं जैसे पढ़ते पढ़ते जब सूर्य अलनपाल के बेशक अल्लाह ईमान वालों के साथ है.</w:t>
      </w:r>
    </w:p>
    <w:p>
      <w:r>
        <w:rPr>
          <w:b/>
        </w:rPr>
        <w:t xml:space="preserve">[10:55] </w:t>
      </w:r>
      <w:r>
        <w:t>Yeh ayat padhkar bahut positivity, bahut solace mila, bahut himmat aur isse laga ki kabhi bhi mayusi iman walon ko nahi karni hai, kisi haal mein bhi mayus nahi hona hai. Uske baad ki jo ayati thi ayat number bees se baees usse wazeh ho gaya ki Allah taala iman walon ko kya conditions fulfill karwana chahta hai.</w:t>
      </w:r>
    </w:p>
    <w:p>
      <w:pPr>
        <w:jc w:val="right"/>
      </w:pPr>
      <w:r>
        <w:t>यह आयत पढ़कर बहुत positivity, बहुत solace मिला, बहुत हो पाई और इससे लगा कि कभी भी मायूसी ईमान वालों को नहीं करनी है, किसी हाल में भी मायूस नहीं होना है. उसके बाद की जो आयती थी आयत number बीस से बाइस उससे वाज़े हो गया कि अल्लाह काला ईमान वालों को क्या conditions fulfill करवाना चाहता है.</w:t>
      </w:r>
    </w:p>
    <w:p>
      <w:r>
        <w:rPr>
          <w:b/>
        </w:rPr>
        <w:t xml:space="preserve">[11:19] </w:t>
      </w:r>
      <w:r>
        <w:t>woh humari duties waazeh ho gayi aur bahut clear hua ke uska karjuma aise tha ke ae iman</w:t>
      </w:r>
    </w:p>
    <w:p>
      <w:pPr>
        <w:jc w:val="right"/>
      </w:pPr>
      <w:r>
        <w:t>वह हमारी duties वाज़े हो गई और बहुत clear हुआ कि उसका कर्जुमा ऐसे था कि ऐ ईमान</w:t>
      </w:r>
    </w:p>
    <w:p>
      <w:r>
        <w:rPr>
          <w:b/>
        </w:rPr>
        <w:t xml:space="preserve">[11:25] </w:t>
      </w:r>
      <w:r>
        <w:t>walon Allah aur Rasool ki itaa'at karo aur uski ruddhaarni na karo.</w:t>
      </w:r>
    </w:p>
    <w:p>
      <w:pPr>
        <w:jc w:val="right"/>
      </w:pPr>
      <w:r>
        <w:t>वालों अल्लाह और रसूल की इताद करो और उसकी रुद्धार्णी ना करो.</w:t>
      </w:r>
    </w:p>
    <w:p>
      <w:r>
        <w:rPr>
          <w:b/>
        </w:rPr>
        <w:t xml:space="preserve">[11:31] </w:t>
      </w:r>
      <w:r>
        <w:t>halanki tum sun rahe ho aur un logon ki tarah na ho jinhone kaha ke humne suna, halanki</w:t>
      </w:r>
    </w:p>
    <w:p>
      <w:pPr>
        <w:jc w:val="right"/>
      </w:pPr>
      <w:r>
        <w:t>हालांकि तुम sun रहे हो और उन लोगों की तरह ना हो जिन्होंने कहा कि हमने सुना, हालांकि</w:t>
      </w:r>
    </w:p>
    <w:p>
      <w:r>
        <w:rPr>
          <w:b/>
        </w:rPr>
        <w:t xml:space="preserve">[11:37] </w:t>
      </w:r>
      <w:r>
        <w:t>woh nahi sunte.</w:t>
      </w:r>
    </w:p>
    <w:p>
      <w:pPr>
        <w:jc w:val="right"/>
      </w:pPr>
      <w:r>
        <w:t>वह नहीं सुनते.</w:t>
      </w:r>
    </w:p>
    <w:p>
      <w:r>
        <w:rPr>
          <w:b/>
        </w:rPr>
        <w:t xml:space="preserve">[11:43] </w:t>
      </w:r>
      <w:r>
        <w:t>yakeenan allah ke nazdeek badtareen janwar woh bahedunge log hain jo asal se kaam nahi lete.</w:t>
      </w:r>
    </w:p>
    <w:p>
      <w:pPr>
        <w:jc w:val="right"/>
      </w:pPr>
      <w:r>
        <w:t>यकीनन अल्लाह के नज़दीक बदतरीन जानवर वह बहेदुंगे लोग हैं जो असल से काम नहीं लेते.</w:t>
      </w:r>
    </w:p>
    <w:p>
      <w:r>
        <w:rPr>
          <w:b/>
        </w:rPr>
        <w:t xml:space="preserve">[11:50] </w:t>
      </w:r>
      <w:r>
        <w:t>to is ayat ko padhkar main yeh samajh paayi ke iman wale woh hote hain jo sirf quran aur sunnat ki itaat karte hain. uske alawa usko ansuna karna ya uski galat tashri haath nikalna ya apne culture ki tahafqur karna, apne qaumi fakhr ko tahafkhuz karna.</w:t>
      </w:r>
    </w:p>
    <w:p>
      <w:pPr>
        <w:jc w:val="right"/>
      </w:pPr>
      <w:r>
        <w:t>तो इस आयत को पढ़कर मैं यह समझ पाई कि ईमान वाले वह होते हैं जो सिर्फ़ कुरान और सुन्नत की इताद करते हैं. उसके अलावा उसको अनसुना करना या उसकी गलत तशरी हाथ निकालना या अपने culture की तहफ़क़र करना, अपने कौमी फ़क्र को तहफ़ख़ूज़ करना.</w:t>
      </w:r>
    </w:p>
    <w:p>
      <w:r>
        <w:rPr>
          <w:b/>
        </w:rPr>
        <w:t xml:space="preserve">[12:10] </w:t>
      </w:r>
      <w:r>
        <w:t>agar is is in cheezon mein iman wale ek dam karein, uski taraf apna apni planning karein to woh allah ke nazdeek beaqli hai aur allah ne jo insan ko special attributes diye hain, special ausaf diye hain, woh unmein ek aql hai aur agar hum usko istemal na karein to hum allah ke nazdeek janwar ke maane hain aur jaise is ayat mein bohat hi hammering ki lafz mein allah taalaah ne unhein patthareen janwar se compare kiya hai.</w:t>
      </w:r>
    </w:p>
    <w:p>
      <w:pPr>
        <w:jc w:val="right"/>
      </w:pPr>
      <w:r>
        <w:t>अगर इस इस इन चीज़ों में ईमान वाले एक दाम करें, उसकी तरफ अपना अपनी planning करें तो वह अल्लाह के नज़दीक बेअकली है और अल्लाह ने जो इंसान को special attributes दिए हैं, special औसाफ दिए हैं, वह उनमें एक अक्ल है और अगर हम उसको इस्तेमाल ना करें तो हम अल्लाह के नज़दीक जानवर के माने हैं और जैसे इस आयत में बहुत ही hammering की लफ्ज़ में अल्लाह तालाह ने उन्हें पत्थरीन जानवर से compare किया है.</w:t>
      </w:r>
    </w:p>
    <w:p>
      <w:r>
        <w:rPr>
          <w:b/>
        </w:rPr>
        <w:t xml:space="preserve">[12:40] </w:t>
      </w:r>
      <w:r>
        <w:t>to is ramzan mujhe lagta hai ke hum muslim musalmanon ko yeh azm karna chahiye kya? apne ko sahi raaste par rakhein, apne aap ko deviations se bachayein aur sirate mustaqeem par qaim rahein aur sacchi tauba karein aur positive planning karein. bohat zyada positivity ki zaroorat hai. yahi hamesha Maulana sahab ki naseehat rahi hai Maulana hum logon ke liye aur yahi meri rediscovery hui is ramzan mein.</w:t>
      </w:r>
    </w:p>
    <w:p>
      <w:pPr>
        <w:jc w:val="right"/>
      </w:pPr>
      <w:r>
        <w:t>तो इस रमज़ान मुझे लगता है कि हम मुस्लिम मुसलमानों को यह अज़म करना चाहिए क्या? अपने को सही रास्ते पर रखें, अपने आप को deviations से बचाएं और सिराते मुस्तकीन पर कायम रहें और सच्ची तौबा करें और positive planning करें. बहुत ज़्यादा positivity की ज़रूरत है. यही हमेशा मुलाना साहब की नसीहत रही है मुलाना हम लोगों के लिए और यही मेरी rediscovery हुई इस रमज़ान में.</w:t>
      </w:r>
    </w:p>
    <w:p>
      <w:r>
        <w:rPr>
          <w:b/>
        </w:rPr>
        <w:t xml:space="preserve">[13:08] </w:t>
      </w:r>
      <w:r>
        <w:t>iske baad ek chhota sa spiritual experience bhi share karna chahungi jo mujhe ramzan mein hi hua. sehri ke baad aksar elaan hote hain, sehri ke dauran elaan hote rehte hain ke waqt kam ho gaya hai, khatm hone wala hai, khatm hone wala hai. to is tarah ka elaan masjid se hua to yeh waqt khatm hone wala hai.</w:t>
      </w:r>
    </w:p>
    <w:p>
      <w:pPr>
        <w:jc w:val="right"/>
      </w:pPr>
      <w:r>
        <w:t>इसके बाद एक छोटा सा spiritual experience भी share करना चाहूंगी जो मुझे रमज़ान में ही हुआ. शहरी के बाद अक्सर ऐलान होते हैं, शहरी के दौरान ऐलान होते रहते हैं कि वक्त कम हो गया है, खत्म होने वाला है, खत्म होने वाला है. तो इस तरह का ऐलान मस्जिद से हुआ तो यह वक्त खत्म होने वाला है.</w:t>
      </w:r>
    </w:p>
    <w:p>
      <w:r>
        <w:rPr>
          <w:b/>
        </w:rPr>
        <w:t xml:space="preserve">[13:31] </w:t>
      </w:r>
      <w:r>
        <w:t>usko sunkar maine socha ke aise hi ek paristha meri zindagi ka bhi countdown kar raha hai aur uska elaan mujhe shayad sunai na de raha ho lekin har waqt ko ulti ginti kar raha hai ke waqt bohat kam reh gaya hai aur mujhse achanak ek din kaha jayega ke ab tumhara waqt ho gaya.</w:t>
      </w:r>
    </w:p>
    <w:p>
      <w:pPr>
        <w:jc w:val="right"/>
      </w:pPr>
      <w:r>
        <w:t>उसको सुनकर मैंने सोचा कि ऐसे ही एक परिष्ठा मेरी ज़िंदगी का भी countdown कर रहा है और उसका ऐलान मुझे शायद सुनाई ना दे रहा हो लेकिन हर वक़्त को उल्टी गिनती कर रहा है कि वक़्त बहुत कम रह गया है और मुझसे अचानक एक दिन कहा जाएगा कि अब तुम्हारा वक़्त हो गया.</w:t>
      </w:r>
    </w:p>
    <w:p>
      <w:r>
        <w:rPr>
          <w:b/>
        </w:rPr>
        <w:t xml:space="preserve">[13:52] </w:t>
      </w:r>
      <w:r>
        <w:t>ab khane peene se ruk jao aur jo bhi tum apni duniya ki blessings use kar rahi ho, isse ruk jao aur uske baad jo anjam hai uska kisi ko bhi maloom nahi kehlata taala, aakhir ke roz kya poochega aur kis tarah se uska hum samna kar payenge?</w:t>
      </w:r>
    </w:p>
    <w:p>
      <w:pPr>
        <w:jc w:val="right"/>
      </w:pPr>
      <w:r>
        <w:t>अब खाने पीने से रुक जाओ और जो भी तुम अपनी दुनिया की blessings use कर रही हो, इससे रुक जाओ और उसके बाद जो अंजाम है उसका किसी को भी मालूम नहीं कहला ताला, आख़िर के रोज़ क्या पूछेगा और किस तरह से उसका हम सामना कर पाएंगे?</w:t>
      </w:r>
    </w:p>
    <w:p>
      <w:r>
        <w:rPr>
          <w:b/>
        </w:rPr>
        <w:t xml:space="preserve">[14:14] </w:t>
      </w:r>
      <w:r>
        <w:t>usko sochkar ek ajeeb cup kapi hui aur maine yeh dua ki bohat kam waqt bacha hai aur mera calm down shuru ho rakha hai. magar abhi tak koi aisa main nahi kar paayi hoon jiske badle mein tu mujhe reward de sake.</w:t>
      </w:r>
    </w:p>
    <w:p>
      <w:pPr>
        <w:jc w:val="right"/>
      </w:pPr>
      <w:r>
        <w:t>उसको सोचकर एक अजीब cup कपी हुई और मैंने यह दुआ की बहुत कम वक़्त बचा है और मेरा calm down शुरू हो रखा है. मगर अभी तक कोई ऐसा मैं नहीं कर पाई हूं जिसके बदले में तू मुझे reward दे सके.</w:t>
      </w:r>
    </w:p>
    <w:p>
      <w:r>
        <w:rPr>
          <w:b/>
        </w:rPr>
        <w:t xml:space="preserve">[14:32] </w:t>
      </w:r>
      <w:r>
        <w:t>bas tu apni toffee se mujhe hamle swale karne ki toffee kata farma aur aakhir ke din mere liye aasani farma de aur mere gunahon ko mujhse door karte mujhe pakeezah kar de. isko sochte hue hum sabke liye yeh kehna chahungi ke aakhiri waqt aa chuka hai. ab kisi uzar ko ya negativity ko humein apne daawati raaste mein nahi aane dena.</w:t>
      </w:r>
    </w:p>
    <w:p>
      <w:pPr>
        <w:jc w:val="right"/>
      </w:pPr>
      <w:r>
        <w:t>बस तू अपनी toffee से मुझे हमले स्वाले करने की toffee कता फरमा और आख़िर्द के दिन मेरे लिए आसानी फरमा दे और मेरे गुनाहों को मुझसे दूर करते मुझे पाकीज़ा कर दे. इसको सोचते हुए हम सबके लिए यह कहना चाहूंगी कि आख़िरी वक़्त आ चुका है. अब किसी उज़र को या negativity को हमें अपने दावती रास्ते में नहीं आने देना.</w:t>
      </w:r>
    </w:p>
    <w:p>
      <w:r>
        <w:rPr>
          <w:b/>
        </w:rPr>
        <w:t xml:space="preserve">[14:58] </w:t>
      </w:r>
      <w:r>
        <w:t>green planning karna hai aur pichhli galtiyon se seekhna hai, unhein dohrana nahi hai. allah hamari hamara hami aur madadgar bane. meri ramzan mein is baar yahi learning ki. shukriya shabeena, jaza kalla. jaza kalla doctor shabeena, aapne bohat acha share kiya.</w:t>
      </w:r>
    </w:p>
    <w:p>
      <w:pPr>
        <w:jc w:val="right"/>
      </w:pPr>
      <w:r>
        <w:t>Green planning करना है और पिछली गलतियों से सीखना है, उन्हें दोहराना नहीं है. अल्लाह हमारी हमारा हामी और मददगार बने. मेरी रमज़ान में इस बार यही learning की. शुक्रिया शपीना, जज़ा कल्ला. जज़ा कल्ला doctor शपीना, आपने बहुत अच्छा share किया.</w:t>
      </w:r>
    </w:p>
    <w:p>
      <w:r>
        <w:rPr>
          <w:b/>
        </w:rPr>
        <w:t xml:space="preserve">[15:19] </w:t>
      </w:r>
      <w:r>
        <w:t>ek baat maine bhi bohat zyada mehsoos kiya is ramzan mein ke main bohat pehle se bohat spiritually up awakened ho gayi hoon aur cheezon ko bohat seriously lena shuru kiya hai aur ek baar jo bohat zyada 21 April ko Maulana ki first anniversary thi to Maulana ko bohat zyada maine yaad kiya aur unki learning ko yaad kiya.</w:t>
      </w:r>
    </w:p>
    <w:p>
      <w:pPr>
        <w:jc w:val="right"/>
      </w:pPr>
      <w:r>
        <w:t>एक बात मैंने भी बहुत ज़्यादा महसूस किया इस रमज़ान में कि मैं बहुत पहले से बहुत spiritually up awakened हो गई हूं और चीज़ों को बहुत seriously लेना शुरू किया है और एक बार जो बहुत ज़्यादा इक्कीस April को मौलाना की first anniversary थी तो मौलाना को बहुत ज़्यादा मैंने याद किया और उनकी learning को याद किया.</w:t>
      </w:r>
    </w:p>
    <w:p>
      <w:r>
        <w:rPr>
          <w:b/>
        </w:rPr>
        <w:t xml:space="preserve">[15:42] </w:t>
      </w:r>
      <w:r>
        <w:t>unko phir se ek nayi nayi thought se unki learning ko yaad kiya aur jis tarah se abhi jo mahaul environment mein heat waves ka chal raha hai to maine Maulana ki woh kitab jo CPS international mein unka video share hua tha alarms of doomsday.</w:t>
      </w:r>
    </w:p>
    <w:p>
      <w:pPr>
        <w:jc w:val="right"/>
      </w:pPr>
      <w:r>
        <w:t>उनको फिर से एक नई नई thought से उनकी learning को याद किया और जिस तरह से अभी जो माहौल environment में heat waves का चल रहा है तो मैंने मौलाना की वह किताब जो CPS international में उनका video share हुआ था alarms of doomsday.</w:t>
      </w:r>
    </w:p>
    <w:p>
      <w:r>
        <w:rPr>
          <w:b/>
        </w:rPr>
        <w:t xml:space="preserve">[16:02] </w:t>
      </w:r>
      <w:r>
        <w:t>us kitab ko maine yaad kiya aur usmein jo Maulana ne likh ke diya hai ke insan tum jaag jao, halaat bohat change ho rahe hain aur bohat drastically change ho rahe hain, lekin hum hain ke wahi ghaflat ki zindagi guzaar rahe hain aur environment hamein elaan kar rahi hai, hamein warn de rahi hai ke tum jaag jao, tum abhi bhi hosh apne sambhal lo aur jo karna hai kal guzro kyunke hamare paas waqt bohat kam hai.</w:t>
      </w:r>
    </w:p>
    <w:p>
      <w:pPr>
        <w:jc w:val="right"/>
      </w:pPr>
      <w:r>
        <w:t>उस किताब को मैंने याद किया और उसमें जो मौलाना ने लिख के दिया है कि इंसान तुम जाग जाओ, हालात बहुत change हो रहे हैं और बहुत drastically change हो रहे हैं, लेकिन हम हैं कि वही ग़फरत की ज़िंदगी गुज़ार रहे हैं और environment हमें ऐलान कर रही है, हमें warn दे रही है कि तुम जाग जाओ, तुम अभी भी होश अपने संभाल लो और जो करना है कल गुज़रो क्योंकि हमारे पास वक्त बहुत कम है.</w:t>
      </w:r>
    </w:p>
    <w:p>
      <w:r>
        <w:rPr>
          <w:b/>
        </w:rPr>
        <w:t xml:space="preserve">[16:30] </w:t>
      </w:r>
      <w:r>
        <w:t>to is is meeting ko aage badhate hue main professor najma siddiqui ko kahungi ke woh apni learning share karein hum sabke saath.</w:t>
      </w:r>
    </w:p>
    <w:p>
      <w:pPr>
        <w:jc w:val="right"/>
      </w:pPr>
      <w:r>
        <w:t>तो इस इस meeting को आगे बढ़ाते हुए मैं professor नजमा सिद्धिति को कहूंगी कि वह अपनी learning share करें हम सबके साथ.</w:t>
      </w:r>
    </w:p>
    <w:p>
      <w:r>
        <w:rPr>
          <w:b/>
        </w:rPr>
        <w:t xml:space="preserve">[16:59] </w:t>
      </w:r>
      <w:r>
        <w:t>mera muted tha shayad. acha ab ho gaya unmute na theek hai. awaaz aa rahi hai? ji aap. ji. haan awaaz aa rahi hai aap apni learning bohat hi short episodes share karenge. haan, main khayd zyada nahi keh rahi.</w:t>
      </w:r>
    </w:p>
    <w:p>
      <w:pPr>
        <w:jc w:val="right"/>
      </w:pPr>
      <w:r>
        <w:t>मेरा muted था शायद. अच्छा अब हो गया unmute ना ठीक है. आवाज़ आ रही है? जी आप. जी. हां आवाज़ आ रही है आप अपनी learning बहुत ही short episodes share करेंगे. हां, मैं ख़ैद ज़्यादा नहीं कह रही.</w:t>
      </w:r>
    </w:p>
    <w:p>
      <w:r>
        <w:rPr>
          <w:b/>
        </w:rPr>
        <w:t xml:space="preserve">[17:18] </w:t>
      </w:r>
      <w:r>
        <w:t>aap logon ne jo abhi baat kahi aur main yeh ladies group ka bohat shukrguzaar hoon ke hum logon ne poora focus aapke se ramzan ke uske upar kiya aur itni zyada Maulana ke kitabon mein se sab kuch daalte rahe different log. maine bhi daali unki learning.</w:t>
      </w:r>
    </w:p>
    <w:p>
      <w:pPr>
        <w:jc w:val="right"/>
      </w:pPr>
      <w:r>
        <w:t>आप लोगों ने जो अभी बात कही और मैं यह ladies group का बहुत शुकरगुज़ार हूं कि हम लोगों ने पूरा focus आपके से रमज़ान के उसके ऊपर किया और इतनी ज़्यादा मौलाना के किताबों में से सब कुछ डालते रहे different लोग. मैंने भी डाली उनकी learning.</w:t>
      </w:r>
    </w:p>
    <w:p>
      <w:r>
        <w:rPr>
          <w:b/>
        </w:rPr>
        <w:t xml:space="preserve">[17:43] </w:t>
      </w:r>
      <w:r>
        <w:t>to usse jo yeh baat death ko remember karne ki yeh waqai mein bohat seriously hamein lena hai aur ramzan mein specially is baat ka kyunke focus hum woh karte hain. ramzan mein waise to bohat sari diverse activities bhi hoti hain lekin ek learn kara humne ke diverse activity ke hone ke bawajood hamara focus jo hai woh allah par rahe. hamara focus un activities par rahe.</w:t>
      </w:r>
    </w:p>
    <w:p>
      <w:pPr>
        <w:jc w:val="right"/>
      </w:pPr>
      <w:r>
        <w:t>तो उससे जो यह बात death को remember करने की यह वाकई में बहुत seriously हमें लेना है और रमज़ान में specially इस बात का क्योंकि focus हम वह करते हैं. रमज़ान में वैसे तो बहुत सारी diverse activities भी होती हैं लेकिन एक learn करा हमने के diverse activity के होने के बावजूद हमारा focus जो है वह अल्लाह पर रहे. हमारा focus उन activities पर रहे.</w:t>
      </w:r>
    </w:p>
    <w:p>
      <w:r>
        <w:rPr>
          <w:b/>
        </w:rPr>
        <w:t xml:space="preserve">[18:13] </w:t>
      </w:r>
      <w:r>
        <w:t>spiritual development par rahe, thinking par rahe. jab quran padhein to usko samajhkar padhein. baar baar is baat ko kiya to aur yeh mahina rehmat ka hai. jab hum yeh sochte hain ke rehmat ka mahina hai to waqai bhi yeh rehmat ka mahina lagta hai aur himmat ka mahina lagta hai ke himmat aati hai.</w:t>
      </w:r>
    </w:p>
    <w:p>
      <w:pPr>
        <w:jc w:val="right"/>
      </w:pPr>
      <w:r>
        <w:t>Spiritual development पर रहे, thinking पर रहे. जब पुरान पढ़ें तो उसको समझकर पढ़ें. बार बार इस बात को किया तो और यह महीना रहमत का है. जब हम यह सोचते हैं कि रहमत का महीना है तो वाकई भी यह रहमत का महीना लगता है और हिम्मत का महीना लगता है कि हिम्मत आती है.</w:t>
      </w:r>
    </w:p>
    <w:p>
      <w:r>
        <w:rPr>
          <w:b/>
        </w:rPr>
        <w:t xml:space="preserve">[18:37] </w:t>
      </w:r>
      <w:r>
        <w:t>jaise abhi doctor fareeda khanam ne kaha ki is summer mein roza rakhna bahut mushkil hota hai lekin</w:t>
      </w:r>
    </w:p>
    <w:p>
      <w:pPr>
        <w:jc w:val="right"/>
      </w:pPr>
      <w:r>
        <w:t>जैसे अभी doctor फरीदा खानम ने कहा कि इस summer में रोज़ा रखना बहुत मुश्किल होता है लेकिन</w:t>
      </w:r>
    </w:p>
    <w:p>
      <w:r>
        <w:rPr>
          <w:b/>
        </w:rPr>
        <w:t xml:space="preserve">[18:45] </w:t>
      </w:r>
      <w:r>
        <w:t>allah himmat deta hai in sab cheezon ki aur yeh bhushakkat ke saath saath rehmat hai hamare liye</w:t>
      </w:r>
    </w:p>
    <w:p>
      <w:pPr>
        <w:jc w:val="right"/>
      </w:pPr>
      <w:r>
        <w:t>अल्लाह हिम्मत देता है इन सब चीज़ों की और यह भुशक्कत के साथ साथ रहमत है हमारे लिए</w:t>
      </w:r>
    </w:p>
    <w:p>
      <w:r>
        <w:rPr>
          <w:b/>
        </w:rPr>
        <w:t xml:space="preserve">[18:53] </w:t>
      </w:r>
      <w:r>
        <w:t>aur isse sari modesty aur positivity aur doosre lailatul qadr ke waqt kyunki in raaton ko jaage toh</w:t>
      </w:r>
    </w:p>
    <w:p>
      <w:pPr>
        <w:jc w:val="right"/>
      </w:pPr>
      <w:r>
        <w:t>और इससे सारी modesty और positivity और दूसरे लैलेतुल कद्र के वक्त क्योंकि इन रातों को जागे तो</w:t>
      </w:r>
    </w:p>
    <w:p>
      <w:r>
        <w:rPr>
          <w:b/>
        </w:rPr>
        <w:t xml:space="preserve">[19:01] </w:t>
      </w:r>
      <w:r>
        <w:t>isme padhai zyada hui, samajh, focus zyada kiya.</w:t>
      </w:r>
    </w:p>
    <w:p>
      <w:pPr>
        <w:jc w:val="right"/>
      </w:pPr>
      <w:r>
        <w:t>इसमें पढ़ाई ज़्यादा हुई, समझ, focus ज़्यादा किया.</w:t>
      </w:r>
    </w:p>
    <w:p>
      <w:r>
        <w:rPr>
          <w:b/>
        </w:rPr>
        <w:t xml:space="preserve">[19:09] </w:t>
      </w:r>
      <w:r>
        <w:t>to humne yeh faisle ki raat hai. to yeh bohat badi baat hai ke hum, allah ka jo faisla hai, hum usko humne usko accept karna hai ke jo jo allah ne hamare liye faisla kiya hai, hum use badal nahi sakte. hamein koi complaint nahi uske against, koi protest nahi, koi reaction nahi balki jo hum vikant go against allah.</w:t>
      </w:r>
    </w:p>
    <w:p>
      <w:pPr>
        <w:jc w:val="right"/>
      </w:pPr>
      <w:r>
        <w:t>तो हमने यह फ़ैसले की रात है. तो यह बहुत बड़ी बात है कि हम, अल्लाह का जो फ़ैसला है, हम उसको हमें उसको accept करना है कि जो जो अल्लाह ने हमारे लिए फ़ैसला किया है, हम उसे बदल नहीं सकते. हमें कोई complaint नहीं उसके against, कोई protest नहीं, कोई reaction नहीं बल्कि जो हम विकांत go against अल्लाह.</w:t>
      </w:r>
    </w:p>
    <w:p>
      <w:r>
        <w:rPr>
          <w:b/>
        </w:rPr>
        <w:t xml:space="preserve">[19:37] </w:t>
      </w:r>
      <w:r>
        <w:t>to jo bhi hamare liye faisla hai, woh sab acha hai bas apni dua kar sakte hain aur dua karte hain ke allah aakhirat hamare liye behtar kar aur hamein roz maafi maange.</w:t>
      </w:r>
    </w:p>
    <w:p>
      <w:pPr>
        <w:jc w:val="right"/>
      </w:pPr>
      <w:r>
        <w:t>तो जो भी हमारे लिए फ़ैसला है, वह सब अच्छा है बस अपनी दुआ कर सकते हैं और दुआ करते हैं कि अल्लाह आखिरत हमारे लिए बेहतर कर और हमें रोज़ माफी मांगे.</w:t>
      </w:r>
    </w:p>
    <w:p>
      <w:r>
        <w:rPr>
          <w:b/>
        </w:rPr>
        <w:t xml:space="preserve">[19:49] </w:t>
      </w:r>
      <w:r>
        <w:t>hum allah se bahut maafi mangi aur astakfar padhe aur waise toh maine kai cheezein ke quran ka</w:t>
      </w:r>
    </w:p>
    <w:p>
      <w:pPr>
        <w:jc w:val="right"/>
      </w:pPr>
      <w:r>
        <w:t>हम अल्लाह से बहुत माफी मांगी और अस्त्कफार पढ़े और वैसे तो मैंने कई चीज़ें के कुरान का</w:t>
      </w:r>
    </w:p>
    <w:p>
      <w:r>
        <w:rPr>
          <w:b/>
        </w:rPr>
        <w:t xml:space="preserve">[19:58] </w:t>
      </w:r>
      <w:r>
        <w:t>aur quran par zyada focus karne se cheezein zyada samajh mein aayin aur toh main yahin par apni</w:t>
      </w:r>
    </w:p>
    <w:p>
      <w:pPr>
        <w:jc w:val="right"/>
      </w:pPr>
      <w:r>
        <w:t>और कुरान पर ज़्यादा focus करने से चीज़ें ज़्यादा समझ में आईं और तो मैं यहीं पर अपनी</w:t>
      </w:r>
    </w:p>
    <w:p>
      <w:r>
        <w:rPr>
          <w:b/>
        </w:rPr>
        <w:t xml:space="preserve">[20:08] </w:t>
      </w:r>
      <w:r>
        <w:t>baat khatam karti hoon ki hamara spiritual development hua, hamari understanding badhi, hamari knowledge ek tarah se focus</w:t>
      </w:r>
    </w:p>
    <w:p>
      <w:pPr>
        <w:jc w:val="right"/>
      </w:pPr>
      <w:r>
        <w:t>बात खत्म करती हूं कि हमारा spiritual development हुआ, हमारी understanding बड़ी, हमारी knowledge एक तरह से focus</w:t>
      </w:r>
    </w:p>
    <w:p>
      <w:r>
        <w:rPr>
          <w:b/>
        </w:rPr>
        <w:t xml:space="preserve">[20:18] </w:t>
      </w:r>
      <w:r>
        <w:t>hui aur khuda kare hum continuously isko karein aur is group ki wajah se aur maulana ki kitabon</w:t>
      </w:r>
    </w:p>
    <w:p>
      <w:pPr>
        <w:jc w:val="right"/>
      </w:pPr>
      <w:r>
        <w:t>हुई और खुदा करें हम continuously इसको करें और इस group की वजह से और मौलाना की किताबों</w:t>
      </w:r>
    </w:p>
    <w:p>
      <w:r>
        <w:rPr>
          <w:b/>
        </w:rPr>
        <w:t xml:space="preserve">[20:27] </w:t>
      </w:r>
      <w:r>
        <w:t>ki wajah se hamari samajh badh rahi hai aur us ritual learning ho rahi hai toh allah usi</w:t>
      </w:r>
    </w:p>
    <w:p>
      <w:pPr>
        <w:jc w:val="right"/>
      </w:pPr>
      <w:r>
        <w:t>की वजह से हमारी समझ बढ़ रही है और उस ritual learning हो रही है तो अल्लाह उसी</w:t>
      </w:r>
    </w:p>
    <w:p>
      <w:r>
        <w:rPr>
          <w:b/>
        </w:rPr>
        <w:t xml:space="preserve">[20:37] </w:t>
      </w:r>
      <w:r>
        <w:t>ko hamein badhata rahe aur hum is qabil hon ki aakhirat hamare liye behtar.</w:t>
      </w:r>
    </w:p>
    <w:p>
      <w:pPr>
        <w:jc w:val="right"/>
      </w:pPr>
      <w:r>
        <w:t>को हमें बढ़ाता रहे और हम इस काबिल हों कि आखिरत हमारे लिए बेहतर.</w:t>
      </w:r>
    </w:p>
    <w:p>
      <w:r>
        <w:rPr>
          <w:b/>
        </w:rPr>
        <w:t xml:space="preserve">[20:47] </w:t>
      </w:r>
      <w:r>
        <w:t>main open karti hoon sari ladies ko yeh session. aap mein se jo koi bhi share mazhar nisha ji aap kahe unmute karein aap apne aap ko? ji, assalam likhein. wale, assalam likho mere naam mazhar nisha hai aur main bangalore teen mein se hoon.</w:t>
      </w:r>
    </w:p>
    <w:p>
      <w:pPr>
        <w:jc w:val="right"/>
      </w:pPr>
      <w:r>
        <w:t>मैं open करती हूं सारी ladies को यह session. आप में से जो कोई भी share मज़हर निशा जी आप कहें unmute करें आप अपने आप को? जी, अस्लाम लिखें. वाले, अस्लाम लिखो मेरे नाम मज़हर निशा है और मैं बैंगलोर तीन में से हूं.</w:t>
      </w:r>
    </w:p>
    <w:p>
      <w:r>
        <w:rPr>
          <w:b/>
        </w:rPr>
        <w:t xml:space="preserve">[21:17] </w:t>
      </w:r>
      <w:r>
        <w:t>meri topic aitikaf hai. main allah ka shukr ada karti hoon ke mujhe Maulana ka literature milta. whatsapp group mein jo ladies share karti hain, usse main learning mein, meri learning mein bohat zyada izaafa hua. is ramzan mein pehli dafa aitikaf ke liye niyat ki.</w:t>
      </w:r>
    </w:p>
    <w:p>
      <w:pPr>
        <w:jc w:val="right"/>
      </w:pPr>
      <w:r>
        <w:t>मेरी topic ऐतिकाफ है. मैं अल्लाह का शुकुर अदा करती हूं कि मुझे मौलाना का literature मिलता. WhatsApp group में जो ladies share करती हैं, उससे मैं learning में, मेरी learning में बहुत ज़्यादा इज़ाफ़ा हुआ. इस रमज़ान में पहली दफा ऐतिकाफ के लिए नियत की.</w:t>
      </w:r>
    </w:p>
    <w:p>
      <w:r>
        <w:rPr>
          <w:b/>
        </w:rPr>
        <w:t xml:space="preserve">[21:40] </w:t>
      </w:r>
      <w:r>
        <w:t>ghar ke bohat sare kaam aur zimmedari hone ki wajah se main isse pehle kabhi aitikaf nahi baithi. whatsapp group mein share kiya gaya audios, Maulana ke videos, sarabaji ke lailatul khatr ke videos se bohat zyada fayda hua. aitikaf ka asal maqsad apne aap ko duniya se kaatkar allah se jod lena hai.</w:t>
      </w:r>
    </w:p>
    <w:p>
      <w:pPr>
        <w:jc w:val="right"/>
      </w:pPr>
      <w:r>
        <w:t>घर के बहुत सारे काम और ज़िम्मेदारी होने की वजह से मैं इससे पहले कभी ऐतिकाफ नहीं बैठी. WhatsApp group में share किया गया audios, मोलौना के videos, साराबाजी के लैले तुल खतर के videos से बहुत ज़्यादा फ़ायदा हुआ. एतिकाफ का असल मकसद अपने आप को दुनिया से काटकर अल्लाह से जोड़ लेना है.</w:t>
      </w:r>
    </w:p>
    <w:p>
      <w:r>
        <w:rPr>
          <w:b/>
        </w:rPr>
        <w:t xml:space="preserve">[22:06] </w:t>
      </w:r>
      <w:r>
        <w:t>Distraction se bachkar maine tas'kir ulkhur'an ka mutalia kiya. Rozmarra ke logon se, logon se interaction aur extra kaam se bach gayi. Yeh waqt maine Khuda se tallukh banane mein lagaya. Apne khane ko simple rakhkar maine cooking mein waqt zaya hone se bacha liya.</w:t>
      </w:r>
    </w:p>
    <w:p>
      <w:pPr>
        <w:jc w:val="right"/>
      </w:pPr>
      <w:r>
        <w:t>Distraction से बचकर मैंने तस्कीर उल्खुरान का मुतालिया किया. रोज़मर्रा के लोगों से, लोगों से interaction और extra काम से बच गई. यह वक्त मैंने खुदा से ताल्लुख बनाने में लगाया. अपने खाने को simple रखकर मैंने cooking में वक्त जाया होने से बचा लिया.</w:t>
      </w:r>
    </w:p>
    <w:p>
      <w:r>
        <w:rPr>
          <w:b/>
        </w:rPr>
        <w:t xml:space="preserve">[22:32] </w:t>
      </w:r>
      <w:r>
        <w:t>Kam sokar raat ki khamoshi mein dheemi awaaz mein apne Rab ko pukar kar ro padi. Apni pichli gunahon ki maafi talab ki. Yeh sab main isliye kar paayi ke Maulana ne humein apna literature books ke zariye training kiya. Maulana se training lekar Sarabaji ne mujhe training train kiya.</w:t>
      </w:r>
    </w:p>
    <w:p>
      <w:pPr>
        <w:jc w:val="right"/>
      </w:pPr>
      <w:r>
        <w:t>कम सोकर रात की खामोशी में धीमी आवाज़ में अपने रब को पुकार कर रो पड़ी. अपनी पिछली गुनाहों की माफी तलब की. यह सब मैं इसलिए कर पाई कि मोलाना ने हमें अपना literature books के ज़रिए training किया. मोलाना से training लेकर साराबाजी ने मुझे training train किया.</w:t>
      </w:r>
    </w:p>
    <w:p>
      <w:r>
        <w:rPr>
          <w:b/>
        </w:rPr>
        <w:t xml:space="preserve">[23:02] </w:t>
      </w:r>
      <w:r>
        <w:t>Form se zyada spirit par focus karne ko kaha. Insan ko chhodkar Khuda se jodne ko sikhaya. Tabhi akele mein Allah se raat tak qayam karne wali bani. Allah Taala mere ustaadon ko Jannatul Firdaus ke aala maqaam farmaaye. Hadees mein aaya hai ke Jibraeel Ameen zameen par utarte hain.</w:t>
      </w:r>
    </w:p>
    <w:p>
      <w:pPr>
        <w:jc w:val="right"/>
      </w:pPr>
      <w:r>
        <w:t>Form से ज़्यादा spirit पर focus करने को कहा. इंसान को छोड़कर खुदा से जोड़ने को सिखाया. तभी अकेले में अल्लाह से रात तक खायम करने वाली बनी. अल्लाह तालाह मेरे उस्तादों को जन्नतुल फिरदौस के आला महामता फरमाए. हदीस में आया है कि जिब्राहील अमीन ज़मीन पर उतरते हैं.</w:t>
      </w:r>
    </w:p>
    <w:p>
      <w:r>
        <w:rPr>
          <w:b/>
        </w:rPr>
        <w:t xml:space="preserve">[23:32] </w:t>
      </w:r>
      <w:r>
        <w:t>allah sidwah hai ki hamein lailatul qadr naseeb parmae.</w:t>
      </w:r>
    </w:p>
    <w:p>
      <w:pPr>
        <w:jc w:val="right"/>
      </w:pPr>
      <w:r>
        <w:t>अल्लाह सिद्वाह है कि हमें लायलटुल खद्र नसीब परमाए.</w:t>
      </w:r>
    </w:p>
    <w:p>
      <w:r>
        <w:rPr>
          <w:b/>
        </w:rPr>
        <w:t xml:space="preserve">[23:39] </w:t>
      </w:r>
      <w:r>
        <w:t>amin, jaza amin, jaza kallah.</w:t>
      </w:r>
    </w:p>
    <w:p>
      <w:pPr>
        <w:jc w:val="right"/>
      </w:pPr>
      <w:r>
        <w:t>आमिन, जज़ा आमिन, जज़ा कल्लाह.</w:t>
      </w:r>
    </w:p>
    <w:p>
      <w:r>
        <w:rPr>
          <w:b/>
        </w:rPr>
        <w:t xml:space="preserve">[23:47] </w:t>
      </w:r>
      <w:r>
        <w:t>aur koi ladies hain? inslam walik.</w:t>
      </w:r>
    </w:p>
    <w:p>
      <w:pPr>
        <w:jc w:val="right"/>
      </w:pPr>
      <w:r>
        <w:t>और कोई ladies हैं? इंस्लाम वालिक.</w:t>
      </w:r>
    </w:p>
    <w:p>
      <w:r>
        <w:rPr>
          <w:b/>
        </w:rPr>
        <w:t xml:space="preserve">[23:54] </w:t>
      </w:r>
      <w:r>
        <w:t>ji walik inslam naam aur place batayein.</w:t>
      </w:r>
    </w:p>
    <w:p>
      <w:pPr>
        <w:jc w:val="right"/>
      </w:pPr>
      <w:r>
        <w:t>जी वालिक इंस्लाम नाम और place बताएं.</w:t>
      </w:r>
    </w:p>
    <w:p>
      <w:r>
        <w:rPr>
          <w:b/>
        </w:rPr>
        <w:t xml:space="preserve">[24:02] </w:t>
      </w:r>
      <w:r>
        <w:t>ji mera naam hai rasha same hai.</w:t>
      </w:r>
    </w:p>
    <w:p>
      <w:pPr>
        <w:jc w:val="right"/>
      </w:pPr>
      <w:r>
        <w:t>जी मेरा नाम है रशा सेम है.</w:t>
      </w:r>
    </w:p>
    <w:p>
      <w:r>
        <w:rPr>
          <w:b/>
        </w:rPr>
        <w:t xml:space="preserve">[24:09] </w:t>
      </w:r>
      <w:r>
        <w:t>main keh nahi raha hoon.</w:t>
      </w:r>
    </w:p>
    <w:p>
      <w:pPr>
        <w:jc w:val="right"/>
      </w:pPr>
      <w:r>
        <w:t>मैं कह नहीं रहा हूं.</w:t>
      </w:r>
    </w:p>
    <w:p>
      <w:r>
        <w:rPr>
          <w:b/>
        </w:rPr>
        <w:t xml:space="preserve">[24:17] </w:t>
      </w:r>
      <w:r>
        <w:t>Mera pehla sawal hai jab namaz ka time ho jata hai, aasan ho jati hai to kya hum rak'at aage peeche karke padh sakte hain yani agar humein farz sabse last mein padh lein, sunnat to nafil pehle ek yeh sawal hai aur jab bachche ke upar roza farz hota hai woh uska bilkul start hota hai roze ka life mein. Saal do saal usne roze rakhe lekin woh kam himmat hai. Uski woh himmat nahi ban pa rahi woh school bhi ja raha hai.</w:t>
      </w:r>
    </w:p>
    <w:p>
      <w:pPr>
        <w:jc w:val="right"/>
      </w:pPr>
      <w:r>
        <w:t>मेरा पहला सवाल है जब नमाज़ का time हो जाता है, आसान हो जाती है तो क्या हम रक्त आगे पीछे करके पढ़ सकते हैं यानी अगर हमें फर्श सबसे last में पढ़ लें, सुनना तो नफिल पहले एक यह सवाल है और जब बच्चे के ऊपर रोज़ा फर्ज होता है वह उसका बिल्कुल start होता है रोज़े का life में. साल दो साल उसने रोज़े रखे लेकिन वह कम हिम्मत है. उसकी वह हिम्मत नहीं वन पा रही वह school भी जा रहा है.</w:t>
      </w:r>
    </w:p>
    <w:p>
      <w:r>
        <w:rPr>
          <w:b/>
        </w:rPr>
        <w:t xml:space="preserve">[24:44] </w:t>
      </w:r>
      <w:r>
        <w:t>To kya woh roze chhod chhod ke rakh sakta hai ya agar usse himmat nahi ho rahi woh bilkul nirdhal ho raha hai to kya woh roze ka fidiya karega ya woh baad mein apne roze poore karega? Teesri baat yeh ke Quran mein jo sajda aata hai woh sajda hum baithe baithe usi Quran par sir jhukakar kar sakte hain ya baad mein kar sakte hain aur khudbe ke dauran aksar log chup nahi hote.</w:t>
      </w:r>
    </w:p>
    <w:p>
      <w:pPr>
        <w:jc w:val="right"/>
      </w:pPr>
      <w:r>
        <w:t>तो क्या वह रोज़े छोड़ छोड़ के रख सकता है या अगर उससे हिम्मत नहीं हो रही वह बिल्कुल निर्धाल हो रहा है तो क्या वह रोज़े का फिदिया करेगा या वह बाद में अपने रोज़े पूरे करेगा? तीसरी बात यह कि कुरान में जो सज्दा आता है वह सज्दा हम बैठे बैठे उसी कुरान पर सिर झुकाकर कर सकते हैं या बात में कर सकते हैं और खुद भी के दौरान अक्सर लोग चुप नहीं होते.</w:t>
      </w:r>
    </w:p>
    <w:p>
      <w:r>
        <w:rPr>
          <w:b/>
        </w:rPr>
        <w:t xml:space="preserve">[25:10] </w:t>
      </w:r>
      <w:r>
        <w:t>To agar hum unko chup karayein to taaki hum sun sakein kyunki hum bilkul nahi sun paate hain masjid mein itna shor hota hai. Itna shor hota hai ladkiyan bachiyan bilkul chup nahi hoti aur khudba nahi samajh mein aata hai ke kya keh rahe hain.</w:t>
      </w:r>
    </w:p>
    <w:p>
      <w:pPr>
        <w:jc w:val="right"/>
      </w:pPr>
      <w:r>
        <w:t>तो अगर हम उनको चुप कराएं तो ताकि हम sun सकें क्योंकि हम बिल्कुल नहीं sun पाते हैं मस्जिद में इतना शोर होता है. इतना शोर होता है लड़कियां बच्चियां बिल्कुल चुप नहीं होती और खुद बा नहीं समझ में आता है कि क्या कह रहे हैं.</w:t>
      </w:r>
    </w:p>
    <w:p>
      <w:r>
        <w:rPr>
          <w:b/>
        </w:rPr>
        <w:t xml:space="preserve">[25:24] </w:t>
      </w:r>
      <w:r>
        <w:t>toh yeh tha aur ek tha lailatul qadr toh ho gaya lekin maulana sahab ne ek video thi</w:t>
      </w:r>
    </w:p>
    <w:p>
      <w:pPr>
        <w:jc w:val="right"/>
      </w:pPr>
      <w:r>
        <w:t>तो यह था और एक था लैलातुल कदर तो हो गया लेकिन मौलाना साहब ने एक video थी</w:t>
      </w:r>
    </w:p>
    <w:p>
      <w:r>
        <w:rPr>
          <w:b/>
        </w:rPr>
        <w:t xml:space="preserve">[25:31] </w:t>
      </w:r>
      <w:r>
        <w:t>jo mujhse kahin miss ho gayi aur us video mein khaas eid ki din ki fazeelat ka bataya</w:t>
      </w:r>
    </w:p>
    <w:p>
      <w:pPr>
        <w:jc w:val="right"/>
      </w:pPr>
      <w:r>
        <w:t>जो मुझसे कहीं miss हो गई और उस video में खास ईद की दिन की फ़ज़ीलत का बताया</w:t>
      </w:r>
    </w:p>
    <w:p>
      <w:r>
        <w:rPr>
          <w:b/>
        </w:rPr>
        <w:t xml:space="preserve">[25:39] </w:t>
      </w:r>
      <w:r>
        <w:t>tha unhein ki eid wale din bhi log wafalat kar jaate hain woh din bhi allah taala khaas</w:t>
      </w:r>
    </w:p>
    <w:p>
      <w:pPr>
        <w:jc w:val="right"/>
      </w:pPr>
      <w:r>
        <w:t>था उन्हें कि ईद वाले दिन भी लोग वफलत कर जाते हैं वह दिन भी अल्लाह तालाह खास</w:t>
      </w:r>
    </w:p>
    <w:p>
      <w:r>
        <w:rPr>
          <w:b/>
        </w:rPr>
        <w:t xml:space="preserve">[25:46] </w:t>
      </w:r>
      <w:r>
        <w:t>eid wala din.</w:t>
      </w:r>
    </w:p>
    <w:p>
      <w:pPr>
        <w:jc w:val="right"/>
      </w:pPr>
      <w:r>
        <w:t>ईद वाला दिन.</w:t>
      </w:r>
    </w:p>
    <w:p>
      <w:r>
        <w:rPr>
          <w:b/>
        </w:rPr>
        <w:t xml:space="preserve">[25:54] </w:t>
      </w:r>
      <w:r>
        <w:t>uska koi bahut inaam bant rahe hote hain.</w:t>
      </w:r>
    </w:p>
    <w:p>
      <w:pPr>
        <w:jc w:val="right"/>
      </w:pPr>
      <w:r>
        <w:t>उसका कोई बहुत इनाम बंट रहे होते हैं.</w:t>
      </w:r>
    </w:p>
    <w:p>
      <w:r>
        <w:rPr>
          <w:b/>
        </w:rPr>
        <w:t xml:space="preserve">[26:01] </w:t>
      </w:r>
      <w:r>
        <w:t>toh usko bhi thoda sa details de di jaye ki uski</w:t>
      </w:r>
    </w:p>
    <w:p>
      <w:pPr>
        <w:jc w:val="right"/>
      </w:pPr>
      <w:r>
        <w:t>तो उसको भी थोड़ा सा details दे दी जाए कि उसकी</w:t>
      </w:r>
    </w:p>
    <w:p>
      <w:r>
        <w:rPr>
          <w:b/>
        </w:rPr>
        <w:t xml:space="preserve">[26:09] </w:t>
      </w:r>
      <w:r>
        <w:t>Parida Apa, aapke liye paanch sawal hain. Pehla sawal hai rak'at ko aage peeche kya hum na mask ke liye padh sakte hain? Farhad sab bataayenge. Yeh namaz ke time ki jo baat kahi hai to main yeh sawal karna chahta hoon ke yeh jamaat ki baat kar rahe ya ghar ki baat kar rahe hain?</w:t>
      </w:r>
    </w:p>
    <w:p>
      <w:pPr>
        <w:jc w:val="right"/>
      </w:pPr>
      <w:r>
        <w:t>परीदा आपा, आपके लिए पांच सवाल हैं. पहला सवाल है रिक्त को आगे पीछे क्या हम ना mask के लिए पढ़ सकते हैं? फ़र्हाद सब बताएंगे. यह नमाज़ के time की जो बात कही है तो मैं यह सवाल करना चाहता हूं कि यह जमात की बात कर रहे या घर की बात कर रहे हैं?</w:t>
      </w:r>
    </w:p>
    <w:p>
      <w:r>
        <w:rPr>
          <w:b/>
        </w:rPr>
        <w:t xml:space="preserve">[26:38] </w:t>
      </w:r>
      <w:r>
        <w:t>ji ghar ki. ghar ki?</w:t>
      </w:r>
    </w:p>
    <w:p>
      <w:pPr>
        <w:jc w:val="right"/>
      </w:pPr>
      <w:r>
        <w:t>जी घर की. घर की?</w:t>
      </w:r>
    </w:p>
    <w:p>
      <w:r>
        <w:rPr>
          <w:b/>
        </w:rPr>
        <w:t xml:space="preserve">[26:42] </w:t>
      </w:r>
      <w:r>
        <w:t>main akele apne individual padhti hoon toh. achha.</w:t>
      </w:r>
    </w:p>
    <w:p>
      <w:pPr>
        <w:jc w:val="right"/>
      </w:pPr>
      <w:r>
        <w:t>मैं अकेले अपने individual पढ़ती हूं तो. अच्छा.</w:t>
      </w:r>
    </w:p>
    <w:p>
      <w:r>
        <w:rPr>
          <w:b/>
        </w:rPr>
        <w:t xml:space="preserve">[26:47] </w:t>
      </w:r>
      <w:r>
        <w:t>to time to kafi rehta hai.</w:t>
      </w:r>
    </w:p>
    <w:p>
      <w:pPr>
        <w:jc w:val="right"/>
      </w:pPr>
      <w:r>
        <w:t>तो time तो काफी रहता है.</w:t>
      </w:r>
    </w:p>
    <w:p>
      <w:r>
        <w:rPr>
          <w:b/>
        </w:rPr>
        <w:t xml:space="preserve">[26:51] </w:t>
      </w:r>
      <w:r>
        <w:t>mere khyal se agar India ke hisab se main aapko samjhata hoon ki saade barah baje time hota hai.</w:t>
      </w:r>
    </w:p>
    <w:p>
      <w:pPr>
        <w:jc w:val="right"/>
      </w:pPr>
      <w:r>
        <w:t>मेरे ख्याल से अगर India के हिसाब से मैं आपको समझाता हूं कि साढ़े बारह बजे time होता है.</w:t>
      </w:r>
    </w:p>
    <w:p>
      <w:r>
        <w:rPr>
          <w:b/>
        </w:rPr>
        <w:t xml:space="preserve">[26:56] </w:t>
      </w:r>
      <w:r>
        <w:t>purushvak se lekar do teen ghante time rehta hai.</w:t>
      </w:r>
    </w:p>
    <w:p>
      <w:pPr>
        <w:jc w:val="right"/>
      </w:pPr>
      <w:r>
        <w:t>पुरुष्वक से लेकर दो तीन घंटे time रहता है.</w:t>
      </w:r>
    </w:p>
    <w:p>
      <w:r>
        <w:rPr>
          <w:b/>
        </w:rPr>
        <w:t xml:space="preserve">[27:00] </w:t>
      </w:r>
      <w:r>
        <w:t>to us dilliyaan mein to aap paise sundh padh lein, uske baad farz padhein.</w:t>
      </w:r>
    </w:p>
    <w:p>
      <w:pPr>
        <w:jc w:val="right"/>
      </w:pPr>
      <w:r>
        <w:t>तो उस दिल्लियां में तो आप पैसे सुन्ध पढ़ लें, उसके बाद फर्ज पढ़ें.</w:t>
      </w:r>
    </w:p>
    <w:p>
      <w:r>
        <w:rPr>
          <w:b/>
        </w:rPr>
        <w:t xml:space="preserve">[27:05] </w:t>
      </w:r>
      <w:r>
        <w:t>jaise padhte hain uske baad phir sundh padh sakti hain.</w:t>
      </w:r>
    </w:p>
    <w:p>
      <w:pPr>
        <w:jc w:val="right"/>
      </w:pPr>
      <w:r>
        <w:t>जैसे पढ़ते हैं उसके बाद फिर सुन्ध पढ़ सकती हैं.</w:t>
      </w:r>
    </w:p>
    <w:p>
      <w:r>
        <w:rPr>
          <w:b/>
        </w:rPr>
        <w:t xml:space="preserve">[27:09] </w:t>
      </w:r>
      <w:r>
        <w:t>aisa to kuch hai nahi.</w:t>
      </w:r>
    </w:p>
    <w:p>
      <w:pPr>
        <w:jc w:val="right"/>
      </w:pPr>
      <w:r>
        <w:t>ऐसा तो कुछ है नहीं.</w:t>
      </w:r>
    </w:p>
    <w:p>
      <w:r>
        <w:rPr>
          <w:b/>
        </w:rPr>
        <w:t xml:space="preserve">[27:14] </w:t>
      </w:r>
      <w:r>
        <w:t>ismein kya sawal hai?</w:t>
      </w:r>
    </w:p>
    <w:p>
      <w:pPr>
        <w:jc w:val="right"/>
      </w:pPr>
      <w:r>
        <w:t>इसमें क्या सवाल है?</w:t>
      </w:r>
    </w:p>
    <w:p>
      <w:r>
        <w:rPr>
          <w:b/>
        </w:rPr>
        <w:t xml:space="preserve">[27:19] </w:t>
      </w:r>
      <w:r>
        <w:t>Us hisab se follow kar lijiye. Ab Canada mein kya hai situation to yeh main exact nahi keh sakta hoon aapko. Achha inka doosra sawal hai? Yeh clear hai yeh wala sawal. Achha.</w:t>
      </w:r>
    </w:p>
    <w:p>
      <w:pPr>
        <w:jc w:val="right"/>
      </w:pPr>
      <w:r>
        <w:t>उस हिसाब से follow कर लीजिए. अब Canada में क्या है situation तो यह मैं exact नहीं कह सकता हूं आपको. अच्छा इनका दूसरा सवाल है? यह clear है यह वाला सवाल. अच्छा.</w:t>
      </w:r>
    </w:p>
    <w:p>
      <w:r>
        <w:rPr>
          <w:b/>
        </w:rPr>
        <w:t xml:space="preserve">[27:38] </w:t>
      </w:r>
      <w:r>
        <w:t>nahi yeh poora main confuse hoon kyunki main apni zyada ke hawale se baat kar rahi hoon ki</w:t>
      </w:r>
    </w:p>
    <w:p>
      <w:pPr>
        <w:jc w:val="right"/>
      </w:pPr>
      <w:r>
        <w:t>नहीं यह पूरा मैं confuse हूं क्योंकि मैं अपनी ज़्यादा के हवाले से बात कर रही हूं कि</w:t>
      </w:r>
    </w:p>
    <w:p>
      <w:r>
        <w:rPr>
          <w:b/>
        </w:rPr>
        <w:t xml:space="preserve">[27:47] </w:t>
      </w:r>
      <w:r>
        <w:t>jaise main isliye jaise sunna, chaar sunna, do sunna, nafil yeh sab maine padh liye witr aur phir</w:t>
      </w:r>
    </w:p>
    <w:p>
      <w:pPr>
        <w:jc w:val="right"/>
      </w:pPr>
      <w:r>
        <w:t>जैसे मैं इसलिए जैसे सुनना, चार सुनना, दो सुनना, नफिल यह सब मैंने पढ़ लिए वितर और फिर</w:t>
      </w:r>
    </w:p>
    <w:p>
      <w:r>
        <w:rPr>
          <w:b/>
        </w:rPr>
        <w:t xml:space="preserve">[27:56] </w:t>
      </w:r>
      <w:r>
        <w:t>last mein main farz padhoon, woh main isliye kyunki farz tamaz ke saath jo dua mangte hain na</w:t>
      </w:r>
    </w:p>
    <w:p>
      <w:pPr>
        <w:jc w:val="right"/>
      </w:pPr>
      <w:r>
        <w:t>last में मैं फर्ज़ पढ़ूं, वह मैं इसलिए क्योंकि फर्ज़ तमाज़ के साथ जो दुआ मांगते हैं ना</w:t>
      </w:r>
    </w:p>
    <w:p>
      <w:r>
        <w:rPr>
          <w:b/>
        </w:rPr>
        <w:t xml:space="preserve">[28:05] </w:t>
      </w:r>
      <w:r>
        <w:t>to main chahti hoon jab main last mein farz padhoon to</w:t>
      </w:r>
    </w:p>
    <w:p>
      <w:pPr>
        <w:jc w:val="right"/>
      </w:pPr>
      <w:r>
        <w:t>तो मैं चाहती हूं जब मैं last में फर्ज़ पढ़ूं तो</w:t>
      </w:r>
    </w:p>
    <w:p>
      <w:r>
        <w:rPr>
          <w:b/>
        </w:rPr>
        <w:t xml:space="preserve">[28:15] </w:t>
      </w:r>
      <w:r>
        <w:t>Farz namaz hai. Farz namaz jaise Fajr ki do rakat hai, Zohr ki chaar rakat hai, Asr ki chaar rakat hai, Maghrib ki teen hai aur Isha ki chaar rakat hai. Farz namaz jo hai Asr Allah ki taraf se hai. Uske alawa Rasoolullah se Rasoolullah Fajr mein thoda bahut pehle padhte the ya Zohr mein chaar ya do padhte the pehle aur Zohr ke baad do ya chaar padhte the baad mein. Yeh Maghrib Isha jo aap jaante hain waisa hai.</w:t>
      </w:r>
    </w:p>
    <w:p>
      <w:pPr>
        <w:jc w:val="right"/>
      </w:pPr>
      <w:r>
        <w:t>फर्ज नमाल है. फर्ज नमाज़ जैसे फ़ज़र की दूस्त में दूर रखाता है, ज़ोहर की चार रखाता है, असर की चार रखाता है, मोहरी पिकीन है और ईशा की चार रखाती है. फर्ज नमाज़ जो है असर अल्लाह की तरफ से है. उसके अलावा रसूल्लाह से रसूल्लाह फज़र में थोड़ा बहुत पहले पढ़ते थे या ज़ोहर में चार या दो पढ़ते थे पहले और ज़ोहर के बाद दो या चार पढ़ते थे बाद में. यह मग़री बारेशा जो आप जानते हैं वैसा है.</w:t>
      </w:r>
    </w:p>
    <w:p>
      <w:r>
        <w:rPr>
          <w:b/>
        </w:rPr>
        <w:t xml:space="preserve">[28:44] </w:t>
      </w:r>
      <w:r>
        <w:t>to usi hisab se padhiye.</w:t>
      </w:r>
    </w:p>
    <w:p>
      <w:pPr>
        <w:jc w:val="right"/>
      </w:pPr>
      <w:r>
        <w:t>तो उसी हिसाब से पढ़िए.</w:t>
      </w:r>
    </w:p>
    <w:p>
      <w:r>
        <w:rPr>
          <w:b/>
        </w:rPr>
        <w:t xml:space="preserve">[28:55] </w:t>
      </w:r>
      <w:r>
        <w:t>to ismein aur dua karne ke liye koi yeh nahi hai ki aap har din dua karein.</w:t>
      </w:r>
    </w:p>
    <w:p>
      <w:pPr>
        <w:jc w:val="right"/>
      </w:pPr>
      <w:r>
        <w:t>तो इसमें और दुआ करने के लिए कोई यह नहीं है कि आप हर दिन दुआ करें.</w:t>
      </w:r>
    </w:p>
    <w:p>
      <w:r>
        <w:rPr>
          <w:b/>
        </w:rPr>
        <w:t xml:space="preserve">[29:07] </w:t>
      </w:r>
      <w:r>
        <w:t>aapko zaroorat mehsoos hoti kheenchye.</w:t>
      </w:r>
    </w:p>
    <w:p>
      <w:pPr>
        <w:jc w:val="right"/>
      </w:pPr>
      <w:r>
        <w:t>आपको ज़रूरत महसूस होती खींचिए.</w:t>
      </w:r>
    </w:p>
    <w:p>
      <w:r>
        <w:rPr>
          <w:b/>
        </w:rPr>
        <w:t xml:space="preserve">[29:19] </w:t>
      </w:r>
      <w:r>
        <w:t>nahi zaroorat mehsoos hoti nahi kheenchye.</w:t>
      </w:r>
    </w:p>
    <w:p>
      <w:pPr>
        <w:jc w:val="right"/>
      </w:pPr>
      <w:r>
        <w:t>नहीं ज़रूरत महसूस होती नहीं खींचिए.</w:t>
      </w:r>
    </w:p>
    <w:p>
      <w:r>
        <w:rPr>
          <w:b/>
        </w:rPr>
        <w:t xml:space="preserve">[29:30] </w:t>
      </w:r>
      <w:r>
        <w:t>asal cheez woh aapko dekhna woh hai ki farz aapne complete kiya kari aur dua ke liye nafir</w:t>
      </w:r>
    </w:p>
    <w:p>
      <w:pPr>
        <w:jc w:val="right"/>
      </w:pPr>
      <w:r>
        <w:t>असल चीज़ वह आपको देखना वह है कि फर्ज आपने complete किया करी और दुआ के लिए नफिर</w:t>
      </w:r>
    </w:p>
    <w:p>
      <w:r>
        <w:rPr>
          <w:b/>
        </w:rPr>
        <w:t xml:space="preserve">[29:42] </w:t>
      </w:r>
      <w:r>
        <w:t>ke baad bhi ki ja sakti hai dua.</w:t>
      </w:r>
    </w:p>
    <w:p>
      <w:pPr>
        <w:jc w:val="right"/>
      </w:pPr>
      <w:r>
        <w:t>के बाद भी की जा सकती है दुआ.</w:t>
      </w:r>
    </w:p>
    <w:p>
      <w:r>
        <w:rPr>
          <w:b/>
        </w:rPr>
        <w:t xml:space="preserve">[29:54] </w:t>
      </w:r>
      <w:r>
        <w:t>Aasani hai ismein aasani pehle usko dekhiye. Achha inka doosra sawal hai bachchon ke hawale se ke woh exam ke din hain, rakh nahi rahe hain aur kis tarah se bachche roza rakh shuru karein taaki unki jo aasani hai. Woh to aisa koi mu'ayyan taur par nahi aaya hai ke bachche kaise roza rakhein din mein dekar aasani hai woh chun ke ek mashaqqat ki baat hoti hai.</w:t>
      </w:r>
    </w:p>
    <w:p>
      <w:pPr>
        <w:jc w:val="right"/>
      </w:pPr>
      <w:r>
        <w:t>आसानी है इसमें आसानी पीयूष्टिरा कीजिए. अच्छा इनका दूसरा सवाल है बच्चों के हवाले से कि वह exam के दिन हैं, सक नहीं रहे हैं और किस तरह से बच्चे रोज़ा रख शुरू करें ताकि उनकी जो आसानी है. वह तो ऐसा कोई मुटायन तौर पर नहीं आया है कि बच्चे कैसे रोज़ा रखे दिन में देकर आसानी है वह चुन के एक मशक्कत की बात होती है.</w:t>
      </w:r>
    </w:p>
    <w:p>
      <w:r>
        <w:rPr>
          <w:b/>
        </w:rPr>
        <w:t xml:space="preserve">[30:24] </w:t>
      </w:r>
      <w:r>
        <w:t>To bachche ke hisab se dekar karna chahiye insaan ko tay karna chahiye. Baaz bachche rakh lete hain baaz nahi rakhte hain. To usko dekh karta hai karein. Usmein koi fidiya fidiya ki baat nahi hai jab starting ho to sikhane ki baat hoti hai seekhna. Aage aap aur sawal kar lein Mahesh?</w:t>
      </w:r>
    </w:p>
    <w:p>
      <w:pPr>
        <w:jc w:val="right"/>
      </w:pPr>
      <w:r>
        <w:t>तो बच्चे के हिसाब से देकर करना चाहिए इंसान को तय करना चाहिए. बाज़ बच्चे रख लेते हैं बाज़ नहीं रखते हैं. तो उसको देख करता है करें. उसमें कोई फिदिया विदिया की बात नहीं है जब starting हो तो सिखाने की बात होती है सीखना. आगे आप और सवाल कर लें महेश?</w:t>
      </w:r>
    </w:p>
    <w:p>
      <w:r>
        <w:rPr>
          <w:b/>
        </w:rPr>
        <w:t xml:space="preserve">[30:50] </w:t>
      </w:r>
      <w:r>
        <w:t>ji sabse pehle to farash aapka bahut shuru hai kyunki mujhe yeh baat nahi pata thi ki hum</w:t>
      </w:r>
    </w:p>
    <w:p>
      <w:pPr>
        <w:jc w:val="right"/>
      </w:pPr>
      <w:r>
        <w:t>जी सबसे पहले तो फराश आपका बहुत शुरू है क्योंकि मुझे यह बात नहीं पता थी कि हम</w:t>
      </w:r>
    </w:p>
    <w:p>
      <w:r>
        <w:rPr>
          <w:b/>
        </w:rPr>
        <w:t xml:space="preserve">[31:01] </w:t>
      </w:r>
      <w:r>
        <w:t>dua jo hai namaz mein kisi bhi usmein mang sakte hain.</w:t>
      </w:r>
    </w:p>
    <w:p>
      <w:pPr>
        <w:jc w:val="right"/>
      </w:pPr>
      <w:r>
        <w:t>दुआ जो है नमाज़ में किसी भी उसमें मांग सकते हैं.</w:t>
      </w:r>
    </w:p>
    <w:p>
      <w:r>
        <w:rPr>
          <w:b/>
        </w:rPr>
        <w:t xml:space="preserve">[31:12] </w:t>
      </w:r>
      <w:r>
        <w:t>humne ulma se aur teegal logon se yahi suna ki dua jo hai sirf farslamas ke baat hi maani jayegi.</w:t>
      </w:r>
    </w:p>
    <w:p>
      <w:pPr>
        <w:jc w:val="right"/>
      </w:pPr>
      <w:r>
        <w:t>हमने उल्मा से और तीगल लोगों से यही सुना कि दुआ जो है सिर्फ फर्सलामास के बात ही मानी जाएगी.</w:t>
      </w:r>
    </w:p>
    <w:p>
      <w:r>
        <w:rPr>
          <w:b/>
        </w:rPr>
        <w:t xml:space="preserve">[31:23] </w:t>
      </w:r>
      <w:r>
        <w:t>to main aaj tak farslamas ke baat hi manti thi.</w:t>
      </w:r>
    </w:p>
    <w:p>
      <w:pPr>
        <w:jc w:val="right"/>
      </w:pPr>
      <w:r>
        <w:t>तो मैं आज तक फर्सलामास के बात ही मानती थी.</w:t>
      </w:r>
    </w:p>
    <w:p>
      <w:r>
        <w:rPr>
          <w:b/>
        </w:rPr>
        <w:t xml:space="preserve">[31:34] </w:t>
      </w:r>
      <w:r>
        <w:t>aaj mujhe yeh nai ek cheez pata chali jazakhilla khair aur teesra sawal tha khudbe ke dauran chup karana jo</w:t>
      </w:r>
    </w:p>
    <w:p>
      <w:pPr>
        <w:jc w:val="right"/>
      </w:pPr>
      <w:r>
        <w:t>आज मुझे यह नई एक चीज़ पता चली जज़ाख़िल्ला खैर और तीसरा सवाल था खुदबे के दौरान चुप कराना जो</w:t>
      </w:r>
    </w:p>
    <w:p>
      <w:r>
        <w:rPr>
          <w:b/>
        </w:rPr>
        <w:t xml:space="preserve">[31:46] </w:t>
      </w:r>
      <w:r>
        <w:t>Jab tum khutba sun rahe ho aur tumhare paas koi agar koi baat kehta hai aur tumne kaha usko khamosh raho to tumne galat kaam kiya. Paqap lauw tak. Maulana ne kai martaba yeh baat kahi hai is hadees ke hawale se. Hum sun sakte hain to theek hai, nahi sun sakte hain to us waqt hum zikr kare Allah Taala kar.</w:t>
      </w:r>
    </w:p>
    <w:p>
      <w:pPr>
        <w:jc w:val="right"/>
      </w:pPr>
      <w:r>
        <w:t>जब तुम खुदबा sun रहे हो और तुम्हारे पास कोई अगर कोई बात कहता है और तुमने कहा उसको खामुश रहो तो तुमने गलत काम किया. पक्कप लवाऊ तक. मोहलाना ने कई मरता यह बात कही है इस हदीश के हवाले से. हम sun सकते हैं तो ठीक है, नहीं sun सकते हैं तो उस वक्त हम ज़िक्र करें हल्ला ताला कर.</w:t>
      </w:r>
    </w:p>
    <w:p>
      <w:r>
        <w:rPr>
          <w:b/>
        </w:rPr>
        <w:t xml:space="preserve">[32:16] </w:t>
      </w:r>
      <w:r>
        <w:t>Kyunki hum khamosh to kara nahi sakte sabko ek saath bolkar, dobara bolne lagenge. Aur sajda ki baat jahan aata hai kya? To sajda sajda usse baad mein bhi kar sakte hain. Us waqt normally usi waqt kiya jata hai. To woh sajda hota hai zameen par hota hai. Woh Quran par nahi hota hai. Zameen par sajda hai matlab agar aasani hai to zameen par hota hai.</w:t>
      </w:r>
    </w:p>
    <w:p>
      <w:pPr>
        <w:jc w:val="right"/>
      </w:pPr>
      <w:r>
        <w:t>क्योंकि हम खामुश्त तो करा नहीं सकते सबको एक साथ बोलकर, दुबारा बोलने लगेंगे. और सज्दा की बात जहां आता है क्या? तो सज्दा सज़्दा उससे बाद में भी कर सकते हैं. उस वक्त normally उसी वक्त किया जाता है. तो वह सज्दा होता है ज़मीन पर होता है. वह ख़ुरान पर नहीं होता है. ज़मीन पर सलता है मतलब अगर आसानी है तो ज़मीन पर होता है.</w:t>
      </w:r>
    </w:p>
    <w:p>
      <w:r>
        <w:rPr>
          <w:b/>
        </w:rPr>
        <w:t xml:space="preserve">[32:44] </w:t>
      </w:r>
      <w:r>
        <w:t>zameen ka matlab yaani normal jaise sajda karte hain woh hai sajda.</w:t>
      </w:r>
    </w:p>
    <w:p>
      <w:pPr>
        <w:jc w:val="right"/>
      </w:pPr>
      <w:r>
        <w:t>ज़मीन का मतलब यानी normal जैसे सज्दा करते हैं वह है सज्दा.</w:t>
      </w:r>
    </w:p>
    <w:p>
      <w:r>
        <w:rPr>
          <w:b/>
        </w:rPr>
        <w:t xml:space="preserve">[32:48] </w:t>
      </w:r>
      <w:r>
        <w:t>direction to nahi hona chahiye.</w:t>
      </w:r>
    </w:p>
    <w:p>
      <w:pPr>
        <w:jc w:val="right"/>
      </w:pPr>
      <w:r>
        <w:t>Direction तो नहीं होना चाहिए.</w:t>
      </w:r>
    </w:p>
    <w:p>
      <w:r>
        <w:rPr>
          <w:b/>
        </w:rPr>
        <w:t xml:space="preserve">[32:52] </w:t>
      </w:r>
      <w:r>
        <w:t>direction ke bare mein koi aisa kuch hai nahi.</w:t>
      </w:r>
    </w:p>
    <w:p>
      <w:pPr>
        <w:jc w:val="right"/>
      </w:pPr>
      <w:r>
        <w:t>Direction के बारे में कोई ऐसा कुछ है नहीं.</w:t>
      </w:r>
    </w:p>
    <w:p>
      <w:r>
        <w:rPr>
          <w:b/>
        </w:rPr>
        <w:t xml:space="preserve">[32:57] </w:t>
      </w:r>
      <w:r>
        <w:t>tibila bhi ho nahi bhi ho. achha.</w:t>
      </w:r>
    </w:p>
    <w:p>
      <w:pPr>
        <w:jc w:val="right"/>
      </w:pPr>
      <w:r>
        <w:t>Tibila भी हो नहीं भी हो. अच्छा.</w:t>
      </w:r>
    </w:p>
    <w:p>
      <w:r>
        <w:rPr>
          <w:b/>
        </w:rPr>
        <w:t xml:space="preserve">[33:01] </w:t>
      </w:r>
      <w:r>
        <w:t>jaise hum puran yahan par department ko haan kar sakte hain.</w:t>
      </w:r>
    </w:p>
    <w:p>
      <w:pPr>
        <w:jc w:val="right"/>
      </w:pPr>
      <w:r>
        <w:t>जैसे हम पुरान यहां पर department को हां कर सकते हैं.</w:t>
      </w:r>
    </w:p>
    <w:p>
      <w:r>
        <w:rPr>
          <w:b/>
        </w:rPr>
        <w:t xml:space="preserve">[33:06] </w:t>
      </w:r>
      <w:r>
        <w:t>puran karna hai lekin puran par nahi karna hai.</w:t>
      </w:r>
    </w:p>
    <w:p>
      <w:pPr>
        <w:jc w:val="right"/>
      </w:pPr>
      <w:r>
        <w:t>पुरान करना है लेकिन पुरान पर नहीं करना है.</w:t>
      </w:r>
    </w:p>
    <w:p>
      <w:r>
        <w:rPr>
          <w:b/>
        </w:rPr>
        <w:t xml:space="preserve">[33:10] </w:t>
      </w:r>
      <w:r>
        <w:t>puran ke bagal mein kuch agar aise ho to wahan par kar lena sajdar hona chahiye.</w:t>
      </w:r>
    </w:p>
    <w:p>
      <w:pPr>
        <w:jc w:val="right"/>
      </w:pPr>
      <w:r>
        <w:t>पुरान के बगल में कुछ अगर ऐसे हो तो वहां पर कर लेना सजदार होना चाहिए.</w:t>
      </w:r>
    </w:p>
    <w:p>
      <w:r>
        <w:rPr>
          <w:b/>
        </w:rPr>
        <w:t xml:space="preserve">[33:15] </w:t>
      </w:r>
      <w:r>
        <w:t>ji aur aap apni sawal se to ji.</w:t>
      </w:r>
    </w:p>
    <w:p>
      <w:pPr>
        <w:jc w:val="right"/>
      </w:pPr>
      <w:r>
        <w:t>जी और आप अपनी सवाल से तो जी.</w:t>
      </w:r>
    </w:p>
    <w:p>
      <w:r>
        <w:rPr>
          <w:b/>
        </w:rPr>
        <w:t xml:space="preserve">[33:23] </w:t>
      </w:r>
      <w:r>
        <w:t>ji yeh last sawal hai mera.</w:t>
      </w:r>
    </w:p>
    <w:p>
      <w:pPr>
        <w:jc w:val="right"/>
      </w:pPr>
      <w:r>
        <w:t>जी यह last सवाल है मेरा.</w:t>
      </w:r>
    </w:p>
    <w:p>
      <w:r>
        <w:rPr>
          <w:b/>
        </w:rPr>
        <w:t xml:space="preserve">[33:31] </w:t>
      </w:r>
      <w:r>
        <w:t>dekhiye allah taalaah ke inaam ka silsila to shuru ho jata hai eent ki raat se chand raat</w:t>
      </w:r>
    </w:p>
    <w:p>
      <w:pPr>
        <w:jc w:val="right"/>
      </w:pPr>
      <w:r>
        <w:t>देखिए अल्लाह तालाह के इनाम का सिलसिला तो शुरू हो जाता है ईंत की रात से चांद रात</w:t>
      </w:r>
    </w:p>
    <w:p>
      <w:r>
        <w:rPr>
          <w:b/>
        </w:rPr>
        <w:t xml:space="preserve">[33:39] </w:t>
      </w:r>
      <w:r>
        <w:t>jisko kehte usi raat se shuru ho jati hai isliye aadesh mein lailaqul jaiza kabhi lag jay yani</w:t>
      </w:r>
    </w:p>
    <w:p>
      <w:pPr>
        <w:jc w:val="right"/>
      </w:pPr>
      <w:r>
        <w:t>जिसको कहते उसी रात से शुरू हो जाती है इसलिए आदेश में लैलाकुल जाइज़ा कभी लग जाया यानी</w:t>
      </w:r>
    </w:p>
    <w:p>
      <w:r>
        <w:rPr>
          <w:b/>
        </w:rPr>
        <w:t xml:space="preserve">[33:47] </w:t>
      </w:r>
      <w:r>
        <w:t>night of reward aur jomul jaiza ka bhi lag jay yani day of reward.</w:t>
      </w:r>
    </w:p>
    <w:p>
      <w:pPr>
        <w:jc w:val="right"/>
      </w:pPr>
      <w:r>
        <w:t>night of reward और जौमुल जायजा का भी लग जाया यानी day of reward.</w:t>
      </w:r>
    </w:p>
    <w:p>
      <w:r>
        <w:rPr>
          <w:b/>
        </w:rPr>
        <w:t xml:space="preserve">[33:55] </w:t>
      </w:r>
      <w:r>
        <w:t>to main dono hadish mere samne hain main usko padh deta hoon.</w:t>
      </w:r>
    </w:p>
    <w:p>
      <w:pPr>
        <w:jc w:val="right"/>
      </w:pPr>
      <w:r>
        <w:t>तो मैं दोनों हदीश मेरे सामने हैं मैं उसको पढ़ देता हूं.</w:t>
      </w:r>
    </w:p>
    <w:p>
      <w:r>
        <w:rPr>
          <w:b/>
        </w:rPr>
        <w:t xml:space="preserve">[34:03] </w:t>
      </w:r>
      <w:r>
        <w:t>Pehle hum padhenge Lailatul Jaiza wali ya Hadees. Yaumul Jaiza wali Hadees kaun padhenge? Sahi bin Awf Ansari apne wali se riwayat karte hain ke jab Eid ul Fitr ka din hota hai to farishte raston mein khade ho jate hain aur awaaz lagate hain.</w:t>
      </w:r>
    </w:p>
    <w:p>
      <w:pPr>
        <w:jc w:val="right"/>
      </w:pPr>
      <w:r>
        <w:t>पहले हम पढ़ेंगे प्रालालाकुल जायज़ा वाली यादीश. जामुल जायज़ा वाली यादीश कौन पढ़ेंगे? सही बिन्द अवस अंसारी अपने वाली सेर्वायत करते हैं कि जब कीदल सित्र का दिन होता है तो फरिश्ते रास्तों में खड़े हो जाते हैं और आवाज़ लगाते हैं.</w:t>
      </w:r>
    </w:p>
    <w:p>
      <w:r>
        <w:rPr>
          <w:b/>
        </w:rPr>
        <w:t xml:space="preserve">[34:23] </w:t>
      </w:r>
      <w:r>
        <w:t>Hai Musalmanon ki jamaat utho apne Rabbe Kareem ke liye jiska tohfa khair hi khair hai jab woh namaz Eid padh lete hain to ek awaaz lagane wala farishta awaaz lagata hai.</w:t>
      </w:r>
    </w:p>
    <w:p>
      <w:pPr>
        <w:jc w:val="right"/>
      </w:pPr>
      <w:r>
        <w:t>है मुसलमानों की जमात उठो अपने रब्दे करीम के लिए जिसका तोहफा खैर ही खैर है जब वो नमाज़ ईद पढ़ लेते हैं तो एक आवाज़ लगाने वाला फरिश्ता आवाज़ लगाता है.</w:t>
      </w:r>
    </w:p>
    <w:p>
      <w:r>
        <w:rPr>
          <w:b/>
        </w:rPr>
        <w:t xml:space="preserve">[34:50] </w:t>
      </w:r>
      <w:r>
        <w:t>Suno tumhare Rab ne tumko bakhsh diya aur bas tum log khushi khushi ghar jao. Yeh inaam ka din hai. Woh kehta hai ae mere farishton uski jaza kya hai jisne apne amal ko poora kiya?</w:t>
      </w:r>
    </w:p>
    <w:p>
      <w:pPr>
        <w:jc w:val="right"/>
      </w:pPr>
      <w:r>
        <w:t>सुनो तुम्हारे रतने तुमको पक्ष दिया और बस तुम लोग खुशी खुशी घर जाओ. यह इनाम का दिन है. वह कहता है ऐ मेरे फरिष्टों उसकी जज़ा क्या है जिसने अपने अमल को पूरा किया?</w:t>
      </w:r>
    </w:p>
    <w:p>
      <w:r>
        <w:rPr>
          <w:b/>
        </w:rPr>
        <w:t xml:space="preserve">[35:19] </w:t>
      </w:r>
      <w:r>
        <w:t>Farishte kehte hain ae hamare Rab uski jaza yahi ke usko uske amal ka poora poora badla diya jaye.</w:t>
      </w:r>
    </w:p>
    <w:p>
      <w:pPr>
        <w:jc w:val="right"/>
      </w:pPr>
      <w:r>
        <w:t>फरिष्टे कहते हैं ऐ हमारे रब्द उसकी जज़ा यही कि उसको उसके अमल का पूरा पूरा बदला दिया जाए.</w:t>
      </w:r>
    </w:p>
    <w:p>
      <w:r>
        <w:rPr>
          <w:b/>
        </w:rPr>
        <w:t xml:space="preserve">[35:53] </w:t>
      </w:r>
      <w:r>
        <w:t>bas vah log is tarah lautate hain ki unki maqsad ho chuki hoti hai. to yah do harish thi jo maine aapke samne padhi. to yah script hamari honi chahiye, isi tarah se honi chahiye aur hamko allah tarah se ummid honi chahiye, ummid hona chahiye.</w:t>
      </w:r>
    </w:p>
    <w:p>
      <w:pPr>
        <w:jc w:val="right"/>
      </w:pPr>
      <w:r>
        <w:t>बस वह लोग इस तरह लौटते हैं कि उनकी मकसद हो चुकी होती है. तो यह दो हरीश थी जो मैंने आपके सामने पढ़ी. तो यह script हमारी होनी चाहिए, इसी तरीके से होनी चाहिए और हमको अल्लाह तरह से उम्मीद होनी चाहिए, उम्मीद होना चाहिए.</w:t>
      </w:r>
    </w:p>
    <w:p>
      <w:r>
        <w:rPr>
          <w:b/>
        </w:rPr>
        <w:t xml:space="preserve">[36:20] </w:t>
      </w:r>
      <w:r>
        <w:t>main wish aapke sare sawalon ke jawab aapko mil gaya.</w:t>
      </w:r>
    </w:p>
    <w:p>
      <w:pPr>
        <w:jc w:val="right"/>
      </w:pPr>
      <w:r>
        <w:t>मैं विश आपके सारे सवालों के जवाब आपको मिल गया.</w:t>
      </w:r>
    </w:p>
    <w:p>
      <w:r>
        <w:rPr>
          <w:b/>
        </w:rPr>
        <w:t xml:space="preserve">[36:35] </w:t>
      </w:r>
      <w:r>
        <w:t>ji bahut shukriya jazaakallaf hai.</w:t>
      </w:r>
    </w:p>
    <w:p>
      <w:pPr>
        <w:jc w:val="right"/>
      </w:pPr>
      <w:r>
        <w:t>जी बहुत शुक्रिया जज़ाकल्लाफ है.</w:t>
      </w:r>
    </w:p>
    <w:p>
      <w:r>
        <w:rPr>
          <w:b/>
        </w:rPr>
        <w:t xml:space="preserve">[36:50] </w:t>
      </w:r>
      <w:r>
        <w:t>jazaakallaf farad bhai eid ke hawale se aapne bahut achhi baat kahi.</w:t>
      </w:r>
    </w:p>
    <w:p>
      <w:pPr>
        <w:jc w:val="right"/>
      </w:pPr>
      <w:r>
        <w:t>जज़ाकल्लाफ फराद भाई ईद के हवाले से आपने बहुत अच्छी बात कही.</w:t>
      </w:r>
    </w:p>
    <w:p>
      <w:r>
        <w:rPr>
          <w:b/>
        </w:rPr>
        <w:t xml:space="preserve">[37:06] </w:t>
      </w:r>
      <w:r>
        <w:t>aur eid mein mujhe kaise spiritually mujhe uska din guzarn hain allah se dua karke aur makrat ki dua karne hain aur koi ladies hain jo aage aakar kuchh sawal puchhna chahti hain? hamare pas abhi kafi time hain. balik mislam, baprin bilgum.</w:t>
      </w:r>
    </w:p>
    <w:p>
      <w:pPr>
        <w:jc w:val="right"/>
      </w:pPr>
      <w:r>
        <w:t>और ईद में मुझे कैसे spiritually मुझे उसका दिन गुज़ारने हैं अल्लाह से दुआ करके और मकृत की दुआ करने हैं और कोई ladies हैं जो आगे आकर कुछ सवाल पूछना चाहती हैं? हमारे पास अभी काफी time हैं. बालिक मिस्लाम, बाप्रीन बिल्गुम.</w:t>
      </w:r>
    </w:p>
    <w:p>
      <w:r>
        <w:rPr>
          <w:b/>
        </w:rPr>
        <w:t xml:space="preserve">[37:35] </w:t>
      </w:r>
      <w:r>
        <w:t>ji aap apna naam aur place bataen. ek sawal. haan main aapki dharwad se hoon karnataka. aapki awaz clear nahin hai. main dharwad karnataka se hoon. ok. sawal karen?</w:t>
      </w:r>
    </w:p>
    <w:p>
      <w:pPr>
        <w:jc w:val="right"/>
      </w:pPr>
      <w:r>
        <w:t>जी आप अपना नाम और place बताएं. एक सवाल. हां मैं आपकी धार्वाड़ से हूं कर्नाटका. आपकी आवाज़ clear नहीं है. मैं धार्वार्ड कर्नाटका से हूं. Ok. सवाल करें?</w:t>
      </w:r>
    </w:p>
    <w:p>
      <w:r>
        <w:rPr>
          <w:b/>
        </w:rPr>
        <w:t xml:space="preserve">[37:54] </w:t>
      </w:r>
      <w:r>
        <w:t>to mera ek, ji mera ek sawal tha ki abhi ramzan ke bad i mean dusre din se hum log sal ke jo roze rakhte hain, vah kuchh chhah chhah roze rakhte hain jiska haddistri sambit ki iska bahut bada adhyay vah sawal milta hai. ab aise hai ki hamare kuchh roze jagah mein faza ho jate hain.</w:t>
      </w:r>
    </w:p>
    <w:p>
      <w:pPr>
        <w:jc w:val="right"/>
      </w:pPr>
      <w:r>
        <w:t>तो मेरा एक, जी मेरा एक सवाल था कि अभी रमज़ान के बाद I mean दूसरे दिन से हम लोग साल के जो रोज़े रखते हैं, वह कुछ छह छह रोज़े रखते हैं जिसका हड्डीस्त्री संबित कि इसका बहुत बड़ा अद्याय वह सवाल मिलता है. अब ऐसे है कि हमारे कुछ रोज़े जगह में फ़ज़ा हो जाते हैं.</w:t>
      </w:r>
    </w:p>
    <w:p>
      <w:r>
        <w:rPr>
          <w:b/>
        </w:rPr>
        <w:t xml:space="preserve">[38:19] </w:t>
      </w:r>
      <w:r>
        <w:t>to kya hum log ko rozon ke matlab sawal ke roze rakhne ke bajay kya hum yah hazar roze rakh sakte hain ya phir hum log sawal ke roze bhi rakh len aur uske bad hazar roze bhi kar len. aise bas yahi ek confusion tha ki agar hum hazar roze rakh lete hain to phir sawal ke rozon ka sawal nahin milega. aise kuchh hai vahi janana tha. jisab se lo.</w:t>
      </w:r>
    </w:p>
    <w:p>
      <w:pPr>
        <w:jc w:val="right"/>
      </w:pPr>
      <w:r>
        <w:t>तो क्या हम लोग को रोज़ों के मतलब सवाल के रोज़े रखने के बजाय क्या हम यह हज़ार रोज़े रख सकते हैं या फिर हम लोग सवाल के रोज़े भी रख लें और उसके बाद हज़ार रोज़े भी कर लें. ऐसे बस यही एक confusion था कि अगर हम हज़ार रोज़े रख लेते हैं तो फिर सवाल के रोज़ों का सवाल नहीं मिलेगा. ऐसे कुछ है वही जानना था. जिसाब से लो.</w:t>
      </w:r>
    </w:p>
    <w:p>
      <w:r>
        <w:rPr>
          <w:b/>
        </w:rPr>
        <w:t xml:space="preserve">[38:49] </w:t>
      </w:r>
      <w:r>
        <w:t>mujhe sawal samajh mein nahi aaya.</w:t>
      </w:r>
    </w:p>
    <w:p>
      <w:pPr>
        <w:jc w:val="right"/>
      </w:pPr>
      <w:r>
        <w:t>मुझे सवाल समझ में नहीं आया.</w:t>
      </w:r>
    </w:p>
    <w:p>
      <w:r>
        <w:rPr>
          <w:b/>
        </w:rPr>
        <w:t xml:space="preserve">[38:52] </w:t>
      </w:r>
      <w:r>
        <w:t>yeh qaza kis cheez ki?</w:t>
      </w:r>
    </w:p>
    <w:p>
      <w:pPr>
        <w:jc w:val="right"/>
      </w:pPr>
      <w:r>
        <w:t>यह कज़ा किस चीज़ की?</w:t>
      </w:r>
    </w:p>
    <w:p>
      <w:r>
        <w:rPr>
          <w:b/>
        </w:rPr>
        <w:t xml:space="preserve">[38:56] </w:t>
      </w:r>
      <w:r>
        <w:t>ramzan mein jo roze chhoot jate hain uski qaza? ji ji. achha.</w:t>
      </w:r>
    </w:p>
    <w:p>
      <w:pPr>
        <w:jc w:val="right"/>
      </w:pPr>
      <w:r>
        <w:t>रमज़ान में जो रोज़े छूट जाते हैं उसकी कज़ा? जी जी. अच्छा.</w:t>
      </w:r>
    </w:p>
    <w:p>
      <w:r>
        <w:rPr>
          <w:b/>
        </w:rPr>
        <w:t xml:space="preserve">[39:00] </w:t>
      </w:r>
      <w:r>
        <w:t>dekhiye, faza jo hai woh to farz hai jo aapne kiya hai.</w:t>
      </w:r>
    </w:p>
    <w:p>
      <w:pPr>
        <w:jc w:val="right"/>
      </w:pPr>
      <w:r>
        <w:t>देखिए, फज़ा जो है वह तो फर्ज़ है जो आपने किया है.</w:t>
      </w:r>
    </w:p>
    <w:p>
      <w:r>
        <w:rPr>
          <w:b/>
        </w:rPr>
        <w:t xml:space="preserve">[39:04] </w:t>
      </w:r>
      <w:r>
        <w:t>faza to farz hai aur shawwal ke roze jo hote hain nafil hota hai.</w:t>
      </w:r>
    </w:p>
    <w:p>
      <w:pPr>
        <w:jc w:val="right"/>
      </w:pPr>
      <w:r>
        <w:t>फज़ा तो फर्ज़ है और शवाल के रोज़े जो होते हैं नफिल होता है.</w:t>
      </w:r>
    </w:p>
    <w:p>
      <w:r>
        <w:rPr>
          <w:b/>
        </w:rPr>
        <w:t xml:space="preserve">[39:08] </w:t>
      </w:r>
      <w:r>
        <w:t>volunteer hi cheez hoti hai woh.</w:t>
      </w:r>
    </w:p>
    <w:p>
      <w:pPr>
        <w:jc w:val="right"/>
      </w:pPr>
      <w:r>
        <w:t>Volunteer ही चीज़ होती है वह.</w:t>
      </w:r>
    </w:p>
    <w:p>
      <w:r>
        <w:rPr>
          <w:b/>
        </w:rPr>
        <w:t xml:space="preserve">[39:12] </w:t>
      </w:r>
      <w:r>
        <w:t>to farz to farz ko pehle karna chahiye.</w:t>
      </w:r>
    </w:p>
    <w:p>
      <w:pPr>
        <w:jc w:val="right"/>
      </w:pPr>
      <w:r>
        <w:t>तो फर्ज़ तो फर्ज़ को पहले करना चाहिए.</w:t>
      </w:r>
    </w:p>
    <w:p>
      <w:r>
        <w:rPr>
          <w:b/>
        </w:rPr>
        <w:t xml:space="preserve">[39:16] </w:t>
      </w:r>
      <w:r>
        <w:t>agar aap yeh samajhti hain ki uske shawwal ke baad nahi rakha ja sakta hai to.</w:t>
      </w:r>
    </w:p>
    <w:p>
      <w:pPr>
        <w:jc w:val="right"/>
      </w:pPr>
      <w:r>
        <w:t>अगर आप यह समझती हैं कि उसके शवाल के बाद नहीं रखा जा सकता है तो.</w:t>
      </w:r>
    </w:p>
    <w:p>
      <w:r>
        <w:rPr>
          <w:b/>
        </w:rPr>
        <w:t xml:space="preserve">[39:20] </w:t>
      </w:r>
      <w:r>
        <w:t>aur agar aapko yah ummid hai ki shawwal ke bad aap rakh lenge kyunki ek sal ka pura ek sal ka time hota hai. usmein kabhi bhi rakh sakte hain farz jo faza ho jaye. to aap bad mein bhi rakh sakti hain. shawwal ke roze agar barav rakhti hain to aur agar nahin rakhen barav naya shuru karna chahti hai to aap rakh lijie pahle isko. faza wala roza. ji, intezar karna. shukliya.</w:t>
      </w:r>
    </w:p>
    <w:p>
      <w:pPr>
        <w:jc w:val="right"/>
      </w:pPr>
      <w:r>
        <w:t>और अगर आपको यह उम्मीद है कि शवाल के बाद आप रख लेंगे क्योंकि एक साल का पूरा एक साल का time होता है. उसमें कभी भी रख सकते हैं फर्ज़ जो फजा हो जाए. तो आप बाद में भी रख सकती हैं. शवाल के रोज़े अगर बराव रखती हैं तो और अगर नहीं रखें बराव नया शुरू करना चाहती है तो आप रख लीजिए पहले इसको. फजा वाला रोज़ा. जी, इंतज़ार करना. शुक्लिया.</w:t>
      </w:r>
    </w:p>
    <w:p>
      <w:r>
        <w:rPr>
          <w:b/>
        </w:rPr>
        <w:t xml:space="preserve">[39:45] </w:t>
      </w:r>
      <w:r>
        <w:t>parad bhai main yah samajhna chah rahi hoon aapne yah kaha ki jo sawal ka roza ramzan ke bad jo chhah roza rakhne ki bat hai usko pahle rakh len aur jo qaza roza jo chhut jati hai vah hum sal ke kisi bhi dinon mein aam dinon mein rakh sakte hain. aap yahi kahna chah rahe hain? ji. agar barabar rakhte hain sawal ka roza to?</w:t>
      </w:r>
    </w:p>
    <w:p>
      <w:pPr>
        <w:jc w:val="right"/>
      </w:pPr>
      <w:r>
        <w:t>पराद भाई मैं यह समझना चाह रही हूं आपने यह कहा कि जो सवाल का रोज़ा रमज़ान के बाद जो छह रोज़ा रखने की बात है उसको पहले रख लें और जो कज़ा रोज़ा जो छूट जाती है वह हम साल के किसी भी दिनों में आम दिनों में रख सकते हैं. आप यही कहना चाह रहे हैं? जी. अगर बराबर रखते हैं सवाल का रोज़ा तो?</w:t>
      </w:r>
    </w:p>
    <w:p>
      <w:r>
        <w:rPr>
          <w:b/>
        </w:rPr>
        <w:t xml:space="preserve">[40:11] </w:t>
      </w:r>
      <w:r>
        <w:t>ek bat main yahan par kahna chahungi ki sawal ka roza zaroori nahin hai ki continuously hi rakhen. mahine mein kabhi bhi rakh sakte hain, break karke bhi rakh sakte hain. kya main sahi hoon faraha sahab? sahi hai, sahi bat hai.</w:t>
      </w:r>
    </w:p>
    <w:p>
      <w:pPr>
        <w:jc w:val="right"/>
      </w:pPr>
      <w:r>
        <w:t>एक बात मैं यहां पर कहना चाहूंगी कि सवाल का रोज़ा ज़रूरी नहीं है कि continuously ही रखें. महीने में कभी भी रख सकते हैं, break करके भी रख सकते हैं. क्या मैं सही हूं फरहा साहब? सही है, सही बात है.</w:t>
      </w:r>
    </w:p>
    <w:p>
      <w:r>
        <w:rPr>
          <w:b/>
        </w:rPr>
        <w:t xml:space="preserve">[40:27] </w:t>
      </w:r>
      <w:r>
        <w:t>to aur kya sawal ke sath qaza ke roza kyunki kai log alam kahte hain ki aap donon ka sawab aapko mil jayega ki aapne qaza ke bhi niyat kari aur shawwal ki bhi niyat kari. is it right or wrong? qaza jis din aap qaza rakhenge to us din shawwal ke roze ki niyat kaise hogi? ek time mein ek hi roze ki niyat hogi.</w:t>
      </w:r>
    </w:p>
    <w:p>
      <w:pPr>
        <w:jc w:val="right"/>
      </w:pPr>
      <w:r>
        <w:t>तो और क्या सवाल के साथ कज़ा के रोज़ा क्योंकि कई लोग आलम कहते हैं कि आप दोनों का सवाब आपको मिल जाएगा कि आपने कज़ा के भी नियत करी और शवाल की भी नियत करी. Is it right or wrong? कज़ा जिस दिन आप कज़ा रखेंगे तो उस दिन शवाल के रोज़े की नियत कैसे होगी? एक time में एक ही रोज़े की नियत होगी.</w:t>
      </w:r>
    </w:p>
    <w:p>
      <w:r>
        <w:rPr>
          <w:b/>
        </w:rPr>
        <w:t xml:space="preserve">[40:55] </w:t>
      </w:r>
      <w:r>
        <w:t>ek din jo rakhenge misal ke taur par eent ke ek sawal ke panchvi tarikh ko aapne niyat kiya to ek hi roze ki niyat hogi ek din. do roze ki niyat nahin hongi. ok. farahasaheb, farahasaheb main yah puchhna chah rahi thi snam lekin farahasaheb. malim snam. main yah puchhna chah rahi thi ki shawwal ka roza ka matlab kya zaroori hota hai ya rasolidda ke zamane mein rakha jata tha?</w:t>
      </w:r>
    </w:p>
    <w:p>
      <w:pPr>
        <w:jc w:val="right"/>
      </w:pPr>
      <w:r>
        <w:t>एक दिन जो रखेंगे मिसाल के तौर पर ईंट के एक सवाल के पांचवीं तारीख को आपने नियत किया तो एक ही रोज़े की नियत होगी एक दिन. दो रोज़े की नियत नहीं होंगी. Ok. फरहासाहब, फरहासाहब मैं यह पूछना चाह रही थी स्नाम लेकिन फरहासाहब. मालिम स्नाम. मैं यह पूछना चाह रही थी कि शवाल का रोज़ा का मतलब क्या ज़रूरी होता है या रसोलिड्डा के जमाने में रखा जाता था?</w:t>
      </w:r>
    </w:p>
    <w:p>
      <w:r>
        <w:rPr>
          <w:b/>
        </w:rPr>
        <w:t xml:space="preserve">[41:24] </w:t>
      </w:r>
      <w:r>
        <w:t>rakha jata tha maine kaha na woh nafli roza hai.</w:t>
      </w:r>
    </w:p>
    <w:p>
      <w:pPr>
        <w:jc w:val="right"/>
      </w:pPr>
      <w:r>
        <w:t>रखा जाता था मैंने कहा ना वह नफली रोज़ा है.</w:t>
      </w:r>
    </w:p>
    <w:p>
      <w:r>
        <w:rPr>
          <w:b/>
        </w:rPr>
        <w:t xml:space="preserve">[41:34] </w:t>
      </w:r>
      <w:r>
        <w:t>nafli roza ek taiyari roza.</w:t>
      </w:r>
    </w:p>
    <w:p>
      <w:pPr>
        <w:jc w:val="right"/>
      </w:pPr>
      <w:r>
        <w:t>नफली रोज़ा एक तैयारी रोज़ा.</w:t>
      </w:r>
    </w:p>
    <w:p>
      <w:r>
        <w:rPr>
          <w:b/>
        </w:rPr>
        <w:t xml:space="preserve">[41:44] </w:t>
      </w:r>
      <w:r>
        <w:t>हां तो क्या कभी किसी ने रखा Rasulullah ke zamane mein?</w:t>
      </w:r>
    </w:p>
    <w:p>
      <w:pPr>
        <w:jc w:val="right"/>
      </w:pPr>
      <w:r>
        <w:t>हां तो क्या कभी किसी ने रखा रसोलिड्डा के जमाने में?</w:t>
      </w:r>
    </w:p>
    <w:p>
      <w:r>
        <w:rPr>
          <w:b/>
        </w:rPr>
        <w:t xml:space="preserve">[41:54] </w:t>
      </w:r>
      <w:r>
        <w:t>haan rakha hai hadish mein hai. achha. haan.</w:t>
      </w:r>
    </w:p>
    <w:p>
      <w:pPr>
        <w:jc w:val="right"/>
      </w:pPr>
      <w:r>
        <w:t>हां रखा है हदीश में है. अच्छा. हां.</w:t>
      </w:r>
    </w:p>
    <w:p>
      <w:r>
        <w:rPr>
          <w:b/>
        </w:rPr>
        <w:t xml:space="preserve">[42:05] </w:t>
      </w:r>
      <w:r>
        <w:t>mante hain ki fana kam ho gaya to main apne roze rakhunga ya rakhungi. to vah farz hota baki sab iftairi chizen hain. achha, mera sawal yah hai ki main sawal ko roza na rakh rakh karke main kal farz jo qaza jo chhut gayi hai usko main niyat karke rakh lun to kya yah sahi hoga? bilkul sahi sahi hai bilkul.</w:t>
      </w:r>
    </w:p>
    <w:p>
      <w:pPr>
        <w:jc w:val="right"/>
      </w:pPr>
      <w:r>
        <w:t>मानते हैं कि फना काम हो गया तो मैं अपने रोज़े रखूंगा या रखूंगी. तो वह फर्ज़ होता बाकी सब इफ्तैरी चीज़ें हैं. अच्छा, मेरा सवाल यह है कि मैं सवाल को रोज़ा ना रख रख करके मैं कल फर्ज जो कज़ा जो छूट गई है उसको मैं नियत करके रख लूं तो क्या यह सही होगा? बिल्कुल सही सही है बिल्कुल.</w:t>
      </w:r>
    </w:p>
    <w:p>
      <w:r>
        <w:rPr>
          <w:b/>
        </w:rPr>
        <w:t xml:space="preserve">[42:34] </w:t>
      </w:r>
      <w:r>
        <w:t>achha mera ek aur sawal tha ki main ramzan ke mahine mein jo roza rakhti hoon kya iski niyat har din karna zaroori hai jo niyat hoti hai roza rakhne ki ya bina niyat ke bhi main roza rakh sakti hoon ramzan ke dinon ki? dekhiye niyat ka matlab sab samajhte hain zaban se zyada hi yah samajhte hain. niyat ka matlab hota hai intention, spirit. niyat ka matlab spirit hai.</w:t>
      </w:r>
    </w:p>
    <w:p>
      <w:pPr>
        <w:jc w:val="right"/>
      </w:pPr>
      <w:r>
        <w:t>अच्छा मेरा एक और सवाल था कि मैं रमज़ान के महीने में जो रोज़ा रखती हूं क्या इसकी नियत हर दिन करना ज़रूरी है जो नियत होती है रोज़ा रखने की या बिना नियत के भी मैं रोज़ा रख सकती हूं रमज़ान के दिनों की? देखिए नियत का मतलब सब समझते हैं ज़बान से ज़्यादा ही यह समझते हैं. नियत का मतलब होता है intention, spirit. नियत का मतलब spirit है.</w:t>
      </w:r>
    </w:p>
    <w:p>
      <w:r>
        <w:rPr>
          <w:b/>
        </w:rPr>
        <w:t xml:space="preserve">[42:59] </w:t>
      </w:r>
      <w:r>
        <w:t>aapko jaise aadmi agar aaj hum seiri ke time uthenge to zahir si baat hai hum ek intention se uthenge ki seheri kisliye khana hai? to niyat yah ho gayi. kahna zaroori nahin hai yah matlab. haan, kahna zaroori nahin hai. asal chiz intention hai. niyat ka matlab intention. achha, vah isliye main puchh rahi hoon ki bachche aksar jaise hum logon ko yad aata hai bissou mein gadin mein shri ranjan.</w:t>
      </w:r>
    </w:p>
    <w:p>
      <w:pPr>
        <w:jc w:val="right"/>
      </w:pPr>
      <w:r>
        <w:t>आपको जैसे आदमी अगर आज हम सैरी के time उठेंगे तो ज़ाहिर सी बात है हम एक intention से उठेंगे कि सेहरी किसलिए खाना है? तो नियत यह हो गई. कहना ज़रूरी नहीं है यह मतलब. हां, कहना ज़रूरी नहीं है. असल चीज़ intention है. नियत का मतलब intention. अच्छा, वह इसलिए मैं पुछ रही हूं कि बच्चे अक्सर जैसे हम लोगों को याद आता है बिस्सौ में गदिन में श्री रंजान.</w:t>
      </w:r>
    </w:p>
    <w:p>
      <w:r>
        <w:rPr>
          <w:b/>
        </w:rPr>
        <w:t xml:space="preserve">[43:27] </w:t>
      </w:r>
      <w:r>
        <w:t>yeh jo niyat hoti hai, dua hoti hai, sairi mein padh liya, lekin aksar bachche isko padhte nahi</w:t>
      </w:r>
    </w:p>
    <w:p>
      <w:pPr>
        <w:jc w:val="right"/>
      </w:pPr>
      <w:r>
        <w:t>यह जो नियत होती है, दुआ होती है, सैरी में पढ़ लिया, लेकिन अक्सर बच्चे इसको पढ़ते नहीं</w:t>
      </w:r>
    </w:p>
    <w:p>
      <w:r>
        <w:rPr>
          <w:b/>
        </w:rPr>
        <w:t xml:space="preserve">[43:47] </w:t>
      </w:r>
      <w:r>
        <w:t>hai to main yeh zehan mein hamesha rehte hain main apne bachchon ko kehti isko padh lo in</w:t>
      </w:r>
    </w:p>
    <w:p>
      <w:pPr>
        <w:jc w:val="right"/>
      </w:pPr>
      <w:r>
        <w:t>है तो मैं यह ज़ेहन में हमेशा रहते हैं मैं अपने बच्चों को कहती इसको पढ़ लो इन</w:t>
      </w:r>
    </w:p>
    <w:p>
      <w:r>
        <w:rPr>
          <w:b/>
        </w:rPr>
        <w:t xml:space="preserve">[44:07] </w:t>
      </w:r>
      <w:r>
        <w:t>kai baar miss bhi ho jata hai to mere yeh doubt tha mere zehan mein kya roza unka</w:t>
      </w:r>
    </w:p>
    <w:p>
      <w:pPr>
        <w:jc w:val="right"/>
      </w:pPr>
      <w:r>
        <w:t>कई बार miss भी हो जाता है तो मेरे यह doubt था मेरे ज़ेहन में क्या रोज़ा उनका</w:t>
      </w:r>
    </w:p>
    <w:p>
      <w:r>
        <w:rPr>
          <w:b/>
        </w:rPr>
        <w:t xml:space="preserve">[44:27] </w:t>
      </w:r>
      <w:r>
        <w:t>ho jayega agar woh na padhe to?</w:t>
      </w:r>
    </w:p>
    <w:p>
      <w:pPr>
        <w:jc w:val="right"/>
      </w:pPr>
      <w:r>
        <w:t>हो जाएगा अगर वह ना पढ़े तो?</w:t>
      </w:r>
    </w:p>
    <w:p>
      <w:r>
        <w:rPr>
          <w:b/>
        </w:rPr>
        <w:t xml:space="preserve">[44:48] </w:t>
      </w:r>
      <w:r>
        <w:t>ji, jaza kallah. bat pahle se bahut zyada clear hui hai aur koi ladies jo kuchh sawal karna chahti hain ya apni learning share karna chahti hain to apne sath hamare sath apni learning bhi share karen? ji main apni learning share karna chahungi.</w:t>
      </w:r>
    </w:p>
    <w:p>
      <w:pPr>
        <w:jc w:val="right"/>
      </w:pPr>
      <w:r>
        <w:t>जी, जज़ा कल्लाह. बात पहले से बहुत ज़्यादा clear हुई है और कोई ladies जो कुछ सवाल करना चाहती हैं या अपनी learning share करना चाहती हैं तो अपने साथ हमारे साथ अपनी learning भी share करें? जी मैं अपनी learning share करना चाहूंगी.</w:t>
      </w:r>
    </w:p>
    <w:p>
      <w:r>
        <w:rPr>
          <w:b/>
        </w:rPr>
        <w:t xml:space="preserve">[45:14] </w:t>
      </w:r>
      <w:r>
        <w:t>to sabse pahle to yah hai ki pahle bhi mere kafi roze chhoote hain. jab mujhe shaur nahin tha. jab maine molana sahab ke audio, video aur unki jo kitaben hain vah nahin padhi thi. lekin kya hai ki ab whatsapp par jo group hamara bana hai usmein bahut zyada janne ko mila, bahut seekhne ko mila. to hua yah ki jo pahle roze chhode unka itna dukh nahin hua, na koi filling aayi, na koi afsos hua.</w:t>
      </w:r>
    </w:p>
    <w:p>
      <w:pPr>
        <w:jc w:val="right"/>
      </w:pPr>
      <w:r>
        <w:t>तो सबसे पहले तो यह है कि पहले भी मेरे काफी रोज़े छूटे हैं. जब मुझे शौर नहीं था. जब मैंने मोलाना साहब के audio, video और उनकी जो किताबें हैं वह नहीं पढ़ी थी. लेकिन क्या है कि अब WhatsApp पर जो group हमारा बना है उसमें बहुत ज़्यादा जानने को मिला, बहुत सीखने को मिला. तो हुआ यह कि जो पहले रोज़े छोड़े उनका इतना दुख नहीं हुआ, ना कोई filling आई, ना कोई अफसोस हुआ.</w:t>
      </w:r>
    </w:p>
    <w:p>
      <w:r>
        <w:rPr>
          <w:b/>
        </w:rPr>
        <w:t xml:space="preserve">[45:44] </w:t>
      </w:r>
      <w:r>
        <w:t>lekin jab shahur bedaar hua aur pata chala bahut sari cheezon ko to is dafa Allah ki taraf</w:t>
      </w:r>
    </w:p>
    <w:p>
      <w:pPr>
        <w:jc w:val="right"/>
      </w:pPr>
      <w:r>
        <w:t>लेकिन जब शहूर बेदार हुआ और पता चला बहुत सारी चीज़ों को तो इस दफा अल्लाह की तरफ</w:t>
      </w:r>
    </w:p>
    <w:p>
      <w:r>
        <w:rPr>
          <w:b/>
        </w:rPr>
        <w:t xml:space="preserve">[45:57] </w:t>
      </w:r>
      <w:r>
        <w:t>se kuch udarti taur par mere saath thodi asmai shalah ki rahi ki mera to meri feelings badal</w:t>
      </w:r>
    </w:p>
    <w:p>
      <w:pPr>
        <w:jc w:val="right"/>
      </w:pPr>
      <w:r>
        <w:t>से कुछ उधरती तौर पर मेरे साथ थोड़ी आसमाई शल्लाह की रही कि मेरा तो मेरी feelings बदल</w:t>
      </w:r>
    </w:p>
    <w:p>
      <w:r>
        <w:rPr>
          <w:b/>
        </w:rPr>
        <w:t xml:space="preserve">[46:11] </w:t>
      </w:r>
      <w:r>
        <w:t>gayi, kaifiyat badal gayi.</w:t>
      </w:r>
    </w:p>
    <w:p>
      <w:pPr>
        <w:jc w:val="right"/>
      </w:pPr>
      <w:r>
        <w:t>गई, कैफियत बदल गई.</w:t>
      </w:r>
    </w:p>
    <w:p>
      <w:r>
        <w:rPr>
          <w:b/>
        </w:rPr>
        <w:t xml:space="preserve">[46:25] </w:t>
      </w:r>
      <w:r>
        <w:t>to yah mujhe main ek bahut bada change aaya. mujhe ahmiyat pata chali ki roza kitni badi nemat hai aur kitne khushnasib log hain vah jinko allah ne himmat aur taqat diya vah roza rakh sakte hain chaza kar len. is hawale se main parad bhai aapse yah sawal puchhna chahti hoon jo qaza roza jo hosh sambhali ki bat hai aur apne shuru ko bedar karne ki bat hai.</w:t>
      </w:r>
    </w:p>
    <w:p>
      <w:pPr>
        <w:jc w:val="right"/>
      </w:pPr>
      <w:r>
        <w:t>तो यह मुझे मैं एक बहुत बड़ा change आया. मुझे अहमियत पता चली कि रोज़ा कितनी बड़ी नेमात है और कितने खुश नसीब लोग हैं वह जिनको अल्लाह ने हिम्मत और ताकत दिया वह रोज़ा रख सकते हैं चज़ा कर लें. इस हवाले से मैं पराद भाई आपसे यह सवाल पूछना चाहती हूं जो कज़ा रोज़ा जो होश संभाली की बात है और अपने शुरू को बेदार करने की बात है.</w:t>
      </w:r>
    </w:p>
    <w:p>
      <w:r>
        <w:rPr>
          <w:b/>
        </w:rPr>
        <w:t xml:space="preserve">[46:53] </w:t>
      </w:r>
      <w:r>
        <w:t>ab hum to koshish yahi karte hain ki hamara roza na chhoote ab lekin pehle jo school ke</w:t>
      </w:r>
    </w:p>
    <w:p>
      <w:pPr>
        <w:jc w:val="right"/>
      </w:pPr>
      <w:r>
        <w:t>अब हम तो कोशिश यही करते हैं कि हमारा रोज़ा ना छूटे अब लेकिन पहले जो school के</w:t>
      </w:r>
    </w:p>
    <w:p>
      <w:r>
        <w:rPr>
          <w:b/>
        </w:rPr>
        <w:t xml:space="preserve">[46:59] </w:t>
      </w:r>
      <w:r>
        <w:t>dinon mein, college ke dinon mein jo hamare roze bahut sare chhoot gaye hain jab hum jaante bhi</w:t>
      </w:r>
    </w:p>
    <w:p>
      <w:pPr>
        <w:jc w:val="right"/>
      </w:pPr>
      <w:r>
        <w:t>दिनों में, college के दिनों में जो हमारे रोज़े बहुत सारे छूट गए हैं जब हम जानते भी</w:t>
      </w:r>
    </w:p>
    <w:p>
      <w:r>
        <w:rPr>
          <w:b/>
        </w:rPr>
        <w:t xml:space="preserve">[47:06] </w:t>
      </w:r>
      <w:r>
        <w:t>nahin the woh serious bhi nahin the.</w:t>
      </w:r>
    </w:p>
    <w:p>
      <w:pPr>
        <w:jc w:val="right"/>
      </w:pPr>
      <w:r>
        <w:t>नहीं थे वह serious भी नहीं थे.</w:t>
      </w:r>
    </w:p>
    <w:p>
      <w:r>
        <w:rPr>
          <w:b/>
        </w:rPr>
        <w:t xml:space="preserve">[47:12] </w:t>
      </w:r>
      <w:r>
        <w:t>kya un sab rozon ko hum gin gin karke rakhein ab iske bare mein aap bataein?</w:t>
      </w:r>
    </w:p>
    <w:p>
      <w:pPr>
        <w:jc w:val="right"/>
      </w:pPr>
      <w:r>
        <w:t>क्या उन सब रोज़ों को हम गिन गिन करके रखें अब इसके बारे में आप बताएं?</w:t>
      </w:r>
    </w:p>
    <w:p>
      <w:r>
        <w:rPr>
          <w:b/>
        </w:rPr>
        <w:t xml:space="preserve">[47:19] </w:t>
      </w:r>
      <w:r>
        <w:t>mutaiyan taur par maloom agar ho to rakh lijiye, nahin maloom hai to latra se maksad ki dwar dijiye.</w:t>
      </w:r>
    </w:p>
    <w:p>
      <w:pPr>
        <w:jc w:val="right"/>
      </w:pPr>
      <w:r>
        <w:t>मुताईयां तौर पर मालूम अगर हो तो रख लीजिए, नहीं मालूम है तो लत्रा से मकसद की द्वार दीजिए.</w:t>
      </w:r>
    </w:p>
    <w:p>
      <w:r>
        <w:rPr>
          <w:b/>
        </w:rPr>
        <w:t xml:space="preserve">[47:26] </w:t>
      </w:r>
      <w:r>
        <w:t>kya farah sahab kya uska fidiya de sakte hain yeh sochkar ke taqriban hamare itne roze chhoote honge?</w:t>
      </w:r>
    </w:p>
    <w:p>
      <w:pPr>
        <w:jc w:val="right"/>
      </w:pPr>
      <w:r>
        <w:t>क्या फराह साहब क्या उसका फिदिया दे सकते हैं यह सोचकर के तकरीबन हमारे इतने रोज़े छूटे होंगे?</w:t>
      </w:r>
    </w:p>
    <w:p>
      <w:r>
        <w:rPr>
          <w:b/>
        </w:rPr>
        <w:t xml:space="preserve">[47:33] </w:t>
      </w:r>
      <w:r>
        <w:t>taqriban ki baat nahin hoti hai.</w:t>
      </w:r>
    </w:p>
    <w:p>
      <w:pPr>
        <w:jc w:val="right"/>
      </w:pPr>
      <w:r>
        <w:t>तकलीबन की बात नहीं होती है.</w:t>
      </w:r>
    </w:p>
    <w:p>
      <w:r>
        <w:rPr>
          <w:b/>
        </w:rPr>
        <w:t xml:space="preserve">[47:41] </w:t>
      </w:r>
      <w:r>
        <w:t>ab jo peeche chhoota. ji.</w:t>
      </w:r>
    </w:p>
    <w:p>
      <w:pPr>
        <w:jc w:val="right"/>
      </w:pPr>
      <w:r>
        <w:t>अब जो पीछे छूटा. जी.</w:t>
      </w:r>
    </w:p>
    <w:p>
      <w:r>
        <w:rPr>
          <w:b/>
        </w:rPr>
        <w:t xml:space="preserve">[47:48] </w:t>
      </w:r>
      <w:r>
        <w:t>tauba tauba jo cheez hai tauba jo hai tauba kis liye ki har har galti ka ilaaj tauba hai.</w:t>
      </w:r>
    </w:p>
    <w:p>
      <w:pPr>
        <w:jc w:val="right"/>
      </w:pPr>
      <w:r>
        <w:t>तौबा तौबा जो चीज़ है तौबा जो है तौबा किस लिए कि हर हर गलती का इलाज तौबा है.</w:t>
      </w:r>
    </w:p>
    <w:p>
      <w:r>
        <w:rPr>
          <w:b/>
        </w:rPr>
        <w:t xml:space="preserve">[47:56] </w:t>
      </w:r>
      <w:r>
        <w:t>har galti ke ilaaj tauba aur is takfaar hai.</w:t>
      </w:r>
    </w:p>
    <w:p>
      <w:pPr>
        <w:jc w:val="right"/>
      </w:pPr>
      <w:r>
        <w:t>हर गलती के इलाज तौबा और इस तकफार है.</w:t>
      </w:r>
    </w:p>
    <w:p>
      <w:r>
        <w:rPr>
          <w:b/>
        </w:rPr>
        <w:t xml:space="preserve">[48:04] </w:t>
      </w:r>
      <w:r>
        <w:t>zyada zyada allah se karib ho jaye. usko ek mauka samjhiye opportunity hai. pichhe jo galti hui opportunity hai allah se karib hone ke liye. aur koi sawal hai ladies ka? hamare pas das minute time hai aapki.</w:t>
      </w:r>
    </w:p>
    <w:p>
      <w:pPr>
        <w:jc w:val="right"/>
      </w:pPr>
      <w:r>
        <w:t>ज़्यादा ज़्यादा अल्लाह से करीब हो जाए. उसको एक मौका समझिए opportunity है. पीछे जो गलती हुई opportunity है अल्लाह से करीब होने के लिए. और कोई सवाल है ladies का? हमारे पास दस minute time है आपकी.</w:t>
      </w:r>
    </w:p>
    <w:p>
      <w:r>
        <w:rPr>
          <w:b/>
        </w:rPr>
        <w:t xml:space="preserve">[48:27] </w:t>
      </w:r>
      <w:r>
        <w:t>achha mera yahi roze se related same question namaz ke liye tha jo hum umr haza kar chuke hain usmein kya yah bhi hum log haza padh sakte hain ya phir hum iske liye bhi gauba karna yah sahi rahega? aapki awaz clear nahin hai sawal phir se karen?</w:t>
      </w:r>
    </w:p>
    <w:p>
      <w:pPr>
        <w:jc w:val="right"/>
      </w:pPr>
      <w:r>
        <w:t>अच्छा मेरा यही रोज़े से related same question नमाज़ के लिए था जो हम उम्र हज़ा कर चुके हैं उसमें क्या यह भी हम लोग हज़ा पढ़ सकते हैं या फिर हम इसके लिए भी गौबा करना यह सही रहेगा? आपकी आवाज़ clear नहीं है सवाल फिर से करें?</w:t>
      </w:r>
    </w:p>
    <w:p>
      <w:r>
        <w:rPr>
          <w:b/>
        </w:rPr>
        <w:t xml:space="preserve">[48:56] </w:t>
      </w:r>
      <w:r>
        <w:t>ji assulam ke papa? ji phir se karen aur aawaaz clear nahin hai aapki. ji, abhi clear hai? ji ji. haan, jaise hum hamare bachpan se lekar jo hum process lagaav karte hain usi tarah se hamari namazen bhi chuk chuke hote hain na.</w:t>
      </w:r>
    </w:p>
    <w:p>
      <w:pPr>
        <w:jc w:val="right"/>
      </w:pPr>
      <w:r>
        <w:t>जी असुलाम के papa? जी फिर से करें और आवाज़ clear नहीं है आपकी. जी, अभी clear है? जी जी. हां, जैसे हम हमारे बचपन से लेकर जो हम process लगाव करते हैं उसी तरह से हमारी नमाज़ें भी चुक चुके होते हैं ना.</w:t>
      </w:r>
    </w:p>
    <w:p>
      <w:r>
        <w:rPr>
          <w:b/>
        </w:rPr>
        <w:t xml:space="preserve">[49:15] </w:t>
      </w:r>
      <w:r>
        <w:t>to bas isi hawaale se jaanna tha ki jis tarah se rozon ke liye dhoba karke hum koshish kar sakte hain ki allah ke allah se hum i mean allah hum siraji ho jaayen to kya yeh namaz namaz ke upar bhi aisa ho sakta hai ya phir hamein umr ka satra karna hoga?</w:t>
      </w:r>
    </w:p>
    <w:p>
      <w:pPr>
        <w:jc w:val="right"/>
      </w:pPr>
      <w:r>
        <w:t>तो बस इसी हवाले से जानना था कि जिस तरह से रोज़ों के लिए धोबा करके हम कोशिश कर सकते हैं कि अल्लाह के अल्लाह से हम I mean अल्लाह हम सिराज़ी हो जाए तो क्या यह नमाज़ नमाज़ के ऊपर भी ऐसा हो सकता है या फिर हमें उम्र का सत्रा करना होगा?</w:t>
      </w:r>
    </w:p>
    <w:p>
      <w:r>
        <w:rPr>
          <w:b/>
        </w:rPr>
        <w:t xml:space="preserve">[49:35] </w:t>
      </w:r>
      <w:r>
        <w:t>dekhiye agar quran padhen ya aadesh padhen to umr ke kaazaar ke naam sthit nahin hai kuch bhi ki zindagi mein bahut sari namazen chhoot gayin to usko karna hai aisa nahin hai.</w:t>
      </w:r>
    </w:p>
    <w:p>
      <w:pPr>
        <w:jc w:val="right"/>
      </w:pPr>
      <w:r>
        <w:t>देखिए अगर कुरान पढ़ें या आदेश पढ़ें तो उम्र के काज़ार के नाम स्थित नहीं है कुछ भी कि ज़िंदगी में बहुत सारी नमाज़ें छूट गई तो उसको करना है ऐसा नहीं है.</w:t>
      </w:r>
    </w:p>
    <w:p>
      <w:r>
        <w:rPr>
          <w:b/>
        </w:rPr>
        <w:t xml:space="preserve">[49:50] </w:t>
      </w:r>
      <w:r>
        <w:t>balki agar jaanboojhkar namaz chhodte hain hum, maloom hai ki falan namaz humne jaanboojhkar chhod diya baqi Allah</w:t>
      </w:r>
    </w:p>
    <w:p>
      <w:pPr>
        <w:jc w:val="right"/>
      </w:pPr>
      <w:r>
        <w:t>बल्कि अगर जानबूझकर नमाज़ छोड़ते हैं हम, मालूम है कि फलां नमाज़ हमने जानबूझकर छोड़ दिया बाकी अल्लाह</w:t>
      </w:r>
    </w:p>
    <w:p>
      <w:r>
        <w:rPr>
          <w:b/>
        </w:rPr>
        <w:t xml:space="preserve">[50:10] </w:t>
      </w:r>
      <w:r>
        <w:t>ke talluq se koi kaam ho, galti hogi Allah ke talluq se to usmein tauba aur istefaar, tauba</w:t>
      </w:r>
    </w:p>
    <w:p>
      <w:pPr>
        <w:jc w:val="right"/>
      </w:pPr>
      <w:r>
        <w:t>के ताल्लुक से कोई काम हो, गलती होगी अल्लाह के ताल्लुक से तो उसमें तौबा और इस्तेफ़ार, तौबा</w:t>
      </w:r>
    </w:p>
    <w:p>
      <w:r>
        <w:rPr>
          <w:b/>
        </w:rPr>
        <w:t xml:space="preserve">[50:30] </w:t>
      </w:r>
      <w:r>
        <w:t>aur istefaar isko lazim pakad lenge.</w:t>
      </w:r>
    </w:p>
    <w:p>
      <w:pPr>
        <w:jc w:val="right"/>
      </w:pPr>
      <w:r>
        <w:t>और इस्तेफ़ार इसको लाजिम पकड़ लेंगे.</w:t>
      </w:r>
    </w:p>
    <w:p>
      <w:r>
        <w:rPr>
          <w:b/>
        </w:rPr>
        <w:t xml:space="preserve">[50:50] </w:t>
      </w:r>
      <w:r>
        <w:t>bahut shukriya shayad aapko. ji main femida aap se kahungi apni learning share karen. achha main dekh loon. meri aawaaz aa rahi ji, aawaaz thodi kam hai.</w:t>
      </w:r>
    </w:p>
    <w:p>
      <w:pPr>
        <w:jc w:val="right"/>
      </w:pPr>
      <w:r>
        <w:t>बहुत शुक्रिया शायद आपको. जी मैं फैमीदा आपस से कहूंगी अपनी learning share करें. अच्छा मैं देख लूं. मेरी आवाज़ आ रही जी, आवाज़ थोड़ी कम है.</w:t>
      </w:r>
    </w:p>
    <w:p>
      <w:r>
        <w:rPr>
          <w:b/>
        </w:rPr>
        <w:t xml:space="preserve">[51:16] </w:t>
      </w:r>
      <w:r>
        <w:t>main aap sabko pehle bataoon ki yeh har kahin neeche droti jo meeting hai mere liye eid ka din ban jaati hai yaani khushi ka din. kyunki isko main aankad se relate karti hoon ki jab aakhirat mein hum sab ek din ikattha honge aur woh hum sabke liye kitna hi khushi ka din hoga jab hamara jo hai dhyan khatm ho jaayega aur hum humko sukoon mil jaayega.</w:t>
      </w:r>
    </w:p>
    <w:p>
      <w:pPr>
        <w:jc w:val="right"/>
      </w:pPr>
      <w:r>
        <w:t>मैं आप सबको पहले बताऊं कि यह हर कहीं नीचे द्रोती जो meeting है मेरे लिए ईद का दिन वन जाती है यानी खुशी का दिन. क्योंकि इसको मैं आंकड़ से relate करती हूं कि जब आख़िरत में हम सब एक दिन इकट्ठा होंगे और वह हम सबके लिए कितना ही खुशी का दिन होगा जब हमारा जो है ध्यान खत्म हो जाएगा और हम हमको सुकून मिल जाएगा.</w:t>
      </w:r>
    </w:p>
    <w:p>
      <w:r>
        <w:rPr>
          <w:b/>
        </w:rPr>
        <w:t xml:space="preserve">[51:46] </w:t>
      </w:r>
      <w:r>
        <w:t>meri aawaaz aa rahi hai shafina? aa rahi hai, aa rahi hai, bahut achhi. is ramzan agar humne consciously apni joining ki hogi to inshallah poore saal hum, hamari zaroor madad karega. to main ek din yeh soch rahi thi ki jis tarah kisi company mein job milne par ek insaan ko jo hai uski training hoti hai kuch mahine ke liye ya kuch din ke liye.</w:t>
      </w:r>
    </w:p>
    <w:p>
      <w:pPr>
        <w:jc w:val="right"/>
      </w:pPr>
      <w:r>
        <w:t>मेरी आवाज़ आ रही है शपिना? आ रही है, आ रही है, बहुत अच्छी. इस रमज़ान अगर हमने consciously अपनी joining की होगी तो इंशालाह पूरे साल हम, हमारी ज़रूर मदद करेगा. तो मैं एक दिन यह सोच रही थी कि जिस तरह किसी company में job मिलने पर एक इंसान को जो है उसकी training होती है कुछ महीने के लिए या कुछ दिन के लिए.</w:t>
      </w:r>
    </w:p>
    <w:p>
      <w:r>
        <w:rPr>
          <w:b/>
        </w:rPr>
        <w:t xml:space="preserve">[52:16] </w:t>
      </w:r>
      <w:r>
        <w:t>to phir uske baad uski job confirm hoti hai yaani permanent hota hai woh, uski job karne ke liye start hota hai woh. to isko maine ramzan ke mahine se relate kiya. usko relate karke socha ki ramzan ka yeh mahina jo hum yahan hamare training ke liye hota hai. yeh fuda ki taraf se badi dressing hai jo hamein aakhirat ke liye taiyar karta hai. har saal consciously agar hum apne aap ko train karte hain. haan.</w:t>
      </w:r>
    </w:p>
    <w:p>
      <w:pPr>
        <w:jc w:val="right"/>
      </w:pPr>
      <w:r>
        <w:t>तो फिर उसके बाद उसकी job confirm होती है यानी permanent होता है वह, उसकी job करने के लिए start होता है वह. तो इसको मैंने रमज़ान के महीने से relate किया. उसको relate करके सोचा कि रमज़ान का यह महीना जो हम यहां हमारे training के लिए होता है. यह फुदा की तरफ से बड़ी dressing है जो हमें आख़िरत के लिए तैयार करता है. हर साल consciously अगर हम अपने आप को train करते हैं. हां.</w:t>
      </w:r>
    </w:p>
    <w:p>
      <w:r>
        <w:rPr>
          <w:b/>
        </w:rPr>
        <w:t xml:space="preserve">[52:46] </w:t>
      </w:r>
      <w:r>
        <w:t>to aakhir mein jannat milne ke chances badhenge. to allah taala hamari koshishon ko ko rule karna hai. asal yeh hai ki duniya paani ke bahut sare tarike hi hain. magar aakhirat paane ka ek hi tarika hai sirf ek tarika woh hai khudapur kaun hai?</w:t>
      </w:r>
    </w:p>
    <w:p>
      <w:pPr>
        <w:jc w:val="right"/>
      </w:pPr>
      <w:r>
        <w:t>तो आखिर में जन्नत मिलने के chances बढ़ेंगे. तो अल्लाह तालाह हमारी कोशिशों को को rule करना है. असल यह है कि दुनिया पानी के बहुत सारे तरीके ही हैं. मगर आख़िरत पाने का एक ही तरीका है सिर्फ़ एक तरीका वह है खुदापुर कौन है?</w:t>
      </w:r>
    </w:p>
    <w:p>
      <w:r>
        <w:rPr>
          <w:b/>
        </w:rPr>
        <w:t xml:space="preserve">[53:08] </w:t>
      </w:r>
      <w:r>
        <w:t>meri apni jo personal learning rahi hai is kamzan usko main aapke sabke saath share karungi. ramzan mein mere ghar mein koi kaam karne wala nahin tha. to main agar manage karke ghar ke koi kaam nahin karti to mujhe aankh khulte hi subah se hi se hi sab kuch gadbad ho jaata tha. kyunki aksar thakkar main kaam chhod deti thi.</w:t>
      </w:r>
    </w:p>
    <w:p>
      <w:pPr>
        <w:jc w:val="right"/>
      </w:pPr>
      <w:r>
        <w:t>मेरी अपनी जो personal learning रही है इस कमज़ान उसको मैं आपके सबके साथ share करूंगी. रमज़ान में मेरे घर में कोई काम करने वाला नहीं था. तो मैं अगर manage करके घर के कोई काम नहीं करती तो मुझे आंख खुलते ही सुबह से ही से ही सब कुछ गड़बड़ हो जाता था. क्योंकि अक्सर थककर मैं काम छोड़ देती थी.</w:t>
      </w:r>
    </w:p>
    <w:p>
      <w:r>
        <w:rPr>
          <w:b/>
        </w:rPr>
        <w:t xml:space="preserve">[53:37] </w:t>
      </w:r>
      <w:r>
        <w:t>to chhod deti thi aur ghool bhi jaati thi. to isko maine aakhrat se relate kiya ki maut ke baad jab aakhrat mein aankh khulegi to wahi insaan kaamyaab hoga jisne maut se pehle apni aakhrat ki kaamyaabi ke liye apne kyun taiyar kiya hoga aur woh insaan kis tarah pareshan hoga? kyunki andhere mein zindagi guzarkar mar gaya hoon.</w:t>
      </w:r>
    </w:p>
    <w:p>
      <w:pPr>
        <w:jc w:val="right"/>
      </w:pPr>
      <w:r>
        <w:t>तो छोड़ देती थी और घूल भी जाती थी. तो इसको मैंने आंखरत से relate किया कि मौत के बाद जब आंखरत में आंख खुलेगी तो वही इंसान कामयाब होगा जिसने मौत से पहले अपनी आख़रत की कामयाबी के लिए अपने क्यों तैयार किया होगा और वह इंसान किस तरह परेशान होगा? क्योंकि अंधेरे में ज़िंदगी गुज़ारकर मर गया हूं.</w:t>
      </w:r>
    </w:p>
    <w:p>
      <w:r>
        <w:rPr>
          <w:b/>
        </w:rPr>
        <w:t xml:space="preserve">[54:03] </w:t>
      </w:r>
      <w:r>
        <w:t>meri to yeh thi ki main khuda ke kaam mein kabhi na thakoon aur meri learning kabhi na ruke. to vaamaksad zindagi ka matlab yahi hai ki aakhir mein maut ke baad bhi uska vaamaksad safar chaari nahin, na ki marne ke baad insaan useless hokar reh jaaye. to aksar hum sunte hain ki sehat hogi ya fursat hogi to kar loongi.</w:t>
      </w:r>
    </w:p>
    <w:p>
      <w:pPr>
        <w:jc w:val="right"/>
      </w:pPr>
      <w:r>
        <w:t>मेरी तो यह थी कि मैं खुदा के काम में कभी ना थकूं और मेरी learning कभी ना रुके. तो वामकसद ज़िंदगी का मतलब यही है कि आख़िर में मौत के बाद भी उसका वामकसद सफ़र चारी नहीं, ना कि मरने के बाद इंसान useless होकर रह जाए. तो अक्सर हम सुनते हैं कि सेहत होगी या फुर्सत होगी तो कर लूंगी.</w:t>
      </w:r>
    </w:p>
    <w:p>
      <w:r>
        <w:rPr>
          <w:b/>
        </w:rPr>
        <w:t xml:space="preserve">[54:26] </w:t>
      </w:r>
      <w:r>
        <w:t>to fursat aur sirf kabhi nahin aati aur insaan dhoge mein rehta hai, aankhe mein mar jaata hai. to reason yeh hai ki kabhi kisi cheez ko uzar na banayen, excuse na banayen. doosri learning yeh meri aise hui ki main apni ammi se phone karvata kai din ke baad baat kar rahi thi. pehle aap logon batao ki meri ammi ko kuch aur concern kamarj hai.</w:t>
      </w:r>
    </w:p>
    <w:p>
      <w:pPr>
        <w:jc w:val="right"/>
      </w:pPr>
      <w:r>
        <w:t>तो फुर्सत और सिर्फ़ कभी नहीं आती और इंसान धोगे में रहता है, आंखे में मर जाता है. तो reason यह है कि कभी किसी चीज़ को उज़र ना बनाएं, excuse ना बनाएं. दूसरी learning यह मेरी ऐसे हुई कि मैं अपनी अम्मी से phone करवाता कई दिन के बाद बात कर रही थी. पहले आप लोगों बताओ कि मेरी अम्मी को कुछ और concern कमर्ज है.</w:t>
      </w:r>
    </w:p>
    <w:p>
      <w:r>
        <w:rPr>
          <w:b/>
        </w:rPr>
        <w:t xml:space="preserve">[54:54] </w:t>
      </w:r>
      <w:r>
        <w:t>to woh sab cheez bhool jaati hain. to kai din ke baad baat karne ki wajah se woh mujhe pehchan nahin pa rahi thi. mujhe bhool gayi thi. tum kaun ho aur main nahin jaanti yahi kehti hoon. to isko sochte hue maine nahin seekha ki is duniya mein hamari zindagi maa baap se shuru hoti hai aur phir pota poti tak pahunch jaati hai.</w:t>
      </w:r>
    </w:p>
    <w:p>
      <w:pPr>
        <w:jc w:val="right"/>
      </w:pPr>
      <w:r>
        <w:t>तो वह सब चीज़ भूल जाती हैं. तो कई दिन के बाद बात करने की वजह से वह मुझे पहचान नहीं पा रही थी. मुझे भूल गई थी. तुम कौन हो और मैं नहीं जानती यही कहती हूं. तो इसको सोचते हुए मैंने नहीं सीखा कि इस दुनिया में हमारी ज़िंदगी मां बाप से शुरू होती है और फिर पोता पोती तक पहुंच जाती है.</w:t>
      </w:r>
    </w:p>
    <w:p>
      <w:r>
        <w:rPr>
          <w:b/>
        </w:rPr>
        <w:t xml:space="preserve">[55:17] </w:t>
      </w:r>
      <w:r>
        <w:t>yaani bahut sare rishte bante chale jaate hain aur hum un rishton mein bante bante chale jaate hain aur phir achaanak maut aati hain aur hum akele fuda ke saamne khade ho jaate hain. sirf apne amaalon ke saamne koi rishtedaar nahin sirf khudata rishta yaani main aur mera khuda.</w:t>
      </w:r>
    </w:p>
    <w:p>
      <w:pPr>
        <w:jc w:val="right"/>
      </w:pPr>
      <w:r>
        <w:t>यानी बहुत सारे रिश्ते बनते चले जाते हैं और हम उन रिश्तों में बनते बनते चले जाते हैं और फिर अचानक मौत आती हैं और हम अकेले फुदा के सामने खड़े हो जाते हैं. सिर्फ अपने अमालों के सामने कोई रिश्तेदार नहीं सिर्फ़ खुदाता रिश्ता यानी मैं और मेरा खुदा.</w:t>
      </w:r>
    </w:p>
    <w:p>
      <w:r>
        <w:rPr>
          <w:b/>
        </w:rPr>
        <w:t xml:space="preserve">[55:39] </w:t>
      </w:r>
      <w:r>
        <w:t>to sikhaiye ki is duniya se lekar aakhir tak jo mera safar hai woh mera kega safar hi aur mujhe khud hi apne is safar ko kaamne aap banana hai. meri good teas aur mere bad teas woh mere aap nahin liye hain na ki kisi doosre ke liye.</w:t>
      </w:r>
    </w:p>
    <w:p>
      <w:pPr>
        <w:jc w:val="right"/>
      </w:pPr>
      <w:r>
        <w:t>तो सीखाइए कि इस दुनिया से लेकर आख़िर तक जो मेरा सफ़र है वह मेरा केगा सफ़र ही और मुझे खुद ही अपने इस सफर को कामने आप बनाना है. मेरी good teas और मेरे bad teas वह मेरे आप नहीं लिए हैं ना कि किसी दूसरे के लिए.</w:t>
      </w:r>
    </w:p>
    <w:p>
      <w:r>
        <w:rPr>
          <w:b/>
        </w:rPr>
        <w:t xml:space="preserve">[56:00] </w:t>
      </w:r>
      <w:r>
        <w:t>aakhiri ladki meri jo hai woh yeh hai ki main apni takleefon ki wajah se roza nahin rakh paati hoon kai saal se to jo roza na rakhne ki tadap aur shann minditi ka ehsaas ki main khudatar is tarah saamna karungi. mujhse bahut badi galtiyan ghulam ho raha hai. iska ehsaas har din mujhe poori tarah, poore mahine mein karana.</w:t>
      </w:r>
    </w:p>
    <w:p>
      <w:pPr>
        <w:jc w:val="right"/>
      </w:pPr>
      <w:r>
        <w:t>आखिरी लड़की मेरी जो है वह यह है कि मैं अपनी तकलीफों की वजह से रोज़ा नहीं रख पाती हूं कई साल से तो जो रोज़ा ना रखने की तड़प और शन्न मिंदिति का एहसास कि मैं खुदातर इस तरह सामना करूंगी. मुझसे बहुत बड़ी गलतियां गुलाम हो रहा है. इसका एहसास हर दिन मुझे पूरी तरह, पूरे महीने में कराना.</w:t>
      </w:r>
    </w:p>
    <w:p>
      <w:r>
        <w:rPr>
          <w:b/>
        </w:rPr>
        <w:t xml:space="preserve">[56:28] </w:t>
      </w:r>
      <w:r>
        <w:t>magar agar kala hamare saath aasaniyan karta hai, yeh hum sab jaante hain. main jab pehle roza rakh paati thi to mera roza sirf bhookh pyaas ka roza hota tha. lekin jab roze ki asal jo asli spirit pata chali to woh pyaas ka roza to nahin ho pata magar spirit wala roza rakhne ki koshish karti hoon.</w:t>
      </w:r>
    </w:p>
    <w:p>
      <w:pPr>
        <w:jc w:val="right"/>
      </w:pPr>
      <w:r>
        <w:t>मगर अगर काला हमारे साथ आसानियां करता है, यह हम सब जानते हैं. मैं जब पहले रोज़ा रख पाती थी तो मेरा रोज़ा सिर्फ़ भूख प्यास का रोज़ा होता था. लेकिन जब रोज़े की असल जो असली spirit पता चली तो वह प्यास का रोज़ा तो नहीं हो पाता मगर spirit वाला रोज़ा रखने की कोशिश करती हूं.</w:t>
      </w:r>
    </w:p>
    <w:p>
      <w:r>
        <w:rPr>
          <w:b/>
        </w:rPr>
        <w:t xml:space="preserve">[56:53] </w:t>
      </w:r>
      <w:r>
        <w:t>molana sahab ne jaise hamein bataya ki point of reference hamari dwa karni chahiye to maine apne roza na rakhne ke ehsaas ko lekar yeh dwa ki allah maine physical fold ka roza to nahin rakha magar takwa wala roza rakhne ki koshish ki. to meri kamiyon ko darjoza karte aur mujhe aakhirat mein apni rehne se sainav karte.</w:t>
      </w:r>
    </w:p>
    <w:p>
      <w:pPr>
        <w:jc w:val="right"/>
      </w:pPr>
      <w:r>
        <w:t>मोलाना साहब ने जैसे हमें बताया कि point of reference हमारी द्वा करनी चाहिए तो मैंने अपने रोज़ा ना रखने के एहसास को लेकर यह द्वारा कि अल्लाह मैंने physical fold का रोज़ा तो नहीं रखा मगर तकवा वाला रोज़ा रखने की कोशिश की. तो मेरी कमियों को दर्जोज़ा करते और मुझे आख़िरत में अपनी रहने से सैनाव करते.</w:t>
      </w:r>
    </w:p>
    <w:p>
      <w:r>
        <w:rPr>
          <w:b/>
        </w:rPr>
        <w:t xml:space="preserve">[57:20] </w:t>
      </w:r>
      <w:r>
        <w:t>to yeh meri kuch learning thi jo maine aapke saath share kari.</w:t>
      </w:r>
    </w:p>
    <w:p>
      <w:pPr>
        <w:jc w:val="right"/>
      </w:pPr>
      <w:r>
        <w:t>तो यह मेरी कुछ learning थी जो मैंने आपके साथ share करी.</w:t>
      </w:r>
    </w:p>
    <w:p>
      <w:r>
        <w:rPr>
          <w:b/>
        </w:rPr>
        <w:t xml:space="preserve">[57:25] </w:t>
      </w:r>
      <w:r>
        <w:t>kal pata hum sabko waaqat ke liye kamyab kar lein.</w:t>
      </w:r>
    </w:p>
    <w:p>
      <w:pPr>
        <w:jc w:val="right"/>
      </w:pPr>
      <w:r>
        <w:t>कल पता हम सबको वाकृत के लिए कामयाब कर लें.</w:t>
      </w:r>
    </w:p>
    <w:p>
      <w:r>
        <w:rPr>
          <w:b/>
        </w:rPr>
        <w:t xml:space="preserve">[57:31] </w:t>
      </w:r>
      <w:r>
        <w:t>jaza kar lein.</w:t>
      </w:r>
    </w:p>
    <w:p>
      <w:pPr>
        <w:jc w:val="right"/>
      </w:pPr>
      <w:r>
        <w:t>जज़ा कर लें.</w:t>
      </w:r>
    </w:p>
    <w:p>
      <w:r>
        <w:rPr>
          <w:b/>
        </w:rPr>
        <w:t xml:space="preserve">[57:36] </w:t>
      </w:r>
      <w:r>
        <w:t>jaza kar le papa.</w:t>
      </w:r>
    </w:p>
    <w:p>
      <w:pPr>
        <w:jc w:val="right"/>
      </w:pPr>
      <w:r>
        <w:t>जज़ा कर ले papa.</w:t>
      </w:r>
    </w:p>
    <w:p>
      <w:r>
        <w:rPr>
          <w:b/>
        </w:rPr>
        <w:t xml:space="preserve">[57:42] </w:t>
      </w:r>
      <w:r>
        <w:t>hamare paas aur do minute time hai aur kisi lady iske paas koi sawal ho to karein aur</w:t>
      </w:r>
    </w:p>
    <w:p>
      <w:pPr>
        <w:jc w:val="right"/>
      </w:pPr>
      <w:r>
        <w:t>हमारे पास और दो minute time है और किसी lady इसके पास कोई सवाल हो तो करें और</w:t>
      </w:r>
    </w:p>
    <w:p>
      <w:r>
        <w:rPr>
          <w:b/>
        </w:rPr>
        <w:t xml:space="preserve">[57:47] </w:t>
      </w:r>
      <w:r>
        <w:t>phir hum is session ko takmeel tak le jaye.</w:t>
      </w:r>
    </w:p>
    <w:p>
      <w:pPr>
        <w:jc w:val="right"/>
      </w:pPr>
      <w:r>
        <w:t>फिर हम इस session को तक़मील तक ले जाएं.</w:t>
      </w:r>
    </w:p>
    <w:p>
      <w:r>
        <w:rPr>
          <w:b/>
        </w:rPr>
        <w:t xml:space="preserve">[57:53] </w:t>
      </w:r>
      <w:r>
        <w:t>haan, aapas mein mera ek sawal tha ki maulana sahab kehte hain ki lailatul jaaiza lailatul qadr se</w:t>
      </w:r>
    </w:p>
    <w:p>
      <w:pPr>
        <w:jc w:val="right"/>
      </w:pPr>
      <w:r>
        <w:t>हां, आपस में मेरा एक सवाल था कि मुआलाना साहब कहते हैं कि लैलेतुल जाइज़ा लैलेतुल कल से</w:t>
      </w:r>
    </w:p>
    <w:p>
      <w:r>
        <w:rPr>
          <w:b/>
        </w:rPr>
        <w:t xml:space="preserve">[58:03] </w:t>
      </w:r>
      <w:r>
        <w:t>zyada khaas raat hai.</w:t>
      </w:r>
    </w:p>
    <w:p>
      <w:pPr>
        <w:jc w:val="right"/>
      </w:pPr>
      <w:r>
        <w:t>ज़्यादा खास रांत है.</w:t>
      </w:r>
    </w:p>
    <w:p>
      <w:r>
        <w:rPr>
          <w:b/>
        </w:rPr>
        <w:t xml:space="preserve">[58:13] </w:t>
      </w:r>
      <w:r>
        <w:t>kafa is is raat ki importance kya hai aur hamein is raat mein kya khaas koi karni chahiye?</w:t>
      </w:r>
    </w:p>
    <w:p>
      <w:pPr>
        <w:jc w:val="right"/>
      </w:pPr>
      <w:r>
        <w:t>काफा इस इस रात की importance क्या है और हमें इस रात में क्या खास कोई करनी चाहिए?</w:t>
      </w:r>
    </w:p>
    <w:p>
      <w:r>
        <w:rPr>
          <w:b/>
        </w:rPr>
        <w:t xml:space="preserve">[58:24] </w:t>
      </w:r>
      <w:r>
        <w:t>ji apa aapse sawal hai? ji. aisa bataiye. haan papa. ji. yahan par yeh mohanaana se aap kehte hain ki lahretum jaayja lahretul qadr se zyada khaas raat hai.</w:t>
      </w:r>
    </w:p>
    <w:p>
      <w:pPr>
        <w:jc w:val="right"/>
      </w:pPr>
      <w:r>
        <w:t>जी आपा आपसे सवाल है? जी. ऐसा बताइए. हां papa. जी. यहां पर यह मोहनाना से आप कहते हैं कि लहरेतुम जायजा लहरेतुल कदर से ज़्यादा खास रात है.</w:t>
      </w:r>
    </w:p>
    <w:p>
      <w:r>
        <w:rPr>
          <w:b/>
        </w:rPr>
        <w:t xml:space="preserve">[58:51] </w:t>
      </w:r>
      <w:r>
        <w:t>to main yeh aapse poochhna cha rahi thi ki is raat ki kya importance hai aur hamein is raat mein kya khaas doua karni chahiye? likha hai ki na band kuch zyada important hai.</w:t>
      </w:r>
    </w:p>
    <w:p>
      <w:pPr>
        <w:jc w:val="right"/>
      </w:pPr>
      <w:r>
        <w:t>तो मैं यह आपसे पूछना चाह रही थी कि इस रात की क्या importance है और हमें इस रात में क्या खास दौआ करनी चाहिए? लिखा है कि ना बंद कुछ ज़्यादा important है.</w:t>
      </w:r>
    </w:p>
    <w:p>
      <w:r>
        <w:rPr>
          <w:b/>
        </w:rPr>
        <w:t xml:space="preserve">[59:07] </w:t>
      </w:r>
      <w:r>
        <w:t>ab yeh toh samajhna padega kyunki shab qadr bhi important hai aur fil qadr tul zaida bhi bahut important</w:t>
      </w:r>
    </w:p>
    <w:p>
      <w:pPr>
        <w:jc w:val="right"/>
      </w:pPr>
      <w:r>
        <w:t>अब यह तो समझना पड़ेगा क्योंकि शब्द कदर भी important है और फ़िलहाल अतुल ज़्यादा भी बहुत important</w:t>
      </w:r>
    </w:p>
    <w:p>
      <w:r>
        <w:rPr>
          <w:b/>
        </w:rPr>
        <w:t xml:space="preserve">[59:15] </w:t>
      </w:r>
      <w:r>
        <w:t>hai kyunki woh hai jab hamein jo humne mahina bhar jo mustaka toh uthai hai roza rakhne ki</w:t>
      </w:r>
    </w:p>
    <w:p>
      <w:pPr>
        <w:jc w:val="right"/>
      </w:pPr>
      <w:r>
        <w:t>है क्योंकि वह है जब हमें जो हमने महीना भर जो मुस्तका तो उठाई है रोज़ा रखने की</w:t>
      </w:r>
    </w:p>
    <w:p>
      <w:r>
        <w:rPr>
          <w:b/>
        </w:rPr>
        <w:t xml:space="preserve">[59:24] </w:t>
      </w:r>
      <w:r>
        <w:t>aur takwah aur sabr aur yeh saari jo cheezein spirit ka roza aur physical form mein roza toh</w:t>
      </w:r>
    </w:p>
    <w:p>
      <w:pPr>
        <w:jc w:val="right"/>
      </w:pPr>
      <w:r>
        <w:t>और तखवाह और सब्र और यह सारी जो चीज़ें spirit का रोज़ा और physical form में रोज़ा तो</w:t>
      </w:r>
    </w:p>
    <w:p>
      <w:r>
        <w:rPr>
          <w:b/>
        </w:rPr>
        <w:t xml:space="preserve">[59:32] </w:t>
      </w:r>
      <w:r>
        <w:t>woh jo humne ek poora mahina guzara hai uska ajr aur Allah taala ke liye kiya hai.</w:t>
      </w:r>
    </w:p>
    <w:p>
      <w:pPr>
        <w:jc w:val="right"/>
      </w:pPr>
      <w:r>
        <w:t>वह जो हमने एक पूरा महीना गुज़ारा है उसका आज्र और अल्लाह ताला के लिए किया है.</w:t>
      </w:r>
    </w:p>
    <w:p>
      <w:r>
        <w:rPr>
          <w:b/>
        </w:rPr>
        <w:t xml:space="preserve">[59:41] </w:t>
      </w:r>
      <w:r>
        <w:t>to uska ajr allah taala denge to woh to bahut zyada important hai na to us waqt hum bilkul allah se ruju karte rahen, allah se dhoen karte rahen taki humko uska poora poora azar mile. to yahi hai ab faraz sahab kul batayenge. dekhiye mera bhi mera ek sawal tha ki rasoolullah sallallahu rislaah ne jaise tamam ramzan dekhiye yeh vaadat karte the.</w:t>
      </w:r>
    </w:p>
    <w:p>
      <w:pPr>
        <w:jc w:val="right"/>
      </w:pPr>
      <w:r>
        <w:t>तो उसका आज्र अल्लाह तालाह देंगे तो वह तो बहुत ज़्यादा important है ना तो उस वक्त हम बिल्कुल अल्लाह से रूजू करते रहें, अल्लाह से धोएं करते रहें ताकि हमको उसका पूरा पूरा अज़र मिले. तो यही है अब फराज़ साहब कुल बताएंगे. देखिए मेरा भी मेरा एक सवाल था कि रसूल्लाह सल्लाह रिस्लाह ने जैसे तमाम रमज़ाम देखिए यह वादत करते थे.</w:t>
      </w:r>
    </w:p>
    <w:p>
      <w:r>
        <w:rPr>
          <w:b/>
        </w:rPr>
        <w:t xml:space="preserve">[1:00:10] </w:t>
      </w:r>
      <w:r>
        <w:t>shab qadr ko itni importance di gayi hai.</w:t>
      </w:r>
    </w:p>
    <w:p>
      <w:pPr>
        <w:jc w:val="right"/>
      </w:pPr>
      <w:r>
        <w:t>शब्द कदर को इतनी importance दी गई है.</w:t>
      </w:r>
    </w:p>
    <w:p>
      <w:r>
        <w:rPr>
          <w:b/>
        </w:rPr>
        <w:t xml:space="preserve">[1:00:17] </w:t>
      </w:r>
      <w:r>
        <w:t>lekin aap dekhiye gaur kijiye toh usmein is pesh ke taur par sirf ek duai hai.</w:t>
      </w:r>
    </w:p>
    <w:p>
      <w:pPr>
        <w:jc w:val="right"/>
      </w:pPr>
      <w:r>
        <w:t>लेकिन आप देखिए गौर कीजिए तो उसमें इस पेश के तौर पर सिर्फ एक दुआई है.</w:t>
      </w:r>
    </w:p>
    <w:p>
      <w:r>
        <w:rPr>
          <w:b/>
        </w:rPr>
        <w:t xml:space="preserve">[1:00:25] </w:t>
      </w:r>
      <w:r>
        <w:t>Allahumma inni as'aluka ilman naafi'an wa rizqan tayyiban wa amalan mutaqabbalan.</w:t>
      </w:r>
    </w:p>
    <w:p>
      <w:pPr>
        <w:jc w:val="right"/>
      </w:pPr>
      <w:r>
        <w:t>अल्लाहु मेइन्न काफून, तोहिकुल अफवाफाफन.</w:t>
      </w:r>
    </w:p>
    <w:p>
      <w:r>
        <w:rPr>
          <w:b/>
        </w:rPr>
        <w:t xml:space="preserve">[1:00:33] </w:t>
      </w:r>
      <w:r>
        <w:t>itni badi raat lekin sirf ek duai hai.</w:t>
      </w:r>
    </w:p>
    <w:p>
      <w:pPr>
        <w:jc w:val="right"/>
      </w:pPr>
      <w:r>
        <w:t>इतनी बड़ी रात लेकिन सिर्फ एक दुआई है.</w:t>
      </w:r>
    </w:p>
    <w:p>
      <w:r>
        <w:rPr>
          <w:b/>
        </w:rPr>
        <w:t xml:space="preserve">[1:00:41] </w:t>
      </w:r>
      <w:r>
        <w:t>ab baqi namaz padhte hain.</w:t>
      </w:r>
    </w:p>
    <w:p>
      <w:pPr>
        <w:jc w:val="right"/>
      </w:pPr>
      <w:r>
        <w:t>अब बाकी नमाज़ पढ़ते हैं.</w:t>
      </w:r>
    </w:p>
    <w:p>
      <w:r>
        <w:rPr>
          <w:b/>
        </w:rPr>
        <w:t xml:space="preserve">[1:00:48] </w:t>
      </w:r>
      <w:r>
        <w:t>toh isse mujhe samajh mein aaya ki insaan ke liye usmein open rakha gaya hai ki aadmi jo</w:t>
      </w:r>
    </w:p>
    <w:p>
      <w:pPr>
        <w:jc w:val="right"/>
      </w:pPr>
      <w:r>
        <w:t>तो इससे मुझे समझ में आया कि इंसान के लिए उसमें open रखा गया है कि आदमी जो</w:t>
      </w:r>
    </w:p>
    <w:p>
      <w:r>
        <w:rPr>
          <w:b/>
        </w:rPr>
        <w:t xml:space="preserve">[1:00:56] </w:t>
      </w:r>
      <w:r>
        <w:t>bhi chahe street ke saath dua kare, namaz padhe, woh us kaam kare.</w:t>
      </w:r>
    </w:p>
    <w:p>
      <w:pPr>
        <w:jc w:val="right"/>
      </w:pPr>
      <w:r>
        <w:t>भी चाहे street के साथ दुआ करे, नमाज़ पढ़े, वह उस काम करे.</w:t>
      </w:r>
    </w:p>
    <w:p>
      <w:r>
        <w:rPr>
          <w:b/>
        </w:rPr>
        <w:t xml:space="preserve">[1:01:04] </w:t>
      </w:r>
      <w:r>
        <w:t>toh wahi cheez jo hai lailatul jaaiza ke liye ki hai.</w:t>
      </w:r>
    </w:p>
    <w:p>
      <w:pPr>
        <w:jc w:val="right"/>
      </w:pPr>
      <w:r>
        <w:t>तो वही चीज़ जो है लयात्र जायज़ा के लिए की है.</w:t>
      </w:r>
    </w:p>
    <w:p>
      <w:r>
        <w:rPr>
          <w:b/>
        </w:rPr>
        <w:t xml:space="preserve">[1:01:12] </w:t>
      </w:r>
      <w:r>
        <w:t>ab jaise mujhe ek point yaad aa raha tha. ek hadish hai ki teen member par chadhe to pehle member par chadhe to kaha amir doosre par gaye to phir kaha amir phir teesre par gaye to kaha amir. vah sahabk ram ne puchha allhak rasool aapne aisa kyon kaha? kyonki isse pehle aapne nahin kaha tha.</w:t>
      </w:r>
    </w:p>
    <w:p>
      <w:pPr>
        <w:jc w:val="right"/>
      </w:pPr>
      <w:r>
        <w:t>अब जैसे मुझे एक point याद आ रहा था. एक हदीश है कि तीन member पर चढ़े तो पहले member पर चढ़े तो कहा अमीर दूसरे पर गए तो फिर कहा अमीर फिर तीसरे पर गए तो कहा अमीर. वह साहबक राम ने पुछा अल्लाहक रसूल आपने ऐसा क्यों कहा? क्योंकि इससे पहले आपने नहीं कहा था.</w:t>
      </w:r>
    </w:p>
    <w:p>
      <w:r>
        <w:rPr>
          <w:b/>
        </w:rPr>
        <w:t xml:space="preserve">[1:01:35] </w:t>
      </w:r>
      <w:r>
        <w:t>to usme ek jo ramzan ke mutalik ne kaha tha vah main batata hun ki vah insaan bahut badnaseeb hai ki ramzan ka mahina aaya aur guzar gaya aur vah apni maqrat talap na kar sakalla tala se. iski maqrat na ho pai. to yah aakhiri din chal raha hai ek ya do din baki hai roze ka isko ghanimat jaane hum ki vah patnaseeb jisko kaha usme se na ho.</w:t>
      </w:r>
    </w:p>
    <w:p>
      <w:pPr>
        <w:jc w:val="right"/>
      </w:pPr>
      <w:r>
        <w:t>तो उसमें एक जो रमज़ान के मुतालिक ने कहा था वह मैं बताता हूं कि वह इंसान बहुत बदनसीब है कि रमज़ान का महीना आया और गुज़र गया और वह अपनी मक़रत तलप न कर सकल्ला तला से. इसकी मक़रत ना हो पाई. तो यह आखिरी दिन चल रहा है एक या दो दिन बाकी है रोज़े का इसको गनीमत जाने हम कि वह पत्नसीब जिसको कहा उसमें से ना हो.</w:t>
      </w:r>
    </w:p>
    <w:p>
      <w:r>
        <w:rPr>
          <w:b/>
        </w:rPr>
        <w:t xml:space="preserve">[1:02:02] </w:t>
      </w:r>
      <w:r>
        <w:t>nahin jante ki hamare ab nai kamal allah talah ne kubool kiye ki nahin kiye allah talah ki azmat hai vah darwaza khula har ek ke liye to chahe talab karna chahe. to is mokaai ko ghanimat jaane. sirf shabe qadr ki dara shabe qadr mein na pade.</w:t>
      </w:r>
    </w:p>
    <w:p>
      <w:pPr>
        <w:jc w:val="right"/>
      </w:pPr>
      <w:r>
        <w:t>नहीं जानते कि हमारे अब नई कमल अल्लाह तलाह ने कूबूल किए कि नहीं किए अल्लाह तलाह की अज़मत है वह दरवाजा खुला हर एक के लिए तो चाहे तलब करना चाहे. तो इस मौकाई को गनी मत जाने. सिर्फ शबे कद्र की द्वारा शबे कद्र में ना पड़े.</w:t>
      </w:r>
    </w:p>
    <w:p>
      <w:r>
        <w:rPr>
          <w:b/>
        </w:rPr>
        <w:t xml:space="preserve">[1:02:30] </w:t>
      </w:r>
      <w:r>
        <w:t>har waqf pade maqfart talab karein. yah kaam abhi jari rakhein spirit uski saal bhar inshalah baki rahegi. hum agar baki rakhenge to. allah talah se kahenge saal bhar hamko isi spirit ke sath baki rakhein. main ek baat puchh sakti hun?</w:t>
      </w:r>
    </w:p>
    <w:p>
      <w:pPr>
        <w:jc w:val="right"/>
      </w:pPr>
      <w:r>
        <w:t>हर वक़्फ़ पड़े मक़फ़रत तलब करें. यह काम अभी जारी रखें spirit उसकी साल भर इंशालाह बाकी रहेगी. हम अगर बाकी रखेंगे तो. अल्लाह तलाह से कहेंगे साल भर हमको इसी spirit के साथ बाकी रखें. मैं एक बात पुछ सकती हूं?</w:t>
      </w:r>
    </w:p>
    <w:p>
      <w:r>
        <w:rPr>
          <w:b/>
        </w:rPr>
        <w:t xml:space="preserve">[1:02:57] </w:t>
      </w:r>
      <w:r>
        <w:t>shabina sahiba can i, can i ask you a question? jabin ali? yes, apa you can ask the question.</w:t>
      </w:r>
    </w:p>
    <w:p>
      <w:pPr>
        <w:jc w:val="right"/>
      </w:pPr>
      <w:r>
        <w:t>शभीना साहिबा can I, can I ask you a question? जभी ना अली? Yes, आपा you can ask the question.</w:t>
      </w:r>
    </w:p>
    <w:p>
      <w:r>
        <w:rPr>
          <w:b/>
        </w:rPr>
        <w:t xml:space="preserve">[1:03:13] </w:t>
      </w:r>
      <w:r>
        <w:t>main yah kah rahi thi farad sahab se ki jo yah kah rahe hain ki na lailatul jaiza kyonki lailatul jaiza ka matlab yah i am just thinking is it can it be correct ki lailatul qadr ka to din mukarr hai nahin, hamen pata hi nahin hai kis din lekin lailatul jaiza ka to pata hi hai ki yahi din hai. to us waqt hum yah sari dwayen karein.</w:t>
      </w:r>
    </w:p>
    <w:p>
      <w:pPr>
        <w:jc w:val="right"/>
      </w:pPr>
      <w:r>
        <w:t>मैं यह कह रही थी फराद साहब से कि जो यह कह रहे हैं कि ना लैलोतुल जाइज़ा क्योंकि लैलातुल जायजा का मतलब यह I am just thinking is it can it be correct कि लैलातुल कदर का तो दिन मुकर्र है नहीं, हमें पता ही नहीं है किस दिन लेकिन लैलातुल जायजा का तो पता ही है कि यही दिन है. तो उस वक्त हम यह सारी द्वाएं करें.</w:t>
      </w:r>
    </w:p>
    <w:p>
      <w:r>
        <w:rPr>
          <w:b/>
        </w:rPr>
        <w:t xml:space="preserve">[1:03:39] </w:t>
      </w:r>
      <w:r>
        <w:t>to donon important hain lekin lailatul qadr ka hamen pata nahin hai kis din hai. lekin lailatul zaaya ka to hamen bilkul pata hai ki aaj hai. aaj reward ki din hai. kya yah ya meri samajh theek hai ya nahin? theek hai, theek hai. sahi kah rahe hain aap. ok. zakir. 935 ho gaya hai.</w:t>
      </w:r>
    </w:p>
    <w:p>
      <w:pPr>
        <w:jc w:val="right"/>
      </w:pPr>
      <w:r>
        <w:t>तो दोनों important हैं लेकिन लैलेतुल कद्र का हमें पता नहीं है किस दिन है. लेकिन लैलेतुल ज़ायादा तो हमें बिल्कुल पता है कि आज है. आज reward की दिन है. क्या यह या मेरी समझ ठीक है या नहीं? ठीक है, ठीक है. सही कह रहे हैं आप. Ok. ज़ाकिर. 935 हो गया है.</w:t>
      </w:r>
    </w:p>
    <w:p>
      <w:r>
        <w:rPr>
          <w:b/>
        </w:rPr>
        <w:t xml:space="preserve">[1:04:08] </w:t>
      </w:r>
      <w:r>
        <w:t>panch minute hum aage badh chuke hain. kya hum log conclude karein session ya koi sawal hai kisi ki taraf se? mujhe thodi confusion ho gayi. main yah puchhna chah rahi hun ki yah lailatul jaiza, lailatul qadr suna hai maine lekin lailatul jaiza mujhe nahin pata. isko thoda sa bata denge. eid ki raat. kishr ki.</w:t>
      </w:r>
    </w:p>
    <w:p>
      <w:pPr>
        <w:jc w:val="right"/>
      </w:pPr>
      <w:r>
        <w:t>पांच minute हम आगे बढ़ चुके हैं. क्या हम लोग conclude करें session या कोई सवाल है किसी की तरफ से? मुझे थोड़ी confusion हो गई. मैं यह पूछना चाह रही हूं कि यह लैलातुल जायज़ा, लैलातुल कदर सुना है मैंने लेकिन लैलातुल जायज़ा मुझे नहीं पता. इसको थोड़ा सा बता देंगे. ईद की रात. किश्र की.</w:t>
      </w:r>
    </w:p>
    <w:p>
      <w:r>
        <w:rPr>
          <w:b/>
        </w:rPr>
        <w:t xml:space="preserve">[1:04:35] </w:t>
      </w:r>
      <w:r>
        <w:t>yah aap thoda sa isko clear kar dein leletul jaiza aur leletul qadr ki raat mein donon mein difference bata dein. nahin natul kaadr vahi night of power, night of destiny jab allah tala ke sare hukum utarte hain zameen par saal bhar ke liye bahut sare farishte utarte hain to mahaul bahut hi spiritual hota hai.</w:t>
      </w:r>
    </w:p>
    <w:p>
      <w:pPr>
        <w:jc w:val="right"/>
      </w:pPr>
      <w:r>
        <w:t>यह आप थोड़ा सा इसको clear कर दें लेलेतुल जाइज़ा और लेलेतुल कद्र की रात में दोनों में difference बता दें. नहीं नतुल काद्र वही night of power, night of destiny जब अल्लाह ताला के सारे हुक्म उतरते हैं ज़मीन पर साल भर के लिए बहुत सारे फरिश्ते उतरते हैं तो माहौल बहुत ही spiritual होता है.</w:t>
      </w:r>
    </w:p>
    <w:p>
      <w:r>
        <w:rPr>
          <w:b/>
        </w:rPr>
        <w:t xml:space="preserve">[1:05:02] </w:t>
      </w:r>
      <w:r>
        <w:t>to maulana sahab bahar nikalte the unko feel hota tha to aakar batate the ki yahan aaj shagogad rahe. ab aam aadmi ke liye bahut mushkil hai samajhna aur laila hua zaida ki matlab night of reward. hamko reward pane ki raat hai aaj. to yah donon mein alag donon different hain.</w:t>
      </w:r>
    </w:p>
    <w:p>
      <w:pPr>
        <w:jc w:val="right"/>
      </w:pPr>
      <w:r>
        <w:t>तो मौलाना साहब बाहर निकलते थे उनको feel होता था तो आकर बताते थे कि यहां आज शगोगद रहे. अब आम आदमी के लिए बहुत मुश्किल है समझना और लैलात हुआ ज़्यादा कि मतलब night of reward. हमको reward पाने की रात है आज. तो यह दोनों में अलग दोनों different हैं.</w:t>
      </w:r>
    </w:p>
    <w:p>
      <w:r>
        <w:rPr>
          <w:b/>
        </w:rPr>
        <w:t xml:space="preserve">[1:05:29] </w:t>
      </w:r>
      <w:r>
        <w:t>panch panch raat mein panch saat saat mein socha hai. ab vah clear hua sawal? ji bahut shukriya. papa aapne abhi bataya molana sahab ke bare mein ki vah bata dete the. to iske bare mein thoda hamen batayen bahut curiosity ho rahi hai kyonki hum jab shve qadr ki raat hoti hai to hum yah sochte hi rahte hain ki shve qadr ki raat kabhi hamen amir bhi mil jaye.</w:t>
      </w:r>
    </w:p>
    <w:p>
      <w:pPr>
        <w:jc w:val="right"/>
      </w:pPr>
      <w:r>
        <w:t>पांच पांच रात में पांच सात सात में सोचा है. अब वह clear हुआ सवाल? जी बहुत शुक्रिया. Papa आपने अभी बताया मोलाना साहब के बारे में कि वह बता देते थे. तो इसके बारे में थोड़ा हमें बताएं बहुत curiosity हो रही है क्योंकि हम जब शवे कदर की रात होती है तो हम यह सोचते ही रहते हैं कि शवे कदर की रात कभी हमें आमिर भी मिल जाए.</w:t>
      </w:r>
    </w:p>
    <w:p>
      <w:r>
        <w:rPr>
          <w:b/>
        </w:rPr>
        <w:t xml:space="preserve">[1:05:57] </w:t>
      </w:r>
      <w:r>
        <w:t>lekin molia sahab isko mahsus karte the. thoda hamen is par thoda batayen kuch aisi koi instrument.</w:t>
      </w:r>
    </w:p>
    <w:p>
      <w:pPr>
        <w:jc w:val="right"/>
      </w:pPr>
      <w:r>
        <w:t>लेकिन मोलिया साहब इसको महसूस करते थे. थोड़ा हमें इस पर थोड़ा बताएं कुछ ऐसी कोई instrument.</w:t>
      </w:r>
    </w:p>
    <w:p>
      <w:r>
        <w:rPr>
          <w:b/>
        </w:rPr>
        <w:t xml:space="preserve">[1:06:04] </w:t>
      </w:r>
      <w:r>
        <w:t>feel bhi karte the bahar aate the, bahar aate the unko aisa so jaata tha woh bahut hi</w:t>
      </w:r>
    </w:p>
    <w:p>
      <w:pPr>
        <w:jc w:val="right"/>
      </w:pPr>
      <w:r>
        <w:t>Feel भी करते थे बाहर आते थे, बाहर आते थे उनको ऐसा सो जाता था वह बहुत ही</w:t>
      </w:r>
    </w:p>
    <w:p>
      <w:r>
        <w:rPr>
          <w:b/>
        </w:rPr>
        <w:t xml:space="preserve">[1:06:10] </w:t>
      </w:r>
      <w:r>
        <w:t>spiritual raat hoti hai aur waise khwaab bhi dekhte the ki koi bahut achha kuch cheez unko koi</w:t>
      </w:r>
    </w:p>
    <w:p>
      <w:pPr>
        <w:jc w:val="right"/>
      </w:pPr>
      <w:r>
        <w:t>spiritual रात होती है और वैसे ख्वाब भी देखते थे कि कोई बहुत अच्छा कुछ चीज़ उनको कोई</w:t>
      </w:r>
    </w:p>
    <w:p>
      <w:r>
        <w:rPr>
          <w:b/>
        </w:rPr>
        <w:t xml:space="preserve">[1:06:17] </w:t>
      </w:r>
      <w:r>
        <w:t>khila raha hai, koi jaga raha hai toh kuch na kisi na kisi tareeke se woh bata dete</w:t>
      </w:r>
    </w:p>
    <w:p>
      <w:pPr>
        <w:jc w:val="right"/>
      </w:pPr>
      <w:r>
        <w:t>खिला रहा है, कोई जगा रहा है तो कुछ ना किसी ना किसी तरीके से वह बता देते</w:t>
      </w:r>
    </w:p>
    <w:p>
      <w:r>
        <w:rPr>
          <w:b/>
        </w:rPr>
        <w:t xml:space="preserve">[1:06:24] </w:t>
      </w:r>
      <w:r>
        <w:t>the aakhri do teen saalon mein toh woh kaafi kai kai din pehle hamein bata dete the lekin</w:t>
      </w:r>
    </w:p>
    <w:p>
      <w:pPr>
        <w:jc w:val="right"/>
      </w:pPr>
      <w:r>
        <w:t>थे आखिरी दो तीन सालों में तो वह काफी कई कई दिन पहले हमें बता देते थे लेकिन</w:t>
      </w:r>
    </w:p>
    <w:p>
      <w:r>
        <w:rPr>
          <w:b/>
        </w:rPr>
        <w:t xml:space="preserve">[1:06:31] </w:t>
      </w:r>
      <w:r>
        <w:t>pehla jo hai woh usi raat ko bataya karte the toh phir hum sab log uth jaaya karte the.</w:t>
      </w:r>
    </w:p>
    <w:p>
      <w:pPr>
        <w:jc w:val="right"/>
      </w:pPr>
      <w:r>
        <w:t>पहले जो है वह उसी रात को बताया करते थे तो फिर हम सब लोग उठ जाया करते थे.</w:t>
      </w:r>
    </w:p>
    <w:p>
      <w:r>
        <w:rPr>
          <w:b/>
        </w:rPr>
        <w:t xml:space="preserve">[1:06:38] </w:t>
      </w:r>
      <w:r>
        <w:t>aur zyadatar vah kaun si raat hoti thi aapas jaise ki. zyadatar mein pachees sattais yahi raaten hoti thi zyadatar. achha. ji aap pachees hazar kar la. hum log conclude karein is session ko? ji ji.</w:t>
      </w:r>
    </w:p>
    <w:p>
      <w:pPr>
        <w:jc w:val="right"/>
      </w:pPr>
      <w:r>
        <w:t>और ज़्यादातर वह कौन सी रात होती थी आपस जैसे कि. ज़्यादातर में पच्चीस सत्ताईस यही रातें होती थी ज़्यादातर. अच्छा. जी आप पच्चीस हज़ार कर ला. हम लोग conclude करें इस session को? जी जी.</w:t>
      </w:r>
    </w:p>
    <w:p>
      <w:r>
        <w:rPr>
          <w:b/>
        </w:rPr>
        <w:t xml:space="preserve">[1:06:58] </w:t>
      </w:r>
      <w:r>
        <w:t>aap aapka koi message ho is ramzan ke hawale se ab do din hain hamare paas ramzan kab</w:t>
      </w:r>
    </w:p>
    <w:p>
      <w:pPr>
        <w:jc w:val="right"/>
      </w:pPr>
      <w:r>
        <w:t>आप आपका कोई message हो इस रमज़ान के हवाले से अब दो दिन है हमारे पास रमज़ान कब</w:t>
      </w:r>
    </w:p>
    <w:p>
      <w:r>
        <w:rPr>
          <w:b/>
        </w:rPr>
        <w:t xml:space="preserve">[1:07:03] </w:t>
      </w:r>
      <w:r>
        <w:t>do din bacha hai eid zaidatar mujhe lagta hai ki Tuesday ko hi hoga toh hamare liye koi</w:t>
      </w:r>
    </w:p>
    <w:p>
      <w:pPr>
        <w:jc w:val="right"/>
      </w:pPr>
      <w:r>
        <w:t>दो दिन बचा है ईद ज़्यादातर मुझे लगता है कि Tuesday को ही होगा तो हमारे लिए कोई</w:t>
      </w:r>
    </w:p>
    <w:p>
      <w:r>
        <w:rPr>
          <w:b/>
        </w:rPr>
        <w:t xml:space="preserve">[1:07:08] </w:t>
      </w:r>
      <w:r>
        <w:t>spiritual message dein inshallah.</w:t>
      </w:r>
    </w:p>
    <w:p>
      <w:pPr>
        <w:jc w:val="right"/>
      </w:pPr>
      <w:r>
        <w:t>spiritual message दें इंशालाह.</w:t>
      </w:r>
    </w:p>
    <w:p>
      <w:r>
        <w:rPr>
          <w:b/>
        </w:rPr>
        <w:t xml:space="preserve">[1:07:13] </w:t>
      </w:r>
      <w:r>
        <w:t>is tarah se session hum aage saal bhi ramzan ke mahine mein is tarah se dua hai hamari</w:t>
      </w:r>
    </w:p>
    <w:p>
      <w:pPr>
        <w:jc w:val="right"/>
      </w:pPr>
      <w:r>
        <w:t>इस तरह से session हम आगे साल भी रमज़ान के महीने में इस तरह से दुआ है हमारी</w:t>
      </w:r>
    </w:p>
    <w:p>
      <w:r>
        <w:rPr>
          <w:b/>
        </w:rPr>
        <w:t xml:space="preserve">[1:07:18] </w:t>
      </w:r>
      <w:r>
        <w:t>ki hum log phir se isi session ko hum log aage ramzan mein bhi continue kare.</w:t>
      </w:r>
    </w:p>
    <w:p>
      <w:pPr>
        <w:jc w:val="right"/>
      </w:pPr>
      <w:r>
        <w:t>कि हम लोग फिर से इसी session को हम लोग आगे रमज़ान में भी continue करें.</w:t>
      </w:r>
    </w:p>
    <w:p>
      <w:r>
        <w:rPr>
          <w:b/>
        </w:rPr>
        <w:t xml:space="preserve">[1:07:23] </w:t>
      </w:r>
      <w:r>
        <w:t>hamare liye koi spiritual message dein aur farad sahab dua karwa dein.</w:t>
      </w:r>
    </w:p>
    <w:p>
      <w:pPr>
        <w:jc w:val="right"/>
      </w:pPr>
      <w:r>
        <w:t>हमारे लिए कोई spiritual message दें और फराद साहब दुआ करवा दें.</w:t>
      </w:r>
    </w:p>
    <w:p>
      <w:r>
        <w:rPr>
          <w:b/>
        </w:rPr>
        <w:t xml:space="preserve">[1:07:29] </w:t>
      </w:r>
      <w:r>
        <w:t>maine to bahut zyada makhart ki dua ki. pure shabd qadr jo buri raat na makhart ki dua karti rahi. kyonki abba ne makhart par istefar par bahut zyada zor diya tha. to isliye main to bas vahi dua karti thi mere ko yaad nahin ki maine koi aur bhi dua kiya aur baki frash se aap batayenge.</w:t>
      </w:r>
    </w:p>
    <w:p>
      <w:pPr>
        <w:jc w:val="right"/>
      </w:pPr>
      <w:r>
        <w:t>मैंने तो बहुत ज़्यादा मख़रत की दुआ की. पूरे शब्द कदर जो बूरी रात ना मख़रत की दुआ करती रही. क्योंकि अब्बा ने मख़रत पर इस्तेफ़ार पर बहुत ज़्यादा ज़ोर दिया था. तो इसलिए मैं तो बस वही दुआ करती थी मेरे को याद नहीं कि मैंने कोई और भी दुआ किया और बाकी फराश से आप बताएंगे.</w:t>
      </w:r>
    </w:p>
    <w:p>
      <w:r>
        <w:rPr>
          <w:b/>
        </w:rPr>
        <w:t xml:space="preserve">[1:07:51] </w:t>
      </w:r>
      <w:r>
        <w:t>sahi hai, bilkul maqfirat ki dua karni chahiye insan ko apne liye ke pata nahi jaise bataya gaya</w:t>
      </w:r>
    </w:p>
    <w:p>
      <w:pPr>
        <w:jc w:val="right"/>
      </w:pPr>
      <w:r>
        <w:t>सही है, बिल्कुल मकफरत की दुआ करनी चाहिए इंसान को अपने लिए कि पता नहीं जैसे बताया गया</w:t>
      </w:r>
    </w:p>
    <w:p>
      <w:r>
        <w:rPr>
          <w:b/>
        </w:rPr>
        <w:t xml:space="preserve">[1:08:38] </w:t>
      </w:r>
      <w:r>
        <w:t>ke aliman bail khaufi aur raja ke iman khauf yaani allah talaah ka dar aur allah talaah se</w:t>
      </w:r>
    </w:p>
    <w:p>
      <w:pPr>
        <w:jc w:val="right"/>
      </w:pPr>
      <w:r>
        <w:t>कि अलीमान बैनल खौफी और रजा कि ईमान खौफ यानी अल्लाह तलाह का डर और अल्लाह तलाह से</w:t>
      </w:r>
    </w:p>
    <w:p>
      <w:r>
        <w:rPr>
          <w:b/>
        </w:rPr>
        <w:t xml:space="preserve">[1:09:26] </w:t>
      </w:r>
      <w:r>
        <w:t>ummeed ke darmiyan hai.</w:t>
      </w:r>
    </w:p>
    <w:p>
      <w:pPr>
        <w:jc w:val="right"/>
      </w:pPr>
      <w:r>
        <w:t>उम्मीद के दरमियान है.</w:t>
      </w:r>
    </w:p>
    <w:p>
      <w:r>
        <w:rPr>
          <w:b/>
        </w:rPr>
        <w:t xml:space="preserve">[1:10:14] </w:t>
      </w:r>
      <w:r>
        <w:t>aur yeh dwar kijiye ke yeh spirit hamare saal bhar wakai rahe, saal bhar wakai rahe.</w:t>
      </w:r>
    </w:p>
    <w:p>
      <w:pPr>
        <w:jc w:val="right"/>
      </w:pPr>
      <w:r>
        <w:t>और यह द्वार कीजिए कि यह spirit हमारे साल भर वाकई रहे, साल भर वाकई रहे.</w:t>
      </w:r>
    </w:p>
    <w:p>
      <w:r>
        <w:rPr>
          <w:b/>
        </w:rPr>
        <w:t xml:space="preserve">[1:10:19] </w:t>
      </w:r>
      <w:r>
        <w:t>aisa nahi ke humne ramzan mein khoob achhe tarike se hi baat ki aur keet ke din se</w:t>
      </w:r>
    </w:p>
    <w:p>
      <w:pPr>
        <w:jc w:val="right"/>
      </w:pPr>
      <w:r>
        <w:t>ऐसा नहीं कि हमने रमज़ान में खूब अच्छे तरीके से ही बात की और कीत के दिन से</w:t>
      </w:r>
    </w:p>
    <w:p>
      <w:r>
        <w:rPr>
          <w:b/>
        </w:rPr>
        <w:t xml:space="preserve">[1:10:25] </w:t>
      </w:r>
      <w:r>
        <w:t>hum kya samajh gaye ke hum azaad hain.</w:t>
      </w:r>
    </w:p>
    <w:p>
      <w:pPr>
        <w:jc w:val="right"/>
      </w:pPr>
      <w:r>
        <w:t>हम क्या समझ गए कि हम आज़ाद हैं.</w:t>
      </w:r>
    </w:p>
    <w:p>
      <w:r>
        <w:rPr>
          <w:b/>
        </w:rPr>
        <w:t xml:space="preserve">[1:10:31] </w:t>
      </w:r>
      <w:r>
        <w:t>hum duniya mein kabhi bhi azaad nahi hain.</w:t>
      </w:r>
    </w:p>
    <w:p>
      <w:pPr>
        <w:jc w:val="right"/>
      </w:pPr>
      <w:r>
        <w:t>हम दुनिया में कभी भी आज़ाद नहीं हैं.</w:t>
      </w:r>
    </w:p>
    <w:p>
      <w:r>
        <w:rPr>
          <w:b/>
        </w:rPr>
        <w:t xml:space="preserve">[1:10:36] </w:t>
      </w:r>
      <w:r>
        <w:t>manana ne likha hai ke yeh training ka mahina hai taaki hum poore saal is training ke mutabiq chalein.</w:t>
      </w:r>
    </w:p>
    <w:p>
      <w:pPr>
        <w:jc w:val="right"/>
      </w:pPr>
      <w:r>
        <w:t>मनाना ने लिखा है कि यह training का महीना है ताकि हम पूरे साल इस training के मुताबिक चलें.</w:t>
      </w:r>
    </w:p>
    <w:p>
      <w:r>
        <w:rPr>
          <w:b/>
        </w:rPr>
        <w:t xml:space="preserve">[1:10:42] </w:t>
      </w:r>
      <w:r>
        <w:t>poore saal is training ke mutabiq chalein.</w:t>
      </w:r>
    </w:p>
    <w:p>
      <w:pPr>
        <w:jc w:val="right"/>
      </w:pPr>
      <w:r>
        <w:t>पूरे साल इस training के मुताबिक चलें.</w:t>
      </w:r>
    </w:p>
    <w:p>
      <w:r>
        <w:rPr>
          <w:b/>
        </w:rPr>
        <w:t xml:space="preserve">[1:10:48] </w:t>
      </w:r>
      <w:r>
        <w:t>to iski dwa kijiye.</w:t>
      </w:r>
    </w:p>
    <w:p>
      <w:pPr>
        <w:jc w:val="right"/>
      </w:pPr>
      <w:r>
        <w:t>तो इसकी द्वा कीजिए.</w:t>
      </w:r>
    </w:p>
    <w:p>
      <w:r>
        <w:rPr>
          <w:b/>
        </w:rPr>
        <w:t xml:space="preserve">[1:10:54] </w:t>
      </w:r>
      <w:r>
        <w:t>main ek khab, ab ek khab main chhota sa bataungi aapko jisse humko bahut ummeed hoti hai ki mauran sahab ne dekha tha ki bahut bada baal hai bilkul jaise jannat ka mahaul hai aur vahan tamam ladies jama hain cps ki tamam ladies jama hain bahut hi celebration mode mein hai.</w:t>
      </w:r>
    </w:p>
    <w:p>
      <w:pPr>
        <w:jc w:val="right"/>
      </w:pPr>
      <w:r>
        <w:t>मैं एक खाब, अब एक खाब मैं छोटा सा बताऊंगी आपको जिससे हमको बहुत उम्मीद होती है कि मौरान साहब ने देखा था कि बहुत बड़ा बाल है बिल्कुल जैसे जन्नत का माहौल है और वहां तमाम ladies जमा है CPS की तमाम ladies जमा है बहुत ही celebration mode में है.</w:t>
      </w:r>
    </w:p>
    <w:p>
      <w:r>
        <w:rPr>
          <w:b/>
        </w:rPr>
        <w:t xml:space="preserve">[1:11:17] </w:t>
      </w:r>
      <w:r>
        <w:t>to inshallah taala hum sab logon ko allah ki maqfart hasil hogi aur vahan par jannat mein sab log ikattha kiye jayenge. inshal. jizza kar lijizza kar lijizza kar lah fam. parath bhai yah khatm karein session ko dua se? maqfart ki hi dua karenge jo aur koi nai dua nahin hai. namaz na hum yah dua karte hain.</w:t>
      </w:r>
    </w:p>
    <w:p>
      <w:pPr>
        <w:jc w:val="right"/>
      </w:pPr>
      <w:r>
        <w:t>तो इन्शाल अल्लाह तालाह हम सब लोगों को अल्लाह की मक़रत हासिल होगी और वहां पर जन्नत में सब लोग इकट्ठा किए जाएंगे. इंशाल. जिज़्ज़ा कर लीजिज़्ज़ा कर लीजिज़्ज़ा कर लाह फाम. पराथ भाई यह खत्म करें session को दुआ से? मक़रत की ही दुआ करेंगे जो और कोई नई दुआ नहीं है. नमाज़ ना हम यह दुआ करते हैं.</w:t>
      </w:r>
    </w:p>
    <w:p>
      <w:r>
        <w:rPr>
          <w:b/>
        </w:rPr>
        <w:t xml:space="preserve">[1:11:43] </w:t>
      </w:r>
      <w:r>
        <w:t>usi ko hum karke uska tarjuma karenge aur yah dua maine apne jaano jahan par bahut zyada junn kiya.</w:t>
      </w:r>
    </w:p>
    <w:p>
      <w:pPr>
        <w:jc w:val="right"/>
      </w:pPr>
      <w:r>
        <w:t>उसी को हम करके उसका तरजुमा करेंगे और यह दुआ मैंने अपने जानों जहां पर बहुत ज़्यादा जुन्न किया.</w:t>
      </w:r>
    </w:p>
    <w:p>
      <w:r>
        <w:rPr>
          <w:b/>
        </w:rPr>
        <w:t xml:space="preserve">[1:12:10] </w:t>
      </w:r>
      <w:r>
        <w:t>bahut zyada junn aur tu hi hai jugnah ki maqsad karta hai. to meri maqsad farma apne paas se aur mujh par raham kar beshak tu buksne wala raham karne wala hai. amin. jazdak. amin. amin, amin. amin. inshalah phir khatm karte hain yah session. inshalah phir hum aage mahine inshalah phir mil sakte hain. assala badi.</w:t>
      </w:r>
    </w:p>
    <w:p>
      <w:pPr>
        <w:jc w:val="right"/>
      </w:pPr>
      <w:r>
        <w:t>बहुत ज़्यादा जुन्न और तू ही है जुगुनाह की मकसद करता है. तो मेरी मकसद फरमा अपने पास से और मुझ पर रहम कर बेशक्तु बक्सने वाला रहम करने वाला है. आमिन. जज़्दक. आमिन. आमिन, आमिन. आमिन. इन्शालाह फिर खत्म करते हैं यह session. इन्शालाह फिर हम आगे महीने इन्शालाह फिर मिल सकते हैं. अस्सलाह बड़ी.</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