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21st Century April 3, 2011</w:t>
      </w:r>
    </w:p>
    <w:p>
      <w:r>
        <w:t>https://youtu.be/nEyNMORoPc4</w:t>
      </w:r>
    </w:p>
    <w:p>
      <w:r>
        <w:rPr>
          <w:b/>
        </w:rPr>
        <w:t xml:space="preserve">[00:38] </w:t>
      </w:r>
      <w:r>
        <w:t>aaj ka topic hai: islam in the twenty first century. islam ekvisvin sadi mein.</w:t>
      </w:r>
    </w:p>
    <w:p>
      <w:pPr>
        <w:jc w:val="right"/>
      </w:pPr>
      <w:r>
        <w:t>آج کا ٹاپکہے: اسلام ان دا ٹونٹیفرسٹ سین چری۔ اسلام اک یسویںصدی میں۔</w:t>
      </w:r>
    </w:p>
    <w:p>
      <w:r>
        <w:rPr>
          <w:b/>
        </w:rPr>
        <w:t xml:space="preserve">[00:55] </w:t>
      </w:r>
      <w:r>
        <w:t>yeh bohat ziyada important baat hai, aur bohat ta'assub se pak hokar jab socha jaega, tab hi hum samajh paenge iska matlab. hamesha dekhiye, yaani conditioning jo hai,</w:t>
      </w:r>
    </w:p>
    <w:p>
      <w:pPr>
        <w:jc w:val="right"/>
      </w:pPr>
      <w:r>
        <w:t>یہبہت زیادہ امپورٹنٹباتہے، اور بہت تع صبسے پاک ہوکرجبسوچاجائےگا، تب ہیہم سمجھپائیںگے اسکامطلب ۔ہمیشہ دیکھیے، یعنیکنڈیشننگجوہے،</w:t>
      </w:r>
    </w:p>
    <w:p>
      <w:r>
        <w:rPr>
          <w:b/>
        </w:rPr>
        <w:t xml:space="preserve">[01:16] </w:t>
      </w:r>
      <w:r>
        <w:t>woh record ban jati hai aadmi ke liye sahi baat ko samajhne mein.</w:t>
      </w:r>
    </w:p>
    <w:p>
      <w:pPr>
        <w:jc w:val="right"/>
      </w:pPr>
      <w:r>
        <w:t>وہ ریکارڈبنجاتیہے آدمیکےلیے صحیحباتکوسمجھنےمیں۔</w:t>
      </w:r>
    </w:p>
    <w:p>
      <w:r>
        <w:rPr>
          <w:b/>
        </w:rPr>
        <w:t xml:space="preserve">[01:27] </w:t>
      </w:r>
      <w:r>
        <w:t>mujhe is topic ki taraf dhyan is tarah aaya ke kal aap jantay hain ke india cricket ke muqablay mein jeet gaya,</w:t>
      </w:r>
    </w:p>
    <w:p>
      <w:pPr>
        <w:jc w:val="right"/>
      </w:pPr>
      <w:r>
        <w:t>مجھے اس ٹاپککیطرفدھیان اسطرحآیا کہ کل آپجانتےہیں کہ انڈیا کرکٹ کے مق ابلےمیں جیتگیا ،</w:t>
      </w:r>
    </w:p>
    <w:p>
      <w:r>
        <w:rPr>
          <w:b/>
        </w:rPr>
        <w:t xml:space="preserve">[01:43] </w:t>
      </w:r>
      <w:r>
        <w:t>aur dhoni iske hero thay.</w:t>
      </w:r>
    </w:p>
    <w:p>
      <w:pPr>
        <w:jc w:val="right"/>
      </w:pPr>
      <w:r>
        <w:t>اور دھونیاسکے ہیروتھے۔</w:t>
      </w:r>
    </w:p>
    <w:p>
      <w:r>
        <w:rPr>
          <w:b/>
        </w:rPr>
        <w:t xml:space="preserve">[01:50] </w:t>
      </w:r>
      <w:r>
        <w:t>to tv par kai logon ne yeh naaray lagaya ke "dhoni ki mahima</w:t>
      </w:r>
    </w:p>
    <w:p>
      <w:pPr>
        <w:jc w:val="right"/>
      </w:pPr>
      <w:r>
        <w:t>تو ٹیویپر کئیلوگوںنے یہ نعرہلگایا کہ "دھونیکی مہما</w:t>
      </w:r>
    </w:p>
    <w:p>
      <w:r>
        <w:rPr>
          <w:b/>
        </w:rPr>
        <w:t xml:space="preserve">[02:03] </w:t>
      </w:r>
      <w:r>
        <w:t>apar". is se pehle kaha jata tha ke "ram ki mahima apar". ab yeh kaha gaya ke "dhoni ki mahima apar".</w:t>
      </w:r>
    </w:p>
    <w:p>
      <w:pPr>
        <w:jc w:val="right"/>
      </w:pPr>
      <w:r>
        <w:t>اپرم پار"۔ اسسےپہلے کہاجاتا تھاکہ"رامکیمہمااپرمپار"۔ اب یہکہاگیا کہ "دھونیکیمہما اپ رمپار"۔</w:t>
      </w:r>
    </w:p>
    <w:p>
      <w:r>
        <w:rPr>
          <w:b/>
        </w:rPr>
        <w:t xml:space="preserve">[02:17] </w:t>
      </w:r>
      <w:r>
        <w:t>is par mein sochta raha, sochta raha, sochta raha, to mujhe ek bohat bari baat samajh mein aayi. dekhiye, is duniya ko, is sansar ko banaya khuda ne.</w:t>
      </w:r>
    </w:p>
    <w:p>
      <w:pPr>
        <w:jc w:val="right"/>
      </w:pPr>
      <w:r>
        <w:t>اسپرمیںسوچتارہا،سوچتارہا،سوچتارہا،تومجھے ایک بہت بڑیباتسمجھمیںآئی۔ دیکھیے،اسدنیا کو، اسسنسارکو بن ایا خدانے ۔</w:t>
      </w:r>
    </w:p>
    <w:p>
      <w:r>
        <w:rPr>
          <w:b/>
        </w:rPr>
        <w:t xml:space="preserve">[02:34] </w:t>
      </w:r>
      <w:r>
        <w:t>sab kuch diya hua khuda ka hai.</w:t>
      </w:r>
    </w:p>
    <w:p>
      <w:pPr>
        <w:jc w:val="right"/>
      </w:pPr>
      <w:r>
        <w:t>سبکچھدیا ہوا خداکاہے۔</w:t>
      </w:r>
    </w:p>
    <w:p>
      <w:r>
        <w:rPr>
          <w:b/>
        </w:rPr>
        <w:t xml:space="preserve">[02:39] </w:t>
      </w:r>
      <w:r>
        <w:t>koi bhi cheez, chahe ek zarra ho ya ek galaxy ho, ya hawa ho ya pani ho, sab kuch khuda ka diya hua hai.</w:t>
      </w:r>
    </w:p>
    <w:p>
      <w:pPr>
        <w:jc w:val="right"/>
      </w:pPr>
      <w:r>
        <w:t>کوئیبھیچیز ،چاہےایکذرہہویاایکگلیکسیہو ، یا ہوا ہویاپانیہو ، سبکچھخداکادیاہواہے۔</w:t>
      </w:r>
    </w:p>
    <w:p>
      <w:r>
        <w:rPr>
          <w:b/>
        </w:rPr>
        <w:t xml:space="preserve">[02:51] </w:t>
      </w:r>
      <w:r>
        <w:t>to hona kya chahiye ?</w:t>
      </w:r>
    </w:p>
    <w:p>
      <w:pPr>
        <w:jc w:val="right"/>
      </w:pPr>
      <w:r>
        <w:t>توہوناکیاچاہیے ؟</w:t>
      </w:r>
    </w:p>
    <w:p>
      <w:r>
        <w:rPr>
          <w:b/>
        </w:rPr>
        <w:t xml:space="preserve">[02:53] </w:t>
      </w:r>
      <w:r>
        <w:t>hona chahiye ke "god ki mahima apar".</w:t>
      </w:r>
    </w:p>
    <w:p>
      <w:pPr>
        <w:jc w:val="right"/>
      </w:pPr>
      <w:r>
        <w:t>ہوناچاہیےکہ "گاڈکیمہما اپ رمپار"۔</w:t>
      </w:r>
    </w:p>
    <w:p>
      <w:r>
        <w:rPr>
          <w:b/>
        </w:rPr>
        <w:t xml:space="preserve">[03:00] </w:t>
      </w:r>
      <w:r>
        <w:t>magar poori tareekh guzar gayi, aur kabhi bhi yeh culture duniya mein nahin develop hua.</w:t>
      </w:r>
    </w:p>
    <w:p>
      <w:pPr>
        <w:jc w:val="right"/>
      </w:pPr>
      <w:r>
        <w:t>مگرپوریتاریخ گزر گئی، اور کبھیبھییہکلچردنیا میںنہیں ڈویلپہوا ۔</w:t>
      </w:r>
    </w:p>
    <w:p>
      <w:r>
        <w:rPr>
          <w:b/>
        </w:rPr>
        <w:t xml:space="preserve">[03:13] </w:t>
      </w:r>
      <w:r>
        <w:t>yaani kuch individual aise paida hue jinhon ne khuda ki barai ko discover kiya, aur iska, aur isko acknowledge kiya.</w:t>
      </w:r>
    </w:p>
    <w:p>
      <w:pPr>
        <w:jc w:val="right"/>
      </w:pPr>
      <w:r>
        <w:t>یعنیکچھ انڈیویجولایسےپیدا ہوئے جنہوںنے خداکیبڑ ائیکو ڈسکورکیا ، اور اسکا ،اوراسکواکنالجکیا۔</w:t>
      </w:r>
    </w:p>
    <w:p>
      <w:r>
        <w:rPr>
          <w:b/>
        </w:rPr>
        <w:t xml:space="preserve">[03:26] </w:t>
      </w:r>
      <w:r>
        <w:t>lekin culture ke taur par kabhi bhi aisa nahin hua ke log dil se aur zuban se yeh kehne lagen ke "god ki mahima apar".</w:t>
      </w:r>
    </w:p>
    <w:p>
      <w:pPr>
        <w:jc w:val="right"/>
      </w:pPr>
      <w:r>
        <w:t>لیکن کلچرکےطورپرکبھیبھی ایسانہیں ہوا کہلوگ دل سے اور زبان سے یہکہنےلگیں کہ"گاڈکیمہما اپ رمپار"۔</w:t>
      </w:r>
    </w:p>
    <w:p>
      <w:r>
        <w:rPr>
          <w:b/>
        </w:rPr>
        <w:t xml:space="preserve">[03:42] </w:t>
      </w:r>
      <w:r>
        <w:t>yahan tak ke jo log "allah o akbar" ka lafz bolte hain, woh bhi lip service hota hai.</w:t>
      </w:r>
    </w:p>
    <w:p>
      <w:pPr>
        <w:jc w:val="right"/>
      </w:pPr>
      <w:r>
        <w:t>یہاںتککہجولوگ"اللہاکبر"کالفظبولتےہیں، وہبھی لپ سروسہوتاہے۔</w:t>
      </w:r>
    </w:p>
    <w:p>
      <w:r>
        <w:rPr>
          <w:b/>
        </w:rPr>
        <w:t xml:space="preserve">[03:50] </w:t>
      </w:r>
      <w:r>
        <w:t>musalman roz namaz mein</w:t>
      </w:r>
    </w:p>
    <w:p>
      <w:pPr>
        <w:jc w:val="right"/>
      </w:pPr>
      <w:r>
        <w:t>مس لمان روزانہنمازمیں</w:t>
      </w:r>
    </w:p>
    <w:p>
      <w:r>
        <w:rPr>
          <w:b/>
        </w:rPr>
        <w:t xml:space="preserve">[03:56] </w:t>
      </w:r>
      <w:r>
        <w:t>kai so bar "allah o akbar" kehte hain, lekin bas ek ritual ke taur par. mujhe to koi misaal musalman nahin mila jo "allah o akbar" kehne ka matlab yeh samjhe ke "god ki mahima aparar".</w:t>
      </w:r>
    </w:p>
    <w:p>
      <w:pPr>
        <w:jc w:val="right"/>
      </w:pPr>
      <w:r>
        <w:t>کئی سو بار"اللہاکبر"کہتےہیں، لیکن بس ایک ریچولکےطورپر ۔ مجھےتوکوئیمثال مسلماننہیںملا جو "اللہاکبر"کہنےکامطلبیہسمجھے کہ"گاڈکیمہما اپرمپار"۔</w:t>
      </w:r>
    </w:p>
    <w:p>
      <w:r>
        <w:rPr>
          <w:b/>
        </w:rPr>
        <w:t xml:space="preserve">[04:14] </w:t>
      </w:r>
      <w:r>
        <w:t>to yeh culture kabhi develop nahin hua .</w:t>
      </w:r>
    </w:p>
    <w:p>
      <w:pPr>
        <w:jc w:val="right"/>
      </w:pPr>
      <w:r>
        <w:t>تو یہ کلچر کبھیڈویلپنہیںہوا ۔</w:t>
      </w:r>
    </w:p>
    <w:p>
      <w:r>
        <w:rPr>
          <w:b/>
        </w:rPr>
        <w:t xml:space="preserve">[04:21] </w:t>
      </w:r>
      <w:r>
        <w:t>khudane paighambarasiliye bheje the ke duniya ko bataein ke asal ghalib kaun hai ?</w:t>
      </w:r>
    </w:p>
    <w:p>
      <w:pPr>
        <w:jc w:val="right"/>
      </w:pPr>
      <w:r>
        <w:t>خدانے پیغمبراسیلیےبھیجےتھے کہدنیا کو بت ائیں کہ اصل گل وریکسکیہے ؟</w:t>
      </w:r>
    </w:p>
    <w:p>
      <w:r>
        <w:rPr>
          <w:b/>
        </w:rPr>
        <w:t xml:space="preserve">[04:31] </w:t>
      </w:r>
      <w:r>
        <w:t>"god"ka hai, khuda ka hai.</w:t>
      </w:r>
    </w:p>
    <w:p>
      <w:pPr>
        <w:jc w:val="right"/>
      </w:pPr>
      <w:r>
        <w:t>"گاڈ"کیہے،خداکیہے۔</w:t>
      </w:r>
    </w:p>
    <w:p>
      <w:r>
        <w:rPr>
          <w:b/>
        </w:rPr>
        <w:t xml:space="preserve">[04:35] </w:t>
      </w:r>
      <w:r>
        <w:t>yani aisi culture ko develop karne ke liye ke "god ka mehmaan ap rahbar" saare paighambar aaye.</w:t>
      </w:r>
    </w:p>
    <w:p>
      <w:pPr>
        <w:jc w:val="right"/>
      </w:pPr>
      <w:r>
        <w:t>یعنیاسی کلچرکو ڈویلپکرنے کےلیے کہ"گاڈکیمہمااپ رمپار" سارے پیغمبرآئے۔</w:t>
      </w:r>
    </w:p>
    <w:p>
      <w:r>
        <w:rPr>
          <w:b/>
        </w:rPr>
        <w:t xml:space="preserve">[04:46] </w:t>
      </w:r>
      <w:r>
        <w:t>lekin kuch individual aise paida hue.</w:t>
      </w:r>
    </w:p>
    <w:p>
      <w:pPr>
        <w:jc w:val="right"/>
      </w:pPr>
      <w:r>
        <w:t>لیکن کچھ انڈیویجولایسےپیدا ہوئے۔</w:t>
      </w:r>
    </w:p>
    <w:p>
      <w:r>
        <w:rPr>
          <w:b/>
        </w:rPr>
        <w:t xml:space="preserve">[04:54] </w:t>
      </w:r>
      <w:r>
        <w:t>baqi duniya ka saara karobar wahin chalta raha.</w:t>
      </w:r>
    </w:p>
    <w:p>
      <w:pPr>
        <w:jc w:val="right"/>
      </w:pPr>
      <w:r>
        <w:t>باقی دنیا کا ساراکاروباروہیںچلتارہا۔</w:t>
      </w:r>
    </w:p>
    <w:p>
      <w:r>
        <w:rPr>
          <w:b/>
        </w:rPr>
        <w:t xml:space="preserve">[05:02] </w:t>
      </w:r>
      <w:r>
        <w:t>to log, logon ne kya kiya? jo cheezein dikhai deti thin zyada badi, jaise suraj, chand, sitare, usko leke poojne.</w:t>
      </w:r>
    </w:p>
    <w:p>
      <w:pPr>
        <w:jc w:val="right"/>
      </w:pPr>
      <w:r>
        <w:t>تو لوگ ،لوگوںنےکیاکیا ؟ جو چیزیںدکھائیدیتیتھیںزیادہ بڑی ،جیسےسورج ،چاند ،ستارے ،اسکو لےکےپوجنے۔</w:t>
      </w:r>
    </w:p>
    <w:p>
      <w:r>
        <w:rPr>
          <w:b/>
        </w:rPr>
        <w:t xml:space="preserve">[05:14] </w:t>
      </w:r>
      <w:r>
        <w:t>yani hazaron saal tak insaan poojta raha hai, yani nature ko. nature ko.</w:t>
      </w:r>
    </w:p>
    <w:p>
      <w:pPr>
        <w:jc w:val="right"/>
      </w:pPr>
      <w:r>
        <w:t>یعنیہزاروںسال تک انسان پوجتارہاہے، یعنی نیچرکو ۔ نیچرکو ۔</w:t>
      </w:r>
    </w:p>
    <w:p>
      <w:r>
        <w:rPr>
          <w:b/>
        </w:rPr>
        <w:t xml:space="preserve">[05:27] </w:t>
      </w:r>
      <w:r>
        <w:t>mazahir fitrat ko. to goya ke woh kehta raha hai ke "suraj, chand ka mehmaan ap rahbar". hazaron saal tak yahi jaari raha.</w:t>
      </w:r>
    </w:p>
    <w:p>
      <w:pPr>
        <w:jc w:val="right"/>
      </w:pPr>
      <w:r>
        <w:t>مظاہرفطرتکو ۔توگویاکہوہکہتارہا ہےکہ "سورج،چاندکیمہمااپ رمپار"۔ ہزار وںسال تکیہیجاریرہا۔</w:t>
      </w:r>
    </w:p>
    <w:p>
      <w:r>
        <w:rPr>
          <w:b/>
        </w:rPr>
        <w:t xml:space="preserve">[05:39] </w:t>
      </w:r>
      <w:r>
        <w:t>paighambar aaye lekin kisi ne unki baat, kuch individuals ne maani, baqi koi zyada log idhar maail nahin hue.</w:t>
      </w:r>
    </w:p>
    <w:p>
      <w:pPr>
        <w:jc w:val="right"/>
      </w:pPr>
      <w:r>
        <w:t>پیغمبرآئےلیکن کسینےانکیبات، کچھ انڈیویجولزنےمانی، باقی کوئیزیادہ لوگ ادھر مائلنہیںہوئے۔</w:t>
      </w:r>
    </w:p>
    <w:p>
      <w:r>
        <w:rPr>
          <w:b/>
        </w:rPr>
        <w:t xml:space="preserve">[05:51] </w:t>
      </w:r>
      <w:r>
        <w:t>phir 6th century ad mein aakhri paighambar aaye, aur Allah ki khaas madad se aapko yeh mauqa mila ke aap ek team banayein,</w:t>
      </w:r>
    </w:p>
    <w:p>
      <w:pPr>
        <w:jc w:val="right"/>
      </w:pPr>
      <w:r>
        <w:t>پھر سیونسینچریاےڈیمیں آخریپیغمبرآئے، اور اللہ کی خاص مد دسے آپکو یہموقعملاکہآپایکٹیم بنائیں،</w:t>
      </w:r>
    </w:p>
    <w:p>
      <w:r>
        <w:rPr>
          <w:b/>
        </w:rPr>
        <w:t xml:space="preserve">[06:09] </w:t>
      </w:r>
      <w:r>
        <w:t>jisko hum "ashab-e-rasool" kehte hain.</w:t>
      </w:r>
    </w:p>
    <w:p>
      <w:pPr>
        <w:jc w:val="right"/>
      </w:pPr>
      <w:r>
        <w:t>جسکوہم"اصحابرسول"کہتےہیں۔</w:t>
      </w:r>
    </w:p>
    <w:p>
      <w:r>
        <w:rPr>
          <w:b/>
        </w:rPr>
        <w:t xml:space="preserve">[06:13] </w:t>
      </w:r>
      <w:r>
        <w:t>to is team ne ek tareekh mein ek naya revolution paida kiya, revolution, inqalab. is inqalab ka zikr kiya hai, yani historians ne.</w:t>
      </w:r>
    </w:p>
    <w:p>
      <w:pPr>
        <w:jc w:val="right"/>
      </w:pPr>
      <w:r>
        <w:t>تو اس ٹیم نے ایک تاریخ میں ایک نیا ریولوشنپیدا کیا،ریولوشن،ان قل اب ۔ اس انقلابکا ذکر کیا ہے، یعنیہسٹورینزنے۔</w:t>
      </w:r>
    </w:p>
    <w:p>
      <w:r>
        <w:rPr>
          <w:b/>
        </w:rPr>
        <w:t xml:space="preserve">[06:29] </w:t>
      </w:r>
      <w:r>
        <w:t>mislan french historian woh hai, France ka historian Henry Berrin, is inqalab ko batate hue kehta hai ke "Islam changed the face of the globe".</w:t>
      </w:r>
    </w:p>
    <w:p>
      <w:pPr>
        <w:jc w:val="right"/>
      </w:pPr>
      <w:r>
        <w:t>مثلاً فرنچہسٹورینجوہے، فرانس کاہسٹورین ہنریبرین، اس انقلابکوبتاتےہوئےکہتاہے کہ"اسلام چینجدافیسآفداگلوب"۔</w:t>
      </w:r>
    </w:p>
    <w:p>
      <w:r>
        <w:rPr>
          <w:b/>
        </w:rPr>
        <w:t xml:space="preserve">[06:43] </w:t>
      </w:r>
      <w:r>
        <w:t>the traditional order of history was overthrown.</w:t>
      </w:r>
    </w:p>
    <w:p>
      <w:pPr>
        <w:jc w:val="right"/>
      </w:pPr>
      <w:r>
        <w:t>دا ٹریڈیشنلآرڈرآفہسٹریوازورتھر ون۔</w:t>
      </w:r>
    </w:p>
    <w:p>
      <w:r>
        <w:rPr>
          <w:b/>
        </w:rPr>
        <w:t xml:space="preserve">[06:49] </w:t>
      </w:r>
      <w:r>
        <w:t>to kya hua? ek process shuru hua. dekhiye, koi bhi inqalab achanak nahin hota do din mein. kabhi aisa nahin hota.</w:t>
      </w:r>
    </w:p>
    <w:p>
      <w:pPr>
        <w:jc w:val="right"/>
      </w:pPr>
      <w:r>
        <w:t>توکیا ہوا؟ایک پراسیسنیا ۔دیکھیے،کوئیبھی انقلاب اچانکنہیںہوتا دودنمیں ۔ کبھیایسانہیںہوتا۔</w:t>
      </w:r>
    </w:p>
    <w:p>
      <w:r>
        <w:rPr>
          <w:b/>
        </w:rPr>
        <w:t xml:space="preserve">[07:01] </w:t>
      </w:r>
      <w:r>
        <w:t>aapko ek darakht ugahna ho, ek oak ka, ek oak ka, to do din mein ug sakta hai woh. uske liye to sau saal lagenge.</w:t>
      </w:r>
    </w:p>
    <w:p>
      <w:pPr>
        <w:jc w:val="right"/>
      </w:pPr>
      <w:r>
        <w:t>آپکو ایک درختاگاناہو،ایکسیسم کا،ایک اوککا ،تو دودنمیںاگسکتاہےوہ ۔ اسکےلیےتو سو ساللگیںگے۔</w:t>
      </w:r>
    </w:p>
    <w:p>
      <w:r>
        <w:rPr>
          <w:b/>
        </w:rPr>
        <w:t xml:space="preserve">[07:12] </w:t>
      </w:r>
      <w:r>
        <w:t>to tareekh mein koi inqalab laane ke liye ek lamba process chalta hai. to 6th century ad mein ashab-e-rasool ne jo inqalab barpa kiya, us ka matlab kya tha?</w:t>
      </w:r>
    </w:p>
    <w:p>
      <w:pPr>
        <w:jc w:val="right"/>
      </w:pPr>
      <w:r>
        <w:t>تو تاریخ میںکوئیانقلاب لانےکےلیےایکلمبا پراسیس چلتاہے۔ تو سیونسینچریاےڈیمیں اصحابرسولنےجوانقلاببرپاکیا، اسکامطلبکیاتھا؟</w:t>
      </w:r>
    </w:p>
    <w:p>
      <w:r>
        <w:rPr>
          <w:b/>
        </w:rPr>
        <w:t xml:space="preserve">[07:25] </w:t>
      </w:r>
      <w:r>
        <w:t>ek process jaari hua. ek process. uska culmination tha jo Renaissance ke shuru mein western Europe mein hua.</w:t>
      </w:r>
    </w:p>
    <w:p>
      <w:pPr>
        <w:jc w:val="right"/>
      </w:pPr>
      <w:r>
        <w:t>ایک پراسیسجاریہوا۔ ایک پراسیس۔ اسکا کل منیشنتھا جو رینیساںکیشکلمیں ویسٹرنیورپمیںہوا ۔</w:t>
      </w:r>
    </w:p>
    <w:p>
      <w:r>
        <w:rPr>
          <w:b/>
        </w:rPr>
        <w:t xml:space="preserve">[07:39] </w:t>
      </w:r>
      <w:r>
        <w:t>16th sadi, 17th sadi, 18th sadi, 19th sadi, jo yeh zaman hai, wahan aakar culmination hua.</w:t>
      </w:r>
    </w:p>
    <w:p>
      <w:pPr>
        <w:jc w:val="right"/>
      </w:pPr>
      <w:r>
        <w:t>سولہویںصدی ،سترہویںصدی،اٹھارویںصدی،انیسویںصدی،جویہ زمان ہجوہے، وہاںآکرکلمنیشنہوا۔</w:t>
      </w:r>
    </w:p>
    <w:p>
      <w:r>
        <w:rPr>
          <w:b/>
        </w:rPr>
        <w:t xml:space="preserve">[07:52] </w:t>
      </w:r>
      <w:r>
        <w:t>magar musalmanon ne isko samjha nahin. ummat-e-muslima ne isko samjha nahin. kuch bhi nahin samjha. kuch bhi nahin samjha.</w:t>
      </w:r>
    </w:p>
    <w:p>
      <w:pPr>
        <w:jc w:val="right"/>
      </w:pPr>
      <w:r>
        <w:t>مگر مسلمانوںنےاسکوسمجھانہیں۔امتمسلمہنےاسکوسمجھانہیں۔ کچھبھینہیںسمجھا۔ کچھبھینہیںسمجھا۔</w:t>
      </w:r>
    </w:p>
    <w:p>
      <w:r>
        <w:rPr>
          <w:b/>
        </w:rPr>
        <w:t xml:space="preserve">[08:03] </w:t>
      </w:r>
      <w:r>
        <w:t>aur khwamkhwah ladne lage.</w:t>
      </w:r>
    </w:p>
    <w:p>
      <w:pPr>
        <w:jc w:val="right"/>
      </w:pPr>
      <w:r>
        <w:t>اورخوامخواہلڑنےلگے۔</w:t>
      </w:r>
    </w:p>
    <w:p>
      <w:r>
        <w:rPr>
          <w:b/>
        </w:rPr>
        <w:t xml:space="preserve">[08:06] </w:t>
      </w:r>
      <w:r>
        <w:t>dekhiye, main aapko yaad dilana chahta hoon ek ayat. Quran ke chapter number 48. uska naam hai "Al-Fath".</w:t>
      </w:r>
    </w:p>
    <w:p>
      <w:pPr>
        <w:jc w:val="right"/>
      </w:pPr>
      <w:r>
        <w:t>دیکھیے،میںآپکو یاددلاناچاہتاہوںایکآیت ۔قرآن کے چیپٹرنمبر فورٹیایٹ ۔اسکانامہے"الفتح"۔</w:t>
      </w:r>
    </w:p>
    <w:p>
      <w:r>
        <w:rPr>
          <w:b/>
        </w:rPr>
        <w:t xml:space="preserve">[08:18] </w:t>
      </w:r>
      <w:r>
        <w:t>uske aakhir mein yeh ayat hain: "Muhammadur rasool Allah wallazina ma'ahu ashidda'u 'alal kuffari ruhamu' bainahum taraahum rukka'an sujjada'n yabtaghuna fadlam min Allah wa rizwanan simahum fi wujuhim min atharis sujoodi zhalika masaluhum fit tawrati".</w:t>
      </w:r>
    </w:p>
    <w:p>
      <w:pPr>
        <w:jc w:val="right"/>
      </w:pPr>
      <w:r>
        <w:t>اسکے آخر میں یہآیت یںہیں: "محمد رسول اللہ والذین معہ اش داع الکفار رحما بین ہم تراہم رکان سجد ۃ یا ف ضلمن اللہ ورضوان افی وجوہمن سرسجود ذالک مثل فی التورات"۔</w:t>
      </w:r>
    </w:p>
    <w:p>
      <w:r>
        <w:rPr>
          <w:b/>
        </w:rPr>
        <w:t xml:space="preserve">[08:43] </w:t>
      </w:r>
      <w:r>
        <w:t>yeh ek hissa hua. "Wa masaluhum fil injili kazar'in akhraja haftahuru fa'azzarahu fastaghlaza fa'istaqama 'ala suqih</w:t>
      </w:r>
    </w:p>
    <w:p>
      <w:pPr>
        <w:jc w:val="right"/>
      </w:pPr>
      <w:r>
        <w:t>یہایکحصہہوا۔ "وم ثل فیالانجیل کا زرین اخرج ہفت ح فاضر ہفستغل سوقہ</w:t>
      </w:r>
    </w:p>
    <w:p>
      <w:r>
        <w:rPr>
          <w:b/>
        </w:rPr>
        <w:t xml:space="preserve">[08:53] </w:t>
      </w:r>
      <w:r>
        <w:t>yujab al-dhar 'alayh bi-malik al-kuffar". is surah mein ke aakhir mein jo aayatein hain,</w:t>
      </w:r>
    </w:p>
    <w:p>
      <w:pPr>
        <w:jc w:val="right"/>
      </w:pPr>
      <w:r>
        <w:t>یوجب الذ را علیہ بہمالکفار"۔ اسسورہمیں کے آخرمیںجو آیتیںہیں،</w:t>
      </w:r>
    </w:p>
    <w:p>
      <w:r>
        <w:rPr>
          <w:b/>
        </w:rPr>
        <w:t xml:space="preserve">[09:04] </w:t>
      </w:r>
      <w:r>
        <w:t>ismein do hisse hain. pehla hissa woh hai jiske bare mein kaha gaya ke torah mein aiza-e-prediction yeh baat batai ja chuki hai. aur doosra hissa woh hai jiske bare mein kaha gaya ke aiza-e-prediction anjeel mein bataya gaya hai.</w:t>
      </w:r>
    </w:p>
    <w:p>
      <w:pPr>
        <w:jc w:val="right"/>
      </w:pPr>
      <w:r>
        <w:t>اسمیں دوحصےہیں۔ پہلاحصہوہہےجسکےبارےمیںکہاگیاکہتوراتمیں ایزاےپریڈکشن یہباتبتائیجاچکیہے۔ اوردوسراحصہوہہےجسکےبارےمیںکہاگیاکہایزاے پریڈکشنانجیلمیںبتایاگیاہے۔</w:t>
      </w:r>
    </w:p>
    <w:p>
      <w:r>
        <w:rPr>
          <w:b/>
        </w:rPr>
        <w:t xml:space="preserve">[09:20] </w:t>
      </w:r>
      <w:r>
        <w:t>to pehle hisse mein kya hai? ashaab-e-rasool ka c-in-century mein, ya'ni apne contemporary period mein</w:t>
      </w:r>
    </w:p>
    <w:p>
      <w:pPr>
        <w:jc w:val="right"/>
      </w:pPr>
      <w:r>
        <w:t>تو پہلے حصےمیںکیاہے؟ اصحاب رسول کا سیونسینچریمیں ،یعنیاپنے کنٹمپریریپیریڈمیں</w:t>
      </w:r>
    </w:p>
    <w:p>
      <w:r>
        <w:rPr>
          <w:b/>
        </w:rPr>
        <w:t xml:space="preserve">[09:33] </w:t>
      </w:r>
      <w:r>
        <w:t>jo hua, uski taraf ishara hai. us waqt jo inqilaab laaye, woh c-in-century mein jo inqilaab laaye, uska zikr hai torah mein, quran mein jo hawala diya gaya hai.</w:t>
      </w:r>
    </w:p>
    <w:p>
      <w:pPr>
        <w:jc w:val="right"/>
      </w:pPr>
      <w:r>
        <w:t>جو ہوا ،اسکیطرف اشار ہہے۔ اس وقتجوانقلابلائے،وہ سیونسینچریمیںجوانقلابلائے، اسکا ذکرہے توراتمیں، قرآن میںجوحوالہ دیاگیاہے۔</w:t>
      </w:r>
    </w:p>
    <w:p>
      <w:r>
        <w:rPr>
          <w:b/>
        </w:rPr>
        <w:t xml:space="preserve">[09:46] </w:t>
      </w:r>
      <w:r>
        <w:t>aur anjeel mein jo hai, woh woh process ka zikr hai, process. kyunke ismein bataya gaya hai ke ek paudha zameen mein dala jaata hai, ugta hai, phir itna uska mazboot hota hai, phir branches nikalti hain, phir patiyan, phir phool aur phal.</w:t>
      </w:r>
    </w:p>
    <w:p>
      <w:pPr>
        <w:jc w:val="right"/>
      </w:pPr>
      <w:r>
        <w:t>اور انجیلمیںجوہے، وہ وہ پراسیسکاذکرہے،پراسیس۔ کیونکہاسمیںبتایاگیاہےکہ ایک پودازمین میںڈالاجاتاہے، اگتاہے، پھرتنااسکامضبوطہوتاہے، پھر برانچزنکلتیہیں،پھر پتیاں،پھرپھول اورپھل۔</w:t>
      </w:r>
    </w:p>
    <w:p>
      <w:r>
        <w:rPr>
          <w:b/>
        </w:rPr>
        <w:t xml:space="preserve">[10:06] </w:t>
      </w:r>
      <w:r>
        <w:t>yeh hai.</w:t>
      </w:r>
    </w:p>
    <w:p>
      <w:pPr>
        <w:jc w:val="right"/>
      </w:pPr>
      <w:r>
        <w:t>یہہے۔</w:t>
      </w:r>
    </w:p>
    <w:p>
      <w:r>
        <w:rPr>
          <w:b/>
        </w:rPr>
        <w:t xml:space="preserve">[10:29] </w:t>
      </w:r>
      <w:r>
        <w:t>to yeh darakht jo hai, kya hai? ek process ke roop mein aage badhta hai. woh achanak nahi badhta. darakht ki tamseel jo yahan par hai, darakht ki misaal,</w:t>
      </w:r>
    </w:p>
    <w:p>
      <w:pPr>
        <w:jc w:val="right"/>
      </w:pPr>
      <w:r>
        <w:t>تویہ درختجوہے،کیاہے؟ ایک پراسیسکےروپمیںآگےبڑھتاہے۔وہ اچانکنہیںبڑھتا۔ درختکی تمثیلجویہاںپرہے، درختکیمثال،</w:t>
      </w:r>
    </w:p>
    <w:p>
      <w:r>
        <w:rPr>
          <w:b/>
        </w:rPr>
        <w:t xml:space="preserve">[10:42] </w:t>
      </w:r>
      <w:r>
        <w:t>woh darasal process ko batane ke liye hai</w:t>
      </w:r>
    </w:p>
    <w:p>
      <w:pPr>
        <w:jc w:val="right"/>
      </w:pPr>
      <w:r>
        <w:t>وہدراصل پراسیسکوبتانےکےلیے ہے</w:t>
      </w:r>
    </w:p>
    <w:p>
      <w:r>
        <w:rPr>
          <w:b/>
        </w:rPr>
        <w:t xml:space="preserve">[10:46] </w:t>
      </w:r>
      <w:r>
        <w:t>ke ashaab-e-rasool ke zariye ek waqea woh hoga jo is zamane mein ho jayega, ya'ni c-in-century mein ho jayega. aur doosra waqea jo hai, woh process ke roop mein aage badhega, hota hote hote apne culmination ko pahunchega.</w:t>
      </w:r>
    </w:p>
    <w:p>
      <w:pPr>
        <w:jc w:val="right"/>
      </w:pPr>
      <w:r>
        <w:t>کہ اصحاب رسول کےذریعےایک واقعہوہہوگا جو اسیزمانےمیںہوجائےگا،یعنیسیونسینچریمیںہوجائےگا۔ اور دوس را واقعہجوہے، وہ پراسیسکےروپمیں آگےبڑھےگا،ہوتاہوتےہوتے اپنے کلمنیشنکوپہنچےگا۔</w:t>
      </w:r>
    </w:p>
    <w:p>
      <w:r>
        <w:rPr>
          <w:b/>
        </w:rPr>
        <w:t xml:space="preserve">[11:01] </w:t>
      </w:r>
      <w:r>
        <w:t>to darakht ki tamseel jo di gayi yahan par, woh ek process ki tamseel hai. in terms of process.</w:t>
      </w:r>
    </w:p>
    <w:p>
      <w:pPr>
        <w:jc w:val="right"/>
      </w:pPr>
      <w:r>
        <w:t>تو درختکیتمثیل جودیگئییہاںپر، وہایک پراسیس کیتمثیلہے۔ انٹرمزآفپراسیس۔</w:t>
      </w:r>
    </w:p>
    <w:p>
      <w:r>
        <w:rPr>
          <w:b/>
        </w:rPr>
        <w:t xml:space="preserve">[11:11] </w:t>
      </w:r>
      <w:r>
        <w:t>to pehla jo hissa hai torah ke hawale se, woh hai in terms of immediate result ko bataya gaya hai.</w:t>
      </w:r>
    </w:p>
    <w:p>
      <w:pPr>
        <w:jc w:val="right"/>
      </w:pPr>
      <w:r>
        <w:t>تو پہلاجو حصہہے توراتکےحوالےسے،وہہے انٹرمزآف امیڈی ٹ رزلٹ کوبتایاگیاہے۔</w:t>
      </w:r>
    </w:p>
    <w:p>
      <w:r>
        <w:rPr>
          <w:b/>
        </w:rPr>
        <w:t xml:space="preserve">[11:20] </w:t>
      </w:r>
      <w:r>
        <w:t>doosra hissa jo anjeel ke hawale se hai, woh in terms of process ko bataya gaya hai. to quran mein ek aur aayat hai ke "wa qaatiloo hatta laa takuna fitnatun wa yakuna ad-deenu lillahi". inse qital karo yahan tak ke fitna na rahe aur deen sabka sab Allah ke liye ho jaye.</w:t>
      </w:r>
    </w:p>
    <w:p>
      <w:pPr>
        <w:jc w:val="right"/>
      </w:pPr>
      <w:r>
        <w:t>دوسرا حصہجو انجیلکےحوالےسےہے، وہ انٹرمزآفپراسیسکوبتایاگیاہے۔ تو قرآنمیں ایکاورآیتہے کہ" وقاتلو مت لات کونفت نہ کل للہ"۔انسے قتالکرو یہاںتککہفتنہنہرہے اور دین سبکاسباللہ کےلیےہوجائے۔</w:t>
      </w:r>
    </w:p>
    <w:p>
      <w:r>
        <w:rPr>
          <w:b/>
        </w:rPr>
        <w:t xml:space="preserve">[11:41] </w:t>
      </w:r>
      <w:r>
        <w:t>yahan fitna se ma'ni saaleh mufassireen jo hai, shirk lete hain. shirk, fitna ma'ni shirk. lekin qital ka ma'ni qital nahi hai. yaad rakhiye, mufassireen isko to samjhe ke fitna ka matlab shirk hai. yeh sahi samjha unhone ke shirk khatam ho jaye, ya'ni aur deen gaud ki hukumat khatam ho jaye.</w:t>
      </w:r>
    </w:p>
    <w:p>
      <w:pPr>
        <w:jc w:val="right"/>
      </w:pPr>
      <w:r>
        <w:t>یہاں فتنہسے معنیصالح مفسرینجوہے،شرکلیتےہیں۔شرک ، فتنہمعنیشرک ۔ لیکن قتالکامعنیقتالنہیںہے۔یادرکھیے، مفسرین اسکوتوسمجھے کہفتنہکامطلب شرکرہے۔یہصحیحسمجھاانہوںنے کہشرکختمہوجائے،یعنی ادردینگاڈکیمہما ختمہوجائے۔</w:t>
      </w:r>
    </w:p>
    <w:p>
      <w:r>
        <w:rPr>
          <w:b/>
        </w:rPr>
        <w:t xml:space="preserve">[12:03] </w:t>
      </w:r>
      <w:r>
        <w:t>saari duniya mein gaud ki hukumat aur ampar ka daur aaye, yeh hai.</w:t>
      </w:r>
    </w:p>
    <w:p>
      <w:pPr>
        <w:jc w:val="right"/>
      </w:pPr>
      <w:r>
        <w:t>ساریدنیامیںگاڈکیمہمااپرمپار کادور آئے، یہہے۔</w:t>
      </w:r>
    </w:p>
    <w:p>
      <w:r>
        <w:rPr>
          <w:b/>
        </w:rPr>
        <w:t xml:space="preserve">[12:08] </w:t>
      </w:r>
      <w:r>
        <w:t>lekin qital ka ma'ni qital nahi hai. utmost struggle ke ma'ni hain. ji jaan se mehnat karna, is jid-o-jihad ke ma'ni hain.</w:t>
      </w:r>
    </w:p>
    <w:p>
      <w:pPr>
        <w:jc w:val="right"/>
      </w:pPr>
      <w:r>
        <w:t>لیکن قتالکامعنیقتالنہیںہے۔ اٹموسٹ سٹرگلکےمعنیہیں۔ جیجانسےمحنتکرنا،اسجد وجہدکےمعنیمیں۔</w:t>
      </w:r>
    </w:p>
    <w:p>
      <w:r>
        <w:rPr>
          <w:b/>
        </w:rPr>
        <w:t xml:space="preserve">[12:19] </w:t>
      </w:r>
      <w:r>
        <w:t>dekhiye, qital ke ma'ni lafzi to ladai ke hain, lekin har zaban mein bola jaata hai ladai ka lafz zabardast jid-o-jihad ke liye.</w:t>
      </w:r>
    </w:p>
    <w:p>
      <w:pPr>
        <w:jc w:val="right"/>
      </w:pPr>
      <w:r>
        <w:t>دیکھیے،قتال کےمعنیلفظیتولڑائیکےہیں، لیکن ہرزبان میں بولاجاتا ہے لڑائیکالفظ زبردستجد وجہدکےلیے۔</w:t>
      </w:r>
    </w:p>
    <w:p>
      <w:r>
        <w:rPr>
          <w:b/>
        </w:rPr>
        <w:t xml:space="preserve">[12:30] </w:t>
      </w:r>
      <w:r>
        <w:t>maslan hum apne desh mein, apni zaban mein kehte hain: "humko kamal taqaton se ladna hai. humko katraon se ladna hai." to iska matlab thodi ke humko armies ke zariye inse jang karna hai.</w:t>
      </w:r>
    </w:p>
    <w:p>
      <w:pPr>
        <w:jc w:val="right"/>
      </w:pPr>
      <w:r>
        <w:t>مثلاًہماپنےدیشمیں،اپنی زبان میںکہتےہیں: "ہمکو کملرطاقتوںسےلڑناہے۔ ہمکو کٹروادسےلڑناہے۔" تواسکامطلبتھوڑیکہہمکو آرمیسے ذریعےانسےجنگ کرناہے۔</w:t>
      </w:r>
    </w:p>
    <w:p>
      <w:r>
        <w:rPr>
          <w:b/>
        </w:rPr>
        <w:t xml:space="preserve">[12:46] </w:t>
      </w:r>
      <w:r>
        <w:t>yeh matlab nahi hota.</w:t>
      </w:r>
    </w:p>
    <w:p>
      <w:pPr>
        <w:jc w:val="right"/>
      </w:pPr>
      <w:r>
        <w:t>یہمطلبنہیںہوتا۔</w:t>
      </w:r>
    </w:p>
    <w:p>
      <w:r>
        <w:rPr>
          <w:b/>
        </w:rPr>
        <w:t xml:space="preserve">[12:47] </w:t>
      </w:r>
      <w:r>
        <w:t>ladna ka lafz yahan par hota hai sirf zor dene ke liye ke zabardast koshish karna hai humein. angrezi mein fight bolte hain: "humko fight karna hai.</w:t>
      </w:r>
    </w:p>
    <w:p>
      <w:pPr>
        <w:jc w:val="right"/>
      </w:pPr>
      <w:r>
        <w:t>لڑنا کالفظیہاںپرہوتاہےصرف زوردینےکےلیے کہ زبردستکوششکرناہےہمیں۔ انگریزیمیںفائٹبولتےہیں:"ہمکوفائٹکرناہے۔</w:t>
      </w:r>
    </w:p>
    <w:p>
      <w:r>
        <w:rPr>
          <w:b/>
        </w:rPr>
        <w:t xml:space="preserve">[12:57] </w:t>
      </w:r>
      <w:r>
        <w:t>hum kamal se fight karna hai." to iska matlab bhi nahi hota ke bandook chalana hai.</w:t>
      </w:r>
    </w:p>
    <w:p>
      <w:pPr>
        <w:jc w:val="right"/>
      </w:pPr>
      <w:r>
        <w:t>ہم کملسے فائٹکرناہے۔" تو اسکامطلبیہنہیںہوتاکہ بندوقچلاناہے۔</w:t>
      </w:r>
    </w:p>
    <w:p>
      <w:r>
        <w:rPr>
          <w:b/>
        </w:rPr>
        <w:t xml:space="preserve">[13:06] </w:t>
      </w:r>
      <w:r>
        <w:t>to arabi mein qital, urdu mein ladna, english mein fight, yeh sab jo hai lafzi taur par bilashubah iske ma'ni ladai ke hain.</w:t>
      </w:r>
    </w:p>
    <w:p>
      <w:pPr>
        <w:jc w:val="right"/>
      </w:pPr>
      <w:r>
        <w:t>تو عربیمیں قتال ،اردومیںلڑنا،انگل شمیںفائٹ، یہ سب جوہے لٹرلطورپر بلاشبہاسکےمعنیلڑائیکےہیں۔</w:t>
      </w:r>
    </w:p>
    <w:p>
      <w:r>
        <w:rPr>
          <w:b/>
        </w:rPr>
        <w:t xml:space="preserve">[13:16] </w:t>
      </w:r>
      <w:r>
        <w:t>lekin istemal ke taur par har zaban mein yeh lafz bola jaata hai zabardast koshish karne ke liye. wahi yahan bhi hai</w:t>
      </w:r>
    </w:p>
    <w:p>
      <w:pPr>
        <w:jc w:val="right"/>
      </w:pPr>
      <w:r>
        <w:t>لیکن استعمال کےطورپرہرزبان میںیہلفظبولاجاتاہےزبردستکوششکرنےکےلیے۔ وہییہاںبھیہے</w:t>
      </w:r>
    </w:p>
    <w:p>
      <w:r>
        <w:rPr>
          <w:b/>
        </w:rPr>
        <w:t xml:space="preserve">[13:25] </w:t>
      </w:r>
      <w:r>
        <w:t>ke zabardast koshish karo, utmost struggle karo, saari tawanaai laga do taake shirk khatam ho aur deen sabka sab Allah ke liye ho jaye.</w:t>
      </w:r>
    </w:p>
    <w:p>
      <w:pPr>
        <w:jc w:val="right"/>
      </w:pPr>
      <w:r>
        <w:t>کہ زبردستکوششکرو، اٹموسٹ سٹرگلکرو، ساری توانائیلگادو تاکہ شرکختمہو اور دین سبکاسباللہکےلیےہوجائے۔</w:t>
      </w:r>
    </w:p>
    <w:p>
      <w:r>
        <w:rPr>
          <w:b/>
        </w:rPr>
        <w:t xml:space="preserve">[13:40] </w:t>
      </w:r>
      <w:r>
        <w:t>sabke liye Allah ke liye ma'ni kya hain? yeh yahin ke gaud ki hukumat aur ampar ka daur aajaye, Allah Akbar ka daur aajaye.</w:t>
      </w:r>
    </w:p>
    <w:p>
      <w:pPr>
        <w:jc w:val="right"/>
      </w:pPr>
      <w:r>
        <w:t>سبکےلیےاللہکےلیےمعنیکیاہیں؟ یہیہیں کہ گاڈکیمہمااپرمپارکادورآجائے، اللہ اکبرکادورآجائے۔</w:t>
      </w:r>
    </w:p>
    <w:p>
      <w:r>
        <w:rPr>
          <w:b/>
        </w:rPr>
        <w:t xml:space="preserve">[13:55] </w:t>
      </w:r>
      <w:r>
        <w:t>to ek aayat, ek hadith hai: "la tan qadi aja'ib" ya'ni quran ke aja'ib khatam nahi honge.</w:t>
      </w:r>
    </w:p>
    <w:p>
      <w:pPr>
        <w:jc w:val="right"/>
      </w:pPr>
      <w:r>
        <w:t>تو ایک آیت، ایک حدیثہے: "لا تن قضی عجائب" ی عنیقرآنکےعجائبختمنہیںہوںگے۔</w:t>
      </w:r>
    </w:p>
    <w:p>
      <w:r>
        <w:rPr>
          <w:b/>
        </w:rPr>
        <w:t xml:space="preserve">[14:05] </w:t>
      </w:r>
      <w:r>
        <w:t>yahan bhedikhiye, ajab ke mani karishma ke nahin hain. ajab ke mani karishma ke nahin hain. ajab ke mani hain ke quran ke kuch mani woh hain jo us waqt samajh mein aayenge jo jab utra tha quran.</w:t>
      </w:r>
    </w:p>
    <w:p>
      <w:pPr>
        <w:jc w:val="right"/>
      </w:pPr>
      <w:r>
        <w:t>یہاںبھیدیکھیے،عجائبکےمعنی کرشمہکےنہیںہیں۔ عجائبکےمعنیکرشمہکےنہیں۔عجائبکےمعنیہیں کہقرآن کے کچھ معنیوہہیں جو اسوقت سمجھمیںآئیںگےجوجب اتراتھاقرآن۔</w:t>
      </w:r>
    </w:p>
    <w:p>
      <w:r>
        <w:rPr>
          <w:b/>
        </w:rPr>
        <w:t xml:space="preserve">[14:21] </w:t>
      </w:r>
      <w:r>
        <w:t>k</w:t>
      </w:r>
    </w:p>
    <w:p>
      <w:pPr>
        <w:jc w:val="right"/>
      </w:pPr>
      <w:r>
        <w:t>ک</w:t>
      </w:r>
    </w:p>
    <w:p>
      <w:r>
        <w:rPr>
          <w:b/>
        </w:rPr>
        <w:t xml:space="preserve">[14:22] </w:t>
      </w:r>
      <w:r>
        <w:t>chhawar pehlu hain jo baad ko khulenge, baad ke zamanon mein. yani kuch cheezen quran ki present mein samajh mein aayengi, kuch future mein samajh mein aayengi. yeh matlab hai iska.</w:t>
      </w:r>
    </w:p>
    <w:p>
      <w:pPr>
        <w:jc w:val="right"/>
      </w:pPr>
      <w:r>
        <w:t>چھاور پہلوہیںجوبعدکوکھلیںگے، بعد کےزمان ےمیں۔ یعنیکچھچیزیںقرآنکی پریزنٹمیںسمجھمیں آئیںگی، کچھ فیوچرمیںسمجھمیںآئیںگی۔یہمطلبہےاسکا ۔</w:t>
      </w:r>
    </w:p>
    <w:p>
      <w:r>
        <w:rPr>
          <w:b/>
        </w:rPr>
        <w:t xml:space="preserve">[14:35] </w:t>
      </w:r>
      <w:r>
        <w:t>to yeh, yeh jo main keh raha hoon, iska ta'alluq isise hai.</w:t>
      </w:r>
    </w:p>
    <w:p>
      <w:pPr>
        <w:jc w:val="right"/>
      </w:pPr>
      <w:r>
        <w:t>تویہ، یہجو میںکہہرہاہوں،اسکاتعلق اسیسےہے۔</w:t>
      </w:r>
    </w:p>
    <w:p>
      <w:r>
        <w:rPr>
          <w:b/>
        </w:rPr>
        <w:t xml:space="preserve">[14:42] </w:t>
      </w:r>
      <w:r>
        <w:t>to jo inqilab laya gaya si 19th century mein, iska ek immediate result nikla jiska pehle zikr torat mein maujood tha.</w:t>
      </w:r>
    </w:p>
    <w:p>
      <w:pPr>
        <w:jc w:val="right"/>
      </w:pPr>
      <w:r>
        <w:t>تو جو انقلابلایاگیا سیونسینچریمیں، اسکا ایک امیڈیٹ رزلٹنکلا جسکا پیش گیذکر توراتمیںموجود تھا۔</w:t>
      </w:r>
    </w:p>
    <w:p>
      <w:r>
        <w:rPr>
          <w:b/>
        </w:rPr>
        <w:t xml:space="preserve">[14:57] </w:t>
      </w:r>
      <w:r>
        <w:t>phir iska ek process ke roop mein ek chala jiska result nikla taqreeban ek hazar saal baad.</w:t>
      </w:r>
    </w:p>
    <w:p>
      <w:pPr>
        <w:jc w:val="right"/>
      </w:pPr>
      <w:r>
        <w:t>پھراسکا ایکپراسیسکےروپمیں ایک چلا جسکا رزلٹنکلا تقریباًایکہزارسالبعد ۔</w:t>
      </w:r>
    </w:p>
    <w:p>
      <w:r>
        <w:rPr>
          <w:b/>
        </w:rPr>
        <w:t xml:space="preserve">[15:08] </w:t>
      </w:r>
      <w:r>
        <w:t>yeh result kya tha?</w:t>
      </w:r>
    </w:p>
    <w:p>
      <w:pPr>
        <w:jc w:val="right"/>
      </w:pPr>
      <w:r>
        <w:t>یہرزلٹکیاتھا ؟</w:t>
      </w:r>
    </w:p>
    <w:p>
      <w:r>
        <w:rPr>
          <w:b/>
        </w:rPr>
        <w:t xml:space="preserve">[15:10] </w:t>
      </w:r>
      <w:r>
        <w:t>yeh result tha science ka farogh, westernization, nai tehqiqat, nai taraqqiyan. is tarah poora zamana jo tha, sirf traditional knowledge hua karti thi, separation hua karta tha. is zamane mein jo uloom nature mein chhpe hue the, woh insan discover nahin kar paata tha, usse bekhabar tha.</w:t>
      </w:r>
    </w:p>
    <w:p>
      <w:pPr>
        <w:jc w:val="right"/>
      </w:pPr>
      <w:r>
        <w:t>یہرزلٹتھا سائنسکا فروغ،ویسٹرنسیرائزیشن، نئی تحقیقات،نئیترقیاں۔ اسطرحپورازمان ہجوتھا، صرفٹریڈیشنلنالجہواکرتیتھی، سپریشنہواکرتاتھا۔اسزمانےمیں جو علوم نیچرمیںچھپےہوئےتھے،وہانسان ڈسکورنہیںکرپاتاتھا، اسسےبےخبرتھا۔</w:t>
      </w:r>
    </w:p>
    <w:p>
      <w:r>
        <w:rPr>
          <w:b/>
        </w:rPr>
        <w:t xml:space="preserve">[15:34] </w:t>
      </w:r>
      <w:r>
        <w:t>woh</w:t>
      </w:r>
    </w:p>
    <w:p>
      <w:pPr>
        <w:jc w:val="right"/>
      </w:pPr>
      <w:r>
        <w:t>وہ</w:t>
      </w:r>
    </w:p>
    <w:p>
      <w:r>
        <w:rPr>
          <w:b/>
        </w:rPr>
        <w:t xml:space="preserve">[15:38] </w:t>
      </w:r>
      <w:r>
        <w:t>to yeh pehli baar sahi maanon mein jo daryaften hui hain nature ki, woh Europe mein hui hain.</w:t>
      </w:r>
    </w:p>
    <w:p>
      <w:pPr>
        <w:jc w:val="right"/>
      </w:pPr>
      <w:r>
        <w:t>تویہ پہلیبار صحیحمعنوںمیںجو دریا فتیںہوئی ہیں نیچرکی ،وہ یورپمیںہوئی ہیں۔</w:t>
      </w:r>
    </w:p>
    <w:p>
      <w:r>
        <w:rPr>
          <w:b/>
        </w:rPr>
        <w:t xml:space="preserve">[15:50] </w:t>
      </w:r>
      <w:r>
        <w:t>iski wajah se deen-e-tauheed ke liye ek naya maidan khula, naye mawaqe khule.</w:t>
      </w:r>
    </w:p>
    <w:p>
      <w:pPr>
        <w:jc w:val="right"/>
      </w:pPr>
      <w:r>
        <w:t>اسکی وجہ سے دین توحیدکےلیے ایک نیامیدانکھلا ، نئے مواقعکھلے۔</w:t>
      </w:r>
    </w:p>
    <w:p>
      <w:r>
        <w:rPr>
          <w:b/>
        </w:rPr>
        <w:t xml:space="preserve">[16:00] </w:t>
      </w:r>
      <w:r>
        <w:t>teen cheezen khaas taur par saamne aayin. basically</w:t>
      </w:r>
    </w:p>
    <w:p>
      <w:pPr>
        <w:jc w:val="right"/>
      </w:pPr>
      <w:r>
        <w:t>تینچیزیں خاص طورپرسامنےآئیں۔ بیسیکلی</w:t>
      </w:r>
    </w:p>
    <w:p>
      <w:r>
        <w:rPr>
          <w:b/>
        </w:rPr>
        <w:t xml:space="preserve">[16:05] </w:t>
      </w:r>
      <w:r>
        <w:t>number one, dekhiye, scientific evidence</w:t>
      </w:r>
    </w:p>
    <w:p>
      <w:pPr>
        <w:jc w:val="right"/>
      </w:pPr>
      <w:r>
        <w:t>نمبرون، دیکھیے، سائنٹیفکایویڈنس</w:t>
      </w:r>
    </w:p>
    <w:p>
      <w:r>
        <w:rPr>
          <w:b/>
        </w:rPr>
        <w:t xml:space="preserve">[16:14] </w:t>
      </w:r>
      <w:r>
        <w:t>yani tauheed ka jo deen hai, God based jo religion hai, iske haq mein scientific dalail, scientific evidence pehle maujood nahin thi kabhi bhi,</w:t>
      </w:r>
    </w:p>
    <w:p>
      <w:pPr>
        <w:jc w:val="right"/>
      </w:pPr>
      <w:r>
        <w:t>یعنیتوحیدکاجودینہے، گاڈ بیسڈ جو ریلیجنہے، اسکےحق میں سائنٹیفکدلائل، سائنٹیفکایویڈنس پہلے موجود نہیںتھی کبھیبھی،</w:t>
      </w:r>
    </w:p>
    <w:p>
      <w:r>
        <w:rPr>
          <w:b/>
        </w:rPr>
        <w:t xml:space="preserve">[16:28] </w:t>
      </w:r>
      <w:r>
        <w:t>kabhi bhi maujood nahin thi.</w:t>
      </w:r>
    </w:p>
    <w:p>
      <w:pPr>
        <w:jc w:val="right"/>
      </w:pPr>
      <w:r>
        <w:t>کبھیبھیموجود نہیں تھی۔</w:t>
      </w:r>
    </w:p>
    <w:p>
      <w:r>
        <w:rPr>
          <w:b/>
        </w:rPr>
        <w:t xml:space="preserve">[16:30] </w:t>
      </w:r>
      <w:r>
        <w:t>yeh pehli baar hamare qabze mein aayi hai scientific</w:t>
      </w:r>
    </w:p>
    <w:p>
      <w:pPr>
        <w:jc w:val="right"/>
      </w:pPr>
      <w:r>
        <w:t>یہ پہلیبار ہمارے قبضےمیںآئیہے سائنٹیفک</w:t>
      </w:r>
    </w:p>
    <w:p>
      <w:r>
        <w:rPr>
          <w:b/>
        </w:rPr>
        <w:t xml:space="preserve">[16:39] </w:t>
      </w:r>
      <w:r>
        <w:t>inqilab ke baad. woh hua hai abhi teen sau, char sau saal ke darmiyan jiska kal zikr tha 20th century, yani beeswin sadi mein.</w:t>
      </w:r>
    </w:p>
    <w:p>
      <w:pPr>
        <w:jc w:val="right"/>
      </w:pPr>
      <w:r>
        <w:t>انقلابکےبعد ۔ وہ ہواہے ابھی تینسو،چارسو سالکےدرمیان جسکا کل میشنتھا 20 سینچری، یعنیبیسویںصدی میں۔</w:t>
      </w:r>
    </w:p>
    <w:p>
      <w:r>
        <w:rPr>
          <w:b/>
        </w:rPr>
        <w:t xml:space="preserve">[16:52] </w:t>
      </w:r>
      <w:r>
        <w:t>solahwin sadi mein yeh shuru hua, daryaften shuru huin, satrahwin sadi mein jari rahin, atharahwin sadi mein jari rahin, unniswin sadi mein jari rahin,</w:t>
      </w:r>
    </w:p>
    <w:p>
      <w:pPr>
        <w:jc w:val="right"/>
      </w:pPr>
      <w:r>
        <w:t>سولہویںصدی میںیہشروع ہوا، دریا فتیںشروعہوئیں، سترہویںصدیمیںجاریرہیں،اٹھارویںصدیمیںجاریرہی،انیسویںصدیمیںجاریرہی،</w:t>
      </w:r>
    </w:p>
    <w:p>
      <w:r>
        <w:rPr>
          <w:b/>
        </w:rPr>
        <w:t xml:space="preserve">[17:00] </w:t>
      </w:r>
      <w:r>
        <w:t>yahan tak ke beeswin sadi mein science ki daryaften aakhri had tak pahunch gayin. is se deen-e-khudaWandi ke haq mein, tauheed ke haq mein ya Islam ke haq mein scientific evidence maujood mein aa gaya.</w:t>
      </w:r>
    </w:p>
    <w:p>
      <w:pPr>
        <w:jc w:val="right"/>
      </w:pPr>
      <w:r>
        <w:t>یہاںتککہ بیسویںصدی میں سائنسیدریا فتیں آخریحدتکپہنچگئیں۔ اس سے دین خداوندیکےحقمیں،توحیدکےحقمیں یا اسلام کےحق میں سائنٹیفکایویڈنسموجود میںآگیا۔</w:t>
      </w:r>
    </w:p>
    <w:p>
      <w:r>
        <w:rPr>
          <w:b/>
        </w:rPr>
        <w:t xml:space="preserve">[17:17] </w:t>
      </w:r>
      <w:r>
        <w:t>scientific evidence,</w:t>
      </w:r>
    </w:p>
    <w:p>
      <w:pPr>
        <w:jc w:val="right"/>
      </w:pPr>
      <w:r>
        <w:t>سائنٹیفکایویڈنس،</w:t>
      </w:r>
    </w:p>
    <w:p>
      <w:r>
        <w:rPr>
          <w:b/>
        </w:rPr>
        <w:t xml:space="preserve">[17:22] </w:t>
      </w:r>
      <w:r>
        <w:t>scientific evidence misaal ke taur par big bang ki daryaft hui.</w:t>
      </w:r>
    </w:p>
    <w:p>
      <w:pPr>
        <w:jc w:val="right"/>
      </w:pPr>
      <w:r>
        <w:t>سائنٹیفکایویڈنس مثالکےطورپر بگبینگکیدریافت ہوئی ۔</w:t>
      </w:r>
    </w:p>
    <w:p>
      <w:r>
        <w:rPr>
          <w:b/>
        </w:rPr>
        <w:t xml:space="preserve">[17:29] </w:t>
      </w:r>
      <w:r>
        <w:t>phir yeh daryaft hui ke big bang jo hai, jab hua to usse rays nikli aur, aur, aur space mein abhi bhi iske baqi reh gaye hain, iske kuch asraat jisko ripples kehte hain.</w:t>
      </w:r>
    </w:p>
    <w:p>
      <w:pPr>
        <w:jc w:val="right"/>
      </w:pPr>
      <w:r>
        <w:t>پھریہدریافتہوئی کہبگبینگجوہے، جبہوا تو اسسے ریزنکلیں اور ،اور ،اور اسپ یسمیں ابھیبھیاسکےباقیرہگئےہیں،اسکےکچھ اثرات جسکوریپلزکہتےہیں۔</w:t>
      </w:r>
    </w:p>
    <w:p>
      <w:r>
        <w:rPr>
          <w:b/>
        </w:rPr>
        <w:t xml:space="preserve">[17:49] </w:t>
      </w:r>
      <w:r>
        <w:t>to woh khaas tarah ki doorbeeniyon ke zariye se inko photo liya gaya.</w:t>
      </w:r>
    </w:p>
    <w:p>
      <w:pPr>
        <w:jc w:val="right"/>
      </w:pPr>
      <w:r>
        <w:t>تووہ خاص طرح کیدور بینیوںکےذریعےسےانکو فوٹولیاگیا۔</w:t>
      </w:r>
    </w:p>
    <w:p>
      <w:r>
        <w:rPr>
          <w:b/>
        </w:rPr>
        <w:t xml:space="preserve">[17:56] </w:t>
      </w:r>
      <w:r>
        <w:t>to jab woh ripples dekha ek scientist ne to usne kaha ke "it's like seeing the handwriting of God".</w:t>
      </w:r>
    </w:p>
    <w:p>
      <w:pPr>
        <w:jc w:val="right"/>
      </w:pPr>
      <w:r>
        <w:t>تو جب وہ ریپلزدیکھا ایک سائنٹسٹنے تواسنےکہاکہ" اٹازلائک سینگ دا ہ ینڈرائٹنگآفگاڈ"۔</w:t>
      </w:r>
    </w:p>
    <w:p>
      <w:r>
        <w:rPr>
          <w:b/>
        </w:rPr>
        <w:t xml:space="preserve">[18:08] </w:t>
      </w:r>
      <w:r>
        <w:t>"it's like seeing the handwriting of God". yeh pehle kab hua tha? kabhi pehle kabhi nahin hua tha.</w:t>
      </w:r>
    </w:p>
    <w:p>
      <w:pPr>
        <w:jc w:val="right"/>
      </w:pPr>
      <w:r>
        <w:t>"اٹازلائکسینگ داہینڈرائٹنگآفگاڈ"۔ یہ پہلے کبہواتھا؟ کبھیپہلےکبھینہیںہواتھا۔</w:t>
      </w:r>
    </w:p>
    <w:p>
      <w:r>
        <w:rPr>
          <w:b/>
        </w:rPr>
        <w:t xml:space="preserve">[18:16] </w:t>
      </w:r>
      <w:r>
        <w:t>aisi hazaronhazar daryaften jo science ke zariye wajood mein aaein, isse toheed ke haq mein, Islam ke haq mein, God aur religion ke haq mein scientific evidences wajood mein aagaein jo ke pehle maujood nahi thein.</w:t>
      </w:r>
    </w:p>
    <w:p>
      <w:pPr>
        <w:jc w:val="right"/>
      </w:pPr>
      <w:r>
        <w:t>ایسی ہزاروںہزار دریا فتیںجوسائنسکےذریعےوجود میںآئیں، اسسے توحیدکےحق میں،اسلام کےحقمیں، گاڈ اوریٹڈریلیجنکےحقمیں سائنٹیفکایویڈنسزوجود میںآگئیں جو کہپہلے موجود نہیںتھیں۔</w:t>
      </w:r>
    </w:p>
    <w:p>
      <w:r>
        <w:rPr>
          <w:b/>
        </w:rPr>
        <w:t xml:space="preserve">[18:36] </w:t>
      </w:r>
      <w:r>
        <w:t>to ek cheez mili scientific evidence, doosri cheez kya mili? religious freedom.</w:t>
      </w:r>
    </w:p>
    <w:p>
      <w:pPr>
        <w:jc w:val="right"/>
      </w:pPr>
      <w:r>
        <w:t>تو ایکچیز ملی سائنٹیفکایویڈنس، دوسریچیزکیا ملی ؟ ریلیجسفریڈم۔</w:t>
      </w:r>
    </w:p>
    <w:p>
      <w:r>
        <w:rPr>
          <w:b/>
        </w:rPr>
        <w:t xml:space="preserve">[18:46] </w:t>
      </w:r>
      <w:r>
        <w:t>tareekh mein kabhi bhi religious freedom nahi thi, kabhi bhi nahi thi. mazhabi azadi, openness.</w:t>
      </w:r>
    </w:p>
    <w:p>
      <w:pPr>
        <w:jc w:val="right"/>
      </w:pPr>
      <w:r>
        <w:t>تاریخ میںکبھیبھیریلیجسفریڈمنہیںتھی، کبھیبھینہیں تھی۔ مذہبیآزادی ،اوپننس۔</w:t>
      </w:r>
    </w:p>
    <w:p>
      <w:r>
        <w:rPr>
          <w:b/>
        </w:rPr>
        <w:t xml:space="preserve">[18:58] </w:t>
      </w:r>
      <w:r>
        <w:t>har aadmi ko haq hai ke woh jo mazhab ko chahe paale, jo mazhab ki chahe baatein kare, jis mazhab ko chahe follow kare, bashart ke peaceful rahe, woh peaceful.</w:t>
      </w:r>
    </w:p>
    <w:p>
      <w:pPr>
        <w:jc w:val="right"/>
      </w:pPr>
      <w:r>
        <w:t>ہرآدمی کوحقہےکہوہ جو جسمذہبکوچاہےپانے ، جسمذہبکیچاہے باتیںکرے، جس مذہبکوچاہے پولیسٹیکرے، بشرطکہپیسفلرہے،وہ پیسفل ۔</w:t>
      </w:r>
    </w:p>
    <w:p>
      <w:r>
        <w:rPr>
          <w:b/>
        </w:rPr>
        <w:t xml:space="preserve">[19:11] </w:t>
      </w:r>
      <w:r>
        <w:t>to poori azadi</w:t>
      </w:r>
    </w:p>
    <w:p>
      <w:pPr>
        <w:jc w:val="right"/>
      </w:pPr>
      <w:r>
        <w:t>توپوریآز ادی</w:t>
      </w:r>
    </w:p>
    <w:p>
      <w:r>
        <w:rPr>
          <w:b/>
        </w:rPr>
        <w:t xml:space="preserve">[19:14] </w:t>
      </w:r>
      <w:r>
        <w:t>yeh pehli baar is daur mein hua jisko ke 1948 mein United Nations ke charter mein shamil kiya gaya aur saari duniya ke nations ne isko sign kiya.</w:t>
      </w:r>
    </w:p>
    <w:p>
      <w:pPr>
        <w:jc w:val="right"/>
      </w:pPr>
      <w:r>
        <w:t>یہ پہلیبار اس دورمیںہوا جسکو کہ 194 8 میں یونائٹڈنیشنزکےچارٹرمیںشامل کیاگیا اور ساریدنیا کےنیشننےاسکوسائنکیا۔</w:t>
      </w:r>
    </w:p>
    <w:p>
      <w:r>
        <w:rPr>
          <w:b/>
        </w:rPr>
        <w:t xml:space="preserve">[19:29] </w:t>
      </w:r>
      <w:r>
        <w:t>to basically yeh teen cheezein hain: pehli cheez scientific evidence, doosri cheez religious freedom, teesri cheez hai global communication.</w:t>
      </w:r>
    </w:p>
    <w:p>
      <w:pPr>
        <w:jc w:val="right"/>
      </w:pPr>
      <w:r>
        <w:t>تو بیسیکلییہتینچیزیںہیں:پہلیچیز سائنٹیفکایویڈنس، دوسریچیز ریلیجسفریڈم، تیسریچیز ہے گلوبل کمیونیکیشن۔</w:t>
      </w:r>
    </w:p>
    <w:p>
      <w:r>
        <w:rPr>
          <w:b/>
        </w:rPr>
        <w:t xml:space="preserve">[19:42] </w:t>
      </w:r>
      <w:r>
        <w:t>global communication jo aaj hai, woh kabhi bhi nahi tha.</w:t>
      </w:r>
    </w:p>
    <w:p>
      <w:pPr>
        <w:jc w:val="right"/>
      </w:pPr>
      <w:r>
        <w:t>گلوبلکمیونیکیشنجوآجہے، وہکبھیبھینہیںتھا۔</w:t>
      </w:r>
    </w:p>
    <w:p>
      <w:r>
        <w:rPr>
          <w:b/>
        </w:rPr>
        <w:t xml:space="preserve">[19:49] </w:t>
      </w:r>
      <w:r>
        <w:t>sawariyan tez raftaar, aap ek jagah, doosri jagah pahunch sakte hain. message bhi bhej na bahut aasan hai, aap telephone ke zariye message yahan se wahan bhejte hain.</w:t>
      </w:r>
    </w:p>
    <w:p>
      <w:pPr>
        <w:jc w:val="right"/>
      </w:pPr>
      <w:r>
        <w:t>سواریاں تیزرفتار، آپایک جگہ،دوسریجگہپہنچسکتےہیں۔ میسجبھیجنا بہت آس انیسے،آپٹیلیفونکےذریعےمیسجیہاںسےوہاںبھیجتےہیں۔</w:t>
      </w:r>
    </w:p>
    <w:p>
      <w:r>
        <w:rPr>
          <w:b/>
        </w:rPr>
        <w:t xml:space="preserve">[19:58] </w:t>
      </w:r>
      <w:r>
        <w:t>internet ke zariye se connection hota hai, bahut hi tezi ke saath. in sab cheezon ko kaha jata hai modern communication.</w:t>
      </w:r>
    </w:p>
    <w:p>
      <w:pPr>
        <w:jc w:val="right"/>
      </w:pPr>
      <w:r>
        <w:t>انٹرنیٹکےذریعےسے کنیکشنہوتاہے، بہتہیتیزیکےساتھ۔ انسبچیزوںکو کہاجاتا ہے ماڈرنکمیونیکیشن ۔</w:t>
      </w:r>
    </w:p>
    <w:p>
      <w:r>
        <w:rPr>
          <w:b/>
        </w:rPr>
        <w:t xml:space="preserve">[20:08] </w:t>
      </w:r>
      <w:r>
        <w:t>to yeh teen cheezein daur-e-jadeed mein paida huin: scientific evidence, religious freedom aur global communication.</w:t>
      </w:r>
    </w:p>
    <w:p>
      <w:pPr>
        <w:jc w:val="right"/>
      </w:pPr>
      <w:r>
        <w:t>تویہتینچیزیں دور جدیدمیں پیدا ہوئیں: سائنٹیفکایویڈنس، ریلیجسفریڈم اور گل وبلکمیونیکیشن۔</w:t>
      </w:r>
    </w:p>
    <w:p>
      <w:r>
        <w:rPr>
          <w:b/>
        </w:rPr>
        <w:t xml:space="preserve">[20:22] </w:t>
      </w:r>
      <w:r>
        <w:t>yeh bahut badi nemat thi deen-e-toheed ke liye, bahut badi nemat thi. pichhle zamane mein nabiyon ko hasil nahi tha, yeh ashaab-e-rasool ko hasil nahi tha. yeh</w:t>
      </w:r>
    </w:p>
    <w:p>
      <w:pPr>
        <w:jc w:val="right"/>
      </w:pPr>
      <w:r>
        <w:t>یہبہت بڑی نعمتتھی دین توحیدکےلیے، بہت بڑینعمتتھی۔ پچھلے زمان ےمیں نبیوںکوحاصل نہیںتھا،یہ اصحابرسولکوحاصلنہیںتھا۔یہ</w:t>
      </w:r>
    </w:p>
    <w:p>
      <w:r>
        <w:rPr>
          <w:b/>
        </w:rPr>
        <w:t xml:space="preserve">[20:38] </w:t>
      </w:r>
      <w:r>
        <w:t>misal ke taur par kaha jata hai ke jab Iran mein jang ho rahi thi, Hazrat Umar us waqt khaleefa the, mimbar par woh khitab kar rahe the.</w:t>
      </w:r>
    </w:p>
    <w:p>
      <w:pPr>
        <w:jc w:val="right"/>
      </w:pPr>
      <w:r>
        <w:t>مثالکےطورپرکہاجاتاہےکہ جبایران میں جنگ ہورہیتھی، حضرتعمر اسوقتخلیفہتھے، ممبر پروہ خطابکررہےتھے۔</w:t>
      </w:r>
    </w:p>
    <w:p>
      <w:r>
        <w:rPr>
          <w:b/>
        </w:rPr>
        <w:t xml:space="preserve">[20:49] </w:t>
      </w:r>
      <w:r>
        <w:t>achanak unko ek vision aaya, vision ke wahan par jo fauj hai, Muslim fauj, jiske general the Sariyah, ek vision ke roop mein dekha ke Sariyah woh hai, jo general hain, to ek, ek, ek, ek, ek fauj peechhe se aa rahi hai, pahad ke peechhe se, aur peechhe se aakar hamla kare, attack karne wali hai.</w:t>
      </w:r>
    </w:p>
    <w:p>
      <w:pPr>
        <w:jc w:val="right"/>
      </w:pPr>
      <w:r>
        <w:t>اچانکانکوایکویژنآیا،ویژ ن کہ وہاںپرجو فوج ہے، مسلم فوج ، جسکے جنرلتھےساریہ، ایکویژنکےروپمیںدیکھاکہساریہجوہے، جو جنرلہیں، تو ایک، ایک ،ایک ،ایک، ایک فوج پیچھےسےآرہیہے، پہاڑکےپیچھےسے ،اورپیچھےسےآکرحملہکر،اٹیککرنےوالی ہے۔</w:t>
      </w:r>
    </w:p>
    <w:p>
      <w:r>
        <w:rPr>
          <w:b/>
        </w:rPr>
        <w:t xml:space="preserve">[21:13] </w:t>
      </w:r>
      <w:r>
        <w:t>to ain jang khitab dete hue unki zuban se nikla: "Ya Sariyah al Jabal!"</w:t>
      </w:r>
    </w:p>
    <w:p>
      <w:pPr>
        <w:jc w:val="right"/>
      </w:pPr>
      <w:r>
        <w:t>تو عینجنگ خطبہدیتےہوئےانکیزبان سےنکلا:"یا ساریہ الجبل!</w:t>
      </w:r>
    </w:p>
    <w:p>
      <w:r>
        <w:rPr>
          <w:b/>
        </w:rPr>
        <w:t xml:space="preserve">[21:21] </w:t>
      </w:r>
      <w:r>
        <w:t>Ae Sariyah, pahad ki taraf dekho!"</w:t>
      </w:r>
    </w:p>
    <w:p>
      <w:pPr>
        <w:jc w:val="right"/>
      </w:pPr>
      <w:r>
        <w:t>اےساریہ، پہاڑکیطرفدیکھو!"</w:t>
      </w:r>
    </w:p>
    <w:p>
      <w:r>
        <w:rPr>
          <w:b/>
        </w:rPr>
        <w:t xml:space="preserve">[21:28] </w:t>
      </w:r>
      <w:r>
        <w:t>to usi ko shayar ne kaha ke Iran mein bhi sunai diya shor al Jabal: "Hajab huwe nako habi aban kainat!"</w:t>
      </w:r>
    </w:p>
    <w:p>
      <w:pPr>
        <w:jc w:val="right"/>
      </w:pPr>
      <w:r>
        <w:t>تواسیکوشاعرنےکہاکہ ایران میں بھیسنائیدیا شور الجبل: "حاجبہوئے نکو حبی ابان کائنات!"</w:t>
      </w:r>
    </w:p>
    <w:p>
      <w:r>
        <w:rPr>
          <w:b/>
        </w:rPr>
        <w:t xml:space="preserve">[21:37] </w:t>
      </w:r>
      <w:r>
        <w:t>us waqt ek cheez hui thi, ek ittefaqi taur par, aaj to har aadmi ko hasil hai, yeh har aadmi ki jeb mein mobile hai, duniya ke kisi hisse mein woh contact karke apna message bhej sakta hai.</w:t>
      </w:r>
    </w:p>
    <w:p>
      <w:pPr>
        <w:jc w:val="right"/>
      </w:pPr>
      <w:r>
        <w:t>اسوقت ایکچیز ہوئی تھی، ایک اتفاقیطورپر ،آجتوہرآدمیکوحاصل ہے،یہ ہرآدمیکیجیبمیں موبائل ہے، دنیا کےکسی حص ےمیںوہکنٹیکٹکرکےاپنا میسجبھیجسکتاہے۔</w:t>
      </w:r>
    </w:p>
    <w:p>
      <w:r>
        <w:rPr>
          <w:b/>
        </w:rPr>
        <w:t xml:space="preserve">[21:53] </w:t>
      </w:r>
      <w:r>
        <w:t>aap bat aaiye, to us zamane mein jo "Ya Ya Sariyah al Jabal" ka jo waqea ho gaya tha, usse hazaron guna zyada bada waqea aaj pesh aa chuka hai,</w:t>
      </w:r>
    </w:p>
    <w:p>
      <w:pPr>
        <w:jc w:val="right"/>
      </w:pPr>
      <w:r>
        <w:t>آپبت ائیے، تو اس زمانےمیںجو"یا یا ساری الجبل"کاجوواقعہہواتھا، اسسے ہزاروںگنازیادہ بڑا واقعہآجپیش آچکاہے،</w:t>
      </w:r>
    </w:p>
    <w:p>
      <w:r>
        <w:rPr>
          <w:b/>
        </w:rPr>
        <w:t xml:space="preserve">[22:04] </w:t>
      </w:r>
      <w:r>
        <w:t>modern communication ke zariye se. yeh sab waqeaat wajood mein aaye, printing press wajood mein aaya, is tarah ki cheezein.</w:t>
      </w:r>
    </w:p>
    <w:p>
      <w:pPr>
        <w:jc w:val="right"/>
      </w:pPr>
      <w:r>
        <w:t>ماڈرنکمیونیکیشنکےذریعےسے۔ یہ سب واقع ات وجود میںآئے، پرنٹنگپریسوجود میںآیا، اس طرح کی چیزیں۔</w:t>
      </w:r>
    </w:p>
    <w:p>
      <w:r>
        <w:rPr>
          <w:b/>
        </w:rPr>
        <w:t xml:space="preserve">[22:17] </w:t>
      </w:r>
      <w:r>
        <w:t>basically yeh teen mein keh raha hoon, in teen ke peeche teen hazar cheezein shamil hain. ismein jisko ek lafz mein kahunga ke modern opportunities, jadeed mawaqe, yeh aaein.</w:t>
      </w:r>
    </w:p>
    <w:p>
      <w:pPr>
        <w:jc w:val="right"/>
      </w:pPr>
      <w:r>
        <w:t>بیسیکلییہتینمیںکہہرہاہوں، استینکےپیچھے تینہزارچیزیں شامل ہیں۔اسمیں جسکوایک لفظمیںکہوںگا کہ ماڈرناپرچونیٹیز ،جدید مواقع ،یہ آئے۔</w:t>
      </w:r>
    </w:p>
    <w:p>
      <w:r>
        <w:rPr>
          <w:b/>
        </w:rPr>
        <w:t xml:space="preserve">[22:35] </w:t>
      </w:r>
      <w:r>
        <w:t>lekin dekhiye, Allah ki taraf se mawaqe aate hain to woh chila kar nahi aate, aawaz de kar nahi aate. aap ko in mawaqe ko, in opportunities ko discover karna padta hai.</w:t>
      </w:r>
    </w:p>
    <w:p>
      <w:pPr>
        <w:jc w:val="right"/>
      </w:pPr>
      <w:r>
        <w:t>لیکن دیکھیے، اللہ کیطرف سے مواقعآتےہیں تو وہ چلاکرنہیںآتے،آوازدےکرنہیںآتے۔ آپ کو ان مواقعکو ،اناپرچونیٹیزکوڈسکورکرناپڑتاہے۔</w:t>
      </w:r>
    </w:p>
    <w:p>
      <w:r>
        <w:rPr>
          <w:b/>
        </w:rPr>
        <w:t xml:space="preserve">[22:49] </w:t>
      </w:r>
      <w:r>
        <w:t>misalan, Allah ne barish barsai to kya saath saath farishta aawaz deta hai? ke "Ae kisanon! taiyar ho jao, apni faslon mein ghala ugao!"</w:t>
      </w:r>
    </w:p>
    <w:p>
      <w:pPr>
        <w:jc w:val="right"/>
      </w:pPr>
      <w:r>
        <w:t>مثلاً،اللہنےبارشبرسائی توکیا ساتھساتھفرشتہ آوازدیتاہے ؟کہ"اےکسان وں! تیارہوجاؤ،اپنی فصلمیں غلہاگاؤ!"</w:t>
      </w:r>
    </w:p>
    <w:p>
      <w:r>
        <w:rPr>
          <w:b/>
        </w:rPr>
        <w:t xml:space="preserve">[23:04] </w:t>
      </w:r>
      <w:r>
        <w:t>koi aawaz nahi aati, barish hoti hai magar aawaz nahi aati. woh kisan ko khud se janna padta hai, jo log agriculture mein hain, jo log agriculture mein hain, unhein khud se discover karna padta hai ke waqt aa gaya.</w:t>
      </w:r>
    </w:p>
    <w:p>
      <w:pPr>
        <w:jc w:val="right"/>
      </w:pPr>
      <w:r>
        <w:t>کوئیآوازنہیںآتی، بارشہوتیہے مگرآوازنہیںآتی۔ وہ کسان کوخود سےجانناپڑتاہے، جو لوگ ہارٹیکلچرمیںہیں،جو لوگ ایگریکلچرمیںہیں،انہیںخودسے ڈسکورکرناپڑتاہے کہ وقت آگیا۔</w:t>
      </w:r>
    </w:p>
    <w:p>
      <w:r>
        <w:rPr>
          <w:b/>
        </w:rPr>
        <w:t xml:space="preserve">[23:22] </w:t>
      </w:r>
      <w:r>
        <w:t>aise yeh mawaqe jo aaye to uske saath koi farishta aawaz nahi de raha tha. yeh Allah ki sunnat ke khilaf hai, yeh law of nature ke khilaf hai.</w:t>
      </w:r>
    </w:p>
    <w:p>
      <w:pPr>
        <w:jc w:val="right"/>
      </w:pPr>
      <w:r>
        <w:t>ایسےیہ مواقعجوآئےتواسکےساتھ کوئیفرشتہآوازنہیںدےرہاتھا۔ یہ اللہ کیسنتکےخلاف ہے، یہ لاءآفنیچرکےخلاف ہے۔</w:t>
      </w:r>
    </w:p>
    <w:p>
      <w:r>
        <w:rPr>
          <w:b/>
        </w:rPr>
        <w:t xml:space="preserve">[23:38] </w:t>
      </w:r>
      <w:r>
        <w:t>to mauqe aaye lekin aawaz kisne nahi di. to ummat-e-muslima jo hai, isko khud se discover karna tha, khud se discover karna tha.</w:t>
      </w:r>
    </w:p>
    <w:p>
      <w:pPr>
        <w:jc w:val="right"/>
      </w:pPr>
      <w:r>
        <w:t>تو مواقعآئے لیکن آوازکسینےنہیںدی۔ تو امت مسلمہجوہے، اسکو خود سے ڈسکورکرناتھا، خود سےڈسکورکرناتھا۔</w:t>
      </w:r>
    </w:p>
    <w:p>
      <w:r>
        <w:rPr>
          <w:b/>
        </w:rPr>
        <w:t xml:space="preserve">[23:52] </w:t>
      </w:r>
      <w:r>
        <w:t>lekin saare hi musalman one to all sab fail ho gaye discover karne mein. kya karne gaye? ladai karne lage.</w:t>
      </w:r>
    </w:p>
    <w:p>
      <w:pPr>
        <w:jc w:val="right"/>
      </w:pPr>
      <w:r>
        <w:t>لیکن سارےہی مس لمان ونٹوآل سبفیلہوگئے ڈسکورکرنے میں۔ کیاکرنے گئے؟لڑائیکرنےلگے۔</w:t>
      </w:r>
    </w:p>
    <w:p>
      <w:r>
        <w:rPr>
          <w:b/>
        </w:rPr>
        <w:t xml:space="preserve">[24:01] </w:t>
      </w:r>
      <w:r>
        <w:t>one to all, one to all, kamaz kam do sau saal se is ladai mein phanse hue hain. woh saare duniya mein kyu</w:t>
      </w:r>
    </w:p>
    <w:p>
      <w:pPr>
        <w:jc w:val="right"/>
      </w:pPr>
      <w:r>
        <w:t>ون ٹوآل،ونٹوآل، کمازکم دو سو سالسےاسیلڑائیمیںپھنسےہوئےہیں۔وہ ساریدنیا میں کیوں</w:t>
      </w:r>
    </w:p>
    <w:p>
      <w:r>
        <w:rPr>
          <w:b/>
        </w:rPr>
        <w:t xml:space="preserve">[24:12] </w:t>
      </w:r>
      <w:r>
        <w:t>? dekhiye,</w:t>
      </w:r>
    </w:p>
    <w:p>
      <w:pPr>
        <w:jc w:val="right"/>
      </w:pPr>
      <w:r>
        <w:t>؟دیکھیے،</w:t>
      </w:r>
    </w:p>
    <w:p>
      <w:r>
        <w:rPr>
          <w:b/>
        </w:rPr>
        <w:t xml:space="preserve">[24:17] </w:t>
      </w:r>
      <w:r>
        <w:t>jin qaumon ne yeh discoveries ki thi, to saath saath is discovery ke natije mein kya hua? ki inko ek dabdaba mil gaya, ek bari mil gayi,</w:t>
      </w:r>
    </w:p>
    <w:p>
      <w:pPr>
        <w:jc w:val="right"/>
      </w:pPr>
      <w:r>
        <w:t>جن قوموںنے یہڈسکوریزکیتھیں، تو ساتھ ساتھ اس ڈسکوریکےنتیجےمیںکیاہوا ؟کہانکوایک دبدبہملگیا، ایکبڑ ائیملگئی،</w:t>
      </w:r>
    </w:p>
    <w:p>
      <w:r>
        <w:rPr>
          <w:b/>
        </w:rPr>
        <w:t xml:space="preserve">[24:32] </w:t>
      </w:r>
      <w:r>
        <w:t>ek saitarah mil gaya.</w:t>
      </w:r>
    </w:p>
    <w:p>
      <w:pPr>
        <w:jc w:val="right"/>
      </w:pPr>
      <w:r>
        <w:t>ایک سائترہملگیا۔</w:t>
      </w:r>
    </w:p>
    <w:p>
      <w:r>
        <w:rPr>
          <w:b/>
        </w:rPr>
        <w:t xml:space="preserve">[24:36] </w:t>
      </w:r>
      <w:r>
        <w:t>to duniya mein phail gaye, woh duniya mein inka dabdaba qaim ho gaya.</w:t>
      </w:r>
    </w:p>
    <w:p>
      <w:pPr>
        <w:jc w:val="right"/>
      </w:pPr>
      <w:r>
        <w:t>تو دنیا میںپھیلگئے،وہ دنیا میںانکادبدبہقائمہوگیا۔</w:t>
      </w:r>
    </w:p>
    <w:p>
      <w:r>
        <w:rPr>
          <w:b/>
        </w:rPr>
        <w:t xml:space="preserve">[24:42] </w:t>
      </w:r>
      <w:r>
        <w:t>to yeh woh daur tha jabke India mein Mughal empire tha, Turkey mein Usmani khilafat thi, Misr mein Fatmi khilafat thi,</w:t>
      </w:r>
    </w:p>
    <w:p>
      <w:pPr>
        <w:jc w:val="right"/>
      </w:pPr>
      <w:r>
        <w:t>تویہ وہدور تھاجبکہ انڈیامیںمغلایمپائرتھا، ٹرکیمیں عثمانی خلافتتھی، مصر میںفاطمی خلافتتھی،</w:t>
      </w:r>
    </w:p>
    <w:p>
      <w:r>
        <w:rPr>
          <w:b/>
        </w:rPr>
        <w:t xml:space="preserve">[24:55] </w:t>
      </w:r>
      <w:r>
        <w:t>Spain mein Moorish khilafat thi.</w:t>
      </w:r>
    </w:p>
    <w:p>
      <w:pPr>
        <w:jc w:val="right"/>
      </w:pPr>
      <w:r>
        <w:t>اسپ ینمیں مورشخلافتتھی۔</w:t>
      </w:r>
    </w:p>
    <w:p>
      <w:r>
        <w:rPr>
          <w:b/>
        </w:rPr>
        <w:t xml:space="preserve">[24:59] </w:t>
      </w:r>
      <w:r>
        <w:t>duniya ke yaani Asia aur Africa, yahan tak ke Europe tak, ek bada raqba aisa tha jismein Muslim rulers hukoomat kar rahe the.</w:t>
      </w:r>
    </w:p>
    <w:p>
      <w:pPr>
        <w:jc w:val="right"/>
      </w:pPr>
      <w:r>
        <w:t>دنیا کے یعنیایشیااور افریقہ، یہاںتککہیورپتک، ایکبڑارقبہایساتھا جسمیں مسلم رولرز حکومت کررہےتھے۔</w:t>
      </w:r>
    </w:p>
    <w:p>
      <w:r>
        <w:rPr>
          <w:b/>
        </w:rPr>
        <w:t xml:space="preserve">[25:14] </w:t>
      </w:r>
      <w:r>
        <w:t>chunaanche abhi issi daur ka Khalifa Haroon Rashid, Haroon Rasheed ke baare mein kaha jaata hai ke woh ek baar apni malika ke saath apne mahal ki chhat par baitha hua tha</w:t>
      </w:r>
    </w:p>
    <w:p>
      <w:pPr>
        <w:jc w:val="right"/>
      </w:pPr>
      <w:r>
        <w:t>چنانچہ عب اسی دورکاخلیفہہارونراشد، ہارونرشیدکےبارےمیںکہاجاتاہےکہوہ ایک بار اپنی ملکہکےساتھ اپنے محلکیچھتپربیٹھاہواتھا</w:t>
      </w:r>
    </w:p>
    <w:p>
      <w:r>
        <w:rPr>
          <w:b/>
        </w:rPr>
        <w:t xml:space="preserve">[25:25] </w:t>
      </w:r>
      <w:r>
        <w:t>to baadal ka ek tukda hawa ke zariye se udhar se udta hua dikhai diya. hawa mein baadal ke tukde udte hain, hawa ke asar se.</w:t>
      </w:r>
    </w:p>
    <w:p>
      <w:pPr>
        <w:jc w:val="right"/>
      </w:pPr>
      <w:r>
        <w:t>تو بادلکاایکٹکڑا ہوا کےذریعےسے ادھرسےاڑجاتادکھائیدیا۔ ہو ائیں بادلکےٹکڑےاڑتےہیں، ہوا کے اثرسے۔</w:t>
      </w:r>
    </w:p>
    <w:p>
      <w:r>
        <w:rPr>
          <w:b/>
        </w:rPr>
        <w:t xml:space="preserve">[25:35] </w:t>
      </w:r>
      <w:r>
        <w:t>isko dekhkar usne kaha: "Ae teri hissa khiraj, jahan chaha jaakar baras, tera khiraj mere paas aayega."</w:t>
      </w:r>
    </w:p>
    <w:p>
      <w:pPr>
        <w:jc w:val="right"/>
      </w:pPr>
      <w:r>
        <w:t>اسکودیکھکراسنےکہا: "ام تریحیثیت خ راج ، جہاںچاہاجاکےبرس، تیراخراجمیرےپاسآئےگا۔"</w:t>
      </w:r>
    </w:p>
    <w:p>
      <w:r>
        <w:rPr>
          <w:b/>
        </w:rPr>
        <w:t xml:space="preserve">[25:50] </w:t>
      </w:r>
      <w:r>
        <w:t>to yeh jo saltanat musalmanon ne qaim ki thi, empire, iss empire ko Western nations ne tod diya yaani colonial powers jo thi.</w:t>
      </w:r>
    </w:p>
    <w:p>
      <w:pPr>
        <w:jc w:val="right"/>
      </w:pPr>
      <w:r>
        <w:t>تویہجو سلطنت مسلمانوںنےقائمتھی،ایمپائر،اسایمپائرکو ویسٹرننیشنزنےتوڑدیا ی عنی کلونیل پاورزجوتھیں۔</w:t>
      </w:r>
    </w:p>
    <w:p>
      <w:r>
        <w:rPr>
          <w:b/>
        </w:rPr>
        <w:t xml:space="preserve">[26:01] </w:t>
      </w:r>
      <w:r>
        <w:t>isko kaha jaata hai colonialism. colonialism kya hai? dekhiye, in logon ne jab discoveries ki to modern industry wajood mein aayi.</w:t>
      </w:r>
    </w:p>
    <w:p>
      <w:pPr>
        <w:jc w:val="right"/>
      </w:pPr>
      <w:r>
        <w:t>اسکو کہاجاتاہےکلونیل زم۔ کلونیلزمکیاہے؟ دیکھیں،انلوگوںنےجبڈسکوریزکیں تو ماڈرن انڈسٹریوجود میںآئی۔</w:t>
      </w:r>
    </w:p>
    <w:p>
      <w:r>
        <w:rPr>
          <w:b/>
        </w:rPr>
        <w:t xml:space="preserve">[26:11] </w:t>
      </w:r>
      <w:r>
        <w:t>modern industry, modern industry ka matlab kya tha?</w:t>
      </w:r>
    </w:p>
    <w:p>
      <w:pPr>
        <w:jc w:val="right"/>
      </w:pPr>
      <w:r>
        <w:t>ماڈرنانڈسٹری، ماڈرنانڈسٹریکامطلبکیاتھا؟</w:t>
      </w:r>
    </w:p>
    <w:p>
      <w:r>
        <w:rPr>
          <w:b/>
        </w:rPr>
        <w:t xml:space="preserve">[26:17] </w:t>
      </w:r>
      <w:r>
        <w:t>iska matlab hai jaise yeh, yeh, yeh glass hai.</w:t>
      </w:r>
    </w:p>
    <w:p>
      <w:pPr>
        <w:jc w:val="right"/>
      </w:pPr>
      <w:r>
        <w:t>اسکامطلبہےجیسےیہ،یہ،یہ گلاسہے۔</w:t>
      </w:r>
    </w:p>
    <w:p>
      <w:r>
        <w:rPr>
          <w:b/>
        </w:rPr>
        <w:t xml:space="preserve">[26:22] </w:t>
      </w:r>
      <w:r>
        <w:t>hamare bachpan mein mitti ka glass hua karta tha. matlab main gaon mein tha, abhi wahan par tehzeeb phaili pahunchi nahi thi.</w:t>
      </w:r>
    </w:p>
    <w:p>
      <w:pPr>
        <w:jc w:val="right"/>
      </w:pPr>
      <w:r>
        <w:t>ہمارے بچپنمیں مٹیکا گلاسہواکرتاتھا۔ مطلبمیںگاؤںمیںتھا،ابھیوہاںپر تہذیبپھیلیپہنچینہیںتھی۔</w:t>
      </w:r>
    </w:p>
    <w:p>
      <w:r>
        <w:rPr>
          <w:b/>
        </w:rPr>
        <w:t xml:space="preserve">[26:33] </w:t>
      </w:r>
      <w:r>
        <w:t>to ek zaman tha ke mitti ke kooze bante the, usmein log paani piya karte the. to kumhar din raat mehnat karke do chaar kooze banata tha.</w:t>
      </w:r>
    </w:p>
    <w:p>
      <w:pPr>
        <w:jc w:val="right"/>
      </w:pPr>
      <w:r>
        <w:t>تو ایک زمان ہتھاکہ مٹی کے کودےبنتےتھے،اسمیںلوگپانیپیاکرتے تھے۔ تو کمار دندفعہمحنتکرکےدوچارکودےبناتاتھا۔</w:t>
      </w:r>
    </w:p>
    <w:p>
      <w:r>
        <w:rPr>
          <w:b/>
        </w:rPr>
        <w:t xml:space="preserve">[26:43] </w:t>
      </w:r>
      <w:r>
        <w:t>to jab industrial lagi to industry mein is qism ke glass har din hazaron hazar banne laga. jisko kehte hain mass production.</w:t>
      </w:r>
    </w:p>
    <w:p>
      <w:pPr>
        <w:jc w:val="right"/>
      </w:pPr>
      <w:r>
        <w:t>توجبانڈسٹریلگی تو انڈ سٹریمیں اس قسمگ لاس ہردن ہزاروںہزاربننےلگا۔ جسکوکہتےہیں ماس پروڈکشن۔</w:t>
      </w:r>
    </w:p>
    <w:p>
      <w:r>
        <w:rPr>
          <w:b/>
        </w:rPr>
        <w:t xml:space="preserve">[26:54] </w:t>
      </w:r>
      <w:r>
        <w:t>mass production yaani modern industry ka phenomenon tha mass production. to woh kahan khapte? woh pehle jo kooze bante the to woh khap jaate the aas paas jo kumhar jo banata tha.</w:t>
      </w:r>
    </w:p>
    <w:p>
      <w:pPr>
        <w:jc w:val="right"/>
      </w:pPr>
      <w:r>
        <w:t>ماسپروڈکشنیعنی ماڈرنانڈسٹریکافیناومیناتھا ماسپروڈکشن۔ تووہ کہاںکھپے؟وہ پہلے جوکودےبنتےتھےتووہیکھپجاتےتھےاسپاس جوکمارجوبناتاتھا۔</w:t>
      </w:r>
    </w:p>
    <w:p>
      <w:r>
        <w:rPr>
          <w:b/>
        </w:rPr>
        <w:t xml:space="preserve">[27:09] </w:t>
      </w:r>
      <w:r>
        <w:t>lekin jo modern industry ne jo production nikala mass level par, usko khapane ke liye to poori duniya chahiye thi.</w:t>
      </w:r>
    </w:p>
    <w:p>
      <w:pPr>
        <w:jc w:val="right"/>
      </w:pPr>
      <w:r>
        <w:t>لیکن جو ماڈرنانڈسٹرینے جو پروڈکٹنکالا ماسلیولپر، اسکو کھپانےکےلیےتو پوریدنیا چاہیےتھی۔</w:t>
      </w:r>
    </w:p>
    <w:p>
      <w:r>
        <w:rPr>
          <w:b/>
        </w:rPr>
        <w:t xml:space="preserve">[27:20] </w:t>
      </w:r>
      <w:r>
        <w:t>to woh nikle, yeh log apni colony banayi, unhone jagah jagah taake apne apne production ko woh market kar sakein doosre countries mein.</w:t>
      </w:r>
    </w:p>
    <w:p>
      <w:pPr>
        <w:jc w:val="right"/>
      </w:pPr>
      <w:r>
        <w:t>تووہنکلے،یہلوگ اپنی کال ونیبنائی،انہوںنےجگہجگہ تاکہ اپنے اپنے پروڈکشنکو وہمارکیٹکرسکیں دوسرےکنٹریزمیں۔</w:t>
      </w:r>
    </w:p>
    <w:p>
      <w:r>
        <w:rPr>
          <w:b/>
        </w:rPr>
        <w:t xml:space="preserve">[27:33] </w:t>
      </w:r>
      <w:r>
        <w:t>yeh ek naya phenomenon tha, isi ko kehte hain colonialism.</w:t>
      </w:r>
    </w:p>
    <w:p>
      <w:pPr>
        <w:jc w:val="right"/>
      </w:pPr>
      <w:r>
        <w:t>یہ ایک نیا فیناومیناتھا،اسیکوکہتےہیں کلونیلزم۔</w:t>
      </w:r>
    </w:p>
    <w:p>
      <w:r>
        <w:rPr>
          <w:b/>
        </w:rPr>
        <w:t xml:space="preserve">[27:39] </w:t>
      </w:r>
      <w:r>
        <w:t>yeh aaya to chuki jab woh log aaye to us waqt Muslim empire qaim tha. Muslim empire ke paas yeh sab taaqatein nahi thi. Muslim empire jo tha, woh sirf talwar ke bal par qaim tha. bas Muslim empire jo tha, uski wahid taaqat talwar thi.</w:t>
      </w:r>
    </w:p>
    <w:p>
      <w:pPr>
        <w:jc w:val="right"/>
      </w:pPr>
      <w:r>
        <w:t>یہ آیا تو چونکہجبوہلوگآئےتواسوقت مسلم ایمپائرقائمتھا۔ مسلمایمپائرکےپاسیہسبطاقتیںنہیںتھیں۔ مسلمایمپائرجوتھا،وہ صرف تلوارکےبلپرقائمتھا۔بس مسلمایمپائرجوتھا، اسکیواحد طاقتتلوار تھی۔</w:t>
      </w:r>
    </w:p>
    <w:p>
      <w:r>
        <w:rPr>
          <w:b/>
        </w:rPr>
        <w:t xml:space="preserve">[27:58] </w:t>
      </w:r>
      <w:r>
        <w:t>is zamanay mein shair ne kaha tha: "har ke shamshir zard, sikka ba naam arsh khanam."</w:t>
      </w:r>
    </w:p>
    <w:p>
      <w:pPr>
        <w:jc w:val="right"/>
      </w:pPr>
      <w:r>
        <w:t>اسزمانےمیںشاعرنےکہاتھا: "ہر کےشمشیر زرد ،سکہبنامرشخانم۔"</w:t>
      </w:r>
    </w:p>
    <w:p>
      <w:r>
        <w:rPr>
          <w:b/>
        </w:rPr>
        <w:t xml:space="preserve">[28:04] </w:t>
      </w:r>
      <w:r>
        <w:t>matlab jo talwar chalta hai, wohi rol karta hai. jo talwar chalata hai, wohi rol karta hai. woh daur tha. woh</w:t>
      </w:r>
    </w:p>
    <w:p>
      <w:pPr>
        <w:jc w:val="right"/>
      </w:pPr>
      <w:r>
        <w:t>مطلبجوتلوارچلتاہے،وہیرولکرتاہے۔ جو تلوارچلاتاہے، وہیرولکرتاہے۔ وہ دورتھا۔وہ</w:t>
      </w:r>
    </w:p>
    <w:p>
      <w:r>
        <w:rPr>
          <w:b/>
        </w:rPr>
        <w:t xml:space="preserve">[28:13] </w:t>
      </w:r>
      <w:r>
        <w:t>har ke shamshir zard, sikka ba naam arsh khanam. jis ghar mein talwar hoti hai, wohi rol karta hai. toh daur hi sakht meh ho gaya.</w:t>
      </w:r>
    </w:p>
    <w:p>
      <w:pPr>
        <w:jc w:val="right"/>
      </w:pPr>
      <w:r>
        <w:t>ہرکےشمشیر زرد، سکہبنامرشخانم۔ جسگھرمیںتلوارہوتیہے، وہیرولکرتاہے۔ تودورہیختمہوگیا۔</w:t>
      </w:r>
    </w:p>
    <w:p>
      <w:r>
        <w:rPr>
          <w:b/>
        </w:rPr>
        <w:t xml:space="preserve">[28:23] </w:t>
      </w:r>
      <w:r>
        <w:t>ab logon ne nai taqat daryaft ki,</w:t>
      </w:r>
    </w:p>
    <w:p>
      <w:pPr>
        <w:jc w:val="right"/>
      </w:pPr>
      <w:r>
        <w:t>ابلوگوںنےنئیطاقتدریافتکی ،</w:t>
      </w:r>
    </w:p>
    <w:p>
      <w:r>
        <w:rPr>
          <w:b/>
        </w:rPr>
        <w:t xml:space="preserve">[28:28] </w:t>
      </w:r>
      <w:r>
        <w:t>naye hathiyar, nai technology, nai industry, nai science. toh woh barh gaye yaani balance of power toot gaya.</w:t>
      </w:r>
    </w:p>
    <w:p>
      <w:pPr>
        <w:jc w:val="right"/>
      </w:pPr>
      <w:r>
        <w:t>نئےہتھیار ،نئیٹیکنالوجی، نئیانڈسٹری، نئی سائنس۔ تو وہ بڑھگئے یعنی بیلنسآفپاورٹوٹگیا۔</w:t>
      </w:r>
    </w:p>
    <w:p>
      <w:r>
        <w:rPr>
          <w:b/>
        </w:rPr>
        <w:t xml:space="preserve">[28:40] </w:t>
      </w:r>
      <w:r>
        <w:t>balance of power jo tha pehle, woh toot gaya. toh it was a bit natural ke dunya par chha jaye.</w:t>
      </w:r>
    </w:p>
    <w:p>
      <w:pPr>
        <w:jc w:val="right"/>
      </w:pPr>
      <w:r>
        <w:t>بیلنسآفپاورجوتھاپہلے،وہٹوٹگیا۔ تواٹوازبٹنیچرل کہدنیا پرچھاجائے۔</w:t>
      </w:r>
    </w:p>
    <w:p>
      <w:r>
        <w:rPr>
          <w:b/>
        </w:rPr>
        <w:t xml:space="preserve">[28:48] </w:t>
      </w:r>
      <w:r>
        <w:t>toh jitne bhi muslims the, saari dunya ke musalman isko samjhe na. woh samjhe ke bas yeh ek attack ka mamla hai. attack kar diya, isse lado aur ladne lage.</w:t>
      </w:r>
    </w:p>
    <w:p>
      <w:pPr>
        <w:jc w:val="right"/>
      </w:pPr>
      <w:r>
        <w:t>تو جتنے بھیمسلمتھے،ساریدنیا کےمسلمان اسکوسمجھےنہیں۔ وہسمجھےکہبس یہایک اٹیککامعاملہہے۔ اٹیککردیا،اسے لڑو اور لڑنےلگے۔</w:t>
      </w:r>
    </w:p>
    <w:p>
      <w:r>
        <w:rPr>
          <w:b/>
        </w:rPr>
        <w:t xml:space="preserve">[29:01] </w:t>
      </w:r>
      <w:r>
        <w:t>jihad ki dhoom machadi.</w:t>
      </w:r>
    </w:p>
    <w:p>
      <w:pPr>
        <w:jc w:val="right"/>
      </w:pPr>
      <w:r>
        <w:t>جہادکیدھممچادی۔</w:t>
      </w:r>
    </w:p>
    <w:p>
      <w:r>
        <w:rPr>
          <w:b/>
        </w:rPr>
        <w:t xml:space="preserve">[29:04] </w:t>
      </w:r>
      <w:r>
        <w:t>yaani do sau saal mein musalmanon ne is so called jihad par itni qurbaniyan ki hain, jaan ka nuksan, maal ka nuksan, properties ka nuksan ke poore poore muslim tareekh mein rasool Allah ke zamane se le kar ab tak kabhi aisa nahi hua tha.</w:t>
      </w:r>
    </w:p>
    <w:p>
      <w:pPr>
        <w:jc w:val="right"/>
      </w:pPr>
      <w:r>
        <w:t>یعنیدو سوسالمیں مس لمانوںنے اسسوکالڈجہادپر اتنی قربانیاںکیہیں، جان کانقصان، مال کانقصان، پراپرٹیزکانقصان کہ پورے پورے مسلم تاریخ میںرسولاللہکےزمانےسےلےکر ابتککبھیایسانہیںہواتھا۔</w:t>
      </w:r>
    </w:p>
    <w:p>
      <w:r>
        <w:rPr>
          <w:b/>
        </w:rPr>
        <w:t xml:space="preserve">[29:21] </w:t>
      </w:r>
      <w:r>
        <w:t>itna nuksan,</w:t>
      </w:r>
    </w:p>
    <w:p>
      <w:pPr>
        <w:jc w:val="right"/>
      </w:pPr>
      <w:r>
        <w:t>اتنا نقصان،</w:t>
      </w:r>
    </w:p>
    <w:p>
      <w:r>
        <w:rPr>
          <w:b/>
        </w:rPr>
        <w:t xml:space="preserve">[29:26] </w:t>
      </w:r>
      <w:r>
        <w:t>hazaron guna zyada qurbani, lekin natija zero, natija zero. kuch bhi nahi hua, kuch bhi nahi hua.</w:t>
      </w:r>
    </w:p>
    <w:p>
      <w:pPr>
        <w:jc w:val="right"/>
      </w:pPr>
      <w:r>
        <w:t>ہزاروںگنازیادہ قربانی ،لیکن نتیجہ صفر ،نتیجہزیرو۔ کچھبھینہیںہوا، کچھبھینہیںہوا۔</w:t>
      </w:r>
    </w:p>
    <w:p>
      <w:r>
        <w:rPr>
          <w:b/>
        </w:rPr>
        <w:t xml:space="preserve">[29:37] </w:t>
      </w:r>
      <w:r>
        <w:t>yahan par ghalti kahan hui hai? dekhiye,</w:t>
      </w:r>
    </w:p>
    <w:p>
      <w:pPr>
        <w:jc w:val="right"/>
      </w:pPr>
      <w:r>
        <w:t>یہاںپر غلطیکہاںکیاہوئیہے؟دیکھیے،</w:t>
      </w:r>
    </w:p>
    <w:p>
      <w:r>
        <w:rPr>
          <w:b/>
        </w:rPr>
        <w:t xml:space="preserve">[29:43] </w:t>
      </w:r>
      <w:r>
        <w:t>These Muslims fail to differentiate between the two. do jo farq karna nahi seekha unhone.</w:t>
      </w:r>
    </w:p>
    <w:p>
      <w:pPr>
        <w:jc w:val="right"/>
      </w:pPr>
      <w:r>
        <w:t>دیز مسلم ز فیل ٹو ڈیفرنشیٹ بٹوینداٹو۔ دو جوفرقکرنانہیں سیکھاانہوںنے۔</w:t>
      </w:r>
    </w:p>
    <w:p>
      <w:r>
        <w:rPr>
          <w:b/>
        </w:rPr>
        <w:t xml:space="preserve">[29:53] </w:t>
      </w:r>
      <w:r>
        <w:t>yaani yeh jo aaye the, aap ko maloom hai ke woh is zamane mein ek word, ek term use hota tha jab colonialism ka zamana tha.</w:t>
      </w:r>
    </w:p>
    <w:p>
      <w:pPr>
        <w:jc w:val="right"/>
      </w:pPr>
      <w:r>
        <w:t>یعنی یہجو آئےتھے،آپکومعلومہے کہ وہ اسزمانےمیںایکورڈ، ایک ٹرمیوزہوتاتھا جب کلونیلزمکا زمان ہتھا۔</w:t>
      </w:r>
    </w:p>
    <w:p>
      <w:r>
        <w:rPr>
          <w:b/>
        </w:rPr>
        <w:t xml:space="preserve">[30:06] </w:t>
      </w:r>
      <w:r>
        <w:t>aur yeh western nations jo wahin, Africa aur Asia mein phail gaye the.</w:t>
      </w:r>
    </w:p>
    <w:p>
      <w:pPr>
        <w:jc w:val="right"/>
      </w:pPr>
      <w:r>
        <w:t>اور یہ ویسٹرننیشنزجوہیں، افریقہاورایشیامیںپھیلگئےتھے۔</w:t>
      </w:r>
    </w:p>
    <w:p>
      <w:r>
        <w:rPr>
          <w:b/>
        </w:rPr>
        <w:t xml:space="preserve">[30:15] </w:t>
      </w:r>
      <w:r>
        <w:t>French company Africa mein phaili, British company India mein phaili.</w:t>
      </w:r>
    </w:p>
    <w:p>
      <w:pPr>
        <w:jc w:val="right"/>
      </w:pPr>
      <w:r>
        <w:t>فرنچکمپنی افریقہمیںپھیلی،برٹشکمپنیانڈیامیںپھیلی۔</w:t>
      </w:r>
    </w:p>
    <w:p>
      <w:r>
        <w:rPr>
          <w:b/>
        </w:rPr>
        <w:t xml:space="preserve">[30:19] </w:t>
      </w:r>
      <w:r>
        <w:t>toh yeh yeh log jo yeh jo phenomenon tha, isko is is is explain karne ke liye Kipling, Kipling jo ek shair tha, British shair,</w:t>
      </w:r>
    </w:p>
    <w:p>
      <w:pPr>
        <w:jc w:val="right"/>
      </w:pPr>
      <w:r>
        <w:t>تویہ یہلوگجو یہجوفیناومیناتھا، اسکو اس اسکو اس ایکسپلینکرنےکےلیے کپ لنگنے،کپ لنگجوایکشاعرتھا،برٹششاعر،</w:t>
      </w:r>
    </w:p>
    <w:p>
      <w:r>
        <w:rPr>
          <w:b/>
        </w:rPr>
        <w:t xml:space="preserve">[30:33] </w:t>
      </w:r>
      <w:r>
        <w:t>ek word use karta tha: "white man's burden". safed farom logon ki zimmedari, "white man's burden" yaani safed farom log, yaani jo western log the, yeh safed faram the.</w:t>
      </w:r>
    </w:p>
    <w:p>
      <w:pPr>
        <w:jc w:val="right"/>
      </w:pPr>
      <w:r>
        <w:t>ایک ورڈیوزکیاتھا: "وائٹ مائنزبرڈن"۔ سف ید فارملوگوںکی ذمہداری، "وائٹ مائنزبرڈن" یعنی سفیدفارملوگ،یعنی جوویسٹرنلوگ تھے، یہسفیدفارمتھے۔</w:t>
      </w:r>
    </w:p>
    <w:p>
      <w:r>
        <w:rPr>
          <w:b/>
        </w:rPr>
        <w:t xml:space="preserve">[30:51] </w:t>
      </w:r>
      <w:r>
        <w:t>basically ek Caucasian nasl thi. toh unka unhone nai science daryaft ki hai, nai technology daryaft ki hai, nai industry daryaft ki hai. toh unki zimmedari hai ke unhone phailayein isko.</w:t>
      </w:r>
    </w:p>
    <w:p>
      <w:pPr>
        <w:jc w:val="right"/>
      </w:pPr>
      <w:r>
        <w:t>بیسیکلیایککا کیشیننسلتھی۔توانکا انہوںنے نئیسائنسدریافتکیہے، نئیٹیکنالوجیدریافتکیہے، نئیانڈسٹریدریافتکیہے۔ توانکیذمہداریہےکہانہوںنےپھیلائیںاسکو۔</w:t>
      </w:r>
    </w:p>
    <w:p>
      <w:r>
        <w:rPr>
          <w:b/>
        </w:rPr>
        <w:t xml:space="preserve">[31:04] </w:t>
      </w:r>
      <w:r>
        <w:t>toh agar che yeh lafz achha nahi lafz tha, main agar isko kahoon toh main badlunga is</w:t>
      </w:r>
    </w:p>
    <w:p>
      <w:pPr>
        <w:jc w:val="right"/>
      </w:pPr>
      <w:r>
        <w:t>تو اگر چہیہلفظ اچھانہیںلفظتھا،میںاگر اسکو کہوںتومیں بد لوںگااسل</w:t>
      </w:r>
    </w:p>
    <w:p>
      <w:r>
        <w:rPr>
          <w:b/>
        </w:rPr>
        <w:t xml:space="preserve">[31:11] </w:t>
      </w:r>
      <w:r>
        <w:t>lafz ko: "white man's burden" nahi, balkeh main kahunga ke "civilized man's burden". "civilized man's burden" yaani muazzab insaan ki zimmedari.</w:t>
      </w:r>
    </w:p>
    <w:p>
      <w:pPr>
        <w:jc w:val="right"/>
      </w:pPr>
      <w:r>
        <w:t>فظکو: "وائٹمینزبرڈن"نہیں، بلکہمیںکہوںگا کہ "سیولائزڈ مینزبرڈن"۔ "سیولائزڈ مینز برڈن" یعنی مہذب انسانکیذمہداری۔</w:t>
      </w:r>
    </w:p>
    <w:p>
      <w:r>
        <w:rPr>
          <w:b/>
        </w:rPr>
        <w:t xml:space="preserve">[31:25] </w:t>
      </w:r>
      <w:r>
        <w:t>toh western Europe mein ek ek tehzeeb nai wajood mein aayi jo phailte phailte dunya mein phail gayi, jis ko hum kehte hain "western civilization", "modern civilization", "scientific civilization".</w:t>
      </w:r>
    </w:p>
    <w:p>
      <w:pPr>
        <w:jc w:val="right"/>
      </w:pPr>
      <w:r>
        <w:t>تو و یسٹرنیورپمیں ایک ایک تہذیبنئیوجود میںآئیجوپھیلتےپھیلتےدنیامیںپھیلگئی، جسکوہمکہتےہیں"ویسٹرنسویلائزیشن"،"ماڈرنسویلائزیشن"، "سائنٹیفکسویلائزیشن"۔</w:t>
      </w:r>
    </w:p>
    <w:p>
      <w:r>
        <w:rPr>
          <w:b/>
        </w:rPr>
        <w:t xml:space="preserve">[31:40] </w:t>
      </w:r>
      <w:r>
        <w:t>toh "white man's burden" ek race batata hai, nasl ko. toh yeh Kipling ne jo banaya tha, yeh toh mujhe agar banana hota toh main kehta ke "civilized man's burden" unhone jo civilization wajood mein laye hain, woh is tarah ko phailana hai.</w:t>
      </w:r>
    </w:p>
    <w:p>
      <w:pPr>
        <w:jc w:val="right"/>
      </w:pPr>
      <w:r>
        <w:t>تو "وائٹ مینزبرڈن" ایک ریسکوبتاتاہے،نسلکو ۔ تو یہ کپ لنگنےجو بنایاتھا،یہ تو مجھےاگر بناناہوتاتومیںکہتا کہ "سیولائزڈ مینزبرڈن" انہوںنےجوسویلائزیشن وجود میںلائےہیں،وہ اسطرح کوپھیلاناہے۔</w:t>
      </w:r>
    </w:p>
    <w:p>
      <w:r>
        <w:rPr>
          <w:b/>
        </w:rPr>
        <w:t xml:space="preserve">[32:03] </w:t>
      </w:r>
      <w:r>
        <w:t>toh na toh Kipling ne isko sahi lafz mein ada kiya aur na hamare leaders samajh sake isko. hamare leaders kya karna tha? us waqt hamare leaderon ko woh alag karke dekhte ke yeh log sirf attack karne wale nahi hain, hamla aawar nahi hain.</w:t>
      </w:r>
    </w:p>
    <w:p>
      <w:pPr>
        <w:jc w:val="right"/>
      </w:pPr>
      <w:r>
        <w:t>تو نہتو کپلنگنے اسکو صحیحلفظمیںاداکیا اور نہہمارےلیڈرسمجھسکےاسکو۔ہمارےلیڈرکیاکرناتھا؟اسوقت ہمارےلیڈروںکو وہ الگکرکےدیکھتے کہیہلوگصرفاٹیکرنہیںہیں، حمل ہآورنہیںہیں۔</w:t>
      </w:r>
    </w:p>
    <w:p>
      <w:r>
        <w:rPr>
          <w:b/>
        </w:rPr>
        <w:t xml:space="preserve">[32:24] </w:t>
      </w:r>
      <w:r>
        <w:t>woh ek nai dunya le ke aaye hain, nai civilization, nai taraqqiyan yaani modern education, modern science, modern technology, agriculture ke naye tareeqe,</w:t>
      </w:r>
    </w:p>
    <w:p>
      <w:pPr>
        <w:jc w:val="right"/>
      </w:pPr>
      <w:r>
        <w:t>وہایک نئی دنیا لےکے آئےہیں،نئیسویلائزیشن ،نئی ترقیاں یعنی ماڈرنایجوکیشن،ماڈرن سائنس،ماڈرنٹیکنالوجی، ایگریکلچرکےنئےطریقے،</w:t>
      </w:r>
    </w:p>
    <w:p>
      <w:r>
        <w:rPr>
          <w:b/>
        </w:rPr>
        <w:t xml:space="preserve">[32:38] </w:t>
      </w:r>
      <w:r>
        <w:t>horticulture ke naye tareeqe, industry ke naye tareeqe. isko kehte hain civilization. to woh alag karke dekhte, inko simple ya ticker na samajhte.</w:t>
      </w:r>
    </w:p>
    <w:p>
      <w:pPr>
        <w:jc w:val="right"/>
      </w:pPr>
      <w:r>
        <w:t>ہارٹیکلچرکےنئےطریقے،انڈسٹریکےنئےطریقے۔ اسکوکہتےہیںسویلائزیشن۔ تو وہ الگکرکےدیکھتے، انکو سمپلیاٹیکرنہسمجھتے۔</w:t>
      </w:r>
    </w:p>
    <w:p>
      <w:r>
        <w:rPr>
          <w:b/>
        </w:rPr>
        <w:t xml:space="preserve">[32:52] </w:t>
      </w:r>
      <w:r>
        <w:t>to unhein seekh, woh seekhte, isse, isse seekhte. woh kehte hain ke bhai, woh jo pehlu hai ke duniya mein aa gaye hain, woh apna political sitra qaim kar liya hai, isko chhoro.</w:t>
      </w:r>
    </w:p>
    <w:p>
      <w:pPr>
        <w:jc w:val="right"/>
      </w:pPr>
      <w:r>
        <w:t>توانہیں سیکھ،وہسیکھتے،اسسے، اسسےسیکھتے۔ وہکہتےہیںکہبھئی، وہجو پہلوہے کہدنیا میںآگئےہیں،وہ اپناپولیٹیکل سائترہقائمکرلیاہے،اسکوچھوڑو۔</w:t>
      </w:r>
    </w:p>
    <w:p>
      <w:r>
        <w:rPr>
          <w:b/>
        </w:rPr>
        <w:t xml:space="preserve">[33:06] </w:t>
      </w:r>
      <w:r>
        <w:t>inse seekhna hai hamein, modern science seekhna hai kyunke yeh toh hina hamare liye mufeed hain. dawat jo hamari zimmedari hai, woh dawat mein hamein istemal karna hai in cheezon ko.</w:t>
      </w:r>
    </w:p>
    <w:p>
      <w:pPr>
        <w:jc w:val="right"/>
      </w:pPr>
      <w:r>
        <w:t>انسےسیکھناہےہمیں، ماڈرنسائنسسیکھناہے کیونکہیہتوعینہمارےلیے مفیدہے۔ دعوتجوہماریذمہداریہے، وہ دعوتمیںہمیںاستعمالکرناہےانچیزوںکو ۔</w:t>
      </w:r>
    </w:p>
    <w:p>
      <w:r>
        <w:rPr>
          <w:b/>
        </w:rPr>
        <w:t xml:space="preserve">[33:22] </w:t>
      </w:r>
      <w:r>
        <w:t>to yeh dono ko alag karke nahi de sake. isko quran mein kaha gaya hai: "furqan" alag karke dekhna. "furqan" ka matlab hai "al fasl bain al shai'ain".</w:t>
      </w:r>
    </w:p>
    <w:p>
      <w:pPr>
        <w:jc w:val="right"/>
      </w:pPr>
      <w:r>
        <w:t>تو یہ دونوںکو الگکرکےنہیںدےسکے۔ اسکو قرآنمیںکہاگیاہے:"فرقان" الگکرکےدیکھنا۔ "فرقان"کامطلبہے" الفصل بین الشین"۔</w:t>
      </w:r>
    </w:p>
    <w:p>
      <w:r>
        <w:rPr>
          <w:b/>
        </w:rPr>
        <w:t xml:space="preserve">[33:32] </w:t>
      </w:r>
      <w:r>
        <w:t>do cheezon ko farq karna. yeh momin ki ek sifat hai ke farq karke dekh sake woh. "furqan" iske andar ho. lekin hamare leaderon mein ek bhi shakhs nahi jiske andar "furqan" alag karke dekh sake.</w:t>
      </w:r>
    </w:p>
    <w:p>
      <w:pPr>
        <w:jc w:val="right"/>
      </w:pPr>
      <w:r>
        <w:t>دوچیزوںکوفرقکرنا۔ یہ مومنکیایکصفتہےکہفرقکرکےدیکھسکےوہ ۔"فرقان"اسکےاندرہو۔ لیکن ہمارےلیڈروںمیںایکبھی شخص نہیںجسکےاندر"فرقان" الگکرکےدیکھسکے۔</w:t>
      </w:r>
    </w:p>
    <w:p>
      <w:r>
        <w:rPr>
          <w:b/>
        </w:rPr>
        <w:t xml:space="preserve">[33:47] </w:t>
      </w:r>
      <w:r>
        <w:t>sahaba mein yeh cheez maujood thi. main batata hoon aapko sahaba ki misaal.</w:t>
      </w:r>
    </w:p>
    <w:p>
      <w:pPr>
        <w:jc w:val="right"/>
      </w:pPr>
      <w:r>
        <w:t>صحابہمیںیہچیزموجود تھی۔میںبتاتاہوںآپکوصحابہکیمثال۔</w:t>
      </w:r>
    </w:p>
    <w:p>
      <w:r>
        <w:rPr>
          <w:b/>
        </w:rPr>
        <w:t xml:space="preserve">[33:51] </w:t>
      </w:r>
      <w:r>
        <w:t>azmat sahaba ka conference hoti hai yahan par aur jaante bhi nahi ke sahaba kya cheez the. dhammache hue azmat sahaba conference ki.</w:t>
      </w:r>
    </w:p>
    <w:p>
      <w:pPr>
        <w:jc w:val="right"/>
      </w:pPr>
      <w:r>
        <w:t>عظمت صحابہکانفرنسہوتیہےیہاںپر اور جانتےبھینہیںکہ صحابہکیاچیزتھے۔ دھممچےہوئےعظمتصحابہکانفرنسکی۔</w:t>
      </w:r>
    </w:p>
    <w:p>
      <w:r>
        <w:rPr>
          <w:b/>
        </w:rPr>
        <w:t xml:space="preserve">[34:02] </w:t>
      </w:r>
      <w:r>
        <w:t>aap kisi sahabi ka naam lein aur radiallahu taala anhu na kahein to kahenge: "tum tum gustakh ho". logon ne marne hain aapko.</w:t>
      </w:r>
    </w:p>
    <w:p>
      <w:pPr>
        <w:jc w:val="right"/>
      </w:pPr>
      <w:r>
        <w:t>آپ کسیصحابیکانام لیں اور رضیاللہ تعالیعنہنہکہیںتو کہیںگے:"تمتم گستاخہو"۔ لوگوںنےمار نےہیںآپکو ۔</w:t>
      </w:r>
    </w:p>
    <w:p>
      <w:r>
        <w:rPr>
          <w:b/>
        </w:rPr>
        <w:t xml:space="preserve">[34:11] </w:t>
      </w:r>
      <w:r>
        <w:t>lekin kuch bhi yeh pehlu nahi jaante ke sahaba kya cheez the. azmat azmat sahaba ke dhammachane wale bekhabar hain azmat sahaba se.</w:t>
      </w:r>
    </w:p>
    <w:p>
      <w:pPr>
        <w:jc w:val="right"/>
      </w:pPr>
      <w:r>
        <w:t>لیکن کچھ بھییہلوگنہیںجانتےکہصحابہکیاچیزتھے۔ عظمت عظمت صحابہکےدھممچانےوالے بےخبرہیںعظمت صحابہسے۔</w:t>
      </w:r>
    </w:p>
    <w:p>
      <w:r>
        <w:rPr>
          <w:b/>
        </w:rPr>
        <w:t xml:space="preserve">[34:22] </w:t>
      </w:r>
      <w:r>
        <w:t>main aapko misaal deta hoon. yahi jo hai "furqan" alfasl bain al shai'ain. kitna zabardast bash aurat the woh log.</w:t>
      </w:r>
    </w:p>
    <w:p>
      <w:pPr>
        <w:jc w:val="right"/>
      </w:pPr>
      <w:r>
        <w:t>میںآپکومثالدیتاہوں۔ یہیجو ہے "فرقان" الفاظ بین الشین۔ کتنا زبردست باش عورتھےوہلوگ ۔</w:t>
      </w:r>
    </w:p>
    <w:p>
      <w:r>
        <w:rPr>
          <w:b/>
        </w:rPr>
        <w:t xml:space="preserve">[34:34] </w:t>
      </w:r>
      <w:r>
        <w:t>dekhiye, ek misaal yeh hai. yeh pehli misaal to khud rasool Allah sallallahu alaihi wasallam ki hai ke jab aap 6 10 AD mein jab aapne makka mein dawat shuru ki to kaaba markaz tauheed ke taur par banaya gaya tha. hazrat ibrahim ne banaya tha.</w:t>
      </w:r>
    </w:p>
    <w:p>
      <w:pPr>
        <w:jc w:val="right"/>
      </w:pPr>
      <w:r>
        <w:t>دیکھیے، ایک مثالیہہے۔ یہپہلیمثالتوخودرسولاللہصلیاللہعلیہوسلمکیہے کہ جب آپ 6 10اےڈیمیںجبآپنے مکہمیںدعوتشروع کی تو کعبہ مرکز توحیدکےطورپربنایاگیاتھا۔حضرتابراہیمنےبنایاتھا۔</w:t>
      </w:r>
    </w:p>
    <w:p>
      <w:r>
        <w:rPr>
          <w:b/>
        </w:rPr>
        <w:t xml:space="preserve">[34:51] </w:t>
      </w:r>
      <w:r>
        <w:t>wahan par but bhare hue the, sarkon par sainkaron but. to aap ne alag kiya, furqan ka tareeqa ikhtiyar kiya</w:t>
      </w:r>
    </w:p>
    <w:p>
      <w:pPr>
        <w:jc w:val="right"/>
      </w:pPr>
      <w:r>
        <w:t>وہاںپر بت بھرےہوئےتھے،سڑکوںپر سینکڑوںبت۔ توآپ نے الگکیا، فرقانکاطریقہ اختیارکیا</w:t>
      </w:r>
    </w:p>
    <w:p>
      <w:r>
        <w:rPr>
          <w:b/>
        </w:rPr>
        <w:t xml:space="preserve">[35:00] </w:t>
      </w:r>
      <w:r>
        <w:t>yani buton ke presence ko alag dekha aur wahan jo rozana assembly hoti thi aur jo audience jama hote the log iske buton ke liye, isko dekha to aap ne buton se kuch bhi chhed chhad nahi ki aur us assembly ko ba-taur audience istemal kiya aur dawat dete rahe 13 saal tak.</w:t>
      </w:r>
    </w:p>
    <w:p>
      <w:pPr>
        <w:jc w:val="right"/>
      </w:pPr>
      <w:r>
        <w:t>یعنی بتوںکے پریزنسکو الگدیکھا اوروہاںجو روز انہاسمبلیہوتیتھی اورجوآڈینس جمع ہوتےتھےلوگاسکے بت وںکےلیے ، اسکو دیکھا تو آپ نے بت وںسے کچھبھی چھیڑچھاڑنہیںکی اوراساسمبلیکو بطورآڈینساستعمالکیا اوردعوتدیتےرہے13سالتک۔</w:t>
      </w:r>
    </w:p>
    <w:p>
      <w:r>
        <w:rPr>
          <w:b/>
        </w:rPr>
        <w:t xml:space="preserve">[35:21] </w:t>
      </w:r>
      <w:r>
        <w:t>yani he was the one who was able to differentiate between the two.</w:t>
      </w:r>
    </w:p>
    <w:p>
      <w:pPr>
        <w:jc w:val="right"/>
      </w:pPr>
      <w:r>
        <w:t>یعنیہیواز داپرافٹوازایبلٹوڈیفرنشیٹبٹوینداٹو۔</w:t>
      </w:r>
    </w:p>
    <w:p>
      <w:r>
        <w:rPr>
          <w:b/>
        </w:rPr>
        <w:t xml:space="preserve">[35:28] </w:t>
      </w:r>
      <w:r>
        <w:t>dono ko farq karke dekh dekh sakte the. iske baad main ek misaal dena chahunga sahaba ki. dekhiye, hazrat umar ke zamane mein jo second khalifa the to sahaba mein aur iraniyon mein jang chhed gayi.</w:t>
      </w:r>
    </w:p>
    <w:p>
      <w:pPr>
        <w:jc w:val="right"/>
      </w:pPr>
      <w:r>
        <w:t>دونوںکوفرقکرکےدیکھ دیکھسکتےتھے۔ اسکےبعد میںایکمثالدیناچاہوںگاصحابہکی۔ دیکھیے، حضرتعمر کےزمان ےمیں جو سیکنڈ خلیفہتھے تو صحابہمیں اور ایرانیوںمیں جنگ چھڑگئی۔</w:t>
      </w:r>
    </w:p>
    <w:p>
      <w:r>
        <w:rPr>
          <w:b/>
        </w:rPr>
        <w:t xml:space="preserve">[35:52] </w:t>
      </w:r>
      <w:r>
        <w:t>to sahaba ki jamaat wahan dakhil ho gayi iran mein aur inko kamyabi hui.</w:t>
      </w:r>
    </w:p>
    <w:p>
      <w:pPr>
        <w:jc w:val="right"/>
      </w:pPr>
      <w:r>
        <w:t>تو صحابہکیجماعتوہاں داخلہوگئیایران میں اور انکو کامیابیہوئی ۔</w:t>
      </w:r>
    </w:p>
    <w:p>
      <w:r>
        <w:rPr>
          <w:b/>
        </w:rPr>
        <w:t xml:space="preserve">[36:03] </w:t>
      </w:r>
      <w:r>
        <w:t>to aap jaante hain sahaba matlab arab log. arbon ke bare mein iraniyon ka tasawwur kya tha? bahut haqeer tasawwur tha.</w:t>
      </w:r>
    </w:p>
    <w:p>
      <w:pPr>
        <w:jc w:val="right"/>
      </w:pPr>
      <w:r>
        <w:t>توآپجانتےہیں صحابہمطلبعرب لوگ۔ عرب وںکےبارےمیں ایر انیوںکاتصورکیاتھا؟ بہت حق یرتص ورتھا۔</w:t>
      </w:r>
    </w:p>
    <w:p>
      <w:r>
        <w:rPr>
          <w:b/>
        </w:rPr>
        <w:t xml:space="preserve">[36:13] </w:t>
      </w:r>
      <w:r>
        <w:t>Firdousi ka jo Shah Nama hai woh irani zehan ko batata hai.</w:t>
      </w:r>
    </w:p>
    <w:p>
      <w:pPr>
        <w:jc w:val="right"/>
      </w:pPr>
      <w:r>
        <w:t>ف ردوسیکاجوشاہ نامہہے وہ ایرانی ذہنکوبتاتاہے۔</w:t>
      </w:r>
    </w:p>
    <w:p>
      <w:r>
        <w:rPr>
          <w:b/>
        </w:rPr>
        <w:t xml:space="preserve">[36:20] </w:t>
      </w:r>
      <w:r>
        <w:t>to ismein in logon ke bare mein jo Iran mein dakhil hue the, jo Arab log, unke bare mein woh kehta hai ke "z saro z saro shutar khurdan o susmar arab ra ba jay rasid ast kar</w:t>
      </w:r>
    </w:p>
    <w:p>
      <w:pPr>
        <w:jc w:val="right"/>
      </w:pPr>
      <w:r>
        <w:t>تواسمیں انلوگوںکےبارےمیںجو ایران میںداخلہوئےتھے، جو عرب لوگ، انکےبارےمیںوہکہتاہے کہ "ذسیرو ذسیر شترخردنوسوسمار عرب راہبجائے رسید استکار</w:t>
      </w:r>
    </w:p>
    <w:p>
      <w:r>
        <w:rPr>
          <w:b/>
        </w:rPr>
        <w:t xml:space="preserve">[36:39] </w:t>
      </w:r>
      <w:r>
        <w:t>ke takht ki rah-kandarzo taf bar chu rukh gardaf o"</w:t>
      </w:r>
    </w:p>
    <w:p>
      <w:pPr>
        <w:jc w:val="right"/>
      </w:pPr>
      <w:r>
        <w:t>کہ تخت کیارہکندا رزو تف وبرچوچ رخگرداتف و"</w:t>
      </w:r>
    </w:p>
    <w:p>
      <w:r>
        <w:rPr>
          <w:b/>
        </w:rPr>
        <w:t xml:space="preserve">[36:45] </w:t>
      </w:r>
      <w:r>
        <w:t>ke yeh log jo arab ke log jo oont ka doodh pite the aur goh khaya karte the, inka itna hausla badh gaya hai ke irani empire par woh ka ka khwab dekh rahe hain, woh</w:t>
      </w:r>
    </w:p>
    <w:p>
      <w:pPr>
        <w:jc w:val="right"/>
      </w:pPr>
      <w:r>
        <w:t>کہیہلوگجو عربکےلوگ جو اونٹ کا دودھپیتےتھے اورگوہ کھائےکرتے تھے، انکا اتناحوصلہبڑھگیاہے کہ ایر انیایمپائرپر وہ کا کاخوابدیکھرہےہیں،وہ</w:t>
      </w:r>
    </w:p>
    <w:p>
      <w:r>
        <w:rPr>
          <w:b/>
        </w:rPr>
        <w:t xml:space="preserve">[37:05] </w:t>
      </w:r>
      <w:r>
        <w:t>is par qabza karne ka. lekin dekhiye, us waqt kya hua? phir jo wahan jo king tha, yezdgerd iska naam tha, use invite kiya negotiation ke liye.</w:t>
      </w:r>
    </w:p>
    <w:p>
      <w:pPr>
        <w:jc w:val="right"/>
      </w:pPr>
      <w:r>
        <w:t>اسپرقبضہکرنےکا۔لیکن دیکھیے، اسوقت کیا ہوا؟پھر جووہاں جو کنگتھا،ید گرد اسکانامتھا، اسے انوائٹکیا نیگوشیایشنکےلیے۔</w:t>
      </w:r>
    </w:p>
    <w:p>
      <w:r>
        <w:rPr>
          <w:b/>
        </w:rPr>
        <w:t xml:space="preserve">[37:18] </w:t>
      </w:r>
      <w:r>
        <w:t>to yahan se gaye sahaba ki kuch jamaat. to king ne poocha ke tumhare mulk mein kyun aaye ho? apne rehwa apne arab mein, iran mein kyun aa gaye tum log?</w:t>
      </w:r>
    </w:p>
    <w:p>
      <w:pPr>
        <w:jc w:val="right"/>
      </w:pPr>
      <w:r>
        <w:t>تو یہاںسے گئے صحابہ کیکچھجماعت ۔توکنگنےپوچھاکہتمہمارےملکمیںکیوںآئےہو ؟ اپنے رہواپنے عرب میں، ایران میںکن آگئےتملوگ ؟</w:t>
      </w:r>
    </w:p>
    <w:p>
      <w:r>
        <w:rPr>
          <w:b/>
        </w:rPr>
        <w:t xml:space="preserve">[37:33] </w:t>
      </w:r>
      <w:r>
        <w:t>to unhone jawab diya tha, woh tareekh mein likha hua hai ke "Allah aftasna wal Allah jabna lan kharaj al-ibadah min ibad al-ibad ila ibad Allah".</w:t>
      </w:r>
    </w:p>
    <w:p>
      <w:pPr>
        <w:jc w:val="right"/>
      </w:pPr>
      <w:r>
        <w:t>تو انہوںنےجوابدیاتھا، وہ استاریخ وںمیںلکھاہواہے کہ"اللہ افتاس نا واللہ ج اب نا لن خرجالعبادہ منعباد العباد الیعباد اللہ"۔</w:t>
      </w:r>
    </w:p>
    <w:p>
      <w:r>
        <w:rPr>
          <w:b/>
        </w:rPr>
        <w:t xml:space="preserve">[37:48] </w:t>
      </w:r>
      <w:r>
        <w:t>hamko Khuda ne bheja hai taake insaan ko</w:t>
      </w:r>
    </w:p>
    <w:p>
      <w:pPr>
        <w:jc w:val="right"/>
      </w:pPr>
      <w:r>
        <w:t>ہمکوخدانےبھیجاہے تاکہانسانکو</w:t>
      </w:r>
    </w:p>
    <w:p>
      <w:r>
        <w:rPr>
          <w:b/>
        </w:rPr>
        <w:t xml:space="preserve">[37:56] </w:t>
      </w:r>
      <w:r>
        <w:t>bandon ki parastish se nikal kar khuda ki parastish mein le aaye hain.</w:t>
      </w:r>
    </w:p>
    <w:p>
      <w:pPr>
        <w:jc w:val="right"/>
      </w:pPr>
      <w:r>
        <w:t>بندوںکی پرستشسےنکالکر خدا کیپرستشمیںلےآئیں۔</w:t>
      </w:r>
    </w:p>
    <w:p>
      <w:r>
        <w:rPr>
          <w:b/>
        </w:rPr>
        <w:t xml:space="preserve">[38:03] </w:t>
      </w:r>
      <w:r>
        <w:t>yahan par dekhiye, unhon ne alag kiya keh mat attack karne wale nahi hain, hum humla awar nahi hain, hum nayi ek nayi tehzeeb le kar aaye hain, tehzeeb e tauheed.</w:t>
      </w:r>
    </w:p>
    <w:p>
      <w:pPr>
        <w:jc w:val="right"/>
      </w:pPr>
      <w:r>
        <w:t>یہاںپردیکھیے،انہوںنے الگکیا کہہماٹیکرنہیںہیں،ہمہم حملہآورنہیںہیں، ہم نئیایک نئینئیتہذیبلےکرآئےہیں، تہذیب توحید۔</w:t>
      </w:r>
    </w:p>
    <w:p>
      <w:r>
        <w:rPr>
          <w:b/>
        </w:rPr>
        <w:t xml:space="preserve">[38:15] </w:t>
      </w:r>
      <w:r>
        <w:t>yeh jo jawab tha unka keh mat tauheed le kar aaye hain keh insan khuda ko poojay, khuda ki parastish karay, khuda ki worship karay, ghair khuda ki worship chhod de,</w:t>
      </w:r>
    </w:p>
    <w:p>
      <w:pPr>
        <w:jc w:val="right"/>
      </w:pPr>
      <w:r>
        <w:t>یہجوجوابتھاانکا کہہمتوحیدلےکرآئےہیں کہانسان خدا کو پوجے،خداکیپرستشکرے، خداکیورشپکرے، غیر خداکیورشپچھوڑدے،</w:t>
      </w:r>
    </w:p>
    <w:p>
      <w:r>
        <w:rPr>
          <w:b/>
        </w:rPr>
        <w:t xml:space="preserve">[38:32] </w:t>
      </w:r>
      <w:r>
        <w:t>kisi ajeeb baat hai. Yani Sahabi, we are able to differentiate between attacker. Hum ko attack karne wale mat samjho, we are bringing a new civilization, hum ek nayi tehzeeb ka khushkhabri le kar tumhare paas aaye hain keh aye insan,</w:t>
      </w:r>
    </w:p>
    <w:p>
      <w:pPr>
        <w:jc w:val="right"/>
      </w:pPr>
      <w:r>
        <w:t>کیسیعجیبباتہے۔ یعنیصحابیوازایبلٹوڈیفرنشیٹبٹوینداٹو۔ ہمکواٹیکرمتسمجھو، ویآرہاہا بینگرآفاےنیوسویلائزیشن، ہم ایکنئیتہذیبکا خوشخبریلےکرتمہارےپاسآئےہیں کہاےانسان،</w:t>
      </w:r>
    </w:p>
    <w:p>
      <w:r>
        <w:rPr>
          <w:b/>
        </w:rPr>
        <w:t xml:space="preserve">[38:53] </w:t>
      </w:r>
      <w:r>
        <w:t>khuda ki parastish kar, aye insan, makhlooq ki parastish chhod de jis ne tujh ko paida kiya hai.</w:t>
      </w:r>
    </w:p>
    <w:p>
      <w:pPr>
        <w:jc w:val="right"/>
      </w:pPr>
      <w:r>
        <w:t>خداکی پرستشکر ،اےانسان،مخلوقکیپرستشچھوڑدے جس نےتجھکوپیدا کیاہے۔</w:t>
      </w:r>
    </w:p>
    <w:p>
      <w:r>
        <w:rPr>
          <w:b/>
        </w:rPr>
        <w:t xml:space="preserve">[39:02] </w:t>
      </w:r>
      <w:r>
        <w:t>yeh jo unhon ne kaha tha keh "lil ibad min ibad al ibad il Allah" yani bandon ko bandon ki parastish se nikal kar khuda ki parastish ke andar layein, yeh koi siyasi kalma nahi tha.</w:t>
      </w:r>
    </w:p>
    <w:p>
      <w:pPr>
        <w:jc w:val="right"/>
      </w:pPr>
      <w:r>
        <w:t>یہ جو انہوںنےکہاتھا کہ "لل خ العبادمنعباد العباد اللہ" یعنیبندوںکو بندوںکیپرستشسےنکالکر خداکیپرستشکےاندر لائیں،یہکوئیسیاسی کلمہنہیںتھا۔</w:t>
      </w:r>
    </w:p>
    <w:p>
      <w:r>
        <w:rPr>
          <w:b/>
        </w:rPr>
        <w:t xml:space="preserve">[39:19] </w:t>
      </w:r>
      <w:r>
        <w:t>yeh ek nayi tehzeeb, yani tehzeeb e tauheed ka ailaan tha. To doosre lafzon mein kahun ga keh unhon ne yeh kaha: "we are not attacker,</w:t>
      </w:r>
    </w:p>
    <w:p>
      <w:pPr>
        <w:jc w:val="right"/>
      </w:pPr>
      <w:r>
        <w:t>یہ ایک نئی تہذیب،یعنیتہذیب توحید کا اعلانتھا۔ تو دوسرےلفظوںمیںکہوںگاکہانہوںنےیہکہا: "ویآرناٹاٹیکر،</w:t>
      </w:r>
    </w:p>
    <w:p>
      <w:r>
        <w:rPr>
          <w:b/>
        </w:rPr>
        <w:t xml:space="preserve">[39:30] </w:t>
      </w:r>
      <w:r>
        <w:t>we don't interested in your politics, we don't interested in your government, we don't interested in your empire, we are bringing of a new civilization, civilization of tauheed".</w:t>
      </w:r>
    </w:p>
    <w:p>
      <w:pPr>
        <w:jc w:val="right"/>
      </w:pPr>
      <w:r>
        <w:t>ویہیونوانٹرسٹانیورپولیٹکس، ویہیونوانٹرسٹانیورگورنمنٹ ،ویہیونوانٹرسٹانیور ایمپائر، ویآر ہابینگر آف انیوسویلائزیشن،سویلائزیشنآفتوحید"۔</w:t>
      </w:r>
    </w:p>
    <w:p>
      <w:r>
        <w:rPr>
          <w:b/>
        </w:rPr>
        <w:t xml:space="preserve">[39:45] </w:t>
      </w:r>
      <w:r>
        <w:t>kitni ajeeb o ghareeb misaal hai. Woh yeh hamare Muslim leaderon ko kehna chahiye tha</w:t>
      </w:r>
    </w:p>
    <w:p>
      <w:pPr>
        <w:jc w:val="right"/>
      </w:pPr>
      <w:r>
        <w:t>کتنی عجیبوغریبیہمثالہے۔ وہیہمارے مسلم لیڈروںکوکہناچاہیےتھا</w:t>
      </w:r>
    </w:p>
    <w:p>
      <w:r>
        <w:rPr>
          <w:b/>
        </w:rPr>
        <w:t xml:space="preserve">[39:53] </w:t>
      </w:r>
      <w:r>
        <w:t>keh yeh jo western log aaye hain jin ko hum colonial powers kehte hain keh woh bringing hain new age ke civilization ke, un ko attack karne wale ke roop mein mat lo, attacker ke roop mein mat lo. Woh</w:t>
      </w:r>
    </w:p>
    <w:p>
      <w:pPr>
        <w:jc w:val="right"/>
      </w:pPr>
      <w:r>
        <w:t>کہیہجو ویسٹرنلوگآئےہیں جنکوہمکلونیل پاورزکہتےہیں کہوہ ہابین گرہیںنیو اسکےسویلائزیشنکے، انکواٹیکرکےروپمیںمتلو، اٹیکرکےروپمیںمتلو۔وہ</w:t>
      </w:r>
    </w:p>
    <w:p>
      <w:r>
        <w:rPr>
          <w:b/>
        </w:rPr>
        <w:t xml:space="preserve">[40:11] </w:t>
      </w:r>
      <w:r>
        <w:t>ek nayi tehzeeb ke kanweed le kar aaye hain. Yeh yani is se pehle hum har rawaiti dour mein thay, rawaiti dour mein woh science dour mein hamein lana chahte hain,</w:t>
      </w:r>
    </w:p>
    <w:p>
      <w:pPr>
        <w:jc w:val="right"/>
      </w:pPr>
      <w:r>
        <w:t>ایک نئی تہذیب کے کا نو یدلےکرآئےہیں۔یہ یعنیاسسےپہلے ہم ہر روایتیدورمیںتھے، روایتیدورمیں وہ سائنسیدور میں ہمیںلاناچاہتےہیں،</w:t>
      </w:r>
    </w:p>
    <w:p>
      <w:r>
        <w:rPr>
          <w:b/>
        </w:rPr>
        <w:t xml:space="preserve">[40:31] </w:t>
      </w:r>
      <w:r>
        <w:t>education ka naya concept, history ka naya concept, technology ka naya concept, industry ka naya concept, yahan tak keh politics ka bhi naya concept, democracy ke roop mein.</w:t>
      </w:r>
    </w:p>
    <w:p>
      <w:pPr>
        <w:jc w:val="right"/>
      </w:pPr>
      <w:r>
        <w:t>ایجوکیشنکانیاکان سیپٹ، ہسٹریکانیاکانسیپٹ، ٹیکنالوجیکانیاکانسیپٹ، انڈسٹریکانیاکانسیپٹ، یہاںتککہپولیٹکسکابھینیاکانسیپٹ،ڈیموکریسیکے روپمیں۔</w:t>
      </w:r>
    </w:p>
    <w:p>
      <w:r>
        <w:rPr>
          <w:b/>
        </w:rPr>
        <w:t xml:space="preserve">[40:46] </w:t>
      </w:r>
      <w:r>
        <w:t>to these westerners are bringing of new civilization, don't take them simply as undertaker.</w:t>
      </w:r>
    </w:p>
    <w:p>
      <w:pPr>
        <w:jc w:val="right"/>
      </w:pPr>
      <w:r>
        <w:t>تو دیز ویسٹرنرز آر ہابینگرآفنیو سویلائزیشن، ڈونٹ ٹیک دیم سمپلیایزانڈرٹیکر۔</w:t>
      </w:r>
    </w:p>
    <w:p>
      <w:r>
        <w:rPr>
          <w:b/>
        </w:rPr>
        <w:t xml:space="preserve">[40:55] </w:t>
      </w:r>
      <w:r>
        <w:t>to kitna bada farq ho jata.</w:t>
      </w:r>
    </w:p>
    <w:p>
      <w:pPr>
        <w:jc w:val="right"/>
      </w:pPr>
      <w:r>
        <w:t>تو کتنابڑافرقہوجاتا ۔</w:t>
      </w:r>
    </w:p>
    <w:p>
      <w:r>
        <w:rPr>
          <w:b/>
        </w:rPr>
        <w:t xml:space="preserve">[41:00] </w:t>
      </w:r>
      <w:r>
        <w:t>tabhi hota keh yeh hum Muslim rehnuma seekhte, un se modern science ko seekhte, modern discoveries ko janne ki koshish karte.</w:t>
      </w:r>
    </w:p>
    <w:p>
      <w:pPr>
        <w:jc w:val="right"/>
      </w:pPr>
      <w:r>
        <w:t>تبیہہوتا کہیہمسلمرہنما سیکھتے،انسے ماڈرنسائنسکوسیکھتے،ماڈرنڈسکوریزکو جاننےکیکوششکرتے۔</w:t>
      </w:r>
    </w:p>
    <w:p>
      <w:r>
        <w:rPr>
          <w:b/>
        </w:rPr>
        <w:t xml:space="preserve">[41:11] </w:t>
      </w:r>
      <w:r>
        <w:t>aur phir yeh joom ne teen baatein kahin keh tareekh mein pehli baar yahi log thay jinhon ne yeh teen baatein duniya mein kiya, yani scientific evidence</w:t>
      </w:r>
    </w:p>
    <w:p>
      <w:pPr>
        <w:jc w:val="right"/>
      </w:pPr>
      <w:r>
        <w:t>اورپھریہجومیںنےتینباتیںکہیں کہ تاریخ میںپہلیبار یہیلوگتھےجنہوںنےیہتینباتیںدنیا میں کیا ، یعنیسائنٹیفکایویڈنس</w:t>
      </w:r>
    </w:p>
    <w:p>
      <w:r>
        <w:rPr>
          <w:b/>
        </w:rPr>
        <w:t xml:space="preserve">[41:24] </w:t>
      </w:r>
      <w:r>
        <w:t>aur religious freedom aur globalization, global communication kabhi tha hi nahi. Yeh aap ghore kijiye keh</w:t>
      </w:r>
    </w:p>
    <w:p>
      <w:pPr>
        <w:jc w:val="right"/>
      </w:pPr>
      <w:r>
        <w:t>اور ریلیجسفریڈم اور گلوبلسویلائزیشن،گلوبل کمیونیکیشن کبھیتھاہینہیں۔یہ آپغورکیجئےکہ</w:t>
      </w:r>
    </w:p>
    <w:p>
      <w:r>
        <w:rPr>
          <w:b/>
        </w:rPr>
        <w:t xml:space="preserve">[41:42] </w:t>
      </w:r>
      <w:r>
        <w:t>Banu Umayyah ke zamane mein ek thay Uqba ibn Nafi,</w:t>
      </w:r>
    </w:p>
    <w:p>
      <w:pPr>
        <w:jc w:val="right"/>
      </w:pPr>
      <w:r>
        <w:t>بنوامیہکےزمان ےمیں ایک تھے عقبہ ابن نافع،</w:t>
      </w:r>
    </w:p>
    <w:p>
      <w:r>
        <w:rPr>
          <w:b/>
        </w:rPr>
        <w:t xml:space="preserve">[41:52] </w:t>
      </w:r>
      <w:r>
        <w:t>woh Africa mein dakhil hue aur chalte chalte pahunch gaye Atl</w:t>
      </w:r>
    </w:p>
    <w:p>
      <w:pPr>
        <w:jc w:val="right"/>
      </w:pPr>
      <w:r>
        <w:t>وہ افریقہمیں داخلہوئے اور چلتےچلتےپہنچگئےاٹل</w:t>
      </w:r>
    </w:p>
    <w:p>
      <w:r>
        <w:rPr>
          <w:b/>
        </w:rPr>
        <w:t xml:space="preserve">[41:59] </w:t>
      </w:r>
      <w:r>
        <w:t>antic tak. Aap jante hain keh Africa idhar hai, America idhar hai, beech mein Atlantic hai. To aakhri hadd pe jab pahunche to wahan samandar tha, Atlantic ka samandar, us ke idhar pe kuch dikhai nahi deta tha.</w:t>
      </w:r>
    </w:p>
    <w:p>
      <w:pPr>
        <w:jc w:val="right"/>
      </w:pPr>
      <w:r>
        <w:t>انٹکتک۔ آپجانتےہیںکہ افریقہادھرہے، امریکہادھرہے،بیچمیںاٹلانٹکہے۔ تو آخریحد پہجبپہنچےتووہاںسمندرتھا،اٹلانٹککاسمندر، اسکےادھرپہکچھدکھائینہیںدیتاتھا۔</w:t>
      </w:r>
    </w:p>
    <w:p>
      <w:r>
        <w:rPr>
          <w:b/>
        </w:rPr>
        <w:t xml:space="preserve">[42:16] </w:t>
      </w:r>
      <w:r>
        <w:t>To unhon ne apna ghora samandar mein daal diya.</w:t>
      </w:r>
    </w:p>
    <w:p>
      <w:pPr>
        <w:jc w:val="right"/>
      </w:pPr>
      <w:r>
        <w:t>توانہوںنےاپناگھوڑا سمندرمیںڈالدیا۔</w:t>
      </w:r>
    </w:p>
    <w:p>
      <w:r>
        <w:rPr>
          <w:b/>
        </w:rPr>
        <w:t xml:space="preserve">[42:23] </w:t>
      </w:r>
      <w:r>
        <w:t>Unhon ne kaha keh Khuda ya, agar main jaanta ke is samandar ke paar bhi koi duniya hai, udhar bhi koi insan rehte hain to main ghus jata, yahan tak ke main wahan pahunchun aur un ko Allah ka paigham pahunchaun.</w:t>
      </w:r>
    </w:p>
    <w:p>
      <w:pPr>
        <w:jc w:val="right"/>
      </w:pPr>
      <w:r>
        <w:t>انہوںنےکہاکہخدایا،اگرمیںجانتا کہاس سمندر کےپار بھیکوئی دنیا ہے، ادھربھیکوئیانسانرہتےہیں تومیںگھسجاتا، یہاںتککہمیںوہاںپہنچوں اور انکواللہ کاپیغامپہنچاؤں۔</w:t>
      </w:r>
    </w:p>
    <w:p>
      <w:r>
        <w:rPr>
          <w:b/>
        </w:rPr>
        <w:t xml:space="preserve">[42:38] </w:t>
      </w:r>
      <w:r>
        <w:t>Is ka matlab kya hai? Banu Umayyah ke zamane mein logon ko yeh pata nahi tha ke America bhi koi desh hai, kuch khabar nahi thi.</w:t>
      </w:r>
    </w:p>
    <w:p>
      <w:pPr>
        <w:jc w:val="right"/>
      </w:pPr>
      <w:r>
        <w:t>اسکامطلبکیاہے؟ بنوامیہکےزمان ےمیں لوگوںکویہپتہنہیںتھا کہ امریک ہبھیکوئی દેશ ہے، کچھخبرنہیںتھی۔</w:t>
      </w:r>
    </w:p>
    <w:p>
      <w:r>
        <w:rPr>
          <w:b/>
        </w:rPr>
        <w:t xml:space="preserve">[42:52] </w:t>
      </w:r>
      <w:r>
        <w:t>America maujood tha lekin unhein khabar nahi thi aur communication ka maujood hi nahi tha. Yani ghoday par samandar paar kar ke ba'az farz mumkin safar karna, tab pahunch sakte thay woh wahan.</w:t>
      </w:r>
    </w:p>
    <w:p>
      <w:pPr>
        <w:jc w:val="right"/>
      </w:pPr>
      <w:r>
        <w:t>امریک ہموجود تھالیکنانہیں خبرنہیںتھی اور کمیونیکیشنکاوجود ہینہیںتھا۔ یعنیگھوڑےپر سمندر پار کرکے بال فرض ممکنہوسفرکرنا،تبپہنچسکتےتھےوہاں۔</w:t>
      </w:r>
    </w:p>
    <w:p>
      <w:r>
        <w:rPr>
          <w:b/>
        </w:rPr>
        <w:t xml:space="preserve">[43:06] </w:t>
      </w:r>
      <w:r>
        <w:t>Ab America pahunchne ke liye aap kitabein bhejiye, wahan message bhejiye, wahan aap telephone par internet ke zariye contact kijiye, wahan ek second mein aap America tak apna message pahuncha sakte hain.</w:t>
      </w:r>
    </w:p>
    <w:p>
      <w:pPr>
        <w:jc w:val="right"/>
      </w:pPr>
      <w:r>
        <w:t>ابامریکہپہنچنےکےلیےآپ کتاب یںبھیجیے،وہاں میسجبھیجیے،وہاں آپ ٹیلیفونپر انٹرنیٹکےذریعےکنٹریکٹکیجئے،وہاں ایک ایکسیکنڈمیںآپامریک ہ تک اپنا میسجپہنچاسکتےہیں۔</w:t>
      </w:r>
    </w:p>
    <w:p>
      <w:r>
        <w:rPr>
          <w:b/>
        </w:rPr>
        <w:t xml:space="preserve">[43:22] </w:t>
      </w:r>
      <w:r>
        <w:t>to dunya ko kitna zyada aagay barha diya tha westerners ne</w:t>
      </w:r>
    </w:p>
    <w:p>
      <w:pPr>
        <w:jc w:val="right"/>
      </w:pPr>
      <w:r>
        <w:t>تو دنیا کو کتنازیادہ آگےبڑھادیاتھاانویسٹرن رزنے</w:t>
      </w:r>
    </w:p>
    <w:p>
      <w:r>
        <w:rPr>
          <w:b/>
        </w:rPr>
        <w:t xml:space="preserve">[43:29] </w:t>
      </w:r>
      <w:r>
        <w:t>ke jo muslim woh tabay thay, woh ke Africa par pohnch kar samajhte thay hamari sarhad aa gayi, had aa gayi, hamari limit aa gayi, hamare is ke aagay kuch bhi nahin.</w:t>
      </w:r>
    </w:p>
    <w:p>
      <w:pPr>
        <w:jc w:val="right"/>
      </w:pPr>
      <w:r>
        <w:t>کہجو مسلم وہ تابعیتھے،وہ کہ افریقہ پرپہنچکر سمجھتےتھےہماریسر حدآگئی،حدآگئی،ہماریلمٹآگئی،ہمارے اسکےآگےکچھبھینہیں ۔</w:t>
      </w:r>
    </w:p>
    <w:p>
      <w:r>
        <w:rPr>
          <w:b/>
        </w:rPr>
        <w:t xml:space="preserve">[43:41] </w:t>
      </w:r>
      <w:r>
        <w:t>is ke aagay thakan unhone pohnchne ka mauqa de diya aap ko,</w:t>
      </w:r>
    </w:p>
    <w:p>
      <w:pPr>
        <w:jc w:val="right"/>
      </w:pPr>
      <w:r>
        <w:t>اسکےآگےتکانہوںنےپہنچنےکاموقعدےدیاآپکو ،</w:t>
      </w:r>
    </w:p>
    <w:p>
      <w:r>
        <w:rPr>
          <w:b/>
        </w:rPr>
        <w:t xml:space="preserve">[43:45] </w:t>
      </w:r>
      <w:r>
        <w:t>samandar ko paar kar ke America tak pohncho, ab is Australia tak pohncho, shayad dunya mein apna message pohncha do aur azaadi, plus azaadi.</w:t>
      </w:r>
    </w:p>
    <w:p>
      <w:pPr>
        <w:jc w:val="right"/>
      </w:pPr>
      <w:r>
        <w:t>سمندر کوپارکرکےامریکہتکپہنچو، اب اس آسٹریلیاتکپہنچو، شایددنیا میںاپنامیسجپہنچادو اور آز ادی،پلس آزادی۔</w:t>
      </w:r>
    </w:p>
    <w:p>
      <w:r>
        <w:rPr>
          <w:b/>
        </w:rPr>
        <w:t xml:space="preserve">[43:58] </w:t>
      </w:r>
      <w:r>
        <w:t>yeh woh log hain tareekh mein pehli baar religious freed milaye hain.</w:t>
      </w:r>
    </w:p>
    <w:p>
      <w:pPr>
        <w:jc w:val="right"/>
      </w:pPr>
      <w:r>
        <w:t>یہوہلوگ ہیں تاریخ میںپہلیبار ریلیجسفریڈملائےہیں۔</w:t>
      </w:r>
    </w:p>
    <w:p>
      <w:r>
        <w:rPr>
          <w:b/>
        </w:rPr>
        <w:t xml:space="preserve">[44:05] </w:t>
      </w:r>
      <w:r>
        <w:t>to aap dekhein kitni bari bari nematein le kar aaye thay.</w:t>
      </w:r>
    </w:p>
    <w:p>
      <w:pPr>
        <w:jc w:val="right"/>
      </w:pPr>
      <w:r>
        <w:t>توآپدیکھیںکتنیبڑیبڑینعمتیںلےکرآئےتھے۔</w:t>
      </w:r>
    </w:p>
    <w:p>
      <w:r>
        <w:rPr>
          <w:b/>
        </w:rPr>
        <w:t xml:space="preserve">[44:09] </w:t>
      </w:r>
      <w:r>
        <w:t>inka agar inka inka yani kuch political, yani unhone kuch dabdaba qaim kiya to woh to bohat hi choti cheez thi jo ke Arab mein kehta hai "taaf" hai, mamooli cheez thi ke political dabdaba qaim kar liya.</w:t>
      </w:r>
    </w:p>
    <w:p>
      <w:pPr>
        <w:jc w:val="right"/>
      </w:pPr>
      <w:r>
        <w:t>انکا اگر انکا انکا یعنی کچھپولیٹیکل ، یعنیانہوںنےکچھ دبدبہقائمکیا تو وہتوبہت ہی چھوٹیچیزتھی جوکہ عربمیںکہتاہے"طاف"ہے، معمولیچیزتھی کہپولیٹیکلدبدبہقائمکرلیا۔</w:t>
      </w:r>
    </w:p>
    <w:p>
      <w:r>
        <w:rPr>
          <w:b/>
        </w:rPr>
        <w:t xml:space="preserve">[44:27] </w:t>
      </w:r>
      <w:r>
        <w:t>is se hazaron guna bari cheez woh laye hue thay, religious freed laye, global communication laye, scientific evidence laye.</w:t>
      </w:r>
    </w:p>
    <w:p>
      <w:pPr>
        <w:jc w:val="right"/>
      </w:pPr>
      <w:r>
        <w:t>اسسے ہزاروںگنابڑیچیزوہلائےہوئےتھے، ریلیجسفریڈملائے، گلوبلکمیونیکیشنلائے، سائنٹیفکایویڈنسلائے۔</w:t>
      </w:r>
    </w:p>
    <w:p>
      <w:r>
        <w:rPr>
          <w:b/>
        </w:rPr>
        <w:t xml:space="preserve">[44:37] </w:t>
      </w:r>
      <w:r>
        <w:t>aap ghore kijiye ke is se pehle deen tauheed ke paas sirf rawaiti dalail thay, rawaiti dalail. Unhone pehli baar yeh mumkin banaya ke khud insaan ke apne accepted norm par,</w:t>
      </w:r>
    </w:p>
    <w:p>
      <w:pPr>
        <w:jc w:val="right"/>
      </w:pPr>
      <w:r>
        <w:t>آپغورکیجئےکہاسسےپہلے دینتوحیدکےپاسصرفروایتی دلائل تھے،روایتیدلائل ۔ انہوںنے پہلیبار یہممکنبنایاکہخود انسان کے اپنے ایکسیپٹڈ نارپر،</w:t>
      </w:r>
    </w:p>
    <w:p>
      <w:r>
        <w:rPr>
          <w:b/>
        </w:rPr>
        <w:t xml:space="preserve">[44:52] </w:t>
      </w:r>
      <w:r>
        <w:t>accepted base par deen tauheed ko sabit kiya is ke. Kabhi tha nahin aisa.</w:t>
      </w:r>
    </w:p>
    <w:p>
      <w:pPr>
        <w:jc w:val="right"/>
      </w:pPr>
      <w:r>
        <w:t>ایکسیپٹڈبیسپر دین توحیدکوثابتکیاسکے۔ کبھیتھاہینہیںایسا۔</w:t>
      </w:r>
    </w:p>
    <w:p>
      <w:r>
        <w:rPr>
          <w:b/>
        </w:rPr>
        <w:t xml:space="preserve">[45:01] </w:t>
      </w:r>
      <w:r>
        <w:t>to Muslim hukmaran ko kya karna chahiye tha? Woh jo Sahaba ne kiya,</w:t>
      </w:r>
    </w:p>
    <w:p>
      <w:pPr>
        <w:jc w:val="right"/>
      </w:pPr>
      <w:r>
        <w:t>تو مسلمحکمرانکوکیاکرناچاہیےتھا؟وہجوصحابینےکیا،</w:t>
      </w:r>
    </w:p>
    <w:p>
      <w:r>
        <w:rPr>
          <w:b/>
        </w:rPr>
        <w:t xml:space="preserve">[45:06] </w:t>
      </w:r>
      <w:r>
        <w:t>woh kehte apne logon se ke "these westerners are harbinger of a new civilization". Tum unko basaa tikay ke roop mein dekh rahe ho, woh to yani one percent se bhi kam hai,</w:t>
      </w:r>
    </w:p>
    <w:p>
      <w:pPr>
        <w:jc w:val="right"/>
      </w:pPr>
      <w:r>
        <w:t>وہکہتےاپنے لوگوںسے کہ"دیزویسٹرنرزآر ہابینگرآفانیوسویلائزیشن"۔ تمانکوبساٹیکرکےروپمیںدیکھرہےہو، وہتو یعنی ون پرسنٹسےبھیکمہے،</w:t>
      </w:r>
    </w:p>
    <w:p>
      <w:r>
        <w:rPr>
          <w:b/>
        </w:rPr>
        <w:t xml:space="preserve">[45:22] </w:t>
      </w:r>
      <w:r>
        <w:t>mou din 90 percent to yeh hai ke woh ek ek civilization laye hain, opportunities laye hain, mauqa daawat laye hain. Yani inka jo political domination hua Muslim countries mein,</w:t>
      </w:r>
    </w:p>
    <w:p>
      <w:pPr>
        <w:jc w:val="right"/>
      </w:pPr>
      <w:r>
        <w:t>موردین90پرسنٹتویہہےکہوہایک ایک سویلائزیشنلائےہیں، اپرچونیٹیزلائےہیں، مواقعدعوت لائےہیں۔ یعنیانکاجو پولیٹیکلڈومینیشنہوا مسلم کنٹریزمیں،</w:t>
      </w:r>
    </w:p>
    <w:p>
      <w:r>
        <w:rPr>
          <w:b/>
        </w:rPr>
        <w:t xml:space="preserve">[45:38] </w:t>
      </w:r>
      <w:r>
        <w:t>woh sirf 1 percent hissa tha inke poore kahani ka,</w:t>
      </w:r>
    </w:p>
    <w:p>
      <w:pPr>
        <w:jc w:val="right"/>
      </w:pPr>
      <w:r>
        <w:t>وہ صرف ون پرسنٹ حصہتھاانکےپورے کہانیکا،</w:t>
      </w:r>
    </w:p>
    <w:p>
      <w:r>
        <w:rPr>
          <w:b/>
        </w:rPr>
        <w:t xml:space="preserve">[45:46] </w:t>
      </w:r>
      <w:r>
        <w:t>aur 99 percent zyada qissa jo tha, woh inki taraqqiyan thin, inka development tha, in</w:t>
      </w:r>
    </w:p>
    <w:p>
      <w:pPr>
        <w:jc w:val="right"/>
      </w:pPr>
      <w:r>
        <w:t>اور 9 9 پرسنٹزیادہ قصہجوتھا، وہانکیترقیاںتھیں،انکاڈیولپمنٹتھا،ان</w:t>
      </w:r>
    </w:p>
    <w:p>
      <w:r>
        <w:rPr>
          <w:b/>
        </w:rPr>
        <w:t xml:space="preserve">[45:52] </w:t>
      </w:r>
      <w:r>
        <w:t>ki yeh saari cheezein thin jo poori tarah daawat tauheed ke liye muafiq thin. Yani pehli baar yeh mumkin ho tha ke Quran majeed mein hai ke Rasool Allah ko bheja Allah ta'ala ne "li yakuna lil 'alameen nazeera" ke saare alam ke liye woh aagah karne wale bane, lekin mumkin nahin tha</w:t>
      </w:r>
    </w:p>
    <w:p>
      <w:pPr>
        <w:jc w:val="right"/>
      </w:pPr>
      <w:r>
        <w:t>کی یہساریچیزیںتھیںجو پوریطرح دعوت توحیدکےلیے موافقتھیں۔ یعنیپہلیبار یہممکنہواتھا کہ قرآنمجیدمیںہےکہرسولاللہکوبھیجااللہتعالینے "ل یکون للعالمیننظ یرہ" کہسارےعالمکےلیے وہ آگاہکرنےوالے بنے،لیکن ممکننہیںتھا</w:t>
      </w:r>
    </w:p>
    <w:p>
      <w:r>
        <w:rPr>
          <w:b/>
        </w:rPr>
        <w:t xml:space="preserve">[46:16] </w:t>
      </w:r>
      <w:r>
        <w:t>kyun ke saare alam tak kaise pohn</w:t>
      </w:r>
    </w:p>
    <w:p>
      <w:pPr>
        <w:jc w:val="right"/>
      </w:pPr>
      <w:r>
        <w:t>کیونکہ سارےعالمتککیسےپہن</w:t>
      </w:r>
    </w:p>
    <w:p>
      <w:r>
        <w:rPr>
          <w:b/>
        </w:rPr>
        <w:t xml:space="preserve">[46:18] </w:t>
      </w:r>
      <w:r>
        <w:t>chte? Aap na communication tha, na modern geography thi, na kuch, na na pata tha, kuch pata nahin tha.</w:t>
      </w:r>
    </w:p>
    <w:p>
      <w:pPr>
        <w:jc w:val="right"/>
      </w:pPr>
      <w:r>
        <w:t>چتے؟آپ نہکمیونیکیشنتھا، نہ ماڈرنجیوگرافیتھی، نہ کچھ،نہ نہپتہتھا، کچھپتہنہیںتھا۔</w:t>
      </w:r>
    </w:p>
    <w:p>
      <w:r>
        <w:rPr>
          <w:b/>
        </w:rPr>
        <w:t xml:space="preserve">[46:27] </w:t>
      </w:r>
      <w:r>
        <w:t>to target agar che yeh tha ke saare alam tak pohnche message, lekin sadhan nahin thay, mauqe nahin thay, opportunities nahin thay.</w:t>
      </w:r>
    </w:p>
    <w:p>
      <w:pPr>
        <w:jc w:val="right"/>
      </w:pPr>
      <w:r>
        <w:t>تو ٹارگٹاگر چہیہیتھا کہسارےعالمتکپہنچے میسج،لیکن سادھننہیںتھے، مواقعنہیںتھے،اپرچونیٹیزنہیںتھیں۔</w:t>
      </w:r>
    </w:p>
    <w:p>
      <w:r>
        <w:rPr>
          <w:b/>
        </w:rPr>
        <w:t xml:space="preserve">[46:39] </w:t>
      </w:r>
      <w:r>
        <w:t>to pehli baar sadhan diya kis ne? Westerners ne, woh secular log thay. To is se kya hua?</w:t>
      </w:r>
    </w:p>
    <w:p>
      <w:pPr>
        <w:jc w:val="right"/>
      </w:pPr>
      <w:r>
        <w:t>تو پہلیبار سادھندیا کسنے؟ ویسٹرنرزنے، وہ سیکولرلوگتھے۔ تواسسےکیاہوا ؟</w:t>
      </w:r>
    </w:p>
    <w:p>
      <w:r>
        <w:rPr>
          <w:b/>
        </w:rPr>
        <w:t xml:space="preserve">[46:50] </w:t>
      </w:r>
      <w:r>
        <w:t>is se kya hua? Rasool Allah ne Abdullah bin Uraiq jo mushrik tha, us ko apna guide banaya. Is ka mushrik hona ek alag cheez hai.</w:t>
      </w:r>
    </w:p>
    <w:p>
      <w:pPr>
        <w:jc w:val="right"/>
      </w:pPr>
      <w:r>
        <w:t>اسسےکیاہوا ؟ رسولاللہ نے عبداللہ ابن عریق جومشرکتھا، اسکواپناگائیڈبن ایا۔ اسکامشرکہوناایکالگچیزہے۔</w:t>
      </w:r>
    </w:p>
    <w:p>
      <w:r>
        <w:rPr>
          <w:b/>
        </w:rPr>
        <w:t xml:space="preserve">[47:01] </w:t>
      </w:r>
      <w:r>
        <w:t>Rasool Allah ne yahan alag ki dikhai, un linking policy ikhtiyar ki. Rasool Allah sallallahu alaihi wasallam ne linking policy mushrik hai to hua kare, hum ko guide kare ga. Woh is se pehle ek aur paighambari misaal qaim kar chuke thay, Hazrat Yusuf alaihi</w:t>
      </w:r>
    </w:p>
    <w:p>
      <w:pPr>
        <w:jc w:val="right"/>
      </w:pPr>
      <w:r>
        <w:t>رسولاللہنےیہاںالگکیادکھائی، ان ڈیلنکنگپالیسیاختیارکی۔رسولاللہصلیاللہعلیہوسلمنے ڈیلنکنگپالیسی مشرکہےتوہواکرے، ہمکوگائیڈ کرےگا۔وہ اسسےپہلے ایکاور پیغمبریہمثالقائمکرچکےتھے،حضرتیوسفعلیہ</w:t>
      </w:r>
    </w:p>
    <w:p>
      <w:r>
        <w:rPr>
          <w:b/>
        </w:rPr>
        <w:t xml:space="preserve">[47:17] </w:t>
      </w:r>
      <w:r>
        <w:t>salam. Unke zamane mein Misr mein ek badshah tha,</w:t>
      </w:r>
    </w:p>
    <w:p>
      <w:pPr>
        <w:jc w:val="right"/>
      </w:pPr>
      <w:r>
        <w:t>السلام۔ انکےزمان ےمیں مصر میںایکبادشاہتھا،</w:t>
      </w:r>
    </w:p>
    <w:p>
      <w:r>
        <w:rPr>
          <w:b/>
        </w:rPr>
        <w:t xml:space="preserve">[47:23] </w:t>
      </w:r>
      <w:r>
        <w:t>to woh mushrik tha, masjid ko sharab bhi peeta tha, woh khud Quran se sabit hai, lekin is ne ek bohat bara afra de diya Hazrat Yusuf ko.</w:t>
      </w:r>
    </w:p>
    <w:p>
      <w:pPr>
        <w:jc w:val="right"/>
      </w:pPr>
      <w:r>
        <w:t>تووہ مشرکتھا، مسجدکو شراببھیپیتاتھا،وہ خود قرآنسےثابتہے، لیکن اسنےایکبہتبڑاافردےدیاحضرتیوسفکو۔</w:t>
      </w:r>
    </w:p>
    <w:p>
      <w:r>
        <w:rPr>
          <w:b/>
        </w:rPr>
        <w:t xml:space="preserve">[47:35] </w:t>
      </w:r>
      <w:r>
        <w:t>aaj kal ki zaban mein to yani woh goya ke food ministry thi ya ziraat ki ministry thi, lekin aap jante hain ke woh zamana jo tha, woh agricultural zamana tha.</w:t>
      </w:r>
    </w:p>
    <w:p>
      <w:pPr>
        <w:jc w:val="right"/>
      </w:pPr>
      <w:r>
        <w:t>آجکل کیزبان میں تو یعنی وہ گویاکہ فوڈمنسٹریتھی یا زراعتکی منسٹریتھی، لیکن آپجانتےہیںکہ وہ زمان ہجوتھا،وہ ایگریکلچرل زمان ہتھا۔</w:t>
      </w:r>
    </w:p>
    <w:p>
      <w:r>
        <w:rPr>
          <w:b/>
        </w:rPr>
        <w:t xml:space="preserve">[47:55] </w:t>
      </w:r>
      <w:r>
        <w:t>sari ek economy based thi agriculture par, aur to kuch tha nahi, koi industry nahi, kuch bhi nahi, kuch bhi nahi</w:t>
      </w:r>
    </w:p>
    <w:p>
      <w:pPr>
        <w:jc w:val="right"/>
      </w:pPr>
      <w:r>
        <w:t>ساری اک انومی بیسکرتیتھیایگریکلچرپر، اور توکچھتھانہیں، کوئیانڈ سٹرینہیں،کچھبھینہیں،کچھبھینہیں</w:t>
      </w:r>
    </w:p>
    <w:p>
      <w:r>
        <w:rPr>
          <w:b/>
        </w:rPr>
        <w:t xml:space="preserve">[48:02] </w:t>
      </w:r>
      <w:r>
        <w:t>to sab kuch jo insan ke pas hota tha, woh agriculture. to agriculture ke mane the, yani sab kuch uske ikhtiyar mein aa gaya.</w:t>
      </w:r>
    </w:p>
    <w:p>
      <w:pPr>
        <w:jc w:val="right"/>
      </w:pPr>
      <w:r>
        <w:t>۔ تو سبکچھجو انسان کےپاسہوتاتھا،وہ ایگریکلچر۔ تو ایگریکلچرکےمعنیتھے، یعنیسبکچھاسکےاختیارمیںآگیا۔</w:t>
      </w:r>
    </w:p>
    <w:p>
      <w:r>
        <w:rPr>
          <w:b/>
        </w:rPr>
        <w:t xml:space="preserve">[48:13] </w:t>
      </w:r>
      <w:r>
        <w:t>to goya ke hazrat yusuf alehissalam ki haisiyat primeminister ki thi, baap woh badshah aaya tha, woh ek figurehead ke taur par tha, bas figurehead ke taur par.</w:t>
      </w:r>
    </w:p>
    <w:p>
      <w:pPr>
        <w:jc w:val="right"/>
      </w:pPr>
      <w:r>
        <w:t>تو گویاکہ حضرتیوسفعلیہالسلام کیحیثیت پرائممنسٹرکیتھی، باپ وہ بادشاہآیاتھا،وہ ایک فگرہیڈکےطورپرتھا،بس فگرہیڈکےطورپر۔</w:t>
      </w:r>
    </w:p>
    <w:p>
      <w:r>
        <w:rPr>
          <w:b/>
        </w:rPr>
        <w:t xml:space="preserve">[48:25] </w:t>
      </w:r>
      <w:r>
        <w:t>to unhon ne kiya? in ko alag karke dekha,</w:t>
      </w:r>
    </w:p>
    <w:p>
      <w:pPr>
        <w:jc w:val="right"/>
      </w:pPr>
      <w:r>
        <w:t>توانہوںنےکیا ؟ انکو الگکرکےدیکھا،</w:t>
      </w:r>
    </w:p>
    <w:p>
      <w:r>
        <w:rPr>
          <w:b/>
        </w:rPr>
        <w:t xml:space="preserve">[48:30] </w:t>
      </w:r>
      <w:r>
        <w:t>he was able to differentiate between the two ke theek hai, woh sharabi hai to hua kare, sharab peeta hai to uski zaat muhall mein apna sharab peera hai, lekin sari duniya to hum ko de raha hai, sar misr hum ko de raha hai, aap ko hum mirage karo. tum is ko accept kar liya, is ko to yeh hai al fasl bayn al shay.</w:t>
      </w:r>
    </w:p>
    <w:p>
      <w:pPr>
        <w:jc w:val="right"/>
      </w:pPr>
      <w:r>
        <w:t>ہیوازایبلٹوڈیفرنشیٹبٹوینداٹو کہٹھیکہے،وہمشرکہےتوہواکرے، شرابپیتاہےتواسکیذات محلمیںاپناشرابپیرہاہے،لیکن ساریدنیا توہمکودےرہاہے، سر مصر ہمکودےرہاہے،آپکوہممیرجکرو۔تم اسکوایکسیپٹکرلیا،اسکو تویہہے الفصل بین الشیع۔</w:t>
      </w:r>
    </w:p>
    <w:p>
      <w:r>
        <w:rPr>
          <w:b/>
        </w:rPr>
        <w:t xml:space="preserve">[48:50] </w:t>
      </w:r>
      <w:r>
        <w:t>to is zamane mein jo ulama paida hue, jo rehnuma paida hue, one to all, sab ke sab ghair an exception fail ho gaye is wisdom ko samajhne mein.</w:t>
      </w:r>
    </w:p>
    <w:p>
      <w:pPr>
        <w:jc w:val="right"/>
      </w:pPr>
      <w:r>
        <w:t>تو اس زمانےمیںجو علم اء پیدا ہوئے، جو رہنماپیدا ہوئے، ون ٹوآل،سب کےسببغیرانایکسیپشنفیل ہوگئے اس وزڈمکوسمجھنےمیں۔</w:t>
      </w:r>
    </w:p>
    <w:p>
      <w:r>
        <w:rPr>
          <w:b/>
        </w:rPr>
        <w:t xml:space="preserve">[49:02] </w:t>
      </w:r>
      <w:r>
        <w:t>yeh wisdom ko samajhne mein kaisi ajeeb baat hai. woh kehti hai kya hua ke islam ka jo ek daur aaya tha, woh avail nahin ho saka. ek naye mauqe dawat aaye the, woh avail nahin ho sake.</w:t>
      </w:r>
    </w:p>
    <w:p>
      <w:pPr>
        <w:jc w:val="right"/>
      </w:pPr>
      <w:r>
        <w:t>یہوزڈمکوسمجھنےمیں کیسیعجیبباتہے۔ وہکہتیہےکیاہوا کہ اسلام کاجو ایک دور آیاتھا، وہ اویلنہیںہوسکا۔ایکنئےمواقعدعوتآئےتھے،وہاویلنہیں ہوسکے۔</w:t>
      </w:r>
    </w:p>
    <w:p>
      <w:r>
        <w:rPr>
          <w:b/>
        </w:rPr>
        <w:t xml:space="preserve">[49:16] </w:t>
      </w:r>
      <w:r>
        <w:t>aur ladna banna, ladna banna, ladna banna,</w:t>
      </w:r>
    </w:p>
    <w:p>
      <w:pPr>
        <w:jc w:val="right"/>
      </w:pPr>
      <w:r>
        <w:t>اورلڑنابننا،لڑنابننا،لڑنابن نا،</w:t>
      </w:r>
    </w:p>
    <w:p>
      <w:r>
        <w:rPr>
          <w:b/>
        </w:rPr>
        <w:t xml:space="preserve">[49:22] </w:t>
      </w:r>
      <w:r>
        <w:t>kaisi ajeeb baat hai. koi ek shakhs bhi nahin khada ho ke kehne wala utha ke bhai tum kyun ladte ho? in ko de raha hai bin gr of new civilization, woh to naye mauqe laye hain, naye opportunities laye hain,</w:t>
      </w:r>
    </w:p>
    <w:p>
      <w:pPr>
        <w:jc w:val="right"/>
      </w:pPr>
      <w:r>
        <w:t>کیسیعجیبباتہے۔ کوئیایک شخص بھینہیںکھڑاہوکہ کہنےوالااٹھا کہبھئی تم کیوںلڑتےہو؟انکو دیآر ہابین گرآفنیوسویلائزیشن، وہتونئےمواقعلائےہیں،نئےاپرچونیٹیزلائےہیں،</w:t>
      </w:r>
    </w:p>
    <w:p>
      <w:r>
        <w:rPr>
          <w:b/>
        </w:rPr>
        <w:t xml:space="preserve">[49:37] </w:t>
      </w:r>
      <w:r>
        <w:t>woh khud hamare liye kar aamad cheezein laye hain jo jis ko hum astamal karein islam ke dawat ke liye. aur woh woh aayat yahan mukammal ho rahi hai, yeh</w:t>
      </w:r>
    </w:p>
    <w:p>
      <w:pPr>
        <w:jc w:val="right"/>
      </w:pPr>
      <w:r>
        <w:t>وہخود ہمارےلیے کار آمدچیزیںلائےہیںجو جسکوہماستعمالکریں اسلام کے دعوتکےلیے۔ اور وہ وہ آیتیہاںمکملہورہیہے، یہ</w:t>
      </w:r>
    </w:p>
    <w:p>
      <w:r>
        <w:rPr>
          <w:b/>
        </w:rPr>
        <w:t xml:space="preserve">[49:52] </w:t>
      </w:r>
      <w:r>
        <w:t>to inhi logon ke zariye se ho raha hai, yani secular logon ke zariye se. aur mazeed yeh hai ke is ke pesh e nazar yeh khud hadith mein maujood thi, bukhari ne riwayat hai ke in lillah hadith al din bil rajul al fajr</w:t>
      </w:r>
    </w:p>
    <w:p>
      <w:pPr>
        <w:jc w:val="right"/>
      </w:pPr>
      <w:r>
        <w:t>تو انہیلوگوںکےذریعےسےہورہاہے، یعنیسیکولرلوگوںکےذریعےسے۔ اور مزید یہہےکہاسکےپیش ینکویہخود حدیثمیںموجود تھی،بخ اریکیروایتہے کہان اللہ حضرتالدینبالرجل الفاج</w:t>
      </w:r>
    </w:p>
    <w:p>
      <w:r>
        <w:rPr>
          <w:b/>
        </w:rPr>
        <w:t xml:space="preserve">[50:07] </w:t>
      </w:r>
      <w:r>
        <w:t>r, yani secular logon ke zariye Allah ta'ala madad karega. yeh hi to woh hain, in secular logon, yeh hi woh hain secular logon.</w:t>
      </w:r>
    </w:p>
    <w:p>
      <w:pPr>
        <w:jc w:val="right"/>
      </w:pPr>
      <w:r>
        <w:t>ر، یعنی سیکولرلوگوںکےذریعےاللہتعالیمددکرےگا۔ یہیتوتوہیں،انسیکولرلوگ، یہیتوہیںسیکولرلوگ۔</w:t>
      </w:r>
    </w:p>
    <w:p>
      <w:r>
        <w:rPr>
          <w:b/>
        </w:rPr>
        <w:t xml:space="preserve">[50:19] </w:t>
      </w:r>
      <w:r>
        <w:t>to 21st century mein yeh hai ke na ka kaam</w:t>
      </w:r>
    </w:p>
    <w:p>
      <w:pPr>
        <w:jc w:val="right"/>
      </w:pPr>
      <w:r>
        <w:t>تو 2 1سین چریمیںیہہے کرناکاکام</w:t>
      </w:r>
    </w:p>
    <w:p>
      <w:r>
        <w:rPr>
          <w:b/>
        </w:rPr>
        <w:t xml:space="preserve">[50:25] </w:t>
      </w:r>
      <w:r>
        <w:t>ke hum apni ghalati ka etraf karein ke jin rehnumaon ko bade bade laqab de rakhe hain, woh sab jhoote laqab hain, bade bade laqab de rakhe hain.</w:t>
      </w:r>
    </w:p>
    <w:p>
      <w:pPr>
        <w:jc w:val="right"/>
      </w:pPr>
      <w:r>
        <w:t>کہہم اپنی غلطیکااعترافکریں کہ جنرہنماؤںکوبڑےبڑےلقبدےرکھےہیں،وہسب جھوٹےلقبہیں، بڑےبڑے القابدےرکھےہیں۔</w:t>
      </w:r>
    </w:p>
    <w:p>
      <w:r>
        <w:rPr>
          <w:b/>
        </w:rPr>
        <w:t xml:space="preserve">[50:40] </w:t>
      </w:r>
      <w:r>
        <w:t>koi mufakir azam hai, koi qaed azam hai, koi pata nahin kya hai, kon azam hai. to yeh sab bilkul darya mein phenk dijiye, in laqab ko, apni ghalati ko maniye, aur jo mauqe aa chuke hain, un ko janiye, aur un ko avail kijiye.</w:t>
      </w:r>
    </w:p>
    <w:p>
      <w:pPr>
        <w:jc w:val="right"/>
      </w:pPr>
      <w:r>
        <w:t>کوئیمفق اعظمہے،کوئیقائداعظمہے، کوئیپتہنہیںکیاہے،کوناعظمہے۔ تو یہسببالکل دریا میںپھینکدیجئے،ان القابکو ،اپنیغلطیکومانیے، اور جو مواقعآچکےہیں،انکو جانیے،اورانکواویلکیجئے۔</w:t>
      </w:r>
    </w:p>
    <w:p>
      <w:r>
        <w:rPr>
          <w:b/>
        </w:rPr>
        <w:t xml:space="preserve">[50:59] </w:t>
      </w:r>
      <w:r>
        <w:t>tahke woh daur aaye jo hadith mein aaye ke adkhil al kalimah fi kull al buyut,</w:t>
      </w:r>
    </w:p>
    <w:p>
      <w:pPr>
        <w:jc w:val="right"/>
      </w:pPr>
      <w:r>
        <w:t>تاکہوہ دور آئےجوحدیثمیںآئےکہ ادخل الکلمہ فیکل البیوت،</w:t>
      </w:r>
    </w:p>
    <w:p>
      <w:r>
        <w:rPr>
          <w:b/>
        </w:rPr>
        <w:t xml:space="preserve">[51:06] </w:t>
      </w:r>
      <w:r>
        <w:t>sare aalam, sare aalam mein, har ghar, har jahan bhi insan rehta hai, wahan par Allah ki baat pahunch jaye. to pehle mumkin nahin tha, yeh to pehli bar mumkin hua hai.</w:t>
      </w:r>
    </w:p>
    <w:p>
      <w:pPr>
        <w:jc w:val="right"/>
      </w:pPr>
      <w:r>
        <w:t>سارےعالمی، سارےعالممیں،ہرگھر،ہر جہاںبھیانسان رہتاہے، وہاںپراللہکیباتپہنچجائے۔ توپہلےممکننہیںتھا،یہتوپہلیبارممکنہواہے۔</w:t>
      </w:r>
    </w:p>
    <w:p>
      <w:r>
        <w:rPr>
          <w:b/>
        </w:rPr>
        <w:t xml:space="preserve">[51:20] </w:t>
      </w:r>
      <w:r>
        <w:t>kisi bhi daur mein, Hazrat Adam se le kar Rasool Allah tak, kabhi mumkin nahin tha ke sare aalam ki satah par paigham rasani ki jaye. sadhan nahin the, resources nahin the, woh woh halaat nahin the.</w:t>
      </w:r>
    </w:p>
    <w:p>
      <w:pPr>
        <w:jc w:val="right"/>
      </w:pPr>
      <w:r>
        <w:t>کسی بھی دورمیں ،حضرتآدمسےلےکررسولاللہتک، کبھیممکنہینہیںتھا کہ سارےعالمکیسطح پر پیغامرسانیکیجائے۔ سادھننہیںتھے، ریسورسزنہیںتھے، وہ وہ حالاتنہیں تھے۔</w:t>
      </w:r>
    </w:p>
    <w:p>
      <w:r>
        <w:rPr>
          <w:b/>
        </w:rPr>
        <w:t xml:space="preserve">[51:37] </w:t>
      </w:r>
      <w:r>
        <w:t>inhi logon ne, yani maujood modern civilizations ko kehte hain hum, jis ko ke mazaaq udate rahe, yani hamare bade bade log mazaaq udate rahe.</w:t>
      </w:r>
    </w:p>
    <w:p>
      <w:pPr>
        <w:jc w:val="right"/>
      </w:pPr>
      <w:r>
        <w:t>انہیلوگوںنے،یعنی موجود ماڈرنسویلائزیشنزکوکہتےہیںہم، جسکو کہ مذاقاڑاتےرہے، یعنیہمارے بڑےبڑےلوگمذاقاڑاتےرہے۔</w:t>
      </w:r>
    </w:p>
    <w:p>
      <w:r>
        <w:rPr>
          <w:b/>
        </w:rPr>
        <w:t xml:space="preserve">[51:46] </w:t>
      </w:r>
      <w:r>
        <w:t>Iqbal jaisa aadmi jo Europe gaya, woh bhi mazaaq udata tha. Iqbal, Akbar alahabadi, Syed Qutb, Jamaat-e-Islami Afghani, sab maghrib tehzeeb ko mazaaq udate rahe.</w:t>
      </w:r>
    </w:p>
    <w:p>
      <w:pPr>
        <w:jc w:val="right"/>
      </w:pPr>
      <w:r>
        <w:t>اقبالجیساآدمیجو یورپگیا،وہبھیمذاقاڑاتاتھا۔ اقبال ،اکبرال ہآبادی ،سید قط ب، جماعتالدینافغانی،سب مغربتہذیبکومذاقاڑاتےرہے۔</w:t>
      </w:r>
    </w:p>
    <w:p>
      <w:r>
        <w:rPr>
          <w:b/>
        </w:rPr>
        <w:t xml:space="preserve">[52:00] </w:t>
      </w:r>
      <w:r>
        <w:t>kyun janana nahin? unhon ne is ko to ab to janiye.</w:t>
      </w:r>
    </w:p>
    <w:p>
      <w:pPr>
        <w:jc w:val="right"/>
      </w:pPr>
      <w:r>
        <w:t>کیوں جانانہیں؟انہوںنےاسکو تو ابتوجانیے۔</w:t>
      </w:r>
    </w:p>
    <w:p>
      <w:r>
        <w:rPr>
          <w:b/>
        </w:rPr>
        <w:t xml:space="preserve">[52:07] </w:t>
      </w:r>
      <w:r>
        <w:t>der aaye durust aaye, yani ab se agar hum aasmaan daryaft karein, lekin is ke liye kya karna hoga? apni ghalati ko manna hoga, nafraton ko khatm karna hoga, hathiyar ko darya mein phenk dena hoga.</w:t>
      </w:r>
    </w:p>
    <w:p>
      <w:pPr>
        <w:jc w:val="right"/>
      </w:pPr>
      <w:r>
        <w:t>دیرآیتدرستآیت،یعنیابسےاگرہمآسماندریافتکریں، لیکن اسکےلیےکیا کرناہوگا؟ اپنیغلطیکومانناہوگا، نفرتوںکوختمکرناہوگا، ہتھیارکودریا میںپھینکدیناہوگا۔</w:t>
      </w:r>
    </w:p>
    <w:p>
      <w:r>
        <w:rPr>
          <w:b/>
        </w:rPr>
        <w:t xml:space="preserve">[52:20] </w:t>
      </w:r>
      <w:r>
        <w:t>yeh jo jihad ka naam ladai ho rahi hai, is ko haram samajhna padega, chhod dena padega, is ko</w:t>
      </w:r>
    </w:p>
    <w:p>
      <w:pPr>
        <w:jc w:val="right"/>
      </w:pPr>
      <w:r>
        <w:t>یہ جو جہادکانام لڑائیہورہیہے،اسکوحرامسمجھناپڑےگا،چھوڑدیناپڑےگا،اسکو</w:t>
      </w:r>
    </w:p>
    <w:p>
      <w:r>
        <w:rPr>
          <w:b/>
        </w:rPr>
        <w:t xml:space="preserve">[52:28] </w:t>
      </w:r>
      <w:r>
        <w:t>puri tarah peaceful banna padega, dil se, dil se puri tarah peaceful.</w:t>
      </w:r>
    </w:p>
    <w:p>
      <w:pPr>
        <w:jc w:val="right"/>
      </w:pPr>
      <w:r>
        <w:t>پوریطرح پیسفلبنناپڑےگا،دلسے ،دل سے پوریطرح پیسفل۔</w:t>
      </w:r>
    </w:p>
    <w:p>
      <w:r>
        <w:rPr>
          <w:b/>
        </w:rPr>
        <w:t xml:space="preserve">[52:36] </w:t>
      </w:r>
      <w:r>
        <w:t>tab ja kar hum mumkin honge ke aap discover karein opportunities ko aur is ko avail kar sakein, Allah ke paigham ko duniya mein pahunchane ke liye.</w:t>
      </w:r>
    </w:p>
    <w:p>
      <w:pPr>
        <w:jc w:val="right"/>
      </w:pPr>
      <w:r>
        <w:t>تب جاکریہممکنہوگاکہآپ ڈسکورکریںاپرچونیٹیزکو اور اسکو اویلکرسک یں، اللہ کے پیغامکو دنیا میںپہنچانےکےلیے۔</w:t>
      </w:r>
    </w:p>
    <w:p>
      <w:r>
        <w:rPr>
          <w:b/>
        </w:rPr>
        <w:t xml:space="preserve">[52:52] </w:t>
      </w:r>
      <w:r>
        <w:t>to yeh hai 2 1 sainchurika message</w:t>
      </w:r>
    </w:p>
    <w:p>
      <w:pPr>
        <w:jc w:val="right"/>
      </w:pPr>
      <w:r>
        <w:t>تو یہہے 2 1 سینچریکا میسج</w:t>
      </w:r>
    </w:p>
    <w:p>
      <w:r>
        <w:rPr>
          <w:b/>
        </w:rPr>
        <w:t xml:space="preserve">[52:59] </w:t>
      </w:r>
      <w:r>
        <w:t>un logonke liye.</w:t>
      </w:r>
    </w:p>
    <w:p>
      <w:pPr>
        <w:jc w:val="right"/>
      </w:pPr>
      <w:r>
        <w:t>انلوگوںکےلیے۔</w:t>
      </w:r>
    </w:p>
    <w:p>
      <w:r>
        <w:rPr>
          <w:b/>
        </w:rPr>
        <w:t xml:space="preserve">[53:03] </w:t>
      </w:r>
      <w:r>
        <w:t>aajkal abhi mein jaldi akhbar mein padha tha, farzandanto haid, kya farzandanto haid kya hoti hai? kya cheez hai?</w:t>
      </w:r>
    </w:p>
    <w:p>
      <w:pPr>
        <w:jc w:val="right"/>
      </w:pPr>
      <w:r>
        <w:t>آجکل ابھیمیں جلدی اخبار میں پڑھاتھا،فرزندانتو حید، کیا فرزندانتوحیدکیاہوتیہے؟کیا چیز ہے؟</w:t>
      </w:r>
    </w:p>
    <w:p>
      <w:r>
        <w:rPr>
          <w:b/>
        </w:rPr>
        <w:t xml:space="preserve">[53:15] </w:t>
      </w:r>
      <w:r>
        <w:t>yani fakhr ka ek lafz nikal rakha hai, farzandan to haid, aur pata nahin kya kya ajeebo ghareeb alfaaz, aur sab log andhe bahre ja rahe hain, koi khabar nahin kisi ko ke sahaba kya the, toheed ka matlab kya hai, rasool Allah ka message kya hai,</w:t>
      </w:r>
    </w:p>
    <w:p>
      <w:pPr>
        <w:jc w:val="right"/>
      </w:pPr>
      <w:r>
        <w:t>یعنی فخر کا ایکلفظنکالرکھاہے،فرزندان توحید،اور پتہنہیںکیاکیاعجیبوغریبالفاظ، اور سب لوگ اندھےبہرےجیرہےہیں،کوئیخبرہینہیںکسیکو کہصحابہکیا تھے، توحیدکامطلبکیاہے، رسولاللہکامیسجکیاہے،</w:t>
      </w:r>
    </w:p>
    <w:p>
      <w:r>
        <w:rPr>
          <w:b/>
        </w:rPr>
        <w:t xml:space="preserve">[53:30] </w:t>
      </w:r>
      <w:r>
        <w:t>kuch khabar nahin, bas alfaaz bolte hain, bade bade fakhr ke alfaaz.</w:t>
      </w:r>
    </w:p>
    <w:p>
      <w:pPr>
        <w:jc w:val="right"/>
      </w:pPr>
      <w:r>
        <w:t>کچھخبر نہیں،بسالفاظبولتےہیں، بڑےبڑےفخرکےالفاظ۔</w:t>
      </w:r>
    </w:p>
    <w:p>
      <w:r>
        <w:rPr>
          <w:b/>
        </w:rPr>
        <w:t xml:space="preserve">[53:38] </w:t>
      </w:r>
      <w:r>
        <w:t>yeh baat hamein discover karni padegi ke Allah ta'ala ke khaas khaas, yani tofeeq se, Allah ta'ala ki madad madad se yeh hua ke tareekh mein ek process jari hua,</w:t>
      </w:r>
    </w:p>
    <w:p>
      <w:pPr>
        <w:jc w:val="right"/>
      </w:pPr>
      <w:r>
        <w:t>یہباتہمیںڈسکورکرنیپڑےگیکہاللہتعالی کے خاص الخاص ،یعنی توفیقسے، اللہ تعالیکیمد دمددسےیہہوا کہ تاریخ میںایکپروسیسجاریہوا،</w:t>
      </w:r>
    </w:p>
    <w:p>
      <w:r>
        <w:rPr>
          <w:b/>
        </w:rPr>
        <w:t xml:space="preserve">[53:51] </w:t>
      </w:r>
      <w:r>
        <w:t>is ka culmination hua western Europe mein, is se ek civilization bani, is civilization se naye mawaqe paida hue, in terms of religious freedom, in terms of modern communication,</w:t>
      </w:r>
    </w:p>
    <w:p>
      <w:pPr>
        <w:jc w:val="right"/>
      </w:pPr>
      <w:r>
        <w:t>اس کا کلمیشنہوا ویسٹرنیورپمیں، اسسےایکسویلائزیشنبنی، اسسویلائزیشنسے نئےمواقعپیدا ہوئے، انٹرمزآف ریلیجسفریڈم، انٹرمزآف ماڈرن کمیونیکیشن،</w:t>
      </w:r>
    </w:p>
    <w:p>
      <w:r>
        <w:rPr>
          <w:b/>
        </w:rPr>
        <w:t xml:space="preserve">[54:06] </w:t>
      </w:r>
      <w:r>
        <w:t>in terms of scientific evidence. lekin farishta koi awaz dene wala nahin aayega, woh aap ko daryaft karna padega</w:t>
      </w:r>
    </w:p>
    <w:p>
      <w:pPr>
        <w:jc w:val="right"/>
      </w:pPr>
      <w:r>
        <w:t>انٹرمزآف سائنٹیفکایویڈنس۔ لیکن فرشتہکوئیآوازدینےوالانہیں آئےگا،وہآپکو دریافتکرناپڑے</w:t>
      </w:r>
    </w:p>
    <w:p>
      <w:r>
        <w:rPr>
          <w:b/>
        </w:rPr>
        <w:t xml:space="preserve">[54:15] </w:t>
      </w:r>
      <w:r>
        <w:t>ga, to aap daryaft karein in opportunities ko, aur phir ek ek bahut zabardast peaceful planning ke zariye se, peaceful planning ke zariye se is ko avail karein.</w:t>
      </w:r>
    </w:p>
    <w:p>
      <w:pPr>
        <w:jc w:val="right"/>
      </w:pPr>
      <w:r>
        <w:t>گا، تو آپ دریا فت کریںان اپرچونیٹیزکو، اورپھر ایک ایکبہت زبرد ست پیسفل پلاننگکےذریعےسے، پیسفلپلاننگکےذریعےسےاسکو اویلکریں۔</w:t>
      </w:r>
    </w:p>
    <w:p>
      <w:r>
        <w:rPr>
          <w:b/>
        </w:rPr>
        <w:t xml:space="preserve">[54:28] </w:t>
      </w:r>
      <w:r>
        <w:t>kiske liye? dawat ke kaam ke liye. ek mission hai, dekhiye, dawat ladai mission nahin hai, so called mili, jo woh mili work, woh mission nahin hai.</w:t>
      </w:r>
    </w:p>
    <w:p>
      <w:pPr>
        <w:jc w:val="right"/>
      </w:pPr>
      <w:r>
        <w:t>کسکےلیے؟دعوتکےکامکےلیے۔ ایکہیمشنہے،دیکھیے، دعوت لڑائیمشننہیںہے، سوکالڈملی ،جو وہ ملی ورک،وہ مشننہیںہے۔</w:t>
      </w:r>
    </w:p>
    <w:p>
      <w:r>
        <w:rPr>
          <w:b/>
        </w:rPr>
        <w:t xml:space="preserve">[54:42] </w:t>
      </w:r>
      <w:r>
        <w:t>yeh jitne bhi hain, social work, mili work, aur political work, yeh sab kuch bhi nahin hai, nothing. ek hi kaam hai, dawat, yani Allah ke paigham ko, paigham ma'ani, yani creation plan of God se duniya ko ba khabar karna.</w:t>
      </w:r>
    </w:p>
    <w:p>
      <w:pPr>
        <w:jc w:val="right"/>
      </w:pPr>
      <w:r>
        <w:t>یہجتنےبھیہیں،سوشلورک،ملی ورک، اورپولیٹیکلورک،یہسبکچھبھینہیںہے، نتھنگ۔ ایکہیکام ہے،دعوت ، یعنیاللہ کے پیغامکو، پیغاممعنی ،یعنیکریشنپلانآفگاڈسےدنیا کوباخبرکرنا۔</w:t>
      </w:r>
    </w:p>
    <w:p>
      <w:r>
        <w:rPr>
          <w:b/>
        </w:rPr>
        <w:t xml:space="preserve">[55:01] </w:t>
      </w:r>
      <w:r>
        <w:t>dawat hi hai,</w:t>
      </w:r>
    </w:p>
    <w:p>
      <w:pPr>
        <w:jc w:val="right"/>
      </w:pPr>
      <w:r>
        <w:t>دعوتیہیہے،</w:t>
      </w:r>
    </w:p>
    <w:p>
      <w:r>
        <w:rPr>
          <w:b/>
        </w:rPr>
        <w:t xml:space="preserve">[55:05] </w:t>
      </w:r>
      <w:r>
        <w:t>to make people aware of creation plan of God.</w:t>
      </w:r>
    </w:p>
    <w:p>
      <w:pPr>
        <w:jc w:val="right"/>
      </w:pPr>
      <w:r>
        <w:t>ٹومیکپیپلاویئر آف کریشنپلانآفگاڈ۔</w:t>
      </w:r>
    </w:p>
    <w:p>
      <w:r>
        <w:rPr>
          <w:b/>
        </w:rPr>
        <w:t xml:space="preserve">[55:13] </w:t>
      </w:r>
      <w:r>
        <w:t>logon ko batana ke Allah ka mansooba takhleeq kya hai, yeh duniya ke bare mein yeh hi dawat hai. dawat koi hukoomat, dawat ka koi ta'alluq na hukoomat se hai, na empire se hai,</w:t>
      </w:r>
    </w:p>
    <w:p>
      <w:pPr>
        <w:jc w:val="right"/>
      </w:pPr>
      <w:r>
        <w:t>لوگوںکو بت اناکہ اللہ کا منصوبہتخلیقکیاہے، یہدنیاکےبارےمیں یہیدعوتہے۔ دعوتکوئی حکومت ، دعوتکاکوئیتعلق نہحکومت سےہے، نہ ایمپائرسےہے،</w:t>
      </w:r>
    </w:p>
    <w:p>
      <w:r>
        <w:rPr>
          <w:b/>
        </w:rPr>
        <w:t xml:space="preserve">[55:26] </w:t>
      </w:r>
      <w:r>
        <w:t>na yani mili taraqqiyon se hai, kisi cheez se nahin. yeh sab alag cheezein hain, bilkul alag cheezein hain.</w:t>
      </w:r>
    </w:p>
    <w:p>
      <w:pPr>
        <w:jc w:val="right"/>
      </w:pPr>
      <w:r>
        <w:t>نہ یعنی ملی ترقیوںسےہے،کسی چیزسےنہیں۔یہسبالگچیزیںہیں، بالکل الگچیزیںہیں۔</w:t>
      </w:r>
    </w:p>
    <w:p>
      <w:r>
        <w:rPr>
          <w:b/>
        </w:rPr>
        <w:t xml:space="preserve">[55:37] </w:t>
      </w:r>
      <w:r>
        <w:t>dawat poori tarah ek peaceful struggle hai, aur is struggle ka ek hi nuqta hai, to make people aware of the creation plan of God.</w:t>
      </w:r>
    </w:p>
    <w:p>
      <w:pPr>
        <w:jc w:val="right"/>
      </w:pPr>
      <w:r>
        <w:t>دعوت پوریطرح ایک پیسفل اسٹرگلہے، اور اس اسٹرگلکا ایکہینقطہہے، ٹومیکپیپلاویئر آف دا کریشنپلانآفگاڈ۔</w:t>
      </w:r>
    </w:p>
    <w:p>
      <w:r>
        <w:rPr>
          <w:b/>
        </w:rPr>
        <w:t xml:space="preserve">[55:49] </w:t>
      </w:r>
      <w:r>
        <w:t>log jaan lein ke Khuda ne kyun paida kiya insaan ko,</w:t>
      </w:r>
    </w:p>
    <w:p>
      <w:pPr>
        <w:jc w:val="right"/>
      </w:pPr>
      <w:r>
        <w:t>لوگ جان لیںکہخدانےکیوںپیدا کیاانسانکو،</w:t>
      </w:r>
    </w:p>
    <w:p>
      <w:r>
        <w:rPr>
          <w:b/>
        </w:rPr>
        <w:t xml:space="preserve">[55:55] </w:t>
      </w:r>
      <w:r>
        <w:t>aur log jannat se ba khabar ho jayein ke Allah ne un ke liye jannat bana rakhi hai.</w:t>
      </w:r>
    </w:p>
    <w:p>
      <w:pPr>
        <w:jc w:val="right"/>
      </w:pPr>
      <w:r>
        <w:t>اور لوگ جنتسے باخبرہوجائیں کہاللہ نےانکےلیے جنت بنارکھیہے۔</w:t>
      </w:r>
    </w:p>
    <w:p>
      <w:r>
        <w:rPr>
          <w:b/>
        </w:rPr>
        <w:t xml:space="preserve">[56:01] </w:t>
      </w:r>
      <w:r>
        <w:t>is jannat ke liye apne aap deserving candidate banao, apne aap ko taake maut ke baad tum wahan pahuncho, tumhare jannat ke darwaze khole jayein. yeh sab baatein batana hai, is ka matlab hukoomat se nahin, siyasat se nahin, kuch nahin, woh sab alag cheezein hain.</w:t>
      </w:r>
    </w:p>
    <w:p>
      <w:pPr>
        <w:jc w:val="right"/>
      </w:pPr>
      <w:r>
        <w:t>اسجنتکےلیےاپنے آپ ڈیزرونگکینڈیڈیٹبناؤ،اپنےآپکو تاکہموتکےبعدتم وہاںپہنچو، تمہارے جنتکےدروازےکھولےجائیں۔ یہسبباتیںبت اناہے، اسکامطلبحکومت سےنہیں ، سیاست سےنہیں، کچھنہیں، وہسب الگچیزیںہیں۔</w:t>
      </w:r>
    </w:p>
    <w:p>
      <w:r>
        <w:rPr>
          <w:b/>
        </w:rPr>
        <w:t xml:space="preserve">[56:20] </w:t>
      </w:r>
      <w:r>
        <w:t>yani Khuda se waqif hon log, Khuda ki scheme se waqif hon woh log, jannat se waqif hon log. yeh hai asal maqsad dawat ka.</w:t>
      </w:r>
    </w:p>
    <w:p>
      <w:pPr>
        <w:jc w:val="right"/>
      </w:pPr>
      <w:r>
        <w:t>یعنیخداسے واقفہوںلوگ، خداکیسکیمسےواقفہوں وہلوگ ،جن تسےواقفہوںلوگ۔ یہہے اصلمقصد دعوت کا۔</w:t>
      </w:r>
    </w:p>
    <w:p>
      <w:r>
        <w:rPr>
          <w:b/>
        </w:rPr>
        <w:t xml:space="preserve">[56:34] </w:t>
      </w:r>
      <w:r>
        <w:t>to yeh log, main to samajhta hoon ke woh log blind ho gaye hain samajhne ke liye Allah ki scheme ko, Allah ke taraf se jo duniya kholi gayi hai, is ko dekhne ke liye blind ho gaye hain. blind!</w:t>
      </w:r>
    </w:p>
    <w:p>
      <w:pPr>
        <w:jc w:val="right"/>
      </w:pPr>
      <w:r>
        <w:t>تو یہ لوگ ،میںتوسمجھتاہوںکہوہلوگ بلائنڈہوگئےہیں سمجھنےکےلیےاللہ کیسکیمکو، اللہ کے طرف سےجو دنیا کھولیگئیہے،اسکودیکھنےکےلیےبلائنڈہوگئےہیں۔بلائنڈ!</w:t>
      </w:r>
    </w:p>
    <w:p>
      <w:r>
        <w:rPr>
          <w:b/>
        </w:rPr>
        <w:t xml:space="preserve">[56:53] </w:t>
      </w:r>
      <w:r>
        <w:t>mujhe sakht andesha hai ke yeh logon ka hashr kya hoga. man kana fi a'amih a'ama, fa huwa fi al-akhirati a'ama.</w:t>
      </w:r>
    </w:p>
    <w:p>
      <w:pPr>
        <w:jc w:val="right"/>
      </w:pPr>
      <w:r>
        <w:t>مجھے سختاندیشہہےکہیہلوگوںکاحشرکیاہوگا۔ من کان فیآدمیعامہ،فوفیالآخرتعامہ۔</w:t>
      </w:r>
    </w:p>
    <w:p>
      <w:r>
        <w:rPr>
          <w:b/>
        </w:rPr>
        <w:t xml:space="preserve">[57:01] </w:t>
      </w:r>
      <w:r>
        <w:t>yani Allah ne khola mawaqe ko, woh aap ko dikhai nahin deta, aur dushman dikhai deta hai aap ko. yeh mawaqe rabbani dikhai nahin de rahe hain, aur dushman dikhai de raha hai.</w:t>
      </w:r>
    </w:p>
    <w:p>
      <w:pPr>
        <w:jc w:val="right"/>
      </w:pPr>
      <w:r>
        <w:t>یعنیاللہ نے کھ ولا مواقعکو، وہآپکودکھائینہیںدیتا، ابدشمندکھائےدیتاہےآپکو ۔ یہ مواقع ربانیدکھائینہیںدےرہےہیں،اوردشمندکھائیدےرہاہے۔</w:t>
      </w:r>
    </w:p>
    <w:p>
      <w:r>
        <w:rPr>
          <w:b/>
        </w:rPr>
        <w:t xml:space="preserve">[57:16] </w:t>
      </w:r>
      <w:r>
        <w:t>to aise log Allah ki nazar mein andhe hain, aur mujhe sakht andesha hai ke un ka yeh anjaam na ho ke man kana fi a'amih a'ama, fa huwa fi al-akhirati a'ama.</w:t>
      </w:r>
    </w:p>
    <w:p>
      <w:pPr>
        <w:jc w:val="right"/>
      </w:pPr>
      <w:r>
        <w:t>مواقع ربانیکودیکھنےسےآپکیآنکھیںعاجزہورہیہیں، اور دشمنخوبدکھائیدےرہاہےآپکو۔</w:t>
      </w:r>
    </w:p>
    <w:p>
      <w:r>
        <w:rPr>
          <w:b/>
        </w:rPr>
        <w:t xml:space="preserve">[57:23] </w:t>
      </w:r>
      <w:r>
        <w:t>to aise log Allah ki nazar mein andhe hain, aur mujhe sakht andesha hai kahin yeh anjam na ho ke munkan fi aadmi aama, fofiyal akhirat aama.</w:t>
      </w:r>
    </w:p>
    <w:p>
      <w:pPr>
        <w:jc w:val="right"/>
      </w:pPr>
      <w:r>
        <w:t>توایسےلوگاللہ کینظرمیںاندھےہیں، اورمجھےسختاندیشہہےکہانکایہانجام نہہو کہ منکان فیآدمیعامہ،فوفیالآخرت عامہ۔</w:t>
      </w:r>
    </w:p>
    <w:p>
      <w:r>
        <w:rPr>
          <w:b/>
        </w:rPr>
        <w:t xml:space="preserve">[57:37] </w:t>
      </w:r>
      <w:r>
        <w:t>to khulasa ye hai ke bohat jitni jaldi mumkin hai, apne andhe pan ko khatm kijiye, Allah ke mawaqe khol ke, Allah ki hikmat ko samjhiye.</w:t>
      </w:r>
    </w:p>
    <w:p>
      <w:pPr>
        <w:jc w:val="right"/>
      </w:pPr>
      <w:r>
        <w:t>تو خلاصہیہہےکہ بہت جتنیجلدی ممکنہے، اپنےاندھےپرکوختمکیجئے، اللہ کے مواقع کھولکے، اللہ کیسکیمکوسمجھیے۔</w:t>
      </w:r>
    </w:p>
    <w:p>
      <w:r>
        <w:rPr>
          <w:b/>
        </w:rPr>
        <w:t xml:space="preserve">[57:54] </w:t>
      </w:r>
      <w:r>
        <w:t>Allah ne tareekh mein jo tabdiliyan paida kin, is ko janiye, aur is ko Islami dawat ke haq mein istemal kijiye, tauheed ki dawat ke haq mein istemal kijiye.</w:t>
      </w:r>
    </w:p>
    <w:p>
      <w:pPr>
        <w:jc w:val="right"/>
      </w:pPr>
      <w:r>
        <w:t>اللہ نے تاریخ میںجو تبدیلیاںپیدا کیں،اسکوجانیے، اوراسکو اسلامی دعوتکےحقمیںاستعمال کیجئے، توحیدکیدعوتکےحقمیںاستعمالکیجئے۔</w:t>
      </w:r>
    </w:p>
    <w:p>
      <w:r>
        <w:rPr>
          <w:b/>
        </w:rPr>
        <w:t xml:space="preserve">[58:06] </w:t>
      </w:r>
      <w:r>
        <w:t>yehi ek mission hai, ek hi concern hai, wo kijiye jo aap ko nijaat dene wala hai. aur sab jo hangame idhar udhar ho rahe hain, wo sab hangame to batil hangame hain, jahiliyat ke hangame hain.</w:t>
      </w:r>
    </w:p>
    <w:p>
      <w:pPr>
        <w:jc w:val="right"/>
      </w:pPr>
      <w:r>
        <w:t>یہیایکہیمشنہے، ایکہی کنسرنہے، وہ کیجئےجوآپکو نجاتدینےوالیہے۔ اور سبجوہنگامےادھرادھرہورہےہیں،وہسبہنگامےتو باطلہنگامےہیں، جاہلیتکےہنگامےہیں۔</w:t>
      </w:r>
    </w:p>
    <w:p>
      <w:r>
        <w:rPr>
          <w:b/>
        </w:rPr>
        <w:t xml:space="preserve">[58:23] </w:t>
      </w:r>
      <w:r>
        <w:t>jo stage activism hai, idhar udhar, aur jo tarah tarah ke street activism, aaj kal Musalman kya hain? stage activism, street activism, aur taakhir karna, idhar udhar,</w:t>
      </w:r>
    </w:p>
    <w:p>
      <w:pPr>
        <w:jc w:val="right"/>
      </w:pPr>
      <w:r>
        <w:t>جو اسٹیجایکٹیوزمہے،ادھرادھر، اور جو طرح طرح کے اسٹریٹایکٹیوزم،آجکلمسلمانکیا ہیں؟ اسٹیجایکٹیوزم،اسٹریٹایکٹیوزم، اور تاخیرکر نا،ادھرادھر،</w:t>
      </w:r>
    </w:p>
    <w:p>
      <w:r>
        <w:rPr>
          <w:b/>
        </w:rPr>
        <w:t xml:space="preserve">[58:39] </w:t>
      </w:r>
      <w:r>
        <w:t>bare bare taakhir karna. to main dua karta hoon ke Allah taala mujh ko aur aap ko tofeeq de ke hum samjhein, aur Allah ki rehmat ke mustahiq qarar payein.</w:t>
      </w:r>
    </w:p>
    <w:p>
      <w:pPr>
        <w:jc w:val="right"/>
      </w:pPr>
      <w:r>
        <w:t>بڑےبڑےتاخیرکرنا۔ تومیں دعاکرتاہوںکہاللہتعالی مجھکواورآپکو توفیقدےکہہم سمجھیں، اور اللہ کیرحمت کےمست حق قرار پائیں۔</w:t>
      </w:r>
    </w:p>
    <w:p>
      <w:r>
        <w:rPr>
          <w:b/>
        </w:rPr>
        <w:t xml:space="preserve">[58:54] </w:t>
      </w:r>
      <w:r>
        <w:t>aqool qawli hadha, wa astaghfirullah li wa lakum ajmaeen.</w:t>
      </w:r>
    </w:p>
    <w:p>
      <w:pPr>
        <w:jc w:val="right"/>
      </w:pPr>
      <w:r>
        <w:t>اقول قولیھذا، واستغفراللہ لی ولکم اجمعین۔</w:t>
      </w:r>
    </w:p>
    <w:p>
      <w:r>
        <w:rPr>
          <w:b/>
        </w:rPr>
        <w:t xml:space="preserve">[59:13] </w:t>
      </w:r>
      <w:r>
        <w:t>Moulana is Mr Sherin Nawaz, Sheri dharane likha hai, un ki location nahi pata kahan se likha</w:t>
      </w:r>
    </w:p>
    <w:p>
      <w:pPr>
        <w:jc w:val="right"/>
      </w:pPr>
      <w:r>
        <w:t>مول انامس ٹرشیرینواز ،شیریدھرانےلکھاہے، انکی لوکیشننہیںپتاکہاںسےلکھ</w:t>
      </w:r>
    </w:p>
    <w:p>
      <w:r>
        <w:rPr>
          <w:b/>
        </w:rPr>
        <w:t xml:space="preserve">[59:20] </w:t>
      </w:r>
      <w:r>
        <w:t>hai. unhone unka sawal aaya hai ke "science has made it possible to prolong a person's life span. does that indicate that science has become more powerful than religion?"</w:t>
      </w:r>
    </w:p>
    <w:p>
      <w:pPr>
        <w:jc w:val="right"/>
      </w:pPr>
      <w:r>
        <w:t>اہے۔انہوںنےانکاسوالیہآیاہےکہ "سائنسہیزمیڈاٹپوسیبل ٹوپرولونگاپرسن زلائفسپین۔ ڈزاٹانڈ یکیٹدیٹ سائنسہیزبیکم مور پاورفلدینریلیجن ؟</w:t>
      </w:r>
    </w:p>
    <w:p>
      <w:r>
        <w:rPr>
          <w:b/>
        </w:rPr>
        <w:t xml:space="preserve">[59:32] </w:t>
      </w:r>
      <w:r>
        <w:t>"kindly comment. nahi, ye bilkul galat baat hai. science ne kuch bhi zindagi lambi nahi ki hai.</w:t>
      </w:r>
    </w:p>
    <w:p>
      <w:pPr>
        <w:jc w:val="right"/>
      </w:pPr>
      <w:r>
        <w:t>"کائنڈلیکمنٹ۔نہیں،یہبالکلغلطباتہے۔ سائنسنےکچھبھیزندگی لمبینہیںکیہے۔</w:t>
      </w:r>
    </w:p>
    <w:p>
      <w:r>
        <w:rPr>
          <w:b/>
        </w:rPr>
        <w:t xml:space="preserve">[59:38] </w:t>
      </w:r>
      <w:r>
        <w:t>sirf ye ho raha hai ke wo aadmi ko, yani plant ke roop mein, kuch der aur zinda rakhte hain bas, aur us ke baad aadmi mar jata hai.</w:t>
      </w:r>
    </w:p>
    <w:p>
      <w:pPr>
        <w:jc w:val="right"/>
      </w:pPr>
      <w:r>
        <w:t>صرفیہہورہاہےکہوہ آدمیکو ،یعنی پلانٹکےروپمیں،کچھدیراورزندہرکھتےہیںبس، اوراسکےبعدآدمی مرجاتا ہے۔</w:t>
      </w:r>
    </w:p>
    <w:p>
      <w:r>
        <w:rPr>
          <w:b/>
        </w:rPr>
        <w:t xml:space="preserve">[59:51] </w:t>
      </w:r>
      <w:r>
        <w:t>ye to ek ek ek wo hai, industry hai. ye is ka taalluq, yani jo longevity hai, wo parhi nahi hai. ye galat tasawwur hai. ye longevity ka tasawwur bilkul galat hai.</w:t>
      </w:r>
    </w:p>
    <w:p>
      <w:pPr>
        <w:jc w:val="right"/>
      </w:pPr>
      <w:r>
        <w:t>یہتوایک ایک ایکوہہے، انڈسٹریہے۔یہ اسکاتعلق ،یعنیجو لانجیویٹیہے،وہ پڑینہیںہے۔یہغلط تص ورہے۔یہ لانجیویٹی کا تص وربالکل غلطہے۔</w:t>
      </w:r>
    </w:p>
    <w:p>
      <w:r>
        <w:rPr>
          <w:b/>
        </w:rPr>
        <w:t xml:space="preserve">[1:00:05] </w:t>
      </w:r>
      <w:r>
        <w:t>insan pehle bhi kuch kuch bachpan badhta tha, badhape mein badhta tha, koi lambi umar hoti thi, aise aaj bhi ho raha hai. lekin bas sau saal ke aas paas umar jaate hain.</w:t>
      </w:r>
    </w:p>
    <w:p>
      <w:pPr>
        <w:jc w:val="right"/>
      </w:pPr>
      <w:r>
        <w:t>انسان پہلے بھی کچھ کچھ بچپنبڑھتاتھا،بڑھاپےمیںبڑھتاتھا، کوئیلمبیعمر ہوتیتھی،ایسےآجبھیہورہاہے۔ لیکن بس سو سالکےآسپاسعمر جاتےہیں۔</w:t>
      </w:r>
    </w:p>
    <w:p>
      <w:r>
        <w:rPr>
          <w:b/>
        </w:rPr>
        <w:t xml:space="preserve">[1:00:16] </w:t>
      </w:r>
      <w:r>
        <w:t>Hazrat Ibrahim ki 190 saal umar hui thi.</w:t>
      </w:r>
    </w:p>
    <w:p>
      <w:pPr>
        <w:jc w:val="right"/>
      </w:pPr>
      <w:r>
        <w:t>حضرتابراہیم کی 1 90سالعمر ہوئیتھی۔</w:t>
      </w:r>
    </w:p>
    <w:p>
      <w:r>
        <w:rPr>
          <w:b/>
        </w:rPr>
        <w:t xml:space="preserve">[1:00:22] </w:t>
      </w:r>
      <w:r>
        <w:t>to longevity ka jo tasawwur hai, bilkul yani baseless hai. jo cheez hui hai, wo sirf ek aadmi jab marne ke qareeb ho us ko bilkul plant ke tareeqe se rakhe jaate hain hospitalon mein, paisa khoob wasool karte hain.</w:t>
      </w:r>
    </w:p>
    <w:p>
      <w:pPr>
        <w:jc w:val="right"/>
      </w:pPr>
      <w:r>
        <w:t>تو لانجیویٹیکاجوتص ورہے،بالکل یعنی بیسلیسہے۔ جو چیزہوئیہے،وہصرف ایک آدمی جب مرنےکےقریبہوتواسکو بالکل پلانٹکےطریقےسے رکھےجاتےہیں ہسپتالوںمیں، پیسہخوبوصولکرتےہیں۔</w:t>
      </w:r>
    </w:p>
    <w:p>
      <w:r>
        <w:rPr>
          <w:b/>
        </w:rPr>
        <w:t xml:space="preserve">[1:00:38] </w:t>
      </w:r>
      <w:r>
        <w:t>ye wo to ek business hai, business. baqi umar Hazrat ki lambi nahi hui hai. ye soch bilkul baseless hai ke science se koi taalluq nahi is ka.</w:t>
      </w:r>
    </w:p>
    <w:p>
      <w:pPr>
        <w:jc w:val="right"/>
      </w:pPr>
      <w:r>
        <w:t>یہوہتوایکبزنسہے،بزنس۔ باقیعمر حضرتکیلمبینہیںہوئیہے۔ یہسوچبالکل بیسلیسہے کہسائنسسےکوئیتعلقنہیںاسکا۔</w:t>
      </w:r>
    </w:p>
    <w:p>
      <w:r>
        <w:rPr>
          <w:b/>
        </w:rPr>
        <w:t xml:space="preserve">[1:00:48] </w:t>
      </w:r>
      <w:r>
        <w:t>ye akhbar, akhbar wale aisa likha karte hain.</w:t>
      </w:r>
    </w:p>
    <w:p>
      <w:pPr>
        <w:jc w:val="right"/>
      </w:pPr>
      <w:r>
        <w:t>یہاخبار،اخبار والےایسالکھاکرتے ہیں۔</w:t>
      </w:r>
    </w:p>
    <w:p>
      <w:r>
        <w:rPr>
          <w:b/>
        </w:rPr>
        <w:t xml:space="preserve">[1:00:51] </w:t>
      </w:r>
      <w:r>
        <w:t>kisi scientist ne aisa claim nahi kiya. ye akhbar akhbar hai, ye scientific statement nahi hai. Mr Surya Mukherjee ne sawal kiya hai Delhi se.</w:t>
      </w:r>
    </w:p>
    <w:p>
      <w:pPr>
        <w:jc w:val="right"/>
      </w:pPr>
      <w:r>
        <w:t>کسی سائنٹسٹنےایسا کلیمنہیںکیا۔ یہاخباریخبرہے، یہ سائنٹیفک سٹیٹمنٹنہیںہے۔ مسٹر سوریا مکھرجینے سوال کیاہےدلیسے۔</w:t>
      </w:r>
    </w:p>
    <w:p>
      <w:r>
        <w:rPr>
          <w:b/>
        </w:rPr>
        <w:t xml:space="preserve">[1:01:05] </w:t>
      </w:r>
      <w:r>
        <w:t>unhone likha hai: "Maulana, please tell us how one can control his or her emotions?" bhai, is se zyada aasan to kuch bhi nahi.</w:t>
      </w:r>
    </w:p>
    <w:p>
      <w:pPr>
        <w:jc w:val="right"/>
      </w:pPr>
      <w:r>
        <w:t>انہوں نےلکھاہے: "مولانا، پلیز ٹیلاسہاؤونکین کنٹرول ہزاورہر ٹیم ٹی شن؟" بھئی،اسسےزیادہ آسانتوکچھبھینہیں ۔</w:t>
      </w:r>
    </w:p>
    <w:p>
      <w:r>
        <w:rPr>
          <w:b/>
        </w:rPr>
        <w:t xml:space="preserve">[1:01:21] </w:t>
      </w:r>
      <w:r>
        <w:t>yani ye glass uthane ke liye mujhe taqat istemal karna hai. mera haath jo hai, move kare, is mein pakadne ki taqat to main utha paunga. lekin sentiment control karne to kuch kuch nahi karna hai, siwaye is ke ke apne mind mein, yani thought ko,</w:t>
      </w:r>
    </w:p>
    <w:p>
      <w:pPr>
        <w:jc w:val="right"/>
      </w:pPr>
      <w:r>
        <w:t>یعنییہ گلاساٹھانےکےلیےمجھےطاقت استعمال کرناہے۔ میراہاتھجوہے، مووکرے، اسمیں پکڑنےکیطاقتتومیںاٹھاپاؤںگا۔ لیکن سینٹیمنٹکنٹرولکرنے توکچھ کچھہینہیںکرناہے، سوائےاسکےکہاپنےمائنڈمیں، یعنی تھاٹکو،</w:t>
      </w:r>
    </w:p>
    <w:p>
      <w:r>
        <w:rPr>
          <w:b/>
        </w:rPr>
        <w:t xml:space="preserve">[1:01:37] </w:t>
      </w:r>
      <w:r>
        <w:t>thought process ko badal dena hai. bas yani ek physical event ko zaroor bulane ke liye to taqat kharch karni padti hai, kyun ke thought process ka wo to apne qabze mein hai.</w:t>
      </w:r>
    </w:p>
    <w:p>
      <w:pPr>
        <w:jc w:val="right"/>
      </w:pPr>
      <w:r>
        <w:t>تھاٹ پراسیسکوبدلدیناہے۔بس یعنیایک فزیکل ایونٹکوضروربلانےکےلیےتوطاقت خرچکرنیپڑتیہے، کیونکہتھاٹپراسیسکاوہتواپنےقبضےمیںہے۔</w:t>
      </w:r>
    </w:p>
    <w:p>
      <w:r>
        <w:rPr>
          <w:b/>
        </w:rPr>
        <w:t xml:space="preserve">[1:01:52] </w:t>
      </w:r>
      <w:r>
        <w:t>mahir anke log is ko mushkil kyun samajhte hain? main to do one second apne ko, apne apne thought ko control kar leta hoon, do one second, kyun ke is se aasan to koi cheez nahi.</w:t>
      </w:r>
    </w:p>
    <w:p>
      <w:pPr>
        <w:jc w:val="right"/>
      </w:pPr>
      <w:r>
        <w:t>ماہرانکےلوگاسکومشکلکیوںسمجھتےہیں؟ میںتوودانسیکنڈاپنےکو ،اپنے اپنے تھاٹکوکنٹرولکرلیتاہوں،ودانسیکنڈ، کیونکہ اسسےآسانتوکوئیچیزنہیں۔</w:t>
      </w:r>
    </w:p>
    <w:p>
      <w:r>
        <w:rPr>
          <w:b/>
        </w:rPr>
        <w:t xml:space="preserve">[1:02:06] </w:t>
      </w:r>
      <w:r>
        <w:t>mujhe bhi gussa aata hai, mujhe bhi hate paida hoti hai, main do one second is ko manage kar leta hoon.</w:t>
      </w:r>
    </w:p>
    <w:p>
      <w:pPr>
        <w:jc w:val="right"/>
      </w:pPr>
      <w:r>
        <w:t>مجھےبھیغصہآتاہے، مجھےبھیہیٹپیدا ہوتیہے، میں ودانسیکنڈاسکومینجکرلیتاہوں۔</w:t>
      </w:r>
    </w:p>
    <w:p>
      <w:r>
        <w:rPr>
          <w:b/>
        </w:rPr>
        <w:t xml:space="preserve">[1:02:16] </w:t>
      </w:r>
      <w:r>
        <w:t>misal ke taur par, dekhiye, main kya karta hoon.</w:t>
      </w:r>
    </w:p>
    <w:p>
      <w:pPr>
        <w:jc w:val="right"/>
      </w:pPr>
      <w:r>
        <w:t>مثالکےطورپر،دیکھیے،میںکیاکرتاہوں۔</w:t>
      </w:r>
    </w:p>
    <w:p>
      <w:r>
        <w:rPr>
          <w:b/>
        </w:rPr>
        <w:t xml:space="preserve">[1:02:20] </w:t>
      </w:r>
      <w:r>
        <w:t>main foran ye yaad karta hoon ke ye to subah ibadat ka mauqa aa gaya. agar main ghusse ko pee jaaun to ye ibadat hai, agar main sabr kar loon to ye ibadat hai, nafrat ko khatm kar doon to ye ibadat hai,</w:t>
      </w:r>
    </w:p>
    <w:p>
      <w:pPr>
        <w:jc w:val="right"/>
      </w:pPr>
      <w:r>
        <w:t>میں فوراًیہیادکرتاہوںکہیہتو صبحعبادتکاموقعآگیا۔ اگر میں غصےکوپیجاؤں تویہعبادتہے، اگرمیںصبرکرلوںتویہعبادتہے، نفرتکوختمکردوںتویہعبادتہے،</w:t>
      </w:r>
    </w:p>
    <w:p>
      <w:r>
        <w:rPr>
          <w:b/>
        </w:rPr>
        <w:t xml:space="preserve">[1:02:36] </w:t>
      </w:r>
      <w:r>
        <w:t>ye to namaz hone se badi ibadat hai. ye to main sochta hoon ke main is aise mauqa khoon. I take it as a great opportunity.</w:t>
      </w:r>
    </w:p>
    <w:p>
      <w:pPr>
        <w:jc w:val="right"/>
      </w:pPr>
      <w:r>
        <w:t>یہتونمازہونے سےبڑیعبادتہے۔یہ تو میںسوچتاہوںکہمیں اسایسےموقعکھوؤں۔ آئیٹیکاز ایزاےگریٹاپرچونیٹی۔</w:t>
      </w:r>
    </w:p>
    <w:p>
      <w:r>
        <w:rPr>
          <w:b/>
        </w:rPr>
        <w:t xml:space="preserve">[1:02:47] </w:t>
      </w:r>
      <w:r>
        <w:t>yeh hai thought process,</w:t>
      </w:r>
    </w:p>
    <w:p>
      <w:pPr>
        <w:jc w:val="right"/>
      </w:pPr>
      <w:r>
        <w:t>یہ ہے تھاٹپراسیس،</w:t>
      </w:r>
    </w:p>
    <w:p>
      <w:r>
        <w:rPr>
          <w:b/>
        </w:rPr>
        <w:t xml:space="preserve">[1:02:50] </w:t>
      </w:r>
      <w:r>
        <w:t>yani jis cheez ko aam aadmi hate ke taur par leta hai, anger ke taur par leta hai, main us ko ibadat ki ek opportunity ke taur par leta hoon.</w:t>
      </w:r>
    </w:p>
    <w:p>
      <w:pPr>
        <w:jc w:val="right"/>
      </w:pPr>
      <w:r>
        <w:t>یعنیجسچیزکو عام آدمیہیٹکےطورپرلیتاہے، اینگرکےطورپرلیتاہے، میںاسکو عبادت کیایکاپرچونیٹیکےطورپرلیتاہوں۔</w:t>
      </w:r>
    </w:p>
    <w:p>
      <w:r>
        <w:rPr>
          <w:b/>
        </w:rPr>
        <w:t xml:space="preserve">[1:03:03] </w:t>
      </w:r>
      <w:r>
        <w:t>to i always try to appeal this opportunity. super ibadat, kyunke quran se sabit hai ke sab se sawab is ko milta hai. agar aap apne anger ko, apne ghusse ko andran andar control kar lein,</w:t>
      </w:r>
    </w:p>
    <w:p>
      <w:pPr>
        <w:jc w:val="right"/>
      </w:pPr>
      <w:r>
        <w:t>تو آئیالویزٹرائیٹواپیلدساپرچونیٹی۔ سپرعبادت،کیونکہقرآنسےثابتہےکہسبسےثواباسیکوملتاہے۔ اگر آپ اپنے این گرکو، اپنے غصےکو اندراندر کنٹرولکرلیں،</w:t>
      </w:r>
    </w:p>
    <w:p>
      <w:r>
        <w:rPr>
          <w:b/>
        </w:rPr>
        <w:t xml:space="preserve">[1:03:21] </w:t>
      </w:r>
      <w:r>
        <w:t>apne hate ko khatam kar dein, to is se bara koi ibadat nahi hai.</w:t>
      </w:r>
    </w:p>
    <w:p>
      <w:pPr>
        <w:jc w:val="right"/>
      </w:pPr>
      <w:r>
        <w:t>اپنےہیٹکوختم کردیں، تواسسےبڑیکوئیعبادتنہیںہے۔</w:t>
      </w:r>
    </w:p>
    <w:p>
      <w:r>
        <w:rPr>
          <w:b/>
        </w:rPr>
        <w:t xml:space="preserve">[1:03:27] </w:t>
      </w:r>
      <w:r>
        <w:t>to main us waqt yeh sochne lagta hoon, yani apne thought process ko research karne lagta hoon ke yeh to yeh mauqa aa gaya sab se bari ibadat karne ka. to one second change hota hai, to main to us ko sab se aasan samajhta hoon.</w:t>
      </w:r>
    </w:p>
    <w:p>
      <w:pPr>
        <w:jc w:val="right"/>
      </w:pPr>
      <w:r>
        <w:t>تومیں اسوقت یہسوچنےلگتاہوں،یعنیاپنےتھاٹپراسیسکوریسرچ کرنے لگتاہوںکہیہتو یہموقعآگیا سبسےبڑیعبادتکرنے کا۔ توودانسیکنڈچینجہوتاہے، تومیںتواسکوسبسےآسانسمجھتاہوں۔</w:t>
      </w:r>
    </w:p>
    <w:p>
      <w:r>
        <w:rPr>
          <w:b/>
        </w:rPr>
        <w:t xml:space="preserve">[1:03:43] </w:t>
      </w:r>
      <w:r>
        <w:t>thought process ko change karna kisi physical movement se hazaron guna aasan hai. physical movement mein, physical movement pe aap ko taqat, energy lagani parti hai.</w:t>
      </w:r>
    </w:p>
    <w:p>
      <w:pPr>
        <w:jc w:val="right"/>
      </w:pPr>
      <w:r>
        <w:t>تھاٹپراسیسکوچینجکرنا کسی فزیکلموومنٹسےہزاروںگناآسانہے۔ فزیکلموومنٹمیں، فزیکلموومنٹپہآپکوطاقت،انرجیلگانیپڑتیہے۔</w:t>
      </w:r>
    </w:p>
    <w:p>
      <w:r>
        <w:rPr>
          <w:b/>
        </w:rPr>
        <w:t xml:space="preserve">[1:03:54] </w:t>
      </w:r>
      <w:r>
        <w:t>haath ko yahan se yahan le jayenge, paon ko wahan se wahan le jayenge, lekin thought process mein change lane mein kya mushkil hai? kuch bhi nahi. one second aap udhar se idhar kar dijiye.</w:t>
      </w:r>
    </w:p>
    <w:p>
      <w:pPr>
        <w:jc w:val="right"/>
      </w:pPr>
      <w:r>
        <w:t>ہاتھکویہاںسےیہاںلےجائیںگے،پاؤںکووہاںسےوہاںلےجائیںگے، لیکن تھاٹپراسیسمیںچینجلانےمیں کیا مشکلہے؟کچھبھینہیں۔ ودانسیکنڈآپادھرسےادھرکردیجئے۔</w:t>
      </w:r>
    </w:p>
    <w:p>
      <w:r>
        <w:rPr>
          <w:b/>
        </w:rPr>
        <w:t xml:space="preserve">[1:04:07] </w:t>
      </w:r>
      <w:r>
        <w:t>ek martaba main gaya, shayad Ahmedabad mein, ke ek sahib mujhe le gaye apne ek factory mein. us waqt ek naya engine lagaye the unhone. socha ji, wheel jo wheel jo hota hai, flying wheel jise kehte hain, bara sa flying wheel,</w:t>
      </w:r>
    </w:p>
    <w:p>
      <w:pPr>
        <w:jc w:val="right"/>
      </w:pPr>
      <w:r>
        <w:t>ایکمرتبہمیںگیا، شایداحمد آباد میں، کہایکصاحبمجھےلےگئےاپنےایکفیکٹریمیں۔ اسوقت ایک نیاانجن لگائےتھےانہوںنے ۔سوچاجی،ویل جو ویل جوہوتاہے،فلائنگویلجوکہتےہیں،بڑاسا فلائنگویل،</w:t>
      </w:r>
    </w:p>
    <w:p>
      <w:r>
        <w:rPr>
          <w:b/>
        </w:rPr>
        <w:t xml:space="preserve">[1:04:25] </w:t>
      </w:r>
      <w:r>
        <w:t>exchange kar diya unhone to flying wheel chalne laga. to one second is ne speed le liya. unhone kaha ke dekhiye, abhi main ek aur button dabata hoon, ek aur dabaunga. to direction change kar liya, one second change karke idhar chalne laga.</w:t>
      </w:r>
    </w:p>
    <w:p>
      <w:pPr>
        <w:jc w:val="right"/>
      </w:pPr>
      <w:r>
        <w:t>ایکسوئچدبائیانہوںنے توفلائنگویلچلنےلگا۔ توودانسیکنڈ اسنے سپیڈلےلیا۔ انہوںنےکہاکہدیکھیے،ابھیمیںایکاوربٹندباتاہوں، ایکاوردبادوں۔توڈائریکشنچینجکرلیا،ودانسیکنڈ چینجکرکےادھرچلنےلگا۔</w:t>
      </w:r>
    </w:p>
    <w:p>
      <w:r>
        <w:rPr>
          <w:b/>
        </w:rPr>
        <w:t xml:space="preserve">[1:04:43] </w:t>
      </w:r>
      <w:r>
        <w:t>to jo kaam ek metal kar sakta hai, woh insaan kyun nahi kar sakta.</w:t>
      </w:r>
    </w:p>
    <w:p>
      <w:pPr>
        <w:jc w:val="right"/>
      </w:pPr>
      <w:r>
        <w:t>توجو کام ایک میٹلکرسکتاہے،وہانسان کوئینہیںکرسکتا۔</w:t>
      </w:r>
    </w:p>
    <w:p>
      <w:r>
        <w:rPr>
          <w:b/>
        </w:rPr>
        <w:t xml:space="preserve">[1:04:49] </w:t>
      </w:r>
      <w:r>
        <w:t>ek machine jo hai, yeh kar sakti hai ke one second apni direction change kar le. to insaan to thousand nahi, billion times zyada powerful hai engines. engines se to aap kyun nahi kar sakte?</w:t>
      </w:r>
    </w:p>
    <w:p>
      <w:pPr>
        <w:jc w:val="right"/>
      </w:pPr>
      <w:r>
        <w:t>ایک مشینجوہے، یہکرسکتیہےکہ ودانسیکنڈ اپنیڈائریکشن چینجکرلے۔ تو انسان تو تھاؤزنڈنہیں، بل ینٹائمزیادہپاورفلہے انجنز۔انجنز سے توآپکیوںنہیںکرسکتے؟</w:t>
      </w:r>
    </w:p>
    <w:p>
      <w:r>
        <w:rPr>
          <w:b/>
        </w:rPr>
        <w:t xml:space="preserve">[1:05:04] </w:t>
      </w:r>
      <w:r>
        <w:t>yaad rakhiye, ek engine jo hai, kitna hi bara engine ho, us se mera dimaagh billion times zyada taqatwar hai. koi comparison nahi hai.</w:t>
      </w:r>
    </w:p>
    <w:p>
      <w:pPr>
        <w:jc w:val="right"/>
      </w:pPr>
      <w:r>
        <w:t>یادرکھیے،ایکانجنجوہے، کتناہیبڑاانجن ہو، اسسےمیرادماغبل ینٹائمزیادہطاقتورہے۔ کوئیکمپیریزننہیںہے۔</w:t>
      </w:r>
    </w:p>
    <w:p>
      <w:r>
        <w:rPr>
          <w:b/>
        </w:rPr>
        <w:t xml:space="preserve">[1:05:15] </w:t>
      </w:r>
      <w:r>
        <w:t>ek ek ek ek mind mein aur ek engine mein.</w:t>
      </w:r>
    </w:p>
    <w:p>
      <w:pPr>
        <w:jc w:val="right"/>
      </w:pPr>
      <w:r>
        <w:t>ایک ایک ایک ایک مائنڈمیں اورایک انجنمیں۔</w:t>
      </w:r>
    </w:p>
    <w:p>
      <w:r>
        <w:rPr>
          <w:b/>
        </w:rPr>
        <w:t xml:space="preserve">[1:05:20] </w:t>
      </w:r>
      <w:r>
        <w:t>to engine agar apne direction ko one second change kar sakta hai, to mera mind kyun nahi kar sakta? to thought process ko change karna main bohat aasan samajhta hoon.</w:t>
      </w:r>
    </w:p>
    <w:p>
      <w:pPr>
        <w:jc w:val="right"/>
      </w:pPr>
      <w:r>
        <w:t>تو انجناگر اپنے ڈائریکشنکوودانسیکنڈچینجکرسکتاہے، تو میرامائنڈکیوںنہیںکرسکتا؟ تو تھاٹ پراسیسکوچینجکرنا میں بہت آ سانسمجھتاہوں۔</w:t>
      </w:r>
    </w:p>
    <w:p>
      <w:r>
        <w:rPr>
          <w:b/>
        </w:rPr>
        <w:t xml:space="preserve">[1:05:33] </w:t>
      </w:r>
      <w:r>
        <w:t>sirf sochne ki baat hai, art of thinking ki baat hai.</w:t>
      </w:r>
    </w:p>
    <w:p>
      <w:pPr>
        <w:jc w:val="right"/>
      </w:pPr>
      <w:r>
        <w:t>صرفسوچنےکیباتہے، آرٹآفتھنکنگکیباتہے۔</w:t>
      </w:r>
    </w:p>
    <w:p>
      <w:r>
        <w:rPr>
          <w:b/>
        </w:rPr>
        <w:t xml:space="preserve">[1:05:39] </w:t>
      </w:r>
      <w:r>
        <w:t>Maulana Iqbal Ahmed Umri ne Tamil Nadu se likha hai: "Musalmanon ne ab tak jaan ki qurbani di hai,</w:t>
      </w:r>
    </w:p>
    <w:p>
      <w:pPr>
        <w:jc w:val="right"/>
      </w:pPr>
      <w:r>
        <w:t>مول انا اقبال احمد عمرینے تملناڈوسےلکھاہے: "مس لمانوںنےابتک جان کی قربانیدی ہے،</w:t>
      </w:r>
    </w:p>
    <w:p>
      <w:r>
        <w:rPr>
          <w:b/>
        </w:rPr>
        <w:t xml:space="preserve">[1:05:47] </w:t>
      </w:r>
      <w:r>
        <w:t>ab kis tarah ki qurbani matloob hai? us ke bare mein batayein." jaan ki qurbani, jaan ko khoya hai. kahiye, jise kehte hain jaan ki qurbani, woh jaan ko waste kiya hai, jaan ko khoya hai, khwah makhwah hi apne ko barbaad kiya hai.</w:t>
      </w:r>
    </w:p>
    <w:p>
      <w:pPr>
        <w:jc w:val="right"/>
      </w:pPr>
      <w:r>
        <w:t>اب کسطرح کی قربانی مطلوبہے ؟ اسکےبارےمیں بتائیں۔" جان کیقربانی،جان کوکھویاہے۔کہیے، جسکو کہتےہیںجانکیقربانی،وہ جان کو ویسٹکیاہے،جانکو کھویاہے، خوامخواہہیاپنےکوبربادکیاہے۔</w:t>
      </w:r>
    </w:p>
    <w:p>
      <w:r>
        <w:rPr>
          <w:b/>
        </w:rPr>
        <w:t xml:space="preserve">[1:06:04] </w:t>
      </w:r>
      <w:r>
        <w:t>dekhiye, qurbani ek positive word hai. positive word yani is ka koi result nikalna chahiye.</w:t>
      </w:r>
    </w:p>
    <w:p>
      <w:pPr>
        <w:jc w:val="right"/>
      </w:pPr>
      <w:r>
        <w:t>دیکھیے،قربانیایک پوزیٹیوورڈہے۔ پوزیٹیوورڈیعنی اسکا کوئیرزلٹنکلناچاہیے۔</w:t>
      </w:r>
    </w:p>
    <w:p>
      <w:r>
        <w:rPr>
          <w:b/>
        </w:rPr>
        <w:t xml:space="preserve">[1:06:14] </w:t>
      </w:r>
      <w:r>
        <w:t>jis qurbani ka result na nikle, woh aap ne khoya, apne ko tabah kiya, apne ko barbaad kiya. to there is difference between qurbani and tabahi.</w:t>
      </w:r>
    </w:p>
    <w:p>
      <w:pPr>
        <w:jc w:val="right"/>
      </w:pPr>
      <w:r>
        <w:t>جس قربانیکارزلٹنہنکلے، وہ آپنےکھویا، اپنےکوتباہکیا،اپنےکوبربادکیا۔ تو دیرازڈیفرنسبٹوینقربانیاینڈتباہی۔</w:t>
      </w:r>
    </w:p>
    <w:p>
      <w:r>
        <w:rPr>
          <w:b/>
        </w:rPr>
        <w:t xml:space="preserve">[1:06:23] </w:t>
      </w:r>
      <w:r>
        <w:t>yaad rakhiye, yeh musalman kya karte hain? tabahi ko qurbani ka naam de rakha hai unhone. yeh tabahi, tabahi kar rahe hain apni musalman, apni jaanon ko tabah kar rahe hain.</w:t>
      </w:r>
    </w:p>
    <w:p>
      <w:pPr>
        <w:jc w:val="right"/>
      </w:pPr>
      <w:r>
        <w:t>یادرکھیے، یہ مسلمانکیا کرتےہیں؟تباہیکو قربانی کا نامدےرکھاہےانہوں نے۔ یہتباہی، تباہیکررہےہیںاپنی مسلمان ، اپنیجانوںکوتباہکررہےہیں۔</w:t>
      </w:r>
    </w:p>
    <w:p>
      <w:r>
        <w:rPr>
          <w:b/>
        </w:rPr>
        <w:t xml:space="preserve">[1:06:36] </w:t>
      </w:r>
      <w:r>
        <w:t>qurbani to ek mukhtalif lafz hai, ek positive lafz hai. main us ko qurbani nahi manta, main us ko tabahi manta hoon.</w:t>
      </w:r>
    </w:p>
    <w:p>
      <w:pPr>
        <w:jc w:val="right"/>
      </w:pPr>
      <w:r>
        <w:t>قربانی توایکمث بتلفظہے،ایکپوزیٹیولفظہے۔ میں اسکوقربانینہیںمانتا،میںاسکوتباہیمانتاہوں۔</w:t>
      </w:r>
    </w:p>
    <w:p>
      <w:r>
        <w:rPr>
          <w:b/>
        </w:rPr>
        <w:t xml:space="preserve">[1:06:46] </w:t>
      </w:r>
      <w:r>
        <w:t>to pehli baat yeh hai ke musalman yeh samjhein ke hum ne tabah kiya, aur woh khwah makhwah samajhte hain ke hum qurbani de rahe hain.</w:t>
      </w:r>
    </w:p>
    <w:p>
      <w:pPr>
        <w:jc w:val="right"/>
      </w:pPr>
      <w:r>
        <w:t>تو پہلیباتیہہےکہمسلمانیہسمجھیںکہہمنےتباہکیا ،اوروہخوامخواہسمجھتےہیںکہہمقربانیدےرہےہیں۔</w:t>
      </w:r>
    </w:p>
    <w:p>
      <w:r>
        <w:rPr>
          <w:b/>
        </w:rPr>
        <w:t xml:space="preserve">[1:06:56] </w:t>
      </w:r>
      <w:r>
        <w:t>to mere ek saathi the, Anwar Azmi, Madrase se. woh kaha karte the ke sab se bari qurbani rai ki qurbani hai. sab se bari qurbani rai ki qurbani hai.</w:t>
      </w:r>
    </w:p>
    <w:p>
      <w:pPr>
        <w:jc w:val="right"/>
      </w:pPr>
      <w:r>
        <w:t>تومیرےایکساتھیتھے، انورعازمی، مدرس ےمیں۔ وہکہاکرتے تھے کہ سبسےبڑیقربانی رائےکیقربانیہے۔ سبسےبڑیقربانی رائےکیقربانیہے۔</w:t>
      </w:r>
    </w:p>
    <w:p>
      <w:r>
        <w:rPr>
          <w:b/>
        </w:rPr>
        <w:t xml:space="preserve">[1:07:10] </w:t>
      </w:r>
      <w:r>
        <w:t>yeh waqt aa gaya ke musalman rai ki qurbani dein</w:t>
      </w:r>
    </w:p>
    <w:p>
      <w:pPr>
        <w:jc w:val="right"/>
      </w:pPr>
      <w:r>
        <w:t>یہ وقت آگیاکہمسلمانرائےکیقربانیدیں</w:t>
      </w:r>
    </w:p>
    <w:p>
      <w:r>
        <w:rPr>
          <w:b/>
        </w:rPr>
        <w:t xml:space="preserve">[1:07:13] </w:t>
      </w:r>
      <w:r>
        <w:t>, ke rai ko badlein, apne soch ko badlein. yeh waqt aa gaya hai, yeh sab se bari un ke liye sacrifice hogi ke jis cheez ko jihad samajhte hain, to kahein ke jihad nahi hai.</w:t>
      </w:r>
    </w:p>
    <w:p>
      <w:pPr>
        <w:jc w:val="right"/>
      </w:pPr>
      <w:r>
        <w:t>، کہرائےکوبدلیں،اپنیسوچکوبدلیں۔ یہوقت آگیاہے،یہسبسےبڑیانکےلیے سیکریفائسہوگی کہجسچیزکوجہادسمجھتےہیں،توکہیںکہجہادنہیںہے۔</w:t>
      </w:r>
    </w:p>
    <w:p>
      <w:r>
        <w:rPr>
          <w:b/>
        </w:rPr>
        <w:t xml:space="preserve">[1:07:26] </w:t>
      </w:r>
      <w:r>
        <w:t>yeh bilkul yaani yaani khud saakht jehad tha, yeh jis ko koi samajhte hain ke laraai, woh laraai nahin hai. Apne ko tabah karna hai, jis ko shahadat kehte hain, shahadat nahin hai. Woh apne ko marwana hai, khwamkhwah.</w:t>
      </w:r>
    </w:p>
    <w:p>
      <w:pPr>
        <w:jc w:val="right"/>
      </w:pPr>
      <w:r>
        <w:t>یہبالکل یعنییعنی خود ساخت ہجہادتھا،یہ جس کوکوئیسمجھتےہیںکہلڑائی،وہلڑائینہیںہے۔ اپنےکوتباہکرناہے، جسکو شہادتکہتےہیں،شہادتنہیںہے۔وہ اپنےکومرواناہے،خوامخواہ۔</w:t>
      </w:r>
    </w:p>
    <w:p>
      <w:r>
        <w:rPr>
          <w:b/>
        </w:rPr>
        <w:t xml:space="preserve">[1:07:41] </w:t>
      </w:r>
      <w:r>
        <w:t>Yeh hai raaye ki qurbani. Apni raaye ko badlein, apni soch ko badlein. Is waqt jo qurbani darkaar hai, wohi yeh qurbani darkaar hai. Isi ko hadith mein kaha gaya tha ke "raja'na min al-jihadi al-asghari ila al-jihadi al-akbari".</w:t>
      </w:r>
    </w:p>
    <w:p>
      <w:pPr>
        <w:jc w:val="right"/>
      </w:pPr>
      <w:r>
        <w:t>یہ ہے رائےکیقربانی۔ اپنیرائےکوبد لیں، اپنیسوچکوبد لیں۔ اس وقتجوقربانیدرکارہے،وہیہقربانیدرکارہے۔ اسیکوحدیثمیںکہاگیاتھا کہ "رج انا من الجہاد الاصغرالیالجہادالاکبر"۔</w:t>
      </w:r>
    </w:p>
    <w:p>
      <w:r>
        <w:rPr>
          <w:b/>
        </w:rPr>
        <w:t xml:space="preserve">[1:07:57] </w:t>
      </w:r>
      <w:r>
        <w:t>Yahi hai</w:t>
      </w:r>
    </w:p>
    <w:p>
      <w:pPr>
        <w:jc w:val="right"/>
      </w:pPr>
      <w:r>
        <w:t>یہیہے</w:t>
      </w:r>
    </w:p>
    <w:p>
      <w:r>
        <w:rPr>
          <w:b/>
        </w:rPr>
        <w:t xml:space="preserve">[1:08:02] </w:t>
      </w:r>
      <w:r>
        <w:t>ke lad kar mar jaana, yeh chhoti cheez hai, lekin apne apne mind se ladna, apni soch se ladna, apne thinking process ko badalna, yeh zyada badi baat hai.</w:t>
      </w:r>
    </w:p>
    <w:p>
      <w:pPr>
        <w:jc w:val="right"/>
      </w:pPr>
      <w:r>
        <w:t>کہ لڑکرمرجانا،یہچھوٹیچیزہے، لیکن اپنے اپنے مائنڈسےلڑنا، اپنی سوچسےلڑنا، اپنے تھنکنگپراسیسکوبدلنا، یہ زیادہ بڑیباتہے۔</w:t>
      </w:r>
    </w:p>
    <w:p>
      <w:r>
        <w:rPr>
          <w:b/>
        </w:rPr>
        <w:t xml:space="preserve">[1:08:17] </w:t>
      </w:r>
      <w:r>
        <w:t>Toh main samajhta hoon ke aaj musalmanon ko jo qurbani darkaar hai, woh jaan o maal ki qurbani nahin hai, woh soch ki qurbani hai, woh raaye ki qurbani hai.</w:t>
      </w:r>
    </w:p>
    <w:p>
      <w:pPr>
        <w:jc w:val="right"/>
      </w:pPr>
      <w:r>
        <w:t>تومیںسمجھتاہوںکہآجمسلمانوںکوجوقربانیدرکارہے، وہ جان ومالکیقربانینہیںہے، وہ سوچکیقربانیہے، وہ رائےکیقربانیہے۔</w:t>
      </w:r>
    </w:p>
    <w:p>
      <w:r>
        <w:rPr>
          <w:b/>
        </w:rPr>
        <w:t xml:space="preserve">[1:08:35] </w:t>
      </w:r>
      <w:r>
        <w:t>Yahi inke liye aaj sab se zyada matloob ibaadat hai.</w:t>
      </w:r>
    </w:p>
    <w:p>
      <w:pPr>
        <w:jc w:val="right"/>
      </w:pPr>
      <w:r>
        <w:t>یہیانکےلیے آج سبسےزیادہ مطلوب عبادتہے۔</w:t>
      </w:r>
    </w:p>
    <w:p>
      <w:r>
        <w:rPr>
          <w:b/>
        </w:rPr>
        <w:t xml:space="preserve">[1:08:42] </w:t>
      </w:r>
      <w:r>
        <w:t>Mr. Muhammad Tauqeer Alam ne Muzaffarpur se likha hai: "Ilm haasil karne ke liye Quran ki sab se achhi dua kya hai?" Dekhein, sirf dua se ilm nahin aata.</w:t>
      </w:r>
    </w:p>
    <w:p>
      <w:pPr>
        <w:jc w:val="right"/>
      </w:pPr>
      <w:r>
        <w:t>مسٹر محمد ت وقیر عالمنے مظفر پورسےلکھاہے :"علم حاصل کرنے کےلیے قرآنکی سبسے اچھی دعا کیا ہے ؟" دیکھیں،صرفدعاسےعلمنہیںآتا۔</w:t>
      </w:r>
    </w:p>
    <w:p>
      <w:r>
        <w:rPr>
          <w:b/>
        </w:rPr>
        <w:t xml:space="preserve">[1:08:59] </w:t>
      </w:r>
      <w:r>
        <w:t>Aap dua karte rahein toh ilm nahin aa jayega.</w:t>
      </w:r>
    </w:p>
    <w:p>
      <w:pPr>
        <w:jc w:val="right"/>
      </w:pPr>
      <w:r>
        <w:t>آپدعاکرتے رہیںتوعلمنہیںآجائےگا۔</w:t>
      </w:r>
    </w:p>
    <w:p>
      <w:r>
        <w:rPr>
          <w:b/>
        </w:rPr>
        <w:t xml:space="preserve">[1:09:04] </w:t>
      </w:r>
      <w:r>
        <w:t>Aap</w:t>
      </w:r>
    </w:p>
    <w:p>
      <w:pPr>
        <w:jc w:val="right"/>
      </w:pPr>
      <w:r>
        <w:t>آپ</w:t>
      </w:r>
    </w:p>
    <w:p>
      <w:r>
        <w:rPr>
          <w:b/>
        </w:rPr>
        <w:t xml:space="preserve">[1:09:05] </w:t>
      </w:r>
      <w:r>
        <w:t>ko study karni padegi, aap ko mehnat karni padegi, aap ko subah se apne ko paak karna padega, apni decoration karni padegi, phir dua karni hai.</w:t>
      </w:r>
    </w:p>
    <w:p>
      <w:pPr>
        <w:jc w:val="right"/>
      </w:pPr>
      <w:r>
        <w:t>کو اسٹڈیکرنیپڑےگی، آپکومحنتکرنیپڑےگی، آپ کو صبحسے اپنےکوپاککرناپڑےگا، اپنی ڈیکارنیشنکرنیپڑےگی، پھر دعاکرناہے۔</w:t>
      </w:r>
    </w:p>
    <w:p>
      <w:r>
        <w:rPr>
          <w:b/>
        </w:rPr>
        <w:t xml:space="preserve">[1:09:16] </w:t>
      </w:r>
      <w:r>
        <w:t>Aur hadith mein aata hai ke "iqla fat wa kull". Oont ko pehle bandho, phir Allah se jo kehna hai, kaho.</w:t>
      </w:r>
    </w:p>
    <w:p>
      <w:pPr>
        <w:jc w:val="right"/>
      </w:pPr>
      <w:r>
        <w:t>اورحدیثمیںآتاہےکہ "یقلا فت وکل"۔ اونٹکوپہلے باندھو، پھراللہ سے جوکہناہے،کہو۔</w:t>
      </w:r>
    </w:p>
    <w:p>
      <w:r>
        <w:rPr>
          <w:b/>
        </w:rPr>
        <w:t xml:space="preserve">[1:09:29] </w:t>
      </w:r>
      <w:r>
        <w:t>Toh ilm jo hai, yaani kab haasil hota hai? Insaan ko ek toh khoob study kare, khoob mutaala kare, logon se khoob seekhe, learning kare, logon se behtar tareeqe se.</w:t>
      </w:r>
    </w:p>
    <w:p>
      <w:pPr>
        <w:jc w:val="right"/>
      </w:pPr>
      <w:r>
        <w:t>تو علم جوہے، یعنی کبحاصل ہوتاہے؟انسانکو ایکتو خوب اسٹڈیکرے،خوبمطالعہکرے، لوگوںسےخوبسیکھے،لرننگکرے،لوگوںسے بہتاچھےطریقےسے۔</w:t>
      </w:r>
    </w:p>
    <w:p>
      <w:r>
        <w:rPr>
          <w:b/>
        </w:rPr>
        <w:t xml:space="preserve">[1:09:44] </w:t>
      </w:r>
      <w:r>
        <w:t>Lekin yeh bhi zaroori hai ke tasawwuf se paak kare aadmi apne aap ko, yaani apne ko, yaani open mind banaye.</w:t>
      </w:r>
    </w:p>
    <w:p>
      <w:pPr>
        <w:jc w:val="right"/>
      </w:pPr>
      <w:r>
        <w:t>لیکن یہ بھیضروریہےکہ تصوف سے پاککرےآدمیاپنےآپکو، یعنیاپنےکو ،یعنی اوپنمائنڈبنائے۔</w:t>
      </w:r>
    </w:p>
    <w:p>
      <w:r>
        <w:rPr>
          <w:b/>
        </w:rPr>
        <w:t xml:space="preserve">[1:09:54] </w:t>
      </w:r>
      <w:r>
        <w:t>Warna padhega, padhega, aur tasawwuf bhi jeetarahega, phir bhi woh</w:t>
      </w:r>
    </w:p>
    <w:p>
      <w:pPr>
        <w:jc w:val="right"/>
      </w:pPr>
      <w:r>
        <w:t>ورنہپڑھےگا،پڑھےگا،اور تصوف بھیجیتارہےگا،پھربھیوہ</w:t>
      </w:r>
    </w:p>
    <w:p>
      <w:r>
        <w:rPr>
          <w:b/>
        </w:rPr>
        <w:t xml:space="preserve">[1:10:00] </w:t>
      </w:r>
      <w:r>
        <w:t>tasawwuf bhi jeetarahega.</w:t>
      </w:r>
    </w:p>
    <w:p>
      <w:pPr>
        <w:jc w:val="right"/>
      </w:pPr>
      <w:r>
        <w:t>تص وفبھیجیتارہےگا۔</w:t>
      </w:r>
    </w:p>
    <w:p>
      <w:r>
        <w:rPr>
          <w:b/>
        </w:rPr>
        <w:t xml:space="preserve">[1:10:07] </w:t>
      </w:r>
      <w:r>
        <w:t>Aur phir dua. Dua aap ki sincerity ko batati hai, aap ki spirit ko batati hai, ya is baat ko batati hai ke aap aap bharosa apne upar nahin, Allah ke upar ab ab bharosa hai. Isko batati hai jis se azm paida hota hai.</w:t>
      </w:r>
    </w:p>
    <w:p>
      <w:pPr>
        <w:jc w:val="right"/>
      </w:pPr>
      <w:r>
        <w:t>اورپھردعا۔ دعاآپکیسنسیرٹیکوبت اتیہے، آپ کیسپرٹکوبت اتیہے، یااسباتکوبت اتیہےکہآپ آپ بھروسہ اپنےاوپرنہیں،اللہ کےاوپر اب اببھروسہہے۔اسکوبت اتیہے جسسےعزمپیدا ہوتاہے۔</w:t>
      </w:r>
    </w:p>
    <w:p>
      <w:r>
        <w:rPr>
          <w:b/>
        </w:rPr>
        <w:t xml:space="preserve">[1:10:27] </w:t>
      </w:r>
      <w:r>
        <w:t>Toh dua bilashubah zaroori hai, lekin hadith ke mutaabiq pehle oont ko baandhna hai, phir dua karni hai.</w:t>
      </w:r>
    </w:p>
    <w:p>
      <w:pPr>
        <w:jc w:val="right"/>
      </w:pPr>
      <w:r>
        <w:t>تو دعابلاشبہضروریہے، لیکن حدیثکےمطابق پہلے اونٹکوباندھناہے، پھردعاکرناہے۔</w:t>
      </w:r>
    </w:p>
    <w:p>
      <w:r>
        <w:rPr>
          <w:b/>
        </w:rPr>
        <w:t xml:space="preserve">[1:10:38] </w:t>
      </w:r>
      <w:r>
        <w:t>Doctor Fareeda Khanam ne Delhi se likha hai: "The main problem that we face today when we want to draw people's attention to establish contact with God is that people's mindset has become totally world oriented</w:t>
      </w:r>
    </w:p>
    <w:p>
      <w:pPr>
        <w:jc w:val="right"/>
      </w:pPr>
      <w:r>
        <w:t>ڈاکٹرفریدہخان منے دلیسےلکھاہے: "داریلپرابلم دیٹویفیس ٹوڈے وینویوانٹٹوڈرا پیپلزاٹینشن ٹو اسٹیبلش کانٹیکٹودگاڈ از دیٹپیپلز مائنڈسیٹہیزبیکم ٹوٹلی ورلڈاور ینٹڈ</w:t>
      </w:r>
    </w:p>
    <w:p>
      <w:r>
        <w:rPr>
          <w:b/>
        </w:rPr>
        <w:t xml:space="preserve">[1:10:55] </w:t>
      </w:r>
      <w:r>
        <w:t>. They do not pay any attention to the concerns of the hereafter. How to overcome this problem? Please explain.</w:t>
      </w:r>
    </w:p>
    <w:p>
      <w:pPr>
        <w:jc w:val="right"/>
      </w:pPr>
      <w:r>
        <w:t>۔ دےڈوناٹپےاینیاٹینشن ٹودا کنسرنز اف دی ہیرافٹر۔ ہاؤٹواوورکمدسپرابلم ؟پلیزایکسپلین۔</w:t>
      </w:r>
    </w:p>
    <w:p>
      <w:r>
        <w:rPr>
          <w:b/>
        </w:rPr>
        <w:t xml:space="preserve">[1:11:06] </w:t>
      </w:r>
      <w:r>
        <w:t>" Dekhiye, world oriented mind toh hamesha hi yeh tha. Quran mein hai: "</w:t>
      </w:r>
    </w:p>
    <w:p>
      <w:pPr>
        <w:jc w:val="right"/>
      </w:pPr>
      <w:r>
        <w:t>" دیکھیے،ورلڈاورینٹڈمائنڈتوہمیشہہییہتھا۔ قرآنمیںہے:"</w:t>
      </w:r>
    </w:p>
    <w:p>
      <w:r>
        <w:rPr>
          <w:b/>
        </w:rPr>
        <w:t xml:space="preserve">[1:11:16] </w:t>
      </w:r>
      <w:r>
        <w:t>Farq jo hua, sirf magnitude mein hua hai, kyunke pehle mauqe bahut thode se the, aaj mauqe billion times badh chuke hain.</w:t>
      </w:r>
    </w:p>
    <w:p>
      <w:pPr>
        <w:jc w:val="right"/>
      </w:pPr>
      <w:r>
        <w:t>فر قجوہوا،صرف میگنیٹیوڈمیںہواہے، کیونکہ پہلے مواقعبہتتھوڑےسےتھے، آج مواقع بلینٹائمبڑھچکےہیں۔</w:t>
      </w:r>
    </w:p>
    <w:p>
      <w:r>
        <w:rPr>
          <w:b/>
        </w:rPr>
        <w:t xml:space="preserve">[1:11:25] </w:t>
      </w:r>
      <w:r>
        <w:t>Aaj paise ka sailab hai, aur saaman ka sailab hai, shopping ka sailab hai, yaani telephone par goods ka sailab hai.</w:t>
      </w:r>
    </w:p>
    <w:p>
      <w:pPr>
        <w:jc w:val="right"/>
      </w:pPr>
      <w:r>
        <w:t>آج پیسےکا سیلابہے، اور سامانکاسیلابہے، شاپنگکاسیلابہے،یعنی ٹیلیڈورپرگڈزکاسیلابہے۔</w:t>
      </w:r>
    </w:p>
    <w:p>
      <w:r>
        <w:rPr>
          <w:b/>
        </w:rPr>
        <w:t xml:space="preserve">[1:11:38] </w:t>
      </w:r>
      <w:r>
        <w:t>Toh hamesha duniya mein yeh hua hai ke insaan jo hai, yaani world oriented thinking uski rahi hai, ab badh gayi hai. Bas yeh kehna chahiye.</w:t>
      </w:r>
    </w:p>
    <w:p>
      <w:pPr>
        <w:jc w:val="right"/>
      </w:pPr>
      <w:r>
        <w:t>تو ہمیشہ دنیا میں یہہوا ہےکہانسانجوہے، یعنی ورلڈاورینٹڈتھنکنگاسکیرہیہے، اب بڑھگئیہے۔بسیہ کہناچاہیے۔</w:t>
      </w:r>
    </w:p>
    <w:p>
      <w:r>
        <w:rPr>
          <w:b/>
        </w:rPr>
        <w:t xml:space="preserve">[1:11:54] </w:t>
      </w:r>
      <w:r>
        <w:t>Toh cheez kya hai? Cheez yeh hai ke aadmi hamesha seen world mein uljha rehta hai. Unseen world ko samajh nahin pata. Woh Khuda unseen hai, usko samajh nahin pata.</w:t>
      </w:r>
    </w:p>
    <w:p>
      <w:pPr>
        <w:jc w:val="right"/>
      </w:pPr>
      <w:r>
        <w:t>تو چیزکیاہے؟ چیزیہہےکہ آدمیہمیشہ سین ورلڈمیںالجھارہتاہے۔انسین ورلڈکوسمجھنہیںپاتا۔وہ خداانسین ہے، اسکوسمجھنہیںپاتا۔</w:t>
      </w:r>
    </w:p>
    <w:p>
      <w:r>
        <w:rPr>
          <w:b/>
        </w:rPr>
        <w:t xml:space="preserve">[1:12:09] </w:t>
      </w:r>
      <w:r>
        <w:t>Aakhirat unseen hai, usko samajh nahin pata. Jannat unseen hai, usko samajh nahin pata.</w:t>
      </w:r>
    </w:p>
    <w:p>
      <w:pPr>
        <w:jc w:val="right"/>
      </w:pPr>
      <w:r>
        <w:t>آخرتانسینہے،اسکوسمجھنہیںپاتا۔جنتانسینہے،اسکوسمجھنہیںپاتا۔</w:t>
      </w:r>
    </w:p>
    <w:p>
      <w:r>
        <w:rPr>
          <w:b/>
        </w:rPr>
        <w:t xml:space="preserve">[1:12:13] </w:t>
      </w:r>
      <w:r>
        <w:t>to seen mein ulajh raha tha. to isko ,iske shaoor ko hamein jagana hoga, yaani intellectual awakening laani hogi.</w:t>
      </w:r>
    </w:p>
    <w:p>
      <w:pPr>
        <w:jc w:val="right"/>
      </w:pPr>
      <w:r>
        <w:t>تو سین میں الج ھارہتاہے۔ تو اسکو ،اسکے شعورکو ہمیں جگاناہوگا، یعنی انٹلیکچولاویکنیلانیہوگی۔</w:t>
      </w:r>
    </w:p>
    <w:p>
      <w:r>
        <w:rPr>
          <w:b/>
        </w:rPr>
        <w:t xml:space="preserve">[1:12:26] </w:t>
      </w:r>
      <w:r>
        <w:t>isko study karana hoga, yeh sab karana hoga. jab tak iska shaoor joo hai, develop na kare, tab tak yeh cheez badal nahi sakti.</w:t>
      </w:r>
    </w:p>
    <w:p>
      <w:pPr>
        <w:jc w:val="right"/>
      </w:pPr>
      <w:r>
        <w:t>اسکو اسٹڈیکراناہوگا،یہسبکراناہوگا۔ جبتکاسکا شعورجوہے،ڈیولپنہکرے، تبتک یہچیز بدلنہیںسکتی۔</w:t>
      </w:r>
    </w:p>
    <w:p>
      <w:r>
        <w:rPr>
          <w:b/>
        </w:rPr>
        <w:t xml:space="preserve">[1:12:38] </w:t>
      </w:r>
      <w:r>
        <w:t>shaoor ko develop karna padega. to ek aadmi jo seen mein uljha hua hai, woh is seen ko importance de, kyunki yeh seen joo hai, woh zyada badi haqeeqat hai.</w:t>
      </w:r>
    </w:p>
    <w:p>
      <w:pPr>
        <w:jc w:val="right"/>
      </w:pPr>
      <w:r>
        <w:t>شعورکو ڈیولپکرناپڑےگا۔ توایکآدمی جو سین میںالجھاہواہے، وہ انسین کو امپورٹنسدے،کیونکہانسینجوہے،وہزیادہ بڑیحقیقت ہے۔</w:t>
      </w:r>
    </w:p>
    <w:p>
      <w:r>
        <w:rPr>
          <w:b/>
        </w:rPr>
        <w:t xml:space="preserve">[1:12:54] </w:t>
      </w:r>
      <w:r>
        <w:t>maulana, inka ek aur sawal hai. unhone likha hai: "why is entertainment industry become one of the most important industry today?</w:t>
      </w:r>
    </w:p>
    <w:p>
      <w:pPr>
        <w:jc w:val="right"/>
      </w:pPr>
      <w:r>
        <w:t>مولانا،انکاایکاور سوال ہے۔ انہوںنےلکھاہے: "وائیہیزانٹرٹینمنٹ انڈ سٹری بیکم ونافداموسٹ امپورٹنٹانڈ سٹریٹوڈے؟</w:t>
      </w:r>
    </w:p>
    <w:p>
      <w:r>
        <w:rPr>
          <w:b/>
        </w:rPr>
        <w:t xml:space="preserve">[1:13:04] </w:t>
      </w:r>
      <w:r>
        <w:t>what is your comment</w:t>
      </w:r>
    </w:p>
    <w:p>
      <w:pPr>
        <w:jc w:val="right"/>
      </w:pPr>
      <w:r>
        <w:t>واٹازیورکمنٹ</w:t>
      </w:r>
    </w:p>
    <w:p>
      <w:r>
        <w:rPr>
          <w:b/>
        </w:rPr>
        <w:t xml:space="preserve">[1:13:06] </w:t>
      </w:r>
      <w:r>
        <w:t>in this?" yeh bhi pehle bhi thi. entertainment ki taraf zyada insaan joo hai,</w:t>
      </w:r>
    </w:p>
    <w:p>
      <w:pPr>
        <w:jc w:val="right"/>
      </w:pPr>
      <w:r>
        <w:t>ان دس؟"یہبھی پہلے بھیتھی۔ انٹرٹینمنٹ کیطرفزیادہ انسانجوہے،</w:t>
      </w:r>
    </w:p>
    <w:p>
      <w:r>
        <w:rPr>
          <w:b/>
        </w:rPr>
        <w:t xml:space="preserve">[1:13:14] </w:t>
      </w:r>
      <w:r>
        <w:t>lekin aaj joo hai, ismein items badh gaye, bahut zyada items badh gaye. pehle yeh tha ke misaal ke taur par hamare bachpan mein hum log joo hai, baazi ki karte the.</w:t>
      </w:r>
    </w:p>
    <w:p>
      <w:pPr>
        <w:jc w:val="right"/>
      </w:pPr>
      <w:r>
        <w:t>لیکن آججوہے، اسمیںآئٹمبڑھگئے،بہتزیادہآئٹمبڑھگئے۔ پہلےیہتھاکہ مثلاًہمارےبچپنمیں ہملوگجوہے،بیعتبازی کیاکرتے تھے۔</w:t>
      </w:r>
    </w:p>
    <w:p>
      <w:r>
        <w:rPr>
          <w:b/>
        </w:rPr>
        <w:t xml:space="preserve">[1:13:23] </w:t>
      </w:r>
      <w:r>
        <w:t>ab woh entertainment tha, koi aur sadhan nahi tha. is zamane mein baithe baazi kar rahe hain. badshahon ko tha ke woh janwaron ko ladwate the, dekhte hue khush hote the.</w:t>
      </w:r>
    </w:p>
    <w:p>
      <w:pPr>
        <w:jc w:val="right"/>
      </w:pPr>
      <w:r>
        <w:t>ابوہانٹرٹینمنٹتھا،کوئیاور سادھرنہیںتھا۔ اسزمانےمیںبیٹھےبیعتبازی کررہےہیں۔ بادشاہوںکو تھا کہوہ جانوروںکولڑواتےتھے،دیکھتےہوئےخوشہوتےتھے۔</w:t>
      </w:r>
    </w:p>
    <w:p>
      <w:r>
        <w:rPr>
          <w:b/>
        </w:rPr>
        <w:t xml:space="preserve">[1:13:36] </w:t>
      </w:r>
      <w:r>
        <w:t>koi nach gaana karwata tha, koi . ab woh bahut badh gaya, bahut badh gaya, bahut badh gaya. to insaan hamesha se mizaji hi raha hai insaan ka ke entertainment , yaani khaao kamaao, iske baad entertain karo.</w:t>
      </w:r>
    </w:p>
    <w:p>
      <w:pPr>
        <w:jc w:val="right"/>
      </w:pPr>
      <w:r>
        <w:t>کوئی ناچگاناکرواتاتھا،کوئی ۔ابوہبہت بڑھگیا،بہتبڑھگیا،بہتبڑھگیا۔ تو انسان ہمیشہسے مزاجیہی رہاہےانسانکا کہ انٹرٹینمنٹ ،یعنیکھاؤکماؤ،اسکےبعد انٹرٹینکرو۔</w:t>
      </w:r>
    </w:p>
    <w:p>
      <w:r>
        <w:rPr>
          <w:b/>
        </w:rPr>
        <w:t xml:space="preserve">[1:13:55] </w:t>
      </w:r>
      <w:r>
        <w:t>ab items badh gaye hain.</w:t>
      </w:r>
    </w:p>
    <w:p>
      <w:pPr>
        <w:jc w:val="right"/>
      </w:pPr>
      <w:r>
        <w:t>اب آئٹمبڑھگئےہیں۔</w:t>
      </w:r>
    </w:p>
    <w:p>
      <w:r>
        <w:rPr>
          <w:b/>
        </w:rPr>
        <w:t xml:space="preserve">[1:13:57] </w:t>
      </w:r>
      <w:r>
        <w:t>to yahan bhi mein yeh hi kahunga ke shaoor ko develop karna hai, intellectual level ko badhana hai.</w:t>
      </w:r>
    </w:p>
    <w:p>
      <w:pPr>
        <w:jc w:val="right"/>
      </w:pPr>
      <w:r>
        <w:t>تویہاںبھی میںیہیکہوںگا کہ شعورکو ڈیولپکرناہے، انٹلیکچول لیولکوبڑھاناہے۔</w:t>
      </w:r>
    </w:p>
    <w:p>
      <w:r>
        <w:rPr>
          <w:b/>
        </w:rPr>
        <w:t xml:space="preserve">[1:14:10] </w:t>
      </w:r>
      <w:r>
        <w:t>mein logon ko dekhta hoon ke woh kaan mein woh lagaye hue hain aur music sun rahe hain.</w:t>
      </w:r>
    </w:p>
    <w:p>
      <w:pPr>
        <w:jc w:val="right"/>
      </w:pPr>
      <w:r>
        <w:t>میںلوگوںکودیکھتاہوںکہوہکان میں وہلگائےہوئےہیں اور میوزکسنرہےہیں۔</w:t>
      </w:r>
    </w:p>
    <w:p>
      <w:r>
        <w:rPr>
          <w:b/>
        </w:rPr>
        <w:t xml:space="preserve">[1:14:18] </w:t>
      </w:r>
      <w:r>
        <w:t>ab mein aapko apna ek kal ka ek ehsaas share karta hoon.</w:t>
      </w:r>
    </w:p>
    <w:p>
      <w:pPr>
        <w:jc w:val="right"/>
      </w:pPr>
      <w:r>
        <w:t>ابمیں آپکو اپنا ایک کل کا ایک احساس شیئرکرتاہوں۔</w:t>
      </w:r>
    </w:p>
    <w:p>
      <w:r>
        <w:rPr>
          <w:b/>
        </w:rPr>
        <w:t xml:space="preserve">[1:14:23] </w:t>
      </w:r>
      <w:r>
        <w:t>mein apne ghar mein baitha hua tha barah baje par , to yahan par log yoga karte hain. yoga karte hue woh music chalta rehta hai, woh music wahan tak awaaz aati hai.</w:t>
      </w:r>
    </w:p>
    <w:p>
      <w:pPr>
        <w:jc w:val="right"/>
      </w:pPr>
      <w:r>
        <w:t>میں اپنے گھرمیں بیٹھاہواتھا بار جےپر ،تویہاںپر لوگ یوگاکرتے ہیں۔ یوگاکرتے ہوئے وہ میوزکجلتارہتاہے،وہمیوزک وہاںتک آوازآتیہے۔</w:t>
      </w:r>
    </w:p>
    <w:p>
      <w:r>
        <w:rPr>
          <w:b/>
        </w:rPr>
        <w:t xml:space="preserve">[1:14:37] </w:t>
      </w:r>
      <w:r>
        <w:t>to music yoga kar rahe hain, woh music sun rahe hain, yoga kar rahe hain, music sun rahe hain.</w:t>
      </w:r>
    </w:p>
    <w:p>
      <w:pPr>
        <w:jc w:val="right"/>
      </w:pPr>
      <w:r>
        <w:t>تو میوزک یوگاکررہےہیں،وہ میوزکسنرہےہیں،یوگاکررہےہیں،میوزکسنرہےہیں۔</w:t>
      </w:r>
    </w:p>
    <w:p>
      <w:r>
        <w:rPr>
          <w:b/>
        </w:rPr>
        <w:t xml:space="preserve">[1:14:42] </w:t>
      </w:r>
      <w:r>
        <w:t>to maine socha ke kaise ajeeb log hain,</w:t>
      </w:r>
    </w:p>
    <w:p>
      <w:pPr>
        <w:jc w:val="right"/>
      </w:pPr>
      <w:r>
        <w:t>تو میںنےسوچا کہکیسےعجیبلوگ ہیں،</w:t>
      </w:r>
    </w:p>
    <w:p>
      <w:r>
        <w:rPr>
          <w:b/>
        </w:rPr>
        <w:t xml:space="preserve">[1:14:49] </w:t>
      </w:r>
      <w:r>
        <w:t>yaani woh apne mind ko itna engage kiye rehte hain ke kisi aur cheez soch na sake. woh</w:t>
      </w:r>
    </w:p>
    <w:p>
      <w:pPr>
        <w:jc w:val="right"/>
      </w:pPr>
      <w:r>
        <w:t>یعنی وہ اپنے مائنڈکواتناانگیجکیےرہتےہیںکہ کسی اورچیزسوچہینہسکے۔وہ</w:t>
      </w:r>
    </w:p>
    <w:p>
      <w:r>
        <w:rPr>
          <w:b/>
        </w:rPr>
        <w:t xml:space="preserve">[1:14:58] </w:t>
      </w:r>
      <w:r>
        <w:t>unhe yeh bhi pata nahi hai ke yeh khud yoga ke lehaz se sahi nahi hai, kyunki aap yaani physical exercise kar rahe hain aur mind ko engage kiye hue hain music se.</w:t>
      </w:r>
    </w:p>
    <w:p>
      <w:pPr>
        <w:jc w:val="right"/>
      </w:pPr>
      <w:r>
        <w:t>انہیں یہبھیپتہنہیںہے کہ یہ خود یوگاکےلحاظسےصحیحنہیںہے، کیونکہآپ یعنیفزیکل ایکسرسائزکررہےہیں اور مائنڈکوانگیجکیےہوئےہیںمیوزکمیں۔</w:t>
      </w:r>
    </w:p>
    <w:p>
      <w:r>
        <w:rPr>
          <w:b/>
        </w:rPr>
        <w:t xml:space="preserve">[1:15:13] </w:t>
      </w:r>
      <w:r>
        <w:t>is matlab ke aap , aap ki , aap ki jo hasti hai, woh sirf partially yoga se faida utha payegi. aap ko chahiye ke yoga mein apne, apni, apni physical body ke saath apne mind ko bhi engage rakhein , to aap ko double faida hoga.</w:t>
      </w:r>
    </w:p>
    <w:p>
      <w:pPr>
        <w:jc w:val="right"/>
      </w:pPr>
      <w:r>
        <w:t>اسمعنیکہآپ ،آپ کی ،آپ کیجو ہستیہے، وہ صرفپارش لییوگا سےفائدہاٹھاپائےگی۔ آپ کوچاہیےکہیوگامیں اپنے، اپنی،اپنی فزیکلباڈیکےساتھ اپنے مائنڈکوبھیانگیجرکھیں ،توآپکوڈبلفائدہہوگا۔</w:t>
      </w:r>
    </w:p>
    <w:p>
      <w:r>
        <w:rPr>
          <w:b/>
        </w:rPr>
        <w:t xml:space="preserve">[1:15:29] </w:t>
      </w:r>
      <w:r>
        <w:t>aur doosri cheez yeh hai ke is pas-e-dunya hai, sabz duniya , nature, is se aadmi bekhabar rehta hai.</w:t>
      </w:r>
    </w:p>
    <w:p>
      <w:pPr>
        <w:jc w:val="right"/>
      </w:pPr>
      <w:r>
        <w:t>اور دوسریچیزیہہےکہاسپاسیہدنیا ہے، سرسبزدنیا ،نیچر، اسسےآدمیبےخبررہتاہے۔</w:t>
      </w:r>
    </w:p>
    <w:p>
      <w:r>
        <w:rPr>
          <w:b/>
        </w:rPr>
        <w:t xml:space="preserve">[1:15:37] </w:t>
      </w:r>
      <w:r>
        <w:t>ab music ka lagaye hue kaan mein hai, music sun raha hai, aur chidiyon ke chehchehe, hawaon ki sarsarahat, aur darakhton ki sabz sabzi, is se bekhabar rehta hai.</w:t>
      </w:r>
    </w:p>
    <w:p>
      <w:pPr>
        <w:jc w:val="right"/>
      </w:pPr>
      <w:r>
        <w:t>ابمیوزککالگائےہوئے کان میںہے، میوزکسنرہاہے، اور چڑیوںکےچہچہے، ہوا ؤںکی سرسراہٹ، اور درختوںکیسبز سرسبزی،اسسےبےخبررہتاہے۔</w:t>
      </w:r>
    </w:p>
    <w:p>
      <w:r>
        <w:rPr>
          <w:b/>
        </w:rPr>
        <w:t xml:space="preserve">[1:15:49] </w:t>
      </w:r>
      <w:r>
        <w:t>to kehte hain: "qabil-e-rahem!" mujhe yeh log ba-qabil-e-rahem nazar aate hain, qabil-e-rahem.</w:t>
      </w:r>
    </w:p>
    <w:p>
      <w:pPr>
        <w:jc w:val="right"/>
      </w:pPr>
      <w:r>
        <w:t>تو کہتےہیں:"قابلرحم!"مجھےیہلوگبہتقابلرحمنظرآتےہیں،قابلرحم۔</w:t>
      </w:r>
    </w:p>
    <w:p>
      <w:r>
        <w:rPr>
          <w:b/>
        </w:rPr>
        <w:t xml:space="preserve">[1:15:53] </w:t>
      </w:r>
      <w:r>
        <w:t>to entertainment joo hai, is tarah logon ko bataya jaye. mein samajhta hoon ke entertainment joo hai, ek ek bahut hi, yaani, yaani apne mind ko kisi badi cheez pa sakte hain. apne mind ko koi idhar istemal karke chhoti cheez par qanaat karna,</w:t>
      </w:r>
    </w:p>
    <w:p>
      <w:pPr>
        <w:jc w:val="right"/>
      </w:pPr>
      <w:r>
        <w:t>توانٹرٹینمنٹجوہے، اسطرحلوگوںکوبتایاجائے۔میںسمجھتاہوں کہانٹرٹینمنٹجوہے، ایک ایک بہتہی، یعنی،یعنی اپنے مائنڈکو کسی بڑیچیز پاسکتےہیں۔اپنےمائنڈ کو کوئیادھراستعمالکرکے چھوٹیچیزپرقناعتکرناہے،</w:t>
      </w:r>
    </w:p>
    <w:p>
      <w:r>
        <w:rPr>
          <w:b/>
        </w:rPr>
        <w:t xml:space="preserve">[1:16:16] </w:t>
      </w:r>
      <w:r>
        <w:t>yeh underutilization hai.</w:t>
      </w:r>
    </w:p>
    <w:p>
      <w:pPr>
        <w:jc w:val="right"/>
      </w:pPr>
      <w:r>
        <w:t>یہ انڈریوٹیلائزیشنہے۔</w:t>
      </w:r>
    </w:p>
    <w:p>
      <w:r>
        <w:rPr>
          <w:b/>
        </w:rPr>
        <w:t xml:space="preserve">[1:16:19] </w:t>
      </w:r>
      <w:r>
        <w:t>mujhe ek, ek, ek, ek, ek ladka tha, woh har waqt apne mind mein lagaye rakhta tha, wohi music ka kya kehte hain, usko pata nahi kya lagaye dete hain, aur jeb mein woh recorder, aur woh music sun raha hai.</w:t>
      </w:r>
    </w:p>
    <w:p>
      <w:pPr>
        <w:jc w:val="right"/>
      </w:pPr>
      <w:r>
        <w:t>مجھے ایک، ایک،ایک،ایک،ایک لڑکاتھا،وہ ہروقت اپنےمائنڈمیںلگارہتاتھا،وہی میوزککاکیاکہتےہیں،اسکوپتہنہیںکیا لگائےدیتےہیں، اور جیبمیں وہ ریکارڈر، اوروہمیوزکسنرہاہے۔</w:t>
      </w:r>
    </w:p>
    <w:p>
      <w:r>
        <w:rPr>
          <w:b/>
        </w:rPr>
        <w:t xml:space="preserve">[1:16:32] </w:t>
      </w:r>
      <w:r>
        <w:t>to mein ne is ko samjhaya ke tum under utilize kar rahe ho apne mind ko.</w:t>
      </w:r>
    </w:p>
    <w:p>
      <w:pPr>
        <w:jc w:val="right"/>
      </w:pPr>
      <w:r>
        <w:t>تومیںنےاسکوسمجھایا کہ تم انڈریوٹیلائزکررہےہواپنےمائنڈکو۔</w:t>
      </w:r>
    </w:p>
    <w:p>
      <w:r>
        <w:rPr>
          <w:b/>
        </w:rPr>
        <w:t xml:space="preserve">[1:16:40] </w:t>
      </w:r>
      <w:r>
        <w:t>bhai, mind jo behtareen cheez hai, woh kisi gayye ka recorded gana sun rahe ho, aur nature mein itni bari cheez tum ko sochne ke liye hai. Kitabon ko study karo, nature ko observe karo, aur bari bari tareekhi haqiqaton par dhyan do, apne mind ko develop karo. Yeh kya hai?</w:t>
      </w:r>
    </w:p>
    <w:p>
      <w:pPr>
        <w:jc w:val="right"/>
      </w:pPr>
      <w:r>
        <w:t>بھائی،مائنڈجوبہتبڑیچیزہے، وہکسی گویےکاریکارڈڈگاناتمسنرہےہو، اورنیچرمیںاتنیبڑی چیز تمکوسوچنےکےلیے ہے۔ کتاب وںکیاسٹڈیکرو،نیچرکو ابزروکرو، اوربڑیبڑی تاریخ یحقیقتوںپردھیاندو، اپنےمائنڈکوڈیولپکرو۔یہکیاہے؟</w:t>
      </w:r>
    </w:p>
    <w:p>
      <w:r>
        <w:rPr>
          <w:b/>
        </w:rPr>
        <w:t xml:space="preserve">[1:17:01] </w:t>
      </w:r>
      <w:r>
        <w:t>to is ko samajh mein aa gaya, is ko chhod diya is ne.</w:t>
      </w:r>
    </w:p>
    <w:p>
      <w:pPr>
        <w:jc w:val="right"/>
      </w:pPr>
      <w:r>
        <w:t>تو اسکوسمجھمیںآگیا،اسکوچھوڑدیا اسنے۔</w:t>
      </w:r>
    </w:p>
    <w:p>
      <w:r>
        <w:rPr>
          <w:b/>
        </w:rPr>
        <w:t xml:space="preserve">[1:17:04] </w:t>
      </w:r>
      <w:r>
        <w:t>to asal cheez yeh hai ke log jo hain, apni conditioning ki wajah se soch nahin paate, kyun ke soch ko develop karna hai, yani in ko is ko kehte hain ke intellectual awakening laana hai.</w:t>
      </w:r>
    </w:p>
    <w:p>
      <w:pPr>
        <w:jc w:val="right"/>
      </w:pPr>
      <w:r>
        <w:t>تو اصلچیزیہہےکہ لوگ جوہیں، اپنی کنڈیشننگکیوجہسے سوچنہیںپاتے، کیونکہسوچکوڈیولپکرناہے، یعنی انکو اسکوکہتےہیںکہ انٹلیکچولاو یکنینگلاناہے۔</w:t>
      </w:r>
    </w:p>
    <w:p>
      <w:r>
        <w:rPr>
          <w:b/>
        </w:rPr>
        <w:t xml:space="preserve">[1:17:17] </w:t>
      </w:r>
      <w:r>
        <w:t>ek hi formula hai: intellectual awakening. To apne aap chhod denge log in sab cheezon ko.</w:t>
      </w:r>
    </w:p>
    <w:p>
      <w:pPr>
        <w:jc w:val="right"/>
      </w:pPr>
      <w:r>
        <w:t>ایکہیفارمولاہے: انٹلیکچولاو یکنینگ۔ تو اپنےآپچھوڑدیںگے لوگ انسبچیزوںکو۔</w:t>
      </w:r>
    </w:p>
    <w:p>
      <w:r>
        <w:rPr>
          <w:b/>
        </w:rPr>
        <w:t xml:space="preserve">[1:17:28] </w:t>
      </w:r>
      <w:r>
        <w:t>Miss Naghma Siddiqa ne dil se likha hai:</w:t>
      </w:r>
    </w:p>
    <w:p>
      <w:pPr>
        <w:jc w:val="right"/>
      </w:pPr>
      <w:r>
        <w:t>مس نغمہ صدی قینےدلیسےلکھاہے:</w:t>
      </w:r>
    </w:p>
    <w:p>
      <w:r>
        <w:rPr>
          <w:b/>
        </w:rPr>
        <w:t xml:space="preserve">[1:17:32] </w:t>
      </w:r>
      <w:r>
        <w:t>"Maulana, can you give us advice on how we can learn to use the law of differentiating between the two in our daily life?" Haan, dekho, yeh jo principle hai,</w:t>
      </w:r>
    </w:p>
    <w:p>
      <w:pPr>
        <w:jc w:val="right"/>
      </w:pPr>
      <w:r>
        <w:t>"مولانا،کینیوگیوسم ایڈوائس ان ہاؤویکینلرنٹویوز دا لاءاف ڈیفرنشیٹنگبٹویندا ٹو ان انارڈیلیلائف؟" ہاں،دیکھیں،یہجو پرنسپلہے،</w:t>
      </w:r>
    </w:p>
    <w:p>
      <w:r>
        <w:rPr>
          <w:b/>
        </w:rPr>
        <w:t xml:space="preserve">[1:17:47] </w:t>
      </w:r>
      <w:r>
        <w:t>yeh bohat hi kaam ka hai, universal hai. Har waqt hamein is ki zaroorat padti hai. Do cheezon ko alag kar ke dekhna,</w:t>
      </w:r>
    </w:p>
    <w:p>
      <w:pPr>
        <w:jc w:val="right"/>
      </w:pPr>
      <w:r>
        <w:t>یہبہت ہی کامنہے، یونیورسل ہے۔ ہروقت ہمیںاسکیضرورتپڑتیہے۔ دوچیزوںکوالگکرکےدیکھنا،</w:t>
      </w:r>
    </w:p>
    <w:p>
      <w:r>
        <w:rPr>
          <w:b/>
        </w:rPr>
        <w:t xml:space="preserve">[1:17:59] </w:t>
      </w:r>
      <w:r>
        <w:t>agar yeh na ho to aadmi koi bari kamyabi hasil nahin kar sakta hai. To is ki koi technique nahin hai, apni soch ko develop karna hai, bas apni soch ko develop karna hai.</w:t>
      </w:r>
    </w:p>
    <w:p>
      <w:pPr>
        <w:jc w:val="right"/>
      </w:pPr>
      <w:r>
        <w:t>اگر یہنہہوتوآدمی کوئیبڑیکامیابیحاصل نہیںکرسکتاہے۔ تواسکیکوئیٹیکنیکنہیںہے، اپنی سوچکوڈیولپکرناہے،بس اپنیسوچکوڈیولپکرناہے۔</w:t>
      </w:r>
    </w:p>
    <w:p>
      <w:r>
        <w:rPr>
          <w:b/>
        </w:rPr>
        <w:t xml:space="preserve">[1:18:15] </w:t>
      </w:r>
      <w:r>
        <w:t>koi technique aisi nahin hai ke hum technique bata dein to aadmi us par amal kare aur woh dhadadhad ho jaye. Aisa, aisa nahin ho sakta hai.</w:t>
      </w:r>
    </w:p>
    <w:p>
      <w:pPr>
        <w:jc w:val="right"/>
      </w:pPr>
      <w:r>
        <w:t>کوئی ٹیکنیکایسینہیںہےکہہمٹیکنیکبتادیں توآدمیاسپرعملکرے اور وہدھڑادھڑہوجائے۔ایسا،ایسانہیںہوسکتاہے۔</w:t>
      </w:r>
    </w:p>
    <w:p>
      <w:r>
        <w:rPr>
          <w:b/>
        </w:rPr>
        <w:t xml:space="preserve">[1:18:24] </w:t>
      </w:r>
      <w:r>
        <w:t>Soch ko develop kar ke apne aap ko is satah par le jaana padta hai ke aadmi har mauqe par jaan sake ke yahan par kis tarah fark karna hai ek cheez doosri cheez mein.</w:t>
      </w:r>
    </w:p>
    <w:p>
      <w:pPr>
        <w:jc w:val="right"/>
      </w:pPr>
      <w:r>
        <w:t>سوچکوڈیولپکرکے اپنے آپ کو اسسطح پرلےجاناپڑتاہےکہآدمی ہرموقع پرجانسکےکہیہاںپر بھیکسطرحفرقکرناہےایکچیزدوسریچیزمیں۔</w:t>
      </w:r>
    </w:p>
    <w:p>
      <w:r>
        <w:rPr>
          <w:b/>
        </w:rPr>
        <w:t xml:space="preserve">[1:18:38] </w:t>
      </w:r>
      <w:r>
        <w:t>Aur yani individual aur bari bari qaumein sab is mein phanse hui hain. Jaise misaal ke taur par Pakistan ko lijiye, 60 saal zyada ho gaye, koi taraqqi wahan nahin hui. Kyun?</w:t>
      </w:r>
    </w:p>
    <w:p>
      <w:pPr>
        <w:jc w:val="right"/>
      </w:pPr>
      <w:r>
        <w:t>اور یعنیانڈیویجول اور بڑی بڑیقومیںسباسمیںپھنسےہوئیہیں۔ جیسےمثالکےطور پر پاکستان کولیجئے، 60سال زیادہ ہوگئے،کوئیترقیوہاںنہیںہوئی۔کیوں ؟</w:t>
      </w:r>
    </w:p>
    <w:p>
      <w:r>
        <w:rPr>
          <w:b/>
        </w:rPr>
        <w:t xml:space="preserve">[1:18:50] </w:t>
      </w:r>
      <w:r>
        <w:t>Is ko jaante nahin woh.</w:t>
      </w:r>
    </w:p>
    <w:p>
      <w:pPr>
        <w:jc w:val="right"/>
      </w:pPr>
      <w:r>
        <w:t>اسکوجانتےنہیںوہ ۔</w:t>
      </w:r>
    </w:p>
    <w:p>
      <w:r>
        <w:rPr>
          <w:b/>
        </w:rPr>
        <w:t xml:space="preserve">[1:18:53] </w:t>
      </w:r>
      <w:r>
        <w:t>Maine kaha jo President the, Musharraf sahib, un ko khat likha tha ke "you have to adopt the policy of de-linking", yani India se aap ne jhagda chhed rakha hai, political jhagda, to is ko nationality level pe daal dijiye, guft o shuneed ki mez pe, aur jo mauqe hain, jitne zyada,</w:t>
      </w:r>
    </w:p>
    <w:p>
      <w:pPr>
        <w:jc w:val="right"/>
      </w:pPr>
      <w:r>
        <w:t>میںنےکہ جو پریزیڈنٹتھے، مشرفصاحب،انکوخطلکھاتھا کہ"یوہیوٹواڈاپٹ داپالیسیافڈیلنکنگ" ،یعنی انڈیاسےآپ نےجھگڑاچھیڑرکھاہے، پولیٹیکلجھگڑا، تواسکو نیشنلٹیبلپہڈالدیجئے، گفت وشنیدکیمیزپر، اور جو مواقع ہیں، جتنےزیادہ،</w:t>
      </w:r>
    </w:p>
    <w:p>
      <w:r>
        <w:rPr>
          <w:b/>
        </w:rPr>
        <w:t xml:space="preserve">[1:19:14] </w:t>
      </w:r>
      <w:r>
        <w:t>is ko khol dijiye</w:t>
      </w:r>
    </w:p>
    <w:p>
      <w:pPr>
        <w:jc w:val="right"/>
      </w:pPr>
      <w:r>
        <w:t>اسکوکھولدیجئے</w:t>
      </w:r>
    </w:p>
    <w:p>
      <w:r>
        <w:rPr>
          <w:b/>
        </w:rPr>
        <w:t xml:space="preserve">[1:19:16] </w:t>
      </w:r>
      <w:r>
        <w:t>ke log aayein jayein education ke liye, tourism ke liye, business ke liye. Sari cheezein jo hain, un unveiled padi hui hain, unveiled sirf political jhagde ki wajah se.</w:t>
      </w:r>
    </w:p>
    <w:p>
      <w:pPr>
        <w:jc w:val="right"/>
      </w:pPr>
      <w:r>
        <w:t>کہلوگ آئیںجائیں ایجوکیشنکےلیے، ٹورزمکےلیے، بزنسکےلیے۔ ساری چیزیںجوہیں،ان اویلڈپڑیہوئیہیں،اناویلڈ صرفپولیٹیکلجھگڑےکیوجہسے۔</w:t>
      </w:r>
    </w:p>
    <w:p>
      <w:r>
        <w:rPr>
          <w:b/>
        </w:rPr>
        <w:t xml:space="preserve">[1:19:29] </w:t>
      </w:r>
      <w:r>
        <w:t>To yeh to political jhagda khatm kar dijiye ya is ko dealing kijiye is se, is is se aur is se dono dono se. Dealing ki policy ikhtiyar kijiye, lekin poori poori qaum is ko ikhtiyar nahin kar saki.</w:t>
      </w:r>
    </w:p>
    <w:p>
      <w:pPr>
        <w:jc w:val="right"/>
      </w:pPr>
      <w:r>
        <w:t>تویاتوپولیٹیکلجھگڑاختمکردیجئے یااسکوڈیلنگکیجئےاس سے،اس اسسے اوراسسےدون وںسے ۔ڈیلنگکیپالیسیاختیارکیجئے، لیکن پوریپوریقوماسکواختیارنہیںکرسکی۔</w:t>
      </w:r>
    </w:p>
    <w:p>
      <w:r>
        <w:rPr>
          <w:b/>
        </w:rPr>
        <w:t xml:space="preserve">[1:19:44] </w:t>
      </w:r>
      <w:r>
        <w:t>To individual ke liye bhi aur qaum ke liye dono ke liye zaroori hai ke woh ek cheez doosri cheez par fark kare. Jaise ke maine arz kiya, Rasool Allah ka is ka misaal maujood hai, Sahaba ka misaal maujood hai, lekin abhi</w:t>
      </w:r>
    </w:p>
    <w:p>
      <w:pPr>
        <w:jc w:val="right"/>
      </w:pPr>
      <w:r>
        <w:t>تو انڈیویجولکےلیے بھی اورقومکےلیےدونوںکےلیےضروریہےکہوہ ایکچیزدوسریچیزپر فرقکرے۔ جیساکہمیںنےعرضکیا،رسولاللہکااسکامثالموجود ہے،صحابہکامثالموجود ہے،لیکنابھی</w:t>
      </w:r>
    </w:p>
    <w:p>
      <w:r>
        <w:rPr>
          <w:b/>
        </w:rPr>
        <w:t xml:space="preserve">[1:19:56] </w:t>
      </w:r>
      <w:r>
        <w:t>bhi Musalman is se bekhabar hain.</w:t>
      </w:r>
    </w:p>
    <w:p>
      <w:pPr>
        <w:jc w:val="right"/>
      </w:pPr>
      <w:r>
        <w:t>بھیمسلماناسسےبےخبرہیں۔</w:t>
      </w:r>
    </w:p>
    <w:p>
      <w:r>
        <w:rPr>
          <w:b/>
        </w:rPr>
        <w:t xml:space="preserve">[1:20:00] </w:t>
      </w:r>
      <w:r>
        <w:t>Kyun? Musalmanon mein intellectual development bohat kam hua, bohat kam hua.</w:t>
      </w:r>
    </w:p>
    <w:p>
      <w:pPr>
        <w:jc w:val="right"/>
      </w:pPr>
      <w:r>
        <w:t>کیوں؟ مسلمانوں میں انٹلیکچولڈیولپمنٹبہت کمہوا ، بہت کم ہوا۔</w:t>
      </w:r>
    </w:p>
    <w:p>
      <w:r>
        <w:rPr>
          <w:b/>
        </w:rPr>
        <w:t xml:space="preserve">[1:20:09] </w:t>
      </w:r>
      <w:r>
        <w:t>To is ki zaroorat hai ke logon ko, yani intellectual awakening laaya jaye. Jab tak yeh nahin hoga, tab tak koi bari, koi bari baat nahin ho sakti hai.</w:t>
      </w:r>
    </w:p>
    <w:p>
      <w:pPr>
        <w:jc w:val="right"/>
      </w:pPr>
      <w:r>
        <w:t>تواسیکیضرورتہےکہلوگوںکو، یعنی انٹلیکچولاویکنینگلایاجائے۔ جبتک یہنہیںہوگا، تبتککوئیبڑا، کوئی بڑیباتنہیںہوسکتیہے۔</w:t>
      </w:r>
    </w:p>
    <w:p>
      <w:r>
        <w:rPr>
          <w:b/>
        </w:rPr>
        <w:t xml:space="preserve">[1:20:23] </w:t>
      </w:r>
      <w:r>
        <w:t>Mr. Arif Jeelani ne Kashmir se likha hai: "January Risala 2011 mein likha hai ke sirf ek hi qaum ki taraf payghambar bheje gaye, lekin Quran mein hai ke lil kuli qaum in hadd".</w:t>
      </w:r>
    </w:p>
    <w:p>
      <w:pPr>
        <w:jc w:val="right"/>
      </w:pPr>
      <w:r>
        <w:t>مسٹر عارف جیلانینے کشمیرسےلکھاہے:" جن وری الرسالہ 2 011میںلکھاہے کہ صرف ایکہی قومکیطرف پیغمبر بھیجےگئے، لیکن قرآنمیں ہےکہ لل ک لی قوم ین ہاد"۔</w:t>
      </w:r>
    </w:p>
    <w:p>
      <w:r>
        <w:rPr>
          <w:b/>
        </w:rPr>
        <w:t xml:space="preserve">[1:20:41] </w:t>
      </w:r>
      <w:r>
        <w:t>Is ki wazahat farmayein. Woh yeh woh hai ayat mein, yani har qaum ke liye payghambar aaye,</w:t>
      </w:r>
    </w:p>
    <w:p>
      <w:pPr>
        <w:jc w:val="right"/>
      </w:pPr>
      <w:r>
        <w:t>اسکیوضاحت فرمائیں۔ وہیتوہےآیتمیں، یعنیہرقومکےلیے پیغمبر آئے،</w:t>
      </w:r>
    </w:p>
    <w:p>
      <w:r>
        <w:rPr>
          <w:b/>
        </w:rPr>
        <w:t xml:space="preserve">[1:20:50] </w:t>
      </w:r>
      <w:r>
        <w:t>yani ek hi payghambar saare duniya mein khitab kare. Yeh practical nahin tha, yani local khitab hi mumkin tha us zamane mein.</w:t>
      </w:r>
    </w:p>
    <w:p>
      <w:pPr>
        <w:jc w:val="right"/>
      </w:pPr>
      <w:r>
        <w:t>یعنیایکہیپیغمبر سارےدنیامیںخطابکرے۔ یہ پریکٹیکلنہیںتھا، یعنی لوکل خطاب ہی ممکنتھااسزمانےمیں۔</w:t>
      </w:r>
    </w:p>
    <w:p>
      <w:r>
        <w:rPr>
          <w:b/>
        </w:rPr>
        <w:t xml:space="preserve">[1:21:01] </w:t>
      </w:r>
      <w:r>
        <w:t>Global khitab mumkin nahin tha, Rasool Allah ke liye bhi mumkin nahin tha. Global khitab log samajhte nahin is baat ko.</w:t>
      </w:r>
    </w:p>
    <w:p>
      <w:pPr>
        <w:jc w:val="right"/>
      </w:pPr>
      <w:r>
        <w:t>گلوبلخطابممکننہیںتھا،رسولاللہکےلیےبھیممکننہیںتھا۔ گلوبلخطاب لوگسمجھتےنہیںاسباتکو ۔</w:t>
      </w:r>
    </w:p>
    <w:p>
      <w:r>
        <w:rPr>
          <w:b/>
        </w:rPr>
        <w:t xml:space="preserve">[1:21:10] </w:t>
      </w:r>
      <w:r>
        <w:t>global khitab ke liye zaroorat thi sadhan, yaani global communication. To woh to aaj hua, ja kar ke, woh to aaj ja kar ke hua hai.</w:t>
      </w:r>
    </w:p>
    <w:p>
      <w:pPr>
        <w:jc w:val="right"/>
      </w:pPr>
      <w:r>
        <w:t>گلوبلخطاب کےلیےضروریتھی سادھن، یعنیگلوبلکمیونیکیشن۔ تو وہتوآجہوا،جاکرکے، وہتوآججاکرکےہوا ہے۔</w:t>
      </w:r>
    </w:p>
    <w:p>
      <w:r>
        <w:rPr>
          <w:b/>
        </w:rPr>
        <w:t xml:space="preserve">[1:21:24] </w:t>
      </w:r>
      <w:r>
        <w:t>misal ke taur par, Rasool Allah salallahu alaihi wasallam ko chahte the ke Madine walon ko paigham dein, Quran ka paigham.</w:t>
      </w:r>
    </w:p>
    <w:p>
      <w:pPr>
        <w:jc w:val="right"/>
      </w:pPr>
      <w:r>
        <w:t>مثالکےطورپر،رسولاللہصلیاللہعلیہوسلمکو چاہتےتھےکہ مدینےوالوںکو پیغامدیں، قرآن کا پیغام۔</w:t>
      </w:r>
    </w:p>
    <w:p>
      <w:r>
        <w:rPr>
          <w:b/>
        </w:rPr>
        <w:t xml:space="preserve">[1:21:33] </w:t>
      </w:r>
      <w:r>
        <w:t>to yeh aaj aap ko yeh mumkin hai ke aap Makka mein ek ek TV stream banayein aur us mein program nashr karein. Aap Madine wale sunenge, usko khoob sunenge subah shaam.</w:t>
      </w:r>
    </w:p>
    <w:p>
      <w:pPr>
        <w:jc w:val="right"/>
      </w:pPr>
      <w:r>
        <w:t>تو یہ آجآپکو یہممکنہےکہآپ مکہمیںایک ایک ٹیوی اسٹریمبنائیں اور اسمیں پروگرامنشرکریں۔آپمدینہوالےسنیںگے،اسکو خوبسنیںگےصبحشام۔</w:t>
      </w:r>
    </w:p>
    <w:p>
      <w:r>
        <w:rPr>
          <w:b/>
        </w:rPr>
        <w:t xml:space="preserve">[1:21:46] </w:t>
      </w:r>
      <w:r>
        <w:t>lekin aap ne do aadmi bheje, do sahabi, unko muqri kaha jata tha. Yaani Makka se Madina gaye</w:t>
      </w:r>
    </w:p>
    <w:p>
      <w:pPr>
        <w:jc w:val="right"/>
      </w:pPr>
      <w:r>
        <w:t>لیکن آپ نے دوآدمیبھیجے،دو صحابی، انکومقریکہاجاتا تھا۔ یعنیمکہسے مدینہگئے</w:t>
      </w:r>
    </w:p>
    <w:p>
      <w:r>
        <w:rPr>
          <w:b/>
        </w:rPr>
        <w:t xml:space="preserve">[1:21:56] </w:t>
      </w:r>
      <w:r>
        <w:t>aur woh do muqri wahan Quran logon ko sunaya karte the.</w:t>
      </w:r>
    </w:p>
    <w:p>
      <w:pPr>
        <w:jc w:val="right"/>
      </w:pPr>
      <w:r>
        <w:t>اوروہدو مقریوہاں قرآنلوگوںکوسنایاکرتے تھے۔</w:t>
      </w:r>
    </w:p>
    <w:p>
      <w:r>
        <w:rPr>
          <w:b/>
        </w:rPr>
        <w:t xml:space="preserve">[1:22:00] </w:t>
      </w:r>
      <w:r>
        <w:t>aaj aap Makka mein ek ek ek TV stream banakar ke subah shaam wahin baithe baithe Makka walon, Makka se Madina walon ko khabar pe woh program suna sakte hain, Quran suna sakte hain, har cheez suna sakte hain.</w:t>
      </w:r>
    </w:p>
    <w:p>
      <w:pPr>
        <w:jc w:val="right"/>
      </w:pPr>
      <w:r>
        <w:t>آجآپ مکہمیںایک ایک ایک ٹیویاسٹریمبناکرکے صبح شام وہیںبیٹھےبیٹھےمکہوالوں، مکہسےمدینہوالوںکوخبرپہ وہ پروگرامسناسکتےہیں، قرآنسناسکتےہیں،ہرچیزسناسکتےہیں۔</w:t>
      </w:r>
    </w:p>
    <w:p>
      <w:r>
        <w:rPr>
          <w:b/>
        </w:rPr>
        <w:t xml:space="preserve">[1:22:14] </w:t>
      </w:r>
      <w:r>
        <w:t>to yeh yaani har har paighambar khud Rasool Allah bhi apne zamane mein muqami paighambar the. Woh yeh mat samjhiye ke Rasool Allah saare alam mein unhone awaaz pahunchadi.</w:t>
      </w:r>
    </w:p>
    <w:p>
      <w:pPr>
        <w:jc w:val="right"/>
      </w:pPr>
      <w:r>
        <w:t>تو یہ یعنیہر ہر پیغمبر خود رسولاللہ بھیاپنےزمان ےمیںمق امیپیغمبرتھے۔وہ یہمتسمجھئےکہرسولاللہسارےعالممیں انہوںنےآوازپہنچادی۔</w:t>
      </w:r>
    </w:p>
    <w:p>
      <w:r>
        <w:rPr>
          <w:b/>
        </w:rPr>
        <w:t xml:space="preserve">[1:22:27] </w:t>
      </w:r>
      <w:r>
        <w:t>woh woh ummat ko karna tha, woh kaam</w:t>
      </w:r>
    </w:p>
    <w:p>
      <w:pPr>
        <w:jc w:val="right"/>
      </w:pPr>
      <w:r>
        <w:t>وہ وہامتکوکرناتھا،وہکام</w:t>
      </w:r>
    </w:p>
    <w:p>
      <w:r>
        <w:rPr>
          <w:b/>
        </w:rPr>
        <w:t xml:space="preserve">[1:22:32] </w:t>
      </w:r>
      <w:r>
        <w:t>Quran mein khud yeh hai ke "lit adra umm al qara". Khud Rasool Allah ke bare mein hai ke Makka Makka ke aas paas walon ko bata do.</w:t>
      </w:r>
    </w:p>
    <w:p>
      <w:pPr>
        <w:jc w:val="right"/>
      </w:pPr>
      <w:r>
        <w:t>قرآنمیںخود یہہے کہ "لت دراام القراء "۔ خود رسولاللہکےبارےمیںہے کہ مک ہمک ہکےاسپاس والوںکوبتادو۔</w:t>
      </w:r>
    </w:p>
    <w:p>
      <w:r>
        <w:rPr>
          <w:b/>
        </w:rPr>
        <w:t xml:space="preserve">[1:22:44] </w:t>
      </w:r>
      <w:r>
        <w:t>to aap yeh na samjhiye ke Rasool Allah baat bolte the aur saara alam sunta tha. Aisa mumkin mumkin nahi tha. "lit adra umm al qara".</w:t>
      </w:r>
    </w:p>
    <w:p>
      <w:pPr>
        <w:jc w:val="right"/>
      </w:pPr>
      <w:r>
        <w:t>توآپیہنہسمجھئےکہرسولاللہ باتبولتےتھےاورساراعالمسنتاتھا۔ ایساممکنممکننہیںتھا۔ "لت درا ام القراء"۔</w:t>
      </w:r>
    </w:p>
    <w:p>
      <w:r>
        <w:rPr>
          <w:b/>
        </w:rPr>
        <w:t xml:space="preserve">[1:22:55] </w:t>
      </w:r>
      <w:r>
        <w:t>to Allah taala ne ek inqalab barpa kiya, ek process jari kiya taake modern communication ka zamana aaye aur phir ummat Muslim, ummat Muhammad yahi hai, woh is kaam ko anjam de.</w:t>
      </w:r>
    </w:p>
    <w:p>
      <w:pPr>
        <w:jc w:val="right"/>
      </w:pPr>
      <w:r>
        <w:t>تواللہ تعالینے ایک انقلاب بر پاکیا، ایک پروسیسجاریکیا تاکہ ماڈرن کمیونیکیشنکازمانہآئے اورپھرامت مسلم،امتمحمد یجوہے،وہاسکامکوانجام دے۔</w:t>
      </w:r>
    </w:p>
    <w:p>
      <w:r>
        <w:rPr>
          <w:b/>
        </w:rPr>
        <w:t xml:space="preserve">[1:23:07] </w:t>
      </w:r>
      <w:r>
        <w:t>lekin ummat Muhammad ke liye jab waqt aaya to ummat Muhammad ladne lagi, yaani jihad ke naam par jhooti ladai ladne lagi. Sabse badi jo ummat Muslim ne jo ghalati ki hai, woh yahi hai</w:t>
      </w:r>
    </w:p>
    <w:p>
      <w:pPr>
        <w:jc w:val="right"/>
      </w:pPr>
      <w:r>
        <w:t>لیکن امت محمد یکےلیےجبوقت آیاتوامتمحمدیلڑنےلگی، یعنیجہادکےنام پرجھوٹیلڑائیلڑنےلگی۔ سبسے بڑیجو امت مسلمہنے جو غلطیکیہے،وہیہیہے</w:t>
      </w:r>
    </w:p>
    <w:p>
      <w:r>
        <w:rPr>
          <w:b/>
        </w:rPr>
        <w:t xml:space="preserve">[1:23:25] </w:t>
      </w:r>
      <w:r>
        <w:t>ke Rasool Allah salallahu alaihi wasallam ki nabuwat ka izhaar jab aalami karne ka waqt aaya to lagne lage ladne ko. Yaani muddaon se ladai chhod di. Woh muddaon ko dushman pata hai ke usne ladai chhod di.</w:t>
      </w:r>
    </w:p>
    <w:p>
      <w:pPr>
        <w:jc w:val="right"/>
      </w:pPr>
      <w:r>
        <w:t>کہرسولاللہصلیاللہعلیہوسلمکینبوت کااظہارجب عالمی کرنے کاوقت آیا تولگےلڑنےکو۔ یعنیمدعوسےلڑائیچھوڑدی۔وہ مدعوکودشمنپتہہےکہاسنےلڑائیچھوڑدی۔</w:t>
      </w:r>
    </w:p>
    <w:p>
      <w:r>
        <w:rPr>
          <w:b/>
        </w:rPr>
        <w:t xml:space="preserve">[1:23:38] </w:t>
      </w:r>
      <w:r>
        <w:t>yeh to us se badi koi ghalati wohi nahi ho sakti.</w:t>
      </w:r>
    </w:p>
    <w:p>
      <w:pPr>
        <w:jc w:val="right"/>
      </w:pPr>
      <w:r>
        <w:t>یہتو اسسے بڑی کوئی غلطیہوہینہیںسکتی۔</w:t>
      </w:r>
    </w:p>
    <w:p>
      <w:r>
        <w:rPr>
          <w:b/>
        </w:rPr>
        <w:t xml:space="preserve">[1:23:44] </w:t>
      </w:r>
      <w:r>
        <w:t>to Rasool Allah yeh mat samjhiye ke Rasool Allah bolte the Makka mein aur saara alam sunta tha.</w:t>
      </w:r>
    </w:p>
    <w:p>
      <w:pPr>
        <w:jc w:val="right"/>
      </w:pPr>
      <w:r>
        <w:t>تورسولاللہ یہ متسمجھئےکہرسولاللہبولتےتھےمکہمیںاورساراعالمسنتاتھا۔</w:t>
      </w:r>
    </w:p>
    <w:p>
      <w:r>
        <w:rPr>
          <w:b/>
        </w:rPr>
        <w:t xml:space="preserve">[1:23:50] </w:t>
      </w:r>
      <w:r>
        <w:t>Rasool Allah ne Makka mein aur aur aas paas ki duniya ko bata diya aur ummat Muslim ki zimmedari karar paayi ke woh saare alam ko aap ki taraf se nayabaten, aap ki nayabaten saare alam mein pahunchaye.</w:t>
      </w:r>
    </w:p>
    <w:p>
      <w:pPr>
        <w:jc w:val="right"/>
      </w:pPr>
      <w:r>
        <w:t>رسولاللہ نے مکہمیں اور اور اسپاس کیدنیا کو بت ایا اور امت مسلمہکیذمہداریقرار پائیکہوہ سارےعالمکو آپ کیطرف سے نی ابتمیں،آپکینیابتمیںسارےعالممیںپہنچائے۔</w:t>
      </w:r>
    </w:p>
    <w:p>
      <w:r>
        <w:rPr>
          <w:b/>
        </w:rPr>
        <w:t xml:space="preserve">[1:24:06] </w:t>
      </w:r>
      <w:r>
        <w:t>isi ka to process tha, yeh isi ka manishin tha, yeh ke modern communication wajood mein aaya. Lekin jab wajood mein aaya to Musalman jo wahin, kya kiya unhone ke muddaon ko dushman banake phir ladne lage.</w:t>
      </w:r>
    </w:p>
    <w:p>
      <w:pPr>
        <w:jc w:val="right"/>
      </w:pPr>
      <w:r>
        <w:t>اسیکاتوپروسیستھا،یہ اسیکلمنیشنتھا،یہکہماڈرنکمیونیکیشنوجود میںآیا۔ لیکن جبوجود میںآیاتومس لمانجوہیں،کیاکیاانہوںنے کہ مدعوکودشمنبناکےپھرلڑنےلگے۔</w:t>
      </w:r>
    </w:p>
    <w:p>
      <w:r>
        <w:rPr>
          <w:b/>
        </w:rPr>
        <w:t xml:space="preserve">[1:24:20] </w:t>
      </w:r>
      <w:r>
        <w:t>us se zyada ghalat kaam koi nahi ho sakta.</w:t>
      </w:r>
    </w:p>
    <w:p>
      <w:pPr>
        <w:jc w:val="right"/>
      </w:pPr>
      <w:r>
        <w:t>اسسےزیادہغلطکام کوئینہیںہوسکتا۔</w:t>
      </w:r>
    </w:p>
    <w:p>
      <w:r>
        <w:rPr>
          <w:b/>
        </w:rPr>
        <w:t xml:space="preserve">[1:24:24] </w:t>
      </w:r>
      <w:r>
        <w:t>Maulana Abdul Basit Omar ne Doha Qatar se likha hai: "Maulana, Islam political power se phaila hai ya phir power of ideologies se?</w:t>
      </w:r>
    </w:p>
    <w:p>
      <w:pPr>
        <w:jc w:val="right"/>
      </w:pPr>
      <w:r>
        <w:t>مول انا عبدالب اسط عمرینے دوحہقطرسےلکھاہے: "مول انا، اسلام پولیٹیکل پاورسے پھیلاہے یا پھر پاور آف آئیڈیالوجیسے؟</w:t>
      </w:r>
    </w:p>
    <w:p>
      <w:r>
        <w:rPr>
          <w:b/>
        </w:rPr>
        <w:t xml:space="preserve">[1:24:37] </w:t>
      </w:r>
      <w:r>
        <w:t>aur Islam ki asal taqat kya hai ke jis ko jaan kar hum sahi mansooba bandi karein, hum taake kabhi nakami ke ehsas se do char na hon?" Iske bare mein</w:t>
      </w:r>
    </w:p>
    <w:p>
      <w:pPr>
        <w:jc w:val="right"/>
      </w:pPr>
      <w:r>
        <w:t>اور اسلام کی اصل طاقتکیا ہے کہ جسکو جان کر ہم صحیح منصوبہبندیکریں، ہم تاکہکبھی ن اکامیکے احساسسے دو چار نہہوں؟" اسکےبارےمیں</w:t>
      </w:r>
    </w:p>
    <w:p>
      <w:r>
        <w:rPr>
          <w:b/>
        </w:rPr>
        <w:t xml:space="preserve">[1:24:50] </w:t>
      </w:r>
      <w:r>
        <w:t>batayein. Dekhein, political power se phaila hai Islam to yeh Islam ke khilaf ek ilzam ke Islam mein khud khud Islami koi nazriati kashish nahi hai.</w:t>
      </w:r>
    </w:p>
    <w:p>
      <w:pPr>
        <w:jc w:val="right"/>
      </w:pPr>
      <w:r>
        <w:t>بتائیں۔دیکھیں،پولیٹیکلپاورسےپھیلاہےاسلام تو یہ اسلام کےخلاف ایک الزام کہاسلام میںخود خود اسلامی کوئینظریاتی کششنہیںہے۔</w:t>
      </w:r>
    </w:p>
    <w:p>
      <w:r>
        <w:rPr>
          <w:b/>
        </w:rPr>
        <w:t xml:space="preserve">[1:25:00] </w:t>
      </w:r>
      <w:r>
        <w:t>iska matlab yeh nahi hua ke Islam ko koi nazriya, ek ka jo aqida hai, jiski ideology, us mein koi kashish nahi hai. Bism mar mar ke logon ko keh sakte hain ke maano isko.</w:t>
      </w:r>
    </w:p>
    <w:p>
      <w:pPr>
        <w:jc w:val="right"/>
      </w:pPr>
      <w:r>
        <w:t>اسکامطلبیہنہیںہواکہ اسلام کوئینظریہ، ایک کاجوعقیدہہے، جسکیآئیڈیالوجی،اسمیںکوئیکششنہیںہے۔ بسمارمارکےلوگوںکو کہہسکتےہیںکہ مانواسکو ۔</w:t>
      </w:r>
    </w:p>
    <w:p>
      <w:r>
        <w:rPr>
          <w:b/>
        </w:rPr>
        <w:t xml:space="preserve">[1:25:13] </w:t>
      </w:r>
      <w:r>
        <w:t>yaani to yeh to Islam ke khilaf defamation jo woh kehte hain, defamation ki si hai</w:t>
      </w:r>
    </w:p>
    <w:p>
      <w:pPr>
        <w:jc w:val="right"/>
      </w:pPr>
      <w:r>
        <w:t>یعنیتو یہتواسلام کےخلاف ڈیفیمیشنجووہکہتےہیں، ڈیفیمیشنکی سہے</w:t>
      </w:r>
    </w:p>
    <w:p>
      <w:r>
        <w:rPr>
          <w:b/>
        </w:rPr>
        <w:t xml:space="preserve">[1:25:19] </w:t>
      </w:r>
      <w:r>
        <w:t>ke Islam ka aqida itna kamzor hai, Islam ki nazriya itna kamzor hai, Islam ki ideology itni kamzor hai ke daleel ke bal par woh logon ko mutasir nahi kar sakti.</w:t>
      </w:r>
    </w:p>
    <w:p>
      <w:pPr>
        <w:jc w:val="right"/>
      </w:pPr>
      <w:r>
        <w:t>کہاسلام کاعقیدہاتناکمزورہے، اسلام کینظریہاتناکمزورہے،اسلام کیآئیڈیالوجیاتنیکمزورہے کہدلیلکےبل پروہ لوگوںکومتاثرنہیںکرسکتی۔</w:t>
      </w:r>
    </w:p>
    <w:p>
      <w:r>
        <w:rPr>
          <w:b/>
        </w:rPr>
        <w:t xml:space="preserve">[1:25:31] </w:t>
      </w:r>
      <w:r>
        <w:t>yehtobalkul meinsamajhtahoonkeissayziyadah lughubaathai koieenheinsaktee. Aik haqeeqathai keislam sirf peaceful persecutions sayphaila hai, peaceful da'wah works sayphaila hai.</w:t>
      </w:r>
    </w:p>
    <w:p>
      <w:pPr>
        <w:jc w:val="right"/>
      </w:pPr>
      <w:r>
        <w:t>یہتوبالکل میںسمجھتاہوںکہاسسےزیادہ لغوباتہےکوئینہیںسکتی۔ ایک حقیقتہےکہ اسلام صرف پیسفل پرسیکیوشنسےپھیلاہے، پیسفل داؤورکسےپھیلاہے۔</w:t>
      </w:r>
    </w:p>
    <w:p>
      <w:r>
        <w:rPr>
          <w:b/>
        </w:rPr>
        <w:t xml:space="preserve">[1:25:45] </w:t>
      </w:r>
      <w:r>
        <w:t>magarajeebbaathai, kiseemusalman ko tofeeqnahinhui keaspar kitaab likhay, kisee aik musalman ko nahien. Poori tareekh mein pehlee baar jisnay yeh kaam kiya, woh aik Christian scholar nay kiya hai.</w:t>
      </w:r>
    </w:p>
    <w:p>
      <w:pPr>
        <w:jc w:val="right"/>
      </w:pPr>
      <w:r>
        <w:t>مگرعجیبباتہے،کسی مسلمانکوتوفیقنہیںہوئیکہاسپرکتاب لکھ ے، کسی ایک مسلمانکونہیں۔پوریتاریخ میں پہلیبار جسنےیہکامکیا،وہ ایک کرسچناسکالرنےکیاہے۔</w:t>
      </w:r>
    </w:p>
    <w:p>
      <w:r>
        <w:rPr>
          <w:b/>
        </w:rPr>
        <w:t xml:space="preserve">[1:25:59] </w:t>
      </w:r>
      <w:r>
        <w:t>koie agar isko shakk ho, kisee ko bataaye, mujhe is kitaab ka naam bataaye, iska naam bataaye, kisee musalman ka jisnay yeh kaam kiya ho.</w:t>
      </w:r>
    </w:p>
    <w:p>
      <w:pPr>
        <w:jc w:val="right"/>
      </w:pPr>
      <w:r>
        <w:t>کوئیاگر اسکوشکہو،کسی کوبتائے،مجھےاسکتاب کانامبتائے، اسکا نامبتائے،کسی مسلمان کا جسنےیہکامکیاہو ۔</w:t>
      </w:r>
    </w:p>
    <w:p>
      <w:r>
        <w:rPr>
          <w:b/>
        </w:rPr>
        <w:t xml:space="preserve">[1:26:12] </w:t>
      </w:r>
      <w:r>
        <w:t>yani unhon nay India kay aitbaar say unhon nay likha hai. Yani woh Swami Vivekananda kehtay hain: "Non-sensuous the Hindu were converted to Islam by force" aur aalami satah par isko bohat 30 saal ki mehnat ki gayi. Aik shakhs nay, unka naam hai,</w:t>
      </w:r>
    </w:p>
    <w:p>
      <w:pPr>
        <w:jc w:val="right"/>
      </w:pPr>
      <w:r>
        <w:t>یعنی انہوںنے انڈیاکے اعتبارسے انہوںنےلکھاہے۔ یعنی وہ سوامیوکانندنے کہتےہیں:"نان سینسٹوسے دی ٹ ہندو ز ویرکنورٹڈ ٹواسلام بائےفورس" اور عالمی سطح پراسکو بہت 30سال کی محنتکیگئی۔ایکشخص نے، انکانامہے،</w:t>
      </w:r>
    </w:p>
    <w:p>
      <w:r>
        <w:rPr>
          <w:b/>
        </w:rPr>
        <w:t xml:space="preserve">[1:26:36] </w:t>
      </w:r>
      <w:r>
        <w:t>woh Professor Annemarie Schimmel thay. Woh</w:t>
      </w:r>
    </w:p>
    <w:p>
      <w:pPr>
        <w:jc w:val="right"/>
      </w:pPr>
      <w:r>
        <w:t>وہ پروفیسرانرلڈ انگ ریزتھے۔وہ</w:t>
      </w:r>
    </w:p>
    <w:p>
      <w:r>
        <w:rPr>
          <w:b/>
        </w:rPr>
        <w:t xml:space="preserve">[1:26:44] </w:t>
      </w:r>
      <w:r>
        <w:t>30 saal mehnat karkay unhon nay saara chhaan phana sawab literature mukhtalif zabaanon mein, kai zabaanen jaantay thay. Woh phir woh kitaab likhi, unhon nay iska naam tha "The Preaching of Islam". Hamaray haan say Goodword say chapai hai, woh aik kitaab chapai hai "The Spirit of Islam" kay naam say.</w:t>
      </w:r>
    </w:p>
    <w:p>
      <w:pPr>
        <w:jc w:val="right"/>
      </w:pPr>
      <w:r>
        <w:t>30سال محنتکرکےانہوںنے سارا چھان پھاناثواب لٹریچرمختلف زبان وںمیں،کئیزبان یںجانتےتھے۔وہ پھروہکتاب لکھی،انہوںنے اسکانام تھا" داپریچنگآفاسلام" ۔ہمارےہاںسے گڈورڈسےچھپاہے، وہیکتاب چھپیہے "دااسپیریٹآف اسلام"کےنامسے۔</w:t>
      </w:r>
    </w:p>
    <w:p>
      <w:r>
        <w:rPr>
          <w:b/>
        </w:rPr>
        <w:t xml:space="preserve">[1:27:04] </w:t>
      </w:r>
      <w:r>
        <w:t>Moti si kitaab hai, ismein aalami jaiza likh kar bataya ke Islam jo hai, peace mein tareeqay say phaila. Lekin ajeeb baathai, kisee aik musalman ko tofeeq nahinhui ke is mauzu par kitaab likhay.</w:t>
      </w:r>
    </w:p>
    <w:p>
      <w:pPr>
        <w:jc w:val="right"/>
      </w:pPr>
      <w:r>
        <w:t>موٹیسیکتاب ہے،اسمیں عالمیجائزہلکھکربتایاکہاسلام جوہے، پیسمیںطریقےسےپھیلا۔ لیکن عجیبباتہے،کسی ایک مس لمانکوتوفیقنہیںہوئی کہاسموضوعپہکتاب لکھ ے۔</w:t>
      </w:r>
    </w:p>
    <w:p>
      <w:r>
        <w:rPr>
          <w:b/>
        </w:rPr>
        <w:t xml:space="preserve">[1:27:17] </w:t>
      </w:r>
      <w:r>
        <w:t>isnay pehlee baar yeh dikhaya dunya ko ke Islam peaceful tareeqay say phaila hai aur aaj bhi Islam ki dawat peaceful tareeqay say di jaay gi, tabhi logon ko mutasir karay gi.</w:t>
      </w:r>
    </w:p>
    <w:p>
      <w:pPr>
        <w:jc w:val="right"/>
      </w:pPr>
      <w:r>
        <w:t>اسنے پہلیبار یہ دکھایا دنیاکو کہاسلام پیسفلطریقےسےپھیلاہے اورآجبھی اسلام کی دعوت پیسفلطریقےسےدیجائےگی،تبھیلوگوںکومتاثرکرےگی۔</w:t>
      </w:r>
    </w:p>
    <w:p>
      <w:r>
        <w:rPr>
          <w:b/>
        </w:rPr>
        <w:t xml:space="preserve">[1:27:30] </w:t>
      </w:r>
      <w:r>
        <w:t>Ghanon aur bomb kay zaron par thora aap Islam ko convince kar saktay hain logon ko Islam kay baray mein.</w:t>
      </w:r>
    </w:p>
    <w:p>
      <w:pPr>
        <w:jc w:val="right"/>
      </w:pPr>
      <w:r>
        <w:t>گناوربمکےذروںپرتھوڑےآپاسلامکو کنونس کرسکتےہیں لوگوںکواسلام کےبارےمیں۔</w:t>
      </w:r>
    </w:p>
    <w:p>
      <w:r>
        <w:rPr>
          <w:b/>
        </w:rPr>
        <w:t xml:space="preserve">[1:27:39] </w:t>
      </w:r>
      <w:r>
        <w:t>Mr. K. A. Hassan nay Tamil Nadu say likha hai: "Dua ko Khuda ki qurbat aur Khuda ki ma'rifat kaise haasil ho ?</w:t>
      </w:r>
    </w:p>
    <w:p>
      <w:pPr>
        <w:jc w:val="right"/>
      </w:pPr>
      <w:r>
        <w:t>مسٹر کے اےحسننے تملناڈوسےلکھاہے: "دائیکوخداکی قربت اور خداکی معرفت کیسے حاصل ہو ؟</w:t>
      </w:r>
    </w:p>
    <w:p>
      <w:r>
        <w:rPr>
          <w:b/>
        </w:rPr>
        <w:t xml:space="preserve">[1:27:49] </w:t>
      </w:r>
      <w:r>
        <w:t>"Is kay baray mein bataaen. Ghair Khuda say doori,</w:t>
      </w:r>
    </w:p>
    <w:p>
      <w:pPr>
        <w:jc w:val="right"/>
      </w:pPr>
      <w:r>
        <w:t>"اسکےبارےمیںبت ائیں۔ غیر خداسےدوری،</w:t>
      </w:r>
    </w:p>
    <w:p>
      <w:r>
        <w:rPr>
          <w:b/>
        </w:rPr>
        <w:t xml:space="preserve">[1:27:57] </w:t>
      </w:r>
      <w:r>
        <w:t>distraction say apnay ko bachana.</w:t>
      </w:r>
    </w:p>
    <w:p>
      <w:pPr>
        <w:jc w:val="right"/>
      </w:pPr>
      <w:r>
        <w:t>ڈسٹریکشنسےاپنےکوبچانا۔</w:t>
      </w:r>
    </w:p>
    <w:p>
      <w:r>
        <w:rPr>
          <w:b/>
        </w:rPr>
        <w:t xml:space="preserve">[1:28:02] </w:t>
      </w:r>
      <w:r>
        <w:t>Saara maamla hi hai ke log phansay rehtay hain dhonchayton mein. Mein aik sahib kay haan gaya kuch baat karnay kay liye Islam kay baray mein to unka aik chhota bachcha tha.</w:t>
      </w:r>
    </w:p>
    <w:p>
      <w:pPr>
        <w:jc w:val="right"/>
      </w:pPr>
      <w:r>
        <w:t>سارامعاملہیہہےکہلوگ پھنسےرہتےہیںدھویچتوںمیں۔ میں ایکصاحبکےہاںگیا کچھ باتکرنےکےلیے اسلام کےبارےمیں توانکا ایکچھوٹابچہتھا۔</w:t>
      </w:r>
    </w:p>
    <w:p>
      <w:r>
        <w:rPr>
          <w:b/>
        </w:rPr>
        <w:t xml:space="preserve">[1:28:15] </w:t>
      </w:r>
      <w:r>
        <w:t>Mein nay dekha, bas apnay bachchay ko liye bethe hain god mein, har waqt isee ko dekh rahay hain, har jagah isee ko chhor rahay hain. Yeh bohat ghussa aaya. Mein nay kaha aap say mein nay thora waqt liatha, us waqt bhi aap bachchay mein mashghool hain.</w:t>
      </w:r>
    </w:p>
    <w:p>
      <w:pPr>
        <w:jc w:val="right"/>
      </w:pPr>
      <w:r>
        <w:t>میںنےدیکھا،بساپنےبچےکولیےبیٹھےہیںگودمیں،ہروقت اسیکودیکھرہےہیں،ہرجگہاسیکو چھورہےہیں۔ یہبہتغصہآیا۔ میںنےکہاکہآپ سے میںنےتھوڑاوقت لیاتھا،اسوقت بھیآپبچےمیںمشغولہیں۔</w:t>
      </w:r>
    </w:p>
    <w:p>
      <w:r>
        <w:rPr>
          <w:b/>
        </w:rPr>
        <w:t xml:space="preserve">[1:28:31] </w:t>
      </w:r>
      <w:r>
        <w:t>Aap aadmi nahin ke bakri bheer bakri hai. Bachchay ko kehtay hain ke woh maa kay paas bhejen, maa kay sambhalen, isko aap kyun leke bethe ho? Is bachchay ko to log haan lijiyay ke log distract rehtay hain, barabar apnay bachchon mein, apnay family mein, shopping mein,</w:t>
      </w:r>
    </w:p>
    <w:p>
      <w:pPr>
        <w:jc w:val="right"/>
      </w:pPr>
      <w:r>
        <w:t>آپ آدمیہیںکہبکری بھیڑبکریہے۔ بچےکوکہتےہیںکہوہماںکےپاسبھیجیں،ماںکےسنبھالیں،اسکوآپکیوںلےکےبیٹھےہو؟اسبچےکو تو لوگ ہاںلیجئے کہلوگ ڈسٹریکٹ رہتےہیں،برابر اپنےبچوںمیں،اپنی فیملیمیں، شاپنگمیں،</w:t>
      </w:r>
    </w:p>
    <w:p>
      <w:r>
        <w:rPr>
          <w:b/>
        </w:rPr>
        <w:t xml:space="preserve">[1:28:51] </w:t>
      </w:r>
      <w:r>
        <w:t>outing mein, ho haab mein, entertainment mein, aur poochtay hain ke sahib, ma'rifat</w:t>
      </w:r>
    </w:p>
    <w:p>
      <w:pPr>
        <w:jc w:val="right"/>
      </w:pPr>
      <w:r>
        <w:t>آؤٹنگمیں، ہوہابمیں، انٹرٹینمنٹمیں، اورپوچھتےہیںکہصاحب،معرفت</w:t>
      </w:r>
    </w:p>
    <w:p>
      <w:r>
        <w:rPr>
          <w:b/>
        </w:rPr>
        <w:t xml:space="preserve">[1:28:58] </w:t>
      </w:r>
      <w:r>
        <w:t>Bhai, ma'rifat ki qeemat deni paray gi, tab to ma'rifat ho gi. Apnay ko detach kijiyay doosri cheezon say, distraction say bachaiye apnay aap ko, tab ma'rifat ho gi. Yeh nahin ke woh bhi chahay, woh bhi chahay, yeh mumkin nahin hai.</w:t>
      </w:r>
    </w:p>
    <w:p>
      <w:pPr>
        <w:jc w:val="right"/>
      </w:pPr>
      <w:r>
        <w:t>بھئی،معرفتکیقیمتدینیپڑےگی،تبتومعرفتہوگی۔ اپنے کوڈیٹیچکیجئے دوسریچیزوںسے، ڈسٹریکشنسےبچائیےاپنےآپکو، تب معرفتہوگی۔یہنہیںکہوہبھیچلے،وہبھیچلے،یہ ممکننہیں ہے۔</w:t>
      </w:r>
    </w:p>
    <w:p>
      <w:r>
        <w:rPr>
          <w:b/>
        </w:rPr>
        <w:t xml:space="preserve">[1:29:17] </w:t>
      </w:r>
      <w:r>
        <w:t>Ghair Khuda mein dilchaspiyan bhi baqi rahen aur Khuda mil jaay to yeh khalis to maharastojanon.</w:t>
      </w:r>
    </w:p>
    <w:p>
      <w:pPr>
        <w:jc w:val="right"/>
      </w:pPr>
      <w:r>
        <w:t>غیر خدامیںدلچسپیاںبھیباقیرہیںاورخدائیملجائے تو یہخالصتو مہارستوجنوں۔</w:t>
      </w:r>
    </w:p>
    <w:p>
      <w:r>
        <w:rPr>
          <w:b/>
        </w:rPr>
        <w:t xml:space="preserve">[1:29:26] </w:t>
      </w:r>
      <w:r>
        <w:t>Mr. Zishan Yusuf nay Delhi say likha hai: "A SMS scheme to my earthquake in Japan.</w:t>
      </w:r>
    </w:p>
    <w:p>
      <w:pPr>
        <w:jc w:val="right"/>
      </w:pPr>
      <w:r>
        <w:t>مسٹر زی شن یوسفنے دلیسےلکھاہے: "اےایسایمایسکیمٹومی اف ٹر ارتھکویک انجاپان۔</w:t>
      </w:r>
    </w:p>
    <w:p>
      <w:r>
        <w:rPr>
          <w:b/>
        </w:rPr>
        <w:t xml:space="preserve">[1:29:36] </w:t>
      </w:r>
      <w:r>
        <w:t>The message said that natural disaster is Allah ka qahar in Japan. When European people transgress, qahar comes.</w:t>
      </w:r>
    </w:p>
    <w:p>
      <w:pPr>
        <w:jc w:val="right"/>
      </w:pPr>
      <w:r>
        <w:t>دامیسج سیڈ دیٹدانیچرلڈیز اسٹرواز اللہ کا قہر ان جاپان۔ وینایورپیپل ٹرانس گریس، قہر کمز۔</w:t>
      </w:r>
    </w:p>
    <w:p>
      <w:r>
        <w:rPr>
          <w:b/>
        </w:rPr>
        <w:t xml:space="preserve">[1:29:48] </w:t>
      </w:r>
      <w:r>
        <w:t>Japanese must be involved in sinful activities. Please suggest if this SMS was right.</w:t>
      </w:r>
    </w:p>
    <w:p>
      <w:pPr>
        <w:jc w:val="right"/>
      </w:pPr>
      <w:r>
        <w:t>جاپنیز مسٹہیوبین انوال وڈان سن فل ایکٹیویٹیز۔ پلیزسجیسٹاف دس ایسایمایسوازرائٹ۔</w:t>
      </w:r>
    </w:p>
    <w:p>
      <w:r>
        <w:rPr>
          <w:b/>
        </w:rPr>
        <w:t xml:space="preserve">[1:29:57] </w:t>
      </w:r>
      <w:r>
        <w:t>"Nahien, yeh hundred percent jhoot tha. Aise aise aise aise aise aise aise aise aise bohat say logon kay paas gaya hoon. Yeh koi jhooti baat hai? Yeh kisee ko haq nahin. Allah ka qahar kehne ka isee par toot paray ga. Allah ka qahar jisnay aisa kaha hai, kis ko authorize kiya? Allah ta'ala nay kaha ke woh ailaan karay ke Allah ka qahar hai. Yeh kis ko? Kya aap kay paas farishtay aaya hai?</w:t>
      </w:r>
    </w:p>
    <w:p>
      <w:pPr>
        <w:jc w:val="right"/>
      </w:pPr>
      <w:r>
        <w:t>"نہیں،یہ ہنڈرڈپرسنٹجھوٹتھا۔ ایسےایسےایسےایسےای سے ایسےایسےایسےبہتسےلوگوںکےپاسگیاہے۔یہ کوئیجھوٹیباتہے؟یہ کسی کوحقنہیں۔اللہ کاقہرکہنےکا اسیپرٹوٹپڑےگا۔اللہکاقہرجسنےایساکہاہے، کسکو اتھورائزکیا؟اللہتعالینےکہوہاعلانکرےکہاللہ کاقہرہے۔یہ کسکو ؟کیاآپکےپاسفرشتہآیاہے؟</w:t>
      </w:r>
    </w:p>
    <w:p>
      <w:r>
        <w:rPr>
          <w:b/>
        </w:rPr>
        <w:t xml:space="preserve">[1:30:18] </w:t>
      </w:r>
      <w:r>
        <w:t>Allah ka paigham aaya hai? Jo log aisi baaten kehtay hain, unheen par qahar toot paray ga. Ta'ajjub nahin, aur wahan say toot paray ga. Mere khayal say</w:t>
      </w:r>
    </w:p>
    <w:p>
      <w:pPr>
        <w:jc w:val="right"/>
      </w:pPr>
      <w:r>
        <w:t>اللہ کاپیغامآیاہے؟ جولوگ ایسیباتیںکہتےہیں،انہیپرکونٹوٹپڑاہے؟تعجبنہیں، اوروہاںسےٹوٹپڑاہے۔میرےخیالسے</w:t>
      </w:r>
    </w:p>
    <w:p>
      <w:r>
        <w:rPr>
          <w:b/>
        </w:rPr>
        <w:t xml:space="preserve">[1:30:25] </w:t>
      </w:r>
      <w:r>
        <w:t>Middle East mein, Muslim countries mein, us waqt jo aap mein lad rahay hain musalman, woh woh woh is ko hum keh saktay hain.</w:t>
      </w:r>
    </w:p>
    <w:p>
      <w:pPr>
        <w:jc w:val="right"/>
      </w:pPr>
      <w:r>
        <w:t>مڈلایسٹمیں، مسلمکنٹریزمیں،اسوقت جو آپسمیںلڑرہےہیںمسلمان ،وہ وہ وہاسکوہمکہہسکتےہیں۔</w:t>
      </w:r>
    </w:p>
    <w:p>
      <w:r>
        <w:rPr>
          <w:b/>
        </w:rPr>
        <w:t xml:space="preserve">[1:30:34] </w:t>
      </w:r>
      <w:r>
        <w:t>Bilkul jhooti baat hai ke Japan mein jo hua, woh Allah ka qahar tha. Yeh Allah ki taraf say aatay rehtay hain. Waqa'at hamesha aaye hain, hamesha aaye hain.</w:t>
      </w:r>
    </w:p>
    <w:p>
      <w:pPr>
        <w:jc w:val="right"/>
      </w:pPr>
      <w:r>
        <w:t>بالکل جھوٹیباتہےکہ جاپانمیںجوہوا،وہاللہکاقہرتھا۔ یہاللہ کیطرفسے آتےرہتےہیں۔واقع اتہمیشہآئےہیں، ہمیشہآئےہیں۔</w:t>
      </w:r>
    </w:p>
    <w:p>
      <w:r>
        <w:rPr>
          <w:b/>
        </w:rPr>
        <w:t xml:space="preserve">[1:30:44] </w:t>
      </w:r>
      <w:r>
        <w:t>muslim muslim country mein aaye hain, jagah jagah aaye hain. Asal mein dekhiye, yeh yeh jo earth koik hai, yeh toh rozana hi aata rehta hai saari duniya mein,</w:t>
      </w:r>
    </w:p>
    <w:p>
      <w:pPr>
        <w:jc w:val="right"/>
      </w:pPr>
      <w:r>
        <w:t>مسلممس لمکنٹریزمیںآئےہیں،جگہجگہآئےہیں۔ اصلمیںدیکھیے،یہ یہجو ارتھکویکہے،یہتو روز انہہیآتارہتاہےساریدنیامیں،</w:t>
      </w:r>
    </w:p>
    <w:p>
      <w:r>
        <w:rPr>
          <w:b/>
        </w:rPr>
        <w:t xml:space="preserve">[1:30:56] </w:t>
      </w:r>
      <w:r>
        <w:t>kyunki zameen ke andar jo lava hai, uski movement jo hoti hai, movement usse zameen hilti hai. Yeh toh hota hi rehta hai, hamesha kabhi badh jaata hai. Jab badh jaata hai toh usiko hum zalzala kehte hain.</w:t>
      </w:r>
    </w:p>
    <w:p>
      <w:pPr>
        <w:jc w:val="right"/>
      </w:pPr>
      <w:r>
        <w:t>کیونکہ زمین کےاندرجو لاواہے، اسکی موومنٹجوہوتیہے،موومنٹ اسسےزمین ہلتیہے۔ یہتوہوتاہیرہتاہے،ہمیشہ کبھی بڑھجاتا ہے۔جب بڑھجاتاہےتواسیکوہمزلزلہکہتےہیں۔</w:t>
      </w:r>
    </w:p>
    <w:p>
      <w:r>
        <w:rPr>
          <w:b/>
        </w:rPr>
        <w:t xml:space="preserve">[1:31:11] </w:t>
      </w:r>
      <w:r>
        <w:t>aam haalat mein hum mehsoos nahi karte isko. Richter scale par woh bahut hi kam rehta hai. Toh zalzala toh ek natural phenomenon hai, woh hamesha raha hai, hamesha rahega.</w:t>
      </w:r>
    </w:p>
    <w:p>
      <w:pPr>
        <w:jc w:val="right"/>
      </w:pPr>
      <w:r>
        <w:t>عامحالتمیںہممحسوسنہیںکرتے اسکو ۔ ریکٹرسکیلپروہبہتہیکم رہتاہے۔ تو زلزلہتوایکنیچرلفیناومیناہے،وہہمیشہرہاہے،ہمیشہرہےگا۔</w:t>
      </w:r>
    </w:p>
    <w:p>
      <w:r>
        <w:rPr>
          <w:b/>
        </w:rPr>
        <w:t xml:space="preserve">[1:31:24] </w:t>
      </w:r>
      <w:r>
        <w:t>Allah ka qahar kehna yeh bahut hi zyada jis ki baat hai, aur Allah ki taraf se bolne ka haq sirf peghambar ko hua karta tha. Kisi ko hai nahi.</w:t>
      </w:r>
    </w:p>
    <w:p>
      <w:pPr>
        <w:jc w:val="right"/>
      </w:pPr>
      <w:r>
        <w:t>اللہ کاقہرکہنایہبہت ہیزیادہ جس ارتکیباتہے، اور اللہ کیطرفسےبولنےکاحقصرفپیغمبرکوہواکرتاتھا۔ کسی کوہےنہیں۔</w:t>
      </w:r>
    </w:p>
    <w:p>
      <w:r>
        <w:rPr>
          <w:b/>
        </w:rPr>
        <w:t xml:space="preserve">[1:31:32] </w:t>
      </w:r>
      <w:r>
        <w:t>Allah ki taraf bolne ka haq jo bole, woh pakda jayega. Bhalashubah uski flagrigation hogi. Aise logon ki kisko right diya Allah ta'ala ne ke woh kahe ke Allah ki taraf qahar hai?</w:t>
      </w:r>
    </w:p>
    <w:p>
      <w:pPr>
        <w:jc w:val="right"/>
      </w:pPr>
      <w:r>
        <w:t>اللہ کیطرفبولنےکاحق جوبولے،وہپکڑاجائےگا۔ بلاشبہاسکیفلاگنگہوگی۔ایسےلوگوںکی کسکورائٹدیااللہتعالینےکہوہکہےکہاللہ کیطرف قہرہے؟</w:t>
      </w:r>
    </w:p>
    <w:p>
      <w:r>
        <w:rPr>
          <w:b/>
        </w:rPr>
        <w:t xml:space="preserve">[1:31:43] </w:t>
      </w:r>
      <w:r>
        <w:t>kis ko right diya Allah ta'ala ne? Jo log aisi awaaz bolte hain, woh Allah ke khauf se khaali hain. Allah ki pakad ka koi andesha nahi hai inko.</w:t>
      </w:r>
    </w:p>
    <w:p>
      <w:pPr>
        <w:jc w:val="right"/>
      </w:pPr>
      <w:r>
        <w:t>کسکورائٹدیا اللہتعالینے؟ جولوگایسیآوازبولتےہیں،وہاللہ کےخوفسےخالیہیں۔ اللہ کیپکڑ کاکوئیاندیشہنہیںہےانکو۔</w:t>
      </w:r>
    </w:p>
    <w:p>
      <w:r>
        <w:rPr>
          <w:b/>
        </w:rPr>
        <w:t xml:space="preserve">[1:31:53] </w:t>
      </w:r>
      <w:r>
        <w:t>inko yani bilkul hi Allah se nahi darte. Aise log jo aisi baatein bolte hain, main toh bahut hi sakht is maamle mein hoon.</w:t>
      </w:r>
    </w:p>
    <w:p>
      <w:pPr>
        <w:jc w:val="right"/>
      </w:pPr>
      <w:r>
        <w:t>انکو یعنی بالکل ہیاللہ سے نہیں ڈرتے۔ ایسےلوگجوایسیباتیںبولتےہیں، میںتو بہت ہیسخت اسمعاملےمیںہوں۔</w:t>
      </w:r>
    </w:p>
    <w:p>
      <w:r>
        <w:rPr>
          <w:b/>
        </w:rPr>
        <w:t xml:space="preserve">[1:32:02] </w:t>
      </w:r>
      <w:r>
        <w:t>aisi baatein jo woh log bolte hain, woh apne baare mein saabit karte hain ke hum Allah se darte nahi, kyunki Allah ki taraf se aapka koi paigham aaya hai. Kaise aap aisa bol rahe hain ke Allah ka qahar hai? Yeh bahut hi zyada, yeh bahut zyada serious baat hai mere nazdeek.</w:t>
      </w:r>
    </w:p>
    <w:p>
      <w:pPr>
        <w:jc w:val="right"/>
      </w:pPr>
      <w:r>
        <w:t>ایسیباتیںجووہلوگبولتےہیں، وہ اپنےبارےمیںثابتکرتےہیںکہہماللہسےڈرتےنہیں، کیونکہاللہ کیطرفسےآپکاکوئیپیغامآیاہے۔ کیسےآپ ایسا بولرہےہیںکہاللہکاقہرہے؟یہ بہت ہیزیادہ ،یہبہت زیادہ سیریسباتہےمیرےنزدیک۔</w:t>
      </w:r>
    </w:p>
    <w:p>
      <w:r>
        <w:rPr>
          <w:b/>
        </w:rPr>
        <w:t xml:space="preserve">[1:32:22] </w:t>
      </w:r>
      <w:r>
        <w:t>Maulana Shariq Hussain ne Dilli se likha hai: "Hamare rehnuma do cheezon mein farq karke kyun nahi dekh sake,</w:t>
      </w:r>
    </w:p>
    <w:p>
      <w:pPr>
        <w:jc w:val="right"/>
      </w:pPr>
      <w:r>
        <w:t>مول انا شارقحسیننے دلیسےلکھاہے: "ہمارے رہ نما دوچیزوںمیں فرق کرکے کیوںنہیں دیکھسکے ،</w:t>
      </w:r>
    </w:p>
    <w:p>
      <w:r>
        <w:rPr>
          <w:b/>
        </w:rPr>
        <w:t xml:space="preserve">[1:32:31] </w:t>
      </w:r>
      <w:r>
        <w:t>jab ke hadith mein bahut si misaalain maujood hain ke Prophet aur aapke ashaab do cheezon mein farq ko jaante the?</w:t>
      </w:r>
    </w:p>
    <w:p>
      <w:pPr>
        <w:jc w:val="right"/>
      </w:pPr>
      <w:r>
        <w:t>جب کہ حدیثمیں بہت سی مثالیں موجود ہیں کہ پرافٹاور آپکے احساب دوچیزوںمیں فرق کو جانتےتھے ؟</w:t>
      </w:r>
    </w:p>
    <w:p>
      <w:r>
        <w:rPr>
          <w:b/>
        </w:rPr>
        <w:t xml:space="preserve">[1:32:41] </w:t>
      </w:r>
      <w:r>
        <w:t>iski wajah kya hai?"</w:t>
      </w:r>
    </w:p>
    <w:p>
      <w:pPr>
        <w:jc w:val="right"/>
      </w:pPr>
      <w:r>
        <w:t>اسکی وجہ کیا ہے ؟"</w:t>
      </w:r>
    </w:p>
    <w:p>
      <w:r>
        <w:rPr>
          <w:b/>
        </w:rPr>
        <w:t xml:space="preserve">[1:32:46] </w:t>
      </w:r>
      <w:r>
        <w:t>iski wajah toh unhi se puchiye. Aaj bhi saare ulama is mein phanse hue hain, isi bekhabri mein hain.</w:t>
      </w:r>
    </w:p>
    <w:p>
      <w:pPr>
        <w:jc w:val="right"/>
      </w:pPr>
      <w:r>
        <w:t>اسکیوجہ توانہیسےپوچھیے۔ آجبھی سارےعلم اءاسمیںپھنسےہوئےہیں، اسیبےخبریمیں۔</w:t>
      </w:r>
    </w:p>
    <w:p>
      <w:r>
        <w:rPr>
          <w:b/>
        </w:rPr>
        <w:t xml:space="preserve">[1:33:00] </w:t>
      </w:r>
      <w:r>
        <w:t>mera jo zaati jawab hai, woh bahut sakht hai, bahut sakht hai. Mere nazdeek jo hai, fiqh fiqh ka jo zamana aaya, that was a detriment in Islam.</w:t>
      </w:r>
    </w:p>
    <w:p>
      <w:pPr>
        <w:jc w:val="right"/>
      </w:pPr>
      <w:r>
        <w:t>میراجو ذاتیجوابہے،وہ بہت سخت ہے، بہت سختہے۔ میرےنزدیکجوہے، فخ فخکاجو زمان ہآیا، دیٹوازاڈیلیمنٹاناسلام ۔</w:t>
      </w:r>
    </w:p>
    <w:p>
      <w:r>
        <w:rPr>
          <w:b/>
        </w:rPr>
        <w:t xml:space="preserve">[1:33:13] </w:t>
      </w:r>
      <w:r>
        <w:t>fiqh kya hai? Form par masail par saari baatein hone lagin toh speed ghayab ho gayi. Yaani yaani quality par baat nahi hui, quantity par baat hone lagi.</w:t>
      </w:r>
    </w:p>
    <w:p>
      <w:pPr>
        <w:jc w:val="right"/>
      </w:pPr>
      <w:r>
        <w:t>فخ کیاہے؟ فار مپر مسائلپرساریباتیںہونےلگیں تو اسپیڈغائبہوگئی۔ یعنی یعنیکوالٹیپر باتنہیںہوئی،کوانٹٹیپرباتہونے لگی۔</w:t>
      </w:r>
    </w:p>
    <w:p>
      <w:r>
        <w:rPr>
          <w:b/>
        </w:rPr>
        <w:t xml:space="preserve">[1:33:28] </w:t>
      </w:r>
      <w:r>
        <w:t>toh main samajhta hoon ke fiqh jo hai, woh ek ek detriment tha aur saari woh baatein chal padin jin ka ta'alluq form se tha.</w:t>
      </w:r>
    </w:p>
    <w:p>
      <w:pPr>
        <w:jc w:val="right"/>
      </w:pPr>
      <w:r>
        <w:t>تو میں سمجھتاہوںکہفقہ جوہے،وہایک ایک ڈیریل یمنٹتھا اور ساریوہ باتیںچلپڑیہیں جنکاتعلق فارمسےتھا۔</w:t>
      </w:r>
    </w:p>
    <w:p>
      <w:r>
        <w:rPr>
          <w:b/>
        </w:rPr>
        <w:t xml:space="preserve">[1:33:38] </w:t>
      </w:r>
      <w:r>
        <w:t>aur jo speed tha, woh ghayab ho gaya. Aur aur yaani sufiyana ne speed ko zinda karna chaha aur unke liye woh doosri ghalti mein mubtala ho gaye.</w:t>
      </w:r>
    </w:p>
    <w:p>
      <w:pPr>
        <w:jc w:val="right"/>
      </w:pPr>
      <w:r>
        <w:t>اورجواسپیڈتھا،وہغائبہوگیا۔ اوراور یعنی صوفیاءنے اسپیڈکوزندہکرناچاہااورانکے لیےوہدوسریغلطیمیںمبتلاہوگئے۔</w:t>
      </w:r>
    </w:p>
    <w:p>
      <w:r>
        <w:rPr>
          <w:b/>
        </w:rPr>
        <w:t xml:space="preserve">[1:33:48] </w:t>
      </w:r>
      <w:r>
        <w:t>woh heart based speed mein yaqeen karne lage, haalanki heart mein kuch bhi nahi hai. Mind based speed se bekhabar the hamare sufiyana.</w:t>
      </w:r>
    </w:p>
    <w:p>
      <w:pPr>
        <w:jc w:val="right"/>
      </w:pPr>
      <w:r>
        <w:t>وہ ہارٹ بیسڈ اسپیڈ میں یقینکرنے لگے،حالانکہہارٹمیںکچھبھینہیںہے۔ مائنڈبیسڈاسپیڈسےبےخبرتھےہمارےصوفیاء۔</w:t>
      </w:r>
    </w:p>
    <w:p>
      <w:r>
        <w:rPr>
          <w:b/>
        </w:rPr>
        <w:t xml:space="preserve">[1:33:59] </w:t>
      </w:r>
      <w:r>
        <w:t>toh dono ne ek hi ghalti ki, woh ghalti abhi tak chali ja rahi hai. Ab agar use bola hai, use kharab kehta hai toh buzurg kharab bolte ho. Toh kya woh ghalti ko must mar chahte rahe? Woh yeh museebat hai ke tanqeed ko taboo bana rakha hai.</w:t>
      </w:r>
    </w:p>
    <w:p>
      <w:pPr>
        <w:jc w:val="right"/>
      </w:pPr>
      <w:r>
        <w:t>تو دونوںنےایکہیغلطیکی، وہغلطیابھیتکچلیجارہیہے۔ اباگر اسے بولاہے،اسےخرابکہتاہےتوبزرگ خراببولتےہو۔ تو کیا کہوہغلطیکو مست مر چاہتے رہے؟وہ یہ مصیبتہےکہتنقیدکوٹیبوبنارکھاہے۔</w:t>
      </w:r>
    </w:p>
    <w:p>
      <w:r>
        <w:rPr>
          <w:b/>
        </w:rPr>
        <w:t xml:space="preserve">[1:34:16] </w:t>
      </w:r>
      <w:r>
        <w:t>taboo! Agar aap bolen un fuqaha ke baare mein, un sufiyana ke baare mein toh foran kahenge: "Dekhiye, hamare akabir ko</w:t>
      </w:r>
    </w:p>
    <w:p>
      <w:pPr>
        <w:jc w:val="right"/>
      </w:pPr>
      <w:r>
        <w:t>ٹی بو! اگر آپ بول یں انفقہاءکےبارےمیں ،انصوفیاءکےبارےمیں تو فوراًکہیںگے:"دیکھیے،ہمارےاکابر کو</w:t>
      </w:r>
    </w:p>
    <w:p>
      <w:r>
        <w:rPr>
          <w:b/>
        </w:rPr>
        <w:t xml:space="preserve">[1:34:25] </w:t>
      </w:r>
      <w:r>
        <w:t>yeh toh wohi hai jo Makke mein jo log the, jo mushrik Rasool Allah par ilzaam diya karte the ke woh tasfiyaaba karte hain." Tasfiyaaba yaani hamare hamare buzurgon ko bewakoof saabit karte hain.</w:t>
      </w:r>
    </w:p>
    <w:p>
      <w:pPr>
        <w:jc w:val="right"/>
      </w:pPr>
      <w:r>
        <w:t>یہتووہیہےجو مکےمیںجولوگتھے،جو مشرک رسولاللہ پر الزامدیاکرتے تھے کہوہ تصفیہاباکرتےہیں۔"تصفیہابا یعنیہمارے ہمارےبزرگ وںکوبیوقوف ثابتکرتے ہیں۔</w:t>
      </w:r>
    </w:p>
    <w:p>
      <w:r>
        <w:rPr>
          <w:b/>
        </w:rPr>
        <w:t xml:space="preserve">[1:34:44] </w:t>
      </w:r>
      <w:r>
        <w:t>har hazrat rajul alal safa'a alaa ashyaakhna yaani yeh yeh insaan jo hai, yeh peghambar hamare buzurgon ko, badon ko yaani bekhabar batata hai, nadan batata hai, safi batata hai.</w:t>
      </w:r>
    </w:p>
    <w:p>
      <w:pPr>
        <w:jc w:val="right"/>
      </w:pPr>
      <w:r>
        <w:t>ہر حضرترجل علی الصفاع لام نا اشیاخنا یعنییہ یہ انسانجوہے، یہپیغمبر ہمارے بزرگ وںکو،بڑوںکو یعنی بےخبربتاتاہے،نادانبتاتاہے،صفیبتاتاہے۔</w:t>
      </w:r>
    </w:p>
    <w:p>
      <w:r>
        <w:rPr>
          <w:b/>
        </w:rPr>
        <w:t xml:space="preserve">[1:35:00] </w:t>
      </w:r>
      <w:r>
        <w:t>wohi aaj hai. Aap zyada tar un ke baare mein kitni daleel ke saath boliye, kitni daleel ke saath foran kahenge: "Kya sahi hai? Yeh akabir ke khilaaf bolte hain." Akabir ko Khuda bana rakha hai.</w:t>
      </w:r>
    </w:p>
    <w:p>
      <w:pPr>
        <w:jc w:val="right"/>
      </w:pPr>
      <w:r>
        <w:t>وہیآجہے۔ آپ زیادہ تر ان کے بارےمیں کتنیدلیلکےساتھ بولیے،کتنیدلیلکےساتھ فوراًکہیںگے:"کیا صحیحہے؟یہاکابرکےخلافبولتےہیں۔" اک ابرکوخدابنارکھاہے۔</w:t>
      </w:r>
    </w:p>
    <w:p>
      <w:r>
        <w:rPr>
          <w:b/>
        </w:rPr>
        <w:t xml:space="preserve">[1:35:12] </w:t>
      </w:r>
      <w:r>
        <w:t>is wajah se musalmanon mein dekhiye, jo cheez nahi aa rahi hai, woh islaah, reassessment, revision yaani maazi par, maazi ko phir se jaiza le kar ke aur mustaqbil ke liye apne ko islaah karna.</w:t>
      </w:r>
    </w:p>
    <w:p>
      <w:pPr>
        <w:jc w:val="right"/>
      </w:pPr>
      <w:r>
        <w:t>اس وجہسے مسلمانوںمیںدیکھیے، جو چیزنہیںآرہیہے،وہ اصلاح ،ری اسیسمنٹ، ریویژن یعنی ماضیپر، ماضیکو کو پھرسےجائزہلےکرکے اور مستقبلکےلیے اپنے کواصلاحکرنا۔</w:t>
      </w:r>
    </w:p>
    <w:p>
      <w:r>
        <w:rPr>
          <w:b/>
        </w:rPr>
        <w:t xml:space="preserve">[1:35:35] </w:t>
      </w:r>
      <w:r>
        <w:t>we have to examine our past, but are not ready for it. Muslims,</w:t>
      </w:r>
    </w:p>
    <w:p>
      <w:pPr>
        <w:jc w:val="right"/>
      </w:pPr>
      <w:r>
        <w:t>ویہیوٹوریایگزیمناور اور اور پاسٹ ،لیکن اسکےلیےتیارنہیںہیں۔مسلمان،</w:t>
      </w:r>
    </w:p>
    <w:p>
      <w:r>
        <w:rPr>
          <w:b/>
        </w:rPr>
        <w:t xml:space="preserve">[1:35:46] </w:t>
      </w:r>
      <w:r>
        <w:t>Mr. G, toh tanqeed ko taboo, yeh jo khatam, yeh zehan khatam karna padega ke tanqeed taboo hai. Jab tak yeh zehan khatam na ho, koi naya process shuru nahi ho sakta.</w:t>
      </w:r>
    </w:p>
    <w:p>
      <w:pPr>
        <w:jc w:val="right"/>
      </w:pPr>
      <w:r>
        <w:t>مسٹر جی،تو تنقیدکو ٹی بو، یہجو ختم،یہذہنختمکرناپڑےگاکہتنقیدٹیبوہے۔ جبتکیہ یہذہنختمنہہو، کوئی نیا پراسیسشروعنہیںہوسکتا۔</w:t>
      </w:r>
    </w:p>
    <w:p>
      <w:r>
        <w:rPr>
          <w:b/>
        </w:rPr>
        <w:t xml:space="preserve">[1:36:02] </w:t>
      </w:r>
      <w:r>
        <w:t>Mr. G. Mashir Ahmad ne likha hai: "Can a person join Indian army?" Please comment, kya ismein poochte hain ke ismein kya kya harj hai?</w:t>
      </w:r>
    </w:p>
    <w:p>
      <w:pPr>
        <w:jc w:val="right"/>
      </w:pPr>
      <w:r>
        <w:t>مسٹر جی مش یر احمد نے لکھاہے :"کینا پرسن جوائن اندی آر می؟ "پلیزکمنٹ ،کیا اسمیںپوچھتےہیںکہاسمیںکیا کیاحرجہے؟</w:t>
      </w:r>
    </w:p>
    <w:p>
      <w:r>
        <w:rPr>
          <w:b/>
        </w:rPr>
        <w:t xml:space="preserve">[1:36:15] </w:t>
      </w:r>
      <w:r>
        <w:t>bhai, kyun nahin join kar sakte hain? woh nahin, ismein poochne ki baat nahin samajh rahi. molana, unhon ne ek aur suggestion ke taur par ek cheez likhi hai ke hamein khuda aur god ke lafz ki bajaye Allah ka lafz istemal karna chahiye.</w:t>
      </w:r>
    </w:p>
    <w:p>
      <w:pPr>
        <w:jc w:val="right"/>
      </w:pPr>
      <w:r>
        <w:t>بھئی، کیوں نہیںجوائن کرسکتےہیں؟وہ نہیں ،اسمیںپوچھنےکیباتتونہیں سمجھرہی۔ مولانا،انہوںنےایکاور سجیشنکےطور پرایکچیزلکھیہےکہہمیں خ دا اور گاڈکےلفظکیبجائے اللہ کالفظ استعمال کرناچاہیے۔</w:t>
      </w:r>
    </w:p>
    <w:p>
      <w:r>
        <w:rPr>
          <w:b/>
        </w:rPr>
        <w:t xml:space="preserve">[1:36:31] </w:t>
      </w:r>
      <w:r>
        <w:t>yeh sab jhoot Pakistan ne nikala hai, Pakistani culture hai. main iske sakht khilaf ho gaya hoon. Allah ka lafz mushrik bolte the wahan par.</w:t>
      </w:r>
    </w:p>
    <w:p>
      <w:pPr>
        <w:jc w:val="right"/>
      </w:pPr>
      <w:r>
        <w:t>یہسبجھوٹ پاکستاننےنکالاہے، پاکستانی کلچرہے۔ میں اسکےسختخلاف ہوگیاہوں۔ اللہ کالفظمشرکبولتےتھےوہاںپر۔</w:t>
      </w:r>
    </w:p>
    <w:p>
      <w:r>
        <w:rPr>
          <w:b/>
        </w:rPr>
        <w:t xml:space="preserve">[1:36:41] </w:t>
      </w:r>
      <w:r>
        <w:t>in logon ko pata nahin in inaan zalimon ko ke lafz Allah Rasool Allah ne thoda nikala tha. Makka ke mushrikeen, Arab ke mushrikeen, Allah to Allah bolte the, to bhi galat tha.</w:t>
      </w:r>
    </w:p>
    <w:p>
      <w:pPr>
        <w:jc w:val="right"/>
      </w:pPr>
      <w:r>
        <w:t>انلوگوںکوپتہنہیںان انان ظالموںکو کہلفظاللہ رسولاللہنےتھوڑینکالاتھا۔ مکہکےمشرکین،عرب کےمشرکین،اللہتواللہبولتےتھے، تو بھیغلطتھا۔</w:t>
      </w:r>
    </w:p>
    <w:p>
      <w:r>
        <w:rPr>
          <w:b/>
        </w:rPr>
        <w:t xml:space="preserve">[1:36:52] </w:t>
      </w:r>
      <w:r>
        <w:t>Rasool Allah ko koi aur ajeeb ghareeb lafz nikalna chahiye tha kahin se. Allah Hafiz nikala hai. yeh sab bilkul, main isko bilkul hi ek qaumi culture samajhta hoon. qaumi culture jiska Islam se koi talluq nahin hai.</w:t>
      </w:r>
    </w:p>
    <w:p>
      <w:pPr>
        <w:jc w:val="right"/>
      </w:pPr>
      <w:r>
        <w:t>رسولاللہکوکوئیاور عجیبغریبلفظنکالناچاہیےتھاکہیںسے۔ اللہ حافظ نکالاہے۔ یہسببالکل ،میںاسکو بالکل ہی ایک قومیکلچرسمجھتاہوں۔قومیکلچرجسکااسلامسےکوئیتعلقنہیں ہے۔</w:t>
      </w:r>
    </w:p>
    <w:p>
      <w:r>
        <w:rPr>
          <w:b/>
        </w:rPr>
        <w:t xml:space="preserve">[1:37:07] </w:t>
      </w:r>
      <w:r>
        <w:t>musalmanon ne ise hi apni pehchan bana rakha hai</w:t>
      </w:r>
    </w:p>
    <w:p>
      <w:pPr>
        <w:jc w:val="right"/>
      </w:pPr>
      <w:r>
        <w:t>مس لمانوںنےاسیکواپنیپہچانبنارکھاہے</w:t>
      </w:r>
    </w:p>
    <w:p>
      <w:r>
        <w:rPr>
          <w:b/>
        </w:rPr>
        <w:t xml:space="preserve">[1:37:10] </w:t>
      </w:r>
      <w:r>
        <w:t>ke hamara yeh, hamari yeh culture hai. hum Allah Hafiz kehte hain, Khuda Hafiz bilkul theek the aur yeh kar rakha hai unhon ne.</w:t>
      </w:r>
    </w:p>
    <w:p>
      <w:pPr>
        <w:jc w:val="right"/>
      </w:pPr>
      <w:r>
        <w:t>کہہمارا یہ،ہمارییہ کلچرہے۔ ہماللہ حافظ کہتےہیں، خداحافظبالکل ٹھیک تھے اور یہ کررکھاہےانہوںنے۔</w:t>
      </w:r>
    </w:p>
    <w:p>
      <w:r>
        <w:rPr>
          <w:b/>
        </w:rPr>
        <w:t xml:space="preserve">[1:37:20] </w:t>
      </w:r>
      <w:r>
        <w:t>dekhiye, musalman jab yani Arab mein mushrik jo the, woh Allah bolte the, Rasool Allah sallallahu alaihi wasallam, woh Allah bolte the kyunke dono ki zuban ek thi.</w:t>
      </w:r>
    </w:p>
    <w:p>
      <w:pPr>
        <w:jc w:val="right"/>
      </w:pPr>
      <w:r>
        <w:t>دیکھیے،مس لمانجب یعنیعرب میں مشرک جو تھے، وہ اللہ بولتےتھے، رسولاللہصلیاللہعلیہوسلم،وہاللہ بول ےکیونکہدونوںکیزبان ایک تھی۔</w:t>
      </w:r>
    </w:p>
    <w:p>
      <w:r>
        <w:rPr>
          <w:b/>
        </w:rPr>
        <w:t xml:space="preserve">[1:37:31] </w:t>
      </w:r>
      <w:r>
        <w:t>phir yeh log jab Iran gaye to Iran wohahan Khuda ka lafz chalta tha, to unhe musalmanon ne Khuda ka lafz istemal kiya.</w:t>
      </w:r>
    </w:p>
    <w:p>
      <w:pPr>
        <w:jc w:val="right"/>
      </w:pPr>
      <w:r>
        <w:t>پھریہلوگ جب ایران گئے توایران وہ اں خداکالفظچلتاتھا،تو انہیمسلمانوںنےخداکالفظاستعمالکیا۔</w:t>
      </w:r>
    </w:p>
    <w:p>
      <w:r>
        <w:rPr>
          <w:b/>
        </w:rPr>
        <w:t xml:space="preserve">[1:37:39] </w:t>
      </w:r>
      <w:r>
        <w:t>saara Persian literature bhara hua hai lafz Khuda se. bade bade ulma, bade bade akabir ne kitabein likhein to Khuda ka lafz istemal kiya unhon ne.</w:t>
      </w:r>
    </w:p>
    <w:p>
      <w:pPr>
        <w:jc w:val="right"/>
      </w:pPr>
      <w:r>
        <w:t>سارا پرشینلٹریچربھراہواہےلفظخداسے۔ بڑےبڑےعلماء،بڑےبڑےاکابر نے کتاب یںلکھیں توخداکالفظاستعمالکیا انہوںنے۔</w:t>
      </w:r>
    </w:p>
    <w:p>
      <w:r>
        <w:rPr>
          <w:b/>
        </w:rPr>
        <w:t xml:space="preserve">[1:37:49] </w:t>
      </w:r>
      <w:r>
        <w:t>to kya yeh history ko in cheezon mein phans rakha hai? musalmanon ko badi badi cheezein jo hain, ismein isse hatate hain. jo travel baiter se phans rakha hai musalmanon ko, unhi logon ne yeh badi badi cheezein jo sochne ki hain, is asar par nahin.</w:t>
      </w:r>
    </w:p>
    <w:p>
      <w:pPr>
        <w:jc w:val="right"/>
      </w:pPr>
      <w:r>
        <w:t>توکیا یہ ہسٹریکو انچیزوںمیںپھنسارکھاہے؟مسلمانوںکو بڑیبڑیچیزیںجوہیں،اسمیںاسے ہٹاتےہیں۔ جوٹریول بیٹرسےپھنسارکھاہےمسلمانوںکو، انہیلوگوںنے یہبڑیبڑیچیزیںجو سوچنےکیہیں،اساسپرنہیں۔</w:t>
      </w:r>
    </w:p>
    <w:p>
      <w:r>
        <w:rPr>
          <w:b/>
        </w:rPr>
        <w:t xml:space="preserve">[1:38:05] </w:t>
      </w:r>
      <w:r>
        <w:t>is par unhon ne kaha: "humein hamara Allah Hafiz, hum kahenge, hum God nahin istemal karenge, hum Allah kahenge." yeh sab bilkul yani travel cheezon mein phansana hai musalmanon ko.</w:t>
      </w:r>
    </w:p>
    <w:p>
      <w:pPr>
        <w:jc w:val="right"/>
      </w:pPr>
      <w:r>
        <w:t>اسپرانہوںنےکہا:"ہمہمارااللہحافظ،ہمکہیںگے،ہم گاڈنہیںاستعمالکریںگے،ہماللہکہیںگے۔"یہسببالکل یعنی ٹریولچیزوںمیںپھنساناہےمسلمانوںکو۔</w:t>
      </w:r>
    </w:p>
    <w:p>
      <w:r>
        <w:rPr>
          <w:b/>
        </w:rPr>
        <w:t xml:space="preserve">[1:38:15] </w:t>
      </w:r>
      <w:r>
        <w:t>aur badi badi baatein jo hain, iski unhein khabar bhi nahin hai aur na musalmanon ko isko soch paida karte hain. musalmanon ke andar, aur main iske sakht khilaf hoon. is is is zehan ke, is is is culture ke ke qaumi hai, yeh sarasar ek qaumi phenomenon hai, iska Islam se koi talluq nahin hai.</w:t>
      </w:r>
    </w:p>
    <w:p>
      <w:pPr>
        <w:jc w:val="right"/>
      </w:pPr>
      <w:r>
        <w:t>اور بڑیبڑی باتیںجوہیں، اسکیانہیں خبربھینہیں ہےاور نہ مسلمانوںکو اسکو سوچپیدا کرتےہیں۔مسلمانوںکےاندر، اورمیںاسکےسختخلاف ہوں۔اس اس اسذہنکے، اس اس اسکلچرکے کہقومی ہے،یہسرتاسرایکقومیفیناومیناہے، اسکااسلام سےکوئیتعلقنہیںہے۔</w:t>
      </w:r>
    </w:p>
    <w:p>
      <w:r>
        <w:rPr>
          <w:b/>
        </w:rPr>
        <w:t xml:space="preserve">[1:38:37] </w:t>
      </w:r>
      <w:r>
        <w:t>yani in logon ko pata nahin ke Rasool Allah ne lafz Allah istemal kiya ya Quran ka lafz Allah istemal hua. to yeh mushrik bhi pehle bolte the lafz Allah,</w:t>
      </w:r>
    </w:p>
    <w:p>
      <w:pPr>
        <w:jc w:val="right"/>
      </w:pPr>
      <w:r>
        <w:t>یعنیانلوگوںکوپتہہینہیںکہرسولاللہ نے لفظ اللہ استعمال کیا یاقرآنکالفظ اللہاستعمالہوا۔تویہمشرکبھیپہلے بولتےتھےلفظاللہ ،</w:t>
      </w:r>
    </w:p>
    <w:p>
      <w:r>
        <w:rPr>
          <w:b/>
        </w:rPr>
        <w:t xml:space="preserve">[1:38:45] </w:t>
      </w:r>
      <w:r>
        <w:t>yeh thoda ke woh jin se yeh lafz aaya tha. kaise ajeeb ghareeb log hain, yeh kuch jante hain nahin kuch baaton ko. khud Quran se sabit hai ke Allah ko bolte the woh ke agar inse poocho ke kis ne paida ki zameen o aasman ko to Allah kahenge.</w:t>
      </w:r>
    </w:p>
    <w:p>
      <w:pPr>
        <w:jc w:val="right"/>
      </w:pPr>
      <w:r>
        <w:t>یہتھوڑیکہوہ جن تسے یہلفظآیاتھا۔ کیسےعجیبغریبلوگہیں،یہ کچھجانتےہیںنہیںکچھباتوںکو۔ خود قرآنسےثابتہےکہ اللہ کابولتےتھےوہکہاگر انسےپوچھوکہکسنےپیدا کیازمین وآسمانکوتواللہ کہیںگے۔</w:t>
      </w:r>
    </w:p>
    <w:p>
      <w:r>
        <w:rPr>
          <w:b/>
        </w:rPr>
        <w:t xml:space="preserve">[1:39:01] </w:t>
      </w:r>
      <w:r>
        <w:t>yeh mushrikeen ke bare mein aaya hai. yeh bilkul yeh sab qaumi baatein hain. hamein is se bahar aakar ke zyada se zyada bade bade masail is par sochna chahiye.</w:t>
      </w:r>
    </w:p>
    <w:p>
      <w:pPr>
        <w:jc w:val="right"/>
      </w:pPr>
      <w:r>
        <w:t>یہمشرکینکےبارےمیںآیاہے۔ یہ بالکل یہسب قومیباتیںہیں۔ ہمیںاسسےباہرآکرکے زیادہ سےزیادہبڑےبڑےمسائلاسپرسوچناچاہیے۔</w:t>
      </w:r>
    </w:p>
    <w:p>
      <w:r>
        <w:rPr>
          <w:b/>
        </w:rPr>
        <w:t xml:space="preserve">[1:39:14] </w:t>
      </w:r>
      <w:r>
        <w:t>molana Amanullah Riyazi ne Delhi se likha hai: "Al-Risalah mein ulma faida kaise utha sakte hain? is silsile mein aap ka mashwara kya hai?</w:t>
      </w:r>
    </w:p>
    <w:p>
      <w:pPr>
        <w:jc w:val="right"/>
      </w:pPr>
      <w:r>
        <w:t>مول انا امان اللہ ریاضینے دلیسےلکھاہے: " الرسالہ مشنمیں علم اء فائدہکیسےاٹھاسکتےہیں ؟ اس سلسلےمیں آپ کا مشورہ کیا ہے ؟</w:t>
      </w:r>
    </w:p>
    <w:p>
      <w:r>
        <w:rPr>
          <w:b/>
        </w:rPr>
        <w:t xml:space="preserve">[1:39:26] </w:t>
      </w:r>
      <w:r>
        <w:t>"padhein aur kya hai? padhein aur ek baar nahin, kai kai baar padhein aur kya? aur kya? aur kya karna hai?</w:t>
      </w:r>
    </w:p>
    <w:p>
      <w:pPr>
        <w:jc w:val="right"/>
      </w:pPr>
      <w:r>
        <w:t>"پڑھیںاورکیاہے؟ پڑھیں اورایکبار نہیں،کئیکئیبارپڑھیںاور کیا ؟اورکیا؟اورکیا کرناہے؟</w:t>
      </w:r>
    </w:p>
    <w:p>
      <w:r>
        <w:rPr>
          <w:b/>
        </w:rPr>
        <w:t xml:space="preserve">[1:39:39] </w:t>
      </w:r>
      <w:r>
        <w:t>main yeh dekhiye, yeh kahunga ke ek hadith hai, momin ki sifat batai gayi hai ke "aneekun baseer uz zamani".</w:t>
      </w:r>
    </w:p>
    <w:p>
      <w:pPr>
        <w:jc w:val="right"/>
      </w:pPr>
      <w:r>
        <w:t>میںیہدیکھیے،یہکہوںگا کہ ایکحدیث ہے، مومنکی صفتبتائیگئیہےکہ "انیک ون بصیرابزمانی" ۔</w:t>
      </w:r>
    </w:p>
    <w:p>
      <w:r>
        <w:rPr>
          <w:b/>
        </w:rPr>
        <w:t xml:space="preserve">[1:39:53] </w:t>
      </w:r>
      <w:r>
        <w:t>woh zamane se ba khabar hota hai. to jo nisaab padhaya jata hai madaris mein, iska talluq zamane se kuch bhi nahin hai.</w:t>
      </w:r>
    </w:p>
    <w:p>
      <w:pPr>
        <w:jc w:val="right"/>
      </w:pPr>
      <w:r>
        <w:t>وہ زمان ےسے باخبرہوتاہے۔ تو جو نصاب پڑھایاجاتاہے مدارسمیں، اسکاتعلق زمانےسےکچھبھینہیںہے۔</w:t>
      </w:r>
    </w:p>
    <w:p>
      <w:r>
        <w:rPr>
          <w:b/>
        </w:rPr>
        <w:t xml:space="preserve">[1:40:03] </w:t>
      </w:r>
      <w:r>
        <w:t>iska talluq to kuch mutoon banaye gaye pehle, wohi padhaye jate hain. isi ko padhkar ke woh inko unko sanadein milti hain.</w:t>
      </w:r>
    </w:p>
    <w:p>
      <w:pPr>
        <w:jc w:val="right"/>
      </w:pPr>
      <w:r>
        <w:t>اسکاتعلقتو کچھ متونبنائےگئےپہلے ،وہوہیپڑھائےجاتےہیں۔ اسیکوپڑھکرکےوہ انکوانکو سندیںملتیہیں۔</w:t>
      </w:r>
    </w:p>
    <w:p>
      <w:r>
        <w:rPr>
          <w:b/>
        </w:rPr>
        <w:t xml:space="preserve">[1:40:12] </w:t>
      </w:r>
      <w:r>
        <w:t>lekin aaj ka zamana jo hai, is se bilkul be khabar rehte hain. woh to main logon se kaha karta hoon ke aap deeni ilm seekhein madarse mein aur baseerat e zamana banne ke liye aur Risalah ka mutala kijiye. aap</w:t>
      </w:r>
    </w:p>
    <w:p>
      <w:pPr>
        <w:jc w:val="right"/>
      </w:pPr>
      <w:r>
        <w:t>لیکن آجکازمانہجوہے، اسسےبالکلبےخبررہتےہیں۔وہ تو میںلوگوںسےکہاکرتاہوںکہآپ دینی علم سیکھیں مدرس ےمیں اوربصیرتزمانہبننےکےلیےاوررسالہکامطالعہکیجئے۔آپ</w:t>
      </w:r>
    </w:p>
    <w:p>
      <w:r>
        <w:rPr>
          <w:b/>
        </w:rPr>
        <w:t xml:space="preserve">[1:40:29] </w:t>
      </w:r>
      <w:r>
        <w:t>deeni ilm seekhein madarse mein, lekin hadith ke mutabiq baseerat e zamana banne ke liye aap ko Risalah ka mutala karna chahiye. bahut pabandi ke sath, ihtimam ke sath, ek parcha kai kai baar padhiye. aap dekhein, hamare madaris mein jo cheezein padhai jati hain, isko do qism ke woh bataye jate hain: uloom e aaliya aur uloom e aaliya, yani ain aur alif.</w:t>
      </w:r>
    </w:p>
    <w:p>
      <w:pPr>
        <w:jc w:val="right"/>
      </w:pPr>
      <w:r>
        <w:t>دینیعلم سیکھیں مدرس ےمیں،لیکن حدیثکےمط ابق بصیرتزمانہبننےکےلیےآپکو رسالہکامطالعہکرناچاہیے۔بہتپابندیکےساتھ ، اہتمامکےساتھ، ایک پرچہکئیکئیبارپڑھیے۔آپ دیکھیں،ہمارےمدارسمیںجو چیزیںپڑھائیجاتیہیں،اسکو دوقسم کےوہبتایاجاتاہے: علوم عالیہاور علومعالیہ،یعنیعیناور الف ۔</w:t>
      </w:r>
    </w:p>
    <w:p>
      <w:r>
        <w:rPr>
          <w:b/>
        </w:rPr>
        <w:t xml:space="preserve">[1:40:51] </w:t>
      </w:r>
      <w:r>
        <w:t>to uloom e aaliya to wohi bher hain ge. uloom e aaliya badal jate hain, alif se uloom</w:t>
      </w:r>
    </w:p>
    <w:p>
      <w:pPr>
        <w:jc w:val="right"/>
      </w:pPr>
      <w:r>
        <w:t>توعلوم عالیہ تو وہیکبھیرہیںگے۔ علومعالیہبدلجاتےہیں ،الف سےعلوم</w:t>
      </w:r>
    </w:p>
    <w:p>
      <w:r>
        <w:rPr>
          <w:b/>
        </w:rPr>
        <w:t xml:space="preserve">[1:40:58] </w:t>
      </w:r>
      <w:r>
        <w:t>aaliya. ab badal chuke hain woh. ab uloom e aaliya jo hai, Risalah hai, woh nahin hai jo aap padhte hain madarse ki kitabon mein. kabhi woh uloom e aaliya rahe honge, ab woh uloom e aaliya nahin hain.</w:t>
      </w:r>
    </w:p>
    <w:p>
      <w:pPr>
        <w:jc w:val="right"/>
      </w:pPr>
      <w:r>
        <w:t>عالیہ۔ اببدلچکےہیںوہ ۔ اب علوم عالیہجوہے،رسالہہے، وہ نہیںہےجوآپپڑھتےہیں مدرس ےکی کتاب وںمیں۔ کبھیوہعلوم عالیہرہےہوںگے، ابوہعلومعالیہنہیںہیں۔</w:t>
      </w:r>
    </w:p>
    <w:p>
      <w:r>
        <w:rPr>
          <w:b/>
        </w:rPr>
        <w:t xml:space="preserve">[1:41:12] </w:t>
      </w:r>
      <w:r>
        <w:t>ab to tareekh ke paray dastanahain. woh to mein samajhta hoon keh bator-e-uloom-e-aliya ke, yaani alif se aliya ko logon ko risala shamil karna chahiye apne mutale mein.</w:t>
      </w:r>
    </w:p>
    <w:p>
      <w:pPr>
        <w:jc w:val="right"/>
      </w:pPr>
      <w:r>
        <w:t>ابتوتاریخ کےپارےدا ستانہیں۔وہ تو میںسمجھتاہوںکہ بطورعلومعالیہکے،یعنیالفسےعالیہ کو لوگوںکو رسالہشاملکرناچاہیےاپنے مطالعےمیں۔</w:t>
      </w:r>
    </w:p>
    <w:p>
      <w:r>
        <w:rPr>
          <w:b/>
        </w:rPr>
        <w:t xml:space="preserve">[1:41:24] </w:t>
      </w:r>
      <w:r>
        <w:t>agar nisaab bane to mutale mein to lazman shamil karna chahiye,</w:t>
      </w:r>
    </w:p>
    <w:p>
      <w:pPr>
        <w:jc w:val="right"/>
      </w:pPr>
      <w:r>
        <w:t>اگر نصاببنےتومطالعےمیںتو لازماًشامل کرناچاہیے،</w:t>
      </w:r>
    </w:p>
    <w:p>
      <w:r>
        <w:rPr>
          <w:b/>
        </w:rPr>
        <w:t xml:space="preserve">[1:41:28] </w:t>
      </w:r>
      <w:r>
        <w:t>warna baseerat-e-zaman hon nahi rahengay aur adhoora unka ilm rahega. adhoora. Maulana, unka ek aur sawal hai.</w:t>
      </w:r>
    </w:p>
    <w:p>
      <w:pPr>
        <w:jc w:val="right"/>
      </w:pPr>
      <w:r>
        <w:t>ورنہبصیرتزمان ہنہیںرہیںگے اور ادھوراانکاعلم رہےگا۔ادھورا۔ مولانا،انکاایکاور سوال ہے۔</w:t>
      </w:r>
    </w:p>
    <w:p>
      <w:r>
        <w:rPr>
          <w:b/>
        </w:rPr>
        <w:t xml:space="preserve">[1:41:37] </w:t>
      </w:r>
      <w:r>
        <w:t>unhon ne likha hai keh ek sahib ne kaha keh "al-risala mission ek sachha mission hai, lekin poori tarah iska saath dene mein hum doosron se kat jayengay." Maulana, aise logon ke baray mein aap kya kahengay?</w:t>
      </w:r>
    </w:p>
    <w:p>
      <w:pPr>
        <w:jc w:val="right"/>
      </w:pPr>
      <w:r>
        <w:t>انہوںنےلکھاہےکہ ایک صاحبنےکہاکہ " الرسالہمشن ایک سچامشنہے، لیکن پوریطرح اسکا ساتھ دینےمیں ہم دوسروںسے کٹجائیںگے۔" مولانا،ایسےلوگوںکے بارےمیں آپ کیا کہیںگے؟</w:t>
      </w:r>
    </w:p>
    <w:p>
      <w:r>
        <w:rPr>
          <w:b/>
        </w:rPr>
        <w:t xml:space="preserve">[1:41:54] </w:t>
      </w:r>
      <w:r>
        <w:t>yeh sochen, Khuda se judenge, Khuda se kat jayengay.</w:t>
      </w:r>
    </w:p>
    <w:p>
      <w:pPr>
        <w:jc w:val="right"/>
      </w:pPr>
      <w:r>
        <w:t>یہ سوچیں،خداسےجڑیںگے،خداسےکٹجائیںگے۔</w:t>
      </w:r>
    </w:p>
    <w:p>
      <w:r>
        <w:rPr>
          <w:b/>
        </w:rPr>
        <w:t xml:space="preserve">[1:41:59] </w:t>
      </w:r>
      <w:r>
        <w:t>logon se katna na katna, yeh to koi sochne ki baat hi nahi hai. agar aap Khuda se jud jatay hain to bas das din a.</w:t>
      </w:r>
    </w:p>
    <w:p>
      <w:pPr>
        <w:jc w:val="right"/>
      </w:pPr>
      <w:r>
        <w:t>لوگوںسےکٹنانہکٹنا،یہتوکوئیسوچنےکیباتہینہیںہے۔ اگر آپخداسے جڑجاتےہیںتوبس دسدین ا۔</w:t>
      </w:r>
    </w:p>
    <w:p>
      <w:r>
        <w:rPr>
          <w:b/>
        </w:rPr>
        <w:t xml:space="preserve">[1:42:10] </w:t>
      </w:r>
      <w:r>
        <w:t>yeh yeh yeh soch hi galat hai keh hum logon se katenge ya nahi katenge. har cheez ek, Khuda se judenge ya nahi judenge? to risala mein sari baatein Khuda ki hoti hain.</w:t>
      </w:r>
    </w:p>
    <w:p>
      <w:pPr>
        <w:jc w:val="right"/>
      </w:pPr>
      <w:r>
        <w:t>یہیہ یہ یہ سو چہیغلطہےکہ ہملوگوںسےکٹیںگےیانہیںکٹیںگے۔ ہرچیزایک،خداسےجڑیںگےیانہیںجڑیںگے؟ تو رسالہمیں ساریباتیںخداکیہوتیہیں۔</w:t>
      </w:r>
    </w:p>
    <w:p>
      <w:r>
        <w:rPr>
          <w:b/>
        </w:rPr>
        <w:t xml:space="preserve">[1:42:24] </w:t>
      </w:r>
      <w:r>
        <w:t>jis jis risale ko uthaiye, us mein Khuda ki baatein hongi.</w:t>
      </w:r>
    </w:p>
    <w:p>
      <w:pPr>
        <w:jc w:val="right"/>
      </w:pPr>
      <w:r>
        <w:t>جس جس رسالےکواٹھائیے،اسمیںخداکیباتیںہوںگی۔</w:t>
      </w:r>
    </w:p>
    <w:p>
      <w:r>
        <w:rPr>
          <w:b/>
        </w:rPr>
        <w:t xml:space="preserve">[1:42:28] </w:t>
      </w:r>
      <w:r>
        <w:t>to jo risala aap ko Khuda jodta ho, us mein sochna bhi nahi keh logon se katenge ya nahi katenge. yeh to soch hi bilkul be-salees hai, be-buniyad hai aur iski koi haqeeqat nahi hai.</w:t>
      </w:r>
    </w:p>
    <w:p>
      <w:pPr>
        <w:jc w:val="right"/>
      </w:pPr>
      <w:r>
        <w:t>توجورسالہآپکوخداجوڑتاہو، اسمیںسوچنابھینہیںکہلوگوںسےکٹیںگےیانہیںکٹیںگے۔ یہتو سو چہیبالکل بےسلیسہے،بےبنی ادہے اوراسکیکوئیحقیقتنہیںہے۔</w:t>
      </w:r>
    </w:p>
    <w:p>
      <w:r>
        <w:rPr>
          <w:b/>
        </w:rPr>
        <w:t xml:space="preserve">[1:42:41] </w:t>
      </w:r>
      <w:r>
        <w:t>yeh sochen zaroor keh kya waqiat Khuda ka tazkira hota hai risala mein? kya waqiat Khuda ke bayana hota hai? kya waqiat Khuda se jodta hai risala? bas agar aisa hai to phir theek hai, kuch aur sochna bhi nahi hai.</w:t>
      </w:r>
    </w:p>
    <w:p>
      <w:pPr>
        <w:jc w:val="right"/>
      </w:pPr>
      <w:r>
        <w:t>یہ سوچیےضرورکہکیا واقعاتخ داکاتذکرہہوتاہےرسالہمیں ؟کیا واقع ات خدا کے بیانہوتاہے ؟کیا واقع ہخداسےجوڑتاہےرسالہ؟بساگر ایساہےتوپھرٹھیکہے، کچھاور سوچنابھینہیں ہے۔</w:t>
      </w:r>
    </w:p>
    <w:p>
      <w:r>
        <w:rPr>
          <w:b/>
        </w:rPr>
        <w:t xml:space="preserve">[1:42:55] </w:t>
      </w:r>
      <w:r>
        <w:t>kuch aur ko Allah ke khane mein dal dena hai, kuch aur ko Allah ke khane mein dal dena hai, Allah se dua karna hai. bas.</w:t>
      </w:r>
    </w:p>
    <w:p>
      <w:pPr>
        <w:jc w:val="right"/>
      </w:pPr>
      <w:r>
        <w:t>کچھاور کواللہ کےخانےمیںڈالدیناہے، کچھاور کواللہکےخانےمیںڈالدیناہے،اللہ سے دعاکرناہے۔بس۔</w:t>
      </w:r>
    </w:p>
    <w:p>
      <w:r>
        <w:rPr>
          <w:b/>
        </w:rPr>
        <w:t xml:space="preserve">[1:43:06] </w:t>
      </w:r>
      <w:r>
        <w:t>Maulana Shariq Hussain ne Dilli se likha hai: "Musalamanon ne Westerners se nafrat ki, lekin woh new civilizations se material faida uthate rahe.</w:t>
      </w:r>
    </w:p>
    <w:p>
      <w:pPr>
        <w:jc w:val="right"/>
      </w:pPr>
      <w:r>
        <w:t>مول انا شار قحسیننے دلیسےلکھاہے:" مس لمان وںنے ویسٹرنرزسے نفرتکی ،لیکن وہ نیو سویلائزیشنسے مٹیریلفائدہاٹھاتےرہے۔</w:t>
      </w:r>
    </w:p>
    <w:p>
      <w:r>
        <w:rPr>
          <w:b/>
        </w:rPr>
        <w:t xml:space="preserve">[1:43:19] </w:t>
      </w:r>
      <w:r>
        <w:t>lekin da'vati aitbar se unhon ne new civilizations se koi faida nahi uthaya.</w:t>
      </w:r>
    </w:p>
    <w:p>
      <w:pPr>
        <w:jc w:val="right"/>
      </w:pPr>
      <w:r>
        <w:t>لیکن دعوتی اعتبارسے انہوںنے نیوسو یلائزیشنسے کوئی فائدہنہیں اٹھایا ۔</w:t>
      </w:r>
    </w:p>
    <w:p>
      <w:r>
        <w:rPr>
          <w:b/>
        </w:rPr>
        <w:t xml:space="preserve">[1:43:25] </w:t>
      </w:r>
      <w:r>
        <w:t>iski kya wajah rahi? "yeh to aur zyada woh hai, yeh to munaafiqat hai. yeh khuli hui munaafiqat hai keh zaati faida aap uthayen aur da'vati faida na uthayen.</w:t>
      </w:r>
    </w:p>
    <w:p>
      <w:pPr>
        <w:jc w:val="right"/>
      </w:pPr>
      <w:r>
        <w:t>اسکیکیا وجہ رہی ؟ "یہتواور زیادہ وہہے، یہتومنافقتہے۔یہ کھلیہوئیمنافقتہےکہ ذاتی فائدہآپاٹھائیں اور دعوتیفائدہنہاٹھائیں۔</w:t>
      </w:r>
    </w:p>
    <w:p>
      <w:r>
        <w:rPr>
          <w:b/>
        </w:rPr>
        <w:t xml:space="preserve">[1:43:38] </w:t>
      </w:r>
      <w:r>
        <w:t>double standard hai, yeh double standard ke naam munaafiqat hai. yeh bohat hi ajeebo ghareeb baat hai keh Musalman wohi hain, shuru shuru mein to unhon ne yeh bhi nahi kiya tha, shuru se nuksan uthate rahe.</w:t>
      </w:r>
    </w:p>
    <w:p>
      <w:pPr>
        <w:jc w:val="right"/>
      </w:pPr>
      <w:r>
        <w:t>ڈبل اسٹینڈرڈہے،یہ ڈبلاسٹینڈرڈکےناممنافقتہے۔ یہبہتہیعجیبوغریبباتہےکہ مسلمانجوہیں، شروع شروعمیںتوانہوںنےیہبھینہیںکیاتھا،شروعسےنقصاناٹھاتےرہے۔</w:t>
      </w:r>
    </w:p>
    <w:p>
      <w:r>
        <w:rPr>
          <w:b/>
        </w:rPr>
        <w:t xml:space="preserve">[1:43:50] </w:t>
      </w:r>
      <w:r>
        <w:t>ab unhon ne dekha keh tarqqi is mein hoti hai,</w:t>
      </w:r>
    </w:p>
    <w:p>
      <w:pPr>
        <w:jc w:val="right"/>
      </w:pPr>
      <w:r>
        <w:t>اب انہوںنےدیکھا کہ ترقیاسمیںہوتیہے،</w:t>
      </w:r>
    </w:p>
    <w:p>
      <w:r>
        <w:rPr>
          <w:b/>
        </w:rPr>
        <w:t xml:space="preserve">[1:43:53] </w:t>
      </w:r>
      <w:r>
        <w:t>apne bachon ko dhoom se dal diya is mein.</w:t>
      </w:r>
    </w:p>
    <w:p>
      <w:pPr>
        <w:jc w:val="right"/>
      </w:pPr>
      <w:r>
        <w:t>اپنےبچوںکودھومسےڈالدیااسمیں۔</w:t>
      </w:r>
    </w:p>
    <w:p>
      <w:r>
        <w:rPr>
          <w:b/>
        </w:rPr>
        <w:t xml:space="preserve">[1:43:58] </w:t>
      </w:r>
      <w:r>
        <w:t>to yeh to munaafiqat hai. ailan bhi nahi kiya keh hamare baap dada ghalat ghalti ki thi is se door rakha tha. dhoom se apne bachon ko parhate hain Angrezi, modern science, bhonkh dete hain unko Europe, America parhne ke liye.</w:t>
      </w:r>
    </w:p>
    <w:p>
      <w:pPr>
        <w:jc w:val="right"/>
      </w:pPr>
      <w:r>
        <w:t>تویہتومنافقتہے۔ اعلانبھینہیںکیاکہہمارےباپداداغ لطیغلطیکیتھیکہاسسے دور رکھاتھا۔ دھومسےاپنےبچوںکوپڑھاتےہیںانگریزی، ماڈرنسائنس، بھونکدیتےہیںانکو یورپ،امریک ہپڑھنےکےلیے۔</w:t>
      </w:r>
    </w:p>
    <w:p>
      <w:r>
        <w:rPr>
          <w:b/>
        </w:rPr>
        <w:t xml:space="preserve">[1:44:13] </w:t>
      </w:r>
      <w:r>
        <w:t>lekin ailan nahi kiya keh hum ghalati par thay jo hum ne is se boycott kiya. aur in mawaqe ko da'wat ke liye istemal karna, yeh to bilkul yani yeh yeh bilkul hi ghayab hai.</w:t>
      </w:r>
    </w:p>
    <w:p>
      <w:pPr>
        <w:jc w:val="right"/>
      </w:pPr>
      <w:r>
        <w:t>لیکن اعلاننہیںکیاکہہم غلطیپرتھے جوہمنےاسے بائیکاٹکیا۔ اور ان مواقع کو دعوتکےلیےاستعمالکرنا،یہ توبالکل یعنی یہ یہبالکلہیغائبہے۔</w:t>
      </w:r>
    </w:p>
    <w:p>
      <w:r>
        <w:rPr>
          <w:b/>
        </w:rPr>
        <w:t xml:space="preserve">[1:44:26] </w:t>
      </w:r>
      <w:r>
        <w:t>kisi Musalman ke andar yeh shaoor nahi hai keh in mawaqe ko da'wat ke liye istemal kiya jaye. yeh to ghalati dar ghalati hai.</w:t>
      </w:r>
    </w:p>
    <w:p>
      <w:pPr>
        <w:jc w:val="right"/>
      </w:pPr>
      <w:r>
        <w:t>کسی مس لمانکےاندریہشعورہینہیںہے کہانمواقعکودعوتکےلیےاستعمال کیاجائے۔ یہتوغلطیدرغلطیہے۔</w:t>
      </w:r>
    </w:p>
    <w:p>
      <w:r>
        <w:rPr>
          <w:b/>
        </w:rPr>
        <w:t xml:space="preserve">[1:44:34] </w:t>
      </w:r>
      <w:r>
        <w:t>ab bohat zyada sangin baat hai, bohat sari baat hai yeh keh bohat pakar ki baat hai yeh keh jis cheez ka faida aap ko apne bachon ke liye nazar aa gaya, usi cheez ka faida deen ke liye kyun nazar nahi aaya?</w:t>
      </w:r>
    </w:p>
    <w:p>
      <w:pPr>
        <w:jc w:val="right"/>
      </w:pPr>
      <w:r>
        <w:t>اببہتزیادہ سنگ ینباتہے،بہتسیریسباتہےیہ کہبہت پکڑکیباتہےیہ کہ جس چیز کا فائدہآپکو اپنےبچوںکےلیےنظر آگیا، اسیچیزکافائدہدینکےلیےکیوںنظر نہیںآیا؟</w:t>
      </w:r>
    </w:p>
    <w:p>
      <w:r>
        <w:rPr>
          <w:b/>
        </w:rPr>
        <w:t xml:space="preserve">[1:44:47] </w:t>
      </w:r>
      <w:r>
        <w:t>kya Khuda poochega? nahi, yaqeenan poochega.</w:t>
      </w:r>
    </w:p>
    <w:p>
      <w:pPr>
        <w:jc w:val="right"/>
      </w:pPr>
      <w:r>
        <w:t>کیا خداپوچھےگا؟نہیں، یقیناپوچھےگا۔</w:t>
      </w:r>
    </w:p>
    <w:p>
      <w:r>
        <w:rPr>
          <w:b/>
        </w:rPr>
        <w:t xml:space="preserve">[1:44:55] </w:t>
      </w:r>
      <w:r>
        <w:t>Maulana Amanullah Riyadh ne Dilli se likha hai:</w:t>
      </w:r>
    </w:p>
    <w:p>
      <w:pPr>
        <w:jc w:val="right"/>
      </w:pPr>
      <w:r>
        <w:t>مول انا امان اللہ ریاضینے دلیسےلکھاہے:</w:t>
      </w:r>
    </w:p>
    <w:p>
      <w:r>
        <w:rPr>
          <w:b/>
        </w:rPr>
        <w:t xml:space="preserve">[1:44:59] </w:t>
      </w:r>
      <w:r>
        <w:t>"ek sahib se baat hui, unhon ne kaha keh wazifa parhne se bhi tazkiya hota hai aur ghore o fikr karne se bhi.</w:t>
      </w:r>
    </w:p>
    <w:p>
      <w:pPr>
        <w:jc w:val="right"/>
      </w:pPr>
      <w:r>
        <w:t>"ایکصاحبسےباتہوئی ، انہوں نےکہا کہ وظیفہپڑھنےسےبھی تزکیہہوتاہے اور غور و فکرکرنے سےبھی۔</w:t>
      </w:r>
    </w:p>
    <w:p>
      <w:r>
        <w:rPr>
          <w:b/>
        </w:rPr>
        <w:t xml:space="preserve">[1:45:09] </w:t>
      </w:r>
      <w:r>
        <w:t>"Maulana, is baat ko clear kijiye, mujhe yeh bataiye keh wazifa parhna ka tareeqa kis rasool se aur sabit kahan sabit hai?</w:t>
      </w:r>
    </w:p>
    <w:p>
      <w:pPr>
        <w:jc w:val="right"/>
      </w:pPr>
      <w:r>
        <w:t>"مولانا،اسباتکو کلیئرکیجئے، مجھےیہبتائیےکہوظیفہپڑھنا کاطریقہ کس رسولسےاورثابتکہاںثابت ہے؟</w:t>
      </w:r>
    </w:p>
    <w:p>
      <w:r>
        <w:rPr>
          <w:b/>
        </w:rPr>
        <w:t xml:space="preserve">[1:45:18] </w:t>
      </w:r>
      <w:r>
        <w:t>yeh to bad'at hai. masla yeh nahi hai, masla koi yeh sabit kare ke Rasool Allah wazifa parhte the, Sahaba wazifa parhte the.</w:t>
      </w:r>
    </w:p>
    <w:p>
      <w:pPr>
        <w:jc w:val="right"/>
      </w:pPr>
      <w:r>
        <w:t>یہتوبد عتہے۔ مسئلہیہنہیںہے، مسئلہکوئییہثابتکرےکہرسولاللہوظیفہپڑھتےتھے، صحابہوظیفہپڑھتےتھے۔</w:t>
      </w:r>
    </w:p>
    <w:p>
      <w:r>
        <w:rPr>
          <w:b/>
        </w:rPr>
        <w:t xml:space="preserve">[1:45:30] </w:t>
      </w:r>
      <w:r>
        <w:t>agar nahi hai to phir wohi hadith aap par mantiq hogi ke "man qala ma laisa minni". mein ne foran woh reject kar diya jaye ga.</w:t>
      </w:r>
    </w:p>
    <w:p>
      <w:pPr>
        <w:jc w:val="right"/>
      </w:pPr>
      <w:r>
        <w:t>اگر نہیںہےتوپھروہیحدیث آپ پر منط بقہوگی کہ"منفی عمر نہذا مال "۔میںنےفوراً وہریجیکٹکردیاجائےگا۔</w:t>
      </w:r>
    </w:p>
    <w:p>
      <w:r>
        <w:rPr>
          <w:b/>
        </w:rPr>
        <w:t xml:space="preserve">[1:45:41] </w:t>
      </w:r>
      <w:r>
        <w:t>kisi ka kehna hai ke mujhe faida milta hai, yeh koi yeh koi qabil e aitbar baat nahi hai. aap ko faida milta hai nahi milta, yeh ek aap janiye.</w:t>
      </w:r>
    </w:p>
    <w:p>
      <w:pPr>
        <w:jc w:val="right"/>
      </w:pPr>
      <w:r>
        <w:t>کسی کا کہناہےکہمجھےفائدہملتاہے،یہکوئی یہکوئیقابلاعتبارباتنہیںہے۔ آپ کوفائدہملتانہیں ملتا،یہ ایک آپجانیے۔</w:t>
      </w:r>
    </w:p>
    <w:p>
      <w:r>
        <w:rPr>
          <w:b/>
        </w:rPr>
        <w:t xml:space="preserve">[1:45:51] </w:t>
      </w:r>
      <w:r>
        <w:t>aap ko yeh sabit karna pare ga ke Rasool Allah ke Quran mein aisa likha hua hai, Rasool Allah ka tareeqa tha, Sahaba aisa karte the.</w:t>
      </w:r>
    </w:p>
    <w:p>
      <w:pPr>
        <w:jc w:val="right"/>
      </w:pPr>
      <w:r>
        <w:t>آپ کویہثابتکرناپڑےگاکہرسولاللہ کےقرآنمیںایسالکھاہواہے، رسولاللہکاطریقہتھا، صحابہایساکرتے تھے۔</w:t>
      </w:r>
    </w:p>
    <w:p>
      <w:r>
        <w:rPr>
          <w:b/>
        </w:rPr>
        <w:t xml:space="preserve">[1:46:00] </w:t>
      </w:r>
      <w:r>
        <w:t>to wahan se koi koi saboot nahi de sakta, koi iska. yeh wazifa ka tareeqa hai, to sar ta sar bad'at hai. yeh iska koi talluq shariyat se hai nahi, qatan nahi hai.</w:t>
      </w:r>
    </w:p>
    <w:p>
      <w:pPr>
        <w:jc w:val="right"/>
      </w:pPr>
      <w:r>
        <w:t>تو وہاںسےکوئی کوئیثبوتنہیںدےسکتا،کوئیاسکا۔ یہوظیفہکاطریقہہے،تو سرتاسربدعتہے۔یہ اسکاکوئیتعلق شریعتسےہےنہیں ،قطعاًنہیںہے۔</w:t>
      </w:r>
    </w:p>
    <w:p>
      <w:r>
        <w:rPr>
          <w:b/>
        </w:rPr>
        <w:t xml:space="preserve">[1:46:12] </w:t>
      </w:r>
      <w:r>
        <w:t>ek bohat bare Sahabi the, Abu Darda. to unke maut ke baad ek shakhs gaya unki biwi ke paas poochne ke liye, yahi poochne ke liye unka wazifa kya tha?</w:t>
      </w:r>
    </w:p>
    <w:p>
      <w:pPr>
        <w:jc w:val="right"/>
      </w:pPr>
      <w:r>
        <w:t>ایک بہت بڑےصحابی تھے،ابودردہ۔ تو انکے موتکےبعد ایک شخصگیا انکیبیویکےپاس پوچھنےکےلیے، یہیپوچھنےکےلیےانکاوظیفہکیاتھا؟</w:t>
      </w:r>
    </w:p>
    <w:p>
      <w:r>
        <w:rPr>
          <w:b/>
        </w:rPr>
        <w:t xml:space="preserve">[1:46:27] </w:t>
      </w:r>
      <w:r>
        <w:t>yeh Tabi'i, woh woh Tabi'i tha, woh aadmi poochne poochne gaya tha. yeh baat ke khayalat jab aa chuke the to unhone kaha: "at tafakkur wal i'tibar,</w:t>
      </w:r>
    </w:p>
    <w:p>
      <w:pPr>
        <w:jc w:val="right"/>
      </w:pPr>
      <w:r>
        <w:t>یہ تابعی، وہوہ تابعیتھا،وہآدمیپوچھنے پوچھنےگیاتھا۔ یہ باتکے خیالات جب آچکےتھے توانہوںنےکہا:"التفکروال اعتبار،</w:t>
      </w:r>
    </w:p>
    <w:p>
      <w:r>
        <w:rPr>
          <w:b/>
        </w:rPr>
        <w:t xml:space="preserve">[1:46:42] </w:t>
      </w:r>
      <w:r>
        <w:t>ghor o fikr karna" aur koi wazifa nahi tha unka. "at tafakkur wal i'tibar" i'tibar ka matlab 'ibrat pakadna, naseehat lena, yeh sochna aur naseehat pakadna, yeh tha unka wazifa.</w:t>
      </w:r>
    </w:p>
    <w:p>
      <w:pPr>
        <w:jc w:val="right"/>
      </w:pPr>
      <w:r>
        <w:t>غوروفکرکرنا" اور کوئیوظیفہنہیںتھاانکا ۔ "التفکروال اعتبار"اعتبار کامطلب عبرتپکڑنا،نصیحتلینا، یہسوچنااورنصیحتپکڑنا، یہتھاانکاوظیفہ۔</w:t>
      </w:r>
    </w:p>
    <w:p>
      <w:r>
        <w:rPr>
          <w:b/>
        </w:rPr>
        <w:t xml:space="preserve">[1:46:55] </w:t>
      </w:r>
      <w:r>
        <w:t>ab jo wazife nikale gaye hain to koi sabit kare ke yeh Quran o Hadees mein hai? nahi hai to bhai phir inko yani foran ke fehrist mein daal diya jaye ga. inko</w:t>
      </w:r>
    </w:p>
    <w:p>
      <w:pPr>
        <w:jc w:val="right"/>
      </w:pPr>
      <w:r>
        <w:t>ابجووظیفےنکالےگئےہیںتوکوئیثابتکرےکہیہ قرآنوحدیثمیںہے؟نہیںہےتو بھئی پھر انکو یعنی فوراً کےفہرست میں ڈال دیاجائےگا۔انکو</w:t>
      </w:r>
    </w:p>
    <w:p>
      <w:r>
        <w:rPr>
          <w:b/>
        </w:rPr>
        <w:t xml:space="preserve">[1:47:10] </w:t>
      </w:r>
      <w:r>
        <w:t>mas Aisha Zokwan ne Dilli se likha hai: "according to hadith, one who does not thank people, does not thank God.</w:t>
      </w:r>
    </w:p>
    <w:p>
      <w:pPr>
        <w:jc w:val="right"/>
      </w:pPr>
      <w:r>
        <w:t>مس عائشہ زکواننے دلیسےلکھاہے: "اکارڈنگٹواحدیث، ون ہو ڈزناٹ تھینک پیپل ،ڈزناٹتھینک گاڈ۔</w:t>
      </w:r>
    </w:p>
    <w:p>
      <w:r>
        <w:rPr>
          <w:b/>
        </w:rPr>
        <w:t xml:space="preserve">[1:47:21] </w:t>
      </w:r>
      <w:r>
        <w:t>"Molana, in this hadith, why is thanking people mentioned before thanking God?</w:t>
      </w:r>
    </w:p>
    <w:p>
      <w:pPr>
        <w:jc w:val="right"/>
      </w:pPr>
      <w:r>
        <w:t>"مولانا،اندسحدیث، وائیازتھینکنگپیپل مینشن بیفور تھینکنگگاڈ؟</w:t>
      </w:r>
    </w:p>
    <w:p>
      <w:r>
        <w:rPr>
          <w:b/>
        </w:rPr>
        <w:t xml:space="preserve">[1:47:30] </w:t>
      </w:r>
      <w:r>
        <w:t>matlab "maghfir Allah". phir pehla sabqa to insaan se parhta hai, ghar mein bahar har waqt insaan sabqa parhta hai.</w:t>
      </w:r>
    </w:p>
    <w:p>
      <w:pPr>
        <w:jc w:val="right"/>
      </w:pPr>
      <w:r>
        <w:t>مطلب"مغفر اللہ"۔ پھرپہلاسابق ہتوانسانسےپڑھتاہے، گھرمیں باہر ہروقت انسان سابقہپڑھتاہے۔</w:t>
      </w:r>
    </w:p>
    <w:p>
      <w:r>
        <w:rPr>
          <w:b/>
        </w:rPr>
        <w:t xml:space="preserve">[1:47:41] </w:t>
      </w:r>
      <w:r>
        <w:t>yani Khuda ke liye to aap sochenge, tab aap ka Khuda se mind aapke mind mein aaye ga. lekin insaan se to har waqt sabqa parhta hai.</w:t>
      </w:r>
    </w:p>
    <w:p>
      <w:pPr>
        <w:jc w:val="right"/>
      </w:pPr>
      <w:r>
        <w:t>یعنیخداکےلیےتوآپسوچیںگے،تبآپکاخداسے مائنڈآپکےمائنڈمیںآئےگا۔لیکن انسانسےتوہروقتسابقہپڑھتاہے۔</w:t>
      </w:r>
    </w:p>
    <w:p>
      <w:r>
        <w:rPr>
          <w:b/>
        </w:rPr>
        <w:t xml:space="preserve">[1:47:51] </w:t>
      </w:r>
      <w:r>
        <w:t>to insaan jinse har waqt sabqa parhta hai, is sabqa ke dauran agar aap ke andar shukr ke jazbat ka izhaar nahi hua, iska matlab ke aap us i'tibar se khali hain.</w:t>
      </w:r>
    </w:p>
    <w:p>
      <w:pPr>
        <w:jc w:val="right"/>
      </w:pPr>
      <w:r>
        <w:t>توانسان جنسےہروقتسابقہپڑھتاہے، اس سابق ےکےدوران اگر آپکےاندرشکرکے جذبات کااظہارنہیںہوا ، اسکامعنیکہآپاساعتبارسےخالیہیں۔</w:t>
      </w:r>
    </w:p>
    <w:p>
      <w:r>
        <w:rPr>
          <w:b/>
        </w:rPr>
        <w:t xml:space="preserve">[1:48:05] </w:t>
      </w:r>
      <w:r>
        <w:t>yani har waqt insaan se neki ke waqt uska izhaar hota hai. to insaan se neki ke darmiyan jab shukr ke jazbat zahir nahi hote to pani ka aadmi khali hai. is se jab khali hai to Khuda ka mamla bhi khali rahe ga. woh</w:t>
      </w:r>
    </w:p>
    <w:p>
      <w:pPr>
        <w:jc w:val="right"/>
      </w:pPr>
      <w:r>
        <w:t>یعنیہروقت انسان وںسےبلےکے وقت اسکااظہارہوتاہے۔ تو انسان وں سے کےدرمیانجب شکرکےجذبات ظاہرنہیںہوتےتو پانیکاآدمیخالیہے۔اسسے جبخالیہےتوخداکامعاملہبھیخالیرہےگا۔وہ</w:t>
      </w:r>
    </w:p>
    <w:p>
      <w:r>
        <w:rPr>
          <w:b/>
        </w:rPr>
        <w:t xml:space="preserve">[1:48:21] </w:t>
      </w:r>
      <w:r>
        <w:t>to yeh to ek fitri baat hai, is mein koi yani koi mystery sab baat nahi hai. Maulana Inayatullah Omar ne Dilli se likha hai: "complex kya hai?</w:t>
      </w:r>
    </w:p>
    <w:p>
      <w:pPr>
        <w:jc w:val="right"/>
      </w:pPr>
      <w:r>
        <w:t>تویہتوایکفطریباتہے، اسمیںکوئی یعنیکوئی مسٹیریسباتنہیں ہے۔ مول اناعنایت اللہعمرینے دلیسےلکھاہے: "کامپلیکس کیاہے ؟</w:t>
      </w:r>
    </w:p>
    <w:p>
      <w:r>
        <w:rPr>
          <w:b/>
        </w:rPr>
        <w:t xml:space="preserve">[1:48:36] </w:t>
      </w:r>
      <w:r>
        <w:t>iska nuqsan kya hai? aur complex free hone ka formula kya hai?" complex bhai, usko kehte hain "uqda nafsi".</w:t>
      </w:r>
    </w:p>
    <w:p>
      <w:pPr>
        <w:jc w:val="right"/>
      </w:pPr>
      <w:r>
        <w:t>اسکا نقصانکیا ہے؟ اور کمپلیکس فریہونےکا فارمولاکیاہے؟" کمپلیکسبھئی،اسکوکہتےہیں"عقد نفسی"۔</w:t>
      </w:r>
    </w:p>
    <w:p>
      <w:r>
        <w:rPr>
          <w:b/>
        </w:rPr>
        <w:t xml:space="preserve">[1:48:48] </w:t>
      </w:r>
      <w:r>
        <w:t>uqda nafsi yani aap ka jo mind hai, aap ka jo zehan hai, woh tarah tarah ke khayalat se mutasir hota hai.</w:t>
      </w:r>
    </w:p>
    <w:p>
      <w:pPr>
        <w:jc w:val="right"/>
      </w:pPr>
      <w:r>
        <w:t>عقد نفسی یعنی آپ کاجومائنڈہے،آپکاجوذہنہے، وہ طرح طرح کےخیالاتسےمتاثرہوتاہے۔</w:t>
      </w:r>
    </w:p>
    <w:p>
      <w:r>
        <w:rPr>
          <w:b/>
        </w:rPr>
        <w:t xml:space="preserve">[1:48:58] </w:t>
      </w:r>
      <w:r>
        <w:t>is se aap ke ta'assub aa jata hai, nafrat aa jati hai,</w:t>
      </w:r>
    </w:p>
    <w:p>
      <w:pPr>
        <w:jc w:val="right"/>
      </w:pPr>
      <w:r>
        <w:t>اسسےآپکےتع صب آجاتاہے، نفرتآجاتیہے،</w:t>
      </w:r>
    </w:p>
    <w:p>
      <w:r>
        <w:rPr>
          <w:b/>
        </w:rPr>
        <w:t xml:space="preserve">[1:49:03] </w:t>
      </w:r>
      <w:r>
        <w:t>kahin se aap ke andar bughz paida ho jata hai, tarah tarah ke negative jazbat aa jate hain dimagh mein. yeh hai "uqda nafsi".</w:t>
      </w:r>
    </w:p>
    <w:p>
      <w:pPr>
        <w:jc w:val="right"/>
      </w:pPr>
      <w:r>
        <w:t>کہیںسےآپکےاندربغضپیداہوجاتاہے، طرح طرحکےنیگیٹیوجذبات آجاتےہیںدماغمیں۔ یہہے"عقد نفسی"۔</w:t>
      </w:r>
    </w:p>
    <w:p>
      <w:r>
        <w:rPr>
          <w:b/>
        </w:rPr>
        <w:t xml:space="preserve">[1:49:13] </w:t>
      </w:r>
      <w:r>
        <w:t>isi se complex, usko complex kaha jata hai. to apne aap ko in sab cheezon se nikalna, matlab nafrat aaye to usko khatam karna, inteqam aaye to khatam karna, ghussa aaye to khatam karna, ta'assub aaye to khatam karna.</w:t>
      </w:r>
    </w:p>
    <w:p>
      <w:pPr>
        <w:jc w:val="right"/>
      </w:pPr>
      <w:r>
        <w:t>اسیسےکمپلیکس ،اسکوکمپلیکسکہاجاتاہے۔ تو اپنےآپ کو انسب چیزوںسے نکالنا، مطلبنفرتآئےتواسکو ختمکرنا، انتقامآئےتوختمکرنا، غصہآئےتوختمکرنا، تعصبآئےتوختمکرنا۔</w:t>
      </w:r>
    </w:p>
    <w:p>
      <w:r>
        <w:rPr>
          <w:b/>
        </w:rPr>
        <w:t xml:space="preserve">[1:49:33] </w:t>
      </w:r>
      <w:r>
        <w:t>khatam karte karte jab aap is se apne ko azaad kar lenge to wohi hoga "complex free mind" yani "uqda nafsi" se pak zehan.</w:t>
      </w:r>
    </w:p>
    <w:p>
      <w:pPr>
        <w:jc w:val="right"/>
      </w:pPr>
      <w:r>
        <w:t>ختم کرتے کرتے جبآپ اسسےاپنے کوآزادکرلیںگےتووہیہوگا"کامپلیکسفریمائنڈ"ی عنی"عقد نفسی"سے پاک دماغ۔</w:t>
      </w:r>
    </w:p>
    <w:p>
      <w:r>
        <w:rPr>
          <w:b/>
        </w:rPr>
        <w:t xml:space="preserve">[1:49:44] </w:t>
      </w:r>
      <w:r>
        <w:t>isi ko Quran ke lafz mein kaha gaya: "An Nafs al-Mutma'innah". "An Nafs al-Mutma'innah" jo Surah Al-Fajr mein hai, iska matlab hai "complex free soul". to Quran ke mutabiq "An Nafs al-Mutma'innah" ke liye jannat hai.</w:t>
      </w:r>
    </w:p>
    <w:p>
      <w:pPr>
        <w:jc w:val="right"/>
      </w:pPr>
      <w:r>
        <w:t>اسیکوقرآنکےلفظمیںکہاگیا:"النفس المطمئنہ"۔ "النفس المطمئنہ"جوسورہالفجرمیںہے، اسکامطلبہے "کامپلیکسفری سول"۔ تو قرآنکےمط ابق "النفس المطمئنہ"کےلیےجنتہے۔</w:t>
      </w:r>
    </w:p>
    <w:p>
      <w:r>
        <w:rPr>
          <w:b/>
        </w:rPr>
        <w:t xml:space="preserve">[1:49:59] </w:t>
      </w:r>
      <w:r>
        <w:t>is se aap sab se sab se naye ka is se andaza hota hai ke "complex free soul" hona kitna zyada important hai. iske baad jannat mil jaye gi.</w:t>
      </w:r>
    </w:p>
    <w:p>
      <w:pPr>
        <w:jc w:val="right"/>
      </w:pPr>
      <w:r>
        <w:t>اسسے آپسب سے سبسےنئےکا اسسےاندازہہوتاہےکہ "کامپلیکسفریسول"ہونا کتنازیادہ امپورٹنٹہے۔ اسکےبعدجن تیمجتبیٰہے۔</w:t>
      </w:r>
    </w:p>
    <w:p>
      <w:r>
        <w:rPr>
          <w:b/>
        </w:rPr>
        <w:t xml:space="preserve">[1:50:12] </w:t>
      </w:r>
      <w:r>
        <w:t>to har qism ke negative sentiment, har qism ke manfi jazbat se pak karke apne ko "complex free" banana, "complex free" banana zaruri hai kyunke iske baad jannat ka dakhila hi nahi mile ga.</w:t>
      </w:r>
    </w:p>
    <w:p>
      <w:pPr>
        <w:jc w:val="right"/>
      </w:pPr>
      <w:r>
        <w:t>توہرقسم کےنیگیٹیوسینٹیمنٹ،ہرقسم کے منفیجذبات سے پاک کرکےاپنے کو "کامپلیکسفری"بنانا، "کامپلیکسفری"بناناضروریہے کیونکہاسکےبعد جنتکا داخلہہینہیںملےگا۔</w:t>
      </w:r>
    </w:p>
    <w:p>
      <w:r>
        <w:rPr>
          <w:b/>
        </w:rPr>
        <w:t xml:space="preserve">[1:50:30] </w:t>
      </w:r>
      <w:r>
        <w:t>maulana, unhonne poochha tha iska aur iska formula kya hai? to iske baare mein aap kya kahenge? formula, hmm, formula hai muh asbah, apne khilaaf sochna,</w:t>
      </w:r>
    </w:p>
    <w:p>
      <w:pPr>
        <w:jc w:val="right"/>
      </w:pPr>
      <w:r>
        <w:t>مولانا،انہوںنےپوچھاتھااسکا اوراسکافارمولاکیاہے؟ تو اسکےبارےمیںآپکیا کہیںگے؟ فارمولا، ہمم، فارمولاہےمح اسبہ، اپنے خلاف سوچنا،</w:t>
      </w:r>
    </w:p>
    <w:p>
      <w:r>
        <w:rPr>
          <w:b/>
        </w:rPr>
        <w:t xml:space="preserve">[1:50:44] </w:t>
      </w:r>
      <w:r>
        <w:t>"antiselfthinking".</w:t>
      </w:r>
    </w:p>
    <w:p>
      <w:pPr>
        <w:jc w:val="right"/>
      </w:pPr>
      <w:r>
        <w:t>"اینٹیسیلفتھنکنگ"۔</w:t>
      </w:r>
    </w:p>
    <w:p>
      <w:r>
        <w:rPr>
          <w:b/>
        </w:rPr>
        <w:t xml:space="preserve">[1:50:49] </w:t>
      </w:r>
      <w:r>
        <w:t>"anti self thinking" aur koi formula nahin. apne khilaaf sochne ki aadat daliye,</w:t>
      </w:r>
    </w:p>
    <w:p>
      <w:pPr>
        <w:jc w:val="right"/>
      </w:pPr>
      <w:r>
        <w:t>"اینٹی سیلفتھنکنگ" اور کوئیفارمولانہیں ۔ اپنے خلاف سوچنےکیعادتڈالیے،</w:t>
      </w:r>
    </w:p>
    <w:p>
      <w:r>
        <w:rPr>
          <w:b/>
        </w:rPr>
        <w:t xml:space="preserve">[1:51:01] </w:t>
      </w:r>
      <w:r>
        <w:t>apne yaani apna muhasbah karte rahiye. barabar</w:t>
      </w:r>
    </w:p>
    <w:p>
      <w:pPr>
        <w:jc w:val="right"/>
      </w:pPr>
      <w:r>
        <w:t>اپنے یعنی اپنا محاسبہکرتے رہیے۔برابر</w:t>
      </w:r>
    </w:p>
    <w:p>
      <w:r>
        <w:rPr>
          <w:b/>
        </w:rPr>
        <w:t xml:space="preserve">[1:51:10] </w:t>
      </w:r>
      <w:r>
        <w:t>jo hadith mein aata hai ke: "wudun qabl ant wudun</w:t>
      </w:r>
    </w:p>
    <w:p>
      <w:pPr>
        <w:jc w:val="right"/>
      </w:pPr>
      <w:r>
        <w:t>جوحدیث میںآتاہےکہ: "ودن قبل انت ودن</w:t>
      </w:r>
    </w:p>
    <w:p>
      <w:r>
        <w:rPr>
          <w:b/>
        </w:rPr>
        <w:t xml:space="preserve">[1:51:16] </w:t>
      </w:r>
      <w:r>
        <w:t>"."hasib qabl tahasub". "hasib qabl tahasub". "wudun qabl ant wudun " yaani apna muhasbah kar lo is se pehle ke Allah ka tumhara muhasbah kiya jaaye.</w:t>
      </w:r>
    </w:p>
    <w:p>
      <w:pPr>
        <w:jc w:val="right"/>
      </w:pPr>
      <w:r>
        <w:t>"۔"حاسبقبل تحاسب"۔ "حاسب قبل تح اسب"۔"ودن قبل انتودن "یعنیاپنا محاسبہکرلو اسسےپہلے کہاللہکاتمہارامحاسبہکیا جائے۔</w:t>
      </w:r>
    </w:p>
    <w:p>
      <w:r>
        <w:rPr>
          <w:b/>
        </w:rPr>
        <w:t xml:space="preserve">[1:51:27] </w:t>
      </w:r>
      <w:r>
        <w:t>apne ko tol lo is se pehle ke tum ko wohan tol aaye.</w:t>
      </w:r>
    </w:p>
    <w:p>
      <w:pPr>
        <w:jc w:val="right"/>
      </w:pPr>
      <w:r>
        <w:t>اپنے کوتول لو اسسےپہلے کہتم کووہاںتولآجائے۔</w:t>
      </w:r>
    </w:p>
    <w:p>
      <w:r>
        <w:rPr>
          <w:b/>
        </w:rPr>
        <w:t xml:space="preserve">[1:51:32] </w:t>
      </w:r>
      <w:r>
        <w:t>yahi formula hai aur koi doosra formula nahin.</w:t>
      </w:r>
    </w:p>
    <w:p>
      <w:pPr>
        <w:jc w:val="right"/>
      </w:pPr>
      <w:r>
        <w:t>یہیفارمولاہے اور کوئیدوسرافارمولانہیں۔</w:t>
      </w:r>
    </w:p>
    <w:p>
      <w:r>
        <w:rPr>
          <w:b/>
        </w:rPr>
        <w:t xml:space="preserve">[1:51:39] </w:t>
      </w:r>
      <w:r>
        <w:t>maulana, Allah ne kolkatta se likha hai: "tazkiya ke liye tahajjud ki ahmiyat kya hai?" dekhen, tahajjud aajkal jo hai, tahajjud usi ko koi uske mein mein dekhun, iska koi bhi koi faida nahin.</w:t>
      </w:r>
    </w:p>
    <w:p>
      <w:pPr>
        <w:jc w:val="right"/>
      </w:pPr>
      <w:r>
        <w:t>مول انا احسن اللہ نے کلکتہسےلکھاہے: "تزکیہکےلیے تہجدکی اہمیتکیاہے ؟" دیکھیں،تہجد آجکلجوہے،تہجد اسی کوکوئیاسکے میں میں دیکھوں،اسکاکوئیبھی کوئی فائدہنہیں ۔</w:t>
      </w:r>
    </w:p>
    <w:p>
      <w:r>
        <w:rPr>
          <w:b/>
        </w:rPr>
        <w:t xml:space="preserve">[1:51:59] </w:t>
      </w:r>
      <w:r>
        <w:t>logon ne tahajjud ko ek waqt khaas mein kuch rak'aten padhne ka maena samajh liya.</w:t>
      </w:r>
    </w:p>
    <w:p>
      <w:pPr>
        <w:jc w:val="right"/>
      </w:pPr>
      <w:r>
        <w:t>لوگوںنےتہجد کوایک وقت خاص میںکچھرکعتیںپڑھنےکا معنیسمجھلیا۔</w:t>
      </w:r>
    </w:p>
    <w:p>
      <w:r>
        <w:rPr>
          <w:b/>
        </w:rPr>
        <w:t xml:space="preserve">[1:52:06] </w:t>
      </w:r>
      <w:r>
        <w:t>yaani ek waqt hai fajr se pehle ka, us waqt aap uth kar ke kuch rak'aten padh len, matlab is farma ko dohra den. main is ko tahajjud nahin samajhta, main is ko koi faida samajhta hun.</w:t>
      </w:r>
    </w:p>
    <w:p>
      <w:pPr>
        <w:jc w:val="right"/>
      </w:pPr>
      <w:r>
        <w:t>یعنیایکوقت ہے فجرسےپہلے کا، اسوقتآپاٹھکرکے کچھرکعتیںپڑھلیں، مطلب اسفارمکودہرادیں۔ میں اسکو تہجدنہیںسمجھتا، میںاسکوکوئیفائدہسمجھتاہوں۔</w:t>
      </w:r>
    </w:p>
    <w:p>
      <w:r>
        <w:rPr>
          <w:b/>
        </w:rPr>
        <w:t xml:space="preserve">[1:52:19] </w:t>
      </w:r>
      <w:r>
        <w:t>tahajjud ki harkat hai ghaur o fikr.</w:t>
      </w:r>
    </w:p>
    <w:p>
      <w:pPr>
        <w:jc w:val="right"/>
      </w:pPr>
      <w:r>
        <w:t>تہجد کیحرکتہے غوروفکر ۔</w:t>
      </w:r>
    </w:p>
    <w:p>
      <w:r>
        <w:rPr>
          <w:b/>
        </w:rPr>
        <w:t xml:space="preserve">[1:52:24] </w:t>
      </w:r>
      <w:r>
        <w:t>dekhen, tahajjud yeh hai ke raat ko aap soiyen.</w:t>
      </w:r>
    </w:p>
    <w:p>
      <w:pPr>
        <w:jc w:val="right"/>
      </w:pPr>
      <w:r>
        <w:t>دیکھیں،تہجدیہہے کہ راتکوآپسوئیں۔</w:t>
      </w:r>
    </w:p>
    <w:p>
      <w:r>
        <w:rPr>
          <w:b/>
        </w:rPr>
        <w:t xml:space="preserve">[1:52:32] </w:t>
      </w:r>
      <w:r>
        <w:t>jaise kal shaam ko main bahut thaka hua tha, bistar pe let'a to ek dam jaise saara body jo hai choor choor ho raha tha.</w:t>
      </w:r>
    </w:p>
    <w:p>
      <w:pPr>
        <w:jc w:val="right"/>
      </w:pPr>
      <w:r>
        <w:t>جیسےکل شامکومیں بہت تھکاہواتھا، ب سترپہلیٹاتو ایکدمجیسے ساراباڈیجوہے چورچورہورہاتھا۔</w:t>
      </w:r>
    </w:p>
    <w:p>
      <w:r>
        <w:rPr>
          <w:b/>
        </w:rPr>
        <w:t xml:space="preserve">[1:52:43] </w:t>
      </w:r>
      <w:r>
        <w:t>ek dam jaise yaani ehsaas hota hai ke thak gaya hun. main shaam ko</w:t>
      </w:r>
    </w:p>
    <w:p>
      <w:pPr>
        <w:jc w:val="right"/>
      </w:pPr>
      <w:r>
        <w:t>ایکدمجیسے یعنی احساسہوتاہےکہزاستہوگیاہوں۔میں شامکو</w:t>
      </w:r>
    </w:p>
    <w:p>
      <w:r>
        <w:rPr>
          <w:b/>
        </w:rPr>
        <w:t xml:space="preserve">[1:52:49] </w:t>
      </w:r>
      <w:r>
        <w:t>raat ko neend aa gayi. sota raha, sota raha, sota raha. hatta ke subah ko jab utha main fajr se kuch pehle to fresh ho chuka tha. main fresh to kaisi ajeeb nemat hai.</w:t>
      </w:r>
    </w:p>
    <w:p>
      <w:pPr>
        <w:jc w:val="right"/>
      </w:pPr>
      <w:r>
        <w:t>راتکونیندآگئی۔ سوتارہا،سوتارہا،سوتارہا۔ حتیکہصبحکوجباٹھا میں فجرسےکچھپہلے تو فریشہوچکاتھا۔میں فریش توکیسیعجیبنعمتہے۔</w:t>
      </w:r>
    </w:p>
    <w:p>
      <w:r>
        <w:rPr>
          <w:b/>
        </w:rPr>
        <w:t xml:space="preserve">[1:53:05] </w:t>
      </w:r>
      <w:r>
        <w:t>to fajr se kuch pehle main uth gaya aur bas yeh soch raha tha ke Khuda ya tera kitna bada ehsaan hai ke shaam ko main mera body choor choor ho raha tha, yeh sab se fresh hun.</w:t>
      </w:r>
    </w:p>
    <w:p>
      <w:pPr>
        <w:jc w:val="right"/>
      </w:pPr>
      <w:r>
        <w:t>تو فجرسے کچھ پہلے میںاٹھگیا اور بسیہیسوچرہاتھاکہخدایاتیراکتنابڑااحسانہے کہ شامکومیں میراباڈیچورچورہورہاتھا، یہسبسےفریشہوں۔</w:t>
      </w:r>
    </w:p>
    <w:p>
      <w:r>
        <w:rPr>
          <w:b/>
        </w:rPr>
        <w:t xml:space="preserve">[1:53:19] </w:t>
      </w:r>
      <w:r>
        <w:t>us waqt jo aap padhte hain, ek do rak'at, do rak'at ya chand rak'aten, use ehsaas shukr kehta hai. usi ka naam tahajjud hai.</w:t>
      </w:r>
    </w:p>
    <w:p>
      <w:pPr>
        <w:jc w:val="right"/>
      </w:pPr>
      <w:r>
        <w:t>اسوقت جوآپپڑھتےہیں، ایک دورکعت،دورکعتیا چند رکعت، اسے احساس شکرکہتاہے۔ اسیکانامتہجدہے۔</w:t>
      </w:r>
    </w:p>
    <w:p>
      <w:r>
        <w:rPr>
          <w:b/>
        </w:rPr>
        <w:t xml:space="preserve">[1:53:31] </w:t>
      </w:r>
      <w:r>
        <w:t>us waqt aap ka dimagh zyada mutawajjah rehta hai Allah ki taraf. us waqt zyada aap ko yaad aati hain Allah ki nematen. us waqt zyada aap us position mein hote hain ke ghaur kar saken Allah ki aayaton par.</w:t>
      </w:r>
    </w:p>
    <w:p>
      <w:pPr>
        <w:jc w:val="right"/>
      </w:pPr>
      <w:r>
        <w:t>اسوقت آپکادماغ زیادہ مت وجہرہتاہےاللہکیطرف ۔اسوقتزیادہ آپکویادآتیہیںاللہ کی نعمتیں۔ اسوقتزیادہ آپ اسپوزیشنمیںہوتےہیںکہ غورکرسکیں اللہ کی آیتوںپر ۔</w:t>
      </w:r>
    </w:p>
    <w:p>
      <w:r>
        <w:rPr>
          <w:b/>
        </w:rPr>
        <w:t xml:space="preserve">[1:53:45] </w:t>
      </w:r>
      <w:r>
        <w:t>us us jazbe ke saath khade hote hain namaz padhne ke liye. aap chahe do hi rak'aten padhen, aap uski qadar teekh ke aap bahut saari rak'aten padh dalen.</w:t>
      </w:r>
    </w:p>
    <w:p>
      <w:pPr>
        <w:jc w:val="right"/>
      </w:pPr>
      <w:r>
        <w:t>اس اس جذبےکےساتھکھڑےہوتےہیںنمازپڑھنےکےلیے۔آپ چاہےدوہیرکعتپڑھیں،آپ اسکیقدر تیکہآپبہتساریرکعتیںپڑھڈالیں۔</w:t>
      </w:r>
    </w:p>
    <w:p>
      <w:r>
        <w:rPr>
          <w:b/>
        </w:rPr>
        <w:t xml:space="preserve">[1:53:57] </w:t>
      </w:r>
      <w:r>
        <w:t>main subah ko namaz padhta hun lekin bahut saari rak'aten nahin padhta. main rak'aton ka qael nahin hun. qirat lambi karta hun. main</w:t>
      </w:r>
    </w:p>
    <w:p>
      <w:pPr>
        <w:jc w:val="right"/>
      </w:pPr>
      <w:r>
        <w:t>میں صبحکونمازپڑھتاہوںلیکن بہتساریرکعتیںنہیںپڑھتا۔ میں رکعتوںکاقائلنہیںہوں۔ قرأت لمبیکرتاہوں۔میں</w:t>
      </w:r>
    </w:p>
    <w:p>
      <w:r>
        <w:rPr>
          <w:b/>
        </w:rPr>
        <w:t xml:space="preserve">[1:54:09] </w:t>
      </w:r>
      <w:r>
        <w:t>qirat karte hue sochna, qirat karte hue sochna,</w:t>
      </w:r>
    </w:p>
    <w:p>
      <w:pPr>
        <w:jc w:val="right"/>
      </w:pPr>
      <w:r>
        <w:t>قرأتکرتے ہوئےسوچنا، قرأتکرتےہوئےسوچنا،</w:t>
      </w:r>
    </w:p>
    <w:p>
      <w:r>
        <w:rPr>
          <w:b/>
        </w:rPr>
        <w:t xml:space="preserve">[1:54:15] </w:t>
      </w:r>
      <w:r>
        <w:t>jaise aaj main ne padha: "inna khalaq as-samawati wal-ardi wal-ikhtilaf al-layli wan-nahari la-ayat". ab is mein dimagh bilkul is mein mahv ho gaya.</w:t>
      </w:r>
    </w:p>
    <w:p>
      <w:pPr>
        <w:jc w:val="right"/>
      </w:pPr>
      <w:r>
        <w:t>جیسےآجمیںنےپڑھا:"إنفیخلق السماوات واللیلوقت فی الليلوالنہار لاآیت"۔اباسمیں دماغبالکلاسمیںمحوہوگیا۔</w:t>
      </w:r>
    </w:p>
    <w:p>
      <w:r>
        <w:rPr>
          <w:b/>
        </w:rPr>
        <w:t xml:space="preserve">[1:54:27] </w:t>
      </w:r>
      <w:r>
        <w:t>to tahajjud jo hai, kisi waqt khaas mein ek farma ko dohrane ka naam nahin hai. tahajjud naam hai is baat ka ke aap fresh, jis waqt aap fresh ho jaate hain, jis waqt aap taro taaza hote hain aur phir sukoon hota hai.</w:t>
      </w:r>
    </w:p>
    <w:p>
      <w:pPr>
        <w:jc w:val="right"/>
      </w:pPr>
      <w:r>
        <w:t>تو تہجدجوہے، کسی وقت خاص میںایک فارمکودہر انےکانامنہیں ہے۔ تہجد نامہےاسباتکا کہ آپ فریش، جسوقت آپفریشہوجاتےہیں، جسوقت آپ تروتازہہوتےہیں اور پھر سکونہوتاہے۔</w:t>
      </w:r>
    </w:p>
    <w:p>
      <w:r>
        <w:rPr>
          <w:b/>
        </w:rPr>
        <w:t xml:space="preserve">[1:54:42] </w:t>
      </w:r>
      <w:r>
        <w:t>phir sukoon</w:t>
      </w:r>
    </w:p>
    <w:p>
      <w:pPr>
        <w:jc w:val="right"/>
      </w:pPr>
      <w:r>
        <w:t>پھرسکون</w:t>
      </w:r>
    </w:p>
    <w:p>
      <w:r>
        <w:rPr>
          <w:b/>
        </w:rPr>
        <w:t xml:space="preserve">[1:54:44] </w:t>
      </w:r>
      <w:r>
        <w:t>raat ko jo farz se pehle ka waqt hota hai, us waqt sukoon zyada hota hai. us waqt</w:t>
      </w:r>
    </w:p>
    <w:p>
      <w:pPr>
        <w:jc w:val="right"/>
      </w:pPr>
      <w:r>
        <w:t>راتکوجو فریض سےپہلے کاوقتہوتاہے،اسوقتسکونزیادہہوتاہے۔اسوقت</w:t>
      </w:r>
    </w:p>
    <w:p>
      <w:r>
        <w:rPr>
          <w:b/>
        </w:rPr>
        <w:t xml:space="preserve">[1:54:51] </w:t>
      </w:r>
      <w:r>
        <w:t>to us waqt mere ghar ke paas park hai to chidiyan chehchahati hain. to jab main namaz parhta hoon, lagta hai ke khuda ya main chidiyon ki awaz mein awaz mila raha hoon.</w:t>
      </w:r>
    </w:p>
    <w:p>
      <w:pPr>
        <w:jc w:val="right"/>
      </w:pPr>
      <w:r>
        <w:t>تو اسوقت میرےگھرکےپاس پارکہےتوچڑیاںچہچہاتی ہیں۔ تو جب میں نمازپڑھتاہوں،لگتاہےکہ خدایامیںچڑھیوںکیآوازمیںآوازملارہاہوں۔</w:t>
      </w:r>
    </w:p>
    <w:p>
      <w:r>
        <w:rPr>
          <w:b/>
        </w:rPr>
        <w:t xml:space="preserve">[1:55:04] </w:t>
      </w:r>
      <w:r>
        <w:t>woh bhi ek chehchahana, mera bhi ek goya ke chehchahana hai. woh</w:t>
      </w:r>
    </w:p>
    <w:p>
      <w:pPr>
        <w:jc w:val="right"/>
      </w:pPr>
      <w:r>
        <w:t>وہبھیایک چہچہانا،میرابھیایک گویاکہ چہچہاناہے۔وہ</w:t>
      </w:r>
    </w:p>
    <w:p>
      <w:r>
        <w:rPr>
          <w:b/>
        </w:rPr>
        <w:t xml:space="preserve">[1:55:09] </w:t>
      </w:r>
      <w:r>
        <w:t>chidiyan chehcha rahi hain, Allah ke naghme ga rahi hain. to woh us waqt sochta hoon: khuda ya main insaan ki zaban mein chehcha raha hoon, to chidiya ke chehchahane ko qabool farma raha hai, main mere isko bhi qabool farma.</w:t>
      </w:r>
    </w:p>
    <w:p>
      <w:pPr>
        <w:jc w:val="right"/>
      </w:pPr>
      <w:r>
        <w:t>چڑیاںچہچہارہیہیں،اللہ کے نغمےگارہیہیں۔ تو وہ اسوقت سوچتاہوں:خدایا میں انسان کیزبان میںچہچہارہاہوں، توچڑیاکےچہچہانےکوقبولفرمارہاہے، میں میرےاسکوبھیقبولفرما۔</w:t>
      </w:r>
    </w:p>
    <w:p>
      <w:r>
        <w:rPr>
          <w:b/>
        </w:rPr>
        <w:t xml:space="preserve">[1:55:23] </w:t>
      </w:r>
      <w:r>
        <w:t>to tahajjud ek kaifiyat ka naam hai, yaad rakhiye, form ka naam nahi hai.</w:t>
      </w:r>
    </w:p>
    <w:p>
      <w:pPr>
        <w:jc w:val="right"/>
      </w:pPr>
      <w:r>
        <w:t>تو تہجد ایککیفیتکانامہے،یادرکھیے، فارمکانامنہیںہے۔</w:t>
      </w:r>
    </w:p>
    <w:p>
      <w:r>
        <w:rPr>
          <w:b/>
        </w:rPr>
        <w:t xml:space="preserve">[1:55:31] </w:t>
      </w:r>
      <w:r>
        <w:t>Maulana ke ehsan ne Tamil Nadu se likha hai: "Aap ke nazdeek Al-Risala mission ke members ke liye Tazkir-ul-Quran ke mutale' ki importance kya hai ?"</w:t>
      </w:r>
    </w:p>
    <w:p>
      <w:pPr>
        <w:jc w:val="right"/>
      </w:pPr>
      <w:r>
        <w:t>مول انا کے اےحسننے تملناڈوسےلکھاہے: "آپکے نزدیک الرسالہ مشنکے ممبرزکےلیے تذکر القرآنکے مطالعےکیامپورٹنس کیاہے ؟"</w:t>
      </w:r>
    </w:p>
    <w:p>
      <w:r>
        <w:rPr>
          <w:b/>
        </w:rPr>
        <w:t xml:space="preserve">[1:55:46] </w:t>
      </w:r>
      <w:r>
        <w:t>bhai, main to yehi kahoon ke ashab parhiye, Quran parhiye, sari kitaben parhiye. mujh se poochne ka koi matlab nahi hai kyunke mujhe to zarurat na samajhta to main likhta hi nahi hoon.</w:t>
      </w:r>
    </w:p>
    <w:p>
      <w:pPr>
        <w:jc w:val="right"/>
      </w:pPr>
      <w:r>
        <w:t>بھئی،میںتویہیکہوںکہ اصحابپڑھیے، قرآنپڑھیے،ساریکتابیںپڑھیے۔ مجھسے پوچھنےکاکوئیمطلبہینہیںہے کیونکہمیںتو ضرورت نہسمجھتاتومیںلکھتاہینہیںہوں۔</w:t>
      </w:r>
    </w:p>
    <w:p>
      <w:r>
        <w:rPr>
          <w:b/>
        </w:rPr>
        <w:t xml:space="preserve">[1:55:58] </w:t>
      </w:r>
      <w:r>
        <w:t>main koi ghair zaroori kaam nahi karta Allah ke fazl se. main majlis nahi likhta ke bhai kitab ka mustanad ban jaon.</w:t>
      </w:r>
    </w:p>
    <w:p>
      <w:pPr>
        <w:jc w:val="right"/>
      </w:pPr>
      <w:r>
        <w:t>میںکوئیغیرضروریکامنہیںکرتا اللہ کےفضلسے ۔ میں مجلس نہیںلکھتاکہبھئیکتاب کامستند بنجاؤں۔</w:t>
      </w:r>
    </w:p>
    <w:p>
      <w:r>
        <w:rPr>
          <w:b/>
        </w:rPr>
        <w:t xml:space="preserve">[1:56:08] </w:t>
      </w:r>
      <w:r>
        <w:t>jaise ek sahib ne Seerat ki kitab likhi hai, Seerat ki kitab Rasool Allah (SAW) ki Seerat, aur us mein diwan likhte hain woh ke main sunahri fehrist mein mera bhi shamil naam shamil ho jaye.</w:t>
      </w:r>
    </w:p>
    <w:p>
      <w:pPr>
        <w:jc w:val="right"/>
      </w:pPr>
      <w:r>
        <w:t>جیسےایکصاحبنے سیرتکیکتاب لکھیہے، سیرتکیکتاب رسولاللہصلیاللہعلیہوسلمکیسیرت، اوراسمیںدیواجبلکھتےہیںوہ کہمیں سن ہری فہرست میںمیرابھیشامل نام شامل ہوجائے۔</w:t>
      </w:r>
    </w:p>
    <w:p>
      <w:r>
        <w:rPr>
          <w:b/>
        </w:rPr>
        <w:t xml:space="preserve">[1:56:23] </w:t>
      </w:r>
      <w:r>
        <w:t>Seerat nigaron ke sunahri fehrist mein mera bhi naam shamil ho jaye. ye kitab nahi likha karta.</w:t>
      </w:r>
    </w:p>
    <w:p>
      <w:pPr>
        <w:jc w:val="right"/>
      </w:pPr>
      <w:r>
        <w:t>سیرتنگاروںکےسنہریفہرست میںمیرابھینامشامل ہوجائے۔یہکتاب نہیںلکھاکرتا۔</w:t>
      </w:r>
    </w:p>
    <w:p>
      <w:r>
        <w:rPr>
          <w:b/>
        </w:rPr>
        <w:t xml:space="preserve">[1:56:30] </w:t>
      </w:r>
      <w:r>
        <w:t>ek satar bhi agar likhta hoon to is liye ke koi log parhein isko. to aap Al-Risala parhiye, Tazkir-ul-Quran parhiye, doosri kitaben parhiye aur bar bar parhiye. main to yehi kahoon ga: haan, dekhein, Tazkir-ul-Quran Allah ke fazl se Urdu mein likhi gayi, phir Arabi mein chhap gayi, woh ab Angrezi mein</w:t>
      </w:r>
    </w:p>
    <w:p>
      <w:pPr>
        <w:jc w:val="right"/>
      </w:pPr>
      <w:r>
        <w:t>ایک سطربھیاگرلکھتاہوںتواسلیےکوئیلوگپڑھیںاسکو۔ توآپ رس الےپڑھیے، تذکر القرآنپڑھیے،دوسریکتاب یںپڑھیے اورباربارپڑھیے۔میںتویہیکہوںگا: ہاں،دیکھیں،تذکر القرآناللہ کےفضلسے ارد ومیںلکھیگئی، پھرعربی میں چھپگئی،وہ ابانگریزیمیں</w:t>
      </w:r>
    </w:p>
    <w:p>
      <w:r>
        <w:rPr>
          <w:b/>
        </w:rPr>
        <w:t xml:space="preserve">[1:56:49] </w:t>
      </w:r>
      <w:r>
        <w:t>bhi chhap gayi hai. woh ye Tazkir-ul-Quran ka Angrezi edition hai.</w:t>
      </w:r>
    </w:p>
    <w:p>
      <w:pPr>
        <w:jc w:val="right"/>
      </w:pPr>
      <w:r>
        <w:t>بھیچھپگئیہے۔وہ یہ تذکر القرآنکاانگریزیایڈیشنہے۔</w:t>
      </w:r>
    </w:p>
    <w:p>
      <w:r>
        <w:rPr>
          <w:b/>
        </w:rPr>
        <w:t xml:space="preserve">[1:56:54] </w:t>
      </w:r>
      <w:r>
        <w:t>jab ye chhap kar aayi, main ne dekha to aap aap tasawwur nahi kar sakte ke meri kaifiyat kya hui.</w:t>
      </w:r>
    </w:p>
    <w:p>
      <w:pPr>
        <w:jc w:val="right"/>
      </w:pPr>
      <w:r>
        <w:t>جب یہچھپکرآئی، میںنےدیکھا تو آپ آپ تص ورنہیںکرسکتےکہمی ریکیفیتکیا ہوئی۔</w:t>
      </w:r>
    </w:p>
    <w:p>
      <w:r>
        <w:rPr>
          <w:b/>
        </w:rPr>
        <w:t xml:space="preserve">[1:57:05] </w:t>
      </w:r>
      <w:r>
        <w:t>main aise ahmaq, aise ahmaq, aisi soch ke hamakat samajhta hoon ke main kahoon ke Allah ke haan ye pesh kar doon ga. ye aisi soch ke main hamakat samajhta hoon.</w:t>
      </w:r>
    </w:p>
    <w:p>
      <w:pPr>
        <w:jc w:val="right"/>
      </w:pPr>
      <w:r>
        <w:t>میں ایسے احمق ،ایسے احمق،ایسی سوچکےحماقتسمجھتاہوںکہمیںکہوںکہاللہ کےہاںیہپیشکردوںگا۔یہ ایسیسوچکےمیںحماقتسمجھتاہوں۔</w:t>
      </w:r>
    </w:p>
    <w:p>
      <w:r>
        <w:rPr>
          <w:b/>
        </w:rPr>
        <w:t xml:space="preserve">[1:57:16] </w:t>
      </w:r>
      <w:r>
        <w:t>lekin main ne kya socha ke kaisi ek nemat hai Allah ta'ala ki ke is tarah ka printing door duniya mein aaya.</w:t>
      </w:r>
    </w:p>
    <w:p>
      <w:pPr>
        <w:jc w:val="right"/>
      </w:pPr>
      <w:r>
        <w:t>لیکن میںنےکیاسوچا کہ کیسی ایکنعمتہےاللہتعالی کی کہ اسطرح کا پرنٹ نگ دور دنیا میںآیا۔</w:t>
      </w:r>
    </w:p>
    <w:p>
      <w:r>
        <w:rPr>
          <w:b/>
        </w:rPr>
        <w:t xml:space="preserve">[1:57:26] </w:t>
      </w:r>
      <w:r>
        <w:t>main ne socha ke agar ye is tarah ki chhapi hui kitab koi Makka mein lata, Sahaba ke zaman e mein, to log us waqt daudte ke ye to lagta hai ke Mala-e-A'la ka edition aa gaya hai kya?</w:t>
      </w:r>
    </w:p>
    <w:p>
      <w:pPr>
        <w:jc w:val="right"/>
      </w:pPr>
      <w:r>
        <w:t>میںنےسوچاکہاگریہ اسطرحکیچھپیہوئیکتاب کوئیمکہمیںلاتا، صحابہکےزمان ےمیں، تولوگ اسوقت دوڑتے کہ یہتو لگتاہےکہملائےاعلیٰکا ایڈیشنآگیاہےکیا؟</w:t>
      </w:r>
    </w:p>
    <w:p>
      <w:r>
        <w:rPr>
          <w:b/>
        </w:rPr>
        <w:t xml:space="preserve">[1:57:40] </w:t>
      </w:r>
      <w:r>
        <w:t>ke Quran Musalman ye samajhte hain ke wahan mehfooz hai, Mala-e-A'la mein Quran.</w:t>
      </w:r>
    </w:p>
    <w:p>
      <w:pPr>
        <w:jc w:val="right"/>
      </w:pPr>
      <w:r>
        <w:t>کہقرآن مسلمان یہسمجھتےہیںکہوہاںمحفوظہے،ملائےاعلیٰمیںقرآن۔</w:t>
      </w:r>
    </w:p>
    <w:p>
      <w:r>
        <w:rPr>
          <w:b/>
        </w:rPr>
        <w:t xml:space="preserve">[1:57:45] </w:t>
      </w:r>
      <w:r>
        <w:t>to Mala-e-A'la ka edition jo hai Quran ka, woh woh shayad aa gaya hai daudte dekhne ke liye. isko</w:t>
      </w:r>
    </w:p>
    <w:p>
      <w:pPr>
        <w:jc w:val="right"/>
      </w:pPr>
      <w:r>
        <w:t>تو مل ائےاعلیٰکاایڈیشنجوہےقرآنکا،وہ وہشایدآگیاہےدوڑتےدیکھنےکےلیے۔اسکو</w:t>
      </w:r>
    </w:p>
    <w:p>
      <w:r>
        <w:rPr>
          <w:b/>
        </w:rPr>
        <w:t xml:space="preserve">[1:57:52] </w:t>
      </w:r>
      <w:r>
        <w:t>to shor ka samandar mere andar aa gaya ke khuda ya itna bada tune ehsan kiya ke woh kitab jo pehle likhi jaati thi, hadiyon par, jhalliyon par, patiyon par, aap ghaur kijiye,</w:t>
      </w:r>
    </w:p>
    <w:p>
      <w:pPr>
        <w:jc w:val="right"/>
      </w:pPr>
      <w:r>
        <w:t>تو شور کا سم ندرمیرےاندرآگیاکہخدایا اتنا بڑا تونےاحسانکیا کہ وہ کتاب جو پہلے لکھیجاتیتھی، ہ ڈیوںپر، ج ھلیوںپر، پتیوںپر، آپغورکیجئے،</w:t>
      </w:r>
    </w:p>
    <w:p>
      <w:r>
        <w:rPr>
          <w:b/>
        </w:rPr>
        <w:t xml:space="preserve">[1:58:07] </w:t>
      </w:r>
      <w:r>
        <w:t>aap kitaben padh lijiye ke kaise kaise Quran likha jaata tha is zamane mein</w:t>
      </w:r>
    </w:p>
    <w:p>
      <w:pPr>
        <w:jc w:val="right"/>
      </w:pPr>
      <w:r>
        <w:t>آپکتاب یںپڑھلیجئے کہکیسےکیسے قرآنلکھاجاتاتھااسزمانےمیں</w:t>
      </w:r>
    </w:p>
    <w:p>
      <w:r>
        <w:rPr>
          <w:b/>
        </w:rPr>
        <w:t xml:space="preserve">[1:58:15] </w:t>
      </w:r>
      <w:r>
        <w:t>ke Rasool Allah par Jibrael laate the Quran, Rasool Allah usko dohrate the to Sahaba usko likhte the. jo jo jo kehte hain ke ta'meen wahi jo the Rasool Allah ke, woh unke paas ka ghaz to tha nahi is tarah ka.</w:t>
      </w:r>
    </w:p>
    <w:p>
      <w:pPr>
        <w:jc w:val="right"/>
      </w:pPr>
      <w:r>
        <w:t>کہرسولاللہ پرجبرائیل لاتےتھےقرآن، رسولاللہ اسکودہراتےتھےتو صحابہاسکولکھتےتھے۔جو جو جو کہتےہیںکتامیںوحیجو تھے رسولاللہکے، وہ انکےپاسکاغذتوتھانہیںاسطرحکا۔</w:t>
      </w:r>
    </w:p>
    <w:p>
      <w:r>
        <w:rPr>
          <w:b/>
        </w:rPr>
        <w:t xml:space="preserve">[1:58:30] </w:t>
      </w:r>
      <w:r>
        <w:t>is zamane mein jo jhalli aur pati is tarah ki cheezen thin, us par likhte the. woh to aaj kitna aage Allah ta'ala ne pahuncha diya hai da'wati mawaqe ko.</w:t>
      </w:r>
    </w:p>
    <w:p>
      <w:pPr>
        <w:jc w:val="right"/>
      </w:pPr>
      <w:r>
        <w:t>اسزمانےمیںجو ج ھلیاور پتیاسطرحکیچیزیںتھیں،اسپہلکھتےتھے۔وہ تو آج کتنا آگےاللہ تعالینےپہنچادیاہےدعوتی مواقع کو ۔</w:t>
      </w:r>
    </w:p>
    <w:p>
      <w:r>
        <w:rPr>
          <w:b/>
        </w:rPr>
        <w:t xml:space="preserve">[1:58:41] </w:t>
      </w:r>
      <w:r>
        <w:t>kitna shandar chhapi hui kitab! zara ghaur kijiye</w:t>
      </w:r>
    </w:p>
    <w:p>
      <w:pPr>
        <w:jc w:val="right"/>
      </w:pPr>
      <w:r>
        <w:t>کتنیشاندار چھپیہوئیکتاب ! ذراغورکیجئے</w:t>
      </w:r>
    </w:p>
    <w:p>
      <w:r>
        <w:rPr>
          <w:b/>
        </w:rPr>
        <w:t xml:space="preserve">[1:58:45] </w:t>
      </w:r>
      <w:r>
        <w:t>to shukr ka samandar aap ko dar aana chahiye. aur aise daur mein Musalman shikayaten karte hain, protest karte hain, ladaiyan karte hain, jhagde karte hain.</w:t>
      </w:r>
    </w:p>
    <w:p>
      <w:pPr>
        <w:jc w:val="right"/>
      </w:pPr>
      <w:r>
        <w:t>توشکرکاسمندرآپکودرآناچاہیے۔ اورایسےدور میں مسلمانشکایتیںکرتے ہیں، پروٹیسٹکرتےہیں،لڑائیاںکرتےہیں، جھگڑےکرتےہیں۔</w:t>
      </w:r>
    </w:p>
    <w:p>
      <w:r>
        <w:rPr>
          <w:b/>
        </w:rPr>
        <w:t xml:space="preserve">[1:58:54] </w:t>
      </w:r>
      <w:r>
        <w:t>yani main arz karta hoon ke haram se bhi bura kaam hai ye.</w:t>
      </w:r>
    </w:p>
    <w:p>
      <w:pPr>
        <w:jc w:val="right"/>
      </w:pPr>
      <w:r>
        <w:t>یعنیمیںعرضکرتاہوںکہحرامسےبری براکامہےیہ۔</w:t>
      </w:r>
    </w:p>
    <w:p>
      <w:r>
        <w:rPr>
          <w:b/>
        </w:rPr>
        <w:t xml:space="preserve">[1:58:59] </w:t>
      </w:r>
      <w:r>
        <w:t>aisa zamana jabke Allah ta'ala ne nematoun ka anbar khol diya, da'wati mawaqe ka ka ek explosion ho gaya, aur yahan pe majlisain ho rahi hain, taqreerain ho rahi hain, shikayat ki,</w:t>
      </w:r>
    </w:p>
    <w:p>
      <w:pPr>
        <w:jc w:val="right"/>
      </w:pPr>
      <w:r>
        <w:t>ایسا زمانہجبکہاللہتعالینےنعمتوںکاانبارکھولدیا، دعوتیمواقع کا کا ایک ایکسپلوژنہوگیا، اوریہاںپہجلسےہورہےہیں، تقریریںہورہیہیں،شکایت کی،</w:t>
      </w:r>
    </w:p>
    <w:p>
      <w:r>
        <w:rPr>
          <w:b/>
        </w:rPr>
        <w:t xml:space="preserve">[1:59:12] </w:t>
      </w:r>
      <w:r>
        <w:t>protest ki, aur zulm ka insaaf kar rahe hain, size ka insaaf kar rahe hain.</w:t>
      </w:r>
    </w:p>
    <w:p>
      <w:pPr>
        <w:jc w:val="right"/>
      </w:pPr>
      <w:r>
        <w:t>پروٹیسٹکی، اور ظلمکاانصافکررہےہیں،سائزکاانصافکررہےہیں۔</w:t>
      </w:r>
    </w:p>
    <w:p>
      <w:r>
        <w:rPr>
          <w:b/>
        </w:rPr>
        <w:t xml:space="preserve">[1:59:20] </w:t>
      </w:r>
      <w:r>
        <w:t>yani kisi paighambar ke zamane mein mumkin nahin tha ke aisa kitab chhapi jaye. Sahaba ke zamane mein mumkin hai aisa kitab chhapi jaye. To aap shukr kyun nahin karte ?</w:t>
      </w:r>
    </w:p>
    <w:p>
      <w:pPr>
        <w:jc w:val="right"/>
      </w:pPr>
      <w:r>
        <w:t>یعنیکسی پیغمبرکےزمانےمیںممکننہیںتھاکہایسیکتاب چھاپیجائے۔ صحابہکےزمانےمیںممکنہےایسیکتاب چھاپیجائے۔ توآپشکرکیوںنہیںکرتے ؟</w:t>
      </w:r>
    </w:p>
    <w:p>
      <w:r>
        <w:rPr>
          <w:b/>
        </w:rPr>
        <w:t xml:space="preserve">[1:59:31] </w:t>
      </w:r>
      <w:r>
        <w:t>Aap shukr kyun nahin karte ?</w:t>
      </w:r>
    </w:p>
    <w:p>
      <w:pPr>
        <w:jc w:val="right"/>
      </w:pPr>
      <w:r>
        <w:t>آپشکرکیوںنہیںکرتے ؟</w:t>
      </w:r>
    </w:p>
    <w:p>
      <w:r>
        <w:rPr>
          <w:b/>
        </w:rPr>
        <w:t xml:space="preserve">[1:59:37] </w:t>
      </w:r>
      <w:r>
        <w:t>Yeh to shaitan ka kaam hai ke nashukri, yani shukr ke anbar mein nashukri karna. Shaitan ko bhi Allah ta'ala ne nematein de rakhi thin. Yani saltanat ko Allah ta'ala ne paida kiya, taqat diya.</w:t>
      </w:r>
    </w:p>
    <w:p>
      <w:pPr>
        <w:jc w:val="right"/>
      </w:pPr>
      <w:r>
        <w:t>یہتوشیطانکا کامہےکہ ناشکری ،یعنی شکرکےانبارمیںناشکریکرنا۔ شیطانکوبھیاللہ تعالینےنعمتیںدےرکھیتھیں۔ یعنیسلطانکواللہتعالینےپیدا کیا، طاقتدیا۔</w:t>
      </w:r>
    </w:p>
    <w:p>
      <w:r>
        <w:rPr>
          <w:b/>
        </w:rPr>
        <w:t xml:space="preserve">[1:59:49] </w:t>
      </w:r>
      <w:r>
        <w:t>Ne'matain thin Allah ta'ala ki iske liye ke bol sakta tha, chal sakta tha, aur uska wajood zabardast wajood ke sath dunya mein</w:t>
      </w:r>
    </w:p>
    <w:p>
      <w:pPr>
        <w:jc w:val="right"/>
      </w:pPr>
      <w:r>
        <w:t>ن عمتیںتھیںاللہتعالیکیاسکےلیے کہ بولسکتاتھا،چلسکتاتھا، اور اسکا وجود زبردستوجود کےساتھدنیا میں</w:t>
      </w:r>
    </w:p>
    <w:p>
      <w:r>
        <w:rPr>
          <w:b/>
        </w:rPr>
        <w:t xml:space="preserve">[2:00:00] </w:t>
      </w:r>
      <w:r>
        <w:t>reh sakta tha. Yeh sab to mila tha shaitan ko, phir bhi nashukra ban gaya woh. To yeh shaitani sazish hai ke itni ne'maton ke anbar hain aur aap shikayatein karte hain aur kehte hain ke hamein protest karne ka haq hai, hamein hum protest karenge.</w:t>
      </w:r>
    </w:p>
    <w:p>
      <w:pPr>
        <w:jc w:val="right"/>
      </w:pPr>
      <w:r>
        <w:t>رہسکتاتھا۔ یہسبتو ملاتھاشیطانکو ، پھربھیناشکرابنگیا وہ۔ تویہشیطانیساز تہے کہ اتنینعمتوںکےانبارہیں اورآپ شکایتیںکرتے ہیں اور کہتےہیںکہہمیں پروٹیسٹکرنےکاحقہے،ہمیںہمپروٹیسٹکریںگے۔</w:t>
      </w:r>
    </w:p>
    <w:p>
      <w:r>
        <w:rPr>
          <w:b/>
        </w:rPr>
        <w:t xml:space="preserve">[2:00:22] </w:t>
      </w:r>
      <w:r>
        <w:t>To behal main is tarah ki shikayaton ko, is tarah ke protest ko, aise majlis juloos ko, aisi taqreeron ko, aisi kitabon ko bilkul haram se kam nahin samajhta ke ne'maton ke anbar hain aur shikayatein kar rahe hain. Aap bhai, isko aawel kijiye, isko kitab mein jo hai, is tarah ki tayyar karke dunya mein phailaiye.</w:t>
      </w:r>
    </w:p>
    <w:p>
      <w:pPr>
        <w:jc w:val="right"/>
      </w:pPr>
      <w:r>
        <w:t>تو بہرحال میں اسطرح کی شکایت وںکو،اسطرحکےپروٹیسٹکو،ایسےجلسےجلوسکو ، ایسیتقریروںکو،ایسیکتابوںکوبالکل حرامسےکمنہیںسمجھتا کہ نعمتوںکےانبارہیںاور شکایتیںکررہےہیں۔آپ بھئی،اسکو اویلکیجئے،اسکو کتاب میںجوہے،اسطرحکی تیارکرکے دنیا میں پھیلائیے۔</w:t>
      </w:r>
    </w:p>
    <w:p>
      <w:r>
        <w:rPr>
          <w:b/>
        </w:rPr>
        <w:t xml:space="preserve">[2:00:43] </w:t>
      </w:r>
      <w:r>
        <w:t>Behal yeh Tazkir-ul-Quran ka yeh urdu edition pehle chhapa tha, ab yahan arzi badshah chhapa hai.</w:t>
      </w:r>
    </w:p>
    <w:p>
      <w:pPr>
        <w:jc w:val="right"/>
      </w:pPr>
      <w:r>
        <w:t>بہرحالیہ تذکر القرآنکا یہ عربی ایڈیشنپہلے چھپاتھا، ابیہاںعریضیبادشاہچھپگیاہے۔</w:t>
      </w:r>
    </w:p>
    <w:p>
      <w:r>
        <w:rPr>
          <w:b/>
        </w:rPr>
        <w:t xml:space="preserve">[2:00:51] </w:t>
      </w:r>
      <w:r>
        <w:t>Main kahunga ke jo arzi log hain, isko padhein aur isko pahunchayein un logon tak jo arzi arzi hazrat hain. Ji haan, aur main yeh kahunga ke Tazkir-ul-Quran jo hai, tafaseer to bahut likhi gayi hain, hazaaron tafaseer hain,</w:t>
      </w:r>
    </w:p>
    <w:p>
      <w:pPr>
        <w:jc w:val="right"/>
      </w:pPr>
      <w:r>
        <w:t>میںکہوںگاکہجوعریضہلوگہیں،اسکوپڑھیں اوراسکو پہنچائیںانلوگوںتک جو عریضی عریضہ حضراتہیں۔ جیہاں، اور میں یہکہوںکہتذکر القرآنجوہے، تفسیریںتو بہت لکھیگئیہیں، ہجاسوںتفسیریںہیں،</w:t>
      </w:r>
    </w:p>
    <w:p>
      <w:r>
        <w:rPr>
          <w:b/>
        </w:rPr>
        <w:t xml:space="preserve">[2:01:08] </w:t>
      </w:r>
      <w:r>
        <w:t>Sainkaron tafaseer hain, lekin sab tafaseer fanni type ki tafaseer hain.</w:t>
      </w:r>
    </w:p>
    <w:p>
      <w:pPr>
        <w:jc w:val="right"/>
      </w:pPr>
      <w:r>
        <w:t>سینکڑوںتفسیریںہیں، لیکن سب تفسیریںفنی ٹائپکیتفسیریںہیں۔</w:t>
      </w:r>
    </w:p>
    <w:p>
      <w:r>
        <w:rPr>
          <w:b/>
        </w:rPr>
        <w:t xml:space="preserve">[2:01:16] </w:t>
      </w:r>
      <w:r>
        <w:t>Yani aakhirat aur da'wat, yani aisi tafseer jismein aakhirat ko aur da'wat ko bani adim ki qarar de kar ke uski buniyad par sharah ki gayi ho, yeh yeh wahid tafseer hai.</w:t>
      </w:r>
    </w:p>
    <w:p>
      <w:pPr>
        <w:jc w:val="right"/>
      </w:pPr>
      <w:r>
        <w:t>یعنی آخرت اور دعوت، یعنیایسیتفسیرجسمیں آخرتکواوردعوتکو بنی ادکیقرار دےکرکے اسکیبنیاد پر شرحکیگئیہو ،یہ یہ واحد تفسیرہے۔</w:t>
      </w:r>
    </w:p>
    <w:p>
      <w:r>
        <w:rPr>
          <w:b/>
        </w:rPr>
        <w:t xml:space="preserve">[2:01:32] </w:t>
      </w:r>
      <w:r>
        <w:t>Tafaseer ke sainkaron kitabein hain is tafseer par, lekin sari tafaseer aap padhiye ke shaan-e-nuzool ke baais hain, ke fanni baais hain, ke political baais hain, ke firqa firqon ke baais hain, ke firqa masail ke baais hain.</w:t>
      </w:r>
    </w:p>
    <w:p>
      <w:pPr>
        <w:jc w:val="right"/>
      </w:pPr>
      <w:r>
        <w:t>تفسیروں کے سینکڑوںکتاب یںہیںاستفسیرپر ،لیکن ساریتفسیروںآپپڑھیے کہ شاننزولکےباعثہیں،کہ فنیباعث ہیں، کہ پولیٹیکلباعثہیں، کہ فرقہ فرقوںکےباعثہیں، کہ فرقہمسائلکےباعثہیں۔</w:t>
      </w:r>
    </w:p>
    <w:p>
      <w:r>
        <w:rPr>
          <w:b/>
        </w:rPr>
        <w:t xml:space="preserve">[2:01:46] </w:t>
      </w:r>
      <w:r>
        <w:t>Lekin aakhirat aur da'wat, yeh jo jo aham tareen mozu'aat hain Islam</w:t>
      </w:r>
    </w:p>
    <w:p>
      <w:pPr>
        <w:jc w:val="right"/>
      </w:pPr>
      <w:r>
        <w:t>لیکن آخرتاور دعوت،یہجو جو اہمترین موضوعاتہیںاسلام</w:t>
      </w:r>
    </w:p>
    <w:p>
      <w:r>
        <w:rPr>
          <w:b/>
        </w:rPr>
        <w:t xml:space="preserve">[2:01:52] </w:t>
      </w:r>
      <w:r>
        <w:t>ke, is par koi tafseer likhi nahin gayi. Yeh pehli tafseer hai jo is likhi gayi hai, jismein tauheed, aakhirat, jannat aur da'wat, isko ahmiyat di gayi hai aur isko ubhara gaya hai.</w:t>
      </w:r>
    </w:p>
    <w:p>
      <w:pPr>
        <w:jc w:val="right"/>
      </w:pPr>
      <w:r>
        <w:t>کے ، اسپرکوئیتفسیرلکھینہیںگئی۔ یہ پہلیتفسیرہے جو اس لکھیگئیہے،جسمیں توحید ، آخرت،جنت اور دعوت،اسکو اہمیتدیگئیہے اوراسکوابھاراگیاہے۔</w:t>
      </w:r>
    </w:p>
    <w:p>
      <w:r>
        <w:rPr>
          <w:b/>
        </w:rPr>
        <w:t xml:space="preserve">[2:02:08] </w:t>
      </w:r>
      <w:r>
        <w:t>To main samajhta hoon ke aap mein se hazreen ko padhna chahiye aur isko phailana chahiye. Maulana, unka ek aur s</w:t>
      </w:r>
    </w:p>
    <w:p>
      <w:pPr>
        <w:jc w:val="right"/>
      </w:pPr>
      <w:r>
        <w:t>تومیںسمجھتاہوںکہ آپ میںسے حاضراتکوپڑھناچاہیے اوراسکوپھیلاناچاہیے۔ مولانا،انکاایکاور س</w:t>
      </w:r>
    </w:p>
    <w:p>
      <w:r>
        <w:rPr>
          <w:b/>
        </w:rPr>
        <w:t xml:space="preserve">[2:02:17] </w:t>
      </w:r>
      <w:r>
        <w:t>waal hai. Unhone likha hai ke mere ek sathiyon mujhse bar bar poochte hain ke Al-Risala kitni tadad mein chhapti hai ?</w:t>
      </w:r>
    </w:p>
    <w:p>
      <w:pPr>
        <w:jc w:val="right"/>
      </w:pPr>
      <w:r>
        <w:t>وال ہے۔ انہوںنےلکھاہےکہ میرے ایک ساتھ ی مجھسے باربار پوچھتےہیں کہ الرسالہکتنی تعداد میں چھپتاہے؟</w:t>
      </w:r>
    </w:p>
    <w:p>
      <w:r>
        <w:rPr>
          <w:b/>
        </w:rPr>
        <w:t xml:space="preserve">[2:02:26] </w:t>
      </w:r>
      <w:r>
        <w:t>Main inko kya jawab doon? Inko jawab dijiye, aap dua kiye hue hote hain, aap chhapti hogi. Agar aap ko itna concern na ho to dua kijiye, isko padh kar ke. Mujhse jo log poochte hain, aisa bahut hi un sense tea is sawal ke peeche hoti hai.</w:t>
      </w:r>
    </w:p>
    <w:p>
      <w:pPr>
        <w:jc w:val="right"/>
      </w:pPr>
      <w:r>
        <w:t>میںانکوکیا جوابدوں ؟ انکوجوابدیجئے،آپدعاکیےہوئےہوتےہیں،آپچھپتاہوگا۔ اگر آپکواتناکنسرنہوتودعاکیجئے،اسکوپڑھکرکے۔ مجھسےجولوگپوچھتےہیں،ایسابہتہی ان س ینس ٹی اسسوالکےپیچھےہوتیہے۔</w:t>
      </w:r>
    </w:p>
    <w:p>
      <w:r>
        <w:rPr>
          <w:b/>
        </w:rPr>
        <w:t xml:space="preserve">[2:02:40] </w:t>
      </w:r>
      <w:r>
        <w:t>Bahut hi ghair sajda log aisa sawal karte hain.</w:t>
      </w:r>
    </w:p>
    <w:p>
      <w:pPr>
        <w:jc w:val="right"/>
      </w:pPr>
      <w:r>
        <w:t>بہتہی غیر سجدہلوگایساسوالکرتےہیں۔</w:t>
      </w:r>
    </w:p>
    <w:p>
      <w:r>
        <w:rPr>
          <w:b/>
        </w:rPr>
        <w:t xml:space="preserve">[2:02:44] </w:t>
      </w:r>
      <w:r>
        <w:t>Yani baaz auqat dunya mein bahut bura maamla hota hai ke kisi se aap poochhein ke woh tankhwah kitni hai? Bahut bura sawal hai yeh. To aap yeh poochhein, kitni tankhwah chhapti hai?</w:t>
      </w:r>
    </w:p>
    <w:p>
      <w:pPr>
        <w:jc w:val="right"/>
      </w:pPr>
      <w:r>
        <w:t>یعنی بعض اوقاتدنیا میں بہت برامعاملہہوتاہےکہکسیسےآپپوچھیں کہوہ تنخواہکتنیہے؟ بہت براسوال ہےیہ۔ توآپیہپوچھیں،کتنیتنخواہچھپتاہے؟</w:t>
      </w:r>
    </w:p>
    <w:p>
      <w:r>
        <w:rPr>
          <w:b/>
        </w:rPr>
        <w:t xml:space="preserve">[2:02:55] </w:t>
      </w:r>
      <w:r>
        <w:t>Aap jaake bas dua kijiye ke sari dunya mein pahunchne lage Al-Risala. Mujhse jab koi poochta hai to main kehta hoon ke aap ne jitni dua kiye hue hote hain, chhapti hogi.</w:t>
      </w:r>
    </w:p>
    <w:p>
      <w:pPr>
        <w:jc w:val="right"/>
      </w:pPr>
      <w:r>
        <w:t>آپجاکےبس دعاکیجئے کہساریدنیا میں پہنچنےلگے الرسالہ۔ مجھسےجبکوئیپوچھتاہےتو میںکہتاہوںکہ آپ نے جتنیدعاکیےہوئےہوتےہیں،چھپتاہوگا۔</w:t>
      </w:r>
    </w:p>
    <w:p>
      <w:r>
        <w:rPr>
          <w:b/>
        </w:rPr>
        <w:t xml:space="preserve">[2:03:07] </w:t>
      </w:r>
      <w:r>
        <w:t>Apni apni dua se uska andaza kar lijiye. Aap</w:t>
      </w:r>
    </w:p>
    <w:p>
      <w:pPr>
        <w:jc w:val="right"/>
      </w:pPr>
      <w:r>
        <w:t>اپنی اپنیدعاسے اسکااندازہکرلیجئے۔آپ</w:t>
      </w:r>
    </w:p>
    <w:p>
      <w:r>
        <w:rPr>
          <w:b/>
        </w:rPr>
        <w:t xml:space="preserve">[2:03:11] </w:t>
      </w:r>
      <w:r>
        <w:t>Jo log aisa sawal karte hain, beshak woh ghair sajda log hain aur bahut hi zyada. Main isko yani saada nahin leta. Main isko isko ismein shumar karta hoon jo ek sahabi ne kaha tha tab'een ke zamane mein ke tum jin cheezon ko bahut mamool samajhte ho, kinanudam wa baqat.</w:t>
      </w:r>
    </w:p>
    <w:p>
      <w:pPr>
        <w:jc w:val="right"/>
      </w:pPr>
      <w:r>
        <w:t>جولوگ ایساسوالکرتےہیں،بےشک وہغیر سجدہلوگہیں اور بہت ہی زیادہ ۔میںاسکو یعنی سادہنہیںلیتا۔میںاسکو اسکواسمیںشمارکرتاہوںجو ایکصحابینےکہاتھا تابعینکےزمان ےمیں کہتم جنچیزوںکوبہت معمولیسمجھتےہو، کنانودمم وبقات ۔</w:t>
      </w:r>
    </w:p>
    <w:p>
      <w:r>
        <w:rPr>
          <w:b/>
        </w:rPr>
        <w:t xml:space="preserve">[2:03:31] </w:t>
      </w:r>
      <w:r>
        <w:t>Aur un sab malik ka qaul hai ke baad ke zamane mein log chhoti chhoti baatein bolte rehte the.</w:t>
      </w:r>
    </w:p>
    <w:p>
      <w:pPr>
        <w:jc w:val="right"/>
      </w:pPr>
      <w:r>
        <w:t>اور انسبنمالککاقولہے کہ بعد کےزمانےمیںلوگ چھوٹیچھوٹیباتیںبولتےرہتےتھے۔</w:t>
      </w:r>
    </w:p>
    <w:p>
      <w:r>
        <w:rPr>
          <w:b/>
        </w:rPr>
        <w:t xml:space="preserve">[2:03:40] </w:t>
      </w:r>
      <w:r>
        <w:t>To unhone kaha tha ke yeh sahaba ka tareeqa nahin tha, yeh Rasool Allah ka tareeqa nahin tha. Woh tum unko mamool samajhte ho, lekin hum sahaba ke Rasool Allah ke zamane mein isko hum mubqat samajhte hain, mulqat samajhte hain.</w:t>
      </w:r>
    </w:p>
    <w:p>
      <w:pPr>
        <w:jc w:val="right"/>
      </w:pPr>
      <w:r>
        <w:t>توانہوںنےکہاکہ یہصحابہکاطریقہنہیںتھا،یہ رسولاللہکاطریقہنہیںتھا۔وہ تم انکو معمولیسمجھتےہو، لیکن ہمصحابہکے رسولاللہکےزمان ےمیں اسکوہمموبقاتسمجھتےہیں،مول قاتسمجھتےہیں۔</w:t>
      </w:r>
    </w:p>
    <w:p>
      <w:r>
        <w:rPr>
          <w:b/>
        </w:rPr>
        <w:t xml:space="preserve">[2:03:52] </w:t>
      </w:r>
      <w:r>
        <w:t>halak karne wali cheez kinano dam mobqat yeh yeh hai. yeh sab</w:t>
      </w:r>
    </w:p>
    <w:p>
      <w:pPr>
        <w:jc w:val="right"/>
      </w:pPr>
      <w:r>
        <w:t>ہلاککرنےوالیچیز کنانو دم موبقات یہیہے۔یہسب</w:t>
      </w:r>
    </w:p>
    <w:p>
      <w:r>
        <w:rPr>
          <w:b/>
        </w:rPr>
        <w:t xml:space="preserve">[2:04:00] </w:t>
      </w:r>
      <w:r>
        <w:t>yahi yahi sab hai. yaani risalat ko phailayen ge nahin, lekin chandah bhi nahin bhejen ge. aur yeh sawal kar rahe hain, woh</w:t>
      </w:r>
    </w:p>
    <w:p>
      <w:pPr>
        <w:jc w:val="right"/>
      </w:pPr>
      <w:r>
        <w:t>یہییہیسبہے۔ یعنیرسالتکوپھیلائیںگےنہیں، لیکن چندہبھینہیںبھیجیںگے۔ اور یہسوالکررہےہیں،وہ</w:t>
      </w:r>
    </w:p>
    <w:p>
      <w:r>
        <w:rPr>
          <w:b/>
        </w:rPr>
        <w:t xml:space="preserve">[2:04:10] </w:t>
      </w:r>
      <w:r>
        <w:t>bohat hi zyada sangin baat hai ke aap ke andar ghair sanjidgi ho aur aap ke andar yaani chhoti chhoti baatein bolte rehne ka mizaj ho. yeh bohat zyada seeri baat hai.</w:t>
      </w:r>
    </w:p>
    <w:p>
      <w:pPr>
        <w:jc w:val="right"/>
      </w:pPr>
      <w:r>
        <w:t>بہت ہی زیادہ سنگینباتہے کہآپ کےاندرغیرسنجیدگیہو اور آپ کےاندر یعنی چھوٹیچھوٹیباتیںبولتےرہنےکامزاجہو۔یہبہت زیادہ سیریسباتہے۔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