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Importance of Zakat May 08, 2022 Dr. Saniyasnain Khan</w:t>
      </w:r>
    </w:p>
    <w:p>
      <w:r>
        <w:t>https://www.youtube.com/watch?v=92nslWvnQ5Y</w:t>
      </w:r>
    </w:p>
    <w:p>
      <w:r>
        <w:rPr>
          <w:b/>
        </w:rPr>
        <w:t xml:space="preserve">[00:09] </w:t>
      </w:r>
      <w:r>
        <w:t>assalamualikum. jaisa ki hum jante hain ki islam mein zakat panch pillars mein se ek ahmm pillar hai. iski ahmiyat hum is riwayat se bhi samajh sakte hain ki ek martaba ek shakhs hazrat umar ke paas aaya aur usne yah arj kiya ki aap hazrat abu bakr se behtar hain.</w:t>
      </w:r>
    </w:p>
    <w:p>
      <w:pPr>
        <w:jc w:val="right"/>
      </w:pPr>
      <w:r>
        <w:t>अस्लामालिकुम. जैसा कि हम जानते हैं कि इस्लाम में जकात पांच pillars में से एक अहम् pillar है. इसकी अहमियत हम इस रिवायत से भी समझ सकते हैं कि एक मरतबा एक शख्स हज़रत उमर के पास आया और उसने यह अर्ज किया कि आप हज़रत अबू बकर से बेहतर हैं.</w:t>
      </w:r>
    </w:p>
    <w:p>
      <w:r>
        <w:rPr>
          <w:b/>
        </w:rPr>
        <w:t xml:space="preserve">[00:32] </w:t>
      </w:r>
      <w:r>
        <w:t>jab hazrat umar ne yah suna to vah ro pade aur unhone us shak se kaha ki hazrat abu bakr ki ek raat aur vah ek din umar aur umar ke khandan se behtar hai. phir unhone us shakhs se kaha, kya tum janana chahoge ki vah raat aur vah din kya hai? us shakhs ne kaha ki mujhe zaroor bataiye.</w:t>
      </w:r>
    </w:p>
    <w:p>
      <w:pPr>
        <w:jc w:val="right"/>
      </w:pPr>
      <w:r>
        <w:t>जब हज़रत उमर ने यह सुना तो वह रो पड़े और उन्होंने उस शक से कहा कि हज़रत अबू बकर की एक रात और वह एक दिन उमर और उमर के खानदान से बेहतर है. फिर उन्होंने उस शख्स से कहा, क्या तुम जानना चाहोगे कि वह रात और वह दिन क्या है? उस शख्स ने कहा कि मुझे ज़रूर बताइए.</w:t>
      </w:r>
    </w:p>
    <w:p>
      <w:r>
        <w:rPr>
          <w:b/>
        </w:rPr>
        <w:t xml:space="preserve">[00:54] </w:t>
      </w:r>
      <w:r>
        <w:t>to hazad umar ne farmaaya ki unki raat woh hai jab rasool allah makka se bhaagkar nikle aur abu bakar unke saath the aur unka woh din hai jab huzoor ka visaal hua aur log murtad ho gaye aur unmein se kuch arbon ne yeh tak kaha ki hum namaz toh padhenge lekin hum zaqaad nahi denge. is par hazrat abu bakar jang karne ke liye tayyar ho gaye.</w:t>
      </w:r>
    </w:p>
    <w:p>
      <w:pPr>
        <w:jc w:val="right"/>
      </w:pPr>
      <w:r>
        <w:t>तो हज़ाद उमर ने फरमाया कि उनकी रात वह है जब रसूल अल्लाह मक्का से भागकर निकले और अबू बकर उनके साथ थे और उनका वह दिन है जब हज़ूर का विसाल हुआ और लोग मूर्तद हो गए और उनमें से कुछ अरबों ने यह तक कहा कि हम नमाज़ तो पड़ेंगे लेकिन हम ज़क़ाद नहीं देंगे. इस पर हज़रत अबू बकर जंग करने के लिए तैयार हो गए.</w:t>
      </w:r>
    </w:p>
    <w:p>
      <w:r>
        <w:rPr>
          <w:b/>
        </w:rPr>
        <w:t xml:space="preserve">[01:23] </w:t>
      </w:r>
      <w:r>
        <w:t>to phir hazrat umar ne us shakk se kaha ki meri rai aur muhajireen ki rai ek hi thi jisko lekar hum hazrat abu bakar ke paas gaye aur hazrat umar ne hazrat abu bakar se kaha ki aap in logon ko chhod dein. aap in logon ke saath jang na karein. jab imaan inke dilon mein dakhil hoga to yeh zakat khud ba khud denge.</w:t>
      </w:r>
    </w:p>
    <w:p>
      <w:pPr>
        <w:jc w:val="right"/>
      </w:pPr>
      <w:r>
        <w:t>तो फिर हज़रत उमर ने उस शक से कहा कि मेरी राय और महाज़रिन की राय एक ही थी जिसको लेकर हम हज़रत अबू बकर के पास गए और हज़रत उमर ने हज़रत अबू बकर से कहा कि आप इन लोगों को छोड़ दें. आप इन लोगों के साथ जंग ना करें. जब ईमान इनके दिलों में दाखिल होगा तो यह जकात खुद ब खुद देंगे.</w:t>
      </w:r>
    </w:p>
    <w:p>
      <w:r>
        <w:rPr>
          <w:b/>
        </w:rPr>
        <w:t xml:space="preserve">[01:49] </w:t>
      </w:r>
      <w:r>
        <w:t>jab hazrat abu bakar ne yeh suna to unhone hazrat umar se kaha ki tum jahiliyat ke dinon mein zyada zordaar the. ab islam ke dinon mein tum boodhe aur kamzor ho gaye ho.</w:t>
      </w:r>
    </w:p>
    <w:p>
      <w:pPr>
        <w:jc w:val="right"/>
      </w:pPr>
      <w:r>
        <w:t>जब हज़रत अबू बकर ने यह सुना तो उन्होंने हज़रत उमर से कहा कि तुम जहालियत के दिनों में ज़्यादा ज़ोरदार थे. अब इस्लाम के दिनों में तुम बूढ़े और कमज़ोर हो गए हो.</w:t>
      </w:r>
    </w:p>
    <w:p>
      <w:r>
        <w:rPr>
          <w:b/>
        </w:rPr>
        <w:t xml:space="preserve">[02:02] </w:t>
      </w:r>
      <w:r>
        <w:t>mujhe yeh baat zyada mehboob hai ki main aasman se zameen par gir jaaun, lekin main in logon ke saath zaroor jang karunga jo zaqaat nahi denge aur unhone phir jang kari yahan tak ki woh arab log poore ke poore islam par aa gaye. hazad umar ne kaha ki yeh din hazrat abu bakar ka mera aur mere khandan ke poori zindagi ke amaal se behtar din tha.</w:t>
      </w:r>
    </w:p>
    <w:p>
      <w:pPr>
        <w:jc w:val="right"/>
      </w:pPr>
      <w:r>
        <w:t>मुझे यह बात ज़्यादा महबूब है कि मैं आसमान से ज़मीन पर गिर जाऊं, लेकिन मैं इन लोगों के साथ ज़रूर जंग करूंगा जो ज़क़ात नहीं देंगे और उन्होंने फिर जंग करी यहां तक कि वह अरब लोग पूरे के पूरे इस्लाम पर आ गए. हज़द उमर ने कहा कि यह दिन हज़रत अबू बकर का मेरा और मेरे खानदान के पूरी ज़िंदगी के अमाल से बेहतर दिन था.</w:t>
      </w:r>
    </w:p>
    <w:p>
      <w:r>
        <w:rPr>
          <w:b/>
        </w:rPr>
        <w:t xml:space="preserve">[02:32] </w:t>
      </w:r>
      <w:r>
        <w:t>to sirf zaqaad isliye bhi zaroori nahi ki kyunki woh paanch pillars mein se ek important pillar hai, balki agar hum usko sochein, is baat ko lekar sochein ki kis tarah hamari zindagi ki har cheez allah ki taraf se ek blessing ke taur par hamein mili hai. agar hum us par gaur aur fikr karein to hum jaanenge ki dhai feesadi zaqaat bhi bahut kam hai balki hamein isse zyada dena chahiye.</w:t>
      </w:r>
    </w:p>
    <w:p>
      <w:pPr>
        <w:jc w:val="right"/>
      </w:pPr>
      <w:r>
        <w:t>तो सिर्फ ज़क़ाद इसलिए भी ज़रूरी नहीं की क्योंकि वह पांच pillars में से एक important pillar है, बल्कि अगर हम उसको सोचें, इस बात को लेकर सोचें कि किस तरह हमारी ज़िंदगी की हर चीज़ अल्लाह की तरफ से एक blessing के तौर पर हमें मिली है. अगर हम उस पर गौर और फ़िक्र करें तो हम जानेंगे कि ढाई फीसदी ज़क़ात भी बहुत कम है बल्कि हमें इससे ज़्यादा देना चाहिए.</w:t>
      </w:r>
    </w:p>
    <w:p>
      <w:r>
        <w:rPr>
          <w:b/>
        </w:rPr>
        <w:t xml:space="preserve">[03:01] </w:t>
      </w:r>
      <w:r>
        <w:t>to aaj hum zaqaad ke kai pehluon par charcha karenge. hum kai sawaal rakhenge doctor sanya snain khan sahab ke saath. to chaliye baatcheet karte hain doctor sahab ke saath. ji, anaaamdeh allah.</w:t>
      </w:r>
    </w:p>
    <w:p>
      <w:pPr>
        <w:jc w:val="right"/>
      </w:pPr>
      <w:r>
        <w:t>तो आज हम ज़क़ाद के कई पहलुओं पर चर्चा करेंगे. हम कई सवाल रखेंगे doctor सान्या स्नैन खान साहब के साथ. तो चलिए बातचीत करते हैं doctor साहब के साथ. जी, अनाम्देह अल्ला.</w:t>
      </w:r>
    </w:p>
    <w:p>
      <w:r>
        <w:rPr>
          <w:b/>
        </w:rPr>
        <w:t xml:space="preserve">[03:27] </w:t>
      </w:r>
      <w:r>
        <w:t>DocsApp sabse pehle to yahi sawaal hai ki zaqaad ke kya maayne hain? iske baare mein aap hum sabko bataein. jisme bismillah hir rahmani raheem, rabbish rahli sadri, waissirli amri, waalul uqdatam mil lisaani ya qauhi qaulee. jo word zakat hai uska literal matlab hai badhna, yaani phhalna phoolna.</w:t>
      </w:r>
    </w:p>
    <w:p>
      <w:pPr>
        <w:jc w:val="right"/>
      </w:pPr>
      <w:r>
        <w:t>DocsApp सबसे पहले तो यही सवाल है कि ज़क़ाद के क्या मायने हैं? इसके बारे में आप हम सबको बताएं. जिस मिल्लाह है रहमानी रहीम, रब्बिश रहली सदरी, वैस्सिली अमरी, वैलुल उक्दतम मिल लिसानी या कौह कौली. जो word जकात है उसका literal मतलब है बढ़ना, यानी फलना फूलना.</w:t>
      </w:r>
    </w:p>
    <w:p>
      <w:r>
        <w:rPr>
          <w:b/>
        </w:rPr>
        <w:t xml:space="preserve">[03:57] </w:t>
      </w:r>
      <w:r>
        <w:t>jaise ek chhota sa darakht hota hai ya paudha hota hai woh badhte badhte badhte bahut bada tree ban jaata hai. to is sense mein badhna hai ki jo aap zakaad dete hain, chahe woh chhota sa hi amount ho, allah taalah usko badhata badhata rehta hai aur aakhirat mein woh bahut hi bada reward ban jaata hai aur ek aur meaning iski aati hai to purify.</w:t>
      </w:r>
    </w:p>
    <w:p>
      <w:pPr>
        <w:jc w:val="right"/>
      </w:pPr>
      <w:r>
        <w:t>जैसे एक छोटा सा दरख्त होता है या पौधा होता है वह बढ़ते बढ़ते बढ़ते बहुत बड़ा tree वन जाता है. तो इस sense में बढ़ना है कि जो आप ज़काद देते हैं, चाहे वो छोटा सा ही amount हो, अल्लाह तालाह उसको बढ़ाता बढ़ाता रहता है और आखिरत में वो बहुत ही बड़ा reward वन जाता है और एक और meaning इसकी आती है to purify.</w:t>
      </w:r>
    </w:p>
    <w:p>
      <w:r>
        <w:rPr>
          <w:b/>
        </w:rPr>
        <w:t xml:space="preserve">[04:27] </w:t>
      </w:r>
      <w:r>
        <w:t>tazkiya abhi isi word se banaein. to purify is sense mein ki jo daulat aapke paas hai agar aapne uspe zaqaat de di to woh daulat purify ho jaati hai. yeh matlab nahi hai ke woh log kehte hain ke zaqaat daulat ka mail kuch aib hai, darasal yeh baat nahi hai.</w:t>
      </w:r>
    </w:p>
    <w:p>
      <w:pPr>
        <w:jc w:val="right"/>
      </w:pPr>
      <w:r>
        <w:t>तज़गी अभी इसी word से बनाएं. तो purify इस sense में कि जो दौलत आपके पास है अगर आपने उसपे ज़क़ाद दे दी तो वो दौलत purify हो जाती है. ये मतलब नहीं है के वो लोग कहते हैं के ज़क़ाद दौलत का मैल कुछ ऐल है, दरअसल यह बात नहीं है.</w:t>
      </w:r>
    </w:p>
    <w:p>
      <w:r>
        <w:rPr>
          <w:b/>
        </w:rPr>
        <w:t xml:space="preserve">[04:54] </w:t>
      </w:r>
      <w:r>
        <w:t>baat yeh hai ki jo zakat jo amount aapke paas jis par zakat dena hai usmein woh gareebon ka hissa hai. to woh gareebon ka hissa jab nikal jaata hai to woh purify ho jaati hai.</w:t>
      </w:r>
    </w:p>
    <w:p>
      <w:pPr>
        <w:jc w:val="right"/>
      </w:pPr>
      <w:r>
        <w:t>बात यह है कि जो ज़कात जो amount आपके पास जिस पर ज़कात देना है उसमें वह गरीबों का हिस्सा है. तो वह गरीबों का हिस्सा जब निकल जाता है तो वह purify हो जाती है.</w:t>
      </w:r>
    </w:p>
    <w:p>
      <w:r>
        <w:rPr>
          <w:b/>
        </w:rPr>
        <w:t xml:space="preserve">[05:06] </w:t>
      </w:r>
      <w:r>
        <w:t>to yeh do meaning hai zaqaat ke aur zaqaat ke baare mein aata hai ki har hadees mein aata hai ki tukhz min aghniyaikum wa turaddu ila fuqaraiqum yaani ameer logon se li jayegi aur gareebon ki taraf lautai jayegi.</w:t>
      </w:r>
    </w:p>
    <w:p>
      <w:pPr>
        <w:jc w:val="right"/>
      </w:pPr>
      <w:r>
        <w:t>तो ये दो meaning है ज़क़ात के और ज़क़ात के बारे में आता है कि हर हदीश में आता है कि तुखज़ मिन अग्नियायकुम व तुरद्धु इलाफोकरायकुम यानी अमीर लोगों से ली जाएगी और गरीबों की तरफ लौटाई जाएगी.</w:t>
      </w:r>
    </w:p>
    <w:p>
      <w:r>
        <w:rPr>
          <w:b/>
        </w:rPr>
        <w:t xml:space="preserve">[05:28] </w:t>
      </w:r>
      <w:r>
        <w:t>ji, doctor jaisa ki hum jaante hain ki zakat is for the cause of god and it is also an act of worship aur aapne bhi jaise bhi bataya ki it is a way of purification. so it removes a person from a person miserliness and selfishness and it sort of generates generosity and humanitarianism. to aap isko bhi wazeh karein ki importance of zakat kya hai?</w:t>
      </w:r>
    </w:p>
    <w:p>
      <w:pPr>
        <w:jc w:val="right"/>
      </w:pPr>
      <w:r>
        <w:t>जी, doctor जैसा कि हम जानते हैं कि ज़क़ात is for the cause of god and it is also an act of worship और आपने भी जैसे भी बताया कि it is a way of purification. So it removes a person from a person miserliness and selfishness and it sort of generates generosity and humanitarianism. तो आप इसको भी वाज़े करें कि importance of ज़क़ाद क्या है?</w:t>
      </w:r>
    </w:p>
    <w:p>
      <w:r>
        <w:rPr>
          <w:b/>
        </w:rPr>
        <w:t xml:space="preserve">[05:57] </w:t>
      </w:r>
      <w:r>
        <w:t>iske baare mein bataein. zakat darasal ek qism ka, ek qism ka saalana reminder hai, saalana yaad dehani hai ki insaan ke paas jo bhi hai woh allah ka atiya hai, uska diya hua hai. chunki is duniya mein jo bhi insaan karta hai, jo bhi kamata hai, jo bhi business karta hai to bahut saare factors hain jinki wajah se woh yeh kar paata hai.</w:t>
      </w:r>
    </w:p>
    <w:p>
      <w:pPr>
        <w:jc w:val="right"/>
      </w:pPr>
      <w:r>
        <w:t>इसके बारे में बताएं. ज़कात दरअसल एक किस्म का, एक किस्म का सालाना reminder है, सालाना याद्यानी है कि इंसान के पास जो भी है वो अल्लाह का अतिया है, उसका दिया हुआ है. चूंकि इस दुनिया में जो भी इंसान करता है, जो भी कमाता है, जो भी business करता है तो बहुत सारे factors है जिनकी वजह से वो यह कर पाता है.</w:t>
      </w:r>
    </w:p>
    <w:p>
      <w:r>
        <w:rPr>
          <w:b/>
        </w:rPr>
        <w:t xml:space="preserve">[06:27] </w:t>
      </w:r>
      <w:r>
        <w:t>ab yeh jo planet hai jis par hum rehte hain, agar yahan gravity na ho to hum car bhi nahi chala sakte, jahaz bhi nahi uda sakte, factories bhi nahi laga sakte, ghar bhi nahi bana sakte. aise hi hawa hai, oxygen hai, pani hai, yeh saari cheezein allah taalah ki di hui hain, usi ki wajah se hum kar paate hain aur abhi aapne dekha ki COVID ke time mein oxygen ka crisis ho gaya tha. logon ki death hone lagi thi.</w:t>
      </w:r>
    </w:p>
    <w:p>
      <w:pPr>
        <w:jc w:val="right"/>
      </w:pPr>
      <w:r>
        <w:t>अब ये जो planet है जिस पर हम रहते हैं, अगर यहाँ gravity ना हो तो हम car भी नहीं चला सकते, जहाज भी नहीं उड़ा सकते, factories भी नहीं लगा सकते, घर भी नहीं बना सकते. ऐसे ही हवा है, oxygen है, पानी है, ये सारी चीज़ें अल्लाह तालाह की दी हुई हैं, उसी की वजह से हम कर पाते हैं और अभी आपने देखा कि COVID के time में oxygen का crisis हो गया था. लोगों की death होने लगी थी.</w:t>
      </w:r>
    </w:p>
    <w:p>
      <w:r>
        <w:rPr>
          <w:b/>
        </w:rPr>
        <w:t xml:space="preserve">[06:54] </w:t>
      </w:r>
      <w:r>
        <w:t>to zara si ek koi cheez bhi agar uska balance bigad jaye to insan kuch kar nahi sakta.</w:t>
      </w:r>
    </w:p>
    <w:p>
      <w:pPr>
        <w:jc w:val="right"/>
      </w:pPr>
      <w:r>
        <w:t>तो जरा सी एक कोई चीज़ भी अगर उसका balance बिगड़ जाए तो इंसान कुछ कर नहीं सकता.</w:t>
      </w:r>
    </w:p>
    <w:p>
      <w:r>
        <w:rPr>
          <w:b/>
        </w:rPr>
        <w:t xml:space="preserve">[07:01] </w:t>
      </w:r>
      <w:r>
        <w:t>to yeh ek tarike se yeh yeh jaanna chahiye ke jo bhi hamare paas daulat hai wo allah</w:t>
      </w:r>
    </w:p>
    <w:p>
      <w:pPr>
        <w:jc w:val="right"/>
      </w:pPr>
      <w:r>
        <w:t>तो यह एक तरीके से यह यह जानना चाहिए कि जो भी हमारे पास दौलत है वो अल्लाह</w:t>
      </w:r>
    </w:p>
    <w:p>
      <w:r>
        <w:rPr>
          <w:b/>
        </w:rPr>
        <w:t xml:space="preserve">[07:08] </w:t>
      </w:r>
      <w:r>
        <w:t>talaah ki di hui ata karda ek tarike se gift hai aur usmein garibon ka bhi hissa hai</w:t>
      </w:r>
    </w:p>
    <w:p>
      <w:pPr>
        <w:jc w:val="right"/>
      </w:pPr>
      <w:r>
        <w:t>तालाह की दी हुई अता कर्दा एक तरीके से gift है और उसमें गरीबों का भी हिस्सा है</w:t>
      </w:r>
    </w:p>
    <w:p>
      <w:r>
        <w:rPr>
          <w:b/>
        </w:rPr>
        <w:t xml:space="preserve">[07:15] </w:t>
      </w:r>
      <w:r>
        <w:t>to hum un haqdaroon ko pahunchayein aur jo deen ke kaam mein bhi jiski jis mein zaroorat hai usmein</w:t>
      </w:r>
    </w:p>
    <w:p>
      <w:pPr>
        <w:jc w:val="right"/>
      </w:pPr>
      <w:r>
        <w:t>तो हम उन हक़दारों को पहुंचाए और जो दीन के काम में भी जिसकी जिसमें ज़रूरत है उसमें</w:t>
      </w:r>
    </w:p>
    <w:p>
      <w:r>
        <w:rPr>
          <w:b/>
        </w:rPr>
        <w:t xml:space="preserve">[07:22] </w:t>
      </w:r>
      <w:r>
        <w:t>bhi hum usko dein.</w:t>
      </w:r>
    </w:p>
    <w:p>
      <w:pPr>
        <w:jc w:val="right"/>
      </w:pPr>
      <w:r>
        <w:t>भी हम उसको दें.</w:t>
      </w:r>
    </w:p>
    <w:p>
      <w:r>
        <w:rPr>
          <w:b/>
        </w:rPr>
        <w:t xml:space="preserve">[07:30] </w:t>
      </w:r>
      <w:r>
        <w:t>to ek tarike se yeh ek salana reminder hai ke jo bhi allah talaah ne is duniya mein</w:t>
      </w:r>
    </w:p>
    <w:p>
      <w:pPr>
        <w:jc w:val="right"/>
      </w:pPr>
      <w:r>
        <w:t>तो एक तरीके से यह एक सालाना reminder है कि जो भी अल्लाह तालाह ने इस दुनिया में</w:t>
      </w:r>
    </w:p>
    <w:p>
      <w:r>
        <w:rPr>
          <w:b/>
        </w:rPr>
        <w:t xml:space="preserve">[07:37] </w:t>
      </w:r>
      <w:r>
        <w:t>intazamat kiye hain bahut hi aala qism ke uski uski wajah se hum kuch kaam kar paate hain</w:t>
      </w:r>
    </w:p>
    <w:p>
      <w:pPr>
        <w:jc w:val="right"/>
      </w:pPr>
      <w:r>
        <w:t>इंतज़ामात किए हैं बहुत ही आला क़स्म के उसकी उसकी वजह से हम कुछ काम कर पाते हैं</w:t>
      </w:r>
    </w:p>
    <w:p>
      <w:r>
        <w:rPr>
          <w:b/>
        </w:rPr>
        <w:t xml:space="preserve">[07:45] </w:t>
      </w:r>
      <w:r>
        <w:t>aur hum earn kar paate hain to usmein allah talaah ka jo jo allah talaah ka intezam hai</w:t>
      </w:r>
    </w:p>
    <w:p>
      <w:pPr>
        <w:jc w:val="right"/>
      </w:pPr>
      <w:r>
        <w:t>और हम earn कर पाते हैं तो उसमें अल्लाह तालाह का जो जो अल्लाह तालाह का इंतज़ाम है</w:t>
      </w:r>
    </w:p>
    <w:p>
      <w:r>
        <w:rPr>
          <w:b/>
        </w:rPr>
        <w:t xml:space="preserve">[07:52] </w:t>
      </w:r>
      <w:r>
        <w:t>wo samjhe hum ke yeh cheezein hamari khud hamari koshish se nahi hai balki allah ki ek tarike</w:t>
      </w:r>
    </w:p>
    <w:p>
      <w:pPr>
        <w:jc w:val="right"/>
      </w:pPr>
      <w:r>
        <w:t>वो समझे हम कि ये चीज़ें हमारी खुद हमारी कोशिश से नहीं है बल्कि अल्लाह की एक तरीके</w:t>
      </w:r>
    </w:p>
    <w:p>
      <w:r>
        <w:rPr>
          <w:b/>
        </w:rPr>
        <w:t xml:space="preserve">[08:00] </w:t>
      </w:r>
      <w:r>
        <w:t>se yeh hadiya hai, gift hai hamare liye to hum jo garibon ka haq hai usko adak karein.</w:t>
      </w:r>
    </w:p>
    <w:p>
      <w:pPr>
        <w:jc w:val="right"/>
      </w:pPr>
      <w:r>
        <w:t>से ये हदिया है, gift है हमारे लिए तो हम जो गरीबों का हक है उसको अदक करें.</w:t>
      </w:r>
    </w:p>
    <w:p>
      <w:r>
        <w:rPr>
          <w:b/>
        </w:rPr>
        <w:t xml:space="preserve">[08:08] </w:t>
      </w:r>
      <w:r>
        <w:t>to yahi darasal importance ya haqeeqat hai zakat ki. ji, doctor jaise aapne kaha ki gareebon ka haq adaa karein. to doctor aath made batai gayi hain zaqaat ki. to hum chahenge ki aap uske baare mein bhi hamein bataein ki kaun se eight heads hain zaqaat ke?</w:t>
      </w:r>
    </w:p>
    <w:p>
      <w:pPr>
        <w:jc w:val="right"/>
      </w:pPr>
      <w:r>
        <w:t>तो यही दरअसल importance या हकीकत है जकात की. जी, doctor जैसे आपने कहा कि गरीबों का हक अदक करें. तो doctor आठ मदे बताई गई हैं ज़क़ाद की. तो हम चाहेंगे कि आप उसके बारे में भी हमें बताएं कि कौन से eight heads हैं ज़क़ाद के?</w:t>
      </w:r>
    </w:p>
    <w:p>
      <w:r>
        <w:rPr>
          <w:b/>
        </w:rPr>
        <w:t xml:space="preserve">[08:34] </w:t>
      </w:r>
      <w:r>
        <w:t>quran mein surah at-taubah mein aath made hain, heads hain jisme zakat di ja sakti hai. to sabse pehle hai fukara yaani poor jinke paas kuch nahi hai. to jo bahut hi gareeb hai woh fukara hai aur phir masakeen hain. masakeen woh log hain jinke paas kuch hai. ji.</w:t>
      </w:r>
    </w:p>
    <w:p>
      <w:pPr>
        <w:jc w:val="right"/>
      </w:pPr>
      <w:r>
        <w:t>कुरान में सूरज अतौबा में आठ मदे हैं, heads हैं जिसमें जकात दी जा सकती है. तो सबसे पहले है फुकरा यानी poor जिनके पास कुछ नहीं है. तो जो बहुत ही गरीब है वह फुकरा है और फिर मसाकीन है. मसाकीन वह लोग हैं जिनके पास कुछ है. जी.</w:t>
      </w:r>
    </w:p>
    <w:p>
      <w:r>
        <w:rPr>
          <w:b/>
        </w:rPr>
        <w:t xml:space="preserve">[09:01] </w:t>
      </w:r>
      <w:r>
        <w:t>lekin woh unki jo needs hain woh poori nahi hoti. to unko bhi zaqaat di ja sakti hai aur phir aamileen, aamileen ka matlab hai ki jo log zaqaat collect karte hain, jaise institutions ke paas log hote hain woh jaake collect karte hain zakaat, to unko bhi zakaat di ja sakti hai.</w:t>
      </w:r>
    </w:p>
    <w:p>
      <w:pPr>
        <w:jc w:val="right"/>
      </w:pPr>
      <w:r>
        <w:t>लेकिन वो उनकी जो needs हैं वो पूरी नहीं होती. तो उनको भी ज़क़ाद दी जा सकती है और फिर आमिलीन, आमिलीन का मतलब है कि जो लोग ज़क़ाद collect करते हैं, जैसे institutions के पास लोग होते हैं वो जाके collect करते हैं जगात, तो उनको भी जगात दी जा सकती है.</w:t>
      </w:r>
    </w:p>
    <w:p>
      <w:r>
        <w:rPr>
          <w:b/>
        </w:rPr>
        <w:t xml:space="preserve">[09:26] </w:t>
      </w:r>
      <w:r>
        <w:t>aise hi hai ek mad, ek head muhallafat-ul-quloob yaani softening of the hearts ya soft corner paida karna.</w:t>
      </w:r>
    </w:p>
    <w:p>
      <w:pPr>
        <w:jc w:val="right"/>
      </w:pPr>
      <w:r>
        <w:t>ऐसे ही है एक मद, एक head मोहल्लाफतुल कुलूब यानी softening of the hearts या soft corner पैदा करना.</w:t>
      </w:r>
    </w:p>
    <w:p>
      <w:r>
        <w:rPr>
          <w:b/>
        </w:rPr>
        <w:t xml:space="preserve">[09:36] </w:t>
      </w:r>
      <w:r>
        <w:t>yeh khaas taur se yeh bahut hi ahmm head hai zakaad ka jis mein dawat ka kaam bhi aata</w:t>
      </w:r>
    </w:p>
    <w:p>
      <w:pPr>
        <w:jc w:val="right"/>
      </w:pPr>
      <w:r>
        <w:t>यह खास तौर से यह बहुत ही अहम् head है ज़क़ाद का जिसमें दावत का काम भी आता</w:t>
      </w:r>
    </w:p>
    <w:p>
      <w:r>
        <w:rPr>
          <w:b/>
        </w:rPr>
        <w:t xml:space="preserve">[09:43] </w:t>
      </w:r>
      <w:r>
        <w:t>hai yaani ke deen ka deen ka jo kaam hai khaas taur se dawat quran ko logon tak pahunchana,</w:t>
      </w:r>
    </w:p>
    <w:p>
      <w:pPr>
        <w:jc w:val="right"/>
      </w:pPr>
      <w:r>
        <w:t>है यानी कि दीन का दीन का जो काम है खासतौर से दावत कुरान को लोगों तक पहुंचाना,</w:t>
      </w:r>
    </w:p>
    <w:p>
      <w:r>
        <w:rPr>
          <w:b/>
        </w:rPr>
        <w:t xml:space="preserve">[09:50] </w:t>
      </w:r>
      <w:r>
        <w:t>deen ki baatein logon tak pahunchana usmein jo akhrazad hai quran ki printing hai, quran ka distribution hai,</w:t>
      </w:r>
    </w:p>
    <w:p>
      <w:pPr>
        <w:jc w:val="right"/>
      </w:pPr>
      <w:r>
        <w:t>दीन की बातें लोगों तक पहुंचाना उसमें जो अखराज़ाद है कुरान की printing है, कुरान का distribution है,</w:t>
      </w:r>
    </w:p>
    <w:p>
      <w:r>
        <w:rPr>
          <w:b/>
        </w:rPr>
        <w:t xml:space="preserve">[09:57] </w:t>
      </w:r>
      <w:r>
        <w:t>kitabein hai aajkal to digital daur aa gaya hai to usmein bhi jo cheezein hain to us par</w:t>
      </w:r>
    </w:p>
    <w:p>
      <w:pPr>
        <w:jc w:val="right"/>
      </w:pPr>
      <w:r>
        <w:t>किताबें है आजकल तो digital दौर आ गया है तो उसमें भी जो चीज़ें हैं तो उस पर</w:t>
      </w:r>
    </w:p>
    <w:p>
      <w:r>
        <w:rPr>
          <w:b/>
        </w:rPr>
        <w:t xml:space="preserve">[10:04] </w:t>
      </w:r>
      <w:r>
        <w:t>bhi yeh kharch ho sakta hai yaani jo madhu hai jisko hameen deen ki baatein batani hain, quran</w:t>
      </w:r>
    </w:p>
    <w:p>
      <w:pPr>
        <w:jc w:val="right"/>
      </w:pPr>
      <w:r>
        <w:t>भी यह खर्च हो सकता है यानी जो मधु है जिसको हमें दीन की बातें बतानी है, कुरान</w:t>
      </w:r>
    </w:p>
    <w:p>
      <w:r>
        <w:rPr>
          <w:b/>
        </w:rPr>
        <w:t xml:space="preserve">[10:11] </w:t>
      </w:r>
      <w:r>
        <w:t>ka paigaam pahunchana uske andar ek soft corner paida karna taake woh mutala kare islam ke baare mein</w:t>
      </w:r>
    </w:p>
    <w:p>
      <w:pPr>
        <w:jc w:val="right"/>
      </w:pPr>
      <w:r>
        <w:t>का प्यागाम पहुंचाना उसके अंदर एक soft corner पैदा करना ताकि वो मुताला करे इस्लाम के बारे में</w:t>
      </w:r>
    </w:p>
    <w:p>
      <w:r>
        <w:rPr>
          <w:b/>
        </w:rPr>
        <w:t xml:space="preserve">[10:18] </w:t>
      </w:r>
      <w:r>
        <w:t>jaane, islam ki ko samjhe, quran ko samjhe toh yeh ek bahut achha head hai jismein daawati kaam</w:t>
      </w:r>
    </w:p>
    <w:p>
      <w:pPr>
        <w:jc w:val="right"/>
      </w:pPr>
      <w:r>
        <w:t>जाने, इस्लाम की को समझे, कुरान को समझे तो यह एक बहुत अच्छा head है जिसमें दावती काम</w:t>
      </w:r>
    </w:p>
    <w:p>
      <w:r>
        <w:rPr>
          <w:b/>
        </w:rPr>
        <w:t xml:space="preserve">[10:25] </w:t>
      </w:r>
      <w:r>
        <w:t>bhi aa jaata hai aur phir hai rikab.</w:t>
      </w:r>
    </w:p>
    <w:p>
      <w:pPr>
        <w:jc w:val="right"/>
      </w:pPr>
      <w:r>
        <w:t>भी आ जाता है और फिर है रिकाब.</w:t>
      </w:r>
    </w:p>
    <w:p>
      <w:r>
        <w:rPr>
          <w:b/>
        </w:rPr>
        <w:t xml:space="preserve">[10:32] </w:t>
      </w:r>
      <w:r>
        <w:t>rikab ka matlab hai us zamane mein slaves hote the toh slaves ko free karne ke liye yeh</w:t>
      </w:r>
    </w:p>
    <w:p>
      <w:pPr>
        <w:jc w:val="right"/>
      </w:pPr>
      <w:r>
        <w:t>रिकाब का मतलब है उस जमाने में slaves होते थे तो slaves को free करने के लिए यह</w:t>
      </w:r>
    </w:p>
    <w:p>
      <w:r>
        <w:rPr>
          <w:b/>
        </w:rPr>
        <w:t xml:space="preserve">[10:37] </w:t>
      </w:r>
      <w:r>
        <w:t>head hua karta tha ab toh yeh cheez khatm ho gayi hai lekin abhi bhi log prisoners ki</w:t>
      </w:r>
    </w:p>
    <w:p>
      <w:pPr>
        <w:jc w:val="right"/>
      </w:pPr>
      <w:r>
        <w:t>head हुआ करता था अब तो यह चीज़ खत्म हो गई है लेकिन अभी भी लोग prisoners की</w:t>
      </w:r>
    </w:p>
    <w:p>
      <w:r>
        <w:rPr>
          <w:b/>
        </w:rPr>
        <w:t xml:space="preserve">[10:43] </w:t>
      </w:r>
      <w:r>
        <w:t>help kar karte hain koi agar aisa hai jo paid ho gaya hai aur masoom hai woh begunah</w:t>
      </w:r>
    </w:p>
    <w:p>
      <w:pPr>
        <w:jc w:val="right"/>
      </w:pPr>
      <w:r>
        <w:t>help कर करते हैं कोई अगर ऐसा है जो पैद हो गया है और मासूम है वो बेगुना</w:t>
      </w:r>
    </w:p>
    <w:p>
      <w:r>
        <w:rPr>
          <w:b/>
        </w:rPr>
        <w:t xml:space="preserve">[10:49] </w:t>
      </w:r>
      <w:r>
        <w:t>hai toh usko help karna, usko chhudana, uske liye legal help karna woh bhi sab ismein aa jaata</w:t>
      </w:r>
    </w:p>
    <w:p>
      <w:pPr>
        <w:jc w:val="right"/>
      </w:pPr>
      <w:r>
        <w:t>है तो उसको help करना, उसको छुड़ाना, उसके लिए legal help करना वो भी सब इसमें आ जाता</w:t>
      </w:r>
    </w:p>
    <w:p>
      <w:r>
        <w:rPr>
          <w:b/>
        </w:rPr>
        <w:t xml:space="preserve">[10:55] </w:t>
      </w:r>
      <w:r>
        <w:t>hai aur phir hai garmeen, garmeen woh hai jo jiska jisne bahut loan vagairah liya hai aur woh</w:t>
      </w:r>
    </w:p>
    <w:p>
      <w:pPr>
        <w:jc w:val="right"/>
      </w:pPr>
      <w:r>
        <w:t>है और फिर है गर्मीन, गर्मीन वो है जो जिसका जिसने बहुत loan वगैरह लिया है और वो</w:t>
      </w:r>
    </w:p>
    <w:p>
      <w:r>
        <w:rPr>
          <w:b/>
        </w:rPr>
        <w:t xml:space="preserve">[11:01] </w:t>
      </w:r>
      <w:r>
        <w:t>us us loan mein daba hua hai aur woh pay nahin kar pa raha hai toh usko us</w:t>
      </w:r>
    </w:p>
    <w:p>
      <w:pPr>
        <w:jc w:val="right"/>
      </w:pPr>
      <w:r>
        <w:t>उस उस loan में दबा हुआ है और वो pay नहीं कर पा रहा है तो उसको उस</w:t>
      </w:r>
    </w:p>
    <w:p>
      <w:r>
        <w:rPr>
          <w:b/>
        </w:rPr>
        <w:t xml:space="preserve">[11:07] </w:t>
      </w:r>
      <w:r>
        <w:t>ismad mein bhi diya ja sakta hai aur phir is fiss abhi lillah, sabhi lillah matlab hai khuda</w:t>
      </w:r>
    </w:p>
    <w:p>
      <w:pPr>
        <w:jc w:val="right"/>
      </w:pPr>
      <w:r>
        <w:t>इस्मद में भी दिया जा सकता है और फिर इस फिस अभी लिल्ला, सभी लिल्ला मतलब है खुदा</w:t>
      </w:r>
    </w:p>
    <w:p>
      <w:r>
        <w:rPr>
          <w:b/>
        </w:rPr>
        <w:t xml:space="preserve">[11:13] </w:t>
      </w:r>
      <w:r>
        <w:t>ke raah mein.</w:t>
      </w:r>
    </w:p>
    <w:p>
      <w:pPr>
        <w:jc w:val="right"/>
      </w:pPr>
      <w:r>
        <w:t>के राह में.</w:t>
      </w:r>
    </w:p>
    <w:p>
      <w:r>
        <w:rPr>
          <w:b/>
        </w:rPr>
        <w:t xml:space="preserve">[11:19] </w:t>
      </w:r>
      <w:r>
        <w:t>yeh bhi ek bahut hi bada head hai jisme aap bahut saari cheezein aa jaati hain aur dawat ka kaam bhi ismein aata hai ki quran ko logon tak pahunchana abhi sabee lillah mein aata hai aur yeh ek bahut hi ahum head hai islam ke jo aur kaam hai woh sab iske andar aa sakte hain aur phir hai Ibn Sabil. Ibn Sabil ka matlab hai travelers.</w:t>
      </w:r>
    </w:p>
    <w:p>
      <w:pPr>
        <w:jc w:val="right"/>
      </w:pPr>
      <w:r>
        <w:t>यह भी एक बहुत ही बड़ा head है जिसमें आप बहुत सारी चीज़ें आ जाती है और दावत का काम भी इसमें आता है कि कुरान को लोगों तक पहुंचाना अभी सभी लिल्ला में आता है और यह एक बहुत ही अहम् head है इस्लाम के जो और काम है वो सब इसके अंदर आ सकते हैं और फिर है Ibn Sabil. Ibn Sabil का मतलब है travelers.</w:t>
      </w:r>
    </w:p>
    <w:p>
      <w:r>
        <w:rPr>
          <w:b/>
        </w:rPr>
        <w:t xml:space="preserve">[11:47] </w:t>
      </w:r>
      <w:r>
        <w:t>toh travelers us zamane mein jab banks nahin hote the aur yeh sab cheezein yeh facilities nahin thi</w:t>
      </w:r>
    </w:p>
    <w:p>
      <w:pPr>
        <w:jc w:val="right"/>
      </w:pPr>
      <w:r>
        <w:t>तो travelers उस ज़माने में जब banks नहीं होते थे और ये सब चीज़ें ये facilities नहीं थी</w:t>
      </w:r>
    </w:p>
    <w:p>
      <w:r>
        <w:rPr>
          <w:b/>
        </w:rPr>
        <w:t xml:space="preserve">[11:53] </w:t>
      </w:r>
      <w:r>
        <w:t>toh kabhi kabhi kya hota tha koi shakhs apne ghar mein toh woh rich hai lekin woh travel</w:t>
      </w:r>
    </w:p>
    <w:p>
      <w:pPr>
        <w:jc w:val="right"/>
      </w:pPr>
      <w:r>
        <w:t>तो कभी कभी क्या होता था कोई शख्स अपने घर में तो वो rich है लेकिन वो travel</w:t>
      </w:r>
    </w:p>
    <w:p>
      <w:r>
        <w:rPr>
          <w:b/>
        </w:rPr>
        <w:t xml:space="preserve">[11:59] </w:t>
      </w:r>
      <w:r>
        <w:t>karke kahin doosri country jaata tha toh wahan woh kisi wajah se gareeb ho jaata tha.</w:t>
      </w:r>
    </w:p>
    <w:p>
      <w:pPr>
        <w:jc w:val="right"/>
      </w:pPr>
      <w:r>
        <w:t>करके कहीं दूसरी country जाता था तो वहां वो किसी वजह से गरीब हो जाता था.</w:t>
      </w:r>
    </w:p>
    <w:p>
      <w:r>
        <w:rPr>
          <w:b/>
        </w:rPr>
        <w:t xml:space="preserve">[12:05] </w:t>
      </w:r>
      <w:r>
        <w:t>toh usko bhi zakat ka yeh ek head hai jo jisko zakat diya hai.</w:t>
      </w:r>
    </w:p>
    <w:p>
      <w:pPr>
        <w:jc w:val="right"/>
      </w:pPr>
      <w:r>
        <w:t>तो उसको भी ज़क़ात का ये एक head है जो जिसको ज़क़ात दिया है.</w:t>
      </w:r>
    </w:p>
    <w:p>
      <w:r>
        <w:rPr>
          <w:b/>
        </w:rPr>
        <w:t xml:space="preserve">[12:11] </w:t>
      </w:r>
      <w:r>
        <w:t>toh yeh aath heads hain aur inmein beirhaal zakat ki rakam di ja sakti hai. Ji.</w:t>
      </w:r>
    </w:p>
    <w:p>
      <w:pPr>
        <w:jc w:val="right"/>
      </w:pPr>
      <w:r>
        <w:t>तो ये आठ heads हैं और इनमें बैरहाल ज़क़ात की रकम दी जा सकती है. जी.</w:t>
      </w:r>
    </w:p>
    <w:p>
      <w:r>
        <w:rPr>
          <w:b/>
        </w:rPr>
        <w:t xml:space="preserve">[12:18] </w:t>
      </w:r>
      <w:r>
        <w:t>DocsApp apne aath heads bataein lekin zaqaat ki ek calculation ka bhi ek process hai. to uske baare mein bhi kuch hum sabko bataiye. zaqaat ko kaise calculate karte hain uske liye chahiye ki kisi achhe mufti se milein. ji. kyunki itna aasan nahi hai. jaise log kehte hain 2.5% zakat deni hai. lekin itna aasan nahi hai.</w:t>
      </w:r>
    </w:p>
    <w:p>
      <w:pPr>
        <w:jc w:val="right"/>
      </w:pPr>
      <w:r>
        <w:t>DocsApp अपने आठ heads बताएं लेकिन ज़क़ात की एक calculation का भी एक process है. तो उसके बारे में भी कुछ हम सबको बताइए. ज़क़ात को कैसे calculate करते हैं उसके लिए चाहिए कि किसी अच्छे मुफ्ती से मिले. जी. क्योंकि इतना आसान नहीं है. जैसे लोग कहते हैं 2.5% ज़कात देनी है. लेकिन इतना आसान नहीं है.</w:t>
      </w:r>
    </w:p>
    <w:p>
      <w:r>
        <w:rPr>
          <w:b/>
        </w:rPr>
        <w:t xml:space="preserve">[12:44] </w:t>
      </w:r>
      <w:r>
        <w:t>jaise aap income tax pay karte hain to aap ek chartered accountant ke paas jaate hain aur bahut saari details woh aapko aapse leta hai to phir woh ek banata hai. aise hi aapko chahiye ki kisi bahut achhe mufti se mile jo zakat ke baare mein uski knowledge ho uski wajah yeh hai ki ab bahut badal gaya hai. roz nai nai cheezein aa rahi hain.</w:t>
      </w:r>
    </w:p>
    <w:p>
      <w:pPr>
        <w:jc w:val="right"/>
      </w:pPr>
      <w:r>
        <w:t>जैसे आप income tax pay करते हैं तो आप एक chartered accountant के पास जाते हैं और बहुत सारी details वो आपको आपसे लेता है तो फिर वो एक बनाता है. ऐसे ही आपको चाहिए कि किसी बहुत अच्छे मुफ्ती से मिले जो जगात के बारे में उसकी knowledge हो उसकी वजह यह है कि अब बहुत बदल गया है. रोज़ नई नई चीज़ें आ रही हैं.</w:t>
      </w:r>
    </w:p>
    <w:p>
      <w:r>
        <w:rPr>
          <w:b/>
        </w:rPr>
        <w:t xml:space="preserve">[13:11] </w:t>
      </w:r>
      <w:r>
        <w:t>naye naye tarah ke developments hain, nai nai tarah ke investments hain. to woh jo mufti hoga woh aapse saari detail lega aur woh samjhega. ji. to main bas ek basic khaaka bata sakta hoon ki jo assets hain aapke woh saare assets aap likhiye aur phir usko calculate kariye.</w:t>
      </w:r>
    </w:p>
    <w:p>
      <w:pPr>
        <w:jc w:val="right"/>
      </w:pPr>
      <w:r>
        <w:t>नए नए तरह के developments हैं, नई नई तरह के investments हैं. तो वह जो मुफ्ती होगा वह आपसे सारी detail लेगा और वह समझेगा. जी. तो मैं बस एक basic खाका बता सकता हूं कि जो assets हैं आपके वो सारे assets आप लिखिए और फिर उसको calculate करिए.</w:t>
      </w:r>
    </w:p>
    <w:p>
      <w:r>
        <w:rPr>
          <w:b/>
        </w:rPr>
        <w:t xml:space="preserve">[13:32] </w:t>
      </w:r>
      <w:r>
        <w:t>assets mein yaani jaise cash hai, bank balance hai, koi foreign currency hai, koi bond hai, investment kisi tarah ka hai, mutual fund hai, PF hai, fixed deposit hai, LIC ki koi policy hai. ji.</w:t>
      </w:r>
    </w:p>
    <w:p>
      <w:pPr>
        <w:jc w:val="right"/>
      </w:pPr>
      <w:r>
        <w:t>Assets में यानी जैसे cash है, bank balance है, कोई foreign currency है, कोई bond है, investment किसी तरह का है, mutual fund है, PF है, fixed deposit है, LIC की कोई policy है. जी.</w:t>
      </w:r>
    </w:p>
    <w:p>
      <w:r>
        <w:rPr>
          <w:b/>
        </w:rPr>
        <w:t xml:space="preserve">[13:50] </w:t>
      </w:r>
      <w:r>
        <w:t>yeh saari cheezein mukhtalif tarah tarah ki cheezein hain woh sab ek aap head mein likhiye aur agar koi aapke paas misaal ke taur par flat hai ya koi ghar hai ya zameen hai, agar aapki self use mein hai woh, aap rehte hain ya aapka business hai usmein ya aapka office hai ya dukaan hai to woh uspe zakaat nahi hai.</w:t>
      </w:r>
    </w:p>
    <w:p>
      <w:pPr>
        <w:jc w:val="right"/>
      </w:pPr>
      <w:r>
        <w:t>ये सारी चीज़ें मुख्तलीफ तरह तरह की चीज़ें हैं वो सब एक आप head में लिखिए और अगर कोई आपके पास मिसाल के तौर पर flat है या कोई घर है या ज़मीन है, अगर आपकी self use में है वो, आप रहते हैं या आपका business है उसमें या आपका office है या दुकान है तो वो उसपे ज़क़ाद नहीं है.</w:t>
      </w:r>
    </w:p>
    <w:p>
      <w:r>
        <w:rPr>
          <w:b/>
        </w:rPr>
        <w:t xml:space="preserve">[14:12] </w:t>
      </w:r>
      <w:r>
        <w:t>lekin agar koi aapke paas property hai, flat hai ya koi land hai ya koi dukaan hai ya koi aur jagah hai jo aapne is maksad se khareedi hai ki woh main bechunga jab uska aapko bata sakta hai.</w:t>
      </w:r>
    </w:p>
    <w:p>
      <w:pPr>
        <w:jc w:val="right"/>
      </w:pPr>
      <w:r>
        <w:t>लेकिन अगर कोई आपके पास property है, flat है या कोई land है या कोई दुकान है या कोई और जगह है जो आपने इस मकसद से खरीदी है कि वो मैं बेचूंगा जब उसका आपको बता सकता है.</w:t>
      </w:r>
    </w:p>
    <w:p>
      <w:r>
        <w:rPr>
          <w:b/>
        </w:rPr>
        <w:t xml:space="preserve">[14:42] </w:t>
      </w:r>
      <w:r>
        <w:t>aise hi jaise ek business hai kisi ka to woh jo jo stock hai uska woh bhi calculate karega, woh bhi asset mein aayega. ab stock alag alag tarah ke business hai, alag alag tarah ke stock hota hai. jaise kisi ke furniture ka business hai to jo furniture ready hai woh stock mein shamil hai. jo raw material hai, lakdi hai, plywood hai aur kya kya cheezein hai woh sab stock mein shamil hai. to woh bhi shamil hongi.</w:t>
      </w:r>
    </w:p>
    <w:p>
      <w:pPr>
        <w:jc w:val="right"/>
      </w:pPr>
      <w:r>
        <w:t>ऐसे ही जैसे एक business है किसी का तो वो जो जो stock है उसका वो भी calculate करेगा, वो भी asset में आएगा. अब stock अलग अलग तरह के business है, अलग अलग तरह के stock होता है. जैसे किसी के furniture का business है तो जो furniture ready है वो stock में शामिल है. जो raw material है, लकड़ी है, plywood है और क्या क्या चीज़ें है वो सब stock में शामिल है. तो वो भी शामिल होंगी.</w:t>
      </w:r>
    </w:p>
    <w:p>
      <w:r>
        <w:rPr>
          <w:b/>
        </w:rPr>
        <w:t xml:space="preserve">[15:09] </w:t>
      </w:r>
      <w:r>
        <w:t>aisi koi aapne agar installment pay ki hai, koi aapne book kiya hai koi house ya flat ya whatever ya koi advance diya hai to woh sab usmein aayega. to bahut saari cheezein aayengi. tab aapka total aayega asset ya wealth.</w:t>
      </w:r>
    </w:p>
    <w:p>
      <w:pPr>
        <w:jc w:val="right"/>
      </w:pPr>
      <w:r>
        <w:t>ऐसी कोई आपने अगर installment pay की है, कोई आपने book किया है कोई house या flat या whatever या कोई advance दिया है तो वो सब उसमें आएगा. तो बहुत सारी चीज़ें आएंगी. तब आपका total आएगा asset या wealth.</w:t>
      </w:r>
    </w:p>
    <w:p>
      <w:r>
        <w:rPr>
          <w:b/>
        </w:rPr>
        <w:t xml:space="preserve">[15:23] </w:t>
      </w:r>
      <w:r>
        <w:t>koi jewelry hai ya sona hai, chandi hai aur ek zakaat mein yeh bhi dekhna hota hai ki nisab jise kehte hain yaani threshold hai ek ki us threshold tak aapki wealth pahunchti hai to aapko ko zakaat dena hai. woh hai 85 gram of gold, 24 carat ka jo gold hai 85 gram gold ki kya value hai?</w:t>
      </w:r>
    </w:p>
    <w:p>
      <w:pPr>
        <w:jc w:val="right"/>
      </w:pPr>
      <w:r>
        <w:t>कोई jewelry है या सोना है, चांदी है और एक जकात में यह भी देखना होता है कि निसाब जिसे कहते हैं यानी threshold है एक कि उस threshold तक आपकी wealth पहुंचती है तो आपको को ज़कात देना है. वो है 85 gram of gold, 24 carat का जो gold है 85 gram gold की क्या value है?</w:t>
      </w:r>
    </w:p>
    <w:p>
      <w:r>
        <w:rPr>
          <w:b/>
        </w:rPr>
        <w:t xml:space="preserve">[15:48] </w:t>
      </w:r>
      <w:r>
        <w:t>woh aap dekhenge us values se agar kam hai aapki wealth ka sab total to phir zakaat nahi hai aap. agar usse zyada hai to woh ek threshold hai usko nisab kaha jata hai. to ismein ho sakta hai kuch liabilities bhi ho aapki to woh liabilities bhi deduct ho sakti hai lekin woh mufti bata sakta hai. ji.</w:t>
      </w:r>
    </w:p>
    <w:p>
      <w:pPr>
        <w:jc w:val="right"/>
      </w:pPr>
      <w:r>
        <w:t>वो आप देखेंगे उस values से अगर कम है आपकी wealth का सब total तो फिर ज़क़ात नहीं है आप. अगर उससे ज़्यादा है तो वो एक threshold है उसको निसाब कहा जाता है. तो इसमें हो सकता है कुछ liabilities भी हो आपकी तो वो liabilities भी deduct हो सकती है लेकिन वो मुफ्ती बता सकता है. जी.</w:t>
      </w:r>
    </w:p>
    <w:p>
      <w:r>
        <w:rPr>
          <w:b/>
        </w:rPr>
        <w:t xml:space="preserve">[16:06] </w:t>
      </w:r>
      <w:r>
        <w:t>uski wajah yeh hai ki naye naye tarah ke businesses hain, naye naye tarah ki cheezein aa rahi hain, cryptocurrency aa gayi hai aur digital currency hai aur kya kya nai nai cheezein aati hai hum jaante bhi nahi hain. ji ji ji. to woh ek mufti aapko bata sakta hai.</w:t>
      </w:r>
    </w:p>
    <w:p>
      <w:pPr>
        <w:jc w:val="right"/>
      </w:pPr>
      <w:r>
        <w:t>उसकी वजह यह है कि नए नए तरह के businesses हैं, नए नए तरह की चीज़ें आ रही हैं, cryptocurrency आ गई है और digital currency है और क्या क्या नई नई चीज़ें आती है हम जानते भी नहीं हैं. जी जी जी. तो वह एक मुफ्ती आपको बता सकता है.</w:t>
      </w:r>
    </w:p>
    <w:p>
      <w:r>
        <w:rPr>
          <w:b/>
        </w:rPr>
        <w:t xml:space="preserve">[16:21] </w:t>
      </w:r>
      <w:r>
        <w:t>to woh saari cheezein aap asset mein karenge, phir kuch liabilities agar hai to woh liabilities minus karenge phir jo total aayega us total par 2.5% yaani 40 se aap divide kar dein to 2.5% aa jayega.</w:t>
      </w:r>
    </w:p>
    <w:p>
      <w:pPr>
        <w:jc w:val="right"/>
      </w:pPr>
      <w:r>
        <w:t>तो वो सारी चीज़ें आप asset में करेंगे, फिर कुछ liabilities अगर है तो वो liabilities minus करेंगे फिर जो total आएगा उस total पर 2.5% यानी 40 से आप divide कर दें तो 2.5% आ जाएगा.</w:t>
      </w:r>
    </w:p>
    <w:p>
      <w:r>
        <w:rPr>
          <w:b/>
        </w:rPr>
        <w:t xml:space="preserve">[16:37] </w:t>
      </w:r>
      <w:r>
        <w:t>to yeh aur ek baat aur hai ki ismein jo ek saal tak aapke paas rahi ho cheez, yaani daulat aapke paas ek saal ya cash aapke paas ek saal ya koi property ek saal tak, tabhi uspe zakaat hoti hai yaani woh ek saal poora complete hona chahiye. agar ek saal complete nahi hoga to woh usmein nahi aayega. to yeh kuch baatein hain jo maine ek tarike se basic baatein hain. ji.</w:t>
      </w:r>
    </w:p>
    <w:p>
      <w:pPr>
        <w:jc w:val="right"/>
      </w:pPr>
      <w:r>
        <w:t>तो ये और एक बात और है कि इसमें जो एक साल तक आपके पास रही हो चीज़, यानी दौलत आपके पास एक साल या cash आपके पास एक साल या कोई property एक साल तक, तभी उसपे सकात होती है यानी वो एक साल पूरा complete होना चाहिए. अगर एक साल complete नहीं होगा तो वो उसमें नहीं आएगा. तो ये कुछ बातें हैं जो मैंने एक तरीके से basic बातें हैं. जी.</w:t>
      </w:r>
    </w:p>
    <w:p>
      <w:r>
        <w:rPr>
          <w:b/>
        </w:rPr>
        <w:t xml:space="preserve">[17:01] </w:t>
      </w:r>
      <w:r>
        <w:t>lekin koi mufti hi zyada se hi calculation kar sakega aur, aur, aur logon ko chahiye ki achhe mufti se mile khud se calculate karke woh baat sahi aayegi nahi. detailed process hai yeh to. bahut detailed hai, bahut detailed hai. to isliye mufti se jaanna hi ji. zaroori hai. DocsApp hum charity yaani zakaat par discussion kar rahe hain. ji.</w:t>
      </w:r>
    </w:p>
    <w:p>
      <w:pPr>
        <w:jc w:val="right"/>
      </w:pPr>
      <w:r>
        <w:t>लेकिन कोई मुफ्ती ही ज़्यादा से ही calculation कर सकेगा और, और, और लोगों को चाहिए कि अच्छे मुफ्ती से मिले खुद से calculate करके वह बात सही आएगी नहीं. Detailed process है यह तो. बहुत detailed है, बहुत detailed है. तो इसलिए मुफ्ती से जानना ही जी. ज़रूरी है. DocsApp हम charity यानी ज़क़ात पर discussion कर रहे हैं. जी.</w:t>
      </w:r>
    </w:p>
    <w:p>
      <w:r>
        <w:rPr>
          <w:b/>
        </w:rPr>
        <w:t xml:space="preserve">[17:24] </w:t>
      </w:r>
      <w:r>
        <w:t>There is also a saying that the measure of life is not its duration but its donation and charity jo hum karte hain, it signifies the spirit of compassion for others. to doctor sahib jahan zakaat charity hai, wahan sadqa bhi charity hai. dono mein kya difference hai, isko bhi aap please wazeh karein.</w:t>
      </w:r>
    </w:p>
    <w:p>
      <w:pPr>
        <w:jc w:val="right"/>
      </w:pPr>
      <w:r>
        <w:t>There is also a saying that the measure of life is not its duration but its donation and charity जो हम करते हैं, it signifies the spirit of compassion for others. तो doctor साहब जहां ज़क़ाद charity है, वहां सद्गा भी charity है. दोनों में क्या difference है, इसको भी आप please वाज़े करें.</w:t>
      </w:r>
    </w:p>
    <w:p>
      <w:r>
        <w:rPr>
          <w:b/>
        </w:rPr>
        <w:t xml:space="preserve">[17:49] </w:t>
      </w:r>
      <w:r>
        <w:t>zakaat jo hai zakaat to ek bahut hi saare bahut zyada rules hain usmein, predefined rule, rules aur regulations hain. yaani zakaat sabse pehli baat to hai jaise aapne bhi bataya ki ek rukn hai Islam ka haathi ismein aata hai bunyaadul Islam wala kham singh, to Islam ki bunyaad jo hai paanch pillars par hai to zakaat uska bahut hi important pillar hai, fourth pillar hai Islam mein.</w:t>
      </w:r>
    </w:p>
    <w:p>
      <w:pPr>
        <w:jc w:val="right"/>
      </w:pPr>
      <w:r>
        <w:t>ज़काद जो है ज़काद तो एक बहुत ही सारे बहुत ज़्यादा rules हैं उसमें, predefined rule, rules और regulations हैं. यानी ज़काद सबसे पहली बात तो है जैसे आपने भी बताया कि एक रुकन है इस्लाम का हाथि इसमें आता है बुनियाल इस्लाम वाला खम सिंह, तो इस्लाम की बुनियाद जो है पांच pillars पर है तो ज़क़ाद उसका बहुत ही important pillar है, fourth pillar है इस्लाम में.</w:t>
      </w:r>
    </w:p>
    <w:p>
      <w:r>
        <w:rPr>
          <w:b/>
        </w:rPr>
        <w:t xml:space="preserve">[18:16] </w:t>
      </w:r>
      <w:r>
        <w:t>sabse pehli cheez to yeh hai ki zakaat pillar hai, zakaat ek Islam ka pillar hai aur phir uske heads hain, jaise abhi discuss hue ki aath heads hain, usi ke andar aapko karna hai. aise hi ek nisab hai yaani ek threshold hai is amount tak aap is figure tak aapki jo wealth hai agar hogi to zakaat aap pay karenge usse kam hogi to zakaat bhi pay karenge. aisi cheez hai ki ek saal poora hona chahiye tabhi zakaat uspe nikali jayegi aur phir ek percentage hai 2.5%.</w:t>
      </w:r>
    </w:p>
    <w:p>
      <w:pPr>
        <w:jc w:val="right"/>
      </w:pPr>
      <w:r>
        <w:t>सबसे पहली चीज़ तो यह है कि ज़क़ाद pillar है, ज़क़ाद एक इस्लाम का pillar है और फिर उसके heads हैं, जैसे अभी discuss हुए कि आठ heads हैं, उसी के अंदर आपको करना है. ऐसे ही एक निसाब है यानी एक threshold है इस amount तक आप इस figure तक आपकी जो wealth है अगर होगी तो ज़क़ात आप pay करेंगे उससे कम होगी तो ज़क़ात भी pay करेंगे. ऐसी चीज़ है कि एक साल पूरा होना चाहिए तभी ज़क़ात उसपे निकाली जाएगी और फिर एक percentage है 2.5%.</w:t>
      </w:r>
    </w:p>
    <w:p>
      <w:r>
        <w:rPr>
          <w:b/>
        </w:rPr>
        <w:t xml:space="preserve">[18:46] </w:t>
      </w:r>
      <w:r>
        <w:t>to yeh sab bahut hi bahut hi yaani predefined well structured laws hain, regulations hain zakaat ke ke kab dena hai, kahan dena hai, kisko dena hai, yeh sab cheezein bahut hi zyada muhaddad aur mukarrar hain lekin jo sadqa hai woh it covers all kinds of charity and arms ki. ji.</w:t>
      </w:r>
    </w:p>
    <w:p>
      <w:pPr>
        <w:jc w:val="right"/>
      </w:pPr>
      <w:r>
        <w:t>तो ये सब बहुत ही बहुत ही यानी predefined well structured laws हैं, regulations हैं जकात के के कब देना है, कहां देना है, किसको देना है, ये सब चीज़ें बहुत ही ज़्यादा मोहददद और मुकर्रर हैं लेकिन जो सधका है वो it covers all kinds of charity and arms की. जी.</w:t>
      </w:r>
    </w:p>
    <w:p>
      <w:r>
        <w:rPr>
          <w:b/>
        </w:rPr>
        <w:t xml:space="preserve">[19:11] </w:t>
      </w:r>
      <w:r>
        <w:t>yaani saari charity jo bhi zakaat ke alawa apart from obligatory zakaat jo bhi insaan charity ka kaam karta hai woh sadqa mein aata hai. voluntary basis. voluntary basis. ji ji. to yeh voluntary aap chunke 2.5% zakaat hai lekin insaan chahta hai kuch aur kare. isko Maulana ne ek baar kaha tha ki baatein masid.</w:t>
      </w:r>
    </w:p>
    <w:p>
      <w:pPr>
        <w:jc w:val="right"/>
      </w:pPr>
      <w:r>
        <w:t>यानी सारी charity जो भी ज़क़ाद के अलावा apart from obligatory ज़क़ाद जो भी इंसान charity का काम करता है वो सत्खा में आता है. Voluntary basis. Voluntary basis. जी जी. तो ये voluntary आप चूंकि 2.5% जाकात है लेकिन इंसान चाहता है कुछ और करे. इसको पौलाना ने एक बार कहा था कि बादतें मसीद.</w:t>
      </w:r>
    </w:p>
    <w:p>
      <w:r>
        <w:rPr>
          <w:b/>
        </w:rPr>
        <w:t xml:space="preserve">[19:39] </w:t>
      </w:r>
      <w:r>
        <w:t>jaise tahajjud ke baare mein aata hai ki fattahajjut bhi nafil atlak, ek nafil hai tumhare liye tahajjud. paanch waqt ki to namaze hain, woh to aapke liye obligatory hain. ji. farz hain lekin phir insaan chahta hai ki aur kuch ibadat karein to uske liye ji. tahajjud hai.</w:t>
      </w:r>
    </w:p>
    <w:p>
      <w:pPr>
        <w:jc w:val="right"/>
      </w:pPr>
      <w:r>
        <w:t>जैसे तहज्जुद के बारे में आता है कि फत्तहज्जत भी नाफिल अतलक, एक नफिल है तुम्हारे लिए तहज्जुद. पांच वक्त की तो नमाज़े हैं, वो तो आपके लिए obligatory हैं. जी. फर्ज हैं लेकिन फिर इंसान चाहता है कि और कुछ इबादत करें तो उसके लिए जी. तायजुद है.</w:t>
      </w:r>
    </w:p>
    <w:p>
      <w:r>
        <w:rPr>
          <w:b/>
        </w:rPr>
        <w:t xml:space="preserve">[20:01] </w:t>
      </w:r>
      <w:r>
        <w:t>isi tarike se agar aap dil chahte hain ki aur kuch khuda ke raam mein kharch karein to phir sadqa ki to koi limit nahi hai. ji ji ji. aur har cheez hi sadqa hai balki koi bhi nek kaam aap karte hain to woh sadqa hai. ji. to isliye yeh yeh bahut important hai ki zakaat aur sadqa dono hi insaan ko chahiye ki woh kare chunke iska bahut bada ajar hai.</w:t>
      </w:r>
    </w:p>
    <w:p>
      <w:pPr>
        <w:jc w:val="right"/>
      </w:pPr>
      <w:r>
        <w:t>इसी तरीके से अगर आप दिल चाहते हैं कि और कुछ होदा के राम में खर्च करें तो फिर सत्का की तो कोई limit नहीं है. जी जी जी. और हर चीज़ ही सत्का है बल्कि कोई भी नेक काम आप करते हैं तो वह सत्का है. जी. तो इसलिए यह यह बहुत important है कि ज़क़ात और सत्का दोनों ही इंसान को चाहिए कि वह करे चुके इसका बहुत बड़ा अजर है.</w:t>
      </w:r>
    </w:p>
    <w:p>
      <w:r>
        <w:rPr>
          <w:b/>
        </w:rPr>
        <w:t xml:space="preserve">[20:31] </w:t>
      </w:r>
      <w:r>
        <w:t>ji. bahut bada reward hai. to uske baare mein aapka kya opinion hai? haan zyada de sakta hai insaan.</w:t>
      </w:r>
    </w:p>
    <w:p>
      <w:pPr>
        <w:jc w:val="right"/>
      </w:pPr>
      <w:r>
        <w:t>जी. बहुत बड़ा reward है. तो उसके बारे में आपका क्या opinion है? हां ज़्यादा दे सकता है इंसान.</w:t>
      </w:r>
    </w:p>
    <w:p>
      <w:r>
        <w:rPr>
          <w:b/>
        </w:rPr>
        <w:t xml:space="preserve">[20:57] </w:t>
      </w:r>
      <w:r>
        <w:t>quran mein balki yeh aaya hai log poochte hain ki hum kya kharch karein Allah ke raam mein? to uske jawab mein hai qulil af ke woh sab tum kharch kar do Allah ke raam mein jo tumhare tumhari jo zaroorat hai usse zyada jo bhi tumhari needs hai usse zyada jo bhi tumhare paas hai sab Allah ke raam mein de do.</w:t>
      </w:r>
    </w:p>
    <w:p>
      <w:pPr>
        <w:jc w:val="right"/>
      </w:pPr>
      <w:r>
        <w:t>कुरान में बल्कि यह आया है लोग पूछते हैं कि हम क्या खर्च करें अल्लाह के राम में? तो उसके जवाब में है कुलील अफ के वो सब तुम खर्च कर दो अल्लाह के राम में जो तुम्हारे तुम्हारी जो ज़रूरत है उससे ज़्यादा जो भी तुम्हारी needs है उससे ज़्यादा जो भी तुम्हारे पास है सब अल्लाह के राम में दे दो.</w:t>
      </w:r>
    </w:p>
    <w:p>
      <w:r>
        <w:rPr>
          <w:b/>
        </w:rPr>
        <w:t xml:space="preserve">[21:25] </w:t>
      </w:r>
      <w:r>
        <w:t>to yeh to ek maximum hai aur 2.5 minimum hai. to ubhaar aa gaya hai ki sirf 2.5 par hi mat tum ruko balki aur zyada kharch karo. ek waqia hai. ji.</w:t>
      </w:r>
    </w:p>
    <w:p>
      <w:pPr>
        <w:jc w:val="right"/>
      </w:pPr>
      <w:r>
        <w:t>तो ये तो एक maximum है और 2.5 minimum है. तो उभार आ गया है कि सिर्फ 2.5 पर ही मत तुम रुको बल्कि और ज़्यादा खर्च करो. एक वाक्या है. जी.</w:t>
      </w:r>
    </w:p>
    <w:p>
      <w:r>
        <w:rPr>
          <w:b/>
        </w:rPr>
        <w:t xml:space="preserve">[21:39] </w:t>
      </w:r>
      <w:r>
        <w:t>hazrat ubaiyb naqab ka, hazrat ubaiyb naqab bahut bade bade sahabi hain aur madina ke the aur jab</w:t>
      </w:r>
    </w:p>
    <w:p>
      <w:pPr>
        <w:jc w:val="right"/>
      </w:pPr>
      <w:r>
        <w:t>हज़त उभाईब नकाब का, हज़रत उबाईब नकाब बहुत बड़े बड़े साबित है और मदीना के थे और जब</w:t>
      </w:r>
    </w:p>
    <w:p>
      <w:r>
        <w:rPr>
          <w:b/>
        </w:rPr>
        <w:t xml:space="preserve">[21:50] </w:t>
      </w:r>
      <w:r>
        <w:t>rasoolullah sallam madina gaye toh sabse pehle jo wahi utri madina mein toh hazrat ubaiyb naqab ne likhi thi</w:t>
      </w:r>
    </w:p>
    <w:p>
      <w:pPr>
        <w:jc w:val="right"/>
      </w:pPr>
      <w:r>
        <w:t>रसोल्लास्ल्लम मदीना गए तो सबसे पहले जो वही उत्तरी मदीना में तो हज़रत उबाईब नकाब ने लिखी थी</w:t>
      </w:r>
    </w:p>
    <w:p>
      <w:r>
        <w:rPr>
          <w:b/>
        </w:rPr>
        <w:t xml:space="preserve">[22:01] </w:t>
      </w:r>
      <w:r>
        <w:t>woh kaatib-e-wahi the. Ji.</w:t>
      </w:r>
    </w:p>
    <w:p>
      <w:pPr>
        <w:jc w:val="right"/>
      </w:pPr>
      <w:r>
        <w:t>वह कातिबे वही थे. जी.</w:t>
      </w:r>
    </w:p>
    <w:p>
      <w:r>
        <w:rPr>
          <w:b/>
        </w:rPr>
        <w:t xml:space="preserve">[22:13] </w:t>
      </w:r>
      <w:r>
        <w:t>to jab unhone calculate kiya hazrat ubaiyib nkab ne to unhone kaha ki bhai tumhara jo yeh jo oont hai sirf ek chhoti oont ka bachcha bas tum de do ek saal ka. ek bachcha de do isse zyada ki zaroorat nahi hai. to us aadmi ne kaha ki main poora oont de deta hoon, poori oont nahi de deta hoon. ji. woh doodh bhi degi, sawari bhi kar sakte hain, saamaan bhi la sakte hain.</w:t>
      </w:r>
    </w:p>
    <w:p>
      <w:pPr>
        <w:jc w:val="right"/>
      </w:pPr>
      <w:r>
        <w:t>तो जब उन्होंने calculate किया रजत ओबाईब निकाब ने तो उन्होंने कहा कि भाई तुम्हारा जो यह जो ऊँट है सिर्फ एक छोटी ऊँट का बच्चा बस तुम दे दो एक साल का. एक बच्चे दे दो इससे ज़्यादा की ज़रूरत नहीं है. तो उस आदमी ने कहा कि मैं पूरा ऊँट दे देता हूँ, पूरी ऊँट नहीं दे देता हूँ. जी. वो दूध भी देगी, सवारी भी कर सकते हैं, सामान भी ला सकते हैं.</w:t>
      </w:r>
    </w:p>
    <w:p>
      <w:r>
        <w:rPr>
          <w:b/>
        </w:rPr>
        <w:t xml:space="preserve">[22:41] </w:t>
      </w:r>
      <w:r>
        <w:t>ek bachcha agar de dunga to kya kaam aayega? vo to bahut waqt lagega, bada hota hai. to hazrat ubai apne kabrajillan unhone kaha ki bhai main zyada to le nahin sakta. jo van raha hai vahi lunga. to phir donon gae prophet mohammad sallam ke paas aur puchha ki yah, yah oont nahin dena chahte hain halanki sirf ek chhota bachcha ek saal ka van raha hai inake calculation se.</w:t>
      </w:r>
    </w:p>
    <w:p>
      <w:pPr>
        <w:jc w:val="right"/>
      </w:pPr>
      <w:r>
        <w:t>एक बच्चा अगर दे दूंगा तो क्या काम आएगा? वो तो बहुत वक्त लगेगा, बड़ा होता है. तो हज़रत उभाई अपने काब रजिल्लान उन्होंने कहा कि भई मैं ज़्यादा तो ले नहीं सकता. जो वन रहा है वही लूंगा. तो फिर दोनों गए prophet मोहम्मद सल्लम के पास और पुछा कि यह, यह ऊंट नहीं देना चाहते हैं हालांकि सिर्फ एक छोटा बच्चा एक साल का वन रहा है इनके calculation से.</w:t>
      </w:r>
    </w:p>
    <w:p>
      <w:r>
        <w:rPr>
          <w:b/>
        </w:rPr>
        <w:t xml:space="preserve">[23:08] </w:t>
      </w:r>
      <w:r>
        <w:t>to rasoolullah sallam ne kaha ki tum jo bhi zyada doge khuda ke ram mein to uske liye tumhein ajal milega aur unse kaha ki tum le sakte ho, mooth nahin le sakte ho aur phir dohabbati usko ki tumhare maal mein allah taala varkat tataafan baaya to jitna bhi zyada dena chahe ji. de sakte hain yaani minimum ka to amount hai, minimum ki ek limit hai lekin maximum ki koi limit nahin hai.</w:t>
      </w:r>
    </w:p>
    <w:p>
      <w:pPr>
        <w:jc w:val="right"/>
      </w:pPr>
      <w:r>
        <w:t>तो रसोल्लाह सल्लम ने कहा कि तुम जो भी ज़्यादा दोगे खुद्दा के राम में तो उसके लिए तुम्हें अजल मिलेगा और उनसे कहा कि तुम ले सकते हो, मूठ नहीं ले सकते हो और फिर दोहाबीती उसको कि तुम्हारे माल में अल्ला ताला वर्कत ताताफन बाया तो जितना भी ज़्यादा देना चाहे जी. दे सकते हैं यानी minimum का तो amount है, minimum की एक limit है लेकिन maximum की कोई limit नहीं है.</w:t>
      </w:r>
    </w:p>
    <w:p>
      <w:r>
        <w:rPr>
          <w:b/>
        </w:rPr>
        <w:t xml:space="preserve">[23:37] </w:t>
      </w:r>
      <w:r>
        <w:t>ji, jitna bhi dena chahe vah to. ji. doctor abekh yahan par ek sawal yah bhi uthta hai, in fact kai log yah sawal karte hain yah sawal professor farida khanam ne bhi bheja hai aap, aapke liye ki hum log government ko tax dete hain. to aur upar se zakat aapne jaise bataya ki obligatory hai.</w:t>
      </w:r>
    </w:p>
    <w:p>
      <w:pPr>
        <w:jc w:val="right"/>
      </w:pPr>
      <w:r>
        <w:t>जी, जितना भी देना चाहे वह तो. जी. Doctor अबेख यहां पर एक सवाल यह भी उठता है, in fact कई लोग यह सवाल करते हैं यह सवाल professor फरीदा खानम ने भी भेजा है आप, आपके लिए कि हम लोग government को tax देते हैं. तो और ऊपर से ज़क़ाद आपने जैसे बताया कि obligatory है.</w:t>
      </w:r>
    </w:p>
    <w:p>
      <w:r>
        <w:rPr>
          <w:b/>
        </w:rPr>
        <w:t xml:space="preserve">[23:57] </w:t>
      </w:r>
      <w:r>
        <w:t>so does that mean that zakat is an addition to the taxes that we pay to the government ya un taxes ko hum include kar sakte hain zakat ke khane mein? nahin, taxes ko include zakat mein nahin kar sakte. tax ek alag cheez hai. ji. taxes pay karna chahiye. aap is government aap rahte hain is mulk mein, yahan roads hain, airports hain, saare saare hain. ji ji ji. paise to chahiye to poora poora tax dena chahiye. tax ki chori nahin karni chahiye.</w:t>
      </w:r>
    </w:p>
    <w:p>
      <w:pPr>
        <w:jc w:val="right"/>
      </w:pPr>
      <w:r>
        <w:t>So does that mean that ज़क़ाद is an addition to the taxes that we pay to the government या उन taxes को हम include कर सकते हैं ज़क़ाद के खाने में? नहीं, taxes को include ज़क़ाद में नहीं कर सकते. Tax एक अलग चीज़ है. जी. Taxes pay करना चाहिए. आप इस government आप रहते हैं इस मुल्क में, यहां roads हैं, airports हैं, सारे सारे हैं. जी जी जी. पैसे तो चाहिए तो पूरा पूरा tax देना चाहिए. Tax की चोरी नहीं करनी चाहिए.</w:t>
      </w:r>
    </w:p>
    <w:p>
      <w:r>
        <w:rPr>
          <w:b/>
        </w:rPr>
        <w:t xml:space="preserve">[24:27] </w:t>
      </w:r>
      <w:r>
        <w:t>toh lekin jo calculation hoga, jab calculation hogi.</w:t>
      </w:r>
    </w:p>
    <w:p>
      <w:pPr>
        <w:jc w:val="right"/>
      </w:pPr>
      <w:r>
        <w:t>तो लेकिन जो calculation होगा, जब calculation होगी.</w:t>
      </w:r>
    </w:p>
    <w:p>
      <w:r>
        <w:rPr>
          <w:b/>
        </w:rPr>
        <w:t xml:space="preserve">[24:31] </w:t>
      </w:r>
      <w:r>
        <w:t>ji ji ji.</w:t>
      </w:r>
    </w:p>
    <w:p>
      <w:pPr>
        <w:jc w:val="right"/>
      </w:pPr>
      <w:r>
        <w:t>जी जी जी.</w:t>
      </w:r>
    </w:p>
    <w:p>
      <w:r>
        <w:rPr>
          <w:b/>
        </w:rPr>
        <w:t xml:space="preserve">[24:35] </w:t>
      </w:r>
      <w:r>
        <w:t>jo mufti calculate karega toh woh jo aapne tax pay kiya hai woh deduct ho rahi hai.</w:t>
      </w:r>
    </w:p>
    <w:p>
      <w:pPr>
        <w:jc w:val="right"/>
      </w:pPr>
      <w:r>
        <w:t>जो मुफ्ती calculate करेगा तो वह जो आपने tax pay किया है वह deduct हो रही है.</w:t>
      </w:r>
    </w:p>
    <w:p>
      <w:r>
        <w:rPr>
          <w:b/>
        </w:rPr>
        <w:t xml:space="preserve">[24:40] </w:t>
      </w:r>
      <w:r>
        <w:t>deduct ho jayega. Ji.</w:t>
      </w:r>
    </w:p>
    <w:p>
      <w:pPr>
        <w:jc w:val="right"/>
      </w:pPr>
      <w:r>
        <w:t>Deduct हो जाएगा. जी.</w:t>
      </w:r>
    </w:p>
    <w:p>
      <w:r>
        <w:rPr>
          <w:b/>
        </w:rPr>
        <w:t xml:space="preserve">[24:44] </w:t>
      </w:r>
      <w:r>
        <w:t>koi bhi is tarah ki cheezein hain, bills hain, maan lijiye salaries hain, toh woh sab cheez deduct</w:t>
      </w:r>
    </w:p>
    <w:p>
      <w:pPr>
        <w:jc w:val="right"/>
      </w:pPr>
      <w:r>
        <w:t>कोई भी इस तरह की चीज़ें हैं, bills हैं, मान लीजिए salaries हैं, तो वह सब चीज़ deduct</w:t>
      </w:r>
    </w:p>
    <w:p>
      <w:r>
        <w:rPr>
          <w:b/>
        </w:rPr>
        <w:t xml:space="preserve">[24:49] </w:t>
      </w:r>
      <w:r>
        <w:t>ho gaye jo ke wealth ke upar hai.</w:t>
      </w:r>
    </w:p>
    <w:p>
      <w:pPr>
        <w:jc w:val="right"/>
      </w:pPr>
      <w:r>
        <w:t>हो गए जो कि wealth के ऊपर है.</w:t>
      </w:r>
    </w:p>
    <w:p>
      <w:r>
        <w:rPr>
          <w:b/>
        </w:rPr>
        <w:t xml:space="preserve">[24:53] </w:t>
      </w:r>
      <w:r>
        <w:t>to woh to tax aapne jo de diya hai woh khatm hai. ji.</w:t>
      </w:r>
    </w:p>
    <w:p>
      <w:pPr>
        <w:jc w:val="right"/>
      </w:pPr>
      <w:r>
        <w:t>तो वह तो tax आपने जो दे दिया है वह खत्म है. जी.</w:t>
      </w:r>
    </w:p>
    <w:p>
      <w:r>
        <w:rPr>
          <w:b/>
        </w:rPr>
        <w:t xml:space="preserve">[24:58] </w:t>
      </w:r>
      <w:r>
        <w:t>to woh usmein chale jayega.</w:t>
      </w:r>
    </w:p>
    <w:p>
      <w:pPr>
        <w:jc w:val="right"/>
      </w:pPr>
      <w:r>
        <w:t>तो वह उसमें चले जाएगा.</w:t>
      </w:r>
    </w:p>
    <w:p>
      <w:r>
        <w:rPr>
          <w:b/>
        </w:rPr>
        <w:t xml:space="preserve">[25:02] </w:t>
      </w:r>
      <w:r>
        <w:t>maine kaha na ke liabilities ka bhi yeh khana hai.</w:t>
      </w:r>
    </w:p>
    <w:p>
      <w:pPr>
        <w:jc w:val="right"/>
      </w:pPr>
      <w:r>
        <w:t>मैंने कहा ना कि liabilities का भी यह खाना है.</w:t>
      </w:r>
    </w:p>
    <w:p>
      <w:r>
        <w:rPr>
          <w:b/>
        </w:rPr>
        <w:t xml:space="preserve">[25:07] </w:t>
      </w:r>
      <w:r>
        <w:t>to us par hi bilkul us par hi zyada sahi kahega. ji. ji. doctor jaisa ki hum jaante hain ki sahaba ke andar dene ka jo jazba tha, vo bahut bhara hua tha. theek hai. kai incidents hain sahaba ki life se. ek bahut zabardast incident yah bhi hai ki ek sahabi ne apna bhara hua jo lush green orchard hai, vah donation mein de diya.</w:t>
      </w:r>
    </w:p>
    <w:p>
      <w:pPr>
        <w:jc w:val="right"/>
      </w:pPr>
      <w:r>
        <w:t>तो उस पर ही बिल्कुल उस पर ही ज़्यादा सही कहेगा. जी. जी. Doctor जैसा कि हम जानते हैं कि सहाबा के अंदर देने का जो जज़्बा था, वो बहुत भरा हुआ था. ठीक है. कई incidents हैं सहाबा की life से. एक बहुत ज़बरदस्त incident यह भी है कि एक साहबी ने अपना भरा हुआ जो lush green orchard है, वह donation में दे दिया.</w:t>
      </w:r>
    </w:p>
    <w:p>
      <w:r>
        <w:rPr>
          <w:b/>
        </w:rPr>
        <w:t xml:space="preserve">[25:31] </w:t>
      </w:r>
      <w:r>
        <w:t>yah aise incidents hain jisse koi bhi agar sune, padhe to uske andar ki spirit jaag uthe. ji ji. to hum chahte hain dok sahib is incident ke bare mein bhi aap hum sabko bataen.</w:t>
      </w:r>
    </w:p>
    <w:p>
      <w:pPr>
        <w:jc w:val="right"/>
      </w:pPr>
      <w:r>
        <w:t>यह ऐसे incidents हैं जिससे कोई भी अगर सुने, पढ़े तो उसके अंदर की spirit जाग उठे. जी जी. तो हम चाहते हैं डोक साहब इस incident के बारे में भी आप हम सबको बताएं.</w:t>
      </w:r>
    </w:p>
    <w:p>
      <w:r>
        <w:rPr>
          <w:b/>
        </w:rPr>
        <w:t xml:space="preserve">[25:46] </w:t>
      </w:r>
      <w:r>
        <w:t>quran mein ek verse nazil hui ke mai manz alla jiyukrid ullah kardan hasana ke allah ko kaun loan dega goodly loan dega to ek sabit hai jinka naam tha abu dada. abu dada bade sabit hai to vo aaye prophet ke paas aur kaha ki kya allah humse loan mang raha hai? to rasoolullah ne kaha haan mang raha hai?</w:t>
      </w:r>
    </w:p>
    <w:p>
      <w:pPr>
        <w:jc w:val="right"/>
      </w:pPr>
      <w:r>
        <w:t>कुरान में एक verse नज़िल हुई के मई मनज अल्लाजी युक्रिद उल्लाह कर्दन हसना के अल्लाह को कौन loan देगा गुडली loan देगा तो एक साबित है जिनका नाम था अबू दादा. अबू दादा बड़े साबित है तो वो आए prophet के पास और कहा कि क्या अल्लाह हमसे loan मांग रहा है? तो रसोल्लाह ने कहा हाँ मांग रहा है?</w:t>
      </w:r>
    </w:p>
    <w:p>
      <w:r>
        <w:rPr>
          <w:b/>
        </w:rPr>
        <w:t xml:space="preserve">[26:15] </w:t>
      </w:r>
      <w:r>
        <w:t>to unhone kaha ki mera ek orchard hai khajoor ke baad hai alban chhah sau khajoor ke ped the usmein. ji. kaha ki mera ek, ek baag hai khajoor ka main usko allah ke ram mein deta hoon. to hath kaha ki hath badhaiye, rasoola ne hath badhaya to aise hath par hath rakha aur kaha ki main yah baag khuda ke rah mein deta hoon. ji bhashar.</w:t>
      </w:r>
    </w:p>
    <w:p>
      <w:pPr>
        <w:jc w:val="right"/>
      </w:pPr>
      <w:r>
        <w:t>तो उन्होंने कहा कि मेरा एक orchard है खजूर के बाद है अल्बन छह सौ खजूर के पेड़ थे उसमें. जी. कहा कि मेरा एक, एक बाग है खजूर का मैं उसको अल्लाह के राम में देता हूं. तो हाथ कहा कि हाथ बढ़ाइए, रसोला ने हाथ बढ़ाया तो ऐसे हाथ पर हाथ रखा और कहा कि मैं यह बाग खुदा के राह में देता हूं. जी भाषार.</w:t>
      </w:r>
    </w:p>
    <w:p>
      <w:r>
        <w:rPr>
          <w:b/>
        </w:rPr>
        <w:t xml:space="preserve">[26:41] </w:t>
      </w:r>
      <w:r>
        <w:t>to phir vah gae vahan baag mein to aisa tha ki vah ek ped kisi aur ka tha usmein. ji, koi barabar wale ka rah hoga. kabhi aisa hota hai. to us aadmi ke paas gae. to us aadmi se kaha ki yah jo ek ped hai khajoor ka yah mujhe de do main tumhein jo bhi iske paise le lo kyunki main yah sara garden de raha hoon khuda ke rah mein. to usne kaha nahin main nahin dunga.</w:t>
      </w:r>
    </w:p>
    <w:p>
      <w:pPr>
        <w:jc w:val="right"/>
      </w:pPr>
      <w:r>
        <w:t>तो फिर वह गए वहां बाग में तो ऐसा था कि वह एक पेड़ किसी और का था उसमें. जी, कोई बराबर वाले का राह होगा. कभी ऐसा होता है. तो उस आदमी के पास गए. तो उस आदमी से कहा कि यह जो एक पेड़ है खजूर का यह मुझे दे दो मैं तुम्हें जो भी इसके पैसे ले लो क्योंकि मैं यह सारा garden दे रहा हूं खुदा के राह में. तो उसने कहा नहीं मैं नहीं दूंगा.</w:t>
      </w:r>
    </w:p>
    <w:p>
      <w:r>
        <w:rPr>
          <w:b/>
        </w:rPr>
        <w:t xml:space="preserve">[27:11] </w:t>
      </w:r>
      <w:r>
        <w:t>to vapas gae agar to vah dada rasoolullah ke paas ke vah ek pet de nahin raha hai to rasoolullah ne us aadmi ko bulaya aur kaha ki bhai de do yah achha kaam hai. to usne kaha nahin main nahin dunga. to rasoolullah ne kaha ki main tumhein jannat mein ek ped ka vada karta hoon. achha mashal. tum yah de do. ji. phir bhi nahin mana vo. ji.</w:t>
      </w:r>
    </w:p>
    <w:p>
      <w:pPr>
        <w:jc w:val="right"/>
      </w:pPr>
      <w:r>
        <w:t>तो वापस गए अगर तो वह दादा रसूल्लाह के पास के वह एक पेट दे नहीं रहा है तो रसूल्लाह ने उस आदमी को बुलाया और कहा कि भाई दे दो यह अच्छा काम है. तो उसने कहा नहीं मैं नहीं दूंगा. तो रसूल्लाह ने कहा कि मैं तुम्हें जन्नत में एक पेड़ का वादा करता हूं. अच्छा माशाल. तुम यह दे दो. जी. फिर भी नहीं माना वो. जी.</w:t>
      </w:r>
    </w:p>
    <w:p>
      <w:r>
        <w:rPr>
          <w:b/>
        </w:rPr>
        <w:t xml:space="preserve">[27:38] </w:t>
      </w:r>
      <w:r>
        <w:t>to phir hazad abud dhada ne kaha achha jo boundary hai meri vo tum le lo. jo boundary rahi hogi koi vah tum le lo aur mujhe ped de do. to usne kaha theek hai. ji. to usko laga hoga kuch to behtar is tarike se unhone poora ek jo ped tha vah le liya aur aae baag mein to unki wife aur bachche the andar.</w:t>
      </w:r>
    </w:p>
    <w:p>
      <w:pPr>
        <w:jc w:val="right"/>
      </w:pPr>
      <w:r>
        <w:t>तो फिर हज़ाद अबूद धाधा ने कहा अच्छा जो boundary है मेरी वो तुम ले लो. जो boundary रही होगी कोई वह तुम ले लो और मुझे पेड़ दे दो. तो उसने कहा ठीक है. जी. तो उसको लगा होगा कुछ तो बेहतर इस तरीके से उन्होंने पूरा एक जो पेड़ था वह ले लिया और आए बाग में तो उनकी wife और बच्चे थे अंदर.</w:t>
      </w:r>
    </w:p>
    <w:p>
      <w:r>
        <w:rPr>
          <w:b/>
        </w:rPr>
        <w:t xml:space="preserve">[28:05] </w:t>
      </w:r>
      <w:r>
        <w:t>to wife se kaha ki bahar aa jao, andar bhi nahin gae, kaha ki bahar aa jao aur maine yah poora jo baag gae allah ke ram mein de diya hai. to wahib jo thi vah bhi bahut nek khatm thi. ji. unhone kaha ki tumne bahut achha sauda kiya hai. haan profitable business hai yah tumhara. to is tarike se, is tarike se saahab akele jazba tha. bahut hi zabardast story hai yah doctor sahib. ji.</w:t>
      </w:r>
    </w:p>
    <w:p>
      <w:pPr>
        <w:jc w:val="right"/>
      </w:pPr>
      <w:r>
        <w:t>तो wife से कहा कि बाहर आ जाओ, अंदर भी नहीं गए, कहा कि बाहर आ जाओ और मैंने यह पूरा जो बाग गए अल्लाह के राम में दे दिया है. तो वाहिब जो थी वह भी बहुत नेक खत्म थी. जी. उन्होंने कहा कि तुमने बहुत अच्छा सौदा किया है. हां profitable business है यह तुम्हारा. तो इस तरीके से, इस तरीके से साहब अकेले जज़्बा था. बहुत ही ज़बरदस्त story है यह doctor साहब. जी.</w:t>
      </w:r>
    </w:p>
    <w:p>
      <w:r>
        <w:rPr>
          <w:b/>
        </w:rPr>
        <w:t xml:space="preserve">[28:34] </w:t>
      </w:r>
      <w:r>
        <w:t>aapne abhi is story mein doctor sahib karze hasan ka zikr kiya to usko thoda sa aur aap baaze karen. karze hasan matlab kya? karze hasan ka matlab hai goodly loan yaani is sense mein agar karze hasan ya to quran mein jo hai vo allah ko karze hasan de raha insan to vo vapas nahin liya ja sakta. ji. lekin agar aap insanon ko de to uski kuchh suraten hain.</w:t>
      </w:r>
    </w:p>
    <w:p>
      <w:pPr>
        <w:jc w:val="right"/>
      </w:pPr>
      <w:r>
        <w:t>आपने अभी इस story में doctor साहब कर्जे हसन का ज़िक्र किया तो उसको थोड़ा सा और आप बाज़े करें. कर्जे हसन मतलब क्या? कर्जे हसन का मतलब है goodly loan यानी इस sense में अगर कर्जे हसन या तो कुरान में जो है वो अल्लाह को कर्जे हसन दे रहा इंसान तो वो वापस नहीं लिया जा सकता. जी. लेकिन अगर आप इंसानों को दे तो उसकी कुछ सूरतें हैं.</w:t>
      </w:r>
    </w:p>
    <w:p>
      <w:r>
        <w:rPr>
          <w:b/>
        </w:rPr>
        <w:t xml:space="preserve">[29:03] </w:t>
      </w:r>
      <w:r>
        <w:t>ek surat yah hai ki aapne sabse pahli cheez hai ki karze hasan mein interest nahin hai. jo principal hai vahi aapko vapas milega. chahe ek saal mein vapas le ya aap das saal mein vapas le. ji. vah principal amount hi aapko vapas milega. koi interest nahin hai. to ismein ek surat yah hai ki aapne kisi ko loan diya ek saal ke liye to aapne vapas le liya to utna hi amount milega aapko jitna.</w:t>
      </w:r>
    </w:p>
    <w:p>
      <w:pPr>
        <w:jc w:val="right"/>
      </w:pPr>
      <w:r>
        <w:t>एक सूरत यह है कि आपने सबसे पहली चीज़ है कि कर्जे हसन में interest नहीं है. जो principal है वही आपको वापस मिलेगा. चाहे एक साल में वापस ले या आप दस साल में वापस ले. जी. वह principal amount ही आपको वापस मिलेगा. कोई interest नहीं है. तो इसमें एक सूरत यह है कि आपने किसी को loan दिया एक साल के लिए तो आपने वापस ले लिया तो उतना ही amount मिलेगा आपको जितना.</w:t>
      </w:r>
    </w:p>
    <w:p>
      <w:r>
        <w:rPr>
          <w:b/>
        </w:rPr>
        <w:t xml:space="preserve">[29:29] </w:t>
      </w:r>
      <w:r>
        <w:t>yah doosri surat yah hai ki us aadmi ne kaha aage ek saal ke baad ki main nahin pay kar pa raha hoon. main paanch saal ke baad karunga for example. ji. aur phir paanch saal ke baad aaya vah usne kaha ki main kai koi bhi loan pay nahin kar pa raha hoon mere halaat aise main pay to hi nahin kar phir aap maaf kar dein usko aur gift kar dein. to yah karze hasan ki suraten hain. ji. aur ek tarike se yah bahut hi bada reward hai iska. ji.</w:t>
      </w:r>
    </w:p>
    <w:p>
      <w:pPr>
        <w:jc w:val="right"/>
      </w:pPr>
      <w:r>
        <w:t>यह दूसरी सूरत यह है कि उस आदमी ने कहा आगे एक साल के बाद कि मैं नहीं pay कर पा रहा हूं. मैं पांच साल के बाद करूंगा for example. जी. और फिर पांच साल के बाद आया वह उसने कहा कि मैं कई कोई भी loan pay नहीं कर पा रहा हूं मेरे हालात ऐसे मैं pay तो ही नहीं कर फिर आप माफ कर दें उसको और gift कर दें. तो यह कर्जे हसन की सूरते हैं. जी. और एक तरीके से यह बहुत ही बड़ा reward है इसका. जी.</w:t>
      </w:r>
    </w:p>
    <w:p>
      <w:r>
        <w:rPr>
          <w:b/>
        </w:rPr>
        <w:t xml:space="preserve">[29:59] </w:t>
      </w:r>
      <w:r>
        <w:t>so, doctor sahib it seems that if you give a loan to a person in need then there is a big reward. is that correct doctor ji. ji. to is par kuch aap kahna cha rahe hain doctor sahib? haan yah jo loan dena hai kisi ko kisi ki madad karna, difficult time mein uski help karna yah allah ke yahan bahut hi pasandida amal hai.</w:t>
      </w:r>
    </w:p>
    <w:p>
      <w:pPr>
        <w:jc w:val="right"/>
      </w:pPr>
      <w:r>
        <w:t>So, doctor साहब it seems that if you give a loan to a person in need then there is a big reward. Is that correct doctor जी. जी. तो इस पर कुछ आप कहना चाह रहे हैं doctor साहब? हां यह जो loan देना है किसी को किसी की मदद करना, difficult time में उसकी help करना यह अल्लाह के यहां बहुत ही पसंदीदा अमल है.</w:t>
      </w:r>
    </w:p>
    <w:p>
      <w:r>
        <w:rPr>
          <w:b/>
        </w:rPr>
        <w:t xml:space="preserve">[30:27] </w:t>
      </w:r>
      <w:r>
        <w:t>yah prophet mohammad jab miraaj ka safar hua tha jo ek spiritual andaaz ka safar tha aur jannat dikhai gai thi to jab jannat ke darwaze mein enter kar rahe the, jannat ke gate mein to vahan likha hua tha ki jo sadqa hai uska reward 10 times hai aur jo karz hai ya loan uska reward atharah guna hai 18 times hai. to rassullah ko hairani hui aur jibreel saath mein to unse puchha.</w:t>
      </w:r>
    </w:p>
    <w:p>
      <w:pPr>
        <w:jc w:val="right"/>
      </w:pPr>
      <w:r>
        <w:t>यह prophet मोहम्मद जब मेराज़ का सफर हुआ था जो एक spiritual अंदाज़ का सफर था और जन्नत दिखाई गई थी तो जब जन्नत के दरवाज़े में enter कर रहे थे, जन्नत के gate में तो वहां लिखा हुआ था कि जो सत्का है उसका reward 10 times है और जो कर्ज है या loan उसका reward अठारह गुना है 18 times है. तो रस्सुल्लाह को हैरानी हुई और जीब्रील साथ में तो उनसे पुछा.</w:t>
      </w:r>
    </w:p>
    <w:p>
      <w:r>
        <w:rPr>
          <w:b/>
        </w:rPr>
        <w:t xml:space="preserve">[30:56] </w:t>
      </w:r>
      <w:r>
        <w:t>ji. ki aisa kyon hai? ki sadqa ka reward 10 times hai aur loan ka reward 18 times hai. to jibrail ne explain kiya ki loan vahi shakhs leta hai jisko bahut zaroorat hoti hai aur vo usko vapas karne ki bhi fikr rahti hai. ji. aur jo sadqa log mangte hain vo to unke paas hota hai tab bhi vo mangte rahte hain.</w:t>
      </w:r>
    </w:p>
    <w:p>
      <w:pPr>
        <w:jc w:val="right"/>
      </w:pPr>
      <w:r>
        <w:t>जी. कि ऐसा क्यों है? कि सत्का का reward 10 times है और loan का reward 18 times है. तो जिबरील ने explain किया कि loan वही शख्स लेता है जिसको बहुत ज़रूरत होती है और वो उसको वापस करने की भी फ़िक्र रहती है. जी. और जो सत्का लोग मांगते हैं वो तो उनके पास होता है तब भी वो मांगते रहते हैं.</w:t>
      </w:r>
    </w:p>
    <w:p>
      <w:r>
        <w:rPr>
          <w:b/>
        </w:rPr>
        <w:t xml:space="preserve">[31:21] </w:t>
      </w:r>
      <w:r>
        <w:t>to is lihaz se aur hadish mein aata hai ki jo shakhs mault deta hai, yaani kisi kisi ko diya ek saal ke liye usne kaha ki main nahin de sakta, phir uska extend kar diya. to aise shakhs ke liye allah talak hai, bahut bada reward hai aur allah usko aaqirat mein, dear judgement mein apne saaye mein jaga dega. ji.</w:t>
      </w:r>
    </w:p>
    <w:p>
      <w:pPr>
        <w:jc w:val="right"/>
      </w:pPr>
      <w:r>
        <w:t>तो इस लिहाज से और हादिश में आता है कि जो शख्स मौलत देता है, यानी किसी किसी को दिया एक साल के लिए उसने कहा कि मैं नहीं दे सकता, फिर उसका extend कर दिया. तो ऐसे शख्स के लिए अल्लाह तालक है, बहुत बड़ा reward है और अल्लाह उसको आकृत में, dear judgement में अपने साये में जगा देगा. जी.</w:t>
      </w:r>
    </w:p>
    <w:p>
      <w:r>
        <w:rPr>
          <w:b/>
        </w:rPr>
        <w:t xml:space="preserve">[31:46] </w:t>
      </w:r>
      <w:r>
        <w:t>to bahut hi badi badi hadish hai aur ek, ek waqya bhi hai balki ek aur hadish mein aata hai ki jo kisi ki mushkil ko aasan karega isi sense mein aae. ji. to allah taala aaqirat mein uski mushkil aasan karega aur ek waqya bahut achha hai ki ek aadmi tha vo old ho gaya uski death ka wakt aa gaya. to farishte aaye uske paas.</w:t>
      </w:r>
    </w:p>
    <w:p>
      <w:pPr>
        <w:jc w:val="right"/>
      </w:pPr>
      <w:r>
        <w:t>तो बहुत ही बड़ी बड़ी हदीश है और एक, एक वाक्या भी है बल्कि एक और हदीश में आता है कि जो किसी की मुश्किल को आसान करेगा इसी sense में आए. जी. तो अल्लाह तालाह आखिरत में उसकी मुश्किल आसान करेगा और एक वाक्या बहुत अच्छा है कि एक आदमी था वो old हो गया उसकी death का वक्त आ गया. तो फरिश्ते आए उसके पास.</w:t>
      </w:r>
    </w:p>
    <w:p>
      <w:r>
        <w:rPr>
          <w:b/>
        </w:rPr>
        <w:t xml:space="preserve">[32:13] </w:t>
      </w:r>
      <w:r>
        <w:t>farishte uski soul lene ke liye, rooh qabz karne ke liye. to parishton ne usse puchha ki tumne koi nek kaam kiya hai? to usne socha, usne kaha nahin maine koi nek kaam nahin kiya. to parishton ne kaha ki yaad karo kuch yaad karo.</w:t>
      </w:r>
    </w:p>
    <w:p>
      <w:pPr>
        <w:jc w:val="right"/>
      </w:pPr>
      <w:r>
        <w:t>फरिश्ते उसकी soul लेने के लिए, रूह कब्ज करने के लिए. तो परिष्ठों ने उससे पुछा कि तुमने कोई नेक काम किया है? तो उसने सोचा, उसने कहा नहीं मैंने कोई नेक काम नहीं किया. तो परिष्ठों ने कहा कि याद करो कुछ याद करो.</w:t>
      </w:r>
    </w:p>
    <w:p>
      <w:r>
        <w:rPr>
          <w:b/>
        </w:rPr>
        <w:t xml:space="preserve">[32:34] </w:t>
      </w:r>
      <w:r>
        <w:t>to usne kaha ki main loan diya karta tha logon ko aur jo log pay nahin kar paate the main maaf kar deta tha unko aur jo log pay karne ki taakat rakhte the unko bhi main jab vah delay karte the main ignore karta tha unko. koi baat nahin ek aise kehta tha, ignore kar deta tha. to allah taala ne farishton se kaha ki iske bhi jo galtiyan ignore kar do, maaf kar do isko. ji.</w:t>
      </w:r>
    </w:p>
    <w:p>
      <w:pPr>
        <w:jc w:val="right"/>
      </w:pPr>
      <w:r>
        <w:t>तो उसने कहा कि मैं loan दिया करता था लोगों को और जो लोग pay नहीं कर पाते थे मैं माफ कर देता था उनको और जो लोग pay करने की ताकत रखते थे उनको भी मैं जब वह delay करते थे मैं ignore करता था उनको. कोई बात नहीं एक ऐसे कहते था, ignore कर देता था. तो अल्लाह तालाह ने फरिश्तों से कहा कि इसके भी जो गलतियां ignore कर दो, माफ कर दो इसको. जी.</w:t>
      </w:r>
    </w:p>
    <w:p>
      <w:r>
        <w:rPr>
          <w:b/>
        </w:rPr>
        <w:t xml:space="preserve">[33:01] </w:t>
      </w:r>
      <w:r>
        <w:t>to itna bada iske andar reward hai ki lataala galtiyon ko hi maaf kar dega. ji. docsapp ne bilkul sahi kaha balki agar dekha jaaye to hamara jo maal ya jo hamari jo wealth hamein mili hai, vo bhi ek tarike se lohni hai.</w:t>
      </w:r>
    </w:p>
    <w:p>
      <w:pPr>
        <w:jc w:val="right"/>
      </w:pPr>
      <w:r>
        <w:t>तो इतना बड़ा इसके अंदर reward है कि लताला गलतियों को ही माफ कर देगा. जी. DocsApp ने बिल्कुल सही कहा बल्कि अगर देखा जाए तो हमारा जो माल या जो हमारी जो wealth हमें मिली है, वो भी एक तरीके से लोहनी है.</w:t>
      </w:r>
    </w:p>
    <w:p>
      <w:r>
        <w:rPr>
          <w:b/>
        </w:rPr>
        <w:t xml:space="preserve">[33:18] </w:t>
      </w:r>
      <w:r>
        <w:t>ek riwayat hai ki hazrat apne masood ne ek, ek martaba faramaya ki tum mein se har shakhs is duniya mein ek mehman hai aur tumhein jo cheez mili hui hai vo alag hi taraf se loan hai aur mehman ko har haal mein aage jaana hi hai. marna matlab isko ek, ek roz marna hai aur jo loan mein mili hui cheez hai vo usko apne malik ko lautani hi padegi.</w:t>
      </w:r>
    </w:p>
    <w:p>
      <w:pPr>
        <w:jc w:val="right"/>
      </w:pPr>
      <w:r>
        <w:t>एक रिवायत है कि हज़रत अपने मसूद ने एक, एक मरतबा फरमाया कि तुम में से हर शख्स इस दुनिया में एक मेहमान है और तुम्हें जो चीज़ मिली हुई है वो अलग ही तरफ से loan है और मेहमान को हर हाल में आगे जाना ही है. मरना मतलब इसको एक, एक रोज़ मरना है और जो loan में मिली हुई चीज़ है वो उसको अपने मालिक को लौटानी ही पड़ेगी.</w:t>
      </w:r>
    </w:p>
    <w:p>
      <w:r>
        <w:rPr>
          <w:b/>
        </w:rPr>
        <w:t xml:space="preserve">[33:46] </w:t>
      </w:r>
      <w:r>
        <w:t>to DocsApp isse zyada achhi cheez kya ho sakti hai ki isse pehle ki humse compulsory level par woh cheez le li jaaye jo humein loan ke roop mein di gayi hai, usko hum aage logon ko de dein. to yeh bahut important aspect hai. Doctor ab agla sawal poochna chahunga ki ek ek martaba prophet had received some zakat which he could not give to the needy people and he could not sleep that night.</w:t>
      </w:r>
    </w:p>
    <w:p>
      <w:pPr>
        <w:jc w:val="right"/>
      </w:pPr>
      <w:r>
        <w:t>तो DocsApp इससे ज़्यादा अच्छी चीज़ क्या हो सकती है कि इससे पहले कि हमसे compulsory level पर वह चीज़ ले ली जाए जो हमें loan के रूप में दी गई है, उसको हम आगे लोगों को दे दें. तो यह बहुत important aspect है. Doctor अब अगला सवाल पूछना चाहूंगा कि एक एक मरतबा prophet had received some ज़क़ाद which he could not give to the needy people and he could not sleep that night.</w:t>
      </w:r>
    </w:p>
    <w:p>
      <w:r>
        <w:rPr>
          <w:b/>
        </w:rPr>
        <w:t xml:space="preserve">[34:14] </w:t>
      </w:r>
      <w:r>
        <w:t>to woh kya incident hai uske baare mein bhi hum sabko bataein. ek baar aisa hua ki prophet Mohammad ke paas koi aadmi aaya, usne chaar chandi di. auqiya us zamane ki koi weight hota tha, jaise hamare yahan tola, masha waghera nahi hota hai. ji.</w:t>
      </w:r>
    </w:p>
    <w:p>
      <w:pPr>
        <w:jc w:val="right"/>
      </w:pPr>
      <w:r>
        <w:t>तो वह क्या incident है उसके बारे में भी हम सबको बताएं. एक बार ऐसा हुआ कि prophet मोहम्मद के पास कोई आदमी आया, उसने चार चांदी दी. औकिया उस ज़माने की कोई weight होता था, जैसे हमारे यहां तोला, माशा वगैरह नहीं होता है. जी.</w:t>
      </w:r>
    </w:p>
    <w:p>
      <w:r>
        <w:rPr>
          <w:b/>
        </w:rPr>
        <w:t xml:space="preserve">[34:39] </w:t>
      </w:r>
      <w:r>
        <w:t>to chaar auqiya chandi di to rasoolla sallam ka tareeqa tha ke foran gareebon ko de diya karte the.</w:t>
      </w:r>
    </w:p>
    <w:p>
      <w:pPr>
        <w:jc w:val="right"/>
      </w:pPr>
      <w:r>
        <w:t>तो चार औकिया चांदी दी तो रसूल्ला सल्लम का तरीका था कि फ़ौरन गरीबों को दे दिया करते थे.</w:t>
      </w:r>
    </w:p>
    <w:p>
      <w:r>
        <w:rPr>
          <w:b/>
        </w:rPr>
        <w:t xml:space="preserve">[34:45] </w:t>
      </w:r>
      <w:r>
        <w:t>to uss waqt teen log baithe hue the jo mohtaaj the zaruratmand, to un teeno ko ek ek</w:t>
      </w:r>
    </w:p>
    <w:p>
      <w:pPr>
        <w:jc w:val="right"/>
      </w:pPr>
      <w:r>
        <w:t>तो उस वक्त तीन लोग बैठे हुए थे जो मोताज थे ज़रूरतमंद, तो उन तीनों को एक एक</w:t>
      </w:r>
    </w:p>
    <w:p>
      <w:r>
        <w:rPr>
          <w:b/>
        </w:rPr>
        <w:t xml:space="preserve">[34:51] </w:t>
      </w:r>
      <w:r>
        <w:t>auqiya de diya, ek bach gaya.</w:t>
      </w:r>
    </w:p>
    <w:p>
      <w:pPr>
        <w:jc w:val="right"/>
      </w:pPr>
      <w:r>
        <w:t>औकिया दे दिया, एक बच गया.</w:t>
      </w:r>
    </w:p>
    <w:p>
      <w:r>
        <w:rPr>
          <w:b/>
        </w:rPr>
        <w:t xml:space="preserve">[34:57] </w:t>
      </w:r>
      <w:r>
        <w:t>to poocha ke koi aur hai mohtaaj usko bhi de dein taake khatm ho jaye.</w:t>
      </w:r>
    </w:p>
    <w:p>
      <w:pPr>
        <w:jc w:val="right"/>
      </w:pPr>
      <w:r>
        <w:t>तो पुछा कि कोई और है मोताज उसको भी दे दें ताकि खत्म हो जाए.</w:t>
      </w:r>
    </w:p>
    <w:p>
      <w:r>
        <w:rPr>
          <w:b/>
        </w:rPr>
        <w:t xml:space="preserve">[35:03] </w:t>
      </w:r>
      <w:r>
        <w:t>to woh koi mila nahi uss waqt.</w:t>
      </w:r>
    </w:p>
    <w:p>
      <w:pPr>
        <w:jc w:val="right"/>
      </w:pPr>
      <w:r>
        <w:t>तो वो कोई मिला नहीं उस वक्त.</w:t>
      </w:r>
    </w:p>
    <w:p>
      <w:r>
        <w:rPr>
          <w:b/>
        </w:rPr>
        <w:t xml:space="preserve">[35:10] </w:t>
      </w:r>
      <w:r>
        <w:t>to woh ghar leke chale gaye ek, paauqiya. to raat ko Hazrat Ayesha raziyallahu anha ne dekha ki unko neend nahi aa rahi hai, kabhi karwat badal rahe hain, kabhi idhar karwat badal rahe hain, kabhi gut ke namaz padhne lagte hain, phir lete hain, phir karwat badal rahe hain. to poocha ki kya koi takleef hai aapko? to kaha ki nahi koi takleef nahi hai. to poocha ki kuch hukm naazil hua hai kya?</w:t>
      </w:r>
    </w:p>
    <w:p>
      <w:pPr>
        <w:jc w:val="right"/>
      </w:pPr>
      <w:r>
        <w:t>तो वो घर लेके चले गए एक, पौकिया. तो रात को हजरत आईश राजील्लान हाने देखा कि उनको नींद नहीं आ रही है, कभी करवट बदल रहे हैं, कभी इधर करवट बदल रहे हैं, कभी गुठ के नमाज़ पड़ने लगते हैं, फिर लेटते हैं, फिर करवट बदल रहे हैं. तो पुछा कि क्या कोई तकलीफ है आपको? तो कहा कि नहीं कोई तकलीफ नहीं है. तो पुछा कि कुछ खुक्म नाज़िल हुआ है क्या?</w:t>
      </w:r>
    </w:p>
    <w:p>
      <w:r>
        <w:rPr>
          <w:b/>
        </w:rPr>
        <w:t xml:space="preserve">[35:35] </w:t>
      </w:r>
      <w:r>
        <w:t>yaani koi wahi aayi hai, koi revelation aaya hai jismein koi aisi baat hai ki aap ghabra rahe hain usse? to unhone kaha nahi aisa bhi nahi hai. to phir kaha ki kya baat hai phir? to kaha ki yeh yeh dikhaya hai, woh auqiya yeh dikhaya hai, chandi ka jo or tha. kaha ki yeh ek mere paas bach gaya hai, main yeh soch raha hoon kahin kisi ko dene se pehle meri maut aa jaaye.</w:t>
      </w:r>
    </w:p>
    <w:p>
      <w:pPr>
        <w:jc w:val="right"/>
      </w:pPr>
      <w:r>
        <w:t>यानी कोई वही आई है, कोई revelation आया है जिसमें कोई ऐसी बात है कि आप घबरा रहे हैं उससे? तो उन्होंने कहा नहीं ऐसा भी नहीं है. तो फिर कहा कि क्या बात है फिर? तो कहा कि यह यह दिखाया है, वह औक यह दिखाया है, चांदी का जो ओर था. कहा कि यह एक मेरे पास बच गया है, मैं यह सोच रहा हूं कहीं किसी को देने से पहले मेरी मौती आ जाए.</w:t>
      </w:r>
    </w:p>
    <w:p>
      <w:r>
        <w:rPr>
          <w:b/>
        </w:rPr>
        <w:t xml:space="preserve">[36:02] </w:t>
      </w:r>
      <w:r>
        <w:t>to is qadar mohtaaj the rasoolullah sallam ke koi bhi cheez apne paas nahi rakhte the. ji. aur balki aapko to maloom hai ki Maulana kabhi yahi tha. ji. kabhi unhone paise apne paas nahi rakhe. ji. bahar safar kar diya, kar liya karte the. ji. aur bina kisi paise ke. ji ji. to mizaj Maulana kabhi yahi tha? ji.</w:t>
      </w:r>
    </w:p>
    <w:p>
      <w:pPr>
        <w:jc w:val="right"/>
      </w:pPr>
      <w:r>
        <w:t>तो इस कदर मौताद थे रसूल्ला सल्लुम के कोई भी चीज़ अपने पास नहीं रखते थे. जी. और बल्कि आपको तो मालूम है कि मौलाना कभी यही था. जी. कभी उन्होंने पैसे अपने पास नहीं रखे. जी. बाहर सफर कर दिया, कर लिया करते थे. जी. और बिना किसी पैसे के. जी जी. तो मिजाज़ मुलाना कभी यही था? जी.</w:t>
      </w:r>
    </w:p>
    <w:p>
      <w:r>
        <w:rPr>
          <w:b/>
        </w:rPr>
        <w:t xml:space="preserve">[36:24] </w:t>
      </w:r>
      <w:r>
        <w:t>Maulana ka mizaj jaise aapne kaha ki mere ko ek incident yaad aaya doctor sahab, iska doosra aspect hai ki Maulana ke andar itni zyada sensitivity aur seriousness life ko lekar thi, aakhirat ko lekar thi. aapko yaad hoga doctor sahab? bahut interesting incident hai ki yeh shayad saath sattar saal purani baat hai ki ek aadmi ne unko sau rupaye diye aur amanat ke taur par aur kaha ki main kal aakar le lunga.</w:t>
      </w:r>
    </w:p>
    <w:p>
      <w:pPr>
        <w:jc w:val="right"/>
      </w:pPr>
      <w:r>
        <w:t>मुलाना का मिजाज़ जैसे आपने कहा कि मेरे को एक incident याद आया doctor साहब, इसका दूसरा aspect है कि मलाना के अंदर इतनी ज़्यादा sensitivity और seriousness life को लेकर थी, आख़िरत को लेकर थी. आपको याद होगा doctor साहब? बहुत interesting incident है कि यह शायद साठ सत्तर साल पुरानी बात है कि एक आदमी ने उनको सौ रुपए दिए और अमानत के तौर पर और कहा कि मैं कल आकर ले लूंगा.</w:t>
      </w:r>
    </w:p>
    <w:p>
      <w:r>
        <w:rPr>
          <w:b/>
        </w:rPr>
        <w:t xml:space="preserve">[36:54] </w:t>
      </w:r>
      <w:r>
        <w:t>ab Maulana, Maulana sahab bahut pareshan ho gaye raat ko ki unke paas sau rupaye the. us saath sattar saal pehle sau rupaye ki value bahut zyada hoti thi.</w:t>
      </w:r>
    </w:p>
    <w:p>
      <w:pPr>
        <w:jc w:val="right"/>
      </w:pPr>
      <w:r>
        <w:t>अब मुलाना, मुलाना साहब बहुत परेशान हो गए रात को कि उनके पास सौ रुपए थे. उस साठ सत्तर साल पहले सौ रुपए की value बहुत ज़्यादा होती थी.</w:t>
      </w:r>
    </w:p>
    <w:p>
      <w:r>
        <w:rPr>
          <w:b/>
        </w:rPr>
        <w:t xml:space="preserve">[37:05] </w:t>
      </w:r>
      <w:r>
        <w:t>Maulana sahab ko yeh laga ki agar main subah ko na utha to meri family mein kisi ko bhi nahi pata hoga ki kisi ek insaan ne mujhe amanat ke taur par to yeh bahut interesting incident tha jo mujhe ekdum yaad aa gaya.</w:t>
      </w:r>
    </w:p>
    <w:p>
      <w:pPr>
        <w:jc w:val="right"/>
      </w:pPr>
      <w:r>
        <w:t>मोलाना साहब को यह लगा कि अगर मैं सुबह को ना उठा तो मेरी family में किसी को भी नहीं पता होगा कि किसी एक इंसान ने मुझे अमानत के तौर पर तो यह बहुत interesting incident था जो मुझे एकदम याद आ गया.</w:t>
      </w:r>
    </w:p>
    <w:p>
      <w:r>
        <w:rPr>
          <w:b/>
        </w:rPr>
        <w:t xml:space="preserve">[37:35] </w:t>
      </w:r>
      <w:r>
        <w:t>bilkul. DocsApp agla sawal main karna chahunga. yeh sawal hai Hazrat Usman ke hawale se ki there was once a famine in Madina and Hazrat Usman donated huge quantity of grains. to iske baare mein bhi kuch humein bataein.</w:t>
      </w:r>
    </w:p>
    <w:p>
      <w:pPr>
        <w:jc w:val="right"/>
      </w:pPr>
      <w:r>
        <w:t>बिल्कुल. DocsApp अगला सवाल मैं करना चाहूंगा. यह सवाल है हज़रत उस्मान के हवाले से कि there was once a famine in मदीना and हज़रत उस्मान donated huge quantity of grains. तो इसके बारे में भी कुछ हमें बताएं.</w:t>
      </w:r>
    </w:p>
    <w:p>
      <w:r>
        <w:rPr>
          <w:b/>
        </w:rPr>
        <w:t xml:space="preserve">[37:57] </w:t>
      </w:r>
      <w:r>
        <w:t>haan, Madina mein ek famine aa gaya tha to logon ko badi pareshani thi to log aaye us waqt Hazrat Abu Bakr raziyallahu anhu khalif the. to logon ne kaha bahut pareshani hai, bahut tangi hai, khane ke liye nahi hai.</w:t>
      </w:r>
    </w:p>
    <w:p>
      <w:pPr>
        <w:jc w:val="right"/>
      </w:pPr>
      <w:r>
        <w:t>हां, मदीना में एक famine आ गया था तो लोगों को बड़ी परेशानी थी तो लोग आए उस वक्त हजरत अबू बकर रज़िल्लाहान कैलिफ थे. तो लोगों ने कहा बहुत परेशानी है, बहुत तंगी है, खाने के लिए नहीं है.</w:t>
      </w:r>
    </w:p>
    <w:p>
      <w:r>
        <w:rPr>
          <w:b/>
        </w:rPr>
        <w:t xml:space="preserve">[38:27] </w:t>
      </w:r>
      <w:r>
        <w:t>razillahnd ka tha.</w:t>
      </w:r>
    </w:p>
    <w:p>
      <w:pPr>
        <w:jc w:val="right"/>
      </w:pPr>
      <w:r>
        <w:t>रजिल्लाहंड का था.</w:t>
      </w:r>
    </w:p>
    <w:p>
      <w:r>
        <w:rPr>
          <w:b/>
        </w:rPr>
        <w:t xml:space="preserve">[38:39] </w:t>
      </w:r>
      <w:r>
        <w:t>to jab woh itna bada kaafila aaya to madinah ke saare taajir aa gaye aur hazrat usman razillahnd</w:t>
      </w:r>
    </w:p>
    <w:p>
      <w:pPr>
        <w:jc w:val="right"/>
      </w:pPr>
      <w:r>
        <w:t>तो जब वो इतना बड़ा काफला आया तो मदीराह के सारे ताज़िर आ गए और हज़रत उस्मान रजिल्लाहंड</w:t>
      </w:r>
    </w:p>
    <w:p>
      <w:r>
        <w:rPr>
          <w:b/>
        </w:rPr>
        <w:t xml:space="preserve">[38:52] </w:t>
      </w:r>
      <w:r>
        <w:t>se kaha ke aap humein de dijiye jo bhi aap to aisa bada exemplary incident hai yeh aur</w:t>
      </w:r>
    </w:p>
    <w:p>
      <w:pPr>
        <w:jc w:val="right"/>
      </w:pPr>
      <w:r>
        <w:t>से कहा कि आप हमें दे दीजिए जो भी आप तो ऐसा बड़ा exemplary incident है यह और</w:t>
      </w:r>
    </w:p>
    <w:p>
      <w:r>
        <w:rPr>
          <w:b/>
        </w:rPr>
        <w:t xml:space="preserve">[39:04] </w:t>
      </w:r>
      <w:r>
        <w:t>aise aur bhi kai saare incidents milte hain.</w:t>
      </w:r>
    </w:p>
    <w:p>
      <w:pPr>
        <w:jc w:val="right"/>
      </w:pPr>
      <w:r>
        <w:t>ऐसे और भी कई सारे incidents मिलते हैं.</w:t>
      </w:r>
    </w:p>
    <w:p>
      <w:r>
        <w:rPr>
          <w:b/>
        </w:rPr>
        <w:t xml:space="preserve">[39:17] </w:t>
      </w:r>
      <w:r>
        <w:t>ek sahabi the, Abdur Rahman bin Auf bahut hi bade sahabi the aur yeh taajir the aur bahut hi ameer the. ji. to unhone bhi ek baar saat sau oont par lada hua saaman de diya tha. to yeh mizaj tha sahaba ka. ji ji. DocsApp sahabi ki aap baat kar rahe hain.</w:t>
      </w:r>
    </w:p>
    <w:p>
      <w:pPr>
        <w:jc w:val="right"/>
      </w:pPr>
      <w:r>
        <w:t>एक साहबी थे, अब्दुर रहमान बिनौफ बहुत ही बड़े साहबी थे और यह ताज़िर थे और बहुत ही अमीर थे. जी. तो उन्होंने भी एक बार सात सौ ऊंट पर लदा हुआ सामान दे दिया था. तो यह विजाज था साहबा का. जी जी. DocsApp साहबी की आप बात कर रहे हैं.</w:t>
      </w:r>
    </w:p>
    <w:p>
      <w:r>
        <w:rPr>
          <w:b/>
        </w:rPr>
        <w:t xml:space="preserve">[39:39] </w:t>
      </w:r>
      <w:r>
        <w:t>to there is another exemplary incident of Abu Talha, you know, of his selflessness that how he fed a person, you know, when he was hungry. to uske baare mein bhi aap humein bataein. Hazrat Abu Talha bahut hi bade sahabi hain aur earliest sahabi inka naam aata hai jo aath log jinhone Islam qubool kiya tha sabse pehle unmein se ek the yeh sahabi yeh Hazrat Abu Talha.</w:t>
      </w:r>
    </w:p>
    <w:p>
      <w:pPr>
        <w:jc w:val="right"/>
      </w:pPr>
      <w:r>
        <w:t>तो there is another exemplary incident of अबू तल्हा, you know, of his selflessness that how he fed a person, you know, when he was hungry. तो उसके बारे में भी आप हमें बताएं. हाज़रत अब्बुत बहुत ही बड़े साबित है और earliest साहब हमें इनका नाम आता है जो आठ लोग जिन्होंने इस्लाम कुबूल किया था सबसे पहले उनमें से एक थे यह साहब यह हज़रत अब्बुत अल्हा.</w:t>
      </w:r>
    </w:p>
    <w:p>
      <w:r>
        <w:rPr>
          <w:b/>
        </w:rPr>
        <w:t xml:space="preserve">[40:08] </w:t>
      </w:r>
      <w:r>
        <w:t>to ek baar rasoolullah ke paas baithe hue the sahaba to ek aadmi aaya usne kaha main bahut bhookha hoon mujhe khana khilaiye. ji. to rasoolullah ne kaha jo sahaba baithe the kaun inhe apna mehmaan banayega aaj ki raat? to Hazrat Abu Talha raziyallahu anhu khade hue kaha ki main banaunga. to woh leke chale gaye apne ghar.</w:t>
      </w:r>
    </w:p>
    <w:p>
      <w:pPr>
        <w:jc w:val="right"/>
      </w:pPr>
      <w:r>
        <w:t>तो एक बार रसूल्लाह के पास बैठे हुए थे साहबा तो एक आदमी आया उसने कहा मैं बहुत भूखा हूँ मुझे खाना खिलाइए. जी. तो रसूल्लाह ने कहा जो साहबा बैठे थे कौन इनको अपना मेहमान बनाएगा आज की रात? तो हज़र्द अब्उत अल्हाह रज़िल्लान खड़े हुए कहा कि मैं बनाऊंगा. तो वह लेकर चले गए अपने घर.</w:t>
      </w:r>
    </w:p>
    <w:p>
      <w:r>
        <w:rPr>
          <w:b/>
        </w:rPr>
        <w:t xml:space="preserve">[40:34] </w:t>
      </w:r>
      <w:r>
        <w:t>to ghar gaye to wife se kaha ki yeh mehmaan hai Prophet Mohammad sallam ke. to wife ne kaha hamare paas to bahut thoda khana hai, bachchon ke liye bas hai. ji. to unhone kaha ki achhe bachchon ko tum behla ke sula do aur jab hum khana khane baithenge to tum chirag bujha dena. yaani us zamane mein agar chirag bujha diya to bilkul andhera ho jata tha.</w:t>
      </w:r>
    </w:p>
    <w:p>
      <w:pPr>
        <w:jc w:val="right"/>
      </w:pPr>
      <w:r>
        <w:t>तो घर गए तो wife से कहा कि यह मेहमान है prophet मोहम्मद सल्लम के. तो wife ने कहा हमारे पास तो बहुत थोड़ा खाना है, बच्चों के लिए बस है. जी. तो उन्होंने कहा कि अच्छे बच्चों को तुम बहला के सुला दो और जब हम खाना खाने बैठेंगे तो तुम चिराग बुझा देना. यानी उस जमाने में अगर चिराग बुझा दिया तो बिल्कुल अंधेरा हो जाता था.</w:t>
      </w:r>
    </w:p>
    <w:p>
      <w:r>
        <w:rPr>
          <w:b/>
        </w:rPr>
        <w:t xml:space="preserve">[41:00] </w:t>
      </w:r>
      <w:r>
        <w:t>to wahi yeh maksad tha ki jab Hazrat Abu Talha un sahabi ke saath baithenge khane ke liye to chirag jab bujh jayega to woh khate rahenge. woh mujhe nahi dekhenge main nahi kha raha hoon. to aise hi kiya unki wife ne ki jab khane ke liye baithe to chirag bujha diya. to woh jo mehmaan the unhone khana kha liya aur Abu Talha aur unki wife ne bhi nahi khaya.</w:t>
      </w:r>
    </w:p>
    <w:p>
      <w:pPr>
        <w:jc w:val="right"/>
      </w:pPr>
      <w:r>
        <w:t>तो वही यह मकसद था कि जब हजरत अब्दुल्तला उन साहब के साथ बैठेंगे खाने के लिए तो चिराग जब बुझ जाएगा तो वह खाते रहेंगे. वह मुझे नहीं देखेंगे मैं नहीं खा रहा हूं. तो ऐसे ही किया उनकी wife ने कि जब खाने के लिए बैठे तो चिराग बुछा दिया. तो वह जो मेहमान थे उन्होंने खाना खा लिया और अबु तल्हा और उनकी wife ने भी नहीं खाया.</w:t>
      </w:r>
    </w:p>
    <w:p>
      <w:r>
        <w:rPr>
          <w:b/>
        </w:rPr>
        <w:t xml:space="preserve">[41:28] </w:t>
      </w:r>
      <w:r>
        <w:t>to subah jab hazrat abuttullah aaye masjid mein rasoollah ke paas, to rasoollah ne kaha ke to</w:t>
      </w:r>
    </w:p>
    <w:p>
      <w:pPr>
        <w:jc w:val="right"/>
      </w:pPr>
      <w:r>
        <w:t>तो सुबह जब हज़रत अब्ुत अल्लाह आए मस्जिद में रसूल्लाह के पास, तो रसूल्लाह ने कहा कि तो</w:t>
      </w:r>
    </w:p>
    <w:p>
      <w:r>
        <w:rPr>
          <w:b/>
        </w:rPr>
        <w:t xml:space="preserve">[41:45] </w:t>
      </w:r>
      <w:r>
        <w:t>rasoolla sallam ne farmaaya ke tum dono miya biwi ke amal ko allah ne dekha aur pasand kiya aur hansa.</w:t>
      </w:r>
    </w:p>
    <w:p>
      <w:pPr>
        <w:jc w:val="right"/>
      </w:pPr>
      <w:r>
        <w:t>रसोल्ला सल्लम ने फरमाया कि तुम दोनों मिया बीवी के अमल को अल्लाह ने देखा और पसंद किया और हंसा.</w:t>
      </w:r>
    </w:p>
    <w:p>
      <w:r>
        <w:rPr>
          <w:b/>
        </w:rPr>
        <w:t xml:space="preserve">[42:02] </w:t>
      </w:r>
      <w:r>
        <w:t>ji. aur Quran mein ek ayat reveal hui ki wa yu'thiroona 'ala anfusihim wa law kaana bihim khasaasah. ki woh doosron ko prefer karte hain apne upar. ji. halanki woh khud unke ahqa hai, khud woh mohtaaj hai. haan sure. to yeh, yeh tha sahaba ka character. ji ho shaa Allah, bahut hi zabardast yeh incident tha doctor sahab. bahut kuch seekhne ko milta hai humein sahaba ji.</w:t>
      </w:r>
    </w:p>
    <w:p>
      <w:pPr>
        <w:jc w:val="right"/>
      </w:pPr>
      <w:r>
        <w:t>जी. और कुरान में एक आयत reveal हुई कि वायु शिरूना अल्लाह अनफुसहीम. वालो काना बीहीम खसासा. कि वो दूसरों को prefer करते हैं अपने ऊपर. जी. हालांकि वो खुद उनके आह्का है, खुद वो मौता आज़े. हां sure. तो ये, ये था सहाभाग character. जी होशालाह, बहुत ही ज़बरदस्त यह incident था doctor साहब. बहुत कुछ सीखने को मिलता है हमें सहभाग जी.</w:t>
      </w:r>
    </w:p>
    <w:p>
      <w:r>
        <w:rPr>
          <w:b/>
        </w:rPr>
        <w:t xml:space="preserve">[42:31] </w:t>
      </w:r>
      <w:r>
        <w:t>ki zindagi nikkil hai.</w:t>
      </w:r>
    </w:p>
    <w:p>
      <w:pPr>
        <w:jc w:val="right"/>
      </w:pPr>
      <w:r>
        <w:t>की ज़िंदगी निक्किल है.</w:t>
      </w:r>
    </w:p>
    <w:p>
      <w:r>
        <w:rPr>
          <w:b/>
        </w:rPr>
        <w:t xml:space="preserve">[42:39] </w:t>
      </w:r>
      <w:r>
        <w:t>doctor saahab agla sawaal poochne se pehle krayat ka zikr karna chahoonga jo unhone is khat mein hazaar</w:t>
      </w:r>
    </w:p>
    <w:p>
      <w:pPr>
        <w:jc w:val="right"/>
      </w:pPr>
      <w:r>
        <w:t>Doctor साहब अगला सवाल पूछने से पहले क्रवायत का ज़िक्र करना चाहूंगा जो उन्होंने इस खत में हज़ार</w:t>
      </w:r>
    </w:p>
    <w:p>
      <w:r>
        <w:rPr>
          <w:b/>
        </w:rPr>
        <w:t xml:space="preserve">[42:48] </w:t>
      </w:r>
      <w:r>
        <w:t>salman ko likha ke unhone prophet ko yeh farmate hue suna ke jis insaan ne duniya mein kharch</w:t>
      </w:r>
    </w:p>
    <w:p>
      <w:pPr>
        <w:jc w:val="right"/>
      </w:pPr>
      <w:r>
        <w:t>सलमान को लिखा कि उन्होंने prophet को यह फरमाते हुए सुना कि जिस इंसान ने दुनिया में खर्च</w:t>
      </w:r>
    </w:p>
    <w:p>
      <w:r>
        <w:rPr>
          <w:b/>
        </w:rPr>
        <w:t xml:space="preserve">[42:57] </w:t>
      </w:r>
      <w:r>
        <w:t>karte hue allah ki itaa't kari, to usko qayamat ke din iss haal mein laaya jayega ke woh</w:t>
      </w:r>
    </w:p>
    <w:p>
      <w:pPr>
        <w:jc w:val="right"/>
      </w:pPr>
      <w:r>
        <w:t>करते हुए अल्लाह की इताद करी, तो उसको क्यामत के दिन इस हाल में लाया जाएगा कि वो</w:t>
      </w:r>
    </w:p>
    <w:p>
      <w:r>
        <w:rPr>
          <w:b/>
        </w:rPr>
        <w:t xml:space="preserve">[43:05] </w:t>
      </w:r>
      <w:r>
        <w:t>aage aage hoga aur uska maal uske peeche peeche hoga aur jab woh pulsirat par lad khadayega</w:t>
      </w:r>
    </w:p>
    <w:p>
      <w:pPr>
        <w:jc w:val="right"/>
      </w:pPr>
      <w:r>
        <w:t>आगे आगे होगा और उसका माल उसके पीछे पीछे होगा और जब वो पुलसी रात पर लड़ खड़ाएगा</w:t>
      </w:r>
    </w:p>
    <w:p>
      <w:r>
        <w:rPr>
          <w:b/>
        </w:rPr>
        <w:t xml:space="preserve">[43:14] </w:t>
      </w:r>
      <w:r>
        <w:t>to uska maal usko kahega ke befiker ho jao, tum jannat par nahi girouge.</w:t>
      </w:r>
    </w:p>
    <w:p>
      <w:pPr>
        <w:jc w:val="right"/>
      </w:pPr>
      <w:r>
        <w:t>तो उसका माल उसको कहेगा कि बेफिगर हो जाओ, तुम जन्म पैर नहीं गिरोगे.</w:t>
      </w:r>
    </w:p>
    <w:p>
      <w:r>
        <w:rPr>
          <w:b/>
        </w:rPr>
        <w:t xml:space="preserve">[43:23] </w:t>
      </w:r>
      <w:r>
        <w:t>tumhara jo mujh par haq tha tumne woh ada kiya. usi tareeqe se phir rasoolullah ne yeh bhi farmaya ki jis insaan ne duniya ke mamlaat par Allah kitab nahi kari, to uska qayamat ke din yeh haal hoga ki uska maal uske kandhon ke darmiyan hoga aur use woh thokar maar maar kar yeh kahega ki tujh par laanat ho, tu ne mere baare mein Allah ke hukum par amal kyun nahi kiya?</w:t>
      </w:r>
    </w:p>
    <w:p>
      <w:pPr>
        <w:jc w:val="right"/>
      </w:pPr>
      <w:r>
        <w:t>तुम्हारा जो मुझ पर हक था तुमने वो अदा किया. उसी तरीके से फिर रसोलुल्ला ने ये भी फरमाया कि जिस इंसान ने दुनिया के मामलात पर अल्लाह किताब नहीं करी, तो उसका कयामत के दिन यह हाल होगा कि उसका माल उसके कंधों के दरमियान होगा और उसे वह ठोकर मार मारकर यह कहेगा कि तुझ पर लानत हो, तूने मेरे बारे में अल्लाह के हुकुम पर अमल क्यों नहीं किया?</w:t>
      </w:r>
    </w:p>
    <w:p>
      <w:r>
        <w:rPr>
          <w:b/>
        </w:rPr>
        <w:t xml:space="preserve">[43:51] </w:t>
      </w:r>
      <w:r>
        <w:t>aur yeh maal uske saath baar baar yeh karta rahega yahan tak ki woh apni halakat ko pukarega. to yeh bahut darane wali baat hai, hadees hai doctor sahab. bahut achhi hai. log aksar wealth ko apne maal ko ek reward ki tarah lete hain jabki wealth is a trial. Allah has given wealth as a test. bilkul. to hum chahenge ki iske baare mein bhi aap kuch bataein?</w:t>
      </w:r>
    </w:p>
    <w:p>
      <w:pPr>
        <w:jc w:val="right"/>
      </w:pPr>
      <w:r>
        <w:t>और यह माल उसके साथ बार बार यह करता रहेगा यहां तक कि वह अपनी हलाकत को पुकारेगा. तो यह बहुत डराने वाली बात है, हदीस है doctor साहब. बहुत अच्छी है. लोग अक्सर wealth को अपने माल को एक reward की तरह लेते हैं जबकि wealth is a trial. अल्लाह has given wealth as a test. बिल्कुल. तो हम चाहेंगे कि इसके बारे में भी आप कुछ बताएं?</w:t>
      </w:r>
    </w:p>
    <w:p>
      <w:r>
        <w:rPr>
          <w:b/>
        </w:rPr>
        <w:t xml:space="preserve">[44:19] </w:t>
      </w:r>
      <w:r>
        <w:t>bahut achhi hadees aapne batai aur badi iske andar ek taraf khushkhabri bhi hai aur ek warning bhi hai. ji. ki jaisa aapne kaha ki wealth is a trial. ji. to bahut hi mohtaaj rehna chahiye, cautious rehna chahiye. ek qissa aata hai hadees ki kitabon mein lamba hai ek qissa. ji.</w:t>
      </w:r>
    </w:p>
    <w:p>
      <w:pPr>
        <w:jc w:val="right"/>
      </w:pPr>
      <w:r>
        <w:t>बहुत अच्छी हदीश आपने बताई और बड़ी इसके अंदर एक तरफ खुशखबरी भी है और एक warning भी है. जी. कि जैसा आपने कहा कि wealth is a trial. जी. तो बहुत ही मोतात रहना चाहिए, cautious रहना चाहिए. एक किस्सा आता है हदीज़ की किताबों में लंबा है एक किस्सा. जी.</w:t>
      </w:r>
    </w:p>
    <w:p>
      <w:r>
        <w:rPr>
          <w:b/>
        </w:rPr>
        <w:t xml:space="preserve">[44:37] </w:t>
      </w:r>
      <w:r>
        <w:t>lekin main usko short karta hoon ki rasoolullah sallam ne teen aadmiyon ka zikr kiya, jo teeno dost the aur woh bani Israel ka ke log the yaani Musa alaihissalam ki qaum ke log the. unmein se ek aadmi tha jisko skin ki problem thi. ji. aur ek ball tha uske sar par baal nahi uthte the aur ek tha jo andha tha blind tha. to Allah taala ne in teeno ko test karne ke liye farishta bheja.</w:t>
      </w:r>
    </w:p>
    <w:p>
      <w:pPr>
        <w:jc w:val="right"/>
      </w:pPr>
      <w:r>
        <w:t>लेकिन मैं उसको short करता हूं कि रसूल्ला सलाम ने तीन आदमियों का ज़िक्र किया, जो तीनों दोस्त थे और वो बनी इसराहिल का के लोग थे यानी मुसालिस्लाम के कौम के लोग थे. उनमें से एक आदमी था जिसको skin की problem थी. जी. और एक ball था उसके सर पर बाल नहीं उठते थे और एक था जो अंधा था blind था. तो अल्लाह तालाह ने इन तीनों को test करने के लिए फरिश्ता भेजा.</w:t>
      </w:r>
    </w:p>
    <w:p>
      <w:r>
        <w:rPr>
          <w:b/>
        </w:rPr>
        <w:t xml:space="preserve">[45:07] </w:t>
      </w:r>
      <w:r>
        <w:t>to sabse pehle farishta uske paas gaya jo skin ki jisko kuch bimari thi.</w:t>
      </w:r>
    </w:p>
    <w:p>
      <w:pPr>
        <w:jc w:val="right"/>
      </w:pPr>
      <w:r>
        <w:t>तो सबसे पहले फरिश्ता उसके पास गया जो skin की जिसको कुछ बीमारी थी.</w:t>
      </w:r>
    </w:p>
    <w:p>
      <w:r>
        <w:rPr>
          <w:b/>
        </w:rPr>
        <w:t xml:space="preserve">[45:13] </w:t>
      </w:r>
      <w:r>
        <w:t>to ne usse kaha ke tumhari kya problem hai?</w:t>
      </w:r>
    </w:p>
    <w:p>
      <w:pPr>
        <w:jc w:val="right"/>
      </w:pPr>
      <w:r>
        <w:t>तो ने उससे कहा कि तुम्हारी क्या problem है?</w:t>
      </w:r>
    </w:p>
    <w:p>
      <w:r>
        <w:rPr>
          <w:b/>
        </w:rPr>
        <w:t xml:space="preserve">[45:20] </w:t>
      </w:r>
      <w:r>
        <w:t>to unhone kaha ke meri jo skin ki problem hai isse log mujhse nafrat karte hain, door bhagte</w:t>
      </w:r>
    </w:p>
    <w:p>
      <w:pPr>
        <w:jc w:val="right"/>
      </w:pPr>
      <w:r>
        <w:t>तो उन्होंने कहा कि मेरी जो skin की problem है इससे लोग मुझसे नफरत करते हैं, दूर भागते</w:t>
      </w:r>
    </w:p>
    <w:p>
      <w:r>
        <w:rPr>
          <w:b/>
        </w:rPr>
        <w:t xml:space="preserve">[45:26] </w:t>
      </w:r>
      <w:r>
        <w:t>hain, koi mere paas nahi aata. ji.</w:t>
      </w:r>
    </w:p>
    <w:p>
      <w:pPr>
        <w:jc w:val="right"/>
      </w:pPr>
      <w:r>
        <w:t>हैं, कोई मेरे पास नहीं आता. जी.</w:t>
      </w:r>
    </w:p>
    <w:p>
      <w:r>
        <w:rPr>
          <w:b/>
        </w:rPr>
        <w:t xml:space="preserve">[45:33] </w:t>
      </w:r>
      <w:r>
        <w:t>aur mere color skin ka ajeeb sa ho gaya hai.</w:t>
      </w:r>
    </w:p>
    <w:p>
      <w:pPr>
        <w:jc w:val="right"/>
      </w:pPr>
      <w:r>
        <w:t>और मेरे color skin का अजीब सा हो गया है.</w:t>
      </w:r>
    </w:p>
    <w:p>
      <w:r>
        <w:rPr>
          <w:b/>
        </w:rPr>
        <w:t xml:space="preserve">[45:40] </w:t>
      </w:r>
      <w:r>
        <w:t>to ek oont nahin de di farishte ne aur kaha ke allah tumhein barkat de. phir farishta doosre ke paas gaya. ji. jis ke sar par baal nahin aate the aur us se bhi isi tarah ki baat ki to us ne bhi yahi kaha ke log mujh se nafrat karte hain, mere baal nahin ugte to farishte ne haath phera aur us ke baal bahut achhe aa gaye, handsome ban gaya woh. to phir us ne kaha ke tumhein kya chahiye?</w:t>
      </w:r>
    </w:p>
    <w:p>
      <w:pPr>
        <w:jc w:val="right"/>
      </w:pPr>
      <w:r>
        <w:t>तो एक ऊंट नहीं दे दी परिष्ठे ने और कहा कि अल्लाह तुम्हें बरकत तेज पर. फिर परिष्ठा दूसरे के पास गया. जी. जिसके सर पर बाल नहीं आते थे और उससे भी इसी तरह की बात की तो उसने भी यही कहा कि लोग मुझसे नफरत करते हैं, मेरे बाल नहीं उगते तो परिष्ठिन हाथ फेरा और उसके बाल बहुत अच्छे आ गए, handsome वन गया वो. तो फिर उसने कहा कि तुम्हें क्या चाहिए?</w:t>
      </w:r>
    </w:p>
    <w:p>
      <w:r>
        <w:rPr>
          <w:b/>
        </w:rPr>
        <w:t xml:space="preserve">[46:07] </w:t>
      </w:r>
      <w:r>
        <w:t>to us ne kaha ke gaay, to gaay de di. to phir teesre aadmi ke paas gaya jo blind tha. to blind se baat ki farishte ne to us ne bhi yahi kaha ke main blind hoon aur log mujh se nafrat karte hain aur mujhe mujhe kuch samajhte nahin, meri izzat nahin karte. to poocha tumhein kya chahiye? to us ne kaha ke meri eyesight wapas aa jaaye, allah mujhe roshni de de.</w:t>
      </w:r>
    </w:p>
    <w:p>
      <w:pPr>
        <w:jc w:val="right"/>
      </w:pPr>
      <w:r>
        <w:t>तो उसने कहा कि गाय, तो गाय दे दिए. तो फिर तीसरे आदमी के पास गया जो blind था. तो blind से बात की रिश्ते ने तो उसने भी यही कहा कि मैं blind हूं और लोग मुझसे नफरत करते हैं और मुझे मुझे कुछ समझते नहीं, मेरी इज्जत नहीं करते. तो पुछा तुम्हें क्या चाहिए? तो उसने कहा कि मेरी eyesight वापस आ जाए, अल्लाह मुझे रौशनी दे दे.</w:t>
      </w:r>
    </w:p>
    <w:p>
      <w:r>
        <w:rPr>
          <w:b/>
        </w:rPr>
        <w:t xml:space="preserve">[46:37] </w:t>
      </w:r>
      <w:r>
        <w:t>to phir is din aise kiya to woh us ki eyesight wapas aa gayi aur kaha tumhein kya chahiye? to us ne kaha ke mujhe bakri chahiye. to us ko ek bakri de di. ji. to aur kaha ke allah barkat de tumhare maal mein.</w:t>
      </w:r>
    </w:p>
    <w:p>
      <w:pPr>
        <w:jc w:val="right"/>
      </w:pPr>
      <w:r>
        <w:t>तो फिर इस दिन ऐसे किया तो वो उसकी eyesight वापस आ गई और कहा तुम्हें क्या चाहिए? तो उसने कहा कि मुझे बकरी चाहिए. तो उसको एक बकरी दे दी. जी. तो और कहा कि अल्लाह बरक़द दे तुम्हारे माल में.</w:t>
      </w:r>
    </w:p>
    <w:p>
      <w:r>
        <w:rPr>
          <w:b/>
        </w:rPr>
        <w:t xml:space="preserve">[47:07] </w:t>
      </w:r>
      <w:r>
        <w:t>us ke paas jis ko oont diya tha, jo skin ki disease thi us ko, to us se musafir ban ke aaya farishta. woh kaha ke main musafir hoon, mujhe zaroorat hai, jaana hai, main pareshan hoon, ek oont de do taaki main ja sakoon apne safar pe. to us ne kaha nahin nahin main to de nahin sakta, mere bade haqdaar hain aur main oont nahin de sakta.</w:t>
      </w:r>
    </w:p>
    <w:p>
      <w:pPr>
        <w:jc w:val="right"/>
      </w:pPr>
      <w:r>
        <w:t>उसके पास जिसको ऊंट दिया था, जो skin की disease थी उसको, तो उससे मुसाफिर वन के आया परिष्ठा. वो कहा कि मैं मुसाफिर हूं, मुझे ज़रूरत है, जाना है, मैं परेशान हूं, एक ऊंट दे दो ताकि मैं जा सकूँ अपने सफर पे. तो उसने कहा नहीं नहीं मैं तो दे नहीं सकता, मेरे बड़े हकदार है और मैं ऊंट नहीं दे सकता.</w:t>
      </w:r>
    </w:p>
    <w:p>
      <w:r>
        <w:rPr>
          <w:b/>
        </w:rPr>
        <w:t xml:space="preserve">[47:32] </w:t>
      </w:r>
      <w:r>
        <w:t>to phir farishte ne kaha main tumhein pehchan raha hoon, tum wohi to ho jo jis ko skin ki disease thi aur phir tum se log door bhagte the aur allah ne tumhein itna kuch diya. us ne kaha nahin nahin yeh to mere baap dada ki daulat hai jo mere paas hai. ji. to farishte ne kaha ke tum dobara waise ho jao aur keh ke chala gaya. to woh dobara usi haal mein ho gaya. ji.</w:t>
      </w:r>
    </w:p>
    <w:p>
      <w:pPr>
        <w:jc w:val="right"/>
      </w:pPr>
      <w:r>
        <w:t>तो फिर स्तेने कहा मैं तुम्हें पहचान रहा हूँ, तुम वही तो हो जो जिसको skin की disease थी और फिर तुमसे लोग दूर भागते थे और अल्लाह ने तुम्हें इतना कुछ दिया. उसने कहा नहीं नहीं यह तो मेरे बाप दादा की दौलत है जो मेरे पास है. जी. तो फरिश्ते ने कहा कि तुम दोबारा वैसे हो जाओ और कह के चला गया. तो वह दोबारा उसी हाल में हो गया. जी.</w:t>
      </w:r>
    </w:p>
    <w:p>
      <w:r>
        <w:rPr>
          <w:b/>
        </w:rPr>
        <w:t xml:space="preserve">[47:59] </w:t>
      </w:r>
      <w:r>
        <w:t>phir doosre ke paas gaya jis ke sar par baal nahin the to us ne bhi isi tarah ki baatein ki. to ji. aur main to andha tha mujhe allah ne roshni di, tum jo chahe le lo. ji.</w:t>
      </w:r>
    </w:p>
    <w:p>
      <w:pPr>
        <w:jc w:val="right"/>
      </w:pPr>
      <w:r>
        <w:t>फिर दूसरे के पास गया जिसके सर पर बाल नहीं थे तो उसने भी इसी तरह की बातें की. तो जी. और मैं तो अंधा था मुझे अल्लाह ने रौशनी दी, तुम जो चाय ले लो. जी.</w:t>
      </w:r>
    </w:p>
    <w:p>
      <w:r>
        <w:rPr>
          <w:b/>
        </w:rPr>
        <w:t xml:space="preserve">[48:27] </w:t>
      </w:r>
      <w:r>
        <w:t>to farishte ne kaha ke nahin tum apna maal rakho bas tumhara test ho raha tha. ji. to is tarah se alag alag test</w:t>
      </w:r>
    </w:p>
    <w:p>
      <w:pPr>
        <w:jc w:val="right"/>
      </w:pPr>
      <w:r>
        <w:t>तो फृष्ण ने कहा कि नहीं तुम अपना माल रखो बस तुम्हारा test हो रहा था. जी. तो इस तरीके से अलग अलग test</w:t>
      </w:r>
    </w:p>
    <w:p>
      <w:r>
        <w:rPr>
          <w:b/>
        </w:rPr>
        <w:t xml:space="preserve">[48:50] </w:t>
      </w:r>
      <w:r>
        <w:t>to doctor sahab, what kind of good news is for those people who give zakat and sadqa, you know, from their lawful earnings? is ke baare mein bhi aap bataein.</w:t>
      </w:r>
    </w:p>
    <w:p>
      <w:pPr>
        <w:jc w:val="right"/>
      </w:pPr>
      <w:r>
        <w:t>तो doctor साहब, what kind of good news is for those people who give ज़क़ात and सत्का, you know, from their lawful earnings? इसके बारे में भी आप बताएं.</w:t>
      </w:r>
    </w:p>
    <w:p>
      <w:r>
        <w:rPr>
          <w:b/>
        </w:rPr>
        <w:t xml:space="preserve">[49:05] </w:t>
      </w:r>
      <w:r>
        <w:t>hadish mein aata hai ke jab ek aadmi ek khajoor ke barabar bhi apne halaal lawful earning se</w:t>
      </w:r>
    </w:p>
    <w:p>
      <w:pPr>
        <w:jc w:val="right"/>
      </w:pPr>
      <w:r>
        <w:t>हदीश में आता है कि जब एक आदमी एक खजूर के बराबर भी अपने हालाल lawful earning से</w:t>
      </w:r>
    </w:p>
    <w:p>
      <w:r>
        <w:rPr>
          <w:b/>
        </w:rPr>
        <w:t xml:space="preserve">[49:14] </w:t>
      </w:r>
      <w:r>
        <w:t>satka deta hai, prakar deta hai to allah usko apne right hand se leta hai aur allah sirf</w:t>
      </w:r>
    </w:p>
    <w:p>
      <w:pPr>
        <w:jc w:val="right"/>
      </w:pPr>
      <w:r>
        <w:t>सत्का देता है, प्रकार देता है तो अल्लाह उसको अपने right hand से लेता है और अल्लाह सिर्फ</w:t>
      </w:r>
    </w:p>
    <w:p>
      <w:r>
        <w:rPr>
          <w:b/>
        </w:rPr>
        <w:t xml:space="preserve">[49:23] </w:t>
      </w:r>
      <w:r>
        <w:t>lawful aur halaal kamai se hi zakat leta hai aur phir usko badhata hai balki hadish mein aata</w:t>
      </w:r>
    </w:p>
    <w:p>
      <w:pPr>
        <w:jc w:val="right"/>
      </w:pPr>
      <w:r>
        <w:t>lawful और हलाल कमाई से ही ज़कात लेता है और फिर उसको बढ़ाता है बल्कि हदीश में आता</w:t>
      </w:r>
    </w:p>
    <w:p>
      <w:r>
        <w:rPr>
          <w:b/>
        </w:rPr>
        <w:t xml:space="preserve">[49:33] </w:t>
      </w:r>
      <w:r>
        <w:t>hai ke jaise tum kisi bachhde ko paalte ho yaani ek chhota bachhda hota hai bakri ka bachcha</w:t>
      </w:r>
    </w:p>
    <w:p>
      <w:pPr>
        <w:jc w:val="right"/>
      </w:pPr>
      <w:r>
        <w:t>है कि जैसे तुम किसी बछड़े को पालते हो यानी एक छोटा बछड़ा होता है बकरी का बच्चा</w:t>
      </w:r>
    </w:p>
    <w:p>
      <w:r>
        <w:rPr>
          <w:b/>
        </w:rPr>
        <w:t xml:space="preserve">[49:42] </w:t>
      </w:r>
      <w:r>
        <w:t>to aadmi usko dhyan deta hai, khilata pilata hai wo bada ho jata hai ya koi tree hota</w:t>
      </w:r>
    </w:p>
    <w:p>
      <w:pPr>
        <w:jc w:val="right"/>
      </w:pPr>
      <w:r>
        <w:t>तो आदमी उसको ध्यान देता है, खिलाता पिलाता है वो बड़ा हो जाता है या कोई tree होता</w:t>
      </w:r>
    </w:p>
    <w:p>
      <w:r>
        <w:rPr>
          <w:b/>
        </w:rPr>
        <w:t xml:space="preserve">[49:51] </w:t>
      </w:r>
      <w:r>
        <w:t>hai, plant usko dhyan se rakhta hai to wo bada ho jata hai.</w:t>
      </w:r>
    </w:p>
    <w:p>
      <w:pPr>
        <w:jc w:val="right"/>
      </w:pPr>
      <w:r>
        <w:t>है, plant उसको ध्यान से रखता है तो वो बड़ा हो जाता है.</w:t>
      </w:r>
    </w:p>
    <w:p>
      <w:r>
        <w:rPr>
          <w:b/>
        </w:rPr>
        <w:t xml:space="preserve">[50:01] </w:t>
      </w:r>
      <w:r>
        <w:t>ji. aisa nahin ke koi unlawful tareeqe se kamaaye dishonesty ke saath aur corruption karke. ab jaise hadees mein aata hai ke jo shakhs bribe deta hai riswat. ji. aur jo shakhs leta hai dono ko qarz kiya hai. ji. aisa nahin hai log samajhte hain ke jo riswat leta hai wahi galat kaam ji. kar raha balki jo deta hai woh bhi equally responsible bilkul.</w:t>
      </w:r>
    </w:p>
    <w:p>
      <w:pPr>
        <w:jc w:val="right"/>
      </w:pPr>
      <w:r>
        <w:t>जी. ऐसा नहीं कि कोई unlawful तरीके से कमाए dishonesty के साथ और corruption करके. अब जैसे हदीश में आता है कि जो शख्स bribe देता है रिश्वत. जी. और जो शख्स लेता है दोनों को कर्ज किया है. जी. ऐसा नहीं है लोग समझते हैं कि जो रिश्वत लेता है वही गलत काम जी. कर रहा बल्कि जो देता है वह भी equally responsible बिल्कुल.</w:t>
      </w:r>
    </w:p>
    <w:p>
      <w:r>
        <w:rPr>
          <w:b/>
        </w:rPr>
        <w:t xml:space="preserve">[50:27] </w:t>
      </w:r>
      <w:r>
        <w:t>to kisi bhi tarah ki koi bhi dishonesty se agar aap koi ab zakat ya sadqa karenge to woh alag yahan acceptable nahin hai. ji ji ji. to yeh bahut ahum cheez hai. ji. aap ne bilkul sahi kaha DocsApp aur Islamic history mein yeh aaya bhi hai. madina mein ek saahab the jinka naam tha saaleba ibn haatebal ansari. woh ek hypocrite the aur unhone zakat deni chaahi lekin un ko mana kar diya gaya. un se zakat nahin li gayi, li gayi.</w:t>
      </w:r>
    </w:p>
    <w:p>
      <w:pPr>
        <w:jc w:val="right"/>
      </w:pPr>
      <w:r>
        <w:t>तो किसी भी तरह की कोई भी dishonesty से अगर आप कोई अब जकात या सत्कात करेंगे तो वो अलग यहां acceptable नहीं है. जी जी जी. तो ये बहुत अहम् चीज़ है. जी. आपने बिल्कुल सही कहा DocsApp और इस्लामic history में यह आया भी है. मदीना में एक साहब थे जिनका नाम था सालेबा इब्न हातेबल अंसारी. वह एक hypocrite थे और उन्होंने ज़क़ाद देनी चाही लेकिन उनको मना कर दिया गया. उनसे ज़क़ाद नहीं ली गई, ली गई.</w:t>
      </w:r>
    </w:p>
    <w:p>
      <w:r>
        <w:rPr>
          <w:b/>
        </w:rPr>
        <w:t xml:space="preserve">[50:56] </w:t>
      </w:r>
      <w:r>
        <w:t>to lawful earnings jo doctor sahab ne abhi bataya, woh bahut zaroori hai ke hum usi earning se hum zakat dein. DocsApp agla sawaal yahi hai ke kya na person give sadqa on behalf of his or her parents? is ke baare mein bhi bataein.</w:t>
      </w:r>
    </w:p>
    <w:p>
      <w:pPr>
        <w:jc w:val="right"/>
      </w:pPr>
      <w:r>
        <w:t>तो lawful earnings जो doctor साहब ने अभी बताया, वह बहुत ज़रूरी है कि हम उसी earning से हम ज़कात दें. DocsApp अगला सवाल यही है कि क्या ना person give सद का on behalf of his or her parents? इसके बारे में भी बताएं.</w:t>
      </w:r>
    </w:p>
    <w:p>
      <w:r>
        <w:rPr>
          <w:b/>
        </w:rPr>
        <w:t xml:space="preserve">[51:19] </w:t>
      </w:r>
      <w:r>
        <w:t>haan hadees mein aata hai parents ke behalf par aap charity de sakte hain, sadqa kar sakte hain balki ek sahabi the jinka naam hai saad bin ubaada raziallahu anhu, bade sahabi the aur madina ke the earliest followers mein se hai yeh prophet ke to woh aaye prophet Mohammad sallallahu alaihi wasallam ke paas aur poocha ke meri madad ki death ho gayi hai to main kaun sa sadqa karoon?</w:t>
      </w:r>
    </w:p>
    <w:p>
      <w:pPr>
        <w:jc w:val="right"/>
      </w:pPr>
      <w:r>
        <w:t>हां हदीश में आता है parents के behalf पर आप charity दे सकते हैं, सबका कर सकते हैं बल्कि एक साहबी थे जिनका नाम है साद बिन उबादा रजिल्लान, बड़े साहबी थे और मदीना के थे earliest followers में से है यह prophet के तो वो आए prophet मोहम्मद सल्लाह वैस्लाम के पास और पुछा कि मेरी मदद की death हो गई है तो मैं कौन सा सत्का करूं?</w:t>
      </w:r>
    </w:p>
    <w:p>
      <w:r>
        <w:rPr>
          <w:b/>
        </w:rPr>
        <w:t xml:space="preserve">[51:47] </w:t>
      </w:r>
      <w:r>
        <w:t>to rasoolullah ne kaha ke paani, paani pilaana. ab us zamane mein isi tarah ki cheezein hoti thi. to hazrat saad raziallahu anhu ne ek ku'an khudwa diya aur kaha ke yeh ku'an meri mother ke reward ke liye, meri madad, mother ke sawaab ke liye. ji ji.</w:t>
      </w:r>
    </w:p>
    <w:p>
      <w:pPr>
        <w:jc w:val="right"/>
      </w:pPr>
      <w:r>
        <w:t>तो रसूल्ला ने कहा कि पानी, पानी पिलाना. अब उस ज़माने में इसी तरह की चीज़ें होती थी. तो हज़द साद रजिल्लान ने एक कुंआ खुदवा दिया और कहा कि यह कुंआ मेरी mother के reward के लिए, मेरी मदद, mother के सवाब के लिए. जी जी.</w:t>
      </w:r>
    </w:p>
    <w:p>
      <w:r>
        <w:rPr>
          <w:b/>
        </w:rPr>
        <w:t xml:space="preserve">[52:05] </w:t>
      </w:r>
      <w:r>
        <w:t>aur aisi ek aur sahabi the, woh bhi aaye aur unhone kaha ke meri mother ki death ho gayi hai, main main kuch un ke behalf par dena chahta hoon, to rasoolullah ne kaha theek hai de sakte ho un ko, unhone poocha kya reward milega mujhe un ko, meri mother ko? ji.</w:t>
      </w:r>
    </w:p>
    <w:p>
      <w:pPr>
        <w:jc w:val="right"/>
      </w:pPr>
      <w:r>
        <w:t>और ऐसी एक और सावी थे, वो भी आए और उन्होंने कहा कि मेरी mother की death हो गई है, मैं मैं कुछ उनके behalf पर देना चाहता हूं, तो रसूल्ला ने कहा ठीक है दे सकते हो उनको, उन्होंने पुछा क्या reward मिलेगा मुझे उनको, मेरी mother को? जी.</w:t>
      </w:r>
    </w:p>
    <w:p>
      <w:r>
        <w:rPr>
          <w:b/>
        </w:rPr>
        <w:t xml:space="preserve">[52:24] </w:t>
      </w:r>
      <w:r>
        <w:t>to rasoolullah ne kaha haan milega, to unhone bhi ek baagh khuda ke raah mein diya tha to yeh kiya ja sakta hai aur karna chahiye ke log kar dete hain kuch koi orphanage bana deta hai apne parents ke liye koi koi hospital khol deta hai. to koi bhi koi bhi kaam jis mein logon ka faayda ho aur logon ke liye aasaani ho. ji. to zaahir allah taala uska reward dega. ji. ji. bas niyat niyat honi chahiye.</w:t>
      </w:r>
    </w:p>
    <w:p>
      <w:pPr>
        <w:jc w:val="right"/>
      </w:pPr>
      <w:r>
        <w:t>तो रसूल्ला ने कहा हां मिलेगा, तो उन्होंने भी एक बाग खुदा के राव में दिया था तो यह किया जा सकता है और करना बिचाइए कि लोग कर देते हैं कुछ कोई orphanage बना देता है अपने parents के लिए कोई कोई hospital खोल देता है. तो कोई भी कोई भी काम जिसमें लोगों का फ़ायदा हो और लोगों के लिए आसानी हो. जी. तो जाहिर अल्लाहकाल उसका reward देगा. जी. जी. बस नियत नियत होनी चाहिए.</w:t>
      </w:r>
    </w:p>
    <w:p>
      <w:r>
        <w:rPr>
          <w:b/>
        </w:rPr>
        <w:t xml:space="preserve">[52:53] </w:t>
      </w:r>
      <w:r>
        <w:t>niyat honi chahiye ke is ka reward is ko mile. bina niyat ke jo hoga na kaam ji. woh woh woh theek nahin hai. niyat zaroori hai. log samajhte hain ke hum gareebon ki madad kar rahe hain. yeh to yeh achhi baat hai. lekin us mein niyat</w:t>
      </w:r>
    </w:p>
    <w:p>
      <w:pPr>
        <w:jc w:val="right"/>
      </w:pPr>
      <w:r>
        <w:t>नियत होनी चाहिए कि इसका reward इसको मिले. बिना नियत के जो होगा ना काम जी. वो वो वो ठीक नहीं है. नियत ज़रूरी है. लोग समझते हैं कि हम गरीबों की मदद कर रहे हैं. यह तो यह अच्छी बात है. लेकिन उसमें नियत</w:t>
      </w:r>
    </w:p>
    <w:p>
      <w:r>
        <w:rPr>
          <w:b/>
        </w:rPr>
        <w:t xml:space="preserve">[53:21] </w:t>
      </w:r>
      <w:r>
        <w:t>aur Islam mein niyat hi sab kuch hai doctor sahab. ji. Doctor sahab jaise aap ne abhi bataya paani ka aap ne example diya. aap ne yeh bhi kaha ke jaise koi hospital khol de, koi orphanage ke liye kuch kar de. But doctor sahab charities can take many forms. But according to you, in your opinion, which is the best charity? is ke baare mein bataein.</w:t>
      </w:r>
    </w:p>
    <w:p>
      <w:pPr>
        <w:jc w:val="right"/>
      </w:pPr>
      <w:r>
        <w:t>और इस्लाम में नियत ही सब कुछ है doctor साहब. जी. Doctor साहब जैसे आपने अभी बताया पानी का आपने example दिया. आपने यह भी कहा कि जैसे कोई hospital खोल दे, कोई orphanage के लिए कुछ कर दे. But doctor साहब charities can take many forms. But according to you, in your opinion, which is the best charity? इसके बारे में बताएं.</w:t>
      </w:r>
    </w:p>
    <w:p>
      <w:r>
        <w:rPr>
          <w:b/>
        </w:rPr>
        <w:t xml:space="preserve">[53:44] </w:t>
      </w:r>
      <w:r>
        <w:t>rasoolullah sallallahu alaihi wasallam ne bataya hai is ko kisi ne poocha hai ke sab se afzal sadqa kaun sa hai? sab se achha, sab se behtar. ji. to rasoolullah sallallahu alaihi wasallam ne bataya ke woh sadqa jo tum apni health jab tum healthy hote ho tab karte ho. healthy ka matlab hai ke tum prime age mein hote ho. ab jab hum log prime age mein hote hain to hum apne business ko badhaate hain. ji.</w:t>
      </w:r>
    </w:p>
    <w:p>
      <w:pPr>
        <w:jc w:val="right"/>
      </w:pPr>
      <w:r>
        <w:t>रसूल्ला सल्म ने बताया है इसको किसी ने पुछा है कि सबसे अब्ज़ल सदका कौन सा है? सबसे अच्छा, सबसे बेहतर. जी. तो रसूल्लाह सल्लाह ने बताया कि वह सदका जो तुम अपनी health जब तुम healthy होते हो तब करते हो. Healthy का मतलब है कि तुम prime age में होते हो. अब जब हम लोग prime age में होते हैं तो हम अपने business को बढ़ाते हैं. जी.</w:t>
      </w:r>
    </w:p>
    <w:p>
      <w:r>
        <w:rPr>
          <w:b/>
        </w:rPr>
        <w:t xml:space="preserve">[54:11] </w:t>
      </w:r>
      <w:r>
        <w:t>hum apne hamare paas bade ambitions hote hain aur daulat balki yeh hadees mein aata hai ke tum us waqt daulat ka shauk bhi hota hai tumhare andar. ji. aur yeh bhi hota hai ke agar tum doge in sab kaamon mein to daulat kam ho jaayegi. to woh jo us age mein jo karta hai yaani jo prime age mein youth age mein jab woh apna business ko badhaana chahta hai, expansion karna chahta hai aur tarah tarah ke us ke andar khwahishaat hoti hain.</w:t>
      </w:r>
    </w:p>
    <w:p>
      <w:pPr>
        <w:jc w:val="right"/>
      </w:pPr>
      <w:r>
        <w:t>हम अपने हमारे पास बड़े ambitions होते हैं और दौलत बल्कि यह हदीश में आता है कि तुम उस वक्त दौलत का शौक भी होता है तुम्हारे अंदर. जी. और यह भी होता है कि अगर तुम दोगे इन सब कामों में तो दौलत कम हो जाएगी. तो वह जो उस age में जो करता है यानी जो prime age में youth age में जब वो अपना business को बढ़ाना चाहता है, expansion करना चाहता है और तरह तरह के उसके अंदर ख्वाइशात होती है.</w:t>
      </w:r>
    </w:p>
    <w:p>
      <w:r>
        <w:rPr>
          <w:b/>
        </w:rPr>
        <w:t xml:space="preserve">[54:41] </w:t>
      </w:r>
      <w:r>
        <w:t>ji.</w:t>
      </w:r>
    </w:p>
    <w:p>
      <w:pPr>
        <w:jc w:val="right"/>
      </w:pPr>
      <w:r>
        <w:t>जी.</w:t>
      </w:r>
    </w:p>
    <w:p>
      <w:r>
        <w:rPr>
          <w:b/>
        </w:rPr>
        <w:t xml:space="preserve">[54:47] </w:t>
      </w:r>
      <w:r>
        <w:t>to us age mein agar koi satka kare to wo sabse zyada acceptable ho.</w:t>
      </w:r>
    </w:p>
    <w:p>
      <w:pPr>
        <w:jc w:val="right"/>
      </w:pPr>
      <w:r>
        <w:t>तो उस age में अगर कोई सत्खा करे तो वो सबसे ज़्यादा acceptable हो.</w:t>
      </w:r>
    </w:p>
    <w:p>
      <w:r>
        <w:rPr>
          <w:b/>
        </w:rPr>
        <w:t xml:space="preserve">[54:53] </w:t>
      </w:r>
      <w:r>
        <w:t>bahut bahut ahum baat. ji.</w:t>
      </w:r>
    </w:p>
    <w:p>
      <w:pPr>
        <w:jc w:val="right"/>
      </w:pPr>
      <w:r>
        <w:t>बहुत बहुत अहम् बात. जी.</w:t>
      </w:r>
    </w:p>
    <w:p>
      <w:r>
        <w:rPr>
          <w:b/>
        </w:rPr>
        <w:t xml:space="preserve">[54:59] </w:t>
      </w:r>
      <w:r>
        <w:t>yeh batai rok sahib aapne.</w:t>
      </w:r>
    </w:p>
    <w:p>
      <w:pPr>
        <w:jc w:val="right"/>
      </w:pPr>
      <w:r>
        <w:t>यह बताई रोक साहब आपने.</w:t>
      </w:r>
    </w:p>
    <w:p>
      <w:r>
        <w:rPr>
          <w:b/>
        </w:rPr>
        <w:t xml:space="preserve">[55:06] </w:t>
      </w:r>
      <w:r>
        <w:t>bahut zabardast hai. ji.</w:t>
      </w:r>
    </w:p>
    <w:p>
      <w:pPr>
        <w:jc w:val="right"/>
      </w:pPr>
      <w:r>
        <w:t>बहुत ज़बरदस्त है. जी.</w:t>
      </w:r>
    </w:p>
    <w:p>
      <w:r>
        <w:rPr>
          <w:b/>
        </w:rPr>
        <w:t xml:space="preserve">[55:12] </w:t>
      </w:r>
      <w:r>
        <w:t>rok sahib ek sawal yeh bhi hai ke kai baar agar aapne zakad diya ya satka diya to</w:t>
      </w:r>
    </w:p>
    <w:p>
      <w:pPr>
        <w:jc w:val="right"/>
      </w:pPr>
      <w:r>
        <w:t>रोक साहब एक सवाल यह भी है कि कई बार अगर आपने ज़काद दिया या सटका दिया to</w:t>
      </w:r>
    </w:p>
    <w:p>
      <w:r>
        <w:rPr>
          <w:b/>
        </w:rPr>
        <w:t xml:space="preserve">[55:18] </w:t>
      </w:r>
      <w:r>
        <w:t>a person or an institution and later you realize ke shayad woh shakhs ya woh institution sahi tareeke</w:t>
      </w:r>
    </w:p>
    <w:p>
      <w:pPr>
        <w:jc w:val="right"/>
      </w:pPr>
      <w:r>
        <w:t>a person or an institution and later you realize कि शायद वह शख्स या वह institution सही तरीके</w:t>
      </w:r>
    </w:p>
    <w:p>
      <w:r>
        <w:rPr>
          <w:b/>
        </w:rPr>
        <w:t xml:space="preserve">[55:25] </w:t>
      </w:r>
      <w:r>
        <w:t>se us paise ka istemal na karein.</w:t>
      </w:r>
    </w:p>
    <w:p>
      <w:pPr>
        <w:jc w:val="right"/>
      </w:pPr>
      <w:r>
        <w:t>से उस पैसे का इस्तेमाल ना करें.</w:t>
      </w:r>
    </w:p>
    <w:p>
      <w:r>
        <w:rPr>
          <w:b/>
        </w:rPr>
        <w:t xml:space="preserve">[55:31] </w:t>
      </w:r>
      <w:r>
        <w:t>to kya yeh allowed hai ke hum us zaqad ya satka ko wapas le lein?</w:t>
      </w:r>
    </w:p>
    <w:p>
      <w:pPr>
        <w:jc w:val="right"/>
      </w:pPr>
      <w:r>
        <w:t>तो क्या यह allowed है कि हम उस ज़क़ाद या सत्का को वापस ले लें?</w:t>
      </w:r>
    </w:p>
    <w:p>
      <w:r>
        <w:rPr>
          <w:b/>
        </w:rPr>
        <w:t xml:space="preserve">[55:37] </w:t>
      </w:r>
      <w:r>
        <w:t>iske bare mein bataein.</w:t>
      </w:r>
    </w:p>
    <w:p>
      <w:pPr>
        <w:jc w:val="right"/>
      </w:pPr>
      <w:r>
        <w:t>इसके बारे में बताएं.</w:t>
      </w:r>
    </w:p>
    <w:p>
      <w:r>
        <w:rPr>
          <w:b/>
        </w:rPr>
        <w:t xml:space="preserve">[55:44] </w:t>
      </w:r>
      <w:r>
        <w:t>zaqat ya satka jo de diya hai wo wapas nahi liya jata. ji.</w:t>
      </w:r>
    </w:p>
    <w:p>
      <w:pPr>
        <w:jc w:val="right"/>
      </w:pPr>
      <w:r>
        <w:t>ज़क़ात या सत्का जो दे दिया है वो वापस नहीं लिया जाता. जी.</w:t>
      </w:r>
    </w:p>
    <w:p>
      <w:r>
        <w:rPr>
          <w:b/>
        </w:rPr>
        <w:t xml:space="preserve">[55:52] </w:t>
      </w:r>
      <w:r>
        <w:t>yeh baat to clear hai aur iske iske ek hadish mein ek, ek wakai aata hai ke hazd,</w:t>
      </w:r>
    </w:p>
    <w:p>
      <w:pPr>
        <w:jc w:val="right"/>
      </w:pPr>
      <w:r>
        <w:t>यह बात तो clear है और इसके इसके एक हदिश में एक, एक वाकई आता है कि हज़द,</w:t>
      </w:r>
    </w:p>
    <w:p>
      <w:r>
        <w:rPr>
          <w:b/>
        </w:rPr>
        <w:t xml:space="preserve">[56:00] </w:t>
      </w:r>
      <w:r>
        <w:t>hazd umar ka wakya hai, hazd umar raziallan ke hazd umar ne ek ghoda jo sawari ka ghoda</w:t>
      </w:r>
    </w:p>
    <w:p>
      <w:pPr>
        <w:jc w:val="right"/>
      </w:pPr>
      <w:r>
        <w:t>हज़द उमर का वाक्य है, हज़द उमर रजियाल्लान कि हज़द उमर ने एक घोड़ा जो सवारी का घोड़ा</w:t>
      </w:r>
    </w:p>
    <w:p>
      <w:r>
        <w:rPr>
          <w:b/>
        </w:rPr>
        <w:t xml:space="preserve">[56:09] </w:t>
      </w:r>
      <w:r>
        <w:t>tha kisi ko khuda ke rah mein diya.</w:t>
      </w:r>
    </w:p>
    <w:p>
      <w:pPr>
        <w:jc w:val="right"/>
      </w:pPr>
      <w:r>
        <w:t>था किसी को खुदा के राह में दिया.</w:t>
      </w:r>
    </w:p>
    <w:p>
      <w:r>
        <w:rPr>
          <w:b/>
        </w:rPr>
        <w:t xml:space="preserve">[56:17] </w:t>
      </w:r>
      <w:r>
        <w:t>koi safar karna chahta hoga. ji.</w:t>
      </w:r>
    </w:p>
    <w:p>
      <w:pPr>
        <w:jc w:val="right"/>
      </w:pPr>
      <w:r>
        <w:t>कोई सफर करना चाहता होगा. जी.</w:t>
      </w:r>
    </w:p>
    <w:p>
      <w:r>
        <w:rPr>
          <w:b/>
        </w:rPr>
        <w:t xml:space="preserve">[56:26] </w:t>
      </w:r>
      <w:r>
        <w:t>us ko paalna padta hai, us ko sab kuch dekhna padta hai. to unhone socha ke main wapas le loon is se. ji. chahe mujhe kuch paise dene pad jaaye us ko. to woh aaye prophet Mohammad ke paas, kaha ke yeh ghoda maine diya tha lekin mujhe lagta hai ke yeh jis ko diya hai woh us ko sahi istemaal nahin kar raha hai, ghoda waste ho jaayega. to main wapas lena chahta hoon, kuch pay karke us ko.</w:t>
      </w:r>
    </w:p>
    <w:p>
      <w:pPr>
        <w:jc w:val="right"/>
      </w:pPr>
      <w:r>
        <w:t>उसको पालना पड़ता है, उसको सब कुछ देखना पड़ता है. तो उन्होंने सोचा कि मैं वापस ले लूं इससे. जी. चाहे मुझे कुछ पैसे देने पड़ जाए उसको. तो वह आए prophet मोहम्मद के पास, कहा कि यह घोड़ा मैंने दिया था लेकिन मुझे लगता है कि यह जिसको दिया है वो उसको सही इस्तेमाल नहीं कर रहा है, घोड़ा waste हो जाएगा. तो मैं वापस लेना चाहता हूं, कुछ pay करके उसको.</w:t>
      </w:r>
    </w:p>
    <w:p>
      <w:r>
        <w:rPr>
          <w:b/>
        </w:rPr>
        <w:t xml:space="preserve">[56:52] </w:t>
      </w:r>
      <w:r>
        <w:t>to rasoolullah ne kaha ke sadqa kabhi wapas nahin liya jaata. tumhein agar woh ek dirham mein bhi de wapas tab bhi mat lena hoga. sahi minute.</w:t>
      </w:r>
    </w:p>
    <w:p>
      <w:pPr>
        <w:jc w:val="right"/>
      </w:pPr>
      <w:r>
        <w:t>तो रसूल्ला ने कहा कि सत्का कभी वापस नहीं लिया जाता. तुम्हें अगर वो एक दिरहम में भी दे वापस तब भी मत लेना होगा. सही minute.</w:t>
      </w:r>
    </w:p>
    <w:p>
      <w:r>
        <w:rPr>
          <w:b/>
        </w:rPr>
        <w:t xml:space="preserve">[57:00] </w:t>
      </w:r>
      <w:r>
        <w:t>to is tarah se aur bhi baatein aati hain ke ek aur sahabi ne puchha ke agar maine</w:t>
      </w:r>
    </w:p>
    <w:p>
      <w:pPr>
        <w:jc w:val="right"/>
      </w:pPr>
      <w:r>
        <w:t>तो इस तरह से और भी बातें आती हैं कि एक और साहबी ने पुछा कि अगर मैंने</w:t>
      </w:r>
    </w:p>
    <w:p>
      <w:r>
        <w:rPr>
          <w:b/>
        </w:rPr>
        <w:t xml:space="preserve">[57:28] </w:t>
      </w:r>
      <w:r>
        <w:t>iske bare mein kya opinion hai aapka?</w:t>
      </w:r>
    </w:p>
    <w:p>
      <w:pPr>
        <w:jc w:val="right"/>
      </w:pPr>
      <w:r>
        <w:t>इसके बारे में क्या opinion है आपका?</w:t>
      </w:r>
    </w:p>
    <w:p>
      <w:r>
        <w:rPr>
          <w:b/>
        </w:rPr>
        <w:t xml:space="preserve">[57:56] </w:t>
      </w:r>
      <w:r>
        <w:t>hadish mein aata hai ek bahut hi bade sabit hai abdullahihib ne masood jo ki makka ke earliest sahaba mein se the. agle baar sixth sahabi the jo rasoolullah ke upari mallah hai. bahut bade sahbiyon mein se naam unka. ji. to yeh madina ka waqea hai. to ek baar inke halaat bahut bigad gaye aur bahut zarooratmand ho gaye.</w:t>
      </w:r>
    </w:p>
    <w:p>
      <w:pPr>
        <w:jc w:val="right"/>
      </w:pPr>
      <w:r>
        <w:t>हदीश में आता है एक बहुत ही बड़े साबित है अब्दुल्लाहिब ने मसूद जो कि मक्का के earliest साहबा में से थे. अगले बार sixth साहबी थे जो रसूल्लाह के ऊपरी माल्लाह है. बहुत बड़े साहबियों में से नाम उनका. जी. तो यह मदीना का वाक्या है. तो एक बार इनके हालात बहुत बिगड़ गए और बहुत ज़रूरतमंद हो गए.</w:t>
      </w:r>
    </w:p>
    <w:p>
      <w:r>
        <w:rPr>
          <w:b/>
        </w:rPr>
        <w:t xml:space="preserve">[58:25] </w:t>
      </w:r>
      <w:r>
        <w:t>to unki jo wife thi jinka naam zainab tha, zainab braziallan haan.</w:t>
      </w:r>
    </w:p>
    <w:p>
      <w:pPr>
        <w:jc w:val="right"/>
      </w:pPr>
      <w:r>
        <w:t>तो उनकी जो wife थी जिनका नाम जैनब था, जैनब ब्राजिल्लान हां.</w:t>
      </w:r>
    </w:p>
    <w:p>
      <w:r>
        <w:rPr>
          <w:b/>
        </w:rPr>
        <w:t xml:space="preserve">[58:36] </w:t>
      </w:r>
      <w:r>
        <w:t>to unhon ne socha ke main un ke paas kuch tha jis par zaqaad deni thi un ko, to unhon ne socha</w:t>
      </w:r>
    </w:p>
    <w:p>
      <w:pPr>
        <w:jc w:val="right"/>
      </w:pPr>
      <w:r>
        <w:t>तो उन्होंने सोचा कि मैं उनके पास कुछ था जिस पर ज़क़ाद देनी थी उनको, तो उन्होंने सोचा</w:t>
      </w:r>
    </w:p>
    <w:p>
      <w:r>
        <w:rPr>
          <w:b/>
        </w:rPr>
        <w:t xml:space="preserve">[58:48] </w:t>
      </w:r>
      <w:r>
        <w:t>ke main zaqaad apne husband ko hi de doon, yeh zarooratmand hai. Ji.</w:t>
      </w:r>
    </w:p>
    <w:p>
      <w:pPr>
        <w:jc w:val="right"/>
      </w:pPr>
      <w:r>
        <w:t>कि मैं ज़क़ाद अपने husband को ही दे दूं, यह ज़रूरतमंद है. जी.</w:t>
      </w:r>
    </w:p>
    <w:p>
      <w:r>
        <w:rPr>
          <w:b/>
        </w:rPr>
        <w:t xml:space="preserve">[59:00] </w:t>
      </w:r>
      <w:r>
        <w:t>unko achha nahi laga yeh baat puchte the. to woh khud gayi. to masjid mein gayi to wahan ek aur lady baithi hui thi. to usse batchit ki to uska bhi yahi masla tha. to do ho gaye to do ladies wahan baith gayi. unhone socha ki koi aayega jayega to usse puchenge. to inder mein jahan asullah sallam the wahan se azrat bilal rajillah nikle us jagah se.</w:t>
      </w:r>
    </w:p>
    <w:p>
      <w:pPr>
        <w:jc w:val="right"/>
      </w:pPr>
      <w:r>
        <w:t>उनको अच्छा नहीं लगा यह बात पूछते थे. तो वह खुद गई. तो मस्जिद में गई तो वहां एक और lady बैठी हुई थी. तो उससे बातचीत की तो उसका भी यही मसला था. तो दो हो गए तो दो ladies वहां बैठ गई. उन्होंने सोचा कि कोई आएगा जाएगा तो उससे पूछेंगे. तो इंदेर में जहां असुल्लाह सल्लम थे वहां से अजर्त बिलाल रजिल्लाह निकले उस जगह से.</w:t>
      </w:r>
    </w:p>
    <w:p>
      <w:r>
        <w:rPr>
          <w:b/>
        </w:rPr>
        <w:t xml:space="preserve">[59:28] </w:t>
      </w:r>
      <w:r>
        <w:t>to inhon ne bulaya ke Bilal hamara yeh ek masla hai zara poocho.</w:t>
      </w:r>
    </w:p>
    <w:p>
      <w:pPr>
        <w:jc w:val="right"/>
      </w:pPr>
      <w:r>
        <w:t>तो इन्होंने बुलाया कि बिलाल हमारा यह एक मसला है जरा पूछो.</w:t>
      </w:r>
    </w:p>
    <w:p>
      <w:r>
        <w:rPr>
          <w:b/>
        </w:rPr>
        <w:t xml:space="preserve">[59:32] </w:t>
      </w:r>
      <w:r>
        <w:t>to Adit Bilal phir unhon ne kaha ke hamara naam mat batana.</w:t>
      </w:r>
    </w:p>
    <w:p>
      <w:pPr>
        <w:jc w:val="right"/>
      </w:pPr>
      <w:r>
        <w:t>तो अदित बिलाल फिर उन्होंने कहा कि हमारा नाम मत बताना.</w:t>
      </w:r>
    </w:p>
    <w:p>
      <w:r>
        <w:rPr>
          <w:b/>
        </w:rPr>
        <w:t xml:space="preserve">[59:37] </w:t>
      </w:r>
      <w:r>
        <w:t>unhon ne kaha ke acha nahi lagta ke naam bataye hum.</w:t>
      </w:r>
    </w:p>
    <w:p>
      <w:pPr>
        <w:jc w:val="right"/>
      </w:pPr>
      <w:r>
        <w:t>उन्होंने कहा कि अच्छा नहीं लगता कि नाम बताए हम.</w:t>
      </w:r>
    </w:p>
    <w:p>
      <w:r>
        <w:rPr>
          <w:b/>
        </w:rPr>
        <w:t xml:space="preserve">[59:41] </w:t>
      </w:r>
      <w:r>
        <w:t>to kaha ke hamara naam mat batana bas puch lo ke do ladies ka yeh masla hai.</w:t>
      </w:r>
    </w:p>
    <w:p>
      <w:pPr>
        <w:jc w:val="right"/>
      </w:pPr>
      <w:r>
        <w:t>तो कहा कि हमारा नाम मत बताना बस पुछ लो कि दो ladies का यह मसला है.</w:t>
      </w:r>
    </w:p>
    <w:p>
      <w:r>
        <w:rPr>
          <w:b/>
        </w:rPr>
        <w:t xml:space="preserve">[59:46] </w:t>
      </w:r>
      <w:r>
        <w:t>to Hazrat Bilal razillan gaye prophet sallam ke paas poocha ke do ladies pooch rahi hain yeh sawal</w:t>
      </w:r>
    </w:p>
    <w:p>
      <w:pPr>
        <w:jc w:val="right"/>
      </w:pPr>
      <w:r>
        <w:t>तो हज़र्द बिलाल रजिल्लान गए prophet सल्लम के पास पुछा कि दो ladies पुछ रही हैं यह सवाल</w:t>
      </w:r>
    </w:p>
    <w:p>
      <w:r>
        <w:rPr>
          <w:b/>
        </w:rPr>
        <w:t xml:space="preserve">[59:50] </w:t>
      </w:r>
      <w:r>
        <w:t>ke kya woh apne husband ko de sakti hain zaqaat?</w:t>
      </w:r>
    </w:p>
    <w:p>
      <w:pPr>
        <w:jc w:val="right"/>
      </w:pPr>
      <w:r>
        <w:t>कि क्या वह अपने husband को दे सकती हैं ज़क़ात?</w:t>
      </w:r>
    </w:p>
    <w:p>
      <w:r>
        <w:rPr>
          <w:b/>
        </w:rPr>
        <w:t xml:space="preserve">[59:55] </w:t>
      </w:r>
      <w:r>
        <w:t>to Rasoolullah ne kaha ke kaun do ladies?</w:t>
      </w:r>
    </w:p>
    <w:p>
      <w:pPr>
        <w:jc w:val="right"/>
      </w:pPr>
      <w:r>
        <w:t>तो रसूल्लाह ने कहा कि कौन दो ladies?</w:t>
      </w:r>
    </w:p>
    <w:p>
      <w:r>
        <w:rPr>
          <w:b/>
        </w:rPr>
        <w:t xml:space="preserve">[1:00:00] </w:t>
      </w:r>
      <w:r>
        <w:t>to Ajit Bilal ne kaha ke Zainab.</w:t>
      </w:r>
    </w:p>
    <w:p>
      <w:pPr>
        <w:jc w:val="right"/>
      </w:pPr>
      <w:r>
        <w:t>तो अजित बिलाल ने कहा कि जैनब.</w:t>
      </w:r>
    </w:p>
    <w:p>
      <w:r>
        <w:rPr>
          <w:b/>
        </w:rPr>
        <w:t xml:space="preserve">[1:00:05] </w:t>
      </w:r>
      <w:r>
        <w:t>to Rasoolullah ne kaha kaun Zainab? Ji.</w:t>
      </w:r>
    </w:p>
    <w:p>
      <w:pPr>
        <w:jc w:val="right"/>
      </w:pPr>
      <w:r>
        <w:t>तो रसूल्लाह ने कहा कौन जैनब? जी.</w:t>
      </w:r>
    </w:p>
    <w:p>
      <w:r>
        <w:rPr>
          <w:b/>
        </w:rPr>
        <w:t xml:space="preserve">[1:00:11] </w:t>
      </w:r>
      <w:r>
        <w:t>to kaha ke Abdullah Ibn Vasoot razillan ki wife.</w:t>
      </w:r>
    </w:p>
    <w:p>
      <w:pPr>
        <w:jc w:val="right"/>
      </w:pPr>
      <w:r>
        <w:t>तो कहा कि अब्दुलाह Ibn वसूत रजिलान की wife.</w:t>
      </w:r>
    </w:p>
    <w:p>
      <w:r>
        <w:rPr>
          <w:b/>
        </w:rPr>
        <w:t xml:space="preserve">[1:00:16] </w:t>
      </w:r>
      <w:r>
        <w:t>to Rasoolullah ne kaha ke haan de sakti hain aur un ko double reward mile ga. Ji.</w:t>
      </w:r>
    </w:p>
    <w:p>
      <w:pPr>
        <w:jc w:val="right"/>
      </w:pPr>
      <w:r>
        <w:t>तो रसूल्ला ने कहा कि हां दे सकती हैं और उनको double reward मिलेगा. जी.</w:t>
      </w:r>
    </w:p>
    <w:p>
      <w:r>
        <w:rPr>
          <w:b/>
        </w:rPr>
        <w:t xml:space="preserve">[1:00:22] </w:t>
      </w:r>
      <w:r>
        <w:t>ek reward to satya ka reward aur doosra kinship ka reward.</w:t>
      </w:r>
    </w:p>
    <w:p>
      <w:pPr>
        <w:jc w:val="right"/>
      </w:pPr>
      <w:r>
        <w:t>एक reward तो सत्य का reward और दूसरा kinship का reward.</w:t>
      </w:r>
    </w:p>
    <w:p>
      <w:r>
        <w:rPr>
          <w:b/>
        </w:rPr>
        <w:t xml:space="preserve">[1:00:27] </w:t>
      </w:r>
      <w:r>
        <w:t>Kinship ka reward. Ji Ji.</w:t>
      </w:r>
    </w:p>
    <w:p>
      <w:pPr>
        <w:jc w:val="right"/>
      </w:pPr>
      <w:r>
        <w:t>Kinship का reward. जी जी.</w:t>
      </w:r>
    </w:p>
    <w:p>
      <w:r>
        <w:rPr>
          <w:b/>
        </w:rPr>
        <w:t xml:space="preserve">[1:00:33] </w:t>
      </w:r>
      <w:r>
        <w:t>to yeh, yeh to bilkul theek hai. Ji. Is mein.</w:t>
      </w:r>
    </w:p>
    <w:p>
      <w:pPr>
        <w:jc w:val="right"/>
      </w:pPr>
      <w:r>
        <w:t>तो यह, यह तो बिल्कुल ठीक है. जी. इसमें.</w:t>
      </w:r>
    </w:p>
    <w:p>
      <w:r>
        <w:rPr>
          <w:b/>
        </w:rPr>
        <w:t xml:space="preserve">[1:00:39] </w:t>
      </w:r>
      <w:r>
        <w:t>and aap satka ya zakat de rahe hain usko to kya tab bhi dene wale ko reward milega? halanki jisko diya hai woh needy nahi hai. to iske bare mein aapka kya khayal hai? aisa galti se ho sakta hai. ji. bar ek waqea hai, alivindi ne kai waqea hai. ek sahab ko raat ko aisa ehsaas hua ki main kisi ko jakar zakart ya satka dun.</w:t>
      </w:r>
    </w:p>
    <w:p>
      <w:pPr>
        <w:jc w:val="right"/>
      </w:pPr>
      <w:r>
        <w:t>And आप सत्का या ज़कात दे रहे हैं उसको तो क्या तब भी देने वाले को reward मिलेगा? हालांकि जिसको दिया है वह needy नहीं है. तो इसके बारे में आपका क्या ख्याल है? ऐसा गलती से हो सकता है. जी. बार एक वाक्या है, अलीविन्द्दी ने कई वाक्या है. एक साहब को रात को ऐसा एहसास हुआ कि मैं किसी को जाकर जकार्त या सत्का दूं.</w:t>
      </w:r>
    </w:p>
    <w:p>
      <w:r>
        <w:rPr>
          <w:b/>
        </w:rPr>
        <w:t xml:space="preserve">[1:01:07] </w:t>
      </w:r>
      <w:r>
        <w:t>to woh nikle raat ko aur unhone kisi chor ko de diya. ji, apna apni zakart aur kisi ek aur aadmi ko de diya jo jo jisko woh matlab ameer tha woh. to subah logon ne kaha ki bhai inhone ek chor ko de diya aur ek ameer aadmi ko de diya.</w:t>
      </w:r>
    </w:p>
    <w:p>
      <w:pPr>
        <w:jc w:val="right"/>
      </w:pPr>
      <w:r>
        <w:t>तो वो निकले रात को और उन्होंने किसी चोर को दे दिया. जी, अपना अपनी जकार्त और किसी एक और आदमी को दे दिया जो जो जिसको वो मतलब अमीर था वो. तो सुबह लोगों ने कहा कि भई इन्होंने एक चोर को दे दिया और एक अमीर आदमी को दे दिया.</w:t>
      </w:r>
    </w:p>
    <w:p>
      <w:r>
        <w:rPr>
          <w:b/>
        </w:rPr>
        <w:t xml:space="preserve">[1:01:30] </w:t>
      </w:r>
      <w:r>
        <w:t>to yeh baat rasoolullah sallam ke tak pahunchi to prophet mohammad sallam ne kaha ki to tumhara reward tumhe milega. jo reward tumhe milna hai woh milega aur jo jis chor vagera jo hai ho sakta hai ki usko bhi sharm aaye aur woh chori karna chhod de. ji.</w:t>
      </w:r>
    </w:p>
    <w:p>
      <w:pPr>
        <w:jc w:val="right"/>
      </w:pPr>
      <w:r>
        <w:t>तो यह बात रसोलाह सल्लम के तक पहुंची तो prophet मोहम्मद सल्लम ने कहा कि तो तुम्हारा reward तुम्हें मिलेगा. जो reward तुम्हें मिलना है वो मिलेगा और जो जिस चोर वगैरह जो है हो सकता है कि उसको भी शर्म आए और वो चोरी करना छोड़ दे. जी.</w:t>
      </w:r>
    </w:p>
    <w:p>
      <w:r>
        <w:rPr>
          <w:b/>
        </w:rPr>
        <w:t xml:space="preserve">[1:01:51] </w:t>
      </w:r>
      <w:r>
        <w:t>to is lihaz se agar kisi ne galti se kisi aise insan ko de diye jis jo mustahhit nahi hai, to woh uska to reward use poora milega. ji, ji, ji. doctor sahab ek, ek incident yeh bhi hai ki prophet ne ek matatwa kaha ki even smile yani muskurahat, woh bhi zaqad hai. to iske bare mein bhi kuch batayein hamein.</w:t>
      </w:r>
    </w:p>
    <w:p>
      <w:pPr>
        <w:jc w:val="right"/>
      </w:pPr>
      <w:r>
        <w:t>तो इस लिहाज से अगर किसी ने गलती से किसी ऐसे इंसान को दे दिए जिस जो मुस्तहित नहीं है, तो वह उसका तो reward उसे पूरा मिलेगा. जी, जी, जी. Doctor साहब एक, एक incident यह भी है कि prophet ने एक मतत्वा कहा कि even smile यानी मुस्कुराहट, वह भी ज़क़ाद है. तो इसके बारे में भी कुछ बताएं हमें.</w:t>
      </w:r>
    </w:p>
    <w:p>
      <w:r>
        <w:rPr>
          <w:b/>
        </w:rPr>
        <w:t xml:space="preserve">[1:02:19] </w:t>
      </w:r>
      <w:r>
        <w:t>muskurahat zaqad nahi hai, satkayein. satka hai. haan zakat mein to matlab mali wo karna padega. ji. satka to koi bhi ne kamal satka hai. ji ji. koi bhi ne kamal, koi, koi bhi ne kamal karta hai kisi ke liye bhi jaise aata hai ki agar raste mein koi rukawat hai, maan le ko patthar hai ya koi lakdi vagera padi hai woh hata de to woh bhi charity hai.</w:t>
      </w:r>
    </w:p>
    <w:p>
      <w:pPr>
        <w:jc w:val="right"/>
      </w:pPr>
      <w:r>
        <w:t>मुस्कुराहट ज़क़ाद नहीं है, सत्काएं. सत्का है. हां जकात में तो मतलब माली वो करना पड़ेगा. जी. सत्का तो कोई भी ने कमल सत्का है. जी जी. कोई भी ने कमल, कोई, कोई भी ने कमल करता है किसी के लिए भी जैसे आता है कि अगर रास्ते में कोई रुकावट है, मान ले को पत्थर है या कोई लकड़ी वगैरह पड़ी है वो हटा दे तो वो भी charity है.</w:t>
      </w:r>
    </w:p>
    <w:p>
      <w:r>
        <w:rPr>
          <w:b/>
        </w:rPr>
        <w:t xml:space="preserve">[1:02:47] </w:t>
      </w:r>
      <w:r>
        <w:t>to is lihaz se har cheez charity hai balki hadish mein aata hai ki agar tumhare haath mein ek paudha ho aur kyaamat aa jaye to tum paudhe ko laga do fauran.</w:t>
      </w:r>
    </w:p>
    <w:p>
      <w:pPr>
        <w:jc w:val="right"/>
      </w:pPr>
      <w:r>
        <w:t>तो इस लिहाज से हर चीज़ charity है बल्कि हदीश में आता है कि अगर तुम्हारे हाथ में एक पौधा हो और क्यामत आ जाए तो तुम पौधे को लगा दो फ़ौरन.</w:t>
      </w:r>
    </w:p>
    <w:p>
      <w:r>
        <w:rPr>
          <w:b/>
        </w:rPr>
        <w:t xml:space="preserve">[1:03:02] </w:t>
      </w:r>
      <w:r>
        <w:t>chunke paudhe ke bare mein, tree ke bare mein aata hai ki agar koi insan ek paudha lagata hai aur phir woh bada ho jata hai usmein phal hote hain aur chiraiyen usmein khati hain, insan khata hai aur janwar khate hain to woh uske liye satka ho jata hai. ji. to koi bhi jo amal hai ab jaise yeh tree lagana yeh satkai jariya kahlaya ja sakta hai yani insan ki death bhi ho jaye uske baad bhi yeh jari rahega.</w:t>
      </w:r>
    </w:p>
    <w:p>
      <w:pPr>
        <w:jc w:val="right"/>
      </w:pPr>
      <w:r>
        <w:t>चूंकि पौधे के बारे में, tree के बारे में आता है कि अगर कोई इंसान एक पौधा लगाता है और फिर वो बड़ा हो जाता है उसमें फ़ल होते हैं और चिड़ियाएं उसमें खाती हैं, इंसान खाता है और जानवर खाते हैं तो वो उसके लिए सत्का हो जाता है. जी. तो कोई भी जो अमल है अब जैसे ये tree लगाना ये सत्काई जारिया कहलाया जा सकता है यानी इंसान की death भी हो जाए उसके बाद भी यह जारी रहेगा.</w:t>
      </w:r>
    </w:p>
    <w:p>
      <w:r>
        <w:rPr>
          <w:b/>
        </w:rPr>
        <w:t xml:space="preserve">[1:03:30] </w:t>
      </w:r>
      <w:r>
        <w:t>agar jab tak ki woh tree hai aur uska phal log istemal kar rahe hain to yeh ek satkai jariya ban jayega. ji ji. doctor aapne satkai jariya ka zikr kiya. to sural kaif mein yeh aaya hai ki that deed is a good deed which has a lasting value aur satkai jariya ko continuous charity bhi kaha jata hai. aapne uska abhi zikr kiya. to iske bare mein bhi hum sabko bataiye.</w:t>
      </w:r>
    </w:p>
    <w:p>
      <w:pPr>
        <w:jc w:val="right"/>
      </w:pPr>
      <w:r>
        <w:t>अगर जब तक कि वह tree है और उसका फ़ल लोग इस्तेमाल कर रहे हैं तो यह एक सत्कई जारिया वन जाएगा. जी जी. Doctor आपने सत्कई जारिया का ज़िक्र किया. तो सुराल कैफ में यह आया है कि that deed is a good deed which has a lasting value और सत्कई जारिया को continuous charity भी कहा जाता है. आपने उसका अभी ज़िक्र किया. तो इसके बारे में भी हम सबको बताइए.</w:t>
      </w:r>
    </w:p>
    <w:p>
      <w:r>
        <w:rPr>
          <w:b/>
        </w:rPr>
        <w:t xml:space="preserve">[1:03:58] </w:t>
      </w:r>
      <w:r>
        <w:t>haan, satak kah jari hai bahut hi ahum cheez hai chunke hadish mein aata hai ki jab insan ki death ho jati hai to uske sare amal cut jate hain. quran mein bhi yeh baat aayi hai ki duniya walon se koi talluk nahi rehta uska. sirf woh cheezein jo usne kiye hain jo satkai jariya ke taur par usne kiye hain.</w:t>
      </w:r>
    </w:p>
    <w:p>
      <w:pPr>
        <w:jc w:val="right"/>
      </w:pPr>
      <w:r>
        <w:t>हां, सत्त कह जारी है बहुत ही अहम् चीज़ है चूंकि हदीश में आता है कि जब इंसान की death हो जाती है तो उसके सारे अमाल cut जाते हैं. कुरान में भी यह बात आई है कि दुनिया वालों से कोई ताल्लुक नहीं रहता उसका. सिर्फ वह चीज़ें जो उसने किए हैं जो सत्कई जारिया के तौर पर उसने किए हैं.</w:t>
      </w:r>
    </w:p>
    <w:p>
      <w:r>
        <w:rPr>
          <w:b/>
        </w:rPr>
        <w:t xml:space="preserve">[1:04:20] </w:t>
      </w:r>
      <w:r>
        <w:t>jaise koi usne orphanage bana diya hai, koi masjid banwa di hai, hadish mein aata hai ki nek aulad jiski hai aur usko dua karein to woh bhi satak jariya. ji. chunke jo nek aulad hai woh usi ka hi ek hissa hai, usi ke parvarish ki wajah se hain. to koi bhi kaam musakir khana banwana. ji.</w:t>
      </w:r>
    </w:p>
    <w:p>
      <w:pPr>
        <w:jc w:val="right"/>
      </w:pPr>
      <w:r>
        <w:t>जैसे कोई उसने orphanage बना दिया है, कोई मस्जिद बनवा दी है, हदीश में आता है कि नेक औलाद जिसकी है और उसको दुआ करें तो वह भी सत्ता जारिया. जी. चूंकि जो नेक औलाद है वह उसी का ही एक हिस्सा है, उसी के परवरिश की वजह से हैं. तो कोई भी काम मुसाकिर खाना बनवाना. जी.</w:t>
      </w:r>
    </w:p>
    <w:p>
      <w:r>
        <w:rPr>
          <w:b/>
        </w:rPr>
        <w:t xml:space="preserve">[1:04:45] </w:t>
      </w:r>
      <w:r>
        <w:t>koi educational kaam aur koi kitab hadish mein aata hai, ilm, koi knowledge taki kunwa banwadya karte the.</w:t>
      </w:r>
    </w:p>
    <w:p>
      <w:pPr>
        <w:jc w:val="right"/>
      </w:pPr>
      <w:r>
        <w:t>कोई educational काम और कोई किताब हदिश में आता है, इल्म, कोई knowledge ताकि कुंवा बनवादिया करते थे.</w:t>
      </w:r>
    </w:p>
    <w:p>
      <w:r>
        <w:rPr>
          <w:b/>
        </w:rPr>
        <w:t xml:space="preserve">[1:05:23] </w:t>
      </w:r>
      <w:r>
        <w:t>to bahut sari cheez ho sakti hain. aajkal to tarah tarah ki cheezein ho sakti hain. hospital banana, school kholna, gareeb bachchon ke liye koi bhi kaam aisa karein ki jo baad mein bhi chalta rahe to uska sawab milta rehta hai. ji. yeh sabke jari hai jaise aapne kaha continued charity. charity, ji. doctor sahab yeh aakhri sawal hai aaj ke session ka.</w:t>
      </w:r>
    </w:p>
    <w:p>
      <w:pPr>
        <w:jc w:val="right"/>
      </w:pPr>
      <w:r>
        <w:t>तो बहुत सारी चीज़ हो सकती हैं. आजकल तो तरह तरह की चीज़ें हो सकती हैं. Hospital बनाना, school खोलना, गरीब बच्चों के लिए कोई भी काम ऐसा करें कि जो बाद में भी चलता रहे तो उसका सवाब मिलता रहता है. जी. यह सबके जारी है जैसे आपने कहा continued charity. Charity, जी. Doctor साहब यह आखिरी सवाल है आज के session का.</w:t>
      </w:r>
    </w:p>
    <w:p>
      <w:r>
        <w:rPr>
          <w:b/>
        </w:rPr>
        <w:t xml:space="preserve">[1:05:46] </w:t>
      </w:r>
      <w:r>
        <w:t>there is a hadith doctor sahab bahut hi zabardast hadith hai ki prophet ne farmaya ki if, if god grants guidance to a single person through you then it is better than all those things upon which the sun rises aur doctor sahab agar hum dekhein quran jo hai is a book of guidance, to agar woh koi shakhs quran ki guidance ko pa le to isse zyada badi cheez kya ho sakti hai? ji.</w:t>
      </w:r>
    </w:p>
    <w:p>
      <w:pPr>
        <w:jc w:val="right"/>
      </w:pPr>
      <w:r>
        <w:t>There is a हदीज़ doctor साहब बहुत ही ज़बरदस्त हदीज़ है कि prophet ने फरमाया कि if, if god grants guidance to a single person through you then it is better than all those things upon which the sun rises और doctor साहब अगर हम देखें कुरान जो है is a book of guidance, तो अगर वह कोई शख्स कुरान की guidance को पा ले तो इससे ज़्यादा बड़ी चीज़ क्या हो सकती है? जी.</w:t>
      </w:r>
    </w:p>
    <w:p>
      <w:r>
        <w:rPr>
          <w:b/>
        </w:rPr>
        <w:t xml:space="preserve">[1:06:15] </w:t>
      </w:r>
      <w:r>
        <w:t>to sawal mera yahi hai ki kya zakat ko hum quran distribution ke liye istemal kar sakte hain ya nahi? iske bare mein batayein. haan, jaisa aapne kaha ki quran book of guidance hai aur eternal success ka zariya hai.</w:t>
      </w:r>
    </w:p>
    <w:p>
      <w:pPr>
        <w:jc w:val="right"/>
      </w:pPr>
      <w:r>
        <w:t>तो सवाल मेरा यही है कि क्या ज़क़ाद को हम कुरान distribution के लिए इस्तेमाल कर सकते हैं या नहीं? इसके बारे में बताएं. हां, जैसा आपने कहा कि कुरान book of guidance है और eternal success का जरिया है.</w:t>
      </w:r>
    </w:p>
    <w:p>
      <w:r>
        <w:rPr>
          <w:b/>
        </w:rPr>
        <w:t xml:space="preserve">[1:06:34] </w:t>
      </w:r>
      <w:r>
        <w:t>ji, ab hum agar yahan kisi ki madad karte hain, kisi ki zaroorat hai to woh, woh bhi achhi achha kaam hai usmein woh bhi rewardable kaam hai. koi kisi ki mushkil hai aasan karna lekin jo akhirat ki mushkil hai usmein aasani paida karna woh to bahut hi bada kaam hai.</w:t>
      </w:r>
    </w:p>
    <w:p>
      <w:pPr>
        <w:jc w:val="right"/>
      </w:pPr>
      <w:r>
        <w:t>जी, अब हम अगर यहां किसी की मदद करते हैं, किसी की ज़रूरत है तो वह, वह भी अच्छी अच्छा काम है उसमें वह भी rewardable काम है. कोई किसी की मुश्किल है आसान करना लेकिन जो आखिरत की मुश्किल है उसमें आसानी पैदा करना वो तो बहुत ही बड़ा काम है.</w:t>
      </w:r>
    </w:p>
    <w:p>
      <w:r>
        <w:rPr>
          <w:b/>
        </w:rPr>
        <w:t xml:space="preserve">[1:06:56] </w:t>
      </w:r>
      <w:r>
        <w:t>to zakat ke jo do heads hai jaise abhi humne discuss kiya tha ek mohallafat ul quloob aur ek hafi sabeel illa.</w:t>
      </w:r>
    </w:p>
    <w:p>
      <w:pPr>
        <w:jc w:val="right"/>
      </w:pPr>
      <w:r>
        <w:t>तो जकात के जो दो heads है जैसे अभी हमने discuss किया था एक मोहल्लाफतुल कुलूब और एक हफ़ी सबील इल्ला.</w:t>
      </w:r>
    </w:p>
    <w:p>
      <w:r>
        <w:rPr>
          <w:b/>
        </w:rPr>
        <w:t xml:space="preserve">[1:07:04] </w:t>
      </w:r>
      <w:r>
        <w:t>Maulana ne is pe likha bhi hai aur bola bhi hai ke yeh do heads mein zaqaat aap Quran</w:t>
      </w:r>
    </w:p>
    <w:p>
      <w:pPr>
        <w:jc w:val="right"/>
      </w:pPr>
      <w:r>
        <w:t>मौलाना ने इसपे लिखा भी है और बोला भी है कि ये दो heads में ज़क़ात आप कुरान</w:t>
      </w:r>
    </w:p>
    <w:p>
      <w:r>
        <w:rPr>
          <w:b/>
        </w:rPr>
        <w:t xml:space="preserve">[1:07:12] </w:t>
      </w:r>
      <w:r>
        <w:t>distribution ya koi bhi Quran ko phailane ke liye koi bhi kaam ho, us ki printing, us ko distribution, us ka</w:t>
      </w:r>
    </w:p>
    <w:p>
      <w:pPr>
        <w:jc w:val="right"/>
      </w:pPr>
      <w:r>
        <w:t>distribution या कोई भी कुरान को फैलाने के लिए कोई भी काम हो, उसकी printing, उसको distribution, उसका</w:t>
      </w:r>
    </w:p>
    <w:p>
      <w:r>
        <w:rPr>
          <w:b/>
        </w:rPr>
        <w:t xml:space="preserve">[1:07:20] </w:t>
      </w:r>
      <w:r>
        <w:t>translation different languages mein jo ke Maulana hamesha yeh kehte the ke Quran ko apni mother tongue mein</w:t>
      </w:r>
    </w:p>
    <w:p>
      <w:pPr>
        <w:jc w:val="right"/>
      </w:pPr>
      <w:r>
        <w:t>translation different languages में जो कि मौलाना हमेशा यह कहते थे कि कुरान को अपनी mother tongue में</w:t>
      </w:r>
    </w:p>
    <w:p>
      <w:r>
        <w:rPr>
          <w:b/>
        </w:rPr>
        <w:t xml:space="preserve">[1:07:29] </w:t>
      </w:r>
      <w:r>
        <w:t>parho to Quran ke translations karwana, us ki printing karwana, us ko distribute karna aur koi bhi supporting literature us ke</w:t>
      </w:r>
    </w:p>
    <w:p>
      <w:pPr>
        <w:jc w:val="right"/>
      </w:pPr>
      <w:r>
        <w:t>पढ़ो तो कुरान के translations करवाना, उसकी printing कराना, उसको distribute करना और कोई भी supporting literature उसके</w:t>
      </w:r>
    </w:p>
    <w:p>
      <w:r>
        <w:rPr>
          <w:b/>
        </w:rPr>
        <w:t xml:space="preserve">[1:07:37] </w:t>
      </w:r>
      <w:r>
        <w:t>saath to yeh sab in do madon mein mauallaf fitul quloob ke soft corner paida karna madhu ke</w:t>
      </w:r>
    </w:p>
    <w:p>
      <w:pPr>
        <w:jc w:val="right"/>
      </w:pPr>
      <w:r>
        <w:t>साथ तो यह सब इन दो मदों में मौल्लफ फ़ितुल कुलूब के soft corner पैदा करना मधु के</w:t>
      </w:r>
    </w:p>
    <w:p>
      <w:r>
        <w:rPr>
          <w:b/>
        </w:rPr>
        <w:t xml:space="preserve">[1:07:45] </w:t>
      </w:r>
      <w:r>
        <w:t>dil mein aur fisbeellillah yaani Allah ke raah mein in mein aata hai aur is mein karna chahiye.</w:t>
      </w:r>
    </w:p>
    <w:p>
      <w:pPr>
        <w:jc w:val="right"/>
      </w:pPr>
      <w:r>
        <w:t>दिल में और फीसबीलिल्लाह यानी अल्लाह के राह में इनमें आता है और इसमें करना चाहिए.</w:t>
      </w:r>
    </w:p>
    <w:p>
      <w:r>
        <w:rPr>
          <w:b/>
        </w:rPr>
        <w:t xml:space="preserve">[1:07:54] </w:t>
      </w:r>
      <w:r>
        <w:t>ab to tarah tarah ki nai cheezein aa rahi hain, digital tareeqe shuru ho gaye hain, apps aur</w:t>
      </w:r>
    </w:p>
    <w:p>
      <w:pPr>
        <w:jc w:val="right"/>
      </w:pPr>
      <w:r>
        <w:t>अब तो तरह तरह की नई चीज़ें आ रही हैं, digital तरीके शुरू हो गए हैं, apps और</w:t>
      </w:r>
    </w:p>
    <w:p>
      <w:r>
        <w:rPr>
          <w:b/>
        </w:rPr>
        <w:t xml:space="preserve">[1:08:05] </w:t>
      </w:r>
      <w:r>
        <w:t>website aur tarah tarah ki nai cheezein.</w:t>
      </w:r>
    </w:p>
    <w:p>
      <w:pPr>
        <w:jc w:val="right"/>
      </w:pPr>
      <w:r>
        <w:t>website और तरह तरह की नई चीज़ें.</w:t>
      </w:r>
    </w:p>
    <w:p>
      <w:r>
        <w:rPr>
          <w:b/>
        </w:rPr>
        <w:t xml:space="preserve">[1:08:16] </w:t>
      </w:r>
      <w:r>
        <w:t>to jo bhi Khuda ke raah mein aur Allah ke kaam ke taur par</w:t>
      </w:r>
    </w:p>
    <w:p>
      <w:pPr>
        <w:jc w:val="right"/>
      </w:pPr>
      <w:r>
        <w:t>तो जो भी खुदा के राह में और अल्लाह के काम के तौर पर</w:t>
      </w:r>
    </w:p>
    <w:p>
      <w:r>
        <w:rPr>
          <w:b/>
        </w:rPr>
        <w:t xml:space="preserve">[1:08:28] </w:t>
      </w:r>
      <w:r>
        <w:t>jaza kalya doctor sahab for sharing your wisdom today and you touched upon new aspects of zakat. thank you for doing a wonderful session. jaza karla. to aaj humne doctor sahab se jana ki kis tarah sahaba karam badh badh kar kharch kiya karte the. woh minimum par nahi balki maximum par hote the. woh hamesha allah se zyada ki ummeed karte the isliye woh khud bhi zyada karte the.</w:t>
      </w:r>
    </w:p>
    <w:p>
      <w:pPr>
        <w:jc w:val="right"/>
      </w:pPr>
      <w:r>
        <w:t>जज़ा कल्या doctor साहब for sharing your wisdom today and you touched upon new aspects of ज़क़ात. Thank you for doing a wonderful session. जज़ा कर लाह. तो आज हमने doctor साहब से जाना कि किस तरह साहबा कराम बढ़ बढ़ कर खर्च किया करते थे. वो minimum पर नहीं बल्कि maximum पर होते थे. वो हमेशा अल्लाह से ज़्यादा की उम्मीद करते थे इसलिए वो खुद भी ज़्यादा करते थे.</w:t>
      </w:r>
    </w:p>
    <w:p>
      <w:r>
        <w:rPr>
          <w:b/>
        </w:rPr>
        <w:t xml:space="preserve">[1:08:58] </w:t>
      </w:r>
      <w:r>
        <w:t>to hum logon ko bhi dawat ke raste par zyada se zyada kharch karna hai. minimum par nahi balki zyada par. quran mein aaya hai ki woh kaun log hain jinhe jannat milegi. yeh woh log hain jinhone apna taskiya kiya, zakad par amal kiya. jab koi insan apne mehboob maal ko allah ke raste par kharch karta hai, to woh apna taskiya karta hai, apna purification karta hai aur jannat mein wahi log jayenge jo purified souls honge.</w:t>
      </w:r>
    </w:p>
    <w:p>
      <w:pPr>
        <w:jc w:val="right"/>
      </w:pPr>
      <w:r>
        <w:t>तो हम लोगों को भी दावत के रास्ते पर ज़्यादा से ज़्यादा खर्च करना है. Minimum पर नहीं बल्कि ज़्यादा पर. कुरान में आया है कि वो कौन लोग हैं जिन्हें जन्नत मिलेगी. ये वो लोग हैं जिन्होंने अपना तस्किया किया, ज़क़ाद पर अमल किया. जब कोई इंसान अपने महबूब माल को अल्लाह के रास्ते पर खर्च करता है, तो वह अपना तस्किया करता है, अपना purification करता है और जन्नत में वही लोग जाएंगे जो purified souls होंगे.</w:t>
      </w:r>
    </w:p>
    <w:p>
      <w:r>
        <w:rPr>
          <w:b/>
        </w:rPr>
        <w:t xml:space="preserve">[1:09:28] </w:t>
      </w:r>
      <w:r>
        <w:t>to aaj ka session hum yahin par khatm karte hain. hum phir lotenge agle Sunday saare das baje. thank you. chalo.</w:t>
      </w:r>
    </w:p>
    <w:p>
      <w:pPr>
        <w:jc w:val="right"/>
      </w:pPr>
      <w:r>
        <w:t>तो आज का session हम यहीं पर खत्म करते हैं. हम फिर लोटेंगे अगले Sunday साढ़े दस बजे. Thank you. चलो.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