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Principle of Talif al-Qalb (English) May 2, 2009 Maulana Wahiduddin Khan</w:t>
      </w:r>
    </w:p>
    <w:p>
      <w:r>
        <w:t>https://www.youtube.com/watch?v=rDs0yh-Nsig</w:t>
      </w:r>
    </w:p>
    <w:p>
      <w:r>
        <w:rPr>
          <w:b/>
        </w:rPr>
        <w:t xml:space="preserve">[00:33] </w:t>
      </w:r>
      <w:r>
        <w:t>i have an experience, i want to share with you this experience.</w:t>
      </w:r>
    </w:p>
    <w:p>
      <w:pPr>
        <w:jc w:val="right"/>
      </w:pPr>
      <w:r>
        <w:t>آئی ہیو این ایکسپیرینس، آئی وانٹ ٹو شیئر ود یو دس ایکسپیرینس۔</w:t>
      </w:r>
    </w:p>
    <w:p>
      <w:r>
        <w:rPr>
          <w:b/>
        </w:rPr>
        <w:t xml:space="preserve">[00:41] </w:t>
      </w:r>
      <w:r>
        <w:t>yesterday i was in saharanpur. so, in saharanpur there is a group of cps.</w:t>
      </w:r>
    </w:p>
    <w:p>
      <w:pPr>
        <w:jc w:val="right"/>
      </w:pPr>
      <w:r>
        <w:t>یسٹرڈے آئی واز ان سارن پور۔ سو، ان سارن پور دیر از اے گروپ آف سی پی ایس۔</w:t>
      </w:r>
    </w:p>
    <w:p>
      <w:r>
        <w:rPr>
          <w:b/>
        </w:rPr>
        <w:t xml:space="preserve">[00:58] </w:t>
      </w:r>
      <w:r>
        <w:t>they have established a center for their</w:t>
      </w:r>
    </w:p>
    <w:p>
      <w:pPr>
        <w:jc w:val="right"/>
      </w:pPr>
      <w:r>
        <w:t>دے ہیو اسٹیبلش ا سینٹر فور دیر</w:t>
      </w:r>
    </w:p>
    <w:p>
      <w:r>
        <w:rPr>
          <w:b/>
        </w:rPr>
        <w:t xml:space="preserve">[01:04] </w:t>
      </w:r>
      <w:r>
        <w:t>. the president of this center is doctor muhammad aslam. so they invited me to participate in a program under this center.</w:t>
      </w:r>
    </w:p>
    <w:p>
      <w:pPr>
        <w:jc w:val="right"/>
      </w:pPr>
      <w:r>
        <w:t>۔ دا پریزیڈنٹ آف دس سینٹر از ڈاکٹر محمد اسلم۔ سو دے انوائٹڈ می ٹو پارٹیسپیٹ ان ا پروگرام انڈر دس سینٹر۔</w:t>
      </w:r>
    </w:p>
    <w:p>
      <w:r>
        <w:rPr>
          <w:b/>
        </w:rPr>
        <w:t xml:space="preserve">[01:23] </w:t>
      </w:r>
      <w:r>
        <w:t>so i participated</w:t>
      </w:r>
    </w:p>
    <w:p>
      <w:pPr>
        <w:jc w:val="right"/>
      </w:pPr>
      <w:r>
        <w:t>سو آئی پارٹیسپیٹڈ</w:t>
      </w:r>
    </w:p>
    <w:p>
      <w:r>
        <w:rPr>
          <w:b/>
        </w:rPr>
        <w:t xml:space="preserve">[01:28] </w:t>
      </w:r>
      <w:r>
        <w:t>with some of my colleagues.</w:t>
      </w:r>
    </w:p>
    <w:p>
      <w:pPr>
        <w:jc w:val="right"/>
      </w:pPr>
      <w:r>
        <w:t>ود سم آف مائی کولیگ۔</w:t>
      </w:r>
    </w:p>
    <w:p>
      <w:r>
        <w:rPr>
          <w:b/>
        </w:rPr>
        <w:t xml:space="preserve">[01:33] </w:t>
      </w:r>
      <w:r>
        <w:t>when i reached, i saw that there is a mixed gathering, hindus or muslim both.</w:t>
      </w:r>
    </w:p>
    <w:p>
      <w:pPr>
        <w:jc w:val="right"/>
      </w:pPr>
      <w:r>
        <w:t>وین آئی ریچڈ، آئی ساؤٹ دیٹ دیر از ا مکس گیدرنگ، ہندوز اور مسلم بوتھ۔</w:t>
      </w:r>
    </w:p>
    <w:p>
      <w:r>
        <w:rPr>
          <w:b/>
        </w:rPr>
        <w:t xml:space="preserve">[01:45] </w:t>
      </w:r>
      <w:r>
        <w:t>for me it was a complex situation, because when there are two different groups, it is very difficult to decide how to address this kind of gathering.</w:t>
      </w:r>
    </w:p>
    <w:p>
      <w:pPr>
        <w:jc w:val="right"/>
      </w:pPr>
      <w:r>
        <w:t>فار می اٹ واز ا کمپلیکس سچویشن، بیکاز وین دیر آر ٹو ڈفرنٹ گروپ، اٹ از ویری ڈیفیکلٹ ٹو ڈیسائیڈ ہاؤ ٹو ایڈریس دس کائنڈ آف گیدرنگ۔</w:t>
      </w:r>
    </w:p>
    <w:p>
      <w:r>
        <w:rPr>
          <w:b/>
        </w:rPr>
        <w:t xml:space="preserve">[02:02] </w:t>
      </w:r>
      <w:r>
        <w:t>so at that time, a thought came into my mind that i must apply the principle that is called talib qalb.</w:t>
      </w:r>
    </w:p>
    <w:p>
      <w:pPr>
        <w:jc w:val="right"/>
      </w:pPr>
      <w:r>
        <w:t>سو ایٹ دیٹ ٹائم، ا تھاٹ کیم انٹو مائی مائنڈ دیٹ آئی مسٹ اپلائی دا پرنسپل دیٹ از کالڈ طالب قلب۔</w:t>
      </w:r>
    </w:p>
    <w:p>
      <w:r>
        <w:rPr>
          <w:b/>
        </w:rPr>
        <w:t xml:space="preserve">[02:21] </w:t>
      </w:r>
      <w:r>
        <w:t>talib qalb is a well known principle in islam. talib qalb means softening the heart of people</w:t>
      </w:r>
    </w:p>
    <w:p>
      <w:pPr>
        <w:jc w:val="right"/>
      </w:pPr>
      <w:r>
        <w:t>طالب قلب از ا ویل نون پرنسپل ان اسلام۔ طالب قلب مینز سوفننگ دا ہارٹ آف پیپل</w:t>
      </w:r>
    </w:p>
    <w:p>
      <w:r>
        <w:rPr>
          <w:b/>
        </w:rPr>
        <w:t xml:space="preserve">[02:33] </w:t>
      </w:r>
      <w:r>
        <w:t>. generally people take it as a gift in terms of money ya in terms of</w:t>
      </w:r>
    </w:p>
    <w:p>
      <w:pPr>
        <w:jc w:val="right"/>
      </w:pPr>
      <w:r>
        <w:t>۔ جنرلی پیپل ٹیک اٹ ایز ا گفٹ ان ٹرم آف منی یا ان ٹرم آف</w:t>
      </w:r>
    </w:p>
    <w:p>
      <w:r>
        <w:rPr>
          <w:b/>
        </w:rPr>
        <w:t xml:space="preserve">[02:45] </w:t>
      </w:r>
      <w:r>
        <w:t>sheep and goat. but at that time i discovered that it is not limited to that kind of material gift.</w:t>
      </w:r>
    </w:p>
    <w:p>
      <w:pPr>
        <w:jc w:val="right"/>
      </w:pPr>
      <w:r>
        <w:t>شیپ اینڈ گوٹ۔ بٹ ایٹ دیٹ ٹائم آئی ڈسکورڈ دیٹ اٹ از ناٹ لمیٹڈ ٹو دیٹ کائنڈ آف مٹیریل گفٹ۔</w:t>
      </w:r>
    </w:p>
    <w:p>
      <w:r>
        <w:rPr>
          <w:b/>
        </w:rPr>
        <w:t xml:space="preserve">[02:58] </w:t>
      </w:r>
      <w:r>
        <w:t>it has a general application.</w:t>
      </w:r>
    </w:p>
    <w:p>
      <w:pPr>
        <w:jc w:val="right"/>
      </w:pPr>
      <w:r>
        <w:t>اٹ ہیز ا جنرل ایپلیکیشن۔</w:t>
      </w:r>
    </w:p>
    <w:p>
      <w:r>
        <w:rPr>
          <w:b/>
        </w:rPr>
        <w:t xml:space="preserve">[03:03] </w:t>
      </w:r>
      <w:r>
        <w:t>that is, we have to do the work in a</w:t>
      </w:r>
    </w:p>
    <w:p>
      <w:pPr>
        <w:jc w:val="right"/>
      </w:pPr>
      <w:r>
        <w:t>دیٹ از، وی ہیو ٹو ڈو دا ورک ان ا</w:t>
      </w:r>
    </w:p>
    <w:p>
      <w:r>
        <w:rPr>
          <w:b/>
        </w:rPr>
        <w:t xml:space="preserve">[03:15] </w:t>
      </w:r>
      <w:r>
        <w:t>principle of talif. that is</w:t>
      </w:r>
    </w:p>
    <w:p>
      <w:pPr>
        <w:jc w:val="right"/>
      </w:pPr>
      <w:r>
        <w:t>پرنسپل آف طالیف۔ دیٹ از</w:t>
      </w:r>
    </w:p>
    <w:p>
      <w:r>
        <w:rPr>
          <w:b/>
        </w:rPr>
        <w:t xml:space="preserve">[03:25] </w:t>
      </w:r>
      <w:r>
        <w:t>to divide the work into parts.</w:t>
      </w:r>
    </w:p>
    <w:p>
      <w:pPr>
        <w:jc w:val="right"/>
      </w:pPr>
      <w:r>
        <w:t>ٹو ڈیوائیڈ دا ورک ان ٹو پارٹس۔</w:t>
      </w:r>
    </w:p>
    <w:p>
      <w:r>
        <w:rPr>
          <w:b/>
        </w:rPr>
        <w:t xml:space="preserve">[03:30] </w:t>
      </w:r>
      <w:r>
        <w:t>first, we have to say something following the common ground, what is according to quranic word kalma sawa.</w:t>
      </w:r>
    </w:p>
    <w:p>
      <w:pPr>
        <w:jc w:val="right"/>
      </w:pPr>
      <w:r>
        <w:t>فرسٹ، وی ہیو ٹو سے سم تھنگ فالونگ دا کامن گراؤنڈ، واٹ از اکارڈنگ ٹو قرآنی ورڈ کلمہ سوا۔</w:t>
      </w:r>
    </w:p>
    <w:p>
      <w:r>
        <w:rPr>
          <w:b/>
        </w:rPr>
        <w:t xml:space="preserve">[03:41] </w:t>
      </w:r>
      <w:r>
        <w:t>so common ground is a like a first approach. it is a first approach.</w:t>
      </w:r>
    </w:p>
    <w:p>
      <w:pPr>
        <w:jc w:val="right"/>
      </w:pPr>
      <w:r>
        <w:t>سو کامن گراؤنڈ از ا لائک ا فرسٹ اپروچ۔ اٹ از ا فرسٹ اپروچ۔</w:t>
      </w:r>
    </w:p>
    <w:p>
      <w:r>
        <w:rPr>
          <w:b/>
        </w:rPr>
        <w:t xml:space="preserve">[03:49] </w:t>
      </w:r>
      <w:r>
        <w:t>then in the second phase, we have to</w:t>
      </w:r>
    </w:p>
    <w:p>
      <w:pPr>
        <w:jc w:val="right"/>
      </w:pPr>
      <w:r>
        <w:t>دین ان دا سیکنڈ فیز، وی ہیو ٹو</w:t>
      </w:r>
    </w:p>
    <w:p>
      <w:r>
        <w:rPr>
          <w:b/>
        </w:rPr>
        <w:t xml:space="preserve">[03:59] </w:t>
      </w:r>
      <w:r>
        <w:t>tell them the detailed principle of islam. now what happened</w:t>
      </w:r>
    </w:p>
    <w:p>
      <w:pPr>
        <w:jc w:val="right"/>
      </w:pPr>
      <w:r>
        <w:t>ٹیل دیم دا ڈیٹیلڈ پرنسپل آف اسلام۔ ناؤ واٹ ہیپنڈ</w:t>
      </w:r>
    </w:p>
    <w:p>
      <w:r>
        <w:rPr>
          <w:b/>
        </w:rPr>
        <w:t xml:space="preserve">[04:10] </w:t>
      </w:r>
      <w:r>
        <w:t>? my colleagues have</w:t>
      </w:r>
    </w:p>
    <w:p>
      <w:pPr>
        <w:jc w:val="right"/>
      </w:pPr>
      <w:r>
        <w:t>؟ مائی کولیگز ہیو</w:t>
      </w:r>
    </w:p>
    <w:p>
      <w:r>
        <w:rPr>
          <w:b/>
        </w:rPr>
        <w:t xml:space="preserve">[04:18] </w:t>
      </w:r>
      <w:r>
        <w:t>some books, islamic literature with them. they want to distribute it. so we divided the work into parts.</w:t>
      </w:r>
    </w:p>
    <w:p>
      <w:pPr>
        <w:jc w:val="right"/>
      </w:pPr>
      <w:r>
        <w:t>سم بکس، اسلامک لٹریچر ود دیم۔ دے وانٹ ٹو ڈسٹریبیوٹ اٹ۔ سو وی ڈیوائیڈڈ دا ورک ان ٹو پارٹس۔</w:t>
      </w:r>
    </w:p>
    <w:p>
      <w:r>
        <w:rPr>
          <w:b/>
        </w:rPr>
        <w:t xml:space="preserve">[04:30] </w:t>
      </w:r>
      <w:r>
        <w:t>that is fifty fifty.</w:t>
      </w:r>
    </w:p>
    <w:p>
      <w:pPr>
        <w:jc w:val="right"/>
      </w:pPr>
      <w:r>
        <w:t>دیٹ از ففٹی ففٹی۔</w:t>
      </w:r>
    </w:p>
    <w:p>
      <w:r>
        <w:rPr>
          <w:b/>
        </w:rPr>
        <w:t xml:space="preserve">[04:32] </w:t>
      </w:r>
      <w:r>
        <w:t>so in the first part, i delivered my speech by following the common ground, not going to the detail or direct daawa.</w:t>
      </w:r>
    </w:p>
    <w:p>
      <w:pPr>
        <w:jc w:val="right"/>
      </w:pPr>
      <w:r>
        <w:t>تو ان دا فرسٹ پارٹ، آئی ڈیلیورڈ مائی سپیچ بائی فالونگ دا کامن گراؤنڈ، ناٹ گوئنگ ٹو دا ڈیٹیل اور ڈائریکٹ دعویٰ۔</w:t>
      </w:r>
    </w:p>
    <w:p>
      <w:r>
        <w:rPr>
          <w:b/>
        </w:rPr>
        <w:t xml:space="preserve">[04:49] </w:t>
      </w:r>
      <w:r>
        <w:t>and people were very impressed</w:t>
      </w:r>
    </w:p>
    <w:p>
      <w:pPr>
        <w:jc w:val="right"/>
      </w:pPr>
      <w:r>
        <w:t>اینڈ پیپل ویر ویری امپریسڈ</w:t>
      </w:r>
    </w:p>
    <w:p>
      <w:r>
        <w:rPr>
          <w:b/>
        </w:rPr>
        <w:t xml:space="preserve">[04:52] </w:t>
      </w:r>
      <w:r>
        <w:t>deen</w:t>
      </w:r>
    </w:p>
    <w:p>
      <w:pPr>
        <w:jc w:val="right"/>
      </w:pPr>
      <w:r>
        <w:t>۔ دین</w:t>
      </w:r>
    </w:p>
    <w:p>
      <w:r>
        <w:rPr>
          <w:b/>
        </w:rPr>
        <w:t xml:space="preserve">[04:56] </w:t>
      </w:r>
      <w:r>
        <w:t>aur colleagues distributed the</w:t>
      </w:r>
    </w:p>
    <w:p>
      <w:pPr>
        <w:jc w:val="right"/>
      </w:pPr>
      <w:r>
        <w:t>اور کولیگز ڈسٹریبیوٹڈ دا</w:t>
      </w:r>
    </w:p>
    <w:p>
      <w:r>
        <w:rPr>
          <w:b/>
        </w:rPr>
        <w:t xml:space="preserve">[05:02] </w:t>
      </w:r>
      <w:r>
        <w:t>literature. and they by first, my speech have created already great interest in Islam.</w:t>
      </w:r>
    </w:p>
    <w:p>
      <w:pPr>
        <w:jc w:val="right"/>
      </w:pPr>
      <w:r>
        <w:t>لٹریچر۔ اینڈ دے بائی فرسٹ، مائی سپیچ ہیو کریٹڈ الریڈی گریٹ انٹرسٹ ان اسلام۔</w:t>
      </w:r>
    </w:p>
    <w:p>
      <w:r>
        <w:rPr>
          <w:b/>
        </w:rPr>
        <w:t xml:space="preserve">[05:18] </w:t>
      </w:r>
      <w:r>
        <w:t>so they took the literature with great interest.</w:t>
      </w:r>
    </w:p>
    <w:p>
      <w:pPr>
        <w:jc w:val="right"/>
      </w:pPr>
      <w:r>
        <w:t>سو دے ٹوک دا لٹریچر ود گریٹ انٹرسٹ۔</w:t>
      </w:r>
    </w:p>
    <w:p>
      <w:r>
        <w:rPr>
          <w:b/>
        </w:rPr>
        <w:t xml:space="preserve">[05:24] </w:t>
      </w:r>
      <w:r>
        <w:t>so it was very successful. it was a discovery for me. if you read books or commentary of the Quran, of Surah Taubah, there is a verse in the Surah Taubah,</w:t>
      </w:r>
    </w:p>
    <w:p>
      <w:pPr>
        <w:jc w:val="right"/>
      </w:pPr>
      <w:r>
        <w:t>سو اٹ واز ویری سکسیس فل۔ اٹ واز ا ڈسکوری فار می۔ اف یو ریڈ بکس اور کمنٹری آف دا قرآن، آف سورۃ توبہ، دیر از ا ورس ان دا سورۃ توبہ،</w:t>
      </w:r>
    </w:p>
    <w:p>
      <w:r>
        <w:rPr>
          <w:b/>
        </w:rPr>
        <w:t xml:space="preserve">[05:41] </w:t>
      </w:r>
      <w:r>
        <w:t>lilmu'allafati qulubuhum. so this verse refers to the prophetic period e</w:t>
      </w:r>
    </w:p>
    <w:p>
      <w:pPr>
        <w:jc w:val="right"/>
      </w:pPr>
      <w:r>
        <w:t>للمعرفۃ قلوبہم۔ سو دس ورس ریفرز ٹو دا پرافیٹک پیریڈ ای</w:t>
      </w:r>
    </w:p>
    <w:p>
      <w:r>
        <w:rPr>
          <w:b/>
        </w:rPr>
        <w:t xml:space="preserve">[05:51] </w:t>
      </w:r>
      <w:r>
        <w:t>t the time prophet of Islam gave some money or some sheep and goats to those people who were new convert or</w:t>
      </w:r>
    </w:p>
    <w:p>
      <w:pPr>
        <w:jc w:val="right"/>
      </w:pPr>
      <w:r>
        <w:t>ٹ دا ٹائم پرافیٹ آف اسلام گیو سم منی اور سم شیپس اینڈ گوٹس ٹو دوز پیپل ہو ویر نیو کنورٹ اور</w:t>
      </w:r>
    </w:p>
    <w:p>
      <w:r>
        <w:rPr>
          <w:b/>
        </w:rPr>
        <w:t xml:space="preserve">[06:08] </w:t>
      </w:r>
      <w:r>
        <w:t>they were not very</w:t>
      </w:r>
    </w:p>
    <w:p>
      <w:pPr>
        <w:jc w:val="right"/>
      </w:pPr>
      <w:r>
        <w:t>دے ویر ناٹ ویری</w:t>
      </w:r>
    </w:p>
    <w:p>
      <w:r>
        <w:rPr>
          <w:b/>
        </w:rPr>
        <w:t xml:space="preserve">[06:16] </w:t>
      </w:r>
      <w:r>
        <w:t>indecisive about Islam</w:t>
      </w:r>
    </w:p>
    <w:p>
      <w:pPr>
        <w:jc w:val="right"/>
      </w:pPr>
      <w:r>
        <w:t>انڈیسیسو اباؤٹ اسلام</w:t>
      </w:r>
    </w:p>
    <w:p>
      <w:r>
        <w:rPr>
          <w:b/>
        </w:rPr>
        <w:t xml:space="preserve">[06:18] </w:t>
      </w:r>
      <w:r>
        <w:t>. so prophet wanted to soften their heart. so people no only this kind of talib qalb, that is giving gift in material term,</w:t>
      </w:r>
    </w:p>
    <w:p>
      <w:pPr>
        <w:jc w:val="right"/>
      </w:pPr>
      <w:r>
        <w:t>۔ سو پرافیٹ وانٹڈ ٹو سوفن دیر ہارٹ۔ سو پیپل نو اونلی دس کائنڈ آف طالب قلب، دیٹ از گیونگ گفٹ ان مٹیریل ٹرم،</w:t>
      </w:r>
    </w:p>
    <w:p>
      <w:r>
        <w:rPr>
          <w:b/>
        </w:rPr>
        <w:t xml:space="preserve">[06:33] </w:t>
      </w:r>
      <w:r>
        <w:t>in term of giving gift in term of some material goods. but here i used this in psychological term.</w:t>
      </w:r>
    </w:p>
    <w:p>
      <w:pPr>
        <w:jc w:val="right"/>
      </w:pPr>
      <w:r>
        <w:t>ان ٹرم آف گیونگ گفٹ ان ٹرم آف سم مٹیریل گڈز۔ بٹ ہیر آئی یوز دس ان سائیکلوجیکل ٹرم۔</w:t>
      </w:r>
    </w:p>
    <w:p>
      <w:r>
        <w:rPr>
          <w:b/>
        </w:rPr>
        <w:t xml:space="preserve">[06:45] </w:t>
      </w:r>
      <w:r>
        <w:t>it was a kind of psychological talif.</w:t>
      </w:r>
    </w:p>
    <w:p>
      <w:pPr>
        <w:jc w:val="right"/>
      </w:pPr>
      <w:r>
        <w:t>اٹ واز ا کائنڈ آف سائیکلوجیکل طالیف۔</w:t>
      </w:r>
    </w:p>
    <w:p>
      <w:r>
        <w:rPr>
          <w:b/>
        </w:rPr>
        <w:t xml:space="preserve">[06:49] </w:t>
      </w:r>
      <w:r>
        <w:t>that talif was material talif. but now i discovered that there is another vast scope in psychological talif.</w:t>
      </w:r>
    </w:p>
    <w:p>
      <w:pPr>
        <w:jc w:val="right"/>
      </w:pPr>
      <w:r>
        <w:t>دیٹ طالیف واز مٹیریل طالیف۔ بٹ ناؤ آئی ڈسکورڈ دیٹ دیر از انادر واسٹ اسکوپ ان سائیکلوجیکل طالیف۔</w:t>
      </w:r>
    </w:p>
    <w:p>
      <w:r>
        <w:rPr>
          <w:b/>
        </w:rPr>
        <w:t xml:space="preserve">[07:04] </w:t>
      </w:r>
      <w:r>
        <w:t>and you give a speech and try to give them a dose of talif</w:t>
      </w:r>
    </w:p>
    <w:p>
      <w:pPr>
        <w:jc w:val="right"/>
      </w:pPr>
      <w:r>
        <w:t>اینڈ یو گیو ا سپیچ اینڈ ٹرائی ٹو گیو دیم ا ڈوز آف طالیف</w:t>
      </w:r>
    </w:p>
    <w:p>
      <w:r>
        <w:rPr>
          <w:b/>
        </w:rPr>
        <w:t xml:space="preserve">[07:18] </w:t>
      </w:r>
      <w:r>
        <w:t>by following the kalimah sawa, there is common ground. then after softening the heart, you can give them literature in which Islamic teachings are discussed in details.</w:t>
      </w:r>
    </w:p>
    <w:p>
      <w:pPr>
        <w:jc w:val="right"/>
      </w:pPr>
      <w:r>
        <w:t>بائی فالونگ دا کلمہ سوا، دیر از کامن گراؤنڈ۔ دین افٹر سوفننگ دا ہارٹ، یو کین گیو دیم لٹریچر ان وچ اسلامک ٹیچرز آر ڈسکس ان ڈیٹیلز۔</w:t>
      </w:r>
    </w:p>
    <w:p>
      <w:r>
        <w:rPr>
          <w:b/>
        </w:rPr>
        <w:t xml:space="preserve">[07:32] </w:t>
      </w:r>
      <w:r>
        <w:t>so this was very successful.</w:t>
      </w:r>
    </w:p>
    <w:p>
      <w:pPr>
        <w:jc w:val="right"/>
      </w:pPr>
      <w:r>
        <w:t>سو دس واز ویری سکسیس فل۔</w:t>
      </w:r>
    </w:p>
    <w:p>
      <w:r>
        <w:rPr>
          <w:b/>
        </w:rPr>
        <w:t xml:space="preserve">[07:36] </w:t>
      </w:r>
      <w:r>
        <w:t>i would like to say that in our modern age, this principle is very important, very very important.</w:t>
      </w:r>
    </w:p>
    <w:p>
      <w:pPr>
        <w:jc w:val="right"/>
      </w:pPr>
      <w:r>
        <w:t>آئی وڈ لائک ٹو سے دیٹ ان اور ماڈرن ایج، دس پرنسپل از ویری امپورٹنٹ، ویری ویری امپورٹنٹ۔</w:t>
      </w:r>
    </w:p>
    <w:p>
      <w:r>
        <w:rPr>
          <w:b/>
        </w:rPr>
        <w:t xml:space="preserve">[07:46] </w:t>
      </w:r>
      <w:r>
        <w:t>you know, we are living in an age that is age of democracy, age of religious freedom, and age of tolerance</w:t>
      </w:r>
    </w:p>
    <w:p>
      <w:pPr>
        <w:jc w:val="right"/>
      </w:pPr>
      <w:r>
        <w:t>یو نو، وی آر لیونگ ان این ایج دیٹ از ایج آف ڈیموکریسی، ایج آف ریلیجس فریڈم، اینڈ ایج آف ٹولرنس</w:t>
      </w:r>
    </w:p>
    <w:p>
      <w:r>
        <w:rPr>
          <w:b/>
        </w:rPr>
        <w:t xml:space="preserve">[07:59] </w:t>
      </w:r>
      <w:r>
        <w:t>. but people are not ready to listen against their fabricated ideas, although they are tolerant, although they believe in religious freedom.</w:t>
      </w:r>
    </w:p>
    <w:p>
      <w:pPr>
        <w:jc w:val="right"/>
      </w:pPr>
      <w:r>
        <w:t>۔ بٹ پیپل آر ناٹ ریڈی ٹو لسن اگینسٹ دیر فیبریڈ آئیڈیاز، التhough دے آر ٹولرنٹ، التhough دے بیلیو ان ریلیجس فریڈم۔</w:t>
      </w:r>
    </w:p>
    <w:p>
      <w:r>
        <w:rPr>
          <w:b/>
        </w:rPr>
        <w:t xml:space="preserve">[08:14] </w:t>
      </w:r>
      <w:r>
        <w:t>but if you criticize their belief, then they become reluctant.</w:t>
      </w:r>
    </w:p>
    <w:p>
      <w:pPr>
        <w:jc w:val="right"/>
      </w:pPr>
      <w:r>
        <w:t>بٹ اف یو کریسائز دیر بیلیف، دین دے بیکم لیکٹنٹ۔</w:t>
      </w:r>
    </w:p>
    <w:p>
      <w:r>
        <w:rPr>
          <w:b/>
        </w:rPr>
        <w:t xml:space="preserve">[08:20] </w:t>
      </w:r>
      <w:r>
        <w:t>so this is the best policy in the da'wah wisdom to divide your speech into parts: first approach or second approach.</w:t>
      </w:r>
    </w:p>
    <w:p>
      <w:pPr>
        <w:jc w:val="right"/>
      </w:pPr>
      <w:r>
        <w:t>سو دس از دا بیسٹ پالیسی ان دا دعویٰ وزیڈم ٹو ڈیوائیڈ یور سپیچ ان ٹو پارٹس: فرسٹ اپروچ اور سیکنڈ اپروچ۔</w:t>
      </w:r>
    </w:p>
    <w:p>
      <w:r>
        <w:rPr>
          <w:b/>
        </w:rPr>
        <w:t xml:space="preserve">[08:37] </w:t>
      </w:r>
      <w:r>
        <w:t>in the first approach, you have to try to address their psychology, address their common mind</w:t>
      </w:r>
    </w:p>
    <w:p>
      <w:pPr>
        <w:jc w:val="right"/>
      </w:pPr>
      <w:r>
        <w:t>ان دا فرسٹ اپروچ، یو ہیو ٹو ٹرائی ٹو ایڈریس دیر سائیکالوجی، ایڈریس دیر کامن مائنڈ</w:t>
      </w:r>
    </w:p>
    <w:p>
      <w:r>
        <w:rPr>
          <w:b/>
        </w:rPr>
        <w:t xml:space="preserve">[08:48] </w:t>
      </w:r>
      <w:r>
        <w:t>, simply for the purpose that to soften their heart. for example, there were many educated Hindus.</w:t>
      </w:r>
    </w:p>
    <w:p>
      <w:pPr>
        <w:jc w:val="right"/>
      </w:pPr>
      <w:r>
        <w:t>، سمپلی فار دا پرپس دیٹ ٹو سوفن دیر ہارٹ۔ فار ایگزامپل، دیر ویر مینی ایجوکیٹڈ ہندوز۔</w:t>
      </w:r>
    </w:p>
    <w:p>
      <w:r>
        <w:rPr>
          <w:b/>
        </w:rPr>
        <w:t xml:space="preserve">[09:00] </w:t>
      </w:r>
      <w:r>
        <w:t>so i narrated a story. it was very</w:t>
      </w:r>
    </w:p>
    <w:p>
      <w:pPr>
        <w:jc w:val="right"/>
      </w:pPr>
      <w:r>
        <w:t>سو آئی نریٹڈ ا سٹوری۔ اٹ واز ویری</w:t>
      </w:r>
    </w:p>
    <w:p>
      <w:r>
        <w:rPr>
          <w:b/>
        </w:rPr>
        <w:t xml:space="preserve">[09:07] </w:t>
      </w:r>
      <w:r>
        <w:t>very effective at that time.</w:t>
      </w:r>
    </w:p>
    <w:p>
      <w:pPr>
        <w:jc w:val="right"/>
      </w:pPr>
      <w:r>
        <w:t>ویری ایفیکٹیو ایٹ دیٹ ٹائم۔</w:t>
      </w:r>
    </w:p>
    <w:p>
      <w:r>
        <w:rPr>
          <w:b/>
        </w:rPr>
        <w:t xml:space="preserve">[09:10] </w:t>
      </w:r>
      <w:r>
        <w:t>I said that I said that I have seen Mahatma Gandhi several time in my dreams.</w:t>
      </w:r>
    </w:p>
    <w:p>
      <w:pPr>
        <w:jc w:val="right"/>
      </w:pPr>
      <w:r>
        <w:t>آئی سیڈ دیٹ آئی سیڈ دیٹ آئی ہیو سین مہاتما گاندھی سیورل ٹائم ان مائی ڈریمز۔</w:t>
      </w:r>
    </w:p>
    <w:p>
      <w:r>
        <w:rPr>
          <w:b/>
        </w:rPr>
        <w:t xml:space="preserve">[09:24] </w:t>
      </w:r>
      <w:r>
        <w:t>for example, according to my diary, I said I dream at May 15, 2001.</w:t>
      </w:r>
    </w:p>
    <w:p>
      <w:pPr>
        <w:jc w:val="right"/>
      </w:pPr>
      <w:r>
        <w:t>فار ایگزامپل، اکارڈنگ ٹو مائی ڈائری، آئی سیڈ آئی ڈریم ایٹ مے 15، 2001۔</w:t>
      </w:r>
    </w:p>
    <w:p>
      <w:r>
        <w:rPr>
          <w:b/>
        </w:rPr>
        <w:t xml:space="preserve">[09:38] </w:t>
      </w:r>
      <w:r>
        <w:t>it was very clear dream, and I have noted down this in my diary. you can see it in my diary. so in this dream, I said that I am walking at some road,</w:t>
      </w:r>
    </w:p>
    <w:p>
      <w:pPr>
        <w:jc w:val="right"/>
      </w:pPr>
      <w:r>
        <w:t>اٹ واز ویری کلیئر ڈریم، اینڈ آئی ہیو نوٹڈ ڈاؤن دس ان مائی ڈائری۔ یو کین سی اٹ ان مائی ڈائری۔ سو ان دس ڈریم، آئی سیڈ دیٹ آئی ایم واکنگ ایٹ سم روڈ،</w:t>
      </w:r>
    </w:p>
    <w:p>
      <w:r>
        <w:rPr>
          <w:b/>
        </w:rPr>
        <w:t xml:space="preserve">[09:51] </w:t>
      </w:r>
      <w:r>
        <w:t>and in the road side, there were trees. then I notice that Mahatma Gandhi is sitting under tree</w:t>
      </w:r>
    </w:p>
    <w:p>
      <w:pPr>
        <w:jc w:val="right"/>
      </w:pPr>
      <w:r>
        <w:t>اینڈ ان دا روڈ سائیڈ، دیر ویر ٹریز۔ دین آئی نوٹس دیٹ مہاتما گاندھی از سٹنگ انڈر ٹری</w:t>
      </w:r>
    </w:p>
    <w:p>
      <w:r>
        <w:rPr>
          <w:b/>
        </w:rPr>
        <w:t xml:space="preserve">[10:03] </w:t>
      </w:r>
      <w:r>
        <w:t>. at that time, he was alone, quite alone. so I approached, I came close to Mahatma Gandhi.</w:t>
      </w:r>
    </w:p>
    <w:p>
      <w:pPr>
        <w:jc w:val="right"/>
      </w:pPr>
      <w:r>
        <w:t>۔ ایٹ دیٹ ٹائم، ہی واز الون، کوائٹ الون۔ سو آئی اپروچڈ، آئی کیم کلوز ٹو مہاتما گاندھی۔</w:t>
      </w:r>
    </w:p>
    <w:p>
      <w:r>
        <w:rPr>
          <w:b/>
        </w:rPr>
        <w:t xml:space="preserve">[10:15] </w:t>
      </w:r>
      <w:r>
        <w:t>so he became happy, and he said something. and then, as I remember, he said the conversation was was Hindi in Hindi</w:t>
      </w:r>
    </w:p>
    <w:p>
      <w:pPr>
        <w:jc w:val="right"/>
      </w:pPr>
      <w:r>
        <w:t>سو ہی بیکم ہیپی، اینڈ ہی سیڈ سم تھنگ۔ اینڈ دین، ایز آئی ریممبر، ہی سیڈ دا کنورسیشن واز واز ہندی ان ہندی</w:t>
      </w:r>
    </w:p>
    <w:p>
      <w:r>
        <w:rPr>
          <w:b/>
        </w:rPr>
        <w:t xml:space="preserve">[10:31] </w:t>
      </w:r>
      <w:r>
        <w:t>. he said, "Maulana sahib, aap jo kaam kar rahe hain, is ko karte rahiye.</w:t>
      </w:r>
    </w:p>
    <w:p>
      <w:pPr>
        <w:jc w:val="right"/>
      </w:pPr>
      <w:r>
        <w:t>۔ ہی سیڈ، "مولانا صاحب، آپ جو کام کر رہے ہیں، اس کو کرتے رہیے۔</w:t>
      </w:r>
    </w:p>
    <w:p>
      <w:r>
        <w:rPr>
          <w:b/>
        </w:rPr>
        <w:t xml:space="preserve">[10:42] </w:t>
      </w:r>
      <w:r>
        <w:t>Maulana sahib, aap jo kaam kar rahe hain, is ko karte rahiye." then at that time, there was two fountain pen with him.</w:t>
      </w:r>
    </w:p>
    <w:p>
      <w:pPr>
        <w:jc w:val="right"/>
      </w:pPr>
      <w:r>
        <w:t>مولانا صاحب، آپ جو کام کر رہے ہیں، اس کو کرتے رہیے۔" دین ایٹ دیٹ ٹائم، دیر واز ٹو فاؤنٹین پین ود ہم۔</w:t>
      </w:r>
    </w:p>
    <w:p>
      <w:r>
        <w:rPr>
          <w:b/>
        </w:rPr>
        <w:t xml:space="preserve">[10:55] </w:t>
      </w:r>
      <w:r>
        <w:t>he gave me this fountain pen,</w:t>
      </w:r>
    </w:p>
    <w:p>
      <w:pPr>
        <w:jc w:val="right"/>
      </w:pPr>
      <w:r>
        <w:t>ہی گیو می دس فاؤنٹین پین،</w:t>
      </w:r>
    </w:p>
    <w:p>
      <w:r>
        <w:rPr>
          <w:b/>
        </w:rPr>
        <w:t xml:space="preserve">[11:01] </w:t>
      </w:r>
      <w:r>
        <w:t>first one fountain pen, then both this fountain pen he gave me.</w:t>
      </w:r>
    </w:p>
    <w:p>
      <w:pPr>
        <w:jc w:val="right"/>
      </w:pPr>
      <w:r>
        <w:t>فرسٹ ون فاؤنٹین پین، دین بوتھ دس فاؤنٹین پین ہی گیو می۔</w:t>
      </w:r>
    </w:p>
    <w:p>
      <w:r>
        <w:rPr>
          <w:b/>
        </w:rPr>
        <w:t xml:space="preserve">[11:10] </w:t>
      </w:r>
      <w:r>
        <w:t>so there was some other details of this dream. so by this dream, according to my interpretation, this dream means that Mahatma Gandhi is happy with my mission</w:t>
      </w:r>
    </w:p>
    <w:p>
      <w:pPr>
        <w:jc w:val="right"/>
      </w:pPr>
      <w:r>
        <w:t>سو دیر واز سم ادر ڈیٹیلز آف دس ڈریم۔ سو بائی دس ڈریم، اکارڈنگ ٹو مائی انٹرپریشن، دس ڈریم مینز دیٹ مہاتما گاندھی از ہیپی ود مائی مشن</w:t>
      </w:r>
    </w:p>
    <w:p>
      <w:r>
        <w:rPr>
          <w:b/>
        </w:rPr>
        <w:t xml:space="preserve">[11:26] </w:t>
      </w:r>
      <w:r>
        <w:t>, because a very important aspect of mission is to normalize the relationship between Hindus or Muslims. this is an important part of my mission.</w:t>
      </w:r>
    </w:p>
    <w:p>
      <w:pPr>
        <w:jc w:val="right"/>
      </w:pPr>
      <w:r>
        <w:t>، بیکاز ا ویری امپورٹنٹ اسپیکٹ آف مشن از ٹو نارملائز دا ریلیشن شپ بٹوین ہندوز اور مسلمز۔ دس از این امپورٹنٹ پارٹ آف مائی مشن۔</w:t>
      </w:r>
    </w:p>
    <w:p>
      <w:r>
        <w:rPr>
          <w:b/>
        </w:rPr>
        <w:t xml:space="preserve">[11:40] </w:t>
      </w:r>
      <w:r>
        <w:t>since the out set, I am always try to emphasize that Muslims or Hindus both have to live in this country with normal relationship</w:t>
      </w:r>
    </w:p>
    <w:p>
      <w:pPr>
        <w:jc w:val="right"/>
      </w:pPr>
      <w:r>
        <w:t>سنس دا آؤٹ سیٹ، آئی ایم الویز ٹرائی ٹو ایمفیسائز دیٹ مسلمز اور ہندوز بوتھ ہیو ٹو لیو ان دس کنٹری ود نارمل ریلیشن شپ</w:t>
      </w:r>
    </w:p>
    <w:p>
      <w:r>
        <w:rPr>
          <w:b/>
        </w:rPr>
        <w:t xml:space="preserve">[11:55] </w:t>
      </w:r>
      <w:r>
        <w:t>, because you know, partition was very sad aspect of history. partition inculcated hate among the both communities.</w:t>
      </w:r>
    </w:p>
    <w:p>
      <w:pPr>
        <w:jc w:val="right"/>
      </w:pPr>
      <w:r>
        <w:t>، بیکاز یو نو، پارٹیشن واز ویری سیڈ اسپیکٹ آف ہسٹری۔ پارٹیشن انکلکیٹڈ ہیٹ امنگ دا بوتھ کمیونٹیز۔</w:t>
      </w:r>
    </w:p>
    <w:p>
      <w:r>
        <w:rPr>
          <w:b/>
        </w:rPr>
        <w:t xml:space="preserve">[12:07] </w:t>
      </w:r>
      <w:r>
        <w:t>partition of the country was very very, I can say, that was a blunder, blunder mistake, because life is based on interaction.</w:t>
      </w:r>
    </w:p>
    <w:p>
      <w:pPr>
        <w:jc w:val="right"/>
      </w:pPr>
      <w:r>
        <w:t>پارٹیشن آف دا کنٹری واز ویری ویری، آئی کین سی، دیٹ واز ا بلنڈر، بلنڈر مسٹیک، بیکاز لائف از بیسڈ ان انٹریکشن۔</w:t>
      </w:r>
    </w:p>
    <w:p>
      <w:r>
        <w:rPr>
          <w:b/>
        </w:rPr>
        <w:t xml:space="preserve">[12:20] </w:t>
      </w:r>
      <w:r>
        <w:t>interaction,</w:t>
      </w:r>
    </w:p>
    <w:p>
      <w:pPr>
        <w:jc w:val="right"/>
      </w:pPr>
      <w:r>
        <w:t>انٹریکشن،</w:t>
      </w:r>
    </w:p>
    <w:p>
      <w:r>
        <w:rPr>
          <w:b/>
        </w:rPr>
        <w:t xml:space="preserve">[12:22] </w:t>
      </w:r>
      <w:r>
        <w:t>all the progress are, all the progress are development depend on interaction. without interaction, there is no progress. and especially in our modern age, we are living in age where the world has become a single village.</w:t>
      </w:r>
    </w:p>
    <w:p>
      <w:pPr>
        <w:jc w:val="right"/>
      </w:pPr>
      <w:r>
        <w:t>آل دا پروگریس آر، آل دا پروگریس آر ڈیولپمنٹ ڈیپینڈ ان انٹریکشن۔ وداؤٹ انٹریکشن، دیر از نو پروگریس۔ اینڈ اسپیشلی ان اور ماڈرن ایج، وی آر لیونگ ان ایج ویر دا ورلڈ ہیز بیکم ا سنگل ولیج۔</w:t>
      </w:r>
    </w:p>
    <w:p>
      <w:r>
        <w:rPr>
          <w:b/>
        </w:rPr>
        <w:t xml:space="preserve">[12:43] </w:t>
      </w:r>
      <w:r>
        <w:t>there is a globalization. so in the age of globalization, it is quite anachronism to demand a separate land</w:t>
      </w:r>
    </w:p>
    <w:p>
      <w:pPr>
        <w:jc w:val="right"/>
      </w:pPr>
      <w:r>
        <w:t>دیر از ا گلوبلائزیشن۔ سو ان دا ایج آف گلوبلائزیشن، اٹ از کوائٹ انیکرونزم ٹو ڈیمانڈ ا سیپریٹ لینڈ</w:t>
      </w:r>
    </w:p>
    <w:p>
      <w:r>
        <w:rPr>
          <w:b/>
        </w:rPr>
        <w:t xml:space="preserve">[12:52] </w:t>
      </w:r>
      <w:r>
        <w:t>. so all those leaders who demanded a separate land, they were, any they were speaking against the spirit of the age.</w:t>
      </w:r>
    </w:p>
    <w:p>
      <w:pPr>
        <w:jc w:val="right"/>
      </w:pPr>
      <w:r>
        <w:t>۔ سو آل دوز لیڈرز ہو ڈیمانڈڈ ا سیپریٹ لینڈ، دے ویر، اینی دے ویر اسپیکنگ اگینسٹ دا سپرٹ آف دا ایج۔</w:t>
      </w:r>
    </w:p>
    <w:p>
      <w:r>
        <w:rPr>
          <w:b/>
        </w:rPr>
        <w:t xml:space="preserve">[13:02] </w:t>
      </w:r>
      <w:r>
        <w:t>it was an anachronistic attitude. so</w:t>
      </w:r>
    </w:p>
    <w:p>
      <w:pPr>
        <w:jc w:val="right"/>
      </w:pPr>
      <w:r>
        <w:t>اٹ واز این ایکرونک ایٹیٹیوڈ۔ سو</w:t>
      </w:r>
    </w:p>
    <w:p>
      <w:r>
        <w:rPr>
          <w:b/>
        </w:rPr>
        <w:t xml:space="preserve">[13:11] </w:t>
      </w:r>
      <w:r>
        <w:t>I started my mission just after 1947, namely in 1950</w:t>
      </w:r>
    </w:p>
    <w:p>
      <w:pPr>
        <w:jc w:val="right"/>
      </w:pPr>
      <w:r>
        <w:t>آئی سٹارٹڈ مائی مشن جسٹ افٹر 1947، نیملی ان 1950</w:t>
      </w:r>
    </w:p>
    <w:p>
      <w:r>
        <w:rPr>
          <w:b/>
        </w:rPr>
        <w:t xml:space="preserve">[13:20] </w:t>
      </w:r>
      <w:r>
        <w:t>. so my mission was to fold mission. first, to normalize the relationship between Hindus or Muslims, and then spread the teaching of Islam, especially basic teachings.</w:t>
      </w:r>
    </w:p>
    <w:p>
      <w:pPr>
        <w:jc w:val="right"/>
      </w:pPr>
      <w:r>
        <w:t>۔ سو مائی مشن واز ٹو فولڈ مشن۔ فرسٹ، ٹو نارملائز دا ریلیشن شپ بٹوین ہندوز اور مسلمز، اینڈ دین اسپریڈ دا ٹیچنگ آف اسلام، اسپیشلی بیسک ٹیچنگز۔</w:t>
      </w:r>
    </w:p>
    <w:p>
      <w:r>
        <w:rPr>
          <w:b/>
        </w:rPr>
        <w:t xml:space="preserve">[13:42] </w:t>
      </w:r>
      <w:r>
        <w:t>so I</w:t>
      </w:r>
    </w:p>
    <w:p>
      <w:pPr>
        <w:jc w:val="right"/>
      </w:pPr>
      <w:r>
        <w:t>سو آئی</w:t>
      </w:r>
    </w:p>
    <w:p>
      <w:r>
        <w:rPr>
          <w:b/>
        </w:rPr>
        <w:t xml:space="preserve">[13:46] </w:t>
      </w:r>
      <w:r>
        <w:t>try to</w:t>
      </w:r>
    </w:p>
    <w:p>
      <w:pPr>
        <w:jc w:val="right"/>
      </w:pPr>
      <w:r>
        <w:t>ٹرائی ٹو</w:t>
      </w:r>
    </w:p>
    <w:p>
      <w:r>
        <w:rPr>
          <w:b/>
        </w:rPr>
        <w:t xml:space="preserve">[13:50] </w:t>
      </w:r>
      <w:r>
        <w:t>prepare muslim to pay the price by unilateral adjustment, because of this situation persist, then Muslims will suffer</w:t>
      </w:r>
    </w:p>
    <w:p>
      <w:pPr>
        <w:jc w:val="right"/>
      </w:pPr>
      <w:r>
        <w:t>پریپئر مسلم ٹو پے دا پرائس بائی یونی لیٹرل ایڈجسٹمنٹ، بیکاز اف دس سچویشن پرسسٹ، دین مسلمز ویل سفر</w:t>
      </w:r>
    </w:p>
    <w:p>
      <w:r>
        <w:rPr>
          <w:b/>
        </w:rPr>
        <w:t xml:space="preserve">[14:09] </w:t>
      </w:r>
      <w:r>
        <w:t>. Hindus are in majority, or Muslims are in minority. so if the situation of hate between the two communities, and tension between the two communities, then it is Muslim community that will suffer.</w:t>
      </w:r>
    </w:p>
    <w:p>
      <w:pPr>
        <w:jc w:val="right"/>
      </w:pPr>
      <w:r>
        <w:t>۔ ہندوز آر ان میجورٹی، اور مسلمز آر ان مائنورٹی۔ سو اف دا سچویشن آف ہیٹ بٹوین دا ٹو کمیونٹیز، اینڈ ٹینشن بٹوین دا ٹو کمیونٹیز، دین اٹ از مسلم کمیونٹی دیٹ ویل سفر۔</w:t>
      </w:r>
    </w:p>
    <w:p>
      <w:r>
        <w:rPr>
          <w:b/>
        </w:rPr>
        <w:t xml:space="preserve">[14:28] </w:t>
      </w:r>
      <w:r>
        <w:t>so I said to Muslims that you have to to to try to make adjustment unilaterally, so that you may prosper in this country</w:t>
      </w:r>
    </w:p>
    <w:p>
      <w:pPr>
        <w:jc w:val="right"/>
      </w:pPr>
      <w:r>
        <w:t>سو آئی سیڈ ٹو مسلمز دیٹ یو ہیو ٹو ٹو ٹو ٹرائی ٹو میک ایڈجسٹمنٹ یونی لیٹرلی، سو دیٹ یو می پروسپر ان دس کنٹری</w:t>
      </w:r>
    </w:p>
    <w:p>
      <w:r>
        <w:rPr>
          <w:b/>
        </w:rPr>
        <w:t xml:space="preserve">[14:39] </w:t>
      </w:r>
      <w:r>
        <w:t>, so that you may. you may plan your future, future development, and also you can do the work in a normal situation,</w:t>
      </w:r>
    </w:p>
    <w:p>
      <w:pPr>
        <w:jc w:val="right"/>
      </w:pPr>
      <w:r>
        <w:t>، سو دیٹ یو می۔ یو می پلان یور فیوچر، فیوچر ڈیولپمنٹ، اینڈ السو یو کین ڈو دا ورک ان ا نارمل سچویشن،</w:t>
      </w:r>
    </w:p>
    <w:p>
      <w:r>
        <w:rPr>
          <w:b/>
        </w:rPr>
        <w:t xml:space="preserve">[14:53] </w:t>
      </w:r>
      <w:r>
        <w:t>because without doing the work, you can not obtain the blessing of Gods, blessing of God.</w:t>
      </w:r>
    </w:p>
    <w:p>
      <w:pPr>
        <w:jc w:val="right"/>
      </w:pPr>
      <w:r>
        <w:t>بیکاز وداؤٹ ڈوئنگ دا ورک، یو کین ناٹ ابٹین دا بلیسنگ آف گاڈز، بلیسنگ آف گاڈ۔</w:t>
      </w:r>
    </w:p>
    <w:p>
      <w:r>
        <w:rPr>
          <w:b/>
        </w:rPr>
        <w:t xml:space="preserve">[15:03] </w:t>
      </w:r>
      <w:r>
        <w:t>to this was my mission</w:t>
      </w:r>
    </w:p>
    <w:p>
      <w:pPr>
        <w:jc w:val="right"/>
      </w:pPr>
      <w:r>
        <w:t>تو دس واز مائی مشن</w:t>
      </w:r>
    </w:p>
    <w:p>
      <w:r>
        <w:rPr>
          <w:b/>
        </w:rPr>
        <w:t xml:space="preserve">[15:06] </w:t>
      </w:r>
      <w:r>
        <w:t>, and I think that Mahatma Gandhi, according to this dream, of this dream is a reality, then the spirit of Mahatma Gandhi is happy with my mission.</w:t>
      </w:r>
    </w:p>
    <w:p>
      <w:pPr>
        <w:jc w:val="right"/>
      </w:pPr>
      <w:r>
        <w:t>، اینڈ آئی تھنک دیٹ مہاتما گاندھی، اکارڈنگ ٹو دس ڈریم، اف دس ڈریم از ا ریلیٹی، دین دا سپرٹ آف مہاتما گاندھی از ہیپی ود مائی مشن۔</w:t>
      </w:r>
    </w:p>
    <w:p>
      <w:r>
        <w:rPr>
          <w:b/>
        </w:rPr>
        <w:t xml:space="preserve">[15:22] </w:t>
      </w:r>
      <w:r>
        <w:t>so when I narrated this story, the audience was thrilled.</w:t>
      </w:r>
    </w:p>
    <w:p>
      <w:pPr>
        <w:jc w:val="right"/>
      </w:pPr>
      <w:r>
        <w:t>سو وین آئی نریٹڈ دس سٹوری، دا آڈینس واز تھرلڈ۔</w:t>
      </w:r>
    </w:p>
    <w:p>
      <w:r>
        <w:rPr>
          <w:b/>
        </w:rPr>
        <w:t xml:space="preserve">[15:30] </w:t>
      </w:r>
      <w:r>
        <w:t>there was a very, any very,</w:t>
      </w:r>
    </w:p>
    <w:p>
      <w:pPr>
        <w:jc w:val="right"/>
      </w:pPr>
      <w:r>
        <w:t>دیر واز ا ویری، اینی ویری،</w:t>
      </w:r>
    </w:p>
    <w:p>
      <w:r>
        <w:rPr>
          <w:b/>
        </w:rPr>
        <w:t xml:space="preserve">[15:40] </w:t>
      </w:r>
      <w:r>
        <w:t>very favorable</w:t>
      </w:r>
    </w:p>
    <w:p>
      <w:pPr>
        <w:jc w:val="right"/>
      </w:pPr>
      <w:r>
        <w:t>ویری فیوریبل</w:t>
      </w:r>
    </w:p>
    <w:p>
      <w:r>
        <w:rPr>
          <w:b/>
        </w:rPr>
        <w:t xml:space="preserve">[15:46] </w:t>
      </w:r>
      <w:r>
        <w:t>situation, very favorable environment. so then when our colleague wanted to distribute literature.</w:t>
      </w:r>
    </w:p>
    <w:p>
      <w:pPr>
        <w:jc w:val="right"/>
      </w:pPr>
      <w:r>
        <w:t>سچویشن، ویری فیوریبل انوائرمنٹ۔ سو دین وین اور کولیگ وانٹڈ ٹو ڈسٹریبیوٹ لٹریچر۔</w:t>
      </w:r>
    </w:p>
    <w:p>
      <w:r>
        <w:rPr>
          <w:b/>
        </w:rPr>
        <w:t xml:space="preserve">[15:56] </w:t>
      </w:r>
      <w:r>
        <w:t>so they gave, they show great interest</w:t>
      </w:r>
    </w:p>
    <w:p>
      <w:pPr>
        <w:jc w:val="right"/>
      </w:pPr>
      <w:r>
        <w:t>سو دے گیو، دے شو گریٹ انٹرسٹ</w:t>
      </w:r>
    </w:p>
    <w:p>
      <w:r>
        <w:rPr>
          <w:b/>
        </w:rPr>
        <w:t xml:space="preserve">[16:01] </w:t>
      </w:r>
      <w:r>
        <w:t>. they took the, took all those literatures, and they started reading a evening in the, in the hall.</w:t>
      </w:r>
    </w:p>
    <w:p>
      <w:pPr>
        <w:jc w:val="right"/>
      </w:pPr>
      <w:r>
        <w:t>۔ دے ٹوک دا، ٹوک آل دوز لٹریچرز، اینڈ دے سٹارٹڈ ریڈنگ ا ایوننگ ان دا، ان دا ہال۔</w:t>
      </w:r>
    </w:p>
    <w:p>
      <w:r>
        <w:rPr>
          <w:b/>
        </w:rPr>
        <w:t xml:space="preserve">[16:15] </w:t>
      </w:r>
      <w:r>
        <w:t>so this was my, my, you can see, that my discovery.</w:t>
      </w:r>
    </w:p>
    <w:p>
      <w:pPr>
        <w:jc w:val="right"/>
      </w:pPr>
      <w:r>
        <w:t>سو دس واز مائی، مائی، یو کین سی، دیٹ مائی ڈسکوری۔</w:t>
      </w:r>
    </w:p>
    <w:p>
      <w:r>
        <w:rPr>
          <w:b/>
        </w:rPr>
        <w:t xml:space="preserve">[16:21] </w:t>
      </w:r>
      <w:r>
        <w:t>so I, this time, I want to tell you that for the work, talib qalb is necessary, necessary ek very very talib qalb is a best, not only for the prophet of Islam, not only for the early period of Islam, even today,</w:t>
      </w:r>
    </w:p>
    <w:p>
      <w:pPr>
        <w:jc w:val="right"/>
      </w:pPr>
      <w:r>
        <w:t>سو آئی، دس ٹائم، آئی وانٹ ٹو ٹیل یو دیٹ فار دا ورک، طالب قلب از نیسیسری، نیسیسری ایک ویری ویری طالب قلب از ا بسٹ، ناٹ اونلی فار دا پرافیٹ آف اسلام، ناٹ اونلی فار دا ارلی پیریڈ آف اسلام، ایون ٹوڈے،</w:t>
      </w:r>
    </w:p>
    <w:p>
      <w:r>
        <w:rPr>
          <w:b/>
        </w:rPr>
        <w:t xml:space="preserve">[16:48] </w:t>
      </w:r>
      <w:r>
        <w:t>some ulama have. have abrogated this teaching. if you read the commentary, you will find that, that ulama, the majority of ulama believe that this principle is now abrogated,</w:t>
      </w:r>
    </w:p>
    <w:p>
      <w:pPr>
        <w:jc w:val="right"/>
      </w:pPr>
      <w:r>
        <w:t>سم علماء ہیو۔ ہیو ابروگیٹڈ دس ٹیچنگ۔ اف یو ریڈ دا کمنٹری، یو ویل فائنڈ دیٹ، دیٹ علماء، دی میجورٹی آف علماء بیلیو دیٹ دس پرنسپل از ناو ابروگیٹڈ،</w:t>
      </w:r>
    </w:p>
    <w:p>
      <w:r>
        <w:rPr>
          <w:b/>
        </w:rPr>
        <w:t xml:space="preserve">[17:07] </w:t>
      </w:r>
      <w:r>
        <w:t>is mansookh. but according to my, my study and my knowledge of Islam, this kind of thinking is completely wrong.</w:t>
      </w:r>
    </w:p>
    <w:p>
      <w:pPr>
        <w:jc w:val="right"/>
      </w:pPr>
      <w:r>
        <w:t>از منسوخ۔ بٹ اکارڈنگ ٹو مائی، مائی سٹڈی اینڈ مائی نالج آف اسلام، دس کائنڈ آف تھنکنگ از کمپلیٹلی رونگ۔</w:t>
      </w:r>
    </w:p>
    <w:p>
      <w:r>
        <w:rPr>
          <w:b/>
        </w:rPr>
        <w:t xml:space="preserve">[17:19] </w:t>
      </w:r>
      <w:r>
        <w:t>no, no ayat of Quran, no principle of the Quran can be abolished. Quran is eternal, and all the teachings are eternal of the Quran.</w:t>
      </w:r>
    </w:p>
    <w:p>
      <w:pPr>
        <w:jc w:val="right"/>
      </w:pPr>
      <w:r>
        <w:t>نو، نو ایت آف قرآن، نو پرنسپل آف دا قرآن کین بی ابولشڈ۔ قرآن از ایٹرنل، اینڈ آل دا ٹیچنگز آر ایٹرنل آف دا قرآن۔</w:t>
      </w:r>
    </w:p>
    <w:p>
      <w:r>
        <w:rPr>
          <w:b/>
        </w:rPr>
        <w:t xml:space="preserve">[17:35] </w:t>
      </w:r>
      <w:r>
        <w:t>so this concept of naskh is completely wrong, in, in, in, as far as the Quran is concerned.</w:t>
      </w:r>
    </w:p>
    <w:p>
      <w:pPr>
        <w:jc w:val="right"/>
      </w:pPr>
      <w:r>
        <w:t>سو دس کانسیپٹ آف نص از کمپلیٹلی رونگ، ان، ان، ان، ایز فار دا قرآن از کنسرن۔</w:t>
      </w:r>
    </w:p>
    <w:p>
      <w:r>
        <w:rPr>
          <w:b/>
        </w:rPr>
        <w:t xml:space="preserve">[17:45] </w:t>
      </w:r>
      <w:r>
        <w:t>you know, Quran is a book in which only basics are, are were revealed. Quran is not a detailed book like Bible.</w:t>
      </w:r>
    </w:p>
    <w:p>
      <w:pPr>
        <w:jc w:val="right"/>
      </w:pPr>
      <w:r>
        <w:t>یو نو، قرآن از ا بک ان وچ اونلی بیسکس آر، آر ویر ریویلڈ۔ قرآن از ناٹ ا ڈیٹیل بک لائک بائبل۔</w:t>
      </w:r>
    </w:p>
    <w:p>
      <w:r>
        <w:rPr>
          <w:b/>
        </w:rPr>
        <w:t xml:space="preserve">[17:56] </w:t>
      </w:r>
      <w:r>
        <w:t>you read Bible, you find, you will find that there are so many details, so many details about ibadah and other religious practice.</w:t>
      </w:r>
    </w:p>
    <w:p>
      <w:pPr>
        <w:jc w:val="right"/>
      </w:pPr>
      <w:r>
        <w:t>یو ریڈ بائبل، یو فائنڈ، یو ویل فائنڈ دیٹ دیر ار سو مینی ڈیٹیلز، سو مینی ڈیٹیلز اباؤٹ عبادہ اینڈ ادر ریلیجس پریکٹس۔</w:t>
      </w:r>
    </w:p>
    <w:p>
      <w:r>
        <w:rPr>
          <w:b/>
        </w:rPr>
        <w:t xml:space="preserve">[18:06] </w:t>
      </w:r>
      <w:r>
        <w:t>but in Quran, there is no detail. in Quran, there are only principles. so in principles, there is no abrogation, no naskh.</w:t>
      </w:r>
    </w:p>
    <w:p>
      <w:pPr>
        <w:jc w:val="right"/>
      </w:pPr>
      <w:r>
        <w:t>بٹ ان قرآن، دیر از نو ڈیٹیل۔ ان قرآن، دیر آر اونلی پرنسپلز۔ سو ان پرنسپلز، دیر از نو ابروگیشن، نو نص۔</w:t>
      </w:r>
    </w:p>
    <w:p>
      <w:r>
        <w:rPr>
          <w:b/>
        </w:rPr>
        <w:t xml:space="preserve">[18:17] </w:t>
      </w:r>
      <w:r>
        <w:t>so the concept of naskh regarding the Quran is completely unacceptable.</w:t>
      </w:r>
    </w:p>
    <w:p>
      <w:pPr>
        <w:jc w:val="right"/>
      </w:pPr>
      <w:r>
        <w:t>سو دا کانسیپٹ آف نص ریگارڈنگ دا قرآن از کمپلیٹلی ان ایکسیپٹیبل۔</w:t>
      </w:r>
    </w:p>
    <w:p>
      <w:r>
        <w:rPr>
          <w:b/>
        </w:rPr>
        <w:t xml:space="preserve">[18:26] </w:t>
      </w:r>
      <w:r>
        <w:t>so is the case of talib aql. only application varies</w:t>
      </w:r>
    </w:p>
    <w:p>
      <w:pPr>
        <w:jc w:val="right"/>
      </w:pPr>
      <w:r>
        <w:t>سو از دا کیس آف طالب عقل۔ اونلی ایپلیکیشن ویریز</w:t>
      </w:r>
    </w:p>
    <w:p>
      <w:r>
        <w:rPr>
          <w:b/>
        </w:rPr>
        <w:t xml:space="preserve">[18:33] </w:t>
      </w:r>
      <w:r>
        <w:t>in, in, during the early period of Islam. the, the talib aql, the form of talib aql was goat and shapes.</w:t>
      </w:r>
    </w:p>
    <w:p>
      <w:pPr>
        <w:jc w:val="right"/>
      </w:pPr>
      <w:r>
        <w:t>ان، ان، ڈورنگ دا ارلی پیریڈ آف اسلام۔ دا، دا طالب عقل، دا فارم آف طالب عقل واز گوٹ اینڈ شیپس۔</w:t>
      </w:r>
    </w:p>
    <w:p>
      <w:r>
        <w:rPr>
          <w:b/>
        </w:rPr>
        <w:t xml:space="preserve">[18:48] </w:t>
      </w:r>
      <w:r>
        <w:t>But now, there are so many other, other ways, other methods.</w:t>
      </w:r>
    </w:p>
    <w:p>
      <w:pPr>
        <w:jc w:val="right"/>
      </w:pPr>
      <w:r>
        <w:t>بٹ ناو، دیر آر سو مینی ادر، ادر ویز، ادر میتھڈز۔</w:t>
      </w:r>
    </w:p>
    <w:p>
      <w:r>
        <w:rPr>
          <w:b/>
        </w:rPr>
        <w:t xml:space="preserve">[18:55] </w:t>
      </w:r>
      <w:r>
        <w:t>and according to my experience, psychological training is very very important in this age. Psychological training means suffering the heart.</w:t>
      </w:r>
    </w:p>
    <w:p>
      <w:pPr>
        <w:jc w:val="right"/>
      </w:pPr>
      <w:r>
        <w:t>اینڈ اکارڈنگ ٹو مائی ایکسپیرینس، سائیکلوجیکل طالب از ویری ویری امپورٹنٹ ان دس ایج۔ سائیکلوجیکل طالب مینز سفرنگ دا ہارٹ۔</w:t>
      </w:r>
    </w:p>
    <w:p>
      <w:r>
        <w:rPr>
          <w:b/>
        </w:rPr>
        <w:t xml:space="preserve">[19:11] </w:t>
      </w:r>
      <w:r>
        <w:t>it directly, you can drive this teaching directly from the verse, because mulaf al-qulub means suffering the heart.</w:t>
      </w:r>
    </w:p>
    <w:p>
      <w:pPr>
        <w:jc w:val="right"/>
      </w:pPr>
      <w:r>
        <w:t>اٹ ڈائریکٹلی، یو کین ڈرائیو دس ٹیچنگ ڈائریکٹلی فرام دا ورس، بیکاز مولف القلوب مینز سفرنگ دا ہارٹ۔</w:t>
      </w:r>
    </w:p>
    <w:p>
      <w:r>
        <w:rPr>
          <w:b/>
        </w:rPr>
        <w:t xml:space="preserve">[19:21] </w:t>
      </w:r>
      <w:r>
        <w:t>So when you said that psychological talent is also part of Islam, then you can, you can, it is very, very understandable.</w:t>
      </w:r>
    </w:p>
    <w:p>
      <w:pPr>
        <w:jc w:val="right"/>
      </w:pPr>
      <w:r>
        <w:t>سو وین آئی سیڈ دیٹ سائیکلوجیکل طالب از السو پارٹ آف اسلام، دین یو کین، یو کین، اٹ از ویری، ویری انڈرسٹینڈیبل۔</w:t>
      </w:r>
    </w:p>
    <w:p>
      <w:r>
        <w:rPr>
          <w:b/>
        </w:rPr>
        <w:t xml:space="preserve">[19:35] </w:t>
      </w:r>
      <w:r>
        <w:t>soai, ai kan si dat daawa iz or, or grt rispansibelity.</w:t>
      </w:r>
    </w:p>
    <w:p>
      <w:pPr>
        <w:jc w:val="right"/>
      </w:pPr>
      <w:r>
        <w:t>سو آئی، آئی کین سی دیٹ دعویٰ از اور، اور گریٹ ریسپانسبیلٹی۔</w:t>
      </w:r>
    </w:p>
    <w:p>
      <w:r>
        <w:rPr>
          <w:b/>
        </w:rPr>
        <w:t xml:space="preserve">[19:49] </w:t>
      </w:r>
      <w:r>
        <w:t>evri muslim, evri momn hiz to du da work. der iz no, daawa iz nat, daawa fr as iz nat optional, iz abligtry.</w:t>
      </w:r>
    </w:p>
    <w:p>
      <w:pPr>
        <w:jc w:val="right"/>
      </w:pPr>
      <w:r>
        <w:t>ایوری مسلم، ایوری مومن ہیز ٹو ڈو دا ورک۔ دیر از نو، دعویٰ از ناٹ، دعویٰ فار اس از ناٹ اپشنل، از ابلیگیٹری۔</w:t>
      </w:r>
    </w:p>
    <w:p>
      <w:r>
        <w:rPr>
          <w:b/>
        </w:rPr>
        <w:t xml:space="preserve">[20:04] </w:t>
      </w:r>
      <w:r>
        <w:t>daawa fr as iz nat optional, nat valntry, but it iz, it iz abligtry. evri muslim hev to du da work.</w:t>
      </w:r>
    </w:p>
    <w:p>
      <w:pPr>
        <w:jc w:val="right"/>
      </w:pPr>
      <w:r>
        <w:t>دعویٰ فار اس از ناٹ اپشنل، ناٹ والنٹری، بٹ اٹ از، اٹ از ابلیگیٹری۔ ایوری مسلم ہیو ٹو ڈو دا ورک۔</w:t>
      </w:r>
    </w:p>
    <w:p>
      <w:r>
        <w:rPr>
          <w:b/>
        </w:rPr>
        <w:t xml:space="preserve">[20:15] </w:t>
      </w:r>
      <w:r>
        <w:t>Some scholars believe that it is, it is for the kifaya. No, it is not for the kifaya. It is for the ain. You have to do the work, otherwise you are not a complete Muslim.</w:t>
      </w:r>
    </w:p>
    <w:p>
      <w:pPr>
        <w:jc w:val="right"/>
      </w:pPr>
      <w:r>
        <w:t>سم اسکالرز بیلیو دیٹ اٹ از، اٹ از فار دا کفایہ۔ نو، اٹ از ناٹ فار دا کفایہ۔ اٹ از فار دا آئین۔ یو ہیو ٹو ڈو دا ورک، ادروائز یو آر ناٹ ا کمپلیٹ مسلم۔</w:t>
      </w:r>
    </w:p>
    <w:p>
      <w:r>
        <w:rPr>
          <w:b/>
        </w:rPr>
        <w:t xml:space="preserve">[20:30] </w:t>
      </w:r>
      <w:r>
        <w:t>so</w:t>
      </w:r>
    </w:p>
    <w:p>
      <w:pPr>
        <w:jc w:val="right"/>
      </w:pPr>
      <w:r>
        <w:t>سو</w:t>
      </w:r>
    </w:p>
    <w:p>
      <w:r>
        <w:rPr>
          <w:b/>
        </w:rPr>
        <w:t xml:space="preserve">[20:33] </w:t>
      </w:r>
      <w:r>
        <w:t>wn aspekt of dis iz dat da work iz or, da work iz abligtry fr as.</w:t>
      </w:r>
    </w:p>
    <w:p>
      <w:pPr>
        <w:jc w:val="right"/>
      </w:pPr>
      <w:r>
        <w:t>ون اسپیکٹ آف دس از دیٹ دا ورک از اور، دا ورک از ابلیگیٹری فار اس۔</w:t>
      </w:r>
    </w:p>
    <w:p>
      <w:r>
        <w:rPr>
          <w:b/>
        </w:rPr>
        <w:t xml:space="preserve">[20:42] </w:t>
      </w:r>
      <w:r>
        <w:t>and then the best way to do the work is doing it by following the principle of talab, talal aql.</w:t>
      </w:r>
    </w:p>
    <w:p>
      <w:pPr>
        <w:jc w:val="right"/>
      </w:pPr>
      <w:r>
        <w:t>اینڈ دین دا بیسٹ وے ٹو ڈو دا ورک از ڈوئنگ اٹ بائی فالونگ دا پرنسپل آف طالب، طالب عقل۔</w:t>
      </w:r>
    </w:p>
    <w:p>
      <w:r>
        <w:rPr>
          <w:b/>
        </w:rPr>
        <w:t xml:space="preserve">[20:54] </w:t>
      </w:r>
      <w:r>
        <w:t>That is when you are invited to some conference, you have to deliver a speech or there by following this principle.</w:t>
      </w:r>
    </w:p>
    <w:p>
      <w:pPr>
        <w:jc w:val="right"/>
      </w:pPr>
      <w:r>
        <w:t>دیٹ از وین یو آر انوائٹڈ ٹو سم کانفرنس، یو ہیو ڈیلیور ا سپیچ اور دیر بائی فالونگ دس پرنسپل۔</w:t>
      </w:r>
    </w:p>
    <w:p>
      <w:r>
        <w:rPr>
          <w:b/>
        </w:rPr>
        <w:t xml:space="preserve">[21:04] </w:t>
      </w:r>
      <w:r>
        <w:t>in this, in, in, in your speech, you have to see in those things that is common, there is common ground.</w:t>
      </w:r>
    </w:p>
    <w:p>
      <w:pPr>
        <w:jc w:val="right"/>
      </w:pPr>
      <w:r>
        <w:t>ان دس، ان، ان، ان یور سپیچ، یو ہیو ٹو سی ان دوز تھنگ دیٹ از کلمہ سوا، دیر از کامن گراؤنڈ۔</w:t>
      </w:r>
    </w:p>
    <w:p>
      <w:r>
        <w:rPr>
          <w:b/>
        </w:rPr>
        <w:t xml:space="preserve">[21:14] </w:t>
      </w:r>
      <w:r>
        <w:t>then you have to prepare literature, prepared literature. And after your speech, you have to distribute all these literature.</w:t>
      </w:r>
    </w:p>
    <w:p>
      <w:pPr>
        <w:jc w:val="right"/>
      </w:pPr>
      <w:r>
        <w:t>دین یو ہیو ٹو پریپیئر لٹریچر، پریپیئرڈ لٹریچر۔ اینڈ افٹر یور سپیچ، یو ہیو ٹو ڈسٹریبیوٹ آل دیز لٹریچرز۔</w:t>
      </w:r>
    </w:p>
    <w:p>
      <w:r>
        <w:rPr>
          <w:b/>
        </w:rPr>
        <w:t xml:space="preserve">[21:24] </w:t>
      </w:r>
      <w:r>
        <w:t>and they will, they will take it with great interest</w:t>
      </w:r>
    </w:p>
    <w:p>
      <w:pPr>
        <w:jc w:val="right"/>
      </w:pPr>
      <w:r>
        <w:t>اینڈ دے ویل، دے ویل ٹیک اٹ ود گریٹ انٹرسٹ</w:t>
      </w:r>
    </w:p>
    <w:p>
      <w:r>
        <w:rPr>
          <w:b/>
        </w:rPr>
        <w:t xml:space="preserve">[21:30] </w:t>
      </w:r>
      <w:r>
        <w:t>, as we, we, as was experience with us in Saharanpur, also in other, some other places.</w:t>
      </w:r>
    </w:p>
    <w:p>
      <w:pPr>
        <w:jc w:val="right"/>
      </w:pPr>
      <w:r>
        <w:t>، ایز وی، وی، ایز واز ایکسپیرینس ود اس ان ساران پور، السو ان ادر، سم ادر پلیسز۔</w:t>
      </w:r>
    </w:p>
    <w:p>
      <w:r>
        <w:rPr>
          <w:b/>
        </w:rPr>
        <w:t xml:space="preserve">[21:42] </w:t>
      </w:r>
      <w:r>
        <w:t>This is the, this is the thought of, this is, you can see, thought of the day, or my experience</w:t>
      </w:r>
    </w:p>
    <w:p>
      <w:pPr>
        <w:jc w:val="right"/>
      </w:pPr>
      <w:r>
        <w:t>دس از دا، دس از دا تھاٹ آف، دس از، یو کین سی، تھاٹ آف دا ڈے، اور مائی ایکسپیرینس</w:t>
      </w:r>
    </w:p>
    <w:p>
      <w:r>
        <w:rPr>
          <w:b/>
        </w:rPr>
        <w:t xml:space="preserve">[21:54] </w:t>
      </w:r>
      <w:r>
        <w:t>now you can add</w:t>
      </w:r>
    </w:p>
    <w:p>
      <w:pPr>
        <w:jc w:val="right"/>
      </w:pPr>
      <w:r>
        <w:t>۔ ناو، یو کین ایڈ</w:t>
      </w:r>
    </w:p>
    <w:p>
      <w:r>
        <w:rPr>
          <w:b/>
        </w:rPr>
        <w:t xml:space="preserve">[21:58] </w:t>
      </w:r>
      <w:r>
        <w:t>something of you</w:t>
      </w:r>
    </w:p>
    <w:p>
      <w:pPr>
        <w:jc w:val="right"/>
      </w:pPr>
      <w:r>
        <w:t>سم تھنگ اف یو،</w:t>
      </w:r>
    </w:p>
    <w:p>
      <w:r>
        <w:rPr>
          <w:b/>
        </w:rPr>
        <w:t xml:space="preserve">[22:01] </w:t>
      </w:r>
      <w:r>
        <w:t>and you can share with us something more of you have</w:t>
      </w:r>
    </w:p>
    <w:p>
      <w:pPr>
        <w:jc w:val="right"/>
      </w:pPr>
      <w:r>
        <w:t>اینڈ یو کین شیئر ود اس سم مور تھنگ اف یو ہیو</w:t>
      </w:r>
    </w:p>
    <w:p>
      <w:r>
        <w:rPr>
          <w:b/>
        </w:rPr>
        <w:t xml:space="preserve">[22:08] </w:t>
      </w:r>
      <w:r>
        <w:t>some new ideas</w:t>
      </w:r>
    </w:p>
    <w:p>
      <w:pPr>
        <w:jc w:val="right"/>
      </w:pPr>
      <w:r>
        <w:t>سم نیو آئیڈیاز۔</w:t>
      </w:r>
    </w:p>
    <w:p>
      <w:r>
        <w:rPr>
          <w:b/>
        </w:rPr>
        <w:t xml:space="preserve">[22:25] </w:t>
      </w:r>
      <w:r>
        <w:t>Maulana, why did the ulama believe that this verse is mansukh now? It is based on a wrong inference.</w:t>
      </w:r>
    </w:p>
    <w:p>
      <w:pPr>
        <w:jc w:val="right"/>
      </w:pPr>
      <w:r>
        <w:t>مولانا، وائی ڈڈ دا علماء بیلیو دیٹ دس ورس از منسوخ ناو؟ اٹ از بیسڈ ان ا رونگ انفرنس۔</w:t>
      </w:r>
    </w:p>
    <w:p>
      <w:r>
        <w:rPr>
          <w:b/>
        </w:rPr>
        <w:t xml:space="preserve">[22:37] </w:t>
      </w:r>
      <w:r>
        <w:t>wat hapn aftr da dath of da prafiit islam? da khalifa waz abubakr siddiq riz</w:t>
      </w:r>
    </w:p>
    <w:p>
      <w:pPr>
        <w:jc w:val="right"/>
      </w:pPr>
      <w:r>
        <w:t>واٹ ہیپن افٹر دا ڈیتھ آف دا پرافیٹ اسلام؟ دا خلیفہ واز ابوبکر صدیق رض</w:t>
      </w:r>
    </w:p>
    <w:p>
      <w:r>
        <w:rPr>
          <w:b/>
        </w:rPr>
        <w:t xml:space="preserve">[22:43] </w:t>
      </w:r>
      <w:r>
        <w:t>yullah anh. So at the time, some, someone or, perhaps two persons came to Abu Bakr Siddiq Razi Allah anh, and they, they asked a land.</w:t>
      </w:r>
    </w:p>
    <w:p>
      <w:pPr>
        <w:jc w:val="right"/>
      </w:pPr>
      <w:r>
        <w:t>ی اللہ عنہ۔ سو ایٹ دا ٹائم، سم، سم ون آر، پرہیپس ٹو پرسن کیم ٹو ابوبکر صدیق رضی اللہ عنہ، اینڈ دے، دے اسکڈ ا لینڈ۔</w:t>
      </w:r>
    </w:p>
    <w:p>
      <w:r>
        <w:rPr>
          <w:b/>
        </w:rPr>
        <w:t xml:space="preserve">[23:00] </w:t>
      </w:r>
      <w:r>
        <w:t>They said that prophet of Islam was ready to give this land to us. So he gave them this land, and they were, any new converts.</w:t>
      </w:r>
    </w:p>
    <w:p>
      <w:pPr>
        <w:jc w:val="right"/>
      </w:pPr>
      <w:r>
        <w:t>دے سیڈ دیٹ پرافیٹ آف اسلام واز ریڈ ٹو گیو دس لینڈ ٹو اس۔ سو ہی گیو دیم دس لینڈ، اینڈ دے ویر، اینی نیو کنورٹس۔</w:t>
      </w:r>
    </w:p>
    <w:p>
      <w:r>
        <w:rPr>
          <w:b/>
        </w:rPr>
        <w:t xml:space="preserve">[23:11] </w:t>
      </w:r>
      <w:r>
        <w:t>so according to this principle, talib aql, Abu Bakr Siddiq gave him that land. So they were very happy. But when they came out, and there was Walid al-Khattab, they happily told him that Khalifa gave us this land as talib aql</w:t>
      </w:r>
    </w:p>
    <w:p>
      <w:pPr>
        <w:jc w:val="right"/>
      </w:pPr>
      <w:r>
        <w:t>سو اکارڈنگ ٹو دس پرنسپل، طالب عقل، ابوبکر صدیق گیو ہم دیٹ لینڈ۔ سو دے ویر ویری ہیپی۔ بٹ وین دے کیم آؤٹ، اینڈ دیر واز ولید الخطاب، دے ہیپیلی ٹولڈ ہم دیٹ خلیفہ گیو اس دس لینڈ ایز طالب عقل</w:t>
      </w:r>
    </w:p>
    <w:p>
      <w:r>
        <w:rPr>
          <w:b/>
        </w:rPr>
        <w:t xml:space="preserve">[23:37] </w:t>
      </w:r>
      <w:r>
        <w:t>. So Hazrat Umar took that paper and tore it. And then they, they, they,</w:t>
      </w:r>
    </w:p>
    <w:p>
      <w:pPr>
        <w:jc w:val="right"/>
      </w:pPr>
      <w:r>
        <w:t>۔ سو حضرت عمر ٹوک دیٹ پیپر اینڈ ٹاؤنڈ اٹ۔ اینڈ دین دے، دے، دے،</w:t>
      </w:r>
    </w:p>
    <w:p>
      <w:r>
        <w:rPr>
          <w:b/>
        </w:rPr>
        <w:t xml:space="preserve">[23:51] </w:t>
      </w:r>
      <w:r>
        <w:t>de met abubakr siddiq, da waz khalifa. dat</w:t>
      </w:r>
    </w:p>
    <w:p>
      <w:pPr>
        <w:jc w:val="right"/>
      </w:pPr>
      <w:r>
        <w:t>دے میٹ ابوبکر صدیق، دا واز خلیفہ۔ دیٹ</w:t>
      </w:r>
    </w:p>
    <w:p>
      <w:r>
        <w:rPr>
          <w:b/>
        </w:rPr>
        <w:t xml:space="preserve">[23:59] </w:t>
      </w:r>
      <w:r>
        <w:t>de said dat,</w:t>
      </w:r>
    </w:p>
    <w:p>
      <w:pPr>
        <w:jc w:val="right"/>
      </w:pPr>
      <w:r>
        <w:t>دے سیڈ دیٹ،</w:t>
      </w:r>
    </w:p>
    <w:p>
      <w:r>
        <w:rPr>
          <w:b/>
        </w:rPr>
        <w:t xml:space="preserve">[24:06] </w:t>
      </w:r>
      <w:r>
        <w:t>you are khalifa, aur waheed khalifa, who is the khalifa.</w:t>
      </w:r>
    </w:p>
    <w:p>
      <w:pPr>
        <w:jc w:val="right"/>
      </w:pPr>
      <w:r>
        <w:t>یو آر خلیفہ، اور ولید خلیفہ، ہو از دا خلیفہ۔</w:t>
      </w:r>
    </w:p>
    <w:p>
      <w:r>
        <w:rPr>
          <w:b/>
        </w:rPr>
        <w:t xml:space="preserve">[24:12] </w:t>
      </w:r>
      <w:r>
        <w:t>so he asked for Wahid al-Khattab, and he, he, and asked why you taunted my,</w:t>
      </w:r>
    </w:p>
    <w:p>
      <w:pPr>
        <w:jc w:val="right"/>
      </w:pPr>
      <w:r>
        <w:t>سو ہی اسکڈ فار ولید الخطاب، اینڈ ہی، ہی، اینڈ اسکڈ وائی یو ٹاؤنڈ مائی،</w:t>
      </w:r>
    </w:p>
    <w:p>
      <w:r>
        <w:rPr>
          <w:b/>
        </w:rPr>
        <w:t xml:space="preserve">[24:27] </w:t>
      </w:r>
      <w:r>
        <w:t>my, my paper in which I given this land to this people. He said that that time Islam was weak, now Islam is strong.</w:t>
      </w:r>
    </w:p>
    <w:p>
      <w:pPr>
        <w:jc w:val="right"/>
      </w:pPr>
      <w:r>
        <w:t>مائی، مائی پیپر ان وچ آئی گیون دس لینڈ ٹو دس پیپل۔ ہی سیڈ دیٹ دیٹ ٹائم اسلام واز ویک، ناو اسلام از سٹرانگ۔</w:t>
      </w:r>
    </w:p>
    <w:p>
      <w:r>
        <w:rPr>
          <w:b/>
        </w:rPr>
        <w:t xml:space="preserve">[24:38] </w:t>
      </w:r>
      <w:r>
        <w:t>so we don't do talab-e-aql. so by taking this example, ulama, the majority, are all ulama,</w:t>
      </w:r>
    </w:p>
    <w:p>
      <w:pPr>
        <w:jc w:val="right"/>
      </w:pPr>
      <w:r>
        <w:t>سو وی ڈونٹ ڈو طالب عقل۔ سو بائی ٹیکنگ دس ایگزیمپل، علماء، دا میجورٹی، ار ال علماء،</w:t>
      </w:r>
    </w:p>
    <w:p>
      <w:r>
        <w:rPr>
          <w:b/>
        </w:rPr>
        <w:t xml:space="preserve">[24:50] </w:t>
      </w:r>
      <w:r>
        <w:t>any said dat it is now obligated. but i said dat it is wrong. this kind of reasoning is completely wrong.</w:t>
      </w:r>
    </w:p>
    <w:p>
      <w:pPr>
        <w:jc w:val="right"/>
      </w:pPr>
      <w:r>
        <w:t>اینی سیڈ دیٹ اٹ از ناو ابلیگیٹڈ۔ بٹ آئی سیڈ دیٹ اٹ از رونگ۔ دس کائنڈ آف ریزننگ از کمپلیٹلی رونگ۔</w:t>
      </w:r>
    </w:p>
    <w:p>
      <w:r>
        <w:rPr>
          <w:b/>
        </w:rPr>
        <w:t xml:space="preserve">[25:01] </w:t>
      </w:r>
      <w:r>
        <w:t>that was a single instance by Umar Farooq. This, this instance cannot, by taking this instance, you can't obligate teaching of the</w:t>
      </w:r>
    </w:p>
    <w:p>
      <w:pPr>
        <w:jc w:val="right"/>
      </w:pPr>
      <w:r>
        <w:t>دیٹ واز ا سنگل انسٹنس بائی عمر فاروق۔ دس، دس انسٹنس کین ناٹ، بائی ٹیکنگ دس انسٹنس، یو کینٹ ابلیگیٹ ٹیچنگ آف دا</w:t>
      </w:r>
    </w:p>
    <w:p>
      <w:r>
        <w:rPr>
          <w:b/>
        </w:rPr>
        <w:t xml:space="preserve">[25:13] </w:t>
      </w:r>
      <w:r>
        <w:t>quran. so i am not, i said dat this inference was not, was completely wrong.</w:t>
      </w:r>
    </w:p>
    <w:p>
      <w:pPr>
        <w:jc w:val="right"/>
      </w:pPr>
      <w:r>
        <w:t>قرآن۔ سو آئی ایم ناٹ، آئی سیڈ دیٹ دس انفرنس واز ناٹ، واز کمپلیٹلی رونگ۔</w:t>
      </w:r>
    </w:p>
    <w:p>
      <w:r>
        <w:rPr>
          <w:b/>
        </w:rPr>
        <w:t xml:space="preserve">[25:25] </w:t>
      </w:r>
      <w:r>
        <w:t>it is not abolished.</w:t>
      </w:r>
    </w:p>
    <w:p>
      <w:pPr>
        <w:jc w:val="right"/>
      </w:pPr>
      <w:r>
        <w:t>اٹ از ناٹ ابولشڈ۔</w:t>
      </w:r>
    </w:p>
    <w:p>
      <w:r>
        <w:rPr>
          <w:b/>
        </w:rPr>
        <w:t xml:space="preserve">[25:29] </w:t>
      </w:r>
      <w:r>
        <w:t>this verse is not abolished. maulana, after this instance, were there other instances where talib-e-aql in this form was done?</w:t>
      </w:r>
    </w:p>
    <w:p>
      <w:pPr>
        <w:jc w:val="right"/>
      </w:pPr>
      <w:r>
        <w:t>دس ورس از ناٹ ابولشڈ۔ مولانا، افٹر دس انسٹنس، وار دیر ادر انسٹنسز ویر طالب عقل ان دس فارم واز ڈن؟</w:t>
      </w:r>
    </w:p>
    <w:p>
      <w:r>
        <w:rPr>
          <w:b/>
        </w:rPr>
        <w:t xml:space="preserve">[25:41] </w:t>
      </w:r>
      <w:r>
        <w:t>was continue to</w:t>
      </w:r>
    </w:p>
    <w:p>
      <w:pPr>
        <w:jc w:val="right"/>
      </w:pPr>
      <w:r>
        <w:t>واز کنٹینیو ٹو</w:t>
      </w:r>
    </w:p>
    <w:p>
      <w:r>
        <w:rPr>
          <w:b/>
        </w:rPr>
        <w:t xml:space="preserve">[25:43] </w:t>
      </w:r>
      <w:r>
        <w:t>be? you know, after the death of the prophet of islam, muslims were able to establish an empire.</w:t>
      </w:r>
    </w:p>
    <w:p>
      <w:pPr>
        <w:jc w:val="right"/>
      </w:pPr>
      <w:r>
        <w:t>بی؟ یو نو، افٹر دا ڈیتھ آف دا پرافیٹ آف اسلام، مسلمز ویر ایبل ٹو اسٹیبلش اینڈ ایمپائر۔</w:t>
      </w:r>
    </w:p>
    <w:p>
      <w:r>
        <w:rPr>
          <w:b/>
        </w:rPr>
        <w:t xml:space="preserve">[25:53] </w:t>
      </w:r>
      <w:r>
        <w:t>so then muslim develop other kind of thinking. that is, we are, we are king, we are emperor.</w:t>
      </w:r>
    </w:p>
    <w:p>
      <w:pPr>
        <w:jc w:val="right"/>
      </w:pPr>
      <w:r>
        <w:t>سو دین مسلم ڈیویلپ ادر کائنڈ آف تھنکنگ۔ دیٹ از، وی آر، وی آر کنگ، وی آر ایمپرر۔</w:t>
      </w:r>
    </w:p>
    <w:p>
      <w:r>
        <w:rPr>
          <w:b/>
        </w:rPr>
        <w:t xml:space="preserve">[26:01] </w:t>
      </w:r>
      <w:r>
        <w:t>so consciously, or casually, they used to believe that now power is enough.</w:t>
      </w:r>
    </w:p>
    <w:p>
      <w:pPr>
        <w:jc w:val="right"/>
      </w:pPr>
      <w:r>
        <w:t>سو کانشیسلی، ار کاشلی، دے یوز ٹو بیلیو دیٹ ناو پاور از اینف۔</w:t>
      </w:r>
    </w:p>
    <w:p>
      <w:r>
        <w:rPr>
          <w:b/>
        </w:rPr>
        <w:t xml:space="preserve">[26:11] </w:t>
      </w:r>
      <w:r>
        <w:t>we don't need talib</w:t>
      </w:r>
    </w:p>
    <w:p>
      <w:pPr>
        <w:jc w:val="right"/>
      </w:pPr>
      <w:r>
        <w:t>وی ڈونٹ نیڈ طالب</w:t>
      </w:r>
    </w:p>
    <w:p>
      <w:r>
        <w:rPr>
          <w:b/>
        </w:rPr>
        <w:t xml:space="preserve">[26:12] </w:t>
      </w:r>
      <w:r>
        <w:t>e-aql. but this kind of thinking also was wrong. you see that after the prophet of Islam, there was no dawah practically.</w:t>
      </w:r>
    </w:p>
    <w:p>
      <w:pPr>
        <w:jc w:val="right"/>
      </w:pPr>
      <w:r>
        <w:t>عقل۔ بٹ دس کائنڈ آف تھنکنگ السو واز رونگ۔ یو سی دیٹ افٹر دا پرافیٹ آف اسلام، دیر واز نو دعوت پریکٹیکلی۔</w:t>
      </w:r>
    </w:p>
    <w:p>
      <w:r>
        <w:rPr>
          <w:b/>
        </w:rPr>
        <w:t xml:space="preserve">[26:22] </w:t>
      </w:r>
      <w:r>
        <w:t>although people were embracing islam, but this, this was an own not as the dawah.</w:t>
      </w:r>
    </w:p>
    <w:p>
      <w:pPr>
        <w:jc w:val="right"/>
      </w:pPr>
      <w:r>
        <w:t>الدو پیپل وار ایمبیسنگ اسلام، بٹ دس، دس واز ان اون ناٹ ایز دا دعوت۔</w:t>
      </w:r>
    </w:p>
    <w:p>
      <w:r>
        <w:rPr>
          <w:b/>
        </w:rPr>
        <w:t xml:space="preserve">[26:32] </w:t>
      </w:r>
      <w:r>
        <w:t>so when muslims were successful to establish and establish empire, they forget the,</w:t>
      </w:r>
    </w:p>
    <w:p>
      <w:pPr>
        <w:jc w:val="right"/>
      </w:pPr>
      <w:r>
        <w:t>سو وین مسلمز ویر سکسیس فل ٹو اسٹیبلش اینڈ اسٹیبلش ایمپائر، دے فارگیٹ دا،</w:t>
      </w:r>
    </w:p>
    <w:p>
      <w:r>
        <w:rPr>
          <w:b/>
        </w:rPr>
        <w:t xml:space="preserve">[26:45] </w:t>
      </w:r>
      <w:r>
        <w:t>da, da responsibility of dawah. they, and they, they, they engage them self in, in political expansion</w:t>
      </w:r>
    </w:p>
    <w:p>
      <w:pPr>
        <w:jc w:val="right"/>
      </w:pPr>
      <w:r>
        <w:t>دا، دا رسپانسبیلٹی آف دعوت۔ دے، اینڈ دے، دے، دے اینگیج دیم سیلف ان، ان پولیٹیکل ایکسپینشن</w:t>
      </w:r>
    </w:p>
    <w:p>
      <w:r>
        <w:rPr>
          <w:b/>
        </w:rPr>
        <w:t xml:space="preserve">[27:00] </w:t>
      </w:r>
      <w:r>
        <w:t>. so this, this said part of some history what happened.</w:t>
      </w:r>
    </w:p>
    <w:p>
      <w:pPr>
        <w:jc w:val="right"/>
      </w:pPr>
      <w:r>
        <w:t>۔ سو دس، دس سیڈ پارٹ آف سم ہسٹری واٹ ہیپنڈ۔</w:t>
      </w:r>
    </w:p>
    <w:p>
      <w:r>
        <w:rPr>
          <w:b/>
        </w:rPr>
        <w:t xml:space="preserve">[27:15] </w:t>
      </w:r>
      <w:r>
        <w:t>it is very difficult to understand dat how one or two stray incidents be taken as abolishing or abrogating principle clearly mentioned in the quran.</w:t>
      </w:r>
    </w:p>
    <w:p>
      <w:pPr>
        <w:jc w:val="right"/>
      </w:pPr>
      <w:r>
        <w:t>اٹ از ویری ڈیفیکلٹ ٹو انڈرسٹینڈ دیٹ ہاؤ ون آر ٹو اسٹرے انسیڈنٹس بی ٹیکن ایز ابولشنگ اور ابروگیٹنگ پرنسپل کلیئرلی مینشن ان دا قرآن۔</w:t>
      </w:r>
    </w:p>
    <w:p>
      <w:r>
        <w:rPr>
          <w:b/>
        </w:rPr>
        <w:t xml:space="preserve">[27:30] </w:t>
      </w:r>
      <w:r>
        <w:t>how could ulama do this? it was wrong. you know, if you read the islamic history, you will find there is chapter awliyat-e-umar.</w:t>
      </w:r>
    </w:p>
    <w:p>
      <w:pPr>
        <w:jc w:val="right"/>
      </w:pPr>
      <w:r>
        <w:t>ہاؤ کڈ علماء ڈو دس؟ اٹ واز رونگ۔ یو نو، اف یو ریڈ دا اسلامک ہسٹری، یو ویل فائنڈ دیر از چیپٹر اولیات عمر۔</w:t>
      </w:r>
    </w:p>
    <w:p>
      <w:r>
        <w:rPr>
          <w:b/>
        </w:rPr>
        <w:t xml:space="preserve">[27:42] </w:t>
      </w:r>
      <w:r>
        <w:t>awliyat-e-umar means those thing dat was adopted by umar bin khattab. first, so this was also in the thing.</w:t>
      </w:r>
    </w:p>
    <w:p>
      <w:pPr>
        <w:jc w:val="right"/>
      </w:pPr>
      <w:r>
        <w:t>اولیات عمر مینز دو تھنگ دیٹ واز اڈاپٹڈ بائے عمر بن خطاب۔ فرسٹ، سو دس واز السو ان دا تھنگ۔</w:t>
      </w:r>
    </w:p>
    <w:p>
      <w:r>
        <w:rPr>
          <w:b/>
        </w:rPr>
        <w:t xml:space="preserve">[27:55] </w:t>
      </w:r>
      <w:r>
        <w:t>he adopted this principle.</w:t>
      </w:r>
    </w:p>
    <w:p>
      <w:pPr>
        <w:jc w:val="right"/>
      </w:pPr>
      <w:r>
        <w:t>ہی اڈاپٹڈ دس پرنسپل۔</w:t>
      </w:r>
    </w:p>
    <w:p>
      <w:r>
        <w:rPr>
          <w:b/>
        </w:rPr>
        <w:t xml:space="preserve">[27:58] </w:t>
      </w:r>
      <w:r>
        <w:t>it is single instance dat you can, they can, they have no other instance to refer. so only this is only by taking this instance, you can not say dat quran in the verse was abolished.</w:t>
      </w:r>
    </w:p>
    <w:p>
      <w:pPr>
        <w:jc w:val="right"/>
      </w:pPr>
      <w:r>
        <w:t>اٹ از سنگل انسٹنس دیٹ یو کین، دے کین، دے ہیو نو ادر انسٹنس ٹو ریفر۔ سو اونلی دس از اونلی بائی ٹیکنگ دس انسٹنس، یو کین ناٹ سی دیٹ قرآن ان دا ورس واز ابولشڈ۔</w:t>
      </w:r>
    </w:p>
    <w:p>
      <w:r>
        <w:rPr>
          <w:b/>
        </w:rPr>
        <w:t xml:space="preserve">[28:14] </w:t>
      </w:r>
      <w:r>
        <w:t>No, but the basic reason was that at the time Muslims are living in empire</w:t>
      </w:r>
    </w:p>
    <w:p>
      <w:pPr>
        <w:jc w:val="right"/>
      </w:pPr>
      <w:r>
        <w:t>نو، بٹ دا بیسک ریزن واز دیٹ ایٹ دیٹ ٹائم مسلمز ار لیونگ ان ایمپائر</w:t>
      </w:r>
    </w:p>
    <w:p>
      <w:r>
        <w:rPr>
          <w:b/>
        </w:rPr>
        <w:t xml:space="preserve">[28:22] </w:t>
      </w:r>
      <w:r>
        <w:t>. so they lost the concern, they lost the dawah concern. all were running after political power.</w:t>
      </w:r>
    </w:p>
    <w:p>
      <w:pPr>
        <w:jc w:val="right"/>
      </w:pPr>
      <w:r>
        <w:t>۔ سو دے لاسٹ دا کنسرن، دے لاسٹ دا دعوت کنسرن۔ ال ویر رننگ افٹر پولیٹیکل پاور۔</w:t>
      </w:r>
    </w:p>
    <w:p>
      <w:r>
        <w:rPr>
          <w:b/>
        </w:rPr>
        <w:t xml:space="preserve">[28:34] </w:t>
      </w:r>
      <w:r>
        <w:t>so Muslims lost the, the,</w:t>
      </w:r>
    </w:p>
    <w:p>
      <w:pPr>
        <w:jc w:val="right"/>
      </w:pPr>
      <w:r>
        <w:t>سو مسلمز لاسٹ دا، دا،</w:t>
      </w:r>
    </w:p>
    <w:p>
      <w:r>
        <w:rPr>
          <w:b/>
        </w:rPr>
        <w:t xml:space="preserve">[28:40] </w:t>
      </w:r>
      <w:r>
        <w:t>any at the time there was dawah was not their concern. it is a very sad part of history, but it happened.</w:t>
      </w:r>
    </w:p>
    <w:p>
      <w:pPr>
        <w:jc w:val="right"/>
      </w:pPr>
      <w:r>
        <w:t>اینی ایٹ دا ٹائم دیر واز دعوت واز ناٹ دیر کنسرن۔ اٹ از ا ویری سیڈ پارٹ اف ہسٹری، بٹ اٹ ہیپنڈ۔</w:t>
      </w:r>
    </w:p>
    <w:p>
      <w:r>
        <w:rPr>
          <w:b/>
        </w:rPr>
        <w:t xml:space="preserve">[28:51] </w:t>
      </w:r>
      <w:r>
        <w:t>there is no reason, no argument other than this single instance why they abolished the talib aql.</w:t>
      </w:r>
    </w:p>
    <w:p>
      <w:pPr>
        <w:jc w:val="right"/>
      </w:pPr>
      <w:r>
        <w:t>دیر از نو ریزن، نو ارگیومنٹ ادر دین دس سنگل انسٹنس وائی دے ابولشڈ دا طالب عقل۔</w:t>
      </w:r>
    </w:p>
    <w:p>
      <w:r>
        <w:rPr>
          <w:b/>
        </w:rPr>
        <w:t xml:space="preserve">[29:05] </w:t>
      </w:r>
      <w:r>
        <w:t>you can see, if you want to know detail, you can see that any commentary, you can find this instance in any every country, commentary of the Quran.</w:t>
      </w:r>
    </w:p>
    <w:p>
      <w:pPr>
        <w:jc w:val="right"/>
      </w:pPr>
      <w:r>
        <w:t>یو کین سی، اف یو وانٹ ٹو نو ڈیٹیل، یو کین سی دیٹ اینی کمنٹری، یو کین فائنڈ دس انسٹنس ان اینی ایوری کنٹری، کمنٹری اف دا قرآن۔</w:t>
      </w:r>
    </w:p>
    <w:p>
      <w:r>
        <w:rPr>
          <w:b/>
        </w:rPr>
        <w:t xml:space="preserve">[29:21] </w:t>
      </w:r>
      <w:r>
        <w:t>they could have done ijtihad, and they could have applied this teaching to different situations. so it was not necessary that every time you give a land, piece of land, or something like this.</w:t>
      </w:r>
    </w:p>
    <w:p>
      <w:pPr>
        <w:jc w:val="right"/>
      </w:pPr>
      <w:r>
        <w:t>دے کڈ ہیو ڈن اجتہاد، اینڈ دے کڈ ہیو اپلائیڈ دس ٹیچنگ ٹو ڈفرنٹ سچویشنز۔ سو اٹ واز ناٹ نیسیسری دیٹ ایوری ٹائم یو گیو ا لینڈ، پیس اف لینڈ، اور سمتھنگ لائک دس۔</w:t>
      </w:r>
    </w:p>
    <w:p>
      <w:r>
        <w:rPr>
          <w:b/>
        </w:rPr>
        <w:t xml:space="preserve">[29:35] </w:t>
      </w:r>
      <w:r>
        <w:t>so they fail to apply this teaching to different situation, like this psychological talib.</w:t>
      </w:r>
    </w:p>
    <w:p>
      <w:pPr>
        <w:jc w:val="right"/>
      </w:pPr>
      <w:r>
        <w:t>سو دے فیل ٹو اپلائی دس ٹیچنگ ٹو ڈفرنٹ سچویشن، لائک دس سائیکلوجیکل طالب۔</w:t>
      </w:r>
    </w:p>
    <w:p>
      <w:r>
        <w:rPr>
          <w:b/>
        </w:rPr>
        <w:t xml:space="preserve">[29:43] </w:t>
      </w:r>
      <w:r>
        <w:t>this, this concept of psychological talib makes it a very, very universal concept</w:t>
      </w:r>
    </w:p>
    <w:p>
      <w:pPr>
        <w:jc w:val="right"/>
      </w:pPr>
      <w:r>
        <w:t>دس، دس کانسیپٹ اف سائیکلوجیکل طالب میکس اٹ ا ویری، ویری یونیورسل کانسیپٹ</w:t>
      </w:r>
    </w:p>
    <w:p>
      <w:r>
        <w:rPr>
          <w:b/>
        </w:rPr>
        <w:t xml:space="preserve">[29:49] </w:t>
      </w:r>
      <w:r>
        <w:t>, which is applicable in every situation. and you know, all the business men, successful business men, any</w:t>
      </w:r>
    </w:p>
    <w:p>
      <w:pPr>
        <w:jc w:val="right"/>
      </w:pPr>
      <w:r>
        <w:t>، وچ از ایپلیکیبل ان ایوری سچویشن۔ اینڈ یو نو، ال دا بزنس مین، سکسیس فل بزنس مین، اینی</w:t>
      </w:r>
    </w:p>
    <w:p>
      <w:r>
        <w:rPr>
          <w:b/>
        </w:rPr>
        <w:t xml:space="preserve">[30:02] </w:t>
      </w:r>
      <w:r>
        <w:t>apply this law not in the name of talib, they in the name of business promotion, or some other w</w:t>
      </w:r>
    </w:p>
    <w:p>
      <w:pPr>
        <w:jc w:val="right"/>
      </w:pPr>
      <w:r>
        <w:t>اپلائی دس لاء ناٹ ان دا نیم اف طالب، دے ان دا نیم اف بزنس پروموشن، اور سم ادر و</w:t>
      </w:r>
    </w:p>
    <w:p>
      <w:r>
        <w:rPr>
          <w:b/>
        </w:rPr>
        <w:t xml:space="preserve">[30:12] </w:t>
      </w:r>
      <w:r>
        <w:t>ers. so every successful business man, any hevo adopted this principle, principle of talib aql.</w:t>
      </w:r>
    </w:p>
    <w:p>
      <w:pPr>
        <w:jc w:val="right"/>
      </w:pPr>
      <w:r>
        <w:t>رس۔ سو ایوری سکسیس فل بزنس مین، اینی ہیو اڈاپٹڈ دس پرنسپل، پرنسپل اف طالب عقل۔</w:t>
      </w:r>
    </w:p>
    <w:p>
      <w:r>
        <w:rPr>
          <w:b/>
        </w:rPr>
        <w:t xml:space="preserve">[30:24] </w:t>
      </w:r>
      <w:r>
        <w:t>perhaps you know better this principle. they use some other verse, like business promotion. so it is a general principle. in Bangalore, we had meet liajah officer, who was working with the Birlas, and his job was only to give gifts</w:t>
      </w:r>
    </w:p>
    <w:p>
      <w:pPr>
        <w:jc w:val="right"/>
      </w:pPr>
      <w:r>
        <w:t>پرہیپس یو نو بیٹر دس پرنسپل۔ دے یوز سم ادر ورس، لائک بزنس پروموشن۔ سو اٹ از ا جنرل پرنسپل۔ ان بنگلور، وی ہیڈ میٹ لیاجہ افیسر، ہو واز ورکنگ ود دا برلاز، اینڈ ہز جاب واز اونلی ٹو گیو گفٹس</w:t>
      </w:r>
    </w:p>
    <w:p>
      <w:r>
        <w:rPr>
          <w:b/>
        </w:rPr>
        <w:t xml:space="preserve">[30:42] </w:t>
      </w:r>
      <w:r>
        <w:t>. Mr. Nathaa, Mr. Nathaa, gifts to those people who had dealings with the company. this is the only job, bhai.</w:t>
      </w:r>
    </w:p>
    <w:p>
      <w:pPr>
        <w:jc w:val="right"/>
      </w:pPr>
      <w:r>
        <w:t>۔ مسٹر ناتھا، مسٹر ناتھا، گفٹس ٹو دوز پیپل ہو ایڈ ڈیلنگز ود دی کمپنی۔ دس از دا اونلی جاب، بھائی۔</w:t>
      </w:r>
    </w:p>
    <w:p>
      <w:r>
        <w:rPr>
          <w:b/>
        </w:rPr>
        <w:t xml:space="preserve">[30:51] </w:t>
      </w:r>
      <w:r>
        <w:t>this is the only job. so it is universal principle,</w:t>
      </w:r>
    </w:p>
    <w:p>
      <w:pPr>
        <w:jc w:val="right"/>
      </w:pPr>
      <w:r>
        <w:t>دس از دا اونلی جاب۔ سو اٹ از یونیورسل پرنسپل،</w:t>
      </w:r>
    </w:p>
    <w:p>
      <w:r>
        <w:rPr>
          <w:b/>
        </w:rPr>
        <w:t xml:space="preserve">[31:00] </w:t>
      </w:r>
      <w:r>
        <w:t>and there is no reason to exempt the work from this principle. so this ijtihad was completely wrong.</w:t>
      </w:r>
    </w:p>
    <w:p>
      <w:pPr>
        <w:jc w:val="right"/>
      </w:pPr>
      <w:r>
        <w:t>اینڈ دیر از نو ریزن ٹو ایگزیمپٹ دا ورک فرام دس پرنسپل۔ سو دس اجتہاد واز کمپلیٹلی رونگ۔</w:t>
      </w:r>
    </w:p>
    <w:p>
      <w:r>
        <w:rPr>
          <w:b/>
        </w:rPr>
        <w:t xml:space="preserve">[31:13] </w:t>
      </w:r>
      <w:r>
        <w:t>I can see that it was not justified ijtihad. Maulana, is there any verse from the Quran or any Islamic principle which refers to the validation of this talib qalb principle?</w:t>
      </w:r>
    </w:p>
    <w:p>
      <w:pPr>
        <w:jc w:val="right"/>
      </w:pPr>
      <w:r>
        <w:t>ائی کین سی دیٹ اٹ واز ناٹ جسٹیفائیڈ اجتہاد۔ مولانا، از دیر اینی ورس فرام دا قرآن اور اینی اسلامک پرنسپل وچ ریفرز ٹو دی ویلیڈیشن اف دس طالب قلب پرنسپل؟</w:t>
      </w:r>
    </w:p>
    <w:p>
      <w:r>
        <w:rPr>
          <w:b/>
        </w:rPr>
        <w:t xml:space="preserve">[31:31] </w:t>
      </w:r>
      <w:r>
        <w:t>so that we can tell them that if one incident of Umar is being referred. but look, there are other verses or principles of Islam</w:t>
      </w:r>
    </w:p>
    <w:p>
      <w:pPr>
        <w:jc w:val="right"/>
      </w:pPr>
      <w:r>
        <w:t>سو دیٹ وی کین ٹیل دیم دیٹ اف ون انسیڈنٹ اف عمر از بینگ ریفرڈ۔ بٹ لوک، دیر ار ادر ورسز اور پرنسپلز اف اسلام</w:t>
      </w:r>
    </w:p>
    <w:p>
      <w:r>
        <w:rPr>
          <w:b/>
        </w:rPr>
        <w:t xml:space="preserve">[31:42] </w:t>
      </w:r>
      <w:r>
        <w:t>. this verses enough is very clear.</w:t>
      </w:r>
    </w:p>
    <w:p>
      <w:pPr>
        <w:jc w:val="right"/>
      </w:pPr>
      <w:r>
        <w:t>۔ دس ورسز اینف از ویری کلیئر۔</w:t>
      </w:r>
    </w:p>
    <w:p>
      <w:r>
        <w:rPr>
          <w:b/>
        </w:rPr>
        <w:t xml:space="preserve">[31:49] </w:t>
      </w:r>
      <w:r>
        <w:t>Waleed muallafata quloob, there is no doubt. why you need some other verses? one verses, when the verse is clear. no one denies that this verse is not clear.</w:t>
      </w:r>
    </w:p>
    <w:p>
      <w:pPr>
        <w:jc w:val="right"/>
      </w:pPr>
      <w:r>
        <w:t>ولید مؤلفۃ قلوب، دیر از نو ڈاؤٹ۔ وائی یو نیڈ سم ادر ورسز؟ ون ورسز، وین دا ورس از کلیئر۔ نو ون ڈینائز دیٹ دس ورس از ناٹ کلیئر۔</w:t>
      </w:r>
    </w:p>
    <w:p>
      <w:r>
        <w:rPr>
          <w:b/>
        </w:rPr>
        <w:t xml:space="preserve">[32:00] </w:t>
      </w:r>
      <w:r>
        <w:t>is not the question. no one denies that this verse is not clear. it is very, very clear. they only abolish the</w:t>
      </w:r>
    </w:p>
    <w:p>
      <w:pPr>
        <w:jc w:val="right"/>
      </w:pPr>
      <w:r>
        <w:t>از ناٹ دا کوئسچن۔ نو ون ڈینائز دیٹ دس ورس از ناٹ کلیئر۔ اٹ از ویری، ویری کلیئر۔ دے اونلی ابولش د</w:t>
      </w:r>
    </w:p>
    <w:p>
      <w:r>
        <w:rPr>
          <w:b/>
        </w:rPr>
        <w:t xml:space="preserve">[32:10] </w:t>
      </w:r>
      <w:r>
        <w:t>s. so the question is whether, yani you, you are, you have power to abolish this verse or not.</w:t>
      </w:r>
    </w:p>
    <w:p>
      <w:pPr>
        <w:jc w:val="right"/>
      </w:pPr>
      <w:r>
        <w:t>س۔ سو دا کوئسچن از ویدر، یعنی یو، یو آر، یو ہیو پاور ٹو ابولش دس ورس اور ناٹ۔</w:t>
      </w:r>
    </w:p>
    <w:p>
      <w:r>
        <w:rPr>
          <w:b/>
        </w:rPr>
        <w:t xml:space="preserve">[32:18] </w:t>
      </w:r>
      <w:r>
        <w:t>otherwise, very clear. Maulana, what is valid criteria to abolish a verse?</w:t>
      </w:r>
    </w:p>
    <w:p>
      <w:pPr>
        <w:jc w:val="right"/>
      </w:pPr>
      <w:r>
        <w:t>ادروائز، ویری کلیئر۔ مولانا، واٹ از ویلڈ کرائٹیریا ٹو ابولش ا ورس؟</w:t>
      </w:r>
    </w:p>
    <w:p>
      <w:r>
        <w:rPr>
          <w:b/>
        </w:rPr>
        <w:t xml:space="preserve">[32:27] </w:t>
      </w:r>
      <w:r>
        <w:t>no criteria. it is, it is, it is wrong, completely wrong. this concept is wrong. you see, this concept is not.</w:t>
      </w:r>
    </w:p>
    <w:p>
      <w:pPr>
        <w:jc w:val="right"/>
      </w:pPr>
      <w:r>
        <w:t>نو کرائٹیریا۔ اٹ از، اٹ از، اٹ از رونگ، کمپلیٹلی رونگ۔ دس کانسیپٹ از رونگ۔ یو سی، دس کانسیپٹ از ناٹ۔</w:t>
      </w:r>
    </w:p>
    <w:p>
      <w:r>
        <w:rPr>
          <w:b/>
        </w:rPr>
        <w:t xml:space="preserve">[32:36] </w:t>
      </w:r>
      <w:r>
        <w:t>You cannot prove this concept in the Quran. The concept of dust is not present in the Quran.</w:t>
      </w:r>
    </w:p>
    <w:p>
      <w:pPr>
        <w:jc w:val="right"/>
      </w:pPr>
      <w:r>
        <w:t>یو کین ناٹ پروف دس کانسیپٹ ان دا قرآن۔ کانسیپٹ اف ڈسٹ از ناٹ پریزنٹ ان دا قرآن۔</w:t>
      </w:r>
    </w:p>
    <w:p>
      <w:r>
        <w:rPr>
          <w:b/>
        </w:rPr>
        <w:t xml:space="preserve">[32:46] </w:t>
      </w:r>
      <w:r>
        <w:t>concept of dust is not in the Quran.</w:t>
      </w:r>
    </w:p>
    <w:p>
      <w:pPr>
        <w:jc w:val="right"/>
      </w:pPr>
      <w:r>
        <w:t>کانسیپٹ اف ڈسٹ از ناٹ ان دا قرآن۔</w:t>
      </w:r>
    </w:p>
    <w:p>
      <w:r>
        <w:rPr>
          <w:b/>
        </w:rPr>
        <w:t xml:space="preserve">[32:52] </w:t>
      </w:r>
      <w:r>
        <w:t>is the, it is basically a wrong concept</w:t>
      </w:r>
    </w:p>
    <w:p>
      <w:pPr>
        <w:jc w:val="right"/>
      </w:pPr>
      <w:r>
        <w:t>از دے، اٹ از بیسیکلی ا رونگ کانسیپٹ</w:t>
      </w:r>
    </w:p>
    <w:p>
      <w:r>
        <w:rPr>
          <w:b/>
        </w:rPr>
        <w:t xml:space="preserve">[32:55] </w:t>
      </w:r>
      <w:r>
        <w:t>. You know, all those principles given in the Quran are subject to gradual change.</w:t>
      </w:r>
    </w:p>
    <w:p>
      <w:pPr>
        <w:jc w:val="right"/>
      </w:pPr>
      <w:r>
        <w:t>۔ یو نو، ال دوز پرنسپلز گیون ان دا قرآن ار سبجیکٹ ٹو گریجول چینج۔</w:t>
      </w:r>
    </w:p>
    <w:p>
      <w:r>
        <w:rPr>
          <w:b/>
        </w:rPr>
        <w:t xml:space="preserve">[33:04] </w:t>
      </w:r>
      <w:r>
        <w:t>even namaz, every principle, even namaz. So it is subject to gradual change.</w:t>
      </w:r>
    </w:p>
    <w:p>
      <w:pPr>
        <w:jc w:val="right"/>
      </w:pPr>
      <w:r>
        <w:t>ایون نماز، ایوری پرنسپل، ایون نماز۔ سو اٹ از سبجیکٹ ٹو گریجول چینج۔</w:t>
      </w:r>
    </w:p>
    <w:p>
      <w:r>
        <w:rPr>
          <w:b/>
        </w:rPr>
        <w:t xml:space="preserve">[33:13] </w:t>
      </w:r>
      <w:r>
        <w:t>when some people accept islam, but they have no knowledge in arabic</w:t>
      </w:r>
    </w:p>
    <w:p>
      <w:pPr>
        <w:jc w:val="right"/>
      </w:pPr>
      <w:r>
        <w:t>ون سم پیپل ایکسیپٹ اسلام، بٹ دے ہیو نو نالج ان عربک</w:t>
      </w:r>
    </w:p>
    <w:p>
      <w:r>
        <w:rPr>
          <w:b/>
        </w:rPr>
        <w:t xml:space="preserve">[33:23] </w:t>
      </w:r>
      <w:r>
        <w:t>language. they cannot, any recited quran verse. so imam abu hanifa have given da fatwa that these people for a temporary period are allowed to, to, to say namaz in personal language.</w:t>
      </w:r>
    </w:p>
    <w:p>
      <w:pPr>
        <w:jc w:val="right"/>
      </w:pPr>
      <w:r>
        <w:t>لینگویج۔ دے کین ناٹ، اینی ریسائیڈ قرآن ورس۔ سو امام ابو حنیفہ ہیو گیون دا فتوی دیٹ دیز پیپل فار ا ٹیمپریری پیریڈ ار الاؤڈ ٹو، ٹو، ٹو سے نماز ان پرسنل لینگویج۔</w:t>
      </w:r>
    </w:p>
    <w:p>
      <w:r>
        <w:rPr>
          <w:b/>
        </w:rPr>
        <w:t xml:space="preserve">[33:39] </w:t>
      </w:r>
      <w:r>
        <w:t>it was any principle of gradation. it was not abolition.</w:t>
      </w:r>
    </w:p>
    <w:p>
      <w:pPr>
        <w:jc w:val="right"/>
      </w:pPr>
      <w:r>
        <w:t>اٹ واز اینی پرنسپل اف گریڈیشن۔ اٹ واز ناٹ ابولیشن۔</w:t>
      </w:r>
    </w:p>
    <w:p>
      <w:r>
        <w:rPr>
          <w:b/>
        </w:rPr>
        <w:t xml:space="preserve">[33:48] </w:t>
      </w:r>
      <w:r>
        <w:t>so principle of gradual change is very established in da quran, but principle of abolishing some verses is not.</w:t>
      </w:r>
    </w:p>
    <w:p>
      <w:pPr>
        <w:jc w:val="right"/>
      </w:pPr>
      <w:r>
        <w:t>سو پرنسپل اف گریجول چینج از ویری اسٹیبلش ان دا قرآن، بٹ پرنسپل اف ابولشنگ سم ورسز از ناٹ۔</w:t>
      </w:r>
    </w:p>
    <w:p>
      <w:r>
        <w:rPr>
          <w:b/>
        </w:rPr>
        <w:t xml:space="preserve">[33:57] </w:t>
      </w:r>
      <w:r>
        <w:t>no verse could you can refer in da quran. there is only one verse that is aman min.</w:t>
      </w:r>
    </w:p>
    <w:p>
      <w:pPr>
        <w:jc w:val="right"/>
      </w:pPr>
      <w:r>
        <w:t>نو ورس کو یو کین ریفر ان دا قرآن۔ دیر از اونلی ون ورس دیٹ از امان من۔</w:t>
      </w:r>
    </w:p>
    <w:p>
      <w:r>
        <w:rPr>
          <w:b/>
        </w:rPr>
        <w:t xml:space="preserve">[34:07] </w:t>
      </w:r>
      <w:r>
        <w:t>there is only one verse in da quran, but this verse refers to previous books are not about da quran. previous teaching, previously, previous books.</w:t>
      </w:r>
    </w:p>
    <w:p>
      <w:pPr>
        <w:jc w:val="right"/>
      </w:pPr>
      <w:r>
        <w:t>دیر از اونلی ون ورس ان دا قرآن، بٹ دس ورس ریفرز ٹو پریویس بکس ار ناٹ اباؤٹ دا قرآن۔ پریویس ٹیچنگ، پریویسلی، پریویس بکس۔</w:t>
      </w:r>
    </w:p>
    <w:p>
      <w:r>
        <w:rPr>
          <w:b/>
        </w:rPr>
        <w:t xml:space="preserve">[34:19] </w:t>
      </w:r>
      <w:r>
        <w:t>mansuq minayat noon siyah, yeh sab kya ayat hai?</w:t>
      </w:r>
    </w:p>
    <w:p>
      <w:pPr>
        <w:jc w:val="right"/>
      </w:pPr>
      <w:r>
        <w:t>مانصق منایت نون سیاہ، یہ سب کیا آیت ہے؟</w:t>
      </w:r>
    </w:p>
    <w:p>
      <w:r>
        <w:rPr>
          <w:b/>
        </w:rPr>
        <w:t xml:space="preserve">[34:29] </w:t>
      </w:r>
      <w:r>
        <w:t>There is the only verse in the Quran. In the Quran, you can find only one verse. About, about nass, but here nass means nass of previous books are not Quranic verses.</w:t>
      </w:r>
    </w:p>
    <w:p>
      <w:pPr>
        <w:jc w:val="right"/>
      </w:pPr>
      <w:r>
        <w:t>دیر از دا اونلی ورس ان دا قرآن۔ ان دا قرآن، یو کین فائنڈ اونلی ون ورس۔ اباؤٹ، اباؤٹ نس، بٹ ہیر نس مینز نس اف پریویس بکس ار ناٹ قرآنک ورسز۔</w:t>
      </w:r>
    </w:p>
    <w:p>
      <w:r>
        <w:rPr>
          <w:b/>
        </w:rPr>
        <w:t xml:space="preserve">[34:45] </w:t>
      </w:r>
      <w:r>
        <w:t>this is chapter 2, verse number 106</w:t>
      </w:r>
    </w:p>
    <w:p>
      <w:pPr>
        <w:jc w:val="right"/>
      </w:pPr>
      <w:r>
        <w:t>دس از چیپٹر ٹو، ورس نمبر 106</w:t>
      </w:r>
    </w:p>
    <w:p>
      <w:r>
        <w:rPr>
          <w:b/>
        </w:rPr>
        <w:t xml:space="preserve">[34:49] </w:t>
      </w:r>
      <w:r>
        <w:t>. if we abrogate a verse or cause it to be forgotten, we we will replace it by a better one or one similar to it.</w:t>
      </w:r>
    </w:p>
    <w:p>
      <w:pPr>
        <w:jc w:val="right"/>
      </w:pPr>
      <w:r>
        <w:t>۔ اف وی ایبروگیٹ ا ورس اور کاز اٹ ٹو بی فارگاٹن، وی ویل ریپلیس اٹ بائے ا بیٹر ون اور ون سمیلر ٹو اٹ۔</w:t>
      </w:r>
    </w:p>
    <w:p>
      <w:r>
        <w:rPr>
          <w:b/>
        </w:rPr>
        <w:t xml:space="preserve">[34:59] </w:t>
      </w:r>
      <w:r>
        <w:t>do you not know what? do you not know that god has power over all things? This verse, this verse refers to previous books.</w:t>
      </w:r>
    </w:p>
    <w:p>
      <w:pPr>
        <w:jc w:val="right"/>
      </w:pPr>
      <w:r>
        <w:t>ڈو یو ناٹ نو واٹ؟ ڈو یو ناٹ نو دیٹ گاڈ ہیز پاور اوور ال تھنگز؟ دس ورس، دس ورس ریفرز ٹو پریویس بکس۔</w:t>
      </w:r>
    </w:p>
    <w:p>
      <w:r>
        <w:rPr>
          <w:b/>
        </w:rPr>
        <w:t xml:space="preserve">[35:10] </w:t>
      </w:r>
      <w:r>
        <w:t>previous, yani those books that were revealed to, to, to Israeli prophets.</w:t>
      </w:r>
    </w:p>
    <w:p>
      <w:pPr>
        <w:jc w:val="right"/>
      </w:pPr>
      <w:r>
        <w:t>پریویس، یعنی دوز بکس دیٹ وار ریویل ٹو، ٹو، ٹو اسرائیلی پرافٹس۔</w:t>
      </w:r>
    </w:p>
    <w:p>
      <w:r>
        <w:rPr>
          <w:b/>
        </w:rPr>
        <w:t xml:space="preserve">[35:20] </w:t>
      </w:r>
      <w:r>
        <w:t>it, it, it, it has nothing to do with the Quran.</w:t>
      </w:r>
    </w:p>
    <w:p>
      <w:pPr>
        <w:jc w:val="right"/>
      </w:pPr>
      <w:r>
        <w:t>اٹ، اٹ، اٹ، اٹ ہیز نتھنگ ٹو ڈو ود دا قرآن۔</w:t>
      </w:r>
    </w:p>
    <w:p>
      <w:r>
        <w:rPr>
          <w:b/>
        </w:rPr>
        <w:t xml:space="preserve">[35:27] </w:t>
      </w:r>
      <w:r>
        <w:t>you can see detail in my tafsir, tazkirul quran.</w:t>
      </w:r>
    </w:p>
    <w:p>
      <w:pPr>
        <w:jc w:val="right"/>
      </w:pPr>
      <w:r>
        <w:t>یو کین سی ڈیٹیل ان مائی تفسیر، تذکر القرآن۔</w:t>
      </w:r>
    </w:p>
    <w:p>
      <w:r>
        <w:rPr>
          <w:b/>
        </w:rPr>
        <w:t xml:space="preserve">[35:35] </w:t>
      </w:r>
      <w:r>
        <w:t>also i published in article in this subject in my</w:t>
      </w:r>
    </w:p>
    <w:p>
      <w:pPr>
        <w:jc w:val="right"/>
      </w:pPr>
      <w:r>
        <w:t>السو ائی پبلشڈ ان ارٹیکل ان دس سبجیکٹ ان مائی</w:t>
      </w:r>
    </w:p>
    <w:p>
      <w:r>
        <w:rPr>
          <w:b/>
        </w:rPr>
        <w:t xml:space="preserve">[35:42] </w:t>
      </w:r>
      <w:r>
        <w:t>memory. maulana, when gradually, when the things passes to the next generation, and gradually people start accepting what has happened early.</w:t>
      </w:r>
    </w:p>
    <w:p>
      <w:pPr>
        <w:jc w:val="right"/>
      </w:pPr>
      <w:r>
        <w:t>میموری۔ مولانا، وین گریجولی، وین دا تھنگز پاسز ٹو دا نیکسٹ جنریشن، اینڈ گریجولی پیپل سٹارٹ ایکسیپٹنگ واٹ ہیز ہیپنڈ ارلی۔</w:t>
      </w:r>
    </w:p>
    <w:p>
      <w:r>
        <w:rPr>
          <w:b/>
        </w:rPr>
        <w:t xml:space="preserve">[35:55] </w:t>
      </w:r>
      <w:r>
        <w:t>but at the time when hazrat umar said that there were khalifa and there were sahaba around him, they argued with him that how could?</w:t>
      </w:r>
    </w:p>
    <w:p>
      <w:pPr>
        <w:jc w:val="right"/>
      </w:pPr>
      <w:r>
        <w:t>بٹ ایٹ دا ٹائم وین حضرت عمر سیڈ دیٹ دیر وار خلیفہ اینڈ دیر وار صحابیز اراؤنڈ ہم، ڈیڈ، ڈیڈ دے ارگیو ود ہم دیٹ ہاؤ کڈ؟</w:t>
      </w:r>
    </w:p>
    <w:p>
      <w:r>
        <w:rPr>
          <w:b/>
        </w:rPr>
        <w:t xml:space="preserve">[36:08] </w:t>
      </w:r>
      <w:r>
        <w:t>i mean, its their responsibility also at that time,</w:t>
      </w:r>
    </w:p>
    <w:p>
      <w:pPr>
        <w:jc w:val="right"/>
      </w:pPr>
      <w:r>
        <w:t>ائی مین، اٹس دیر رسپانسبیلٹی السو ایٹ دیٹ ٹائم،</w:t>
      </w:r>
    </w:p>
    <w:p>
      <w:r>
        <w:rPr>
          <w:b/>
        </w:rPr>
        <w:t xml:space="preserve">[36:12] </w:t>
      </w:r>
      <w:r>
        <w:t>because later on, after years and after that, people start accepting. Do you, do you get my point?</w:t>
      </w:r>
    </w:p>
    <w:p>
      <w:pPr>
        <w:jc w:val="right"/>
      </w:pPr>
      <w:r>
        <w:t>بیکاز لیٹر ان، افٹر ایئرز اینڈ افٹر دیٹ، پیپل سٹارٹ ایکسیپٹنگ۔ ڈیڈ یو، ڈیڈ یو گیٹ مائی پوائنٹ؟</w:t>
      </w:r>
    </w:p>
    <w:p>
      <w:r>
        <w:rPr>
          <w:b/>
        </w:rPr>
        <w:t xml:space="preserve">[36:21] </w:t>
      </w:r>
      <w:r>
        <w:t>according to my, yani according to my knowledge, this was ijtihadi khata in the part of umar farooq.</w:t>
      </w:r>
    </w:p>
    <w:p>
      <w:pPr>
        <w:jc w:val="right"/>
      </w:pPr>
      <w:r>
        <w:t>اکارڈنگ ٹو مائی، یعنی اکارڈنگ ٹو مائی نالج، دس واز اجتہادی خطا ان دا پارٹ اف عمر فاروق۔</w:t>
      </w:r>
    </w:p>
    <w:p>
      <w:r>
        <w:rPr>
          <w:b/>
        </w:rPr>
        <w:t xml:space="preserve">[36:36] </w:t>
      </w:r>
      <w:r>
        <w:t>ijtehadi khata</w:t>
      </w:r>
    </w:p>
    <w:p>
      <w:pPr>
        <w:jc w:val="right"/>
      </w:pPr>
      <w:r>
        <w:t>اجتہادی خطا</w:t>
      </w:r>
    </w:p>
    <w:p>
      <w:r>
        <w:rPr>
          <w:b/>
        </w:rPr>
        <w:t xml:space="preserve">[36:39] </w:t>
      </w:r>
      <w:r>
        <w:t>that he attributed this verse to the position of power, position of strength. No, it was related to the work.</w:t>
      </w:r>
    </w:p>
    <w:p>
      <w:pPr>
        <w:jc w:val="right"/>
      </w:pPr>
      <w:r>
        <w:t>دیٹ ہی ایٹریبیوٹڈ دس ورس ٹو دا پوزیشن اف پاور، پوزیشن اف اسٹرینتھ۔ نو، اٹ واز ریلیٹڈ ٹو دا ورک۔</w:t>
      </w:r>
    </w:p>
    <w:p>
      <w:r>
        <w:rPr>
          <w:b/>
        </w:rPr>
        <w:t xml:space="preserve">[36:54] </w:t>
      </w:r>
      <w:r>
        <w:t>You understand my point? Umar Farooq related this verse to the position of strength, but this verse was related to the work.</w:t>
      </w:r>
    </w:p>
    <w:p>
      <w:pPr>
        <w:jc w:val="right"/>
      </w:pPr>
      <w:r>
        <w:t>یو انڈرسٹینڈ مائی پوائنٹ؟ عمر فاروق ریلیٹڈ دس ورس ٹو دا پوزیشن اف اسٹرینتھ، بٹ دس ورس واز ریلیٹڈ ٹو دا ورک۔</w:t>
      </w:r>
    </w:p>
    <w:p>
      <w:r>
        <w:rPr>
          <w:b/>
        </w:rPr>
        <w:t xml:space="preserve">[37:06] </w:t>
      </w:r>
      <w:r>
        <w:t>the work</w:t>
      </w:r>
    </w:p>
    <w:p>
      <w:pPr>
        <w:jc w:val="right"/>
      </w:pPr>
      <w:r>
        <w:t>دا ورک</w:t>
      </w:r>
    </w:p>
    <w:p>
      <w:r>
        <w:rPr>
          <w:b/>
        </w:rPr>
        <w:t xml:space="preserve">[37:09] </w:t>
      </w:r>
      <w:r>
        <w:t>that is, that is eternal. The work, the work is eternal. What you are saying and Maulana is that if you think this was ijtihadi khata of Umar, then that did not mean that you are causing disrespect to Khalid Umar,</w:t>
      </w:r>
    </w:p>
    <w:p>
      <w:pPr>
        <w:jc w:val="right"/>
      </w:pPr>
      <w:r>
        <w:t>دیٹ از، دیٹ از ایٹرنل۔ دا ورک، دا ورک از ایٹرنل۔ واٹ یو آر سینگ اینڈ مولانا از دیٹ اف یو تھنک دس واز اجتہادی خطا اف عمر، دین دیٹ ڈیڈ ناٹ مین دیٹ یو آر کازنگ ڈس ریسپیکٹ ٹو خالد عمر،</w:t>
      </w:r>
    </w:p>
    <w:p>
      <w:r>
        <w:rPr>
          <w:b/>
        </w:rPr>
        <w:t xml:space="preserve">[37:26] </w:t>
      </w:r>
      <w:r>
        <w:t>because. Anyone can do ijtihadi khata,</w:t>
      </w:r>
    </w:p>
    <w:p>
      <w:pPr>
        <w:jc w:val="right"/>
      </w:pPr>
      <w:r>
        <w:t>بیکاز۔ اینی ون کین ڈو اجتہادی خطا،</w:t>
      </w:r>
    </w:p>
    <w:p>
      <w:r>
        <w:rPr>
          <w:b/>
        </w:rPr>
        <w:t xml:space="preserve">[37:31] </w:t>
      </w:r>
      <w:r>
        <w:t>but at that time the environment was, was completely political, because Muslims were in great.</w:t>
      </w:r>
    </w:p>
    <w:p>
      <w:pPr>
        <w:jc w:val="right"/>
      </w:pPr>
      <w:r>
        <w:t>بٹ ایٹ دیٹ ٹائم دا انوائرمنٹ واز، واز کمپلیٹلی پولیٹیکل، بیکاز مسلمز وار ان گریٹ۔</w:t>
      </w:r>
    </w:p>
    <w:p>
      <w:r>
        <w:rPr>
          <w:b/>
        </w:rPr>
        <w:t xml:space="preserve">[37:41] </w:t>
      </w:r>
      <w:r>
        <w:t>Muslims have established political empire.</w:t>
      </w:r>
    </w:p>
    <w:p>
      <w:pPr>
        <w:jc w:val="right"/>
      </w:pPr>
      <w:r>
        <w:t>مسلمز ہیو اسٹیبلش پولیٹیکل ایمپائر۔</w:t>
      </w:r>
    </w:p>
    <w:p>
      <w:r>
        <w:rPr>
          <w:b/>
        </w:rPr>
        <w:t xml:space="preserve">[37:47] </w:t>
      </w:r>
      <w:r>
        <w:t>So this, this situation, it was basically, it was this situation that no one was able to challenge it.</w:t>
      </w:r>
    </w:p>
    <w:p>
      <w:pPr>
        <w:jc w:val="right"/>
      </w:pPr>
      <w:r>
        <w:t>سو دس، دس سچویشن، اٹ واز بیسیکلی، اٹ واز دس سچویشن دیٹ نو ون واز ایبل ٹو چیلنج اٹ۔</w:t>
      </w:r>
    </w:p>
    <w:p>
      <w:r>
        <w:rPr>
          <w:b/>
        </w:rPr>
        <w:t xml:space="preserve">[37:58] </w:t>
      </w:r>
      <w:r>
        <w:t>yani chunke is waqt jo fiza thi, yeh ke political power, political empire Musalman bana hua tha, koi Musalman ko kuch karne wala nahi tha.</w:t>
      </w:r>
    </w:p>
    <w:p>
      <w:pPr>
        <w:jc w:val="right"/>
      </w:pPr>
      <w:r>
        <w:t>یعنی چونکہ اس وقت جو فضا تھی، یہ کہ پولیٹیکل پاور، پولیٹیکل ایمپائر مسلمان بنا ہوا تھا، کوئی مسلمان کو کچھ کرنے والا نہیں تھا۔</w:t>
      </w:r>
    </w:p>
    <w:p>
      <w:r>
        <w:rPr>
          <w:b/>
        </w:rPr>
        <w:t xml:space="preserve">[38:12] </w:t>
      </w:r>
      <w:r>
        <w:t>to is situation ki wajah se aisa hua ke kisi ne is ko challenge nahi kiya, aur woh chalta raha, woh bohat dinon tak. Woh nahi, is ke liye koi na to hadith hai na Quran.</w:t>
      </w:r>
    </w:p>
    <w:p>
      <w:pPr>
        <w:jc w:val="right"/>
      </w:pPr>
      <w:r>
        <w:t>تو اس سچویشن کی وجہ سے ایسا ہوا کہ کسی نے اس کو چیلنج نہیں کیا، اور وہ چلتا رہا، وہ بہت دنوں تک۔ وہ نہیں، اس کے لیے کوئی نہ تو حدیث ہے نہ قرآن۔</w:t>
      </w:r>
    </w:p>
    <w:p>
      <w:r>
        <w:rPr>
          <w:b/>
        </w:rPr>
        <w:t xml:space="preserve">[38:28] </w:t>
      </w:r>
      <w:r>
        <w:t>In favor of this ijtihad, there is no hadith, no verse in the Quran. It was, it was, it was opinion of a single person.</w:t>
      </w:r>
    </w:p>
    <w:p>
      <w:pPr>
        <w:jc w:val="right"/>
      </w:pPr>
      <w:r>
        <w:t>ان فیور اف دس اجتہاد، دیر از نو حدیث، نو ورس ان دا قرآن۔ اٹ واز، اٹ واز، اٹ واز اوپین اف ا سنگل پرسن۔</w:t>
      </w:r>
    </w:p>
    <w:p>
      <w:r>
        <w:rPr>
          <w:b/>
        </w:rPr>
        <w:t xml:space="preserve">[38:40] </w:t>
      </w:r>
      <w:r>
        <w:t>yani yeh aik shakhs ki rai thi jis ke liye unhon ne koi khud bhi koi refer nahi kiya. Unhon ne hadith ya Quran sirf yeh kaha tha, unhon ne ke is waqt Islam kamzor tha, is liye Khuda ne talib qalb kiye.</w:t>
      </w:r>
    </w:p>
    <w:p>
      <w:pPr>
        <w:jc w:val="right"/>
      </w:pPr>
      <w:r>
        <w:t>یعنی یہ ایک شخص کی رائے تھی جس کے لیے انہوں نے کوئی خود بھی کوئی ریفر نہیں کیا۔ انہوں نے حدیث یا قرآن صرف یہ کہا تھا، انہوں نے کہ اس وقت اسلام کمزور تھا، اس لیے خدا نے طالب قلب کیے۔</w:t>
      </w:r>
    </w:p>
    <w:p>
      <w:r>
        <w:rPr>
          <w:b/>
        </w:rPr>
        <w:t xml:space="preserve">[38:52] </w:t>
      </w:r>
      <w:r>
        <w:t>Ab Islam taqatwar hai, ab hamein is ki zaroorat nahi. This was his own opinion, he never referred any hadith or any Quranic verse.</w:t>
      </w:r>
    </w:p>
    <w:p>
      <w:pPr>
        <w:jc w:val="right"/>
      </w:pPr>
      <w:r>
        <w:t>اب اسلام طاقتور ہے، اب ہمیں اس کی ضرورت نہیں۔ دس واز ہز اون اوپینین، ہی نیور ریفرڈ اینی حدیث اور اینی قرآنک ورس۔</w:t>
      </w:r>
    </w:p>
    <w:p>
      <w:r>
        <w:rPr>
          <w:b/>
        </w:rPr>
        <w:t xml:space="preserve">[39:04] </w:t>
      </w:r>
      <w:r>
        <w:t>Yeh bohat serious matter hai, bohat serious.</w:t>
      </w:r>
    </w:p>
    <w:p>
      <w:pPr>
        <w:jc w:val="right"/>
      </w:pPr>
      <w:r>
        <w:t>یہ بہت سیریس میٹر ہے، بہت سیریس۔</w:t>
      </w:r>
    </w:p>
    <w:p>
      <w:r>
        <w:rPr>
          <w:b/>
        </w:rPr>
        <w:t xml:space="preserve">[39:07] </w:t>
      </w:r>
      <w:r>
        <w:t>Maulana Manazir Ahsan Gilani ne likha hai, Maulana tehqeeq kar ke to Islami iqtisadiyat kitaab mein ke Hazrat Umar ne is ko mansookh nahi kiya tha.</w:t>
      </w:r>
    </w:p>
    <w:p>
      <w:pPr>
        <w:jc w:val="right"/>
      </w:pPr>
      <w:r>
        <w:t>مولانا مناظر حسن گیلانی نے لکھا ہے، مولانا تحقیق کر کے تو اسلامی اقتصادیات کتاب میں کہ حضرت عمر نے اس کو منسوخ نہیں کیا تھا۔</w:t>
      </w:r>
    </w:p>
    <w:p>
      <w:r>
        <w:rPr>
          <w:b/>
        </w:rPr>
        <w:t xml:space="preserve">[39:18] </w:t>
      </w:r>
      <w:r>
        <w:t>Yeh jo mamla hua tha, is ki tehqeeq kar ke likha hai unhon ne ke jin do aadmiyon ko Rasool Allah Salallahu Alaihi Wasallam ne aik zameen di thi apne zamanay mein, to woh misuse karna chah rahe thay.</w:t>
      </w:r>
    </w:p>
    <w:p>
      <w:pPr>
        <w:jc w:val="right"/>
      </w:pPr>
      <w:r>
        <w:t>یہ جو معاملہ ہوا تھا، اس کی تحقیق کر کے لکھا ہے انہوں نے کہ جن دو آدمیوں کو رسول اللہ صلی اللہ علیہ وسلم نے ایک زمین دی تھی اپنے زمانے میں، تو وہ مس یوز کرنا چاہ رہے تھے۔</w:t>
      </w:r>
    </w:p>
    <w:p>
      <w:r>
        <w:rPr>
          <w:b/>
        </w:rPr>
        <w:t xml:space="preserve">[39:29] </w:t>
      </w:r>
      <w:r>
        <w:t>yani is zamanay mein le liya woh zameen, lekin kuch un par asar nahi hua. Phir woh aise ke waise rahe, woh</w:t>
      </w:r>
    </w:p>
    <w:p>
      <w:pPr>
        <w:jc w:val="right"/>
      </w:pPr>
      <w:r>
        <w:t>یعنی اس زمانے میں لے لیا وہ زمین، لیکن کچھ ان پر اثر نہیں ہوا۔ پھر وہ ایسے کے ویسے رہے، وہ</w:t>
      </w:r>
    </w:p>
    <w:p>
      <w:r>
        <w:rPr>
          <w:b/>
        </w:rPr>
        <w:t xml:space="preserve">[39:34] </w:t>
      </w:r>
      <w:r>
        <w:t>Phir jab Hazrat Umar ka daur aaya, Abu Bakr Siddiq ka, tab phir woh aaye aur doosri zameen mangne ke liye. To Hazrat Umar is mein likha hai ke Hazrat Umar un par jaan gaye thay ke yeh log aadmi theek nahi hain.</w:t>
      </w:r>
    </w:p>
    <w:p>
      <w:pPr>
        <w:jc w:val="right"/>
      </w:pPr>
      <w:r>
        <w:t>پھر جب حضرت عمر کا دور آیا، ابوبکر صدیق کا، تب پھر وہ آئے اور دوسری زمین مانگنے کے لیے۔ تو حضرت عمر اس میں لکھا ہے کہ حضرت عمر ان پر جان گئے تھے کہ یہ لوگ آدمی ٹھیک نہیں ہیں۔</w:t>
      </w:r>
    </w:p>
    <w:p>
      <w:r>
        <w:rPr>
          <w:b/>
        </w:rPr>
        <w:t xml:space="preserve">[39:45] </w:t>
      </w:r>
      <w:r>
        <w:t>Nahi, basic baat yeh hai,</w:t>
      </w:r>
    </w:p>
    <w:p>
      <w:pPr>
        <w:jc w:val="right"/>
      </w:pPr>
      <w:r>
        <w:t>نہیں، بیسک بات یہ ہے،</w:t>
      </w:r>
    </w:p>
    <w:p>
      <w:r>
        <w:rPr>
          <w:b/>
        </w:rPr>
        <w:t xml:space="preserve">[39:47] </w:t>
      </w:r>
      <w:r>
        <w:t>Basic baat yeh hai ke Hazrat Umar ke is qaul ko le kar ke ulama ne is maslay ko qarar de diya. Yeh to waqia masla qarar diya. Woh sawal hai, basic question yeh hai, yeh baat to aap kahin sahi keh rahe hain.</w:t>
      </w:r>
    </w:p>
    <w:p>
      <w:pPr>
        <w:jc w:val="right"/>
      </w:pPr>
      <w:r>
        <w:t>بیسک بات یہ ہے کہ حضرت عمر کے اس قول کو لے کر کے علماء نے اس مسئلے کو قرار دے دیا۔ یہ تو واقعہ مسئلہ قرار دیا۔ وہ سوال ہے، بیسک کوئسچن یہ ہے، یہ بات تو آپ کہیں صحیح کہہ رہے ہیں۔</w:t>
      </w:r>
    </w:p>
    <w:p>
      <w:r>
        <w:rPr>
          <w:b/>
        </w:rPr>
        <w:t xml:space="preserve">[40:00] </w:t>
      </w:r>
      <w:r>
        <w:t>Basic question hai ke kyun aisa hua ke Hazrat Umar ke is qaul ko challenge nahi kiya gaya aur is ko le kar ke mansookh kar diya ke mansookh talib.</w:t>
      </w:r>
    </w:p>
    <w:p>
      <w:pPr>
        <w:jc w:val="right"/>
      </w:pPr>
      <w:r>
        <w:t>بیسک کوئسچن ہے کہ کیوں ایسا ہوا کہ حضرت عمر کے اس قول کو چیلنج نہیں کیا گیا اور اس کو لے کر کے منسوخ کر دیا کہ منسوخ طالب۔</w:t>
      </w:r>
    </w:p>
    <w:p>
      <w:r>
        <w:rPr>
          <w:b/>
        </w:rPr>
        <w:t xml:space="preserve">[40:09] </w:t>
      </w:r>
      <w:r>
        <w:t>Yeh to waqia hai. To un ki jo taujeeh hai, Maulana Sahab ki, woh taujeeh kafi</w:t>
      </w:r>
    </w:p>
    <w:p>
      <w:pPr>
        <w:jc w:val="right"/>
      </w:pPr>
      <w:r>
        <w:t>یہ تو واقعہ ہے۔ تو ان کی جو توجیح ہے، مولانا صاحب کی، وہ توجیح کافی</w:t>
      </w:r>
    </w:p>
    <w:p>
      <w:r>
        <w:rPr>
          <w:b/>
        </w:rPr>
        <w:t xml:space="preserve">[40:15] </w:t>
      </w:r>
      <w:r>
        <w:t>nahi hai. Jo bhi ho, yeh aik waqia hai. These are facts that taking this single instance, ulama of later period abolish that verse, that is mansookh.</w:t>
      </w:r>
    </w:p>
    <w:p>
      <w:pPr>
        <w:jc w:val="right"/>
      </w:pPr>
      <w:r>
        <w:t>نہیں ہے۔ جو بھی ہو، یہ ایک واقعہ ہے۔ دیز ار فیکٹ دیٹ ٹیکنگ دس سنگل انسٹنس، علماء اف لیٹر پیریڈ ابولش دیٹ ورس، دیٹ از منسوخ۔</w:t>
      </w:r>
    </w:p>
    <w:p>
      <w:r>
        <w:rPr>
          <w:b/>
        </w:rPr>
        <w:t xml:space="preserve">[40:31] </w:t>
      </w:r>
      <w:r>
        <w:t>is a fact, you can see this in the commentary of the Quran. Is a fact,</w:t>
      </w:r>
    </w:p>
    <w:p>
      <w:pPr>
        <w:jc w:val="right"/>
      </w:pPr>
      <w:r>
        <w:t>از ا فیکٹ، یو کین سی دس ان دا کمنٹری اف دا قرآن۔ از ا فیکٹ،</w:t>
      </w:r>
    </w:p>
    <w:p>
      <w:r>
        <w:rPr>
          <w:b/>
        </w:rPr>
        <w:t xml:space="preserve">[40:39] </w:t>
      </w:r>
      <w:r>
        <w:t>and no one in in. Yani no one, I don't know anyone who, who, who stood for challenge that it was wrong.</w:t>
      </w:r>
    </w:p>
    <w:p>
      <w:pPr>
        <w:jc w:val="right"/>
      </w:pPr>
      <w:r>
        <w:t>اینڈ نو ون ان ان۔ یعنی نو ون، ائی ڈونٹ نو اینی ون ہو، ہو، ہو اسٹڈ فار چیلنج دیٹ اٹ واز رونگ۔</w:t>
      </w:r>
    </w:p>
    <w:p>
      <w:r>
        <w:rPr>
          <w:b/>
        </w:rPr>
        <w:t xml:space="preserve">[40:54] </w:t>
      </w:r>
      <w:r>
        <w:t>although many have given some explanation, but that's not enough. The basic question is that why ulama accepted this opinion, and then they were,</w:t>
      </w:r>
    </w:p>
    <w:p>
      <w:pPr>
        <w:jc w:val="right"/>
      </w:pPr>
      <w:r>
        <w:t>الدو مناظرانی ہیز گیون سم ایکسپلینیشن، بٹ دیٹس ناٹ انف۔ بیسک کوئسچن از دیٹ وائی علماء ایکسیپٹڈ دس اوپینین، اینڈ دین دے ویر،</w:t>
      </w:r>
    </w:p>
    <w:p>
      <w:r>
        <w:rPr>
          <w:b/>
        </w:rPr>
        <w:t xml:space="preserve">[41:11] </w:t>
      </w:r>
      <w:r>
        <w:t>yani the majority of ulama said that this ayat is one so. basic question. kaha hai aap kuch aur keh sakte hain?</w:t>
      </w:r>
    </w:p>
    <w:p>
      <w:pPr>
        <w:jc w:val="right"/>
      </w:pPr>
      <w:r>
        <w:t>یعنی دا میجورٹی اف علماء سیڈ دیٹ دس ایت از ون سو۔ بیسک کوئسچن۔ کہا ہے آپ کچھ اور کہہ سکتے ہیں؟</w:t>
      </w:r>
    </w:p>
    <w:p>
      <w:r>
        <w:rPr>
          <w:b/>
        </w:rPr>
        <w:t xml:space="preserve">[41:20] </w:t>
      </w:r>
      <w:r>
        <w:t>is par aap nahin, theek hai.</w:t>
      </w:r>
    </w:p>
    <w:p>
      <w:pPr>
        <w:jc w:val="right"/>
      </w:pPr>
      <w:r>
        <w:t>اس پر آپ نہیں، ٹھیک ہے۔</w:t>
      </w:r>
    </w:p>
    <w:p>
      <w:r>
        <w:rPr>
          <w:b/>
        </w:rPr>
        <w:t xml:space="preserve">[41:24] </w:t>
      </w:r>
      <w:r>
        <w:t>hain jo ulama ki, yeh ulama ki ghalati hai. unhon ne woh kiya hai, is se woh ghalat ka phir is se woh karte hain, jodte hain.</w:t>
      </w:r>
    </w:p>
    <w:p>
      <w:pPr>
        <w:jc w:val="right"/>
      </w:pPr>
      <w:r>
        <w:t>ہیں جو علماء کی، یہ علماء کی غلطی ہے۔ انہوں نے وہ کیا ہے، اس سے وہ غلط کا پھر اس سے وہ کرتے ہیں، جوڑتے ہیں۔</w:t>
      </w:r>
    </w:p>
    <w:p>
      <w:r>
        <w:rPr>
          <w:b/>
        </w:rPr>
        <w:t xml:space="preserve">[41:33] </w:t>
      </w:r>
      <w:r>
        <w:t>hazrat umar ke is waqe se jod kar woh is ko mansookh karte hain. ulama, yeh to ghalat hai. khud ulama ki ghalati thi ke woh apne siyasat zehan ki wajah se unhon ne is ko mansookh kiya.</w:t>
      </w:r>
    </w:p>
    <w:p>
      <w:pPr>
        <w:jc w:val="right"/>
      </w:pPr>
      <w:r>
        <w:t>حضرت عمر کے اس واقعے سے جوڑ کر وہ اس کو منسوخ کرتے ہیں۔ علماء، یہ تو غلط ہے۔ خود علماء کی غلطی تھی کہ وہ اپنے سیاسی ذہن کی وجہ سے انہوں نے اس کو منسوخ کیا۔</w:t>
      </w:r>
    </w:p>
    <w:p>
      <w:r>
        <w:rPr>
          <w:b/>
        </w:rPr>
        <w:t xml:space="preserve">[41:43] </w:t>
      </w:r>
      <w:r>
        <w:t>baad koi jo siyasat zehan ban gaya tha, empire ka zehan, us ki wajah se unhon ne mansookh kiya. is ko ghalat ka par woh mansookh karte hain hazrat umar ki taraf.</w:t>
      </w:r>
    </w:p>
    <w:p>
      <w:pPr>
        <w:jc w:val="right"/>
      </w:pPr>
      <w:r>
        <w:t>بعد کوئی جو سیاسی ذہن بن گیا تھا، ایمپائر کا ذہن، اس کی وجہ سے انہوں نے منسوخ کیا۔ اس کو غلط کا پر وہ منسوخ کرتے ہیں حضرت عمر کی طرف۔</w:t>
      </w:r>
    </w:p>
    <w:p>
      <w:r>
        <w:rPr>
          <w:b/>
        </w:rPr>
        <w:t xml:space="preserve">[41:53] </w:t>
      </w:r>
      <w:r>
        <w:t>yani ab, yani</w:t>
      </w:r>
    </w:p>
    <w:p>
      <w:pPr>
        <w:jc w:val="right"/>
      </w:pPr>
      <w:r>
        <w:t>یعنی اب، یعنی</w:t>
      </w:r>
    </w:p>
    <w:p>
      <w:r>
        <w:rPr>
          <w:b/>
        </w:rPr>
        <w:t xml:space="preserve">[41:59] </w:t>
      </w:r>
      <w:r>
        <w:t>that is, today we want to discuss the principle of talib qalb.</w:t>
      </w:r>
    </w:p>
    <w:p>
      <w:pPr>
        <w:jc w:val="right"/>
      </w:pPr>
      <w:r>
        <w:t>دس، یعنی، یعنی ٹوڈے وی وانٹ ٹو، ٹو ڈسکس ان دا پرنسپل اف طالب قلب۔</w:t>
      </w:r>
    </w:p>
    <w:p>
      <w:r>
        <w:rPr>
          <w:b/>
        </w:rPr>
        <w:t xml:space="preserve">[42:11] </w:t>
      </w:r>
      <w:r>
        <w:t>I think that it's a very important principle, and it is a very natural principle, because when you want to spread the work, then you have to, you have to soften the heart of the people, because people are conditioned in some other, other thought.</w:t>
      </w:r>
    </w:p>
    <w:p>
      <w:pPr>
        <w:jc w:val="right"/>
      </w:pPr>
      <w:r>
        <w:t>ائی تھنک دیٹ اٹس ا ویری امپورٹنٹ پرنسپل، اینڈ اٹ از ا ویری نیچرل پرنسپل، بیکاز وین یو وانٹ ٹو سپریڈ دا ورک، دین یو ہیو ٹو، یو ہیو ٹو سوفٹن دا ہارٹ اف دا پیپل، بیکاز پیپل ار کنڈیشنڈ ان سم ادر، ادر تھاٹ۔</w:t>
      </w:r>
    </w:p>
    <w:p>
      <w:r>
        <w:rPr>
          <w:b/>
        </w:rPr>
        <w:t xml:space="preserve">[42:31] </w:t>
      </w:r>
      <w:r>
        <w:t>everyone is conditioned, everyone is conditioned. so you have to, you have to,</w:t>
      </w:r>
    </w:p>
    <w:p>
      <w:pPr>
        <w:jc w:val="right"/>
      </w:pPr>
      <w:r>
        <w:t>ایوری ون از کنڈیشنڈ، ایوری ون از کنڈیشنڈ۔ سو یو ہیو ٹو، یو ہیو ٹو،</w:t>
      </w:r>
    </w:p>
    <w:p>
      <w:r>
        <w:rPr>
          <w:b/>
        </w:rPr>
        <w:t xml:space="preserve">[42:43] </w:t>
      </w:r>
      <w:r>
        <w:t>you have to develop some method for first approach. First approach is not to give them direct.</w:t>
      </w:r>
    </w:p>
    <w:p>
      <w:pPr>
        <w:jc w:val="right"/>
      </w:pPr>
      <w:r>
        <w:t>یو ہیو ٹو ڈیولپ سم میتھڈ فار فرسٹ اپروچ۔ فرسٹ اپروچ از ناٹ ٹو گیو دیم ڈائریکٹ۔</w:t>
      </w:r>
    </w:p>
    <w:p>
      <w:r>
        <w:rPr>
          <w:b/>
        </w:rPr>
        <w:t xml:space="preserve">[42:53] </w:t>
      </w:r>
      <w:r>
        <w:t>to talib qalb means you have to adopt first approach, then the second approach, then the third appro</w:t>
      </w:r>
    </w:p>
    <w:p>
      <w:pPr>
        <w:jc w:val="right"/>
      </w:pPr>
      <w:r>
        <w:t>تو طالب قلب مینز یو ہیو ٹو اڈاپٹ فرسٹ اپروچ، دین دی سیکنڈ اپروچ، دین دی تھرڈ اپرو</w:t>
      </w:r>
    </w:p>
    <w:p>
      <w:r>
        <w:rPr>
          <w:b/>
        </w:rPr>
        <w:t xml:space="preserve">[43:00] </w:t>
      </w:r>
      <w:r>
        <w:t>ch. yani you have to do the work in, in, in a gradual principle, principle of by taking the, yani gradual process.</w:t>
      </w:r>
    </w:p>
    <w:p>
      <w:pPr>
        <w:jc w:val="right"/>
      </w:pPr>
      <w:r>
        <w:t>چ۔ یعنی یو ہیو ٹو ڈو دا ورک ان، ان، ان ا گریجول پرنسپل، پرنسپل اف بائی ٹیکنگ دا، یعنی گریجول پروسیس۔</w:t>
      </w:r>
    </w:p>
    <w:p>
      <w:r>
        <w:rPr>
          <w:b/>
        </w:rPr>
        <w:t xml:space="preserve">[43:15] </w:t>
      </w:r>
      <w:r>
        <w:t>maulana, hazrat umar ne is baat ke liye ke zameen de di ya koi cheez de di, us ko mana kiya ke log is ko ghalat lete hain, le sakte hain.</w:t>
      </w:r>
    </w:p>
    <w:p>
      <w:pPr>
        <w:jc w:val="right"/>
      </w:pPr>
      <w:r>
        <w:t>مولانا، حضرت عمر نے اس بات کے لیے کہ زمین دے دی یا کوئی چیز دے دی، اس کو منع کیا کہ لوگ اس کو غلط لیتے ہیں، لے سکتے ہیں۔</w:t>
      </w:r>
    </w:p>
    <w:p>
      <w:r>
        <w:rPr>
          <w:b/>
        </w:rPr>
        <w:t xml:space="preserve">[43:29] </w:t>
      </w:r>
      <w:r>
        <w:t>lekin aur bhi to tareeqe hain na? softening of heart ke sirf cheezein bantna hi to tareeqa nahin hai. unhon ne shayad is baat ko hmm mana kiya, jaise abhi bhi elections mein aap paise bant rahe hain, yeh bant rahe hain.</w:t>
      </w:r>
    </w:p>
    <w:p>
      <w:pPr>
        <w:jc w:val="right"/>
      </w:pPr>
      <w:r>
        <w:t>لیکن اور بھی تو طریقے ہیں نا؟ سوفٹنگ اف ہارٹ کے صرف چیزیں بانٹنا ہی تو طریقہ نہیں ہے۔ انہوں نے شاید اس بات کو ہمم منع کیا، جیسے ابھی بھی الیکشنز میں آپ پیسے بانٹ رہے ہیں، یہ بانٹ رہے ہیں۔</w:t>
      </w:r>
    </w:p>
    <w:p>
      <w:r>
        <w:rPr>
          <w:b/>
        </w:rPr>
        <w:t xml:space="preserve">[43:43] </w:t>
      </w:r>
      <w:r>
        <w:t>unhon ne is ko mana, halanke ek tarah se softening of heart hi hai ke aap un ko distribute kar ke apni taraf le rahe ho.</w:t>
      </w:r>
    </w:p>
    <w:p>
      <w:pPr>
        <w:jc w:val="right"/>
      </w:pPr>
      <w:r>
        <w:t>انہوں نے اس کو منع، حالانکہ ایک طرح سے سوفٹنگ اف ہارٹ ہی ہے کہ آپ ان کو ڈسٹریبیوٹ کر کے اپنی طرف لے رہے ہو۔</w:t>
      </w:r>
    </w:p>
    <w:p>
      <w:r>
        <w:rPr>
          <w:b/>
        </w:rPr>
        <w:t xml:space="preserve">[43:51] </w:t>
      </w:r>
      <w:r>
        <w:t>to unhon ne to baad ke ulama ko yeh kehna chahiye tha ke hum principal of talim qalb ko kaise khatam kar sakte hain?</w:t>
      </w:r>
    </w:p>
    <w:p>
      <w:pPr>
        <w:jc w:val="right"/>
      </w:pPr>
      <w:r>
        <w:t>تو انہوں نے تو بعد کے علماء کو یہ کہنا چاہیے تھا کہ ہم پرنسپل اف تعلیم قلب کو کیسے ختم کر سکتے ہیں؟</w:t>
      </w:r>
    </w:p>
    <w:p>
      <w:r>
        <w:rPr>
          <w:b/>
        </w:rPr>
        <w:t xml:space="preserve">[44:02] </w:t>
      </w:r>
      <w:r>
        <w:t>why did you generalize? haan, how one can generalize that? you can, there is no need for this, there is a need for this, but this particular method of distributing things or is not the only one,</w:t>
      </w:r>
    </w:p>
    <w:p>
      <w:pPr>
        <w:jc w:val="right"/>
      </w:pPr>
      <w:r>
        <w:t>وائی ڈیڈ یو جنرلائز؟ ہاں، ہاؤ ون کین جنرلائز دیٹ؟ یو کین، دیر از نو نیڈ فار دس، دیر از ا نیڈ فار دس، بٹ دس پرٹیکولر میتھڈ اف ڈسٹریبیوٹنگ تھنگز اور از ناٹ دی اونلی ون،</w:t>
      </w:r>
    </w:p>
    <w:p>
      <w:r>
        <w:rPr>
          <w:b/>
        </w:rPr>
        <w:t xml:space="preserve">[44:18] </w:t>
      </w:r>
      <w:r>
        <w:t>and one can also distribute that depending on the situation. the fact is that after the death of the prophet, and when muslims were able to establish their political empire, the work practically was abandon among muslims, abandon completely, although there was the work e</w:t>
      </w:r>
    </w:p>
    <w:p>
      <w:pPr>
        <w:jc w:val="right"/>
      </w:pPr>
      <w:r>
        <w:t>اینڈ ون کین السو ڈسٹریبیوٹ دیٹ ڈیپینڈنگ ان دا سچویشن۔ دا فیکٹ از دیٹ افٹر دی ڈیتھ اف دا پرافٹ، اینڈ وین مسلمز ویر ایبل ٹو اسٹیبلش دیر پولیٹیکل ایمپائر، دا ورک پریکٹیکلی واز ابینڈن امنگ مسلمز، ابینڈن کمپلیٹلی، الدو دیر واز دا ورک ای</w:t>
      </w:r>
    </w:p>
    <w:p>
      <w:r>
        <w:rPr>
          <w:b/>
        </w:rPr>
        <w:t xml:space="preserve">[44:46] </w:t>
      </w:r>
      <w:r>
        <w:t>z a. yani practically, practically people, people were embracing islam, but as far the work is concerned, it was, yani it was absent in our books.</w:t>
      </w:r>
    </w:p>
    <w:p>
      <w:pPr>
        <w:jc w:val="right"/>
      </w:pPr>
      <w:r>
        <w:t>ز ا۔ یعنی پریکٹیکلی، پریکٹیکلی پیپل، پیپل وار ایمبریسنگ اسلام، بٹ ایز فار دا ورک از کنسرن، اٹ واز، یعنی اٹ واز ایبسنٹ ان اور بکس۔</w:t>
      </w:r>
    </w:p>
    <w:p>
      <w:r>
        <w:rPr>
          <w:b/>
        </w:rPr>
        <w:t xml:space="preserve">[45:02] </w:t>
      </w:r>
      <w:r>
        <w:t>if you read, if you read for example hadith, this you will not find any chapter under this caption, kitab al-da'wa wal-tabligh.</w:t>
      </w:r>
    </w:p>
    <w:p>
      <w:pPr>
        <w:jc w:val="right"/>
      </w:pPr>
      <w:r>
        <w:t>اف یو ریڈ، اف یو ریڈ فار ایگزیمپل حدیث، دس یو ویل ناٹ فائنڈ اینی چیپٹر انڈر دس کیپشن، کتاب الدعا والتبلیغ۔</w:t>
      </w:r>
    </w:p>
    <w:p>
      <w:r>
        <w:rPr>
          <w:b/>
        </w:rPr>
        <w:t xml:space="preserve">[45:15] </w:t>
      </w:r>
      <w:r>
        <w:t>there are so much chapters in hadith, but is this absent? kitab al-da'wa wal-tabligh is absent.</w:t>
      </w:r>
    </w:p>
    <w:p>
      <w:pPr>
        <w:jc w:val="right"/>
      </w:pPr>
      <w:r>
        <w:t>دیر ار سو میچ چیپٹرز ان حدیث، بٹ از دس ایبسنٹ؟ کتاب الدعا والتبلیغ از ایبسنٹ۔</w:t>
      </w:r>
    </w:p>
    <w:p>
      <w:r>
        <w:rPr>
          <w:b/>
        </w:rPr>
        <w:t xml:space="preserve">[45:23] </w:t>
      </w:r>
      <w:r>
        <w:t>then if you read book of fiqh, fiqh there are so much chapters in book of fiqh, but there is no, but kitab al-da'wa wal-tabligh is absent in the fiqh.</w:t>
      </w:r>
    </w:p>
    <w:p>
      <w:pPr>
        <w:jc w:val="right"/>
      </w:pPr>
      <w:r>
        <w:t>دین اف یو ریڈ بک اف فقہ، فقہ دیر ار سو میچ چیپٹرز ان بک اف فقہ، بٹ دیر از نو، بٹ کتاب الدعا والتبلیغ از ایبسنٹ ان دا فقہ۔</w:t>
      </w:r>
    </w:p>
    <w:p>
      <w:r>
        <w:rPr>
          <w:b/>
        </w:rPr>
        <w:t xml:space="preserve">[45:36] </w:t>
      </w:r>
      <w:r>
        <w:t>so muslims all over the world, except sufi people, sufi people, sufi people were engaged in the work in sum other way, not,</w:t>
      </w:r>
    </w:p>
    <w:p>
      <w:pPr>
        <w:jc w:val="right"/>
      </w:pPr>
      <w:r>
        <w:t>سو مسلمز ال اوور دی ورلڈ، ایکسیپٹ صوفی پیپل، صوفی پیپل، صوفی پیپل وار انگیج ان دا ورک ان سم ادر وے، ناٹ،</w:t>
      </w:r>
    </w:p>
    <w:p>
      <w:r>
        <w:rPr>
          <w:b/>
        </w:rPr>
        <w:t xml:space="preserve">[45:50] </w:t>
      </w:r>
      <w:r>
        <w:t>not in the name of da'wa, perhaps. so all the ulama,</w:t>
      </w:r>
    </w:p>
    <w:p>
      <w:pPr>
        <w:jc w:val="right"/>
      </w:pPr>
      <w:r>
        <w:t>ناٹ ان دا نیم اف دعوی، پرہیپس۔ سو ال دا علماء،</w:t>
      </w:r>
    </w:p>
    <w:p>
      <w:r>
        <w:rPr>
          <w:b/>
        </w:rPr>
        <w:t xml:space="preserve">[46:00] </w:t>
      </w:r>
      <w:r>
        <w:t>yani perhaps there was no exception um</w:t>
      </w:r>
    </w:p>
    <w:p>
      <w:pPr>
        <w:jc w:val="right"/>
      </w:pPr>
      <w:r>
        <w:t>یعنی پرہیپس دیر واز نو ایکسیپشن ام</w:t>
      </w:r>
    </w:p>
    <w:p>
      <w:r>
        <w:rPr>
          <w:b/>
        </w:rPr>
        <w:t xml:space="preserve">[46:03] </w:t>
      </w:r>
      <w:r>
        <w:t>ing ulama, to all the ulama forgot the da'wah, and the proof is that those books were, which were preferred by the ulama.</w:t>
      </w:r>
    </w:p>
    <w:p>
      <w:pPr>
        <w:jc w:val="right"/>
      </w:pPr>
      <w:r>
        <w:t>نگ علماء، تو ال دا علماء فارگاٹ دا دعوی، اینڈ دا پروف از دیٹ دوز بکس وار، وچ وار پریفرڈ بائی دا علماء۔</w:t>
      </w:r>
    </w:p>
    <w:p>
      <w:r>
        <w:rPr>
          <w:b/>
        </w:rPr>
        <w:t xml:space="preserve">[46:15] </w:t>
      </w:r>
      <w:r>
        <w:t>to you can, you can find Kitab al-Da'wah wal-Tabligh in these books,</w:t>
      </w:r>
    </w:p>
    <w:p>
      <w:pPr>
        <w:jc w:val="right"/>
      </w:pPr>
      <w:r>
        <w:t>تو یو کین، یو کین فائنڈ کتاب الدعا والتبلیغ ان دیز بکس،</w:t>
      </w:r>
    </w:p>
    <w:p>
      <w:r>
        <w:rPr>
          <w:b/>
        </w:rPr>
        <w:t xml:space="preserve">[46:22] </w:t>
      </w:r>
      <w:r>
        <w:t>books of, yani, yani commentary of the Quran, Hadith, Fiqh, also other books, like, yani, like book of book written by Imam Taimiyah, Ghazali, Shah Allah, and other top scholars.</w:t>
      </w:r>
    </w:p>
    <w:p>
      <w:pPr>
        <w:jc w:val="right"/>
      </w:pPr>
      <w:r>
        <w:t>بکس اف، یعنی، یعنی کمنٹری اف دا قرآن، حدیث، فقہ، السو ادر بکس، لائک، یعنی، لائک بک اف بک ریٹن بائی امام تیمیہ، غزالی، شاہ اللہ، اینڈ ادر ٹاپ اسکالرز۔</w:t>
      </w:r>
    </w:p>
    <w:p>
      <w:r>
        <w:rPr>
          <w:b/>
        </w:rPr>
        <w:t xml:space="preserve">[46:43] </w:t>
      </w:r>
      <w:r>
        <w:t>there is no Kitab al-Da'wah wal-Tabligh.</w:t>
      </w:r>
    </w:p>
    <w:p>
      <w:pPr>
        <w:jc w:val="right"/>
      </w:pPr>
      <w:r>
        <w:t>دیر از نو کتاب الدعا والتبلیغ۔</w:t>
      </w:r>
    </w:p>
    <w:p>
      <w:r>
        <w:rPr>
          <w:b/>
        </w:rPr>
        <w:t xml:space="preserve">[46:45] </w:t>
      </w:r>
      <w:r>
        <w:t>so in such a situation, people, yani people accepted this as a, as a, yani they, they fit they in, in, in, in, in this situation.</w:t>
      </w:r>
    </w:p>
    <w:p>
      <w:pPr>
        <w:jc w:val="right"/>
      </w:pPr>
      <w:r>
        <w:t>سو ان سچ ا سچویشن، پیپل، یعنی پیپل ایکسیپٹڈ دس ایز ا، ایز ا، یعنی دے، دے فٹ دے ان، ان، ان، ان، ان دس سچویشن۔</w:t>
      </w:r>
    </w:p>
    <w:p>
      <w:r>
        <w:rPr>
          <w:b/>
        </w:rPr>
        <w:t xml:space="preserve">[47:01] </w:t>
      </w:r>
      <w:r>
        <w:t>perhaps this was not very important when they do the work. So it is not important to discuss this method,</w:t>
      </w:r>
    </w:p>
    <w:p>
      <w:pPr>
        <w:jc w:val="right"/>
      </w:pPr>
      <w:r>
        <w:t>پرہیپس دس واز ناٹ ویری امپورٹنٹ وین دے ڈو دا ورک۔ سو اٹ از ناٹ امپورٹنٹ ٹو ڈسکس دس میتھڈ،</w:t>
      </w:r>
    </w:p>
    <w:p>
      <w:r>
        <w:rPr>
          <w:b/>
        </w:rPr>
        <w:t xml:space="preserve">[47:12] </w:t>
      </w:r>
      <w:r>
        <w:t>although is not, it is a, it is a sad part of history, but its happened. It is a fact.</w:t>
      </w:r>
    </w:p>
    <w:p>
      <w:pPr>
        <w:jc w:val="right"/>
      </w:pPr>
      <w:r>
        <w:t>الدو از ناٹ، اٹ از ا، اٹ از ا سیڈ پارٹ اف ہسٹری، بٹ اٹس ہیپنڈ۔ اٹ از ا فیکٹ۔</w:t>
      </w:r>
    </w:p>
    <w:p>
      <w:r>
        <w:rPr>
          <w:b/>
        </w:rPr>
        <w:t xml:space="preserve">[47:24] </w:t>
      </w:r>
      <w:r>
        <w:t>so we, we have to revive this,</w:t>
      </w:r>
    </w:p>
    <w:p>
      <w:pPr>
        <w:jc w:val="right"/>
      </w:pPr>
      <w:r>
        <w:t>سو وی، وی ہیو ٹو ریوائیو دس،</w:t>
      </w:r>
    </w:p>
    <w:p>
      <w:r>
        <w:rPr>
          <w:b/>
        </w:rPr>
        <w:t xml:space="preserve">[47:28] </w:t>
      </w:r>
      <w:r>
        <w:t>this Sunnah. We have to revive this, this principle of Islam, and we will be given double reward, no, not double, but, but hundred time more reward, because there is Hadith that, and there is Hadith very important that man ahya Sunnah ba'di.</w:t>
      </w:r>
    </w:p>
    <w:p>
      <w:pPr>
        <w:jc w:val="right"/>
      </w:pPr>
      <w:r>
        <w:t>دس سنت۔ وی ہیو ٹو ریوائیو دس، دس پرنسپل اف اسلام، اینڈ وی ویل بی گیون ڈبل ریوارڈ، نو، ناٹ ڈبل، بٹ، بٹ ہنڈرڈ ٹائم مور ریوارڈ، بیکاز دیر از حدیث دیٹ، اینڈ دیر از حدیث ویری امپورٹنٹ دیٹ من احیا سنت بعدی۔</w:t>
      </w:r>
    </w:p>
    <w:p>
      <w:r>
        <w:rPr>
          <w:b/>
        </w:rPr>
        <w:t xml:space="preserve">[47:52] </w:t>
      </w:r>
      <w:r>
        <w:t>it means that one who revives my Sunnah, Prophet Sallallahu Alaihi Wasallam, one who revives my Sunnah, he will be, he will be given hundred time reward.</w:t>
      </w:r>
    </w:p>
    <w:p>
      <w:pPr>
        <w:jc w:val="right"/>
      </w:pPr>
      <w:r>
        <w:t>اٹ مینز دیٹ ون ہو ریوائیوز مائی سنت، پرافٹ صلی اللہ علیہ وسلم، ون ہو ریوائیوز مائی سنت، ہی ویل بی، ہی ویل بی گیون ہنڈرڈ ٹائم ریوارڈ۔</w:t>
      </w:r>
    </w:p>
    <w:p>
      <w:r>
        <w:rPr>
          <w:b/>
        </w:rPr>
        <w:t xml:space="preserve">[48:06] </w:t>
      </w:r>
      <w:r>
        <w:t>kaise kahenge? Sahi hai, sahi hai, sahi hai, hundred time more reward. So we are, we are, we have, we are fortunate to find this situation.</w:t>
      </w:r>
    </w:p>
    <w:p>
      <w:pPr>
        <w:jc w:val="right"/>
      </w:pPr>
      <w:r>
        <w:t>کیسے کہیں گے؟ صحیح ہے، صحیح ہے، صحیح ہے، ہنڈرڈ ٹائم مور ریوارڈ۔ سو وی ار، وی ار، وی ہیو، وی ار فارچونیٹ ٹو فائنڈ دس سچویشن۔</w:t>
      </w:r>
    </w:p>
    <w:p>
      <w:r>
        <w:rPr>
          <w:b/>
        </w:rPr>
        <w:t xml:space="preserve">[48:19] </w:t>
      </w:r>
      <w:r>
        <w:t>hundred fold reward, hundred fold reward, hundred fold reward, hundred fold reward. So far as, it is a great opportunity, for it is a great opportunity.</w:t>
      </w:r>
    </w:p>
    <w:p>
      <w:pPr>
        <w:jc w:val="right"/>
      </w:pPr>
      <w:r>
        <w:t>ہنڈرڈ فول ریوارڈ، ہنڈرڈ فول ریوارڈ، ہنڈرڈ فول ریوارڈ، ہنڈرڈ فول ریوارڈ۔ سو فار ایس، اٹ از ا گریٹ اپرچونیٹی، فار اٹ از ا گریٹ اپرچونیٹی۔</w:t>
      </w:r>
    </w:p>
    <w:p>
      <w:r>
        <w:rPr>
          <w:b/>
        </w:rPr>
        <w:t xml:space="preserve">[48:31] </w:t>
      </w:r>
      <w:r>
        <w:t>Maulana, any Sunnah or any particular</w:t>
      </w:r>
    </w:p>
    <w:p>
      <w:pPr>
        <w:jc w:val="right"/>
      </w:pPr>
      <w:r>
        <w:t>مولانا، اینی سنت اور اینی پرٹیکول</w:t>
      </w:r>
    </w:p>
    <w:p>
      <w:r>
        <w:rPr>
          <w:b/>
        </w:rPr>
        <w:t xml:space="preserve">[48:36] </w:t>
      </w:r>
      <w:r>
        <w:t>r, I think any important Sunnah, although in Hadith, there is only Sunnah. Man ahya Sunnah ummati ba'di, jis ne zindah kiya meri kisi ummat, jis ne one who revives any Sunnah,</w:t>
      </w:r>
    </w:p>
    <w:p>
      <w:pPr>
        <w:jc w:val="right"/>
      </w:pPr>
      <w:r>
        <w:t>ر، ائی تھنک اینی امپورٹنٹ سنت، الدو ان حدیث، دیر از اونلی سنت۔ من ایا سنت امید بعدی، جس نے زندہ کیا میری کسی امت، جس نے ون ہو ریوائیوز اینی سنت،</w:t>
      </w:r>
    </w:p>
    <w:p>
      <w:r>
        <w:rPr>
          <w:b/>
        </w:rPr>
        <w:t xml:space="preserve">[48:58] </w:t>
      </w:r>
      <w:r>
        <w:t>that is. Yani there is dead, he will be given the reward of hundred shaheed. Yani jo aadmi zindah kare meri kisi Sunnah ko jo khatam kar di gayi ho, to us ko so shaheedon ke barabar ajr</w:t>
      </w:r>
    </w:p>
    <w:p>
      <w:pPr>
        <w:jc w:val="right"/>
      </w:pPr>
      <w:r>
        <w:t>دیٹ از۔ یعنی دیر از ڈیڈ، ہی ویل بی گیون دی ریوارڈ اف ہنڈرڈ شہید۔ یعنی جو ادمی زندہ کرے میری کسی سنت کو جو ختم کر دی گئی ہو، تو اس کو سو شہیدوں کے برابر اجر</w:t>
      </w:r>
    </w:p>
    <w:p>
      <w:r>
        <w:rPr>
          <w:b/>
        </w:rPr>
        <w:t xml:space="preserve">[49:18] </w:t>
      </w:r>
      <w:r>
        <w:t>milega. Isi waqt hundred fold ajr milega. So it is a great joy for us, a great opportunity for us.</w:t>
      </w:r>
    </w:p>
    <w:p>
      <w:pPr>
        <w:jc w:val="right"/>
      </w:pPr>
      <w:r>
        <w:t>ملے گا۔ اسی وقت ہنڈرڈ فولڈ اجر ملے گا۔ سو اٹ از ا گریٹ جوس فار اس، ا گریٹ اپرچونیٹی فار اس۔</w:t>
      </w:r>
    </w:p>
    <w:p>
      <w:r>
        <w:rPr>
          <w:b/>
        </w:rPr>
        <w:t xml:space="preserve">[49:28] </w:t>
      </w:r>
      <w:r>
        <w:t>Maulana, I would say that we anyway witnessed, ah, you know, the result</w:t>
      </w:r>
    </w:p>
    <w:p>
      <w:pPr>
        <w:jc w:val="right"/>
      </w:pPr>
      <w:r>
        <w:t>مولانا، ائی وڈ سے دیٹ وی اینی وے وٹنسڈ، اہ، یو نو، دا رزلٹ</w:t>
      </w:r>
    </w:p>
    <w:p>
      <w:r>
        <w:rPr>
          <w:b/>
        </w:rPr>
        <w:t xml:space="preserve">[49:35] </w:t>
      </w:r>
      <w:r>
        <w:t>in last couple of, ah, ah, journeys that we did, ah, like at the place of Moradabad or at Saharanpur or at other places locally, like Sai international programs.</w:t>
      </w:r>
    </w:p>
    <w:p>
      <w:pPr>
        <w:jc w:val="right"/>
      </w:pPr>
      <w:r>
        <w:t>ان لاسٹ کپل اف، اہ، اہ، جرنیز دیٹ وی ڈیڈ، اہ، لائک ایٹ دی پلیس اف مراری باپو اور ایٹ سہارن پور اور ایٹ ادر پلیسز لوکلی، لائک سائی انٹرنیشنل پروگرامز۔</w:t>
      </w:r>
    </w:p>
    <w:p>
      <w:r>
        <w:rPr>
          <w:b/>
        </w:rPr>
        <w:t xml:space="preserve">[49:48] </w:t>
      </w:r>
      <w:r>
        <w:t>and, ah, you have in all those places, ah, tried to do this, do talif qalb, and the response is always been fantastic, because the people immediately come to you.</w:t>
      </w:r>
    </w:p>
    <w:p>
      <w:pPr>
        <w:jc w:val="right"/>
      </w:pPr>
      <w:r>
        <w:t>اینڈ، اہ، یو ہیو ان ال دوز پلیسز، اہ، ٹرائی ٹو ڈو دس، ڈو طالیف قلب، اینڈ دا رسپانس از الویز بین فینٹاسٹک، بیکاز دا پیپل امیڈیٹلی کم ٹو یو۔</w:t>
      </w:r>
    </w:p>
    <w:p>
      <w:r>
        <w:rPr>
          <w:b/>
        </w:rPr>
        <w:t xml:space="preserve">[50:00] </w:t>
      </w:r>
      <w:r>
        <w:t>they not just take away books, they snatch the books, and, ah, and they respond also at a later stage.</w:t>
      </w:r>
    </w:p>
    <w:p>
      <w:pPr>
        <w:jc w:val="right"/>
      </w:pPr>
      <w:r>
        <w:t>دے ناٹ جسٹ ٹیک اوے بکس، دے سنیچ دا بکس، اینڈ، اہ، اینڈ دے رسپانڈ السو ایٹ ا لیٹر ان سٹیج۔</w:t>
      </w:r>
    </w:p>
    <w:p>
      <w:r>
        <w:rPr>
          <w:b/>
        </w:rPr>
        <w:t xml:space="preserve">[50:09] </w:t>
      </w:r>
      <w:r>
        <w:t>so I think, ah, you know, its a very good opportunity and a big blessing for us that we do revive this Sunnah, so that all of us can get that reward, which is hundred times more.</w:t>
      </w:r>
    </w:p>
    <w:p>
      <w:pPr>
        <w:jc w:val="right"/>
      </w:pPr>
      <w:r>
        <w:t>سو ائی تھنک، اہ، یو نو، اٹس ا ویری گڈ اپرچونیٹی اینڈ ا بگ بلیسنگ فار اس دیٹ وی ڈو ریوائیو دس سنت، سو دیٹ ال اف اس کین گیٹ دیٹ ریوارڈ، وچ از ہنڈرڈ ٹائمز مور۔</w:t>
      </w:r>
    </w:p>
    <w:p>
      <w:r>
        <w:rPr>
          <w:b/>
        </w:rPr>
        <w:t xml:space="preserve">[50:22] </w:t>
      </w:r>
      <w:r>
        <w:t>Maulana, so it is sadly a very thrilling, thrilling</w:t>
      </w:r>
    </w:p>
    <w:p>
      <w:pPr>
        <w:jc w:val="right"/>
      </w:pPr>
      <w:r>
        <w:t>مولانا، سو اٹ از سیڈلی ا ویری تھرلنگ، تھرلنگ</w:t>
      </w:r>
    </w:p>
    <w:p>
      <w:r>
        <w:rPr>
          <w:b/>
        </w:rPr>
        <w:t xml:space="preserve">[50:26] </w:t>
      </w:r>
      <w:r>
        <w:t>news. You say after Prophet of Islam, ah, no body did the da'wah work. Is it also apply to those Sahaba?</w:t>
      </w:r>
    </w:p>
    <w:p>
      <w:pPr>
        <w:jc w:val="right"/>
      </w:pPr>
      <w:r>
        <w:t>نیوز۔ یو سے افٹر پرافٹ اف اسلام، اہ، نو بڈی ڈیڈ دا دعوی ورک۔ از اٹ السو اپلائی ٹو دوز صحابہ؟</w:t>
      </w:r>
    </w:p>
    <w:p>
      <w:r>
        <w:rPr>
          <w:b/>
        </w:rPr>
        <w:t xml:space="preserve">[50:36] </w:t>
      </w:r>
      <w:r>
        <w:t>they also stop doing da'wah work after Prophet? Maulana, he is saying that you said that after the death of Prophet of Islam, the da'wah work was abandon.</w:t>
      </w:r>
    </w:p>
    <w:p>
      <w:pPr>
        <w:jc w:val="right"/>
      </w:pPr>
      <w:r>
        <w:t>دے السو سٹاپ ڈوئنگ دعوی ورک افٹر پرافٹ؟ مولانا، ہی از سیئنگ دیٹ یو سیڈ دیٹ افٹر دی ڈیتھ اف پرافٹ اف اسلام، دی دعوی ورک واز ابینڈن۔</w:t>
      </w:r>
    </w:p>
    <w:p>
      <w:r>
        <w:rPr>
          <w:b/>
        </w:rPr>
        <w:t xml:space="preserve">[50:49] </w:t>
      </w:r>
      <w:r>
        <w:t>nau baddi ded dawah wa</w:t>
      </w:r>
    </w:p>
    <w:p>
      <w:pPr>
        <w:jc w:val="right"/>
      </w:pPr>
      <w:r>
        <w:t>نو بڈی ڈیڈ دعوی و</w:t>
      </w:r>
    </w:p>
    <w:p>
      <w:r>
        <w:rPr>
          <w:b/>
        </w:rPr>
        <w:t xml:space="preserve">[50:50] </w:t>
      </w:r>
      <w:r>
        <w:t>ruk. So after establishing the political empire, not just, not simply after death of the prophet, when Muslims were able to to establish Muslim political empire, then the work was abandon.</w:t>
      </w:r>
    </w:p>
    <w:p>
      <w:pPr>
        <w:jc w:val="right"/>
      </w:pPr>
      <w:r>
        <w:t>رک۔ سو افٹر اسٹیبلشنگ دا پولیٹیکل ایمپائر، ناٹ جسٹ، ناٹ سمپلی افٹر ڈیتھ اف دا پرافٹ، وین مسلمز ویر ایبل ٹو ٹو اسٹیبلش مسلم پولیٹیکل ایمپائر، دین دا ورک واز ابینڈن۔</w:t>
      </w:r>
    </w:p>
    <w:p>
      <w:r>
        <w:rPr>
          <w:b/>
        </w:rPr>
        <w:t xml:space="preserve">[51:11] </w:t>
      </w:r>
      <w:r>
        <w:t>now people regain political empire expansion</w:t>
      </w:r>
    </w:p>
    <w:p>
      <w:pPr>
        <w:jc w:val="right"/>
      </w:pPr>
      <w:r>
        <w:t>ناؤ پیپل ریگین پولیٹیکل ایمپائر ایکسپینشن</w:t>
      </w:r>
    </w:p>
    <w:p>
      <w:r>
        <w:rPr>
          <w:b/>
        </w:rPr>
        <w:t xml:space="preserve">[51:15] </w:t>
      </w:r>
      <w:r>
        <w:t>. Maulana, which means much later than all the caliphates died, much later than that. Yes, gradually it abend, gradually, not suddenly.</w:t>
      </w:r>
    </w:p>
    <w:p>
      <w:pPr>
        <w:jc w:val="right"/>
      </w:pPr>
      <w:r>
        <w:t>۔ مولانا، وچ مینز مچ لیٹر دین ال دی کیلیٹس ڈائیڈ، مچ لیٹر دین دیٹ۔ یس، گریجولی اٹ ابینڈ، گریجولی، ناٹ سڈنلی۔</w:t>
      </w:r>
    </w:p>
    <w:p>
      <w:r>
        <w:rPr>
          <w:b/>
        </w:rPr>
        <w:t xml:space="preserve">[51:33] </w:t>
      </w:r>
      <w:r>
        <w:t>although organized dawah work was almost abandon, but individuals were working, haan, theek hai, especially the Sufis. And, and because the Muslims had become a dominant nation, educated nation, who had, who had political power.</w:t>
      </w:r>
    </w:p>
    <w:p>
      <w:pPr>
        <w:jc w:val="right"/>
      </w:pPr>
      <w:r>
        <w:t>الدو ارگنائزڈ دعوی ورک واز الموسٹ ابینڈن، بٹ انڈیویجولز ویر ورکنگ، ہاں، ٹھیک ہے، اسپیشلی دا صوفیز۔ اینڈ، اینڈ بیکاز دا مسلمز ہیڈ بیکم ا ڈومیننٹ نیشن، ایجوکیٹڈ نیشن، ہو ہیڈ، ہو ہیڈ پولیٹیکل پاور۔</w:t>
      </w:r>
    </w:p>
    <w:p>
      <w:r>
        <w:rPr>
          <w:b/>
        </w:rPr>
        <w:t xml:space="preserve">[51:51] </w:t>
      </w:r>
      <w:r>
        <w:t>so all these things attracted the people, and especially the teaching of Islam, of equality and brotherhood.</w:t>
      </w:r>
    </w:p>
    <w:p>
      <w:pPr>
        <w:jc w:val="right"/>
      </w:pPr>
      <w:r>
        <w:t>سو ال دیز تھنگز اٹریکٹڈ دا پیپل، اینڈ اسپیشلی دا ٹیچنگ اف اسلام، اف ایکوالٹی اینڈ برادرہوڈ۔</w:t>
      </w:r>
    </w:p>
    <w:p>
      <w:r>
        <w:rPr>
          <w:b/>
        </w:rPr>
        <w:t xml:space="preserve">[52:00] </w:t>
      </w:r>
      <w:r>
        <w:t>so people were converting in mass scale, in a regular basis, but had this dawah work been organized properly.</w:t>
      </w:r>
    </w:p>
    <w:p>
      <w:pPr>
        <w:jc w:val="right"/>
      </w:pPr>
      <w:r>
        <w:t>سو پیپل ویر کنورٹنگ ان ماس سکیل، ان ا ریگولر بیسز، بٹ ہیڈ دس دعوی ورک بین ارگنائزڈ پراپرلی۔</w:t>
      </w:r>
    </w:p>
    <w:p>
      <w:r>
        <w:rPr>
          <w:b/>
        </w:rPr>
        <w:t xml:space="preserve">[52:10] </w:t>
      </w:r>
      <w:r>
        <w:t>then the majority of the people would have converted, and Sufis worked mostly among the down garden, and they were spreading their ar</w:t>
      </w:r>
    </w:p>
    <w:p>
      <w:pPr>
        <w:jc w:val="right"/>
      </w:pPr>
      <w:r>
        <w:t>دین دی میجورٹی اف دا پیپل وڈ ہیو کنورٹڈ، اینڈ صوفیز ورکڈ موسٹلی امنگ دا ڈاؤن گارڈن، اینڈ دے وار سپریڈنگ دیر ار</w:t>
      </w:r>
    </w:p>
    <w:p>
      <w:r>
        <w:rPr>
          <w:b/>
        </w:rPr>
        <w:t xml:space="preserve">[52:21] </w:t>
      </w:r>
      <w:r>
        <w:t>ders, their Sufi orders. But that order, anyone who accepted it, accepted Islam as well. So</w:t>
      </w:r>
    </w:p>
    <w:p>
      <w:pPr>
        <w:jc w:val="right"/>
      </w:pPr>
      <w:r>
        <w:t>ڈرز، دیر صوفی ارڈرز۔ بٹ دیٹ ارڈر، اینی ون ہو ایکسیپٹڈ اٹ، ایکسیپٹڈ اسلام ایز ویل۔ سو</w:t>
      </w:r>
    </w:p>
    <w:p>
      <w:r>
        <w:rPr>
          <w:b/>
        </w:rPr>
        <w:t xml:space="preserve">[52:32] </w:t>
      </w:r>
      <w:r>
        <w:t>dekhen, woh Maulana Mirza Hasan Grami jo likha hai,</w:t>
      </w:r>
    </w:p>
    <w:p>
      <w:pPr>
        <w:jc w:val="right"/>
      </w:pPr>
      <w:r>
        <w:t>دیکھیں، وہ مولانا مرزا حسن گرامی جو لکھا ہے،</w:t>
      </w:r>
    </w:p>
    <w:p>
      <w:r>
        <w:rPr>
          <w:b/>
        </w:rPr>
        <w:t xml:space="preserve">[52:35] </w:t>
      </w:r>
      <w:r>
        <w:t>woh main is ko theek nahi samajhta. Is liye ke yeh aik cheez hai ke aap meri khush eitiqadi mein tojeeh karen ke Hazrat Umar ka jo feal hai,</w:t>
      </w:r>
    </w:p>
    <w:p>
      <w:pPr>
        <w:jc w:val="right"/>
      </w:pPr>
      <w:r>
        <w:t>وہ میں اس کو صحیح نہیں سمجھتا۔ اس لیے کہ یہ ایک چیز ہے کہ آپ میری خوش اعتقادی میں توجیح کریں کہ حضرت عمر کا جو فعل ہے،</w:t>
      </w:r>
    </w:p>
    <w:p>
      <w:r>
        <w:rPr>
          <w:b/>
        </w:rPr>
        <w:t xml:space="preserve">[52:51] </w:t>
      </w:r>
      <w:r>
        <w:t>is par harf na aaye. Woh ilm chahe, ilm par harf aa jaye. Hamare ulama ka aik kamzori yeh hai ke ilm par harf aa jaye to aa jaye, apni shakhsiyaton par harf na aaye.</w:t>
      </w:r>
    </w:p>
    <w:p>
      <w:pPr>
        <w:jc w:val="right"/>
      </w:pPr>
      <w:r>
        <w:t>اس پر حرف نہ آئے۔ وہ علم چاہے، علم پر حرف آ جائے۔ ہمارے علماء کا ایک کمزوری یہ ہے کہ علم پر حرف آ جائے تو آ جائے، اپنی شخصیتوں پر حرف نہ آئے۔</w:t>
      </w:r>
    </w:p>
    <w:p>
      <w:r>
        <w:rPr>
          <w:b/>
        </w:rPr>
        <w:t xml:space="preserve">[53:04] </w:t>
      </w:r>
      <w:r>
        <w:t>main yeh scientific nahi samajhta</w:t>
      </w:r>
    </w:p>
    <w:p>
      <w:pPr>
        <w:jc w:val="right"/>
      </w:pPr>
      <w:r>
        <w:t>میں یہ سائنٹیفک نہیں سمجھتا۔ اس کو دیکھیں، حضرت عمر نے یہ نہیں کہا تھا کہ یہ لائن کو 20 یوز کر رہے ہیں۔</w:t>
      </w:r>
    </w:p>
    <w:p>
      <w:r>
        <w:rPr>
          <w:b/>
        </w:rPr>
        <w:t xml:space="preserve">[53:13] </w:t>
      </w:r>
      <w:r>
        <w:t>yeh dukan hi tha, unhon ne yeh to unhon ne khud nikal</w:t>
      </w:r>
    </w:p>
    <w:p>
      <w:pPr>
        <w:jc w:val="right"/>
      </w:pPr>
      <w:r>
        <w:t>یہ دکان ہی تھا، انہوں نے یہ تو انہوں نے خود نکال</w:t>
      </w:r>
    </w:p>
    <w:p>
      <w:r>
        <w:rPr>
          <w:b/>
        </w:rPr>
        <w:t xml:space="preserve">[53:16] </w:t>
      </w:r>
      <w:r>
        <w:t>a hai. Unhon ne to kaha tha ke pehle Islam kamzor tha to is ko daal diya, ab Islam taqatwar hai, ab hum is ko talwar se lipat len ge.</w:t>
      </w:r>
    </w:p>
    <w:p>
      <w:pPr>
        <w:jc w:val="right"/>
      </w:pPr>
      <w:r>
        <w:t>ا ہے۔ انہوں نے تو کہا تھا کہ پہلے اسلام کمزور تھا تو اس کو ڈال دیا، اب اسلام طاقتور ہے، اب ہم اس کو تلوار سے لپٹ لیں گے۔</w:t>
      </w:r>
    </w:p>
    <w:p>
      <w:r>
        <w:rPr>
          <w:b/>
        </w:rPr>
        <w:t xml:space="preserve">[53:27] </w:t>
      </w:r>
      <w:r>
        <w:t>to yeh Hazrat Umar ne yeh kaha tha. Is se kahan nikalta hai? Woh jo Mirza sahib nikal rahe hain, to shakhsiyaton ko le kar ke tojeeh karna, bhai, is ko unscientific samajhta hoon.</w:t>
      </w:r>
    </w:p>
    <w:p>
      <w:pPr>
        <w:jc w:val="right"/>
      </w:pPr>
      <w:r>
        <w:t>تو یہ حضرت عمر نے یہ کہا تھا۔ اس سے کہاں نکلتا ہے؟ وہ جو مرزا صاحب نکال رہے ہیں، تو شخصیتوں کو لے کر کے توجیح کرنا، بھائی، اس کو ان سائنٹیفک سمجھتا ہوں۔</w:t>
      </w:r>
    </w:p>
    <w:p>
      <w:r>
        <w:rPr>
          <w:b/>
        </w:rPr>
        <w:t xml:space="preserve">[53:41] </w:t>
      </w:r>
      <w:r>
        <w:t>main yeh manta hoon ke Hazrat Umar ka jo qaul tha, woh ijtihadi khata thi.</w:t>
      </w:r>
    </w:p>
    <w:p>
      <w:pPr>
        <w:jc w:val="right"/>
      </w:pPr>
      <w:r>
        <w:t>میں یہ مانتا ہوں کہ حضرت عمر کا جو قول تھا، وہ اجتہادی خطا تھی۔</w:t>
      </w:r>
    </w:p>
    <w:p>
      <w:r>
        <w:rPr>
          <w:b/>
        </w:rPr>
        <w:t xml:space="preserve">[53:46] </w:t>
      </w:r>
      <w:r>
        <w:t>is ki aisi tojeeh karna jo kya hai, woh main is ko ghair scientific samajhta hoon. Maulana, other than this, is there any other works which is abolisht?</w:t>
      </w:r>
    </w:p>
    <w:p>
      <w:pPr>
        <w:jc w:val="right"/>
      </w:pPr>
      <w:r>
        <w:t>اس کی ایسی توجیح کرنا جو کیا ہے، وہ میں اس کو غیر سائنٹیفک سمجھتا ہوں۔ مولانا، ادر دین دس، از دیر اینی ادر ورکس وچ از ابولسٹ؟</w:t>
      </w:r>
    </w:p>
    <w:p>
      <w:r>
        <w:rPr>
          <w:b/>
        </w:rPr>
        <w:t xml:space="preserve">[53:57] </w:t>
      </w:r>
      <w:r>
        <w:t>yes, yani scholars believe that there are many verses, but all these, and I don't subscribe with this notion.</w:t>
      </w:r>
    </w:p>
    <w:p>
      <w:pPr>
        <w:jc w:val="right"/>
      </w:pPr>
      <w:r>
        <w:t>ایس، یعنی سکالرز بیلیو دیٹ دیر ار مینی ورسز، بٹ ال دیز، اینڈ ائی ڈونٹ سبسکرائب ود دس نوشن۔</w:t>
      </w:r>
    </w:p>
    <w:p>
      <w:r>
        <w:rPr>
          <w:b/>
        </w:rPr>
        <w:t xml:space="preserve">[54:11] </w:t>
      </w:r>
      <w:r>
        <w:t>no verse of the Quran is abolisht, and it is very controversial issue, very even among scholars.</w:t>
      </w:r>
    </w:p>
    <w:p>
      <w:pPr>
        <w:jc w:val="right"/>
      </w:pPr>
      <w:r>
        <w:t>نو ورس اف دا قرآن از ابولسٹ، اینڈ اٹ از ویری کنٹروورشل ایشو، ویری ایون امنگ سکالرز۔</w:t>
      </w:r>
    </w:p>
    <w:p>
      <w:r>
        <w:rPr>
          <w:b/>
        </w:rPr>
        <w:t xml:space="preserve">[54:21] </w:t>
      </w:r>
      <w:r>
        <w:t>so I believe that no Quranic verses abolisht. The reason is that these scholars fail to understand that, yani Islam believes in the Islamik method is based on gradual change.</w:t>
      </w:r>
    </w:p>
    <w:p>
      <w:pPr>
        <w:jc w:val="right"/>
      </w:pPr>
      <w:r>
        <w:t>سو ائی بیلیو دیٹ نو قرآنی ورسز ابولسٹ۔ دا ریزن از دیٹ دیز سکالرز فیل ٹو انڈرسٹینڈ دیٹ، یعنی اسلام بیلیوز ان دی اسلامک میتھڈ از بیسڈ ان گریجول چینج۔</w:t>
      </w:r>
    </w:p>
    <w:p>
      <w:r>
        <w:rPr>
          <w:b/>
        </w:rPr>
        <w:t xml:space="preserve">[54:40] </w:t>
      </w:r>
      <w:r>
        <w:t>so sometimes you suspend of a teaching, but the suspension is doesn't mean that you have abolisht it.</w:t>
      </w:r>
    </w:p>
    <w:p>
      <w:pPr>
        <w:jc w:val="right"/>
      </w:pPr>
      <w:r>
        <w:t>سو سم ٹائم یو سسپینڈ اف ا ٹیچنگ، بٹ دا سسپنشن از ڈزنٹ مین دیٹ یو ہیو ابولسٹ اٹ۔</w:t>
      </w:r>
    </w:p>
    <w:p>
      <w:r>
        <w:rPr>
          <w:b/>
        </w:rPr>
        <w:t xml:space="preserve">[54:50] </w:t>
      </w:r>
      <w:r>
        <w:t>for example, if one is wont become patient, you will say that you can do time instead of it.</w:t>
      </w:r>
    </w:p>
    <w:p>
      <w:pPr>
        <w:jc w:val="right"/>
      </w:pPr>
      <w:r>
        <w:t>فار ایگزیمپل، اف ون از وونٹ بیکم پیشنٹ، یو ویل سے دیٹ یو کین ڈو ٹائم انسٹیڈ اف اٹ۔</w:t>
      </w:r>
    </w:p>
    <w:p>
      <w:r>
        <w:rPr>
          <w:b/>
        </w:rPr>
        <w:t xml:space="preserve">[54:59] </w:t>
      </w:r>
      <w:r>
        <w:t>at that time, you have that hukum was mansookh for this this person, but is not mansookh. He was suspended.</w:t>
      </w:r>
    </w:p>
    <w:p>
      <w:pPr>
        <w:jc w:val="right"/>
      </w:pPr>
      <w:r>
        <w:t>ایٹ دیٹ ٹائم، یو ہیو دیٹ حکم واز منسوخ فار دس دس پرسن، بٹ از ناٹ منسوخ۔ ہی واز سسپینڈڈ۔</w:t>
      </w:r>
    </w:p>
    <w:p>
      <w:r>
        <w:rPr>
          <w:b/>
        </w:rPr>
        <w:t xml:space="preserve">[55:08] </w:t>
      </w:r>
      <w:r>
        <w:t>yeh waqti tor par musaqat ho gaya is ke liye, to is ko aap yeh nahi keh sakte ke mansookh ho gaya.</w:t>
      </w:r>
    </w:p>
    <w:p>
      <w:pPr>
        <w:jc w:val="right"/>
      </w:pPr>
      <w:r>
        <w:t>یہ وقتی طور پر مساقط ہو گیا اس کے لیے، تو اس کو اپ یہ نہیں کہہ سکتے کہ منسوخ ہو گیا۔</w:t>
      </w:r>
    </w:p>
    <w:p>
      <w:r>
        <w:rPr>
          <w:b/>
        </w:rPr>
        <w:t xml:space="preserve">[55:15] </w:t>
      </w:r>
      <w:r>
        <w:t>to islam mein jitne bhi aise refer kiye jate hain, wo case of, yani wo hain, yani for temporary period, is ke is ka applicability jo hai, nahi rahi.</w:t>
      </w:r>
    </w:p>
    <w:p>
      <w:pPr>
        <w:jc w:val="right"/>
      </w:pPr>
      <w:r>
        <w:t>تو اسلام میں جتنے بھی ایسے ریفر کیے جاتے ہیں، وہ کیس اف، یعنی وہ ہیں، یعنی فار ٹیمپریری پیریڈ، اس کے اس کا ایپلیکیبلٹی جو ہے، نہیں رہی۔</w:t>
      </w:r>
    </w:p>
    <w:p>
      <w:r>
        <w:rPr>
          <w:b/>
        </w:rPr>
        <w:t xml:space="preserve">[55:29] </w:t>
      </w:r>
      <w:r>
        <w:t>for temporary period, is not applicable to those people, but is not mansookh in ke liye. its like, you can give, you can give the example of namaz.</w:t>
      </w:r>
    </w:p>
    <w:p>
      <w:pPr>
        <w:jc w:val="right"/>
      </w:pPr>
      <w:r>
        <w:t>فار ٹیمپریری پیریڈ، از ناٹ ایپلیکیبل ٹو دوز پیپل، بٹ از ناٹ منسوخ ان کے لیے۔ اٹس لائک، یو کین گیو، یو کین گیو دا ایگزیمپل اف نماز۔</w:t>
      </w:r>
    </w:p>
    <w:p>
      <w:r>
        <w:rPr>
          <w:b/>
        </w:rPr>
        <w:t xml:space="preserve">[55:45] </w:t>
      </w:r>
      <w:r>
        <w:t>ah, it is said of of drinks. it is said that when you are drunk, dont come. nahi, nahi, dekhen, is ko samjhen aap ke quran ki bohat si ayaten hain jin mein yeh hai ke is ko kaha gaya ke yeh na karo.</w:t>
      </w:r>
    </w:p>
    <w:p>
      <w:pPr>
        <w:jc w:val="right"/>
      </w:pPr>
      <w:r>
        <w:t>اہ، اٹ از سیڈ اف اف ڈرنکس۔ اٹ از سیڈ دیٹ وین یو ار ڈرنک، ڈونٹ کم۔ نہیں، نہیں، دیکھیں، اس کو سمجھیے اپ کہ قرآن کی بہت سی آیتیں ہیں جن میں یہ ہے کہ اس کو کہا گیا کہ یہ نہ کرو۔</w:t>
      </w:r>
    </w:p>
    <w:p>
      <w:r>
        <w:rPr>
          <w:b/>
        </w:rPr>
        <w:t xml:space="preserve">[56:12] </w:t>
      </w:r>
      <w:r>
        <w:t>tum yeh jaise bimar hain to wuzu na karen, tab hum kar lete hain.</w:t>
      </w:r>
    </w:p>
    <w:p>
      <w:pPr>
        <w:jc w:val="right"/>
      </w:pPr>
      <w:r>
        <w:t>تم یہ جیسے بیمار ہیں تو وضو نہ کریں، تب ہم کر لیتے ہیں۔</w:t>
      </w:r>
    </w:p>
    <w:p>
      <w:r>
        <w:rPr>
          <w:b/>
        </w:rPr>
        <w:t xml:space="preserve">[56:18] </w:t>
      </w:r>
      <w:r>
        <w:t>to is tarah se aur bohat si cheezen hain. to is ko logon ne samajh liya ke mansookh kiya gaya hai. to mansookh koi bhi nahi ki ki gayi thi.</w:t>
      </w:r>
    </w:p>
    <w:p>
      <w:pPr>
        <w:jc w:val="right"/>
      </w:pPr>
      <w:r>
        <w:t>تو اس طرح سے اور بہت سی چیزیں ہیں۔ تو اس کو لوگوں نے سمجھ لیا کہ منسوخ کیا گیا ہے۔ تو منسوخ کوئی بھی نہیں کی کی گئی تھی۔</w:t>
      </w:r>
    </w:p>
    <w:p>
      <w:r>
        <w:rPr>
          <w:b/>
        </w:rPr>
        <w:t xml:space="preserve">[56:26] </w:t>
      </w:r>
      <w:r>
        <w:t>jaise wo islam ki hukoomat na rahe, power to to hudood jo hain, jo laws jo hain, un ko implement karna, is ko samajhte hain ke mansookh ho gaya.</w:t>
      </w:r>
    </w:p>
    <w:p>
      <w:pPr>
        <w:jc w:val="right"/>
      </w:pPr>
      <w:r>
        <w:t>جیسے وہ اسلام کی حکومت نہ رہے، پاور تو تو حدود جو ہیں، جو لاز جو ہیں، ان کو امپلیمنٹ کرنا، اس کو سمجھتے ہیں کہ منسوخ ہو گیا۔</w:t>
      </w:r>
    </w:p>
    <w:p>
      <w:r>
        <w:rPr>
          <w:b/>
        </w:rPr>
        <w:t xml:space="preserve">[56:38] </w:t>
      </w:r>
      <w:r>
        <w:t>mansookh nahi hua, wo saaqit hua. yani temporary tor par suspend kiya gaya is ko. that was temporary suspension and not abrogation.</w:t>
      </w:r>
    </w:p>
    <w:p>
      <w:pPr>
        <w:jc w:val="right"/>
      </w:pPr>
      <w:r>
        <w:t>منسوخ نہیں ہوا، وہ ساقط ہوا۔ یعنی ٹیمپریری طور پر سسپینڈ کیا گیا اس کو۔ دیٹ واز ٹیمپریری سسپینشن اینڈ ناٹ ابروکیشن۔</w:t>
      </w:r>
    </w:p>
    <w:p>
      <w:r>
        <w:rPr>
          <w:b/>
        </w:rPr>
        <w:t xml:space="preserve">[56:49] </w:t>
      </w:r>
      <w:r>
        <w:t>bait ki baat to clear hai ke hum logon ke liye yeh its a good timing, kyunke ek ek sunnat jo matloob thi, yani chori hui thi,</w:t>
      </w:r>
    </w:p>
    <w:p>
      <w:pPr>
        <w:jc w:val="right"/>
      </w:pPr>
      <w:r>
        <w:t>بائیت کی بات تو کلیئر ہے کہ ہم لوگوں کے لیے یہ اٹس اے گڈ ٹائمنگ، کیونکہ ایک ایک سنت جو مطلوب تھی، یعنی چھوڑی ہوئی تھی،</w:t>
      </w:r>
    </w:p>
    <w:p>
      <w:r>
        <w:rPr>
          <w:b/>
        </w:rPr>
        <w:t xml:space="preserve">[57:03] </w:t>
      </w:r>
      <w:r>
        <w:t>humein moqa hai, humein chance hai ke is par amal kar ke hum, yani hundred fold reward hasil kar saken. yeh yeh to bohat hi khushi ki baat hai.</w:t>
      </w:r>
    </w:p>
    <w:p>
      <w:pPr>
        <w:jc w:val="right"/>
      </w:pPr>
      <w:r>
        <w:t>ہمیں موقع ہے، ہمیں چانس ہے کہ اس پر عمل کر کے ہم، یعنی ہنڈرڈ فولڈ ریوارڈ حاصل کر سکیں۔ یہ یہ تو بہت ہی خوشی کی بات ہے۔</w:t>
      </w:r>
    </w:p>
    <w:p>
      <w:r>
        <w:rPr>
          <w:b/>
        </w:rPr>
        <w:t xml:space="preserve">[57:14] </w:t>
      </w:r>
      <w:r>
        <w:t>humein chahiye ke hum</w:t>
      </w:r>
    </w:p>
    <w:p>
      <w:pPr>
        <w:jc w:val="right"/>
      </w:pPr>
      <w:r>
        <w:t>ہمیں چاہیے کہ ہم</w:t>
      </w:r>
    </w:p>
    <w:p>
      <w:r>
        <w:rPr>
          <w:b/>
        </w:rPr>
        <w:t xml:space="preserve">[57:17] </w:t>
      </w:r>
      <w:r>
        <w:t>daawa work mein eesaai energy laga den taake yeh reward humein mile. so is a good timing for us</w:t>
      </w:r>
    </w:p>
    <w:p>
      <w:pPr>
        <w:jc w:val="right"/>
      </w:pPr>
      <w:r>
        <w:t>دعوی ورک میں عیسائی انرجی لگا دیں تاکہ یہ ریوارڈ ہمیں ملے۔ سو از ا گڈ ٹائمنگ فار اس</w:t>
      </w:r>
    </w:p>
    <w:p>
      <w:r>
        <w:rPr>
          <w:b/>
        </w:rPr>
        <w:t xml:space="preserve">[57:37] </w:t>
      </w:r>
      <w:r>
        <w:t>ghalti. Hazrat Umar ke bare mein kai waqiat atay hain ke unhon ne ek faisla diya. Hazrat Ali ne kaha ke yeh aap ka faisla aap ne theek nahi</w:t>
      </w:r>
    </w:p>
    <w:p>
      <w:pPr>
        <w:jc w:val="right"/>
      </w:pPr>
      <w:r>
        <w:t>غلطی۔ حضرت عمر کے بارے میں کئی واقعات آتے ہیں کہ انہوں نے ایک فیصلہ دیا۔ حضرت علی نے کہا کہ یہ آپ کا فیصلہ آپ نے ٹھیک نہیں</w:t>
      </w:r>
    </w:p>
    <w:p>
      <w:r>
        <w:rPr>
          <w:b/>
        </w:rPr>
        <w:t xml:space="preserve">[57:46] </w:t>
      </w:r>
      <w:r>
        <w:t>kiya. to Hazrat Umar ne kaha ke lawla Ali lanat Umar. to yeh Maulana Mirza Garami jo hain, ek hi waqia khol lete hain ke agar Ali lanat halak hua tha, yani unhon ne khud accept kiya ke mera faisla galat tha.</w:t>
      </w:r>
    </w:p>
    <w:p>
      <w:pPr>
        <w:jc w:val="right"/>
      </w:pPr>
      <w:r>
        <w:t>کیا۔ تو حضرت عمر نے کہا کہ لولا علی لعنت عمر۔ تو یہ مولانا مرزا گرامی جو ہیں، ایک ہی واقعہ کھول لیتے ہیں کہ اگر علی لعنت ہلاک ہوا تھا، یعنی انہوں نے خود ایکسیپٹ کیا کہ میرا فیصلہ غلط تھا۔</w:t>
      </w:r>
    </w:p>
    <w:p>
      <w:r>
        <w:rPr>
          <w:b/>
        </w:rPr>
        <w:t xml:space="preserve">[58:05] </w:t>
      </w:r>
      <w:r>
        <w:t>what is to aap kaisa hai? yeh yeh yeh yeh unscientific attitude hai ke aap kisi ko yani samajhne ke liye yeh bartar hai ghalti se.</w:t>
      </w:r>
    </w:p>
    <w:p>
      <w:pPr>
        <w:jc w:val="right"/>
      </w:pPr>
      <w:r>
        <w:t>واٹ از تو آپ کیسا ہے؟ یہ یہ یہ یہ ان سائنٹیفک ایٹیٹیوڈ ہے کہ آپ کسی کو یعنی سمجھنے کے لیے یہ بالاتر ہے غلطی سے۔</w:t>
      </w:r>
    </w:p>
    <w:p>
      <w:r>
        <w:rPr>
          <w:b/>
        </w:rPr>
        <w:t xml:space="preserve">[58:19] </w:t>
      </w:r>
      <w:r>
        <w:t>yeh sare ulma mante hain ke wo faisla jo hai Hazrat Umar ka sahi nahi tha. Hazrat Ali ne jab point out kiya</w:t>
      </w:r>
    </w:p>
    <w:p>
      <w:pPr>
        <w:jc w:val="right"/>
      </w:pPr>
      <w:r>
        <w:t>یہ سارے علماء مانتے ہیں کہ وہ فیصلہ جو ہے حضرت عمر کا صحیح نہیں تھا۔ حضرت علی نے جب پوائنٹ آؤٹ کیا</w:t>
      </w:r>
    </w:p>
    <w:p>
      <w:r>
        <w:rPr>
          <w:b/>
        </w:rPr>
        <w:t xml:space="preserve">[58:25] </w:t>
      </w:r>
      <w:r>
        <w:t>to unhon ne kaha ke lawla Ali lanat Umar. to bohat se waqiat hain, ek waqia thori hai. to mein mein yeh kahunga ke scientific koshish yeh hai ke hum yeh manen ke that was ijtihadi khata.</w:t>
      </w:r>
    </w:p>
    <w:p>
      <w:pPr>
        <w:jc w:val="right"/>
      </w:pPr>
      <w:r>
        <w:t>تو انہوں نے کہا کہ لولا علی لعنت عمر۔ تو بہت سے واقعات ہیں، ایک واقعہ تھوڑی ہے۔ تو میں میں یہ کہوں گا کہ سائنٹیفک کوشش یہ ہے کہ ہم یہ مانیں کہ دیٹ واز اجتہادی خطا۔</w:t>
      </w:r>
    </w:p>
    <w:p>
      <w:r>
        <w:rPr>
          <w:b/>
        </w:rPr>
        <w:t xml:space="preserve">[58:39] </w:t>
      </w:r>
      <w:r>
        <w:t>what is mean by ijtihadi khata? dekhen. ijtihad is open for every scholar.</w:t>
      </w:r>
    </w:p>
    <w:p>
      <w:pPr>
        <w:jc w:val="right"/>
      </w:pPr>
      <w:r>
        <w:t>واٹ از مین بائی اجتہادی خطا؟ دیکھیں۔ اجتہاد از اوپن فار ایوری سکالر۔</w:t>
      </w:r>
    </w:p>
    <w:p>
      <w:r>
        <w:rPr>
          <w:b/>
        </w:rPr>
        <w:t xml:space="preserve">[58:49] </w:t>
      </w:r>
      <w:r>
        <w:t>ijtihad is not, yani the door of ijtihad is not closed.</w:t>
      </w:r>
    </w:p>
    <w:p>
      <w:pPr>
        <w:jc w:val="right"/>
      </w:pPr>
      <w:r>
        <w:t>اجتہاد از ناٹ، یعنی دا ڈور اف اجتہاد از ناٹ کلوزڈ۔</w:t>
      </w:r>
    </w:p>
    <w:p>
      <w:r>
        <w:rPr>
          <w:b/>
        </w:rPr>
        <w:t xml:space="preserve">[58:54] </w:t>
      </w:r>
      <w:r>
        <w:t>it is open. ijtihad means in seeking reapplication of of your teaching. yani when situation is change, so you try to seek to seek new application.</w:t>
      </w:r>
    </w:p>
    <w:p>
      <w:pPr>
        <w:jc w:val="right"/>
      </w:pPr>
      <w:r>
        <w:t>اٹ از اوپن۔ اجتہاد مینز ان سیکنگ ری ایپلیکیشن اف اف یور ٹیچنگ۔ یعنی وین سچویشن از چینج، سو یو ٹرائی ٹو سیک ٹو سیک نیو ایپلیکیشن۔</w:t>
      </w:r>
    </w:p>
    <w:p>
      <w:r>
        <w:rPr>
          <w:b/>
        </w:rPr>
        <w:t xml:space="preserve">[59:11] </w:t>
      </w:r>
      <w:r>
        <w:t>how to reapply that teaching? yeh ijtihad.</w:t>
      </w:r>
    </w:p>
    <w:p>
      <w:pPr>
        <w:jc w:val="right"/>
      </w:pPr>
      <w:r>
        <w:t>ہاؤ ٹو ری اپلائی دیٹ ٹیچنگ؟ یہ اجتہاد۔</w:t>
      </w:r>
    </w:p>
    <w:p>
      <w:r>
        <w:rPr>
          <w:b/>
        </w:rPr>
        <w:t xml:space="preserve">[59:15] </w:t>
      </w:r>
      <w:r>
        <w:t>ijtihad means yani re is to to to try to re define. try to re apply.</w:t>
      </w:r>
    </w:p>
    <w:p>
      <w:pPr>
        <w:jc w:val="right"/>
      </w:pPr>
      <w:r>
        <w:t>اجتہاد مینز یعنی ری اس ٹو ٹو ٹو ٹرائی ٹو ری ڈیفائن۔ ٹرائی ٹو ری اپلائی۔</w:t>
      </w:r>
    </w:p>
    <w:p>
      <w:r>
        <w:rPr>
          <w:b/>
        </w:rPr>
        <w:t xml:space="preserve">[59:27] </w:t>
      </w:r>
      <w:r>
        <w:t>so ijtihad means it doesnt mean revision. revision is got different thing. ijtihad doesnt mean revision.</w:t>
      </w:r>
    </w:p>
    <w:p>
      <w:pPr>
        <w:jc w:val="right"/>
      </w:pPr>
      <w:r>
        <w:t>سو اجتہاد مینز اٹ ڈزنٹ مین ریویژن۔ ریویژن از گاٹ ڈفرنٹ تھنگ۔ اجتہاد ڈزنٹ مین ریویژن۔</w:t>
      </w:r>
    </w:p>
    <w:p>
      <w:r>
        <w:rPr>
          <w:b/>
        </w:rPr>
        <w:t xml:space="preserve">[59:37] </w:t>
      </w:r>
      <w:r>
        <w:t>ijtihad means reapplication.</w:t>
      </w:r>
    </w:p>
    <w:p>
      <w:pPr>
        <w:jc w:val="right"/>
      </w:pPr>
      <w:r>
        <w:t>اجتہاد مینز ری ایپلیکیشن۔</w:t>
      </w:r>
    </w:p>
    <w:p>
      <w:r>
        <w:rPr>
          <w:b/>
        </w:rPr>
        <w:t xml:space="preserve">[59:40] </w:t>
      </w:r>
      <w:r>
        <w:t>so hadith says that if you do ijtihad and your ijtihad is correct.</w:t>
      </w:r>
    </w:p>
    <w:p>
      <w:pPr>
        <w:jc w:val="right"/>
      </w:pPr>
      <w:r>
        <w:t>سو حدیث سیز دیٹ اف یو ڈو اجتہاد اینڈ یور اجتہاد از کریکٹ۔</w:t>
      </w:r>
    </w:p>
    <w:p>
      <w:r>
        <w:rPr>
          <w:b/>
        </w:rPr>
        <w:t xml:space="preserve">[59:50] </w:t>
      </w:r>
      <w:r>
        <w:t>if you do ijtihad and your ijtihad is correct, then you will be given double reward. that you will be given double double reward.</w:t>
      </w:r>
    </w:p>
    <w:p>
      <w:pPr>
        <w:jc w:val="right"/>
      </w:pPr>
      <w:r>
        <w:t>اف یو ڈو اجتہاد اینڈ یور اجتہاد از کریکٹ، دین یو ویل بی گیون ڈبل ریوارڈ۔ دیٹ یو ویل بی گیون ڈبل ڈبل ریوارڈ۔</w:t>
      </w:r>
    </w:p>
    <w:p>
      <w:r>
        <w:rPr>
          <w:b/>
        </w:rPr>
        <w:t xml:space="preserve">[1:00:03] </w:t>
      </w:r>
      <w:r>
        <w:t>and if your ijtihad is wrong, then you will be given single reward.</w:t>
      </w:r>
    </w:p>
    <w:p>
      <w:pPr>
        <w:jc w:val="right"/>
      </w:pPr>
      <w:r>
        <w:t>اینڈ اف یور اجتہاد از رونگ، دین یو ویل بی گیون سنگل ریوارڈ۔</w:t>
      </w:r>
    </w:p>
    <w:p>
      <w:r>
        <w:rPr>
          <w:b/>
        </w:rPr>
        <w:t xml:space="preserve">[1:00:13] </w:t>
      </w:r>
      <w:r>
        <w:t>in both the cases, you will be given reward.</w:t>
      </w:r>
    </w:p>
    <w:p>
      <w:pPr>
        <w:jc w:val="right"/>
      </w:pPr>
      <w:r>
        <w:t>ان بوتھ دا کیسز، یو ویل بی گیون ریوارڈ۔</w:t>
      </w:r>
    </w:p>
    <w:p>
      <w:r>
        <w:rPr>
          <w:b/>
        </w:rPr>
        <w:t xml:space="preserve">[1:00:20] </w:t>
      </w:r>
      <w:r>
        <w:t>is very important to know this hadith. very important. yani prophet nabee علیہ السلام heve encourage ummah to do ijtihad with the only condition that your intention is not bad.</w:t>
      </w:r>
    </w:p>
    <w:p>
      <w:pPr>
        <w:jc w:val="right"/>
      </w:pPr>
      <w:r>
        <w:t>از ویری امپورٹنٹ ٹو نو دس حدیث۔ ویری امپورٹنٹ۔ یعنی پرافٹ نبی علیہ السلام ہیو انکریج امہ ٹو ڈو اجتہاد ود دا اونلی کنڈیشن دیٹ یور انٹیشن از ناٹ بیڈ۔</w:t>
      </w:r>
    </w:p>
    <w:p>
      <w:r>
        <w:rPr>
          <w:b/>
        </w:rPr>
        <w:t xml:space="preserve">[1:00:38] </w:t>
      </w:r>
      <w:r>
        <w:t>your intention good</w:t>
      </w:r>
    </w:p>
    <w:p>
      <w:pPr>
        <w:jc w:val="right"/>
      </w:pPr>
      <w:r>
        <w:t>یور انٹیشن گڈ</w:t>
      </w:r>
    </w:p>
    <w:p>
      <w:r>
        <w:rPr>
          <w:b/>
        </w:rPr>
        <w:t xml:space="preserve">[1:00:40] </w:t>
      </w:r>
      <w:r>
        <w:t>. if your intention is good, then you are free to do ijtihad, provide you are you have knowledge of quran and hadith.</w:t>
      </w:r>
    </w:p>
    <w:p>
      <w:pPr>
        <w:jc w:val="right"/>
      </w:pPr>
      <w:r>
        <w:t>۔ اف یور انٹیشن از گڈ، دین یو ار فری ٹو ڈو اجتہاد، پرووائیڈ یو ار یو ہیو نالج اف قرآن اینڈ حدیث۔</w:t>
      </w:r>
    </w:p>
    <w:p>
      <w:r>
        <w:rPr>
          <w:b/>
        </w:rPr>
        <w:t xml:space="preserve">[1:00:51] </w:t>
      </w:r>
      <w:r>
        <w:t>if you have no knowledge, then you are not allowed to do ijtihad.</w:t>
      </w:r>
    </w:p>
    <w:p>
      <w:pPr>
        <w:jc w:val="right"/>
      </w:pPr>
      <w:r>
        <w:t>اف یو ہیو نو نالج، دین یو ار ناٹ الاؤڈ ٹو ڈو اجتہاد۔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