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Message of Eid-al-Fitr May 03, 2022 Prof. Farida Khanam &amp; Dr. Saniyasnain Khan</w:t>
      </w:r>
    </w:p>
    <w:p>
      <w:r>
        <w:t>https://www.youtube.com/watch?v=wMBqbwZ8gEs</w:t>
      </w:r>
    </w:p>
    <w:p>
      <w:r>
        <w:rPr>
          <w:b/>
        </w:rPr>
        <w:t xml:space="preserve">[00:08] </w:t>
      </w:r>
      <w:r>
        <w:t>bismillahir rahmani rahim, aaj idulfitr ka mubarak din hai aur hum sab log yahan par maulana sahab ke kamre mein jama hue hain. yeh maulana sahab ki riwayat rahi ke woh hamesha idul fitr aur idul adha dono mauqe par woh cps ke logon ko address karte the.</w:t>
      </w:r>
    </w:p>
    <w:p>
      <w:pPr>
        <w:jc w:val="right"/>
      </w:pPr>
      <w:r>
        <w:t>बिस्मिल्लाहिर रहमानी रहीम, आज इदुलफित्र का मुबारक दिन है और हम सब लोग यहां पर मौलाना साहब के कमरे में जमा हुए हैं. यह मौलाना साहब की रिवायत रही के वो हमेशा इदुल शित्र और इदेदादाद दोनों मौके पर वो CPS के लोगों को address करते थे.</w:t>
      </w:r>
    </w:p>
    <w:p>
      <w:r>
        <w:rPr>
          <w:b/>
        </w:rPr>
        <w:t xml:space="preserve">[00:37] </w:t>
      </w:r>
      <w:r>
        <w:t>to aaj hum log usi riwayat ko barkarar rakhte hue yahan par jama hue hain aur yahan par hum kuch baatein aapse share karenge. to eid ka jo tyohar shuru hua uske bare mein main kuch yeh maulana sahab ki kitabein nashri takreerein usmein unhone yeh sari kai articles hain usmein jo unhone broadcast ke liye all india radio ke liye likhe the.</w:t>
      </w:r>
    </w:p>
    <w:p>
      <w:pPr>
        <w:jc w:val="right"/>
      </w:pPr>
      <w:r>
        <w:t>तो आज हम लोग उसी रिवायत को बरकरार रखते हुए यहां पर जमा हुए हैं और यहां पर हम कुछ बातें आपसे share करेंगे. तो ईद का जो त्यौहार शुरू हुआ उसके बारे में मैं कुछ यह मोलाना साहब की किताबें नश्री तकरीरें उसमें उन्होंने यह सारी कई articles हैं उसमें जो उन्होंने broadcast के लिए all india radio के लिए लिखे थे.</w:t>
      </w:r>
    </w:p>
    <w:p>
      <w:r>
        <w:rPr>
          <w:b/>
        </w:rPr>
        <w:t xml:space="preserve">[01:05] </w:t>
      </w:r>
      <w:r>
        <w:t>to usmein sari detail aapko milegi. to wahan par jab rasoolullah sallallahu sallallahu sallallahu hijrat ke liye karke madina gaye to wahan par do qabaili tyohar manaye jate the. to woh qabaili tyohar is tarah ke the ke khelkood hota tha, sher o shayari hoti thi, akhade lagte the, qism ka woh mela hota tha.</w:t>
      </w:r>
    </w:p>
    <w:p>
      <w:pPr>
        <w:jc w:val="right"/>
      </w:pPr>
      <w:r>
        <w:t>तो उसमें सारी detail आपको मिलेगी. तो वहां पर जब रसूल्लाह सल्लाह सल्लाह सल्लाह हिजरात के लिए करके मदीना गए तो वहां पर दो कबाली त्यौहार मनाए जाते थे. तो वह कबाली त्यौहार इस तरह के थे कि खेलकूद होता था, शेरु शायरी होती थी, अखाड़े लगते थे, किस्म का वह मेला होता था.</w:t>
      </w:r>
    </w:p>
    <w:p>
      <w:r>
        <w:rPr>
          <w:b/>
        </w:rPr>
        <w:t xml:space="preserve">[01:31] </w:t>
      </w:r>
      <w:r>
        <w:t>to rasoolullah sallallahu ne farmaya ke allah ne in do dinon ke badle tumko do aur behtar din diye hain aur woh do din hain idul aza aur idul fitr. to rasoolullah sallallahu sallallahu ne un do tyoharon ko islamize kiya. bahut hi muhazzab tarike se usko manane ki riwayat dali. bahut hi ham usmein milna, julna.</w:t>
      </w:r>
    </w:p>
    <w:p>
      <w:pPr>
        <w:jc w:val="right"/>
      </w:pPr>
      <w:r>
        <w:t>तो रसूल्लाह सल्लाह ने फरमाया कि अल्लाह ने इन दो दिनों के बदले तुमको दो और बेहतर दिन दिए हैं और वो दो दिन हैं इदुल अज़ा और इदुल फित्र. तो रसूल्लाह सल्लाह उस्लाह ने उन दो त्यौहारों को islamize किया. बहुत ही मोहब्ज़ब तरीके से उसको मनाने की रवायत डाली. बहुत ही हाम उसमें मिलना, जुलना.</w:t>
      </w:r>
    </w:p>
    <w:p>
      <w:r>
        <w:rPr>
          <w:b/>
        </w:rPr>
        <w:t xml:space="preserve">[01:59] </w:t>
      </w:r>
      <w:r>
        <w:t>aur sabse pehle allah ki yeh ibadat istimaai taur par aur uske baad logon se mulakatein hain aur ab aisi riwayat pad gayi ke agar kuch log kabhi aisa hota hai ke log naraz hote hain kisi se to eid ke din woh gale milkar apni sari narazgi ko door kar lete hain. kyunke islam mein hai ke teen din se zyada kisi ko naraz nahi rehna chahiye ek musalman se ya kisi bhi insan se.</w:t>
      </w:r>
    </w:p>
    <w:p>
      <w:pPr>
        <w:jc w:val="right"/>
      </w:pPr>
      <w:r>
        <w:t>और सबसे पहले अल्लाह की यह बादत इस्तेमाई तौर पर और उसके बाद लोगों से मुलाकाते हैं और अब ऐसी रिवाद पड़ गई कि अगर कुछ लोग कभी ऐसा होता है कि लोग नाराज़ होते हैं किसी से तो ईद के दिन वह गले मिलकर अपनी सारी नाराज़गी को दूर कर लेते हैं. क्योंकि इस्लाम में है कि तीन दिन से ज़्यादा किसी को नाराज़ नहीं रहना चाहिए एक मुसलमान से या किसी भी इंसान से.</w:t>
      </w:r>
    </w:p>
    <w:p>
      <w:r>
        <w:rPr>
          <w:b/>
        </w:rPr>
        <w:t xml:space="preserve">[02:27] </w:t>
      </w:r>
      <w:r>
        <w:t>to is tarike se yeh din jo hai hamare liye qaumiyat jahati ka bhi din hai, muall milap ka bhi din hai aur allah ki ibadat ka bhi din hai. kyunke jab chand ko dekha jata hai to rasoolullah sallallahu sallallahu sallallahu ne kaha ke ae khuda tu is chand ko amr aur rohaniyat ka chand bana de. to chand ko dekhne se hi ke baad se hi woh spirit jo hai eid ki shuru ho jati hai.</w:t>
      </w:r>
    </w:p>
    <w:p>
      <w:pPr>
        <w:jc w:val="right"/>
      </w:pPr>
      <w:r>
        <w:t>तो इस तरीके से यह दिन जो है हमारे लिए कौमीयक जहती का भी दिन है, मुएल मिलाप का भी दिन है और अल्लाह की अबादत का भी दिन है. क्योंकि जब चांद को देखा जाता है तो रसूल्लाह सल्लाह सल्लम ने कहा कि ऐ खुदा तू इस चांत को अम्म और रुहानियत का चांत बना दे. तो चांत को देखने से ही के बाद से ही वह spirit जो है ईद की शुरू हो जाती है.</w:t>
      </w:r>
    </w:p>
    <w:p>
      <w:r>
        <w:rPr>
          <w:b/>
        </w:rPr>
        <w:t xml:space="preserve">[02:57] </w:t>
      </w:r>
      <w:r>
        <w:t>to woh spirit barabar woh baqi rehti hai. phir istimaali namaz hoti hai. usmein isi tarah ki sab duwai ki jati hai. to ek usmein dekh rahi thi main rasoolullah sallallahu sallallahu ke zamane mein ek baar aisa hua ke hazrat abu bakr eid ke mauqe par aapke yahan gaye. to hazrat ayesha ke paas do ladkiyan baithi duff baja rahi thi. kuch arabi gaane ga rahi thi.</w:t>
      </w:r>
    </w:p>
    <w:p>
      <w:pPr>
        <w:jc w:val="right"/>
      </w:pPr>
      <w:r>
        <w:t>तो वह spirit बराबर वह बाकी रहती है. फिर इस्तेमाली नमाज़ होती है. उसमें इसी तरह की सब दोवाई की जाती है. तो एक उसमें देख रही थी मैं रसूल्लाह सल्लाह वसूल्लाह के जमाने में एक बार ऐसा हुआ कि हजरत अऊबक्र ईद के मौके पर आपके यहां गए. तो हजरत अयशाह के पास दो लड़कियां बैठी दुफ बजा रही थी. कुछ अरबी गाने गा रही थी.</w:t>
      </w:r>
    </w:p>
    <w:p>
      <w:r>
        <w:rPr>
          <w:b/>
        </w:rPr>
        <w:t xml:space="preserve">[03:25] </w:t>
      </w:r>
      <w:r>
        <w:t>to hazrat abu bakr unko dantaane lage. to rasoolullah sallallahu sallallahu ne kaha ke nahi danto mat. aaj eid ka din hai. har qaum ki ek eid hoti hai aur aaj hamari eid hai. to rasoolullah sallallahu sallallahu sallallahu ke kehne ka matlab tha ke agar koi harmless tarike se apni koi tafri kar raha hai to usko mana mat karo usko roko mat kyunke har qaum ke ki tyohar hote hai aur yeh hamara tyohar hai.</w:t>
      </w:r>
    </w:p>
    <w:p>
      <w:pPr>
        <w:jc w:val="right"/>
      </w:pPr>
      <w:r>
        <w:t>तो हजरत अऊबक्र उनको डांटने लगे. तो रसूल्लाह सलाह सलाह ने कहा कि नहीं डांटो मत. आज ईद का दिन है. हर कौम की एक ईद होती है और आज हमारी ईद है. तो रसूल्लाह सलाह सलाह सलाह के कहने का मतलब था कि अगर कोई harmless तरीके से अपनी कोई तफरी कर रहा है तो उसको मना मत करो उसको रोको मत क्योंकि हर कौम के की त्यौहार होते है और यह हमारा त्यौहार है.</w:t>
      </w:r>
    </w:p>
    <w:p>
      <w:r>
        <w:rPr>
          <w:b/>
        </w:rPr>
        <w:t xml:space="preserve">[03:54] </w:t>
      </w:r>
      <w:r>
        <w:t>to lekin us tyohar mein hamein koi bhi aisa galat kaam nahi karna hai jo hamare liye, hamari society ke liye aur kisi bhi tarike se woh harmful bane. to is tarike se rasoolullah sallallahu sallallahu ne tyohar ko ibadat se jod diya, qaumi ek jahati se jod diya aur usmein khaas taur par sadqe ko bahut zyada ahmiyat di gayi kyunke bahut sare log habs hain.</w:t>
      </w:r>
    </w:p>
    <w:p>
      <w:pPr>
        <w:jc w:val="right"/>
      </w:pPr>
      <w:r>
        <w:t>तो लेकिन उस त्यौहार में हमें कोई भी ऐसा गलत काम नहीं करना है जो हमारे लिए, हमारी society के लिए और किसी भी तरीके से वो harmful बने. तो इस तरीके से रसूल्लाह स्वर्सलम ने त्यौहार को एबादत से जोड़ दिया, कौमी एक जहती से जोड़ दिया और उसमें खास तौर पर सत्के को बहुत ज़्यादा अहमियत दी गई क्योंकि बहुत सारे लोग habnats होते हैं.</w:t>
      </w:r>
    </w:p>
    <w:p>
      <w:r>
        <w:rPr>
          <w:b/>
        </w:rPr>
        <w:t xml:space="preserve">[04:21] </w:t>
      </w:r>
      <w:r>
        <w:t>to habs kaise is khushi mein shareek ho? to jo habs hain unki unki yeh zimmedari karar payi. obligatory karar paya ke woh fitra ki rakam jo hai woh eid ki namaz padhne se pehle un logon ko de taki woh bhi is khushi mein shareek ho sake. to eid ka jo sabse bada sabak jo hamein milta hai woh interaction ka sabak hai.</w:t>
      </w:r>
    </w:p>
    <w:p>
      <w:pPr>
        <w:jc w:val="right"/>
      </w:pPr>
      <w:r>
        <w:t>तो habnats कैसे इस खुशी में शरीक हो? तो जो habs हैं उनकी उनकी यह ज़िम्मेदारी करार पाई. Obligatory करार पाया कि वह फित्रा की रकम जो है वह ईद की नमाज़ पढ़ने से पहले उन लोगों को दे ताकि वह भी इस खुशी में शरीक हो सके. तो ईद का जो सबसे बड़ा सबक जो हमें मिलता है वो interaction का सबक है.</w:t>
      </w:r>
    </w:p>
    <w:p>
      <w:r>
        <w:rPr>
          <w:b/>
        </w:rPr>
        <w:t xml:space="preserve">[04:45] </w:t>
      </w:r>
      <w:r>
        <w:t>kyunke islam jo hai woh ek mission hai aur is mission ke liye hamein logon se milna, julna, aur logon se achhe taluqat qaim karna, yeh sab bahut zyada zaroori hai.</w:t>
      </w:r>
    </w:p>
    <w:p>
      <w:pPr>
        <w:jc w:val="right"/>
      </w:pPr>
      <w:r>
        <w:t>क्योंकि इस्लाम जो है वो एक mission है और इस mission के लिए हमें लोगों से मिलना, जुलना, और लोगों से अच्छे ताल लोकात कायम करना, यह सब बहुत ज़्यादा ज़रूरी है.</w:t>
      </w:r>
    </w:p>
    <w:p>
      <w:r>
        <w:rPr>
          <w:b/>
        </w:rPr>
        <w:t xml:space="preserve">[05:00] </w:t>
      </w:r>
      <w:r>
        <w:t>to hum, main yahi aap logon se request karungi ke aap log is eid ko yeh resolve karein ke aap tamam logon se achhe taluqat qaim karenge aur abhi tak yeh hota tha ke log jab hamein bulate the tab hum unke paas jate the apna literature leke apna agar hamein koi program ke liye koi bulata tha.</w:t>
      </w:r>
    </w:p>
    <w:p>
      <w:pPr>
        <w:jc w:val="right"/>
      </w:pPr>
      <w:r>
        <w:t>तो हम, मैं यही आप लोगों से request करूंगी कि आप लोग इस ईद को यह resolve करें कि आप तमाम लोगों से अच्छे ताल लुकात कायम करेंगे और अभी तक यह होता था कि लोग जब हमें बुलाते थे तब हम उनके पास जाते थे अपना literature लेके अपना अगर हमें कोई program के लिए कोई बुलाता था.</w:t>
      </w:r>
    </w:p>
    <w:p>
      <w:r>
        <w:rPr>
          <w:b/>
        </w:rPr>
        <w:t xml:space="preserve">[05:24] </w:t>
      </w:r>
      <w:r>
        <w:t>lekin mujhe lagta hai ke ab ek hum ek naye daur mein dakhil ho gaye hain aur abey hum hamein khud ek daam karna chahiye, khud pehal karni chahiye aur iski jo shuruaat hai woh miss sarah fatma jo bangalore ki hain unhone isko shuru kiya hai aur bahut hi kamyabi ke sath woh is kaam ko kar rahi hain.</w:t>
      </w:r>
    </w:p>
    <w:p>
      <w:pPr>
        <w:jc w:val="right"/>
      </w:pPr>
      <w:r>
        <w:t>लेकिन मुझे लगता है कि अब एक हम एक नए दौर में दाखिल हो गए हैं और अबे हम हमें खुद एक दाम करना चाहिए, खुद पहल करनी चाहिए और इसकी जो शुरुआत है वो miss साराफात्मा जो बैंगलोर की हैं उन्होंने इसको शुरू किया है और बहुत ही कामयाबी के साथ वो इस काम को कर रही हैं.</w:t>
      </w:r>
    </w:p>
    <w:p>
      <w:r>
        <w:rPr>
          <w:b/>
        </w:rPr>
        <w:t xml:space="preserve">[05:44] </w:t>
      </w:r>
      <w:r>
        <w:t>to woh adaron ko main yahan tak ke mandir wagera mein bhi adaron mein bhi jo bhi adare hote hai chahe woh christians ke hai, chahe woh non muslims ke ho, koi si bhi to usmein woh baat karti hai, unse appointment leti hai, unke paas jati hai, unko apna literature pesh karti hai, unki baat sunti hain matlab ek sharing. maulana sahab keh dete hain ke yeh sharing ka yeh sare occasion hote hain. hum unki baat sune.</w:t>
      </w:r>
    </w:p>
    <w:p>
      <w:pPr>
        <w:jc w:val="right"/>
      </w:pPr>
      <w:r>
        <w:t>तो वो अदारों को मैं यहां तक के मंदिर वगैरह में भी अदारों में भी जो भी अदारे होते है चाहे वो christians के है, चाहे वो non muslims के हो, कोई सी भी तो उसमें वो बात करती है, उनसे appointment लेती है, उनके पास जाती है, उनको अपना literature पेश करती है, उनकी बात सुनते हैं मतलब एक sharing. मोलाना साहब कह देते हैं कि यह sharing का यह सारे occasion होते हैं. हम उनकी बात सुनें.</w:t>
      </w:r>
    </w:p>
    <w:p>
      <w:r>
        <w:rPr>
          <w:b/>
        </w:rPr>
        <w:t xml:space="preserve">[06:13] </w:t>
      </w:r>
      <w:r>
        <w:t>unko hum apni baat bataye. to isse hamari understanding badhti hai. hamara intellectual development hota hai. to yeh hamare liye bahut zaroori hai aur hamein is kaam ko bahut zyada aage badhana hai. yeh hum log pehle se kar hi rahe hain. har us mauqe ko, pehle maulana sahab kabhi bhi shadiwadi ke mauqe par aise mauqe par kabhi nahi jate the.</w:t>
      </w:r>
    </w:p>
    <w:p>
      <w:pPr>
        <w:jc w:val="right"/>
      </w:pPr>
      <w:r>
        <w:t>उनको हम अपनी बात बताएं. तो इससे हमारी understanding बढ़ती है. हमारा intellectual development होता है. तो यह हमारे लिए बहुत ज़रूरी है और हमें इस काम को बहुत ज़्यादा आगे बढ़ाना है. यह हम लोग पहले से कर ही रहे हैं. हर उस मौके को, पहले मौरान साहब कभी भी शादीवादी के मौके पर ऐसे मौके पर कभी नहीं जाते थे.</w:t>
      </w:r>
    </w:p>
    <w:p>
      <w:r>
        <w:rPr>
          <w:b/>
        </w:rPr>
        <w:t xml:space="preserve">[06:35] </w:t>
      </w:r>
      <w:r>
        <w:t>lekin unko ek baar ehsaas hua ke woh mauqa jo hota na woh get together jo hota hai usko hamein apne mission ke liye istemal karna chahiye. to unhone kai shadiyan bhi attend kiya aur wahan par hum log apna literature lekar jaya karte the.</w:t>
      </w:r>
    </w:p>
    <w:p>
      <w:pPr>
        <w:jc w:val="right"/>
      </w:pPr>
      <w:r>
        <w:t>लेकिन उनको एक बार एहसास हुआ कि वो मौका जो होता है ना वो get together जो होता है उसको हमें अपने mission के लिए इस्तेमाल करना चाहिए. तो उन्होंने कई शादियां भी attend किया और वहां पर हम लोग अपना literature लेकर जाया करते थे.</w:t>
      </w:r>
    </w:p>
    <w:p>
      <w:r>
        <w:rPr>
          <w:b/>
        </w:rPr>
        <w:t xml:space="preserve">[06:50] </w:t>
      </w:r>
      <w:r>
        <w:t>to yahi hamein karna hai har mauqe ko hamein istemal karna hai aur har mauqe ko apna literature distribution ke liye aur logon se baat karne ke liye, logon se taluqat badhane ke liye yeh sab bahut zyada zaroori hai.</w:t>
      </w:r>
    </w:p>
    <w:p>
      <w:pPr>
        <w:jc w:val="right"/>
      </w:pPr>
      <w:r>
        <w:t>तो यही हमें करना है हर मौके को हमें इस्तेमाल करना है और हर मौके को अपना literature distribution के लिए और लोगों से बातचीत करने के लिए, लोगों से तालुकात बढ़ाने के लिए यह सब बहुत ज़्यादा ज़रूरी है.</w:t>
      </w:r>
    </w:p>
    <w:p>
      <w:r>
        <w:rPr>
          <w:b/>
        </w:rPr>
        <w:t xml:space="preserve">[07:09] </w:t>
      </w:r>
      <w:r>
        <w:t>na sirf mission ke ehterbar se zaroori hai balki hamein jo interfaith ke jo program hote hain, hamare bahut sare aisi society mein har tarah ke log rehte hain unse taluqat badhana yeh society mein peace lane ke liye bahut zaroori hai to hamein is kaam ko lekar aage badhna hai aur har mauqe ko hamein istemal karna hai.</w:t>
      </w:r>
    </w:p>
    <w:p>
      <w:pPr>
        <w:jc w:val="right"/>
      </w:pPr>
      <w:r>
        <w:t>ना सिर्फ mission के अहतबार से ज़रूरी है बल्कि हमें जो interfaith के जो program होते हैं, हमारे बहुत सारे ऐसी society में हर तरह के लोग रहते हैं उनसे ताल्लुकात बढ़ाना यह society में peace लाने के लिए बहुत ज़रूरी है तो हमें इस काम को लेकर आगे बढ़ना है और हर मौके को हमें इस्तेमाल करना है.</w:t>
      </w:r>
    </w:p>
    <w:p>
      <w:r>
        <w:rPr>
          <w:b/>
        </w:rPr>
        <w:t xml:space="preserve">[07:33] </w:t>
      </w:r>
      <w:r>
        <w:t>to hum ab doctor sanis nayean sahab is mamle mein kuch aur roshni dalenge. jismillahi ramani rahim, rabbi shrahli sadri, wa yassirli amri, wah lul uqdatam mil lisani, yaqahu qawli.</w:t>
      </w:r>
    </w:p>
    <w:p>
      <w:pPr>
        <w:jc w:val="right"/>
      </w:pPr>
      <w:r>
        <w:t>तो हम अब doctor सानिस्नयन साहब इस मामले में कुछ और रौशनी डालेंगे. जिस्मिल्लाही रमानी रहीम, रब्बी श्रेली सेदरी, वैस्यीली अमरी, वैलुल फुक्ततम्बील लिसानी, या कौव कौली.</w:t>
      </w:r>
    </w:p>
    <w:p>
      <w:r>
        <w:rPr>
          <w:b/>
        </w:rPr>
        <w:t xml:space="preserve">[07:53] </w:t>
      </w:r>
      <w:r>
        <w:t>jaisa abhi apa ne bataya eid ke bare mein, to aaj hum logon ne namaz padhi eid ki, parliament house masjid mein aur uske baad quran distribution kiya hindi, urdu, english. to alhamdulillah bahut log aaye aur unhone bahut hi shauk se quran ko liya aur muslim ghair muslim sab logon ne liya.</w:t>
      </w:r>
    </w:p>
    <w:p>
      <w:pPr>
        <w:jc w:val="right"/>
      </w:pPr>
      <w:r>
        <w:t>जैसा अभी आपा ने बताया ईद के बारे में, तो आज हम लोगों ने नमाज़ पढ़ी ईद की, parliament house मस्जिद में और उसके बाद कुरान distribution किया हिंदी, उर्दू, english. तो अलम्दुल्लाह बहुत लोग आए और उन्होंने बहुत ही शौक से कुरान को लिया और मुस्लिम गैद मुस्लिम सब लोगों ने लिया.</w:t>
      </w:r>
    </w:p>
    <w:p>
      <w:r>
        <w:rPr>
          <w:b/>
        </w:rPr>
        <w:t xml:space="preserve">[08:22] </w:t>
      </w:r>
      <w:r>
        <w:t>to yeh ek bahut achhi tradition hum logon ne qayam ki hai. jaise apa ne kaha ki ab jayen hum jagahon par, to yeh bahut achha hai silsile ke jo log CPS se jude hue hain, wo bhi is tarah ka kaam karen eid ke din, bakrid ke din, namaz ke baad quran distribute karen to inshallah ek bahut achha kaam hoga.</w:t>
      </w:r>
    </w:p>
    <w:p>
      <w:pPr>
        <w:jc w:val="right"/>
      </w:pPr>
      <w:r>
        <w:t>तो यह एक बहुत अच्छी tradition हम लोगों ने कायम की है. जैसे आपा ने कहा कि अब जाएं हम जगहों पर, तो यह बहुत अच्छा है सिलसिला के जो लोग CPS से जुड़े हुए हैं, वो भी इस तरह का काम करें ईद के दिन, बकरीद के दिन, नमाज़ के बाद पुरान distribute करें तो इंशालिल्लाह एक बहुत अच्छा काम होगा.</w:t>
      </w:r>
    </w:p>
    <w:p>
      <w:r>
        <w:rPr>
          <w:b/>
        </w:rPr>
        <w:t xml:space="preserve">[08:48] </w:t>
      </w:r>
      <w:r>
        <w:t>to Maulana jab bhi conference hoti thi ya dawa meet, jo aakhri conference hui thi, quran conference, usmein bhi Maulana ne program shuru kiya tha tajdeed e iman se.</w:t>
      </w:r>
    </w:p>
    <w:p>
      <w:pPr>
        <w:jc w:val="right"/>
      </w:pPr>
      <w:r>
        <w:t>तो मौलाना जब भी conference होती थी या दावा meet, जो आखिरी conference हुई थी, कुरान conference, उसमें भी मुलाना ने program शुरू किया था तेजदीदे ईमान से.</w:t>
      </w:r>
    </w:p>
    <w:p>
      <w:r>
        <w:rPr>
          <w:b/>
        </w:rPr>
        <w:t xml:space="preserve">[09:10] </w:t>
      </w:r>
      <w:r>
        <w:t>to main chahunga ke hum usko, us tradition ko baqi rakhen, to hum aaj inshalah tezdid e iman karenge.</w:t>
      </w:r>
    </w:p>
    <w:p>
      <w:pPr>
        <w:jc w:val="right"/>
      </w:pPr>
      <w:r>
        <w:t>तो मैं चाहूंगा कि हम उसको, उस tradition को बाकी रखें, तो हम आज इंशालाह तेजीद ए ईमान करेंगे.</w:t>
      </w:r>
    </w:p>
    <w:p>
      <w:r>
        <w:rPr>
          <w:b/>
        </w:rPr>
        <w:t xml:space="preserve">[09:21] </w:t>
      </w:r>
      <w:r>
        <w:t>main kal mein shahadat padhta hoon aur aap log usko dauraen.</w:t>
      </w:r>
    </w:p>
    <w:p>
      <w:pPr>
        <w:jc w:val="right"/>
      </w:pPr>
      <w:r>
        <w:t>मैं कल में शादत पढ़ता हूं और आप लोग उसको दौराएं.</w:t>
      </w:r>
    </w:p>
    <w:p>
      <w:r>
        <w:rPr>
          <w:b/>
        </w:rPr>
        <w:t xml:space="preserve">[09:32] </w:t>
      </w:r>
      <w:r>
        <w:t>ashhadu alla ilaha illallah.</w:t>
      </w:r>
    </w:p>
    <w:p>
      <w:pPr>
        <w:jc w:val="right"/>
      </w:pPr>
      <w:r>
        <w:t>आशदु अल्लाह इलाह इल्लाह.</w:t>
      </w:r>
    </w:p>
    <w:p>
      <w:r>
        <w:rPr>
          <w:b/>
        </w:rPr>
        <w:t xml:space="preserve">[09:44] </w:t>
      </w:r>
      <w:r>
        <w:t>وا اشھد اللہ الہ الا اللہ وا اشھد اللہ محمد عبدہ و رسول.</w:t>
      </w:r>
    </w:p>
    <w:p>
      <w:pPr>
        <w:jc w:val="right"/>
      </w:pPr>
      <w:r>
        <w:t>वा आशादुअल्लाह इलाह इलाह इलाह इलाह इलाह वा आशादुअल्लाह मोहम्मदान अब्दुह व रसूल.</w:t>
      </w:r>
    </w:p>
    <w:p>
      <w:r>
        <w:rPr>
          <w:b/>
        </w:rPr>
        <w:t xml:space="preserve">[10:00] </w:t>
      </w:r>
      <w:r>
        <w:t>to meri dua hai ke allah taala hum sabko apni marefat aur apni dawat ke liye qubool farmae.</w:t>
      </w:r>
    </w:p>
    <w:p>
      <w:pPr>
        <w:jc w:val="right"/>
      </w:pPr>
      <w:r>
        <w:t>तो मेरी दुआ है कि अल्लाह तालाह हम सबको अपनी मारेफत और अपनी दावत के लिए कुबूल फरमाए.</w:t>
      </w:r>
    </w:p>
    <w:p>
      <w:r>
        <w:rPr>
          <w:b/>
        </w:rPr>
        <w:t xml:space="preserve">[10:16] </w:t>
      </w:r>
      <w:r>
        <w:t>maulana ne yeh bataya tha ke yeh jo kalmay tauheed humne abhi padha hai, yeh bahut hi aham</w:t>
      </w:r>
    </w:p>
    <w:p>
      <w:pPr>
        <w:jc w:val="right"/>
      </w:pPr>
      <w:r>
        <w:t>मौलाना ने यह बताया था कि यह जो कल्मय तौहीद हमने अभी पढ़ा है, यह बहुत ही अहम्</w:t>
      </w:r>
    </w:p>
    <w:p>
      <w:r>
        <w:rPr>
          <w:b/>
        </w:rPr>
        <w:t xml:space="preserve">[10:26] </w:t>
      </w:r>
      <w:r>
        <w:t>cheez hai balkeh kaha tha ke yeh sabse zyada aham cheez hai aur is tarike se explain kiya</w:t>
      </w:r>
    </w:p>
    <w:p>
      <w:pPr>
        <w:jc w:val="right"/>
      </w:pPr>
      <w:r>
        <w:t>चीज़ है बल्कि कहा था कि यह सबसे ज़्यादा अहम् चीज़ है और इस तरीके से explain किया</w:t>
      </w:r>
    </w:p>
    <w:p>
      <w:r>
        <w:rPr>
          <w:b/>
        </w:rPr>
        <w:t xml:space="preserve">[10:37] </w:t>
      </w:r>
      <w:r>
        <w:t>tha ke jab kainath ka bujood bhi nahin tha, universe bhi nahin thi, tab allah ka bujood tha.</w:t>
      </w:r>
    </w:p>
    <w:p>
      <w:pPr>
        <w:jc w:val="right"/>
      </w:pPr>
      <w:r>
        <w:t>था कि जब कायनाथ का बुजूद भी नहीं था, universe भी नहीं थी, तब अल्लाह का बुजूद था.</w:t>
      </w:r>
    </w:p>
    <w:p>
      <w:r>
        <w:rPr>
          <w:b/>
        </w:rPr>
        <w:t xml:space="preserve">[10:48] </w:t>
      </w:r>
      <w:r>
        <w:t>to Allah ne yeh planning ki ki universe banai jaye. ismein sitare hon, sayyare hon, planets hon, solar system hon, hamari zameen hon. to yeh ek lambe muddat mein chhe stages mein bani.</w:t>
      </w:r>
    </w:p>
    <w:p>
      <w:pPr>
        <w:jc w:val="right"/>
      </w:pPr>
      <w:r>
        <w:t>तो अल्लाह ने यह planning की कि universe बनाई जाए. इसमें सितारे हों, सैयारे हों, planets हों, solar system हों, हमारी ज़मीन हों. तो यह एक लंबे मुद्दत में छह stages में बनी.</w:t>
      </w:r>
    </w:p>
    <w:p>
      <w:r>
        <w:rPr>
          <w:b/>
        </w:rPr>
        <w:t xml:space="preserve">[11:12] </w:t>
      </w:r>
      <w:r>
        <w:t>jisko Maulana ne kaha tha, big bang, solar bang, water bang, plant bang, animal bang aur human bang. to sabse pehle Allah taala ne shahadat di.</w:t>
      </w:r>
    </w:p>
    <w:p>
      <w:pPr>
        <w:jc w:val="right"/>
      </w:pPr>
      <w:r>
        <w:t>जिसको मौलाना ने कहा था, big bang, solar bang, water bang, plant bank, animal bank और human bank. तो सबसे पहले अल्लाह ताला ने शाहदत दी.</w:t>
      </w:r>
    </w:p>
    <w:p>
      <w:r>
        <w:rPr>
          <w:b/>
        </w:rPr>
        <w:t xml:space="preserve">[11:38] </w:t>
      </w:r>
      <w:r>
        <w:t>maulana ne bataya tha ke shahadat teen stages mein hui.</w:t>
      </w:r>
    </w:p>
    <w:p>
      <w:pPr>
        <w:jc w:val="right"/>
      </w:pPr>
      <w:r>
        <w:t>मौलाना ने बताया था कि शाहदद तीन stages में हुई.</w:t>
      </w:r>
    </w:p>
    <w:p>
      <w:r>
        <w:rPr>
          <w:b/>
        </w:rPr>
        <w:t xml:space="preserve">[11:44] </w:t>
      </w:r>
      <w:r>
        <w:t>sabse pehle jo shahadat di, wo khud allah taala ne shahadat di aur quran mein aata hai, shaheed</w:t>
      </w:r>
    </w:p>
    <w:p>
      <w:pPr>
        <w:jc w:val="right"/>
      </w:pPr>
      <w:r>
        <w:t>सबसे पहले जो शाहदद दी, वो खुद अल्लाह तालाह ने शाहदद दी और कुरान में आता है, शहीद</w:t>
      </w:r>
    </w:p>
    <w:p>
      <w:r>
        <w:rPr>
          <w:b/>
        </w:rPr>
        <w:t xml:space="preserve">[11:51] </w:t>
      </w:r>
      <w:r>
        <w:t>allah hoon, annahum, la ilaha, illallah hoon.</w:t>
      </w:r>
    </w:p>
    <w:p>
      <w:pPr>
        <w:jc w:val="right"/>
      </w:pPr>
      <w:r>
        <w:t>अल्लाह हूं, अन्नाहूं, लाह इल्लाह, इल्लाह हूं.</w:t>
      </w:r>
    </w:p>
    <w:p>
      <w:r>
        <w:rPr>
          <w:b/>
        </w:rPr>
        <w:t xml:space="preserve">[11:58] </w:t>
      </w:r>
      <w:r>
        <w:t>ke allah yeh gawahi deta hai.</w:t>
      </w:r>
    </w:p>
    <w:p>
      <w:pPr>
        <w:jc w:val="right"/>
      </w:pPr>
      <w:r>
        <w:t>कि अल्लाह यह गवाही देता है.</w:t>
      </w:r>
    </w:p>
    <w:p>
      <w:r>
        <w:rPr>
          <w:b/>
        </w:rPr>
        <w:t xml:space="preserve">[12:05] </w:t>
      </w:r>
      <w:r>
        <w:t>ke allah yeh gawahi deta hai ke uske siwa koi ilah nahin.</w:t>
      </w:r>
    </w:p>
    <w:p>
      <w:pPr>
        <w:jc w:val="right"/>
      </w:pPr>
      <w:r>
        <w:t>कि अल्लाह यह गवाही देता है कि उसके सिवा कोई इलाह नहीं.</w:t>
      </w:r>
    </w:p>
    <w:p>
      <w:r>
        <w:rPr>
          <w:b/>
        </w:rPr>
        <w:t xml:space="preserve">[12:12] </w:t>
      </w:r>
      <w:r>
        <w:t>aur phir doosri shahadat kainath ne di, universe ne.</w:t>
      </w:r>
    </w:p>
    <w:p>
      <w:pPr>
        <w:jc w:val="right"/>
      </w:pPr>
      <w:r>
        <w:t>और फिर दूसरी शादत कायनाथ ने दी, universe ने.</w:t>
      </w:r>
    </w:p>
    <w:p>
      <w:r>
        <w:rPr>
          <w:b/>
        </w:rPr>
        <w:t xml:space="preserve">[12:20] </w:t>
      </w:r>
      <w:r>
        <w:t>kainath ki jo shahadat thi wo ek alag tarah ki shahadat thi.</w:t>
      </w:r>
    </w:p>
    <w:p>
      <w:pPr>
        <w:jc w:val="right"/>
      </w:pPr>
      <w:r>
        <w:t>कायनाथ की जो शादत थी वो एक अलग तरह की शादत थी.</w:t>
      </w:r>
    </w:p>
    <w:p>
      <w:r>
        <w:rPr>
          <w:b/>
        </w:rPr>
        <w:t xml:space="preserve">[12:28] </w:t>
      </w:r>
      <w:r>
        <w:t>jisko Maulana ne kaha tha self evident shahadat ya zubane haal mein shahadat.</w:t>
      </w:r>
    </w:p>
    <w:p>
      <w:pPr>
        <w:jc w:val="right"/>
      </w:pPr>
      <w:r>
        <w:t>जिसको मालाना ने कहा था self evident शादत या जुबाने हाल में शादत.</w:t>
      </w:r>
    </w:p>
    <w:p>
      <w:r>
        <w:rPr>
          <w:b/>
        </w:rPr>
        <w:t xml:space="preserve">[12:36] </w:t>
      </w:r>
      <w:r>
        <w:t>zubane haal ka matlab hota hai unspoken words.</w:t>
      </w:r>
    </w:p>
    <w:p>
      <w:pPr>
        <w:jc w:val="right"/>
      </w:pPr>
      <w:r>
        <w:t>जुबाने हाल का मतलब होता है unspoken words.</w:t>
      </w:r>
    </w:p>
    <w:p>
      <w:r>
        <w:rPr>
          <w:b/>
        </w:rPr>
        <w:t xml:space="preserve">[12:44] </w:t>
      </w:r>
      <w:r>
        <w:t>yani agar koi, koi building hai jaise koi tower hai aap dekhte hain aajkal, to wo tower khud keh raha hota hai ki koi mera builder hai, koi mera architect hai, koi mera engineer hai jisne mujhe banaya hai.</w:t>
      </w:r>
    </w:p>
    <w:p>
      <w:pPr>
        <w:jc w:val="right"/>
      </w:pPr>
      <w:r>
        <w:t>यानी अगर कोई, कोई building है जैसे कोई tower है आप देखते हैं आजकल, तो वो tower खुद कह रहा होता है कि कोई मेरा builder है, कोई मेरा architect है, कोई मेरा engineer है जिसने मुझे बनाया है.</w:t>
      </w:r>
    </w:p>
    <w:p>
      <w:r>
        <w:rPr>
          <w:b/>
        </w:rPr>
        <w:t xml:space="preserve">[12:58] </w:t>
      </w:r>
      <w:r>
        <w:t>to isi tarah se jo poori kainat hai, zarra zarra yeh keh raha hai ki koi mera khaliq hai, koi mera malik hai, koi khallaq hai, koi thamne wala hai, koi sustainer hai. to isko Maulana ne kaha ki yeh self evident shahadat hai ya zubane haal mein.</w:t>
      </w:r>
    </w:p>
    <w:p>
      <w:pPr>
        <w:jc w:val="right"/>
      </w:pPr>
      <w:r>
        <w:t>तो इसी तरीके से जो पूरी कायनात है, ज़रूरा ज़रूर यह कह रहा है कि कोई मेरा खालिक है, कोई मेरा मालिक है, कोई खल्लाक है, कोई थामने वाला है, कोई sustainer है. तो इसको मालाना ने कहा कि यह self evident शादत है या जुबाने हाल में.</w:t>
      </w:r>
    </w:p>
    <w:p>
      <w:r>
        <w:rPr>
          <w:b/>
        </w:rPr>
        <w:t xml:space="preserve">[13:26] </w:t>
      </w:r>
      <w:r>
        <w:t>phir bahut lamba arsa guzra, billions saal guzre aur universe ko ye intezar tha ke koi ho jo</w:t>
      </w:r>
    </w:p>
    <w:p>
      <w:pPr>
        <w:jc w:val="right"/>
      </w:pPr>
      <w:r>
        <w:t>फिर बहुत लंबा अर्था गुजरा, billions साल गुजरे और universe को ये इंतज़ार था कि कोई हो जो</w:t>
      </w:r>
    </w:p>
    <w:p>
      <w:r>
        <w:rPr>
          <w:b/>
        </w:rPr>
        <w:t xml:space="preserve">[13:37] </w:t>
      </w:r>
      <w:r>
        <w:t>zubane haal mein shahadat yani bol ke shahadat spoken words mein to allah taala ne insan ko paida</w:t>
      </w:r>
    </w:p>
    <w:p>
      <w:pPr>
        <w:jc w:val="right"/>
      </w:pPr>
      <w:r>
        <w:t>जुबाने काल में शादद्दे यानी बोल के शादद्दे spoken words में तो अल्लाह तालाह ने इंसान को पैदा</w:t>
      </w:r>
    </w:p>
    <w:p>
      <w:r>
        <w:rPr>
          <w:b/>
        </w:rPr>
        <w:t xml:space="preserve">[13:48] </w:t>
      </w:r>
      <w:r>
        <w:t>kiya aur insan ne khade hokar kaha ke ashhadu alla ilaha illallah.</w:t>
      </w:r>
    </w:p>
    <w:p>
      <w:pPr>
        <w:jc w:val="right"/>
      </w:pPr>
      <w:r>
        <w:t>किया और इंसान ने खड़े होकर कहा कि अश्यद उल्लाह इलाह इल्लाह.</w:t>
      </w:r>
    </w:p>
    <w:p>
      <w:r>
        <w:rPr>
          <w:b/>
        </w:rPr>
        <w:t xml:space="preserve">[13:59] </w:t>
      </w:r>
      <w:r>
        <w:t>ki main gawahi deta hoon ki Allah ke siwa koi ibadat ke layak nahi hai, koi ilah nahi.</w:t>
      </w:r>
    </w:p>
    <w:p>
      <w:pPr>
        <w:jc w:val="right"/>
      </w:pPr>
      <w:r>
        <w:t>कि मैं गवाही देता हूं कि अल्लाह के सिवा कोई इबादत के लायक नहीं है, कोई इलाह नहीं.</w:t>
      </w:r>
    </w:p>
    <w:p>
      <w:r>
        <w:rPr>
          <w:b/>
        </w:rPr>
        <w:t xml:space="preserve">[14:05] </w:t>
      </w:r>
      <w:r>
        <w:t>to is tarike se ye shahadat teen stages mein mukammal hui aur aaj hum sab jo yahan jama</w:t>
      </w:r>
    </w:p>
    <w:p>
      <w:pPr>
        <w:jc w:val="right"/>
      </w:pPr>
      <w:r>
        <w:t>तो इस तरीके से ये शादत तीन stages में मुकंबल हुई और आज हम सब जो यहाँ जमा</w:t>
      </w:r>
    </w:p>
    <w:p>
      <w:r>
        <w:rPr>
          <w:b/>
        </w:rPr>
        <w:t xml:space="preserve">[14:12] </w:t>
      </w:r>
      <w:r>
        <w:t>hue hain aur CPS ke saath hi apne apne maqamat par jo is waqt dekh rahe hain program</w:t>
      </w:r>
    </w:p>
    <w:p>
      <w:pPr>
        <w:jc w:val="right"/>
      </w:pPr>
      <w:r>
        <w:t>हुए हैं और CPS के साथ ही अपने अपने मकामात पर जो इस वक्त देख रहे हैं program</w:t>
      </w:r>
    </w:p>
    <w:p>
      <w:r>
        <w:rPr>
          <w:b/>
        </w:rPr>
        <w:t xml:space="preserve">[14:20] </w:t>
      </w:r>
      <w:r>
        <w:t>aur baad mein dekhenge, wo sab is azeem shahadat mein shamil hain jo nabiyon se chali aa rahi</w:t>
      </w:r>
    </w:p>
    <w:p>
      <w:pPr>
        <w:jc w:val="right"/>
      </w:pPr>
      <w:r>
        <w:t>और बाद में देखेंगे, वो सब इस अजीम शादत में शामिल हैं जो नवियों से चली आ रही</w:t>
      </w:r>
    </w:p>
    <w:p>
      <w:r>
        <w:rPr>
          <w:b/>
        </w:rPr>
        <w:t xml:space="preserve">[14:28] </w:t>
      </w:r>
      <w:r>
        <w:t>hai aur bade bade ahl e iman apne apne waqt mein unhone apne amal se, apne fail se ki</w:t>
      </w:r>
    </w:p>
    <w:p>
      <w:pPr>
        <w:jc w:val="right"/>
      </w:pPr>
      <w:r>
        <w:t>है और बड़े बड़े ऐल ईमान अपने अपने वक्त में उन्होंने अपने अमल से, अपने फ़ैल से की</w:t>
      </w:r>
    </w:p>
    <w:p>
      <w:r>
        <w:rPr>
          <w:b/>
        </w:rPr>
        <w:t xml:space="preserve">[14:36] </w:t>
      </w:r>
      <w:r>
        <w:t>shahadat di aur hum sab usi ka hissa hain, usi kadi, usi karwan mein mile hue hain jo</w:t>
      </w:r>
    </w:p>
    <w:p>
      <w:pPr>
        <w:jc w:val="right"/>
      </w:pPr>
      <w:r>
        <w:t>शादत दी और हम सब उसी का हिस्सा है, उसी कड़ी, उसी कार्रवा में मिले हुए हैं जो</w:t>
      </w:r>
    </w:p>
    <w:p>
      <w:r>
        <w:rPr>
          <w:b/>
        </w:rPr>
        <w:t xml:space="preserve">[14:44] </w:t>
      </w:r>
      <w:r>
        <w:t>aadmi is salam se aaj tak jari hai.</w:t>
      </w:r>
    </w:p>
    <w:p>
      <w:pPr>
        <w:jc w:val="right"/>
      </w:pPr>
      <w:r>
        <w:t>आदमी इस सलाम से आज तक जारी है.</w:t>
      </w:r>
    </w:p>
    <w:p>
      <w:r>
        <w:rPr>
          <w:b/>
        </w:rPr>
        <w:t xml:space="preserve">[14:52] </w:t>
      </w:r>
      <w:r>
        <w:t>to ab main kuch baaten Eid ul Fitr ke bare mein arz karunga. ek hadith aati hai, jo thoda alag tarah ki hadith hai. kuch farishte hote hain jo, jo Allah taala ke bahut muqarrab farishte hain, yani bahut hi qareeb farishte hote hain wo. Allah taala unse baatein karta hai, discussion karta hai.</w:t>
      </w:r>
    </w:p>
    <w:p>
      <w:pPr>
        <w:jc w:val="right"/>
      </w:pPr>
      <w:r>
        <w:t>तो अब मैं कुछ बातें येदुल फित्र के बारे में अर्ज करूंगा. एक हदीस आती है, जो थोड़ा अलग तरह की हदीस है. कुछ परिश्ते होते हैं जो, जो अल्लाह तालाह के बहुत मुकर्रव परिश्ते हैं, यानी बहुत ही करीब परिश्ते होते हैं वो. अल्लाह तालाह उनसे बातें करता है, discussion करता है.</w:t>
      </w:r>
    </w:p>
    <w:p>
      <w:r>
        <w:rPr>
          <w:b/>
        </w:rPr>
        <w:t xml:space="preserve">[15:22] </w:t>
      </w:r>
      <w:r>
        <w:t>Jibril, farishta Jibril unmein se ek hai. He is 1 of the greatest angels. ek baar Rasoolullah sallam ne unko apni poori original form mein dekha tha. waise to wo human form mein aate the. to east se west tak poora jo horizon hai us par unke par phailay hue the. to is tarah ke bahut hi jo muqarrab farishte hain unse Allah taala baatein karta hai.</w:t>
      </w:r>
    </w:p>
    <w:p>
      <w:pPr>
        <w:jc w:val="right"/>
      </w:pPr>
      <w:r>
        <w:t>जिबरील, परिष्ठा जिबरील उनमें से एक है. He is 1 of the greatest angels. एक बार रसूल्लाह सल्लम ने उनको अपनी पूरी original form में देखा था. वैसे तो वो human form में आते थे. तो east से west तक पूरा जो horizon है उस पर उनके पर फैले हुए थे. तो इस तरह के बहुत ही जो मुकर्रफ रिश्ते हैं उनसे अल्लाताला बातें करता है.</w:t>
      </w:r>
    </w:p>
    <w:p>
      <w:r>
        <w:rPr>
          <w:b/>
        </w:rPr>
        <w:t xml:space="preserve">[15:51] </w:t>
      </w:r>
      <w:r>
        <w:t>to eid ke din, eid ul fitr ke din allah taala bahut hi proud ke saath, pridely parishton</w:t>
      </w:r>
    </w:p>
    <w:p>
      <w:pPr>
        <w:jc w:val="right"/>
      </w:pPr>
      <w:r>
        <w:t>तो ईद के दिन, ईद उल फित्र के दिन अल्लाह तालाह बहुत ही proud के साथ, pridely परिष्टों</w:t>
      </w:r>
    </w:p>
    <w:p>
      <w:r>
        <w:rPr>
          <w:b/>
        </w:rPr>
        <w:t xml:space="preserve">[16:02] </w:t>
      </w:r>
      <w:r>
        <w:t>se kehta hai ki hai mere parishton, mere bande aur meri bandiyon ne, mere bande aur meri bandiyon</w:t>
      </w:r>
    </w:p>
    <w:p>
      <w:pPr>
        <w:jc w:val="right"/>
      </w:pPr>
      <w:r>
        <w:t>से कहता है कि है मेरे परिष्टों, मेरे बंदे और मेरी बंदियों ने, मेरे बंदे और मेरी बंदियों</w:t>
      </w:r>
    </w:p>
    <w:p>
      <w:r>
        <w:rPr>
          <w:b/>
        </w:rPr>
        <w:t xml:space="preserve">[16:14] </w:t>
      </w:r>
      <w:r>
        <w:t>ne jo amal unko karna tha wo kar diya to ab unki kya jaza honi chahiye?</w:t>
      </w:r>
    </w:p>
    <w:p>
      <w:pPr>
        <w:jc w:val="right"/>
      </w:pPr>
      <w:r>
        <w:t>ने जो अमल उनको करना था वो कर दिया तो अब उनकी क्या जज़ा होनी चाहिए?</w:t>
      </w:r>
    </w:p>
    <w:p>
      <w:r>
        <w:rPr>
          <w:b/>
        </w:rPr>
        <w:t xml:space="preserve">[16:26] </w:t>
      </w:r>
      <w:r>
        <w:t>kya reward unko milna chahiye? to farishte kehte hain hamare Rab, unki jaza yeh hai ki unko poora poora reward mil jaye unke amal ka.</w:t>
      </w:r>
    </w:p>
    <w:p>
      <w:pPr>
        <w:jc w:val="right"/>
      </w:pPr>
      <w:r>
        <w:t>क्या reward उनको मिलना चाहिए? तो फरिश्त कहते हैं हमारे रब, उनकी जज़ा ये है कि उनको पूरा पूरा reward मिल जाए उनके अमल का.</w:t>
      </w:r>
    </w:p>
    <w:p>
      <w:r>
        <w:rPr>
          <w:b/>
        </w:rPr>
        <w:t xml:space="preserve">[16:44] </w:t>
      </w:r>
      <w:r>
        <w:t>to Allah taala kehta hai ki ae mere farishton, mere bande aur mere bandiyon ne wo amal kar diya jo maine unke upar ayad kiya tha. to main zaroor unki dua ko sununga aur unke gunahon ko maaf karunga.</w:t>
      </w:r>
    </w:p>
    <w:p>
      <w:pPr>
        <w:jc w:val="right"/>
      </w:pPr>
      <w:r>
        <w:t>तो अल्लाह तालाह कहता है कि ऐ मेरे फरिश्तों, मेरे बंदे और मेरे बंदियों ने वो अमल कर दिया जो मैंने उनके ऊपर आयत किया था. तो मैं ज़रूर उनकी दुआं को सुनूंगा और उनके गुनावों को माफ करूंगा.</w:t>
      </w:r>
    </w:p>
    <w:p>
      <w:r>
        <w:rPr>
          <w:b/>
        </w:rPr>
        <w:t xml:space="preserve">[17:06] </w:t>
      </w:r>
      <w:r>
        <w:t>ab wo nikle hain, mujhe pukarte hue aur mujhse dua karte hue yaani Eid ke namaz ke liye nikle hain. to Allah taala kehta hai farishton se ki ae mere farishton, tum gawa rehna.</w:t>
      </w:r>
    </w:p>
    <w:p>
      <w:pPr>
        <w:jc w:val="right"/>
      </w:pPr>
      <w:r>
        <w:t>अब वो निकले हैं, मुझे पुकारते हुए और मुझसे दुआ करते हुए या नीत के नमाज़ के लिए निकले हैं. तो अल्लाह तालाह कहता है फरिश्तों से कि ऐ मेरे फरिश्तों, तुम गवा रहना.</w:t>
      </w:r>
    </w:p>
    <w:p>
      <w:r>
        <w:rPr>
          <w:b/>
        </w:rPr>
        <w:t xml:space="preserve">[17:29] </w:t>
      </w:r>
      <w:r>
        <w:t>main inki dua ko zaroor qubool karunga aur inki sayyiat ko hasanat mein badal dunga. yani inki jo gunah hain, jo guna hai usko sawab mein badal dunga. to Allah taala fermata hai ki yeh kehta hai ki ab tum wapas jao.</w:t>
      </w:r>
    </w:p>
    <w:p>
      <w:pPr>
        <w:jc w:val="right"/>
      </w:pPr>
      <w:r>
        <w:t>मैं इनकी दुआ को ज़रूर कुबूल करूंगा और इनकी सय्यद को हसनात में बदल दूंगा. यानी इनकी जो गुनाएं हैं, जो गुना है उसको सवाब में बदल दूंगा. तो अल्लाह तालाह फरमाता है कि यह कहता है कि अब तुम वापस जाओ.</w:t>
      </w:r>
    </w:p>
    <w:p>
      <w:r>
        <w:rPr>
          <w:b/>
        </w:rPr>
        <w:t xml:space="preserve">[17:56] </w:t>
      </w:r>
      <w:r>
        <w:t>yani namaz padh ke ab ghar wapas jao. maine tum sabki maghfirat kar di hai. tum sabke gunah maaf kar diye hain aur tum sabke liye jannat muqaddar kar diye.</w:t>
      </w:r>
    </w:p>
    <w:p>
      <w:pPr>
        <w:jc w:val="right"/>
      </w:pPr>
      <w:r>
        <w:t>यानी नमाज़ पढ़ के अब घर वापस जाओ. मैंने तुम सबकी मख्वेरत कर दी है. तुम सबके गुनाह माफ कर दिए हैं और तुम सबके लिए जन्नत मुकद्दर कर दिए.</w:t>
      </w:r>
    </w:p>
    <w:p>
      <w:r>
        <w:rPr>
          <w:b/>
        </w:rPr>
        <w:t xml:space="preserve">[18:08] </w:t>
      </w:r>
      <w:r>
        <w:t>to yeh ek bahut hi achhi hadith hai jo hamein batati hai ki Ramzan ke mahine mein agar hum us spirit ke sath roze rakhen aur jo aamal hai wo karen, to ek bahut hi badi khushkhabri hai hamare liye ki jannat ka Allah taala ne wada kiya hai aur sayyiat ko hasanat mein badalne ka wada kiya hai.</w:t>
      </w:r>
    </w:p>
    <w:p>
      <w:pPr>
        <w:jc w:val="right"/>
      </w:pPr>
      <w:r>
        <w:t>तो यह एक बहुत ही अच्छी हदीश है जो हमें बताती है कि रमज़ान के महीने में अगर हम उस spirit के साथ रोज़े रखें और जो आमाल है वह करें, तो एक बहुत ही बड़ी खुशखबरी है हमारे लिए कि जन्नत काल्ला ताला ने वादा किया है और सैयात को हसनात में बदलने का वादा किया है.</w:t>
      </w:r>
    </w:p>
    <w:p>
      <w:r>
        <w:rPr>
          <w:b/>
        </w:rPr>
        <w:t xml:space="preserve">[18:28] </w:t>
      </w:r>
      <w:r>
        <w:t>to main ab dua karta hoon ki allah taala hum sabko is mission, CPS ke is mission mein,</w:t>
      </w:r>
    </w:p>
    <w:p>
      <w:pPr>
        <w:jc w:val="right"/>
      </w:pPr>
      <w:r>
        <w:t>तो मैं अब दुआ करता हूं कि अल्लाह तालाह हम सबको इस mission, CPS के इस mission में,</w:t>
      </w:r>
    </w:p>
    <w:p>
      <w:r>
        <w:rPr>
          <w:b/>
        </w:rPr>
        <w:t xml:space="preserve">[18:40] </w:t>
      </w:r>
      <w:r>
        <w:t>CPS ke is mission mein hum sabko qaim rehne ki tofeeqata farma aur hamari madad farma yeh allah,</w:t>
      </w:r>
    </w:p>
    <w:p>
      <w:pPr>
        <w:jc w:val="right"/>
      </w:pPr>
      <w:r>
        <w:t>CPS के इस mission में हम सबको कायम रहने की तोफीकता फरमा और हमारी मदद फरमा यह अल्लाह,</w:t>
      </w:r>
    </w:p>
    <w:p>
      <w:r>
        <w:rPr>
          <w:b/>
        </w:rPr>
        <w:t xml:space="preserve">[18:52] </w:t>
      </w:r>
      <w:r>
        <w:t>yeh is daur ka jo insaan hai woh tere creation plan se tere takhleeq ki mansoobe se bekhabar hai.</w:t>
      </w:r>
    </w:p>
    <w:p>
      <w:pPr>
        <w:jc w:val="right"/>
      </w:pPr>
      <w:r>
        <w:t>यह इस दौर का जो इंसान है वह तेरे creation plan से तेरे तकलीफ की मंसूबे से बेखबर है.</w:t>
      </w:r>
    </w:p>
    <w:p>
      <w:r>
        <w:rPr>
          <w:b/>
        </w:rPr>
        <w:t xml:space="preserve">[19:04] </w:t>
      </w:r>
      <w:r>
        <w:t>humein taufeeq khuda farma ke hum usko tera takhleeq ki mansooba bata sake. ya allah dawat ka kaam sirf teri madad se ho sakta hai. humne dawat ka kaam shuru kiya hai.</w:t>
      </w:r>
    </w:p>
    <w:p>
      <w:pPr>
        <w:jc w:val="right"/>
      </w:pPr>
      <w:r>
        <w:t>हमें तौफी खदा फरमा कि हम उसको तेरा तकलीफ की मंसूबा बता सके. या अल्लाह दावत का काम सिर्फ तेरी मदद से हो सकता है. हमने दावत का काम शुरू किया है.</w:t>
      </w:r>
    </w:p>
    <w:p>
      <w:r>
        <w:rPr>
          <w:b/>
        </w:rPr>
        <w:t xml:space="preserve">[19:21] </w:t>
      </w:r>
      <w:r>
        <w:t>tu har pehlu se, har suraj se, har pehlu se, hamari madad farma, ya allah, hamare upar apni rehmaten aur nusratien udel de.</w:t>
      </w:r>
    </w:p>
    <w:p>
      <w:pPr>
        <w:jc w:val="right"/>
      </w:pPr>
      <w:r>
        <w:t>तू हर पहलू से, हर सूरज से, हर पहलू से, हमारी मदद वर्मा, या अल्लाह, हमारे ऊपर अपनी रहमतें और नुसरतें उडेल दे.</w:t>
      </w:r>
    </w:p>
    <w:p>
      <w:r>
        <w:rPr>
          <w:b/>
        </w:rPr>
        <w:t xml:space="preserve">[19:45] </w:t>
      </w:r>
      <w:r>
        <w:t>ya allah, har taraf shaitaan khade hain, hamare aage aur hamare peeche, hamare daaye aur hamare baaye, hamare upar aur hamare neeche. tu farishton ki fauj bhej de taake hum unki madad se aage badhein aur apna daawati kaam jaari rakhein.</w:t>
      </w:r>
    </w:p>
    <w:p>
      <w:pPr>
        <w:jc w:val="right"/>
      </w:pPr>
      <w:r>
        <w:t>या अल्लाह, हर तरफ शयातीन खड़े हैं, हमारे आगे और हमारे पीछे, हमारे दाएं और हमारे बाएं, हमारे ऊपर और हमारे नीचे. तू परिष्ठों की फौज भेज दे ताकि हम उनकी मदद से आगे बढ़ें और अपना दावती काम जारी रखें.</w:t>
      </w:r>
    </w:p>
    <w:p>
      <w:r>
        <w:rPr>
          <w:b/>
        </w:rPr>
        <w:t xml:space="preserve">[20:12] </w:t>
      </w:r>
      <w:r>
        <w:t>ya allah, is hamein hamare andar ikhlaas paida farma, ittehad paida farma.</w:t>
      </w:r>
    </w:p>
    <w:p>
      <w:pPr>
        <w:jc w:val="right"/>
      </w:pPr>
      <w:r>
        <w:t>या अल्लाह, इस हमें हमारे अंदर इखलास पैदा फरमा, इत्तेहात पैदा फरमा.</w:t>
      </w:r>
    </w:p>
    <w:p>
      <w:r>
        <w:rPr>
          <w:b/>
        </w:rPr>
        <w:t xml:space="preserve">[20:20] </w:t>
      </w:r>
      <w:r>
        <w:t>yeh allah is daur e aakhir mein jo dawat ka kaam muqaddar hai, uske liye hamein hamara intikhaab farma</w:t>
      </w:r>
    </w:p>
    <w:p>
      <w:pPr>
        <w:jc w:val="right"/>
      </w:pPr>
      <w:r>
        <w:t>यह अल्लाह इस दौरे आखिर में जो दावत का काम मुकद्दर है, उसके लिए हमें हमारा इंतखाफ फरमा</w:t>
      </w:r>
    </w:p>
    <w:p>
      <w:r>
        <w:rPr>
          <w:b/>
        </w:rPr>
        <w:t xml:space="preserve">[20:28] </w:t>
      </w:r>
      <w:r>
        <w:t>aur ya allah jo log CPS ke yahan maujood hain aur jo saathi bahar hain apne apne maqamat</w:t>
      </w:r>
    </w:p>
    <w:p>
      <w:pPr>
        <w:jc w:val="right"/>
      </w:pPr>
      <w:r>
        <w:t>और या अल्लाह जो लोग CPS के यहाँ मौजूद हैं और जो साथी बाहर हैं अपने अपने मकामात</w:t>
      </w:r>
    </w:p>
    <w:p>
      <w:r>
        <w:rPr>
          <w:b/>
        </w:rPr>
        <w:t xml:space="preserve">[20:36] </w:t>
      </w:r>
      <w:r>
        <w:t>pe india aur india se bahar un sab ke liye is dua ko qabool farma.</w:t>
      </w:r>
    </w:p>
    <w:p>
      <w:pPr>
        <w:jc w:val="right"/>
      </w:pPr>
      <w:r>
        <w:t>पे india और india से बाहर उन सब के लिए इस दुआ को क़बूल फरमा.</w:t>
      </w:r>
    </w:p>
    <w:p>
      <w:r>
        <w:rPr>
          <w:b/>
        </w:rPr>
        <w:t xml:space="preserve">[20:45] </w:t>
      </w:r>
      <w:r>
        <w:t>rabbana atina fid-dunya hasana, wa fil-akhirati hasana, wa qina azab-an-nar, rabbana zalamna anfusana, wa il-lam taghfir lana wa tarhamna, lana kunanna minal-khasireen,</w:t>
      </w:r>
    </w:p>
    <w:p>
      <w:pPr>
        <w:jc w:val="right"/>
      </w:pPr>
      <w:r>
        <w:t>रब्बना एतिना फिद्दुनिया हसना, वफिलाह खिराति हसना, वफिना एज़ाबनार, रब्बना ज़लमना एं फ़ुसला, व इल्लम तख़्फिल्लाना वतर hamna, याना कुनन्ना मिन अल ख़ासिरीम,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