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Interview Session with Maulana Wahiduddin Khan January 30, 2008</w:t>
      </w:r>
    </w:p>
    <w:p>
      <w:r>
        <w:t>https://www.youtube.com/watch?v=o8Gpe9YMuZc</w:t>
      </w:r>
    </w:p>
    <w:p>
      <w:r>
        <w:rPr>
          <w:b/>
        </w:rPr>
        <w:t xml:space="preserve">[00:10] </w:t>
      </w:r>
      <w:r>
        <w:t>maulana jesus christ once said: "a man cannot live by bread alone." this means that a person has two aspects of his personality, the physical aspect as well as the spiritual aspect.</w:t>
      </w:r>
    </w:p>
    <w:p>
      <w:pPr>
        <w:jc w:val="right"/>
      </w:pPr>
      <w:r>
        <w:t>مولانا جیسس کرائسٹ ونس سیڈ: "ا مین کین ناٹ لیو بائے بریڈ الون۔" دس مینز دیٹ ا پرسن ہیز ٹو ایسپیکٹس اف ہز پرسنیلٹی، دا فزیکل ایسپیکٹ ایز ویل ایز دا سپریچول ایسپیکٹ۔</w:t>
      </w:r>
    </w:p>
    <w:p>
      <w:r>
        <w:rPr>
          <w:b/>
        </w:rPr>
        <w:t xml:space="preserve">[00:24] </w:t>
      </w:r>
      <w:r>
        <w:t>while everybody takes care of the physical aspect, very few people take care of the spiritual aspect. my question to you is: how would you define spirituality?</w:t>
      </w:r>
    </w:p>
    <w:p>
      <w:pPr>
        <w:jc w:val="right"/>
      </w:pPr>
      <w:r>
        <w:t>وائل ایوری بڈی ٹیکس کیئر اف دا فزیکل ایسپیکٹ، ویری فیو پیپل ٹیک کیئر اف دا سپریچول ایسپیکٹ۔ مائی کوئسچن ٹو یو از: ہاؤ وڈ یو ڈیفائن سپریچولٹی؟</w:t>
      </w:r>
    </w:p>
    <w:p>
      <w:r>
        <w:rPr>
          <w:b/>
        </w:rPr>
        <w:t xml:space="preserve">[00:40] </w:t>
      </w:r>
      <w:r>
        <w:t>spirituality is inner discipline.</w:t>
      </w:r>
    </w:p>
    <w:p>
      <w:pPr>
        <w:jc w:val="right"/>
      </w:pPr>
      <w:r>
        <w:t>سپریچولٹی از انر ڈسپلن۔</w:t>
      </w:r>
    </w:p>
    <w:p>
      <w:r>
        <w:rPr>
          <w:b/>
        </w:rPr>
        <w:t xml:space="preserve">[00:50] </w:t>
      </w:r>
      <w:r>
        <w:t>for physical health, you need physical food, and for inner health, you need spiritual food.</w:t>
      </w:r>
    </w:p>
    <w:p>
      <w:pPr>
        <w:jc w:val="right"/>
      </w:pPr>
      <w:r>
        <w:t>فار فزیکل ہیلتھ، یو نیڈ فزیکل فوڈ، اینڈ فار انر ہیلتھ، یو نیڈ سپریچول فوڈ۔</w:t>
      </w:r>
    </w:p>
    <w:p>
      <w:r>
        <w:rPr>
          <w:b/>
        </w:rPr>
        <w:t xml:space="preserve">[01:01] </w:t>
      </w:r>
      <w:r>
        <w:t>both are equally required.</w:t>
      </w:r>
    </w:p>
    <w:p>
      <w:pPr>
        <w:jc w:val="right"/>
      </w:pPr>
      <w:r>
        <w:t>بوتھ ار ایکولی ریکوائرڈ۔</w:t>
      </w:r>
    </w:p>
    <w:p>
      <w:r>
        <w:rPr>
          <w:b/>
        </w:rPr>
        <w:t xml:space="preserve">[01:05] </w:t>
      </w:r>
      <w:r>
        <w:t>those people who are engaged to physical food, they are less like animal.</w:t>
      </w:r>
    </w:p>
    <w:p>
      <w:pPr>
        <w:jc w:val="right"/>
      </w:pPr>
      <w:r>
        <w:t>دوز پیپل ہو ار انگیجڈ ٹو فزیکل فوڈ، دے ار لیس لائک اینیمل۔</w:t>
      </w:r>
    </w:p>
    <w:p>
      <w:r>
        <w:rPr>
          <w:b/>
        </w:rPr>
        <w:t xml:space="preserve">[01:19] </w:t>
      </w:r>
      <w:r>
        <w:t>here, man and animal both are common. animals also want physical food.</w:t>
      </w:r>
    </w:p>
    <w:p>
      <w:pPr>
        <w:jc w:val="right"/>
      </w:pPr>
      <w:r>
        <w:t>ہیر، مین اینڈ اینیمل بوتھ ار کامن۔ اینیملز السو وانٹ فزیکل فوڈ۔</w:t>
      </w:r>
    </w:p>
    <w:p>
      <w:r>
        <w:rPr>
          <w:b/>
        </w:rPr>
        <w:t xml:space="preserve">[01:27] </w:t>
      </w:r>
      <w:r>
        <w:t>so if you, if you confine yourself to physical food, that means that you have reduced yourself to the level of animal.</w:t>
      </w:r>
    </w:p>
    <w:p>
      <w:pPr>
        <w:jc w:val="right"/>
      </w:pPr>
      <w:r>
        <w:t>سو اف یو، اف یو کنفائن یور سیلف ٹو فزیکل فوڈ، دیٹ مینز دیٹ یو ہیو ریڈیس یور سیلف ٹو دا لیول اف اینیمل۔</w:t>
      </w:r>
    </w:p>
    <w:p>
      <w:r>
        <w:rPr>
          <w:b/>
        </w:rPr>
        <w:t xml:space="preserve">[01:41] </w:t>
      </w:r>
      <w:r>
        <w:t>so you have to know this fact: you have to evolve the inner spirit.</w:t>
      </w:r>
    </w:p>
    <w:p>
      <w:pPr>
        <w:jc w:val="right"/>
      </w:pPr>
      <w:r>
        <w:t>سو یو ہیو ٹو نو دس فیکٹ: یو ہیو ٹو ایوالو دا انر اسپرٹ۔</w:t>
      </w:r>
    </w:p>
    <w:p>
      <w:r>
        <w:rPr>
          <w:b/>
        </w:rPr>
        <w:t xml:space="preserve">[01:50] </w:t>
      </w:r>
      <w:r>
        <w:t>you have to try to develop your mind</w:t>
      </w:r>
    </w:p>
    <w:p>
      <w:pPr>
        <w:jc w:val="right"/>
      </w:pPr>
      <w:r>
        <w:t>یو ہیو ٹو ٹرائی ٹو ڈویلپ یور مائنڈ</w:t>
      </w:r>
    </w:p>
    <w:p>
      <w:r>
        <w:rPr>
          <w:b/>
        </w:rPr>
        <w:t xml:space="preserve">[01:57] </w:t>
      </w:r>
      <w:r>
        <w:t>. so spiritual development, so spiritual development means intellectual development.</w:t>
      </w:r>
    </w:p>
    <w:p>
      <w:pPr>
        <w:jc w:val="right"/>
      </w:pPr>
      <w:r>
        <w:t>۔ سو اسپریچول ڈیولپمنٹ، سو اسپریچول ڈیولپمنٹ مینز انٹلیکچول ڈیولپمنٹ۔</w:t>
      </w:r>
    </w:p>
    <w:p>
      <w:r>
        <w:rPr>
          <w:b/>
        </w:rPr>
        <w:t xml:space="preserve">[02:05] </w:t>
      </w:r>
      <w:r>
        <w:t>both are interlinked. according to my experience, spiritual development is based on intellectual development.</w:t>
      </w:r>
    </w:p>
    <w:p>
      <w:pPr>
        <w:jc w:val="right"/>
      </w:pPr>
      <w:r>
        <w:t>بوتھ ار انٹر لنکڈ۔ اکارڈنگ ٹو مائی ایکسپیرینس، اسپریچول ڈیولپمنٹ از بیسڈ ان انٹلیکچول ڈیولپمنٹ۔</w:t>
      </w:r>
    </w:p>
    <w:p>
      <w:r>
        <w:rPr>
          <w:b/>
        </w:rPr>
        <w:t xml:space="preserve">[02:17] </w:t>
      </w:r>
      <w:r>
        <w:t>so you have to read, you have to study, you have to contemplate. all these things are helpful to intellectual development.</w:t>
      </w:r>
    </w:p>
    <w:p>
      <w:pPr>
        <w:jc w:val="right"/>
      </w:pPr>
      <w:r>
        <w:t>سو یو ہیو ٹو ریڈ، یو ہیو ٹو سٹڈی، یو ہیو ٹو کنٹمپلیٹ۔ ال دیز تھنگز ار ہیلپ فل ٹو انٹلیکچول ڈیولپمنٹ۔</w:t>
      </w:r>
    </w:p>
    <w:p>
      <w:r>
        <w:rPr>
          <w:b/>
        </w:rPr>
        <w:t xml:space="preserve">[02:29] </w:t>
      </w:r>
      <w:r>
        <w:t>so through these devices, you can develop your spirituality. this is must for every human being.</w:t>
      </w:r>
    </w:p>
    <w:p>
      <w:pPr>
        <w:jc w:val="right"/>
      </w:pPr>
      <w:r>
        <w:t>سو تھرو دیز ڈیوائسز، یو کین ڈیولپ یور سپریچولٹی۔ دس از مسٹ فار ایوری ہیومن بینگ۔</w:t>
      </w:r>
    </w:p>
    <w:p>
      <w:r>
        <w:rPr>
          <w:b/>
        </w:rPr>
        <w:t xml:space="preserve">[02:40] </w:t>
      </w:r>
      <w:r>
        <w:t>maulana, you just said: "one needs to contemplate.</w:t>
      </w:r>
    </w:p>
    <w:p>
      <w:pPr>
        <w:jc w:val="right"/>
      </w:pPr>
      <w:r>
        <w:t>مولانا، یو جسٹ سیڈ: "ون نیڈز ٹو کنٹمپلیٹ۔</w:t>
      </w:r>
    </w:p>
    <w:p>
      <w:r>
        <w:rPr>
          <w:b/>
        </w:rPr>
        <w:t xml:space="preserve">[02:44] </w:t>
      </w:r>
      <w:r>
        <w:t>" what would you say on the importance of introspection, and how should one practice spirituality? introspection is must for spiritual development.</w:t>
      </w:r>
    </w:p>
    <w:p>
      <w:pPr>
        <w:jc w:val="right"/>
      </w:pPr>
      <w:r>
        <w:t>" واٹ وڈ یو سی ان دی امپورٹنس اف انٹروسپیکشن، اینڈ ہاؤ شوڈ ون پریکٹس سپریچولٹی؟ انٹروسپیکشن از مسٹ فار اسپریچول ڈیولپمنٹ۔</w:t>
      </w:r>
    </w:p>
    <w:p>
      <w:r>
        <w:rPr>
          <w:b/>
        </w:rPr>
        <w:t xml:space="preserve">[02:58] </w:t>
      </w:r>
      <w:r>
        <w:t>there is no other way. but introspection is not something mysterious. no,</w:t>
      </w:r>
    </w:p>
    <w:p>
      <w:pPr>
        <w:jc w:val="right"/>
      </w:pPr>
      <w:r>
        <w:t>دیر از نو ادر وے۔ بٹ انٹروسپیکشن از ناٹ سمتھنگ مسٹیریس۔ نو،</w:t>
      </w:r>
    </w:p>
    <w:p>
      <w:r>
        <w:rPr>
          <w:b/>
        </w:rPr>
        <w:t xml:space="preserve">[03:09] </w:t>
      </w:r>
      <w:r>
        <w:t>introspection is linked with your intellectual process. so introspection means that you revise yourself.</w:t>
      </w:r>
    </w:p>
    <w:p>
      <w:pPr>
        <w:jc w:val="right"/>
      </w:pPr>
      <w:r>
        <w:t>انٹروسپیکشن از لنکڈ ود یور انٹلیکچول پروسیس۔ سو انٹروسپیکشن مینز دیٹ یو ریوائز یور سیلف۔</w:t>
      </w:r>
    </w:p>
    <w:p>
      <w:r>
        <w:rPr>
          <w:b/>
        </w:rPr>
        <w:t xml:space="preserve">[03:22] </w:t>
      </w:r>
      <w:r>
        <w:t>every day, you reassess yourself. for example, here we are put in test. so this is our testing period.</w:t>
      </w:r>
    </w:p>
    <w:p>
      <w:pPr>
        <w:jc w:val="right"/>
      </w:pPr>
      <w:r>
        <w:t>ایوری ڈے، یو ری اسس یور سیلف۔ فار ایگزمپل، ہیر وی ار پٹ ان ٹیسٹ۔ سو دس از اور ٹیسٹنگ پیریڈ۔</w:t>
      </w:r>
    </w:p>
    <w:p>
      <w:r>
        <w:rPr>
          <w:b/>
        </w:rPr>
        <w:t xml:space="preserve">[03:34] </w:t>
      </w:r>
      <w:r>
        <w:t>due to this, we commit mistakes, we go wrong side.</w:t>
      </w:r>
    </w:p>
    <w:p>
      <w:pPr>
        <w:jc w:val="right"/>
      </w:pPr>
      <w:r>
        <w:t>ڈیو ٹو دس، وی کمٹ مسٹیکس، وی گو رونگ سائیڈ۔</w:t>
      </w:r>
    </w:p>
    <w:p>
      <w:r>
        <w:rPr>
          <w:b/>
        </w:rPr>
        <w:t xml:space="preserve">[03:44] </w:t>
      </w:r>
      <w:r>
        <w:t>so all these things need to revise. that is introspection. so through introspection, you correct your spiritual journey.</w:t>
      </w:r>
    </w:p>
    <w:p>
      <w:pPr>
        <w:jc w:val="right"/>
      </w:pPr>
      <w:r>
        <w:t>سو ال دیز تھنگز نیڈ ٹو ریوائز۔ دیٹ از انٹروسپیکشن۔ سو تھرو انٹروسپیکشن، یو ریکریکٹ یور سپریچول جرنی۔</w:t>
      </w:r>
    </w:p>
    <w:p>
      <w:r>
        <w:rPr>
          <w:b/>
        </w:rPr>
        <w:t xml:space="preserve">[04:02] </w:t>
      </w:r>
      <w:r>
        <w:t>without introspection, it is not possible to attain the spiritual development.</w:t>
      </w:r>
    </w:p>
    <w:p>
      <w:pPr>
        <w:jc w:val="right"/>
      </w:pPr>
      <w:r>
        <w:t>وداؤٹ انٹروسپیکشن، اٹ از ناٹ پاسیبل ٹو اٹین دا سپریچول ڈیولپمنٹ۔</w:t>
      </w:r>
    </w:p>
    <w:p>
      <w:r>
        <w:rPr>
          <w:b/>
        </w:rPr>
        <w:t xml:space="preserve">[04:11] </w:t>
      </w:r>
      <w:r>
        <w:t>but Maulana, is spirituality a part of religion, or is it an independent discipline?</w:t>
      </w:r>
    </w:p>
    <w:p>
      <w:pPr>
        <w:jc w:val="right"/>
      </w:pPr>
      <w:r>
        <w:t>بٹ مولانا، از سپریچولٹی ا پارٹ اف ریلیجن، اور از اٹ ان انڈیپینڈنٹ ڈسپلن؟</w:t>
      </w:r>
    </w:p>
    <w:p>
      <w:r>
        <w:rPr>
          <w:b/>
        </w:rPr>
        <w:t xml:space="preserve">[04:20] </w:t>
      </w:r>
      <w:r>
        <w:t>yes, some people take it as an independent discipline, but is wrong.</w:t>
      </w:r>
    </w:p>
    <w:p>
      <w:pPr>
        <w:jc w:val="right"/>
      </w:pPr>
      <w:r>
        <w:t>یس، سم پیپل ٹیک اٹ ایز ان انڈیپینڈنٹ ڈسپلن، بٹ از رونگ۔</w:t>
      </w:r>
    </w:p>
    <w:p>
      <w:r>
        <w:rPr>
          <w:b/>
        </w:rPr>
        <w:t xml:space="preserve">[04:27] </w:t>
      </w:r>
      <w:r>
        <w:t>these people take religion as a culture, simply as a culture.</w:t>
      </w:r>
    </w:p>
    <w:p>
      <w:pPr>
        <w:jc w:val="right"/>
      </w:pPr>
      <w:r>
        <w:t>دیز پیپل ٹیک ریلیجن ایز ا کلچر، سمپلی ایز ا کلچر۔</w:t>
      </w:r>
    </w:p>
    <w:p>
      <w:r>
        <w:rPr>
          <w:b/>
        </w:rPr>
        <w:t xml:space="preserve">[04:37] </w:t>
      </w:r>
      <w:r>
        <w:t>so according to their conception, religion is nothing but some but a set of rituals, custom or culture.</w:t>
      </w:r>
    </w:p>
    <w:p>
      <w:pPr>
        <w:jc w:val="right"/>
      </w:pPr>
      <w:r>
        <w:t>سو اکارڈنگ ٹو دیر کنسیپشن، ریلیجن از نتھنگ بٹ سم بٹ ا سیٹ اف ریچولز، کسٹم اور کلچر۔</w:t>
      </w:r>
    </w:p>
    <w:p>
      <w:r>
        <w:rPr>
          <w:b/>
        </w:rPr>
        <w:t xml:space="preserve">[04:48] </w:t>
      </w:r>
      <w:r>
        <w:t>this is reduced concept of religion.</w:t>
      </w:r>
    </w:p>
    <w:p>
      <w:pPr>
        <w:jc w:val="right"/>
      </w:pPr>
      <w:r>
        <w:t>دس از ریڈیوسڈ کانسیپٹ اف ریلیجن۔</w:t>
      </w:r>
    </w:p>
    <w:p>
      <w:r>
        <w:rPr>
          <w:b/>
        </w:rPr>
        <w:t xml:space="preserve">[04:54] </w:t>
      </w:r>
      <w:r>
        <w:t>according to my experience, religion is a complete system, complete discipline. religion encompass your home, your whole personality.</w:t>
      </w:r>
    </w:p>
    <w:p>
      <w:pPr>
        <w:jc w:val="right"/>
      </w:pPr>
      <w:r>
        <w:t>اکارڈنگ ٹو مائی ایکسپیرینس، ریلیجن از ا کمپلیٹ سسٹم، کمپلیٹ ڈسپلن۔ ریلیجن انکمپاس یور ہوم، یور ہول پرسنیلٹی۔</w:t>
      </w:r>
    </w:p>
    <w:p>
      <w:r>
        <w:rPr>
          <w:b/>
        </w:rPr>
        <w:t xml:space="preserve">[05:06] </w:t>
      </w:r>
      <w:r>
        <w:t>in this sense, spirituality is the essence of religion. when you speak about religion, there is a form, also there is a spirit.</w:t>
      </w:r>
    </w:p>
    <w:p>
      <w:pPr>
        <w:jc w:val="right"/>
      </w:pPr>
      <w:r>
        <w:t>ان دس سینس، سپریچولٹی از دا ایسنس اف ریلیجن۔ وین یو سپیک اباؤٹ ریلیجن، دیر از ا فارم، السو دیر از ا سپرٹ۔</w:t>
      </w:r>
    </w:p>
    <w:p>
      <w:r>
        <w:rPr>
          <w:b/>
        </w:rPr>
        <w:t xml:space="preserve">[05:20] </w:t>
      </w:r>
      <w:r>
        <w:t>so form is other thing, but as far as the spirit is concerned, that is spirituality. so you have to observe the form, but if you want to evolve the spirit of religion, that is spirituality.</w:t>
      </w:r>
    </w:p>
    <w:p>
      <w:pPr>
        <w:jc w:val="right"/>
      </w:pPr>
      <w:r>
        <w:t>سو فارم از ادر تھنگ، بٹ ایز فار ایز دا سپرٹ از کنسرن، دیٹ از سپریچولٹی۔ سو یو ہیو ٹو ابزرو دا فارم، بٹ اف یو وانٹ ٹو ایوالو دا سپرٹ اف ریلیجن، دیٹ از سپریچولٹی۔</w:t>
      </w:r>
    </w:p>
    <w:p>
      <w:r>
        <w:rPr>
          <w:b/>
        </w:rPr>
        <w:t xml:space="preserve">[05:40] </w:t>
      </w:r>
      <w:r>
        <w:t>so spirituality is the, spirituality is the, is an integral part of religion</w:t>
      </w:r>
    </w:p>
    <w:p>
      <w:pPr>
        <w:jc w:val="right"/>
      </w:pPr>
      <w:r>
        <w:t>سو سپریچولٹی از دا، سپریچولٹی از دا، از ان انٹیگرل پارٹ اف ریلیجن</w:t>
      </w:r>
    </w:p>
    <w:p>
      <w:r>
        <w:rPr>
          <w:b/>
        </w:rPr>
        <w:t xml:space="preserve">[05:49] </w:t>
      </w:r>
      <w:r>
        <w:t>. Maulana, you said that spirituality is the essence of religion. so how is it related to different aspects of a life, and can you give some examples?</w:t>
      </w:r>
    </w:p>
    <w:p>
      <w:pPr>
        <w:jc w:val="right"/>
      </w:pPr>
      <w:r>
        <w:t>۔ مولانا، یو سیڈ دیٹ سپریچولٹی از دی ایسنس اف ریلیجن۔ سو ہاؤ از اٹ ریلیٹڈ ٹو ڈفرنٹ ایسپیکٹس اف ا لائف، اینڈ کین یو گیو سم ایگزیمپلز؟</w:t>
      </w:r>
    </w:p>
    <w:p>
      <w:r>
        <w:rPr>
          <w:b/>
        </w:rPr>
        <w:t xml:space="preserve">[06:00] </w:t>
      </w:r>
      <w:r>
        <w:t>spirituality, I think that it is, it is,</w:t>
      </w:r>
    </w:p>
    <w:p>
      <w:pPr>
        <w:jc w:val="right"/>
      </w:pPr>
      <w:r>
        <w:t>سپریچولٹی، ائی تھنک دیٹ اٹ از، اٹ از،</w:t>
      </w:r>
    </w:p>
    <w:p>
      <w:r>
        <w:rPr>
          <w:b/>
        </w:rPr>
        <w:t xml:space="preserve">[06:07] </w:t>
      </w:r>
      <w:r>
        <w:t>it pertains to your whole life.</w:t>
      </w:r>
    </w:p>
    <w:p>
      <w:pPr>
        <w:jc w:val="right"/>
      </w:pPr>
      <w:r>
        <w:t>اٹ پرٹینس ٹو یور ہول لائف۔</w:t>
      </w:r>
    </w:p>
    <w:p>
      <w:r>
        <w:rPr>
          <w:b/>
        </w:rPr>
        <w:t xml:space="preserve">[06:11] </w:t>
      </w:r>
      <w:r>
        <w:t>every time, you are active something. when you are speaking, when you are thinking, you are practicing, then you need spirituality.</w:t>
      </w:r>
    </w:p>
    <w:p>
      <w:pPr>
        <w:jc w:val="right"/>
      </w:pPr>
      <w:r>
        <w:t>ایوری ٹائم، یو ار ایکٹیو سم تھنگ۔ وین یو ار سپیکنگ، وین یو ار تھنکنگ، یو ار پریکٹسنگ، دین یو نیڈ سپریچولٹی۔</w:t>
      </w:r>
    </w:p>
    <w:p>
      <w:r>
        <w:rPr>
          <w:b/>
        </w:rPr>
        <w:t xml:space="preserve">[06:23] </w:t>
      </w:r>
      <w:r>
        <w:t>spirituality means inner spirit, inner spirit in pure form. so if your inner spirit in pure form is there, then your activities will be good and correct.</w:t>
      </w:r>
    </w:p>
    <w:p>
      <w:pPr>
        <w:jc w:val="right"/>
      </w:pPr>
      <w:r>
        <w:t>سپریچولٹی مینز انر سپرٹ، انر سپرٹ ان پیور فارم۔ سو اف یور انر سپرٹ ان پیور فارم از دیر، دین یور ایکٹیویٹیز ول بی گڈ اینڈ کریکٹ۔</w:t>
      </w:r>
    </w:p>
    <w:p>
      <w:r>
        <w:rPr>
          <w:b/>
        </w:rPr>
        <w:t xml:space="preserve">[06:39] </w:t>
      </w:r>
      <w:r>
        <w:t>so I think that spirituality in the sense of inner spirit is required every time in every activities.</w:t>
      </w:r>
    </w:p>
    <w:p>
      <w:pPr>
        <w:jc w:val="right"/>
      </w:pPr>
      <w:r>
        <w:t>سو ائی تھنک دیٹ سپریچولٹی ان دا سینس اف انر سپرٹ از ریکوائرڈ ایوری ٹائم ان ایوری ایکٹیویٹیز۔</w:t>
      </w:r>
    </w:p>
    <w:p>
      <w:r>
        <w:rPr>
          <w:b/>
        </w:rPr>
        <w:t xml:space="preserve">[06:48] </w:t>
      </w:r>
      <w:r>
        <w:t>without this kind of spirituality, you become simply a form, simply a set of rituals.</w:t>
      </w:r>
    </w:p>
    <w:p>
      <w:pPr>
        <w:jc w:val="right"/>
      </w:pPr>
      <w:r>
        <w:t>وداؤٹ دس کائنڈ اف سپریچولٹی، یو بیکم سمپلی ا فارم، سمپلی ا سیٹ اف ریچولز۔</w:t>
      </w:r>
    </w:p>
    <w:p>
      <w:r>
        <w:rPr>
          <w:b/>
        </w:rPr>
        <w:t xml:space="preserve">[07:00] </w:t>
      </w:r>
      <w:r>
        <w:t>so that is a reduced form of spirituality.</w:t>
      </w:r>
    </w:p>
    <w:p>
      <w:pPr>
        <w:jc w:val="right"/>
      </w:pPr>
      <w:r>
        <w:t>سو دیٹ از ا ریڈیوسڈ فارم اف سپریچولٹی۔</w:t>
      </w:r>
    </w:p>
    <w:p>
      <w:r>
        <w:rPr>
          <w:b/>
        </w:rPr>
        <w:t xml:space="preserve">[07:05] </w:t>
      </w:r>
      <w:r>
        <w:t>Maulana, how does spirituality help in coping up with adverse situations?</w:t>
      </w:r>
    </w:p>
    <w:p>
      <w:pPr>
        <w:jc w:val="right"/>
      </w:pPr>
      <w:r>
        <w:t>مولانا، ہاؤ ڈز سپریچولٹی ہیلپ ان کوپنگ اپ ود ایڈورس سچویشنز؟</w:t>
      </w:r>
    </w:p>
    <w:p>
      <w:r>
        <w:rPr>
          <w:b/>
        </w:rPr>
        <w:t xml:space="preserve">[07:14] </w:t>
      </w:r>
      <w:r>
        <w:t>I think that spirituality is the only, only tool for this purpose.</w:t>
      </w:r>
    </w:p>
    <w:p>
      <w:pPr>
        <w:jc w:val="right"/>
      </w:pPr>
      <w:r>
        <w:t>ائی تھنک دیٹ سپریچولٹی از دا اونلی، اونلی ٹول فار دس پرپس۔</w:t>
      </w:r>
    </w:p>
    <w:p>
      <w:r>
        <w:rPr>
          <w:b/>
        </w:rPr>
        <w:t xml:space="preserve">[07:23] </w:t>
      </w:r>
      <w:r>
        <w:t>why? because why we are perturb? why we are living in tension? why are there are so many stress?</w:t>
      </w:r>
    </w:p>
    <w:p>
      <w:pPr>
        <w:jc w:val="right"/>
      </w:pPr>
      <w:r>
        <w:t>وائی؟ بیکاز وائی وی ار پرٹرب؟ وائی وی ار لیونگ ان ٹینشن؟ وائی ار دیر ار سو مینی سٹریس؟</w:t>
      </w:r>
    </w:p>
    <w:p>
      <w:r>
        <w:rPr>
          <w:b/>
        </w:rPr>
        <w:t xml:space="preserve">[07:34] </w:t>
      </w:r>
      <w:r>
        <w:t>all these things are by taking material reason. we are living in material things, in material goods, in material activities.</w:t>
      </w:r>
    </w:p>
    <w:p>
      <w:pPr>
        <w:jc w:val="right"/>
      </w:pPr>
      <w:r>
        <w:t>ال دیز تھنگز ار بائی ٹیکنگ مٹیریل ریزن۔ وی ار لیونگ ان مٹیریل تھنگز، ان مٹیریل گڈز، ان مٹیریل ایکٹیویٹیز۔</w:t>
      </w:r>
    </w:p>
    <w:p>
      <w:r>
        <w:rPr>
          <w:b/>
        </w:rPr>
        <w:t xml:space="preserve">[07:47] </w:t>
      </w:r>
      <w:r>
        <w:t>it is this material activities that creates tension and stress. and spirituality means living beyond materialism.</w:t>
      </w:r>
    </w:p>
    <w:p>
      <w:pPr>
        <w:jc w:val="right"/>
      </w:pPr>
      <w:r>
        <w:t>اٹ از دس مٹیریل ایکٹیویٹیز دیٹ کریٹس ٹینشن اینڈ سٹریس۔ اینڈ سپریچولٹی مینز لیونگ بیونڈ مٹیریلزم۔</w:t>
      </w:r>
    </w:p>
    <w:p>
      <w:r>
        <w:rPr>
          <w:b/>
        </w:rPr>
        <w:t xml:space="preserve">[08:00] </w:t>
      </w:r>
      <w:r>
        <w:t>spirituality means living beyond material world.</w:t>
      </w:r>
    </w:p>
    <w:p>
      <w:pPr>
        <w:jc w:val="right"/>
      </w:pPr>
      <w:r>
        <w:t>سپریچولٹی مینز لیونگ بیونڈ مٹیریل ورلڈ۔</w:t>
      </w:r>
    </w:p>
    <w:p>
      <w:r>
        <w:rPr>
          <w:b/>
        </w:rPr>
        <w:t xml:space="preserve">[08:05] </w:t>
      </w:r>
      <w:r>
        <w:t>so when you have adopt this kind of capacity, then you mean it means that material things have become secondary for you.</w:t>
      </w:r>
    </w:p>
    <w:p>
      <w:pPr>
        <w:jc w:val="right"/>
      </w:pPr>
      <w:r>
        <w:t>سو وین یو ہیو اڈاپٹ دس کائنڈ اف کپیسٹی، دین یو مین اٹ مینز دیٹ مٹیریل تھنگز ہیو بیکم سیکنڈری فار یو۔</w:t>
      </w:r>
    </w:p>
    <w:p>
      <w:r>
        <w:rPr>
          <w:b/>
        </w:rPr>
        <w:t xml:space="preserve">[08:19] </w:t>
      </w:r>
      <w:r>
        <w:t>so when you adopt this kind of personality, this kind of thinking, that spirituality is for you primary things, and material, material things are secondary.</w:t>
      </w:r>
    </w:p>
    <w:p>
      <w:pPr>
        <w:jc w:val="right"/>
      </w:pPr>
      <w:r>
        <w:t>سو وین یو اڈاپٹ دس کائنڈ اف پرسنیلٹی، دس کائنڈ اف تھنکنگ، دیٹ سپریچولٹی از فار یو پرائمری تھنگز، اینڈ مٹیریل، مٹیریل تھنگز ار سیکنڈری۔</w:t>
      </w:r>
    </w:p>
    <w:p>
      <w:r>
        <w:rPr>
          <w:b/>
        </w:rPr>
        <w:t xml:space="preserve">[08:36] </w:t>
      </w:r>
      <w:r>
        <w:t>so this is the best solution, because all those problems, all those tension and stress are result of your involvement in materialism.</w:t>
      </w:r>
    </w:p>
    <w:p>
      <w:pPr>
        <w:jc w:val="right"/>
      </w:pPr>
      <w:r>
        <w:t>سو دس از دا بیسٹ سولیوشن، بیکاز ال دوز پرابلمز، ال دوز ٹینشن اینڈ سٹریس ار رزلٹ اف یور انوالومنٹ ان مٹیریلزم۔</w:t>
      </w:r>
    </w:p>
    <w:p>
      <w:r>
        <w:rPr>
          <w:b/>
        </w:rPr>
        <w:t xml:space="preserve">[08:48] </w:t>
      </w:r>
      <w:r>
        <w:t>and when materialism is secondary, then you have no botheration. this is the best formula of destressing.</w:t>
      </w:r>
    </w:p>
    <w:p>
      <w:pPr>
        <w:jc w:val="right"/>
      </w:pPr>
      <w:r>
        <w:t>اینڈ وین مٹیریلزم از سیکنڈری، دین یو ہیو نو باڈریشن۔ دس از دا بیسٹ فارمولا اف ڈی سٹریسنگ۔</w:t>
      </w:r>
    </w:p>
    <w:p>
      <w:r>
        <w:rPr>
          <w:b/>
        </w:rPr>
        <w:t xml:space="preserve">[08:59] </w:t>
      </w:r>
      <w:r>
        <w:t>alleviate your self from material things, and then you will attain spirituality, and then you will be able to live in tension free life.</w:t>
      </w:r>
    </w:p>
    <w:p>
      <w:pPr>
        <w:jc w:val="right"/>
      </w:pPr>
      <w:r>
        <w:t>الیویٹ یور سیلف فرام مٹیریل تھنگز، اینڈ دین یو ول اٹین سپریچولٹی، اینڈ دین یو ول بی ایبل ٹو لیو ان ٹینشن فری لائف۔</w:t>
      </w:r>
    </w:p>
    <w:p>
      <w:r>
        <w:rPr>
          <w:b/>
        </w:rPr>
        <w:t xml:space="preserve">[09:19] </w:t>
      </w:r>
      <w:r>
        <w:t>maulana, is there any connection between human values and spirituality?</w:t>
      </w:r>
    </w:p>
    <w:p>
      <w:pPr>
        <w:jc w:val="right"/>
      </w:pPr>
      <w:r>
        <w:t>مولانا، از دیر اینی کنیکشن بٹوین ہیومن ویلیوز اینڈ سپریچولٹی؟</w:t>
      </w:r>
    </w:p>
    <w:p>
      <w:r>
        <w:rPr>
          <w:b/>
        </w:rPr>
        <w:t xml:space="preserve">[09:26] </w:t>
      </w:r>
      <w:r>
        <w:t>certainly, because you need some incentive behind human values.</w:t>
      </w:r>
    </w:p>
    <w:p>
      <w:pPr>
        <w:jc w:val="right"/>
      </w:pPr>
      <w:r>
        <w:t>سرٹینلی، بیکاز یو نیڈ سم انسنٹیو بیہائنڈ ہیومن ویلیوز۔</w:t>
      </w:r>
    </w:p>
    <w:p>
      <w:r>
        <w:rPr>
          <w:b/>
        </w:rPr>
        <w:t xml:space="preserve">[09:35] </w:t>
      </w:r>
      <w:r>
        <w:t>without incentive, without inner spirit, without incentive, or without motivation, my values are nothing.</w:t>
      </w:r>
    </w:p>
    <w:p>
      <w:pPr>
        <w:jc w:val="right"/>
      </w:pPr>
      <w:r>
        <w:t>وداؤٹ انسنٹیو، وداؤٹ انر سپرٹ، وداؤٹ انسنٹیو، اور وداؤٹ موٹیویشن، مائی ویلیوز ار نتھنگ۔</w:t>
      </w:r>
    </w:p>
    <w:p>
      <w:r>
        <w:rPr>
          <w:b/>
        </w:rPr>
        <w:t xml:space="preserve">[09:47] </w:t>
      </w:r>
      <w:r>
        <w:t>that simply manuals</w:t>
      </w:r>
    </w:p>
    <w:p>
      <w:pPr>
        <w:jc w:val="right"/>
      </w:pPr>
      <w:r>
        <w:t>دیٹ سمپلی مینولز</w:t>
      </w:r>
    </w:p>
    <w:p>
      <w:r>
        <w:rPr>
          <w:b/>
        </w:rPr>
        <w:t xml:space="preserve">[09:52] </w:t>
      </w:r>
      <w:r>
        <w:t>. so every value system requires inner motivation, inner incentive, and it is spirituality.</w:t>
      </w:r>
    </w:p>
    <w:p>
      <w:pPr>
        <w:jc w:val="right"/>
      </w:pPr>
      <w:r>
        <w:t>۔ سو ایوری ویلیو سسٹم ریکوائر انر موٹیویشن، انر انسنٹیو، اینڈ اٹ از سپریچولٹی۔</w:t>
      </w:r>
    </w:p>
    <w:p>
      <w:r>
        <w:rPr>
          <w:b/>
        </w:rPr>
        <w:t xml:space="preserve">[10:03] </w:t>
      </w:r>
      <w:r>
        <w:t>it is spirituality that gives you motivation and incentive.</w:t>
      </w:r>
    </w:p>
    <w:p>
      <w:pPr>
        <w:jc w:val="right"/>
      </w:pPr>
      <w:r>
        <w:t>اٹ از سپریچولٹی دیٹ گیوز یو موٹیویشن اینڈ انسنٹیو۔</w:t>
      </w:r>
    </w:p>
    <w:p>
      <w:r>
        <w:rPr>
          <w:b/>
        </w:rPr>
        <w:t xml:space="preserve">[10:11] </w:t>
      </w:r>
      <w:r>
        <w:t>if one is deprived of spirituality, it means that he is deprived of motivation.</w:t>
      </w:r>
    </w:p>
    <w:p>
      <w:pPr>
        <w:jc w:val="right"/>
      </w:pPr>
      <w:r>
        <w:t>اف ون از ڈیپرائیوڈ اف سپریچولٹی، اٹ مینز دیٹ ہی از ڈیپرائیوڈ اف موٹیویشن۔</w:t>
      </w:r>
    </w:p>
    <w:p>
      <w:r>
        <w:rPr>
          <w:b/>
        </w:rPr>
        <w:t xml:space="preserve">[10:19] </w:t>
      </w:r>
      <w:r>
        <w:t>without motivation, how you can observe more values?</w:t>
      </w:r>
    </w:p>
    <w:p>
      <w:pPr>
        <w:jc w:val="right"/>
      </w:pPr>
      <w:r>
        <w:t>وداؤٹ موٹیویشن، ہاؤ یو کین ابزرو مور ویلیوز؟</w:t>
      </w:r>
    </w:p>
    <w:p>
      <w:r>
        <w:rPr>
          <w:b/>
        </w:rPr>
        <w:t xml:space="preserve">[10:26] </w:t>
      </w:r>
      <w:r>
        <w:t>so moral system needs spiritual spirit.</w:t>
      </w:r>
    </w:p>
    <w:p>
      <w:pPr>
        <w:jc w:val="right"/>
      </w:pPr>
      <w:r>
        <w:t>سو مورل سسٹم نیڈز سپریچول سپرٹ۔</w:t>
      </w:r>
    </w:p>
    <w:p>
      <w:r>
        <w:rPr>
          <w:b/>
        </w:rPr>
        <w:t xml:space="preserve">[10:37] </w:t>
      </w:r>
      <w:r>
        <w:t>maulana, what is your spiritual mission in life?</w:t>
      </w:r>
    </w:p>
    <w:p>
      <w:pPr>
        <w:jc w:val="right"/>
      </w:pPr>
      <w:r>
        <w:t>مولانا، واٹ از یور سپریچول مشن ان لائف؟</w:t>
      </w:r>
    </w:p>
    <w:p>
      <w:r>
        <w:rPr>
          <w:b/>
        </w:rPr>
        <w:t xml:space="preserve">[10:44] </w:t>
      </w:r>
      <w:r>
        <w:t>i have found spirituality in islam.</w:t>
      </w:r>
    </w:p>
    <w:p>
      <w:pPr>
        <w:jc w:val="right"/>
      </w:pPr>
      <w:r>
        <w:t>ائی ہیو فاؤنڈ سپریچولٹی ان اسلام۔</w:t>
      </w:r>
    </w:p>
    <w:p>
      <w:r>
        <w:rPr>
          <w:b/>
        </w:rPr>
        <w:t xml:space="preserve">[10:49] </w:t>
      </w:r>
      <w:r>
        <w:t>my spirituality is based in islam. islam means god oriented life, god oriented thinking, god oriented activities.</w:t>
      </w:r>
    </w:p>
    <w:p>
      <w:pPr>
        <w:jc w:val="right"/>
      </w:pPr>
      <w:r>
        <w:t>مائی سپریچولٹی از بیسڈ ان اسلام۔ اسلام مینز گاڈ اورینٹڈ لائف، گاڈ اورینٹڈ تھنکنگ، گاڈ اورینٹڈ ایکٹیویٹیز۔</w:t>
      </w:r>
    </w:p>
    <w:p>
      <w:r>
        <w:rPr>
          <w:b/>
        </w:rPr>
        <w:t xml:space="preserve">[11:04] </w:t>
      </w:r>
      <w:r>
        <w:t>so islam means making god your supreme concern, and this is the source of my spirituality.</w:t>
      </w:r>
    </w:p>
    <w:p>
      <w:pPr>
        <w:jc w:val="right"/>
      </w:pPr>
      <w:r>
        <w:t>سو اسلام مینز میکنگ گاڈ یور سپریم کنسرن، اینڈ دس از دا سورس اف مائی سپریچولٹی۔</w:t>
      </w:r>
    </w:p>
    <w:p>
      <w:r>
        <w:rPr>
          <w:b/>
        </w:rPr>
        <w:t xml:space="preserve">[11:15] </w:t>
      </w:r>
      <w:r>
        <w:t>without god, spirituality is root less, no base. so that is a reduced form of spirituality.</w:t>
      </w:r>
    </w:p>
    <w:p>
      <w:pPr>
        <w:jc w:val="right"/>
      </w:pPr>
      <w:r>
        <w:t>وداؤٹ گاڈ، سپریچولٹی از روٹ لیس، نو بیس۔ سو دیٹ از ا ریڈیوسڈ فارم اف سپریچولٹی۔</w:t>
      </w:r>
    </w:p>
    <w:p>
      <w:r>
        <w:rPr>
          <w:b/>
        </w:rPr>
        <w:t xml:space="preserve">[11:26] </w:t>
      </w:r>
      <w:r>
        <w:t>so as far as my self is concerned, i have found my spirituality, my spiritual roots in islam.</w:t>
      </w:r>
    </w:p>
    <w:p>
      <w:pPr>
        <w:jc w:val="right"/>
      </w:pPr>
      <w:r>
        <w:t>سو ایز فار ایز مائی سیلف از کنسرن، ائی ہیو فاؤنڈ مائی سپریچولٹی، مائی سپریچول روٹس ان اسلام۔</w:t>
      </w:r>
    </w:p>
    <w:p>
      <w:r>
        <w:rPr>
          <w:b/>
        </w:rPr>
        <w:t xml:space="preserve">[11:36] </w:t>
      </w:r>
      <w:r>
        <w:t>islam is not my only religion, but islam is for me. islam is the source of my spirituality, or other words, source of my inner spirit, my inner strength, my inner energy.</w:t>
      </w:r>
    </w:p>
    <w:p>
      <w:pPr>
        <w:jc w:val="right"/>
      </w:pPr>
      <w:r>
        <w:t>اسلام از ناٹ مائی اڈلی ریلیجن، بٹ اسلام از فار می۔ اسلام از دا سورس اف مائی سپریچولٹی، اور ادر ورڈز، سورس اف مائی انر سپرٹ، مائی انر سٹرینتھ، مائی انر انرجی۔</w:t>
      </w:r>
    </w:p>
    <w:p>
      <w:r>
        <w:rPr>
          <w:b/>
        </w:rPr>
        <w:t xml:space="preserve">[11:51] </w:t>
      </w:r>
      <w:r>
        <w:t>all these things i have drive from islam. what does science say about spirituality? does it support spirituality?</w:t>
      </w:r>
    </w:p>
    <w:p>
      <w:pPr>
        <w:jc w:val="right"/>
      </w:pPr>
      <w:r>
        <w:t>ال دیز تھنگز ائی ہیو ڈرائیو فرام اسلام۔ واٹ ڈز سائنس سیز اباؤٹ سپریچولٹی؟ ڈز اٹ سپورٹ سپریچولٹی؟</w:t>
      </w:r>
    </w:p>
    <w:p>
      <w:r>
        <w:rPr>
          <w:b/>
        </w:rPr>
        <w:t xml:space="preserve">[12:04] </w:t>
      </w:r>
      <w:r>
        <w:t>so spirituality is not the subject of science. no, not at all. science, the research of science, always goes on, in, in quantitative things.</w:t>
      </w:r>
    </w:p>
    <w:p>
      <w:pPr>
        <w:jc w:val="right"/>
      </w:pPr>
      <w:r>
        <w:t>سو سپریچولٹی از ناٹ دا سبجیکٹ اف سائنس۔ نو، ناٹ ایٹ ال۔ سائنس، دا ریسرچ اف سائنس، الویز گوز ان، ان، ان کوانٹیٹیٹیو تھنگز۔</w:t>
      </w:r>
    </w:p>
    <w:p>
      <w:r>
        <w:rPr>
          <w:b/>
        </w:rPr>
        <w:t xml:space="preserve">[12:25] </w:t>
      </w:r>
      <w:r>
        <w:t>so spirituality is a, is a qualitative discipline, and science, and the domain of science is quantitative field.</w:t>
      </w:r>
    </w:p>
    <w:p>
      <w:pPr>
        <w:jc w:val="right"/>
      </w:pPr>
      <w:r>
        <w:t>سو سپریچولٹی از ا، از ا کوالیٹیٹیو ڈسپلن، اینڈ سائنس، اینڈ دا ڈومین اف سائنس از کوانٹیٹیٹیو فیلڈ۔</w:t>
      </w:r>
    </w:p>
    <w:p>
      <w:r>
        <w:rPr>
          <w:b/>
        </w:rPr>
        <w:t xml:space="preserve">[12:41] </w:t>
      </w:r>
      <w:r>
        <w:t>so both are two different disciplines.</w:t>
      </w:r>
    </w:p>
    <w:p>
      <w:pPr>
        <w:jc w:val="right"/>
      </w:pPr>
      <w:r>
        <w:t>سو بوتھ ار ٹو ڈفرنٹ ڈسپلن۔</w:t>
      </w:r>
    </w:p>
    <w:p>
      <w:r>
        <w:rPr>
          <w:b/>
        </w:rPr>
        <w:t xml:space="preserve">[12:44] </w:t>
      </w:r>
      <w:r>
        <w:t>bat according to my experience, in an indirect, indirect way, science supports spirituality.</w:t>
      </w:r>
    </w:p>
    <w:p>
      <w:pPr>
        <w:jc w:val="right"/>
      </w:pPr>
      <w:r>
        <w:t>بٹ اکارڈنگ ٹو مائی ایکسپیرینس، ان ان ڈائریکٹ، ان ڈائریکٹ وے، سائنس سپورٹس سپریچولٹی۔</w:t>
      </w:r>
    </w:p>
    <w:p>
      <w:r>
        <w:rPr>
          <w:b/>
        </w:rPr>
        <w:t xml:space="preserve">[12:58] </w:t>
      </w:r>
      <w:r>
        <w:t>in an indirect way, why? because science discovers the secret of nature</w:t>
      </w:r>
    </w:p>
    <w:p>
      <w:pPr>
        <w:jc w:val="right"/>
      </w:pPr>
      <w:r>
        <w:t>ان ان ڈائریکٹ وے، وائی؟ بیکاز سائنس ڈسکورز دا سیکرٹ اف نیچر</w:t>
      </w:r>
    </w:p>
    <w:p>
      <w:r>
        <w:rPr>
          <w:b/>
        </w:rPr>
        <w:t xml:space="preserve">[13:06] </w:t>
      </w:r>
      <w:r>
        <w:t>. science discloses the inner laws of nature.</w:t>
      </w:r>
    </w:p>
    <w:p>
      <w:pPr>
        <w:jc w:val="right"/>
      </w:pPr>
      <w:r>
        <w:t>۔ سائنس ڈسکلوزز دا انر لاز اف نیچر۔</w:t>
      </w:r>
    </w:p>
    <w:p>
      <w:r>
        <w:rPr>
          <w:b/>
        </w:rPr>
        <w:t xml:space="preserve">[13:16] </w:t>
      </w:r>
      <w:r>
        <w:t>and what is this nature? nature is the creation of god. so all those divine signs are hidden in nature.</w:t>
      </w:r>
    </w:p>
    <w:p>
      <w:pPr>
        <w:jc w:val="right"/>
      </w:pPr>
      <w:r>
        <w:t>اینڈ واٹ از دس نیچر؟ نیچر از دا کریشن اف گاڈ۔ سو ال دوز ڈیوائن سائنز ار ہڈن ان نیچر۔</w:t>
      </w:r>
    </w:p>
    <w:p>
      <w:r>
        <w:rPr>
          <w:b/>
        </w:rPr>
        <w:t xml:space="preserve">[13:26] </w:t>
      </w:r>
      <w:r>
        <w:t>all those things that are divine sign, s i g n, they are hidden in nature.</w:t>
      </w:r>
    </w:p>
    <w:p>
      <w:pPr>
        <w:jc w:val="right"/>
      </w:pPr>
      <w:r>
        <w:t>ال دوز تھنگز دیٹ ار ڈیوائن سائن، ایس ائی جی این، دے ار ہڈن ان نیچر۔</w:t>
      </w:r>
    </w:p>
    <w:p>
      <w:r>
        <w:rPr>
          <w:b/>
        </w:rPr>
        <w:t xml:space="preserve">[13:33] </w:t>
      </w:r>
      <w:r>
        <w:t>so when science discovers nature, it also discover the sign of god. all those, it is not main concern of science, but in indirect way, it discovers and discloses the signs of god.</w:t>
      </w:r>
    </w:p>
    <w:p>
      <w:pPr>
        <w:jc w:val="right"/>
      </w:pPr>
      <w:r>
        <w:t>سو وین سائنس ڈسکورز نیچر، اٹ السو ڈسکور دا سائن اف گاڈ۔ ال دوز، اٹ از ناٹ مین کنسرن اف سائنس، بٹ ان ڈائریکٹ وے، اٹ ڈسکورز اینڈ ڈسکلوزز دا سائنز اف گاڈ۔</w:t>
      </w:r>
    </w:p>
    <w:p>
      <w:r>
        <w:rPr>
          <w:b/>
        </w:rPr>
        <w:t xml:space="preserve">[13:51] </w:t>
      </w:r>
      <w:r>
        <w:t>so in this sense, science is a great helper towards spirituality. and i have discovered science in this sense.</w:t>
      </w:r>
    </w:p>
    <w:p>
      <w:pPr>
        <w:jc w:val="right"/>
      </w:pPr>
      <w:r>
        <w:t>سو ان دس سینس، سائنس از ا گریٹ ہیلپر ٹورڈز سپریچولٹی۔ اینڈ ائی ہیو ڈسکورڈ سائنس ان دس سینس۔</w:t>
      </w:r>
    </w:p>
    <w:p>
      <w:r>
        <w:rPr>
          <w:b/>
        </w:rPr>
        <w:t xml:space="preserve">[14:02] </w:t>
      </w:r>
      <w:r>
        <w:t>my spirituality is greatly based in scientific discoveries.</w:t>
      </w:r>
    </w:p>
    <w:p>
      <w:pPr>
        <w:jc w:val="right"/>
      </w:pPr>
      <w:r>
        <w:t>مائی سپریچولٹی از گریٹلی بیسڈ ان سائنٹیفک ڈسکوریز۔</w:t>
      </w:r>
    </w:p>
    <w:p>
      <w:r>
        <w:rPr>
          <w:b/>
        </w:rPr>
        <w:t xml:space="preserve">[14:12] </w:t>
      </w:r>
      <w:r>
        <w:t>ah, is there any age to become spiritual? no, there is no age limit. when one become mature in the age of maturity, then it journey towards spirituality begins.</w:t>
      </w:r>
    </w:p>
    <w:p>
      <w:pPr>
        <w:jc w:val="right"/>
      </w:pPr>
      <w:r>
        <w:t>اہ، از دیر اینی ایج ٹو بیکم سپریچول؟ نو، دیر از نو ایج لیمٹ۔ وین ون بیکم میچور ان دا ایج اف میچورٹی، دین اٹ جرنی ٹورڈز سپریچولٹی بیگنز۔</w:t>
      </w:r>
    </w:p>
    <w:p>
      <w:r>
        <w:rPr>
          <w:b/>
        </w:rPr>
        <w:t xml:space="preserve">[14:31] </w:t>
      </w:r>
      <w:r>
        <w:t>only what is needed is only maturity. if you are a mature mind, you have attained the maturity. you are in a position to start the journey towards spirituality.</w:t>
      </w:r>
    </w:p>
    <w:p>
      <w:pPr>
        <w:jc w:val="right"/>
      </w:pPr>
      <w:r>
        <w:t>اونلی واٹ از نیڈڈ از اونلی میچورٹی۔ اف یو ار ا میچور مائنڈ، یو ہیو اٹین دا میچورٹی۔ یو ار ان ا پوزیشن ٹو سٹارٹ دا جرنی ٹورڈز سپریچولٹی۔</w:t>
      </w:r>
    </w:p>
    <w:p>
      <w:r>
        <w:rPr>
          <w:b/>
        </w:rPr>
        <w:t xml:space="preserve">[14:45] </w:t>
      </w:r>
      <w:r>
        <w:t>no age is obstacle in this regard. but Maulana, do you think that spirituality addresses the mind of the youth?</w:t>
      </w:r>
    </w:p>
    <w:p>
      <w:pPr>
        <w:jc w:val="right"/>
      </w:pPr>
      <w:r>
        <w:t>نو ایج از ابسٹیکل ان دس ریگارڈ۔ بٹ مولانا، ڈو یو تھنک دیٹ سپریچولٹی ایڈریسز دی مائنڈ اف دا یوتھ؟</w:t>
      </w:r>
    </w:p>
    <w:p>
      <w:r>
        <w:rPr>
          <w:b/>
        </w:rPr>
        <w:t xml:space="preserve">[14:56] </w:t>
      </w:r>
      <w:r>
        <w:t>yes,</w:t>
      </w:r>
    </w:p>
    <w:p>
      <w:pPr>
        <w:jc w:val="right"/>
      </w:pPr>
      <w:r>
        <w:t>یس،</w:t>
      </w:r>
    </w:p>
    <w:p>
      <w:r>
        <w:rPr>
          <w:b/>
        </w:rPr>
        <w:t xml:space="preserve">[14:59] </w:t>
      </w:r>
      <w:r>
        <w:t>but allah not the present youth. present youth, why?</w:t>
      </w:r>
    </w:p>
    <w:p>
      <w:pPr>
        <w:jc w:val="right"/>
      </w:pPr>
      <w:r>
        <w:t>بٹ اللہ ناٹ دا پریزنٹ یوتھ۔ پریزنٹ یوتھ، وائی؟</w:t>
      </w:r>
    </w:p>
    <w:p>
      <w:r>
        <w:rPr>
          <w:b/>
        </w:rPr>
        <w:t xml:space="preserve">[15:09] </w:t>
      </w:r>
      <w:r>
        <w:t>because present, present, at present, the young generation is greatly engaged in hooha culture.</w:t>
      </w:r>
    </w:p>
    <w:p>
      <w:pPr>
        <w:jc w:val="right"/>
      </w:pPr>
      <w:r>
        <w:t>بیکاز پریزنٹ، پریزنٹ، ایٹ پریزنٹ، داینگ جنریشن از گریٹلی انگیجڈ ان ہوہا کلچر۔</w:t>
      </w:r>
    </w:p>
    <w:p>
      <w:r>
        <w:rPr>
          <w:b/>
        </w:rPr>
        <w:t xml:space="preserve">[15:21] </w:t>
      </w:r>
      <w:r>
        <w:t>hooha culture, they don't think except hooha culture. shopping and outing and hooha.</w:t>
      </w:r>
    </w:p>
    <w:p>
      <w:pPr>
        <w:jc w:val="right"/>
      </w:pPr>
      <w:r>
        <w:t>ہوہا کلچر، دے ڈونٹ تھنک ایکسیپٹ ہوہا کلچر۔ شاپنگ اینڈ اؤٹنگ اینڈ ہوہا۔</w:t>
      </w:r>
    </w:p>
    <w:p>
      <w:r>
        <w:rPr>
          <w:b/>
        </w:rPr>
        <w:t xml:space="preserve">[15:29] </w:t>
      </w:r>
      <w:r>
        <w:t>so this is a temporary phase among youth, young generation. it is not, it is not in their nature.</w:t>
      </w:r>
    </w:p>
    <w:p>
      <w:pPr>
        <w:jc w:val="right"/>
      </w:pPr>
      <w:r>
        <w:t>سو دس از ا ٹیمپریری فیز امنگ یوتھ،ینگ جنریشن۔ اٹ از ناٹ، اٹ از ناٹ ان دیر نیچر۔</w:t>
      </w:r>
    </w:p>
    <w:p>
      <w:r>
        <w:rPr>
          <w:b/>
        </w:rPr>
        <w:t xml:space="preserve">[15:41] </w:t>
      </w:r>
      <w:r>
        <w:t>i don't, i don't believe that this is the nature of youth. it is artificial culture.</w:t>
      </w:r>
    </w:p>
    <w:p>
      <w:pPr>
        <w:jc w:val="right"/>
      </w:pPr>
      <w:r>
        <w:t>ائی ڈونٹ، ائی ڈونٹ بیلیو دیٹ دس از دا نیچر اف یوتھ۔ اٹ از ارٹیفیشل کلچر۔</w:t>
      </w:r>
    </w:p>
    <w:p>
      <w:r>
        <w:rPr>
          <w:b/>
        </w:rPr>
        <w:t xml:space="preserve">[15:54] </w:t>
      </w:r>
      <w:r>
        <w:t>so at present, youth are engaged in artificial culture. there is unnatural. due to this, they are not interested in spirituality.</w:t>
      </w:r>
    </w:p>
    <w:p>
      <w:pPr>
        <w:jc w:val="right"/>
      </w:pPr>
      <w:r>
        <w:t>سو ایٹ پریزنٹ، یوتھ ار انگیجڈ ان ارٹیفیشل کلچر۔ دیر از ان نیچرل۔ ڈیو ٹو دس، دے ار ناٹ انٹرسٹڈ ان سپریچولٹی۔</w:t>
      </w:r>
    </w:p>
    <w:p>
      <w:r>
        <w:rPr>
          <w:b/>
        </w:rPr>
        <w:t xml:space="preserve">[16:08] </w:t>
      </w:r>
      <w:r>
        <w:t>but i think that if we try to address their mind, if we try to make them believe that spirituality is their energy, their life, then i have no doubt that they will get interest in spirituality. young, meaning young generation is not an exception</w:t>
      </w:r>
    </w:p>
    <w:p>
      <w:pPr>
        <w:jc w:val="right"/>
      </w:pPr>
      <w:r>
        <w:t>بٹ ائی تھنک دیٹ اف وی ٹرائی ٹو ایڈریس دیر مائنڈ، اف وی ٹرائی ٹو میک دیم بیلیو دیٹ سپریچولٹی از دیر انرجی، دیر لائف، دین ائی ہیو نو ڈاؤٹ دیٹ دے ول گیٹ انٹرسٹ ان سپریچولٹی۔ینگ، یعنیینگ جنریشن از ناٹ این ایکسیپشن</w:t>
      </w:r>
    </w:p>
    <w:p>
      <w:r>
        <w:rPr>
          <w:b/>
        </w:rPr>
        <w:t xml:space="preserve">[16:37] </w:t>
      </w:r>
      <w:r>
        <w:t>. they are human being, and human being is born with spirituality. spirituality is our natural urge.</w:t>
      </w:r>
    </w:p>
    <w:p>
      <w:pPr>
        <w:jc w:val="right"/>
      </w:pPr>
      <w:r>
        <w:t>۔ دے ار ہیومن بینگ، اینڈ ہیومن بینگ از بورن ود سپریچولٹی۔ سپریچولٹی از اور نیچرل ارج۔</w:t>
      </w:r>
    </w:p>
    <w:p>
      <w:r>
        <w:rPr>
          <w:b/>
        </w:rPr>
        <w:t xml:space="preserve">[16:48] </w:t>
      </w:r>
      <w:r>
        <w:t>spirituality is our natural urge, our natural need. so young generation is not an exception. they are also included in this general formula.</w:t>
      </w:r>
    </w:p>
    <w:p>
      <w:pPr>
        <w:jc w:val="right"/>
      </w:pPr>
      <w:r>
        <w:t>سپریچولٹی از اور نیچرل ارج، اور نیچرل نیڈ۔ سوینگ جنریشن از ناٹ این ایکسیپشن۔ دے ار السو انکلوڈڈ ان دس جنرل فارمولا۔</w:t>
      </w:r>
    </w:p>
    <w:p>
      <w:r>
        <w:rPr>
          <w:b/>
        </w:rPr>
        <w:t xml:space="preserve">[17:01] </w:t>
      </w:r>
      <w:r>
        <w:t>Maulana, do you think that this problem of youth can be addressed if spirituality is introduced as a discipline in schools and colleges?</w:t>
      </w:r>
    </w:p>
    <w:p>
      <w:pPr>
        <w:jc w:val="right"/>
      </w:pPr>
      <w:r>
        <w:t>مولانا، ڈو یو تھنک دیٹ دس پرابلم اف یوتھ کین بی ایڈریسڈ اف سپریچولٹی از انٹروڈیوسڈ ایز ا ڈسپلن ان سکولز اینڈ کالجز؟</w:t>
      </w:r>
    </w:p>
    <w:p>
      <w:r>
        <w:rPr>
          <w:b/>
        </w:rPr>
        <w:t xml:space="preserve">[17:14] </w:t>
      </w:r>
      <w:r>
        <w:t>maybe partially it will helpful, because i think that school education or college education is very,</w:t>
      </w:r>
    </w:p>
    <w:p>
      <w:pPr>
        <w:jc w:val="right"/>
      </w:pPr>
      <w:r>
        <w:t>می بی پارشلی اٹ ویل ہیلپ فل، بیکاز ائی تھنک دیٹ اسکول ایجوکیشن اور کالج ایجوکیشن از ویری،</w:t>
      </w:r>
    </w:p>
    <w:p>
      <w:r>
        <w:rPr>
          <w:b/>
        </w:rPr>
        <w:t xml:space="preserve">[17:29] </w:t>
      </w:r>
      <w:r>
        <w:t>is not enough.</w:t>
      </w:r>
    </w:p>
    <w:p>
      <w:pPr>
        <w:jc w:val="right"/>
      </w:pPr>
      <w:r>
        <w:t>از ناٹ انف۔</w:t>
      </w:r>
    </w:p>
    <w:p>
      <w:r>
        <w:rPr>
          <w:b/>
        </w:rPr>
        <w:t xml:space="preserve">[17:32] </w:t>
      </w:r>
      <w:r>
        <w:t>we have to do something in our from outside. i believe that there are two kind of education: formal education and informal education.</w:t>
      </w:r>
    </w:p>
    <w:p>
      <w:pPr>
        <w:jc w:val="right"/>
      </w:pPr>
      <w:r>
        <w:t>وی ہیو ٹو ڈو سم تھنگ ان اور فرام اؤٹ سائیڈ۔ ائی بیلیو دیٹ دیر ار ٹو کائنڈ اف ایجوکیشن: فارمل ایجوکیشن اینڈ ان فارمل ایجوکیشن۔</w:t>
      </w:r>
    </w:p>
    <w:p>
      <w:r>
        <w:rPr>
          <w:b/>
        </w:rPr>
        <w:t xml:space="preserve">[17:44] </w:t>
      </w:r>
      <w:r>
        <w:t>formal education is helpful to get jobs, but is not enough to inculcate moral spirit.</w:t>
      </w:r>
    </w:p>
    <w:p>
      <w:pPr>
        <w:jc w:val="right"/>
      </w:pPr>
      <w:r>
        <w:t>فارمل ایجوکیشن از ہیلپ فل ٹو گیٹ جابز، بٹ از ناٹ انف ٹو انکلکیٹ مورل سپرٹ۔</w:t>
      </w:r>
    </w:p>
    <w:p>
      <w:r>
        <w:rPr>
          <w:b/>
        </w:rPr>
        <w:t xml:space="preserve">[17:58] </w:t>
      </w:r>
      <w:r>
        <w:t>it requires in formal education.</w:t>
      </w:r>
    </w:p>
    <w:p>
      <w:pPr>
        <w:jc w:val="right"/>
      </w:pPr>
      <w:r>
        <w:t>اٹ ریکوائر ان فارمل ایجوکیشن۔</w:t>
      </w:r>
    </w:p>
    <w:p>
      <w:r>
        <w:rPr>
          <w:b/>
        </w:rPr>
        <w:t xml:space="preserve">[18:03] </w:t>
      </w:r>
      <w:r>
        <w:t>formal education can give you degree, can give you job, but i don't believe that formal education is enough for moral teaching.</w:t>
      </w:r>
    </w:p>
    <w:p>
      <w:pPr>
        <w:jc w:val="right"/>
      </w:pPr>
      <w:r>
        <w:t>فارمل ایجوکیشن کین گیو یو ڈگری، کین گیو یو جاب، بٹ ائی ڈونٹ بیلیو دیٹ فارمل ایجوکیشن از انف فار مورل ٹیچنگ۔</w:t>
      </w:r>
    </w:p>
    <w:p>
      <w:r>
        <w:rPr>
          <w:b/>
        </w:rPr>
        <w:t xml:space="preserve">[18:17] </w:t>
      </w:r>
      <w:r>
        <w:t>moral teaching requires in formal education.</w:t>
      </w:r>
    </w:p>
    <w:p>
      <w:pPr>
        <w:jc w:val="right"/>
      </w:pPr>
      <w:r>
        <w:t>مورل ٹیچنگ ریکوائر ان فارمل ایجوکیشن۔</w:t>
      </w:r>
    </w:p>
    <w:p>
      <w:r>
        <w:rPr>
          <w:b/>
        </w:rPr>
        <w:t xml:space="preserve">[18:20] </w:t>
      </w:r>
      <w:r>
        <w:t>by in formal education, i mean that, yani education through media, education through literature, education through meetings,</w:t>
      </w:r>
    </w:p>
    <w:p>
      <w:pPr>
        <w:jc w:val="right"/>
      </w:pPr>
      <w:r>
        <w:t>بائے ان فارمل ایجوکیشن، ائی مین دیٹ، یعنی ایجوکیشن تھرو میڈیا، ایجوکیشن تھرو لٹریچر، ایجوکیشن تھرو میٹنگز،</w:t>
      </w:r>
    </w:p>
    <w:p>
      <w:r>
        <w:rPr>
          <w:b/>
        </w:rPr>
        <w:t xml:space="preserve">[18:34] </w:t>
      </w:r>
      <w:r>
        <w:t>all these things are in formal education. so in formal education is needed for inculcating moral values among youth.</w:t>
      </w:r>
    </w:p>
    <w:p>
      <w:pPr>
        <w:jc w:val="right"/>
      </w:pPr>
      <w:r>
        <w:t>ال دیز تھنگز ار ان فارمل ایجوکیشن۔ سو ان فارمل ایجوکیشن از نیڈڈ فار انکلکیٹنگ مورل ویلیوز امنگ یوتھ۔</w:t>
      </w:r>
    </w:p>
    <w:p>
      <w:r>
        <w:rPr>
          <w:b/>
        </w:rPr>
        <w:t xml:space="preserve">[18:54] </w:t>
      </w:r>
      <w:r>
        <w:t>maulana, what is the importance of rituals? ritual, yes, ritual is also important.</w:t>
      </w:r>
    </w:p>
    <w:p>
      <w:pPr>
        <w:jc w:val="right"/>
      </w:pPr>
      <w:r>
        <w:t>مولانا، واٹ از دا امپورٹنس اف ریچولز؟ ریچول، یس، ریچول از السو امپورٹنٹ۔</w:t>
      </w:r>
    </w:p>
    <w:p>
      <w:r>
        <w:rPr>
          <w:b/>
        </w:rPr>
        <w:t xml:space="preserve">[19:04] </w:t>
      </w:r>
      <w:r>
        <w:t>every thing has some, some app, some, some form. for example, man is</w:t>
      </w:r>
    </w:p>
    <w:p>
      <w:pPr>
        <w:jc w:val="right"/>
      </w:pPr>
      <w:r>
        <w:t>ایوری تھنگ ہیز سم، سم ایپ، سم، سم فارم۔ فار ایگزیمپل، مین از</w:t>
      </w:r>
    </w:p>
    <w:p>
      <w:r>
        <w:rPr>
          <w:b/>
        </w:rPr>
        <w:t xml:space="preserve">[19:17] </w:t>
      </w:r>
      <w:r>
        <w:t>basically man is a soul.</w:t>
      </w:r>
    </w:p>
    <w:p>
      <w:pPr>
        <w:jc w:val="right"/>
      </w:pPr>
      <w:r>
        <w:t>بیسکلی مین از ا سول۔</w:t>
      </w:r>
    </w:p>
    <w:p>
      <w:r>
        <w:rPr>
          <w:b/>
        </w:rPr>
        <w:t xml:space="preserve">[19:20] </w:t>
      </w:r>
      <w:r>
        <w:t>it is soul that, that is, that is man. but we have also a body. so every thing need some form.</w:t>
      </w:r>
    </w:p>
    <w:p>
      <w:pPr>
        <w:jc w:val="right"/>
      </w:pPr>
      <w:r>
        <w:t>اٹ از سول دیٹ، دیٹ از، دیٹ از مین۔ بٹ وی ہیو السو ا باڈی۔ سو ایوری تھنگ نیڈ سم فارم۔</w:t>
      </w:r>
    </w:p>
    <w:p>
      <w:r>
        <w:rPr>
          <w:b/>
        </w:rPr>
        <w:t xml:space="preserve">[19:36] </w:t>
      </w:r>
      <w:r>
        <w:t>so our prayer, our spirituality, all these things also require some form.</w:t>
      </w:r>
    </w:p>
    <w:p>
      <w:pPr>
        <w:jc w:val="right"/>
      </w:pPr>
      <w:r>
        <w:t>سو اور پریر، اور سپریچولٹی، ال دیز تھنگز السو ریکوائر سم فارم۔</w:t>
      </w:r>
    </w:p>
    <w:p>
      <w:r>
        <w:rPr>
          <w:b/>
        </w:rPr>
        <w:t xml:space="preserve">[19:44] </w:t>
      </w:r>
      <w:r>
        <w:t>but form is only relative part of, of, of worship or spirituality.</w:t>
      </w:r>
    </w:p>
    <w:p>
      <w:pPr>
        <w:jc w:val="right"/>
      </w:pPr>
      <w:r>
        <w:t>بٹ فارم از اونلی ریلیٹو پارٹ اف، اف، اف ورشپ اور سپریچولٹی۔</w:t>
      </w:r>
    </w:p>
    <w:p>
      <w:r>
        <w:rPr>
          <w:b/>
        </w:rPr>
        <w:t xml:space="preserve">[19:54] </w:t>
      </w:r>
      <w:r>
        <w:t>the real part is inner, inner part. so without, i believe that without inner spirit, form is nothing,</w:t>
      </w:r>
    </w:p>
    <w:p>
      <w:pPr>
        <w:jc w:val="right"/>
      </w:pPr>
      <w:r>
        <w:t>دا ریل پارٹ از انر، انر پارٹ۔ سو وداؤٹ، ائی بیلیو دیٹ وداؤٹ انر سپرٹ، فارم از نتھنگ،</w:t>
      </w:r>
    </w:p>
    <w:p>
      <w:r>
        <w:rPr>
          <w:b/>
        </w:rPr>
        <w:t xml:space="preserve">[20:08] </w:t>
      </w:r>
      <w:r>
        <w:t>but with spirit, form is very important.</w:t>
      </w:r>
    </w:p>
    <w:p>
      <w:pPr>
        <w:jc w:val="right"/>
      </w:pPr>
      <w:r>
        <w:t>بٹ ود سپرٹ، فارم از ویری امپورٹنٹ۔</w:t>
      </w:r>
    </w:p>
    <w:p>
      <w:r>
        <w:rPr>
          <w:b/>
        </w:rPr>
        <w:t xml:space="preserve">[20:16] </w:t>
      </w:r>
      <w:r>
        <w:t>maulana, when we talk about spirituality or religion, people often say that it is difficult to strike a balance between the material life and the spiritual life.</w:t>
      </w:r>
    </w:p>
    <w:p>
      <w:pPr>
        <w:jc w:val="right"/>
      </w:pPr>
      <w:r>
        <w:t>مولانا، وین وی ٹاک اباؤٹ سپریچولٹی اور ریلیجن، پیپل افن سی دیٹ اٹ از ڈیفیکلٹ ٹو سٹرائیک ا بیلنس بٹوین دا مٹیریل لائف اینڈ دا سپریچول لائف۔</w:t>
      </w:r>
    </w:p>
    <w:p>
      <w:r>
        <w:rPr>
          <w:b/>
        </w:rPr>
        <w:t xml:space="preserve">[20:25] </w:t>
      </w:r>
      <w:r>
        <w:t>what is your comment on that? no, no, not. i don't subscribe with this notion.</w:t>
      </w:r>
    </w:p>
    <w:p>
      <w:pPr>
        <w:jc w:val="right"/>
      </w:pPr>
      <w:r>
        <w:t>واٹ از یور کمنٹ ان دیٹ؟ نو، نو، ناٹ۔ ائی ڈونٹ سبسکرائب ود دس نوشن۔</w:t>
      </w:r>
    </w:p>
    <w:p>
      <w:r>
        <w:rPr>
          <w:b/>
        </w:rPr>
        <w:t xml:space="preserve">[20:35] </w:t>
      </w:r>
      <w:r>
        <w:t>why difficult? if you take materialism as a greed, that is difficult.</w:t>
      </w:r>
    </w:p>
    <w:p>
      <w:pPr>
        <w:jc w:val="right"/>
      </w:pPr>
      <w:r>
        <w:t>وائی ڈیفیکلٹ؟ اف یو ٹیک مٹیریلزم ایز ا گریڈ، دیٹ از ڈیفیکلٹ۔</w:t>
      </w:r>
    </w:p>
    <w:p>
      <w:r>
        <w:rPr>
          <w:b/>
        </w:rPr>
        <w:t xml:space="preserve">[20:45] </w:t>
      </w:r>
      <w:r>
        <w:t>but if you take materialism as a need, that is no difficult. there is no difficulty. you see, all these people are engaged in materialism with the spirit that more and more, more and more, more and more.</w:t>
      </w:r>
    </w:p>
    <w:p>
      <w:pPr>
        <w:jc w:val="right"/>
      </w:pPr>
      <w:r>
        <w:t>بٹ اف یو ٹیک مٹیریلزم ایز ا نیڈ، دیٹ از نو ڈیفیکلٹ۔ دیر از نو ڈیفیکلٹی۔ یو سی، ال دیز پیپل ار انگیجڈ ان مٹیریلزم ود دی سپرٹ دیٹ مور اینڈ مور، مور اینڈ مور، مور اینڈ مور۔</w:t>
      </w:r>
    </w:p>
    <w:p>
      <w:r>
        <w:rPr>
          <w:b/>
        </w:rPr>
        <w:t xml:space="preserve">[21:01] </w:t>
      </w:r>
      <w:r>
        <w:t>why more and more? you have to back, you have to adopt contentment.</w:t>
      </w:r>
    </w:p>
    <w:p>
      <w:pPr>
        <w:jc w:val="right"/>
      </w:pPr>
      <w:r>
        <w:t>وائی مور اینڈ مور؟ یو ہیو ٹو بیک، یو ہیو ٹو اڈاپٹ کنٹینمنٹ۔</w:t>
      </w:r>
    </w:p>
    <w:p>
      <w:r>
        <w:rPr>
          <w:b/>
        </w:rPr>
        <w:t xml:space="preserve">[21:10] </w:t>
      </w:r>
      <w:r>
        <w:t>it is contentment that is source of peace.</w:t>
      </w:r>
    </w:p>
    <w:p>
      <w:pPr>
        <w:jc w:val="right"/>
      </w:pPr>
      <w:r>
        <w:t>اٹ از کنٹینمنٹ دیٹ از سورس اف پیس۔</w:t>
      </w:r>
    </w:p>
    <w:p>
      <w:r>
        <w:rPr>
          <w:b/>
        </w:rPr>
        <w:t xml:space="preserve">[21:15] </w:t>
      </w:r>
      <w:r>
        <w:t>more and more is not source of peace. all those people who want material goods more and more, they are living in tension.</w:t>
      </w:r>
    </w:p>
    <w:p>
      <w:pPr>
        <w:jc w:val="right"/>
      </w:pPr>
      <w:r>
        <w:t>مور اینڈ مور از ناٹ سورس اف پیس۔ ال دوز پیپل ہو وانٹ مٹیریل گڈز مور اینڈ مور، دے ار لیونگ ان ٹینشن۔</w:t>
      </w:r>
    </w:p>
    <w:p>
      <w:r>
        <w:rPr>
          <w:b/>
        </w:rPr>
        <w:t xml:space="preserve">[21:26] </w:t>
      </w:r>
      <w:r>
        <w:t>the only source of, source of peace or tension free life is contentment.</w:t>
      </w:r>
    </w:p>
    <w:p>
      <w:pPr>
        <w:jc w:val="right"/>
      </w:pPr>
      <w:r>
        <w:t>دا اونلی سورس اف، سورس اف پیس اور ٹینشن فری لائف از کنٹینمنٹ۔</w:t>
      </w:r>
    </w:p>
    <w:p>
      <w:r>
        <w:rPr>
          <w:b/>
        </w:rPr>
        <w:t xml:space="preserve">[21:36] </w:t>
      </w:r>
      <w:r>
        <w:t>so when you adopt materialism in this sense, then there is no contradiction. no contradiction.</w:t>
      </w:r>
    </w:p>
    <w:p>
      <w:pPr>
        <w:jc w:val="right"/>
      </w:pPr>
      <w:r>
        <w:t>سو وین یو اڈاپٹ مٹیریلزم ان دس سینس، دین دیر از نو کنٹراڈکشن۔ نو کنٹراڈکشن۔</w:t>
      </w:r>
    </w:p>
    <w:p>
      <w:r>
        <w:rPr>
          <w:b/>
        </w:rPr>
        <w:t xml:space="preserve">[21:46] </w:t>
      </w:r>
      <w:r>
        <w:t>so contradiction is between greed and spirituality, and not between materialism and spirituality. but maulana, is it necessary to detach one self from the physical world to become spiritual?</w:t>
      </w:r>
    </w:p>
    <w:p>
      <w:pPr>
        <w:jc w:val="right"/>
      </w:pPr>
      <w:r>
        <w:t>سو کنٹراڈکشن از بٹوین گریڈ اینڈ سپریچولٹی، اینڈ ناٹ بٹوین مٹیریلزم اینڈ سپریچولٹی۔ بٹ مولانا، از اٹ نیسیسری ٹو ڈیٹیچ ون سیلف فرام دا فزیکل ورلڈ ٹو بیکم سپریچول؟</w:t>
      </w:r>
    </w:p>
    <w:p>
      <w:r>
        <w:rPr>
          <w:b/>
        </w:rPr>
        <w:t xml:space="preserve">[22:03] </w:t>
      </w:r>
      <w:r>
        <w:t>no, not at all. detachment is not needed. you have to live in this world, and then you have to maintain your spirituality.</w:t>
      </w:r>
    </w:p>
    <w:p>
      <w:pPr>
        <w:jc w:val="right"/>
      </w:pPr>
      <w:r>
        <w:t>نو، ناٹ ایٹ ال۔ ڈیٹیچمنٹ از ناٹ نیڈڈ۔ یو ہیو ٹو لیو ان دس ورلڈ، اینڈ دین یو ہیو ٹو مینٹین یور سپریچولٹی۔</w:t>
      </w:r>
    </w:p>
    <w:p>
      <w:r>
        <w:rPr>
          <w:b/>
        </w:rPr>
        <w:t xml:space="preserve">[22:18] </w:t>
      </w:r>
      <w:r>
        <w:t>Spirituality is nothing is, spirituality is not some thing is, is mystery. No, spirituality is means, means, yani inspirations.</w:t>
      </w:r>
    </w:p>
    <w:p>
      <w:pPr>
        <w:jc w:val="right"/>
      </w:pPr>
      <w:r>
        <w:t>سپریچولٹی از نتھنگ ایز، سپریچولٹی از ناٹ سم تھنگ ایز، ایز مسٹری۔ نو، سپریچولٹی از مینز، مینز، یعنی انسپریشنز۔</w:t>
      </w:r>
    </w:p>
    <w:p>
      <w:r>
        <w:rPr>
          <w:b/>
        </w:rPr>
        <w:t xml:space="preserve">[22:36] </w:t>
      </w:r>
      <w:r>
        <w:t>When you, if you live in vacuum, then you will be deprived from source of inspiration.</w:t>
      </w:r>
    </w:p>
    <w:p>
      <w:pPr>
        <w:jc w:val="right"/>
      </w:pPr>
      <w:r>
        <w:t>وین یو، اف یو لیو ان ویکم، دین یو ول بی ڈیپرائیوڈ فرام سورس اف انسپریشن۔</w:t>
      </w:r>
    </w:p>
    <w:p>
      <w:r>
        <w:rPr>
          <w:b/>
        </w:rPr>
        <w:t xml:space="preserve">[22:45] </w:t>
      </w:r>
      <w:r>
        <w:t>But when we live in material world, in relationship, in social life, then every time you get inspirations, you get lessons.</w:t>
      </w:r>
    </w:p>
    <w:p>
      <w:pPr>
        <w:jc w:val="right"/>
      </w:pPr>
      <w:r>
        <w:t>بٹ وین وی لیو ان مٹیریل ورلڈ، ان ریلیشن شپ، ان سوشل لائف، دین ایوری ٹائم یو گیٹ انسپریشنز، یو گیٹ لیسنز۔</w:t>
      </w:r>
    </w:p>
    <w:p>
      <w:r>
        <w:rPr>
          <w:b/>
        </w:rPr>
        <w:t xml:space="preserve">[23:01] </w:t>
      </w:r>
      <w:r>
        <w:t>dat iz supirchuality.</w:t>
      </w:r>
    </w:p>
    <w:p>
      <w:pPr>
        <w:jc w:val="right"/>
      </w:pPr>
      <w:r>
        <w:t>دیٹ از سپریچولٹی۔</w:t>
      </w:r>
    </w:p>
    <w:p>
      <w:r>
        <w:rPr>
          <w:b/>
        </w:rPr>
        <w:t xml:space="preserve">[23:07] </w:t>
      </w:r>
      <w:r>
        <w:t>So detachment is not a part of spirituality.</w:t>
      </w:r>
    </w:p>
    <w:p>
      <w:pPr>
        <w:jc w:val="right"/>
      </w:pPr>
      <w:r>
        <w:t>سو ڈیٹیچمنٹ از ناٹ ا پارٹ اف سپریچولٹی۔</w:t>
      </w:r>
    </w:p>
    <w:p>
      <w:r>
        <w:rPr>
          <w:b/>
        </w:rPr>
        <w:t xml:space="preserve">[23:13] </w:t>
      </w:r>
      <w:r>
        <w:t>What do you think are the obstacles which one faces in his or her spiritual growth, and how can they be avoided?</w:t>
      </w:r>
    </w:p>
    <w:p>
      <w:pPr>
        <w:jc w:val="right"/>
      </w:pPr>
      <w:r>
        <w:t>واٹ ڈو یو تھنک ار دی ابسٹیکلز وچ ون فیسز ان ہز اور ہر سپریچول گروتھ، اینڈ ہاؤ کین دے بی اوائڈڈ؟</w:t>
      </w:r>
    </w:p>
    <w:p>
      <w:r>
        <w:rPr>
          <w:b/>
        </w:rPr>
        <w:t xml:space="preserve">[23:24] </w:t>
      </w:r>
      <w:r>
        <w:t>I think that only one obstacle, no two or three, that is distraction.</w:t>
      </w:r>
    </w:p>
    <w:p>
      <w:pPr>
        <w:jc w:val="right"/>
      </w:pPr>
      <w:r>
        <w:t>ائی تھنک دیٹ اونلی ون ابسٹیکل، نو ٹو اور تھری، دیٹ از ڈسٹریکشن۔</w:t>
      </w:r>
    </w:p>
    <w:p>
      <w:r>
        <w:rPr>
          <w:b/>
        </w:rPr>
        <w:t xml:space="preserve">[23:36] </w:t>
      </w:r>
      <w:r>
        <w:t>Distraction is the only optic obstacle in this way. And what is distraction?</w:t>
      </w:r>
    </w:p>
    <w:p>
      <w:pPr>
        <w:jc w:val="right"/>
      </w:pPr>
      <w:r>
        <w:t>ڈسٹریکشن از دا اونلی اپٹک ابسٹیکل ان دس وے۔ اینڈ واٹ از ڈسٹریکشن؟</w:t>
      </w:r>
    </w:p>
    <w:p>
      <w:r>
        <w:rPr>
          <w:b/>
        </w:rPr>
        <w:t xml:space="preserve">[23:46] </w:t>
      </w:r>
      <w:r>
        <w:t>distraction means living with things that are superficial, that are result less, that are simply entertainment, that is simply enjoy.</w:t>
      </w:r>
    </w:p>
    <w:p>
      <w:pPr>
        <w:jc w:val="right"/>
      </w:pPr>
      <w:r>
        <w:t>ڈسٹریکشن مینز لیونگ ود تھنگز دیٹ ار سپرفیشل، دیٹ ار رزلٹ لیس، دیٹ ار سمپلی انٹرٹینمنٹ، دیٹ از سمپلی انجوائے۔</w:t>
      </w:r>
    </w:p>
    <w:p>
      <w:r>
        <w:rPr>
          <w:b/>
        </w:rPr>
        <w:t xml:space="preserve">[24:01] </w:t>
      </w:r>
      <w:r>
        <w:t>people are engaged in those things that are distractions. If you are true, if you are secure into sense of the world, then you have no time to watch movies, to go to outing and shopping.</w:t>
      </w:r>
    </w:p>
    <w:p>
      <w:pPr>
        <w:jc w:val="right"/>
      </w:pPr>
      <w:r>
        <w:t>پیپل ار انگیجڈ ان دوز تھنگز دیٹ ار ڈسٹریکشن۔ اف یو ار تھرو، اف یو ار سیکر انٹو سینس اف دا ورلڈ، دین یو ہیو نو ٹائم ٹو واچ موویز، ٹو گو ٹو اؤٹنگ اینڈ شاپنگ۔</w:t>
      </w:r>
    </w:p>
    <w:p>
      <w:r>
        <w:rPr>
          <w:b/>
        </w:rPr>
        <w:t xml:space="preserve">[24:23] </w:t>
      </w:r>
      <w:r>
        <w:t>al diz thingz ar distrekhsn.</w:t>
      </w:r>
    </w:p>
    <w:p>
      <w:pPr>
        <w:jc w:val="right"/>
      </w:pPr>
      <w:r>
        <w:t>ال دیز تھنگز ار ڈسٹریکشن۔</w:t>
      </w:r>
    </w:p>
    <w:p>
      <w:r>
        <w:rPr>
          <w:b/>
        </w:rPr>
        <w:t xml:space="preserve">[24:27] </w:t>
      </w:r>
      <w:r>
        <w:t>So I think that the only thing which is an obstacle in this, in this spiritual path, is distraction.</w:t>
      </w:r>
    </w:p>
    <w:p>
      <w:pPr>
        <w:jc w:val="right"/>
      </w:pPr>
      <w:r>
        <w:t>سو ائی تھنک دیٹ دا اونلی تھنگ وچ از ابسٹیکل ان دس، ان دس سپریچول پاتھ، از ڈسٹریکشن۔</w:t>
      </w:r>
    </w:p>
    <w:p>
      <w:r>
        <w:rPr>
          <w:b/>
        </w:rPr>
        <w:t xml:space="preserve">[24:38] </w:t>
      </w:r>
      <w:r>
        <w:t>save yourself from distractions, and you will attain the goal of spirituality. Maulana, more in a personal front, what was the toughest thing that you faced in your spiritual quest?</w:t>
      </w:r>
    </w:p>
    <w:p>
      <w:pPr>
        <w:jc w:val="right"/>
      </w:pPr>
      <w:r>
        <w:t>سیو یور سیلف فرام ڈسٹریکشن، اینڈ یو ول اٹین دا گول اف سپریچولٹی۔ مولانا، مور ان ا پرسنل فرنٹ، واٹ واز دا ٹفیسٹ تھنگ دیٹ یو فیسڈ ان یور سپریچول کویسٹ؟</w:t>
      </w:r>
    </w:p>
    <w:p>
      <w:r>
        <w:rPr>
          <w:b/>
        </w:rPr>
        <w:t xml:space="preserve">[24:54] </w:t>
      </w:r>
      <w:r>
        <w:t>mai silf? yes,</w:t>
      </w:r>
    </w:p>
    <w:p>
      <w:pPr>
        <w:jc w:val="right"/>
      </w:pPr>
      <w:r>
        <w:t>مائی سیلف؟ یس،</w:t>
      </w:r>
    </w:p>
    <w:p>
      <w:r>
        <w:rPr>
          <w:b/>
        </w:rPr>
        <w:t xml:space="preserve">[24:59] </w:t>
      </w:r>
      <w:r>
        <w:t>tu kantrol mai dizairz.</w:t>
      </w:r>
    </w:p>
    <w:p>
      <w:pPr>
        <w:jc w:val="right"/>
      </w:pPr>
      <w:r>
        <w:t>ٹو کنٹرول مائی ڈیزائرز۔</w:t>
      </w:r>
    </w:p>
    <w:p>
      <w:r>
        <w:rPr>
          <w:b/>
        </w:rPr>
        <w:t xml:space="preserve">[25:04] </w:t>
      </w:r>
      <w:r>
        <w:t>ai hev al doz dizairz dat ani van hev. dizairz ar part af hiuman nechar. dizairz ar part af hiuman persnaliti.</w:t>
      </w:r>
    </w:p>
    <w:p>
      <w:pPr>
        <w:jc w:val="right"/>
      </w:pPr>
      <w:r>
        <w:t>ائی ہیو ال دوز ڈیزائرز دیٹ اینی ون ہیو۔ ڈیزائرز ار پارٹ اف ہیومن نیچر۔ ڈیزائرز ار پارٹ اف ہیومن پرسنیلٹی۔</w:t>
      </w:r>
    </w:p>
    <w:p>
      <w:r>
        <w:rPr>
          <w:b/>
        </w:rPr>
        <w:t xml:space="preserve">[25:20] </w:t>
      </w:r>
      <w:r>
        <w:t>and it iz diz dizairz dat yu distrekh.</w:t>
      </w:r>
    </w:p>
    <w:p>
      <w:pPr>
        <w:jc w:val="right"/>
      </w:pPr>
      <w:r>
        <w:t>اینڈ اٹ از دیز ڈیزائرز دیٹ یو ڈسٹریکٹ۔</w:t>
      </w:r>
    </w:p>
    <w:p>
      <w:r>
        <w:rPr>
          <w:b/>
        </w:rPr>
        <w:t xml:space="preserve">[25:24] </w:t>
      </w:r>
      <w:r>
        <w:t>Desires always distress you in different, in different,</w:t>
      </w:r>
    </w:p>
    <w:p>
      <w:pPr>
        <w:jc w:val="right"/>
      </w:pPr>
      <w:r>
        <w:t>ڈیزائرز الویز ڈسٹریکٹ یو ان ڈفرنٹ، ان ڈفرنٹ،</w:t>
      </w:r>
    </w:p>
    <w:p>
      <w:r>
        <w:rPr>
          <w:b/>
        </w:rPr>
        <w:t xml:space="preserve">[25:33] </w:t>
      </w:r>
      <w:r>
        <w:t>in different things. So the most difficult thing to for me was to control my desire</w:t>
      </w:r>
    </w:p>
    <w:p>
      <w:pPr>
        <w:jc w:val="right"/>
      </w:pPr>
      <w:r>
        <w:t>ان ڈفرنٹ تھنگز۔ سو دا موسٹ ڈیفیکلٹ تھنگ ٹو فار می واز ٹو کنٹرول مائی ڈیزائر</w:t>
      </w:r>
    </w:p>
    <w:p>
      <w:r>
        <w:rPr>
          <w:b/>
        </w:rPr>
        <w:t xml:space="preserve">[25:46] </w:t>
      </w:r>
      <w:r>
        <w:t>. And I can see that anyone who wants to have spiritual development, he must do this, because desires always distract you.</w:t>
      </w:r>
    </w:p>
    <w:p>
      <w:pPr>
        <w:jc w:val="right"/>
      </w:pPr>
      <w:r>
        <w:t>۔ اینڈ ائی کین سی دیٹ اینی ون ہو وانٹ ٹو ہیو سپریچول ڈیولپمنٹ، ہی مسٹ ڈو دس، بیکاز ڈیزائرز الویز ڈسٹریکٹ یو۔</w:t>
      </w:r>
    </w:p>
    <w:p>
      <w:r>
        <w:rPr>
          <w:b/>
        </w:rPr>
        <w:t xml:space="preserve">[26:00] </w:t>
      </w:r>
      <w:r>
        <w:t>so if you fail to control your desire, you will be distressed every</w:t>
      </w:r>
    </w:p>
    <w:p>
      <w:pPr>
        <w:jc w:val="right"/>
      </w:pPr>
      <w:r>
        <w:t>سو اف یو فیل ٹو کنٹرول یور ڈیزائر، یو ول بی ڈسٹریکٹڈ ایوری</w:t>
      </w:r>
    </w:p>
    <w:p>
      <w:r>
        <w:rPr>
          <w:b/>
        </w:rPr>
        <w:t xml:space="preserve">[26:07] </w:t>
      </w:r>
      <w:r>
        <w:t>time. If you fail to control your desire, then you know, you will waste your money, you will waste your energy, you will waste your time, you will waste your life.</w:t>
      </w:r>
    </w:p>
    <w:p>
      <w:pPr>
        <w:jc w:val="right"/>
      </w:pPr>
      <w:r>
        <w:t>ٹائم۔ اف یو فیل ٹو کنٹرول یور ڈیزائر، دین یو نو، یو ول ویسٹ یور منی، یو ول ویسٹ یور انرجی، یو ول ویسٹ یور ٹائم، یو ول ویسٹ یور لائف۔</w:t>
      </w:r>
    </w:p>
    <w:p>
      <w:r>
        <w:rPr>
          <w:b/>
        </w:rPr>
        <w:t xml:space="preserve">[26:21] </w:t>
      </w:r>
      <w:r>
        <w:t>So you have to control these desires. I am not saying that you have to kill your desire. That is another thing. To kill your desire is another thing.</w:t>
      </w:r>
    </w:p>
    <w:p>
      <w:pPr>
        <w:jc w:val="right"/>
      </w:pPr>
      <w:r>
        <w:t>سو یو ہیو ٹو کنٹرول دی ڈیزائرز۔ ائی ایم ناٹ سینگ دیٹ یو ہیو ٹو کرو یور ڈیزائر۔ دیٹ از انادر تھنگ۔ ٹو کرو یور ڈیزائر از انادر تھنگ۔</w:t>
      </w:r>
    </w:p>
    <w:p>
      <w:r>
        <w:rPr>
          <w:b/>
        </w:rPr>
        <w:t xml:space="preserve">[26:33] </w:t>
      </w:r>
      <w:r>
        <w:t>I am saying that you have to control your desire</w:t>
      </w:r>
    </w:p>
    <w:p>
      <w:pPr>
        <w:jc w:val="right"/>
      </w:pPr>
      <w:r>
        <w:t>ائی ایم سینگ دیٹ یو ہیو ٹو کنٹرول یور ڈیزائ</w:t>
      </w:r>
    </w:p>
    <w:p>
      <w:r>
        <w:rPr>
          <w:b/>
        </w:rPr>
        <w:t xml:space="preserve">[26:36] </w:t>
      </w:r>
      <w:r>
        <w:t>You have to confine to need and not to greed. So for me, it was most difficult task to control my desires,</w:t>
      </w:r>
    </w:p>
    <w:p>
      <w:pPr>
        <w:jc w:val="right"/>
      </w:pPr>
      <w:r>
        <w:t>رز۔ یو ہیو ٹو کنفائن ٹو نیڈ اینڈ ناٹ ٹو گریڈ۔ سو فار می، اٹ واز موسٹ ڈیفیکلٹ ٹاسک ٹو کنٹرول مائی ڈیزائرز،</w:t>
      </w:r>
    </w:p>
    <w:p>
      <w:r>
        <w:rPr>
          <w:b/>
        </w:rPr>
        <w:t xml:space="preserve">[26:51] </w:t>
      </w:r>
      <w:r>
        <w:t>because i have all those desires that anyone have</w:t>
      </w:r>
    </w:p>
    <w:p>
      <w:pPr>
        <w:jc w:val="right"/>
      </w:pPr>
      <w:r>
        <w:t>بیکاز ائی ہیو ال دوز ڈیزائرز دیٹ اینی ون ہیو</w:t>
      </w:r>
    </w:p>
    <w:p>
      <w:r>
        <w:rPr>
          <w:b/>
        </w:rPr>
        <w:t xml:space="preserve">[26:57] </w:t>
      </w:r>
      <w:r>
        <w:t>but if you gain control over desire, the result will be very very marvelous, and that is peace of mind.</w:t>
      </w:r>
    </w:p>
    <w:p>
      <w:pPr>
        <w:jc w:val="right"/>
      </w:pPr>
      <w:r>
        <w:t>۔ بٹ اف یو گین کنٹرول اوور ڈیزائر، دا رزلٹ ول بی ویری ویری مارولس، اینڈ دیٹ از پیس اف مائنڈ۔</w:t>
      </w:r>
    </w:p>
    <w:p>
      <w:r>
        <w:rPr>
          <w:b/>
        </w:rPr>
        <w:t xml:space="preserve">[27:16] </w:t>
      </w:r>
      <w:r>
        <w:t>can an atheist be spiritual</w:t>
      </w:r>
    </w:p>
    <w:p>
      <w:pPr>
        <w:jc w:val="right"/>
      </w:pPr>
      <w:r>
        <w:t>کین این ایتھسٹ بی سپریچول</w:t>
      </w:r>
    </w:p>
    <w:p>
      <w:r>
        <w:rPr>
          <w:b/>
        </w:rPr>
        <w:t xml:space="preserve">[27:18] </w:t>
      </w:r>
      <w:r>
        <w:t>perhaps no, because atheist believes,</w:t>
      </w:r>
    </w:p>
    <w:p>
      <w:pPr>
        <w:jc w:val="right"/>
      </w:pPr>
      <w:r>
        <w:t>؟ پرہیپس نو، بیکاز اتھیسٹ بیلیوز،</w:t>
      </w:r>
    </w:p>
    <w:p>
      <w:r>
        <w:rPr>
          <w:b/>
        </w:rPr>
        <w:t xml:space="preserve">[27:28] </w:t>
      </w:r>
      <w:r>
        <w:t>because atheist have no belief system.</w:t>
      </w:r>
    </w:p>
    <w:p>
      <w:pPr>
        <w:jc w:val="right"/>
      </w:pPr>
      <w:r>
        <w:t>بیکاز اتھیسٹ ہیو نو بیلیف سسٹم۔</w:t>
      </w:r>
    </w:p>
    <w:p>
      <w:r>
        <w:rPr>
          <w:b/>
        </w:rPr>
        <w:t xml:space="preserve">[27:35] </w:t>
      </w:r>
      <w:r>
        <w:t>atheist has no belief system. atheist simply believes in material things.</w:t>
      </w:r>
    </w:p>
    <w:p>
      <w:pPr>
        <w:jc w:val="right"/>
      </w:pPr>
      <w:r>
        <w:t>اتھیسٹ ہیز نو بیلیف سسٹم۔ اتھیسٹ سمپلی بیلیوز ان مٹیریل تھنگز۔</w:t>
      </w:r>
    </w:p>
    <w:p>
      <w:r>
        <w:rPr>
          <w:b/>
        </w:rPr>
        <w:t xml:space="preserve">[27:44] </w:t>
      </w:r>
      <w:r>
        <w:t>atheist don't believe in unseen world. atheist tries to live in seen world.</w:t>
      </w:r>
    </w:p>
    <w:p>
      <w:pPr>
        <w:jc w:val="right"/>
      </w:pPr>
      <w:r>
        <w:t>اتھیسٹ ڈونٹ بیلیو ان ان سین ورلڈ۔ اتھیسٹ ٹرائیز ٹو لیو ان سین ورلڈ۔</w:t>
      </w:r>
    </w:p>
    <w:p>
      <w:r>
        <w:rPr>
          <w:b/>
        </w:rPr>
        <w:t xml:space="preserve">[27:53] </w:t>
      </w:r>
      <w:r>
        <w:t>so it is a permanent obstacle for him. atheist denies that there are also unseen world.</w:t>
      </w:r>
    </w:p>
    <w:p>
      <w:pPr>
        <w:jc w:val="right"/>
      </w:pPr>
      <w:r>
        <w:t>سو اٹ از ا پرماننٹ ابسٹیکل فار ہم۔ اتھیسٹ ڈینائز دیٹ دیر ار السو ان سین ورلڈ۔</w:t>
      </w:r>
    </w:p>
    <w:p>
      <w:r>
        <w:rPr>
          <w:b/>
        </w:rPr>
        <w:t xml:space="preserve">[28:09] </w:t>
      </w:r>
      <w:r>
        <w:t>you cannot, and you cannot afford this kind of thinking. So these people say that there is no world except that is observable fast,</w:t>
      </w:r>
    </w:p>
    <w:p>
      <w:pPr>
        <w:jc w:val="right"/>
      </w:pPr>
      <w:r>
        <w:t>یو کین ناٹ، اینڈ یو کین ناٹ افورڈ دس کائنڈ اف تھنکنگ۔ سو دیز پیپل سی دیٹ دیر از نو ورلڈ ایکسیپٹ دیٹ از ابزرویبل فاس،</w:t>
      </w:r>
    </w:p>
    <w:p>
      <w:r>
        <w:rPr>
          <w:b/>
        </w:rPr>
        <w:t xml:space="preserve">[28:26] </w:t>
      </w:r>
      <w:r>
        <w:t>and it is wrong. even in scientific term, it is wrong.</w:t>
      </w:r>
    </w:p>
    <w:p>
      <w:pPr>
        <w:jc w:val="right"/>
      </w:pPr>
      <w:r>
        <w:t>اینڈ اٹ از رونگ۔ ایون ان سائنٹیفک ٹرم، اٹ از رونگ۔</w:t>
      </w:r>
    </w:p>
    <w:p>
      <w:r>
        <w:rPr>
          <w:b/>
        </w:rPr>
        <w:t xml:space="preserve">[28:31] </w:t>
      </w:r>
      <w:r>
        <w:t>so when you deny</w:t>
      </w:r>
    </w:p>
    <w:p>
      <w:pPr>
        <w:jc w:val="right"/>
      </w:pPr>
      <w:r>
        <w:t>سو وین یو ڈینائی</w:t>
      </w:r>
    </w:p>
    <w:p>
      <w:r>
        <w:rPr>
          <w:b/>
        </w:rPr>
        <w:t xml:space="preserve">[28:36] </w:t>
      </w:r>
      <w:r>
        <w:t>this fact, there is also a world that is unobservable, then you cannot achieve spirituality, because spirituality is greatly</w:t>
      </w:r>
    </w:p>
    <w:p>
      <w:pPr>
        <w:jc w:val="right"/>
      </w:pPr>
      <w:r>
        <w:t>دس فیکٹ، دیر از السو ا ورلڈ دیٹ از ان ابزرویبل، دین یو کین ناٹ اچیو سپریچولٹی، بیکاز سپریچولٹی از گریٹلی</w:t>
      </w:r>
    </w:p>
    <w:p>
      <w:r>
        <w:rPr>
          <w:b/>
        </w:rPr>
        <w:t xml:space="preserve">[28:50] </w:t>
      </w:r>
      <w:r>
        <w:t>a part of that un observable world. it is beyond observation. spirituality is beyond our observation.</w:t>
      </w:r>
    </w:p>
    <w:p>
      <w:pPr>
        <w:jc w:val="right"/>
      </w:pPr>
      <w:r>
        <w:t>ا پارٹ اف دیٹ ان ابزرویبل ورلڈ۔ اٹ از بیونڈ ابزرویشن۔ سپریچولٹی از بیونڈ اور ابزرویشن۔</w:t>
      </w:r>
    </w:p>
    <w:p>
      <w:r>
        <w:rPr>
          <w:b/>
        </w:rPr>
        <w:t xml:space="preserve">[29:03] </w:t>
      </w:r>
      <w:r>
        <w:t>so Maulana, can we say that a person who believes in God or is a spiritual person, is in a better position as compared to the one who does not believe in God?</w:t>
      </w:r>
    </w:p>
    <w:p>
      <w:pPr>
        <w:jc w:val="right"/>
      </w:pPr>
      <w:r>
        <w:t>سو مولانا، کین وی سی دیٹ ا پرسن ہو بیلیوز ان گاڈ اور از ا سپریچول پرسن، از ان ا بیٹر پوزیشن ایز کمپیر ٹو دا ون ہو ڈز ناٹ بیلیو ان گاڈ؟</w:t>
      </w:r>
    </w:p>
    <w:p>
      <w:r>
        <w:rPr>
          <w:b/>
        </w:rPr>
        <w:t xml:space="preserve">[29:15] </w:t>
      </w:r>
      <w:r>
        <w:t>yes, because one who believes in God, it means that he has found the source of spirituality. according to my experience, God is the only source of spirituality.</w:t>
      </w:r>
    </w:p>
    <w:p>
      <w:pPr>
        <w:jc w:val="right"/>
      </w:pPr>
      <w:r>
        <w:t>یس، بیکاز ون ہو بیلیوز ان گاڈ، اٹ مینز دیٹ ہی ہیز فائنڈ دا سورس اف سپریچولٹی۔ اکارڈنگ ٹو مائی ایکسپیرینس، گاڈ از دا اونلی سورس اف سپریچولٹی۔</w:t>
      </w:r>
    </w:p>
    <w:p>
      <w:r>
        <w:rPr>
          <w:b/>
        </w:rPr>
        <w:t xml:space="preserve">[29:31] </w:t>
      </w:r>
      <w:r>
        <w:t>God is the only source of inspiration. God is the only source of conviction.</w:t>
      </w:r>
    </w:p>
    <w:p>
      <w:pPr>
        <w:jc w:val="right"/>
      </w:pPr>
      <w:r>
        <w:t>گاڈ از دا اونلی سورس اف انسپریشن۔ گاڈ از دا اونلی سورس اف کنوکشن۔</w:t>
      </w:r>
    </w:p>
    <w:p>
      <w:r>
        <w:rPr>
          <w:b/>
        </w:rPr>
        <w:t xml:space="preserve">[29:39] </w:t>
      </w:r>
      <w:r>
        <w:t>God is the only source of spiritual light. so if you deny God, it means that you have deprived yourself from the source.</w:t>
      </w:r>
    </w:p>
    <w:p>
      <w:pPr>
        <w:jc w:val="right"/>
      </w:pPr>
      <w:r>
        <w:t>گاڈ از دا اونلی سورس اف سپریچول لائٹ۔ سو اف یو ڈینائی گاڈ، اٹ مینز دیٹ یو ہیو ڈیپرائیوڈ یور سیلف فرام دا سورس۔</w:t>
      </w:r>
    </w:p>
    <w:p>
      <w:r>
        <w:rPr>
          <w:b/>
        </w:rPr>
        <w:t xml:space="preserve">[29:49] </w:t>
      </w:r>
      <w:r>
        <w:t>so without source, how you can attempt spirituality? it is like a root less tree</w:t>
      </w:r>
    </w:p>
    <w:p>
      <w:pPr>
        <w:jc w:val="right"/>
      </w:pPr>
      <w:r>
        <w:t>سو وداؤٹ سورس، ہاؤ یو کین اٹیمپٹ سپریچولٹی؟ اٹ از لائک ا روٹ لیس ٹری</w:t>
      </w:r>
    </w:p>
    <w:p>
      <w:r>
        <w:rPr>
          <w:b/>
        </w:rPr>
        <w:t xml:space="preserve">[29:58] </w:t>
      </w:r>
      <w:r>
        <w:t>if you deny God, it means that your spiritual tree is a root less tree. a root less tree can not,</w:t>
      </w:r>
    </w:p>
    <w:p>
      <w:pPr>
        <w:jc w:val="right"/>
      </w:pPr>
      <w:r>
        <w:t>۔ اف یو ڈینائی گاڈ، اٹ مینز دیٹ یور سپریچول ٹری از ا روٹ لیس ٹری۔ ا روٹ لیس ٹری کین ناٹ،</w:t>
      </w:r>
    </w:p>
    <w:p>
      <w:r>
        <w:rPr>
          <w:b/>
        </w:rPr>
        <w:t xml:space="preserve">[30:13] </w:t>
      </w:r>
      <w:r>
        <w:t>can not stand in this earth.</w:t>
      </w:r>
    </w:p>
    <w:p>
      <w:pPr>
        <w:jc w:val="right"/>
      </w:pPr>
      <w:r>
        <w:t>کین ناٹ اسٹینڈ ان دس ارتھ۔</w:t>
      </w:r>
    </w:p>
    <w:p>
      <w:r>
        <w:rPr>
          <w:b/>
        </w:rPr>
        <w:t xml:space="preserve">[30:23] </w:t>
      </w:r>
      <w:r>
        <w:t>Maulana, how would you define spirituality?</w:t>
      </w:r>
    </w:p>
    <w:p>
      <w:pPr>
        <w:jc w:val="right"/>
      </w:pPr>
      <w:r>
        <w:t>مولانا، ہاؤ وڈ یو ڈیفائن سپریچولٹی؟</w:t>
      </w:r>
    </w:p>
    <w:p>
      <w:r>
        <w:rPr>
          <w:b/>
        </w:rPr>
        <w:t xml:space="preserve">[30:27] </w:t>
      </w:r>
      <w:r>
        <w:t>spirituality means living in higher reality.</w:t>
      </w:r>
    </w:p>
    <w:p>
      <w:pPr>
        <w:jc w:val="right"/>
      </w:pPr>
      <w:r>
        <w:t>سپریچولٹی مینز لیونگ ان ہائر ریلیٹی۔</w:t>
      </w:r>
    </w:p>
    <w:p>
      <w:r>
        <w:rPr>
          <w:b/>
        </w:rPr>
        <w:t xml:space="preserve">[30:34] </w:t>
      </w:r>
      <w:r>
        <w:t>higher reality. those people who are deprived of spirituality, they are living in, in, in, in lower level of the world.</w:t>
      </w:r>
    </w:p>
    <w:p>
      <w:pPr>
        <w:jc w:val="right"/>
      </w:pPr>
      <w:r>
        <w:t>ہائر ریلیٹی۔ دوز پیپل ہو ار ڈیپرائیوڈ اف سپریچولٹی، دے ار لیونگ ان، ان، ان، ان لوئر لیول اف دا ورلڈ۔</w:t>
      </w:r>
    </w:p>
    <w:p>
      <w:r>
        <w:rPr>
          <w:b/>
        </w:rPr>
        <w:t xml:space="preserve">[30:48] </w:t>
      </w:r>
      <w:r>
        <w:t>in material things, in comfort, in luxury, in money, in shopping and, and,</w:t>
      </w:r>
    </w:p>
    <w:p>
      <w:pPr>
        <w:jc w:val="right"/>
      </w:pPr>
      <w:r>
        <w:t>ان مٹیریل تھنگز، ان کمفرٹ، ان لگزری، ان منی، ان شاپنگ اینڈ، اینڈ،</w:t>
      </w:r>
    </w:p>
    <w:p>
      <w:r>
        <w:rPr>
          <w:b/>
        </w:rPr>
        <w:t xml:space="preserve">[31:02] </w:t>
      </w:r>
      <w:r>
        <w:t>and outing. these are lower level of living.</w:t>
      </w:r>
    </w:p>
    <w:p>
      <w:pPr>
        <w:jc w:val="right"/>
      </w:pPr>
      <w:r>
        <w:t>اینڈ اؤٹنگ۔ دیز ار لوئر لیول اف لیونگ۔</w:t>
      </w:r>
    </w:p>
    <w:p>
      <w:r>
        <w:rPr>
          <w:b/>
        </w:rPr>
        <w:t xml:space="preserve">[31:08] </w:t>
      </w:r>
      <w:r>
        <w:t>al these things are pertain to lower level of living. so you have to elevate your self from this lower level,</w:t>
      </w:r>
    </w:p>
    <w:p>
      <w:pPr>
        <w:jc w:val="right"/>
      </w:pPr>
      <w:r>
        <w:t>ال دیز تھنگز ار پرٹین ٹو لوئر لیول اف لیونگ۔ سو یو ہیو ٹو ایلیویٹ یور سیلف فرام دس لوئر لیول،</w:t>
      </w:r>
    </w:p>
    <w:p>
      <w:r>
        <w:rPr>
          <w:b/>
        </w:rPr>
        <w:t xml:space="preserve">[31:21] </w:t>
      </w:r>
      <w:r>
        <w:t>then you will attempt spirituality.</w:t>
      </w:r>
    </w:p>
    <w:p>
      <w:pPr>
        <w:jc w:val="right"/>
      </w:pPr>
      <w:r>
        <w:t>دین یو ول اٹیمپٹ سپریچولٹی۔</w:t>
      </w:r>
    </w:p>
    <w:p>
      <w:r>
        <w:rPr>
          <w:b/>
        </w:rPr>
        <w:t xml:space="preserve">[31:24] </w:t>
      </w:r>
      <w:r>
        <w:t>so according to my experience, spirituality means to elevate your self from this lower level, to go beyond the observation, beyond the seen world,</w:t>
      </w:r>
    </w:p>
    <w:p>
      <w:pPr>
        <w:jc w:val="right"/>
      </w:pPr>
      <w:r>
        <w:t>سو اکارڈنگ ٹو مائی ایکسپیرینس، سپریچولٹی مینز ٹو ایلیویٹ یور سیلف فرام دس لوئر لیول، ٹو گو بیونڈ دی ابزرویشن، بیونڈ دی سین ورلڈ،</w:t>
      </w:r>
    </w:p>
    <w:p>
      <w:r>
        <w:rPr>
          <w:b/>
        </w:rPr>
        <w:t xml:space="preserve">[31:39] </w:t>
      </w:r>
      <w:r>
        <w:t>and to reach to the unseen world. this is the definition of spirituality according to my experience.</w:t>
      </w:r>
    </w:p>
    <w:p>
      <w:pPr>
        <w:jc w:val="right"/>
      </w:pPr>
      <w:r>
        <w:t>اینڈ ٹو ریچ ٹو دا ان سین ورلڈ۔ دس از دا ڈیفینیشن اف سپریچولٹی اکارڈنگ ٹو مائی ایکسپیرینس۔</w:t>
      </w:r>
    </w:p>
    <w:p>
      <w:r>
        <w:rPr>
          <w:b/>
        </w:rPr>
        <w:t xml:space="preserve">[31:48] </w:t>
      </w:r>
      <w:r>
        <w:t>molana, how important is introspection?</w:t>
      </w:r>
    </w:p>
    <w:p>
      <w:pPr>
        <w:jc w:val="right"/>
      </w:pPr>
      <w:r>
        <w:t>مولانا، ہاؤ امپورٹنٹ از انٹروسپیکشن؟</w:t>
      </w:r>
    </w:p>
    <w:p>
      <w:r>
        <w:rPr>
          <w:b/>
        </w:rPr>
        <w:t xml:space="preserve">[31:53] </w:t>
      </w:r>
      <w:r>
        <w:t>without introspection, there is no spirituality, because there is a well, well known saying to are human.</w:t>
      </w:r>
    </w:p>
    <w:p>
      <w:pPr>
        <w:jc w:val="right"/>
      </w:pPr>
      <w:r>
        <w:t>وداؤٹ انٹروسپیکشن، دیر از نو سپریچولٹی، بیکاز دیر از ا ویل، ویل نون سینگ ٹو ار ہیومن۔</w:t>
      </w:r>
    </w:p>
    <w:p>
      <w:r>
        <w:rPr>
          <w:b/>
        </w:rPr>
        <w:t xml:space="preserve">[32:07] </w:t>
      </w:r>
      <w:r>
        <w:t>so every time you commit a mistakes, so you have to revise your self. you have to correct your self.</w:t>
      </w:r>
    </w:p>
    <w:p>
      <w:pPr>
        <w:jc w:val="right"/>
      </w:pPr>
      <w:r>
        <w:t>سو ایوری ٹائم یو کمٹ ا مسٹیکس، سو یو ہیو ٹو ریوائز یور سیلف۔ یو ہیو ٹو ریکریکٹ یور سیلف۔</w:t>
      </w:r>
    </w:p>
    <w:p>
      <w:r>
        <w:rPr>
          <w:b/>
        </w:rPr>
        <w:t xml:space="preserve">[32:17] </w:t>
      </w:r>
      <w:r>
        <w:t>so introspection is an integral part of spirituality.</w:t>
      </w:r>
    </w:p>
    <w:p>
      <w:pPr>
        <w:jc w:val="right"/>
      </w:pPr>
      <w:r>
        <w:t>سو انٹروسپیکشن از ان انٹیگرل پارٹ اف سپریچولٹی۔</w:t>
      </w:r>
    </w:p>
    <w:p>
      <w:r>
        <w:rPr>
          <w:b/>
        </w:rPr>
        <w:t xml:space="preserve">[32:22] </w:t>
      </w:r>
      <w:r>
        <w:t>without introspection, there is no spiritual journey.</w:t>
      </w:r>
    </w:p>
    <w:p>
      <w:pPr>
        <w:jc w:val="right"/>
      </w:pPr>
      <w:r>
        <w:t>وداؤٹ انٹروسپیکشن، دیر از نو سپریچول جرنی۔</w:t>
      </w:r>
    </w:p>
    <w:p>
      <w:r>
        <w:rPr>
          <w:b/>
        </w:rPr>
        <w:t xml:space="preserve">[32:29] </w:t>
      </w:r>
      <w:r>
        <w:t>according to my experience, no introspection, no spirituality. is spirituality a part of religion or is it an independent discipline?</w:t>
      </w:r>
    </w:p>
    <w:p>
      <w:pPr>
        <w:jc w:val="right"/>
      </w:pPr>
      <w:r>
        <w:t>اکارڈنگ ٹو مائی ایکسپیرینس، نو انٹروسپیکشن، نو سپریچولٹی۔ از سپریچولٹی ا پارٹ اف ریلیجن اور از اٹ ان انڈیپینڈنٹ ڈسپلن؟</w:t>
      </w:r>
    </w:p>
    <w:p>
      <w:r>
        <w:rPr>
          <w:b/>
        </w:rPr>
        <w:t xml:space="preserve">[32:47] </w:t>
      </w:r>
      <w:r>
        <w:t>some people believe that it is an independent discipline, but i can see that it is simply, it is a, it is a, it is a pure philosophy.</w:t>
      </w:r>
    </w:p>
    <w:p>
      <w:pPr>
        <w:jc w:val="right"/>
      </w:pPr>
      <w:r>
        <w:t>سم پیپل بیلیو دیٹ اٹ از ان انڈیپینڈنٹ ڈسپلن، بٹ ائی کین سی دیٹ اٹ از سمپلی، اٹ از ا، اٹ از ا، اٹ از ا پیور فلاسفی۔</w:t>
      </w:r>
    </w:p>
    <w:p>
      <w:r>
        <w:rPr>
          <w:b/>
        </w:rPr>
        <w:t xml:space="preserve">[33:03] </w:t>
      </w:r>
      <w:r>
        <w:t>these people fail to attempt the spirituality.</w:t>
      </w:r>
    </w:p>
    <w:p>
      <w:pPr>
        <w:jc w:val="right"/>
      </w:pPr>
      <w:r>
        <w:t>دیز پیپل فیل ٹو اٹیمپٹ دی سپریچولٹی۔</w:t>
      </w:r>
    </w:p>
    <w:p>
      <w:r>
        <w:rPr>
          <w:b/>
        </w:rPr>
        <w:t xml:space="preserve">[33:08] </w:t>
      </w:r>
      <w:r>
        <w:t>that they are in, in bewilderment. they are living in bewilderment without religion.</w:t>
      </w:r>
    </w:p>
    <w:p>
      <w:pPr>
        <w:jc w:val="right"/>
      </w:pPr>
      <w:r>
        <w:t>دیٹ دے ار ان، ان بیولڈرمنٹ۔ دے ار لیونگ ان بیولڈرمنٹ وداؤٹ ریلیجن۔</w:t>
      </w:r>
    </w:p>
    <w:p>
      <w:r>
        <w:rPr>
          <w:b/>
        </w:rPr>
        <w:t xml:space="preserve">[33:19] </w:t>
      </w:r>
      <w:r>
        <w:t>by religion, i mean yani divine religion. without religion, you can not find the source of spirituality.</w:t>
      </w:r>
    </w:p>
    <w:p>
      <w:pPr>
        <w:jc w:val="right"/>
      </w:pPr>
      <w:r>
        <w:t>بائی ریلیجن، ائی مین یعنی ڈیوائن ریلیجن۔ وداؤٹ ریلیجن، یو کین ناٹ فائنڈ دا سورس اف سپریچولٹی۔</w:t>
      </w:r>
    </w:p>
    <w:p>
      <w:r>
        <w:rPr>
          <w:b/>
        </w:rPr>
        <w:t xml:space="preserve">[33:29] </w:t>
      </w:r>
      <w:r>
        <w:t>you can not find the reservoir of spirituality. you can not find the light of spirituality. this is my experience.</w:t>
      </w:r>
    </w:p>
    <w:p>
      <w:pPr>
        <w:jc w:val="right"/>
      </w:pPr>
      <w:r>
        <w:t>یو کین ناٹ فائنڈ دا ریروائر اف سپریچولٹی۔ یو کین ناٹ فائنڈ دا لائٹ اف سپریچولٹی۔ دس از مائی ایکسپیرینس۔</w:t>
      </w:r>
    </w:p>
    <w:p>
      <w:r>
        <w:rPr>
          <w:b/>
        </w:rPr>
        <w:t xml:space="preserve">[33:40] </w:t>
      </w:r>
      <w:r>
        <w:t>molana, is it possible to train one self to become spiritual? yes, without training, there is no spirituality.</w:t>
      </w:r>
    </w:p>
    <w:p>
      <w:pPr>
        <w:jc w:val="right"/>
      </w:pPr>
      <w:r>
        <w:t>مولانا، از اٹ پوسیبل ٹو ٹرین ون سیلف ٹو بیکم سپریچول؟ یس، وداؤٹ ٹریننگ، دیر از نو سپریچولٹی۔</w:t>
      </w:r>
    </w:p>
    <w:p>
      <w:r>
        <w:rPr>
          <w:b/>
        </w:rPr>
        <w:t xml:space="preserve">[33:52] </w:t>
      </w:r>
      <w:r>
        <w:t>you need training. training means sincere effort. what is training? training means sincere effort.</w:t>
      </w:r>
    </w:p>
    <w:p>
      <w:pPr>
        <w:jc w:val="right"/>
      </w:pPr>
      <w:r>
        <w:t>یو نیڈ ٹریننگ۔ ٹریننگ مینز سنسیر ایفرٹ۔ واٹ از ٹریننگ؟ ٹریننگ مینز سنسیر ایفرٹ۔</w:t>
      </w:r>
    </w:p>
    <w:p>
      <w:r>
        <w:rPr>
          <w:b/>
        </w:rPr>
        <w:t xml:space="preserve">[34:03] </w:t>
      </w:r>
      <w:r>
        <w:t>so sincere effort is necessary.</w:t>
      </w:r>
    </w:p>
    <w:p>
      <w:pPr>
        <w:jc w:val="right"/>
      </w:pPr>
      <w:r>
        <w:t>سو سنسیر ایفرٹ از نیسیسری۔</w:t>
      </w:r>
    </w:p>
    <w:p>
      <w:r>
        <w:rPr>
          <w:b/>
        </w:rPr>
        <w:t xml:space="preserve">[34:07] </w:t>
      </w:r>
      <w:r>
        <w:t>without sincere effort, you can not attempt spirituality.</w:t>
      </w:r>
    </w:p>
    <w:p>
      <w:pPr>
        <w:jc w:val="right"/>
      </w:pPr>
      <w:r>
        <w:t>وداؤٹ سنسیر ایفرٹ، یو کین ناٹ اٹیمپٹ سپریچولٹی۔</w:t>
      </w:r>
    </w:p>
    <w:p>
      <w:r>
        <w:rPr>
          <w:b/>
        </w:rPr>
        <w:t xml:space="preserve">[34:16] </w:t>
      </w:r>
      <w:r>
        <w:t>training is nothing but sincere effort. to nothing can be, you can not attempt any thing without sincere effort.</w:t>
      </w:r>
    </w:p>
    <w:p>
      <w:pPr>
        <w:jc w:val="right"/>
      </w:pPr>
      <w:r>
        <w:t>ٹریننگ از نتھنگ بٹ سنسیر ایفرٹ۔ تو نتھنگ کین بی، یو کین ناٹ اٹیمپٹ اینی تھنگ وداؤٹ سنسیر ایفرٹ۔</w:t>
      </w:r>
    </w:p>
    <w:p>
      <w:r>
        <w:rPr>
          <w:b/>
        </w:rPr>
        <w:t xml:space="preserve">[34:25] </w:t>
      </w:r>
      <w:r>
        <w:t>in this sense, training is necessary. molana, how important is spirituality for the society</w:t>
      </w:r>
    </w:p>
    <w:p>
      <w:pPr>
        <w:jc w:val="right"/>
      </w:pPr>
      <w:r>
        <w:t>ان دس سینس، ٹریننگ از نیسیسری۔ مولانا، ہاؤ امپورٹنٹ از سپریچولٹی فار دی سوسائٹی</w:t>
      </w:r>
    </w:p>
    <w:p>
      <w:r>
        <w:rPr>
          <w:b/>
        </w:rPr>
        <w:t xml:space="preserve">[34:34] </w:t>
      </w:r>
      <w:r>
        <w:t>? would absence of spirituality make any difference to our life? yes, spirituality is greatly needed for better society.</w:t>
      </w:r>
    </w:p>
    <w:p>
      <w:pPr>
        <w:jc w:val="right"/>
      </w:pPr>
      <w:r>
        <w:t>؟ وڈ ایبسنس اف سپریچولٹی میک اینی ڈیفرنس ٹو اور لائف؟ یس، سپریچولٹی از گریٹلی نیڈڈ فار بیٹر سوسائٹی۔</w:t>
      </w:r>
    </w:p>
    <w:p>
      <w:r>
        <w:rPr>
          <w:b/>
        </w:rPr>
        <w:t xml:space="preserve">[34:48] </w:t>
      </w:r>
      <w:r>
        <w:t>without spirituality, society be reduced to like a jungle, like animal world.</w:t>
      </w:r>
    </w:p>
    <w:p>
      <w:pPr>
        <w:jc w:val="right"/>
      </w:pPr>
      <w:r>
        <w:t>وداؤٹ سپریچولٹی، سوسائٹی بی ریڈوس ٹو لائک ا جنگل، لائک اینیمل ورلڈ۔</w:t>
      </w:r>
    </w:p>
    <w:p>
      <w:r>
        <w:rPr>
          <w:b/>
        </w:rPr>
        <w:t xml:space="preserve">[34:59] </w:t>
      </w:r>
      <w:r>
        <w:t>spirituality makes the</w:t>
      </w:r>
    </w:p>
    <w:p>
      <w:pPr>
        <w:jc w:val="right"/>
      </w:pPr>
      <w:r>
        <w:t>سپریچولٹی میکس دا</w:t>
      </w:r>
    </w:p>
    <w:p>
      <w:r>
        <w:rPr>
          <w:b/>
        </w:rPr>
        <w:t xml:space="preserve">[35:04] </w:t>
      </w:r>
      <w:r>
        <w:t>members of society responsible person, duty conscious person.</w:t>
      </w:r>
    </w:p>
    <w:p>
      <w:pPr>
        <w:jc w:val="right"/>
      </w:pPr>
      <w:r>
        <w:t>ممبرز اف سوسائٹی ریسپانسبل پرسن، ڈیوٹی کانشیس پرسن۔</w:t>
      </w:r>
    </w:p>
    <w:p>
      <w:r>
        <w:rPr>
          <w:b/>
        </w:rPr>
        <w:t xml:space="preserve">[35:13] </w:t>
      </w:r>
      <w:r>
        <w:t>spirituality is the essence of society.</w:t>
      </w:r>
    </w:p>
    <w:p>
      <w:pPr>
        <w:jc w:val="right"/>
      </w:pPr>
      <w:r>
        <w:t>سپریچولٹی از دا ایسنس اف سوسائٹی۔</w:t>
      </w:r>
    </w:p>
    <w:p>
      <w:r>
        <w:rPr>
          <w:b/>
        </w:rPr>
        <w:t xml:space="preserve">[35:18] </w:t>
      </w:r>
      <w:r>
        <w:t>without spirituality, society becomes an anarchy.</w:t>
      </w:r>
    </w:p>
    <w:p>
      <w:pPr>
        <w:jc w:val="right"/>
      </w:pPr>
      <w:r>
        <w:t>وداؤٹ سپریچولٹی، سوسائٹی بیکمز ان انارکی۔</w:t>
      </w:r>
    </w:p>
    <w:p>
      <w:r>
        <w:rPr>
          <w:b/>
        </w:rPr>
        <w:t xml:space="preserve">[35:27] </w:t>
      </w:r>
      <w:r>
        <w:t>it is spirituality that checks the amoral practices. it is spirituality that controls the unwanted desires</w:t>
      </w:r>
    </w:p>
    <w:p>
      <w:pPr>
        <w:jc w:val="right"/>
      </w:pPr>
      <w:r>
        <w:t>اٹ از سپریچولٹی دیٹ چیکس دا امورل پریکٹسز۔ اٹ از سپریچولٹی دیٹ کنٹرولز دا انواٹڈ ڈیزائرز</w:t>
      </w:r>
    </w:p>
    <w:p>
      <w:r>
        <w:rPr>
          <w:b/>
        </w:rPr>
        <w:t xml:space="preserve">[35:43] </w:t>
      </w:r>
      <w:r>
        <w:t>. it is spirituality that, that, that makes people</w:t>
      </w:r>
    </w:p>
    <w:p>
      <w:pPr>
        <w:jc w:val="right"/>
      </w:pPr>
      <w:r>
        <w:t>۔ اٹ از سپریچولٹی دیٹ، دیٹ، دیٹ میکس پیپل</w:t>
      </w:r>
    </w:p>
    <w:p>
      <w:r>
        <w:rPr>
          <w:b/>
        </w:rPr>
        <w:t xml:space="preserve">[35:53] </w:t>
      </w:r>
      <w:r>
        <w:t>to,</w:t>
      </w:r>
    </w:p>
    <w:p>
      <w:pPr>
        <w:jc w:val="right"/>
      </w:pPr>
      <w:r>
        <w:t>ٹو،</w:t>
      </w:r>
    </w:p>
    <w:p>
      <w:r>
        <w:rPr>
          <w:b/>
        </w:rPr>
        <w:t xml:space="preserve">[35:57] </w:t>
      </w:r>
      <w:r>
        <w:t>to save their self from misusing the freedom. so all those goods can be achieved only in the spiritual atmosphere</w:t>
      </w:r>
    </w:p>
    <w:p>
      <w:pPr>
        <w:jc w:val="right"/>
      </w:pPr>
      <w:r>
        <w:t>ٹو سیو دیر سیلف فرام مس یوزنگ دا فریڈم۔ سو ال دوز گڈز کین بی اچیوڈ اونلی ان دی سپریچول ایٹمسفیئر</w:t>
      </w:r>
    </w:p>
    <w:p>
      <w:r>
        <w:rPr>
          <w:b/>
        </w:rPr>
        <w:t xml:space="preserve">[36:11] </w:t>
      </w:r>
      <w:r>
        <w:t>. so i think that a better society, i think that, that spirituality is an integral part of a better society.</w:t>
      </w:r>
    </w:p>
    <w:p>
      <w:pPr>
        <w:jc w:val="right"/>
      </w:pPr>
      <w:r>
        <w:t>۔ سو ائی تھنک دیٹ ا بیٹر سوسائٹی، ائی تھنک دیٹ، دیٹ سپریچولٹی از ا ان انٹیگرل پارٹ اف ا بیٹر سوسائٹی۔</w:t>
      </w:r>
    </w:p>
    <w:p>
      <w:r>
        <w:rPr>
          <w:b/>
        </w:rPr>
        <w:t xml:space="preserve">[36:26] </w:t>
      </w:r>
      <w:r>
        <w:t>maulana, what do you think then are the kind of questions that spirituality addresses and how does it add</w:t>
      </w:r>
    </w:p>
    <w:p>
      <w:pPr>
        <w:jc w:val="right"/>
      </w:pPr>
      <w:r>
        <w:t>مولانا، واٹ ڈو یو تھنک دین ار دی کائنڈ اف کوئسچنز دیٹ سپریچولٹی ایڈریسز اینڈ ہاؤ ڈز اٹ ایڈ</w:t>
      </w:r>
    </w:p>
    <w:p>
      <w:r>
        <w:rPr>
          <w:b/>
        </w:rPr>
        <w:t xml:space="preserve">[36:34] </w:t>
      </w:r>
      <w:r>
        <w:t>dress? according to my experience, all the inner questions can be addressed only through spirituality.</w:t>
      </w:r>
    </w:p>
    <w:p>
      <w:pPr>
        <w:jc w:val="right"/>
      </w:pPr>
      <w:r>
        <w:t>ریس؟ اکارڈنگ ٹو مائی ایکسپیرینس، ال دا انر کوئسچنز کین بی ایڈریسڈ اونلی تھرو سپریچولٹی۔</w:t>
      </w:r>
    </w:p>
    <w:p>
      <w:r>
        <w:rPr>
          <w:b/>
        </w:rPr>
        <w:t xml:space="preserve">[36:50] </w:t>
      </w:r>
      <w:r>
        <w:t>man is born like a, like a</w:t>
      </w:r>
    </w:p>
    <w:p>
      <w:pPr>
        <w:jc w:val="right"/>
      </w:pPr>
      <w:r>
        <w:t>من از بورن لائک ا، لائک ا</w:t>
      </w:r>
    </w:p>
    <w:p>
      <w:r>
        <w:rPr>
          <w:b/>
        </w:rPr>
        <w:t xml:space="preserve">[37:00] </w:t>
      </w:r>
      <w:r>
        <w:t>immature personality.</w:t>
      </w:r>
    </w:p>
    <w:p>
      <w:pPr>
        <w:jc w:val="right"/>
      </w:pPr>
      <w:r>
        <w:t>ام میچور پرسنیلٹی۔</w:t>
      </w:r>
    </w:p>
    <w:p>
      <w:r>
        <w:rPr>
          <w:b/>
        </w:rPr>
        <w:t xml:space="preserve">[37:06] </w:t>
      </w:r>
      <w:r>
        <w:t>man needs maturity.</w:t>
      </w:r>
    </w:p>
    <w:p>
      <w:pPr>
        <w:jc w:val="right"/>
      </w:pPr>
      <w:r>
        <w:t>مین نیڈز میچورٹی۔</w:t>
      </w:r>
    </w:p>
    <w:p>
      <w:r>
        <w:rPr>
          <w:b/>
        </w:rPr>
        <w:t xml:space="preserve">[37:12] </w:t>
      </w:r>
      <w:r>
        <w:t>so how you can attempt maturity? it is through spirituality.</w:t>
      </w:r>
    </w:p>
    <w:p>
      <w:pPr>
        <w:jc w:val="right"/>
      </w:pPr>
      <w:r>
        <w:t>سو ہاؤ یو کین اٹیمپٹ میچورٹی؟ اٹ از تھرو سپریچولٹی۔</w:t>
      </w:r>
    </w:p>
    <w:p>
      <w:r>
        <w:rPr>
          <w:b/>
        </w:rPr>
        <w:t xml:space="preserve">[37:19] </w:t>
      </w:r>
      <w:r>
        <w:t>so when you present spirituality in its, in its scientific form, then everyone is bound to, the nature is bound to address.</w:t>
      </w:r>
    </w:p>
    <w:p>
      <w:pPr>
        <w:jc w:val="right"/>
      </w:pPr>
      <w:r>
        <w:t>سو وین یو پریزنٹ سپریچولٹی ان اٹس، ان اٹس سائنٹیفک فارم، دین ایوری ون از باؤنڈ ٹو، دا نیچر از باؤنڈ ٹو ایڈریس۔</w:t>
      </w:r>
    </w:p>
    <w:p>
      <w:r>
        <w:rPr>
          <w:b/>
        </w:rPr>
        <w:t xml:space="preserve">[37:37] </w:t>
      </w:r>
      <w:r>
        <w:t>if you present spirituality in its, in its, in its correct form, then i, then i don't have any doubt that man nature will be addressed.</w:t>
      </w:r>
    </w:p>
    <w:p>
      <w:pPr>
        <w:jc w:val="right"/>
      </w:pPr>
      <w:r>
        <w:t>اف یو پریزنٹ سپریچولٹی ان اٹس، ان اٹس، ان اٹس کریکٹ فارم، دین ائی، دین ائی ڈونٹ ہیو اینی ڈاؤٹ دیٹ مین نیچر ول بی ایڈریسڈ۔</w:t>
      </w:r>
    </w:p>
    <w:p>
      <w:r>
        <w:rPr>
          <w:b/>
        </w:rPr>
        <w:t xml:space="preserve">[38:00] </w:t>
      </w:r>
      <w:r>
        <w:t>and i think that true form of spirituality is in religion, especially in islam. so if you derive your concept of spirituality from religion,</w:t>
      </w:r>
    </w:p>
    <w:p>
      <w:pPr>
        <w:jc w:val="right"/>
      </w:pPr>
      <w:r>
        <w:t>اینڈ ائی تھنک دیٹ ٹرو فارم اف سپریچولٹی از ان ریلیجن، اسپیشلی ان اسلام۔ سو اف یو ڈرائیو یور کانسیپٹ اف سپریچولٹی فرام ریلیجن،</w:t>
      </w:r>
    </w:p>
    <w:p>
      <w:r>
        <w:rPr>
          <w:b/>
        </w:rPr>
        <w:t xml:space="preserve">[38:15] </w:t>
      </w:r>
      <w:r>
        <w:t>there is islam. islam is a, preserved religion. why i refer to islam? because islam is a, is a preserved religion.</w:t>
      </w:r>
    </w:p>
    <w:p>
      <w:pPr>
        <w:jc w:val="right"/>
      </w:pPr>
      <w:r>
        <w:t>دیر از اسلام۔ اسلام از پریزرو، پریزرو ریلیجن۔ وائی ائی ریفر ٹو اسلام؟ بیکاز اسلام از ا، از ا پریزرو ریلیجن۔</w:t>
      </w:r>
    </w:p>
    <w:p>
      <w:r>
        <w:rPr>
          <w:b/>
        </w:rPr>
        <w:t xml:space="preserve">[38:27] </w:t>
      </w:r>
      <w:r>
        <w:t>so if you derive spirituality from islam and present spirituality in, in an islamic way, then it is bound to address the human nature.</w:t>
      </w:r>
    </w:p>
    <w:p>
      <w:pPr>
        <w:jc w:val="right"/>
      </w:pPr>
      <w:r>
        <w:t>سو اف یو ڈرائیو سپریچولٹی فرام اسلام اینڈ پریزنٹ سپریچولٹی ان، ان این اسلامک وے، دین اٹ از باؤنڈ ٹو ایڈریس دا ہیومن نیچر۔</w:t>
      </w:r>
    </w:p>
    <w:p>
      <w:r>
        <w:rPr>
          <w:b/>
        </w:rPr>
        <w:t xml:space="preserve">[38:45] </w:t>
      </w:r>
      <w:r>
        <w:t>maulana, you have founded cps international known as center for peace and spirituality. what is the mission of this center?</w:t>
      </w:r>
    </w:p>
    <w:p>
      <w:pPr>
        <w:jc w:val="right"/>
      </w:pPr>
      <w:r>
        <w:t>مولانا، یو ہیو فاؤنڈڈ سی پی ایس انٹرنیشنل نون ایز سینٹر فار پیس اینڈ سپریچولٹی۔ واٹ از دا مشن اف دس سینٹر؟</w:t>
      </w:r>
    </w:p>
    <w:p>
      <w:r>
        <w:rPr>
          <w:b/>
        </w:rPr>
        <w:t xml:space="preserve">[38:55] </w:t>
      </w:r>
      <w:r>
        <w:t>mission is obvious to promote</w:t>
      </w:r>
    </w:p>
    <w:p>
      <w:pPr>
        <w:jc w:val="right"/>
      </w:pPr>
      <w:r>
        <w:t>مشن از ابویس ٹو پروموٹ</w:t>
      </w:r>
    </w:p>
    <w:p>
      <w:r>
        <w:rPr>
          <w:b/>
        </w:rPr>
        <w:t xml:space="preserve">[39:03] </w:t>
      </w:r>
      <w:r>
        <w:t>peace and spirituality. i think that as an individual, we need spirituality and as a society, we need peace.</w:t>
      </w:r>
    </w:p>
    <w:p>
      <w:pPr>
        <w:jc w:val="right"/>
      </w:pPr>
      <w:r>
        <w:t>پیس اینڈ سپریچولٹی۔ ائی تھنک دیٹ ایز این انڈیویجول، وی نیڈ سپریچولٹی اینڈ ایز ا سوسائٹی، وی نیڈ پیس۔</w:t>
      </w:r>
    </w:p>
    <w:p>
      <w:r>
        <w:rPr>
          <w:b/>
        </w:rPr>
        <w:t xml:space="preserve">[39:17] </w:t>
      </w:r>
      <w:r>
        <w:t>spiritual persons are best members of a society. and, and where there is peace in the society, there is everything.</w:t>
      </w:r>
    </w:p>
    <w:p>
      <w:pPr>
        <w:jc w:val="right"/>
      </w:pPr>
      <w:r>
        <w:t>سپریچول پرسنز ار بیسٹ ممبر اف ا سوسائٹی۔ اینڈ، اینڈ ویر دیر از پیس ان دا سوسائٹی، دیر از ایوری تھنگ۔</w:t>
      </w:r>
    </w:p>
    <w:p>
      <w:r>
        <w:rPr>
          <w:b/>
        </w:rPr>
        <w:t xml:space="preserve">[39:29] </w:t>
      </w:r>
      <w:r>
        <w:t>because without peace, there is no positive activities. where there are peace, there are development. where there are peace, there are progress.</w:t>
      </w:r>
    </w:p>
    <w:p>
      <w:pPr>
        <w:jc w:val="right"/>
      </w:pPr>
      <w:r>
        <w:t>بیکاز وداؤٹ پیس، دیر از نو پوزیٹیو ایکٹیویٹیز۔ ویر دیر ار پیس، دیر ار ڈیولپمنٹ۔ ویر دیر ار پیس، دیر ار پروگریس۔</w:t>
      </w:r>
    </w:p>
    <w:p>
      <w:r>
        <w:rPr>
          <w:b/>
        </w:rPr>
        <w:t xml:space="preserve">[39:40] </w:t>
      </w:r>
      <w:r>
        <w:t>so as a, as a, as an individual, we need spirituality.</w:t>
      </w:r>
    </w:p>
    <w:p>
      <w:pPr>
        <w:jc w:val="right"/>
      </w:pPr>
      <w:r>
        <w:t>سو ایز ا، ایز ا، ایز این انڈیویجول، وی نیڈ سپریچولٹی۔</w:t>
      </w:r>
    </w:p>
    <w:p>
      <w:r>
        <w:rPr>
          <w:b/>
        </w:rPr>
        <w:t xml:space="preserve">[39:47] </w:t>
      </w:r>
      <w:r>
        <w:t>and as a society, we need peace. these two things are very, very important to build a better society, a better human being.</w:t>
      </w:r>
    </w:p>
    <w:p>
      <w:pPr>
        <w:jc w:val="right"/>
      </w:pPr>
      <w:r>
        <w:t>اینڈ ایز ا سوسائٹی، وی نیڈ پیس۔ دیز ٹو تھنگز ار ویری، ویری امپورٹنٹ ٹو بلڈ ا بیٹر سوسائٹی، ا بیٹر ہیومن بینگ۔</w:t>
      </w:r>
    </w:p>
    <w:p>
      <w:r>
        <w:rPr>
          <w:b/>
        </w:rPr>
        <w:t xml:space="preserve">[40:00] </w:t>
      </w:r>
      <w:r>
        <w:t>Maulana, if you were to address the mankind, what would be your message?</w:t>
      </w:r>
    </w:p>
    <w:p>
      <w:pPr>
        <w:jc w:val="right"/>
      </w:pPr>
      <w:r>
        <w:t>مولانا، اف یو وار ٹو ایڈریس دا مین کائنڈ، واٹ وڈ بی یور میسج؟</w:t>
      </w:r>
    </w:p>
    <w:p>
      <w:r>
        <w:rPr>
          <w:b/>
        </w:rPr>
        <w:t xml:space="preserve">[40:14] </w:t>
      </w:r>
      <w:r>
        <w:t>I perhaps I would say that make spirituality your goal</w:t>
      </w:r>
    </w:p>
    <w:p>
      <w:pPr>
        <w:jc w:val="right"/>
      </w:pPr>
      <w:r>
        <w:t>ائی پرہیپس ائی وڈ سے دیٹ میک سپریچولٹی یور گول</w:t>
      </w:r>
    </w:p>
    <w:p>
      <w:r>
        <w:rPr>
          <w:b/>
        </w:rPr>
        <w:t xml:space="preserve">[40:27] </w:t>
      </w:r>
      <w:r>
        <w:t>and try to live in peaceful atmosphere. So spirituality and peaceful both want some price, and you have to pay that price.</w:t>
      </w:r>
    </w:p>
    <w:p>
      <w:pPr>
        <w:jc w:val="right"/>
      </w:pPr>
      <w:r>
        <w:t>اینڈ ٹرائی ٹو لیو ان پیس فل ایٹمسفیئر۔ سو سپریچولٹی اینڈ پیس فل بوتھ وانٹ سم پرائس، اینڈ یو ہیو ٹو پے دیٹ پرائس۔</w:t>
      </w:r>
    </w:p>
    <w:p>
      <w:r>
        <w:rPr>
          <w:b/>
        </w:rPr>
        <w:t xml:space="preserve">[40:42] </w:t>
      </w:r>
      <w:r>
        <w:t>spiritual development wants</w:t>
      </w:r>
    </w:p>
    <w:p>
      <w:pPr>
        <w:jc w:val="right"/>
      </w:pPr>
      <w:r>
        <w:t>سپریچول ڈیولپمنٹ وانٹس</w:t>
      </w:r>
    </w:p>
    <w:p>
      <w:r>
        <w:rPr>
          <w:b/>
        </w:rPr>
        <w:t xml:space="preserve">[40:48] </w:t>
      </w:r>
      <w:r>
        <w:t>The price. Spiritual development wants a price, that is saving yourself from destruction.</w:t>
      </w:r>
    </w:p>
    <w:p>
      <w:pPr>
        <w:jc w:val="right"/>
      </w:pPr>
      <w:r>
        <w:t>دا پرائس۔ سپریچول ڈیولپمنٹ وانٹس ا پرائس، دیٹ از سیونگ یور سیلف فرام ڈسٹرکشن۔</w:t>
      </w:r>
    </w:p>
    <w:p>
      <w:r>
        <w:rPr>
          <w:b/>
        </w:rPr>
        <w:t xml:space="preserve">[40:58] </w:t>
      </w:r>
      <w:r>
        <w:t>and peaceful society also wants a price, that is avoidance. avoidance, adjustment</w:t>
      </w:r>
    </w:p>
    <w:p>
      <w:pPr>
        <w:jc w:val="right"/>
      </w:pPr>
      <w:r>
        <w:t>اینڈ پیس فل سوسائٹی السو وانٹس ا پرائس، دیٹ از اوائیڈنس۔ اوائیڈنس، ایڈجسٹمنٹ</w:t>
      </w:r>
    </w:p>
    <w:p>
      <w:r>
        <w:rPr>
          <w:b/>
        </w:rPr>
        <w:t xml:space="preserve">[41:08] </w:t>
      </w:r>
      <w:r>
        <w:t>. Without adjustment, without avoidance, there is no peace. Spirituality related to different aspects of our life, and can you give some examples?</w:t>
      </w:r>
    </w:p>
    <w:p>
      <w:pPr>
        <w:jc w:val="right"/>
      </w:pPr>
      <w:r>
        <w:t>۔ وداؤٹ ایڈجسٹمنٹ، وداؤٹ اوائیڈنس، دیر از نو پیس۔ سپریچولٹی ریلیٹڈ ٹو ڈفرنٹ ایسپیکٹس اف اور لائف، اینڈ کین یو گیو سم ایگزیمپلز؟</w:t>
      </w:r>
    </w:p>
    <w:p>
      <w:r>
        <w:rPr>
          <w:b/>
        </w:rPr>
        <w:t xml:space="preserve">[41:25] </w:t>
      </w:r>
      <w:r>
        <w:t>spirituality is my, my life from the outset. I was, I was born with spirituality.</w:t>
      </w:r>
    </w:p>
    <w:p>
      <w:pPr>
        <w:jc w:val="right"/>
      </w:pPr>
      <w:r>
        <w:t>سپریچولٹی از مائی، مائی لائف فرام دا اؤٹ سیٹ۔ ائی واز، ائی واز بورن ود سپریچولٹی۔</w:t>
      </w:r>
    </w:p>
    <w:p>
      <w:r>
        <w:rPr>
          <w:b/>
        </w:rPr>
        <w:t xml:space="preserve">[41:34] </w:t>
      </w:r>
      <w:r>
        <w:t>I can see that I was born as a spiritual person.</w:t>
      </w:r>
    </w:p>
    <w:p>
      <w:pPr>
        <w:jc w:val="right"/>
      </w:pPr>
      <w:r>
        <w:t>ائی کین سی دیٹ ائی واز بورن ایز ا سپریچول پرسن۔</w:t>
      </w:r>
    </w:p>
    <w:p>
      <w:r>
        <w:rPr>
          <w:b/>
        </w:rPr>
        <w:t xml:space="preserve">[41:39] </w:t>
      </w:r>
      <w:r>
        <w:t>spirituality is my integral part of my life. but what is spirituality?</w:t>
      </w:r>
    </w:p>
    <w:p>
      <w:pPr>
        <w:jc w:val="right"/>
      </w:pPr>
      <w:r>
        <w:t>سپریچولٹی از مائی انٹیگرل پارٹ اف مائی لائف۔ بٹ واٹ از سپریچولٹی؟</w:t>
      </w:r>
    </w:p>
    <w:p>
      <w:r>
        <w:rPr>
          <w:b/>
        </w:rPr>
        <w:t xml:space="preserve">[41:48] </w:t>
      </w:r>
      <w:r>
        <w:t>but for me, what is spirituality? It is not a mysterious thing. People generally take spirituality as a mysterious discipline.</w:t>
      </w:r>
    </w:p>
    <w:p>
      <w:pPr>
        <w:jc w:val="right"/>
      </w:pPr>
      <w:r>
        <w:t>بٹ فار می، واٹ از سپریچولٹی؟ اٹ از ناٹ ا مسٹیریس تھنگ۔ پیپل جنرلی ٹیک سپریچولٹی ایز ا مسٹیریس ڈسپلن۔</w:t>
      </w:r>
    </w:p>
    <w:p>
      <w:r>
        <w:rPr>
          <w:b/>
        </w:rPr>
        <w:t xml:space="preserve">[42:00] </w:t>
      </w:r>
      <w:r>
        <w:t>dat is a ecstasy.</w:t>
      </w:r>
    </w:p>
    <w:p>
      <w:pPr>
        <w:jc w:val="right"/>
      </w:pPr>
      <w:r>
        <w:t>دیٹ از ا ایکسٹسی۔</w:t>
      </w:r>
    </w:p>
    <w:p>
      <w:r>
        <w:rPr>
          <w:b/>
        </w:rPr>
        <w:t xml:space="preserve">[42:03] </w:t>
      </w:r>
      <w:r>
        <w:t>according to,</w:t>
      </w:r>
    </w:p>
    <w:p>
      <w:pPr>
        <w:jc w:val="right"/>
      </w:pPr>
      <w:r>
        <w:t>اکارڈنگ ٹو،</w:t>
      </w:r>
    </w:p>
    <w:p>
      <w:r>
        <w:rPr>
          <w:b/>
        </w:rPr>
        <w:t xml:space="preserve">[42:06] </w:t>
      </w:r>
      <w:r>
        <w:t>according to some people, according to the majority of, of people, spirituality means ecstasy and there is nothing.</w:t>
      </w:r>
    </w:p>
    <w:p>
      <w:pPr>
        <w:jc w:val="right"/>
      </w:pPr>
      <w:r>
        <w:t>اکارڈنگ ٹو سم پیپل، اکارڈنگ ٹو دا میجورٹی اف، اف پیپل، سپریچولٹی مینز ایکسٹسی اینڈ دیر از نتھنگ۔</w:t>
      </w:r>
    </w:p>
    <w:p>
      <w:r>
        <w:rPr>
          <w:b/>
        </w:rPr>
        <w:t xml:space="preserve">[42:17] </w:t>
      </w:r>
      <w:r>
        <w:t>it is not my spirituality.</w:t>
      </w:r>
    </w:p>
    <w:p>
      <w:pPr>
        <w:jc w:val="right"/>
      </w:pPr>
      <w:r>
        <w:t>اٹ از ناٹ مائی سپریچولٹی۔</w:t>
      </w:r>
    </w:p>
    <w:p>
      <w:r>
        <w:rPr>
          <w:b/>
        </w:rPr>
        <w:t xml:space="preserve">[42:21] </w:t>
      </w:r>
      <w:r>
        <w:t>for me, spirituality is going beyond the material world, going beyond the seen world, going beyond your desires.</w:t>
      </w:r>
    </w:p>
    <w:p>
      <w:pPr>
        <w:jc w:val="right"/>
      </w:pPr>
      <w:r>
        <w:t>فار می، سپریچولٹی از گوئنگ بیونڈ دا مٹیریل ورلڈ، گوئنگ بیونڈ دا سین ورلڈ، گوئنگ بیونڈ یور ڈیزائرز۔</w:t>
      </w:r>
    </w:p>
    <w:p>
      <w:r>
        <w:rPr>
          <w:b/>
        </w:rPr>
        <w:t xml:space="preserve">[42:33] </w:t>
      </w:r>
      <w:r>
        <w:t>this is spirituality.</w:t>
      </w:r>
    </w:p>
    <w:p>
      <w:pPr>
        <w:jc w:val="right"/>
      </w:pPr>
      <w:r>
        <w:t>دس از سپریچولٹی۔</w:t>
      </w:r>
    </w:p>
    <w:p>
      <w:r>
        <w:rPr>
          <w:b/>
        </w:rPr>
        <w:t xml:space="preserve">[42:35] </w:t>
      </w:r>
      <w:r>
        <w:t>so when you, when you make a journey beyond the, beyond, beyond the, beyond the material things, then you will reach to a,</w:t>
      </w:r>
    </w:p>
    <w:p>
      <w:pPr>
        <w:jc w:val="right"/>
      </w:pPr>
      <w:r>
        <w:t>سو وین یو، وین یو میک ا جرنی بیونڈ دا، بیونڈ، بیونڈ دی، بیونڈ دی مٹیریل تھنگز، دین یو ول ریچ ٹو ا،</w:t>
      </w:r>
    </w:p>
    <w:p>
      <w:r>
        <w:rPr>
          <w:b/>
        </w:rPr>
        <w:t xml:space="preserve">[42:55] </w:t>
      </w:r>
      <w:r>
        <w:t>to a universe. universe of fact, universe of spirituality.</w:t>
      </w:r>
    </w:p>
    <w:p>
      <w:pPr>
        <w:jc w:val="right"/>
      </w:pPr>
      <w:r>
        <w:t>ٹو ا یونیورس۔ یونیورس اف فیکٹ، یونیورس اف سپریچولٹی۔</w:t>
      </w:r>
    </w:p>
    <w:p>
      <w:r>
        <w:rPr>
          <w:b/>
        </w:rPr>
        <w:t xml:space="preserve">[43:03] </w:t>
      </w:r>
      <w:r>
        <w:t>so for me, spirituality means going beyond the material world. in this sense, I was born with spirituality because I, I was a person who,</w:t>
      </w:r>
    </w:p>
    <w:p>
      <w:pPr>
        <w:jc w:val="right"/>
      </w:pPr>
      <w:r>
        <w:t>سو فار می، سپریچولٹی مینز گوئنگ بیونڈ دا مٹیریل ورلڈ۔ ان دس سینس، ائی واز بورن ود سپریچولٹی بیکاز ائی، ائی واز ا پرسن ہو،</w:t>
      </w:r>
    </w:p>
    <w:p>
      <w:r>
        <w:rPr>
          <w:b/>
        </w:rPr>
        <w:t xml:space="preserve">[43:20] </w:t>
      </w:r>
      <w:r>
        <w:t>who never,</w:t>
      </w:r>
    </w:p>
    <w:p>
      <w:pPr>
        <w:jc w:val="right"/>
      </w:pPr>
      <w:r>
        <w:t>ہو نیور،</w:t>
      </w:r>
    </w:p>
    <w:p>
      <w:r>
        <w:rPr>
          <w:b/>
        </w:rPr>
        <w:t xml:space="preserve">[43:25] </w:t>
      </w:r>
      <w:r>
        <w:t>who never was indulged in these comfort and luxury and these material items.</w:t>
      </w:r>
    </w:p>
    <w:p>
      <w:pPr>
        <w:jc w:val="right"/>
      </w:pPr>
      <w:r>
        <w:t>ہو نیور واز انڈلڈ ان دیز کمفرٹ اینڈ لگزری اینڈ دیز مٹیریل ائٹمز۔</w:t>
      </w:r>
    </w:p>
    <w:p>
      <w:r>
        <w:rPr>
          <w:b/>
        </w:rPr>
        <w:t xml:space="preserve">[43:33] </w:t>
      </w:r>
      <w:r>
        <w:t>always I tried to live in need rather than greed. So this is the basic of spirituality according to myself.</w:t>
      </w:r>
    </w:p>
    <w:p>
      <w:pPr>
        <w:jc w:val="right"/>
      </w:pPr>
      <w:r>
        <w:t>الویز ائی ٹرائیڈ ٹو لیو ان نیڈ رادر دین گریڈ۔ سو دس از دا بیسک اف سپریچولٹی اکارڈنگ ٹو مائی سیلف۔</w:t>
      </w:r>
    </w:p>
    <w:p>
      <w:r>
        <w:rPr>
          <w:b/>
        </w:rPr>
        <w:t xml:space="preserve">[43:46] </w:t>
      </w:r>
      <w:r>
        <w:t>then i wud like to add one more point.</w:t>
      </w:r>
    </w:p>
    <w:p>
      <w:pPr>
        <w:jc w:val="right"/>
      </w:pPr>
      <w:r>
        <w:t>دین ائی وڈ لائک ٹو ایڈ ون مور پوائنٹ۔</w:t>
      </w:r>
    </w:p>
    <w:p>
      <w:r>
        <w:rPr>
          <w:b/>
        </w:rPr>
        <w:t xml:space="preserve">[43:53] </w:t>
      </w:r>
      <w:r>
        <w:t>there is a very relevant verse in da quran dat. wa ma min dabbatin fil ardi illa allahi rizquhu. it means dat it is god</w:t>
      </w:r>
    </w:p>
    <w:p>
      <w:pPr>
        <w:jc w:val="right"/>
      </w:pPr>
      <w:r>
        <w:t>دیر از ا ویری ریلیونٹ ورس ان دا قران دیٹ۔ وما من دابۃ فی الارض الا اللہ رزقہ۔ اٹ مینز دیٹ اٹ از گاڈ</w:t>
      </w:r>
    </w:p>
    <w:p>
      <w:r>
        <w:rPr>
          <w:b/>
        </w:rPr>
        <w:t xml:space="preserve">[44:09] </w:t>
      </w:r>
      <w:r>
        <w:t>like a duty</w:t>
      </w:r>
    </w:p>
    <w:p>
      <w:pPr>
        <w:jc w:val="right"/>
      </w:pPr>
      <w:r>
        <w:t>لائک ا ڈیوٹی</w:t>
      </w:r>
    </w:p>
    <w:p>
      <w:r>
        <w:rPr>
          <w:b/>
        </w:rPr>
        <w:t xml:space="preserve">[44:13] </w:t>
      </w:r>
      <w:r>
        <w:t>it is like, it is like a duty, obligatory for God to provide rizq for any anyone, everyone.</w:t>
      </w:r>
    </w:p>
    <w:p>
      <w:pPr>
        <w:jc w:val="right"/>
      </w:pPr>
      <w:r>
        <w:t>۔ اٹ از لائک، اٹ از لائک ا ڈیوٹی، ابلیگیٹری فار گاڈ ٹو پرووائیڈ رزق فار اینی اینی ون، ایوری ون۔</w:t>
      </w:r>
    </w:p>
    <w:p>
      <w:r>
        <w:rPr>
          <w:b/>
        </w:rPr>
        <w:t xml:space="preserve">[44:23] </w:t>
      </w:r>
      <w:r>
        <w:t>now, rizq has two meanings: physical rizq and also spiritual rizq. rizq means food.</w:t>
      </w:r>
    </w:p>
    <w:p>
      <w:pPr>
        <w:jc w:val="right"/>
      </w:pPr>
      <w:r>
        <w:t>ناؤ، رزق ہیز ٹو میننگز: فزیکل رزق اینڈ السو سپریچول رزق۔ رزق مینز فوڈ۔</w:t>
      </w:r>
    </w:p>
    <w:p>
      <w:r>
        <w:rPr>
          <w:b/>
        </w:rPr>
        <w:t xml:space="preserve">[44:33] </w:t>
      </w:r>
      <w:r>
        <w:t>rizq means food. so it is God's duty to provide food.</w:t>
      </w:r>
    </w:p>
    <w:p>
      <w:pPr>
        <w:jc w:val="right"/>
      </w:pPr>
      <w:r>
        <w:t>رزق مینز فوڈ۔ تو اٹ از گاڈز ڈیوٹی ٹو پرووائیڈ فوڈ۔</w:t>
      </w:r>
    </w:p>
    <w:p>
      <w:r>
        <w:rPr>
          <w:b/>
        </w:rPr>
        <w:t xml:space="preserve">[44:42] </w:t>
      </w:r>
      <w:r>
        <w:t>and according to my experience, this food has two different aspects: physical food and spiritual food.</w:t>
      </w:r>
    </w:p>
    <w:p>
      <w:pPr>
        <w:jc w:val="right"/>
      </w:pPr>
      <w:r>
        <w:t>اینڈ اکارڈنگ ٹو مائی ایکسپیرینس، دس فوڈ ہیز ٹو ڈفرنٹ ایسپیکٹ: فزیکل فوڈ اینڈ سپریچول فوڈ۔</w:t>
      </w:r>
    </w:p>
    <w:p>
      <w:r>
        <w:rPr>
          <w:b/>
        </w:rPr>
        <w:t xml:space="preserve">[44:51] </w:t>
      </w:r>
      <w:r>
        <w:t>so God has given us all those foods</w:t>
      </w:r>
    </w:p>
    <w:p>
      <w:pPr>
        <w:jc w:val="right"/>
      </w:pPr>
      <w:r>
        <w:t>تو گاڈ ہیز گیون اس ال دوز فوڈز</w:t>
      </w:r>
    </w:p>
    <w:p>
      <w:r>
        <w:rPr>
          <w:b/>
        </w:rPr>
        <w:t xml:space="preserve">[44:59] </w:t>
      </w:r>
      <w:r>
        <w:t>that is good for our health, good for our physical health.</w:t>
      </w:r>
    </w:p>
    <w:p>
      <w:pPr>
        <w:jc w:val="right"/>
      </w:pPr>
      <w:r>
        <w:t>دیٹ از گڈ فار اور ہیلتھ، گڈ اور فزیکل ہیلتھ۔</w:t>
      </w:r>
    </w:p>
    <w:p>
      <w:r>
        <w:rPr>
          <w:b/>
        </w:rPr>
        <w:t xml:space="preserve">[45:05] </w:t>
      </w:r>
      <w:r>
        <w:t>so we need spiritual health. and here also God has provided us all those materials that is helpful for our spiritual health.</w:t>
      </w:r>
    </w:p>
    <w:p>
      <w:pPr>
        <w:jc w:val="right"/>
      </w:pPr>
      <w:r>
        <w:t>سو وی نیڈ سپریچول ہیلتھ۔ اینڈ ہیر السو گاڈ ہیز پرووائیڈڈ اس ال دوز مٹیریلز دیٹ از ہیلپ فل فار اور سپریچول ہیلتھ۔</w:t>
      </w:r>
    </w:p>
    <w:p>
      <w:r>
        <w:rPr>
          <w:b/>
        </w:rPr>
        <w:t xml:space="preserve">[45:24] </w:t>
      </w:r>
      <w:r>
        <w:t>spiritual health needs continuous supply of food</w:t>
      </w:r>
    </w:p>
    <w:p>
      <w:pPr>
        <w:jc w:val="right"/>
      </w:pPr>
      <w:r>
        <w:t>سپریچول ہیلتھ نیڈز کنٹینیوس سپلائی اف فوڈ</w:t>
      </w:r>
    </w:p>
    <w:p>
      <w:r>
        <w:rPr>
          <w:b/>
        </w:rPr>
        <w:t xml:space="preserve">[45:31] </w:t>
      </w:r>
      <w:r>
        <w:t>you know, our physical health, our physical body needs continuous supply of food.</w:t>
      </w:r>
    </w:p>
    <w:p>
      <w:pPr>
        <w:jc w:val="right"/>
      </w:pPr>
      <w:r>
        <w:t>۔ یو نو، اور فزیکل ہیلتھ، اور فزیکل باڈی نیڈز کنٹینیوس سپلائی اف فوڈ۔</w:t>
      </w:r>
    </w:p>
    <w:p>
      <w:r>
        <w:rPr>
          <w:b/>
        </w:rPr>
        <w:t xml:space="preserve">[45:42] </w:t>
      </w:r>
      <w:r>
        <w:t>so is the case of spirituality. spirituality also needs continuous supply of spiritual food.</w:t>
      </w:r>
    </w:p>
    <w:p>
      <w:pPr>
        <w:jc w:val="right"/>
      </w:pPr>
      <w:r>
        <w:t>سو از دا کیس اف سپریچولٹی۔ سپریچولٹی السو نیڈز کنٹینیوس سپلائی اف سپریچول فوڈ۔</w:t>
      </w:r>
    </w:p>
    <w:p>
      <w:r>
        <w:rPr>
          <w:b/>
        </w:rPr>
        <w:t xml:space="preserve">[45:52] </w:t>
      </w:r>
      <w:r>
        <w:t>the source of this food is God himself.</w:t>
      </w:r>
    </w:p>
    <w:p>
      <w:pPr>
        <w:jc w:val="right"/>
      </w:pPr>
      <w:r>
        <w:t>دا سورس اف دس فوڈ از گاڈ ہم سیلف۔</w:t>
      </w:r>
    </w:p>
    <w:p>
      <w:r>
        <w:rPr>
          <w:b/>
        </w:rPr>
        <w:t xml:space="preserve">[45:58] </w:t>
      </w:r>
      <w:r>
        <w:t>when we remember God, when we contact with God, we receive inspirations from God.</w:t>
      </w:r>
    </w:p>
    <w:p>
      <w:pPr>
        <w:jc w:val="right"/>
      </w:pPr>
      <w:r>
        <w:t>وین وی ریممبر گاڈ، وین وی کنٹیکٹ ود گاڈ، وی ریسیو انسپیریشنز فرام گاڈ۔</w:t>
      </w:r>
    </w:p>
    <w:p>
      <w:r>
        <w:rPr>
          <w:b/>
        </w:rPr>
        <w:t xml:space="preserve">[46:11] </w:t>
      </w:r>
      <w:r>
        <w:t>inspirations from God.</w:t>
      </w:r>
    </w:p>
    <w:p>
      <w:pPr>
        <w:jc w:val="right"/>
      </w:pPr>
      <w:r>
        <w:t>انسپیریشنز فرام گاڈ۔</w:t>
      </w:r>
    </w:p>
    <w:p>
      <w:r>
        <w:rPr>
          <w:b/>
        </w:rPr>
        <w:t xml:space="preserve">[46:16] </w:t>
      </w:r>
      <w:r>
        <w:t>when one tries to make contact with God, he will find God and he will receive inspirations from God.</w:t>
      </w:r>
    </w:p>
    <w:p>
      <w:pPr>
        <w:jc w:val="right"/>
      </w:pPr>
      <w:r>
        <w:t>وین ون ٹرائیز ٹو میک کنٹیکٹ ود گاڈ، ہی ول فائنڈ گاڈ اینڈ ہی ول ریسیو انسپیریشنز فرام گاڈ۔</w:t>
      </w:r>
    </w:p>
    <w:p>
      <w:r>
        <w:rPr>
          <w:b/>
        </w:rPr>
        <w:t xml:space="preserve">[46:27] </w:t>
      </w:r>
      <w:r>
        <w:t>according to my experience, it is this divine inspiration that is the spiritual food. and it is, and everyone can attain this spirituality, this spiritual food.</w:t>
      </w:r>
    </w:p>
    <w:p>
      <w:pPr>
        <w:jc w:val="right"/>
      </w:pPr>
      <w:r>
        <w:t>اکارڈنگ ٹو مائی ایکسپیرینس، اٹ از دس ڈیوائن انسپیریشن دیٹ از دا سپریچول فوڈ۔ اینڈ اٹ از، اینڈ ایوری ون کین اٹین دس سپریچولٹی، دس سپریچول فوڈ۔</w:t>
      </w:r>
    </w:p>
    <w:p>
      <w:r>
        <w:rPr>
          <w:b/>
        </w:rPr>
        <w:t xml:space="preserve">[46:47] </w:t>
      </w:r>
      <w:r>
        <w:t>how does spirituality help in coping up with adverse situations? you see, adverse situation is part of our life.</w:t>
      </w:r>
    </w:p>
    <w:p>
      <w:pPr>
        <w:jc w:val="right"/>
      </w:pPr>
      <w:r>
        <w:t>ہاؤ ڈز سپریچولٹی ہیلپ ان کپنگ اپ ود ایڈورس سچویشنز؟ یو سی، ایڈورس سچویشن از پارٹ اف اور لائف۔</w:t>
      </w:r>
    </w:p>
    <w:p>
      <w:r>
        <w:rPr>
          <w:b/>
        </w:rPr>
        <w:t xml:space="preserve">[46:58] </w:t>
      </w:r>
      <w:r>
        <w:t>there is no exception. everyone faces such kind of situation.</w:t>
      </w:r>
    </w:p>
    <w:p>
      <w:pPr>
        <w:jc w:val="right"/>
      </w:pPr>
      <w:r>
        <w:t>دیر از نو ایکسیپشن۔ ایوری ون فیسز سچ کائنڈ اف سچویشن۔</w:t>
      </w:r>
    </w:p>
    <w:p>
      <w:r>
        <w:rPr>
          <w:b/>
        </w:rPr>
        <w:t xml:space="preserve">[47:11] </w:t>
      </w:r>
      <w:r>
        <w:t>in everyone's life, there are some moments like this. but what is required?</w:t>
      </w:r>
    </w:p>
    <w:p>
      <w:pPr>
        <w:jc w:val="right"/>
      </w:pPr>
      <w:r>
        <w:t>ان ایوری ونز لائف، دیر ار سم مومنٹس لائک دس۔ بٹ واٹ از ریکوائرڈ؟</w:t>
      </w:r>
    </w:p>
    <w:p>
      <w:r>
        <w:rPr>
          <w:b/>
        </w:rPr>
        <w:t xml:space="preserve">[47:20] </w:t>
      </w:r>
      <w:r>
        <w:t>that is spiritual thinking, spiritual mind. and what is spiritual mind</w:t>
      </w:r>
    </w:p>
    <w:p>
      <w:pPr>
        <w:jc w:val="right"/>
      </w:pPr>
      <w:r>
        <w:t>دیٹ از سپریچول تھنکنگ، سپریچول مائنڈ۔ اینڈ واٹ از سپریچول مائنڈ</w:t>
      </w:r>
    </w:p>
    <w:p>
      <w:r>
        <w:rPr>
          <w:b/>
        </w:rPr>
        <w:t xml:space="preserve">[47:27] </w:t>
      </w:r>
      <w:r>
        <w:t>that is contentment. in Arabic is qanaat. without contentment, there is no other way</w:t>
      </w:r>
    </w:p>
    <w:p>
      <w:pPr>
        <w:jc w:val="right"/>
      </w:pPr>
      <w:r>
        <w:t>؟ دیٹ از کنٹینمنٹ۔ ان عربک از قناعت۔ وداؤٹ کنٹینمنٹ، دیر از نو ادر وے</w:t>
      </w:r>
    </w:p>
    <w:p>
      <w:r>
        <w:rPr>
          <w:b/>
        </w:rPr>
        <w:t xml:space="preserve">[47:41] </w:t>
      </w:r>
      <w:r>
        <w:t>because you are destined to live in problems, in difficulties, in losses.</w:t>
      </w:r>
    </w:p>
    <w:p>
      <w:pPr>
        <w:jc w:val="right"/>
      </w:pPr>
      <w:r>
        <w:t>بیکاز یو ار ڈسٹنٹ ٹو لیو ان پرابلمز، ان ڈیفیکلٹیز، ان لاسز۔</w:t>
      </w:r>
    </w:p>
    <w:p>
      <w:r>
        <w:rPr>
          <w:b/>
        </w:rPr>
        <w:t xml:space="preserve">[47:52] </w:t>
      </w:r>
      <w:r>
        <w:t>so you have to be patient. you have to keep</w:t>
      </w:r>
    </w:p>
    <w:p>
      <w:pPr>
        <w:jc w:val="right"/>
      </w:pPr>
      <w:r>
        <w:t>سو یو ہیو ٹو بی پیشنٹ۔ یو ہیو ٹو کیپ پی</w:t>
      </w:r>
    </w:p>
    <w:p>
      <w:r>
        <w:rPr>
          <w:b/>
        </w:rPr>
        <w:t xml:space="preserve">[47:56] </w:t>
      </w:r>
      <w:r>
        <w:t>patience. you have to keep contentment. otherwise, you will go to tension and stress.</w:t>
      </w:r>
    </w:p>
    <w:p>
      <w:pPr>
        <w:jc w:val="right"/>
      </w:pPr>
      <w:r>
        <w:t>شنس۔ یو ہیو ٹو کیپ کنٹینمنٹ۔ ادروائز، یو ول گو ٹو ٹینشن اینڈ اسٹریس۔</w:t>
      </w:r>
    </w:p>
    <w:p>
      <w:r>
        <w:rPr>
          <w:b/>
        </w:rPr>
        <w:t xml:space="preserve">[48:10] </w:t>
      </w:r>
      <w:r>
        <w:t>everyone suffers. suffering is a part of life. so you have to take sufferings as a lesson.</w:t>
      </w:r>
    </w:p>
    <w:p>
      <w:pPr>
        <w:jc w:val="right"/>
      </w:pPr>
      <w:r>
        <w:t>ایوری ون سفرز۔ سفرنگ از ا پارٹ اف لائف۔ سو یو ہیو ٹو ٹیک سفرنگز ایز ا لیسن۔</w:t>
      </w:r>
    </w:p>
    <w:p>
      <w:r>
        <w:rPr>
          <w:b/>
        </w:rPr>
        <w:t xml:space="preserve">[48:22] </w:t>
      </w:r>
      <w:r>
        <w:t>and in every suffering, there are lessons.</w:t>
      </w:r>
    </w:p>
    <w:p>
      <w:pPr>
        <w:jc w:val="right"/>
      </w:pPr>
      <w:r>
        <w:t>اینڈ ان ایوری سفرنگ، دیر ار لیسنز۔</w:t>
      </w:r>
    </w:p>
    <w:p>
      <w:r>
        <w:rPr>
          <w:b/>
        </w:rPr>
        <w:t xml:space="preserve">[48:26] </w:t>
      </w:r>
      <w:r>
        <w:t>so if you, if you extract lessons from suffering, then suffering is not evil, but suffering becomes a good experience.</w:t>
      </w:r>
    </w:p>
    <w:p>
      <w:pPr>
        <w:jc w:val="right"/>
      </w:pPr>
      <w:r>
        <w:t>سو اف یو، اف یو ایکسٹریکٹ لیسنز فرام سفرنگ، دین سفرنگ از ناٹ ایول، بٹ سفرنگ بیکمز ا گڈ ایکسپیرینس۔</w:t>
      </w:r>
    </w:p>
    <w:p>
      <w:r>
        <w:rPr>
          <w:b/>
        </w:rPr>
        <w:t xml:space="preserve">[48:43] </w:t>
      </w:r>
      <w:r>
        <w:t>this is my spirituality. Maulana, what is the importance of surrendering to God?</w:t>
      </w:r>
    </w:p>
    <w:p>
      <w:pPr>
        <w:jc w:val="right"/>
      </w:pPr>
      <w:r>
        <w:t>دس از مائی سپریچولٹی۔ مولانا، واٹ از دی امپورٹنس اف سرینڈرنگ ٹو گاڈ؟</w:t>
      </w:r>
    </w:p>
    <w:p>
      <w:r>
        <w:rPr>
          <w:b/>
        </w:rPr>
        <w:t xml:space="preserve">[48:55] </w:t>
      </w:r>
      <w:r>
        <w:t>surrendering to God is essence of spirituality. without surrendering, you are Mr Ego, Mr Arrogant.</w:t>
      </w:r>
    </w:p>
    <w:p>
      <w:pPr>
        <w:jc w:val="right"/>
      </w:pPr>
      <w:r>
        <w:t>سرینڈرنگ ٹو گاڈ از ایسنس اف سپریچولٹی۔ وداؤٹ سرینڈرنگ، یو ار مسٹر ایگو، مسٹر اروگنٹ۔</w:t>
      </w:r>
    </w:p>
    <w:p>
      <w:r>
        <w:rPr>
          <w:b/>
        </w:rPr>
        <w:t xml:space="preserve">[49:08] </w:t>
      </w:r>
      <w:r>
        <w:t>surrendering to God means surrendering to reality. God is our creator. God is our sustainer.</w:t>
      </w:r>
    </w:p>
    <w:p>
      <w:pPr>
        <w:jc w:val="right"/>
      </w:pPr>
      <w:r>
        <w:t>سرینڈرنگ ٹو گاڈ مینز سرینڈرنگ ٹو ریلیٹی۔ گاڈ از اور کریٹر۔ گاڈ از اور سسٹینر۔</w:t>
      </w:r>
    </w:p>
    <w:p>
      <w:r>
        <w:rPr>
          <w:b/>
        </w:rPr>
        <w:t xml:space="preserve">[49:18] </w:t>
      </w:r>
      <w:r>
        <w:t>God is the Lord of the universe.</w:t>
      </w:r>
    </w:p>
    <w:p>
      <w:pPr>
        <w:jc w:val="right"/>
      </w:pPr>
      <w:r>
        <w:t>گاڈ از دا لارڈ اف دا یونیورس۔</w:t>
      </w:r>
    </w:p>
    <w:p>
      <w:r>
        <w:rPr>
          <w:b/>
        </w:rPr>
        <w:t xml:space="preserve">[49:21] </w:t>
      </w:r>
      <w:r>
        <w:t>so surrendering before God means surrendering to the reality. this surrendering makes you realist.</w:t>
      </w:r>
    </w:p>
    <w:p>
      <w:pPr>
        <w:jc w:val="right"/>
      </w:pPr>
      <w:r>
        <w:t>سو سرینڈرنگ بیفور گاڈ مینز سرینڈرنگ ٹو دا ریلیٹی۔ دس سرینڈرنگ میکس یو ریلسٹ۔</w:t>
      </w:r>
    </w:p>
    <w:p>
      <w:r>
        <w:rPr>
          <w:b/>
        </w:rPr>
        <w:t xml:space="preserve">[49:32] </w:t>
      </w:r>
      <w:r>
        <w:t>this surrendering makes you modest. there is no other way.</w:t>
      </w:r>
    </w:p>
    <w:p>
      <w:pPr>
        <w:jc w:val="right"/>
      </w:pPr>
      <w:r>
        <w:t>دس سرینڈرنگ میکس یو ماڈسٹ۔ دیر از نو ادر وے۔</w:t>
      </w:r>
    </w:p>
    <w:p>
      <w:r>
        <w:rPr>
          <w:b/>
        </w:rPr>
        <w:t xml:space="preserve">[49:39] </w:t>
      </w:r>
      <w:r>
        <w:t>without surrendering, you are, you are arrogant and you are a, you will lose the real,</w:t>
      </w:r>
    </w:p>
    <w:p>
      <w:pPr>
        <w:jc w:val="right"/>
      </w:pPr>
      <w:r>
        <w:t>وداؤٹ سرینڈرنگ، یو ار، یو ار اروگنٹ اینڈ یو ار ا، یو ول لوز دا ریل،</w:t>
      </w:r>
    </w:p>
    <w:p>
      <w:r>
        <w:rPr>
          <w:b/>
        </w:rPr>
        <w:t xml:space="preserve">[49:59] </w:t>
      </w:r>
      <w:r>
        <w:t>realistic approach. so all these positive quality are only a result of surrendering.</w:t>
      </w:r>
    </w:p>
    <w:p>
      <w:pPr>
        <w:jc w:val="right"/>
      </w:pPr>
      <w:r>
        <w:t>ریلسٹک اپروچ۔ سو ال دیز پوزیٹیو کوالٹی ار اونلی ا رزلٹ اف سرینڈرنگ۔</w:t>
      </w:r>
    </w:p>
    <w:p>
      <w:r>
        <w:rPr>
          <w:b/>
        </w:rPr>
        <w:t xml:space="preserve">[50:10] </w:t>
      </w:r>
      <w:r>
        <w:t>according to my experience, one who is not ready to surrender before God, he will go to negative thinking.</w:t>
      </w:r>
    </w:p>
    <w:p>
      <w:pPr>
        <w:jc w:val="right"/>
      </w:pPr>
      <w:r>
        <w:t>اکارڈنگ ٹو مائی ایکسپیرینس، ون ہو از ناٹ ریڈی ٹو سرینڈر بیفور گاڈ، ہی ول گو ٹو نیگیٹیو تھنکنگ۔</w:t>
      </w:r>
    </w:p>
    <w:p>
      <w:r>
        <w:rPr>
          <w:b/>
        </w:rPr>
        <w:t xml:space="preserve">[50:20] </w:t>
      </w:r>
      <w:r>
        <w:t>he will become a arrogant person. he will lose modesty. so all these things are great obstacle towards spiritual development.</w:t>
      </w:r>
    </w:p>
    <w:p>
      <w:pPr>
        <w:jc w:val="right"/>
      </w:pPr>
      <w:r>
        <w:t>ہی ول بیکم ا اروگنٹ پرسن۔ ہی ول لوز ماڈسٹی۔ سو ال دیز تھنگز ار گریٹ ابسٹیکل ٹورڈز سپریچول ڈیولپمنٹ۔</w:t>
      </w:r>
    </w:p>
    <w:p>
      <w:r>
        <w:rPr>
          <w:b/>
        </w:rPr>
        <w:t xml:space="preserve">[50:39] </w:t>
      </w:r>
      <w:r>
        <w:t>does silence play a role in spirituality? silence? yes. silence is, silence is very important in spirituality.</w:t>
      </w:r>
    </w:p>
    <w:p>
      <w:pPr>
        <w:jc w:val="right"/>
      </w:pPr>
      <w:r>
        <w:t>ڈز سائلنس پلے ا رول ان سپریچولٹی؟ سائلنس؟ یس۔ سائلنس از، سائلنس از ویری امپورٹنٹ ان سپریچولٹی۔</w:t>
      </w:r>
    </w:p>
    <w:p>
      <w:r>
        <w:rPr>
          <w:b/>
        </w:rPr>
        <w:t xml:space="preserve">[50:53] </w:t>
      </w:r>
      <w:r>
        <w:t>very, very important. because when you are silent, you are thinking. silence means thinking.</w:t>
      </w:r>
    </w:p>
    <w:p>
      <w:pPr>
        <w:jc w:val="right"/>
      </w:pPr>
      <w:r>
        <w:t>ویری، ویری امپورٹنٹ۔ بیکاز وین یو ار سائلنٹ، یو ار تھنکنگ۔ سائلنس مینز تھنکنگ۔</w:t>
      </w:r>
    </w:p>
    <w:p>
      <w:r>
        <w:rPr>
          <w:b/>
        </w:rPr>
        <w:t xml:space="preserve">[51:03] </w:t>
      </w:r>
      <w:r>
        <w:t>when you are speaking, it means you are not thinking.</w:t>
      </w:r>
    </w:p>
    <w:p>
      <w:pPr>
        <w:jc w:val="right"/>
      </w:pPr>
      <w:r>
        <w:t>وین یو ار سپیکنگ، اٹ مینز یو ار ناٹ تھنکنگ۔</w:t>
      </w:r>
    </w:p>
    <w:p>
      <w:r>
        <w:rPr>
          <w:b/>
        </w:rPr>
        <w:t xml:space="preserve">[51:08] </w:t>
      </w:r>
      <w:r>
        <w:t>but when you are silent, it means that you are thinking. and thinking is the main source of spirituality.</w:t>
      </w:r>
    </w:p>
    <w:p>
      <w:pPr>
        <w:jc w:val="right"/>
      </w:pPr>
      <w:r>
        <w:t>بٹ وین یو ار سائلنٹ، اٹ مینز دیٹ یو ار تھنکنگ۔ اینڈ تھنکنگ از دا مین سورس اف سپریچولٹی۔</w:t>
      </w:r>
    </w:p>
    <w:p>
      <w:r>
        <w:rPr>
          <w:b/>
        </w:rPr>
        <w:t xml:space="preserve">[51:19] </w:t>
      </w:r>
      <w:r>
        <w:t>there is a well known saying that when I am speaking, I am not thinking.</w:t>
      </w:r>
    </w:p>
    <w:p>
      <w:pPr>
        <w:jc w:val="right"/>
      </w:pPr>
      <w:r>
        <w:t>دیر از ا ویل نون سینگ دیٹ وین ائی ایم سپیکنگ، ائی ایم ناٹ تھنکنگ۔</w:t>
      </w:r>
    </w:p>
    <w:p>
      <w:r>
        <w:rPr>
          <w:b/>
        </w:rPr>
        <w:t xml:space="preserve">[51:30] </w:t>
      </w:r>
      <w:r>
        <w:t>some one has said that when I am speaking, I am not thinking. so silence means thinking.</w:t>
      </w:r>
    </w:p>
    <w:p>
      <w:pPr>
        <w:jc w:val="right"/>
      </w:pPr>
      <w:r>
        <w:t>سم ون ہیز سیڈ دیٹ وین ائی ایم سپیکنگ، ائی ایم ناٹ تھنکنگ۔ سو سائلنس مینز تھنکنگ۔</w:t>
      </w:r>
    </w:p>
    <w:p>
      <w:r>
        <w:rPr>
          <w:b/>
        </w:rPr>
        <w:t xml:space="preserve">[51:41] </w:t>
      </w:r>
      <w:r>
        <w:t>and without thinking, there is no spirituality.</w:t>
      </w:r>
    </w:p>
    <w:p>
      <w:pPr>
        <w:jc w:val="right"/>
      </w:pPr>
      <w:r>
        <w:t>اینڈ وداؤٹ تھنکنگ، دیر از نو سپریچولٹی۔</w:t>
      </w:r>
    </w:p>
    <w:p>
      <w:r>
        <w:rPr>
          <w:b/>
        </w:rPr>
        <w:t xml:space="preserve">[51:48] </w:t>
      </w:r>
      <w:r>
        <w:t>so I, there is a hadith, very relevant hadith. the prophet of Islam has said that man summat naja,</w:t>
      </w:r>
    </w:p>
    <w:p>
      <w:pPr>
        <w:jc w:val="right"/>
      </w:pPr>
      <w:r>
        <w:t>سو ائی، دیر از ا حدیث، ویری ریلیونٹ حدیث۔ دا پرافٹ اف اسلام ہیز سیڈ دیٹ من سمت نجا،</w:t>
      </w:r>
    </w:p>
    <w:p>
      <w:r>
        <w:rPr>
          <w:b/>
        </w:rPr>
        <w:t xml:space="preserve">[52:04] </w:t>
      </w:r>
      <w:r>
        <w:t>who will get salvation who observe silence.</w:t>
      </w:r>
    </w:p>
    <w:p>
      <w:pPr>
        <w:jc w:val="right"/>
      </w:pPr>
      <w:r>
        <w:t>دو ہی ول گیٹ سالویشن ہو ابزرو سائلنس۔</w:t>
      </w:r>
    </w:p>
    <w:p>
      <w:r>
        <w:rPr>
          <w:b/>
        </w:rPr>
        <w:t xml:space="preserve">[52:12] </w:t>
      </w:r>
      <w:r>
        <w:t>so silence is the way, way to salvation.</w:t>
      </w:r>
    </w:p>
    <w:p>
      <w:pPr>
        <w:jc w:val="right"/>
      </w:pPr>
      <w:r>
        <w:t>تو سائلنس از دا وے، وے ٹو سالویشن۔</w:t>
      </w:r>
    </w:p>
    <w:p>
      <w:r>
        <w:rPr>
          <w:b/>
        </w:rPr>
        <w:t xml:space="preserve">[52:19] </w:t>
      </w:r>
      <w:r>
        <w:t>so salvation, so, so silence is very important quality of a human being.</w:t>
      </w:r>
    </w:p>
    <w:p>
      <w:pPr>
        <w:jc w:val="right"/>
      </w:pPr>
      <w:r>
        <w:t>سو سالویشن، سو، سو سائلنس از ویری امپورٹنٹ کوالٹی اف ا ہیومن بینگ۔</w:t>
      </w:r>
    </w:p>
    <w:p>
      <w:r>
        <w:rPr>
          <w:b/>
        </w:rPr>
        <w:t xml:space="preserve">[52:30] </w:t>
      </w:r>
      <w:r>
        <w:t>thank you, Maulana Wahiduddin Khan. thank you.</w:t>
      </w:r>
    </w:p>
    <w:p>
      <w:pPr>
        <w:jc w:val="right"/>
      </w:pPr>
      <w:r>
        <w:t>تھینک یو، مولانا وحید الدین خان۔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