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Ikhwan-e-Rasool March 24, 2012 Maulana Wahiduddin Khan</w:t>
      </w:r>
    </w:p>
    <w:p>
      <w:r>
        <w:t>https://www.youtube.com/watch?v=tu2SSg6Ykmg</w:t>
      </w:r>
    </w:p>
    <w:p>
      <w:r>
        <w:rPr>
          <w:b/>
        </w:rPr>
        <w:t xml:space="preserve">[00:28] </w:t>
      </w:r>
      <w:r>
        <w:t>wahal al-uqdah min lisani yafqahu qawli.</w:t>
      </w:r>
    </w:p>
    <w:p>
      <w:pPr>
        <w:jc w:val="right"/>
      </w:pPr>
      <w:r>
        <w:t>واحل العقدۃ من لسانی یفقہ قولی۔</w:t>
      </w:r>
    </w:p>
    <w:p>
      <w:r>
        <w:rPr>
          <w:b/>
        </w:rPr>
        <w:t xml:space="preserve">[00:36] </w:t>
      </w:r>
      <w:r>
        <w:t>aaj ke topic par bolne se pehle main aap ko ek naseehat karna chahta hoon,</w:t>
      </w:r>
    </w:p>
    <w:p>
      <w:pPr>
        <w:jc w:val="right"/>
      </w:pPr>
      <w:r>
        <w:t>آج کے ٹاپک پر بولنے سے پہلے میں آپ کو ایک نصیحت کرنا چاہتا ہوں،</w:t>
      </w:r>
    </w:p>
    <w:p>
      <w:r>
        <w:rPr>
          <w:b/>
        </w:rPr>
        <w:t xml:space="preserve">[00:46] </w:t>
      </w:r>
      <w:r>
        <w:t>woh yeh ke</w:t>
      </w:r>
    </w:p>
    <w:p>
      <w:pPr>
        <w:jc w:val="right"/>
      </w:pPr>
      <w:r>
        <w:t>وہ یہ کہ</w:t>
      </w:r>
    </w:p>
    <w:p>
      <w:r>
        <w:rPr>
          <w:b/>
        </w:rPr>
        <w:t xml:space="preserve">[00:50] </w:t>
      </w:r>
      <w:r>
        <w:t>sab se bari ibadat shukr hai.</w:t>
      </w:r>
    </w:p>
    <w:p>
      <w:pPr>
        <w:jc w:val="right"/>
      </w:pPr>
      <w:r>
        <w:t>سب سے بڑی عبادت شکر ہے۔</w:t>
      </w:r>
    </w:p>
    <w:p>
      <w:r>
        <w:rPr>
          <w:b/>
        </w:rPr>
        <w:t xml:space="preserve">[00:54] </w:t>
      </w:r>
      <w:r>
        <w:t>alhamdulillah rabbul alameen, hamd ka matlab hai shukr. sab se bari ibadat shukr hai.</w:t>
      </w:r>
    </w:p>
    <w:p>
      <w:pPr>
        <w:jc w:val="right"/>
      </w:pPr>
      <w:r>
        <w:t>الحمدللہ رب العالمین، حمد کا مطلب ہے شکر۔ سب سے بڑی عبادت شکر ہے۔</w:t>
      </w:r>
    </w:p>
    <w:p>
      <w:r>
        <w:rPr>
          <w:b/>
        </w:rPr>
        <w:t xml:space="preserve">[01:04] </w:t>
      </w:r>
      <w:r>
        <w:t>dekhiye, quran mein hai ke "sakhara lakum ma fis samawati wa ma fil ardi jameea" yaani poori hi zameen o aasman, poori kainat tumhare liye musakhkhar kar di gayi, yaani tumhare kaam mein laga di gayi.</w:t>
      </w:r>
    </w:p>
    <w:p>
      <w:pPr>
        <w:jc w:val="right"/>
      </w:pPr>
      <w:r>
        <w:t>دیکھیے، قرآن میں ہے کہ "سخر لکم مافی السماوات مافی الارض جمیعہ" یعنی پوری ہی زمین و آسمان، پوری کائنات تمہارے لیے مسخر کر دی گئی، یعنی تمہارے کام میں لگا دی گئی۔</w:t>
      </w:r>
    </w:p>
    <w:p>
      <w:r>
        <w:rPr>
          <w:b/>
        </w:rPr>
        <w:t xml:space="preserve">[01:27] </w:t>
      </w:r>
      <w:r>
        <w:t>to is ka matlab yeh hai ke aap ke liye Allah taala ne kainaati atiya ya universal blessing diya hai aap ko.</w:t>
      </w:r>
    </w:p>
    <w:p>
      <w:pPr>
        <w:jc w:val="right"/>
      </w:pPr>
      <w:r>
        <w:t>تو اس کا مطلب یہ ہے کہ آپ کے لیے اللہ تعالیٰ نے کائناتی عطیہ یا یونیورسل بلیسنگ دیا ہے آپ کو۔</w:t>
      </w:r>
    </w:p>
    <w:p>
      <w:r>
        <w:rPr>
          <w:b/>
        </w:rPr>
        <w:t xml:space="preserve">[01:40] </w:t>
      </w:r>
      <w:r>
        <w:t>to jis darje ka atiya, usi darje ka shukr. shukr mani acknowledge karna, eteraaf karna.</w:t>
      </w:r>
    </w:p>
    <w:p>
      <w:pPr>
        <w:jc w:val="right"/>
      </w:pPr>
      <w:r>
        <w:t>تو جس درجے کا عطیہ، اسی درجے کا شکر۔ شکر معنی اکنالج کرنا، اعتراف کرنا۔</w:t>
      </w:r>
    </w:p>
    <w:p>
      <w:r>
        <w:rPr>
          <w:b/>
        </w:rPr>
        <w:t xml:space="preserve">[01:49] </w:t>
      </w:r>
      <w:r>
        <w:t>to aap mein se har ek ko main naseehat karta hoon ke kisi shukr ke item ko itna badhaiye, itna badhaiye ke universe ke barabar ho jaye woh.</w:t>
      </w:r>
    </w:p>
    <w:p>
      <w:pPr>
        <w:jc w:val="right"/>
      </w:pPr>
      <w:r>
        <w:t>تو آپ میں سے ہر ایک کو میں نصیحت کرتا ہوں کہ کسی شکر کے آئٹم کو اتنا بڑھائیے، اتنا بڑھائیے کہ یونیورس کے برابر ہو جائے وہ۔</w:t>
      </w:r>
    </w:p>
    <w:p>
      <w:r>
        <w:rPr>
          <w:b/>
        </w:rPr>
        <w:t xml:space="preserve">[02:04] </w:t>
      </w:r>
      <w:r>
        <w:t>tab ja kar aisa hoga ke aap universal shukr kar painge. misaal ke taur par aap saans lete hain to sochiye ke saari kainat mil kar ke woh nizaam banati hai jis se mujhe oxygen supply ho.</w:t>
      </w:r>
    </w:p>
    <w:p>
      <w:pPr>
        <w:jc w:val="right"/>
      </w:pPr>
      <w:r>
        <w:t>تب جا کر ایسا ہوگا کہ آپ یونیورسل شکر کر پائیں گے۔ مثلاً آپ سانس لیتے ہیں تو سوچیے کہ ساری کائنات مل کر کے وہ نظام بناتی ہے جس سے مجھے آکسیجن سپلائی ہو۔</w:t>
      </w:r>
    </w:p>
    <w:p>
      <w:r>
        <w:rPr>
          <w:b/>
        </w:rPr>
        <w:t xml:space="preserve">[02:21] </w:t>
      </w:r>
      <w:r>
        <w:t>isi tarah har cheez. tab aap ko woh bara shukr hasil hoga jo matloob hai.</w:t>
      </w:r>
    </w:p>
    <w:p>
      <w:pPr>
        <w:jc w:val="right"/>
      </w:pPr>
      <w:r>
        <w:t>اسی طرح ہر چیز۔ تب آپ کو وہ بڑا شکر حاصل ہوگا جو مطلوب ہے۔</w:t>
      </w:r>
    </w:p>
    <w:p>
      <w:r>
        <w:rPr>
          <w:b/>
        </w:rPr>
        <w:t xml:space="preserve">[02:31] </w:t>
      </w:r>
      <w:r>
        <w:t>to jab kainaati atiya hai Allah ki taraf se to aap ko bhi Allah ka kainaati shukr karna hai. jab Allah ki taraf se aap ko universal blessing di gayi hai to aap ko bhi universal shukr karna chahiye Allah taala ka.</w:t>
      </w:r>
    </w:p>
    <w:p>
      <w:pPr>
        <w:jc w:val="right"/>
      </w:pPr>
      <w:r>
        <w:t>تو جب کائناتی عطیہ ہے اللہ کی طرف سے تو آپ کو بھی اللہ کا کائناتی شکر کرنا ہے۔ جب اللہ کی طرف سے آپ کو یونیورسل بلیسنگ دی گئی ہے تو آپ کو بھی یونیورسل شکر کرنا چاہیے اللہ تعالیٰ کا۔</w:t>
      </w:r>
    </w:p>
    <w:p>
      <w:r>
        <w:rPr>
          <w:b/>
        </w:rPr>
        <w:t xml:space="preserve">[02:54] </w:t>
      </w:r>
      <w:r>
        <w:t>yahi raaz e hayat hai. jab aap is tarah shukr ke sath dunya mein jeinge,</w:t>
      </w:r>
    </w:p>
    <w:p>
      <w:pPr>
        <w:jc w:val="right"/>
      </w:pPr>
      <w:r>
        <w:t>یہی راز حیات ہے۔ جب آپ اس طرح شکر کے ساتھ دنیا میں جیئیں گے،</w:t>
      </w:r>
    </w:p>
    <w:p>
      <w:r>
        <w:rPr>
          <w:b/>
        </w:rPr>
        <w:t xml:space="preserve">[03:03] </w:t>
      </w:r>
      <w:r>
        <w:t>tab aap ko woh zindagi hasil hogi jo Allah ki nazar mein ek matloob zindagi hai.</w:t>
      </w:r>
    </w:p>
    <w:p>
      <w:pPr>
        <w:jc w:val="right"/>
      </w:pPr>
      <w:r>
        <w:t>تب آپ کو وہ زندگی حاصل ہوگی جو اللہ کی نظر میں ایک مطلوب زندگی ہے۔</w:t>
      </w:r>
    </w:p>
    <w:p>
      <w:r>
        <w:rPr>
          <w:b/>
        </w:rPr>
        <w:t xml:space="preserve">[03:15] </w:t>
      </w:r>
      <w:r>
        <w:t>aaj ka topic hai ikhwaan e rasool ke bare mein.</w:t>
      </w:r>
    </w:p>
    <w:p>
      <w:pPr>
        <w:jc w:val="right"/>
      </w:pPr>
      <w:r>
        <w:t>آج کا ٹاپک ہے اخوان رسول کے بارے میں۔</w:t>
      </w:r>
    </w:p>
    <w:p>
      <w:r>
        <w:rPr>
          <w:b/>
        </w:rPr>
        <w:t xml:space="preserve">[03:23] </w:t>
      </w:r>
      <w:r>
        <w:t>dekhiye, ahadees se maloom hota hai ke rasool Allah ki ummat mein do bohat hi khaas role hain.</w:t>
      </w:r>
    </w:p>
    <w:p>
      <w:pPr>
        <w:jc w:val="right"/>
      </w:pPr>
      <w:r>
        <w:t>دیکھیے، احادیث سے معلوم ہوتا ہے کہ رسول اللہ کی امت میں دو بہت ہی خاص رول ہیں۔</w:t>
      </w:r>
    </w:p>
    <w:p>
      <w:r>
        <w:rPr>
          <w:b/>
        </w:rPr>
        <w:t xml:space="preserve">[03:36] </w:t>
      </w:r>
      <w:r>
        <w:t>ek role ashaab e rasool ka hai, ek role ikhwaan e rasool ka hai.</w:t>
      </w:r>
    </w:p>
    <w:p>
      <w:pPr>
        <w:jc w:val="right"/>
      </w:pPr>
      <w:r>
        <w:t>ایک رول اصحاب رسول کا ہے، ایک رول اخوان رسول کا ہے۔</w:t>
      </w:r>
    </w:p>
    <w:p>
      <w:r>
        <w:rPr>
          <w:b/>
        </w:rPr>
        <w:t xml:space="preserve">[03:44] </w:t>
      </w:r>
      <w:r>
        <w:t>to ashaab e rasool ko to saare log jante hain,</w:t>
      </w:r>
    </w:p>
    <w:p>
      <w:pPr>
        <w:jc w:val="right"/>
      </w:pPr>
      <w:r>
        <w:t>تو اصحاب رسول کو تو سارے لوگ جانتے ہیں،</w:t>
      </w:r>
    </w:p>
    <w:p>
      <w:r>
        <w:rPr>
          <w:b/>
        </w:rPr>
        <w:t xml:space="preserve">[03:49] </w:t>
      </w:r>
      <w:r>
        <w:t>lekin ikhwaan e rasool ka lafz abhi tak sirf kitabon mein tha.</w:t>
      </w:r>
    </w:p>
    <w:p>
      <w:pPr>
        <w:jc w:val="right"/>
      </w:pPr>
      <w:r>
        <w:t>لیکن اخوان رسول کا لفظ ابھی تک صرف کتابوں میں تھا۔</w:t>
      </w:r>
    </w:p>
    <w:p>
      <w:r>
        <w:rPr>
          <w:b/>
        </w:rPr>
        <w:t xml:space="preserve">[03:58] </w:t>
      </w:r>
      <w:r>
        <w:t>hum ne Allah ki tofeeq se is par duaein keen aur is ki tehqeeq ki. to yeh maloom hua ke ikhwaan e rasool ka jo role hai, is ka waqt aa gaya hai.</w:t>
      </w:r>
    </w:p>
    <w:p>
      <w:pPr>
        <w:jc w:val="right"/>
      </w:pPr>
      <w:r>
        <w:t>ہم نے اللہ کی توفیق سے اس پر دعائیں کیں اور اس کی تحقیق کی۔ تو یہ معلوم ہوا کہ اخوان رسول کا جو رول ہے، اس کا وقت آ گیا ہے۔</w:t>
      </w:r>
    </w:p>
    <w:p>
      <w:r>
        <w:rPr>
          <w:b/>
        </w:rPr>
        <w:t xml:space="preserve">[04:16] </w:t>
      </w:r>
      <w:r>
        <w:t>waqt aa gaya hai. to zahir hai ke koi giroh uthega jis ko ikhwaan e rasool ka darja milega.</w:t>
      </w:r>
    </w:p>
    <w:p>
      <w:pPr>
        <w:jc w:val="right"/>
      </w:pPr>
      <w:r>
        <w:t>وقت آ گیا ہے۔ تو ظاہر ہے کہ کوئی گروہ اٹھے گا جس کو اخوان رسول کا درجہ ملے گا۔</w:t>
      </w:r>
    </w:p>
    <w:p>
      <w:r>
        <w:rPr>
          <w:b/>
        </w:rPr>
        <w:t xml:space="preserve">[04:28] </w:t>
      </w:r>
      <w:r>
        <w:t>hadees mein aata hai ke rasool Allah salallahu alaihi wasallam ne farmaya: "main chahta hoon ke main apne ikhwaan ko, apne bhaiyon ko dekhun." to sahaba ne kaha ke: "ae Khuda ke rasool!</w:t>
      </w:r>
    </w:p>
    <w:p>
      <w:pPr>
        <w:jc w:val="right"/>
      </w:pPr>
      <w:r>
        <w:t>حدیث میں آتا ہے کہ رسول اللہ صلی اللہ علیہ وسلم نے فرمایا: "میں چاہتا ہوں کہ میں اپنے اخوان کو، اپنے بھائیوں کو دیکھوں۔" تو صحابہ نے کہا کہ: "اے خدا کے رسول!</w:t>
      </w:r>
    </w:p>
    <w:p>
      <w:r>
        <w:rPr>
          <w:b/>
        </w:rPr>
        <w:t xml:space="preserve">[04:41] </w:t>
      </w:r>
      <w:r>
        <w:t>kya hum aap ke ikhwaan nahi hain?"</w:t>
      </w:r>
    </w:p>
    <w:p>
      <w:pPr>
        <w:jc w:val="right"/>
      </w:pPr>
      <w:r>
        <w:t>کیا ہم آپ کے اخوان نہیں ہیں؟"</w:t>
      </w:r>
    </w:p>
    <w:p>
      <w:r>
        <w:rPr>
          <w:b/>
        </w:rPr>
        <w:t xml:space="preserve">[04:45] </w:t>
      </w:r>
      <w:r>
        <w:t>nahi, aap ne kaha ke: "tum mere ashaab ho. ikhwaan woh log hain jo mere baad aayenge aur mere mission ke liye kaam karenge." to dekhiye, hadeeson mein aur bohat si is tarah ki peshangoiyaan hain.</w:t>
      </w:r>
    </w:p>
    <w:p>
      <w:pPr>
        <w:jc w:val="right"/>
      </w:pPr>
      <w:r>
        <w:t>نہیں، آپ نے کہا کہ: "تم میرے اصحاب ہو۔ اخوان وہ لوگ ہیں جو میرے بعد آئیں گے اور میرے مشن کے لیے کام کریں گے۔" تو دیکھیے، حدیثوں میں اور بہت سی اس طرح کی پیشنگوئیاں ہیں۔</w:t>
      </w:r>
    </w:p>
    <w:p>
      <w:r>
        <w:rPr>
          <w:b/>
        </w:rPr>
        <w:t xml:space="preserve">[05:05] </w:t>
      </w:r>
      <w:r>
        <w:t>in peshangoi ko logon ne applied way mein daryaft kiya.</w:t>
      </w:r>
    </w:p>
    <w:p>
      <w:pPr>
        <w:jc w:val="right"/>
      </w:pPr>
      <w:r>
        <w:t>ان پیشنگوئیوں کو لوگوں نے اپلائیڈ وے میں دریافت کیا۔</w:t>
      </w:r>
    </w:p>
    <w:p>
      <w:r>
        <w:rPr>
          <w:b/>
        </w:rPr>
        <w:t xml:space="preserve">[05:13] </w:t>
      </w:r>
      <w:r>
        <w:t>lekin ikhwaan e rasool ko applied way mein daryaft karna abhi tak nahi hua tha.</w:t>
      </w:r>
    </w:p>
    <w:p>
      <w:pPr>
        <w:jc w:val="right"/>
      </w:pPr>
      <w:r>
        <w:t>لیکن اخوان رسول کو اپلائیڈ وے میں دریافت کرنا ابھی تک نہیں ہوا تھا۔</w:t>
      </w:r>
    </w:p>
    <w:p>
      <w:r>
        <w:rPr>
          <w:b/>
        </w:rPr>
        <w:t xml:space="preserve">[05:21] </w:t>
      </w:r>
      <w:r>
        <w:t>misalan dekhiye, ek hadith hai ke aap ne farmaya: "lau kandil ilm bastriya latanawalahu rajalam min ahl-e-faras." yahi tarah ke alfaaz hain ya is se mushaba alfaaz hon</w:t>
      </w:r>
    </w:p>
    <w:p>
      <w:pPr>
        <w:jc w:val="right"/>
      </w:pPr>
      <w:r>
        <w:t>مثلاً دیکھیے، ایک حدیث ہے کہ آپ نے فرمایا: "لو کاندل علم بستریہ لتناولہ رجالم من اہل فارس۔" یہی طرح کے الفاظ ہیں یا اس سے مشابہ الفاظ ہوں</w:t>
      </w:r>
    </w:p>
    <w:p>
      <w:r>
        <w:rPr>
          <w:b/>
        </w:rPr>
        <w:t xml:space="preserve">[05:41] </w:t>
      </w:r>
      <w:r>
        <w:t>. mafhoom is ka yeh hai ke agar ilm sariya par hoga. qadeem zamane mein sariya ka aasman ki bulandi ke mani mein hota tha.</w:t>
      </w:r>
    </w:p>
    <w:p>
      <w:pPr>
        <w:jc w:val="right"/>
      </w:pPr>
      <w:r>
        <w:t>۔ مفہوم اس کا یہ ہے کہ اگر علم سریہ پر ہوگا۔ قدیم زمانے میں سریہ کا آسمان کی بلندی کے معنی میں ہوتا تھا۔</w:t>
      </w:r>
    </w:p>
    <w:p>
      <w:r>
        <w:rPr>
          <w:b/>
        </w:rPr>
        <w:t xml:space="preserve">[05:52] </w:t>
      </w:r>
      <w:r>
        <w:t>ga ilm agar aasman ki bulandiyon par hoga, tab bhi faras ke kuch log is ko hasil kar len ge.</w:t>
      </w:r>
    </w:p>
    <w:p>
      <w:pPr>
        <w:jc w:val="right"/>
      </w:pPr>
      <w:r>
        <w:t>گا علم اگر آسمان کی بلندیوں پر ہوگا، تب بھی فارس کے کچھ لوگ اس کو حاصل کر لیں گے۔</w:t>
      </w:r>
    </w:p>
    <w:p>
      <w:r>
        <w:rPr>
          <w:b/>
        </w:rPr>
        <w:t xml:space="preserve">[06:03] </w:t>
      </w:r>
      <w:r>
        <w:t>to ummat mein jo tabqa ahnaf ka hai, unhon ne khaas taur par is ko mantiq kiya imam abu hanifa par.</w:t>
      </w:r>
    </w:p>
    <w:p>
      <w:pPr>
        <w:jc w:val="right"/>
      </w:pPr>
      <w:r>
        <w:t>تو امت میں جو طبقہ احناف کا ہے، انہوں نے خاص طور پر اس کو منطبق کیا امام ابو حنیفہ پر۔</w:t>
      </w:r>
    </w:p>
    <w:p>
      <w:r>
        <w:rPr>
          <w:b/>
        </w:rPr>
        <w:t xml:space="preserve">[06:14] </w:t>
      </w:r>
      <w:r>
        <w:t>yani is hadith ka application unhon ne daryaft kiya. to is par kisi ko aitraaz nahi hua. agarche kuch logon ke ikhtilaf hain is mein, lekin ikhtilaf alag cheez hai aur is ko galat samajhna alag cheez hai.</w:t>
      </w:r>
    </w:p>
    <w:p>
      <w:pPr>
        <w:jc w:val="right"/>
      </w:pPr>
      <w:r>
        <w:t>یعنی اس حدیث کا ایپلیکیشن انہوں نے دریافت کیا۔ تو اس پر کسی کو اعتراض نہیں ہوا۔ اگرچہ کچھ لوگوں کے اختلاف ہیں اس میں، لیکن اختلاف الگ چیز ہے اور اس کو غلط سمجھنا الگ چیز ہے۔</w:t>
      </w:r>
    </w:p>
    <w:p>
      <w:r>
        <w:rPr>
          <w:b/>
        </w:rPr>
        <w:t xml:space="preserve">[06:29] </w:t>
      </w:r>
      <w:r>
        <w:t>to is application ko kabhi ummat mein galat nahi qarar diya gaya. aaj bhi beshumar log hain jo is ko durust mante hain.</w:t>
      </w:r>
    </w:p>
    <w:p>
      <w:pPr>
        <w:jc w:val="right"/>
      </w:pPr>
      <w:r>
        <w:t>تو اس ایپلیکیشن کو کبھی امت میں غلط نہیں قرار دیا گیا۔ آج بھی بے شمار لوگ ہیں جو اس کو درست مانتے ہیں۔</w:t>
      </w:r>
    </w:p>
    <w:p>
      <w:r>
        <w:rPr>
          <w:b/>
        </w:rPr>
        <w:t xml:space="preserve">[06:40] </w:t>
      </w:r>
      <w:r>
        <w:t>to sawal yeh hai ke isi tarah doosri cheezon ko agar hum applied way mein daryaft karen to is mein burai kya hai?</w:t>
      </w:r>
    </w:p>
    <w:p>
      <w:pPr>
        <w:jc w:val="right"/>
      </w:pPr>
      <w:r>
        <w:t>تو سوال یہ ہے کہ اسی طرح دوسری چیزوں کو اگر ہم اپلائیڈ وے میں دریافت کریں تو اس میں برائی کیا ہے؟</w:t>
      </w:r>
    </w:p>
    <w:p>
      <w:r>
        <w:rPr>
          <w:b/>
        </w:rPr>
        <w:t xml:space="preserve">[06:50] </w:t>
      </w:r>
      <w:r>
        <w:t>to</w:t>
      </w:r>
    </w:p>
    <w:p>
      <w:pPr>
        <w:jc w:val="right"/>
      </w:pPr>
      <w:r>
        <w:t>تو</w:t>
      </w:r>
    </w:p>
    <w:p>
      <w:r>
        <w:rPr>
          <w:b/>
        </w:rPr>
        <w:t xml:space="preserve">[06:51] </w:t>
      </w:r>
      <w:r>
        <w:t>main ne is ko kaha apni baat taqiron mein aur mani risala jo hamara hai us mein likha ke ghaliban mera apna jaise hai,</w:t>
      </w:r>
    </w:p>
    <w:p>
      <w:pPr>
        <w:jc w:val="right"/>
      </w:pPr>
      <w:r>
        <w:t>میں نے اس کو کہا اپنی بات تقیروں میں اور معنی رسالہ جو ہمارا ہے اس میں لکھا کہ غالباً میرا اپنا جیسے ہے،</w:t>
      </w:r>
    </w:p>
    <w:p>
      <w:r>
        <w:rPr>
          <w:b/>
        </w:rPr>
        <w:t xml:space="preserve">[07:05] </w:t>
      </w:r>
      <w:r>
        <w:t>yani probably is ko karna chahiye. CPS ka jo group hai, wahi probably ikhwan-e-rasool ka role muqaddar hai is ke liye is zamane mein.</w:t>
      </w:r>
    </w:p>
    <w:p>
      <w:pPr>
        <w:jc w:val="right"/>
      </w:pPr>
      <w:r>
        <w:t>یعنی پراببلی اس کو کرنا چاہیے۔ سی پی ایس کا جو گروپ ہے، وہی پراببلی اخوان رسول کا رول مقدر ہے اس کے لیے اس زمانے میں۔</w:t>
      </w:r>
    </w:p>
    <w:p>
      <w:r>
        <w:rPr>
          <w:b/>
        </w:rPr>
        <w:t xml:space="preserve">[07:19] </w:t>
      </w:r>
      <w:r>
        <w:t>is par bohat wah wah arai hui mere khilaf. kuch logon ne kaha ke aadmi boodha ho gaya hai, kuch bhi bolta hai.</w:t>
      </w:r>
    </w:p>
    <w:p>
      <w:pPr>
        <w:jc w:val="right"/>
      </w:pPr>
      <w:r>
        <w:t>اس پر بہت واہ واہ آرائی ہوئی میرے خلاف۔ کچھ لوگوں نے کہا کہ آدمی بوڑھا ہو گیا ہے، کچھ بھی بولتا ہے۔</w:t>
      </w:r>
    </w:p>
    <w:p>
      <w:r>
        <w:rPr>
          <w:b/>
        </w:rPr>
        <w:t xml:space="preserve">[07:33] </w:t>
      </w:r>
      <w:r>
        <w:t>pakistan se ek magazine nikalta hai, monthly magazine. us mein unhon ne likha ke yeh mazhab khez baat hai, yeh ridiculous baat hai.</w:t>
      </w:r>
    </w:p>
    <w:p>
      <w:pPr>
        <w:jc w:val="right"/>
      </w:pPr>
      <w:r>
        <w:t>پاکستان سے ایک میگزین نکلتا ہے، منتھلی میگزین۔ اس میں انہوں نے لکھا کہ یہ مذہب خیز بات ہے، یہ ریڈیکولس بات ہے۔</w:t>
      </w:r>
    </w:p>
    <w:p>
      <w:r>
        <w:rPr>
          <w:b/>
        </w:rPr>
        <w:t xml:space="preserve">[07:45] </w:t>
      </w:r>
      <w:r>
        <w:t>is tarah ki aur bohat sari baaten hain.</w:t>
      </w:r>
    </w:p>
    <w:p>
      <w:pPr>
        <w:jc w:val="right"/>
      </w:pPr>
      <w:r>
        <w:t>اس طرح کی اور بہت ساری باتیں ہیں۔</w:t>
      </w:r>
    </w:p>
    <w:p>
      <w:r>
        <w:rPr>
          <w:b/>
        </w:rPr>
        <w:t xml:space="preserve">[07:48] </w:t>
      </w:r>
      <w:r>
        <w:t>lekin</w:t>
      </w:r>
    </w:p>
    <w:p>
      <w:pPr>
        <w:jc w:val="right"/>
      </w:pPr>
      <w:r>
        <w:t>لیکن</w:t>
      </w:r>
    </w:p>
    <w:p>
      <w:r>
        <w:rPr>
          <w:b/>
        </w:rPr>
        <w:t xml:space="preserve">[07:51] </w:t>
      </w:r>
      <w:r>
        <w:t>is qism ki raaye mere nazdeek bilkul durust nahi hain. koi bhi peshangoi jo hadith mein ho, us ko agar applied way mein daryaft karen aap to is mein koi harj nahi hai.</w:t>
      </w:r>
    </w:p>
    <w:p>
      <w:pPr>
        <w:jc w:val="right"/>
      </w:pPr>
      <w:r>
        <w:t>اس قسم کی رائیں میرے نزدیک بالکل درست نہیں ہیں۔ کوئی بھی پیشنگوئی جو حدیث میں ہو، اس کو اگر اپلائیڈ وے میں دریافت کریں آپ تو اس میں کوئی حرج نہیں ہے۔</w:t>
      </w:r>
    </w:p>
    <w:p>
      <w:r>
        <w:rPr>
          <w:b/>
        </w:rPr>
        <w:t xml:space="preserve">[08:07] </w:t>
      </w:r>
      <w:r>
        <w:t>koi harj nahi hai. to main ne jo kiya, woh kuch aur nahi tha is ke siwa.</w:t>
      </w:r>
    </w:p>
    <w:p>
      <w:pPr>
        <w:jc w:val="right"/>
      </w:pPr>
      <w:r>
        <w:t>کوئی حرج نہیں ہے۔ تو میں نے جو کیا، وہ کچھ اور نہیں تھا اس کے سوا۔</w:t>
      </w:r>
    </w:p>
    <w:p>
      <w:r>
        <w:rPr>
          <w:b/>
        </w:rPr>
        <w:t xml:space="preserve">[08:16] </w:t>
      </w:r>
      <w:r>
        <w:t>yani I only tried to.</w:t>
      </w:r>
    </w:p>
    <w:p>
      <w:pPr>
        <w:jc w:val="right"/>
      </w:pPr>
      <w:r>
        <w:t>یعنی آئی اونلی ٹرائیڈ ٹو۔</w:t>
      </w:r>
    </w:p>
    <w:p>
      <w:r>
        <w:rPr>
          <w:b/>
        </w:rPr>
        <w:t xml:space="preserve">[08:24] </w:t>
      </w:r>
      <w:r>
        <w:t>I only tried to discover the application. I only tried to.</w:t>
      </w:r>
    </w:p>
    <w:p>
      <w:pPr>
        <w:jc w:val="right"/>
      </w:pPr>
      <w:r>
        <w:t>آئی اونلی ٹرائیڈ ٹو ڈسکور دا ایپلیکیشن۔ آئی اونلی ٹرائیڈ ٹو۔</w:t>
      </w:r>
    </w:p>
    <w:p>
      <w:r>
        <w:rPr>
          <w:b/>
        </w:rPr>
        <w:t xml:space="preserve">[08:34] </w:t>
      </w:r>
      <w:r>
        <w:t>to I only tried to apply this hadith in present situation.</w:t>
      </w:r>
    </w:p>
    <w:p>
      <w:pPr>
        <w:jc w:val="right"/>
      </w:pPr>
      <w:r>
        <w:t>ٹو آئی اونلی ٹرائیڈ ٹو اپلائی دس حدیث ان پریزنٹ سچویشن۔</w:t>
      </w:r>
    </w:p>
    <w:p>
      <w:r>
        <w:rPr>
          <w:b/>
        </w:rPr>
        <w:t xml:space="preserve">[08:45] </w:t>
      </w:r>
      <w:r>
        <w:t>yani main ne sirf is hadith ko</w:t>
      </w:r>
    </w:p>
    <w:p>
      <w:pPr>
        <w:jc w:val="right"/>
      </w:pPr>
      <w:r>
        <w:t>یعنی میں نے صرف اس حدیث کو</w:t>
      </w:r>
    </w:p>
    <w:p>
      <w:r>
        <w:rPr>
          <w:b/>
        </w:rPr>
        <w:t xml:space="preserve">[08:50] </w:t>
      </w:r>
      <w:r>
        <w:t>apply karne ki koshish ki. yani applied interpretation daryaft karne ki koshish ki. is mein koi harj nahi hai.</w:t>
      </w:r>
    </w:p>
    <w:p>
      <w:pPr>
        <w:jc w:val="right"/>
      </w:pPr>
      <w:r>
        <w:t>اپلائی کرنے کی کوشش کی۔ یعنی اپلائیڈ انٹرپریٹیشن دریافت کرنے کی کوشش کی۔ اس میں کوئی حرج نہیں ہے۔</w:t>
      </w:r>
    </w:p>
    <w:p>
      <w:r>
        <w:rPr>
          <w:b/>
        </w:rPr>
        <w:t xml:space="preserve">[09:00] </w:t>
      </w:r>
      <w:r>
        <w:t>lekin harj hi ki baat nahi hai. yeh is se bohat hi zyada bari baat hai. hamare paas zyada bari baat hai. dekhiye, masla yeh hai</w:t>
      </w:r>
    </w:p>
    <w:p>
      <w:pPr>
        <w:jc w:val="right"/>
      </w:pPr>
      <w:r>
        <w:t>لیکن حرج ہی کی بات نہیں ہے۔ یہ اس سے بہت ہی زیادہ بڑی بات ہے۔ ہمارے پاس زیادہ بڑی بات ہے۔ دیکھیے، مسئلہ یہ ہے</w:t>
      </w:r>
    </w:p>
    <w:p>
      <w:r>
        <w:rPr>
          <w:b/>
        </w:rPr>
        <w:t xml:space="preserve">[09:12] </w:t>
      </w:r>
      <w:r>
        <w:t>ke ummat-e-muslima do sau saal se beshumar qurbaniyan kar rahi hai. jaisa ke main ne is se pehle arz kiya tha ke satrah sau nanwanwe se qurbaniyan shuru hoti hain.</w:t>
      </w:r>
    </w:p>
    <w:p>
      <w:pPr>
        <w:jc w:val="right"/>
      </w:pPr>
      <w:r>
        <w:t>کہ امت مسلمہ دو سو سال سے بے شمار قربانیاں کر رہی ہے۔ جیسا کہ میں نے اس سے پہلے عرض کیا تھا کہ سترہ سو ننانوے سے قربانیاں شروع ہوتی ہیں۔</w:t>
      </w:r>
    </w:p>
    <w:p>
      <w:r>
        <w:rPr>
          <w:b/>
        </w:rPr>
        <w:t xml:space="preserve">[09:28] </w:t>
      </w:r>
      <w:r>
        <w:t>satrah sau nanwanwe mein usmani khilafat, jo is zamane mein ek powerful saltanat thi us ki, uska takrao hua European taqaton se.</w:t>
      </w:r>
    </w:p>
    <w:p>
      <w:pPr>
        <w:jc w:val="right"/>
      </w:pPr>
      <w:r>
        <w:t>سترہ سو ننانوے میں عثمانی خلافت، جو اس زمانے میں ایک پاورفل سلطنت تھی اس کی، اس کا ٹکراؤ ہوا یورپین طاقتوں سے۔</w:t>
      </w:r>
    </w:p>
    <w:p>
      <w:r>
        <w:rPr>
          <w:b/>
        </w:rPr>
        <w:t xml:space="preserve">[09:40] </w:t>
      </w:r>
      <w:r>
        <w:t>aur unhon ne usmani khilafat ko shikast di. un ka naval fleet ko unhon ne gharaq kar diya Britain se mein.</w:t>
      </w:r>
    </w:p>
    <w:p>
      <w:pPr>
        <w:jc w:val="right"/>
      </w:pPr>
      <w:r>
        <w:t>اور انہوں نے عثمانی خلافت کو شکست دی۔ ان کا نیول فلیٹ کو انہوں نے غرق کر دیا بریٹینسی میں۔</w:t>
      </w:r>
    </w:p>
    <w:p>
      <w:r>
        <w:rPr>
          <w:b/>
        </w:rPr>
        <w:t xml:space="preserve">[09:49] </w:t>
      </w:r>
      <w:r>
        <w:t>aik taraf yeh hua. doosri taraf yeh hua ke isi satrah sau nananve mein India mein angrezon ki laraai hui Sultan Tipu se.</w:t>
      </w:r>
    </w:p>
    <w:p>
      <w:pPr>
        <w:jc w:val="right"/>
      </w:pPr>
      <w:r>
        <w:t>ایک طرف یہ ہوا۔ دوسری طرف یہ ہوا کہ اسی سترہ سو ننانوے میں انڈیا میں انگریزوں کی لڑائی ہوئی سلطان ٹیپو سے۔</w:t>
      </w:r>
    </w:p>
    <w:p>
      <w:r>
        <w:rPr>
          <w:b/>
        </w:rPr>
        <w:t xml:space="preserve">[10:01] </w:t>
      </w:r>
      <w:r>
        <w:t>aur angrezon ne Sultan Tipu ko, un ki army ko halak kar diya.</w:t>
      </w:r>
    </w:p>
    <w:p>
      <w:pPr>
        <w:jc w:val="right"/>
      </w:pPr>
      <w:r>
        <w:t>اور انگریزوں نے سلطان ٹیپو کو، ان کی آرمی کو ہلاک کر دیا۔</w:t>
      </w:r>
    </w:p>
    <w:p>
      <w:r>
        <w:rPr>
          <w:b/>
        </w:rPr>
        <w:t xml:space="preserve">[10:09] </w:t>
      </w:r>
      <w:r>
        <w:t>is waqt se musalsal musalman lad rahe hain. aaj tak har jagah laraai.</w:t>
      </w:r>
    </w:p>
    <w:p>
      <w:pPr>
        <w:jc w:val="right"/>
      </w:pPr>
      <w:r>
        <w:t>اس وقت سے مسلسل مسلمان لڑ رہے ہیں۔ آج تک ہر جگہ لڑائی۔</w:t>
      </w:r>
    </w:p>
    <w:p>
      <w:r>
        <w:rPr>
          <w:b/>
        </w:rPr>
        <w:t xml:space="preserve">[10:19] </w:t>
      </w:r>
      <w:r>
        <w:t>India mein, Afghanistan mein, Iraq mein, Pakistan mein, Bosnia mein, Chechnya mein, Singhang mein, Falasteen mein, Kashmir mein.</w:t>
      </w:r>
    </w:p>
    <w:p>
      <w:pPr>
        <w:jc w:val="right"/>
      </w:pPr>
      <w:r>
        <w:t>انڈیا میں، افغانستان میں، عراق میں، پاکستان میں، بوسنیا میں، چیچنیا میں، سنگھانگ میں، فلسطین میں، کشمیر میں۔</w:t>
      </w:r>
    </w:p>
    <w:p>
      <w:r>
        <w:rPr>
          <w:b/>
        </w:rPr>
        <w:t xml:space="preserve">[10:34] </w:t>
      </w:r>
      <w:r>
        <w:t>do sau saal se musalman musalsal jihad ke naam par laraai kar rahe hain. yeh keh rakha, yeh yeh declare kar ke ke sab dushman hain, sab saazish kar rahe hain waghera.</w:t>
      </w:r>
    </w:p>
    <w:p>
      <w:pPr>
        <w:jc w:val="right"/>
      </w:pPr>
      <w:r>
        <w:t>دو سو سال سے مسلمان مسلسل جہاد کے نام پر لڑائی کر رہے ہیں۔ یہ کہہ رکھا، یہ یہ ڈیکلیئر کر کے کہ سب دشمن ہیں، سب سازش کر رہے ہیں وغیرہ۔</w:t>
      </w:r>
    </w:p>
    <w:p>
      <w:r>
        <w:rPr>
          <w:b/>
        </w:rPr>
        <w:t xml:space="preserve">[10:47] </w:t>
      </w:r>
      <w:r>
        <w:t>to yeh saada baat nahi hai ke do sau saala qurbaniyon ke bawajood one percent bhi koi positive gain nahin.</w:t>
      </w:r>
    </w:p>
    <w:p>
      <w:pPr>
        <w:jc w:val="right"/>
      </w:pPr>
      <w:r>
        <w:t>تو یہ سادہ بات نہیں ہے کہ دو سو سالہ قربانیوں کے باوجود ون پرسنٹ بھی کوئی پازیٹیو گین نہیں۔</w:t>
      </w:r>
    </w:p>
    <w:p>
      <w:r>
        <w:rPr>
          <w:b/>
        </w:rPr>
        <w:t xml:space="preserve">[11:00] </w:t>
      </w:r>
      <w:r>
        <w:t>jabke Quran mein bohat hi wazeh taur par kaha: "naqalan alaina nasr al momineen". yaani Allah ke zimmay hai ke ahl-e-iman ki madad kare woh.</w:t>
      </w:r>
    </w:p>
    <w:p>
      <w:pPr>
        <w:jc w:val="right"/>
      </w:pPr>
      <w:r>
        <w:t>جبکہ قرآن میں بہت ہی واضح طور پر کہا: "نا حقاً علینا نصر المومنین"۔ یعنی اللہ کے ذمے ہے کہ اہل ایمان کی مدد کرے وہ۔</w:t>
      </w:r>
    </w:p>
    <w:p>
      <w:r>
        <w:rPr>
          <w:b/>
        </w:rPr>
        <w:t xml:space="preserve">[11:13] </w:t>
      </w:r>
      <w:r>
        <w:t>kaisi ajeeb baat hai.</w:t>
      </w:r>
    </w:p>
    <w:p>
      <w:pPr>
        <w:jc w:val="right"/>
      </w:pPr>
      <w:r>
        <w:t>کیسی عجیب بات ہے۔</w:t>
      </w:r>
    </w:p>
    <w:p>
      <w:r>
        <w:rPr>
          <w:b/>
        </w:rPr>
        <w:t xml:space="preserve">[11:18] </w:t>
      </w:r>
      <w:r>
        <w:t>bohat si aayatein is tarah ki hain, ek do nahin. ke ahl-e-iman ka muqabla agar un ke hareefoun se hoga to lazman Allah ki madad ahl-e-iman ko pohnchegi.</w:t>
      </w:r>
    </w:p>
    <w:p>
      <w:pPr>
        <w:jc w:val="right"/>
      </w:pPr>
      <w:r>
        <w:t>بہت سی آیتیں اس طرح کی ہیں، ایک دو نہیں۔ کہ اہل ایمان کا مقابلہ اگر ان کے حریفوں سے ہوگا تو لازماً اللہ کی مدد اہل ایمان کو پہنچے گی۔</w:t>
      </w:r>
    </w:p>
    <w:p>
      <w:r>
        <w:rPr>
          <w:b/>
        </w:rPr>
        <w:t xml:space="preserve">[11:32] </w:t>
      </w:r>
      <w:r>
        <w:t>ab dekhiye, yeh ek bohat bara sawal hai ke do sau saala jang, kai naslein beet gayin, maal ki qurbani, jaan ki qurbani, property ki qurbani, hatta ke izzat ki qurbani.</w:t>
      </w:r>
    </w:p>
    <w:p>
      <w:pPr>
        <w:jc w:val="right"/>
      </w:pPr>
      <w:r>
        <w:t>اب دیکھیے، یہ ایک بہت بڑا سوال ہے کہ دو سو سالہ جنگ، کئی نسلیں بیت گئیں، مال کی قربانی، جان کی قربانی، پراپرٹی کی قربانی، حتیٰ کہ عزت کی قربانی۔</w:t>
      </w:r>
    </w:p>
    <w:p>
      <w:r>
        <w:rPr>
          <w:b/>
        </w:rPr>
        <w:t xml:space="preserve">[11:49] </w:t>
      </w:r>
      <w:r>
        <w:t>aur koi result nahin.</w:t>
      </w:r>
    </w:p>
    <w:p>
      <w:pPr>
        <w:jc w:val="right"/>
      </w:pPr>
      <w:r>
        <w:t>اور کوئی رزلٹ نہیں۔</w:t>
      </w:r>
    </w:p>
    <w:p>
      <w:r>
        <w:rPr>
          <w:b/>
        </w:rPr>
        <w:t xml:space="preserve">[11:54] </w:t>
      </w:r>
      <w:r>
        <w:t>yeh saada baat nahin hai, yeh bohat bari baat hai.</w:t>
      </w:r>
    </w:p>
    <w:p>
      <w:pPr>
        <w:jc w:val="right"/>
      </w:pPr>
      <w:r>
        <w:t>یہ سادہ بات نہیں ہے، یہ بہت بڑی بات ہے۔</w:t>
      </w:r>
    </w:p>
    <w:p>
      <w:r>
        <w:rPr>
          <w:b/>
        </w:rPr>
        <w:t xml:space="preserve">[11:57] </w:t>
      </w:r>
      <w:r>
        <w:t>is ke maani kya hain? ke Allah taala khamosh zabaan mein aap ko yeh message de rahe hain ke tum galat jagah qurbani de rahe ho, doosri jagah qurbani do, maat badlo apna.</w:t>
      </w:r>
    </w:p>
    <w:p>
      <w:pPr>
        <w:jc w:val="right"/>
      </w:pPr>
      <w:r>
        <w:t>اس کے معنی کیا ہیں؟ کہ اللہ تعالیٰ خاموش زبان میں آپ کو یہ میسج دے رہے ہیں کہ تم غلط جگہ قربانی دے رہے ہو، دوسری جگہ قربانی دو، مات بدلو اپنا۔</w:t>
      </w:r>
    </w:p>
    <w:p>
      <w:r>
        <w:rPr>
          <w:b/>
        </w:rPr>
        <w:t xml:space="preserve">[12:09] </w:t>
      </w:r>
      <w:r>
        <w:t>maat badlo. yeh saada baat nahin hai. yeh hamari nakami, qurbaniyon ke bawajood be natija ho jana.</w:t>
      </w:r>
    </w:p>
    <w:p>
      <w:pPr>
        <w:jc w:val="right"/>
      </w:pPr>
      <w:r>
        <w:t>مات بدلو۔ یہ سادہ بات نہیں ہے۔ یہ ہماری ناکامی، قربانیوں کے باوجود بے نتیجہ ہو جانا۔</w:t>
      </w:r>
    </w:p>
    <w:p>
      <w:r>
        <w:rPr>
          <w:b/>
        </w:rPr>
        <w:t xml:space="preserve">[12:22] </w:t>
      </w:r>
      <w:r>
        <w:t>jabke Quran mein saaf saaf wada hai ke ahl-e-iman ki madad zaroor karta hai Allah taala. to yeh ishara hai ke aye musalmanoun!</w:t>
      </w:r>
    </w:p>
    <w:p>
      <w:pPr>
        <w:jc w:val="right"/>
      </w:pPr>
      <w:r>
        <w:t>جبکہ قرآن میں صاف صاف وعدہ ہے کہ اہل ایمان کی مدد ضرور کرتا ہے اللہ تعالیٰ۔ تو یہ اشارہ ہے کہ اے مسلمانوں!</w:t>
      </w:r>
    </w:p>
    <w:p>
      <w:r>
        <w:rPr>
          <w:b/>
        </w:rPr>
        <w:t xml:space="preserve">[12:33] </w:t>
      </w:r>
      <w:r>
        <w:t>tum galat jagah,</w:t>
      </w:r>
    </w:p>
    <w:p>
      <w:pPr>
        <w:jc w:val="right"/>
      </w:pPr>
      <w:r>
        <w:t>تم غلط جگہ،</w:t>
      </w:r>
    </w:p>
    <w:p>
      <w:r>
        <w:rPr>
          <w:b/>
        </w:rPr>
        <w:t xml:space="preserve">[12:37] </w:t>
      </w:r>
      <w:r>
        <w:t>galat jagah jihad kar rahe ho. wahan hamari madad aaye gi nahin tumhare liye. is ki misaal aisi hai jaise koi kisaan pathar par kheti kare.</w:t>
      </w:r>
    </w:p>
    <w:p>
      <w:pPr>
        <w:jc w:val="right"/>
      </w:pPr>
      <w:r>
        <w:t>غلط جگہ جہاد کر رہے ہو۔ وہاں ہماری مدد آئے گی نہیں تمہارے لیے۔ اس کی مثال ایسی ہے جیسے کوئی کسان پتھر پر کھیتی کرے۔</w:t>
      </w:r>
    </w:p>
    <w:p>
      <w:r>
        <w:rPr>
          <w:b/>
        </w:rPr>
        <w:t xml:space="preserve">[12:49] </w:t>
      </w:r>
      <w:r>
        <w:t>aur do sau saal tak kheti karta rahe, wahan kuch na ugay.</w:t>
      </w:r>
    </w:p>
    <w:p>
      <w:pPr>
        <w:jc w:val="right"/>
      </w:pPr>
      <w:r>
        <w:t>اور دو سو سال تک کھیتی کرتا رہے، وہاں کچھ نہ اگے۔</w:t>
      </w:r>
    </w:p>
    <w:p>
      <w:r>
        <w:rPr>
          <w:b/>
        </w:rPr>
        <w:t xml:space="preserve">[12:53] </w:t>
      </w:r>
      <w:r>
        <w:t>to kya is ka matlab kya hoga? yeh nizaam-e-fitrat is ko khamosh zabaan mein yeh message de raha hoga ke aye kisaan!</w:t>
      </w:r>
    </w:p>
    <w:p>
      <w:pPr>
        <w:jc w:val="right"/>
      </w:pPr>
      <w:r>
        <w:t>تو کیا اس کا مطلب کیا ہوگا؟ یہ نظام فطرت اس کو خاموش زبان میں یہ میسج دے رہا ہوگا کہ اے کسان!</w:t>
      </w:r>
    </w:p>
    <w:p>
      <w:r>
        <w:rPr>
          <w:b/>
        </w:rPr>
        <w:t xml:space="preserve">[13:03] </w:t>
      </w:r>
      <w:r>
        <w:t>tu galat jagah koshish kar raha hai, wahan ugay ga, yahan nahin ugne wala hai.</w:t>
      </w:r>
    </w:p>
    <w:p>
      <w:pPr>
        <w:jc w:val="right"/>
      </w:pPr>
      <w:r>
        <w:t>تو غلط جگہ کوشش کر رہا ہے، وہاں اگے گا، یہاں نہیں اگنے والا ہے۔</w:t>
      </w:r>
    </w:p>
    <w:p>
      <w:r>
        <w:rPr>
          <w:b/>
        </w:rPr>
        <w:t xml:space="preserve">[13:12] </w:t>
      </w:r>
      <w:r>
        <w:t>to hum ko bohat hi sanjeedgi se reconsider karna hai, reassess karna hai, phir se sochna hai.</w:t>
      </w:r>
    </w:p>
    <w:p>
      <w:pPr>
        <w:jc w:val="right"/>
      </w:pPr>
      <w:r>
        <w:t>تو ہم کو بہت ہی سنجیدگی سے ری کنسیڈر کرنا ہے، ری ایسس کرنا ہے، پھر سے سوچنا ہے۔</w:t>
      </w:r>
    </w:p>
    <w:p>
      <w:r>
        <w:rPr>
          <w:b/>
        </w:rPr>
        <w:t xml:space="preserve">[13:22] </w:t>
      </w:r>
      <w:r>
        <w:t>mujhe ek waqia yaad aata hai jo bohat zyada illustrative hai is maslay ko samajhne ke liye.</w:t>
      </w:r>
    </w:p>
    <w:p>
      <w:pPr>
        <w:jc w:val="right"/>
      </w:pPr>
      <w:r>
        <w:t>مجھے ایک واقعہ یاد آتا ہے جو بہت زیادہ ایلسٹریٹیو ہے اس مسئلے کو سمجھنے کے لیے۔</w:t>
      </w:r>
    </w:p>
    <w:p>
      <w:r>
        <w:rPr>
          <w:b/>
        </w:rPr>
        <w:t xml:space="preserve">[13:32] </w:t>
      </w:r>
      <w:r>
        <w:t>dekhiye, ek angrez tha, is ka naam tha Robert Clive. Robert Clive. is ki death hui hai satrah sau chouhatar mein.</w:t>
      </w:r>
    </w:p>
    <w:p>
      <w:pPr>
        <w:jc w:val="right"/>
      </w:pPr>
      <w:r>
        <w:t>دیکھیے، ایک انگریز تھا، اس کا نام تھا رابرٹ کلائیو۔ رابرٹ کلائیو۔ اس کی ڈیتھ ہوئی ہے سترہ سو چہتر میں۔</w:t>
      </w:r>
    </w:p>
    <w:p>
      <w:r>
        <w:rPr>
          <w:b/>
        </w:rPr>
        <w:t xml:space="preserve">[13:46] </w:t>
      </w:r>
      <w:r>
        <w:t>same 1874 mein.</w:t>
      </w:r>
    </w:p>
    <w:p>
      <w:pPr>
        <w:jc w:val="right"/>
      </w:pPr>
      <w:r>
        <w:t>سیم 1874 میں۔</w:t>
      </w:r>
    </w:p>
    <w:p>
      <w:r>
        <w:rPr>
          <w:b/>
        </w:rPr>
        <w:t xml:space="preserve">[13:51] </w:t>
      </w:r>
      <w:r>
        <w:t>is zamane mein India mein East India Company aayi thi. yaani British, British, British logon ne East India Company banayi thi, woh India mein aayi thi.</w:t>
      </w:r>
    </w:p>
    <w:p>
      <w:pPr>
        <w:jc w:val="right"/>
      </w:pPr>
      <w:r>
        <w:t>اس زمانے میں انڈیا میں ایسٹ انڈیا کمپنی آئی تھی۔ یعنی برٹش، برٹش، برٹش لوگوں نے ایسٹ انڈیا کمپنی بنائی تھی، وہ انڈیا میں آئی تھی۔</w:t>
      </w:r>
    </w:p>
    <w:p>
      <w:r>
        <w:rPr>
          <w:b/>
        </w:rPr>
        <w:t xml:space="preserve">[14:02] </w:t>
      </w:r>
      <w:r>
        <w:t>is mein bharti hua tha woh. to East India Company mein woh aik clerk tha. is zamane mein is ko five pound milta tha.</w:t>
      </w:r>
    </w:p>
    <w:p>
      <w:pPr>
        <w:jc w:val="right"/>
      </w:pPr>
      <w:r>
        <w:t>اس میں بھرتی ہوا تھا وہ۔ تو ایسٹ انڈیا کمپنی میں وہ ایک کلرک تھا۔ اس زمانے میں اس کو فائیو پاؤنڈ ملتا تھا۔</w:t>
      </w:r>
    </w:p>
    <w:p>
      <w:r>
        <w:rPr>
          <w:b/>
        </w:rPr>
        <w:t xml:space="preserve">[14:16] </w:t>
      </w:r>
      <w:r>
        <w:t>to is ke kharch ke liye bohat kam tha.</w:t>
      </w:r>
    </w:p>
    <w:p>
      <w:pPr>
        <w:jc w:val="right"/>
      </w:pPr>
      <w:r>
        <w:t>تو اس کے خرچ کے لیے بہت کم تھا۔</w:t>
      </w:r>
    </w:p>
    <w:p>
      <w:r>
        <w:rPr>
          <w:b/>
        </w:rPr>
        <w:t xml:space="preserve">[14:20] </w:t>
      </w:r>
      <w:r>
        <w:t>jo paisa is ko is East India Company se milta tha, as a clerk, us se is ka kaam nahi chalta tha. to bohat ziyada pareshan, mayoos, ghamgeen rehta tha woh.</w:t>
      </w:r>
    </w:p>
    <w:p>
      <w:pPr>
        <w:jc w:val="right"/>
      </w:pPr>
      <w:r>
        <w:t>جو پیسہ اس کو اس ایسٹ انڈیا کمپنی سے ملتا تھا، ایز اے کلرک، اس سے اس کا کام نہیں چلتا تھا۔ تو بہت زیادہ پریشان، مایوس، غمگین رہتا تھا وہ۔</w:t>
      </w:r>
    </w:p>
    <w:p>
      <w:r>
        <w:rPr>
          <w:b/>
        </w:rPr>
        <w:t xml:space="preserve">[14:36] </w:t>
      </w:r>
      <w:r>
        <w:t>aik din is ne revolver uthaya aur revolver yahan laga kar is ko trigger daba diya, woh trigger.</w:t>
      </w:r>
    </w:p>
    <w:p>
      <w:pPr>
        <w:jc w:val="right"/>
      </w:pPr>
      <w:r>
        <w:t>ایک دن اس نے ریوالور اٹھایا اور ریوالور یہاں لگا کر اس کو ٹریگر دبا دیا، وہ ٹریگر۔</w:t>
      </w:r>
    </w:p>
    <w:p>
      <w:r>
        <w:rPr>
          <w:b/>
        </w:rPr>
        <w:t xml:space="preserve">[14:44] </w:t>
      </w:r>
      <w:r>
        <w:t>khudkushi karna chaha. lekin trigger dabane ke bawajood misfire ho gaya woh. matlab goli chali nahi.</w:t>
      </w:r>
    </w:p>
    <w:p>
      <w:pPr>
        <w:jc w:val="right"/>
      </w:pPr>
      <w:r>
        <w:t>خودکشی کرنا چاہا۔ لیکن ٹریگر دبانے کے باوجود مس فائر ہو گیا وہ۔ مطلب گولی چلی نہیں۔</w:t>
      </w:r>
    </w:p>
    <w:p>
      <w:r>
        <w:rPr>
          <w:b/>
        </w:rPr>
        <w:t xml:space="preserve">[14:53] </w:t>
      </w:r>
      <w:r>
        <w:t>woh bohat hi zaheen aadmi tha. is ne chala kar kaha ke Khuda tujh se koi aur role chahta hai.</w:t>
      </w:r>
    </w:p>
    <w:p>
      <w:pPr>
        <w:jc w:val="right"/>
      </w:pPr>
      <w:r>
        <w:t>وہ بہت ہی ذہین آدمی تھا۔ اس نے چلا کر کہا کہ خدا تجھ سے کوئی اور رول چاہتا ہے۔</w:t>
      </w:r>
    </w:p>
    <w:p>
      <w:r>
        <w:rPr>
          <w:b/>
        </w:rPr>
        <w:t xml:space="preserve">[15:07] </w:t>
      </w:r>
      <w:r>
        <w:t>Khuda tujh se koi aur role chahta hai.</w:t>
      </w:r>
    </w:p>
    <w:p>
      <w:pPr>
        <w:jc w:val="right"/>
      </w:pPr>
      <w:r>
        <w:t>خدا تجھ سے کوئی اور رول چاہتا ہے۔</w:t>
      </w:r>
    </w:p>
    <w:p>
      <w:r>
        <w:rPr>
          <w:b/>
        </w:rPr>
        <w:t xml:space="preserve">[15:11] </w:t>
      </w:r>
      <w:r>
        <w:t>God wants me to play some other role.</w:t>
      </w:r>
    </w:p>
    <w:p>
      <w:pPr>
        <w:jc w:val="right"/>
      </w:pPr>
      <w:r>
        <w:t>گاڈ وانٹس می ٹو پلے سم ادر رول۔</w:t>
      </w:r>
    </w:p>
    <w:p>
      <w:r>
        <w:rPr>
          <w:b/>
        </w:rPr>
        <w:t xml:space="preserve">[15:18] </w:t>
      </w:r>
      <w:r>
        <w:t>wohi yahan par hai. sari Muslim ummah ko waqt aa gaya ke woh sochein ke Khuda tujh se kuch aur, koi aur role chahta hai.</w:t>
      </w:r>
    </w:p>
    <w:p>
      <w:pPr>
        <w:jc w:val="right"/>
      </w:pPr>
      <w:r>
        <w:t>وہی یہاں پر ہے۔ ساری مسلم امہ کو وقت آ گیا کہ وہ سوچیں کہ خدا تجھ سے کچھ اور، کوئی اور رول چاہتا ہے۔</w:t>
      </w:r>
    </w:p>
    <w:p>
      <w:r>
        <w:rPr>
          <w:b/>
        </w:rPr>
        <w:t xml:space="preserve">[15:30] </w:t>
      </w:r>
      <w:r>
        <w:t>yeh jo tum kar rahe ho, yeh matloob hi nahi Khuda ko. Khuda tujh se koi aur role chahta hai.</w:t>
      </w:r>
    </w:p>
    <w:p>
      <w:pPr>
        <w:jc w:val="right"/>
      </w:pPr>
      <w:r>
        <w:t>یہ جو تم کر رہے ہو، یہ مطلوب ہی نہیں خدا کو۔ خدا تجھ سے کوئی اور رول چاہتا ہے۔</w:t>
      </w:r>
    </w:p>
    <w:p>
      <w:r>
        <w:rPr>
          <w:b/>
        </w:rPr>
        <w:t xml:space="preserve">[15:41] </w:t>
      </w:r>
      <w:r>
        <w:t>ab agar aap sochein is par, is tarah se reconsider karein, poori ummat aur ummat ke ulama sochein to aise isharat mojood hain jo batate hain ke Khuda ko kya role darkar hai.</w:t>
      </w:r>
    </w:p>
    <w:p>
      <w:pPr>
        <w:jc w:val="right"/>
      </w:pPr>
      <w:r>
        <w:t>اب اگر آپ سوچیں اس پر، اس طرح سے ری کنسیڈر کریں، پوری امت اور امت کے علماء سوچیں تو ایسے اشارات موجود ہیں جو بتاتے ہیں کہ خدا کو کیا رول درکار ہے۔</w:t>
      </w:r>
    </w:p>
    <w:p>
      <w:r>
        <w:rPr>
          <w:b/>
        </w:rPr>
        <w:t xml:space="preserve">[15:59] </w:t>
      </w:r>
      <w:r>
        <w:t>woh hai dawat ka role.</w:t>
      </w:r>
    </w:p>
    <w:p>
      <w:pPr>
        <w:jc w:val="right"/>
      </w:pPr>
      <w:r>
        <w:t>وہ ہے دعوت کا رول۔</w:t>
      </w:r>
    </w:p>
    <w:p>
      <w:r>
        <w:rPr>
          <w:b/>
        </w:rPr>
        <w:t xml:space="preserve">[16:02] </w:t>
      </w:r>
      <w:r>
        <w:t>dekhiye, rozana khabrein aati hain mukhtalif mulkon se, East se, West se ke barabar log Islam mein dakhil ho rahe hain.</w:t>
      </w:r>
    </w:p>
    <w:p>
      <w:pPr>
        <w:jc w:val="right"/>
      </w:pPr>
      <w:r>
        <w:t>دیکھیے، روزانہ خبریں آتی ہیں مختلف ملکوں سے، ایسٹ سے، ویسٹ سے کہ برابر لوگ اسلام میں داخل ہو رہے ہیں۔</w:t>
      </w:r>
    </w:p>
    <w:p>
      <w:r>
        <w:rPr>
          <w:b/>
        </w:rPr>
        <w:t xml:space="preserve">[16:16] </w:t>
      </w:r>
      <w:r>
        <w:t>yani Quran ko padhte hain, woh Rasool Allah ki seerat ko padhte hain, woh attract hote hain aur Islam qabool kar lete hain.</w:t>
      </w:r>
    </w:p>
    <w:p>
      <w:pPr>
        <w:jc w:val="right"/>
      </w:pPr>
      <w:r>
        <w:t>یعنی قرآن کو پڑھتے ہیں، وہ رسول اللہ کی سیرت کو پڑھتے ہیں، وہ اٹریکٹ ہوتے ہیں اور اسلام قبول کر لیتے ہیں۔</w:t>
      </w:r>
    </w:p>
    <w:p>
      <w:r>
        <w:rPr>
          <w:b/>
        </w:rPr>
        <w:t xml:space="preserve">[16:24] </w:t>
      </w:r>
      <w:r>
        <w:t>is ka matlab kya hua hai? ke so called mozan jihad mein musalman shikast kha rahe hain.</w:t>
      </w:r>
    </w:p>
    <w:p>
      <w:pPr>
        <w:jc w:val="right"/>
      </w:pPr>
      <w:r>
        <w:t>اس کا معنی کیا ہوا ہے؟ کہ سو کالڈ موزان جہاد میں مسلمان شکست کھا رہے ہیں۔</w:t>
      </w:r>
    </w:p>
    <w:p>
      <w:r>
        <w:rPr>
          <w:b/>
        </w:rPr>
        <w:t xml:space="preserve">[16:34] </w:t>
      </w:r>
      <w:r>
        <w:t>ain usi waqt dawat ke maidan mein Islam jeet raha hai.</w:t>
      </w:r>
    </w:p>
    <w:p>
      <w:pPr>
        <w:jc w:val="right"/>
      </w:pPr>
      <w:r>
        <w:t>عین اسی وقت دعوت کے میدان میں اسلام جیت رہا ہے۔</w:t>
      </w:r>
    </w:p>
    <w:p>
      <w:r>
        <w:rPr>
          <w:b/>
        </w:rPr>
        <w:t xml:space="preserve">[16:42] </w:t>
      </w:r>
      <w:r>
        <w:t>kaisa ajeeb yeh sign hai.</w:t>
      </w:r>
    </w:p>
    <w:p>
      <w:pPr>
        <w:jc w:val="right"/>
      </w:pPr>
      <w:r>
        <w:t>کیسا عجیب یہ سائن ہے۔</w:t>
      </w:r>
    </w:p>
    <w:p>
      <w:r>
        <w:rPr>
          <w:b/>
        </w:rPr>
        <w:t xml:space="preserve">[16:45] </w:t>
      </w:r>
      <w:r>
        <w:t>ain us waqt jab ke musalman jo hain, do sau saal se woh apne namnahad jihad ke maidan mein shikast kha rahe hain.</w:t>
      </w:r>
    </w:p>
    <w:p>
      <w:pPr>
        <w:jc w:val="right"/>
      </w:pPr>
      <w:r>
        <w:t>عین اس وقت جب کہ مسلمان جو ہیں، دو سو سال سے وہ اپنے نام نہاد جہاد کے میدان میں شکست کھا رہے ہیں۔</w:t>
      </w:r>
    </w:p>
    <w:p>
      <w:r>
        <w:rPr>
          <w:b/>
        </w:rPr>
        <w:t xml:space="preserve">[16:54] </w:t>
      </w:r>
      <w:r>
        <w:t>ain usi waqt har din Islam fatehana march kar raha hai.</w:t>
      </w:r>
    </w:p>
    <w:p>
      <w:pPr>
        <w:jc w:val="right"/>
      </w:pPr>
      <w:r>
        <w:t>عین اسی وقت ہر دن اسلام فاتحانہ مارچ کر رہا ہے۔</w:t>
      </w:r>
    </w:p>
    <w:p>
      <w:r>
        <w:rPr>
          <w:b/>
        </w:rPr>
        <w:t xml:space="preserve">[17:01] </w:t>
      </w:r>
      <w:r>
        <w:t>har mulk mein, India mein bhi, India ke bahir bhi, Europe mein, America mein, Arab mulkon mein jo log kaam karne aate hain, idhar udhar se, un mein rozana aisi khabrein aati hain ke log Islam qabool kar rahe hain, Islam qabool kar rahe hain.</w:t>
      </w:r>
    </w:p>
    <w:p>
      <w:pPr>
        <w:jc w:val="right"/>
      </w:pPr>
      <w:r>
        <w:t>ہر ملک میں، انڈیا میں بھی، انڈیا کے باہر بھی، یورپ میں، امریکہ میں، عرب ملکوں میں جو لوگ کام کرنے آتے ہیں، ادھر ادھر سے، ان میں روزانہ ایسی خبریں آتی ہیں کہ لوگ اسلام قبول کر رہے ہیں، اسلام قبول کر رہے ہیں۔</w:t>
      </w:r>
    </w:p>
    <w:p>
      <w:r>
        <w:rPr>
          <w:b/>
        </w:rPr>
        <w:t xml:space="preserve">[17:18] </w:t>
      </w:r>
      <w:r>
        <w:t>yeh aik sign hai, alamat hai. yeh khamosh zaban mein, dekhiye, Allah ki, Allah ki baatein khamosh zaban mein hoti hain.</w:t>
      </w:r>
    </w:p>
    <w:p>
      <w:pPr>
        <w:jc w:val="right"/>
      </w:pPr>
      <w:r>
        <w:t>یہ ایک سائن ہے، علامت ہے۔ یہ خاموش زبان میں، دیکھیے، اللہ کی، اللہ کی باتیں خاموش زبان میں ہوتی ہیں۔</w:t>
      </w:r>
    </w:p>
    <w:p>
      <w:r>
        <w:rPr>
          <w:b/>
        </w:rPr>
        <w:t xml:space="preserve">[17:29] </w:t>
      </w:r>
      <w:r>
        <w:t>khamosh zaban mein yeh bataya ja raha hai ke yahan karo kaam, wahan kyun kar rahe ho?</w:t>
      </w:r>
    </w:p>
    <w:p>
      <w:pPr>
        <w:jc w:val="right"/>
      </w:pPr>
      <w:r>
        <w:t>خاموش زبان میں یہ بتایا جا رہا ہے کہ یہاں کرو کام، وہاں کیوں کر رہے ہو؟</w:t>
      </w:r>
    </w:p>
    <w:p>
      <w:r>
        <w:rPr>
          <w:b/>
        </w:rPr>
        <w:t xml:space="preserve">[17:40] </w:t>
      </w:r>
      <w:r>
        <w:t>yeh wohi soorat-e-haal hai jaise ke Rasool Allah aur aap ke ashaab Makka mein thay. to wahan par Quraish ne jo qabiz thay,</w:t>
      </w:r>
    </w:p>
    <w:p>
      <w:pPr>
        <w:jc w:val="right"/>
      </w:pPr>
      <w:r>
        <w:t>یہ وہی صورتحال ہے جیسے کہ رسول اللہ اور آپ کے اصحاب مکہ میں تھے۔ تو وہاں پر قریش نے جو قابض تھے،</w:t>
      </w:r>
    </w:p>
    <w:p>
      <w:r>
        <w:rPr>
          <w:b/>
        </w:rPr>
        <w:t xml:space="preserve">[17:55] </w:t>
      </w:r>
      <w:r>
        <w:t>wahan par, wahan ke iqtidaar par, to unhone qital ka challenge</w:t>
      </w:r>
    </w:p>
    <w:p>
      <w:pPr>
        <w:jc w:val="right"/>
      </w:pPr>
      <w:r>
        <w:t>وہاں پر، وہاں کے اقتدار پر، تو انہوں نے قتال کا چیل</w:t>
      </w:r>
    </w:p>
    <w:p>
      <w:r>
        <w:rPr>
          <w:b/>
        </w:rPr>
        <w:t xml:space="preserve">[18:06] </w:t>
      </w:r>
      <w:r>
        <w:t>nde diya. unhone faisla kiya ke ab, ab ilmon se ladna hai, unhein maar ke khatam karna hai. yani Makka mein musalmanon ko qital ke maidan mein challenge diya ja raha tha.</w:t>
      </w:r>
    </w:p>
    <w:p>
      <w:pPr>
        <w:jc w:val="right"/>
      </w:pPr>
      <w:r>
        <w:t>نج دے دیا۔ انہوں نے فیصلہ کیا کہ اب، اب علموں سے لڑنا ہے، انہیں مار کے ختم کرنا ہے۔ یعنی مکہ میں مسلمانوں کو قتال کے میدان میں چیلنج دیا جا رہا تھا۔</w:t>
      </w:r>
    </w:p>
    <w:p>
      <w:r>
        <w:rPr>
          <w:b/>
        </w:rPr>
        <w:t xml:space="preserve">[18:23] </w:t>
      </w:r>
      <w:r>
        <w:t>ain usi waqt kya hua ke do aadmi gaye madine mein, jo munqaleen kehelate the, wahan woh quran padh ke sunate the.</w:t>
      </w:r>
    </w:p>
    <w:p>
      <w:pPr>
        <w:jc w:val="right"/>
      </w:pPr>
      <w:r>
        <w:t>عین اسی وقت کیا ہوا کہ دو آدمی گئے مدینہ میں، جو منقلیں کہلاتے تھے، وہاں وہ قرآن پڑھ کے سناتے تھے۔</w:t>
      </w:r>
    </w:p>
    <w:p>
      <w:r>
        <w:rPr>
          <w:b/>
        </w:rPr>
        <w:t xml:space="preserve">[18:34] </w:t>
      </w:r>
      <w:r>
        <w:t>wahan kya hua?</w:t>
      </w:r>
    </w:p>
    <w:p>
      <w:pPr>
        <w:jc w:val="right"/>
      </w:pPr>
      <w:r>
        <w:t>وہاں کیا ہوا؟</w:t>
      </w:r>
    </w:p>
    <w:p>
      <w:r>
        <w:rPr>
          <w:b/>
        </w:rPr>
        <w:t xml:space="preserve">[18:36] </w:t>
      </w:r>
      <w:r>
        <w:t>islam is tarah phaila ke kitabon mein aata hai ke lam yabqa darbun min dur al-ansar illa wa dakhala fi al-islam.</w:t>
      </w:r>
    </w:p>
    <w:p>
      <w:pPr>
        <w:jc w:val="right"/>
      </w:pPr>
      <w:r>
        <w:t>اسلام اس طرح پھیلا کہ کتابوں میں آتا ہے کہ لم یبق دارب من دور الانصار الا ودخل فی الاسلام۔</w:t>
      </w:r>
    </w:p>
    <w:p>
      <w:r>
        <w:rPr>
          <w:b/>
        </w:rPr>
        <w:t xml:space="preserve">[18:47] </w:t>
      </w:r>
      <w:r>
        <w:t>yani madine ke gharon mein se koi ghar nahi bacha jis mein islam dakhil na ho gaya ho. to ek taraf news thi makka mein ke woh dushman bade aage hain, talwar le ke khade hue hain, maar maarne par tule hue hain,</w:t>
      </w:r>
    </w:p>
    <w:p>
      <w:pPr>
        <w:jc w:val="right"/>
      </w:pPr>
      <w:r>
        <w:t>یعنی مدینے کے گھروں میں سے کوئی گھر نہیں بچا جس میں اسلام داخل نہ ہو گیا ہو۔ تو ایک طرف نیوز تھی مکہ میں کہ وہ دشمن بڑے آگے ہیں، تلوار لے کے کھڑے ہوئے ہیں، مار مارنے پر تلے ہوئے ہیں،</w:t>
      </w:r>
    </w:p>
    <w:p>
      <w:r>
        <w:rPr>
          <w:b/>
        </w:rPr>
        <w:t xml:space="preserve">[19:02] </w:t>
      </w:r>
      <w:r>
        <w:t>boycott kar rahe hain.</w:t>
      </w:r>
    </w:p>
    <w:p>
      <w:pPr>
        <w:jc w:val="right"/>
      </w:pPr>
      <w:r>
        <w:t>بائیکاٹ کر رہے ہیں۔</w:t>
      </w:r>
    </w:p>
    <w:p>
      <w:r>
        <w:rPr>
          <w:b/>
        </w:rPr>
        <w:t xml:space="preserve">[19:04] </w:t>
      </w:r>
      <w:r>
        <w:t>dusri taraf ain us waqt khabar aayi ke madine mein log islam qabool kar rahe hain, ghar ghar phail raha hai islam. to rasool Allah sal Allah alaihi wasallam ne is ko rabbani ishara samjha.</w:t>
      </w:r>
    </w:p>
    <w:p>
      <w:pPr>
        <w:jc w:val="right"/>
      </w:pPr>
      <w:r>
        <w:t>دوسری طرف عین اس وقت خبر آئی کہ مدینہ میں لوگ اسلام قبول کر رہے ہیں، گھر گھر پھیل رہا ہے اسلام۔ تو رسول اللہ صلی اللہ علیہ وسلم نے اس کو ربانی اشارہ سمجھا۔</w:t>
      </w:r>
    </w:p>
    <w:p>
      <w:r>
        <w:rPr>
          <w:b/>
        </w:rPr>
        <w:t xml:space="preserve">[19:17] </w:t>
      </w:r>
      <w:r>
        <w:t>rabbani ishara ke madine ki khabrein rabbani ishara hain ke chalo madine mein chodo yeh, hamein ladna nahi hai.</w:t>
      </w:r>
    </w:p>
    <w:p>
      <w:pPr>
        <w:jc w:val="right"/>
      </w:pPr>
      <w:r>
        <w:t>ربانی اشارہ کہ مدینے کی خبریں ربانی اشارہ ہیں کہ چلو مدینے میں چھوڑو یہ، ہمیں لڑنا نہیں ہے۔</w:t>
      </w:r>
    </w:p>
    <w:p>
      <w:r>
        <w:rPr>
          <w:b/>
        </w:rPr>
        <w:t xml:space="preserve">[19:29] </w:t>
      </w:r>
      <w:r>
        <w:t>isi tarah se is zamane mein rabbani ishare har jagah aa rahe hain,</w:t>
      </w:r>
    </w:p>
    <w:p>
      <w:pPr>
        <w:jc w:val="right"/>
      </w:pPr>
      <w:r>
        <w:t>اسی طرح سے اس زمانے میں ربانی اشارے ہر جگہ آ رہے ہیں،</w:t>
      </w:r>
    </w:p>
    <w:p>
      <w:r>
        <w:rPr>
          <w:b/>
        </w:rPr>
        <w:t xml:space="preserve">[19:35] </w:t>
      </w:r>
      <w:r>
        <w:t>har jagah.</w:t>
      </w:r>
    </w:p>
    <w:p>
      <w:pPr>
        <w:jc w:val="right"/>
      </w:pPr>
      <w:r>
        <w:t>ہر جگہ۔</w:t>
      </w:r>
    </w:p>
    <w:p>
      <w:r>
        <w:rPr>
          <w:b/>
        </w:rPr>
        <w:t xml:space="preserve">[19:41] </w:t>
      </w:r>
      <w:r>
        <w:t>abhi mere paas ek sahab aaye nanded se, maharashtra se. unhone kaha ke hum ne quran chhapwaya hai marathi zuban mein.</w:t>
      </w:r>
    </w:p>
    <w:p>
      <w:pPr>
        <w:jc w:val="right"/>
      </w:pPr>
      <w:r>
        <w:t>ابھی میرے پاس ایک صاحب آئے ناندیڑ سے، مہاراش سے۔ انہوں نے کہا کہ ہم نے قرآن چھپوایا ہے مراٹھی زبان میں۔</w:t>
      </w:r>
    </w:p>
    <w:p>
      <w:r>
        <w:rPr>
          <w:b/>
        </w:rPr>
        <w:t xml:space="preserve">[19:53] </w:t>
      </w:r>
      <w:r>
        <w:t>aur hum ne jagah jagah ishtihar laga diya hai ke kisi ko quran darkar ho to woh hum se mangwaye.</w:t>
      </w:r>
    </w:p>
    <w:p>
      <w:pPr>
        <w:jc w:val="right"/>
      </w:pPr>
      <w:r>
        <w:t>اور ہم نے جگہ جگہ اشتہار لگا دیا ہے کہ کسی کو قرآن درکار ہو تو وہ ہم سے منگوائے۔</w:t>
      </w:r>
    </w:p>
    <w:p>
      <w:r>
        <w:rPr>
          <w:b/>
        </w:rPr>
        <w:t xml:space="preserve">[20:02] </w:t>
      </w:r>
      <w:r>
        <w:t>yani vp mangwaye, paisa de kar</w:t>
      </w:r>
    </w:p>
    <w:p>
      <w:pPr>
        <w:jc w:val="right"/>
      </w:pPr>
      <w:r>
        <w:t>یعنی وی پی منگوائے، پیسہ دے کر</w:t>
      </w:r>
    </w:p>
    <w:p>
      <w:r>
        <w:rPr>
          <w:b/>
        </w:rPr>
        <w:t xml:space="preserve">[20:04] </w:t>
      </w:r>
      <w:r>
        <w:t>. aur unhone bataya ke rozana hi hum ko by post bharna padta hai, rozana darkhwastein aati hain.</w:t>
      </w:r>
    </w:p>
    <w:p>
      <w:pPr>
        <w:jc w:val="right"/>
      </w:pPr>
      <w:r>
        <w:t>۔ اور انہوں نے بتایا کہ روزانہ ہی ہم کو بائے پوسٹ بھرنا پڑتا ہے، روزانہ درخواستیں آتی ہیں۔</w:t>
      </w:r>
    </w:p>
    <w:p>
      <w:r>
        <w:rPr>
          <w:b/>
        </w:rPr>
        <w:t xml:space="preserve">[20:14] </w:t>
      </w:r>
      <w:r>
        <w:t>hata ke bataya unhone ke ek hindu boxer ne geeta rakhi wahan par ke geeta ko phailayein. to wahan hindu log aaye, unhone kaha ke humein unhone geeta di, unhone kaha nahi, geeta nahi, humein quran do.</w:t>
      </w:r>
    </w:p>
    <w:p>
      <w:pPr>
        <w:jc w:val="right"/>
      </w:pPr>
      <w:r>
        <w:t>حتیٰ کہ بتایا انہوں نے کہ ایک ہندو بکسلر نے گیتا رکھی وہاں پر کہ گیتا کو پھیلائیں۔ تو وہاں ہندو لوگ آئے، انہوں نے کہا کہ ہمیں انہوں نے گیتا دی، انہوں نے کہا نہیں، گیتا نہیں، ہمیں قرآن دو۔</w:t>
      </w:r>
    </w:p>
    <w:p>
      <w:r>
        <w:rPr>
          <w:b/>
        </w:rPr>
        <w:t xml:space="preserve">[20:30] </w:t>
      </w:r>
      <w:r>
        <w:t>yeh yeh surat haal har jagah hai, europe mein, america mein, har jagah. to is ke mani ek ek jagah jahan musalman shikast kha rahe hain, wahin dusri taraf islam fatehana march kar raha hai.</w:t>
      </w:r>
    </w:p>
    <w:p>
      <w:pPr>
        <w:jc w:val="right"/>
      </w:pPr>
      <w:r>
        <w:t>یہ یہ صورتحال ہر جگہ ہے، یورپ میں، امریکہ میں، ہر جگہ۔ تو اس کے معنی ایک ایک جگہ جہاں مسلمان شکست کھا رہے ہیں، وہیں دوسری طرف اسلام فاتحانہ مارچ کر رہا ہے۔</w:t>
      </w:r>
    </w:p>
    <w:p>
      <w:r>
        <w:rPr>
          <w:b/>
        </w:rPr>
        <w:t xml:space="preserve">[20:47] </w:t>
      </w:r>
      <w:r>
        <w:t>yeh ishara hai is baat ka ke wahi, wahi kalma musalman bolein ke Khuda hum se ek aur role chahta hai.</w:t>
      </w:r>
    </w:p>
    <w:p>
      <w:pPr>
        <w:jc w:val="right"/>
      </w:pPr>
      <w:r>
        <w:t>یہ اشارہ ہے اس بات کا کہ وہی، وہی کلمہ مسلمان بولیں کہ خدا ہم سے ایک اور رول چاہتا ہے۔</w:t>
      </w:r>
    </w:p>
    <w:p>
      <w:r>
        <w:rPr>
          <w:b/>
        </w:rPr>
        <w:t xml:space="preserve">[20:59] </w:t>
      </w:r>
      <w:r>
        <w:t>yeh, yeh jo role hum kar rahe hain dushman se ladne ka, woh role nahi. woh kya role hai? woh role hai dushman ko mehdood samajhna.</w:t>
      </w:r>
    </w:p>
    <w:p>
      <w:pPr>
        <w:jc w:val="right"/>
      </w:pPr>
      <w:r>
        <w:t>یہ، یہ جو رول ہم کر رہے ہیں دشمن سے لڑنے کا، وہ رول نہیں۔ وہ کیا رول ہے؟ وہ رول ہے دشمن کو محدود سمجھنا۔</w:t>
      </w:r>
    </w:p>
    <w:p>
      <w:r>
        <w:rPr>
          <w:b/>
        </w:rPr>
        <w:t xml:space="preserve">[21:12] </w:t>
      </w:r>
      <w:r>
        <w:t>ab dekhiye, ab ek aur pehlu lijiye aap. aaj ki duniya mein ek naya phenomenon, ek naya phenomenon samne aaya hai.</w:t>
      </w:r>
    </w:p>
    <w:p>
      <w:pPr>
        <w:jc w:val="right"/>
      </w:pPr>
      <w:r>
        <w:t>اب دیکھیے، اب ایک اور پہلو لیجئے آپ۔ آج کی دنیا میں ایک نیا فیناومینا، ایک نیا فیناومینا سامنے آیا ہے۔</w:t>
      </w:r>
    </w:p>
    <w:p>
      <w:r>
        <w:rPr>
          <w:b/>
        </w:rPr>
        <w:t xml:space="preserve">[21:23] </w:t>
      </w:r>
      <w:r>
        <w:t>woh hai asfar, safar. kyun ke yeh communication ka zamana hai. communication ki wajah se log yahan aa rahe hain, wahan ja rahe hain.</w:t>
      </w:r>
    </w:p>
    <w:p>
      <w:pPr>
        <w:jc w:val="right"/>
      </w:pPr>
      <w:r>
        <w:t>وہ ہے اسفار، سفر۔ کیونکہ یہ کمیونیکیشن کا زمانہ ہے۔ کمیونیکیشن کی وجہ سے لوگ یہاں آ رہے ہیں، وہاں جا رہے ہیں۔</w:t>
      </w:r>
    </w:p>
    <w:p>
      <w:r>
        <w:rPr>
          <w:b/>
        </w:rPr>
        <w:t xml:space="preserve">[21:32] </w:t>
      </w:r>
      <w:r>
        <w:t>ek bheed idhar ja rahi hai, ek bheed idhar aa rahi hai. universal globalization. behs tajir ke, behs tourist ke, behs talib ilm ke,</w:t>
      </w:r>
    </w:p>
    <w:p>
      <w:pPr>
        <w:jc w:val="right"/>
      </w:pPr>
      <w:r>
        <w:t>ایک بھیڑ ادھر جا رہی ہے، ایک بھیڑ ادھر آ رہی ہے۔ یونیورسل گلوبلائزیشن۔ بحث تاجر کے، بحث ٹورسٹ کے، بحث طالب علم کے،</w:t>
      </w:r>
    </w:p>
    <w:p>
      <w:r>
        <w:rPr>
          <w:b/>
        </w:rPr>
        <w:t xml:space="preserve">[21:46] </w:t>
      </w:r>
      <w:r>
        <w:t>mukhtalif hesiyaton se log yahan se wahan, wahan, million billion log yahan se wahan ja rahe hain, aa rahe hain.</w:t>
      </w:r>
    </w:p>
    <w:p>
      <w:pPr>
        <w:jc w:val="right"/>
      </w:pPr>
      <w:r>
        <w:t>مختلف حیثیتوں سے لوگ یہاں سے وہاں، وہاں، ملین بلین لوگ یہاں سے وہاں جا رہے ہیں، آ رہے ہیں۔</w:t>
      </w:r>
    </w:p>
    <w:p>
      <w:r>
        <w:rPr>
          <w:b/>
        </w:rPr>
        <w:t xml:space="preserve">[21:53] </w:t>
      </w:r>
      <w:r>
        <w:t>yeh kya hai? yeh hai madu ka mobilization. madu ka khud daai ke haan pahunchna.</w:t>
      </w:r>
    </w:p>
    <w:p>
      <w:pPr>
        <w:jc w:val="right"/>
      </w:pPr>
      <w:r>
        <w:t>یہ کیا ہے؟ یہ ہے مدعو کا موبیلائزیشن۔ مدعو کا خود داعی کے ہاں پہنچنا۔</w:t>
      </w:r>
    </w:p>
    <w:p>
      <w:r>
        <w:rPr>
          <w:b/>
        </w:rPr>
        <w:t xml:space="preserve">[22:05] </w:t>
      </w:r>
      <w:r>
        <w:t>ek arab se meri mulaqat hui to mein ne kaha ke aap kahan, aap daawati kaam kijiye, kyun ladai bhidai karte hain? to unhone kaha ke hum to wahan sab musalman musalman hain.</w:t>
      </w:r>
    </w:p>
    <w:p>
      <w:pPr>
        <w:jc w:val="right"/>
      </w:pPr>
      <w:r>
        <w:t>ایک عرب سے میری ملاقات ہوئی تو میں نے کہا کہ آپ کہاں، آپ دعوتی کام کیجئے، کیوں لڑائی بھڑائی کرتے ہیں؟ تو انہوں نے کہا کہ ہم تو وہاں سب مسلمان مسلمان ہیں۔</w:t>
      </w:r>
    </w:p>
    <w:p>
      <w:r>
        <w:rPr>
          <w:b/>
        </w:rPr>
        <w:t xml:space="preserve">[22:16] </w:t>
      </w:r>
      <w:r>
        <w:t>mein ne kaha aap galat kehte hain. bahut zyada log aate hain aap ke haan job ke liye.</w:t>
      </w:r>
    </w:p>
    <w:p>
      <w:pPr>
        <w:jc w:val="right"/>
      </w:pPr>
      <w:r>
        <w:t>میں نے کہا آپ غلط کہتے ہیں۔ بہت زیادہ لوگ آتے ہیں آپ کے ہاں جاب کے لیے۔</w:t>
      </w:r>
    </w:p>
    <w:p>
      <w:r>
        <w:rPr>
          <w:b/>
        </w:rPr>
        <w:t xml:space="preserve">[22:23] </w:t>
      </w:r>
      <w:r>
        <w:t>woh kya hai? woh madu hain.</w:t>
      </w:r>
    </w:p>
    <w:p>
      <w:pPr>
        <w:jc w:val="right"/>
      </w:pPr>
      <w:r>
        <w:t>وہ کیا ہے؟ وہ مدعو ہیں۔</w:t>
      </w:r>
    </w:p>
    <w:p>
      <w:r>
        <w:rPr>
          <w:b/>
        </w:rPr>
        <w:t xml:space="preserve">[22:27] </w:t>
      </w:r>
      <w:r>
        <w:t>jab ke liye bhare hue hain log arab mulkon mein, bahar ke log. woh madu hain, un ko woh dawat pahunchaiye. is ke ilawa dekhiye, muslim countries jo hain, wahan par historical monuments hain.</w:t>
      </w:r>
    </w:p>
    <w:p>
      <w:pPr>
        <w:jc w:val="right"/>
      </w:pPr>
      <w:r>
        <w:t>جاب کے لیے بھرے ہوئے ہیں لوگ عرب ملکوں میں، باہر کے لوگ۔ وہ مدعو ہیں، ان کو وہ دعوت پہنچائیے۔ اس کے علاوہ دیکھیے، مسلم کنٹریز جو ہیں، وہاں پر ہسٹاریکل مونومنٹس ہیں۔</w:t>
      </w:r>
    </w:p>
    <w:p>
      <w:r>
        <w:rPr>
          <w:b/>
        </w:rPr>
        <w:t xml:space="preserve">[22:41] </w:t>
      </w:r>
      <w:r>
        <w:t>har jagah muslim, kyunke usmaniyon ka empire tha, bohat lambi muddat tak.</w:t>
      </w:r>
    </w:p>
    <w:p>
      <w:pPr>
        <w:jc w:val="right"/>
      </w:pPr>
      <w:r>
        <w:t>ہر جگہ مسلم، کیونکہ عثمانیوں کا ایمپائر تھا، بہت لمبی مدت تک۔</w:t>
      </w:r>
    </w:p>
    <w:p>
      <w:r>
        <w:rPr>
          <w:b/>
        </w:rPr>
        <w:t xml:space="preserve">[22:48] </w:t>
      </w:r>
      <w:r>
        <w:t>empire ki wajah se har jagah un ke unhon ne banaye buildingen waghera. toh muslim mulkon mein bohat zyada historical monuments hain.</w:t>
      </w:r>
    </w:p>
    <w:p>
      <w:pPr>
        <w:jc w:val="right"/>
      </w:pPr>
      <w:r>
        <w:t>ایمپائر کی وجہ سے ہر جگہ ان کے انہوں نے بنائے بلڈنگیں وغیرہ۔ تو مسلم ملکوں میں بہت زیادہ ہسٹاریکل مونومنٹس ہیں۔</w:t>
      </w:r>
    </w:p>
    <w:p>
      <w:r>
        <w:rPr>
          <w:b/>
        </w:rPr>
        <w:t xml:space="preserve">[22:58] </w:t>
      </w:r>
      <w:r>
        <w:t>toh muslim mulkon mein bohat zyada tourist aate hain. turkey mein, iraq mein, afghanistan mein, misr mein, lebanon mein,</w:t>
      </w:r>
    </w:p>
    <w:p>
      <w:pPr>
        <w:jc w:val="right"/>
      </w:pPr>
      <w:r>
        <w:t>تو مسلم ملکوں میں بہت زیادہ ٹورسٹ آتے ہیں۔ ترکی میں، عراق میں، افغانستان میں، مصر میں، لبنان میں،</w:t>
      </w:r>
    </w:p>
    <w:p>
      <w:r>
        <w:rPr>
          <w:b/>
        </w:rPr>
        <w:t xml:space="preserve">[23:10] </w:t>
      </w:r>
      <w:r>
        <w:t>har jagah. india mein, kashmir mein, falasteen mein. yani tourist, tourist logon ki fauj ki fauj aa rahi hai.</w:t>
      </w:r>
    </w:p>
    <w:p>
      <w:pPr>
        <w:jc w:val="right"/>
      </w:pPr>
      <w:r>
        <w:t>ہر جگہ۔ انڈیا میں، کشمیر میں، فلسطین میں۔ یعنی ٹورسٹ، ٹورسٹ لوگوں کی فوج کی فوج آ رہی ہے۔</w:t>
      </w:r>
    </w:p>
    <w:p>
      <w:r>
        <w:rPr>
          <w:b/>
        </w:rPr>
        <w:t xml:space="preserve">[23:20] </w:t>
      </w:r>
      <w:r>
        <w:t>yeh kya hai? yeh madu hain.</w:t>
      </w:r>
    </w:p>
    <w:p>
      <w:pPr>
        <w:jc w:val="right"/>
      </w:pPr>
      <w:r>
        <w:t>یہ کیا ہے؟ یہ مدعو ہیں۔</w:t>
      </w:r>
    </w:p>
    <w:p>
      <w:r>
        <w:rPr>
          <w:b/>
        </w:rPr>
        <w:t xml:space="preserve">[23:24] </w:t>
      </w:r>
      <w:r>
        <w:t>madu hain. yani pehle zamane mein dekhiye,</w:t>
      </w:r>
    </w:p>
    <w:p>
      <w:pPr>
        <w:jc w:val="right"/>
      </w:pPr>
      <w:r>
        <w:t>مدعو ہیں۔ یعنی پہلے زمانے میں دیکھیے،</w:t>
      </w:r>
    </w:p>
    <w:p>
      <w:r>
        <w:rPr>
          <w:b/>
        </w:rPr>
        <w:t xml:space="preserve">[23:29] </w:t>
      </w:r>
      <w:r>
        <w:t>sahaba karam ko khachar par baith kar, oont par baith kar, aur ghore par baith kar jana parta tha.</w:t>
      </w:r>
    </w:p>
    <w:p>
      <w:pPr>
        <w:jc w:val="right"/>
      </w:pPr>
      <w:r>
        <w:t>صحابہ کرام کو خچر پر بیٹھ کر، اونٹ پر بیٹھ کر، اور گھوڑے پر بیٹھ کر جانا پڑتا تھا۔</w:t>
      </w:r>
    </w:p>
    <w:p>
      <w:r>
        <w:rPr>
          <w:b/>
        </w:rPr>
        <w:t xml:space="preserve">[23:39] </w:t>
      </w:r>
      <w:r>
        <w:t>yahan se wahan, wahan se wahan, wahan. aaj kya hai? aap car se, hawai jahaz se, yahan se wahan, bohat kam waqt mein pahunch rahe hain.</w:t>
      </w:r>
    </w:p>
    <w:p>
      <w:pPr>
        <w:jc w:val="right"/>
      </w:pPr>
      <w:r>
        <w:t>یہاں سے وہاں، وہاں سے وہاں، وہاں۔ آج کیا ہے؟ آپ کار سے، ہوائی جہاز سے، یہاں سے وہاں، بہت کم وقت میں پہنچ رہے ہیں۔</w:t>
      </w:r>
    </w:p>
    <w:p>
      <w:r>
        <w:rPr>
          <w:b/>
        </w:rPr>
        <w:t xml:space="preserve">[23:51] </w:t>
      </w:r>
      <w:r>
        <w:t>un ka ek josh tha un ke andar ke uqba bin nafe madine se rawana hue, ghore par asia ko paar kiya, africa mein dakhil hue, yahan tak ke atlantic ke sahil pahunch gaye.</w:t>
      </w:r>
    </w:p>
    <w:p>
      <w:pPr>
        <w:jc w:val="right"/>
      </w:pPr>
      <w:r>
        <w:t>ان کا ایک جوش تھا ان کے اندر کہ عقبہ بن نافع مدینے سے روانہ ہوئے، گھوڑے پر ایشیا کو پار کیا، افریقہ میں داخل ہوئے، یہاں تک کہ اٹلانٹک کے ساحل پہنچ گئے۔</w:t>
      </w:r>
    </w:p>
    <w:p>
      <w:r>
        <w:rPr>
          <w:b/>
        </w:rPr>
        <w:t xml:space="preserve">[24:02] </w:t>
      </w:r>
      <w:r>
        <w:t>woh wahan had aa gayi. woh woh samajhte the ke is ka aage toh kuch hai nahi. aise hi ek qafila chala madine se, woh chalte chalte cyprus pahunch gaya.</w:t>
      </w:r>
    </w:p>
    <w:p>
      <w:pPr>
        <w:jc w:val="right"/>
      </w:pPr>
      <w:r>
        <w:t>وہ وہاں حد آ گئی۔ وہ وہ سمجھتے تھے کہ اس کا آگے تو کچھ ہے نہیں۔ ایسے ہی ایک قافلہ چلا مدینے سے، وہ چلتے چلتے قبرس پہنچ گیا۔</w:t>
      </w:r>
    </w:p>
    <w:p>
      <w:r>
        <w:rPr>
          <w:b/>
        </w:rPr>
        <w:t xml:space="preserve">[24:15] </w:t>
      </w:r>
      <w:r>
        <w:t>wahan par abhi bhi qabar bani hui hai. ek khatoon, ek sahabi ki, jo wahan sahabi ki, jo un ka intiqal ho gaya tha, un ka josh yahan se wahan, wahan se wahan ja pahunchata tha.</w:t>
      </w:r>
    </w:p>
    <w:p>
      <w:pPr>
        <w:jc w:val="right"/>
      </w:pPr>
      <w:r>
        <w:t>وہاں پر ابھی بھی قبر بنی ہوئی ہے۔ ایک خاتون، ایک صحابی کی، جو وہاں صحابیہ کی، جو ان کا انتقال ہو گیا تھا، ان کا جوش یہاں سے وہاں، وہاں سے وہاں جا پہنچاتا تھا۔</w:t>
      </w:r>
    </w:p>
    <w:p>
      <w:r>
        <w:rPr>
          <w:b/>
        </w:rPr>
        <w:t xml:space="preserve">[24:28] </w:t>
      </w:r>
      <w:r>
        <w:t>ab aap ko jana bhi nahi. ab khud madu aap ke haan aa raha hai. sari duniya mein madu lakhon nahi, karoron ki tadad mein, tadad mein har us mulk mein aa rahe hain.</w:t>
      </w:r>
    </w:p>
    <w:p>
      <w:pPr>
        <w:jc w:val="right"/>
      </w:pPr>
      <w:r>
        <w:t>اب آپ کو جانا بھی نہیں۔ اب خود مدعو آپ کے ہاں آ رہا ہے۔ ساری دنیا میں مدعو لاکھوں نہیں، کروڑوں کی تعداد میں، تعداد میں ہر اس ملک میں آ رہے ہیں۔</w:t>
      </w:r>
    </w:p>
    <w:p>
      <w:r>
        <w:rPr>
          <w:b/>
        </w:rPr>
        <w:t xml:space="preserve">[24:44] </w:t>
      </w:r>
      <w:r>
        <w:t>toh in mein dawat, daawti kaam kijiye. yeh ishara khodawandi hai ke maidan badlo. yeh ishara khodawandi hai ke maidan badlo.</w:t>
      </w:r>
    </w:p>
    <w:p>
      <w:pPr>
        <w:jc w:val="right"/>
      </w:pPr>
      <w:r>
        <w:t>تو ان میں دعوت، دعوتی کام کیجئے۔ یہ اشارہ خداوندی ہے کہ میدان بدلو۔ یہ اشارہ خداوندی ہے کہ میدان بدلو۔</w:t>
      </w:r>
    </w:p>
    <w:p>
      <w:r>
        <w:rPr>
          <w:b/>
        </w:rPr>
        <w:t xml:space="preserve">[24:57] </w:t>
      </w:r>
      <w:r>
        <w:t>jihad ke naam par takrao khatam, khatam karo. ab dawat wala jihad karo. jaisa ke quran mein hai: "mujahid hum bi jahad kabira".</w:t>
      </w:r>
    </w:p>
    <w:p>
      <w:pPr>
        <w:jc w:val="right"/>
      </w:pPr>
      <w:r>
        <w:t>جہاد کے نام پر ٹکراؤ ختم، ختم کرو۔ اب دعوت والا جہاد کرو۔ جیسا کہ قرآن میں ہے: "مجاہد ہم بہ جہاد کبیرہ"۔</w:t>
      </w:r>
    </w:p>
    <w:p>
      <w:r>
        <w:rPr>
          <w:b/>
        </w:rPr>
        <w:t xml:space="preserve">[25:07] </w:t>
      </w:r>
      <w:r>
        <w:t>un se bara jihad karo, daawti jihad. kyunke quran ke zariye daawti jihad hoga.</w:t>
      </w:r>
    </w:p>
    <w:p>
      <w:pPr>
        <w:jc w:val="right"/>
      </w:pPr>
      <w:r>
        <w:t>ان سے بڑا جہاد کرو، دعوتی جہاد۔ کیونکہ قرآن کے ذریعے دعوتی جہاد ہوگا۔</w:t>
      </w:r>
    </w:p>
    <w:p>
      <w:r>
        <w:rPr>
          <w:b/>
        </w:rPr>
        <w:t xml:space="preserve">[25:16] </w:t>
      </w:r>
      <w:r>
        <w:t>toh chote jihad mein aap ko shikast ho rahi hai. ab bare jihad mein fatehana raste khule hue hain. yeh hai ishara.</w:t>
      </w:r>
    </w:p>
    <w:p>
      <w:pPr>
        <w:jc w:val="right"/>
      </w:pPr>
      <w:r>
        <w:t>تو چھوٹے جہاد میں آپ کو شکست ہو رہی ہے۔ اب بڑے جہاد میں فاتحانہ راستے کھلے ہوئے ہیں۔ یہ ہے اشارہ۔</w:t>
      </w:r>
    </w:p>
    <w:p>
      <w:r>
        <w:rPr>
          <w:b/>
        </w:rPr>
        <w:t xml:space="preserve">[25:26] </w:t>
      </w:r>
      <w:r>
        <w:t>ab dekhiye, yeh ishara kya batata hai? yeh ishara batata hai ke ikhwan e rasool ka role ada karne ka waqt aa gaya.</w:t>
      </w:r>
    </w:p>
    <w:p>
      <w:pPr>
        <w:jc w:val="right"/>
      </w:pPr>
      <w:r>
        <w:t>اب دیکھیے، یہ اشارہ کیا بتاتا ہے؟ یہ اشارہ بتاتا ہے کہ اخوان رسول کا رول ادا کرنے کا وقت آ گیا۔</w:t>
      </w:r>
    </w:p>
    <w:p>
      <w:r>
        <w:rPr>
          <w:b/>
        </w:rPr>
        <w:t xml:space="preserve">[25:38] </w:t>
      </w:r>
      <w:r>
        <w:t>door qadeem mein ya door riwayat mein, ya communications, yani is se pehle ke door mein, pre communication period mein, ashaab e rasool ne role kiya.</w:t>
      </w:r>
    </w:p>
    <w:p>
      <w:pPr>
        <w:jc w:val="right"/>
      </w:pPr>
      <w:r>
        <w:t>دور قدیم میں یا دور روایت میں، یا کمیونیکیشنز، یعنی اس سے پہلے کے دور میں، پری کمیونیکیشن پیریڈ میں، اصحاب رسول نے رول کیا۔</w:t>
      </w:r>
    </w:p>
    <w:p>
      <w:r>
        <w:rPr>
          <w:b/>
        </w:rPr>
        <w:t xml:space="preserve">[25:50] </w:t>
      </w:r>
      <w:r>
        <w:t>khachar par baith kar, oont par baith kar, ghore par baith kar, yahan se wahan gaye, wahan se wahan gaye, paidal chal kar. ab communication zamane mein phir wahi daawti role matloob hai.</w:t>
      </w:r>
    </w:p>
    <w:p>
      <w:pPr>
        <w:jc w:val="right"/>
      </w:pPr>
      <w:r>
        <w:t>خچر پر بیٹھ کر، اونٹ پر بیٹھ کر، گھوڑے پر بیٹھ کر، یہاں سے وہاں گئے، وہاں سے وہاں گئے، پیدل چل کر۔ اب کمیونیکیشن زمانے میں پھر وہی دعوتی رول مطلوب ہے۔</w:t>
      </w:r>
    </w:p>
    <w:p>
      <w:r>
        <w:rPr>
          <w:b/>
        </w:rPr>
        <w:t xml:space="preserve">[26:00] </w:t>
      </w:r>
      <w:r>
        <w:t>woh ikhwan e rasool karenge. it is but natural, bilkul seedhi saadi baat hai.</w:t>
      </w:r>
    </w:p>
    <w:p>
      <w:pPr>
        <w:jc w:val="right"/>
      </w:pPr>
      <w:r>
        <w:t>وہ اخوان رسول کریں گے۔ اٹ از بٹ نیچرل، بالکل سیدھی سادی بات ہے۔</w:t>
      </w:r>
    </w:p>
    <w:p>
      <w:r>
        <w:rPr>
          <w:b/>
        </w:rPr>
        <w:t xml:space="preserve">[26:07] </w:t>
      </w:r>
      <w:r>
        <w:t>yani pre communication door mein ashaab e rasool ne dawat ka role kiya. alam mein dawat pahuncha di.</w:t>
      </w:r>
    </w:p>
    <w:p>
      <w:pPr>
        <w:jc w:val="right"/>
      </w:pPr>
      <w:r>
        <w:t>یعنی پری کمیونیکیشن دور میں اصحاب رسول نے دعوت کا رول کیا۔ عالم میں دعوت پہنچا دی۔</w:t>
      </w:r>
    </w:p>
    <w:p>
      <w:r>
        <w:rPr>
          <w:b/>
        </w:rPr>
        <w:t xml:space="preserve">[26:18] </w:t>
      </w:r>
      <w:r>
        <w:t>ab ko ab post communication ke door mein ikhwan e rasool wahi kaam karenge. kaam wahi hai, role wahi hai. sirf zamane ka farq hai aur wasail ka farq hai.</w:t>
      </w:r>
    </w:p>
    <w:p>
      <w:pPr>
        <w:jc w:val="right"/>
      </w:pPr>
      <w:r>
        <w:t>اب کو اب پوسٹ کمیونیکیشن کے دور میں اخوان رسول وہی کام کریں گے۔ کام وہی ہے، رول وہی ہے۔ صرف زمانے کا فرق ہے اور وسائل کا فرق ہے۔</w:t>
      </w:r>
    </w:p>
    <w:p>
      <w:r>
        <w:rPr>
          <w:b/>
        </w:rPr>
        <w:t xml:space="preserve">[26:31] </w:t>
      </w:r>
      <w:r>
        <w:t>toh is mein ghalati kya hai? is mein ghalati ki baat kya hai? bataiye.</w:t>
      </w:r>
    </w:p>
    <w:p>
      <w:pPr>
        <w:jc w:val="right"/>
      </w:pPr>
      <w:r>
        <w:t>تو اس میں غلطی کیا ہے؟ اس میں غلطی کی بات کیا ہے؟ بتائیے۔</w:t>
      </w:r>
    </w:p>
    <w:p>
      <w:r>
        <w:rPr>
          <w:b/>
        </w:rPr>
        <w:t xml:space="preserve">[26:37] </w:t>
      </w:r>
      <w:r>
        <w:t>dekhein, ikhwan e rasool ka matlab koi fazail ki baat nahi hai. hamare musalmanon mein ek ek ghalat yeh hai ke har cheez ko fazilat ke taur par dekhte hain. fazilat nahi, yeh hai zimmedari ki baat.</w:t>
      </w:r>
    </w:p>
    <w:p>
      <w:pPr>
        <w:jc w:val="right"/>
      </w:pPr>
      <w:r>
        <w:t>دیکھیں، اخوان رسول کا مطلب کوئی فضائل کی بات نہیں ہے۔ ہمارے مسلمانوں میں ایک ایک غلط یہ ہے کہ ہر چیز کو فضیلت کے طور پر دیکھتے ہیں۔ فضیلت نہیں، یہ ہے ذمہ داری کی بات۔</w:t>
      </w:r>
    </w:p>
    <w:p>
      <w:r>
        <w:rPr>
          <w:b/>
        </w:rPr>
        <w:t xml:space="preserve">[26:51] </w:t>
      </w:r>
      <w:r>
        <w:t>sahaba jo thay, kabhi kisi sahabi se nahi sunenge aap kehte thay ke hum afzal log hain. yeh sahaba ke zehan nahi tha ke hum afzal log hain.</w:t>
      </w:r>
    </w:p>
    <w:p>
      <w:pPr>
        <w:jc w:val="right"/>
      </w:pPr>
      <w:r>
        <w:t>صحابہ جو تھے، کبھی کسی صحابی سے نہیں سنیں گے آپ کہ کہتے تھے کہ ہم افضل لوگ ہیں۔ یہ صحابہ کے ذہن نہیں تھا کہ ہم افضل لوگ ہیں۔</w:t>
      </w:r>
    </w:p>
    <w:p>
      <w:r>
        <w:rPr>
          <w:b/>
        </w:rPr>
        <w:t xml:space="preserve">[27:02] </w:t>
      </w:r>
      <w:r>
        <w:t>nahi, in ka zehan yeh tha ke hamari pe ek zimmedari hai,</w:t>
      </w:r>
    </w:p>
    <w:p>
      <w:pPr>
        <w:jc w:val="right"/>
      </w:pPr>
      <w:r>
        <w:t>نہیں، ان کا ذہن یہ تھا کہ ہماری پہ ایک ذمہ داری ہے،</w:t>
      </w:r>
    </w:p>
    <w:p>
      <w:r>
        <w:rPr>
          <w:b/>
        </w:rPr>
        <w:t xml:space="preserve">[27:06] </w:t>
      </w:r>
      <w:r>
        <w:t>rasool ka sath dein, aap ke mission mein apne aap ko khapayein, dawat pahunchayein, sab tamam logon tak.</w:t>
      </w:r>
    </w:p>
    <w:p>
      <w:pPr>
        <w:jc w:val="right"/>
      </w:pPr>
      <w:r>
        <w:t>رسول کا ساتھ دیں، آپ کے مشن میں اپنے آپ کو کھپائیں، دعوت پہنچائیں، سب تمام لوگوں تک۔</w:t>
      </w:r>
    </w:p>
    <w:p>
      <w:r>
        <w:rPr>
          <w:b/>
        </w:rPr>
        <w:t xml:space="preserve">[27:16] </w:t>
      </w:r>
      <w:r>
        <w:t>leonkum ba balagh, jise rasool Allah ne kaha tha ke a logon, Allah ne mujhe sare arab ke liye bheja hai, to tum mera paigham pahuncha do sab ko.</w:t>
      </w:r>
    </w:p>
    <w:p>
      <w:pPr>
        <w:jc w:val="right"/>
      </w:pPr>
      <w:r>
        <w:t>لیونکم بہ بلغ، جسے رسول اللہ نے کہا تھا کہ اے لوگوں، اللہ نے مجھے سارے عرب کے لیے بھیجا ہے، تو تم میرا پیغام پہنچا دو سب کو۔</w:t>
      </w:r>
    </w:p>
    <w:p>
      <w:r>
        <w:rPr>
          <w:b/>
        </w:rPr>
        <w:t xml:space="preserve">[27:30] </w:t>
      </w:r>
      <w:r>
        <w:t>to is ke liye woh, yani jahan un ke bas mein tha, wahan tak pahunch paye woh. lekin yeh koshishein thi pre communication period mein.</w:t>
      </w:r>
    </w:p>
    <w:p>
      <w:pPr>
        <w:jc w:val="right"/>
      </w:pPr>
      <w:r>
        <w:t>تو اس کے لیے وہ، یعنی جہاں ان کے بس میں تھا، وہاں تک پہنچ پائے وہ۔ لیکن یہ کوششیں تھیں پری کمیونیکیشن پیریڈ میں۔</w:t>
      </w:r>
    </w:p>
    <w:p>
      <w:r>
        <w:rPr>
          <w:b/>
        </w:rPr>
        <w:t xml:space="preserve">[27:42] </w:t>
      </w:r>
      <w:r>
        <w:t>ab hum hain 21 century mein, jabke post communication period hai. yeh to is ke lehaz se kaam hoga.</w:t>
      </w:r>
    </w:p>
    <w:p>
      <w:pPr>
        <w:jc w:val="right"/>
      </w:pPr>
      <w:r>
        <w:t>اب ہم ہیں 21 سینچری میں، جبکہ پوسٹ کمیونیکیشن پیریڈ ہے۔ یہ تو اس کے لحاظ سے کام ہوگا۔</w:t>
      </w:r>
    </w:p>
    <w:p>
      <w:r>
        <w:rPr>
          <w:b/>
        </w:rPr>
        <w:t xml:space="preserve">[27:53] </w:t>
      </w:r>
      <w:r>
        <w:t>to woh bhi ek zimmedari thi, yeh bhi ek zimmedari hai.</w:t>
      </w:r>
    </w:p>
    <w:p>
      <w:pPr>
        <w:jc w:val="right"/>
      </w:pPr>
      <w:r>
        <w:t>تو وہ بھی ایک ذمہ داری تھی، یہ بھی ایک ذمہ داری ہے۔</w:t>
      </w:r>
    </w:p>
    <w:p>
      <w:r>
        <w:rPr>
          <w:b/>
        </w:rPr>
        <w:t xml:space="preserve">[27:56] </w:t>
      </w:r>
      <w:r>
        <w:t>yani ashabe rasool ki bhi ek duty thi, un ki ek zimmedari thi, us ko ada kiya unhone. ikhwan rasool ki bhi ek ek duty ka mamla hai, koi fazilat ka mamla nahi hai.</w:t>
      </w:r>
    </w:p>
    <w:p>
      <w:pPr>
        <w:jc w:val="right"/>
      </w:pPr>
      <w:r>
        <w:t>یعنی اصحاب رسول کی بھی ایک ڈیوٹی تھی، ان کی ایک ذمہ داری تھی، اس کو ادا کیا انہوں نے۔ اخوان رسول کی بھی ایک ایک ڈیوٹی کا معاملہ ہے، کوئی فضیلت کا معاملہ نہیں ہے۔</w:t>
      </w:r>
    </w:p>
    <w:p>
      <w:r>
        <w:rPr>
          <w:b/>
        </w:rPr>
        <w:t xml:space="preserve">[28:08] </w:t>
      </w:r>
      <w:r>
        <w:t>yeh pareshani ki baat kya hai?</w:t>
      </w:r>
    </w:p>
    <w:p>
      <w:pPr>
        <w:jc w:val="right"/>
      </w:pPr>
      <w:r>
        <w:t>یہ پریشانی کی بات کیا ہے؟</w:t>
      </w:r>
    </w:p>
    <w:p>
      <w:r>
        <w:rPr>
          <w:b/>
        </w:rPr>
        <w:t xml:space="preserve">[28:13] </w:t>
      </w:r>
      <w:r>
        <w:t>agar aap is ko daryaft karein ke Allah taala ka mansha yeh hai ke is ka deen logon tak pahunchaya jaye, is ke liye Allah taala ne communication paida kar diya hai,</w:t>
      </w:r>
    </w:p>
    <w:p>
      <w:pPr>
        <w:jc w:val="right"/>
      </w:pPr>
      <w:r>
        <w:t>اگر آپ اس کو دریافت کریں کہ اللہ تعالی کا منشا یہ ہے کہ اس کا دین لوگوں تک پہنچایا جائے، اس کے لیے اللہ تعالی نے کمیونیکیشن پیدا کر دیا ہے،</w:t>
      </w:r>
    </w:p>
    <w:p>
      <w:r>
        <w:rPr>
          <w:b/>
        </w:rPr>
        <w:t xml:space="preserve">[28:25] </w:t>
      </w:r>
      <w:r>
        <w:t>yeh zarraye paida kar diye hain. jaise ke mein yahan bol raha hoon, usi waqt meri baat ko europe mein koi sun raha hai, koi america mein sun raha hai, koi bangalore mein sun raha hai, koi bombay mein sun raha hai.</w:t>
      </w:r>
    </w:p>
    <w:p>
      <w:pPr>
        <w:jc w:val="right"/>
      </w:pPr>
      <w:r>
        <w:t>یہ ذرائع پیدا کر دیے ہیں۔ جیسے کہ میں یہاں بول رہا ہوں، اسی وقت میری بات کو یورپ میں کوئی سن رہا ہے، کوئی امریکہ میں سن رہا ہے، کوئی بنگلور میں سن رہا ہے، کوئی بمبئی میں سن رہا ہے۔</w:t>
      </w:r>
    </w:p>
    <w:p>
      <w:r>
        <w:rPr>
          <w:b/>
        </w:rPr>
        <w:t xml:space="preserve">[28:38] </w:t>
      </w:r>
      <w:r>
        <w:t>kisi ajib gharib baat hai! to yeh jo imkan paida hua, kya is imkan ko avel nahi kiya jayega? is imkan ko avel nahi kiya jayega?</w:t>
      </w:r>
    </w:p>
    <w:p>
      <w:pPr>
        <w:jc w:val="right"/>
      </w:pPr>
      <w:r>
        <w:t>کیسی عجیب غریب بات ہے! تو یہ جو امکان پیدا ہوا، کیا اس امکان کو اویل نہیں کیا جائے گا؟ اس امکان کو اویل نہیں کیا جائے گا؟</w:t>
      </w:r>
    </w:p>
    <w:p>
      <w:r>
        <w:rPr>
          <w:b/>
        </w:rPr>
        <w:t xml:space="preserve">[28:51] </w:t>
      </w:r>
      <w:r>
        <w:t>nahi kiya jayega to hum mujrim thaireinge.</w:t>
      </w:r>
    </w:p>
    <w:p>
      <w:pPr>
        <w:jc w:val="right"/>
      </w:pPr>
      <w:r>
        <w:t>نہیں کیا جائے گا تو ہم مجرم ٹھہریں گے۔</w:t>
      </w:r>
    </w:p>
    <w:p>
      <w:r>
        <w:rPr>
          <w:b/>
        </w:rPr>
        <w:t xml:space="preserve">[28:55] </w:t>
      </w:r>
      <w:r>
        <w:t>dekhiye, ek hadith hai ke: "la abqa'a 'ala zahir li ruz bait wa madar wa la wabar illa adkhal Allah kalimata al-islam".</w:t>
      </w:r>
    </w:p>
    <w:p>
      <w:pPr>
        <w:jc w:val="right"/>
      </w:pPr>
      <w:r>
        <w:t>دیکھیے، ایک حدیث ہے کہ: "لا ابقاء علی ظاہر لرز بیت و مدرن ولا وبر الا ادخل اللہ کلمۃ الاسلام"۔</w:t>
      </w:r>
    </w:p>
    <w:p>
      <w:r>
        <w:rPr>
          <w:b/>
        </w:rPr>
        <w:t xml:space="preserve">[29:08] </w:t>
      </w:r>
      <w:r>
        <w:t>zameen par koi bhi chota aur bada ghar bachega nahi, wahan islam kalma dakhil na ho jaye. dekhiye, qadeem zamane mein mumkin hi nahi tha kabhi.</w:t>
      </w:r>
    </w:p>
    <w:p>
      <w:pPr>
        <w:jc w:val="right"/>
      </w:pPr>
      <w:r>
        <w:t>زمین پر کوئی بھی چھوٹا اور بڑا گھر بچے گا نہیں، وہاں اسلام کلمہ داخل نہ ہو جائے۔ دیکھیے، قدیم زمانے میں ممکن ہی نہیں تھا کبھی۔</w:t>
      </w:r>
    </w:p>
    <w:p>
      <w:r>
        <w:rPr>
          <w:b/>
        </w:rPr>
        <w:t xml:space="preserve">[29:19] </w:t>
      </w:r>
      <w:r>
        <w:t>har ghar mein kaise dakhil hoga? bataiye. har ghar mein aap chal kar dakhil nahi ho sakte.</w:t>
      </w:r>
    </w:p>
    <w:p>
      <w:pPr>
        <w:jc w:val="right"/>
      </w:pPr>
      <w:r>
        <w:t>ہر گھر میں کیسے داخل ہوگا؟ بتائیے۔ ہر گھر میں آپ چل کر داخل نہیں ہو سکتے۔</w:t>
      </w:r>
    </w:p>
    <w:p>
      <w:r>
        <w:rPr>
          <w:b/>
        </w:rPr>
        <w:t xml:space="preserve">[29:24] </w:t>
      </w:r>
      <w:r>
        <w:t>aaj bhi aap chal kar dakhil nahi kar sakte. aaj bhi seven billion shahzadiyan insan hain ke aap chal kar pahuncha sakte hain.</w:t>
      </w:r>
    </w:p>
    <w:p>
      <w:pPr>
        <w:jc w:val="right"/>
      </w:pPr>
      <w:r>
        <w:t>آج بھی آپ چل کر داخل نہیں کر سکتے۔ آج بھی سیون بلین شہزادیاں انسان ہیں کہ آپ چل کر پہنچا سکتے ہیں۔</w:t>
      </w:r>
    </w:p>
    <w:p>
      <w:r>
        <w:rPr>
          <w:b/>
        </w:rPr>
        <w:t xml:space="preserve">[29:35] </w:t>
      </w:r>
      <w:r>
        <w:t>lekin aap zara dekhiye ke yeh jo technology hai, yeh technology jo hai, ghar ghar computer hai. aap dil mein boliye aur us ke is sare ghar mein, yani imkani taur par pahunch rahi hai aap ki awaz.</w:t>
      </w:r>
    </w:p>
    <w:p>
      <w:pPr>
        <w:jc w:val="right"/>
      </w:pPr>
      <w:r>
        <w:t>لیکن آپ ذرا دیکھیے کہ یہ جو ٹیکنالوجی ہے، یہ ٹیکنالوجی جو ہے، گھر گھر کمپیوٹر ہے۔ آپ دل میں بولیے اور اس کے اس سارے گھر میں، یعنی امکانی طور پر پہنچ رہی ہے آپ کی آواز۔</w:t>
      </w:r>
    </w:p>
    <w:p>
      <w:r>
        <w:rPr>
          <w:b/>
        </w:rPr>
        <w:t xml:space="preserve">[29:52] </w:t>
      </w:r>
      <w:r>
        <w:t>to yeh is is hadith mein jis jis peshangoi ka zikr hai, woh is ke waqea banne ke liye zaroori hai ke ek technology wajood mein aaye.</w:t>
      </w:r>
    </w:p>
    <w:p>
      <w:pPr>
        <w:jc w:val="right"/>
      </w:pPr>
      <w:r>
        <w:t>تو یہ اس اس حدیث میں جس جس پیشنگوئی کا ذکر ہے، وہ اس کے واقعہ بننے کے لیے ضروری ہے کہ ایک ٹیکنالوجی وجود میں آئے۔</w:t>
      </w:r>
    </w:p>
    <w:p>
      <w:r>
        <w:rPr>
          <w:b/>
        </w:rPr>
        <w:t xml:space="preserve">[30:02] </w:t>
      </w:r>
      <w:r>
        <w:t>kabhi bhi mumkin nahi, aaj bhi nahi mumkin hai ke aap chal kar, chal kar, chal kar har ghar ghar mein pahuncha dein. yeh mumkin hi nahi.</w:t>
      </w:r>
    </w:p>
    <w:p>
      <w:pPr>
        <w:jc w:val="right"/>
      </w:pPr>
      <w:r>
        <w:t>کبھی بھی ممکن نہیں، آج بھی نہیں ممکن ہے کہ آپ چل کر، چل کر، چل کر ہر گھر گھر میں پہنچا دیں۔ یہ ممکن ہی نہیں۔</w:t>
      </w:r>
    </w:p>
    <w:p>
      <w:r>
        <w:rPr>
          <w:b/>
        </w:rPr>
        <w:t xml:space="preserve">[30:11] </w:t>
      </w:r>
      <w:r>
        <w:t>to is hadith mein ek ek technical, ek technological age ki peshangoi hai.</w:t>
      </w:r>
    </w:p>
    <w:p>
      <w:pPr>
        <w:jc w:val="right"/>
      </w:pPr>
      <w:r>
        <w:t>تو اس حدیث میں ایک ایک ٹیکنیکل، ایک ٹیکنالوجیکل ایج کی پیشنگوئی ہے۔</w:t>
      </w:r>
    </w:p>
    <w:p>
      <w:r>
        <w:rPr>
          <w:b/>
        </w:rPr>
        <w:t xml:space="preserve">[30:19] </w:t>
      </w:r>
      <w:r>
        <w:t>yeh jo hadith hai ke koi ghar nahi bachega, bachega jahan Allah ka kalma dakhil na ho jaye, word of god dakhil na ho jaye, us mein is cheez implicit hai ke aisi technology daryaft hogi jis ki bina par yeh mumkin ho jayega ke ghar ghar pahunch jaye.</w:t>
      </w:r>
    </w:p>
    <w:p>
      <w:pPr>
        <w:jc w:val="right"/>
      </w:pPr>
      <w:r>
        <w:t>یہ جو حدیث ہے کہ کوئی گھر نہیں بچے گا، بچے گا جہاں اللہ کا کلمہ داخل نہ ہو جائے، ورڈ آف گاڈ داخل نہ ہو جائے، اس میں اس چیز ایمپلیسٹ ہے کہ ایسی ٹیکنالوجی دریافت ہوگی جس کی بنا پر یہ ممکن ہو جائے گا کہ گھر گھر پہنچ جائے۔</w:t>
      </w:r>
    </w:p>
    <w:p>
      <w:r>
        <w:rPr>
          <w:b/>
        </w:rPr>
        <w:t xml:space="preserve">[30:42] </w:t>
      </w:r>
      <w:r>
        <w:t>kyun ke aap is tarah to pahuncha nahi sakte ke chal kar jayein aur chal kar ke har darwaze par naak karein. ek aadmi nikle aur us ko aap quran dein.</w:t>
      </w:r>
    </w:p>
    <w:p>
      <w:pPr>
        <w:jc w:val="right"/>
      </w:pPr>
      <w:r>
        <w:t>کیونکہ آپ اس طرح تو پہنچا نہیں سکتے کہ چل کر جائیں اور چل کر کے ہر دروازے پر ناک کریں۔ ایک آدمی نکلے اور اس کو آپ قرآن دیں۔</w:t>
      </w:r>
    </w:p>
    <w:p>
      <w:r>
        <w:rPr>
          <w:b/>
        </w:rPr>
        <w:t xml:space="preserve">[30:51] </w:t>
      </w:r>
      <w:r>
        <w:t>aisa mumkin nahi hai, possible nahi hai. yeh</w:t>
      </w:r>
    </w:p>
    <w:p>
      <w:pPr>
        <w:jc w:val="right"/>
      </w:pPr>
      <w:r>
        <w:t>ایسا ممکن نہیں ہے، پاسیبل نہیں ہے۔ یہ</w:t>
      </w:r>
    </w:p>
    <w:p>
      <w:r>
        <w:rPr>
          <w:b/>
        </w:rPr>
        <w:t xml:space="preserve">[30:57] </w:t>
      </w:r>
      <w:r>
        <w:t>ab bhi possible nahi hai, us waqt bhi. lekin technology ke zariye possible hai. wohi Hazrat Masih ne jo kaha tha ke insan se nahi ho sakta, woh Khuda se ho sakta hai.</w:t>
      </w:r>
    </w:p>
    <w:p>
      <w:pPr>
        <w:jc w:val="right"/>
      </w:pPr>
      <w:r>
        <w:t>اب بھی پاسیبل نہیں ہے، اس وقت بھی۔ لیکن ٹیکنالوجی کے ذریعے پاسیبل ہے۔ وہی حضرت مسیح نے جو کہا تھا کہ انسان سے نہیں ہو سکتا، وہ خدا سے ہو سکتا ہے۔</w:t>
      </w:r>
    </w:p>
    <w:p>
      <w:r>
        <w:rPr>
          <w:b/>
        </w:rPr>
        <w:t xml:space="preserve">[31:11] </w:t>
      </w:r>
      <w:r>
        <w:t>to jo kaam insaan nahi kar pata tha, us ke liye aap ne technology paida kar di ke aap ek jagah boliye aur saare gharon mein computer hain, har ghar mein computer hai.</w:t>
      </w:r>
    </w:p>
    <w:p>
      <w:pPr>
        <w:jc w:val="right"/>
      </w:pPr>
      <w:r>
        <w:t>تو جو کام انسان نہیں کر پاتا تھا، اس کے لیے آپ نے ٹیکنالوجی پیدا کر دی کہ آپ ایک جگہ بولیے اور سارے گھروں میں کمپیوٹر ہیں، ہر گھر میں کمپیوٹر ہے۔</w:t>
      </w:r>
    </w:p>
    <w:p>
      <w:r>
        <w:rPr>
          <w:b/>
        </w:rPr>
        <w:t xml:space="preserve">[31:24] </w:t>
      </w:r>
      <w:r>
        <w:t>imkani tor par har ghar mein ab aap ki awaaz pahunch rahi hai.</w:t>
      </w:r>
    </w:p>
    <w:p>
      <w:pPr>
        <w:jc w:val="right"/>
      </w:pPr>
      <w:r>
        <w:t>امکانی طور پر ہر گھر میں اب آپ کی آواز پہنچ رہی ہے۔</w:t>
      </w:r>
    </w:p>
    <w:p>
      <w:r>
        <w:rPr>
          <w:b/>
        </w:rPr>
        <w:t xml:space="preserve">[31:30] </w:t>
      </w:r>
      <w:r>
        <w:t>to aap dekhiye ke is hadith mein jab yeh baat kahi gayi hai, usi mein apne aap hi yeh baat nikalti hai ke is daur mein ek groh hoga jo is imkaan ko aawel karega.</w:t>
      </w:r>
    </w:p>
    <w:p>
      <w:pPr>
        <w:jc w:val="right"/>
      </w:pPr>
      <w:r>
        <w:t>تو آپ دیکھیے کہ اس حدیث میں جب یہ بات کہی گئی ہے، اسی میں اپنے آپ ہی یہ بات نکلتی ہے کہ اس دور میں ایک گروہ ہوگا جو اس امکان کو اویل کرے گا۔</w:t>
      </w:r>
    </w:p>
    <w:p>
      <w:r>
        <w:rPr>
          <w:b/>
        </w:rPr>
        <w:t xml:space="preserve">[31:47] </w:t>
      </w:r>
      <w:r>
        <w:t>to yahi to hai ikhwan-e-rasool. aur kya? ikhwan-e-rasool koi koi koi woh anokhi cheez hai?</w:t>
      </w:r>
    </w:p>
    <w:p>
      <w:pPr>
        <w:jc w:val="right"/>
      </w:pPr>
      <w:r>
        <w:t>تو یہی تو ہے اخوان رسول۔ اور کیا؟ اخوان رسول کوئی کوئی کوئی وہ انوکھی چیز ہے؟</w:t>
      </w:r>
    </w:p>
    <w:p>
      <w:r>
        <w:rPr>
          <w:b/>
        </w:rPr>
        <w:t xml:space="preserve">[31:58] </w:t>
      </w:r>
      <w:r>
        <w:t>main aksar sochta hoon ke main yaani computer ki abecity bhi nahi jaanta. aap yaqeen kijiye ke main mobile ko ya telephone ko dial bhi nahi kar sakta.</w:t>
      </w:r>
    </w:p>
    <w:p>
      <w:pPr>
        <w:jc w:val="right"/>
      </w:pPr>
      <w:r>
        <w:t>میں اکثر سوچتا ہوں کہ میں یعنی کمپیوٹر کی ابیسیٹی بھی نہیں جانتا۔ آپ یقین کیجیے کہ میں موبائل کو یا ٹیلی فون کو ڈائل بھی نہیں کر سکتا۔</w:t>
      </w:r>
    </w:p>
    <w:p>
      <w:r>
        <w:rPr>
          <w:b/>
        </w:rPr>
        <w:t xml:space="preserve">[32:11] </w:t>
      </w:r>
      <w:r>
        <w:t>mera haal yeh hai ke jo jo call aati hai, receiver uthata hoon, us se baat kar leta hoon. khud nahi dial kar sakta hoon main, na landline, na na na mobile.</w:t>
      </w:r>
    </w:p>
    <w:p>
      <w:pPr>
        <w:jc w:val="right"/>
      </w:pPr>
      <w:r>
        <w:t>میرا حال یہ ہے کہ جو جو کال آتی ہے، ریسیور اٹھاتا ہوں، اس سے بات کر لیتا ہوں۔ خود نہیں ڈائل کر سکتا ہوں میں، نہ لینڈ لائن، نہ نہ نہ موبائل۔</w:t>
      </w:r>
    </w:p>
    <w:p>
      <w:r>
        <w:rPr>
          <w:b/>
        </w:rPr>
        <w:t xml:space="preserve">[32:24] </w:t>
      </w:r>
      <w:r>
        <w:t>to computer ki technology mein abecity bhi nahi jaanta. lekin dekhiye, Allah taala ko is saari duniya mein Allah taala ne in logon ko is mein laga diya, is mission mein jo computer ke expert hain.</w:t>
      </w:r>
    </w:p>
    <w:p>
      <w:pPr>
        <w:jc w:val="right"/>
      </w:pPr>
      <w:r>
        <w:t>تو کمپیوٹر کی ٹیکنالوجی میں ابیسیٹی بھی نہیں جانتا۔ لیکن دیکھیے، اللہ تعالی کو اس ساری دنیا میں اللہ تعالی نے ان لوگوں کو اس میں لگا دیا، اس مشن میں جو کمپیوٹر کے ایکسپرٹ ہیں۔</w:t>
      </w:r>
    </w:p>
    <w:p>
      <w:r>
        <w:rPr>
          <w:b/>
        </w:rPr>
        <w:t xml:space="preserve">[32:39] </w:t>
      </w:r>
      <w:r>
        <w:t>kaisi ajeeb baat hai! ek aise insaan ne is mission ko shuru kiya jo na pehle jaanta tha computer, na aaj jaanta hai.</w:t>
      </w:r>
    </w:p>
    <w:p>
      <w:pPr>
        <w:jc w:val="right"/>
      </w:pPr>
      <w:r>
        <w:t>کیسی عجیب بات ہے! ایک ایسے انسان نے اس مشن کو شروع کیا جو نہ پہلے جانتا تھا کمپیوٹر، نہ آج جانتا ہے۔</w:t>
      </w:r>
    </w:p>
    <w:p>
      <w:r>
        <w:rPr>
          <w:b/>
        </w:rPr>
        <w:t xml:space="preserve">[32:52] </w:t>
      </w:r>
      <w:r>
        <w:t>na pehle jaanta tha computer, na aaj jaanta hai. computer ki abecity bhi is se waaqif hi na ho. lekin saari duniya mein Allah taala ne woh logon ko jo computer ke expert the,</w:t>
      </w:r>
    </w:p>
    <w:p>
      <w:pPr>
        <w:jc w:val="right"/>
      </w:pPr>
      <w:r>
        <w:t>نہ پہلے جانتا تھا کمپیوٹر، نہ آج جانتا ہے۔ کمپیوٹر کی ابیسیٹی بھی اس سے واقف ہی نہیں ہو۔ لیکن ساری دنیا میں اللہ تعالی نے وہ لوگوں کو جو کمپیوٹر کے ایکسپرٹ تھے،</w:t>
      </w:r>
    </w:p>
    <w:p>
      <w:r>
        <w:rPr>
          <w:b/>
        </w:rPr>
        <w:t xml:space="preserve">[33:05] </w:t>
      </w:r>
      <w:r>
        <w:t>yahi inka profession tha, unko laga diya is kaam mein. aur zabardast tor par computer yeh internet ke zariye se saari duniya mein pahunch raha hai paigham.</w:t>
      </w:r>
    </w:p>
    <w:p>
      <w:pPr>
        <w:jc w:val="right"/>
      </w:pPr>
      <w:r>
        <w:t>یہی ان کا پروفیشن تھا، ان کو لگا دیا اس کام میں۔ اور زبردست طور پر کمپیوٹر یہ انٹرنیٹ کے ذریعے سے ساری دنیا میں پہنچ رہا ہے پیغام۔</w:t>
      </w:r>
    </w:p>
    <w:p>
      <w:r>
        <w:rPr>
          <w:b/>
        </w:rPr>
        <w:t xml:space="preserve">[33:22] </w:t>
      </w:r>
      <w:r>
        <w:t>abhi mujhe bataya gaya ke America mein jo hamare saathi hain, unhone bohat zabardast website kholi hai. woh aisi khabrein aati rehti hain.</w:t>
      </w:r>
    </w:p>
    <w:p>
      <w:pPr>
        <w:jc w:val="right"/>
      </w:pPr>
      <w:r>
        <w:t>ابھی مجھے بتایا گیا کہ امریکہ میں جو ہمارے ساتھی ہیں، انہوں نے بہت زبردست ویب سائٹ کھولی ہے۔ وہ ایسی خبریں آتی رہتی ہیں۔</w:t>
      </w:r>
    </w:p>
    <w:p>
      <w:r>
        <w:rPr>
          <w:b/>
        </w:rPr>
        <w:t xml:space="preserve">[33:34] </w:t>
      </w:r>
      <w:r>
        <w:t>to yaani bil-fi'l yahi waqea hai ke main yahan bol raha hoon Delhi mein aur duniya mein mukhtalif maqamat pe meri awaaz isi waqt sun rahe hain log, isi waqt sun rahe hain.</w:t>
      </w:r>
    </w:p>
    <w:p>
      <w:pPr>
        <w:jc w:val="right"/>
      </w:pPr>
      <w:r>
        <w:t>تو یعنی بالفعل یہی واقعہ ہے کہ میں یہاں بول رہا ہوں دلی میں اور دنیا میں مختلف مقامات پہ میری آواز اسی وقت سن رہے ہیں لوگ، اسی وقت سن رہے ہیں۔</w:t>
      </w:r>
    </w:p>
    <w:p>
      <w:r>
        <w:rPr>
          <w:b/>
        </w:rPr>
        <w:t xml:space="preserve">[33:45] </w:t>
      </w:r>
      <w:r>
        <w:t>jabke main yeh kuch nahi jaanta. to is ke maani kya hain</w:t>
      </w:r>
    </w:p>
    <w:p>
      <w:pPr>
        <w:jc w:val="right"/>
      </w:pPr>
      <w:r>
        <w:t>جبکہ میں یہ کچھ نہیں جانتا۔ تو اس کے معنی کیا ہیں</w:t>
      </w:r>
    </w:p>
    <w:p>
      <w:r>
        <w:rPr>
          <w:b/>
        </w:rPr>
        <w:t xml:space="preserve">[33:50] </w:t>
      </w:r>
      <w:r>
        <w:t>؟ is hadith mein yeh baat shaamil hai ke ek aisa daur aayega jab ke ek nayi technology paida ho jayegi.</w:t>
      </w:r>
    </w:p>
    <w:p>
      <w:pPr>
        <w:jc w:val="right"/>
      </w:pPr>
      <w:r>
        <w:t>؟ اس حدیث میں یہ بات شامل ہے کہ ایک ایسا دور آئے گا جب کہ ایک نئی ٹیکنالوجی پیدا ہو جائے گی۔</w:t>
      </w:r>
    </w:p>
    <w:p>
      <w:r>
        <w:rPr>
          <w:b/>
        </w:rPr>
        <w:t xml:space="preserve">[33:58] </w:t>
      </w:r>
      <w:r>
        <w:t>Allah taala logon ke dilo ko maayal karega, is technology ko istemaal karein. yeh sab Allah taala ki taraf se ho raha hai.</w:t>
      </w:r>
    </w:p>
    <w:p>
      <w:pPr>
        <w:jc w:val="right"/>
      </w:pPr>
      <w:r>
        <w:t>اللہ تعالی لوگوں کے دلوں کو مائل کرے گا، اس ٹیکنالوجی کو استعمال کریں۔ یہ سب اللہ تعالی کی طرف سے ہو رہا ہے۔</w:t>
      </w:r>
    </w:p>
    <w:p>
      <w:r>
        <w:rPr>
          <w:b/>
        </w:rPr>
        <w:t xml:space="preserve">[34:09] </w:t>
      </w:r>
      <w:r>
        <w:t>to aur kya chahiye? aur kaun sa sign chahiye? bataiye, aur kaun sa sign chahiye?</w:t>
      </w:r>
    </w:p>
    <w:p>
      <w:pPr>
        <w:jc w:val="right"/>
      </w:pPr>
      <w:r>
        <w:t>تو اور کیا چاہیے؟ اور کون سا سائن چاہیے؟ بتائیے، اور کون سا سائن چاہیے؟</w:t>
      </w:r>
    </w:p>
    <w:p>
      <w:r>
        <w:rPr>
          <w:b/>
        </w:rPr>
        <w:t xml:space="preserve">[34:19] </w:t>
      </w:r>
      <w:r>
        <w:t>to dekhiye, phir wahi main arz karunga ke saatveen sadi isvi mein ya aathveen sadi isvi mein</w:t>
      </w:r>
    </w:p>
    <w:p>
      <w:pPr>
        <w:jc w:val="right"/>
      </w:pPr>
      <w:r>
        <w:t>تو دیکھیے، پھر وہی میں عرض کروں گا کہ ساتویں صدی عیسوی میں یا اٹھویں صدی عیسوی میں</w:t>
      </w:r>
    </w:p>
    <w:p>
      <w:r>
        <w:rPr>
          <w:b/>
        </w:rPr>
        <w:t xml:space="preserve">[34:29] </w:t>
      </w:r>
      <w:r>
        <w:t>jo zamana tha sahaba ka aur tabieen ka, woh daur tha traditional daur, pre-communication daur.</w:t>
      </w:r>
    </w:p>
    <w:p>
      <w:pPr>
        <w:jc w:val="right"/>
      </w:pPr>
      <w:r>
        <w:t>جو زمانہ تھا صحابہ کا اور تابعین کا، وہ دور تھا ٹریڈیشنل دور، پری کمیونیکیشن دور۔</w:t>
      </w:r>
    </w:p>
    <w:p>
      <w:r>
        <w:rPr>
          <w:b/>
        </w:rPr>
        <w:t xml:space="preserve">[34:40] </w:t>
      </w:r>
      <w:r>
        <w:t>us waqt pahunch chalna padta tha, khachar par, oont par safar karna padta tha. geography ka maloom nahi tha</w:t>
      </w:r>
    </w:p>
    <w:p>
      <w:pPr>
        <w:jc w:val="right"/>
      </w:pPr>
      <w:r>
        <w:t>اس وقت پہنچ چلنا پڑتا تھا، خچر پر، اونٹ پر سفر کرنا پڑتا تھا۔ جغرافیہ کا معلوم نہیں تھا</w:t>
      </w:r>
    </w:p>
    <w:p>
      <w:r>
        <w:rPr>
          <w:b/>
        </w:rPr>
        <w:t xml:space="preserve">[34:48] </w:t>
      </w:r>
      <w:r>
        <w:t>us waqt, na is chaand insaan nahi jaanta tha ke Australia bhi koi duniya hai, America bhi koi duniya hai. is se log bekhabar the. to us waqt ke aitbaar se unhone jo kaam kiya, woh ashaab-e-rasool kahlaye.</w:t>
      </w:r>
    </w:p>
    <w:p>
      <w:pPr>
        <w:jc w:val="right"/>
      </w:pPr>
      <w:r>
        <w:t>اس وقت، نہ اس چاند انسان نہیں جانتا تھا کہ آسٹریلیا بھی کوئی دنیا ہے، امریکہ بھی کوئی دنیا ہے۔ اس سے لوگ بے خبر تھے۔ تو اس وقت کے اعتبار سے انہوں نے جو کام کیا، وہ اصحاب رسول کہلائے۔</w:t>
      </w:r>
    </w:p>
    <w:p>
      <w:r>
        <w:rPr>
          <w:b/>
        </w:rPr>
        <w:t xml:space="preserve">[35:03] </w:t>
      </w:r>
      <w:r>
        <w:t>woh bohat hi bada kaam hai unka. unhone to yaani apni jaan ko halaak kar ke kaam kiya tha.</w:t>
      </w:r>
    </w:p>
    <w:p>
      <w:pPr>
        <w:jc w:val="right"/>
      </w:pPr>
      <w:r>
        <w:t>وہ بہت ہی بڑا کام ہے ان کا۔ انہوں نے تو یعنی اپنی جان کو ہلاک کر کے کام کیا تھا۔</w:t>
      </w:r>
    </w:p>
    <w:p>
      <w:r>
        <w:rPr>
          <w:b/>
        </w:rPr>
        <w:t xml:space="preserve">[35:12] </w:t>
      </w:r>
      <w:r>
        <w:t>hum aap to is chhat ke neeche baithe hue hain aur kaam kar rahe hain.</w:t>
      </w:r>
    </w:p>
    <w:p>
      <w:pPr>
        <w:jc w:val="right"/>
      </w:pPr>
      <w:r>
        <w:t>ہم آپ تو اس چھت کے نیچے بیٹھے ہوئے ہیں اور کام کر رہے ہیں۔</w:t>
      </w:r>
    </w:p>
    <w:p>
      <w:r>
        <w:rPr>
          <w:b/>
        </w:rPr>
        <w:t xml:space="preserve">[35:18] </w:t>
      </w:r>
      <w:r>
        <w:t>to woh log ashaab-e-rasool kahlaye kyunke Rasool Allah ke maasir the, is liye woh ashaab-e-rasool kahlaye. baad ko jo imkaniyat paida honge, jo mawaqe khulenge, jo technology aayegi,</w:t>
      </w:r>
    </w:p>
    <w:p>
      <w:pPr>
        <w:jc w:val="right"/>
      </w:pPr>
      <w:r>
        <w:t>تو وہ لوگ اصحاب رسول کہلائے کیونکہ رسول اللہ کے معاصر تھے، اس لیے وہ اصحاب رسول کہلائے۔ بعد کو جو امکانیات پیدا ہوں گے، جو مواقع کھلیں گے، جو ٹیکنالوجی آئے گی،</w:t>
      </w:r>
    </w:p>
    <w:p>
      <w:r>
        <w:rPr>
          <w:b/>
        </w:rPr>
        <w:t xml:space="preserve">[35:32] </w:t>
      </w:r>
      <w:r>
        <w:t>aur aalami satah par Allah ki baat ko pahunchane ka jo jo soorat-e-haal banegi, us ko kuch log istemaal karenge.</w:t>
      </w:r>
    </w:p>
    <w:p>
      <w:pPr>
        <w:jc w:val="right"/>
      </w:pPr>
      <w:r>
        <w:t>اور عالمی سطح پر اللہ کی بات کو پہنچانے کا جو جو صورتحال بنے گی، اس کو کچھ لوگ استعمال کریں گے۔</w:t>
      </w:r>
    </w:p>
    <w:p>
      <w:r>
        <w:rPr>
          <w:b/>
        </w:rPr>
        <w:t xml:space="preserve">[35:41] </w:t>
      </w:r>
      <w:r>
        <w:t>yeh jo log istemaal karenge, yeh ikhwan-e-rasool hain.</w:t>
      </w:r>
    </w:p>
    <w:p>
      <w:pPr>
        <w:jc w:val="right"/>
      </w:pPr>
      <w:r>
        <w:t>یہ جو لوگ استعمال کریں گے، یہ اخوان رسول ہیں۔</w:t>
      </w:r>
    </w:p>
    <w:p>
      <w:r>
        <w:rPr>
          <w:b/>
        </w:rPr>
        <w:t xml:space="preserve">[35:44] </w:t>
      </w:r>
      <w:r>
        <w:t>ikhwan e rasool na to aasman se tapkeinge, na zameen se nikalenge. yani technology ke daur mein jo log technology ko istemal kar ke woh kaam karenge jo sahaba ne kiya tha,</w:t>
      </w:r>
    </w:p>
    <w:p>
      <w:pPr>
        <w:jc w:val="right"/>
      </w:pPr>
      <w:r>
        <w:t>اخوان رسول نہ تو آسمان سے ٹپکیں گے، نہ زمین سے نکلیں گے۔ یعنی ٹیکنالوجی کے دور میں جو لوگ ٹیکنالوجی کو استعمال کر کے وہ کام کریں گے جو صحابہ نے کیا تھا،</w:t>
      </w:r>
    </w:p>
    <w:p>
      <w:r>
        <w:rPr>
          <w:b/>
        </w:rPr>
        <w:t xml:space="preserve">[36:00] </w:t>
      </w:r>
      <w:r>
        <w:t>wohi ikhwan e rasool hain. ek saada si baat hai,</w:t>
      </w:r>
    </w:p>
    <w:p>
      <w:pPr>
        <w:jc w:val="right"/>
      </w:pPr>
      <w:r>
        <w:t>وہی اخوان رسول ہیں۔ ایک سادہ سی بات ہے،</w:t>
      </w:r>
    </w:p>
    <w:p>
      <w:r>
        <w:rPr>
          <w:b/>
        </w:rPr>
        <w:t xml:space="preserve">[36:05] </w:t>
      </w:r>
      <w:r>
        <w:t>saada si baat hai. doosri baat mein yeh kehna chahta hoon ke yeh kehna bohat zaroori hai ke aap ikhwan e rasool hain.</w:t>
      </w:r>
    </w:p>
    <w:p>
      <w:pPr>
        <w:jc w:val="right"/>
      </w:pPr>
      <w:r>
        <w:t>سادہ سی بات ہے۔ دوسری بات میں یہ کہنا چاہتا ہوں کہ یہ کہنا بہت ضروری ہے کہ آپ اخوان رسول ہیں۔</w:t>
      </w:r>
    </w:p>
    <w:p>
      <w:r>
        <w:rPr>
          <w:b/>
        </w:rPr>
        <w:t xml:space="preserve">[36:15] </w:t>
      </w:r>
      <w:r>
        <w:t>kyun? is ke baghair aap ke andar shauq nahi paida hoga, hausla nahi paida hoga.</w:t>
      </w:r>
    </w:p>
    <w:p>
      <w:pPr>
        <w:jc w:val="right"/>
      </w:pPr>
      <w:r>
        <w:t>کیوں؟ اس کے بغیر آپ کے اندر شوق نہیں پیدا ہوگا، حوصلہ نہیں پیدا ہوگا۔</w:t>
      </w:r>
    </w:p>
    <w:p>
      <w:r>
        <w:rPr>
          <w:b/>
        </w:rPr>
        <w:t xml:space="preserve">[36:22] </w:t>
      </w:r>
      <w:r>
        <w:t>abhi ek kitaab maine parhi, is ka naam hai "adventures for god". "adventures for god" christians machinery ki kitaab hai.</w:t>
      </w:r>
    </w:p>
    <w:p>
      <w:pPr>
        <w:jc w:val="right"/>
      </w:pPr>
      <w:r>
        <w:t>ابھی ایک کتاب میں نے پڑھی، اس کا نام ہے "ایڈونچرس فار گاڈ"۔ "ایڈونچرس فار گاڈ" کرسچنز مشینری کی کتاب ہے۔</w:t>
      </w:r>
    </w:p>
    <w:p>
      <w:r>
        <w:rPr>
          <w:b/>
        </w:rPr>
        <w:t xml:space="preserve">[36:33] </w:t>
      </w:r>
      <w:r>
        <w:t>woh to un ko ek ek kisi cheez ne ek shauq diya, ek hausla diya. woh adventures ban gaye is ke liye.</w:t>
      </w:r>
    </w:p>
    <w:p>
      <w:pPr>
        <w:jc w:val="right"/>
      </w:pPr>
      <w:r>
        <w:t>وہ تو ان کو ایک ایک کسی چیز نے ایک شوق دیا، ایک حوصلہ دیا۔ وہ ایڈونچرس بن گئے اس کے لیے۔</w:t>
      </w:r>
    </w:p>
    <w:p>
      <w:r>
        <w:rPr>
          <w:b/>
        </w:rPr>
        <w:t xml:space="preserve">[36:42] </w:t>
      </w:r>
      <w:r>
        <w:t>to jab yeh matloob hai ke technology ke daur mein kuch log uthein jo apne aap ko jhonk dein is kaam mein, dawat e allah ke kaam mein,</w:t>
      </w:r>
    </w:p>
    <w:p>
      <w:pPr>
        <w:jc w:val="right"/>
      </w:pPr>
      <w:r>
        <w:t>تو جب یہ مطلوب ہے کہ ٹیکنالوجی کے دور میں کچھ لوگ اٹھیں جو اپنے آپ کو جھونک دیں اس کام میں، دعوت اللہ کے کام میں،</w:t>
      </w:r>
    </w:p>
    <w:p>
      <w:r>
        <w:rPr>
          <w:b/>
        </w:rPr>
        <w:t xml:space="preserve">[36:55] </w:t>
      </w:r>
      <w:r>
        <w:t>to un ko batana parega ke tum ikhwan e rasool ho. sahaba ke baghair na bataya gaya hota ke tum ashaab e rasool ho, to un ka shauq aur hausla kahan se aata?</w:t>
      </w:r>
    </w:p>
    <w:p>
      <w:pPr>
        <w:jc w:val="right"/>
      </w:pPr>
      <w:r>
        <w:t>تو ان کو بتانا پڑے گا کہ تم اخوان رسول ہو۔ صحابہ کے بغیر نہ بتایا گیا ہوتا کہ تم اصحاب رسول ہو، تو ان کا شوق اور حوصلہ کہاں سے آتا؟</w:t>
      </w:r>
    </w:p>
    <w:p>
      <w:r>
        <w:rPr>
          <w:b/>
        </w:rPr>
        <w:t xml:space="preserve">[37:10] </w:t>
      </w:r>
      <w:r>
        <w:t>sahaba ko jab bataya gaya ke tum ashaab e rasool ho, tab un ke andar hausla jaaga, aadha dhund unhone kaam daala.</w:t>
      </w:r>
    </w:p>
    <w:p>
      <w:pPr>
        <w:jc w:val="right"/>
      </w:pPr>
      <w:r>
        <w:t>صحابہ کو جب بتایا گیا کہ تم اصحاب رسول ہو، تب ان کے اندر حوصلہ جاگا، آدھا دھند انہیں کام کر ڈالا۔</w:t>
      </w:r>
    </w:p>
    <w:p>
      <w:r>
        <w:rPr>
          <w:b/>
        </w:rPr>
        <w:t xml:space="preserve">[37:19] </w:t>
      </w:r>
      <w:r>
        <w:t>ab is daur mein jo imkaan paida hua hai, is ko avail karne ke liye batana parega ke yeh group hai ikhwan e rasool taake is ke andar hausla paida ho, shauq ki aag bharke, woh hero ban jayein is kaam ko karne ke liye.</w:t>
      </w:r>
    </w:p>
    <w:p>
      <w:pPr>
        <w:jc w:val="right"/>
      </w:pPr>
      <w:r>
        <w:t>اب اس دور میں جو امکان پیدا ہوا ہے، اس کو اویل کرنے کے لیے بتانا پڑے گا کہ یہ گروپ ہے اخوان رسول تاکہ اس کے اندر حوصلہ پیدا ہو، شوق کی آگ بھڑکے، وہ ہیرو بن جائیں اس کام کو کرنے کے لیے۔</w:t>
      </w:r>
    </w:p>
    <w:p>
      <w:r>
        <w:rPr>
          <w:b/>
        </w:rPr>
        <w:t xml:space="preserve">[37:37] </w:t>
      </w:r>
      <w:r>
        <w:t>jaise main kai baar ek waqia bayan kar chuka hoon ke ek saahab ko ek ek center bana tha to unhone kaha ke "i will choke myself for this call" aur bana daala unhone.</w:t>
      </w:r>
    </w:p>
    <w:p>
      <w:pPr>
        <w:jc w:val="right"/>
      </w:pPr>
      <w:r>
        <w:t>جیسے میں کئی بار ایک واقعہ بیان کر چکا ہوں کہ ایک صاحب کو ایک ایک سینٹر بنا تھا تو انہوں نے کہا کہ "آئی ویل چوک مائی سیلف فار دس کال" اور بنا ڈالا انہوں نے۔</w:t>
      </w:r>
    </w:p>
    <w:p>
      <w:r>
        <w:rPr>
          <w:b/>
        </w:rPr>
        <w:t xml:space="preserve">[37:52] </w:t>
      </w:r>
      <w:r>
        <w:t>to is yeh daur mein jo matloob hai dawat work, is ke liye bhi aise afraad darkaar hain jin ke andar yeh aag ho.</w:t>
      </w:r>
    </w:p>
    <w:p>
      <w:pPr>
        <w:jc w:val="right"/>
      </w:pPr>
      <w:r>
        <w:t>تو اس یہ دور میں جو مطلوب ہے دعوت ورک، اس کے لیے بھی ایسے افراد درکار ہیں جن کے اندر یہ آگ ہو۔</w:t>
      </w:r>
    </w:p>
    <w:p>
      <w:r>
        <w:rPr>
          <w:b/>
        </w:rPr>
        <w:t xml:space="preserve">[38:00] </w:t>
      </w:r>
      <w:r>
        <w:t>"i will do it". "i will well choke myself for this call".</w:t>
      </w:r>
    </w:p>
    <w:p>
      <w:pPr>
        <w:jc w:val="right"/>
      </w:pPr>
      <w:r>
        <w:t>"آئی ویل ڈو اٹ"۔ "آئی ویل ویل چوک مائی سیلف فار دس کال"۔</w:t>
      </w:r>
    </w:p>
    <w:p>
      <w:r>
        <w:rPr>
          <w:b/>
        </w:rPr>
        <w:t xml:space="preserve">[38:05] </w:t>
      </w:r>
      <w:r>
        <w:t>to jab to un ko apni apni identity ka pata na ho to kya yeh hausla aa sakta hai un ke andar? yeh hausla aa sakta hai.</w:t>
      </w:r>
    </w:p>
    <w:p>
      <w:pPr>
        <w:jc w:val="right"/>
      </w:pPr>
      <w:r>
        <w:t>تو جب تو ان کو اپنی اپنی آئیڈینٹی کا پتہ نہ ہو تو کیا یہ حوصلہ آ سکتا ہے ان کے اندر؟ یہ حوصلہ آ سکتا ہے۔</w:t>
      </w:r>
    </w:p>
    <w:p>
      <w:r>
        <w:rPr>
          <w:b/>
        </w:rPr>
        <w:t xml:space="preserve">[38:15] </w:t>
      </w:r>
      <w:r>
        <w:t>to hamein batana parega ke tum ho ikhwan e rasool, tum woh log ho jo hashar ke maidan mein pukara jayega. kahan hai ikhwan e rasool?</w:t>
      </w:r>
    </w:p>
    <w:p>
      <w:pPr>
        <w:jc w:val="right"/>
      </w:pPr>
      <w:r>
        <w:t>تو ہمیں بتانا پڑے گا کہ تم ہو اخوان رسول، تم وہ لوگ ہو جو حشر کے میدان میں پکارا جائے گا۔ کہاں ہے اخوان رسول؟</w:t>
      </w:r>
    </w:p>
    <w:p>
      <w:r>
        <w:rPr>
          <w:b/>
        </w:rPr>
        <w:t xml:space="preserve">[38:25] </w:t>
      </w:r>
      <w:r>
        <w:t>woh idhar aa jayein. jis tarah yeh pukara jaye ke anbiya kahan hain? woh idhar aa jayein. ashaab e rasool kahan hain? woh idhar aa jayein.</w:t>
      </w:r>
    </w:p>
    <w:p>
      <w:pPr>
        <w:jc w:val="right"/>
      </w:pPr>
      <w:r>
        <w:t>وہ ادھر آ جائیں۔ جس طرح یہ پکارا جائے کہ انبیاء کہاں ہیں؟ وہ ادھر آ جائیں۔ اصحاب رسول کہاں ہیں؟ وہ ادھر آ جائیں۔</w:t>
      </w:r>
    </w:p>
    <w:p>
      <w:r>
        <w:rPr>
          <w:b/>
        </w:rPr>
        <w:t xml:space="preserve">[38:34] </w:t>
      </w:r>
      <w:r>
        <w:t>is tarah yeh bhi pukara jayega ke ikhwan e rasool kahan hain? woh idhar aa jayein.</w:t>
      </w:r>
    </w:p>
    <w:p>
      <w:pPr>
        <w:jc w:val="right"/>
      </w:pPr>
      <w:r>
        <w:t>اس طرح یہ بھی پکارا جائے گا کہ اخوان رسول کہاں ہیں؟ وہ ادھر آ جائیں۔</w:t>
      </w:r>
    </w:p>
    <w:p>
      <w:r>
        <w:rPr>
          <w:b/>
        </w:rPr>
        <w:t xml:space="preserve">[38:41] </w:t>
      </w:r>
      <w:r>
        <w:t>yeh hone wala hai. yeh</w:t>
      </w:r>
    </w:p>
    <w:p>
      <w:pPr>
        <w:jc w:val="right"/>
      </w:pPr>
      <w:r>
        <w:t>یہ ہونے والا ہے۔ یہ</w:t>
      </w:r>
    </w:p>
    <w:p>
      <w:r>
        <w:rPr>
          <w:b/>
        </w:rPr>
        <w:t xml:space="preserve">[38:46] </w:t>
      </w:r>
      <w:r>
        <w:t>to jab tak logon ko zaati shaoor haasil na ho, un ka un ko khud is zaati taur par yeh yeh un ko yaqeen na baitha hua ho un ke andar ke woh role karne wala main hoon.</w:t>
      </w:r>
    </w:p>
    <w:p>
      <w:pPr>
        <w:jc w:val="right"/>
      </w:pPr>
      <w:r>
        <w:t>تو جب تک لوگوں کو ذاتی شعور حاصل نہ ہو، ان کا ان کو خود اس ذاتی طور پر یہ یہ ان کو یقین نہ بیٹھا ہوا ہو ان کے اندر کہ وہ رول کرنے والا میں ہوں۔</w:t>
      </w:r>
    </w:p>
    <w:p>
      <w:r>
        <w:rPr>
          <w:b/>
        </w:rPr>
        <w:t xml:space="preserve">[39:02] </w:t>
      </w:r>
      <w:r>
        <w:t>jaise robert clive jo tha, jo maine arz kiya, us ne bohat bara kaam kiya.</w:t>
      </w:r>
    </w:p>
    <w:p>
      <w:pPr>
        <w:jc w:val="right"/>
      </w:pPr>
      <w:r>
        <w:t>جیسے رابرٹ کلائیو جو تھا، جو میں نے عرض کیا، اس نے بہت بڑا کام کیا۔</w:t>
      </w:r>
    </w:p>
    <w:p>
      <w:r>
        <w:rPr>
          <w:b/>
        </w:rPr>
        <w:t xml:space="preserve">[39:10] </w:t>
      </w:r>
      <w:r>
        <w:t>jab us ne yeh kaha ke khuda mujh se koi role chahta hai, to us ne suna ke woh role kaun sa hai? to woh waqt tha jab ke india mein do companiyan europe ki kaam kar rahi theen.</w:t>
      </w:r>
    </w:p>
    <w:p>
      <w:pPr>
        <w:jc w:val="right"/>
      </w:pPr>
      <w:r>
        <w:t>جب اس نے یہ کہا کہ خدا مجھ سے کوئی رول چاہتا ہے، تو اس نے سنا کہ وہ رول کون سا ہے؟ تو وہ وقت تھا جب کہ انڈیا میں دو کمپنیاں یورپ کی کام کر رہی تھیں۔</w:t>
      </w:r>
    </w:p>
    <w:p>
      <w:r>
        <w:rPr>
          <w:b/>
        </w:rPr>
        <w:t xml:space="preserve">[39:23] </w:t>
      </w:r>
      <w:r>
        <w:t>ek french company, ek british company. do yani qismat aazmai kar rahi thi yahan par.</w:t>
      </w:r>
    </w:p>
    <w:p>
      <w:pPr>
        <w:jc w:val="right"/>
      </w:pPr>
      <w:r>
        <w:t>ایک فرینچ کمپنی، ایک برٹش کمپنی۔ دو یعنی قسمت آزمائی کر رہی تھی یہاں پر۔</w:t>
      </w:r>
    </w:p>
    <w:p>
      <w:r>
        <w:rPr>
          <w:b/>
        </w:rPr>
        <w:t xml:space="preserve">[39:31] </w:t>
      </w:r>
      <w:r>
        <w:t>to robert clive jo tha, woh british company mein bharti ho gaya ek ek fauji ke taur par. aur us zamane mein ladai ho rahi thi dono ke darmiyan, yani french company aur british company mein.</w:t>
      </w:r>
    </w:p>
    <w:p>
      <w:pPr>
        <w:jc w:val="right"/>
      </w:pPr>
      <w:r>
        <w:t>تو رابرٹ کلائیو جو تھا، وہ برٹش کمپنی میں بھرتی ہو گیا ایک ایک فوجی کے طور پر۔ اور اس زمانے میں لڑائی ہو رہی تھی دونوں کے درمیان، یعنی فرینچ کمپنی اور برٹش کمپنی میں۔</w:t>
      </w:r>
    </w:p>
    <w:p>
      <w:r>
        <w:rPr>
          <w:b/>
        </w:rPr>
        <w:t xml:space="preserve">[39:49] </w:t>
      </w:r>
      <w:r>
        <w:t>to yeh british company mein shamil ho kar us ne bohat heroic role kiya.</w:t>
      </w:r>
    </w:p>
    <w:p>
      <w:pPr>
        <w:jc w:val="right"/>
      </w:pPr>
      <w:r>
        <w:t>تو یہ برٹش کمپنی میں شامل ہو کر اس نے بہت ہیروئک رول کیا۔</w:t>
      </w:r>
    </w:p>
    <w:p>
      <w:r>
        <w:rPr>
          <w:b/>
        </w:rPr>
        <w:t xml:space="preserve">[39:54] </w:t>
      </w:r>
      <w:r>
        <w:t>yani british tareekh mein robert clive ko fateh hind dikhaya jata hai kyunke us ne french company ko yahan se maar kar bhagaya.</w:t>
      </w:r>
    </w:p>
    <w:p>
      <w:pPr>
        <w:jc w:val="right"/>
      </w:pPr>
      <w:r>
        <w:t>یعنی برٹش تاریخ میں رابرٹ کلائیو کو فاتح ہند دکھایا جاتا ہے کیونکہ اس نے فرینچ کمپنی کو یہاں سے مار کر بھگایا۔</w:t>
      </w:r>
    </w:p>
    <w:p>
      <w:r>
        <w:rPr>
          <w:b/>
        </w:rPr>
        <w:t xml:space="preserve">[40:08] </w:t>
      </w:r>
      <w:r>
        <w:t>yeh baat hai atharveen sadi eesvi ki. Atharveen sadi eesvi ki is ka wafaat hui thi 1774 mein.</w:t>
      </w:r>
    </w:p>
    <w:p>
      <w:pPr>
        <w:jc w:val="right"/>
      </w:pPr>
      <w:r>
        <w:t>یہ بات ہے اٹھارویں صدی عیسوی کی۔ اٹھارویں صدی عیسوی کی اس کا وفات ہوئی تھی 1774 میں۔</w:t>
      </w:r>
    </w:p>
    <w:p>
      <w:r>
        <w:rPr>
          <w:b/>
        </w:rPr>
        <w:t xml:space="preserve">[40:17] </w:t>
      </w:r>
      <w:r>
        <w:t>To do companiyan theen, yeh wazeh nahi tha kis ko India mein moqa mile ga.</w:t>
      </w:r>
    </w:p>
    <w:p>
      <w:pPr>
        <w:jc w:val="right"/>
      </w:pPr>
      <w:r>
        <w:t>تو دو کمپنیاں تھیں، یہ واضح نہیں تھا کس کو انڈیا میں موقع ملے گا۔</w:t>
      </w:r>
    </w:p>
    <w:p>
      <w:r>
        <w:rPr>
          <w:b/>
        </w:rPr>
        <w:t xml:space="preserve">[40:27] </w:t>
      </w:r>
      <w:r>
        <w:t>To yeh jab jab Robert Clive aaya to bohat zabardast us ne kaam kiya. Us ne jhonk diya apne aap ko is kaam mein aur phir French group ko bhaga diya un ko shikast de kar ke.</w:t>
      </w:r>
    </w:p>
    <w:p>
      <w:pPr>
        <w:jc w:val="right"/>
      </w:pPr>
      <w:r>
        <w:t>تو یہ جب جب رابرٹ کلائیو آیا تو بہت زبردست اس نے کام کیا۔ اس نے جھونک دیا اپنے آپ کو اس کام میں اور پھر فرینچ گروپ کو بھگا دیا ان کو شکست دے کر کے۔</w:t>
      </w:r>
    </w:p>
    <w:p>
      <w:r>
        <w:rPr>
          <w:b/>
        </w:rPr>
        <w:t xml:space="preserve">[40:39] </w:t>
      </w:r>
      <w:r>
        <w:t>Aur phir Britishz ko yahan ghalba mil gaya. Woh kaam karna hai ikhwan ko. Koi ladaai nahi hogi yahan.</w:t>
      </w:r>
    </w:p>
    <w:p>
      <w:pPr>
        <w:jc w:val="right"/>
      </w:pPr>
      <w:r>
        <w:t>اور پھر برٹشز کو یہاں غلبہ مل گیا۔ وہ کام کرنا ہے اخوان کو۔ کوئی لڑائی نہیں ہوگی یہاں۔</w:t>
      </w:r>
    </w:p>
    <w:p>
      <w:r>
        <w:rPr>
          <w:b/>
        </w:rPr>
        <w:t xml:space="preserve">[40:48] </w:t>
      </w:r>
      <w:r>
        <w:t>Yahan ladaai ka koi masla nahi hai.</w:t>
      </w:r>
    </w:p>
    <w:p>
      <w:pPr>
        <w:jc w:val="right"/>
      </w:pPr>
      <w:r>
        <w:t>یہاں لڑائی کا کوئی مسئلہ نہیں ہے۔</w:t>
      </w:r>
    </w:p>
    <w:p>
      <w:r>
        <w:rPr>
          <w:b/>
        </w:rPr>
        <w:t xml:space="preserve">[40:50] </w:t>
      </w:r>
      <w:r>
        <w:t>Lekin jab Robert Clive ke andar yeh yeh yeh aaya zehan ke mujhe Khuda ne kisi kaam ke liye, kisi role ke liye, Khuda chahta hai ke main koi role karoon,</w:t>
      </w:r>
    </w:p>
    <w:p>
      <w:pPr>
        <w:jc w:val="right"/>
      </w:pPr>
      <w:r>
        <w:t>لیکن جب رابرٹ کلائیو کے اندر یہ یہ یہ آیا ذہن کہ مجھے خدا نے کسی کام کے لیے، کسی رول کے لیے، خدا چاہتا ہے کہ میں کوئی رول کروں،</w:t>
      </w:r>
    </w:p>
    <w:p>
      <w:r>
        <w:rPr>
          <w:b/>
        </w:rPr>
        <w:t xml:space="preserve">[41:03] </w:t>
      </w:r>
      <w:r>
        <w:t>tab to yeh kar saka woh. To wohi insaan dekhiye, wohi Robert Clive jo suicide kar raha tha, wohi Robert Clive hero ban gaya.</w:t>
      </w:r>
    </w:p>
    <w:p>
      <w:pPr>
        <w:jc w:val="right"/>
      </w:pPr>
      <w:r>
        <w:t>تب تو یہ کر سکا وہ۔ تو وہی انسان دیکھیے، وہی رابرٹ کلائیو جو سوسائیڈ کر رہا تھا، وہی رابرٹ کلائیو ہیرو بن گیا۔</w:t>
      </w:r>
    </w:p>
    <w:p>
      <w:r>
        <w:rPr>
          <w:b/>
        </w:rPr>
        <w:t xml:space="preserve">[41:17] </w:t>
      </w:r>
      <w:r>
        <w:t>Soch ka soch ka mamla</w:t>
      </w:r>
    </w:p>
    <w:p>
      <w:pPr>
        <w:jc w:val="right"/>
      </w:pPr>
      <w:r>
        <w:t>سوچ کا سوچ کا معاملہ</w:t>
      </w:r>
    </w:p>
    <w:p>
      <w:r>
        <w:rPr>
          <w:b/>
        </w:rPr>
        <w:t xml:space="preserve">[41:20] </w:t>
      </w:r>
      <w:r>
        <w:t>Bohat sochne ki baat hai. Wohi same Robert Clive jo aik taraf itna mayoos tha ke us ne suicide karne ka irada kar liya, wohi same Robert Clive mein itna josh aaya, itna hosla aaya ke woh hero ban gaya.</w:t>
      </w:r>
    </w:p>
    <w:p>
      <w:pPr>
        <w:jc w:val="right"/>
      </w:pPr>
      <w:r>
        <w:t>بہت سوچنے کی بات ہے۔ وہی سیم رابرٹ کلائیو جو ایک طرف اتنا مایوس تھا کہ اس نے سوسائیڈ کرنے کا ارادہ کر لیا، وہی سیم رابرٹ کلائیو میں اتنا جوش آیا، اتنا حوصلہ آیا کہ وہ ہیرو بن گیا۔</w:t>
      </w:r>
    </w:p>
    <w:p>
      <w:r>
        <w:rPr>
          <w:b/>
        </w:rPr>
        <w:t xml:space="preserve">[41:39] </w:t>
      </w:r>
      <w:r>
        <w:t>To us waqt bhi Musalmanon mein kuch logon ke andar agar yeh yeh spirit aa jaye ke mujhe ikhwan e Rasool, ikhwan e Rasool ka role karna hai,</w:t>
      </w:r>
    </w:p>
    <w:p>
      <w:pPr>
        <w:jc w:val="right"/>
      </w:pPr>
      <w:r>
        <w:t>تو اس وقت بھی مسلمانوں میں کچھ لوگوں کے اندر اگر یہ یہ سپرٹ آ جائے کہ مجھے اخوان رسول، اخوان رسول کا رول کرنا ہے،</w:t>
      </w:r>
    </w:p>
    <w:p>
      <w:r>
        <w:rPr>
          <w:b/>
        </w:rPr>
        <w:t xml:space="preserve">[41:49] </w:t>
      </w:r>
      <w:r>
        <w:t>to bilkul achaanak un ke andar aik naya emergence hoga. Aaj aaj kal haal kya hai Musalmanon ka? Sari duniya mein nafrat mein jeete hain, mayoosi mein jeete hain, hate mein jeete hain,</w:t>
      </w:r>
    </w:p>
    <w:p>
      <w:pPr>
        <w:jc w:val="right"/>
      </w:pPr>
      <w:r>
        <w:t>تو بالکل اچانک ان کے اندر ایک نیا ورجنس ہوگا۔ آج آج کل حال کیا ہے مسلمانوں کا؟ ساری دنیا میں نفرت میں جیتے ہیں، مایوسی میں جیتے ہیں، ہیٹ میں جیتے ہیں،</w:t>
      </w:r>
    </w:p>
    <w:p>
      <w:r>
        <w:rPr>
          <w:b/>
        </w:rPr>
        <w:t xml:space="preserve">[42:03] </w:t>
      </w:r>
      <w:r>
        <w:t>voters mein jeete hain. Yeh ehsaas is mein jeete hain ke haan, khair, conspiracy ho rahi hai, hamare sath dushmani ho rahi hai, hamara yeh ho raha hai, woh ho raha hai.</w:t>
      </w:r>
    </w:p>
    <w:p>
      <w:pPr>
        <w:jc w:val="right"/>
      </w:pPr>
      <w:r>
        <w:t>ووٹرز میں جیتے ہیں۔ یہ احساس اس میں جیتے ہیں کہ ہاں، خیر، کانسپریسی ہو رہی ہے، ہمارے ساتھ دشمنیاں ہو رہی ہیں، ہمارا یہ ہو رہا ہے، وہ ہو رہا ہے۔</w:t>
      </w:r>
    </w:p>
    <w:p>
      <w:r>
        <w:rPr>
          <w:b/>
        </w:rPr>
        <w:t xml:space="preserve">[42:14] </w:t>
      </w:r>
      <w:r>
        <w:t>Yaani wohi haalat hai jo ke Robert Clive ka pehle haal tha.</w:t>
      </w:r>
    </w:p>
    <w:p>
      <w:pPr>
        <w:jc w:val="right"/>
      </w:pPr>
      <w:r>
        <w:t>یعنی وہی حالت ہے جو کہ رابرٹ کلائیو کا پہلے حال تھا۔</w:t>
      </w:r>
    </w:p>
    <w:p>
      <w:r>
        <w:rPr>
          <w:b/>
        </w:rPr>
        <w:t xml:space="preserve">[42:21] </w:t>
      </w:r>
      <w:r>
        <w:t>Lekin baad ka jo haal hua, woh haal Musalman ka us waqt hoga jab ke unhein yeh yeh discovery ho jaye, daryaft ho jaye ke mujhe woh role karna hai jo jis ke liye Rasool Allah ne farmaya tha, ikhwan e Rasool ka title un ko diya tha.</w:t>
      </w:r>
    </w:p>
    <w:p>
      <w:pPr>
        <w:jc w:val="right"/>
      </w:pPr>
      <w:r>
        <w:t>لیکن بعد کا جو حال ہوا، وہ حال مسلمان کا اس وقت ہوگا جب کہ انہیں یہ یہ ڈسکوری ہو جائے، دریافت ہو جائے کہ مجھے وہ رول کرنا ہے جو جس کے لیے رسول اللہ نے فرمایا تھا، اخوان رسول کا ٹائٹل ان کو دیا تھا۔</w:t>
      </w:r>
    </w:p>
    <w:p>
      <w:r>
        <w:rPr>
          <w:b/>
        </w:rPr>
        <w:t xml:space="preserve">[42:38] </w:t>
      </w:r>
      <w:r>
        <w:t>Kaisa ajeeb emergency hoga, kaisa ajeeb inqilab</w:t>
      </w:r>
    </w:p>
    <w:p>
      <w:pPr>
        <w:jc w:val="right"/>
      </w:pPr>
      <w:r>
        <w:t>کیسا عجیب ایمرجنسی ہوگا، کیسا عجیب انقل</w:t>
      </w:r>
    </w:p>
    <w:p>
      <w:r>
        <w:rPr>
          <w:b/>
        </w:rPr>
        <w:t xml:space="preserve">[42:41] </w:t>
      </w:r>
      <w:r>
        <w:t>Ab hoga, kaise ajeeb hero'on ki aik Sahaba ke baray mein aik mister ne likha hai yeh lafz "a nation of heroes".</w:t>
      </w:r>
    </w:p>
    <w:p>
      <w:pPr>
        <w:jc w:val="right"/>
      </w:pPr>
      <w:r>
        <w:t>اب ہوگا، کیسے عجیب ہیروؤں کی ایک صحابہ کے بارے میں ایک مسٹرک نے لکھا ہے یہ لفظ "ا نیشن آف ہیروز"۔</w:t>
      </w:r>
    </w:p>
    <w:p>
      <w:r>
        <w:rPr>
          <w:b/>
        </w:rPr>
        <w:t xml:space="preserve">[42:52] </w:t>
      </w:r>
      <w:r>
        <w:t>"A nation of heroes" to yeh ikhwan e Rasool bhi "a nation of heroes" ban jayenge. Dobara dobara aik aik hero'on ka group uthega.</w:t>
      </w:r>
    </w:p>
    <w:p>
      <w:pPr>
        <w:jc w:val="right"/>
      </w:pPr>
      <w:r>
        <w:t>"ا نیشن آف ہیروز" تو یہ اخوان رسول بھی "ا نیشن آف ہیروز" بن جائیں گے۔ دوبارہ دوبارہ ایک ایک ہیروؤں کا گروپ اٹھے گا۔</w:t>
      </w:r>
    </w:p>
    <w:p>
      <w:r>
        <w:rPr>
          <w:b/>
        </w:rPr>
        <w:t xml:space="preserve">[43:06] </w:t>
      </w:r>
      <w:r>
        <w:t>Dobara</w:t>
      </w:r>
    </w:p>
    <w:p>
      <w:pPr>
        <w:jc w:val="right"/>
      </w:pPr>
      <w:r>
        <w:t>دوبارہ</w:t>
      </w:r>
    </w:p>
    <w:p>
      <w:r>
        <w:rPr>
          <w:b/>
        </w:rPr>
        <w:t xml:space="preserve">[43:08] </w:t>
      </w:r>
      <w:r>
        <w:t>Lekin jang ke maidan mein nahi, takrao ke maidan mein nahi, technology ke maidan mein, communication ke maidan mein, dawah work ke maidan mein.</w:t>
      </w:r>
    </w:p>
    <w:p>
      <w:pPr>
        <w:jc w:val="right"/>
      </w:pPr>
      <w:r>
        <w:t>لیکن جنگ کے میدان میں نہیں، ٹکراؤ کے میدان میں نہیں، ٹیکنالوجی کے میدان میں، کمیونیکیشن کے میدان میں، دعوت ورک کے میدان میں۔</w:t>
      </w:r>
    </w:p>
    <w:p>
      <w:r>
        <w:rPr>
          <w:b/>
        </w:rPr>
        <w:t xml:space="preserve">[43:21] </w:t>
      </w:r>
      <w:r>
        <w:t>To main samajhta hoon ke yeh zaroori hai ke logon ko bataya jaye ke tum ikhwan e Rasool ho, tum ko tumhare liye muqaddar hai ke tum ikhwan e Rasool ka role karo aur aakhirat mein tum ko pukara jaye,</w:t>
      </w:r>
    </w:p>
    <w:p>
      <w:pPr>
        <w:jc w:val="right"/>
      </w:pPr>
      <w:r>
        <w:t>تو میں سمجھتا ہوں کہ یہ ضروری ہے کہ لوگوں کو بتایا جائے کہ تم اخوان رسول ہو، تم کو تمہارے لیے مقدر ہے کہ تم اخوان رسول کا رول کرو اور آخرت میں تم کو پکارا جائے،</w:t>
      </w:r>
    </w:p>
    <w:p>
      <w:r>
        <w:rPr>
          <w:b/>
        </w:rPr>
        <w:t xml:space="preserve">[43:35] </w:t>
      </w:r>
      <w:r>
        <w:t>awaaz di jaye ke kahan hai ikhwan e Rasool</w:t>
      </w:r>
    </w:p>
    <w:p>
      <w:pPr>
        <w:jc w:val="right"/>
      </w:pPr>
      <w:r>
        <w:t>آواز دی جائے کہ کہاں ہے اخوان رسول</w:t>
      </w:r>
    </w:p>
    <w:p>
      <w:r>
        <w:rPr>
          <w:b/>
        </w:rPr>
        <w:t xml:space="preserve">[43:38] </w:t>
      </w:r>
      <w:r>
        <w:t>? Idhar aa jayen.</w:t>
      </w:r>
    </w:p>
    <w:p>
      <w:pPr>
        <w:jc w:val="right"/>
      </w:pPr>
      <w:r>
        <w:t>؟ ادھر آ جائیں۔</w:t>
      </w:r>
    </w:p>
    <w:p>
      <w:r>
        <w:rPr>
          <w:b/>
        </w:rPr>
        <w:t xml:space="preserve">[43:42] </w:t>
      </w:r>
      <w:r>
        <w:t>Yeh to bohat zaroori hai. Is mein is mein burai kya hai?</w:t>
      </w:r>
    </w:p>
    <w:p>
      <w:pPr>
        <w:jc w:val="right"/>
      </w:pPr>
      <w:r>
        <w:t>یہ تو بہت ضروری ہے۔ اس میں اس میں برائی کیا ہے؟</w:t>
      </w:r>
    </w:p>
    <w:p>
      <w:r>
        <w:rPr>
          <w:b/>
        </w:rPr>
        <w:t xml:space="preserve">[43:50] </w:t>
      </w:r>
      <w:r>
        <w:t>To Pakistan ke magazine ne likha mere baray mein ke mazah khayz baat kar, yaani ridiculous baat. Main samajhta hoon ke un ka un ka remark ridiculous hai, na ke meri baat.</w:t>
      </w:r>
    </w:p>
    <w:p>
      <w:pPr>
        <w:jc w:val="right"/>
      </w:pPr>
      <w:r>
        <w:t>تو پاکستان کے میگزین نے لکھا میرے بارے میں کہ مذاق خیز بات کر، یعنی ریڈکلس بات۔ میں سمجھتا ہوں کہ ان کا ان کا ریمارک ریڈکلس ہے، نہ کہ میری بات۔</w:t>
      </w:r>
    </w:p>
    <w:p>
      <w:r>
        <w:rPr>
          <w:b/>
        </w:rPr>
        <w:t xml:space="preserve">[44:08] </w:t>
      </w:r>
      <w:r>
        <w:t>Jab woh waqt, woh saare halaat paida ho gaye, woh halaat paida ho gaye jin halaat ko avail kar ke koi group ikhwan e Rasool banega.</w:t>
      </w:r>
    </w:p>
    <w:p>
      <w:pPr>
        <w:jc w:val="right"/>
      </w:pPr>
      <w:r>
        <w:t>جب وہ وقت، وہ سارے حالات پیدا ہوگئے، وہ حالات پیدا ہوگئے جن حالات کو اویل کر کے کوئی گروہ اخوان رسول بنے گا۔</w:t>
      </w:r>
    </w:p>
    <w:p>
      <w:r>
        <w:rPr>
          <w:b/>
        </w:rPr>
        <w:t xml:space="preserve">[44:20] </w:t>
      </w:r>
      <w:r>
        <w:t>dekhiye, sahaba ka mamla yahi tha. kuch halaat the jab woh halaat paida ho gaye, un halaat ko avail kar ke ek groh ashaab-e-rasool kehlaaya.</w:t>
      </w:r>
    </w:p>
    <w:p>
      <w:pPr>
        <w:jc w:val="right"/>
      </w:pPr>
      <w:r>
        <w:t>دیکھیے، صحابہ کا معاملہ یہی تھا۔ کچھ حالات تھے جب وہ حالات پیدا ہوگئے، ان حالات کو اویل کر کے ایک گروہ اصحاب رسول کہلایا۔</w:t>
      </w:r>
    </w:p>
    <w:p>
      <w:r>
        <w:rPr>
          <w:b/>
        </w:rPr>
        <w:t xml:space="preserve">[44:32] </w:t>
      </w:r>
      <w:r>
        <w:t>wahan bhi aisa nahi tha ke halaat na hon. wahan bhi yahi baat thi. kuch halaat paida hue, yaani 50 percent halaat the, 50 percent sahaba-e-rasool ka kaam tha.</w:t>
      </w:r>
    </w:p>
    <w:p>
      <w:pPr>
        <w:jc w:val="right"/>
      </w:pPr>
      <w:r>
        <w:t>وہاں بھی ایسا نہیں تھا کہ حالات نہ ہوں۔ وہاں بھی یہی بات تھی۔ کچھ حالات پیدا ہوئے، یعنی 50 پرسنٹ حالات تھے، 50 پرسنٹ صحابہ رسول کا کام تھا۔</w:t>
      </w:r>
    </w:p>
    <w:p>
      <w:r>
        <w:rPr>
          <w:b/>
        </w:rPr>
        <w:t xml:space="preserve">[44:48] </w:t>
      </w:r>
      <w:r>
        <w:t>toh woh halaat paida ho gaye, un halaat ko unhon ne pehchana, un halaat ko bator opportunity ka avail kiya, tab woh ashaab-e-rasool ka role ada kar paaye aur nation of heroes ban gaye.</w:t>
      </w:r>
    </w:p>
    <w:p>
      <w:pPr>
        <w:jc w:val="right"/>
      </w:pPr>
      <w:r>
        <w:t>تو وہ حالات پیدا ہوگئے، ان حالات کو انہوں نے پہچانا، ان حالات کو بطور اپرچونیٹی کا اویل کیا، تب وہ اصحاب رسول کا رول ادا کر پائے اور نیشن آف ہیروز بن گئے۔</w:t>
      </w:r>
    </w:p>
    <w:p>
      <w:r>
        <w:rPr>
          <w:b/>
        </w:rPr>
        <w:t xml:space="preserve">[45:02] </w:t>
      </w:r>
      <w:r>
        <w:t>dobara saare qaraa'in batate hain ke woh ahwaal paida ho chuke hain, woh wasa'il paida ho chuke hain, woh saare zraa'e paida ho chuke hain jin ko bator opportunity avail kar ke woh waaqia woh anjaam paayega, ghar ghar pahunch jaaye,</w:t>
      </w:r>
    </w:p>
    <w:p>
      <w:pPr>
        <w:jc w:val="right"/>
      </w:pPr>
      <w:r>
        <w:t>دوبارہ سارے قرائن بتاتے ہیں کہ وہ احوال پیدا ہو چکے ہیں، وہ وسائل پیدا ہو چکے ہیں، وہ سارے ذرائع پیدا ہو چکے ہیں جن کو بطور اپرچونیٹی اویل کر کے وہ واقعہ وہ انجام پائے گا، گھر گھر پہنچ جائے،</w:t>
      </w:r>
    </w:p>
    <w:p>
      <w:r>
        <w:rPr>
          <w:b/>
        </w:rPr>
        <w:t xml:space="preserve">[45:23] </w:t>
      </w:r>
      <w:r>
        <w:t>ghar ghar pahunch jaaye Allah ka paigham. jab saare halaat wujood mein aa chuke hain, ab toh kisi ko avail</w:t>
      </w:r>
    </w:p>
    <w:p>
      <w:pPr>
        <w:jc w:val="right"/>
      </w:pPr>
      <w:r>
        <w:t>گھر گھر پہنچ جائے اللہ کا پیغام۔ جب سارے حالات وجود میں آ چکے ہیں، اب تو کسی کو اویل</w:t>
      </w:r>
    </w:p>
    <w:p>
      <w:r>
        <w:rPr>
          <w:b/>
        </w:rPr>
        <w:t xml:space="preserve">[45:31] </w:t>
      </w:r>
      <w:r>
        <w:t>karna hai. is ko jo avail karega, wahi ikhwaan-e-rasool hoga. yeh na koi mistri hai, na koi tilsmati baat hai, na is mein koi fazeelat ki baat bhi nahin.</w:t>
      </w:r>
    </w:p>
    <w:p>
      <w:pPr>
        <w:jc w:val="right"/>
      </w:pPr>
      <w:r>
        <w:t>کرنا ہے۔ اس کو جو اویل کرے گا، وہی اخوان رسول ہوگا۔ یہ نہ کوئی مستری ہے، نہ کوئی تلسماتی بات ہے، نہ اس میں کوئی فضیلت کی بات بھی نہیں۔</w:t>
      </w:r>
    </w:p>
    <w:p>
      <w:r>
        <w:rPr>
          <w:b/>
        </w:rPr>
        <w:t xml:space="preserve">[45:44] </w:t>
      </w:r>
      <w:r>
        <w:t>yeh ek duty ki baat hai. duty jab baarish hoti hai aur kisaan kheti ke liye jaata hai, apne khet mein fasal daalta hai toh fazeelat ki baat nahin hoti hai.</w:t>
      </w:r>
    </w:p>
    <w:p>
      <w:pPr>
        <w:jc w:val="right"/>
      </w:pPr>
      <w:r>
        <w:t>یہ ایک ڈیوٹی کی بات ہے۔ ڈیوٹی جب بارش ہوتی ہے اور کسان کھیتی کے لیے جاتا ہے، اپنے کھیت میں فصل ڈالتا ہے تو فضیلت کی بات نہیں ہوتی ہے۔</w:t>
      </w:r>
    </w:p>
    <w:p>
      <w:r>
        <w:rPr>
          <w:b/>
        </w:rPr>
        <w:t xml:space="preserve">[45:57] </w:t>
      </w:r>
      <w:r>
        <w:t>Allah taala ne jo mawaaqe kholay hain, baarish barsa kar ke, un mawaaqe ko avail karne ki baat hoti hai.</w:t>
      </w:r>
    </w:p>
    <w:p>
      <w:pPr>
        <w:jc w:val="right"/>
      </w:pPr>
      <w:r>
        <w:t>اللہ تعالی نے جو مواقع کھولے ہیں، بارش برسا کر کے، ان مواقع کو اویل کرنے کی بات ہوتی ہے۔</w:t>
      </w:r>
    </w:p>
    <w:p>
      <w:r>
        <w:rPr>
          <w:b/>
        </w:rPr>
        <w:t xml:space="preserve">[46:08] </w:t>
      </w:r>
      <w:r>
        <w:t>isi tareeqay se yahan bhi hai ke jo mawaaqe matloob the, woh mawaaqe khol diye gaye. ab in ko avail karne ki baat hai toh barh kar aage in ko avail kijiye aur Allah ki nazar mein aap ikhwaan-e-rasool qarar paayenge.</w:t>
      </w:r>
    </w:p>
    <w:p>
      <w:pPr>
        <w:jc w:val="right"/>
      </w:pPr>
      <w:r>
        <w:t>اسی طریقے سے یہاں بھی ہے کہ جو مواقع مطلوب تھے، وہ مواقع کھول دیے گئے۔ اب ان کو اویل کرنے کی بات ہے تو بڑھ کر آگے ان کو اویل کیجئے اور اللہ کی نظر میں آپ اخوان رسول قرار پائیں گے۔</w:t>
      </w:r>
    </w:p>
    <w:p>
      <w:r>
        <w:rPr>
          <w:b/>
        </w:rPr>
        <w:t xml:space="preserve">[46:24] </w:t>
      </w:r>
      <w:r>
        <w:t>is mein is mein ghalati kya hai?</w:t>
      </w:r>
    </w:p>
    <w:p>
      <w:pPr>
        <w:jc w:val="right"/>
      </w:pPr>
      <w:r>
        <w:t>اس میں اس میں غلطی کیا ہے؟</w:t>
      </w:r>
    </w:p>
    <w:p>
      <w:r>
        <w:rPr>
          <w:b/>
        </w:rPr>
        <w:t xml:space="preserve">[46:27] </w:t>
      </w:r>
      <w:r>
        <w:t>koi is mein ghalati ki baat nahin.</w:t>
      </w:r>
    </w:p>
    <w:p>
      <w:pPr>
        <w:jc w:val="right"/>
      </w:pPr>
      <w:r>
        <w:t>کوئی اس میں غلطی کی بات نہیں۔</w:t>
      </w:r>
    </w:p>
    <w:p>
      <w:r>
        <w:rPr>
          <w:b/>
        </w:rPr>
        <w:t xml:space="preserve">[46:33] </w:t>
      </w:r>
      <w:r>
        <w:t>toh chunchke is waqt dekhiye, aap poori zameen, roo-e-zameen par jo ho raha hai, woh rozana aap akhbaaroon mein aur TV mein aur radio mein suntay hain.</w:t>
      </w:r>
    </w:p>
    <w:p>
      <w:pPr>
        <w:jc w:val="right"/>
      </w:pPr>
      <w:r>
        <w:t>تو چونکہ اس وقت دیکھیں، آپ پوری زمین، روئے زمین پر جو ہو رہا ہے، وہ روزانہ آپ اخباروں میں اور ٹی وی میں اور ریڈیو میں سنتے ہیں۔</w:t>
      </w:r>
    </w:p>
    <w:p>
      <w:r>
        <w:rPr>
          <w:b/>
        </w:rPr>
        <w:t xml:space="preserve">[46:45] </w:t>
      </w:r>
      <w:r>
        <w:t>aaj duniya chupi chupi nahin hai, aaj toh duniya global village ban chuki hai. kahin bhi koi group is tareeqay se munazzam andaaz mein da'wati kaam nahin kar raha hai</w:t>
      </w:r>
    </w:p>
    <w:p>
      <w:pPr>
        <w:jc w:val="right"/>
      </w:pPr>
      <w:r>
        <w:t>آج دنیا چھپی چھپی نہیں ہے، آج تو دنیا گلوبل ولیج بن چکی ہے۔ کہیں بھی کوئی گروپ اس طریقے سے منظم انداز میں دعوتی کام نہیں کر رہا ہے</w:t>
      </w:r>
    </w:p>
    <w:p>
      <w:r>
        <w:rPr>
          <w:b/>
        </w:rPr>
        <w:t xml:space="preserve">[46:57] </w:t>
      </w:r>
      <w:r>
        <w:t>jaisa ke CPS ke log kar rahe hain. kahin bhi nahin. kuch logon ne da'wat ka naam de rakha hai lekin kaam doosra kar rahe hain. woh yaani Musalmanoon ki islaah ka kaam kar rahe hain.</w:t>
      </w:r>
    </w:p>
    <w:p>
      <w:pPr>
        <w:jc w:val="right"/>
      </w:pPr>
      <w:r>
        <w:t>جیسا کہ سی پی ایس کے لوگ کر رہے ہیں۔ کہیں بھی نہیں۔ کچھ لوگوں نے دعوت کا نام دے رکھا ہے لیکن کام دوسرا کر رہے ہیں۔ وہ یعنی مسلمانوں کی اصلاح کا کام کر رہے ہیں۔</w:t>
      </w:r>
    </w:p>
    <w:p>
      <w:r>
        <w:rPr>
          <w:b/>
        </w:rPr>
        <w:t xml:space="preserve">[47:08] </w:t>
      </w:r>
      <w:r>
        <w:t>toh woh da'wat nahin hai. da'wat se muraad hai ghair Muslimoon tak Allah ka paigham pahunchana. toh ek waaqia hai ke roo-e-zameen par koi bhi groh</w:t>
      </w:r>
    </w:p>
    <w:p>
      <w:pPr>
        <w:jc w:val="right"/>
      </w:pPr>
      <w:r>
        <w:t>تو وہ دعوت نہیں ہے۔ دعوت سے مراد ہے غیر مسلموں تک اللہ کا پیغام پہنچانا۔ تو ایک واقعہ ہے کہ روئے زمین پر کوئی بھی گروہ</w:t>
      </w:r>
    </w:p>
    <w:p>
      <w:r>
        <w:rPr>
          <w:b/>
        </w:rPr>
        <w:t xml:space="preserve">[47:22] </w:t>
      </w:r>
      <w:r>
        <w:t>aisa nahin hai jo jadeed mawaaqe ko modern technology ko istemaal kar ke da'wat work kar raha ho, siwa CPS ke.</w:t>
      </w:r>
    </w:p>
    <w:p>
      <w:pPr>
        <w:jc w:val="right"/>
      </w:pPr>
      <w:r>
        <w:t>ایسا نہیں ہے جو جدید مواقع کو ماڈرن ٹیکنالوجی کو استعمال کر کے دعوت ورک کر رہا ہو، سوا سی پی ایس کے۔</w:t>
      </w:r>
    </w:p>
    <w:p>
      <w:r>
        <w:rPr>
          <w:b/>
        </w:rPr>
        <w:t xml:space="preserve">[47:32] </w:t>
      </w:r>
      <w:r>
        <w:t>toh agar maine aisa kaha ke probably yahi woh groh hai jis ko jis ke liye hadees mein ikhwaan-e-rasool ka lafz aaya hai, toh is mein haraaj kya hai?</w:t>
      </w:r>
    </w:p>
    <w:p>
      <w:pPr>
        <w:jc w:val="right"/>
      </w:pPr>
      <w:r>
        <w:t>تو اگر میں نے ایسا کہا کہ پراببلی یہی وہ گروہ ہے جس کو جس کے لیے حدیث میں اخوان رسول کا لفظ آیا ہے، تو اس میں حرج کیا ہے؟</w:t>
      </w:r>
    </w:p>
    <w:p>
      <w:r>
        <w:rPr>
          <w:b/>
        </w:rPr>
        <w:t xml:space="preserve">[47:43] </w:t>
      </w:r>
      <w:r>
        <w:t>is mein haraaj ki baat kya hai?</w:t>
      </w:r>
    </w:p>
    <w:p>
      <w:pPr>
        <w:jc w:val="right"/>
      </w:pPr>
      <w:r>
        <w:t>اس میں حرج کی بات کیا ہے؟</w:t>
      </w:r>
    </w:p>
    <w:p>
      <w:r>
        <w:rPr>
          <w:b/>
        </w:rPr>
        <w:t xml:space="preserve">[47:45] </w:t>
      </w:r>
      <w:r>
        <w:t>yeh toh maine is liye kaha ke taake in logon ke andar mazeed yaqeen barhay, mazeed in ke andar</w:t>
      </w:r>
    </w:p>
    <w:p>
      <w:pPr>
        <w:jc w:val="right"/>
      </w:pPr>
      <w:r>
        <w:t>یہ تو میں نے اس لیے کہا کہ تاکہ ان لوگوں کے اندر مزید یقین بڑھے، مزید ان کے اندر</w:t>
      </w:r>
    </w:p>
    <w:p>
      <w:r>
        <w:rPr>
          <w:b/>
        </w:rPr>
        <w:t xml:space="preserve">[47:53] </w:t>
      </w:r>
      <w:r>
        <w:t>umang paida ho aur ziyada josh ke saath is kaam mein lag jaayen.</w:t>
      </w:r>
    </w:p>
    <w:p>
      <w:pPr>
        <w:jc w:val="right"/>
      </w:pPr>
      <w:r>
        <w:t>امنگ پیدا ہو اور زیادہ جوش کے ساتھ اس کام میں لگ جائیں۔</w:t>
      </w:r>
    </w:p>
    <w:p>
      <w:r>
        <w:rPr>
          <w:b/>
        </w:rPr>
        <w:t xml:space="preserve">[48:03] </w:t>
      </w:r>
      <w:r>
        <w:t>toh jo maine kaha woh bohat soch samajh kar maine kaha aur bilkul yaani ilm ke daa'ire mein, shariat ke daa'ire mein maine kaha, is mein koi ghalati nahin hai.</w:t>
      </w:r>
    </w:p>
    <w:p>
      <w:pPr>
        <w:jc w:val="right"/>
      </w:pPr>
      <w:r>
        <w:t>تو جو میں نے کہا وہ بہت سوچ سمجھ کر میں نے کہا اور بالکل یعنی علم کے دائرے میں، شریعت کے دائرے میں میں نے کہا، اس میں کوئی غلطی نہیں ہے۔</w:t>
      </w:r>
    </w:p>
    <w:p>
      <w:r>
        <w:rPr>
          <w:b/>
        </w:rPr>
        <w:t xml:space="preserve">[48:17] </w:t>
      </w:r>
      <w:r>
        <w:t>bas yeh kehna ke mazaaq khez hai, yeh ek negative remark dena, is se koi saabit thori hota hai. aap ko daleel deni paday gi. aap kahain ke mazaaq khez hai, aap kahain ke aadmi boodha ho gaya hai, kuch bhi bolta rehta hai.</w:t>
      </w:r>
    </w:p>
    <w:p>
      <w:pPr>
        <w:jc w:val="right"/>
      </w:pPr>
      <w:r>
        <w:t>بس یہ کہنا کہ مذاق خیز ہے، یہ ایک نیگیٹیو ریمارک دینا، اس سے کوئی ثابت تھوڑی ہوتا ہے۔ آپ کو دلیل دینی پڑے گی۔ آپ کہیں کہ مذاق خیز ہے، آپ کہیں کہ آدمی بوڑھا ہو گیا ہے، کچھ بھی بولتا رہتا ہے۔</w:t>
      </w:r>
    </w:p>
    <w:p>
      <w:r>
        <w:rPr>
          <w:b/>
        </w:rPr>
        <w:t xml:space="preserve">[48:32] </w:t>
      </w:r>
      <w:r>
        <w:t>is tarah se koi baat saabit nahin hoti. saabit karne ke liye aap ko daleel deni paday gi. daleel maine jo baat aap ke saamnay rakhi hai, yeh sab daleel hain aur doosray log jo bol rahe hain, woh sirf negative remark hai,</w:t>
      </w:r>
    </w:p>
    <w:p>
      <w:pPr>
        <w:jc w:val="right"/>
      </w:pPr>
      <w:r>
        <w:t>اس طرح سے کوئی بات ثابت نہیں ہوتی۔ ثابت کرنے کے لیے آپ کو دلیل دینی پڑے گی۔ دلیل میں نے جو بات آپ کے سامنے رکھی ہے، یہ سب دلائل ہیں اور دوسرے لوگ جو بول رہے ہیں، وہ صرف نیگیٹیو ریمارک ہے،</w:t>
      </w:r>
    </w:p>
    <w:p>
      <w:r>
        <w:rPr>
          <w:b/>
        </w:rPr>
        <w:t xml:space="preserve">[48:51] </w:t>
      </w:r>
      <w:r>
        <w:t>negative remark hai.</w:t>
      </w:r>
    </w:p>
    <w:p>
      <w:pPr>
        <w:jc w:val="right"/>
      </w:pPr>
      <w:r>
        <w:t>نیگیٹیو ریمارک ہے۔</w:t>
      </w:r>
    </w:p>
    <w:p>
      <w:r>
        <w:rPr>
          <w:b/>
        </w:rPr>
        <w:t xml:space="preserve">[48:55] </w:t>
      </w:r>
      <w:r>
        <w:t>aur dekhiye, is ke peechay ek aur bohat hi ziyada yaani ek ek bohat hi ek anokhi kahani hai.</w:t>
      </w:r>
    </w:p>
    <w:p>
      <w:pPr>
        <w:jc w:val="right"/>
      </w:pPr>
      <w:r>
        <w:t>اور دیکھیے، اس کے پیچھے ایک اور بہت ہی زیادہ یعنی ایک ایک بہت ہی ایک انوکھی کہانی ہے۔</w:t>
      </w:r>
    </w:p>
    <w:p>
      <w:r>
        <w:rPr>
          <w:b/>
        </w:rPr>
        <w:t xml:space="preserve">[49:10] </w:t>
      </w:r>
      <w:r>
        <w:t>woh kya? logon ke andar dawat ka jazba nahin, dawat ka jazba nahin. log kehte hain insaan ke liye khair khwahi nahin.</w:t>
      </w:r>
    </w:p>
    <w:p>
      <w:pPr>
        <w:jc w:val="right"/>
      </w:pPr>
      <w:r>
        <w:t>وہ کیا؟ لوگوں کے اندر دعوت کا جذبہ نہیں، دعوت کا جذبہ نہیں۔ لوگ کہتے ہیں انسان کے لیے خیر خواہی نہیں۔</w:t>
      </w:r>
    </w:p>
    <w:p>
      <w:r>
        <w:rPr>
          <w:b/>
        </w:rPr>
        <w:t xml:space="preserve">[49:26] </w:t>
      </w:r>
      <w:r>
        <w:t>logon ko kya hai? nafratein hain. sari duniya ko samajhte hain ke hamare dushman hain, conspirator hain.</w:t>
      </w:r>
    </w:p>
    <w:p>
      <w:pPr>
        <w:jc w:val="right"/>
      </w:pPr>
      <w:r>
        <w:t>لوگوں کو کیا ہے؟ نفرتیں ہیں۔ ساری دنیا کو سمجھتے ہیں کہ ہمارے دشمن ہیں، کانسپریٹر ہیں۔</w:t>
      </w:r>
    </w:p>
    <w:p>
      <w:r>
        <w:rPr>
          <w:b/>
        </w:rPr>
        <w:t xml:space="preserve">[49:34] </w:t>
      </w:r>
      <w:r>
        <w:t>puri duniya mein musalmanon ko aap ja kar kahin bhi dekhiye to negative thinking mein jeete hain. yaani jo log madu hain jin par hamein dawat pahunchani hai, un se to nafrat karte hain musalman.</w:t>
      </w:r>
    </w:p>
    <w:p>
      <w:pPr>
        <w:jc w:val="right"/>
      </w:pPr>
      <w:r>
        <w:t>پوری دنیا میں مسلمانوں کو آپ جا کر کہیں بھی دیکھیے تو نیگیٹیو تھنکنگ میں جیتے ہیں۔ یعنی جو لوگ مدعو ہیں جن پر ہمیں دعوت پہنچانی ہے، ان سے تو نفرت کرتے ہیں مسلمان۔</w:t>
      </w:r>
    </w:p>
    <w:p>
      <w:r>
        <w:rPr>
          <w:b/>
        </w:rPr>
        <w:t xml:space="preserve">[49:50] </w:t>
      </w:r>
      <w:r>
        <w:t>to is waqt musalmanon ka haal yeh hai ke na to un ke andar dawat ka jazba hai.</w:t>
      </w:r>
    </w:p>
    <w:p>
      <w:pPr>
        <w:jc w:val="right"/>
      </w:pPr>
      <w:r>
        <w:t>تو اس وقت مسلمانوں کا حال یہ ہے کہ نہ تو ان کے اندر دعوت کا جذبہ ہے۔</w:t>
      </w:r>
    </w:p>
    <w:p>
      <w:r>
        <w:rPr>
          <w:b/>
        </w:rPr>
        <w:t xml:space="preserve">[49:58] </w:t>
      </w:r>
      <w:r>
        <w:t>musalman yaani yaani yaani muslim empowerment ke liye to bohat jazba hai, milni kaam ke liye. milni kaam to khoob dhoom so rahe hain lekin ghair musalmanon mein dawat pahunchana is tarah is ka wajood hi nahin, is ka siwaye is team ke, CPS ki team ke.</w:t>
      </w:r>
    </w:p>
    <w:p>
      <w:pPr>
        <w:jc w:val="right"/>
      </w:pPr>
      <w:r>
        <w:t>مسلمان یعنی یعنی یعنی مسلم ایمپاورمنٹ کے لیے تو بہت جذبہ ہے، ملنی کام کے لیے۔ ملنی کام تو خوب دھوم سو رہے ہیں لیکن غیر مسلموں میں دعوت پہنچانا اس طرح اس کا وجود ہی نہیں، اس کا سوائے اس ٹیم کے، سی پی ایس کی ٹیم کے۔</w:t>
      </w:r>
    </w:p>
    <w:p>
      <w:r>
        <w:rPr>
          <w:b/>
        </w:rPr>
        <w:t xml:space="preserve">[50:19] </w:t>
      </w:r>
      <w:r>
        <w:t>to is tarah ke jo remark hain, woh pata dete hain ke logon ke chuki jazba hi nahin hai, is liye is ko is ki hum is liye sochte bhi nahin. woh</w:t>
      </w:r>
    </w:p>
    <w:p>
      <w:pPr>
        <w:jc w:val="right"/>
      </w:pPr>
      <w:r>
        <w:t>تو اس طرح کے جو ریمارک ہیں، وہ پتہ دیتے ہیں کہ لوگوں کے چونکہ جذبہ ہی نہیں ہے، اس لیے اس کو اس کی ہم اس لیے سوچتے بھی نہیں۔ وہ</w:t>
      </w:r>
    </w:p>
    <w:p>
      <w:r>
        <w:rPr>
          <w:b/>
        </w:rPr>
        <w:t xml:space="preserve">[50:29] </w:t>
      </w:r>
      <w:r>
        <w:t>dekhiye, agar musalmanon ke andar insaan ke liye khair khwahi hoti, khair khwahi. woh tadapte, un ke yeh jannat mein jayen, yeh un ke liye duaen karte, un ki hidayat ke liye.</w:t>
      </w:r>
    </w:p>
    <w:p>
      <w:pPr>
        <w:jc w:val="right"/>
      </w:pPr>
      <w:r>
        <w:t>دیکھیے، اگر مسلمانوں کے اندر انسان کے لیے خیر خواہی ہوتی، خیر خواہی۔ وہ تڑپتے، ان کے یہ جنت میں جائیں، یہ ان کے لیے دعائیں کرتے، ان کی ہدایت کے لیے۔</w:t>
      </w:r>
    </w:p>
    <w:p>
      <w:r>
        <w:rPr>
          <w:b/>
        </w:rPr>
        <w:t xml:space="preserve">[50:44] </w:t>
      </w:r>
      <w:r>
        <w:t>sach much agar aisa hota, loud speaker par duaen jo hoti hain, woh koi dua nahin hai. tanhaiyon mein koi dua karne wala nahin insanon ki hidayat ke liye.</w:t>
      </w:r>
    </w:p>
    <w:p>
      <w:pPr>
        <w:jc w:val="right"/>
      </w:pPr>
      <w:r>
        <w:t>سچ مچ اگر ایسا ہوتا، لاؤڈ سپیکر پر دعائیں جو ہوتی ہیں، وہ کوئی دعا نہیں ہے۔ تنہائیوں میں کوئی دعا کرنے والا نہیں انسانوں کی ہدایت کے لیے۔</w:t>
      </w:r>
    </w:p>
    <w:p>
      <w:r>
        <w:rPr>
          <w:b/>
        </w:rPr>
        <w:t xml:space="preserve">[50:59] </w:t>
      </w:r>
      <w:r>
        <w:t>to agar aisa hota ke musalman duniya ki khair khwahi mein jeete, wilmusharraf hote duniya ke, un ko is baat ki tadap hoti hai ke insaan mar rahe hain aur mar mar ke jahannum mein ja rahe hain, un ko bachao.</w:t>
      </w:r>
    </w:p>
    <w:p>
      <w:pPr>
        <w:jc w:val="right"/>
      </w:pPr>
      <w:r>
        <w:t>تو اگر ایسا ہوتا کہ مسلمان دنیا کی خیر خواہی میں جیتے، ولمشرف ہوتے دنیا کے، ان کو اس بات کی تڑپ ہوتی ہے کہ انسان مر رہے ہیں اور مر مر کے جہنم میں جا رہے ہیں، ان کو بچاؤ۔</w:t>
      </w:r>
    </w:p>
    <w:p>
      <w:r>
        <w:rPr>
          <w:b/>
        </w:rPr>
        <w:t xml:space="preserve">[51:18] </w:t>
      </w:r>
      <w:r>
        <w:t>to sochte, sochte, sochte to khud hi ibadat daryaft ho jati hai.</w:t>
      </w:r>
    </w:p>
    <w:p>
      <w:pPr>
        <w:jc w:val="right"/>
      </w:pPr>
      <w:r>
        <w:t>تو سوچتے، سوچتے، سوچتے تو خود ہی عبادت دریافت ہو جاتی ہے۔</w:t>
      </w:r>
    </w:p>
    <w:p>
      <w:r>
        <w:rPr>
          <w:b/>
        </w:rPr>
        <w:t xml:space="preserve">[51:24] </w:t>
      </w:r>
      <w:r>
        <w:t>yaani is ke peeche jo hamari baat logon ke samajh mein nahin aa rahi hai, is liye ke un ki woh woh nafrat karte hain logon se.</w:t>
      </w:r>
    </w:p>
    <w:p>
      <w:pPr>
        <w:jc w:val="right"/>
      </w:pPr>
      <w:r>
        <w:t>یعنی اس کے پیچھے جو ہماری بات لوگوں کے سمجھ میں نہیں آ رہی ہے، اس لیے کہ ان کی وہ وہ نفرت کرتے ہیں لوگوں سے۔</w:t>
      </w:r>
    </w:p>
    <w:p>
      <w:r>
        <w:rPr>
          <w:b/>
        </w:rPr>
        <w:t xml:space="preserve">[51:33] </w:t>
      </w:r>
      <w:r>
        <w:t>woh samajhte hain ke jaane to jahannum mein, un ko hamein kya karna hai.</w:t>
      </w:r>
    </w:p>
    <w:p>
      <w:pPr>
        <w:jc w:val="right"/>
      </w:pPr>
      <w:r>
        <w:t>وہ سمجھتے ہیں کہ جانے تو جہنم میں، ان کو ہمیں کیا کرنا ہے۔</w:t>
      </w:r>
    </w:p>
    <w:p>
      <w:r>
        <w:rPr>
          <w:b/>
        </w:rPr>
        <w:t xml:space="preserve">[51:38] </w:t>
      </w:r>
      <w:r>
        <w:t>to sare mawaqe khul gaye, woh waqt aa gaya. lekin chuki musalman jee rahe hain nafraton mein, is se un ki samajh baat nahin aati.</w:t>
      </w:r>
    </w:p>
    <w:p>
      <w:pPr>
        <w:jc w:val="right"/>
      </w:pPr>
      <w:r>
        <w:t>تو سارے مواقع کھل گئے، وہ وقت آ گیا۔ لیکن چونکہ مسلمان جی رہے ہیں نفرتوں میں، اس سے ان کی سمجھ بات نہیں آتی۔</w:t>
      </w:r>
    </w:p>
    <w:p>
      <w:r>
        <w:rPr>
          <w:b/>
        </w:rPr>
        <w:t xml:space="preserve">[51:50] </w:t>
      </w:r>
      <w:r>
        <w:t>ise samajh mein nahin aati.</w:t>
      </w:r>
    </w:p>
    <w:p>
      <w:pPr>
        <w:jc w:val="right"/>
      </w:pPr>
      <w:r>
        <w:t>اسے سمجھ میں نہیں آتی۔</w:t>
      </w:r>
    </w:p>
    <w:p>
      <w:r>
        <w:rPr>
          <w:b/>
        </w:rPr>
        <w:t xml:space="preserve">[51:52] </w:t>
      </w:r>
      <w:r>
        <w:t>aaj agar logon ke andar khair khwahi aa jaye aur logon ke andar yeh tadap aa jaye ke log jahannum mein na na jayen, to abhi un ki samajh baat aa jayegi ke yeh bilkul theek keh rahe hain.</w:t>
      </w:r>
    </w:p>
    <w:p>
      <w:pPr>
        <w:jc w:val="right"/>
      </w:pPr>
      <w:r>
        <w:t>آج اگر لوگوں کے اندر خیر خواہی آ جائے اور لوگوں کے اندر یہ تڑپ آ جائے کہ لوگ جہنم میں نہ نہ جائیں، تو ابھی ان کی سمجھ بات آ جائے گی کہ یہ بالکل ٹھیک کہہ رہے ہیں۔</w:t>
      </w:r>
    </w:p>
    <w:p>
      <w:r>
        <w:rPr>
          <w:b/>
        </w:rPr>
        <w:t xml:space="preserve">[52:05] </w:t>
      </w:r>
      <w:r>
        <w:t>waqatan Allah ne imkanat khol diye hain, Allah taala ne opportunities khol diye hain. ab to yahi kaam karna hi karna hai hamein, aur jo karega, woh Allah us ko ikhwan rasool ka darja de de ga.</w:t>
      </w:r>
    </w:p>
    <w:p>
      <w:pPr>
        <w:jc w:val="right"/>
      </w:pPr>
      <w:r>
        <w:t>واقعتاً اللہ نے امکانات کھول دیے ہیں، اللہ تعالی نے اپرچونیٹیز کھول دیے ہیں۔ اب تو یہی کام کرنا ہی کرنا ہے ہمیں، اور جو کرے گا، وہ اللہ اس کو اخوان رسول کا درجہ دے دے گا۔</w:t>
      </w:r>
    </w:p>
    <w:p>
      <w:r>
        <w:rPr>
          <w:b/>
        </w:rPr>
        <w:t xml:space="preserve">[52:23] </w:t>
      </w:r>
      <w:r>
        <w:t>to yeh bohat is ke peeche bohat hi ek ek bohat hi yaani ek ajeeb is ke peeche baat hai.</w:t>
      </w:r>
    </w:p>
    <w:p>
      <w:pPr>
        <w:jc w:val="right"/>
      </w:pPr>
      <w:r>
        <w:t>تو یہ بہت اس کے پیچھے بہت ہی ایک ایک بہت ہی یعنی ایک عجیب اس کے پیچھے بات ہے۔</w:t>
      </w:r>
    </w:p>
    <w:p>
      <w:r>
        <w:rPr>
          <w:b/>
        </w:rPr>
        <w:t xml:space="preserve">[52:36] </w:t>
      </w:r>
      <w:r>
        <w:t>woh yeh ke musalman sari duniya mein insaan se nafrat karne lage hain. ab main dekh ke nafrat haram hai.</w:t>
      </w:r>
    </w:p>
    <w:p>
      <w:pPr>
        <w:jc w:val="right"/>
      </w:pPr>
      <w:r>
        <w:t>وہ یہ کہ مسلمان ساری دنیا میں انسان سے نفرت کرنے لگے ہیں۔ اب میں دیکھ کے نفرت حرام ہے۔</w:t>
      </w:r>
    </w:p>
    <w:p>
      <w:r>
        <w:rPr>
          <w:b/>
        </w:rPr>
        <w:t xml:space="preserve">[52:49] </w:t>
      </w:r>
      <w:r>
        <w:t>yeh tay hai ke jis dil mein nafrat ho, us dil mein dawat ka jazba nahin hoga. nabi ne kaha tha ke "ani lakum naas" sab nabiyon ne.</w:t>
      </w:r>
    </w:p>
    <w:p>
      <w:pPr>
        <w:jc w:val="right"/>
      </w:pPr>
      <w:r>
        <w:t>یہ طے ہے کہ جس دل میں نفرت ہو، اس دل میں دعوت کا جذبہ نہیں ہوگا۔ نبی نے کہا تھا کہ "انی لکم ناس" سب نبیوں نے۔</w:t>
      </w:r>
    </w:p>
    <w:p>
      <w:r>
        <w:rPr>
          <w:b/>
        </w:rPr>
        <w:t xml:space="preserve">[53:00] </w:t>
      </w:r>
      <w:r>
        <w:t>ae logon! main tumhara khair khwah hoon. khair khwahi ke jazbe se dawat ubalti hai. khair khwahi nahin, dawat bhi nahin.</w:t>
      </w:r>
    </w:p>
    <w:p>
      <w:pPr>
        <w:jc w:val="right"/>
      </w:pPr>
      <w:r>
        <w:t>اے لوگوں! میں تمہارا خیر خواہ ہوں۔ خیر خواہی کے جذبے سے دعوت ابلتی ہے۔ خیر خواہی نہیں، دعوت بھی نہیں۔</w:t>
      </w:r>
    </w:p>
    <w:p>
      <w:r>
        <w:rPr>
          <w:b/>
        </w:rPr>
        <w:t xml:space="preserve">[53:12] </w:t>
      </w:r>
      <w:r>
        <w:t>main koi ek shehar mein gaya to wahan ek sahab aaye, unhone kaha ke aap dawat d</w:t>
      </w:r>
    </w:p>
    <w:p>
      <w:pPr>
        <w:jc w:val="right"/>
      </w:pPr>
      <w:r>
        <w:t>میں کوئی ایک شہر میں گیا تو وہاں ایک صاحب آئے، انہوں نے کہا کہ آپ دعوت د</w:t>
      </w:r>
    </w:p>
    <w:p>
      <w:r>
        <w:rPr>
          <w:b/>
        </w:rPr>
        <w:t xml:space="preserve">[53:18] </w:t>
      </w:r>
      <w:r>
        <w:t>awat kya karte hain? dawat to sabhi log kar rahe hain. to maine kaha dawat koi mazak nahin hai. insaan se mohabbat karna parta hai, tab dawat ka aaghaz hota hai.</w:t>
      </w:r>
    </w:p>
    <w:p>
      <w:pPr>
        <w:jc w:val="right"/>
      </w:pPr>
      <w:r>
        <w:t>عوت کیا کرتے ہیں؟ دعوت تو سبھی لوگ کر رہے ہیں۔ تو میں نے کہا دعوت کوئی مذاق نہیں ہے۔ انسان سے محبت کرنا پڑتا ہے، تب دعوت کا آغاز ہوتا ہے۔</w:t>
      </w:r>
    </w:p>
    <w:p>
      <w:r>
        <w:rPr>
          <w:b/>
        </w:rPr>
        <w:t xml:space="preserve">[53:33] </w:t>
      </w:r>
      <w:r>
        <w:t>insaan se mohabbat karna parta hai, tab dawat ka aaghaz hota hai. to musalmanon ko insaan se mohabbat hi nahin. to aisi baaten un ko kuch un ko ahmiyat hi nahin lagti.</w:t>
      </w:r>
    </w:p>
    <w:p>
      <w:pPr>
        <w:jc w:val="right"/>
      </w:pPr>
      <w:r>
        <w:t>انسان سے محبت کرنا پڑتا ہے، تب دعوت کا آغاز ہوتا ہے۔ تو مسلمانوں کو انسان سے محبت ہی نہیں۔ تو ایسی باتیں ان کو کچھ ان کو اہمیت ہی نہیں لگتی۔</w:t>
      </w:r>
    </w:p>
    <w:p>
      <w:r>
        <w:rPr>
          <w:b/>
        </w:rPr>
        <w:t xml:space="preserve">[53:47] </w:t>
      </w:r>
      <w:r>
        <w:t>un baaton ko ahmiyat na dena is baat ka yaani pata deta hai ke logon ke andar dawati spirit nahin, insaan se khair khwahi nahin, Allah ke samne jawab dehi ka ehsas nahin.</w:t>
      </w:r>
    </w:p>
    <w:p>
      <w:pPr>
        <w:jc w:val="right"/>
      </w:pPr>
      <w:r>
        <w:t>ان باتوں کو اہمیت نہ دینا اس بات کا یعنی پتہ دیتا ہے کہ لوگوں کے اندر دعوتی سپرٹ نہیں، انسان سے خیر خواہی نہیں، اللہ کے سامنے جواب دہی کا احساس نہیں۔</w:t>
      </w:r>
    </w:p>
    <w:p>
      <w:r>
        <w:rPr>
          <w:b/>
        </w:rPr>
        <w:t xml:space="preserve">[54:06] </w:t>
      </w:r>
      <w:r>
        <w:t>to is wajah se main yeh kahunga ke aap log bilkul yaani is ko shaoori taur par jaan lijiye, shaoori taur par ke woh waqt aa gaya hai jab ke dawat ka woh woh role ada kiya jaye jis ka anjam dene wale ko rasool Allah ne ikhwan rasool kaha tha.</w:t>
      </w:r>
    </w:p>
    <w:p>
      <w:pPr>
        <w:jc w:val="right"/>
      </w:pPr>
      <w:r>
        <w:t>تو اس وجہ سے میں یہ کہوں گا کہ آپ لوگ بالکل یعنی اس کو شعوری طور پر جان لیجئے، شعوری طور پر کہ وہ وقت آ گیا ہے جب کہ دعوت کا وہ وہ رول ادا کیا جائے جس کا انجام دینے والے کو رسول اللہ نے اخوان رسول کہا تھا۔</w:t>
      </w:r>
    </w:p>
    <w:p>
      <w:r>
        <w:rPr>
          <w:b/>
        </w:rPr>
        <w:t xml:space="preserve">[54:30] </w:t>
      </w:r>
      <w:r>
        <w:t>yani peghambar ke bhai, yani rasool hi ka role hai.</w:t>
      </w:r>
    </w:p>
    <w:p>
      <w:pPr>
        <w:jc w:val="right"/>
      </w:pPr>
      <w:r>
        <w:t>یعنی پیغمبر کے بھائی، یعنی رسول ہی کا رول ہے۔</w:t>
      </w:r>
    </w:p>
    <w:p>
      <w:r>
        <w:rPr>
          <w:b/>
        </w:rPr>
        <w:t xml:space="preserve">[54:35] </w:t>
      </w:r>
      <w:r>
        <w:t>rasool wala jo jin jo un ke contemporary the, unhon ne jo kiya to woh ashaab-e-rasool thay. baat to karein ge to ikhwaan-e-rasool hain. main chahta hoon ke aap logon ke andar is ka yaqeen ho, is ka shaoor ho taake taake zyada yani dedication ke sath yeh kaam kar sakein.</w:t>
      </w:r>
    </w:p>
    <w:p>
      <w:pPr>
        <w:jc w:val="right"/>
      </w:pPr>
      <w:r>
        <w:t>رسول والا جو جن جو ان کے کنٹیمپریری تھے، انہوں نے جو کیا تو وہ اصحاب رسول تھے۔ بات تو کریں گے تو اخوان رسول ہیں۔ میں چاہتا ہوں کہ آپ لوگوں کے اندر اس کا یقین ہو، اس کا شعور ہو تاکہ تاکہ زیادہ یعنی ڈیڈیکیشن کے ساتھ یہ کام کر سکیں۔</w:t>
      </w:r>
    </w:p>
    <w:p>
      <w:r>
        <w:rPr>
          <w:b/>
        </w:rPr>
        <w:t xml:space="preserve">[54:54] </w:t>
      </w:r>
      <w:r>
        <w:t>aap is mein koi na koi bhi qabil-e-aitraaz baat nahi hai. jo aitraaz karte hain, woh khud woh khud bhatke hue log</w:t>
      </w:r>
    </w:p>
    <w:p>
      <w:pPr>
        <w:jc w:val="right"/>
      </w:pPr>
      <w:r>
        <w:t>آپ اس میں کوئی نہ کوئی بھی قابل اعتراض بات نہیں ہے۔ جو اعتراض کرتے ہیں، وہ خود وہ خود بھٹکے ہوئے لوگ</w:t>
      </w:r>
    </w:p>
    <w:p>
      <w:r>
        <w:rPr>
          <w:b/>
        </w:rPr>
        <w:t xml:space="preserve">[55:04] </w:t>
      </w:r>
      <w:r>
        <w:t>hain. mujhe is mein zara bhi shakk nahi. to main dua karta hoon ke Allah taala mujh ko aur aap ko qabool farmaye ke daur-e-aakhir mein dawat ka jo kaam matloob tha, woh hum aap anjaam dein aur insha Allah Allah ke haan ikhwaan-e-rasool ka darja paayein.</w:t>
      </w:r>
    </w:p>
    <w:p>
      <w:pPr>
        <w:jc w:val="right"/>
      </w:pPr>
      <w:r>
        <w:t>ہیں۔ مجھے اس میں ذرا بھی شک نہیں۔ تو میں دعا کرتا ہوں کہ اللہ تعالی مجھ کو اور آپ کو قبول فرمائے کہ دور آخر میں دعوت کا جو کام مطلوب تھا، وہ ہم آپ انجام دیں اور انشاءاللہ اللہ کے ہاں اخوان رسول کا درجہ پائیں۔</w:t>
      </w:r>
    </w:p>
    <w:p>
      <w:r>
        <w:rPr>
          <w:b/>
        </w:rPr>
        <w:t xml:space="preserve">[55:29] </w:t>
      </w:r>
      <w:r>
        <w:t>main isi ke liye Allah taala se dua karta hoon aur isi par khatm karta hoon. aool qawli haza wastaghfirullaha li walakum ajmaeen.</w:t>
      </w:r>
    </w:p>
    <w:p>
      <w:pPr>
        <w:jc w:val="right"/>
      </w:pPr>
      <w:r>
        <w:t>میں اسی کے لیے اللہ تعالی سے دعا کرتا ہوں اور اسی پر ختم کرتا ہوں۔ اقول قولھذا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