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Interview Session with Maulana Wahiduddin Khan December 18, 2018</w:t>
      </w:r>
    </w:p>
    <w:p>
      <w:r>
        <w:t>https://www.youtube.com/watch?v=hLFWrNgTn1I</w:t>
      </w:r>
    </w:p>
    <w:p>
      <w:r>
        <w:rPr>
          <w:b/>
        </w:rPr>
        <w:t xml:space="preserve">[00:10] </w:t>
      </w:r>
      <w:r>
        <w:t>aadab nazreen, ETV Bharat mein aap ka khair maqdam hai. aur aaj jis shakhsiyat se hum baat karein ge, mukhtalif masail pe samaji aur maasharti, woh shakhsiyat taaruf ki mohtaaj nahi hai.</w:t>
      </w:r>
    </w:p>
    <w:p>
      <w:pPr>
        <w:jc w:val="right"/>
      </w:pPr>
      <w:r>
        <w:t>آداب ناظرین، ای ٹی وی بھارت میں آپ کا خیر مقدم ہے۔ اور آج جس شخصیت سے ہم بات کریں گے، مختلف مسائل پہ سماجی اور معاشرتی، وہ شخصیت تعارف کی محتاج نہیں ہے۔</w:t>
      </w:r>
    </w:p>
    <w:p>
      <w:r>
        <w:rPr>
          <w:b/>
        </w:rPr>
        <w:t xml:space="preserve">[00:24] </w:t>
      </w:r>
      <w:r>
        <w:t>elmi duniya mein, woh chahe poore bar-e-sagheer mein, Maulana Wahiduddin Khan ki shakhsiyat se sabhi waqif hain.</w:t>
      </w:r>
    </w:p>
    <w:p>
      <w:pPr>
        <w:jc w:val="right"/>
      </w:pPr>
      <w:r>
        <w:t>علمی دنیا میں، وہ چاہے پورے برصغیر میں، مولانا وحید الدین خاں کی شخصیت سے سبھی واقف ہیں۔</w:t>
      </w:r>
    </w:p>
    <w:p>
      <w:r>
        <w:rPr>
          <w:b/>
        </w:rPr>
        <w:t xml:space="preserve">[00:33] </w:t>
      </w:r>
      <w:r>
        <w:t>ek bari nasal, hum jaisi, un ka ek bohat hi maroof aur mashhoor risala jo hai, us ko parhte parhte jawan hui hai aur us se bohat kuch seekha hai.</w:t>
      </w:r>
    </w:p>
    <w:p>
      <w:pPr>
        <w:jc w:val="right"/>
      </w:pPr>
      <w:r>
        <w:t>ایک بڑی نسل، ہم جیسی، ان کا ایک بہت ہی معروف اور مشہور رسالہ جو ہے، اس کو پڑھتے پڑھتے جوان ہوئی ہے اور اس سے بہت کچھ سیکھا ہے۔</w:t>
      </w:r>
    </w:p>
    <w:p>
      <w:r>
        <w:rPr>
          <w:b/>
        </w:rPr>
        <w:t xml:space="preserve">[00:43] </w:t>
      </w:r>
      <w:r>
        <w:t>buzurg hain, unhon ne hamein waqt diya hai aaj baat cheet ke liye, hum un ke shukr guzaar hain.</w:t>
      </w:r>
    </w:p>
    <w:p>
      <w:pPr>
        <w:jc w:val="right"/>
      </w:pPr>
      <w:r>
        <w:t>بزرگ ہیں، انہوں نے ہمیں وقت دیا ہے آج بات چیت کے لیے، ہم ان کے شکر گزار ہیں۔</w:t>
      </w:r>
    </w:p>
    <w:p>
      <w:r>
        <w:rPr>
          <w:b/>
        </w:rPr>
        <w:t xml:space="preserve">[00:49] </w:t>
      </w:r>
      <w:r>
        <w:t>aah, hum un se barah-e-raast baat karein ge ab direct, aur sab se pehle sawal yeh poochein ge ke Maulana, ek itni taweel safar hai aap ka ilmi, jo kai ash'aron pe muheet hai, aur ab taqreeban, you know, mera khayal hai kitabon ki tadad jo hai woh sankaron mein pahunchi hai.</w:t>
      </w:r>
    </w:p>
    <w:p>
      <w:pPr>
        <w:jc w:val="right"/>
      </w:pPr>
      <w:r>
        <w:t>آہ، ہم ان سے براہِ راست بات کریں گے اب ڈائریکٹ، اور سب سے پہلے سوال یہ پوچھیں گے کہ مولانا، ایک اتنی طویل سفر ہے آپ کا علمی، جو کئی اشعروں پہ محیط ہے، اور اب تقریباً، یو نو، میرا خیال ہے کتابوں کی تعداد جو ہے وہ سینکڑوں میں پہنچی ہے۔</w:t>
      </w:r>
    </w:p>
    <w:p>
      <w:r>
        <w:rPr>
          <w:b/>
        </w:rPr>
        <w:t xml:space="preserve">[01:09] </w:t>
      </w:r>
      <w:r>
        <w:t>apni aap ki, khud ki ek shakhsiyat jo hai woh ek tehreek hai, aur tamam kitabon ko agar dekhein to us ka ek matlab, poori poori kam jo lub-e-lubab hai woh yeh hai ke aap ne tamam cheezein Islam ke liye aur Islam ko ujaagar karne ke</w:t>
      </w:r>
    </w:p>
    <w:p>
      <w:pPr>
        <w:jc w:val="right"/>
      </w:pPr>
      <w:r>
        <w:t>اپنی آپ کی، خود کی ایک شخصیت جو ہے وہ ایک تحریک ہے، اور تمام کتابوں کو اگر دیکھیں تو اس کا ایک مطلب، پوری پوری کم جو لب لباب ہے وہ یہ ہے کہ آپ نے تمام چیزیں اسلام کے لیے اور اسلام کو اجاگر کرنے کے</w:t>
      </w:r>
    </w:p>
    <w:p>
      <w:r>
        <w:rPr>
          <w:b/>
        </w:rPr>
        <w:t xml:space="preserve">[01:24] </w:t>
      </w:r>
      <w:r>
        <w:t>liye ki hain. kabhi zindagi mein, apne pehle bachpan mein, yeh kabhi socha tha ke yeh safar aisa hi hoga ya kya? aap ki nazar mein yeh safar kaisa raha hai?</w:t>
      </w:r>
    </w:p>
    <w:p>
      <w:pPr>
        <w:jc w:val="right"/>
      </w:pPr>
      <w:r>
        <w:t>لیے کی ہیں۔ کبھی زندگی میں، اپنے پہلے بچپن میں، یہ کبھی سوچا تھا کہ یہ سفر ایسا ہی ہوگا یا کیا؟ آپ کی نظر میں یہ سفر کیسا رہا ہے؟</w:t>
      </w:r>
    </w:p>
    <w:p>
      <w:r>
        <w:rPr>
          <w:b/>
        </w:rPr>
        <w:t xml:space="preserve">[01:36] </w:t>
      </w:r>
      <w:r>
        <w:t>achha.</w:t>
      </w:r>
    </w:p>
    <w:p>
      <w:pPr>
        <w:jc w:val="right"/>
      </w:pPr>
      <w:r>
        <w:t>اچھے۔</w:t>
      </w:r>
    </w:p>
    <w:p>
      <w:r>
        <w:rPr>
          <w:b/>
        </w:rPr>
        <w:t xml:space="preserve">[01:40] </w:t>
      </w:r>
      <w:r>
        <w:t>dekhiye, main bachpan se, ek ajeeb baat hai meri zindagi mein, ke main ne vision raha hoon,</w:t>
      </w:r>
    </w:p>
    <w:p>
      <w:pPr>
        <w:jc w:val="right"/>
      </w:pPr>
      <w:r>
        <w:t>دیکھیے، میں بچپن سے، ایک عجیب بات ہے میری زندگی میں، کہ میں نے ویژن رہا ہوں،</w:t>
      </w:r>
    </w:p>
    <w:p>
      <w:r>
        <w:rPr>
          <w:b/>
        </w:rPr>
        <w:t xml:space="preserve">[01:49] </w:t>
      </w:r>
      <w:r>
        <w:t>ek to bachpan se, main ne vision. to main hamesha aage dekhta tha, peechhe kabhi nahi dekha main ne.</w:t>
      </w:r>
    </w:p>
    <w:p>
      <w:pPr>
        <w:jc w:val="right"/>
      </w:pPr>
      <w:r>
        <w:t>ایک تو بچپن سے، میں نے ویژن۔ تو میں ہمیشہ آگے دیکھتا تھا، پیچھے کبھی نہیں دیکھا میں نے۔</w:t>
      </w:r>
    </w:p>
    <w:p>
      <w:r>
        <w:rPr>
          <w:b/>
        </w:rPr>
        <w:t xml:space="preserve">[02:00] </w:t>
      </w:r>
      <w:r>
        <w:t>aur har cheez mein, main positive aspect dhoondta tha. yeh meri bachpan se meri, yani, meri sifat rahi hai.</w:t>
      </w:r>
    </w:p>
    <w:p>
      <w:pPr>
        <w:jc w:val="right"/>
      </w:pPr>
      <w:r>
        <w:t>اور ہر چیز میں، میں پازیٹیو ایسپیکٹ ڈھونڈتا تھا۔ یہ میری بچپن سے میری، یعنی، میری صفت رہی ہے۔</w:t>
      </w:r>
    </w:p>
    <w:p>
      <w:r>
        <w:rPr>
          <w:b/>
        </w:rPr>
        <w:t xml:space="preserve">[02:16] </w:t>
      </w:r>
      <w:r>
        <w:t>main paida hua January first 1925 ko. agar aap detail mein jaanna chahein ge to main bilkul shuru zamane ke aise waqiat bataoon ga aap ko, jis mein yeh cheez jhalakti thi ke yeh insaan koi different type ka hai, yeh main vision hai, yeh cheezon mein deep aspect dhoondta hai.</w:t>
      </w:r>
    </w:p>
    <w:p>
      <w:pPr>
        <w:jc w:val="right"/>
      </w:pPr>
      <w:r>
        <w:t>میں پیدا ہوا جنوری فرسٹ 1925 کو۔ اگر آپ ڈیٹیل میں جاننا چاہیں گے تو میں بالکل شروع زمانے کے ایسے واقعات بتاؤں گا آپ کو، جس میں یہ چیز جھلکتی تھی کہ یہ انسان کوئی ڈفرنٹ ٹائپ کا ہے، یہ مین ویژن ہے، یہ چیزوں میں ڈیپ ایسپیکٹ ڈھونڈتا ہے۔</w:t>
      </w:r>
    </w:p>
    <w:p>
      <w:r>
        <w:rPr>
          <w:b/>
        </w:rPr>
        <w:t xml:space="preserve">[02:43] </w:t>
      </w:r>
      <w:r>
        <w:t>ji haan.</w:t>
      </w:r>
    </w:p>
    <w:p>
      <w:pPr>
        <w:jc w:val="right"/>
      </w:pPr>
      <w:r>
        <w:t>جی ہاں۔</w:t>
      </w:r>
    </w:p>
    <w:p>
      <w:r>
        <w:rPr>
          <w:b/>
        </w:rPr>
        <w:t xml:space="preserve">[02:44] </w:t>
      </w:r>
      <w:r>
        <w:t>kuch waqiat agar aap zikr karein, jis mein yeh baat, yeh is tarah ki baatein hon. maslan dekhiye, main jahan rehta tha to mere paros mein ek saahab thay.</w:t>
      </w:r>
    </w:p>
    <w:p>
      <w:pPr>
        <w:jc w:val="right"/>
      </w:pPr>
      <w:r>
        <w:t>کچھ واقعات اگر آپ ذکر کریں، جس میں اس بات، یہ اس طرح کی باتیں ہوں۔ مثلاً دیکھیے، میں جہاں رہتا تھا تو میرے پڑوس میں ایک صاحب تھے۔</w:t>
      </w:r>
    </w:p>
    <w:p>
      <w:r>
        <w:rPr>
          <w:b/>
        </w:rPr>
        <w:t xml:space="preserve">[03:01] </w:t>
      </w:r>
      <w:r>
        <w:t>us waqt main teenager tha, tab ki baat hai yeh.</w:t>
      </w:r>
    </w:p>
    <w:p>
      <w:pPr>
        <w:jc w:val="right"/>
      </w:pPr>
      <w:r>
        <w:t>اس وقت میں ٹین ایجر تھا، تب کی بات ہے یہ۔</w:t>
      </w:r>
    </w:p>
    <w:p>
      <w:r>
        <w:rPr>
          <w:b/>
        </w:rPr>
        <w:t xml:space="preserve">[03:10] </w:t>
      </w:r>
      <w:r>
        <w:t>to un ke ghar mein jewelry thi, jis ki chori ho gayi. to ek din main apne ghar mein aaya, woh mere paros mein thay woh, to kisi ne mujh se kaha ke woh log kehte hain mere baray mein ke woh jewelry chura le gaye.</w:t>
      </w:r>
    </w:p>
    <w:p>
      <w:pPr>
        <w:jc w:val="right"/>
      </w:pPr>
      <w:r>
        <w:t>تو ان کے گھر میں جیولری تھی، جس کی چوری ہو گئی۔ تو ایک دن میں اپنے گھر میں آیا، وہ میرے پڑوس میں تھے وہ، تو کسی نے مجھ سے کہا کہ وہ لوگ کہتے ہیں میرے بارے میں کہ وہ جیولری چرا لے گئے۔</w:t>
      </w:r>
    </w:p>
    <w:p>
      <w:r>
        <w:rPr>
          <w:b/>
        </w:rPr>
        <w:t xml:space="preserve">[03:33] </w:t>
      </w:r>
      <w:r>
        <w:t>to mujhe hansi aa gayi. hansi aa gayi. is ki wajah kya thi?</w:t>
      </w:r>
    </w:p>
    <w:p>
      <w:pPr>
        <w:jc w:val="right"/>
      </w:pPr>
      <w:r>
        <w:t>تو مجھے ہنسی آ گئی۔ ہنسی آ گئی۔ اس کی وجہ کیا تھی؟</w:t>
      </w:r>
    </w:p>
    <w:p>
      <w:r>
        <w:rPr>
          <w:b/>
        </w:rPr>
        <w:t xml:space="preserve">[03:41] </w:t>
      </w:r>
      <w:r>
        <w:t>main is type ka aadmi nahi tha. to agarche us waqt chhota tha main, lekin mere mind mein yeh aaya, jis ne chori ki ho woh pareshan ho.</w:t>
      </w:r>
    </w:p>
    <w:p>
      <w:pPr>
        <w:jc w:val="right"/>
      </w:pPr>
      <w:r>
        <w:t>میں اس ٹائپ کا آدمی نہیں تھا۔ تو اگرچہ اس وقت چھوٹا تھا میں، لیکن میرے مائنڈ میں یہ آیا، جس نے چوری کی ہو وہ پریشان ہو۔</w:t>
      </w:r>
    </w:p>
    <w:p>
      <w:r>
        <w:rPr>
          <w:b/>
        </w:rPr>
        <w:t xml:space="preserve">[03:56] </w:t>
      </w:r>
      <w:r>
        <w:t>main ne chori ki hi nahi to is par mujhe pareshani ki kya zaroorat hai? to yeh aap soch sakte hain kitna zyada realistic approach tha mera.</w:t>
      </w:r>
    </w:p>
    <w:p>
      <w:pPr>
        <w:jc w:val="right"/>
      </w:pPr>
      <w:r>
        <w:t>میں نے چوری کی ہی نہیں تو اس پر مجھے پریشانی کی کیا ضرورت ہے؟ تو یہ آپ سوچ سکتے ہیں کتنا زیادہ ریلسٹک اپروچ تھا میرا۔</w:t>
      </w:r>
    </w:p>
    <w:p>
      <w:r>
        <w:rPr>
          <w:b/>
        </w:rPr>
        <w:t xml:space="preserve">[04:05] </w:t>
      </w:r>
      <w:r>
        <w:t>realistic approach.</w:t>
      </w:r>
    </w:p>
    <w:p>
      <w:pPr>
        <w:jc w:val="right"/>
      </w:pPr>
      <w:r>
        <w:t>ریلسٹک اپروچ۔</w:t>
      </w:r>
    </w:p>
    <w:p>
      <w:r>
        <w:rPr>
          <w:b/>
        </w:rPr>
        <w:t xml:space="preserve">[04:07] </w:t>
      </w:r>
      <w:r>
        <w:t>kuch bhi pareshan nahi hua hoon mein. aise hi dekhiye, agar aap meri</w:t>
      </w:r>
    </w:p>
    <w:p>
      <w:pPr>
        <w:jc w:val="right"/>
      </w:pPr>
      <w:r>
        <w:t>کچھ بھی پریشان نہیں ہوا ہوں میں۔ ایسے ہی دیکھیے، اگر آپ میری</w:t>
      </w:r>
    </w:p>
    <w:p>
      <w:r>
        <w:rPr>
          <w:b/>
        </w:rPr>
        <w:t xml:space="preserve">[04:15] </w:t>
      </w:r>
      <w:r>
        <w:t>cheezein parhein to aap ek bohat hi different cheez paayenge. woh yeh hai ke mera approach jo tha woh awwal din se result par oriented tha.</w:t>
      </w:r>
    </w:p>
    <w:p>
      <w:pPr>
        <w:jc w:val="right"/>
      </w:pPr>
      <w:r>
        <w:t>چیزیں پڑھیں تو آپ ایک بہت ہی ڈفرنٹ چیز پائیں گے۔ وہ یہ ہے کہ میرا اپروچ جو تھا وہ اول دن سے رزلٹ پر اورینٹڈ تھا۔</w:t>
      </w:r>
    </w:p>
    <w:p>
      <w:r>
        <w:rPr>
          <w:b/>
        </w:rPr>
        <w:t xml:space="preserve">[04:29] </w:t>
      </w:r>
      <w:r>
        <w:t>mein kabhi reaction nahi kiya maine.</w:t>
      </w:r>
    </w:p>
    <w:p>
      <w:pPr>
        <w:jc w:val="right"/>
      </w:pPr>
      <w:r>
        <w:t>میں کبھی ری ایکشن نہیں کیا میں نے۔</w:t>
      </w:r>
    </w:p>
    <w:p>
      <w:r>
        <w:rPr>
          <w:b/>
        </w:rPr>
        <w:t xml:space="preserve">[04:33] </w:t>
      </w:r>
      <w:r>
        <w:t>doosron ki shikayat karna, doosron ko bura batana, zulm zulm ki baatein karna, kabhi nahi.</w:t>
      </w:r>
    </w:p>
    <w:p>
      <w:pPr>
        <w:jc w:val="right"/>
      </w:pPr>
      <w:r>
        <w:t>دوسروں کی شکایت کرنا، دوسروں کو برا بتانا، ظلم ظلم کی باتیں کرنا، کبھی نہیں۔</w:t>
      </w:r>
    </w:p>
    <w:p>
      <w:r>
        <w:rPr>
          <w:b/>
        </w:rPr>
        <w:t xml:space="preserve">[04:42] </w:t>
      </w:r>
      <w:r>
        <w:t>kyunke meri soch yeh bani thi, mein history ko padhta tha pehle se, ke aadmi hamesha apne apne apne kiye ko bhagta hai.</w:t>
      </w:r>
    </w:p>
    <w:p>
      <w:pPr>
        <w:jc w:val="right"/>
      </w:pPr>
      <w:r>
        <w:t>کیونکہ میری سوچ یہ بنی تھی، میں ہسٹری کو پڑھتا تھا پہلے سے، کہ آدمی ہمیشہ اپنے اپنے اپنے کیے کو بھگتتا ہے۔</w:t>
      </w:r>
    </w:p>
    <w:p>
      <w:r>
        <w:rPr>
          <w:b/>
        </w:rPr>
        <w:t xml:space="preserve">[04:57] </w:t>
      </w:r>
      <w:r>
        <w:t>yeh pehle din se meri soch bani thi yeh ke aadmi hamesha apne hi kiye ko bhagta hai. to mein kis liye shikayat karoon?</w:t>
      </w:r>
    </w:p>
    <w:p>
      <w:pPr>
        <w:jc w:val="right"/>
      </w:pPr>
      <w:r>
        <w:t>یہ پہلے دن سے میری سوچ بنی تھی یہ کہ آدمی ہمیشہ اپنے ہی کیے کو بھگتتا ہے۔ تو میں کس لیے شکایت کروں؟</w:t>
      </w:r>
    </w:p>
    <w:p>
      <w:r>
        <w:rPr>
          <w:b/>
        </w:rPr>
        <w:t xml:space="preserve">[05:07] </w:t>
      </w:r>
      <w:r>
        <w:t>kis liye kisi ko zulm bataoon? to hamesha mein koi bhi waqea ho apne andar sochta tha uska reason.</w:t>
      </w:r>
    </w:p>
    <w:p>
      <w:pPr>
        <w:jc w:val="right"/>
      </w:pPr>
      <w:r>
        <w:t>کس لیے کسی کو ظلم بتاؤں؟ تو ہمیشہ میں کوئی بھی واقعہ ہو اپنے اندر سوچتا تھا اس کا ریزن۔</w:t>
      </w:r>
    </w:p>
    <w:p>
      <w:r>
        <w:rPr>
          <w:b/>
        </w:rPr>
        <w:t xml:space="preserve">[05:17] </w:t>
      </w:r>
      <w:r>
        <w:t>bahar nahi sochta tha. bahar kabhi bhi nahi</w:t>
      </w:r>
    </w:p>
    <w:p>
      <w:pPr>
        <w:jc w:val="right"/>
      </w:pPr>
      <w:r>
        <w:t>باہر نہیں سوچتا تھا۔ باہر کبھی بھی نہیں</w:t>
      </w:r>
    </w:p>
    <w:p>
      <w:r>
        <w:rPr>
          <w:b/>
        </w:rPr>
        <w:t xml:space="preserve">[05:21] </w:t>
      </w:r>
      <w:r>
        <w:t>. talib ilmi ke daur raha hoga ek, zahir hai woh bara sunehra daur hota hai jab insaan parwan chadh raha hota hai, uski zindagi har tarah se nashonuma pa rahi hoti hai.</w:t>
      </w:r>
    </w:p>
    <w:p>
      <w:pPr>
        <w:jc w:val="right"/>
      </w:pPr>
      <w:r>
        <w:t>۔ طالب علمی کے دور رہا ہوگا ایک، ظاہر ہے وہ بڑا سنہرا دور ہوتا ہے جب انسان پروان چڑھ رہا ہوتا ہے، اس کی زندگی ہر طرح سے نشونما پا رہی ہوتی ہے۔</w:t>
      </w:r>
    </w:p>
    <w:p>
      <w:r>
        <w:rPr>
          <w:b/>
        </w:rPr>
        <w:t xml:space="preserve">[05:31] </w:t>
      </w:r>
      <w:r>
        <w:t>us waqt ki kuch cheezein aap ko yaad hain? ya baaz asatiza jin ka zikr karna chahein?</w:t>
      </w:r>
    </w:p>
    <w:p>
      <w:pPr>
        <w:jc w:val="right"/>
      </w:pPr>
      <w:r>
        <w:t>اس وقت کی کچھ چیزیں آپ کو یاد ہیں؟ یا بعض اساتذہ جن کا ذکر کرنا چاہیں؟</w:t>
      </w:r>
    </w:p>
    <w:p>
      <w:r>
        <w:rPr>
          <w:b/>
        </w:rPr>
        <w:t xml:space="preserve">[05:40] </w:t>
      </w:r>
      <w:r>
        <w:t>ab dekhiye, mein padhta tha ek madrase mein, jis madrase ka naam tha madrassa al-islaah.</w:t>
      </w:r>
    </w:p>
    <w:p>
      <w:pPr>
        <w:jc w:val="right"/>
      </w:pPr>
      <w:r>
        <w:t>اب دیکھیے، میں پڑھتا تھا ایک مدرسے میں، جس مدرسے کا نام تھا مدرسہ الاصلاح۔</w:t>
      </w:r>
    </w:p>
    <w:p>
      <w:r>
        <w:rPr>
          <w:b/>
        </w:rPr>
        <w:t xml:space="preserve">[05:56] </w:t>
      </w:r>
      <w:r>
        <w:t>to is madrase mein mein admission mera hua tha 19,</w:t>
      </w:r>
    </w:p>
    <w:p>
      <w:pPr>
        <w:jc w:val="right"/>
      </w:pPr>
      <w:r>
        <w:t>تو اس مدرسے میں میں ایڈمیشن میرا ہوا تھا 19،</w:t>
      </w:r>
    </w:p>
    <w:p>
      <w:r>
        <w:rPr>
          <w:b/>
        </w:rPr>
        <w:t xml:space="preserve">[06:06] </w:t>
      </w:r>
      <w:r>
        <w:t>yaani 38 mein.</w:t>
      </w:r>
    </w:p>
    <w:p>
      <w:pPr>
        <w:jc w:val="right"/>
      </w:pPr>
      <w:r>
        <w:t>یعنی 38 میں۔</w:t>
      </w:r>
    </w:p>
    <w:p>
      <w:r>
        <w:rPr>
          <w:b/>
        </w:rPr>
        <w:t xml:space="preserve">[06:11] </w:t>
      </w:r>
      <w:r>
        <w:t>1938 mein. to us waqt hamare ek ustaad the, Maulana Amin Ahsan Islahi.</w:t>
      </w:r>
    </w:p>
    <w:p>
      <w:pPr>
        <w:jc w:val="right"/>
      </w:pPr>
      <w:r>
        <w:t>1938 میں۔ تو اس وقت ہمارے ایک استاد تھے، مولانا امین حسن اصلاحی۔</w:t>
      </w:r>
    </w:p>
    <w:p>
      <w:r>
        <w:rPr>
          <w:b/>
        </w:rPr>
        <w:t xml:space="preserve">[06:23] </w:t>
      </w:r>
      <w:r>
        <w:t>to woh padha rahe the koi kitaab, us mein ek aayat ka reference aa gaya. woh "jibl khalaqat".</w:t>
      </w:r>
    </w:p>
    <w:p>
      <w:pPr>
        <w:jc w:val="right"/>
      </w:pPr>
      <w:r>
        <w:t>تو وہ پڑھا رہے تھے کوئی کتاب، اس میں ایک آیت کا ریفرنس آ گیا۔ وہ "جیبل خلقت"۔</w:t>
      </w:r>
    </w:p>
    <w:p>
      <w:r>
        <w:rPr>
          <w:b/>
        </w:rPr>
        <w:t xml:space="preserve">[06:34] </w:t>
      </w:r>
      <w:r>
        <w:t>dekho oont ko kaisa banaya Allah ne usko.</w:t>
      </w:r>
    </w:p>
    <w:p>
      <w:pPr>
        <w:jc w:val="right"/>
      </w:pPr>
      <w:r>
        <w:t>دیکھو اونٹ کو کیسا بنایا اللہ نے اس کو۔</w:t>
      </w:r>
    </w:p>
    <w:p>
      <w:r>
        <w:rPr>
          <w:b/>
        </w:rPr>
        <w:t xml:space="preserve">[06:38] </w:t>
      </w:r>
      <w:r>
        <w:t>to unhone pooch diya hum logon se ke oont ke sum phate hote hain ke jude hote hain?</w:t>
      </w:r>
    </w:p>
    <w:p>
      <w:pPr>
        <w:jc w:val="right"/>
      </w:pPr>
      <w:r>
        <w:t>تو انہوں نے پوچھ دیا ہم لوگوں سے کہ اونٹ کے سم پھٹے ہوتے ہیں کہ جڑے ہوتے ہیں؟</w:t>
      </w:r>
    </w:p>
    <w:p>
      <w:r>
        <w:rPr>
          <w:b/>
        </w:rPr>
        <w:t xml:space="preserve">[06:48] </w:t>
      </w:r>
      <w:r>
        <w:t>yaani ghode ki tarah jude hue hain ya bharke balkay phate hue hain? to hum mein se koi is ka jawab nahi de saka. us waqt unhone hamein, yeh baat hai 1940 ki shayad,</w:t>
      </w:r>
    </w:p>
    <w:p>
      <w:pPr>
        <w:jc w:val="right"/>
      </w:pPr>
      <w:r>
        <w:t>یعنی گھوڑے کی طرح جڑے ہوئے ہیں یا بھر کے بلکہ پھٹے ہوئے ہیں؟ تو ہم میں سے کوئی اس کا جواب نہیں دے سکا۔ اس وقت انہوں نے ہمیں، یہ بات ہے 1940 کی شاید،</w:t>
      </w:r>
    </w:p>
    <w:p>
      <w:r>
        <w:rPr>
          <w:b/>
        </w:rPr>
        <w:t xml:space="preserve">[07:07] </w:t>
      </w:r>
      <w:r>
        <w:t>arabi ka ek ek misl bataya. "la adri nisf al-ilm". ab yeh kaha, yeh keh sakna ke mein jaanta nahi, yeh aadha ilm hai.</w:t>
      </w:r>
    </w:p>
    <w:p>
      <w:pPr>
        <w:jc w:val="right"/>
      </w:pPr>
      <w:r>
        <w:t>عربی کا ایک ایک مثل بتایا۔ "لا ادری نصف العلم"۔ اب یہ کہا، یہ کہہ سکنا کہ میں جانتا نہیں، یہ ادھا علم ہے۔</w:t>
      </w:r>
    </w:p>
    <w:p>
      <w:r>
        <w:rPr>
          <w:b/>
        </w:rPr>
        <w:t xml:space="preserve">[07:23] </w:t>
      </w:r>
      <w:r>
        <w:t>to unhone kaha, yeh arabi ka maqoola hai ke yeh kehna ke aadha, yeh kehna ke mein nahi jaanta, "la adri nisf al-ilm".</w:t>
      </w:r>
    </w:p>
    <w:p>
      <w:pPr>
        <w:jc w:val="right"/>
      </w:pPr>
      <w:r>
        <w:t>تو انہوں نے کہا، یہ عربی کا مقولہ ہے کہ یہ کہنا کہ ادھا، یہ کہنا کہ میں نہیں جانتا، "لا ادری نصف العلم"۔</w:t>
      </w:r>
    </w:p>
    <w:p>
      <w:r>
        <w:rPr>
          <w:b/>
        </w:rPr>
        <w:t xml:space="preserve">[07:33] </w:t>
      </w:r>
      <w:r>
        <w:t>yeh kehna ke mein nahi jaanta, yeh aadha ilm hai. to</w:t>
      </w:r>
    </w:p>
    <w:p>
      <w:pPr>
        <w:jc w:val="right"/>
      </w:pPr>
      <w:r>
        <w:t>یہ کہنا کہ میں نہیں جانتا، یہ ادھا علم ہے۔ تو</w:t>
      </w:r>
    </w:p>
    <w:p>
      <w:r>
        <w:rPr>
          <w:b/>
        </w:rPr>
        <w:t xml:space="preserve">[07:36] </w:t>
      </w:r>
      <w:r>
        <w:t>unhone bataya is ka falsafa ke agar tum yeh jaano ke mein faraaghat nahi jaanta to tumhare andar ek ek kash jaagega.</w:t>
      </w:r>
    </w:p>
    <w:p>
      <w:pPr>
        <w:jc w:val="right"/>
      </w:pPr>
      <w:r>
        <w:t>انہوں نے بتایا اس کا فلسفہ کہ اگر تم یہ جانو کہ میں فراغات نہیں جانتا تو تمہارے اندر ایک ایک کش جاگے گا۔</w:t>
      </w:r>
    </w:p>
    <w:p>
      <w:r>
        <w:rPr>
          <w:b/>
        </w:rPr>
        <w:t xml:space="preserve">[07:47] </w:t>
      </w:r>
      <w:r>
        <w:t>ek tab, ek is jaanne ka shauq paida hoga.</w:t>
      </w:r>
    </w:p>
    <w:p>
      <w:pPr>
        <w:jc w:val="right"/>
      </w:pPr>
      <w:r>
        <w:t>ایک تب، ایک اس جاننے کا شوق پیدا ہوگا۔</w:t>
      </w:r>
    </w:p>
    <w:p>
      <w:r>
        <w:rPr>
          <w:b/>
        </w:rPr>
        <w:t xml:space="preserve">[07:53] </w:t>
      </w:r>
      <w:r>
        <w:t>to tum jaan loge phir. jab jaanne ka shauq hi nahi hai to tumhare andar koi soch nahi jaagegi.</w:t>
      </w:r>
    </w:p>
    <w:p>
      <w:pPr>
        <w:jc w:val="right"/>
      </w:pPr>
      <w:r>
        <w:t>تو تم جان لو گے پھر۔ جب جاننے کا شوق ہی نہیں ہے تو تمہارے اندر کوئی سوچ نہیں جاگے گی۔</w:t>
      </w:r>
    </w:p>
    <w:p>
      <w:r>
        <w:rPr>
          <w:b/>
        </w:rPr>
        <w:t xml:space="preserve">[08:02] </w:t>
      </w:r>
      <w:r>
        <w:t>koi soch hi nahi aayegi to jaago kya? tab se aaj tak mera yeh yeh ban gaya hai mera woh ke mein hamesha sochta hoon ke mein kya nahi jaanta.</w:t>
      </w:r>
    </w:p>
    <w:p>
      <w:pPr>
        <w:jc w:val="right"/>
      </w:pPr>
      <w:r>
        <w:t>کوئی سوچ ہی نہیں آئے گی تو جاگو کیا؟ تب سے آج تک میرا یہ یہ بن گیا ہے میرا وہ کہ میں ہمیشہ سوچتا ہوں کہ میں کیا نہیں جانتا۔</w:t>
      </w:r>
    </w:p>
    <w:p>
      <w:r>
        <w:rPr>
          <w:b/>
        </w:rPr>
        <w:t xml:space="preserve">[08:16] </w:t>
      </w:r>
      <w:r>
        <w:t>yeh sochta hoon, kya nahi</w:t>
      </w:r>
    </w:p>
    <w:p>
      <w:pPr>
        <w:jc w:val="right"/>
      </w:pPr>
      <w:r>
        <w:t>یہ سوچتا ہوں، کیا نہیں</w:t>
      </w:r>
    </w:p>
    <w:p>
      <w:r>
        <w:rPr>
          <w:b/>
        </w:rPr>
        <w:t xml:space="preserve">[08:19] </w:t>
      </w:r>
      <w:r>
        <w:t>janta. aur aaj bhi maine kuch aisi daryaft ki hai jo ab tak main nahi janta tha. to meri, yaani intellectual meri taqat yahi hai ke main apne nahi ko daryaft karne ki koshish karta hoon.</w:t>
      </w:r>
    </w:p>
    <w:p>
      <w:pPr>
        <w:jc w:val="right"/>
      </w:pPr>
      <w:r>
        <w:t>جانتا۔ اور آج بھی میں نے کچھ ایسی دریافت کی ہے جو اب تک میں نہیں جانتا تھا۔ تو میری، یعنی انٹلیکچول میری طاقت یہی ہے کہ میں اپنے نہیں کو دریافت کرنے کی کوشش کرتا ہوں۔</w:t>
      </w:r>
    </w:p>
    <w:p>
      <w:r>
        <w:rPr>
          <w:b/>
        </w:rPr>
        <w:t xml:space="preserve">[08:36] </w:t>
      </w:r>
      <w:r>
        <w:t>is wajah se mera hai barhta rehta hai, barhta rehta hai, barhta rehta hai. to is</w:t>
      </w:r>
    </w:p>
    <w:p>
      <w:pPr>
        <w:jc w:val="right"/>
      </w:pPr>
      <w:r>
        <w:t>اس وجہ سے میرا ہے بڑھتا رہتا ہے، بڑھتا رہتا ہے، بڑھتا رہتا ہے۔ تو اس</w:t>
      </w:r>
    </w:p>
    <w:p>
      <w:r>
        <w:rPr>
          <w:b/>
        </w:rPr>
        <w:t xml:space="preserve">[08:41] </w:t>
      </w:r>
      <w:r>
        <w:t>safar ko aap bohat mukhtasar agar alfaaz mein bayan karein jo itna taweel hai, ilmi safar, kya kahenge aap is ko apne alfaaz mein?</w:t>
      </w:r>
    </w:p>
    <w:p>
      <w:pPr>
        <w:jc w:val="right"/>
      </w:pPr>
      <w:r>
        <w:t>سفر کو آپ بہت مختصر اگر الفاظ میں بیان کریں جو اتنا طویل ہے، علمی سفر، کیا کہیں گے آپ اس کو اپنے الفاظ میں؟</w:t>
      </w:r>
    </w:p>
    <w:p>
      <w:r>
        <w:rPr>
          <w:b/>
        </w:rPr>
        <w:t xml:space="preserve">[08:52] </w:t>
      </w:r>
      <w:r>
        <w:t>dekhiye, main yeh kahunga ke maine bohat si kitabein padhin, urdu, arabi, farsi.</w:t>
      </w:r>
    </w:p>
    <w:p>
      <w:pPr>
        <w:jc w:val="right"/>
      </w:pPr>
      <w:r>
        <w:t>دیکھیے، میں یہ کہوں گا کہ میں نے بہت سی کتابیں پڑھیں، اردو، عربی، فارسی۔</w:t>
      </w:r>
    </w:p>
    <w:p>
      <w:r>
        <w:rPr>
          <w:b/>
        </w:rPr>
        <w:t xml:space="preserve">[09:00] </w:t>
      </w:r>
      <w:r>
        <w:t>lekin wisdom ki baat mujhe bohat kam mili wahan. wisdom ki baat ziyada tar mujhe english kitabon mein mili, jo baat ko maine padha.</w:t>
      </w:r>
    </w:p>
    <w:p>
      <w:pPr>
        <w:jc w:val="right"/>
      </w:pPr>
      <w:r>
        <w:t>لیکن وزڈم کی بات مجھے بہت کم ملی وہاں۔ وزڈم کی بات زیادہ تر مجھے انگلش کتابوں میں ملی، جو بات کو میں نے پڑھا۔</w:t>
      </w:r>
    </w:p>
    <w:p>
      <w:r>
        <w:rPr>
          <w:b/>
        </w:rPr>
        <w:t xml:space="preserve">[09:09] </w:t>
      </w:r>
      <w:r>
        <w:t>misal ke taur par dekhiye, ek kitab hai ek british writer ki, uska naam hai "the great intellectual revolution".</w:t>
      </w:r>
    </w:p>
    <w:p>
      <w:pPr>
        <w:jc w:val="right"/>
      </w:pPr>
      <w:r>
        <w:t>مثلاً دیکھیے، ایک کتاب ہے ایک برٹش رائٹر کی، اس کا نام ہے "دا گریٹ انٹلیکچول ریولوشن"۔</w:t>
      </w:r>
    </w:p>
    <w:p>
      <w:r>
        <w:rPr>
          <w:b/>
        </w:rPr>
        <w:t xml:space="preserve">[09:19] </w:t>
      </w:r>
      <w:r>
        <w:t>"the great intellectual revolution" ek british author ki kitab hai. is mein mujhe bohat faida hua, bohat faida hua. urdu mein to shairi thi, persian mein shairi thi.</w:t>
      </w:r>
    </w:p>
    <w:p>
      <w:pPr>
        <w:jc w:val="right"/>
      </w:pPr>
      <w:r>
        <w:t>"دا گریٹ انٹلیکچول ریولوشن" ایک برٹش اتھر کی کتاب ہے۔ اس میں مجھے بہت فائدہ ہوا، بہت فائدہ ہوا۔ اردو میں تو شاعری تھی، پرشین میں شاعری تھی۔</w:t>
      </w:r>
    </w:p>
    <w:p>
      <w:r>
        <w:rPr>
          <w:b/>
        </w:rPr>
        <w:t xml:space="preserve">[09:35] </w:t>
      </w:r>
      <w:r>
        <w:t>arabi mein hamein quran o hadees mila, woh bari cheez hai. misal ke taur par dekhiye, hadees mein ek aisi cheez mili mujhe jo mere bohat kaam aayi.</w:t>
      </w:r>
    </w:p>
    <w:p>
      <w:pPr>
        <w:jc w:val="right"/>
      </w:pPr>
      <w:r>
        <w:t>عربی میں ہمیں قرآن و حدیث ملا، وہ بڑی چیز ہے۔ مثلاً دیکھیے، حدیث میں ایک ایسی چیز ملی مجھے جو میرے بہت کام آئی۔</w:t>
      </w:r>
    </w:p>
    <w:p>
      <w:r>
        <w:rPr>
          <w:b/>
        </w:rPr>
        <w:t xml:space="preserve">[09:45] </w:t>
      </w:r>
      <w:r>
        <w:t>uska gist yeh hai ke</w:t>
      </w:r>
    </w:p>
    <w:p>
      <w:pPr>
        <w:jc w:val="right"/>
      </w:pPr>
      <w:r>
        <w:t>اس کا جیس یہ ہے کہ</w:t>
      </w:r>
    </w:p>
    <w:p>
      <w:r>
        <w:rPr>
          <w:b/>
        </w:rPr>
        <w:t xml:space="preserve">[09:50] </w:t>
      </w:r>
      <w:r>
        <w:t>tumhari soch jo hai result oriented soch honi chahiye. yaani "right thinking is the result oriented thinking".</w:t>
      </w:r>
    </w:p>
    <w:p>
      <w:pPr>
        <w:jc w:val="right"/>
      </w:pPr>
      <w:r>
        <w:t>تمہاری سوچ جو ہے رزلٹ اورینٹڈ سوچ ہونی چاہیے۔ یعنی "رائٹ تھنکنگ از دی رزلٹ اورینٹڈ تھنکنگ"۔</w:t>
      </w:r>
    </w:p>
    <w:p>
      <w:r>
        <w:rPr>
          <w:b/>
        </w:rPr>
        <w:t xml:space="preserve">[10:04] </w:t>
      </w:r>
      <w:r>
        <w:t>to main hamesha koi bhi baat ho to main sochta hoon ke best best result uska kya nateeja hai?</w:t>
      </w:r>
    </w:p>
    <w:p>
      <w:pPr>
        <w:jc w:val="right"/>
      </w:pPr>
      <w:r>
        <w:t>تو میں ہمیشہ کوئی بھی بات ہو تو میں سوچتا ہوں کہ بیت بیت رزلٹ اس کا کیا نتیجہ ہے؟</w:t>
      </w:r>
    </w:p>
    <w:p>
      <w:r>
        <w:rPr>
          <w:b/>
        </w:rPr>
        <w:t xml:space="preserve">[10:15] </w:t>
      </w:r>
      <w:r>
        <w:t>best result. misal ke taur par dekhiye, hamare gaon mein ek waqia hua, hamare apne gaon mein ke ek shakhs ne gun se ek aadmi ko maar dala, khatam kar diya, hamare apne gaon mein.</w:t>
      </w:r>
    </w:p>
    <w:p>
      <w:pPr>
        <w:jc w:val="right"/>
      </w:pPr>
      <w:r>
        <w:t>بیت رزلٹ۔ مثلاً دیکھیے، ہمارے گاؤں میں ایک واقعہ ہوا، ہمارے اپنے گاؤں میں کہ ایک شخص نے گن سے ایک آدمی کو مار ڈالا، ختم کر دیا، ہمارے اپنے گاؤں میں۔</w:t>
      </w:r>
    </w:p>
    <w:p>
      <w:r>
        <w:rPr>
          <w:b/>
        </w:rPr>
        <w:t xml:space="preserve">[10:34] </w:t>
      </w:r>
      <w:r>
        <w:t>to bohat se log jama hue. to main to is mein chup tha, main bola nahi tha. lekin ek aadmi bohat hi samajhdar tha, bohat samajhdar.</w:t>
      </w:r>
    </w:p>
    <w:p>
      <w:pPr>
        <w:jc w:val="right"/>
      </w:pPr>
      <w:r>
        <w:t>تو بہت سے لوگ اکٹھا ہوئے۔ تو میں تو اس میں چپ تھا، میں بولا نہیں تھا۔ لیکن ایک آدمی بہت ہی سمجھدار تھا، بہت سمجھدار۔</w:t>
      </w:r>
    </w:p>
    <w:p>
      <w:r>
        <w:rPr>
          <w:b/>
        </w:rPr>
        <w:t xml:space="preserve">[10:44] </w:t>
      </w:r>
      <w:r>
        <w:t>usne kaha ke tum yahan agar</w:t>
      </w:r>
    </w:p>
    <w:p>
      <w:pPr>
        <w:jc w:val="right"/>
      </w:pPr>
      <w:r>
        <w:t>اس نے کہا کہ تم یہاں اگر</w:t>
      </w:r>
    </w:p>
    <w:p>
      <w:r>
        <w:rPr>
          <w:b/>
        </w:rPr>
        <w:t xml:space="preserve">[10:50] </w:t>
      </w:r>
      <w:r>
        <w:t>maroge doosron ko to woh bhi phir phir marenge. to usne kaha ke yaad rakho, inteqaam ka bhi inteqaam liya jata hai.</w:t>
      </w:r>
    </w:p>
    <w:p>
      <w:pPr>
        <w:jc w:val="right"/>
      </w:pPr>
      <w:r>
        <w:t>مارو گے دوسروں کو تو وہ بھی پھر پھر ماریں گے۔ تو اس نے کہا کہ یاد رکھو، انتقام کا بھی انتقام لیا جاتا ہے۔</w:t>
      </w:r>
    </w:p>
    <w:p>
      <w:r>
        <w:rPr>
          <w:b/>
        </w:rPr>
        <w:t xml:space="preserve">[11:03] </w:t>
      </w:r>
      <w:r>
        <w:t>inteqaam ka bhi inteqaam liya jata hai.</w:t>
      </w:r>
    </w:p>
    <w:p>
      <w:pPr>
        <w:jc w:val="right"/>
      </w:pPr>
      <w:r>
        <w:t>انتقام کا بھی انتقام لیا جاتا ہے۔</w:t>
      </w:r>
    </w:p>
    <w:p>
      <w:r>
        <w:rPr>
          <w:b/>
        </w:rPr>
        <w:t xml:space="preserve">[11:06] </w:t>
      </w:r>
      <w:r>
        <w:t>us waqt se mere andar ek soch aayi ke reaction hamesha chain paida karta hai, chain of reaction.</w:t>
      </w:r>
    </w:p>
    <w:p>
      <w:pPr>
        <w:jc w:val="right"/>
      </w:pPr>
      <w:r>
        <w:t>اس وقت سے میرے اندر ایک سوچ آئی کہ ری ایکشن ہمیشہ چین پیدا کرتا ہے، چین آف ری ایکشن۔</w:t>
      </w:r>
    </w:p>
    <w:p>
      <w:r>
        <w:rPr>
          <w:b/>
        </w:rPr>
        <w:t xml:space="preserve">[11:19] </w:t>
      </w:r>
      <w:r>
        <w:t>is se bachne laga. reaction kabhi aisa nahi hota tha ke stop aa jaye. is kaam alag, is har reaction pe ek kaam alag rehta hai.</w:t>
      </w:r>
    </w:p>
    <w:p>
      <w:pPr>
        <w:jc w:val="right"/>
      </w:pPr>
      <w:r>
        <w:t>اس سے بچنے لگا۔ ری ایکشن کبھی ایسا نہیں ہوتا تھا کہ اسٹاپ آ جائے۔ اس کام الگ، اس ہر ری ایکشن پہ ایک کام الگ رہتا ہے۔</w:t>
      </w:r>
    </w:p>
    <w:p>
      <w:r>
        <w:rPr>
          <w:b/>
        </w:rPr>
        <w:t xml:space="preserve">[11:30] </w:t>
      </w:r>
      <w:r>
        <w:t>to chain of reaction paida hota hai. is se main sochta tha hamesha,</w:t>
      </w:r>
    </w:p>
    <w:p>
      <w:pPr>
        <w:jc w:val="right"/>
      </w:pPr>
      <w:r>
        <w:t>تو چین آف ری ایکشن پیدا ہوتا ہے۔ اس سے میں سوچتا تھا ہمیشہ،</w:t>
      </w:r>
    </w:p>
    <w:p>
      <w:r>
        <w:rPr>
          <w:b/>
        </w:rPr>
        <w:t xml:space="preserve">[11:36] </w:t>
      </w:r>
      <w:r>
        <w:t>chahe gaon mein tha ya shehar mein tha ya dilli mein hoon. to hamesha main yeh sochta hoon ke mujhe reaction ko chain banne se bachna hai.</w:t>
      </w:r>
    </w:p>
    <w:p>
      <w:pPr>
        <w:jc w:val="right"/>
      </w:pPr>
      <w:r>
        <w:t>چاہے گاؤں میں تھا یا شہر میں تھا یا دلی میں ہوں۔ تو ہمیشہ میں یہ سوچتا ہوں کہ مجھے ری ایکشن کو چین بننے سے بچنا ہے۔</w:t>
      </w:r>
    </w:p>
    <w:p>
      <w:r>
        <w:rPr>
          <w:b/>
        </w:rPr>
        <w:t xml:space="preserve">[11:48] </w:t>
      </w:r>
      <w:r>
        <w:t>chain ban gaya to kabhi khatam nahi hua, jaise arab ladai hua karti thi. yeh jo aap ka safar hai, zahir hai aaj taweel hai, aur aap ne hindustan ko bohat qareeb se dekha hai.</w:t>
      </w:r>
    </w:p>
    <w:p>
      <w:pPr>
        <w:jc w:val="right"/>
      </w:pPr>
      <w:r>
        <w:t>چین بن گیا تو کبھی ختم نہیں ہوا، جیسے عرب لڑائی ہوا ہو کرتی تھی۔ یہ جو آپ کا سفر ہے، ظاہر ہے آج طویل ہے، اور آپ نے ہندوستان کو بہت قریب سے دیکھا ہے۔</w:t>
      </w:r>
    </w:p>
    <w:p>
      <w:r>
        <w:rPr>
          <w:b/>
        </w:rPr>
        <w:t xml:space="preserve">[12:01] </w:t>
      </w:r>
      <w:r>
        <w:t>siyasi taur pe bhi, samajhi taur pe bhi, bohat se safar kiye hain aap ne. aap is ko kaise dekhte hain ke hindustan jo mulk hai, woh is waqt kya surat-e-haal hai aur kaise tabdeeli aayi hai?</w:t>
      </w:r>
    </w:p>
    <w:p>
      <w:pPr>
        <w:jc w:val="right"/>
      </w:pPr>
      <w:r>
        <w:t>سیاسی طور پہ بھی، سماجی طور پہ بھی، بہت سے سفر کیے ہیں آپ نے۔ آپ اس کو کیسے دیکھتے ہیں کہ ہندوستان جو ملک ہے، وہ اس وقت کیا صورتحال ہے اور کیسے تبدیلی آئی ہے؟</w:t>
      </w:r>
    </w:p>
    <w:p>
      <w:r>
        <w:rPr>
          <w:b/>
        </w:rPr>
        <w:t xml:space="preserve">[12:15] </w:t>
      </w:r>
      <w:r>
        <w:t>kahan pe kamiyaan reh gayi hain</w:t>
      </w:r>
    </w:p>
    <w:p>
      <w:pPr>
        <w:jc w:val="right"/>
      </w:pPr>
      <w:r>
        <w:t>کہاں پہ کمیاں رہ گئی ہیں</w:t>
      </w:r>
    </w:p>
    <w:p>
      <w:r>
        <w:rPr>
          <w:b/>
        </w:rPr>
        <w:t xml:space="preserve">[12:17] </w:t>
      </w:r>
      <w:r>
        <w:t>? dekhiye, sab se pehle jo mujhe ek ek ek shakk laga, jo soch meri soch banayi hai jis ne, woh yeh ke hamare gaon ke bohat hi paas railway line thi.</w:t>
      </w:r>
    </w:p>
    <w:p>
      <w:pPr>
        <w:jc w:val="right"/>
      </w:pPr>
      <w:r>
        <w:t>؟ دیکھیے، سب سے پہلے جو مجھے ایک ایک ایک شک لگا، جو سوچ میری سوچ بنائی ہے جس نے، وہ یہ کہ ہمارے گاؤں کے بہت ہی پاس ریلوے لائن تھی۔</w:t>
      </w:r>
    </w:p>
    <w:p>
      <w:r>
        <w:rPr>
          <w:b/>
        </w:rPr>
        <w:t xml:space="preserve">[12:34] </w:t>
      </w:r>
      <w:r>
        <w:t>yani</w:t>
      </w:r>
    </w:p>
    <w:p>
      <w:pPr>
        <w:jc w:val="right"/>
      </w:pPr>
      <w:r>
        <w:t>یعنی</w:t>
      </w:r>
    </w:p>
    <w:p>
      <w:r>
        <w:rPr>
          <w:b/>
        </w:rPr>
        <w:t xml:space="preserve">[12:38] </w:t>
      </w:r>
      <w:r>
        <w:t>woh meri paidaish se pehle wahan railway line bich chuki thi. toh woh thi.</w:t>
      </w:r>
    </w:p>
    <w:p>
      <w:pPr>
        <w:jc w:val="right"/>
      </w:pPr>
      <w:r>
        <w:t>وہ میری پیدائش سے پہلے وہاں ریلوے لائن بچ چکی تھی۔ تو وہ تھی۔</w:t>
      </w:r>
    </w:p>
    <w:p>
      <w:r>
        <w:rPr>
          <w:b/>
        </w:rPr>
        <w:t xml:space="preserve">[12:47] </w:t>
      </w:r>
      <w:r>
        <w:t>toh jab main bilkul gaon mein tha, tab tak toh hum bulghari chalte thay. bulghari chala karti thi zamane mein.</w:t>
      </w:r>
    </w:p>
    <w:p>
      <w:pPr>
        <w:jc w:val="right"/>
      </w:pPr>
      <w:r>
        <w:t>تو جب میں بالکل گاؤں میں تھا، تب تک تو ہم بلغاری چلتے تھے۔ بلغاری چلا کرتی تھی زمانے میں۔</w:t>
      </w:r>
    </w:p>
    <w:p>
      <w:r>
        <w:rPr>
          <w:b/>
        </w:rPr>
        <w:t xml:space="preserve">[12:58] </w:t>
      </w:r>
      <w:r>
        <w:t>phir jab maine gaon se shehar ka safar kiya, yani yani gaon se gaya adam garh, adam garh, toh wahan par station tha, fareeha station.</w:t>
      </w:r>
    </w:p>
    <w:p>
      <w:pPr>
        <w:jc w:val="right"/>
      </w:pPr>
      <w:r>
        <w:t>پھر جب میں نے گاؤں سے شہر کا سفر کیا، یعنی یعنی گاؤں سے گیا آدم گڑھ، آدم گڑھ، تو وہاں پر اسٹیشن تھا، فریحہ اسٹیشن۔</w:t>
      </w:r>
    </w:p>
    <w:p>
      <w:r>
        <w:rPr>
          <w:b/>
        </w:rPr>
        <w:t xml:space="preserve">[13:10] </w:t>
      </w:r>
      <w:r>
        <w:t>fareeha se hamein rail se jana tha adam garh.</w:t>
      </w:r>
    </w:p>
    <w:p>
      <w:pPr>
        <w:jc w:val="right"/>
      </w:pPr>
      <w:r>
        <w:t>فریحہ سے ہمیں ریل سے جانا تھا آدم گڑھ۔</w:t>
      </w:r>
    </w:p>
    <w:p>
      <w:r>
        <w:rPr>
          <w:b/>
        </w:rPr>
        <w:t xml:space="preserve">[13:14] </w:t>
      </w:r>
      <w:r>
        <w:t>toh jab main pehli baar baitha is par, train par, pehli baar, is ka naam hua karta tha bnwr, is zamane mein.</w:t>
      </w:r>
    </w:p>
    <w:p>
      <w:pPr>
        <w:jc w:val="right"/>
      </w:pPr>
      <w:r>
        <w:t>تو جب میں پہلی بار بیٹھا اس پر، ٹرین پر، پہلی بار، اس کا نام ہوا کرتا تھا بی این ڈبلیو آر، اس زمانے میں۔</w:t>
      </w:r>
    </w:p>
    <w:p>
      <w:r>
        <w:rPr>
          <w:b/>
        </w:rPr>
        <w:t xml:space="preserve">[13:32] </w:t>
      </w:r>
      <w:r>
        <w:t>toh hamare kuch log aise thay hamare gaon mein jo angrezon ke zulm ki shikayat karte thay. zulm, zulm.</w:t>
      </w:r>
    </w:p>
    <w:p>
      <w:pPr>
        <w:jc w:val="right"/>
      </w:pPr>
      <w:r>
        <w:t>تو ہمارے کچھ لوگ ایسے تھے ہمارے گاؤں میں جو انگریزوں کے ظلم کی شکایت کرتے تھے۔ ظلم، ظلم۔</w:t>
      </w:r>
    </w:p>
    <w:p>
      <w:r>
        <w:rPr>
          <w:b/>
        </w:rPr>
        <w:t xml:space="preserve">[13:44] </w:t>
      </w:r>
      <w:r>
        <w:t>charcha har is zamane mein jo hum paida hue thay toh angrez ke zulm ka charcha bohat tha idhar udhar. toh jab main train mein baitha, aur is se pehle main baitha tha bulghare mein, toh constantly ya in constantly mere mind mein aaya ke yeh toh angrez hi toh thay jinho ne yeh kiya hai.</w:t>
      </w:r>
    </w:p>
    <w:p>
      <w:pPr>
        <w:jc w:val="right"/>
      </w:pPr>
      <w:r>
        <w:t>چرچہ ہر اس زمانے میں جو ہم پیدا ہوئے تھے تو انگریز کے ظلم کا چرچہ بہت تھا ادھر ادھر۔ تو جب میں ٹرین میں بیٹھا، اور اس سے پہلے میں بیٹھا تھا بلغاڑے میں، تو کانسٹنٹلی یا ان کانسٹنٹلی میرے مائنڈ میں آیا کہ یہ تو انگریز ہی تو تھے جنہوں نے یہ کیا ہے۔</w:t>
      </w:r>
    </w:p>
    <w:p>
      <w:r>
        <w:rPr>
          <w:b/>
        </w:rPr>
        <w:t xml:space="preserve">[14:04] </w:t>
      </w:r>
      <w:r>
        <w:t>yani hamein bulghare se utha ke railway bacha diya. yeh angrez thay, is mein ke indian ka koi hath nahi hai.</w:t>
      </w:r>
    </w:p>
    <w:p>
      <w:pPr>
        <w:jc w:val="right"/>
      </w:pPr>
      <w:r>
        <w:t>یعنی ہمیں بلغاڑے سے اٹھا کے ریلوے بچا دیا۔ یہ انگریز تھے، اس میں کہ انڈین کا کوئی ہاتھ نہیں ہے۔</w:t>
      </w:r>
    </w:p>
    <w:p>
      <w:r>
        <w:rPr>
          <w:b/>
        </w:rPr>
        <w:t xml:space="preserve">[14:14] </w:t>
      </w:r>
      <w:r>
        <w:t>toh jin ministers ne hum ko bulghare ke safar se utha kar railway ke safar par pahuncha diya, toh woh toh woh toh benefactor hain, woh toh hamare mulk ke mohsin hain.</w:t>
      </w:r>
    </w:p>
    <w:p>
      <w:pPr>
        <w:jc w:val="right"/>
      </w:pPr>
      <w:r>
        <w:t>تو جن منسٹرز نے ہم کو بلغاڑے کے سفر سے اٹھا کر ریلوے کے سفر پر پہنچا دیا، تو وہ تو وہ تو بینیفیکٹر ہیں، وہ تو ہمارے ملک کے محسن ہیں۔</w:t>
      </w:r>
    </w:p>
    <w:p>
      <w:r>
        <w:rPr>
          <w:b/>
        </w:rPr>
        <w:t xml:space="preserve">[14:30] </w:t>
      </w:r>
      <w:r>
        <w:t>toh yaqeen kijiye, main kabhi bhi angrezon ke bare mein negative nahi hua, ya europe europe ke bare mein kabhi bhi, ek second ke liye bhi nahi.</w:t>
      </w:r>
    </w:p>
    <w:p>
      <w:pPr>
        <w:jc w:val="right"/>
      </w:pPr>
      <w:r>
        <w:t>تو یقین کیجئے، میں کبھی بھی انگریزوں کے بارے میں نیگیٹو نہیں ہوا، یا یورپ یورپ کے بارے میں کبھی بھی، ایک سیکنڈ کے لیے بھی نہیں۔</w:t>
      </w:r>
    </w:p>
    <w:p>
      <w:r>
        <w:rPr>
          <w:b/>
        </w:rPr>
        <w:t xml:space="preserve">[14:39] </w:t>
      </w:r>
      <w:r>
        <w:t>main hamesha janta raha ke woh log india mein solution laye hain, india mein development laye hain. yeh yeh soch meri jo bani thi, woh is tarah bani thi ke ek hadith hai, bohat hi bari wisdom is ke andar hai,</w:t>
      </w:r>
    </w:p>
    <w:p>
      <w:pPr>
        <w:jc w:val="right"/>
      </w:pPr>
      <w:r>
        <w:t>میں ہمیشہ جانتا رہا کہ وہ لوگ انڈیا میں سولیوشن لائے ہیں، انڈیا میں ڈیولپمنٹ لائے ہیں۔ یہ یہ سوچ میری جو بنی تھی، وہ اس طرح بنی تھی کہ ایک حدیث ہے، بہت ہی بڑی وزڈم اس کے اندر ہے،</w:t>
      </w:r>
    </w:p>
    <w:p>
      <w:r>
        <w:rPr>
          <w:b/>
        </w:rPr>
        <w:t xml:space="preserve">[14:59] </w:t>
      </w:r>
      <w:r>
        <w:t>woh yeh hai: "man hasana islami maray turka mawla yani".</w:t>
      </w:r>
    </w:p>
    <w:p>
      <w:pPr>
        <w:jc w:val="right"/>
      </w:pPr>
      <w:r>
        <w:t>وہ یہ ہے: "من حسن اسلامی مرے ترکہ مولا یانی"۔</w:t>
      </w:r>
    </w:p>
    <w:p>
      <w:r>
        <w:rPr>
          <w:b/>
        </w:rPr>
        <w:t xml:space="preserve">[15:07] </w:t>
      </w:r>
      <w:r>
        <w:t>yani momin woh hai jo result ko dekhe. momin woh hai jo result ko dekhe. toh maine kaha result jo hai, woh toh taraqqi hui mulk mulk mulk mein.</w:t>
      </w:r>
    </w:p>
    <w:p>
      <w:pPr>
        <w:jc w:val="right"/>
      </w:pPr>
      <w:r>
        <w:t>یعنی مومن وہ ہے جو رزلٹ کو دیکھے۔ مومن وہ ہے جو رزلٹ کو دیکھے۔ تو میں نے کہا رزلٹ جو ہے، وہ تو ترقی ہوئی ملک ملک ملک میں۔</w:t>
      </w:r>
    </w:p>
    <w:p>
      <w:r>
        <w:rPr>
          <w:b/>
        </w:rPr>
        <w:t xml:space="preserve">[15:20] </w:t>
      </w:r>
      <w:r>
        <w:t>result toh zulm zulm nahi phaila. maine kabhi zulm ko dekha nahi apne area mein, kabhi bhi nahi dekha.</w:t>
      </w:r>
    </w:p>
    <w:p>
      <w:pPr>
        <w:jc w:val="right"/>
      </w:pPr>
      <w:r>
        <w:t>رزلٹ تو ظلم ظلم نہیں پھیلا۔ میں نے کبھی ظلم کو دیکھا نہیں اپنے ایریا میں، کبھی بھی نہیں دیکھا۔</w:t>
      </w:r>
    </w:p>
    <w:p>
      <w:r>
        <w:rPr>
          <w:b/>
        </w:rPr>
        <w:t xml:space="preserve">[15:31] </w:t>
      </w:r>
      <w:r>
        <w:t>peace hoti thi, bell block hota tha.</w:t>
      </w:r>
    </w:p>
    <w:p>
      <w:pPr>
        <w:jc w:val="right"/>
      </w:pPr>
      <w:r>
        <w:t>پیس ہوتی تھی، بیل بلاک ہوتا تھا۔</w:t>
      </w:r>
    </w:p>
    <w:p>
      <w:r>
        <w:rPr>
          <w:b/>
        </w:rPr>
        <w:t xml:space="preserve">[15:34] </w:t>
      </w:r>
      <w:r>
        <w:t>toh main dekhta tha rail dor rahi hai, daak khane qaim ho gaye hain. yeh toh bohat acha kaam kiya angrezon ne. isi liye us waqt se aaj tak main angrezon ke bare mein, ya west ke bare mein, ya america ke bare mein kabhi bhi negative nahi raha.</w:t>
      </w:r>
    </w:p>
    <w:p>
      <w:pPr>
        <w:jc w:val="right"/>
      </w:pPr>
      <w:r>
        <w:t>تو میں دیکھتا تھا ریل دوڑ رہی ہے، ڈاک خانے قائم ہو گئے ہیں۔ یہ تو بہت اچھا کام کیا انگریزوں نے۔ اسی لیے اس وقت سے آج تک میں انگریزوں کے بارے میں، یا ویسٹ کے بارے میں، یا امریکہ کے بارے میں کبھی بھی نیگیٹو نہیں رہا۔</w:t>
      </w:r>
    </w:p>
    <w:p>
      <w:r>
        <w:rPr>
          <w:b/>
        </w:rPr>
        <w:t xml:space="preserve">[15:51] </w:t>
      </w:r>
      <w:r>
        <w:t>kyun ke main dekhta tha result toh bohat acha hai, result toh bohat acha hai ke america jo hai, car laya, america hawa yaad laya, british hamare desh mein train laye,</w:t>
      </w:r>
    </w:p>
    <w:p>
      <w:pPr>
        <w:jc w:val="right"/>
      </w:pPr>
      <w:r>
        <w:t>کیونکہ میں دیکھتا تھا رزلٹ تو بہت اچھا ہے، رزلٹ تو بہت اچھا ہے کہ امریکہ جو ہے، کار لایا، امریکہ ہوا یاد لایا، برٹش ہمارے દેશ میں ٹرین لائے،</w:t>
      </w:r>
    </w:p>
    <w:p>
      <w:r>
        <w:rPr>
          <w:b/>
        </w:rPr>
        <w:t xml:space="preserve">[16:06] </w:t>
      </w:r>
      <w:r>
        <w:t>railway laye, le laye. toh phir toh phir zalim kahan se aaye hain? woh maine kabhi bhi zulm ke term mein socha nahi.</w:t>
      </w:r>
    </w:p>
    <w:p>
      <w:pPr>
        <w:jc w:val="right"/>
      </w:pPr>
      <w:r>
        <w:t>ریلوے لائے، لے لائے۔ تو پھر تو پھر ظالم کہاں سے آئے ہیں؟ وہ میں نے کبھی بھی ظلم کے ٹرم میں سوچا نہیں۔</w:t>
      </w:r>
    </w:p>
    <w:p>
      <w:r>
        <w:rPr>
          <w:b/>
        </w:rPr>
        <w:t xml:space="preserve">[16:15] </w:t>
      </w:r>
      <w:r>
        <w:t>toh daur jadeed ke hindustan ko aap abhi ka jo hindustan hai, us ko kis</w:t>
      </w:r>
    </w:p>
    <w:p>
      <w:pPr>
        <w:jc w:val="right"/>
      </w:pPr>
      <w:r>
        <w:t>تو دور جدید کے ہندوستان کو آپ ابھی کا جو ہندوستان ہے، اس کو کس</w:t>
      </w:r>
    </w:p>
    <w:p>
      <w:r>
        <w:rPr>
          <w:b/>
        </w:rPr>
        <w:t xml:space="preserve">[16:20] </w:t>
      </w:r>
      <w:r>
        <w:t>tarah dekhte hain? kya woh us ne waqai taraqqi ki hai ya kai zumron mein abhi bhi woh bohat pichra hua hai? dekhiye, english mein ek term hai "melting point".</w:t>
      </w:r>
    </w:p>
    <w:p>
      <w:pPr>
        <w:jc w:val="right"/>
      </w:pPr>
      <w:r>
        <w:t>طرح دیکھتے ہیں؟ کیا وہ اس نے واقعی ترقی کی ہے یا کئی زمروں میں ابھی بھی وہ بہت پچھڑا ہوا ہے؟ دیکھیے، انگلش میں ایک ٹرم ہے "میلٹنگ پوائنٹ"۔</w:t>
      </w:r>
    </w:p>
    <w:p>
      <w:r>
        <w:rPr>
          <w:b/>
        </w:rPr>
        <w:t xml:space="preserve">[16:32] </w:t>
      </w:r>
      <w:r>
        <w:t>toh yeh melt kar raha hai, tarah tarah ki baatein, usay asar pathar hai. aur is mein se ek hamesha aisa hota hai jab asar pathar hota hai toh kab hamesha kuch acha niklta hai,</w:t>
      </w:r>
    </w:p>
    <w:p>
      <w:pPr>
        <w:jc w:val="right"/>
      </w:pPr>
      <w:r>
        <w:t>تو یہ میلٹ کر رہا ہے، طرح طرح کی باتیں، اسے اثر پتھر ہے۔ اور اس میں سے ایک ہمیشہ ایسا ہوتا ہے جب اثر پتھر ہوتا ہے تو کب ہمیشہ کچھ اچھا نکلتا ہے،</w:t>
      </w:r>
    </w:p>
    <w:p>
      <w:r>
        <w:rPr>
          <w:b/>
        </w:rPr>
        <w:t xml:space="preserve">[16:52] </w:t>
      </w:r>
      <w:r>
        <w:t>kuch acha niklta hai. kyun ke asar pathar ke beech mein insan experience dhoondta hai, tajurba. toh mujhe yaqeen hai ke is asar pathar se ek naya india ubhregah, koi better india ubhregah.</w:t>
      </w:r>
    </w:p>
    <w:p>
      <w:pPr>
        <w:jc w:val="right"/>
      </w:pPr>
      <w:r>
        <w:t>کچھ اچھا نکلتا ہے۔ کیونکہ اثر پتھر کے بیچ میں انسان ایکسپیرینس ڈھونڈتا ہے، تجربہ۔ تو مجھے یقین ہے کہ اس اثر پتھر سے ایک نیا انڈیا ابھرے گا، کوئی بیٹر انڈیا ابھرے گا۔</w:t>
      </w:r>
    </w:p>
    <w:p>
      <w:r>
        <w:rPr>
          <w:b/>
        </w:rPr>
        <w:t xml:space="preserve">[17:08] </w:t>
      </w:r>
      <w:r>
        <w:t>khas to par jo musalmanon ka tabqa hai, zahir hai woh phaila hua hai mulk ke mukhtalif gosho mein. aur haliya chand barson mein jis baaz waqiat aap parhte rehte honge, hue hain, is pe aap ko koi tashweesh hui hai kabhi?</w:t>
      </w:r>
    </w:p>
    <w:p>
      <w:pPr>
        <w:jc w:val="right"/>
      </w:pPr>
      <w:r>
        <w:t>خاص طور پہ جو مسلمانوں کا طبقہ ہے، ظاہر ہے وہ پھیلا ہوا ہے ملک کے مختلف گوشوں میں۔ اور حالیہ چند برسوں میں جس بعض واقعات آپ پڑھتے رہتے ہوں گے، ہوئے ہیں، اس پہ آپ کو کوئی تشویش ہوئی ہے کبھی؟</w:t>
      </w:r>
    </w:p>
    <w:p>
      <w:r>
        <w:rPr>
          <w:b/>
        </w:rPr>
        <w:t xml:space="preserve">[17:25] </w:t>
      </w:r>
      <w:r>
        <w:t>kabhi zehn mein is tarah ki baat aayi hai ke koi mulk ghalat simt mein hai, yeh sab kuch durust hai? harghiz nahi, harghiz nahi, harghiz nahi.</w:t>
      </w:r>
    </w:p>
    <w:p>
      <w:pPr>
        <w:jc w:val="right"/>
      </w:pPr>
      <w:r>
        <w:t>کبھی ذہن میں اس طرح کی بات آئی ہے کہ کوئی ملک غلط سمت میں ہے، یہ سب کچھ درست ہے؟ ہرگز نہیں، ہرگز نہیں، ہرگز نہیں۔</w:t>
      </w:r>
    </w:p>
    <w:p>
      <w:r>
        <w:rPr>
          <w:b/>
        </w:rPr>
        <w:t xml:space="preserve">[17:35] </w:t>
      </w:r>
      <w:r>
        <w:t>dekhiye, main aap ko do reference dena chahunga.</w:t>
      </w:r>
    </w:p>
    <w:p>
      <w:pPr>
        <w:jc w:val="right"/>
      </w:pPr>
      <w:r>
        <w:t>دیکھیے، میں آپ کو دو ریفرنس دینا چاہوں گا۔</w:t>
      </w:r>
    </w:p>
    <w:p>
      <w:r>
        <w:rPr>
          <w:b/>
        </w:rPr>
        <w:t xml:space="preserve">[17:38] </w:t>
      </w:r>
      <w:r>
        <w:t>ek to khud quran ka aur doosra order time be ka. quran mein ek ayat hai: "kam min fiet qaleela ghalbat fiet kaseera be Allah".</w:t>
      </w:r>
    </w:p>
    <w:p>
      <w:pPr>
        <w:jc w:val="right"/>
      </w:pPr>
      <w:r>
        <w:t>ایک تو خود قرآن کا اور دوسرا آرڈنر ٹائم بی کا۔ قرآن میں ایک آیت ہے: "کم من فیت قلیلۃ غلبت فیت کثیرۃ بے اللہ"۔</w:t>
      </w:r>
    </w:p>
    <w:p>
      <w:r>
        <w:rPr>
          <w:b/>
        </w:rPr>
        <w:t xml:space="preserve">[17:53] </w:t>
      </w:r>
      <w:r>
        <w:t>yeh quran ki ayat hai ke minority hamesha taraqqi karti hai, ek nayi committee ban ke ubharti hai.</w:t>
      </w:r>
    </w:p>
    <w:p>
      <w:pPr>
        <w:jc w:val="right"/>
      </w:pPr>
      <w:r>
        <w:t>یہ قرآن کی آیت ہے کہ مائنورٹی ہمیشہ ترقی کرتی ہے، ایک نئی کمیٹی بن کے ابھرتی ہے۔</w:t>
      </w:r>
    </w:p>
    <w:p>
      <w:r>
        <w:rPr>
          <w:b/>
        </w:rPr>
        <w:t xml:space="preserve">[18:07] </w:t>
      </w:r>
      <w:r>
        <w:t>achha, yeh baat samajh, is ayat ko maine samjha pehli baar jab maine order time be ko padha. order time be bahut hi bada historian tha.</w:t>
      </w:r>
    </w:p>
    <w:p>
      <w:pPr>
        <w:jc w:val="right"/>
      </w:pPr>
      <w:r>
        <w:t>اچھا، یہ بات سمجھ، اس آیت کو میں نے سمجھا پہلی بار جب میں نے آرڈر ٹائم بی کو پڑھا۔ آرڈر ٹائم بی بہت ہی بڑا ہسٹورین تھا۔</w:t>
      </w:r>
    </w:p>
    <w:p>
      <w:r>
        <w:rPr>
          <w:b/>
        </w:rPr>
        <w:t xml:space="preserve">[18:17] </w:t>
      </w:r>
      <w:r>
        <w:t>to us ne ek bahut history ko padh kar ek ek philosophy banayi hai.</w:t>
      </w:r>
    </w:p>
    <w:p>
      <w:pPr>
        <w:jc w:val="right"/>
      </w:pPr>
      <w:r>
        <w:t>تو اس نے ایک بہت ہسٹری کو پڑھ کر ایک ایک فلاسفی بنائی ہے۔</w:t>
      </w:r>
    </w:p>
    <w:p>
      <w:r>
        <w:rPr>
          <w:b/>
        </w:rPr>
        <w:t xml:space="preserve">[18:25] </w:t>
      </w:r>
      <w:r>
        <w:t>woh is ka yeh hai kehna ke jab ek kamzor tabqa hota hai ya minority hoti hai, aur us ke sath sath ek majority hoti hai, to dono mein ek ek competition chalta hai,</w:t>
      </w:r>
    </w:p>
    <w:p>
      <w:pPr>
        <w:jc w:val="right"/>
      </w:pPr>
      <w:r>
        <w:t>وہ اس کا یہ ہے کہنا کہ جب ایک کمزور طبقہ ہوتا ہے یا مائنورٹی ہوتی ہے، اور اس کے ساتھ ساتھ ایک میجورٹی ہوتی ہے، تو دونوں میں ایک ایک کمپٹیشن چلتا ہے،</w:t>
      </w:r>
    </w:p>
    <w:p>
      <w:r>
        <w:rPr>
          <w:b/>
        </w:rPr>
        <w:t xml:space="preserve">[18:43] </w:t>
      </w:r>
      <w:r>
        <w:t>ek challenge sehna parta hai minority ko. to woh challenge jo hai, minority ki creativity ko jagati hai.</w:t>
      </w:r>
    </w:p>
    <w:p>
      <w:pPr>
        <w:jc w:val="right"/>
      </w:pPr>
      <w:r>
        <w:t>ایک چیلنج سہنا پڑتا ہے مائنورٹی کو۔ تو وہ چیلنج جو ہے، مائنورٹی کی کریٹیوٹی کو جگاتی ہے۔</w:t>
      </w:r>
    </w:p>
    <w:p>
      <w:r>
        <w:rPr>
          <w:b/>
        </w:rPr>
        <w:t xml:space="preserve">[18:55] </w:t>
      </w:r>
      <w:r>
        <w:t>minority din bad din creative banti chali jati hai. minority din bad din creative banti chali jati hai. yeh quran mein tha, is ko maine order time be ki kitab se samjha.</w:t>
      </w:r>
    </w:p>
    <w:p>
      <w:pPr>
        <w:jc w:val="right"/>
      </w:pPr>
      <w:r>
        <w:t>مائنورٹی دن بدن کریٹیو بنتی چلی جاتی ہے۔ مائنورٹی دن بدن کریٹیو بنتی چلی جاتی ہے۔ یہ قرآن میں تھا، اس کو میں نے آرڈنر ٹائم بی کی کتاب سے سمجھا۔</w:t>
      </w:r>
    </w:p>
    <w:p>
      <w:r>
        <w:rPr>
          <w:b/>
        </w:rPr>
        <w:t xml:space="preserve">[19:10] </w:t>
      </w:r>
      <w:r>
        <w:t>to India mein musalman minority mein hain, to is ka matlab kya hai? woh majority ki zad mein hain. aur jo majority ki zad mein jo hoga, us ki creativity barhegi, barhegi.</w:t>
      </w:r>
    </w:p>
    <w:p>
      <w:pPr>
        <w:jc w:val="right"/>
      </w:pPr>
      <w:r>
        <w:t>تو انڈیا میں مسلمان مائنورٹی میں ہیں، تو اس کا معنی کیا ہے؟ وہ میجورٹی کی زد میں ہیں۔ اور جو میجورٹی کی زد میں جو ہوگا، اس کی کریٹیوٹی بڑھے گی، بڑھے گی۔</w:t>
      </w:r>
    </w:p>
    <w:p>
      <w:r>
        <w:rPr>
          <w:b/>
        </w:rPr>
        <w:t xml:space="preserve">[19:21] </w:t>
      </w:r>
      <w:r>
        <w:t>to main dekhiye, dilli mein hoon 1967 se, aur main dekh raha hoon ke yeh bilkul yahi ho raha hai India mein. misaal ke taur par dekhiye, main jab aaya tha dilli mein 1967 mein, to masjidon mein ek bhi car nahi hoti thi.</w:t>
      </w:r>
    </w:p>
    <w:p>
      <w:pPr>
        <w:jc w:val="right"/>
      </w:pPr>
      <w:r>
        <w:t>تو میں دیکھیے، دلی میں ہوں 1967 سے، اور میں دیکھ رہا ہوں کہ یہ بالکل یہی ہو رہا ہے انڈیا میں۔ مثلاً دیکھیے، میں جب آیا تھا دلی میں 1967 میں، تو مسجدوں میں ایک بھی کار نہیں ہوتی تھی۔</w:t>
      </w:r>
    </w:p>
    <w:p>
      <w:r>
        <w:rPr>
          <w:b/>
        </w:rPr>
        <w:t xml:space="preserve">[19:39] </w:t>
      </w:r>
      <w:r>
        <w:t>main namaz parhne jata tha, koi car nahi, log paidal aate the. ab jata hoon to caron ki lambi line lagi hui hai.</w:t>
      </w:r>
    </w:p>
    <w:p>
      <w:pPr>
        <w:jc w:val="right"/>
      </w:pPr>
      <w:r>
        <w:t>میں نماز پڑھنے جاتا تھا، کوئی کار نہیں، لوگ پیدل آتے تھے۔ اب جاتا ہوں تو کاروں کی لمبی لائن لگی ہوئی ہے۔</w:t>
      </w:r>
    </w:p>
    <w:p>
      <w:r>
        <w:rPr>
          <w:b/>
        </w:rPr>
        <w:t xml:space="preserve">[19:49] </w:t>
      </w:r>
      <w:r>
        <w:t>to us zamane ki musalman jo hai, us zamane mein jab main aaya tha to bikes ke sawar the, aaj motor sawar ban gaye hain.</w:t>
      </w:r>
    </w:p>
    <w:p>
      <w:pPr>
        <w:jc w:val="right"/>
      </w:pPr>
      <w:r>
        <w:t>تو اس زمانے کی مسلمان جو ہے، اس زمانے میں جب میں آیا تھا تو بائیکس کے سوار تھے، آج موٹر سوار بن گئے ہیں۔</w:t>
      </w:r>
    </w:p>
    <w:p>
      <w:r>
        <w:rPr>
          <w:b/>
        </w:rPr>
        <w:t xml:space="preserve">[19:59] </w:t>
      </w:r>
      <w:r>
        <w:t>woh hua jahaz se jab jata tha airport par to bahut musalman hote hain. to yeh ek pehchan hai is baat ki ke musalman taraqqi kar rahe hain.</w:t>
      </w:r>
    </w:p>
    <w:p>
      <w:pPr>
        <w:jc w:val="right"/>
      </w:pPr>
      <w:r>
        <w:t>وہ ہوا جہاز سے جب جاتا تھا ایئرپورٹ پر تو بہت مسلمان ہوتے ہیں۔ تو یہ ایک پہچان ہے اس بات کی کہ مسلمان ترقی کر رہے ہیں۔</w:t>
      </w:r>
    </w:p>
    <w:p>
      <w:r>
        <w:rPr>
          <w:b/>
        </w:rPr>
        <w:t xml:space="preserve">[20:13] </w:t>
      </w:r>
      <w:r>
        <w:t>kyun ke dekhiye, insaan ki adat hai ke woh negative dose ko zyada highlight karta hai.</w:t>
      </w:r>
    </w:p>
    <w:p>
      <w:pPr>
        <w:jc w:val="right"/>
      </w:pPr>
      <w:r>
        <w:t>کیونکہ دیکھیے، انسان کی عادت ہے کہ وہ نیگیٹیو ڈوز کو زیادہ ہائی لائٹ کرتا ہے۔</w:t>
      </w:r>
    </w:p>
    <w:p>
      <w:r>
        <w:rPr>
          <w:b/>
        </w:rPr>
        <w:t xml:space="preserve">[20:20] </w:t>
      </w:r>
      <w:r>
        <w:t>misaal ke taur par koi kisi ko goli maar de to khoob log kahenge, "goli maar di, goli maar di". aur isi ko koi faida pahuncha de to us ki us ka charcha nahi hota.</w:t>
      </w:r>
    </w:p>
    <w:p>
      <w:pPr>
        <w:jc w:val="right"/>
      </w:pPr>
      <w:r>
        <w:t>مثلاً کوئی کسی کو گولی مار دے تو خوب لوگ کہیں گے، "گولی مار دی، گولی مار دی"۔ اور اسی کو کوئی فائدہ پہنچا دے تو اس کی اس کا چرچہ نہیں ہوتا۔</w:t>
      </w:r>
    </w:p>
    <w:p>
      <w:r>
        <w:rPr>
          <w:b/>
        </w:rPr>
        <w:t xml:space="preserve">[20:32] </w:t>
      </w:r>
      <w:r>
        <w:t>to main samajhta hoon ke India ke musalman bahut zabardast taraqqi kar rahe hain, aur aindah aur taraqqi karenge.</w:t>
      </w:r>
    </w:p>
    <w:p>
      <w:pPr>
        <w:jc w:val="right"/>
      </w:pPr>
      <w:r>
        <w:t>تو میں سمجھتا ہوں کہ انڈیا کے مسلمان بہت زبردست ترقی کر رہے ہیں، اور آئندہ اور ترقی کریں گے۔</w:t>
      </w:r>
    </w:p>
    <w:p>
      <w:r>
        <w:rPr>
          <w:b/>
        </w:rPr>
        <w:t xml:space="preserve">[20:42] </w:t>
      </w:r>
      <w:r>
        <w:t>aur India ke liye woh ek creative community ban ke ubhrenge.</w:t>
      </w:r>
    </w:p>
    <w:p>
      <w:pPr>
        <w:jc w:val="right"/>
      </w:pPr>
      <w:r>
        <w:t>اور انڈیا کے لیے وہ ایک کریٹیو کمیونٹی بن کے ابھریں گے۔</w:t>
      </w:r>
    </w:p>
    <w:p>
      <w:r>
        <w:rPr>
          <w:b/>
        </w:rPr>
        <w:t xml:space="preserve">[20:48] </w:t>
      </w:r>
      <w:r>
        <w:t>ek hum hum logon ki jab danishwaron se baat hoti hai, aur to abhi ek nayi istilaah jo angrezi mein, maine is se mutalliq kai aur logon se bhi baat ki hai, woh hai ke "new dalit of India".</w:t>
      </w:r>
    </w:p>
    <w:p>
      <w:pPr>
        <w:jc w:val="right"/>
      </w:pPr>
      <w:r>
        <w:t>ایک ہم ہم لوگوں کی جب دانشوروں سے بات ہوتی ہے، اور تو ابھی ایک نئی اصطلاح جو انگریزی میں، میں نے اس سے متعلق کئی اور لوگوں سے بھی بات کی ہے، وہ ہے کہ "نیو دلت آف انڈیا"۔</w:t>
      </w:r>
    </w:p>
    <w:p>
      <w:r>
        <w:rPr>
          <w:b/>
        </w:rPr>
        <w:t xml:space="preserve">[21:03] </w:t>
      </w:r>
      <w:r>
        <w:t>ke Hindustan mein daliton ka ek aur tabqa ubhra hai. bazahir hai is ka in in ki apni research ke mutabiq, jaise sachar committee ki report ko aap lein to taqreeban chaar feesad hi graduate musalman hain, hai na</w:t>
      </w:r>
    </w:p>
    <w:p>
      <w:pPr>
        <w:jc w:val="right"/>
      </w:pPr>
      <w:r>
        <w:t>کہ ہندوستان میں دلتوں کا ایک اور طبقہ ابھرا ہے۔ بظاہر ہے اس کا ان ان کی اپنی ریسرچ کے مطابق، جیسے سچر کمیٹی کی رپورٹ کو آپ لیں تو تقریباً چار فیصد ہی گریجویٹ مسلمان ہیں، ہے نا</w:t>
      </w:r>
    </w:p>
    <w:p>
      <w:r>
        <w:rPr>
          <w:b/>
        </w:rPr>
        <w:t xml:space="preserve">[21:17] </w:t>
      </w:r>
      <w:r>
        <w:t>? ya is ke ilawa, naukriyon mein kam hain. khair, woh ek alag masla hai. maashi taur pe bahal hue hain. lekin jo tehzeebi aur saqafati zindagi hai musalmanon ki, aur woh ghurbat ki wajah se is qadar mutasir hui hai ke woh kehte hain ke Hindustan mein jo ek naya "new dalit of India" jo ubhar raha hai, woh musalmanon ki community hai.</w:t>
      </w:r>
    </w:p>
    <w:p>
      <w:pPr>
        <w:jc w:val="right"/>
      </w:pPr>
      <w:r>
        <w:t>؟ یا اس کے علاوہ، ملازمتوں میں کم ہیں۔ خیر، وہ ایک الگ مسئلہ ہے۔ معاشی طور پہ بحال ہوئے ہیں۔ لیکن جو تہذیبی اور ثقافتی زندگی ہے مسلمانوں کی، اور وہ غربت کی وجہ سے اس قدر متاثر ہوئی ہے کہ وہ کہتے ہیں کہ ہندوستان میں جو ایک نیا "نیو دلت آف انڈیا" جو ابھر رہا ہے، وہ مسلمانوں کی کمیونٹی ہے۔</w:t>
      </w:r>
    </w:p>
    <w:p>
      <w:r>
        <w:rPr>
          <w:b/>
        </w:rPr>
        <w:t xml:space="preserve">[21:39] </w:t>
      </w:r>
      <w:r>
        <w:t>is pe kabhi socha aap ne</w:t>
      </w:r>
    </w:p>
    <w:p>
      <w:pPr>
        <w:jc w:val="right"/>
      </w:pPr>
      <w:r>
        <w:t>اس پہ کبھی سوچا آپ نے</w:t>
      </w:r>
    </w:p>
    <w:p>
      <w:r>
        <w:rPr>
          <w:b/>
        </w:rPr>
        <w:t xml:space="preserve">[21:43] </w:t>
      </w:r>
      <w:r>
        <w:t>? dekhiye, sachar ki committee ki report jo thi, woh bahut zyada deceptive report hai. deceptive. is liye main kehta hoon deceptive ke office mein baith kar unhon ne report bana dali.</w:t>
      </w:r>
    </w:p>
    <w:p>
      <w:pPr>
        <w:jc w:val="right"/>
      </w:pPr>
      <w:r>
        <w:t>؟ دیکھیے، سچر کی کمیٹی کی رپورٹ جو تھی، وہ بہت زیادہ ڈیسیپٹو رپورٹ ہے۔ ڈیسیپٹو۔ اس لیے میں کہتا ہوں ڈیسیپٹو کہ افس میں بیٹھ کر انہوں نے رپورٹ بنا ڈالی۔</w:t>
      </w:r>
    </w:p>
    <w:p>
      <w:r>
        <w:rPr>
          <w:b/>
        </w:rPr>
        <w:t xml:space="preserve">[22:01] </w:t>
      </w:r>
      <w:r>
        <w:t>misaal ke taur par main yahan rehta hoon, yahan kabhi koi nahi aaya, poochne ke liye. halan ke jab to main aaya tha yahan to yahan sab hindu log the gharon mein</w:t>
      </w:r>
    </w:p>
    <w:p>
      <w:pPr>
        <w:jc w:val="right"/>
      </w:pPr>
      <w:r>
        <w:t>مثلاً میں یہاں رہتا ہوں، یہاں کبھی کوئی نہیں آیا، پوچھنے کے لیے۔ حالانکہ جب تو میں آیا تھا یہاں تو یہاں سب ہندو لوگ تھے گھروں میں</w:t>
      </w:r>
    </w:p>
    <w:p>
      <w:r>
        <w:rPr>
          <w:b/>
        </w:rPr>
        <w:t xml:space="preserve">[22:11] </w:t>
      </w:r>
      <w:r>
        <w:t>۔ yahan gharon mein zyada tar hindu log hua karte the. aaj taqreeban majority musalmanon ki hai yahan par.</w:t>
      </w:r>
    </w:p>
    <w:p>
      <w:pPr>
        <w:jc w:val="right"/>
      </w:pPr>
      <w:r>
        <w:t>۔ یہاں گھروں میں زیادہ تر ہندو لوگ ہوا کرتے تھے۔ آج تقریباً میجورٹی مسلمانوں کی ہے یہاں پر۔</w:t>
      </w:r>
    </w:p>
    <w:p>
      <w:r>
        <w:rPr>
          <w:b/>
        </w:rPr>
        <w:t xml:space="preserve">[22:20] </w:t>
      </w:r>
      <w:r>
        <w:t>to koi poochne nahi, poochne aaya ke ek hindu, ek ek hindu colony muslim colony kaise ban gayi?</w:t>
      </w:r>
    </w:p>
    <w:p>
      <w:pPr>
        <w:jc w:val="right"/>
      </w:pPr>
      <w:r>
        <w:t>تو کوئی پوچھنے نہیں، پوچھنے آیا کہ ایک ہندو، ایک ایک ہندو کالونی مسلم کالونی کیسے بن گئی؟</w:t>
      </w:r>
    </w:p>
    <w:p>
      <w:r>
        <w:rPr>
          <w:b/>
        </w:rPr>
        <w:t xml:space="preserve">[22:30] </w:t>
      </w:r>
      <w:r>
        <w:t>yeh kisi ko pata hi nahi hai.</w:t>
      </w:r>
    </w:p>
    <w:p>
      <w:pPr>
        <w:jc w:val="right"/>
      </w:pPr>
      <w:r>
        <w:t>یہ کسی کو پتہ ہی نہیں ہے۔</w:t>
      </w:r>
    </w:p>
    <w:p>
      <w:r>
        <w:rPr>
          <w:b/>
        </w:rPr>
        <w:t xml:space="preserve">[22:32] </w:t>
      </w:r>
      <w:r>
        <w:t>to un ki jo report banai thi, unhon ne bohat deceptive mere nazdeek hai. kyun ke unhon ne kuch akhbar dekhe, office mein kisi se report sun liya, kuch bohat, yaani bohat hi</w:t>
      </w:r>
    </w:p>
    <w:p>
      <w:pPr>
        <w:jc w:val="right"/>
      </w:pPr>
      <w:r>
        <w:t>تو ان کی جو رپورٹ بنائی تھی، انہوں نے بہت ڈیسیپٹو میرے نزدیک ہے۔ کیونکہ انہوں نے کچھ اخبار دیکھے، افس میں کسی سے رپورٹ سن لیا، کچھ بہت، یعنی بہت ہی</w:t>
      </w:r>
    </w:p>
    <w:p>
      <w:r>
        <w:rPr>
          <w:b/>
        </w:rPr>
        <w:t xml:space="preserve">[22:51] </w:t>
      </w:r>
      <w:r>
        <w:t>gehrayi ke sath unhon ne cheezon ko nahi dekha. un ka un ka to dawah tha ke is mein government ka data hai mojood. to government ka data kon deta hai?</w:t>
      </w:r>
    </w:p>
    <w:p>
      <w:pPr>
        <w:jc w:val="right"/>
      </w:pPr>
      <w:r>
        <w:t>گہرائی کے ساتھ انہوں نے چیزوں کو نہیں دیکھا۔ ان کا ان کا تو دعویٰ تھا کہ اس میں گورنمنٹ کا ڈیٹا ہے موجود۔ تو گورنمنٹ کا ڈیٹا کون دیتا ہے؟</w:t>
      </w:r>
    </w:p>
    <w:p>
      <w:r>
        <w:rPr>
          <w:b/>
        </w:rPr>
        <w:t xml:space="preserve">[23:02] </w:t>
      </w:r>
      <w:r>
        <w:t>aise hi log dete thay, superficial knowledge un ki hoti hai, woh ja ke government report karte hain. kyun ke mein aap ko zaati tajurba bata raha hoon ke aap ko yahan koi poochne nahi aya ke aik aik hindu colony muslim colony kaise ban gayi?</w:t>
      </w:r>
    </w:p>
    <w:p>
      <w:pPr>
        <w:jc w:val="right"/>
      </w:pPr>
      <w:r>
        <w:t>ایسے ہی لوگ دیتے تھے، سپرفیشل نالج ان کی ہوتی ہے، وہ جا کے گورنمنٹ رپورٹ کرتے ہیں۔ کیونکہ میں آپ کو ذاتی تجربہ بتا رہا ہوں کہ آپ کو یہاں کوئی پوچھنے نہیں آیا کہ ایک ایک ہندو کالونی مسلم کالونی کیسے بن گئی؟</w:t>
      </w:r>
    </w:p>
    <w:p>
      <w:r>
        <w:rPr>
          <w:b/>
        </w:rPr>
        <w:t xml:space="preserve">[23:20] </w:t>
      </w:r>
      <w:r>
        <w:t>yeh batao. to koi poochne nahi aya. aise aik baat nahi hai.</w:t>
      </w:r>
    </w:p>
    <w:p>
      <w:pPr>
        <w:jc w:val="right"/>
      </w:pPr>
      <w:r>
        <w:t>یہ بتاؤ۔ تو کوئی پوچھنے نہیں آیا۔ ایسی ایک بات نہیں ہے۔</w:t>
      </w:r>
    </w:p>
    <w:p>
      <w:r>
        <w:rPr>
          <w:b/>
        </w:rPr>
        <w:t xml:space="preserve">[23:25] </w:t>
      </w:r>
      <w:r>
        <w:t>mein Mewat mein gaya to mein ne dekha ke Mewat par logon ne bataya mujhe ke jab partition hua tha to wahan se musalmanon ko bhagna para tha.</w:t>
      </w:r>
    </w:p>
    <w:p>
      <w:pPr>
        <w:jc w:val="right"/>
      </w:pPr>
      <w:r>
        <w:t>میں میوات میں گیا تو میں نے دیکھا کہ میوات پر لوگوں نے بتایا مجھے کہ جب پارٹیشن ہوا تھا تو وہاں سے مسلمانوں کو بھاگنا پڑا تھا۔</w:t>
      </w:r>
    </w:p>
    <w:p>
      <w:r>
        <w:rPr>
          <w:b/>
        </w:rPr>
        <w:t xml:space="preserve">[23:40] </w:t>
      </w:r>
      <w:r>
        <w:t>mujhe woh woh jagah dikhayi unhon ne, yeh kunwan, yeh ghar chhor ke bhag gaye thay woh. lekin aaj woh isi kunwein ko, isi ghar mein musalman base hue hain.</w:t>
      </w:r>
    </w:p>
    <w:p>
      <w:pPr>
        <w:jc w:val="right"/>
      </w:pPr>
      <w:r>
        <w:t>مجھے وہ وہ جگہ دکھائی انہوں نے، یہ کنواں، یہ گھر چھوڑ کے بھاگ گئے تھے وہ۔ لیکن آج وہ اسی کنویں کو، اسی گھر میں مسلمان بسے ہوئے ہیں۔</w:t>
      </w:r>
    </w:p>
    <w:p>
      <w:r>
        <w:rPr>
          <w:b/>
        </w:rPr>
        <w:t xml:space="preserve">[23:52] </w:t>
      </w:r>
      <w:r>
        <w:t>mein do dono bar mein ne dekha to wahan koi nahi gaya poochne ke liye ke phir jab musalman chhor ke bhag gaye thay to dobara kaise abad ho gaye?</w:t>
      </w:r>
    </w:p>
    <w:p>
      <w:pPr>
        <w:jc w:val="right"/>
      </w:pPr>
      <w:r>
        <w:t>میں دو دونوں بار میں نے دیکھا تو وہاں کوئی نہیں گیا پوچھنے کے لیے کہ پھر جب مسلمان چھوڑ کے بھاگ گئے تھے تو دوبارہ کیسے آباد ہو گئے؟</w:t>
      </w:r>
    </w:p>
    <w:p>
      <w:r>
        <w:rPr>
          <w:b/>
        </w:rPr>
        <w:t xml:space="preserve">[24:01] </w:t>
      </w:r>
      <w:r>
        <w:t>woh mein ne apni aankh se dekha Alwar mein. to yeh isi reporton ko mein ne aik mein mein hamesha yaani discipline report manta hoon.</w:t>
      </w:r>
    </w:p>
    <w:p>
      <w:pPr>
        <w:jc w:val="right"/>
      </w:pPr>
      <w:r>
        <w:t>وہ میں نے اپنی آنکھ سے دیکھا الور میں۔ تو یہ اسی رپورٹوں کو میں نے ایک میں میں ہمیشہ یعنی ڈسپلن رپورٹ مانتا ہوں۔</w:t>
      </w:r>
    </w:p>
    <w:p>
      <w:r>
        <w:rPr>
          <w:b/>
        </w:rPr>
        <w:t xml:space="preserve">[24:13] </w:t>
      </w:r>
      <w:r>
        <w:t>aise bohat se mujhe experience hue hain discipline report. jab</w:t>
      </w:r>
    </w:p>
    <w:p>
      <w:pPr>
        <w:jc w:val="right"/>
      </w:pPr>
      <w:r>
        <w:t>ایسے بہت سے مجھے ایکسپیرینس ہوئے ہیں ڈسپلن رپورٹ۔ جب</w:t>
      </w:r>
    </w:p>
    <w:p>
      <w:r>
        <w:rPr>
          <w:b/>
        </w:rPr>
        <w:t xml:space="preserve">[24:20] </w:t>
      </w:r>
      <w:r>
        <w:t>maashi maslan dekhiye, is report mein yeh nahi ke mera jo gaon tha, jab mein paida hua ya jab partition hua to wahan koi sarak nahi thi, koi pul nahi tha.</w:t>
      </w:r>
    </w:p>
    <w:p>
      <w:pPr>
        <w:jc w:val="right"/>
      </w:pPr>
      <w:r>
        <w:t>معاشی مثلاً دیکھیے، اس رپورٹ میں یہ نہیں کہ میرا جو گاؤں تھا، جب میں پیدا ہوا یا جب پارٹیشن ہوا تو وہاں کوئی سڑک نہیں تھی، کوئی پل نہیں تھا۔</w:t>
      </w:r>
    </w:p>
    <w:p>
      <w:r>
        <w:rPr>
          <w:b/>
        </w:rPr>
        <w:t xml:space="preserve">[24:34] </w:t>
      </w:r>
      <w:r>
        <w:t>aaj wahan par bohat acha school chal raha hai, 12 darje tak pani hoti hai, aur bohat hi acha school hai.</w:t>
      </w:r>
    </w:p>
    <w:p>
      <w:pPr>
        <w:jc w:val="right"/>
      </w:pPr>
      <w:r>
        <w:t>آج وہاں پر بہت اچھا اسکول چل رہا ہے، 12 درجے تک پانی ہوتی ہے، اور بہت ہی اچھا اسکول ہے۔</w:t>
      </w:r>
    </w:p>
    <w:p>
      <w:r>
        <w:rPr>
          <w:b/>
        </w:rPr>
        <w:t xml:space="preserve">[24:43] </w:t>
      </w:r>
      <w:r>
        <w:t>wahan par road hai, wahan par bijli hai. yeh isi nahi, un ki report mein shamil nahi hai.</w:t>
      </w:r>
    </w:p>
    <w:p>
      <w:pPr>
        <w:jc w:val="right"/>
      </w:pPr>
      <w:r>
        <w:t>وہاں پر روڈ ہے، وہاں پر بجلی ہے۔ یہ اسی نہیں، ان کی رپورٹ میں شامل نہیں ہے۔</w:t>
      </w:r>
    </w:p>
    <w:p>
      <w:r>
        <w:rPr>
          <w:b/>
        </w:rPr>
        <w:t xml:space="preserve">[24:50] </w:t>
      </w:r>
      <w:r>
        <w:t>comprehensive nahi hai woh report. woh comprehensive report mein nahi manunga us ko. aap ne kaha ke ibtida mein hi aap ka zehn jo hai, woh bohat hi taameeri soch ka hamil thehra, aur aap hamesha aik baseerat afroz khayal rakhne wala insan banna chahte thay.</w:t>
      </w:r>
    </w:p>
    <w:p>
      <w:pPr>
        <w:jc w:val="right"/>
      </w:pPr>
      <w:r>
        <w:t>کمپریسو نہیں ہے وہ رپورٹ۔ وہ کمپریسو رپورٹ میں نہیں مانوں گا اس کو۔ آپ نے کہا کہ ابتداء میں ہی آپ کا ذہن جو ہے، وہ بہت ہی تعمیری سوچ کا حامل ٹھہرا، اور آپ ہمیشہ ایک بصیرت افروز خیال رکھنے والا انسان بننا چاہتے تھے۔</w:t>
      </w:r>
    </w:p>
    <w:p>
      <w:r>
        <w:rPr>
          <w:b/>
        </w:rPr>
        <w:t xml:space="preserve">[25:12] </w:t>
      </w:r>
      <w:r>
        <w:t>shayad yahi wajah hai ke aap ne ibtedai daur mein Jamaat-e-Islami mein bhi bohat din tak kaam kiya, aur aap ki aik kitab bhi hai, "Ta'abeer ki Ghalati".</w:t>
      </w:r>
    </w:p>
    <w:p>
      <w:pPr>
        <w:jc w:val="right"/>
      </w:pPr>
      <w:r>
        <w:t>شاید یہی وجہ ہے کہ آپ نے ابتدائی دور میں جماعت اسلامی میں بھی بہت دن تک کام کیا، اور آپ کی ایک کتاب بھی ہے، "تعبیر کی غلطی"۔</w:t>
      </w:r>
    </w:p>
    <w:p>
      <w:r>
        <w:rPr>
          <w:b/>
        </w:rPr>
        <w:t xml:space="preserve">[25:22] </w:t>
      </w:r>
      <w:r>
        <w:t>kya Muslim tanzeemein, jaise zikr hai, mein is ko chhedna nahi chahta, lekin mein poochta hoon ke jo musalmanon ki jo tanzeemein hain, kya un ke kaam karne ka jo lehja hai ya jo tareeqa hai, us ko behtar karne ki zaroorat hai?</w:t>
      </w:r>
    </w:p>
    <w:p>
      <w:pPr>
        <w:jc w:val="right"/>
      </w:pPr>
      <w:r>
        <w:t>کیا مسلم تنظیمیں، جیسے ذکر ہے، میں اس کو چھیڑنا نہیں چاہتا، لیکن میں پوچھتا ہوں کہ جو مسلمانوں کی جو تنظیمیں ہیں، کیا ان کے کام کرنے کا جو لہجہ ہے یا جو طریقہ ہے، اس کو بہتر کرنے کی ضرورت ہے؟</w:t>
      </w:r>
    </w:p>
    <w:p>
      <w:r>
        <w:rPr>
          <w:b/>
        </w:rPr>
        <w:t xml:space="preserve">[25:37] </w:t>
      </w:r>
      <w:r>
        <w:t>behtar nahi, badalne ki zaroorat hai. badalne ki zaroorat hai. kyun ke woh to zulm batate hain, khali Muslim tanzeemein jitni hain, sab sirf zulm batati hain.</w:t>
      </w:r>
    </w:p>
    <w:p>
      <w:pPr>
        <w:jc w:val="right"/>
      </w:pPr>
      <w:r>
        <w:t>بہتر نہیں، بدلنے کی ضرورت ہے۔ بدلنے کی ضرورت ہے۔ کیونکہ وہ تو ظلم بتاتے ہیں، خالی مسلم تنظیمیں جتنی ہیں، سب صرف ظلم بتاتی ہیں۔</w:t>
      </w:r>
    </w:p>
    <w:p>
      <w:r>
        <w:rPr>
          <w:b/>
        </w:rPr>
        <w:t xml:space="preserve">[25:51] </w:t>
      </w:r>
      <w:r>
        <w:t>aur Quran ko mein ne parha to maloom hua, is is ko mein ne samjha ke is dunya mein koi kisi pe zulm nahi karta. aadmi apne hi kiye ko bhagat</w:t>
      </w:r>
    </w:p>
    <w:p>
      <w:pPr>
        <w:jc w:val="right"/>
      </w:pPr>
      <w:r>
        <w:t>اور قرآن کو میں نے پڑھا تو معلوم ہوا، اس اس کو میں نے سمجھا کہ اس دنیا میں کوئی کسی پہ ظلم نہیں کرتا۔ آدمی اپنے ہی کیے کو بھگت</w:t>
      </w:r>
    </w:p>
    <w:p>
      <w:r>
        <w:rPr>
          <w:b/>
        </w:rPr>
        <w:t xml:space="preserve">[26:02] </w:t>
      </w:r>
      <w:r>
        <w:t>ta hai. yeh baqayda Quran mein aisi ayatein hain ke aap apne hi kiye ko bhagte ho, aur woh zulm batate hain.</w:t>
      </w:r>
    </w:p>
    <w:p>
      <w:pPr>
        <w:jc w:val="right"/>
      </w:pPr>
      <w:r>
        <w:t>تا ہے۔ یہ باقاعدہ قرآن میں ایسی آیتیں ہیں کہ آپ اپنے ہی کیے کو بھگتتے ہو، اور وہ ظلم بتاتے ہیں۔</w:t>
      </w:r>
    </w:p>
    <w:p>
      <w:r>
        <w:rPr>
          <w:b/>
        </w:rPr>
        <w:t xml:space="preserve">[26:11] </w:t>
      </w:r>
      <w:r>
        <w:t>to Quran jo hai, aik aik aitbar se woh Quran aik mazhabi kitab hai, lekin Quran ko aap parhein to is mein law of nature bataya gaya hai.</w:t>
      </w:r>
    </w:p>
    <w:p>
      <w:pPr>
        <w:jc w:val="right"/>
      </w:pPr>
      <w:r>
        <w:t>تو قرآن جو ہے، ایک ایک اعتبار سے وہ قرآن ایک مذہبی کتاب ہے، لیکن قرآن کو آپ پڑھیں تو اس میں لاء آف نیچر بتایا گیا ہے۔</w:t>
      </w:r>
    </w:p>
    <w:p>
      <w:r>
        <w:rPr>
          <w:b/>
        </w:rPr>
        <w:t xml:space="preserve">[26:21] </w:t>
      </w:r>
      <w:r>
        <w:t>law of nature, law of nature. to Quran mein yeh law of nature bataya gaya hai ke aadmi ab khud hi apne kiye ko bhagta hai.</w:t>
      </w:r>
    </w:p>
    <w:p>
      <w:pPr>
        <w:jc w:val="right"/>
      </w:pPr>
      <w:r>
        <w:t>لاء آف نیچر، لاء آف نیچر۔ تو قرآن میں یہ لاء آف نیچر بتایا گیا ہے کہ آدمی اب خود ہی اپنے کیے کو بھگتتا ہے۔</w:t>
      </w:r>
    </w:p>
    <w:p>
      <w:r>
        <w:rPr>
          <w:b/>
        </w:rPr>
        <w:t xml:space="preserve">[26:32] </w:t>
      </w:r>
      <w:r>
        <w:t>to zulm kahan? where is that zulm? Quran mein zulm ki bhi baatein to ki hain na? ji, Quran o Hadees mein zalim aur zulm ki bhi to tameez ki hai na?</w:t>
      </w:r>
    </w:p>
    <w:p>
      <w:pPr>
        <w:jc w:val="right"/>
      </w:pPr>
      <w:r>
        <w:t>تو ظلم کہاں؟ ویر از دیٹ ظلم؟ قرآن میں ظلم کی بھی باتیں تو کی ہیں۔ جی، قرآن و حدیث میں ظالم اور ظلم کی بھی تو تمیز کی ہے نا؟</w:t>
      </w:r>
    </w:p>
    <w:p>
      <w:r>
        <w:rPr>
          <w:b/>
        </w:rPr>
        <w:t xml:space="preserve">[26:42] </w:t>
      </w:r>
      <w:r>
        <w:t>nahi, dekhein, zulm Quran ke is mani mein nahi hai. jis mani mein hamare leaders bolte hain, us mani mein zulm hai hi nahi.</w:t>
      </w:r>
    </w:p>
    <w:p>
      <w:pPr>
        <w:jc w:val="right"/>
      </w:pPr>
      <w:r>
        <w:t>نہیں، دیکھیں، ظلم قرآن کے اس معنی میں نہیں ہے۔ جس معنی میں ہمارے لیڈر بولتے ہیں، اس معنی میں ظلم ہے ہی نہیں۔</w:t>
      </w:r>
    </w:p>
    <w:p>
      <w:r>
        <w:rPr>
          <w:b/>
        </w:rPr>
        <w:t xml:space="preserve">[26:52] </w:t>
      </w:r>
      <w:r>
        <w:t>woh woh shirk ki ke mani mein hai. jab aadmi "Innashirka lazulmun azeem" Quran ki ayat hai, "Innashirka lazulmun azeem" shirk sab se bara zulm hai.</w:t>
      </w:r>
    </w:p>
    <w:p>
      <w:pPr>
        <w:jc w:val="right"/>
      </w:pPr>
      <w:r>
        <w:t>وہ وہ شرک کی کے معنی میں ہے۔ جب آدمی "إن الشرك لظلم عظيم" قرآن کی آیت ہے، "إن الشرك لظلم عظيم" شرک سب سے بڑا ظلم ہے۔</w:t>
      </w:r>
    </w:p>
    <w:p>
      <w:r>
        <w:rPr>
          <w:b/>
        </w:rPr>
        <w:t xml:space="preserve">[27:05] </w:t>
      </w:r>
      <w:r>
        <w:t>yeh zulm jo batate hain hamare leaders, woh to hai hi nahi Quran mein kehen. woh kahin nahi hai. woh</w:t>
      </w:r>
    </w:p>
    <w:p>
      <w:pPr>
        <w:jc w:val="right"/>
      </w:pPr>
      <w:r>
        <w:t>یہ ظلم جو بتاتے ہیں ہمارے لیڈر، وہ تو ہے ہی نہیں قرآن میں کہیں۔ وہ کہیں نہیں ہے۔ وہ</w:t>
      </w:r>
    </w:p>
    <w:p>
      <w:r>
        <w:rPr>
          <w:b/>
        </w:rPr>
        <w:t xml:space="preserve">[27:10] </w:t>
      </w:r>
      <w:r>
        <w:t>to agar main aap se yeh sawal karoon ke buniyadi tor pe aap ke nazriati tor pe kya ikhtilafat hain un se ke kahan kahan behtari la sakte hain?</w:t>
      </w:r>
    </w:p>
    <w:p>
      <w:pPr>
        <w:jc w:val="right"/>
      </w:pPr>
      <w:r>
        <w:t>تو اگر میں آپ سے یہ سوال کروں کہ بنیادی طور پہ آپ کے نظریاتی طور پہ کیا اختلافات ہیں ان سے کہ کہاں کہاں بہتری لا سکتے ہیں؟</w:t>
      </w:r>
    </w:p>
    <w:p>
      <w:r>
        <w:rPr>
          <w:b/>
        </w:rPr>
        <w:t xml:space="preserve">[27:25] </w:t>
      </w:r>
      <w:r>
        <w:t>dekhiye, yeh jitne log hain, leader log, in ki source emotion par bani hai. emotional source hai in sab ki.</w:t>
      </w:r>
    </w:p>
    <w:p>
      <w:pPr>
        <w:jc w:val="right"/>
      </w:pPr>
      <w:r>
        <w:t>دیکھیے، یہ جتنے لوگ ہیں، لیڈر لوگ، ان کی سورس ایموشن پر بنی ہے۔ ایموشنل سورس ہے ان سب کی۔</w:t>
      </w:r>
    </w:p>
    <w:p>
      <w:r>
        <w:rPr>
          <w:b/>
        </w:rPr>
        <w:t xml:space="preserve">[27:36] </w:t>
      </w:r>
      <w:r>
        <w:t>mere janne ke mutabiq, der is no exception. achha, meri source kya bani hai? maine quran ko pata nahi kitni baar padha, tareekh ko bohat baar padha, science ko main ne bohat zyada padha.</w:t>
      </w:r>
    </w:p>
    <w:p>
      <w:pPr>
        <w:jc w:val="right"/>
      </w:pPr>
      <w:r>
        <w:t>میرے جاننے کے مطابق، دیر از نو ایکسیپشن۔ اچھا، میری سورس کیا بنی ہے؟ میں نے قرآن کو پتہ نہیں کتنی بار پڑھا، تاریخ کو بہت بار پڑھا، سائنس کو میں نے بہت زیادہ پڑھا۔</w:t>
      </w:r>
    </w:p>
    <w:p>
      <w:r>
        <w:rPr>
          <w:b/>
        </w:rPr>
        <w:t xml:space="preserve">[27:52] </w:t>
      </w:r>
      <w:r>
        <w:t>to meri soch bani hai ilm par. in mein se kuch logon se main poochta hoon ke kya aap ne orden time bhi padha hai ya kya aap ne quran ko source akhirat tak padha hai?</w:t>
      </w:r>
    </w:p>
    <w:p>
      <w:pPr>
        <w:jc w:val="right"/>
      </w:pPr>
      <w:r>
        <w:t>تو میری سوچ بنی ہے علم پر۔ ان میں سے کچھ لوگوں سے میں پوچھتا ہوں کہ کیا آپ نے آرڈن ٹائم بھی پڑھا ہے یا کیا آپ نے قرآن کو سورس آخرت تک پڑھا ہے؟</w:t>
      </w:r>
    </w:p>
    <w:p>
      <w:r>
        <w:rPr>
          <w:b/>
        </w:rPr>
        <w:t xml:space="preserve">[28:04] </w:t>
      </w:r>
      <w:r>
        <w:t>to mujhe aaj tak koi nahi mila yeh kahe ke haan, aap ne padha hai. to baghair parhe hue emotional tor par khare ho jate hain, dhanda le kar. to aap ke sathioun mein jamaat islami mein ya jamiat ulma mein jab aap kaam kar rahe the to jo ahl-e-ilm shakhsiyaat thin aap ke sath, un se aap kis baat se zyada nalain the?</w:t>
      </w:r>
    </w:p>
    <w:p>
      <w:pPr>
        <w:jc w:val="right"/>
      </w:pPr>
      <w:r>
        <w:t>تو مجھے آج تک کوئی نہیں ملا یہ کہے کہ ہاں، آپ نے پڑھا ہے۔ تو بغیر پڑھے ہوئے ایموشنل طور پر کھڑے ہو جاتے ہیں، ڈھنڈا لے کر۔ تو آپ کے ساتھیوں میں جماعت اسلامی میں یا جمعۃ العلماء میں جب آپ کام کر رہے تھے تو جو اہل علم شخصیات تھیں آپ کے ساتھ، ان سے آپ کس بات سے زیادہ نالاں تھے؟</w:t>
      </w:r>
    </w:p>
    <w:p>
      <w:r>
        <w:rPr>
          <w:b/>
        </w:rPr>
        <w:t xml:space="preserve">[28:24] </w:t>
      </w:r>
      <w:r>
        <w:t>ya woh bhi taleem yafta nahi the jaisa hona chahiye?</w:t>
      </w:r>
    </w:p>
    <w:p>
      <w:pPr>
        <w:jc w:val="right"/>
      </w:pPr>
      <w:r>
        <w:t>یا وہ بھی تعلیم یافتہ نہیں تھے جیسا ہونا چاہیے؟</w:t>
      </w:r>
    </w:p>
    <w:p>
      <w:r>
        <w:rPr>
          <w:b/>
        </w:rPr>
        <w:t xml:space="preserve">[28:27] </w:t>
      </w:r>
      <w:r>
        <w:t>mera hai ikhtilaf mein se yahi hota tha ke jab woh koi baat batate the to main kehta tha ke reference batao, is ka history mein batao, science mein batao, quran mein batao, hadith mein batao.</w:t>
      </w:r>
    </w:p>
    <w:p>
      <w:pPr>
        <w:jc w:val="right"/>
      </w:pPr>
      <w:r>
        <w:t>میرا ہے اختلاف میں سے یہی ہوتا تھا کہ جب وہ کوئی بات بتاتے تھے تو میں کہتا تھا کہ ریفرنس بتاؤ، اس کا ہسٹری میں بتاؤ، سائنس میں بتاؤ، قرآن میں بتاؤ، حدیث میں بتاؤ۔</w:t>
      </w:r>
    </w:p>
    <w:p>
      <w:r>
        <w:rPr>
          <w:b/>
        </w:rPr>
        <w:t xml:space="preserve">[28:40] </w:t>
      </w:r>
      <w:r>
        <w:t>to kisi ke paas koi reference nahi hota tha, aur main hamesha reference se bolta tha. meri kitabein, 200 kitabein meri hain, aap meri kitabein padhein to hamesha main reference le ke bolta hoon.</w:t>
      </w:r>
    </w:p>
    <w:p>
      <w:pPr>
        <w:jc w:val="right"/>
      </w:pPr>
      <w:r>
        <w:t>تو کسی کے پاس کوئی ریفرنس نہیں ہوتا تھا، اور میں ہمیشہ ریفرنس سے بولتا تھا۔ میری کتابیں، 200 کتابیں میری ہیں، آپ میری کتابیں پڑھیں تو ہمیشہ میں ریفرنس لے کے بولتا ہوں۔</w:t>
      </w:r>
    </w:p>
    <w:p>
      <w:r>
        <w:rPr>
          <w:b/>
        </w:rPr>
        <w:t xml:space="preserve">[28:54] </w:t>
      </w:r>
      <w:r>
        <w:t>hawai tor par main kabhi nahi bolta, aur maine jo paye logon ko, woh hawai tor par bolte the. ek daur tha jab Vajpayee ji wazir-e-azam the, aur main tab bilkul naujawan journalist tha, aur dilli mein kaam karta tha.</w:t>
      </w:r>
    </w:p>
    <w:p>
      <w:pPr>
        <w:jc w:val="right"/>
      </w:pPr>
      <w:r>
        <w:t>ہوائی طور پر میں کبھی نہیں بولتا، اور میں نے جو پائے لوگوں کو، وہ ہوائی طور پر بولتے تھے۔ ایک دور تھا جب واجپائی جی وزیراعظم تھے، اور میں تب بالکل نوجوان جرنلسٹ تھا، اور دلی میں کام کرتا تھا۔</w:t>
      </w:r>
    </w:p>
    <w:p>
      <w:r>
        <w:rPr>
          <w:b/>
        </w:rPr>
        <w:t xml:space="preserve">[29:10] </w:t>
      </w:r>
      <w:r>
        <w:t>to aap ne un ke sath mil ke kuch kaam karne ki koshish ki thi. is mein Babri Masjid ka bhi is ka taluq tha.</w:t>
      </w:r>
    </w:p>
    <w:p>
      <w:pPr>
        <w:jc w:val="right"/>
      </w:pPr>
      <w:r>
        <w:t>تو آپ نے ان کے ساتھ مل کے کچھ کام کرنے کی کوشش کی تھی۔ اس میں بابری مسجد کا بھی اس کا تعلق تھا۔</w:t>
      </w:r>
    </w:p>
    <w:p>
      <w:r>
        <w:rPr>
          <w:b/>
        </w:rPr>
        <w:t xml:space="preserve">[29:21] </w:t>
      </w:r>
      <w:r>
        <w:t>zahair hai, do janvari se Babri Masjid ka case dobara sunwai ho rahi hai. to woh kya mauqaf tha ke aap keh rahe the ke is pe agar kiya jaye to yeh behtar baat hogi?</w:t>
      </w:r>
    </w:p>
    <w:p>
      <w:pPr>
        <w:jc w:val="right"/>
      </w:pPr>
      <w:r>
        <w:t>ظاہر ہے، دو جنوری سے بابری مسجد کا کیس دوبارہ سماعت ہو رہی ہے۔ تو وہ کیا موقف تھا کہ آپ کہہ رہے تھے کہ اس پہ اگر کیا جائے تو یہ بہتر بات ہوگی؟</w:t>
      </w:r>
    </w:p>
    <w:p>
      <w:r>
        <w:rPr>
          <w:b/>
        </w:rPr>
        <w:t xml:space="preserve">[29:30] </w:t>
      </w:r>
      <w:r>
        <w:t>kya kya mauqaf? Babri Masjid ke taluq se aap ne kuch baatein kahi thin us zamane mein ke is se masla hal ho sakta hai.</w:t>
      </w:r>
    </w:p>
    <w:p>
      <w:pPr>
        <w:jc w:val="right"/>
      </w:pPr>
      <w:r>
        <w:t>کیا کیا موقف؟ بابری مسجد کے تعلق سے آپ نے کچھ باتیں کہی تھیں اس زمانے میں کہ اس سے مسئلہ حل ہو سکتا ہے۔</w:t>
      </w:r>
    </w:p>
    <w:p>
      <w:r>
        <w:rPr>
          <w:b/>
        </w:rPr>
        <w:t xml:space="preserve">[29:43] </w:t>
      </w:r>
      <w:r>
        <w:t>maine yeh kaha tha ke Islam ki taleem ko apply kiya jaye, wahan Islam ki taleem ko apply kiya jaye.</w:t>
      </w:r>
    </w:p>
    <w:p>
      <w:pPr>
        <w:jc w:val="right"/>
      </w:pPr>
      <w:r>
        <w:t>میں نے یہ کہا تھا کہ اسلام کی تعلیم کو اپلائی کیا جائے، وہاں اسلام کی تعلیم کو اپلائی کیا جائے۔</w:t>
      </w:r>
    </w:p>
    <w:p>
      <w:r>
        <w:rPr>
          <w:b/>
        </w:rPr>
        <w:t xml:space="preserve">[29:55] </w:t>
      </w:r>
      <w:r>
        <w:t>aur mere paas reference tha ke Hazrat Umar, jo second caliph the, woh Palestine gaye the apne zamane mein.</w:t>
      </w:r>
    </w:p>
    <w:p>
      <w:pPr>
        <w:jc w:val="right"/>
      </w:pPr>
      <w:r>
        <w:t>اور میرے پاس ریفرنس تھا کہ حضرت عمر، جو سیکنڈ کالیف تھے، وہ فلسطین گئے تھے اپنے زمانے میں۔</w:t>
      </w:r>
    </w:p>
    <w:p>
      <w:r>
        <w:rPr>
          <w:b/>
        </w:rPr>
        <w:t xml:space="preserve">[30:05] </w:t>
      </w:r>
      <w:r>
        <w:t>to Palestine mein unhone jo wahan ka jo kaleesa tha, church of resistance, us mein namaz padhi thi.</w:t>
      </w:r>
    </w:p>
    <w:p>
      <w:pPr>
        <w:jc w:val="right"/>
      </w:pPr>
      <w:r>
        <w:t>تو فلسطین میں انہوں نے جو وہاں کا جو کلیسہ تھا، چرچ آف ریزسٹنس، اس میں نماز پڑھی تھی۔</w:t>
      </w:r>
    </w:p>
    <w:p>
      <w:r>
        <w:rPr>
          <w:b/>
        </w:rPr>
        <w:t xml:space="preserve">[30:14] </w:t>
      </w:r>
      <w:r>
        <w:t>unhone yeh tareekh mein likha hua hai. to jab waqt aaya, asr ki namaz thi, woh asr ki namaz ka jab waqt aaya to Hazrat Umar ne kaha ke mujhe namaz padhna hai, asr ki namaz padhna hai.</w:t>
      </w:r>
    </w:p>
    <w:p>
      <w:pPr>
        <w:jc w:val="right"/>
      </w:pPr>
      <w:r>
        <w:t>انہوں نے یہ تاریخ میں لکھا ہوا ہے۔ تو جب وقت آیا، عصر کی نماز تھی، وہ عصر کی نماز کا جب وقت آیا تو حضرت عمر نے کہا کہ مجھے نماز پڑھنا ہے، عصر کی نماز پڑھنا ہے۔</w:t>
      </w:r>
    </w:p>
    <w:p>
      <w:r>
        <w:rPr>
          <w:b/>
        </w:rPr>
        <w:t xml:space="preserve">[30:30] </w:t>
      </w:r>
      <w:r>
        <w:t>to jo wahan par jo isqaf tha, jo bara padre, us ne kaha ke yahin padh lijiyey, aap is church ke andar padh lijiyey. church of resistance kehte hain is ko, woh log church of resistance.</w:t>
      </w:r>
    </w:p>
    <w:p>
      <w:pPr>
        <w:jc w:val="right"/>
      </w:pPr>
      <w:r>
        <w:t>تو جو وہاں پر جو اسقف تھا، جو بڑا پادری، اس نے کہا کہ یہیں پڑھ لیجئے، آپ اس چرچ کے اندر پڑھ لیجئے۔ چرچ آف ریزسٹنس کہتے ہیں اس کو، وہ لوگ چرچ آف ریزسٹنس۔</w:t>
      </w:r>
    </w:p>
    <w:p>
      <w:r>
        <w:rPr>
          <w:b/>
        </w:rPr>
        <w:t xml:space="preserve">[30:44] </w:t>
      </w:r>
      <w:r>
        <w:t>unhone kaha ke yahan padh lijiyey. to Hazrat Umar ne ek aisi baat kahi jo bohat hi mani khez thi. unhone kaha ke yeh Christian ki ibadatgah hai, jahan main khada hoon, yeh Christian logon ki ibadatgah hai.</w:t>
      </w:r>
    </w:p>
    <w:p>
      <w:pPr>
        <w:jc w:val="right"/>
      </w:pPr>
      <w:r>
        <w:t>انہوں نے کہا کہ یہاں پڑھ لیجئے۔ تو حضرت عمر نے ایک ایسی بات کہی جو بہت ہی معنی خیز تھی۔ انہوں نے کہا کہ یہ کرسچن کی عبادت گاہ ہے، جہاں میں کھڑا ہوں، یہ کرسچن لوگوں کی عبادت گاہ ہے۔</w:t>
      </w:r>
    </w:p>
    <w:p>
      <w:r>
        <w:rPr>
          <w:b/>
        </w:rPr>
        <w:t xml:space="preserve">[30:59] </w:t>
      </w:r>
      <w:r>
        <w:t>to doosri, main yahan se jis ko kehte hain angrezi mein "stone throw", yani aap zor se phenka patthar jahan ja ke girega, itni door ja ke main namaz padhoon ga,</w:t>
      </w:r>
    </w:p>
    <w:p>
      <w:pPr>
        <w:jc w:val="right"/>
      </w:pPr>
      <w:r>
        <w:t>تو دوسری، میں یہاں سے جس کو کہتے ہیں انگریزی میں "اسٹون تھرو"، یعنی آپ زور سے پھینکا پتھر جہاں جا کے گرے گا، اتنی دور جا کے میں نماز پڑھوں گا،</w:t>
      </w:r>
    </w:p>
    <w:p>
      <w:r>
        <w:rPr>
          <w:b/>
        </w:rPr>
        <w:t xml:space="preserve">[31:15] </w:t>
      </w:r>
      <w:r>
        <w:t>itni door ja ke woh padhoon ga.</w:t>
      </w:r>
    </w:p>
    <w:p>
      <w:pPr>
        <w:jc w:val="right"/>
      </w:pPr>
      <w:r>
        <w:t>اتنی دور جا کے وہ پڑھوں گا۔</w:t>
      </w:r>
    </w:p>
    <w:p>
      <w:r>
        <w:rPr>
          <w:b/>
        </w:rPr>
        <w:t xml:space="preserve">[31:18] </w:t>
      </w:r>
      <w:r>
        <w:t>to unhone is ki wajah batayi ke agar main yahan padh loon to mere baad jo musalman aayenge, woh kahenge "haan, hona salla Allahu alaihi Umar, hamare khalifa ne yahan namaz padhi hai, hamein masjid masjid banayenge".</w:t>
      </w:r>
    </w:p>
    <w:p>
      <w:pPr>
        <w:jc w:val="right"/>
      </w:pPr>
      <w:r>
        <w:t>تو انہوں نے اس کی وجہ بتائی کہ اگر میں یہاں پڑھ لوں تو میرے بعد جو مسلمان آئیں گے، وہ کہیں گے "ہاں، ہونا صلی اللہ علیہ عمر، ہمارے خلیفہ نے یہاں نماز پڑھی ہے، ہمیں مسجد مسجد بنائیں گے"۔</w:t>
      </w:r>
    </w:p>
    <w:p>
      <w:r>
        <w:rPr>
          <w:b/>
        </w:rPr>
        <w:t xml:space="preserve">[31:33] </w:t>
      </w:r>
      <w:r>
        <w:t>to jhagda khara hoga. to chunancha yeh tareekh ki baat hai ke itni door ja ke namaz padhi, aur main khud gaya hoon Palestine mein, yani ek se zyada baar gaya hoon.</w:t>
      </w:r>
    </w:p>
    <w:p>
      <w:pPr>
        <w:jc w:val="right"/>
      </w:pPr>
      <w:r>
        <w:t>تو جھگڑا کھڑا ہوگا۔ تو چنانچہ یہ تاریخ کی بات ہے کہ اتنی دور جا کے نماز پڑھی، اور میں خود گیا ہوں فلسطین میں، یعنی ایک سے زیادہ بار گیا ہوں۔</w:t>
      </w:r>
    </w:p>
    <w:p>
      <w:r>
        <w:rPr>
          <w:b/>
        </w:rPr>
        <w:t xml:space="preserve">[31:46] </w:t>
      </w:r>
      <w:r>
        <w:t>main ne apni aankh se dekha hai ke waqatan aisa hua ke jahan namaz padhi thi, unhone door door ja ke padhi thi, wahan par ek masjid banayi logon ne, is ka naam aaj bhi aaj bhi hai "Masjid Umar".</w:t>
      </w:r>
    </w:p>
    <w:p>
      <w:pPr>
        <w:jc w:val="right"/>
      </w:pPr>
      <w:r>
        <w:t>میں نے اپنی آنکھ سے دیکھا ہے کہ واقعتاً ایسا ہوا کہ جہاں نماز پڑھی تھی، انہوں نے دور دور جا کے پڑھی تھی، وہاں پر ایک مسجد بنائی لوگوں نے، اس کا نام آج بھی آج بھی ہے "مسجد عمر"۔</w:t>
      </w:r>
    </w:p>
    <w:p>
      <w:r>
        <w:rPr>
          <w:b/>
        </w:rPr>
        <w:t xml:space="preserve">[31:59] </w:t>
      </w:r>
      <w:r>
        <w:t>Masjid Umar. to maine kaha tha ke aap dekhiye, masjid jo banayi gayi thi, Babri Masjid, to maine khud apni aankh se dekha hai, wahan gaya hoon main is is zamane mein ke sata hua</w:t>
      </w:r>
    </w:p>
    <w:p>
      <w:pPr>
        <w:jc w:val="right"/>
      </w:pPr>
      <w:r>
        <w:t>مسجد عمر۔ تو میں نے کہا تھا کہ آپ دیکھیے، مسجد جو بنائی گئی تھی، بابری مسجد، تو میں نے خود اپنی آنکھ سے دیکھا ہے، وہاں گیا ہوں میں اس اس زمانے میں کہ سٹا ہوا</w:t>
      </w:r>
    </w:p>
    <w:p>
      <w:r>
        <w:rPr>
          <w:b/>
        </w:rPr>
        <w:t xml:space="preserve">[32:14] </w:t>
      </w:r>
      <w:r>
        <w:t>idhar Hinduon ka mandir, idhar musalmanon ki Babri Masjid, sata hua. in ko maine apni aankhon se dekha hai, wahan namaz padhi hai maine.</w:t>
      </w:r>
    </w:p>
    <w:p>
      <w:pPr>
        <w:jc w:val="right"/>
      </w:pPr>
      <w:r>
        <w:t>ادھر ہندوؤں کا معبد، ادھر مسلمانوں کی بابری مسجد، سٹا ہوا۔ ان کو میں نے اپنی آنکھوں سے دیکھا ہے، وہاں نماز پڑھی ہے میں نے۔</w:t>
      </w:r>
    </w:p>
    <w:p>
      <w:r>
        <w:rPr>
          <w:b/>
        </w:rPr>
        <w:t xml:space="preserve">[32:23] </w:t>
      </w:r>
      <w:r>
        <w:t>to mein kehta tha ke yeh to hazrat umar ke is ke khilaaf hai. jis aadmi ne yahan masjid banai thi, us ko chahiye tha ke hazrat umar ke kehne ke mutabiq "stone throw" ke distance mein namaz parho, bara faasla ho banata masjid.</w:t>
      </w:r>
    </w:p>
    <w:p>
      <w:pPr>
        <w:jc w:val="right"/>
      </w:pPr>
      <w:r>
        <w:t>تو میں کہتا تھا کہ یہ تو حضرت عمر کے اس کے خلاف ہے۔ جس آدمی نے یہاں مسجد بنائی تھی، اس کو چاہیے تھا کہ حضرت عمر کے کہنے کے مطابق "اسٹون تھرو" کے ڈسٹنس میں نماز پڑھو، بڑا فاصلہ ہو بناتا مسجد۔</w:t>
      </w:r>
    </w:p>
    <w:p>
      <w:r>
        <w:rPr>
          <w:b/>
        </w:rPr>
        <w:t xml:space="preserve">[32:39] </w:t>
      </w:r>
      <w:r>
        <w:t>yahi kaha tha mein ne. yeh aik kitaabon mein hai, aur jo chahe aaj bhi dekh sakta hai, woh to mein ne kaha tha ke is ko maan lijiye, hazrat umar ke qaul ko, sari baat khatam ho jaye gi.</w:t>
      </w:r>
    </w:p>
    <w:p>
      <w:pPr>
        <w:jc w:val="right"/>
      </w:pPr>
      <w:r>
        <w:t>یہی کہا تھا میں نے۔ یہ ایک کتابوں میں ہے، اور جو چاہے آج بھی دیکھ سکتا ہے، وہ تو میں نے کہا تھا کہ اس کو مان لیجئے، حضرت عمر کے قول کو، ساری بات ختم ہو جائے گی۔</w:t>
      </w:r>
    </w:p>
    <w:p>
      <w:r>
        <w:rPr>
          <w:b/>
        </w:rPr>
        <w:t xml:space="preserve">[32:52] </w:t>
      </w:r>
      <w:r>
        <w:t>lekin is pe jo muslim tabqa hai, aur jo aap jin ko shayad rehnuma na manen, lekin jo muslim rehnuma hain, ya muslim tanzeemon ki qiyadat karte hain, woh log, matlab un ki, aap ya yun kahiye ke aap ke jo mukhalifeen hain, woh is ki taraf se aawazein uthne lagen ke aap to hukoomat ke agent hain, aur shayad kisi mansab ke chahte hain.</w:t>
      </w:r>
    </w:p>
    <w:p>
      <w:pPr>
        <w:jc w:val="right"/>
      </w:pPr>
      <w:r>
        <w:t>لیکن اس پہ جو مسلم طبقہ ہے، اور جو آپ جن کو شاید رہنما نہ مانیں، لیکن جو مسلم رہنما ہیں، یا مسلم تنظیموں کی قیادت کرتے ہیں، وہ لوگ، مطلب ان کی، آپ یا یوں کہیے کہ آپ کے جو مخالفین ہیں، وہ اس کی طرف سے آوازیں اٹھنے لگیں کہ آپ تو حکومت کے ایجنٹ ہیں، اور شاید کسی منصب کے چاہتے ہیں۔</w:t>
      </w:r>
    </w:p>
    <w:p>
      <w:r>
        <w:rPr>
          <w:b/>
        </w:rPr>
        <w:t xml:space="preserve">[33:17] </w:t>
      </w:r>
      <w:r>
        <w:t>is tarah ke bohat se is zamane mein ilzaam lagay.</w:t>
      </w:r>
    </w:p>
    <w:p>
      <w:pPr>
        <w:jc w:val="right"/>
      </w:pPr>
      <w:r>
        <w:t>اس طرح کے بہت سے اس زمانے میں الزام لگے۔</w:t>
      </w:r>
    </w:p>
    <w:p>
      <w:r>
        <w:rPr>
          <w:b/>
        </w:rPr>
        <w:t xml:space="preserve">[33:20] </w:t>
      </w:r>
      <w:r>
        <w:t>to kabhi aap ko is se kuft nahi hui, ya kabhi koi guft o shuneed nahi hui? dono firqon, dono fareeqain ke darmiyan aisa kuch waqt nahi aaya?</w:t>
      </w:r>
    </w:p>
    <w:p>
      <w:pPr>
        <w:jc w:val="right"/>
      </w:pPr>
      <w:r>
        <w:t>تو کبھی آپ کو اس سے کوفت نہیں ہوئی، یا کبھی کوئی گفت و شنید نہیں ہوئی؟ دونوں فرقوں، دونوں فریقین کے درمیان ایسا کچھ وقت نہیں آیا؟</w:t>
      </w:r>
    </w:p>
    <w:p>
      <w:r>
        <w:rPr>
          <w:b/>
        </w:rPr>
        <w:t xml:space="preserve">[33:29] </w:t>
      </w:r>
      <w:r>
        <w:t>dekhiye, mein hamesha kehta tha ke islam mein allegation haram hai. aib lagana, jhoot nahi, aib lagana haram.</w:t>
      </w:r>
    </w:p>
    <w:p>
      <w:pPr>
        <w:jc w:val="right"/>
      </w:pPr>
      <w:r>
        <w:t>دیکھیے، میں ہمیشہ کہتا تھا کہ اسلام میں ایلیگیشن حرام ہے۔ عیب لگانا، جھوٹ نہیں، عیب لگانا حرام۔</w:t>
      </w:r>
    </w:p>
    <w:p>
      <w:r>
        <w:rPr>
          <w:b/>
        </w:rPr>
        <w:t xml:space="preserve">[33:38] </w:t>
      </w:r>
      <w:r>
        <w:t>allegations ko kehte hain. yeh to allegation hai.</w:t>
      </w:r>
    </w:p>
    <w:p>
      <w:pPr>
        <w:jc w:val="right"/>
      </w:pPr>
      <w:r>
        <w:t>ایلیگیشنز کو کہتے ہیں۔ یہ تو ایلیگیشن ہے۔</w:t>
      </w:r>
    </w:p>
    <w:p>
      <w:r>
        <w:rPr>
          <w:b/>
        </w:rPr>
        <w:t xml:space="preserve">[33:43] </w:t>
      </w:r>
      <w:r>
        <w:t>mein jo baat kar raha hoon, aik waqea hai, aur mein kehta tha ke hazrat umar ke qaul ke mutabiq aap ko masjid ko relacolate karna chahiye, wahan banana chahiye, banana chahiye jahan ke "stone throw" resistance par ja kar ke.</w:t>
      </w:r>
    </w:p>
    <w:p>
      <w:pPr>
        <w:jc w:val="right"/>
      </w:pPr>
      <w:r>
        <w:t>میں جو بات کر رہا ہوں، ایک واقعہ ہے، اور میں کہتا تھا کہ حضرت عمر کے قول کے مطابق آپ کو مسجد کو ریلیکول کرنا چاہیے، وہاں بنانا چاہیے، بنانا چاہیے جہاں کہ "اسٹون تھرو" ریزسٹنس پر جا کر کے۔</w:t>
      </w:r>
    </w:p>
    <w:p>
      <w:r>
        <w:rPr>
          <w:b/>
        </w:rPr>
        <w:t xml:space="preserve">[33:57] </w:t>
      </w:r>
      <w:r>
        <w:t>yeh to kehta tha ke to kitaabon mein dekho, allegation kyun lagate ho?</w:t>
      </w:r>
    </w:p>
    <w:p>
      <w:pPr>
        <w:jc w:val="right"/>
      </w:pPr>
      <w:r>
        <w:t>یہ تو کہتا تھا کہ تو کتابوں میں دیکھو، ایلیگیشن کیوں لگاتے ہو؟</w:t>
      </w:r>
    </w:p>
    <w:p>
      <w:r>
        <w:rPr>
          <w:b/>
        </w:rPr>
        <w:t xml:space="preserve">[34:03] </w:t>
      </w:r>
      <w:r>
        <w:t>aur mein ne yeh bhi kaha ke ke rasool allah ke zamane mein makka madine mein bohat si masjidain banai gayi theen.</w:t>
      </w:r>
    </w:p>
    <w:p>
      <w:pPr>
        <w:jc w:val="right"/>
      </w:pPr>
      <w:r>
        <w:t>اور میں نے یہ بھی کہا کہ کہ رسول اللہ کے زمانے میں مکہ مدینے میں بہت سی مسجدیں بنائی گئی تھیں۔</w:t>
      </w:r>
    </w:p>
    <w:p>
      <w:r>
        <w:rPr>
          <w:b/>
        </w:rPr>
        <w:t xml:space="preserve">[34:15] </w:t>
      </w:r>
      <w:r>
        <w:t>phir jab arab mein tel aaya to city planning hui, makka ki bhi, madine ki</w:t>
      </w:r>
    </w:p>
    <w:p>
      <w:pPr>
        <w:jc w:val="right"/>
      </w:pPr>
      <w:r>
        <w:t>پھر جب عرب میں تیل آیا تو سٹی پلاننگ ہوئی، مکہ کی بھی، مدینے کی</w:t>
      </w:r>
    </w:p>
    <w:p>
      <w:r>
        <w:rPr>
          <w:b/>
        </w:rPr>
        <w:t xml:space="preserve">[34:23] </w:t>
      </w:r>
      <w:r>
        <w:t>bhi. to city planning jab hui to makka madine mein kai jagah aisa tha ke wahan chahte the ke hospital ho, ya wahan tak school ho.</w:t>
      </w:r>
    </w:p>
    <w:p>
      <w:pPr>
        <w:jc w:val="right"/>
      </w:pPr>
      <w:r>
        <w:t>بھی۔ تو سٹی پلاننگ جب ہوئی تو مکہ مدینے میں کئی جگہ ایسا تھا کہ وہاں چاہتے تھے کہ ہاسپٹل ہو، یا وہاں تک اسکول ہو۔</w:t>
      </w:r>
    </w:p>
    <w:p>
      <w:r>
        <w:rPr>
          <w:b/>
        </w:rPr>
        <w:t xml:space="preserve">[34:32] </w:t>
      </w:r>
      <w:r>
        <w:t>to is masjidon ko relacolate kiya gaya. aisi masjidain aik do nahi hain. kitaab chhapi hai, moti si, makka madine ki masjidon par.</w:t>
      </w:r>
    </w:p>
    <w:p>
      <w:pPr>
        <w:jc w:val="right"/>
      </w:pPr>
      <w:r>
        <w:t>تو اس مسجدوں کو ریلیکوڈ کیا گیا۔ ایسی مسجدیں ایک دو نہیں ہیں۔ کتاب چھپی ہے، موٹی سی، مکہ مدینے کی مسجدوں پر۔</w:t>
      </w:r>
    </w:p>
    <w:p>
      <w:r>
        <w:rPr>
          <w:b/>
        </w:rPr>
        <w:t xml:space="preserve">[34:44] </w:t>
      </w:r>
      <w:r>
        <w:t>to masjidon ko relacolate kiya gaya. misaal ke tor par dekhiye, haram ke bilkul paas aik masjid thi, us ka naam tha masjid bilal.</w:t>
      </w:r>
    </w:p>
    <w:p>
      <w:pPr>
        <w:jc w:val="right"/>
      </w:pPr>
      <w:r>
        <w:t>تو مسجدوں کو ریلیکوڈ کیا گیا۔ مثال کے طور پر دیکھیے، حرم کے بالکل پاس ایک مسجد تھی، اس کا نام تھا مسجد بلال۔</w:t>
      </w:r>
    </w:p>
    <w:p>
      <w:r>
        <w:rPr>
          <w:b/>
        </w:rPr>
        <w:t xml:space="preserve">[34:54] </w:t>
      </w:r>
      <w:r>
        <w:t>masjid mere zamane mein thi. woh to city planning mein woh aa gayi, to us ko relacolate kiya gaya, yani doosri jagah banaya gaya, naam rakh diya masjid bilal.</w:t>
      </w:r>
    </w:p>
    <w:p>
      <w:pPr>
        <w:jc w:val="right"/>
      </w:pPr>
      <w:r>
        <w:t>مسجد میرے زمانے میں تھی۔ وہ تو سٹی پلاننگ میں وہ آ گئی، تو اس کو ریلیکوڈ کیا گیا، یعنی دوسری جگہ بنایا گیا، نام رکھ دیا مسجد بلال۔</w:t>
      </w:r>
    </w:p>
    <w:p>
      <w:r>
        <w:rPr>
          <w:b/>
        </w:rPr>
        <w:t xml:space="preserve">[35:07] </w:t>
      </w:r>
      <w:r>
        <w:t>to mein kehta tha ke yahan bhi karo, jab haram mein masjidain relacolate ki ja sakti hain, to yahan kyun nahi ki ja sakti? to yeh sab baatein kehta tha mein daleel par, aur woh allegation lagate hue mere upar allegation</w:t>
      </w:r>
    </w:p>
    <w:p>
      <w:pPr>
        <w:jc w:val="right"/>
      </w:pPr>
      <w:r>
        <w:t>تو میں کہتا تھا کہ یہاں بھی کرو، جب حرم میں مسجدیں ریلیکوڈ کی جا سکتی ہیں، تو یہاں کیوں نہیں کی جا سکتی؟ تو یہ سب باتیں کہتا تھا میں دلیل پر، اور وہ ایلیگیشن لگاتے ہوئے میرے اوپر ایلیگیشن</w:t>
      </w:r>
    </w:p>
    <w:p>
      <w:r>
        <w:rPr>
          <w:b/>
        </w:rPr>
        <w:t xml:space="preserve">[35:22] </w:t>
      </w:r>
      <w:r>
        <w:t>۔ to maulana, us waqt aik bar phir se yeh masla aap jante hain ke zarea' ablagh mein bhi bohat zor o shor se hai, muqadma supreme court mein hai, aur dono fareeqain, yani hinduo ka to yeh kehna hai ke bhai hum muqadma tasleem hi nahi karenge, musalman yeh kehte hain ke jo adalat kahe gi, hum maan l</w:t>
      </w:r>
    </w:p>
    <w:p>
      <w:pPr>
        <w:jc w:val="right"/>
      </w:pPr>
      <w:r>
        <w:t>۔ تو مولانا، اس وقت ایک بار پھر سے یہ مسئلہ آپ جانتے ہیں کہ ذرائع ابلاغ میں بھی بہت زور و شور سے ہے، مقدمہ سپریم کورٹ میں ہے، اور دونوں فریقین، یعنی ہندوؤں کا تو یہ کہنا ہے کہ بھئی ہم مقدمہ تسلیم ہی نہیں کریں گے، مسلمان یہ کہتے ہیں کہ جو عدالت کہے گی، ہم مان ل</w:t>
      </w:r>
    </w:p>
    <w:p>
      <w:r>
        <w:rPr>
          <w:b/>
        </w:rPr>
        <w:t xml:space="preserve">[35:43] </w:t>
      </w:r>
      <w:r>
        <w:t>ein ge. aik bar phir se, matlab zahir hai, election aane wala hai, yeh bhi aik is ki wajah hogi ke yeh aik bar phir se poori tareeqay se chhaya hua hai, aur is pe guftagu baatein ho rahi hain.</w:t>
      </w:r>
    </w:p>
    <w:p>
      <w:pPr>
        <w:jc w:val="right"/>
      </w:pPr>
      <w:r>
        <w:t>یں گے۔ ایک بار پھر سے، مطلب ظاہر ہے، الیکشن آنے والا ہے، یہ بھی ایک اس کی وجہ ہوگی کہ یہ ایک بار پھر سے پوری طریقے سے چھایا ہوا ہے، اور اس پہ گفتگو باتیں ہو رہی ہیں۔</w:t>
      </w:r>
    </w:p>
    <w:p>
      <w:r>
        <w:rPr>
          <w:b/>
        </w:rPr>
        <w:t xml:space="preserve">[35:56] </w:t>
      </w:r>
      <w:r>
        <w:t>aakhir kya kiya jaye is ka? aap ka kya mashwara hoga? dekhiye, mein yeh kahoon ga ke is tarah ke jo mazhabi controversy hoti hai, mazhabi mazhabi controversy ko aap kabhi bhi adalat mein tay nahi kar sakte.</w:t>
      </w:r>
    </w:p>
    <w:p>
      <w:pPr>
        <w:jc w:val="right"/>
      </w:pPr>
      <w:r>
        <w:t>آخر کیا کیا جائے اس کا؟ آپ کا کیا مشورہ ہوگا؟ دیکھیے، میں یہ کہوں گا کہ اس طرح کے جو مذہبی کنٹروورسی ہوتی ہے، مذہبی مذہبی کنٹروورسی کو آپ کبھی بھی عدالت میں طے نہیں کر سکتے۔</w:t>
      </w:r>
    </w:p>
    <w:p>
      <w:r>
        <w:rPr>
          <w:b/>
        </w:rPr>
        <w:t xml:space="preserve">[36:11] </w:t>
      </w:r>
      <w:r>
        <w:t>impossible hai,</w:t>
      </w:r>
    </w:p>
    <w:p>
      <w:pPr>
        <w:jc w:val="right"/>
      </w:pPr>
      <w:r>
        <w:t>امپاسیبل ہے،</w:t>
      </w:r>
    </w:p>
    <w:p>
      <w:r>
        <w:rPr>
          <w:b/>
        </w:rPr>
        <w:t xml:space="preserve">[36:13] </w:t>
      </w:r>
      <w:r>
        <w:t>chahe so saal tak muqadme chalate rahen. aap mazhabi controversy jo hoti hai, woh mutual settlement se hoti hai.</w:t>
      </w:r>
    </w:p>
    <w:p>
      <w:pPr>
        <w:jc w:val="right"/>
      </w:pPr>
      <w:r>
        <w:t>چاہے سو سال تک مقدمے چلاتے رہیں۔ آپ مذہبی کنٹروورسی جو ہوتی ہے، وہ میوچول سیٹلمنٹ سے ہوتی ہے۔</w:t>
      </w:r>
    </w:p>
    <w:p>
      <w:r>
        <w:rPr>
          <w:b/>
        </w:rPr>
        <w:t xml:space="preserve">[36:25] </w:t>
      </w:r>
      <w:r>
        <w:t>ya to aap kitaab mein dekhen, history mein dekhen, ya aapas ki baat cheet se tay karen, ya jo court mein jo chal raha hai, kis to court se kabhi tay nahi hua.</w:t>
      </w:r>
    </w:p>
    <w:p>
      <w:pPr>
        <w:jc w:val="right"/>
      </w:pPr>
      <w:r>
        <w:t>یا تو آپ کتاب میں دیکھیں، ہسٹری میں دیکھیں، یا آپس کی بات چیت سے طے کریں، یا جو کورٹ میں جو چل رہا ہے، کس تو کورٹ سے کبھی طے نہیں ہوا۔</w:t>
      </w:r>
    </w:p>
    <w:p>
      <w:r>
        <w:rPr>
          <w:b/>
        </w:rPr>
        <w:t xml:space="preserve">[36:38] </w:t>
      </w:r>
      <w:r>
        <w:t>mera mera manna yeh hai.</w:t>
      </w:r>
    </w:p>
    <w:p>
      <w:pPr>
        <w:jc w:val="right"/>
      </w:pPr>
      <w:r>
        <w:t>میرا میرا ماننا یہ ہے۔</w:t>
      </w:r>
    </w:p>
    <w:p>
      <w:r>
        <w:rPr>
          <w:b/>
        </w:rPr>
        <w:t xml:space="preserve">[36:41] </w:t>
      </w:r>
      <w:r>
        <w:t>to jo aur dekhiye, aik aik martaba aise hi dilli mein aik jalsa hua tha, meeting hindu musalmano ka, us mein yahi baat kahi thi mein ne ke yeh masjid masla court se nahi tay hoga,</w:t>
      </w:r>
    </w:p>
    <w:p>
      <w:pPr>
        <w:jc w:val="right"/>
      </w:pPr>
      <w:r>
        <w:t>تو جو اور دیکھیے، ایک ایک مرتبہ ایسے ہی دلی میں ایک جلسہ ہوا تھا، میٹنگ ہندو مسلمانوں کا، اس میں یہی بات کہی تھی میں نے کہ یہ مسجد مسئلہ کورٹ سے نہیں طے ہوگا،</w:t>
      </w:r>
    </w:p>
    <w:p>
      <w:r>
        <w:rPr>
          <w:b/>
        </w:rPr>
        <w:t xml:space="preserve">[36:56] </w:t>
      </w:r>
      <w:r>
        <w:t>history se tay kariye. aap log history ko parhiye,</w:t>
      </w:r>
    </w:p>
    <w:p>
      <w:pPr>
        <w:jc w:val="right"/>
      </w:pPr>
      <w:r>
        <w:t>ہسٹری سے طے کریے۔ آپ لوگ ہسٹری کو پڑھیے،</w:t>
      </w:r>
    </w:p>
    <w:p>
      <w:r>
        <w:rPr>
          <w:b/>
        </w:rPr>
        <w:t xml:space="preserve">[37:00] </w:t>
      </w:r>
      <w:r>
        <w:t>idea ki history ko parhiye, babri masjid ki history ko parhiye, aur ek board banaiye, historian ka board. aur historian ka board jo kahe ke history se yeh prove hota hai, woh maan lijie.</w:t>
      </w:r>
    </w:p>
    <w:p>
      <w:pPr>
        <w:jc w:val="right"/>
      </w:pPr>
      <w:r>
        <w:t>ایدیا کی ہسٹری کو پڑھیے، بابری مسجد کی ہسٹری کو پڑھیے، اور ایک بورڈ بنائیے، ہسٹورین کا بورڈ۔ اور ہسٹورین کا بورڈ جو کہے کہ ہسٹری سے یہ پروف ہوتا ہے، وہ مان لیجئے۔</w:t>
      </w:r>
    </w:p>
    <w:p>
      <w:r>
        <w:rPr>
          <w:b/>
        </w:rPr>
        <w:t xml:space="preserve">[37:14] </w:t>
      </w:r>
      <w:r>
        <w:t>aap ki to to hindu logon ne maan liya tha isi deli ke andar. achha,</w:t>
      </w:r>
    </w:p>
    <w:p>
      <w:pPr>
        <w:jc w:val="right"/>
      </w:pPr>
      <w:r>
        <w:t>آپ کی تو تو ہندو لوگوں نے مان لیا تھا اسی دلی کے اندر۔ اچھا،</w:t>
      </w:r>
    </w:p>
    <w:p>
      <w:r>
        <w:rPr>
          <w:b/>
        </w:rPr>
        <w:t xml:space="preserve">[37:20] </w:t>
      </w:r>
      <w:r>
        <w:t>lekin musalmanon ne ek sahib jin ka ab intaqal ho chuka hai, main naam lene laga hoon un ka, us waqt degree kar rahe the, woh babri masjid action committee banai thi.</w:t>
      </w:r>
    </w:p>
    <w:p>
      <w:pPr>
        <w:jc w:val="right"/>
      </w:pPr>
      <w:r>
        <w:t>لیکن مسلمانوں نے ایک صاحب جن کا اب انتقال ہو چکا ہے، میں نام لینے لگا ہوں ان کا، اس وقت ڈیگری کر رہے تھے، وہ بابری مسجد ایکشن کمیٹی بنائی تھی۔</w:t>
      </w:r>
    </w:p>
    <w:p>
      <w:r>
        <w:rPr>
          <w:b/>
        </w:rPr>
        <w:t xml:space="preserve">[37:30] </w:t>
      </w:r>
      <w:r>
        <w:t>unhon ne unhon ne bada shor kar diya ke nahi, nahi, nahi, nahi, hindu maan chuke the. yeh maine likha hai, is ki detail chhupa hua, aap dekh sakte hain is ko.</w:t>
      </w:r>
    </w:p>
    <w:p>
      <w:pPr>
        <w:jc w:val="right"/>
      </w:pPr>
      <w:r>
        <w:t>انہوں نے انہوں نے بڑا شور کر دیا کہ نہیں، نہیں، نہیں، نہیں، ہندو مان چکے تھے۔ یہ میں نے لکھا ہے، اس کی ڈیٹیل چھپا ہوا، آپ دیکھ سکتے ہیں اس کو۔</w:t>
      </w:r>
    </w:p>
    <w:p>
      <w:r>
        <w:rPr>
          <w:b/>
        </w:rPr>
        <w:t xml:space="preserve">[37:41] </w:t>
      </w:r>
      <w:r>
        <w:t>jo aap ke jo aap ke nazariyat se mutafiq nahi the, un ka yeh kehna hai ke maulana wahiduddin khan اکثریت, jo majority mein log hain, un ke mauqaf ki taeed kar rahe the, jab ke jamhoori qadrein jo hain, is baat ki zamanat deti hain ke jo aqalliyati tabqe ke log hain, un ke mazhabi aur un ke jo spiritual rights hain, un ka tahaffuz milay.</w:t>
      </w:r>
    </w:p>
    <w:p>
      <w:pPr>
        <w:jc w:val="right"/>
      </w:pPr>
      <w:r>
        <w:t>جو آپ کے جو آپ کے نظریات سے متفق نہیں تھے، ان کا یہ کہنا ہے کہ مولانا وحید الدین خان اکثریت، جو میجورٹی میں لوگ ہیں، ان کے موقف کی تائید کر رہے تھے، جبکہ جمہوری قدریں جو ہیں، اس بات کی ضمانت دیتی ہیں کہ جو اقلیتی طبقے کے لوگ ہیں، ان کے مذہبی اور ان کے جو سپریچول رائٹس ہیں، ان کا تحفظ ملے۔</w:t>
      </w:r>
    </w:p>
    <w:p>
      <w:r>
        <w:rPr>
          <w:b/>
        </w:rPr>
        <w:t xml:space="preserve">[38:10] </w:t>
      </w:r>
      <w:r>
        <w:t>dekhein, yeh ilzaam ki baat hai, kabhi kisi ne survey nahi karaya ke mumkin ke majority mere saath nahi hai. main jahan jata tha, bheed aktha hoti thi meri baat sunne ke liye.</w:t>
      </w:r>
    </w:p>
    <w:p>
      <w:pPr>
        <w:jc w:val="right"/>
      </w:pPr>
      <w:r>
        <w:t>دیکھیں، یہ الزام کی بات ہے، کبھی کسی نے سروے نہیں کرایا کہ ممکن کہ میجورٹی میرے ساتھ نہیں ہے۔ میں جہاں جاتا تھا، بھیڑ اکٹھا ہوتی تھی میری بات سننے کے لیے۔</w:t>
      </w:r>
    </w:p>
    <w:p>
      <w:r>
        <w:rPr>
          <w:b/>
        </w:rPr>
        <w:t xml:space="preserve">[38:23] </w:t>
      </w:r>
      <w:r>
        <w:t>isi deli mein, hyderabad mein, kanpur mein, lucknow mein, har jagah, har jagah.</w:t>
      </w:r>
    </w:p>
    <w:p>
      <w:pPr>
        <w:jc w:val="right"/>
      </w:pPr>
      <w:r>
        <w:t>اسی دلی میں، حیدرآباد میں، کانپور میں، لکھنو میں، ہر جگہ، ہر جگہ۔</w:t>
      </w:r>
    </w:p>
    <w:p>
      <w:r>
        <w:rPr>
          <w:b/>
        </w:rPr>
        <w:t xml:space="preserve">[38:29] </w:t>
      </w:r>
      <w:r>
        <w:t>to yeh yeh jo to ilzaam ki baat hai, kisi ne survey karaya ho</w:t>
      </w:r>
    </w:p>
    <w:p>
      <w:pPr>
        <w:jc w:val="right"/>
      </w:pPr>
      <w:r>
        <w:t>تو یہ یہ جو تو الزام کی بات ہے، کسی نے سروے کرایا ہو</w:t>
      </w:r>
    </w:p>
    <w:p>
      <w:r>
        <w:rPr>
          <w:b/>
        </w:rPr>
        <w:t xml:space="preserve">[38:37] </w:t>
      </w:r>
      <w:r>
        <w:t>to mano, kise mano? yeh to ilzaam hai, allegation hai. agar aap se kaha jaye, aur aap hakim hon, aur aap se kaha jaye ke faisla kar dijiye,</w:t>
      </w:r>
    </w:p>
    <w:p>
      <w:pPr>
        <w:jc w:val="right"/>
      </w:pPr>
      <w:r>
        <w:t>تو مانو، کسے مانو؟ یہ تو الزام ہے، ایلیگیشن ہے۔ اگر آپ سے کہا جائے، اور آپ حاکم ہوں، اور آپ سے کہا جائے کہ فیصلہ کر دیجئے،</w:t>
      </w:r>
    </w:p>
    <w:p>
      <w:r>
        <w:rPr>
          <w:b/>
        </w:rPr>
        <w:t xml:space="preserve">[38:51] </w:t>
      </w:r>
      <w:r>
        <w:t>aur sab log tasleem kar lenge, to aap kya faisla karenge is pe?</w:t>
      </w:r>
    </w:p>
    <w:p>
      <w:pPr>
        <w:jc w:val="right"/>
      </w:pPr>
      <w:r>
        <w:t>اور سب لوگ تسلیم کر لیں گے، تو آپ کیا فیصلہ کریں گے اس پہ؟</w:t>
      </w:r>
    </w:p>
    <w:p>
      <w:r>
        <w:rPr>
          <w:b/>
        </w:rPr>
        <w:t xml:space="preserve">[38:55] </w:t>
      </w:r>
      <w:r>
        <w:t>wohi aaj bhi kahunga main ke hazrat umar ke uswa ko mante hue aap is par raazi ho jaiye ke babri masjid ko relocated kiya gaya.</w:t>
      </w:r>
    </w:p>
    <w:p>
      <w:pPr>
        <w:jc w:val="right"/>
      </w:pPr>
      <w:r>
        <w:t>وہی آج بھی کہوں گا میں کہ حضرت عمر کے اسوہ کو مانتے ہوئے آپ اس پر راضی ہو جائیے کہ بابری مسجد کو ریلیکوڈ کیا گیا۔</w:t>
      </w:r>
    </w:p>
    <w:p>
      <w:r>
        <w:rPr>
          <w:b/>
        </w:rPr>
        <w:t xml:space="preserve">[39:11] </w:t>
      </w:r>
      <w:r>
        <w:t>ab to wajood hi is ka nahi hai. main dekha hai, pehle bhi dekha hai, ab bhi dekha hai ke babri masjid ke relocation par musalman raazi ho jayen, jaisa ke hazrat umar ke uswa se sabit hota hai.</w:t>
      </w:r>
    </w:p>
    <w:p>
      <w:pPr>
        <w:jc w:val="right"/>
      </w:pPr>
      <w:r>
        <w:t>اب تو وجود ہی اس کا نہیں ہے۔ میں دیکھا ہے، پہلے بھی دیکھا ہے، اب بھی دیکھا ہے کہ بابری مسجد کے ریلوکیشن پر مسلمان راضی ہو جائیں، جیسا کہ حضرت عمر کے اسوہ سے ثابت ہوتا ہے۔</w:t>
      </w:r>
    </w:p>
    <w:p>
      <w:r>
        <w:rPr>
          <w:b/>
        </w:rPr>
        <w:t xml:space="preserve">[39:25] </w:t>
      </w:r>
      <w:r>
        <w:t>to is se insaaf ka ek taqaza kiya mukammal ho jayega? kyunke jo log yeh keh rahe hain ke ek itni din dihaade masjid gira di gayi, un ke bhi to apne zahir hai emotions ya aqaaid ya ek fikr hai jo rakhte hain.</w:t>
      </w:r>
    </w:p>
    <w:p>
      <w:pPr>
        <w:jc w:val="right"/>
      </w:pPr>
      <w:r>
        <w:t>تو اس سے انصاف کا ایک تقاضا کیا مکمل ہو جائے گا؟ کیونکہ جو لوگ یہ کہہ رہے ہیں کہ ایک اتنی دن دہاڑے مسجد گرا دی گئی، ان کے بھی تو اپنے ظاہر ہے ایموشنز یا عقائد یا ایک فکر ہے جو رکھتے ہیں۔</w:t>
      </w:r>
    </w:p>
    <w:p>
      <w:r>
        <w:rPr>
          <w:b/>
        </w:rPr>
        <w:t xml:space="preserve">[39:41] </w:t>
      </w:r>
      <w:r>
        <w:t>kyunke log kehte hain ke is se insaaf ka taqaza to shayad poora na ho. emotions ka taqaza kahiye, insaaf ka kyun kehte hain? insaaf kabhi bhi emotion par mabni nahi hota,</w:t>
      </w:r>
    </w:p>
    <w:p>
      <w:pPr>
        <w:jc w:val="right"/>
      </w:pPr>
      <w:r>
        <w:t>کیونکہ لوگ کہتے ہیں کہ اس سے انصاف کا تقاضا تو شاید پورا نہ ہو۔ ایموشنز کا تقاضا کہیے، انصاف کا کیوں کہتے ہیں؟ انصاف کبھی بھی ایموشن پر مبنی نہیں ہوتا،</w:t>
      </w:r>
    </w:p>
    <w:p>
      <w:r>
        <w:rPr>
          <w:b/>
        </w:rPr>
        <w:t xml:space="preserve">[39:55] </w:t>
      </w:r>
      <w:r>
        <w:t>usool par hota hai. to is ko aap emotion ka taqaza kahiye. to emotion ka taqaza agar aap, yani meri baat jo hai, emotion par mabni nahi hai, woh reality par mabni hai.</w:t>
      </w:r>
    </w:p>
    <w:p>
      <w:pPr>
        <w:jc w:val="right"/>
      </w:pPr>
      <w:r>
        <w:t>اصول پر ہوتا ہے۔ تو اس کو آپ ایموشن کا تقاضا کہیے۔ تو ایموشن کا تقاضا اگر آپ، یعنی میری بات جو ہے، ایموشن پر مبنی نہیں ہے، وہ ریلیٹی پر مبنی ہے۔</w:t>
      </w:r>
    </w:p>
    <w:p>
      <w:r>
        <w:rPr>
          <w:b/>
        </w:rPr>
        <w:t xml:space="preserve">[40:11] </w:t>
      </w:r>
      <w:r>
        <w:t>reality kya hai? ke theek isi qism ka waqea hua tha falasteen mein, aur hazrat umar ne ek uswa ek establish kiya tha wahan par ke "stone throw" ke distance par banao masjid,</w:t>
      </w:r>
    </w:p>
    <w:p>
      <w:pPr>
        <w:jc w:val="right"/>
      </w:pPr>
      <w:r>
        <w:t>ریلیٹی کیا ہے؟ کہ ٹھیک اسی قسم کا واقعہ ہوا تھا فلسطین میں، اور حضرت عمر نے ایک اسوہ ایک اسٹیبلش کیا تھا وہاں پر کہ "اسٹون تھرو" کے ڈسٹنس پر بناؤ مسجد،</w:t>
      </w:r>
    </w:p>
    <w:p>
      <w:r>
        <w:rPr>
          <w:b/>
        </w:rPr>
        <w:t xml:space="preserve">[40:27] </w:t>
      </w:r>
      <w:r>
        <w:t>aur aaj bhi woh suwa maujood hai, woh masjid umar, aap ja ke dekh sakte hain. to main kehta hoon isi ko ikhtiyar karo, woh is se bada kaun hai?</w:t>
      </w:r>
    </w:p>
    <w:p>
      <w:pPr>
        <w:jc w:val="right"/>
      </w:pPr>
      <w:r>
        <w:t>اور آج بھی وہ سوپ موجود ہے، وہ مسجد عمر، آپ جا کے دیکھ سکتے ہیں۔ تو میں کہتا ہوں اسی کو اختیار کرو، وہ اس سے بڑا کون ہے؟</w:t>
      </w:r>
    </w:p>
    <w:p>
      <w:r>
        <w:rPr>
          <w:b/>
        </w:rPr>
        <w:t xml:space="preserve">[40:36] </w:t>
      </w:r>
      <w:r>
        <w:t>hazrat umar se bada kaun hai islam mein? to unhi ka tareeqa ikhtiyar karo. aur doosri baat yeh hai ke makkah madinah mein hazaron ki tadad mein masjidें relocated ki gayi hain, un mein se ek maine misaal di aap ko, masjid bilal.</w:t>
      </w:r>
    </w:p>
    <w:p>
      <w:pPr>
        <w:jc w:val="right"/>
      </w:pPr>
      <w:r>
        <w:t>حضرت عمر سے بڑا کون ہے اسلام میں؟ تو انہی کا طریقہ اختیار کرو۔ اور دوسری بات یہ ہے کہ مکہ مدینہ میں ہزاروں کی تعداد میں مسجدیں ریلیکٹ کی گئی ہیں، ان میں سے ایک میں نے مثال دی آپ کو، مسجد بلال۔</w:t>
      </w:r>
    </w:p>
    <w:p>
      <w:r>
        <w:rPr>
          <w:b/>
        </w:rPr>
        <w:t xml:space="preserve">[40:52] </w:t>
      </w:r>
      <w:r>
        <w:t>to makkah madinah ki misaal ko mano, hazrat umar ki misaal ko mano.</w:t>
      </w:r>
    </w:p>
    <w:p>
      <w:pPr>
        <w:jc w:val="right"/>
      </w:pPr>
      <w:r>
        <w:t>تو مکہ مدینہ کی مثال کو مانو، حضرت عمر کی مثال کو مانو۔</w:t>
      </w:r>
    </w:p>
    <w:p>
      <w:r>
        <w:rPr>
          <w:b/>
        </w:rPr>
        <w:t xml:space="preserve">[40:57] </w:t>
      </w:r>
      <w:r>
        <w:t>that is insaaf, baqi to emotion hai.</w:t>
      </w:r>
    </w:p>
    <w:p>
      <w:pPr>
        <w:jc w:val="right"/>
      </w:pPr>
      <w:r>
        <w:t>دیٹ از انصاف، باقی تو ایموشن ہے۔</w:t>
      </w:r>
    </w:p>
    <w:p>
      <w:r>
        <w:rPr>
          <w:b/>
        </w:rPr>
        <w:t xml:space="preserve">[41:04] </w:t>
      </w:r>
      <w:r>
        <w:t>ab thoda sa hum aur mauzu pe baat karte hain. zahir hai, shuru mein maine kaha ke aap ne taqreeban 200 kitabon ke musannif hain, aur aap ki kitaben ahl-e-danish aur ahl-e-ilm mein bohat maqbool bhi hain, jis tarah ki tehreeren hain.</w:t>
      </w:r>
    </w:p>
    <w:p>
      <w:pPr>
        <w:jc w:val="right"/>
      </w:pPr>
      <w:r>
        <w:t>اب تھوڑا سا ہم اور موضوع پہ بات کرتے ہیں۔ ظاہر ہے، شروع میں میں نے کہا کہ آپ نے تقریباً 200 کتابوں کے مصنف ہیں، اور آپ کی کتابیں اہل دانش اور اہل علم میں بہت مقبول بھی ہیں، جس طرح کی تحریریں ہیں۔</w:t>
      </w:r>
    </w:p>
    <w:p>
      <w:r>
        <w:rPr>
          <w:b/>
        </w:rPr>
        <w:t xml:space="preserve">[41:21] </w:t>
      </w:r>
      <w:r>
        <w:t>lekin aap ko nahi lagta ke jo millat ke log ya ummat ke log hindustan mein rahe, aur jo badi badi tehreekein chalate rahe islam ke naam pe, ya bohat bade bade jalose karte rahe, ya seminar karte rahe, aur mukhtalif mauzu'aat pe karte rahe,</w:t>
      </w:r>
    </w:p>
    <w:p>
      <w:pPr>
        <w:jc w:val="right"/>
      </w:pPr>
      <w:r>
        <w:t>لیکن آپ کو نہیں لگتا کہ جو ملت کے لوگ یا امت کے لوگ ہندوستان میں رہے، اور جو بڑی بڑی تحریکیں چلاتے رہے اسلام کے نام پہ، یا بہت بڑے بڑے جلوس کرتے رہے، یا سیمینار کرتے رہے، اور مختلف موضوعات پہ کرتے رہے،</w:t>
      </w:r>
    </w:p>
    <w:p>
      <w:r>
        <w:rPr>
          <w:b/>
        </w:rPr>
        <w:t xml:space="preserve">[41:39] </w:t>
      </w:r>
      <w:r>
        <w:t>unhon ne aap ko bohat kam gardana ya bohat kam mauqe diye ke ek aisi ilmi shakhsiyat bhi hamare darmiyan hai ke is ko mauqa diya jaye jo rehnumai kare ya guftagu kare, ya mukhtalif masail, jo mukhtalif masail jo hain, is pe baat kare?</w:t>
      </w:r>
    </w:p>
    <w:p>
      <w:pPr>
        <w:jc w:val="right"/>
      </w:pPr>
      <w:r>
        <w:t>انہوں نے آپ کو بہت کم گردانہ یا بہت کم مواقع دیے کہ ایک ایسی علمی شخصیت بھی ہمارے درمیان ہے کہ اس کو موقع دیا جائے جو رہنمائی کرے یا گفتگو کرے، یا مختلف مسائل، جو مختلفی مسائل جو ہیں، اس پہ بات کرے؟</w:t>
      </w:r>
    </w:p>
    <w:p>
      <w:r>
        <w:rPr>
          <w:b/>
        </w:rPr>
        <w:t xml:space="preserve">[41:58] </w:t>
      </w:r>
      <w:r>
        <w:t>bohat kam aap ko shayad bulaya logon ne ya mauqa diya. kabhi aap ko shikwa ya shikayat rahi? kuch</w:t>
      </w:r>
    </w:p>
    <w:p>
      <w:pPr>
        <w:jc w:val="right"/>
      </w:pPr>
      <w:r>
        <w:t>بہت کم آپ کو شاید بلایا لوگوں نے یا موقع دیا۔ کبھی آپ کو شکوہ یا شکایت رہی؟ کچھ</w:t>
      </w:r>
    </w:p>
    <w:p>
      <w:r>
        <w:rPr>
          <w:b/>
        </w:rPr>
        <w:t xml:space="preserve">[42:05] </w:t>
      </w:r>
      <w:r>
        <w:t>main shikayat meri sharaf mein shikayat ka lafz hi nahi hai. main hamesha subah shaam raat din sirf yeh parhta hoon, sochta hoon ke jo main kehta hoon, woh according to the quran hai ya nahi hai.</w:t>
      </w:r>
    </w:p>
    <w:p>
      <w:pPr>
        <w:jc w:val="right"/>
      </w:pPr>
      <w:r>
        <w:t>میں شکایت میری شریف میں شکایت کا لفظ ہی نہیں ہے۔ میں ہمیشہ صبح شام رات دن صرف یہ پڑھتا ہوں، سوچتا ہوں کہ جو میں کہتا ہوں، وہ اکارڈ ٹو دا قرآن ہے یا نہیں ہے۔</w:t>
      </w:r>
    </w:p>
    <w:p>
      <w:r>
        <w:rPr>
          <w:b/>
        </w:rPr>
        <w:t xml:space="preserve">[42:22] </w:t>
      </w:r>
      <w:r>
        <w:t>bas, aur mera koi concern nahi hai, mera doosra koi concern nahi hai. mera</w:t>
      </w:r>
    </w:p>
    <w:p>
      <w:pPr>
        <w:jc w:val="right"/>
      </w:pPr>
      <w:r>
        <w:t>بس، اور میرا کوئی کنسرن نہیں ہے، میرا دوسرا کوئی کنسرن نہیں ہے۔ میرا</w:t>
      </w:r>
    </w:p>
    <w:p>
      <w:r>
        <w:rPr>
          <w:b/>
        </w:rPr>
        <w:t xml:space="preserve">[42:29] </w:t>
      </w:r>
      <w:r>
        <w:t>aur roz mein kehta hoon ke jis ko meri baat se ikhtilaf ho, to wahi baat mein kehta hoon jo unhon ne kaha tha.</w:t>
      </w:r>
    </w:p>
    <w:p>
      <w:pPr>
        <w:jc w:val="right"/>
      </w:pPr>
      <w:r>
        <w:t>اور روز میں کہتا ہوں کہ جس کو میری بات سے اختلاف ہو، تو وہی بات میں کہتا ہوں جو انہوں نے کہا تھا۔</w:t>
      </w:r>
    </w:p>
    <w:p>
      <w:r>
        <w:rPr>
          <w:b/>
        </w:rPr>
        <w:t xml:space="preserve">[42:40] </w:t>
      </w:r>
      <w:r>
        <w:t>aitoni sheem imam hanif ne ghaliban atoni sheem min kitab Allah ya taaqul ke quran ki koi daleel lao to mein manoon ga, baqi aur kisi baat ko mein nahi manta.</w:t>
      </w:r>
    </w:p>
    <w:p>
      <w:pPr>
        <w:jc w:val="right"/>
      </w:pPr>
      <w:r>
        <w:t>ایتونی شیم امام حنیفہ نے غالباً ایتونی شیم من کتاب اللہ یا تعاقل کہ قرآن کی کوئی دلیل لاؤ تو میں مانوں گا، باقی اور کسی بات کو میں نہیں مانتا۔</w:t>
      </w:r>
    </w:p>
    <w:p>
      <w:r>
        <w:rPr>
          <w:b/>
        </w:rPr>
        <w:t xml:space="preserve">[42:55] </w:t>
      </w:r>
      <w:r>
        <w:t>aitoni sheem min kitab Allah ya taaqul</w:t>
      </w:r>
    </w:p>
    <w:p>
      <w:pPr>
        <w:jc w:val="right"/>
      </w:pPr>
      <w:r>
        <w:t>ایتونی شیم من کتاب اللہ یا تعاقل</w:t>
      </w:r>
    </w:p>
    <w:p>
      <w:r>
        <w:rPr>
          <w:b/>
        </w:rPr>
        <w:t xml:space="preserve">[42:58] </w:t>
      </w:r>
      <w:r>
        <w:t>to woh isi pe aaj bhi mein qaim hoon, aur pehle din bhi mein yahi kehta tha ke atoni sheem min kitab Allah ya taaqul quran ki koi baat batao, hadith ki koi baat batao to manne ko tayar hoon.</w:t>
      </w:r>
    </w:p>
    <w:p>
      <w:pPr>
        <w:jc w:val="right"/>
      </w:pPr>
      <w:r>
        <w:t>تو وہ اسی پہ آج بھی میں قائم ہوں، اور پہلے دن بھی میں یہی کہتا تھا کہ ایتونی شیم من کتاب اللہ یا تعاقل قرآن کی کوئی بات بتاؤ، حدیث کی کوئی بات بتاؤ تو ماننے کو تیار ہوں۔</w:t>
      </w:r>
    </w:p>
    <w:p>
      <w:r>
        <w:rPr>
          <w:b/>
        </w:rPr>
        <w:t xml:space="preserve">[43:14] </w:t>
      </w:r>
      <w:r>
        <w:t>yeh dekha gaya hai maulana ke hamare bar e sagheer mein waise to nazriati ikhtilaf door sahaba se bhi rahe hain, lekin bar e sagheer mein aik hota kya hai ke jo musalmanon ke mukhtalif ulama</w:t>
      </w:r>
    </w:p>
    <w:p>
      <w:pPr>
        <w:jc w:val="right"/>
      </w:pPr>
      <w:r>
        <w:t>یہ دیکھا گیا ہے مولانا کہ ہمارے برصغیر میں ویسے تو نظریاتی اختلاف دور صحابہ سے بھی رہے ہیں، لیکن برصغیر میں ایک ہوتا کیا ہے کہ جو مسلمانوں کے مختلف علماء</w:t>
      </w:r>
    </w:p>
    <w:p>
      <w:r>
        <w:rPr>
          <w:b/>
        </w:rPr>
        <w:t xml:space="preserve">[43:26] </w:t>
      </w:r>
      <w:r>
        <w:t>ya maktab e fikr ke darmiyan is qadar shadeed ikhtilaf hain ke aik doosre ki gardan kaatna jaiz samajhte hain, aur aik doosre ko bari aasani se unhon ki woh kafir hai yeh keh dete hain.</w:t>
      </w:r>
    </w:p>
    <w:p>
      <w:pPr>
        <w:jc w:val="right"/>
      </w:pPr>
      <w:r>
        <w:t>یا مکتب فکر کے درمیان اس قدر شدید اختلاف ہیں کہ ایک دوسرے کی گردن کاٹنا جائز سمجھتے ہیں، اور ایک دوسرے کو بڑی آسانی سے انہوں کی وہ کافر ہے یہ کہہ دیتے ہیں۔</w:t>
      </w:r>
    </w:p>
    <w:p>
      <w:r>
        <w:rPr>
          <w:b/>
        </w:rPr>
        <w:t xml:space="preserve">[43:40] </w:t>
      </w:r>
      <w:r>
        <w:t>is silsile mein koi bohat sanjeeda question nahi hui, kyunke aaj bhi logon ka rawaiyya waisa hi hai. dekhiye, hadith maujood hai ke kisi ko kafir kehna to haram hai, yeh ijazat hi nahi ke aap kisi ko kafir keh dein.</w:t>
      </w:r>
    </w:p>
    <w:p>
      <w:pPr>
        <w:jc w:val="right"/>
      </w:pPr>
      <w:r>
        <w:t>اس سلسلے میں کوئی بہت سنجیدہ کوئسچن نہیں ہوئی، کیونکہ آج بھی لوگوں کا رویہ ویسا ہی ہے۔ دیکھیے، حدیث موجود ہے کہ کسی کو کافر کہنا تو حرام ہے، یہ اجازت ہی نہیں کہ آپ کسی کو کافر کہہ دیں۔</w:t>
      </w:r>
    </w:p>
    <w:p>
      <w:r>
        <w:rPr>
          <w:b/>
        </w:rPr>
        <w:t xml:space="preserve">[43:56] </w:t>
      </w:r>
      <w:r>
        <w:t>yeh jo kehte hain log kafir, yeh woh aik haram feal karte hain. hadith maujood hai is ki, to mera manna yeh hai ke quran aur hadith mein jo bataya gaya hai, us ke mutabiq hamein peaceful discussion karna chahiye,</w:t>
      </w:r>
    </w:p>
    <w:p>
      <w:pPr>
        <w:jc w:val="right"/>
      </w:pPr>
      <w:r>
        <w:t>یہ جو کہتے ہیں لوگ کافر، یہ وہ ایک حرام فعل کرتے ہیں۔ حدیث موجود ہے اس کی، تو میرا ماننا یہ ہے کہ قرآن اور حدیث میں جو بتایا گیا ہے، اس کے مطابق ہمیں پیس فل ڈسکشن کرنا چاہیے،</w:t>
      </w:r>
    </w:p>
    <w:p>
      <w:r>
        <w:rPr>
          <w:b/>
        </w:rPr>
        <w:t xml:space="preserve">[44:16] </w:t>
      </w:r>
      <w:r>
        <w:t>peaceful baat cheet. bas, is ke aage ladein, marein, kaatein, aur ilzam lagayein, woh to islam mein jaiz hi nahi.</w:t>
      </w:r>
    </w:p>
    <w:p>
      <w:pPr>
        <w:jc w:val="right"/>
      </w:pPr>
      <w:r>
        <w:t>پیس فل بات چیت۔ بس، اس کے آگے لڑیں، ماریں، کاٹیں، اور الزام لگائیں، وہ تو اسلام میں جائز ہی نہیں۔</w:t>
      </w:r>
    </w:p>
    <w:p>
      <w:r>
        <w:rPr>
          <w:b/>
        </w:rPr>
        <w:t xml:space="preserve">[44:26] </w:t>
      </w:r>
      <w:r>
        <w:t>lekin aksar ulama ki jo kitabein hain, un ke jo maktab e fikr hai, us mein is tarah ki acrimony, aakhir nafratein kyun hain? is ke sud baab ko koi tareeqa hai kya?</w:t>
      </w:r>
    </w:p>
    <w:p>
      <w:pPr>
        <w:jc w:val="right"/>
      </w:pPr>
      <w:r>
        <w:t>لیکن اکثر علماء کی جو کتابیں ہیں، ان کے جو مکتب فکر ہے، اس میں اس طرح کی اکرمونی، آخر نفرتیں کیوں ہیں؟ اس کے سد باب کو کوئی طریقہ ہے کیا؟</w:t>
      </w:r>
    </w:p>
    <w:p>
      <w:r>
        <w:rPr>
          <w:b/>
        </w:rPr>
        <w:t xml:space="preserve">[44:37] </w:t>
      </w:r>
      <w:r>
        <w:t>dekhiye, ulama ki kitabein islam mein asal nahi hain, asal quran o hadith hai.</w:t>
      </w:r>
    </w:p>
    <w:p>
      <w:pPr>
        <w:jc w:val="right"/>
      </w:pPr>
      <w:r>
        <w:t>دیکھیے، علماء کی کتابیں اسلام میں اصل نہیں ہیں، اصل قرآن و حدیث ہے۔</w:t>
      </w:r>
    </w:p>
    <w:p>
      <w:r>
        <w:rPr>
          <w:b/>
        </w:rPr>
        <w:t xml:space="preserve">[44:46] </w:t>
      </w:r>
      <w:r>
        <w:t>jaise ke maine arz kiya ke ke woh bohat baray alam thay, apne zamanay ke imam thay, unhon ne kaha tha ke atoni sheem min kitab Allah ya taaqul khuda ki kitab se koi baat lao to mein us ko pakroon ga, us ke baad chaloon ga.</w:t>
      </w:r>
    </w:p>
    <w:p>
      <w:pPr>
        <w:jc w:val="right"/>
      </w:pPr>
      <w:r>
        <w:t>جیسے کہ میں نے عرض کیا کہ کہ وہ بہت بڑے عالم تھے، اپنے زمانے کے امام تھے، انہوں نے کہا تھا کہ ایتونی شیم من کتاب اللہ یا تعاقل خدا کی کتاب سے کوئی بات لاؤ تو میں اس کو پکڑوں گا، اس کے بعد چلوں گا۔</w:t>
      </w:r>
    </w:p>
    <w:p>
      <w:r>
        <w:rPr>
          <w:b/>
        </w:rPr>
        <w:t xml:space="preserve">[45:03] </w:t>
      </w:r>
      <w:r>
        <w:t>baqi koi idhar udhar ki baat kahoge to mein us ko mein nahi manta, lekin</w:t>
      </w:r>
    </w:p>
    <w:p>
      <w:pPr>
        <w:jc w:val="right"/>
      </w:pPr>
      <w:r>
        <w:t>باقی کوئی ادھر ادھر کی بات کہو گے تو میں اس کو میں نہیں مانتا، لیکن</w:t>
      </w:r>
    </w:p>
    <w:p>
      <w:r>
        <w:rPr>
          <w:b/>
        </w:rPr>
        <w:t xml:space="preserve">[45:08] </w:t>
      </w:r>
      <w:r>
        <w:t>wohi aaj bhi hai. haan, lekin jitne hazrat hain, woh sab to ah ah kitab Allah ya ah sunnat ki hi baat to karte hain na?</w:t>
      </w:r>
    </w:p>
    <w:p>
      <w:pPr>
        <w:jc w:val="right"/>
      </w:pPr>
      <w:r>
        <w:t>وہی آج بھی ہے۔ ہاں، لیکن جتنے حضرات ہیں، وہ سب تو اہ اہ کتاب اللہ یا اہ سنت کی ہی بات تو کرتے ہیں نا؟</w:t>
      </w:r>
    </w:p>
    <w:p>
      <w:r>
        <w:rPr>
          <w:b/>
        </w:rPr>
        <w:t xml:space="preserve">[45:17] </w:t>
      </w:r>
      <w:r>
        <w:t>woh kehte hain ke nahi, aisa aisa hai. jaise maan lijiye, aap ne babri masjid ke talluq se aik mauqaf pesh kiya, ab woh yeh kehte hain ke nahi, yeh to khuda ki zameen hai, aur us ko hum nahi</w:t>
      </w:r>
    </w:p>
    <w:p>
      <w:pPr>
        <w:jc w:val="right"/>
      </w:pPr>
      <w:r>
        <w:t>وہ کہتے ہیں کہ نہیں، ایسا ایسا ہے۔ جیسے مان لیجئے، آپ نے بابری مسجد کے تعلق سے ایک موقف پیش کیا، اب وہ یہ کہتے ہیں کہ نہیں، یہ تو خدا کی زمین ہے، اور اس کو ہم نہیں</w:t>
      </w:r>
    </w:p>
    <w:p>
      <w:r>
        <w:rPr>
          <w:b/>
        </w:rPr>
        <w:t xml:space="preserve">[45:26] </w:t>
      </w:r>
      <w:r>
        <w:t>dein ge. to mera sawal yeh hai ke tamam maktab makatib e fikr ke log sabhi yahi kehte hain ke woh is pe yaani quran o sunnat ke sahi daavedar hain, lekin aapas mein ikhtilaf apni jagah itni nafratein kyun hain?</w:t>
      </w:r>
    </w:p>
    <w:p>
      <w:pPr>
        <w:jc w:val="right"/>
      </w:pPr>
      <w:r>
        <w:t>دیں گے۔ تو میرا سوال یہ ہے کہ تمام مکتب مکاتب فکر کے لوگ سبھی یہی کہتے ہیں کہ وہ اس پہ یعنی قرآن و سنت کے صحیح دعویدار ہیں، لیکن آپس میں اختلاف اپنی جگہ اتنی نفرتیں کیوں ہیں؟</w:t>
      </w:r>
    </w:p>
    <w:p>
      <w:r>
        <w:rPr>
          <w:b/>
        </w:rPr>
        <w:t xml:space="preserve">[45:41] </w:t>
      </w:r>
      <w:r>
        <w:t>nahi, dekhein, aap jo farma rahe hain, woh waqea nahi hai. khuda ki kitab ka matlab, zameen ka matlab, woh to khuda ki kitab thi hi nahi.</w:t>
      </w:r>
    </w:p>
    <w:p>
      <w:pPr>
        <w:jc w:val="right"/>
      </w:pPr>
      <w:r>
        <w:t>نہیں، دیکھیں، آپ جو فرما رہے ہیں، وہ واقعہ نہیں ہے۔ خدا کی کتاب کا مطلب، زمین کا مطلب، وہ تو خدا کی کتاب تھی ہی نہیں۔</w:t>
      </w:r>
    </w:p>
    <w:p>
      <w:r>
        <w:rPr>
          <w:b/>
        </w:rPr>
        <w:t xml:space="preserve">[45:51] </w:t>
      </w:r>
      <w:r>
        <w:t>khuda ki zameen jab hoti, jab ke hazrat umar ke kehne ke mutabiq instone through distance banaya tha, ab to ghassab hai. woh khuda ki zameen kahan hai?</w:t>
      </w:r>
    </w:p>
    <w:p>
      <w:pPr>
        <w:jc w:val="right"/>
      </w:pPr>
      <w:r>
        <w:t>خدا کی زمین جب ہوتی، جب کہ حضرت عمر کے کہنے کے مطابق انسٹون تھروک ڈسٹنس بنایا تھا، اب تو غصب ہے۔ وہ خدا کی زمین کہاں ہے؟</w:t>
      </w:r>
    </w:p>
    <w:p>
      <w:r>
        <w:rPr>
          <w:b/>
        </w:rPr>
        <w:t xml:space="preserve">[46:01] </w:t>
      </w:r>
      <w:r>
        <w:t>woh ab jahan banaya hai, unhon ne woh ghassab ki zameen hai. aap jante hain ke koi yusuf qarzawi sahab bohat baray alam hain arab dunya ke, un ki kitab hai "al halal aur haram".</w:t>
      </w:r>
    </w:p>
    <w:p>
      <w:pPr>
        <w:jc w:val="right"/>
      </w:pPr>
      <w:r>
        <w:t>وہ اب جہاں بنایا ہے، انہوں نے وہ غصب کی زمین ہے۔ آپ جانتے ہیں کہ کوئی یوسف قرضاوی صاحب بہت بڑے عالم ہیں عرب دنیا کے، ان کی کتاب ہے "الحلال اور حرام"۔</w:t>
      </w:r>
    </w:p>
    <w:p>
      <w:r>
        <w:rPr>
          <w:b/>
        </w:rPr>
        <w:t xml:space="preserve">[46:18] </w:t>
      </w:r>
      <w:r>
        <w:t>un ki kitab ka naam hai "al halal aur haram".</w:t>
      </w:r>
    </w:p>
    <w:p>
      <w:pPr>
        <w:jc w:val="right"/>
      </w:pPr>
      <w:r>
        <w:t>ان کی کتاب کا نام ہے "الحلال اور حرام"۔</w:t>
      </w:r>
    </w:p>
    <w:p>
      <w:r>
        <w:rPr>
          <w:b/>
        </w:rPr>
        <w:t xml:space="preserve">[46:22] </w:t>
      </w:r>
      <w:r>
        <w:t>to unhon ne yeh kaha hai ke aisi zameen, aisi masjid jo ghassab ki zameen mein banai jaye, to la tujood fis salah.</w:t>
      </w:r>
    </w:p>
    <w:p>
      <w:pPr>
        <w:jc w:val="right"/>
      </w:pPr>
      <w:r>
        <w:t>تو انہوں نے یہ کہا ہے کہ ایسی زمین، ایسی مسجد جو غصب کی زمین میں بنائی جائے، تو لا تجود فی الصلاۃ۔</w:t>
      </w:r>
    </w:p>
    <w:p>
      <w:r>
        <w:rPr>
          <w:b/>
        </w:rPr>
        <w:t xml:space="preserve">[46:39] </w:t>
      </w:r>
      <w:r>
        <w:t>isi liye rasool Allah sal Allah aleh wasallam ne jab madine ki masjid banai gayi thi, to woh jahan banai masjid thi, woh do larkay thay, un ko mili thi wirasat mein.</w:t>
      </w:r>
    </w:p>
    <w:p>
      <w:pPr>
        <w:jc w:val="right"/>
      </w:pPr>
      <w:r>
        <w:t>اسی لیے رسول اللہ صلی اللہ علیہ وسلم نے جب مدینے کی مسجد بنائی گئی تھی، تو وہ جہاں بنائی مسجد تھی، وہ دو لڑکے تھے، ان کو ملی تھی وراثت میں۔</w:t>
      </w:r>
    </w:p>
    <w:p>
      <w:r>
        <w:rPr>
          <w:b/>
        </w:rPr>
        <w:t xml:space="preserve">[46:51] </w:t>
      </w:r>
      <w:r>
        <w:t>woh haram jo kehte hain, yaani madine ki masjid, to rasool Allah ne wahan par chaha masjid banana.</w:t>
      </w:r>
    </w:p>
    <w:p>
      <w:pPr>
        <w:jc w:val="right"/>
      </w:pPr>
      <w:r>
        <w:t>وہ حرم جو کہتے ہیں، یعنی مدینے کی مسجد، تو رسول اللہ نے وہاں پر چاہا مسجد بنانا۔</w:t>
      </w:r>
    </w:p>
    <w:p>
      <w:r>
        <w:rPr>
          <w:b/>
        </w:rPr>
        <w:t xml:space="preserve">[47:00] </w:t>
      </w:r>
      <w:r>
        <w:t>to un larkon ne, jo madine ke do larkay thay, un ki wirasat mili thi, unhon ne kaha ke hum yaani is ko baghair paisay ke dete hain, aap banaiye.</w:t>
      </w:r>
    </w:p>
    <w:p>
      <w:pPr>
        <w:jc w:val="right"/>
      </w:pPr>
      <w:r>
        <w:t>تو ان لڑکوں نے، جو مدینے کے دو لڑکے تھے، ان کی وراثت ملی تھی، انہوں نے کہا کہ ہم یعنی اس کو بغیر پیسے کے دیتے ہیں، آپ بنائیے۔</w:t>
      </w:r>
    </w:p>
    <w:p>
      <w:r>
        <w:rPr>
          <w:b/>
        </w:rPr>
        <w:t xml:space="preserve">[47:13] </w:t>
      </w:r>
      <w:r>
        <w:t>to hazrat rasool Allah ne kaha ke nahi, main khareed kar banaunga.</w:t>
      </w:r>
    </w:p>
    <w:p>
      <w:pPr>
        <w:jc w:val="right"/>
      </w:pPr>
      <w:r>
        <w:t>تو حضرت رسول اللہ نے کہا کہ نہیں، میں خرید کر بناؤں گا۔</w:t>
      </w:r>
    </w:p>
    <w:p>
      <w:r>
        <w:rPr>
          <w:b/>
        </w:rPr>
        <w:t xml:space="preserve">[47:18] </w:t>
      </w:r>
      <w:r>
        <w:t>yeh tareekh mein likha hua hai ke in sabon ne woh zameen ifrat ki thi, rasool Allah ne qabool nahi kiya is ko, aur kaha ke nahi, main.</w:t>
      </w:r>
    </w:p>
    <w:p>
      <w:pPr>
        <w:jc w:val="right"/>
      </w:pPr>
      <w:r>
        <w:t>یہ تاریخ میں لکھا ہوا ہے کہ ان سبوں نے وہ زمین افرت کی تھی، رسول اللہ نے قبول نہیں کیا اس کو، اور کہا کہ نہیں، میں۔</w:t>
      </w:r>
    </w:p>
    <w:p>
      <w:r>
        <w:rPr>
          <w:b/>
        </w:rPr>
        <w:t xml:space="preserve">[47:27] </w:t>
      </w:r>
      <w:r>
        <w:t>to baqayda is ka qeemat muqarrar hui. rasool Allah ne in larkon ko qeemat di is ki. tab wahan masjid madina masjid bani.</w:t>
      </w:r>
    </w:p>
    <w:p>
      <w:pPr>
        <w:jc w:val="right"/>
      </w:pPr>
      <w:r>
        <w:t>تو باقاعدہ اس کا قیمت مقرر ہوئی۔ رسول اللہ نے ان لڑکوں کو قیمت دی اس کی۔ تب وہاں مسجد مدینہ مسجد بنی۔</w:t>
      </w:r>
    </w:p>
    <w:p>
      <w:r>
        <w:rPr>
          <w:b/>
        </w:rPr>
        <w:t xml:space="preserve">[47:37] </w:t>
      </w:r>
      <w:r>
        <w:t>is isi liye unhon ne fatwa diya hai, allama yusuf qarzawi ne ke yeh jo zameen kuttorsi jis ke upar ho, jis zameen pe kuttorsi ho, jo zameen woh qanooni taur par is ki masjid ke na ho, to la tujood fi al-salat,</w:t>
      </w:r>
    </w:p>
    <w:p>
      <w:pPr>
        <w:jc w:val="right"/>
      </w:pPr>
      <w:r>
        <w:t>اس اسی لیے انہوں نے فتوی دیا ہے، علامہ یوسف قرضاوی نے کہ یہ جو زمین کٹوورسی جس کے اوپر ہو، جس زمین پہ کٹوورسی ہو، جو زمین وہ قانونی طور پر اس کی مسجد کے نہ ہو، تو لا تجود فی الصلاۃ،</w:t>
      </w:r>
    </w:p>
    <w:p>
      <w:r>
        <w:rPr>
          <w:b/>
        </w:rPr>
        <w:t xml:space="preserve">[47:55] </w:t>
      </w:r>
      <w:r>
        <w:t>la tujood fi al-salat yeh hai, wahan namaz hi jaiz nahi hai. to main to keh raha hoon ke koi batave ke ke hazrat umar ne kiya kiya tha.</w:t>
      </w:r>
    </w:p>
    <w:p>
      <w:pPr>
        <w:jc w:val="right"/>
      </w:pPr>
      <w:r>
        <w:t>لا تجود فی الصلاۃ یہ ہے، وہاں نماز ہی جائز نہیں ہے۔ تو میں تو کہہ رہا ہوں کہ کوئی بتاوے کہ کہ حضرت عمر نے کیا کیا تھا۔</w:t>
      </w:r>
    </w:p>
    <w:p>
      <w:r>
        <w:rPr>
          <w:b/>
        </w:rPr>
        <w:t xml:space="preserve">[48:05] </w:t>
      </w:r>
      <w:r>
        <w:t>aap kisi se poochhiye ke hazrat umar ne falasteen mein jo kiya tha, woh kiya tha?</w:t>
      </w:r>
    </w:p>
    <w:p>
      <w:pPr>
        <w:jc w:val="right"/>
      </w:pPr>
      <w:r>
        <w:t>آپ کسی سے پوچھیے کہ حضرت عمر نے فلسطین میں جو کیا تھا، وہ کیا تھا؟</w:t>
      </w:r>
    </w:p>
    <w:p>
      <w:r>
        <w:rPr>
          <w:b/>
        </w:rPr>
        <w:t xml:space="preserve">[48:15] </w:t>
      </w:r>
      <w:r>
        <w:t>woh kiya tha? ek aap pe yeh bhi ek ilzaam lagta hai. zahir hai, aap behtar is mawaqif ko pesh kar sakenge. kehte hain ke wahiduddin khan sahib jo hain, khud doosron pe bohat tanqeed karte hain, lekin agar un pe kabhi tanqeed ho to bardasht nahi karte.</w:t>
      </w:r>
    </w:p>
    <w:p>
      <w:pPr>
        <w:jc w:val="right"/>
      </w:pPr>
      <w:r>
        <w:t>وہ کیا تھا؟ ایک آپ پہ یہ بھی ایک الزام لگتا ہے۔ ظاہر ہے، آپ بہتر اس موقف کو پیش کر سکیں گے۔ کہتے ہیں کہ وحید الدین خان صاحب جو ہیں، خود دوسروں پہ بہت تنقید کرتے ہیں، لیکن اگر ان پہ کبھی تنقید ہو تو برداشت نہیں کرتے۔</w:t>
      </w:r>
    </w:p>
    <w:p>
      <w:r>
        <w:rPr>
          <w:b/>
        </w:rPr>
        <w:t xml:space="preserve">[48:31] </w:t>
      </w:r>
      <w:r>
        <w:t>yeh is se zyada galat baat koi nahi ho sakti.</w:t>
      </w:r>
    </w:p>
    <w:p>
      <w:pPr>
        <w:jc w:val="right"/>
      </w:pPr>
      <w:r>
        <w:t>یہ اس سے زیادہ غلط بات کوئی نہیں ہو سکتی۔</w:t>
      </w:r>
    </w:p>
    <w:p>
      <w:r>
        <w:rPr>
          <w:b/>
        </w:rPr>
        <w:t xml:space="preserve">[48:35] </w:t>
      </w:r>
      <w:r>
        <w:t>main aap ko qissa batata hoon. ek sahib the, un ka naam hai anis luqman sahib. anis luqman nadvi is waqt woh abu dhabi mein hain, to hum saat saal woh hamare paas rahe hain.</w:t>
      </w:r>
    </w:p>
    <w:p>
      <w:pPr>
        <w:jc w:val="right"/>
      </w:pPr>
      <w:r>
        <w:t>میں آپ کو قصہ بتاتا ہوں۔ ایک صاحب تھے، ان کا نام ہے انیس لقمان صاحب۔ انیس لقمان ندوی اس وقت وہ ابوظبی میں ہیں، تو ہم سات سال وہ ہمارے پاس رہے ہیں۔</w:t>
      </w:r>
    </w:p>
    <w:p>
      <w:r>
        <w:rPr>
          <w:b/>
        </w:rPr>
        <w:t xml:space="preserve">[48:50] </w:t>
      </w:r>
      <w:r>
        <w:t>woh pehle yahan ke baad wahan chale gaye. is dauran woh gaye the arab ke kisi ne poocha, kisi sheikh ne ke tum india mein kiya karte ho?</w:t>
      </w:r>
    </w:p>
    <w:p>
      <w:pPr>
        <w:jc w:val="right"/>
      </w:pPr>
      <w:r>
        <w:t>وہ پہلے یہاں کے بعد وہاں چلے گئے۔ اس دوران وہ گئے تھے عرب کہ کسی نے پوچھا، کسی شیخ نے کہ تم انڈیا میں کیا کرتے ہو؟</w:t>
      </w:r>
    </w:p>
    <w:p>
      <w:r>
        <w:rPr>
          <w:b/>
        </w:rPr>
        <w:t xml:space="preserve">[49:04] </w:t>
      </w:r>
      <w:r>
        <w:t>to unhon ne un se kaha tha ke "ana naqid akbar naqid fi al-hind". yeh kaha tha unhon ne.</w:t>
      </w:r>
    </w:p>
    <w:p>
      <w:pPr>
        <w:jc w:val="right"/>
      </w:pPr>
      <w:r>
        <w:t>تو انہوں نے ان سے کہا تھا کہ "انا ناقد اکبر ناقد فی الہند"۔ یہ کہا تھا انہوں نے۔</w:t>
      </w:r>
    </w:p>
    <w:p>
      <w:r>
        <w:rPr>
          <w:b/>
        </w:rPr>
        <w:t xml:space="preserve">[49:13] </w:t>
      </w:r>
      <w:r>
        <w:t>un se poochh lijie, abu dhabi mein rehte hain woh. "ana naqid akbar naqid fi al-hind". main india ke sab se bade critique ka critique hoon, sab se bade naqid ka naqid hoon.</w:t>
      </w:r>
    </w:p>
    <w:p>
      <w:pPr>
        <w:jc w:val="right"/>
      </w:pPr>
      <w:r>
        <w:t>ان سے پوچھ لیجئے، ابوظبی میں رہتے ہیں وہ۔ "انا ناقد اکبر ناقد فی الہند"۔ میں انڈیا کے سب سے بڑے کریٹک کا کریٹک ہوں، سب سے بڑے ناقد کا ناقد ہوں۔</w:t>
      </w:r>
    </w:p>
    <w:p>
      <w:r>
        <w:rPr>
          <w:b/>
        </w:rPr>
        <w:t xml:space="preserve">[49:29] </w:t>
      </w:r>
      <w:r>
        <w:t>to main yahan to khula har aadmi tanqeed kar sakta hai. yeh hamari poti baithi hai, ise poochh lijie, yeh bhi woh tanqeed karti hai. ab main khushi se leta hoon is ko.</w:t>
      </w:r>
    </w:p>
    <w:p>
      <w:pPr>
        <w:jc w:val="right"/>
      </w:pPr>
      <w:r>
        <w:t>تو میں یہاں تو کھلا ہر آدمی تنقید کر سکتا ہے۔ یہ ہماری پوتی بیٹھی ہے، اسے پوچھ لیجئے، یہ بھی وہ تنقید کرتی ہے۔ اب میں خوشی سے لیتا ہوں اس کو۔</w:t>
      </w:r>
    </w:p>
    <w:p>
      <w:r>
        <w:rPr>
          <w:b/>
        </w:rPr>
        <w:t xml:space="preserve">[49:40] </w:t>
      </w:r>
      <w:r>
        <w:t>woh karte the tanqeed mere upar saat saal tak. main khushi se leta hoon to is ko leta tha. yeh to bilkul afwahi baat hai, afwahi</w:t>
      </w:r>
    </w:p>
    <w:p>
      <w:pPr>
        <w:jc w:val="right"/>
      </w:pPr>
      <w:r>
        <w:t>وہ کرتے تھے تنقید میرے اوپر سات سال تک۔ میں خوشی سے لیتا ہوں تو اس کو لیتا تھا۔ یہ تو بالکل افواہی بات ہے، افواہی</w:t>
      </w:r>
    </w:p>
    <w:p>
      <w:r>
        <w:rPr>
          <w:b/>
        </w:rPr>
        <w:t xml:space="preserve">[49:51] </w:t>
      </w:r>
      <w:r>
        <w:t>baat hai. pehle ek waqt tha ke jab log pata nahi kyun, kya wajoohat theen ke aksar aap ki jo tehreerein hain, us se parhne ko mana karna ya aap ko bohat sanjeedgi se na lena, aur yeh koi ghair nahi karta tha.</w:t>
      </w:r>
    </w:p>
    <w:p>
      <w:pPr>
        <w:jc w:val="right"/>
      </w:pPr>
      <w:r>
        <w:t>بات ہے۔ پہلے ایک وقت تھا کہ جب لوگ پتہ نہیں کیوں، کیا وجوہات تھیں کہ اکثر آپ کی جو تحریریں ہیں، اس سے پڑھنے کو منع کرنا یا آپ کو بہت سنجیدگی سے نہ لینا، اور یہ کوئی غیر نہیں کرتا تھا۔</w:t>
      </w:r>
    </w:p>
    <w:p>
      <w:r>
        <w:rPr>
          <w:b/>
        </w:rPr>
        <w:t xml:space="preserve">[50:05] </w:t>
      </w:r>
      <w:r>
        <w:t>yeh muslim danishwari ya muslim ah taleem, ek ahl e ilm ka tabqa is tarah ki baatein karta tha. ah zahir hai ke ab woh shayad baat nahi hai.</w:t>
      </w:r>
    </w:p>
    <w:p>
      <w:pPr>
        <w:jc w:val="right"/>
      </w:pPr>
      <w:r>
        <w:t>یہ مسلم دانشوری یا مسلم اہ تعلیم، ایک اہل علم کا طبقہ اس طرح کی باتیں کرتا تھا۔ اہ ظاہر ہے کہ اب وہ شاید بات نہیں ہے۔</w:t>
      </w:r>
    </w:p>
    <w:p>
      <w:r>
        <w:rPr>
          <w:b/>
        </w:rPr>
        <w:t xml:space="preserve">[50:15] </w:t>
      </w:r>
      <w:r>
        <w:t>ab ahl e danish mein aap ko ah musalmanon ke mufakkir aur baseerat afroz shakhsiyat ya danishwar kaha jata hai.</w:t>
      </w:r>
    </w:p>
    <w:p>
      <w:pPr>
        <w:jc w:val="right"/>
      </w:pPr>
      <w:r>
        <w:t>اب اہل دانش میں آپ کو اہ مسلمانوں کے مفکر اور بصیرت افروز شخصیت یا دانشور کہا جاتا ہے۔</w:t>
      </w:r>
    </w:p>
    <w:p>
      <w:r>
        <w:rPr>
          <w:b/>
        </w:rPr>
        <w:t xml:space="preserve">[50:24] </w:t>
      </w:r>
      <w:r>
        <w:t>aap is ko kaise lete hain jin logon ne aap ke sath yeh rawaiyya ikhtiyar kiya ke woh aap ki, you know, aap aap ki ek bohat hi manfi shabih jo phailane ki koshish ki?</w:t>
      </w:r>
    </w:p>
    <w:p>
      <w:pPr>
        <w:jc w:val="right"/>
      </w:pPr>
      <w:r>
        <w:t>آپ اس کو کیسے لیتے ہیں جن لوگوں نے آپ کے ساتھ یہ رویہ اختیار کیا کہ وہ آپ کی، یو نو، آپ آپ کی ایک بہت ہی منفی شبیہ جو پھیلانے کی کوشش کی؟</w:t>
      </w:r>
    </w:p>
    <w:p>
      <w:r>
        <w:rPr>
          <w:b/>
        </w:rPr>
        <w:t xml:space="preserve">[50:36] </w:t>
      </w:r>
      <w:r>
        <w:t>dekhiye, isi dilli mein ek aalim the, bohat hi bade aalim,</w:t>
      </w:r>
    </w:p>
    <w:p>
      <w:pPr>
        <w:jc w:val="right"/>
      </w:pPr>
      <w:r>
        <w:t>دیکھیے، اسی دلی میں ایک عالم تھے، بہت ہی بڑے عالم،</w:t>
      </w:r>
    </w:p>
    <w:p>
      <w:r>
        <w:rPr>
          <w:b/>
        </w:rPr>
        <w:t xml:space="preserve">[50:40] </w:t>
      </w:r>
      <w:r>
        <w:t>bohat hi bade aalim. woh jo is kitab ke musannif hain, hujjat Allah al-baligha, shah waliullah un ka naam tha, isi dilli mein.</w:t>
      </w:r>
    </w:p>
    <w:p>
      <w:pPr>
        <w:jc w:val="right"/>
      </w:pPr>
      <w:r>
        <w:t>بہت ہی بڑے عالم۔ وہ جو اس کتاب کے مصنف ہیں، حجت اللہ البالغہ، شاہ ولی اللہ ان کا نام تھا، اسی دلی میں۔</w:t>
      </w:r>
    </w:p>
    <w:p>
      <w:r>
        <w:rPr>
          <w:b/>
        </w:rPr>
        <w:t xml:space="preserve">[50:54] </w:t>
      </w:r>
      <w:r>
        <w:t>to unhon ne jab farsi mein tarjuma kiya quran ka, farsi mein tarjuma to ghaleban woh pehla tarjuma tha.</w:t>
      </w:r>
    </w:p>
    <w:p>
      <w:pPr>
        <w:jc w:val="right"/>
      </w:pPr>
      <w:r>
        <w:t>تو انہوں نے جب فارسی میں ترجمہ کیا قرآن کا، فارسی میں ترجمہ تو غالباً وہ پہلا ترجمہ تھا۔</w:t>
      </w:r>
    </w:p>
    <w:p>
      <w:r>
        <w:rPr>
          <w:b/>
        </w:rPr>
        <w:t xml:space="preserve">[51:04] </w:t>
      </w:r>
      <w:r>
        <w:t>to log un ke khilaf ho gaye aur un ko maarne ke daude</w:t>
      </w:r>
    </w:p>
    <w:p>
      <w:pPr>
        <w:jc w:val="right"/>
      </w:pPr>
      <w:r>
        <w:t>تو لوگ ان کے خلاف ہو گئے اور ان کو مارنے کے دوڑے</w:t>
      </w:r>
    </w:p>
    <w:p>
      <w:r>
        <w:rPr>
          <w:b/>
        </w:rPr>
        <w:t xml:space="preserve">[51:08] </w:t>
      </w:r>
      <w:r>
        <w:t>to chhup gaye ghar mein apne, isi dilli mein. shah allama ibn taimiya aaj sab se bade aalim maane jate hain.</w:t>
      </w:r>
    </w:p>
    <w:p>
      <w:pPr>
        <w:jc w:val="right"/>
      </w:pPr>
      <w:r>
        <w:t>تو چھپ گئے گھر میں اپنے، اسی دلی میں۔ شاہ علامہ ابن تیمیہ آج سب سے بڑے عالم مانے جاتے ہیں۔</w:t>
      </w:r>
    </w:p>
    <w:p>
      <w:r>
        <w:rPr>
          <w:b/>
        </w:rPr>
        <w:t xml:space="preserve">[51:17] </w:t>
      </w:r>
      <w:r>
        <w:t>un ke zamane mein un kehte the, "un ki kitab mat parho". aaj woh sab se bade aalim bane hue hain. to yeh to tareekh hai ke log mukhalifatein karte hain aur phir mante hain.</w:t>
      </w:r>
    </w:p>
    <w:p>
      <w:pPr>
        <w:jc w:val="right"/>
      </w:pPr>
      <w:r>
        <w:t>ان کے زمانے میں ان کہتے تھے، "ان کی کتاب مت پڑھو"۔ آج وہ سب سے بڑے عالم بنے ہوئے ہیں۔ تو یہ تو تاریخ ہے کہ لوگ مخالفتیں کرتے ہیں اور پھر مانتے ہیں۔</w:t>
      </w:r>
    </w:p>
    <w:p>
      <w:r>
        <w:rPr>
          <w:b/>
        </w:rPr>
        <w:t xml:space="preserve">[51:29] </w:t>
      </w:r>
      <w:r>
        <w:t>is se kuch nahi hota. aap yeh dekhiye ke woh aadmi kya kehta hai, kya likhta hai, kya is ka nazariya hai. quran o hadees mein just kijiye.</w:t>
      </w:r>
    </w:p>
    <w:p>
      <w:pPr>
        <w:jc w:val="right"/>
      </w:pPr>
      <w:r>
        <w:t>اس سے کچھ نہیں ہوتا۔ آپ یہ دیکھیے کہ وہ آدمی کیا کہتا ہے، کیا لکھتا ہے، کیا اس کا نظریہ ہے۔ قرآن و حدیث میں جسٹ کیجئے۔</w:t>
      </w:r>
    </w:p>
    <w:p>
      <w:r>
        <w:rPr>
          <w:b/>
        </w:rPr>
        <w:t xml:space="preserve">[51:39] </w:t>
      </w:r>
      <w:r>
        <w:t>aap is daur ke muslim naujawanon ko aur millat ko kya mashware dena pasand karenge?</w:t>
      </w:r>
    </w:p>
    <w:p>
      <w:pPr>
        <w:jc w:val="right"/>
      </w:pPr>
      <w:r>
        <w:t>آپ اس دور کے مسلم نوجوانوں کو اور ملت کو کیا مشورے دینا پسند کریں گے؟</w:t>
      </w:r>
    </w:p>
    <w:p>
      <w:r>
        <w:rPr>
          <w:b/>
        </w:rPr>
        <w:t xml:space="preserve">[51:51] </w:t>
      </w:r>
      <w:r>
        <w:t>main main sochta hoon ke main haal hi ka ek shair parhoon ga jo deidhe so saal pehle kaha tha unhon ne.</w:t>
      </w:r>
    </w:p>
    <w:p>
      <w:pPr>
        <w:jc w:val="right"/>
      </w:pPr>
      <w:r>
        <w:t>میں میں سوچتا ہوں کہ میں حال ہی کا ایک شعر پڑھوں گا جو ڈیڑھ سو سال پہلے کہا تھا انہوں نے۔</w:t>
      </w:r>
    </w:p>
    <w:p>
      <w:r>
        <w:rPr>
          <w:b/>
        </w:rPr>
        <w:t xml:space="preserve">[52:01] </w:t>
      </w:r>
      <w:r>
        <w:t>aaj bhi woh valid hai. aaj bhi</w:t>
      </w:r>
    </w:p>
    <w:p>
      <w:pPr>
        <w:jc w:val="right"/>
      </w:pPr>
      <w:r>
        <w:t>آج بھی وہ ویلڈ ہے۔ آج بھی</w:t>
      </w:r>
    </w:p>
    <w:p>
      <w:r>
        <w:rPr>
          <w:b/>
        </w:rPr>
        <w:t xml:space="preserve">[52:04] </w:t>
      </w:r>
      <w:r>
        <w:t>unhon ne kaha tha ke hukoomat ne azadiyan sab ko di hain, taraqqi ki rahen sarasar khuli hain.</w:t>
      </w:r>
    </w:p>
    <w:p>
      <w:pPr>
        <w:jc w:val="right"/>
      </w:pPr>
      <w:r>
        <w:t>انہوں نے کہا تھا کہ حکومت نے آزادیاں سب کو دی ہیں، ترقی کی راہیں سراسر کھلی ہیں۔</w:t>
      </w:r>
    </w:p>
    <w:p>
      <w:r>
        <w:rPr>
          <w:b/>
        </w:rPr>
        <w:t xml:space="preserve">[52:15] </w:t>
      </w:r>
      <w:r>
        <w:t>yeh deidhe so saal pehle kaha tha unhon ne. hukoomat ne azadiyan sab ko di hain, taraqqi ki rahen sarasar khuli hain. aur yeh doosri baat unhon ne kahi thi ke talib ke bare mein</w:t>
      </w:r>
    </w:p>
    <w:p>
      <w:pPr>
        <w:jc w:val="right"/>
      </w:pPr>
      <w:r>
        <w:t>یہ ڈیڑھ سو سال پہلے کہا تھا انہوں نے۔ حکومت نے آزادیاں سب کو دی ہیں، ترقی کی راہیں سراسر کھلی ہیں۔ اور یہ دوسری بات انہوں نے کہی تھی کہ طالب کے بارے میں</w:t>
      </w:r>
    </w:p>
    <w:p>
      <w:r>
        <w:rPr>
          <w:b/>
        </w:rPr>
        <w:t xml:space="preserve">[52:29] </w:t>
      </w:r>
      <w:r>
        <w:t>basa waqt ka hukam naateq yahi hai ke jo kuch jo kuch ke dunya mein hai, woh taleem hi hai. to main saare naujawanon ko ek hi baat kehta hoon, education, education, education sab chhod do, lekin education mat chhodho.</w:t>
      </w:r>
    </w:p>
    <w:p>
      <w:pPr>
        <w:jc w:val="right"/>
      </w:pPr>
      <w:r>
        <w:t>بسا وقت کا حکم ناطق یہی ہے کہ جو کچھ جو کچھ کہ دنیا میں ہے، وہ تعلیم ہی ہے۔ تو میں سارے نوجوانوں کو ایک ہی بات کہتا ہوں، ایجوکیشن، ایجوکیشن، ایجوکیشن سب چھوڑ دو، لیکن ایجوکیشن مت چھوڑو۔</w:t>
      </w:r>
    </w:p>
    <w:p>
      <w:r>
        <w:rPr>
          <w:b/>
        </w:rPr>
        <w:t xml:space="preserve">[52:49] </w:t>
      </w:r>
      <w:r>
        <w:t>bas saare darwaze aap ke liye khule hain</w:t>
      </w:r>
    </w:p>
    <w:p>
      <w:pPr>
        <w:jc w:val="right"/>
      </w:pPr>
      <w:r>
        <w:t>بس سارے دروازے آپ کے لیے کھلے ہیں</w:t>
      </w:r>
    </w:p>
    <w:p>
      <w:r>
        <w:rPr>
          <w:b/>
        </w:rPr>
        <w:t xml:space="preserve">[52:53] </w:t>
      </w:r>
      <w:r>
        <w:t>aap education lijiye, padh kar apne aap ko competitive banaiye, competent. bas</w:t>
      </w:r>
    </w:p>
    <w:p>
      <w:pPr>
        <w:jc w:val="right"/>
      </w:pPr>
      <w:r>
        <w:t>، آپ ایجوکیشن لیجئے، پڑھ کر اپنے آپ کو کمپیٹیٹیو بنائیے، کمپیٹنٹ۔ بس</w:t>
      </w:r>
    </w:p>
    <w:p>
      <w:r>
        <w:rPr>
          <w:b/>
        </w:rPr>
        <w:t xml:space="preserve">[53:03] </w:t>
      </w:r>
      <w:r>
        <w:t>nazreen, aap sun rahe the Maulana Wahiduddin Khan sahab ko. zahir hai ke zindagi ke itne ash'aron pe muheet tajruba, kisi bhi mauzu pe aap guftagu kijiye to uska koi ah ikhtitam nahi hoga.</w:t>
      </w:r>
    </w:p>
    <w:p>
      <w:pPr>
        <w:jc w:val="right"/>
      </w:pPr>
      <w:r>
        <w:t>ناظرین، آپ سن رہے تھے مولانا وحید الدین خان صاحب کو۔ ظاہر ہے کہ زندگی کے اتنے اشعروں پہ محیط تجربہ، کسی بھی موضوع پہ آپ گفتگو کیجئے تو اس کا کوئی اہ ختام نہیں ہوگا۔</w:t>
      </w:r>
    </w:p>
    <w:p>
      <w:r>
        <w:rPr>
          <w:b/>
        </w:rPr>
        <w:t xml:space="preserve">[53:19] </w:t>
      </w:r>
      <w:r>
        <w:t>itne tajrubaat aur itna ilm</w:t>
      </w:r>
    </w:p>
    <w:p>
      <w:pPr>
        <w:jc w:val="right"/>
      </w:pPr>
      <w:r>
        <w:t>اتنے تجربات اور اتنا علم</w:t>
      </w:r>
    </w:p>
    <w:p>
      <w:r>
        <w:rPr>
          <w:b/>
        </w:rPr>
        <w:t xml:space="preserve">[53:22] </w:t>
      </w:r>
      <w:r>
        <w:t>hai. lekin yahin pe hum khatm karte hain aur phir ek baar aap se alwida kehte hain. bahut bahut shukriya aap ne interview sunne ke liye.</w:t>
      </w:r>
    </w:p>
    <w:p>
      <w:pPr>
        <w:jc w:val="right"/>
      </w:pPr>
      <w:r>
        <w:t>ہے۔ لیکن یہیں پہ ہم ختم کرتے ہیں اور پھر ایک بار آپ سے الوداع کہتے ہیں۔ بہت بہت شکریہ آپ نے انٹرویو سننے کے لیے۔</w:t>
      </w:r>
    </w:p>
    <w:p>
      <w:r>
        <w:rPr>
          <w:b/>
        </w:rPr>
        <w:t xml:space="preserve">[53:33] </w:t>
      </w:r>
      <w:r>
        <w:t>jazakumullah.</w:t>
      </w:r>
    </w:p>
    <w:p>
      <w:pPr>
        <w:jc w:val="right"/>
      </w:pPr>
      <w:r>
        <w:t>جزاکم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