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Ramadan (Part 2) April 24, 2022 Dr. Saniyasnain Khan</w:t>
      </w:r>
    </w:p>
    <w:p>
      <w:r>
        <w:t>https://www.youtube.com/watch?v=NHe5tC7U3mk</w:t>
      </w:r>
    </w:p>
    <w:p>
      <w:r>
        <w:rPr>
          <w:b/>
        </w:rPr>
        <w:t xml:space="preserve">[00:11] </w:t>
      </w:r>
      <w:r>
        <w:t>Assalamualikum. Fasting is one of the five pillars of Islam and as we know that Ramzan is the month of not only reflection but also the period of annual self assessment. We have been discussing many aspects of Ramzan in our last couple of sessions and we'll continue discussing on the subject, the spirit of Ramzan. So today we have with us Doctor Saniyasnain Khan sahab.</w:t>
      </w:r>
    </w:p>
    <w:p>
      <w:pPr>
        <w:jc w:val="right"/>
      </w:pPr>
      <w:r>
        <w:t>अस्सलामालिकुम. Fasting is one of the five pillars of Islam and as we know that रमज़ान is the month of not only reflection but also the period of annual self assessment. We have been discussing many aspects of रमज़ान in our last couple of sessions and we'll continue discussing on the subject, the spirit of रमज़ान. So today we have with us Doctor सानिया स्नैन खान साहब.</w:t>
      </w:r>
    </w:p>
    <w:p>
      <w:r>
        <w:rPr>
          <w:b/>
        </w:rPr>
        <w:t xml:space="preserve">[00:40] </w:t>
      </w:r>
      <w:r>
        <w:t>to chaliye baat cheet karte hain doctor sahab ke saath. Assalamualikum doctor sahab kaise ho aap sunayein. Ji Alhamdulillah dot sahab. Doctor sahab sab se pehla jo mera sawal hai woh ek khadeej ke hawale se hai jahan par prophet ne ek bari kaha ke there is a gate in paradise called Al Rayyan and people who fast will enter through that gate.</w:t>
      </w:r>
    </w:p>
    <w:p>
      <w:pPr>
        <w:jc w:val="right"/>
      </w:pPr>
      <w:r>
        <w:t>तो चलिए बातचीत करते हैं doctor साहब के साथ. अस्लामानिकुल doctor साहब कैसे हो आप सुनाएं. जी आलमधन अल्लाह dot साहब. Doctor साहब सबसे पहला जो मेरा सवाल है वह एक खदीज के हवाले से है जहां पर prophet ने एक बारी कहा कि there is a gate in paradise called अल रैयान and people who fast will enter through that gate.</w:t>
      </w:r>
    </w:p>
    <w:p>
      <w:r>
        <w:rPr>
          <w:b/>
        </w:rPr>
        <w:t xml:space="preserve">[01:06] </w:t>
      </w:r>
      <w:r>
        <w:t>to iske bare mein doctor safham sab ko bataiye is hadees ke bare mein. Bismillahir rahmani Rahim, Rabbi shrahli sadri, wa yassirli amri, ballul uqdatam min lisani, yafqahu qawli. Hadees mein aata hai ke jannat ke aath gate hain.</w:t>
      </w:r>
    </w:p>
    <w:p>
      <w:pPr>
        <w:jc w:val="right"/>
      </w:pPr>
      <w:r>
        <w:t>तो इसके बारे में doctor सफ़हम सबको बताइए इस हदीज़ के बारे में. बिस्मिल्लाही रहमानी रहीम, रब्बिश रहली सदरी, व यस्सिर्ली अमरी, बैलुल उपदतम्ली लिसानी, यब कौहू कौली. हदीस में आता है कि जन्नत के आठ gate हैं.</w:t>
      </w:r>
    </w:p>
    <w:p>
      <w:r>
        <w:rPr>
          <w:b/>
        </w:rPr>
        <w:t xml:space="preserve">[01:30] </w:t>
      </w:r>
      <w:r>
        <w:t>to ek baar prophet Muhammad ne sahaba ko bataya ke jannat mein jo gates hain unke naam bataye ke ek hai babu zakat, babuliman, iman gate, arrrayyan.</w:t>
      </w:r>
    </w:p>
    <w:p>
      <w:pPr>
        <w:jc w:val="right"/>
      </w:pPr>
      <w:r>
        <w:t>तो एक बार prophet मोहम्मद ने साहबा को बताया कि जन्नत में जो gates हैं उनके नाम बताए कि एक है बाबू ज़कात, बाबूलीमान, ईमान gate, अर्रयान.</w:t>
      </w:r>
    </w:p>
    <w:p>
      <w:r>
        <w:rPr>
          <w:b/>
        </w:rPr>
        <w:t xml:space="preserve">[01:51] </w:t>
      </w:r>
      <w:r>
        <w:t>to bataya ke jo arrrayyan hai usmein se usmein se rozedar enter karenge aur tareeqa yeh hoga ke gate mein se announcement hoga ke mister so and so please come through gate number ya Al Rayyan gate. Is tarah se announcement hoga. Ji.</w:t>
      </w:r>
    </w:p>
    <w:p>
      <w:pPr>
        <w:jc w:val="right"/>
      </w:pPr>
      <w:r>
        <w:t>तो बताया कि जो अर्रयान है उसमें से उसमें से रोज़ेदार enter करेंगे और तरीका यह होगा कि gate में से announcement होगा कि mister so and so please come through gate number या अलर्यान gate. इस तरह से announcement होगा. जी.</w:t>
      </w:r>
    </w:p>
    <w:p>
      <w:r>
        <w:rPr>
          <w:b/>
        </w:rPr>
        <w:t xml:space="preserve">[02:16] </w:t>
      </w:r>
      <w:r>
        <w:t>to sahaba jo baithe hue the usmein Hazrat Abu Bakr bhi the. Abu Bakr raziallahu anhu. To unhone thoda unusual sa sawal poocha. Kaha ke kya aisa bhi ho sakta hai ke saare aathon gate mein se ek hi aadmi ke liye announcement ho. Yaani aathon gate mein se ek hi aadmi ka announcement ho aur woh kisi bhi gate se chala jaye?</w:t>
      </w:r>
    </w:p>
    <w:p>
      <w:pPr>
        <w:jc w:val="right"/>
      </w:pPr>
      <w:r>
        <w:t>तो साहबा जो बैठे हुए थे उसमें हजरत अबू बकर भी थे. अबू बकर रजिल्ला आंड. तो उन्होंने थोड़ा unusual सा सवाल पुछा. कहा कि क्या ऐसा भी हो सकता है कि सारे आठों gate में से एक ही आदमी के लिए announcement हो. यानी आठों gate में से एक ही आदमी का announcement हो और वो किसी भी gate से चला जाए.</w:t>
      </w:r>
    </w:p>
    <w:p>
      <w:r>
        <w:rPr>
          <w:b/>
        </w:rPr>
        <w:t xml:space="preserve">[02:43] </w:t>
      </w:r>
      <w:r>
        <w:t>to Rasoolullah sallam ne kaha ke naam haan ho sakta hai aur kaha ke woh arzu antakun ameen hoon ke mujhe umeed hai ke tum un mein se ek hoge. You will be among one of them. Oh, sure. To yeh tha darja Hazrat Abu Bakr ka aur maqam tha ke kisi bhi gate mein se chale jayenge. Saare gates pukarenge unke naam ko.</w:t>
      </w:r>
    </w:p>
    <w:p>
      <w:pPr>
        <w:jc w:val="right"/>
      </w:pPr>
      <w:r>
        <w:t>तो रसूल्ला सल्म ने कहा कि नाम हां हो सकता है और कहा कि वह अर्जु अंतकून अमीन हूं कि मुझे उम्मीद है कि तुम उनमें से एक होगे. You will be among one of them. Oh, sure. तो यह था दर्जा हजरता बुबक करके और मकाम था कि किसी भी gate में से चले जाएंगे. सारे gates पुकारेंगे उनके नाम को.</w:t>
      </w:r>
    </w:p>
    <w:p>
      <w:r>
        <w:rPr>
          <w:b/>
        </w:rPr>
        <w:t xml:space="preserve">[03:13] </w:t>
      </w:r>
      <w:r>
        <w:t>ji.</w:t>
      </w:r>
    </w:p>
    <w:p>
      <w:pPr>
        <w:jc w:val="right"/>
      </w:pPr>
      <w:r>
        <w:t>जी.</w:t>
      </w:r>
    </w:p>
    <w:p>
      <w:r>
        <w:rPr>
          <w:b/>
        </w:rPr>
        <w:t xml:space="preserve">[03:19] </w:t>
      </w:r>
      <w:r>
        <w:t>doctor sahab yeh to bahut hi amazing hadees hai hazrat abubakar ke hawale se.</w:t>
      </w:r>
    </w:p>
    <w:p>
      <w:pPr>
        <w:jc w:val="right"/>
      </w:pPr>
      <w:r>
        <w:t>Doctor साहब यह तो बहुत ही amazing हदीस है हज़रत अबूबकर के हवाले से.</w:t>
      </w:r>
    </w:p>
    <w:p>
      <w:r>
        <w:rPr>
          <w:b/>
        </w:rPr>
        <w:t xml:space="preserve">[03:25] </w:t>
      </w:r>
      <w:r>
        <w:t>main chahoongi koi aur incident agar unki zindagi se aap hum sabke saath share karein?</w:t>
      </w:r>
    </w:p>
    <w:p>
      <w:pPr>
        <w:jc w:val="right"/>
      </w:pPr>
      <w:r>
        <w:t>मैं चाहूंगी कोई और incident अगर उनकी ज़िंदगी से आप हम सबके साथ share करें?</w:t>
      </w:r>
    </w:p>
    <w:p>
      <w:r>
        <w:rPr>
          <w:b/>
        </w:rPr>
        <w:t xml:space="preserve">[03:31] </w:t>
      </w:r>
      <w:r>
        <w:t>hazrat abubak razi allah anna, prophet mohammed ke bachpan ke saathi the aur dono ki age bhi taqreeban</w:t>
      </w:r>
    </w:p>
    <w:p>
      <w:pPr>
        <w:jc w:val="right"/>
      </w:pPr>
      <w:r>
        <w:t>हजरत अबूबक राजी अल्लाह अन्न, prophet मोहम्मद के बचपन के साथी थे और दोनों की age भी तकरीबन</w:t>
      </w:r>
    </w:p>
    <w:p>
      <w:r>
        <w:rPr>
          <w:b/>
        </w:rPr>
        <w:t xml:space="preserve">[03:37] </w:t>
      </w:r>
      <w:r>
        <w:t>barabar thi ek do saal ka fark tha.</w:t>
      </w:r>
    </w:p>
    <w:p>
      <w:pPr>
        <w:jc w:val="right"/>
      </w:pPr>
      <w:r>
        <w:t>बराबर थी एक दो साल का फ़र्क था.</w:t>
      </w:r>
    </w:p>
    <w:p>
      <w:r>
        <w:rPr>
          <w:b/>
        </w:rPr>
        <w:t xml:space="preserve">[03:44] </w:t>
      </w:r>
      <w:r>
        <w:t>to jab Quran reveal hona shuru hua to Makka mein iska charcha hua. To Hazrat Abu Bakr raziallahu anhu aaye prophet ke paas aur kaha ke maine aisa suna hai ke aap ke paas farishta aata hai, Khuda ki taraf se paighamāt laata hai. To prophet ne kaha, aise hi hai. To kuch sunaya Quran ke aaye the sunai kuch. To usi waqt iman le aaye.</w:t>
      </w:r>
    </w:p>
    <w:p>
      <w:pPr>
        <w:jc w:val="right"/>
      </w:pPr>
      <w:r>
        <w:t>तो जब कुरान reveal होना शुरू हुआ तो मक्का में इसका चर्चा हुआ. तो हजरत अबूबक्र रजिल्लाहान आए prophet के पास और कहा कि मैंने ऐसा सुना है कि आपके पास फरिश्ता आता है, खुदा की तरफ से पैगामात लाता है. तो prophet ने कहा, ऐसे ही है. तो कुछ सुनाया कुरान के आए थे सुनाई कुछ. तो उसी वक्त ईमान ले आए.</w:t>
      </w:r>
    </w:p>
    <w:p>
      <w:r>
        <w:rPr>
          <w:b/>
        </w:rPr>
        <w:t xml:space="preserve">[04:13] </w:t>
      </w:r>
      <w:r>
        <w:t>matlab unhone seconds bhi nahi lagaye. To baad mein Rasoolullah sallam ne kaha tha ke maine jisko bhi Islam pesh kiya, usne thoda waqt lagaya, thoda socha, thoda hesitation dikhaya. Siwaye Hazrat Abu Bakr ke, unhone waqt nahi lagaya aur fauran mere upar iman le aaye.</w:t>
      </w:r>
    </w:p>
    <w:p>
      <w:pPr>
        <w:jc w:val="right"/>
      </w:pPr>
      <w:r>
        <w:t>मतलब उन्होंने seconds भी नहीं लगाए. तो बाद में रसूल्लास्लाम ने कहा था कि मैंने जिसको भी इस्लाम पेश किया, उसने थोड़ा वक्त लगाया, थोड़ा सोचा, थोड़ा hesitation दिखाया. शिवाय हज़र अबू बकर के, उन्होंने वक्त नहीं लगाया और फ़ौरन मेरे ऊपर ईमान ले आए.</w:t>
      </w:r>
    </w:p>
    <w:p>
      <w:r>
        <w:rPr>
          <w:b/>
        </w:rPr>
        <w:t xml:space="preserve">[04:39] </w:t>
      </w:r>
      <w:r>
        <w:t>to Hazrat Abu Bakr ka bahut hi bada darja hai aur ek waqia isi wajah se unhone isi wajah se prophet Muhammad ne unka naam As Siddiq rakha tha. Ji. Yaani one who testifies the faith. Ji. To unko Abu Bakr Siddiq bhi kaha jata hai.</w:t>
      </w:r>
    </w:p>
    <w:p>
      <w:pPr>
        <w:jc w:val="right"/>
      </w:pPr>
      <w:r>
        <w:t>तो हज़र अब्बु बकर का बहुत ही बड़ा दर्जा है और एक वाक्या इसी वजह से उन्होंने इसी वजह से prophet मोहम्मद ने उनका नाम असिद्धिक रखा था. जी. यानी one who testifies the faith. जी. तो उनको अबूबाकर इन्हें सिद्धिक भी कहा जाता है.</w:t>
      </w:r>
    </w:p>
    <w:p>
      <w:r>
        <w:rPr>
          <w:b/>
        </w:rPr>
        <w:t xml:space="preserve">[05:04] </w:t>
      </w:r>
      <w:r>
        <w:t>ek waqea ajrit abubakr ka bahut hi bunda hai ki madina mein ek jab woh caliph the us</w:t>
      </w:r>
    </w:p>
    <w:p>
      <w:pPr>
        <w:jc w:val="right"/>
      </w:pPr>
      <w:r>
        <w:t>एक वाक्या अजरित अबूबक्र का बहुत ही बुन्दा है कि मदीना में एक जब वो कैलिफ थे उस</w:t>
      </w:r>
    </w:p>
    <w:p>
      <w:r>
        <w:rPr>
          <w:b/>
        </w:rPr>
        <w:t xml:space="preserve">[05:10] </w:t>
      </w:r>
      <w:r>
        <w:t>waqt ka waqya aayi hai.</w:t>
      </w:r>
    </w:p>
    <w:p>
      <w:pPr>
        <w:jc w:val="right"/>
      </w:pPr>
      <w:r>
        <w:t>वक्त का वाक्य आई है.</w:t>
      </w:r>
    </w:p>
    <w:p>
      <w:r>
        <w:rPr>
          <w:b/>
        </w:rPr>
        <w:t xml:space="preserve">[05:16] </w:t>
      </w:r>
      <w:r>
        <w:t>ruler the yaani wahan ke. ji.</w:t>
      </w:r>
    </w:p>
    <w:p>
      <w:pPr>
        <w:jc w:val="right"/>
      </w:pPr>
      <w:r>
        <w:t>Ruler थे यानी वहां के. जी.</w:t>
      </w:r>
    </w:p>
    <w:p>
      <w:r>
        <w:rPr>
          <w:b/>
        </w:rPr>
        <w:t xml:space="preserve">[05:22] </w:t>
      </w:r>
      <w:r>
        <w:t>to ek ghar tha madina ke outskirts par, sort of hut chota sa koi ghar tha.</w:t>
      </w:r>
    </w:p>
    <w:p>
      <w:pPr>
        <w:jc w:val="right"/>
      </w:pPr>
      <w:r>
        <w:t>तो एक घर था मदीना के outskirts पर, sort of hut छोटा सा कोई घर था.</w:t>
      </w:r>
    </w:p>
    <w:p>
      <w:r>
        <w:rPr>
          <w:b/>
        </w:rPr>
        <w:t xml:space="preserve">[05:28] </w:t>
      </w:r>
      <w:r>
        <w:t>to wahan jaya karte the fazr ke namaz ke baad.</w:t>
      </w:r>
    </w:p>
    <w:p>
      <w:pPr>
        <w:jc w:val="right"/>
      </w:pPr>
      <w:r>
        <w:t>तो वहां जाया करते थे फजीर के नमाज़ के बाद.</w:t>
      </w:r>
    </w:p>
    <w:p>
      <w:r>
        <w:rPr>
          <w:b/>
        </w:rPr>
        <w:t xml:space="preserve">[05:35] </w:t>
      </w:r>
      <w:r>
        <w:t>to hazrat umar raziyallan unhone dekha ki roz subah jaate hain yeh is ghar mein.</w:t>
      </w:r>
    </w:p>
    <w:p>
      <w:pPr>
        <w:jc w:val="right"/>
      </w:pPr>
      <w:r>
        <w:t>तो हजरत उमर रजियालान उन्होंने देखा कि रोज़ सुबह जाते हैं यह इस घर में.</w:t>
      </w:r>
    </w:p>
    <w:p>
      <w:r>
        <w:rPr>
          <w:b/>
        </w:rPr>
        <w:t xml:space="preserve">[05:42] </w:t>
      </w:r>
      <w:r>
        <w:t>to thoda curious hue janana chaha ki yeh kya kaun rehta hai ismein jaakar dekhoon main.</w:t>
      </w:r>
    </w:p>
    <w:p>
      <w:pPr>
        <w:jc w:val="right"/>
      </w:pPr>
      <w:r>
        <w:t>तो थोड़ा curious हुए जानना चाहा कि यह क्या कौन रहता है इसमें जाकर देखूं मैं.</w:t>
      </w:r>
    </w:p>
    <w:p>
      <w:r>
        <w:rPr>
          <w:b/>
        </w:rPr>
        <w:t xml:space="preserve">[05:50] </w:t>
      </w:r>
      <w:r>
        <w:t>to ek din jab woh nikle bahar ghar se rajat abubakar to rajat umar rajelan gaye andar.</w:t>
      </w:r>
    </w:p>
    <w:p>
      <w:pPr>
        <w:jc w:val="right"/>
      </w:pPr>
      <w:r>
        <w:t>तो एक दिन जब वह निकले बाहर घर से रजत अबूबकर तो रजत उमर रजेल्लान गए अंदर.</w:t>
      </w:r>
    </w:p>
    <w:p>
      <w:r>
        <w:rPr>
          <w:b/>
        </w:rPr>
        <w:t xml:space="preserve">[05:58] </w:t>
      </w:r>
      <w:r>
        <w:t>to dekha ki ek blind lady, old blind lady leti hui thi.</w:t>
      </w:r>
    </w:p>
    <w:p>
      <w:pPr>
        <w:jc w:val="right"/>
      </w:pPr>
      <w:r>
        <w:t>तो देखा कि एक blind lady, old blind lady लेटी हुई थी.</w:t>
      </w:r>
    </w:p>
    <w:p>
      <w:r>
        <w:rPr>
          <w:b/>
        </w:rPr>
        <w:t xml:space="preserve">[06:06] </w:t>
      </w:r>
      <w:r>
        <w:t>to us blind lady se pucha ki yeh aadmi kaun hai jo aata hai kya karta hai aapke yahan? to usne kaha blind lady ne ki main nahin jaanti ki kya karta hai wo bas wo aata hai mera jhaadu adu deta hai, pocha lagata hai aur khane paka ke rakh ke chala jata hai bolta bhi nahin hoon. to Hazrat Umar samajh gaye.</w:t>
      </w:r>
    </w:p>
    <w:p>
      <w:pPr>
        <w:jc w:val="right"/>
      </w:pPr>
      <w:r>
        <w:t>तो उस blind lady से पुछा कि यह आदमी कौन है जो आता है क्या करता है आपके यहाँ? तो उसने कहा blind lady ने कि मैं नहीं जानती कि क्या करता है वो बस वो आता है मेरा झाड़ू अड़ू देता है, पोछा लगाता है और खाने पका के रख के चला जाता है बोलता भी नहीं हूँ. तो हजरत उमर समझ गए.</w:t>
      </w:r>
    </w:p>
    <w:p>
      <w:r>
        <w:rPr>
          <w:b/>
        </w:rPr>
        <w:t xml:space="preserve">[06:32] </w:t>
      </w:r>
      <w:r>
        <w:t>khair phir kuch dinon ke baad Hazrat Abu Bakr ki death ho gayi. to Hazrat Umar ne socha ki wah jo blind lady ki khidmat karte the Hazrat Abu Bakr ab main shuru kar deta hoon. to wo jaane lage. jaake sawai karte hain, pocha lagate, khana pakate, rakh ke chale aate. to ek din wo blind lady ne kaha ki tumhare dost ki death ho gayi kya?</w:t>
      </w:r>
    </w:p>
    <w:p>
      <w:pPr>
        <w:jc w:val="right"/>
      </w:pPr>
      <w:r>
        <w:t>खैर फिर कुछ दिनों के बाद हजरत अबू बकर की death हो गई. तो हजरत उमर ने सोचा कि वह जो blind lady की खिद्मत करते थे हजरत अबू बकर अब मैं शुरू कर देता हूं. तो वो जाने लगे. जाके सवाई करते हैं, पोछा लगाते, खाना पकाते, रख के चले आते. तो एक दिन वो blind lady ने कहा कि तुम्हारे दोस्त की death हो गई क्या?</w:t>
      </w:r>
    </w:p>
    <w:p>
      <w:r>
        <w:rPr>
          <w:b/>
        </w:rPr>
        <w:t xml:space="preserve">[07:02] </w:t>
      </w:r>
      <w:r>
        <w:t>to hazar to Umar hairan ho gaye ki bole ki kaise pata chala aapko? to us old lady ne jo blind thi boli ki tum jo khajbur late ho dates uska beej nahin nikalte. ji.</w:t>
      </w:r>
    </w:p>
    <w:p>
      <w:pPr>
        <w:jc w:val="right"/>
      </w:pPr>
      <w:r>
        <w:t>तो हज़ार तो उमर हैरान हो गए कि बोले कि कैसे पता चला आपको? तो उस old lady ने जो blind थी बोली कि तुम जो खजबूर लाते हो dates उसका बीज नहीं निकालते. जी.</w:t>
      </w:r>
    </w:p>
    <w:p>
      <w:r>
        <w:rPr>
          <w:b/>
        </w:rPr>
        <w:t xml:space="preserve">[07:18] </w:t>
      </w:r>
      <w:r>
        <w:t>to wo Hazrat Umar ghutnon ke bal zameen par baith gaye aur bole ke ae wo Bakar tumhare jaane ke baad khalifa bahut thak gaya. ji. ek waqya hai ajrat tumhar ka bhi lete hain. ji.</w:t>
      </w:r>
    </w:p>
    <w:p>
      <w:pPr>
        <w:jc w:val="right"/>
      </w:pPr>
      <w:r>
        <w:t>तो वो हजरत उमर घुटनों के बल ज़मीन पर बैठ गए और बोले के ऐ वो बकर तुम्हारे जाने के बाद खलीफा बहुत थक गया. जी. एक वाक्य है आजरत तुम्हार का भी लेते हैं. जी.</w:t>
      </w:r>
    </w:p>
    <w:p>
      <w:r>
        <w:rPr>
          <w:b/>
        </w:rPr>
        <w:t xml:space="preserve">[07:44] </w:t>
      </w:r>
      <w:r>
        <w:t>Hazrat Umar jab caliph bane to bahut badi empire thi, phaili hui thi. to bahar se log aaye karte the, delegations aate the. to ek baar delegation aaya to hazar Uber rajillahaan masjid mein nahin the. masjid mein milte the wo, ghar par the. to log ghar par aa gaye.</w:t>
      </w:r>
    </w:p>
    <w:p>
      <w:pPr>
        <w:jc w:val="right"/>
      </w:pPr>
      <w:r>
        <w:t>हज़रत उमर जब caliph बने तो बहुत बड़ी empire थी, फैली हुई थी. तो बाहर से लोग आए करते थे, delegations आते थे. तो एक बार delegation आया तो हज़र उबर रजिल्लाहान मस्जिद में नहीं थे. मस्जिद में मिलते थे वो, घर पर थे. तो लोग घर पर आ गए.</w:t>
      </w:r>
    </w:p>
    <w:p>
      <w:r>
        <w:rPr>
          <w:b/>
        </w:rPr>
        <w:t xml:space="preserve">[08:13] </w:t>
      </w:r>
      <w:r>
        <w:t>to jab ghar ke andar gaye to unhone dekha ki wo kuch mamuli sa kaam kar rahe hain. koi safai ya koi repair wagairah ghar ki. to unmein se ek ne kaha ki aapne kisi abd ko keh diya hota hai, kisi servant ko, kisi ghulam ko yeh kaam kar diya tha, aap itna mamuli kaam kar rahe hain. to unhone kaha ki aiyu abdin a badu minni ki mujhse bada ghulam kaun hai?</w:t>
      </w:r>
    </w:p>
    <w:p>
      <w:pPr>
        <w:jc w:val="right"/>
      </w:pPr>
      <w:r>
        <w:t>तो जब घर के अंदर गए तो उन्होंने देखा कि वो कुछ मामूली सा काम कर रहे हैं. कोई सफाई या कोई repair वगैरह घर की. तो उनमें से एक ने कहा कि आपने किसी अब्द को कह दिया होता है, किसी servant को, किसी गुलाम को यह काम कर दिया था, आप इतना मामूली काम कर रहे हैं. तो उन्होंने कहा कि आईयू अब्दिन आ बदुमिन्नी कि मुझसे बड़ा गुलाम कौन है?</w:t>
      </w:r>
    </w:p>
    <w:p>
      <w:r>
        <w:rPr>
          <w:b/>
        </w:rPr>
        <w:t xml:space="preserve">[08:39] </w:t>
      </w:r>
      <w:r>
        <w:t>to yeh tha character jiski wajah se aaj Islam yahan tak pahunche hum sabke paas. ji. Masha Allah. DocsApp humne pichhle sessions mein bhi jaise discuss kiya tha kai aspects humne discuss karein.</w:t>
      </w:r>
    </w:p>
    <w:p>
      <w:pPr>
        <w:jc w:val="right"/>
      </w:pPr>
      <w:r>
        <w:t>तो यह था character जिसकी वजह से आज इस्लाम यहां तक पहुंचे हम सबके पास. जी. माशाल्लाह. DocsApp हमने पिछले sessions में भी जैसे discuss किया था कई aspects हमने discuss करें.</w:t>
      </w:r>
    </w:p>
    <w:p>
      <w:r>
        <w:rPr>
          <w:b/>
        </w:rPr>
        <w:t xml:space="preserve">[08:54] </w:t>
      </w:r>
      <w:r>
        <w:t>aapne yeh bhi bataya ek session mein ki jo Ramzan hai it is like a spiritual training program aur ek rozedar ka ek outer form hota hai, jaise jismein wo khana aur peena chhod deta hai Ramzan ke dauran. lekin usi se ek inner form bhi develop hota hai, jisko hum strong character kehte hain. to it is often said that Ramzan is a month when character is built, strong character is built.</w:t>
      </w:r>
    </w:p>
    <w:p>
      <w:pPr>
        <w:jc w:val="right"/>
      </w:pPr>
      <w:r>
        <w:t>आपने यह भी बताया एक session में कि जो रमज़ान है it is like a spiritual training program और एक रोज़ेदार का एक outer form होता है, जैसे जिसमें वो खाना और पीना छोड़ देता है रमज़ान के दौरान. लेकिन उसी से एक inner form भी develop होता है, जिसको हम strong character कहते हैं. तो it is often said that रमज़ान is a month when character is built, strong character is built.</w:t>
      </w:r>
    </w:p>
    <w:p>
      <w:r>
        <w:rPr>
          <w:b/>
        </w:rPr>
        <w:t xml:space="preserve">[09:23] </w:t>
      </w:r>
      <w:r>
        <w:t>to isko bhi aap waze karein ki kaise yeh mumkin hota hai? Ramzan mein yakeenan yeh Ramzan bhi ek bahut badi training hai character building ki balki hatish mein aata hai ki koi tumse ladai kare, koi jhagda kare, koi indicent baatein kare to tum usse keh do innisaym, innisaym ki main rozedar hoon, main rozedar hoon. main ek paaband insaan hoon.</w:t>
      </w:r>
    </w:p>
    <w:p>
      <w:pPr>
        <w:jc w:val="right"/>
      </w:pPr>
      <w:r>
        <w:t>तो इसको भी आप वाज़े करें कि कैसे यह मुमकिन होता है? रमज़ान में यकीनन यह रमज़ान भी एक बहुत बड़ी training है character building की बल्कि हतीश में आता है कि कोई तुमसे लड़ाई करे, कोई झगड़ा करे, कोई indicent बातें करे तो तुम उससे कह दो इन्निसायम, इन्निसायम कि मैं रोज़ेदार हूं, मैं रोज़ेदार हूं. मैं एक पाबंद इंसान हूं.</w:t>
      </w:r>
    </w:p>
    <w:p>
      <w:r>
        <w:rPr>
          <w:b/>
        </w:rPr>
        <w:t xml:space="preserve">[09:52] </w:t>
      </w:r>
      <w:r>
        <w:t>main mere andar ek discipline hai. main tumhari tarah se aazad nahin hoon. to yeh ek training ka zariya van jata hai Ramzar, balki isi tarah ki baat Haj mein bhi aati hai. Quran mein aata hai fala rafsah, fala fusukha, fala jidala fil Haj. ki Haj ke dauran koi indistent baat nahin, koi foul language nahin, koi ladai jhagda nahin, koi quarreling nahin, koi shor gul nahin.</w:t>
      </w:r>
    </w:p>
    <w:p>
      <w:pPr>
        <w:jc w:val="right"/>
      </w:pPr>
      <w:r>
        <w:t>मैं मेरे अंदर एक discipline है. मैं तुम्हारी तरह से आज़ाद नहीं हूं. तो यह एक training का जरिया वन जाता है रमज़ार, बल्कि इसी तरह की बात हज में भी आती है. कुरान में आता है फला रफ़सा, फला फुसूखा, फला जीदालाफिल हज. कि हज के दौरान कोई indistent बात नहीं, कोई foul language नहीं, कोई लड़ाई झगड़ा नहीं, कोई quarreling नहीं, कोई शोर गुल नहीं.</w:t>
      </w:r>
    </w:p>
    <w:p>
      <w:r>
        <w:rPr>
          <w:b/>
        </w:rPr>
        <w:t xml:space="preserve">[10:19] </w:t>
      </w:r>
      <w:r>
        <w:t>to yeh baat iska matlab yeh nahin hai ki Haj ke dauran aur Ramzan ke dauran hi aise rehna hai balki sari zindagi aise rehna hai. to jab is tarah se wo sochega to uske andar ek rabbani shakhsiyat paida hogi. ji. ek inkhilab aayega aur ek sanjeeda insaan banega to isi ko character building ka aa gaya hai aur ek peaceful insaan, peaceful member of the society van jayega.</w:t>
      </w:r>
    </w:p>
    <w:p>
      <w:pPr>
        <w:jc w:val="right"/>
      </w:pPr>
      <w:r>
        <w:t>तो यह बात इसका मतलब यह नहीं है कि हज के दौरान और रमज़ान के दौरान ही ऐसे रहना है बल्कि सारी ज़िंदगी ऐसे रहना है. तो जब इस तरीके से वह सोचेगा तो उसके अंदर एक रब्बानी शख्सियत पैदा होगी. जी. एक इंखिलाब आएगा और एक संजीदा इंसान बनेगा तो इसी को character building का आ गया है और एक peaceful इंसान, peaceful member of the society वन जाएगा.</w:t>
      </w:r>
    </w:p>
    <w:p>
      <w:r>
        <w:rPr>
          <w:b/>
        </w:rPr>
        <w:t xml:space="preserve">[10:48] </w:t>
      </w:r>
      <w:r>
        <w:t>ji ji ji maushalah. Doctor sahib, prophet once said ki jab Ramzan aaye to tum log Umrah karo kyunki is mahine mein agar Umrah karoge to ek Haj ke barabar hoga. So many people go to mecca to perform Umrah. What is the significance Dopsap of doing Umrah during Ramzan? isko bhi aap waze karein.</w:t>
      </w:r>
    </w:p>
    <w:p>
      <w:pPr>
        <w:jc w:val="right"/>
      </w:pPr>
      <w:r>
        <w:t>जी जी जी मौशालाह. Doctor साहब, prophet once said कि जब रमज़ान आए तो तुम लोग उम्रा करो क्योंकि इस महीने में अगर उम्रा करोगे तो एक हज के बराबर होगा. So many people go to mecca to perform उम्रा. What is the significance डोप्साप of doing उम्रा during रमज़ान? इसको भी आप वाज़े करें.</w:t>
      </w:r>
    </w:p>
    <w:p>
      <w:r>
        <w:rPr>
          <w:b/>
        </w:rPr>
        <w:t xml:space="preserve">[11:15] </w:t>
      </w:r>
      <w:r>
        <w:t>haan, jaise aapne yeh bataya hadish, to aisa tha ki Madina mein ek lady thi unka naam tha Umme Salmaan. to jab Rasool e Salam Haj par ja rahe the, jab prophet Mohammad Haj ke liye nikal rahe the to unhone Umme Salmaan se kaha ki tum hamare saath Haj karne kyun nahin chalti? to unhone kaha ki hamare paas do oont the.</w:t>
      </w:r>
    </w:p>
    <w:p>
      <w:pPr>
        <w:jc w:val="right"/>
      </w:pPr>
      <w:r>
        <w:t>हां, जैसे आपने यह बताया हदीश, तो ऐसा था कि मदीना में एक lady थी उनका नाम था उम्मीद सानान. तो जब रसूल ए सलम हज पर जा रहे थे, जब prophet मोहम्मद हज के लिए निकल रहे थे तो उन्होंने उम्मीद सानान से कहा कि तुम हमारे साथ हज करने क्यों नहीं चलती? तो उन्होंने कहा कि हमारे पास दो ऊंट थे.</w:t>
      </w:r>
    </w:p>
    <w:p>
      <w:r>
        <w:rPr>
          <w:b/>
        </w:rPr>
        <w:t xml:space="preserve">[11:42] </w:t>
      </w:r>
      <w:r>
        <w:t>ek oont mere husband aur mera beta le gaya. Haj ke liye ja rahe hain wo aur ek oont hai hamare paas baqi wo hamare ghar ke kaam karta hai. pani lana aur jo saare kaam us zamane mein oont oont hi karta tha. to phir profit ne kaha achha theek hai koi baat nahin tum aisa karna ki jab Ramzan aaye to Umrah kar lena. Umre ka bhi sawab Haj ke barabar hai.</w:t>
      </w:r>
    </w:p>
    <w:p>
      <w:pPr>
        <w:jc w:val="right"/>
      </w:pPr>
      <w:r>
        <w:t>एक ऊंट मेरे husband और मेरा बेटा ले गया. हज के लिए जा रहे हैं वो और एक ऊंट है हमारे पास बाकी वो हमारे घर के काम करता है. पानी लाना और जो सारे काम उस ज़माने में ऊंट ऊंट ही करता था. तो फिर profit ने कहा अच्छा ठीक है कोई बात नहीं तुम ऐसा करना की जब रमज़ान आए तो उम्रा कर लेना. उम्रे का भी सवाब हज के बराबर है.</w:t>
      </w:r>
    </w:p>
    <w:p>
      <w:r>
        <w:rPr>
          <w:b/>
        </w:rPr>
        <w:t xml:space="preserve">[12:12] </w:t>
      </w:r>
      <w:r>
        <w:t>to yeh hai wah hadith jiski bazaar se log samajhte hain ki Umrah Ramzan mein karna chahiye uska sawab barabar hai Hach ke. lekin yeh itni sadha baat nahin hai ki Umrah ab log khoob Umrah kar rahe hain, khoob Haj kar rahe hain.</w:t>
      </w:r>
    </w:p>
    <w:p>
      <w:pPr>
        <w:jc w:val="right"/>
      </w:pPr>
      <w:r>
        <w:t>तो यह है वह हदीर जिसकी बज़ार से लोग समझते हैं की उम्रा रमज़ान में करना चाहिए उसका सवाब बराबर है हच के. लेकिन यह इतनी साधा बात नहीं है कि उम्राह अब लोग खूब उम्राह कर रहे हैं, खूब हज कर रहे हैं.</w:t>
      </w:r>
    </w:p>
    <w:p>
      <w:r>
        <w:rPr>
          <w:b/>
        </w:rPr>
        <w:t xml:space="preserve">[12:27] </w:t>
      </w:r>
      <w:r>
        <w:t>yeh darasal jab tak ki uske andar spirit na ho, tab tak wo us sawab jo jiske bare mein bataya Rasoolallaslam ne yani itna bada sawab aur Haj ke bare mein aata hai ki Haj jo kare wo aisa ho jata hai jaise abhi paida hua hai.</w:t>
      </w:r>
    </w:p>
    <w:p>
      <w:pPr>
        <w:jc w:val="right"/>
      </w:pPr>
      <w:r>
        <w:t>यह दरअसल जब तक की उसके अंदर spirit ना हो, तब तक वो उस सवाब जो जिसके बारे में बताया रसूल्लास्ल्लम ने यानी इतना बड़ा सवाब और हज के बारे में आता है की हज जो करे वो ऐसा हो जाता है जैसे अभी पैदा हुआ है.</w:t>
      </w:r>
    </w:p>
    <w:p>
      <w:r>
        <w:rPr>
          <w:b/>
        </w:rPr>
        <w:t xml:space="preserve">[12:48] </w:t>
      </w:r>
      <w:r>
        <w:t>yaani koi to guna itni badi baat sirf aap jaakar ek kuch umra kar lein, ek do ghante</w:t>
      </w:r>
    </w:p>
    <w:p>
      <w:pPr>
        <w:jc w:val="right"/>
      </w:pPr>
      <w:r>
        <w:t>यानी कोई तो गुना इतनी बड़ी बात सिर्फ आप जाकर एक कुछ उम्रा कर लें, एक दो घंटे</w:t>
      </w:r>
    </w:p>
    <w:p>
      <w:r>
        <w:rPr>
          <w:b/>
        </w:rPr>
        <w:t xml:space="preserve">[12:54] </w:t>
      </w:r>
      <w:r>
        <w:t>mein ho jata hai wo ek ritualistic practice to itna bara sawal mil jayega ki bachche ban jayenge</w:t>
      </w:r>
    </w:p>
    <w:p>
      <w:pPr>
        <w:jc w:val="right"/>
      </w:pPr>
      <w:r>
        <w:t>में हो जाता है वो एक ritualistic practice तो इतना बड़ा सवाल मिल जाएगा कि बच्चे वन जाएंगे</w:t>
      </w:r>
    </w:p>
    <w:p>
      <w:r>
        <w:rPr>
          <w:b/>
        </w:rPr>
        <w:t xml:space="preserve">[13:00] </w:t>
      </w:r>
      <w:r>
        <w:t>aap sari guna maaf ho jayenge to koi na koi gehri baat hogi ismein tabhi itni badi baat</w:t>
      </w:r>
    </w:p>
    <w:p>
      <w:pPr>
        <w:jc w:val="right"/>
      </w:pPr>
      <w:r>
        <w:t>आप सारी गुना माफ हो जाएंगे तो कोई ना कोई गहरी बात होगी इसमें तभी इतनी बड़ी बात</w:t>
      </w:r>
    </w:p>
    <w:p>
      <w:r>
        <w:rPr>
          <w:b/>
        </w:rPr>
        <w:t xml:space="preserve">[13:07] </w:t>
      </w:r>
      <w:r>
        <w:t>kahi gayi hai chunki koi ek hadith ko lekar uska literal meaning agar aap lenge to baat nahi</w:t>
      </w:r>
    </w:p>
    <w:p>
      <w:pPr>
        <w:jc w:val="right"/>
      </w:pPr>
      <w:r>
        <w:t>कही गई है चूंकि कोई एक हदीश को लेकर उसका literal meaning अगर आप लेंगे तो बात नहीं</w:t>
      </w:r>
    </w:p>
    <w:p>
      <w:r>
        <w:rPr>
          <w:b/>
        </w:rPr>
        <w:t xml:space="preserve">[13:13] </w:t>
      </w:r>
      <w:r>
        <w:t>banegi ek totality mein samajhna hota hai.</w:t>
      </w:r>
    </w:p>
    <w:p>
      <w:pPr>
        <w:jc w:val="right"/>
      </w:pPr>
      <w:r>
        <w:t>बनेगी एक totality में समझना होता है.</w:t>
      </w:r>
    </w:p>
    <w:p>
      <w:r>
        <w:rPr>
          <w:b/>
        </w:rPr>
        <w:t xml:space="preserve">[13:20] </w:t>
      </w:r>
      <w:r>
        <w:t>ab molana ne ek article likha tha balki paper tha wah ek conference ka phir khale nineteen eighty</w:t>
      </w:r>
    </w:p>
    <w:p>
      <w:pPr>
        <w:jc w:val="right"/>
      </w:pPr>
      <w:r>
        <w:t>अब मोलाना ने एक article लिखा था बल्कि paper था वह एक conference का फिर खाले nineteen eighty</w:t>
      </w:r>
    </w:p>
    <w:p>
      <w:r>
        <w:rPr>
          <w:b/>
        </w:rPr>
        <w:t xml:space="preserve">[13:25] </w:t>
      </w:r>
      <w:r>
        <w:t>ki baat hai.</w:t>
      </w:r>
    </w:p>
    <w:p>
      <w:pPr>
        <w:jc w:val="right"/>
      </w:pPr>
      <w:r>
        <w:t>की बात है.</w:t>
      </w:r>
    </w:p>
    <w:p>
      <w:r>
        <w:rPr>
          <w:b/>
        </w:rPr>
        <w:t xml:space="preserve">[13:30] </w:t>
      </w:r>
      <w:r>
        <w:t>England mein London mein ek conference hui thi Hajj conference.</w:t>
      </w:r>
    </w:p>
    <w:p>
      <w:pPr>
        <w:jc w:val="right"/>
      </w:pPr>
      <w:r>
        <w:t>England में London में एक conference हुई थी हज conference.</w:t>
      </w:r>
    </w:p>
    <w:p>
      <w:r>
        <w:rPr>
          <w:b/>
        </w:rPr>
        <w:t xml:space="preserve">[13:35] </w:t>
      </w:r>
      <w:r>
        <w:t>jab hamare bhai sahab doctor Zafud Islam Khan wahan the to unhone hi bulaya tha Maulana ko.</w:t>
      </w:r>
    </w:p>
    <w:p>
      <w:pPr>
        <w:jc w:val="right"/>
      </w:pPr>
      <w:r>
        <w:t>जब हमारे भाई साहब doctor ज़फ़ूद इस्लाम खान वहां थे तो उन्होंने ही बुलाया था मौलाना को.</w:t>
      </w:r>
    </w:p>
    <w:p>
      <w:r>
        <w:rPr>
          <w:b/>
        </w:rPr>
        <w:t xml:space="preserve">[13:40] </w:t>
      </w:r>
      <w:r>
        <w:t>to Maulana gaye the aur wah paper present kiya tha.</w:t>
      </w:r>
    </w:p>
    <w:p>
      <w:pPr>
        <w:jc w:val="right"/>
      </w:pPr>
      <w:r>
        <w:t>तो मौलाना गए थे और वह paper present किया था.</w:t>
      </w:r>
    </w:p>
    <w:p>
      <w:r>
        <w:rPr>
          <w:b/>
        </w:rPr>
        <w:t xml:space="preserve">[13:45] </w:t>
      </w:r>
      <w:r>
        <w:t>uske jo unhaan tha Hajj ki daawati ahmiyat.</w:t>
      </w:r>
    </w:p>
    <w:p>
      <w:pPr>
        <w:jc w:val="right"/>
      </w:pPr>
      <w:r>
        <w:t>उसका जो उन्हान था हज की दावती अहमियत.</w:t>
      </w:r>
    </w:p>
    <w:p>
      <w:r>
        <w:rPr>
          <w:b/>
        </w:rPr>
        <w:t xml:space="preserve">[13:51] </w:t>
      </w:r>
      <w:r>
        <w:t>to usmein Maulana ne yeh bataya tha ki Hajj ka jo maqsad hai wo dawat hai aur Hazrat</w:t>
      </w:r>
    </w:p>
    <w:p>
      <w:pPr>
        <w:jc w:val="right"/>
      </w:pPr>
      <w:r>
        <w:t>तो उसमें मौलाना ने यह बताया था कि हज का जो मकसद है वो दावत है और हज़रत</w:t>
      </w:r>
    </w:p>
    <w:p>
      <w:r>
        <w:rPr>
          <w:b/>
        </w:rPr>
        <w:t xml:space="preserve">[13:58] </w:t>
      </w:r>
      <w:r>
        <w:t>Ibrahim Ali se baat is tarah se shuru ki thi ki Hazrat Ibrahim Ali salam Pur mein paida</w:t>
      </w:r>
    </w:p>
    <w:p>
      <w:pPr>
        <w:jc w:val="right"/>
      </w:pPr>
      <w:r>
        <w:t>इब्राहिम अली से बात इस तरह से शुरू की थी कि हज़रत इब्राहिम अली सलाम पुर में पैदा</w:t>
      </w:r>
    </w:p>
    <w:p>
      <w:r>
        <w:rPr>
          <w:b/>
        </w:rPr>
        <w:t xml:space="preserve">[14:05] </w:t>
      </w:r>
      <w:r>
        <w:t>hue jo ab Iraq mein hai wahan se woh nikle aur Babylon gaye phir Babylon se Haran gaye,</w:t>
      </w:r>
    </w:p>
    <w:p>
      <w:pPr>
        <w:jc w:val="right"/>
      </w:pPr>
      <w:r>
        <w:t>हुए जो अब Iraq में है वहां से वह निकले और Babylon गए फिर Babylon से हारान गए,</w:t>
      </w:r>
    </w:p>
    <w:p>
      <w:r>
        <w:rPr>
          <w:b/>
        </w:rPr>
        <w:t xml:space="preserve">[14:12] </w:t>
      </w:r>
      <w:r>
        <w:t>Turkey mein jo hai phir Haran se Alipoo gaye, Syria phir wahan se Palestine aaye wahan rehne lage</w:t>
      </w:r>
    </w:p>
    <w:p>
      <w:pPr>
        <w:jc w:val="right"/>
      </w:pPr>
      <w:r>
        <w:t>Turkey में जो है फिर हारान से अलीपू गए, Syria फिर वहां से Palestine आए वहां रहने लगे</w:t>
      </w:r>
    </w:p>
    <w:p>
      <w:r>
        <w:rPr>
          <w:b/>
        </w:rPr>
        <w:t xml:space="preserve">[14:19] </w:t>
      </w:r>
      <w:r>
        <w:t>phir Egypt gaye phir Makka gaye to unhone ek daawati safar kiya us zamane mein matlab jo abadi</w:t>
      </w:r>
    </w:p>
    <w:p>
      <w:pPr>
        <w:jc w:val="right"/>
      </w:pPr>
      <w:r>
        <w:t>फिर Egypt गए फिर मक्का गए तो उन्होंने एक दावती सफर किया उस ज़माने में मतलब जो आबादी</w:t>
      </w:r>
    </w:p>
    <w:p>
      <w:r>
        <w:rPr>
          <w:b/>
        </w:rPr>
        <w:t xml:space="preserve">[14:26] </w:t>
      </w:r>
      <w:r>
        <w:t>thi wo is tarah ki nahi hoti thi ki shahron mein bahut sare lakhon millions log reh rahe hon.</w:t>
      </w:r>
    </w:p>
    <w:p>
      <w:pPr>
        <w:jc w:val="right"/>
      </w:pPr>
      <w:r>
        <w:t>थी वो इस तरह की नहीं होती थी कि शहरों में बहुत सारे लाखों millions लोग रह रहे हों.</w:t>
      </w:r>
    </w:p>
    <w:p>
      <w:r>
        <w:rPr>
          <w:b/>
        </w:rPr>
        <w:t xml:space="preserve">[14:33] </w:t>
      </w:r>
      <w:r>
        <w:t>wahan to ek chhoti si basti hoti thi kahin door usmein sau do sau log rehte the. to Hazr Ibrahim jaate the. safar hi safar karte the aur jaake Khuda ke bare mein batate the. balki apne father ko bhi unhone dawat di aur Khuda ke bare mein bataya lekin wo maane nahin.</w:t>
      </w:r>
    </w:p>
    <w:p>
      <w:pPr>
        <w:jc w:val="right"/>
      </w:pPr>
      <w:r>
        <w:t>वहां तो एक छोटी सी बस्ती होती थी कहीं दूर उसमें सौ दो सौ लोग रहते थे. तो हज़र इब्राहिम जाय करते थे. सफ़र ही सफ़र करते थे और जाके खुदा के बारे में बताते थे. बल्कि अपने father को भी उन्होंने दावत दी और खुदा के बारे में बताया लेकिन वो माने नहीं.</w:t>
      </w:r>
    </w:p>
    <w:p>
      <w:r>
        <w:rPr>
          <w:b/>
        </w:rPr>
        <w:t xml:space="preserve">[14:51] </w:t>
      </w:r>
      <w:r>
        <w:t>to ye jo Haj hai jab Rasoolla jab Hazrat Ibrahim Ali salam Mecca aaye to unhone khane Kaaba ki taameer ki apne bachche ko chhote bachche ko chhoda, Hazrat Hajra ko chhoda jinka bahut hi bada role hai. wahi maqsad tha ki ek aisi jagah bane ki jahan international dawat gathering ho. yaani ek Malane ne use kiya hai word international dawat conference. ji.</w:t>
      </w:r>
    </w:p>
    <w:p>
      <w:pPr>
        <w:jc w:val="right"/>
      </w:pPr>
      <w:r>
        <w:t>तो ये जो हज है जब रसूल्ला जब हजरत इब्राहिम अली सलाम मक्का आए तो उन्होंने खाने काबा की तामीर की अपने बच्चे को छोटे बच्चे को छोड़ा, हजरत हाजरा को छोड़ा जिनका बहुत ही बड़ा role है. वही मकसद था कि एक ऐसी जगह बने कि जहां international दावा gathering हो. यानी एक मालाने ने use किया है word international दावा conference. जी.</w:t>
      </w:r>
    </w:p>
    <w:p>
      <w:r>
        <w:rPr>
          <w:b/>
        </w:rPr>
        <w:t xml:space="preserve">[15:19] </w:t>
      </w:r>
      <w:r>
        <w:t>ki wahan par log aaye aur unki training ho aur unke andar daawati jazba bedaar aur phir wo wapas jayein aur apne maqam par dawat karein. to agar is tarah ki koi gehri baat karte hain log ab main jab bhi milta hoon kisi se jo log Haj se aate hain ya Umrah se aate hain to unke paas koi gehra prakam nahin hota hai.</w:t>
      </w:r>
    </w:p>
    <w:p>
      <w:pPr>
        <w:jc w:val="right"/>
      </w:pPr>
      <w:r>
        <w:t>कि वहां पर लोग आए और उनकी training हो और उनके अंदर दावती जज़्बा बेदार और फिर वो वापस जाएं और अपने मकाम पर दावत करें. तो अगर इस तरह की कोई गहरी बात करते हैं लोग अब मैं जब भी मिलता हूं किसी से जो लोग हज्य से आते हैं या उम्रा से आते हैं तो उनके पास कोई गहरा प्रकाम नहीं होता है.</w:t>
      </w:r>
    </w:p>
    <w:p>
      <w:r>
        <w:rPr>
          <w:b/>
        </w:rPr>
        <w:t xml:space="preserve">[15:41] </w:t>
      </w:r>
      <w:r>
        <w:t>wo bas yeh kehte hain ki Masha Allah, Masha Allah bahut achha hai wahan sab kuch intezam, bada clean hai,</w:t>
      </w:r>
    </w:p>
    <w:p>
      <w:pPr>
        <w:jc w:val="right"/>
      </w:pPr>
      <w:r>
        <w:t>वो बस यह कहते हैं कि माशाल्लाह, माशाल्लाह बहुत अच्छा है वहां सब कुछ इंतज़ाम, बड़ा clean है,</w:t>
      </w:r>
    </w:p>
    <w:p>
      <w:r>
        <w:rPr>
          <w:b/>
        </w:rPr>
        <w:t xml:space="preserve">[15:49] </w:t>
      </w:r>
      <w:r>
        <w:t>bahut wahan ki basen bahut achhi hai, roads bahut achhi hai aur metro chal rahi hai jo ki</w:t>
      </w:r>
    </w:p>
    <w:p>
      <w:pPr>
        <w:jc w:val="right"/>
      </w:pPr>
      <w:r>
        <w:t>बहुत वहां की बसें बहुत अच्छी है, roads बहुत अच्छी है और metro चल रही है जो कि</w:t>
      </w:r>
    </w:p>
    <w:p>
      <w:r>
        <w:rPr>
          <w:b/>
        </w:rPr>
        <w:t xml:space="preserve">[15:57] </w:t>
      </w:r>
      <w:r>
        <w:t>Makka se Madina do ghante mein pahunch jati hai aur isi tarah ki baaten ki, Hazd Hazra ki,</w:t>
      </w:r>
    </w:p>
    <w:p>
      <w:pPr>
        <w:jc w:val="right"/>
      </w:pPr>
      <w:r>
        <w:t>मक्का से मदीना दो घंटे में पहुंच जाती है और इसी तरह की बातें की, हज़द हज़रा की,</w:t>
      </w:r>
    </w:p>
    <w:p>
      <w:r>
        <w:rPr>
          <w:b/>
        </w:rPr>
        <w:t xml:space="preserve">[16:06] </w:t>
      </w:r>
      <w:r>
        <w:t>to uski wajah se ek kaifiyat to bedar hoti hai wahan lekin koi gehra take away nahi milta</w:t>
      </w:r>
    </w:p>
    <w:p>
      <w:pPr>
        <w:jc w:val="right"/>
      </w:pPr>
      <w:r>
        <w:t>तो उसकी वजह से एक कैफियत तो बेदार होती है वहां लेकिन कोई गहरा take away नहीं मिलता</w:t>
      </w:r>
    </w:p>
    <w:p>
      <w:r>
        <w:rPr>
          <w:b/>
        </w:rPr>
        <w:t xml:space="preserve">[16:14] </w:t>
      </w:r>
      <w:r>
        <w:t>koi jab tak ek daawati jazba nahi bedar hoga, jab tak ki woh pura pasandzar jo Hazka hai,</w:t>
      </w:r>
    </w:p>
    <w:p>
      <w:pPr>
        <w:jc w:val="right"/>
      </w:pPr>
      <w:r>
        <w:t>कोई जब तक एक दावती जज़्बा नहीं बेदार होगा, जब तक कि वह पूरा पसंदज़र जो हज़का है,</w:t>
      </w:r>
    </w:p>
    <w:p>
      <w:r>
        <w:rPr>
          <w:b/>
        </w:rPr>
        <w:t xml:space="preserve">[16:22] </w:t>
      </w:r>
      <w:r>
        <w:t>agar Ibrahim Ali salam Shreyasullah salam aur Sahaba to wo Hajj ek daawati Hajj ki jo daawati ahmiyat</w:t>
      </w:r>
    </w:p>
    <w:p>
      <w:pPr>
        <w:jc w:val="right"/>
      </w:pPr>
      <w:r>
        <w:t>अगर इब्राहिम अली सलाम श्रेयसूल्लाह सलाम और साहबा तो वो हज एक दावती हज की जो दावती अहमियत</w:t>
      </w:r>
    </w:p>
    <w:p>
      <w:r>
        <w:rPr>
          <w:b/>
        </w:rPr>
        <w:t xml:space="preserve">[16:31] </w:t>
      </w:r>
      <w:r>
        <w:t>hai agar wo ek haji ke andar ek jo Umrah karne jaye wo paida ho tabhi wo sare</w:t>
      </w:r>
    </w:p>
    <w:p>
      <w:pPr>
        <w:jc w:val="right"/>
      </w:pPr>
      <w:r>
        <w:t>है अगर वो एक हाजी के अंदर एक जो उम्रा करने जाए वो पैदा हो तभी वो सारे</w:t>
      </w:r>
    </w:p>
    <w:p>
      <w:r>
        <w:rPr>
          <w:b/>
        </w:rPr>
        <w:t xml:space="preserve">[16:39] </w:t>
      </w:r>
      <w:r>
        <w:t>bade bade ji.</w:t>
      </w:r>
    </w:p>
    <w:p>
      <w:pPr>
        <w:jc w:val="right"/>
      </w:pPr>
      <w:r>
        <w:t>बड़े बड़े जी.</w:t>
      </w:r>
    </w:p>
    <w:p>
      <w:r>
        <w:rPr>
          <w:b/>
        </w:rPr>
        <w:t xml:space="preserve">[16:48] </w:t>
      </w:r>
      <w:r>
        <w:t>sawab hai jiske bare mein adhu mein aaya hai. aur isiliye doctor sahib Maulana Wahiduddin Khan sahib itna zyada emphasize karte the har cheez ki spirit ko lekar kyunki aksar jaise aapne bataya log form par atak ke reh jate hain aur uska jo asal maqsad hai usko bhool jate hain.</w:t>
      </w:r>
    </w:p>
    <w:p>
      <w:pPr>
        <w:jc w:val="right"/>
      </w:pPr>
      <w:r>
        <w:t>सवाब है जिसके बारे में अधिसू में आया है. और इसीलिए doctor साहब मलाना वयवहीन खान साहब इतना ज़्यादा emphasize करते थे हर चीज़ की spirit को लेकर क्योंकि अक्सर जैसे आपने बताया लोग form पर अटक के रह जाते हैं और उसका जो असल मकसद है उसको भूल जाते हैं.</w:t>
      </w:r>
    </w:p>
    <w:p>
      <w:r>
        <w:rPr>
          <w:b/>
        </w:rPr>
        <w:t xml:space="preserve">[17:07] </w:t>
      </w:r>
      <w:r>
        <w:t>Doctor sahib Rasool Allah ne ek mauke par yeh bhi kaha ki jo shakhs Ramzan mein roza rakhe to uske pichhle saare guna Allah maaf kar deta hai. bahut hi hopeful baat hai yeh. to iske bare mein bhi bataye.</w:t>
      </w:r>
    </w:p>
    <w:p>
      <w:pPr>
        <w:jc w:val="right"/>
      </w:pPr>
      <w:r>
        <w:t>Doctor साहब रसोल उल्लाह ने एक मौके पर यह भी कहा कि जो शख्स रमज़ान में रोज़ा रखे तो उसके पिछले सारे गुना अल्लाह माफ कर देता है. बहुत ही hopeful बात है यह. तो इसके बारे में भी बताएं.</w:t>
      </w:r>
    </w:p>
    <w:p>
      <w:r>
        <w:rPr>
          <w:b/>
        </w:rPr>
        <w:t xml:space="preserve">[17:28] </w:t>
      </w:r>
      <w:r>
        <w:t>ek hadish mein aata hai mansama ramzaana imaanan wa aitisaabaan gufir alhu ma takaddama bin zambih phir aata hai man, mankama ramzaana imaanan wa ehtisaaban, gufir alhuma takaddama bin zambih. phir hai man kama lele talakaddama bin zambih.</w:t>
      </w:r>
    </w:p>
    <w:p>
      <w:pPr>
        <w:jc w:val="right"/>
      </w:pPr>
      <w:r>
        <w:t>एक हदीश में आता है मनसामा रामज़ाना ईमानन व ऐतिसाबान गुफिर अलहू मा तकद्दमा बिन ज़म्बीह फिर आता है मन, मनकामा रामज़ाना ईमानन व एहतिसाबन, गुफिर अलहूमा तकद्दमा बिन ज़म्बीह. फिर है मन कामा लेले तलकद्दमा बिन ज़म्बीह.</w:t>
      </w:r>
    </w:p>
    <w:p>
      <w:r>
        <w:rPr>
          <w:b/>
        </w:rPr>
        <w:t xml:space="preserve">[17:56] </w:t>
      </w:r>
      <w:r>
        <w:t>iska matlab hai ki jisne ramzan mein roze rakhe imaan aur eht sahb ke saath uske saare pichhle guna maaf ho jate hain. ji.</w:t>
      </w:r>
    </w:p>
    <w:p>
      <w:pPr>
        <w:jc w:val="right"/>
      </w:pPr>
      <w:r>
        <w:t>इसका मतलब है कि जिसने रमज़ान में रोज़े रखे ईमान और एहत साहब के साथ उसके सारे पिछले गुना माफ हो जाते हैं. जी.</w:t>
      </w:r>
    </w:p>
    <w:p>
      <w:r>
        <w:rPr>
          <w:b/>
        </w:rPr>
        <w:t xml:space="preserve">[18:07] </w:t>
      </w:r>
      <w:r>
        <w:t>aur jisne ramzan mein qiyam kiya yaani raat ki namaz padi, tarabi ya tahajjud, imaan aur ehtesab ke saath uske saare pichhle guna maaf ho jate hain aur jisne lailatul qadr mein tayam kiya yaani raat ki namaz padi, tajyu diya, taravi, to uske pichhle saare guna maaf ho jate hain.</w:t>
      </w:r>
    </w:p>
    <w:p>
      <w:pPr>
        <w:jc w:val="right"/>
      </w:pPr>
      <w:r>
        <w:t>और जिसने रमज़ान में क्याम किया यानी रात की नमाज़ पड़ी, तराबी या तहजूद, ईमान और एहतेसाब के साथ उसके सारे पिछले गुना माफ हो जाते हैं और जिसने लैलातुल कदर में तयाम किया यानी रात की नमाज़ पड़ी, ताज्यू दिया, तरावी, तो उसके पिछले सारे गुना माफ हो जाते हैं.</w:t>
      </w:r>
    </w:p>
    <w:p>
      <w:r>
        <w:rPr>
          <w:b/>
        </w:rPr>
        <w:t xml:space="preserve">[18:35] </w:t>
      </w:r>
      <w:r>
        <w:t>to ismein jo baat aayi hai wo hai imaanad ehtesavan jo teeno baaton mein common hai. to yeh dekhna hoga ki yeh kya cheez hai? kyunki itni badi baat hai ki saare guna maaf ho jate hain.</w:t>
      </w:r>
    </w:p>
    <w:p>
      <w:pPr>
        <w:jc w:val="right"/>
      </w:pPr>
      <w:r>
        <w:t>तो इसमें जो बात आई है वो है ईमानद एहतेसावन जो तीनों बातों में common है. तो यह देखना होगा कि यह क्या चीज़ है? क्योंकि इतनी बड़ी बात है कि सारे गुना माफ हो जाते हैं.</w:t>
      </w:r>
    </w:p>
    <w:p>
      <w:r>
        <w:rPr>
          <w:b/>
        </w:rPr>
        <w:t xml:space="preserve">[18:54] </w:t>
      </w:r>
      <w:r>
        <w:t>to imaan ko to maulana ne likha hai aarfaana yakeen ya jisko kehte the maulana ke self discovered maare paat. ji. ki aapko self discovered maare paat par khada hona hai.</w:t>
      </w:r>
    </w:p>
    <w:p>
      <w:pPr>
        <w:jc w:val="right"/>
      </w:pPr>
      <w:r>
        <w:t>तो ईमान को तो मौलाना ने लिखा है आर्फाना यकीन या जिसको कहते थे मौलाना के self discovered मारे पात. जी. कि आपको self discovered मारे पात पर खड़ा होना है.</w:t>
      </w:r>
    </w:p>
    <w:p>
      <w:r>
        <w:rPr>
          <w:b/>
        </w:rPr>
        <w:t xml:space="preserve">[19:13] </w:t>
      </w:r>
      <w:r>
        <w:t>yeh hai ki yaani imaan ka matlab yeh nahi hai ki aap sirf ek jumla bol de ki main gawahi deta hoon ki allah ke siwa koi ibadat kalayak nahi hai aur mohammed uske rasool hain aur bande hain. itna kaafi nahi hai. yeh aapki discovery honi chahiye. ji. yeh marfat aapki discovery honi chahiye uska ek, ek misaal hamein quran mein milti hai.</w:t>
      </w:r>
    </w:p>
    <w:p>
      <w:pPr>
        <w:jc w:val="right"/>
      </w:pPr>
      <w:r>
        <w:t>यह है कि यानी ईमान का मतलब यह नहीं है कि आप सिर्फ एक जुमला बोल दे कि मैं गवाही देता हूं कि अल्लाह के सिवा कोई इबादत कलायक नहीं है और मोहम्मद उसके रसूल हैं और बंदे हैं. इतना काफी नहीं है. यह आपकी discovery होनी चाहिए. जी. यह मार्फत आपकी discovery होनी चाहिए उसका एक, एक मिसाल हमें कुरान में मिलती है.</w:t>
      </w:r>
    </w:p>
    <w:p>
      <w:r>
        <w:rPr>
          <w:b/>
        </w:rPr>
        <w:t xml:space="preserve">[19:40] </w:t>
      </w:r>
      <w:r>
        <w:t>jab prophet mohammed madina mein the to wahan ek delegation aaya nazran se, christian delegation. saath log the usmein. Bishop bhi tha aur saare top religious christian leaders the. to wo nazran abhi south mein hai mein hai yaman ke paas, yaman ke border par hai.</w:t>
      </w:r>
    </w:p>
    <w:p>
      <w:pPr>
        <w:jc w:val="right"/>
      </w:pPr>
      <w:r>
        <w:t>जब prophet मोहम्मद मदीना में थे तो वहां एक delegation आया नज़रान से, christian delegation. साठ लोग थे उसमें. Bishop भी था और सारे top religious christian leaders थे. तो वो नज़रान अभी south में है में है यमन के पास, यमन के border पर है.</w:t>
      </w:r>
    </w:p>
    <w:p>
      <w:r>
        <w:rPr>
          <w:b/>
        </w:rPr>
        <w:t xml:space="preserve">[20:09] </w:t>
      </w:r>
      <w:r>
        <w:t>to wo saath log aaye, unhone kaha ki hamein namaz matlab prayer karni hai christian faith ke mutabik. to prophet ne kaha ki yahi masjid mein kar lijiye aap. to masjid navvi mein unhone apni prayer ki jo unka Christian faith tha uske mutabil tha.</w:t>
      </w:r>
    </w:p>
    <w:p>
      <w:pPr>
        <w:jc w:val="right"/>
      </w:pPr>
      <w:r>
        <w:t>तो वो साठ लोग आए, उन्होंने कहा कि हमें नमाज़ मतलब prayer करनी है christian faith के मुताबिक. तो prophet ने कहा कि यही मस्जिद में कर लीजिए आप. तो मस्जिद नव्वी में उन्होंने अपनी prayer की जो उनका Christian faith था उसके मुताबिल था.</w:t>
      </w:r>
    </w:p>
    <w:p>
      <w:r>
        <w:rPr>
          <w:b/>
        </w:rPr>
        <w:t xml:space="preserve">[20:30] </w:t>
      </w:r>
      <w:r>
        <w:t>phir batchit hui to wo log Arabic samajhte the chuki Saudi Arab ki the to unka mind address ho gaya aur unhone haq ko pehchan liya. sachchai unke upar khul gayi. to quran mein aata hai yeh para number saat eiza samev yahan se shuru hota hai.</w:t>
      </w:r>
    </w:p>
    <w:p>
      <w:pPr>
        <w:jc w:val="right"/>
      </w:pPr>
      <w:r>
        <w:t>फिर बातचीत हुई तो वो लोग Arabic समझते थे चूंकि Saudi Arab की थे तो उनका mind address हो गया और उन्होंने हक को पहचान लिया. सच्चाई उनके ऊपर खुल गई. तो कुरान में आता है यह पारा number सात ईज़ा समेव यहां से शुरू होता है.</w:t>
      </w:r>
    </w:p>
    <w:p>
      <w:r>
        <w:rPr>
          <w:b/>
        </w:rPr>
        <w:t xml:space="preserve">[20:56] </w:t>
      </w:r>
      <w:r>
        <w:t>wahan se waqya hai thoda achha lamba waqya hai usmein quran mein aaya hai ki wa eiza samev ma un jilaiilr rasooli tarah aayunahum tafi'du min damy bima arfu min dahakka.</w:t>
      </w:r>
    </w:p>
    <w:p>
      <w:pPr>
        <w:jc w:val="right"/>
      </w:pPr>
      <w:r>
        <w:t>वहां से वाक्य है थोड़ा अच्छा लंबा वाक्य है उसमें कुरान में आया है कि वा ईज़ा समेव मा उन जिलाईलर रसूली तरह आयुनाहुम तफ़ीदु मीनदम्य बिम्मा आरफू मीनदहक्का.</w:t>
      </w:r>
    </w:p>
    <w:p>
      <w:r>
        <w:rPr>
          <w:b/>
        </w:rPr>
        <w:t xml:space="preserve">[21:16] </w:t>
      </w:r>
      <w:r>
        <w:t>ki jab tum dekhoge, jab jab unhone suna, ki jab unhone suna jo paygambar ke upar utra yaani quran to unki aankhon mein se aansu beh pade. chuki unhone haq ko pa liya.</w:t>
      </w:r>
    </w:p>
    <w:p>
      <w:pPr>
        <w:jc w:val="right"/>
      </w:pPr>
      <w:r>
        <w:t>कि जब तुम देखोगे, जब जब उन्होंने सुना, कि जब उन्होंने सुना जो प्यागंबर के ऊपर उतरा यानी कुरान तो उनकी आंखों में से आंसू बह पड़े. चूंकि उन्होंने हक को पा लिया.</w:t>
      </w:r>
    </w:p>
    <w:p>
      <w:r>
        <w:rPr>
          <w:b/>
        </w:rPr>
        <w:t xml:space="preserve">[21:40] </w:t>
      </w:r>
      <w:r>
        <w:t>to yeh hoti hai self discovered marfat.</w:t>
      </w:r>
    </w:p>
    <w:p>
      <w:pPr>
        <w:jc w:val="right"/>
      </w:pPr>
      <w:r>
        <w:t>तो यह होती है self discovered मार्फत.</w:t>
      </w:r>
    </w:p>
    <w:p>
      <w:r>
        <w:rPr>
          <w:b/>
        </w:rPr>
        <w:t xml:space="preserve">[21:50] </w:t>
      </w:r>
      <w:r>
        <w:t>iski bahut bunda misali hai quran mein aati hai aur ehtesab ka matlab hai ki khuda se ajir</w:t>
      </w:r>
    </w:p>
    <w:p>
      <w:pPr>
        <w:jc w:val="right"/>
      </w:pPr>
      <w:r>
        <w:t>इसकी बहुत बुंदा मिसाली है कुरान में आती है और एहतेसाब का मतलब है कि खुदा से अजिर</w:t>
      </w:r>
    </w:p>
    <w:p>
      <w:r>
        <w:rPr>
          <w:b/>
        </w:rPr>
        <w:t xml:space="preserve">[22:00] </w:t>
      </w:r>
      <w:r>
        <w:t>ke liye koi kaam karna yaani khuda se talwe azr ke liye koi kaam karna in anticipation of God's reward.</w:t>
      </w:r>
    </w:p>
    <w:p>
      <w:pPr>
        <w:jc w:val="right"/>
      </w:pPr>
      <w:r>
        <w:t>के लिए कोई काम करना यानी खुदा से तलवे अज़र के लिए कोई काम करना in anticipation of God's reward.</w:t>
      </w:r>
    </w:p>
    <w:p>
      <w:r>
        <w:rPr>
          <w:b/>
        </w:rPr>
        <w:t xml:space="preserve">[22:11] </w:t>
      </w:r>
      <w:r>
        <w:t>to yeh do cheezen bahut hi zaruri hai aur jab aisa hoga to maulana ne kaha hai ki likha tha ki goya wo aansuon se wazu karega. ji.</w:t>
      </w:r>
    </w:p>
    <w:p>
      <w:pPr>
        <w:jc w:val="right"/>
      </w:pPr>
      <w:r>
        <w:t>तो यह दो चीज़ें बहुत ही ज़रूरी है और जब ऐसा होगा तो मौलाना ने कहा है कि लिखा था कि गोया वह आंसूओं से बजू करेगा. जी.</w:t>
      </w:r>
    </w:p>
    <w:p>
      <w:r>
        <w:rPr>
          <w:b/>
        </w:rPr>
        <w:t xml:space="preserve">[22:28] </w:t>
      </w:r>
      <w:r>
        <w:t>aur uska jo ruku aur sajda hoga wo khuda ke se mulakat ke hum mana van jayega aur aise insaan ke liye ilhami duayein aane lagengi yaani inspired prayers uske paas uske jari ho jayegi kyunki farishte jab aate hain to wo inspirations bhejte hain. ji. aur duayein jari hone lagti hain, gehri duayein.</w:t>
      </w:r>
    </w:p>
    <w:p>
      <w:pPr>
        <w:jc w:val="right"/>
      </w:pPr>
      <w:r>
        <w:t>और उसका जो रुकू और सजदा होगा वो खुदा के से मुलाकात के हम माना वन जाएगा और ऐसे इंसान के लिए इल्हामी दुआएं आने लगेंगी यानी inspired prayers उसके पास उसके जारी हो जाएगी क्योंकि फरिश्ते जब आते हैं तो वो inspirations भेजते हैं. जी. और दुआएं जारी होने लगती हैं, गहरी दुआएं.</w:t>
      </w:r>
    </w:p>
    <w:p>
      <w:r>
        <w:rPr>
          <w:b/>
        </w:rPr>
        <w:t xml:space="preserve">[22:56] </w:t>
      </w:r>
      <w:r>
        <w:t>to ye sab cheezen jab hongi tab wo baat mumkin aaye ke saare purane gunah maaf ho jayenge. bilkul na? ji. achha doctor yeh bhi kaha jata hai ki prophet would read the quran with jibril, angel jibril during gamzan. to iske bare mein bhi thoda bataiye hamein.</w:t>
      </w:r>
    </w:p>
    <w:p>
      <w:pPr>
        <w:jc w:val="right"/>
      </w:pPr>
      <w:r>
        <w:t>तो ये सब चीज़ें जब होंगी तब वो बात मुमकिन आए के सारे पुराने गुनाह माफ हो जाएंगे. बिल्कुल ना? जी. अच्छा doctor ये भी कहा जाता है कि prophet would read the Quran with जिबरील, angel जिबरील during गमज़ान. तो इसके बारे में भी थोड़ा बताइए हमें.</w:t>
      </w:r>
    </w:p>
    <w:p>
      <w:r>
        <w:rPr>
          <w:b/>
        </w:rPr>
        <w:t xml:space="preserve">[23:18] </w:t>
      </w:r>
      <w:r>
        <w:t>hadis mein aata hai ki kana yudarisu jibril yaani tadarush ka matlab hota hai study karna milkar yaani milkar learning exchange karna aur ek dusre ki learning ko padhana. to hadisme aata hai ki ramzan ki raat ko jibril parishte jibril aate the aur prophet ke saath quran padhte the.</w:t>
      </w:r>
    </w:p>
    <w:p>
      <w:pPr>
        <w:jc w:val="right"/>
      </w:pPr>
      <w:r>
        <w:t>हाथिस में आता है कि काना युदारि सूह जिबरील यानी तदारुष का मतलब होता है study करना मिलकर यानी मिलकर learning exchange करना और एक दूसरे की learning को पढ़ाना. तो हदिसमें आता है कि रमज़ान की रात को जिबरील परिष्ठे जिबरील आते थे और prophet के साथ कुरान पढ़ते थे.</w:t>
      </w:r>
    </w:p>
    <w:p>
      <w:r>
        <w:rPr>
          <w:b/>
        </w:rPr>
        <w:t xml:space="preserve">[23:48] </w:t>
      </w:r>
      <w:r>
        <w:t>to uska jo main maqsad tha wo ye tha ki quran ke gehre meaning ko samjhe. koi baat agar prophet mohammed ko nahi samajh mein aati thi to wo usko poochte the aur phir dono us par discuss karte the. tatabbur ji se kaha jata hai. to yeh, yeh bahut achhi cheez hai ki hamein bhi chahiye ki hum bhi mil ke study karein. ji.</w:t>
      </w:r>
    </w:p>
    <w:p>
      <w:pPr>
        <w:jc w:val="right"/>
      </w:pPr>
      <w:r>
        <w:t>तो उसका जो main मकसद था वो ये था कि कुरान के गहरे meaning को समझे. कोई बात अगर prophet मोहम्मद को नहीं समझ में आती थी तो वो उसको पूछते थे और फिर दोनों उस पर discuss करते थे. ततब्बुर जी से कहा जाता है. तो यह, यह बहुत अच्छी चीज़ है कि हमें भी चाहिए कि हम भी मिल के study करें. जी.</w:t>
      </w:r>
    </w:p>
    <w:p>
      <w:r>
        <w:rPr>
          <w:b/>
        </w:rPr>
        <w:t xml:space="preserve">[24:16] </w:t>
      </w:r>
      <w:r>
        <w:t>aajkal to aap dekhte hain ki whatsapp ke group van jate hain. to study quran group banaye aap, lekin chhota hona chahiye. jitna chhota utna behtar hai. to aap usmein quran ko padhein. quran ki jo gehre meaning hai usko share karein. to apni learning badhayein.</w:t>
      </w:r>
    </w:p>
    <w:p>
      <w:pPr>
        <w:jc w:val="right"/>
      </w:pPr>
      <w:r>
        <w:t>आजकल तो आप देखते हैं कि WhatsApp के group वन जाते हैं. तो study कुरान group बनाए आप, लेकिन छोटा होना चाहिए. जितना छोटा उतना बेहतर है. तो आप उसमें कुरान को पढ़ें. कुरान की जो गहरे meaning है उसको share करें. तो अपनी learning बढ़ाएं.</w:t>
      </w:r>
    </w:p>
    <w:p>
      <w:r>
        <w:rPr>
          <w:b/>
        </w:rPr>
        <w:t xml:space="preserve">[24:36] </w:t>
      </w:r>
      <w:r>
        <w:t>to yeh bahut hi important hai aur aise dost aapki honi chahiye, aise saathi jo aapki learning ko badhayein, jo log negative baatein karte hain ya negative messages bhejte hain, unko dost mat banaiye. aise dost hone chahiye jo aapko inspire karein, jo aapko motivate karein. ji. jo aapko next level par le jayein imaan ke. ji.</w:t>
      </w:r>
    </w:p>
    <w:p>
      <w:pPr>
        <w:jc w:val="right"/>
      </w:pPr>
      <w:r>
        <w:t>तो यह बहुत ही important है और ऐसे दोस्त आपकी होनी चाहिए, ऐसे साथी जो आपकी learning को बढ़ाएं, जो लोग negative बातें करते हैं या negative messages भेजते हैं, उनको दोस्त मत बनाइए. ऐसे दोस्त होने चाहिए जो आपको inspire करें, जो आपको motivate करें. जी. जो आपको next level पर ले जाएं ईमान के. जी.</w:t>
      </w:r>
    </w:p>
    <w:p>
      <w:r>
        <w:rPr>
          <w:b/>
        </w:rPr>
        <w:t xml:space="preserve">[24:59] </w:t>
      </w:r>
      <w:r>
        <w:t>to is tarah ke agar aap ek group banayenge aur usmein quran ki koi baatein discuss karenge to jo bhi par meaning hai wahi real meaning hai. quran ke bare mein aata hai deesh mein ke quran ki har verse mein ek outer meaning hai jo bahut hi clear hai. ji. waze hai lekin ek inner meaning hai. inner meaning bhi hai. to jo inner meaning hai uske liye sochna padta hai. ji.</w:t>
      </w:r>
    </w:p>
    <w:p>
      <w:pPr>
        <w:jc w:val="right"/>
      </w:pPr>
      <w:r>
        <w:t>तो इस तरह के अगर आप एक group बनाएंगे और उसमें कुरान की कोई बातें discuss करेंगे तो जो भी पर meaning है वही real meaning है. कुरान के बारे में आता है दीश में के कुरान की हर verse में एक outer meaning है जो बहुत ही clear है. जी. वाज़े है लेकिन एक inner meaning है. Inner meaning भी है. तो जो inner meaning है उसके लिए सोचना पड़ता है. जी.</w:t>
      </w:r>
    </w:p>
    <w:p>
      <w:r>
        <w:rPr>
          <w:b/>
        </w:rPr>
        <w:t xml:space="preserve">[25:28] </w:t>
      </w:r>
      <w:r>
        <w:t>to jab jab hum sochte hai to allah taalaah ki taraf se harishte aate hai aur wo inspire karte hai aur wo hamein wah meaning tak pahunchate hain. wahi real meaning hai. quran ek bahut chhoti kitab hai. i think it's one sixth of bible. ji.</w:t>
      </w:r>
    </w:p>
    <w:p>
      <w:pPr>
        <w:jc w:val="right"/>
      </w:pPr>
      <w:r>
        <w:t>तो जब जब हम सोचते है तो अल्लाह तालाह की तरफ से हरिष्टे आते है और वो inspire करते है और वो हमें वह meaning तक पहुंचाते हैं. वही real meaning है. कुरान एक बहुत छोटी किताब है. I think it's one sixth of bible. जी.</w:t>
      </w:r>
    </w:p>
    <w:p>
      <w:r>
        <w:rPr>
          <w:b/>
        </w:rPr>
        <w:t xml:space="preserve">[25:45] </w:t>
      </w:r>
      <w:r>
        <w:t>to lekin jo uska inner meaning hai, jaise molana ne ek baar kaha tha iceberg ki misal di thi ki iceberg ki ek tip hoti hai lekin wo andar itna bada hota hai ek pahaad hota hai.</w:t>
      </w:r>
    </w:p>
    <w:p>
      <w:pPr>
        <w:jc w:val="right"/>
      </w:pPr>
      <w:r>
        <w:t>तो लेकिन जो उसका inner meaning है, जैसे मोलाना ने एक बार कहा था iceberg की मिसाल दी थी कि iceberg की एक tip होती है लेकिन वह अंदर इतना बड़ा होता है एक पहाड़ होता है.</w:t>
      </w:r>
    </w:p>
    <w:p>
      <w:r>
        <w:rPr>
          <w:b/>
        </w:rPr>
        <w:t xml:space="preserve">[25:59] </w:t>
      </w:r>
      <w:r>
        <w:t>to yahi quran ka mamla hai ki wo jo usmein lineon mein likha hua hai wo between the line hai main jo message hai uska to us tak pahunchne ke liye aapko sochna padega tadabbur aur tafakur aur taqur aur tavasum jo quran mein baatein aayi hai un sab cheezon se aap gehri ji. gehrai tak pahunch sakte ji.</w:t>
      </w:r>
    </w:p>
    <w:p>
      <w:pPr>
        <w:jc w:val="right"/>
      </w:pPr>
      <w:r>
        <w:t>तो यही कुरान का मामला है कि वह जो उसमें lineओं में लिखा हुआ है वह between the line है main जो message है उसका तो उस तक पहुंचने के लिए आपको सोचना पड़ेगा तदब्बूर और तफकूर और ताकूर और तवासुम जो कुरान में बातें आई है उन सब चीज़ों से आप गहरी जी. गहराई तक पहुंच सकते जी.</w:t>
      </w:r>
    </w:p>
    <w:p>
      <w:r>
        <w:rPr>
          <w:b/>
        </w:rPr>
        <w:t xml:space="preserve">[26:19] </w:t>
      </w:r>
      <w:r>
        <w:t>aur doctor jaise aapne abhi kaha ki quran study groups banaye, to ek hadis bhi hai ki allah is pleased with those who study quran together and angels come and visit them. to isi hadis ke hawale se shayad aap bata rahe the. to iske bare mein kuch aur aap add karna chahenge na phir? zarur.</w:t>
      </w:r>
    </w:p>
    <w:p>
      <w:pPr>
        <w:jc w:val="right"/>
      </w:pPr>
      <w:r>
        <w:t>और doctor जैसे आपने अभी कहा कि कुरान study groups बनाएं, तो एक हदीज़ भी है कि अल्लाह is pleased with those who study कुरान together and angels come and visit them. तो इसी हदीस के हवाले से शायद आप बता रहे थे. तो इसके बारे में कुछ और आप add करना चाहेंगे ना फिर? ज़रूर.</w:t>
      </w:r>
    </w:p>
    <w:p>
      <w:r>
        <w:rPr>
          <w:b/>
        </w:rPr>
        <w:t xml:space="preserve">[26:40] </w:t>
      </w:r>
      <w:r>
        <w:t>haan, wo hadis yeh hai ki jab kuch log khuda ke gharon mein se kisi ghar yaani masjid mein, masjid yar zaruri nahi masjid mein, ghar par bhi kar sakte hain, office mein bhi kar sakte hain.</w:t>
      </w:r>
    </w:p>
    <w:p>
      <w:pPr>
        <w:jc w:val="right"/>
      </w:pPr>
      <w:r>
        <w:t>हां, वह हदीस यह है कि जब कुछ लोग खुदा के घरों में से किसी घर यानी मस्जिद में, मस्जिद यार ज़रूरी नहीं मस्जिद में, घर पर भी कर सकते हैं, office में भी कर सकते हैं.</w:t>
      </w:r>
    </w:p>
    <w:p>
      <w:r>
        <w:rPr>
          <w:b/>
        </w:rPr>
        <w:t xml:space="preserve">[26:56] </w:t>
      </w:r>
      <w:r>
        <w:t>to us mein jubla yeh aaya hai bhaji is mein ke jab khuda ke gharon mein se kisi ghar mein log baith ke quran ko discuss karte hain aur ek doosre ki learning ko badhate hain to allah taalah unke upar sakeenat nazil karta hai. ji.</w:t>
      </w:r>
    </w:p>
    <w:p>
      <w:pPr>
        <w:jc w:val="right"/>
      </w:pPr>
      <w:r>
        <w:t>तो उसमें जुब्ला यह आया है भाजी इसमें कि जब खुदा के घरों में से किसी घर में लोग बैठ के कुरान को discuss करते हैं और एक दूसरे की learning को बढ़ाते हैं तो अल्लाह तालाह उनके ऊपर सकीनत नाज़िल करता है. जी.</w:t>
      </w:r>
    </w:p>
    <w:p>
      <w:r>
        <w:rPr>
          <w:b/>
        </w:rPr>
        <w:t xml:space="preserve">[27:15] </w:t>
      </w:r>
      <w:r>
        <w:t>yaani tranquility, unke kill mein itni naan paida hota hai aur allah ki rehmat unhe gher leti hai</w:t>
      </w:r>
    </w:p>
    <w:p>
      <w:pPr>
        <w:jc w:val="right"/>
      </w:pPr>
      <w:r>
        <w:t>यानी tranquility, उनके किल में इतनी नान पैदा होता है और अल्लाह की रहमत उन्हें घेर लेती है</w:t>
      </w:r>
    </w:p>
    <w:p>
      <w:r>
        <w:rPr>
          <w:b/>
        </w:rPr>
        <w:t xml:space="preserve">[27:26] </w:t>
      </w:r>
      <w:r>
        <w:t>aur farishte charon taraf jama ho jate hai aur farishte zahir inspire karte hai aur usmein hadish mein</w:t>
      </w:r>
    </w:p>
    <w:p>
      <w:pPr>
        <w:jc w:val="right"/>
      </w:pPr>
      <w:r>
        <w:t>और फरिश्ते चारों तरफ जमा हो जाते है और फरिश्ते जाहिर inspire करते है और उसमें हदीश में</w:t>
      </w:r>
    </w:p>
    <w:p>
      <w:r>
        <w:rPr>
          <w:b/>
        </w:rPr>
        <w:t xml:space="preserve">[27:37] </w:t>
      </w:r>
      <w:r>
        <w:t>hai ki allah taalaah apne jo muqarrib farishte hai jo bahut hi near farishte hai kuch aur ek</w:t>
      </w:r>
    </w:p>
    <w:p>
      <w:pPr>
        <w:jc w:val="right"/>
      </w:pPr>
      <w:r>
        <w:t>है की अल्लाह तालाह अपने जो मुक्रब फरिश्ते है जो बहुत ही near फरिश्ते है कुछ और एक</w:t>
      </w:r>
    </w:p>
    <w:p>
      <w:r>
        <w:rPr>
          <w:b/>
        </w:rPr>
        <w:t xml:space="preserve">[27:48] </w:t>
      </w:r>
      <w:r>
        <w:t>doosri ki learning badha rahe hain aur gehrai se baaton ko samajh rahe hain.</w:t>
      </w:r>
    </w:p>
    <w:p>
      <w:pPr>
        <w:jc w:val="right"/>
      </w:pPr>
      <w:r>
        <w:t>दूसरी की learning बढ़ा रहे हैं और गहराई से बातों को समझ रहे हैं.</w:t>
      </w:r>
    </w:p>
    <w:p>
      <w:r>
        <w:rPr>
          <w:b/>
        </w:rPr>
        <w:t xml:space="preserve">[27:59] </w:t>
      </w:r>
      <w:r>
        <w:t>ji. to yeh to bahut hi zabardast hadish hai aur bahut hi hamein motivate karti hai ki hum quran ko sirf recitation ke liye na padhe. asal mein kya hua ki chunki quran mein ek ek tarah vishmirab bikaal le ji khalk ke bas padho aur kuch aadish mein bhi aaya hai ki ek ek letter par sawab hai.</w:t>
      </w:r>
    </w:p>
    <w:p>
      <w:pPr>
        <w:jc w:val="right"/>
      </w:pPr>
      <w:r>
        <w:t>जी. तो यह तो बहुत ही ज़बरदस्त हदीश है और बहुत ही हमें motivate करती है कि हम कुरान को सिर्फ recitation के लिए ना पढ़े. असल में क्या हुआ कि चूंकि कुरान में एक एक तरह विश्मिरब बिकाल ले जी खलक के बस पढ़ो और कुछ आदीश में भी आया है कि एक एक letter पर सवाब है.</w:t>
      </w:r>
    </w:p>
    <w:p>
      <w:r>
        <w:rPr>
          <w:b/>
        </w:rPr>
        <w:t xml:space="preserve">[28:23] </w:t>
      </w:r>
      <w:r>
        <w:t>halanki woh sahi aadish hai, lekin uska matlab yeh nahi hai ki aap arabic mein quran ko padh lein aur samjhe bhi nahi. arabic hamari language nahi hai. arabic padhna achhi baat hai, usse itmeenan hota hai, lekin jo zyada zaroori cheez hai woh quran ko samajhna hai. aur quran ke gehre meaning tak pahunchna hai. uske liye aap translation se madad lijiye.</w:t>
      </w:r>
    </w:p>
    <w:p>
      <w:pPr>
        <w:jc w:val="right"/>
      </w:pPr>
      <w:r>
        <w:t>हालांकि वो सही आदीश है, लेकिन उसका मतलब यह नहीं है कि आप Arabic में Quran को पढ़ लें और समझे भी नहीं. Arabic हमारी language नहीं है. Arabic पढ़ना अच्छी बात है, उससे इत्मीनान होता है, लेकिन जो ज़्यादा ज़रूरी चीज़ है वो कुरान को समझना है. और कुरान के गहरे meaning तक पहुंचना है. उसके लिए आप translation से मदद लीजिए.</w:t>
      </w:r>
    </w:p>
    <w:p>
      <w:r>
        <w:rPr>
          <w:b/>
        </w:rPr>
        <w:t xml:space="preserve">[28:48] </w:t>
      </w:r>
      <w:r>
        <w:t>ab kuch log arabic padhne lagte hain, woh bhi kuch hasil nahi hota usse kyunki ya toh aap puri zindagi ko dedicate kar diye, aap scholar ban jaiye, aap quran ko padhiye, tafsir padhiye, hadith padhiye, sirat padhiye, saba ke waqyaad mein bahut hi deep tab toh aap waqiatan hakda karenge warna woh thoda bahut arabik padh ke kuch nahi hasil hai zyada aasan hai ki aap translation ki madad se quran ko padhiye aur tafsir padhiye.</w:t>
      </w:r>
    </w:p>
    <w:p>
      <w:pPr>
        <w:jc w:val="right"/>
      </w:pPr>
      <w:r>
        <w:t>अब कुछ लोग Arabic पढ़ने लगते हैं, वो भी कुछ हासिल नहीं होता उससे क्योंकि या तो आप पूरी ज़िंदगी को dedicate कर दिए, आप scholar वन जाइए, आप कुरान को पढ़िए, तफ्सीर पढ़िए, हदीस पढ़िए, सीरथ पढ़िए, साबा के वाकयाद में बहुत ही deep तब तो आप वाक्यतान हकदा करेंगे वरना वो थोड़ा बहुत अरबीक पढ़ के कुछ नहीं आसिल है ज़्यादा आसान है कि आप translation की मदद से कुरान को पढ़िए और तफ्सीर पढ़िए.</w:t>
      </w:r>
    </w:p>
    <w:p>
      <w:r>
        <w:rPr>
          <w:b/>
        </w:rPr>
        <w:t xml:space="preserve">[29:17] </w:t>
      </w:r>
      <w:r>
        <w:t>tafsir mein main hamesha recommend karta hoon maulana ki tafsir. tasir ul quran english mein bhi hai, quran, quran commentary. woh ek spiritual tafsir hai. usmein jo quran ke gehre meaning hai, usi ko highlight kiya gaya hai to is tarike se quran ko padhna hoga tabhi kuch maulan spirit ki baat karte the tabhi spirit jagegi mare andar.</w:t>
      </w:r>
    </w:p>
    <w:p>
      <w:pPr>
        <w:jc w:val="right"/>
      </w:pPr>
      <w:r>
        <w:t>तफ़्सीर में मैं हमेशा recommend करता हूँ मौलाना की तफ़्सीर. तस्कीर उल्कुरान english में भी है, कुरान, कुरान commentary. वो एक spiritual तफ़्सीर है. उसमें जो कुरान के गहरे meaning है, उसी को highlight किया गया है तो इस तरीके से कुरान को पढ़ना होगा तभी कुछ मौलान spirit की बात करते थे तभी spirit जगेगी मारे अंदर.</w:t>
      </w:r>
    </w:p>
    <w:p>
      <w:r>
        <w:rPr>
          <w:b/>
        </w:rPr>
        <w:t xml:space="preserve">[29:39] </w:t>
      </w:r>
      <w:r>
        <w:t>ji ji ji aap yeh tafsir ko download bhi kar sakte hain cpsglobal.org se aur agar aapko hard copy chahiye toh aap goodwordbooks.com se usko hasil kar sakte hain. doctor ek sawal yeh karna chahunga ki jaise dua is calling to god and roza bhi hum alag le ke hi rakhte hain. toh what is the relation between dua and roza?</w:t>
      </w:r>
    </w:p>
    <w:p>
      <w:pPr>
        <w:jc w:val="right"/>
      </w:pPr>
      <w:r>
        <w:t>जी जी जी आप यह तफ्सीर को download भी कर सकते हैं cpsglobal.org से और अगर आपको hard copy चाहिए तो आप goodwordbooks.com से उसको हासिल कर सकते हैं. Doctor एक सवाल यह करना चाहूंगा कि जैसे दुआ is calling to god and रोज़ा भी हम अलग ले के ही रखते हैं. तो what is the relation between दुआ and रोज़ा?</w:t>
      </w:r>
    </w:p>
    <w:p>
      <w:r>
        <w:rPr>
          <w:b/>
        </w:rPr>
        <w:t xml:space="preserve">[30:08] </w:t>
      </w:r>
      <w:r>
        <w:t>iske bare mein batayein. dua aur roza mein toh bahut hi gehra taalluq hai. balki agar aap quran ko padhe jahan roze ka zikr aaya hai. jahan ramzan ka zikr aaya hai. chapter number two verse one eighty three se one eighty five tak. yeh main quran mein roze ke bare mein aaya hai.</w:t>
      </w:r>
    </w:p>
    <w:p>
      <w:pPr>
        <w:jc w:val="right"/>
      </w:pPr>
      <w:r>
        <w:t>इसके बारे में बताएं. दुआ और रोज़ा में तो बहुत ही गहरा ताल्लुक है. बल्कि अगर आप कुरान को पढ़े जहां रोज़े का ज़िक्र आया है. जहां रमज़ान का ज़िक्र आया है. Chapter number two verse one eighty three से one eighty five तक. यह main कुरान में रोज़े के बारे में आया है.</w:t>
      </w:r>
    </w:p>
    <w:p>
      <w:r>
        <w:rPr>
          <w:b/>
        </w:rPr>
        <w:t xml:space="preserve">[30:34] </w:t>
      </w:r>
      <w:r>
        <w:t>to theek uske baad yaani chapter number two verse number one eighty six dua ke bare mein vaijasa alahiabadi anani fainy kareeb jab mere bande mujhse tumse pooche mere bare mein toh tum keh do ki main qareeb hoon. main pukarne wale ki pukar sunta hoon.</w:t>
      </w:r>
    </w:p>
    <w:p>
      <w:pPr>
        <w:jc w:val="right"/>
      </w:pPr>
      <w:r>
        <w:t>तो ठीक उसके बाद यानी chapter number two verse number one eighty six दुआ के बारे में वैजासा अलाहीबादी अननी फैन्य करीब जब मेरे बंदे मुझसे तुमसे पूछे मेरे बारे में तो तुम कह दो कि मैं क़रीब हूं. मैं पुकारने वाले की पुकार सुनता हूं.</w:t>
      </w:r>
    </w:p>
    <w:p>
      <w:r>
        <w:rPr>
          <w:b/>
        </w:rPr>
        <w:t xml:space="preserve">[30:51] </w:t>
      </w:r>
      <w:r>
        <w:t>to yeh yahi batata hai ki roze ki baat ke baad agli jo baat hai woh woh dua ki baat hai aur darasal jab insan roza rakhta hai toh uske dil mein narmi aati hai. ji.</w:t>
      </w:r>
    </w:p>
    <w:p>
      <w:pPr>
        <w:jc w:val="right"/>
      </w:pPr>
      <w:r>
        <w:t>तो यह यही बताता है कि रोज़े की बात के बाद अगली जो बात है वह वह दुआ की बात है और दरअसल जब इंसान रोज़ा रखता है तो उसके दिल में नरमी आती है. जी.</w:t>
      </w:r>
    </w:p>
    <w:p>
      <w:r>
        <w:rPr>
          <w:b/>
        </w:rPr>
        <w:t xml:space="preserve">[31:06] </w:t>
      </w:r>
      <w:r>
        <w:t>shikastagi aati hai aur mushaqqat ki wajah se, bhookh pyaas ki wajah se woh allataala ki taraf jhukta hai aur allah ki taraf palatta hai. toh yeh sab cheezein dua ke liye bahut hi muasir rahe aur main ek dua yahan lena chahunga. ji.</w:t>
      </w:r>
    </w:p>
    <w:p>
      <w:pPr>
        <w:jc w:val="right"/>
      </w:pPr>
      <w:r>
        <w:t>शिकस्तगी आती है और मुशक्त की वजह से, भूख प्याज़ की वजह से वो अल्लाताला की तरफ झुकता है और अल्लाह की तरफ पलटता है. तो ये सब चीज़ें दुआ के लिए बहुत ही मुआस्य रहे और मैं एक दुआ यहां लेना चाहूंगा. जी.</w:t>
      </w:r>
    </w:p>
    <w:p>
      <w:r>
        <w:rPr>
          <w:b/>
        </w:rPr>
        <w:t xml:space="preserve">[31:33] </w:t>
      </w:r>
      <w:r>
        <w:t>jise kehte hain duae qunoot ya qunoote witr. yeh aise hoti hai ki jo witr hai jo isha ke baad padhte hain teen rakat ya taravi ke baad bhi padhte hain teen rakat. woh isha wali teen rakat taravi ke baad ho jati hai. toh usmein imam khade huke dua karta hai. yeh bahut hi alag tarah ki dua hai.</w:t>
      </w:r>
    </w:p>
    <w:p>
      <w:pPr>
        <w:jc w:val="right"/>
      </w:pPr>
      <w:r>
        <w:t>जिसे कहते हैं दुआए कुनूत या कुनूते वितर. यह ऐसे होती है कि जो वितर है जो ईशा के बाद पढ़ते हैं तीन रक्त या तरावी के बाद भी पढ़ते हैं तीन रक्त. वह ईशा वाली तीन रक्त तरावी के बाद हो जाती है. तो उसमें इमाम खड़े हुके दुआ करता है. यह बहुत ही अलग तरह की दुआ है.</w:t>
      </w:r>
    </w:p>
    <w:p>
      <w:r>
        <w:rPr>
          <w:b/>
        </w:rPr>
        <w:t xml:space="preserve">[31:59] </w:t>
      </w:r>
      <w:r>
        <w:t>ji aur is dua ko prophet mohammad salallahu alaihi wasallam ne apne grandson ko bataya tha. hasan ibn ali raziallahu anhu ko jab ve chhote the ki tum yeh dua padha karo witr mein. toh is dua ko jo imam hai woh khade ho ke padta hai jab ruku se uthte hain aur babaze buland yaani awaaz zor se padta hai.</w:t>
      </w:r>
    </w:p>
    <w:p>
      <w:pPr>
        <w:jc w:val="right"/>
      </w:pPr>
      <w:r>
        <w:t>जी और इस दुआ को prophet मोहम्मद सलाह वालेस्ल्लम ने अपने grandson को बताया था. हसन इब्नाली रजिल्लान को जब वे छोटे थे कि तुम ये दुआ पढ़ा करो गित्र में. तो इस दुआ को जो इमाम है वो खड़े हो के पड़ता है जब रुकू से उठते हैं और बाबाज़े बुलंद यानी आवाज़ ज़ोर से पड़ता है.</w:t>
      </w:r>
    </w:p>
    <w:p>
      <w:r>
        <w:rPr>
          <w:b/>
        </w:rPr>
        <w:t xml:space="preserve">[32:24] </w:t>
      </w:r>
      <w:r>
        <w:t>to kafi lambi duwa hai main uski chand linein aapke samne rakhta hoon.</w:t>
      </w:r>
    </w:p>
    <w:p>
      <w:pPr>
        <w:jc w:val="right"/>
      </w:pPr>
      <w:r>
        <w:t>तो काफी लंबी दोवा है मैं उसकी चंद लाइनें आपके सामने रखता हूं.</w:t>
      </w:r>
    </w:p>
    <w:p>
      <w:r>
        <w:rPr>
          <w:b/>
        </w:rPr>
        <w:t xml:space="preserve">[32:35] </w:t>
      </w:r>
      <w:r>
        <w:t>allahu mahdini piman hadet, wa aakhini fimana atit, wa tavallani fimana tavallahit, wa bariklifi ma atit, yaani ai</w:t>
      </w:r>
    </w:p>
    <w:p>
      <w:pPr>
        <w:jc w:val="right"/>
      </w:pPr>
      <w:r>
        <w:t>अल्लाहु महदिनी पीमन हादेत, व आख़िनी फीमान आतित, वा तवलनी फीमान तवल्लाहित, वा बारिकली फीमा आतित, यानी ऐ</w:t>
      </w:r>
    </w:p>
    <w:p>
      <w:r>
        <w:rPr>
          <w:b/>
        </w:rPr>
        <w:t xml:space="preserve">[32:46] </w:t>
      </w:r>
      <w:r>
        <w:t>allah, tu mujhe hidayat de aur un logon ka saath de jinko tune hidayat diye aur mujhe aafiyat</w:t>
      </w:r>
    </w:p>
    <w:p>
      <w:pPr>
        <w:jc w:val="right"/>
      </w:pPr>
      <w:r>
        <w:t>अल्लाह, तू मुझे हिदायत दे और उन लोगों का साथ दे जिनको तूने हिदायत दिए और मुझे आफ़ियत</w:t>
      </w:r>
    </w:p>
    <w:p>
      <w:r>
        <w:rPr>
          <w:b/>
        </w:rPr>
        <w:t xml:space="preserve">[32:57] </w:t>
      </w:r>
      <w:r>
        <w:t>de yaani peace aur sukoon, itmeinan tu mujhe aafiyat de aur un logon ka saath de jinko tune</w:t>
      </w:r>
    </w:p>
    <w:p>
      <w:pPr>
        <w:jc w:val="right"/>
      </w:pPr>
      <w:r>
        <w:t>दे यानी peace और सुकून, इत्मेनान तू मुझे आफ़ियत दे और उन लोगों का साथ दे जिनको तूने</w:t>
      </w:r>
    </w:p>
    <w:p>
      <w:r>
        <w:rPr>
          <w:b/>
        </w:rPr>
        <w:t xml:space="preserve">[33:08] </w:t>
      </w:r>
      <w:r>
        <w:t>aafiyat diye aur tu mera dost ban ja aur un logon ka saath de jinko tune apna dost</w:t>
      </w:r>
    </w:p>
    <w:p>
      <w:pPr>
        <w:jc w:val="right"/>
      </w:pPr>
      <w:r>
        <w:t>आफ़ियत दिए और तू मेरा दोस्त वन जा और उन लोगों का साथ दे जिनको तूने अपना दोस्त</w:t>
      </w:r>
    </w:p>
    <w:p>
      <w:r>
        <w:rPr>
          <w:b/>
        </w:rPr>
        <w:t xml:space="preserve">[33:19] </w:t>
      </w:r>
      <w:r>
        <w:t>banaya hai aur jo bhi tune mujhe diya hai usmein barkat aata farma.</w:t>
      </w:r>
    </w:p>
    <w:p>
      <w:pPr>
        <w:jc w:val="right"/>
      </w:pPr>
      <w:r>
        <w:t>बनाया है और जो भी तूने मुझे दिया है उसमें बर्कत आता परमा.</w:t>
      </w:r>
    </w:p>
    <w:p>
      <w:r>
        <w:rPr>
          <w:b/>
        </w:rPr>
        <w:t xml:space="preserve">[33:30] </w:t>
      </w:r>
      <w:r>
        <w:t>to badi gehri dua hai yeh, ismein ek momin ki dil ki pukar hai yeh ki jab usko</w:t>
      </w:r>
    </w:p>
    <w:p>
      <w:pPr>
        <w:jc w:val="right"/>
      </w:pPr>
      <w:r>
        <w:t>तो बड़ी गहरी दुआ है यह, इसमें एक मोमिन की दिल की पुकार है यह कि जब उसको</w:t>
      </w:r>
    </w:p>
    <w:p>
      <w:r>
        <w:rPr>
          <w:b/>
        </w:rPr>
        <w:t xml:space="preserve">[33:39] </w:t>
      </w:r>
      <w:r>
        <w:t>discovery ہوتی ہے تو وہ چاہتا ہے کچھ ایسے ساتھی ہوں جو like-minded ہوں، ان کے ساتھ مل کر اپنا</w:t>
      </w:r>
    </w:p>
    <w:p>
      <w:pPr>
        <w:jc w:val="right"/>
      </w:pPr>
      <w:r>
        <w:t>discovery होती है तो वह चाहता है कुछ ऐसे साथियों जो like minded हों, उनके साथ मिलकर अपना</w:t>
      </w:r>
    </w:p>
    <w:p>
      <w:r>
        <w:rPr>
          <w:b/>
        </w:rPr>
        <w:t xml:space="preserve">[33:48] </w:t>
      </w:r>
      <w:r>
        <w:t>iman badhaye, apna yakeen badhaye, tadabbur kare, quran ke gehre meaning tak pahunche, dawat ka kaam kare, to</w:t>
      </w:r>
    </w:p>
    <w:p>
      <w:pPr>
        <w:jc w:val="right"/>
      </w:pPr>
      <w:r>
        <w:t>ईमान बढ़ाए, अपना यकीन बढ़ाए, तादब्बूर करे, कुरान के गहरे meaning तक पहुंचे, दावत का काम करे, तो</w:t>
      </w:r>
    </w:p>
    <w:p>
      <w:r>
        <w:rPr>
          <w:b/>
        </w:rPr>
        <w:t xml:space="preserve">[33:57] </w:t>
      </w:r>
      <w:r>
        <w:t>yeh ek aise ail iman ke dil ki pukar hai aur bahut hi achhi dua hai.</w:t>
      </w:r>
    </w:p>
    <w:p>
      <w:pPr>
        <w:jc w:val="right"/>
      </w:pPr>
      <w:r>
        <w:t>यह एक ऐसे ऐल ईमान के दिल की पुकार है और बहुत ही अच्छी दुआ है.</w:t>
      </w:r>
    </w:p>
    <w:p>
      <w:r>
        <w:rPr>
          <w:b/>
        </w:rPr>
        <w:t xml:space="preserve">[34:06] </w:t>
      </w:r>
      <w:r>
        <w:t>isko zaroori nahi hai ki witr mein padha jaye, kisi waqt bhi padha ja sakta hai. ji, nuksan ne bahut yeh achhi baat batayi aur maulana wahiduddin khan sahab bhi kaha karte the ki jo fast hai, jab ek rozedar bhookh pyaas se dua karta hai aur us dua mein jo humility hoti hai toh woh dua seedha it goes straight to the throne of the almighty.</w:t>
      </w:r>
    </w:p>
    <w:p>
      <w:pPr>
        <w:jc w:val="right"/>
      </w:pPr>
      <w:r>
        <w:t>इसको ज़रूरी नहीं है कि वितर में पढ़ा जाए, किसी वक्त भी पढ़ा जा सकता है. जी, नुकसान ने बहुत यह अच्छी बात बताई और मनाना वेदीन खान साहब भी कहा करते थे कि जो fast है, जब एक रोज़ेदार भूख प्यास से दुआ करता है और उस दुआ में जो humility होती है तो वो दुआ सीधा it goes straight to the throne of the almighty.</w:t>
      </w:r>
    </w:p>
    <w:p>
      <w:r>
        <w:rPr>
          <w:b/>
        </w:rPr>
        <w:t xml:space="preserve">[34:35] </w:t>
      </w:r>
      <w:r>
        <w:t>docsapp agle sawal puchna chahunga. jaisa ki hum jante hain ki prophet and his companions would take very simple food during iftar. toh iske bare mein bhi bataiye ki what what would they eat during iftar and it is also said that prophet would not delay when the iftar time would come. toh isko bhi zara aap wazeh karein.</w:t>
      </w:r>
    </w:p>
    <w:p>
      <w:pPr>
        <w:jc w:val="right"/>
      </w:pPr>
      <w:r>
        <w:t>DocsApp अगले सवाल पूछना चाहूंगा. जैसा कि हम जानते हैं कि prophet and his companions would take very simple food during इफ़्तार. तो इसके बारे में भी बताइए कि what what would they eat during इफ्तार and it is also said that prophet would not delay when the इफ्तार time would come. तो इसको भी जरा आप वाज़े करें.</w:t>
      </w:r>
    </w:p>
    <w:p>
      <w:r>
        <w:rPr>
          <w:b/>
        </w:rPr>
        <w:t xml:space="preserve">[35:03] </w:t>
      </w:r>
      <w:r>
        <w:t>hadish mein aata hai yuftaru ala rutbatain yaani profit iftar karte the ripe dates se. rutbaat kehte hain ripe dates ko aur agar ripe dates nahi hai toh tamraat, tala tamratain yaani dried dates. ji.</w:t>
      </w:r>
    </w:p>
    <w:p>
      <w:pPr>
        <w:jc w:val="right"/>
      </w:pPr>
      <w:r>
        <w:t>हदीश में आता है युफ्तेरो आला रुतबातिन यानी profit इफ्तार करते थे ripe dates से. प्रोतबाद कहते हैं ripe dates को और अगर ripe dates नहीं है तो तमरात, ताला तमरातिन यानी dried dates. जी.</w:t>
      </w:r>
    </w:p>
    <w:p>
      <w:r>
        <w:rPr>
          <w:b/>
        </w:rPr>
        <w:t xml:space="preserve">[35:31] </w:t>
      </w:r>
      <w:r>
        <w:t>aur agar ripe dates bhi nahi hai, rutbaat bhi nahi hai, tamraat bhi nahi hai, toh hasa haswati minma yaani he will have few sips of water aur uske baad namaz, yaani iftar ke saath khana nahi khate the. uske baad namaz aur namaz ke baad khana khate the. jaise aapne kaha ki kis tarah ka food lete the, woh food aaj koi le nahi sakta. ji.</w:t>
      </w:r>
    </w:p>
    <w:p>
      <w:pPr>
        <w:jc w:val="right"/>
      </w:pPr>
      <w:r>
        <w:t>और अगर ripe dates भी नहीं है, रुतबाद भी नहीं है, तमरात भी नहीं है, तो हसा हसवाती मिनमा यानी he will have few sips of water और उसके बाद नमाज़, यानी इफ्तार के साथ खाना नहीं खाते थे. उसके बाद नमाज़ और नमाज़ के बाद खाना खाते थे. जैसे आपने कहा कि किस तरह का food लेते थे, वो food आज कोई ले नहीं सकता. जी.</w:t>
      </w:r>
    </w:p>
    <w:p>
      <w:r>
        <w:rPr>
          <w:b/>
        </w:rPr>
        <w:t xml:space="preserve">[36:00] </w:t>
      </w:r>
      <w:r>
        <w:t>sirf ek khana hota tha. roti, woh roti hoti thi barley ki, jau aur koi ek salan, kabhi kabhi salan bhi nahi hota tha. toh profit roti ko main khajoor lapet ke khate the ya sirka se kha lete the.</w:t>
      </w:r>
    </w:p>
    <w:p>
      <w:pPr>
        <w:jc w:val="right"/>
      </w:pPr>
      <w:r>
        <w:t>सिर्फ एक खाना होता था. रोटी, वो रोटी होती थी बार्ले की, जाओ और कोई एक सालन, कभी कभी सालन भी नहीं होता था. तो profit रोटी को मैं खजूर लपेट के खाते थे या सिरका से खा लेते थे.</w:t>
      </w:r>
    </w:p>
    <w:p>
      <w:r>
        <w:rPr>
          <w:b/>
        </w:rPr>
        <w:t xml:space="preserve">[36:20] </w:t>
      </w:r>
      <w:r>
        <w:t>kabhi aisa nahi kaha ki dekho ghar mein salan nahi hai koi negative boli nahi balki bahut hi positive baat kehte the ki sirka jis ghar mein ho us wahan salan ki zarurat hi nahi hai sirka bhi salan hai. yaani aaj jis tarah ka iftar hota hai toh woh sara jo sari jo spirit hai iftar ki woh khatm ho jati hai.</w:t>
      </w:r>
    </w:p>
    <w:p>
      <w:pPr>
        <w:jc w:val="right"/>
      </w:pPr>
      <w:r>
        <w:t>कभी ऐसा नहीं कहा कि देखो घर में सालन नहीं है कोई negative बोली नहीं बल्कि बहुत ही positive बात कहते थे की सिरका जिस घर में हो उस वहां सालन की ज़रूरत ही नहीं है सिरका भी सालन है. यानी आज जिस तरह का इफ़्तार होता है तो वो सारा जो सारी जो spirit है इफ़्तार की वो खत्म हो जाती है.</w:t>
      </w:r>
    </w:p>
    <w:p>
      <w:r>
        <w:rPr>
          <w:b/>
        </w:rPr>
        <w:t xml:space="preserve">[36:43] </w:t>
      </w:r>
      <w:r>
        <w:t>sara zehan logon ko khane ke upar chala jata hai aur hadish mein aata hai ki jo ibn adam hai yaani insan usko apni kamar seedhi rakhne ke liye chand lukmai kafi hai usko bhi. few morsels are enough to keep his back straight aur agar woh apne pet ko bharna chahta hai toh pet ke teen hisse karein.</w:t>
      </w:r>
    </w:p>
    <w:p>
      <w:pPr>
        <w:jc w:val="right"/>
      </w:pPr>
      <w:r>
        <w:t>सारा ज़हन लोगों को खाने के ऊपर चला जाता है और हदीश में आता है कि जो इब्न आदम है यानी इंसान उसको अपनी कमर सीधी रखने के लिए चंद लुखमई काफी है उसको भी. Few morsels are enough to keep his back straight और अगर वह अपने पेट को भरना चाहता है तो पेट के तीन हिस्से करें.</w:t>
      </w:r>
    </w:p>
    <w:p>
      <w:r>
        <w:rPr>
          <w:b/>
        </w:rPr>
        <w:t xml:space="preserve">[37:08] </w:t>
      </w:r>
      <w:r>
        <w:t>ek hisse yaani one third mein khana aur one third mein pani aur one third khali.</w:t>
      </w:r>
    </w:p>
    <w:p>
      <w:pPr>
        <w:jc w:val="right"/>
      </w:pPr>
      <w:r>
        <w:t>एक हिस्से यानी one third में खाना और one third में पानी और one third खाली.</w:t>
      </w:r>
    </w:p>
    <w:p>
      <w:r>
        <w:rPr>
          <w:b/>
        </w:rPr>
        <w:t xml:space="preserve">[37:15] </w:t>
      </w:r>
      <w:r>
        <w:t>to yeh kitna kitni badi yaani hadish hai agar insan is par follow kare to ek to jo</w:t>
      </w:r>
    </w:p>
    <w:p>
      <w:pPr>
        <w:jc w:val="right"/>
      </w:pPr>
      <w:r>
        <w:t>तो यह कितना कितनी बड़ी यानी हदीश है अगर इंसान इस पर follow करें तो एक तो जो</w:t>
      </w:r>
    </w:p>
    <w:p>
      <w:r>
        <w:rPr>
          <w:b/>
        </w:rPr>
        <w:t xml:space="preserve">[37:23] </w:t>
      </w:r>
      <w:r>
        <w:t>doosre lawazmath hai usse bachega, saadgi aayegi kyunki rasoolullah sallam ki jo bahut hi badi sunnat hai log</w:t>
      </w:r>
    </w:p>
    <w:p>
      <w:pPr>
        <w:jc w:val="right"/>
      </w:pPr>
      <w:r>
        <w:t>दूसरे लवाज़माथ है उससे बचेगा, सादगी आएगी क्योंकि रसूल्ला सल्म की जो बहुत ही बड़ी सुन्नत है लोग</w:t>
      </w:r>
    </w:p>
    <w:p>
      <w:r>
        <w:rPr>
          <w:b/>
        </w:rPr>
        <w:t xml:space="preserve">[37:30] </w:t>
      </w:r>
      <w:r>
        <w:t>sab zahiri sunnat ke upar bada zor dete hain, alag tarah ke kapde vapde pehen lenge aur alag</w:t>
      </w:r>
    </w:p>
    <w:p>
      <w:pPr>
        <w:jc w:val="right"/>
      </w:pPr>
      <w:r>
        <w:t>सब ज़ाहिरी सुन्नत के ऊपर बड़ा ज़ोर देते हैं, अलग तरह के कपड़े वपड़े पहन लेंगे और अलग</w:t>
      </w:r>
    </w:p>
    <w:p>
      <w:r>
        <w:rPr>
          <w:b/>
        </w:rPr>
        <w:t xml:space="preserve">[37:38] </w:t>
      </w:r>
      <w:r>
        <w:t>tarah ke shakal bana lenge.</w:t>
      </w:r>
    </w:p>
    <w:p>
      <w:pPr>
        <w:jc w:val="right"/>
      </w:pPr>
      <w:r>
        <w:t>तरह के शक्ल बना लेंगे.</w:t>
      </w:r>
    </w:p>
    <w:p>
      <w:r>
        <w:rPr>
          <w:b/>
        </w:rPr>
        <w:t xml:space="preserve">[37:46] </w:t>
      </w:r>
      <w:r>
        <w:t>toh lekin jo sunnat sabse badi sunnat toh yahi hai saadgi. ji. hadish mein bhi aata hai al bajaaj tum bina leeman. simplicity is part of faith. toh jab tak ki yeh saadgi nahi aayegi tab tak woh koi gehre gehri spiritual baatein insan nahi pakad payega. toh yeh bahut zaroori hai. ji. yeh bahut important baat hai docsahab ki simplicity is part of faith. haan, maulana bhi hamesha puri zindagi inteha hi simple rahe. inteha simple. ji.</w:t>
      </w:r>
    </w:p>
    <w:p>
      <w:pPr>
        <w:jc w:val="right"/>
      </w:pPr>
      <w:r>
        <w:t>तो लेकिन जो सुन्नत सबसे बड़ी सुन्नत तो यही है सादगी. जी. हादिश में भी आता है अल बजाजा तुम बिना लीमान. Simplicity is part of faith. तो जब तक की यह सादगी नहीं आएगी तब तक वह कोई गहरे गहरी spiritual बातें इंसान नहीं पकड़ पाएगा. तो यह बहुत ज़रूरी है. जी. यह बहुत important बात है डुक्साहब की simplicity is part of faith. हां, मालाना भी हमेशा पूरी ज़िंदगी इंतिहा ही simple रहे. इंतिहा simple. जी.</w:t>
      </w:r>
    </w:p>
    <w:p>
      <w:r>
        <w:rPr>
          <w:b/>
        </w:rPr>
        <w:t xml:space="preserve">[38:15] </w:t>
      </w:r>
      <w:r>
        <w:t>docsapp as we know that iftar is just not about you know taking physical food. it is a combination of spiritual food as well as physical food. toh ek sawal yeh bhi main puchna chahunga ki is there a reward for someone who invites others during iftar? aajkal bahut iftar parties bhi hoti hain, toh iske bare mein aap kya kahenge?</w:t>
      </w:r>
    </w:p>
    <w:p>
      <w:pPr>
        <w:jc w:val="right"/>
      </w:pPr>
      <w:r>
        <w:t>DocsApp as we know that इफ़्तार is just not about you know taking physical food. It is a combination of spiritual food as well as physical food. तो एक सवाल यह भी मैं पूछना चाहूंगा कि is there a reward for someone who invites others during इफ्तार? आजकल बहुत इफ्तार parties भी होती हैं, तो इसके बारे में आप क्या कहेंगे?</w:t>
      </w:r>
    </w:p>
    <w:p>
      <w:r>
        <w:rPr>
          <w:b/>
        </w:rPr>
        <w:t xml:space="preserve">[38:40] </w:t>
      </w:r>
      <w:r>
        <w:t>dekhiye yeh bhi ek thoda sa misconception hai, log samajhte hain ke agar kisi ko iftar ke liye bulaya to bohat sawab milega. kis ko bulayein? agar aap kisi ke qareeb aadmi ko khana khilaenge, tab sawab milega. aap ameer logon ko bulayenge, un ke ghar mein khana already hai, woh sawab thori milega aur iftar party ke jahan tak aap ne kaha ke us mein niyat dekhi jayegi.</w:t>
      </w:r>
    </w:p>
    <w:p>
      <w:pPr>
        <w:jc w:val="right"/>
      </w:pPr>
      <w:r>
        <w:t>देखिए यह भी एक थोड़ा सा misconception है, लोग समझते हैं कि अगर किसी को इफ्तार के लिए बुलाया तो बहुत सवाल मिलेगा. किसको बुलाएं? अगर आप किसी के करीब आदमी को खाना खिलाएंगे, तब सवाब मिलेगा. आप अमीर लोगों को बुलाएंगे, उनके घर में खाना already है, वो सवाब थोड़ी मिलेगा और इख्तार party के जहां तक आपने कहा कि उसमें नियत देखी जाएगी.</w:t>
      </w:r>
    </w:p>
    <w:p>
      <w:r>
        <w:rPr>
          <w:b/>
        </w:rPr>
        <w:t xml:space="preserve">[39:03] </w:t>
      </w:r>
      <w:r>
        <w:t>agar kisi ki niyat yeh hai ke koi interfaith gathering ho, doosre mazahib ke bhi log aayein, woh aake dekhein ke ramzan kya hai, iftar kya hai, woh islam ke culture ko follow samjhein aur un ko kuch deen ki baatein batai jayein, kuch un ko literature diya jaye, kuch quran ki copies di jayein un ki apni languages, apni language mein.</w:t>
      </w:r>
    </w:p>
    <w:p>
      <w:pPr>
        <w:jc w:val="right"/>
      </w:pPr>
      <w:r>
        <w:t>अगर किसी की नियत यह है कि कोई interfaith gathering हो, दूसरे मज़ाहित के भी लोग आए, वो आके देखें कि रमज़ान क्या है, इख्तार क्या है, वह इस्लाम के culture को follow समझें और उनको कुछ दीन की बातें बताई जाए, कुछ उनको literature दिया जाए, कुछ कुरान की copies दी जाए उनकी अपनी languages, अपनी language में.</w:t>
      </w:r>
    </w:p>
    <w:p>
      <w:r>
        <w:rPr>
          <w:b/>
        </w:rPr>
        <w:t xml:space="preserve">[39:28] </w:t>
      </w:r>
      <w:r>
        <w:t>to yeh keenan ek daawati kaam ho jayega aur bohat sawab aap ka kaam hoga lekin jo aam taur se parties hoti hain to party aur iftar to koi matlab do alag alag cheezein hain. dekhiye ibadat jo hai woh ek ibadat hai. ji. ramzan yani roza poori ibadat hai sawi se le kar ibadat tak. to ibadat ek ibadat hai.</w:t>
      </w:r>
    </w:p>
    <w:p>
      <w:pPr>
        <w:jc w:val="right"/>
      </w:pPr>
      <w:r>
        <w:t>तो यह कीनन एक दावती काम हो जाएगा और बहुत सब आपका काम होगा लेकिन जो आम तौर से parties होती हैं तो party और इक्तार तो कोई मतलब दो अलग अलग चीज़ें हैं. देखिए इब्बादत जो है वह एक इबादत है. जी. रमज़ान यानी रोज़ा पूरी इबादत है सैवी से लेकर इब्बादत तक. तो इब्बादत एक इब्बादत है.</w:t>
      </w:r>
    </w:p>
    <w:p>
      <w:r>
        <w:rPr>
          <w:b/>
        </w:rPr>
        <w:t xml:space="preserve">[39:54] </w:t>
      </w:r>
      <w:r>
        <w:t>us ko aap agar dekhiye main ek misaal deta hoon aap ko quran se, quran mein agar aap chapter number 19 yani surah maryam padhein to bilkul aagaaz mein hazrat zakariya ki dua hai.</w:t>
      </w:r>
    </w:p>
    <w:p>
      <w:pPr>
        <w:jc w:val="right"/>
      </w:pPr>
      <w:r>
        <w:t>उसको आप अगर देखिए मैं एक मिसाल देता हूं आपको कुरान से, कुरान में अगर आप chapter number 19 यानी सूरमरियम पढ़े तो बिल्कुल आगाज़ में हज़रत ज़करिया की दुआ है.</w:t>
      </w:r>
    </w:p>
    <w:p>
      <w:r>
        <w:rPr>
          <w:b/>
        </w:rPr>
        <w:t xml:space="preserve">[40:23] </w:t>
      </w:r>
      <w:r>
        <w:t>to itni gehri dua hai un ki is nad rabahu nadan khafiyya ke us ne apne rab ko chhupi hui awaaz mein pukara.</w:t>
      </w:r>
    </w:p>
    <w:p>
      <w:pPr>
        <w:jc w:val="right"/>
      </w:pPr>
      <w:r>
        <w:t>तो इतनी गहरी दुआ है उनकी इस नादा रब्बहू निदान खफिया के उसने अपने रब को छुपी हुई आवाज़ में पुकारा.</w:t>
      </w:r>
    </w:p>
    <w:p>
      <w:r>
        <w:rPr>
          <w:b/>
        </w:rPr>
        <w:t xml:space="preserve">[40:53] </w:t>
      </w:r>
      <w:r>
        <w:t>to woh saari jo spirit hai woh yani ek ghulu hai ek tareeqe se yeh saari jo spirit hai woh khatam ho jayegi. ji. iftar ki. doctor bilkul bohat sahi kahawat hai kyun ke iftar can be a huge reference point you know, for muslims to exchange, you know, their spiritual learnings and people who will come, people from other faiths who will come for iftar, they will naturally come with a very different mindset.</w:t>
      </w:r>
    </w:p>
    <w:p>
      <w:pPr>
        <w:jc w:val="right"/>
      </w:pPr>
      <w:r>
        <w:t>तो वो सारी जो spirit है वो यानी एक गुलु है एक तरीके से यह सारी जो spirit है वो खत्म हो जाएगी. जी. इफ्तार की. Doctor बिल्कुल बहुत सही कहावत है क्योंकि इफ्तार can be a huge reference point you know, for मुस्लिमs to exchange, you know, their spiritual learnings and people who will come, people from other faiths who will come for इफ़्तार, they will naturally come with a very different mindset.</w:t>
      </w:r>
    </w:p>
    <w:p>
      <w:r>
        <w:rPr>
          <w:b/>
        </w:rPr>
        <w:t xml:space="preserve">[41:20] </w:t>
      </w:r>
      <w:r>
        <w:t>to aap us point ko, us interaction point ko aap ek zariya bana sakte hain ke aap islam ke bare mein batayein, aap daawa work karein, aap literature dein un ko. so it is definitely a huge opportunity. iftar can be a great opportunity for exchanging ideas about islam. doctor sahab, ek sawal yeh poochna chahunga ke what did prophet say about sahoor aur sehri? is ke bare mein bhi batayein.</w:t>
      </w:r>
    </w:p>
    <w:p>
      <w:pPr>
        <w:jc w:val="right"/>
      </w:pPr>
      <w:r>
        <w:t>तो आप उस point को, उस interaction point को आप एक ज़रिया बना सकते हैं कि आप इस्लाम के बारे में बताएं, आप दावा work करें, आप literature दें उनको. So it is definitely a huge opportunity. इफ्तार can be a great opportunity for exchanging ideas about Islam. Doctor साहब, एक सवाल यह पूछना चाहूंगा कि what did prophet say about सहूर और सहेरी? इसके बारे में भी बताएं.</w:t>
      </w:r>
    </w:p>
    <w:p>
      <w:r>
        <w:rPr>
          <w:b/>
        </w:rPr>
        <w:t xml:space="preserve">[41:48] </w:t>
      </w:r>
      <w:r>
        <w:t>prophet muhammad ne phir mak a tasahoor sehri khao ya sahoor khao, kyun ke sehri mein barkat hai.</w:t>
      </w:r>
    </w:p>
    <w:p>
      <w:pPr>
        <w:jc w:val="right"/>
      </w:pPr>
      <w:r>
        <w:t>Prophet मोहम्मद ने फिर मैक ए तसहरू सहरी खाओ या सहूर खाओ, क्योंकि सहरी में बरकत है.</w:t>
      </w:r>
    </w:p>
    <w:p>
      <w:r>
        <w:rPr>
          <w:b/>
        </w:rPr>
        <w:t xml:space="preserve">[42:01] </w:t>
      </w:r>
      <w:r>
        <w:t>ab yeh barkat prophet ne farmaya, log samajhte hain ke jo khana hai us mein barkat hai aur ek sahab maine dekha woh samjha rahe the ke normal days mein jab aap khana khate hain to woh teen ghante aap ko energy deta hai lekin jab sehri khate hain to woh cheh ghante energy deta hai. yeh bara meaningless meaningless baat hai.</w:t>
      </w:r>
    </w:p>
    <w:p>
      <w:pPr>
        <w:jc w:val="right"/>
      </w:pPr>
      <w:r>
        <w:t>अब यह बरकत प्रभ्त आया, लोग समझते हैं जो खाना है उसमें बरकत है और एक साहब मैंने देखा वो समझा रहे थे कि normal days में जब आप खाना खाते है तो वो तीन घंटे आपको energy देता है लेकिन जब शहरी खाते है तो वो छह घंटे energy देता है. ये बड़ा meaningless meaningless बात है.</w:t>
      </w:r>
    </w:p>
    <w:p>
      <w:r>
        <w:rPr>
          <w:b/>
        </w:rPr>
        <w:t xml:space="preserve">[42:24] </w:t>
      </w:r>
      <w:r>
        <w:t>yeh baat nahi hai dekhiye saari baat jo hadith mein aati hai woh rozedar ke nisbat se baat aati hai. yani jo rozedar hai agar us ke andar spirit hai to woh babarkat cheezein hongi yani farishte aayenge aur us ko inspire karenge, us ke andar gehri mare fann jayegi ke uska iman taza hoga, us ke andar kaifiyat paida hogi. yeh barkat ka matlab hai.</w:t>
      </w:r>
    </w:p>
    <w:p>
      <w:pPr>
        <w:jc w:val="right"/>
      </w:pPr>
      <w:r>
        <w:t>ये बात नहीं है देखिए सारी बात जो हदीश में आती है वो रोज़ेदार के निज़्बत से बात आती है. यानी जो रोज़ेदार है अगर उसके अंदर spirit है तो वो बाबरकत चीज़ें होंगी यानी फिरिश्ते आऐंगे और उसको inspire करेंगे, उसके अंदर गहरी मारे फ़ंस जाएगी कि उसका ईमान ताज़ा होगा, उसके अंदर कैफियत पैदा होगी. यह बरकत का मतलब है.</w:t>
      </w:r>
    </w:p>
    <w:p>
      <w:r>
        <w:rPr>
          <w:b/>
        </w:rPr>
        <w:t xml:space="preserve">[42:51] </w:t>
      </w:r>
      <w:r>
        <w:t>yeh nahi ke woh khana jo hai, khane to saare hi babarkat hain. allah taala ne quran mein farmaya hai ke pani jo hai, jo barish ka pani us ko mubarak pani kaha. to har cheez mubarak hai us sense mein. lekin jab ek shakhs sehri karta hai aur woh chuki waqt bohat hi qeemti hota hai, tahajjud ka waqt hota hai sehri ka to us waqt gehri aisa saath paida hote hain.</w:t>
      </w:r>
    </w:p>
    <w:p>
      <w:pPr>
        <w:jc w:val="right"/>
      </w:pPr>
      <w:r>
        <w:t>यह नहीं कि वह खाना जो है, खाने तो सारे ही बाबरकत है. अल्लाह तालाह ने कुरान में फरमाया है कि पानी जो है, जो बारिश का पानी उसको मुबारक पानी कहा. तो हर चीज़ मुबारक है उस sense में. लेकिन जब एक शख्स सैरी करता है और वो चूंकि वक्त बहुत ही कीमती होता है, तहजूत का वक्त होता है सैरी का तो उस वक्त गहरे ऐसा साथ पैदा होते हैं.</w:t>
      </w:r>
    </w:p>
    <w:p>
      <w:r>
        <w:rPr>
          <w:b/>
        </w:rPr>
        <w:t xml:space="preserve">[43:19] </w:t>
      </w:r>
      <w:r>
        <w:t>na bohat hi emotions aur feelings jo hai woh sab jagti hai chuki us waqt koi distraction nahi hota, koi disturbance nahi hota, koi show aur rule nahi hota. to sehri mein bhi sadgi ki zaroorat hai. sehri bhi log ab aajkal bohat hi tarah tarah ke khane us mein rakhte hain to woh bhi theek nahi hai. main aap ko ek waqia batata hoon us se pata chalta hai ke rasoolullah sallam kis tarah khana khate the.</w:t>
      </w:r>
    </w:p>
    <w:p>
      <w:pPr>
        <w:jc w:val="right"/>
      </w:pPr>
      <w:r>
        <w:t>ना बहुत ही emotions और feelings जो है वो सब जागती है चूंकि उस बात कोई distraction नहीं होता, कोई disturbance नहीं होता, कोई show और rule नहीं होता. तो सैरी में भी सादगी की ज़रूरत है. सैरी भी लोग अब आजकल बहुत ही तरह तरह के खाने उसमें रखते हैं तो वो भी ठीक नहीं है. मैं आपको एक वाक्य बताता हूं उससे पता चलता है कि राजूल्लाह सल्लम किस तरह खाना खाते थे.</w:t>
      </w:r>
    </w:p>
    <w:p>
      <w:r>
        <w:rPr>
          <w:b/>
        </w:rPr>
        <w:t xml:space="preserve">[43:45] </w:t>
      </w:r>
      <w:r>
        <w:t>hazrat umme salma razi allah anha jo prophet ki wife thi un ke paas ek baar un dono ne kaha woh chhote the dono us waqt.</w:t>
      </w:r>
    </w:p>
    <w:p>
      <w:pPr>
        <w:jc w:val="right"/>
      </w:pPr>
      <w:r>
        <w:t>हज़रत उम्मीद सल्माह राजी अल्लाह नाह जो prophet की wife थी उनके पास एक बार उन दोनों ने कहा वो छोटे थे दोनों उस वक्त.</w:t>
      </w:r>
    </w:p>
    <w:p>
      <w:r>
        <w:rPr>
          <w:b/>
        </w:rPr>
        <w:t xml:space="preserve">[44:08] </w:t>
      </w:r>
      <w:r>
        <w:t>dono ne kaha ajay tumhein salma se ke humein kuch aisa khana khilaiye jo prophet muhammad ko pasand tha. to unho ne kaha mere bachche tum woh khana nahi kha sakte. unho ne kaha nahi nahi humein aap bana ke khilaiye. to khair woh ajay tumhein salma uthi ek bartan liya us mein kuch jau daale, barle aur us ke upar zaitoon ka tel dala.</w:t>
      </w:r>
    </w:p>
    <w:p>
      <w:pPr>
        <w:jc w:val="right"/>
      </w:pPr>
      <w:r>
        <w:t>दोनों ने कहा अजय तुम्हें सल्मा से कि हमें कुछ ऐसा खाना खिलाइए जो prophet मोहम्मद को पसंद था. तो उन्होंने कहा मेरे बच्चे तुम वो खाना नहीं खा सकते. उन्होंने कहा नहीं नहीं हमें आप बना के खिलाइए. तो खैर वो अजय तुम्हें सल्मा उठी एक बर्तन लिया उसमें कुछ जौड़ डाले, बार ले और उसके ऊपर जैतून का तेल डाला.</w:t>
      </w:r>
    </w:p>
    <w:p>
      <w:r>
        <w:rPr>
          <w:b/>
        </w:rPr>
        <w:t xml:space="preserve">[44:35] </w:t>
      </w:r>
      <w:r>
        <w:t>us mein kuch masale, jeera aur waghera, mircha waghera daal diya aur pani daal ke chadhha diya. ab woh jab pak gaya to la ke rakha unho ne ke dekho yeh hai woh khana jo azad muhammad ko bohat pasand tha. ab pasand prophet muhammad ko wahi cheezein thi jo wahan milti thi.</w:t>
      </w:r>
    </w:p>
    <w:p>
      <w:pPr>
        <w:jc w:val="right"/>
      </w:pPr>
      <w:r>
        <w:t>उसमें कुछ मसाले, जीरा और वगैरह, मिर्चा वगैरह डाल दिया और पानी डाल के चढ़ा दिया. अब वो जब पक गया तो ला के रखा उन्होंने कि देखो यह है वो खाना जो आज़द मुहम्मद को बहुत पसंद था. अब पसंद prophet मुहम्मद को वही चीज़ें थी जो वहां मिलती थी.</w:t>
      </w:r>
    </w:p>
    <w:p>
      <w:r>
        <w:rPr>
          <w:b/>
        </w:rPr>
        <w:t xml:space="preserve">[44:59] </w:t>
      </w:r>
      <w:r>
        <w:t>azad ayesha ki ek hadith hai ke rasoolullah sallam ko meethi cheezein pasand thi aur honey pasand thi. to uska matlab yeh nahi hai ke baqi khare nahi pasand the. wahi cheezein us waqt milti thi. bohat hi kam cheezein milti thi to woh pasand thi. to sadgi behrhaal sehri mein bhi aur sadgi iftar mein bhi zaroori hai. tabhi us ke jo spirit hai aap hasil kar sakte hain.</w:t>
      </w:r>
    </w:p>
    <w:p>
      <w:pPr>
        <w:jc w:val="right"/>
      </w:pPr>
      <w:r>
        <w:t>आज़द आयशाह की एक हदीश है कि रसूल्लास्ल्लम को मीठी चीज़ें पसंद थी और honey पसंद थी. तो उसका मतलब यह नहीं है कि बाकी खारे नहीं पसंद थे. वही चीज़ें उस वक्त मिलती थी. बहुत ही कम चीज़ें मिलती थी तो वो पसंद थी. तो सादगी बैरहल शहरी में भी और सादगी इफ्तार में भी ज़रूरी है. तभी उसके जो spirit है आप हासिल कर सकते हैं.</w:t>
      </w:r>
    </w:p>
    <w:p>
      <w:r>
        <w:rPr>
          <w:b/>
        </w:rPr>
        <w:t xml:space="preserve">[45:27] </w:t>
      </w:r>
      <w:r>
        <w:t>docsapp agla sawal lene se pehle kuch do comments padhna chahunga. yeh bheja hai asif tumbi sahab ne yokohama se. unho ne likha hai ke yeh maulana ki jagah sane snain khan sahab ko dekha, maulana ki yaad aa gayi. sajid ahmed khan sahab ne nagpur se likha hai ke dua ki haqeeqat yahi hai jisko dil ki gehrai ke saath aur yaqeen ke saath apne rab se irtiza ki jaye.</w:t>
      </w:r>
    </w:p>
    <w:p>
      <w:pPr>
        <w:jc w:val="right"/>
      </w:pPr>
      <w:r>
        <w:t>DocsApp अगला सवाल लेने से पहले कुछ दो comments पढ़ना चाहूंगा. यह भेजा है आसिफ तुम्बी साहब ने योकोहोमा से. उन्होंने लिखा है कि यह मौलाना की जगह साने स्नैन खान साहब को देखा, मुलाना की याद आ गई. साजिद अहमद खान साहब ने नागपुर से लिखा है कि दुआ की हकीकत यही है जिसको दिल की गहराई के साथ और यकीन के साथ अपने रब से इर्तज़ा की जाए.</w:t>
      </w:r>
    </w:p>
    <w:p>
      <w:r>
        <w:rPr>
          <w:b/>
        </w:rPr>
        <w:t xml:space="preserve">[45:56] </w:t>
      </w:r>
      <w:r>
        <w:t>koi waqt aur muqam ki bhi qaid nahi jaza karna. dotsapp ek sawal yeh aata aur yeh aksar logon ke zehan mein rehta hai ke if a person gets up late while having sehri and suddenly the fajr, fajr azaan starts, so should he give up eating food? what should he do? is ke bare mein batayein.</w:t>
      </w:r>
    </w:p>
    <w:p>
      <w:pPr>
        <w:jc w:val="right"/>
      </w:pPr>
      <w:r>
        <w:t>कोई वक्त और मुकाम की भी कैद नहीं जज़ा करना. डोटसब एक सवाल यह आता और यह अक्सर लोगों के ज़ेहद में रहता है कि if a person gets up late while having सहरी and suddenly the फज, फज्र आज़ान starts, so should he give up eating food? What should he do? इसके बारे में बताएं.</w:t>
      </w:r>
    </w:p>
    <w:p>
      <w:r>
        <w:rPr>
          <w:b/>
        </w:rPr>
        <w:t xml:space="preserve">[46:22] </w:t>
      </w:r>
      <w:r>
        <w:t>hadith is mein aata hai ke agar koi shakhs sehri kha raha hai aur azaan ho gayi to woh apna khana poora kare. yeh nahi ke foran rakh de. ji, dekhiye yeh cheez hai spirit aur form ka difference. jab logon ke andar form ki ahmiyat ho jati hai na tab woh kehte hain ke iftar mein abhi ruko zara ityaad karo, paanch minute ke baad iftar karte hain.</w:t>
      </w:r>
    </w:p>
    <w:p>
      <w:pPr>
        <w:jc w:val="right"/>
      </w:pPr>
      <w:r>
        <w:t>हाथि इसमें आता है कि अगर कोई शख्स सैरी खा रहा है और आज़ान हो गई तो वो अपना खाना पूरा करें. यह नहीं कि फ़ौरन रख दे. जी, देखिए यह चीज़ है spirit और form का difference. जब लोगों के अंदर form की अहमियत हो जाती है ना तब वो कहते हैं कि इफ्तार में अभी रुको जरा इत्याद करो, पांच minute के बाद इफ्तार करते हैं.</w:t>
      </w:r>
    </w:p>
    <w:p>
      <w:r>
        <w:rPr>
          <w:b/>
        </w:rPr>
        <w:t xml:space="preserve">[46:50] </w:t>
      </w:r>
      <w:r>
        <w:t>aajkal to khair woh zamana hai ke jab aap ko exact time pata hai aur mobile pe aap ko exact time hai bas time dekh ke aap iftar kar lein. maulana bhi time dekh ke iftar karte the. yani ke azaan ho gayi ya siren baj gaya. to yeh form aur spirit ka fark hai. jab zyada zor form pe hoga to aisa hi hoga. agar spirit pe hai to bas aap jab waqt ho gaya to kar lenge.</w:t>
      </w:r>
    </w:p>
    <w:p>
      <w:pPr>
        <w:jc w:val="right"/>
      </w:pPr>
      <w:r>
        <w:t>आजकल तो खैर वो ज़माना है कि जब आपको exact time पता है और mobile पे आपको exact time है बस time देक के आप इफ़्तार कर लें. वालाना भी time देक के इफ़्तार करते थे. यानी कि आज़ान हो गई या siren बच गया. तो ये form और spirit का फ़र्क है. जब ज़्यादा ज़ोर form पे होगा तो ऐसा ही होगा. अगर spirit पे है तो बस आप जब वक्त हो गया तो कर लेंगे.</w:t>
      </w:r>
    </w:p>
    <w:p>
      <w:r>
        <w:rPr>
          <w:b/>
        </w:rPr>
        <w:t xml:space="preserve">[47:16] </w:t>
      </w:r>
      <w:r>
        <w:t>aur balki hadith mein bhi aata hai ke rasoolullah sallam iftar mein jaldi karte the aur sehri mein der karte the. to yahi sahi tareeqa hai ke iftar ka jo time hai theek us pe karein aur sehri mein agar ek do minute roop zyada bhi ho jaye to koi harz nahi hai.</w:t>
      </w:r>
    </w:p>
    <w:p>
      <w:pPr>
        <w:jc w:val="right"/>
      </w:pPr>
      <w:r>
        <w:t>और बल्कि हतीश में भी आता है कि रसूल्लाईसालाम इफ़्तार में जल्दी करते थे और शहरी में देर करते थे. तो यही सही तरीका है कि इफ़्तार का जो time है ठीक उसपे करें और शहरी में अगर एक दो minute रूप ज़्यादा भी हो जाए तो कोई हर्ज़ नहीं है.</w:t>
      </w:r>
    </w:p>
    <w:p>
      <w:r>
        <w:rPr>
          <w:b/>
        </w:rPr>
        <w:t xml:space="preserve">[47:35] </w:t>
      </w:r>
      <w:r>
        <w:t>ji, achha doctor sahab ek riwayat mein yeh bhi aata hai ki ramzan ke waqt agar koi shakhs</w:t>
      </w:r>
    </w:p>
    <w:p>
      <w:pPr>
        <w:jc w:val="right"/>
      </w:pPr>
      <w:r>
        <w:t>जी, अच्छा doctor साहब एक रवायत में यह भी आता है कि रमज़ान के वक्त अगर कोई शख्स</w:t>
      </w:r>
    </w:p>
    <w:p>
      <w:r>
        <w:rPr>
          <w:b/>
        </w:rPr>
        <w:t xml:space="preserve">[47:41] </w:t>
      </w:r>
      <w:r>
        <w:t>rasool ullah ke paas aata to woh kabhi inkar nahi karte aur yeh bhi kaha jata hai ki</w:t>
      </w:r>
    </w:p>
    <w:p>
      <w:pPr>
        <w:jc w:val="right"/>
      </w:pPr>
      <w:r>
        <w:t>रसोल उल्लाह के पास आता तो वह कभी इंकार नहीं करते और यह भी कहा जाता है कि</w:t>
      </w:r>
    </w:p>
    <w:p>
      <w:r>
        <w:rPr>
          <w:b/>
        </w:rPr>
        <w:t xml:space="preserve">[47:47] </w:t>
      </w:r>
      <w:r>
        <w:t>woh tez hawa se bhi zyada dene wale bante the ramzan ke dauran.</w:t>
      </w:r>
    </w:p>
    <w:p>
      <w:pPr>
        <w:jc w:val="right"/>
      </w:pPr>
      <w:r>
        <w:t>वह तेज़ हवा से भी ज़्यादा देने वाले बनते थे रमज़ान के दौरान.</w:t>
      </w:r>
    </w:p>
    <w:p>
      <w:r>
        <w:rPr>
          <w:b/>
        </w:rPr>
        <w:t xml:space="preserve">[47:54] </w:t>
      </w:r>
      <w:r>
        <w:t>तो इसके बारे में भी बताएं DocsApp कि the Prophet would be so generous during the time of Ramadan.</w:t>
      </w:r>
    </w:p>
    <w:p>
      <w:pPr>
        <w:jc w:val="right"/>
      </w:pPr>
      <w:r>
        <w:t>तो इसके बारे में भी बताएं DocsApp कि profit would be so generous during the time of रमज़ान.</w:t>
      </w:r>
    </w:p>
    <w:p>
      <w:r>
        <w:rPr>
          <w:b/>
        </w:rPr>
        <w:t xml:space="preserve">[48:00] </w:t>
      </w:r>
      <w:r>
        <w:t>What should be our behavior during this period?</w:t>
      </w:r>
    </w:p>
    <w:p>
      <w:pPr>
        <w:jc w:val="right"/>
      </w:pPr>
      <w:r>
        <w:t>What should be our behavior during this period?</w:t>
      </w:r>
    </w:p>
    <w:p>
      <w:r>
        <w:rPr>
          <w:b/>
        </w:rPr>
        <w:t xml:space="preserve">[48:07] </w:t>
      </w:r>
      <w:r>
        <w:t>hadith mein aata hai kana ajbadun naas yani apne zamane mein woh most generous person the aur jab ramzan aata tha to un ki generosity ek aur next level par chali jati thi. ji.</w:t>
      </w:r>
    </w:p>
    <w:p>
      <w:pPr>
        <w:jc w:val="right"/>
      </w:pPr>
      <w:r>
        <w:t>हादीस में आता है गाना अजबदुन नास यानी अपने जमाने में वो most generous person थे और जब रमज़ान आता था तो उनकी generosity एक और next level पर चली जाती थी. जी.</w:t>
      </w:r>
    </w:p>
    <w:p>
      <w:r>
        <w:rPr>
          <w:b/>
        </w:rPr>
        <w:t xml:space="preserve">[48:22] </w:t>
      </w:r>
      <w:r>
        <w:t>aur jaisa aap ne kaha tez hawa kar rahi hai murasala ke yani tez hawa ki tarah aandhi toofan ki tarah woh khair ke kaamon mein lag jate the kyun ke jab farishte jibril aate the raat ko aksar to woh inspire karte the. ab woh aur zyada khair ke kaamon mein lagte the logon ki madad karna, logon ki help karna, gareebon ki madad karna. to yeh rasoolullah sallam ka tareeqa tha aur yahi humein apnana chahiye.</w:t>
      </w:r>
    </w:p>
    <w:p>
      <w:pPr>
        <w:jc w:val="right"/>
      </w:pPr>
      <w:r>
        <w:t>और जैसा आपने कहा तेज़ हवा कर रही है मुरसला के यानी तेज़ हवा की तरह आंधी तूफान की तरह वह खैर के कामों में लग जाते थे क्योंकि जब फरिश्ते जिबरील आते थे रात को अक्सर तो वो inspire करते थे. अब वो और ज़्यादा खैर के कामों में लगते थे लोगों की मदद करना, लोगों की help करना, गरीबों की मदद करना. तो ये रसूल्लाह सल्लम का तरीका था और यही हमें अपनाना चाहिए.</w:t>
      </w:r>
    </w:p>
    <w:p>
      <w:r>
        <w:rPr>
          <w:b/>
        </w:rPr>
        <w:t xml:space="preserve">[48:51] </w:t>
      </w:r>
      <w:r>
        <w:t>lekin ek baat main yahan kehna chahunga jo maulana aksar kehte the ke jo paighambar ka mission hai woh yeh social work nahi hai. charity ka kaam ek akhlaq ke taur par, infiradi taur par woh zaroor har insan karta hai yeh kaam.</w:t>
      </w:r>
    </w:p>
    <w:p>
      <w:pPr>
        <w:jc w:val="right"/>
      </w:pPr>
      <w:r>
        <w:t>लेकिन एक बात मैं यहां कहना चाहूंगा जो मौलान अक्सर कहते थे कि जो पैकंबर का mission है वह यह social work नहीं है. Charity का काम एक अखिलाह के तौर पर, इंफिरादिय तौर पर वो ज़रूर हर इंसान करता है यह काम.</w:t>
      </w:r>
    </w:p>
    <w:p>
      <w:r>
        <w:rPr>
          <w:b/>
        </w:rPr>
        <w:t xml:space="preserve">[49:10] </w:t>
      </w:r>
      <w:r>
        <w:t>lekin as a mission jaise aajkal ho raha hai muslim empowerment aur social work aur community work mein saare duniya mein America wagera mein to bahut zyada hai. to isi par focus hai saara aur jo main mission hai ek mumin ka wah hai dawat yani logon tak hota ke pyakaam pahunchana.</w:t>
      </w:r>
    </w:p>
    <w:p>
      <w:pPr>
        <w:jc w:val="right"/>
      </w:pPr>
      <w:r>
        <w:t>लेकिन as a mission जैसे आजकल हो रहा है मुस्लिम empowerment और social work और community work में सारे दुनिया में America वगैरह में तो बहुत ज़्यादा है. तो इसी पर focus है सारा और जो main mission है एक mumin का वह है दावत यानी लोगों तक होता के प्याकाम पहुंचाना.</w:t>
      </w:r>
    </w:p>
    <w:p>
      <w:r>
        <w:rPr>
          <w:b/>
        </w:rPr>
        <w:t xml:space="preserve">[49:31] </w:t>
      </w:r>
      <w:r>
        <w:t>agar koi shakhs aisa karta hai ki wo social work, community work, muslim empowerment is tarah ke kaamon mein laga hua hai apni poori zindagi usne aur dawati kaam usne chhod rakha hai to ye munasib nahi hai. agar wah dawati kaam bhi kar raha hai usko apna mission banaya hai usne aur phir wah kuch social work bhi kar raha hai jo ki bahut achhi baat hai ismein bhi bahut reward hai lekin usko apna apna mission nahi bana sakta zindagi ka mission nahi bana sakte.</w:t>
      </w:r>
    </w:p>
    <w:p>
      <w:pPr>
        <w:jc w:val="right"/>
      </w:pPr>
      <w:r>
        <w:t>अगर कोई शख्स ऐसा करता है कि वो social work, community work, मुस्लिम empowerment इस तरह के कामों में लगा हुआ है अपनी पूरी ज़िंदगी उसने और दावती काम उसने छोड़ रखा है तो ये मुनासिब नहीं है. अगर वह दावती काम भी कर रहा है उसको अपना mission बनाया है उसने और फिर वह कुछ social work भी कर रहा है जो कि बहुत अच्छी बात है इसमें भी बहुत reward है लेकिन उसको अपना अपना mission नहीं बना सकता ज़िंदगी का mission नहीं बना सकते.</w:t>
      </w:r>
    </w:p>
    <w:p>
      <w:r>
        <w:rPr>
          <w:b/>
        </w:rPr>
        <w:t xml:space="preserve">[49:59] </w:t>
      </w:r>
      <w:r>
        <w:t>mission to ek momin ka dawat hai. dawat ka matlab hai ki quran ke pyaram ko saare insanon tak pahunchana. wah avadhi eternal kamyabi gazariya hai aur jo hum duniya mein karte hain wah duniya ki kamyabi kazariya hai. to eternal kamyabi yakeenan bahut hi zyada hai duniyavi jo usko aasani hoti hai. ji. doctor asam khan sahab ne ek comment bheja hai doc sahab.</w:t>
      </w:r>
    </w:p>
    <w:p>
      <w:pPr>
        <w:jc w:val="right"/>
      </w:pPr>
      <w:r>
        <w:t>Mission तो एक मोमियन का दावत है. दावत का मतलब है कि कुरान के प्याराम को सारे इंसानों तक पहुंचाना. वह अवधि eternal कामयाबी गज़रिया है और जो हम दुनिया में करते हैं वह दुनिया की कामयाबी कज़रिया है. तो eternal कामयाबी यकीनन बहुत ही ज़्यादा है दुनियावी जो उसको आसानी होती है. जी. Doctor असम खान साहब ने एक comment भेजा है Doc साहब.</w:t>
      </w:r>
    </w:p>
    <w:p>
      <w:r>
        <w:rPr>
          <w:b/>
        </w:rPr>
        <w:t xml:space="preserve">[50:27] </w:t>
      </w:r>
      <w:r>
        <w:t>saharanpur se unhone likha hai ki roza revolutionalizes our thinking and wisdom to maintain peace in the society. miss yasmeen shamsi, unhone location nahi dikhi hai par unka comment hai, alhamdulillah thank you for very inspiring talk. please share a link where we may hear other lectures of doctor sahab.</w:t>
      </w:r>
    </w:p>
    <w:p>
      <w:pPr>
        <w:jc w:val="right"/>
      </w:pPr>
      <w:r>
        <w:t>सहारनपुर से उन्होंने लिखा है कि रोज़ा revolutionalizes our thinking and wisdom to maintain peace in the society. Miss यास ्मीन शम्सी, उन्होंने location नहीं दिखी है पर उनका comment है, अलहम्द उल्ला thank you for very inspiring talk. Please share a link where we may hear other lectures of doctor साहब.</w:t>
      </w:r>
    </w:p>
    <w:p>
      <w:r>
        <w:rPr>
          <w:b/>
        </w:rPr>
        <w:t xml:space="preserve">[50:48] </w:t>
      </w:r>
      <w:r>
        <w:t>to hum aapse yeh kehna chahenge ki yahin par isi facebook page par doctor sahab ke aur lectures bhi aap nikaal sakti hain aur youtube mein jo cps international ke naam se jo channel hai, wahan par bhi doctor sahab ke lectures archived hain. doctor sahab agla sawal ehtikaf ke hawale se poochna chahunga ki jaise hum jaante hain it marks the closure of the month of ramzan and ehtikaf is for self introspection.</w:t>
      </w:r>
    </w:p>
    <w:p>
      <w:pPr>
        <w:jc w:val="right"/>
      </w:pPr>
      <w:r>
        <w:t>तो हम आपसे यह कहना चाहेंगे कि यहीं पर इसी Facebook page पर doctor साहब के और lectures भी आप निकाल सकती हैं और YouTube में जो CPS international के नाम से जो channel है, वहां पर भी doctor साहब के lectures archived हैं. Doctor साहब अगला सवाल एहतिकाफ के हवाले से पूछना चाहूंगा कि जैसे हम जानते हैं it marks the closure of the month of रमज़ान and एहतिकाफ is for self introspection.</w:t>
      </w:r>
    </w:p>
    <w:p>
      <w:r>
        <w:rPr>
          <w:b/>
        </w:rPr>
        <w:t xml:space="preserve">[51:18] </w:t>
      </w:r>
      <w:r>
        <w:t>to iske bare mein bhi thoda hum sabko batayein ki kya significance hai aitkaf ka? aitkaf jaisa aap jaante hain quran mein bhi zikr aaya hai iska wah antum aakifoon affil masajid.</w:t>
      </w:r>
    </w:p>
    <w:p>
      <w:pPr>
        <w:jc w:val="right"/>
      </w:pPr>
      <w:r>
        <w:t>तो इसके बारे में भी थोड़ा हम सबको बताएं कि क्या significance है एतकाफ का? एतकाफ जैसा आप जानते हैं कुरान में भी ज़िक्र आया है इसका वह अंतुम आ किफून अफ़िल मसाजिद.</w:t>
      </w:r>
    </w:p>
    <w:p>
      <w:r>
        <w:rPr>
          <w:b/>
        </w:rPr>
        <w:t xml:space="preserve">[51:35] </w:t>
      </w:r>
      <w:r>
        <w:t>to kuch log masjid mein aakhri das din mein chale jaate hain aur jo apna unka kaam hai usse cut jaate hain aur bahut hi zaroorat hai agar koi sakht zaroorat hai to bahar nikalte hain wo aur wahan namaz padhte hain, tilawat karte hain, zikr karte hain, khuda ki yaad karte hain, dua karte hain.</w:t>
      </w:r>
    </w:p>
    <w:p>
      <w:pPr>
        <w:jc w:val="right"/>
      </w:pPr>
      <w:r>
        <w:t>तो कुछ लोग मस्जिद में आखिरी दस दिन में चले जाते हैं और जो अपना उनका काम है उससे cut जाते हैं और बहुत ही ज़रूरत है अगर कोई सख़्त ज़रूरत है तो बाहर निकलते हैं वो और वहां नमास पड़ते हैं, तिलावत करते हैं, ज़िक्र करते हैं, खुदा की याद करते हैं, दुआ करते हैं.</w:t>
      </w:r>
    </w:p>
    <w:p>
      <w:r>
        <w:rPr>
          <w:b/>
        </w:rPr>
        <w:t xml:space="preserve">[51:57] </w:t>
      </w:r>
      <w:r>
        <w:t>to yeh bahut achhi practice hai yani distraction se aap hat gaye aur ek waqt ke liye aap ek jagah chale gaye jahan par aapne focus kiya ibadat ke liye aur time uske liye aapne nikala. ek waqia hai ajit abdullai nabas razillahan ka.</w:t>
      </w:r>
    </w:p>
    <w:p>
      <w:pPr>
        <w:jc w:val="right"/>
      </w:pPr>
      <w:r>
        <w:t>तो यह बहुत अच्छी practice है यानी distraction से आप हट गए और एक वक्त के लिए आप एक जगह चले गए जहां पर आपने focus किया इबादत के लिए और time उसके लिए आपने निकाला. एक वाक्या है अजित अब्दुलाईब नब्बास रजिल्लाहान का.</w:t>
      </w:r>
    </w:p>
    <w:p>
      <w:r>
        <w:rPr>
          <w:b/>
        </w:rPr>
        <w:t xml:space="preserve">[52:24] </w:t>
      </w:r>
      <w:r>
        <w:t>yeh baat purani hai yani jab prophet mohammad ki death ho gayi uske baad kawah pe aayi. to ek baar hazrat abdullahib ne abbas masjid mein the aur aitikaf kar rahe the. masjid nabbi mein, nadina mein. to ek sahab aake unke paas baith gaya, salam kiya. to hazrat abdullahib ne abbas ne kaha ki aap kuch mujhe udas nazar aa rahe hain.</w:t>
      </w:r>
    </w:p>
    <w:p>
      <w:pPr>
        <w:jc w:val="right"/>
      </w:pPr>
      <w:r>
        <w:t>यह बात पुरानी है यानी जब prophet मोहम्मद की death हो गई उसके बाद कवाह पे आई. तो एक बार हजरत अब्दुल्लाहिब ने अब्बास मस्जिद में थे और ऐतिकाफ कर रहे थे. मस्जिद नब्बी में, नदीना में. तो एक साहब आके उनके पास बैठ गया, सलाम किया. तो हज़रत अब्दुल्लाहिब नेबास ने कहा कि आप कुछ मुझे उदास नज़र आ रहे हैं.</w:t>
      </w:r>
    </w:p>
    <w:p>
      <w:r>
        <w:rPr>
          <w:b/>
        </w:rPr>
        <w:t xml:space="preserve">[52:53] </w:t>
      </w:r>
      <w:r>
        <w:t>unse aapse jo aake baithe the. to unhone kaha, haan aise hi hai, mujhe mere upar ek haq hai kisi ka jo mujhe lautana tha lekin main laut nahi paunga. kuch aise halaat ho gaye hain. to hazrat abdullahib ne abbas ne kaha ki kya main aapki kuch madad karoon, main chal ke baat karoon unse?</w:t>
      </w:r>
    </w:p>
    <w:p>
      <w:pPr>
        <w:jc w:val="right"/>
      </w:pPr>
      <w:r>
        <w:t>उनसे आपसे जो आ के बैठे थे. तो उन्होंने कहा, हाँ ऐसे ही है, मुझे मेरे ऊपर एक हक है किसी का जो मुझे लौटाना था लेकिन मैं लौटा नहीं पाऊंगा. कुछ ऐसे हालात हो गए हैं. तो हज़र अब्दुल्लाहिब ने बास ने कहा कि क्या मैं आपकी कुछ मदद करूँ, मैं चल के बात करूँ उनसे?</w:t>
      </w:r>
    </w:p>
    <w:p>
      <w:r>
        <w:rPr>
          <w:b/>
        </w:rPr>
        <w:t xml:space="preserve">[53:22] </w:t>
      </w:r>
      <w:r>
        <w:t>to unhone kaha ki haan agar aap kar sakein to bahut achhi baat hai. to hazrat abdulllai ne abbas ne apne shoes uthaye aur masjid se bahar jaane lage. to us shakhs ne kaha ki aap shayad bhool gaye ki aap halat dete kaha main is waqt.</w:t>
      </w:r>
    </w:p>
    <w:p>
      <w:pPr>
        <w:jc w:val="right"/>
      </w:pPr>
      <w:r>
        <w:t>तो उन्होंने कहा कि हाँ अगर आप कर सकें तो बहुत अच्छी बात है. तो हजरत अब्दुल्लाई ने अब्बाज़ ने अपने shoes उठाए और मस्जिद से बाहर जाने लगे. तो उस शख्स ने कहा कि आप शायद भूल गए कि आप हालत देते कहा मैं इस वक्त.</w:t>
      </w:r>
    </w:p>
    <w:p>
      <w:r>
        <w:rPr>
          <w:b/>
        </w:rPr>
        <w:t xml:space="preserve">[53:44] </w:t>
      </w:r>
      <w:r>
        <w:t>to unhone kaha ki maine hazrat mohammad se suna hai ki jo shakhs kisi ki madad ke liye jayega, usko das saal ke aitikaf ke barabar ajar milega. haan shayad. to yeh hai spirit. ji. aur maulana ne aitikaf ko aur explain kiya hai.</w:t>
      </w:r>
    </w:p>
    <w:p>
      <w:pPr>
        <w:jc w:val="right"/>
      </w:pPr>
      <w:r>
        <w:t>तो उन्होंने कहा कि मैंने हज़र मोहम्मद से सुना है कि जो शख्स किसी की मदद के लिए जाएगा, उसको दस साल के एतकाप के बराबर अजर मिलेगा. हां शायद. तो यह है spirit. जी. और मौलाना ने एतकाप को और explain किया है.</w:t>
      </w:r>
    </w:p>
    <w:p>
      <w:r>
        <w:rPr>
          <w:b/>
        </w:rPr>
        <w:t xml:space="preserve">[54:11] </w:t>
      </w:r>
      <w:r>
        <w:t>maulana ne likha tha ki ek to etekahf hai jo aap jante hain aur doosri jo qism batai</w:t>
      </w:r>
    </w:p>
    <w:p>
      <w:pPr>
        <w:jc w:val="right"/>
      </w:pPr>
      <w:r>
        <w:t>मौलाना ने लिखा था कि एक तो एतकाहफ है जो आप जानते हैं और दूसरी जो किस्म बताई</w:t>
      </w:r>
    </w:p>
    <w:p>
      <w:r>
        <w:rPr>
          <w:b/>
        </w:rPr>
        <w:t xml:space="preserve">[54:19] </w:t>
      </w:r>
      <w:r>
        <w:t>thi woh intellectual aitkaf ya spiritual aitkaf aur likha tha ki jo sahaba the aur asulaah sallam woh</w:t>
      </w:r>
    </w:p>
    <w:p>
      <w:pPr>
        <w:jc w:val="right"/>
      </w:pPr>
      <w:r>
        <w:t>थी वह intellectual एतकाहफ या spiritual एतकाहफ और लिखा था की जो साहबा थे और असुलाह सल्लम वो</w:t>
      </w:r>
    </w:p>
    <w:p>
      <w:r>
        <w:rPr>
          <w:b/>
        </w:rPr>
        <w:t xml:space="preserve">[54:28] </w:t>
      </w:r>
      <w:r>
        <w:t>yahi aitikaf unke hazada tha ki apne aap ko gaur fikr mein rakhna, har waqt gaurfikr hadish mein</w:t>
      </w:r>
    </w:p>
    <w:p>
      <w:pPr>
        <w:jc w:val="right"/>
      </w:pPr>
      <w:r>
        <w:t>यही ऐतिकाफ उनके हज़ादा था की अपने आप को गौर फ़िक्र में रखना, हर वक्त गौरफिक्र हादिश में</w:t>
      </w:r>
    </w:p>
    <w:p>
      <w:r>
        <w:rPr>
          <w:b/>
        </w:rPr>
        <w:t xml:space="preserve">[54:36] </w:t>
      </w:r>
      <w:r>
        <w:t>aata hai ki koi ek chidiya bhi guzarti thi sahaba batate hain to prophet mohammad hamein kuch usmein</w:t>
      </w:r>
    </w:p>
    <w:p>
      <w:pPr>
        <w:jc w:val="right"/>
      </w:pPr>
      <w:r>
        <w:t>आता है कि कोई एक चिड़िया भी गुज़रती थी साहब बताते हैं तो prophet मोहम्मद हमें कुछ उसमें</w:t>
      </w:r>
    </w:p>
    <w:p>
      <w:r>
        <w:rPr>
          <w:b/>
        </w:rPr>
        <w:t xml:space="preserve">[54:45] </w:t>
      </w:r>
      <w:r>
        <w:t>se gehri baat batate the.</w:t>
      </w:r>
    </w:p>
    <w:p>
      <w:pPr>
        <w:jc w:val="right"/>
      </w:pPr>
      <w:r>
        <w:t>से गहरी बात बताते थे.</w:t>
      </w:r>
    </w:p>
    <w:p>
      <w:r>
        <w:rPr>
          <w:b/>
        </w:rPr>
        <w:t xml:space="preserve">[54:54] </w:t>
      </w:r>
      <w:r>
        <w:t>to yahi aitikaf hai. ji. ki koi bhi ek waqia maulana bhi yeh karte the aksar. chhote se waqye se ek bada sa sabak le liya karte the.</w:t>
      </w:r>
    </w:p>
    <w:p>
      <w:pPr>
        <w:jc w:val="right"/>
      </w:pPr>
      <w:r>
        <w:t>तो यही ऐतिकाप है. जी. कि कोई भी एक वाक्या मौलाना भी यह करते थे अक्सर. छोटे से वाक्य से एक बड़ा सा सबक ले लिया करते थे.</w:t>
      </w:r>
    </w:p>
    <w:p>
      <w:r>
        <w:rPr>
          <w:b/>
        </w:rPr>
        <w:t xml:space="preserve">[55:04] </w:t>
      </w:r>
      <w:r>
        <w:t>to yeh wo kaifiyat hai jo insaan ek poori zindagi ek motekif aur aitikaf ki zindagi ho aur wo har waqt aur fikr mein dooba rahe aur ek sahabit hai abu darda, darda unki beti ka naam tha isliye abu darda kaha jata tha unko.</w:t>
      </w:r>
    </w:p>
    <w:p>
      <w:pPr>
        <w:jc w:val="right"/>
      </w:pPr>
      <w:r>
        <w:t>तो यह वो कैफियत है जो इंसान एक पूरी ज़िंदगी एक मोतेकिफ और एहतकाप की ज़िंदगी हो और वो हर वक्त और फ़िक्र में डूबा रहे और एक साहबित है अबू दर्दा, दर्दा उनकी बेटी का नाम था इसलिए अबू दर्दा कहा जाता था उनको.</w:t>
      </w:r>
    </w:p>
    <w:p>
      <w:r>
        <w:rPr>
          <w:b/>
        </w:rPr>
        <w:t xml:space="preserve">[55:26] </w:t>
      </w:r>
      <w:r>
        <w:t>to unki jab death ho gayi to unki wife ke paas log aaye, ummu darda ke paas aur poocha ki yeh abud darda ki jo ibadat thi, sabse badi ibadat kya thi? to unhone kaha ki attafakkur wal-ettibar yani gaur karna aur nasihat pakadna, yani usmein se koi gehri baat pakadna, gaur fikr.</w:t>
      </w:r>
    </w:p>
    <w:p>
      <w:pPr>
        <w:jc w:val="right"/>
      </w:pPr>
      <w:r>
        <w:t>तो उनकी जब death हो गई तो उनकी wife के पास लोग आए, उम्मुद दर्दा के पास और पुछा कि यह अबुद्दर्दा की जो इबादत थी, सबसे बड़ी इबादत क्या थी? तो उन्होंने कहा कि अत्तफक्कुर वलेत्तबार यानी गौर करना और नसीहत पकड़ना, यानी उसमें से कोई गहरी बात पकड़ना, गौर फ़िक्र.</w:t>
      </w:r>
    </w:p>
    <w:p>
      <w:r>
        <w:rPr>
          <w:b/>
        </w:rPr>
        <w:t xml:space="preserve">[55:51] </w:t>
      </w:r>
      <w:r>
        <w:t>to yeh hai next level aitkaf ka jisko molana ne spiritual aitkaf ya intellectual aitkaf ka hai to wah to aap saare saal sari zindagi kar sakte hain. yani matlab hai ki distraction se bachna. ji, distraction wah cheez hai ki jo aapko khuda ke zikr se door kar deti hai. ji.</w:t>
      </w:r>
    </w:p>
    <w:p>
      <w:pPr>
        <w:jc w:val="right"/>
      </w:pPr>
      <w:r>
        <w:t>तो यह है next level एतकाप का जिसको मोलाना ने spiritual एतकाप या intellectual एतकाप का है तो वह तो आप सारे साल सारी ज़िंदगी कर सकते हैं. यानी मतलब है की distraction से बचना. जी, Distraction वह चीज़ है कि जो आपको खुदा के ज़िक्र से दूर कर देती है. जी.</w:t>
      </w:r>
    </w:p>
    <w:p>
      <w:r>
        <w:rPr>
          <w:b/>
        </w:rPr>
        <w:t xml:space="preserve">[56:12] </w:t>
      </w:r>
      <w:r>
        <w:t>bilkul sahi kaha docsapp aapne ki ehtikaf turns a distracted soul to a more focused soul and it brings a person back on the right track. doc sahab, ek sawal main lail ul qadr ke hawale se bhi poochna chahunga ki it is a night when quran was revealed on prophet mohammad. to iske bare mein bhi hum sabko bataiye.</w:t>
      </w:r>
    </w:p>
    <w:p>
      <w:pPr>
        <w:jc w:val="right"/>
      </w:pPr>
      <w:r>
        <w:t>बिल्कुल सही कहा DocsApp आपने कि एहताकाफ turns a distracted soul to a more focused soul and it brings a person back on the right track. डॉब साहब, एक सवाल मैं ललित उल कदर के हवाले से भी पूछना चाहूंगा कि it is a night when Quran was revealed on prophet मोहम्मद. तो इसके बारे में भी हम सबको बताइए.</w:t>
      </w:r>
    </w:p>
    <w:p>
      <w:r>
        <w:rPr>
          <w:b/>
        </w:rPr>
        <w:t xml:space="preserve">[56:38] </w:t>
      </w:r>
      <w:r>
        <w:t>chhe sau das isvi ki ek raat thi jo ki lailatul qadr thi aur prophet mohammad car mein the cave mein hira naam ke jo tev hain, cave hai jo uske kareeb hai makka ke outskirts par. us waqt parishtha aaya aur quran ka pehla hissa prophet ko ko reveal kiya.</w:t>
      </w:r>
    </w:p>
    <w:p>
      <w:pPr>
        <w:jc w:val="right"/>
      </w:pPr>
      <w:r>
        <w:t>छह सौ दस ईसवी की एक रात थी जो कि लैलातुल कदर थी और prophet मोहम्मद car में थे Cave में हिरा नाम के जो तेव हैं, cave है जो उसके करीब है मक्का के outskirts पर. उस वक्त परिष्ठता आया और कुरान का पहला हिस्सा prophet को को reveal किया.</w:t>
      </w:r>
    </w:p>
    <w:p>
      <w:r>
        <w:rPr>
          <w:b/>
        </w:rPr>
        <w:t xml:space="preserve">[57:05] </w:t>
      </w:r>
      <w:r>
        <w:t>to wo raat lailatul qadr ki raat thi. to quran ka jo nuzool hai wo allah talak ki sabse badi rehmat ka nuzool hai.</w:t>
      </w:r>
    </w:p>
    <w:p>
      <w:pPr>
        <w:jc w:val="right"/>
      </w:pPr>
      <w:r>
        <w:t>तो वो रात लैला तुल कदर की रात थी. तो कुरान का जो नुज़ूल है वो अल्लाह तालक की सबसे बड़ी रहमत का नुज़ूल है.</w:t>
      </w:r>
    </w:p>
    <w:p>
      <w:r>
        <w:rPr>
          <w:b/>
        </w:rPr>
        <w:t xml:space="preserve">[57:34] </w:t>
      </w:r>
      <w:r>
        <w:t>to allah taala ne is raat ko ek yaadgar raat bana di aur har saal is raat ko ibadat ke liye muddakhit kiya aur is raat ko jo khuda ke faisle hote hain, wo is raat ko hote hain.</w:t>
      </w:r>
    </w:p>
    <w:p>
      <w:pPr>
        <w:jc w:val="right"/>
      </w:pPr>
      <w:r>
        <w:t>तो अल्लाह तालाह ने इस रात को एक यादगार रात बना दी और हर साल इस रात को इबादत के लिए मुद्दाखित किया और इस रात को जो खुदा के फ़ैसले होते हैं, वो इस रात को होते हैं.</w:t>
      </w:r>
    </w:p>
    <w:p>
      <w:r>
        <w:rPr>
          <w:b/>
        </w:rPr>
        <w:t xml:space="preserve">[58:02] </w:t>
      </w:r>
      <w:r>
        <w:t>to is raat ko log zyada se zyada tilawat karte hain aur ibadat karte hain, ab dua karte hain taki jo khuda ke faisle hon, usmein bhi unka hissa, hissa unko mile.</w:t>
      </w:r>
    </w:p>
    <w:p>
      <w:pPr>
        <w:jc w:val="right"/>
      </w:pPr>
      <w:r>
        <w:t>तो इस रात को लोग ज़्यादा से ज़्यादा तिलावत करते हैं और इबादत करते हैं, अब दुआ करते हैं ताकि जो खुदा के फ़ैसले हों, उसमें भी उनका हिस्सा, हिस्सा उनको मिले.</w:t>
      </w:r>
    </w:p>
    <w:p>
      <w:r>
        <w:rPr>
          <w:b/>
        </w:rPr>
        <w:t xml:space="preserve">[58:16] </w:t>
      </w:r>
      <w:r>
        <w:t>lekin ek baat jo samajhne ki hai aisa nahi hai ki koi kisi ko wah raat mil jaye, koi ek general blessing nahi hai ki jo aasman se aa rahi hai har kisi ko mil jaye, jaise barish hai wah baras rahi hai to sab bheegenge usse.</w:t>
      </w:r>
    </w:p>
    <w:p>
      <w:pPr>
        <w:jc w:val="right"/>
      </w:pPr>
      <w:r>
        <w:t>लेकिन एक बात जो समझने की है ऐसा नहीं है कि कोई किसी को वह रात मिल जाए, कोई एक general blessing नहीं है कि जो आसमान से आ रही है हर किसी को मिल जाए, जैसे बारिश है वह बरस रही है तो सब भीगेंगे उससे.</w:t>
      </w:r>
    </w:p>
    <w:p>
      <w:r>
        <w:rPr>
          <w:b/>
        </w:rPr>
        <w:t xml:space="preserve">[58:32] </w:t>
      </w:r>
      <w:r>
        <w:t>lekin lailatul qadr ka mamla yeh hai ki us shakhs ko uska zyada fayda hoga jisne poori zindagi ek jisko mulana keh dete hain roz rozdar ana zindagi ya god oriented life jisne ek rozdar ana zindagi aur khasiyana zindagi kuzari hai usi ko gehra fayda hoga. ji.</w:t>
      </w:r>
    </w:p>
    <w:p>
      <w:pPr>
        <w:jc w:val="right"/>
      </w:pPr>
      <w:r>
        <w:t>लेकिन लहरातुल कदर का मामला यह है कि उस शख्स को उसका ज़्यादा फ़ायदा होगा जिसने पूरी ज़िंदगी एक जिसको मुलाना कह देते हैं रोज़ रोज़दार आना ज़िंदगी या god oriented life जिसने एक रोज़दार आना ज़िंदगी और खासियाना ज़िंदगी कुजारी है उसी को गहरा फ़ायदा होगा. जी.</w:t>
      </w:r>
    </w:p>
    <w:p>
      <w:r>
        <w:rPr>
          <w:b/>
        </w:rPr>
        <w:t xml:space="preserve">[58:55] </w:t>
      </w:r>
      <w:r>
        <w:t>aisa nahi hai ki sari saare saal to hum materialistic culture mein aur hua ke culture mein rahe aur achhanak lailatul qadr mein hum baith jayein wo sari wo jo blessings hai wo mil jayein. wo insaan jis tarah ka insaan hai jisko murana keh dete container jo hai aapka wo aaya kah gaya haajisme ki jo container hai wo agar aapne banaya hai apna tabhi wah wah sab jo cheezein hain wo milengi.</w:t>
      </w:r>
    </w:p>
    <w:p>
      <w:pPr>
        <w:jc w:val="right"/>
      </w:pPr>
      <w:r>
        <w:t>ऐसा नहीं है की सारी सारे साल तो हम materialistic culture में और हुआ के culture में रहे और अचानक लहरा तुलकद्र में हम बैठ जाएं वो सारी वो जो blessings है वो मिल जाएं. वो इंसान जिस तरह का इंसान है जिसको मुराना कह देते container जो है आपका वो आया कहा गया हाजिसमें कि जो container है वो अगर आपने बनाया है अपना तभी वह वह सब जो चीज़ें हैं वह मिलेंगी.</w:t>
      </w:r>
    </w:p>
    <w:p>
      <w:r>
        <w:rPr>
          <w:b/>
        </w:rPr>
        <w:t xml:space="preserve">[59:25] </w:t>
      </w:r>
      <w:r>
        <w:t>to yeh bahut ahum hai ek ek maulana zikr karte the ek scientist ka aksar CV raman.</w:t>
      </w:r>
    </w:p>
    <w:p>
      <w:pPr>
        <w:jc w:val="right"/>
      </w:pPr>
      <w:r>
        <w:t>तो यह बहुत अहम् है एक एक मौलाना ज़िक्र करते थे एक scientist का अक्सर CV रमन.</w:t>
      </w:r>
    </w:p>
    <w:p>
      <w:r>
        <w:rPr>
          <w:b/>
        </w:rPr>
        <w:t xml:space="preserve">[59:31] </w:t>
      </w:r>
      <w:r>
        <w:t>CV raman ek hamare India ke bahut bade scientist the, Nobel prize mila tha physics mein unhein.</w:t>
      </w:r>
    </w:p>
    <w:p>
      <w:pPr>
        <w:jc w:val="right"/>
      </w:pPr>
      <w:r>
        <w:t>CV रमन एक हमारे India के बहुत बड़े scientist थे, Nobel prize मिला था physics में उन्हें.</w:t>
      </w:r>
    </w:p>
    <w:p>
      <w:r>
        <w:rPr>
          <w:b/>
        </w:rPr>
        <w:t xml:space="preserve">[59:37] </w:t>
      </w:r>
      <w:r>
        <w:t>Roman effect unki ek discovery thi.</w:t>
      </w:r>
    </w:p>
    <w:p>
      <w:pPr>
        <w:jc w:val="right"/>
      </w:pPr>
      <w:r>
        <w:t>Roman effect उनकी एक discovery थी.</w:t>
      </w:r>
    </w:p>
    <w:p>
      <w:r>
        <w:rPr>
          <w:b/>
        </w:rPr>
        <w:t xml:space="preserve">[59:44] </w:t>
      </w:r>
      <w:r>
        <w:t>to kisi ne unse kaha ki scientist ka jo koi bahut bada kamal hai nahi jo cheezein discover</w:t>
      </w:r>
    </w:p>
    <w:p>
      <w:pPr>
        <w:jc w:val="right"/>
      </w:pPr>
      <w:r>
        <w:t>तो किसी ने उनसे कहा कि scientist का जो कोई बहुत बड़ा कमाल है नहीं जो चीज़ें discover</w:t>
      </w:r>
    </w:p>
    <w:p>
      <w:r>
        <w:rPr>
          <w:b/>
        </w:rPr>
        <w:t xml:space="preserve">[59:50] </w:t>
      </w:r>
      <w:r>
        <w:t>hoti hain woh zyada tar accidental hoti hai.</w:t>
      </w:r>
    </w:p>
    <w:p>
      <w:pPr>
        <w:jc w:val="right"/>
      </w:pPr>
      <w:r>
        <w:t>होती है वो ज़्यादातर accidental होती है.</w:t>
      </w:r>
    </w:p>
    <w:p>
      <w:r>
        <w:rPr>
          <w:b/>
        </w:rPr>
        <w:t xml:space="preserve">[59:57] </w:t>
      </w:r>
      <w:r>
        <w:t>to unhone badi sanjeedgi se kaha ki aise jo accidents hai yeh ek scientist ki life mein hi hote hain. Ji. To yahi baat Lailatul Qadr ke bare mein. To Lailatul Qadr agar aapko chahiye ki uska poora faida ho to aapko poori zindagi badalni padegi. Tabhi woh mumkin hai. Ji. Aur apne aap ko jaise aapne CV Raman ke hawale se kahi maulana ne usko extend karte hue kaha ki prepared mind baniye aap.</w:t>
      </w:r>
    </w:p>
    <w:p>
      <w:pPr>
        <w:jc w:val="right"/>
      </w:pPr>
      <w:r>
        <w:t>तो उन्होंने बड़ी संजीदगी से कहा कि ऐसे जो accidents है यह एक scientist की life में ही होते हैं. जी. तो यही बात लैला तुल कदर के बारे में. तो लैला तुल कदर अगर आपको चाहिए कि उसका पूरा फ़ायदा हो तो आपको पूरी ज़िंदगी बदलनी पड़ेगी. तभी वह मुमकिन है. जी. और अपने आप को जैसे आपने CV रमन के हवाले से कही मुलानों ने उसको extend करते हुए कहा कि prepared mind बनिए आप.</w:t>
      </w:r>
    </w:p>
    <w:p>
      <w:r>
        <w:rPr>
          <w:b/>
        </w:rPr>
        <w:t xml:space="preserve">[1:00:25] </w:t>
      </w:r>
      <w:r>
        <w:t>Kabhi you become the recipient of marhamat. Doctor Mohammad Irfan Rasidi sahab ne Nagpur se comment bheja hai aapke liye. Unhone likha hai ki a very spiritual session, jaza kalla doctor sahab. Jaza kalla. Doctor sahab you just mentioned that Lailatul Qadr is also the night of destiny. Mujhe yaad aa raha hai Maulana Wahiduddin Khan sahab ne kaha tha ki Quran is also a book of destiny. To isko bhi aap wazeh karte hain.</w:t>
      </w:r>
    </w:p>
    <w:p>
      <w:pPr>
        <w:jc w:val="right"/>
      </w:pPr>
      <w:r>
        <w:t>कभी you become the recipient of मार्यमद. Doctor मोहम्मद इरफान रसीदी साहब ने नागपुर से comment भेजा है आपके लिए. उन्होंने लिखा है कि a very spiritual session, जज़ा कल्ला doctor साहब. जज़ा कल्ला. Doctor साहब you just mentioned that ललितुल कदर is also the night of destiny. मुझे याद आ रहा है मुराना वेदुन खान साहब ने कहा था कि कुरान is also a book of destiny. तो इसको भी आप वाज़िक करते हैं.</w:t>
      </w:r>
    </w:p>
    <w:p>
      <w:r>
        <w:rPr>
          <w:b/>
        </w:rPr>
        <w:t xml:space="preserve">[1:00:55] </w:t>
      </w:r>
      <w:r>
        <w:t>Haan, Maulana ne likha hai Kitabul Qadr ek article mein ki Quran is the book of destiny. Uska matlab yeh hai ki Quran mein woh qawaneen hai, woh baatein hain jisko padh ke aap apni destiny ko samajh sakte hain. Yaani aapke saath kya pesh aayega?</w:t>
      </w:r>
    </w:p>
    <w:p>
      <w:pPr>
        <w:jc w:val="right"/>
      </w:pPr>
      <w:r>
        <w:t>हां, माला ने लिखा है किताबें कदर एक article में कि Quran is the book of destiny. उसका मतलब यह है कि Quran में वह कवानीन है, वह बातें हैं जिसको पढ़ के आप अपनी destiny को समझ सकते हैं. यानी आपके साथ क्या पेश आएगा?</w:t>
      </w:r>
    </w:p>
    <w:p>
      <w:r>
        <w:rPr>
          <w:b/>
        </w:rPr>
        <w:t xml:space="preserve">[1:01:22] </w:t>
      </w:r>
      <w:r>
        <w:t>Janna to janna to janna kya hai? Day of judgement kya hai? Kis tarike se aap zindagi guzarein taaki aapko Allah Taala jannat mein jagah de. Is sense mein Maulana ne likha hai ki Quran is the book of destiny. Agar aapko apni destiny samajhna hai to Quran ke andar jo baatein hai usko samjhiye aur us tarike se apni zindagi guzariye.</w:t>
      </w:r>
    </w:p>
    <w:p>
      <w:pPr>
        <w:jc w:val="right"/>
      </w:pPr>
      <w:r>
        <w:t>जानना तो जानना तो जानना क्या है? Day of judgement क्या है? किस तरीके से आप ज़िंदगी गुज़ारे ताकि आपको अल्लाह तालाह जन्नत में जगह दे. इस sense में वालाना निकार्त है कि कुरान is the book of destiny. अगर आपको अपनी destiny समझना है तो कुरान के अंदर जो बातें है उसको समझिए और उस तरीके से अपनी ज़िंदगी गुज़ारिए.</w:t>
      </w:r>
    </w:p>
    <w:p>
      <w:r>
        <w:rPr>
          <w:b/>
        </w:rPr>
        <w:t xml:space="preserve">[1:01:48] </w:t>
      </w:r>
      <w:r>
        <w:t>Ji, doctor sahab it is believed that flocks of angels descend on earth during this night. So it, it sort of enhances the spiritual experience of a believer and adds value to his or her worship. To iske bare mein bhi bataein ki angels descend karte hain Jibrael Alaihissalam ke saath. To isko aap wazeh kar dein.</w:t>
      </w:r>
    </w:p>
    <w:p>
      <w:pPr>
        <w:jc w:val="right"/>
      </w:pPr>
      <w:r>
        <w:t>जी, doctor साहब it is believed that flocks of angels descend on earth during this night. So it, it sort of enhances the spiritual experience of a believer and adds value to his or her worship. तो इसके बारे में भी बताएं कि angels descend करते हैं जिबरेल अलाहिस्लाम के साथ. तो इसको आप वाहज़े कर दें.</w:t>
      </w:r>
    </w:p>
    <w:p>
      <w:r>
        <w:rPr>
          <w:b/>
        </w:rPr>
        <w:t xml:space="preserve">[1:02:16] </w:t>
      </w:r>
      <w:r>
        <w:t>Haan, yeh to Quran mein baat aayi hai ki farishte aate hain aur Jibrael bhi aate hain aur farishte Jibrael jo ki bohat hi muqarrab closest angel hai Allah Taala ke unka aana hai khud ek bohat badi baat hai. Ji.</w:t>
      </w:r>
    </w:p>
    <w:p>
      <w:pPr>
        <w:jc w:val="right"/>
      </w:pPr>
      <w:r>
        <w:t>हां, यह तो कुरान में बात आई है कि फरिश्ते आते हैं और जिबरील भी आते हैं और फरिश्ते ज़िब्रील जो की बहुत ही मुकर्रब closest angel है अल्लाह ताला के उनका आना है खुद एक बहुत बड़ी बात है. जी.</w:t>
      </w:r>
    </w:p>
    <w:p>
      <w:r>
        <w:rPr>
          <w:b/>
        </w:rPr>
        <w:t xml:space="preserve">[1:02:33] </w:t>
      </w:r>
      <w:r>
        <w:t>To farishton ko aane ka matlab hai ki bohat hi roohani mahol ban jata hai, bohat hi spiritual mahol ban jata hai aur us waqt agar log duaen karein, ibaadat karein, Khuda ko yaad karein to uski taseer bohat badh jati hai, bohat hi asar ho jata hai dua mein, kaifiyat bohat badal jati hai, bade gehre emotions nikalte hain dil se.</w:t>
      </w:r>
    </w:p>
    <w:p>
      <w:pPr>
        <w:jc w:val="right"/>
      </w:pPr>
      <w:r>
        <w:t>तो फरिश्तों को आने का मतलब है की बहुत ही रुहानी माहौल वन जाता है, बहुत ही spiritual माहौल वन जाता है और उस वक्त अगर लोग दुआएं करें, बादत करें, खुदा को याद करें तो उसकी तासिर बहुत बढ़ जाती है, बहुत ही असर हो जाता है दुआ में, कैफियत बहुत बदल जाती है, बड़े गहरे emotions निकलते हैं दिल से.</w:t>
      </w:r>
    </w:p>
    <w:p>
      <w:r>
        <w:rPr>
          <w:b/>
        </w:rPr>
        <w:t xml:space="preserve">[1:02:58] </w:t>
      </w:r>
      <w:r>
        <w:t>To is is sense mein hai ki jab farishte aate hain to chunki hadith mein aata hai, lambi hadith hai main short hi lunga usko ki jahan Khuda ka charcha hota hai, zikr hota hai to wahan farishte aate hain aur farishte kehte hain kuch Allah Taala ne farishte banaye isiliye ki woh jahan Khuda ka charcha ho, Khuda ka zikr ho, Khuda ki baatein hon, woh jayein wahan aur wahan logon ko aur inspire karein.</w:t>
      </w:r>
    </w:p>
    <w:p>
      <w:pPr>
        <w:jc w:val="right"/>
      </w:pPr>
      <w:r>
        <w:t>तो इस इस sense में है कि जब परिश्ते आते हैं तो चूंकि हदीश में आता है, लंबी हदीश है मैं short ही लूंगा उसको कि जहां खुदा का चर्चा होता है, ज़िक्र होता है तो वहां परिश्ते आते हैं और परिश्ते कहते हैं कुछ अल्लाह ताले ने परिश्ते बनाएं इसीलिए कि वो जहां खुदा का चर्चा हो, खुदा का ज़िक्र हो, खुदा की बातें हों, वो जाएं वहां और वहां लोगों को और inspire करें.</w:t>
      </w:r>
    </w:p>
    <w:p>
      <w:r>
        <w:rPr>
          <w:b/>
        </w:rPr>
        <w:t xml:space="preserve">[1:03:27] </w:t>
      </w:r>
      <w:r>
        <w:t>To woh farishte aate hain wahan aur aur bhi farishton ko bulate hain ki ja rahe idhar aao, yahan aao dekho tumhare kaam ki cheez yahan hai. To farishte farishte ho jate hain. Yahan tak ke zameen se aasman tak farishte ho jate hain. To phir woh bohat hi ek roohani mahol ban jata hai phir jaake farishte batate hai ki Allah Taala aise aise log zikr kar rahe hai. To Allah Taala kehta hai kya unhone mujhe dekha hai?</w:t>
      </w:r>
    </w:p>
    <w:p>
      <w:pPr>
        <w:jc w:val="right"/>
      </w:pPr>
      <w:r>
        <w:t>तो वो फरिश्ते आते हैं वहां और और भी फरिश्तों को बुलाते हैं कि जा रहे इधर आओ, यहां आओ देखो तुम्हारे काम की चीज़ यहां है. तो फरिश्ते फरिश्ते हो जाते हैं. यहां तक के ज़मीन से आसमान तक फरिश्ते हो जाते हैं. तो फिर वो बहुत ही एक रुहानी माहौल वन जाता है फिर जागे परिश्ते बताते है कि अल्लाह तालाह ऐसे ऐसे लोग ज़िक्र कर रहे है. तो अल्लाह तालाह कहता है क्या उन्होंने मुझे देखा है?</w:t>
      </w:r>
    </w:p>
    <w:p>
      <w:r>
        <w:rPr>
          <w:b/>
        </w:rPr>
        <w:t xml:space="preserve">[1:03:55] </w:t>
      </w:r>
      <w:r>
        <w:t>To kehte hai ki nahi unhone nahi dekha. To Allah Taala kehta hai ki agar unhone mujhe dekh liya to woh kya karenge? To kahenge aur teri tujhse panaah mangenge aur tujhse dua karenge aur tujhse iltija karenge. To to Allah Taala farmata hai ki maine poori lambi hadith mein bayan nahi kar raha hoon.</w:t>
      </w:r>
    </w:p>
    <w:p>
      <w:pPr>
        <w:jc w:val="right"/>
      </w:pPr>
      <w:r>
        <w:t>तो कहते है कि नहीं उन्होंने नहीं देखा. तो अल्लाह तालाह है कि अगर उन्होंने मुझे देख लिया तो वो क्या करेंगे? तो कहेंगे और तेरी तुझसे पनाह मांगेंगे और तुझसे दुआ करेंगे और तुझसे इलतिजा करेंगे. तो तो अल्लाह दाल फरमाता है कि मैंने पूरी लंबी हदीस में प्यान नहीं कर रहा हूं.</w:t>
      </w:r>
    </w:p>
    <w:p>
      <w:r>
        <w:rPr>
          <w:b/>
        </w:rPr>
        <w:t xml:space="preserve">[1:04:21] </w:t>
      </w:r>
      <w:r>
        <w:t>Aakhir mein Allah Taala farmata hai ki farishton tum gawah raho ki maine un sab ko bakhsh diya. To farishte kehte hai ki wahan ek aadmi aa gaya tha jo us majlis ka us part bhi nahi tha woh kisi wajah se aa gaya tha. To Allah ne kaha ki maine usko bhi maaf kar diya, usko bhi jannat de di. To yeh hai farishton ka. Ji. Jo aana aur usse. Ji. Very spiritual roza milti hai.</w:t>
      </w:r>
    </w:p>
    <w:p>
      <w:pPr>
        <w:jc w:val="right"/>
      </w:pPr>
      <w:r>
        <w:t>आखिर मैं अल्लाह दाल फरमाता है कि फरिश्तों तुम गवा रहो कि मैंने उन सबको बक्ष दिया. तो फरिश्ते कहते हैं कि वहां एक आदमी आ गया था जो उस मजलिस का उस part भी नहीं था वह किसी वजह से आ गया था. तो अल्लाह ने कहा कि मैंने उसको भी माफ कर दिया, उसको भी जन्नत दे दी. तो यह है फरिश्तो का. जी. जो आना और उससे. जी. Very spiritual रोज़ज़ा मिलती है.</w:t>
      </w:r>
    </w:p>
    <w:p>
      <w:r>
        <w:rPr>
          <w:b/>
        </w:rPr>
        <w:t xml:space="preserve">[1:04:50] </w:t>
      </w:r>
      <w:r>
        <w:t>Jaisa kala doctor sahab. Doctor sahab yeh bhi kaha jata hai ki praying on this night is better than praying for thousand nights. To koi aap dua bataein humein ki jo humein karni chahiye is, is night ko. Hazrat Ayesha Siddiqa jo Prophet ki wife thi, unhone poocha ki agar kisi ko Lailatul Qadr mile to woh kya dua kare?</w:t>
      </w:r>
    </w:p>
    <w:p>
      <w:pPr>
        <w:jc w:val="right"/>
      </w:pPr>
      <w:r>
        <w:t>जैसा कला doctor साहब. Doctor साहब यह भी कहा जाता है कि praying on this night is better than praying for thousand nights. तो कोई आप दुआ बताए हमें कि जो हमें करनी चाहिए इस, इस night को. हज़रत आईशान जिल्लान्हा जो prophet की wife थी, उन्होंने पुछा कि अगर किसी को लैलातुल कदर मिले तो वो क्या दुआ करे?</w:t>
      </w:r>
    </w:p>
    <w:p>
      <w:r>
        <w:rPr>
          <w:b/>
        </w:rPr>
        <w:t xml:space="preserve">[1:05:18] </w:t>
      </w:r>
      <w:r>
        <w:t>To Rasulullah ne kaha ki yeh dua kare Allahumma inni as aluka afwa wal afiya. Keh ae Allah, tu maafi ko pasand karta hai, to tu mujhe maaf kar de. O Allah, you are forgiving, you love forgiveness, so please forgive me.</w:t>
      </w:r>
    </w:p>
    <w:p>
      <w:pPr>
        <w:jc w:val="right"/>
      </w:pPr>
      <w:r>
        <w:t>तो रसुल्लाह ने कहा कि ये दुआ करे अल्लाहु मईन्ना का आफ़ूबुल तुहिब्बुल अफवाह फाफवानी. कह ऐ अल्लाह, तू माफ़ी को पसंद करता है, तो तू मुझे माफ़ कर दे. ओ अल्लाह, you are forgiving, you love forgiveness, so please forgive me.</w:t>
      </w:r>
    </w:p>
    <w:p>
      <w:r>
        <w:rPr>
          <w:b/>
        </w:rPr>
        <w:t xml:space="preserve">[1:05:43] </w:t>
      </w:r>
      <w:r>
        <w:t>To yeh dua batati hai ki insaan ki sabse badi dua kya honi chahiye? Khuda ki maafi yaani Khuda se yeh talab karna ki tum mujhe maaf kar de chunki ek din aane wala hai ki jab aakhirat mein hisab kitab hoga aur wahan jo cheez kaam aayegi woh yahi cheez kaam aayegi ki Allah Taala usko maaf kare aur use jannat ke baghon mein jagah de.</w:t>
      </w:r>
    </w:p>
    <w:p>
      <w:pPr>
        <w:jc w:val="right"/>
      </w:pPr>
      <w:r>
        <w:t>तो यह दुआ बताती है कि इंसान की सबसे बड़ी दुआ क्या होनी चाहिए? खुदा की माफी यानी खुदा से यह तलब करना कि तुम मुझे माफ कर दे चूंकि एक दिन आने वाला है कि जब आखिरत में हिसाब किताब होगा और वहां जो चीज़ काम आएगी वह यही चीज़ काम आएगी कि अल्लाह तादा उसे माफ करे और उसे जन्नत के बागों में जगा दे.</w:t>
      </w:r>
    </w:p>
    <w:p>
      <w:r>
        <w:rPr>
          <w:b/>
        </w:rPr>
        <w:t xml:space="preserve">[1:06:10] </w:t>
      </w:r>
      <w:r>
        <w:t>to yeh ek bahut hi gehri darkhwast hai khuda ke liye, khuda ke samne ki khuda tu mujhe</w:t>
      </w:r>
    </w:p>
    <w:p>
      <w:pPr>
        <w:jc w:val="right"/>
      </w:pPr>
      <w:r>
        <w:t>तो यह एक बहुत ही गहरी दरखास्त है खुदा के लिए, खुदा के सामने कि खुदा तू मुझे</w:t>
      </w:r>
    </w:p>
    <w:p>
      <w:r>
        <w:rPr>
          <w:b/>
        </w:rPr>
        <w:t xml:space="preserve">[1:06:23] </w:t>
      </w:r>
      <w:r>
        <w:t>mafarma taki jo jo waqt aana hai sabke upar aur mere upar bhi us waqt main teri maafi</w:t>
      </w:r>
    </w:p>
    <w:p>
      <w:pPr>
        <w:jc w:val="right"/>
      </w:pPr>
      <w:r>
        <w:t>माफ़रमा ताकि जो जो वक्त आना है सबके ऊपर और मेरे ऊपर भी उस वक्त मैं तेरी माफी</w:t>
      </w:r>
    </w:p>
    <w:p>
      <w:r>
        <w:rPr>
          <w:b/>
        </w:rPr>
        <w:t xml:space="preserve">[1:06:36] </w:t>
      </w:r>
      <w:r>
        <w:t>ka teri maafi ke zariye jannat mein jagah pa sakoon.</w:t>
      </w:r>
    </w:p>
    <w:p>
      <w:pPr>
        <w:jc w:val="right"/>
      </w:pPr>
      <w:r>
        <w:t>का तेरी माफी के जरिए जन्नत में जगह पा सकूं.</w:t>
      </w:r>
    </w:p>
    <w:p>
      <w:r>
        <w:rPr>
          <w:b/>
        </w:rPr>
        <w:t xml:space="preserve">[1:06:50] </w:t>
      </w:r>
      <w:r>
        <w:t>Ji. DocsApp the night before Eid is also called the night of reward. To iske bare mein bhi aap hum sabko bataiye. Ek baar Sahaba se Prophet Mohammad ne kaha ki Ramzan ki jo aakhri raat hoti hai, us waqt jo bande aur bandiyan hain unki maghfirat kar di jati hai.</w:t>
      </w:r>
    </w:p>
    <w:p>
      <w:pPr>
        <w:jc w:val="right"/>
      </w:pPr>
      <w:r>
        <w:t>जी. DocsApp the night before ईद is also called the night of reward. तो इसके बारे में भी आप हम सबको बताइए. एक बार साहबा से prophet मोहम्मद ने कहा कि रमज़ान की जो आखिरी रात होती है, उस वक्त जो बंदे और बंदियां हैं उनकी मख़फरत कर दी जाती है.</w:t>
      </w:r>
    </w:p>
    <w:p>
      <w:r>
        <w:rPr>
          <w:b/>
        </w:rPr>
        <w:t xml:space="preserve">[1:07:18] </w:t>
      </w:r>
      <w:r>
        <w:t>Yaani unko jannat ke liye unka faisla ho jata hai. To Sahaba ne kaha ki kya aap ka matlab hai Lailatul Qadr? To Prophet ne kaha nahi. Phir kaha ki jo amal karne wala hai, jab woh poora amal apna kar leta hai to usko reward mil jata hai aakhir mein. Phir is doosri hadith mein aaya hai ki isko Lailatul Jaiza kaha jata hai. Lailatul Jaiza kaha gaya.</w:t>
      </w:r>
    </w:p>
    <w:p>
      <w:pPr>
        <w:jc w:val="right"/>
      </w:pPr>
      <w:r>
        <w:t>यानी उनको जन्नत के लिए उनका फ़ैसला हो जाता है. तो साबा ने कहा कि क्या आप का मतलब है लैला तुल कदर? तो prophet ने कहा नहीं. फिर कहा कि जो अमल करने वाला है, जब वो पूरा अमल अपना कर लेता है तो उसको reward मिल जाता है आखिर में. फिर इस दूसरी हदीश में आया है कि इसको लैलेतुल जायजा कहा जाता है. लैलातुल जायजा कहा गया.</w:t>
      </w:r>
    </w:p>
    <w:p>
      <w:r>
        <w:rPr>
          <w:b/>
        </w:rPr>
        <w:t xml:space="preserve">[1:07:47] </w:t>
      </w:r>
      <w:r>
        <w:t>Yaani the night of reward. Yeh woh raat hai jab chand dekha jata hai. Jis raat ko chand dekhte hai Eid ka yaani agle din Eid hai. Delhi mein ise chand raat bhi kehte hain. To yeh bohat ahum raat hai. Yaani Lailatul Qadr ka to aapko pata nahi kabhi bhi ho sakti hai. Lekin is raat ka pata hai aur yeh yeh yeh raat bohat hi ahum raat hai.</w:t>
      </w:r>
    </w:p>
    <w:p>
      <w:pPr>
        <w:jc w:val="right"/>
      </w:pPr>
      <w:r>
        <w:t>यानी the night of reward. ये वो रात है जब चांद देखा जाता है. जिस रात को चांद देखते है ईद का यानी अगले दिन ईद है. दिल्ली में इसे चांद रात भी कहते हैं. तो यह बहुत अहम् रात है. यानी लैला तुल कदर का तो आपको पता नहीं कभी भी हो सकती है. लेकिन इस रात का पता है और यह यह यह रात बहुत ही अहम् रात है.</w:t>
      </w:r>
    </w:p>
    <w:p>
      <w:r>
        <w:rPr>
          <w:b/>
        </w:rPr>
        <w:t xml:space="preserve">[1:08:11] </w:t>
      </w:r>
      <w:r>
        <w:t>Taqreeban Lailatul Qadr ki tarah se hai aur ismein bhi Allah Taala ke jo faisle hain woh hote hain. To is raat ko aam taur se log waste kar dete hain. Shopping mein aur doosri cheezon mein ghar ke kaamon mein yeh raat waste ho jati hai. Yeh to bohat hakeemati raat hai aur pata hai iska ki yeh wahi raat hai. Isko dhoondhna nahi hai.</w:t>
      </w:r>
    </w:p>
    <w:p>
      <w:pPr>
        <w:jc w:val="right"/>
      </w:pPr>
      <w:r>
        <w:t>तकरीबन लैला तुल कदर की तरह से है और इसमें भी अल्लाह तालाह के जो फ़ैसले हैं वो होते हैं. तो इस रात को आमतौर से लोग waste कर देते हैं. Shopping में और दूसरी चीज़ों में घर के कामों में यह रात waste हो जाती है. यह तो बहुत हकीमती रात है और पता है इसका कि यह वही रात है. इसको ढूंढना नहीं है.</w:t>
      </w:r>
    </w:p>
    <w:p>
      <w:r>
        <w:rPr>
          <w:b/>
        </w:rPr>
        <w:t xml:space="preserve">[1:08:36] </w:t>
      </w:r>
      <w:r>
        <w:t>To is raat ko chahiye ki log ibaadat karein, namaz padhein, dua karein, Quran padhein aur is raat ka jo faida hai woh poori tarike se haasil kar sakein. Doctor sab ek comment padhna chahunga jo Maulana Asrar Umri sahab ne likha hai Chennai se, unhone likha hai ki Maulana ki wafat par ek saal ho gaya.</w:t>
      </w:r>
    </w:p>
    <w:p>
      <w:pPr>
        <w:jc w:val="right"/>
      </w:pPr>
      <w:r>
        <w:t>तो इस रात को चाहिए कि लोग इबादत करें, नमाज़ पढ़ें, दुआ करें, कुरान पढ़ें और इस रात का जो फ़ायदा है वो पूरी तरीके से हासिल कर सकें. Doctor सब एक comment पढ़ना चाहूंगा जो मुलाना असरार उम्री साहब ने लिखा है चेन्नई से, उन्होंने लिखा है कि मुलाना की वफाद पर एक साल हो गया.</w:t>
      </w:r>
    </w:p>
    <w:p>
      <w:r>
        <w:rPr>
          <w:b/>
        </w:rPr>
        <w:t xml:space="preserve">[1:09:01] </w:t>
      </w:r>
      <w:r>
        <w:t>Maulana ka jab inteqal hua tha to aisa lag raha tha ki ab Maulana ke baad kaun is kaam ko sambhalega aur kaun Sunday programs ko manage karega? Lekin ek saal ke baad lag raha hai ki Maulana ke baad Khuda commission ko CPS team Fareeda Apa, doctor sahab aur daily CPS team aage, aage le ja rahe hain.</w:t>
      </w:r>
    </w:p>
    <w:p>
      <w:pPr>
        <w:jc w:val="right"/>
      </w:pPr>
      <w:r>
        <w:t>मुलाना का जब इंतकाल हुआ था तो ऐसा लग रहा था कि अब मुलाना के बाद कौन इस काम को संभालेगा और कौन Sunday programs को manage करेगा? लेकिन एक साल के बाद लग रहा है कि मुलाना के बाद खुदा commission को CPS team फरीदा आपा, doctor साहब और daily CPS team आगे, आगे ले जा रहे हैं.</w:t>
      </w:r>
    </w:p>
    <w:p>
      <w:r>
        <w:rPr>
          <w:b/>
        </w:rPr>
        <w:t xml:space="preserve">[1:09:25] </w:t>
      </w:r>
      <w:r>
        <w:t>Allah se dua hai ki CPS ke tamam teams ko distraction se door rakhein aur is team ke</w:t>
      </w:r>
    </w:p>
    <w:p>
      <w:pPr>
        <w:jc w:val="right"/>
      </w:pPr>
      <w:r>
        <w:t>अल्लाह से दुआ है कि CPS के तमाम teams को distraction से दूर रखें और इस team के</w:t>
      </w:r>
    </w:p>
    <w:p>
      <w:r>
        <w:rPr>
          <w:b/>
        </w:rPr>
        <w:t xml:space="preserve">[1:09:29] </w:t>
      </w:r>
      <w:r>
        <w:t>zariye Allah apne mission ko mukammal karwayein, aamin.</w:t>
      </w:r>
    </w:p>
    <w:p>
      <w:pPr>
        <w:jc w:val="right"/>
      </w:pPr>
      <w:r>
        <w:t>ज़रिए अल्लाह अपने mission को मुक्कमल करवाएं, आमिन.</w:t>
      </w:r>
    </w:p>
    <w:p>
      <w:r>
        <w:rPr>
          <w:b/>
        </w:rPr>
        <w:t xml:space="preserve">[1:09:34] </w:t>
      </w:r>
      <w:r>
        <w:t>DocsApp we are now approaching the end of the session.</w:t>
      </w:r>
    </w:p>
    <w:p>
      <w:pPr>
        <w:jc w:val="right"/>
      </w:pPr>
      <w:r>
        <w:t>DocsApp we are now approaching the end of the session.</w:t>
      </w:r>
    </w:p>
    <w:p>
      <w:r>
        <w:rPr>
          <w:b/>
        </w:rPr>
        <w:t xml:space="preserve">[1:09:38] </w:t>
      </w:r>
      <w:r>
        <w:t>So just two more questions.</w:t>
      </w:r>
    </w:p>
    <w:p>
      <w:pPr>
        <w:jc w:val="right"/>
      </w:pPr>
      <w:r>
        <w:t>So just two more questions.</w:t>
      </w:r>
    </w:p>
    <w:p>
      <w:r>
        <w:rPr>
          <w:b/>
        </w:rPr>
        <w:t xml:space="preserve">[1:09:43] </w:t>
      </w:r>
      <w:r>
        <w:t>ek sawal main aapse yeh bhi poochna chahunga ki kai log roza nahi rakh paate because of their normal activities.</w:t>
      </w:r>
    </w:p>
    <w:p>
      <w:pPr>
        <w:jc w:val="right"/>
      </w:pPr>
      <w:r>
        <w:t>एक सवाल मैं आपसे यह भी पूछना चाहूंगा कि कई लोग रोज़ा नहीं रख पाते because of their normal activities.</w:t>
      </w:r>
    </w:p>
    <w:p>
      <w:r>
        <w:rPr>
          <w:b/>
        </w:rPr>
        <w:t xml:space="preserve">[1:09:47] </w:t>
      </w:r>
      <w:r>
        <w:t>So are they exempted from keeping rozas?</w:t>
      </w:r>
    </w:p>
    <w:p>
      <w:pPr>
        <w:jc w:val="right"/>
      </w:pPr>
      <w:r>
        <w:t>So are they exempted from keeping रोज़ाs?</w:t>
      </w:r>
    </w:p>
    <w:p>
      <w:r>
        <w:rPr>
          <w:b/>
        </w:rPr>
        <w:t xml:space="preserve">[1:09:52] </w:t>
      </w:r>
      <w:r>
        <w:t>What is your opinion on that?</w:t>
      </w:r>
    </w:p>
    <w:p>
      <w:pPr>
        <w:jc w:val="right"/>
      </w:pPr>
      <w:r>
        <w:t>What is your opinion on that?</w:t>
      </w:r>
    </w:p>
    <w:p>
      <w:r>
        <w:rPr>
          <w:b/>
        </w:rPr>
        <w:t xml:space="preserve">[1:09:57] </w:t>
      </w:r>
      <w:r>
        <w:t>Dekhiye roze ke bare mein Quran mein aata hai yaani jo bhi tum mein se Ramzan ke mahine ko paaye to tum usmein roza rakho. Yeh to basic baat hai yaani sabko roza rakhna hai. Ab jo relaxation hai woh do basic cheezein hain.</w:t>
      </w:r>
    </w:p>
    <w:p>
      <w:pPr>
        <w:jc w:val="right"/>
      </w:pPr>
      <w:r>
        <w:t>देखिए रोज़े के बारे में कुरान में आता है यानी जो भी तुम में से रमज़ान के महीने को पाए तो तुम उसमें रोज़ा रखो. यह तो basic बात है यानी सबको रोज़ा रखना है. अब जो relaxation है वो दो basic चीज़ें हैं.</w:t>
      </w:r>
    </w:p>
    <w:p>
      <w:r>
        <w:rPr>
          <w:b/>
        </w:rPr>
        <w:t xml:space="preserve">[1:10:22] </w:t>
      </w:r>
      <w:r>
        <w:t>Ek to yeh hai ki ek shakhs waise healthy hai, roza rakh sakta hai lekin Ramzan mein bimar ho gaya ya usko koi safar, pesh aa gaya to woh jitne roze usne chhode hain paanch, das, pandrah usko baad mein rakh le to yeh compensate ho jata hai.</w:t>
      </w:r>
    </w:p>
    <w:p>
      <w:pPr>
        <w:jc w:val="right"/>
      </w:pPr>
      <w:r>
        <w:t>एक तो यह है कि एक शख्स वैसे healthy है, रोज़ा रख सकता है लेकिन रमज़ान में बीमार हो गया या उसको कोई सफर, पेश आ गया तो वो जितने रोज़े उसने छोड़े हैं पांच, दस, पंद्रह उसको बाद में रख ले तो यह compensate हो जाता है.</w:t>
      </w:r>
    </w:p>
    <w:p>
      <w:r>
        <w:rPr>
          <w:b/>
        </w:rPr>
        <w:t xml:space="preserve">[1:10:43] </w:t>
      </w:r>
      <w:r>
        <w:t>yeh to ek bhi seekhegi aadmi healthy hai roza rakh sakta hai lekin woh kisi wajah se beemar ho gaya ya koi aur safar waghera pesh aa gaya ya koi aur baat ho gayi to woh compensate karega utne hi numbers jitne roze the uske chhoote hain das roze chhoote hain to das poore kar le to woh 30 poore ho jayenge. Yeh to ek basic baat hai.</w:t>
      </w:r>
    </w:p>
    <w:p>
      <w:pPr>
        <w:jc w:val="right"/>
      </w:pPr>
      <w:r>
        <w:t>यह तो एक भी सीखेगी आदमी healthy है रोज़ा रख सकता है लेकिन वह किसी वजह से बीमार हो गया या कोई और सफर वगैरह पेश आ गया या कोई और बात हो गई तो वह compensate करेगा उतने ही numbers जितने रोज़े थे उसके छूटे हैं दस रोज़े छूटे हैं तो दस पूरे कर ले तो वो 30 पूरे हो जाएंगे. यह तो एक basic बात है.</w:t>
      </w:r>
    </w:p>
    <w:p>
      <w:r>
        <w:rPr>
          <w:b/>
        </w:rPr>
        <w:t xml:space="preserve">[1:11:06] </w:t>
      </w:r>
      <w:r>
        <w:t>Doosri jo baat hai usmein yeh hai ki woh shakhs bahut beemar hai. Woh roze rakh hi nahin sakta, na Ramzan mein rakh sakta, ya Ramzan ke baad rakh sakta. Bahut sari aisi conditions hoti hain jismein aadmi roza nahin rakh sakta. Faint hone lagta hai. Agar roza rakhe to aadmi ko yeh bhi chahiye ki apne ko maare nahin, Quran mein bhi aaya hai ki apne ko halaak mat karo.</w:t>
      </w:r>
    </w:p>
    <w:p>
      <w:pPr>
        <w:jc w:val="right"/>
      </w:pPr>
      <w:r>
        <w:t>दूसरी जो बात है उसमें यह है कि वो शख्स बहुत बीमार है. वह रोज़े रख ही नहीं सकता, ना रमज़ान में रख सकता, या रमज़ान के बाद रख सकता. बहुत सारी ऐसी conditions होती हैं जिसमें आदमी रोज़ा नहीं रख सकता. Faint होने लगता है. अगर रोज़ा रखे तो आदमी को यह भी चाहिए कि अपने को मारे नहीं, पुरान में भी आया है कि अपने को हालाक मत करो.</w:t>
      </w:r>
    </w:p>
    <w:p>
      <w:r>
        <w:rPr>
          <w:b/>
        </w:rPr>
        <w:t xml:space="preserve">[1:11:31] </w:t>
      </w:r>
      <w:r>
        <w:t>To yaani phir us us condition mein agar woh roza nahin rakh sakta, bimari ki wajah se ya kisi aur wajah se to uske liye yeh option hai ki woh isi gareeb ko ek roze ke liye ek waqt ka khana khila de. Yaani tees roze chhoote agar, to zaroori nahin hai khana khilana us zamane mein, yahi tareeqa tha.</w:t>
      </w:r>
    </w:p>
    <w:p>
      <w:pPr>
        <w:jc w:val="right"/>
      </w:pPr>
      <w:r>
        <w:t>तो यानी फिर उस उस condition में अगर वो रोज़ा नहीं रख सकता, बीमारी की वजह से या किसी और वजह से तो उसके लिए ये option है कि वो इसी गरीब को एक रोज़े के लिए एक वक्त का खाना खिला दे. यानी तीस रोज़े छूटे अगर, तो ज़रूरी नहीं है खाना खिलाना उस ज़माने में, यही तरीकता था.</w:t>
      </w:r>
    </w:p>
    <w:p>
      <w:r>
        <w:rPr>
          <w:b/>
        </w:rPr>
        <w:t xml:space="preserve">[1:12:00] </w:t>
      </w:r>
      <w:r>
        <w:t>Ab woh usko paise de sakta hai, 100 rupees, 200 rupees, 500 rupees. Jaise becha hai per day agar do sau rupaye maan liye to chheh hazaar rupaye ab ek mahine ka ho gaya. Zyada bhi kar sakte hain, kam bhi kar sakte hain. To yeh to basic cheez hai ki ek shakhs agar roza rakh sakta hai lekin woh roza chhoot gaya usko kisi wajah se to woh compensate kare.</w:t>
      </w:r>
    </w:p>
    <w:p>
      <w:pPr>
        <w:jc w:val="right"/>
      </w:pPr>
      <w:r>
        <w:t>अब वो उसको पैसे दे सकता है, 100 rupees, 200 rupees, 500 rupees. जैसे बेचा है per day अगर दो सौ रुपए मान लिए तो छह हज़ार रुपए अब एक महीने का हो गया. ज़्यादा भी कर सकते हैं, कम भी कर सकते हैं. तो यह तो basic चीज़ है कि एक शख्स अगर रोज़ा रख सकता है लेकिन वह रोज़ा छूट गया उसको किसी वजह से तो वह compensate करे.</w:t>
      </w:r>
    </w:p>
    <w:p>
      <w:r>
        <w:rPr>
          <w:b/>
        </w:rPr>
        <w:t xml:space="preserve">[1:12:25] </w:t>
      </w:r>
      <w:r>
        <w:t>Ek shakhs jo roza rakh hi nahin sakta ya bahut old hai, us halat mein bhi roza nahin rakh sakta. To woh gareeb ko khana khila de ek din ka upar. Ab jo teesri shakal aap bata rahe hain, yeh thoda alag tarah ki shakal hai. Ismein koi aisa aisi baat nahin kahi ja sakti kyunki Quran mein yeh do baatein aati hain.</w:t>
      </w:r>
    </w:p>
    <w:p>
      <w:pPr>
        <w:jc w:val="right"/>
      </w:pPr>
      <w:r>
        <w:t>एक शख्स जो रोज़ा रख ही नहीं सकता या बहुत old है, उस हालत में भी रोज़ा नहीं रख सकता. तो वह गरीब को खाना खिला दे एक दिन का ऊपर. अब जो तीसरी शक्ल आप बता रहे हैं, यह थोड़ा अलग तरह की शक्ल है. इसमें कोई ऐसा ऐसी बात नहीं कही जा सकती क्योंकि कुरान में यह दो बातें आती हैं.</w:t>
      </w:r>
    </w:p>
    <w:p>
      <w:r>
        <w:rPr>
          <w:b/>
        </w:rPr>
        <w:t xml:space="preserve">[1:12:50] </w:t>
      </w:r>
      <w:r>
        <w:t>Iske liye phir mufti se milna hoga yaani jisko knowledge hai, gehri knowledge hai aur jo sharee uzur jise kehte hain yaani excuse, jo sharee excuse hai usko woh samjhega aur assess karega. Tab woh batayega ya nahin it will be on case to case basis. Woh samjhega ki waaqatan iski zaroorat hai.</w:t>
      </w:r>
    </w:p>
    <w:p>
      <w:pPr>
        <w:jc w:val="right"/>
      </w:pPr>
      <w:r>
        <w:t>इसके लिए फिर मुफ्ती से मिलना होगा यानी जिसको knowledge है, गहरी knowledge है और जो शरीर उज्जूर जिसे कहते हैं यानी excuse, जो शरीर excuse है उसको वह समझेगा और assess करेगा. तब वह बताएगा या नहीं it will be on case to case basis. वह समझेगा कि वाकतन इसकी ज़रूरत है.</w:t>
      </w:r>
    </w:p>
    <w:p>
      <w:r>
        <w:rPr>
          <w:b/>
        </w:rPr>
        <w:t xml:space="preserve">[1:13:17] </w:t>
      </w:r>
      <w:r>
        <w:t>Yeh jo uska kaam hai koi construction worker hai ya koi up field ka kaam hai ya koi bahut mehnat ka kaam hai, factory worker hai ya kuch hawati nahin hoti hai woh bahut zyada kaam karna padta hai to woh woh yeh samjhega ki waaqatan kya yeh us category mein aata hai to is ke is tarah ke jo woh hai ismein aapko ek mufti se milna hoga.</w:t>
      </w:r>
    </w:p>
    <w:p>
      <w:pPr>
        <w:jc w:val="right"/>
      </w:pPr>
      <w:r>
        <w:t>यह जो उसका काम है कोई construction worker है या कोई up field का काम है या कोई बहुत मेहनत का काम है, factory worker है या कुछ हवाती नहीं होती है वो बहुत ज़्यादा काम करना पड़ता है तो वो वो ये समझेगा कि वाकतंत्र क्या ये उस category में आता है तो इस के इस तरह के जो वो है इसमें आपको एक मुफ्ती से मिलना होगा.</w:t>
      </w:r>
    </w:p>
    <w:p>
      <w:r>
        <w:rPr>
          <w:b/>
        </w:rPr>
        <w:t xml:space="preserve">[1:13:42] </w:t>
      </w:r>
      <w:r>
        <w:t>Imam se miliye agar usko unko knowledge hai, kisi woh aalim se miliye to woh aapko explain karenge ki haan yeh jo aapne bataya yeh is, ismein aap aate hain ismein aapko exemption mil sakta hai lekin koi general rule nahin bataya ja sakta kyunki general rule to wahi do hi hai. Ji. Quran mein.</w:t>
      </w:r>
    </w:p>
    <w:p>
      <w:pPr>
        <w:jc w:val="right"/>
      </w:pPr>
      <w:r>
        <w:t>इमाम से मिलिए अगर उसको उनको knowledge है, किसी वो आलम से मिलिए तो वह आपको explain करेंगे कि हां यह जो आपने बताया यह इस, इसमें आप आते हैं इसमें आपको exemption मिल सकता है लेकिन कोई general rule नहीं बताया जा सकता क्योंकि general rule तो वही दो ही है. जी. कुरान में.</w:t>
      </w:r>
    </w:p>
    <w:p>
      <w:r>
        <w:rPr>
          <w:b/>
        </w:rPr>
        <w:t xml:space="preserve">[1:14:04] </w:t>
      </w:r>
      <w:r>
        <w:t>ji to ek baat keh raha hai mujhe yaad aa raha hai ki is dilchasp bhi hai thoda</w:t>
      </w:r>
    </w:p>
    <w:p>
      <w:pPr>
        <w:jc w:val="right"/>
      </w:pPr>
      <w:r>
        <w:t>जी तो एक बात कह रहा है मुझे याद आ रहा है कि इस दिलचस्प भी है थोड़ा</w:t>
      </w:r>
    </w:p>
    <w:p>
      <w:r>
        <w:rPr>
          <w:b/>
        </w:rPr>
        <w:t xml:space="preserve">[1:14:09] </w:t>
      </w:r>
      <w:r>
        <w:t>ki kitni flexibility hai Islam mein.</w:t>
      </w:r>
    </w:p>
    <w:p>
      <w:pPr>
        <w:jc w:val="right"/>
      </w:pPr>
      <w:r>
        <w:t>कि कितनी flexibility है इस्लाम में.</w:t>
      </w:r>
    </w:p>
    <w:p>
      <w:r>
        <w:rPr>
          <w:b/>
        </w:rPr>
        <w:t xml:space="preserve">[1:14:14] </w:t>
      </w:r>
      <w:r>
        <w:t>roze ka hi ek mamla tha to prophet mohammad ke paas ek aadmi aaya.</w:t>
      </w:r>
    </w:p>
    <w:p>
      <w:pPr>
        <w:jc w:val="right"/>
      </w:pPr>
      <w:r>
        <w:t>रोज़े का ही एक मामला था तो prophet मोहम्मद के पास एक आदमी आया.</w:t>
      </w:r>
    </w:p>
    <w:p>
      <w:r>
        <w:rPr>
          <w:b/>
        </w:rPr>
        <w:t xml:space="preserve">[1:14:19] </w:t>
      </w:r>
      <w:r>
        <w:t>usne kuch apna masla bataya.</w:t>
      </w:r>
    </w:p>
    <w:p>
      <w:pPr>
        <w:jc w:val="right"/>
      </w:pPr>
      <w:r>
        <w:t>उसने कुछ अपना मसला बताया.</w:t>
      </w:r>
    </w:p>
    <w:p>
      <w:r>
        <w:rPr>
          <w:b/>
        </w:rPr>
        <w:t xml:space="preserve">[1:14:24] </w:t>
      </w:r>
      <w:r>
        <w:t>to prophet ne kaha ki tum kya do mahine ki roze rakh sakte ho?</w:t>
      </w:r>
    </w:p>
    <w:p>
      <w:pPr>
        <w:jc w:val="right"/>
      </w:pPr>
      <w:r>
        <w:t>तो prophet ने कहा कि तुम क्या दो महीने की रोज़े रख सकते हो?</w:t>
      </w:r>
    </w:p>
    <w:p>
      <w:r>
        <w:rPr>
          <w:b/>
        </w:rPr>
        <w:t xml:space="preserve">[1:14:29] </w:t>
      </w:r>
      <w:r>
        <w:t>to usne kaha nahi main do mahine roze nahi rakh sakta.</w:t>
      </w:r>
    </w:p>
    <w:p>
      <w:pPr>
        <w:jc w:val="right"/>
      </w:pPr>
      <w:r>
        <w:t>तो उसने कहा नहीं मैं दो महीने रोज़े नहीं रख सकता.</w:t>
      </w:r>
    </w:p>
    <w:p>
      <w:r>
        <w:rPr>
          <w:b/>
        </w:rPr>
        <w:t xml:space="preserve">[1:14:35] </w:t>
      </w:r>
      <w:r>
        <w:t>To prophet ne kaha achha kya tum saath logon ko khana khila sakte ho? To usne kaha nahin woh bhi main nahin kar sakta. Main saath logon ko khana nahin khila sakta. To prophet ne kaha achha tum baitho yahan, baitha diya usko. To thodi der mein ek shakhs aaya ek bahut bada tokra leke khajoor ka bhari hui thi, khajoor bhari hui thi usmein. Log laate the gift ke taur par Rasoolullah ko dene.</w:t>
      </w:r>
    </w:p>
    <w:p>
      <w:pPr>
        <w:jc w:val="right"/>
      </w:pPr>
      <w:r>
        <w:t>तो prophet ने कहा अच्छा क्या तुम साठ लोगों को खाना खिला सकते हो? तो उसने कहा नहीं वो भी मैं नहीं कर सकता. मैं साठ लोगों को खाना नहीं खिला सकता. तो prophet ने कहा अच्छा तुम बैठो यहाँ, बैठा दिया उसको. तो थोड़ी देर में एक शख से आया एक बहुत बड़ा टोकरा लेके खजूर का भरी हुई थी, खजूर भरी हुई थी उसमें. लोग लाते थे gift के तौर पर रस्सुल्लाह सल्लाह को देने.</w:t>
      </w:r>
    </w:p>
    <w:p>
      <w:r>
        <w:rPr>
          <w:b/>
        </w:rPr>
        <w:t xml:space="preserve">[1:15:01] </w:t>
      </w:r>
      <w:r>
        <w:t>To prophet Muhammad ne kaha ki woh aadmi kaha gaya jisko jo abhi mujhse kuch puch raha tha masla waghera. To woh wahin saahab maujood the. Unhone kaha main hoon idhar. Aa gaye woh. To prophet ne kaha yeh tokra lo aur khajoor ka tokra poore Madine mein jahan tumhe udareeb log mile, unko khila do to tumhara compensation isi se ho jayega.</w:t>
      </w:r>
    </w:p>
    <w:p>
      <w:pPr>
        <w:jc w:val="right"/>
      </w:pPr>
      <w:r>
        <w:t>तो prophet मोहब्बत सल्लाह ने कहा कि वो आदमी कहा गया जिसको जो अभी मुझसे कुछ पुछ रहा था मसला वगैरह. तो वो वहीं साहब मौजूद थे. उन्होंने कहा मैं हूं इधर. आ गए वो. तो prophet ने कहा यह टोकरा लो और खजूल का टोकरा पूरे मदीने में जहां तुम्हें उधरीब लोग मिले, उनको खिला दो तो तुम्हारा compensation इसी से हो जाएगा.</w:t>
      </w:r>
    </w:p>
    <w:p>
      <w:r>
        <w:rPr>
          <w:b/>
        </w:rPr>
        <w:t xml:space="preserve">[1:15:27] </w:t>
      </w:r>
      <w:r>
        <w:t>To usne kaha ki akhuda ke rasool poore Madina mein mujhse zyada gareeb aur meri family se zyada gareeb koi nahin hai. Ji.</w:t>
      </w:r>
    </w:p>
    <w:p>
      <w:pPr>
        <w:jc w:val="right"/>
      </w:pPr>
      <w:r>
        <w:t>तो उसने कहा कि अखोदा के रसूल पूरे मदीना में मुझसे ज़्यादा गरीब और मेरी family से ज़्यादा गरीब कोई नहीं है. जी.</w:t>
      </w:r>
    </w:p>
    <w:p>
      <w:r>
        <w:rPr>
          <w:b/>
        </w:rPr>
        <w:t xml:space="preserve">[1:15:53] </w:t>
      </w:r>
      <w:r>
        <w:t>To isse isse pata chalta hai kitni flexibility hai lekin har cheez mumkin hai. Ji. Agar genuine case hai to har cheez mumkin hai. Ji. DocsApp, aakishwal poochne se pehle do comments padhna chahunga. Doctor Safeena Tabassum ne likha hai Saharanpur se ki Allah is mehfil ko zikr ke halqe mein shumar kare. Aa gaya. Aur mujhe bhi ismein shirkat ka sawab atafarmae.</w:t>
      </w:r>
    </w:p>
    <w:p>
      <w:pPr>
        <w:jc w:val="right"/>
      </w:pPr>
      <w:r>
        <w:t>तो इससे इससे पता चलता है कितनी flexibility है लेकिन हर चीज़ मुमकिन है. जी. अगर genuine case है तो हर चीज़ मुमकिन है. जी. DocsApp, आकिशवाल पूछने से पहले दो comments पढ़ना चाहूंगा. Doctor सफीना तबस्सुम ने लिखा है सहारनपुर से कि Allah इस महफल को ज़िक्र के हल्के में शुमार करें. आ गया. और मुझे भी इसमें शिरकत का सवाब अताफरमाए.</w:t>
      </w:r>
    </w:p>
    <w:p>
      <w:r>
        <w:rPr>
          <w:b/>
        </w:rPr>
        <w:t xml:space="preserve">[1:16:22] </w:t>
      </w:r>
      <w:r>
        <w:t>Syed Qureshi sahab jo Melbourne Australia se program ko dekh rahe hain, unhone likha hai, such a great and inspiring discussion about Ramzan month by your respective guest speakers. Doctor sahab, very impressive and calming. Doctor sahab jo aakhri sawal hai woh yahi hai ki pichhle session mein bhi aapne bhi aur Farida apa ne bhi Ramzan ke spiritual aspect ko bahut achhe se wazeh kiya.</w:t>
      </w:r>
    </w:p>
    <w:p>
      <w:pPr>
        <w:jc w:val="right"/>
      </w:pPr>
      <w:r>
        <w:t>सय्यद कुरेशी साहब जो Melbourne Australia से program को देख रहे हैं, उन्होंने लिखा है, such a great and inspiring discussion about रामादान month by your respective guest speakers. Doctor साहब, very impressive and calming. Doctor साहब जो आखिरी सवाल है वो यही है कि पिछले session में भी आपने भी और फरीदा आपा ने भी रमज़ान के spiritual aspect को बहुत अच्छे से वाज़े किया.</w:t>
      </w:r>
    </w:p>
    <w:p>
      <w:r>
        <w:rPr>
          <w:b/>
        </w:rPr>
        <w:t xml:space="preserve">[1:16:48] </w:t>
      </w:r>
      <w:r>
        <w:t>To ek sawal yeh bhi main poochna chahunga ki kya koi spiritual benefit to hai? Kya koi health benefit bhi hai roze ka? Isko bhi aap batayein. Log kehte hain ki roze ke health benefits hain bahut. Dekhiye fasting ke health benefits to hote hain.</w:t>
      </w:r>
    </w:p>
    <w:p>
      <w:pPr>
        <w:jc w:val="right"/>
      </w:pPr>
      <w:r>
        <w:t>तो एक सवाल यह भी मैं पूछना चाहूंगा कि क्या कोई spiritual benefit तो है? क्या कोई health benefit भी है रोज़ा का? इसको भी आप बताएं. लोग कहते हैं कि रोज़े के health benefits हैं बहुत. देखिए fasting के health benefits तो होते हैं.</w:t>
      </w:r>
    </w:p>
    <w:p>
      <w:r>
        <w:rPr>
          <w:b/>
        </w:rPr>
        <w:t xml:space="preserve">[1:17:10] </w:t>
      </w:r>
      <w:r>
        <w:t>Jo log diet karte hain ya kisi aur wajah se fasting karte hain alag alag tarah ki fasting hai to bahut sare benefits hote hain blood pressure kam ho jata hai, heart ki jo problem hai woh theek ho jati hai ya kam ho jati hai, uric acid kam ho jayega, cholesterol kam ho jayega, BP kam ho jayega. Lekin jo Ramzan ke roze hai usse to mujhe lagta hai ki bahut se logon ne bataya hai ki unka wazan badh jata hai Ramzan ke baad. Ji.</w:t>
      </w:r>
    </w:p>
    <w:p>
      <w:pPr>
        <w:jc w:val="right"/>
      </w:pPr>
      <w:r>
        <w:t>जो लोग diet करते हैं या किसी और वजह से fasting करते हैं अलग अलग तरह की fasting है तो बहुत सारे benefits होते हैं blood pressure कम हो जाता है, heart की जो problem है वो ठीक हो जाती है या कम हो जाती है, uric acid कम हो जाएगा, cholesterol कम हो जाएगा, BP कम हो जाएगा. लेकिन जो रमज़ान के रोज़े है उससे तो मुझे लगता है कि बहुत से लोगों ने बताया है कि उनका वज़न बढ़ जाता है रमज़ान के बाद. जी.</w:t>
      </w:r>
    </w:p>
    <w:p>
      <w:r>
        <w:rPr>
          <w:b/>
        </w:rPr>
        <w:t xml:space="preserve">[1:17:39] </w:t>
      </w:r>
      <w:r>
        <w:t>To agar simple food khayein ya insaan tab to roze ka faayda hai. Health benefits bhi hai lekin wahan to bilkul ulta mamla hai. Itna zabardast khane ka intezam aur tarah tarah ki cheezein aur sweet dish bhi bahut tarah ki aur pakode hain. Yeh duniya bhar ki cheezein to woh khakar kya health benefits honge?</w:t>
      </w:r>
    </w:p>
    <w:p>
      <w:pPr>
        <w:jc w:val="right"/>
      </w:pPr>
      <w:r>
        <w:t>तो अगर simple food खाएं या इंसान तब तो रोज़े का फ़ायदा है. Health benefits भी है लेकिन वहां तो बिल्कुल उल्टा मामला है. इतना ज़बरदस्त खाने का इंतज़ाम और तरह तरह की चीज़ें और sweet dish भी बहुत तरह की और पकोड़े हैं. यह दुनिया भर की चीज़ें तो वह खाकर क्या health benefits होंगे?</w:t>
      </w:r>
    </w:p>
    <w:p>
      <w:r>
        <w:rPr>
          <w:b/>
        </w:rPr>
        <w:t xml:space="preserve">[1:18:00] </w:t>
      </w:r>
      <w:r>
        <w:t>To waise to agar saada khana koi khaye to yaqeenan health benefits honge lekin jo halat hai is waqt balki Maulana ne bhi yeh baat kahi thi USA mein ek gathering mein ke Ramzan mein logon ke log bahut khate hain to usi gathering mein ek aadmi khada hua tha usne kaha tha ki bilkul sahi keh rahe hain aap Maulana mera khud wazan do kilo badh jaata hai. Ji.</w:t>
      </w:r>
    </w:p>
    <w:p>
      <w:pPr>
        <w:jc w:val="right"/>
      </w:pPr>
      <w:r>
        <w:t>तो वैसे तो अगर सादा खाना कोई खाए तो यकीनन health benefits होंगे लेकिन जो हालत है इस वक्त बल्कि मौलाना ने भी यह बात कही थी USA में एक gathering में के रमज़ान में लोगों के लोग बहुत खाते हैं तो उसी gathering में एक आदमी खड़ा हुआ था उसने कहा था कि बिल्कुल सही कह रहे हैं आप मौलाना मेरा खुद वज़न दो kilo बढ़ जाता है. जी.</w:t>
      </w:r>
    </w:p>
    <w:p>
      <w:r>
        <w:rPr>
          <w:b/>
        </w:rPr>
        <w:t xml:space="preserve">[1:18:27] </w:t>
      </w:r>
      <w:r>
        <w:t>To agar saadgi se kare iftar aur sehri to yaqeenan faayde honge jo faayde fasting ke hain. Lekin ek baat aur hai ki fasting roze ka maqsad nahin hai ki health benefits ke liye. Yeh to ek spiritual exercise hai agar uske health benefits bhi ho jaye to theek hai.</w:t>
      </w:r>
    </w:p>
    <w:p>
      <w:pPr>
        <w:jc w:val="right"/>
      </w:pPr>
      <w:r>
        <w:t>तो अगर सादगी से करें इफ्तार और शैरी तो यकीनन फ़ायदे होंगे जो फ़ायदे fasting के हैं. लेकिन एक बात और है कि fasting रोज़े का मकसद नहीं है कि health benefits के लिए. यह तो एक spiritual exercise है अगर उसके health benefits भी हो जाए तो ठीक है.</w:t>
      </w:r>
    </w:p>
    <w:p>
      <w:r>
        <w:rPr>
          <w:b/>
        </w:rPr>
        <w:t xml:space="preserve">[1:18:49] </w:t>
      </w:r>
      <w:r>
        <w:t>Jaise namaz ko log yoga se milate hai ki yoga namaz hai to ho sakta hai ki namaz se yaqeenan faayda hoga to woh ek secondary benefits hain.</w:t>
      </w:r>
    </w:p>
    <w:p>
      <w:pPr>
        <w:jc w:val="right"/>
      </w:pPr>
      <w:r>
        <w:t>जैसे नमाज़ को लोग योगा से मिलाते है कि योगा नमाज़ है तो हो सकता है कि नमाज़ से यकीनन फ़ायदा होगा तो वह एक secondary benefits हैं.</w:t>
      </w:r>
    </w:p>
    <w:p>
      <w:r>
        <w:rPr>
          <w:b/>
        </w:rPr>
        <w:t xml:space="preserve">[1:19:19] </w:t>
      </w:r>
      <w:r>
        <w:t>Woh primary benefit to yahi hai roor ho jayega ki Khuda se taalluq paida ho aur ek unke andar daawati aur bijaj paida ho, gehrai se baaton ko samjhe. To yahi samajh mein aata hai mere. Ji, doctor sahab bahut se comments aur sawal bhi aaye hain lekin ab waqt ki kami ki wajah se hum nahin le sakte. Jaza kalla for you know sending those questions, taking time out to watch this program. Thank you, doctor sahab.</w:t>
      </w:r>
    </w:p>
    <w:p>
      <w:pPr>
        <w:jc w:val="right"/>
      </w:pPr>
      <w:r>
        <w:t>वह primary benefit तो यही है रूर हो जाएगा कि खुदा से ताल्लुक पैदा हो और एक उनके अंदर दावती और बिजाज पैदा हो, गहराई से बातों को समझे. तो यही समझ में आता है मेरे. जी, doctor साहब बहुत से comments और सवाल भी आए हैं लेकिन अब वक्त की कमी की वजह से हम नहीं ले सकते. झज़ा कल्ला for you know sending those questions, taking time out to watch this program. Thank you, doctor साहब.</w:t>
      </w:r>
    </w:p>
    <w:p>
      <w:r>
        <w:rPr>
          <w:b/>
        </w:rPr>
        <w:t xml:space="preserve">[1:19:48] </w:t>
      </w:r>
      <w:r>
        <w:t>Like always, it was really an enlightening session. Thank you for taking time out. Before we end the program, there are some important releases, and CPS International is very pleased to announce these launches. And I will request Doctor Saniisteen Khan sahab to do these launches. Ek jo bahut important launch hai yeh Maulana sahib ki Urdu kitab Qayamat ka Alarm ka English tarjuma hai.</w:t>
      </w:r>
    </w:p>
    <w:p>
      <w:pPr>
        <w:jc w:val="right"/>
      </w:pPr>
      <w:r>
        <w:t>Like always, it was really an enlightening session. Thank you for taking time out. Before we end the program, there are some important releases, and CPS International is very pleased to announce these launches. And I will request Doctor सानीस्तेन खान साहब to do these launches. एक जो बहुत important launch है यह मुलाना साहब की उर्दू किताब कयामत का alarm का english तरजुमाए.</w:t>
      </w:r>
    </w:p>
    <w:p>
      <w:r>
        <w:rPr>
          <w:b/>
        </w:rPr>
        <w:t xml:space="preserve">[1:20:18] </w:t>
      </w:r>
      <w:r>
        <w:t>The title of this english title is the alarm of doomsday. This has been translated by professor Farida Khanam. This is a very important book and I will urge and request everyone that as we know that you know the science clearly show that we are approaching the end of human history. It becomes our duty to create awareness among people on what is the creation plan of god.</w:t>
      </w:r>
    </w:p>
    <w:p>
      <w:pPr>
        <w:jc w:val="right"/>
      </w:pPr>
      <w:r>
        <w:t>The title of this english title is the alarm of doomsday. This has been translated by professor फरीदा खानम. This is a very important book and I will urge and request everyone that as we know that you know the science clearly show that we are approaching the end of human history. It becomes our duty to create awareness among people on what is the creation plan of god.</w:t>
      </w:r>
    </w:p>
    <w:p>
      <w:r>
        <w:rPr>
          <w:b/>
        </w:rPr>
        <w:t xml:space="preserve">[1:20:47] </w:t>
      </w:r>
      <w:r>
        <w:t>Maulana sahib ki jo yeh kitab hai usmein bahut achhe se wazeh kiya hai is baat ko ki humein kaise Allah ki baatein, creation plan humein logon tak pahunchani hai aur Maulana sahib ne bahut scientific andaaz mein woh saare signs ismein ismein likhe hain. To aap isko padhein, download karein, zyada se zyada logon mein yeh kitab ko aap failayein.</w:t>
      </w:r>
    </w:p>
    <w:p>
      <w:pPr>
        <w:jc w:val="right"/>
      </w:pPr>
      <w:r>
        <w:t>मुलाना साहब की जो यह किताब है उसमें बहुत अच्छे से वाज़े किया है इस बात को कि हमें कैसे अल्लाह की बातें, creation plan हमें लोगों तक पहुंचानी है और मुलाना साहब ने बहुत scientific अंदाज़ में वो सारे signs इसमें इसमें लिखे हैं. तो आप इसको पढ़ें, download करें, ज़्यादा से ज़्यादा लोगों में यह किताब को आप फैलाएं.</w:t>
      </w:r>
    </w:p>
    <w:p>
      <w:r>
        <w:rPr>
          <w:b/>
        </w:rPr>
        <w:t xml:space="preserve">[1:21:13] </w:t>
      </w:r>
      <w:r>
        <w:t>So, I will request doctor Saniyah Stein Khan sahab to launch this english book, The Alarm of The Beginning of The End of Human History.</w:t>
      </w:r>
    </w:p>
    <w:p>
      <w:pPr>
        <w:jc w:val="right"/>
      </w:pPr>
      <w:r>
        <w:t>So, I will request doctor सानिया स्तैन खान साहब to launch this english book, The Alarm of The Beginning of the End of Human History.</w:t>
      </w:r>
    </w:p>
    <w:p>
      <w:r>
        <w:rPr>
          <w:b/>
        </w:rPr>
        <w:t xml:space="preserve">[1:21:29] </w:t>
      </w:r>
      <w:r>
        <w:t>mujhe bahut khushi hai is kitaab ko release karte hue The Alarm of Domes Day, The Beginning of</w:t>
      </w:r>
    </w:p>
    <w:p>
      <w:pPr>
        <w:jc w:val="right"/>
      </w:pPr>
      <w:r>
        <w:t>मुझे बहुत खुशी है इस किताब को release करते हुए The Alarm of Domes Day, The Beginning of</w:t>
      </w:r>
    </w:p>
    <w:p>
      <w:r>
        <w:rPr>
          <w:b/>
        </w:rPr>
        <w:t xml:space="preserve">[1:21:37] </w:t>
      </w:r>
      <w:r>
        <w:t>the End of Human History by Maulana Wahiduddin Khan translated by professor Harida Khanw aur yeh bahut hi</w:t>
      </w:r>
    </w:p>
    <w:p>
      <w:pPr>
        <w:jc w:val="right"/>
      </w:pPr>
      <w:r>
        <w:t>the End of Human History by मोलाना विजुद्दीन खान translated by professor हरीदा खानव और यह बहुत ही</w:t>
      </w:r>
    </w:p>
    <w:p>
      <w:r>
        <w:rPr>
          <w:b/>
        </w:rPr>
        <w:t xml:space="preserve">[1:21:45] </w:t>
      </w:r>
      <w:r>
        <w:t>aham jaise doctor Rajat Malodra ne bataya ki doomsday ke bare mein yaani bahut hi aham kitaab hai</w:t>
      </w:r>
    </w:p>
    <w:p>
      <w:pPr>
        <w:jc w:val="right"/>
      </w:pPr>
      <w:r>
        <w:t>अहम् जैसे doctor रजत मलोद्रा ने बताया कि doomsday के बारे में यानी बहुत ही अहम् किताब है</w:t>
      </w:r>
    </w:p>
    <w:p>
      <w:r>
        <w:rPr>
          <w:b/>
        </w:rPr>
        <w:t xml:space="preserve">[1:21:53] </w:t>
      </w:r>
      <w:r>
        <w:t>yeh aur jo halaat ho gaye hain climate change ke is waqt woh toh bata rahe hain ki</w:t>
      </w:r>
    </w:p>
    <w:p>
      <w:pPr>
        <w:jc w:val="right"/>
      </w:pPr>
      <w:r>
        <w:t>यह और जो हालात हो गए हैं climate change के इस वक्त वह तो बता रहे हैं कि</w:t>
      </w:r>
    </w:p>
    <w:p>
      <w:r>
        <w:rPr>
          <w:b/>
        </w:rPr>
        <w:t xml:space="preserve">[1:22:01] </w:t>
      </w:r>
      <w:r>
        <w:t>doomsday bahut hi kareeb aa gaya hai toh jaise doctor Rajat ne bhi kaha ki logon ko aagah</w:t>
      </w:r>
    </w:p>
    <w:p>
      <w:pPr>
        <w:jc w:val="right"/>
      </w:pPr>
      <w:r>
        <w:t>doomsday बहुत ही करीब आ गया है तो जैसे doctor रजत ने भी कहा कि लोगों को आगाह</w:t>
      </w:r>
    </w:p>
    <w:p>
      <w:r>
        <w:rPr>
          <w:b/>
        </w:rPr>
        <w:t xml:space="preserve">[1:22:09] </w:t>
      </w:r>
      <w:r>
        <w:t>kar dein hum creation plan se aur Maulana commission bhi yeh tha ki jo Khuda ka takhleeqi</w:t>
      </w:r>
    </w:p>
    <w:p>
      <w:pPr>
        <w:jc w:val="right"/>
      </w:pPr>
      <w:r>
        <w:t>कर दें हम creation plan से और मौलाना commission भी यह था कि जो खुदार का तकलीफ ही</w:t>
      </w:r>
    </w:p>
    <w:p>
      <w:r>
        <w:rPr>
          <w:b/>
        </w:rPr>
        <w:t xml:space="preserve">[1:22:17] </w:t>
      </w:r>
      <w:r>
        <w:t>mansooba hai ki insaan kis maqsad se is duniya mein aaya hai aur maut ke baad uska kya</w:t>
      </w:r>
    </w:p>
    <w:p>
      <w:pPr>
        <w:jc w:val="right"/>
      </w:pPr>
      <w:r>
        <w:t>मंसूबा है कि इंसान किस मकसद से इस दुनिया में आया है और मौत के बाद उसका क्या</w:t>
      </w:r>
    </w:p>
    <w:p>
      <w:r>
        <w:rPr>
          <w:b/>
        </w:rPr>
        <w:t xml:space="preserve">[1:22:25] </w:t>
      </w:r>
      <w:r>
        <w:t>uske saath kya pesh aayega?</w:t>
      </w:r>
    </w:p>
    <w:p>
      <w:pPr>
        <w:jc w:val="right"/>
      </w:pPr>
      <w:r>
        <w:t>उसके साथ क्या पेश आएगा?</w:t>
      </w:r>
    </w:p>
    <w:p>
      <w:r>
        <w:rPr>
          <w:b/>
        </w:rPr>
        <w:t xml:space="preserve">[1:22:33] </w:t>
      </w:r>
      <w:r>
        <w:t>toh yeh kitaab bahut hi ahum hai aur Allah taala sabko ajar de CPS ke logon ko jinhone isko translation mein, iski typesetting mein, iski publishing mein aur isko digitally promote karne mein madad ki Allah taala un sab ko jaza khair ataa farmaaye. Two more launches of Quran translation.</w:t>
      </w:r>
    </w:p>
    <w:p>
      <w:pPr>
        <w:jc w:val="right"/>
      </w:pPr>
      <w:r>
        <w:t>तो यह किताब बहुत ही अहम् है और अल्लाह तालाह सबको अज़र दे CPS के लोगों को जिन्होंने इसको translation में, इसकी typesetting में, इसकी publishing में और इसको digitally promote करने में मदद की अल्लाताला उन सब को जज़ा खैरत अफर में. Two more launches of Quran translation.</w:t>
      </w:r>
    </w:p>
    <w:p>
      <w:r>
        <w:rPr>
          <w:b/>
        </w:rPr>
        <w:t xml:space="preserve">[1:22:55] </w:t>
      </w:r>
      <w:r>
        <w:t>As you all know that Maulana Wahiduddin Khan sahib had given this prime task to translate Quran in all available languages and to distribute them worldwide. So CPS International and Good World Books has been doing that time and again. Two new translation of the Quran is ready. One in Romanian language and the other in Czech language. And Doctor.</w:t>
      </w:r>
    </w:p>
    <w:p>
      <w:pPr>
        <w:jc w:val="right"/>
      </w:pPr>
      <w:r>
        <w:t>As you all know that मुलाना वैदुद्दीन खान साहब had given this prime task to translate Quran in all available languages and to distribute them worldwide. So CPS International and Good World Books has been doing that time and again. Two new translation of the Quran is ready. One in Romanian language and the other in Czech language. And Doctor.</w:t>
      </w:r>
    </w:p>
    <w:p>
      <w:r>
        <w:rPr>
          <w:b/>
        </w:rPr>
        <w:t xml:space="preserve">[1:23:22] </w:t>
      </w:r>
      <w:r>
        <w:t>Sanya Sten Khansa particularly has been spearheading this translation project.</w:t>
      </w:r>
    </w:p>
    <w:p>
      <w:pPr>
        <w:jc w:val="right"/>
      </w:pPr>
      <w:r>
        <w:t>Sanya Sten Khansa particularly has been spearheading this translation project.</w:t>
      </w:r>
    </w:p>
    <w:p>
      <w:r>
        <w:rPr>
          <w:b/>
        </w:rPr>
        <w:t xml:space="preserve">[1:23:29] </w:t>
      </w:r>
      <w:r>
        <w:t>I And will request him to launch the Romanian, translation of Quran.</w:t>
      </w:r>
    </w:p>
    <w:p>
      <w:pPr>
        <w:jc w:val="right"/>
      </w:pPr>
      <w:r>
        <w:t>I And will request him to launch the Romanian, translation of Quran.</w:t>
      </w:r>
    </w:p>
    <w:p>
      <w:r>
        <w:rPr>
          <w:b/>
        </w:rPr>
        <w:t xml:space="preserve">[1:23:37] </w:t>
      </w:r>
      <w:r>
        <w:t>It is now available for free distribution, to all those people who speak these languages.</w:t>
      </w:r>
    </w:p>
    <w:p>
      <w:pPr>
        <w:jc w:val="right"/>
      </w:pPr>
      <w:r>
        <w:t>It is now available for free distribution, to all those people who speak these languages.</w:t>
      </w:r>
    </w:p>
    <w:p>
      <w:r>
        <w:rPr>
          <w:b/>
        </w:rPr>
        <w:t xml:space="preserve">[1:23:45] </w:t>
      </w:r>
      <w:r>
        <w:t>So, doctor sahib, please launch the Romanian language translation of Quran.</w:t>
      </w:r>
    </w:p>
    <w:p>
      <w:pPr>
        <w:jc w:val="right"/>
      </w:pPr>
      <w:r>
        <w:t>So, doctor साहब, please launch the रुमानियन language translation of कुरान.</w:t>
      </w:r>
    </w:p>
    <w:p>
      <w:r>
        <w:rPr>
          <w:b/>
        </w:rPr>
        <w:t xml:space="preserve">[1:23:53] </w:t>
      </w:r>
      <w:r>
        <w:t>mujhe bahut khushi ho rahi hai is translation ka Romanian language mein Quran ka translation jo ki Turkey</w:t>
      </w:r>
    </w:p>
    <w:p>
      <w:pPr>
        <w:jc w:val="right"/>
      </w:pPr>
      <w:r>
        <w:t>मुझे बहुत खुशी हो रही है इस translation का रोमैनियन language में कुरान का translation जो कि Turkey</w:t>
      </w:r>
    </w:p>
    <w:p>
      <w:r>
        <w:rPr>
          <w:b/>
        </w:rPr>
        <w:t xml:space="preserve">[1:24:01] </w:t>
      </w:r>
      <w:r>
        <w:t>se print hua hai aur basically jo Turkey mein blue mosque hai Sultan Ahmed wahan tourists ke liye</w:t>
      </w:r>
    </w:p>
    <w:p>
      <w:pPr>
        <w:jc w:val="right"/>
      </w:pPr>
      <w:r>
        <w:t>से print हुआ है और basically जो Turkey में blue mosque है सुल्तान अहमद वहां tourists के लिए</w:t>
      </w:r>
    </w:p>
    <w:p>
      <w:r>
        <w:rPr>
          <w:b/>
        </w:rPr>
        <w:t xml:space="preserve">[1:24:09] </w:t>
      </w:r>
      <w:r>
        <w:t>available karne ke liye isko publish karaya gaya hai aur yeh jo Eastern European languages hain, hamare paas</w:t>
      </w:r>
    </w:p>
    <w:p>
      <w:pPr>
        <w:jc w:val="right"/>
      </w:pPr>
      <w:r>
        <w:t>available करने के लिए इसको publish कराया गया है और यह जो Eastern European languages हैं, हमारे पास</w:t>
      </w:r>
    </w:p>
    <w:p>
      <w:r>
        <w:rPr>
          <w:b/>
        </w:rPr>
        <w:t xml:space="preserve">[1:24:17] </w:t>
      </w:r>
      <w:r>
        <w:t>kai languages hain already, jaise Polish hai, Romanian uski bahut aham language hai aur Russian hai toh wahan</w:t>
      </w:r>
    </w:p>
    <w:p>
      <w:pPr>
        <w:jc w:val="right"/>
      </w:pPr>
      <w:r>
        <w:t>कई languages हैं already, जैसे Polish है, Romanian उसकी बहुत अहम् language है और Russian है तो वहां</w:t>
      </w:r>
    </w:p>
    <w:p>
      <w:r>
        <w:rPr>
          <w:b/>
        </w:rPr>
        <w:t xml:space="preserve">[1:24:25] </w:t>
      </w:r>
      <w:r>
        <w:t>is waqt ek naya ek naya silsila shuru hua hai logon ka ki woh deen ki taraf yaani</w:t>
      </w:r>
    </w:p>
    <w:p>
      <w:pPr>
        <w:jc w:val="right"/>
      </w:pPr>
      <w:r>
        <w:t>इस वक्त एक नया एक नया सिलसिला शुरू हुआ है लोगों का कि वो दीन की तरफ यानी</w:t>
      </w:r>
    </w:p>
    <w:p>
      <w:r>
        <w:rPr>
          <w:b/>
        </w:rPr>
        <w:t xml:space="preserve">[1:24:33] </w:t>
      </w:r>
      <w:r>
        <w:t>spirituality ki taraf raghib ho rahe hain aur jo tourist aate hain Turkey mein khaastor se Sultan Ahmed</w:t>
      </w:r>
    </w:p>
    <w:p>
      <w:pPr>
        <w:jc w:val="right"/>
      </w:pPr>
      <w:r>
        <w:t>spirituality की तरफ रागिब हो रहे हैं और जो tourist आते हैं Turkey में खासतौर से सुल्तान अहमद</w:t>
      </w:r>
    </w:p>
    <w:p>
      <w:r>
        <w:rPr>
          <w:b/>
        </w:rPr>
        <w:t xml:space="preserve">[1:24:41] </w:t>
      </w:r>
      <w:r>
        <w:t>ya Sulmaniya ya aur different mosques mein toh unko yeh translations available hote hain aur bade shauk se</w:t>
      </w:r>
    </w:p>
    <w:p>
      <w:pPr>
        <w:jc w:val="right"/>
      </w:pPr>
      <w:r>
        <w:t>या सुल्मानिया या और different mosques में तो उनको यह translations available होते हैं और बड़े शौक से</w:t>
      </w:r>
    </w:p>
    <w:p>
      <w:r>
        <w:rPr>
          <w:b/>
        </w:rPr>
        <w:t xml:space="preserve">[1:24:49] </w:t>
      </w:r>
      <w:r>
        <w:t>lete hain aur bahut hi mutasir hote hain toh Allah taala un logon ko ajr azeem de jinhone</w:t>
      </w:r>
    </w:p>
    <w:p>
      <w:pPr>
        <w:jc w:val="right"/>
      </w:pPr>
      <w:r>
        <w:t>लेते हैं और बहुत ही मुतासिर होते हैं तो अल्लाह तालाह उन लोगों को अजिर अजीम दी जिन्होंने</w:t>
      </w:r>
    </w:p>
    <w:p>
      <w:r>
        <w:rPr>
          <w:b/>
        </w:rPr>
        <w:t xml:space="preserve">[1:24:57] </w:t>
      </w:r>
      <w:r>
        <w:t>iske kaam mein madad ki hai aur jo log is Quran ko haasil kar rahe hain, wahan se</w:t>
      </w:r>
    </w:p>
    <w:p>
      <w:pPr>
        <w:jc w:val="right"/>
      </w:pPr>
      <w:r>
        <w:t>इसके काम में मदद की है और जो लोग इस कुरान को हासिल कर रहे हैं, वहां से</w:t>
      </w:r>
    </w:p>
    <w:p>
      <w:r>
        <w:rPr>
          <w:b/>
        </w:rPr>
        <w:t xml:space="preserve">[1:25:05] </w:t>
      </w:r>
      <w:r>
        <w:t>Turkey se unko Allah taala hidayat ataa farmae.</w:t>
      </w:r>
    </w:p>
    <w:p>
      <w:pPr>
        <w:jc w:val="right"/>
      </w:pPr>
      <w:r>
        <w:t>Turkey से उनको अल्लात अल्लाह हिदायत अदाफरमाए.</w:t>
      </w:r>
    </w:p>
    <w:p>
      <w:r>
        <w:rPr>
          <w:b/>
        </w:rPr>
        <w:t xml:space="preserve">[1:25:13] </w:t>
      </w:r>
      <w:r>
        <w:t>Ameen. DocsApp toh ab total kitne translations ho gaye in do translations ke baad? Mere khayal se 35. 35 translations. MashaAllah. Maulana sahib kaha karte the ki Quran ko aap apne bag mein zaroor rakhein. It's a very handy, you know, book and very easy to carry.</w:t>
      </w:r>
    </w:p>
    <w:p>
      <w:pPr>
        <w:jc w:val="right"/>
      </w:pPr>
      <w:r>
        <w:t>अमीन. DocsApp तो अब total कितने translations हो गए इन दो translations के बाद? मेरे ख्याल से 35. 35 translations. माशाल्लाह. मुलानास आप कहा करते थे कि कुरान को आप अपने bag में ज़रूर रखें. It's a very handy, you know, book and very easy to carry.</w:t>
      </w:r>
    </w:p>
    <w:p>
      <w:r>
        <w:rPr>
          <w:b/>
        </w:rPr>
        <w:t xml:space="preserve">[1:25:34] </w:t>
      </w:r>
      <w:r>
        <w:t>maine khud bahut experience kiya hai ki jab bhi Quran translation maine logon ko offer kara hai, bahut khushi ke saath logon ne isko receive kiya hai. So we should continue this culture that Maulana Wahiduddin Khan sahib inculcated in all the CPS members. Please don't forget to carry the translation of Quran in your bags, in your cars, in your vehicles and give it the first opportunity when you meet someone saying this is a spiritual gift for you.</w:t>
      </w:r>
    </w:p>
    <w:p>
      <w:pPr>
        <w:jc w:val="right"/>
      </w:pPr>
      <w:r>
        <w:t>मैंने खुद बहुत experience किया है कि जब भी कुरान translation मैंने लोगों को offer करा है, बहुत खुशी के साथ लोगों ने इसको receive किया है. So we should continue this culture that मुलाना वैद्युद्दीन खान साहब inculcated in all the CPS members. Please don't forget to carry the translation of Quran in your bags, in your cars, in your vehicles and give it the first opportunity when you meet someone saying this is a spiritual gift for you.</w:t>
      </w:r>
    </w:p>
    <w:p>
      <w:r>
        <w:rPr>
          <w:b/>
        </w:rPr>
        <w:t xml:space="preserve">[1:26:04] </w:t>
      </w:r>
      <w:r>
        <w:t>Everybody will lovingly take the translation of the Quran. So with this I will request one more translation of Quran to be launched in Czech language. I will request doctor sahib to do the launch.</w:t>
      </w:r>
    </w:p>
    <w:p>
      <w:pPr>
        <w:jc w:val="right"/>
      </w:pPr>
      <w:r>
        <w:t>Everybody will lovingly take the translation of the Quran. So with this I will request one more translation of Quran to be launched in Czech language. I will request doctor साहब to do the launch.</w:t>
      </w:r>
    </w:p>
    <w:p>
      <w:r>
        <w:rPr>
          <w:b/>
        </w:rPr>
        <w:t xml:space="preserve">[1:26:28] </w:t>
      </w:r>
      <w:r>
        <w:t>mujhe bahut khushi hai Czech language ke is translation ko release karte hue aur yeh bhi Eastern European language hai bahut hi ahum language Czech Republic aur jaise maine abhi zikr kiya hai ki Turkey mein kaafi tourists aa rahe hain Eastern Europe se. Is waqt yeh halaat hoti hai ki Sultan Ahmed ek hi masjid mein taqreeban das hazar tourist har roz aa rahe hain.</w:t>
      </w:r>
    </w:p>
    <w:p>
      <w:pPr>
        <w:jc w:val="right"/>
      </w:pPr>
      <w:r>
        <w:t>मुझे बहुत खुशी है Czech language के इस translation को release करते हुए और यह भी Eastern European language है बहुत ही अहम् language Czech Republic और जैसे मैंने अभी ज़िक्र किया है कि Turkey में काफी tourists आ रहे हैं Eastern Europe से. इस वक्त यह हालत होती है कि सुल्तान अहमद एक ही मस्जिद में तकरीबन दस हज़ार tourist हर रोज़ आ रहे हैं.</w:t>
      </w:r>
    </w:p>
    <w:p>
      <w:r>
        <w:rPr>
          <w:b/>
        </w:rPr>
        <w:t xml:space="preserve">[1:26:56] </w:t>
      </w:r>
      <w:r>
        <w:t>toh Czech Republic, Romania, Poland aur Russian Russia wahan se kaafi tourist aa rahe hain aur hamare paas</w:t>
      </w:r>
    </w:p>
    <w:p>
      <w:pPr>
        <w:jc w:val="right"/>
      </w:pPr>
      <w:r>
        <w:t>तो Czech Republic, Romania, Poland और Russian Russia वहां से काफी tourist आ रहे हैं और हमारे पास</w:t>
      </w:r>
    </w:p>
    <w:p>
      <w:r>
        <w:rPr>
          <w:b/>
        </w:rPr>
        <w:t xml:space="preserve">[1:27:02] </w:t>
      </w:r>
      <w:r>
        <w:t>alhamdulillah is waqt kai languages mein Quran hai aur yeh Czech bilkul new language hai jo hamein abhi</w:t>
      </w:r>
    </w:p>
    <w:p>
      <w:pPr>
        <w:jc w:val="right"/>
      </w:pPr>
      <w:r>
        <w:t>अलम्दिल्लाह इस वक्त कई languages में कुरान है और यह चेख बिल्कुल new language है जो हमें अभी</w:t>
      </w:r>
    </w:p>
    <w:p>
      <w:r>
        <w:rPr>
          <w:b/>
        </w:rPr>
        <w:t xml:space="preserve">[1:27:09] </w:t>
      </w:r>
      <w:r>
        <w:t>ek translation mila hai wahan se Czech Republic se khatoon ne diya hai yeh aur Allah taala unko</w:t>
      </w:r>
    </w:p>
    <w:p>
      <w:pPr>
        <w:jc w:val="right"/>
      </w:pPr>
      <w:r>
        <w:t>एक translation मिला है वहां से चेख republic से खातूने उन्होंने दिया है यह और अल्लाह तालाह उनको</w:t>
      </w:r>
    </w:p>
    <w:p>
      <w:r>
        <w:rPr>
          <w:b/>
        </w:rPr>
        <w:t xml:space="preserve">[1:27:15] </w:t>
      </w:r>
      <w:r>
        <w:t>azar azimta parmayen aur jin logon ko yeh copy milay wahan se tarki se Allah taala unko hi</w:t>
      </w:r>
    </w:p>
    <w:p>
      <w:pPr>
        <w:jc w:val="right"/>
      </w:pPr>
      <w:r>
        <w:t>अज़र अज़ीमता पर्माएं और जिन लोगों को यह copy मिले वहां से तर्की से अल्लाह तालाह उनको ही</w:t>
      </w:r>
    </w:p>
    <w:p>
      <w:r>
        <w:rPr>
          <w:b/>
        </w:rPr>
        <w:t xml:space="preserve">[1:27:22] </w:t>
      </w:r>
      <w:r>
        <w:t>dayit ata parmaye.</w:t>
      </w:r>
    </w:p>
    <w:p>
      <w:pPr>
        <w:jc w:val="right"/>
      </w:pPr>
      <w:r>
        <w:t>दायित अता परमाए.</w:t>
      </w:r>
    </w:p>
    <w:p>
      <w:r>
        <w:rPr>
          <w:b/>
        </w:rPr>
        <w:t xml:space="preserve">[1:27:29] </w:t>
      </w:r>
      <w:r>
        <w:t>Haan ji. Thank you for watching the program. We will be back next Sunday same time 10:30AM.</w:t>
      </w:r>
    </w:p>
    <w:p>
      <w:pPr>
        <w:jc w:val="right"/>
      </w:pPr>
      <w:r>
        <w:t>हां जी. Thank you for watching the program. We will be back next Sunday same time 10:30AM.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