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LAILATAL-QADR &amp; ITIKAF English Quran Talk Senior CPS member Ms. Fathima Sarah May 5, 2021</w:t>
      </w:r>
    </w:p>
    <w:p>
      <w:r>
        <w:t>https://www.youtube.com/watch?v=zziLL9KqmQs</w:t>
      </w:r>
    </w:p>
    <w:p>
      <w:r>
        <w:rPr>
          <w:b/>
        </w:rPr>
        <w:t xml:space="preserve">[00:04] </w:t>
      </w:r>
      <w:r>
        <w:t>Assalam o alaikum everyone, aoozubillah minash shaitanir rajeem, bismillah hir rahman nir raheem. Rabbi zidni ilman, Rabbi shrah li sadri, wa yassir li amri, wahlul uqdatan min lisani yafqahu qawli.</w:t>
      </w:r>
    </w:p>
    <w:p>
      <w:pPr>
        <w:jc w:val="right"/>
      </w:pPr>
      <w:r>
        <w:t>السلام علیکم ایوری ون، اعوذ باللہ من الشیطان الرجیم، بسم اللہ الرحمن الرحیم۔ ربی زدنی علما، رب اشرح لی صدری، ویسر لی امری، واحل العقدۃ من لسانی یفقہ قولی۔</w:t>
      </w:r>
    </w:p>
    <w:p>
      <w:r>
        <w:rPr>
          <w:b/>
        </w:rPr>
        <w:t xml:space="preserve">[00:20] </w:t>
      </w:r>
      <w:r>
        <w:t>Allahumma salli ala Muhammad wa ala aale Muhammad, kama sallaita ala Ibrahim wa ala aale Ibrahim, innaka hameed majeed. Allahumma barik ala Muhammad wa ala aale Muhammad, kama barakta ala Ibrahim wa ala aale Ibrahim, innaka hameed majeed.</w:t>
      </w:r>
    </w:p>
    <w:p>
      <w:pPr>
        <w:jc w:val="right"/>
      </w:pPr>
      <w:r>
        <w:t>اللہم صلی علی محمد وعلی آل محمد، کما صلیت علی ابراہیم وعلی آل ابراہیم، انک حمید مجید۔ اللہم بارک علی محمد وعلی آل محمد، کما بارکت علی ابراہیم وعلی آل ابراہیم، انک حمید مجید۔</w:t>
      </w:r>
    </w:p>
    <w:p>
      <w:r>
        <w:rPr>
          <w:b/>
        </w:rPr>
        <w:t xml:space="preserve">[00:36] </w:t>
      </w:r>
      <w:r>
        <w:t>Rabbana lakal hamd lakash shukr. I am a member of CPS International, its founder is Maulana Wahiduddin Khan sahib.</w:t>
      </w:r>
    </w:p>
    <w:p>
      <w:pPr>
        <w:jc w:val="right"/>
      </w:pPr>
      <w:r>
        <w:t>ربنا لک الحمد لک الشکر۔ آئی ایم ا ممبر آف سی پی ایس انٹرنیشنل، ہز فاؤنڈر از مولانا وحید الدین خان صاحب۔</w:t>
      </w:r>
    </w:p>
    <w:p>
      <w:r>
        <w:rPr>
          <w:b/>
        </w:rPr>
        <w:t xml:space="preserve">[00:45] </w:t>
      </w:r>
      <w:r>
        <w:t>Today session is about Lailat al-Qadr and I'tikaf. This is based on writings of Maulana sahib. We will begin with a chapter from the Quran, chapter 97, which is five verses,</w:t>
      </w:r>
    </w:p>
    <w:p>
      <w:pPr>
        <w:jc w:val="right"/>
      </w:pPr>
      <w:r>
        <w:t>ٹوڈے سیشن از اباؤٹ لیلۃ الخدر اینڈ اعتکاف۔ دس از بیسڈ ان رائٹنگز آف مولانا صاحب۔ وی ویل بیگن ود ا چیپٹر فرام دا قرآن، چیپٹر 97، وچ از فائیو ورسز،</w:t>
      </w:r>
    </w:p>
    <w:p>
      <w:r>
        <w:rPr>
          <w:b/>
        </w:rPr>
        <w:t xml:space="preserve">[01:01] </w:t>
      </w:r>
      <w:r>
        <w:t>vich is chapter al-khadr, the night of destiny.</w:t>
      </w:r>
    </w:p>
    <w:p>
      <w:pPr>
        <w:jc w:val="right"/>
      </w:pPr>
      <w:r>
        <w:t>وچ از چیپٹر الخدر، دا نائٹ آف ڈیسٹینی۔</w:t>
      </w:r>
    </w:p>
    <w:p>
      <w:r>
        <w:rPr>
          <w:b/>
        </w:rPr>
        <w:t xml:space="preserve">[01:06] </w:t>
      </w:r>
      <w:r>
        <w:t>we send it, quran, down in the night of destiny, and what will make you comprehend what the night of destiny is.</w:t>
      </w:r>
    </w:p>
    <w:p>
      <w:pPr>
        <w:jc w:val="right"/>
      </w:pPr>
      <w:r>
        <w:t>وی سینڈ اٹ، قرآن، ڈاؤن ان دا نائٹ آف ڈیسٹینی، اینڈ واٹ ویل میک یو کمپرینڈ واٹ دا نائٹ آف ڈیسٹینی از۔</w:t>
      </w:r>
    </w:p>
    <w:p>
      <w:r>
        <w:rPr>
          <w:b/>
        </w:rPr>
        <w:t xml:space="preserve">[01:16] </w:t>
      </w:r>
      <w:r>
        <w:t>the night of destiny is better than a thousand months. in that night, the angels and the spirit come down by the permission of their lord, which is decrees for all matters.</w:t>
      </w:r>
    </w:p>
    <w:p>
      <w:pPr>
        <w:jc w:val="right"/>
      </w:pPr>
      <w:r>
        <w:t>دا نائٹ آف ڈیسٹینی از بیٹر دین ا تھاؤزنڈ منتھس۔ ان دیٹ نائٹ، دی اینجلز اینڈ دا سپرٹ کم ڈاؤن بائی دا پرمیشن آف دیر لارڈ، وچ از ڈکریز فار آل میٹرز۔</w:t>
      </w:r>
    </w:p>
    <w:p>
      <w:r>
        <w:rPr>
          <w:b/>
        </w:rPr>
        <w:t xml:space="preserve">[01:31] </w:t>
      </w:r>
      <w:r>
        <w:t>it is all peace till the break of dawn.</w:t>
      </w:r>
    </w:p>
    <w:p>
      <w:pPr>
        <w:jc w:val="right"/>
      </w:pPr>
      <w:r>
        <w:t>اٹ از آل پیس ٹل دا بریک آف ڈان۔</w:t>
      </w:r>
    </w:p>
    <w:p>
      <w:r>
        <w:rPr>
          <w:b/>
        </w:rPr>
        <w:t xml:space="preserve">[01:35] </w:t>
      </w:r>
      <w:r>
        <w:t>this is the end of the translation of the chapter. see ramadan is a month of training.</w:t>
      </w:r>
    </w:p>
    <w:p>
      <w:pPr>
        <w:jc w:val="right"/>
      </w:pPr>
      <w:r>
        <w:t>دس از دی اینڈ آف دی ٹرانسلیشن آف دا چیپٹر۔ سی رمضان از ا منتھ آف ٹریننگ۔</w:t>
      </w:r>
    </w:p>
    <w:p>
      <w:r>
        <w:rPr>
          <w:b/>
        </w:rPr>
        <w:t xml:space="preserve">[01:44] </w:t>
      </w:r>
      <w:r>
        <w:t>in this month, god revealed the quran for the guidance of human beings. the quran began to be revealed in one special night of the month of ramadan.</w:t>
      </w:r>
    </w:p>
    <w:p>
      <w:pPr>
        <w:jc w:val="right"/>
      </w:pPr>
      <w:r>
        <w:t>ان دس منتھ، گاڈ ریویلڈ دا قرآن فار دا گائیڈنس آف ہیومن بینگز۔ دا قرآن بیگن ٹو بی ریویلڈ ان ون سپیشل نائٹ آف دا منتھ آف رمضان۔</w:t>
      </w:r>
    </w:p>
    <w:p>
      <w:r>
        <w:rPr>
          <w:b/>
        </w:rPr>
        <w:t xml:space="preserve">[01:59] </w:t>
      </w:r>
      <w:r>
        <w:t>this night is called laylat al-khadr</w:t>
      </w:r>
    </w:p>
    <w:p>
      <w:pPr>
        <w:jc w:val="right"/>
      </w:pPr>
      <w:r>
        <w:t>دس نائٹ از کالڈ لیلۃ الخدر</w:t>
      </w:r>
    </w:p>
    <w:p>
      <w:r>
        <w:rPr>
          <w:b/>
        </w:rPr>
        <w:t xml:space="preserve">[02:02] </w:t>
      </w:r>
      <w:r>
        <w:t>. khadr means judgment and destiny. this night is the night of judgment.</w:t>
      </w:r>
    </w:p>
    <w:p>
      <w:pPr>
        <w:jc w:val="right"/>
      </w:pPr>
      <w:r>
        <w:t>۔ خدر مینز ججمنٹ اینڈ ڈیسٹینی۔ دس نائٹ از دا نائٹ آف ججمنٹ۔</w:t>
      </w:r>
    </w:p>
    <w:p>
      <w:r>
        <w:rPr>
          <w:b/>
        </w:rPr>
        <w:t xml:space="preserve">[02:12] </w:t>
      </w:r>
      <w:r>
        <w:t>it means judgments are passed about the destiny of a person. it is also a night of great decision in the sense that god revealed the quran in this night, which is the greatest good for the human beings.</w:t>
      </w:r>
    </w:p>
    <w:p>
      <w:pPr>
        <w:jc w:val="right"/>
      </w:pPr>
      <w:r>
        <w:t>اٹ مینز ججمنٹس ار پاسڈ اباؤٹ دا ڈیسٹینی آف ا پرسن۔ اٹ از السو ا نائٹ آف گریٹ ڈیسیژن ان دا سینس دیٹ گاڈ ریویلڈ دا قرآن ان دس نائٹ، وچ از دا گریٹسٹ گڈ فار دا ہیومن بینگز۔</w:t>
      </w:r>
    </w:p>
    <w:p>
      <w:r>
        <w:rPr>
          <w:b/>
        </w:rPr>
        <w:t xml:space="preserve">[02:32] </w:t>
      </w:r>
      <w:r>
        <w:t>now, this book is a proclamation of god's will on earth until the day of judgment.</w:t>
      </w:r>
    </w:p>
    <w:p>
      <w:pPr>
        <w:jc w:val="right"/>
      </w:pPr>
      <w:r>
        <w:t>ناؤ، دس بک از ا پروکلیمیشن آف گاڈز ول ان ارتھ انٹل دا ڈے آف ججمنٹ۔</w:t>
      </w:r>
    </w:p>
    <w:p>
      <w:r>
        <w:rPr>
          <w:b/>
        </w:rPr>
        <w:t xml:space="preserve">[02:43] </w:t>
      </w:r>
      <w:r>
        <w:t>this book offers definitive and authoritative explanation of god's creation plan.</w:t>
      </w:r>
    </w:p>
    <w:p>
      <w:pPr>
        <w:jc w:val="right"/>
      </w:pPr>
      <w:r>
        <w:t>دس بک افرز ڈیفینیٹیو اینڈ اتھارٹیٹیو ایکسپلینیشن آف گاڈز کریشن پلان۔</w:t>
      </w:r>
    </w:p>
    <w:p>
      <w:r>
        <w:rPr>
          <w:b/>
        </w:rPr>
        <w:t xml:space="preserve">[02:53] </w:t>
      </w:r>
      <w:r>
        <w:t>this book clearly states the purpose of settling man on earth.</w:t>
      </w:r>
    </w:p>
    <w:p>
      <w:pPr>
        <w:jc w:val="right"/>
      </w:pPr>
      <w:r>
        <w:t>دس بک کلیئرلی سٹیٹس دا پرپس آف سیٹلنگ مین ان ارتھ۔</w:t>
      </w:r>
    </w:p>
    <w:p>
      <w:r>
        <w:rPr>
          <w:b/>
        </w:rPr>
        <w:t xml:space="preserve">[03:01] </w:t>
      </w:r>
      <w:r>
        <w:t>it answers profound questions such as what is life, what is death, what will happen after death.</w:t>
      </w:r>
    </w:p>
    <w:p>
      <w:pPr>
        <w:jc w:val="right"/>
      </w:pPr>
      <w:r>
        <w:t>اٹ انسرز پروفاؤنڈ کوسچنز سچ ایز واٹ از لائف، واٹ از ڈیتھ، واٹ ویل ہیپن افٹر ڈیتھ۔</w:t>
      </w:r>
    </w:p>
    <w:p>
      <w:r>
        <w:rPr>
          <w:b/>
        </w:rPr>
        <w:t xml:space="preserve">[03:11] </w:t>
      </w:r>
      <w:r>
        <w:t>this book is god's guide for all human beings born after the last prophet until the day of judgment.</w:t>
      </w:r>
    </w:p>
    <w:p>
      <w:pPr>
        <w:jc w:val="right"/>
      </w:pPr>
      <w:r>
        <w:t>دس بک از گاڈز گائیڈ فار آل ہیومن بینگز بورن افٹر دا لاسٹ پرافٹ انٹل دا ڈے آف ججمنٹ۔</w:t>
      </w:r>
    </w:p>
    <w:p>
      <w:r>
        <w:rPr>
          <w:b/>
        </w:rPr>
        <w:t xml:space="preserve">[03:22] </w:t>
      </w:r>
      <w:r>
        <w:t>whenever the anniversary of this night comes into our life, we too should treat this night to make some important decisions.</w:t>
      </w:r>
    </w:p>
    <w:p>
      <w:pPr>
        <w:jc w:val="right"/>
      </w:pPr>
      <w:r>
        <w:t>وین ایور دی اینیورسری آف دس نائٹ کمز انٹو اور لائف، وی ٹو شوڈ ٹریٹ دس نائٹ ٹو میک سم امپورٹنٹ ڈیسیژنز۔</w:t>
      </w:r>
    </w:p>
    <w:p>
      <w:r>
        <w:rPr>
          <w:b/>
        </w:rPr>
        <w:t xml:space="preserve">[03:34] </w:t>
      </w:r>
      <w:r>
        <w:t>in this night, a believing servant must tell god his decisions about the rest of his life.</w:t>
      </w:r>
    </w:p>
    <w:p>
      <w:pPr>
        <w:jc w:val="right"/>
      </w:pPr>
      <w:r>
        <w:t>ان دس نائٹ، ا بیلیونگ سرونٹ مسٹ ٹیل گاڈ ہز ڈیسیژنز اباؤٹ دا ریسٹ آف ہز لائف۔</w:t>
      </w:r>
    </w:p>
    <w:p>
      <w:r>
        <w:rPr>
          <w:b/>
        </w:rPr>
        <w:t xml:space="preserve">[03:45] </w:t>
      </w:r>
      <w:r>
        <w:t>he should express his decision and resolve realizing that he is in the presence of angels who are recording his statements.</w:t>
      </w:r>
    </w:p>
    <w:p>
      <w:pPr>
        <w:jc w:val="right"/>
      </w:pPr>
      <w:r>
        <w:t>ہی شوڈ ایکسپریس ہز ڈیسیژن اینڈ ریزولو ریلائزنگ دیٹ ہی از ان دا پریزنس آف اینجلز ہو آر ریکارڈنگ ہز سٹیٹمنٹس۔</w:t>
      </w:r>
    </w:p>
    <w:p>
      <w:r>
        <w:rPr>
          <w:b/>
        </w:rPr>
        <w:t xml:space="preserve">[03:57] </w:t>
      </w:r>
      <w:r>
        <w:t>in this great night, we must make sure that we take decisions about the book of god.</w:t>
      </w:r>
    </w:p>
    <w:p>
      <w:pPr>
        <w:jc w:val="right"/>
      </w:pPr>
      <w:r>
        <w:t>ان دس گریٹ نائٹ، وی مسٹ میک شور دیٹ وی ٹیک ڈیسیژنز اباؤٹ دا بک آف گاڈ۔</w:t>
      </w:r>
    </w:p>
    <w:p>
      <w:r>
        <w:rPr>
          <w:b/>
        </w:rPr>
        <w:t xml:space="preserve">[04:05] </w:t>
      </w:r>
      <w:r>
        <w:t>it is because this book describes the will of god</w:t>
      </w:r>
    </w:p>
    <w:p>
      <w:pPr>
        <w:jc w:val="right"/>
      </w:pPr>
      <w:r>
        <w:t>اٹ از بیکاز دس بک ڈسکرائبز دا ول آف گاڈ</w:t>
      </w:r>
    </w:p>
    <w:p>
      <w:r>
        <w:rPr>
          <w:b/>
        </w:rPr>
        <w:t xml:space="preserve">[04:13] </w:t>
      </w:r>
      <w:r>
        <w:t>. it describes what god expects from us. the book of god describes the will and plan of god.</w:t>
      </w:r>
    </w:p>
    <w:p>
      <w:pPr>
        <w:jc w:val="right"/>
      </w:pPr>
      <w:r>
        <w:t>۔ اٹ ڈسکرائبز واٹ گاڈ ایکسپیکٹس فرام اس۔ دا بک آف گاڈ ڈسکرائبز دا ول اینڈ پلان آف گاڈ۔</w:t>
      </w:r>
    </w:p>
    <w:p>
      <w:r>
        <w:rPr>
          <w:b/>
        </w:rPr>
        <w:t xml:space="preserve">[04:25] </w:t>
      </w:r>
      <w:r>
        <w:t>therefore, our plans and resolutions should be in line with the will of god.</w:t>
      </w:r>
    </w:p>
    <w:p>
      <w:pPr>
        <w:jc w:val="right"/>
      </w:pPr>
      <w:r>
        <w:t>دیر فور، اور پلانز اینڈ ریزولیوشنز شوڈ بی ان لائن ود دا ول آف گاڈ۔</w:t>
      </w:r>
    </w:p>
    <w:p>
      <w:r>
        <w:rPr>
          <w:b/>
        </w:rPr>
        <w:t xml:space="preserve">[04:34] </w:t>
      </w:r>
      <w:r>
        <w:t>it is clear from the quran that god wants everyone of his servants to become a recipient of divine sustenance through his book.</w:t>
      </w:r>
    </w:p>
    <w:p>
      <w:pPr>
        <w:jc w:val="right"/>
      </w:pPr>
      <w:r>
        <w:t>اٹ از کلیئر فرام دا قرآن دیٹ گاڈ وانٹس ایوری ون آف ہز سرونٹس ٹو بیکم ا ریسیپینٹ آف ڈیوائن سسٹیننس تھرو ہز بک۔</w:t>
      </w:r>
    </w:p>
    <w:p>
      <w:r>
        <w:rPr>
          <w:b/>
        </w:rPr>
        <w:t xml:space="preserve">[04:49] </w:t>
      </w:r>
      <w:r>
        <w:t>god desires that through the quran, a believer should see god</w:t>
      </w:r>
    </w:p>
    <w:p>
      <w:pPr>
        <w:jc w:val="right"/>
      </w:pPr>
      <w:r>
        <w:t>گاڈ ڈیزائرز دیٹ تھرو دا قرآن، ا بیلیور شوڈ سی گاڈ</w:t>
      </w:r>
    </w:p>
    <w:p>
      <w:r>
        <w:rPr>
          <w:b/>
        </w:rPr>
        <w:t xml:space="preserve">[04:56] </w:t>
      </w:r>
      <w:r>
        <w:t>. he should acquire higher levels of god realization, experience direct communion with god, and feel a living faith inspiring his life.</w:t>
      </w:r>
    </w:p>
    <w:p>
      <w:pPr>
        <w:jc w:val="right"/>
      </w:pPr>
      <w:r>
        <w:t>۔ ہی شوڈ ایکوائر ہائر لیولز آف گاڈ ریلائزیشن، ایکسپیرینس ڈائریکٹ کمیونین ود گاڈ، اینڈ فیل ا لیونگ فیتھ انسپائرنگ ہز لائف۔</w:t>
      </w:r>
    </w:p>
    <w:p>
      <w:r>
        <w:rPr>
          <w:b/>
        </w:rPr>
        <w:t xml:space="preserve">[05:12] </w:t>
      </w:r>
      <w:r>
        <w:t>so every believer should decide that in this night, he will become a realized soul by reading and contemplating upon the quran.</w:t>
      </w:r>
    </w:p>
    <w:p>
      <w:pPr>
        <w:jc w:val="right"/>
      </w:pPr>
      <w:r>
        <w:t>سو ایوری بیلیور شوڈ ڈیسائیڈ دیٹ ان دس نائٹ، ہی ویل بیکم ا ریلائزڈ سول بائی ریڈنگ اینڈ کنٹیمپلیٹنگ اپون دا قرآن۔</w:t>
      </w:r>
    </w:p>
    <w:p>
      <w:r>
        <w:rPr>
          <w:b/>
        </w:rPr>
        <w:t xml:space="preserve">[05:26] </w:t>
      </w:r>
      <w:r>
        <w:t>anadar plan that god mentioned is that his book should reach every human being.</w:t>
      </w:r>
    </w:p>
    <w:p>
      <w:pPr>
        <w:jc w:val="right"/>
      </w:pPr>
      <w:r>
        <w:t>انادر پلان دیٹ گاڈ مینشنڈ از دیٹ ہز بک شوڈ ریچ ایوری ہیومن بینگ۔</w:t>
      </w:r>
    </w:p>
    <w:p>
      <w:r>
        <w:rPr>
          <w:b/>
        </w:rPr>
        <w:t xml:space="preserve">[05:35] </w:t>
      </w:r>
      <w:r>
        <w:t>this mobilizes a believer to do his utmost to present this book to every human being, thereby making him a friend and a true well wisher to mankind.</w:t>
      </w:r>
    </w:p>
    <w:p>
      <w:pPr>
        <w:jc w:val="right"/>
      </w:pPr>
      <w:r>
        <w:t>دس موبیلائزز ا بیلیور ٹو ڈو ہز ایٹ موسٹ ٹو پریزنٹ دس بک ٹو ایوری ہیومن بینگ، دیر بائے میکنگ ہم اے فرینڈ اینڈ اے ٹرو ویل وشر ٹو مین کائنڈ۔</w:t>
      </w:r>
    </w:p>
    <w:p>
      <w:r>
        <w:rPr>
          <w:b/>
        </w:rPr>
        <w:t xml:space="preserve">[05:54] </w:t>
      </w:r>
      <w:r>
        <w:t>so a believer therefore plans his life in such a way that he stands up for this divine mission.</w:t>
      </w:r>
    </w:p>
    <w:p>
      <w:pPr>
        <w:jc w:val="right"/>
      </w:pPr>
      <w:r>
        <w:t>سو ا بیلیور دیر فور پلانز ہز لائف ان سچ اے وے دیٹ ہی سٹینڈز اپ فار دس ڈیوائن مشن۔</w:t>
      </w:r>
    </w:p>
    <w:p>
      <w:r>
        <w:rPr>
          <w:b/>
        </w:rPr>
        <w:t xml:space="preserve">[06:05] </w:t>
      </w:r>
      <w:r>
        <w:t>The Prophet Muhammad sallallahu alaihi wasallam said, "This religion will reach as far as day and night reach.</w:t>
      </w:r>
    </w:p>
    <w:p>
      <w:pPr>
        <w:jc w:val="right"/>
      </w:pPr>
      <w:r>
        <w:t>دا پرافٹ محمد صلی اللہ علیہ وسلم سیڈ، "دس ریلیجن ویل ریچ ایز فار ایز ڈے اینڈ نائٹ ریچ۔</w:t>
      </w:r>
    </w:p>
    <w:p>
      <w:r>
        <w:rPr>
          <w:b/>
        </w:rPr>
        <w:t xml:space="preserve">[06:14] </w:t>
      </w:r>
      <w:r>
        <w:t>no home big or small shall remain where the word of god will not enter.</w:t>
      </w:r>
    </w:p>
    <w:p>
      <w:pPr>
        <w:jc w:val="right"/>
      </w:pPr>
      <w:r>
        <w:t>نو ہوم بگ اور سمال شیل ریمین ویر دا ورڈ اف گاڈ ویل ناٹ انٹر۔</w:t>
      </w:r>
    </w:p>
    <w:p>
      <w:r>
        <w:rPr>
          <w:b/>
        </w:rPr>
        <w:t xml:space="preserve">[06:21] </w:t>
      </w:r>
      <w:r>
        <w:t>let us pledge this night that we will strive our utmost and to the last to introduce the word of god to every human being." the verses of the chapter 97 also show that in this night, great decisions about human beings are made for the next year.</w:t>
      </w:r>
    </w:p>
    <w:p>
      <w:pPr>
        <w:jc w:val="right"/>
      </w:pPr>
      <w:r>
        <w:t>لیٹ اس پلیج دس نائٹ دیٹ وی ویل سٹرائیو اور موسٹ اینڈ ٹو دا لاسٹ ٹو انٹروڈیوس دا ورڈ اف گاڈ ٹو ایوری ہیومن بینگ۔" دا ورسز اف دا چیپٹر 97 السو شو دیٹ ان دس نائٹ، گریٹ ڈیسیژنز اباؤٹ ہیومن بینگز ار میڈ فار دا نیکسٹ ایئر۔</w:t>
      </w:r>
    </w:p>
    <w:p>
      <w:r>
        <w:rPr>
          <w:b/>
        </w:rPr>
        <w:t xml:space="preserve">[06:46] </w:t>
      </w:r>
      <w:r>
        <w:t>we must remember here that these decisions are based on the response of the servants. these decisions are not unilateral decisions of god.</w:t>
      </w:r>
    </w:p>
    <w:p>
      <w:pPr>
        <w:jc w:val="right"/>
      </w:pPr>
      <w:r>
        <w:t>وی مسٹ ریممبر ہیر دیٹ دیز ڈیسیژنز ار بیسڈ ان دا رسپانس اف دا سرونٹس۔ دیز ڈیسیژنز ار ناٹ یونیلیٹرل ڈیسیژنز اف گاڈ۔</w:t>
      </w:r>
    </w:p>
    <w:p>
      <w:r>
        <w:rPr>
          <w:b/>
        </w:rPr>
        <w:t xml:space="preserve">[06:59] </w:t>
      </w:r>
      <w:r>
        <w:t>when these decisions are being made, every servant should ask god for the best decisions in his favor. there is no doubt that all of god's decisions are based on justice and mercy,</w:t>
      </w:r>
    </w:p>
    <w:p>
      <w:pPr>
        <w:jc w:val="right"/>
      </w:pPr>
      <w:r>
        <w:t>وین دیز ڈیسیژنز ار بینگ میڈ، ایوری سرونٹ شوڈ اسک گاڈ فار دا بیسٹ ڈیسیژنز ان ہز فیور۔ دیر از نو ڈاؤٹ دیٹ ال اف گاڈز ڈیسیژنز ار بیسڈ ان جسٹس اینڈ مرسی،</w:t>
      </w:r>
    </w:p>
    <w:p>
      <w:r>
        <w:rPr>
          <w:b/>
        </w:rPr>
        <w:t xml:space="preserve">[07:14] </w:t>
      </w:r>
      <w:r>
        <w:t>but asking god for the best decisions is an expression of our realization of our own humbleness.</w:t>
      </w:r>
    </w:p>
    <w:p>
      <w:pPr>
        <w:jc w:val="right"/>
      </w:pPr>
      <w:r>
        <w:t>بٹ اسکنگ گاڈ فار دا بیسٹ ڈیسیژنز از ان ایکسپریشن اف اور ریلائزیشن اف اور اون ہملنس۔</w:t>
      </w:r>
    </w:p>
    <w:p>
      <w:r>
        <w:rPr>
          <w:b/>
        </w:rPr>
        <w:t xml:space="preserve">[07:25] </w:t>
      </w:r>
      <w:r>
        <w:t>the prophet's wife Hazrat Aisha asked the prophet. she said, "what decision should i ask god for me if i get that night?" in reply, the prophet taught her a prayer that is to this eff</w:t>
      </w:r>
    </w:p>
    <w:p>
      <w:pPr>
        <w:jc w:val="right"/>
      </w:pPr>
      <w:r>
        <w:t>دا پرافٹ وائف حضرت عائشہ اسک دا پرافٹ۔ شی سیڈ، "واٹ ڈیسیژن شوڈ ائی اسک گاڈ فار می اف ائی گیٹ دیٹ نائٹ؟" ان ریپلائی، دا پرافٹ ٹاٹ ہر اے پریئر دیٹ از ٹو دس ایف</w:t>
      </w:r>
    </w:p>
    <w:p>
      <w:r>
        <w:rPr>
          <w:b/>
        </w:rPr>
        <w:t xml:space="preserve">[07:42] </w:t>
      </w:r>
      <w:r>
        <w:t>ect. the best decision that one could pray to god is to ask for his forgiveness. so if you find such a night, ask god for forgiveness for yourself.</w:t>
      </w:r>
    </w:p>
    <w:p>
      <w:pPr>
        <w:jc w:val="right"/>
      </w:pPr>
      <w:r>
        <w:t>یکٹ۔ دا بیسٹ ڈیسیژن دیٹ ون کڈ پری ٹو گاڈ از ٹو اسک فار ہز فورگوننس۔ سو اف یو فائنڈ سچ اے نائٹ، اسک گاڈ فار فورگوننس فار یور سیلف۔</w:t>
      </w:r>
    </w:p>
    <w:p>
      <w:r>
        <w:rPr>
          <w:b/>
        </w:rPr>
        <w:t xml:space="preserve">[07:56] </w:t>
      </w:r>
      <w:r>
        <w:t>today, we all are suffering from an invisible virus. there is so much terror and fear in the environment that every human being is worried about it.</w:t>
      </w:r>
    </w:p>
    <w:p>
      <w:pPr>
        <w:jc w:val="right"/>
      </w:pPr>
      <w:r>
        <w:t>ٹوڈے، وی ال ار سفرنگ فرام این انویزیبل وائرس۔ دیر از سو مچ ٹیرر اینڈ فیئر ان دا انوائرمنٹ دیٹ ایوری ہیومن بینگ از وریڈ اباؤٹ اٹ۔</w:t>
      </w:r>
    </w:p>
    <w:p>
      <w:r>
        <w:rPr>
          <w:b/>
        </w:rPr>
        <w:t xml:space="preserve">[08:09] </w:t>
      </w:r>
      <w:r>
        <w:t>there are constant reports of death</w:t>
      </w:r>
    </w:p>
    <w:p>
      <w:pPr>
        <w:jc w:val="right"/>
      </w:pPr>
      <w:r>
        <w:t>دیر ار کانسٹنٹ رپورٹس اف ڈیت</w:t>
      </w:r>
    </w:p>
    <w:p>
      <w:r>
        <w:rPr>
          <w:b/>
        </w:rPr>
        <w:t xml:space="preserve">[08:11] </w:t>
      </w:r>
      <w:r>
        <w:t>s. people keep looking at number of victims as they look at the rising graph of gold and silver morning and evening.</w:t>
      </w:r>
    </w:p>
    <w:p>
      <w:pPr>
        <w:jc w:val="right"/>
      </w:pPr>
      <w:r>
        <w:t>ھس۔ پیپل کیپ لوکنگ ایٹ نمبر اف وکٹمز ایز دے لوک ایٹ دا رائزنگ گراف اف گولڈ اینڈ سلور مارننگ اینڈ ایوننگ۔</w:t>
      </w:r>
    </w:p>
    <w:p>
      <w:r>
        <w:rPr>
          <w:b/>
        </w:rPr>
        <w:t xml:space="preserve">[08:20] </w:t>
      </w:r>
      <w:r>
        <w:t>how strange is a condition that we are terrified of the invisible virus, but we are totally oblivious of the inevitable fact that we have to stand before god and answer for everything that we are doing in this life.</w:t>
      </w:r>
    </w:p>
    <w:p>
      <w:pPr>
        <w:jc w:val="right"/>
      </w:pPr>
      <w:r>
        <w:t>ہاؤ سٹرینج از اے کنڈیشن دیٹ وی ار ٹیرفائیڈ اف دا انویزیبل وائرس، بٹ وی ار ٹوٹلی اوبلیوئیس اف دا ان ایویٹیبل فیکٹ دیٹ وی ہیو ٹو سٹینڈ بیفور گاڈ اینڈ انسر فار ایوری تھنگ دیٹ وی ار ڈوئنگ ان دس لائف۔</w:t>
      </w:r>
    </w:p>
    <w:p>
      <w:r>
        <w:rPr>
          <w:b/>
        </w:rPr>
        <w:t xml:space="preserve">[08:38] </w:t>
      </w:r>
      <w:r>
        <w:t>there is a verse in this in the quran, chapter 32, verse 21, "and most surely we will make them taste a lesser punishment before the greater punishment, so that perhaps they may return to us in repentance." it may be that we are on the threshold of some catastrophic event and the virus has come to warn us about it</w:t>
      </w:r>
    </w:p>
    <w:p>
      <w:pPr>
        <w:jc w:val="right"/>
      </w:pPr>
      <w:r>
        <w:t>دیر از اے ورس ان دس ان دا قرآن، چیپٹر 32، ورس 21، "اینڈ موسٹ شورلی وی ویل میک دیم ٹیسٹ اے لیسر پنشمنٹ بیفور دا گریٹر پنشمنٹ، سو دیٹ پرہیپس دے می ریٹرن ٹو اس ان ریپینٹنس۔" اٹ می بی دیٹ وی ار ان دا تھریش ہولڈ اف سم کیٹاسٹروفک ایونٹ اینڈ دا وائرس ہیز کم ٹو وارن اس اباؤٹ اٹ</w:t>
      </w:r>
    </w:p>
    <w:p>
      <w:r>
        <w:rPr>
          <w:b/>
        </w:rPr>
        <w:t xml:space="preserve">[09:07] </w:t>
      </w:r>
      <w:r>
        <w:t>. in this sense, we may look at the present situation as warning to be alert to break our indifference, to break our insensities.</w:t>
      </w:r>
    </w:p>
    <w:p>
      <w:pPr>
        <w:jc w:val="right"/>
      </w:pPr>
      <w:r>
        <w:t>۔ ان دس سینس، وی می لوک ایٹ دا پریزنٹ سچویشن ایز وارننگ ٹو بی الرٹ ٹو بریک اور انڈیفرنس، ٹو بریک اور انسینسٹیونس۔</w:t>
      </w:r>
    </w:p>
    <w:p>
      <w:r>
        <w:rPr>
          <w:b/>
        </w:rPr>
        <w:t xml:space="preserve">[09:21] </w:t>
      </w:r>
      <w:r>
        <w:t>we should be quicker to turn to god. we should repent before god in such a way as to invoke his mercy. but the sign of indifference is that we are not turning to god in sincere repentance.</w:t>
      </w:r>
    </w:p>
    <w:p>
      <w:pPr>
        <w:jc w:val="right"/>
      </w:pPr>
      <w:r>
        <w:t>وی شوڈ بی کوئیکر ٹو ٹرن ٹو گاڈ۔ وی شوڈ ریپینٹ بیفور گاڈ ان سچ اے وے ایز ٹو انوک ہز مرسی۔ بٹ دا سائن اف انڈیفرنس از دیٹ وی ار ناٹ ٹرننگ ٹو گاڈ ان سنسیر ریپینٹنس۔</w:t>
      </w:r>
    </w:p>
    <w:p>
      <w:r>
        <w:rPr>
          <w:b/>
        </w:rPr>
        <w:t xml:space="preserve">[09:37] </w:t>
      </w:r>
      <w:r>
        <w:t>in last ramadan, the situation was the same. we had just started to suffer the consequences of the raging pandemic, but we did not learn any lesson.</w:t>
      </w:r>
    </w:p>
    <w:p>
      <w:pPr>
        <w:jc w:val="right"/>
      </w:pPr>
      <w:r>
        <w:t>ان لاسٹ رمضان، دا سچویشن واز دا سیم۔ وی ہیڈ جسٹ سٹارٹڈ ٹو سفر دا کونسیکونسز اف دا ریجنگ پینڈیمک، بٹ وی ڈیڈ ناٹ لرن اینی لیسن۔</w:t>
      </w:r>
    </w:p>
    <w:p>
      <w:r>
        <w:rPr>
          <w:b/>
        </w:rPr>
        <w:t xml:space="preserve">[09:51] </w:t>
      </w:r>
      <w:r>
        <w:t>we did not ask god for better decisions in our favor. sincere repentance is a prerequisite.</w:t>
      </w:r>
    </w:p>
    <w:p>
      <w:pPr>
        <w:jc w:val="right"/>
      </w:pPr>
      <w:r>
        <w:t>وی ڈیڈ ناٹ اسک گاڈ فار بیٹر ڈیسیژنز ان ا فیور۔ سنسیر ریپینٹنس از اے پری ریکویزٹ۔</w:t>
      </w:r>
    </w:p>
    <w:p>
      <w:r>
        <w:rPr>
          <w:b/>
        </w:rPr>
        <w:t xml:space="preserve">[10:00] </w:t>
      </w:r>
      <w:r>
        <w:t>when one is asking for a better decision,</w:t>
      </w:r>
    </w:p>
    <w:p>
      <w:pPr>
        <w:jc w:val="right"/>
      </w:pPr>
      <w:r>
        <w:t>وین ون از اسکنگ فار اے بیٹر ڈیسیژن،</w:t>
      </w:r>
    </w:p>
    <w:p>
      <w:r>
        <w:rPr>
          <w:b/>
        </w:rPr>
        <w:t xml:space="preserve">[10:04] </w:t>
      </w:r>
      <w:r>
        <w:t>practically it means that a person is ready to change the course of his life. he is also ready to change his character.</w:t>
      </w:r>
    </w:p>
    <w:p>
      <w:pPr>
        <w:jc w:val="right"/>
      </w:pPr>
      <w:r>
        <w:t>پریکٹیکلی اٹ مینز دیٹ اے پرسن از ریڈی ٹو چینج دا کورس اف ہز لائف۔ ہی از السو ریڈی ٹو چینج ہز کریکٹر۔</w:t>
      </w:r>
    </w:p>
    <w:p>
      <w:r>
        <w:rPr>
          <w:b/>
        </w:rPr>
        <w:t xml:space="preserve">[10:15] </w:t>
      </w:r>
      <w:r>
        <w:t>he is willing to achieve god realization and making the da'wah mission as the mission of his life.</w:t>
      </w:r>
    </w:p>
    <w:p>
      <w:pPr>
        <w:jc w:val="right"/>
      </w:pPr>
      <w:r>
        <w:t>ہی از ویلنگ ٹو اچیو گاڈ ریلائزیشن اینڈ میکنگ دا دعویٰ مشن ایز دا مشن اف ہز لائف۔</w:t>
      </w:r>
    </w:p>
    <w:p>
      <w:r>
        <w:rPr>
          <w:b/>
        </w:rPr>
        <w:t xml:space="preserve">[10:24] </w:t>
      </w:r>
      <w:r>
        <w:t>we should all repent together</w:t>
      </w:r>
    </w:p>
    <w:p>
      <w:pPr>
        <w:jc w:val="right"/>
      </w:pPr>
      <w:r>
        <w:t>وی شوڈ ال ریپینٹ ٹوگیدر</w:t>
      </w:r>
    </w:p>
    <w:p>
      <w:r>
        <w:rPr>
          <w:b/>
        </w:rPr>
        <w:t xml:space="preserve">[10:26] </w:t>
      </w:r>
      <w:r>
        <w:t>. there is a verse in the quran where allah says, "believers turn to god, everyone of you, so that you may prosper." this is from chapter 24, verse 31.</w:t>
      </w:r>
    </w:p>
    <w:p>
      <w:pPr>
        <w:jc w:val="right"/>
      </w:pPr>
      <w:r>
        <w:t>۔ دیر از اے ورس ان دا قرآن ویر اللہ سیز، "بیلیورز ٹرن ٹو گاڈ، ایوری ون اف یو، سو دیٹ یو می پروسپر۔" دس از فرام چیپٹر 24، ورس 31۔</w:t>
      </w:r>
    </w:p>
    <w:p>
      <w:r>
        <w:rPr>
          <w:b/>
        </w:rPr>
        <w:t xml:space="preserve">[10:42] </w:t>
      </w:r>
      <w:r>
        <w:t>it is narrated about the early history of islam that when there was no rain, the canals had dried up.</w:t>
      </w:r>
    </w:p>
    <w:p>
      <w:pPr>
        <w:jc w:val="right"/>
      </w:pPr>
      <w:r>
        <w:t>اٹ از نیریٹڈ اباؤٹ دی ارلی ہسٹری اف اسلام دیٹ وین دیر واز نو رین، دا کینلز ہیڈ ڈرائیڈ اپ۔</w:t>
      </w:r>
    </w:p>
    <w:p>
      <w:r>
        <w:rPr>
          <w:b/>
        </w:rPr>
        <w:t xml:space="preserve">[10:50] </w:t>
      </w:r>
      <w:r>
        <w:t>there was no water for human beings and animals to drink, and there was no water for the fields. the prophet would take his companions along with him and go out to an open field.</w:t>
      </w:r>
    </w:p>
    <w:p>
      <w:pPr>
        <w:jc w:val="right"/>
      </w:pPr>
      <w:r>
        <w:t>دیر واز نو واٹر فار ہیومن بینگز اینڈ اینیملز ٹو ڈرنک، اینڈ دیر واز نو واٹر فار دا فیلڈز۔ دا پرافٹ وڈ ٹیک ہز کمپینینز الونگ ود ہم اینڈ گو اؤٹ ٹو این اوپن فیلڈ۔</w:t>
      </w:r>
    </w:p>
    <w:p>
      <w:r>
        <w:rPr>
          <w:b/>
        </w:rPr>
        <w:t xml:space="preserve">[11:04] </w:t>
      </w:r>
      <w:r>
        <w:t>when he reached there, he would turn over his cloak or mantle and offer two units of prayers.</w:t>
      </w:r>
    </w:p>
    <w:p>
      <w:pPr>
        <w:jc w:val="right"/>
      </w:pPr>
      <w:r>
        <w:t>وین ہی ریچ دیر، ہی وڈ ٹرن اوور ہز کلوک اور مینٹل اینڈ افر ٹو یونٹس اف پریئرز۔</w:t>
      </w:r>
    </w:p>
    <w:p>
      <w:r>
        <w:rPr>
          <w:b/>
        </w:rPr>
        <w:t xml:space="preserve">[11:12] </w:t>
      </w:r>
      <w:r>
        <w:t>and then while praying, he would turn his hands upside down so that his palm faced the ground. he would then supplicate this, "o god, just as a condition is changed, change the weather with your mercy and make a better decision in a favor."</w:t>
      </w:r>
    </w:p>
    <w:p>
      <w:pPr>
        <w:jc w:val="right"/>
      </w:pPr>
      <w:r>
        <w:t>اینڈ دین ویل پریئنگ، ہی وڈ ٹرن ہز ہینڈز اپ سائیڈ ڈاؤن سو دیٹ ہز پام فیس دا گراؤنڈ۔ ہی وڈ دین سپلیکیٹ دس، "او گاڈ، جسٹ ایز اے کنڈیشن از چینجڈ، چینج دا ویدر وچ یور مرسی اینڈ میک اے بیٹر ڈیسیژن ان ا فیور۔"</w:t>
      </w:r>
    </w:p>
    <w:p>
      <w:r>
        <w:rPr>
          <w:b/>
        </w:rPr>
        <w:t xml:space="preserve">[11:34] </w:t>
      </w:r>
      <w:r>
        <w:t>another incident is that of the great famine and the loss that happened during the reign of caliph nasir.</w:t>
      </w:r>
    </w:p>
    <w:p>
      <w:pPr>
        <w:jc w:val="right"/>
      </w:pPr>
      <w:r>
        <w:t>انادر انسیڈنٹ از دیٹ اف دا گریٹ فیمنین اینڈ دی لوسیا دیٹ ہیپنڈ ڈیورنگ دا رین اف کیلف ناصر۔</w:t>
      </w:r>
    </w:p>
    <w:p>
      <w:r>
        <w:rPr>
          <w:b/>
        </w:rPr>
        <w:t xml:space="preserve">[11:43] </w:t>
      </w:r>
      <w:r>
        <w:t>the caliph sent a messenger to khazi manzar, a judge, asking him to offer collective prayers for rain.</w:t>
      </w:r>
    </w:p>
    <w:p>
      <w:pPr>
        <w:jc w:val="right"/>
      </w:pPr>
      <w:r>
        <w:t>دا کیلف سینڈ اے میسنجر ٹو خازی منظر، اے جج، اسکنگ ہم ٹو افر کلیکٹیو پریئرز فار رین۔</w:t>
      </w:r>
    </w:p>
    <w:p>
      <w:r>
        <w:rPr>
          <w:b/>
        </w:rPr>
        <w:t xml:space="preserve">[11:54] </w:t>
      </w:r>
      <w:r>
        <w:t>khazi manzar gathered the people in a field with him.</w:t>
      </w:r>
    </w:p>
    <w:p>
      <w:pPr>
        <w:jc w:val="right"/>
      </w:pPr>
      <w:r>
        <w:t>خازی منظر گیدرڈ دا پیپل ان ا فیلڈ ود ہم۔</w:t>
      </w:r>
    </w:p>
    <w:p>
      <w:r>
        <w:rPr>
          <w:b/>
        </w:rPr>
        <w:t xml:space="preserve">[11:59] </w:t>
      </w:r>
      <w:r>
        <w:t>he asked the messenger of the caliph, "well, tell me what the caliph was doing when you left him?" the messenger said, "i have never before seen the caliph as humble as he is today.</w:t>
      </w:r>
    </w:p>
    <w:p>
      <w:pPr>
        <w:jc w:val="right"/>
      </w:pPr>
      <w:r>
        <w:t>ہی اسک دا میسنجر اف دا کیلف، "ویل، ٹیل می واٹ دا کیلف واز ڈوئنگ وین یو لیفٹ ہم؟" دا میسنجر سیڈ، "ائی ہیو نیور بیفور سین دا کیلف ایز ہمبل ایز ہی از ٹوڈے۔</w:t>
      </w:r>
    </w:p>
    <w:p>
      <w:r>
        <w:rPr>
          <w:b/>
        </w:rPr>
        <w:t xml:space="preserve">[12:15] </w:t>
      </w:r>
      <w:r>
        <w:t>he has taken off his crown and his seat on the ground in very simple and old cloth. he had tears in his eyes and he was praying in these words, 'o god,</w:t>
      </w:r>
    </w:p>
    <w:p>
      <w:pPr>
        <w:jc w:val="right"/>
      </w:pPr>
      <w:r>
        <w:t>ہی ہیز ٹیکن اف ہز کراؤن اینڈ ہیز سیٹ ان دا گراؤنڈ ان ویری سمپل اینڈ اولڈ کلوتھ۔ ہی ہیڈ ٹیئرز ان ہز ائیز اینڈ ہی واز پریئنگ ان دیز ورڈز، 'او گاڈ،</w:t>
      </w:r>
    </w:p>
    <w:p>
      <w:r>
        <w:rPr>
          <w:b/>
        </w:rPr>
        <w:t xml:space="preserve">[12:29] </w:t>
      </w:r>
      <w:r>
        <w:t>my forelock is in your hand. are you punishing my people for my sins, even though your decisions are based on justice?'" hearing this, khazi manzar's face lit up.</w:t>
      </w:r>
    </w:p>
    <w:p>
      <w:pPr>
        <w:jc w:val="right"/>
      </w:pPr>
      <w:r>
        <w:t>مائی فور لاک از ان یور ہینڈ۔ ار یو پنشنگ مائی پیپل فار مائی سنس، ایون دو یور ڈیسیژنز ار بیسڈ ان جسٹس؟'" ہیورنگ دس، خازی منظر فیس لٹ اپ۔</w:t>
      </w:r>
    </w:p>
    <w:p>
      <w:r>
        <w:rPr>
          <w:b/>
        </w:rPr>
        <w:t xml:space="preserve">[12:43] </w:t>
      </w:r>
      <w:r>
        <w:t>he said, "it will definitely rain now, for when the king of the earth bows down before god, the king of heaven will shower his mercy."</w:t>
      </w:r>
    </w:p>
    <w:p>
      <w:pPr>
        <w:jc w:val="right"/>
      </w:pPr>
      <w:r>
        <w:t>ہی سیڈ، "اٹ ویل ڈیفینیٹلی رین ناو، فار وین دا کنگ اف دی ارتھ بوز ڈاؤن بیفور گاڈ، دا کنگ اف ہیون ویل شاور ہز مرسی۔"</w:t>
      </w:r>
    </w:p>
    <w:p>
      <w:r>
        <w:rPr>
          <w:b/>
        </w:rPr>
        <w:t xml:space="preserve">[12:55] </w:t>
      </w:r>
      <w:r>
        <w:t>when people reached their homes after praying, they saw that the sky was full of clouds and then it started raining.</w:t>
      </w:r>
    </w:p>
    <w:p>
      <w:pPr>
        <w:jc w:val="right"/>
      </w:pPr>
      <w:r>
        <w:t>وین پیپل ریچ دیر ہومز افٹر پریئنگ، دے سو دیٹ دا سکائی واز فل اف کلاؤڈز اینڈ دین اٹ سٹارٹڈ ریننگ۔</w:t>
      </w:r>
    </w:p>
    <w:p>
      <w:r>
        <w:rPr>
          <w:b/>
        </w:rPr>
        <w:t xml:space="preserve">[13:06] </w:t>
      </w:r>
      <w:r>
        <w:t>in today's pandemic situation, we neither have the opportunity nor is it advisable to collectively repent and seek forgiveness in an open field</w:t>
      </w:r>
    </w:p>
    <w:p>
      <w:pPr>
        <w:jc w:val="right"/>
      </w:pPr>
      <w:r>
        <w:t>ان ٹوڈے پینڈیمک سچویشن، وی نیدر ہیو دی اپرچونیٹی نور از اٹ ایڈوائزبل ٹو کلیکٹولی ریپینٹ اینڈ سیک فورگوننس ان این اوپن فیل</w:t>
      </w:r>
    </w:p>
    <w:p>
      <w:r>
        <w:rPr>
          <w:b/>
        </w:rPr>
        <w:t xml:space="preserve">[13:17] </w:t>
      </w:r>
      <w:r>
        <w:t>but each of us should pray to god in the seclusion of our own homes. asking forgiveness for our mistakes and deviations, we should pray to god to change these conditions with his mercy.</w:t>
      </w:r>
    </w:p>
    <w:p>
      <w:pPr>
        <w:jc w:val="right"/>
      </w:pPr>
      <w:r>
        <w:t>ڈ، بٹ ایچ اف اس شوڈ پری ٹو گاڈ ان دا سیکلوژن اف اور اون ہومز۔ اسکنگ فورگوننس فار اور مسٹیکس اینڈ ڈیوی ایشنز، وی شوڈ پری ٹو گاڈ ٹو چینج دیز کنڈیشنز وچ ہز مرسی۔</w:t>
      </w:r>
    </w:p>
    <w:p>
      <w:r>
        <w:rPr>
          <w:b/>
        </w:rPr>
        <w:t xml:space="preserve">[13:34] </w:t>
      </w:r>
      <w:r>
        <w:t>may he restore the normal conditions so that we can carry out the work of dawah.</w:t>
      </w:r>
    </w:p>
    <w:p>
      <w:pPr>
        <w:jc w:val="right"/>
      </w:pPr>
      <w:r>
        <w:t>می ہی ریسٹور دا نارمل کنڈیشنز سو دیٹ وی کین کیری اؤٹ دا ورک اف دعویٰ۔</w:t>
      </w:r>
    </w:p>
    <w:p>
      <w:r>
        <w:rPr>
          <w:b/>
        </w:rPr>
        <w:t xml:space="preserve">[13:42] </w:t>
      </w:r>
      <w:r>
        <w:t>we, the members of cps, collectively repent to god on behalf of the entire ummah and pray that the decisions that are to be made this ramadan should be of peace, healing and normalcy.</w:t>
      </w:r>
    </w:p>
    <w:p>
      <w:pPr>
        <w:jc w:val="right"/>
      </w:pPr>
      <w:r>
        <w:t>وی، دا ممبرز اف سی پی ایس، کلیکٹولی ریپینٹ ٹو گاڈ ان بیہاف اف دی انٹائر امہ اینڈ پری دیٹ دا ڈیسیژنز دیٹ ار ٹو بی میڈ دس رمضان شوڈ بی اف پیس، ہیلنگ اینڈ نارملسی۔</w:t>
      </w:r>
    </w:p>
    <w:p>
      <w:r>
        <w:rPr>
          <w:b/>
        </w:rPr>
        <w:t xml:space="preserve">[14:00] </w:t>
      </w:r>
      <w:r>
        <w:t>o god, guide us to end our indifference towards the day of judgment</w:t>
      </w:r>
    </w:p>
    <w:p>
      <w:pPr>
        <w:jc w:val="right"/>
      </w:pPr>
      <w:r>
        <w:t>او گاڈ، گائیڈ اس ٹو اینڈ اور انڈیفرنس ٹورڈز دا ڈے اف ججمنٹ</w:t>
      </w:r>
    </w:p>
    <w:p>
      <w:r>
        <w:rPr>
          <w:b/>
        </w:rPr>
        <w:t xml:space="preserve">[14:06] </w:t>
      </w:r>
      <w:r>
        <w:t>. grant us higher levels of god realization and may the coming days be days of goodness and peace for us.</w:t>
      </w:r>
    </w:p>
    <w:p>
      <w:pPr>
        <w:jc w:val="right"/>
      </w:pPr>
      <w:r>
        <w:t>۔ گرانٹ اس ہائر لیولز اف گاڈ ریلائزیشن اینڈ می دا کمنگ ڈیز بی ڈیز اف گڈنس اینڈ پیس فار اس۔</w:t>
      </w:r>
    </w:p>
    <w:p>
      <w:r>
        <w:rPr>
          <w:b/>
        </w:rPr>
        <w:t xml:space="preserve">[14:18] </w:t>
      </w:r>
      <w:r>
        <w:t>ameen. the descent of angels on earth is mentioned in this month and especially in its last nights.</w:t>
      </w:r>
    </w:p>
    <w:p>
      <w:pPr>
        <w:jc w:val="right"/>
      </w:pPr>
      <w:r>
        <w:t>امین۔ دا ڈیسنٹ اف اینجلز ان ارتھ از مینشنڈ ان دس منتھ اینڈ اسپیشلی ان اٹس لاسٹ نائٹس۔</w:t>
      </w:r>
    </w:p>
    <w:p>
      <w:r>
        <w:rPr>
          <w:b/>
        </w:rPr>
        <w:t xml:space="preserve">[14:27] </w:t>
      </w:r>
      <w:r>
        <w:t>probably the reason for this is that the believer turns himself into angelic nature by fasting throughout ramadan.</w:t>
      </w:r>
    </w:p>
    <w:p>
      <w:pPr>
        <w:jc w:val="right"/>
      </w:pPr>
      <w:r>
        <w:t>پروبیبلی دا ریزن فار دس از دیٹ دا بیلیور ٹرنز ہم سیلف انٹو اینجلک نیچر بائی فاسٹنگ تھرو اؤٹ رمضان۔</w:t>
      </w:r>
    </w:p>
    <w:p>
      <w:r>
        <w:rPr>
          <w:b/>
        </w:rPr>
        <w:t xml:space="preserve">[14:37] </w:t>
      </w:r>
      <w:r>
        <w:t>this angelic character begins to develop within him. he voluntarily joins the ranks of the angels.</w:t>
      </w:r>
    </w:p>
    <w:p>
      <w:pPr>
        <w:jc w:val="right"/>
      </w:pPr>
      <w:r>
        <w:t>دس اینجلک کریکٹر بیگنز ٹو ڈیولپ ود ان ہم۔ ہی والنٹیریلی جوائنز دا رینکس اف دی اینجلز۔</w:t>
      </w:r>
    </w:p>
    <w:p>
      <w:r>
        <w:rPr>
          <w:b/>
        </w:rPr>
        <w:t xml:space="preserve">[14:47] </w:t>
      </w:r>
      <w:r>
        <w:t>it is such a strange event that god sends angels to earth to see the scene, saying, "o my angels, descend to earth to witness my servants who have surrendered their will before me</w:t>
      </w:r>
    </w:p>
    <w:p>
      <w:pPr>
        <w:jc w:val="right"/>
      </w:pPr>
      <w:r>
        <w:t>اٹ از سچ اے سٹرینج ایونٹ دیٹ گاڈ سینڈز اینجلز ٹو ارتھ ٹو سی دا سین، سینگ، "او مائی اینجلز، ڈیسنٹ ٹو ارتھ ٹو وٹنس مائی سرونٹس ہو ہیو سرنڈرڈ دیر ول بیفور می</w:t>
      </w:r>
    </w:p>
    <w:p>
      <w:r>
        <w:rPr>
          <w:b/>
        </w:rPr>
        <w:t xml:space="preserve">[15:03] </w:t>
      </w:r>
      <w:r>
        <w:t>. these are creatures that eat and drink, but they have imitated you in following my command.</w:t>
      </w:r>
    </w:p>
    <w:p>
      <w:pPr>
        <w:jc w:val="right"/>
      </w:pPr>
      <w:r>
        <w:t>۔ دیز ار کریچرز دیٹ ایٹ اینڈ ڈرنک، بٹ دے ہیو ایمیٹیٹڈ یو ان فالونگ مائی کمانڈ۔</w:t>
      </w:r>
    </w:p>
    <w:p>
      <w:r>
        <w:rPr>
          <w:b/>
        </w:rPr>
        <w:t xml:space="preserve">[15:11] </w:t>
      </w:r>
      <w:r>
        <w:t>they have ceased to eat and drink. the way you keep praising and extolling me at all times, the same is the way of these humans in this month.</w:t>
      </w:r>
    </w:p>
    <w:p>
      <w:pPr>
        <w:jc w:val="right"/>
      </w:pPr>
      <w:r>
        <w:t>دے ہیو سیز ٹو ایٹ اینڈ ڈرنک۔ دا وے یو کیپ پریزنگ اینڈ ایکسٹالنگ می ایٹ ال ٹائمز، دا سیم از دا وے اف دیز ہیومنز ان دس منتھ۔</w:t>
      </w:r>
    </w:p>
    <w:p>
      <w:r>
        <w:rPr>
          <w:b/>
        </w:rPr>
        <w:t xml:space="preserve">[15:23] </w:t>
      </w:r>
      <w:r>
        <w:t>it seems that if a person makes himself the desired person of god, then the angels of god are with him."</w:t>
      </w:r>
    </w:p>
    <w:p>
      <w:pPr>
        <w:jc w:val="right"/>
      </w:pPr>
      <w:r>
        <w:t>اٹ سیems دیٹ اف اے پرسن میکس ہم سیلف دا ڈیزائرڈ پرسن اف گاڈ، دین دی اینجلز اف گاڈ ار ود ہم۔"</w:t>
      </w:r>
    </w:p>
    <w:p>
      <w:r>
        <w:rPr>
          <w:b/>
        </w:rPr>
        <w:t xml:space="preserve">[15:35] </w:t>
      </w:r>
      <w:r>
        <w:t>lailat ul qadr is one of the last ten nights of ramadan. in this night, the descent of the angel gabriel is also mentioned in the quran.</w:t>
      </w:r>
    </w:p>
    <w:p>
      <w:pPr>
        <w:jc w:val="right"/>
      </w:pPr>
      <w:r>
        <w:t>لیلۃ الخضر فالز ان اینی ون اف دا لاسٹ ٹین اور نائٹس اف رمضان۔ ان دس نائٹ، دا ڈیسنٹ اف دی اینجل گیبریل از السو مینشنڈ ان دا قرآن۔</w:t>
      </w:r>
    </w:p>
    <w:p>
      <w:r>
        <w:rPr>
          <w:b/>
        </w:rPr>
        <w:t xml:space="preserve">[15:51] </w:t>
      </w:r>
      <w:r>
        <w:t>gabriel, which is the anglicized word of jibril, is the angel who used to bring revelation to the prophets, including the last prophet.</w:t>
      </w:r>
    </w:p>
    <w:p>
      <w:pPr>
        <w:jc w:val="right"/>
      </w:pPr>
      <w:r>
        <w:t>گیبریل، وچ از دا اینگلسائزڈ ورڈ اف جبرائیل، از دا اینجل ہو یوز ٹو برنگ ریولیشن ٹو دا پرافٹس، انکلوڈنگ دا لاسٹ پرافٹ۔</w:t>
      </w:r>
    </w:p>
    <w:p>
      <w:r>
        <w:rPr>
          <w:b/>
        </w:rPr>
        <w:t xml:space="preserve">[16:05] </w:t>
      </w:r>
      <w:r>
        <w:t>he brought the quran from god to the prophet muhammad. isnt this a thrilling thing to know that we can feel his presence in this earth even today as he descends to earth this night?</w:t>
      </w:r>
    </w:p>
    <w:p>
      <w:pPr>
        <w:jc w:val="right"/>
      </w:pPr>
      <w:r>
        <w:t>ہی براٹ دا قرآن فرام گاڈ ٹو دا پرافٹ محمد۔ ازنٹ دس اے تھرلنگ تھنگ ٹو نو دیٹ وی کین فیل ہز پریزنس ان دس ارتھ ایون ٹوڈے ایز ہی ڈیسنٹ ٹو ارتھ دس نائٹ؟</w:t>
      </w:r>
    </w:p>
    <w:p>
      <w:r>
        <w:rPr>
          <w:b/>
        </w:rPr>
        <w:t xml:space="preserve">[16:24] </w:t>
      </w:r>
      <w:r>
        <w:t>in this way, the whole incident revolves in the mind of a believer when god used to send his angel to the messenger carrying divine revelations again and again.</w:t>
      </w:r>
    </w:p>
    <w:p>
      <w:pPr>
        <w:jc w:val="right"/>
      </w:pPr>
      <w:r>
        <w:t>ان دس وے، دا ہول انسیڈنٹ ریوالو ان دا مائنڈ اف اے بیلیور وین گاڈ یوز ٹو سینڈ ہز اینجل ٹو دا میسنجر کیرنگ ڈیوائن ریولیشنز اگین اینڈ اگین۔</w:t>
      </w:r>
    </w:p>
    <w:p>
      <w:r>
        <w:rPr>
          <w:b/>
        </w:rPr>
        <w:t xml:space="preserve">[16:41] </w:t>
      </w:r>
      <w:r>
        <w:t>this angel would sometimes come to the meetings of the prophet in ordinary human form. the companions did not even know that gabriel had come.</w:t>
      </w:r>
    </w:p>
    <w:p>
      <w:pPr>
        <w:jc w:val="right"/>
      </w:pPr>
      <w:r>
        <w:t>دس اینجل وڈ سم ٹائمز کم ٹو دا میٹنگز اف دا پرافٹ ان ارڈینری ہیومن فارم۔ دا کمپینینز ڈیڈ ناٹ ایون نو دیٹ گیبریل ہیڈ کم۔</w:t>
      </w:r>
    </w:p>
    <w:p>
      <w:r>
        <w:rPr>
          <w:b/>
        </w:rPr>
        <w:t xml:space="preserve">[16:54] </w:t>
      </w:r>
      <w:r>
        <w:t>once he came to teach the companions to ask the prophet of god the questions that would help them to learn the religion, faith and islam, the knowledge of the day of judgment.</w:t>
      </w:r>
    </w:p>
    <w:p>
      <w:pPr>
        <w:jc w:val="right"/>
      </w:pPr>
      <w:r>
        <w:t>ونس ہی کیم ٹو ٹیچ دا کمپینینز ٹو اسک دا پرافٹ اف گاڈ دا کوئسچنز دیٹ وڈ ہیلپ دیم ٹو لرن دا ریلیجن، فیتھ اینڈ اسلام، دا نالج اف دا ڈے اف ججمنٹ۔</w:t>
      </w:r>
    </w:p>
    <w:p>
      <w:r>
        <w:rPr>
          <w:b/>
        </w:rPr>
        <w:t xml:space="preserve">[17:11] </w:t>
      </w:r>
      <w:r>
        <w:t>he taught the companions to refrain from asking unnecessary questions.</w:t>
      </w:r>
    </w:p>
    <w:p>
      <w:pPr>
        <w:jc w:val="right"/>
      </w:pPr>
      <w:r>
        <w:t>ہی ٹاٹ دا کمپینینز ٹو ریفرین فرام اسکنگ ان نیسیسری کوئسچنز۔</w:t>
      </w:r>
    </w:p>
    <w:p>
      <w:r>
        <w:rPr>
          <w:b/>
        </w:rPr>
        <w:t xml:space="preserve">[17:18] </w:t>
      </w:r>
      <w:r>
        <w:t>my purpose of narrating these details is to motivate all of us to perform such noble acts in lailat ul qadr that would make us worthy of being included in the company of angels.</w:t>
      </w:r>
    </w:p>
    <w:p>
      <w:pPr>
        <w:jc w:val="right"/>
      </w:pPr>
      <w:r>
        <w:t>مائی پرپس اف نیریٹنگ دیز ڈیٹیلز از ٹو موٹیویٹ ال اف اس ٹو پرفارم سچ نوبل ایکٹس ان لیلۃ الخضر دیٹ وڈ میک اس وردی اف بینگ انکلوڈڈ ان دا کمپنی اف اینجلز۔</w:t>
      </w:r>
    </w:p>
    <w:p>
      <w:r>
        <w:rPr>
          <w:b/>
        </w:rPr>
        <w:t xml:space="preserve">[17:36] </w:t>
      </w:r>
      <w:r>
        <w:t>the companions were a group of people who enjoyed the company of angels. the</w:t>
      </w:r>
    </w:p>
    <w:p>
      <w:pPr>
        <w:jc w:val="right"/>
      </w:pPr>
      <w:r>
        <w:t>دا کمپینینز وار اے گروپ اف پیپل ہو انجوائے دا کمپنی اف اینجلز۔ دا</w:t>
      </w:r>
    </w:p>
    <w:p>
      <w:r>
        <w:rPr>
          <w:b/>
        </w:rPr>
        <w:t xml:space="preserve">[17:42] </w:t>
      </w:r>
      <w:r>
        <w:t>angels are sent down in these nights probably because god wants his obedient servants to be able to experience the company of angels even in the absence of the prophet.</w:t>
      </w:r>
    </w:p>
    <w:p>
      <w:pPr>
        <w:jc w:val="right"/>
      </w:pPr>
      <w:r>
        <w:t>اینجلز ار سینڈ ڈاؤن ان دیز نائٹس پروبیبلی بیکاز گاڈ وانٹس ہز اوبیڈینٹ سرونٹس ٹو بی ایبل ٹو ایکسپیرینس دا کمپنی اف اینجلز ایون ان دی ایبسنس اف دا پرافٹ۔</w:t>
      </w:r>
    </w:p>
    <w:p>
      <w:r>
        <w:rPr>
          <w:b/>
        </w:rPr>
        <w:t xml:space="preserve">[17:56] </w:t>
      </w:r>
      <w:r>
        <w:t>it is because the world that is to come after death where god will admit his righteous servants to heaven is where they will live forever with the angels.</w:t>
      </w:r>
    </w:p>
    <w:p>
      <w:pPr>
        <w:jc w:val="right"/>
      </w:pPr>
      <w:r>
        <w:t>اٹ از بیکاز دا ورلڈ دیٹ از ٹو کم افٹر ڈیتھ ویر گاڈ ویل ایڈمٹ ہز رائٹس سرونٹس ٹو ہیون از ویر دے ویل لیو فار ایور ود دا اینجل</w:t>
      </w:r>
    </w:p>
    <w:p>
      <w:r>
        <w:rPr>
          <w:b/>
        </w:rPr>
        <w:t xml:space="preserve">[18:08] </w:t>
      </w:r>
      <w:r>
        <w:t>therefore, its very important for the believer to enable himself for their company to consciously feel their presence.</w:t>
      </w:r>
    </w:p>
    <w:p>
      <w:pPr>
        <w:jc w:val="right"/>
      </w:pPr>
      <w:r>
        <w:t>ز۔ دیر فور، اٹس ویری امپورٹنٹ فار دا بیلیور ٹو انیبل ہم سیلف فار دے کمپنی ٹو کانشیسلی فیل دیر پریزنس۔</w:t>
      </w:r>
    </w:p>
    <w:p>
      <w:r>
        <w:rPr>
          <w:b/>
        </w:rPr>
        <w:t xml:space="preserve">[18:19] </w:t>
      </w:r>
      <w:r>
        <w:t>he should embrace the culture of obedience that is followed by the angels. he should constantly sing praises of god like the angels until he proves that his faith is a living faith.</w:t>
      </w:r>
    </w:p>
    <w:p>
      <w:pPr>
        <w:jc w:val="right"/>
      </w:pPr>
      <w:r>
        <w:t>ہی شوڈ ایمبریس دا کلچر اف اوبیڈینس دیٹ از فالوڈ بائی دا اینجلز۔ ہی شوڈ کانسٹنٹلی سنگ پریزز اف گاڈ لائک دا اینجلز انٹل ہی پروفز دیٹ ہز فیتھ از اے لیونگ فیتھ</w:t>
      </w:r>
    </w:p>
    <w:p>
      <w:r>
        <w:rPr>
          <w:b/>
        </w:rPr>
        <w:t xml:space="preserve">[18:35] </w:t>
      </w:r>
      <w:r>
        <w:t>this living faith of a human being by its very nature is more strange than that of the angels.</w:t>
      </w:r>
    </w:p>
    <w:p>
      <w:pPr>
        <w:jc w:val="right"/>
      </w:pPr>
      <w:r>
        <w:t>۔ دس لیونگ فیتھ اف ا ہیومن بینگ بائی اٹس ویری نیچر از مور سٹرینج دین دیٹ اف دی اینجلز۔</w:t>
      </w:r>
    </w:p>
    <w:p>
      <w:r>
        <w:rPr>
          <w:b/>
        </w:rPr>
        <w:t xml:space="preserve">[18:45] </w:t>
      </w:r>
      <w:r>
        <w:t>listen to this hadith: the prophet once asked his companions, "which creatures faith you find surprising and amazing?" his companions replied, "we find the faith of the angels surprising and amazing." then the prophet said, "why so?</w:t>
      </w:r>
    </w:p>
    <w:p>
      <w:pPr>
        <w:jc w:val="right"/>
      </w:pPr>
      <w:r>
        <w:t>لسن ٹو دس حدیث: دا پرافٹ ونس اسکڈ ہز کمپینینز، "وچ کریچرز فیتھ یو فائنڈ سرپرائزنگ اینڈ امیزنگ؟" ہز کمپینینز ریپلائیڈ، "وی فائنڈ دا فیتھ اف دی اینجلز سرپرائزنگ اینڈ امیزنگ۔" دین دا پرافٹ سیڈ، "وائی سو</w:t>
      </w:r>
    </w:p>
    <w:p>
      <w:r>
        <w:rPr>
          <w:b/>
        </w:rPr>
        <w:t xml:space="preserve">[19:04] </w:t>
      </w:r>
      <w:r>
        <w:t>?" the faith displayed by the angels is due to the fact that they know and see what is unseen. the companions then replied that the faith of the prophets was surprising and amazing.</w:t>
      </w:r>
    </w:p>
    <w:p>
      <w:pPr>
        <w:jc w:val="right"/>
      </w:pPr>
      <w:r>
        <w:t>؟" دا فیتھ ڈسپلیڈ بائی دا اینجلز از ڈیو ٹو دا فیکٹ دیٹ دے نو اینڈ سی واٹ از ان سین۔ دا کمپینینز دین ریپلائیڈ دیٹ دا فیتھ اف دا پرافٹس واز سرپرائزنگ اینڈ امیزنگ۔</w:t>
      </w:r>
    </w:p>
    <w:p>
      <w:r>
        <w:rPr>
          <w:b/>
        </w:rPr>
        <w:t xml:space="preserve">[19:19] </w:t>
      </w:r>
      <w:r>
        <w:t>the prophet muhammad said, "the faith displayed by the prophet is due to the fact that divine revelation is sent to them.</w:t>
      </w:r>
    </w:p>
    <w:p>
      <w:pPr>
        <w:jc w:val="right"/>
      </w:pPr>
      <w:r>
        <w:t>دا پرافٹ محمد سیڈ، "دا فیتھ ڈسپلیڈ بائی دا پرافٹ از ڈیو ٹو دا فیکٹ دیٹ ڈیوائن ریولیشن از سینڈ ٹو دیم۔</w:t>
      </w:r>
    </w:p>
    <w:p>
      <w:r>
        <w:rPr>
          <w:b/>
        </w:rPr>
        <w:t xml:space="preserve">[19:28] </w:t>
      </w:r>
      <w:r>
        <w:t>through the revelation, they come to realize aspects of the unseen."</w:t>
      </w:r>
    </w:p>
    <w:p>
      <w:pPr>
        <w:jc w:val="right"/>
      </w:pPr>
      <w:r>
        <w:t>تھرو دا ریولیشن، دے کم ٹو ریلائز ایسپیکٹس اف دی ان سین۔"</w:t>
      </w:r>
    </w:p>
    <w:p>
      <w:r>
        <w:rPr>
          <w:b/>
        </w:rPr>
        <w:t xml:space="preserve">[19:34] </w:t>
      </w:r>
      <w:r>
        <w:t>his companions again tried. they said, "then it should be the group of those believers who are companions of the prophets." the prophet replied, "even the faith of the companions of the prophets cannot be termed surprising and amazing as they spend their days and nights with the prophet." then the messenger of god himself answered the question.</w:t>
      </w:r>
    </w:p>
    <w:p>
      <w:pPr>
        <w:jc w:val="right"/>
      </w:pPr>
      <w:r>
        <w:t>ہز کمپینینز اگین ٹرائیڈ۔ دے سیڈ، "دین اٹ شوڈ بی دا گروپ اف دوز بیلیورز ہو ار کمپینینز اف دا پرافٹس۔" دا پرافٹ ریپلائیڈ، "ایون دا فیتھ اف دا کمپینینز اف دا پرافٹس کین ناٹ بی ٹرمڈ سرپرائزنگ اینڈ امیزنگ ایز دے سپینڈ دیر ڈیز اینڈ نائٹس ود دا پرافٹ۔" دین دا میسنجر اف گاڈ ہم سیلف انسرڈ دا کوئسچن۔</w:t>
      </w:r>
    </w:p>
    <w:p>
      <w:r>
        <w:rPr>
          <w:b/>
        </w:rPr>
        <w:t xml:space="preserve">[20:01] </w:t>
      </w:r>
      <w:r>
        <w:t>he said, "the faith displayed by those people shall be surprising and amazing who will come after you.</w:t>
      </w:r>
    </w:p>
    <w:p>
      <w:pPr>
        <w:jc w:val="right"/>
      </w:pPr>
      <w:r>
        <w:t>ہی سیڈ، "دا فیتھ ڈسپلیڈ بائی دوز پیپل شیل بی سرپرائزنگ اینڈ امیزنگ ہو ویل کم افٹر یو۔</w:t>
      </w:r>
    </w:p>
    <w:p>
      <w:r>
        <w:rPr>
          <w:b/>
        </w:rPr>
        <w:t xml:space="preserve">[20:10] </w:t>
      </w:r>
      <w:r>
        <w:t>they will possess a book that shall embody the revelation. they will believe in the book and follow it." this was the hadith.</w:t>
      </w:r>
    </w:p>
    <w:p>
      <w:pPr>
        <w:jc w:val="right"/>
      </w:pPr>
      <w:r>
        <w:t>دے ویل پوسیس اے بک دیٹ شیل ایمبڈی دا ریولیشن۔ دے ویل بیلیو ان دا بک اینڈ فالو اٹ۔" دس واز دا حدیث۔</w:t>
      </w:r>
    </w:p>
    <w:p>
      <w:r>
        <w:rPr>
          <w:b/>
        </w:rPr>
        <w:t xml:space="preserve">[20:22] </w:t>
      </w:r>
      <w:r>
        <w:t>this hadith motivates us the most. it gives us encouragement and inspiration.</w:t>
      </w:r>
    </w:p>
    <w:p>
      <w:pPr>
        <w:jc w:val="right"/>
      </w:pPr>
      <w:r>
        <w:t>دس حدیث موٹیویٹس اس دا موسٹ۔ اٹ گوز اس انکریجمنٹ اینڈ انسپیریشن۔</w:t>
      </w:r>
    </w:p>
    <w:p>
      <w:r>
        <w:rPr>
          <w:b/>
        </w:rPr>
        <w:t xml:space="preserve">[20:29] </w:t>
      </w:r>
      <w:r>
        <w:t>it encourages us that the faith of the believers of latter times may be the most astonishing.</w:t>
      </w:r>
    </w:p>
    <w:p>
      <w:pPr>
        <w:jc w:val="right"/>
      </w:pPr>
      <w:r>
        <w:t>اٹ انکریجز اس دیٹ دا فیتھ اف دا بیلیورز اف لیٹر ٹائمز می بی دا موسٹ اسٹونشنگ۔</w:t>
      </w:r>
    </w:p>
    <w:p>
      <w:r>
        <w:rPr>
          <w:b/>
        </w:rPr>
        <w:t xml:space="preserve">[20:38] </w:t>
      </w:r>
      <w:r>
        <w:t>the secrets of the universe and of the soul will be revealed in their time.</w:t>
      </w:r>
    </w:p>
    <w:p>
      <w:pPr>
        <w:jc w:val="right"/>
      </w:pPr>
      <w:r>
        <w:t>دا سیکرٹس اف دا یونیورس اینڈ اف دا سول ویل بی ریویلڈ ان دیر ٹائم</w:t>
      </w:r>
    </w:p>
    <w:p>
      <w:r>
        <w:rPr>
          <w:b/>
        </w:rPr>
        <w:t xml:space="preserve">[20:44] </w:t>
      </w:r>
      <w:r>
        <w:t>if the believers of the latter times obtain deep realization of god through these discoveries. if they use this universal canvas to attain to god realization, then they can experience such thrilling faith that will make even the angels envy them.</w:t>
      </w:r>
    </w:p>
    <w:p>
      <w:pPr>
        <w:jc w:val="right"/>
      </w:pPr>
      <w:r>
        <w:t>۔ اف دا بیلیورز اف دا لیٹر ٹائمز ابٹین ڈیپ ریلائزیشن اف گاڈ تھرو دیز ڈسکوریز۔ اف دے یوز دس یونیورسل کینواس ٹو اٹین ٹو گاڈ ریلائزیشن، دین دے کین ایکسپیرینس سچ تھرلنگ فیتھ دیٹ ویل میک ایون دا اینجلز اینوی دیم۔</w:t>
      </w:r>
    </w:p>
    <w:p>
      <w:r>
        <w:rPr>
          <w:b/>
        </w:rPr>
        <w:t xml:space="preserve">[21:06] </w:t>
      </w:r>
      <w:r>
        <w:t>that means that God is not given the higher good only to the previous generation of the believers, but there are also some wonderful aspects that shall be bestowed upon the believers of the latter generations.</w:t>
      </w:r>
    </w:p>
    <w:p>
      <w:pPr>
        <w:jc w:val="right"/>
      </w:pPr>
      <w:r>
        <w:t>دس مینز دیٹ گاڈ از ناٹ گیون دا ہائیر گڈ اونلی ٹو دا پریویس جنریشن اف دا بیلیورز، بٹ دیر ار السو سم ونڈرفل ایسپیکٹس دیٹ شیل بی بیسٹ اؤٹ اپون دا بیلیورز اف دا لیٹر جنریشنز۔</w:t>
      </w:r>
    </w:p>
    <w:p>
      <w:r>
        <w:rPr>
          <w:b/>
        </w:rPr>
        <w:t xml:space="preserve">[21:24] </w:t>
      </w:r>
      <w:r>
        <w:t>in this hadith, the faith displayed by the believers of the latter generations is described as more surprising as well as amazing than the faith of the angels.</w:t>
      </w:r>
    </w:p>
    <w:p>
      <w:pPr>
        <w:jc w:val="right"/>
      </w:pPr>
      <w:r>
        <w:t>ان دس حدیث، دا فیتھ ڈسپلیڈ بائی دا بیلیورز اف دا لیٹر جنریشنز از ڈسکرائب ایز مور سرپرائزنگ ایز ویل ایز امیزنگ دین دا فیتھ اف دا اینجلز۔</w:t>
      </w:r>
    </w:p>
    <w:p>
      <w:r>
        <w:rPr>
          <w:b/>
        </w:rPr>
        <w:t xml:space="preserve">[21:38] </w:t>
      </w:r>
      <w:r>
        <w:t>its probably because these latter generation believers will profess and practice their faith in an age of freedom.</w:t>
      </w:r>
    </w:p>
    <w:p>
      <w:pPr>
        <w:jc w:val="right"/>
      </w:pPr>
      <w:r>
        <w:t>اٹس پروبیبلی بیکاز دیز لیٹر جنریشن بیلیورز ویل پروفیس اینڈ پریکٹس دیر فیتھ ان این ایج اف فریڈم۔</w:t>
      </w:r>
    </w:p>
    <w:p>
      <w:r>
        <w:rPr>
          <w:b/>
        </w:rPr>
        <w:t xml:space="preserve">[21:48] </w:t>
      </w:r>
      <w:r>
        <w:t>in this age of freedom, there will be no religious or moral restrictions,</w:t>
      </w:r>
    </w:p>
    <w:p>
      <w:pPr>
        <w:jc w:val="right"/>
      </w:pPr>
      <w:r>
        <w:t>ان دس ایج اف فریڈم، دیر ویل بی نو ریلیجس اور مورل ریسٹرکشنز،</w:t>
      </w:r>
    </w:p>
    <w:p>
      <w:r>
        <w:rPr>
          <w:b/>
        </w:rPr>
        <w:t xml:space="preserve">[21:54] </w:t>
      </w:r>
      <w:r>
        <w:t>yet they will surrender their freedom to god in the fullest sense like the angels. they will use the new opportunities that will open up in the new age for god realization and for conveying its message to others.</w:t>
      </w:r>
    </w:p>
    <w:p>
      <w:pPr>
        <w:jc w:val="right"/>
      </w:pPr>
      <w:r>
        <w:t>یٹ دے ویل سرنڈر دیر فریڈم ٹو گاڈ ان دا فولسٹ سینس لائک دی اینجلز۔ دے ویل یوز دا نیو اپرچونیٹیز دیٹ ویل اوپن اپ ان دا نیو ایج فار گاڈ ریلائزیشن اینڈ فار کنوینگ اٹس میسج ٹو ادر۔</w:t>
      </w:r>
    </w:p>
    <w:p>
      <w:r>
        <w:rPr>
          <w:b/>
        </w:rPr>
        <w:t xml:space="preserve">[22:13] </w:t>
      </w:r>
      <w:r>
        <w:t>so these which i just shared with you were a very few but very important aspects of lailat al-khidr.</w:t>
      </w:r>
    </w:p>
    <w:p>
      <w:pPr>
        <w:jc w:val="right"/>
      </w:pPr>
      <w:r>
        <w:t>سو دیز وچ ائی جسٹ شیئرڈ ود یو وار اے ویری فیو بٹ ویری امپورٹنٹ ایسپیکٹس اف لیلۃ الخضر۔</w:t>
      </w:r>
    </w:p>
    <w:p>
      <w:r>
        <w:rPr>
          <w:b/>
        </w:rPr>
        <w:t xml:space="preserve">[22:23] </w:t>
      </w:r>
      <w:r>
        <w:t>we move on to the second important topic of the day which is itikaf. itikaf is a practice of staying in a mosque or a quiet corner in a house for a certain number of days during ramadan.</w:t>
      </w:r>
    </w:p>
    <w:p>
      <w:pPr>
        <w:jc w:val="right"/>
      </w:pPr>
      <w:r>
        <w:t>وی موو ان ٹو دا سیکنڈ امپورٹنٹ ٹاپک اف دا ڈے وچ از اعتکاف۔ اعتکاف از اے پریکٹس اف سٹینگ ان ا مسک اور اے کوائٹ کارنر ان ا ہاؤس فار اے سرٹن نمبر اف ڈیز ڈیورنگ رمضان۔</w:t>
      </w:r>
    </w:p>
    <w:p>
      <w:r>
        <w:rPr>
          <w:b/>
        </w:rPr>
        <w:t xml:space="preserve">[22:39] </w:t>
      </w:r>
      <w:r>
        <w:t>during this period of seclusion, one devotes oneself to prayers and stays away from worldly affairs.</w:t>
      </w:r>
    </w:p>
    <w:p>
      <w:pPr>
        <w:jc w:val="right"/>
      </w:pPr>
      <w:r>
        <w:t>ڈیورنگ دس پیریڈ اف سیکلوژن، ون ڈیوٹس ون سیلف ٹو پریئرز اینڈ سٹیز اوے فرام ورلڈی افیئرز۔</w:t>
      </w:r>
    </w:p>
    <w:p>
      <w:r>
        <w:rPr>
          <w:b/>
        </w:rPr>
        <w:t xml:space="preserve">[22:50] </w:t>
      </w:r>
      <w:r>
        <w:t>the literal meaning of the word suggests sticking and adhering to or being regular in something.</w:t>
      </w:r>
    </w:p>
    <w:p>
      <w:pPr>
        <w:jc w:val="right"/>
      </w:pPr>
      <w:r>
        <w:t>دا لٹرل میننگ اف دا ورڈ سجیسٹ سٹیکنگ اینڈ ایڈیرنگ ٹو اور بینگ ریگولر ان سمتھنگ۔</w:t>
      </w:r>
    </w:p>
    <w:p>
      <w:r>
        <w:rPr>
          <w:b/>
        </w:rPr>
        <w:t xml:space="preserve">[23:00] </w:t>
      </w:r>
      <w:r>
        <w:t>here one adheres to performing non-obligatory prayers, reading the quran and hadith, pondering over the verses of the quran and the like.</w:t>
      </w:r>
    </w:p>
    <w:p>
      <w:pPr>
        <w:jc w:val="right"/>
      </w:pPr>
      <w:r>
        <w:t>ہیر ون ایڈیرز ٹو پرفارمنگ نان ابلیگیٹری پریئرز، ریڈنگ دا قرآن اینڈ حدیث، پونڈرنگ اوور دا ورسز اف دا قرآن اینڈ دا لائک۔</w:t>
      </w:r>
    </w:p>
    <w:p>
      <w:r>
        <w:rPr>
          <w:b/>
        </w:rPr>
        <w:t xml:space="preserve">[23:13] </w:t>
      </w:r>
      <w:r>
        <w:t>what is itikaf? this is an extension of the worship of fasting.</w:t>
      </w:r>
    </w:p>
    <w:p>
      <w:pPr>
        <w:jc w:val="right"/>
      </w:pPr>
      <w:r>
        <w:t>واٹ از اعتکاف؟ دس از این ایکسٹینشن اف دی ورشپ اف فاسٹنگ۔</w:t>
      </w:r>
    </w:p>
    <w:p>
      <w:r>
        <w:rPr>
          <w:b/>
        </w:rPr>
        <w:t xml:space="preserve">[23:21] </w:t>
      </w:r>
      <w:r>
        <w:t>just as the believer has some restrictions while fasting, so the believer imposes another restriction on himself in the form of itikaf.</w:t>
      </w:r>
    </w:p>
    <w:p>
      <w:pPr>
        <w:jc w:val="right"/>
      </w:pPr>
      <w:r>
        <w:t>جسٹ ایز دا بیلیور ہیز سم ریسٹرکشنز ویل فاسٹنگ، سو دا بیلیور امپوزز انادر ریسٹرکشن ان ہم سیلف ان دا فارم اف اعتکاف۔</w:t>
      </w:r>
    </w:p>
    <w:p>
      <w:r>
        <w:rPr>
          <w:b/>
        </w:rPr>
        <w:t xml:space="preserve">[23:34] </w:t>
      </w:r>
      <w:r>
        <w:t>just as he restrains himself from eating and drinking during the day by fasting, so he imposes another restriction on himself through itikaf.</w:t>
      </w:r>
    </w:p>
    <w:p>
      <w:pPr>
        <w:jc w:val="right"/>
      </w:pPr>
      <w:r>
        <w:t>جسٹ ایز ہی ریسٹینز ہم سیلف فرام ایٹنگ اینڈ ڈرنکنگ ڈیورنگ دا ڈے بائی فاسٹنگ، سو ہی امپوزز انادر ریسٹرکشن ان ہم سیلف تھرو اعتکاف۔</w:t>
      </w:r>
    </w:p>
    <w:p>
      <w:r>
        <w:rPr>
          <w:b/>
        </w:rPr>
        <w:t xml:space="preserve">[23:47] </w:t>
      </w:r>
      <w:r>
        <w:t>that is he protects himself from distraction and devotes his time to the worship and realization of god.</w:t>
      </w:r>
    </w:p>
    <w:p>
      <w:pPr>
        <w:jc w:val="right"/>
      </w:pPr>
      <w:r>
        <w:t>دیٹ از ہی پروٹیکٹس ہم سیلف فرام ڈسٹریکشن اینڈ ڈیوٹس ہز ٹائم ٹو دا ورشپ اینڈ ریلائزیشن اف گاڈ۔</w:t>
      </w:r>
    </w:p>
    <w:p>
      <w:r>
        <w:rPr>
          <w:b/>
        </w:rPr>
        <w:t xml:space="preserve">[23:59] </w:t>
      </w:r>
      <w:r>
        <w:t>he ponders over the meaning of the quran, he purifies his personality of the negative influences and introspects his life.</w:t>
      </w:r>
    </w:p>
    <w:p>
      <w:pPr>
        <w:jc w:val="right"/>
      </w:pPr>
      <w:r>
        <w:t>ہی پونڈرز اوور دا میننگ اف دا قرآن، ہی پیوریفائیز ہز پرسنیلٹی اف دا نیگیٹیو انفلوئنسز اینڈ انٹروسپیکٹس ہز لائف۔</w:t>
      </w:r>
    </w:p>
    <w:p>
      <w:r>
        <w:rPr>
          <w:b/>
        </w:rPr>
        <w:t xml:space="preserve">[24:11] </w:t>
      </w:r>
      <w:r>
        <w:t>during itikaf, a person recites the quran, he performs prayers, he remembers god, focuses more and more on god realization.</w:t>
      </w:r>
    </w:p>
    <w:p>
      <w:pPr>
        <w:jc w:val="right"/>
      </w:pPr>
      <w:r>
        <w:t>ڈیورنگ اعتکاف، اے پرسن ریسائٹس دا قرآن، ہی پرفارمز پریئرز، ہی ریممبرز گاڈ، فوکسز مور اینڈ مور ان گاڈ ریلائزیشن۔</w:t>
      </w:r>
    </w:p>
    <w:p>
      <w:r>
        <w:rPr>
          <w:b/>
        </w:rPr>
        <w:t xml:space="preserve">[24:23] </w:t>
      </w:r>
      <w:r>
        <w:t>the result of these activities is that he feels a renewed vigor and life in his faith. when he comes out of itikaf, he comes out like a divine personality.</w:t>
      </w:r>
    </w:p>
    <w:p>
      <w:pPr>
        <w:jc w:val="right"/>
      </w:pPr>
      <w:r>
        <w:t>دا رزلٹ اف دیز ایکٹیویٹیز از دیٹ ہی فیلز اے رینیوڈ وگر اینڈ لائف ان ہز فیتھ۔ وین ہی کمز اؤٹ اف اعتکاف، ہی کمز اؤٹ لائک اے ڈیوائن پرسنیلٹی۔</w:t>
      </w:r>
    </w:p>
    <w:p>
      <w:r>
        <w:rPr>
          <w:b/>
        </w:rPr>
        <w:t xml:space="preserve">[24:39] </w:t>
      </w:r>
      <w:r>
        <w:t>this spiritual personality manifests its effects throughout the year.</w:t>
      </w:r>
    </w:p>
    <w:p>
      <w:pPr>
        <w:jc w:val="right"/>
      </w:pPr>
      <w:r>
        <w:t>دس سپرچول پرسنیلٹی مینیفیسٹس اٹس ایفیکٹس تھرو اؤٹ دا ایئر۔</w:t>
      </w:r>
    </w:p>
    <w:p>
      <w:r>
        <w:rPr>
          <w:b/>
        </w:rPr>
        <w:t xml:space="preserve">[24:48] </w:t>
      </w:r>
      <w:r>
        <w:t>he lives outside the mosque as if he still in a mosque. he stays away from evils in the world outside the mosque.</w:t>
      </w:r>
    </w:p>
    <w:p>
      <w:pPr>
        <w:jc w:val="right"/>
      </w:pPr>
      <w:r>
        <w:t>ہی لیوز اؤٹ سائیڈ دا مسک ایز اف ہی سٹل ان ا مسک۔ ہی سٹیز اوے فرام ایولز ان دا ورلڈ اؤٹ سائیڈ دا مسک۔</w:t>
      </w:r>
    </w:p>
    <w:p>
      <w:r>
        <w:rPr>
          <w:b/>
        </w:rPr>
        <w:t xml:space="preserve">[25:00] </w:t>
      </w:r>
      <w:r>
        <w:t>just as he did during itikaf when he was separated from his environment, he now becomes a person who stays away from evils all his life.</w:t>
      </w:r>
    </w:p>
    <w:p>
      <w:pPr>
        <w:jc w:val="right"/>
      </w:pPr>
      <w:r>
        <w:t>جسٹ ایز ہی ڈیڈ ڈیورنگ اعتکاف وین ہی واز سیپریٹڈ فرام ہز انوائرمنٹ، ہی ناو بیکمز اے پرسن ہو سٹیز اوے فرام ایولز ال ہز لائف۔</w:t>
      </w:r>
    </w:p>
    <w:p>
      <w:r>
        <w:rPr>
          <w:b/>
        </w:rPr>
        <w:t xml:space="preserve">[25:15] </w:t>
      </w:r>
      <w:r>
        <w:t>itikaf in fact is a practice where a person learns to protect himself from distraction. the only condition for success in both religious and worldly affairs is to protect oneself from distractions.</w:t>
      </w:r>
    </w:p>
    <w:p>
      <w:pPr>
        <w:jc w:val="right"/>
      </w:pPr>
      <w:r>
        <w:t>اعتکاف ان فیکٹ از اے پریکٹس ویر اے پرسن لرنز ٹو پروٹیکٹ ہم سیلف فرام ڈسٹریکشن۔ دا اونلی کنڈیشن فار سکسیس ان بوتھ ریلیجس اینڈ ورلڈی افیئرز از ٹو پروٹیکٹ ون سیلف فرام ڈسٹریکشنز۔</w:t>
      </w:r>
    </w:p>
    <w:p>
      <w:r>
        <w:rPr>
          <w:b/>
        </w:rPr>
        <w:t xml:space="preserve">[25:33] </w:t>
      </w:r>
      <w:r>
        <w:t>a person who is distracted will not be able to use his time and his ability properly.</w:t>
      </w:r>
    </w:p>
    <w:p>
      <w:pPr>
        <w:jc w:val="right"/>
      </w:pPr>
      <w:r>
        <w:t>اے پرسن ہو از ڈسٹریکٹڈ ویل ناٹ بی ایبل ٹو یوز ہز ٹائم اینڈ ہز ایبیلیٹی پروپرلی۔</w:t>
      </w:r>
    </w:p>
    <w:p>
      <w:r>
        <w:rPr>
          <w:b/>
        </w:rPr>
        <w:t xml:space="preserve">[25:41] </w:t>
      </w:r>
      <w:r>
        <w:t>the prophet adam was expelled from paradise because he became a victim of distraction there. distraction does not necessarily mean that something big should distract a person.</w:t>
      </w:r>
    </w:p>
    <w:p>
      <w:pPr>
        <w:jc w:val="right"/>
      </w:pPr>
      <w:r>
        <w:t>دا پرافٹ ادم واز ایکسپیلڈ فرام پیراڈائز بیکاز ہی بیکم اے وکٹم اف ڈسٹریکشن دیر۔ ڈسٹریکشن ڈز ناٹ نیسیسری مین دیٹ سمتھنگ بگ شوڈ ڈسٹریکٹ اے پرسن۔</w:t>
      </w:r>
    </w:p>
    <w:p>
      <w:r>
        <w:rPr>
          <w:b/>
        </w:rPr>
        <w:t xml:space="preserve">[25:55] </w:t>
      </w:r>
      <w:r>
        <w:t>even a small thing can distract a person. in paradise, prophet adam was distracted just by one tree.</w:t>
      </w:r>
    </w:p>
    <w:p>
      <w:pPr>
        <w:jc w:val="right"/>
      </w:pPr>
      <w:r>
        <w:t>ایون اے سمال تھنگ کین ڈسٹریکٹ اے پرسن۔ ان پیراڈائز، پرافٹ ادم واز ڈسٹریکٹڈ جسٹ بائے ون ٹری۔</w:t>
      </w:r>
    </w:p>
    <w:p>
      <w:r>
        <w:rPr>
          <w:b/>
        </w:rPr>
        <w:t xml:space="preserve">[26:04] </w:t>
      </w:r>
      <w:r>
        <w:t>in today's world, we have a whole culture of entertainment for distraction.</w:t>
      </w:r>
    </w:p>
    <w:p>
      <w:pPr>
        <w:jc w:val="right"/>
      </w:pPr>
      <w:r>
        <w:t>ان ٹوڈے ورلڈ، وی ہیو اے ہول کلچر اف انٹرٹینمنٹ فار ڈسٹریکشن۔</w:t>
      </w:r>
    </w:p>
    <w:p>
      <w:r>
        <w:rPr>
          <w:b/>
        </w:rPr>
        <w:t xml:space="preserve">[26:11] </w:t>
      </w:r>
      <w:r>
        <w:t>in the month of Ramadan, through aitkaf, the believer is trained that if he wants to receive God's help in this world and the hereafter, he should spend his whole life in such a way that nothing should distract him.</w:t>
      </w:r>
    </w:p>
    <w:p>
      <w:pPr>
        <w:jc w:val="right"/>
      </w:pPr>
      <w:r>
        <w:t>ان دا منتھ اف رمضان، تھرو اعتکاف، دا بیلیور از ٹرینڈ دیٹ اف ہی وانٹس ٹو ریسیو گاڈز ہیلپ ان دس ورلڈ اینڈ دا ہیر افٹر، ہی شوڈ سپینڈ ہز ہول لائف ان سچ اے وے دیٹ نتھنگ شوڈ ڈسٹریکٹ ہم۔</w:t>
      </w:r>
    </w:p>
    <w:p>
      <w:r>
        <w:rPr>
          <w:b/>
        </w:rPr>
        <w:t xml:space="preserve">[26:30] </w:t>
      </w:r>
      <w:r>
        <w:t>only if after avoiding distraction does a person become able to think.</w:t>
      </w:r>
    </w:p>
    <w:p>
      <w:pPr>
        <w:jc w:val="right"/>
      </w:pPr>
      <w:r>
        <w:t>اونلی افٹر اوائڈنگ ڈسٹریکشن ڈز اے پرسن بیکم ایبل ٹو تھنک۔</w:t>
      </w:r>
    </w:p>
    <w:p>
      <w:r>
        <w:rPr>
          <w:b/>
        </w:rPr>
        <w:t xml:space="preserve">[26:37] </w:t>
      </w:r>
      <w:r>
        <w:t>we can also call this seclusion as intellectual seclusion. the biggest disadvantage of distraction is that a person loses sight of the very purpose of his existence.</w:t>
      </w:r>
    </w:p>
    <w:p>
      <w:pPr>
        <w:jc w:val="right"/>
      </w:pPr>
      <w:r>
        <w:t>وی کین السو کال دس سیکلوژن ایز انٹلیکچول سیکلوژن۔ دا بگسٹ ڈس ایڈوانٹیج اف ڈسٹریکشن از دیٹ اے پرسن لوز سائیٹ اف دا ویری پرپس اف ہز ایگزسٹنس۔</w:t>
      </w:r>
    </w:p>
    <w:p>
      <w:r>
        <w:rPr>
          <w:b/>
        </w:rPr>
        <w:t xml:space="preserve">[26:55] </w:t>
      </w:r>
      <w:r>
        <w:t>if we were to feed a mind with the understanding that distraction is destruction, then god willing we will be able to save our self from it.</w:t>
      </w:r>
    </w:p>
    <w:p>
      <w:pPr>
        <w:jc w:val="right"/>
      </w:pPr>
      <w:r>
        <w:t>اف وی وار ٹو فیڈ ا مائنڈ ود دی انڈرسٹینڈنگ دیٹ ڈسٹریکشن از ڈسٹرکشن، دین گاڈ ویلنگ ویل بی ایبل ٹو سیو اور سیلف فرام اٹ۔</w:t>
      </w:r>
    </w:p>
    <w:p>
      <w:r>
        <w:rPr>
          <w:b/>
        </w:rPr>
        <w:t xml:space="preserve">[27:08] </w:t>
      </w:r>
      <w:r>
        <w:t>we will end the session with the humble supplication that o allah, we beseech you to favour us with the opportunity of lailatul qadr in which we should do deeds acceptable to you and be able to take decisions in the presence of the angels which will make us eligible for your forgiveness and your paradise.</w:t>
      </w:r>
    </w:p>
    <w:p>
      <w:pPr>
        <w:jc w:val="right"/>
      </w:pPr>
      <w:r>
        <w:t>وی ویل اینڈ دا سیشن ود دا ہمبل سپلیکیشن دیٹ او اللہ، وی بسیچ یو ٹو فیور اس ود دی اپرچونیٹی اف لیلۃ الخضر ان وچ وی شوڈ ڈو ڈیڈز ایکسیپٹیبل ٹو یو اینڈ بی ایبل ٹو ٹیک ڈیسیژنز ان دا پریزنس اف دی اینجلز وچ ویل میک اس ایلیجیبل فار یور فگونیس اینڈ یور پیراڈائز۔</w:t>
      </w:r>
    </w:p>
    <w:p>
      <w:r>
        <w:rPr>
          <w:b/>
        </w:rPr>
        <w:t xml:space="preserve">[27:36] </w:t>
      </w:r>
      <w:r>
        <w:t>ameen.</w:t>
      </w:r>
    </w:p>
    <w:p>
      <w:pPr>
        <w:jc w:val="right"/>
      </w:pPr>
      <w:r>
        <w:t>امین۔</w:t>
      </w:r>
    </w:p>
    <w:p>
      <w:r>
        <w:rPr>
          <w:b/>
        </w:rPr>
        <w:t xml:space="preserve">[27:37] </w:t>
      </w:r>
      <w:r>
        <w:t>the last of a call will be: all praise be to god, the lord of the universe, wa akhiru da'wana anil hamdulillahi rabbil alamin.</w:t>
      </w:r>
    </w:p>
    <w:p>
      <w:pPr>
        <w:jc w:val="right"/>
      </w:pPr>
      <w:r>
        <w:t>دا لاسٹ اف ا کال ویل بی: ال پریز بی ٹو گاڈ، دا لارڈ اف دا یونیورس، واخر دعوانا ان الحمدللہ رب العالمین۔</w:t>
      </w:r>
    </w:p>
    <w:p>
      <w:r>
        <w:rPr>
          <w:b/>
        </w:rPr>
        <w:t xml:space="preserve">[27:53] </w:t>
      </w:r>
      <w:r>
        <w:t>in the next session which is a q and a, there are two questions from the previous session which was about lessons from death</w:t>
      </w:r>
    </w:p>
    <w:p>
      <w:pPr>
        <w:jc w:val="right"/>
      </w:pPr>
      <w:r>
        <w:t>ان دا نیکسٹ سیشن وچ از اے کیو اینڈ اے، دیر ار ٹو کوئسچنز فرام دا پریویس سیشن وچ واز اباؤٹ لیسنز فرام ڈیتھ</w:t>
      </w:r>
    </w:p>
    <w:p>
      <w:r>
        <w:rPr>
          <w:b/>
        </w:rPr>
        <w:t xml:space="preserve">[28:02] </w:t>
      </w:r>
      <w:r>
        <w:t>. the first question is: what does it mean to plan life keeping death in mind? the answer to this: keeping death in mind and planning refers to considering life as a journey and not a destination.</w:t>
      </w:r>
    </w:p>
    <w:p>
      <w:pPr>
        <w:jc w:val="right"/>
      </w:pPr>
      <w:r>
        <w:t>۔ دا فرسٹ کوئسچن از: واٹ ڈز اٹ مین ٹو پلان لائف کیپنگ ڈیتھ ان مائنڈ؟ دی انسر ٹو دس: کیپنگ ڈیتھ ان مائنڈ اینڈ پلاننگ ریفرز ٹو کنسیڈرنگ لائف ایز اے جرنی اینڈ ناٹ ا ڈیسٹینیشن۔</w:t>
      </w:r>
    </w:p>
    <w:p>
      <w:r>
        <w:rPr>
          <w:b/>
        </w:rPr>
        <w:t xml:space="preserve">[28:22] </w:t>
      </w:r>
      <w:r>
        <w:t>there is a hadith where prophet said: live your life in the world as if you are a stranger or a traveler.</w:t>
      </w:r>
    </w:p>
    <w:p>
      <w:pPr>
        <w:jc w:val="right"/>
      </w:pPr>
      <w:r>
        <w:t>دیر از اے حدیث ویر پرافٹ سیڈ: لیو یور لائف ان دا ورلڈ ایز اف یو ار ا سٹرینجر اور ا ٹریولر۔</w:t>
      </w:r>
    </w:p>
    <w:p>
      <w:r>
        <w:rPr>
          <w:b/>
        </w:rPr>
        <w:t xml:space="preserve">[28:32] </w:t>
      </w:r>
      <w:r>
        <w:t>that is the hadith: see when a person plans his life keeping death in mind, his planning will be like that of a stranger in a land or a traveler.</w:t>
      </w:r>
    </w:p>
    <w:p>
      <w:pPr>
        <w:jc w:val="right"/>
      </w:pPr>
      <w:r>
        <w:t>دیٹ از دا حدیث: سی وین اے پرسن پلانز ہز لائف کیپنگ ڈیتھ ان مائنڈ، ہز پلاننگ ویل بی لائک دیٹ اف ا سٹرینجر ان ا لینڈ اور ا ٹریولر۔</w:t>
      </w:r>
    </w:p>
    <w:p>
      <w:r>
        <w:rPr>
          <w:b/>
        </w:rPr>
        <w:t xml:space="preserve">[28:43] </w:t>
      </w:r>
      <w:r>
        <w:t>he would not like to make any identity here. he knows that he has to spend a small part of his eternal life here and then he must go ahead.</w:t>
      </w:r>
    </w:p>
    <w:p>
      <w:pPr>
        <w:jc w:val="right"/>
      </w:pPr>
      <w:r>
        <w:t>ہی وڈ ناٹ لائک ٹو میک اینی ائیڈنٹٹی ہیر۔ ہی نوز دیٹ ہی ہیز ٹو سپینڈ ا سمال پارٹ اف ہز ایٹرنل لائف ہیر اینڈ دین ہی مسٹ گو اہیڈ۔</w:t>
      </w:r>
    </w:p>
    <w:p>
      <w:r>
        <w:rPr>
          <w:b/>
        </w:rPr>
        <w:t xml:space="preserve">[28:55] </w:t>
      </w:r>
      <w:r>
        <w:t>this will quite naturally make him choose a life of a traveler</w:t>
      </w:r>
    </w:p>
    <w:p>
      <w:pPr>
        <w:jc w:val="right"/>
      </w:pPr>
      <w:r>
        <w:t>دس ویل کوائٹ نیچرلی میک ہم چوز ا لائف اف ا ٹریولر</w:t>
      </w:r>
    </w:p>
    <w:p>
      <w:r>
        <w:rPr>
          <w:b/>
        </w:rPr>
        <w:t xml:space="preserve">[29:01] </w:t>
      </w:r>
      <w:r>
        <w:t>. he will not live here as if he will stay here for eternity. that is why he doesn't try to stock pile much here.</w:t>
      </w:r>
    </w:p>
    <w:p>
      <w:pPr>
        <w:jc w:val="right"/>
      </w:pPr>
      <w:r>
        <w:t>۔ ہی ویل ناٹ لیو ہیر ایز اف ہی ویل سٹے ہیر فار ایٹرنٹی۔ دیٹ از وائی ہی ڈزنٹ ٹرائی ٹو سٹاک پائل مچ ہیر۔</w:t>
      </w:r>
    </w:p>
    <w:p>
      <w:r>
        <w:rPr>
          <w:b/>
        </w:rPr>
        <w:t xml:space="preserve">[29:12] </w:t>
      </w:r>
      <w:r>
        <w:t>his view of life will be that of a traveler who uses the world as a lodge. the prophet taught us to look at life from the perspective of a traveler.</w:t>
      </w:r>
    </w:p>
    <w:p>
      <w:pPr>
        <w:jc w:val="right"/>
      </w:pPr>
      <w:r>
        <w:t>ہز ویو اف لائف ویل بی دیٹ اف ا ٹریولر ہو یوزز دا ورلڈ ایز ا لاج۔ دا پرافٹ ٹاٹ اس ٹو لوک ایٹ لائف فرام دا پرسپیکٹو اف ا ٹریولر۔</w:t>
      </w:r>
    </w:p>
    <w:p>
      <w:r>
        <w:rPr>
          <w:b/>
        </w:rPr>
        <w:t xml:space="preserve">[29:24] </w:t>
      </w:r>
      <w:r>
        <w:t>i will share an experience here</w:t>
      </w:r>
    </w:p>
    <w:p>
      <w:pPr>
        <w:jc w:val="right"/>
      </w:pPr>
      <w:r>
        <w:t>ائی ویل شیئر این ایکسپیرینس ہیر</w:t>
      </w:r>
    </w:p>
    <w:p>
      <w:r>
        <w:rPr>
          <w:b/>
        </w:rPr>
        <w:t xml:space="preserve">[29:26] </w:t>
      </w:r>
      <w:r>
        <w:t>: my family members upon observing that i plan very extensively for the mission work but not so for the worldly work inquired the reason for it.</w:t>
      </w:r>
    </w:p>
    <w:p>
      <w:pPr>
        <w:jc w:val="right"/>
      </w:pPr>
      <w:r>
        <w:t>: مائی فیملی ممبرز اپون ابزرونگ دیٹ ائی پلان ویری ایکسٹینسولی فار دا مشن ورک بٹ ناٹ سو فار دا ورلڈی ورک انکوائرڈ دا ریزن فار اٹ۔</w:t>
      </w:r>
    </w:p>
    <w:p>
      <w:r>
        <w:rPr>
          <w:b/>
        </w:rPr>
        <w:t xml:space="preserve">[29:38] </w:t>
      </w:r>
      <w:r>
        <w:t>so i presented to them the following perspective with regard to this. i said: the roots of the work pertaining to the mission reaches the hereafter.</w:t>
      </w:r>
    </w:p>
    <w:p>
      <w:pPr>
        <w:jc w:val="right"/>
      </w:pPr>
      <w:r>
        <w:t>سو ائی پریزنٹڈ ٹو دیم دا فالونگ پرسپیکٹو ود ریگارڈ ٹو دس۔ ائی سیڈ: دا روٹس اف دا ورک پرٹیننگ ٹو دا مشن ریچز دا ہیر افٹر۔</w:t>
      </w:r>
    </w:p>
    <w:p>
      <w:r>
        <w:rPr>
          <w:b/>
        </w:rPr>
        <w:t xml:space="preserve">[29:49] </w:t>
      </w:r>
      <w:r>
        <w:t>therefore, even if i am unable to execute the plan, god as per his promise, he has promised his rewards even for the intention.</w:t>
      </w:r>
    </w:p>
    <w:p>
      <w:pPr>
        <w:jc w:val="right"/>
      </w:pPr>
      <w:r>
        <w:t>دیر فور، ایون اف ائی ایم ان ایبل ٹو ایگزیکیوٹ دا پلان، گاڈ ایز پر ہز پرومس، ہی ہیز پرومس ہز ریوارڈز ایون فار دا انٹینشن۔</w:t>
      </w:r>
    </w:p>
    <w:p>
      <w:r>
        <w:rPr>
          <w:b/>
        </w:rPr>
        <w:t xml:space="preserve">[30:02] </w:t>
      </w:r>
      <w:r>
        <w:t>however, this is not the case about a worldly tasks</w:t>
      </w:r>
    </w:p>
    <w:p>
      <w:pPr>
        <w:jc w:val="right"/>
      </w:pPr>
      <w:r>
        <w:t>ہاؤ ایور، دس از ناٹ دا کیس اباؤٹ ا ورلڈی ٹاسکس</w:t>
      </w:r>
    </w:p>
    <w:p>
      <w:r>
        <w:rPr>
          <w:b/>
        </w:rPr>
        <w:t xml:space="preserve">[30:06] </w:t>
      </w:r>
      <w:r>
        <w:t>. after extensive planning for some worldly affair, if i die and as death can come any moment, all the planning is wasted and all the time which i used for planning is gone forever.</w:t>
      </w:r>
    </w:p>
    <w:p>
      <w:pPr>
        <w:jc w:val="right"/>
      </w:pPr>
      <w:r>
        <w:t>۔ افٹر ایکسٹینسو پلاننگ فار سم ورلڈی افیئر، اف ائی ڈائی اینڈ ایز ڈیتھ کین کم اینی مومنٹ، ال دا پلاننگ از ویسٹڈ اینڈ ال دا ٹائم وچ ائی یوزڈ فار پلاننگ از گون فار ایور۔</w:t>
      </w:r>
    </w:p>
    <w:p>
      <w:r>
        <w:rPr>
          <w:b/>
        </w:rPr>
        <w:t xml:space="preserve">[30:24] </w:t>
      </w:r>
      <w:r>
        <w:t>my principle to plan just is just per as per the need. like when the need arises, plan whatever needs to be planned, do the duty.</w:t>
      </w:r>
    </w:p>
    <w:p>
      <w:pPr>
        <w:jc w:val="right"/>
      </w:pPr>
      <w:r>
        <w:t>مائی پرنسپل ٹو پلان جسٹ از جسٹ پر ایز پر دا نیڈ۔ لائک وین دا نیڈ ارائزز، پلان واٹ ایور نیڈز ٹو بی پلانٹ، ڈو دا ڈیوٹی۔</w:t>
      </w:r>
    </w:p>
    <w:p>
      <w:r>
        <w:rPr>
          <w:b/>
        </w:rPr>
        <w:t xml:space="preserve">[30:36] </w:t>
      </w:r>
      <w:r>
        <w:t>i learned this lesson from the flowering plants. some plants flower seasonally, that is during certain months of the year, and some plants flower perennially, that is throughout the year.</w:t>
      </w:r>
    </w:p>
    <w:p>
      <w:pPr>
        <w:jc w:val="right"/>
      </w:pPr>
      <w:r>
        <w:t>ائی لرنڈ دس لیسن فرام دا فلورنگ پلانٹس۔ سم پلانٹس فلور سیزنلی، دیٹ از ڈیورنگ سرٹن منتھ اف دا ایئر، اینڈ سم پلانٹس فلور پیرینیالی، دیٹ از تھرو اؤٹ دا ایئر۔</w:t>
      </w:r>
    </w:p>
    <w:p>
      <w:r>
        <w:rPr>
          <w:b/>
        </w:rPr>
        <w:t xml:space="preserve">[30:49] </w:t>
      </w:r>
      <w:r>
        <w:t>so for worldly tasks, seasonal planning is suitable and for a hereafter, perennial planning is suitable.</w:t>
      </w:r>
    </w:p>
    <w:p>
      <w:pPr>
        <w:jc w:val="right"/>
      </w:pPr>
      <w:r>
        <w:t>سو فار ورلڈی ٹاسکس، سیزنل پلاننگ از سوٹیبل اینڈ فار ا ہیر افٹر، پیرینیال پلاننگ از سوٹیبل۔</w:t>
      </w:r>
    </w:p>
    <w:p>
      <w:r>
        <w:rPr>
          <w:b/>
        </w:rPr>
        <w:t xml:space="preserve">[31:00] </w:t>
      </w:r>
      <w:r>
        <w:t>the next question is: does remembering death constantly demotivate human beings?</w:t>
      </w:r>
    </w:p>
    <w:p>
      <w:pPr>
        <w:jc w:val="right"/>
      </w:pPr>
      <w:r>
        <w:t>دا نیکسٹ کوئسچن از: ڈز ریممبرنگ ڈیتھ کانسٹنٹلی ڈی موٹیویٹ ہیومن بینگز؟</w:t>
      </w:r>
    </w:p>
    <w:p>
      <w:r>
        <w:rPr>
          <w:b/>
        </w:rPr>
        <w:t xml:space="preserve">[31:09] </w:t>
      </w:r>
      <w:r>
        <w:t>de answer is: to understand this, we need to first know the difference between two types of fear. one is termed as phobia, which is extreme and unreasonable fear.</w:t>
      </w:r>
    </w:p>
    <w:p>
      <w:pPr>
        <w:jc w:val="right"/>
      </w:pPr>
      <w:r>
        <w:t>دے انسر از: ٹو انڈرسٹینڈ دس، وی نیڈ ٹو فرسٹ نو دا ڈیفرنس بٹوین ٹو ٹائپس اف فیئر۔ ون از ٹرمڈ ایز فوبیا، وچ از ایکسٹریم اینڈ ان ریزنبل فیئر۔</w:t>
      </w:r>
    </w:p>
    <w:p>
      <w:r>
        <w:rPr>
          <w:b/>
        </w:rPr>
        <w:t xml:space="preserve">[31:24] </w:t>
      </w:r>
      <w:r>
        <w:t>this kind of fear is unhealthy and categorized as a psychological disease. the second type of fear is a healthy fear, which is a driving force to work positively.</w:t>
      </w:r>
    </w:p>
    <w:p>
      <w:pPr>
        <w:jc w:val="right"/>
      </w:pPr>
      <w:r>
        <w:t>دس کائنڈ اف فیئر از ان ہیلدی اینڈ کیٹگرائزڈ ایز ا سائیکلوجیکل ڈیزیز۔ دا سیکنڈ ٹائپ اف فیئر از ا ہیلدی فیئر، وچ از ا ڈرائیونگ فورس ٹو ورک پوزیٹولی۔</w:t>
      </w:r>
    </w:p>
    <w:p>
      <w:r>
        <w:rPr>
          <w:b/>
        </w:rPr>
        <w:t xml:space="preserve">[31:40] </w:t>
      </w:r>
      <w:r>
        <w:t>the quran keeps calling the believers towards this fear, which will result in making us paradisiacal personalities.</w:t>
      </w:r>
    </w:p>
    <w:p>
      <w:pPr>
        <w:jc w:val="right"/>
      </w:pPr>
      <w:r>
        <w:t>دا قرآن کیپس کالنگ دا بیلیورز ٹورڈز دس فیئر، وچ ویل رزلٹ ان میکنگ اس پیراڈائسیکل پرسنیلٹیز۔</w:t>
      </w:r>
    </w:p>
    <w:p>
      <w:r>
        <w:rPr>
          <w:b/>
        </w:rPr>
        <w:t xml:space="preserve">[31:54] </w:t>
      </w:r>
      <w:r>
        <w:t>we will take an example about phobia. there was a relative of mine who had this extreme fear of death, which is known as thanatophobia.</w:t>
      </w:r>
    </w:p>
    <w:p>
      <w:pPr>
        <w:jc w:val="right"/>
      </w:pPr>
      <w:r>
        <w:t>وی ویل ٹیک این ایگزامپل اباؤٹ فوبیا۔ دیر واز ا ریلیٹو اف مائن ہو ہیڈ دس ایکسٹریم فیئر اف ڈیتھ، وچ از نون ایز تھینٹو فوبیا۔</w:t>
      </w:r>
    </w:p>
    <w:p>
      <w:r>
        <w:rPr>
          <w:b/>
        </w:rPr>
        <w:t xml:space="preserve">[32:04] </w:t>
      </w:r>
      <w:r>
        <w:t>she would keep saying constantly that i will die, please save me, and she was unable to lead a normal life.</w:t>
      </w:r>
    </w:p>
    <w:p>
      <w:pPr>
        <w:jc w:val="right"/>
      </w:pPr>
      <w:r>
        <w:t>شی وڈ کیپ سیئنگ کانسٹنٹلی دیٹ ائی ویل ڈائی، پلیز سیو می، اینڈ شی واز ان ایبل ٹو لیڈ ا نارمل لائف۔</w:t>
      </w:r>
    </w:p>
    <w:p>
      <w:r>
        <w:rPr>
          <w:b/>
        </w:rPr>
        <w:t xml:space="preserve">[32:14] </w:t>
      </w:r>
      <w:r>
        <w:t>this type of fear full constant remembrance of death is totally debilitating.</w:t>
      </w:r>
    </w:p>
    <w:p>
      <w:pPr>
        <w:jc w:val="right"/>
      </w:pPr>
      <w:r>
        <w:t>دس ٹائپ اف فیئر فل کانسٹنٹ ریممبرنس اف ڈیتھ از ٹوٹلی ڈیبلیٹیٹنگ۔</w:t>
      </w:r>
    </w:p>
    <w:p>
      <w:r>
        <w:rPr>
          <w:b/>
        </w:rPr>
        <w:t xml:space="preserve">[32:22] </w:t>
      </w:r>
      <w:r>
        <w:t>when we talk about the constant remembrance of death, we are talking about what we are talking about is the acceptance of the creation plan of god that we have to die one day.</w:t>
      </w:r>
    </w:p>
    <w:p>
      <w:pPr>
        <w:jc w:val="right"/>
      </w:pPr>
      <w:r>
        <w:t>وین وی ٹاک اباؤٹ دا کانسٹنٹ ریممبرنس اف ڈیتھ، وی ار ٹاکنگ اباؤٹ واٹ وی ار ٹاکنگ اباؤٹ از دی ایکسیپٹنس اف دا کریشن پلان اف گاڈ دیٹ وی ہیو ٹو ڈائی ون ڈے۔</w:t>
      </w:r>
    </w:p>
    <w:p>
      <w:r>
        <w:rPr>
          <w:b/>
        </w:rPr>
        <w:t xml:space="preserve">[32:36] </w:t>
      </w:r>
      <w:r>
        <w:t>this kind of remembrance does not demotivate us. it creates a sense of urgency within us, and it gives a sense of priority</w:t>
      </w:r>
    </w:p>
    <w:p>
      <w:pPr>
        <w:jc w:val="right"/>
      </w:pPr>
      <w:r>
        <w:t>دس کائنڈ اف ریممبرنس ڈز ناٹ ڈی موٹیویٹ اس۔ اٹ کریٹس ا سینس اف ارجنسی ود ان اس، اینڈ اٹ گوز ا سینس اف پرائیورٹی</w:t>
      </w:r>
    </w:p>
    <w:p>
      <w:r>
        <w:rPr>
          <w:b/>
        </w:rPr>
        <w:t xml:space="preserve">[32:47] </w:t>
      </w:r>
      <w:r>
        <w:t>. when a person is convinced that he does not know when the time will come for him to leave this world, he does all the work that he should do without wasting his time.</w:t>
      </w:r>
    </w:p>
    <w:p>
      <w:pPr>
        <w:jc w:val="right"/>
      </w:pPr>
      <w:r>
        <w:t>۔ وین ا پرسن از کنونسڈ دیٹ ہی ڈز ناٹ نو وین دا ٹائم ویل کم فار ہم ٹو لیو دس ورلڈ، ہی ڈز ال دا ورک دیٹ ہی شوڈ ڈو وٹاؤٹ ویسٹنگ ہز ٹائم۔</w:t>
      </w:r>
    </w:p>
    <w:p>
      <w:r>
        <w:rPr>
          <w:b/>
        </w:rPr>
        <w:t xml:space="preserve">[32:59] </w:t>
      </w:r>
      <w:r>
        <w:t>he becomes very selective when it comes to choosing worldly things. it is because he knows he cannot do many things.</w:t>
      </w:r>
    </w:p>
    <w:p>
      <w:pPr>
        <w:jc w:val="right"/>
      </w:pPr>
      <w:r>
        <w:t>ہی بیکمز ویری سلیکٹیو وین اٹ کمز ٹو چوزنگ ورلڈی تھنگز۔ اٹ از بیکاز ہی نوز ہی کین ناٹ ڈو مینی تھنگز۔</w:t>
      </w:r>
    </w:p>
    <w:p>
      <w:r>
        <w:rPr>
          <w:b/>
        </w:rPr>
        <w:t xml:space="preserve">[33:08] </w:t>
      </w:r>
      <w:r>
        <w:t>he only wants to do the most important and necessary things. he would like to prepare for the things for which he is accountable to god.</w:t>
      </w:r>
    </w:p>
    <w:p>
      <w:pPr>
        <w:jc w:val="right"/>
      </w:pPr>
      <w:r>
        <w:t>ہی اونلی وانٹس ٹو ڈو دا موسٹ امپورٹنٹ اینڈ نیسیسری تھنگز۔ ہی وڈ لائک ٹو پریپیئر فار دا تھنگز فار وچ ہی از اکاؤنٹیبل ٹو گاڈ۔</w:t>
      </w:r>
    </w:p>
    <w:p>
      <w:r>
        <w:rPr>
          <w:b/>
        </w:rPr>
        <w:t xml:space="preserve">[33:19] </w:t>
      </w:r>
      <w:r>
        <w:t>does the realization and remembrance of death makes him a realistic person in the matter of life?</w:t>
      </w:r>
    </w:p>
    <w:p>
      <w:pPr>
        <w:jc w:val="right"/>
      </w:pPr>
      <w:r>
        <w:t>ڈز دا ریلائزیشن اینڈ ریممبرنس اف ڈیتھ میکس ہم اے ریلسٹک پرسن ان دا میٹر اف لائف؟</w:t>
      </w:r>
    </w:p>
    <w:p>
      <w:r>
        <w:rPr>
          <w:b/>
        </w:rPr>
        <w:t xml:space="preserve">[33:28] </w:t>
      </w:r>
      <w:r>
        <w:t>i share an experience in this connection. during a travel program, just an hour before leaving the house, two tasks came up.</w:t>
      </w:r>
    </w:p>
    <w:p>
      <w:pPr>
        <w:jc w:val="right"/>
      </w:pPr>
      <w:r>
        <w:t>ائی شیئر این ایکسپیرینس ان دس کنیکشن۔ ڈیورنگ ا ٹریول پروگرام، جسٹ این اور بیفور لیونگ دا ہاؤس، ٹو ٹاسکس کیم اپ۔</w:t>
      </w:r>
    </w:p>
    <w:p>
      <w:r>
        <w:rPr>
          <w:b/>
        </w:rPr>
        <w:t xml:space="preserve">[33:38] </w:t>
      </w:r>
      <w:r>
        <w:t>one pertaining to my worldly life and the other was a mission task. in the limited time, i could do only one task</w:t>
      </w:r>
    </w:p>
    <w:p>
      <w:pPr>
        <w:jc w:val="right"/>
      </w:pPr>
      <w:r>
        <w:t>ون پرٹیننگ ٹو مائی ورلڈی لائف اینڈ دی ادر واز ا مشن ٹاسک۔ ان دا لمیٹڈ ٹائم، ائی کڈ ڈو اونلی ون ٹاس</w:t>
      </w:r>
    </w:p>
    <w:p>
      <w:r>
        <w:rPr>
          <w:b/>
        </w:rPr>
        <w:t xml:space="preserve">[33:46] </w:t>
      </w:r>
      <w:r>
        <w:t>. in the selection, the remembrance of death was helpful for me. i chose to do the mission task with the thought that if i die during the travel, doing the mission work would benefit me more.</w:t>
      </w:r>
    </w:p>
    <w:p>
      <w:pPr>
        <w:jc w:val="right"/>
      </w:pPr>
      <w:r>
        <w:t>ک۔ ان دا سلیکشن، دا ریممبرنس اف ڈیتھ واز ہیلپ فل فار می۔ ائی چوز ٹو ڈو دا مشن ٹاسک ود دا تھاٹ دیٹ اف ائی ڈائی ڈیورنگ دا ٹریول، ڈوئنگ دا مشن ورک وڈ بینیفٹ می مور۔</w:t>
      </w:r>
    </w:p>
    <w:p>
      <w:r>
        <w:rPr>
          <w:b/>
        </w:rPr>
        <w:t xml:space="preserve">[34:01] </w:t>
      </w:r>
      <w:r>
        <w:t>also, i saw that the worldly work was done by another member of the family while i was gone. they would not have been able to do the mission work.</w:t>
      </w:r>
    </w:p>
    <w:p>
      <w:pPr>
        <w:jc w:val="right"/>
      </w:pPr>
      <w:r>
        <w:t>السو، ائی ساؤ دیٹ دا ورلڈی ورک واز ڈن بائے انادر ممبر اف دا فیملی وائل ائی واز گون۔ دے وڈ ناٹ ہیو بین ایبل ٹو ڈو دا مشن ورک۔</w:t>
      </w:r>
    </w:p>
    <w:p>
      <w:r>
        <w:rPr>
          <w:b/>
        </w:rPr>
        <w:t xml:space="preserve">[34:13] </w:t>
      </w:r>
      <w:r>
        <w:t>i hope this was a clear answer to the question. asked, there is an important announcement.</w:t>
      </w:r>
    </w:p>
    <w:p>
      <w:pPr>
        <w:jc w:val="right"/>
      </w:pPr>
      <w:r>
        <w:t>ائی ہوپ دس واز ا کلیئر انسر ٹو دا کوئسچن۔ اسکڈ، دیر از این امپورٹنٹ اناؤنسمنٹ۔</w:t>
      </w:r>
    </w:p>
    <w:p>
      <w:r>
        <w:rPr>
          <w:b/>
        </w:rPr>
        <w:t xml:space="preserve">[34:23] </w:t>
      </w:r>
      <w:r>
        <w:t>the next session in urdu will be conducted by mrs. fahmida khan on sunday the ninth of may 2021 at 2 pm indian standard time.</w:t>
      </w:r>
    </w:p>
    <w:p>
      <w:pPr>
        <w:jc w:val="right"/>
      </w:pPr>
      <w:r>
        <w:t>دا نیکسٹ سیشن ان اردو ویل بی کنڈکٹڈ بائے مسز فہمیدہ خان ان سنڈے دا نائنتھ اف مئی 2021 ایٹ ٹو پی ایم انڈین سٹینڈرڈ ٹائم۔</w:t>
      </w:r>
    </w:p>
    <w:p>
      <w:r>
        <w:rPr>
          <w:b/>
        </w:rPr>
        <w:t xml:space="preserve">[34:39] </w:t>
      </w:r>
      <w:r>
        <w:t>jazak allah for the opportunity.</w:t>
      </w:r>
    </w:p>
    <w:p>
      <w:pPr>
        <w:jc w:val="right"/>
      </w:pPr>
      <w:r>
        <w:t>جزاک اللہ فار دی اپرچونی</w:t>
      </w:r>
    </w:p>
    <w:p>
      <w:r>
        <w:rPr>
          <w:b/>
        </w:rPr>
        <w:t xml:space="preserve">[34:41] </w:t>
      </w:r>
      <w:r>
        <w:t>ty. god willing, we will meet for the next session, which will be in english on sunday the sixteenth of may 2021 at 7 pm indian standard time.</w:t>
      </w:r>
    </w:p>
    <w:p>
      <w:pPr>
        <w:jc w:val="right"/>
      </w:pPr>
      <w:r>
        <w:t>ٹی۔ گاڈ ویلنگ، وی ویل میٹ فار دا نیکسٹ سیشن، وچ ویل بی ان انگلش ان سنڈے دا سکسٹینتھ اف مئی 2021 ایٹ سیون پی ایم انڈین سٹینڈرڈ ٹائم۔</w:t>
      </w:r>
    </w:p>
    <w:p>
      <w:r>
        <w:rPr>
          <w:b/>
        </w:rPr>
        <w:t xml:space="preserve">[34:57] </w:t>
      </w:r>
      <w:r>
        <w:t>assalam o alaikum.</w:t>
      </w:r>
    </w:p>
    <w:p>
      <w:pPr>
        <w:jc w:val="right"/>
      </w:pPr>
      <w:r>
        <w:t>السلام علیکم۔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