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Experiences Sharing by CPS Members November 11, 2006 Maulana Wahiduddin Khan</w:t>
      </w:r>
    </w:p>
    <w:p>
      <w:r>
        <w:t>https://www.youtube.com/watch?v=VhS3VofQlHo</w:t>
      </w:r>
    </w:p>
    <w:p>
      <w:r>
        <w:rPr>
          <w:b/>
        </w:rPr>
        <w:t xml:space="preserve">[00:13] </w:t>
      </w:r>
      <w:r>
        <w:t>this our weekly spiritual class</w:t>
      </w:r>
    </w:p>
    <w:p>
      <w:pPr>
        <w:jc w:val="right"/>
      </w:pPr>
      <w:r>
        <w:t>दिस आवर वीकली स्पिरिचुअल क्लास</w:t>
      </w:r>
    </w:p>
    <w:p>
      <w:r>
        <w:rPr>
          <w:b/>
        </w:rPr>
        <w:t xml:space="preserve">[00:21] </w:t>
      </w:r>
      <w:r>
        <w:t>the purpose of this weekly class is to to give the true message of islam especially to the younger generation</w:t>
      </w:r>
    </w:p>
    <w:p>
      <w:pPr>
        <w:jc w:val="right"/>
      </w:pPr>
      <w:r>
        <w:t>द पर्पस ऑफ दिस वीकली क्लास इज टू टू गिव द ट्रू मैसेज ऑफ इस्लाम स्पेशली टू द यंगर जनरेशन</w:t>
      </w:r>
    </w:p>
    <w:p>
      <w:r>
        <w:rPr>
          <w:b/>
        </w:rPr>
        <w:t xml:space="preserve">[00:37] </w:t>
      </w:r>
      <w:r>
        <w:t>so in every meeting we try to give some positive message in modern idiom</w:t>
      </w:r>
    </w:p>
    <w:p>
      <w:pPr>
        <w:jc w:val="right"/>
      </w:pPr>
      <w:r>
        <w:t>सो इन एवरी मीटिंग वी ट्राई टू गिव सम पॉजिटिव मैसेज इन मॉडर्न इडियम</w:t>
      </w:r>
    </w:p>
    <w:p>
      <w:r>
        <w:rPr>
          <w:b/>
        </w:rPr>
        <w:t xml:space="preserve">[00:51] </w:t>
      </w:r>
      <w:r>
        <w:t>here you see mr rakesh kumar</w:t>
      </w:r>
    </w:p>
    <w:p>
      <w:pPr>
        <w:jc w:val="right"/>
      </w:pPr>
      <w:r>
        <w:t>हियर यू सी मिस्टर राकेश कुमार</w:t>
      </w:r>
    </w:p>
    <w:p>
      <w:r>
        <w:rPr>
          <w:b/>
        </w:rPr>
        <w:t xml:space="preserve">[00:55] </w:t>
      </w:r>
      <w:r>
        <w:t>today i have heard that today one of his colleague told me that in his company they change his name and now they call him mr positive ya mr rakesh is now mr positive f</w:t>
      </w:r>
    </w:p>
    <w:p>
      <w:pPr>
        <w:jc w:val="right"/>
      </w:pPr>
      <w:r>
        <w:t>टुडे आई हैव हर्ड दैट टुडे वन ऑफ हिज कलीग टोल्ड मी दैट इन हिज कंपनी दे चेंज हिज नेम एंड नाउ दे कॉल हिम मिस्टर पॉजिटिव या मिस्टर राकेश इज नाउ मिस्टर पॉजिटिव फ</w:t>
      </w:r>
    </w:p>
    <w:p>
      <w:r>
        <w:rPr>
          <w:b/>
        </w:rPr>
        <w:t xml:space="preserve">[01:18] </w:t>
      </w:r>
      <w:r>
        <w:t>rom this example you can understand what is our target and what is our</w:t>
      </w:r>
    </w:p>
    <w:p>
      <w:pPr>
        <w:jc w:val="right"/>
      </w:pPr>
      <w:r>
        <w:t>्रॉम दिस एग्जांपल यू कैन अंडरस्टैंड व्हाट इज आवर टारगेट एंड व्हाट इज आवर</w:t>
      </w:r>
    </w:p>
    <w:p>
      <w:r>
        <w:rPr>
          <w:b/>
        </w:rPr>
        <w:t xml:space="preserve">[01:29] </w:t>
      </w:r>
      <w:r>
        <w:t>purpose so today we have some foreign guest and it is very good news for us blessing</w:t>
      </w:r>
    </w:p>
    <w:p>
      <w:pPr>
        <w:jc w:val="right"/>
      </w:pPr>
      <w:r>
        <w:t>पर्पस सो टुडे वी हैव सम फॉरेन गेस्ट एंड इट इज वेरी गुड न्यूज फॉर अस ब्लेसिंग</w:t>
      </w:r>
    </w:p>
    <w:p>
      <w:r>
        <w:rPr>
          <w:b/>
        </w:rPr>
        <w:t xml:space="preserve">[01:43] </w:t>
      </w:r>
      <w:r>
        <w:t>so i would request all of my all of all all the members of this spiritual family to say something about their experience about their experience what is their</w:t>
      </w:r>
    </w:p>
    <w:p>
      <w:pPr>
        <w:jc w:val="right"/>
      </w:pPr>
      <w:r>
        <w:t>सो आई वुड रिक्वेस्ट ऑल ऑफ माय ऑल ऑफ ऑल ऑल द मेंबर्स ऑफ दिस स्पिरिचुअल फैमिली टू से समथिंग अबाउट देयर एक्सपीरियंस अबाउट देयर एक्सपीरियंस व्हाट इज देयर</w:t>
      </w:r>
    </w:p>
    <w:p>
      <w:r>
        <w:rPr>
          <w:b/>
        </w:rPr>
        <w:t xml:space="preserve">[02:06] </w:t>
      </w:r>
      <w:r>
        <w:t>any after meeting this classes what they found before meeting before attending this classes and after attending this classes so both experience i want they may share to our guest so i request first of l i request mi</w:t>
      </w:r>
    </w:p>
    <w:p>
      <w:pPr>
        <w:jc w:val="right"/>
      </w:pPr>
      <w:r>
        <w:t>एनी आफ्टर मीटिंग दिस क्लासेस व्हाट दे फाउंड बिफोर मीटिंग बिफोर अटेंडिंग दिस क्लासेस एंड आफ्टर अटेंडिंग दिस क्लासेस सो बोथ एक्सपीरियंस आई वांट दे मे शेयर टू आवर गेस्ट सो आई रिक्वेस्ट फर्स्ट ऑफ ल आई रिक्वेस्ट मि</w:t>
      </w:r>
    </w:p>
    <w:p>
      <w:r>
        <w:rPr>
          <w:b/>
        </w:rPr>
        <w:t xml:space="preserve">[02:35] </w:t>
      </w:r>
      <w:r>
        <w:t>ster khalid ansari mr khalid ansari is by profession he is a journalist and he is most senior member of our of our team so i would like to request mr khalid ansari to begin this discussion and then i would like to say</w:t>
      </w:r>
    </w:p>
    <w:p>
      <w:pPr>
        <w:jc w:val="right"/>
      </w:pPr>
      <w:r>
        <w:t>स्टर खालिद अंसारी मिस्टर खालिद अंसारी इ बाय प्रोफेशन ही इज अ जर्नलिस्ट एंड ही इज मोस्ट सीनियर मेंबर ऑफ आवर ऑफ आवर टीम सो आई वुड लाइक टू रिक्वेस्ट मिस्टर खालिद अंसारी टू बिगिन दिस डिस्कशन एंड देन आई वुड लाइक टू से</w:t>
      </w:r>
    </w:p>
    <w:p>
      <w:r>
        <w:rPr>
          <w:b/>
        </w:rPr>
        <w:t xml:space="preserve">[03:00] </w:t>
      </w:r>
      <w:r>
        <w:t>l l our members may participate in this discussion</w:t>
      </w:r>
    </w:p>
    <w:p>
      <w:pPr>
        <w:jc w:val="right"/>
      </w:pPr>
      <w:r>
        <w:t>ल ल आवर मेंबर्स मे पार्टिसिपेट इन दिस डिस्कशन</w:t>
      </w:r>
    </w:p>
    <w:p>
      <w:r>
        <w:rPr>
          <w:b/>
        </w:rPr>
        <w:t xml:space="preserve">[03:04] </w:t>
      </w:r>
      <w:r>
        <w:t>so mr khalid ansari. khalid ansari molana jas gave me my brief introduction but i think more than l this words what molana has said the 100% credit for my evolution in terms of my spiritual understanding of my existence goes to molana</w:t>
      </w:r>
    </w:p>
    <w:p>
      <w:pPr>
        <w:jc w:val="right"/>
      </w:pPr>
      <w:r>
        <w:t>सो मिस्टर खालिद अंसारी. खालिद अंसारी मोलाना जस गव मी माय ब्रीफ इंट्रोडक्शन बट आई थिंक मोर देन ल दिस वर्ड्स व्ट मौलाना है सेड द 100% क्रेडिट फॉर माय एवोल्यूशन इन टर्म्स ऑफ माय स्पिरिचुअल अंडरस्टैंडिंग ऑफ माय एक्जिस्टेंस गोस टू मौलाना</w:t>
      </w:r>
    </w:p>
    <w:p>
      <w:r>
        <w:rPr>
          <w:b/>
        </w:rPr>
        <w:t xml:space="preserve">[03:30] </w:t>
      </w:r>
      <w:r>
        <w:t>well tracing the history back I would like to recall that almost five and a half or I would</w:t>
      </w:r>
    </w:p>
    <w:p>
      <w:pPr>
        <w:jc w:val="right"/>
      </w:pPr>
      <w:r>
        <w:t>वेल ट्रेसिंग द हिस्ट्री बैक आई वुड लाइक टू रिकॉल दैट ऑलमोस्ट फ एंड हाफ और आई वुड</w:t>
      </w:r>
    </w:p>
    <w:p>
      <w:r>
        <w:rPr>
          <w:b/>
        </w:rPr>
        <w:t xml:space="preserve">[03:37] </w:t>
      </w:r>
      <w:r>
        <w:t>say six years ago</w:t>
      </w:r>
    </w:p>
    <w:p>
      <w:pPr>
        <w:jc w:val="right"/>
      </w:pPr>
      <w:r>
        <w:t>से सिक्स इयर्स अगो</w:t>
      </w:r>
    </w:p>
    <w:p>
      <w:r>
        <w:rPr>
          <w:b/>
        </w:rPr>
        <w:t xml:space="preserve">[03:39] </w:t>
      </w:r>
      <w:r>
        <w:t>I used to be a completely build person</w:t>
      </w:r>
    </w:p>
    <w:p>
      <w:pPr>
        <w:jc w:val="right"/>
      </w:pPr>
      <w:r>
        <w:t>आई यूज टू बी अ कंपलीटली बिल्ड पर्सन</w:t>
      </w:r>
    </w:p>
    <w:p>
      <w:r>
        <w:rPr>
          <w:b/>
        </w:rPr>
        <w:t xml:space="preserve">[03:45] </w:t>
      </w:r>
      <w:r>
        <w:t>very strong believed in mysticism</w:t>
      </w:r>
    </w:p>
    <w:p>
      <w:pPr>
        <w:jc w:val="right"/>
      </w:pPr>
      <w:r>
        <w:t>वेरी स्ट्रांग बिलीव्ड इन मिस्टिसिज्म</w:t>
      </w:r>
    </w:p>
    <w:p>
      <w:r>
        <w:rPr>
          <w:b/>
        </w:rPr>
        <w:t xml:space="preserve">[03:49] </w:t>
      </w:r>
      <w:r>
        <w:t>discipline of spirituality</w:t>
      </w:r>
    </w:p>
    <w:p>
      <w:pPr>
        <w:jc w:val="right"/>
      </w:pPr>
      <w:r>
        <w:t>डिसिप्लिन ऑफ स्पिरिचुअलिटी</w:t>
      </w:r>
    </w:p>
    <w:p>
      <w:r>
        <w:rPr>
          <w:b/>
        </w:rPr>
        <w:t xml:space="preserve">[03:52] </w:t>
      </w:r>
      <w:r>
        <w:t>went to various ashrams and places of</w:t>
      </w:r>
    </w:p>
    <w:p>
      <w:pPr>
        <w:jc w:val="right"/>
      </w:pPr>
      <w:r>
        <w:t>वेंट टू वेरियस आश्रम्स एंड प्लेसेस ऑफ</w:t>
      </w:r>
    </w:p>
    <w:p>
      <w:r>
        <w:rPr>
          <w:b/>
        </w:rPr>
        <w:t xml:space="preserve">[03:58] </w:t>
      </w:r>
      <w:r>
        <w:t>various activities under Vedanta or Hebrewism which is Kabbalah or you talk about books book of Sam</w:t>
      </w:r>
    </w:p>
    <w:p>
      <w:pPr>
        <w:jc w:val="right"/>
      </w:pPr>
      <w:r>
        <w:t>वेरियस एक्टिविटीज अंडर वेदांता और हिब्रू जम च इज कबाला और यू टॉक अबाउट बुक्स बुक ऑफ साम</w:t>
      </w:r>
    </w:p>
    <w:p>
      <w:r>
        <w:rPr>
          <w:b/>
        </w:rPr>
        <w:t xml:space="preserve">[04:05] </w:t>
      </w:r>
      <w:r>
        <w:t>and various other areas</w:t>
      </w:r>
    </w:p>
    <w:p>
      <w:pPr>
        <w:jc w:val="right"/>
      </w:pPr>
      <w:r>
        <w:t>एंड वेरियस अदर एरियाज</w:t>
      </w:r>
    </w:p>
    <w:p>
      <w:r>
        <w:rPr>
          <w:b/>
        </w:rPr>
        <w:t xml:space="preserve">[04:08] </w:t>
      </w:r>
      <w:r>
        <w:t>my pursuit was i wanted to understand life but the more i got into the deeper rums of spirituality so called mysticism i become further confused</w:t>
      </w:r>
    </w:p>
    <w:p>
      <w:pPr>
        <w:jc w:val="right"/>
      </w:pPr>
      <w:r>
        <w:t>माय पसूट वास आई वांटेड टू अंडरस्टैंड लाइफ बट द मोर आई गट इनटू द डीपर रम्स ऑफ स्पिरिचुअलिटी सो कॉल्ड मिस्टिसिज्म आई बिकम फदर कन्फ्यूज्ड</w:t>
      </w:r>
    </w:p>
    <w:p>
      <w:r>
        <w:rPr>
          <w:b/>
        </w:rPr>
        <w:t xml:space="preserve">[04:24] </w:t>
      </w:r>
      <w:r>
        <w:t>continuing with this thought my most interesting and the most impactful experience which i can recall right now is that i went to a place in rajasthan called jodhpur and i met a gentleman over there called pandit narayan datt shrimali</w:t>
      </w:r>
    </w:p>
    <w:p>
      <w:pPr>
        <w:jc w:val="right"/>
      </w:pPr>
      <w:r>
        <w:t>कंटिन्यूइंग विद दिस थॉट माय मोस्ट इंटरेस्टिंग एंड द मोस्ट इंपैक्टफुल एक्सपीरियंस च आई कैन रिकॉल राइट नाउ इज दैट आई वेंट टू अ प्लेस इन राजस्थान कॉल्ड जोधपुर एंड आई मेट अ जेंटलमैन ओवर देयर कॉल्ड पंडित नारायण दत्त श्री माली</w:t>
      </w:r>
    </w:p>
    <w:p>
      <w:r>
        <w:rPr>
          <w:b/>
        </w:rPr>
        <w:t xml:space="preserve">[04:49] </w:t>
      </w:r>
      <w:r>
        <w:t>he is considered to be an authority in terms of vedanta and mysticism so i was given to believe by various spiritual masters that he is the only person who could address my intellectual quest i went to him and put up my questions</w:t>
      </w:r>
    </w:p>
    <w:p>
      <w:pPr>
        <w:jc w:val="right"/>
      </w:pPr>
      <w:r>
        <w:t>ही इज कंसीडर्ड टू बी एन अथॉरिटी इन टर्म्स ऑफ वेदांता एंड मिस्टिसिज्म सो आई वास गिवन टू बिलीव बाय वेरियस स्पिरिचुअल मास्टर्स दैट ही इज द ओनली पर्सन हु कुड एड्रेस माय इंटेलेक्चुअल क्वेस्ट आई वेंट टू हिम एंड पुट अप माय क्वेश्चंस</w:t>
      </w:r>
    </w:p>
    <w:p>
      <w:r>
        <w:rPr>
          <w:b/>
        </w:rPr>
        <w:t xml:space="preserve">[05:16] </w:t>
      </w:r>
      <w:r>
        <w:t>instead of answering those questions directly he struck a deal with me and the deal was that i had to surrender for couple of months to him</w:t>
      </w:r>
    </w:p>
    <w:p>
      <w:pPr>
        <w:jc w:val="right"/>
      </w:pPr>
      <w:r>
        <w:t>इंस्टेड ऑफ आंसरिंग दोस क्वेश्चंस डायरेक्टली ही स्ट्रक अ डील विद मी एंड द डील वास दैट आई हैड टू सरेंडर फॉर कपल ऑफ मंथ्स टू हिम</w:t>
      </w:r>
    </w:p>
    <w:p>
      <w:r>
        <w:rPr>
          <w:b/>
        </w:rPr>
        <w:t xml:space="preserve">[05:30] </w:t>
      </w:r>
      <w:r>
        <w:t>and during that i was supposed to go or have an insight into my inner self leading to the various opening of chakra i mean energy centers inside my body see the entires outside my existence and relate that to my inner self</w:t>
      </w:r>
    </w:p>
    <w:p>
      <w:pPr>
        <w:jc w:val="right"/>
      </w:pPr>
      <w:r>
        <w:t>एंड ड्यूरिंग दैट आई वास सपोज टू गो और हैव एन इनसाइट इनटू माय इनर सेल्फ लीडिंग टू द वेरियस ओपनिंग ऑफ चक्रा आई मीन एनर्जी सेंटर्स इनसाइड माय बॉडी सी द एंटायस आउटसाइड माय एक्जिस्टेंस एंड रिलेट दैट टू माय इनर सेल्फ</w:t>
      </w:r>
    </w:p>
    <w:p>
      <w:r>
        <w:rPr>
          <w:b/>
        </w:rPr>
        <w:t xml:space="preserve">[05:55] </w:t>
      </w:r>
      <w:r>
        <w:t>its a discipline practice under vedanta and sometime to open those energy chakra there is another way which is called tratak which is concentrating on a point and evoking radiation and then absorb it and finally fine tuning the energy wavelength to your inner body and there comes a situation one there is amatra which is inner silence</w:t>
      </w:r>
    </w:p>
    <w:p>
      <w:pPr>
        <w:jc w:val="right"/>
      </w:pPr>
      <w:r>
        <w:t>इट्स अ डिसिप्लिन प्रैक्टिस अंडर वेदांता एंड समटाइम टू ओपन दोस एनर्जी चक्रा देर इज अनदर वे च इज कॉल्ड त्राटक च इज कंसंट्रेटिंग ऑन अ पॉइंट एंड इवोकिंग रेडिएशन एंड देन अब्जॉर्ब इट एंड फाइनली फाइन ट्यूनिंग द एनर्जी वेवलेंथ टू योर इनर बॉडी एंड देयर कम्स अ सिचुएशन वन देयर इज अमात्रा च इज इनर साइलेंस</w:t>
      </w:r>
    </w:p>
    <w:p>
      <w:r>
        <w:rPr>
          <w:b/>
        </w:rPr>
        <w:t xml:space="preserve">[06:22] </w:t>
      </w:r>
      <w:r>
        <w:t>so i experienced all that but even after completion of that three to four months time i put up a question to my guru over there that my questions are still unanswered so his last result was its a matter of belief not the reason</w:t>
      </w:r>
    </w:p>
    <w:p>
      <w:pPr>
        <w:jc w:val="right"/>
      </w:pPr>
      <w:r>
        <w:t>सो आई एक्सपीरियंस ऑल दैट बट इवन आफ्टर कंप्लीशन ऑफ दैट थ्री टू फोर मंथ्स टाइम आई पुट अप अ क्वेश्चन टू माय गुरु ओवर देयर दैट माय क्वेश्चंस आर स्टिल अनआंसर सो हिज लास्ट रिजल्ट वास इट्स अ मैटर ऑफ बिलीफ नॉट द रीजन</w:t>
      </w:r>
    </w:p>
    <w:p>
      <w:r>
        <w:rPr>
          <w:b/>
        </w:rPr>
        <w:t xml:space="preserve">[06:47] </w:t>
      </w:r>
      <w:r>
        <w:t>i was completely befuddled because at the beginning he said you will get the rational explanation but in the end i dont get l that what i was expecting so it was almost f and half years ago i came to know about molana molana wahiduddin khan</w:t>
      </w:r>
    </w:p>
    <w:p>
      <w:pPr>
        <w:jc w:val="right"/>
      </w:pPr>
      <w:r>
        <w:t>आई वास कंपलीटली बेफल्ड बिकॉज एट द बिगिनिंग ही सेड यू विल गेट द रेशनल एक्सप्लेनेशन बट इन द एंड आई डोंट गेट ल दैट व्ट आई वास एक्सपेक्टिंग सो इट वास ऑलमोस्ट फ एंड हाफ इयर्स अगो आई केम टू नो अबाउट मौलाना मौलाना वहीदुद्दीन खान</w:t>
      </w:r>
    </w:p>
    <w:p>
      <w:r>
        <w:rPr>
          <w:b/>
        </w:rPr>
        <w:t xml:space="preserve">[07:09] </w:t>
      </w:r>
      <w:r>
        <w:t>though i read about him in various publications english dailies in urdu magazine also</w:t>
      </w:r>
    </w:p>
    <w:p>
      <w:pPr>
        <w:jc w:val="right"/>
      </w:pPr>
      <w:r>
        <w:t>दो आई रेड अबाउट हिम इन वेरियस पब्लिकेशंस इंग्लिश डेलीज इन उर्दू मैगजीन आल्सो</w:t>
      </w:r>
    </w:p>
    <w:p>
      <w:r>
        <w:rPr>
          <w:b/>
        </w:rPr>
        <w:t xml:space="preserve">[07:20] </w:t>
      </w:r>
      <w:r>
        <w:t>but i used to think that he is one gentleman who is different from the rest and also there was a sizable opposition to his thought his way of spiritual perspective and the more i tried to get close to him or understand his thought i was discouraged by none other than my immediate family members</w:t>
      </w:r>
    </w:p>
    <w:p>
      <w:pPr>
        <w:jc w:val="right"/>
      </w:pPr>
      <w:r>
        <w:t>बट आई यूज टू थिंक दैट ही इज वन जेंटलमैन हु इज डिफरेंट फ्रॉम द रेस्ट एंड आल्सो देर वास अ साइजेबल अपोजिशन टू हिज थॉट हिज वे ऑफ स्पिरिचुअल पर्सपेक्टिव एंड द मोर आई ट्राइड टू गेट क्लोज टू हिम और अंडरस्टैंड हिज थॉट आई वास डिस्क्रेज्ड बाय नन अदर देन माय इमीडिएट फैमिली मेंबर्स</w:t>
      </w:r>
    </w:p>
    <w:p>
      <w:r>
        <w:rPr>
          <w:b/>
        </w:rPr>
        <w:t xml:space="preserve">[07:49] </w:t>
      </w:r>
      <w:r>
        <w:t>because i was born in a muslim family my mind was conditioned though i claim to be rational but still when i introspected i was because because of the conditioning and the baggage of belief system i was carrying but there came a turning point to three very close friend of mine</w:t>
      </w:r>
    </w:p>
    <w:p>
      <w:pPr>
        <w:jc w:val="right"/>
      </w:pPr>
      <w:r>
        <w:t>बिकॉज आई वास बोर्न इन अ मुस्लिम फैमिली माय माइंड वास कंडीशन दो आई क्लेम टू बी रेशनल बट स्टिल व्हेन आई इंट्रोस्पेक्टेड आई वाज बिकॉज बिकॉज ऑफ द कंडीशनिंग एंड द बैगेज ऑफ बिलीफ सिस्टम आई वास कैरिंग बट देयर केम अ टर्निंग पॉइंट टू थ्री वेरी क्लोज फ्रेंड ऑफ माइन</w:t>
      </w:r>
    </w:p>
    <w:p>
      <w:r>
        <w:rPr>
          <w:b/>
        </w:rPr>
        <w:t xml:space="preserve">[08:13] </w:t>
      </w:r>
      <w:r>
        <w:t>at that point of time all of us got together and sort an appointment with molana came over here met him so to my surprise he came across as a person who who said shoot as many as questions you want and they will be answered but for that you will have to re align your thought what you are looking for is your perspective</w:t>
      </w:r>
    </w:p>
    <w:p>
      <w:pPr>
        <w:jc w:val="right"/>
      </w:pPr>
      <w:r>
        <w:t>एट दैट पॉइंट ऑफ टाइम ऑल ऑफ अस गट टुगेदर एंड सोट एन अपॉइंटमेंट विद मौलाना केम ओवर हियर मेट हिम सो टू माय सरप्राइज ही केम अक्रॉस एस अ पर्सन हु हु सेड शूट एस मेनी एस क्वेश्चंस यू वांट एंड दे विल बी आंसर बट फॉर दैट यू विल हैव टू री अलाइन योर थॉट व्ट यू आर लुकिंग फॉर इज योर पर्सपेक्टिव</w:t>
      </w:r>
    </w:p>
    <w:p>
      <w:r>
        <w:rPr>
          <w:b/>
        </w:rPr>
        <w:t xml:space="preserve">[08:41] </w:t>
      </w:r>
      <w:r>
        <w:t>if you really want to understand if you really want to decode the puzzle of life then you will have to change your perspective you will have to understand from the beginning which is the creation plan of god the creator of the entires</w:t>
      </w:r>
    </w:p>
    <w:p>
      <w:pPr>
        <w:jc w:val="right"/>
      </w:pPr>
      <w:r>
        <w:t>इफ यू रियली वांट टू अंडरस्टैंड इफ यू रियली वांट टू डिकोड द पजल ऑफ लाइफ देन यू विल हैव टू चेंज योर पर्सपेक्टिव यू विल हैव टू अंडरस्टैंड फ्रॉम द बिगिनिंग च इज द क्रिएशन प्लान ऑफ गॉड द क्रिएटर ऑफ द एंटायस</w:t>
      </w:r>
    </w:p>
    <w:p>
      <w:r>
        <w:rPr>
          <w:b/>
        </w:rPr>
        <w:t xml:space="preserve">[08:59] </w:t>
      </w:r>
      <w:r>
        <w:t>i read his books and as a parallel activity started coming on sunday which the activity is still continuing and this is called sunday classes these days</w:t>
      </w:r>
    </w:p>
    <w:p>
      <w:pPr>
        <w:jc w:val="right"/>
      </w:pPr>
      <w:r>
        <w:t>आई रेड हिज बुक्स एंड एस अ पैरेलल एक्टिविटी स्टार्टेड कमिंग ऑन संडे च द एक्टिविटी इ स्टिल कंटिन्यूइंग एंड दिस इज कॉल्ड संडे क्लासेस दज डेज</w:t>
      </w:r>
    </w:p>
    <w:p>
      <w:r>
        <w:rPr>
          <w:b/>
        </w:rPr>
        <w:t xml:space="preserve">[09:13] </w:t>
      </w:r>
      <w:r>
        <w:t>so my journey in brief from the life provider the sustain the ultimate reality called god who was abstract at that point of time and today that very personality has become an absolute reality for me</w:t>
      </w:r>
    </w:p>
    <w:p>
      <w:pPr>
        <w:jc w:val="right"/>
      </w:pPr>
      <w:r>
        <w:t>सो माय जर्नी इन ब्रीफ फ्रॉम द लाइफ प्रोवाइडर द सस्टेन द अल्टीमेट रियलिटी कॉल्ड गॉड हु वास एब्स्ट्रैक्ट एट दैट पॉइंट ऑफ टाइम एंड टुडे दैट वेरी पर्सनालिटी हैज बिकम एन एब्सलूट रियलिटी फॉर मी</w:t>
      </w:r>
    </w:p>
    <w:p>
      <w:r>
        <w:rPr>
          <w:b/>
        </w:rPr>
        <w:t xml:space="preserve">[09:40] </w:t>
      </w:r>
      <w:r>
        <w:t>today i feel the contribution to Maulana explanation to my reasoning it culminated into the elevation of my</w:t>
      </w:r>
    </w:p>
    <w:p>
      <w:pPr>
        <w:jc w:val="right"/>
      </w:pPr>
      <w:r>
        <w:t>टुडे आई फील द कंट्रीब्यूशन टू मौलाना एक्सप्लेनेशन टू माय रीजनिंग इट कल्मिनेटेड इनटू द एलिवेशन ऑफ माय</w:t>
      </w:r>
    </w:p>
    <w:p>
      <w:r>
        <w:rPr>
          <w:b/>
        </w:rPr>
        <w:t xml:space="preserve">[09:53] </w:t>
      </w:r>
      <w:r>
        <w:t>consciousness to the level that when i do certain activities</w:t>
      </w:r>
    </w:p>
    <w:p>
      <w:pPr>
        <w:jc w:val="right"/>
      </w:pPr>
      <w:r>
        <w:t>कॉन्शसनेस टू द लेवल दैट व्हेन आई डू सर्टेन एक्टिविटीज</w:t>
      </w:r>
    </w:p>
    <w:p>
      <w:r>
        <w:rPr>
          <w:b/>
        </w:rPr>
        <w:t xml:space="preserve">[09:59] </w:t>
      </w:r>
      <w:r>
        <w:t>inside me there is a</w:t>
      </w:r>
    </w:p>
    <w:p>
      <w:pPr>
        <w:jc w:val="right"/>
      </w:pPr>
      <w:r>
        <w:t>इनसाइड मी देयर इज अ</w:t>
      </w:r>
    </w:p>
    <w:p>
      <w:r>
        <w:rPr>
          <w:b/>
        </w:rPr>
        <w:t xml:space="preserve">[10:03] </w:t>
      </w:r>
      <w:r>
        <w:t>mechanism which has a very strong check and makes me think whether this particular action is going to</w:t>
      </w:r>
    </w:p>
    <w:p>
      <w:pPr>
        <w:jc w:val="right"/>
      </w:pPr>
      <w:r>
        <w:t>मैकेनिज्म च हैज अ वेरी स्ट्रांग चेक एंड मेक्स मी थिंक वेदर दिस पर्टिकुलर एक्शन इज गोइंग टू</w:t>
      </w:r>
    </w:p>
    <w:p>
      <w:r>
        <w:rPr>
          <w:b/>
        </w:rPr>
        <w:t xml:space="preserve">[10:11] </w:t>
      </w:r>
      <w:r>
        <w:t>give me the qualification or disqualification for the life which is going to unfold once l the l</w:t>
      </w:r>
    </w:p>
    <w:p>
      <w:pPr>
        <w:jc w:val="right"/>
      </w:pPr>
      <w:r>
        <w:t>गिव मी द क्वालिफिकेशन और डिसक्वालिफिकेशन फॉर द लाइफ च इज गोइंग टू अनफोल्ड वंस ल द ल</w:t>
      </w:r>
    </w:p>
    <w:p>
      <w:r>
        <w:rPr>
          <w:b/>
        </w:rPr>
        <w:t xml:space="preserve">[10:19] </w:t>
      </w:r>
      <w:r>
        <w:t>the emerald elements of my body</w:t>
      </w:r>
    </w:p>
    <w:p>
      <w:pPr>
        <w:jc w:val="right"/>
      </w:pPr>
      <w:r>
        <w:t>द एमरल एलिमेंट्स ऑफ माय बॉडी</w:t>
      </w:r>
    </w:p>
    <w:p>
      <w:r>
        <w:rPr>
          <w:b/>
        </w:rPr>
        <w:t xml:space="preserve">[10:23] </w:t>
      </w:r>
      <w:r>
        <w:t>disappear here</w:t>
      </w:r>
    </w:p>
    <w:p>
      <w:pPr>
        <w:jc w:val="right"/>
      </w:pPr>
      <w:r>
        <w:t>डिसअपीयर हियर</w:t>
      </w:r>
    </w:p>
    <w:p>
      <w:r>
        <w:rPr>
          <w:b/>
        </w:rPr>
        <w:t xml:space="preserve">[10:25] </w:t>
      </w:r>
      <w:r>
        <w:t>so its a long long journey but in totality from negativity from conditioning i graduated to positivity and my thought the entas got re engineered re aligned</w:t>
      </w:r>
    </w:p>
    <w:p>
      <w:pPr>
        <w:jc w:val="right"/>
      </w:pPr>
      <w:r>
        <w:t>सो इट्स अ लॉन्ग लॉन्ग जर्नी बट इन टोटलिटी फ्रॉम नेगेटिविटी फ्रॉम कंडीशनिंग आई ग्रेजुएटेड टू पॉजिटिविटी एंड माय थॉट द एंटायस गट री इंजीनियर री अलाइन</w:t>
      </w:r>
    </w:p>
    <w:p>
      <w:r>
        <w:rPr>
          <w:b/>
        </w:rPr>
        <w:t xml:space="preserve">[10:45] </w:t>
      </w:r>
      <w:r>
        <w:t>and today what i see when i interact with people instead of looking at me myself mine and</w:t>
      </w:r>
    </w:p>
    <w:p>
      <w:pPr>
        <w:jc w:val="right"/>
      </w:pPr>
      <w:r>
        <w:t>एंड टुडे व्ट आई सी व्हेन आई इंटरेक्ट विद पीपल इंस्टेड ऑफ लुकिंग एट मी मायसेल्फ माइन एंड</w:t>
      </w:r>
    </w:p>
    <w:p>
      <w:r>
        <w:rPr>
          <w:b/>
        </w:rPr>
        <w:t xml:space="preserve">[10:54] </w:t>
      </w:r>
      <w:r>
        <w:t>the first person account i look at other person with the intensity that if i have understood the</w:t>
      </w:r>
    </w:p>
    <w:p>
      <w:pPr>
        <w:jc w:val="right"/>
      </w:pPr>
      <w:r>
        <w:t>द फर्स्ट पर्सन अकाउंट आई लुक एट अदर पर्सन विद द इंटेंसिटी दैट इफ आई हैव अंडरस्टूड द</w:t>
      </w:r>
    </w:p>
    <w:p>
      <w:r>
        <w:rPr>
          <w:b/>
        </w:rPr>
        <w:t xml:space="preserve">[11:02] </w:t>
      </w:r>
      <w:r>
        <w:t>purpose of life i should share that wisdom or that understanding with others and let them also be</w:t>
      </w:r>
    </w:p>
    <w:p>
      <w:pPr>
        <w:jc w:val="right"/>
      </w:pPr>
      <w:r>
        <w:t>पर्पस ऑफ लाइफ आई शुड शेयर दैट विजडम और दैट अंडरस्टैंडिंग विद अदर्स एंड लेट देम आल्सो बी</w:t>
      </w:r>
    </w:p>
    <w:p>
      <w:r>
        <w:rPr>
          <w:b/>
        </w:rPr>
        <w:t xml:space="preserve">[11:10] </w:t>
      </w:r>
      <w:r>
        <w:t>the fellow travelers of the life in the hereafter</w:t>
      </w:r>
    </w:p>
    <w:p>
      <w:pPr>
        <w:jc w:val="right"/>
      </w:pPr>
      <w:r>
        <w:t>द फेलो ट्रेवलर्स ऑफ द लाइफ इन द हेयर आफ्टर</w:t>
      </w:r>
    </w:p>
    <w:p>
      <w:r>
        <w:rPr>
          <w:b/>
        </w:rPr>
        <w:t xml:space="preserve">[11:16] </w:t>
      </w:r>
      <w:r>
        <w:t>and the more we listen to maulana discuss things out with him read his literature every time a peep into all these spiritual realms it heightens or widens my inner self and immediate connects to the life in the here after additional little more change in my perception</w:t>
      </w:r>
    </w:p>
    <w:p>
      <w:pPr>
        <w:jc w:val="right"/>
      </w:pPr>
      <w:r>
        <w:t>एंड द मोर वी लिसन टू मौलाना डिस्कस थिंग्स आउट विद हिम रीड हिज लिटरेचर एवरी टाइम अ पीप इनटू ऑल दज स्पिरिचुअल रम्स इट हाइटेंस और वाइडन माय इनर सेल्फ एंड इमीडिएट कनेक्ट्स टू द लाइफ इन द एयर आफ्टर एडिशनल लिटिल मोर चेंज इन माय परसेप्शन</w:t>
      </w:r>
    </w:p>
    <w:p>
      <w:r>
        <w:rPr>
          <w:b/>
        </w:rPr>
        <w:t xml:space="preserve">[11:44] </w:t>
      </w:r>
      <w:r>
        <w:t>earlier i used to look at things phenomenon happening around me and i used to think that its happening because of the cause and effect today i have consciously differentiable and effect and the direct intervention of god into day to day life</w:t>
      </w:r>
    </w:p>
    <w:p>
      <w:pPr>
        <w:jc w:val="right"/>
      </w:pPr>
      <w:r>
        <w:t>अर्लिया आई यूज टू लुक एट थिंग्स फिनोम हैपनिंग अराउंड मी एंड आई यूज टू थिंक दैट इट्स हैपनिंग बिकॉज ऑफ द कॉज एंड इफेक्ट टुडे आई हैव कॉन्शियसली डिफरेंशिएबल एंड इफेक्ट एंड द डायरेक्ट इंटरवेंशन ऑफ गॉड इनटू डे टू डे लाइफ</w:t>
      </w:r>
    </w:p>
    <w:p>
      <w:r>
        <w:rPr>
          <w:b/>
        </w:rPr>
        <w:t xml:space="preserve">[12:05] </w:t>
      </w:r>
      <w:r>
        <w:t>so lot of times what happens is that the incident or an activity is quite worldly but there is a lesson in that and my wisdom lets me transform or infer a positive lesson from that and immediate connect it to the life in the here after</w:t>
      </w:r>
    </w:p>
    <w:p>
      <w:pPr>
        <w:jc w:val="right"/>
      </w:pPr>
      <w:r>
        <w:t>सो लॉट ऑफ टाइम्स व्ट हैपेंस इज दैट द इंसिडेंट और एन एक्टिविटी इज क्वाइट वर्ल्डली बट देयर इज अ लेसन इन दैट एंड माय विजडम लेट्स मी ट्रांसफॉर्म और इनफर अ पॉजिटिव लेसन फ्रॉम दैट एंड इमीडिएट कनेक्ट इट टू द लाइफ इन द हेयर आफ्</w:t>
      </w:r>
    </w:p>
    <w:p>
      <w:r>
        <w:rPr>
          <w:b/>
        </w:rPr>
        <w:t xml:space="preserve">[12:28] </w:t>
      </w:r>
      <w:r>
        <w:t>ter so thats my journey in in brief from abstract reality of higher consciousness which is god himself to the reality which is absolute i would say as far as the learning and seeking is concerned thats an ongoing process but to live this life man needs conviction and conviction cannot be divided</w:t>
      </w:r>
    </w:p>
    <w:p>
      <w:pPr>
        <w:jc w:val="right"/>
      </w:pPr>
      <w:r>
        <w:t>टर सो ट्स माय जर्नी इन इन ब्रीफ फ्रॉम एब्स्ट्रैक्ट रियलिटी ऑफ हायर कॉन्शसनेस च इज गॉड हिमसेल्फ टू द रियलिटी च इज एब्सलूट आई वुड से एस फार एस द लर्निंग एंड सीकिंग इज कंसर्न ट्स एन ऑन गोइंग प्रोसेस बट टू लिव दिस लाइफ मैन नीड्स कन्विक्शन एंड कन्विक्शन कैन नॉट बी डिवाइ</w:t>
      </w:r>
    </w:p>
    <w:p>
      <w:r>
        <w:rPr>
          <w:b/>
        </w:rPr>
        <w:t xml:space="preserve">[12:55] </w:t>
      </w:r>
      <w:r>
        <w:t>d simply believing like others that this is good that is also good in punjabi sometime we call a bhithik te wo bhithik that leads to confusion either thik is this or thik is that both cannot be thik so i have consciously elevated myself from this and that</w:t>
      </w:r>
    </w:p>
    <w:p>
      <w:pPr>
        <w:jc w:val="right"/>
      </w:pPr>
      <w:r>
        <w:t>डेड सिंपली बिलीविंग लाइक अदर्स दैट दिस इज गुड दैट इज आल्सो गुड इन पंजाबी समटाइम वी कॉल ए भीठीक ते वो भीठीक दैट लीड्स टू कंफ्यूजन आइरठीक इज दिस औरठीक इज दैट बोथ कैन नॉट बीठीक सो आई हैव कॉन्शियसली एलिवेटेड मायसेल्फ फ्रॉम दिस एंड दैट</w:t>
      </w:r>
    </w:p>
    <w:p>
      <w:r>
        <w:rPr>
          <w:b/>
        </w:rPr>
        <w:t xml:space="preserve">[13:18] </w:t>
      </w:r>
      <w:r>
        <w:t>i know what is right and what is wrong and that is because of lot of introspection lot of brainstorming and the credit for this conscious thought goes to maulana wahiduddin khan and this transformed person is khalid ansari thank you very much my name is rajat malhotra and i am one of maulana disci</w:t>
      </w:r>
    </w:p>
    <w:p>
      <w:pPr>
        <w:jc w:val="right"/>
      </w:pPr>
      <w:r>
        <w:t>आई नो व्ट इज राइट एंड व्ट इज रंग एंड दैट इज बिकॉज ऑफ लॉट ऑफ इंट्रोस्पेक्शन लॉट ऑफ ब्रेनस्टॉर्मिंग एंड द क्रेडिट फॉर दिस कॉन्शियस थॉट गोस टू मौलाना वहीदुद्दीन खान एंड दिस ट्रांसफॉर्म पर्सन इज खालिद अंसारी थैंक यू वेरी मच माय नेम इज रजत मल्होत्रा एंड आई एम वन ऑफ मौलाना डिसाइ</w:t>
      </w:r>
    </w:p>
    <w:p>
      <w:r>
        <w:rPr>
          <w:b/>
        </w:rPr>
        <w:t xml:space="preserve">[13:47] </w:t>
      </w:r>
      <w:r>
        <w:t>ple i met him about five years back but before you know i start it is very pertinent you know for all of you to know that what was rajat malhotra before meeting maulana wahiduddin khan sahib i was a person whom you can call a weak personality and the reason why i say that is because i was negative i was a very angry young man and i was a thankless person because i was discontented with</w:t>
      </w:r>
    </w:p>
    <w:p>
      <w:pPr>
        <w:jc w:val="right"/>
      </w:pPr>
      <w:r>
        <w:t>ल आई मेट हिम अबाउट फ इयर्स बैक बट बिफोर यू नो आई स्टार्ट इट इज वेरी पर्टिनेंट यू नो फॉर ऑल ऑफ यू टू नो ट व्ट वास रजत मल्होत्रा बिफोर मीटिंग मौलाना वहीदुद्दीन खान साहब आई वास अ पर्सन हुम यू कैन कॉल अ वीक पर्सनालिटी एंड द रीजन वई आई से दैट इज बिकॉज आई वास नेगेटिव आई वास अ वेरी एंग्री यंग मैन एंड आई वास अ थैंकलेस पर्सन बिकॉज आई वास डिस्कंटेंटेड विद</w:t>
      </w:r>
    </w:p>
    <w:p>
      <w:r>
        <w:rPr>
          <w:b/>
        </w:rPr>
        <w:t xml:space="preserve">[14:16] </w:t>
      </w:r>
      <w:r>
        <w:t>life i wanted everything i wanted a big house lot of money big car and since i could not have it immediate it is very obvious that you know i would get frustrated or i would get negative so that was the personality that i was when i met before i met maulana sahib now the search that i had all this while was to know what is the purpose of my existence</w:t>
      </w:r>
    </w:p>
    <w:p>
      <w:pPr>
        <w:jc w:val="right"/>
      </w:pPr>
      <w:r>
        <w:t>लाइफ आई वांटेड एवरीथिंग आई वांटेड अ बिग हाउस लॉट ऑफ मनी बिग कार एंड सिंस आई कुड नॉट हैव इट इमीडिएट इट इज वेरी ओबवियस दैट यू नो आई वुड गेट फ्रस्ट्रेटेड और आई वुड गेट नेगेटिव सो दैट वाज द पर्सनालिटी दैट आई वाज व्हेन आई मेट बिफोर आई मेट मौलाना साहब नाउ द सर्च दैट आई हैड ऑल दिस वाइल वाज टू नो व्ट इज द पर्पस ऑफ माय एक्जिस्टेंस</w:t>
      </w:r>
    </w:p>
    <w:p>
      <w:r>
        <w:rPr>
          <w:b/>
        </w:rPr>
        <w:t xml:space="preserve">[14:42] </w:t>
      </w:r>
      <w:r>
        <w:t>i am telling you the reason for my meeting maulana sahib because nobody could answer that question i had read so many books i had met lot of people but none could answer that question which bothered me which i used to bring nightmares and which used to trouble me that why did god create me if i have to become rich or even if i become rich in the end i will die so what is the purpose of you know this existence</w:t>
      </w:r>
    </w:p>
    <w:p>
      <w:pPr>
        <w:jc w:val="right"/>
      </w:pPr>
      <w:r>
        <w:t>आई एम टेलिंग यू द रीजन फॉर माय मीटिंग मौलाना साहब बिकॉज नोबडी कुड आंसर दैट क्वेश्चन आई हैड रेड सो मेनी बुक्स आई हैड मेट लॉट ऑफ पीपल बट नन कुड आंसर दैट क्वेश्चन च बदर्ड मी च अ यूज टू ब्रिंग नाइटमेयर्स एंड च यूज टू ट्रबल मी दैट व्हाई डिड गॉड क्रिएट मी इफ आई हैव टू बिकम रिच और इवन इफ आई बिकम रिच इन द एंड आई विल डाई सो व्ट इज द पर्पस ऑफ यू नो दिस एक्जिस्टेंस</w:t>
      </w:r>
    </w:p>
    <w:p>
      <w:r>
        <w:rPr>
          <w:b/>
        </w:rPr>
        <w:t xml:space="preserve">[15:10] </w:t>
      </w:r>
      <w:r>
        <w:t>now i since i was trying to find out answers you know i tried lot of religions through bible or through other books but i never thought that islam could have could have an answer to it because i hated muslims and i thought that islam is a religion of violence and one should stay away from muslims as they are bad people and it is written in their quran that unless they kill four non muslims they will not get paradise</w:t>
      </w:r>
    </w:p>
    <w:p>
      <w:pPr>
        <w:jc w:val="right"/>
      </w:pPr>
      <w:r>
        <w:t>नाउ आई सिंस आई वास ट्राइम टू फाइंड आउट आंसर्स यू नो आई ट्राइड लॉट ऑफ रिलीजंस थ्रू बाइबल और थ्रू अदर बुक्स बट आई नेवर थॉट दैट इस्लाम कुड हैव कुड हैव एन आंसर टू इट बिकॉज आई हेडेड मुस्लिम्स एंड आई थॉट दैट इस्लाम इज अ रिलीजन ऑफ वायलेंस एंड वन शुड स्टे अवे फ्रॉम मुस्लिम्स एज दे आर बैड पीपल एंड इट इज रिटन इन देयर कुरान दैट अनलेस दे किल फोर नॉन मुस्लिम्स दे विल नॉट गेट पैराडाइ</w:t>
      </w:r>
    </w:p>
    <w:p>
      <w:r>
        <w:rPr>
          <w:b/>
        </w:rPr>
        <w:t xml:space="preserve">[15:38] </w:t>
      </w:r>
      <w:r>
        <w:t>so with this background you can understand that what thinking what thought process you know i must be carrying and with lot of reluctance you know i met maulana sahib and once i met him life changed completely not only i have become a positive person i have also realized the importance of life and what is the target that each person has</w:t>
      </w:r>
    </w:p>
    <w:p>
      <w:pPr>
        <w:jc w:val="right"/>
      </w:pPr>
      <w:r>
        <w:t>स सो विद दिस बैकग्राउंड यू कैन अंडरस्टैंड दैट व्ट थिंकिंग व्ट थॉट प्रोसेस यू नो आई मस्ट बी कैरिंग एंड विद लॉट ऑफ रिलक्स यू नो आई मेट मौलाना साहब एंड वंस आई मेट हिम लाइफ चेंज्ड कंपलीटली नॉट ओनली आई हैव बिकम अ पॉजिटिव पर्सन आई हैव आल्सो रिलाइज द इंपॉर्टेंस ऑफ लाइफ एंड व्ट इज द टारगेट दैट ईच पर्सन हैज</w:t>
      </w:r>
    </w:p>
    <w:p>
      <w:r>
        <w:rPr>
          <w:b/>
        </w:rPr>
        <w:t xml:space="preserve">[16:04] </w:t>
      </w:r>
      <w:r>
        <w:t>for example today it is very clear for me that islam is truth and when i say that i say it with lot of conviction i am 100% sure that any person if you know wants to know what truth is about he will have to read quran and he will have to understand you know the perspective which maulana gave me</w:t>
      </w:r>
    </w:p>
    <w:p>
      <w:pPr>
        <w:jc w:val="right"/>
      </w:pPr>
      <w:r>
        <w:t>फॉर एग्जांपल टुडे इट इज वेरी क्लियर फॉर मी दैट इस्लाम इज ट्रुथ एंड व्हेन आई से दैट आई से इट विद लॉट ऑफ कन्विक्शन आई एम 100% श्यर दैट एनी पर्सन इफ यू नो वांट्स टू नो व्ट ट्रुथ इज अबाउट ही विल हैव टू रीड कुरान एंड ही विल हैव टू अंडरस्टैंड यू नो द पर्सपेक्टिव च मौलाना गव मी</w:t>
      </w:r>
    </w:p>
    <w:p>
      <w:r>
        <w:rPr>
          <w:b/>
        </w:rPr>
        <w:t xml:space="preserve">[16:27] </w:t>
      </w:r>
      <w:r>
        <w:t>now one thing that you know also maulana told one day to me which i want to share with you which has also kind of brought positive thinking in me he said that most of the thinkers or intellectual people died in in in in a in a confusion thinking that there is positive and there is negative man is always between you know the two the negative and the positive</w:t>
      </w:r>
    </w:p>
    <w:p>
      <w:pPr>
        <w:jc w:val="right"/>
      </w:pPr>
      <w:r>
        <w:t>नाउ वन थिंग दैट यू नो आल्सो मौलाना टोल्ड वन डे टू मी च आई वांट टू शेयर विद यू च हैज आल्सो काइंड ऑफ ब्रॉट पॉजिटिव थिंकिंग इन मी ही सेड दैट मोस्ट ऑफ द थिंकर्स और इंटेलेक्चुअल पीपल डाइड इन इन इन इन अ इन अ कंफ्यूजन थिंकिंग दैट देयर इज पॉजिटिव एंड देयर इज नेगेटिव मैन इज ऑलवेज बिटवीन यू नो द टू द नेगेटिव एंड द पॉजिटिव</w:t>
      </w:r>
    </w:p>
    <w:p>
      <w:r>
        <w:rPr>
          <w:b/>
        </w:rPr>
        <w:t xml:space="preserve">[16:54] </w:t>
      </w:r>
      <w:r>
        <w:t>and therefore you know people classified society as have and have not but he said that quran answers this question very clearly quran says that a man is between two good so it is not a question of you know have and have not the differences between have and potential have and he gave the example of our own president of india abdul kalam azad and he said that you know he he comes from a very poor family</w:t>
      </w:r>
    </w:p>
    <w:p>
      <w:pPr>
        <w:jc w:val="right"/>
      </w:pPr>
      <w:r>
        <w:t>एंड देयर फोर यू नो पीपल क्लासिफाइड सोसाइटी एज हैव एंड हैव नॉट बट ही सेड दैट कुरान आंसर्स दिस क्वेश्चन वेरी क्लीयरली कुरान सेज दैट अ मैन इज बिटवीन टू गुड सो इट इज नॉट अ क्वेश्चन ऑफ यू नो हैव एंड हैव नॉट द डिफरेंसेस बिटवीन हैव एंड पोटेंशियल हैव एंड ही गव द एग्जांपल ऑफ आवर ओन प्रेसिडेंट ऑफ इंडिया अब्दुल कलाम आजाद एंड ही सेड दैट यू नो ही ही कम्स फ्रॉम अ वेरी पुअर फैमि</w:t>
      </w:r>
    </w:p>
    <w:p>
      <w:r>
        <w:rPr>
          <w:b/>
        </w:rPr>
        <w:t xml:space="preserve">[17:21] </w:t>
      </w:r>
      <w:r>
        <w:t>and so you know he could be classified you know in this terminology that he was from a have not category but he converted his potential into actual so he was actually not from a have not category he was actually from a potential have category and we converted his potential have to actual have and this is the case of every person we should not see that you know whether we have a not got this and whether we should you know always have it</w:t>
      </w:r>
    </w:p>
    <w:p>
      <w:pPr>
        <w:jc w:val="right"/>
      </w:pPr>
      <w:r>
        <w:t>ली एंड सो यू नो ही कुड बी क्लासिफाइड यू नो इन दिस टर्मिनोलॉजी दैट ही वाज फ्रॉम अ हैव नॉट कैटेगरी बट ही कन्वर्टेड हिज पोटेंशियल इनटू एक्चुअल सो ही वाज एक्चुअली नॉट फ्रॉम अ हैव नॉट कैटेगरी ही वाज एक्चुअली फ्रॉम अ पोटेंशियल हैव कैटेगरी एंड वी कन्वर्टेड हिज पोटेंशियल हैव टू एक्चुअल हैव एंड दिस इज द केस ऑफ एवरी पर्सन वी शुड नॉट सी दैट यू नो वेदर वी हैव अ नॉट गट दिस एंड वेदर वी शुड यू नो ऑलवेज हैव इट</w:t>
      </w:r>
    </w:p>
    <w:p>
      <w:r>
        <w:rPr>
          <w:b/>
        </w:rPr>
        <w:t xml:space="preserve">[17:50] </w:t>
      </w:r>
      <w:r>
        <w:t>we should look it in terms of what we have and what we could have so today i am i am a totally you know positive a personality and i am also thankful to god for whatever blessings he has bestowed upon me and my target is very clear my target is a paradise and i want to save as many people as as possible</w:t>
      </w:r>
    </w:p>
    <w:p>
      <w:pPr>
        <w:jc w:val="right"/>
      </w:pPr>
      <w:r>
        <w:t>वी शुड लुक इट इन टर्म्स ऑफ व्ट वी हैव एंड व्ट वी कुड हैव सो टुडे आई एम आई एम अ टोटली यू नो पॉजिटिव अ पर्सनालिटी एंड आई एम आल्सो थैंकफूल टू गॉड अ फॉर व्ट एवर ब्लेसिंग्स ही हैज बिस्टर्ड अपॉन मी एंड माय टारगेट इज वेरी क्लियर माय टारगेट इज अ पैराडाइस एंड आई वांट टू सेव एज मेनी पीपल एज एज पॉसिब</w:t>
      </w:r>
    </w:p>
    <w:p>
      <w:r>
        <w:rPr>
          <w:b/>
        </w:rPr>
        <w:t xml:space="preserve">[18:12] </w:t>
      </w:r>
      <w:r>
        <w:t>just like maulana saved me i also want to save many rajat malhotra who are a probably seeking truth and they are not finding it so thats thats thats my mission thank you i am sadia khan and i think i represent here all the so called ultra modern youngsters the so called westernized youngsters</w:t>
      </w:r>
    </w:p>
    <w:p>
      <w:pPr>
        <w:jc w:val="right"/>
      </w:pPr>
      <w:r>
        <w:t>ल जस्ट लाइक मौलाना सेव मी आई आल्सो वांट टू सेव अ मेनी रजत मल्होत्रा हु आर अ प्रोबेबली सीकिंग ट्रुथ एंड दे आर नॉट अ फाइंडिंग इट सो ट्स ट्स ट्स माय मिशन थैंक यू आई एम सादिया खान एंड आई थिंक आई रिप्रेजेंट हियर अ ऑल द सो कॉल्ड अल्ट्रा मॉडर्न यंगस्टर्स अ द सो कॉल्ड वेस्टर्नाइज्ड यंगस्टर्स</w:t>
      </w:r>
    </w:p>
    <w:p>
      <w:r>
        <w:rPr>
          <w:b/>
        </w:rPr>
        <w:t xml:space="preserve">[18:39] </w:t>
      </w:r>
      <w:r>
        <w:t>i like the way rajat said that you know rajat explained what he was earlier i would like to tell all of you what i was earlier years back i joined this institution center for peace and spirituality years back years before joining this place i was this a lady who was absolute arrogant a very very bossy a many many people out here would agree to it</w:t>
      </w:r>
    </w:p>
    <w:p>
      <w:pPr>
        <w:jc w:val="right"/>
      </w:pPr>
      <w:r>
        <w:t>अ आई लाइक द वे रजत सेड दैट यू नो रजत एक्सप्लेन व्ट ही वाज अर्लिया आई वुड लाइक टू टेल ऑल ऑफ यू व्ट आई वाज अर्लियाू इयर्स बैक आई जॉइन दिस इंस्टिट्यूशन सेंटर फॉर पीस एंड स्पिरिचुअलिटीू इयर्स बैक अू इयर्स बिफोर जॉइनिंग दिस प्लेस आई वाज दिस अ लेडी हु वाज एब्सलूट एरोगेंट अ वेरी वेरी बॉसी अ मेनी मेनी पीपल आउट हियर वुड अग्री टू इट</w:t>
      </w:r>
    </w:p>
    <w:p>
      <w:r>
        <w:rPr>
          <w:b/>
        </w:rPr>
        <w:t xml:space="preserve">[19:07] </w:t>
      </w:r>
      <w:r>
        <w:t>and i never used to you know i had no connection with the the religion which my parents or my or the society you know taught or represented in the sense that my people around me wanted me to follow a particular religion do certain things they used to talk you know they used to tell they used to tell me do this and dont do</w:t>
      </w:r>
    </w:p>
    <w:p>
      <w:pPr>
        <w:jc w:val="right"/>
      </w:pPr>
      <w:r>
        <w:t>एंड आई नेवर यूज टू यू नो आई हैड नो कनेक्शन विद द द रिलीजन च माय पेरेंट्स और माय और द सोसाइटी यू नो टट और रिप्रेजेंटेड इन द सेंस दैट माय अ पीपल अराउंड मी वांटेड मी टू फॉलो अ पर्टिकुलर रिलीजन डू सर्टेन थिंग्स दे यूज टू टॉक यू नो दे यूज टू टेल दे यूज टू टेल मी डू दिस एंड डोंट डू</w:t>
      </w:r>
    </w:p>
    <w:p>
      <w:r>
        <w:rPr>
          <w:b/>
        </w:rPr>
        <w:t xml:space="preserve">[19:35] </w:t>
      </w:r>
      <w:r>
        <w:t>this they used to talk to me in the language of do's and don'ts</w:t>
      </w:r>
    </w:p>
    <w:p>
      <w:pPr>
        <w:jc w:val="right"/>
      </w:pPr>
      <w:r>
        <w:t>दिस दे यूज टू टॉक टू मी इन द लैंग्वेज ऑफ डूज एंड डोंट्स</w:t>
      </w:r>
    </w:p>
    <w:p>
      <w:r>
        <w:rPr>
          <w:b/>
        </w:rPr>
        <w:t xml:space="preserve">[19:39] </w:t>
      </w:r>
      <w:r>
        <w:t>read namaz and don't go to a late night party</w:t>
      </w:r>
    </w:p>
    <w:p>
      <w:pPr>
        <w:jc w:val="right"/>
      </w:pPr>
      <w:r>
        <w:t>रीड नमाज एंड डोंट गो टू अ लेट नाइट पार्टी</w:t>
      </w:r>
    </w:p>
    <w:p>
      <w:r>
        <w:rPr>
          <w:b/>
        </w:rPr>
        <w:t xml:space="preserve">[19:43] </w:t>
      </w:r>
      <w:r>
        <w:t>and that was something which never addressed my mind</w:t>
      </w:r>
    </w:p>
    <w:p>
      <w:pPr>
        <w:jc w:val="right"/>
      </w:pPr>
      <w:r>
        <w:t>एंड दैट वाज समथिंग च नेवर एड्रेस माय माइंड</w:t>
      </w:r>
    </w:p>
    <w:p>
      <w:r>
        <w:rPr>
          <w:b/>
        </w:rPr>
        <w:t xml:space="preserve">[19:47] </w:t>
      </w:r>
      <w:r>
        <w:t>20 years of my life i was fighting and howling and see and you know searching for reason</w:t>
      </w:r>
    </w:p>
    <w:p>
      <w:pPr>
        <w:jc w:val="right"/>
      </w:pPr>
      <w:r>
        <w:t>20 इयर्स ऑफ माय लाइफ आई वाज फाइटिंग एंड हाउलिंग एंड सी एंड यू नो सर्चिंग फॉर रीजन</w:t>
      </w:r>
    </w:p>
    <w:p>
      <w:r>
        <w:rPr>
          <w:b/>
        </w:rPr>
        <w:t xml:space="preserve">[19:55] </w:t>
      </w:r>
      <w:r>
        <w:t>i used to ask them give me a valid reason as to why i should not do this</w:t>
      </w:r>
    </w:p>
    <w:p>
      <w:pPr>
        <w:jc w:val="right"/>
      </w:pPr>
      <w:r>
        <w:t>आई यूज टू आस्क देम गिव मी अ वैलिड रीजन एस टू व्हाई आई शुड नॉट डू दिस</w:t>
      </w:r>
    </w:p>
    <w:p>
      <w:r>
        <w:rPr>
          <w:b/>
        </w:rPr>
        <w:t xml:space="preserve">[19:59] </w:t>
      </w:r>
      <w:r>
        <w:t>and why should i do this and that was something i never got</w:t>
      </w:r>
    </w:p>
    <w:p>
      <w:pPr>
        <w:jc w:val="right"/>
      </w:pPr>
      <w:r>
        <w:t>एंड व्हाई शुड आई डू दिस एंड दैट वाज समथिंग आई नेवर गॉट</w:t>
      </w:r>
    </w:p>
    <w:p>
      <w:r>
        <w:rPr>
          <w:b/>
        </w:rPr>
        <w:t xml:space="preserve">[20:05] </w:t>
      </w:r>
      <w:r>
        <w:t>and there was a point in my life where and i was so i used to feel so happy declaring my you know telling people oh i think i am an atheist i dont believe in god god is a far reality and people used to come and tell me oh you you belong to this family and how do you say this and stuff like that</w:t>
      </w:r>
    </w:p>
    <w:p>
      <w:pPr>
        <w:jc w:val="right"/>
      </w:pPr>
      <w:r>
        <w:t>एंड देर वाज अ पॉइंट इन माय लाइफ वेर एंड आई वाज सो आई यूज टू फील सो हैप्पी डिक्लेयर माय यू नो टेलिंग पीपल ओ आई थिंक आई एम एन थीस्ट आई डोंट बिलीव इन गॉड गॉड इज अ फार रियलिटी एंड पीपल यूज टू कम एंड टेल मी ओ यू यू बिलोंग टू दिस फैमिली एंड हाउ डू यू से दिस एंड स्टफ लाइक दैट</w:t>
      </w:r>
    </w:p>
    <w:p>
      <w:r>
        <w:rPr>
          <w:b/>
        </w:rPr>
        <w:t xml:space="preserve">[20:24] </w:t>
      </w:r>
      <w:r>
        <w:t>but after all that after after i real after i met in the sense you know after i came and talk with him after the islam he presented to me after the reason which he presented to me which he gave to me i i had questions like does god exist does paradise exist i wanted rational answers and he gave that to me</w:t>
      </w:r>
    </w:p>
    <w:p>
      <w:pPr>
        <w:jc w:val="right"/>
      </w:pPr>
      <w:r>
        <w:t>बट आफ्टर ऑल दैट आफ्टर आफ्टर आई रियल आफ्टर आई मेट इन द सेंस यू नो आफ्टर आई केम एंड टॉक विद हिम आफ्टर द इस्लाम ही प्रेजेंटेड टू मी आफ्टर द रीजन च ही प्रेजेंटेड टू मी च ही गव टू मी आई आई हैड क्वेश्चंस लाइक डज गॉड एजिस्ट डज पैराडाइस एजिस्ट आई वांटेड रैशनल आंसर्स एंड ही गव दैट टू मी</w:t>
      </w:r>
    </w:p>
    <w:p>
      <w:r>
        <w:rPr>
          <w:b/>
        </w:rPr>
        <w:t xml:space="preserve">[20:51] </w:t>
      </w:r>
      <w:r>
        <w:t>and now i can tell you that i believe in god more than i believe in anything else today each action that i take is for the here after and that could have only been done because of the reason that he gave me and today i think i am absolute transformed thank you so much</w:t>
      </w:r>
    </w:p>
    <w:p>
      <w:pPr>
        <w:jc w:val="right"/>
      </w:pPr>
      <w:r>
        <w:t>एंड नाउ आई कैन टेल यू दैट आई बिलीव इन गॉड मोर देन आई बिलीव इन एनीथिंग एल्स टुडे ईच एक्शन दैट आई टेक इज फॉर द हेयर आफ्टर एंड दैट कुड हैव ओनली बीन डन बिकॉज ऑफ द रीजन दैट ही गव मी एंड टुडे आई थिंक आई एम एब्सलूट ट्रांसफॉर्मड थैंक यू सो मच</w:t>
      </w:r>
    </w:p>
    <w:p>
      <w:r>
        <w:rPr>
          <w:b/>
        </w:rPr>
        <w:t xml:space="preserve">[21:16] </w:t>
      </w:r>
      <w:r>
        <w:t>my name is priya malik</w:t>
      </w:r>
    </w:p>
    <w:p>
      <w:pPr>
        <w:jc w:val="right"/>
      </w:pPr>
      <w:r>
        <w:t>माय नेम इज प्रिया मलिक</w:t>
      </w:r>
    </w:p>
    <w:p>
      <w:r>
        <w:rPr>
          <w:b/>
        </w:rPr>
        <w:t xml:space="preserve">[21:19] </w:t>
      </w:r>
      <w:r>
        <w:t>i also came to maulana about six years ago and when i came to maulana i was also in search of truth and whenever i tried to find the truth i would go past judism and christianity but would never have the heart to read islam i could not believe that islam could ever ever ever answer my questions so any person who tell me that listen you want to know</w:t>
      </w:r>
    </w:p>
    <w:p>
      <w:pPr>
        <w:jc w:val="right"/>
      </w:pPr>
      <w:r>
        <w:t>आई आल्सो केम टू मौलाना अबाउट सिक्स इयर्स अगो एंड व्हेन आई केम टू मौलाना आई वाज आल्सो इन सर्च ऑफ ट्रुथ एंड व्हेन एवर आई ट्राइड टू फाइंड द ट्रुथ आई वुड गो पास्ट जूड जम एंड क्रिश्चियनिटी बट वुड नेवर हैव द हार्ट टू रीड इस्लाम आई कुड नॉट बिलीव दैट इस्लाम कुड एवर एवर एवर आंसर माय क्वेश्चंस सो एनी पर्सन हु टेल मी दैट लिसन यू वांट टू नो</w:t>
      </w:r>
    </w:p>
    <w:p>
      <w:r>
        <w:rPr>
          <w:b/>
        </w:rPr>
        <w:t xml:space="preserve">[21:48] </w:t>
      </w:r>
      <w:r>
        <w:t>the truth why dont you go and meet this priest i would say fine so long he is a christian its okay because christians are very very a peace loving people i am okay about them or the indian pujari and pandit i am okay with that something very strange happen with me w change my life a i had gone a to spain on a vacation and i was travelling in a train from metro to barcelona</w:t>
      </w:r>
    </w:p>
    <w:p>
      <w:pPr>
        <w:jc w:val="right"/>
      </w:pPr>
      <w:r>
        <w:t>द ट्रुथ व्हाई डोंट यू गो एंड मीट दिस प्रीस्ट आई वुड से फाइन सो लंग ही इज अ क्रिश्चियन इट्स ओके बिकॉज क्रिश्चियंस आर वेरी वेरी अ पीस लविंग पीपल आई एम ओके अबाउट देम और द इंडियन पुजारी एंड पंडित आई एम ओके विद दैट समथिंग वेरी स्ट्रेंज हैपन विद मी व चेंज माय लाइफ अ आई हैड गन अ टू स्पेन ऑन अ वेकेशन एंड आई वाज ट्रेवलिंग इन अ ट्रेन फ्रॉम मेट्रो टू बार्सिलोना</w:t>
      </w:r>
    </w:p>
    <w:p>
      <w:r>
        <w:rPr>
          <w:b/>
        </w:rPr>
        <w:t xml:space="preserve">[22:12] </w:t>
      </w:r>
      <w:r>
        <w:t>is i got a chance to be with shri shri ravi shankar who is a very renowned a spiritual so called scholar within the vedanta fold i met him and i sat with him in the train and we got into a conversation he was with his entaus of art of living while he was sitting and having a conversation with him i asked him one question asked shri shri tell me one thing he said what i said is happiness is something which is very well embedded into everybody mind</w:t>
      </w:r>
    </w:p>
    <w:p>
      <w:pPr>
        <w:jc w:val="right"/>
      </w:pPr>
      <w:r>
        <w:t>इज आई गट अ चांस टू बी विद श्री श्री रवि शंकर हु इज अ वेरी रिनाउंड अ स्पिरिचुअल सो कॉल्ड स्कॉलर विद इन द वेदांता फोल्ड आई मेट हिम एंड आई सैट विद हिम इन द ट्रेन एंड वी गट इनटू अ कन्वर्सेशन ही वाज विद हिज एंटायस ऑफ आर्ट ऑफ लिविंग व्हाइल ही वाज सिटिंग एंड हैविंग अ कन्वर्सेशन विद हिम आई आस्कड हिम वन क्वेश्चन आस्क श्री श्री टेल मी वन थिंग ही सेड व्हाट आई सेड इज हैप्पीनेस इज समथिंग च इज वेरी वेल एंबेडेड इनटू एवरीबॉडी माइंड</w:t>
      </w:r>
    </w:p>
    <w:p>
      <w:r>
        <w:rPr>
          <w:b/>
        </w:rPr>
        <w:t xml:space="preserve">[22:42] </w:t>
      </w:r>
      <w:r>
        <w:t>if you ask anybody young people old whoever what is your ultimate destination they say we want peace and contentment and happiness thats the end objective of everyone so he said ya definitely i said if happiness is something which we are born with i mean as a you know goal where is the object of that happiness so he said to me in hindi just translate right now he said to me in that a open your eyes and see everywhere is happiness</w:t>
      </w:r>
    </w:p>
    <w:p>
      <w:pPr>
        <w:jc w:val="right"/>
      </w:pPr>
      <w:r>
        <w:t>इफ यू आस्क एनीबडी यंग पीपल ओल्ड हु एवर व्हाट इज योर अल्टीमेट डेस्टिनेशन दे से वी वांट पीस एंड कंटेंटमेंट एंड हैप्पीनेस ट्स द एंड ऑब्जेक्टिव ऑफ एवरीवन सो ही सेड या डेफिनेटली आई सेड इफ हैप्पीनेस इज समथिंग च वी आर बोर्न विद आई मीन एज अ यू नो गोल वेर इज द ऑब्जेक्ट ऑफ दैट हैप्पीनेस सो ही सेड टू मी इन हिंदी जम जस्ट ट्रांसलेट राइट नाउ ही सेड टू मी इन दैट अ ओपन योर आइज एंड सी एवरी वेयर इज हैप्पीनेस</w:t>
      </w:r>
    </w:p>
    <w:p>
      <w:r>
        <w:rPr>
          <w:b/>
        </w:rPr>
        <w:t xml:space="preserve">[23:11] </w:t>
      </w:r>
      <w:r>
        <w:t>and when i i retaliate in in in telling a shri shri that i have done everything in the world which people told them it give them happiness but it only gave me dispiter to minutes to hours to years or maybe 20 years i was a highly pampered child and if my father would not book me on a trip to go abroad overseas with my friends i thought there was something wrong in his love</w:t>
      </w:r>
    </w:p>
    <w:p>
      <w:pPr>
        <w:jc w:val="right"/>
      </w:pPr>
      <w:r>
        <w:t>एंड व्हेन आई आई रिटालिएट इन इन इन टेलिंग अ श्री श्री दैट आई हैव डन एवरीथिंग इन द वर्ल्ड च पीपल टोल्ड देम इट गिव देम हैप्पीनेस बट इट ओनली गेव मी डिसपिटर टू मिनट्स टू आवर्स टू इयर्स और मे बी 20 इयर्स आई वाज अ हाईली पंपर्ड चाइल्ड एंड इफ माय फादर वुड नॉट बुक मी ऑन अ ट्रिप टू गो अब्रॉड ओवरसीज विथ माय फ्रेंड्स आई थॉट देर वाज समथिंग रंग इन हिज लव</w:t>
      </w:r>
    </w:p>
    <w:p>
      <w:r>
        <w:rPr>
          <w:b/>
        </w:rPr>
        <w:t xml:space="preserve">[23:38] </w:t>
      </w:r>
      <w:r>
        <w:t>for me so on a Thursday evening i have to make you know request to my dad the</w:t>
      </w:r>
    </w:p>
    <w:p>
      <w:pPr>
        <w:jc w:val="right"/>
      </w:pPr>
      <w:r>
        <w:t>फॉर मी सो ऑन अ थर्सडे इवनिंग आई हैव टू मेक यू नो रिक्वेस्ट टू माय डैड द</w:t>
      </w:r>
    </w:p>
    <w:p>
      <w:r>
        <w:rPr>
          <w:b/>
        </w:rPr>
        <w:t xml:space="preserve">[23:42] </w:t>
      </w:r>
      <w:r>
        <w:t>listen tomorrow i want to go to London with my friends and if he would not book me on</w:t>
      </w:r>
    </w:p>
    <w:p>
      <w:pPr>
        <w:jc w:val="right"/>
      </w:pPr>
      <w:r>
        <w:t>लिसन टुमारो आई वांट टू गो टू लंडन विद माय फ्रेंड्स एंड इफ ही वुडन बुक मी ऑन</w:t>
      </w:r>
    </w:p>
    <w:p>
      <w:r>
        <w:rPr>
          <w:b/>
        </w:rPr>
        <w:t xml:space="preserve">[23:45] </w:t>
      </w:r>
      <w:r>
        <w:t>that flight there was really something drastically wrong with his love so so that is a kind of</w:t>
      </w:r>
    </w:p>
    <w:p>
      <w:pPr>
        <w:jc w:val="right"/>
      </w:pPr>
      <w:r>
        <w:t>दैट फ्लाइट देर वाज रियली समथिंग ड्रस्ट रंग विद हिज लव सो सो दैट इज अ काइंड ऑफ</w:t>
      </w:r>
    </w:p>
    <w:p>
      <w:r>
        <w:rPr>
          <w:b/>
        </w:rPr>
        <w:t xml:space="preserve">[23:50] </w:t>
      </w:r>
      <w:r>
        <w:t>stuff that i grew with but as i grew older i realized that at 24 i had achieved everything</w:t>
      </w:r>
    </w:p>
    <w:p>
      <w:pPr>
        <w:jc w:val="right"/>
      </w:pPr>
      <w:r>
        <w:t>स्टफ दैट आई ग्रू विद बट एज आई ग्रू ओल्डर आई रिलाइज दैट एट 24 आईड अचीव एवरीथिंग</w:t>
      </w:r>
    </w:p>
    <w:p>
      <w:r>
        <w:rPr>
          <w:b/>
        </w:rPr>
        <w:t xml:space="preserve">[23:56] </w:t>
      </w:r>
      <w:r>
        <w:t>in my life money was never an issue for me and my family or nothing like that but</w:t>
      </w:r>
    </w:p>
    <w:p>
      <w:pPr>
        <w:jc w:val="right"/>
      </w:pPr>
      <w:r>
        <w:t>इन माय लाइफ मनी वाज नेवर एन इशू फॉर मी एंड माय फैमिली और नथिंग लाइक दैट बट</w:t>
      </w:r>
    </w:p>
    <w:p>
      <w:r>
        <w:rPr>
          <w:b/>
        </w:rPr>
        <w:t xml:space="preserve">[24:01] </w:t>
      </w:r>
      <w:r>
        <w:t>something lacked in my life as i grew up materially my vacuum inside me only grew</w:t>
      </w:r>
    </w:p>
    <w:p>
      <w:pPr>
        <w:jc w:val="right"/>
      </w:pPr>
      <w:r>
        <w:t>समथिंग लैक्ड इन माय लाइफ एज आई ग्रू अप मटेरियल माय वैक्यूम इनसाइड मी ओनली ग्रू</w:t>
      </w:r>
    </w:p>
    <w:p>
      <w:r>
        <w:rPr>
          <w:b/>
        </w:rPr>
        <w:t xml:space="preserve">[24:08] </w:t>
      </w:r>
      <w:r>
        <w:t>and that made me question to my own self that if god is given everything and everything is available in this world why is it that every after having everything in the world why does my vacuum only increase that question really really made me search and find out a person a relationship money job which would fill that vacuum up and i went in search with that high</w:t>
      </w:r>
    </w:p>
    <w:p>
      <w:pPr>
        <w:jc w:val="right"/>
      </w:pPr>
      <w:r>
        <w:t>एंड दैट मेड मी क्वेश्चन टू माय ओन सेल्फ दैट इफ गॉड इज गिवन एवरीथिंग एंड एवरीथिंग इज अवेलेबल इन दिस वर्ल्ड व्हाई इज इट दैट एवरी आफ्टर हैविंग एवरीथिंग इन द वर्ल्ड व्हाई डज माय वैक्यूम ओनली इंक्रीज दैट क्वेश्चन रियली रियली मेड मी सर्च एंड फाइंड आउट अ पर्सन अ रिलेशनशिप मनी जॉब च वुड फिल दैट वैक्यूम अप एंड आई वेंट इन सर्च विद दैट हाई</w:t>
      </w:r>
    </w:p>
    <w:p>
      <w:r>
        <w:rPr>
          <w:b/>
        </w:rPr>
        <w:t xml:space="preserve">[24:35] </w:t>
      </w:r>
      <w:r>
        <w:t>and low i went everywhere in the world to look for an aalim who would teach me and make me understand religion thats when i read an article of maulana in a newspaper in fact before that i went into jamaat-e-islami group as well and i met them and i questioned them i said i want to know about islam so they gave me a list about 20 books and each book had things like how to build a good character with the islam woman in islam purdah system in islam hijab or wh</w:t>
      </w:r>
    </w:p>
    <w:p>
      <w:pPr>
        <w:jc w:val="right"/>
      </w:pPr>
      <w:r>
        <w:t>एंड लो आई वेंट एवरीव्हेयर इन द वर्ल्ड टू लुक फॉर एन आलिम हु वुड टीच मी एंड मेक मी अंडरस्टैंड रिलीजन ट्स व्हेन आई रेड एन आर्टिकल ऑफ मौलाना इन अ न्यूजपेपर इनफैक्ट बिफोर दैट आई वेंट इन टू जमाते इस्लामी ग्रुप एज वेल एंड आई मेट देम एंड आई क्वेश्चन देम आई सेड आई वांट टू नो अबाउट इस्लाम सो दे गव मी अ लिस्ट अबाउट 20 बुक्स एंड ईच बुक हैड थिंग्स लाइक हाउ टू बिल्ड अ गुड कैरेक्टर विद द इस्लाम वमन इन इस्लाम पर्दा सिस्टम इन इस्लाम हिजाब और व्हा</w:t>
      </w:r>
    </w:p>
    <w:p>
      <w:r>
        <w:rPr>
          <w:b/>
        </w:rPr>
        <w:t xml:space="preserve">[25:04] </w:t>
      </w:r>
      <w:r>
        <w:t>that whatever i said these things are good these books are good if a person is embracing Islam</w:t>
      </w:r>
    </w:p>
    <w:p>
      <w:pPr>
        <w:jc w:val="right"/>
      </w:pPr>
      <w:r>
        <w:t>ट एवर आई सेड दीज थिंग्स आर गुड दीज बुक्स आर गुड इफ अ पर्सन इज एंब्रेस इस्लाम</w:t>
      </w:r>
    </w:p>
    <w:p>
      <w:r>
        <w:rPr>
          <w:b/>
        </w:rPr>
        <w:t xml:space="preserve">[25:09] </w:t>
      </w:r>
      <w:r>
        <w:t>the questions have not reached that state what books do you have for non-muslims</w:t>
      </w:r>
    </w:p>
    <w:p>
      <w:pPr>
        <w:jc w:val="right"/>
      </w:pPr>
      <w:r>
        <w:t>द क्वेश्चन हैव नॉट रीच दैट स्टेट व्हाट बुक्स डू यू हैव फॉर नॉन मुस्लिम्स</w:t>
      </w:r>
    </w:p>
    <w:p>
      <w:r>
        <w:rPr>
          <w:b/>
        </w:rPr>
        <w:t xml:space="preserve">[25:15] </w:t>
      </w:r>
      <w:r>
        <w:t>der vaj a gentleman in vid in the group in the delegation he came up to me he</w:t>
      </w:r>
    </w:p>
    <w:p>
      <w:pPr>
        <w:jc w:val="right"/>
      </w:pPr>
      <w:r>
        <w:t>देर वाज अ जेंटलमैन इन विद इन द ग्रुप इन द डेलीगेशन ही केम अप टू मी ही</w:t>
      </w:r>
    </w:p>
    <w:p>
      <w:r>
        <w:rPr>
          <w:b/>
        </w:rPr>
        <w:t xml:space="preserve">[25:19] </w:t>
      </w:r>
      <w:r>
        <w:t>sed sister if you dont mind why dont you read this book of Maulana ch is called the</w:t>
      </w:r>
    </w:p>
    <w:p>
      <w:pPr>
        <w:jc w:val="right"/>
      </w:pPr>
      <w:r>
        <w:t>सेड सिस्टर इफ यू डोंट माइंड व्हाई डोंट यू रीड दिस बुक ऑफ मौलाना च इज कॉल्ड द</w:t>
      </w:r>
    </w:p>
    <w:p>
      <w:r>
        <w:rPr>
          <w:b/>
        </w:rPr>
        <w:t xml:space="preserve">[25:22] </w:t>
      </w:r>
      <w:r>
        <w:t>god araizes he sed Maulana Wahiduddin Khan you read this book i gift it to you and i</w:t>
      </w:r>
    </w:p>
    <w:p>
      <w:pPr>
        <w:jc w:val="right"/>
      </w:pPr>
      <w:r>
        <w:t>गॉड अराइजस ही सेड मौलाना वहीदुद्दीन खान यू रीड दिस बुक आई गिफ्ट इट टू यू एंड आई</w:t>
      </w:r>
    </w:p>
    <w:p>
      <w:r>
        <w:rPr>
          <w:b/>
        </w:rPr>
        <w:t xml:space="preserve">[25:28] </w:t>
      </w:r>
      <w:r>
        <w:t>sed how come this book is not there in your library he sed well der certain reason for</w:t>
      </w:r>
    </w:p>
    <w:p>
      <w:pPr>
        <w:jc w:val="right"/>
      </w:pPr>
      <w:r>
        <w:t>सेड हाउ कम दिस बुक इज नॉट देयर इन योर लाइब्रेरी ही सेड वेल देर सर्टेन रीजन फॉर</w:t>
      </w:r>
    </w:p>
    <w:p>
      <w:r>
        <w:rPr>
          <w:b/>
        </w:rPr>
        <w:t xml:space="preserve">[25:32] </w:t>
      </w:r>
      <w:r>
        <w:t>as not having this book but you must read it i</w:t>
      </w:r>
    </w:p>
    <w:p>
      <w:pPr>
        <w:jc w:val="right"/>
      </w:pPr>
      <w:r>
        <w:t>अस नॉट हैविंग दिस बुक बट यू मस्ट रीड इट आई</w:t>
      </w:r>
    </w:p>
    <w:p>
      <w:r>
        <w:rPr>
          <w:b/>
        </w:rPr>
        <w:t xml:space="preserve">[25:35] </w:t>
      </w:r>
      <w:r>
        <w:t>read the book in about three weeks and then i read a article of maulana in hindustan times daily and after read the article i took an appointment with him and i came and met him and i still remember when i came in the first time to meet him i was not a allied to be listening to a maulana because everybody told me dont go to wallavi and maulana because my experience with them had been very very bad</w:t>
      </w:r>
    </w:p>
    <w:p>
      <w:pPr>
        <w:jc w:val="right"/>
      </w:pPr>
      <w:r>
        <w:t>रेड द बुक इन अबाउट थ्री वीक्स एंड देन आई रेड अ आर्टिकल ऑफ मौलाना इन हिंदुस्तान टाइम्स डेली एंड आफ्टर रेड द आर्टिकल आई टूक एन अपॉइंटमेंट विद हिम एंड आई केम एंड मेट हिम एंड आई स्टिल रिमेंबर व्हेन आई केम इन द फर्स्ट टाइम टू मीट हिम आई वाज नॉट अ अलाइड टू बी लिसनिंग टू अ मौलाना बिकॉज एवरीबॉडी टोल्ड मी डोंट गो टू वल्लवी एंड मौलाना बिकॉज माय एक्सपीरियंस विद देम हैड बीन वेरी वेरी बैड</w:t>
      </w:r>
    </w:p>
    <w:p>
      <w:r>
        <w:rPr>
          <w:b/>
        </w:rPr>
        <w:t xml:space="preserve">[26:03] </w:t>
      </w:r>
      <w:r>
        <w:t>any aalim or any maulana that i spoke to they would say they would not give me any reasons and would tell me to accept something and this was something which was completely impossible for me to accept so when i came to maulana he completely reconditioned my mind and he gave me a reason which was higher than my own belief system and unless someone gives you that that reason you can never never change</w:t>
      </w:r>
    </w:p>
    <w:p>
      <w:pPr>
        <w:jc w:val="right"/>
      </w:pPr>
      <w:r>
        <w:t>एनी आलिम और एनी मौलाना दैट आई स्पोक टू दे वुड से दे वुड नॉट गिव मी एनी रीजंस एंड वुड टेल मी टू एक्सेप्ट समथिंग एंड दिस वाज समथिंग च वाज कंपलीटली इंपॉसिबल फॉर मी टू एक्सेप्ट सो व्हेन आई केम टू मौलाना ही कंपलीटली रिकंडीशन माय माइंड एंड ही गव मी अ रीजन च वाज हायर देन माय ओन बिलीफ सिस्टम एंड अनलेस समवन गिव्स यू दैट दैट रीजन यू कैन नेवर नेवर चेंज</w:t>
      </w:r>
    </w:p>
    <w:p>
      <w:r>
        <w:rPr>
          <w:b/>
        </w:rPr>
        <w:t xml:space="preserve">[26:28] </w:t>
      </w:r>
      <w:r>
        <w:t>and when he told me the real face of islam like l l of us me rajat and khalid we all came together initially we immediate change our stance and i started reading about islam and second thing that he told me very clearly which i remember still he said he said what is your objective in life as the truth is my objective in life he said if truth is your objective in life then you have to rise above emotional biases if truth is your objective then you have to rise above emotional by</w:t>
      </w:r>
    </w:p>
    <w:p>
      <w:pPr>
        <w:jc w:val="right"/>
      </w:pPr>
      <w:r>
        <w:t>एंड व्हेन ही टोल्ड मी द रियल फेस ऑफ इस्लाम लाइक ल ल ऑफ अस मी रजत एंड खालिद वी ल केम टुगेदर इनिशियली वी इमीडिएट चेंज आवर स्टेंस एंड आई स्टार्टेड रीडिंग अबाउट इस्लाम एंड सेकंड थिंग दैट ही टोल्ड मी वेरी क्लीयरली च आई रिमेंबर स्टिल ही सेड ही सेड व्हाट इज योर ऑब्जेक्टिव इन लाइफ एज द ट्रुथ इज माय ऑब्जेक्टिव इन लाइफ ही सेड इफ ट्रुथ इज योर ऑब्जेक्टिव इन लाइफ देन यू हैव टू राइज अबव इमोशनल बायसेज इफ ट्रुथ इज योर ऑब्जेक्टिव देन यू हैव टू राइज अबव इमोशनल बाय</w:t>
      </w:r>
    </w:p>
    <w:p>
      <w:r>
        <w:rPr>
          <w:b/>
        </w:rPr>
        <w:t xml:space="preserve">[26:55] </w:t>
      </w:r>
      <w:r>
        <w:t>ases means do not be conditioned that you should get answers within what text you are searching in completely focus yourself on the truth and read based on a criteria read all the scr</w:t>
      </w:r>
    </w:p>
    <w:p>
      <w:pPr>
        <w:jc w:val="right"/>
      </w:pPr>
      <w:r>
        <w:t>सेज मींस डू नॉट बी कंडीशन ट यू शुड गेट आंसर्स विदन व्ट टेक्स्ट यू आर सर्चिंग इन कंपलीटली फोकस योरसेल्फ ऑन द ट्रुथ एंड रीड बेस्ड ऑन अ क्राइटेरिया रीड ऑल द स्क्र</w:t>
      </w:r>
    </w:p>
    <w:p>
      <w:r>
        <w:rPr>
          <w:b/>
        </w:rPr>
        <w:t xml:space="preserve">[27:11] </w:t>
      </w:r>
      <w:r>
        <w:t>ipcture i red vedanta i red christianity i red everything i red bible everything you name it i</w:t>
      </w:r>
    </w:p>
    <w:p>
      <w:pPr>
        <w:jc w:val="right"/>
      </w:pPr>
      <w:r>
        <w:t>िप्चर आई रेड वेदांता आई रेड क्रिश्चियनिटी आई रेड एवरीथिंग आई रेड बाइबल एवरीथिंग यू नेम इट आई</w:t>
      </w:r>
    </w:p>
    <w:p>
      <w:r>
        <w:rPr>
          <w:b/>
        </w:rPr>
        <w:t xml:space="preserve">[27:16] </w:t>
      </w:r>
      <w:r>
        <w:t>red complete vid an open thought and iventure den red the quran and understood about it and den</w:t>
      </w:r>
    </w:p>
    <w:p>
      <w:pPr>
        <w:jc w:val="right"/>
      </w:pPr>
      <w:r>
        <w:t>रेड कंपलीट विद एन ओपन थॉट एंड इवेंचर देन रेड द कुरान एंड अंडरस्टूड अबाउट इट एंड देन</w:t>
      </w:r>
    </w:p>
    <w:p>
      <w:r>
        <w:rPr>
          <w:b/>
        </w:rPr>
        <w:t xml:space="preserve">[27:22] </w:t>
      </w:r>
      <w:r>
        <w:t>finally a got into the islamic spirituality ts my journey a vel i vat to start like to</w:t>
      </w:r>
    </w:p>
    <w:p>
      <w:pPr>
        <w:jc w:val="right"/>
      </w:pPr>
      <w:r>
        <w:t>फाइनली अ गट इनटू द इस्लामिक स्पिरिचुअलिटी ट्स माय जर्नी अ वेल आई वट टू स्टार्ट लाइक टू</w:t>
      </w:r>
    </w:p>
    <w:p>
      <w:r>
        <w:rPr>
          <w:b/>
        </w:rPr>
        <w:t xml:space="preserve">[27:29] </w:t>
      </w:r>
      <w:r>
        <w:t>start by saying that i vas i vas just a normal teenager you know he used to live</w:t>
      </w:r>
    </w:p>
    <w:p>
      <w:pPr>
        <w:jc w:val="right"/>
      </w:pPr>
      <w:r>
        <w:t>स्टार्ट बाय सेइंग दैट आई वाज आई वाज जस्ट अ नॉर्मल टीनएजर यू नो ही यूज टू लिव</w:t>
      </w:r>
    </w:p>
    <w:p>
      <w:r>
        <w:rPr>
          <w:b/>
        </w:rPr>
        <w:t xml:space="preserve">[27:34] </w:t>
      </w:r>
      <w:r>
        <w:t>for you know for for music and fashion and everything that you know like vordly pleasure and all</w:t>
      </w:r>
    </w:p>
    <w:p>
      <w:pPr>
        <w:jc w:val="right"/>
      </w:pPr>
      <w:r>
        <w:t>फॉर यू नो फॉर फॉर म्यूजिक एंड फैशन एंड एवरीथिंग दैट यू नो लाइक वर्ल्डली प्लेजर एंड ऑल</w:t>
      </w:r>
    </w:p>
    <w:p>
      <w:r>
        <w:rPr>
          <w:b/>
        </w:rPr>
        <w:t xml:space="preserve">[27:42] </w:t>
      </w:r>
      <w:r>
        <w:t>but then after coming to cps i was made to made to understand the the creation plan of god which is to live for the here after and not for this world and these these classes have made me become more spiritual and and whatever i do to whatever i do i am i am i am particular conscious of god</w:t>
      </w:r>
    </w:p>
    <w:p>
      <w:pPr>
        <w:jc w:val="right"/>
      </w:pPr>
      <w:r>
        <w:t>बट देन आफ्टर कमिंग टू सीपीएस आई वाज मेड टू मेड टू अंडरस्टैंड द द क्रिएशन प्लान ऑफ गॉड च इज टू लिव फॉर द हियर आफ्टर एंड नॉट फॉर दिस वर्ल्ड एंड दज दज क्लासेस हैव मेड मी बिकम मोर स्पिरिचुअल एंड एंड व्हाट एवर आई डू टू व्हाट एवर आई डू आई एम आई एम आई एम पर्टिकुलर कॉन्शियस ऑफ गॉड</w:t>
      </w:r>
    </w:p>
    <w:p>
      <w:r>
        <w:rPr>
          <w:b/>
        </w:rPr>
        <w:t xml:space="preserve">[28:03] </w:t>
      </w:r>
      <w:r>
        <w:t>i am maria and i started coming to these classes very consistently about not even one year ago but some months ago maybe nine months and as two of my predecessors have just come sadia and sophia who said that they were ultra modern people and all they used to live was for fashion and all i i am just completely the antagonist i was a very studious per</w:t>
      </w:r>
    </w:p>
    <w:p>
      <w:pPr>
        <w:jc w:val="right"/>
      </w:pPr>
      <w:r>
        <w:t>आई एम मारिया एंड आई स्टार्टेड कमिंग टू दीज क्लासेस वेरी कंसिस्टेंटली अबाउट नॉट इवन वन ईयर अगो बट सम मंथ्स अगो मे बी नाइन मंथ्स एंड एज टू टू ऑफ माय प्रीडिसेसर्स हैव जस्ट कम सादिया एंड सूफिया हु सेड दैट दे वर अल्ट्रा मॉडर्न पीपल एंड ऑल दे यूज टू लिव वाज फॉर फैशन एंड ऑल आई आई एम जस्ट कंपलीटली द एंटागनिस्ट आई वाज अ वेरी स्टूडियस पर्</w:t>
      </w:r>
    </w:p>
    <w:p>
      <w:r>
        <w:rPr>
          <w:b/>
        </w:rPr>
        <w:t xml:space="preserve">[28:32] </w:t>
      </w:r>
      <w:r>
        <w:t>son i am a big nerd i have always studied throughout i mean i just give give away all my time studying i have got i have been getting good marks i have top many times but i always have this void inside me i have always felt</w:t>
      </w:r>
    </w:p>
    <w:p>
      <w:pPr>
        <w:jc w:val="right"/>
      </w:pPr>
      <w:r>
        <w:t>सन आई एम अ बिग नर्ड आई हैव ऑलवेज स्टडीड थ्रू आउट आई मीन आई जस्ट गिव गिव अवे ऑल माय टाइम स्टडिंग आई हैव गट आई हैव आई हैव बीन गेटिंग गुड मार्क्स आई हैव टॉप मेनी टाइम्स बट आई ऑलवेज हैव दिस वॉइड इनसाइड मी आई हैव ऑलवेज फेल्ट</w:t>
      </w:r>
    </w:p>
    <w:p>
      <w:r>
        <w:rPr>
          <w:b/>
        </w:rPr>
        <w:t xml:space="preserve">[28:48] </w:t>
      </w:r>
      <w:r>
        <w:t>incomplete at night when i used to sleep even after topping in class i used to feel sad then i used to think that if i am doing what i am supposed to do i am a student i am studying i am getting marks i am topping then why is it that i am feeling sad i should be happy i am doing i am completing i am doing my job then why is it that there is a void in me</w:t>
      </w:r>
    </w:p>
    <w:p>
      <w:pPr>
        <w:jc w:val="right"/>
      </w:pPr>
      <w:r>
        <w:t>इनकंप्लीट एट नाइट व्हेन आई यूज टू स्लीप इवन आफ्टर टॉपिंग इन क्लास आई यूज टू फील सैड देन आई यूज टू थिंक दैट इफ आई एम डूइंग व्हाट आई एम सपोज टू डू आई एम अ स्टूडेंट आई एम स्टडिंग आई एम गेटिंग मार्क्स आई एम टॉपिंग देन व्हाई इज इट दैट आई एम फीलिंग सैड आई शुड बी हैप्पी आई एम डूइंग आई एम कंपलीटिंग आई एम डूइंग माय जॉब देन व्हाई इज इट दैट देयर इज अ वॉइड इन मी</w:t>
      </w:r>
    </w:p>
    <w:p>
      <w:r>
        <w:rPr>
          <w:b/>
        </w:rPr>
        <w:t xml:space="preserve">[29:09] </w:t>
      </w:r>
      <w:r>
        <w:t>and there used to be many questions like that and i used to be reading the toi the spiritual the speaking tree the speaking tree of the toi and in ht i used to be reading the inner voice since the very beginning i had this you know this kind of a what do you call want of reading such stuff a but i never used to understand anything i was just not able to comprehend anything out of the inner voice and the anything they used to talk of spirituality in speaki</w:t>
      </w:r>
    </w:p>
    <w:p>
      <w:pPr>
        <w:jc w:val="right"/>
      </w:pPr>
      <w:r>
        <w:t>एंड देयर यूज टू बी मेनी क्वेश्चंस लाइक दैट एंड आई यूज टू बी रीडिंग द टीओ आई द स्पिरिचुअल द स्पीकिंग ट्री द स्पीकिंग ट्री ऑफ द टीओ आई एंड इन एचटी आई यूज टू बी रीडिंग द इनर वॉइस सिंस द वेरी बिगिनिंग आई हैड दिस यू नो दिस काइंड ऑफ अ व्हाट डू यू कॉल वांट ऑफ रीडिंग सच स्टफ अ बट आई नेवर यूज टू अंडरस्टैंड एनीथिंग आई वाज जस्ट नॉट एबल टू कंप्रीहेंड एनीथिंग आउट ऑफ द इनर वॉइस एंड द एनीथिंग दे यूज टू टॉक ऑफ स्पिरिचुअलिटी इन स्पीकि</w:t>
      </w:r>
    </w:p>
    <w:p>
      <w:r>
        <w:rPr>
          <w:b/>
        </w:rPr>
        <w:t xml:space="preserve">[29:39] </w:t>
      </w:r>
      <w:r>
        <w:t>ng tree but for me i think its silent tree because i was not able to you know make out anything of it now i came to maulana no before that i will tell you my pa i am i am i am a i have been i was born in a traditional muslim family and my parents have been telling me about paradise the concept of paradise in islam which is that you have to be very conscious of your steps in this world so that you are rewarded in the next world</w:t>
      </w:r>
    </w:p>
    <w:p>
      <w:pPr>
        <w:jc w:val="right"/>
      </w:pPr>
      <w:r>
        <w:t>ंग ट्री बट फॉर मी आई थिंक इट्स साइलेंट ट्री बिकॉज आई वाज नॉट एबल टू यू नो मेक आउट एनीथिंग ऑफ इट नाउ आई केम टू मौलाना नो बिफोर दैट आई विल टेल यू माय पे आई एम आई एम आई एम अ आई हैव बीन आई वाज बोर्न इन अ ट्रेडिशनल मुस्लिम फैमिली एंड माय पेरेंट्स हैव बीन टेलिंग मी अबाउट पैराडाइस द कांसेप्ट ऑफ पैराडाइस इन इस्लाम च इज दैट यू हैव टू बी वेरी कॉन्शियस ऑफ योर स्टेप्स इन दिस वर्ल्ड सो दैट यू आर रिवर्ड इन द नेक्स्ट वर्ल्ड</w:t>
      </w:r>
    </w:p>
    <w:p>
      <w:r>
        <w:rPr>
          <w:b/>
        </w:rPr>
        <w:t xml:space="preserve">[30:08] </w:t>
      </w:r>
      <w:r>
        <w:t>now questions used to arise in my mind that okay if i have a life in this world why is it that i have a life in the other world also now my parents had no answers answers for that they used to just you know give me bewildered looks so i used to i started developing a kind of a blind faith after that i have been started living in blind faith i used to i am a very obedient girl as i told you in the beginning i used to read namaz five times a day</w:t>
      </w:r>
    </w:p>
    <w:p>
      <w:pPr>
        <w:jc w:val="right"/>
      </w:pPr>
      <w:r>
        <w:t>नाउ क्वेश्चंस यूज टू अराइज इन माय माइंड दैट ओके इफ आई हैव अ लाइफ इन दिस वर्ल्ड व्हाई इज इट दैट आई हैव अ लाइफ इन द अदर वर्ल्ड आल्सो नाउ माय पेरेंट्स हैड नो आंसर्स आंसर्स फॉर दैट दे यूज टू जस्ट यू नो गिव मी बिल्डर्ड लुक्स सो आई यूज टू आई स्टार्टेड डेवलपिंग अ काइंड ऑफ अ ब्लाइंड फेथ आफ्टर दैट आई हैव बीन स्टार्टेड लिविंग इन ब्लाइंड फेथ आई यूज टू आई एम अ वेरी ओबेडिएंट गर्ल एज आई टोल्ड यू इन द बिगिनिंग आई यूज टू रीड नमाज फाइव टाइम्स अ डे</w:t>
      </w:r>
    </w:p>
    <w:p>
      <w:r>
        <w:rPr>
          <w:b/>
        </w:rPr>
        <w:t xml:space="preserve">[30:35] </w:t>
      </w:r>
      <w:r>
        <w:t>i never kept roza but i used to keep namaz i used to keep reading namaz but you know i didnt know why i read namaz i i have been reading quran i dont know why i read quran i dont know the meaning of quran i i re i am able to read arabic but i cant understand the meaning now i came to maulana and he i have not read the quran as yet but</w:t>
      </w:r>
    </w:p>
    <w:p>
      <w:pPr>
        <w:jc w:val="right"/>
      </w:pPr>
      <w:r>
        <w:t>आई नेवर केप्ट रोजा बट आई यूज टू कीप नमाज आई यूज टू कीप रीडिंग नमाज बट यू नो आई डिडंट नो व्हाई आई रीड नमाज आई आई हैव बीन रीडिंग कुरान आई डोंट नो व्हाई आई रीड कुरान आई डोंट नो द मीनिंग ऑफ कुरान आई आई री आई एम एबल टू रीड अरेबिक बट आई कांट अंडरस्टैंड द मीनिंग नाउ आई केम टू मौलाना एंड ही आई हैव नॉट रेड द कुरान ए स्टिल एज य</w:t>
      </w:r>
    </w:p>
    <w:p>
      <w:r>
        <w:rPr>
          <w:b/>
        </w:rPr>
        <w:t xml:space="preserve">[30:57] </w:t>
      </w:r>
      <w:r>
        <w:t>still what ever the after attending his classes i have got to know that why a why paradise should be our aim in life now i will tell you see paradise gives us a ray of hope the concept of paradise is a ray of hope for us because i will tell you see every human being every its human to err okay its human to err and now if every human being errs he makes a mistake</w:t>
      </w:r>
    </w:p>
    <w:p>
      <w:pPr>
        <w:jc w:val="right"/>
      </w:pPr>
      <w:r>
        <w:t>ट बट स्टिल व्हाट एवर द आफ्टर अटेंडिंग हिज क्लासेस आई हैव गट टू नो दैट व्हाई अ व्हाई पैराडाइस शुड बी आवर एम इन लाइफ नाउ आई विल टेल यू सी पैराडाइस गिव्स अस अ रे ऑफ होप द कांसेप्ट ऑफ पैराडाइस इज अ रे ऑफ होप फॉर अस बिकॉज आई विल टेल यू सी एवरी ह्यूमन बीइंग एवरी इट्स ह्यूमन टू अर् ओके इट्स ह्यूमन टू अर् एंड नाउ इफ एवरी ह्यूमन बीइंग अर्स ही मेक्स अ मिस्टेक</w:t>
      </w:r>
    </w:p>
    <w:p>
      <w:r>
        <w:rPr>
          <w:b/>
        </w:rPr>
        <w:t xml:space="preserve">[31:26] </w:t>
      </w:r>
      <w:r>
        <w:t>now if you make a mistake you will always live in regret so the thing is that if you make regrets you will live in frustration if you make if you make regrets you will be sad out of yourself you will be sad in life you will live in frustration now somebody whos who does not has who has got no concept of paradise will have no ray of hope he</w:t>
      </w:r>
    </w:p>
    <w:p>
      <w:pPr>
        <w:jc w:val="right"/>
      </w:pPr>
      <w:r>
        <w:t>नाउ इफ यू मेक अ मिस्टेक यू विल ऑलवेज लिव इन रिग्रेट सो द थिंग इज दैट इफ यू मेक रिग्रेट्स यू विल लिव इन फ्रस्ट्रेशन इफ यू मेक इफ यू मेक रिग्रेट्स यू विल बी सैड आउट ऑफ योरसेल्फ यू विल बी सैड इन लाइफ यू विल लिव इन फ्रस्ट्रेशन नाउ समबडी हुज हु डज नॉट हैज हु हैज गट नो कांसेप्ट ऑफ पैराडाइस विल हैव नो रे ऑफ होप ही</w:t>
      </w:r>
    </w:p>
    <w:p>
      <w:r>
        <w:rPr>
          <w:b/>
        </w:rPr>
        <w:t xml:space="preserve">[31:49] </w:t>
      </w:r>
      <w:r>
        <w:t>will just you know live his entais of his life and he will say that okay i through out my life i have regretted through out of my life i have made i have committed mistakes so he will live in frustration but</w:t>
      </w:r>
    </w:p>
    <w:p>
      <w:pPr>
        <w:jc w:val="right"/>
      </w:pPr>
      <w:r>
        <w:t>विल जस्ट यू नो लिव हिज एंटायस ऑफ हिज लाइफ एंड ही विल से दैट ओके आई थ्रू आउट माय लाइफ आई हैव रिग्रेटेड थ्रू आउट ऑफ माय लाइफ आई हैव मेड आई हैव कमिटेड मिस्टेक्स सो ही विल लिव इन फ्रस्ट्रेशन बट</w:t>
      </w:r>
    </w:p>
    <w:p>
      <w:r>
        <w:rPr>
          <w:b/>
        </w:rPr>
        <w:t xml:space="preserve">[32:00] </w:t>
      </w:r>
      <w:r>
        <w:t>somebody who is at the age of whose of the age of 80 has may has gone through an number of experience an number of mistakes an number of you know experience were in he realized that he has committed mistakes but still he if he has a concept of paradise he will know that there is a re there will be a re of hope for him so life will he will be able to relive his past life will be he will be able to be contended happy in the true</w:t>
      </w:r>
    </w:p>
    <w:p>
      <w:pPr>
        <w:jc w:val="right"/>
      </w:pPr>
      <w:r>
        <w:t>समबडी हु इज एट द एज ऑफ हुज ऑफ द एज ऑफ 80 हैज मे हैज गॉन थ्रू एन नंबर ऑफ एक्सपीरियंस एन नंबर ऑफ मिस्टेक्स एन नंबर ऑफ यू नो एक्सपीरियंस वेर इन ही रिलाइज दैट ही हैज कमिटेड मिस्टेक्स बट स्टिल ही इफ ही हैज अ कांसेप्ट ऑफ पैराडाइस ही विल नो दैट देयर इज अ रे देर विल बी अ रे ऑफ होप फॉर हिम सो लाइफ विल ही विल बी एबल टू रीलिव हिज पास्ट लाइफ विल बी ही विल बी एबल टू बी कंटेंडेड हैप्पी इन द ट्रू</w:t>
      </w:r>
    </w:p>
    <w:p>
      <w:r>
        <w:rPr>
          <w:b/>
        </w:rPr>
        <w:t xml:space="preserve">[32:28] </w:t>
      </w:r>
      <w:r>
        <w:t>sense of word so maulana after coming to maulana i first of all being a science student i always looked for rational explanation and he first defined rational explanation for me i used to just say that give me absolute give me objective logic for this this is no way of this is no rationali</w:t>
      </w:r>
    </w:p>
    <w:p>
      <w:pPr>
        <w:jc w:val="right"/>
      </w:pPr>
      <w:r>
        <w:t>सेंस ऑफ वर्ड सो मौलाना आफ्टर कमिंग टू मौलाना आई फर्स्ट ऑफ ऑल बीइंग अ साइंस स्टूडेंट आई ऑलवेज लुक्ड फॉर रैशनल एक्सप्लेनेशन एंड ही फर्स्ट डिफाइंड रैशनल एक्सप्लेनेशन फॉर मी आई यूज टू जस्ट से दैट गिव मी एब्सलूट गिव मी ऑब्जेक्टिव लॉजिक फॉर दिस दिस इज नो वे ऑफ दिस इज नो रैशनलि</w:t>
      </w:r>
    </w:p>
    <w:p>
      <w:r>
        <w:rPr>
          <w:b/>
        </w:rPr>
        <w:t xml:space="preserve">[32:47] </w:t>
      </w:r>
      <w:r>
        <w:t>sm he gave me he defined rationalism for me then he used to give me logic and through and he told me that look at the nature look at the universe look at the stars the way the stars if you look them look at them through the telescope the numerous amount of stars the you know the very what do you call the very elegance of stars and the very innumerable number will make you surrender in front of the creator because nobody can just</w:t>
      </w:r>
    </w:p>
    <w:p>
      <w:pPr>
        <w:jc w:val="right"/>
      </w:pPr>
      <w:r>
        <w:t>ज्म ही गेव मी ही डिफाइंड रैशनलिज्म फॉर मी देन ही यूज टू गव मी लॉजिक एंड थ्रू एंड ही टोल्ड मी दैट लुक एट द नेचर लुक एट द यूनिवर्स लुक एट द स्टार्स द वे द स्टार्स इफ यू लुक देम लुक एट देम थ्रू द टेलिस्कोप द न्यूमरस अमाउंट ऑफ स्टार्स द यू नो द वेरी अ व्हाट डू यू कॉल द वेरी एलिगेंस ऑफ स्टार्स एंड द वेरी इनमर बल नंबर विल मेक यू सरेंडर इन फ्रंट ऑफ द क्रिएटर बिकॉज नोबडी कैन जस्ट</w:t>
      </w:r>
    </w:p>
    <w:p>
      <w:r>
        <w:rPr>
          <w:b/>
        </w:rPr>
        <w:t xml:space="preserve">[33:14] </w:t>
      </w:r>
      <w:r>
        <w:t>create the stars also if you look at your inside your own body if you are a biology student you realize that there are so many chemical reactions going on your in your body and each chemical reaction requires an enzyme and that enzyme is is is a molecule which is not visible now if you understand the human body if you see the complexion going on and everything is so efficient and so systemic you will immediate surrender in front of the person who has created you</w:t>
      </w:r>
    </w:p>
    <w:p>
      <w:pPr>
        <w:jc w:val="right"/>
      </w:pPr>
      <w:r>
        <w:t>क्रिएट द स्टार्स आल्सो इफ यू लुक एट योर इनसाइड योर ओन बॉडी इफ यू आर अ बायोलॉजी स्टूडेंट यू रिलाइज दैट देर आर सो मेनी केमिकल रिएक्शंस गोइंग ऑन योर इन योर बॉडी एंड ईच केमिकल रिएक्शन रिक्वायर्स एन एंजाइम एंड दैट एंजाइम इज इज इज अ मॉलिक्यूल व्हिच इज नॉट विजिबल नाउ इफ यू अंडरस्टैंड द ह्यूमन बॉडी इफ यू सी द कॉम्प्लेक्शन गोइंग ऑन एंड एवरीथिंग इज सो एफिशिएंट एंड सो सिस्टमिक यू विल इमीडिएट सरेंडर इन फ्रंट ऑफ द पर्सन हुज क्रिएटेड यू</w:t>
      </w:r>
    </w:p>
    <w:p>
      <w:r>
        <w:rPr>
          <w:b/>
        </w:rPr>
        <w:t xml:space="preserve">[33:43] </w:t>
      </w:r>
      <w:r>
        <w:t>so after coming to maulana i have just earlier i would i wanted to become a doctor now i entais like the way rajat said that i want to change many rajat manora similarly i have also given give i have also given into entais into this mission and i only want to till my death i like in the post death period i like to only work for this mission right</w:t>
      </w:r>
    </w:p>
    <w:p>
      <w:pPr>
        <w:jc w:val="right"/>
      </w:pPr>
      <w:r>
        <w:t>सो आफ्टर कमिंग टू मौलाना आई हैव जस्ट अर्लिया आई वड आई वांटेड टू बिकम अ डॉक्टर नाउ आई एंटायस लाइक द वे रजत सेड दैट आई वांट टू चेंज मेनी रजत मनोरा सिमिलरली आई हैव आल्सो गिवन गिव आई हैव आल्सो गिवन इनटू एंटायस इनटू दिस मिशन एंड आई ओनली वांट टू टिल माय डेथ आई लाइक इन द पोस्ट डेथ पीरियड आई लाइक टू ओनली वर्क फॉर दिस मिशन राइट</w:t>
      </w:r>
    </w:p>
    <w:p>
      <w:r>
        <w:rPr>
          <w:b/>
        </w:rPr>
        <w:t xml:space="preserve">[34:08] </w:t>
      </w:r>
      <w:r>
        <w:t>right i am vini</w:t>
      </w:r>
    </w:p>
    <w:p>
      <w:pPr>
        <w:jc w:val="right"/>
      </w:pPr>
      <w:r>
        <w:t>राइट आई एम विनी</w:t>
      </w:r>
    </w:p>
    <w:p>
      <w:r>
        <w:rPr>
          <w:b/>
        </w:rPr>
        <w:t xml:space="preserve">[34:10] </w:t>
      </w:r>
      <w:r>
        <w:t>and like sufia i am also extremely uncomfortable in public speaking i am just to nervous so al</w:t>
      </w:r>
    </w:p>
    <w:p>
      <w:pPr>
        <w:jc w:val="right"/>
      </w:pPr>
      <w:r>
        <w:t>एंड लाइक सूफिया आई एम आल्सो एक्सट्रीमली अनकंफर्टेबल इन पब्लिक स्पीकिंग आई एम जस्ट टू नर्वस सो आल</w:t>
      </w:r>
    </w:p>
    <w:p>
      <w:r>
        <w:rPr>
          <w:b/>
        </w:rPr>
        <w:t xml:space="preserve">[34:16] </w:t>
      </w:r>
      <w:r>
        <w:t>be very brief</w:t>
      </w:r>
    </w:p>
    <w:p>
      <w:pPr>
        <w:jc w:val="right"/>
      </w:pPr>
      <w:r>
        <w:t>बी वेरी ब्रीफ</w:t>
      </w:r>
    </w:p>
    <w:p>
      <w:r>
        <w:rPr>
          <w:b/>
        </w:rPr>
        <w:t xml:space="preserve">[34:18] </w:t>
      </w:r>
      <w:r>
        <w:t>that i vas born muslim i vas religious in a traditional sense but after coming here i realized</w:t>
      </w:r>
    </w:p>
    <w:p>
      <w:pPr>
        <w:jc w:val="right"/>
      </w:pPr>
      <w:r>
        <w:t>दैट आई वाज बोर्न मुस्लिम आई वाज रिलीजियस इन अ ट्रेडिशनल सेंस बट आफ्टर कमिंग हियर आई रिलाइज्ड</w:t>
      </w:r>
    </w:p>
    <w:p>
      <w:r>
        <w:rPr>
          <w:b/>
        </w:rPr>
        <w:t xml:space="preserve">[34:28] </w:t>
      </w:r>
      <w:r>
        <w:t>that actually the vork or the purpose of a muslim life is to spread gods message</w:t>
      </w:r>
    </w:p>
    <w:p>
      <w:pPr>
        <w:jc w:val="right"/>
      </w:pPr>
      <w:r>
        <w:t>दैट एक्चुअली द वर्क और द पर्पस ऑफ अ मुस्लिम लाइफ इज टू स्प्रेड गॉड्स मैसेज</w:t>
      </w:r>
    </w:p>
    <w:p>
      <w:r>
        <w:rPr>
          <w:b/>
        </w:rPr>
        <w:t xml:space="preserve">[34:34] </w:t>
      </w:r>
      <w:r>
        <w:t>and this very thought just re oriented my vhole life</w:t>
      </w:r>
    </w:p>
    <w:p>
      <w:pPr>
        <w:jc w:val="right"/>
      </w:pPr>
      <w:r>
        <w:t>एंड दिस वेरी थॉट जस्ट री ओरिएंटेड माय होल लाइफ</w:t>
      </w:r>
    </w:p>
    <w:p>
      <w:r>
        <w:rPr>
          <w:b/>
        </w:rPr>
        <w:t xml:space="preserve">[34:39] </w:t>
      </w:r>
      <w:r>
        <w:t>like i was a very politically oriented person right base thinking and i was concerned about social political issues of muslims and then with keeping dawa in mind or spreading word of god i realized how wrong it was because if we are like that we cannot spread gods word so this really changed me it really made me a different person</w:t>
      </w:r>
    </w:p>
    <w:p>
      <w:pPr>
        <w:jc w:val="right"/>
      </w:pPr>
      <w:r>
        <w:t>लाइक आई वाज अ वेरी पॉलिटिकली ओरिएंटेड पर्सन राइट बेस थिंकिंग एंड आई वाज कंसर्न अबाउट सोशल पॉलिटिकल इश्यूज ऑफ मुस्लिम्स एंड देन विद कीपिंग दावा इन माइंड और स्प्रेडिंग वर्ड ऑफ गॉड आई रिलाइज हाउ रंग इट वाज बिकॉज इफ वी आर लाइक दैट वी कैन नॉट स्प्रेड गॉड्स वर्ड सो दिस रियली चेंज मी इट रियली मेड मी अ डिफरेंट पर्सन</w:t>
      </w:r>
    </w:p>
    <w:p>
      <w:r>
        <w:rPr>
          <w:b/>
        </w:rPr>
        <w:t xml:space="preserve">[35:06] </w:t>
      </w:r>
      <w:r>
        <w:t>and like this i was also a very perfection seeker person and this would really create lots of problems in my life and would bring lots of negativity which i would able to after i realized because of maulana that in this life you cant get perfection so this also really made me a quite a comfortable happy person now</w:t>
      </w:r>
    </w:p>
    <w:p>
      <w:pPr>
        <w:jc w:val="right"/>
      </w:pPr>
      <w:r>
        <w:t>एंड लाइक दिस आई वाज आल्सो अ वेरी परफेक्शन सीकर पर्सन एंड दिस वुड रियली क्रिएट लॉट्स ऑफ प्रॉब्लम्स इन माय लाइफ एंड वुड ब्रिंग लॉट्स ऑफ नेगेटिविटी च आई वुड एबल टू आफ्टर आई रिलाइज बिकॉज ऑफ मौलाना दैट इन दिस लाइफ यू कांट गेट परफेक्शन सो दिस आल्सो रियली मेड मी अ क्वाइट अ कंफर्टेबल हैप्पी पर्सन नाउ</w:t>
      </w:r>
    </w:p>
    <w:p>
      <w:r>
        <w:rPr>
          <w:b/>
        </w:rPr>
        <w:t xml:space="preserve">[35:31] </w:t>
      </w:r>
      <w:r>
        <w:t>and and another thing the last thing is i would like to say is i knew the concept of here after and all but maulana made it real to me thats it thanks i am stuti malhotra like everybody knew about islam i did knew anything about islam i was absolute ignore of it and to me like i used to hear allah hu akbar i used to think that maybe akbar is god what they pray to</w:t>
      </w:r>
    </w:p>
    <w:p>
      <w:pPr>
        <w:jc w:val="right"/>
      </w:pPr>
      <w:r>
        <w:t>एंड एंड अनदर थिंग द लास्ट थिंग इ आई वुड लाइक टू से इ आई न्यू द कांसेप्ट ऑफ हियर आफ्टर एंड ल बट मौलाना मेड इट रियल टू मी ट्स इट थैंक्स आई एम स्तुति मल्होत्रा लाइक एवरीबॉडी न्यू अबाउट इस्लाम आई डिड न्यू एनीथिंग अबाउट इस्लाम आई वाज एब्सलूट इग्नोर ऑफ इट एंड टू मी लाइक आई यूज टू हियर अल्लाह अकबर आई यूज टू थिंक दैट मे बी अकबर इज गॉड व्हाट दे प्रे टू</w:t>
      </w:r>
    </w:p>
    <w:p>
      <w:r>
        <w:rPr>
          <w:b/>
        </w:rPr>
        <w:t xml:space="preserve">[36:00] </w:t>
      </w:r>
      <w:r>
        <w:t>i but after coming to maulana i came to know about the creation plan of god about the concept of test concept of paradise and hell but before before i came to maulana i was a dead superstitious person i used to go to temple every day in the morning before having my breakfast i used to wear clothes according to days and i used to i used to find out different ways how to please god</w:t>
      </w:r>
    </w:p>
    <w:p>
      <w:pPr>
        <w:jc w:val="right"/>
      </w:pPr>
      <w:r>
        <w:t>आई बट आफ्टर कमिंग टू मौलाना आई केम टू नो अबाउट द क्रिएशन प्लान ऑफ गॉड अबाउट द कांसेप्ट ऑफ टेस्ट कांसेप्ट ऑफ पैराडाइस एंड हेल बट बिफोर बिफोर आई केम टू मौलाना आई वाज अ डेड सुपरस्टिशियस पर्सन आई यूज टू गो टू टेंपल एवरीडे इन द मॉर्निंग बिफोर हैविंग माय ब्रेकफास्ट आई यूज टू वेर क्लोथ्स अकॉर्डिंग टू डेज एंड आई यूज टू आई यूज टू फाइंड आउट डिफरेंट वेज हाउ टू प्लीज गॉड</w:t>
      </w:r>
    </w:p>
    <w:p>
      <w:r>
        <w:rPr>
          <w:b/>
        </w:rPr>
        <w:t xml:space="preserve">[36:27] </w:t>
      </w:r>
      <w:r>
        <w:t>how can i make my god happy so that i get everything in life but my questions were never ever answered and i was always discontented always cribbing always crying i used to cry every moment that how what should i do to make my god happy but i never got an answer but after i came to maulana i got there was a absolute change in my personality i became a positive person</w:t>
      </w:r>
    </w:p>
    <w:p>
      <w:pPr>
        <w:jc w:val="right"/>
      </w:pPr>
      <w:r>
        <w:t>हाउ कैन आई मेक माय गॉड हैप्पी सो दैट आई गेट एवरीथिंग इन लाइफ बट माय क्वेश्चंस वर नेवर एवर आंसर्ड एंड आई वाज ऑलवेज डिस्कंटेंटेड ऑलवेज क्रिबिंग ऑलवेज क्राइंग आई यूज टू क्राई एवरी मोमेंट दैट हाउ व्हाट शुड आई डू टू मेक माय गॉड हैप्पी बट आई नेवर गॉट एन आंसर बट आफ्टर आई केम टू मौलाना आई गॉट देर वाज अ एब्सलूट चेंज इन माय पर्सनालिटी आई बिकम अ पॉजिटिव पर्सन</w:t>
      </w:r>
    </w:p>
    <w:p>
      <w:r>
        <w:rPr>
          <w:b/>
        </w:rPr>
        <w:t xml:space="preserve">[36:56] </w:t>
      </w:r>
      <w:r>
        <w:t>i i know what is my goal and now i am more i am in communion with god i know the purpose of my creation earlier like everybody i was also a very material girl and whenever i used to buy a cloth i use i wanted to wear it the very next day or maybe buy a sandals then while when when i am buying i want to wear it back home i used to be so excited about so thrilled about things</w:t>
      </w:r>
    </w:p>
    <w:p>
      <w:pPr>
        <w:jc w:val="right"/>
      </w:pPr>
      <w:r>
        <w:t>आई आई नो व्हाट इज माय गोल एंड नाउ आई एम मोर आई एम इन कम्यूनियन विद गॉड आई नो द पर्पस ऑफ माय क्रिएशन अर्लिया लाइक एवरीबॉडी आई वाज आल्सो अ वेरी मटेरियल गर्ल एंड व्हेन एवर आई यूज टू बाय अ क्लॉथ आई यूज आई वांटेड टू वेयर इट द वेरी नेक्स्ट डे और मे बी बाय अ सैंडल्स देन वाइल व्हेन व्हेन आई एम बाइंग आई वांट टू वेयर इट बैक होम आई यूज टू बी सो एक्साइटेड अबाउट सो थ्रिल्ड अबाउट थिंग्स</w:t>
      </w:r>
    </w:p>
    <w:p>
      <w:r>
        <w:rPr>
          <w:b/>
        </w:rPr>
        <w:t xml:space="preserve">[37:25] </w:t>
      </w:r>
      <w:r>
        <w:t>the material things but nov after i come to Maulana nov the concept of thril has changed nov</w:t>
      </w:r>
    </w:p>
    <w:p>
      <w:pPr>
        <w:jc w:val="right"/>
      </w:pPr>
      <w:r>
        <w:t>द मटेरियल थिंग्स बट नाउ आफ्टर आई कम टू मौलाना नाउ द कांसेप्ट ऑफ थ्रिल हैज चेंज्ड नाउ</w:t>
      </w:r>
    </w:p>
    <w:p>
      <w:r>
        <w:rPr>
          <w:b/>
        </w:rPr>
        <w:t xml:space="preserve">[37:33] </w:t>
      </w:r>
      <w:r>
        <w:t>the intellectual akening has been done and nov ven a vhatever i see in and around</w:t>
      </w:r>
    </w:p>
    <w:p>
      <w:pPr>
        <w:jc w:val="right"/>
      </w:pPr>
      <w:r>
        <w:t>द इंटेलेक्चुअल अवेक निंग हैज बीन डन एंड नाउ व्हेन ए व्हाट एवर आई सी इन एंड अराउंड</w:t>
      </w:r>
    </w:p>
    <w:p>
      <w:r>
        <w:rPr>
          <w:b/>
        </w:rPr>
        <w:t xml:space="preserve">[37:39] </w:t>
      </w:r>
      <w:r>
        <w:t>i become thril on that vhat god has created for us little bit things even the even vater</w:t>
      </w:r>
    </w:p>
    <w:p>
      <w:pPr>
        <w:jc w:val="right"/>
      </w:pPr>
      <w:r>
        <w:t>आई बिकम थ्रिल ऑन दैट व्हाट गॉड हैज क्रिएटेड फॉर अस लिटिल बिट थिंग्स इवन द इवन वाटर</w:t>
      </w:r>
    </w:p>
    <w:p>
      <w:r>
        <w:rPr>
          <w:b/>
        </w:rPr>
        <w:t xml:space="preserve">[37:46] </w:t>
      </w:r>
      <w:r>
        <w:t>ven i drink that makes me thankful to god so that is vhat that are the changes vat</w:t>
      </w:r>
    </w:p>
    <w:p>
      <w:pPr>
        <w:jc w:val="right"/>
      </w:pPr>
      <w:r>
        <w:t>व्हेन आई ड्रिंक दैट मेक्स मी थैंकफूल टू गॉड सो दैट इज व्हाट दैट आर द चेंजेज व्ट</w:t>
      </w:r>
    </w:p>
    <w:p>
      <w:r>
        <w:rPr>
          <w:b/>
        </w:rPr>
        <w:t xml:space="preserve">[37:54] </w:t>
      </w:r>
      <w:r>
        <w:t>Maulana has bring into us</w:t>
      </w:r>
    </w:p>
    <w:p>
      <w:pPr>
        <w:jc w:val="right"/>
      </w:pPr>
      <w:r>
        <w:t>मौलाना हैज ब्रिंग इन टू अस</w:t>
      </w:r>
    </w:p>
    <w:p>
      <w:r>
        <w:rPr>
          <w:b/>
        </w:rPr>
        <w:t xml:space="preserve">[37:56] </w:t>
      </w:r>
      <w:r>
        <w:t>i have started coming to these classes about four months ago unlike others who spent years and years so i will just my name is warja to begin with i will give you a little background about myself i have been a philosophy student according to maulana that has been the biggest damage that i have done to myself</w:t>
      </w:r>
    </w:p>
    <w:p>
      <w:pPr>
        <w:jc w:val="right"/>
      </w:pPr>
      <w:r>
        <w:t>आई हैव स्टार्टेड कमिंग टू दीज क्लासेस अबाउट फोर मंथ्स अगो अनलाइक अदर्स हु स्पेंट यर्स एंड यर्स सो आई विल जस्ट माय नेम इज वारजा टू बिगिन विद आई विल गिव यू अ लिटिल बैकग्राउंड अबाउट माइसेल्फ आई हैव बीन अ फिलॉसफी स्टूडेंट अकॉर्डिंग टू मौलाना दैट हैज बीन द बिगेस्ट डैमेज दैट आई हैव डन टू माइसेल्फ</w:t>
      </w:r>
    </w:p>
    <w:p>
      <w:r>
        <w:rPr>
          <w:b/>
        </w:rPr>
        <w:t xml:space="preserve">[38:20] </w:t>
      </w:r>
      <w:r>
        <w:t>and looking at yes site it has been the biggest damage but there was a potential good</w:t>
      </w:r>
    </w:p>
    <w:p>
      <w:pPr>
        <w:jc w:val="right"/>
      </w:pPr>
      <w:r>
        <w:t>एंड लुकिंग एट हां साइट इट हैज बीन द बिगेस्ट डैमेज बट देर वाज अ पोटेंशियल गुड</w:t>
      </w:r>
    </w:p>
    <w:p>
      <w:r>
        <w:rPr>
          <w:b/>
        </w:rPr>
        <w:t xml:space="preserve">[38:29] </w:t>
      </w:r>
      <w:r>
        <w:t>a philosophy was my major subject during my graduation and at that impressionable stage i was looking at questions about the existence of god so i read everything from descartes to locke to aristotle to plato western and greek philosopher i read vedanta i read upanishads</w:t>
      </w:r>
    </w:p>
    <w:p>
      <w:pPr>
        <w:jc w:val="right"/>
      </w:pPr>
      <w:r>
        <w:t>अ फिलॉसफी वाज माय मेजर सब्जेक्ट ड्यूरिंग माय ग्रेजुएशन एंड एट दैट इंप्रेशनेबल स्टेज आई वाज लुकिंग एट क्वेश्चंस अबाउट द एक्जिस्टेंस ऑफ गॉड सो आई रेड एवरीथिंग फ्रॉम डेकार्ट टू लॉक टू अरिस्टोटल टू प्लेटो वेस्टर्न एंड ग्रीक फिलॉसफर आई रेड वेदांता आई रेड उपनिषद</w:t>
      </w:r>
    </w:p>
    <w:p>
      <w:r>
        <w:rPr>
          <w:b/>
        </w:rPr>
        <w:t xml:space="preserve">[38:50] </w:t>
      </w:r>
      <w:r>
        <w:t>and i read about all the arguments for and against the existence of god which were equally based on logic and rational and i dont know unfortunately the curriculum did not include islam so i had absolute no idea and i had no curiosity about islam as such</w:t>
      </w:r>
    </w:p>
    <w:p>
      <w:pPr>
        <w:jc w:val="right"/>
      </w:pPr>
      <w:r>
        <w:t>एंड आई रेड अबाउट ऑल द आर्गुमेंट फॉर एंड अगेंस्ट द एक्जिस्टेंस ऑफ गॉड व्हिच वर इक्वली बेस्ड ऑन लॉजिक एंड रैशनल एंड आई डोंट नो अनफॉर्चूनेटली द करिकुलम डिड नॉट इंक्लूड इस्लाम सो आई हैड एब्सलूट नो आईडिया एंड आई हैड नो क्यूरियोसिटी अबाउट इस्लाम एज सच</w:t>
      </w:r>
    </w:p>
    <w:p>
      <w:r>
        <w:rPr>
          <w:b/>
        </w:rPr>
        <w:t xml:space="preserve">[39:16] </w:t>
      </w:r>
      <w:r>
        <w:t>well i kept questioning myself about what is the real philosophy of life that i should follow but i did not get my answers i was of course a very unhappy person so i thought maybe because i am not financially independent maybe that why i am unhappy so i did everything to be financially independent in terms of my work then i maybe a you know maybe wearing good clothes will will make me feel ha</w:t>
      </w:r>
    </w:p>
    <w:p>
      <w:pPr>
        <w:jc w:val="right"/>
      </w:pPr>
      <w:r>
        <w:t>वेल आई केप्ट क्वेश्चनिंग माइसेल्फ अबाउट व्हाट इज द रियल फिलॉसफी ऑफ लाइफ दैट आई शुड फॉलो बट आई डिड नॉट गेट माय आंसर्स आई वाज ऑफ कोर्स अ वेरी अनहैप्पी पर्सन सो आई थॉट मे बी बिकॉज आई एम नॉट फाइनेंशली इंडिपेंडेंट मे बी दैट व्हाई आई एम अनहैप्पी सो आई डिड एवरीथिंग टू बी फाइनेंशली इंडिपेंडेंट इन टर्म्स ऑफ माय वर्क देन आई मे बी अ यू नो मे बी वेयरिंग गुड क्लोथ्स विल विल मेक मी फील है</w:t>
      </w:r>
    </w:p>
    <w:p>
      <w:r>
        <w:rPr>
          <w:b/>
        </w:rPr>
        <w:t xml:space="preserve">[39:46] </w:t>
      </w:r>
      <w:r>
        <w:t>ppy i would do silly things like putting green nail polish and purple nail polish and stuff like that to give me some kick in life and i realized that i was every happiness was like a mirage for me i would aim for that happiness reach that stage feel happy very moment and that was it it was over so there was no permanent happiness a</w:t>
      </w:r>
    </w:p>
    <w:p>
      <w:pPr>
        <w:jc w:val="right"/>
      </w:pPr>
      <w:r>
        <w:t>प्पी आई वुड डू सिल्ली थिंग्स लाइक पुटिंग ग्रीन नेल पॉलिश एंड पर्पल नेल पॉलिश एंड स्टफ लाइक दैट टू गिव मी सम किक इन लाइफ एंड आई रिलाइज दैट आई वाज एवरी हैप्पीनेस वाज लाइक अ मिराज फॉर मी आई वुड एम फॉर दैट हैप्पीनेस रीच दैट स्टेज फील हैप्पी वेरी मोमेंट एंड दैट वाज इट इट वाज ओवर सो देर वाज नो परमानेंट हैप्पीनेस ए</w:t>
      </w:r>
    </w:p>
    <w:p>
      <w:r>
        <w:rPr>
          <w:b/>
        </w:rPr>
        <w:t xml:space="preserve">[40:10] </w:t>
      </w:r>
      <w:r>
        <w:t>as such so i was always running after objects of desire thinking that that will eventually give me some happiness and so it was the best of clothes the best of travelling around the best of food anything that the best that this world could offer i had it but i was still no</w:t>
      </w:r>
    </w:p>
    <w:p>
      <w:pPr>
        <w:jc w:val="right"/>
      </w:pPr>
      <w:r>
        <w:t>ज सच सो आई वाज ऑलवेज रनिंग आफ्टर ऑब्जेक्ट्स ऑफ डिजायर थिंकिंग दैट दैट विल इवेंचर गिव मी सम हैप्पीनेस एंड सो इट वाज द बेस्ट ऑफ क्लोथ्स द बेस्ट ऑफ ट्रेवलिंग अराउंड द बेस्ट ऑफ फूड एनीथिंग दैट द बेस्ट दैट दिस वर्ल्ड कुड ऑफर आई हैड इट बट आई वाज स्टिल नॉ</w:t>
      </w:r>
    </w:p>
    <w:p>
      <w:r>
        <w:rPr>
          <w:b/>
        </w:rPr>
        <w:t xml:space="preserve">[40:34] </w:t>
      </w:r>
      <w:r>
        <w:t>t happy so there was a big big big vacuum inside me which made me question what is the purpose of my life i always had this vision that a you know i am on my death bed and i have those last few moments to myself and i am just looking back at my life and i have a smile on my face that i have lived my life worth it</w:t>
      </w:r>
    </w:p>
    <w:p>
      <w:pPr>
        <w:jc w:val="right"/>
      </w:pPr>
      <w:r>
        <w:t>ट हैप्पी सो देर वाज अ बिग बिग बिग वैक्यूम इनसाइड मी व्हिच मेड मी क्वेश्चन व्हाट इज द पर्पस ऑफ माय लाइफ आई ऑलवेज हैड दिस विजन दैट अ यू नो आई एम ऑन माय डेथ बेड एंड आई हैव दोज लास्ट फ्यू मोमेंट्स टू माइसेल्फ एंड आई एम जस्ट लुकिंग बैक एट माय लाइफ एंड आई हैव अ स्माइल ऑन माय फेस दैट आई हैव लिव्ड माय लाइफ वर्थ इट</w:t>
      </w:r>
    </w:p>
    <w:p>
      <w:r>
        <w:rPr>
          <w:b/>
        </w:rPr>
        <w:t xml:space="preserve">[40:59] </w:t>
      </w:r>
      <w:r>
        <w:t>so i it kept coming back to me that this is what my this is how my life is going to end but then i kept asking myself questions that what will bring a smile to my face definitely not the career definitely not the clothes that i wear not the relationships that i share what is it that will actually bring that smile on my face and i realized nothing</w:t>
      </w:r>
    </w:p>
    <w:p>
      <w:pPr>
        <w:jc w:val="right"/>
      </w:pPr>
      <w:r>
        <w:t>सो आई इट केप्ट कमिंग बैक टू मी दैट दिस इज व्हाट माय दिस इज हाउ माय लाइफ इज गोइंग टू एंड बट देन आई केप्ट आस्किंग माइसेल्फ क्वेश्चंस दैट व्हाट विल ब्रिंग अ स्माइल टू माय फेस डेफिनेटली नॉट द करियर डेफिनेटली नॉट द क्लोथ्स दैट आई वेयर नॉट द रिलेशनशिप्स दैट आई शेयर व्हाट इज इट दैट विल एक्चुअली ब्रिंग दैट स्माइल ऑन माय फेस एंड आई रिलाइज नथिंग</w:t>
      </w:r>
    </w:p>
    <w:p>
      <w:r>
        <w:rPr>
          <w:b/>
        </w:rPr>
        <w:t xml:space="preserve">[41:24] </w:t>
      </w:r>
      <w:r>
        <w:t>i was still seeking answers that what is the purpose of my life that will make me feel that i lived my life worth it as such the questions about god and the life here after i i didnt have these questions unlike most people in this class and god was far from a you know my my quest i was just looking for the purpose of my life</w:t>
      </w:r>
    </w:p>
    <w:p>
      <w:pPr>
        <w:jc w:val="right"/>
      </w:pPr>
      <w:r>
        <w:t>आई वाज स्टिल सीकिंग आंसर्स दैट व्हाट इज द पर्पस ऑफ माय लाइफ दैट विल मेक मी फील दैट आई लिव्ड माय लाइफ वर्थ इट एज सच द क्वेश्चंस अबाउट गॉड एंड द लाइफ हियर आफ्टर आई आई डिडंट हैव दीज क्वेश्चंस अनलाइक मोस्ट पीपल इन दिस क्लास एंड गॉड वाज फार फ्रॉम अ यू नो माय माय क्वेस्ट आई वाज जस्ट लुकिंग फॉर द पर्पस ऑफ माय लाइफ</w:t>
      </w:r>
    </w:p>
    <w:p>
      <w:r>
        <w:rPr>
          <w:b/>
        </w:rPr>
        <w:t xml:space="preserve">[41:53] </w:t>
      </w:r>
      <w:r>
        <w:t>and then one day i met khalid and that was it that was the beginning of my journey and i shared this vision with him and he kept probing and he kept questioning that what do you think is the purpose of my of your life and it kept coming back to me yes i have to you know i have no time maybe maybe that that vision maybe i am on my death bed tomorrow</w:t>
      </w:r>
    </w:p>
    <w:p>
      <w:pPr>
        <w:jc w:val="right"/>
      </w:pPr>
      <w:r>
        <w:t>एंड देन वन डे आई मेट खालिद एंड दैट वाज इट दैट वाज द बिगिनिंग ऑफ माय जर्नी एंड आई शेयर्ड दिस विजन विद हिम एंड ही केप्ट प्रोबिंग एंड ही केप्ट क्वेश्चनिंग दैट व्हाट डू यू थिंक इज द पर्पस ऑफ माय ऑफ योर लाइफ एंड इट केप्ट कमिंग बैक टू मी यस आई हैव टू यू नो आई हैव नो टाइम मे बी मे बी दैट दैट विजन मे बी आई एम ऑन माय डेथ बेड टुमार</w:t>
      </w:r>
    </w:p>
    <w:p>
      <w:r>
        <w:rPr>
          <w:b/>
        </w:rPr>
        <w:t xml:space="preserve">[42:20] </w:t>
      </w:r>
      <w:r>
        <w:t>o i will not i don't want to you know and my life with the regret i really need to find answers and so i came to these classes i met Maulana without much of hope because i thought that that this was all very very religious and this was all it this had mo you know and i had my own inhibition because i was coming from a Hindu f</w:t>
      </w:r>
    </w:p>
    <w:p>
      <w:pPr>
        <w:jc w:val="right"/>
      </w:pPr>
      <w:r>
        <w:t>ो आई विल नॉट आई डोंट वांट टू यू नो एंड माय लाइफ विद द रिग्रेट आई रियली नीड टू फाइंड आंसर्स एंड सो आई केम टू दीज क्लासेस आई मेट मौलाना विदाउट मच ऑफ होप बिकॉज आई थॉट दैट दैट दिस वाज ऑल वेरी वेरी रिलीजियस एंड दिस वाज ऑल इट दिस हैड मो यू नो एंड आई हैड माय ओन इनबेशन बिकॉज आई वाज कमिंग फ्रॉम अ हिंदू फ</w:t>
      </w:r>
    </w:p>
    <w:p>
      <w:r>
        <w:rPr>
          <w:b/>
        </w:rPr>
        <w:t xml:space="preserve">[42:46] </w:t>
      </w:r>
      <w:r>
        <w:t>amily so i had my own inhibition about coming to these classes because a i knew that my family would never approve of it because of their conditioning because of the a you know the way the media has hyped the Islam the Muslims the terrorism in India and around the world which is quite unfortunately</w:t>
      </w:r>
    </w:p>
    <w:p>
      <w:pPr>
        <w:jc w:val="right"/>
      </w:pPr>
      <w:r>
        <w:t>ैमिली सो आई हैड माय ओन इनबेशन अबाउट कमिंग टू दीज क्लासेस बिकॉज अ आई न्यू दैट माय फैमिली वुड नेवर अप्रूव ऑफ इट बिकॉज ऑफ देर कंडीशनिंग बिकॉज ऑफ द अ यू नो द वे द मीडिया हैज हाइप्ड द इस्लाम द मुस्लिम्स द टेररिज्म इन इंडिया एंड अराउंड द वर्ल्ड व्हिच इज क्वाइट अनफॉर्चूनेटली</w:t>
      </w:r>
    </w:p>
    <w:p>
      <w:r>
        <w:rPr>
          <w:b/>
        </w:rPr>
        <w:t xml:space="preserve">[43:08] </w:t>
      </w:r>
      <w:r>
        <w:t>a</w:t>
      </w:r>
    </w:p>
    <w:p>
      <w:pPr>
        <w:jc w:val="right"/>
      </w:pPr>
      <w:r>
        <w:t>अ</w:t>
      </w:r>
    </w:p>
    <w:p>
      <w:r>
        <w:rPr>
          <w:b/>
        </w:rPr>
        <w:t xml:space="preserve">[43:11] </w:t>
      </w:r>
      <w:r>
        <w:t>which a my parents my family the society around is witnessing so i never told them about these classes and i started coming to these classes and a slowly</w:t>
      </w:r>
    </w:p>
    <w:p>
      <w:pPr>
        <w:jc w:val="right"/>
      </w:pPr>
      <w:r>
        <w:t>व्हिच अ माय पेरेंट्स माय फैमिली द सोसाइटी अराउंड इज विटनेसिंग सो आई नेवर टोल्ड देम अबाउट दीज क्लासेस एंड आई स्टार्टेड कमिंग टू दीज क्लासेस एंड अ स्लोली</w:t>
      </w:r>
    </w:p>
    <w:p>
      <w:r>
        <w:rPr>
          <w:b/>
        </w:rPr>
        <w:t xml:space="preserve">[43:28] </w:t>
      </w:r>
      <w:r>
        <w:t>to begin with i had no questions i had no questions about the existence of God</w:t>
      </w:r>
    </w:p>
    <w:p>
      <w:pPr>
        <w:jc w:val="right"/>
      </w:pPr>
      <w:r>
        <w:t>टू बिगिन विद आई हैड नो क्वेश्चंस आई हैड नो क्वेश्चंस अबाउट द एक्जिस्टेंस ऑफ गॉड</w:t>
      </w:r>
    </w:p>
    <w:p>
      <w:r>
        <w:rPr>
          <w:b/>
        </w:rPr>
        <w:t xml:space="preserve">[43:33] </w:t>
      </w:r>
      <w:r>
        <w:t>and slowly when i met Maulana and i remember the initial hammering sessions that i had with him and he said that first you need to find out that what your question is because you are looking for answers and you don't know the question so to begin with he sorted out my life in terms of pinpoint out that these are the questions to which i need answers and it went on and it made me think and i today i feel like a pers</w:t>
      </w:r>
    </w:p>
    <w:p>
      <w:pPr>
        <w:jc w:val="right"/>
      </w:pPr>
      <w:r>
        <w:t>एंड स्लोली व्हेन आई मेट मौलाना एंड आई रिमेंबर द इनिशियल हैमरिंग सेशंस दैट आई हैड विद हिम एंड ही सेड दैट फर्स्ट यू नीड टू फाइंड आउट दैट व्हाट योर क्वेश्चन इज बिकॉज यू आर लुकिंग फॉर आंसर्स एंड यू डोंट नो द क्वेश्चन सो टू बिगिन विद ही सॉर्टेड आउट माय लाइफ इन टर्म्स ऑफ पिन पॉइंट आउट दैट दीज आर द क्वेश्चंस टू व्हिच आई नीड आंसर्स एंड इट वेंट ऑन एंड इट मेड मी थिंक एंड आई टुडे आई फील लाइक अ पर्स</w:t>
      </w:r>
    </w:p>
    <w:p>
      <w:r>
        <w:rPr>
          <w:b/>
        </w:rPr>
        <w:t xml:space="preserve">[44:02] </w:t>
      </w:r>
      <w:r>
        <w:t>n you know there is a person vho is in the dark vho has no knovledge and here</w:t>
      </w:r>
    </w:p>
    <w:p>
      <w:pPr>
        <w:jc w:val="right"/>
      </w:pPr>
      <w:r>
        <w:t>न यू नो देयर इज अ पर्सन हु इज इन द डार्क हु हैज नो नॉलेज एंड हियर</w:t>
      </w:r>
    </w:p>
    <w:p>
      <w:r>
        <w:rPr>
          <w:b/>
        </w:rPr>
        <w:t xml:space="preserve">[44:07] </w:t>
      </w:r>
      <w:r>
        <w:t>is this person vho has the knovledge and vho knovs it all i dont think i can put</w:t>
      </w:r>
    </w:p>
    <w:p>
      <w:pPr>
        <w:jc w:val="right"/>
      </w:pPr>
      <w:r>
        <w:t>इज दिस पर्सन हु हैज द नॉलेज एंड हु नोज इट ऑल आई डोंट थिंक आई कैन पुट</w:t>
      </w:r>
    </w:p>
    <w:p>
      <w:r>
        <w:rPr>
          <w:b/>
        </w:rPr>
        <w:t xml:space="preserve">[44:12] </w:t>
      </w:r>
      <w:r>
        <w:t>it in vords and i can say vhat this feeling is it is a feeling of knovledge</w:t>
      </w:r>
    </w:p>
    <w:p>
      <w:pPr>
        <w:jc w:val="right"/>
      </w:pPr>
      <w:r>
        <w:t>इट इन वर्ड्स एंड आई कैन से व्हाट दिस फीलिंग इज इट इज अ फीलिंग ऑफ नॉलेज</w:t>
      </w:r>
    </w:p>
    <w:p>
      <w:r>
        <w:rPr>
          <w:b/>
        </w:rPr>
        <w:t xml:space="preserve">[44:18] </w:t>
      </w:r>
      <w:r>
        <w:t>something that you know vhere you are heading tovars and a person vho has no idea vhere he</w:t>
      </w:r>
    </w:p>
    <w:p>
      <w:pPr>
        <w:jc w:val="right"/>
      </w:pPr>
      <w:r>
        <w:t>समथिंग दैट यू नो वेयर यू आर हेडिंग टुवर्ड्स एंड अ पर्सन हु हैज नो आईडिया वेयर ही</w:t>
      </w:r>
    </w:p>
    <w:p>
      <w:r>
        <w:rPr>
          <w:b/>
        </w:rPr>
        <w:t xml:space="preserve">[44:24] </w:t>
      </w:r>
      <w:r>
        <w:t>is heading towards today he is there tomorrow he is not there today i have a clear cut</w:t>
      </w:r>
    </w:p>
    <w:p>
      <w:pPr>
        <w:jc w:val="right"/>
      </w:pPr>
      <w:r>
        <w:t>इज हेडिंग टुवर्ड्स टुडे ही इज देयर टुमारो ही इज नॉट देयर टुडे आई हैव अ क्लियर कट</w:t>
      </w:r>
    </w:p>
    <w:p>
      <w:r>
        <w:rPr>
          <w:b/>
        </w:rPr>
        <w:t xml:space="preserve">[44:29] </w:t>
      </w:r>
      <w:r>
        <w:t>direction today i have a path</w:t>
      </w:r>
    </w:p>
    <w:p>
      <w:pPr>
        <w:jc w:val="right"/>
      </w:pPr>
      <w:r>
        <w:t>डायरेक्शन टुडे आई हैव अ पाथ</w:t>
      </w:r>
    </w:p>
    <w:p>
      <w:r>
        <w:rPr>
          <w:b/>
        </w:rPr>
        <w:t xml:space="preserve">[44:32] </w:t>
      </w:r>
      <w:r>
        <w:t>i am not saying i have i have attained it all but the very fact that there is such a strong ray of hope has given my life a very big meaning thats nice i don't know from where to start because i have lived all my life with my father and he has been telling me so many things that i don't even remember what impressed me most</w:t>
      </w:r>
    </w:p>
    <w:p>
      <w:pPr>
        <w:jc w:val="right"/>
      </w:pPr>
      <w:r>
        <w:t>आई एम नॉट सेइंग आई हैव आई हैव अटन इट ऑल बट द वेरी फैक्ट दैट देयर इज सच अ स्ट्रांग रे ऑफ होप हैज गिवन माय लाइफ अ वेरी बिग मीनिंग ट्स नाइस आई डोंट नो फ्रॉम वेयर टू स्टार्ट बिकॉज आई हैव लिव्ड ऑल माय लाइफ विद माय फादर एंड ही हैज बीन टेलिंग मी सो मेनी थिंग्स दैट आई डोंट इवन रिमेंबर व्हाट इंप्रेस्ड मी मोस्ट</w:t>
      </w:r>
    </w:p>
    <w:p>
      <w:r>
        <w:rPr>
          <w:b/>
        </w:rPr>
        <w:t xml:space="preserve">[44:59] </w:t>
      </w:r>
      <w:r>
        <w:t>and i still remember that he used to tell me stories of great achievers like missionaries who had worked very much for their religion so i i still remember that i always wanted to dedicate myself to this mission this mission of dawa because from the very beginning i i feel that i was very very serious and i wanted to make my life meaningful i</w:t>
      </w:r>
    </w:p>
    <w:p>
      <w:pPr>
        <w:jc w:val="right"/>
      </w:pPr>
      <w:r>
        <w:t>एंड आई स्टिल रिमेंबर दैट ही यूज टू टेल मी स्टोरीज ऑफ ग्रेट अचीवर्स लाइक मिशनरीज हु हैड वर्क्ड वेरी मच फॉर देयर रिलीजन सो आई आई स्टिल रिमेंबर दैट आई ऑलवेज वांटेड टू डेडिकेट माइसेल्फ टू दिस मिशन दिस मिशन ऑफ दावा बिकॉज फ्रॉम द वेरी बिगिनिंग आई आई फील दैट आई वाज वेरी वेरी सीरियस एंड आई वांटेड टू मेक माय लाइफ मीनिंगफुल आई</w:t>
      </w:r>
    </w:p>
    <w:p>
      <w:r>
        <w:rPr>
          <w:b/>
        </w:rPr>
        <w:t xml:space="preserve">[45:29] </w:t>
      </w:r>
      <w:r>
        <w:t>was just not happy to a just for living what is called eat drink and be merry so i was never happy so the same is my case which so many people have shared with you that i was never happy i wanted to make my life meaningful</w:t>
      </w:r>
    </w:p>
    <w:p>
      <w:pPr>
        <w:jc w:val="right"/>
      </w:pPr>
      <w:r>
        <w:t>वाज जस्ट नॉट हैप्पी टू अ जस्ट फॉर लिविंग व्हाट इज कॉल्ड ईट ड्रिंक एंड बी मैरी सो आई वाज नेवर हैप्पी सो द सेम इज माय केस व्हिच सो मेनी पीपल हैव शेयर्ड विद यू दैट आई वाज नेवर हैप्पी आई वांटेड टू मेक माय लाइफ मीनिंगफुल</w:t>
      </w:r>
    </w:p>
    <w:p>
      <w:r>
        <w:rPr>
          <w:b/>
        </w:rPr>
        <w:t xml:space="preserve">[45:45] </w:t>
      </w:r>
      <w:r>
        <w:t>so and when i grew up and and i started translating my father books into English so it became very clear to me that we we don't have to live just like an ordinary person because we are ummah of a of a prophet of the last prophet so it is our responsibility to spread his message to as many people as we we can</w:t>
      </w:r>
    </w:p>
    <w:p>
      <w:pPr>
        <w:jc w:val="right"/>
      </w:pPr>
      <w:r>
        <w:t>सो एंड व्हेन आई ग्रू अप एंड एंड आई स्टार्टेड ट्रांसलेटिंग माय फादर बुक्स इनटू इंग्लिश सो इट बिकम वेरी क्लियर टू मी दैट वी वी डोंट हैव टू लिव जस्ट लाइक एन ऑर्डिनरी पर्सन बिकॉज वी आर उम्मा ऑफ अ ऑफ अ प्रॉफिट ऑफ द लास्ट प्रॉफिट सो इट इज आवर रिस्पांसिबिलिटी टू स्प्रेड हिज मैसेज टू एज मेनी पीपल एज वी वी कैन</w:t>
      </w:r>
    </w:p>
    <w:p>
      <w:r>
        <w:rPr>
          <w:b/>
        </w:rPr>
        <w:t xml:space="preserve">[46:13] </w:t>
      </w:r>
      <w:r>
        <w:t>so this was very clear to me that that our mission is dawa mission and i always wanted to lead a missionary life so i dedicated myself to this this cause and God has helped me in in everything that i wanted to do God is always at my side and i feel that he helps me in whatever i do</w:t>
      </w:r>
    </w:p>
    <w:p>
      <w:pPr>
        <w:jc w:val="right"/>
      </w:pPr>
      <w:r>
        <w:t>सो दिस वाज वेरी क्लियर टू मी दैट दैट आवर मिशन इज दावा मिशन एंड आई ऑलवेज वांटेड टू लीड अ मिशनरी लाइफ सो आई डेडिकेटेड माइसेल्फ टू दिस दिस कॉज एंड गॉड हैज हेल्प्ड मी इन इन एवरीथिंग दैट आई वांटेड टू डू गॉड इज ऑलवेज एट माय साइड एंड आई फील दैट ही हेल्प्स मी इन व्हाट एवर आई डू</w:t>
      </w:r>
    </w:p>
    <w:p>
      <w:r>
        <w:rPr>
          <w:b/>
        </w:rPr>
        <w:t xml:space="preserve">[46:38] </w:t>
      </w:r>
      <w:r>
        <w:t>and at the moment its God's great blessing that he has given me an opportunity to translate the Quran in English and God is helping me in each and every step i take so i am all the more convinced that this is the mission that God wants us to a engage our selves fully thank you</w:t>
      </w:r>
    </w:p>
    <w:p>
      <w:pPr>
        <w:jc w:val="right"/>
      </w:pPr>
      <w:r>
        <w:t>एंड एट द मोमेंट इट्स गॉड्स ग्रेट ब्लेसिंग दैट ही हैज गिवन मी एन अपॉर्चुनिटी टू ट्रांसलेट द कुरान इन इंग्लिश एंड गॉड इज हेल्पिंग मी इन ईच एंड एवरी स्टेप आई टेक सो आई एम ल द मोर कन्विंस्ड दैट दिस इज द मिशन दैट गॉड वांट्स अस टू अ इंगेज आवर सेल्व फुली थैंक यू</w:t>
      </w:r>
    </w:p>
    <w:p>
      <w:r>
        <w:rPr>
          <w:b/>
        </w:rPr>
        <w:t xml:space="preserve">[47:06] </w:t>
      </w:r>
      <w:r>
        <w:t>my name is Navdeep Kapoor and well all of my colleagues here have said that they had certain things in them which were not answered and that is why they came here i had nothing of that sort let me tell you a little bit about myself and my family i belong to a Punjabi family and Punjabis as you know are just there to make money nothing else for them business is everything</w:t>
      </w:r>
    </w:p>
    <w:p>
      <w:pPr>
        <w:jc w:val="right"/>
      </w:pPr>
      <w:r>
        <w:t>माय नेम इज नवदीप कपूर एंड वेल ऑल ऑफ माय कलीग्स हियर हैव सेड दैट दे हैड सर्टेन थिंग्स इन देम व्हिच वर नॉट आंसर्ड एंड दैट इज व्हाई दे केम हियर आई हैड नथिंग ऑफ दैट सॉर्ट लेट मी टेल यू अ लिटिल बिट अबाउट माइसेल्फ एंड माय फैमिली आई बिलोंग टू अ पंजाबी फैमिली एंड पंजाबीज एज यू नो आर जस्ट देयर टू मेक मनी नथिंग एल्स फॉर देम बिजनेस इज एवरीथिंग</w:t>
      </w:r>
    </w:p>
    <w:p>
      <w:r>
        <w:rPr>
          <w:b/>
        </w:rPr>
        <w:t xml:space="preserve">[47:33] </w:t>
      </w:r>
      <w:r>
        <w:t>we were from the very beginning we were told that work work work and work that's all you have to do though coming from a Hindu family i never believed in idol worship from the very beginning what happened was i will tell you a little story about myself i was probably in the third or fourth class no i was in the fifth when a my grandmother said that beta exam se pehle pooja zaroor kar</w:t>
      </w:r>
    </w:p>
    <w:p>
      <w:pPr>
        <w:jc w:val="right"/>
      </w:pPr>
      <w:r>
        <w:t>वी वर फ्रॉम द वेरी बिगिनिंग वी वर टोल्ड दैट वर्क वर्क वर्क एंड वर्क दैट्स ऑल यू हैव टू डू दो कमिंग फ्रॉम अ हिंदू फैमिली आई नेवर बिलीव्ड इन आइडल वरशिप फ्रॉम द वेरी बिगिनिंग व्हाट हैपेंड वाज आई विल टेल यू अ लिटिल स्टोरी अबाउट माइसेल्फ आई वाज प्रोबेबली इन द थर्ड और फोर्थ क्लास नो आई वाज इन द फिफ्थ व्हेन अ माय ग्रैंडमदर सेड दैट बेटा एग्जाम से पहले पूजा जरूर कर</w:t>
      </w:r>
    </w:p>
    <w:p>
      <w:r>
        <w:rPr>
          <w:b/>
        </w:rPr>
        <w:t xml:space="preserve">[48:03] </w:t>
      </w:r>
      <w:r>
        <w:t>ni hai i mean you have to pray before you go or you have to do idol worship before you go otherwise you will not pass i said okay if that's the case i will just do idol worship i won't i won't i won't study and i failed so i i it came to my thing i mean this is this is this is not right this is not logical what what they are saying is not logical i have been i have been a person who is always believed in logic and so from that day idol worship was absolutely out of the window i never used to believe in it a</w:t>
      </w:r>
    </w:p>
    <w:p>
      <w:pPr>
        <w:jc w:val="right"/>
      </w:pPr>
      <w:r>
        <w:t>नी है आई मीन यू हैव टू प्रे बिफोर यू गो और यू हैव टू डू आइडल वरशिप बिफोर यू गो अदरवाइज यू विल नॉट पास आई सेड ओके इफ दैट्स द केस आई विल जस्ट डू आइडल वरशिप आई वोंट आई वोंट आई वोंट स्टडी एंड आई फेल्ड सो आई आई इट केम टू माय थिंग आई मीन दिस इज दिस इज दिस इज नॉट राइट दिस इज नॉट लॉजिकल व्हाट व्हाट दे आर सेइंग इज नॉट लॉजिकल आई हैव बीन आई हैव बीन अ पर्सन हु इज ऑलवेज बिलीव्ड इन लॉजिक एंड सो फ्रॉम दैट डे आइडल वरशिप वाज एब्सलूटली आउट ऑफ द विंडो आई नेवर यूज टू बिलीव इन इट ए</w:t>
      </w:r>
    </w:p>
    <w:p>
      <w:r>
        <w:rPr>
          <w:b/>
        </w:rPr>
        <w:t xml:space="preserve">[48:32] </w:t>
      </w:r>
      <w:r>
        <w:t>nd my family though they tried but they said forget it he is he is an atheist he will not do it probably that is the reason why why Nagma and I met and we got married also but from the very beginning i have i have i was i was not a very studious person i was always a more interested in sports and i have i have represented state and all those things and and that was my career</w:t>
      </w:r>
    </w:p>
    <w:p>
      <w:pPr>
        <w:jc w:val="right"/>
      </w:pPr>
      <w:r>
        <w:t>ंड माय फैमिली दो दे ट्राइड बट दे सेड फॉरगेट इट ही इज ही इज अ नास्तिक ही विल नॉट डू इट प्रोबेबली दैट इज द रीजन व्हाई व्हाई नगमा एंड आई मेट एंड वी गॉट मैरिड आल्सो बट फ्रॉम द वेरी बिगिनिंग आई हैव आई हैव आई वाज आई वा नॉट अ वेरी स्टूडियस पर्सन आई वाज ऑलवेज अ मोर इंटरेस्टेड इन स्पोर्ट्स एंड आई हैव आई हैव रिप्रेजेंटेड स्टेट एंड ऑल दोज थिंग्स एंड एंड दैट वाज माय करियर</w:t>
      </w:r>
    </w:p>
    <w:p>
      <w:r>
        <w:rPr>
          <w:b/>
        </w:rPr>
        <w:t xml:space="preserve">[49:01] </w:t>
      </w:r>
      <w:r>
        <w:t>i wanted to make my career in sports but unfortunately when i was still in the ninth standard though had represented state at that time but my father felt sick my elder brother was in Ghaziabad looking after our one of the units there but my age my father was sick and he was in and out of hospitals my mother used to be with him</w:t>
      </w:r>
    </w:p>
    <w:p>
      <w:pPr>
        <w:jc w:val="right"/>
      </w:pPr>
      <w:r>
        <w:t>आई वांटेड टू मेक माय करियर इन स्पोर्ट्स बट अनफॉर्चूनेटली व्हेन आई वाज स्टिल इन द नाइंथ स्टैंडर्ड दो हैड रिप्रेजेंटेड स्टेट एट दैट टाइम बट माय फादर फेल्ट सिक माय एल्डर ब्रदर वाज इन गाजियाबाद लुकिंग आफ्टर आवर वन ऑफ द यूनिट्स देयर बट माय एज माय फादर वाज सिक एंड ही वाज इन एंड आउट ऑफ हॉस्पिटल्स माय मदर यूज टू बी विद हिम</w:t>
      </w:r>
    </w:p>
    <w:p>
      <w:r>
        <w:rPr>
          <w:b/>
        </w:rPr>
        <w:t xml:space="preserve">[49:24] </w:t>
      </w:r>
      <w:r>
        <w:t>my grandmother was looking after me and</w:t>
      </w:r>
    </w:p>
    <w:p>
      <w:pPr>
        <w:jc w:val="right"/>
      </w:pPr>
      <w:r>
        <w:t>माय ग्रैंडमदर वाज लुकिंग आफ्टर मी एंड</w:t>
      </w:r>
    </w:p>
    <w:p>
      <w:r>
        <w:rPr>
          <w:b/>
        </w:rPr>
        <w:t xml:space="preserve">[49:31] </w:t>
      </w:r>
      <w:r>
        <w:t>it happened suddenly that that one day from 7 it was 1974 when my father felt sick until 1982 he was in hospital in and out of hospitals in 82 he died i was still in college at that time i still remember</w:t>
      </w:r>
    </w:p>
    <w:p>
      <w:pPr>
        <w:jc w:val="right"/>
      </w:pPr>
      <w:r>
        <w:t>इट हैपेंड अ सडनली दैट दैट वन डे फ्रॉम 7 इट वाज 1974 व्हेन माय फादर फेल्ट सिक अंटिल 1982 ही वाज इन हॉस्पिटल इन एंड आउट ऑफ हॉस्पिटल्स इन 82 ही डाइड आई वाज स्टिल इन कॉलेज एट दैट टाइम आई स्टिल रिमेंबर</w:t>
      </w:r>
    </w:p>
    <w:p>
      <w:r>
        <w:rPr>
          <w:b/>
        </w:rPr>
        <w:t xml:space="preserve">[49:49] </w:t>
      </w:r>
      <w:r>
        <w:t>so my career in sports also got absolutely hair wire it it didn't go anywhere and i had to join business why i had to join business was that because he was sick and there was such a lot of loan on my head on our families head that we had nothing we had nothing absolutely we were in the red</w:t>
      </w:r>
    </w:p>
    <w:p>
      <w:pPr>
        <w:jc w:val="right"/>
      </w:pPr>
      <w:r>
        <w:t>सो माय करियर इन स्पोर्ट्स आल्सो गॉट एब्सलूटली हेयर वायर इट इट डिंट गो एनीवेयर एंड आई हैड टू जॉइन बिजनेस व्हाई आई हैड टू जॉइन बिजनेस वाज दैट बिकॉज ही वाज सिक एंड देयर वाज सच अ लॉट ऑफ लोन ऑन माय हेड ऑन आवर फैमिलीज हेड दैट वी हैड नथिंग वी हैड नथिंग एब्सलूटली वी वर इन द रेड</w:t>
      </w:r>
    </w:p>
    <w:p>
      <w:r>
        <w:rPr>
          <w:b/>
        </w:rPr>
        <w:t xml:space="preserve">[50:12] </w:t>
      </w:r>
      <w:r>
        <w:t>so we all we did from 82 to 2002 was to to work work work for 16 to 18 hours a day</w:t>
      </w:r>
    </w:p>
    <w:p>
      <w:pPr>
        <w:jc w:val="right"/>
      </w:pPr>
      <w:r>
        <w:t>सो वी ऑल वी डिड फ्रॉम 82 टू 2002 वाज टू टू वर्क वर्क वर्क फॉर 16 टू 18 आवर्स अ डे</w:t>
      </w:r>
    </w:p>
    <w:p>
      <w:r>
        <w:rPr>
          <w:b/>
        </w:rPr>
        <w:t xml:space="preserve">[50:23] </w:t>
      </w:r>
      <w:r>
        <w:t>so spirituality was nowhere near i i mean i had no questions the only questions which i had were that what is my purpose of life and nobody could answer that i remember when i got married to Nagma ah i used to go to her</w:t>
      </w:r>
    </w:p>
    <w:p>
      <w:pPr>
        <w:jc w:val="right"/>
      </w:pPr>
      <w:r>
        <w:t>सो स्पिरिचुअलिटी वाज नोवेयर नियर आई आई मीन आई हैड नो क्वेश्चंस द ओनली क्वेश्चंस व्हिच आई हैड वर दैट व्हाट इज माय पर्पस ऑफ लाइफ एंड नोबडी कुड आंसर दैट आई रिमेंबर व्हेन आई गॉट मैरिड टू नगमा अह आई यूज टू गो टू हर</w:t>
      </w:r>
    </w:p>
    <w:p>
      <w:r>
        <w:rPr>
          <w:b/>
        </w:rPr>
        <w:t xml:space="preserve">[50:41] </w:t>
      </w:r>
      <w:r>
        <w:t>family and and and they used to say that you have to do this you have to do this until unless you do this you won't get paradise and i used to say why if if that is the case only Muslims are going to go to paradise what what do you think about Mother Teresa and Mahatma Gandhi what wrong did they do and i never got any answers for that so i never used to go i i always believed that what i was doing was right didn't have any questions b</w:t>
      </w:r>
    </w:p>
    <w:p>
      <w:pPr>
        <w:jc w:val="right"/>
      </w:pPr>
      <w:r>
        <w:t>फैमिली एंड एंड एंड दे यूज टू से दैट यू हैव टू डू दिस यू हैव टू डू दिस अंटिल अनलेस यू डू दिस यू वोंट गेट पैराडाइज एंड आई यूज टू से व्हाई इफ इफ दैट इज द केस ओनली मुस्लिम्स आर गोइंग टू गो टू पैराडाइज व्हाट व्हाट डू यू थिंक अबाउट मदर ट्रीजा एंड महात्मा गांधी व्हाट रोंग डिड दे डू एंड आई नेवर गॉट एनी आंसर्स फॉर दैट सो आई नेवर यूज टू गो आई आई ऑलवेज बिलीव्ड दैट व्हाट आई वाज डूइंग वाज राइट डिंट हैव एनी क्वेश्चंस ब</w:t>
      </w:r>
    </w:p>
    <w:p>
      <w:r>
        <w:rPr>
          <w:b/>
        </w:rPr>
        <w:t xml:space="preserve">[51:10] </w:t>
      </w:r>
      <w:r>
        <w:t>ut it all changed in 2001 in 2001 what happened was that we ah our family we we have been a very close knit family ah one day i came back from office and my my sister in law my bhabi said just give me a passport i said why she said we are all going to Europe i said but Nagma is in Dubai i mean i don't have a passport she said okay tell her to send a passport</w:t>
      </w:r>
    </w:p>
    <w:p>
      <w:pPr>
        <w:jc w:val="right"/>
      </w:pPr>
      <w:r>
        <w:t>ट इट ऑल चेंज्ड इन 2001 इन 2001 व्हाट हैपेंड वाज दैट वी अह आवर फैमिली वी वी हैव बीन अ वेरी क्लोज लिट फैमिली अह वन डे आई केम बैक फ्रॉम ऑफिस एंड माय माय सिस्टर इन लॉ माय भाभी सेड जस्ट गिव मी अ पासपोर्ट आई सेड व्हाई शी सेड वी आर ऑल गोइंग टू यूरोप आई सेड बट नगमा इज इन दुबई आई मीन आई डोंट हैव अ पासपोर्ट शी सेड ओके टेल हर टू सेंड अ पासपोर्ट</w:t>
      </w:r>
    </w:p>
    <w:p>
      <w:r>
        <w:rPr>
          <w:b/>
        </w:rPr>
        <w:t xml:space="preserve">[51:37] </w:t>
      </w:r>
      <w:r>
        <w:t>send a copy of a passport and i want to apply for the visa and when she comes</w:t>
      </w:r>
    </w:p>
    <w:p>
      <w:pPr>
        <w:jc w:val="right"/>
      </w:pPr>
      <w:r>
        <w:t>सेंड अ कॉपी ऑफ अ पासपोर्ट एंड आई वांट टू अप्लाई फॉर द वीज एंड व्हेन शी कम्स</w:t>
      </w:r>
    </w:p>
    <w:p>
      <w:r>
        <w:rPr>
          <w:b/>
        </w:rPr>
        <w:t xml:space="preserve">[51:41] </w:t>
      </w:r>
      <w:r>
        <w:t>back and ask her to come back immediately we are all going that's it that's final</w:t>
      </w:r>
    </w:p>
    <w:p>
      <w:pPr>
        <w:jc w:val="right"/>
      </w:pPr>
      <w:r>
        <w:t>बैक एंड आस्क हर टू कम बैक इमीडिएटली वी आर ऑल गोइंग दैट्स इट दैट्स फाइनल</w:t>
      </w:r>
    </w:p>
    <w:p>
      <w:r>
        <w:rPr>
          <w:b/>
        </w:rPr>
        <w:t xml:space="preserve">[51:46] </w:t>
      </w:r>
      <w:r>
        <w:t>we had made</w:t>
      </w:r>
    </w:p>
    <w:p>
      <w:pPr>
        <w:jc w:val="right"/>
      </w:pPr>
      <w:r>
        <w:t>वी हैड मेड</w:t>
      </w:r>
    </w:p>
    <w:p>
      <w:r>
        <w:rPr>
          <w:b/>
        </w:rPr>
        <w:t xml:space="preserve">[51:48] </w:t>
      </w:r>
      <w:r>
        <w:t>i mean with gods grace we were out of the red and we made some money also but</w:t>
      </w:r>
    </w:p>
    <w:p>
      <w:pPr>
        <w:jc w:val="right"/>
      </w:pPr>
      <w:r>
        <w:t>आई मीन विद गॉड्स ग्रेस वी वर आउट ऑफ द रेड एंड वी मेड सम मनी आल्सो बट</w:t>
      </w:r>
    </w:p>
    <w:p>
      <w:r>
        <w:rPr>
          <w:b/>
        </w:rPr>
        <w:t xml:space="preserve">[51:53] </w:t>
      </w:r>
      <w:r>
        <w:t>again ah what happened was when we came back from a europe trip my sister in law felt</w:t>
      </w:r>
    </w:p>
    <w:p>
      <w:pPr>
        <w:jc w:val="right"/>
      </w:pPr>
      <w:r>
        <w:t>अगेन अह व्हाट हैपेंड वाज व्हेन वी केम बैक फ्रॉम अ यूरोप ट्रिप माय सिस्टर इन लॉ फेल्ट</w:t>
      </w:r>
    </w:p>
    <w:p>
      <w:r>
        <w:rPr>
          <w:b/>
        </w:rPr>
        <w:t xml:space="preserve">[51:59] </w:t>
      </w:r>
      <w:r>
        <w:t>sick and within 8 months she died that was the changing</w:t>
      </w:r>
    </w:p>
    <w:p>
      <w:pPr>
        <w:jc w:val="right"/>
      </w:pPr>
      <w:r>
        <w:t>सिक एंड विद इन 8 मंथ्स शी डाइड दैट वाज द चेंजिंग</w:t>
      </w:r>
    </w:p>
    <w:p>
      <w:r>
        <w:rPr>
          <w:b/>
        </w:rPr>
        <w:t xml:space="preserve">[52:05] </w:t>
      </w:r>
      <w:r>
        <w:t>ah phase in my life</w:t>
      </w:r>
    </w:p>
    <w:p>
      <w:pPr>
        <w:jc w:val="right"/>
      </w:pPr>
      <w:r>
        <w:t>अह फेज इन माय लाइफ</w:t>
      </w:r>
    </w:p>
    <w:p>
      <w:r>
        <w:rPr>
          <w:b/>
        </w:rPr>
        <w:t xml:space="preserve">[52:08] </w:t>
      </w:r>
      <w:r>
        <w:t>i said if this is life then what is what is the reason that we are working day and night making money and money has no use because with all that money which we had we couldn't saver we tried our level best i mean you will not believe it the medicines were coming from america every day lakhs worth of medicines coming every day but still that could not saver i said if this is life then what i am doing is something</w:t>
      </w:r>
    </w:p>
    <w:p>
      <w:pPr>
        <w:jc w:val="right"/>
      </w:pPr>
      <w:r>
        <w:t>आई सेड इफ दिस इज लाइफ देन व्हाट इज व्हाट इज द रीजन दैट वी आर वर्किंग डे एंड नाइट मेकिंग मनी एंड मनी हैज़ नो यूज़ बिकॉज़ विथ ऑल दैट मनी व्हिच वी हैड वी कुडंट सेवर वी ट्राइड आवर लेवल बेस्ट आई मीन यू विल नॉट बिलीव इट द मेडिसिंस वर कमिंग फ्रॉम अमेरिका एवरी डे लैक्स वर्थ ऑफ मेडिसिंस कमिंग एवरी डे बट स्टिल दैट कुड नॉट सेवर आई सेड इफ दिस इज लाइफ देन व्हाट आई एम डूइंग इज समथिंग</w:t>
      </w:r>
    </w:p>
    <w:p>
      <w:r>
        <w:rPr>
          <w:b/>
        </w:rPr>
        <w:t xml:space="preserve">[52:35] </w:t>
      </w:r>
      <w:r>
        <w:t>there is something wrong there is something very very wrong in what i am doing i must find the truth i tried i tried went to a lot of people but they didn't address my mind all they had to say was you have to do this you have you don't have to do this if i used to ask them why they they didn't have any answers and my my wife that's nagma started a center called clear light uh she one day i was uh she was in dubai and i was told to come immediately to</w:t>
      </w:r>
    </w:p>
    <w:p>
      <w:pPr>
        <w:jc w:val="right"/>
      </w:pPr>
      <w:r>
        <w:t>देयर इज समथिंग रोंग देयर इज समथिंग वेरी वेरी रोंग इन व्हाट आई एम डूइंग आई मस्ट फाइंड द ट्रुथ आई ट्राइड आई ट्राइड वेंट टू अ लॉट ऑफ पीपल बट दे डिंट एड्रेस माय माइंड ऑल दे हैड टू से वाज यू हैव टू डू दिस यू हैव यू डोंट हैव टू डू दिस इफ आई यूज टू आस्क देम व्हाई दे दे डिंट हैव एनी आंसर्स एंड माय माय वाइफ दैट्स नगमा स्टार्टेड अ सेंटर कॉल्ड क्लियर लाइट अह शी वन डे आई वाज अह शी वाज इन दुबई एंड आई वास टोल्ड टू कम इमीडिएटली टू</w:t>
      </w:r>
    </w:p>
    <w:p>
      <w:r>
        <w:rPr>
          <w:b/>
        </w:rPr>
        <w:t xml:space="preserve">[53:05] </w:t>
      </w:r>
      <w:r>
        <w:t>dubai i said what's i said listen i have i got work here i can't come she said even if you have to come for a day come so i took a flight went there for a day and came back she wanted me to meet a lady who was running the center there and she wanted to run a center like that in in india and she wanted to meet uh me to meet that lady i found her interesting but didn't she also didn't never address my mind</w:t>
      </w:r>
    </w:p>
    <w:p>
      <w:pPr>
        <w:jc w:val="right"/>
      </w:pPr>
      <w:r>
        <w:t>दुबई आई सेड व्हाट्स आई सेड लिसन आई हैव आई गॉट वर्क हियर आई कांट कम शी सेड इवन इफ यू हैव टू कम फॉर अ डे कम सो आई टूक अ फ्लाइट वेंट देयर फॉर अ डे एंड केम बैक शी वांटेड मी टू मीट अ लेडी हु वाज रनिंग द सेंटर देयर एंड शी वांटेड टू रन अ सेंटर लाइक दैट इन इन इंडिया एंड शी वांटेड टू मीट अह मी टू मीट दैट लेडी आई फाउंड हर इंटरेस्टिंग बट डिंट शी आल्सो डिंट नेवर एड्रेस माय माइंड</w:t>
      </w:r>
    </w:p>
    <w:p>
      <w:r>
        <w:rPr>
          <w:b/>
        </w:rPr>
        <w:t xml:space="preserve">[53:28] </w:t>
      </w:r>
      <w:r>
        <w:t>so it was through clear light that nagma came to maulana sahib for a for inviting him to a give a lecture in clear light when maulana sahib said you please talk to priya don't talk to me please talk to priya so one day nagma said that please we have to go and meet priya and khalid i said what about she said well it's about that lecture i said okay one ek aur maulana let's go</w:t>
      </w:r>
    </w:p>
    <w:p>
      <w:pPr>
        <w:jc w:val="right"/>
      </w:pPr>
      <w:r>
        <w:t>सो इट वाज थ्रू क्लियर लाइट दैट नगमा केम टू मौलाना साहब फॉर अ फॉर इनवाइटिंग हिम टू अ गिव अ लेक्चर इन क्लियर लाइट व्हेन मौलाना साहब सेड यू प्लीज टॉक टू प्रिया डोंट टॉक टू मी प्लीज टॉक टू प्रिया सो वन डे नगमा सेड दैट प्लीज वी हैव टू गो एंड मीट प्रिया एंड खालिद आई सेड व्हाट अबाउट शी सेड वेल इट्स अबाउट दैट लेक्चर आई सेड ओके वन एक और मौलाना लेट्स गो</w:t>
      </w:r>
    </w:p>
    <w:p>
      <w:r>
        <w:rPr>
          <w:b/>
        </w:rPr>
        <w:t xml:space="preserve">[53:58] </w:t>
      </w:r>
      <w:r>
        <w:t>i still remember the day and priya would also remember i was busy eating i was not listening</w:t>
      </w:r>
    </w:p>
    <w:p>
      <w:pPr>
        <w:jc w:val="right"/>
      </w:pPr>
      <w:r>
        <w:t>आई स्टिल रिमेंबर द डे एंड प्रिया वुड आल्सो रिमेंबर आई वाज बिजी ईटिंग आई वाज नॉट लिसनिंग</w:t>
      </w:r>
    </w:p>
    <w:p>
      <w:r>
        <w:rPr>
          <w:b/>
        </w:rPr>
        <w:t xml:space="preserve">[54:04] </w:t>
      </w:r>
      <w:r>
        <w:t>to what she was saying i was too hungry i said let me eat first then i will</w:t>
      </w:r>
    </w:p>
    <w:p>
      <w:pPr>
        <w:jc w:val="right"/>
      </w:pPr>
      <w:r>
        <w:t>टू व्हाट शी वाज सेइंग आई वाज टू हंग्री आई सेड लेट मी ईट फर्स्ट देन आई विल</w:t>
      </w:r>
    </w:p>
    <w:p>
      <w:r>
        <w:rPr>
          <w:b/>
        </w:rPr>
        <w:t xml:space="preserve">[54:09] </w:t>
      </w:r>
      <w:r>
        <w:t>listen to what she has to say by the time i finish eating i had a lot of</w:t>
      </w:r>
    </w:p>
    <w:p>
      <w:pPr>
        <w:jc w:val="right"/>
      </w:pPr>
      <w:r>
        <w:t>लिसन टू व्हाट शी हैज़ टू से बाय द टाइम आई फिनिश ईटिंग आई हैड अ लॉट ऑफ</w:t>
      </w:r>
    </w:p>
    <w:p>
      <w:r>
        <w:rPr>
          <w:b/>
        </w:rPr>
        <w:t xml:space="preserve">[54:12] </w:t>
      </w:r>
      <w:r>
        <w:t>food on the table and i was and and she had she had finished a talk with nagma</w:t>
      </w:r>
    </w:p>
    <w:p>
      <w:pPr>
        <w:jc w:val="right"/>
      </w:pPr>
      <w:r>
        <w:t>फूड ऑन द टेबल एंड आई वाज एंड एंड शी हैड शी हैड फिनिश्ड अ टॉक विथ नगमा</w:t>
      </w:r>
    </w:p>
    <w:p>
      <w:r>
        <w:rPr>
          <w:b/>
        </w:rPr>
        <w:t xml:space="preserve">[54:17] </w:t>
      </w:r>
      <w:r>
        <w:t>i said okay we are going home she said ya i said finish that's it i said what</w:t>
      </w:r>
    </w:p>
    <w:p>
      <w:pPr>
        <w:jc w:val="right"/>
      </w:pPr>
      <w:r>
        <w:t>आई सेड ओके वी आर गोइंग होम शी सेड या आई सेड फिनिश दैट्स इट आई सेड व्हाट</w:t>
      </w:r>
    </w:p>
    <w:p>
      <w:r>
        <w:rPr>
          <w:b/>
        </w:rPr>
        <w:t xml:space="preserve">[54:22] </w:t>
      </w:r>
      <w:r>
        <w:t>about the lecture she said i have to go and attend one lecture of maulana sahib and then</w:t>
      </w:r>
    </w:p>
    <w:p>
      <w:pPr>
        <w:jc w:val="right"/>
      </w:pPr>
      <w:r>
        <w:t>अबाउट द लेक्चर शी सेड आई हैव टू गो एंड अटेंड वन लेक्चर ऑफ मौलाना साहब एंड देन</w:t>
      </w:r>
    </w:p>
    <w:p>
      <w:r>
        <w:rPr>
          <w:b/>
        </w:rPr>
        <w:t xml:space="preserve">[54:27] </w:t>
      </w:r>
      <w:r>
        <w:t>we then he will come here</w:t>
      </w:r>
    </w:p>
    <w:p>
      <w:pPr>
        <w:jc w:val="right"/>
      </w:pPr>
      <w:r>
        <w:t>वी देन ही विल कम हियर</w:t>
      </w:r>
    </w:p>
    <w:p>
      <w:r>
        <w:rPr>
          <w:b/>
        </w:rPr>
        <w:t xml:space="preserve">[54:29] </w:t>
      </w:r>
      <w:r>
        <w:t>i said okay so she said would you come i said no i am not coming you go uh so she went she went for that lecture and and when she came back she i i asked her what what was it about so she gave me a few things and i found that interesting i said this this man talks my language i mean this is what i have been thinking throughout my life i must go and meet him that was uh in 2004 september 2004</w:t>
      </w:r>
    </w:p>
    <w:p>
      <w:pPr>
        <w:jc w:val="right"/>
      </w:pPr>
      <w:r>
        <w:t>आई सेड ओके सो शी सेड वुड यू कम आई सेड नो आई एम नॉट कमिंग यू गो अह सो शी वेंट शी वेंट फॉर दैट लेक्चर एंड एंड व्हेन शी केम बैक शी आई आई आस्क हर व्हाट व्हाट वाज इट अबाउट सो शी गेव मी अ फ्यू थिंग्स एंड आई फाउंड दैट इंटरेस्टिंग आई सेड दिस दिस मैन टॉक्स माय लैंग्वेज आई मीन दिस इज व्हाट आई हैव बीन थिंकिंग थ्रूआउट माय लाइफ आई मस्ट गो एंड मीट हिम दैट वाज अह इन 2004 सितंबर 2004</w:t>
      </w:r>
    </w:p>
    <w:p>
      <w:r>
        <w:rPr>
          <w:b/>
        </w:rPr>
        <w:t xml:space="preserve">[54:57] </w:t>
      </w:r>
      <w:r>
        <w:t>one sunday i came and listen to maulana and maulana that day gave us a lecture on the creation plan of god that lecture changed my life completely that's the day and from that day i have not not missed a lecture i have always wanted to do work with maulana and for for cps though probably uh have failed very miserably not being able to give much time to it b</w:t>
      </w:r>
    </w:p>
    <w:p>
      <w:pPr>
        <w:jc w:val="right"/>
      </w:pPr>
      <w:r>
        <w:t>वन संडे आई केम एंड लिसन टू मौलाना एंड मौलाना दैट डे गव अस अ लेक्चर ऑन द क्रिएशन प्लान ऑफ गॉड दैट लेक्चर चेंज्ड माय लाइफ कंपलीटली दैट्स द डे एंड फ्रॉम दैट डे आई हैव नॉट नॉट मिस्ड अ लेक्चर आई हैव ऑलवेज वांटेड टू डू वर्क विथ मौलाना एंड फॉर फॉर सीपीएस दो प्रोबेबली अह हैव फेल्ड वेरी मिसरेबली नॉट बीइंग एबल टू गिव मच टाइम टू इट ब</w:t>
      </w:r>
    </w:p>
    <w:p>
      <w:r>
        <w:rPr>
          <w:b/>
        </w:rPr>
        <w:t xml:space="preserve">[55:26] </w:t>
      </w:r>
      <w:r>
        <w:t>to he has made me realize what my life is all about and that this this part of</w:t>
      </w:r>
    </w:p>
    <w:p>
      <w:pPr>
        <w:jc w:val="right"/>
      </w:pPr>
      <w:r>
        <w:t>ट ही हैज़ मेड मी रियलाइज व्हाट माय लाइफ इज ऑल अबाउट एंड दैट दिस दिस पार्ट ऑफ</w:t>
      </w:r>
    </w:p>
    <w:p>
      <w:r>
        <w:rPr>
          <w:b/>
        </w:rPr>
        <w:t xml:space="preserve">[55:33] </w:t>
      </w:r>
      <w:r>
        <w:t>my life is just one part and its a very small part here we are here on this</w:t>
      </w:r>
    </w:p>
    <w:p>
      <w:pPr>
        <w:jc w:val="right"/>
      </w:pPr>
      <w:r>
        <w:t>माय लाइफ इज जस्ट वन पार्ट एंड इट्स अ वेरी स्मॉल पार्ट हियर वी आर हियर ऑन दिस</w:t>
      </w:r>
    </w:p>
    <w:p>
      <w:r>
        <w:rPr>
          <w:b/>
        </w:rPr>
        <w:t xml:space="preserve">[55:38] </w:t>
      </w:r>
      <w:r>
        <w:t>earth for a test and our result will be after our life i mean we whether we go</w:t>
      </w:r>
    </w:p>
    <w:p>
      <w:pPr>
        <w:jc w:val="right"/>
      </w:pPr>
      <w:r>
        <w:t>अर्थ फॉर अ टेस्ट एंड आवर रिजल्ट विल बी आफ्टर आवर लाइफ आई मीन वी वेदर वी गो</w:t>
      </w:r>
    </w:p>
    <w:p>
      <w:r>
        <w:rPr>
          <w:b/>
        </w:rPr>
        <w:t xml:space="preserve">[55:44] </w:t>
      </w:r>
      <w:r>
        <w:t>to paradise or hell will depend on what we do here so that changed my life i got</w:t>
      </w:r>
    </w:p>
    <w:p>
      <w:pPr>
        <w:jc w:val="right"/>
      </w:pPr>
      <w:r>
        <w:t>टू पैराडाइस और हेल विल डिपेंड ऑन व्हाट वी डू हियर सो दैट चेंज्ड माय लाइफ आई गॉट</w:t>
      </w:r>
    </w:p>
    <w:p>
      <w:r>
        <w:rPr>
          <w:b/>
        </w:rPr>
        <w:t xml:space="preserve">[55:50] </w:t>
      </w:r>
      <w:r>
        <w:t>all my answers and that's where i am today with cps thank you</w:t>
      </w:r>
    </w:p>
    <w:p>
      <w:pPr>
        <w:jc w:val="right"/>
      </w:pPr>
      <w:r>
        <w:t>ऑल माय आंसर्स एंड दैट्स वेयर आई एम टुडे विथ सीपीएस थैंक यू</w:t>
      </w:r>
    </w:p>
    <w:p>
      <w:r>
        <w:rPr>
          <w:b/>
        </w:rPr>
        <w:t xml:space="preserve">[55:56] </w:t>
      </w:r>
      <w:r>
        <w:t>my name is idris</w:t>
      </w:r>
    </w:p>
    <w:p>
      <w:pPr>
        <w:jc w:val="right"/>
      </w:pPr>
      <w:r>
        <w:t>माय नेम इज इदरीस</w:t>
      </w:r>
    </w:p>
    <w:p>
      <w:r>
        <w:rPr>
          <w:b/>
        </w:rPr>
        <w:t xml:space="preserve">[55:58] </w:t>
      </w:r>
      <w:r>
        <w:t>and ah i am a kid four months old kid i started attending this class about four months</w:t>
      </w:r>
    </w:p>
    <w:p>
      <w:pPr>
        <w:jc w:val="right"/>
      </w:pPr>
      <w:r>
        <w:t>एंड अह आई एम अ किड फोर मंथ्स ओल्ड किड आई स्टार्टेड अटेंडिंग दिस क्लास अबाउट फोर मंथ्स</w:t>
      </w:r>
    </w:p>
    <w:p>
      <w:r>
        <w:rPr>
          <w:b/>
        </w:rPr>
        <w:t xml:space="preserve">[56:05] </w:t>
      </w:r>
      <w:r>
        <w:t>ago and still learning</w:t>
      </w:r>
    </w:p>
    <w:p>
      <w:pPr>
        <w:jc w:val="right"/>
      </w:pPr>
      <w:r>
        <w:t>अगो एंड स्टिल लर्निंग</w:t>
      </w:r>
    </w:p>
    <w:p>
      <w:r>
        <w:rPr>
          <w:b/>
        </w:rPr>
        <w:t xml:space="preserve">[56:09] </w:t>
      </w:r>
      <w:r>
        <w:t>i have many many questions but i don't know which question to ask first so i think i</w:t>
      </w:r>
    </w:p>
    <w:p>
      <w:pPr>
        <w:jc w:val="right"/>
      </w:pPr>
      <w:r>
        <w:t>आई हैव मेनी मेनी क्वेश्चंस बट आई डोंट नो व्हिच क्वेश्चन टू आस्क फर्स्ट सो आई थिंक आई</w:t>
      </w:r>
    </w:p>
    <w:p>
      <w:r>
        <w:rPr>
          <w:b/>
        </w:rPr>
        <w:t xml:space="preserve">[56:15] </w:t>
      </w:r>
      <w:r>
        <w:t>will take my own time and as so many people here got their answers I hope I will</w:t>
      </w:r>
    </w:p>
    <w:p>
      <w:pPr>
        <w:jc w:val="right"/>
      </w:pPr>
      <w:r>
        <w:t>विल टेक माय ओन टाइम एंड एज सो मेनी पीपल हियर गॉट देयर आंसर्स आई होप आई विल</w:t>
      </w:r>
    </w:p>
    <w:p>
      <w:r>
        <w:rPr>
          <w:b/>
        </w:rPr>
        <w:t xml:space="preserve">[56:22] </w:t>
      </w:r>
      <w:r>
        <w:t>get to thank you so much</w:t>
      </w:r>
    </w:p>
    <w:p>
      <w:pPr>
        <w:jc w:val="right"/>
      </w:pPr>
      <w:r>
        <w:t>गेट टू थैंक यू सो मच</w:t>
      </w:r>
    </w:p>
    <w:p>
      <w:r>
        <w:rPr>
          <w:b/>
        </w:rPr>
        <w:t xml:space="preserve">[56:28] </w:t>
      </w:r>
      <w:r>
        <w:t>can you hear me okay somebody asked his neighbor are this is you are in the company of a great sufi saint by bayazid sahib jo ki duniya jaanti hai to aap you know you are as you you have to convert yourself to a muslim he said very critically he remarked if islam is what bayazid practiced it is beyond me and if islam is what you practice i will be ashamed to be a part of it</w:t>
      </w:r>
    </w:p>
    <w:p>
      <w:pPr>
        <w:jc w:val="right"/>
      </w:pPr>
      <w:r>
        <w:t>कैन यू हियर मी ओके समबडी आस्क हिज नेबर अरे दिस इज यू आर इन द कंपनी ऑफ ए ग्रेट सूफी सेंट बाय अजीत साहब जो कि दुनिया जानती है तो आप यू नो यू आर एज यू यू हैव टू कन्वर्ट योरसेल्फ टू ए मुस्लिम ही सेड वेरी क्रिटिकली ही रिमार्क्ड इफ इस्लाम इज व्हाट बयाजित प्रैक्टिस इट इज बिय्ड मी एंड इफ इस्लाम इज व्हाट यू प्रैक्टिस आई विल बी असम टू बी अ पार्ट ऑफ इट</w:t>
      </w:r>
    </w:p>
    <w:p>
      <w:r>
        <w:rPr>
          <w:b/>
        </w:rPr>
        <w:t xml:space="preserve">[56:54] </w:t>
      </w:r>
      <w:r>
        <w:t>you know this is a very you know this a this this thing i keep on thinking time and again and i say the in the name of islam what is going on you know terrorism violence and things of that kind and i try to search out you know what real islam is and read quran read part of hadith and i found that islam is you know what basically any is any person any human being any broad human being would thought that is islam</w:t>
      </w:r>
    </w:p>
    <w:p>
      <w:pPr>
        <w:jc w:val="right"/>
      </w:pPr>
      <w:r>
        <w:t>यू नो दिस इज अ वेरी यू नो दिस अ दिस दिस थिंग आई कीप ऑन थिंकिंग टाइम एंड अगेन एंड आई से द इन द नेम ऑफ इस्लाम व्हाट इज गोइंग ऑन यू नो टेररिज्म वायलेंस एंड थिंग्स ऑफ दैट काइंड एंड आई ट्राई टू सर्च आउट यू नो व्हाट रियल इस्लाम इज एंड रेड कुरान रेड पार्ट ऑफ हदीस एंड आई फाउंड दैट इस्लाम इज यू नो व्हाट बेसिकली एनी इज एनी पर्सन एनी ह्यूमन बीइंग एनी ब्रॉड ह्यूमन बीइंग वुड थॉट दैट इज इस्लाम</w:t>
      </w:r>
    </w:p>
    <w:p>
      <w:r>
        <w:rPr>
          <w:b/>
        </w:rPr>
        <w:t xml:space="preserve">[57:21] </w:t>
      </w:r>
      <w:r>
        <w:t>when i met maulana sahib i told i am akalbia to him to you because there is a character akalbia in mahabharat he sees the guru from a distance and learns things i have been a great admirer of maulana sahib and i am i am a new recruit absolutely new recruit i just came i joined here two months back and uh i told maulana sahib you see i have no ideological differences with you whatever you say whatever you have writing i just my heart belie</w:t>
      </w:r>
    </w:p>
    <w:p>
      <w:pPr>
        <w:jc w:val="right"/>
      </w:pPr>
      <w:r>
        <w:t>व्हेन आई मेट मौलाना साहब आई टोल्ड आई एम अकलबिया टू हिम टू यू बिकॉज़ देयर इज अ कैरेक्टर अकलबिया इन महाभारत ही सीज द गुरु फ्रॉम ए डिस्टेंस एंड लर्न्स थिंग्स आई हैव बीन अ ग्रेट एडमिरर ऑफ मौलाना साहब एंड आई एम आई एम अ न्यू रिक्रूट एब्सोलुटली न्यू रिक्रूट आई जस्ट केम आई जॉइन हियर टू मंथ्स बैक एंड अह आई टोल्ड मौलाना साहब यू सी आई हैव नो आइडियोलॉजिकल डिफरेंसेस विथ यू व्हाटएवर यू से व्हाटएवर यू हैव राइटिंग आई जस्ट माय हार्ट बिली</w:t>
      </w:r>
    </w:p>
    <w:p>
      <w:r>
        <w:rPr>
          <w:b/>
        </w:rPr>
        <w:t xml:space="preserve">[57:50] </w:t>
      </w:r>
      <w:r>
        <w:t>ves that i believe in that that theory only i believe in humanism i believe in peace islam also speaks on that account i have been delivering talks here and there about islam and i i mean if you read quran you will find four aspects of uh peace you know islam means peace and peace peace has got four aspects peace within peace with others peace has a system and peace to the soul and i keep delivering talks here a</w:t>
      </w:r>
    </w:p>
    <w:p>
      <w:pPr>
        <w:jc w:val="right"/>
      </w:pPr>
      <w:r>
        <w:t>व्स दैट आई बिलीव इन दैट दैट थ्योरी ओनली आई बिलीव इन ह्यूमनिज्म आई बिलीव इन पीस इस्लाम आल्सो स्पीक्स ऑन दैट अकाउंट आई हैव बीन डिलीवरिंग टॉक्स हियर एंड देयर अबाउट इस्लाम एंड आई आई मीन इफ यू रीड कुरान यू विल फाइंड फोर एस्पेक्ट्स ऑफ अह पीस यू नो इस्लाम मींस पीस एंड पीस पीस हैज़ गॉट फोर एस्पेक्ट्स पीस विद इन पीस विथ अदर्स पीस हैज़ अ सिस्टम एंड पीस टू द सोल एंड आई कीप डिलीवरिंग टॉक्स हियर ए</w:t>
      </w:r>
    </w:p>
    <w:p>
      <w:r>
        <w:rPr>
          <w:b/>
        </w:rPr>
        <w:t xml:space="preserve">[58:13] </w:t>
      </w:r>
      <w:r>
        <w:t>nd there you must have heard me in uh some of you must have heard me in tvs also and in interfaith dialogue wherever there is a interfaith dialogue uh being conducted in uh whether in iici or india habitat center i am one of the speakers generally and maulana sahib also in a in a greater sense i am absolutely you know i was looking for a guru who will who would believe the way i believe and you could explain things in much much better way than i could do it</w:t>
      </w:r>
    </w:p>
    <w:p>
      <w:pPr>
        <w:jc w:val="right"/>
      </w:pPr>
      <w:r>
        <w:t>ंड देयर यू मस्ट हैव हर्ड मी इन अह सम ऑफ यू मस्ट हैव हर्ड मी इन टीवीज आल्सो एंड इन इंटरफेथ डायलॉग वेयरएवर देयर इज अ इंटरफेथ डायलॉग अह बीइंग कंडक्टेड इन अह वेदर इन आईआईसीआई और इंडिया हैबिटेट सेंटर आई एम वन ऑफ द स्पीकर्स जनरली एंड मौलाना साहब आल्सो इन अ इन अ ग्रेटर सेंस आई एम एब्सोलुटली यू नो आई वास लुकिंग फॉर ए गुरु हु विल हु वुड बिलीव द वे आई बिलीव एंड यू कुड एक्सप्लेन थिंग्स इन मच मच बेटर वे देन आई कुड डू इट</w:t>
      </w:r>
    </w:p>
    <w:p>
      <w:r>
        <w:rPr>
          <w:b/>
        </w:rPr>
        <w:t xml:space="preserve">[58:42] </w:t>
      </w:r>
      <w:r>
        <w:t>and i found maulana sahib as the the real guru the spiritual guru or you know uh temporal guru or whatever you say and i came here and i found uh many of my answers and my thoughts you know that broad thoughts the speech humanism you know the islam as a hum as a as a peace message of peace and islam as a message of humanity all this got reiterated i i have clashed with many people you know i will not name few of them nizami hasan sani</w:t>
      </w:r>
    </w:p>
    <w:p>
      <w:pPr>
        <w:jc w:val="right"/>
      </w:pPr>
      <w:r>
        <w:t>एंड आई फाउंड मौलाना साहब एज द द रियल गुरु द स्पिरिचुअल गुरु और यू नो अह टेंपरल गुरु और व्हाटएवर यू से एंड आई केम हियर एंड आई फाउंड अह मेनी ऑफ माय आंसर्स एंड माय थॉट्स यू नो दैट ब्रॉड थॉट्स द स्पीच ह्यूमनिज्म यू नो द इस्लाम एज ए हम एज ए एज ए पीस मैसेज ऑफ पीस एंड इस्लाम एज अ मैसेज ऑफ ह्यूमैनिटी ऑल दिस गॉट रिइरिटेटेड आई आई हैव क्लैश्ड विथ मेनी पीपल यू नो आई विल नॉट नेम फ्यू ऑफ देम निजामी हसन सानी</w:t>
      </w:r>
    </w:p>
    <w:p>
      <w:r>
        <w:rPr>
          <w:b/>
        </w:rPr>
        <w:t xml:space="preserve">[59:10] </w:t>
      </w:r>
      <w:r>
        <w:t>nizami he is a great scholar but once i ask invited him for a uh for a function for seminar and seminar was going to conduct a seminar on secularism secularism i said ki uh you come here and uh come in that function and then inaugurate it he said ki tauba is lafz se mujhe nafrat hai i rather i will don't invite me for such functions kisi aur functions mein na bulayein lekin secularism ka koi concept main believe nahi karta hoon and i will not agree</w:t>
      </w:r>
    </w:p>
    <w:p>
      <w:pPr>
        <w:jc w:val="right"/>
      </w:pPr>
      <w:r>
        <w:t>निजामी ही इज अ ग्रेट स्कॉलर बट वंस आई आस्क इनवाइटेड हिम फॉर ए अह फॉर ए फंक्शन फॉर सेमिनार एंड सेमिनार वास गोइंग टू कंडक्ट ए सेमिनार ऑन सेकुलरिज्म सेकुलरिज्म आई सेड कि अह यू कम हियर एंड अह कम इन दैट फंक्शन एंड देन इनग्रेट इट ही सेड कि तौबा इस लफ्ज से मुझे नफरत है आई रदर आई विल डोंट इनवाइट मी फॉर सच फंक्शंस किसी और फंक्शंस में ना बुलाएं लेकिन सेकुलरिज्म का कोई कांसेप्ट मैं बिलीव नहीं करता हूं एंड आई विल नॉट एग्री</w:t>
      </w:r>
    </w:p>
    <w:p>
      <w:r>
        <w:rPr>
          <w:b/>
        </w:rPr>
        <w:t xml:space="preserve">[59:37] </w:t>
      </w:r>
      <w:r>
        <w:t>and uh one of the functions i was presiding over here in galib academy i said maine unko bataya ki yeh nizami sahib ne yeh baat kahi thi aur mujhe itraaz hai is baat se aur ya to islam ko nahi samajhte hain ya phir concept secularism ko nahi samajhte hain ye to phir unhone baat wahin badal di unhone kaha ki nahi nahi yeh lafz itna badnaam ho chuka hai jiski wajah se main isse door rehna chahta hoon to maine kaha achha islam ka naam hi badnaam hai to islam se bhi door ho jaiye phir</w:t>
      </w:r>
    </w:p>
    <w:p>
      <w:pPr>
        <w:jc w:val="right"/>
      </w:pPr>
      <w:r>
        <w:t>एंड अह वन ऑफ द फंक्शंस आई वास प्रेसाइडिंग ओवर हियर इन गालिब अकेडमी आई सेड मैंने उनको बताया कि यह निजामी साहब ने यह बात कही थी और मुझे इतराज है इस बात से और या तो इस्लाम को नहीं समझते हैं या फिर कांसेप्ट सेकुलरिज्म को नहीं समझते हैं ये तो फिर उन्होंने बात वहीं बदल दी उन्होंने कहा कि नहीं नहीं ये लफ्ज इतना बदनाम हो चुका है जिसकी वजह से मैं इससे दूर रहना चाहता हूं तो मैंने कहा अच्छा इस्लाम का नाम ही बदनाम है तो इस्लाम से भी दूर हो जाइए फिर</w:t>
      </w:r>
    </w:p>
    <w:p>
      <w:r>
        <w:rPr>
          <w:b/>
        </w:rPr>
        <w:t xml:space="preserve">[1:00:04] </w:t>
      </w:r>
      <w:r>
        <w:t>आप you know I clashed with another gentleman called Abdul Haq Ansari in one of the functions I</w:t>
      </w:r>
    </w:p>
    <w:p>
      <w:pPr>
        <w:jc w:val="right"/>
      </w:pPr>
      <w:r>
        <w:t>आप यू नो आई क्लैश्ड विथ अनदर जेंटलमैन कॉल्ड अब्दुल हक अंसारी इन वन ऑफ द फंक्शंस आई</w:t>
      </w:r>
    </w:p>
    <w:p>
      <w:r>
        <w:rPr>
          <w:b/>
        </w:rPr>
        <w:t xml:space="preserve">[1:00:09] </w:t>
      </w:r>
      <w:r>
        <w:t>said humanity ke baghair koi bhi religion exist nahi kar sakta hai aur that is why Maulana sahib</w:t>
      </w:r>
    </w:p>
    <w:p>
      <w:pPr>
        <w:jc w:val="right"/>
      </w:pPr>
      <w:r>
        <w:t>सेड ह्यूमैनिटी के बगैर कोई भी रिलीजन एक्सिस्ट नहीं कर सकता है और दैट इज व्हाई मौलाना साहब</w:t>
      </w:r>
    </w:p>
    <w:p>
      <w:r>
        <w:rPr>
          <w:b/>
        </w:rPr>
        <w:t xml:space="preserve">[1:00:14] </w:t>
      </w:r>
      <w:r>
        <w:t>have had you know written an article also about the you know copulation of pollens khajoor ka pead</w:t>
      </w:r>
    </w:p>
    <w:p>
      <w:pPr>
        <w:jc w:val="right"/>
      </w:pPr>
      <w:r>
        <w:t>हैव हैड यू नो रिटन एन आर्टिकल आल्सो अबाउट द यू नो कपलेशन ऑफ पोलन्स खजूर का पेड़</w:t>
      </w:r>
    </w:p>
    <w:p>
      <w:r>
        <w:rPr>
          <w:b/>
        </w:rPr>
        <w:t xml:space="preserve">[1:00:19] </w:t>
      </w:r>
      <w:r>
        <w:t>kiss flowers se flowers takra ke and in that concept prophet had question whether this is correct this</w:t>
      </w:r>
    </w:p>
    <w:p>
      <w:pPr>
        <w:jc w:val="right"/>
      </w:pPr>
      <w:r>
        <w:t>किस फ्लावर्स से फ्लावर्स टकरा के एंड इन दैट कांसेप्ट प्रोफेट हैड क्वेश्चन वेदर दिस इज करेक्ट दिस</w:t>
      </w:r>
    </w:p>
    <w:p>
      <w:r>
        <w:rPr>
          <w:b/>
        </w:rPr>
        <w:t xml:space="preserve">[1:00:26] </w:t>
      </w:r>
      <w:r>
        <w:t>practice will help and the people have shot the practice and then prophet Muhammad had said whatever is</w:t>
      </w:r>
    </w:p>
    <w:p>
      <w:pPr>
        <w:jc w:val="right"/>
      </w:pPr>
      <w:r>
        <w:t>प्रैक्टिस विल हेल्प एंड द पीपल हैव शॉट द प्रैक्टिस एंड देन प्रोफेट मोहम्मद हैड सेड व्हाटएवर इज</w:t>
      </w:r>
    </w:p>
    <w:p>
      <w:r>
        <w:rPr>
          <w:b/>
        </w:rPr>
        <w:t xml:space="preserve">[1:00:31] </w:t>
      </w:r>
      <w:r>
        <w:t>good for his humanity is good for Islam</w:t>
      </w:r>
    </w:p>
    <w:p>
      <w:pPr>
        <w:jc w:val="right"/>
      </w:pPr>
      <w:r>
        <w:t>गुड फॉर हिज ह्यूमैनिटी इज गुड फॉर इस्लाम</w:t>
      </w:r>
    </w:p>
    <w:p>
      <w:r>
        <w:rPr>
          <w:b/>
        </w:rPr>
        <w:t xml:space="preserve">[1:00:34] </w:t>
      </w:r>
      <w:r>
        <w:t>and whatever is good not good for humanity cannot be good for islam that is what prophet had prophet mohammed sallallahu alaihi wasallam said to i said in that function i said ki humanity is much greater greater crop much greater weightage than any other religion and that gentleman said ki you are making humanity as a religion he clashed with me and i have to answer and i had i have to struggle hard to answer that question say people are biologically convin</w:t>
      </w:r>
    </w:p>
    <w:p>
      <w:pPr>
        <w:jc w:val="right"/>
      </w:pPr>
      <w:r>
        <w:t>एंड व्हाटएवर इज गुड नॉट गुड फॉर ह्यूमैनिटी कैन नॉट बी गुड फॉर इस्लाम दैट इज व्हाट प्रोफेट हैड प्रोफेट मोहम्मद सल्लल्लाहु अलैहि वसल्लम सेड तो आई सेड इन दैट फंक्शन आई सेड कि ह्यूमैनिटी इज मच ग्रेटर ग्रेटर ग्रॉप मच ग्रेटर वेटेस्ट देन एनी अदर रिलीजन एंड दैट जेंटलमैन सेड कि यू आर मेकिंग ह्यूमैनिटी एज अ रिलीजन ही क्लैश्ड विद मी एंड आई हैव टू आंसर एंड आई हैड आई हैव टू स्ट्रगल हार्ड टू आंसर दैट क्वेश्चन से पीपल आर बायोलॉजिकली कन्वि</w:t>
      </w:r>
    </w:p>
    <w:p>
      <w:r>
        <w:rPr>
          <w:b/>
        </w:rPr>
        <w:t xml:space="preserve">[1:00:57] </w:t>
      </w:r>
      <w:r>
        <w:t>ced but i was looking for a guru who could articulate things in a much better way and you know answer few of my questions and convince me in much more forceful way and i found maulana sahib i will give little introduction about myself so that maybe it inspires you i come from a very humble background i come from a village and i studied till class fifth in a village and i had to go to 5 kms away uh from my village to another village to you know for my higher studies to high sc</w:t>
      </w:r>
    </w:p>
    <w:p>
      <w:pPr>
        <w:jc w:val="right"/>
      </w:pPr>
      <w:r>
        <w:t>ंस्ड बट आई वास लुकिंग फॉर ए गुरु हु कुड आर्टिकुलेट थिंग्स इन अ मच बेटर वे एंड यू नो आंसर फ्यू ऑफ़ माय क्वेश्चंस एंड कन्विंस मी इन मच मोर फोर्सफुल वे एंड आई फाउंड मौलाना साहब आई विल गिव लिटिल इंट्रोडक्शन अबाउट मायसेल्फ सो दैट मे बी इट इंस्पायर्स यू आई कम फ्रॉम अ वेरी हंबल बैकग्राउंड आई कम फ्रॉम अ विलेज एंड आई स्टडीड टिल क्लास फिफ्थ इन अ विलेज एंड आई हैड टू गो टू 5 कि.मी अवे अह फ्रॉम माय विलेज टू अनदर विलेज टू यू नो फॉर माय हायर स्टडीज टू हाई स्क</w:t>
      </w:r>
    </w:p>
    <w:p>
      <w:r>
        <w:rPr>
          <w:b/>
        </w:rPr>
        <w:t xml:space="preserve">[1:01:25] </w:t>
      </w:r>
      <w:r>
        <w:t>hool and i passed out 12th class and my father said that's it now look after my my you know household things and zameen jaydad dekho aap main said papa main padhna chahta hoon aage padhna chahta hoon college jana chahta hoon he said ki nahi yeh padhai ho gayi bas itni hi tumhari kismat mein thi bas ho gaya aur koi yahan village se gaon se koi aage nahi padhta hai main said papa main padhna chahta hoon then my uncle came forward and said ki chalo tum padhne jao main tumhari madad karunga to uh then i was very happy</w:t>
      </w:r>
    </w:p>
    <w:p>
      <w:pPr>
        <w:jc w:val="right"/>
      </w:pPr>
      <w:r>
        <w:t>ूल एंड आई पास्ड आउट 12th क्लास एंड माय फादर सेड दैट्स इट नाउ लुक आफ्टर माय माय यू नो हाउसहोल्ड थिंग्स एंड जमीन जायदाद देखो आप मैं सेड पापा मैं पढ़ना चाहता हूं आगे पढ़ना चाहता हूं कॉलेज जाना चाहता हूं ही सेड कि नहीं ये पढ़ाई हो गई बस इतनी ही तुम्हारी किस्मत में थी बस हो गया और कोई यहां विलेज से गांव से कोई आगे नहीं पढ़ता है मैं सेड पापा मैं पढ़ना चाहता हूं देन माय अंकल केम फॉरवर्ड एंड सेड कि चलो तुम पढ़ने जाओ मैं तुम्हारी मदद करूंगा तो अह देन आई वास वेरी हैप्पी</w:t>
      </w:r>
    </w:p>
    <w:p>
      <w:r>
        <w:rPr>
          <w:b/>
        </w:rPr>
        <w:t xml:space="preserve">[1:01:54] </w:t>
      </w:r>
      <w:r>
        <w:t>and the day when I was supposed to take admission call in college that same night my uncle</w:t>
      </w:r>
    </w:p>
    <w:p>
      <w:pPr>
        <w:jc w:val="right"/>
      </w:pPr>
      <w:r>
        <w:t>एंड द डे व्हेन आई वास सपोज टू टेक एडमिशन कॉल इन कॉलेज दैट सेम नाइट माय अंकल</w:t>
      </w:r>
    </w:p>
    <w:p>
      <w:r>
        <w:rPr>
          <w:b/>
        </w:rPr>
        <w:t xml:space="preserve">[1:01:59] </w:t>
      </w:r>
      <w:r>
        <w:t>died of tuberculosis I had to stop my studies ek saal mera barbaad ho gaya and next year</w:t>
      </w:r>
    </w:p>
    <w:p>
      <w:pPr>
        <w:jc w:val="right"/>
      </w:pPr>
      <w:r>
        <w:t>डाइड ऑफ ट्यूबरक्लोसिस आई हैड टू स्टॉप माय स्टडीज एक साल मेरा बर्बाद हो गया एंड नेक्स्ट ईयर</w:t>
      </w:r>
    </w:p>
    <w:p>
      <w:r>
        <w:rPr>
          <w:b/>
        </w:rPr>
        <w:t xml:space="preserve">[1:02:05] </w:t>
      </w:r>
      <w:r>
        <w:t>again I ah you know played with the father to send me to college he said nahi nahi</w:t>
      </w:r>
    </w:p>
    <w:p>
      <w:pPr>
        <w:jc w:val="right"/>
      </w:pPr>
      <w:r>
        <w:t>अगेन आई अह यू नो प्लेड विथ द फादर टू सेंड मी टू कॉलेज ही सेड नहीं नहीं</w:t>
      </w:r>
    </w:p>
    <w:p>
      <w:r>
        <w:rPr>
          <w:b/>
        </w:rPr>
        <w:t xml:space="preserve">[1:02:10] </w:t>
      </w:r>
      <w:r>
        <w:t>jana hai aapko to last day when admission was supposed to be taken on that day I stole</w:t>
      </w:r>
    </w:p>
    <w:p>
      <w:pPr>
        <w:jc w:val="right"/>
      </w:pPr>
      <w:r>
        <w:t>जाना है आपको तो लास्ट डे व्हेन एडमिशन वास सपोज टू बी टेकन ऑन दैट डे आई स्टोल्ड</w:t>
      </w:r>
    </w:p>
    <w:p>
      <w:r>
        <w:rPr>
          <w:b/>
        </w:rPr>
        <w:t xml:space="preserve">[1:02:16] </w:t>
      </w:r>
      <w:r>
        <w:t>money from my from my grandmother chori ki cycle uthaya 30 km</w:t>
      </w:r>
    </w:p>
    <w:p>
      <w:pPr>
        <w:jc w:val="right"/>
      </w:pPr>
      <w:r>
        <w:t>मनी फ्रॉम माय फ्रॉम माय ग्रैंडमदर चोरी की साइकिल उठाया 30 कि.मी</w:t>
      </w:r>
    </w:p>
    <w:p>
      <w:r>
        <w:rPr>
          <w:b/>
        </w:rPr>
        <w:t xml:space="preserve">[1:02:22] </w:t>
      </w:r>
      <w:r>
        <w:t>jangal-jangal rasta</w:t>
      </w:r>
    </w:p>
    <w:p>
      <w:pPr>
        <w:jc w:val="right"/>
      </w:pPr>
      <w:r>
        <w:t>जंगल-जंगल रास्ता</w:t>
      </w:r>
    </w:p>
    <w:p>
      <w:r>
        <w:rPr>
          <w:b/>
        </w:rPr>
        <w:t xml:space="preserve">[1:02:24] </w:t>
      </w:r>
      <w:r>
        <w:t>ride karte hue cycle se gaya and i got my admission that day onwards i mostly i studied by giving tuitions by teaching by cooking myself i studied i passed out my i did my graduation i came to jnu for my admission and jnu mein jab admission aaya to jnu people rejected me for my they they gave me admission in masters degree i said well i will come back went to a university called sambalpur i became the president of the university i became the topper in political sa</w:t>
      </w:r>
    </w:p>
    <w:p>
      <w:pPr>
        <w:jc w:val="right"/>
      </w:pPr>
      <w:r>
        <w:t>राइड करते हुए साइकिल से गया और मैं अपना एडमिशन कराया उस दिन से मैं ज्यादातर मैं ट्यूशंस करके पढ़ा के खुद खाना पका के मैं पढ़ता रहा आई पास्ड आउट माय आई डिड माय ग्रेजुएशन आई केम टू जेएनयू फॉर माय एडमिशन एंड जेएनयू में जब एडमिशन आया तो जेएनयू पीपल रिजेक्टेड मी फॉर माय दे दे के देन गेव मी एडमिशन इन मास्टर्स डिग्री आई सेड वेल आई विल कम बैक वेंट टू अ यूनिवर्सिटी कॉल्ड संबलपुर आई बिकम द प्रेसिडेंट ऑफ द यूनिवर्सिटी आई बिकम द टॉपर इन पॉलिटिकल सा</w:t>
      </w:r>
    </w:p>
    <w:p>
      <w:r>
        <w:rPr>
          <w:b/>
        </w:rPr>
        <w:t xml:space="preserve">[1:02:53] </w:t>
      </w:r>
      <w:r>
        <w:t>ience department i became the sports champion i became the best debater came back again and competed for mphil course and i topped the list and mind you i came with 250 rupees and 200 i took admission in jnu for mphil course and started preparing for civil service and i took admission in the in the college in the university i took admission in the hostel but i i didn't have money to pay the mess bill you know mess advance bill and i starved throughout two years of my life</w:t>
      </w:r>
    </w:p>
    <w:p>
      <w:pPr>
        <w:jc w:val="right"/>
      </w:pPr>
      <w:r>
        <w:t>इंस डिपार्टमेंट आई बिकम द स्पोर्ट्स चैंपियन आई बिकम द बेस्ट डिबेटर केम बैक अगेन एंड कंपीटेड फॉर एमफिल कोर्स एंड आई टॉप द लिस्ट एंड माइंड यू आई केम विद₹250 एंड 200 आई टूक एडमिशन इन जेएनयू फॉर एमफिल कोर्स एंड स्टार्टेड प्रिपेयरिंग फॉर सिविल सर्विस एंड आई टूक एडमिशन इन द इन द कॉलेज इन द यूनिवर्सिटी आई टूक एडमिशन इन द हॉस्टल बट आई आई डिंट हैव मनी टू पे द मेस बिल यू नो मेस एडवांस बिल एंड आई स्टार्व थ्रूआउट टू इयर्स ऑफ माय लाइ</w:t>
      </w:r>
    </w:p>
    <w:p>
      <w:r>
        <w:rPr>
          <w:b/>
        </w:rPr>
        <w:t xml:space="preserve">[1:03:22] </w:t>
      </w:r>
      <w:r>
        <w:t>f i didnt know what breakfast is i i took lunch and i was not taking dinner and if i use to take dinner i was not taking lunch and sometimes i use to remain hungry for three days continuously and suffer for malaria and lots of kinds of disease and still you know with that struggle i could qualify the highest examination civil servi</w:t>
      </w:r>
    </w:p>
    <w:p>
      <w:pPr>
        <w:jc w:val="right"/>
      </w:pPr>
      <w:r>
        <w:t>फ आई डिंट नो व्हाट ब्रेकफास्ट इज आई आई टूक लंच एंड आई वास नॉट टेकिंग डिनर एंड इफ आई यूज टू टेक डिनर आई वास नॉट टेकिंग लंच एंड समटाइम्स आई यूज टू रिमेन हंग्री फॉर थ्री डेज कंटीन्यूअसली एंड सफर फॉर मलेरिया एंड लॉट्स ऑफ काइंड्स ऑफ डिजीज एंड स्टिल यू नो विथ दैट स्ट्रगल आई कुड क्वालिफाई द हाईएस्ट एग्जामिनेशन सिविल सर्वि</w:t>
      </w:r>
    </w:p>
    <w:p>
      <w:r>
        <w:rPr>
          <w:b/>
        </w:rPr>
        <w:t xml:space="preserve">[1:03:44] </w:t>
      </w:r>
      <w:r>
        <w:t>s examination if we can i can struggle with that you know that background and come from a village remote village from a humble background and cought this label i dont think its very difficult for all of us to strive hard try hard and strive for you know taking the message of Maulana sahib which is i think absolutely correct message of islam correct message of humanity correct message of peace to the to the humanity to the to the all human beings</w:t>
      </w:r>
    </w:p>
    <w:p>
      <w:pPr>
        <w:jc w:val="right"/>
      </w:pPr>
      <w:r>
        <w:t>स एग्जामिनेशन इफ वी कैन आई कैन स्ट्रगल विथ दैट यू नो दैट बैकग्राउंड एंड कम फ्रॉम अ विलेज रिमोट विलेज फ्रॉम अ हंबल बैकग्राउंड एंड कफ्ट दिस लेबल आई डोंट थिंक इट्स वेरी डिफिकल्ट फॉर ऑल ऑफ अस टू स्ट्राइव हार्ड ट्राई हार्ड एंड स्ट्राइव फॉर यू नो टेकिंग द मैसेज ऑफ मौलाना साहब व्हिच इज आई थिंक एब्सोलुटली करेक्ट मैसेज ऑफ इस्लाम करेक्ट मैसेज ऑफ ह्यूमैनिटी करेक्ट मैसेज ऑफ पीस टू द टू द ह्यूमैनिटी टू द टू द ऑल ह्यूमन बीइंग्स</w:t>
      </w:r>
    </w:p>
    <w:p>
      <w:r>
        <w:rPr>
          <w:b/>
        </w:rPr>
        <w:t xml:space="preserve">[1:04:11] </w:t>
      </w:r>
      <w:r>
        <w:t>make a structure make a structure of social reformation make a structure of you know you know down from delhi to down to the villages level villages level make a structural aspects and ideologically you should be convinced and make a structure and take the message down through his literature through his message through the teachings that we have learned and we have to spread it thank you very much myself doctor mohammad iqbal pradhan</w:t>
      </w:r>
    </w:p>
    <w:p>
      <w:pPr>
        <w:jc w:val="right"/>
      </w:pPr>
      <w:r>
        <w:t>मेक अ स्ट्रक्चर मेक अ स्ट्रक्चर ऑफ सोशल रिफॉर्मेशन मेक अ स्ट्रक्चर ऑफ यू नो यू नो डाउन फ्रॉम दिल्ली टू डाउन टू द विलेजेस लेवल विलेजेस लेवल मेक अ स्ट्रक्चरल एस्पेक्ट्स एंड आइडियोलॉजिकली यू शुड बी कन्विंस्ड एंड मेक अ स्ट्रक्चर एंड टेक द मैसेज डाउन थ्रू हिज लिटरेचर थ्रू हिज मैसेज थ्रू द टीचिंग्स दैट वी हैव लर्न एंड वी हैव टू स्प्रेड इट थैंक यू वेरी मच मायसेल्फ डॉक्टर मोहम्मद इकबाल प्रधान</w:t>
      </w:r>
    </w:p>
    <w:p>
      <w:r>
        <w:rPr>
          <w:b/>
        </w:rPr>
        <w:t xml:space="preserve">[1:04:36] </w:t>
      </w:r>
      <w:r>
        <w:t>first of all ah I want to thanks God</w:t>
      </w:r>
    </w:p>
    <w:p>
      <w:pPr>
        <w:jc w:val="right"/>
      </w:pPr>
      <w:r>
        <w:t>फर्स्ट ऑफ ऑल अह आई वांट टू थैंक्स गॉड</w:t>
      </w:r>
    </w:p>
    <w:p>
      <w:r>
        <w:rPr>
          <w:b/>
        </w:rPr>
        <w:t xml:space="preserve">[1:04:41] </w:t>
      </w:r>
      <w:r>
        <w:t>he send me to Maulana then secondly I will I thanks to Priya Malik ah she brings to</w:t>
      </w:r>
    </w:p>
    <w:p>
      <w:pPr>
        <w:jc w:val="right"/>
      </w:pPr>
      <w:r>
        <w:t>ही सेंड मी टू मौलाना देन सेकंडली आई विल आई थैंक्स टू प्रिया मलिक अह शी ब्रिंग्स टू</w:t>
      </w:r>
    </w:p>
    <w:p>
      <w:r>
        <w:rPr>
          <w:b/>
        </w:rPr>
        <w:t xml:space="preserve">[1:04:51] </w:t>
      </w:r>
      <w:r>
        <w:t>me to Maulana</w:t>
      </w:r>
    </w:p>
    <w:p>
      <w:pPr>
        <w:jc w:val="right"/>
      </w:pPr>
      <w:r>
        <w:t>मी टू मौलाना</w:t>
      </w:r>
    </w:p>
    <w:p>
      <w:r>
        <w:rPr>
          <w:b/>
        </w:rPr>
        <w:t xml:space="preserve">[1:04:54] </w:t>
      </w:r>
      <w:r>
        <w:t>ah incidentally Priya was my patient</w:t>
      </w:r>
    </w:p>
    <w:p>
      <w:pPr>
        <w:jc w:val="right"/>
      </w:pPr>
      <w:r>
        <w:t>अह इंसिडेंटली प्रिया वाज माय पेशेंट</w:t>
      </w:r>
    </w:p>
    <w:p>
      <w:r>
        <w:rPr>
          <w:b/>
        </w:rPr>
        <w:t xml:space="preserve">[1:04:58] </w:t>
      </w:r>
      <w:r>
        <w:t>ah and it is my habit that ah I talk to my patients about Islam</w:t>
      </w:r>
    </w:p>
    <w:p>
      <w:pPr>
        <w:jc w:val="right"/>
      </w:pPr>
      <w:r>
        <w:t>अह एंड इट इज माय हैबिट दैट अह आई टॉक टू माय पेशेंट्स अबाउट इस्लाम</w:t>
      </w:r>
    </w:p>
    <w:p>
      <w:r>
        <w:rPr>
          <w:b/>
        </w:rPr>
        <w:t xml:space="preserve">[1:05:07] </w:t>
      </w:r>
      <w:r>
        <w:t>—</w:t>
      </w:r>
    </w:p>
    <w:p>
      <w:pPr>
        <w:jc w:val="right"/>
      </w:pPr>
      <w:r>
        <w:t>अह</w:t>
      </w:r>
    </w:p>
    <w:p>
      <w:r>
        <w:rPr>
          <w:b/>
        </w:rPr>
        <w:t xml:space="preserve">[1:05:08] </w:t>
      </w:r>
      <w:r>
        <w:t>when priya came ah i also talk her ah about islam but i was very surprised when ah she teach me about islam i was very surprised then ah she said ah i am ah going to the Maulana's classes then i decide to come to Maulana's classes ah</w:t>
      </w:r>
    </w:p>
    <w:p>
      <w:pPr>
        <w:jc w:val="right"/>
      </w:pPr>
      <w:r>
        <w:t>व्हेन प्रिया केम अह आई आल्सो टॉक हर अह अबाउट इस्लाम बट आई वास वेरी सरप्राइज्ड व्हेन अह शी टीच मी अबाउट इस्लाम आई वास वेरी सरप्राइज्ड देन अह शी सेड अह आई एम अह गोइंग टू द मौलानाज क्लासेस देन आई डिसाइड टू कम टू मौलानाज क्लासेस अह</w:t>
      </w:r>
    </w:p>
    <w:p>
      <w:r>
        <w:rPr>
          <w:b/>
        </w:rPr>
        <w:t xml:space="preserve">[1:05:35] </w:t>
      </w:r>
      <w:r>
        <w:t>i am a born muslim so ah my background is ah a typical ah muslim family as ah namaz roza ah it is all islam then when i came to Maulana then ah no i think that ah ah i rediscovered the islam again to come here after coming here</w:t>
      </w:r>
    </w:p>
    <w:p>
      <w:pPr>
        <w:jc w:val="right"/>
      </w:pPr>
      <w:r>
        <w:t>आई एम अ बोर्न मुस्लिम सो अह माय बैकग्राउंड इज अह ए अह टिपिकल अह मुस्लिम फैमिली एज अह नमाज रोजा अह इट इज ऑल इस्लाम देन व्हेन आई केम टू मौलाना देन अह नो आई थिंक दैट अह अह आई रीडिसकवर्ड द इस्लाम अगेन टू कम हियर आफ्टर कमिंग हियर</w:t>
      </w:r>
    </w:p>
    <w:p>
      <w:r>
        <w:rPr>
          <w:b/>
        </w:rPr>
        <w:t xml:space="preserve">[1:06:03] </w:t>
      </w:r>
      <w:r>
        <w:t>so ah now Maulana said us ah you are required to do two things ah to show the right way to the muslims and the right way to the non muslims also because islam is a universal universal ah not for muslims</w:t>
      </w:r>
    </w:p>
    <w:p>
      <w:pPr>
        <w:jc w:val="right"/>
      </w:pPr>
      <w:r>
        <w:t>सो अह नाउ मौलाना सेड अस अह यू आर रिक्वायर्ड टू डू टू थिंग्स अह टू शो द राइट वे टू द मुस्लिम्स एंड द राइट वे टू द नॉन मुस्लिम्स आल्सो बिकॉज़ इस्लाम इज ए यूनिवर्सल यूनिवर्सल अह नॉट फॉर मुस्लिम्स</w:t>
      </w:r>
    </w:p>
    <w:p>
      <w:r>
        <w:rPr>
          <w:b/>
        </w:rPr>
        <w:t xml:space="preserve">[1:06:29] </w:t>
      </w:r>
      <w:r>
        <w:t>so I ah learn here ah universality of Islam</w:t>
      </w:r>
    </w:p>
    <w:p>
      <w:pPr>
        <w:jc w:val="right"/>
      </w:pPr>
      <w:r>
        <w:t>सो आई अह लर्न हियर अह यूनिवर्सलिटी ऑफ इस्लाम</w:t>
      </w:r>
    </w:p>
    <w:p>
      <w:r>
        <w:rPr>
          <w:b/>
        </w:rPr>
        <w:t xml:space="preserve">[1:06:35] </w:t>
      </w:r>
      <w:r>
        <w:t>thank you my name is Sharik Ahmed Khan and I have been ah born in a traditional born</w:t>
      </w:r>
    </w:p>
    <w:p>
      <w:pPr>
        <w:jc w:val="right"/>
      </w:pPr>
      <w:r>
        <w:t>थैंक यू माय नेम इज शारिक अहमद खान एंड आई हैव बीन अह बोर्न इन अ ट्रेडिशनल बोर्न</w:t>
      </w:r>
    </w:p>
    <w:p>
      <w:r>
        <w:rPr>
          <w:b/>
        </w:rPr>
        <w:t xml:space="preserve">[1:06:41] </w:t>
      </w:r>
      <w:r>
        <w:t>and brought up in a traditional Muslim family and ah quite a religious family and I myself was</w:t>
      </w:r>
    </w:p>
    <w:p>
      <w:pPr>
        <w:jc w:val="right"/>
      </w:pPr>
      <w:r>
        <w:t>एंड ब्रॉट अप इन अ ट्रेडिशनल मुस्लिम फैमिली एंड अह क्वाइट अ रिलीजियस फैमिली एंड आई मायसेल्फ वाज</w:t>
      </w:r>
    </w:p>
    <w:p>
      <w:r>
        <w:rPr>
          <w:b/>
        </w:rPr>
        <w:t xml:space="preserve">[1:06:47] </w:t>
      </w:r>
      <w:r>
        <w:t>a good practicing Muslim that's what I use to believe</w:t>
      </w:r>
    </w:p>
    <w:p>
      <w:pPr>
        <w:jc w:val="right"/>
      </w:pPr>
      <w:r>
        <w:t>अ गुड प्रैक्टिसिंग मुस्लिम दैट्स व्हाट आई यूज़ टू बिलीव</w:t>
      </w:r>
    </w:p>
    <w:p>
      <w:r>
        <w:rPr>
          <w:b/>
        </w:rPr>
        <w:t xml:space="preserve">[1:06:52] </w:t>
      </w:r>
      <w:r>
        <w:t>but ah I I think lots of people have talked here about lots of questions that they always</w:t>
      </w:r>
    </w:p>
    <w:p>
      <w:pPr>
        <w:jc w:val="right"/>
      </w:pPr>
      <w:r>
        <w:t>बट अह आई आई थिंक लॉट्स ऑफ पीपल हैव टॉकड हियर अबाउट लॉट्स ऑफ क्वेश्चंस दैट दे ऑलवेज</w:t>
      </w:r>
    </w:p>
    <w:p>
      <w:r>
        <w:rPr>
          <w:b/>
        </w:rPr>
        <w:t xml:space="preserve">[1:06:58] </w:t>
      </w:r>
      <w:r>
        <w:t>had</w:t>
      </w:r>
    </w:p>
    <w:p>
      <w:pPr>
        <w:jc w:val="right"/>
      </w:pPr>
      <w:r>
        <w:t>हैड</w:t>
      </w:r>
    </w:p>
    <w:p>
      <w:r>
        <w:rPr>
          <w:b/>
        </w:rPr>
        <w:t xml:space="preserve">[1:06:59] </w:t>
      </w:r>
      <w:r>
        <w:t>i probably had no questions ah in my mind i had always believed that ya this is the true religion and and i thought i am very fortunate to have been born in this religion but something that always got in my mind was that why i was so fortunate to have been born here and ah why are other people so unfortunate not to have been born in this religion so questions like these were the only things that i always had in my mind</w:t>
      </w:r>
    </w:p>
    <w:p>
      <w:pPr>
        <w:jc w:val="right"/>
      </w:pPr>
      <w:r>
        <w:t>आई प्रोबेबली हैड नो क्वेश्चंस अह इन माय माइंड आई हैड ऑलवेज बिलीव्ड दैट या दिस इज द ट्रू रिलीजन एंड एंड आई थॉट आई एम वेरी फॉर्च्यूनेट टू हैव बीन बोर्न इन दिस रिलीजन बट समथिंग दैट ऑलवेज गॉट इनू माय माइंड वास दैट व्हाई आई वास सो फॉर्च्यूनेट टू हैव बीन बोर्न हियर एंड अह व्हाई आर अदर पीपल सो अनफॉर्च्यूनेट नॉट टू हैव बीन बोर्न इनू दिस रिलीजन सो क्वेश्चंस लाइक दीज़ वर द ओनली थिंग्स दैट आई ऑलवेज हैड इन माय माइंड</w:t>
      </w:r>
    </w:p>
    <w:p>
      <w:r>
        <w:rPr>
          <w:b/>
        </w:rPr>
        <w:t xml:space="preserve">[1:07:27] </w:t>
      </w:r>
      <w:r>
        <w:t>and ah the other thing was ah that when i was in school i use to think that you know studying is the toughest thing in this life and i hope once these studies get over i will feel so happy and i wish i was not studying and i thought probably college life is better and when i went to the college and i enjoyed but again there was there use to be exams and i use to hate them i thought probably once i go in my job i will have more money and i will feel much happier</w:t>
      </w:r>
    </w:p>
    <w:p>
      <w:pPr>
        <w:jc w:val="right"/>
      </w:pPr>
      <w:r>
        <w:t>एंड अह द अदर थिंग वास अह दैट व्हेन आई वाज इन स्कूल आई यूज़ टू थिंक दैट यू नो स्टडीिंग इज द टफेस्ट थिंग इन दिस लाइफ एंड आई होप वंस दीज़ स्टडीज गेट ओवर आई विल फील सो हैप्पी एंड आई विश आई वाज नॉट स्टडीिंग एंड आई थॉट प्रोबेबली कॉलेज लाइफ इज बेटर एंड व्हेन आई वेंट टू द कॉलेज एंड आई एंजॉयड बट अगेन देर वाज देयर यूज़ टू बी एग्जाम्स एंड आई यूज़ टू हेट देम आई थॉट प्रोबेबली वंस आई गो इनू माय जॉब आई विल हैव मोर मनी एंड आई विल फील मच हैप्पियर</w:t>
      </w:r>
    </w:p>
    <w:p>
      <w:r>
        <w:rPr>
          <w:b/>
        </w:rPr>
        <w:t xml:space="preserve">[1:07:56] </w:t>
      </w:r>
      <w:r>
        <w:t>and ah soon came my my job i thought that even now probably i am earning a little bit less when i earn a bit more then i will feel happy so when i started earning more but there was something that i always thought and i started believing that the the happiness lies in actually waiting for that happiness and the moment that that moment comes so that moment is over</w:t>
      </w:r>
    </w:p>
    <w:p>
      <w:pPr>
        <w:jc w:val="right"/>
      </w:pPr>
      <w:r>
        <w:t>एंड अह सून केम माय माय जॉब आई थॉट दैट इवन नाउ प्रोबेबली आई एम अर्निंग अ लिटिल बिट लेस व्हेन आई अर्न अ बिट मोर देन आई विल फील हैप्पी सो व्हेन आई स्टार्टेड अर्निंग मोर बट देयर वाज समथिंग दैट आई ऑलवेज थॉट एंड आई स्टार्टेड बिलीविंग दैट द द हैप्पीनेस लाइज इन एक्चुअली वेटिंग फॉर दैट हैप्पीनेस एंड द मोमेंट दैट दैट मोमेंट कम्स सो दैट मोमेंट इज ओवर</w:t>
      </w:r>
    </w:p>
    <w:p>
      <w:r>
        <w:rPr>
          <w:b/>
        </w:rPr>
        <w:t xml:space="preserve">[1:08:24] </w:t>
      </w:r>
      <w:r>
        <w:t>so that that's what i thought that life is that you can never be so happy ah you can only only be happy in in the hope of in the hope of ah something that will that will make you happy so otherwise the moment the moment came it was over so again that bout of sadness just ah use to grip me so i came to Maulana and ah thanks to vinny for that and ah she introduced me to him</w:t>
      </w:r>
    </w:p>
    <w:p>
      <w:pPr>
        <w:jc w:val="right"/>
      </w:pPr>
      <w:r>
        <w:t>सो दैट दैट्स व्हाट आई थॉट दैट लाइफ इज दैट यू कैन नेवर बी सो हैप्पी अह यू कैन ओनली ओनली बी हैप्पी इन इन द होप ऑफ इन द होप ऑफ अह समथिंग दैट विल दैट विल मेक यू हैप्पी सो अदरवाइज द मोमेंट द मोमेंट केम इट वाज ओवर सो अगेन दैट बोट ऑफ सैडनेस जस्ट अह यूज़ टू ग्रिप मी सो आई केम टू मौलाना एंड अह थैंक्स टू विनी फॉर दैट एंड अह शी इंट्रोड्यूस्ड मी टू हिम</w:t>
      </w:r>
    </w:p>
    <w:p>
      <w:r>
        <w:rPr>
          <w:b/>
        </w:rPr>
        <w:t xml:space="preserve">[1:08:54] </w:t>
      </w:r>
      <w:r>
        <w:t>and ah then the change that i have here in my life that i i was i thought that i always i am doing the right things i am a practicing muslim i am doing my namaz doing my roza and everything so i always thought that that this is what life is and ah once i am here with Maulana that i realized that he has got two things that is god and paradise he</w:t>
      </w:r>
    </w:p>
    <w:p>
      <w:pPr>
        <w:jc w:val="right"/>
      </w:pPr>
      <w:r>
        <w:t>एंड अह देन द चेंज दैट आई हैव हियर इन माय लाइफ दैट आई आई वाज आई थॉट दैट आई ऑलवेज आई एम डूइंग द राइट थिंग्स आई एम अ प्रैक्टिसिंग मुस्लिम आई एम डूइंग माय नमाज डूइंग माय रोजा एंड एवरीथिंग सो आई ऑलवेज थॉट दैट दैट दिस इज व्हाट लाइफ इज एंड अह वंस आई एम हियर विद मौलाना दैट आई रियलाइज्ड दैट ही हैज़ गॉट टू थिंग्स दैट इज गॉड एंड पैराडाइस ही</w:t>
      </w:r>
    </w:p>
    <w:p>
      <w:r>
        <w:rPr>
          <w:b/>
        </w:rPr>
        <w:t xml:space="preserve">[1:09:23] </w:t>
      </w:r>
      <w:r>
        <w:t>is made these two things so real for me that whenever in all my actions i do i think about god and i think he is made it a real living existence for me that god is so existent that he is with us all the time and ah and that's what has changed my life and even the concept of ah paradise that's i think that Maulana tells it so</w:t>
      </w:r>
    </w:p>
    <w:p>
      <w:pPr>
        <w:jc w:val="right"/>
      </w:pPr>
      <w:r>
        <w:t>इज मेड दीज़ टू थिंग्स सो रियल फॉर मी दैट व्हेनेवर इन ऑल माय एक्शंस आई डू आई थिंक अबाउट गॉड एंड आई थिंक ही इज मेड इट अ रियल लिविंग एक्जिस्टेंस फॉर मी दैट गॉड इज सो एक्जिस्टेंट दैट ही इज विद अस ऑल द टाइम एंड अह एंड दैट्स व्हाट हैज़ चेंज्ड माय लाइफ एंड इवन द कांसेप्ट ऑफ अह पैराडाइस दैट्स आई थिंक दैट मौलाना टेल्स इट सो</w:t>
      </w:r>
    </w:p>
    <w:p>
      <w:r>
        <w:rPr>
          <w:b/>
        </w:rPr>
        <w:t xml:space="preserve">[1:09:49] </w:t>
      </w:r>
      <w:r>
        <w:t>nicely he really talks about hell actually and which i had uh always seen other people talking to</w:t>
      </w:r>
    </w:p>
    <w:p>
      <w:pPr>
        <w:jc w:val="right"/>
      </w:pPr>
      <w:r>
        <w:t>नाइसली ही रियली टॉक्स अबाउट हेल एक्चुअली एंड व्हिच आई हैड अह ऑलवेज सीन अदर पीपल टॉकिंग टू</w:t>
      </w:r>
    </w:p>
    <w:p>
      <w:r>
        <w:rPr>
          <w:b/>
        </w:rPr>
        <w:t xml:space="preserve">[1:09:55] </w:t>
      </w:r>
      <w:r>
        <w:t>much about but maulana i have i havent seen him even i have been attending lectures for the</w:t>
      </w:r>
    </w:p>
    <w:p>
      <w:pPr>
        <w:jc w:val="right"/>
      </w:pPr>
      <w:r>
        <w:t>मच अबाउट बट मौलाना आई हैव आई हैवेंट सीन हिम इवन आई हैव बीन अटेंडिंग लेक्चर्स फॉर द</w:t>
      </w:r>
    </w:p>
    <w:p>
      <w:r>
        <w:rPr>
          <w:b/>
        </w:rPr>
        <w:t xml:space="preserve">[1:10:00] </w:t>
      </w:r>
      <w:r>
        <w:t>i think about a year now but i have really or havent even heard uh talking him about</w:t>
      </w:r>
    </w:p>
    <w:p>
      <w:pPr>
        <w:jc w:val="right"/>
      </w:pPr>
      <w:r>
        <w:t>आई थिंक अबाउट अ ईयर नाउ बट आई हैव रियली और हैवेंट इवन हर्ड अह टॉकिंग हिम अबाउट</w:t>
      </w:r>
    </w:p>
    <w:p>
      <w:r>
        <w:rPr>
          <w:b/>
        </w:rPr>
        <w:t xml:space="preserve">[1:10:07] </w:t>
      </w:r>
      <w:r>
        <w:t>hell so i thought that so paradise has become such a real thing for me that i really</w:t>
      </w:r>
    </w:p>
    <w:p>
      <w:pPr>
        <w:jc w:val="right"/>
      </w:pPr>
      <w:r>
        <w:t>हेल सो आई थॉट दैट सो पैराडाइस हैज़ बिकम सच अ रियल थिंग फॉर मी दैट आई रियली</w:t>
      </w:r>
    </w:p>
    <w:p>
      <w:r>
        <w:rPr>
          <w:b/>
        </w:rPr>
        <w:t xml:space="preserve">[1:10:13] </w:t>
      </w:r>
      <w:r>
        <w:t>want to go to paradise and so for going to paradise he told me what all i need</w:t>
      </w:r>
    </w:p>
    <w:p>
      <w:pPr>
        <w:jc w:val="right"/>
      </w:pPr>
      <w:r>
        <w:t>वांट टू गो टू पैराडाइस एंड सो फॉर गोइंग टू पैराडाइस ही स्टोल्ड मी व्हाट ऑल आई नीड</w:t>
      </w:r>
    </w:p>
    <w:p>
      <w:r>
        <w:rPr>
          <w:b/>
        </w:rPr>
        <w:t xml:space="preserve">[1:10:18] </w:t>
      </w:r>
      <w:r>
        <w:t>to do</w:t>
      </w:r>
    </w:p>
    <w:p>
      <w:pPr>
        <w:jc w:val="right"/>
      </w:pPr>
      <w:r>
        <w:t>टू डू</w:t>
      </w:r>
    </w:p>
    <w:p>
      <w:r>
        <w:rPr>
          <w:b/>
        </w:rPr>
        <w:t xml:space="preserve">[1:10:19] </w:t>
      </w:r>
      <w:r>
        <w:t>and he has changed my life in terms of dawa also that ah not also ya because that has that is the sole objective of my life now and to that extent that i think about ah my promotions i think about taking up jobs that i think that probably i need to change my career that if i have to do dawa maybe the work that i am doing probably now will not be ah ah will be a hindrance for my dawa</w:t>
      </w:r>
    </w:p>
    <w:p>
      <w:pPr>
        <w:jc w:val="right"/>
      </w:pPr>
      <w:r>
        <w:t>एंड ही हैज़ चेंज्ड माय लाइफ इन टर्म्स ऑफ दावा आल्सो दैट अह नॉट आल्सो या बिकॉज़ दैट हैज़ दैट इज दी सोल ऑब्जेक्टिव ऑफ माय लाइफ नाउ एंड टू दैट एक्सटेंट दैट आई थिंक अबाउट अह माय प्रमोशंस आई थिंक अबाउट टेकिंग अप जॉब्स दैट आई थिंक दैट प्रोबेबली आई नीड टू चेंज माय करियर दैट इफ आई हैव टू डू दावा मे बी द वर्क दैट आई एम डूइंग प्रोबेबली नाउ विल नॉट बी अह अह विल बी अ हिंडरेंस फॉर माय दावा</w:t>
      </w:r>
    </w:p>
    <w:p>
      <w:r>
        <w:rPr>
          <w:b/>
        </w:rPr>
        <w:t xml:space="preserve">[1:10:49] </w:t>
      </w:r>
      <w:r>
        <w:t>so i i think to that extent that my objective in life is ah to do dawa only and its just thanks thanks to Maulana only that i have reached to this stage that i think my overall objective in life is to do dawa and actually show the right message of god ah to the people around me</w:t>
      </w:r>
    </w:p>
    <w:p>
      <w:pPr>
        <w:jc w:val="right"/>
      </w:pPr>
      <w:r>
        <w:t>सो आई आई थिंक टू दैट एक्सटेंट दैट माय ऑब्जेक्टिव इन लाइफ इज अह टू डू दावा ओनली एंड इट्स जस्ट थैंक थैंक्स टू मौलाना ओनली दैट आई हैव रीच्ड टू दिस स्टेज दैट आई थिंक माय ओवरऑल ऑब्जेक्टिव इन लाइफ इज टू डू दावा एंड एक्चुअली शो द राइट मैसेज ऑफ गॉड अह टू द पीपल अराउंड मी</w:t>
      </w:r>
    </w:p>
    <w:p>
      <w:r>
        <w:rPr>
          <w:b/>
        </w:rPr>
        <w:t xml:space="preserve">[1:11:15] </w:t>
      </w:r>
      <w:r>
        <w:t>i am attending this class last six months so i have learned here ah to how to be a happy persons in this so influential of influential world because if you see in today's environment that people are ready to fight with you on every steps people are ready to abuse with you on every steps</w:t>
      </w:r>
    </w:p>
    <w:p>
      <w:pPr>
        <w:jc w:val="right"/>
      </w:pPr>
      <w:r>
        <w:t>आई एम अटेंडिंग दिस क्लास लास्ट सिक्स मंथ्स सो आई हैव लर्न हियर अह टू हाउ टू बी अ हैप्पी पर्सन्स इन दिस सो इनफ्लुएंशियल ऑफ इनफ्लुएंशियल वर्ल्ड बिकॉज़ इफ यू सी इन टुडेज एनवायरमेंट दैट पीपल आर रेडी टू फाइट विद यू ऑन एवरी स्टेप्स पीपल आर रेडी टू अब्यूज विद यू ऑन एवरी स्टेप्स</w:t>
      </w:r>
    </w:p>
    <w:p>
      <w:r>
        <w:rPr>
          <w:b/>
        </w:rPr>
        <w:t xml:space="preserve">[1:11:42] </w:t>
      </w:r>
      <w:r>
        <w:t>so i have learned here after meeting the Maulana that how to get over ah control on your desires how to be a positive persons because today's the people are thinking only the ah personal point of view not others point of view if there problems these problem they never bother about the others</w:t>
      </w:r>
    </w:p>
    <w:p>
      <w:pPr>
        <w:jc w:val="right"/>
      </w:pPr>
      <w:r>
        <w:t>सो आई हैव लर्न हियर आफ्टर मीटिंग द मौलाना दैट हाउ टू गेट ओवर अह कंट्रोल ऑन योर डिजायर्स हाउ टू बी अ पॉजिटिव पर्सन्स बिकॉज़ टुडेज द पीपल आर थिंकिंग ओनली द अह पर्सनल्स पॉइंट ऑफ व्यू नॉट अदर्स पॉइंट ऑफ व्यू इफ देयर प्रॉब्लम्स दीज़ प्रॉब्लम दे नेवर बोथर अबाउट द अदर्स</w:t>
      </w:r>
    </w:p>
    <w:p>
      <w:r>
        <w:rPr>
          <w:b/>
        </w:rPr>
        <w:t xml:space="preserve">[1:12:09] </w:t>
      </w:r>
      <w:r>
        <w:t>so i have learned these things and ah i would like to thanks a lot to the Maulana and vinny who is introduce introduces me in this class and the best part of the Maulana what ah what i learned here that Maulana is telling the spirituality linking with the practical things in today's environment that is the so impress to</w:t>
      </w:r>
    </w:p>
    <w:p>
      <w:pPr>
        <w:jc w:val="right"/>
      </w:pPr>
      <w:r>
        <w:t>सो आई हैव लर्न दीज़ थिंग्स एंड अह आई वुड लाइक टू थैंक्स अ लॉट टू द मौलाना एंड विनी हु इज इंट्रोड्यूस इंट्रोड्यूसेस मी इन दिस क्लास एंड द बेस्ट पार्ट ऑफ द मौलाना व्हाट अह व्हाट आई लर्न हियर दैट मौलाना इज टेलिंग द स्पिरिचुअलिटी लिंकिंग विद द प्रैक्टिकल थिंग्स इन टुडेज एनवायरमेंट दैट इज द सो इंप्रेस टू</w:t>
      </w:r>
    </w:p>
    <w:p>
      <w:r>
        <w:rPr>
          <w:b/>
        </w:rPr>
        <w:t xml:space="preserve">[1:12:34] </w:t>
      </w:r>
      <w:r>
        <w:t>me and he is if he is saying anything that this is wrong or this is right the main thing he is giving the 10 examples with the practicality and if you want to then you can check it it is correct or not that is the best part of Maulana i would like to thanks thank you.</w:t>
      </w:r>
    </w:p>
    <w:p>
      <w:pPr>
        <w:jc w:val="right"/>
      </w:pPr>
      <w:r>
        <w:t>मी एंड ही इज इफ ही इज सेइंग एनीथिंग दैट दिस इज रोंग और दिस इज राइट द मेन थिंग ही इज गिविंग द 10 एग्जांपल्स विद द प्रैक्टिकलिटी एंड इफ यू वांट टू देन यू कैन चेक इट इट इज करेक्ट और नॉट दैट इज द बेस्ट पार्ट ऑफ मौलाना आई वुड लाइक टू थैंक्स थैंक यू.</w:t>
      </w:r>
    </w:p>
    <w:p>
      <w:r>
        <w:rPr>
          <w:b/>
        </w:rPr>
        <w:t xml:space="preserve">[1:12:53] </w:t>
      </w:r>
      <w:r>
        <w:t>ah i was supposed to go ah back to hyderabad and back to canada this this evening then ah brother khan ask me to stay and i am very privileged to be</w:t>
      </w:r>
    </w:p>
    <w:p>
      <w:pPr>
        <w:jc w:val="right"/>
      </w:pPr>
      <w:r>
        <w:t>अह आई वास सपोज्ड टू गो अह बैक टू हैदराबाद एंड बैक टू कनाडा दिस दिस इवनिंग देन अह ब्रदर खान आस्क मी टू स्टे एंड आई एम वेरी प्रिविलेज्ड टू बी</w:t>
      </w:r>
    </w:p>
    <w:p>
      <w:r>
        <w:rPr>
          <w:b/>
        </w:rPr>
        <w:t xml:space="preserve">[1:13:03] </w:t>
      </w:r>
      <w:r>
        <w:t>here i knew Maulana for two years ah i come to good world very often and we publish some scientific books and of course we do some islamic ah dawa ah in canada i have been there for 25 years ah without wasting your time i want to relate ah the things ah which ah impress me ah about ah Maulana's introduction to me ah i am i am not a i have not attended this class this is the first this is my f</w:t>
      </w:r>
    </w:p>
    <w:p>
      <w:pPr>
        <w:jc w:val="right"/>
      </w:pPr>
      <w:r>
        <w:t>हियर आई न्यू मौलाना फॉर टू इयर्स अह आई कम टू गुड वर्ल्ड वेरी ऑफन एंड वी पब्लिश सम साइंटिफिक बुक्स एंड ऑफ कोर्स वी डू सम इस्लामिक अह दावा अह इन कनाडा आई हैव बीन देयर फॉर 25 इयर्स अह विदाउट वेस्टिंग योर टाइम आई वांट टू रिलेट अह द थिंग्स अह व्हिच अह इंप्रेस मी अह अबाउट अह मौलानाज इंट्रोडक्शन टू मी अह आई हैम आई एम नॉट अ आई हैव नॉट अटेंडेड दिस क्लास दिस इज द फर्स्ट दिस इज माय फ</w:t>
      </w:r>
    </w:p>
    <w:p>
      <w:r>
        <w:rPr>
          <w:b/>
        </w:rPr>
        <w:t xml:space="preserve">[1:13:30] </w:t>
      </w:r>
      <w:r>
        <w:t>irst class i wish i will live in delhi and i turn every friday ah we do have such activities in canada although we don't have Maulana and i have a proposal letter on to finish ah my presentation ah we meet ah every sunday friday is very busy there people work late traffic jams you know its material world</w:t>
      </w:r>
    </w:p>
    <w:p>
      <w:pPr>
        <w:jc w:val="right"/>
      </w:pPr>
      <w:r>
        <w:t>र्स्ट क्लास आई विश आई विल लिव इन दिल्ली एंड आई टर्न एवरी फ्राइडे अह वी डू हैव सच एक्टिविटीज इन कनाडा ऑल्दो वी डोंट हैव मौलाना एंड आई हैव अ प्रपोजल लेटर ऑन टू फिनिश अह माय प्रेजेंटेशन अह वी मीट अह एवरी संडे फ्राइडे इज वेरी बिजी देयर पीपल वर्क लेट ट्रैफिक जैम्स यू नो इट्स मटेरियल वर्ल्ड</w:t>
      </w:r>
    </w:p>
    <w:p>
      <w:r>
        <w:rPr>
          <w:b/>
        </w:rPr>
        <w:t xml:space="preserve">[1:13:50] </w:t>
      </w:r>
      <w:r>
        <w:t>so on sundays after zohar we meet and we invite various ah ah scholars ah knowledgeable people islam and then we talk about ah inter we call it interfaith dialogue ah we get people of all other religions ah of course ah that community is predominantly christian but we do get ah christians we have some hindu friends ah sardarji sikh people and then even jewish people come to us in the mosque</w:t>
      </w:r>
    </w:p>
    <w:p>
      <w:pPr>
        <w:jc w:val="right"/>
      </w:pPr>
      <w:r>
        <w:t>सो ऑन संडेज आफ्टर जोहर वी मीट एंड वी इनवाइट वेरियस अह अह स्कॉलर्स अह नॉलेजेबल पीपल इस्लाम एंड देन वी टॉक अबाउट अह इंटर वी कॉल इट इंटरफेयर डायलॉग अह वी गेट पीपल ऑफ ऑल अदर रिलीजंस अह ऑफ कोर्स अह दैट कम्युनिटी इज प्रिडोमिनेंटली क्रिश्चियन बट वी डू गेट अह क्रिश्चियंस वी हैव सम हिंदू फ्रेंड्स अह सरदारजी सिख पीपल एंड देन इवन जूइश पीपल कम टू अस इन द मस्क</w:t>
      </w:r>
    </w:p>
    <w:p>
      <w:r>
        <w:rPr>
          <w:b/>
        </w:rPr>
        <w:t xml:space="preserve">[1:14:18] </w:t>
      </w:r>
      <w:r>
        <w:t>uh this is uh known as the name of the institution is idea that means uh institute for</w:t>
      </w:r>
    </w:p>
    <w:p>
      <w:pPr>
        <w:jc w:val="right"/>
      </w:pPr>
      <w:r>
        <w:t>अह दिस इज अह नोन एज द नेम ऑफ द इंस्टिट्यूशन इज आईडिया दैट मींस अह इंस्टिट्यूट फॉर</w:t>
      </w:r>
    </w:p>
    <w:p>
      <w:r>
        <w:rPr>
          <w:b/>
        </w:rPr>
        <w:t xml:space="preserve">[1:14:23] </w:t>
      </w:r>
      <w:r>
        <w:t>development of understanding and peace something like that and uh and then we rotate we go to a</w:t>
      </w:r>
    </w:p>
    <w:p>
      <w:pPr>
        <w:jc w:val="right"/>
      </w:pPr>
      <w:r>
        <w:t>डेवलपमेंट ऑफ अंडरस्टैंडिंग एंड पीस समथिंग लाइक दैट एंड अह एंड देन वी रोटेट वी गो टू अ</w:t>
      </w:r>
    </w:p>
    <w:p>
      <w:r>
        <w:rPr>
          <w:b/>
        </w:rPr>
        <w:t xml:space="preserve">[1:14:29] </w:t>
      </w:r>
      <w:r>
        <w:t>temple we dont go to a gurdwara we go to a church like they are coming to us</w:t>
      </w:r>
    </w:p>
    <w:p>
      <w:pPr>
        <w:jc w:val="right"/>
      </w:pPr>
      <w:r>
        <w:t>टेंपल वी डोंट गो टू अ गुरुद्वारा वी गो टू अ चर्च लाइक दे आर कमिंग टू अस</w:t>
      </w:r>
    </w:p>
    <w:p>
      <w:r>
        <w:rPr>
          <w:b/>
        </w:rPr>
        <w:t xml:space="preserve">[1:14:34] </w:t>
      </w:r>
      <w:r>
        <w:t>we want to reciprocate i think the main message we get maulana and i think uh you know</w:t>
      </w:r>
    </w:p>
    <w:p>
      <w:pPr>
        <w:jc w:val="right"/>
      </w:pPr>
      <w:r>
        <w:t>वी वांट टू रेसिप्रोकेट आई थिंक द मेन मैसेज वी गेट मौलाना एंड आई थिंक अह यू नो</w:t>
      </w:r>
    </w:p>
    <w:p>
      <w:r>
        <w:rPr>
          <w:b/>
        </w:rPr>
        <w:t xml:space="preserve">[1:14:39] </w:t>
      </w:r>
      <w:r>
        <w:t>a lot better than i do that uh prophet sallallahu alaihi wasallam with rahmatul alameen is not just</w:t>
      </w:r>
    </w:p>
    <w:p>
      <w:pPr>
        <w:jc w:val="right"/>
      </w:pPr>
      <w:r>
        <w:t>अ लॉट बेटर दैन आई डू दैट अह प्रोफेट सल्लल्लाहु अलैहि वसल्लम विद रहमतुल्ला आलमीन इज नॉट जस्ट</w:t>
      </w:r>
    </w:p>
    <w:p>
      <w:r>
        <w:rPr>
          <w:b/>
        </w:rPr>
        <w:t xml:space="preserve">[1:14:44] </w:t>
      </w:r>
      <w:r>
        <w:t>rahmatul muslimeen and this has to be uh really uh uh exploited by all of</w:t>
      </w:r>
    </w:p>
    <w:p>
      <w:pPr>
        <w:jc w:val="right"/>
      </w:pPr>
      <w:r>
        <w:t>रहमतुल्ला मुस्लिमी एंड दिस हैज़ टू बी अह रियली अह अह एक्सप्लोइटेड बाय ऑल ऑफ</w:t>
      </w:r>
    </w:p>
    <w:p>
      <w:r>
        <w:rPr>
          <w:b/>
        </w:rPr>
        <w:t xml:space="preserve">[1:14:50] </w:t>
      </w:r>
      <w:r>
        <w:t>us he he came as rahma which is ah you know the mercy for the mankind he didnt come for and i think muslim failed to tell the world this this ah this this aspect of this so we do that and then the people like sheikh hamza yusuf come yusuf salam come younger people are you know like you know like ah our revolting teenagers here who mashallah have come to the right path due to maulanas ah ah help ah they are also there are lots of them there</w:t>
      </w:r>
    </w:p>
    <w:p>
      <w:pPr>
        <w:jc w:val="right"/>
      </w:pPr>
      <w:r>
        <w:t>अस ही ही केम एज रहमा व्हिच इज अह यू नो द मर्सी फॉर द मैनकाइंड ही डिंट कम फॉर एंड आई थिंक मुस्लिम फेल टू टेल द वर्ल्ड दिस दिस अह दिस दिस एस्पेक्ट ऑफ दिस सो वी डू दैट एंड देन द पीपल लाइक शेख हमजा यूसुफ कम यूसुफ सलाम कम यंगर पीपल आर यू नो लाइक यू नो लाइक अह आवर रिवोल्टिंग टीनएजर्स हियर हु माशाल्लाह हैव कम टू द राइट पैथ ड्यू टू मौलानाज अह अह हेल्प अह दे आर आल्सो देयर आर लॉट्स ऑफ देम देयर</w:t>
      </w:r>
    </w:p>
    <w:p>
      <w:r>
        <w:rPr>
          <w:b/>
        </w:rPr>
        <w:t xml:space="preserve">[1:15:19] </w:t>
      </w:r>
      <w:r>
        <w:t>and as you know that in the western world there are lot more deviation and attraction and reflection you have then you have in delhi or in india as you hold if you combine all these distractions you have in india we have 100 times more over there because over there the world is m completely materialistic i want this i want this there is no end and you can change your cellphone everyday there are so many new models we have ah ah models of cars and we have ipod and just ne</w:t>
      </w:r>
    </w:p>
    <w:p>
      <w:pPr>
        <w:jc w:val="right"/>
      </w:pPr>
      <w:r>
        <w:t>एंड एज यू नो दैट इन द वेस्टर्न वर्ल्ड देयर आर लॉट मोर डेविएशन एंड अट्रैक्शन एंड रिफ्लेक्शन यू हैव देन यू हैव इन दिल्ली और इन इंडिया एज यू होल्ड इफ यू कंबाइन ऑल दी डिस्ट्रक्शन यू हैव इन इंडिया वी हैव 100 टाइम्स मोर ओवर देयर बिकॉज़ ओवर देयर द वर्ल्ड इज म कंपलीटली मटेरियलिस्टिक आई वांट दिस आई वांट दिस देयर इज नो एंड यू कैन चेंज योर सेलफोन एवरीडे देयर आर सो मेनी न्यू मॉडल्स वी हैव अह अह मॉडल्स ऑफ कार्स एंड वी हैव आईपॉड एंड जस्ट ने</w:t>
      </w:r>
    </w:p>
    <w:p>
      <w:r>
        <w:rPr>
          <w:b/>
        </w:rPr>
        <w:t xml:space="preserve">[1:15:47] </w:t>
      </w:r>
      <w:r>
        <w:t>us it uh you will just waste your life in uh uh hunting for the uh this uh</w:t>
      </w:r>
    </w:p>
    <w:p>
      <w:pPr>
        <w:jc w:val="right"/>
      </w:pPr>
      <w:r>
        <w:t>म इट अह यू विल जस्ट वेस्ट योर लाइफ इन अह अह हंटिंग फॉर दी अह दिस अह</w:t>
      </w:r>
    </w:p>
    <w:p>
      <w:r>
        <w:rPr>
          <w:b/>
        </w:rPr>
        <w:t xml:space="preserve">[1:15:52] </w:t>
      </w:r>
      <w:r>
        <w:t>ridiculous uh material things so uh what we have done that we have uh schools on weekend uh</w:t>
      </w:r>
    </w:p>
    <w:p>
      <w:pPr>
        <w:jc w:val="right"/>
      </w:pPr>
      <w:r>
        <w:t>रिडिक्यूलस अह मटेरियल थिंग्स सो अह व्हाट वी हैव डन दैट वी हैव अह स्कूल्स ऑन वीकेंड अह</w:t>
      </w:r>
    </w:p>
    <w:p>
      <w:r>
        <w:rPr>
          <w:b/>
        </w:rPr>
        <w:t xml:space="preserve">[1:15:58] </w:t>
      </w:r>
      <w:r>
        <w:t>to teach uh people uh uh you know uh uh about various things for teenagers we have halqas</w:t>
      </w:r>
    </w:p>
    <w:p>
      <w:pPr>
        <w:jc w:val="right"/>
      </w:pPr>
      <w:r>
        <w:t>टू टीच अह पीपल अह अह यू नो अह अह अबाउट वेरियस थिंग्स फॉर टीनएजर्स वी हैव हलकाज</w:t>
      </w:r>
    </w:p>
    <w:p>
      <w:r>
        <w:rPr>
          <w:b/>
        </w:rPr>
        <w:t xml:space="preserve">[1:16:04] </w:t>
      </w:r>
      <w:r>
        <w:t>or circles uh in which we take contemporary issues it doesnt have to be sitting down uh taking</w:t>
      </w:r>
    </w:p>
    <w:p>
      <w:pPr>
        <w:jc w:val="right"/>
      </w:pPr>
      <w:r>
        <w:t>और सर्कल्स अह इन व्हिच वी टेक कंटेंपररी इश्यूज इट डजंट हैव टू बी सिटिंग डाउन अह टेकिंग</w:t>
      </w:r>
    </w:p>
    <w:p>
      <w:r>
        <w:rPr>
          <w:b/>
        </w:rPr>
        <w:t xml:space="preserve">[1:16:10] </w:t>
      </w:r>
      <w:r>
        <w:t>the quran and and a read about it yes of course we read quran to uh what impressed</w:t>
      </w:r>
    </w:p>
    <w:p>
      <w:pPr>
        <w:jc w:val="right"/>
      </w:pPr>
      <w:r>
        <w:t>द कुरान एंड एंड अ रीड अबाउट इट यस ऑफ कोर्स वी रीड कुरान टू अह व्हाट इंप्रेस</w:t>
      </w:r>
    </w:p>
    <w:p>
      <w:r>
        <w:rPr>
          <w:b/>
        </w:rPr>
        <w:t xml:space="preserve">[1:16:16] </w:t>
      </w:r>
      <w:r>
        <w:t>me is this whole name</w:t>
      </w:r>
    </w:p>
    <w:p>
      <w:pPr>
        <w:jc w:val="right"/>
      </w:pPr>
      <w:r>
        <w:t>मी इज दिस होल नेम</w:t>
      </w:r>
    </w:p>
    <w:p>
      <w:r>
        <w:rPr>
          <w:b/>
        </w:rPr>
        <w:t xml:space="preserve">[1:16:18] </w:t>
      </w:r>
      <w:r>
        <w:t>ah the center for i was just asking him ah that what is cps stands for you know being a new comer i didnt know that it says center for peace and spirituality maulana it should be center for humanity peace and spirituality because you are talking about humanity you are not just talking about few people and i think ah ah i like to invite maulana t</w:t>
      </w:r>
    </w:p>
    <w:p>
      <w:pPr>
        <w:jc w:val="right"/>
      </w:pPr>
      <w:r>
        <w:t>अह द सेंटर फॉर आई वास जस्ट आस्किंग हिम अह दैट व्हाट इज सीपीएस स्टैंड्स फॉर यू नो बीइंग अ न्यू कमर आई डिंट नो दैट इट सेज सेंटर फॉर पीस एंड स्पिरिचुअलिटी मौलाना इट शुड बी सेंटर फॉर ह्यूमैनिटी पीस एंड स्पिरिचुअलिटी बिकॉज़ यू आर टॉकिंग अबाउट ह्यूमैनिटी यू आर नॉट जस्ट टॉकिंग अबाउट फ्यू पीपल एंड आई थिंक अह अह आई लाइक टू इनवाइट मौलाना ट</w:t>
      </w:r>
    </w:p>
    <w:p>
      <w:r>
        <w:rPr>
          <w:b/>
        </w:rPr>
        <w:t xml:space="preserve">[1:16:39] </w:t>
      </w:r>
      <w:r>
        <w:t>you come to canada we have various functions and uh and and i think uh i think uh</w:t>
      </w:r>
    </w:p>
    <w:p>
      <w:pPr>
        <w:jc w:val="right"/>
      </w:pPr>
      <w:r>
        <w:t>ू कम टू कनाडा वी हैव वेरियस फंक्शंस एंड अह एंड एंड आई थिंक अह आई थिंक अह</w:t>
      </w:r>
    </w:p>
    <w:p>
      <w:r>
        <w:rPr>
          <w:b/>
        </w:rPr>
        <w:t xml:space="preserve">[1:16:44] </w:t>
      </w:r>
      <w:r>
        <w:t>the concept of peace and then the whole</w:t>
      </w:r>
    </w:p>
    <w:p>
      <w:pPr>
        <w:jc w:val="right"/>
      </w:pPr>
      <w:r>
        <w:t>द कांसेप्ट ऑफ पीस एंड देन द होल</w:t>
      </w:r>
    </w:p>
    <w:p>
      <w:r>
        <w:rPr>
          <w:b/>
        </w:rPr>
        <w:t xml:space="preserve">[1:16:48] </w:t>
      </w:r>
      <w:r>
        <w:t>Uh, the problem of terrorism and how the media or somebody, I don't know who is there, uh,</w:t>
      </w:r>
    </w:p>
    <w:p>
      <w:pPr>
        <w:jc w:val="right"/>
      </w:pPr>
      <w:r>
        <w:t>अह द प्रॉब्लम ऑफ टेररिज्म एंड हाउ द मीडिया और समबडी आई डोंट नो हु इज देयर अह</w:t>
      </w:r>
    </w:p>
    <w:p>
      <w:r>
        <w:rPr>
          <w:b/>
        </w:rPr>
        <w:t xml:space="preserve">[1:16:55] </w:t>
      </w:r>
      <w:r>
        <w:t>other than you know other than what we people some few people we know have done it uh</w:t>
      </w:r>
    </w:p>
    <w:p>
      <w:pPr>
        <w:jc w:val="right"/>
      </w:pPr>
      <w:r>
        <w:t>अदर देन यू नो अदर देन व्हाट वी पीपल सम फ्यू पीपल वी नो हैव डन इट अह</w:t>
      </w:r>
    </w:p>
    <w:p>
      <w:r>
        <w:rPr>
          <w:b/>
        </w:rPr>
        <w:t xml:space="preserve">[1:17:00] </w:t>
      </w:r>
      <w:r>
        <w:t>but there is one positive aspect we saw the youth over there my children uh you know i</w:t>
      </w:r>
    </w:p>
    <w:p>
      <w:pPr>
        <w:jc w:val="right"/>
      </w:pPr>
      <w:r>
        <w:t>बट देयर इज वन पॉजिटिव एस्पेक्ट वी सॉ द यूथ ओवर देयर माय चिल्ड्रन अह यू नो आई</w:t>
      </w:r>
    </w:p>
    <w:p>
      <w:r>
        <w:rPr>
          <w:b/>
        </w:rPr>
        <w:t xml:space="preserve">[1:17:05] </w:t>
      </w:r>
      <w:r>
        <w:t>have to daughters they are married and they are settled and well educated</w:t>
      </w:r>
    </w:p>
    <w:p>
      <w:pPr>
        <w:jc w:val="right"/>
      </w:pPr>
      <w:r>
        <w:t>हैव टू डॉटर्स दे आर मैरिड एंड दे आर सेटल्ड एंड वेल एजुकेटेड</w:t>
      </w:r>
    </w:p>
    <w:p>
      <w:r>
        <w:rPr>
          <w:b/>
        </w:rPr>
        <w:t xml:space="preserve">[1:17:09] </w:t>
      </w:r>
      <w:r>
        <w:t>ah and then i have a son who is doing mba right now so ah i ask them ah how do you how do it affect you i am a research scientist i am in a completely research community we dont have any problems of any kind and then we do dawa and coffee time coffee break what do you think of this this is happening in this comments so ah the young people tell me ah that ah we look at it differently it doesnt bother it the universities there is nothing going on a university nobody believes on this media</w:t>
      </w:r>
    </w:p>
    <w:p>
      <w:pPr>
        <w:jc w:val="right"/>
      </w:pPr>
      <w:r>
        <w:t>अह एंड देन आई हैव अ सन हु इज डूइंग एमबीए राइट नाउ सो अह आई आस्क देम अह हाउ डू यू हाउ डू इट अफेक्ट यू आई एम अ रिसर्च साइंटिस्ट आई एम इन ए कंपलीटली रिसर्च कम्युनिटी वी डोंट हैव एनी प्रॉब्लम्स ऑफ एनी काइंड एंड देन वी डू दावा एंड कॉफी टाइम कॉफी ब्रेक व्हाट डू यू थिंक ऑफ दिस दिस इज हैपनिंग इन दिस कमेंट्स सो अह द यंग पीपल टेल मी अह दैट अह वी लुक एट इट डिफरेंटली इट डजंट बॉरर इट द यूनिवर्सिटीज देयर इज नथिंग गोइंग ऑन अ यूनिवर्सिटी नोबडी बिलीव्स ऑन दिस मीडिया</w:t>
      </w:r>
    </w:p>
    <w:p>
      <w:r>
        <w:rPr>
          <w:b/>
        </w:rPr>
        <w:t xml:space="preserve">[1:17:35] </w:t>
      </w:r>
      <w:r>
        <w:t>but one thing is very clear the allah subhan tala has created a new opportunity and awakening so that people who dont know about islam they are now reading it after 9/11 ah the ah all the books in ah atleast in canada i know quran were sold out and so all the people were started buying quran and will giving free quran copies it cost $5 only over there</w:t>
      </w:r>
    </w:p>
    <w:p>
      <w:pPr>
        <w:jc w:val="right"/>
      </w:pPr>
      <w:r>
        <w:t>बट वन थिंग इज वेरी क्लियर द अल्लाह सुब्हान ताला हैज़ क्रिएटेड अ न्यू अपॉर्चुनिटी एंड अवेकनिंग सो दैट पीपल हु डोंट नो अबाउट इस्लाम दे आर नाउ रीडिंग इट आफ्टर 9/11 अह द अह ऑल द बुक्स इन अह अटलीस्ट इन कनाडा आई नो कुरान वेर सोल्ड आउट एंड सो ऑल द पीपल वे स्टार्टेड बाइंग कुरान एंड विल गिविंग फ्री कुरान कॉपीज इट कॉस्ट $5 ओनली ओवर देयर</w:t>
      </w:r>
    </w:p>
    <w:p>
      <w:r>
        <w:rPr>
          <w:b/>
        </w:rPr>
        <w:t xml:space="preserve">[1:18:00] </w:t>
      </w:r>
      <w:r>
        <w:t>and we so we are buying quran and giving donations so that we can ah give to the ah to the community ah nearby ah so this is a good opportunity we we found positively and there is tremendous interest a lot of misunderstandings about as some brother said here you know he he has attributed ah ah ah islam with terrorism or violence you know this is how it has been perceived wi</w:t>
      </w:r>
    </w:p>
    <w:p>
      <w:pPr>
        <w:jc w:val="right"/>
      </w:pPr>
      <w:r>
        <w:t>एंड वी सो वी आर बाइंग कुरान एंड गिविंग डोनेशंस सो दैट वी कैन अह गिव टू द अह टू द कम्युनिटी अह नियर बाय अह सो दिस इज अ गुड अपॉर्चुनिटी वी वी फाउंड पॉजिटिवली एंड देयर इज टमेंडस इंटरेस्ट अ लॉट ऑफ मिसअंडरस्टैंडिंग्स अबाउट एज सम ब्रदर सेड हियर यू नो ही ही हैज़ अट्रिब्यूटेड अह अह अह इस्लाम विद टेररिज्म और वायलेंस यू नो दिस इज हाउ इट हैज़ बीन परसीव्ड वि</w:t>
      </w:r>
    </w:p>
    <w:p>
      <w:r>
        <w:rPr>
          <w:b/>
        </w:rPr>
        <w:t xml:space="preserve">[1:18:24] </w:t>
      </w:r>
      <w:r>
        <w:t>th the other thing we also did maulana is that we conduct ah ah ah called neighborhood open houses wherever there is a mosque there is a neighborhood obviously so we have open houses ah every three months or something we invite the all community ah irrespective of the religions to come down to the mosque and we give them a brief presentation of what is the mosque ah ah meant for there is no hidden guns ah nuclear weapons in the mosque you know just let them see go around and see there is n</w:t>
      </w:r>
    </w:p>
    <w:p>
      <w:pPr>
        <w:jc w:val="right"/>
      </w:pPr>
      <w:r>
        <w:t>द अदर थिंग वी आल्सो डिड मौलाना इज दैट वी कंडक्ट अह अह अह कॉल्ड नेबरहुड ओपन हाउसेस वेरएवर देयर इज अ मस्क देयर इज अ नेबरहुड ऑब्वियसली सो वी हैव ओपन हाउसेस अह एवरी थ्री मंथ्स और समथिंग वी इनवाइट द ऑल कम्युनिटी अह इररेस्पेक्टिव ऑफ द रिलीजंस टू कम डाउन टू द मस्क एंड वी गिव देम अ ब्रीफ प्रेजेंटेशन ऑफ व्हाट इज द मस्क अह अह मेंट फॉर देयर इज नो हिडन गंस अह न्यूक्लियर वेपंस इन द मस्क यू नो जस्ट लेट देम सी गो अराउंड एंड सी देयर इज नथ</w:t>
      </w:r>
    </w:p>
    <w:p>
      <w:r>
        <w:rPr>
          <w:b/>
        </w:rPr>
        <w:t xml:space="preserve">[1:18:53] </w:t>
      </w:r>
      <w:r>
        <w:t>othing there there are books and quran and the people and then ah and they love of course the ah indian ah our food you know this is really their weakness so we exploit the weakness ah very nice biryani and and you have international food turkish food middle eastern food and ah we invite the mayor and the fire chief and police chief so we have very good relations so this ah ah so this terrorism campaign doesnt really bother many of the people includ</w:t>
      </w:r>
    </w:p>
    <w:p>
      <w:pPr>
        <w:jc w:val="right"/>
      </w:pPr>
      <w:r>
        <w:t>िंग देयर देयर आर बुक्स एंड कुरान एंड द पीपल एंड देन अह एंड दे लव ऑफ कोर्स द अह इंडियन अह आवर फूड यू नो दिस इज रियली देयर वीकनेस सो वी एक्सप्लोइट द वीकनेस अह वेरी नाइस बिरयानी एंड एंड यू हैव इंटरनेशनल फूड टर्किश फूड मिडिल ईस्टर्न फूड एंड अह वी इनवाइट द मेयर एंड द फायर चीफ एंड पुलिस चीफ सो वी हैव वेरी गुड रिलेशंस सो दिस अह अह सो दिस टेररिज्म कैंपेन डजंट रियली बॉरर मेनी ऑफ द पीपल इंक्लूड</w:t>
      </w:r>
    </w:p>
    <w:p>
      <w:r>
        <w:rPr>
          <w:b/>
        </w:rPr>
        <w:t xml:space="preserve">[1:19:21] </w:t>
      </w:r>
      <w:r>
        <w:t>ing me. so we do this kind of activities very often ah then we do ah open house for the mosque every every a every a every year once in the summer time barbecue so we do reach ah people of other religions and i think we try to ah tell that ah we are the people of peace there is a color thanks for ah giving me this opportunity.</w:t>
      </w:r>
    </w:p>
    <w:p>
      <w:pPr>
        <w:jc w:val="right"/>
      </w:pPr>
      <w:r>
        <w:t>िंग मी. सो वी डू दिस काइंड ऑफ एक्टिविटीज वेरी ऑफन अह देन वी डू अह ओपन हाउस फॉर द मस्क एवरी एवरी ए एवरी ए एवरी ईयर वंस इन द समर टाइम बारबीक्यू सो वी डू रीच अह पीपल ऑफ अदर रिलीजंस एंड आई थिंक वी ट्राई टू अह टेल दैट अह वी आर द पीपल ऑफ पीस देर इज अ कलर थैंक्स फॉर अह गिविंग मी दिस अपॉर्चुनिटी.</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