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Iman and The Quran March 29, 2009</w:t>
      </w:r>
    </w:p>
    <w:p>
      <w:r>
        <w:t>https://youtu.be/ZWtrkjbbojU</w:t>
      </w:r>
    </w:p>
    <w:p>
      <w:r>
        <w:rPr>
          <w:b/>
        </w:rPr>
        <w:t xml:space="preserve">[00:36] </w:t>
      </w:r>
      <w:r>
        <w:t>aaj ka jo topic hai woh hai iman and quran. iman aur quran.</w:t>
      </w:r>
    </w:p>
    <w:p>
      <w:pPr>
        <w:jc w:val="right"/>
      </w:pPr>
      <w:r>
        <w:t>آجکاجوٹاپکہے وہہے ایمان اینڈ قرآن ۔ ایماناور قرآن۔</w:t>
      </w:r>
    </w:p>
    <w:p>
      <w:r>
        <w:rPr>
          <w:b/>
        </w:rPr>
        <w:t xml:space="preserve">[00:49] </w:t>
      </w:r>
      <w:r>
        <w:t>yeh topic maine liya hai ek hadith ko le kar. dekhiye, hadith ka jo term hai woh ek broad term hai.</w:t>
      </w:r>
    </w:p>
    <w:p>
      <w:pPr>
        <w:jc w:val="right"/>
      </w:pPr>
      <w:r>
        <w:t>یہٹاپک میںنےلیاہے ایک حدیث کولےکر ۔ دیکھیے،حدیثکاجوٹرمہے وہ ایک براڈٹرمہے۔</w:t>
      </w:r>
    </w:p>
    <w:p>
      <w:r>
        <w:rPr>
          <w:b/>
        </w:rPr>
        <w:t xml:space="preserve">[01:02] </w:t>
      </w:r>
      <w:r>
        <w:t>hadith mein rasool Allah ka sahna bhi aati hai aur sahaba ki sahna bhi aati hai. lekin agar alag alag kar ke bolein to is ke liye do alag term hain: sunan aur asar. jab sunan bolein ge to is se murad ho ga rasool Allah ka,</w:t>
      </w:r>
    </w:p>
    <w:p>
      <w:pPr>
        <w:jc w:val="right"/>
      </w:pPr>
      <w:r>
        <w:t>حدیثمیں رسولاللہ کا سہنگبھیآتیہےاور صحابہکیسہنگبھیآتیہے۔ لیکن اگر الگالگکرکےبولیںتواسکےلیےدوالگٹرمہیں: سنتاور اثر ۔جبسنتبولیںگےتواسسےمرادہوگارسولاللہ کا،</w:t>
      </w:r>
    </w:p>
    <w:p>
      <w:r>
        <w:rPr>
          <w:b/>
        </w:rPr>
        <w:t xml:space="preserve">[01:19] </w:t>
      </w:r>
      <w:r>
        <w:t>aur asar bolein ge to is se murad ho ga sahaba ka. to is sense mein yeh goya hadith hai,</w:t>
      </w:r>
    </w:p>
    <w:p>
      <w:pPr>
        <w:jc w:val="right"/>
      </w:pPr>
      <w:r>
        <w:t>اوراثربولیںگےتواسسےمرادہوگاصحابہکا۔ تواسسینسمیں یہ گویاحدیثہے،</w:t>
      </w:r>
    </w:p>
    <w:p>
      <w:r>
        <w:rPr>
          <w:b/>
        </w:rPr>
        <w:t xml:space="preserve">[01:29] </w:t>
      </w:r>
      <w:r>
        <w:t>aur yeh sahaba ka qaul hai.</w:t>
      </w:r>
    </w:p>
    <w:p>
      <w:pPr>
        <w:jc w:val="right"/>
      </w:pPr>
      <w:r>
        <w:t>اور یہ صحابہکاقولہے۔</w:t>
      </w:r>
    </w:p>
    <w:p>
      <w:r>
        <w:rPr>
          <w:b/>
        </w:rPr>
        <w:t xml:space="preserve">[01:35] </w:t>
      </w:r>
      <w:r>
        <w:t>to kuch sahaba ka ek group, jo naujawan log the, woh rasool Allah ke paas aaya aur kuch din tak aap ke paas thehra.</w:t>
      </w:r>
    </w:p>
    <w:p>
      <w:pPr>
        <w:jc w:val="right"/>
      </w:pPr>
      <w:r>
        <w:t>تو کچھ صح ابہکا ایک گروپ، جو نوجوانلوگ تھے، وہرسولاللہکےپاسآیا اور کچھ دن تک آپ کےپاس ٹھہرا۔</w:t>
      </w:r>
    </w:p>
    <w:p>
      <w:r>
        <w:rPr>
          <w:b/>
        </w:rPr>
        <w:t xml:space="preserve">[01:52] </w:t>
      </w:r>
      <w:r>
        <w:t>yaani training ke liye. raat din woh aap ke sath rahe.</w:t>
      </w:r>
    </w:p>
    <w:p>
      <w:pPr>
        <w:jc w:val="right"/>
      </w:pPr>
      <w:r>
        <w:t>یعنی ٹریننگکےلیے۔ راتدنوہآپکےساتھ رہے۔</w:t>
      </w:r>
    </w:p>
    <w:p>
      <w:r>
        <w:rPr>
          <w:b/>
        </w:rPr>
        <w:t xml:space="preserve">[01:59] </w:t>
      </w:r>
      <w:r>
        <w:t>to un mein se ek sahib jinka naam jundab tha, woh kehte hain</w:t>
      </w:r>
    </w:p>
    <w:p>
      <w:pPr>
        <w:jc w:val="right"/>
      </w:pPr>
      <w:r>
        <w:t>تو انمیںسے ایک صاحبجنکانام جندبتھا، وہکہتےہیں</w:t>
      </w:r>
    </w:p>
    <w:p>
      <w:r>
        <w:rPr>
          <w:b/>
        </w:rPr>
        <w:t xml:space="preserve">[02:07] </w:t>
      </w:r>
      <w:r>
        <w:t>ke:</w:t>
      </w:r>
    </w:p>
    <w:p>
      <w:pPr>
        <w:jc w:val="right"/>
      </w:pPr>
      <w:r>
        <w:t>کہ:</w:t>
      </w:r>
    </w:p>
    <w:p>
      <w:r>
        <w:rPr>
          <w:b/>
        </w:rPr>
        <w:t xml:space="preserve">[02:12] </w:t>
      </w:r>
      <w:r>
        <w:t>"ta'allamna al-iman thumma ta'allamna al-quran". hum ne pehle iman seekha, is ke baad hum ne quran seekha.</w:t>
      </w:r>
    </w:p>
    <w:p>
      <w:pPr>
        <w:jc w:val="right"/>
      </w:pPr>
      <w:r>
        <w:t>"تعل َّمناالإيمان ثم تعلَّمنا القرآن"۔ ہمنے پہلے ایمان سیکھا، اسکےبعد ہمنے قرآنسیکھا۔</w:t>
      </w:r>
    </w:p>
    <w:p>
      <w:r>
        <w:rPr>
          <w:b/>
        </w:rPr>
        <w:t xml:space="preserve">[02:25] </w:t>
      </w:r>
      <w:r>
        <w:t>"ta'allamna al-iman thumma ta'allamna al-quran".</w:t>
      </w:r>
    </w:p>
    <w:p>
      <w:pPr>
        <w:jc w:val="right"/>
      </w:pPr>
      <w:r>
        <w:t>"تعلَّمناالإيمان ثم تعلَّمناالقرآن"۔</w:t>
      </w:r>
    </w:p>
    <w:p>
      <w:r>
        <w:rPr>
          <w:b/>
        </w:rPr>
        <w:t xml:space="preserve">[02:30] </w:t>
      </w:r>
      <w:r>
        <w:t>yeh riwayat hadith ki kai kitabon mein aayi hai. to sochne ki baat hai ke is ka matlab kya hai? yaani pehle iman, phir quran. quran baad ko, aur iman pehle. is ka matlab kya hai?</w:t>
      </w:r>
    </w:p>
    <w:p>
      <w:pPr>
        <w:jc w:val="right"/>
      </w:pPr>
      <w:r>
        <w:t>یہ روایت حدیثکیکئیکتاب وںمیںآئیہے۔ تو سوچنےکیباتہےکہ اسکامطلبکیا ہے؟ یعنیپہلے ایمان،پھرقرآن ۔قرآن بعد کو ،اورایمانپہلے۔اسکامطلبکیاہے؟</w:t>
      </w:r>
    </w:p>
    <w:p>
      <w:r>
        <w:rPr>
          <w:b/>
        </w:rPr>
        <w:t xml:space="preserve">[02:48] </w:t>
      </w:r>
      <w:r>
        <w:t>main bohat din se sochta tha is par. quran aur hadith ko samajhne ke liye yaad rakhiye, sirf is ka tarjuma jaanna kafi nahin hai.</w:t>
      </w:r>
    </w:p>
    <w:p>
      <w:pPr>
        <w:jc w:val="right"/>
      </w:pPr>
      <w:r>
        <w:t>میںبہت دنسےسوچتاتھااسپر ۔ قرآناورحدیثکوسمجھنےکےلیےیادرکھیے، صرفاسکاتر جم ہ جانناکافینہیںہے۔</w:t>
      </w:r>
    </w:p>
    <w:p>
      <w:r>
        <w:rPr>
          <w:b/>
        </w:rPr>
        <w:t xml:space="preserve">[02:59] </w:t>
      </w:r>
      <w:r>
        <w:t>sahaba saalon tak kuch aayaton par sochte rehte the, halan ke woh arabi zaban jante the. to sirf arabi zaban jaanna ya is ka tarjuma padh lena,</w:t>
      </w:r>
    </w:p>
    <w:p>
      <w:pPr>
        <w:jc w:val="right"/>
      </w:pPr>
      <w:r>
        <w:t>صحابہ سال وںتک کچھآیتوںپرسوچتےرہتےتھے، حالانکہوہ عربی زبان جانتےتھے۔ تو صرف عربی زبانجاننا یا اسکاترجمہپڑھلینا،</w:t>
      </w:r>
    </w:p>
    <w:p>
      <w:r>
        <w:rPr>
          <w:b/>
        </w:rPr>
        <w:t xml:space="preserve">[03:15] </w:t>
      </w:r>
      <w:r>
        <w:t>is se aap samajh nahin sakte. sochna padta hai, sochna padta hai.</w:t>
      </w:r>
    </w:p>
    <w:p>
      <w:pPr>
        <w:jc w:val="right"/>
      </w:pPr>
      <w:r>
        <w:t>اسسےآپسمجھنہیںسکتے۔ سوچناپڑتاہے، سوچناپڑتاہے۔</w:t>
      </w:r>
    </w:p>
    <w:p>
      <w:r>
        <w:rPr>
          <w:b/>
        </w:rPr>
        <w:t xml:space="preserve">[03:23] </w:t>
      </w:r>
      <w:r>
        <w:t>to bohat barson ke sochne ke baad mujhe samajh mein aaya ke yahan kya matlab hai is asar ka ya is hadith ka. woh hai, yahan iman se murad hai marifat.</w:t>
      </w:r>
    </w:p>
    <w:p>
      <w:pPr>
        <w:jc w:val="right"/>
      </w:pPr>
      <w:r>
        <w:t>تو بہت برسوںکےسوچنےکےبعد مجھےسمجھمیںآیاکہیہاں کیا مطلب ہے اس اثرکا یااسحدیثکا ۔ وہ ہے، یہاں ایمانسے مرادہے معرفت ۔</w:t>
      </w:r>
    </w:p>
    <w:p>
      <w:r>
        <w:rPr>
          <w:b/>
        </w:rPr>
        <w:t xml:space="preserve">[03:40] </w:t>
      </w:r>
      <w:r>
        <w:t>dekhiye, quran mein aur hadith mein iman ke liye doosra lafz istemal hua hai marifat. misaal ke taur par dekhiye, ek hadith hai: "man qala la ilaha illa Allah dakhala al-jannah".</w:t>
      </w:r>
    </w:p>
    <w:p>
      <w:pPr>
        <w:jc w:val="right"/>
      </w:pPr>
      <w:r>
        <w:t>دیکھیے،قرآنمیںاورحدیثمیں ایمانکےلیے دوسرا لفظاستعمالہواہےمعرفت ۔ مثلاًدیکھیے،ایکحدیث ہے: "من قال لا إلهإلاالله دخل الجنة"۔</w:t>
      </w:r>
    </w:p>
    <w:p>
      <w:r>
        <w:rPr>
          <w:b/>
        </w:rPr>
        <w:t xml:space="preserve">[03:53] </w:t>
      </w:r>
      <w:r>
        <w:t>yahan par qaul hai. ek aur hadith mein hai ke: "man 'arafa Allah la ilaha illa Allah dakhala al-jannah". to yahan qaul marifat ke ma'ne mein hai.</w:t>
      </w:r>
    </w:p>
    <w:p>
      <w:pPr>
        <w:jc w:val="right"/>
      </w:pPr>
      <w:r>
        <w:t>یہاںپر قال ہے۔ ایکاور حدیث میںہےکہ:"منعرف الله لا إلهإلااللهدخل الجنة"۔ تویہاں قول معرفتکےمعنیمیںہے۔</w:t>
      </w:r>
    </w:p>
    <w:p>
      <w:r>
        <w:rPr>
          <w:b/>
        </w:rPr>
        <w:t xml:space="preserve">[04:05] </w:t>
      </w:r>
      <w:r>
        <w:t>quran mein dekhiye, saatwein paare mein hai: "mimma 'arafu min al-haqq". wahan iman ko marifat ke</w:t>
      </w:r>
    </w:p>
    <w:p>
      <w:pPr>
        <w:jc w:val="right"/>
      </w:pPr>
      <w:r>
        <w:t>قرآنمیںدیکھیے، ساتویںپارےمیںہے : "مماعرفوامن الحق"۔ وہاںایمانکو معرفتکے</w:t>
      </w:r>
    </w:p>
    <w:p>
      <w:r>
        <w:rPr>
          <w:b/>
        </w:rPr>
        <w:t xml:space="preserve">[04:15] </w:t>
      </w:r>
      <w:r>
        <w:t>lafz mein bayan kiya gaya hai.</w:t>
      </w:r>
    </w:p>
    <w:p>
      <w:pPr>
        <w:jc w:val="right"/>
      </w:pPr>
      <w:r>
        <w:t>لفظمیں بیانکیاگیاہے۔</w:t>
      </w:r>
    </w:p>
    <w:p>
      <w:r>
        <w:rPr>
          <w:b/>
        </w:rPr>
        <w:t xml:space="preserve">[04:19] </w:t>
      </w:r>
      <w:r>
        <w:t>to marifat ke liye english mein koi muqabil nahin hai, sahi ma'non mein. koi bhi lafz nahin hai. marifat bohat gehri ma'ne hai is ki.</w:t>
      </w:r>
    </w:p>
    <w:p>
      <w:pPr>
        <w:jc w:val="right"/>
      </w:pPr>
      <w:r>
        <w:t>تو معرفتکےلیے انگل شمیں کوئی مس اوینہیںہے،صحیحمعنوںمیں۔ کوئیبھی لفظنہیںہے۔ معرفت بہت گ ہریمعنیہےاسکی۔</w:t>
      </w:r>
    </w:p>
    <w:p>
      <w:r>
        <w:rPr>
          <w:b/>
        </w:rPr>
        <w:t xml:space="preserve">[04:31] </w:t>
      </w:r>
      <w:r>
        <w:t>qareeb ki ma'ne mein English mein aap keh sakte hain ke realization. Ittefaqiya bhi aap bol sakte hain, lekin sab se qareeb jo lafz hai woh realiz</w:t>
      </w:r>
    </w:p>
    <w:p>
      <w:pPr>
        <w:jc w:val="right"/>
      </w:pPr>
      <w:r>
        <w:t>قریب کی مع نیاسمیں انگلشمیں آپ کہہسکتےہیںکہ realiz ation ۔ اتف اقیہبھیآپبولسکتےہیں،لیکن سبسے قریب جولفظہےوہ realiz</w:t>
      </w:r>
    </w:p>
    <w:p>
      <w:r>
        <w:rPr>
          <w:b/>
        </w:rPr>
        <w:t xml:space="preserve">[04:43] </w:t>
      </w:r>
      <w:r>
        <w:t>ation hai. Agar che marifat mein jo baat hai woh realization mein nahin aati. To English mein iska poora tasawwur maujood nahin hai.</w:t>
      </w:r>
    </w:p>
    <w:p>
      <w:pPr>
        <w:jc w:val="right"/>
      </w:pPr>
      <w:r>
        <w:t>ationہے۔ اگر چہ معرفتمیںجوباتہے وہ realiz ationمیںنہیںآتی۔ تو انگل شمیں اسکا پورا تص ورموجود نہیں ہے۔</w:t>
      </w:r>
    </w:p>
    <w:p>
      <w:r>
        <w:rPr>
          <w:b/>
        </w:rPr>
        <w:t xml:space="preserve">[04:54] </w:t>
      </w:r>
      <w:r>
        <w:t>To marifat ke lafzi maani hain pehchanna. Dekhiye, pehchanna yahan bohat gehri maano mein hai.</w:t>
      </w:r>
    </w:p>
    <w:p>
      <w:pPr>
        <w:jc w:val="right"/>
      </w:pPr>
      <w:r>
        <w:t>تو معرفت کے لفظیمعنیہیں پہچاننا ۔ دیکھیے،پہچاننایہاںبہت گہریمعنیمیںہے۔</w:t>
      </w:r>
    </w:p>
    <w:p>
      <w:r>
        <w:rPr>
          <w:b/>
        </w:rPr>
        <w:t xml:space="preserve">[05:06] </w:t>
      </w:r>
      <w:r>
        <w:t>To pehle Quran ki pehchan paida ki in logon ne.</w:t>
      </w:r>
    </w:p>
    <w:p>
      <w:pPr>
        <w:jc w:val="right"/>
      </w:pPr>
      <w:r>
        <w:t>تو پہلے قرآنکی پہچان پیدا کی انلوگوںنے ۔</w:t>
      </w:r>
    </w:p>
    <w:p>
      <w:r>
        <w:rPr>
          <w:b/>
        </w:rPr>
        <w:t xml:space="preserve">[05:10] </w:t>
      </w:r>
      <w:r>
        <w:t>Yaani zehan banaya. Tayyar zehan banaya apne aap ko. Phir Quran ko samajh paye woh.</w:t>
      </w:r>
    </w:p>
    <w:p>
      <w:pPr>
        <w:jc w:val="right"/>
      </w:pPr>
      <w:r>
        <w:t>یعنیذہنبنایا۔ تیار ذہنبنایااپنےآپکو ۔ پھر قرآنکوسمجھپائے وہ ۔</w:t>
      </w:r>
    </w:p>
    <w:p>
      <w:r>
        <w:rPr>
          <w:b/>
        </w:rPr>
        <w:t xml:space="preserve">[05:21] </w:t>
      </w:r>
      <w:r>
        <w:t>To isko mein ek misaal se, ek aur misaal se wazeh karunga. Ke India mein ek top ke scientist thay, unka naam tha C.V. Raman.</w:t>
      </w:r>
    </w:p>
    <w:p>
      <w:pPr>
        <w:jc w:val="right"/>
      </w:pPr>
      <w:r>
        <w:t>تواسکومیںایکمثالسے ،ایک اور مثالسے واضحکروںگا۔ کہانڈیامیں ایک ٹاپکےسائنسدانتھے،انکانامتھا سیوی رمن ۔</w:t>
      </w:r>
    </w:p>
    <w:p>
      <w:r>
        <w:rPr>
          <w:b/>
        </w:rPr>
        <w:t xml:space="preserve">[05:33] </w:t>
      </w:r>
      <w:r>
        <w:t>1970 mein unki wafat hui, 1970 mein.</w:t>
      </w:r>
    </w:p>
    <w:p>
      <w:pPr>
        <w:jc w:val="right"/>
      </w:pPr>
      <w:r>
        <w:t>انیسسودسمیں انکی وفاتہوئی ، انیسسو دسمیں ۔</w:t>
      </w:r>
    </w:p>
    <w:p>
      <w:r>
        <w:rPr>
          <w:b/>
        </w:rPr>
        <w:t xml:space="preserve">[05:39] </w:t>
      </w:r>
      <w:r>
        <w:t>Unko physics ka Nobel Prize mila tha. To kisi ne kaha unse ke scientist log jo hotay hain, unka koi kamaal nahin hai.</w:t>
      </w:r>
    </w:p>
    <w:p>
      <w:pPr>
        <w:jc w:val="right"/>
      </w:pPr>
      <w:r>
        <w:t>انکو فزکس کا نوبل پرائز ملاتھا۔ توکسی نےکہاانسے کہ سائنسدانلوگجوہوتےہیں، انکاکوئی کمالنہیںہے۔</w:t>
      </w:r>
    </w:p>
    <w:p>
      <w:r>
        <w:rPr>
          <w:b/>
        </w:rPr>
        <w:t xml:space="preserve">[05:54] </w:t>
      </w:r>
      <w:r>
        <w:t>Jo daryaftein hain, jo ijadat hain, woh to bas achaanak hotay hain, ittefaqan. Ke ek scientist apni azadi mein kuch test kar raha hai, phir kuch flash hua.</w:t>
      </w:r>
    </w:p>
    <w:p>
      <w:pPr>
        <w:jc w:val="right"/>
      </w:pPr>
      <w:r>
        <w:t>جو دریا فت یںہیں،جوایجادات ہیں، وہتوبس اچانکہوتےہیں، ات فاقاً ۔ کہایکسائنسدان اپنیآز ادی میںکچھ ٹیسٹ کررہاہے، پھرکچھفلیشہوا ۔</w:t>
      </w:r>
    </w:p>
    <w:p>
      <w:r>
        <w:rPr>
          <w:b/>
        </w:rPr>
        <w:t xml:space="preserve">[06:09] </w:t>
      </w:r>
      <w:r>
        <w:t>Usse usne samjha ke yahan par falan cheez paai jaati hai. To yeh ittefaqan hota hai. "by way of accident "</w:t>
      </w:r>
    </w:p>
    <w:p>
      <w:pPr>
        <w:jc w:val="right"/>
      </w:pPr>
      <w:r>
        <w:t>اسسے اسنےسمجھاکہیہاںپر فلاںچیز پائیجاتیہے۔ تو یہ ات فاقاًہوتاہے۔ "by wayofaccident "</w:t>
      </w:r>
    </w:p>
    <w:p>
      <w:r>
        <w:rPr>
          <w:b/>
        </w:rPr>
        <w:t xml:space="preserve">[06:19] </w:t>
      </w:r>
      <w:r>
        <w:t>. To Raman ne jawab diya iska ke: "Yes, but this accident</w:t>
      </w:r>
    </w:p>
    <w:p>
      <w:pPr>
        <w:jc w:val="right"/>
      </w:pPr>
      <w:r>
        <w:t>۔ تو رمن نے جوابدیا اسکا کہ:"Yes, but this acc ident</w:t>
      </w:r>
    </w:p>
    <w:p>
      <w:r>
        <w:rPr>
          <w:b/>
        </w:rPr>
        <w:t xml:space="preserve">[06:30] </w:t>
      </w:r>
      <w:r>
        <w:t>happens only to a scientific mind ". Ke tum theek kehte ho, lekin aisa accident, aisa ittefaq, sirf ek scientific mind ke saath hi pesh aata hai.</w:t>
      </w:r>
    </w:p>
    <w:p>
      <w:pPr>
        <w:jc w:val="right"/>
      </w:pPr>
      <w:r>
        <w:t>happens only to a scient ific mind " ۔کہتمٹھیککہتےہو،لیکن ایسا acc ident ،ایسا اتفاق ،صرف ایک scient ific mind کےساتھ ہیپیشآتاہے۔</w:t>
      </w:r>
    </w:p>
    <w:p>
      <w:r>
        <w:rPr>
          <w:b/>
        </w:rPr>
        <w:t xml:space="preserve">[06:49] </w:t>
      </w:r>
      <w:r>
        <w:t>Yeh bohat hi maani khez jawab tha iska. To ek tayyar zehan hi is qabil hota hai ke woh kisi baat ko samjhe.</w:t>
      </w:r>
    </w:p>
    <w:p>
      <w:pPr>
        <w:jc w:val="right"/>
      </w:pPr>
      <w:r>
        <w:t>یہبہتہی مع نیخیز جوابتھااسکا ۔ تو ایک تیار ذہن ہی اسقابلہوتاہےکہوہکسیباتکوسمجھے۔</w:t>
      </w:r>
    </w:p>
    <w:p>
      <w:r>
        <w:rPr>
          <w:b/>
        </w:rPr>
        <w:t xml:space="preserve">[06:59] </w:t>
      </w:r>
      <w:r>
        <w:t>To Quran se pehle unhon ne apne zehan ko tayyar kiya.</w:t>
      </w:r>
    </w:p>
    <w:p>
      <w:pPr>
        <w:jc w:val="right"/>
      </w:pPr>
      <w:r>
        <w:t>تو قرآن سےپہلے انہوںنےاپنے ذہنکوتیار کیا۔</w:t>
      </w:r>
    </w:p>
    <w:p>
      <w:r>
        <w:rPr>
          <w:b/>
        </w:rPr>
        <w:t xml:space="preserve">[07:07] </w:t>
      </w:r>
      <w:r>
        <w:t>"First of all, they prepared their mind, then they learned ". Quran.</w:t>
      </w:r>
    </w:p>
    <w:p>
      <w:pPr>
        <w:jc w:val="right"/>
      </w:pPr>
      <w:r>
        <w:t>"First ofall ,they preparedtheir mind , then they learned "۔قرآن ۔</w:t>
      </w:r>
    </w:p>
    <w:p>
      <w:r>
        <w:rPr>
          <w:b/>
        </w:rPr>
        <w:t xml:space="preserve">[07:16] </w:t>
      </w:r>
      <w:r>
        <w:t>Yeh matlab hai iska.</w:t>
      </w:r>
    </w:p>
    <w:p>
      <w:pPr>
        <w:jc w:val="right"/>
      </w:pPr>
      <w:r>
        <w:t>یہمطلبہےاسکا ۔</w:t>
      </w:r>
    </w:p>
    <w:p>
      <w:r>
        <w:rPr>
          <w:b/>
        </w:rPr>
        <w:t xml:space="preserve">[07:18] </w:t>
      </w:r>
      <w:r>
        <w:t>Ke Rasool Allah ke paas reh kar unhon ne pehle apna zehan banaya, apni soch banai. Apne ko condition kiya.</w:t>
      </w:r>
    </w:p>
    <w:p>
      <w:pPr>
        <w:jc w:val="right"/>
      </w:pPr>
      <w:r>
        <w:t>کہرسولاللہکےپاسرہ کرکےانہوں نے پہلے اپناذہنبنایا، اپنیسوچ بن ائی۔اپنےکو ڈیکنڈیشنکیا۔</w:t>
      </w:r>
    </w:p>
    <w:p>
      <w:r>
        <w:rPr>
          <w:b/>
        </w:rPr>
        <w:t xml:space="preserve">[07:29] </w:t>
      </w:r>
      <w:r>
        <w:t>To jab woh tayyar zehan ho gaye, tab jab Quran parha unhon ne to samajh mein aata chala gaya. Yeh hai qudrati amal.</w:t>
      </w:r>
    </w:p>
    <w:p>
      <w:pPr>
        <w:jc w:val="right"/>
      </w:pPr>
      <w:r>
        <w:t>توجب وہ تیار ذہنہوچکے، تب جبقرآنپڑھاانہوںنےتوسبسمجھمیںآتاچلاگیا۔ یہ ہے قدر تیعمل ۔</w:t>
      </w:r>
    </w:p>
    <w:p>
      <w:r>
        <w:rPr>
          <w:b/>
        </w:rPr>
        <w:t xml:space="preserve">[07:41] </w:t>
      </w:r>
      <w:r>
        <w:t>Lekin kaisi ajeeb baat hai ke isi baat ko log nahin</w:t>
      </w:r>
    </w:p>
    <w:p>
      <w:pPr>
        <w:jc w:val="right"/>
      </w:pPr>
      <w:r>
        <w:t>لیکن کیسیعجیبباتہےکہاسیباتکولوگنہیں</w:t>
      </w:r>
    </w:p>
    <w:p>
      <w:r>
        <w:rPr>
          <w:b/>
        </w:rPr>
        <w:t xml:space="preserve">[07:44] </w:t>
      </w:r>
      <w:r>
        <w:t>jaante. Jo Hadees mein maujood hai.</w:t>
      </w:r>
    </w:p>
    <w:p>
      <w:pPr>
        <w:jc w:val="right"/>
      </w:pPr>
      <w:r>
        <w:t>جانتے۔ جو حدیثمیںموجود ہے۔</w:t>
      </w:r>
    </w:p>
    <w:p>
      <w:r>
        <w:rPr>
          <w:b/>
        </w:rPr>
        <w:t xml:space="preserve">[07:49] </w:t>
      </w:r>
      <w:r>
        <w:t>Pichlay sau barson se Musalmanon mein bohat sari tehreek chali hai. Quran parho, Quran parho, Quran parho. Iski shuruat yahan se hui. Lekin nateeja kuch nahin.</w:t>
      </w:r>
    </w:p>
    <w:p>
      <w:pPr>
        <w:jc w:val="right"/>
      </w:pPr>
      <w:r>
        <w:t>پچھلے سو برسسے مسلمان وںمیں بہت ساری تحریکچلیہے۔ قرآنپڑھو،قرآنپڑھو،قرآنپڑھو۔ اسکیشروعاتیہاںسےہوئی ۔لیکن نتیجہکچھنہیں ۔</w:t>
      </w:r>
    </w:p>
    <w:p>
      <w:r>
        <w:rPr>
          <w:b/>
        </w:rPr>
        <w:t xml:space="preserve">[08:04] </w:t>
      </w:r>
      <w:r>
        <w:t>Kuch bhi nateeja nahin.</w:t>
      </w:r>
    </w:p>
    <w:p>
      <w:pPr>
        <w:jc w:val="right"/>
      </w:pPr>
      <w:r>
        <w:t>کچھبھینتیجہنہیں۔</w:t>
      </w:r>
    </w:p>
    <w:p>
      <w:r>
        <w:rPr>
          <w:b/>
        </w:rPr>
        <w:t xml:space="preserve">[08:07] </w:t>
      </w:r>
      <w:r>
        <w:t>Kitne logon se mein ne poocha jo ke Quran ka dars dete hain. Lambay lambay, barson baras dars dete hain. Unse poocha ke yeh bataiye ke Quran se aap apni shakhsiat mein kya tabdeeli aai?</w:t>
      </w:r>
    </w:p>
    <w:p>
      <w:pPr>
        <w:jc w:val="right"/>
      </w:pPr>
      <w:r>
        <w:t>کتنےلوگوںسےمیںنےپوچھاجوکہقرآنکادرسدیتےہیں۔ لمبےلمبے ،برسوںبرس درسدیتےہیں۔انسےپوچھاکہیہبتائیے کہ قرآنسے آپ کیاپنی شخص یتمیں کیا تبدیلیآئی؟</w:t>
      </w:r>
    </w:p>
    <w:p>
      <w:r>
        <w:rPr>
          <w:b/>
        </w:rPr>
        <w:t xml:space="preserve">[08:21] </w:t>
      </w:r>
      <w:r>
        <w:t>Kuch bata nahin sake woh. Yaani Quran ka dars deta hai ek aadmi pachees saal se. Aur usse poocha gaya ke tumhari apni zindagi mein kya tabdeeli aai, woh batao.</w:t>
      </w:r>
    </w:p>
    <w:p>
      <w:pPr>
        <w:jc w:val="right"/>
      </w:pPr>
      <w:r>
        <w:t>کچھبتانہیںسکےوہ۔ یعنیقرآنکادرسدیتاہےایکآدمیپچیسسالسے ۔ اوراسسےپوچھاگیا کہ تمہاری اپنی زندگی میں کیا تبدیلیآئی،وہبتاؤ۔</w:t>
      </w:r>
    </w:p>
    <w:p>
      <w:r>
        <w:rPr>
          <w:b/>
        </w:rPr>
        <w:t xml:space="preserve">[08:34] </w:t>
      </w:r>
      <w:r>
        <w:t>To kuch unke paas iska jawab nahin tha.</w:t>
      </w:r>
    </w:p>
    <w:p>
      <w:pPr>
        <w:jc w:val="right"/>
      </w:pPr>
      <w:r>
        <w:t>توکچھانکےپاساسکاجوابنہیںتھا۔</w:t>
      </w:r>
    </w:p>
    <w:p>
      <w:r>
        <w:rPr>
          <w:b/>
        </w:rPr>
        <w:t xml:space="preserve">[08:38] </w:t>
      </w:r>
      <w:r>
        <w:t>Phir usse poocha ke yeh bataiye ke Quran ka khulasa kya hai? Quran ka khulasa kya hai? Iska bhi unke paas koi jawab nahin tha. To dars mein kya hota hai, mein yahan se le kar America tak dekha hai mein ne.</w:t>
      </w:r>
    </w:p>
    <w:p>
      <w:pPr>
        <w:jc w:val="right"/>
      </w:pPr>
      <w:r>
        <w:t>پھراسسےپوچھاکہ یہبتائیےکہقرآنکا خلاصہکیاہے؟ قرآنکاخلاصہکیاہے؟ اسکابھیانکےپاسکوئیجوابنہیںتھا۔ تو درسمیںکیاہوتاہے، میںیہاںسےلےکر امریکہتکدیکھاہےمیںنے۔</w:t>
      </w:r>
    </w:p>
    <w:p>
      <w:r>
        <w:rPr>
          <w:b/>
        </w:rPr>
        <w:t xml:space="preserve">[08:51] </w:t>
      </w:r>
      <w:r>
        <w:t>kuchh aayatein padhenge, iske baad ek lecture dena shuru kar denge. ek hawai lecture . kuchh aayatein padhenge, hawai lecture shuru kar dete hain.</w:t>
      </w:r>
    </w:p>
    <w:p>
      <w:pPr>
        <w:jc w:val="right"/>
      </w:pPr>
      <w:r>
        <w:t>کچھآیتیںپڑھیںگے،اسکےبعد ایکلیکچردیناشروعکردیںگے۔ ایکہوائیلیکچر ۔ کچھآیتیںپڑھیںگے،ہوائیلیکچرشروعکردیتےہیں۔</w:t>
      </w:r>
    </w:p>
    <w:p>
      <w:r>
        <w:rPr>
          <w:b/>
        </w:rPr>
        <w:t xml:space="preserve">[09:02] </w:t>
      </w:r>
      <w:r>
        <w:t>lekin in aayaton se koi matlab nahin hota.</w:t>
      </w:r>
    </w:p>
    <w:p>
      <w:pPr>
        <w:jc w:val="right"/>
      </w:pPr>
      <w:r>
        <w:t>لیکن انآیتوںسےکوئیمعنیمطلبنہیںہوتا۔</w:t>
      </w:r>
    </w:p>
    <w:p>
      <w:r>
        <w:rPr>
          <w:b/>
        </w:rPr>
        <w:t xml:space="preserve">[09:07] </w:t>
      </w:r>
      <w:r>
        <w:t>to yeh quran ka is qism ka dars ka koi faida nahin hai. main aapko misaal deta hoon kuchh . dekhiye, deoband ke bahut bade aalim the,</w:t>
      </w:r>
    </w:p>
    <w:p>
      <w:pPr>
        <w:jc w:val="right"/>
      </w:pPr>
      <w:r>
        <w:t>تو یہ قرآنکا اسقسم کادرس کاکوئیفائدہنہیں ہے۔ میںآپکو مثالدیتاہوںکچھ ۔دیکھیے، دی وبندکےبہت بڑے عالمتھے،</w:t>
      </w:r>
    </w:p>
    <w:p>
      <w:r>
        <w:rPr>
          <w:b/>
        </w:rPr>
        <w:t xml:space="preserve">[09:22] </w:t>
      </w:r>
      <w:r>
        <w:t>isk al-r. inka naam tha Maulana Mahmood Hasan . inko Sheikhul Hind kaha jaata hai. top ke aalim the woh .</w:t>
      </w:r>
    </w:p>
    <w:p>
      <w:pPr>
        <w:jc w:val="right"/>
      </w:pPr>
      <w:r>
        <w:t>اسک الر۔ انکانامتھا مولانا محمودحسن ۔ انکو شیخالہندکہاجاتاہے۔ ٹاپکےعالمتھےوہ ۔</w:t>
      </w:r>
    </w:p>
    <w:p>
      <w:r>
        <w:rPr>
          <w:b/>
        </w:rPr>
        <w:t xml:space="preserve">[09:32] </w:t>
      </w:r>
      <w:r>
        <w:t>to atharah sau satawan mein jo ulama ne british hukumat ke khilaaf bagawat ki thi, jis ko angrezon ne mutiny kaha, mutiny .</w:t>
      </w:r>
    </w:p>
    <w:p>
      <w:pPr>
        <w:jc w:val="right"/>
      </w:pPr>
      <w:r>
        <w:t>تو اٹھارہ سوستاونمیں جو علم اءنے برٹش حکومت کےخلاف بغاوتکیاتھا، جسکو انگریزوںنےمیوٹنیکہا، میوٹنی ۔</w:t>
      </w:r>
    </w:p>
    <w:p>
      <w:r>
        <w:rPr>
          <w:b/>
        </w:rPr>
        <w:t xml:space="preserve">[09:45] </w:t>
      </w:r>
      <w:r>
        <w:t>to ismein woh barah-e-rast taur par shamil the. phir angrezon ne pakda inko aur Malta bhej diya.</w:t>
      </w:r>
    </w:p>
    <w:p>
      <w:pPr>
        <w:jc w:val="right"/>
      </w:pPr>
      <w:r>
        <w:t>تواسمیں وہ براہِراست طورپرشامل تھے۔ پھر انگریزوںنےپکڑاانکو اور مال ٹابھیجدیا۔</w:t>
      </w:r>
    </w:p>
    <w:p>
      <w:r>
        <w:rPr>
          <w:b/>
        </w:rPr>
        <w:t xml:space="preserve">[09:55] </w:t>
      </w:r>
      <w:r>
        <w:t>to Malta mein woh qaid rahe. main Malta gaya tha ek safar mein, ek conference mein. to bahut jhoot main ne kaha woh kahan teen saal tak rahe the woh .</w:t>
      </w:r>
    </w:p>
    <w:p>
      <w:pPr>
        <w:jc w:val="right"/>
      </w:pPr>
      <w:r>
        <w:t>تو مال ٹامیںوہقیدرہے۔ میں مال ٹاگیاتھا ایکسفرمیں ،ایک کانفرنسمیں۔ توبہت جھوٹامیںنےکہوہ کہاں تینسالتکرہےتھےوہ ۔</w:t>
      </w:r>
    </w:p>
    <w:p>
      <w:r>
        <w:rPr>
          <w:b/>
        </w:rPr>
        <w:t xml:space="preserve">[10:05] </w:t>
      </w:r>
      <w:r>
        <w:t>to woh jagah mujhe mili nahin . to ba-hawaalat teen saal tak woh rahe. phir inko chhod diya gaya.</w:t>
      </w:r>
    </w:p>
    <w:p>
      <w:pPr>
        <w:jc w:val="right"/>
      </w:pPr>
      <w:r>
        <w:t>تووہجگہمجھےملی نہیں ۔ تو بہرحالتینسالتک وہرہے۔ پھرانکو چھوڑاگیا۔</w:t>
      </w:r>
    </w:p>
    <w:p>
      <w:r>
        <w:rPr>
          <w:b/>
        </w:rPr>
        <w:t xml:space="preserve">[10:15] </w:t>
      </w:r>
      <w:r>
        <w:t>chhod kar aaye to woh tha unnis sau bees. unnis sau bees mein woh wahan se wapas ho kar Deoband aaye.</w:t>
      </w:r>
    </w:p>
    <w:p>
      <w:pPr>
        <w:jc w:val="right"/>
      </w:pPr>
      <w:r>
        <w:t>چھوڑکرآئےتو وہ تھا انیس سوب یس۔ انیسسوبیسمیںوہ وہاںسےواپسہوکردیوبندآئے۔</w:t>
      </w:r>
    </w:p>
    <w:p>
      <w:r>
        <w:rPr>
          <w:b/>
        </w:rPr>
        <w:t xml:space="preserve">[10:25] </w:t>
      </w:r>
      <w:r>
        <w:t>to Deoband mein ulama se ikattha hue. yeh baat likhi hai inke bahut hi khaas shagird Mufti Shafi sahib ne.</w:t>
      </w:r>
    </w:p>
    <w:p>
      <w:pPr>
        <w:jc w:val="right"/>
      </w:pPr>
      <w:r>
        <w:t>تو دیوبندمیںعلماء سےاکٹھاہوئے۔ یہبات لکھیہےانکےبہت ہی خاص شاگرد مفتیشفیعصاحبنے۔</w:t>
      </w:r>
    </w:p>
    <w:p>
      <w:r>
        <w:rPr>
          <w:b/>
        </w:rPr>
        <w:t xml:space="preserve">[10:36] </w:t>
      </w:r>
      <w:r>
        <w:t>jinhon ne khud bhi tafsir likhi hai quran majeed ki. to jab ikattha hue sab log to Sheikhul Hind sahib ne, Maulana Hasan sahib ne kaha ke main Malta ki tanhaiyon mein ne bahut socha, bahut socha ke kya karna chahiye.</w:t>
      </w:r>
    </w:p>
    <w:p>
      <w:pPr>
        <w:jc w:val="right"/>
      </w:pPr>
      <w:r>
        <w:t>جنہوںنےخود بھی تفسیرلکھیہےقرآنمجیدکی۔ تو جب اکٹھاہوئے سبلوگتو شیخالہندصاحبنے،مولانامحسن صاحبنےکہا کہمیں مال ٹا کیتنہائیوںمیںنےبہت سوچا،بہت سوچاکہکیاکرناچاہیے۔</w:t>
      </w:r>
    </w:p>
    <w:p>
      <w:r>
        <w:rPr>
          <w:b/>
        </w:rPr>
        <w:t xml:space="preserve">[10:54] </w:t>
      </w:r>
      <w:r>
        <w:t>to wahan se ab main yeh le kar aaya hoon, yeh baat. ke humein quran ko phailana hai. quran ko nazra padhaya jaye, har masjid mein quran ka dars diya jaye, har masjid mein.</w:t>
      </w:r>
    </w:p>
    <w:p>
      <w:pPr>
        <w:jc w:val="right"/>
      </w:pPr>
      <w:r>
        <w:t>تو وہاںسے ابمیںیہ لےکرآیاہوں، یہبات۔ کہہمیںقرآنکوپھ یلاناہے۔ قرآنکو نادرہ پڑھوایاجائے،ہر مسجد میں قرآنکادرسدیاجائے،ہرمسجدمیں۔</w:t>
      </w:r>
    </w:p>
    <w:p>
      <w:r>
        <w:rPr>
          <w:b/>
        </w:rPr>
        <w:t xml:space="preserve">[11:11] </w:t>
      </w:r>
      <w:r>
        <w:t>yeh unhon ne kahi thi baat unnis sau bees mein. aur phir yeh itna phail gayi ke India mein aap jis masjid mein jayen wahan dars-e-quran hota hai.</w:t>
      </w:r>
    </w:p>
    <w:p>
      <w:pPr>
        <w:jc w:val="right"/>
      </w:pPr>
      <w:r>
        <w:t>یہانہوںنےکہیتھیبات انیسسوبیسمیں۔ اور پھریہاتناپھیلگئیکہانڈیامیںآپجس مسجدمیںجائیںوہاںدرسقرآنہوتاہے۔</w:t>
      </w:r>
    </w:p>
    <w:p>
      <w:r>
        <w:rPr>
          <w:b/>
        </w:rPr>
        <w:t xml:space="preserve">[11:20] </w:t>
      </w:r>
      <w:r>
        <w:t>unnis sau bees se le kar aaj tak . lekin natija kuchh nahin. main abhi bataunga ke main kyun kehta hoon ke natija kuchh nahin .</w:t>
      </w:r>
    </w:p>
    <w:p>
      <w:pPr>
        <w:jc w:val="right"/>
      </w:pPr>
      <w:r>
        <w:t>انیسسوبیسسےلےکرآجتک ۔ لیکن نتیجہکچھنہیں۔ میںابھیبتاؤںگاکہ میںکیوںکہتاہوںکہنتیجہکچھنہیں ۔</w:t>
      </w:r>
    </w:p>
    <w:p>
      <w:r>
        <w:rPr>
          <w:b/>
        </w:rPr>
        <w:t xml:space="preserve">[11:31] </w:t>
      </w:r>
      <w:r>
        <w:t>aise hi Iqbal jo the, jinki wafat hui unnis sau tees mein . isi zaman mein unhon ne Punjab mein yeh tehreek shuru ki.</w:t>
      </w:r>
    </w:p>
    <w:p>
      <w:pPr>
        <w:jc w:val="right"/>
      </w:pPr>
      <w:r>
        <w:t>ایسےہیاقبالجو تھے، جنکی وفاتہوئی انیسسو تیس میں ۔ اسیزمان ےمیں انہوںنے پنج ابمیں یہیتحریکشروع کی۔</w:t>
      </w:r>
    </w:p>
    <w:p>
      <w:r>
        <w:rPr>
          <w:b/>
        </w:rPr>
        <w:t xml:space="preserve">[11:41] </w:t>
      </w:r>
      <w:r>
        <w:t>quran ki tehreek.</w:t>
      </w:r>
    </w:p>
    <w:p>
      <w:pPr>
        <w:jc w:val="right"/>
      </w:pPr>
      <w:r>
        <w:t>قرآنکیتحریک۔</w:t>
      </w:r>
    </w:p>
    <w:p>
      <w:r>
        <w:rPr>
          <w:b/>
        </w:rPr>
        <w:t xml:space="preserve">[11:44] </w:t>
      </w:r>
      <w:r>
        <w:t>to unhon ne wahan par ek adara qaim kiya tha. ghaliban iska naam Darul Islam tha. to quran ka tarjuma, quran ka dars, yeh sab phailana.</w:t>
      </w:r>
    </w:p>
    <w:p>
      <w:pPr>
        <w:jc w:val="right"/>
      </w:pPr>
      <w:r>
        <w:t>تو انہوں نے وہاںپرایک ادارہقائمکیاتھا۔ غالباًاسکانام دارالاسلامتھا۔ تو قرآنکا ترجمہ ،قرآنکا درس ،یہسبپھیلانا۔</w:t>
      </w:r>
    </w:p>
    <w:p>
      <w:r>
        <w:rPr>
          <w:b/>
        </w:rPr>
        <w:t xml:space="preserve">[11:57] </w:t>
      </w:r>
      <w:r>
        <w:t>to woh shuru kiya unhon ne. iska abhi koi natija nahin hai. to Pakistan wale ilaqe mein Iqbal ne, India wale ilaqe mein Maulana Hasan sahib ne yeh tehreek shuru ki.</w:t>
      </w:r>
    </w:p>
    <w:p>
      <w:pPr>
        <w:jc w:val="right"/>
      </w:pPr>
      <w:r>
        <w:t>تووہشروعکیا انہوںنے۔ اسکاابھیکوئینتیجہنہیںہے۔ تو پاکستان والے علاق ےمیںاقبالنے، انڈیاوالےعلاقےمیں مولانامح سنصاحبنے یہتحریکشروع کی۔</w:t>
      </w:r>
    </w:p>
    <w:p>
      <w:r>
        <w:rPr>
          <w:b/>
        </w:rPr>
        <w:t xml:space="preserve">[12:09] </w:t>
      </w:r>
      <w:r>
        <w:t>dars-e-quran ki. har masjid mein, har madrasa mein dars-e-quran hone laga.</w:t>
      </w:r>
    </w:p>
    <w:p>
      <w:pPr>
        <w:jc w:val="right"/>
      </w:pPr>
      <w:r>
        <w:t>درس قرآنکی۔ ہر مسجد میں،ہرمدرس ےمیںدرسقرآنہونےلگا۔</w:t>
      </w:r>
    </w:p>
    <w:p>
      <w:r>
        <w:rPr>
          <w:b/>
        </w:rPr>
        <w:t xml:space="preserve">[12:15] </w:t>
      </w:r>
      <w:r>
        <w:t>lekin in lahaz se natija kuchh nahin, kuchh nahin, kuchh nahin. ab main kuchh misalen deta hoon kyun main aisa kehta hoon.</w:t>
      </w:r>
    </w:p>
    <w:p>
      <w:pPr>
        <w:jc w:val="right"/>
      </w:pPr>
      <w:r>
        <w:t>لیکن انلحاظسےنتیجہ کچھنہیں،کچھنہیں،کچھنہیں۔ ابمیںکچھمثالیںدیتاہوںکیوںمیںایساکہتاہوں۔</w:t>
      </w:r>
    </w:p>
    <w:p>
      <w:r>
        <w:rPr>
          <w:b/>
        </w:rPr>
        <w:t xml:space="preserve">[12:25] </w:t>
      </w:r>
      <w:r>
        <w:t>yeh log quran. sab se pehla jo tha Maulana Hasan sahib ka kaam, wohi yeh tha ke unhon ne jahan se aaghaz lena tha, naya aaghaz, woh wahan se aaghaz hi le liya unhon ne.</w:t>
      </w:r>
    </w:p>
    <w:p>
      <w:pPr>
        <w:jc w:val="right"/>
      </w:pPr>
      <w:r>
        <w:t>یہلوگ قرآن۔ سبسے پہلاجوتھا مولانامحسنصاحبکاکام ،وہیہتھا کہانہوں نے جہاںسے آغاز لیناتھا،نیاآغاز ،وہوہاںسےآغاز ہیلےلیاانہوںنے۔</w:t>
      </w:r>
    </w:p>
    <w:p>
      <w:r>
        <w:rPr>
          <w:b/>
        </w:rPr>
        <w:t xml:space="preserve">[12:40] </w:t>
      </w:r>
      <w:r>
        <w:t>in ko kehna chahiye tha ke jab hum gaye wahan Malta mein to hum ne dobara jaiza liya. dobara jaiza. ke hum ne, saare ulama ne, sawalakht ulama kaha jaata hai ke angrezon ne shaheed kar diya, maar dala.</w:t>
      </w:r>
    </w:p>
    <w:p>
      <w:pPr>
        <w:jc w:val="right"/>
      </w:pPr>
      <w:r>
        <w:t>انکوکہناچاہیےتھاکہجب ہم گئےوہاں مال ٹامیں تو ہمنےدوبارہجائزہلیا۔ دوبارہجائزہ۔ کہہمنے ،سارےعلماءنے،سوالاکھعلماءکہاجاتاہےکہانگریزوںنے شہیدکردیا،مار ڈالا۔</w:t>
      </w:r>
    </w:p>
    <w:p>
      <w:r>
        <w:rPr>
          <w:b/>
        </w:rPr>
        <w:t xml:space="preserve">[12:54] </w:t>
      </w:r>
      <w:r>
        <w:t>sawalakht. to hum ne itni qurbaniyan dein. saare mukhliseen the, saath namaz wale the. to quran ne likha hai ke "layansurannallaha man yansuruhu".</w:t>
      </w:r>
    </w:p>
    <w:p>
      <w:pPr>
        <w:jc w:val="right"/>
      </w:pPr>
      <w:r>
        <w:t>سوالاکھ۔ توہمنےاتنیقربانیاںدیں۔ سارےمخلصینتھے، ساتھ نمازوالے تھے۔ تو قرآننےلکھاہےکہ"لَيَنْصُرَنَّاللَّهُمَنْيَنْصُرُهُ"۔</w:t>
      </w:r>
    </w:p>
    <w:p>
      <w:r>
        <w:rPr>
          <w:b/>
        </w:rPr>
        <w:t xml:space="preserve">[13:07] </w:t>
      </w:r>
      <w:r>
        <w:t>jo Khuda ke deen ka kaam karega to Khuda uski zaroor hi madad karega.</w:t>
      </w:r>
    </w:p>
    <w:p>
      <w:pPr>
        <w:jc w:val="right"/>
      </w:pPr>
      <w:r>
        <w:t>جو خداکےدینکاکام کرےگا تو خدا اسکی ضرورہی مددکرےگا۔</w:t>
      </w:r>
    </w:p>
    <w:p>
      <w:r>
        <w:rPr>
          <w:b/>
        </w:rPr>
        <w:t xml:space="preserve">[13:14] </w:t>
      </w:r>
      <w:r>
        <w:t>quran mein yeh baat hai kai jagah. "walayansurannallaha man yansuruhu" . jo aadmi Khuda ke deen ki madad karega to Khuda zaroor uski madad karega.</w:t>
      </w:r>
    </w:p>
    <w:p>
      <w:pPr>
        <w:jc w:val="right"/>
      </w:pPr>
      <w:r>
        <w:t>قرآنمیںیہباتہے کئیجگہ۔ "وَلَيَنْصُرَنَّاللَّهُمَنْيَنْصُرُهُ" ۔جو آدمیخداکےدینکیمد دکرےگاتوخداضروراسکیمددکرےگا۔</w:t>
      </w:r>
    </w:p>
    <w:p>
      <w:r>
        <w:rPr>
          <w:b/>
        </w:rPr>
        <w:t xml:space="preserve">[13:26] </w:t>
      </w:r>
      <w:r>
        <w:t>to woh ye kehte hain ke maine dobara jaiza liya, phir se socha. kehne ko to deen ke liye uthe the, Khuda ke deen ke liye uthe the. to hamari madad kyun nahi hui hamari ?</w:t>
      </w:r>
    </w:p>
    <w:p>
      <w:pPr>
        <w:jc w:val="right"/>
      </w:pPr>
      <w:r>
        <w:t>تو وہیہکہتےہیںکہمیںنےدوبارہجائزہلیا،پھرسےسوچا۔ کہہمتودینکےلیےاٹھےتھے، خداکےدینکےلیےاٹھےتھے۔ تو ہماریمددکیوںنہیںہوئیہماری ؟</w:t>
      </w:r>
    </w:p>
    <w:p>
      <w:r>
        <w:rPr>
          <w:b/>
        </w:rPr>
        <w:t xml:space="preserve">[13:36] </w:t>
      </w:r>
      <w:r>
        <w:t>kyun hamare aur angrez jeete ?</w:t>
      </w:r>
    </w:p>
    <w:p>
      <w:pPr>
        <w:jc w:val="right"/>
      </w:pPr>
      <w:r>
        <w:t>کیوںہمہارےاورانگریزجیتے ؟</w:t>
      </w:r>
    </w:p>
    <w:p>
      <w:r>
        <w:rPr>
          <w:b/>
        </w:rPr>
        <w:t xml:space="preserve">[13:41] </w:t>
      </w:r>
      <w:r>
        <w:t>sochna yahan se tha inko . lekin soch kahan se rahe? keh rahe hain ke Quran ko phailao. woh sochte hain ke main to Quran khud to doosron mein phailane ko keh raha hoon.</w:t>
      </w:r>
    </w:p>
    <w:p>
      <w:pPr>
        <w:jc w:val="right"/>
      </w:pPr>
      <w:r>
        <w:t>سوچنایہاںسےتھاانکو ۔ لیکن سوچکہاںسےرہے؟کہہرہےہیں کہ قرآن کو پھیلاؤ۔ وہسوچتےہیںکہمیںتوقرآن خود تو دوسروںمیںپھیلانےکوکہہرہاہوں۔</w:t>
      </w:r>
    </w:p>
    <w:p>
      <w:r>
        <w:rPr>
          <w:b/>
        </w:rPr>
        <w:t xml:space="preserve">[13:53] </w:t>
      </w:r>
      <w:r>
        <w:t>main to parha hua hoon Quran ko . maine khud Quran ka tarjuma kiya hai. yaani woh jis Quran ko doosron mein parhwana chahte the, phailana chahte the, us Quran ko khud to parh rakha tha unhone.</w:t>
      </w:r>
    </w:p>
    <w:p>
      <w:pPr>
        <w:jc w:val="right"/>
      </w:pPr>
      <w:r>
        <w:t>میںتوپڑھاہواہوںقرآنکو ۔ میںنےخودقرآنکاترجمہکیا ہے۔ یعنیوہ جس قرآنکو دوسروںمیںپڑھواناچاہتےتھے،پھیلاناچاہتےتھے،اسقرآنکوخودتوپڑھرکھاتھاانہوںنے۔</w:t>
      </w:r>
    </w:p>
    <w:p>
      <w:r>
        <w:rPr>
          <w:b/>
        </w:rPr>
        <w:t xml:space="preserve">[14:06] </w:t>
      </w:r>
      <w:r>
        <w:t>Quran ka tarjuma aur tashreeh likhi thi unhone. to mujhe agar nahi mila Quran parh kar, abhi kuch doosron ko kaise mil jayega ?</w:t>
      </w:r>
    </w:p>
    <w:p>
      <w:pPr>
        <w:jc w:val="right"/>
      </w:pPr>
      <w:r>
        <w:t>قرآنکاترجمہاورتشریحلکھیتھیانہوں نے۔ تو مجھےاگر نہیں ملا قرآنپڑھکر،ابھیکچھدوسروںکوکیسےملجائےگا؟</w:t>
      </w:r>
    </w:p>
    <w:p>
      <w:r>
        <w:rPr>
          <w:b/>
        </w:rPr>
        <w:t xml:space="preserve">[14:17] </w:t>
      </w:r>
      <w:r>
        <w:t>to unhein dobara jaiza lena chahiye tha, dobara jaiza lena chahiye tha. phir se sochna chahiye tha saare mamle ko. yeh sab to nahi kiya unhone .</w:t>
      </w:r>
    </w:p>
    <w:p>
      <w:pPr>
        <w:jc w:val="right"/>
      </w:pPr>
      <w:r>
        <w:t>تو انہیں دوبارہجائزہلیناچاہیےتھا، دوبارہجائزہلیناچاہیےتھا۔ پھرسے سوچناچاہیےتھا سارےمعاملےکو۔ یہسبتونہیںکیاانہوںنے ۔</w:t>
      </w:r>
    </w:p>
    <w:p>
      <w:r>
        <w:rPr>
          <w:b/>
        </w:rPr>
        <w:t xml:space="preserve">[14:28] </w:t>
      </w:r>
      <w:r>
        <w:t>kya keh</w:t>
      </w:r>
    </w:p>
    <w:p>
      <w:pPr>
        <w:jc w:val="right"/>
      </w:pPr>
      <w:r>
        <w:t>کیا کہہ</w:t>
      </w:r>
    </w:p>
    <w:p>
      <w:r>
        <w:rPr>
          <w:b/>
        </w:rPr>
        <w:t xml:space="preserve">[14:29] </w:t>
      </w:r>
      <w:r>
        <w:t>diya ke logon ko Quran parhwao? aur koi yeh nahi tha poochne wala ke aap ne to khud Quran parha tha. to aap ko kya mila is se ? ek aisi tehreek chala di aap ne jis mein saare ulama maar daale gaye.</w:t>
      </w:r>
    </w:p>
    <w:p>
      <w:pPr>
        <w:jc w:val="right"/>
      </w:pPr>
      <w:r>
        <w:t>دیا کہ لوگوںکوقرآنپڑھواؤ؟ اورکوئییہنہیںتھاپوچھنےوالاکہآپ نےتوخودقرآنپڑھاتھا۔ توآپکوکیا ملااسسے ؟ایکایسیتحریکچلادیآپنےجسمیںسارےعلم اء مارڈالےگئے۔</w:t>
      </w:r>
    </w:p>
    <w:p>
      <w:r>
        <w:rPr>
          <w:b/>
        </w:rPr>
        <w:t xml:space="preserve">[14:44] </w:t>
      </w:r>
      <w:r>
        <w:t>aur sirf ulama ko maar daalne ki baat nahi hai. tab se Musalmanon ko le liya angrezon ne hutt list mein. musalsal angrez Musalmanon ko pareshan karte rahe.</w:t>
      </w:r>
    </w:p>
    <w:p>
      <w:pPr>
        <w:jc w:val="right"/>
      </w:pPr>
      <w:r>
        <w:t>اور صرفعلماءکومارڈالنےکیباتنہیںہے۔ تب سے مسلمانوں کو لےلیا انگ ریزوںنےہٹلسٹمیں۔ مسلسل انگریز مسلمانوںکوپریشانکرتے رہے۔</w:t>
      </w:r>
    </w:p>
    <w:p>
      <w:r>
        <w:rPr>
          <w:b/>
        </w:rPr>
        <w:t xml:space="preserve">[14:57] </w:t>
      </w:r>
      <w:r>
        <w:t>kyunki woh samajhte the ke yeh log baghi hain. kyunki mutiny ki jo leadership thi woh Musalmanon ne ki thi. to India mein dekhiye, doosri jo communities thin, unhone taraqqi ki.</w:t>
      </w:r>
    </w:p>
    <w:p>
      <w:pPr>
        <w:jc w:val="right"/>
      </w:pPr>
      <w:r>
        <w:t>کیونکہوہسمجھتےتھےکہیہلوگ باغیہیں۔ کیونکہمیوٹنیکیجو لیڈرشپتھیوہمسلمانوں نےکی تھی۔ تو انڈیامیںدیکھیے، دوس ریجوکمیونٹیزتھیں،انہوںنےترقیکی۔</w:t>
      </w:r>
    </w:p>
    <w:p>
      <w:r>
        <w:rPr>
          <w:b/>
        </w:rPr>
        <w:t xml:space="preserve">[15:12] </w:t>
      </w:r>
      <w:r>
        <w:t>Musalman taraqqi nahi kar sake. kyunki angrezon ka support unhein nahi milta tha.</w:t>
      </w:r>
    </w:p>
    <w:p>
      <w:pPr>
        <w:jc w:val="right"/>
      </w:pPr>
      <w:r>
        <w:t>مسلمانترقینہیںکرسکے۔ کیونکہانگریزوںکاسپورٹانہیںنہیںملتاتھا۔</w:t>
      </w:r>
    </w:p>
    <w:p>
      <w:r>
        <w:rPr>
          <w:b/>
        </w:rPr>
        <w:t xml:space="preserve">[15:17] </w:t>
      </w:r>
      <w:r>
        <w:t>to sirf munfi natija mila. koi musbat faida nahi mila. yeh sochte hain woh . yeh batate hain ke bhai "we were wrong".</w:t>
      </w:r>
    </w:p>
    <w:p>
      <w:pPr>
        <w:jc w:val="right"/>
      </w:pPr>
      <w:r>
        <w:t>تو صرف من فی نتیجہملا۔ کوئی مثبت فائدہنہیںملا۔ یہسوچتےہیںوہ ۔ یہبتاتےہیںکہبھئیدیکھو "we were wrong"۔</w:t>
      </w:r>
    </w:p>
    <w:p>
      <w:r>
        <w:rPr>
          <w:b/>
        </w:rPr>
        <w:t xml:space="preserve">[15:30] </w:t>
      </w:r>
      <w:r>
        <w:t>hum ne , hamari planning galat thi. ab phir se sochna hai ke Quran kya kehta hai karne ke liye.</w:t>
      </w:r>
    </w:p>
    <w:p>
      <w:pPr>
        <w:jc w:val="right"/>
      </w:pPr>
      <w:r>
        <w:t>ہمنے ،ہماریپلاننگغلطتھی۔ ابپھرسے سوچناہےکہقرآنکیاکہتاہےکرنےکےلیے۔</w:t>
      </w:r>
    </w:p>
    <w:p>
      <w:r>
        <w:rPr>
          <w:b/>
        </w:rPr>
        <w:t xml:space="preserve">[15:40] </w:t>
      </w:r>
      <w:r>
        <w:t>to ghalati kahan thi ?</w:t>
      </w:r>
    </w:p>
    <w:p>
      <w:pPr>
        <w:jc w:val="right"/>
      </w:pPr>
      <w:r>
        <w:t>تو غلطیکہاںتھی ؟</w:t>
      </w:r>
    </w:p>
    <w:p>
      <w:r>
        <w:rPr>
          <w:b/>
        </w:rPr>
        <w:t xml:space="preserve">[15:43] </w:t>
      </w:r>
      <w:r>
        <w:t>dekhiye, Quran mein ek ayat hai "وَتِلْقَىالْأَيَّامُنُضَاءٌلَهُبَيْنَالنَّاسِ"۔ angrez yahan aaye, unhone hukoomat ki. do sau saal tak unki hukoomat rahi.</w:t>
      </w:r>
    </w:p>
    <w:p>
      <w:pPr>
        <w:jc w:val="right"/>
      </w:pPr>
      <w:r>
        <w:t>دیکھیے،قرآنمیںایکآیتہے "وَتِلْقَىالْأَيَّامُنُضَاءٌلَهُبَيْنَالنَّاسِ"۔ انگ ریزیہاںآئے،انہوںنےحکومت کی۔ دو سوسالتکانکیحکومت رہی۔</w:t>
      </w:r>
    </w:p>
    <w:p>
      <w:r>
        <w:rPr>
          <w:b/>
        </w:rPr>
        <w:t xml:space="preserve">[15:55] </w:t>
      </w:r>
      <w:r>
        <w:t>to sochte hain ke yeh to Khuda ke qanoon ke mutabiq hai.</w:t>
      </w:r>
    </w:p>
    <w:p>
      <w:pPr>
        <w:jc w:val="right"/>
      </w:pPr>
      <w:r>
        <w:t>تو سوچتےہیںکہیہتوخداکےقانون کےمطابق ہے۔</w:t>
      </w:r>
    </w:p>
    <w:p>
      <w:r>
        <w:rPr>
          <w:b/>
        </w:rPr>
        <w:t xml:space="preserve">[16:00] </w:t>
      </w:r>
      <w:r>
        <w:t>siyasi taqat kisi ko munaplin nahi hai. siyasi taqat Khuda ke nazdeek kisi ko munaplin nahi hai. kabhi ek ko, kabhi doosre ko .</w:t>
      </w:r>
    </w:p>
    <w:p>
      <w:pPr>
        <w:jc w:val="right"/>
      </w:pPr>
      <w:r>
        <w:t>سیاسی طاقت کسی کو من اپلینہیںہے۔ سیاسی طاقتخداکےنزدیککسیکومناپلینہیںہے۔ کبھیایککو،کبھیدوسرےکو ۔</w:t>
      </w:r>
    </w:p>
    <w:p>
      <w:r>
        <w:rPr>
          <w:b/>
        </w:rPr>
        <w:t xml:space="preserve">[16:12] </w:t>
      </w:r>
      <w:r>
        <w:t>kabhi ek ko, kabhi doosre ko . India mein pehle raja hukoomat karte the. phir Mughal aaye. raja the, phir Mughal aaye. Mughal ke baad Britishz aaye.</w:t>
      </w:r>
    </w:p>
    <w:p>
      <w:pPr>
        <w:jc w:val="right"/>
      </w:pPr>
      <w:r>
        <w:t>کبھیایککو،کبھیدوسرےکو ۔انڈیامیںپہلےراجہحکومت کرتے تھے۔پھر مغلآئے۔ راجہتھے،پھرمغلآئے۔مغلکےبعد برٹشزآئے۔</w:t>
      </w:r>
    </w:p>
    <w:p>
      <w:r>
        <w:rPr>
          <w:b/>
        </w:rPr>
        <w:t xml:space="preserve">[16:22] </w:t>
      </w:r>
      <w:r>
        <w:t>Britishz ke baad national partiyan aayin.</w:t>
      </w:r>
    </w:p>
    <w:p>
      <w:pPr>
        <w:jc w:val="right"/>
      </w:pPr>
      <w:r>
        <w:t>برٹشزکےبعد نیشنلپارٹیاںآئیں۔</w:t>
      </w:r>
    </w:p>
    <w:p>
      <w:r>
        <w:rPr>
          <w:b/>
        </w:rPr>
        <w:t xml:space="preserve">[16:27] </w:t>
      </w:r>
      <w:r>
        <w:t>"وَتِلْقَىالْأَيَّامُنُضَاءٌلَهُبَيْنَالنَّاسِ"۔</w:t>
      </w:r>
    </w:p>
    <w:p>
      <w:pPr>
        <w:jc w:val="right"/>
      </w:pPr>
      <w:r>
        <w:t>"وَتِلْقَىالْأَيَّامُنُضَاءٌلَهُبَيْنَالنَّاسِ"۔</w:t>
      </w:r>
    </w:p>
    <w:p>
      <w:r>
        <w:rPr>
          <w:b/>
        </w:rPr>
        <w:t xml:space="preserve">[16:30] </w:t>
      </w:r>
      <w:r>
        <w:t>phir se woh asas us ayat ko phir se daryaft karte hain.</w:t>
      </w:r>
    </w:p>
    <w:p>
      <w:pPr>
        <w:jc w:val="right"/>
      </w:pPr>
      <w:r>
        <w:t>پھر سے وہ اساساسآیتکوپھرسےدریا فتکرتے ہیں۔</w:t>
      </w:r>
    </w:p>
    <w:p>
      <w:r>
        <w:rPr>
          <w:b/>
        </w:rPr>
        <w:t xml:space="preserve">[16:38] </w:t>
      </w:r>
      <w:r>
        <w:t>ke hamari saari , saari hamari jahadi ghalat thi yeh. isi liye woh fail ho gaya. agar aap parhein tareekh ko to jis tawanaai ko le kar, jis planning ko le kar, jis hikmat-e-amli ko le kar Amrici aaye the, angrez . to Mughal log kuch bhi nahi jaante the.</w:t>
      </w:r>
    </w:p>
    <w:p>
      <w:pPr>
        <w:jc w:val="right"/>
      </w:pPr>
      <w:r>
        <w:t>کہہماریساری ،ساریہماریجہادیغلطتھییہ۔ اسیلیےوہفیل ہوگیا۔ اگر آپپڑھیںتاریخ کو تو جس توانائیکولےکر،جس پلاننگکولےکر، جس حکمتِعملیکولےکر امریکیآئےتھے،انگ ریز ۔تو مغللوگکچھبھینہیںجانتےتھے۔</w:t>
      </w:r>
    </w:p>
    <w:p>
      <w:r>
        <w:rPr>
          <w:b/>
        </w:rPr>
        <w:t xml:space="preserve">[16:58] </w:t>
      </w:r>
      <w:r>
        <w:t>kuch bhi nahi jaante the.</w:t>
      </w:r>
    </w:p>
    <w:p>
      <w:pPr>
        <w:jc w:val="right"/>
      </w:pPr>
      <w:r>
        <w:t>کچھبھینہیںجانتےتھے۔</w:t>
      </w:r>
    </w:p>
    <w:p>
      <w:r>
        <w:rPr>
          <w:b/>
        </w:rPr>
        <w:t xml:space="preserve">[16:59] </w:t>
      </w:r>
      <w:r>
        <w:t>Bahadur Shah Zafar to shayeri karte the. to kaise kaise jeet gaye unke muqable mein ? to yeh jo siyasi tabdeeli aayi India mein,</w:t>
      </w:r>
    </w:p>
    <w:p>
      <w:pPr>
        <w:jc w:val="right"/>
      </w:pPr>
      <w:r>
        <w:t>بہادرشاہظفرتوشاعریکرتے تھے۔ توکیسے کیسےجیتےگئےانکےمقابلےمیں ؟ تو یہ جو سیاسی تبدیلیآئی انڈیامیں،</w:t>
      </w:r>
    </w:p>
    <w:p>
      <w:r>
        <w:rPr>
          <w:b/>
        </w:rPr>
        <w:t xml:space="preserve">[17:13] </w:t>
      </w:r>
      <w:r>
        <w:t>woh Quran mein parh lete woh. ke bhai is mein to Khuda ka faisla hai, qanoon-e-fitrat hai. ab humein kya karna hai? humein yeh karna hai ke in naye jo waqeaat khule hain, is ko istemal karna hai.</w:t>
      </w:r>
    </w:p>
    <w:p>
      <w:pPr>
        <w:jc w:val="right"/>
      </w:pPr>
      <w:r>
        <w:t>وہ قرآنمیں پڑھلیتےوہ۔ کہبھئیاسمیںتوخداکافیصلہہے، قانونف طرتہے۔ ابہمیںکیاکرناہے؟ہمیںیہکرناہےکہ اننئےجوم واقع کھلےہیں،اسکواستعمالکرناہے۔</w:t>
      </w:r>
    </w:p>
    <w:p>
      <w:r>
        <w:rPr>
          <w:b/>
        </w:rPr>
        <w:t xml:space="preserve">[17:26] </w:t>
      </w:r>
      <w:r>
        <w:t>misalan angrez telegraph laye. angrez communication laye. angrez telegraph laye. angrez telephone laye. angrez industrial laye.</w:t>
      </w:r>
    </w:p>
    <w:p>
      <w:pPr>
        <w:jc w:val="right"/>
      </w:pPr>
      <w:r>
        <w:t>مثلاًانگریزٹیلیگرامل ائے۔ انگریزکمیونیکیشنلائے۔ انگ ریزٹیلیگراف لائے۔ انگ ریزٹیلیفونلائے۔ انگریز انڈسٹریلائے۔</w:t>
      </w:r>
    </w:p>
    <w:p>
      <w:r>
        <w:rPr>
          <w:b/>
        </w:rPr>
        <w:t xml:space="preserve">[17:36] </w:t>
      </w:r>
      <w:r>
        <w:t>aur sab se bari cheez jo angrez laye, woh woh thi mazhabi azadi. mazhabi azadi. itni sari cheezain. isko istemal karo.</w:t>
      </w:r>
    </w:p>
    <w:p>
      <w:pPr>
        <w:jc w:val="right"/>
      </w:pPr>
      <w:r>
        <w:t>اورسبسے بڑیچیزجوانگریزلائے،وہوہتھی مذہبیآز ادی ۔ مذہبیآزادی ۔ اتنیساریچیزیں۔ اسکو استعمالکرو۔</w:t>
      </w:r>
    </w:p>
    <w:p>
      <w:r>
        <w:rPr>
          <w:b/>
        </w:rPr>
        <w:t xml:space="preserve">[17:50] </w:t>
      </w:r>
      <w:r>
        <w:t>isko istemal karo.</w:t>
      </w:r>
    </w:p>
    <w:p>
      <w:pPr>
        <w:jc w:val="right"/>
      </w:pPr>
      <w:r>
        <w:t>اسکواستعمالکرو۔</w:t>
      </w:r>
    </w:p>
    <w:p>
      <w:r>
        <w:rPr>
          <w:b/>
        </w:rPr>
        <w:t xml:space="preserve">[17:54] </w:t>
      </w:r>
      <w:r>
        <w:t>quran mein hai ke "inna allaha la yughayyiru ma bi qawmin hatta yughayyiru ma bi anfusihim". yaani jo taghayyur hoti hai, jo badlao hota hai, woh khuda ke faisle ke tehat hota hai.</w:t>
      </w:r>
    </w:p>
    <w:p>
      <w:pPr>
        <w:jc w:val="right"/>
      </w:pPr>
      <w:r>
        <w:t>قرآنمیںہےکہ"إِنَّاللَّهَلَايَغِيِّر ُمَابِقَوْمٍحَتَّىيَغِيِّرُبَعْدَأَنْفَ سِهِمْ "۔ یعنیجو تغیرہوتیہے، جوبد لاؤہوتاہے، وہ خداکےفیصلےکےتحتہوتاہے۔</w:t>
      </w:r>
    </w:p>
    <w:p>
      <w:r>
        <w:rPr>
          <w:b/>
        </w:rPr>
        <w:t xml:space="preserve">[18:07] </w:t>
      </w:r>
      <w:r>
        <w:t>to mughal gaye, gaye britishz aaye, yeh khuda ke faisle ke tehat tha. lekin khuda ka faisla aap ko pure maano mein mehroom nahi karta.</w:t>
      </w:r>
    </w:p>
    <w:p>
      <w:pPr>
        <w:jc w:val="right"/>
      </w:pPr>
      <w:r>
        <w:t>تو مغلگئے، گئے برٹشزآئے،یہخداکےفیصلےکےتحت تھا۔ لیکن خداکافیصلہآپکو پورےمعنیمیںمحرومنہیںکرتا ۔</w:t>
      </w:r>
    </w:p>
    <w:p>
      <w:r>
        <w:rPr>
          <w:b/>
        </w:rPr>
        <w:t xml:space="preserve">[18:17] </w:t>
      </w:r>
      <w:r>
        <w:t>yeh nahi ke aap bas sabak chhoor diya gaya.</w:t>
      </w:r>
    </w:p>
    <w:p>
      <w:pPr>
        <w:jc w:val="right"/>
      </w:pPr>
      <w:r>
        <w:t>یہنہیںکہآپ بس سبکچھکھویاگیا۔</w:t>
      </w:r>
    </w:p>
    <w:p>
      <w:r>
        <w:rPr>
          <w:b/>
        </w:rPr>
        <w:t xml:space="preserve">[18:21] </w:t>
      </w:r>
      <w:r>
        <w:t>to britishz ke aane ke baad jo hua tha ke siyasi nishast par britishz baith gaye. lekin sari dunya khali thi.</w:t>
      </w:r>
    </w:p>
    <w:p>
      <w:pPr>
        <w:jc w:val="right"/>
      </w:pPr>
      <w:r>
        <w:t>تو برٹشزکےآنےکے بعد جوہوا تھا کہ سیاسی نشستپر برٹشزبیٹھگئے۔ لیکن ساریدنیا خالیتھی۔</w:t>
      </w:r>
    </w:p>
    <w:p>
      <w:r>
        <w:rPr>
          <w:b/>
        </w:rPr>
        <w:t xml:space="preserve">[18:34] </w:t>
      </w:r>
      <w:r>
        <w:t>sari dunya. ziraat, bagh bani, industry, taleem, madrasa, university, daawa work. sab. adab, sab khali thi yahan se hua tha.</w:t>
      </w:r>
    </w:p>
    <w:p>
      <w:pPr>
        <w:jc w:val="right"/>
      </w:pPr>
      <w:r>
        <w:t>ساریدنیا ۔زرا عت،باغ بانی،انڈ سٹری،تعلیم ، مدرس ہ،یونیورس ٹی، دعویٰورک۔ سب ۔ادب ،سبخالیتھایہاںسےہواتھا۔</w:t>
      </w:r>
    </w:p>
    <w:p>
      <w:r>
        <w:rPr>
          <w:b/>
        </w:rPr>
        <w:t xml:space="preserve">[18:47] </w:t>
      </w:r>
      <w:r>
        <w:t>lekin log lad lad kar barhte rahe, siyasi chattan se. kyun? quran ko padha lekin unhon ne samjha nahi.</w:t>
      </w:r>
    </w:p>
    <w:p>
      <w:pPr>
        <w:jc w:val="right"/>
      </w:pPr>
      <w:r>
        <w:t>لیکن لوگ لڑلڑکربڑھتےرہے،سیاسی چٹانسے ۔ کیوں ؟ قرآنکوپڑھا لیکن انہوںنےسمجھانہیں۔</w:t>
      </w:r>
    </w:p>
    <w:p>
      <w:r>
        <w:rPr>
          <w:b/>
        </w:rPr>
        <w:t xml:space="preserve">[18:56] </w:t>
      </w:r>
      <w:r>
        <w:t>hazrat aisha ne kaha tha ke "ulaika qara'uhum lam yaqra'u". quran ko padha magar nahi padha. to ek padhna woh hota hai ke padhta hai aadmi magar nahi padhta hai.</w:t>
      </w:r>
    </w:p>
    <w:p>
      <w:pPr>
        <w:jc w:val="right"/>
      </w:pPr>
      <w:r>
        <w:t>حضرتعائشہنےکہاتھاکہ "أُولَيْكَقَرَؤُهُمْلَمْيَقْرَؤُوا" ۔قرآنکوپڑھامگرنہیںپڑھا۔ تو ایکپڑھناوہہوتاہے کہپڑھتاہےآدمیمگرنہیںپڑھتاہے۔</w:t>
      </w:r>
    </w:p>
    <w:p>
      <w:r>
        <w:rPr>
          <w:b/>
        </w:rPr>
        <w:t xml:space="preserve">[19:09] </w:t>
      </w:r>
      <w:r>
        <w:t>hazrat aisha ne kaha tha un logon ke bare mein jo arab zaban jante the. "</w:t>
      </w:r>
    </w:p>
    <w:p>
      <w:pPr>
        <w:jc w:val="right"/>
      </w:pPr>
      <w:r>
        <w:t>حضرتعائشہنےکہاتھاانلوگوںکےبارےمیںجوعربیزبان جانتےتھے۔ "</w:t>
      </w:r>
    </w:p>
    <w:p>
      <w:r>
        <w:rPr>
          <w:b/>
        </w:rPr>
        <w:t xml:space="preserve">[19:16] </w:t>
      </w:r>
      <w:r>
        <w:t>ulaika qara'uhum lam yaqra'u". padh kar bhi bekhabar. to maulana mohsin sahib ko yeh kehna chahiye tha ke maine jab malta mein teen saal mile to maine dobara jaiza liya.</w:t>
      </w:r>
    </w:p>
    <w:p>
      <w:pPr>
        <w:jc w:val="right"/>
      </w:pPr>
      <w:r>
        <w:t>أُولَيْكَقَرَؤُهُمْ لَمْيَقْرَؤُوا"۔پڑھکربھیبےخبر ۔تو مول انامح سنصاحبکویہکہناچاہیےتھاکہمیںنےجبمال ٹامیں تینسالمجھےملے تومیںنےدوبارہجائزہلیا۔</w:t>
      </w:r>
    </w:p>
    <w:p>
      <w:r>
        <w:rPr>
          <w:b/>
        </w:rPr>
        <w:t xml:space="preserve">[19:28] </w:t>
      </w:r>
      <w:r>
        <w:t>pata chala ke "wewere wrong". hamara ibtedai nuqta galat tha. ibtedai nuqta tha marifat quran.</w:t>
      </w:r>
    </w:p>
    <w:p>
      <w:pPr>
        <w:jc w:val="right"/>
      </w:pPr>
      <w:r>
        <w:t>پتہچلاکہ"wewere wrong"۔ ہماراابتدائینقطہغلطتھا۔ ابتدائینقطہتھا معرفت قرآن۔</w:t>
      </w:r>
    </w:p>
    <w:p>
      <w:r>
        <w:rPr>
          <w:b/>
        </w:rPr>
        <w:t xml:space="preserve">[19:39] </w:t>
      </w:r>
      <w:r>
        <w:t>woh to hasil hi nahi tha humein. hum to padhe the quran majeed ko. iska tarjuma bhi</w:t>
      </w:r>
    </w:p>
    <w:p>
      <w:pPr>
        <w:jc w:val="right"/>
      </w:pPr>
      <w:r>
        <w:t>وہ توحاصل ہینہیںتھاہمیں۔ ہمتو پڑھےتھےقرآنمجیدکو۔اسکاترجمہبھی</w:t>
      </w:r>
    </w:p>
    <w:p>
      <w:r>
        <w:rPr>
          <w:b/>
        </w:rPr>
        <w:t xml:space="preserve">[19:45] </w:t>
      </w:r>
      <w:r>
        <w:t>kar rakha tha hum ne. iski tafaseer bhi likh rakhi thi hum ne. to doosron ko jo padhayenge, kuch aur nateeja kaisa nikal aayega?</w:t>
      </w:r>
    </w:p>
    <w:p>
      <w:pPr>
        <w:jc w:val="right"/>
      </w:pPr>
      <w:r>
        <w:t>کررکھاتھاہمنے۔ اسکیتفسیریںبھیلکھرکھیتھیںہمنے۔ تو دوسروںکوجوپڑھوائیںگے، کچھاورنتیجہکیسانکلآئےگا؟</w:t>
      </w:r>
    </w:p>
    <w:p>
      <w:r>
        <w:rPr>
          <w:b/>
        </w:rPr>
        <w:t xml:space="preserve">[19:56] </w:t>
      </w:r>
      <w:r>
        <w:t>iqbal ko dekhiye. iqbal ne kaha tha ke sahib quran ko phailao, quran ko phailao, quran ko phailao. aur khud ko iqbal quran se bekhabar the.</w:t>
      </w:r>
    </w:p>
    <w:p>
      <w:pPr>
        <w:jc w:val="right"/>
      </w:pPr>
      <w:r>
        <w:t>اقبالکودیکھیے۔ اقبالنےکہاکہصاحبقرآنکوپھیلاؤ،قرآنکوپھیلاؤ،قرآنکوپھیلاؤ۔ اورخود کو اقبالقرآنسےبےخبرتھے۔</w:t>
      </w:r>
    </w:p>
    <w:p>
      <w:r>
        <w:rPr>
          <w:b/>
        </w:rPr>
        <w:t xml:space="preserve">[20:07] </w:t>
      </w:r>
      <w:r>
        <w:t>kaha jata hai aakhri zamanay mein iqbal ke sirhane quran rakha rehta tha, usko padhte rehte the. to woh isi ka be sadaqat the. "ulaika qara'uhum lam yaqra'u". kyun?</w:t>
      </w:r>
    </w:p>
    <w:p>
      <w:pPr>
        <w:jc w:val="right"/>
      </w:pPr>
      <w:r>
        <w:t>کہاجاتاہےآخریزمان ےمیں اقبال کےسرانے قرآنرکھارہتاتھا،اسکوپڑھتےرہتےتھے۔ تووہ اسیکابےصداقتھے۔"أُولَيْكَقَرَؤُهُمْلَمْيَقْرَؤُوا" ۔کیوں ؟</w:t>
      </w:r>
    </w:p>
    <w:p>
      <w:r>
        <w:rPr>
          <w:b/>
        </w:rPr>
        <w:t xml:space="preserve">[20:20] </w:t>
      </w:r>
      <w:r>
        <w:t>iqbal ke zamanay mein jo surat thi woh thi ke musalman degenerate ho chuke the. unhon ne kaha tha ke zarrra nam hoti hai yaani mitti bohat zar khez hai zati. yaani ulti baat keh di unhon ne.</w:t>
      </w:r>
    </w:p>
    <w:p>
      <w:pPr>
        <w:jc w:val="right"/>
      </w:pPr>
      <w:r>
        <w:t>اقبال کےزمان ےمیں جو صورت تھیوہ تھی کہ مس لمان ڈی جن ریٹہوچکےتھے۔ انہوں نےکہاتھا کہ ذ رانمہوتیہےیعنیمٹیبہت زرخیزہےذاتی ۔یعنیالٹیباتکہہدیانہوںنے۔</w:t>
      </w:r>
    </w:p>
    <w:p>
      <w:r>
        <w:rPr>
          <w:b/>
        </w:rPr>
        <w:t xml:space="preserve">[20:37] </w:t>
      </w:r>
      <w:r>
        <w:t>degeneration ke aakhri hadd par the musalman. woh kya keh rahe hain? zarrra nam hoti hai mitti bohat zar khez hai zati.</w:t>
      </w:r>
    </w:p>
    <w:p>
      <w:pPr>
        <w:jc w:val="right"/>
      </w:pPr>
      <w:r>
        <w:t>ڈی جنریشنکےآخریحدپرتھےمسلمان ۔ وہکیاکہہرہےہیں؟ ذرانم ہوتیہے مٹیبہت زرخیزہےذاتی ۔</w:t>
      </w:r>
    </w:p>
    <w:p>
      <w:r>
        <w:rPr>
          <w:b/>
        </w:rPr>
        <w:t xml:space="preserve">[20:46] </w:t>
      </w:r>
      <w:r>
        <w:t>dekhiye, sab se bara masla iqbal ke zamanay mein jo tha woh kya tha? iqbal ke sare log jo is zamanay ke the, jitne leader the, reformer, arab ke log bhi aur india ke dono milakar keh raha hoon main.</w:t>
      </w:r>
    </w:p>
    <w:p>
      <w:pPr>
        <w:jc w:val="right"/>
      </w:pPr>
      <w:r>
        <w:t>دیکھیے، سبسےبڑا مسئلہ اقبالکےزمان ےمیںجوتھاوہکیاتھا؟اقبالکےسارےلوگ جو اسزمانےکےتھے،جتنےلیڈرتھے،ریفارمر، عرب کےلوگ بھیاورانڈیاکےدونوںملاکرکہہرہاہوںمیں۔</w:t>
      </w:r>
    </w:p>
    <w:p>
      <w:r>
        <w:rPr>
          <w:b/>
        </w:rPr>
        <w:t xml:space="preserve">[21:00] </w:t>
      </w:r>
      <w:r>
        <w:t>ke yeh log yeh bhool chuke the ke hum daai hain, doosre log bado hain. yaani jo relationship hai hamara daai bado ka hai.</w:t>
      </w:r>
    </w:p>
    <w:p>
      <w:pPr>
        <w:jc w:val="right"/>
      </w:pPr>
      <w:r>
        <w:t>کہیہلوگ یہ بھولچکےتھےکہہمداعیہیں،دوسرےلوگ بدوہیں۔ یعنیجوریلیشنشپہےہماراداعیبدوکاہے۔</w:t>
      </w:r>
    </w:p>
    <w:p>
      <w:r>
        <w:rPr>
          <w:b/>
        </w:rPr>
        <w:t xml:space="preserve">[21:12] </w:t>
      </w:r>
      <w:r>
        <w:t>ek dam mahya isko jante rehte hain, koi bekhabar.</w:t>
      </w:r>
    </w:p>
    <w:p>
      <w:pPr>
        <w:jc w:val="right"/>
      </w:pPr>
      <w:r>
        <w:t>ایکدمہیاسکوجانتارہتےہیں،کوئیبےخبر ۔</w:t>
      </w:r>
    </w:p>
    <w:p>
      <w:r>
        <w:rPr>
          <w:b/>
        </w:rPr>
        <w:t xml:space="preserve">[21:16] </w:t>
      </w:r>
      <w:r>
        <w:t>sare is zamanay ke literature padh dale aap. including iqbal ka. yeh concept nahi aap payenge ke musalman ka relationship doosron se jo hai woh daai aur bado ka hai.</w:t>
      </w:r>
    </w:p>
    <w:p>
      <w:pPr>
        <w:jc w:val="right"/>
      </w:pPr>
      <w:r>
        <w:t>سارےاسزمانےکیلٹریچرپڑھڈالیےآپ۔ انکلوڈنگ اقبالکا ۔یہ کانسیپٹہینہیںآپپائیںگےکہ مسلمان کاریلیشنشپدوسروںسےجوہے وہ داعیاور بد وکاہے۔</w:t>
      </w:r>
    </w:p>
    <w:p>
      <w:r>
        <w:rPr>
          <w:b/>
        </w:rPr>
        <w:t xml:space="preserve">[21:30] </w:t>
      </w:r>
      <w:r>
        <w:t>to yeh bhool kar kya hua tha? ke musalman doosron ko apne rival samjhte the. rival yaani raqib. western civilization se nafrat.</w:t>
      </w:r>
    </w:p>
    <w:p>
      <w:pPr>
        <w:jc w:val="right"/>
      </w:pPr>
      <w:r>
        <w:t>تو یہبھولکر کیاہواتھا؟ کہ مس لمان دوسروںکواپنےرائیولسمجھتےتھے۔ رائیولیعنیرقیب ۔ ویسٹرنسولائزیشنسے نفرت ۔</w:t>
      </w:r>
    </w:p>
    <w:p>
      <w:r>
        <w:rPr>
          <w:b/>
        </w:rPr>
        <w:t xml:space="preserve">[21:42] </w:t>
      </w:r>
      <w:r>
        <w:t>western thoughts se nafrat.</w:t>
      </w:r>
    </w:p>
    <w:p>
      <w:pPr>
        <w:jc w:val="right"/>
      </w:pPr>
      <w:r>
        <w:t>ویسٹرنتھاٹسےنفرت۔</w:t>
      </w:r>
    </w:p>
    <w:p>
      <w:r>
        <w:rPr>
          <w:b/>
        </w:rPr>
        <w:t xml:space="preserve">[21:46] </w:t>
      </w:r>
      <w:r>
        <w:t>atni nafrat thi keh Iqbal Ilahabadi jawan ko kehta hai "lisan-ul-asr" . halankeh bilkul absurd baat hai inko "lisan-ul-asr" kehna. to woh mazaaq urate thay tehzeeb ka, jadeed maawra civilization ka.</w:t>
      </w:r>
    </w:p>
    <w:p>
      <w:pPr>
        <w:jc w:val="right"/>
      </w:pPr>
      <w:r>
        <w:t>اتنینفرتتھیکہاقبالالہآبادیجوانکوکہتاہے"لسان العصر" ۔حالانکہبالکل ایبسورڈباتہےانکو"لسانالعصر"کہنا۔ تو وہ مذاقاڑاتےتھے تہذیبکا،جدید ماورا سولائزیشنکا۔</w:t>
      </w:r>
    </w:p>
    <w:p>
      <w:r>
        <w:rPr>
          <w:b/>
        </w:rPr>
        <w:t xml:space="preserve">[22:01] </w:t>
      </w:r>
      <w:r>
        <w:t>to mazaaq urate thay to woh "lisan-ul-asr" ban gaye. yani waqt ki zabaan.</w:t>
      </w:r>
    </w:p>
    <w:p>
      <w:pPr>
        <w:jc w:val="right"/>
      </w:pPr>
      <w:r>
        <w:t>تومذاقاڑاتےتھےتووہ"لسانالعصر"بنگئے۔ یعنیوقت کیزبان ۔</w:t>
      </w:r>
    </w:p>
    <w:p>
      <w:r>
        <w:rPr>
          <w:b/>
        </w:rPr>
        <w:t xml:space="preserve">[22:08] </w:t>
      </w:r>
      <w:r>
        <w:t>to unhon ne kaha tha keh</w:t>
      </w:r>
    </w:p>
    <w:p>
      <w:pPr>
        <w:jc w:val="right"/>
      </w:pPr>
      <w:r>
        <w:t>تو انہوںنےکہاتھا کہ</w:t>
      </w:r>
    </w:p>
    <w:p>
      <w:r>
        <w:rPr>
          <w:b/>
        </w:rPr>
        <w:t xml:space="preserve">[22:16] </w:t>
      </w:r>
      <w:r>
        <w:t>paani peena para hai pipe ka, harf parhna para hai type ka. zara sochiye, is soch ko sochiye aap. paani peena para hai pipe ka, harf parhna para hai type ka.</w:t>
      </w:r>
    </w:p>
    <w:p>
      <w:pPr>
        <w:jc w:val="right"/>
      </w:pPr>
      <w:r>
        <w:t>پانی پیناپڑاہے پائپکا ، حرفپڑھناپڑاہےٹائپکا ۔ ذراسوچیے، اسسوچکوسوچیےآپ ۔ پانیپیناپڑاہےپائپکا، حرفپڑھناپڑاہےٹائپکا ۔</w:t>
      </w:r>
    </w:p>
    <w:p>
      <w:r>
        <w:rPr>
          <w:b/>
        </w:rPr>
        <w:t xml:space="preserve">[22:32] </w:t>
      </w:r>
      <w:r>
        <w:t>peit chalta hai, aankh aayi hai, mera Allah teri dahai hai.</w:t>
      </w:r>
    </w:p>
    <w:p>
      <w:pPr>
        <w:jc w:val="right"/>
      </w:pPr>
      <w:r>
        <w:t>پیٹچلتاہے، آنکھآئیہے، میرااللہ تیریدہ ائیہے۔</w:t>
      </w:r>
    </w:p>
    <w:p>
      <w:r>
        <w:rPr>
          <w:b/>
        </w:rPr>
        <w:t xml:space="preserve">[22:37] </w:t>
      </w:r>
      <w:r>
        <w:t>aise bekhabar log Quran ko parhein ge, is mein se kya paayein ge woh? kya paayein ge bataiye? yani angrez jo nematein laaye thay, us ko us ka us ka pata nahi kahan se un ko laga keh yeh toh bilkul bekaar cheezein hain.</w:t>
      </w:r>
    </w:p>
    <w:p>
      <w:pPr>
        <w:jc w:val="right"/>
      </w:pPr>
      <w:r>
        <w:t>ایسےبےخبرلوگقرآنکوپڑھیںگے،اسمیںسےکیاپائیںگےوہ؟ کیا پائیںگےبتائیے؟ یعنیانگریزجونعمتیںلائےتھے، اسکو اسکا اسکا پتہنہیںکہاںسےانکو لگاکہیہتوبالکل بیکارچیزیںہیں۔</w:t>
      </w:r>
    </w:p>
    <w:p>
      <w:r>
        <w:rPr>
          <w:b/>
        </w:rPr>
        <w:t xml:space="preserve">[22:53] </w:t>
      </w:r>
      <w:r>
        <w:t>ek type press laaye woh. water system supply karne ke laaye woh. water ko supply karne ka system laaye woh. aur sankron cheezein laaye woh.</w:t>
      </w:r>
    </w:p>
    <w:p>
      <w:pPr>
        <w:jc w:val="right"/>
      </w:pPr>
      <w:r>
        <w:t>ایکٹائپپریسلائےوہ۔ واٹر سسٹم سپلائیکرنے کے لائےوہ۔ واٹرکو سپلائیکرنےکاسسٹملائےوہ۔ اور سینکڑوںچیزیںلائےوہ۔</w:t>
      </w:r>
    </w:p>
    <w:p>
      <w:r>
        <w:rPr>
          <w:b/>
        </w:rPr>
        <w:t xml:space="preserve">[23:05] </w:t>
      </w:r>
      <w:r>
        <w:t>to in logon ke zamane mein Musalmanon ka kaam maamla tha, degeneration ke aakhri hadd par thay woh. Western civilization se nafrat karte thay.</w:t>
      </w:r>
    </w:p>
    <w:p>
      <w:pPr>
        <w:jc w:val="right"/>
      </w:pPr>
      <w:r>
        <w:t>تو انلوگوںکےزمانےمیں مس لمانوںکاکام معاملہتھا، ڈیجنریشنکےآخریحدپرتھےوہ۔ ویسٹرن سولائزیشنسے نفرتکرتے تھے۔</w:t>
      </w:r>
    </w:p>
    <w:p>
      <w:r>
        <w:rPr>
          <w:b/>
        </w:rPr>
        <w:t xml:space="preserve">[23:17] </w:t>
      </w:r>
      <w:r>
        <w:t>Western thought se nafrat karte thay. Europe, America se nafrat karte thay. Yahudiyon se nafrat karte thay. Hinduo se nafrat karte thay.</w:t>
      </w:r>
    </w:p>
    <w:p>
      <w:pPr>
        <w:jc w:val="right"/>
      </w:pPr>
      <w:r>
        <w:t>ویسٹرنتھاٹسےنفرتکرتےتھے۔ یورپ،امریکہسےنفرتکرتے تھے۔ یہودیوںسےنفرتکرتے تھے۔ ہندو ؤںسےنفرتکرتے تھے۔</w:t>
      </w:r>
    </w:p>
    <w:p>
      <w:r>
        <w:rPr>
          <w:b/>
        </w:rPr>
        <w:t xml:space="preserve">[23:27] </w:t>
      </w:r>
      <w:r>
        <w:t>saari duniya se nafrat karte thay bas.</w:t>
      </w:r>
    </w:p>
    <w:p>
      <w:pPr>
        <w:jc w:val="right"/>
      </w:pPr>
      <w:r>
        <w:t>ساریدنیا سےنفرتکرتے تھےبس۔</w:t>
      </w:r>
    </w:p>
    <w:p>
      <w:r>
        <w:rPr>
          <w:b/>
        </w:rPr>
        <w:t xml:space="preserve">[23:33] </w:t>
      </w:r>
      <w:r>
        <w:t>aise log kya karein ge</w:t>
      </w:r>
    </w:p>
    <w:p>
      <w:pPr>
        <w:jc w:val="right"/>
      </w:pPr>
      <w:r>
        <w:t>ایسےلوگکیاکریںگے</w:t>
      </w:r>
    </w:p>
    <w:p>
      <w:r>
        <w:rPr>
          <w:b/>
        </w:rPr>
        <w:t xml:space="preserve">[23:34] </w:t>
      </w:r>
      <w:r>
        <w:t>? jo duniya se nafrat kare woh. woh Islami kaam ka kaam kare ga, woh duniya ka kaam bhi nahi kar sakta hai. ek business man ko apne apne customer se mohabbat karni parti hai.</w:t>
      </w:r>
    </w:p>
    <w:p>
      <w:pPr>
        <w:jc w:val="right"/>
      </w:pPr>
      <w:r>
        <w:t>؟ جو دنیا سےنفرتکرےوہ ۔وہ اسلامی کامکاکامکرےگا،وہدنیاکاکامبھینہیںکرسکتاہے۔ ایک بزنس مینکو اپنے اپنے کسٹمرسےمحبتکرنیپڑتیہے۔</w:t>
      </w:r>
    </w:p>
    <w:p>
      <w:r>
        <w:rPr>
          <w:b/>
        </w:rPr>
        <w:t xml:space="preserve">[23:47] </w:t>
      </w:r>
      <w:r>
        <w:t>customer friendly hona parta hai us ko. ek business man ko paisa kamana hai, sirf material gain chahiye us ko. tab bhi doosre insaanon ke baare mein us ka rawaiyya jo hai friendly ho, tab kama paaye ga woh.</w:t>
      </w:r>
    </w:p>
    <w:p>
      <w:pPr>
        <w:jc w:val="right"/>
      </w:pPr>
      <w:r>
        <w:t>کسٹمرفرینڈلیہوناپڑتاہےاسکو ۔ ایک بزنس مینکوپیسہکماناہے، صرف مٹیریل گینچاہیےاسکو ۔ تب بھی دوسرےانسانوں کےبارےمیںاسکا روی ہجوہےفرینڈلی ہو،تبکماپ ائےگاوہ۔</w:t>
      </w:r>
    </w:p>
    <w:p>
      <w:r>
        <w:rPr>
          <w:b/>
        </w:rPr>
        <w:t xml:space="preserve">[24:03] </w:t>
      </w:r>
      <w:r>
        <w:t>us ko kama, yani woh customer friendly banna parta hai. to Musalman jo insaan friendly na nahi thay, to kya karte woh? na duniya ke ke qabil thay, na na Islam ke qabil thay.</w:t>
      </w:r>
    </w:p>
    <w:p>
      <w:pPr>
        <w:jc w:val="right"/>
      </w:pPr>
      <w:r>
        <w:t>اسکو کما ،یعنی وہ کسٹمرفرینڈلیبنناپڑتاہے۔ تو مس لمانجو انسان فرینڈلی نہ نہیں تھے، تو کیا کرتے وہ؟نہدنیا کے کےقابلتھے،نہ نہاسلام کےقابلتھے۔</w:t>
      </w:r>
    </w:p>
    <w:p>
      <w:r>
        <w:rPr>
          <w:b/>
        </w:rPr>
        <w:t xml:space="preserve">[24:19] </w:t>
      </w:r>
      <w:r>
        <w:t>yeh hua. aise Musalmanon ko Iqbal ne kya kaha keh ek land alag kar ke diya jaye un ko.</w:t>
      </w:r>
    </w:p>
    <w:p>
      <w:pPr>
        <w:jc w:val="right"/>
      </w:pPr>
      <w:r>
        <w:t>یہہوا ۔ ایسے مسلمانوںکو اقبالنےکیاکہاکہ ایک لینڈالگکرکےدیاجائےانکو ۔</w:t>
      </w:r>
    </w:p>
    <w:p>
      <w:r>
        <w:rPr>
          <w:b/>
        </w:rPr>
        <w:t xml:space="preserve">[24:28] </w:t>
      </w:r>
      <w:r>
        <w:t>1930 mein, 1930 mein Ilahabad mein Muslim League ka jalsa hua jis ke woh president banaye gaye thay. wahan un ka mashhoor jo ek tha woh lecture, woh chupa hua hai.</w:t>
      </w:r>
    </w:p>
    <w:p>
      <w:pPr>
        <w:jc w:val="right"/>
      </w:pPr>
      <w:r>
        <w:t>19 30میں، 19 30میں الہآبادمیں مسلملیگ کاجلسہہوا جسکےوہ پریزیڈنٹبنائےگئےتھے۔ وہاںانکا مشہورجوایک تھاوہ لیکچر ،وہچھپاہواہے۔</w:t>
      </w:r>
    </w:p>
    <w:p>
      <w:r>
        <w:rPr>
          <w:b/>
        </w:rPr>
        <w:t xml:space="preserve">[24:43] </w:t>
      </w:r>
      <w:r>
        <w:t>is mein unhon ne pehli baar yeh kaha keh Musalmanon ko, yani partition ka concept unhon ne diya keh India jo hai yeh sub continent, us ko alag kar ke is mein se partition kar ke Musalmanon ko ek Muslim land banaya jaye.</w:t>
      </w:r>
    </w:p>
    <w:p>
      <w:pPr>
        <w:jc w:val="right"/>
      </w:pPr>
      <w:r>
        <w:t>اسمیں انہوںنےپہلیبار یہکہاکہمسلمانوںکو ،یعنیپارٹیشنکانسیپٹانہوںنےدیاکہ انڈیاجوہےیہسب کانٹیننٹ،اسکوالگکرکےاسمیںسے پارٹیشنکرکےمسلمانوںکوایکمسلملینڈبنایاجائے۔</w:t>
      </w:r>
    </w:p>
    <w:p>
      <w:r>
        <w:rPr>
          <w:b/>
        </w:rPr>
        <w:t xml:space="preserve">[24:56] </w:t>
      </w:r>
      <w:r>
        <w:t>kis ke liye</w:t>
      </w:r>
    </w:p>
    <w:p>
      <w:pPr>
        <w:jc w:val="right"/>
      </w:pPr>
      <w:r>
        <w:t>کسکےلیے</w:t>
      </w:r>
    </w:p>
    <w:p>
      <w:r>
        <w:rPr>
          <w:b/>
        </w:rPr>
        <w:t xml:space="preserve">[24:58] </w:t>
      </w:r>
      <w:r>
        <w:t>? woh log jo degeneration mein aakhri hadd ko pohnch chuke thay. ab dekhiye keh woh hua. angrez ne kar diya keh achha hai to lado tum aapas mein.</w:t>
      </w:r>
    </w:p>
    <w:p>
      <w:pPr>
        <w:jc w:val="right"/>
      </w:pPr>
      <w:r>
        <w:t>؟وہلوگجو ڈی ڈی جنریشنمیں آخریحد کوپہنچچکےتھے۔ ابدیکھیےکہوہہوا ۔ انگریزنےکردیاکہ اچھاہےتولڑوتمآپسمیں۔</w:t>
      </w:r>
    </w:p>
    <w:p>
      <w:r>
        <w:rPr>
          <w:b/>
        </w:rPr>
        <w:t xml:space="preserve">[25:10] </w:t>
      </w:r>
      <w:r>
        <w:t>aur 60 baras mein mujhe bataiye keh kya hua Pakistan mein? aapas mein lad rahe hain bas. muahidon mein bomb, qabristan mein bomb.</w:t>
      </w:r>
    </w:p>
    <w:p>
      <w:pPr>
        <w:jc w:val="right"/>
      </w:pPr>
      <w:r>
        <w:t>اور 60برسمیںمجھےبتائیےکہکیاہوا پاکستانمیں ؟ آپسمیںلڑرہےہیںبس۔ معاہدوںمیںبم ،قبرستانمیںبم ۔</w:t>
      </w:r>
    </w:p>
    <w:p>
      <w:r>
        <w:rPr>
          <w:b/>
        </w:rPr>
        <w:t xml:space="preserve">[25:21] </w:t>
      </w:r>
      <w:r>
        <w:t>gun chal rahi hai, bomb chal rahe hain, suicide bombing ho rahi hai. is ka naam hai Muslim Pakistan, Muslim land.</w:t>
      </w:r>
    </w:p>
    <w:p>
      <w:pPr>
        <w:jc w:val="right"/>
      </w:pPr>
      <w:r>
        <w:t>گنچلرہیہے،بم چلرہےہیں،سوسائیڈبمبنگہورہیہے۔ اسکانامہےمسلم پاکستان ، مسلم لینڈ</w:t>
      </w:r>
    </w:p>
    <w:p>
      <w:r>
        <w:rPr>
          <w:b/>
        </w:rPr>
        <w:t xml:space="preserve">[25:28] </w:t>
      </w:r>
      <w:r>
        <w:t>. to is is ke kya hai? unhon ne kaha keh Quran ka tarjuma phailao. nahi, Quran ka mind banao. Quran ka mind banao.</w:t>
      </w:r>
    </w:p>
    <w:p>
      <w:pPr>
        <w:jc w:val="right"/>
      </w:pPr>
      <w:r>
        <w:t>۔تواس اسکےکیاہے؟انہوںنے کہاکہقرآنکاترجمہ پھیلاؤ ۔ نہیں ، قرآنکامائنڈبناؤ۔ قرآنکامائنڈبناؤ۔</w:t>
      </w:r>
    </w:p>
    <w:p>
      <w:r>
        <w:rPr>
          <w:b/>
        </w:rPr>
        <w:t xml:space="preserve">[25:40] </w:t>
      </w:r>
      <w:r>
        <w:t>is poori period mein jo 100 baras ka period hai, sirf ek kitaab mein jaanta hoon jis ka title "Qazaa-e-Qaza" tha. title.</w:t>
      </w:r>
    </w:p>
    <w:p>
      <w:pPr>
        <w:jc w:val="right"/>
      </w:pPr>
      <w:r>
        <w:t>اسپوری پیریڈمیں جو سو برسکاپیریڈہے، صرف ایک کتاب میںجانتاہوںجسکاٹائٹلکمازکمصحیحتھا۔ ٹائٹل ۔</w:t>
      </w:r>
    </w:p>
    <w:p>
      <w:r>
        <w:rPr>
          <w:b/>
        </w:rPr>
        <w:t xml:space="preserve">[25:50] </w:t>
      </w:r>
      <w:r>
        <w:t>Iqbal ki kitaab to thi, aap jaante hain keh is ka naam hai "Reconstruction of Religious Thought in Islam".</w:t>
      </w:r>
    </w:p>
    <w:p>
      <w:pPr>
        <w:jc w:val="right"/>
      </w:pPr>
      <w:r>
        <w:t>اقبالکیکتاب توتھی،آپجانتےہیںکہاسکانام ہے" ریکنسٹرکشنآفریلیجستھاٹاناسلام"۔</w:t>
      </w:r>
    </w:p>
    <w:p>
      <w:r>
        <w:rPr>
          <w:b/>
        </w:rPr>
        <w:t xml:space="preserve">[25:57] </w:t>
      </w:r>
      <w:r>
        <w:t>"Reconstruction of Religious Thought in Islam". main kahoon ga yeh title hi galat tha, kitaab hi galat thi woh. us waqt zaroorat thi sab baat ki?</w:t>
      </w:r>
    </w:p>
    <w:p>
      <w:pPr>
        <w:jc w:val="right"/>
      </w:pPr>
      <w:r>
        <w:t>"ری کنسٹرکشنآفریلیجستھاٹاناسلام "۔میںکہوںگایہٹائٹلہیغلطتھا،کتاب ہیغلطتھیوہ ۔ اسوقتضرورتتھیکسباتکی ؟</w:t>
      </w:r>
    </w:p>
    <w:p>
      <w:r>
        <w:rPr>
          <w:b/>
        </w:rPr>
        <w:t xml:space="preserve">[26:07] </w:t>
      </w:r>
      <w:r>
        <w:t>"re construction of muslim mind in islam claims" . "re construction of muslim mind in islam claims" .</w:t>
      </w:r>
    </w:p>
    <w:p>
      <w:pPr>
        <w:jc w:val="right"/>
      </w:pPr>
      <w:r>
        <w:t>"ری کنسٹرکشنآف مسلم مائنان اسلام کلائنز"۔ "ری کنسٹرکشن آف مسلممائن ان اسلام کلائنز"۔</w:t>
      </w:r>
    </w:p>
    <w:p>
      <w:r>
        <w:rPr>
          <w:b/>
        </w:rPr>
        <w:t xml:space="preserve">[26:17] </w:t>
      </w:r>
      <w:r>
        <w:t>yani islam ke khutoot par musalmanon ke zehni taameer .</w:t>
      </w:r>
    </w:p>
    <w:p>
      <w:pPr>
        <w:jc w:val="right"/>
      </w:pPr>
      <w:r>
        <w:t>یعنیاسلام کے خط وطپر مسلمانوںکےذہنکیتعمیر۔</w:t>
      </w:r>
    </w:p>
    <w:p>
      <w:r>
        <w:rPr>
          <w:b/>
        </w:rPr>
        <w:t xml:space="preserve">[26:23] </w:t>
      </w:r>
      <w:r>
        <w:t>ajeeb o ghareeb kitaab likhi hai unhon ne .</w:t>
      </w:r>
    </w:p>
    <w:p>
      <w:pPr>
        <w:jc w:val="right"/>
      </w:pPr>
      <w:r>
        <w:t>عجیبوغریبکتاب لکھیہےانہوںنے۔</w:t>
      </w:r>
    </w:p>
    <w:p>
      <w:r>
        <w:rPr>
          <w:b/>
        </w:rPr>
        <w:t xml:space="preserve">[26:27] </w:t>
      </w:r>
      <w:r>
        <w:t>itna confusion is ke andar hai ke koi kaha jata hai ke jinhon ne tarjuma is ko urdu mein kiya , woh bhi nahin samjhe is ko . aap parh lijiye un ki kitaab ko .</w:t>
      </w:r>
    </w:p>
    <w:p>
      <w:pPr>
        <w:jc w:val="right"/>
      </w:pPr>
      <w:r>
        <w:t>اتنا کنفیوژناسکےاندرہےکہکوئی کہاجاتاہےکہجنہوںنےترجمہاسکواردومیںکیا،وہبھینہیںسمجھےاسکو۔ آپپڑھلیجیےانکیکتاب کو ۔</w:t>
      </w:r>
    </w:p>
    <w:p>
      <w:r>
        <w:rPr>
          <w:b/>
        </w:rPr>
        <w:t xml:space="preserve">[26:36] </w:t>
      </w:r>
      <w:r>
        <w:t>baron se poochta hoon ke bhai kia khulasa is kitaab ka hai ? jo admire kar rahe hain , un ke woh nahin bata paate . to starting point ghalat .</w:t>
      </w:r>
    </w:p>
    <w:p>
      <w:pPr>
        <w:jc w:val="right"/>
      </w:pPr>
      <w:r>
        <w:t>بڑوںسےپوچھتاہوںکہبھئیکیاخلاصہاسکتاب کاہے؟ جو ایڈماررہیں،انکےوہینہیںبتاپاتے۔ تو اسٹارٹنگپوائنٹغلط۔</w:t>
      </w:r>
    </w:p>
    <w:p>
      <w:r>
        <w:rPr>
          <w:b/>
        </w:rPr>
        <w:t xml:space="preserve">[26:46] </w:t>
      </w:r>
      <w:r>
        <w:t>ke batwara karke hamein ek land do . That was not a right starting point</w:t>
      </w:r>
    </w:p>
    <w:p>
      <w:pPr>
        <w:jc w:val="right"/>
      </w:pPr>
      <w:r>
        <w:t>کہ بٹوارہکرکےہمیںایکلینڈدو۔ That was not a right start ingpoint</w:t>
      </w:r>
    </w:p>
    <w:p>
      <w:r>
        <w:rPr>
          <w:b/>
        </w:rPr>
        <w:t xml:space="preserve">[26:56] </w:t>
      </w:r>
      <w:r>
        <w:t>. chunke 60 baras ke baad kuch bhi nahin mila . to main ne kaha ek kitaab main janta hoon jis ka title sahi tha . is ka title tha " the mind of quran builds " .</w:t>
      </w:r>
    </w:p>
    <w:p>
      <w:pPr>
        <w:jc w:val="right"/>
      </w:pPr>
      <w:r>
        <w:t>۔چونکہ60برسکےبعدکچھبھینہیںملا۔ تو میںنےکہاایککتاب میںجانتاہوں جسکاٹائٹلصحیحتھا۔ اسکاٹائٹلتھا" دا مائن القرآن بلز"۔</w:t>
      </w:r>
    </w:p>
    <w:p>
      <w:r>
        <w:rPr>
          <w:b/>
        </w:rPr>
        <w:t xml:space="preserve">[27:11] </w:t>
      </w:r>
      <w:r>
        <w:t>yeh title tha is ka . ek sahib the muhammad abdul lateef , hyderabad ke the woh , hyderabadi the woh . " the mind of quran builds " .</w:t>
      </w:r>
    </w:p>
    <w:p>
      <w:pPr>
        <w:jc w:val="right"/>
      </w:pPr>
      <w:r>
        <w:t>یہٹائٹلتھااسکا ۔ ایک صاحبتھے محمد عبداللطیف،حیدرآبادکےتھےوہ،حیدرآبادیتھےوہ ۔ "دا مائن القرآنبل ز"۔</w:t>
      </w:r>
    </w:p>
    <w:p>
      <w:r>
        <w:rPr>
          <w:b/>
        </w:rPr>
        <w:t xml:space="preserve">[27:21] </w:t>
      </w:r>
      <w:r>
        <w:t>to title to sahi tha lekin kitaab mein kuch bhi nahin tha .</w:t>
      </w:r>
    </w:p>
    <w:p>
      <w:pPr>
        <w:jc w:val="right"/>
      </w:pPr>
      <w:r>
        <w:t>توٹائٹلتوصحیحتھالیکن کتاب میںکچھبھینہیںتھا۔</w:t>
      </w:r>
    </w:p>
    <w:p>
      <w:r>
        <w:rPr>
          <w:b/>
        </w:rPr>
        <w:t xml:space="preserve">[27:25] </w:t>
      </w:r>
      <w:r>
        <w:t>kuch traditional way mein unhon ne kuch ayatein naqal kar dein is mein . bas . dekhiye is ko applied way mein pesh karna tha . purani ayaton ka naya application . yeh likhna tha .</w:t>
      </w:r>
    </w:p>
    <w:p>
      <w:pPr>
        <w:jc w:val="right"/>
      </w:pPr>
      <w:r>
        <w:t>کچھ ٹریڈیشنل وےمیںانہوںنے کچھآیتیں نقلکردیںاسمیں۔ بس۔ دیکھیےاسکواپلائیڈوےمیںپیشکرناتھا۔ پر انیآیتوںکا نیا ایپلیکیشن ۔یہ لکھ ناتھا۔</w:t>
      </w:r>
    </w:p>
    <w:p>
      <w:r>
        <w:rPr>
          <w:b/>
        </w:rPr>
        <w:t xml:space="preserve">[27:43] </w:t>
      </w:r>
      <w:r>
        <w:t>aap is kitaab ko parhiye . ya aap ko jamia ki library mein woh kitaab mil jaye gi .</w:t>
      </w:r>
    </w:p>
    <w:p>
      <w:pPr>
        <w:jc w:val="right"/>
      </w:pPr>
      <w:r>
        <w:t>آپاسکتاب کوپڑھیے۔ یاآپکوجامعہکیلائبریریمیںوہکتابملجائےگی۔</w:t>
      </w:r>
    </w:p>
    <w:p>
      <w:r>
        <w:rPr>
          <w:b/>
        </w:rPr>
        <w:t xml:space="preserve">[27:48] </w:t>
      </w:r>
      <w:r>
        <w:t>" the mind of quran builds " . kuch ayatein naqal kar dein unhon ne . aur is ka english mein tarjuma kar diya . asal kaam jo tha yeh ke naye halaat mein , nai situation mein kaise quran ko apply kiya jaye .</w:t>
      </w:r>
    </w:p>
    <w:p>
      <w:pPr>
        <w:jc w:val="right"/>
      </w:pPr>
      <w:r>
        <w:t>"دامائن القرآنبلز"۔ کچھآیتیںنقلکردیںانہوںنے۔ اوراسکاانگلشمیںترجمہکردیا۔ اصلکام جوتھایہکہ نئےحالاتمیں ،نئیسچویشنمیں کیسے قرآنکو ریاپلائیکیاجائے۔</w:t>
      </w:r>
    </w:p>
    <w:p>
      <w:r>
        <w:rPr>
          <w:b/>
        </w:rPr>
        <w:t xml:space="preserve">[28:10] </w:t>
      </w:r>
      <w:r>
        <w:t>yeh is ke andar hai nahin . to woh bhi kitaab k agli hui hai ke hyderabad ke the woh , wahan par ek bohat bare aalim paida hue , doctor hameedullah .</w:t>
      </w:r>
    </w:p>
    <w:p>
      <w:pPr>
        <w:jc w:val="right"/>
      </w:pPr>
      <w:r>
        <w:t>یہاسکےاندرہےہینہیں ۔ تووہبھیکتاب کہالیاہواہےکہحیدرآبادکےتھےوہ، وہاںپرایکبہتبڑے عالمپیدا ہوئے ،ڈاکٹرحمید اللہ۔</w:t>
      </w:r>
    </w:p>
    <w:p>
      <w:r>
        <w:rPr>
          <w:b/>
        </w:rPr>
        <w:t xml:space="preserve">[28:20] </w:t>
      </w:r>
      <w:r>
        <w:t>un donon ka haal hua ke quran ka kaam kiya donon ne . aur quran ka mind jo hai donon mein kisi mein nahin tha . main is liye yeh keh raha hoon ke isi hyderabad mein</w:t>
      </w:r>
    </w:p>
    <w:p>
      <w:pPr>
        <w:jc w:val="right"/>
      </w:pPr>
      <w:r>
        <w:t>اندونوںکاحالہوا کہقرآن کا کام کیا دونوںنے ۔ اور قرآن کامائنڈجوہےدونوںمیںکسی میںنہیںتھا۔ میں اسلیے یہکہہرہاہوںکہاسی حیدرآبادمیں</w:t>
      </w:r>
    </w:p>
    <w:p>
      <w:r>
        <w:rPr>
          <w:b/>
        </w:rPr>
        <w:t xml:space="preserve">[28:31] </w:t>
      </w:r>
      <w:r>
        <w:t>ek ek bohat hi zyada aisi movement uthi jis ka taaluq nahin islam se to kia woh wasd mus se bhi nahin tha , wasd mus se nahin . yani azad hyderabad .</w:t>
      </w:r>
    </w:p>
    <w:p>
      <w:pPr>
        <w:jc w:val="right"/>
      </w:pPr>
      <w:r>
        <w:t>ایک ایک بہت ہیزیادہ ایسی موومنٹاٹھی جسکاتعلقنہیںاسلام سےتوکیاوہوزڈمسےبھینہیںتھا،وزڈمسےبھینہیں ۔ یعنی آزادحیدرآباد۔</w:t>
      </w:r>
    </w:p>
    <w:p>
      <w:r>
        <w:rPr>
          <w:b/>
        </w:rPr>
        <w:t xml:space="preserve">[28:42] </w:t>
      </w:r>
      <w:r>
        <w:t>aap ghor kijiye ke indian union mein tha ghira hua hyderabad . yani charon taraf se indian union . aur hyderabad ke andar bujh jhati hinduon ki .</w:t>
      </w:r>
    </w:p>
    <w:p>
      <w:pPr>
        <w:jc w:val="right"/>
      </w:pPr>
      <w:r>
        <w:t>آپغورکیجیےکہانڈینیونینمیںتھا گھراہوا حیدرآباد۔ یعنیچاروںطرفسےانڈینیونین ۔ اور حیدرآبادکےاندربجھآٹیہندوؤںکی۔</w:t>
      </w:r>
    </w:p>
    <w:p>
      <w:r>
        <w:rPr>
          <w:b/>
        </w:rPr>
        <w:t xml:space="preserve">[28:52] </w:t>
      </w:r>
      <w:r>
        <w:t>to hyderabad azad kaise ho jaye ga ? aur is ka unhon ne affiliation kar diya pakistan se .</w:t>
      </w:r>
    </w:p>
    <w:p>
      <w:pPr>
        <w:jc w:val="right"/>
      </w:pPr>
      <w:r>
        <w:t>تو حیدرآبادآزادکیسےہوجائےگا؟ اوراسکا انہوں نے ایفلیشنکردیا پاکستانسے ۔</w:t>
      </w:r>
    </w:p>
    <w:p>
      <w:r>
        <w:rPr>
          <w:b/>
        </w:rPr>
        <w:t xml:space="preserve">[29:01] </w:t>
      </w:r>
      <w:r>
        <w:t>matlab geographical jump . yani jod kar ke woh pakistan se mil jaye ga ? sari boundary ko chhod kar ke ? That was a ridiculous kind of geographical jump pakistan se ilhaq jo hyderabad ka kiya gaya tha .</w:t>
      </w:r>
    </w:p>
    <w:p>
      <w:pPr>
        <w:jc w:val="right"/>
      </w:pPr>
      <w:r>
        <w:t>مطلب جیوگرافیکلجمپ ۔یعنیکودکرکےوہ پاکستانسےملجائےگا؟ ساریباؤنڈریکو چھوڑکرکے ؟ That was a ridiculouskindofge ographical jump پاکستان سےالحاقجوحیدرآباد کاکیاگیاتھا۔</w:t>
      </w:r>
    </w:p>
    <w:p>
      <w:r>
        <w:rPr>
          <w:b/>
        </w:rPr>
        <w:t xml:space="preserve">[29:18] </w:t>
      </w:r>
      <w:r>
        <w:t>aur sab yani ab mahmood ullah , doctor hameed ullah jo the woh quran ke khadim the woh . aur woh bhi is mein shareek the .</w:t>
      </w:r>
    </w:p>
    <w:p>
      <w:pPr>
        <w:jc w:val="right"/>
      </w:pPr>
      <w:r>
        <w:t>اور سب یعنی اب محمود اللہ، ڈاکٹرحم یداللہ جوتھےوہ قرآنکےخادمتھےوہ۔ اوروہبھیاسمیںشریکتھے۔</w:t>
      </w:r>
    </w:p>
    <w:p>
      <w:r>
        <w:rPr>
          <w:b/>
        </w:rPr>
        <w:t xml:space="preserve">[29:28] </w:t>
      </w:r>
      <w:r>
        <w:t>aap ghor kijiye . to quran logon ne parha lekin quran ko nahin parha . kyon ? mind ko prepare kiye baghair parha . mind ko yani jo sahaba ne kaha tha ke pehle hum ne iman seekha phir hum ne quran seekha . yani pehle hum ne apna mind banaya , mind .</w:t>
      </w:r>
    </w:p>
    <w:p>
      <w:pPr>
        <w:jc w:val="right"/>
      </w:pPr>
      <w:r>
        <w:t>آپغورکیجیے۔ توقرآنلوگوںنےپڑھالیکن قرآنکونہیںپڑھا۔ کیوں ؟ مائنڈکو پریپیئرکیےبغیرپڑھا۔ مائنڈکو یعنی جو صحابہنےکہاتھا کہ پہلے ہمنےایمانسیکھاپھرہمنےقرآنسیکھا۔یعنی پہلے ہمنےاپنامائنڈبنایا،مائنڈ۔</w:t>
      </w:r>
    </w:p>
    <w:p>
      <w:r>
        <w:rPr>
          <w:b/>
        </w:rPr>
        <w:t xml:space="preserve">[29:48] </w:t>
      </w:r>
      <w:r>
        <w:t>phir hum ne quran ko seekha . mind banaye baghair aap quran ko samajh nahin sakte kuch . kuch bhi nahin . kuch bhi nahin samajh sakte aap .</w:t>
      </w:r>
    </w:p>
    <w:p>
      <w:pPr>
        <w:jc w:val="right"/>
      </w:pPr>
      <w:r>
        <w:t>پھرہمنےقرآنکوسیکھا۔ مائنڈبنائےبغیرآپقرآنکوسمجھنہیںسکتےکچھ ۔کچھبھینہیں۔ کچھبھینہیںسمجھسکتےآپ ۔</w:t>
      </w:r>
    </w:p>
    <w:p>
      <w:r>
        <w:rPr>
          <w:b/>
        </w:rPr>
        <w:t xml:space="preserve">[30:00] </w:t>
      </w:r>
      <w:r>
        <w:t>ab dekhiye main kuch aur example deta hoon aap ko . ke dhoom machi hui hai quran ki . aur kuch bhi nazariya nahin .</w:t>
      </w:r>
    </w:p>
    <w:p>
      <w:pPr>
        <w:jc w:val="right"/>
      </w:pPr>
      <w:r>
        <w:t>ابدیکھیےمیںکچھاورایگزامپلدیتاہوںآپکو ۔ کہ دھوممچیہوئیہےقرآنکی۔ اور کچھبھی نظریہنہیں ۔</w:t>
      </w:r>
    </w:p>
    <w:p>
      <w:r>
        <w:rPr>
          <w:b/>
        </w:rPr>
        <w:t xml:space="preserve">[30:12] </w:t>
      </w:r>
      <w:r>
        <w:t>jaise india mein dekhiye 60 baras se main dekh raha hoon ke har har bolne wala aur likhne wala complaint kilingweej bol raha hai ke india mein discrimination hai , india mein hum par zulm hota hai , india mein humein sataya jata hai ,</w:t>
      </w:r>
    </w:p>
    <w:p>
      <w:pPr>
        <w:jc w:val="right"/>
      </w:pPr>
      <w:r>
        <w:t>جیسےانڈیامیں دیکھیے 60برسسے میںدیکھرہاہوںکہ ہر ہر بولنےوالااورلکھنےوالا کمپلینٹکیلینگویجبولرہاہےکہانڈیامیںڈسکریمینیشنہے، انڈیامیںہمپرظلمہوتاہے، انڈیامیںہمیں ستایاجاتاہے،</w:t>
      </w:r>
    </w:p>
    <w:p>
      <w:r>
        <w:rPr>
          <w:b/>
        </w:rPr>
        <w:t xml:space="preserve">[30:26] </w:t>
      </w:r>
      <w:r>
        <w:t>hamein hum India mein hum se maseehein .</w:t>
      </w:r>
    </w:p>
    <w:p>
      <w:pPr>
        <w:jc w:val="right"/>
      </w:pPr>
      <w:r>
        <w:t>ہمیںہمانڈیامیںہمسیجمیںہیں۔</w:t>
      </w:r>
    </w:p>
    <w:p>
      <w:r>
        <w:rPr>
          <w:b/>
        </w:rPr>
        <w:t xml:space="preserve">[30:29] </w:t>
      </w:r>
      <w:r>
        <w:t xml:space="preserve">se mein , se mein hain , muhasre mein hain . aur yeh sab woh log keh rahe hain jo quran ko jante hain . </w:t>
      </w:r>
    </w:p>
    <w:p>
      <w:pPr>
        <w:jc w:val="right"/>
      </w:pPr>
      <w:r>
        <w:t>سیجمیں،سیجمیںہیں،محاصرےمیںہیں۔ اور یہسب وہلوگ کہہرہےہیںجوقرآنکوجانتےہیں۔</w:t>
      </w:r>
    </w:p>
    <w:p>
      <w:r>
        <w:rPr>
          <w:b/>
        </w:rPr>
        <w:t xml:space="preserve">[30:40] </w:t>
      </w:r>
      <w:r>
        <w:t>aur quran mein saaf saaf likha hua hai, saaf saaf likha hua hai ke ma asabakum min musibatin fabima kasabat aideekum quran mein saaf saaf likha hua hai ke wa in tasbiru wa tattaqu yaradkum qaiduhum shai'un</w:t>
      </w:r>
    </w:p>
    <w:p>
      <w:pPr>
        <w:jc w:val="right"/>
      </w:pPr>
      <w:r>
        <w:t>اورقرآنمیں صافصافلکھاہواہے، صافصافلکھاہواہے کہ مَاأَصَابَكُمْمِنمَصِيبَةٍفَبَمَاكَسَبَتَيْدِيكُمْ قرآنمیںصافصافلکھاہواہے کہ وَإِنْتَصْبَرُواوَتَتَّقُوارَايَضُرْكُمْقَيْدٌهُمْشَيْءٌ</w:t>
      </w:r>
    </w:p>
    <w:p>
      <w:r>
        <w:rPr>
          <w:b/>
        </w:rPr>
        <w:t xml:space="preserve">[30:59] </w:t>
      </w:r>
      <w:r>
        <w:t>yani agar tumhare andar sabr aur taqwa ho to doosron ki saazish tumhara koi nuqsan nahi pahunchayegi.</w:t>
      </w:r>
    </w:p>
    <w:p>
      <w:pPr>
        <w:jc w:val="right"/>
      </w:pPr>
      <w:r>
        <w:t>یعنیاگر تمہارےاندر صبراورتقویٰہو تو دوسروںکی سازشتمہاراکوئینقصاننہیںپہنچائےگی۔</w:t>
      </w:r>
    </w:p>
    <w:p>
      <w:r>
        <w:rPr>
          <w:b/>
        </w:rPr>
        <w:t xml:space="preserve">[31:09] </w:t>
      </w:r>
      <w:r>
        <w:t>yeh qaid ke ma'ni hain saazish, conspiracy. Sari dunya ke musalmanon ko ek hi word maloom hai saazish, saazish, saazish. Hindu saazish, American saazish, Christian saazish, Yahudi, Jewish saazish.</w:t>
      </w:r>
    </w:p>
    <w:p>
      <w:pPr>
        <w:jc w:val="right"/>
      </w:pPr>
      <w:r>
        <w:t>یہ قیدکےمعنیہیںساز ش ،کانسپریسی۔ ساری دنیا کےمسلمانوںکوایکہیورڈمعلومہےساز ش،سازش،سازش ۔ ہندو سازش،امریکن سازش،کرسچنساز ش،یہودی،جوئشساز ش۔</w:t>
      </w:r>
    </w:p>
    <w:p>
      <w:r>
        <w:rPr>
          <w:b/>
        </w:rPr>
        <w:t xml:space="preserve">[31:23] </w:t>
      </w:r>
      <w:r>
        <w:t>Har jagah yahi hai. Conspiracy hamare khilaf, hum sij mein hain.</w:t>
      </w:r>
    </w:p>
    <w:p>
      <w:pPr>
        <w:jc w:val="right"/>
      </w:pPr>
      <w:r>
        <w:t>ہرجگہیہیہے۔ کانسپریسیہمارےخلاف،ہمسیجمیںہیں۔</w:t>
      </w:r>
    </w:p>
    <w:p>
      <w:r>
        <w:rPr>
          <w:b/>
        </w:rPr>
        <w:t xml:space="preserve">[31:29] </w:t>
      </w:r>
      <w:r>
        <w:t>To quran mein kya likha hua hai? Wa in tasbiru wa tattaqu yaradkum qaiduhum shai'un</w:t>
      </w:r>
    </w:p>
    <w:p>
      <w:pPr>
        <w:jc w:val="right"/>
      </w:pPr>
      <w:r>
        <w:t>تو قرآنمیںکیالکھاہواہے ؟ وَإِنْتَصْبَرُواوَتَتَّقُوارَايَضُرْكُمْقَيْدٌهُمْ شَيْءٌ</w:t>
      </w:r>
    </w:p>
    <w:p>
      <w:r>
        <w:rPr>
          <w:b/>
        </w:rPr>
        <w:t xml:space="preserve">[31:41] </w:t>
      </w:r>
      <w:r>
        <w:t>Inki saazish, inki conspiracy tumhein kuch bhi nuqsan nahi pahunchayegi agar tumhare andar sabr aur taqwa ho. To koi dunya mein mujhe ek aadmi nahi maloom hai jo yahan par soche, arey bhai yeh to quran mein kuch aur likha hua hai.</w:t>
      </w:r>
    </w:p>
    <w:p>
      <w:pPr>
        <w:jc w:val="right"/>
      </w:pPr>
      <w:r>
        <w:t>انکی ساز ش،انکیکانسپریسیتمہیںکچھ بھینقصاننہیںپہنچائےگیاگرتمہارےاندر صبراورتقویٰہو ۔ تو کوئی دنیا میںمجھےایکآدمینہیںمعلومہےجویہاںپر سوچے،ارےبھئییہتوقرآنمیںکچھاورلکھاہواہے۔</w:t>
      </w:r>
    </w:p>
    <w:p>
      <w:r>
        <w:rPr>
          <w:b/>
        </w:rPr>
        <w:t xml:space="preserve">[31:55] </w:t>
      </w:r>
      <w:r>
        <w:t>Hum kahan chala rahe the saazish, saazish, saazish. Conspiracy, conspiracy, conspiracy. Ek ayat ko sun kar Hazrat Umar Razi Allahu Anhu gir pade the zameen par.</w:t>
      </w:r>
    </w:p>
    <w:p>
      <w:pPr>
        <w:jc w:val="right"/>
      </w:pPr>
      <w:r>
        <w:t>ہمکہاں چلارہےتھےسازش،سازش،سازش ۔کانسپریسی،کانسپریسی،کانسپریسی۔ ایک آیتکوسن کرحضرتعمر رضیاللہعنہگرپڑےتھےزمین پر ۔</w:t>
      </w:r>
    </w:p>
    <w:p>
      <w:r>
        <w:rPr>
          <w:b/>
        </w:rPr>
        <w:t xml:space="preserve">[32:09] </w:t>
      </w:r>
      <w:r>
        <w:t>Rasool Allah ki wafat ke baad aisa waqea hua.</w:t>
      </w:r>
    </w:p>
    <w:p>
      <w:pPr>
        <w:jc w:val="right"/>
      </w:pPr>
      <w:r>
        <w:t>رسولاللہکیوفاتکےبعدایساواقعہہوا ۔</w:t>
      </w:r>
    </w:p>
    <w:p>
      <w:r>
        <w:rPr>
          <w:b/>
        </w:rPr>
        <w:t xml:space="preserve">[32:16] </w:t>
      </w:r>
      <w:r>
        <w:t>Unhone ek baat kahi aur</w:t>
      </w:r>
    </w:p>
    <w:p>
      <w:pPr>
        <w:jc w:val="right"/>
      </w:pPr>
      <w:r>
        <w:t>انہوںنےایکباتکہیاور</w:t>
      </w:r>
    </w:p>
    <w:p>
      <w:r>
        <w:rPr>
          <w:b/>
        </w:rPr>
        <w:t xml:space="preserve">[32:20] </w:t>
      </w:r>
      <w:r>
        <w:t>Phir Hazrat Abu Bakr aaye aur unhone kaha ke tum jo keh rahe ho woh quran ke khilaf hai yeh baat</w:t>
      </w:r>
    </w:p>
    <w:p>
      <w:pPr>
        <w:jc w:val="right"/>
      </w:pPr>
      <w:r>
        <w:t>پھرحضرتابوبکرآئےاورانہوںنےکہاکہتمجوکہہرہےہووہقرآنکےخلاف ہےیہبات</w:t>
      </w:r>
    </w:p>
    <w:p>
      <w:r>
        <w:rPr>
          <w:b/>
        </w:rPr>
        <w:t xml:space="preserve">[32:24] </w:t>
      </w:r>
      <w:r>
        <w:t>. Woh ayat padh di unhone. Wohi gir pade aur unhone kaha ke woh kehte hain ke us waqt mera haal yeh hua ke mere paaon jo wahin haalanke Hazrat Umar pehalwan aadmi the, pehalwan.</w:t>
      </w:r>
    </w:p>
    <w:p>
      <w:pPr>
        <w:jc w:val="right"/>
      </w:pPr>
      <w:r>
        <w:t>۔ وہآیتپڑھدیانہوںنے ۔وہی گرپڑےاور انہوںنےکہاکہ وہکہتےہیںکہاسوقت میراحالیہہوا کہ میرےپاؤںجوہیں حالانکہحضرتعمرپہلوانآدمیتھے،پہلوان۔</w:t>
      </w:r>
    </w:p>
    <w:p>
      <w:r>
        <w:rPr>
          <w:b/>
        </w:rPr>
        <w:t xml:space="preserve">[32:36] </w:t>
      </w:r>
      <w:r>
        <w:t>Bahut zabardast aadmi the woh. Unhone kaha ke mere pairon ne mera bojh uthane se inkar kar diya. Aur maine is ayat ko kitne logon ke samne, hazaron logon ke samne padh kar sunaya hai logon ko.</w:t>
      </w:r>
    </w:p>
    <w:p>
      <w:pPr>
        <w:jc w:val="right"/>
      </w:pPr>
      <w:r>
        <w:t>بہت زبرد ستآدمیتھےوہ۔ انہوںنےکہاکہمیرےپیروںنےمیرا بوجھاٹھانےسےانکارکردیا۔ اورمیںنےاسآیتکو کتنے لوگوںکےسامنے،ہزاروںلوگوںکےسامنے پڑھکرسنایاہےلوگوںکو۔</w:t>
      </w:r>
    </w:p>
    <w:p>
      <w:r>
        <w:rPr>
          <w:b/>
        </w:rPr>
        <w:t xml:space="preserve">[32:51] </w:t>
      </w:r>
      <w:r>
        <w:t>Ke quran mein hai ke agar tumhare andar sabr hai aur taqwa hai to logon ki conspiracy tumhein kuch bhi nuqsan nahi pahunchayegi. Maine nahi dekha koi aadmi gir pada ho zameen par.</w:t>
      </w:r>
    </w:p>
    <w:p>
      <w:pPr>
        <w:jc w:val="right"/>
      </w:pPr>
      <w:r>
        <w:t>کہقرآنمیںہےکہاگر تمہارےاندر صبرہےاورتقویٰہے تولوگوںکیکانسپریسیتمہیںکچھبھینقصاننہیںپہنچائےگی۔ میںنےنہیںدیکھاکوئیآدمی گر پڑاہوزمین پر ۔</w:t>
      </w:r>
    </w:p>
    <w:p>
      <w:r>
        <w:rPr>
          <w:b/>
        </w:rPr>
        <w:t xml:space="preserve">[33:03] </w:t>
      </w:r>
      <w:r>
        <w:t>Hum to jante nahi the ke ayat bhi likhi hui hai quran ke andar. Phir bhi dhattayi, phir bhi sarkashi.</w:t>
      </w:r>
    </w:p>
    <w:p>
      <w:pPr>
        <w:jc w:val="right"/>
      </w:pPr>
      <w:r>
        <w:t>ہمتوجانتےنہیںتھےکہآیتبھیلکھیہوئیہےقرآنکےاندر۔ پھر بھیڈھٹائی،پھربھی سرکشی۔</w:t>
      </w:r>
    </w:p>
    <w:p>
      <w:r>
        <w:rPr>
          <w:b/>
        </w:rPr>
        <w:t xml:space="preserve">[33:12] </w:t>
      </w:r>
      <w:r>
        <w:t>Aisi halat mein inko aap ne de diya ke ek land ke yahan par hukoomat karo. To kya aap aapas mein maar kaat kar rahe hain woh?</w:t>
      </w:r>
    </w:p>
    <w:p>
      <w:pPr>
        <w:jc w:val="right"/>
      </w:pPr>
      <w:r>
        <w:t>ایسیحالتمیںانکو آپ نےدےدیا کہایکلینڈکےیہاںپرحکومت کرو۔ توکیا آپسمیںمارکاٹکررہےہیںوہ؟</w:t>
      </w:r>
    </w:p>
    <w:p>
      <w:r>
        <w:rPr>
          <w:b/>
        </w:rPr>
        <w:t xml:space="preserve">[33:26] </w:t>
      </w:r>
      <w:r>
        <w:t>Chhe kahiye Arab dunya ka hai. Arab dunya mein kya hua? Ke ball for commission ke tehat, ball for verdict ke tehat 1948 mein yeh Yahudiyon ko mauqa diya gaya ke woh yahan aayein.</w:t>
      </w:r>
    </w:p>
    <w:p>
      <w:pPr>
        <w:jc w:val="right"/>
      </w:pPr>
      <w:r>
        <w:t>چھ کہیعرب دنیا کاہے۔ عرب دنیا میںکیا ہوا ؟ کہ بال فورکمیشن کے تحت ،بال فور ور ڈکٹکےتحت 194 8 میں یہ ودیوںکو موقعدیاگیاکہوہ یہاںآئیں۔</w:t>
      </w:r>
    </w:p>
    <w:p>
      <w:r>
        <w:rPr>
          <w:b/>
        </w:rPr>
        <w:t xml:space="preserve">[33:47] </w:t>
      </w:r>
      <w:r>
        <w:t>Rifli unhone do part kar diye Palestine ke.</w:t>
      </w:r>
    </w:p>
    <w:p>
      <w:pPr>
        <w:jc w:val="right"/>
      </w:pPr>
      <w:r>
        <w:t>رفلی انہوں نے دوپارٹکردیے فلسطین کے۔</w:t>
      </w:r>
    </w:p>
    <w:p>
      <w:r>
        <w:rPr>
          <w:b/>
        </w:rPr>
        <w:t xml:space="preserve">[33:54] </w:t>
      </w:r>
      <w:r>
        <w:t>Yaani fifty fifty, rifli fifty fifty. Aadha Arab ko diya, aadha Yahud ko diya. Yeh bilkul yani yani quran ke mutabiq bilkul just faisla tha, just.</w:t>
      </w:r>
    </w:p>
    <w:p>
      <w:pPr>
        <w:jc w:val="right"/>
      </w:pPr>
      <w:r>
        <w:t>یعنی ففٹیففٹی، رفلیففٹیففٹی۔ آدھا عرب کودیا،آدھا جو کودیا۔ یہ بالکل یعنی یعنیقرآنکےمطابق بالکل جسٹ فیصلہتھا،جسٹ۔</w:t>
      </w:r>
    </w:p>
    <w:p>
      <w:r>
        <w:rPr>
          <w:b/>
        </w:rPr>
        <w:t xml:space="preserve">[34:10] </w:t>
      </w:r>
      <w:r>
        <w:t>Sare Arab log one to all,</w:t>
      </w:r>
    </w:p>
    <w:p>
      <w:pPr>
        <w:jc w:val="right"/>
      </w:pPr>
      <w:r>
        <w:t>سارےعرب لوگ ون ٹوآل،</w:t>
      </w:r>
    </w:p>
    <w:p>
      <w:r>
        <w:rPr>
          <w:b/>
        </w:rPr>
        <w:t xml:space="preserve">[34:15] </w:t>
      </w:r>
      <w:r>
        <w:t>Except myself, sab ne kya kiya uske khilaf ladayi chhod di.</w:t>
      </w:r>
    </w:p>
    <w:p>
      <w:pPr>
        <w:jc w:val="right"/>
      </w:pPr>
      <w:r>
        <w:t>ایکسیپٹمائیسیلف ،سب نے کیا کیااسکےخلاف لڑائیچھوڑدی۔</w:t>
      </w:r>
    </w:p>
    <w:p>
      <w:r>
        <w:rPr>
          <w:b/>
        </w:rPr>
        <w:t xml:space="preserve">[34:20] </w:t>
      </w:r>
      <w:r>
        <w:t>Sabse pehle Hazrat Ibn and Syed Qutb ne shuru ki, jo Jamaat-e-Islami ke woh Jamaat-e-Dawa ke zamane mein aur Shah Farooq ke zamane mein.</w:t>
      </w:r>
    </w:p>
    <w:p>
      <w:pPr>
        <w:jc w:val="right"/>
      </w:pPr>
      <w:r>
        <w:t>سبسےپہلے حضرتبنہ اور سید قطبنےشروع کی، جوجماعتالدینافغانیکے وہ جماعتالدینناصرکےزمان ےمیں اور شاہفاروقکےزمانےمیں۔</w:t>
      </w:r>
    </w:p>
    <w:p>
      <w:r>
        <w:rPr>
          <w:b/>
        </w:rPr>
        <w:t xml:space="preserve">[34:30] </w:t>
      </w:r>
      <w:r>
        <w:t>Aur tab se aate chali ja rahi hai, yahan se arsa Arafat tak aur abhi tak chali ja rahi hai. Beshumar nuqsan, beshumar nuqsan. Kyun?</w:t>
      </w:r>
    </w:p>
    <w:p>
      <w:pPr>
        <w:jc w:val="right"/>
      </w:pPr>
      <w:r>
        <w:t>اورتبسےآتےچلیجارہیہے، یہاںسےعر صہعرفاتتک اور ابھیتکچلیجارہیہے۔ بےشمار نقصان، بےشمارنقصان۔ کیوں ؟</w:t>
      </w:r>
    </w:p>
    <w:p>
      <w:r>
        <w:rPr>
          <w:b/>
        </w:rPr>
        <w:t xml:space="preserve">[34:41] </w:t>
      </w:r>
      <w:r>
        <w:t>Unhone jab yeh baat samne aayi to quran ko nahi padha.</w:t>
      </w:r>
    </w:p>
    <w:p>
      <w:pPr>
        <w:jc w:val="right"/>
      </w:pPr>
      <w:r>
        <w:t>انہوں نے جب یہ باتسامنےآئیتوقرآنکونہیںپڑھا۔</w:t>
      </w:r>
    </w:p>
    <w:p>
      <w:r>
        <w:rPr>
          <w:b/>
        </w:rPr>
        <w:t xml:space="preserve">[34:48] </w:t>
      </w:r>
      <w:r>
        <w:t>Quran mein likha hua hai ke Hazrat Musa ne kaha ke aye Bani Israel, tum chale jao Palestine mein, Khuda ne tumhare liye likh diya hai isko.</w:t>
      </w:r>
    </w:p>
    <w:p>
      <w:pPr>
        <w:jc w:val="right"/>
      </w:pPr>
      <w:r>
        <w:t>قرآنمیںلکھاہواہے کہ حضرت موسیٰنےکہاکہ اے بنی اسرائیل،تم چلےجاؤ فلسطینمیں ،خدانےتمہارےلیےلکھدیاہےاسکو ۔</w:t>
      </w:r>
    </w:p>
    <w:p>
      <w:r>
        <w:rPr>
          <w:b/>
        </w:rPr>
        <w:t xml:space="preserve">[34:57] </w:t>
      </w:r>
      <w:r>
        <w:t>Yeh kis se kaha tha? Yeh Bani Israel jin ko hum kehte hain, jo Yahudi log kehte hain, inko hum ka kya qissa hai? Yeh Hazrat Ibrahim ke beton se yeh silsila chala hai.</w:t>
      </w:r>
    </w:p>
    <w:p>
      <w:pPr>
        <w:jc w:val="right"/>
      </w:pPr>
      <w:r>
        <w:t>یہکسسےکہاتھا ؟ یہ بنی اسرائیلجنکوہمکہتےہیں،جو یہودیلوگکہتےہیں،انکوہمکاکیاقصہہے؟ یہ حضرتابراہیم کے بیٹوں سے یہسلسلہچلاہے۔</w:t>
      </w:r>
    </w:p>
    <w:p>
      <w:r>
        <w:rPr>
          <w:b/>
        </w:rPr>
        <w:t xml:space="preserve">[35:13] </w:t>
      </w:r>
      <w:r>
        <w:t>hazrat ishaq ke bete the yaqoob, yaqoob ke isse</w:t>
      </w:r>
    </w:p>
    <w:p>
      <w:pPr>
        <w:jc w:val="right"/>
      </w:pPr>
      <w:r>
        <w:t>حضرت اسحاقکےبیٹےتھےیعقوب ،یعقوبکے اسسےنس</w:t>
      </w:r>
    </w:p>
    <w:p>
      <w:r>
        <w:rPr>
          <w:b/>
        </w:rPr>
        <w:t xml:space="preserve">[35:17] </w:t>
      </w:r>
      <w:r>
        <w:t>lein chalen. yaqoob ka doosra naam israil tha. to isi liye inko bani israil kaha jata hai. to inko hazrat ibrahim ne basaya tha, yani falasteen mein.</w:t>
      </w:r>
    </w:p>
    <w:p>
      <w:pPr>
        <w:jc w:val="right"/>
      </w:pPr>
      <w:r>
        <w:t>لیںچلیں۔یعقوبکادوسرانام اسرائیلتھا۔ تو اسیلیےانکوبنی اسرائیلکہاجاتاہے۔ توانکو حضرت حضرتابراہیمنےبسایاتھا، یعنی فلسطینمیں۔</w:t>
      </w:r>
    </w:p>
    <w:p>
      <w:r>
        <w:rPr>
          <w:b/>
        </w:rPr>
        <w:t xml:space="preserve">[35:31] </w:t>
      </w:r>
      <w:r>
        <w:t>hazrat yusuf alehissalam jab misr mein inko mauqa mila wahan to unhon ne apne bhaiyon se kaha ke tum yahan aajao, misr aajao. to jo log base hue the falasteen mein, us waqt taqreeban 70 aadmi the,</w:t>
      </w:r>
    </w:p>
    <w:p>
      <w:pPr>
        <w:jc w:val="right"/>
      </w:pPr>
      <w:r>
        <w:t>حضرتیوسفعلیہالسلامجبمصر میں انکو موقعملاوہاںتوانہوں نے اپنے بھائیوںسےکہاکہتم یہاںآجاؤ،مصر آجاؤ۔ تو جولوگ بسےہوئےتھے فلسطینمیں، اسوقتتقریباً70آدمیتھے،</w:t>
      </w:r>
    </w:p>
    <w:p>
      <w:r>
        <w:rPr>
          <w:b/>
        </w:rPr>
        <w:t xml:space="preserve">[35:46] </w:t>
      </w:r>
      <w:r>
        <w:t>yeh yeh log, yeh chale gaye wahan. yani misr chale gaye aur bohat zarkhez ilaqe mein woh abad hue. paanch sau saal tak taqreeban wahan rahe aur bohat kaafi unki tadad ho gayi, lakhon ho gaye woh.</w:t>
      </w:r>
    </w:p>
    <w:p>
      <w:pPr>
        <w:jc w:val="right"/>
      </w:pPr>
      <w:r>
        <w:t>یہ یہلوگ ،یہ چلےگئےوہاں۔ یعنی مصر چلےگئے اوربہت زرخیزعلاقےمیںوہآباد ہوئے۔ پانچ سوسالتک تقریباًوہاںرہےاوربہت کافی انکی تعداد ہوگئی،لاکھوںہوگئےوہ۔</w:t>
      </w:r>
    </w:p>
    <w:p>
      <w:r>
        <w:rPr>
          <w:b/>
        </w:rPr>
        <w:t xml:space="preserve">[36:01] </w:t>
      </w:r>
      <w:r>
        <w:t>yeh woh log the jin ko le kar hazrat moosa jo hai sarasar hamein gaye. inse kaha ke tum dakhla ho jao falasteen mein dobara, khuda ne likh diya hai tumhare liye.</w:t>
      </w:r>
    </w:p>
    <w:p>
      <w:pPr>
        <w:jc w:val="right"/>
      </w:pPr>
      <w:r>
        <w:t>یہ وہلوگ تھے جنکولےکرحضرتموسیٰجوہے سراسرہمیںگئے۔ انسےکہاکہ تمداخلہوجاؤ فلسطینمیںدوبارہ، خدانےلکھدیاہےتمہارےلیے۔</w:t>
      </w:r>
    </w:p>
    <w:p>
      <w:r>
        <w:rPr>
          <w:b/>
        </w:rPr>
        <w:t xml:space="preserve">[36:11] </w:t>
      </w:r>
      <w:r>
        <w:t>udkhul al-ard al-muqaddasah allati katab Allah lakum. kisi ne socha nahi ke aakhir yeh jo hazrat moosa ne kaha tha, kyun kaha tha? abhi tak woh ayat maujood hai, woh mansookh nahi hui.</w:t>
      </w:r>
    </w:p>
    <w:p>
      <w:pPr>
        <w:jc w:val="right"/>
      </w:pPr>
      <w:r>
        <w:t>ادخل ارض المقدسہ التي كتب اللہ لکم کسی نےسوچانہیںکہ آخر یہ جو حضرتموسیٰنےکہاتھا، کیوںکہاتھا؟ابھیتکوہآیتموجود ہے، وہمنسوخنہیںہوئی ۔</w:t>
      </w:r>
    </w:p>
    <w:p>
      <w:r>
        <w:rPr>
          <w:b/>
        </w:rPr>
        <w:t xml:space="preserve">[36:26] </w:t>
      </w:r>
      <w:r>
        <w:t>is liye kaha tha ke yeh the jo danda ispora.</w:t>
      </w:r>
    </w:p>
    <w:p>
      <w:pPr>
        <w:jc w:val="right"/>
      </w:pPr>
      <w:r>
        <w:t>اس لیےکہاتھا کہ یہ تھے جودانڈائسپورا۔</w:t>
      </w:r>
    </w:p>
    <w:p>
      <w:r>
        <w:rPr>
          <w:b/>
        </w:rPr>
        <w:t xml:space="preserve">[36:34] </w:t>
      </w:r>
      <w:r>
        <w:t>diaspora kehte hain ke jaise india mein jo log hain, un mein kuch log chale jayen america to wahan diaspora kahe jayenge woh.</w:t>
      </w:r>
    </w:p>
    <w:p>
      <w:pPr>
        <w:jc w:val="right"/>
      </w:pPr>
      <w:r>
        <w:t>ڈائسپوراکہتےہیںکہ جیسےانڈیامیں جولوگ ہیں، انمیں کچھلوگ چلےجائیںامریکہ تووہاں ڈائسپوراکہےجائیںگےوہ ۔</w:t>
      </w:r>
    </w:p>
    <w:p>
      <w:r>
        <w:rPr>
          <w:b/>
        </w:rPr>
        <w:t xml:space="preserve">[36:46] </w:t>
      </w:r>
      <w:r>
        <w:t>yani kisi mulk ke log ja kar bahar jab rehne lagte hain to unko kaha jata hai, urdu mein kehte hain tarkeen watan, english mein kehte hain diaspora.</w:t>
      </w:r>
    </w:p>
    <w:p>
      <w:pPr>
        <w:jc w:val="right"/>
      </w:pPr>
      <w:r>
        <w:t>یعنیکسی ملککےلوگ جاکرباہرجبرہنےلگتےہیںتوانکو کہاجاتاہے، ارد ومیںکہتےہیںتارکین وطن ، انگل شمیںکہتےہیںڈائسپورا۔</w:t>
      </w:r>
    </w:p>
    <w:p>
      <w:r>
        <w:rPr>
          <w:b/>
        </w:rPr>
        <w:t xml:space="preserve">[36:56] </w:t>
      </w:r>
      <w:r>
        <w:t>to yeh jo yeh yahoodi the jin ko le ke hazrat moosa gaye sarasar hamein, jin ko kaha ke jao falasteen mein dakhla ho jao,</w:t>
      </w:r>
    </w:p>
    <w:p>
      <w:pPr>
        <w:jc w:val="right"/>
      </w:pPr>
      <w:r>
        <w:t>تویہجویہ ودیتھے جنکولےکےحضرتموسیٰگئے سراسرہمیں، جنکوکہاکہجاؤفلسطینمیںداخلہوجاؤ،</w:t>
      </w:r>
    </w:p>
    <w:p>
      <w:r>
        <w:rPr>
          <w:b/>
        </w:rPr>
        <w:t xml:space="preserve">[37:04] </w:t>
      </w:r>
      <w:r>
        <w:t>ek khuda ne likh diya hai tumhare liye. to kyun kaha likh diya hai? is liye ke woh diaspora mein the, woh log unka homeland tha falasteen.</w:t>
      </w:r>
    </w:p>
    <w:p>
      <w:pPr>
        <w:jc w:val="right"/>
      </w:pPr>
      <w:r>
        <w:t>ایک خدانےلکھدیاہےتمہارےلیے۔ توکیوںکہالکھدیاہے؟ اسلیےکہوہڈائسپورا میںتھے،وہلوگ انکا ہوملینڈتھافلسطین ۔</w:t>
      </w:r>
    </w:p>
    <w:p>
      <w:r>
        <w:rPr>
          <w:b/>
        </w:rPr>
        <w:t xml:space="preserve">[37:16] </w:t>
      </w:r>
      <w:r>
        <w:t>to woh ayat abhi bhi maujood hai. to yeh jo gaye the baal forward verdict ke tehat, woh sab diaspora ke log the. woh bahar ke mulkon mein jo yahoodi abad ho gaye the,</w:t>
      </w:r>
    </w:p>
    <w:p>
      <w:pPr>
        <w:jc w:val="right"/>
      </w:pPr>
      <w:r>
        <w:t>تو وہ آیتابھیبھیموجود ہے۔ تو یہجو گئےتھے بال فور ورڈکٹکےتحت،وہسبڈائسپوراکےلوگتھے۔وہ باہرکے ملکوںمیںجویہودی آباد ہوگئےتھے،</w:t>
      </w:r>
    </w:p>
    <w:p>
      <w:r>
        <w:rPr>
          <w:b/>
        </w:rPr>
        <w:t xml:space="preserve">[37:29] </w:t>
      </w:r>
      <w:r>
        <w:t>jin ko ke bhagna pada tha wahan,</w:t>
      </w:r>
    </w:p>
    <w:p>
      <w:pPr>
        <w:jc w:val="right"/>
      </w:pPr>
      <w:r>
        <w:t>جنکوکہ بھاگناپڑاتھاوہاں،</w:t>
      </w:r>
    </w:p>
    <w:p>
      <w:r>
        <w:rPr>
          <w:b/>
        </w:rPr>
        <w:t xml:space="preserve">[37:33] </w:t>
      </w:r>
      <w:r>
        <w:t>kai wahan par aap jante hain iski history, falasteen ki history ke kai baar aisa hua ke wahan kisi king ne hamla kiya, attack kiya, aur aur lambi kahani hai iski, koi bhagna pada.</w:t>
      </w:r>
    </w:p>
    <w:p>
      <w:pPr>
        <w:jc w:val="right"/>
      </w:pPr>
      <w:r>
        <w:t>کئی وہاںپر آپجانتےہیںاسکیہسٹری،فلسطینکیہسٹری کہکئیبار ایساہواکہوہاں کسی کنگنےحملہکیا،اٹیککیا،اور اور لمبیکہانیہےاسکی،کوئیبھاگناپڑا۔</w:t>
      </w:r>
    </w:p>
    <w:p>
      <w:r>
        <w:rPr>
          <w:b/>
        </w:rPr>
        <w:t xml:space="preserve">[37:44] </w:t>
      </w:r>
      <w:r>
        <w:t>to woh log jo tarkeen watan ya diaspora mein the bahar, jis tarah hazrat moosa ke zamane mein unka haq tha ke woh ja kar basein wahan, abhi bhi haq tha unko ja ke wahan basein.</w:t>
      </w:r>
    </w:p>
    <w:p>
      <w:pPr>
        <w:jc w:val="right"/>
      </w:pPr>
      <w:r>
        <w:t>تو وہ لوگ جو تارکین وطن یاڈائسپورامیںتھےباہر، جسطرح حضرتموسیٰکےزمانےمیںانکاحقتھاکہوہجاکربسیںوہاں،ابھیبھیحقتھاانکوجاکےوہاںبسیں۔</w:t>
      </w:r>
    </w:p>
    <w:p>
      <w:r>
        <w:rPr>
          <w:b/>
        </w:rPr>
        <w:t xml:space="preserve">[37:55] </w:t>
      </w:r>
      <w:r>
        <w:t>to kyun aap is ke khilaf ho gaye? kyun aap ne ladai chhedi?</w:t>
      </w:r>
    </w:p>
    <w:p>
      <w:pPr>
        <w:jc w:val="right"/>
      </w:pPr>
      <w:r>
        <w:t>توکیوںآپ اسکےخلاف ہوگئے؟ کیوںآپنےلڑائیچھیڑی؟</w:t>
      </w:r>
    </w:p>
    <w:p>
      <w:r>
        <w:rPr>
          <w:b/>
        </w:rPr>
        <w:t xml:space="preserve">[38:00] </w:t>
      </w:r>
      <w:r>
        <w:t>ab re assess karna chahiye in logon ko ke dekhiye kaha agar aap haq par the to 60 saal beet gaye hain, 60 saal, 60 years, more than 60 years.</w:t>
      </w:r>
    </w:p>
    <w:p>
      <w:pPr>
        <w:jc w:val="right"/>
      </w:pPr>
      <w:r>
        <w:t>اب ریایسسکرناچاہیےانلوگوںکوکہدیکھیے کہاگرآپ حق پرتھے تو 60سال بیتگئےہیں،60سال ، 60ایئرز، موردین60ایئرز۔</w:t>
      </w:r>
    </w:p>
    <w:p>
      <w:r>
        <w:rPr>
          <w:b/>
        </w:rPr>
        <w:t xml:space="preserve">[38:12] </w:t>
      </w:r>
      <w:r>
        <w:t>to khuda aap ki side mein kyun nahi aaya? ajeeb ghareeb harkatein ki hain arbon ne, yani gaza aur misr ke beech mein tunnel khod rakhi hai, bohat sari tunnel, is mein se hathiyar late hain.</w:t>
      </w:r>
    </w:p>
    <w:p>
      <w:pPr>
        <w:jc w:val="right"/>
      </w:pPr>
      <w:r>
        <w:t>تو خداآپکیسائیڈمیںکیوںنہیںآیا؟ عجیبغریب حرکتیںکیہیںعربوںنے،یعنیغزہاورمصر کےبیچمیں ٹنلکھودرکھیہے،بہتساریٹنل، اسمیںسےہتھیارلاتےہیں۔</w:t>
      </w:r>
    </w:p>
    <w:p>
      <w:r>
        <w:rPr>
          <w:b/>
        </w:rPr>
        <w:t xml:space="preserve">[38:26] </w:t>
      </w:r>
      <w:r>
        <w:t>jo gaza patti hai, kahi jati hai g-a-z-a, english mein gaza kehte hain, arabic mein gh-z-h kehte hain. to woh iski border mila hua hai egypt se,</w:t>
      </w:r>
    </w:p>
    <w:p>
      <w:pPr>
        <w:jc w:val="right"/>
      </w:pPr>
      <w:r>
        <w:t>جو غزہپٹیہے، کہیجاتیہے جیاےزیڈاے، انگل شمیںغازہکہتےہیں،عربکمیںغ زہکہتےہیں۔ تو وہ اسکی بارڈرملاہوا ہےایجپٹسے،</w:t>
      </w:r>
    </w:p>
    <w:p>
      <w:r>
        <w:rPr>
          <w:b/>
        </w:rPr>
        <w:t xml:space="preserve">[38:40] </w:t>
      </w:r>
      <w:r>
        <w:t>wohan tunnel khod rakhi hai, kai. isi tunnel se ja kar ke misr se, yani egypt se late hain hathiyar aur phir bomb marte hain, yani israiliyon par.</w:t>
      </w:r>
    </w:p>
    <w:p>
      <w:pPr>
        <w:jc w:val="right"/>
      </w:pPr>
      <w:r>
        <w:t>وہاں ٹنلکھودرکھیہے، کئی۔ اسیٹنلسےجاکرکےمصر سے ،یعنیایجپٹسےلاتےہیں ہتھیار اورپھر بم مارتےہیں، یعنی اسرائیلیوںپر ۔</w:t>
      </w:r>
    </w:p>
    <w:p>
      <w:r>
        <w:rPr>
          <w:b/>
        </w:rPr>
        <w:t xml:space="preserve">[38:54] </w:t>
      </w:r>
      <w:r>
        <w:t>itni itni zyada paisa diya hai arbon ne in logon ko ke woh ek pahad ban jaye, bason ke sone chandi ka, in paison ko ikattha kiya hai to.</w:t>
      </w:r>
    </w:p>
    <w:p>
      <w:pPr>
        <w:jc w:val="right"/>
      </w:pPr>
      <w:r>
        <w:t>ات نی اتنا زیادہ پیسہدیاہے عرب وںنے انلوگوںکو کہوہایک پہاڑ بنجائے،بسوں کے سونےچاندیکا،انپیسوںکواکٹھاکیاہےتو۔</w:t>
      </w:r>
    </w:p>
    <w:p>
      <w:r>
        <w:rPr>
          <w:b/>
        </w:rPr>
        <w:t xml:space="preserve">[39:04] </w:t>
      </w:r>
      <w:r>
        <w:t>aur falasteeni movement par beshumar paisa diya hai arbon ne aur sari duniya ne diya hai. aur bohat sacrifice ki gayi hai, bohat log mare gaye hain.</w:t>
      </w:r>
    </w:p>
    <w:p>
      <w:pPr>
        <w:jc w:val="right"/>
      </w:pPr>
      <w:r>
        <w:t>اور فلس طینی موومنٹپر بےشمارپیسہدیا ہے عرب وںنےاورساریدنیا نےدیا ہے۔ اوربہت سیکریفائسکیگئیہے،بہتلوگ مارےگئےہیں۔</w:t>
      </w:r>
    </w:p>
    <w:p>
      <w:r>
        <w:rPr>
          <w:b/>
        </w:rPr>
        <w:t xml:space="preserve">[39:16] </w:t>
      </w:r>
      <w:r>
        <w:t>yani hazrat bin laden se le kar yeh Syed Qutb se le kar yahan se arafat tak aur abhi tak koi ginti nahi hai sacrifices ki.</w:t>
      </w:r>
    </w:p>
    <w:p>
      <w:pPr>
        <w:jc w:val="right"/>
      </w:pPr>
      <w:r>
        <w:t>یعنیحضرتبنہاورسید قطبسےلےکریہاںسےعرفاتتکاورابھیتک کوئی گنتینہیںہے سیکریفائسزکی۔</w:t>
      </w:r>
    </w:p>
    <w:p>
      <w:r>
        <w:rPr>
          <w:b/>
        </w:rPr>
        <w:t xml:space="preserve">[39:24] </w:t>
      </w:r>
      <w:r>
        <w:t>phir bhi kya wajah hai ke tabahi ho rahi hai? kyun? kyun aisa ho raha hai?</w:t>
      </w:r>
    </w:p>
    <w:p>
      <w:pPr>
        <w:jc w:val="right"/>
      </w:pPr>
      <w:r>
        <w:t>پھربھی کیا وجہہےکہ تباہیہورہیہے؟ کیوں ؟کیوںایساہورہاہے؟</w:t>
      </w:r>
    </w:p>
    <w:p>
      <w:r>
        <w:rPr>
          <w:b/>
        </w:rPr>
        <w:t xml:space="preserve">[39:37] </w:t>
      </w:r>
      <w:r>
        <w:t>abhi maine ek ek padha hai ek work ke analysis, yani hamara bilkul istihsal kiya ja raha hai. to sawal yeh hai ke tum kehte ho inko dushman, tum kehte ho inko maghzoob,</w:t>
      </w:r>
    </w:p>
    <w:p>
      <w:pPr>
        <w:jc w:val="right"/>
      </w:pPr>
      <w:r>
        <w:t>ابھیمیںنےایک ایکپڑھاہےایکورک کہ انیلی شن ،یعنیہمارا بالکل استحصالکیاجارہاہے۔ توسوالیہہےکہ تم کہتےہوانکودشمن،تمکہتےہوانکو مغضوب ،</w:t>
      </w:r>
    </w:p>
    <w:p>
      <w:r>
        <w:rPr>
          <w:b/>
        </w:rPr>
        <w:t xml:space="preserve">[39:51] </w:t>
      </w:r>
      <w:r>
        <w:t>to dushman woh hai khuda ka, dushman khuda tum kehte ho usko, usko kahan se moqa mil gaya hai ke khuda ke doston ko woh tabah kare? tum apne ko khuda ka dost batate ho aur un ko khuda ka dushman batate ho.</w:t>
      </w:r>
    </w:p>
    <w:p>
      <w:pPr>
        <w:jc w:val="right"/>
      </w:pPr>
      <w:r>
        <w:t>تو دشمنجوہےخداکا ،دشمن خداتم کہتےہواسکو، اسکوکہاںسےموقعملگیاہےکہ خداکےدوستوںکووہتباہکرے؟ تم اپنےکوخداکادوستبتاتےہو اورانکوخداکادشمنبتاتےہو۔</w:t>
      </w:r>
    </w:p>
    <w:p>
      <w:r>
        <w:rPr>
          <w:b/>
        </w:rPr>
        <w:t xml:space="preserve">[40:06] </w:t>
      </w:r>
      <w:r>
        <w:t>to khuda tumhari side mein kyun nahin aaya?</w:t>
      </w:r>
    </w:p>
    <w:p>
      <w:pPr>
        <w:jc w:val="right"/>
      </w:pPr>
      <w:r>
        <w:t>توخداتمہاریسائیڈمیںکیوںنہیںآیا؟</w:t>
      </w:r>
    </w:p>
    <w:p>
      <w:r>
        <w:rPr>
          <w:b/>
        </w:rPr>
        <w:t xml:space="preserve">[40:11] </w:t>
      </w:r>
      <w:r>
        <w:t>to woh you tore is a solid thing.</w:t>
      </w:r>
    </w:p>
    <w:p>
      <w:pPr>
        <w:jc w:val="right"/>
      </w:pPr>
      <w:r>
        <w:t>تویوہیوٹوریایسسداہولتھنگ۔</w:t>
      </w:r>
    </w:p>
    <w:p>
      <w:r>
        <w:rPr>
          <w:b/>
        </w:rPr>
        <w:t xml:space="preserve">[40:15] </w:t>
      </w:r>
      <w:r>
        <w:t>main ne arbon se, bohat se arbon se baat cheet ki, lekin is qadar logon mein sarakshi hai, koi sunte nahin hain, kuch kuch sunte nahin hain. is sarakshi, nafrat, jeh nafrat, that hate hai, sunte nahin hain kuch.</w:t>
      </w:r>
    </w:p>
    <w:p>
      <w:pPr>
        <w:jc w:val="right"/>
      </w:pPr>
      <w:r>
        <w:t>میںنےعربوںسے،بہتسےعربوںسےباتچیتکی، لیکن اسقدر لوگوںمیںسرکشیہے،کوئیسنتےنہیںہیں،کچھ کچھسنتےنہیںہیں۔ اسسرکشی، نفرت ، جینفرت،داہیٹہے، سن تےنہیںہیںکچھ۔</w:t>
      </w:r>
    </w:p>
    <w:p>
      <w:r>
        <w:rPr>
          <w:b/>
        </w:rPr>
        <w:t xml:space="preserve">[40:30] </w:t>
      </w:r>
      <w:r>
        <w:t>yani quran ki ayaton, ayaton ko parh kar hazrat omar gir paray thay, aaj to is ko sun kar aur ziyada seena tan te hain log.</w:t>
      </w:r>
    </w:p>
    <w:p>
      <w:pPr>
        <w:jc w:val="right"/>
      </w:pPr>
      <w:r>
        <w:t>یعنی قرآنکیآیتوں،آیتوںکوپڑھکرحضرتعمر گرپڑےتھے، آجتواسکوسنکرکے اور زیادہ سینہتانتےہیںلوگ ۔</w:t>
      </w:r>
    </w:p>
    <w:p>
      <w:r>
        <w:rPr>
          <w:b/>
        </w:rPr>
        <w:t xml:space="preserve">[40:40] </w:t>
      </w:r>
      <w:r>
        <w:t>to maamla tumhari is side karne ka, is side to hazrat arfaat ne kiya, na molana muhammad hassan ne kiya, na iqbal ne kiya, na aaj koi kar raha hai, na pehle kisi ne kiya.</w:t>
      </w:r>
    </w:p>
    <w:p>
      <w:pPr>
        <w:jc w:val="right"/>
      </w:pPr>
      <w:r>
        <w:t>تو معاملہتھاریایسسکرنےکا، ریایسسنہتوحضرتعرفاتنےکیا، نہ مولانامحمدحسننےکیا،نہ اقبالنےکیا، نہ آجکوئیکررہاہے،نہپہلےکسی نےکیا۔</w:t>
      </w:r>
    </w:p>
    <w:p>
      <w:r>
        <w:rPr>
          <w:b/>
        </w:rPr>
        <w:t xml:space="preserve">[40:52] </w:t>
      </w:r>
      <w:r>
        <w:t>yeh aik moti si baat hai, quran mein hai ke lan yadhal laho lil kafireen al mo'mineen sabila kitni zabardast ayat hai yeh ke khuda momineen par kafiron ko sabil nahin de ga.</w:t>
      </w:r>
    </w:p>
    <w:p>
      <w:pPr>
        <w:jc w:val="right"/>
      </w:pPr>
      <w:r>
        <w:t>یہایکموٹیسیباتہے، قرآنمیںہےکہ لن ید لاللہ للکافرالم ومنسبیلا کتنیزبردستآیتہےیہ کہخدا مومنینپر کافروںکوسبیلنہیںدےگا۔</w:t>
      </w:r>
    </w:p>
    <w:p>
      <w:r>
        <w:rPr>
          <w:b/>
        </w:rPr>
        <w:t xml:space="preserve">[41:08] </w:t>
      </w:r>
      <w:r>
        <w:t>yani aisa nahin ho sakta ke woh us ko, yani us ko woh kar dain. yani musalman woh hai defeat kha jaein aur un ki victory ho jaye, aisa nahin hone wala hai.</w:t>
      </w:r>
    </w:p>
    <w:p>
      <w:pPr>
        <w:jc w:val="right"/>
      </w:pPr>
      <w:r>
        <w:t>یعنیایسانہیںہوسکتاکہوہاسکو ،یعنی اسکووہکردیں۔ یعنیمس لمانجوہے ڈیفیٹکھاجائیںاورانکی وکٹریہوجائے،ایسانہیںہونےوالاہے۔</w:t>
      </w:r>
    </w:p>
    <w:p>
      <w:r>
        <w:rPr>
          <w:b/>
        </w:rPr>
        <w:t xml:space="preserve">[41:20] </w:t>
      </w:r>
      <w:r>
        <w:t>clear bilkul likha hua hai,</w:t>
      </w:r>
    </w:p>
    <w:p>
      <w:pPr>
        <w:jc w:val="right"/>
      </w:pPr>
      <w:r>
        <w:t>کلی ئربالکللکھاہواہے،</w:t>
      </w:r>
    </w:p>
    <w:p>
      <w:r>
        <w:rPr>
          <w:b/>
        </w:rPr>
        <w:t xml:space="preserve">[41:24] </w:t>
      </w:r>
      <w:r>
        <w:t>kai ayatein hain isi is qism ki. to sawal yeh hai ke jab tum kehte ho ke hum khuda ke liye kar rahe hain, haq ke liye kar rahe hain, islam ke liye kar rahe hain, to tum hi tabah kyun ho rahe ho?</w:t>
      </w:r>
    </w:p>
    <w:p>
      <w:pPr>
        <w:jc w:val="right"/>
      </w:pPr>
      <w:r>
        <w:t>کئیآیتیںہیںاسی اسقسم کیہیں۔ تو سوالیہہےکہجب تم کہتےہوکہہمخداکےلیےکررہےہیں، حقکےلیےکررہےہیں،اسلامکےلیےکررہےہیں، تو تم ہیتباہکیوںہورہےہو ؟</w:t>
      </w:r>
    </w:p>
    <w:p>
      <w:r>
        <w:rPr>
          <w:b/>
        </w:rPr>
        <w:t xml:space="preserve">[41:36] </w:t>
      </w:r>
      <w:r>
        <w:t>ab woh woh farq kyun kar rahe hain? to is side karna chahiye. to is side kar rahe thay to pata chalta hai ghalati hamari thi ke 1948 mein hum ne jo diaspora hone ki hajat se un ko haq tha ke aa kar basein yahan, hum ne khwa makhwaah un ko kaha ke tum ko qabool nahin karein ge.</w:t>
      </w:r>
    </w:p>
    <w:p>
      <w:pPr>
        <w:jc w:val="right"/>
      </w:pPr>
      <w:r>
        <w:t>ابوہوہفر نشکیوںکررہےہیں؟ توریایسسکرناچاہیے۔توریایسسکررہےتھےتوپتہچلتاہےغلطیہماریتھی کہ 194 8میںہمنے جو ڈائسپوراہونےکیحاجتسےانکوحقتھاکہآکےبسیںیہاں، ہمنے خوامخواہ انکو کہاکہتم کوقبولنہیںکریںگے۔</w:t>
      </w:r>
    </w:p>
    <w:p>
      <w:r>
        <w:rPr>
          <w:b/>
        </w:rPr>
        <w:t xml:space="preserve">[41:55] </w:t>
      </w:r>
      <w:r>
        <w:t>sir armico fi bahr yani wahan par arbon ka tha ke sir armico fi al bahr, hum tum ko samundar mein thak kel dein ge.</w:t>
      </w:r>
    </w:p>
    <w:p>
      <w:pPr>
        <w:jc w:val="right"/>
      </w:pPr>
      <w:r>
        <w:t>سر ارمیکوفی بحر یعنیوہاںپر عربوںکا تھاکہ سرارمیکوفیالبحر،ہمتمکوسمندرمیںٹھکیلدیںگے۔</w:t>
      </w:r>
    </w:p>
    <w:p>
      <w:r>
        <w:rPr>
          <w:b/>
        </w:rPr>
        <w:t xml:space="preserve">[42:03] </w:t>
      </w:r>
      <w:r>
        <w:t>lekin kis ko kis ne thak kel? ulta ho gaya. to agar dekhiye, agar quran ko le kar ke yeh arab log 1948 mein bal four ke verdict tak maan lete, jaante kya hota?</w:t>
      </w:r>
    </w:p>
    <w:p>
      <w:pPr>
        <w:jc w:val="right"/>
      </w:pPr>
      <w:r>
        <w:t>لیکن کسکوکسنےٹھکیلا؟ الٹاہوگیا۔ تو اگر دیکھیے، اگر قرآن کو لےکرکے یہ عرب لوگ 194 8 میں بال فورکےورڈکٹکومانلیتے،جانتےکیاہوتا؟</w:t>
      </w:r>
    </w:p>
    <w:p>
      <w:r>
        <w:rPr>
          <w:b/>
        </w:rPr>
        <w:t xml:space="preserve">[42:24] </w:t>
      </w:r>
      <w:r>
        <w:t>50 percent falasteen ka yeh arbon ke paas hota, jaisa ke tha, including jerusalem.</w:t>
      </w:r>
    </w:p>
    <w:p>
      <w:pPr>
        <w:jc w:val="right"/>
      </w:pPr>
      <w:r>
        <w:t>5 0پرسنٹ فلس طینکا یہعرب وںکےپاسہوتا، جیساکہتھا، انکلوڈنگیروشلم۔</w:t>
      </w:r>
    </w:p>
    <w:p>
      <w:r>
        <w:rPr>
          <w:b/>
        </w:rPr>
        <w:t xml:space="preserve">[42:32] </w:t>
      </w:r>
      <w:r>
        <w:t>aap jaante hain bal four ne kya kiya tha? jo wahan ka, yani best soil hai, aur jo jerusalem hai, hajj al aqsa hai, sab ka sab de diya tha arbon ko. de diya tha.</w:t>
      </w:r>
    </w:p>
    <w:p>
      <w:pPr>
        <w:jc w:val="right"/>
      </w:pPr>
      <w:r>
        <w:t>آپجانتےہیںبال فورنےکیاکیاتھا ؟ جو وہاںکا ،یعنی بیسٹ سوائلہے، اور جو یروشلمہے، حجاقصیٰہے،سبکاسبدیاتھاعربوںکو۔دیاتھا۔</w:t>
      </w:r>
    </w:p>
    <w:p>
      <w:r>
        <w:rPr>
          <w:b/>
        </w:rPr>
        <w:t xml:space="preserve">[42:44] </w:t>
      </w:r>
      <w:r>
        <w:t>aur jo desert tha, woh de diya tha israiliyon ko. aaj aap jaen wahan to israel ne, yani yahudiyon ne, wahan par kya kiya? desert ko green land mein badal diya hai. wahan</w:t>
      </w:r>
    </w:p>
    <w:p>
      <w:pPr>
        <w:jc w:val="right"/>
      </w:pPr>
      <w:r>
        <w:t>اورجو ڈیزرٹتھا،وہ دیاتھا اسرائیلیوںکو ۔ آجآپجائیںوہاںتواسرائیلنے ،یعنییہودیوںنے، وہاںپرکیا کیا؟ڈیزرٹکو گرینلینڈمیںبدلدیاہے۔وہاں</w:t>
      </w:r>
    </w:p>
    <w:p>
      <w:r>
        <w:rPr>
          <w:b/>
        </w:rPr>
        <w:t xml:space="preserve">[42:58] </w:t>
      </w:r>
      <w:r>
        <w:t>desert ko green land mein unho ne aik naya tareeqa nikala, technique ka, yani irrigation ka, jo kehte hain drip irrigation. aik naya tareeqa nikala unho ne, drip irrigation, aik nai technique.</w:t>
      </w:r>
    </w:p>
    <w:p>
      <w:pPr>
        <w:jc w:val="right"/>
      </w:pPr>
      <w:r>
        <w:t>ڈیزرٹکوگرینلینڈمیں انہوں نےایک نیا طریقہنکالا،ٹیکنیککا،یعنیایریگیشنکا،جوکہتےہیںڈرپایریگیشن۔ ایک نیاطریقہنکالاانہوںنے،ڈرپایریگیشن،ایکنئیٹیکنیک۔</w:t>
      </w:r>
    </w:p>
    <w:p>
      <w:r>
        <w:rPr>
          <w:b/>
        </w:rPr>
        <w:t xml:space="preserve">[43:12] </w:t>
      </w:r>
      <w:r>
        <w:t>aur desert mein unho ne kya kiya? ke green land bana diya. baghon, wahan aap ja kar baghon ko dekh sakte hain, agriculture aur horticulture ki bahar hai wahan par.</w:t>
      </w:r>
    </w:p>
    <w:p>
      <w:pPr>
        <w:jc w:val="right"/>
      </w:pPr>
      <w:r>
        <w:t>اور ڈیزرٹمیںانہوںنےکیا کیا؟کہ گرینلینڈبنادیا۔ باغوں، وہاںآپجاکےباغوںکودیکھسکتےہیں، ایگریکلچراورہارٹیکلچرکیبہارہےوہاںپر ۔</w:t>
      </w:r>
    </w:p>
    <w:p>
      <w:r>
        <w:rPr>
          <w:b/>
        </w:rPr>
        <w:t xml:space="preserve">[43:23] </w:t>
      </w:r>
      <w:r>
        <w:t>ab yeh hai ke khuda un ki side mein aa gaya, tumhari side mein nahin hai khuda.</w:t>
      </w:r>
    </w:p>
    <w:p>
      <w:pPr>
        <w:jc w:val="right"/>
      </w:pPr>
      <w:r>
        <w:t>اب یہیکہ خدا انکیسائیڈمیںآگیا،تمہاریسائیڈمیںنہیںہےخدا۔</w:t>
      </w:r>
    </w:p>
    <w:p>
      <w:r>
        <w:rPr>
          <w:b/>
        </w:rPr>
        <w:t xml:space="preserve">[43:32] </w:t>
      </w:r>
      <w:r>
        <w:t>to quran, main jo us waqt mujhe kehna hai ke quran parho, quran parho, quran parho, nahin, yeh sahaba ka tareeqa nahin. that's not sahaba pattern.</w:t>
      </w:r>
    </w:p>
    <w:p>
      <w:pPr>
        <w:jc w:val="right"/>
      </w:pPr>
      <w:r>
        <w:t>تو قرآن، میںجو اسوقت مجھےکہناہےکہ قرآنپڑھو،قرآنپڑھو،قرآنپڑھو،نہیں،یہ صحابہکاطریقہنہیں ۔ ڈیڈناٹصحابہپیٹرن۔</w:t>
      </w:r>
    </w:p>
    <w:p>
      <w:r>
        <w:rPr>
          <w:b/>
        </w:rPr>
        <w:t xml:space="preserve">[43:43] </w:t>
      </w:r>
      <w:r>
        <w:t>this kind of this is not sahaba pattern. sahaba ka pattern kya tha? ta'allum al iman thum ta'allum al quran pehle apne mind banaye, hum ne apne aap se ma'rifat paida ki. hum ne</w:t>
      </w:r>
    </w:p>
    <w:p>
      <w:pPr>
        <w:jc w:val="right"/>
      </w:pPr>
      <w:r>
        <w:t>دسکائنڈآفدرساز ناٹصحابہپیٹرن۔ صحابہکاپیٹرنکیاتھا؟تع لم الایمانثم تعلم القرآن پہلے اپنے مائنڈبنائے،ہمنے اپنے آپسےمعرفتپیدا کی۔ہمنے</w:t>
      </w:r>
    </w:p>
    <w:p>
      <w:r>
        <w:rPr>
          <w:b/>
        </w:rPr>
        <w:t xml:space="preserve">[43:55] </w:t>
      </w:r>
      <w:r>
        <w:t>jab hum prepared mind ho gaye, tab hum ne quran ko parha. to khoob samajh samajh mein aaya, hamari zindagiyaan badlin, hum ne poore arbon ko badla aur sari duniya ko badal dala.</w:t>
      </w:r>
    </w:p>
    <w:p>
      <w:pPr>
        <w:jc w:val="right"/>
      </w:pPr>
      <w:r>
        <w:t>جبہمپریپیرڈمائنڈہوگئے، تبہمنےقرآنکوپڑھا۔توخوبسمجھسمجھمیںآیا، ہماریزندگیاںبدلیں، ہمنے پورے عربوںکوبدلااورساریدنیاکوبدلڈالا۔</w:t>
      </w:r>
    </w:p>
    <w:p>
      <w:r>
        <w:rPr>
          <w:b/>
        </w:rPr>
        <w:t xml:space="preserve">[44:07] </w:t>
      </w:r>
      <w:r>
        <w:t>yaad rakhiye, jab starting point ghalat ho to sab kuch ghalat hota chala jaye ga, chala jaye ga. khisht e awwal choonah deewar ma'maar qad khisht e awwal choonah deewar kaj ta'meerey mehrab o dar kaj</w:t>
      </w:r>
    </w:p>
    <w:p>
      <w:pPr>
        <w:jc w:val="right"/>
      </w:pPr>
      <w:r>
        <w:t>یادرکھیے،جبسٹارٹنگپوائنٹغلطہو تو سبکچھغلطہوتاچلاجائےگا،چلاجائےگا۔ خشت اول چونہدمعمار قد خشت اول چونہدمعمار کج تاثریہمیردی وارکج</w:t>
      </w:r>
    </w:p>
    <w:p>
      <w:r>
        <w:rPr>
          <w:b/>
        </w:rPr>
        <w:t xml:space="preserve">[44:24] </w:t>
      </w:r>
      <w:r>
        <w:t>yani aap aik building banayein aur us ki base jo hai, woh hi tedhi ho jaye to jo aap wall uthaein ge, woh sab tedhi hoti chali jaye gi.</w:t>
      </w:r>
    </w:p>
    <w:p>
      <w:pPr>
        <w:jc w:val="right"/>
      </w:pPr>
      <w:r>
        <w:t>یعنیآپایکبلڈنگبنائیں اوراسکی بیسجوہے،وہوہی ٹیڑھیہوجائے توجو آپ وال اٹھائیںگے،وہسبٹیڑھیہوتیچلیجائےگی۔</w:t>
      </w:r>
    </w:p>
    <w:p>
      <w:r>
        <w:rPr>
          <w:b/>
        </w:rPr>
        <w:t xml:space="preserve">[44:36] </w:t>
      </w:r>
      <w:r>
        <w:t>to starting point ki dekhiye, yaad rakhiye, kisi bhi kaam mein, chahe koi secular kaam ho ya religious kaam ho, starting point jo hai, woh hi sab se ahem, sab se important hota hai.</w:t>
      </w:r>
    </w:p>
    <w:p>
      <w:pPr>
        <w:jc w:val="right"/>
      </w:pPr>
      <w:r>
        <w:t>تو سٹارٹنگ پوائنٹکیدیکھیے،یادرکھیے،کسی بھیکام میں، چاہےکوئیسیکولرکامہویاریلیجیسکامہو، سٹارٹنگ پوائنٹجوہے،وہیسبسےاہم ،سبسےامپورٹنٹہوتاہے۔</w:t>
      </w:r>
    </w:p>
    <w:p>
      <w:r>
        <w:rPr>
          <w:b/>
        </w:rPr>
        <w:t xml:space="preserve">[44:50] </w:t>
      </w:r>
      <w:r>
        <w:t>tostartingpointkia banaya aapne</w:t>
      </w:r>
    </w:p>
    <w:p>
      <w:pPr>
        <w:jc w:val="right"/>
      </w:pPr>
      <w:r>
        <w:t>توسٹارٹنگپوائنٹکیابنایاآپنے</w:t>
      </w:r>
    </w:p>
    <w:p>
      <w:r>
        <w:rPr>
          <w:b/>
        </w:rPr>
        <w:t xml:space="preserve">[44:52] </w:t>
      </w:r>
      <w:r>
        <w:t>? keh quran ka tarjuma parhwao. That was not Sahaba pattern. Sahaba pattern tha keh aapne pehle mind banao, logon ko prepared mind banao ta keh log samajh saken isko,</w:t>
      </w:r>
    </w:p>
    <w:p>
      <w:pPr>
        <w:jc w:val="right"/>
      </w:pPr>
      <w:r>
        <w:t>؟ کہقرآنکاترجمہپڑھواؤ۔ دیٹوازناٹصحابہپیٹرن۔ صحابہپیٹرنتھاکہاپنے پہلے مائنڈبناؤ، لوگوںکوپریپیرڈمائنڈبناؤتاکہلوگسمجھسکیں اسکو،</w:t>
      </w:r>
    </w:p>
    <w:p>
      <w:r>
        <w:rPr>
          <w:b/>
        </w:rPr>
        <w:t xml:space="preserve">[45:10] </w:t>
      </w:r>
      <w:r>
        <w:t>ta keh samajh saken. maine aap ko misalein dein keh quran mein likha howa tha.</w:t>
      </w:r>
    </w:p>
    <w:p>
      <w:pPr>
        <w:jc w:val="right"/>
      </w:pPr>
      <w:r>
        <w:t>تاکہسمجھسکیں۔ میںنےآپکومثالیںدیں کہ قرآنمیںلکھاہواتھا۔</w:t>
      </w:r>
    </w:p>
    <w:p>
      <w:r>
        <w:rPr>
          <w:b/>
        </w:rPr>
        <w:t xml:space="preserve">[45:17] </w:t>
      </w:r>
      <w:r>
        <w:t>to agar quran ko koi aap prepared mind agar hote to foran dekh lete keh bhai dekho, yahan yeh likha howa hai, yahan yeh likha hai, yahan yeh likha howa hai, yahan kyun keh prepared mind nahin tha.</w:t>
      </w:r>
    </w:p>
    <w:p>
      <w:pPr>
        <w:jc w:val="right"/>
      </w:pPr>
      <w:r>
        <w:t>تو اگر قرآن کو کوئیآپپریپیرڈمائنڈاگرہوتے تو فوراًدیکھلیتےکہبھئیدیکھو،یہاںیہلکھاہواہے،یہاںیہلکھاہے،یہاںیہلکھاہواہے،یہاں کیونکہپریپیرڈمائنڈنہیںتھا۔</w:t>
      </w:r>
    </w:p>
    <w:p>
      <w:r>
        <w:rPr>
          <w:b/>
        </w:rPr>
        <w:t xml:space="preserve">[45:31] </w:t>
      </w:r>
      <w:r>
        <w:t>indiamain aap jante hain keh sare muslim, yani speakers aur writers jitne hain, want to all sub communal rights ki baat karte hain kyun keh 4 7 jo communal rights shuru hue, abhi tak khatam nahin hue.</w:t>
      </w:r>
    </w:p>
    <w:p>
      <w:pPr>
        <w:jc w:val="right"/>
      </w:pPr>
      <w:r>
        <w:t>انڈیامیں آپ جانتےہیںکہ سارے مسلم ،یعنی اسپیکرز اوررائٹرزجتنےہیں،ونٹوال سب کمیونلرائٹسکیباتکرتے ہیں کیونکہ 4 7 جوکمیونلرائٹسشروعہوئے، ابھیتکختمنہیںہوئے۔</w:t>
      </w:r>
    </w:p>
    <w:p>
      <w:r>
        <w:rPr>
          <w:b/>
        </w:rPr>
        <w:t xml:space="preserve">[45:50] </w:t>
      </w:r>
      <w:r>
        <w:t>koi yeh nahin sochta keh communal right ki hum complain karte hain, protest karte hain. communal right mein ke bare mein quran mein kia lead diya gaya hai? hamein kia bataya gaya hai? wahan woh lead hai keh sabar karo, taqwa karo</w:t>
      </w:r>
    </w:p>
    <w:p>
      <w:pPr>
        <w:jc w:val="right"/>
      </w:pPr>
      <w:r>
        <w:t>کوئییہنہیںسوچتاکہ کمیونلرائٹکیہمکمپلینکرتے ہیں، پروٹیسٹکرتےہیں۔ کمیونلرائٹمیں کےبارےمیںقرآنمیںکیا لیڈدیاگیاہے؟ہمیںکیابتایاگیاہے؟وہاں وہلیڈہےکہصبرکرو، تقویٰکرو</w:t>
      </w:r>
    </w:p>
    <w:p>
      <w:r>
        <w:rPr>
          <w:b/>
        </w:rPr>
        <w:t xml:space="preserve">[46:07] </w:t>
      </w:r>
      <w:r>
        <w:t>to kuch bhi nahin hone wala hai.</w:t>
      </w:r>
    </w:p>
    <w:p>
      <w:pPr>
        <w:jc w:val="right"/>
      </w:pPr>
      <w:r>
        <w:t>تو کچھبھینہیںہونےوالاہے۔</w:t>
      </w:r>
    </w:p>
    <w:p>
      <w:r>
        <w:rPr>
          <w:b/>
        </w:rPr>
        <w:t xml:space="preserve">[46:12] </w:t>
      </w:r>
      <w:r>
        <w:t>main aap ko ek qissa bataon keh hamare ek saathi the bangalore mein,</w:t>
      </w:r>
    </w:p>
    <w:p>
      <w:pPr>
        <w:jc w:val="right"/>
      </w:pPr>
      <w:r>
        <w:t>میںآپکوایکقصہبتاؤںکہہمارےایکساتھیتھے بنگلورمیں،</w:t>
      </w:r>
    </w:p>
    <w:p>
      <w:r>
        <w:rPr>
          <w:b/>
        </w:rPr>
        <w:t xml:space="preserve">[46:18] </w:t>
      </w:r>
      <w:r>
        <w:t>to ek ek town mein gaye, woh karnataka, karnataka ke ek town mein. to unko risale mein humne ek ek sahaba ke ek sahabi ka likha tha,</w:t>
      </w:r>
    </w:p>
    <w:p>
      <w:pPr>
        <w:jc w:val="right"/>
      </w:pPr>
      <w:r>
        <w:t>تو ایک ایک ٹاؤنمیںگئے،وہ کرناٹک،کرناٹکاکےایکٹاؤنمیں۔ تو انکو رسالےمیںہمنےایک ایک صحابہکے ایک صحابیکالکھاتھا،</w:t>
      </w:r>
    </w:p>
    <w:p>
      <w:r>
        <w:rPr>
          <w:b/>
        </w:rPr>
        <w:t xml:space="preserve">[46:35] </w:t>
      </w:r>
      <w:r>
        <w:t>ek woh ek qaul. sahabi ka qaul aam taur par rasool allah se suni hui baton ko apne alfaaz mein kehna hota hai. jisne rasool allah jo baat suni, unhone usko apne alfaaz mein bayan kiya, usi ko hum asar kehte hain.</w:t>
      </w:r>
    </w:p>
    <w:p>
      <w:pPr>
        <w:jc w:val="right"/>
      </w:pPr>
      <w:r>
        <w:t>ایک وہ ایک قول ۔ صحابیکاقولعامطورپررسولاللہسے سنیہوئیباتوںکواپنے ل فظوںمیںکہناہوتاہے۔ جسنےرسولاللہجوباتسنی،انہوںنےاسکواپنےلفظوںمیںبیانکیا، اسیکوہماثرکہتےہیں۔</w:t>
      </w:r>
    </w:p>
    <w:p>
      <w:r>
        <w:rPr>
          <w:b/>
        </w:rPr>
        <w:t xml:space="preserve">[46:48] </w:t>
      </w:r>
      <w:r>
        <w:t>to ek sahabi kehte hain keh</w:t>
      </w:r>
    </w:p>
    <w:p>
      <w:pPr>
        <w:jc w:val="right"/>
      </w:pPr>
      <w:r>
        <w:t>توایکصحابیکہتےہیںکہ</w:t>
      </w:r>
    </w:p>
    <w:p>
      <w:r>
        <w:rPr>
          <w:b/>
        </w:rPr>
        <w:t xml:space="preserve">[46:53] </w:t>
      </w:r>
      <w:r>
        <w:t>woh ma la yarḍa bil qalil mimma ya'ti bihi ṣafiḥ yarḍa bil kathir jo aadmi nadan ki choti evil ko bardasht nahin karega, uske nadan ko bade evil ko bardasht karna padega.</w:t>
      </w:r>
    </w:p>
    <w:p>
      <w:pPr>
        <w:jc w:val="right"/>
      </w:pPr>
      <w:r>
        <w:t>وہ م لا یرضا بال قليل مما یاتی بہ صفیح یرضابالکثیر جو آدمی نادانکی کیچھوٹی ایولکوبرداشتنہیںکرےگا، اسکےنادانکوبڑےایولکوبرداشتکرناپڑےگا۔</w:t>
      </w:r>
    </w:p>
    <w:p>
      <w:r>
        <w:rPr>
          <w:b/>
        </w:rPr>
        <w:t xml:space="preserve">[47:14] </w:t>
      </w:r>
      <w:r>
        <w:t>lesser evil ko bardasht kar lo</w:t>
      </w:r>
    </w:p>
    <w:p>
      <w:pPr>
        <w:jc w:val="right"/>
      </w:pPr>
      <w:r>
        <w:t>لیسرایولکو برداشتکرلو</w:t>
      </w:r>
    </w:p>
    <w:p>
      <w:r>
        <w:rPr>
          <w:b/>
        </w:rPr>
        <w:t xml:space="preserve">[47:16] </w:t>
      </w:r>
      <w:r>
        <w:t>. lesser evil pe sabar, sabar ka matlab hi hai jo maine quran ki ayat padhi, aap ko sabar. sabar ka matlab hai keh lesser evil ko par sabar kar lo, nahin to kia hoga? greater evil saamne aayega.</w:t>
      </w:r>
    </w:p>
    <w:p>
      <w:pPr>
        <w:jc w:val="right"/>
      </w:pPr>
      <w:r>
        <w:t>۔ لیسرایولپہصبر،صبرکامطلبیہیہے جو میںنےقرآنکیآیتپڑھی،آپکوصبر ۔صبرکامطلبہےکہلیسرایولکو پرصبرکرلو، نہیںتوکیاہوگا؟گریٹر ایولسامنےآئےگا۔</w:t>
      </w:r>
    </w:p>
    <w:p>
      <w:r>
        <w:rPr>
          <w:b/>
        </w:rPr>
        <w:t xml:space="preserve">[47:30] </w:t>
      </w:r>
      <w:r>
        <w:t>to woh gaye wahan par, unhone yahi padha tha, yeh is is ko al risale mein, hamara jo man monthly magazine. to wahan gaye to pata chala keh wahan unhone kaha keh bhai dekho, yahan par woh hone wala hai right.</w:t>
      </w:r>
    </w:p>
    <w:p>
      <w:pPr>
        <w:jc w:val="right"/>
      </w:pPr>
      <w:r>
        <w:t>تو وہ گئےوہاںپر،انہوںنےیہیہپڑھاتھا،یہ اس اسکو الرسالہمیں،ہماراجو مان منتھلیمیگزینہے۔ تو وہاںگئےتوپتہچلاکہوہاںانہوںنےکہاکہبھئیدیکھو، یہاںپر وہ ہونے والاہے رائٹ۔</w:t>
      </w:r>
    </w:p>
    <w:p>
      <w:r>
        <w:rPr>
          <w:b/>
        </w:rPr>
        <w:t xml:space="preserve">[47:44] </w:t>
      </w:r>
      <w:r>
        <w:t>kaha kaise? kahin keh yeh log juloos nikalenge, jaisa keh har saal karte hain. har saal fasada hota hai, is saal bhi zaroor hoga. to kaise hota hai? keh woh kehte hain, woh log aate hain aur masjid ke samne khade ho jate hain aur khoob bajaa bajate hain aur khoob shor ghul karte hain.</w:t>
      </w:r>
    </w:p>
    <w:p>
      <w:pPr>
        <w:jc w:val="right"/>
      </w:pPr>
      <w:r>
        <w:t>کہاکیسے ؟کہیںکہیہلوگ جلوسنکالیںگے،جیساکہہرسالکرتےہیں۔ ہرسال فسادہوتاہے،اسسالبھیضرورہوگا۔ توکیسےہوتاہے؟کہوہکہتےہیں،وہلوگآتےہیں اورمسجدکےسامنےکھڑےہوجاتےہیں اورخوبباجابجاتےہیںاورخوبشور غولکرتےہیں۔</w:t>
      </w:r>
    </w:p>
    <w:p>
      <w:r>
        <w:rPr>
          <w:b/>
        </w:rPr>
        <w:t xml:space="preserve">[48:00] </w:t>
      </w:r>
      <w:r>
        <w:t>to musalman jo mushtael ho jate hain, kuch na kuch karte hain. musalman aab ladai ho jati hai, ladai hoti hai to right hota hai. to unhone kaha keh acha, main tum ko batata hoon keh right nahin hoga.</w:t>
      </w:r>
    </w:p>
    <w:p>
      <w:pPr>
        <w:jc w:val="right"/>
      </w:pPr>
      <w:r>
        <w:t>تو مس لمان جومشت علہوجاتےہیں، کچھنہکچھکرتےہیں۔مسلمان ابلڑائیہوجاتیہے،لڑائیہوتیہےتو رائٹہوتاہے۔ توانہوںنےکہاکہاچھا، میںتم کوبتاتاہوںکہرائٹنہیںہوگا۔</w:t>
      </w:r>
    </w:p>
    <w:p>
      <w:r>
        <w:rPr>
          <w:b/>
        </w:rPr>
        <w:t xml:space="preserve">[48:12] </w:t>
      </w:r>
      <w:r>
        <w:t>right hona na hona tumhare haath mein hai,</w:t>
      </w:r>
    </w:p>
    <w:p>
      <w:pPr>
        <w:jc w:val="right"/>
      </w:pPr>
      <w:r>
        <w:t>رائٹہونانہہوناتمہارے ہاتھمیںہے،</w:t>
      </w:r>
    </w:p>
    <w:p>
      <w:r>
        <w:rPr>
          <w:b/>
        </w:rPr>
        <w:t xml:space="preserve">[48:15] </w:t>
      </w:r>
      <w:r>
        <w:t>tum chaho woh ho, tum chaho to na ho. to unhone yeh sahabi ka yeh suna qaul. to unhone kaha keh dekho, aisa karo keh ab tak to tum react karte the har saal keh unka jo procession aata tha juloos, to tum react karte the.</w:t>
      </w:r>
    </w:p>
    <w:p>
      <w:pPr>
        <w:jc w:val="right"/>
      </w:pPr>
      <w:r>
        <w:t>تم چاہوتوہو،تمچاہوتونہہو۔ توانہوںنےیہ صحابیکایہ سن ایا قول۔ توانہوںنےکہاکہدیکھو،ایساکرو کہ ابتکتوتم ریایکٹکرتے تھے ہرسال کہانکاجو پروسیشنآتاتھاج لوس، توتم ریایکٹکرتے تھے۔</w:t>
      </w:r>
    </w:p>
    <w:p>
      <w:r>
        <w:rPr>
          <w:b/>
        </w:rPr>
        <w:t xml:space="preserve">[48:37] </w:t>
      </w:r>
      <w:r>
        <w:t>ab tum ek aur kaam karo</w:t>
      </w:r>
    </w:p>
    <w:p>
      <w:pPr>
        <w:jc w:val="right"/>
      </w:pPr>
      <w:r>
        <w:t>ابتم ایکاورکامکرو</w:t>
      </w:r>
    </w:p>
    <w:p>
      <w:r>
        <w:rPr>
          <w:b/>
        </w:rPr>
        <w:t xml:space="preserve">[48:42] </w:t>
      </w:r>
      <w:r>
        <w:t>keh sadak par koi musalman na aaye,</w:t>
      </w:r>
    </w:p>
    <w:p>
      <w:pPr>
        <w:jc w:val="right"/>
      </w:pPr>
      <w:r>
        <w:t>کہ سڑکپرکوئی مس لماننہآئے ،</w:t>
      </w:r>
    </w:p>
    <w:p>
      <w:r>
        <w:rPr>
          <w:b/>
        </w:rPr>
        <w:t xml:space="preserve">[48:46] </w:t>
      </w:r>
      <w:r>
        <w:t>sirf jo yahan ke senior log hain, woh aayen. to unhone kaha keh ek kaam karo keh tum bazaar se jaa kar ke phool mala khareed lao</w:t>
      </w:r>
    </w:p>
    <w:p>
      <w:pPr>
        <w:jc w:val="right"/>
      </w:pPr>
      <w:r>
        <w:t>صرف جویہاںکے سین ئرلوگہیں،وہآئیں۔ توانہوںنےکہاکہ ایک کامکروکہتم بازار سےجاکرکے پھولمالاخریدلاؤ</w:t>
      </w:r>
    </w:p>
    <w:p>
      <w:r>
        <w:rPr>
          <w:b/>
        </w:rPr>
        <w:t xml:space="preserve">[49:00] </w:t>
      </w:r>
      <w:r>
        <w:t>aur usko ek tray mein rakho. unhone kaha jab unka process jab aayega, unka juloos yahan aayega, pahunchega to juloos ke aage aage leader log hua karte hain.</w:t>
      </w:r>
    </w:p>
    <w:p>
      <w:pPr>
        <w:jc w:val="right"/>
      </w:pPr>
      <w:r>
        <w:t>اور اسکو ایک ٹرےمیںرکھو۔ انہوںنےکہا جب انکا پروسیڈجب آئےگا،انکاجلوسیہاںآئےگا،پہنچےگا تو جلوسکےآگےآگےلیڈرلوگہواکرتے ہیں۔</w:t>
      </w:r>
    </w:p>
    <w:p>
      <w:r>
        <w:rPr>
          <w:b/>
        </w:rPr>
        <w:t xml:space="preserve">[49:11] </w:t>
      </w:r>
      <w:r>
        <w:t>to tum us waqt jabke masjid ke gate par pahunche, unka yani road par pahunche, gate ke saath masjid ke samne, to tum is tray ko nikalo, do char aadmi aur jo aage aage chal rahe hain, unko unko woh phool mala pehna do aur kaho keh hum aap ka swagat karte hain.</w:t>
      </w:r>
    </w:p>
    <w:p>
      <w:pPr>
        <w:jc w:val="right"/>
      </w:pPr>
      <w:r>
        <w:t>توتم اس وقت جبکہ مسجد کے گیٹپرپہنچے،انکا یعنیروڈپرپہنچے،گیٹکےساتھ مسجدکےسامنے، توتم اسٹرےکونکل کرو، دوچارآدمی اورجو آگےآگےچلرہےہیں،انکو انکو وہ پھولبالاپہنادو اورکہوکہہمآپکا سواگتکرتے ہیں۔</w:t>
      </w:r>
    </w:p>
    <w:p>
      <w:r>
        <w:rPr>
          <w:b/>
        </w:rPr>
        <w:t xml:space="preserve">[49:33] </w:t>
      </w:r>
      <w:r>
        <w:t>yeh sachchi kahani bata raha hoon aap ko bilkul, yani quran hadith ko follow karne se kia hota hai, na follow karne se kia hota hai.</w:t>
      </w:r>
    </w:p>
    <w:p>
      <w:pPr>
        <w:jc w:val="right"/>
      </w:pPr>
      <w:r>
        <w:t>یہسچیکہانیبتارہاہوںآپکوبالکل ، یعنیقرآنحدیثکوفالوکرنےسےکیاہوتاہے، نہفالوکرنےسےکیاہوتاہے۔</w:t>
      </w:r>
    </w:p>
    <w:p>
      <w:r>
        <w:rPr>
          <w:b/>
        </w:rPr>
        <w:t xml:space="preserve">[49:42] </w:t>
      </w:r>
      <w:r>
        <w:t>isse pehle react karte the musalman ke woh bajabind karo, root badlo, idhar se jao, idhar se jao. ab woh jhagda hota tha.</w:t>
      </w:r>
    </w:p>
    <w:p>
      <w:pPr>
        <w:jc w:val="right"/>
      </w:pPr>
      <w:r>
        <w:t>اسسےپہلے ریایکٹکرتے تھےمس لمان کہ وہ باجابندکرو،روٹبدلو،ادھرسےجاؤ،ادھرسےجاؤ۔ ابوہجھگڑاہوتاتھا۔</w:t>
      </w:r>
    </w:p>
    <w:p>
      <w:r>
        <w:rPr>
          <w:b/>
        </w:rPr>
        <w:t xml:space="preserve">[49:52] </w:t>
      </w:r>
      <w:r>
        <w:t>ab yeh nikle tray mein phool bala le kar ke imam sahib aur kuch senior log aur jo aage aage chal rahe the, unke gale mein phool bala dala aur kaha ke hum aapka swagat karte hain.</w:t>
      </w:r>
    </w:p>
    <w:p>
      <w:pPr>
        <w:jc w:val="right"/>
      </w:pPr>
      <w:r>
        <w:t>اب یہنکلے ٹرےمیں پھولبالالےکرکے امامصاحباور کچھسینئرلوگ اورجوآگےآگےچلرہےتھے، انکےگلےمیں پھولبالاڈالا اور کہاکہہمآپکاسواگتکرتےہیں۔</w:t>
      </w:r>
    </w:p>
    <w:p>
      <w:r>
        <w:rPr>
          <w:b/>
        </w:rPr>
        <w:t xml:space="preserve">[50:08] </w:t>
      </w:r>
      <w:r>
        <w:t>ab jante hain kya hua ?</w:t>
      </w:r>
    </w:p>
    <w:p>
      <w:pPr>
        <w:jc w:val="right"/>
      </w:pPr>
      <w:r>
        <w:t>ابجانتےہیںکیاہوا ؟</w:t>
      </w:r>
    </w:p>
    <w:p>
      <w:r>
        <w:rPr>
          <w:b/>
        </w:rPr>
        <w:t xml:space="preserve">[50:11] </w:t>
      </w:r>
      <w:r>
        <w:t>log gale milne lage, wohin juloos disperse ho gaya. jis masjid ke samne khoon behta tha, wahan khushiyon ki bahaar aa gayi, gale mil rahe hain aur juloos disperse ho gaya.</w:t>
      </w:r>
    </w:p>
    <w:p>
      <w:pPr>
        <w:jc w:val="right"/>
      </w:pPr>
      <w:r>
        <w:t>لوگگلےملنےلگے، وہیںجلوسڈسپرسہوگیا۔ جس مسجدکےسامنے خونبہتاتھا، وہاں خوشیوںکی بہارآگئی، گلےملرہےہیں اور جلوس ڈسپرسہوگیا۔</w:t>
      </w:r>
    </w:p>
    <w:p>
      <w:r>
        <w:rPr>
          <w:b/>
        </w:rPr>
        <w:t xml:space="preserve">[50:30] </w:t>
      </w:r>
      <w:r>
        <w:t>to ek so baras mein har masjid mein, har madrasa mein quran padhaya ja raha hai</w:t>
      </w:r>
    </w:p>
    <w:p>
      <w:pPr>
        <w:jc w:val="right"/>
      </w:pPr>
      <w:r>
        <w:t>تو ایک سو برسمیں ہر مسجد میں،ہرمدرس ےمیںقرآنپڑھایاجارہاہے</w:t>
      </w:r>
    </w:p>
    <w:p>
      <w:r>
        <w:rPr>
          <w:b/>
        </w:rPr>
        <w:t xml:space="preserve">[50:36] </w:t>
      </w:r>
      <w:r>
        <w:t>magar result kuch nahi, result kuch nahi. kyun ? prepared mind se nahi padh rahe hain log.</w:t>
      </w:r>
    </w:p>
    <w:p>
      <w:pPr>
        <w:jc w:val="right"/>
      </w:pPr>
      <w:r>
        <w:t>مگررزلٹکچھنہیں،رزلٹکچھنہیں۔کیوں ؟ پریپیرڈمائنڈسےنہیںپڑھرہےہیںلوگ ۔</w:t>
      </w:r>
    </w:p>
    <w:p>
      <w:r>
        <w:rPr>
          <w:b/>
        </w:rPr>
        <w:t xml:space="preserve">[50:44] </w:t>
      </w:r>
      <w:r>
        <w:t>log, main ne, main ne bohat logon ko jaanch samajhne ki koshish ki ke aakhir yeh log jo dars e quran chalate hain, woh kya hote hain. jaise main ek jagah gaya, ek sahib 25 saal se, pata nahi kitne saal se dars e quran chala rahe the.</w:t>
      </w:r>
    </w:p>
    <w:p>
      <w:pPr>
        <w:jc w:val="right"/>
      </w:pPr>
      <w:r>
        <w:t>لوگ ،میںنے ،میںنےبہت لوگوںکو جانچسمجھنےکیکوششکیکہ آخریہلوگجو درسقرآنچلاتےہیں، وہکیا ہوتےہیں۔ جیسےمیں ایک ایکجگہگیا، ایک صاحب 25 سالسے،پتہنہیں کتنےسالسےدر سقرآنچلارہےتھے۔</w:t>
      </w:r>
    </w:p>
    <w:p>
      <w:r>
        <w:rPr>
          <w:b/>
        </w:rPr>
        <w:t xml:space="preserve">[51:02] </w:t>
      </w:r>
      <w:r>
        <w:t>to unhon ne poocha ke bhai quran chalate hain, aap kya iska tareeqa aapka hota hai ?</w:t>
      </w:r>
    </w:p>
    <w:p>
      <w:pPr>
        <w:jc w:val="right"/>
      </w:pPr>
      <w:r>
        <w:t>توانہوںنےپوچھاکہبھئیقرآنچلاتےہیں،آپکیااسکاطریقہآپکاہوتاہے؟</w:t>
      </w:r>
    </w:p>
    <w:p>
      <w:r>
        <w:rPr>
          <w:b/>
        </w:rPr>
        <w:t xml:space="preserve">[51:07] </w:t>
      </w:r>
      <w:r>
        <w:t>to unhon ne ek misaal di ke main is tarah chalata hoon. to kaha ke hum quran ko is tarah chalate hain ke logon mein ek fakhr aur ek jazba paida ho.</w:t>
      </w:r>
    </w:p>
    <w:p>
      <w:pPr>
        <w:jc w:val="right"/>
      </w:pPr>
      <w:r>
        <w:t>تو انہوںنےایکمثالدی کہ میںاسطرحچلاتاہوں۔ توکہاکہہمقرآنکو اسطرحچلاتےہیںکہلوگوں میں ایکفخراورایک جذبہپیدا ہو ۔</w:t>
      </w:r>
    </w:p>
    <w:p>
      <w:r>
        <w:rPr>
          <w:b/>
        </w:rPr>
        <w:t xml:space="preserve">[51:17] </w:t>
      </w:r>
      <w:r>
        <w:t>to misaal poochi, main ne kaha ke dekho, quran mein hai ke zali kal kitab la raiba feh. quran ek kitab hai, ismein shaq nahi.</w:t>
      </w:r>
    </w:p>
    <w:p>
      <w:pPr>
        <w:jc w:val="right"/>
      </w:pPr>
      <w:r>
        <w:t>تو مثالپوچھی،میںنے کہاکہ دیکھیں،قرآنمیںہےکہ ذالکالکتاب لارب فیہ قرآن ایککتاب ہے، اسمیںشکنہیں ۔</w:t>
      </w:r>
    </w:p>
    <w:p>
      <w:r>
        <w:rPr>
          <w:b/>
        </w:rPr>
        <w:t xml:space="preserve">[51:28] </w:t>
      </w:r>
      <w:r>
        <w:t>to unhon ne kaha ke tarjuma log karte hain ke quran ek kitab hai, yeh tarjuma theek nahi hai.</w:t>
      </w:r>
    </w:p>
    <w:p>
      <w:pPr>
        <w:jc w:val="right"/>
      </w:pPr>
      <w:r>
        <w:t>توانہوںنےکہاکہترجمہلوگکرتے ہیںکہقرآنایککتاب ہے، یہ ترجمہٹھیکنہیںہے۔</w:t>
      </w:r>
    </w:p>
    <w:p>
      <w:r>
        <w:rPr>
          <w:b/>
        </w:rPr>
        <w:t xml:space="preserve">[51:34] </w:t>
      </w:r>
      <w:r>
        <w:t>balke is se musalmanon ki pride jo hai, woh feed nahi hoti. jo fakhr yahan pe chhupa hua hai, usko aap ne koi ghiza nahi diya.</w:t>
      </w:r>
    </w:p>
    <w:p>
      <w:pPr>
        <w:jc w:val="right"/>
      </w:pPr>
      <w:r>
        <w:t>بلکہاسسےمسلمانوںکیپرائیڈجوہے، وہ فیڈنہیںہوتی۔ جو فخریہاںپہچھپاہواہے، اسکوآپنےکوئیغذانہیںدیا۔</w:t>
      </w:r>
    </w:p>
    <w:p>
      <w:r>
        <w:rPr>
          <w:b/>
        </w:rPr>
        <w:t xml:space="preserve">[51:43] </w:t>
      </w:r>
      <w:r>
        <w:t>to kya is se unke kya, unke andar hoga ? to unhon ne kaha hum tarjuma karte hain iska ke quran ek encyclopedia hai. zali kal kitab la raiba feh ka tarjuma karte hain hum ke quran ek encyclopedia hai.</w:t>
      </w:r>
    </w:p>
    <w:p>
      <w:pPr>
        <w:jc w:val="right"/>
      </w:pPr>
      <w:r>
        <w:t>توکیا اسسے انکےکیا،انکےاندرہوگا؟ توانہوںنےکہاہمترجمہکرتےہیںاسکا کہ قرآنایک انسائیکلوپیڈیاہے۔ ذالکالکتاب لاربفیہکاترجمہکرتےہیںہمکہقرآنایکانسائیکلوپیڈیاہے۔</w:t>
      </w:r>
    </w:p>
    <w:p>
      <w:r>
        <w:rPr>
          <w:b/>
        </w:rPr>
        <w:t xml:space="preserve">[51:58] </w:t>
      </w:r>
      <w:r>
        <w:t>ab musalmanon, woh quran jo hai, encyclopedia hai. ab fakhr aaya unke andar.</w:t>
      </w:r>
    </w:p>
    <w:p>
      <w:pPr>
        <w:jc w:val="right"/>
      </w:pPr>
      <w:r>
        <w:t>ابمس لمانوں،وہقرآنجوہے،انسائیکلوپیڈیاہے۔ ابفخرآیاانکےاندر۔</w:t>
      </w:r>
    </w:p>
    <w:p>
      <w:r>
        <w:rPr>
          <w:b/>
        </w:rPr>
        <w:t xml:space="preserve">[52:03] </w:t>
      </w:r>
      <w:r>
        <w:t>aap ghaur kijiye ke jab fakhr dala aap ne dilon mein to taqwa kahan se aayega ? is se aage likha hai hudan lil muttaqeen. zali kal kitab la raiba feh hudan lil muttaqeen. to aap daal rahe hain fakhr aur matlab hai taqwa.</w:t>
      </w:r>
    </w:p>
    <w:p>
      <w:pPr>
        <w:jc w:val="right"/>
      </w:pPr>
      <w:r>
        <w:t>آپغورکیجئےکہ جب فخرڈالاآپنےدلوںمیںتو تقویٰکہاںسےآئےگا؟ اسسےآگےلکھاهدى للمتقین ذالکالکتاب لاربفیہهدى للمتقین توآپ ڈالرہےہیں فخر اورمطلوبہےتقویٰ۔</w:t>
      </w:r>
    </w:p>
    <w:p>
      <w:r>
        <w:rPr>
          <w:b/>
        </w:rPr>
        <w:t xml:space="preserve">[52:24] </w:t>
      </w:r>
      <w:r>
        <w:t>yani aap logon ko de rahe hain fakhr aur matlab kya hai ? taqwa.</w:t>
      </w:r>
    </w:p>
    <w:p>
      <w:pPr>
        <w:jc w:val="right"/>
      </w:pPr>
      <w:r>
        <w:t>یعنیآپلوگوںکودےرہےہیںفخر اورمطلوبکیاہے؟تقویٰ۔</w:t>
      </w:r>
    </w:p>
    <w:p>
      <w:r>
        <w:rPr>
          <w:b/>
        </w:rPr>
        <w:t xml:space="preserve">[52:32] </w:t>
      </w:r>
      <w:r>
        <w:t>aise ek sahib bhi dars e quran chalate hain, un se ka tareeqa unka aap sunta hoon. suniye, quran mein ek surah hai, surah al qiyamah. la uqsimu bi yawmi al qiyamati wa la uqsimu bil nafsi al lawwamati. to ismein hai ke bala qadireena ala an nusba iyabana.</w:t>
      </w:r>
    </w:p>
    <w:p>
      <w:pPr>
        <w:jc w:val="right"/>
      </w:pPr>
      <w:r>
        <w:t>ایسےایکصاحببھیدرسقرآنچلاتےہیں، انسے کاطریقہانکاآپسنتاہوں۔سنیے، قرآنمیں ایک سورہہے، سورہ القیامہ لاأقسم بيومالقيامة ولا أقسم بالنفس اللوامة تواسمیں ہےکہ بلا قادرين على النسبیابن انا۔</w:t>
      </w:r>
    </w:p>
    <w:p>
      <w:r>
        <w:rPr>
          <w:b/>
        </w:rPr>
        <w:t xml:space="preserve">[52:54] </w:t>
      </w:r>
      <w:r>
        <w:t>yeh ayat hai ismein bala qadireena ala an nusba.</w:t>
      </w:r>
    </w:p>
    <w:p>
      <w:pPr>
        <w:jc w:val="right"/>
      </w:pPr>
      <w:r>
        <w:t>یہآیتہےاسمیں بلا قادرين على النسب</w:t>
      </w:r>
    </w:p>
    <w:p>
      <w:r>
        <w:rPr>
          <w:b/>
        </w:rPr>
        <w:t xml:space="preserve">[52:58] </w:t>
      </w:r>
      <w:r>
        <w:t>iyabana. bin ana jo hai, bin anj woh hai, yeh bin ana ka jama hai. yani bin ana wahid hai aur bananj woh hai, banan woh plural hai.</w:t>
      </w:r>
    </w:p>
    <w:p>
      <w:pPr>
        <w:jc w:val="right"/>
      </w:pPr>
      <w:r>
        <w:t>یابنانا۔بن اناجوہے، بن انجوہے، یہ بن اناکا جمع ہے۔یعنیبن اناواحد ہے اوربنانجوہے،بنان وہ پلورلہے۔</w:t>
      </w:r>
    </w:p>
    <w:p>
      <w:r>
        <w:rPr>
          <w:b/>
        </w:rPr>
        <w:t xml:space="preserve">[53:12] </w:t>
      </w:r>
      <w:r>
        <w:t>yeh kehte hain por ko, yeh ungliyon ka por. bala an nusba iyabana. hum ungliyon ke por ko theek thaak kar denge.</w:t>
      </w:r>
    </w:p>
    <w:p>
      <w:pPr>
        <w:jc w:val="right"/>
      </w:pPr>
      <w:r>
        <w:t>یہکہتےہیں پورکو،یہانگلیوںکاپور۔ بلا النسب یابنانا۔ہمانگلی وںکاپورکو ٹھیکٹھاککردیںگے۔</w:t>
      </w:r>
    </w:p>
    <w:p>
      <w:r>
        <w:rPr>
          <w:b/>
        </w:rPr>
        <w:t xml:space="preserve">[53:21] </w:t>
      </w:r>
      <w:r>
        <w:t>hum is pe qadir hain. aur ek por lafz, por le liya unhon ne. por.</w:t>
      </w:r>
    </w:p>
    <w:p>
      <w:pPr>
        <w:jc w:val="right"/>
      </w:pPr>
      <w:r>
        <w:t>ہماسپرقادر ہیں۔ اورایکپورلفظ،پور لےلیاانہوںنے۔پور۔</w:t>
      </w:r>
    </w:p>
    <w:p>
      <w:r>
        <w:rPr>
          <w:b/>
        </w:rPr>
        <w:t xml:space="preserve">[53:28] </w:t>
      </w:r>
      <w:r>
        <w:t>dekho, Quran mein fingerprint likha hua hai. Woh lafz Quran mein to por tha. Usko dhalha unhon ne apne ismein le kar fingerprint. Ab log tod rahe hain. Dekho, abhi fingerprint ka to concept nahi tha is zamane mein.</w:t>
      </w:r>
    </w:p>
    <w:p>
      <w:pPr>
        <w:jc w:val="right"/>
      </w:pPr>
      <w:r>
        <w:t>دیکھو،قرآنمیںفنگرپرنٹلکھاہواہے۔ وہ لفظ قرآنمیںتوپورتھا۔ اسکو ڈھالاانہوںنےاپنے اسمیںلےکر ف نگرپرنٹ ۔ابلوگ توڑرہےہیں۔دیکھو،ابھی فنگرپرنٹکاتوکانسیپٹنہیںتھااسزمانےمیں۔</w:t>
      </w:r>
    </w:p>
    <w:p>
      <w:r>
        <w:rPr>
          <w:b/>
        </w:rPr>
        <w:t xml:space="preserve">[53:43] </w:t>
      </w:r>
      <w:r>
        <w:t>itne pehle quran mein aa gaya ke fingerprint hota hai ismein. koi taluq hai nahi is is ayat, yaani is ayat se fingerprint ke concept ka.</w:t>
      </w:r>
    </w:p>
    <w:p>
      <w:pPr>
        <w:jc w:val="right"/>
      </w:pPr>
      <w:r>
        <w:t>اتنےپہلے قرآنمیںآگیا کہفنگرپرنٹ ہوتاہے اسمیں۔ کوئیتعلقہےنہیں اس اس آیت، یعنیاسآیتسے فنگرپرنٹکےکانسیپٹکا۔</w:t>
      </w:r>
    </w:p>
    <w:p>
      <w:r>
        <w:rPr>
          <w:b/>
        </w:rPr>
        <w:t xml:space="preserve">[53:56] </w:t>
      </w:r>
      <w:r>
        <w:t>to log fakhr dete hain, fakhr. aur matlab hai taqwa. to kya samjhenge log ? bataiye mujhe.</w:t>
      </w:r>
    </w:p>
    <w:p>
      <w:pPr>
        <w:jc w:val="right"/>
      </w:pPr>
      <w:r>
        <w:t>تو لوگ فخردیتےہیں،فخر۔ اورمطلوبہےتقویٰ۔ توکیاسمجھیںگےلوگ؟بتائیےمجھے۔</w:t>
      </w:r>
    </w:p>
    <w:p>
      <w:r>
        <w:rPr>
          <w:b/>
        </w:rPr>
        <w:t xml:space="preserve">[54:06] </w:t>
      </w:r>
      <w:r>
        <w:t>aap jahan bhi jaiye, dars e quran jahan jahan hote hain, woh kya dete hain ? fakhr dete hain, qoumi bartari dete hain. hamari kitab sab se oonchi kitab hai, yeh sab dete hain.</w:t>
      </w:r>
    </w:p>
    <w:p>
      <w:pPr>
        <w:jc w:val="right"/>
      </w:pPr>
      <w:r>
        <w:t>آپ جہاں بھیجائیے، درسقرآنجہاںجہاںہوتےہیں، وہکیادیتےہیں؟ فخردیتےہیں، قومی برتریدیتےہیں۔ ہماریکتاب سبسےاونچیکتاب ہے، یہسب دیتےہیں۔</w:t>
      </w:r>
    </w:p>
    <w:p>
      <w:r>
        <w:rPr>
          <w:b/>
        </w:rPr>
        <w:t xml:space="preserve">[54:17] </w:t>
      </w:r>
      <w:r>
        <w:t>aisi baatein is mein sunate hain, is mein jis se logon ka ek, logon ke andar ek woh paida ho, bartari ka ehsaas paida ho. hum khair ummat hain, is ka ehsaas paida ho.</w:t>
      </w:r>
    </w:p>
    <w:p>
      <w:pPr>
        <w:jc w:val="right"/>
      </w:pPr>
      <w:r>
        <w:t>ایسیباتیںاسمیںسناتےہیں،اسمیں جسسےلوگوںکا ایک،لوگوںکےاندرایک وہ پیدا ہو ، برتریکااحساسپیدا ہو ۔ہمخیر امتہیں،اسکااحساسپیدا ہو ۔</w:t>
      </w:r>
    </w:p>
    <w:p>
      <w:r>
        <w:rPr>
          <w:b/>
        </w:rPr>
        <w:t xml:space="preserve">[54:29] </w:t>
      </w:r>
      <w:r>
        <w:t>to aap ne to masle ko badha diya. masla paida hota hai logon ke andar taqwa ho, morستي ho, tawazu ho, danishmandi ho.</w:t>
      </w:r>
    </w:p>
    <w:p>
      <w:pPr>
        <w:jc w:val="right"/>
      </w:pPr>
      <w:r>
        <w:t>تو آپ نےتومسئلےکوبڑھادیا۔ مسئلہ پیدا ہوتاہے لوگوںکےاندرتقویٰہو، مورس ٹیہو، تواضعہو، دان شمندیہو۔</w:t>
      </w:r>
    </w:p>
    <w:p>
      <w:r>
        <w:rPr>
          <w:b/>
        </w:rPr>
        <w:t xml:space="preserve">[54:45] </w:t>
      </w:r>
      <w:r>
        <w:t>ziya ul haq sahab gaye wahan par, quom jab president thay, woh in ardinationism mein unho ne speech di. to barha is zamane mein chha raha tha, idhar udhar barhe dhoom se chha raha tha.</w:t>
      </w:r>
    </w:p>
    <w:p>
      <w:pPr>
        <w:jc w:val="right"/>
      </w:pPr>
      <w:r>
        <w:t>ضیاءالحقصاحب گئےوہاںپر، اقوام جب پریزیڈنٹتھے،وہ انارڈنیشنزمیںانہوںنےسپیچدی۔ تو بڑیاسزمانےمیں چھپاتھا،ادھرادھربڑےدھومسےچھپاتھا۔</w:t>
      </w:r>
    </w:p>
    <w:p>
      <w:r>
        <w:rPr>
          <w:b/>
        </w:rPr>
        <w:t xml:space="preserve">[54:57] </w:t>
      </w:r>
      <w:r>
        <w:t>is mein unho ne kaha tha ke Muslims should store their pride in Islam. and should store. Muslims should store their pride in Islam.</w:t>
      </w:r>
    </w:p>
    <w:p>
      <w:pPr>
        <w:jc w:val="right"/>
      </w:pPr>
      <w:r>
        <w:t>اسمیںانہوںنےکہاتھاکہ مسلمزہیوڈسکورڈدیرپرائیڈاناسلام ۔ اینڈریڈسکورڈ۔ مسلمزہیوریڈسکورڈدیرپرائیڈاناسلام ۔</w:t>
      </w:r>
    </w:p>
    <w:p>
      <w:r>
        <w:rPr>
          <w:b/>
        </w:rPr>
        <w:t xml:space="preserve">[55:07] </w:t>
      </w:r>
      <w:r>
        <w:t>yeh Pakistan ka sadar bol raha hai, America ke United Nations ki general assembly mein.</w:t>
      </w:r>
    </w:p>
    <w:p>
      <w:pPr>
        <w:jc w:val="right"/>
      </w:pPr>
      <w:r>
        <w:t>یہ پاکستان کاصدربولرہاہے، امریک ہکے یونائٹڈنیشنزکیجنرلاسمبلیمیں۔</w:t>
      </w:r>
    </w:p>
    <w:p>
      <w:r>
        <w:rPr>
          <w:b/>
        </w:rPr>
        <w:t xml:space="preserve">[55:15] </w:t>
      </w:r>
      <w:r>
        <w:t>muslims he u'd score their pride in Islam. musalmanon ne apne fakhr ko phir se daryaft kar liya hai Islam mein. daryaft kiya kar ke kiya mila? fakhr mila.</w:t>
      </w:r>
    </w:p>
    <w:p>
      <w:pPr>
        <w:jc w:val="right"/>
      </w:pPr>
      <w:r>
        <w:t>مسلمزہیوریڈسکورڈدیرپرائیڈاناسلام ۔ مس لمانوںنےاپنے فخرکوپھرسے دریافتکرلیاہے اسلام میں ۔ دریافتکیا کرکےکیاملا؟فخرملا۔</w:t>
      </w:r>
    </w:p>
    <w:p>
      <w:r>
        <w:rPr>
          <w:b/>
        </w:rPr>
        <w:t xml:space="preserve">[55:25] </w:t>
      </w:r>
      <w:r>
        <w:t>fakhr to ek museebat hai. yaani aap ne jo discover kiya Quran ko aur Islam ko, to kiya discover kiya?</w:t>
      </w:r>
    </w:p>
    <w:p>
      <w:pPr>
        <w:jc w:val="right"/>
      </w:pPr>
      <w:r>
        <w:t>فخرتوایکمصیبتہے۔ یعنی آپ نے جو ڈسکورکیا قرآنکواوراسلامکو،توکیاڈسکورکیا ؟</w:t>
      </w:r>
    </w:p>
    <w:p>
      <w:r>
        <w:rPr>
          <w:b/>
        </w:rPr>
        <w:t xml:space="preserve">[55:35] </w:t>
      </w:r>
      <w:r>
        <w:t>Quran to kehta hai ke taqwa discover karo. aap ne discover kiya pride, fakhr, naaz.</w:t>
      </w:r>
    </w:p>
    <w:p>
      <w:pPr>
        <w:jc w:val="right"/>
      </w:pPr>
      <w:r>
        <w:t>قرآنتوکہتاہےکہتقویٰڈسکورکرو۔ آپ نےڈسکورکیا پرائیڈ، فخر ، ناز۔</w:t>
      </w:r>
    </w:p>
    <w:p>
      <w:r>
        <w:rPr>
          <w:b/>
        </w:rPr>
        <w:t xml:space="preserve">[55:45] </w:t>
      </w:r>
      <w:r>
        <w:t>yeh to alty discovery ho gayi. to sara jo chal raha hai, yeh sau baras se to woh pride based hai, sab kuch pride based.</w:t>
      </w:r>
    </w:p>
    <w:p>
      <w:pPr>
        <w:jc w:val="right"/>
      </w:pPr>
      <w:r>
        <w:t>یہتوالٹیڈسکوریہوگئی۔ تو ساراجو چلرہاہے،یہ سو برسسے تو وہ پرائیڈبیسڈہے،سبکچھپرائیڈبیسڈ۔</w:t>
      </w:r>
    </w:p>
    <w:p>
      <w:r>
        <w:rPr>
          <w:b/>
        </w:rPr>
        <w:t xml:space="preserve">[55:58] </w:t>
      </w:r>
      <w:r>
        <w:t>jab ke Quran ka woh hona chahiye ke morستي, tawazu aur applied way mein bata saken. aap applied way mein, yaani Quran ki jo taleemat hain, woh abstractive way mein bataenge, tab bhi koi faida nahi hoga.</w:t>
      </w:r>
    </w:p>
    <w:p>
      <w:pPr>
        <w:jc w:val="right"/>
      </w:pPr>
      <w:r>
        <w:t>جب کہ قرآنکا وہہوناچاہیے کہ م ورسٹی، تواضع اور اپلائیڈوےمیںبتاسکیں۔آپاپلائیڈوےمیں، یعنیقرآنکیجو تعلیم اتہیں،وہ ابسٹرکٹوےمیںبتائیںگے،تببھیکوئیفائدہنہیںہوگا۔</w:t>
      </w:r>
    </w:p>
    <w:p>
      <w:r>
        <w:rPr>
          <w:b/>
        </w:rPr>
        <w:t xml:space="preserve">[56:15] </w:t>
      </w:r>
      <w:r>
        <w:t>Quran ki baaton ka abstractive way mein bataun mein to kuch pillar leepdega. applied way mein batana padega, yaani how to apply in modern situation.</w:t>
      </w:r>
    </w:p>
    <w:p>
      <w:pPr>
        <w:jc w:val="right"/>
      </w:pPr>
      <w:r>
        <w:t>قرآنکیباتوںکا ابسٹرکٹوےمیںبتاؤںمیں تو کچھ پلرلیپڑےگا۔ اپلائیڈوےمیںبتاناپڑےگا، یعنیہاؤٹواپلائی انماڈرنسچویشن۔</w:t>
      </w:r>
    </w:p>
    <w:p>
      <w:r>
        <w:rPr>
          <w:b/>
        </w:rPr>
        <w:t xml:space="preserve">[56:27] </w:t>
      </w:r>
      <w:r>
        <w:t>how to apply the words in modern situation.</w:t>
      </w:r>
    </w:p>
    <w:p>
      <w:pPr>
        <w:jc w:val="right"/>
      </w:pPr>
      <w:r>
        <w:t>ہاؤٹواپلائیدو ورڈزانماڈرنسچویشن۔</w:t>
      </w:r>
    </w:p>
    <w:p>
      <w:r>
        <w:rPr>
          <w:b/>
        </w:rPr>
        <w:t xml:space="preserve">[56:36] </w:t>
      </w:r>
      <w:r>
        <w:t>to yeh haalat hai ke hum apne mind se hum nikalte hain ke Quran ka tarjuma phailao, logon ko Quran parhao.</w:t>
      </w:r>
    </w:p>
    <w:p>
      <w:pPr>
        <w:jc w:val="right"/>
      </w:pPr>
      <w:r>
        <w:t>تو یہحالتہے کہہم اپنے مائنڈسے ہم نکالتےہیں کہ قرآنکاترجمہپھیلاؤ، لوگوںکوقرآنپڑھواؤ۔</w:t>
      </w:r>
    </w:p>
    <w:p>
      <w:r>
        <w:rPr>
          <w:b/>
        </w:rPr>
        <w:t xml:space="preserve">[56:48] </w:t>
      </w:r>
      <w:r>
        <w:t>yeh nahi sochte ke ke jo Sahaba ka tareeqa tha, woh kiya tha? woh prerequisite kiya hai? is ko jaanna nahi hai logon ne.</w:t>
      </w:r>
    </w:p>
    <w:p>
      <w:pPr>
        <w:jc w:val="right"/>
      </w:pPr>
      <w:r>
        <w:t>یہنہیںسوچتے کہ کہ جو صحابہکاطریقہتھا،وہکیاتھا؟وہ پریریکویزٹکیاہے؟ اسکوجانانہیںہےلوگوںنے۔</w:t>
      </w:r>
    </w:p>
    <w:p>
      <w:r>
        <w:rPr>
          <w:b/>
        </w:rPr>
        <w:t xml:space="preserve">[56:58] </w:t>
      </w:r>
      <w:r>
        <w:t>prerequisite is Sahaba ke qaul mein milti hai hum ko. har cheez ki kuch prerequisites hoti hain, har cheez ki.</w:t>
      </w:r>
    </w:p>
    <w:p>
      <w:pPr>
        <w:jc w:val="right"/>
      </w:pPr>
      <w:r>
        <w:t>پریریکویزٹ اسصحابیکےقولمیںملتیہےہمکو ۔ ہرچیزکیکچھپریریکویزٹسہوتیہیں،ہرچیزکی۔</w:t>
      </w:r>
    </w:p>
    <w:p>
      <w:r>
        <w:rPr>
          <w:b/>
        </w:rPr>
        <w:t xml:space="preserve">[57:06] </w:t>
      </w:r>
      <w:r>
        <w:t>to Quran ko samajhne ke liye koi prerequisites hain. to log itne jaante hain ke Arabi zuban parh lo madrasa mein. mein manta hoon ke prerequisites mein Arabi zuban aati hai, lekin woh yaklan nahi hai, kul baat nahi hai.</w:t>
      </w:r>
    </w:p>
    <w:p>
      <w:pPr>
        <w:jc w:val="right"/>
      </w:pPr>
      <w:r>
        <w:t>تو قرآنکو سمجھنےکےلیےکوئیپریریکویزٹسہیں۔ تولوگ اتنےجانتےہیںکہ عربیزبان پڑھلو مدرس ےمیں۔ میں مانتاہوںکہپریریکویزٹسمیںعربیزبان آتیہے، لیکن وہ یکلنہیںہے،کل باتنہیںہے۔</w:t>
      </w:r>
    </w:p>
    <w:p>
      <w:r>
        <w:rPr>
          <w:b/>
        </w:rPr>
        <w:t xml:space="preserve">[57:24] </w:t>
      </w:r>
      <w:r>
        <w:t>number one importance hai prepared mind ki. prepared mind</w:t>
      </w:r>
    </w:p>
    <w:p>
      <w:pPr>
        <w:jc w:val="right"/>
      </w:pPr>
      <w:r>
        <w:t>نمبر ون امپورٹنسہے پریپیرڈمائنڈکی۔ پریپیرڈمائنڈ</w:t>
      </w:r>
    </w:p>
    <w:p>
      <w:r>
        <w:rPr>
          <w:b/>
        </w:rPr>
        <w:t xml:space="preserve">[57:31] </w:t>
      </w:r>
      <w:r>
        <w:t>jaisa ke mein ne arz kiya ke jo scientist ne kaha tha ke is but this is a kind of accident, this kind of accident he pins only a a scientific mind.</w:t>
      </w:r>
    </w:p>
    <w:p>
      <w:pPr>
        <w:jc w:val="right"/>
      </w:pPr>
      <w:r>
        <w:t>، جیساکہمیںنےعرضکیا کہ جوسائنٹسٹنےکہاتھا کہ اس بٹ دس ایکایکسیڈنٹ، دسکائنڈآفایکسیڈنٹ ہی پنزاونلی اناے اناےسائنٹیفکمائنڈ۔</w:t>
      </w:r>
    </w:p>
    <w:p>
      <w:r>
        <w:rPr>
          <w:b/>
        </w:rPr>
        <w:t xml:space="preserve">[57:49] </w:t>
      </w:r>
      <w:r>
        <w:t>yaani science science bhi ab trained ho chuka hota hai aaj bhi, tabhi is fresh se woh kisi discovery pe pahunchta hai. yeh to nahi pahunch paega.</w:t>
      </w:r>
    </w:p>
    <w:p>
      <w:pPr>
        <w:jc w:val="right"/>
      </w:pPr>
      <w:r>
        <w:t>یعنی سائنس سائنسبھیابٹرینڈہوچکاہوتاہےآجبھی، تبھیاسفریشسےوہکسی ڈسکوریتکپہنچتاہے۔ یہتونہیںپہنچپائےگا۔</w:t>
      </w:r>
    </w:p>
    <w:p>
      <w:r>
        <w:rPr>
          <w:b/>
        </w:rPr>
        <w:t xml:space="preserve">[57:59] </w:t>
      </w:r>
      <w:r>
        <w:t>to jab prepared mind hoga, tabhi Quran parhna faida dega aap ko. jab mind to bana hua hai kuch aur dhang par, doosre dhang par, fakhr par bana hua hai, qaum mein nafrat mein bana hua hai, political mind bana hua hai.</w:t>
      </w:r>
    </w:p>
    <w:p>
      <w:pPr>
        <w:jc w:val="right"/>
      </w:pPr>
      <w:r>
        <w:t>توجب پریپیرڈمائنڈہوگا، تبھی قرآنپڑھنافائدہدےگاآپکو ۔ جب مائنڈتوبناہواہےکچھاورڈھنگپر،دوسرےڈھنگپر، فخرپربناہواہے، قومینفرتمیںبناہواہے، پولیٹیکل مائنڈبناہواہے۔</w:t>
      </w:r>
    </w:p>
    <w:p>
      <w:r>
        <w:rPr>
          <w:b/>
        </w:rPr>
        <w:t xml:space="preserve">[58:16] </w:t>
      </w:r>
      <w:r>
        <w:t>abhi jo musalmanon ka haal hai, woh kiya hai? ke mind mein politics bhari hui hai, fakhr bhara hua hai.</w:t>
      </w:r>
    </w:p>
    <w:p>
      <w:pPr>
        <w:jc w:val="right"/>
      </w:pPr>
      <w:r>
        <w:t>ابھیجو مسلمانوںکاحالہے،وہکیاہے؟کہ مائنڈمیںپولیٹکسبھریہوئیہے، فخربھراہواہے۔</w:t>
      </w:r>
    </w:p>
    <w:p>
      <w:r>
        <w:rPr>
          <w:b/>
        </w:rPr>
        <w:t xml:space="preserve">[58:22] </w:t>
      </w:r>
      <w:r>
        <w:t>hum sab se unche hain, supreme supreme hai, woh bhara hua hai. to ulta bhara hua hai, ulta. to phir kaise Quran parh ke aap ko milega kuch?</w:t>
      </w:r>
    </w:p>
    <w:p>
      <w:pPr>
        <w:jc w:val="right"/>
      </w:pPr>
      <w:r>
        <w:t>ہم سبسے اونچےہیں، سپ ریمسپریمہے،وہ بھراہواہے۔ توالٹابھراہواہے،الٹا۔توپھرکیسے قرآنپڑھکےآپکوملےگاکچھ ؟</w:t>
      </w:r>
    </w:p>
    <w:p>
      <w:r>
        <w:rPr>
          <w:b/>
        </w:rPr>
        <w:t xml:space="preserve">[58:35] </w:t>
      </w:r>
      <w:r>
        <w:t>to hamein chahiye ke reassess karein, revise karein, phir se sochein. nahi to sau saal hum ne bata diye, ab sau saal aur bataenge aur milega kuch bhi nahi,</w:t>
      </w:r>
    </w:p>
    <w:p>
      <w:pPr>
        <w:jc w:val="right"/>
      </w:pPr>
      <w:r>
        <w:t>تو ہمیںچاہیےکہ ریاس سکریں، ریوائزکریں،پھرسے سوچیں۔ نہیںتوسو سال ہمنےبتادیے،ابسو سالاوربتائیںگےاور ملےگاکچھبھینہیں ،</w:t>
      </w:r>
    </w:p>
    <w:p>
      <w:r>
        <w:rPr>
          <w:b/>
        </w:rPr>
        <w:t xml:space="preserve">[58:50] </w:t>
      </w:r>
      <w:r>
        <w:t>jaisa ke pehle nahi mila.</w:t>
      </w:r>
    </w:p>
    <w:p>
      <w:pPr>
        <w:jc w:val="right"/>
      </w:pPr>
      <w:r>
        <w:t>جیساکہپہلےنہیںملا۔</w:t>
      </w:r>
    </w:p>
    <w:p>
      <w:r>
        <w:rPr>
          <w:b/>
        </w:rPr>
        <w:t xml:space="preserve">[58:55] </w:t>
      </w:r>
      <w:r>
        <w:t>reassess karna, dekhein, reassessment jo hai, woh farz ke darje mein zaroori ho gaya hai aaj. jaise yeh pani hai, farz kaise pani bhar ke rakha gaya tha aur is mein pani ab mein ne dekhta hoon ke pani nahi hai is mein, farz kiye.</w:t>
      </w:r>
    </w:p>
    <w:p>
      <w:pPr>
        <w:jc w:val="right"/>
      </w:pPr>
      <w:r>
        <w:t>ریاسسکرنا ،دیکھیں،ریاسسمنٹجوہے، وہ فرضکےدرجےمیںضروریہوگاہےآج۔ جیسےیہپانیہے، فرضکیسےپانی بھرکےرکھاگیاتھااوراسمیںپانیاب میںنےدیکھتاہوںکہپانینہیںہےاسمیں،فرضکیے۔</w:t>
      </w:r>
    </w:p>
    <w:p>
      <w:r>
        <w:rPr>
          <w:b/>
        </w:rPr>
        <w:t xml:space="preserve">[59:10] </w:t>
      </w:r>
      <w:r>
        <w:t>to mujhe sochna chahiye ke pani jab bhara to kahan chala gaya? woh kahan chala gaya? haan, ek hawalat tha. hawalat se nikalte nikalte woh khatam ho gaya tha. to ji, pani bharne ke bawajood jab mujhe pani nahi mila gala mein, to mujhe phir sochna chahiye ke kya baat kya hai?</w:t>
      </w:r>
    </w:p>
    <w:p>
      <w:pPr>
        <w:jc w:val="right"/>
      </w:pPr>
      <w:r>
        <w:t>تومجھےسوچناچاہیےکہپانیجببھراتوکہاںچلاگیا؟وہ کہاںچلاگیا؟ہاں،ایکہولتھا۔ ہولسےنکلتےنکلتےوہختمہوگیا تھا۔ تو جی، پانی بھرنےکےباوجود جبمجھےپانینہیںملاگلاسمیں،تومجھےپھرسوچناچاہیےکہکیاباتکیاہے؟</w:t>
      </w:r>
    </w:p>
    <w:p>
      <w:r>
        <w:rPr>
          <w:b/>
        </w:rPr>
        <w:t xml:space="preserve">[59:27] </w:t>
      </w:r>
      <w:r>
        <w:t>i have to use this, i have to revise, i have to rethink. to hamara jo mission hai, woh rethinking ki dawat hai.</w:t>
      </w:r>
    </w:p>
    <w:p>
      <w:pPr>
        <w:jc w:val="right"/>
      </w:pPr>
      <w:r>
        <w:t>آئیہیوٹوریاسس،آئیہیوٹو ریوائز، آئیہیوٹوریتھنک۔ توہماراجومشنہے، وہ ری تھنکنگکیدعوتہے۔</w:t>
      </w:r>
    </w:p>
    <w:p>
      <w:r>
        <w:rPr>
          <w:b/>
        </w:rPr>
        <w:t xml:space="preserve">[59:40] </w:t>
      </w:r>
      <w:r>
        <w:t>rethinking ki dawat hai.</w:t>
      </w:r>
    </w:p>
    <w:p>
      <w:pPr>
        <w:jc w:val="right"/>
      </w:pPr>
      <w:r>
        <w:t>ری تھنکنگکیدعوتہے۔</w:t>
      </w:r>
    </w:p>
    <w:p>
      <w:r>
        <w:rPr>
          <w:b/>
        </w:rPr>
        <w:t xml:space="preserve">[59:44] </w:t>
      </w:r>
      <w:r>
        <w:t>to main yeh kahunga ke hamein chahiye ke hum phir se sochein, phir se planning karein, Allah taala se dua karein taake Allah taala hamein kamyabi ata farmaye.</w:t>
      </w:r>
    </w:p>
    <w:p>
      <w:pPr>
        <w:jc w:val="right"/>
      </w:pPr>
      <w:r>
        <w:t>تو میںیہیکہوںگاکہہمیںچاہیےکہہمپھرسےسوچیں، پھرسےپلاننگکریں، اللہ تعالیسےدعاکریں تاکہاللہتعالیہمیںکامیابیعطافرمائے۔</w:t>
      </w:r>
    </w:p>
    <w:p>
      <w:r>
        <w:rPr>
          <w:b/>
        </w:rPr>
        <w:t xml:space="preserve">[59:54] </w:t>
      </w:r>
      <w:r>
        <w:t>aqool qawli hadha wa astaghfirullah li walakum ajmaeen</w:t>
      </w:r>
    </w:p>
    <w:p>
      <w:pPr>
        <w:jc w:val="right"/>
      </w:pPr>
      <w:r>
        <w:t>اقول قولیھذا واستغفراللہ لول کم اجمعین</w:t>
      </w:r>
    </w:p>
    <w:p>
      <w:r>
        <w:rPr>
          <w:b/>
        </w:rPr>
        <w:t xml:space="preserve">[1:00:12] </w:t>
      </w:r>
      <w:r>
        <w:t>discussing from miss summer she rwani. Maulana, how should I make my personality strong personality?</w:t>
      </w:r>
    </w:p>
    <w:p>
      <w:pPr>
        <w:jc w:val="right"/>
      </w:pPr>
      <w:r>
        <w:t>دسکوئسچناز فر ام مس سمر شی روانی ۔ مولانا،ہاؤشوڈ آئیمیک مائیپرسن یلٹی اسٹرونگپرسنیلٹی؟</w:t>
      </w:r>
    </w:p>
    <w:p>
      <w:r>
        <w:rPr>
          <w:b/>
        </w:rPr>
        <w:t xml:space="preserve">[1:00:22] </w:t>
      </w:r>
      <w:r>
        <w:t>iski price dijiye.</w:t>
      </w:r>
    </w:p>
    <w:p>
      <w:pPr>
        <w:jc w:val="right"/>
      </w:pPr>
      <w:r>
        <w:t>اسکی پرائزدیجئے۔</w:t>
      </w:r>
    </w:p>
    <w:p>
      <w:r>
        <w:rPr>
          <w:b/>
        </w:rPr>
        <w:t xml:space="preserve">[1:00:26] </w:t>
      </w:r>
      <w:r>
        <w:t>bila price diye log jaate hain.</w:t>
      </w:r>
    </w:p>
    <w:p>
      <w:pPr>
        <w:jc w:val="right"/>
      </w:pPr>
      <w:r>
        <w:t>بلاپرائزدیےلوگجاتےہیں۔</w:t>
      </w:r>
    </w:p>
    <w:p>
      <w:r>
        <w:rPr>
          <w:b/>
        </w:rPr>
        <w:t xml:space="preserve">[1:00:31] </w:t>
      </w:r>
      <w:r>
        <w:t>bahut log poochte hain. but no one ready to pay the price.</w:t>
      </w:r>
    </w:p>
    <w:p>
      <w:pPr>
        <w:jc w:val="right"/>
      </w:pPr>
      <w:r>
        <w:t>بہت لوگ پوچھتےہیں۔ بٹنوونری ڈیٹوپےداپرائز۔</w:t>
      </w:r>
    </w:p>
    <w:p>
      <w:r>
        <w:rPr>
          <w:b/>
        </w:rPr>
        <w:t xml:space="preserve">[1:00:39] </w:t>
      </w:r>
      <w:r>
        <w:t>dekhein, ya to aap</w:t>
      </w:r>
    </w:p>
    <w:p>
      <w:pPr>
        <w:jc w:val="right"/>
      </w:pPr>
      <w:r>
        <w:t>دیکھیں،یاتوآپ</w:t>
      </w:r>
    </w:p>
    <w:p>
      <w:r>
        <w:rPr>
          <w:b/>
        </w:rPr>
        <w:t xml:space="preserve">[1:00:44] </w:t>
      </w:r>
      <w:r>
        <w:t>iski tum namaz kijiye, jo hai, isi ko chalne dijiye. aur agar aap namaz karte hain to iski price dijiye.</w:t>
      </w:r>
    </w:p>
    <w:p>
      <w:pPr>
        <w:jc w:val="right"/>
      </w:pPr>
      <w:r>
        <w:t>اسکی تم نامتکیجئے، جوہے، اسیکوچلنےدیجئے۔ اوراگرآپتم ناکرتےہیںتواسکیپرائزدیجئے۔</w:t>
      </w:r>
    </w:p>
    <w:p>
      <w:r>
        <w:rPr>
          <w:b/>
        </w:rPr>
        <w:t xml:space="preserve">[1:00:54] </w:t>
      </w:r>
      <w:r>
        <w:t>main ne bar bar kaha hai ke dekhein, sab se bada jo reason hai, woh hai distraction. saare log distraction mein jeete hain.</w:t>
      </w:r>
    </w:p>
    <w:p>
      <w:pPr>
        <w:jc w:val="right"/>
      </w:pPr>
      <w:r>
        <w:t>میںنےباربارکہاہےکہدیکھیں، سب سے بڑاجو ریزنہے، وہ ہےڈسٹرک شن ۔ سارےلوگڈسٹرکشنمیںجیتےہیں۔</w:t>
      </w:r>
    </w:p>
    <w:p>
      <w:r>
        <w:rPr>
          <w:b/>
        </w:rPr>
        <w:t xml:space="preserve">[1:01:06] </w:t>
      </w:r>
      <w:r>
        <w:t>kisi ko iski family distract kar rahi hai, kisi ko shopping mein distract ho raha hai, koi TV mein ho raha hai.</w:t>
      </w:r>
    </w:p>
    <w:p>
      <w:pPr>
        <w:jc w:val="right"/>
      </w:pPr>
      <w:r>
        <w:t>کسی کواسکیفیملیڈسٹرکٹکررہیہے، کسی کو شاپنگ میںڈسٹرکٹہورہاہے، کوئیٹیویمیںہورہاہے۔</w:t>
      </w:r>
    </w:p>
    <w:p>
      <w:r>
        <w:rPr>
          <w:b/>
        </w:rPr>
        <w:t xml:space="preserve">[1:01:18] </w:t>
      </w:r>
      <w:r>
        <w:t>every moment value and distractions.</w:t>
      </w:r>
    </w:p>
    <w:p>
      <w:pPr>
        <w:jc w:val="right"/>
      </w:pPr>
      <w:r>
        <w:t>ایوری مومنٹ ویلیوانڈسٹرکشنز۔</w:t>
      </w:r>
    </w:p>
    <w:p>
      <w:r>
        <w:rPr>
          <w:b/>
        </w:rPr>
        <w:t xml:space="preserve">[1:01:25] </w:t>
      </w:r>
      <w:r>
        <w:t>sab se bada reason woh hai, woh distraction hai.</w:t>
      </w:r>
    </w:p>
    <w:p>
      <w:pPr>
        <w:jc w:val="right"/>
      </w:pPr>
      <w:r>
        <w:t>سبسےبڑا ریزنجوہے، وہڈسٹرکشنہے۔</w:t>
      </w:r>
    </w:p>
    <w:p>
      <w:r>
        <w:rPr>
          <w:b/>
        </w:rPr>
        <w:t xml:space="preserve">[1:01:31] </w:t>
      </w:r>
      <w:r>
        <w:t>to aap agar chahte hain strong personality banana, to yeh kijiye.</w:t>
      </w:r>
    </w:p>
    <w:p>
      <w:pPr>
        <w:jc w:val="right"/>
      </w:pPr>
      <w:r>
        <w:t>توآپ اگر چاہتےہیں سٹرانگپرسنیلٹیبنانا، تویہکیجئے۔</w:t>
      </w:r>
    </w:p>
    <w:p>
      <w:r>
        <w:rPr>
          <w:b/>
        </w:rPr>
        <w:t xml:space="preserve">[1:01:42] </w:t>
      </w:r>
      <w:r>
        <w:t>ek sahab is se pehle aaye, ab woh kuch suna unhone, us par jaane lage. main ne kaha, kyun ja rahe hain bhai? kaha, bhai, woh meri family aayi hui hai to unke lunch mein shareek hona hai.</w:t>
      </w:r>
    </w:p>
    <w:p>
      <w:pPr>
        <w:jc w:val="right"/>
      </w:pPr>
      <w:r>
        <w:t>ایکصاحباسسےپہلےآئے، ابوہ کچھسناانہوںنے،اسپرجانےلگے۔ میںنےکہا،کیوںجارہےہیںبھئی؟ کہا، بھئی،وہ میریفیملیآئیہوئیہے تو انکے لنچمیں شریکہوناہے۔</w:t>
      </w:r>
    </w:p>
    <w:p>
      <w:r>
        <w:rPr>
          <w:b/>
        </w:rPr>
        <w:t xml:space="preserve">[1:01:56] </w:t>
      </w:r>
      <w:r>
        <w:t>yeh koi, yeh koi reason nahi? yeh bahar bahar lunch hai aur bahar bahar family.</w:t>
      </w:r>
    </w:p>
    <w:p>
      <w:pPr>
        <w:jc w:val="right"/>
      </w:pPr>
      <w:r>
        <w:t>یہکوئی،یہکوئیریزنہے؟یہ باہرباہر لنچہےاورباہرباہرفیملی۔</w:t>
      </w:r>
    </w:p>
    <w:p>
      <w:r>
        <w:rPr>
          <w:b/>
        </w:rPr>
        <w:t xml:space="preserve">[1:02:05] </w:t>
      </w:r>
      <w:r>
        <w:t>mera to yeh nazariya hai. aap ne kyun nahi kaha ke tum log kha lena, main thodi der mein aaunga?</w:t>
      </w:r>
    </w:p>
    <w:p>
      <w:pPr>
        <w:jc w:val="right"/>
      </w:pPr>
      <w:r>
        <w:t>میراتویہینظریہہے۔ آپ نےکیوںنہیںکہاکہتملوگکھالینا،میںتھوڑیدیرمیںآؤںگا؟</w:t>
      </w:r>
    </w:p>
    <w:p>
      <w:r>
        <w:rPr>
          <w:b/>
        </w:rPr>
        <w:t xml:space="preserve">[1:02:12] </w:t>
      </w:r>
      <w:r>
        <w:t>bilkul simplicity baat hai.</w:t>
      </w:r>
    </w:p>
    <w:p>
      <w:pPr>
        <w:jc w:val="right"/>
      </w:pPr>
      <w:r>
        <w:t>بالکل سمپلیسیباتہے۔</w:t>
      </w:r>
    </w:p>
    <w:p>
      <w:r>
        <w:rPr>
          <w:b/>
        </w:rPr>
        <w:t xml:space="preserve">[1:02:17] </w:t>
      </w:r>
      <w:r>
        <w:t>to har waqt log distraction mein jeete hain. har waqt mobile liye rehte hain. baj raha hai, dhar se kaam pe lag gaya. to mobile yeh source of distraction hai.</w:t>
      </w:r>
    </w:p>
    <w:p>
      <w:pPr>
        <w:jc w:val="right"/>
      </w:pPr>
      <w:r>
        <w:t>تو ہر وقت لوگ ڈسٹرکشنمیںجیتےہیں۔ ہروقت موبائللیےرہتےہیں۔ بجرہاہے، دھڑسے کامپہلگالیا۔ توموبائل یہسورسآفڈسٹرکشنہے۔</w:t>
      </w:r>
    </w:p>
    <w:p>
      <w:r>
        <w:rPr>
          <w:b/>
        </w:rPr>
        <w:t xml:space="preserve">[1:02:30] </w:t>
      </w:r>
      <w:r>
        <w:t>family, TV, shopping aur khane, log koi simple simplestek ko lene ko tayyar nahi hain.</w:t>
      </w:r>
    </w:p>
    <w:p>
      <w:pPr>
        <w:jc w:val="right"/>
      </w:pPr>
      <w:r>
        <w:t>فیملی، ٹیوی ،شاپنگ اور کھانے، لوگ کوئی سمپل سمپلیسٹیکو لینےکوتیار نہیںہیں۔</w:t>
      </w:r>
    </w:p>
    <w:p>
      <w:r>
        <w:rPr>
          <w:b/>
        </w:rPr>
        <w:t xml:space="preserve">[1:02:41] </w:t>
      </w:r>
      <w:r>
        <w:t>simple food, simple furniture, simple ghar, simple dress, koi tayyar nahi hai iske liye hota.</w:t>
      </w:r>
    </w:p>
    <w:p>
      <w:pPr>
        <w:jc w:val="right"/>
      </w:pPr>
      <w:r>
        <w:t>سمپلفوڈ ،سمپل فرنیچر،سمپلگھر،سمپل ڈریس، کوئیتیارنہیںہےاسکےلیےہوتا۔</w:t>
      </w:r>
    </w:p>
    <w:p>
      <w:r>
        <w:rPr>
          <w:b/>
        </w:rPr>
        <w:t xml:space="preserve">[1:02:51] </w:t>
      </w:r>
      <w:r>
        <w:t>to main yeh kahunga ke ya to iski price dijiye ya phir iski baat hi karna chhod dijiye. aur main poore apne experience ko lete hue kahunga ke sab se bada jo killer hai, killer woh hai distraction.</w:t>
      </w:r>
    </w:p>
    <w:p>
      <w:pPr>
        <w:jc w:val="right"/>
      </w:pPr>
      <w:r>
        <w:t>تومیںیہیکہوںگاکہ یاتو اسکی پرائزدیجئے یاپھراسکیباتہی کرناچھوڑدیجئے۔ اورمیں پورےاپنے ایکسپیرینسکولیتےہوئےکہوںگا کہ سبسے بڑاجو کلرہے،کلر وہہےڈسٹرکشن۔</w:t>
      </w:r>
    </w:p>
    <w:p>
      <w:r>
        <w:rPr>
          <w:b/>
        </w:rPr>
        <w:t xml:space="preserve">[1:03:10] </w:t>
      </w:r>
      <w:r>
        <w:t>hum sab ke liye sab se bada killer. to subah shaam aap sochein ke aaj main kin cheezon ne mujhe distract kiya.</w:t>
      </w:r>
    </w:p>
    <w:p>
      <w:pPr>
        <w:jc w:val="right"/>
      </w:pPr>
      <w:r>
        <w:t>ہمسبکےلیے سبسےبڑاکلر۔ توصبح شامآپ سوچیںکہآجمیں کنچیزوںنےمجھےڈسٹرکٹکیا۔</w:t>
      </w:r>
    </w:p>
    <w:p>
      <w:r>
        <w:rPr>
          <w:b/>
        </w:rPr>
        <w:t xml:space="preserve">[1:03:22] </w:t>
      </w:r>
      <w:r>
        <w:t>distraction ka matlab hota hai tawajjuh ka hat jana.</w:t>
      </w:r>
    </w:p>
    <w:p>
      <w:pPr>
        <w:jc w:val="right"/>
      </w:pPr>
      <w:r>
        <w:t>ڈسٹرکشنکامطلبہوتاہےتوجہکاہٹجانا۔</w:t>
      </w:r>
    </w:p>
    <w:p>
      <w:r>
        <w:rPr>
          <w:b/>
        </w:rPr>
        <w:t xml:space="preserve">[1:03:28] </w:t>
      </w:r>
      <w:r>
        <w:t>bar bar logon ki tawajjuh hatt ti rehti hai kisi bhi cheez se. kabhi idhar, kabhi idhar, kabhi idhar, kabhi idhar.</w:t>
      </w:r>
    </w:p>
    <w:p>
      <w:pPr>
        <w:jc w:val="right"/>
      </w:pPr>
      <w:r>
        <w:t>باربار لوگوںکیتوجہہٹتیرہتیہے کسی بھیچیزسے ۔ کبھیادھر،کبھیادھر،کبھیادھر،کبھیادھر۔</w:t>
      </w:r>
    </w:p>
    <w:p>
      <w:r>
        <w:rPr>
          <w:b/>
        </w:rPr>
        <w:t xml:space="preserve">[1:03:38] </w:t>
      </w:r>
      <w:r>
        <w:t>to aap yahan se chale jane ke liye faridabad, aur har waqt aap idhar udhar, yani aap ko sab derail hota rahe to aap shayad shamat tak bhi na pahunchein ge.</w:t>
      </w:r>
    </w:p>
    <w:p>
      <w:pPr>
        <w:jc w:val="right"/>
      </w:pPr>
      <w:r>
        <w:t>توآپ یہاںسےچلیں جانےکےلیے فریدآباد ،اورہروقت آپ ادھرادھر ،یعنی آپ کوسب ڈیریلہوتارہےتو آپ شایدشامتکبھینہیںپہنچیںگے۔</w:t>
      </w:r>
    </w:p>
    <w:p>
      <w:r>
        <w:rPr>
          <w:b/>
        </w:rPr>
        <w:t xml:space="preserve">[1:03:52] </w:t>
      </w:r>
      <w:r>
        <w:t>distraction means derailment. jab aap distract hote hain to aap ne apne aap ko derail kiya, practice hatt gayi.</w:t>
      </w:r>
    </w:p>
    <w:p>
      <w:pPr>
        <w:jc w:val="right"/>
      </w:pPr>
      <w:r>
        <w:t>ڈسٹرکشن مینز ڈیریلمنٹ ۔جبآپ ڈسٹرکٹہوتےہیںتوآپ نے اپنے آپکو ڈیریلکیا ، پریکٹسہٹگئی ۔</w:t>
      </w:r>
    </w:p>
    <w:p>
      <w:r>
        <w:rPr>
          <w:b/>
        </w:rPr>
        <w:t xml:space="preserve">[1:04:03] </w:t>
      </w:r>
      <w:r>
        <w:t>to time bhi gaya, energy bhi gayi, maqsad bhi hasil nahi hua.</w:t>
      </w:r>
    </w:p>
    <w:p>
      <w:pPr>
        <w:jc w:val="right"/>
      </w:pPr>
      <w:r>
        <w:t>تو ٹائمبھی گیا ،انرجیبھیگئی، مقصدبھیحاصل نہیںہوا۔</w:t>
      </w:r>
    </w:p>
    <w:p>
      <w:r>
        <w:rPr>
          <w:b/>
        </w:rPr>
        <w:t xml:space="preserve">[1:04:13] </w:t>
      </w:r>
      <w:r>
        <w:t>aaj main parh raha tha akhbar mein ek bohat hi mashhoor film star ki kahani.</w:t>
      </w:r>
    </w:p>
    <w:p>
      <w:pPr>
        <w:jc w:val="right"/>
      </w:pPr>
      <w:r>
        <w:t>آجمیں پڑھرہاتھا اخبارمیں ایکبہت ہی مشہور فلم اسٹارکی کہانی ۔</w:t>
      </w:r>
    </w:p>
    <w:p>
      <w:r>
        <w:rPr>
          <w:b/>
        </w:rPr>
        <w:t xml:space="preserve">[1:04:21] </w:t>
      </w:r>
      <w:r>
        <w:t>main har cheez parhta hoon.</w:t>
      </w:r>
    </w:p>
    <w:p>
      <w:pPr>
        <w:jc w:val="right"/>
      </w:pPr>
      <w:r>
        <w:t>میںہرچیزپڑھتاہوں۔</w:t>
      </w:r>
    </w:p>
    <w:p>
      <w:r>
        <w:rPr>
          <w:b/>
        </w:rPr>
        <w:t xml:space="preserve">[1:04:25] </w:t>
      </w:r>
      <w:r>
        <w:t>to is ko india ke sab se zyada mehngi film star mein se gina jata hai. to ad ke liye ek koi ad dena tha to us ke liye woh chhe karor rupiya is ka contract hua.</w:t>
      </w:r>
    </w:p>
    <w:p>
      <w:pPr>
        <w:jc w:val="right"/>
      </w:pPr>
      <w:r>
        <w:t>تو اسکو انڈیاکے سبسے زیادہ مہنگیفلم اسٹارمیںسے گناجاتاہے۔ تو ایڈکےلیے ایککوئیایڈدیناتھا تواسکےلیے وہ چھ کروڑروپیہاسکا کنٹریکٹہوا۔</w:t>
      </w:r>
    </w:p>
    <w:p>
      <w:r>
        <w:rPr>
          <w:b/>
        </w:rPr>
        <w:t xml:space="preserve">[1:04:43] </w:t>
      </w:r>
      <w:r>
        <w:t>to kisi ne poocha ke itna itna paisa tum leti ho ke ek ad ke liye chhe karor rupiya, aise kitna tum kamati hou gi? to kya karti ho us paise ko? kya karogi?</w:t>
      </w:r>
    </w:p>
    <w:p>
      <w:pPr>
        <w:jc w:val="right"/>
      </w:pPr>
      <w:r>
        <w:t>توکسی نےپوچھاکہاتنااتناپیسہتم لیتیہو کہ ایکایڈکےلیے چھکروڑروپیہ، ایسیکتنا تم کم اتیہوگی؟ توکیا کرتیہواسپیسےکو؟کیاکروگی؟</w:t>
      </w:r>
    </w:p>
    <w:p>
      <w:r>
        <w:rPr>
          <w:b/>
        </w:rPr>
        <w:t xml:space="preserve">[1:04:55] </w:t>
      </w:r>
      <w:r>
        <w:t>aaj parh lijiye, aaj hi ke paper mein. to us ne kaha ke mujhe greece mein ek ghar lena hai, yani yunan mein. yunan jo hai, europe ka ek bohat hi, yani beautiful country hai, wahan bohat bohat nature hai. wahan par to wahan par mujhe ghar lena hai.</w:t>
      </w:r>
    </w:p>
    <w:p>
      <w:pPr>
        <w:jc w:val="right"/>
      </w:pPr>
      <w:r>
        <w:t>آجپڑھلیجئے،آجہیکےپیپر میں ۔تواسنےکہاکہمجھےگریسمیں ایکگھر لیناہے، یعنییونانمیں۔ یون ان جوہے، یورپکاایکبہتہی، یعنیبیوٹیفل کنٹریہے،وہاںبہت بہت نیچرہے۔وہاںپر تووہاںپرمجھےگھرلیناہے۔</w:t>
      </w:r>
    </w:p>
    <w:p>
      <w:r>
        <w:rPr>
          <w:b/>
        </w:rPr>
        <w:t xml:space="preserve">[1:05:14] </w:t>
      </w:r>
      <w:r>
        <w:t>isi mein poocha jab interview ne to us ne bataya ke maine bombay mein ek naya ghar kharida hai lekin abhi tak us mein rehna mujhe nahi mila kyun ke meri zindagi guzarti hai studio mein.</w:t>
      </w:r>
    </w:p>
    <w:p>
      <w:pPr>
        <w:jc w:val="right"/>
      </w:pPr>
      <w:r>
        <w:t>اسیمیں پوچھا جب انٹرویونےتواسنےبتایاکہمیںنے بمبےمیں ایکنیاگھرخریداہے لیکن ابھیتکاسمیںرہنامجھےنہیںملا کیونکہمیریزندگی گزرتیہے اسٹوڈیومیں۔</w:t>
      </w:r>
    </w:p>
    <w:p>
      <w:r>
        <w:rPr>
          <w:b/>
        </w:rPr>
        <w:t xml:space="preserve">[1:05:26] </w:t>
      </w:r>
      <w:r>
        <w:t>aap gaur kijiye ke ek ghar us ke paas already hai, us mein reh nahi pa rahi hai kyun ke studio mein us ko rehna parta hai. to greece mein ek ghar lena hai us ko.</w:t>
      </w:r>
    </w:p>
    <w:p>
      <w:pPr>
        <w:jc w:val="right"/>
      </w:pPr>
      <w:r>
        <w:t>آپ غورکیجئےکہایکگھر اسکےپاس الریڈیہے، اسمیںرہنہیںپارہیہے کیونکہ اسٹوڈیومیںاسکورہناپڑتاہے۔ تو گریسمیںایکگھرلیناہےاسکو ۔</w:t>
      </w:r>
    </w:p>
    <w:p>
      <w:r>
        <w:rPr>
          <w:b/>
        </w:rPr>
        <w:t xml:space="preserve">[1:05:38] </w:t>
      </w:r>
      <w:r>
        <w:t>to us ke liye paisa kamana hai, paisa kamana hai, paisa kamana hai.</w:t>
      </w:r>
    </w:p>
    <w:p>
      <w:pPr>
        <w:jc w:val="right"/>
      </w:pPr>
      <w:r>
        <w:t>تو اسکےلیے پیسہکماناہے،پیسہکماناہے،پیسہکماناہے۔</w:t>
      </w:r>
    </w:p>
    <w:p>
      <w:r>
        <w:rPr>
          <w:b/>
        </w:rPr>
        <w:t xml:space="preserve">[1:05:42] </w:t>
      </w:r>
      <w:r>
        <w:t>aisa paisa jis ka koi use nahi, jis ka koi istemal nahi. to yaad rakhiye ke yeh duniya mein sab se bada color woh hai, color wohi hai ke aadmi baghair planning ke sirf desire, sentiment, emotion ke sath chalta rehta hai.</w:t>
      </w:r>
    </w:p>
    <w:p>
      <w:pPr>
        <w:jc w:val="right"/>
      </w:pPr>
      <w:r>
        <w:t>ایسا پیسہجسکاکوئییوزنہیں،جسکاکوئیاستعمال نہیں ۔ تو یادرکھیےکہ یہدنیا میں سبسےبڑاکلرجوہے،کلر وہیہیہےکہآدمی بغیرپلاننگکےصرف ڈیزائر،سینٹیمنٹ ، ایموشنکےساتھچلتارہتاہے۔</w:t>
      </w:r>
    </w:p>
    <w:p>
      <w:r>
        <w:rPr>
          <w:b/>
        </w:rPr>
        <w:t xml:space="preserve">[1:06:01] </w:t>
      </w:r>
      <w:r>
        <w:t>to aap apni zindagi ko planned way mein bitaiye aur us ke baad is ka result hoga strong personality.</w:t>
      </w:r>
    </w:p>
    <w:p>
      <w:pPr>
        <w:jc w:val="right"/>
      </w:pPr>
      <w:r>
        <w:t>تو آپ اپنیزندگی کو پلانڈوےمیں بت ائیے اوراسکےبعد اسکارزلٹہوگا اسٹرانگپرسنیلٹی۔</w:t>
      </w:r>
    </w:p>
    <w:p>
      <w:r>
        <w:rPr>
          <w:b/>
        </w:rPr>
        <w:t xml:space="preserve">[1:06:11] </w:t>
      </w:r>
      <w:r>
        <w:t>isko sawal hai from safeza. Maulana, easy you said, that we have to prepare our mind and then understand the Quran.</w:t>
      </w:r>
    </w:p>
    <w:p>
      <w:pPr>
        <w:jc w:val="right"/>
      </w:pPr>
      <w:r>
        <w:t>دسکوئسچناز فراممسفیضا۔ مول انا، ایزیو سیڈ،دیٹویہیوٹوپریپیئر اور مائنڈ اینڈدینانڈ رسٹینڈ داقرآن۔</w:t>
      </w:r>
    </w:p>
    <w:p>
      <w:r>
        <w:rPr>
          <w:b/>
        </w:rPr>
        <w:t xml:space="preserve">[1:06:21] </w:t>
      </w:r>
      <w:r>
        <w:t>so how does a person prepare his mind? kindly explain. yahan barabar aaiye time par. isi ko to aap kar rahe hain. yeh hamare adhe log to dedh minute karke aate hain.</w:t>
      </w:r>
    </w:p>
    <w:p>
      <w:pPr>
        <w:jc w:val="right"/>
      </w:pPr>
      <w:r>
        <w:t>سو ہاؤڈزاپرسن پریپیئرہزمائنڈ ؟کائنڈلی ایکسپلین۔ یہاںبرابرآئیےٹائمپر ۔ اسیکوتوآپکررہےہیں۔یہ ہمارےادھےلوگتو ڈیڑھمنٹکرکےآتےہیں۔</w:t>
      </w:r>
    </w:p>
    <w:p>
      <w:r>
        <w:rPr>
          <w:b/>
        </w:rPr>
        <w:t xml:space="preserve">[1:06:37] </w:t>
      </w:r>
      <w:r>
        <w:t>main bataun ke poori zameen par, poore globe par ek hi aisa class hai jo mind ko prepare karne ka kaam kar raha hai. ek hi. balkeh main kahun ke poori history mein aisa nahi hua. Rasool Allah ke baad. agar aap kehte hain ke aap ko na aaye to mujhe koi misaal dijiye.</w:t>
      </w:r>
    </w:p>
    <w:p>
      <w:pPr>
        <w:jc w:val="right"/>
      </w:pPr>
      <w:r>
        <w:t>میںبتا ؤںکہ پوری زمین پر،پورےگل وبپر ایکہی ایسا کلاسہےجو مائنڈکوپریپیئرکرنےکاکامکررہاہے۔ ایک ہی ۔بلکہمیںکہوںکہپوریہسٹریمیںایسانہیںہوا ۔رسولاللہکےبعد ۔اگرآپکہتےہیںکہ آپکو نہآئےتومجھےکوئیمثالدیجئے۔</w:t>
      </w:r>
    </w:p>
    <w:p>
      <w:r>
        <w:rPr>
          <w:b/>
        </w:rPr>
        <w:t xml:space="preserve">[1:06:56] </w:t>
      </w:r>
      <w:r>
        <w:t>kisi ne bhi is ko apna concern nahi banaya ke insanon ki ke mind ki re engineering kare. is ko prepare mind banaye.</w:t>
      </w:r>
    </w:p>
    <w:p>
      <w:pPr>
        <w:jc w:val="right"/>
      </w:pPr>
      <w:r>
        <w:t>کسی نےبھی اسکو اپناکنسرننہیںبنایاکہانسانوںکی کہ مائنڈکی ری انجینئرنگکرے۔ اسکوپریپیرمائنڈبنائے۔</w:t>
      </w:r>
    </w:p>
    <w:p>
      <w:r>
        <w:rPr>
          <w:b/>
        </w:rPr>
        <w:t xml:space="preserve">[1:07:07] </w:t>
      </w:r>
      <w:r>
        <w:t>Rasool Allah ke baad main pehla shakhs hoon jis ne ke yeh kaam ko uthaya hai yahan par. aur aap aate nahi. jo log yahan baithe hue hain, main adhe adhe aate hi nahi, der mein aate hain.</w:t>
      </w:r>
    </w:p>
    <w:p>
      <w:pPr>
        <w:jc w:val="right"/>
      </w:pPr>
      <w:r>
        <w:t>رسولاللہکےبعد میںپہلاشخص ہوںجسنےکہیہکام کواٹھایاہےیہاںپر۔ اور آپآتےنہیں ۔ جولوگیہاںبیٹھےہوئےہیں،میںادھےادھےآتےہینہیں،دیرمیںآتےہیں۔</w:t>
      </w:r>
    </w:p>
    <w:p>
      <w:r>
        <w:rPr>
          <w:b/>
        </w:rPr>
        <w:t xml:space="preserve">[1:07:17] </w:t>
      </w:r>
      <w:r>
        <w:t>dekhein, late aana na aana hai, dono barabar hain. kyun ke mujhe aap ko pata nahi hai ke main hafte bhar sochta hoon bolne ke liye. yahan</w:t>
      </w:r>
    </w:p>
    <w:p>
      <w:pPr>
        <w:jc w:val="right"/>
      </w:pPr>
      <w:r>
        <w:t>دیکھیں، لیٹآنانہآناہے، دونوںبرابرہیں۔ کیونکہمیں آپ کوپتہنہیںہےکہمیںہفتےبھرسوچتاہوں بولنےکےلیے۔یہاں</w:t>
      </w:r>
    </w:p>
    <w:p>
      <w:r>
        <w:rPr>
          <w:b/>
        </w:rPr>
        <w:t xml:space="preserve">[1:07:29] </w:t>
      </w:r>
      <w:r>
        <w:t>dua karta hoon, namaz parhta hoon, surah hajat parhta hoon, Quran parhta hoon ke agle hafte kya bolna hai.</w:t>
      </w:r>
    </w:p>
    <w:p>
      <w:pPr>
        <w:jc w:val="right"/>
      </w:pPr>
      <w:r>
        <w:t>دعاکرتاہوں،نمازپڑھتاہوں، سورۃ الحاجہپڑھتاہوں، قرآنپڑھتاہوں کہاگلےہفتےکیابول ناہے۔</w:t>
      </w:r>
    </w:p>
    <w:p>
      <w:r>
        <w:rPr>
          <w:b/>
        </w:rPr>
        <w:t xml:space="preserve">[1:07:40] </w:t>
      </w:r>
      <w:r>
        <w:t>tab yahan baithta hoon bolne ke liye. aur aap ko chhe chhoti chhoti cheezon se aap koi excuse bana lete hain. aap aur der mein aate hain. aur phir sawal karte hain ke sahib, kaise hum apne aap ko prepare karein?</w:t>
      </w:r>
    </w:p>
    <w:p>
      <w:pPr>
        <w:jc w:val="right"/>
      </w:pPr>
      <w:r>
        <w:t>تبیہاںبیٹھتاہوںبولنےکےلیے۔ اورآپکو چھ وٹیچھوٹیچیزوںسےآپ کوئیایکسکیوزبنالیتےہیں۔آپ اوردیرمیںآتےہیں۔ اورپھرسوالکرتےہیںکہصاحب،کیسےہم اپنےآپکوپریپیئرکریں؟</w:t>
      </w:r>
    </w:p>
    <w:p>
      <w:r>
        <w:rPr>
          <w:b/>
        </w:rPr>
        <w:t xml:space="preserve">[1:07:53] </w:t>
      </w:r>
      <w:r>
        <w:t>to aap kar to rahe hain wohi kaam jo ke karna chahiye aap ko.</w:t>
      </w:r>
    </w:p>
    <w:p>
      <w:pPr>
        <w:jc w:val="right"/>
      </w:pPr>
      <w:r>
        <w:t>توآپ کرتورہےہیں وہیکام جوکہکرناچاہیےآپکو ۔</w:t>
      </w:r>
    </w:p>
    <w:p>
      <w:r>
        <w:rPr>
          <w:b/>
        </w:rPr>
        <w:t xml:space="preserve">[1:07:57] </w:t>
      </w:r>
      <w:r>
        <w:t>dekhein, minimum requirement hai, minimum aap ke liye ke yahan par aap ko 10:30 par seat par maujood hon. aap agar aap ne paanch minute miss kiya to samajh jayen ge.</w:t>
      </w:r>
    </w:p>
    <w:p>
      <w:pPr>
        <w:jc w:val="right"/>
      </w:pPr>
      <w:r>
        <w:t>دیکھیں،من یممریکوائرمنٹہے،منیممآپکےلیےکہیہاںپرآپکو 10:30پرسیٹپرموجود ہوں۔آپ اگر آپنےپانچمنٹمس مسکیا توسمجھیںگیا۔</w:t>
      </w:r>
    </w:p>
    <w:p>
      <w:r>
        <w:rPr>
          <w:b/>
        </w:rPr>
        <w:t xml:space="preserve">[1:08:09] </w:t>
      </w:r>
      <w:r>
        <w:t>kyunkijokuchboltahai,ismeinatnachinhetahai,atinashuru'se'aakhrittak'ke'panchmentmushkiyaapne'to'chintoot'gaya.main'hairan'hun'ke'kaise'aap'afford'karte'hain'ke'yahan'par'late'pahunche?aap'kaise'afford'karte'hain'isko?</w:t>
      </w:r>
    </w:p>
    <w:p>
      <w:pPr>
        <w:jc w:val="right"/>
      </w:pPr>
      <w:r>
        <w:t>کیونکہجوکچھبولتاہے،اسمیںاتناچینہوتاہے،اتناشروع سےآخرتک کہ پانچمنٹمسکیا آپنے تو چینٹوٹگیا۔ میں حیرانہوںکہکیسےآپافورڈکرتےہیںکہیہاںپرلیٹپہنچے؟آپ کیسےافورڈکرتےہیںاسکو ؟</w:t>
      </w:r>
    </w:p>
    <w:p>
      <w:r>
        <w:rPr>
          <w:b/>
        </w:rPr>
        <w:t xml:space="preserve">[1:08:26] </w:t>
      </w:r>
      <w:r>
        <w:t>purihistorymeinmain'kehtahoon'ke'hazarsaalmeinmujhe'bata'dijiye,koi'ek'bhi'insaan'ne'yeh'kaam'kiyaho'jomain'karta'hoon.iskibahut'badi'price'mujhe'denipadtihai.mujhko</w:t>
      </w:r>
    </w:p>
    <w:p>
      <w:pPr>
        <w:jc w:val="right"/>
      </w:pPr>
      <w:r>
        <w:t>پوریہسٹریمیںمیںکہتاہوںکہہزارسالمیںمجھےبتادیجئے،کوئیایک بھی انسان نےیہکامکیاہوجومیںکرتاہوں۔ اسکیبہت بڑیپرائسمجھےدینیپڑتیہے۔مجھکو</w:t>
      </w:r>
    </w:p>
    <w:p>
      <w:r>
        <w:rPr>
          <w:b/>
        </w:rPr>
        <w:t xml:space="preserve">[1:08:40] </w:t>
      </w:r>
      <w:r>
        <w:t>aisa'yeh'class'jo'chal'rahi'hai,aap'samajhte'hain'koi'koi'koi'yeh'koi'yeh'koi'woh'hai,koisar'kas'hai?yeh</w:t>
      </w:r>
    </w:p>
    <w:p>
      <w:pPr>
        <w:jc w:val="right"/>
      </w:pPr>
      <w:r>
        <w:t>ایسا یہ کلاسجوچلرہیہے،آپسمجھتےہیںکوئیکوئی کوئییہ کوئی یہ کوئیوہہے، کوئیسرکسہے؟یہ</w:t>
      </w:r>
    </w:p>
    <w:p>
      <w:r>
        <w:rPr>
          <w:b/>
        </w:rPr>
        <w:t xml:space="preserve">[1:08:49] </w:t>
      </w:r>
      <w:r>
        <w:t>bahut'zyada'mein'iskiprice'deti'hoon.tab'yeh'istarah'se'ke'yahan'par'baat'hoti'hai.aap'bas'har'shakhs'par'main'main'kahoon'ke'farz'kedarje'mein'zaroori'hai'ke'woh 10:30'par'seat'par'maujood'rahe.</w:t>
      </w:r>
    </w:p>
    <w:p>
      <w:pPr>
        <w:jc w:val="right"/>
      </w:pPr>
      <w:r>
        <w:t>بہت زیادہ میںاسکیپرائزدیت اہوں۔ تب یہ اسطرحسےکہیہاںپر بات ہوتیہے۔ آپ بسہرشخص پر میں میںکہوں کہ فرضکےدرجےمیںضروریہےکہوہ 10:30پر سیٹپرموجود رہے۔</w:t>
      </w:r>
    </w:p>
    <w:p>
      <w:r>
        <w:rPr>
          <w:b/>
        </w:rPr>
        <w:t xml:space="preserve">[1:09:06] </w:t>
      </w:r>
      <w:r>
        <w:t>aur'agar'woh'maujood'h'ota'hai'to'phir'sawal'bhi'na'karein.</w:t>
      </w:r>
    </w:p>
    <w:p>
      <w:pPr>
        <w:jc w:val="right"/>
      </w:pPr>
      <w:r>
        <w:t>اور رہیہاتھموجود ہوتاہےتوپھرسوالبھینہکریں۔</w:t>
      </w:r>
    </w:p>
    <w:p>
      <w:r>
        <w:rPr>
          <w:b/>
        </w:rPr>
        <w:t xml:space="preserve">[1:09:09] </w:t>
      </w:r>
      <w:r>
        <w:t>kahin'ke'humein'kuch'parwah'nahin,tum'to'baad'mein'jao,humein'sunnana'hi'tumhari'baat.to'theek'hai,jaiye,aap'cinema'dekhiye,tv'dekhiye,aur'dawaatein'khaiye,shopping'center'kijiye,family'ko'khush'kijiye'ja'kar'ke.</w:t>
      </w:r>
    </w:p>
    <w:p>
      <w:pPr>
        <w:jc w:val="right"/>
      </w:pPr>
      <w:r>
        <w:t>کہیںکہہمیںکچھپرواہنہیں،تم توبار میںجاؤ،ہمیں سننانہیںتمہاریبات۔توٹھیکہے،جائیے،آپسینمادیکھیے، ٹیویدیکھیے، اور دعوتیںکھائیے، شاپنگسینٹرکیجئے، فیملیکو خوشکیےجاکرکے۔</w:t>
      </w:r>
    </w:p>
    <w:p>
      <w:r>
        <w:rPr>
          <w:b/>
        </w:rPr>
        <w:t xml:space="preserve">[1:09:24] </w:t>
      </w:r>
      <w:r>
        <w:t>to'phir'usko'sawal'mat'kijiye.to'main'kahoon'ga'kam'se'kam'aap'log'jo'yahan'maujood'hain,inko'aaj'hi'yeh'tay'kar'len'a'hai'ke'hum'aa'indah'se 10:30'par'zaroor'apni'seat'par'maujood'honge.</w:t>
      </w:r>
    </w:p>
    <w:p>
      <w:pPr>
        <w:jc w:val="right"/>
      </w:pPr>
      <w:r>
        <w:t>تو پھراسکوسوالمتکیجئے۔ تو میں کہوںگا کمسےکم آپلوگ جویہاںموجود ہیں، انکوآجہییہطےکرلیناہےکہہمآئندہسے 10:30پرضروراپنی سیٹپرموجود ہوںگے۔</w:t>
      </w:r>
    </w:p>
    <w:p>
      <w:r>
        <w:rPr>
          <w:b/>
        </w:rPr>
        <w:t xml:space="preserve">[1:09:36] </w:t>
      </w:r>
      <w:r>
        <w:t>aur'kisi'cheez'ko'hum'excuse'nahin'banayenge.</w:t>
      </w:r>
    </w:p>
    <w:p>
      <w:pPr>
        <w:jc w:val="right"/>
      </w:pPr>
      <w:r>
        <w:t>اور کسیچیزکوہمایکسکیوزنہیںبنائیںگے۔</w:t>
      </w:r>
    </w:p>
    <w:p>
      <w:r>
        <w:rPr>
          <w:b/>
        </w:rPr>
        <w:t xml:space="preserve">[1:09:40] </w:t>
      </w:r>
      <w:r>
        <w:t>mera'matlab'yeh'hai'ke'ifyouhavegoodexcuse,don'tuseit.ifyouhavegoodexcuse,don'tuseit.yeh'pehla'apka'faisla'hona'chahiye'jo'aaj'hi'aapko'kar'lena'chahiye.aapko'main'dua'karta'hoon'ke'aapke'andar'yeh'jazba'jazba'paida'ho.</w:t>
      </w:r>
    </w:p>
    <w:p>
      <w:pPr>
        <w:jc w:val="right"/>
      </w:pPr>
      <w:r>
        <w:t>میرا مطلبیہہےکہifyouhavegoodexcuse,don'tuse it. Ifyouhavegoodexcuse,don'tuseit. یہ پہلاآپکا فیصلہہوناچاہیے جوآجہیآپکوکرلیناچاہیے۔آپکو میں دعاکرتاہوںکہآپکےاندریہجذبہجذبہپیدا ہو۔</w:t>
      </w:r>
    </w:p>
    <w:p>
      <w:r>
        <w:rPr>
          <w:b/>
        </w:rPr>
        <w:t xml:space="preserve">[1:09:59] </w:t>
      </w:r>
      <w:r>
        <w:t>This question is from Ms. Aisha. According to you, what was the practical way to study your literature, especially for CPAS members?</w:t>
      </w:r>
    </w:p>
    <w:p>
      <w:pPr>
        <w:jc w:val="right"/>
      </w:pPr>
      <w:r>
        <w:t>دسکوئسچنازفر ام مس عائشہ ۔اکارڈنگٹویو، واٹاز داپریکٹیکلوے ٹو سٹڈییورلٹریچر، اسپیشلیفار سیپیایسممبرز؟</w:t>
      </w:r>
    </w:p>
    <w:p>
      <w:r>
        <w:rPr>
          <w:b/>
        </w:rPr>
        <w:t xml:space="preserve">[1:10:12] </w:t>
      </w:r>
      <w:r>
        <w:t>dekhein,literature'ko'padhna'to'bahut'zyada'zaroori'hai'kyunkih'woh'yuhin'jo'kaam'maine'kaha'ke'mind'ko'prepare'karna,uske'baghair'kuch'samajh'mein'nahin'aata.</w:t>
      </w:r>
    </w:p>
    <w:p>
      <w:pPr>
        <w:jc w:val="right"/>
      </w:pPr>
      <w:r>
        <w:t>دیکھیں،لٹریچرکو پڑھناتو بہت زیادہ ضروریہے کیونکہوہ یوہیجوکام میںنےکہاکہمائنڈکوپریپیئرکرنا، اسکےبغیرکچھسمجھمیںنہیںآتا۔</w:t>
      </w:r>
    </w:p>
    <w:p>
      <w:r>
        <w:rPr>
          <w:b/>
        </w:rPr>
        <w:t xml:space="preserve">[1:10:24] </w:t>
      </w:r>
      <w:r>
        <w:t>atinisari'misaalein'maine'di'aapko'ke'bade'bade'log'jo'arabic'jaante'the,quran'ki'tafseer'likhi,unhone'tab'bhi'quran'ko'samjha'nahin.unhone'kyunkih'apne'ko'taiyaar'nahin'kiya'tha,unhone'baghair'taiyaari'ke'jump'kar'diya.unhone'</w:t>
      </w:r>
    </w:p>
    <w:p>
      <w:pPr>
        <w:jc w:val="right"/>
      </w:pPr>
      <w:r>
        <w:t>اتنیساریمثالیںمیںنےدیآپکو کہ بڑے بڑےلوگ جوعربیجانتےتھے، قرآنکیتفسیرلکھی،انہوںنے تب بھیقرآنکوسمجھانہیں۔انہوںنے کیونکہ اپنےکو تیارنہیںکیاتھا،انہوںنے بغیرتیاریکےجمپکردیا۔انہوںنے</w:t>
      </w:r>
    </w:p>
    <w:p>
      <w:r>
        <w:rPr>
          <w:b/>
        </w:rPr>
        <w:t xml:space="preserve">[1:10:41] </w:t>
      </w:r>
      <w:r>
        <w:t>to'aap'logon'ko,yani'hamare'jo'jo'members'hain,jo'yahan'aate'hain,jo'mission'se'jude'hue'hain,inko'zaroor'saara'literature'bar'bar'padhna'chahiye.monthly'magazine'jo'hai,usko'bar'bar'padhna'chahiye.</w:t>
      </w:r>
    </w:p>
    <w:p>
      <w:pPr>
        <w:jc w:val="right"/>
      </w:pPr>
      <w:r>
        <w:t>تو آپ لوگوںکو،یعنیہمارےجو جوممبرہیں،جویہاںآتےہیں،جومشنسےجڑےہوئےہیں، انکو ضرور سارالٹریچرباربارپڑھناچاہیے۔ منتھلیمیگزینجوہے، اسکوباربارپڑھناچاہیے۔</w:t>
      </w:r>
    </w:p>
    <w:p>
      <w:r>
        <w:rPr>
          <w:b/>
        </w:rPr>
        <w:t xml:space="preserve">[1:10:53] </w:t>
      </w:r>
      <w:r>
        <w:t>tafseer'ul'quran,jo'tazkir'ul'quran'jo'hai,usko'bar'bar'padhna'chahiye.iskibahut'aasan'shakal'hai'ke'aap'apne'routine'mein'shaamil'kar'lein.usko'bahut'aasan'routine'mein,jaise'ke'routine'h'ota'hai'ke'atne'baje'breakfast,atne'baje'lunch,atne'baje'dinner.</w:t>
      </w:r>
    </w:p>
    <w:p>
      <w:pPr>
        <w:jc w:val="right"/>
      </w:pPr>
      <w:r>
        <w:t>تفسیرالقرآن،جو تذکر القرآنجوہے،اسکوباربارپڑھناچاہیے۔ اسکیبہت آسانشکلہے کہآپ اپنیروٹینمیںشامل کرلیں۔اسکو بہت آ سان روٹینمیں ،جیسےکہ روٹینہوتاہےکہاتنےبجےبریکفاسٹ،اتنےبجےلنچ،اتنےبجےڈنر۔</w:t>
      </w:r>
    </w:p>
    <w:p>
      <w:r>
        <w:rPr>
          <w:b/>
        </w:rPr>
        <w:t xml:space="preserve">[1:11:12] </w:t>
      </w:r>
      <w:r>
        <w:t>aisi'aap'routine'bana'lein'ke 24'ghante'mein'atni'der'mujhe'literature'padhna'hai.bas'bahut'simple'si'baat'hai.jab'tak'aap'literature'padhne'ko'routine'mein'shaamil'nahin'kareinge,</w:t>
      </w:r>
    </w:p>
    <w:p>
      <w:pPr>
        <w:jc w:val="right"/>
      </w:pPr>
      <w:r>
        <w:t>ایسی آپروٹینبنالیںکہ24گھنٹےمیںاتنیدیرمجھے لٹریچرپڑھناہے۔ بسبہتسمپلسیباتہے۔ جب تک آپ لٹریچرپڑھنےکو روٹینمیںشامل نہیںکریںگے،</w:t>
      </w:r>
    </w:p>
    <w:p>
      <w:r>
        <w:rPr>
          <w:b/>
        </w:rPr>
        <w:t xml:space="preserve">[1:11:27] </w:t>
      </w:r>
      <w:r>
        <w:t>regular'tor'par,tab'tak'aap'ko'sirf'adhoora'faayda'hoga,poora'faayda'haasil'nahin'ho'sakta'hai.</w:t>
      </w:r>
    </w:p>
    <w:p>
      <w:pPr>
        <w:jc w:val="right"/>
      </w:pPr>
      <w:r>
        <w:t>ریگولرطورپر ،تب تکآپ کو صرفادھورافائدہہوگا، پورافائدہحاصل نہیںہوسکتاہے۔</w:t>
      </w:r>
    </w:p>
    <w:p>
      <w:r>
        <w:rPr>
          <w:b/>
        </w:rPr>
        <w:t xml:space="preserve">[1:11:35] </w:t>
      </w:r>
      <w:r>
        <w:t>to'mind'ko'prepare'karne'ke'liye'aapko'zaroori'hai'ke'aap'literature'padhein'aur'usko'apne'routine'mein'shaamil'karein.</w:t>
      </w:r>
    </w:p>
    <w:p>
      <w:pPr>
        <w:jc w:val="right"/>
      </w:pPr>
      <w:r>
        <w:t>تو مائنڈکو پریپیئرکرنےکےلیےآپکوضروریہےکہآپلٹریچرپڑھیں اوراسکواپنیروٹین میںشامل کریں۔</w:t>
      </w:r>
    </w:p>
    <w:p>
      <w:r>
        <w:rPr>
          <w:b/>
        </w:rPr>
        <w:t xml:space="preserve">[1:11:45] </w:t>
      </w:r>
      <w:r>
        <w:t>yeh'main'keh'sakta'hoon.</w:t>
      </w:r>
    </w:p>
    <w:p>
      <w:pPr>
        <w:jc w:val="right"/>
      </w:pPr>
      <w:r>
        <w:t>یہ میںکہہسکتاہوں۔</w:t>
      </w:r>
    </w:p>
    <w:p>
      <w:r>
        <w:rPr>
          <w:b/>
        </w:rPr>
        <w:t xml:space="preserve">[1:11:49] </w:t>
      </w:r>
      <w:r>
        <w:t>This question is from Mr. Abdul Raqeeb. Hikmat kya hai aur use kaise hasil kiya ja sakta hai?</w:t>
      </w:r>
    </w:p>
    <w:p>
      <w:pPr>
        <w:jc w:val="right"/>
      </w:pPr>
      <w:r>
        <w:t>دسکوئسچنازفراممسٹر عبد ال رقیب ۔حکمتکیا ہے اور اسے کیسےحاصل کیاجاسکتاہے؟</w:t>
      </w:r>
    </w:p>
    <w:p>
      <w:r>
        <w:rPr>
          <w:b/>
        </w:rPr>
        <w:t xml:space="preserve">[1:12:06] </w:t>
      </w:r>
      <w:r>
        <w:t>hikmat'ko'kehte'hain'wisdom.english'mein'hikmat'ko'wisdom'kaha'jata'hai.to'wisdom'jo'hai,woh</w:t>
      </w:r>
    </w:p>
    <w:p>
      <w:pPr>
        <w:jc w:val="right"/>
      </w:pPr>
      <w:r>
        <w:t>حکمتکوکہ تےہیں وز ڈم ۔ انگلشمیںحکمتکو وزڈمکہاجاتاہے۔ تو وز ڈمجوہے،وہ</w:t>
      </w:r>
    </w:p>
    <w:p>
      <w:r>
        <w:rPr>
          <w:b/>
        </w:rPr>
        <w:t xml:space="preserve">[1:12:19] </w:t>
      </w:r>
      <w:r>
        <w:t>main'yeh'keh'sakta'hoon'ke'iskibhi'ek'price'hai,tab'milegi'wisdom.unhein'wisdom'milne'wali'nahin'hai.</w:t>
      </w:r>
    </w:p>
    <w:p>
      <w:pPr>
        <w:jc w:val="right"/>
      </w:pPr>
      <w:r>
        <w:t>میںیہیکہہسکتاہوںکہ اسکیبھیایکپرائسہے،تب ملےگیوزڈم۔ انہیں وزڈمملنےوالی نہیںہے۔</w:t>
      </w:r>
    </w:p>
    <w:p>
      <w:r>
        <w:rPr>
          <w:b/>
        </w:rPr>
        <w:t xml:space="preserve">[1:12:33] </w:t>
      </w:r>
      <w:r>
        <w:t>wisdom'ke'liye'aapko'yeh'karna'hai'ke'apni'zindagi'ko'aap'is'tarah'manage'karein'ke'need'based'zindagi'guzarein.aapko'need'based'yahan'bhi'main'kahoon'ga'ke'aap'wisdom'to'usko'na'chahiye'to'theek'hai,lekin'chahte'hain'agar'aapko'to'need'based'life'guzarni'padegi.aapko'comfort'aur'luxury'ko'chhodna'padega'aapko'kyunkih'woh'sab'destruction'hai.source'of'destruction'hai'woh.</w:t>
      </w:r>
    </w:p>
    <w:p>
      <w:pPr>
        <w:jc w:val="right"/>
      </w:pPr>
      <w:r>
        <w:t>وز ڈمکےلیےآپکویہکرناہےکہاپنی زندگی کو آپ اسطرحمی نجکریں کہ نیڈپرزندگی گزاریں۔آپکونیڈپر یہاںبھیمیںکہوںگاکہآپوزڈمیاتو اسکو نہچاہیے توٹھیکہے،لیکن چاہتےہیںاگرآپکو تو نیڈ بیسڈلائفگزارنیپڑےگی۔آپکو کمفرٹاورلگزریکوچھوڑناپڑےگاآپکو کیونکہوہسبڈسٹرکشنہے۔سورسآفڈسٹرکشنہےوہ۔</w:t>
      </w:r>
    </w:p>
    <w:p>
      <w:r>
        <w:rPr>
          <w:b/>
        </w:rPr>
        <w:t xml:space="preserve">[1:12:59] </w:t>
      </w:r>
      <w:r>
        <w:t>jab'aap'need'based'life'aapki'ho'jayegi'to'aapko'time'hoga'aapke'paas.</w:t>
      </w:r>
    </w:p>
    <w:p>
      <w:pPr>
        <w:jc w:val="right"/>
      </w:pPr>
      <w:r>
        <w:t>جب آپ نیڈبیسڈلائفآپکیہوجائےگیتوآپکوٹائمہوگاآپکےپاس۔</w:t>
      </w:r>
    </w:p>
    <w:p>
      <w:r>
        <w:rPr>
          <w:b/>
        </w:rPr>
        <w:t xml:space="preserve">[1:13:06] </w:t>
      </w:r>
      <w:r>
        <w:t>yeh'kaha'tha'ke'simple'living,high'thinking.main'samajhta'hoon'ke'donon'jude'hue'hain.simple'living'hogi'tabhi'aap'high'thinking'kar'sakenge'kyunkih'aap'par'time'nahin'hoga'agar'simple'living'ka'na'ho'to'har'waqt'ek'na'ek'aapka'item'aapko'chahiye.</w:t>
      </w:r>
    </w:p>
    <w:p>
      <w:pPr>
        <w:jc w:val="right"/>
      </w:pPr>
      <w:r>
        <w:t>یہ کہاتھاکہسمپللیونگ،ہائیتھنکنگ۔ میں سمجھتاہوںکہدونوںجڑےہوئےہیں۔ سمپللیونگہوگیتبھیآپہائیتھنککرسکیںگے کیونکہآپپرٹائمنہیںہوگااگرسمپللیونگکا نہہوتو ہروقت ایکنہایکآپکا آئٹمآپکوچاہیے۔</w:t>
      </w:r>
    </w:p>
    <w:p>
      <w:r>
        <w:rPr>
          <w:b/>
        </w:rPr>
        <w:t xml:space="preserve">[1:13:22] </w:t>
      </w:r>
      <w:r>
        <w:t>to'saada'zindagi'ikhtiyaar'kijiye,destruction'se'apne'aapko'bachaiye,mad'e'iste'faida'paida'kijiye'apne'andar,</w:t>
      </w:r>
    </w:p>
    <w:p>
      <w:pPr>
        <w:jc w:val="right"/>
      </w:pPr>
      <w:r>
        <w:t>تو سادہزندگی اختیارکیجئے، ڈسٹرکشنسےاپنےآپکوبچائیے، مادرسٹیپیدا کیجئےاپنےاندر،</w:t>
      </w:r>
    </w:p>
    <w:p>
      <w:r>
        <w:rPr>
          <w:b/>
        </w:rPr>
        <w:t xml:space="preserve">[1:13:32] </w:t>
      </w:r>
      <w:r>
        <w:t>aet raafkiyaadat daaliye ke jab koi ghalti karein to jald hi se maan lein ke "i was wrong, i was wrong".</w:t>
      </w:r>
    </w:p>
    <w:p>
      <w:pPr>
        <w:jc w:val="right"/>
      </w:pPr>
      <w:r>
        <w:t>اعت رافکیعادتڈالیے کہجبکوئیغلطیکریںتوجلدیسےمانلیںکہ"آئیوازرونگ،آئیوازرونگ"۔</w:t>
      </w:r>
    </w:p>
    <w:p>
      <w:r>
        <w:rPr>
          <w:b/>
        </w:rPr>
        <w:t xml:space="preserve">[1:13:41] </w:t>
      </w:r>
      <w:r>
        <w:t>ghalti ke baad kabhi bhi is ko peechha mat kijiye, is ko ghuma phira kar apne sahih na sabit kijiye. seedhi se keh dijiye ke "i was wrong".</w:t>
      </w:r>
    </w:p>
    <w:p>
      <w:pPr>
        <w:jc w:val="right"/>
      </w:pPr>
      <w:r>
        <w:t>غلطیکےبعد کبھیبھیاسکو پیچاپمتکیجئے، اسکوگھماپھراکراپنےصحیحنہثابتکیجئے۔ سیدھیسیکہہدیجیےکہ"آئیوازرونگ"۔</w:t>
      </w:r>
    </w:p>
    <w:p>
      <w:r>
        <w:rPr>
          <w:b/>
        </w:rPr>
        <w:t xml:space="preserve">[1:13:50] </w:t>
      </w:r>
      <w:r>
        <w:t>tab woh process chalta rahega. jab bhi aap apni ghalti ko nahin mante hain to processor ruk jata hai. maan lete hain to process khul jata hai.</w:t>
      </w:r>
    </w:p>
    <w:p>
      <w:pPr>
        <w:jc w:val="right"/>
      </w:pPr>
      <w:r>
        <w:t>تب وہ پروسیسچلتارہےگا۔ جب بھیآپ اپنیغلطیکونہیںمانتےہیںتو پراسیسرکجاتاہے۔ مانلیتےہیںتوپراسیسکھلجاتاہے۔</w:t>
      </w:r>
    </w:p>
    <w:p>
      <w:r>
        <w:rPr>
          <w:b/>
        </w:rPr>
        <w:t xml:space="preserve">[1:14:07] </w:t>
      </w:r>
      <w:r>
        <w:t>to yehi tareeqa hai is ka. main jahan tak samajhta hoon.</w:t>
      </w:r>
    </w:p>
    <w:p>
      <w:pPr>
        <w:jc w:val="right"/>
      </w:pPr>
      <w:r>
        <w:t>تویہیطریقہہےاسکا۔میںجہاںتکسمجھتاہوں۔</w:t>
      </w:r>
    </w:p>
    <w:p>
      <w:r>
        <w:rPr>
          <w:b/>
        </w:rPr>
        <w:t xml:space="preserve">[1:14:14] </w:t>
      </w:r>
      <w:r>
        <w:t>The question is from Mr. Muhammad Aqeel Khan. One of my non-Muslim friends asked me that how he can understand Islam and how he should read the Quran.</w:t>
      </w:r>
    </w:p>
    <w:p>
      <w:pPr>
        <w:jc w:val="right"/>
      </w:pPr>
      <w:r>
        <w:t>دسکوئسچناز فرام مسٹرمحمد عقیل خان ۔ونآف مائینان مسلم فرینڈ اسکڈمی دیٹہاؤہیکینانڈ رسٹینڈ اسلام اینڈہاؤہیشوڈ ریڈداقرآن۔</w:t>
      </w:r>
    </w:p>
    <w:p>
      <w:r>
        <w:rPr>
          <w:b/>
        </w:rPr>
        <w:t xml:space="preserve">[1:14:28] </w:t>
      </w:r>
      <w:r>
        <w:t>kindly advise what should i do. dekhein, ye koi announcement ki baat</w:t>
      </w:r>
    </w:p>
    <w:p>
      <w:pPr>
        <w:jc w:val="right"/>
      </w:pPr>
      <w:r>
        <w:t>کائنڈلیایڈوائزواٹشوڈآئیڈو۔ دیکھیں،یہ کوئیاناؤنسمنٹکیبات</w:t>
      </w:r>
    </w:p>
    <w:p>
      <w:r>
        <w:rPr>
          <w:b/>
        </w:rPr>
        <w:t xml:space="preserve">[1:14:36] </w:t>
      </w:r>
      <w:r>
        <w:t>nahin hai, daawa ya announcement ki baat nahin keh loudspeaker par le kar aap chala dein. ek process hai, process jaise aap agriculture karte hain to ek process chalate hain, tab ja kar ke anaaj paida hota hai.</w:t>
      </w:r>
    </w:p>
    <w:p>
      <w:pPr>
        <w:jc w:val="right"/>
      </w:pPr>
      <w:r>
        <w:t>نہیںہے، دعویٰیااناؤنسمنٹکیباتنہیںکہلاؤڈسپیکرپرلےکرآپ چلادیں۔ ایک پروسیسہے،پروسیس جیسےآپ ایگریکلچرکرتےہیںتوایکپروسیسچلاتےہیں،تبجاکرکے اناجپیدا ہوتاہے۔</w:t>
      </w:r>
    </w:p>
    <w:p>
      <w:r>
        <w:rPr>
          <w:b/>
        </w:rPr>
        <w:t xml:space="preserve">[1:14:51] </w:t>
      </w:r>
      <w:r>
        <w:t>insaan ko padhiye, jo insaan aap ke saamne hai, us ke apne mindset ko padhiye, phir us ki taleef e qalb kijiye, us ke liye duaen kijiye, us se mohabbat karna seekhiye,</w:t>
      </w:r>
    </w:p>
    <w:p>
      <w:pPr>
        <w:jc w:val="right"/>
      </w:pPr>
      <w:r>
        <w:t>انسانکو پڑھیے،جوانسانآپکےسامنے ہے، اسکےاپنے مائنڈسیٹکوپڑھیے، پھراسکیتعلیف قلبکیجئے، اسکےلیےدعائیںکیجئے، اسسےمحبتکرناسیکھیے،</w:t>
      </w:r>
    </w:p>
    <w:p>
      <w:r>
        <w:rPr>
          <w:b/>
        </w:rPr>
        <w:t xml:space="preserve">[1:15:05] </w:t>
      </w:r>
      <w:r>
        <w:t>us ko kitaab mein padhwaiye. ye ek process hai, us ko aap ko follow karna padega.</w:t>
      </w:r>
    </w:p>
    <w:p>
      <w:pPr>
        <w:jc w:val="right"/>
      </w:pPr>
      <w:r>
        <w:t>اسکوکتاب یںپڑھوائیے۔ یہایک پروسیس ہے،اسکوآپکوفالوکرناپڑےگا۔</w:t>
      </w:r>
    </w:p>
    <w:p>
      <w:r>
        <w:rPr>
          <w:b/>
        </w:rPr>
        <w:t xml:space="preserve">[1:15:14] </w:t>
      </w:r>
      <w:r>
        <w:t>da'wat ka matlab ye nahin keh aap kisi ke saamne loudspeaker laga ke bol dein. woh to kuch nahin, woh to bilkul ridiculous cheez hai. woh ek insaan ko badalna hamare yahan pahad ko apni jagah se khisakane ke barabar hai.</w:t>
      </w:r>
    </w:p>
    <w:p>
      <w:pPr>
        <w:jc w:val="right"/>
      </w:pPr>
      <w:r>
        <w:t>دعوتکامطلبیہنہیںکہآپ کسی کے سامنے لاؤڈسپیکرلگاکےبول دیں۔ وہتو کچھنہیں،وہ تو بال کلریڈیکولسچیزہے۔وہ ایک انسانکو بدلنا ہمارےہاںپہاڑکو اپنیجگہسےکھسکانےکےبرابرہے۔</w:t>
      </w:r>
    </w:p>
    <w:p>
      <w:r>
        <w:rPr>
          <w:b/>
        </w:rPr>
        <w:t xml:space="preserve">[1:15:32] </w:t>
      </w:r>
      <w:r>
        <w:t>yaad rakhiye,</w:t>
      </w:r>
    </w:p>
    <w:p>
      <w:pPr>
        <w:jc w:val="right"/>
      </w:pPr>
      <w:r>
        <w:t>یادرکھیے،</w:t>
      </w:r>
    </w:p>
    <w:p>
      <w:r>
        <w:rPr>
          <w:b/>
        </w:rPr>
        <w:t xml:space="preserve">[1:15:37] </w:t>
      </w:r>
      <w:r>
        <w:t>to us ko us ke mind ko padhiye aur kabhi bhi us ko aisi baat na kahein jis se us ke andar reaction paida ho.</w:t>
      </w:r>
    </w:p>
    <w:p>
      <w:pPr>
        <w:jc w:val="right"/>
      </w:pPr>
      <w:r>
        <w:t>تو اسکو اسکے مائنڈکوپڑھیے اور کبھیبھیاسکو ایسیباتنہکہےجسسےاسکےاندرریایکشنپیدا ہو ۔</w:t>
      </w:r>
    </w:p>
    <w:p>
      <w:r>
        <w:rPr>
          <w:b/>
        </w:rPr>
        <w:t xml:space="preserve">[1:15:47] </w:t>
      </w:r>
      <w:r>
        <w:t>us se mohabbat karna seekhiye, us ke liye duaen kijiye. aisa literature dijiye jis ka us ka mind address hota ho. aisi kitaab dein jis ka mind address na ho to bilkul bekar hai.</w:t>
      </w:r>
    </w:p>
    <w:p>
      <w:pPr>
        <w:jc w:val="right"/>
      </w:pPr>
      <w:r>
        <w:t>اسسےمحبتکرناسیکھیے،اسکےلیےدعائیںکیجئے۔ ایسا لٹریچردیجئےجسکااسکامائنڈایڈریسہوتاہو۔ ایسیکتاب یںدیناجسکامائنڈایڈریسنہہوتوبالکلبیکارہے۔</w:t>
      </w:r>
    </w:p>
    <w:p>
      <w:r>
        <w:rPr>
          <w:b/>
        </w:rPr>
        <w:t xml:space="preserve">[1:15:59] </w:t>
      </w:r>
      <w:r>
        <w:t>hamare bahut se log hain, literature achha parakh hai unhone aur baant te hain. woh</w:t>
      </w:r>
    </w:p>
    <w:p>
      <w:pPr>
        <w:jc w:val="right"/>
      </w:pPr>
      <w:r>
        <w:t>ہمارےبہتسےلوگہیں، لٹریچرچھاپرکھاہےانہوںنے اور بانٹتےہیں۔وہ</w:t>
      </w:r>
    </w:p>
    <w:p>
      <w:r>
        <w:rPr>
          <w:b/>
        </w:rPr>
        <w:t xml:space="preserve">[1:16:05] </w:t>
      </w:r>
      <w:r>
        <w:t>woh aisa literature hota hai jis se un ka mind address na ho.</w:t>
      </w:r>
    </w:p>
    <w:p>
      <w:pPr>
        <w:jc w:val="right"/>
      </w:pPr>
      <w:r>
        <w:t>وہایسالٹریچرہوتاہےجسسےانکامائنڈایڈریسنہہو۔</w:t>
      </w:r>
    </w:p>
    <w:p>
      <w:r>
        <w:rPr>
          <w:b/>
        </w:rPr>
        <w:t xml:space="preserve">[1:16:12] </w:t>
      </w:r>
      <w:r>
        <w:t>to farsi mein kaha jaata hai keh mun chhamisar aayam o tanbur mun chhamisar ayd. to aisi literature achha parakh hai logon ne keh insaan ka mind address nahin hota. aap achha parh rahe hain, achha parh rahe hain, achha parh rahe hain, baant rahe hain.</w:t>
      </w:r>
    </w:p>
    <w:p>
      <w:pPr>
        <w:jc w:val="right"/>
      </w:pPr>
      <w:r>
        <w:t>تو فارسیمیںکہاجاتاہےکہمن چهمیسرایم وتنبور منچهمیسراید توایسیلٹریچرچھاپرکھاہےلوگوںنے کہانسانکامائنڈایڈریسنہیںہوتا۔آپچھاپرہےہیں،چھاپرہےہیں،چھاپرہےہیں،بانٹرہےہیں۔</w:t>
      </w:r>
    </w:p>
    <w:p>
      <w:r>
        <w:rPr>
          <w:b/>
        </w:rPr>
        <w:t xml:space="preserve">[1:16:25] </w:t>
      </w:r>
      <w:r>
        <w:t>to ye ek process hai aur bahut hi zyada soch samajh ke aap ko plan karna hoga, tab ja kar ke da'wa war kahunga.</w:t>
      </w:r>
    </w:p>
    <w:p>
      <w:pPr>
        <w:jc w:val="right"/>
      </w:pPr>
      <w:r>
        <w:t>تویہایکپروسیسہے اوربہتہیزیادہ سوچسمجھکے آپکو پلانکرناہوگا، تب جاکرکےدعویٰورکہوگا۔</w:t>
      </w:r>
    </w:p>
    <w:p>
      <w:r>
        <w:rPr>
          <w:b/>
        </w:rPr>
        <w:t xml:space="preserve">[1:16:36] </w:t>
      </w:r>
      <w:r>
        <w:t>da'wa war ka koi itna seedha saada kaam nahin hai.</w:t>
      </w:r>
    </w:p>
    <w:p>
      <w:pPr>
        <w:jc w:val="right"/>
      </w:pPr>
      <w:r>
        <w:t>دعویٰورککوئیاتناسیدھاسادہکامنہیںہے۔</w:t>
      </w:r>
    </w:p>
    <w:p>
      <w:r>
        <w:rPr>
          <w:b/>
        </w:rPr>
        <w:t xml:space="preserve">[1:16:43] </w:t>
      </w:r>
      <w:r>
        <w:t>The question is from Mr. Qazi Muhammad Mian. How should we make the mind of the Quran and what should we do after our mind becomes a prepared mind?</w:t>
      </w:r>
    </w:p>
    <w:p>
      <w:pPr>
        <w:jc w:val="right"/>
      </w:pPr>
      <w:r>
        <w:t>دسکوئسچناز فرام مس ٹرقاضیمحمد میاں۔ How shouldwemakethe mind oftheQ uran andwhatshouldwedo after ourmind becomes apreparedmind ?</w:t>
      </w:r>
    </w:p>
    <w:p>
      <w:r>
        <w:rPr>
          <w:b/>
        </w:rPr>
        <w:t xml:space="preserve">[1:16:58] </w:t>
      </w:r>
      <w:r>
        <w:t>bas iq raa, yaani padhiye, padhiye, padhiye, padhiye aur khule zehan ke saath padhiye. aisa nahin keh aap parh rahe hain aur ek mindset bana rakha hai, us ko todta nahin, todte nahin hain. aap to jo apne mind ko tode baghair parhe, to us ko kuch faida nahin hoga.</w:t>
      </w:r>
    </w:p>
    <w:p>
      <w:pPr>
        <w:jc w:val="right"/>
      </w:pPr>
      <w:r>
        <w:t>بس اق راء ،یعنیپڑھیے،پڑھیے،پڑھیے،پڑھیے اور کھ لےذہنکےساتھپڑھیے۔ ایسانہیںکہآپپڑھرہےہیں اور ایک مائنڈسیٹبنارکھاہے،اسکوتوڑتانہیں،توڑتےنہیںہیں۔آپ توجو اپنے مائنڈکو توڑےبغیرپڑھے،تواسکوکچھفائدہنہیںہوگا۔</w:t>
      </w:r>
    </w:p>
    <w:p>
      <w:r>
        <w:rPr>
          <w:b/>
        </w:rPr>
        <w:t xml:space="preserve">[1:17:19] </w:t>
      </w:r>
      <w:r>
        <w:t>hamare naujawanon ke zamane mein maine kuch kamrez logon ne quran ko padha,</w:t>
      </w:r>
    </w:p>
    <w:p>
      <w:pPr>
        <w:jc w:val="right"/>
      </w:pPr>
      <w:r>
        <w:t>ہمارے نوجوانوںکےزمان ےمیں میںنے کچھ کمرسلوگوںنےقرآنکوپڑھا،</w:t>
      </w:r>
    </w:p>
    <w:p>
      <w:r>
        <w:rPr>
          <w:b/>
        </w:rPr>
        <w:t xml:space="preserve">[1:17:25] </w:t>
      </w:r>
      <w:r>
        <w:t>un ko ek aayat mili al ard lillah. bas unhone keh keh dekho bhai, kamrez yahan par hai, quran bhi zameen khuda ki hai keh hamari zameen state ki hai.</w:t>
      </w:r>
    </w:p>
    <w:p>
      <w:pPr>
        <w:jc w:val="right"/>
      </w:pPr>
      <w:r>
        <w:t>انکو ایکآیتملی الأ رضلله بس انہوںنےکہاکہدیکھوبھئی،کمریزیہاںپرہے،قرآنبھی زمین خداکیہےکہہماریزمین اسٹیٹکیہے۔</w:t>
      </w:r>
    </w:p>
    <w:p>
      <w:r>
        <w:rPr>
          <w:b/>
        </w:rPr>
        <w:t xml:space="preserve">[1:17:37] </w:t>
      </w:r>
      <w:r>
        <w:t>to un ko quran mein kamrez mil gaya. aise log quran ko nahin padhte, kuch aur log ham lafz waseela quran mein mil gaya. dekho bhai, waseela ye to quran mein likha hua hai keh waseela zaroori hai, us ke baghair nijat nahin.</w:t>
      </w:r>
    </w:p>
    <w:p>
      <w:pPr>
        <w:jc w:val="right"/>
      </w:pPr>
      <w:r>
        <w:t>توانکوقرآنمیںکم ریزملگیا۔ ایسےلوگقرآنکونہیںپڑھتے، کچھاورلوگ ہملفظوسیلہقرآنمیںملگیا۔دیکھوبھئی،وسیلہ یہتوقرآنمیںلکھاہواہےکہوسیلہضروریہے، اسکےبغیرنجاتنہیں۔</w:t>
      </w:r>
    </w:p>
    <w:p>
      <w:r>
        <w:rPr>
          <w:b/>
        </w:rPr>
        <w:t xml:space="preserve">[1:17:50] </w:t>
      </w:r>
      <w:r>
        <w:t>apne mindset ko todna padega,</w:t>
      </w:r>
    </w:p>
    <w:p>
      <w:pPr>
        <w:jc w:val="right"/>
      </w:pPr>
      <w:r>
        <w:t>اپنے مائنڈسیٹکوتوڑناپڑےگا،</w:t>
      </w:r>
    </w:p>
    <w:p>
      <w:r>
        <w:rPr>
          <w:b/>
        </w:rPr>
        <w:t xml:space="preserve">[1:17:53] </w:t>
      </w:r>
      <w:r>
        <w:t>apni deconditioning karni padegi, tab woh process shuru hoga. yaani mind prepare karna ye bhi ek process hai.</w:t>
      </w:r>
    </w:p>
    <w:p>
      <w:pPr>
        <w:jc w:val="right"/>
      </w:pPr>
      <w:r>
        <w:t>اپنی ڈیکنڈیشننگکرنیپڑےگی، تب وہ پروسیسشروعہوگا۔ یعنی مائنڈ پریپیئرکرنا یہبھیایکپروسیسہے۔</w:t>
      </w:r>
    </w:p>
    <w:p>
      <w:r>
        <w:rPr>
          <w:b/>
        </w:rPr>
        <w:t xml:space="preserve">[1:18:05] </w:t>
      </w:r>
      <w:r>
        <w:t>apne bane bane hue mind ke tehat woh quran ko padhte hain aur har jagah unko apni hi baat milti hai. jo mind mein hai, woh hi wahan unko milta rehta hai, milta rehta hai.</w:t>
      </w:r>
    </w:p>
    <w:p>
      <w:pPr>
        <w:jc w:val="right"/>
      </w:pPr>
      <w:r>
        <w:t>اپنے بنے بنےہوئے مائنڈکےتحت وہقرآنکوپڑھتےہیں اور ہرجگہانکواپنیہیباتملتیہے۔ جومائنڈمیںہے،وہیوہاں انکو ملتارہتاہے،ملتارہتاہے۔</w:t>
      </w:r>
    </w:p>
    <w:p>
      <w:r>
        <w:rPr>
          <w:b/>
        </w:rPr>
        <w:t xml:space="preserve">[1:18:19] </w:t>
      </w:r>
      <w:r>
        <w:t>toh apne mind ko todna padega, apne mindset ko badalna padega, apni deconditioning karni padegi. bahut hi study karni padegi, bahut hi study. toh hadith mein aaya hai ke do mein se ek option hai insaan ke liye:</w:t>
      </w:r>
    </w:p>
    <w:p>
      <w:pPr>
        <w:jc w:val="right"/>
      </w:pPr>
      <w:r>
        <w:t>تواپنے مائنڈکوتوڑناپڑےگا، اپنےمائنڈسیٹکوبدلناپڑےگا، اپنی ڈیکنڈیشننگکرنیپڑےگی۔بہت ہیسٹڈیکرنیپڑےگی،بہتہیسٹڈی۔ توحدیثمیںآ یاہےکہ دومیںسےایک آپشنہےانسانکےلیے:</w:t>
      </w:r>
    </w:p>
    <w:p>
      <w:r>
        <w:rPr>
          <w:b/>
        </w:rPr>
        <w:t xml:space="preserve">[1:18:33] </w:t>
      </w:r>
      <w:r>
        <w:t>ya toh bahut padhkar ke apne aap ko waqai mein scholar banaye, ya phir kisi ko follow kare. woh agar aapke paas time nahi hai toh kisi ko follow kijiye,</w:t>
      </w:r>
    </w:p>
    <w:p>
      <w:pPr>
        <w:jc w:val="right"/>
      </w:pPr>
      <w:r>
        <w:t>یاتوبہت پڑھکرکےاپنے آپکو واقعیمعنوںمیںاسکالربنائے، یا پھرکسی کوفالوکرے۔وہ اگر آپکےپاسٹائمنہیںہےتوکسیکوفالوکیجئے،</w:t>
      </w:r>
    </w:p>
    <w:p>
      <w:r>
        <w:rPr>
          <w:b/>
        </w:rPr>
        <w:t xml:space="preserve">[1:18:47] </w:t>
      </w:r>
      <w:r>
        <w:t>jo kehe usko maan lijiye,</w:t>
      </w:r>
    </w:p>
    <w:p>
      <w:pPr>
        <w:jc w:val="right"/>
      </w:pPr>
      <w:r>
        <w:t>جو کہاہےاسکومانلیجئے،</w:t>
      </w:r>
    </w:p>
    <w:p>
      <w:r>
        <w:rPr>
          <w:b/>
        </w:rPr>
        <w:t xml:space="preserve">[1:18:51] </w:t>
      </w:r>
      <w:r>
        <w:t>aur yeh toh khud padhiye, khud padhiye, khud padhiye.</w:t>
      </w:r>
    </w:p>
    <w:p>
      <w:pPr>
        <w:jc w:val="right"/>
      </w:pPr>
      <w:r>
        <w:t>اور یہتوخودپڑھیے،خودپڑھیے،خودپڑھیے۔</w:t>
      </w:r>
    </w:p>
    <w:p>
      <w:r>
        <w:rPr>
          <w:b/>
        </w:rPr>
        <w:t xml:space="preserve">[1:18:58] </w:t>
      </w:r>
      <w:r>
        <w:t>kun aaliman wa muta'alliman do hi option aapke liye hain, aur yeh bahut hi sincere kaam hai, bahut hi sanjeeda tareeke se isko karna hai.</w:t>
      </w:r>
    </w:p>
    <w:p>
      <w:pPr>
        <w:jc w:val="right"/>
      </w:pPr>
      <w:r>
        <w:t>کن عالماًومتعلماً دوہیآپشنآپکےلیےہیں، اور یہ بہت ہی سنسیر کام ہے، بہت ہی سنجیدہ طریقےسے اسکوکرناہے۔</w:t>
      </w:r>
    </w:p>
    <w:p>
      <w:r>
        <w:rPr>
          <w:b/>
        </w:rPr>
        <w:t xml:space="preserve">[1:19:13] </w:t>
      </w:r>
      <w:r>
        <w:t>yeh chalte phirte yeh kaam nahi ho sakta hai.</w:t>
      </w:r>
    </w:p>
    <w:p>
      <w:pPr>
        <w:jc w:val="right"/>
      </w:pPr>
      <w:r>
        <w:t>یہ چلتےپھرتےیہکامنہیںہوسکتاہے۔</w:t>
      </w:r>
    </w:p>
    <w:p>
      <w:r>
        <w:rPr>
          <w:b/>
        </w:rPr>
        <w:t xml:space="preserve">[1:19:18] </w:t>
      </w:r>
      <w:r>
        <w:t>isko discuss karna hai from Miss Najma Siddiqui. How to start developing a prepared mind, especially at places where dars-e-Quran is the main work?</w:t>
      </w:r>
    </w:p>
    <w:p>
      <w:pPr>
        <w:jc w:val="right"/>
      </w:pPr>
      <w:r>
        <w:t>دسکوئسچناز فرام مس نجمہصدی قی ۔How to start develop ing apreparedmind ,especially atpla ces where درس قرآنis themain work ?</w:t>
      </w:r>
    </w:p>
    <w:p>
      <w:r>
        <w:rPr>
          <w:b/>
        </w:rPr>
        <w:t xml:space="preserve">[1:19:32] </w:t>
      </w:r>
      <w:r>
        <w:t>main bas samajhta hoon ke har jagah tareeqa yahi hai.</w:t>
      </w:r>
    </w:p>
    <w:p>
      <w:pPr>
        <w:jc w:val="right"/>
      </w:pPr>
      <w:r>
        <w:t>میں بسسمجھتاہوںکہہرجگہ طریقہایکہیہے۔</w:t>
      </w:r>
    </w:p>
    <w:p>
      <w:r>
        <w:rPr>
          <w:b/>
        </w:rPr>
        <w:t xml:space="preserve">[1:19:38] </w:t>
      </w:r>
      <w:r>
        <w:t>koi woh tareeqa, yaani yaani basic principle har jagah yahi hota hai.</w:t>
      </w:r>
    </w:p>
    <w:p>
      <w:pPr>
        <w:jc w:val="right"/>
      </w:pPr>
      <w:r>
        <w:t>کوئی وہطریقہ،یعنی یعنی بیسکپرنسپلہرجگہایکہیہوتاہے۔</w:t>
      </w:r>
    </w:p>
    <w:p>
      <w:r>
        <w:rPr>
          <w:b/>
        </w:rPr>
        <w:t xml:space="preserve">[1:19:48] </w:t>
      </w:r>
      <w:r>
        <w:t>woh ek hamare andar objectivity ho. dekhein, Allah taala ne insaan ke andar sab kuch already rakh diya hai. sab kuch, sab kuch maujood hai.</w:t>
      </w:r>
    </w:p>
    <w:p>
      <w:pPr>
        <w:jc w:val="right"/>
      </w:pPr>
      <w:r>
        <w:t>وہ ایکہمارےاندرآبجیکٹیوٹیہو ۔ دیکھیں،اللہ تعالیٰنے انسان کےاندر سبکچھ آلریڈیرکھدیا ہے۔ سبکچھ ، سبکچھ موجود ہے۔</w:t>
      </w:r>
    </w:p>
    <w:p>
      <w:r>
        <w:rPr>
          <w:b/>
        </w:rPr>
        <w:t xml:space="preserve">[1:20:03] </w:t>
      </w:r>
      <w:r>
        <w:t>quran mein ek aayat yeh bhi hai ke qul huwa ayatin bayyatin fi sudooril lazeena ootiul ilm woh dilon mein maujood hai. yaani quran dilon mein maujood hai.</w:t>
      </w:r>
    </w:p>
    <w:p>
      <w:pPr>
        <w:jc w:val="right"/>
      </w:pPr>
      <w:r>
        <w:t>قرآنمیںایکآیتیہبھیہے کہ قَلْهُوَآَيَاتٌ بَيَاتٌ فِيصُدُورِالَّذِينَأُوتِيالْعِلْمُ وہدلوںمیںموجود ہے۔ یعنیقرآندلوںمیںموجود ہے۔</w:t>
      </w:r>
    </w:p>
    <w:p>
      <w:r>
        <w:rPr>
          <w:b/>
        </w:rPr>
        <w:t xml:space="preserve">[1:20:13] </w:t>
      </w:r>
      <w:r>
        <w:t>iska counterpart dilon mein maujood hai.</w:t>
      </w:r>
    </w:p>
    <w:p>
      <w:pPr>
        <w:jc w:val="right"/>
      </w:pPr>
      <w:r>
        <w:t>اسکاکاؤنٹرپارٹدلوںمیںموجود ہے۔</w:t>
      </w:r>
    </w:p>
    <w:p>
      <w:r>
        <w:rPr>
          <w:b/>
        </w:rPr>
        <w:t xml:space="preserve">[1:20:17] </w:t>
      </w:r>
      <w:r>
        <w:t>toh saari baatein Allah taala ne dil mein pehle se rakh di hain. sab kuch.</w:t>
      </w:r>
    </w:p>
    <w:p>
      <w:pPr>
        <w:jc w:val="right"/>
      </w:pPr>
      <w:r>
        <w:t>تو ساری باتیںاللہ تعالیٰنے دلمیں پہلےسےرکھدیہیں۔ سبکچھ ۔</w:t>
      </w:r>
    </w:p>
    <w:p>
      <w:r>
        <w:rPr>
          <w:b/>
        </w:rPr>
        <w:t xml:space="preserve">[1:20:26] </w:t>
      </w:r>
      <w:r>
        <w:t>sirf kya zaroorat padti hai? apne ko objective banane ki. apni galtiyon ko maan lene ka mizaj paida karne ki.</w:t>
      </w:r>
    </w:p>
    <w:p>
      <w:pPr>
        <w:jc w:val="right"/>
      </w:pPr>
      <w:r>
        <w:t>صرف کیاضرورتپڑتیہے ؟ اپنے کو آبجیکٹیوبنانےکی۔ اپنی غلطیوںکومانلینےکامزاجپیدا کرنے کی۔</w:t>
      </w:r>
    </w:p>
    <w:p>
      <w:r>
        <w:rPr>
          <w:b/>
        </w:rPr>
        <w:t xml:space="preserve">[1:20:37] </w:t>
      </w:r>
      <w:r>
        <w:t>sochne ka maddah laane ki.</w:t>
      </w:r>
    </w:p>
    <w:p>
      <w:pPr>
        <w:jc w:val="right"/>
      </w:pPr>
      <w:r>
        <w:t>سوچنےکامادہ لانےکی۔</w:t>
      </w:r>
    </w:p>
    <w:p>
      <w:r>
        <w:rPr>
          <w:b/>
        </w:rPr>
        <w:t xml:space="preserve">[1:20:41] </w:t>
      </w:r>
      <w:r>
        <w:t>agar aadmi objective taur par sochna lage toh sab kuch apne aap andar hi unfold hota rahega. yeh process of unfolding hai, main samajhta hoon. yeh ilm jo hai ke ilm kya hai ?</w:t>
      </w:r>
    </w:p>
    <w:p>
      <w:pPr>
        <w:jc w:val="right"/>
      </w:pPr>
      <w:r>
        <w:t>اگر آدمی آبجیکٹیوطورپرسوچنا لگے تو سبکچھ اپنےآپ اندرہیانفولڈہوتارہےگا۔ یہ پراسیسآفانفولڈنگہے،میںسمجھتاہوں۔یہعلم جوہےکہعلمکیاہے ؟</w:t>
      </w:r>
    </w:p>
    <w:p>
      <w:r>
        <w:rPr>
          <w:b/>
        </w:rPr>
        <w:t xml:space="preserve">[1:20:53] </w:t>
      </w:r>
      <w:r>
        <w:t>yeh hai process of unfolding. apne nature ko unfold karna hai. sachi baat hai ke bahar se koi cheez aapko na milti hai, na bahar koi cheez hai.</w:t>
      </w:r>
    </w:p>
    <w:p>
      <w:pPr>
        <w:jc w:val="right"/>
      </w:pPr>
      <w:r>
        <w:t>یہہےپراسیسآفانفولڈنگ۔ اپنے ہینیچرکوانفولڈکرناہے۔ سچیباتہےکہباہرسےکوئیچیز آپکو نہملتیہے،نہباہرکوئیچیزہے۔</w:t>
      </w:r>
    </w:p>
    <w:p>
      <w:r>
        <w:rPr>
          <w:b/>
        </w:rPr>
        <w:t xml:space="preserve">[1:21:05] </w:t>
      </w:r>
      <w:r>
        <w:t>poora universe hamare mind mein hai, poora universe.</w:t>
      </w:r>
    </w:p>
    <w:p>
      <w:pPr>
        <w:jc w:val="right"/>
      </w:pPr>
      <w:r>
        <w:t>پورایونیورس ہمارےمائنڈمیںہے، پورایونیورس ۔</w:t>
      </w:r>
    </w:p>
    <w:p>
      <w:r>
        <w:rPr>
          <w:b/>
        </w:rPr>
        <w:t xml:space="preserve">[1:21:12] </w:t>
      </w:r>
      <w:r>
        <w:t>main ne ek scientist ka padha ek baar. unhone dekha ke yeh jo mind hai, insaan ka mind, toh mind mein itne particle hain ke saare universe mein itne particle hain. itne particle individual mind mein hote hain.</w:t>
      </w:r>
    </w:p>
    <w:p>
      <w:pPr>
        <w:jc w:val="right"/>
      </w:pPr>
      <w:r>
        <w:t>میںنے ایک سائنٹسٹکاپڑھاایکبار ۔انہوںنےدیکھاکہیہجومائنڈہے،انسانکامائنڈ، تو مائنڈمیں اتنےپارٹیکلہیں کہ سارےیونیورس میںاتنےپارٹیکلہیں۔اتنےپارٹیکلایکانڈیویجولمائنڈمیںہوتےہیں۔</w:t>
      </w:r>
    </w:p>
    <w:p>
      <w:r>
        <w:rPr>
          <w:b/>
        </w:rPr>
        <w:t xml:space="preserve">[1:21:27] </w:t>
      </w:r>
      <w:r>
        <w:t>unthinkable hai yeh baat. dekhein, bahar scientist ne likhi hai yeh baat ke poore universe mein itne particle hain. itne particle ek individual mind mein hote hain.</w:t>
      </w:r>
    </w:p>
    <w:p>
      <w:pPr>
        <w:jc w:val="right"/>
      </w:pPr>
      <w:r>
        <w:t>انتھنکیبلہےیہبات۔ دیکھیں،باہرسائنٹسٹنےلکھیہےیہبات کہ پورےیونیورس میںاتنےپارٹیکلہیں۔ اتنےپارٹیکل ایک انڈیویجولمائنڈمیںہوتےہیں۔</w:t>
      </w:r>
    </w:p>
    <w:p>
      <w:r>
        <w:rPr>
          <w:b/>
        </w:rPr>
        <w:t xml:space="preserve">[1:21:38] </w:t>
      </w:r>
      <w:r>
        <w:t>particle se murad koi aisa nahi ke chhote chhote dikhai dene wale zarre, woh ansheen hote hain. ansheen toh itni zyada capacity Allah taala ne bhar di hai aapke andar.</w:t>
      </w:r>
    </w:p>
    <w:p>
      <w:pPr>
        <w:jc w:val="right"/>
      </w:pPr>
      <w:r>
        <w:t>پارٹیکلسےمرادکوئیایسانہیںکہچھوٹےچھوٹےدکھائیدینےوالےذرے، وہانسینہوتےہیں۔انسین تو اتنیزیادہ کیپیسٹیاللہتعالیٰنےبھردیہےآپکےاندر۔</w:t>
      </w:r>
    </w:p>
    <w:p>
      <w:r>
        <w:rPr>
          <w:b/>
        </w:rPr>
        <w:t xml:space="preserve">[1:21:48] </w:t>
      </w:r>
      <w:r>
        <w:t>isko unfold kijiye. bas unfold karne ke liye kya karna padega</w:t>
      </w:r>
    </w:p>
    <w:p>
      <w:pPr>
        <w:jc w:val="right"/>
      </w:pPr>
      <w:r>
        <w:t>اسکو انفولڈکیجئے۔بس ان فولڈکرنے کےلیے کیا کرناپڑےگا</w:t>
      </w:r>
    </w:p>
    <w:p>
      <w:r>
        <w:rPr>
          <w:b/>
        </w:rPr>
        <w:t xml:space="preserve">[1:21:54] </w:t>
      </w:r>
      <w:r>
        <w:t>? woh dua hai, us dua ko aadmi yaani poori tarah se dil mein bithale ke Allah humma aril haqq haqqan war zuqnal ittaba'a wa aril batil batilan war zuqnal ijtinaba wa ar ashya'a kama hi Aey Allah,</w:t>
      </w:r>
    </w:p>
    <w:p>
      <w:pPr>
        <w:jc w:val="right"/>
      </w:pPr>
      <w:r>
        <w:t>؟وہجودعاہے، اس دعاکوآدمی یعنی پوریطرحسے دلمیںبٹھالے کہاللہ م ارالح قحق ا وارتقناالتباع و ار الباطلباطلا وارتقنااجتنابا وار الاشیاءکماہے اےاللہ،</w:t>
      </w:r>
    </w:p>
    <w:p>
      <w:r>
        <w:rPr>
          <w:b/>
        </w:rPr>
        <w:t xml:space="preserve">[1:22:14] </w:t>
      </w:r>
      <w:r>
        <w:t>toh mujhko haq ko haq ke roop mein dikha aur batil ko batil</w:t>
      </w:r>
    </w:p>
    <w:p>
      <w:pPr>
        <w:jc w:val="right"/>
      </w:pPr>
      <w:r>
        <w:t>تومجھکو حق کو حق کےروپمیںدکھا اور باطلکو باطل</w:t>
      </w:r>
    </w:p>
    <w:p>
      <w:r>
        <w:rPr>
          <w:b/>
        </w:rPr>
        <w:t xml:space="preserve">[1:22:21] </w:t>
      </w:r>
      <w:r>
        <w:t>ke roop mein dikha aur mujhko cheezon ko waise hi dekh jaise ke woh hain.</w:t>
      </w:r>
    </w:p>
    <w:p>
      <w:pPr>
        <w:jc w:val="right"/>
      </w:pPr>
      <w:r>
        <w:t>کےروپمیںدکھا اور مجھکو چیزوںکوویسےہیدکھاجیسےکہوہہیں۔</w:t>
      </w:r>
    </w:p>
    <w:p>
      <w:r>
        <w:rPr>
          <w:b/>
        </w:rPr>
        <w:t xml:space="preserve">[1:22:31] </w:t>
      </w:r>
      <w:r>
        <w:t>yeh dua karta rahe aadmi aur yeh capacity apne andar paida karta rahe ke aisa na ho ke haq ko baatil ke roop mein dekha ya baatil ko haq ke roop mein dekha hai aur cheezon ko woh aizaat az nah dekh sake.</w:t>
      </w:r>
    </w:p>
    <w:p>
      <w:pPr>
        <w:jc w:val="right"/>
      </w:pPr>
      <w:r>
        <w:t>یہ دعاکرتارہےآدمی اور یہ کیپیسٹیاپنے اندرپیدا کرتارہےکہ ایسانہہوکہحقکو باطلکےروپمیںدیکھایاباطلکوحقکےروپمیںدیکھاہے اور چیزوںکووہ ایزاٹ ازنہدیکھسکے۔</w:t>
      </w:r>
    </w:p>
    <w:p>
      <w:r>
        <w:rPr>
          <w:b/>
        </w:rPr>
        <w:t xml:space="preserve">[1:22:43] </w:t>
      </w:r>
      <w:r>
        <w:t>agar</w:t>
      </w:r>
    </w:p>
    <w:p>
      <w:pPr>
        <w:jc w:val="right"/>
      </w:pPr>
      <w:r>
        <w:t>اگر</w:t>
      </w:r>
    </w:p>
    <w:p>
      <w:r>
        <w:rPr>
          <w:b/>
        </w:rPr>
        <w:t xml:space="preserve">[1:22:44] </w:t>
      </w:r>
      <w:r>
        <w:t>yahi yeh capacity aapko daraz aaye to woh woh to ek unfolding process hai, woh apne aap nikalta rahega. Apni nature se sab kuch, sab kuch aapke andar hi hai.</w:t>
      </w:r>
    </w:p>
    <w:p>
      <w:pPr>
        <w:jc w:val="right"/>
      </w:pPr>
      <w:r>
        <w:t>یہیہ کیپیسٹیآپکودرازآئے تو وہ وہتوایکانفولڈنگپروسیسہے،وہاپنےآپنکلتارہےگا۔اپنی نیچرسےسبکچھ، سبکچھآپکےاندرہیہے۔</w:t>
      </w:r>
    </w:p>
    <w:p>
      <w:r>
        <w:rPr>
          <w:b/>
        </w:rPr>
        <w:t xml:space="preserve">[1:22:56] </w:t>
      </w:r>
      <w:r>
        <w:t>yahan tak mein samajhta hoon. Discussing is a question from Mr. Muhammad Asif Riyaz. What should be the starting point for da'wah work and what should be the specific message to the madhu?</w:t>
      </w:r>
    </w:p>
    <w:p>
      <w:pPr>
        <w:jc w:val="right"/>
      </w:pPr>
      <w:r>
        <w:t>یہاںتک میںسمجھتاہوں۔ دسکوئسچناز فرام مسٹرمحمد اص ف ریاض۔ واٹشوڈبیداسٹارٹنگپوائنٹفار دعویٰورک اینڈواٹشوڈبیدا سپیسیفک میسجٹودامدھو؟</w:t>
      </w:r>
    </w:p>
    <w:p>
      <w:r>
        <w:rPr>
          <w:b/>
        </w:rPr>
        <w:t xml:space="preserve">[1:23:12] </w:t>
      </w:r>
      <w:r>
        <w:t>mein samajhta hoon ke yeh starting point da'wah hai. Insaan ke mind ko badalna hai, itna mushkil hai ke is se zyada</w:t>
      </w:r>
    </w:p>
    <w:p>
      <w:pPr>
        <w:jc w:val="right"/>
      </w:pPr>
      <w:r>
        <w:t>میں سمجھتاہوںکہ یہسٹارٹنگپوائنٹدعاہے۔ انسان کے مائنڈکوبدلناجوہے، اتنامشکلہے کہ اسسےزیادہ</w:t>
      </w:r>
    </w:p>
    <w:p>
      <w:r>
        <w:rPr>
          <w:b/>
        </w:rPr>
        <w:t xml:space="preserve">[1:23:27] </w:t>
      </w:r>
      <w:r>
        <w:t>difficult koi cheez nahin.</w:t>
      </w:r>
    </w:p>
    <w:p>
      <w:pPr>
        <w:jc w:val="right"/>
      </w:pPr>
      <w:r>
        <w:t>ڈیفیکلٹکوئیچیزنہیں ۔</w:t>
      </w:r>
    </w:p>
    <w:p>
      <w:r>
        <w:rPr>
          <w:b/>
        </w:rPr>
        <w:t xml:space="preserve">[1:23:31] </w:t>
      </w:r>
      <w:r>
        <w:t>to yeh da'wah ke baghair nahin ho sakta hai.</w:t>
      </w:r>
    </w:p>
    <w:p>
      <w:pPr>
        <w:jc w:val="right"/>
      </w:pPr>
      <w:r>
        <w:t>تو یہ دعاکے بغیرنہیںہوسکتاہے۔</w:t>
      </w:r>
    </w:p>
    <w:p>
      <w:r>
        <w:rPr>
          <w:b/>
        </w:rPr>
        <w:t xml:space="preserve">[1:23:38] </w:t>
      </w:r>
      <w:r>
        <w:t>to da'wah karna aur bohat hi planned way mein is ke liye koshish karna, gradual tareeqe par is ki taleem qalb karte hue, is ko aisa literature diya jaye jis ko is ka mind address hota ho.</w:t>
      </w:r>
    </w:p>
    <w:p>
      <w:pPr>
        <w:jc w:val="right"/>
      </w:pPr>
      <w:r>
        <w:t>تو دعاکرنا اور بہت ہی پلانڈوےمیں اسکےلیےکوششکرنا، گریجولطریقےپر اسکیتعلیفقلبکرتے ہوئے، اسکو ایسا لٹریچردیاجائےجسکواسکامائنڈایڈریسہوتاہو۔</w:t>
      </w:r>
    </w:p>
    <w:p>
      <w:r>
        <w:rPr>
          <w:b/>
        </w:rPr>
        <w:t xml:space="preserve">[1:23:57] </w:t>
      </w:r>
      <w:r>
        <w:t>to yahi yeh seedha saada tareeqa hai, is ko hi apnana hai humein.</w:t>
      </w:r>
    </w:p>
    <w:p>
      <w:pPr>
        <w:jc w:val="right"/>
      </w:pPr>
      <w:r>
        <w:t>تویہی یہسیدھاسادہطریقہہے، اسیکواپناناہےہمیں۔</w:t>
      </w:r>
    </w:p>
    <w:p>
      <w:r>
        <w:rPr>
          <w:b/>
        </w:rPr>
        <w:t xml:space="preserve">[1:24:05] </w:t>
      </w:r>
      <w:r>
        <w:t>yahan ek bohat badi jamaat hai to kuch log naujawan jo chahte the Islamic ko jaanna, woh gaye wahan par. Woh angrezi knowing log the.</w:t>
      </w:r>
    </w:p>
    <w:p>
      <w:pPr>
        <w:jc w:val="right"/>
      </w:pPr>
      <w:r>
        <w:t>یہاں ایکبہت بڑیجماعتہے تو کچھلوگ نوجوان جو چاہتےتھےاسلامکوجاننا، وہ گئےوہاںپر ۔وہانگل ش نوئنگلوگتھے۔</w:t>
      </w:r>
    </w:p>
    <w:p>
      <w:r>
        <w:rPr>
          <w:b/>
        </w:rPr>
        <w:t xml:space="preserve">[1:24:18] </w:t>
      </w:r>
      <w:r>
        <w:t>unhon ne kaha ke sahib, hamein kitabein dijiye, hum Islamic ko samajhna chahte hain. To unhon ne pandrah bees kitabein de deen. Translation tha angrezi mein.</w:t>
      </w:r>
    </w:p>
    <w:p>
      <w:pPr>
        <w:jc w:val="right"/>
      </w:pPr>
      <w:r>
        <w:t>انہوںنےکہاکہصاحب،ہمیں کتاب یںدیجئے،ہماسلامکوسمجھناچاہتےہیں۔ تو انہوںنے پندرہبیسکتابیںدےدیں۔ٹرانسلیشنتھا انگل شمیں۔</w:t>
      </w:r>
    </w:p>
    <w:p>
      <w:r>
        <w:rPr>
          <w:b/>
        </w:rPr>
        <w:t xml:space="preserve">[1:24:29] </w:t>
      </w:r>
      <w:r>
        <w:t>woh kehta tha "political theory of Islam" aur "ethical theory of Islam"</w:t>
      </w:r>
    </w:p>
    <w:p>
      <w:pPr>
        <w:jc w:val="right"/>
      </w:pPr>
      <w:r>
        <w:t>وہکہتاتھا "پولیٹیکلتھیوریآفاسلام" اور "ایتھیکلتھیوریآفاسلام"</w:t>
      </w:r>
    </w:p>
    <w:p>
      <w:r>
        <w:rPr>
          <w:b/>
        </w:rPr>
        <w:t xml:space="preserve">[1:24:36] </w:t>
      </w:r>
      <w:r>
        <w:t>. Is tarah ki kitabein.</w:t>
      </w:r>
    </w:p>
    <w:p>
      <w:pPr>
        <w:jc w:val="right"/>
      </w:pPr>
      <w:r>
        <w:t>۔اسطرحکی کتاب یں۔</w:t>
      </w:r>
    </w:p>
    <w:p>
      <w:r>
        <w:rPr>
          <w:b/>
        </w:rPr>
        <w:t xml:space="preserve">[1:24:41] </w:t>
      </w:r>
      <w:r>
        <w:t>to becharon ne parha, unhon ne, unhon ne kuch palle nahin parha. Haalankeh sab achhe, agle janne wale log the. To ja kar unhon ne kaha ke yeh to kitabein hamare mind ko address nahin karti.</w:t>
      </w:r>
    </w:p>
    <w:p>
      <w:pPr>
        <w:jc w:val="right"/>
      </w:pPr>
      <w:r>
        <w:t>تو بیچاروںنےپڑھا،انہوںنے،انہوںنےکچھپلےنہیںپڑھا۔ حالانکہسب اچھے ،اگلے جاننےوالےلوگ تھے۔ توجاکرانہوںنےکہاکہیہتوکتابیںہمارےمائنڈکوایڈریسنہیںکرتی۔</w:t>
      </w:r>
    </w:p>
    <w:p>
      <w:r>
        <w:rPr>
          <w:b/>
        </w:rPr>
        <w:t xml:space="preserve">[1:24:54] </w:t>
      </w:r>
      <w:r>
        <w:t>yeh jo kitabein di hain aap ne ke Islamic state kaise banayi jaye, Islamic law kaise implement kiya jaye, yeh to hamare mind ko address nahin karti. Baat yeh</w:t>
      </w:r>
    </w:p>
    <w:p>
      <w:pPr>
        <w:jc w:val="right"/>
      </w:pPr>
      <w:r>
        <w:t>یہجوکتابیںدیہیںآپنے کہاسلامی اسٹیٹکیسےبنائیجائے،اسلامکالاءکیسے امپلیمنٹکیاجائے، یہتوہمارےمائنڈکوایڈریسنہیںکرتی۔باتیہ</w:t>
      </w:r>
    </w:p>
    <w:p>
      <w:r>
        <w:rPr>
          <w:b/>
        </w:rPr>
        <w:t xml:space="preserve">[1:25:03] </w:t>
      </w:r>
      <w:r>
        <w:t>hamare question nahin tha. Hum to sachai ki talash mein hain. To unhon ne dhakka nahin laga in logon ko ke hum ne literature achha parkha hai. Bekar, in logon ko dhakka lagna chahiye tha ke hum ne aisa literature achha parkha hai jo logon ke mind ko address nahin karta.</w:t>
      </w:r>
    </w:p>
    <w:p>
      <w:pPr>
        <w:jc w:val="right"/>
      </w:pPr>
      <w:r>
        <w:t>ہمارےکوئسچننہیںتھا۔ہمتو اس ،ہمتو سچائیکیتلاشمیںہیں۔ توانہوںنےدھکانہیںلگاانلوگوںکو کہہمنے لٹریچرچھاپرکھاہے۔بیکار، انلوگوںکودھکالگناچاہیےتھاکہہمنےایسا لٹریچرچھاپرکھاہےجو لوگوںکےمائنڈکوایڈریسہینہیںکرتا۔</w:t>
      </w:r>
    </w:p>
    <w:p>
      <w:r>
        <w:rPr>
          <w:b/>
        </w:rPr>
        <w:t xml:space="preserve">[1:25:20] </w:t>
      </w:r>
      <w:r>
        <w:t>to yeh har bish fir to yeh hai.</w:t>
      </w:r>
    </w:p>
    <w:p>
      <w:pPr>
        <w:jc w:val="right"/>
      </w:pPr>
      <w:r>
        <w:t>تویہربش فیرتویہہے۔</w:t>
      </w:r>
    </w:p>
    <w:p>
      <w:r>
        <w:rPr>
          <w:b/>
        </w:rPr>
        <w:t xml:space="preserve">[1:25:27] </w:t>
      </w:r>
      <w:r>
        <w:t>to aap madhu se interaction karein,</w:t>
      </w:r>
    </w:p>
    <w:p>
      <w:pPr>
        <w:jc w:val="right"/>
      </w:pPr>
      <w:r>
        <w:t>تو آپ مدھو سے انٹریکشنکریں،</w:t>
      </w:r>
    </w:p>
    <w:p>
      <w:r>
        <w:rPr>
          <w:b/>
        </w:rPr>
        <w:t xml:space="preserve">[1:25:33] </w:t>
      </w:r>
      <w:r>
        <w:t>woh jo kahe us ko sunein. Woh agar kehta hai ke mera mind to address nahin hua aap ki baaton se, phir se sochein, phir se sochein, phir se sochein.</w:t>
      </w:r>
    </w:p>
    <w:p>
      <w:pPr>
        <w:jc w:val="right"/>
      </w:pPr>
      <w:r>
        <w:t>وہجوکہےاسکوسن یں۔ وہاگرکہتاہےکہمیرامائنڈتوایڈریسنہیںہواآپکیباتوںسے،پھرسےسوچیں،پھرسےسوچیں،پھرسےسوچیں۔</w:t>
      </w:r>
    </w:p>
    <w:p>
      <w:r>
        <w:rPr>
          <w:b/>
        </w:rPr>
        <w:t xml:space="preserve">[1:25:43] </w:t>
      </w:r>
      <w:r>
        <w:t>ek martaba mein Maharashtra mein gaya to ek sahib se mulaqat hui. To unhon ne mujh se sawal kiya. Ek woh ek Hindu naujawan the, mere paas ek Musalman bhi the, ek sahib.</w:t>
      </w:r>
    </w:p>
    <w:p>
      <w:pPr>
        <w:jc w:val="right"/>
      </w:pPr>
      <w:r>
        <w:t>ایکمرتبہمیںمہاراشٹرمیںگیاتوایکصاحب سےملاقاتہوئی ۔ تو انہوںنےمجھسےسوالکیا۔ ایک وہایکہندو نوجوانتھے،میرےپاسایکمسلمانبھیتھے،ایکصاحب۔</w:t>
      </w:r>
    </w:p>
    <w:p>
      <w:r>
        <w:rPr>
          <w:b/>
        </w:rPr>
        <w:t xml:space="preserve">[1:25:57] </w:t>
      </w:r>
      <w:r>
        <w:t>to unhon ne sawal kiya mujhe. To mein ne kaha bhai, yeh is ka jawab jo hai mere zehan mein abhi mind mein theek se nahin hai. Mein bataunga aap ko. Kal</w:t>
      </w:r>
    </w:p>
    <w:p>
      <w:pPr>
        <w:jc w:val="right"/>
      </w:pPr>
      <w:r>
        <w:t>توانہوںنےسوالکیا مجھے۔ تومیںنےکہابھائی،یہاسکاجوابجوہےمیرےذہنمیںابھیمائنڈمیںٹھیکسےنہیںہے۔میںکلبتاؤںگاآپکو۔کل</w:t>
      </w:r>
    </w:p>
    <w:p>
      <w:r>
        <w:rPr>
          <w:b/>
        </w:rPr>
        <w:t xml:space="preserve">[1:26:05] </w:t>
      </w:r>
      <w:r>
        <w:t>to jab hum wapas aaye to Musalman jo hamare saath the, un ka harif tha. Galat kaam kiya aap ne. Woh samjhe ga ke aap aalim nahin hain. Is mizaj ke saath aap da'wah work nahin kar sakte. Aap kya aap history issue bana lein, kisi cheez ko khwah makhwah lagayein, bol lein.</w:t>
      </w:r>
    </w:p>
    <w:p>
      <w:pPr>
        <w:jc w:val="right"/>
      </w:pPr>
      <w:r>
        <w:t>تو جبہمواپسآئےتو مسلمان جوہمارےساتھ تھے،انکاحریفتھا۔غلطکامکیاآپنے۔ وہسمجھےگاکہآپعالمہینہیںہیں۔ اس مز اجکےساتھ آپدعویٰورکنہیںکرسکتے۔آپ کیا آپہسٹریایشوبنالیں،کسیچیزکو خوامخواہلگائیں،بوللیں۔</w:t>
      </w:r>
    </w:p>
    <w:p>
      <w:r>
        <w:rPr>
          <w:b/>
        </w:rPr>
        <w:t xml:space="preserve">[1:26:23] </w:t>
      </w:r>
      <w:r>
        <w:t>to behal, da'wah work jo hai, bohat hi sincere work hai. Aur aadmi ka jo jab sincerity aati hai to khud hi jaan leta hai ke mujhe kya karna chahiye.</w:t>
      </w:r>
    </w:p>
    <w:p>
      <w:pPr>
        <w:jc w:val="right"/>
      </w:pPr>
      <w:r>
        <w:t>تو بہرحال،دعویٰورکجوہے، بہت ہی سنسیرورکہے۔ اور آدمی کاجوجبسنسیرٹیآتیہے تو خود ہیجانلیتاہےکہمجھےکیاکرناچاہیے۔</w:t>
      </w:r>
    </w:p>
    <w:p>
      <w:r>
        <w:rPr>
          <w:b/>
        </w:rPr>
        <w:t xml:space="preserve">[1:26:35] </w:t>
      </w:r>
      <w:r>
        <w:t>mein aksar kaha karta hoon ke ek maa ka jab bachcha paida hota hai to kya ja kar sari collegeon mein poochti hai ke bhai, mujhe batao ke bachche ke liye mujhe kya karna hai?</w:t>
      </w:r>
    </w:p>
    <w:p>
      <w:pPr>
        <w:jc w:val="right"/>
      </w:pPr>
      <w:r>
        <w:t>میںاکثرکہاکرتاہوںکہ ایک ماںکاجببچہپیدا ہوتاہے تو کیا جاکے ساری کالجوںمیںپوچھتیہےکہبھئی،مجھےبتاؤ کہبچےکےلیےمجھےکیاکرناہے؟</w:t>
      </w:r>
    </w:p>
    <w:p>
      <w:r>
        <w:rPr>
          <w:b/>
        </w:rPr>
        <w:t xml:space="preserve">[1:26:46] </w:t>
      </w:r>
      <w:r>
        <w:t>kaun maa aesa karegi? kaun maa aesa karegi ke iska bachcha paida ho to sabse poochhti phire? iski mohabbat, iski shafqat, iska concern apne aap bata deti hai ke bhai, mujhe kya karna hai?</w:t>
      </w:r>
    </w:p>
    <w:p>
      <w:pPr>
        <w:jc w:val="right"/>
      </w:pPr>
      <w:r>
        <w:t>کونماںایساکرےگی؟ کون ماںایساکرےگیکہاسکابچہپیدا ہو تو سبسے پوچھتیپھرے؟ اسکی مح بت،اسکیشفقت ،اسکا کنسرن اپنےآپبتادیتیہےکہبھئی،مج ھےکیاکرناہے؟</w:t>
      </w:r>
    </w:p>
    <w:p>
      <w:r>
        <w:rPr>
          <w:b/>
        </w:rPr>
        <w:t xml:space="preserve">[1:27:06] </w:t>
      </w:r>
      <w:r>
        <w:t>main ek martaba gaya tha madhya pradesh, wahan pe kisi ne koi question kiya. to to maine ek sentence mein jawab diya tha ke madhya se mohabbat kijiye, aur uske baad aapko phir kisi se poochhne ki zaroorat nahi hogi.</w:t>
      </w:r>
    </w:p>
    <w:p>
      <w:pPr>
        <w:jc w:val="right"/>
      </w:pPr>
      <w:r>
        <w:t>میںایکمرتبہ گیاتھا مدھوپردیش،وہاںپہ کسی نےکوئسچنکیا۔ تو تو میںنے ایک سینٹنسمیںجوابدیاتھا کہ مدھوسےمحبتکیجئے،اوراسکےبعد آپکوپھرکسی سےپوچھنےکیضرورتنہیںہوگی۔</w:t>
      </w:r>
    </w:p>
    <w:p>
      <w:r>
        <w:rPr>
          <w:b/>
        </w:rPr>
        <w:t xml:space="preserve">[1:27:21] </w:t>
      </w:r>
      <w:r>
        <w:t>madhya se mohabbat karna seekhein, aur uske baad aapko kisi se poochhne ki zaroorat nahi hogi. do some questions from Mr. Zuber.</w:t>
      </w:r>
    </w:p>
    <w:p>
      <w:pPr>
        <w:jc w:val="right"/>
      </w:pPr>
      <w:r>
        <w:t>مدھوسےمحبتکرناسیکھیں، اوراسکےبعدآپکوکسیسے پوچھنےکیضرورتنہیںہوگی۔ دسکوئسچنازفراممسٹرزبیر۔</w:t>
      </w:r>
    </w:p>
    <w:p>
      <w:r>
        <w:rPr>
          <w:b/>
        </w:rPr>
        <w:t xml:space="preserve">[1:27:31] </w:t>
      </w:r>
      <w:r>
        <w:t>what is the basic criteria for going to Hajj</w:t>
      </w:r>
    </w:p>
    <w:p>
      <w:pPr>
        <w:jc w:val="right"/>
      </w:pPr>
      <w:r>
        <w:t>واٹازدابیسک کرائٹیریافار گوئنگٹوحج</w:t>
      </w:r>
    </w:p>
    <w:p>
      <w:r>
        <w:rPr>
          <w:b/>
        </w:rPr>
        <w:t xml:space="preserve">[1:27:35] </w:t>
      </w:r>
      <w:r>
        <w:t>?I have money, but my parents want me to use it for rebuilding our house. Who should I give the priority?</w:t>
      </w:r>
    </w:p>
    <w:p>
      <w:pPr>
        <w:jc w:val="right"/>
      </w:pPr>
      <w:r>
        <w:t>؟ائیہیودامنی، بٹمائیپیرنٹسوانٹمیٹویوزاٹ فار ریبلڈنگاور ہاؤس۔ ہومشوڈائیگیودا پرائرٹی؟</w:t>
      </w:r>
    </w:p>
    <w:p>
      <w:r>
        <w:rPr>
          <w:b/>
        </w:rPr>
        <w:t xml:space="preserve">[1:27:44] </w:t>
      </w:r>
      <w:r>
        <w:t>my parents or Hajj. I am not ready. Main iska jawab yahan nahi de sakta.</w:t>
      </w:r>
    </w:p>
    <w:p>
      <w:pPr>
        <w:jc w:val="right"/>
      </w:pPr>
      <w:r>
        <w:t>مائیپیرنٹس اور حج۔ ائیایمناٹمیریڈیٹ۔ میں اسکا جوابیہاںنہیںدےسکتا۔</w:t>
      </w:r>
    </w:p>
    <w:p>
      <w:r>
        <w:rPr>
          <w:b/>
        </w:rPr>
        <w:t xml:space="preserve">[1:27:55] </w:t>
      </w:r>
      <w:r>
        <w:t>aap ka sahi tareeqa hai ke aap ek istidaal likhein, istidaal likhkar kisi madrasa mein bhejein, wahan jawab maangein, aur usko atai qabul karein.</w:t>
      </w:r>
    </w:p>
    <w:p>
      <w:pPr>
        <w:jc w:val="right"/>
      </w:pPr>
      <w:r>
        <w:t>آپ کاصحیحطریقہہےکہآپایک استدعالکھیں، استدعالکھکرکسی مدرس ےمیں بھیجیں، وہاںجوابمانگیں، اوراسکوعطائیقب ولکریں۔</w:t>
      </w:r>
    </w:p>
    <w:p>
      <w:r>
        <w:rPr>
          <w:b/>
        </w:rPr>
        <w:t xml:space="preserve">[1:28:05] </w:t>
      </w:r>
      <w:r>
        <w:t>yeh taqreer ki baat hai nahi, yeh masle ki baat hai.</w:t>
      </w:r>
    </w:p>
    <w:p>
      <w:pPr>
        <w:jc w:val="right"/>
      </w:pPr>
      <w:r>
        <w:t>یہ تقریرکیباتہےنہیں ، یہمسئلےکیباتہے۔</w:t>
      </w:r>
    </w:p>
    <w:p>
      <w:r>
        <w:rPr>
          <w:b/>
        </w:rPr>
        <w:t xml:space="preserve">[1:28:11] </w:t>
      </w:r>
      <w:r>
        <w:t>do some questions from Mr. Abdul Basit. Islami kitabon mein likha hai ke shirk sabse bada gunah hai.</w:t>
      </w:r>
    </w:p>
    <w:p>
      <w:pPr>
        <w:jc w:val="right"/>
      </w:pPr>
      <w:r>
        <w:t>دسکوئسچنازفراممسٹرعبدالب اسط ۔ اسلامی کتاب وںمیںلکھاہےکہ شرک سبسےبڑاگناہہے۔</w:t>
      </w:r>
    </w:p>
    <w:p>
      <w:r>
        <w:rPr>
          <w:b/>
        </w:rPr>
        <w:t xml:space="preserve">[1:28:21] </w:t>
      </w:r>
      <w:r>
        <w:t>shirk sabse bada gunah isliye hai ke woh sabse badi haqeeqat ke saath kiya ja raha hai. Yaani iska ta'alluq ek aisi baat se hai jo is duniya ki sabse badi haqeeqat hai.</w:t>
      </w:r>
    </w:p>
    <w:p>
      <w:pPr>
        <w:jc w:val="right"/>
      </w:pPr>
      <w:r>
        <w:t>شرکسبسےبڑا گناہاسلیے ہے کہوہ سبسےبڑی حقیقت کےساتھ کیا جارہاہے۔ یعنی اسکا تعلق ایک ایسی باتسےہے جو اس دنیا کی سبسےبڑی حقیقت ہے۔</w:t>
      </w:r>
    </w:p>
    <w:p>
      <w:r>
        <w:rPr>
          <w:b/>
        </w:rPr>
        <w:t xml:space="preserve">[1:28:34] </w:t>
      </w:r>
      <w:r>
        <w:t>is ki wajahat farmayein. Main yeh keh sakta hoon ke aap kitabein padhiye.</w:t>
      </w:r>
    </w:p>
    <w:p>
      <w:pPr>
        <w:jc w:val="right"/>
      </w:pPr>
      <w:r>
        <w:t>اسکیوج اہت فرمائیے۔ میںیہکہہسکتاہوںکہآپکتاب یںپڑھیے۔</w:t>
      </w:r>
    </w:p>
    <w:p>
      <w:r>
        <w:rPr>
          <w:b/>
        </w:rPr>
        <w:t xml:space="preserve">[1:28:41] </w:t>
      </w:r>
      <w:r>
        <w:t>aap ko yeh baat clear ho jayegi. Aap Tazkir-ul-Quran padhiye. Hamari jo tafseer hai, Tazkir-ul-Quran. Kitabein padhiye, Tazkir-ul-Quran padhiye.</w:t>
      </w:r>
    </w:p>
    <w:p>
      <w:pPr>
        <w:jc w:val="right"/>
      </w:pPr>
      <w:r>
        <w:t>آپ کویہبات کلیئرہوجائےگی۔آپتذکرالقرآنپڑھیے۔ ہماریجوتفسیرہے،تذکر القرآن۔ کتاب یںپڑھیے،تذکر القرآنپڑھیے۔</w:t>
      </w:r>
    </w:p>
    <w:p>
      <w:r>
        <w:rPr>
          <w:b/>
        </w:rPr>
        <w:t xml:space="preserve">[1:28:52] </w:t>
      </w:r>
      <w:r>
        <w:t>ek kitab Al-Islam, isko padhiye. To yeh baat apne aap clear ho jayegi. Al-Risala, mahnama jo hai, isko regular tareeqe se padhiye.</w:t>
      </w:r>
    </w:p>
    <w:p>
      <w:pPr>
        <w:jc w:val="right"/>
      </w:pPr>
      <w:r>
        <w:t>ایککتاب الاسلام ،اسکوپڑھیے۔ تویہباتاپنےآپ کلیئرہوجائےگی۔ الرسالہ ،ماہنامہجوہے، اسکو ریگولرطریقےسےپڑھیے۔</w:t>
      </w:r>
    </w:p>
    <w:p>
      <w:r>
        <w:rPr>
          <w:b/>
        </w:rPr>
        <w:t xml:space="preserve">[1:29:02] </w:t>
      </w:r>
      <w:r>
        <w:t>dekhein, sawal ka ek jawab dene se kuch baat clear nahi hoti. Yahan pe wohi baat hai ke prepare mind hona chahiye aadmi ko. Hazrat Abdullah bin Abbas ne kaha hai ke maine Sahaba se kam kisi ko sawal karne wala nahi dekha.</w:t>
      </w:r>
    </w:p>
    <w:p>
      <w:pPr>
        <w:jc w:val="right"/>
      </w:pPr>
      <w:r>
        <w:t>دیکھیں،سوالکاایکجوابدینےسےکچھباتکلیئرنہیںہوتی۔ یہاںپہوہیباتہےکہپریپیرمائنڈہوناچاہیےآدمیکو ۔ حضرتعبداللہاحمد عباس کہاہے کہ میںنے صحابہسے کم کسی کو سوالکرنے والانہیںدیکھا۔</w:t>
      </w:r>
    </w:p>
    <w:p>
      <w:r>
        <w:rPr>
          <w:b/>
        </w:rPr>
        <w:t xml:space="preserve">[1:29:21] </w:t>
      </w:r>
      <w:r>
        <w:t>wo sawal hi nahi karte the. Wo yaani Abbas chacha the Rasool Allah ke, unke bete the Abdullah.</w:t>
      </w:r>
    </w:p>
    <w:p>
      <w:pPr>
        <w:jc w:val="right"/>
      </w:pPr>
      <w:r>
        <w:t>وہسوالہینہیںکرتے تھے۔وہ یعنیعباس چچاتھےرسولاللہ کے،انکےبیٹےتھےعبداللہ۔</w:t>
      </w:r>
    </w:p>
    <w:p>
      <w:r>
        <w:rPr>
          <w:b/>
        </w:rPr>
        <w:t xml:space="preserve">[1:29:29] </w:t>
      </w:r>
      <w:r>
        <w:t>Rasool Allah ke dada the Abdul Muttalib, unke bete the Abbas, Abbas ke bete the Abdullah.</w:t>
      </w:r>
    </w:p>
    <w:p>
      <w:pPr>
        <w:jc w:val="right"/>
      </w:pPr>
      <w:r>
        <w:t>رسولاللہکےداداتھےعبد المطلب ،انکےبیٹےتھےعباس، عباسکےبیٹےتھےعبداللہ۔</w:t>
      </w:r>
    </w:p>
    <w:p>
      <w:r>
        <w:rPr>
          <w:b/>
        </w:rPr>
        <w:t xml:space="preserve">[1:29:36] </w:t>
      </w:r>
      <w:r>
        <w:t>to unhone kaha tha ke maine Sahaba se kam kisi ko sawal karne wala nahi paya. Sunte the, sochte the, sunte the, sochte the.</w:t>
      </w:r>
    </w:p>
    <w:p>
      <w:pPr>
        <w:jc w:val="right"/>
      </w:pPr>
      <w:r>
        <w:t>توانہوںنےکہاکہ میںنے صحابہسے کمکسی کوسوالکرنے والانہیںپایا۔ سنتے تھے،سوچتےتھے،سنتےتھے،سوچتےتھے۔</w:t>
      </w:r>
    </w:p>
    <w:p>
      <w:r>
        <w:rPr>
          <w:b/>
        </w:rPr>
        <w:t xml:space="preserve">[1:29:51] </w:t>
      </w:r>
      <w:r>
        <w:t>sawal karne se jawab nahi milta, yaad rakhiye. Sochne se jawab milta hai.</w:t>
      </w:r>
    </w:p>
    <w:p>
      <w:pPr>
        <w:jc w:val="right"/>
      </w:pPr>
      <w:r>
        <w:t>سوال کرنے سے جوابنہیںملتا،یادرکھیے۔ سوچنےسےجوابملتاہے۔</w:t>
      </w:r>
    </w:p>
    <w:p>
      <w:r>
        <w:rPr>
          <w:b/>
        </w:rPr>
        <w:t xml:space="preserve">[1:29:57] </w:t>
      </w:r>
      <w:r>
        <w:t>yeh bahut mein tajrube ke baad yeh baat keh raha hoon ke sawal karne se jawab nahi milta hai, sochne se jawab milta hai.</w:t>
      </w:r>
    </w:p>
    <w:p>
      <w:pPr>
        <w:jc w:val="right"/>
      </w:pPr>
      <w:r>
        <w:t>یہبہت میں تجربےکےبعدیہباتکہہرہاہوں کہ سوال کرنے سےجوابنہیںملتاہے، سوچنےسےجوابملتاہے۔</w:t>
      </w:r>
    </w:p>
    <w:p>
      <w:r>
        <w:rPr>
          <w:b/>
        </w:rPr>
        <w:t xml:space="preserve">[1:30:11] </w:t>
      </w:r>
      <w:r>
        <w:t>ek waqea hamein arz karoon. Hazrat Usman jo Khalifa hue, teesre Khalifa, to wo speaker nahi the.</w:t>
      </w:r>
    </w:p>
    <w:p>
      <w:pPr>
        <w:jc w:val="right"/>
      </w:pPr>
      <w:r>
        <w:t>ایک واقع ہمیںعرضکروں۔حضرت عثمانجوخلیفہہوئے، تیسرےخلیفہ، تووہ اسپیکرنہیںتھے۔</w:t>
      </w:r>
    </w:p>
    <w:p>
      <w:r>
        <w:rPr>
          <w:b/>
        </w:rPr>
        <w:t xml:space="preserve">[1:30:23] </w:t>
      </w:r>
      <w:r>
        <w:t>to Khalifa hone ke baad jab khade hue kuch address karne ke liye to thoda sa kuch bol paaye aur phir baith gaye. Wo yaani chand sentences bolkar baith gaye.</w:t>
      </w:r>
    </w:p>
    <w:p>
      <w:pPr>
        <w:jc w:val="right"/>
      </w:pPr>
      <w:r>
        <w:t>توخلیفہہونےکےبعد جبکھڑےہوئے کچھایڈریسکرنےکےلیے تو تھوڑاساکچھبول پائے اورپھربیٹھگئے۔وہ یعنی چند سینٹنسزبولکرکےبیٹھگئے۔</w:t>
      </w:r>
    </w:p>
    <w:p>
      <w:r>
        <w:rPr>
          <w:b/>
        </w:rPr>
        <w:t xml:space="preserve">[1:30:37] </w:t>
      </w:r>
      <w:r>
        <w:t>jaante hain iske baad kya hua? Hamare aaj kal ho, har aadmi lage poochhne, "Arre bhai, sardard to nahi ho raha hai?" Arre bhai, kya baat ho gayi? Aap baith gaye chup chap se.</w:t>
      </w:r>
    </w:p>
    <w:p>
      <w:pPr>
        <w:jc w:val="right"/>
      </w:pPr>
      <w:r>
        <w:t>جانتےہیںاسکےبعدکیاہوا ؟ ہمارےآجکل ہو، ہرآدمیلگےپوچھے،"ارےبھائی،سردردتونہیںہورہاہے؟ "ارےبھائی،کیاباتہوگئی؟آپبیٹھگئےچپچاپسے۔</w:t>
      </w:r>
    </w:p>
    <w:p>
      <w:r>
        <w:rPr>
          <w:b/>
        </w:rPr>
        <w:t xml:space="preserve">[1:30:47] </w:t>
      </w:r>
      <w:r>
        <w:t>jab aap tajruba karke dekh lijiye kisi masjid mein ke aap do chaar sentences baithke baith jayein to har aadmi lage poochhne, deewanon deewanon ki tarah se.</w:t>
      </w:r>
    </w:p>
    <w:p>
      <w:pPr>
        <w:jc w:val="right"/>
      </w:pPr>
      <w:r>
        <w:t>جب آپ تجربہکرکےدیکھلیجئے کسی مسجدمیں کہآپدوچارسینٹنسبیٹھکےبیٹھجائیںتوہرآدمیلگےپوچھنے، دیوانوںدیوانوںکیطرحسے۔</w:t>
      </w:r>
    </w:p>
    <w:p>
      <w:r>
        <w:rPr>
          <w:b/>
        </w:rPr>
        <w:t xml:space="preserve">[1:30:59] </w:t>
      </w:r>
      <w:r>
        <w:t>wahan jaante hain kya hua? Saare Sahaba jo hain, sar jhukake baithe rahe. Kisi ne kuch poocha nahi</w:t>
      </w:r>
    </w:p>
    <w:p>
      <w:pPr>
        <w:jc w:val="right"/>
      </w:pPr>
      <w:r>
        <w:t>وہاںجانتےہیںکیاہوا؟سارےصحابہجوہیں، سرجھکاکےبیٹھےرہے۔ کسی نےکچھپوچھانہیں</w:t>
      </w:r>
    </w:p>
    <w:p>
      <w:r>
        <w:rPr>
          <w:b/>
        </w:rPr>
        <w:t xml:space="preserve">[1:31:10] </w:t>
      </w:r>
      <w:r>
        <w:t>ke Hazrat, kyun baith gaye aap? Sardard to nahi ho raha hai? Koi dawai laayein, koi doctor ko bul</w:t>
      </w:r>
    </w:p>
    <w:p>
      <w:pPr>
        <w:jc w:val="right"/>
      </w:pPr>
      <w:r>
        <w:t>کہحضرت،کیوںبیٹھگئےآپ؟سر دردتونہیںہورہاہے؟ کوئیدوالائیں،کوئیڈاکٹرکوبل</w:t>
      </w:r>
    </w:p>
    <w:p>
      <w:r>
        <w:rPr>
          <w:b/>
        </w:rPr>
        <w:t xml:space="preserve">[1:31:16] </w:t>
      </w:r>
      <w:r>
        <w:t>ayen. yeh sab bilkul absurd sawalat hain. aap jante hain kya hua? ek zuhr se le kar asr tak baithe rahe.</w:t>
      </w:r>
    </w:p>
    <w:p>
      <w:pPr>
        <w:jc w:val="right"/>
      </w:pPr>
      <w:r>
        <w:t>ائیں۔ یہسببالکل ایبسرٹسوالاتہیں۔ آپجانتےہیںکیاہوا ؟ ایک ظہرسےلےکرعصرتکبیٹھےرہے۔</w:t>
      </w:r>
    </w:p>
    <w:p>
      <w:r>
        <w:rPr>
          <w:b/>
        </w:rPr>
        <w:t xml:space="preserve">[1:31:28] </w:t>
      </w:r>
      <w:r>
        <w:t>sirf asr ki azan ne logon ko jagaya. hazrat usman baith gaye mimbar par, log baithe hue hain chup chap. yeh bhi chup, woh bhi chup.</w:t>
      </w:r>
    </w:p>
    <w:p>
      <w:pPr>
        <w:jc w:val="right"/>
      </w:pPr>
      <w:r>
        <w:t>صرف عصر کے اذاننےلوگوںکوجگایا۔ حضرتعثمان بیٹھگئےممبرپر ، لوگ بیٹھےہوئےہیں چپچاپ ۔یہبھیچپ،وہبھیچپ۔</w:t>
      </w:r>
    </w:p>
    <w:p>
      <w:r>
        <w:rPr>
          <w:b/>
        </w:rPr>
        <w:t xml:space="preserve">[1:31:44] </w:t>
      </w:r>
      <w:r>
        <w:t>asr ki azan ne, muazzin ne taban ko hosh aya ke are, itni der ho gayi? kya asr ka waqt aa gaya? yeh the sahaba, sochte the, sochte, sochte the. woh woh sochte the ke dunya se rasool Allah chale gaye,</w:t>
      </w:r>
    </w:p>
    <w:p>
      <w:pPr>
        <w:jc w:val="right"/>
      </w:pPr>
      <w:r>
        <w:t>عصرکیاذاندی،موذننےتبانکو ہوشآیاکہارے، اتنیدیرہوگئی؟کیا عصرکاوقتآگیا ؟ یہتھےصحابہ، سوچتےتھے،سوچتے،سوچتےتھے۔وہ وہسوچتےتھےکہ دنیا سے رسولاللہچلےگئے،</w:t>
      </w:r>
    </w:p>
    <w:p>
      <w:r>
        <w:rPr>
          <w:b/>
        </w:rPr>
        <w:t xml:space="preserve">[1:32:04] </w:t>
      </w:r>
      <w:r>
        <w:t>ab abu bakr aaye, woh bhi chale gaye, umar aaye, woh bhi chale gaye. ab usman ko khaleefa banaya gaya hai.</w:t>
      </w:r>
    </w:p>
    <w:p>
      <w:pPr>
        <w:jc w:val="right"/>
      </w:pPr>
      <w:r>
        <w:t>اب وبکرآئے،وہبھیچلےگئے، عمر آئے،وہبھیچلےگئے۔ اب عثمانکوخلیفہبنایاگیاہے۔</w:t>
      </w:r>
    </w:p>
    <w:p>
      <w:r>
        <w:rPr>
          <w:b/>
        </w:rPr>
        <w:t xml:space="preserve">[1:32:14] </w:t>
      </w:r>
      <w:r>
        <w:t>kya hoga? kaise kiya jayega?</w:t>
      </w:r>
    </w:p>
    <w:p>
      <w:pPr>
        <w:jc w:val="right"/>
      </w:pPr>
      <w:r>
        <w:t>کیاہوگا؟کیسےکیاجائےگا؟</w:t>
      </w:r>
    </w:p>
    <w:p>
      <w:r>
        <w:rPr>
          <w:b/>
        </w:rPr>
        <w:t xml:space="preserve">[1:32:18] </w:t>
      </w:r>
      <w:r>
        <w:t>sochte the, sochte, sochte the. woh</w:t>
      </w:r>
    </w:p>
    <w:p>
      <w:pPr>
        <w:jc w:val="right"/>
      </w:pPr>
      <w:r>
        <w:t>سوچتےتھے،سوچتے،سوچتےتھے۔وہ</w:t>
      </w:r>
    </w:p>
    <w:p>
      <w:r>
        <w:rPr>
          <w:b/>
        </w:rPr>
        <w:t xml:space="preserve">[1:32:23] </w:t>
      </w:r>
      <w:r>
        <w:t>aaj kal kya hai? har aadmi bolta hai. sochna ja woh hai, sochna, art of thinking, ummat se khatam ho gayi hai.</w:t>
      </w:r>
    </w:p>
    <w:p>
      <w:pPr>
        <w:jc w:val="right"/>
      </w:pPr>
      <w:r>
        <w:t>آجکلکیاہے؟ہرآدمیبولتاہے۔ سو چناجوہے،سوچنا ، آرٹآفتھنکنگ ،امتسےختمہوگئی ہے۔</w:t>
      </w:r>
    </w:p>
    <w:p>
      <w:r>
        <w:rPr>
          <w:b/>
        </w:rPr>
        <w:t xml:space="preserve">[1:32:34] </w:t>
      </w:r>
      <w:r>
        <w:t>mujhe to koi aadmi nahi mila ab tak jo art of thinking ko janta bhi ho. what is art of thinking? janta bhi ho. yeh</w:t>
      </w:r>
    </w:p>
    <w:p>
      <w:pPr>
        <w:jc w:val="right"/>
      </w:pPr>
      <w:r>
        <w:t>مجھےتوکوئیآدمینہیںملاابتکجوآرٹآفتھنکنگکوجانتابھیہو۔ واٹازآرٹآفتھنکنگ؟ جانتابھیہو۔یہ</w:t>
      </w:r>
    </w:p>
    <w:p>
      <w:r>
        <w:rPr>
          <w:b/>
        </w:rPr>
        <w:t xml:space="preserve">[1:32:42] </w:t>
      </w:r>
      <w:r>
        <w:t>agar janta to wohi jo do sau saal se hamari barbadi ho rahi hai, to woh na hoti. har jagah barbadi, har jagah barbadi, har jagah barbadi. sultan tipu ka ek qaul aaj tak log fakhr se dohrate hain ke jab angrez aaye india mein, unse ladai pesh aa gayi. aayi to sultan tipu ne kaha tha ke unke upar fauj bahut kam thi.</w:t>
      </w:r>
    </w:p>
    <w:p>
      <w:pPr>
        <w:jc w:val="right"/>
      </w:pPr>
      <w:r>
        <w:t>اگرجانتاتویہیہجو دو سوسالسےہماریبربادیہورہیہے،تووہنہہوتی۔ ہرجگہبربادی،ہرجگہبربادی،ہرجگہبربادی۔ سلطان ٹیپوکاایک قول آجتک لوگ فخرسےدہراتےہیں کہجب انگ ریزآئےانڈیامیں ،انسے لڑائیپیشآگئی۔آئی تو سلطانٹیپونےکہاتھاکہ انکےاوپرفوجبہتکم تھی۔</w:t>
      </w:r>
    </w:p>
    <w:p>
      <w:r>
        <w:rPr>
          <w:b/>
        </w:rPr>
        <w:t xml:space="preserve">[1:33:09] </w:t>
      </w:r>
      <w:r>
        <w:t>pehle se pata tha ke mein lad kar mar jaunga, phir bhi lad gaye woh. aur kaha ke sher ki ek din ki zindagi gidad ke sau saal ki zindagi se behtar hai.</w:t>
      </w:r>
    </w:p>
    <w:p>
      <w:pPr>
        <w:jc w:val="right"/>
      </w:pPr>
      <w:r>
        <w:t>پہلے سےپتہتھاکہمیں لڑکرمرجاؤںگا، پھربھیلڑگئےوہ۔ اور کہاکہ شیرکیایکدنکیزندگی گنرکےسو سالکیزندگی سےبہترہے۔</w:t>
      </w:r>
    </w:p>
    <w:p>
      <w:r>
        <w:rPr>
          <w:b/>
        </w:rPr>
        <w:t xml:space="preserve">[1:33:26] </w:t>
      </w:r>
      <w:r>
        <w:t>sab log isko dohrate hain. abhi yeh qaul hi jhootha hai. bilkul Khuda ne aisa sher paida nahi kiya.</w:t>
      </w:r>
    </w:p>
    <w:p>
      <w:pPr>
        <w:jc w:val="right"/>
      </w:pPr>
      <w:r>
        <w:t>سب لوگ اسکودہراتےہیں۔ابیہ یہ قولہیجھوٹاہے۔بالکل خدانےایساشیرپیدا نہیںکیا۔</w:t>
      </w:r>
    </w:p>
    <w:p>
      <w:r>
        <w:rPr>
          <w:b/>
        </w:rPr>
        <w:t xml:space="preserve">[1:33:35] </w:t>
      </w:r>
      <w:r>
        <w:t>aisa sher Khuda</w:t>
      </w:r>
    </w:p>
    <w:p>
      <w:pPr>
        <w:jc w:val="right"/>
      </w:pPr>
      <w:r>
        <w:t>ایساشیرخدا</w:t>
      </w:r>
    </w:p>
    <w:p>
      <w:r>
        <w:rPr>
          <w:b/>
        </w:rPr>
        <w:t xml:space="preserve">[1:33:36] </w:t>
      </w:r>
      <w:r>
        <w:t>ne paida nahi kiya. tumhara, tumhara ek apne mind ka ek shera hai. yeh mujhe tab khulayi baat. mein khud is mein padha hua tha.</w:t>
      </w:r>
    </w:p>
    <w:p>
      <w:pPr>
        <w:jc w:val="right"/>
      </w:pPr>
      <w:r>
        <w:t>نےپیدا ہینہیںکیا۔تمہارا، تمہارا ایک اپنے مائنڈکاایک شیرہے۔یہ مجھے تبکھلایہبات۔میںخوداسیمیں پڑھاہواتھا۔</w:t>
      </w:r>
    </w:p>
    <w:p>
      <w:r>
        <w:rPr>
          <w:b/>
        </w:rPr>
        <w:t xml:space="preserve">[1:33:49] </w:t>
      </w:r>
      <w:r>
        <w:t>jo america ka ek woh hai, national geography, usne ek film banayi hai. teen saal lage isko banane mein.</w:t>
      </w:r>
    </w:p>
    <w:p>
      <w:pPr>
        <w:jc w:val="right"/>
      </w:pPr>
      <w:r>
        <w:t>جو امریک ہکاایک وہہے، نیشنلجیوگرافی، اسنےایک فلم بنائیہے۔ تینسال لگےاسکوبن انےمیں۔</w:t>
      </w:r>
    </w:p>
    <w:p>
      <w:r>
        <w:rPr>
          <w:b/>
        </w:rPr>
        <w:t xml:space="preserve">[1:33:58] </w:t>
      </w:r>
      <w:r>
        <w:t>sher ko nature habitat mein ja kar ke unhone isko film banayi. iski bilkul real film nature habitat mein.</w:t>
      </w:r>
    </w:p>
    <w:p>
      <w:pPr>
        <w:jc w:val="right"/>
      </w:pPr>
      <w:r>
        <w:t>شیرکونیچرلہیبیٹیٹمیںجاکرکےانہوںنےاسکو فلم بنائی۔اسکیبالکل ریئلفلمنی چرلہیبیٹیٹمیں۔</w:t>
      </w:r>
    </w:p>
    <w:p>
      <w:r>
        <w:rPr>
          <w:b/>
        </w:rPr>
        <w:t xml:space="preserve">[1:34:05] </w:t>
      </w:r>
      <w:r>
        <w:t>ismein woh dikhate hain ke sher to kabhi ladte hi nahi hain. yeh angrez ladke mar gaye, sher ladte hain nahi. aur taqatwar se hamesha avoid karta hai sher.</w:t>
      </w:r>
    </w:p>
    <w:p>
      <w:pPr>
        <w:jc w:val="right"/>
      </w:pPr>
      <w:r>
        <w:t>اسمیںوہدکھاتےہیںکہشیرتوکبھیلڑتےہینہیں۔ یہ انگریزلڑکےمرگئے،شیرلڑتےہینہیں ۔ اور طاقتورسےہمیشہاوائڈکرتاہےشیر۔</w:t>
      </w:r>
    </w:p>
    <w:p>
      <w:r>
        <w:rPr>
          <w:b/>
        </w:rPr>
        <w:t xml:space="preserve">[1:34:19] </w:t>
      </w:r>
      <w:r>
        <w:t>ismein bahut se scene dikhaye unhone ke ek sher idhar ja raha hai, idhar kai hathi aa rahe hain. to ek sher ke muqable mein kai hathi zyada strong hain.</w:t>
      </w:r>
    </w:p>
    <w:p>
      <w:pPr>
        <w:jc w:val="right"/>
      </w:pPr>
      <w:r>
        <w:t>اسمیںبہت سےسیندکھائےانہوںنے کہ ایک شیرادھرجارہاہے، ادھرکئیہاتھیآرہےہیں۔ توایک شیرکےمقابلےمیںکئیہاتھیزیادہ سٹرانگہیں۔</w:t>
      </w:r>
    </w:p>
    <w:p>
      <w:r>
        <w:rPr>
          <w:b/>
        </w:rPr>
        <w:t xml:space="preserve">[1:34:28] </w:t>
      </w:r>
      <w:r>
        <w:t>to sher kya hai? idhar se nikal kar chala gaya, idhar se ya idhar se chala gaya. yani samne ka rasta chhod diya usne ke hathi ke liye. yahan tak ke ek jangli bhainsen jo hoti hain, bade seen ganon mein hoti hain.</w:t>
      </w:r>
    </w:p>
    <w:p>
      <w:pPr>
        <w:jc w:val="right"/>
      </w:pPr>
      <w:r>
        <w:t>تو شیرکیاہے؟ادھرسے نکلکےچلاگیا،ادھرسےیاادھرسےچلاگیا۔ یعنیسامنےکاراستہچھوڑدیااسنے کہ ہاتھیوںکےلیے۔ یہاںتککہایک جنگ لیبھینسیںجوہوتیہیں،بڑےسین گانمیںہوتیہیں۔</w:t>
      </w:r>
    </w:p>
    <w:p>
      <w:r>
        <w:rPr>
          <w:b/>
        </w:rPr>
        <w:t xml:space="preserve">[1:34:40] </w:t>
      </w:r>
      <w:r>
        <w:t>ek bar maine dekha ke woh aa raha hai, tab bhi sher idhar se hat kar idhar nikal gaya. to sher to ladte hi nahi hain.</w:t>
      </w:r>
    </w:p>
    <w:p>
      <w:pPr>
        <w:jc w:val="right"/>
      </w:pPr>
      <w:r>
        <w:t>ایکبارمیںنےدیکھاکہوہآرہاہے، تببھیشیرادھرسے ہٹکےادھرنکلگیا۔ تو شیرتولڑتےہینہیں۔</w:t>
      </w:r>
    </w:p>
    <w:p>
      <w:r>
        <w:rPr>
          <w:b/>
        </w:rPr>
        <w:t xml:space="preserve">[1:34:48] </w:t>
      </w:r>
      <w:r>
        <w:t>jo Khuda ne banaya sher, woh nahi ladta. koi jhoote sher khud bana rakhe logon ne, woh ladte hain. to bila soche samjhe bol na, bila soche samjhe kitaben likhna, bila soche samjhe taqreeren karna,</w:t>
      </w:r>
    </w:p>
    <w:p>
      <w:pPr>
        <w:jc w:val="right"/>
      </w:pPr>
      <w:r>
        <w:t>جو خدانے بنایاشیر،وہنہیںلڑتا۔ کوئیجھوٹےشیر خود بنارکھےلوگوںنے،وہلڑتےہیں۔ تو بلاسوچسمجھےبول نا، بلاسوچسمجھےکتابیںلکھنا، بلاسوچسمجھےتقریریںکرنا،</w:t>
      </w:r>
    </w:p>
    <w:p>
      <w:r>
        <w:rPr>
          <w:b/>
        </w:rPr>
        <w:t xml:space="preserve">[1:35:03] </w:t>
      </w:r>
      <w:r>
        <w:t>yeh ho raha hai hamari qaum, qaum mein. aur jab barbadi hoti hai to kehte hain ke doosron ke kasoor sabhi hai, doosron ka zulm hai, doosron ka discrimination hai.</w:t>
      </w:r>
    </w:p>
    <w:p>
      <w:pPr>
        <w:jc w:val="right"/>
      </w:pPr>
      <w:r>
        <w:t>یہہورہاہےہماریقوم، قوم میں۔ اورجببربادیہوتیہےتوکہتےہیںکہدوسروںکے کانسبسی ہے، دوسروںکاظلمہے، دوسروںکا ڈسکریمینیشنہے۔</w:t>
      </w:r>
    </w:p>
    <w:p>
      <w:r>
        <w:rPr>
          <w:b/>
        </w:rPr>
        <w:t xml:space="preserve">[1:35:14] </w:t>
      </w:r>
      <w:r>
        <w:t>yeh hai hamari kahani.</w:t>
      </w:r>
    </w:p>
    <w:p>
      <w:pPr>
        <w:jc w:val="right"/>
      </w:pPr>
      <w:r>
        <w:t>یہہےہماریکہانی ۔</w:t>
      </w:r>
    </w:p>
    <w:p>
      <w:r>
        <w:rPr>
          <w:b/>
        </w:rPr>
        <w:t xml:space="preserve">[1:35:18] </w:t>
      </w:r>
      <w:r>
        <w:t>discuss karna hai from Mr Nafees Shiraz. ek padosi jo roz oonchi awaz mein music system bajata hai, jis se doosre sabhi logon ko takleef pahoanchti hai.</w:t>
      </w:r>
    </w:p>
    <w:p>
      <w:pPr>
        <w:jc w:val="right"/>
      </w:pPr>
      <w:r>
        <w:t>دسکوئسچنازفرام مسٹرنفیس شیراز ۔ایکپڑوسیجو روز اونچی آوازمیں میوزکسسٹمبجاتاہے، جسسے دوسرے سبھیلوگوں کو تکلیفپہنچتیہے۔</w:t>
      </w:r>
    </w:p>
    <w:p>
      <w:r>
        <w:rPr>
          <w:b/>
        </w:rPr>
        <w:t xml:space="preserve">[1:35:32] </w:t>
      </w:r>
      <w:r>
        <w:t>maslan koi bemar hai, koi parh raha hai, aur samjhane par bhi padosi apni is rawish ko badalne par amada nahi hai.</w:t>
      </w:r>
    </w:p>
    <w:p>
      <w:pPr>
        <w:jc w:val="right"/>
      </w:pPr>
      <w:r>
        <w:t>مثلاًکوئی بیمارہے، کوئی پڑھرہاہے، اور سمجھانےپربھی پڑوسی اپنی اس راوشکو بدلنےپر ام ادہنہیں ہے۔</w:t>
      </w:r>
    </w:p>
    <w:p>
      <w:r>
        <w:rPr>
          <w:b/>
        </w:rPr>
        <w:t xml:space="preserve">[1:35:43] </w:t>
      </w:r>
      <w:r>
        <w:t>to aise mein sabr par kab tak amal kiya jaye?</w:t>
      </w:r>
    </w:p>
    <w:p>
      <w:pPr>
        <w:jc w:val="right"/>
      </w:pPr>
      <w:r>
        <w:t>تو ایسےمیں صبرپر کبتک عمل کیاجائے ؟</w:t>
      </w:r>
    </w:p>
    <w:p>
      <w:r>
        <w:rPr>
          <w:b/>
        </w:rPr>
        <w:t xml:space="preserve">[1:35:47] </w:t>
      </w:r>
      <w:r>
        <w:t>yani kisi ki azaaon par sabar kab tak? aakhir sabar ki bhi koi had hoti hai. dekhiye, yeh soche logoun ki.</w:t>
      </w:r>
    </w:p>
    <w:p>
      <w:pPr>
        <w:jc w:val="right"/>
      </w:pPr>
      <w:r>
        <w:t>یعنی کسی کی اعضاء ؤںپر صبرکبتک ؟ آخر صبرکیبھیکوئی حدہوتیہے۔ دیکھیے، یہ سوچہےلوگوںکی۔</w:t>
      </w:r>
    </w:p>
    <w:p>
      <w:r>
        <w:rPr>
          <w:b/>
        </w:rPr>
        <w:t xml:space="preserve">[1:36:03] </w:t>
      </w:r>
      <w:r>
        <w:t>maa apne bete se pyar karti hai, to koi kahe ke phir pyar kab tak?</w:t>
      </w:r>
    </w:p>
    <w:p>
      <w:pPr>
        <w:jc w:val="right"/>
      </w:pPr>
      <w:r>
        <w:t>ماںاپنےبیٹےسےپیارکرتیہے،توکوئیکہے کہ پھرپیارکبتک ؟</w:t>
      </w:r>
    </w:p>
    <w:p>
      <w:r>
        <w:rPr>
          <w:b/>
        </w:rPr>
        <w:t xml:space="preserve">[1:36:09] </w:t>
      </w:r>
      <w:r>
        <w:t>to kahe ke tum jhoote ho. pyar to zindagi bhar karna hai. sabar to zindagi bhar karna hai. is mein kab tak ki baat hai?</w:t>
      </w:r>
    </w:p>
    <w:p>
      <w:pPr>
        <w:jc w:val="right"/>
      </w:pPr>
      <w:r>
        <w:t>توکہےکہتمجھوٹےہو۔پیارتوزندگی بھرکرناہے۔ صبرتوزندگی بھرکرناہے۔اسمیںکبتککیاباتہے ؟</w:t>
      </w:r>
    </w:p>
    <w:p>
      <w:r>
        <w:rPr>
          <w:b/>
        </w:rPr>
        <w:t xml:space="preserve">[1:36:16] </w:t>
      </w:r>
      <w:r>
        <w:t>ya to sabar ya maut. ya to sabar kijiye ya lad kar mar jaiye. sabar ka matlab hai apne aap ko maut se bachana.</w:t>
      </w:r>
    </w:p>
    <w:p>
      <w:pPr>
        <w:jc w:val="right"/>
      </w:pPr>
      <w:r>
        <w:t>یاتوصبریاموت۔ یاتوصبرکیجئےیالڑکرکےمرجائیے۔ صبرکامطلبہے اپنےآپکو موتسےبچانا۔</w:t>
      </w:r>
    </w:p>
    <w:p>
      <w:r>
        <w:rPr>
          <w:b/>
        </w:rPr>
        <w:t xml:space="preserve">[1:36:27] </w:t>
      </w:r>
      <w:r>
        <w:t>hum khud daily yeh karte hain. main apne, main jo balcony hai, wahan baithta hoon. mujhe bohat acha hai. balcony mein baithne lagta hoon. dhoop hai, hawa hai, darakht hai.</w:t>
      </w:r>
    </w:p>
    <w:p>
      <w:pPr>
        <w:jc w:val="right"/>
      </w:pPr>
      <w:r>
        <w:t>ہمخود ڈیلییہیکرتےہیں۔ میں اپنے ،میںجوبالکنیہے،وہاںبیٹھتاہوں۔ مجھےبہت اچھاہے۔بالکنیمیںبیٹھنےلگتاہے۔دھوپہے،ہوا ہے، درخت ہے۔</w:t>
      </w:r>
    </w:p>
    <w:p>
      <w:r>
        <w:rPr>
          <w:b/>
        </w:rPr>
        <w:t xml:space="preserve">[1:36:36] </w:t>
      </w:r>
      <w:r>
        <w:t>lekin kya hai? log tez horn bajate hue jaate hain aur gaadi ke andar gaane bajate hain. zor zor se</w:t>
      </w:r>
    </w:p>
    <w:p>
      <w:pPr>
        <w:jc w:val="right"/>
      </w:pPr>
      <w:r>
        <w:t>لیکن کیا ہے ؟ لوگ تیزہاربجاتےہوئےجاتےہیں اور گاڑیکےاندر گانےبجاتےہیں۔زورزورسے</w:t>
      </w:r>
    </w:p>
    <w:p>
      <w:r>
        <w:rPr>
          <w:b/>
        </w:rPr>
        <w:t xml:space="preserve">[1:36:45] </w:t>
      </w:r>
      <w:r>
        <w:t>kya kehte ho? Rock? Rock ki woh kya kehte hain? isko song? Rock? Rock? Rock music? Rock music? main jaanta hoon ke munh se laroon to apna haath paon torwa loon ga, kyun ke deewane log hain. yeh sunne wale kuch nahin hain.</w:t>
      </w:r>
    </w:p>
    <w:p>
      <w:pPr>
        <w:jc w:val="right"/>
      </w:pPr>
      <w:r>
        <w:t>کیا کہتےہو؟ راک؟راککیوہکیاکہتےہیں؟اسکو سونگ؟ راک؟راک؟راکمیوزک؟ راکمیوزک؟ میںجانتاہوںکہمنہسے لڑوںتو اپناہاتھپاؤں تو ڑواؤںگا، کیونکہ دیوانےلوگہیں۔یہ سننےوالےکچھنہیںہیں۔</w:t>
      </w:r>
    </w:p>
    <w:p>
      <w:r>
        <w:rPr>
          <w:b/>
        </w:rPr>
        <w:t xml:space="preserve">[1:37:04] </w:t>
      </w:r>
      <w:r>
        <w:t>to sabar karta hoon. main sabar karta hoon. tabhi main yahan par baith kar bol paata hoon. sabar na karoon to main hospital jaaoon ga. jaana pare ga mujh ko.</w:t>
      </w:r>
    </w:p>
    <w:p>
      <w:pPr>
        <w:jc w:val="right"/>
      </w:pPr>
      <w:r>
        <w:t>تو صبرکرتاہوں۔میں صبرکرتاہوں۔تبھیمیںیہاںپربیٹھکر بول پاتاہوں۔ صبرنہکروںتومیں ہسپتالجاؤںگا۔جاناپڑےگامجھکو۔</w:t>
      </w:r>
    </w:p>
    <w:p>
      <w:r>
        <w:rPr>
          <w:b/>
        </w:rPr>
        <w:t xml:space="preserve">[1:37:14] </w:t>
      </w:r>
      <w:r>
        <w:t>agar woh sabar na karte to aaj main hospital mein hota. to sabar ya maut? to aap, aap ka option aap ke haath mein hai ke aap sabar kijiye ya lad kar hospital jaiye.</w:t>
      </w:r>
    </w:p>
    <w:p>
      <w:pPr>
        <w:jc w:val="right"/>
      </w:pPr>
      <w:r>
        <w:t>اگروہصبرنہکرتاتوآجمیںہاسپٹلمیںہوتا۔ تو صبریاموت؟ توآپ ،آپکاآپشنآپکےہاتھمیںہےکہآپصبرکیجئےیا لڑکے ہاسپٹلجائیے۔</w:t>
      </w:r>
    </w:p>
    <w:p>
      <w:r>
        <w:rPr>
          <w:b/>
        </w:rPr>
        <w:t xml:space="preserve">[1:37:33] </w:t>
      </w:r>
      <w:r>
        <w:t>aaj kal freedom duniya bhar mein har jagah hai. yeh nahin, har jagah. America mein ek ladka khada ho ga aur gun le kar ke school mein ke andar logon ko maar daale ga.</w:t>
      </w:r>
    </w:p>
    <w:p>
      <w:pPr>
        <w:jc w:val="right"/>
      </w:pPr>
      <w:r>
        <w:t>آجکل فریڈم دنیا بھرمیںہرجگہہے۔یہینیمنہیں،ہرجگہ۔ امریک ہمیںایک لڑکاکھڑاہوگااور گنلےکرکے اسکولمیں کےاندر لوگوںکومارڈالےگا۔</w:t>
      </w:r>
    </w:p>
    <w:p>
      <w:r>
        <w:rPr>
          <w:b/>
        </w:rPr>
        <w:t xml:space="preserve">[1:37:43] </w:t>
      </w:r>
      <w:r>
        <w:t>to aap kya karein ge? sabar kab tak ki baat hai? nahin, jeena kab tak? kab tak jeena chahte hain? mujhe bataiye, aap kab tak jeena hai? aap ko</w:t>
      </w:r>
    </w:p>
    <w:p>
      <w:pPr>
        <w:jc w:val="right"/>
      </w:pPr>
      <w:r>
        <w:t>توآپکیاکریںگے؟ صبرکبتککیباتہے؟نہیں،جیناکبتک ؟کبتک جیناچاہتےہیں؟مجھےبتائیے،آپ کبتکجیناہے؟آپکو</w:t>
      </w:r>
    </w:p>
    <w:p>
      <w:r>
        <w:rPr>
          <w:b/>
        </w:rPr>
        <w:t xml:space="preserve">[1:37:57] </w:t>
      </w:r>
      <w:r>
        <w:t>mujh se bohat yeh sawal poocha jaata hai. main samajhta hoon ke log kis qadar ajeeb o ghareeb log hain. sabar kab tak ki baat hai? jeena kab tak ka chahte hain? aap jeena aate hain to sabar kijiye, nahin to mar jaiye lad kar ke.</w:t>
      </w:r>
    </w:p>
    <w:p>
      <w:pPr>
        <w:jc w:val="right"/>
      </w:pPr>
      <w:r>
        <w:t>مجھسےبہت یہسوالپوچھاجاتاہے۔میں سمجھتاہوںکہلوگکسقدر عجیبوغریبلوگہیں۔ صبرکبتککیباتہے؟جیناکبتککاچاہتےہیں؟آپ جیناآتاہےتوصبرکیجئے،نہیںتومرجائیےلڑکرکے۔</w:t>
      </w:r>
    </w:p>
    <w:p>
      <w:r>
        <w:rPr>
          <w:b/>
        </w:rPr>
        <w:t xml:space="preserve">[1:38:13] </w:t>
      </w:r>
      <w:r>
        <w:t>yeh law of nature hai. Khuda ne logon ko azaadi di hai. azaadi duniya mein har jagah mili hui hai. aap kya karein ge? kya azaadi chheen sakte hain un ki? aap Khuda ne bhi azaadi di hai, qanoon ne bhi azaadi de di hai. rakhi hai, kya karein ge aap?</w:t>
      </w:r>
    </w:p>
    <w:p>
      <w:pPr>
        <w:jc w:val="right"/>
      </w:pPr>
      <w:r>
        <w:t>یہ لاءآفنیچرہے۔ خدانےلوگوںکوآزادیدیہے۔ آز ادی دنیا میںہرجگہملیہوئیہے۔ آپکیاکریںگے؟کیا آزادیچھینسکتےہیںانکی؟آپ خدانےبھیآزادیدیہے،قانون نےبھیآزادیدےدیہے۔رکھیہے، کیا کریںگےآپ ؟</w:t>
      </w:r>
    </w:p>
    <w:p>
      <w:r>
        <w:rPr>
          <w:b/>
        </w:rPr>
        <w:t xml:space="preserve">[1:38:32] </w:t>
      </w:r>
      <w:r>
        <w:t>America mein ek ladka aaye ga class mein gun le kar ke aur lagaaye ga, trigger dabaye ga un ko, un ko maar ke bhaag jaaye ga, khud bhi maar daal</w:t>
      </w:r>
    </w:p>
    <w:p>
      <w:pPr>
        <w:jc w:val="right"/>
      </w:pPr>
      <w:r>
        <w:t>امریک ہمیںایکلڑکاآئےگا کلاسمیں گنلےکرکے اور لگائےگا، ٹریگردبائےگاانکو،انکومارکے بھاگجائےگا،خودبھیمارڈال</w:t>
      </w:r>
    </w:p>
    <w:p>
      <w:r>
        <w:rPr>
          <w:b/>
        </w:rPr>
        <w:t xml:space="preserve">[1:38:42] </w:t>
      </w:r>
      <w:r>
        <w:t>e ga. aap kya karein ge?</w:t>
      </w:r>
    </w:p>
    <w:p>
      <w:pPr>
        <w:jc w:val="right"/>
      </w:pPr>
      <w:r>
        <w:t>ےگا۔ آپکیاکریںگے؟</w:t>
      </w:r>
    </w:p>
    <w:p>
      <w:r>
        <w:rPr>
          <w:b/>
        </w:rPr>
        <w:t xml:space="preserve">[1:38:46] </w:t>
      </w:r>
      <w:r>
        <w:t>to sabar kab tak ki baat hai? jeena kab tak ki baat hai? yaad rakhiye, baqi marna agar option ho to mar jaiye lad kar ke. jeena hai to sabar kijiye.</w:t>
      </w:r>
    </w:p>
    <w:p>
      <w:pPr>
        <w:jc w:val="right"/>
      </w:pPr>
      <w:r>
        <w:t>تو صبرکبتککیباتہے؟جیناکبتککیباتہے؟یادرکھیے، باقی مرنااگرآپشنہوتومرجائیےلڑکرکے۔ جیناہےتوصبرکیجئے۔</w:t>
      </w:r>
    </w:p>
    <w:p>
      <w:r>
        <w:rPr>
          <w:b/>
        </w:rPr>
        <w:t xml:space="preserve">[1:38:57] </w:t>
      </w:r>
      <w:r>
        <w:t>this question is from master sahib shah.</w:t>
      </w:r>
    </w:p>
    <w:p>
      <w:pPr>
        <w:jc w:val="right"/>
      </w:pPr>
      <w:r>
        <w:t>دسکوئسچن ازفر اممس ٹر صاحبشاہ ۔</w:t>
      </w:r>
    </w:p>
    <w:p>
      <w:r>
        <w:rPr>
          <w:b/>
        </w:rPr>
        <w:t xml:space="preserve">[1:39:02] </w:t>
      </w:r>
      <w:r>
        <w:t>according to you, there are not any madrasas that give knowledge and right sense, and there are not ulema who has done a good job in Islam.</w:t>
      </w:r>
    </w:p>
    <w:p>
      <w:pPr>
        <w:jc w:val="right"/>
      </w:pPr>
      <w:r>
        <w:t>اکارڈنگٹویو،دیرآرناٹاینیمدر ساس دیٹگیو نالج اندارائٹ سینس، اینڈ دیرازناٹ اسنگ لعلم اء ہو ہیزڈن اگڈ جاب اناسلام ۔</w:t>
      </w:r>
    </w:p>
    <w:p>
      <w:r>
        <w:rPr>
          <w:b/>
        </w:rPr>
        <w:t xml:space="preserve">[1:39:14] </w:t>
      </w:r>
      <w:r>
        <w:t>I want to know what you have done and how many madrasas are your under the world which are running successfully.</w:t>
      </w:r>
    </w:p>
    <w:p>
      <w:pPr>
        <w:jc w:val="right"/>
      </w:pPr>
      <w:r>
        <w:t>آئیوانٹٹونو واٹیوہیوڈن اینڈہاؤمینیمدرساس آر یورزانداورلڈ وچآررننگسکسیسفلی۔</w:t>
      </w:r>
    </w:p>
    <w:p>
      <w:r>
        <w:rPr>
          <w:b/>
        </w:rPr>
        <w:t xml:space="preserve">[1:39:24] </w:t>
      </w:r>
      <w:r>
        <w:t>dekhiye, hum jo kaam kar rahe hain, woh aap ke barabar aate nahin hain. agar pata hota to aap ko</w:t>
      </w:r>
    </w:p>
    <w:p>
      <w:pPr>
        <w:jc w:val="right"/>
      </w:pPr>
      <w:r>
        <w:t>دیکھیے، ہمجو کامکررہےہیں،وہآپکے برابرآتےنہیںہیں۔اگرپتہہوتوآپکو</w:t>
      </w:r>
    </w:p>
    <w:p>
      <w:r>
        <w:rPr>
          <w:b/>
        </w:rPr>
        <w:t xml:space="preserve">[1:39:30] </w:t>
      </w:r>
      <w:r>
        <w:t>hum jo kaam kar rahe hain, is ko jaanna itne aasani se nahin jaan sakte. aap is ko is class mein regular aaiye, aap hamari kitaab padhiye, aap to aap ko pata chal jaye ga ke hum kya kaam kar rahe hain.</w:t>
      </w:r>
    </w:p>
    <w:p>
      <w:pPr>
        <w:jc w:val="right"/>
      </w:pPr>
      <w:r>
        <w:t>ہمجوکامکررہےہیں،اسکوجان نا اتنےآسانیسےنہیںجانسکتے۔آپاسکو اس کلاسمیںریگولرآئیے،آپ ہماریکتاب یںپڑھیے،آپ توآپکو پتہچلجائےگاکہہمکیاکامکررہےہیں۔</w:t>
      </w:r>
    </w:p>
    <w:p>
      <w:r>
        <w:rPr>
          <w:b/>
        </w:rPr>
        <w:t xml:space="preserve">[1:39:43] </w:t>
      </w:r>
      <w:r>
        <w:t>Rasool Allah jo Makkah mein kaam kar rahe the na, to mushkil kehte hain yeh kya hai? koi kaam hai? koi yeh kya kar rahe hain? aap</w:t>
      </w:r>
    </w:p>
    <w:p>
      <w:pPr>
        <w:jc w:val="right"/>
      </w:pPr>
      <w:r>
        <w:t>رسولاللہ جو مکہمیںکامکررہےتھےنا، تو مشکل کہتےہیںیہکیاہے؟کوئی کامہے؟کوئی یہکیاکررہےہیں؟آپ</w:t>
      </w:r>
    </w:p>
    <w:p>
      <w:r>
        <w:rPr>
          <w:b/>
        </w:rPr>
        <w:t xml:space="preserve">[1:39:52] </w:t>
      </w:r>
      <w:r>
        <w:t>jab aap ne Safa ke tile par khade ho kar ke address kiya tha un ko, to aap ke chacha jo ke naam Abu Lahab mashhoor hai, kaha: "tum Allah Allah!</w:t>
      </w:r>
    </w:p>
    <w:p>
      <w:pPr>
        <w:jc w:val="right"/>
      </w:pPr>
      <w:r>
        <w:t>جب آپ نے صفاکےٹیلےپرکھڑےہوکرکےایڈریسکیاتھاانکو ،تو آپکےچچا جوکہنام ابولہبمشہورہے، کہا:"تماللہ اللہ !</w:t>
      </w:r>
    </w:p>
    <w:p>
      <w:r>
        <w:rPr>
          <w:b/>
        </w:rPr>
        <w:t xml:space="preserve">[1:40:06] </w:t>
      </w:r>
      <w:r>
        <w:t>tumhara bara ho, usi ke liye humein bulaya tha. hamare kaam ki value kya hai? us ke liye aap ko yeh karna ho ga. kamaz kam ek sal tak regular aaiye, time par aaiye, 10:30 par aap pahunch jaiye aur saath literature padhiye</w:t>
      </w:r>
    </w:p>
    <w:p>
      <w:pPr>
        <w:jc w:val="right"/>
      </w:pPr>
      <w:r>
        <w:t>تمہارابراہو،اسیکےلیےہمیںبلایاتھا۔ ہمارے کامکی ویلیوکیاہے؟اسکےلیےآپکو یہکرناہوگا۔کمازکمایکسالتک ریگولرآئیے، ٹائمپرآئیے،10:30پرآپپہنچجائیے اورساتھلٹریچرپڑھیے</w:t>
      </w:r>
    </w:p>
    <w:p>
      <w:r>
        <w:rPr>
          <w:b/>
        </w:rPr>
        <w:t xml:space="preserve">[1:40:20] </w:t>
      </w:r>
      <w:r>
        <w:t>taake aap ko maloom ho ke hum kya kaam kar rahe hain. abhi main yahan par bol doon to abhi nahin samajh sakte ke aap kya kaam kar rahe hain.</w:t>
      </w:r>
    </w:p>
    <w:p>
      <w:pPr>
        <w:jc w:val="right"/>
      </w:pPr>
      <w:r>
        <w:t>تاکہآپکومعلومہوکہہمکیاکامکررہےہیں۔ ابھیمیںیہاںپربول دوںتوابھینہیںسمجھسکتےکہآپ کیاکامکررہےہیں۔</w:t>
      </w:r>
    </w:p>
    <w:p>
      <w:r>
        <w:rPr>
          <w:b/>
        </w:rPr>
        <w:t xml:space="preserve">[1:40:30] </w:t>
      </w:r>
      <w:r>
        <w:t>tu agar aap chahte hain jan na ke hum kya kaam kar rahe hain, to bajaye is tarah ke sawal karne ke, aap ye kijiye ke hamari do sau kitaben hain, isko padhiye.</w:t>
      </w:r>
    </w:p>
    <w:p>
      <w:pPr>
        <w:jc w:val="right"/>
      </w:pPr>
      <w:r>
        <w:t>تواگر آپ چاہتےہیںجان ناکہہمکیا کامکررہےہیں، تو بجائے اسطرحکےسوالکرنے کے ،آپیہکیجئےکہہماریدو سوکتاب یںہیں،اسکوپڑھیے۔</w:t>
      </w:r>
    </w:p>
    <w:p>
      <w:r>
        <w:rPr>
          <w:b/>
        </w:rPr>
        <w:t xml:space="preserve">[1:40:42] </w:t>
      </w:r>
      <w:r>
        <w:t>yahan par aap regular tareeqe se aaiye, ek saal tak ye kijiye.</w:t>
      </w:r>
    </w:p>
    <w:p>
      <w:pPr>
        <w:jc w:val="right"/>
      </w:pPr>
      <w:r>
        <w:t>یہاںپر آپریگولرطریقےسےآئیے، ایک سالتک یہکیجئے۔</w:t>
      </w:r>
    </w:p>
    <w:p>
      <w:r>
        <w:rPr>
          <w:b/>
        </w:rPr>
        <w:t xml:space="preserve">[1:40:47] </w:t>
      </w:r>
      <w:r>
        <w:t>aap iske baad aap sawal kijiye to phir main jawab dunga, inshallah. This is from Maulana Muhammad Sarfaraz Kazmi from the web.</w:t>
      </w:r>
    </w:p>
    <w:p>
      <w:pPr>
        <w:jc w:val="right"/>
      </w:pPr>
      <w:r>
        <w:t>آپ اسکےبعد آپسوالکیجئےتوپھرمیںجوابدوںگا،انشاءاللہ۔ دسکوئسچنازفر ام مول انا محمد س رفراز کاظمیفرامدی وبند۔</w:t>
      </w:r>
    </w:p>
    <w:p>
      <w:r>
        <w:rPr>
          <w:b/>
        </w:rPr>
        <w:t xml:space="preserve">[1:41:00] </w:t>
      </w:r>
      <w:r>
        <w:t>huzoor ke zamane mein auraton ki taleem ka kya tareeqa tha? makhlut ya infiradi</w:t>
      </w:r>
    </w:p>
    <w:p>
      <w:pPr>
        <w:jc w:val="right"/>
      </w:pPr>
      <w:r>
        <w:t>حضورکے زمان ےمیں عورتوںکی تعلیم کاکیا طریقہتھا ؟ مخلوط یا انفر ادی</w:t>
      </w:r>
    </w:p>
    <w:p>
      <w:r>
        <w:rPr>
          <w:b/>
        </w:rPr>
        <w:t xml:space="preserve">[1:41:07] </w:t>
      </w:r>
      <w:r>
        <w:t>? aapka mauzu tha imaan aur quran, lekin bande ko mehsoos hua ke aap ka poora khatab ek abr par tanqeed aur halaat par tabsaray par musht milat tha, jo asal mauzu tha.</w:t>
      </w:r>
    </w:p>
    <w:p>
      <w:pPr>
        <w:jc w:val="right"/>
      </w:pPr>
      <w:r>
        <w:t>؟آپکا موضوعتھا ایماناور قرآن، لیکن بندےکو محسوس ہوا کہآپ کا پوراخط اب اک ابر پر تنقید اور حالات پر تب صرےپر مشت ملتھا، جو اصل موضوعتھا۔</w:t>
      </w:r>
    </w:p>
    <w:p>
      <w:r>
        <w:rPr>
          <w:b/>
        </w:rPr>
        <w:t xml:space="preserve">[1:41:23] </w:t>
      </w:r>
      <w:r>
        <w:t>iske mutalliq kalam nahi hua ke imaan kya hai aur quran ki taleem ka kya tareeqa hai? bachchon ko kis tarah padhayen</w:t>
      </w:r>
    </w:p>
    <w:p>
      <w:pPr>
        <w:jc w:val="right"/>
      </w:pPr>
      <w:r>
        <w:t>اسکے متعلق کلامنہیں ہوا کہ ایمانکیاہے اور قرآنکی تعلیم کاکیا طریقہہے؟ بچوںکوکسطرح پڑھائیں</w:t>
      </w:r>
    </w:p>
    <w:p>
      <w:r>
        <w:rPr>
          <w:b/>
        </w:rPr>
        <w:t xml:space="preserve">[1:41:33] </w:t>
      </w:r>
      <w:r>
        <w:t>? quran o hadith ko samajhne ka tareeqa aap ke nazdeek sab se behtar kya hai? wahi baat aapse bhi kahunga, shayad aap pehli baar aaye hon yahan par.</w:t>
      </w:r>
    </w:p>
    <w:p>
      <w:pPr>
        <w:jc w:val="right"/>
      </w:pPr>
      <w:r>
        <w:t>؟ قرآنوحدیثکو سمجھ انےکا طریقہ آپ کے نزدیک سبسےبہترکیاہے؟ وہیباتآپسےبھیکہوںگا،شایدآپ پہلیبار آئےہوںیہاںپر ۔</w:t>
      </w:r>
    </w:p>
    <w:p>
      <w:r>
        <w:rPr>
          <w:b/>
        </w:rPr>
        <w:t xml:space="preserve">[1:41:45] </w:t>
      </w:r>
      <w:r>
        <w:t>kisi ke kaam ko yahan par kaam creative kaam hai. creative kaam, isko is tarah aap nahi samajh sakte. ya to aap ignore kijiye ke hamein jaanna nahi hai, tum jo kuch bhi kar rahe ho, hum apni jagah must hain.</w:t>
      </w:r>
    </w:p>
    <w:p>
      <w:pPr>
        <w:jc w:val="right"/>
      </w:pPr>
      <w:r>
        <w:t>کسی کے کامکو یہاںپر کام کریٹیوکام ہے۔کریٹیوکام ، اسکواسطرحآپنہیںسمجھسکتے۔ یاتوآپ اگنورکیجئےکہہمیںجاننانہیںہے،تم جوکچھبھیکررہےہو، ہم اپنیجگہمست ہیں۔</w:t>
      </w:r>
    </w:p>
    <w:p>
      <w:r>
        <w:rPr>
          <w:b/>
        </w:rPr>
        <w:t xml:space="preserve">[1:41:59] </w:t>
      </w:r>
      <w:r>
        <w:t>ya to ye rawaiyya ikhtiyar kijiye aap</w:t>
      </w:r>
    </w:p>
    <w:p>
      <w:pPr>
        <w:jc w:val="right"/>
      </w:pPr>
      <w:r>
        <w:t>یاتویہروی ہاختیارکیجئےآپ</w:t>
      </w:r>
    </w:p>
    <w:p>
      <w:r>
        <w:rPr>
          <w:b/>
        </w:rPr>
        <w:t xml:space="preserve">[1:42:01] </w:t>
      </w:r>
      <w:r>
        <w:t>ke aap ye kahein ke mujhe to jaanne nahi hai, tum tum jo chahe karo ya na karo, hamein is se koi matlab nahi. aur agar jaanna hai to phir aap ko is tareeqe se karna chahiye jis tareeqe se jaana jaata hai kisi cheez ko, ek creative kaam ko.</w:t>
      </w:r>
    </w:p>
    <w:p>
      <w:pPr>
        <w:jc w:val="right"/>
      </w:pPr>
      <w:r>
        <w:t>کہآپیہکہیںکہمجھےتوجاننےنہیںہے،تم تم جو چاہےکرویانہکرو،ہمیںاسسےکوئیمطلبنہیں ۔ اور اگر جان ناہےتوپھرآپ کو اسطریقےسےکرناچاہیے جسطریقےسےجاناجاتاہےکسیچیزکو ، ایککریٹیوکامکو ۔</w:t>
      </w:r>
    </w:p>
    <w:p>
      <w:r>
        <w:rPr>
          <w:b/>
        </w:rPr>
        <w:t xml:space="preserve">[1:42:15] </w:t>
      </w:r>
      <w:r>
        <w:t>wahi aapse main kahunga ke aap ek saal tak regular yahan par 10:30 par aaiye, sari kitaben padhiye. iske baad koi sawal hoga to main inshallah bataunga isko.</w:t>
      </w:r>
    </w:p>
    <w:p>
      <w:pPr>
        <w:jc w:val="right"/>
      </w:pPr>
      <w:r>
        <w:t>وہیآپسے میںکہوںگاکہآپ ایکسال تک ریگولریہاںپر 10:30پرآئیے، ساریکتاب یںپڑھیے۔ اسکےبعد کوئیسوالہوگاتومیںانشاءاللہبتاؤںگااسکو ۔</w:t>
      </w:r>
    </w:p>
    <w:p>
      <w:r>
        <w:rPr>
          <w:b/>
        </w:rPr>
        <w:t xml:space="preserve">[1:42:26] </w:t>
      </w:r>
      <w:r>
        <w:t>abhi aap ko kya bataun? main</w:t>
      </w:r>
    </w:p>
    <w:p>
      <w:pPr>
        <w:jc w:val="right"/>
      </w:pPr>
      <w:r>
        <w:t>ابھیآپ کوکیابتاؤں؟میں</w:t>
      </w:r>
    </w:p>
    <w:p>
      <w:r>
        <w:rPr>
          <w:b/>
        </w:rPr>
        <w:t xml:space="preserve">[1:42:29] </w:t>
      </w:r>
      <w:r>
        <w:t>aap ko kuch pata nahi, abcde hamare kaam ki pata nahi hai. aap hum ko to main kya bataun? ya to aap kahiye ke mujhe jaanne nahi hai, to theek hai, ye bhi ek stand hai.</w:t>
      </w:r>
    </w:p>
    <w:p>
      <w:pPr>
        <w:jc w:val="right"/>
      </w:pPr>
      <w:r>
        <w:t>آپکوکچھپتہہینہیں،اےبیسیڈیہمارےکامکیپتہنہیںہے۔آپہمکو تومیںکیابتاؤں؟ یاتوآپ کہیےکہمجھےجاننےنہیںہے، توٹھیکہے،یہبھیایک اسٹینڈہے۔</w:t>
      </w:r>
    </w:p>
    <w:p>
      <w:r>
        <w:rPr>
          <w:b/>
        </w:rPr>
        <w:t xml:space="preserve">[1:42:41] </w:t>
      </w:r>
      <w:r>
        <w:t>agar aap ko jaanna hai</w:t>
      </w:r>
    </w:p>
    <w:p>
      <w:pPr>
        <w:jc w:val="right"/>
      </w:pPr>
      <w:r>
        <w:t>اگرآپکوجانناہے</w:t>
      </w:r>
    </w:p>
    <w:p>
      <w:r>
        <w:rPr>
          <w:b/>
        </w:rPr>
        <w:t xml:space="preserve">[1:42:45] </w:t>
      </w:r>
      <w:r>
        <w:t>to phir aap ko ye karna padega.</w:t>
      </w:r>
    </w:p>
    <w:p>
      <w:pPr>
        <w:jc w:val="right"/>
      </w:pPr>
      <w:r>
        <w:t>تو پھرآپکو یہکرناپڑےگا۔</w:t>
      </w:r>
    </w:p>
    <w:p>
      <w:r>
        <w:rPr>
          <w:b/>
        </w:rPr>
        <w:t xml:space="preserve">[1:42:49] </w:t>
      </w:r>
      <w:r>
        <w:t>woh jo maine bataya ke chand Dilli ke kuch naujawan gaye the wohan par ek ek jamaat ke daftar mein, woh bees kitaben laye the angrezi ki, to unhone padhne ke baad kaha ke hamara mind address nahi hota is se.</w:t>
      </w:r>
    </w:p>
    <w:p>
      <w:pPr>
        <w:jc w:val="right"/>
      </w:pPr>
      <w:r>
        <w:t>وہجومیںنےبتایاکہ چند دلیکےکچھنوجوانگئےتھےوہاںپر ایک ایک جماعتکےدفترمیں، وہ بیسکتاب یںلائےتھےانگریزیکی، تو انہوںنےپڑھنےکےبعدکہاکہہمارامائنڈایڈریسنہیںہوتااسسے۔</w:t>
      </w:r>
    </w:p>
    <w:p>
      <w:r>
        <w:rPr>
          <w:b/>
        </w:rPr>
        <w:t xml:space="preserve">[1:43:03] </w:t>
      </w:r>
      <w:r>
        <w:t>woh naujawan mere paas aaye, hamari kitaben padhein, unhone in naujawanon ko islam mil gaya, to is mein unhone kai mahine bataye. unhone</w:t>
      </w:r>
    </w:p>
    <w:p>
      <w:pPr>
        <w:jc w:val="right"/>
      </w:pPr>
      <w:r>
        <w:t>وہینوجوانمیرےپاسآئے، ہماریکتابیںپڑھیں،انہوںنے اننوجوانوںکواسلام ملگیا، تو اسمیںانہوںنےکئیمہینےبتائے۔انہوںنے</w:t>
      </w:r>
    </w:p>
    <w:p>
      <w:r>
        <w:rPr>
          <w:b/>
        </w:rPr>
        <w:t xml:space="preserve">[1:43:14] </w:t>
      </w:r>
      <w:r>
        <w:t>to aapse main kahunga ke aap jo hai koi rai banana hai aap ko to uske mutabiq kijiye, to rai apne aap ban jayegi.</w:t>
      </w:r>
    </w:p>
    <w:p>
      <w:pPr>
        <w:jc w:val="right"/>
      </w:pPr>
      <w:r>
        <w:t>تو آپسےمیںکہوںگاکہآپجوہے کوئی رائےبناناہےآپکوتواسکےمطابق کیجئے، تو رائے اپنےآپبنجائےگی۔</w:t>
      </w:r>
    </w:p>
    <w:p>
      <w:r>
        <w:rPr>
          <w:b/>
        </w:rPr>
        <w:t xml:space="preserve">[1:43:24] </w:t>
      </w:r>
      <w:r>
        <w:t>aur tab bhi koi agar shubah baqi rehta hai to inshallah main iska jawab dunga. This is a question from Dr. Farida Khan. Why is it that people don't take lessons from their own experiences?</w:t>
      </w:r>
    </w:p>
    <w:p>
      <w:pPr>
        <w:jc w:val="right"/>
      </w:pPr>
      <w:r>
        <w:t>اورتببھیکوئیاگر شبہ باقیرہتاہےتوانشاءاللہمیںاسکاجوابدوںگا۔ دسکوئسچناز فرام ڈاکٹرفریدہخانم۔ وائیازاٹدیٹپیپلڈونٹٹیکلیسن فرامدیراونایکسپیرینسز؟</w:t>
      </w:r>
    </w:p>
    <w:p>
      <w:r>
        <w:rPr>
          <w:b/>
        </w:rPr>
        <w:t xml:space="preserve">[1:43:38] </w:t>
      </w:r>
      <w:r>
        <w:t>for instance, the actress feels to take lessons from the fact that when she can't enjoy from her already newly bought house, how can she enjoy from another house?</w:t>
      </w:r>
    </w:p>
    <w:p>
      <w:pPr>
        <w:jc w:val="right"/>
      </w:pPr>
      <w:r>
        <w:t>فار انسٹنس، دی ایکٹرس فیل زٹوٹیکالی سن فرامدا فیکٹ دیٹوینشیکانٹ انجوائےفرامہر الریڈی نیولیباٹہاؤس، ہاؤکینشی انجوائےفر امانادرہاؤس؟</w:t>
      </w:r>
    </w:p>
    <w:p>
      <w:r>
        <w:rPr>
          <w:b/>
        </w:rPr>
        <w:t xml:space="preserve">[1:43:54] </w:t>
      </w:r>
      <w:r>
        <w:t>dekhein, maine is par jahan tak socha hai, aadmi ke andar do mein se ek cheez honi chahiye: ya to bahut zyada woh sincere ho ya bahut zyada Khuda se darne wala ho.</w:t>
      </w:r>
    </w:p>
    <w:p>
      <w:pPr>
        <w:jc w:val="right"/>
      </w:pPr>
      <w:r>
        <w:t>دیکھیں،میںنےاسپرجہاںتکسوچاہے، آدمیکےاندردومیںسےایکچیزہونیچاہیے: یا تو بہت زیادہ وہسنسیئرہو یابہت زیادہ خداسےڈرنےوالاہو۔</w:t>
      </w:r>
    </w:p>
    <w:p>
      <w:r>
        <w:rPr>
          <w:b/>
        </w:rPr>
        <w:t xml:space="preserve">[1:44:06] </w:t>
      </w:r>
      <w:r>
        <w:t>warna koi cheez samajh mein nahi aayegi, is ko kuch bhi nahi samajh mein aayega.</w:t>
      </w:r>
    </w:p>
    <w:p>
      <w:pPr>
        <w:jc w:val="right"/>
      </w:pPr>
      <w:r>
        <w:t>ورنہکوئیچیزسمجھمیںنہیںآئےگی،اسکوکچھبھینہیںسمجھمیںآئےگا۔</w:t>
      </w:r>
    </w:p>
    <w:p>
      <w:r>
        <w:rPr>
          <w:b/>
        </w:rPr>
        <w:t xml:space="preserve">[1:44:12] </w:t>
      </w:r>
      <w:r>
        <w:t>ya to bahut zyada sajda ho ya bahut zyada is ko Allah ka darr ho. baqi aap kuch bhi kehte raho, woh bolta rahega, aap bolte rahenge, is ko kuch palne nahi padega.</w:t>
      </w:r>
    </w:p>
    <w:p>
      <w:pPr>
        <w:jc w:val="right"/>
      </w:pPr>
      <w:r>
        <w:t>یاتو بہت زیادہ سجدہہو یا بہت زیادہ اسکواللہ کاڈرہو۔ باقیآپکچھبھیکہتےرہیے،وہ بولتارہےگا،آپبولتےرہیںگے،اسکوکچھپلنےنہیںپڑےگا۔</w:t>
      </w:r>
    </w:p>
    <w:p>
      <w:r>
        <w:rPr>
          <w:b/>
        </w:rPr>
        <w:t xml:space="preserve">[1:44:25] </w:t>
      </w:r>
      <w:r>
        <w:t>yeh log jo hain woh sincere hain he nahi, tamashe mein jeete hain. yeh jinka maine zikr kiya</w:t>
      </w:r>
    </w:p>
    <w:p>
      <w:pPr>
        <w:jc w:val="right"/>
      </w:pPr>
      <w:r>
        <w:t>یہلوگجوہیںوہ سنسیئرہیںہینہیں، تماشےمیںجیتےہیں۔یہ جنکامیںنےذکرکیا</w:t>
      </w:r>
    </w:p>
    <w:p>
      <w:r>
        <w:rPr>
          <w:b/>
        </w:rPr>
        <w:t xml:space="preserve">[1:44:34] </w:t>
      </w:r>
      <w:r>
        <w:t>to do mein se ek cheez jinke andar hogi, woh hi samajh sakte hain baaton ko, gehri baaton ko, gehri. ya to bahut zyada sincere, sincere matlab sanjeeda,</w:t>
      </w:r>
    </w:p>
    <w:p>
      <w:pPr>
        <w:jc w:val="right"/>
      </w:pPr>
      <w:r>
        <w:t>تو دومیںسےایکچیزجنکےاندر ہوگی، وہیسمجھسکتےہیںباتوںکو ،گہریباتوںکو،گہری۔ یا تو بہت زیادہ سن سیئر، سنسیئرمطلبسنجیدہ،</w:t>
      </w:r>
    </w:p>
    <w:p>
      <w:r>
        <w:rPr>
          <w:b/>
        </w:rPr>
        <w:t xml:space="preserve">[1:44:49] </w:t>
      </w:r>
      <w:r>
        <w:t>ya bohat ziyada Allah se darne wala. warna koi baat samajh mein nahin aa sakti aadmi ko. das questionz from mister owais siddiqui.</w:t>
      </w:r>
    </w:p>
    <w:p>
      <w:pPr>
        <w:jc w:val="right"/>
      </w:pPr>
      <w:r>
        <w:t>یا بہت زیادہاللہ سےڈرنےوالا۔ ورنہکوئیبات سمجھمیںنہیںآسکتیآدمیکو۔ دسکوئسچنازفراممسٹراویس صدی قی۔</w:t>
      </w:r>
    </w:p>
    <w:p>
      <w:r>
        <w:rPr>
          <w:b/>
        </w:rPr>
        <w:t xml:space="preserve">[1:45:00] </w:t>
      </w:r>
      <w:r>
        <w:t>molana, itaz said that god has not created the world with ideal conditions for the purpose of test. so keeping that in mind, my questions whether peace can be established in the world?</w:t>
      </w:r>
    </w:p>
    <w:p>
      <w:pPr>
        <w:jc w:val="right"/>
      </w:pPr>
      <w:r>
        <w:t>مولانا،اٹاز سیڈدیٹ گاڈہیزناٹکریٹڈدسورلڈ ود آئیڈیلکنڈیشنز فار دی پرپسآف ٹیسٹ۔ سوکیپنگدسانمائنڈ ،مائیکوئسچناز ویدر پیسکینبی اسٹیبلش اندسورلڈ؟</w:t>
      </w:r>
    </w:p>
    <w:p>
      <w:r>
        <w:rPr>
          <w:b/>
        </w:rPr>
        <w:t xml:space="preserve">[1:45:19] </w:t>
      </w:r>
      <w:r>
        <w:t>dekhen, peace ka matlab yeh nahin ke saari duniya mein peace ka darya banne lage.</w:t>
      </w:r>
    </w:p>
    <w:p>
      <w:pPr>
        <w:jc w:val="right"/>
      </w:pPr>
      <w:r>
        <w:t>دیکھیں،پیس کامطلبیہنہیںکہساریدنیا میں میں پیسکادریا بننےلگے۔</w:t>
      </w:r>
    </w:p>
    <w:p>
      <w:r>
        <w:rPr>
          <w:b/>
        </w:rPr>
        <w:t xml:space="preserve">[1:45:27] </w:t>
      </w:r>
      <w:r>
        <w:t>yeh yeh matlab nahin hai. individual mind mein peace aa sakti hai. aap bas peace ka darya saari duniya bahaden.</w:t>
      </w:r>
    </w:p>
    <w:p>
      <w:pPr>
        <w:jc w:val="right"/>
      </w:pPr>
      <w:r>
        <w:t>یہ یہمطلوبینہیںہے۔ انڈیویجولمائنڈمیںپیس لاسکتےہیں۔آپ بس پیسکادریا ساری دنیا بہادیں۔</w:t>
      </w:r>
    </w:p>
    <w:p>
      <w:r>
        <w:rPr>
          <w:b/>
        </w:rPr>
        <w:t xml:space="preserve">[1:45:38] </w:t>
      </w:r>
      <w:r>
        <w:t>iski koi zaroorat hai, na isse koi faida hai. kyunke jab tak collision nahin hoga, challenge nahin hoga, competition nahin hoga to intellectual development nahin hoga.</w:t>
      </w:r>
    </w:p>
    <w:p>
      <w:pPr>
        <w:jc w:val="right"/>
      </w:pPr>
      <w:r>
        <w:t>اسکیکوئینہضرورتہے،نہاسسےکوئیفائدہہے۔ کیونکہجب تک کلیشنہیںہوگا،چیلنجنہیںہوگا، کمپیٹیشننہیںہوگا تو انٹلیکچولڈیویلپمنٹنہیںہوگا۔</w:t>
      </w:r>
    </w:p>
    <w:p>
      <w:r>
        <w:rPr>
          <w:b/>
        </w:rPr>
        <w:t xml:space="preserve">[1:45:50] </w:t>
      </w:r>
      <w:r>
        <w:t>to intellectual development ke liye zaroori hai ke khoob challenge aaye, khoob competition ho, khoob intellectual yani behasein hon, differences hon.</w:t>
      </w:r>
    </w:p>
    <w:p>
      <w:pPr>
        <w:jc w:val="right"/>
      </w:pPr>
      <w:r>
        <w:t>تو انٹلیکچولڈیویلپمنٹکےلیےضروریہےکہخوبچیلنجآئے،خوب کمپیٹیشنہو ،خوب انٹلیکچول یعنی بحثیںہوں، ڈیفرنسزہوں۔</w:t>
      </w:r>
    </w:p>
    <w:p>
      <w:r>
        <w:rPr>
          <w:b/>
        </w:rPr>
        <w:t xml:space="preserve">[1:46:01] </w:t>
      </w:r>
      <w:r>
        <w:t>to peace, jisko main kehta hoon, jisko jisko hum bolte hain peace, woh individual meaning mein bolta hoon. main ek individual ko peacefully living chahiye taake woh destruction se bachte hue apna kaam jaari rakhe.</w:t>
      </w:r>
    </w:p>
    <w:p>
      <w:pPr>
        <w:jc w:val="right"/>
      </w:pPr>
      <w:r>
        <w:t>تو پیس،جسکومیںکہتاہوں،جس کو جسکوہمبولتےہیں پیس، وہ انڈیویج ول معنیمیںبولتاہوں۔میں ایک انڈیویجولکو پیسفللیونگچاہیے تاکہوہ ڈسٹرکشنسےبچتےہوئے اپناکامجاریرکھ ے۔</w:t>
      </w:r>
    </w:p>
    <w:p>
      <w:r>
        <w:rPr>
          <w:b/>
        </w:rPr>
        <w:t xml:space="preserve">[1:46:15] </w:t>
      </w:r>
      <w:r>
        <w:t>baqi saari duniya mein har taraf peace ka darya bahe, woh woh woh woh koi aisi cheez nahin jo matlooba ho, na na possible hai, na matlooba hai.</w:t>
      </w:r>
    </w:p>
    <w:p>
      <w:pPr>
        <w:jc w:val="right"/>
      </w:pPr>
      <w:r>
        <w:t>باقی ساریدنیا میں ہر طرف پیسکادریا بہے، وہ وہ وہ وہکوئی ایسیچیزنہیں جو مطلوبہو، نہ نہ پاسیبلہے،نہمطلوبہے۔</w:t>
      </w:r>
    </w:p>
    <w:p>
      <w:r>
        <w:rPr>
          <w:b/>
        </w:rPr>
        <w:t xml:space="preserve">[1:46:32] </w:t>
      </w:r>
      <w:r>
        <w:t>das questions from Maulana Zaki Nadvi. what is your suggestion to build the mind for those who are not living in Delhi as they can't attend your weekly classes?</w:t>
      </w:r>
    </w:p>
    <w:p>
      <w:pPr>
        <w:jc w:val="right"/>
      </w:pPr>
      <w:r>
        <w:t>دسکوئسچناز فراممولانا زکوان ندوی۔ واٹازیورسجیشنٹوبلڈدی مائنڈ فار دوز ہو آرناٹلیونگان دہلی ایزدےکانٹاٹینڈیورویکلیکلاسز؟</w:t>
      </w:r>
    </w:p>
    <w:p>
      <w:r>
        <w:rPr>
          <w:b/>
        </w:rPr>
        <w:t xml:space="preserve">[1:46:46] </w:t>
      </w:r>
      <w:r>
        <w:t>wohi video mangwayen, video cassette kehte hain isko, DVD, waisi CD. haan, har haftah jo yahan program hota hai, aap iski iski woh recording hoti hai.</w:t>
      </w:r>
    </w:p>
    <w:p>
      <w:pPr>
        <w:jc w:val="right"/>
      </w:pPr>
      <w:r>
        <w:t>وہیویڈیو منگوائیں، ویڈیو سیڈیکہاکہتےہیںاسکو، ڈیویڈی،ویسیڈی۔ہاں، ہرہفتہ جو یہاںپروگرامہوتاہے، آپ اسکی اسکی وہ ریکارڈنگہوتیہے۔</w:t>
      </w:r>
    </w:p>
    <w:p>
      <w:r>
        <w:rPr>
          <w:b/>
        </w:rPr>
        <w:t xml:space="preserve">[1:47:01] </w:t>
      </w:r>
      <w:r>
        <w:t>to ab kitabein padhen aur yeh recording mangwa kar isko dekhen. isko barabar hum communication ke zamane mein hain, pehle zamane ki baat nahin hai.</w:t>
      </w:r>
    </w:p>
    <w:p>
      <w:pPr>
        <w:jc w:val="right"/>
      </w:pPr>
      <w:r>
        <w:t>تو اب کتاب یںپڑھیںاوریہ ریکارڈنگ منگواکراسکو دیکھیں۔اسکو برابر ہم کمیونیکیشنکےزمان ےمیںہیں، پہلے زمانےکیباتنہیں ہے۔</w:t>
      </w:r>
    </w:p>
    <w:p>
      <w:r>
        <w:rPr>
          <w:b/>
        </w:rPr>
        <w:t xml:space="preserve">[1:47:15] </w:t>
      </w:r>
      <w:r>
        <w:t>ab to communication ki wajah se aap kahin bhi duniya mein hon, aap isse yani faida utha sakte hain. to main yeh kahunga ke jo sincere hon, jo sachmuch jaanna chahte hon,</w:t>
      </w:r>
    </w:p>
    <w:p>
      <w:pPr>
        <w:jc w:val="right"/>
      </w:pPr>
      <w:r>
        <w:t>ابتوکمیونیکیشنکیوجہسےآپ کہیںبھیدنیامیںہوں، آپ اسسے یعنی فائدہاٹھاسکتےہیں۔ تومیں یہیکہوںگاکہ جو سن سیئرہوں،جوسچمچجانناچاہتےہوں،</w:t>
      </w:r>
    </w:p>
    <w:p>
      <w:r>
        <w:rPr>
          <w:b/>
        </w:rPr>
        <w:t xml:space="preserve">[1:47:28] </w:t>
      </w:r>
      <w:r>
        <w:t>woh ek taraf literature padhen, doosri taraf yeh jo wahan par jo recording ho rahi hai, isko mangwa kar ke isko dekhen barabar. to inshallah woh kam az kam baatein to unko poori tarah maloom ho jayegi. ab iske baad unko faisla karna hai jo karna hai.</w:t>
      </w:r>
    </w:p>
    <w:p>
      <w:pPr>
        <w:jc w:val="right"/>
      </w:pPr>
      <w:r>
        <w:t>وہ ایکطرف لٹریچرپڑھیں، دوسریطرفیہجووہاںپر جو ریکارڈنگہورہیہے،اسکومنگواکرکے اسکودیکھیںبرابر ۔ توانشاءاللہوہ کم ازکمباتتوانکو پوریطرحمعلومہوجائےگی۔اباسکےبعد انکوفیصلہکرناہےجوکرناہے۔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