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Remembrance Memorial Service Honouring Maulana Wahiduddin Khan - 25 April 2021</w:t>
      </w:r>
    </w:p>
    <w:p>
      <w:r>
        <w:t>https://www.youtube.com/watch?v=7FuPpaskfBQ</w:t>
      </w:r>
    </w:p>
    <w:p>
      <w:r>
        <w:rPr>
          <w:b/>
        </w:rPr>
        <w:t xml:space="preserve">[00:09] </w:t>
      </w:r>
      <w:r>
        <w:t>and, uh, in the course of my work, i've, uh, done many programs on interfaith work and, uh, with, with owais as my partner, and of course associated with maulana saab and, and his, and his, and his organization.</w:t>
      </w:r>
    </w:p>
    <w:p>
      <w:pPr>
        <w:jc w:val="right"/>
      </w:pPr>
      <w:r>
        <w:t>And, uh, in the course of my work, I've, uh, done many programs on interfaith work and, uh, with, with Owais as my partner, and of course associated with Maulana Saab and, and his, and his, and his organization.</w:t>
      </w:r>
    </w:p>
    <w:p>
      <w:r>
        <w:rPr>
          <w:b/>
        </w:rPr>
        <w:t xml:space="preserve">[00:22] </w:t>
      </w:r>
      <w:r>
        <w:t>but i must admit that i didnt know much about him initially. this was something which was, which was not part of our daily work in, in ajc, nor, uh, at least in my side of, of ajc.</w:t>
      </w:r>
    </w:p>
    <w:p>
      <w:pPr>
        <w:jc w:val="right"/>
      </w:pPr>
      <w:r>
        <w:t>But I must admit that I didn't know much about him initially. This was something which was, which was not part of our daily work in, in AJC, nor, uh, at least in my side of, of AJC.</w:t>
      </w:r>
    </w:p>
    <w:p>
      <w:r>
        <w:rPr>
          <w:b/>
        </w:rPr>
        <w:t xml:space="preserve">[00:38] </w:t>
      </w:r>
      <w:r>
        <w:t>rabbi rosen would mention it, that he had people there, and when i would speak about it to many islamic scholars and others, they would talk about, uh, "have you associated with maulana saab?" i said, "not as yet." whenever i would whenever there would be any kind of a conversation on, on interfaith work, on understanding islam, his name would always come up at talk, always.</w:t>
      </w:r>
    </w:p>
    <w:p>
      <w:pPr>
        <w:jc w:val="right"/>
      </w:pPr>
      <w:r>
        <w:t>Rabbi Rosen would mention it, that he had people there, and when I would speak about it to many Islamic scholars and others, they would talk about, uh, "Have you associated with Maulana Saab?" I said, "Not as yet." Whenever I would whenever there would be any kind of a conversation on, on interfaith work, on understanding Islam, his name would always come up at talk, always.</w:t>
      </w:r>
    </w:p>
    <w:p>
      <w:r>
        <w:rPr>
          <w:b/>
        </w:rPr>
        <w:t xml:space="preserve">[01:03] </w:t>
      </w:r>
      <w:r>
        <w:t>and i had the fortune of meeting, uh, maulana saab twice, one with, uh, rabbi rosen and one on my own when i came to see him about a couple of years ago. and even then, although his health was not at the best of times there, even then, i still remember sitting down, and every word he said had such wisdom in it, every single word.</w:t>
      </w:r>
    </w:p>
    <w:p>
      <w:pPr>
        <w:jc w:val="right"/>
      </w:pPr>
      <w:r>
        <w:t>And I had the fortune of meeting, uh, Maulana Saab twice, one with, uh, Rabbi Rosen and one on my own when I came to see him about a couple of years ago. And even then, although his health was not at the best of times there, even then, I still remember sitting down, and every word he said had such wisdom in it, every single word.</w:t>
      </w:r>
    </w:p>
    <w:p>
      <w:r>
        <w:rPr>
          <w:b/>
        </w:rPr>
        <w:t xml:space="preserve">[01:25] </w:t>
      </w:r>
      <w:r>
        <w:t>it was worth listening to what he had to say at all times.</w:t>
      </w:r>
    </w:p>
    <w:p>
      <w:pPr>
        <w:jc w:val="right"/>
      </w:pPr>
      <w:r>
        <w:t>It was worth listening to what he had to say at all times.</w:t>
      </w:r>
    </w:p>
    <w:p>
      <w:r>
        <w:rPr>
          <w:b/>
        </w:rPr>
        <w:t xml:space="preserve">[01:30] </w:t>
      </w:r>
      <w:r>
        <w:t>and i regret that i didnt, uh, have too much time to listen to him at all times for many, many years in the past, and that i didnt know about him for a for a long time.</w:t>
      </w:r>
    </w:p>
    <w:p>
      <w:pPr>
        <w:jc w:val="right"/>
      </w:pPr>
      <w:r>
        <w:t>And I regret that I didn't, uh, have too much time to listen to him at all times for many, many years in the past, and that I didn't know about him for a for a long time.</w:t>
      </w:r>
    </w:p>
    <w:p>
      <w:r>
        <w:rPr>
          <w:b/>
        </w:rPr>
        <w:t xml:space="preserve">[01:39] </w:t>
      </w:r>
      <w:r>
        <w:t>unfortunately, we lost him, uh, just last week, just four days ago. may god bless his soul. but, uh, but i am but, but, but i would be grateful, and im thankful that there are people who carry out his work around the country, around the world, who are familiar with his work, and, and the and the legacy is carried out forward.</w:t>
      </w:r>
    </w:p>
    <w:p>
      <w:pPr>
        <w:jc w:val="right"/>
      </w:pPr>
      <w:r>
        <w:t>Unfortunately, we lost him, uh, just last week, just four days ago. May God bless his soul. But, uh, but I am but, but, but I would be grateful, and I'm thankful that there are people who carry out his work around the country, around the world, who are familiar with his work, and, and the and the legacy is carried out forward.</w:t>
      </w:r>
    </w:p>
    <w:p>
      <w:r>
        <w:rPr>
          <w:b/>
        </w:rPr>
        <w:t xml:space="preserve">[02:00] </w:t>
      </w:r>
      <w:r>
        <w:t>and i think the this, this event is not a is not our usual format of a of a panel discussion where its a where its a question-answer session kind of thing.</w:t>
      </w:r>
    </w:p>
    <w:p>
      <w:pPr>
        <w:jc w:val="right"/>
      </w:pPr>
      <w:r>
        <w:t>And I think the this, this event is not a is not our usual format of a of a panel discussion where it's a where it's a question-answer session kind of thing.</w:t>
      </w:r>
    </w:p>
    <w:p>
      <w:r>
        <w:rPr>
          <w:b/>
        </w:rPr>
        <w:t xml:space="preserve">[02:10] </w:t>
      </w:r>
      <w:r>
        <w:t>here we would like to celebrate his life. here we would like to like people to whoever is hearing in and joining in to understand what the person behind the maulana, the, the greatness behind the person</w:t>
      </w:r>
    </w:p>
    <w:p>
      <w:pPr>
        <w:jc w:val="right"/>
      </w:pPr>
      <w:r>
        <w:t>Here we would like to celebrate his life. Here we would like to like people to whoever is hearing in and joining in to understand what the person behind the Maulana, the, the greatness behind the person</w:t>
      </w:r>
    </w:p>
    <w:p>
      <w:r>
        <w:rPr>
          <w:b/>
        </w:rPr>
        <w:t xml:space="preserve">[02:24] </w:t>
      </w:r>
      <w:r>
        <w:t>, he may have had that look where people some people who are not familiar with, with, with his with his life and others have got that, that look which is, "oh, hes got that austere look," and, "oh, hes, uh, very serious," and all that.</w:t>
      </w:r>
    </w:p>
    <w:p>
      <w:pPr>
        <w:jc w:val="right"/>
      </w:pPr>
      <w:r>
        <w:t>, he may have had that look where people some people who are not familiar with, with, with his with his life and others have got that, that look which is, "Oh, he's got that austere look," and, "Oh, he's, uh, very serious," and all that.</w:t>
      </w:r>
    </w:p>
    <w:p>
      <w:r>
        <w:rPr>
          <w:b/>
        </w:rPr>
        <w:t xml:space="preserve">[02:37] </w:t>
      </w:r>
      <w:r>
        <w:t>on the contrary, the person had a very good sense of humor, maulana saab. he used to simplify things so that others could understand</w:t>
      </w:r>
    </w:p>
    <w:p>
      <w:pPr>
        <w:jc w:val="right"/>
      </w:pPr>
      <w:r>
        <w:t>On the contrary, the person had a very good sense of humor, Maulana Saab. He used to simplify things so that others could understand</w:t>
      </w:r>
    </w:p>
    <w:p>
      <w:r>
        <w:rPr>
          <w:b/>
        </w:rPr>
        <w:t xml:space="preserve">[02:47] </w:t>
      </w:r>
      <w:r>
        <w:t>, and what and he never, ever hesitated in giving a response, the appropriate and the correct response to whatever was asked of him.</w:t>
      </w:r>
    </w:p>
    <w:p>
      <w:pPr>
        <w:jc w:val="right"/>
      </w:pPr>
      <w:r>
        <w:t>, and what and he never, ever hesitated in giving a response, the appropriate and the correct response to whatever was asked of him.</w:t>
      </w:r>
    </w:p>
    <w:p>
      <w:r>
        <w:rPr>
          <w:b/>
        </w:rPr>
        <w:t xml:space="preserve">[02:57] </w:t>
      </w:r>
      <w:r>
        <w:t>so this is going to be a very, uh, uh, relaxed e uh, one hour where we are going to discuss his life, and we will, i think, start the best way is to is to have a short prayer in his</w:t>
      </w:r>
    </w:p>
    <w:p>
      <w:pPr>
        <w:jc w:val="right"/>
      </w:pPr>
      <w:r>
        <w:t>So this is going to be a very, uh, uh, relaxed e uh, one hour where we are going to discuss his life, and we will, I think, start the best way is to is to have a short prayer in his</w:t>
      </w:r>
    </w:p>
    <w:p>
      <w:r>
        <w:rPr>
          <w:b/>
        </w:rPr>
        <w:t xml:space="preserve">[03:13] </w:t>
      </w:r>
      <w:r>
        <w:t>in his memory, and I would I'd like to invite, uh, Hafiz Saab to, to begin, his first by him and then by Rabbi Rosen.</w:t>
      </w:r>
    </w:p>
    <w:p>
      <w:pPr>
        <w:jc w:val="right"/>
      </w:pPr>
      <w:r>
        <w:t>in his memory, and I would I'd like to invite, uh, Hafiz Saab to, to begin, his first by him and then by Rabbi Rosen.</w:t>
      </w:r>
    </w:p>
    <w:p>
      <w:r>
        <w:rPr>
          <w:b/>
        </w:rPr>
        <w:t xml:space="preserve">[03:25] </w:t>
      </w:r>
      <w:r>
        <w:t>Thank you.</w:t>
      </w:r>
    </w:p>
    <w:p>
      <w:pPr>
        <w:jc w:val="right"/>
      </w:pPr>
      <w:r>
        <w:t>Thank you.</w:t>
      </w:r>
    </w:p>
    <w:p>
      <w:r>
        <w:rPr>
          <w:b/>
        </w:rPr>
        <w:t xml:space="preserve">[03:33] </w:t>
      </w:r>
      <w:r>
        <w:t>aoozu billahi minash shaitanir rajeem</w:t>
      </w:r>
    </w:p>
    <w:p>
      <w:pPr>
        <w:jc w:val="right"/>
      </w:pPr>
      <w:r>
        <w:t>أعوذ بالله من الشيطان الرجيم</w:t>
      </w:r>
    </w:p>
    <w:p>
      <w:r>
        <w:rPr>
          <w:b/>
        </w:rPr>
        <w:t xml:space="preserve">[03:39] </w:t>
      </w:r>
      <w:r>
        <w:t>. bismillah hir rahman nir raheem. ya ayuhal lazeena amano ist'eenu bis sabri was salat.</w:t>
      </w:r>
    </w:p>
    <w:p>
      <w:pPr>
        <w:jc w:val="right"/>
      </w:pPr>
      <w:r>
        <w:t>. بسم الله الرحمن الرحيم. يا أيها الذين آمنوا استعينوا بالصبر والصلاة.</w:t>
      </w:r>
    </w:p>
    <w:p>
      <w:r>
        <w:rPr>
          <w:b/>
        </w:rPr>
        <w:t xml:space="preserve">[03:58] </w:t>
      </w:r>
      <w:r>
        <w:t>innallaha ma'as sabireen.</w:t>
      </w:r>
    </w:p>
    <w:p>
      <w:pPr>
        <w:jc w:val="right"/>
      </w:pPr>
      <w:r>
        <w:t>إن الله مع الصابرين.</w:t>
      </w:r>
    </w:p>
    <w:p>
      <w:r>
        <w:rPr>
          <w:b/>
        </w:rPr>
        <w:t xml:space="preserve">[04:07] </w:t>
      </w:r>
      <w:r>
        <w:t>wala taqooloo liman yuqtalu fee sabeelillahi amwaat, bal ahya'un walakin la tash'uroon.</w:t>
      </w:r>
    </w:p>
    <w:p>
      <w:pPr>
        <w:jc w:val="right"/>
      </w:pPr>
      <w:r>
        <w:t>ولا تقولوا لمن يقتل في سبيل الله أموات، بل أحياء ولكن لا تشعرون.</w:t>
      </w:r>
    </w:p>
    <w:p>
      <w:r>
        <w:rPr>
          <w:b/>
        </w:rPr>
        <w:t xml:space="preserve">[04:28] </w:t>
      </w:r>
      <w:r>
        <w:t>walanaablunnakum bishai'in minal khawfi wal joo'i wa naqsin minal anfusi,</w:t>
      </w:r>
    </w:p>
    <w:p>
      <w:pPr>
        <w:jc w:val="right"/>
      </w:pPr>
      <w:r>
        <w:t>ولنبلونكم بشيء من الخوف والجوع ونقص من الأنفس،</w:t>
      </w:r>
    </w:p>
    <w:p>
      <w:r>
        <w:rPr>
          <w:b/>
        </w:rPr>
        <w:t xml:space="preserve">[04:42] </w:t>
      </w:r>
      <w:r>
        <w:t>wa naqsin minal amwaali wal anfusi wath thmarat. wa bashir is sabireen</w:t>
      </w:r>
    </w:p>
    <w:p>
      <w:pPr>
        <w:jc w:val="right"/>
      </w:pPr>
      <w:r>
        <w:t>ونقص من الأموال والأنفس والثمرات. وبشر الصابرين</w:t>
      </w:r>
    </w:p>
    <w:p>
      <w:r>
        <w:rPr>
          <w:b/>
        </w:rPr>
        <w:t xml:space="preserve">[04:59] </w:t>
      </w:r>
      <w:r>
        <w:t>allazeena itha asabat-hum museebatun qaloo inna lillahi wa inna ilaihi raji'oon.</w:t>
      </w:r>
    </w:p>
    <w:p>
      <w:pPr>
        <w:jc w:val="right"/>
      </w:pPr>
      <w:r>
        <w:t>الذين إذا صابتهم مصيبة قالوا إنا لله وإنا إليه راجعون.</w:t>
      </w:r>
    </w:p>
    <w:p>
      <w:r>
        <w:rPr>
          <w:b/>
        </w:rPr>
        <w:t xml:space="preserve">[05:19] </w:t>
      </w:r>
      <w:r>
        <w:t>ula'ika alaihim salawatun mir rabbihim wa rahmatun, wa ula'ika humul muhtadoon.</w:t>
      </w:r>
    </w:p>
    <w:p>
      <w:pPr>
        <w:jc w:val="right"/>
      </w:pPr>
      <w:r>
        <w:t>أولئك عليهم صلوات من ربهم ورحمة، وأولئك هم المهتدون.</w:t>
      </w:r>
    </w:p>
    <w:p>
      <w:r>
        <w:rPr>
          <w:b/>
        </w:rPr>
        <w:t xml:space="preserve">[05:39] </w:t>
      </w:r>
      <w:r>
        <w:t>I will request now Dr Maria Khan to translate the verses in English</w:t>
      </w:r>
    </w:p>
    <w:p>
      <w:pPr>
        <w:jc w:val="right"/>
      </w:pPr>
      <w:r>
        <w:t>آئی ویل ریکویسٹ ناؤ ڈاکٹر ماریہ خان ٹو ٹرانسلیٹ دا ورسز ان انگلش</w:t>
      </w:r>
    </w:p>
    <w:p>
      <w:r>
        <w:rPr>
          <w:b/>
        </w:rPr>
        <w:t xml:space="preserve">[05:46] </w:t>
      </w:r>
      <w:r>
        <w:t>. jazak Allah. thank you.</w:t>
      </w:r>
    </w:p>
    <w:p>
      <w:pPr>
        <w:jc w:val="right"/>
      </w:pPr>
      <w:r>
        <w:t>. جزاک اللہ. تھینک یو.</w:t>
      </w:r>
    </w:p>
    <w:p>
      <w:r>
        <w:rPr>
          <w:b/>
        </w:rPr>
        <w:t xml:space="preserve">[05:55] </w:t>
      </w:r>
      <w:r>
        <w:t>in the name of God, the most gracious, the most merciful. You who believe, seek help through patience and prayer.</w:t>
      </w:r>
    </w:p>
    <w:p>
      <w:pPr>
        <w:jc w:val="right"/>
      </w:pPr>
      <w:r>
        <w:t>ان دا نیم اف گاڈ، دا موسٹ گریشیس، دا موسٹ مرسی فل۔ یو ہو بیلیو، سیک ہیلپ تھرو پیشنس اینڈ پریر۔</w:t>
      </w:r>
    </w:p>
    <w:p>
      <w:r>
        <w:rPr>
          <w:b/>
        </w:rPr>
        <w:t xml:space="preserve">[06:09] </w:t>
      </w:r>
      <w:r>
        <w:t>Surely, God is with the steadfast.</w:t>
      </w:r>
    </w:p>
    <w:p>
      <w:pPr>
        <w:jc w:val="right"/>
      </w:pPr>
      <w:r>
        <w:t>شورلی، گاڈ از ود دا سٹیڈ فاسٹ۔</w:t>
      </w:r>
    </w:p>
    <w:p>
      <w:r>
        <w:rPr>
          <w:b/>
        </w:rPr>
        <w:t xml:space="preserve">[06:13] </w:t>
      </w:r>
      <w:r>
        <w:t>Do not say that those who are killed in God's calls are dead. They are alive, but you are not aware of it.</w:t>
      </w:r>
    </w:p>
    <w:p>
      <w:pPr>
        <w:jc w:val="right"/>
      </w:pPr>
      <w:r>
        <w:t>ڈو ناٹ سے دیٹ دوز ہو آر کلڈ ان گاڈز کالز آر ڈیڈ۔ دے آر الائیو، بٹ یو آر ناٹ اویر اف اٹ۔</w:t>
      </w:r>
    </w:p>
    <w:p>
      <w:r>
        <w:rPr>
          <w:b/>
        </w:rPr>
        <w:t xml:space="preserve">[06:23] </w:t>
      </w:r>
      <w:r>
        <w:t>We shall certainly test you with fear and hunger and loss of property, life and crops. Give good news to those who endeavor with fortitude.</w:t>
      </w:r>
    </w:p>
    <w:p>
      <w:pPr>
        <w:jc w:val="right"/>
      </w:pPr>
      <w:r>
        <w:t>وی شیل سرٹنلی ٹیسٹ یو ود فیئر اینڈ ہنگر اینڈ لاس اف پراپرٹی، لائف اینڈ کراپس۔ گیو گڈ نیوز ٹو دوز ہو اینڈیور ود فورٹیٹیوڈ۔</w:t>
      </w:r>
    </w:p>
    <w:p>
      <w:r>
        <w:rPr>
          <w:b/>
        </w:rPr>
        <w:t xml:space="preserve">[06:36] </w:t>
      </w:r>
      <w:r>
        <w:t>Those who save and afflicted with a calamity. We belong to God, and to Him we shall return</w:t>
      </w:r>
    </w:p>
    <w:p>
      <w:pPr>
        <w:jc w:val="right"/>
      </w:pPr>
      <w:r>
        <w:t>دوز ہو سیو اینڈ افلکٹڈ ود اے کیلامٹی۔ وی بیلانگ ٹو گاڈ، اینڈ ٹو ہم وی شیل ریٹرن</w:t>
      </w:r>
    </w:p>
    <w:p>
      <w:r>
        <w:rPr>
          <w:b/>
        </w:rPr>
        <w:t xml:space="preserve">[06:43] </w:t>
      </w:r>
      <w:r>
        <w:t>. Other ones who will have blessings and mercy from their Lord. It is they who are on the right path. Amen.</w:t>
      </w:r>
    </w:p>
    <w:p>
      <w:pPr>
        <w:jc w:val="right"/>
      </w:pPr>
      <w:r>
        <w:t>۔ ادر ونز ہو ویل ہیو بلیسنگز اینڈ مرسی فرام دیر لارڈ۔ اٹ از دے ہو آر ان دا رائٹ پاتھ۔ آمین۔</w:t>
      </w:r>
    </w:p>
    <w:p>
      <w:r>
        <w:rPr>
          <w:b/>
        </w:rPr>
        <w:t xml:space="preserve">[06:52] </w:t>
      </w:r>
      <w:r>
        <w:t>Shukriya Maria ji. Shukriya Hafiz sahib. And may I call upon David, Rabbi Rosen to</w:t>
      </w:r>
    </w:p>
    <w:p>
      <w:pPr>
        <w:jc w:val="right"/>
      </w:pPr>
      <w:r>
        <w:t>شکریہ ماریہ جی۔ شکریہ حافظ صاحب۔ اینڈ می اے کال اپون ڈیوڈ، رب روزن ٹو</w:t>
      </w:r>
    </w:p>
    <w:p>
      <w:r>
        <w:rPr>
          <w:b/>
        </w:rPr>
        <w:t xml:space="preserve">[07:01] </w:t>
      </w:r>
      <w:r>
        <w:t>. The traditional Jewish memorial prayer is called El Malay Rahamim, which means "O Lord, abundant in mercy," and therefore, in essence, is similar to the reference to the Creator and Guide of the universe as Ar-Rahman, Ar-Rahim.</w:t>
      </w:r>
    </w:p>
    <w:p>
      <w:pPr>
        <w:jc w:val="right"/>
      </w:pPr>
      <w:r>
        <w:t>۔ The traditional Jewish memorial prayer is called El Malay Rahamim, which means "O Lord, abundant in mercy," and therefore, in essence, is similar to the reference to the Creator and Guide of the universe as Ar-Rahman, Ar-Rahim.</w:t>
      </w:r>
    </w:p>
    <w:p>
      <w:r>
        <w:rPr>
          <w:b/>
        </w:rPr>
        <w:t xml:space="preserve">[07:25] </w:t>
      </w:r>
      <w:r>
        <w:t>This prayer calls on God, uh, acknowledges that the departed has been received, and prays for the eternal elevation of the soul to God's closest proximity,</w:t>
      </w:r>
    </w:p>
    <w:p>
      <w:pPr>
        <w:jc w:val="right"/>
      </w:pPr>
      <w:r>
        <w:t>This prayer calls on God, uh, acknowledges that the departed has been received, and prays for the eternal elevation of the soul to God's closest proximity,</w:t>
      </w:r>
    </w:p>
    <w:p>
      <w:r>
        <w:rPr>
          <w:b/>
        </w:rPr>
        <w:t xml:space="preserve">[07:45] </w:t>
      </w:r>
      <w:r>
        <w:t>and that the bond of that memory will be bound up in the bond of the living. El Malay Rahamim, shochen b'amei ramim,</w:t>
      </w:r>
    </w:p>
    <w:p>
      <w:pPr>
        <w:jc w:val="right"/>
      </w:pPr>
      <w:r>
        <w:t>and that the bond of that memory will be bound up in the bond of the living. El Malay Rahamim, שוכן בעם רומים,</w:t>
      </w:r>
    </w:p>
    <w:p>
      <w:r>
        <w:rPr>
          <w:b/>
        </w:rPr>
        <w:t xml:space="preserve">[08:01] </w:t>
      </w:r>
      <w:r>
        <w:t>hamotze menucha nechona tachat kanfei hashechina, b'maalot kedoshim v't'horim, bizohar harakia mazzihirim et nishmat maulan wahiduddin khan shehalach leolamav.</w:t>
      </w:r>
    </w:p>
    <w:p>
      <w:pPr>
        <w:jc w:val="right"/>
      </w:pPr>
      <w:r>
        <w:t>המוצא מנוחה נכונה תחת כנפי השכינה, במעלות קדושים וטהורים, בזוהר הרקיע מזהירים את נשמת מעולן הווחידוד עם כאן שהלך לעולמות.</w:t>
      </w:r>
    </w:p>
    <w:p>
      <w:r>
        <w:rPr>
          <w:b/>
        </w:rPr>
        <w:t xml:space="preserve">[08:21] </w:t>
      </w:r>
      <w:r>
        <w:t>Anu mitpalelim l'hizkarat nishmato, ba'al harachamim, yastirehu b'seter kanfiv leolamim, v'ytzor b'tzeror hachaim et nishmato,</w:t>
      </w:r>
    </w:p>
    <w:p>
      <w:pPr>
        <w:jc w:val="right"/>
      </w:pPr>
      <w:r>
        <w:t>אנו מתפללים להזכרת נשמתו, בעל הרחמים, יסתיריהו בסתק כנפיו לעולמים, ויצרור בצרור החיים את נשמתו,</w:t>
      </w:r>
    </w:p>
    <w:p>
      <w:r>
        <w:rPr>
          <w:b/>
        </w:rPr>
        <w:t xml:space="preserve">[08:38] </w:t>
      </w:r>
      <w:r>
        <w:t>Adonai v'nachalato, v'yanuach b'shalom al mishkivo, v'nomar amen, amen.</w:t>
      </w:r>
    </w:p>
    <w:p>
      <w:pPr>
        <w:jc w:val="right"/>
      </w:pPr>
      <w:r>
        <w:t>אדוני ונחלתו, וינוח בשלום על משכבו, ונאמר אמן, אמן.</w:t>
      </w:r>
    </w:p>
    <w:p>
      <w:r>
        <w:rPr>
          <w:b/>
        </w:rPr>
        <w:t xml:space="preserve">[08:52] </w:t>
      </w:r>
      <w:r>
        <w:t>thank you. thank you david, rozen. that is absolutely lovely. ah, difficult subject, but lets, lets kick it off and lets, as, as we said, we will talk about the about the about the man behind, the family man is well behind, behind the maulana,</w:t>
      </w:r>
    </w:p>
    <w:p>
      <w:pPr>
        <w:jc w:val="right"/>
      </w:pPr>
      <w:r>
        <w:t>تھینک یو۔ تھینک یو ڈیوڈ، روزن۔ دیٹ از ابسولیوٹلی لولی۔ اہ، ڈیفیکلٹ سبجیکٹ، بٹ لیٹس، لیٹس کک اٹ اف اینڈ لیٹس، ایز، ایز وی سیڈ، وی ویل ٹاک اباؤٹ دا اباؤٹ دا اباؤٹ دا مین بیہائنڈ، دا فیملی مین از ویل بیہائنڈ، بیہائنڈ دا مولانا،</w:t>
      </w:r>
    </w:p>
    <w:p>
      <w:r>
        <w:rPr>
          <w:b/>
        </w:rPr>
        <w:t xml:space="preserve">[09:09] </w:t>
      </w:r>
      <w:r>
        <w:t>maulana sahib. and, ah, maria, if i can start off with you? how you, you have grown up with him, you as his granddaughter.</w:t>
      </w:r>
    </w:p>
    <w:p>
      <w:pPr>
        <w:jc w:val="right"/>
      </w:pPr>
      <w:r>
        <w:t>مولانا صاحب۔ اینڈ، اہ، ماریہ، اف ائی کین سٹارٹ اف ود یو؟ ہاؤ یو، یو ہیو گرون اپ ود ہم، یو ایز ہز گرینڈ ڈاٹر۔</w:t>
      </w:r>
    </w:p>
    <w:p>
      <w:r>
        <w:rPr>
          <w:b/>
        </w:rPr>
        <w:t xml:space="preserve">[09:17] </w:t>
      </w:r>
      <w:r>
        <w:t>i have seen the close interaction that you, that you have had</w:t>
      </w:r>
    </w:p>
    <w:p>
      <w:pPr>
        <w:jc w:val="right"/>
      </w:pPr>
      <w:r>
        <w:t>ائی ہیو سین دا کلوز انٹریکشن دیٹ یو، دیٹ یو ہیو ہیڈ</w:t>
      </w:r>
    </w:p>
    <w:p>
      <w:r>
        <w:rPr>
          <w:b/>
        </w:rPr>
        <w:t xml:space="preserve">[09:21] </w:t>
      </w:r>
      <w:r>
        <w:t>. how would you describe him just as a, as a, as a grandfather, rather than the renowned well known, well, world famous maulana sahib? thank you.</w:t>
      </w:r>
    </w:p>
    <w:p>
      <w:pPr>
        <w:jc w:val="right"/>
      </w:pPr>
      <w:r>
        <w:t>۔ ہاؤ وڈ یو ڈسکرائب ہم جسٹ ایز ا، ایز ا، ایز ا گرینڈ فادر، رادر دین دا رینون ویل نون، ویل، ورلڈ فیمس مولانا صاحب؟ تھینک یو۔</w:t>
      </w:r>
    </w:p>
    <w:p>
      <w:r>
        <w:rPr>
          <w:b/>
        </w:rPr>
        <w:t xml:space="preserve">[09:32] </w:t>
      </w:r>
      <w:r>
        <w:t>thank you mr arjun. thank you brother awais. and seeing rubai rozen in the panel, the memory came back alive when he last visited maulana at his home in delhi in the year 2017.</w:t>
      </w:r>
    </w:p>
    <w:p>
      <w:pPr>
        <w:jc w:val="right"/>
      </w:pPr>
      <w:r>
        <w:t>تھینک یو مسٹر ارجون۔ تھینک یو برادر اویز۔ اینڈ سیئنگ ربائی روزن ان دا پینل، دا میموری کیم بیک الائیو وین ہی لاسٹ وزٹڈ مولانا ایٹ ہز ہوم ان دہلی ان دا ایئر 2017۔</w:t>
      </w:r>
    </w:p>
    <w:p>
      <w:r>
        <w:rPr>
          <w:b/>
        </w:rPr>
        <w:t xml:space="preserve">[09:47] </w:t>
      </w:r>
      <w:r>
        <w:t>and at that point, dr rajat and even professor farida khanum was in the room, and i remember it was a very fruitful and a very peaceful meeting and exchange.</w:t>
      </w:r>
    </w:p>
    <w:p>
      <w:pPr>
        <w:jc w:val="right"/>
      </w:pPr>
      <w:r>
        <w:t>اینڈ ایٹ دیٹ پوائنٹ، ڈاکٹر رجت اینڈ ایون پروفیسر فریدہ خانم واز ان دا روم، اینڈ ائی ریممبر اٹ واز ا ویری فروٹ فل اینڈ ا ویری پیس فل میٹنگ اینڈ ایکسچینج۔</w:t>
      </w:r>
    </w:p>
    <w:p>
      <w:r>
        <w:rPr>
          <w:b/>
        </w:rPr>
        <w:t xml:space="preserve">[10:00] </w:t>
      </w:r>
      <w:r>
        <w:t>and i was just listening to a member of center for peace and spirituality from kolkata, mr mohammad abdullah, and he was sharing his remarks on the passing of the maulana.</w:t>
      </w:r>
    </w:p>
    <w:p>
      <w:pPr>
        <w:jc w:val="right"/>
      </w:pPr>
      <w:r>
        <w:t>اینڈ ائی واز جسٹ لسننگ ٹو ا ممبر اف سینٹر فار پیس اینڈ سپرچویلٹی فرام کلکتہ، مسٹر محمد عبداللہ، اینڈ ہی واز شیئرنگ ہز ریمارکس ان دا پاسنگ اف دا مولانا۔</w:t>
      </w:r>
    </w:p>
    <w:p>
      <w:r>
        <w:rPr>
          <w:b/>
        </w:rPr>
        <w:t xml:space="preserve">[10:13] </w:t>
      </w:r>
      <w:r>
        <w:t>and he said that, he very rightly said that, it seems that maulana was a giant tree of learning and wisdom, and we are still sitting under the shade of this tree which is providing us with coolness and peace</w:t>
      </w:r>
    </w:p>
    <w:p>
      <w:pPr>
        <w:jc w:val="right"/>
      </w:pPr>
      <w:r>
        <w:t>اینڈ ہی سیڈ دیٹ، ہی ویری رائٹلی سیڈ دیٹ، اٹ سیمز دیٹ مولانا واز ا جائنٹ ٹری اف لرننگ اینڈ وزڈم، اینڈ وی ار سٹل سٹنگ انڈر دا شیڈ اف دس ٹری وچ از پرووائیڈنگ اس ود کولنس اینڈ پیس</w:t>
      </w:r>
    </w:p>
    <w:p>
      <w:r>
        <w:rPr>
          <w:b/>
        </w:rPr>
        <w:t xml:space="preserve">[10:30] </w:t>
      </w:r>
      <w:r>
        <w:t>. so this is, i think, exactly what i feel about the maulana. and i started seriously interacting with maulana when i was barely out of school.</w:t>
      </w:r>
    </w:p>
    <w:p>
      <w:pPr>
        <w:jc w:val="right"/>
      </w:pPr>
      <w:r>
        <w:t>۔ سو دس از، ائی تھنک، ایگزیکٹلی واٹ ائی فیل اباؤٹ دا مولانا۔ اینڈ ائی سٹارٹڈ سیریسلی انٹریکٹنگ ود مولانا وین ائی واز بیرلی اؤٹ اف سکول۔</w:t>
      </w:r>
    </w:p>
    <w:p>
      <w:r>
        <w:rPr>
          <w:b/>
        </w:rPr>
        <w:t xml:space="preserve">[10:40] </w:t>
      </w:r>
      <w:r>
        <w:t>and the first, ah, discovery that i had of maulana, or the first attribute of his which i discovered, was that he really respected every person, because i was extremely junior at that time, very immature, i had no knowledge.</w:t>
      </w:r>
    </w:p>
    <w:p>
      <w:pPr>
        <w:jc w:val="right"/>
      </w:pPr>
      <w:r>
        <w:t>اینڈ دا فرسٹ، اہ، ڈسکوری دیٹ ائی ہیڈ اف مولانا، اور دا فرسٹ ایٹریبیوٹ اف ہز وچ ائی ڈسکورڈ، واز دیٹ ہی ریلی ریسپیکٹڈ ایوری پرسن، بیکاز ائی واز ایکسٹریملی جونیئر ایٹ دیٹ ٹائم، ویری ام میچور، ائی ہیڈ نو نالج۔</w:t>
      </w:r>
    </w:p>
    <w:p>
      <w:r>
        <w:rPr>
          <w:b/>
        </w:rPr>
        <w:t xml:space="preserve">[10:58] </w:t>
      </w:r>
      <w:r>
        <w:t>and i used to pester him with a lot of questions, and he would patiently answer all of my questions. and not only that, he would then call me back and ask me, "i hope your questions have been answered, and if you have any further queries in your m</w:t>
      </w:r>
    </w:p>
    <w:p>
      <w:pPr>
        <w:jc w:val="right"/>
      </w:pPr>
      <w:r>
        <w:t>اینڈ ائی یوز ٹو پیسٹر ہم ود ا لاٹ اف کوئسچنز، اینڈ ہی وڈ پیشنٹلی انسر ال اف مائی کوئسچنز۔ اینڈ ناٹ اونلی دیٹ، ہی وڈ دین کال می بیک اینڈ اسک می، "ائی ہوپ یور کوئسچنز ہیو بین انسرڈ، اینڈ اف یو ہیو اینی فردر کوئریز ان یور م</w:t>
      </w:r>
    </w:p>
    <w:p>
      <w:r>
        <w:rPr>
          <w:b/>
        </w:rPr>
        <w:t xml:space="preserve">[11:15] </w:t>
      </w:r>
      <w:r>
        <w:t>ind." so this is the way maulana really trained us all. and in every person i saw that maulana a so great potential, and he inspired and guided us to fully actualize a potential.</w:t>
      </w:r>
    </w:p>
    <w:p>
      <w:pPr>
        <w:jc w:val="right"/>
      </w:pPr>
      <w:r>
        <w:t>ائنڈ۔" سو دس از دا وے مولانا ریلی ٹرینڈ اس ال۔ اینڈ ان ایوریینگ پرسن ائی سو دیٹ مولانا ا سو گریٹ پوٹینشل، اینڈ ہی انسپائرڈ اینڈ گائیڈڈ اس ٹو فلی ایکچولائز ا پوٹینشل۔</w:t>
      </w:r>
    </w:p>
    <w:p>
      <w:r>
        <w:rPr>
          <w:b/>
        </w:rPr>
        <w:t xml:space="preserve">[11:30] </w:t>
      </w:r>
      <w:r>
        <w:t>and one of the things which i think everybody who came close to maulana notices was that he was extremely open and very approach</w:t>
      </w:r>
    </w:p>
    <w:p>
      <w:pPr>
        <w:jc w:val="right"/>
      </w:pPr>
      <w:r>
        <w:t>اینڈ ون اف دا تھنگز وچ ائی تھنک ایوری بڈی ہو کیم کلوز ٹو مولانا نوٹس واز دیٹ ہی واز ایکسٹریملی اوپن اینڈ ویری اپروچ</w:t>
      </w:r>
    </w:p>
    <w:p>
      <w:r>
        <w:rPr>
          <w:b/>
        </w:rPr>
        <w:t xml:space="preserve">[11:41] </w:t>
      </w:r>
      <w:r>
        <w:t>ble. so he did not have the demeanor of a grand imposing figure, whom you could speak only from a distance or after taking extensive appointments.</w:t>
      </w:r>
    </w:p>
    <w:p>
      <w:pPr>
        <w:jc w:val="right"/>
      </w:pPr>
      <w:r>
        <w:t>بل۔ سو ہی ڈیڈ ناٹ ہیو دا ڈیمینر اف ا گرینڈ امپوزنگ فیگر، ہوم یو کڈ سپیک اونلی فرام ا ڈسٹنس اور افٹر ٹیکنگ ایکسٹینسو اپوائنٹمنٹس۔</w:t>
      </w:r>
    </w:p>
    <w:p>
      <w:r>
        <w:rPr>
          <w:b/>
        </w:rPr>
        <w:t xml:space="preserve">[11:52] </w:t>
      </w:r>
      <w:r>
        <w:t>rather i noticed that maulana would, ah, generously share his wisdom with anyone who came to his home.</w:t>
      </w:r>
    </w:p>
    <w:p>
      <w:pPr>
        <w:jc w:val="right"/>
      </w:pPr>
      <w:r>
        <w:t>رادر ائی نوٹس دیٹ مولانا وڈ، اہ، جنرسلی شیئر ہز وزڈم ود اینی ون ہو کیم ٹو ہز ہوم۔</w:t>
      </w:r>
    </w:p>
    <w:p>
      <w:r>
        <w:rPr>
          <w:b/>
        </w:rPr>
        <w:t xml:space="preserve">[12:01] </w:t>
      </w:r>
      <w:r>
        <w:t>and one of his ways, very interesting ways of involving a person in his conversation was that he would ask that person opinion in what maulana shared with him.</w:t>
      </w:r>
    </w:p>
    <w:p>
      <w:pPr>
        <w:jc w:val="right"/>
      </w:pPr>
      <w:r>
        <w:t>اینڈ ون اف ہز ویز، ویری انٹرسٹنگ ویز اف انوالونگ ا پرسن ان ہز کنورسیشن واز دیٹ ہی وڈ اسک دیٹ پرسن اپینین ان واٹ مولانا شیئرڈ ود ہم۔</w:t>
      </w:r>
    </w:p>
    <w:p>
      <w:r>
        <w:rPr>
          <w:b/>
        </w:rPr>
        <w:t xml:space="preserve">[12:13] </w:t>
      </w:r>
      <w:r>
        <w:t>and if you differed with maulana, or if you criticized maulana, he appreciated all the more.</w:t>
      </w:r>
    </w:p>
    <w:p>
      <w:pPr>
        <w:jc w:val="right"/>
      </w:pPr>
      <w:r>
        <w:t>اینڈ اف یو ڈیفرڈ ود مولانا، اور اف یو کریٹیسائزڈ مولانا، ہی اپریشیٹڈ ال دا مور۔</w:t>
      </w:r>
    </w:p>
    <w:p>
      <w:r>
        <w:rPr>
          <w:b/>
        </w:rPr>
        <w:t xml:space="preserve">[12:20] </w:t>
      </w:r>
      <w:r>
        <w:t>so this is a very important memory that i have of him. and also, unlike most islamic scholars, when you meet maulana, he would not start a monologue, he would not start a sermon.</w:t>
      </w:r>
    </w:p>
    <w:p>
      <w:pPr>
        <w:jc w:val="right"/>
      </w:pPr>
      <w:r>
        <w:t>سو دس از ا ویری امپورٹنٹ میموری دیٹ ائی ہیو اف ہم۔ اینڈ السو، انلائک موسٹ اسلامک سکالرز، وین یو میٹ مولانا، ہی وڈ ناٹ سٹارٹ ا مونولاگ، ہی وڈ ناٹ سٹارٹ ا سرمن۔</w:t>
      </w:r>
    </w:p>
    <w:p>
      <w:r>
        <w:rPr>
          <w:b/>
        </w:rPr>
        <w:t xml:space="preserve">[12:33] </w:t>
      </w:r>
      <w:r>
        <w:t>rather he would ask the his first remark to the person he met would be, "share with me your life experiences." and that person would share some of his life experiences with</w:t>
      </w:r>
    </w:p>
    <w:p>
      <w:pPr>
        <w:jc w:val="right"/>
      </w:pPr>
      <w:r>
        <w:t>رادر ہی وڈ اسک دا ہز فرسٹ ریمارک ٹو دا پرسن ہی میٹ وڈ بی، "شیئر ود می یور لائف ایکسپیرینسز۔" اینڈ دیٹ پرسن وڈ شیئر سم اف ہز لائف ایکسپیرینسز ود</w:t>
      </w:r>
    </w:p>
    <w:p>
      <w:r>
        <w:rPr>
          <w:b/>
        </w:rPr>
        <w:t xml:space="preserve">[12:48] </w:t>
      </w:r>
      <w:r>
        <w:t>maulana. and i also remember he once said that i met a, ah, i met the head of a gang of robbers, a dacoit.</w:t>
      </w:r>
    </w:p>
    <w:p>
      <w:pPr>
        <w:jc w:val="right"/>
      </w:pPr>
      <w:r>
        <w:t>مولانا۔ اینڈ ائی السو ریممبر ہی ونس سیڈ دیٹ ائی میٹ ا، اہ، ائی میٹ دا ہیڈ اف ا گینگ اف رابرز، ا ڈیکوائٹ۔</w:t>
      </w:r>
    </w:p>
    <w:p>
      <w:r>
        <w:rPr>
          <w:b/>
        </w:rPr>
        <w:t xml:space="preserve">[12:57] </w:t>
      </w:r>
      <w:r>
        <w:t>and when he met that dacoit, maulana sat with him comfortably and asked him also, "please share with me some unique experiences which you may have had in your life." so in this way maulana was a learner.</w:t>
      </w:r>
    </w:p>
    <w:p>
      <w:pPr>
        <w:jc w:val="right"/>
      </w:pPr>
      <w:r>
        <w:t>اینڈ وین ہی میٹ دیٹ ڈیکوائٹ، مولانا سیٹ ود ہم کمفرٹیبلی اینڈ اسک ہم السو، "پلیز شیئر ود می سم یونیک ایکسپیرینسز وچ یو می ہیو ہیڈ ان یور لائف۔" سو ان دس وے مولانا واز ا لرنر۔</w:t>
      </w:r>
    </w:p>
    <w:p>
      <w:r>
        <w:rPr>
          <w:b/>
        </w:rPr>
        <w:t xml:space="preserve">[13:12] </w:t>
      </w:r>
      <w:r>
        <w:t>he was a person of absolute humility.</w:t>
      </w:r>
    </w:p>
    <w:p>
      <w:pPr>
        <w:jc w:val="right"/>
      </w:pPr>
      <w:r>
        <w:t>ہی واز ا پرسن اف ابسولیوٹ ہومیلیٹی۔</w:t>
      </w:r>
    </w:p>
    <w:p>
      <w:r>
        <w:rPr>
          <w:b/>
        </w:rPr>
        <w:t xml:space="preserve">[13:16] </w:t>
      </w:r>
      <w:r>
        <w:t>he would not approach you with the feeling of superiority or the feeling of having or being in a very high ground. he would learn with he learn from everybody.</w:t>
      </w:r>
    </w:p>
    <w:p>
      <w:pPr>
        <w:jc w:val="right"/>
      </w:pPr>
      <w:r>
        <w:t>ہی وڈ ناٹ اپروچ یو ود دا فیلنگ اف سپریورٹی اور دا فیلنگ اف ہیونگ اور بینگ ان ا ویری ہائی گراؤنڈ۔ ہی وڈ لرن ود ہی لرن فرام ایوری بڈی۔</w:t>
      </w:r>
    </w:p>
    <w:p>
      <w:r>
        <w:rPr>
          <w:b/>
        </w:rPr>
        <w:t xml:space="preserve">[13:27] </w:t>
      </w:r>
      <w:r>
        <w:t>and interestingly for me, i learn that from these experiences that he gain from people, he would extract principles of human psychology, principles of principles that govern human life.</w:t>
      </w:r>
    </w:p>
    <w:p>
      <w:pPr>
        <w:jc w:val="right"/>
      </w:pPr>
      <w:r>
        <w:t>اینڈ انٹرسٹنگلی فار می، ائی لرن دیٹ فرام دیز ایکسپیرینسز دیٹ ہی گین فرام پیپل، ہی وڈ ایکسٹریکٹ پرنسپلز اف ہیومن سائیکالوجی، پرنسپلز اف پرنسپلز دیٹ گورن ہیومن لائف۔</w:t>
      </w:r>
    </w:p>
    <w:p>
      <w:r>
        <w:rPr>
          <w:b/>
        </w:rPr>
        <w:t xml:space="preserve">[13:44] </w:t>
      </w:r>
      <w:r>
        <w:t>and all his readers and listeners would immensely benefit from these real life examples that he quoted.</w:t>
      </w:r>
    </w:p>
    <w:p>
      <w:pPr>
        <w:jc w:val="right"/>
      </w:pPr>
      <w:r>
        <w:t>اینڈ ال ہز ریڈرز اینڈ لسنرز وڈ ایمنسلی بینیفٹ فرام دیز ریئر لائف ایگزامپلز دیٹ ہی کوٹڈ۔</w:t>
      </w:r>
    </w:p>
    <w:p>
      <w:r>
        <w:rPr>
          <w:b/>
        </w:rPr>
        <w:t xml:space="preserve">[13:53] </w:t>
      </w:r>
      <w:r>
        <w:t>and what was very special about Maulana, especially when you interact with interacted with him, was that he, he would instantaneously come up with some creative for</w:t>
      </w:r>
    </w:p>
    <w:p>
      <w:pPr>
        <w:jc w:val="right"/>
      </w:pPr>
      <w:r>
        <w:t>اینڈ واٹ واز ویری سپیشل اباؤٹ مولانا، اسپیشلی وین یو انٹریکٹ ود انٹریکٹڈ ود ہم، واز دیٹ ہی، ہی وڈ انسٹنٹینیسلی کم اپ ود سم کریٹیو فار</w:t>
      </w:r>
    </w:p>
    <w:p>
      <w:r>
        <w:rPr>
          <w:b/>
        </w:rPr>
        <w:t xml:space="preserve">[14:04] </w:t>
      </w:r>
      <w:r>
        <w:t>molanas. So once he said to me, and he said to many other people who came to him that, "Don't, ah, allow anyone to dictate to you." And he would say that if, if you, if someone provokes you and you get angry, that means you are letting that person dictate to you, because he wanted to make you angry and you got angry.</w:t>
      </w:r>
    </w:p>
    <w:p>
      <w:pPr>
        <w:jc w:val="right"/>
      </w:pPr>
      <w:r>
        <w:t>مولاز۔ سو ونس ہی سیڈ ٹو می، اینڈ ہی سیڈ ٹو مینی ادر پیپل ہو کیم ٹو ہم دیٹ، "ڈونٹ، اہ، الاؤ اینی ون ٹو ڈکٹیٹ ٹو یو۔" اینڈ ہی وڈ سی دیٹ اف، اف یو، اف سم ون پرووک یو اینڈ یو گیٹ اینگری، دیٹ مینز یو ار لیٹنگ دیٹ پرسن ڈکٹیٹ ٹو یو، بیکاز ہی وانٹڈ ٹو میک یو اینگری اینڈ یو گاٹ اینگری۔</w:t>
      </w:r>
    </w:p>
    <w:p>
      <w:r>
        <w:rPr>
          <w:b/>
        </w:rPr>
        <w:t xml:space="preserve">[14:27] </w:t>
      </w:r>
      <w:r>
        <w:t>So you accepted his dictation. So</w:t>
      </w:r>
    </w:p>
    <w:p>
      <w:pPr>
        <w:jc w:val="right"/>
      </w:pPr>
      <w:r>
        <w:t>سو یو ایکسیپٹڈ ہز ڈکٹیشن۔ سو</w:t>
      </w:r>
    </w:p>
    <w:p>
      <w:r>
        <w:rPr>
          <w:b/>
        </w:rPr>
        <w:t xml:space="preserve">[14:30] </w:t>
      </w:r>
      <w:r>
        <w:t>this is one of his favorite advices to me, "Don't let anyone dictate to you." So this is briefly some of the thoughts that I could share over to Mr Arjun.</w:t>
      </w:r>
    </w:p>
    <w:p>
      <w:pPr>
        <w:jc w:val="right"/>
      </w:pPr>
      <w:r>
        <w:t>دس از ون اف ہز فیورٹ ایڈوائسز ٹو می، "ڈونٹ لیٹ اینی ون ڈکٹیٹ ٹو یو۔" سو دس از بریفلی سم اف دا تھاٹس دیٹ ائی کڈ شیئر اوور ٹو مسٹر ارجون۔</w:t>
      </w:r>
    </w:p>
    <w:p>
      <w:r>
        <w:rPr>
          <w:b/>
        </w:rPr>
        <w:t xml:space="preserve">[14:42] </w:t>
      </w:r>
      <w:r>
        <w:t>Thank you. Thank you Maria. That was, that was really interesting. Yani it explains what, what comes out very clearly in what you have said and what others would say and others have been saying, is there was nothing hidden about him.</w:t>
      </w:r>
    </w:p>
    <w:p>
      <w:pPr>
        <w:jc w:val="right"/>
      </w:pPr>
      <w:r>
        <w:t>تھینک یو۔ تھینک یو ماریہ۔ دیٹ واز، دیٹ واز ریلی انٹرسٹنگ۔ یعنی اٹ ایکسپلینز واٹ، واٹ کمز اؤٹ ویری کلیئرلی ان واٹ یو ہیو سیڈ اینڈ واٹ ادرز وڈ سی اینڈ ادرز ہیو بین سینگ، از دیر واز نتھنگ ہڈن اباؤٹ ہم۔</w:t>
      </w:r>
    </w:p>
    <w:p>
      <w:r>
        <w:rPr>
          <w:b/>
        </w:rPr>
        <w:t xml:space="preserve">[14:57] </w:t>
      </w:r>
      <w:r>
        <w:t>What he, what you saw is what you</w:t>
      </w:r>
    </w:p>
    <w:p>
      <w:pPr>
        <w:jc w:val="right"/>
      </w:pPr>
      <w:r>
        <w:t>واٹ ہی، واٹ یو ساؤ از واٹ یو</w:t>
      </w:r>
    </w:p>
    <w:p>
      <w:r>
        <w:rPr>
          <w:b/>
        </w:rPr>
        <w:t xml:space="preserve">[14:59] </w:t>
      </w:r>
      <w:r>
        <w:t>get. This is who he was. Whether it was in terms of scholarship, whether in terms of interaction with people, he was completely open.</w:t>
      </w:r>
    </w:p>
    <w:p>
      <w:pPr>
        <w:jc w:val="right"/>
      </w:pPr>
      <w:r>
        <w:t>گیٹ۔ دس از ہو ہی واز۔ ویدر اٹ واز ان ٹرمز اف سکالرشپ، ویدر ان ٹرمز اف انٹریکشن ود پیپل، ہی واز کمپلیٹلی اوپن۔</w:t>
      </w:r>
    </w:p>
    <w:p>
      <w:r>
        <w:rPr>
          <w:b/>
        </w:rPr>
        <w:t xml:space="preserve">[15:08] </w:t>
      </w:r>
      <w:r>
        <w:t>He did not hold his, his fame, his, his, his knowledge as something that is, that is superior to others or something. And that is an example which I think everybody from all walks should and people should, should, should, should take in, in the incorporate them into their life.</w:t>
      </w:r>
    </w:p>
    <w:p>
      <w:pPr>
        <w:jc w:val="right"/>
      </w:pPr>
      <w:r>
        <w:t>ہی ڈیڈ ناٹ ہولڈ ہز، ہز فیم، ہز، ہز نالج ایز سمتھنگ دیٹ از، دیٹ از سپریئر ٹو ادرز اور سمتھنگ۔ اینڈ دیٹ از ان ایگزامپل وچ ائی تھنک ایوری بڈی فرام ال ویٹس شوڈ اینڈ پیپل شوڈ، شوڈ، شوڈ، شوڈ ٹیک ان، ان دا انکارپوریٹ دیم انٹو دیر لائف۔</w:t>
      </w:r>
    </w:p>
    <w:p>
      <w:r>
        <w:rPr>
          <w:b/>
        </w:rPr>
        <w:t xml:space="preserve">[15:25] </w:t>
      </w:r>
      <w:r>
        <w:t>Ah,</w:t>
      </w:r>
    </w:p>
    <w:p>
      <w:pPr>
        <w:jc w:val="right"/>
      </w:pPr>
      <w:r>
        <w:t>اہ،</w:t>
      </w:r>
    </w:p>
    <w:p>
      <w:r>
        <w:rPr>
          <w:b/>
        </w:rPr>
        <w:t xml:space="preserve">[15:27] </w:t>
      </w:r>
      <w:r>
        <w:t>Farida ji, as I, as I understand, he was also, and not very, and considering his, considering his, ah, from the time that he came from in the early days, from everybody in every religion,</w:t>
      </w:r>
    </w:p>
    <w:p>
      <w:pPr>
        <w:jc w:val="right"/>
      </w:pPr>
      <w:r>
        <w:t>فریدہ جی، ایز ائی، ایز ائی انڈرسٹینڈ، ہی واز السو، اینڈ ناٹ ویری، اینڈ کنسیڈرنگ ہز، کنسیڈرنگ ہز، اہ، فرام دا ٹائم دیٹ ہی کیم فرام ان دی ارلی ڈیز، فرام ایوری بڈی ان ایوری ریلیجن،</w:t>
      </w:r>
    </w:p>
    <w:p>
      <w:r>
        <w:rPr>
          <w:b/>
        </w:rPr>
        <w:t xml:space="preserve">[15:42] </w:t>
      </w:r>
      <w:r>
        <w:t>he was also a great advocate for women's rights, and which was not common anywhere in any religion for that matter, especially in those days and in his time.</w:t>
      </w:r>
    </w:p>
    <w:p>
      <w:pPr>
        <w:jc w:val="right"/>
      </w:pPr>
      <w:r>
        <w:t>ہی واز السو ا گریٹ ایڈوکیٹ فار وومنز رائٹس، اینڈ وچ واز ناٹ کامن اینی ویر ان اینی ریلیجن فار دیٹ میٹر، اسپیشلی ان دوز ڈیز اینڈ ان ہز ٹائم۔</w:t>
      </w:r>
    </w:p>
    <w:p>
      <w:r>
        <w:rPr>
          <w:b/>
        </w:rPr>
        <w:t xml:space="preserve">[15:55] </w:t>
      </w:r>
      <w:r>
        <w:t>And yet he was, he was at the front of this</w:t>
      </w:r>
    </w:p>
    <w:p>
      <w:pPr>
        <w:jc w:val="right"/>
      </w:pPr>
      <w:r>
        <w:t>اینڈ یٹ ہی واز، ہی واز ات دا فور فرنٹ اف دس</w:t>
      </w:r>
    </w:p>
    <w:p>
      <w:r>
        <w:rPr>
          <w:b/>
        </w:rPr>
        <w:t xml:space="preserve">[15:58] </w:t>
      </w:r>
      <w:r>
        <w:t>. And he must have faced opposition, I am sure, for education and other things. I mean his own grand daughter is a doctorate, PhD. Ma'am, you yourself are a professor.</w:t>
      </w:r>
    </w:p>
    <w:p>
      <w:pPr>
        <w:jc w:val="right"/>
      </w:pPr>
      <w:r>
        <w:t>۔ اینڈ ہی مسٹ ہیو فیسڈ اپوزیشن، ائی ایم شور، فار ایجوکیشن اینڈ ادر تھنگز۔ ائی مین ہز اون گرینڈ ڈاٹر از ا ڈاکٹریٹ، پی ایچ ڈی۔ میم، یو یور سیلف ار ا پروفیسر۔</w:t>
      </w:r>
    </w:p>
    <w:p>
      <w:r>
        <w:rPr>
          <w:b/>
        </w:rPr>
        <w:t xml:space="preserve">[16:10] </w:t>
      </w:r>
      <w:r>
        <w:t>How, how, how did he overcome these, these, how did he persuade people to, to allow, to, to persuade people to, to allow women to come back, to come into the main frame instead of, and without a sense of argument about it.</w:t>
      </w:r>
    </w:p>
    <w:p>
      <w:pPr>
        <w:jc w:val="right"/>
      </w:pPr>
      <w:r>
        <w:t>ہاؤ، ہاؤ، ہاؤ ڈیڈ ہی اوورکم دیز، دیز، ہاؤ ڈیڈ ہی پرسویٹ پیپل ٹو، ٹو الاؤ، ٹو، ٹو پرسویٹ پیپل ٹو، ٹو الاؤ ویمن ٹو کم بیک، ٹو کم انٹو دا مین فریم انسٹیڈ اف، اینڈ وداؤٹ ا سینس اف ارگیومنٹ اباؤٹ اٹ۔</w:t>
      </w:r>
    </w:p>
    <w:p>
      <w:r>
        <w:rPr>
          <w:b/>
        </w:rPr>
        <w:t xml:space="preserve">[16:26] </w:t>
      </w:r>
      <w:r>
        <w:t>He did it in his own way, calmly.</w:t>
      </w:r>
    </w:p>
    <w:p>
      <w:pPr>
        <w:jc w:val="right"/>
      </w:pPr>
      <w:r>
        <w:t>ہی ڈیڈ اٹ ان ہز اون وے، کاملی۔</w:t>
      </w:r>
    </w:p>
    <w:p>
      <w:r>
        <w:rPr>
          <w:b/>
        </w:rPr>
        <w:t xml:space="preserve">[16:31] </w:t>
      </w:r>
      <w:r>
        <w:t>Thank you. I also wanted to speak on this thing because you know, we belong to a traditional family where women were not attached great importance.</w:t>
      </w:r>
    </w:p>
    <w:p>
      <w:pPr>
        <w:jc w:val="right"/>
      </w:pPr>
      <w:r>
        <w:t>تھینک یو۔ ائی السو وانٹڈ ٹو سپیک ان دس تھنگ بیکاز یو نو، وی بیلانگ ٹو ا ٹریڈیشنل فیملی ویر ویمن ویر ناٹ اٹیچڈ گریٹ امپورٹنس۔</w:t>
      </w:r>
    </w:p>
    <w:p>
      <w:r>
        <w:rPr>
          <w:b/>
        </w:rPr>
        <w:t xml:space="preserve">[16:46] </w:t>
      </w:r>
      <w:r>
        <w:t>They were meant to live in their home and not going, going out and study. So, and we lived in a village.</w:t>
      </w:r>
    </w:p>
    <w:p>
      <w:pPr>
        <w:jc w:val="right"/>
      </w:pPr>
      <w:r>
        <w:t>دے ویر مین ٹو لیو ان دیر ہوم اینڈ ناٹ گوئنگ، گوئنگ اؤٹ اینڈ سٹڈی۔ سو، اینڈ وی لیوڈ ان ا ولیج۔</w:t>
      </w:r>
    </w:p>
    <w:p>
      <w:r>
        <w:rPr>
          <w:b/>
        </w:rPr>
        <w:t xml:space="preserve">[16:59] </w:t>
      </w:r>
      <w:r>
        <w:t>So it's quite strange how, how he gave us full freedom to study, to do whatever we wanted to do, to go out, to,</w:t>
      </w:r>
    </w:p>
    <w:p>
      <w:pPr>
        <w:jc w:val="right"/>
      </w:pPr>
      <w:r>
        <w:t>سو اٹس کوائٹ اسٹرینج ہاؤ، ہاؤ ہی گیو اس فل فریڈم ٹو سٹڈی، ٹو ڈو واٹ ایور وی وانٹڈ ٹو ڈو، ٹو گو اؤٹ، ٹو،</w:t>
      </w:r>
    </w:p>
    <w:p>
      <w:r>
        <w:rPr>
          <w:b/>
        </w:rPr>
        <w:t xml:space="preserve">[17:15] </w:t>
      </w:r>
      <w:r>
        <w:t>to even to criticize him. He would ask me to criticize in his writings.</w:t>
      </w:r>
    </w:p>
    <w:p>
      <w:pPr>
        <w:jc w:val="right"/>
      </w:pPr>
      <w:r>
        <w:t>ٹو ایون ٹو کریٹیسائز ہم۔ ہی وڈ اسک می ٹو کریٹیسائز ان ہز رائٹنگز۔</w:t>
      </w:r>
    </w:p>
    <w:p>
      <w:r>
        <w:rPr>
          <w:b/>
        </w:rPr>
        <w:t xml:space="preserve">[17:24] </w:t>
      </w:r>
      <w:r>
        <w:t>So he gave us full freedom, I think, because he was an embodiment of the spirit of inquiry, of the freedom of expression.</w:t>
      </w:r>
    </w:p>
    <w:p>
      <w:pPr>
        <w:jc w:val="right"/>
      </w:pPr>
      <w:r>
        <w:t>سو ہی گیو اس فل فریڈم، ائی تھنک، بیکاز ہی واز این ایمبارڈمنٹ اف دی سپرٹ اف انکوائری، اف دی فریڈم اف ایکسپریشن۔</w:t>
      </w:r>
    </w:p>
    <w:p>
      <w:r>
        <w:rPr>
          <w:b/>
        </w:rPr>
        <w:t xml:space="preserve">[17:35] </w:t>
      </w:r>
      <w:r>
        <w:t>So he was, he thought that this is the only way for the, for a community, for a nation to go forward, to give them full freedom of expression, religious freedom,</w:t>
      </w:r>
    </w:p>
    <w:p>
      <w:pPr>
        <w:jc w:val="right"/>
      </w:pPr>
      <w:r>
        <w:t>سو ہی واز، ہی تھاٹ دیٹ دس از دی اونلی وے فار دی، فار ا کمیونٹی، فار ا نیشن ٹو گو فارورڈ، ٹو گیو دیم فل فریڈم اف ایکسپریشن، ریلیجس فریڈم،</w:t>
      </w:r>
    </w:p>
    <w:p>
      <w:r>
        <w:rPr>
          <w:b/>
        </w:rPr>
        <w:t xml:space="preserve">[17:50] </w:t>
      </w:r>
      <w:r>
        <w:t>and all kinds of</w:t>
      </w:r>
    </w:p>
    <w:p>
      <w:pPr>
        <w:jc w:val="right"/>
      </w:pPr>
      <w:r>
        <w:t>اینڈ ال کائنڈز اف</w:t>
      </w:r>
    </w:p>
    <w:p>
      <w:r>
        <w:rPr>
          <w:b/>
        </w:rPr>
        <w:t xml:space="preserve">[17:52] </w:t>
      </w:r>
      <w:r>
        <w:t>freedom. He never told us to do, not to do this thing or not to do that thing. So even, even these, these days when he was quite sick, so I used to go to him.</w:t>
      </w:r>
    </w:p>
    <w:p>
      <w:pPr>
        <w:jc w:val="right"/>
      </w:pPr>
      <w:r>
        <w:t>فریڈم۔ ہی نیور ٹولڈ اس ٹو ڈو، ناٹ ٹو ڈو دس تھنگ اور ناٹ ٹو ڈو دیٹ تھنگ۔ سو ایون، ایون دیز، دیز ڈیز وین ہی واز کوائٹ سیک، سو ائی یوز ٹو گو ٹو ہم۔</w:t>
      </w:r>
    </w:p>
    <w:p>
      <w:r>
        <w:rPr>
          <w:b/>
        </w:rPr>
        <w:t xml:space="preserve">[18:08] </w:t>
      </w:r>
      <w:r>
        <w:t>He said, he would said, "Don't stay here, don't waste your time, you go, you go and study, you go and study." So I said, "No, I want to stay here." So his was so much in knowledge that even till his last breath, he wanted to know more and more and more.</w:t>
      </w:r>
    </w:p>
    <w:p>
      <w:pPr>
        <w:jc w:val="right"/>
      </w:pPr>
      <w:r>
        <w:t>ہی سیڈ، ہی وڈ سیڈ، "ڈونٹ سٹے ہیر، ڈونٹ ویسٹ یور ٹائم، یو گو، یو گو اینڈ سٹڈی، یو گو اینڈ سٹڈی۔" سو ائی سیڈ، "نو، ائی وانٹ ٹو سٹے ہیر۔" سو ہز واز سو مچ ان نالج دیٹ ایون ٹل ہز لاسٹ بریتھ، ہی وانٹڈ ٹو نو مور اینڈ مور اینڈ مور۔</w:t>
      </w:r>
    </w:p>
    <w:p>
      <w:r>
        <w:rPr>
          <w:b/>
        </w:rPr>
        <w:t xml:space="preserve">[18:32] </w:t>
      </w:r>
      <w:r>
        <w:t>Whenever any visitor came, anyone not able to even talk, he was so weak. But he said, "You have got something to tell me, you have got some, some new news, something to tell me." So just always, he was just every do,</w:t>
      </w:r>
    </w:p>
    <w:p>
      <w:pPr>
        <w:jc w:val="right"/>
      </w:pPr>
      <w:r>
        <w:t>وین ایور اینی وزیٹر کیم، اینی ون ناٹ ایبل ٹو ایون ٹاک، ہی واز سو ویک۔ بٹ ہی سیڈ، "یو ہیو گاٹ سمتھنگ ٹو ٹیل می، یو ہیو گاٹ سم، سم نیو نیوز، سمتھنگ ٹو ٹیل می۔" سو جسٹ الویز، ہی واز جسٹ ایوری ڈو،</w:t>
      </w:r>
    </w:p>
    <w:p>
      <w:r>
        <w:rPr>
          <w:b/>
        </w:rPr>
        <w:t xml:space="preserve">[18:50] </w:t>
      </w:r>
      <w:r>
        <w:t>he was thinking all the time, whether he was reading or he was eating or he was doing any thing. he was thinking all the ti</w:t>
      </w:r>
    </w:p>
    <w:p>
      <w:pPr>
        <w:jc w:val="right"/>
      </w:pPr>
      <w:r>
        <w:t>ہی واز تھنکنگ ال دا ٹائم، ویدر ہی واز ریڈنگ اور ہی واز ایٹنگ اور ہی واز ڈوئنگ اینی تھنگ۔ ہی واز تھنکنگ ال دا ٹائ</w:t>
      </w:r>
    </w:p>
    <w:p>
      <w:r>
        <w:rPr>
          <w:b/>
        </w:rPr>
        <w:t xml:space="preserve">[18:59] </w:t>
      </w:r>
      <w:r>
        <w:t>me, and he wanted that those values to inculcate in everyone who came in his contact, not only his family.</w:t>
      </w:r>
    </w:p>
    <w:p>
      <w:pPr>
        <w:jc w:val="right"/>
      </w:pPr>
      <w:r>
        <w:t>م، اینڈ ہی وانٹڈ دیٹ دوز ویلیوز ٹو انکلکیٹ ان ایوری ون ہو کیم ان ہز کانٹیکٹ، ناٹ اونلی ہز فیملی۔</w:t>
      </w:r>
    </w:p>
    <w:p>
      <w:r>
        <w:rPr>
          <w:b/>
        </w:rPr>
        <w:t xml:space="preserve">[19:11] </w:t>
      </w:r>
      <w:r>
        <w:t>he never discriminated between one and the other. so he wanted these values to be inculcated in everyone.</w:t>
      </w:r>
    </w:p>
    <w:p>
      <w:pPr>
        <w:jc w:val="right"/>
      </w:pPr>
      <w:r>
        <w:t>ہی نیور ڈسکرمینیٹڈ بٹوین ون اینڈ دی ادر۔ سو ہی وانٹڈ دیز ویلیوز ٹو بی انکلکیٹڈ ان ایوری ون۔</w:t>
      </w:r>
    </w:p>
    <w:p>
      <w:r>
        <w:rPr>
          <w:b/>
        </w:rPr>
        <w:t xml:space="preserve">[19:21] </w:t>
      </w:r>
      <w:r>
        <w:t>he is, he said that, "you live the life of a scholar, don't waste a single moment.</w:t>
      </w:r>
    </w:p>
    <w:p>
      <w:pPr>
        <w:jc w:val="right"/>
      </w:pPr>
      <w:r>
        <w:t>ہی از، ہی سیڈ دیٹ، "یو لیو دی لائف اف ا سکالر، ڈونٹ ویسٹ ا سنگل مومنٹ۔</w:t>
      </w:r>
    </w:p>
    <w:p>
      <w:r>
        <w:rPr>
          <w:b/>
        </w:rPr>
        <w:t xml:space="preserve">[19:29] </w:t>
      </w:r>
      <w:r>
        <w:t>you have been given only one life on earth, and you will live the fruits of whatever you have done." and he emphasized on intellectual development more than any thing else.</w:t>
      </w:r>
    </w:p>
    <w:p>
      <w:pPr>
        <w:jc w:val="right"/>
      </w:pPr>
      <w:r>
        <w:t>یو ہیو بین گیون اونلی ون لائف ان ارتھ، اینڈ یو ویل لیو دا فروٹس اف واٹ ایور یو ہیو ڈن۔" اینڈ ہی ایمفسائزڈ ان انٹلیکچول ڈیویلپمنٹ مور دین اینی تھنگ ایلس۔</w:t>
      </w:r>
    </w:p>
    <w:p>
      <w:r>
        <w:rPr>
          <w:b/>
        </w:rPr>
        <w:t xml:space="preserve">[19:44] </w:t>
      </w:r>
      <w:r>
        <w:t>and for that intellectual development, he thought that freedom of expression is, is, is must.</w:t>
      </w:r>
    </w:p>
    <w:p>
      <w:pPr>
        <w:jc w:val="right"/>
      </w:pPr>
      <w:r>
        <w:t>اینڈ فار دیٹ انٹلیکچول ڈیویلپمنٹ، ہی تھاٹ دیٹ فریڈم اف ایکسپریشن از، از، از مسٹ۔</w:t>
      </w:r>
    </w:p>
    <w:p>
      <w:r>
        <w:rPr>
          <w:b/>
        </w:rPr>
        <w:t xml:space="preserve">[19:54] </w:t>
      </w:r>
      <w:r>
        <w:t>so i think that is the reason why, ah, he gave so much importance to learning, to education. and, and he lived in a remote village.</w:t>
      </w:r>
    </w:p>
    <w:p>
      <w:pPr>
        <w:jc w:val="right"/>
      </w:pPr>
      <w:r>
        <w:t>سو ائی تھنک دیٹ از دا ریزن وائی، اہ، ہی گیو سو مچ امپورٹنس ٹو لرننگ، ٹو ایجوکیشن۔ اینڈ، اینڈ ہی لیوڈ ان ا ریموٹ ولیج۔</w:t>
      </w:r>
    </w:p>
    <w:p>
      <w:r>
        <w:rPr>
          <w:b/>
        </w:rPr>
        <w:t xml:space="preserve">[20:07] </w:t>
      </w:r>
      <w:r>
        <w:t>so that is quite, quite understandable how he developed that culture in that remote village of studying all the time.</w:t>
      </w:r>
    </w:p>
    <w:p>
      <w:pPr>
        <w:jc w:val="right"/>
      </w:pPr>
      <w:r>
        <w:t>سو دیٹ از کوائٹ، کوائٹ ان انڈرسٹینڈیبل ہاؤ ہی ڈیویلپ دیٹ کلچر ان دیٹ ریموٹ ولیج اف سٹڈنگ ال دا ٹائم۔</w:t>
      </w:r>
    </w:p>
    <w:p>
      <w:r>
        <w:rPr>
          <w:b/>
        </w:rPr>
        <w:t xml:space="preserve">[20:19] </w:t>
      </w:r>
      <w:r>
        <w:t>while he was even walking the road, he was studying something, some paper, some book, something. and his mother said that, "one day you will meet with some accident if you are doing like this." but he could not leave without, without studies.</w:t>
      </w:r>
    </w:p>
    <w:p>
      <w:pPr>
        <w:jc w:val="right"/>
      </w:pPr>
      <w:r>
        <w:t>وائل ہی واز ایون واکنگ دا روڈ، ہی واز سٹڈنگ سمتھنگ، سم پیپر، سم بک، سمتھنگ۔ اینڈ ہز مدر سیڈ دیٹ، "ون ڈے یو ویل میٹ ود سم ایکسیڈنٹ اف یو ار ڈوئنگ لائک دس۔" بٹ ہی کڈ ناٹ لیو وداؤٹ، وداؤٹ سٹڈیز۔</w:t>
      </w:r>
    </w:p>
    <w:p>
      <w:r>
        <w:rPr>
          <w:b/>
        </w:rPr>
        <w:t xml:space="preserve">[20:40] </w:t>
      </w:r>
      <w:r>
        <w:t>so then he also was an embodiment of peace and spiritual</w:t>
      </w:r>
    </w:p>
    <w:p>
      <w:pPr>
        <w:jc w:val="right"/>
      </w:pPr>
      <w:r>
        <w:t>سو دین ہی السو واز این ایمبارڈمنٹ اف پیس اینڈ سپریچول</w:t>
      </w:r>
    </w:p>
    <w:p>
      <w:r>
        <w:rPr>
          <w:b/>
        </w:rPr>
        <w:t xml:space="preserve">[20:47] </w:t>
      </w:r>
      <w:r>
        <w:t>ity. so that attracted us so much. and he gave full, full conviction.</w:t>
      </w:r>
    </w:p>
    <w:p>
      <w:pPr>
        <w:jc w:val="right"/>
      </w:pPr>
      <w:r>
        <w:t>یٹی۔ سو دیٹ اٹریکٹڈ اس سو مچ۔ اینڈ ہی گیو فل، فل کنوکشن۔</w:t>
      </w:r>
    </w:p>
    <w:p>
      <w:r>
        <w:rPr>
          <w:b/>
        </w:rPr>
        <w:t xml:space="preserve">[20:57] </w:t>
      </w:r>
      <w:r>
        <w:t>he gave arguments for peace. and he had, he developed his writings, were so powerful that he managed to transform peoples minds and hearts.</w:t>
      </w:r>
    </w:p>
    <w:p>
      <w:pPr>
        <w:jc w:val="right"/>
      </w:pPr>
      <w:r>
        <w:t>ہی گیو ارگیومنٹس فار پیس۔ اینڈ ہی ہیڈ، ہی ڈیویلپڈ ہز رائٹنگز، ویر سو پاورفل دیٹ ہی مینج ٹو ٹرانسفارم پیپلز مائنڈز اینڈ ہارٹس۔</w:t>
      </w:r>
    </w:p>
    <w:p>
      <w:r>
        <w:rPr>
          <w:b/>
        </w:rPr>
        <w:t xml:space="preserve">[21:14] </w:t>
      </w:r>
      <w:r>
        <w:t>and everyone says that, because we were, we believed in, in, in, in traditional knowledge of religion.</w:t>
      </w:r>
    </w:p>
    <w:p>
      <w:pPr>
        <w:jc w:val="right"/>
      </w:pPr>
      <w:r>
        <w:t>اینڈ ایوری ون سیز دیٹ، بیکاز وی ویر، وی بیلیوڈ ان، ان، ان، ان ٹریڈیشنل نالج اف ریلیجن۔</w:t>
      </w:r>
    </w:p>
    <w:p>
      <w:r>
        <w:rPr>
          <w:b/>
        </w:rPr>
        <w:t xml:space="preserve">[21:26] </w:t>
      </w:r>
      <w:r>
        <w:t>we were observing forms of religion. it is through his writings, through his contact that we have discovered god. through his contact we have discovered god.</w:t>
      </w:r>
    </w:p>
    <w:p>
      <w:pPr>
        <w:jc w:val="right"/>
      </w:pPr>
      <w:r>
        <w:t>وی ویر ابزرونگ فارمز اف ریلیجن۔ اٹ از تھرو ہز رائٹنگز، تھرو ہز کانٹیکٹ دیٹ وی ہیو ڈسکورڈ گاڈ۔ تھرو ہز کانٹیکٹ وی ہیو ڈسکورڈ گاڈ۔</w:t>
      </w:r>
    </w:p>
    <w:p>
      <w:r>
        <w:rPr>
          <w:b/>
        </w:rPr>
        <w:t xml:space="preserve">[21:39] </w:t>
      </w:r>
      <w:r>
        <w:t>and we know the spirit of religion.</w:t>
      </w:r>
    </w:p>
    <w:p>
      <w:pPr>
        <w:jc w:val="right"/>
      </w:pPr>
      <w:r>
        <w:t>اینڈ وی نو دا سپرٹ اف ریلیجن۔</w:t>
      </w:r>
    </w:p>
    <w:p>
      <w:r>
        <w:rPr>
          <w:b/>
        </w:rPr>
        <w:t xml:space="preserve">[21:43] </w:t>
      </w:r>
      <w:r>
        <w:t>so the spirit of religion was very, very different from the form that everyone was following. so in, in, you will, in, in, in our organization, it is women who are very, very active.</w:t>
      </w:r>
    </w:p>
    <w:p>
      <w:pPr>
        <w:jc w:val="right"/>
      </w:pPr>
      <w:r>
        <w:t>سو دا سپرٹ اف ریلیجن واز ویری، ویری ڈفرنٹ فرام دا فارم دیٹ ایوری ون واز فالونگ۔ سو ان، ان، یو ویل، ان، ان، ان اور ارگنائزیشن، اٹ از ویمن ہو ار ویری، ویری ایکٹیو۔</w:t>
      </w:r>
    </w:p>
    <w:p>
      <w:r>
        <w:rPr>
          <w:b/>
        </w:rPr>
        <w:t xml:space="preserve">[22:04] </w:t>
      </w:r>
      <w:r>
        <w:t>so many women are working in different fields, in online programs. they are giving lectures,</w:t>
      </w:r>
    </w:p>
    <w:p>
      <w:pPr>
        <w:jc w:val="right"/>
      </w:pPr>
      <w:r>
        <w:t>سو مینی ویمن ار ورکنگ ان ڈفرنٹ فیلڈز، ان لائن پروگرامز۔ دے ار گیونگ لیکچرز،</w:t>
      </w:r>
    </w:p>
    <w:p>
      <w:r>
        <w:rPr>
          <w:b/>
        </w:rPr>
        <w:t xml:space="preserve">[22:13] </w:t>
      </w:r>
      <w:r>
        <w:t>they are producing, editing his writings. so he wanted them, he said that women are more spiritual, are in, in, in nature, so they can work much more</w:t>
      </w:r>
    </w:p>
    <w:p>
      <w:pPr>
        <w:jc w:val="right"/>
      </w:pPr>
      <w:r>
        <w:t>دے ار پروڈیوسنگ، ایڈیٹنگ ہز رائٹنگز۔ سو ہی وانٹڈ دیم، ہی سیڈ دیٹ ویمن ار مور سپریچول، ار ان، ان، ان نیچر، سو دے کین ورک مچ مور</w:t>
      </w:r>
    </w:p>
    <w:p>
      <w:r>
        <w:rPr>
          <w:b/>
        </w:rPr>
        <w:t xml:space="preserve">[22:30] </w:t>
      </w:r>
      <w:r>
        <w:t>. and because they were not given opportunity, so they wanted to work like doctor naghma, who is a cps member.</w:t>
      </w:r>
    </w:p>
    <w:p>
      <w:pPr>
        <w:jc w:val="right"/>
      </w:pPr>
      <w:r>
        <w:t>۔ اینڈ بیکاز دے ویر ناٹ گیون اپرچونیٹی، سو دے وانٹڈ ٹو ورک لائک ڈاکٹر نغمہ، ہو از ا سی پی ایس ممبر۔</w:t>
      </w:r>
    </w:p>
    <w:p>
      <w:r>
        <w:rPr>
          <w:b/>
        </w:rPr>
        <w:t xml:space="preserve">[22:41] </w:t>
      </w:r>
      <w:r>
        <w:t>when she came, she told me that she went, she wanted to do something.</w:t>
      </w:r>
    </w:p>
    <w:p>
      <w:pPr>
        <w:jc w:val="right"/>
      </w:pPr>
      <w:r>
        <w:t>وین شی کیم، شی ٹولڈ می دیٹ شی وینٹ، شی وانٹڈ ٹو ڈو سمتھنگ۔</w:t>
      </w:r>
    </w:p>
    <w:p>
      <w:r>
        <w:rPr>
          <w:b/>
        </w:rPr>
        <w:t xml:space="preserve">[22:47] </w:t>
      </w:r>
      <w:r>
        <w:t>and whenever she went to any religious, ah, religious head or religious person, and she wanted to know that what, how she can involve herself in, in, in religious work.</w:t>
      </w:r>
    </w:p>
    <w:p>
      <w:pPr>
        <w:jc w:val="right"/>
      </w:pPr>
      <w:r>
        <w:t>اینڈ وین ایور شی وینٹ ٹو اینی ریلیجس، اہ، ریلیجس ہیڈ اور ریلیجس پرسن، اینڈ شی وانٹڈ ٹو نو دیٹ واٹ، ہاؤ شی کین انوالو ہر سیلف ان، ان، ان ریلیجس ورک۔</w:t>
      </w:r>
    </w:p>
    <w:p>
      <w:r>
        <w:rPr>
          <w:b/>
        </w:rPr>
        <w:t xml:space="preserve">[23:01] </w:t>
      </w:r>
      <w:r>
        <w:t>so no one encourage h</w:t>
      </w:r>
    </w:p>
    <w:p>
      <w:pPr>
        <w:jc w:val="right"/>
      </w:pPr>
      <w:r>
        <w:t>سو نو ون انکریج ہ</w:t>
      </w:r>
    </w:p>
    <w:p>
      <w:r>
        <w:rPr>
          <w:b/>
        </w:rPr>
        <w:t xml:space="preserve">[23:03] </w:t>
      </w:r>
      <w:r>
        <w:t>er. so when she came to Maulana, Maulana said, "you, she when she heard him, he said, 'these your ideas must be spread, communicated to everyone.' he said that, 'you do this, who, who is, who, who is stopping you from doing this.</w:t>
      </w:r>
    </w:p>
    <w:p>
      <w:pPr>
        <w:jc w:val="right"/>
      </w:pPr>
      <w:r>
        <w:t>ر۔ سو وین شی کیم ٹو مولانا، مولانا سیڈ، "یو، شی وین شی ہرڈ ہم، ہی سیڈ، 'دیز یور ائیڈیاز مسٹ بی سپریڈ، کمیونیکیٹڈ ٹو ایوری ون۔' ہی سیڈ دیٹ، 'یو ڈو دس، ہو، ہو از، ہو، ہو از سٹاپنگ یو فرام ڈوئنگ دس۔</w:t>
      </w:r>
    </w:p>
    <w:p>
      <w:r>
        <w:rPr>
          <w:b/>
        </w:rPr>
        <w:t xml:space="preserve">[23:25] </w:t>
      </w:r>
      <w:r>
        <w:t>' so she involve herself full time. and he encouraged women more than anyone i have heard of, in, in, in, in not only in religious activities, in educational activities,</w:t>
      </w:r>
    </w:p>
    <w:p>
      <w:pPr>
        <w:jc w:val="right"/>
      </w:pPr>
      <w:r>
        <w:t>' سو شی انوالو ہر سیلف فل ٹائم۔ اینڈ ہی انکریج ویمن مور دین اینی ون ائی ہیو ہرڈ اف، ان، ان، ان، ان ناٹ اونلی ان ریلیجس ایکٹیویٹیز، ان ایجوکیشنل ایکٹیویٹیز،</w:t>
      </w:r>
    </w:p>
    <w:p>
      <w:r>
        <w:rPr>
          <w:b/>
        </w:rPr>
        <w:t xml:space="preserve">[23:44] </w:t>
      </w:r>
      <w:r>
        <w:t>in all kinds of work. and very important is that he said that women are intellectual partners of men.</w:t>
      </w:r>
    </w:p>
    <w:p>
      <w:pPr>
        <w:jc w:val="right"/>
      </w:pPr>
      <w:r>
        <w:t>ان ال کائنڈز اف ورک۔ اینڈ ویری امپورٹنٹ از دیٹ ہی سیڈ دیٹ ویمن ار انٹلیکچول پارٹنرز اف مین۔</w:t>
      </w:r>
    </w:p>
    <w:p>
      <w:r>
        <w:rPr>
          <w:b/>
        </w:rPr>
        <w:t xml:space="preserve">[23:54] </w:t>
      </w:r>
      <w:r>
        <w:t>so he said that men should make them, husband should make their wife intellectual partners.</w:t>
      </w:r>
    </w:p>
    <w:p>
      <w:pPr>
        <w:jc w:val="right"/>
      </w:pPr>
      <w:r>
        <w:t>سو ہی سیڈ دیٹ مین شوڈ میک دیم، ہسبینڈ شوڈ میک دیر وائف انٹلیکچول پارٹنرز۔</w:t>
      </w:r>
    </w:p>
    <w:p>
      <w:r>
        <w:rPr>
          <w:b/>
        </w:rPr>
        <w:t xml:space="preserve">[24:03] </w:t>
      </w:r>
      <w:r>
        <w:t>and in this way, a very, very good relationship was developed between, between the couple, because of his emphasis on this point</w:t>
      </w:r>
    </w:p>
    <w:p>
      <w:pPr>
        <w:jc w:val="right"/>
      </w:pPr>
      <w:r>
        <w:t>اینڈ ان دس وے، ا ویری، ویری گڈ ریلیشن شپ واز ڈیویلپڈ بٹوین، بٹوین دی کپل، بیکاز اف ہز ایمفیسز ان دس پوائنٹ</w:t>
      </w:r>
    </w:p>
    <w:p>
      <w:r>
        <w:rPr>
          <w:b/>
        </w:rPr>
        <w:t xml:space="preserve">[24:16] </w:t>
      </w:r>
      <w:r>
        <w:t>. So I think it is very great contribution that he allowed women to work full time in religious activities.</w:t>
      </w:r>
    </w:p>
    <w:p>
      <w:pPr>
        <w:jc w:val="right"/>
      </w:pPr>
      <w:r>
        <w:t>۔ سو ائی تھنک اٹ از ویری گریٹ کنٹریبیوشن دیٹ ہی الاؤڈ ویمن ٹو ورک فل ٹائم ان ریلیجس ایکٹیویٹیز۔</w:t>
      </w:r>
    </w:p>
    <w:p>
      <w:r>
        <w:rPr>
          <w:b/>
        </w:rPr>
        <w:t xml:space="preserve">[24:29] </w:t>
      </w:r>
      <w:r>
        <w:t>So is there any other, is there any other question? Lastly, thank you, thank you. That really, that is, that is really enlightening.</w:t>
      </w:r>
    </w:p>
    <w:p>
      <w:pPr>
        <w:jc w:val="right"/>
      </w:pPr>
      <w:r>
        <w:t>سو از دیر اینی ادر، از دیر اینی ادر کوئسچن؟ اینڈلی، تھینک یو، تھینک یو۔ دیٹ ریلی، دیٹ از، دیٹ از ریلی انلائٹننگ۔</w:t>
      </w:r>
    </w:p>
    <w:p>
      <w:r>
        <w:rPr>
          <w:b/>
        </w:rPr>
        <w:t xml:space="preserve">[24:37] </w:t>
      </w:r>
      <w:r>
        <w:t>It gave a background, as you said, also about his life in the village. I mean it is not, its not just a question of v</w:t>
      </w:r>
    </w:p>
    <w:p>
      <w:pPr>
        <w:jc w:val="right"/>
      </w:pPr>
      <w:r>
        <w:t>اٹ گیو ا بیک گراؤنڈ، ایز یو سیڈ، السو اباؤٹ ہز لائف ان دا ولیج۔ ائی مین اٹ از ناٹ، اٹس ناٹ جسٹ ا کویسچن اف و</w:t>
      </w:r>
    </w:p>
    <w:p>
      <w:r>
        <w:rPr>
          <w:b/>
        </w:rPr>
        <w:t xml:space="preserve">[24:44] </w:t>
      </w:r>
      <w:r>
        <w:t>illage, its a question of how he is, how his thoughts have evolved, despite the condition. As I understand, he study in a, initially, he study in a madrasa, as I am not mistaken.</w:t>
      </w:r>
    </w:p>
    <w:p>
      <w:pPr>
        <w:jc w:val="right"/>
      </w:pPr>
      <w:r>
        <w:t>لیج، اٹس ا کویسچن اف ہاؤ ہی از، ہاؤ ہز تھاٹس ہیو ایوالوڈ، ڈسپائٹ دا کنڈیشن۔ ایز ائی انڈرسٹینڈ، ہی سٹڈی ان ا، انیشلی، ہی سٹڈی ان ا مدرسہ، ایز ائی ایم ناٹ مسٹیکن۔</w:t>
      </w:r>
    </w:p>
    <w:p>
      <w:r>
        <w:rPr>
          <w:b/>
        </w:rPr>
        <w:t xml:space="preserve">[24:54] </w:t>
      </w:r>
      <w:r>
        <w:t>And, and you know, there is that impression people get, arey wahan toh religious schools mein, toh kisi bhi aur religious school mein, you do not learn beyond your, you know, just reli</w:t>
      </w:r>
    </w:p>
    <w:p>
      <w:pPr>
        <w:jc w:val="right"/>
      </w:pPr>
      <w:r>
        <w:t>اینڈ، اینڈ یو نو، دیر از دیٹ امپریشن پیپل گیٹ، ارے وہاں تو ریلیجس سکولز میں، تو کسی بھی اور ریلیجس سکول میں، یو ڈو ناٹ لرن بیونڈ یور، یو نو، جسٹ ریلی</w:t>
      </w:r>
    </w:p>
    <w:p>
      <w:r>
        <w:rPr>
          <w:b/>
        </w:rPr>
        <w:t xml:space="preserve">[25:04] </w:t>
      </w:r>
      <w:r>
        <w:t>gion. Obviously, it is much more than that. And he adopted and he got ways to get, to get beyond that, to, to use what was given to him in that, in those religious schools, and to use that to increase his knowledge.</w:t>
      </w:r>
    </w:p>
    <w:p>
      <w:pPr>
        <w:jc w:val="right"/>
      </w:pPr>
      <w:r>
        <w:t>جن۔ اویسلی، اٹ از مچ مور دین دیٹ۔ اینڈ ہی اڈاپٹڈ اینڈ ہی گاٹ ویز ٹو گیٹ، ٹو گیٹ بیونڈ دیٹ، ٹو، ٹو یوز واٹ واز گیون ٹو ہم ان دیٹ، ان دوز ریلیجس سکولز، اینڈ ٹو یوز دیٹ ٹو انکریز ہز نالج۔</w:t>
      </w:r>
    </w:p>
    <w:p>
      <w:r>
        <w:rPr>
          <w:b/>
        </w:rPr>
        <w:t xml:space="preserve">[25:16] </w:t>
      </w:r>
      <w:r>
        <w:t>That is what I think the lesson which is to be also taken there. And I am also pleased to, to invite, ah, ah, Swami ji Shri Hari Prasad, also a friend of, ah, known friend of Maulana sahib.</w:t>
      </w:r>
    </w:p>
    <w:p>
      <w:pPr>
        <w:jc w:val="right"/>
      </w:pPr>
      <w:r>
        <w:t>دیٹ از واٹ ائی تھنک دا لیسن وچ از ٹو بی السو ٹیکن دیر۔ اینڈ ائی ایم السو پلیز ٹو، ٹو انوائٹ، اہ، اہ، سوامی جی شری ہری پرساد، السو ا فرینڈ اف، اہ، نون فرینڈ اف مولانا صاحب۔</w:t>
      </w:r>
    </w:p>
    <w:p>
      <w:r>
        <w:rPr>
          <w:b/>
        </w:rPr>
        <w:t xml:space="preserve">[25:30] </w:t>
      </w:r>
      <w:r>
        <w:t>And he is the founder of the Shri Vishnu Foundation.</w:t>
      </w:r>
    </w:p>
    <w:p>
      <w:pPr>
        <w:jc w:val="right"/>
      </w:pPr>
      <w:r>
        <w:t>اینڈ ہی از دی فاؤنڈر اف دا شری وشنو فاؤنڈیشن۔</w:t>
      </w:r>
    </w:p>
    <w:p>
      <w:r>
        <w:rPr>
          <w:b/>
        </w:rPr>
        <w:t xml:space="preserve">[25:34] </w:t>
      </w:r>
      <w:r>
        <w:t>And he would also like to say a few words in memory of Maulana sahib. Swami ji?</w:t>
      </w:r>
    </w:p>
    <w:p>
      <w:pPr>
        <w:jc w:val="right"/>
      </w:pPr>
      <w:r>
        <w:t>اینڈ ہی وڈ السو لائک ٹو سے ا فیو ورڈز ان میموری اف مولانا صاحب۔ سوامی جی؟</w:t>
      </w:r>
    </w:p>
    <w:p>
      <w:r>
        <w:rPr>
          <w:b/>
        </w:rPr>
        <w:t xml:space="preserve">[25:44] </w:t>
      </w:r>
      <w:r>
        <w:t>Naraina, Namaste to everyone. Namaste. Is a</w:t>
      </w:r>
    </w:p>
    <w:p>
      <w:pPr>
        <w:jc w:val="right"/>
      </w:pPr>
      <w:r>
        <w:t>نرینہ، نمستے ٹو ایوری ون۔ نمستے۔ از ا</w:t>
      </w:r>
    </w:p>
    <w:p>
      <w:r>
        <w:rPr>
          <w:b/>
        </w:rPr>
        <w:t xml:space="preserve">[25:54] </w:t>
      </w:r>
      <w:r>
        <w:t>great loss to humanity, Maulana sahib's transition to the other world.</w:t>
      </w:r>
    </w:p>
    <w:p>
      <w:pPr>
        <w:jc w:val="right"/>
      </w:pPr>
      <w:r>
        <w:t>گریٹ لاس ٹو ہیومینٹی، مولانا صاحبز ٹرانزیشن ٹو دا ادر ورلڈ۔</w:t>
      </w:r>
    </w:p>
    <w:p>
      <w:r>
        <w:rPr>
          <w:b/>
        </w:rPr>
        <w:t xml:space="preserve">[26:04] </w:t>
      </w:r>
      <w:r>
        <w:t>But</w:t>
      </w:r>
    </w:p>
    <w:p>
      <w:pPr>
        <w:jc w:val="right"/>
      </w:pPr>
      <w:r>
        <w:t>بٹ</w:t>
      </w:r>
    </w:p>
    <w:p>
      <w:r>
        <w:rPr>
          <w:b/>
        </w:rPr>
        <w:t xml:space="preserve">[26:09] </w:t>
      </w:r>
      <w:r>
        <w:t>we must also remember the great body of work which he has given us, his books, his talks.</w:t>
      </w:r>
    </w:p>
    <w:p>
      <w:pPr>
        <w:jc w:val="right"/>
      </w:pPr>
      <w:r>
        <w:t>وی مسٹ السو ریممبر دا گریٹ باڈی اف ورک وچ ہی ہیز گیون اس، ہز بکس، ہز ٹاکس۔</w:t>
      </w:r>
    </w:p>
    <w:p>
      <w:r>
        <w:rPr>
          <w:b/>
        </w:rPr>
        <w:t xml:space="preserve">[26:20] </w:t>
      </w:r>
      <w:r>
        <w:t>And even at a very advanced age, he was given regular sermons through the</w:t>
      </w:r>
    </w:p>
    <w:p>
      <w:pPr>
        <w:jc w:val="right"/>
      </w:pPr>
      <w:r>
        <w:t>اینڈ ایون ایٹ ا ویری ایڈوانس ایج، ہی واز گیون ریگولر سرمنز تھرو دی</w:t>
      </w:r>
    </w:p>
    <w:p>
      <w:r>
        <w:rPr>
          <w:b/>
        </w:rPr>
        <w:t xml:space="preserve">[26:28] </w:t>
      </w:r>
      <w:r>
        <w:t>net. He was very open to the new technologies that have come. And he would give talks through YouTube, through various ways.</w:t>
      </w:r>
    </w:p>
    <w:p>
      <w:pPr>
        <w:jc w:val="right"/>
      </w:pPr>
      <w:r>
        <w:t>نیٹ۔ ہی واز ویری اوپن ٹو دا نیو ٹیکنالوجیز دیٹ ہیو کم۔ اینڈ ہی وڈ گیو ٹاکس تھرو یوٹیوب، تھرو ویریس وےز۔</w:t>
      </w:r>
    </w:p>
    <w:p>
      <w:r>
        <w:rPr>
          <w:b/>
        </w:rPr>
        <w:t xml:space="preserve">[26:39] </w:t>
      </w:r>
      <w:r>
        <w:t>I, and I went to see him in 2016.</w:t>
      </w:r>
    </w:p>
    <w:p>
      <w:pPr>
        <w:jc w:val="right"/>
      </w:pPr>
      <w:r>
        <w:t>ائی، اینڈ ائی وینٹ ٹو سی ہم ان 2016۔</w:t>
      </w:r>
    </w:p>
    <w:p>
      <w:r>
        <w:rPr>
          <w:b/>
        </w:rPr>
        <w:t xml:space="preserve">[26:48] </w:t>
      </w:r>
      <w:r>
        <w:t>We are not very sure whether we would be able to meet him. And Dr Rajat was there, and he organized the meeting</w:t>
      </w:r>
    </w:p>
    <w:p>
      <w:pPr>
        <w:jc w:val="right"/>
      </w:pPr>
      <w:r>
        <w:t>وی ار ناٹ ویری شور ویدر وی وڈ بی ایبل ٹو میٹ ہم۔ اینڈ ڈاکٹر رجت واز دیر، اینڈ ہی ارگنائز دا میٹنگ</w:t>
      </w:r>
    </w:p>
    <w:p>
      <w:r>
        <w:rPr>
          <w:b/>
        </w:rPr>
        <w:t xml:space="preserve">[26:57] </w:t>
      </w:r>
      <w:r>
        <w:t>. And Maulana sahib was very quiet. We explained about how we have a peace conference every year, and how this peace conference is very important.</w:t>
      </w:r>
    </w:p>
    <w:p>
      <w:pPr>
        <w:jc w:val="right"/>
      </w:pPr>
      <w:r>
        <w:t>۔ اینڈ مولانا صاحب واز ویری کوائٹ۔ وی ایکسپلینڈ اباؤٹ ہاؤ وی ہیو ا پیس کانفرنس ایوری ایئر، اینڈ ہاؤ دس پیس کانفرنس از ویری امپورٹنٹ۔</w:t>
      </w:r>
    </w:p>
    <w:p>
      <w:r>
        <w:rPr>
          <w:b/>
        </w:rPr>
        <w:t xml:space="preserve">[27:11] </w:t>
      </w:r>
      <w:r>
        <w:t>that bring people together and understanding. And he listened to everything silently, without, I was wondering why is he so silent when we are talking</w:t>
      </w:r>
    </w:p>
    <w:p>
      <w:pPr>
        <w:jc w:val="right"/>
      </w:pPr>
      <w:r>
        <w:t>دیٹ برنگ پیپل ٹوگیدر اینڈ انڈرسٹینڈنگ۔ اینڈ ہی لسن ٹو ایوری تھنگ سائلنٹلی، وداؤٹ، ائی واز وانڈرنگ وائی از ہی سو سائلنٹ وین وی ار ٹاکنگ</w:t>
      </w:r>
    </w:p>
    <w:p>
      <w:r>
        <w:rPr>
          <w:b/>
        </w:rPr>
        <w:t xml:space="preserve">[27:22] </w:t>
      </w:r>
      <w:r>
        <w:t>. We had gone as a group of duties from the ashram. And finally, he said, "The work you are doing is exactly the same work that is done here.</w:t>
      </w:r>
    </w:p>
    <w:p>
      <w:pPr>
        <w:jc w:val="right"/>
      </w:pPr>
      <w:r>
        <w:t>۔ وی ہیڈ گون ایز ا گروپ اف ڈیوٹیز فرام دا اشرم۔ اینڈ فائنلی، ہی سیڈ، "دا ورک یو ار ڈوئنگ از ایگزیکٹلی دا سیم ورک دیٹ از ڈن ہیر۔</w:t>
      </w:r>
    </w:p>
    <w:p>
      <w:r>
        <w:rPr>
          <w:b/>
        </w:rPr>
        <w:t xml:space="preserve">[27:37] </w:t>
      </w:r>
      <w:r>
        <w:t>And I am very happy to hear of all of it.</w:t>
      </w:r>
    </w:p>
    <w:p>
      <w:pPr>
        <w:jc w:val="right"/>
      </w:pPr>
      <w:r>
        <w:t>اینڈ ائی ایم ویری ہیپی ٹو ہیئر اف ال اف اٹ۔</w:t>
      </w:r>
    </w:p>
    <w:p>
      <w:r>
        <w:rPr>
          <w:b/>
        </w:rPr>
        <w:t xml:space="preserve">[27:46] </w:t>
      </w:r>
      <w:r>
        <w:t>And I hope that you will continue this work</w:t>
      </w:r>
    </w:p>
    <w:p>
      <w:pPr>
        <w:jc w:val="right"/>
      </w:pPr>
      <w:r>
        <w:t>اینڈ ائی ہوپ دیٹ یو ویل کنٹینیو دس ورک</w:t>
      </w:r>
    </w:p>
    <w:p>
      <w:r>
        <w:rPr>
          <w:b/>
        </w:rPr>
        <w:t xml:space="preserve">[27:51] </w:t>
      </w:r>
      <w:r>
        <w:t>. I am not able to come to Chennai for your meeting, because your peace conference, because I am too old for that.</w:t>
      </w:r>
    </w:p>
    <w:p>
      <w:pPr>
        <w:jc w:val="right"/>
      </w:pPr>
      <w:r>
        <w:t>۔ ائی ایم ناٹ ایبل ٹو کم ٹو چنئی فار یور میٹنگ، بیکاز یور پیس کانفرنس، بیکاز ائی ایم ٹو اولڈ فار دیٹ۔</w:t>
      </w:r>
    </w:p>
    <w:p>
      <w:r>
        <w:rPr>
          <w:b/>
        </w:rPr>
        <w:t xml:space="preserve">[28:01] </w:t>
      </w:r>
      <w:r>
        <w:t>bat from here, I will send my prayers and blessings."}, so that was very cheering thing. And we met Professor Farida.</w:t>
      </w:r>
    </w:p>
    <w:p>
      <w:pPr>
        <w:jc w:val="right"/>
      </w:pPr>
      <w:r>
        <w:t>بٹ فرام ہیر، ائی ویل سینڈ مائی پریرز اینڈ بلیسنگز۔" سو دیٹ واز ویری چیئرنگ تھنگ۔ اینڈ وی میٹ پروفیسر فریدہ۔</w:t>
      </w:r>
    </w:p>
    <w:p>
      <w:r>
        <w:rPr>
          <w:b/>
        </w:rPr>
        <w:t xml:space="preserve">[28:10] </w:t>
      </w:r>
      <w:r>
        <w:t>i don't know if she remembers me</w:t>
      </w:r>
    </w:p>
    <w:p>
      <w:pPr>
        <w:jc w:val="right"/>
      </w:pPr>
      <w:r>
        <w:t>ائی ڈونٹ نو اف شی ریممبرز می</w:t>
      </w:r>
    </w:p>
    <w:p>
      <w:r>
        <w:rPr>
          <w:b/>
        </w:rPr>
        <w:t xml:space="preserve">[28:13] </w:t>
      </w:r>
      <w:r>
        <w:t>and then we, and he gave us a lot of his books, which is very, very interesting in that sense that we could see the detachment of his thought.</w:t>
      </w:r>
    </w:p>
    <w:p>
      <w:pPr>
        <w:jc w:val="right"/>
      </w:pPr>
      <w:r>
        <w:t>۔ اینڈ دین وی، اینڈ ہی گیو اس ا لاٹ اف ہز بکس، وچ از ویری، ویری انٹرسٹنگ ان دیٹ سینس دیٹ وی کڈ سی دا ڈیٹچمنٹ اف ہز تھاٹ۔</w:t>
      </w:r>
    </w:p>
    <w:p>
      <w:r>
        <w:rPr>
          <w:b/>
        </w:rPr>
        <w:t xml:space="preserve">[28:25] </w:t>
      </w:r>
      <w:r>
        <w:t>normally, we don't see in a great scholar detachment</w:t>
      </w:r>
    </w:p>
    <w:p>
      <w:pPr>
        <w:jc w:val="right"/>
      </w:pPr>
      <w:r>
        <w:t>نارملی، وی ڈونٹ سی ان ا گریٹ سکالر ڈیٹچمنٹ</w:t>
      </w:r>
    </w:p>
    <w:p>
      <w:r>
        <w:rPr>
          <w:b/>
        </w:rPr>
        <w:t xml:space="preserve">[28:31] </w:t>
      </w:r>
      <w:r>
        <w:t>they have some sort of link to some favorite idea.</w:t>
      </w:r>
    </w:p>
    <w:p>
      <w:pPr>
        <w:jc w:val="right"/>
      </w:pPr>
      <w:r>
        <w:t>۔ دے ہیو سم سورٹ اف لنک ٹو سم فیورٹ ائیڈیا۔</w:t>
      </w:r>
    </w:p>
    <w:p>
      <w:r>
        <w:rPr>
          <w:b/>
        </w:rPr>
        <w:t xml:space="preserve">[28:40] </w:t>
      </w:r>
      <w:r>
        <w:t>but he was able to look at everything as a whole. and he was able to analyze the difficulties of the muslim community, like a witness, the sakshi we see in vedanta.</w:t>
      </w:r>
    </w:p>
    <w:p>
      <w:pPr>
        <w:jc w:val="right"/>
      </w:pPr>
      <w:r>
        <w:t>بٹ ہی واز ایبل ٹو لوک ایٹ ایوری تھنگ ایز ا ہول۔ اینڈ ہی واز ایبل ٹو اینالائز دا ڈیفیکلٹیز اف دا مسلم کمیونٹی، لائک ا وٹنس، دا ساکشی وی سی ان ویدانتا۔</w:t>
      </w:r>
    </w:p>
    <w:p>
      <w:r>
        <w:rPr>
          <w:b/>
        </w:rPr>
        <w:t xml:space="preserve">[28:58] </w:t>
      </w:r>
      <w:r>
        <w:t>he was able to look at it like a sakshi.</w:t>
      </w:r>
    </w:p>
    <w:p>
      <w:pPr>
        <w:jc w:val="right"/>
      </w:pPr>
      <w:r>
        <w:t>ہی واز ایبل ٹو لوک ایٹ اٹ لائک ا ساکشی۔</w:t>
      </w:r>
    </w:p>
    <w:p>
      <w:r>
        <w:rPr>
          <w:b/>
        </w:rPr>
        <w:t xml:space="preserve">[29:01] </w:t>
      </w:r>
      <w:r>
        <w:t>and no unnecessary criticism, no unnecessary defense, just a clinical dissection of what the problem is.</w:t>
      </w:r>
    </w:p>
    <w:p>
      <w:pPr>
        <w:jc w:val="right"/>
      </w:pPr>
      <w:r>
        <w:t>اینڈ نو اننیسری کریٹیسزم، نو اننیسری ڈیفنس، جسٹ ا کلینیکل ڈائیسیکشن اف واٹ دا پرابلم از۔</w:t>
      </w:r>
    </w:p>
    <w:p>
      <w:r>
        <w:rPr>
          <w:b/>
        </w:rPr>
        <w:t xml:space="preserve">[29:14] </w:t>
      </w:r>
      <w:r>
        <w:t>that is something very rare in religious leaders to be able to look at your own community, not to be defensive, not to be offensive.</w:t>
      </w:r>
    </w:p>
    <w:p>
      <w:pPr>
        <w:jc w:val="right"/>
      </w:pPr>
      <w:r>
        <w:t>دیٹ از سمتھنگ ویری ریئر ان ریلیجس لیڈرز ٹو بی ایبل ٹو لوک ایٹ یور اون کمیونٹی، ناٹ ٹو بی ڈیفنسو، ناٹ ٹو بی افینسو۔</w:t>
      </w:r>
    </w:p>
    <w:p>
      <w:r>
        <w:rPr>
          <w:b/>
        </w:rPr>
        <w:t xml:space="preserve">[29:24] </w:t>
      </w:r>
      <w:r>
        <w:t>there are lot of people who talk about their community, and they are unnecessary attack it. he didn't have the</w:t>
      </w:r>
    </w:p>
    <w:p>
      <w:pPr>
        <w:jc w:val="right"/>
      </w:pPr>
      <w:r>
        <w:t>دیر ار لاٹ اف پیپل ہو ٹاک اباؤٹ دیر کمیونٹی، اینڈ دے ار اننیسری اٹیک اٹ۔ ہی ڈنٹ ہیو دی</w:t>
      </w:r>
    </w:p>
    <w:p>
      <w:r>
        <w:rPr>
          <w:b/>
        </w:rPr>
        <w:t xml:space="preserve">[29:31] </w:t>
      </w:r>
      <w:r>
        <w:t>it. he just what was the reality, that satyam. he held on to that satyam. and that satyam will protect the cps, and will make it grow more and more.</w:t>
      </w:r>
    </w:p>
    <w:p>
      <w:pPr>
        <w:jc w:val="right"/>
      </w:pPr>
      <w:r>
        <w:t>ٹ۔ ہی جسٹ واٹ واز دا ریلیٹی، دیٹ ستیم۔ ہی ہیلڈ ان ٹو دیٹ ستیم۔ اینڈ دیٹ ستیم ویل پروٹیکٹ دا سی پی ایس، اینڈ ویل میک اٹ گرو مور اینڈ مور۔</w:t>
      </w:r>
    </w:p>
    <w:p>
      <w:r>
        <w:rPr>
          <w:b/>
        </w:rPr>
        <w:t xml:space="preserve">[29:46] </w:t>
      </w:r>
      <w:r>
        <w:t>and i am sure that he has gone to a very good place, and that he will always have the blessings of god.</w:t>
      </w:r>
    </w:p>
    <w:p>
      <w:pPr>
        <w:jc w:val="right"/>
      </w:pPr>
      <w:r>
        <w:t>اینڈ ائی ایم شور دیٹ ہی ہیز گون ٹو ا ویری گڈ پلیس، اینڈ دیٹ ہی ویل الویز ہیو دا بلیسنگز اف گاڈ۔</w:t>
      </w:r>
    </w:p>
    <w:p>
      <w:r>
        <w:rPr>
          <w:b/>
        </w:rPr>
        <w:t xml:space="preserve">[29:58] </w:t>
      </w:r>
      <w:r>
        <w:t>thank you so much, swami ji</w:t>
      </w:r>
    </w:p>
    <w:p>
      <w:pPr>
        <w:jc w:val="right"/>
      </w:pPr>
      <w:r>
        <w:t>تھینک یو سو مچ، سوامی ج</w:t>
      </w:r>
    </w:p>
    <w:p>
      <w:r>
        <w:rPr>
          <w:b/>
        </w:rPr>
        <w:t xml:space="preserve">[30:00] </w:t>
      </w:r>
      <w:r>
        <w:t>y. that was, that was very, that was very kind. thank you so much. ah, that was really lovely words. ah, david, if i can come to you.</w:t>
      </w:r>
    </w:p>
    <w:p>
      <w:pPr>
        <w:jc w:val="right"/>
      </w:pPr>
      <w:r>
        <w:t>ی۔ دیٹ واز، دیٹ واز ویری، دیٹ واز ویری کائنڈ۔ تھینک یو سو مچ۔ اہ، دیٹ واز ریلی لولی ورڈز۔ اہ، ڈیوڈ، اف ائی کین کم ٹو یو۔</w:t>
      </w:r>
    </w:p>
    <w:p>
      <w:r>
        <w:rPr>
          <w:b/>
        </w:rPr>
        <w:t xml:space="preserve">[30:13] </w:t>
      </w:r>
      <w:r>
        <w:t>ah, so your of course interfaith is, is of course the essence of what the maulana sahib did</w:t>
      </w:r>
    </w:p>
    <w:p>
      <w:pPr>
        <w:jc w:val="right"/>
      </w:pPr>
      <w:r>
        <w:t>اہ، سو یور اف کورس انٹرفیتھ از، از اف کورس دی ایسنس اف واٹ دا مولانا صاحب ڈیڈ</w:t>
      </w:r>
    </w:p>
    <w:p>
      <w:r>
        <w:rPr>
          <w:b/>
        </w:rPr>
        <w:t xml:space="preserve">[30:21] </w:t>
      </w:r>
      <w:r>
        <w:t>how would you describe, would you recollect your first meeting with him, and how, and especially when you wrote the, when you got the quran translated into hebrew, and the book which came out.</w:t>
      </w:r>
    </w:p>
    <w:p>
      <w:pPr>
        <w:jc w:val="right"/>
      </w:pPr>
      <w:r>
        <w:t>۔ ہاؤ وڈ یو ڈسکرائب، وڈ یو ریکلیکٹ یور فرسٹ میٹنگ ود ہم، اینڈ ہاؤ، اینڈ اسپیشلی وین یو روٹ دا، وین یو گاٹ دا قران ٹرانسلیٹڈ انٹو ہبرو، اینڈ دا بک وچ کیم اؤٹ۔</w:t>
      </w:r>
    </w:p>
    <w:p>
      <w:r>
        <w:rPr>
          <w:b/>
        </w:rPr>
        <w:t xml:space="preserve">[30:32] </w:t>
      </w:r>
      <w:r>
        <w:t>it is a fascinating document. can you give us a little reminiscences about the first meeting with him, and how did it go? so first of all, let me wish all our muslim sisters and brothers a ramadan kareem.</w:t>
      </w:r>
    </w:p>
    <w:p>
      <w:pPr>
        <w:jc w:val="right"/>
      </w:pPr>
      <w:r>
        <w:t>اٹ از ا فیسینیٹنگ ڈاکومنٹ۔ کین یو گیو اس ا لٹل ریمیننسز اباؤٹ دا فرسٹ میٹنگ ود ہم، اینڈ ہاؤ ڈڈ اٹ گو؟ سو فرسٹ اف ال، لیٹ می وش ال ار مسلم سسٹرز اینڈ برادرز ا رمضان کریم۔</w:t>
      </w:r>
    </w:p>
    <w:p>
      <w:r>
        <w:rPr>
          <w:b/>
        </w:rPr>
        <w:t xml:space="preserve">[30:48] </w:t>
      </w:r>
      <w:r>
        <w:t>and my deep thanks to you, arjun, and to owais, for this initiative and for including me in it. i am very privileged to be part of this tribute.</w:t>
      </w:r>
    </w:p>
    <w:p>
      <w:pPr>
        <w:jc w:val="right"/>
      </w:pPr>
      <w:r>
        <w:t>اینڈ مائی ڈیپ تھینکس ٹو یو، ارجون، اینڈ ٹو اویس، فار دس انیشیٹیو اینڈ فار انکلوڈنگ می ان اٹ۔ ائی ایم ویری پریولج ٹو بی پارٹ اف دس ٹریبیوٹ۔</w:t>
      </w:r>
    </w:p>
    <w:p>
      <w:r>
        <w:rPr>
          <w:b/>
        </w:rPr>
        <w:t xml:space="preserve">[30:58] </w:t>
      </w:r>
      <w:r>
        <w:t>and just allow me, first of all, to resonate with some of the wonderful things that have been said by all of you.</w:t>
      </w:r>
    </w:p>
    <w:p>
      <w:pPr>
        <w:jc w:val="right"/>
      </w:pPr>
      <w:r>
        <w:t>اینڈ جسٹ الاؤ می، فرسٹ اف ال، ٹو ریزونیٹ ود سم اف دا وانڈرفل تھنگز دیٹ ہیو بین سیڈ بائی ال اف یو۔</w:t>
      </w:r>
    </w:p>
    <w:p>
      <w:r>
        <w:rPr>
          <w:b/>
        </w:rPr>
        <w:t xml:space="preserve">[31:05] </w:t>
      </w:r>
      <w:r>
        <w:t>and how are the sages of the talmud tell us that the world is preserved, that god preserved the world thanks to the saintly ones, the people of saintly disposition who live in this world, who are not always known publicly.</w:t>
      </w:r>
    </w:p>
    <w:p>
      <w:pPr>
        <w:jc w:val="right"/>
      </w:pPr>
      <w:r>
        <w:t>اینڈ ہاؤ ار دا سیجز اف دا تلمود ٹیل اس کہ دا ورلڈ از پریزروڈ، کہ گاڈ پریزروڈ دا ورلڈ تھینکس ٹو دا سینٹلی ونز، دا پیپل اف سینٹلی ڈسپوزیشن ہو لیو ان دس ورلڈ، ہو ار ناٹ الویز نون پبلکلی۔</w:t>
      </w:r>
    </w:p>
    <w:p>
      <w:r>
        <w:rPr>
          <w:b/>
        </w:rPr>
        <w:t xml:space="preserve">[31:24] </w:t>
      </w:r>
      <w:r>
        <w:t>they observed that very often those who are more well known in the world are those who are less deserving, and often the most deserving are not well known.</w:t>
      </w:r>
    </w:p>
    <w:p>
      <w:pPr>
        <w:jc w:val="right"/>
      </w:pPr>
      <w:r>
        <w:t>دے ابزروڈ کہ ویری افن دوز ہو ار مور ویل نون ان دا ورلڈ ار دوز ہو ار لیس ڈزروونگ، اینڈ افن دا موسٹ ڈزروونگ ار ناٹ ویل نون۔</w:t>
      </w:r>
    </w:p>
    <w:p>
      <w:r>
        <w:rPr>
          <w:b/>
        </w:rPr>
        <w:t xml:space="preserve">[31:34] </w:t>
      </w:r>
      <w:r>
        <w:t>and but they are the ones who preserved our world. and there is no question in my mind that maulana wahiduddin khan of most blessed memory was one of those saints, the greater saints amongst the greater saints of our time, by virtue of who more world is preserved.</w:t>
      </w:r>
    </w:p>
    <w:p>
      <w:pPr>
        <w:jc w:val="right"/>
      </w:pPr>
      <w:r>
        <w:t>اینڈ بٹ دے ار دا ونز ہو پریزروڈ ار ورلڈ۔ اینڈ دیر از نو کویسچن ان مائی مائنڈ کہ مولانا وحید الدین خان اف موسٹ بلیسڈ میموری واز ون اف دوز سینٹس، دا گریٹر سینٹس امنگسٹ دا گریٹر سینٹس اف ار ٹائم، بائی ورچو اف ہو مور ورلڈ از پریزروڈ۔</w:t>
      </w:r>
    </w:p>
    <w:p>
      <w:r>
        <w:rPr>
          <w:b/>
        </w:rPr>
        <w:t xml:space="preserve">[31:55] </w:t>
      </w:r>
      <w:r>
        <w:t>and the fact that he is not with us physically does not in any way diminish from the sense of his spiritual presence with us, with not only the structures for learning that he built, his own family which are wonderful testament to that, but also the disciples and all those who are touched by his life remain a wonderful testament</w:t>
      </w:r>
    </w:p>
    <w:p>
      <w:pPr>
        <w:jc w:val="right"/>
      </w:pPr>
      <w:r>
        <w:t>اینڈ دا فیکٹ دیٹ ہی از ناٹ ود اس فزیکلی ڈز ناٹ ان اینی وے ڈیمنش فرام دا سینس اف ہز سپرچول پریزنس ود اس، ود ناٹ اونلی دی سٹرکچرز فار لرننگ دیٹ ہی بلٹ، ہز اون فیملی وچ ار وانڈرفل ٹیسٹمنٹ ٹو دیٹ، بٹ ال دا ڈسپلز اینڈ ال دوز ہو ار ٹچڈ بائی ہز لائف ریمین ا وانڈرفل ٹیسٹمنٹ</w:t>
      </w:r>
    </w:p>
    <w:p>
      <w:r>
        <w:rPr>
          <w:b/>
        </w:rPr>
        <w:t xml:space="preserve">[32:18] </w:t>
      </w:r>
      <w:r>
        <w:t>as is be mentioned, he was such an embodiment of modesty, of humility, of the greatest virtues of our religious traditions that we are called upon to embody.</w:t>
      </w:r>
    </w:p>
    <w:p>
      <w:pPr>
        <w:jc w:val="right"/>
      </w:pPr>
      <w:r>
        <w:t>۔ ایز از بی مینشنڈ، ہی واز سچ ا ان ایمبڈیمنٹ اف مودستی، اف ہومیلٹی، اف دا گریٹسٹ ورچوز اف ار ریلیجس ٹریڈیشنز دیٹ وی ار کالڈ اپون ٹو ایمبڈی۔</w:t>
      </w:r>
    </w:p>
    <w:p>
      <w:r>
        <w:rPr>
          <w:b/>
        </w:rPr>
        <w:t xml:space="preserve">[32:32] </w:t>
      </w:r>
      <w:r>
        <w:t>and for judaism, which of course is a religion of learning and teaching, a scholar and one who embodies both not only the mind but the heart and the spirit together with it, is the most wonderful of all</w:t>
      </w:r>
    </w:p>
    <w:p>
      <w:pPr>
        <w:jc w:val="right"/>
      </w:pPr>
      <w:r>
        <w:t>اینڈ فور جودائیزم، وچ اف کورس از ا ریلیجن اف لرننگ اینڈ ٹیچنگ، ا سکالر اینڈ ون ہو ایمبڈیز بوٹ ناٹ اونلی دا مائنڈ بٹ دا ہارٹ اینڈ دا سپرٹ ٹوگیدر ود اٹ، از دا موسٹ وانڈرفل اف ال</w:t>
      </w:r>
    </w:p>
    <w:p>
      <w:r>
        <w:rPr>
          <w:b/>
        </w:rPr>
        <w:t xml:space="preserve">[32:47] </w:t>
      </w:r>
      <w:r>
        <w:t>I love the image that Dr. Maria used of the tree. It is interesting that the first of the book of Psalms, the first psalm, and also in the other ear of the Hebrew prophets, refer to the righteous, saintly person, as a tree.</w:t>
      </w:r>
    </w:p>
    <w:p>
      <w:pPr>
        <w:jc w:val="right"/>
      </w:pPr>
      <w:r>
        <w:t>۔ ائی لو دی امیج دیٹ ڈاکٹر ماریہ یوزڈ اف دا ٹری۔ اٹ از انٹرسٹنگ دیٹ دا فرسٹ اف دا بک اف سارمز، دا فرسٹ سارم، اینڈ السو ان دی ادر ایئر اف دا ہبرو پرافٹس، ریفر ٹو دا رائٹرس، سینٹلی پرسن، ایز ا ٹری۔</w:t>
      </w:r>
    </w:p>
    <w:p>
      <w:r>
        <w:rPr>
          <w:b/>
        </w:rPr>
        <w:t xml:space="preserve">[33:04] </w:t>
      </w:r>
      <w:r>
        <w:t>And the idea of the tree is not only as the shade that is provided, and maybe the fruit that is provided by the tree.</w:t>
      </w:r>
    </w:p>
    <w:p>
      <w:pPr>
        <w:jc w:val="right"/>
      </w:pPr>
      <w:r>
        <w:t>اینڈ دی ائیڈیا اف دا ٹری از ناٹ اونلی ایز دا شید دیٹ از پرووائیڈڈ، اینڈ می بی دا فروٹ دیٹ از پرووائیڈڈ بائی دا ٹری۔</w:t>
      </w:r>
    </w:p>
    <w:p>
      <w:r>
        <w:rPr>
          <w:b/>
        </w:rPr>
        <w:t xml:space="preserve">[33:14] </w:t>
      </w:r>
      <w:r>
        <w:t>But also the fact that a tree to be a truly flourishing tree must have very deep roots. And yet the tree that is really the greatest gift is the one with the plenteous bran</w:t>
      </w:r>
    </w:p>
    <w:p>
      <w:pPr>
        <w:jc w:val="right"/>
      </w:pPr>
      <w:r>
        <w:t>بٹ السو دا فیکٹ دیٹ ا ٹری ٹو بی ا ٹرولی فلورشنگ ٹری مسٹ ہیو ویری ڈیپ روٹس۔ اینڈ یٹ دا ٹری دیٹ از ریلی دا گریٹسٹ گفٹ از دا ون ود دا پلینٹیوس بران</w:t>
      </w:r>
    </w:p>
    <w:p>
      <w:r>
        <w:rPr>
          <w:b/>
        </w:rPr>
        <w:t xml:space="preserve">[33:29] </w:t>
      </w:r>
      <w:r>
        <w:t>چز۔ And this is a beautiful image of Maulana. Because he was deeply rooted within his Muslim tradition.</w:t>
      </w:r>
    </w:p>
    <w:p>
      <w:pPr>
        <w:jc w:val="right"/>
      </w:pPr>
      <w:r>
        <w:t>چز۔ اینڈ دس از ا بیوٹیفل امیج اف مولانا۔ بیکاز ہی واز ڈیپلی روٹڈ ود ان ہز مسلم ٹریڈیشن۔</w:t>
      </w:r>
    </w:p>
    <w:p>
      <w:r>
        <w:rPr>
          <w:b/>
        </w:rPr>
        <w:t xml:space="preserve">[33:37] </w:t>
      </w:r>
      <w:r>
        <w:t>But his branches expanded out universally to be able to embrace all traditions and all people in a true spirit of universalism.</w:t>
      </w:r>
    </w:p>
    <w:p>
      <w:pPr>
        <w:jc w:val="right"/>
      </w:pPr>
      <w:r>
        <w:t>بٹ ہز برانچز ایکسپینڈڈ اؤٹ یونیورسلی ٹو بی ایبل ٹو امبریس ال ٹریڈیشنز اینڈ ال پیپل ان ا ٹرو سپرٹ اف یونیورسلزم۔</w:t>
      </w:r>
    </w:p>
    <w:p>
      <w:r>
        <w:rPr>
          <w:b/>
        </w:rPr>
        <w:t xml:space="preserve">[33:48] </w:t>
      </w:r>
      <w:r>
        <w:t>سو یو اسک می اویس اباؤٹ ار</w:t>
      </w:r>
    </w:p>
    <w:p>
      <w:pPr>
        <w:jc w:val="right"/>
      </w:pPr>
      <w:r>
        <w:t>سو یو اسک می اویس اباؤٹ ار</w:t>
      </w:r>
    </w:p>
    <w:p>
      <w:r>
        <w:rPr>
          <w:b/>
        </w:rPr>
        <w:t xml:space="preserve">[33:50] </w:t>
      </w:r>
      <w:r>
        <w:t>میٹنگز۔ ایکچولی the first time I met Maulana was in the eighties, 1980. Thanks to the community of Sant'Egidio, which has gatherings that would took their inspiration from the convening by John Paul the Second, Pope John Paul the Second in 1986 in Assisi, to bring the religions together.</w:t>
      </w:r>
    </w:p>
    <w:p>
      <w:pPr>
        <w:jc w:val="right"/>
      </w:pPr>
      <w:r>
        <w:t>میٹنگز۔ ایکچولی دا فرسٹ ٹائم ائی میٹ مولانا واز ان دا ایٹیز، 1980۔ تھینکس ٹو دا کمیونٹی اف سانت ایجیدیو، وچ ہیز گیدرنگز دیٹ وڈ ٹوک دیر انسپریشن فرام دا کنویننگ بائی جان پول دے سیکنڈ، پوپ جان پول دے سیکنڈ ان 1986 ان ناسیسی، ٹو برنگ دا ریلیجنز ٹوگیدر۔</w:t>
      </w:r>
    </w:p>
    <w:p>
      <w:r>
        <w:rPr>
          <w:b/>
        </w:rPr>
        <w:t xml:space="preserve">[34:10] </w:t>
      </w:r>
      <w:r>
        <w:t>And at that time there were not many Muslim figures of stature who are involved in this interfaith gatherings.</w:t>
      </w:r>
    </w:p>
    <w:p>
      <w:pPr>
        <w:jc w:val="right"/>
      </w:pPr>
      <w:r>
        <w:t>اینڈ ات دیٹ ٹائم دیر وار ناٹ مینی مسلم فگرز اف سٹیچر ہو ار انوالوڈ ان دس انٹرفیتھ گیدرنگز۔</w:t>
      </w:r>
    </w:p>
    <w:p>
      <w:r>
        <w:rPr>
          <w:b/>
        </w:rPr>
        <w:t xml:space="preserve">[34:20] </w:t>
      </w:r>
      <w:r>
        <w:t>Now days we almost take it for granted, but then in the eighties it was pretty rare. And his true authentic universalism meant that he understood that this is where he should be.</w:t>
      </w:r>
    </w:p>
    <w:p>
      <w:pPr>
        <w:jc w:val="right"/>
      </w:pPr>
      <w:r>
        <w:t>ناؤ ڈیز وی الموسٹ ٹیک اٹ فار گرانٹڈ، بٹ دین ان دا ایٹیز اٹ واز پریٹی ریئر۔ اینڈ ہز ٹرو اتھینٹک یونیورسلزم مینٹ دیٹ ہی انڈرسٹوڈ دیٹ دس از ویر ہی شوڈ بی۔</w:t>
      </w:r>
    </w:p>
    <w:p>
      <w:r>
        <w:rPr>
          <w:b/>
        </w:rPr>
        <w:t xml:space="preserve">[34:31] </w:t>
      </w:r>
      <w:r>
        <w:t>And he is his very presence was an inspiration, and his words were incisive and enriching. I remember in one meeting, we were actually in Madrid, in the Royal Palace where the reception took place.</w:t>
      </w:r>
    </w:p>
    <w:p>
      <w:pPr>
        <w:jc w:val="right"/>
      </w:pPr>
      <w:r>
        <w:t>اینڈ ہی از ہز ویری پریزنس واز ان انسپریشن، اینڈ ہز ورڈز وار انسائسو اینڈ انرچنگ۔ ائی ریممبر ان ون میٹنگ، وی وار ایکچولی ان مدرڈ، ان دا رائل پیلس ویر دا ریسپشن ٹوک پلیس۔</w:t>
      </w:r>
    </w:p>
    <w:p>
      <w:r>
        <w:rPr>
          <w:b/>
        </w:rPr>
        <w:t xml:space="preserve">[34:48] </w:t>
      </w:r>
      <w:r>
        <w:t>And in his own simple way, he took some food, very very little, and he sat down on the floor to eat it. And I remember joining him there on the floor and being able to have a conversation.</w:t>
      </w:r>
    </w:p>
    <w:p>
      <w:pPr>
        <w:jc w:val="right"/>
      </w:pPr>
      <w:r>
        <w:t>اینڈ ان ہز اون سمپل وے، ہی ٹوک سم فوڈ، ویری ویری لٹل، اینڈ ہی سیٹ ڈاؤن ان دا فلور ٹو ایٹ اٹ۔ اینڈ ائی ریممبر جوائننگ ہم دیر ان دا فلور اینڈ بینگ ایبل ٹو ہیو ا کانورسیشن۔</w:t>
      </w:r>
    </w:p>
    <w:p>
      <w:r>
        <w:rPr>
          <w:b/>
        </w:rPr>
        <w:t xml:space="preserve">[35:01] </w:t>
      </w:r>
      <w:r>
        <w:t>And it was such a gift, a wonderful gift. As you see, I was able to enjoy some of the fruits of his intellectual endeavor and the books that given about the translation of the Quran, which adorns my library</w:t>
      </w:r>
    </w:p>
    <w:p>
      <w:pPr>
        <w:jc w:val="right"/>
      </w:pPr>
      <w:r>
        <w:t>اینڈ اٹ واز سچ ا گفٹ، ا وانڈرفل گفٹ۔ ایز یو سی، ائی واز ایبل ٹو انجوائے سم اف دا فروٹس اف ہز انٹلیکچول انڈیور اینڈ دا بکس دیٹ گیون اباؤٹ دا ٹرانسلیشن اف دا قران، وچ ادورنز مائی لائبری</w:t>
      </w:r>
    </w:p>
    <w:p>
      <w:r>
        <w:rPr>
          <w:b/>
        </w:rPr>
        <w:t xml:space="preserve">[35:15] </w:t>
      </w:r>
      <w:r>
        <w:t>behind me. In fact, if you look directly, you are looking directly at where the book is in my bookshelf, coincidentally or maybe providential.</w:t>
      </w:r>
    </w:p>
    <w:p>
      <w:pPr>
        <w:jc w:val="right"/>
      </w:pPr>
      <w:r>
        <w:t>بیہائنڈ می۔ ان فیکٹ، اف یو لوک ڈائریکٹلی، یو ار لوکنگ ڈائریکٹلی ایٹ ویر دا بک از ان مائی بک شیلف، کوئنسیڈنٹلی اور می بی پروویڈنشیال۔</w:t>
      </w:r>
    </w:p>
    <w:p>
      <w:r>
        <w:rPr>
          <w:b/>
        </w:rPr>
        <w:t xml:space="preserve">[35:23] </w:t>
      </w:r>
      <w:r>
        <w:t>But I particularly treasure the meeting which, thanks to Sant'Egidio, took place in Jerusalem, long before any peace process was really under way.</w:t>
      </w:r>
    </w:p>
    <w:p>
      <w:pPr>
        <w:jc w:val="right"/>
      </w:pPr>
      <w:r>
        <w:t>بٹ ائی پرٹیکولی ٹریژر دی میٹنگ وچ تھینکس ٹو سانت ایجیدیو ٹوک پلیس ان جروسلم، لانگ بیفور اینی پیس پروسیس واز ریلی انڈر وے۔</w:t>
      </w:r>
    </w:p>
    <w:p>
      <w:r>
        <w:rPr>
          <w:b/>
        </w:rPr>
        <w:t xml:space="preserve">[35:34] </w:t>
      </w:r>
      <w:r>
        <w:t>This was in 1995. And we had a gathering, a Muslim, Christian, Jewish gathering, in other words representing the local indigenous communities.</w:t>
      </w:r>
    </w:p>
    <w:p>
      <w:pPr>
        <w:jc w:val="right"/>
      </w:pPr>
      <w:r>
        <w:t>دس واز ان 1995۔ اینڈ وی ہیڈ ا گیدرنگ، ا مسلم، کرسچین، جوئش گیدرنگ، ان ادر ورڈز ریپریزنٹنگ دا لوکل انڈیجینس کمیونٹیز۔</w:t>
      </w:r>
    </w:p>
    <w:p>
      <w:r>
        <w:rPr>
          <w:b/>
        </w:rPr>
        <w:t xml:space="preserve">[35:45] </w:t>
      </w:r>
      <w:r>
        <w:t>And it was attended by great personalities, Cardinal Etchegaray from the Vatican, one of the great cardinals of the time, also a man of big heart. And Maulana was there, and we planted together a tree actually in the garden of the Armenian Patriarchate, in the Old City of Jerusalem, an olive tree as a sign of peace.</w:t>
      </w:r>
    </w:p>
    <w:p>
      <w:pPr>
        <w:jc w:val="right"/>
      </w:pPr>
      <w:r>
        <w:t>اینڈ اٹ واز اتینڈڈ بائی گریٹ پرسنیلٹیز، کارڈنل ایٹری گریف فرام دا ویٹیکن، ون اف دا گریٹ کارڈنلز اف دا ٹائم، السو ا مین اف بیگ ہارٹس۔ اینڈ مولانا واز دیر، اینڈ وی پلانٹڈ ٹوگیدر ٹری ایکچولی ان دا گارڈن اف دی ارمینین پیٹریارکیٹ، ان دا اولڈ سٹی اف جروسلم، ان اولیو ٹری ایز ا سائن اف پیس۔</w:t>
      </w:r>
    </w:p>
    <w:p>
      <w:r>
        <w:rPr>
          <w:b/>
        </w:rPr>
        <w:t xml:space="preserve">[36:04] </w:t>
      </w:r>
      <w:r>
        <w:t>And then of course, he was here in 2008 at the Paris Peace Center, where he gave a very profound, impressive speech that was indeed very courageous, really far reaching in terms of a vision for peace and reconciliation.</w:t>
      </w:r>
    </w:p>
    <w:p>
      <w:pPr>
        <w:jc w:val="right"/>
      </w:pPr>
      <w:r>
        <w:t>اینڈ دین اف کورس، ہی واز ہیر ان 2008 ایٹ دا پیرس پیس سینٹر، ویر ہی ا گیو ا ویری پروفاؤنڈ، امپریسو سپیچ دیٹ واز ان ڈیڈ ویری کریجس، ریلی فار ریچنگ ان ٹرمز اف ا وژن فار پیس اینڈ ریکنسیلیشن۔</w:t>
      </w:r>
    </w:p>
    <w:p>
      <w:r>
        <w:rPr>
          <w:b/>
        </w:rPr>
        <w:t xml:space="preserve">[36:20] </w:t>
      </w:r>
      <w:r>
        <w:t>Again, a wonderful quality of the Maulana was that he didn't think he was courageous, and he certainly didn't expect to get any kind of accolades for</w:t>
      </w:r>
    </w:p>
    <w:p>
      <w:pPr>
        <w:jc w:val="right"/>
      </w:pPr>
      <w:r>
        <w:t>اگین، ا وانڈرفل کوالٹی اف دا مولانا واز دیٹ ہی ڈنٹ تھنک ہی واز کریجس، اینڈ ہی سرٹنلی ڈنٹ ایکسپیکٹ ٹو گیٹ اینی کائنڈ اف اکالیدز فار</w:t>
      </w:r>
    </w:p>
    <w:p>
      <w:r>
        <w:rPr>
          <w:b/>
        </w:rPr>
        <w:t xml:space="preserve">[36:31] </w:t>
      </w:r>
      <w:r>
        <w:t>It. For him, he was just talking what seemed to him to be right, good sense, wise, and what are religions really teach us.</w:t>
      </w:r>
    </w:p>
    <w:p>
      <w:pPr>
        <w:jc w:val="right"/>
      </w:pPr>
      <w:r>
        <w:t>اٹ۔ فار ہم، ہی واز جسٹ ٹاکنگ واٹ سیئم ٹو ہم ٹو بی رائٹ، گڈ سینس، وائز، اینڈ واٹ ار ریلیجنز ریلی ٹیچ اس۔</w:t>
      </w:r>
    </w:p>
    <w:p>
      <w:r>
        <w:rPr>
          <w:b/>
        </w:rPr>
        <w:t xml:space="preserve">[36:41] </w:t>
      </w:r>
      <w:r>
        <w:t>And he advocated for what is possible to be pragmatic. This was another very important point.</w:t>
      </w:r>
    </w:p>
    <w:p>
      <w:pPr>
        <w:jc w:val="right"/>
      </w:pPr>
      <w:r>
        <w:t>اینڈ ہی ایڈوکیٹڈ فار واٹ از پاسیبل ٹو بی پراگماتک۔ دس واز ان ادر ویری امپورٹنٹ پو</w:t>
      </w:r>
    </w:p>
    <w:p>
      <w:r>
        <w:rPr>
          <w:b/>
        </w:rPr>
        <w:t xml:space="preserve">[36:47] </w:t>
      </w:r>
      <w:r>
        <w:t>point. Of course, the values were fundamental. But to be able to get on your high horses and claim that you have something exclusive and that you will therefore have to be centrally in some way rejecting of others, this was completely against what he understood to be the authentic spirit.</w:t>
      </w:r>
    </w:p>
    <w:p>
      <w:pPr>
        <w:jc w:val="right"/>
      </w:pPr>
      <w:r>
        <w:t>ائنٹ۔ اف کورس، دا ویلیوز وار فنڈامینٹل۔ بٹ ٹو بین ایبل ٹو گیٹ ان یور ہائی ہورسز اینڈ کلیم دیٹ یو ہیو سمتھنگ ایکسکلوسو اینڈ دیٹ یو ویل دیر فور ہیو ٹو بی سنٹرلی بین سم وے ریجیکٹنگ اف ادرز، دس واز کمپلیٹلی اگینسٹ واٹ ہی انڈرسٹوڈ ٹو بی دی اتھینٹک سپرٹ۔</w:t>
      </w:r>
    </w:p>
    <w:p>
      <w:r>
        <w:rPr>
          <w:b/>
        </w:rPr>
        <w:t xml:space="preserve">[37:06] </w:t>
      </w:r>
      <w:r>
        <w:t>He understood the authentic spirit of Islam, and therefore of all true religion, is to find the way forward, to find compromise, to find a a some form of opportunity, as he used it, to be able to reconcile and to promote peace.</w:t>
      </w:r>
    </w:p>
    <w:p>
      <w:pPr>
        <w:jc w:val="right"/>
      </w:pPr>
      <w:r>
        <w:t>ہی انڈرسٹوڈ دی اتھینٹک سپرٹ اف اسلام، اینڈ دیر فور اف ال ٹو ریلیجن، از ٹو فائنڈ دا وے فورڈ، ٹو فائنڈ کمپرومائز، ٹو فائنڈ اہ اہ سم فارم اف اہ اپرچونٹی، ایز ہی یوزڈ اٹ، ٹو بین ایبل ٹو ریکنسائل اینڈ ٹو پروموٹ پیس۔</w:t>
      </w:r>
    </w:p>
    <w:p>
      <w:r>
        <w:rPr>
          <w:b/>
        </w:rPr>
        <w:t xml:space="preserve">[37:23] </w:t>
      </w:r>
      <w:r>
        <w:t>ہی واز ریلی ون اف دا گریٹ پیس میکرز۔ اینڈ ال ار ریلیجنز ٹیل اس دیٹ دیر از نون گریٹر دین دیٹ، بیکاز ار ریلیجنز ٹیل اس دیٹ دا نیم اف گاڈ، اف اللہ، از پیس</w:t>
      </w:r>
    </w:p>
    <w:p>
      <w:pPr>
        <w:jc w:val="right"/>
      </w:pPr>
      <w:r>
        <w:t>ہی واز ریلی ون اف دا گریٹ پیس میکرز۔ اینڈ ال ار ریلیجنز ٹیل اس دیٹ دیر از نون گریٹر دین دیٹ، بیکاز ار ریلیجنز ٹیل اس دیٹ دا نیم اف گاڈ، اف اللہ، از پیس</w:t>
      </w:r>
    </w:p>
    <w:p>
      <w:r>
        <w:rPr>
          <w:b/>
        </w:rPr>
        <w:t xml:space="preserve">[37:34] </w:t>
      </w:r>
      <w:r>
        <w:t>۔ اینڈ دیر فور دوز ہو پرسیو پیس ار ٹرولی دا گاڈلی ونز ان ارتھ، ہو دیر فور سینکٹیفائی گاڈس نیم۔ اینڈ سچ ہی واز۔</w:t>
      </w:r>
    </w:p>
    <w:p>
      <w:pPr>
        <w:jc w:val="right"/>
      </w:pPr>
      <w:r>
        <w:t>۔ اینڈ دیر فور دوز ہو پرسیو پیس ار ٹرولی دا گاڈلی ونز ان ارتھ، ہو دیر فور سینکٹیفائی گاڈس نیم۔ اینڈ سچ ہی واز۔</w:t>
      </w:r>
    </w:p>
    <w:p>
      <w:r>
        <w:rPr>
          <w:b/>
        </w:rPr>
        <w:t xml:space="preserve">[37:43] </w:t>
      </w:r>
      <w:r>
        <w:t>اینڈ سچ از مائی پریولج ٹو ہیو نون ہم، ایون ایز لمیٹڈ ایز مائی نالج واز، اینڈ ٹو بین ایبل ٹو بینیفٹ فرام ہز ويزڈم اینڈ انسپریشن۔</w:t>
      </w:r>
    </w:p>
    <w:p>
      <w:pPr>
        <w:jc w:val="right"/>
      </w:pPr>
      <w:r>
        <w:t>اینڈ سچ از مائی پریولج ٹو ہیو نون ہم، ایون ایز لمیٹڈ ایز مائی نالج واز، اینڈ ٹو بین ایبل ٹو بینیفٹ فرام ہز ويزڈم اینڈ انسپریشن۔</w:t>
      </w:r>
    </w:p>
    <w:p>
      <w:r>
        <w:rPr>
          <w:b/>
        </w:rPr>
        <w:t xml:space="preserve">[37:52] </w:t>
      </w:r>
      <w:r>
        <w:t>and that memory i will always take with me, and his memory will always be for a blessing. thank you. thank you david. that was absolutely lovely.</w:t>
      </w:r>
    </w:p>
    <w:p>
      <w:pPr>
        <w:jc w:val="right"/>
      </w:pPr>
      <w:r>
        <w:t>اینڈ دیٹ میموری ائی ویل الویز ٹیک ود می، اینڈ ہز میموری ویل الویز بی فار ا بلیسنگ۔ تھینک یو۔ تھینک یو ڈیوڈ۔ دیٹ واز ابسولوٹلی لولی۔</w:t>
      </w:r>
    </w:p>
    <w:p>
      <w:r>
        <w:rPr>
          <w:b/>
        </w:rPr>
        <w:t xml:space="preserve">[38:03] </w:t>
      </w:r>
      <w:r>
        <w:t>happy memories</w:t>
      </w:r>
    </w:p>
    <w:p>
      <w:pPr>
        <w:jc w:val="right"/>
      </w:pPr>
      <w:r>
        <w:t>ہیپی میموریز</w:t>
      </w:r>
    </w:p>
    <w:p>
      <w:r>
        <w:rPr>
          <w:b/>
        </w:rPr>
        <w:t xml:space="preserve">[38:04] </w:t>
      </w:r>
      <w:r>
        <w:t>. that's what continues after the body is gone. we will get back to you in this. rajat, we are not forgetting you.</w:t>
      </w:r>
    </w:p>
    <w:p>
      <w:pPr>
        <w:jc w:val="right"/>
      </w:pPr>
      <w:r>
        <w:t>۔ دیٹس واٹ کنٹینیوز افٹر دا باڈی از گون۔ وی ویل گیٹ بیک ٹو یو ان دس۔ رجت، وی ار ناٹ فورگٹنگ یو۔</w:t>
      </w:r>
    </w:p>
    <w:p>
      <w:r>
        <w:rPr>
          <w:b/>
        </w:rPr>
        <w:t xml:space="preserve">[38:17] </w:t>
      </w:r>
      <w:r>
        <w:t>can you tell us? just i am going to ask you more or less the same question, but obviously from this. how did you get into this? what drew you to the Maulana?</w:t>
      </w:r>
    </w:p>
    <w:p>
      <w:pPr>
        <w:jc w:val="right"/>
      </w:pPr>
      <w:r>
        <w:t>کین یو ٹیل اس؟ جسٹ ائی ایم گون ٹو اسک یو مور اور لیس دا سیم کویسچن، بٹ اویسلی فرام دس۔ ہاؤ ڈڈ یو گیٹ انٹو دس؟ واٹ ڈرو یو ٹو دا مولانا؟</w:t>
      </w:r>
    </w:p>
    <w:p>
      <w:r>
        <w:rPr>
          <w:b/>
        </w:rPr>
        <w:t xml:space="preserve">[38:25] </w:t>
      </w:r>
      <w:r>
        <w:t>which is not a very common job to pick up in the first place. ya</w:t>
      </w:r>
    </w:p>
    <w:p>
      <w:pPr>
        <w:jc w:val="right"/>
      </w:pPr>
      <w:r>
        <w:t>وچ از ناٹ ا ویری کامن جاب ٹو پک اپ ان دا فرسٹ پلیس۔ یا</w:t>
      </w:r>
    </w:p>
    <w:p>
      <w:r>
        <w:rPr>
          <w:b/>
        </w:rPr>
        <w:t xml:space="preserve">[38:33] </w:t>
      </w:r>
      <w:r>
        <w:t>arjun, first of all, thank you for organizing this. and namashkar, swami ji, it's such a beautiful thing to see you here. i remember that meeting, that lovely meeting that you had with Maulana sahib, and the long chat that we had.</w:t>
      </w:r>
    </w:p>
    <w:p>
      <w:pPr>
        <w:jc w:val="right"/>
      </w:pPr>
      <w:r>
        <w:t>ارجن، فرسٹ اف ال، تھینک یو فار ارگنائزنگ دس۔ اینڈ نمشکار، سوامی جی، اٹس سچ ا بیوٹیفل تھنگ ٹو سی یو ہیر۔ ائی ریممبر دیٹ میٹنگ، دیٹ لولی میٹنگ دیٹ یو ہیڈ ود مولانا صاحب، اینڈ دا لانگ چیٹ دیٹ وی ہیڈ۔</w:t>
      </w:r>
    </w:p>
    <w:p>
      <w:r>
        <w:rPr>
          <w:b/>
        </w:rPr>
        <w:t xml:space="preserve">[38:47] </w:t>
      </w:r>
      <w:r>
        <w:t>and of course, rubai rozen, who i had met many times in jerusalem as well as in india. so it's really wonderful to see rubai rozen.</w:t>
      </w:r>
    </w:p>
    <w:p>
      <w:pPr>
        <w:jc w:val="right"/>
      </w:pPr>
      <w:r>
        <w:t>اینڈ اف کورس، رباعی روزن، ہو ائی ہیڈ میٹ مینی ٹائمز ان جروسلم ایز ویل ایز ان انڈیا۔ سو اٹس ریلی وانڈرفل ٹو سی رباعی روزن۔</w:t>
      </w:r>
    </w:p>
    <w:p>
      <w:r>
        <w:rPr>
          <w:b/>
        </w:rPr>
        <w:t xml:space="preserve">[38:58] </w:t>
      </w:r>
      <w:r>
        <w:t>and owais sahib, islam</w:t>
      </w:r>
    </w:p>
    <w:p>
      <w:pPr>
        <w:jc w:val="right"/>
      </w:pPr>
      <w:r>
        <w:t>اینڈ اویس صاحب، اسلام</w:t>
      </w:r>
    </w:p>
    <w:p>
      <w:r>
        <w:rPr>
          <w:b/>
        </w:rPr>
        <w:t xml:space="preserve">[38:59] </w:t>
      </w:r>
      <w:r>
        <w:t>alikum. so ah it's very interesting ah question that you putted that how did i meet Maulana? because ah to me, arjun, it's like ah a god and blessing.</w:t>
      </w:r>
    </w:p>
    <w:p>
      <w:pPr>
        <w:jc w:val="right"/>
      </w:pPr>
      <w:r>
        <w:t>علیکم۔ سو اہ اٹس ویری انٹرسٹنگ اہ کویسچن دیٹ یو پوٹیڈ دیٹ ہاؤ ڈیڈ ائی میٹ مولانا؟ بیکاز اہ ٹو می، ارجن، اٹس لائک اہ ا گاڈ اینڈ بلیسنگ۔</w:t>
      </w:r>
    </w:p>
    <w:p>
      <w:r>
        <w:rPr>
          <w:b/>
        </w:rPr>
        <w:t xml:space="preserve">[39:12] </w:t>
      </w:r>
      <w:r>
        <w:t>ah to me, when i met Maulana, it was we back in 2001, about ah 21 years ago. and ah it was a chance meeting.</w:t>
      </w:r>
    </w:p>
    <w:p>
      <w:pPr>
        <w:jc w:val="right"/>
      </w:pPr>
      <w:r>
        <w:t>اہ ٹو می، وین ائی میٹ مولانا، اٹ واز وی بیک ان 2001، اباؤٹ اہ 21 ایئرز ایگو۔ اینڈ اہ اٹ واز ا چانس میٹنگ۔</w:t>
      </w:r>
    </w:p>
    <w:p>
      <w:r>
        <w:rPr>
          <w:b/>
        </w:rPr>
        <w:t xml:space="preserve">[39:23] </w:t>
      </w:r>
      <w:r>
        <w:t>ah there was a common pr contact who introduced me to Maulana. and at that point of time, i was passing through, i would say, a spiritual bankruptcy phase.</w:t>
      </w:r>
    </w:p>
    <w:p>
      <w:pPr>
        <w:jc w:val="right"/>
      </w:pPr>
      <w:r>
        <w:t>اہ دیر واز ا کامن پر کانٹیکٹ ہو انٹروڈیوسڈ می ٹو مولانا۔ اینڈ ایٹ دیٹ پوائنٹ اف ٹائم، ائی واز پاسنگ تھرو، ائی وڈ سی، ا سپرچول بینکرپسی فیز۔</w:t>
      </w:r>
    </w:p>
    <w:p>
      <w:r>
        <w:rPr>
          <w:b/>
        </w:rPr>
        <w:t xml:space="preserve">[39:35] </w:t>
      </w:r>
      <w:r>
        <w:t>i was into lot of things, and there were lot of existential questions that were there in my mind. and then, you know, a common contact, khalid ansari, he said that there is one person, Maulana wahiduddin khan, who addresses modern mind.</w:t>
      </w:r>
    </w:p>
    <w:p>
      <w:pPr>
        <w:jc w:val="right"/>
      </w:pPr>
      <w:r>
        <w:t>ائی واز انٹو لاٹ اف تھنگز، اینڈ دیر وار لاٹ اف ایکزسٹینشل کویسچنز دیٹ وار دیر ان مائی مائنڈ۔ اینڈ دین، یو نو، ا کامن کانٹیکٹ، خالد انصاری، ہی سیڈ دیٹ دیر از ون پرسن، مولانا وحید الدین خان، ہو ایڈریسز ماڈرن مائنڈ۔</w:t>
      </w:r>
    </w:p>
    <w:p>
      <w:r>
        <w:rPr>
          <w:b/>
        </w:rPr>
        <w:t xml:space="preserve">[39:50] </w:t>
      </w:r>
      <w:r>
        <w:t>why don't you go and meet him?</w:t>
      </w:r>
    </w:p>
    <w:p>
      <w:pPr>
        <w:jc w:val="right"/>
      </w:pPr>
      <w:r>
        <w:t>وائی ڈونٹ یو گو اینڈ میٹ ہم؟</w:t>
      </w:r>
    </w:p>
    <w:p>
      <w:r>
        <w:rPr>
          <w:b/>
        </w:rPr>
        <w:t xml:space="preserve">[39:52] </w:t>
      </w:r>
      <w:r>
        <w:t>but i was extremely reluctant because, you know, he was a muslim. and to be very honest, i come from a very strong hindu background. and my entire life, in my school, college days, in my mba days, even when i started working my first job with american express, i did not make any single muslim friend.</w:t>
      </w:r>
    </w:p>
    <w:p>
      <w:pPr>
        <w:jc w:val="right"/>
      </w:pPr>
      <w:r>
        <w:t>بٹ ائی واز ایکسٹریملی ریلکٹنٹ بیکاز، یو نو، ہی واز ا مسلم۔ اینڈ ٹو بی ویری اونسٹ، ائی کم فرام ا ویری سٹرونگ ہندو بیک گراؤنڈ۔ اینڈ مائی انٹائر لائف، ان مائی سکول، کالج ڈیز، ان مائی ایم بی اے ڈیز، ایون وین ائی سٹارٹڈ ورکنگ مائی فرسٹ جاب ود امریکن ایکسپریس، ائی ڈن ناٹ میک اینی سنگل مسلم فرینڈ۔</w:t>
      </w:r>
    </w:p>
    <w:p>
      <w:r>
        <w:rPr>
          <w:b/>
        </w:rPr>
        <w:t xml:space="preserve">[40:12] </w:t>
      </w:r>
      <w:r>
        <w:t>so to me, that came as, you know, something not very pleasant. but then still, i thought that okay, you know, there urge to get spiritual answers was so str</w:t>
      </w:r>
    </w:p>
    <w:p>
      <w:pPr>
        <w:jc w:val="right"/>
      </w:pPr>
      <w:r>
        <w:t>سو ٹو می، دیٹ کیم ایز، یو نو، سمتھنگ ناٹ ویری پلیزنٹ۔ بٹ دین سٹل، ائی تھوٹ دیٹ اوکے، یو نو، دی ارج ٹو گیٹ سپرچول انسرز واز سو سٹر</w:t>
      </w:r>
    </w:p>
    <w:p>
      <w:r>
        <w:rPr>
          <w:b/>
        </w:rPr>
        <w:t xml:space="preserve">[40:22] </w:t>
      </w:r>
      <w:r>
        <w:t>ong. let me go and try out this one gentleman, Maulana wahiduddin khan. and so i, you know, went and to his residence, and there was farida apa and Maulana.</w:t>
      </w:r>
    </w:p>
    <w:p>
      <w:pPr>
        <w:jc w:val="right"/>
      </w:pPr>
      <w:r>
        <w:t>ونگ۔ لیٹ می گو اینڈ ٹرائی اؤٹ دس ون جنٹلمین، مولانا وحید الدین خان۔ اینڈ سو ائی، یو نو، وینٹ اینڈ ٹو ہز ریسڈنس، اینڈ دیر واز فریدہ اپا اینڈ مولانا۔</w:t>
      </w:r>
    </w:p>
    <w:p>
      <w:r>
        <w:rPr>
          <w:b/>
        </w:rPr>
        <w:t xml:space="preserve">[40:34] </w:t>
      </w:r>
      <w:r>
        <w:t>and we began to chat, and i realized that, you know, he is like an x-ray machine, arjun. if you sit before him, he will chat with you for one minute, and that chat is exactly to size you up, what kind of mental level you are</w:t>
      </w:r>
    </w:p>
    <w:p>
      <w:pPr>
        <w:jc w:val="right"/>
      </w:pPr>
      <w:r>
        <w:t>اینڈ وی بیگن ٹو چیٹ، اینڈ ائی ریلائز دیٹ، یو نو، ہی از لائک این ایکس رے مشین، ارجن۔ اف یو سیٹ بیفور ہم، ہی ویل چیٹ ود یو فار ون منٹ، اینڈ دیٹ چیٹ از ایگزیکٹلی ٹو سائز یو اپ، واٹ کائنڈ اف مینٹل لیول یو ار</w:t>
      </w:r>
    </w:p>
    <w:p>
      <w:r>
        <w:rPr>
          <w:b/>
        </w:rPr>
        <w:t xml:space="preserve">[40:52] </w:t>
      </w:r>
      <w:r>
        <w:t>. and the reason is then he would come down to that level to explain things so that you can understand it better. that was his, you know, way.</w:t>
      </w:r>
    </w:p>
    <w:p>
      <w:pPr>
        <w:jc w:val="right"/>
      </w:pPr>
      <w:r>
        <w:t>۔ اینڈ دا ریزن از دین ہی وڈ کم ڈاؤن ٹو دیٹ لیول ٹو ایکسپلین تھنگز سو دیٹ یو کین انڈرسٹینڈ اٹ بیٹر۔ دیٹ واز ہز، یو نو، وے۔</w:t>
      </w:r>
    </w:p>
    <w:p>
      <w:r>
        <w:rPr>
          <w:b/>
        </w:rPr>
        <w:t xml:space="preserve">[41:02] </w:t>
      </w:r>
      <w:r>
        <w:t>so he immediately sized me up. he sized me up that i had great love for a creator, but i am thoroughly confused.</w:t>
      </w:r>
    </w:p>
    <w:p>
      <w:pPr>
        <w:jc w:val="right"/>
      </w:pPr>
      <w:r>
        <w:t>سو ہی امیڈیٹلی سائزڈ می اپ۔ ہی سائزڈ می اپ دیٹ ائی ہیڈ گریٹ لو فار ا کریٹر، بٹ ائی ایم تھورلی کنفیوزڈ۔</w:t>
      </w:r>
    </w:p>
    <w:p>
      <w:r>
        <w:rPr>
          <w:b/>
        </w:rPr>
        <w:t xml:space="preserve">[41:11] </w:t>
      </w:r>
      <w:r>
        <w:t>and so he said that, rajat, do you know that god has not given two hearts to a man?</w:t>
      </w:r>
    </w:p>
    <w:p>
      <w:pPr>
        <w:jc w:val="right"/>
      </w:pPr>
      <w:r>
        <w:t>اینڈ سو ہی سیڈ دیٹ، رجت، ڈو یو نو دیٹ گاڈ ہیز ناٹ گیون ٹو ہارٹس ٹو ا مین؟</w:t>
      </w:r>
    </w:p>
    <w:p>
      <w:r>
        <w:rPr>
          <w:b/>
        </w:rPr>
        <w:t xml:space="preserve">[41:17] </w:t>
      </w:r>
      <w:r>
        <w:t>you cannot say that you love god, but you can't love his creation. so he could sense that i had deep hatred.</w:t>
      </w:r>
    </w:p>
    <w:p>
      <w:pPr>
        <w:jc w:val="right"/>
      </w:pPr>
      <w:r>
        <w:t>یو کین ناٹ سی دیٹ یو لو گاڈ، بٹ یو کانٹ لو ہز کریشن۔ سو ہی کونٹ سینس دیٹ ائی ہیڈ ڈیپ ہیٹریڈ۔</w:t>
      </w:r>
    </w:p>
    <w:p>
      <w:r>
        <w:rPr>
          <w:b/>
        </w:rPr>
        <w:t xml:space="preserve">[41:25] </w:t>
      </w:r>
      <w:r>
        <w:t>and then, you know, sort of his spiritual surgical process began. and, you know, i realized that if you were to ask me that how would i define Maulana in simple terms, i would just say a well wisher for entire humanity, extremely duty conscious.</w:t>
      </w:r>
    </w:p>
    <w:p>
      <w:pPr>
        <w:jc w:val="right"/>
      </w:pPr>
      <w:r>
        <w:t>اینڈ دین، یو نو، سورٹ اف ہز سپرچول سرجیکل پروسیس بیگن۔ اینڈ، یو نو، ائی ریلائز دیٹ اف یو وار ٹو اسک می دیٹ ہاؤ وڈ ائی ڈیفائن مولانا ان سمپل ٹرمز، ائی وڈ جسٹ سی ا ویل وشر فار انٹائر ہیومینٹی، ایکسٹریملی ڈیوٹی کانشیس۔</w:t>
      </w:r>
    </w:p>
    <w:p>
      <w:r>
        <w:rPr>
          <w:b/>
        </w:rPr>
        <w:t xml:space="preserve">[41:44] </w:t>
      </w:r>
      <w:r>
        <w:t>he would tell every cps member, don't come to me with rights. i don't understand this. what are your duties? so you have to, if you really are truly a servant of god, you should not bring the word right consciousness.</w:t>
      </w:r>
    </w:p>
    <w:p>
      <w:pPr>
        <w:jc w:val="right"/>
      </w:pPr>
      <w:r>
        <w:t>ہی وڈ ٹیل ایوری سی پی ایس ممبر، ڈونٹ کم ٹو می ود رائٹس۔ ائی ڈونٹ انڈرسٹینڈ دس۔ واٹ ار یور ڈیوٹیز؟ سو یو ہیو ٹو، اف یو ریلی ار ٹرولی ا سرونٹ اف گاڈ، یو شوڈ ناٹ برنگ دا ورڈ رائٹ کانشیسنس۔</w:t>
      </w:r>
    </w:p>
    <w:p>
      <w:r>
        <w:rPr>
          <w:b/>
        </w:rPr>
        <w:t xml:space="preserve">[42:00] </w:t>
      </w:r>
      <w:r>
        <w:t>you should be duty consciousness. so extremely, extremely sensitive person in terms of every aspect of life.</w:t>
      </w:r>
    </w:p>
    <w:p>
      <w:pPr>
        <w:jc w:val="right"/>
      </w:pPr>
      <w:r>
        <w:t>یو شوڈ بی ڈیوٹی کانشیسنس۔ سو ایکسٹریملی، ایکسٹریملی سینسٹیو پرسن ان ٹرمز اف ایوری اسپیکٹ اف لائف۔</w:t>
      </w:r>
    </w:p>
    <w:p>
      <w:r>
        <w:rPr>
          <w:b/>
        </w:rPr>
        <w:t xml:space="preserve">[42:09] </w:t>
      </w:r>
      <w:r>
        <w:t>he would use every incident to, you know, convey a message</w:t>
      </w:r>
    </w:p>
    <w:p>
      <w:pPr>
        <w:jc w:val="right"/>
      </w:pPr>
      <w:r>
        <w:t>ہی وڈ یوز ایوری انسیڈنٹ ٹو، یو نو، کنوے ا میسج</w:t>
      </w:r>
    </w:p>
    <w:p>
      <w:r>
        <w:rPr>
          <w:b/>
        </w:rPr>
        <w:t xml:space="preserve">[42:14] </w:t>
      </w:r>
      <w:r>
        <w:t>and that message would always be urgent to sort of connect you with your creator. there was one very interesting incident that happened, which i would like to share.</w:t>
      </w:r>
    </w:p>
    <w:p>
      <w:pPr>
        <w:jc w:val="right"/>
      </w:pPr>
      <w:r>
        <w:t>۔ اینڈ دیٹ میسج وڈ الویز بی ارجنٹ ٹو سورٹ اف کنیکٹ یو ود یور کریٹر۔ دیر واز ون ویری انٹرسٹنگ انسیڈنٹ دیٹ ہیپنڈ، وچ ائی وڈ لائک ٹو شیئر۔</w:t>
      </w:r>
    </w:p>
    <w:p>
      <w:r>
        <w:rPr>
          <w:b/>
        </w:rPr>
        <w:t xml:space="preserve">[42:23] </w:t>
      </w:r>
      <w:r>
        <w:t>we had gone to somebody's house. and Maulana, of course, would not hesitate to, you know, hammer a person as an elder father or a mother to straighten up.</w:t>
      </w:r>
    </w:p>
    <w:p>
      <w:pPr>
        <w:jc w:val="right"/>
      </w:pPr>
      <w:r>
        <w:t>ویڈ گون ٹو سمبڈیز ہاؤس۔ اینڈ مولانا، اف کورس، وڈ ناٹ ہیسیٹے ٹو، یو نو، ہیمر ا پرسن ایز ا ایز این ایلڈرلی فادر اور ا مدر ٹو سٹریٹن اپ۔</w:t>
      </w:r>
    </w:p>
    <w:p>
      <w:r>
        <w:rPr>
          <w:b/>
        </w:rPr>
        <w:t xml:space="preserve">[42:37] </w:t>
      </w:r>
      <w:r>
        <w:t>so he had to go to a wash room. and, you know, so i accompanied him.</w:t>
      </w:r>
    </w:p>
    <w:p>
      <w:pPr>
        <w:jc w:val="right"/>
      </w:pPr>
      <w:r>
        <w:t>سو ہی ہیڈ ٹو گو ٹو ا واش روم۔ اینڈ، یو نو، سو ائی کمپنیڈ ہم۔</w:t>
      </w:r>
    </w:p>
    <w:p>
      <w:r>
        <w:rPr>
          <w:b/>
        </w:rPr>
        <w:t xml:space="preserve">[42:43] </w:t>
      </w:r>
      <w:r>
        <w:t>and it was lunch time that we had visited that person's house. so instinctively, and, you know, i just, you know, reach to the wash room, and i switched on the light.</w:t>
      </w:r>
    </w:p>
    <w:p>
      <w:pPr>
        <w:jc w:val="right"/>
      </w:pPr>
      <w:r>
        <w:t>اینڈ اٹ واز لنچ ٹائم دیٹ ویڈ وزٹڈ دیٹ پرسنز ہاؤس۔ سو انسٹنکٹولی، اینڈ، یو نو، ائی جسٹ، یو نو، ریچ ٹو دا واش روم، اینڈ ائی سوئچڈ ان دا لائٹ۔</w:t>
      </w:r>
    </w:p>
    <w:p>
      <w:r>
        <w:rPr>
          <w:b/>
        </w:rPr>
        <w:t xml:space="preserve">[42:54] </w:t>
      </w:r>
      <w:r>
        <w:t>and Maulana stopped there and then at that door, and he turned around, and he said, why did you do that? so i said, you have to get in.</w:t>
      </w:r>
    </w:p>
    <w:p>
      <w:pPr>
        <w:jc w:val="right"/>
      </w:pPr>
      <w:r>
        <w:t>اینڈ مولانا سٹاپڈ دیر اینڈ دین ایٹ دیٹ ڈور، اینڈ ہی ٹرنڈ اراؤنڈ، اینڈ ہی سیڈ، وائی ڈڈ یو ڈو دیٹ؟ سو ائی سیڈ، یو ہیو ٹو گیٹ ان۔</w:t>
      </w:r>
    </w:p>
    <w:p>
      <w:r>
        <w:rPr>
          <w:b/>
        </w:rPr>
        <w:t xml:space="preserve">[43:02] </w:t>
      </w:r>
      <w:r>
        <w:t>so he said that, don't you see there is enough light? why do you want to waste the light</w:t>
      </w:r>
    </w:p>
    <w:p>
      <w:pPr>
        <w:jc w:val="right"/>
      </w:pPr>
      <w:r>
        <w:t>سو ہی سیڈ دیٹ، ڈونٹ یو سی دیر از انف لائٹ؟ وائی ڈو یو وانٹ ٹو ویسٹ دا لائٹ</w:t>
      </w:r>
    </w:p>
    <w:p>
      <w:r>
        <w:rPr>
          <w:b/>
        </w:rPr>
        <w:t xml:space="preserve">[43:08] </w:t>
      </w:r>
      <w:r>
        <w:t>? just because you can afford electricity does not give you the right to waste god's resources, whether it is food, water.</w:t>
      </w:r>
    </w:p>
    <w:p>
      <w:pPr>
        <w:jc w:val="right"/>
      </w:pPr>
      <w:r>
        <w:t>؟ جسٹ بیکاز یو کین افورڈ الیکٹریسٹی ڈز ناٹ گیو یو دا رائٹ ٹو ویسٹ گاڈز ریسورسز، ویدر اٹ از فوڈ، واٹر۔</w:t>
      </w:r>
    </w:p>
    <w:p>
      <w:r>
        <w:rPr>
          <w:b/>
        </w:rPr>
        <w:t xml:space="preserve">[43:17] </w:t>
      </w:r>
      <w:r>
        <w:t>if you don't have the capacity to produce it, you have no right to waste it. and i sort of got a, you know, a five minute da</w:t>
      </w:r>
    </w:p>
    <w:p>
      <w:pPr>
        <w:jc w:val="right"/>
      </w:pPr>
      <w:r>
        <w:t>اف یو ڈونٹ ہیو دی کپیسٹی ٹو پروڈیوس اٹ، یو ہیو نو رائٹ ٹو ویسٹ اٹ۔ اینڈ ائی سورٹ اف گاٹ ا، یو نو، ا فائیو منٹ ڈا</w:t>
      </w:r>
    </w:p>
    <w:p>
      <w:r>
        <w:rPr>
          <w:b/>
        </w:rPr>
        <w:t xml:space="preserve">[43:25] </w:t>
      </w:r>
      <w:r>
        <w:t>wndown, arjun, from that day, about 12, 13 years back. even when i leave my room or i leave my office cabin, i switch on the light.</w:t>
      </w:r>
    </w:p>
    <w:p>
      <w:pPr>
        <w:jc w:val="right"/>
      </w:pPr>
      <w:r>
        <w:t>ؤن لوڈ، ارجن، فرام دیٹ ڈے، اباؤٹ 12، 13 ایئرز بیک۔ ایون وین ائی لیو مائی روم اور ائی لیو مائی افس کیبن، ائی سوئچ ان دا لائٹ۔</w:t>
      </w:r>
    </w:p>
    <w:p>
      <w:r>
        <w:rPr>
          <w:b/>
        </w:rPr>
        <w:t xml:space="preserve">[43:35] </w:t>
      </w:r>
      <w:r>
        <w:t>i tell my team, my colleagues, don't waste light. this is, you know, something that is been given by god almighty. you have no right.</w:t>
      </w:r>
    </w:p>
    <w:p>
      <w:pPr>
        <w:jc w:val="right"/>
      </w:pPr>
      <w:r>
        <w:t>ائی ٹیل مائی ٹیم، مائی کولیگز، ڈونٹ ویسٹ لائٹ۔ دس از، یو نو، سمتھنگ دیٹ از بین گیون بائی گاڈ المائٹی۔ یو ہیو نو رائٹ۔</w:t>
      </w:r>
    </w:p>
    <w:p>
      <w:r>
        <w:rPr>
          <w:b/>
        </w:rPr>
        <w:t xml:space="preserve">[43:45] </w:t>
      </w:r>
      <w:r>
        <w:t>so Maulana was, you know, like simple person to the core. he would always emphasize that, you know, what will you guys do?</w:t>
      </w:r>
    </w:p>
    <w:p>
      <w:pPr>
        <w:jc w:val="right"/>
      </w:pPr>
      <w:r>
        <w:t>سو مولانا واز، یو نو، لائک سمپل پرسن ٹو دا کور۔ ہی وڈ الویز ایمفسائز دیٹ، یو نو، واٹ ویل یو گائز ڈو؟</w:t>
      </w:r>
    </w:p>
    <w:p>
      <w:r>
        <w:rPr>
          <w:b/>
        </w:rPr>
        <w:t xml:space="preserve">[43:54] </w:t>
      </w:r>
      <w:r>
        <w:t>you</w:t>
      </w:r>
    </w:p>
    <w:p>
      <w:pPr>
        <w:jc w:val="right"/>
      </w:pPr>
      <w:r>
        <w:t>یو</w:t>
      </w:r>
    </w:p>
    <w:p>
      <w:r>
        <w:rPr>
          <w:b/>
        </w:rPr>
        <w:t xml:space="preserve">[43:55] </w:t>
      </w:r>
      <w:r>
        <w:t>no, you are not in a simple living and high thinking plane. you have a long life ahead. and he would sleep on the floor. there would be no AC in his room.</w:t>
      </w:r>
    </w:p>
    <w:p>
      <w:pPr>
        <w:jc w:val="right"/>
      </w:pPr>
      <w:r>
        <w:t>نو، یو ار ناٹ ان ا سمپل لیونگ اینڈ ہائی تھنکنگ پلین۔ یو ہیو ا لانگ لائف اہیڈ۔ اینڈ ہی وڈ سلیپ ان دا فلور۔ دیر وڈ بی نو اے سی ان ہز روم۔</w:t>
      </w:r>
    </w:p>
    <w:p>
      <w:r>
        <w:rPr>
          <w:b/>
        </w:rPr>
        <w:t xml:space="preserve">[44:05] </w:t>
      </w:r>
      <w:r>
        <w:t>he would say, i love god's air conditioner, which is that air that comes through the windows. so he would not, he would only way, only time, he would switch on fan, arjun, when, you know, we would, Maria and all of us, Nagman, Adeeb, all</w:t>
      </w:r>
    </w:p>
    <w:p>
      <w:pPr>
        <w:jc w:val="right"/>
      </w:pPr>
      <w:r>
        <w:t>ہی وڈ سی، ائی لو گاڈز ایئر کنڈیشنر، وچ از دیٹ ایئر دیٹ کمز تھرو دا ونڈوز۔ سو ہی وڈ ناٹ، ہی وڈ اونلی وے، اونلی ٹائم، ہی وڈ سوئچ ان فین، ارجن، وین، یو نو، وی وڈ، ماریا اینڈ ال اف اس، نگمان، ادیب، ال</w:t>
      </w:r>
    </w:p>
    <w:p>
      <w:r>
        <w:rPr>
          <w:b/>
        </w:rPr>
        <w:t xml:space="preserve">[44:21] </w:t>
      </w:r>
      <w:r>
        <w:t>of us, we would visit his room, because he knows that, you know, we will not be able to sit. so, you know, that was, you know, that was our Maulana.</w:t>
      </w:r>
    </w:p>
    <w:p>
      <w:pPr>
        <w:jc w:val="right"/>
      </w:pPr>
      <w:r>
        <w:t>اف اس، وی وڈ وزٹ ہز روم، بیکاز ہی نوز دیٹ، یو نو، وی ویل ناٹ بی ایبل ٹو سٹ۔ سو، یو نو، دیٹ واز، یو نو، دیٹ واز اور مولانا۔</w:t>
      </w:r>
    </w:p>
    <w:p>
      <w:r>
        <w:rPr>
          <w:b/>
        </w:rPr>
        <w:t xml:space="preserve">[44:30] </w:t>
      </w:r>
      <w:r>
        <w:t>and i remember, you know, in 2001, when i met him, and then CPS was incepted. there were three people, and then 10, and then 15.</w:t>
      </w:r>
    </w:p>
    <w:p>
      <w:pPr>
        <w:jc w:val="right"/>
      </w:pPr>
      <w:r>
        <w:t>اینڈ ائی ریممبر، یو نو، ان 2001، وین ائی میٹ ہم، اینڈ دین سی پی ایس واز انسیپٹڈ۔ دیر وار تھری پیپل، اینڈ دین 10، اینڈ دین 15۔</w:t>
      </w:r>
    </w:p>
    <w:p>
      <w:r>
        <w:rPr>
          <w:b/>
        </w:rPr>
        <w:t xml:space="preserve">[44:39] </w:t>
      </w:r>
      <w:r>
        <w:t>and he realized that youths can be addressed. there are objective and there are analytical. conditioned minds</w:t>
      </w:r>
    </w:p>
    <w:p>
      <w:pPr>
        <w:jc w:val="right"/>
      </w:pPr>
      <w:r>
        <w:t>اینڈ ہی ریلائز دیٹ یوتھس کین بی ایڈریس۔ دیر ار ابجیکٹو اینڈ دیر ار انلیٹیکل۔ کنڈیشن مائنڈز</w:t>
      </w:r>
    </w:p>
    <w:p>
      <w:r>
        <w:rPr>
          <w:b/>
        </w:rPr>
        <w:t xml:space="preserve">[44:47] </w:t>
      </w:r>
      <w:r>
        <w:t>cannot be. and that's why he took on this task that i will create this center for peace and spirituality, a platform where people from all faiths can come together, dialogue, learn, and then go together as one family.</w:t>
      </w:r>
    </w:p>
    <w:p>
      <w:pPr>
        <w:jc w:val="right"/>
      </w:pPr>
      <w:r>
        <w:t>کین ناٹ بی۔ اینڈ دیٹس وائی ہی ٹوک ان دس ٹاسک دیٹ ائی ویل کریٹ دس سینٹر فار پیس اینڈ سپرچویلٹی، ا پلیٹ فارم ویر پیپل فرام ال فیتھس کین کم ٹوگیدر، ڈائیلاگ، لرن، اینڈ دین گو ٹوگیدر ایز ون فیملی۔</w:t>
      </w:r>
    </w:p>
    <w:p>
      <w:r>
        <w:rPr>
          <w:b/>
        </w:rPr>
        <w:t xml:space="preserve">[45:02] </w:t>
      </w:r>
      <w:r>
        <w:t>so that's the, that was why CPS was incepted. and, you know, i asked him that, Maulana, how will this happen?</w:t>
      </w:r>
    </w:p>
    <w:p>
      <w:pPr>
        <w:jc w:val="right"/>
      </w:pPr>
      <w:r>
        <w:t>سو دیٹس دی، دیٹ واز وائی سی پی ایس واز انسیپٹڈ۔ اینڈ، یو نو، ائی اسکڈ ہم دیٹ، مولانا، ہاؤ ویل دس ہیپن؟</w:t>
      </w:r>
    </w:p>
    <w:p>
      <w:r>
        <w:rPr>
          <w:b/>
        </w:rPr>
        <w:t xml:space="preserve">[45:10] </w:t>
      </w:r>
      <w:r>
        <w:t>you know, he said, remember, all great things have a modest beginning.</w:t>
      </w:r>
    </w:p>
    <w:p>
      <w:pPr>
        <w:jc w:val="right"/>
      </w:pPr>
      <w:r>
        <w:t>یو نو، ہی سیڈ، ریممبر، ال گریٹ تھنگز ہیو ا ماڈسٹ بگننگ۔</w:t>
      </w:r>
    </w:p>
    <w:p>
      <w:r>
        <w:rPr>
          <w:b/>
        </w:rPr>
        <w:t xml:space="preserve">[45:16] </w:t>
      </w:r>
      <w:r>
        <w:t>and arjun, not to forget, he was 75 years when he started CPS International. and at 95, he died in 96, till 95 before COVID began.</w:t>
      </w:r>
    </w:p>
    <w:p>
      <w:pPr>
        <w:jc w:val="right"/>
      </w:pPr>
      <w:r>
        <w:t>اینڈ ارجن، ناٹ ٹو فورگیٹ، ہی واز 75 ایئرز وین ہی سٹارٹڈ سی پی ایس انٹرنیشنل۔ اینڈ ایٹ 95، ہی ڈائیڈ ان 96، ٹل 95 بیفور کووڈ بیگن۔</w:t>
      </w:r>
    </w:p>
    <w:p>
      <w:r>
        <w:rPr>
          <w:b/>
        </w:rPr>
        <w:t xml:space="preserve">[45:28] </w:t>
      </w:r>
      <w:r>
        <w:t>he was doing all his routine work, lectures, talks, article writing, dictations, regular webinars. he displayed and demonstrated that don't use an excuse of an old age</w:t>
      </w:r>
    </w:p>
    <w:p>
      <w:pPr>
        <w:jc w:val="right"/>
      </w:pPr>
      <w:r>
        <w:t>ہی واز ڈوئنگ ال ہز روٹین ورک، لیکچرز، ٹاکس، ارٹیکل رائٹنگ، ڈکٹیشنز، ریگولر ویبینارز۔ ہی ڈسپلے اینڈ ڈیمونسٹریٹڈ دیٹ ڈونٹ یوز این ایکسکیوز اف این اولڈ ای</w:t>
      </w:r>
    </w:p>
    <w:p>
      <w:r>
        <w:rPr>
          <w:b/>
        </w:rPr>
        <w:t xml:space="preserve">[45:42] </w:t>
      </w:r>
      <w:r>
        <w:t>he justified every organ that god almighty gave him, his eyes, ears, you know, his hands. and he said that if i can do it at 95 years, i can travel, i can give talks, i can work all through the day.</w:t>
      </w:r>
    </w:p>
    <w:p>
      <w:pPr>
        <w:jc w:val="right"/>
      </w:pPr>
      <w:r>
        <w:t>ج۔ ہی جسٹیفائیڈ ایوری ارگن دیٹ گاڈ المائٹی گیو ہم، ہز ائیز، ایئرز، یو نو، ہز ہینڈز۔ اینڈ ہی سیڈ دیٹ اف ائی کین ڈو اٹ ایٹ 95 ایئرز، ائی کین ٹریول، ائی کین گیو ٹاکس، ائی کین ورک ال تھرو دا ڈے۔</w:t>
      </w:r>
    </w:p>
    <w:p>
      <w:r>
        <w:rPr>
          <w:b/>
        </w:rPr>
        <w:t xml:space="preserve">[45:56] </w:t>
      </w:r>
      <w:r>
        <w:t>why can't you? so, you know, he would rack up the potential. he would say that every person has unlimited potential, but he is un-aware</w:t>
      </w:r>
    </w:p>
    <w:p>
      <w:pPr>
        <w:jc w:val="right"/>
      </w:pPr>
      <w:r>
        <w:t>وائی کانٹ یو؟ سو، یو نو، ہی وڈ ریک اپ دا پوٹینشل۔ ہی وڈ سی دیٹ ایوری پرسن ہیز ان لمیٹڈ پوٹینشل، بٹ ہی از ان اوی</w:t>
      </w:r>
    </w:p>
    <w:p>
      <w:r>
        <w:rPr>
          <w:b/>
        </w:rPr>
        <w:t xml:space="preserve">[46:06] </w:t>
      </w:r>
      <w:r>
        <w:t>i would simply, you know, i remember, arjun, when i met him, i would put questions to him, which would actually be categorized in blasphemy category.</w:t>
      </w:r>
    </w:p>
    <w:p>
      <w:pPr>
        <w:jc w:val="right"/>
      </w:pPr>
      <w:r>
        <w:t>ئر۔ ائی وڈ سمپلی، یو نو، ائی ریممبر، ارجن، وین ائی میٹ ہم، ائی وڈ پٹ کویسچنز ٹو ہم، وچ وڈ ایکچولی بی کیٹیگرائزڈ ان بلاسفیمی کیٹگری۔</w:t>
      </w:r>
    </w:p>
    <w:p>
      <w:r>
        <w:rPr>
          <w:b/>
        </w:rPr>
        <w:t xml:space="preserve">[46:16] </w:t>
      </w:r>
      <w:r>
        <w:t>If I were to put that question to any Muslim leader or a Muslim person, I would not be alive. But like what Maria said, a very important thing that Maulana believed in not giving provok.</w:t>
      </w:r>
    </w:p>
    <w:p>
      <w:pPr>
        <w:jc w:val="right"/>
      </w:pPr>
      <w:r>
        <w:t>اف ائی وڈ ٹو پٹ دیٹ کویسچنز ٹو اینی مسلم لیڈر اور ا مسلم پرسن، ائی وڈ ناٹ بی الائیو۔ بٹ لائک واٹ ماریا سیڈ، ا ویری امپورٹنٹ تھنگ دیٹ مولانا بیلیوڈ ان ناٹ گیونگ پرووک۔</w:t>
      </w:r>
    </w:p>
    <w:p>
      <w:r>
        <w:rPr>
          <w:b/>
        </w:rPr>
        <w:t xml:space="preserve">[46:29] </w:t>
      </w:r>
      <w:r>
        <w:t>he realized that its not my intention to say something against Islam or prophet. a</w:t>
      </w:r>
    </w:p>
    <w:p>
      <w:pPr>
        <w:jc w:val="right"/>
      </w:pPr>
      <w:r>
        <w:t>ہی ریلائز دیٹ اٹس ناٹ مائی انٹینشن ٹو سی سمتھنگ اگینسٹ اسلام اور پرافٹ۔ ا</w:t>
      </w:r>
    </w:p>
    <w:p>
      <w:r>
        <w:rPr>
          <w:b/>
        </w:rPr>
        <w:t xml:space="preserve">[46:36] </w:t>
      </w:r>
      <w:r>
        <w:t>t waz my in awareness. and it waz that in awareness that he, you know, always tries to target. and for that, he sees, be patient, be compassionate to others.</w:t>
      </w:r>
    </w:p>
    <w:p>
      <w:pPr>
        <w:jc w:val="right"/>
      </w:pPr>
      <w:r>
        <w:t>ٹ واز مائی ان اویئرنس۔ اینڈ اٹ واز دیٹ ان اویئرنس دیٹ ہی، یو نو، الویز ٹرائس ٹو ٹارگٹ۔ اینڈ فار دیٹ، ہی سیز، بی پیشنٹ، بی کمپیشنٹ ٹو ادرز۔</w:t>
      </w:r>
    </w:p>
    <w:p>
      <w:r>
        <w:rPr>
          <w:b/>
        </w:rPr>
        <w:t xml:space="preserve">[46:47] </w:t>
      </w:r>
      <w:r>
        <w:t>so much so that, you know, the Islam or the prophet that, you know, you know, I spoke against, that I went about studying Quran several times.</w:t>
      </w:r>
    </w:p>
    <w:p>
      <w:pPr>
        <w:jc w:val="right"/>
      </w:pPr>
      <w:r>
        <w:t>سو مچ سو دیٹ، یو نو، دی اسلام اور دی پرافٹ دیٹ، یو نو، یو نو، ائی سپوک اگینسٹ، دیٹ ائی وینٹ اباؤٹ سٹڈنگ قران سیورل ٹائمز۔</w:t>
      </w:r>
    </w:p>
    <w:p>
      <w:r>
        <w:rPr>
          <w:b/>
        </w:rPr>
        <w:t xml:space="preserve">[46:56] </w:t>
      </w:r>
      <w:r>
        <w:t>and i did my phd in prophet Muhammad transformation. so, and i realized that he was truly a mercy to mankind.</w:t>
      </w:r>
    </w:p>
    <w:p>
      <w:pPr>
        <w:jc w:val="right"/>
      </w:pPr>
      <w:r>
        <w:t>اینڈ ائی ڈڈ مائی پی ایچ ڈی ان پرافٹ محمد ٹرانسفارمیشن۔ سو، اینڈ ائی ریلائز دیٹ ہی واز ٹرولی ا مرسی ٹو مین کائنڈ۔</w:t>
      </w:r>
    </w:p>
    <w:p>
      <w:r>
        <w:rPr>
          <w:b/>
        </w:rPr>
        <w:t xml:space="preserve">[47:05] </w:t>
      </w:r>
      <w:r>
        <w:t>Muslims have to realize this, that what role Maulana has played is the role that they need to play. but for that, they need to be open to dialogue.</w:t>
      </w:r>
    </w:p>
    <w:p>
      <w:pPr>
        <w:jc w:val="right"/>
      </w:pPr>
      <w:r>
        <w:t>مسلمز ہیو ٹو ریلائز دس، دیٹ واٹ رول مولانا ہیز پلیڈ از دا رول دیٹ دے نیڈ ٹو پلی۔ بٹ فار دیٹ، دے نیڈ ٹو بی اوپن ٹو ڈائیلاگ۔</w:t>
      </w:r>
    </w:p>
    <w:p>
      <w:r>
        <w:rPr>
          <w:b/>
        </w:rPr>
        <w:t xml:space="preserve">[47:15] </w:t>
      </w:r>
      <w:r>
        <w:t>they need to be open minded. they need to be compassionate. that the prophet, as God said, was sent as a mercy to mankind.</w:t>
      </w:r>
    </w:p>
    <w:p>
      <w:pPr>
        <w:jc w:val="right"/>
      </w:pPr>
      <w:r>
        <w:t>دے نیڈ ٹو بی اوپن مائنڈڈ۔ دے نیڈ ٹو بی کمپیشنٹ۔ دیٹ دا پرافٹ، ایز گاڈ سیڈ، واز سینڈ ایز ا مرسی ٹو مین کائنڈ۔</w:t>
      </w:r>
    </w:p>
    <w:p>
      <w:r>
        <w:rPr>
          <w:b/>
        </w:rPr>
        <w:t xml:space="preserve">[47:24] </w:t>
      </w:r>
      <w:r>
        <w:t>how can you not be a merciful to others? thats prophet is a role model for us. so, you know, these are many things.</w:t>
      </w:r>
    </w:p>
    <w:p>
      <w:pPr>
        <w:jc w:val="right"/>
      </w:pPr>
      <w:r>
        <w:t>ہاؤ کین یو ناٹ بی ا مرسی فل ٹو ادرز؟ دیٹس پرافٹ از ا رول ماڈل فار اس۔ سو، یو نو، دیز ار مینی تھنگز۔</w:t>
      </w:r>
    </w:p>
    <w:p>
      <w:r>
        <w:rPr>
          <w:b/>
        </w:rPr>
        <w:t xml:space="preserve">[47:32] </w:t>
      </w:r>
      <w:r>
        <w:t>you know, i can go on and on.</w:t>
      </w:r>
    </w:p>
    <w:p>
      <w:pPr>
        <w:jc w:val="right"/>
      </w:pPr>
      <w:r>
        <w:t>یو نو، ائی کین گو ان اینڈ ان۔</w:t>
      </w:r>
    </w:p>
    <w:p>
      <w:r>
        <w:rPr>
          <w:b/>
        </w:rPr>
        <w:t xml:space="preserve">[47:34] </w:t>
      </w:r>
      <w:r>
        <w:t>its 21 years of association, Arjan. and Maulana taught us everything. he even, he even told us, it's so, you know, strange, Arjan, Rubai Rozen, that he even told us that how we should respond to the news of his death.</w:t>
      </w:r>
    </w:p>
    <w:p>
      <w:pPr>
        <w:jc w:val="right"/>
      </w:pPr>
      <w:r>
        <w:t>اٹس 21 ایئرز اف اسوسی ایشن، ارجن۔ اینڈ مولانا ٹیٹ اس ایوری تھنگ۔ ہی ایون، ہی ایون ٹولڈ اس، اٹس سو، یو نو، سٹرینج، ارجن، رباعی روزن، دیٹ ہی ایون ٹولڈ اس دیٹ ہاؤ وی شوڈ ریسپانڈ ٹو دا نیوز اف ہز ڈیتھ۔</w:t>
      </w:r>
    </w:p>
    <w:p>
      <w:r>
        <w:rPr>
          <w:b/>
        </w:rPr>
        <w:t xml:space="preserve">[47:52] </w:t>
      </w:r>
      <w:r>
        <w:t>he said that when you hear about me, dont cry, be like what Abu Bakr was at the time of Prophets death.</w:t>
      </w:r>
    </w:p>
    <w:p>
      <w:pPr>
        <w:jc w:val="right"/>
      </w:pPr>
      <w:r>
        <w:t>ہی سیڈ دیٹ وین یو ہیئر اباؤٹ می، ڈونٹ کرائی، بی لائک واٹ ابوبکر واز ایٹ دی ٹائم اف پرافٹس ڈیتھ۔</w:t>
      </w:r>
    </w:p>
    <w:p>
      <w:r>
        <w:rPr>
          <w:b/>
        </w:rPr>
        <w:t xml:space="preserve">[48:02] </w:t>
      </w:r>
      <w:r>
        <w:t>he said that God is still alive and he is never going to die. so, his always emphasis was marifat, realization, connecting every person to God Almighty.</w:t>
      </w:r>
    </w:p>
    <w:p>
      <w:pPr>
        <w:jc w:val="right"/>
      </w:pPr>
      <w:r>
        <w:t>ہی سیڈ دیٹ گاڈ از سٹل الائیو اینڈ ہی از نیور گوئنگ ٹو ڈائی۔ سو، ہز الویز ایم ایمفسز واز معرفت، ریلائزیشن، کنیکٹنگ ایوری پرسن ٹو گاڈ المائٹی۔</w:t>
      </w:r>
    </w:p>
    <w:p>
      <w:r>
        <w:rPr>
          <w:b/>
        </w:rPr>
        <w:t xml:space="preserve">[48:15] </w:t>
      </w:r>
      <w:r>
        <w:t>and thats the key to having a peaceful, successful life. he was always positive. he was like a power house. you know, you cant just sit there and you will not get tired.</w:t>
      </w:r>
    </w:p>
    <w:p>
      <w:pPr>
        <w:jc w:val="right"/>
      </w:pPr>
      <w:r>
        <w:t>اینڈ دیٹس دی کی ٹو ہیونگ ا پیس فل، سکسیس فل لائف۔ ہی واز الویز پوزیٹیو۔ ہی واز لائک ا پاور ہاؤس۔ یو نو، یو کونٹ جسٹ سٹ دیئر اینڈ یو ویل ناٹ گیٹ ٹائرڈ۔</w:t>
      </w:r>
    </w:p>
    <w:p>
      <w:r>
        <w:rPr>
          <w:b/>
        </w:rPr>
        <w:t xml:space="preserve">[48:26] </w:t>
      </w:r>
      <w:r>
        <w:t>you cant spend int</w:t>
      </w:r>
    </w:p>
    <w:p>
      <w:pPr>
        <w:jc w:val="right"/>
      </w:pPr>
      <w:r>
        <w:t>یو کونٹ سپینڈ انٹ</w:t>
      </w:r>
    </w:p>
    <w:p>
      <w:r>
        <w:rPr>
          <w:b/>
        </w:rPr>
        <w:t xml:space="preserve">[48:27] </w:t>
      </w:r>
      <w:r>
        <w:t>air day. even if he doesnt speak, just a look at his face, would sort of, you know, sort of do away with your worries. so, i would just say in the end that the CPS vision that he had is now such a big reality.</w:t>
      </w:r>
    </w:p>
    <w:p>
      <w:pPr>
        <w:jc w:val="right"/>
      </w:pPr>
      <w:r>
        <w:t>ائر ڈے۔ ایون اف ہی ڈزنٹ سپیک، جسٹ ا لوک ایٹ ہز فیس، وڈ سورٹ اف، یو نو، سورٹ اف ڈو اوے ود یور وریز۔ سو، ائی وڈ جسٹ سی ان دی اینڈ دیٹ دا سی پی ایس ویژن دیٹ ہی ہیڈ از ناو سچ ا بگ ریلیٹی۔</w:t>
      </w:r>
    </w:p>
    <w:p>
      <w:r>
        <w:rPr>
          <w:b/>
        </w:rPr>
        <w:t xml:space="preserve">[48:45] </w:t>
      </w:r>
      <w:r>
        <w:t>we are more organized and the infrastructure is in place. and in last three days,</w:t>
      </w:r>
    </w:p>
    <w:p>
      <w:pPr>
        <w:jc w:val="right"/>
      </w:pPr>
      <w:r>
        <w:t>وی ار مور ارگنائزڈ اینڈ دا انفراسٹرکچر از ان پلیس۔ اینڈ ان لاسٹ تھری ڈیز،</w:t>
      </w:r>
    </w:p>
    <w:p>
      <w:r>
        <w:rPr>
          <w:b/>
        </w:rPr>
        <w:t xml:space="preserve">[48:52] </w:t>
      </w:r>
      <w:r>
        <w:t>you wont believe it, i have not been able to keep pace with the mails of offering people wanting to join a CPS. we did a meeting yesterday and it went fantastic.</w:t>
      </w:r>
    </w:p>
    <w:p>
      <w:pPr>
        <w:jc w:val="right"/>
      </w:pPr>
      <w:r>
        <w:t>یو وونٹ بیلیو اٹ، ائی ہیو ناٹ بین ایبل ٹو کیپ پیس ود دی میلز افینگ پیپل وانٹنگ ٹو جوائن ا سی پی ایس۔ وی ڈڈ ا میٹنگ یسٹرڈے اینڈ اٹ وینٹ فینٹاسٹک۔</w:t>
      </w:r>
    </w:p>
    <w:p>
      <w:r>
        <w:rPr>
          <w:b/>
        </w:rPr>
        <w:t xml:space="preserve">[49:01] </w:t>
      </w:r>
      <w:r>
        <w:t>every body is very, you know, patient and more enthusiastic now in taking Maulana message of peace and spirituality forward.</w:t>
      </w:r>
    </w:p>
    <w:p>
      <w:pPr>
        <w:jc w:val="right"/>
      </w:pPr>
      <w:r>
        <w:t>ایوری بڈی از ویری، یو نو، پیشنٹ اینڈ مور انتھوزیاسٹک ناو ان ٹیکنگ مولانا میسج اف پیس اینڈ سپرچویلٹی فارورڈ۔</w:t>
      </w:r>
    </w:p>
    <w:p>
      <w:r>
        <w:rPr>
          <w:b/>
        </w:rPr>
        <w:t xml:space="preserve">[49:11] </w:t>
      </w:r>
      <w:r>
        <w:t>and inshallah, we will take it to its culmination. all of us are now well geared and well ready for gear five.</w:t>
      </w:r>
    </w:p>
    <w:p>
      <w:pPr>
        <w:jc w:val="right"/>
      </w:pPr>
      <w:r>
        <w:t>اینڈ انشاءاللہ، وی ویل ٹیک اٹ ٹو اٹس کلمینیشن۔ ال اف اس ار ناو ویل گیئرڈ اینڈ ویل ریڈی فار گیئر فائیو۔</w:t>
      </w:r>
    </w:p>
    <w:p>
      <w:r>
        <w:rPr>
          <w:b/>
        </w:rPr>
        <w:t xml:space="preserve">[49:22] </w:t>
      </w:r>
      <w:r>
        <w:t>so, over to you, Arjan. thank you. thank you, Rajat. that was really, really, the reminiscences were fantastic. its, and as you said, i think, as you said, i think his best legacy is people like you, like Maria and others, who are taking the story, the next generation, which is taking the story forward, taking the narrati</w:t>
      </w:r>
    </w:p>
    <w:p>
      <w:pPr>
        <w:jc w:val="right"/>
      </w:pPr>
      <w:r>
        <w:t>سو، اوور ٹو یو، ارجن۔ تھینک یو۔ تھینک یو، رجت۔ دیٹ واز ریلی، ریلی، دی ریمیننسز وار فینٹاسٹک۔ اٹس، اینڈ ایز یو سیڈ، ائی تھنک، ایز یو سیڈ، ائی تھنک ہز بیسٹ لیگیسی از پیپل لائک یو، لائک ماریا اینڈ ادرز، وار ٹیکنگ دا سٹوری، دا نیکسٹ جنریشن، وچ از ٹیکنگ دا سٹوری فارورڈ، ٹیکنگ دا نیریٹ</w:t>
      </w:r>
    </w:p>
    <w:p>
      <w:r>
        <w:rPr>
          <w:b/>
        </w:rPr>
        <w:t xml:space="preserve">[49:43] </w:t>
      </w:r>
      <w:r>
        <w:t>ve forward. and the more that his word is spread, and not just in India or the subcontinent, but around the world, the better it is, the more, thats a sign of success.</w:t>
      </w:r>
    </w:p>
    <w:p>
      <w:pPr>
        <w:jc w:val="right"/>
      </w:pPr>
      <w:r>
        <w:t>و فارورڈ۔ اینڈ دا مور دیٹ ہز ورڈ از سپریڈ، اینڈ ناٹ جسٹ ان انڈیا اور دا سب کانٹیننٹ، بٹ ارونڈ دا ورلڈ، دا بٹر اٹ از، دا مور، دیٹس ا سائن اف سکسیس۔</w:t>
      </w:r>
    </w:p>
    <w:p>
      <w:r>
        <w:rPr>
          <w:b/>
        </w:rPr>
        <w:t xml:space="preserve">[49:54] </w:t>
      </w:r>
      <w:r>
        <w:t>it is not a question of money or political power. for somebody like him, that doesnt matter at all. it was how much do people learn the truth and learn to think in their own.</w:t>
      </w:r>
    </w:p>
    <w:p>
      <w:pPr>
        <w:jc w:val="right"/>
      </w:pPr>
      <w:r>
        <w:t>اٹ از ناٹ ا کویسچن اف منی اور پولیٹیکل پاور۔ فار سمبڈی لائک ہم، دیٹ ڈزنٹ میٹر ایٹ ال۔ اٹ واز ہاؤ مچ ڈو پیپل لرن دا ٹروتھ اینڈ لرن ٹو تھنک ان دیر اون۔</w:t>
      </w:r>
    </w:p>
    <w:p>
      <w:r>
        <w:rPr>
          <w:b/>
        </w:rPr>
        <w:t xml:space="preserve">[50:06] </w:t>
      </w:r>
      <w:r>
        <w:t>that is more important. not by doctrine, not by dogma, but independent thinking.</w:t>
      </w:r>
    </w:p>
    <w:p>
      <w:pPr>
        <w:jc w:val="right"/>
      </w:pPr>
      <w:r>
        <w:t>دیٹ از مور امپورٹنٹ۔ ناٹ بائے ڈاکٹرین، ناٹ بائے ڈوگما، بٹ انڈیپینڈنٹ تھنکنگ۔</w:t>
      </w:r>
    </w:p>
    <w:p>
      <w:r>
        <w:rPr>
          <w:b/>
        </w:rPr>
        <w:t xml:space="preserve">[50:11] </w:t>
      </w:r>
      <w:r>
        <w:t>think in your own, then decide what you want to do. and thats something which he used to tell me quite often. he says, who told you this? i said, well, i read it somewhere.</w:t>
      </w:r>
    </w:p>
    <w:p>
      <w:pPr>
        <w:jc w:val="right"/>
      </w:pPr>
      <w:r>
        <w:t>تھنک ان یور اون، دین ڈیسائیڈ واٹ یو وانٹ ٹو ڈو۔ اینڈ دیٹس سمتھنگ وچ ہی یوز ٹو ٹیل می کوائٹ اوفن۔ ہی سیز، ہو ٹولڈ یو دس؟ ائی سیڈ، ویل، ائی ریڈ اٹ سمویر۔</w:t>
      </w:r>
    </w:p>
    <w:p>
      <w:r>
        <w:rPr>
          <w:b/>
        </w:rPr>
        <w:t xml:space="preserve">[50:20] </w:t>
      </w:r>
      <w:r>
        <w:t>he says, yaar, but you dont know about this. i said, no. so, he says, then find out yourself first, then decide whether its true or not.</w:t>
      </w:r>
    </w:p>
    <w:p>
      <w:pPr>
        <w:jc w:val="right"/>
      </w:pPr>
      <w:r>
        <w:t>ہی سیز، یار، بٹ یو ڈزنٹ نو اباؤٹ دس۔ ائی سیڈ، نو۔ سو، ہی سیز، دین فائنڈ اؤٹ یور سیلف فرسٹ، دین ڈیسائیڈ ویدر اٹس ٹرو اور ناٹ۔</w:t>
      </w:r>
    </w:p>
    <w:p>
      <w:r>
        <w:rPr>
          <w:b/>
        </w:rPr>
        <w:t xml:space="preserve">[50:30] </w:t>
      </w:r>
      <w:r>
        <w:t>so, that was. and unfortunately, we running out of time, also because i know your preparations for iftar have to be done, so i am not going to take up too much time.</w:t>
      </w:r>
    </w:p>
    <w:p>
      <w:pPr>
        <w:jc w:val="right"/>
      </w:pPr>
      <w:r>
        <w:t>سو، دیٹ واز۔ اینڈ انفارچونیٹلی، وی رننگ اؤٹ اف ٹائم، السو بیکاز ائی نو یور پریپریشنز فار افطار ہیو ٹو بی ڈن، سو ائی ایم ناٹ گونگ ٹو ٹیک اپ ٹو مچ ٹائم۔</w:t>
      </w:r>
    </w:p>
    <w:p>
      <w:r>
        <w:rPr>
          <w:b/>
        </w:rPr>
        <w:t xml:space="preserve">[50:40] </w:t>
      </w:r>
      <w:r>
        <w:t>but we will start off and just end this program by just bringing in last messages that you feel that best take the message of the Maulana sahib forward.</w:t>
      </w:r>
    </w:p>
    <w:p>
      <w:pPr>
        <w:jc w:val="right"/>
      </w:pPr>
      <w:r>
        <w:t>بٹ وی ویل سٹارٹ اف اینڈ جسٹ اینڈ دس پروگرام بائی جسٹ برنگنگ ان لاسٹ میسجز دیٹ یو فیل دیٹ بیسٹ ٹیک دا میسج اف دا مولانا صاحب فارورڈ۔</w:t>
      </w:r>
    </w:p>
    <w:p>
      <w:r>
        <w:rPr>
          <w:b/>
        </w:rPr>
        <w:t xml:space="preserve">[50:54] </w:t>
      </w:r>
      <w:r>
        <w:t>and i will start with mariya,</w:t>
      </w:r>
    </w:p>
    <w:p>
      <w:pPr>
        <w:jc w:val="right"/>
      </w:pPr>
      <w:r>
        <w:t>اینڈ ائی ویل سٹارٹ ود ماریا،</w:t>
      </w:r>
    </w:p>
    <w:p>
      <w:r>
        <w:rPr>
          <w:b/>
        </w:rPr>
        <w:t xml:space="preserve">[51:00] </w:t>
      </w:r>
      <w:r>
        <w:t>the best way to honor his memory. thank you, arjun. this was a very en</w:t>
      </w:r>
    </w:p>
    <w:p>
      <w:pPr>
        <w:jc w:val="right"/>
      </w:pPr>
      <w:r>
        <w:t>دا بیسٹ وے ٹو انر ہز میموری۔ تھینک یو، ارجن۔ دس واز ا ویری ان</w:t>
      </w:r>
    </w:p>
    <w:p>
      <w:r>
        <w:rPr>
          <w:b/>
        </w:rPr>
        <w:t xml:space="preserve">[51:06] </w:t>
      </w:r>
      <w:r>
        <w:t>lightening session, very nice listening to rubai roshan. and rajat also spoke from the heart. i really had tears in my eyes listening to doctor rajat.</w:t>
      </w:r>
    </w:p>
    <w:p>
      <w:pPr>
        <w:jc w:val="right"/>
      </w:pPr>
      <w:r>
        <w:t>لائٹننگ سیشن، ویری نائس لسننگ ٹو رباعی روزن۔ اینڈ رجت السو سپوک فرام دا ہارٹ۔ ائی ریلی ہیڈ ٹیئرز ان مائی ائیز لسننگ ٹو ڈاکٹر رجت۔</w:t>
      </w:r>
    </w:p>
    <w:p>
      <w:r>
        <w:rPr>
          <w:b/>
        </w:rPr>
        <w:t xml:space="preserve">[51:15] </w:t>
      </w:r>
      <w:r>
        <w:t>so, the last memory that i think i have is that Maulana says that Islam is all about being God conscious and following God's commandments.</w:t>
      </w:r>
    </w:p>
    <w:p>
      <w:pPr>
        <w:jc w:val="right"/>
      </w:pPr>
      <w:r>
        <w:t>سو، دا لاسٹ میموری دیٹ ائی تھنک ائی ہیو از دیٹ مولانا سیز دیٹ اسلام از ال اباؤٹ بینگ گاڈ کانشیس اینڈ فالونگ گاڈز کمانڈمنٹس۔</w:t>
      </w:r>
    </w:p>
    <w:p>
      <w:r>
        <w:rPr>
          <w:b/>
        </w:rPr>
        <w:t xml:space="preserve">[51:24] </w:t>
      </w:r>
      <w:r>
        <w:t>and the fact that you are following God's commandments will be decided by your relations with human</w:t>
      </w:r>
    </w:p>
    <w:p>
      <w:pPr>
        <w:jc w:val="right"/>
      </w:pPr>
      <w:r>
        <w:t>اینڈ دا فیکٹ دیٹ یو ار فالونگ گاڈز کمانڈمنٹس ویل بی ڈیسائیڈڈ بائے یور ریلیشنز ود ہیومن</w:t>
      </w:r>
    </w:p>
    <w:p>
      <w:r>
        <w:rPr>
          <w:b/>
        </w:rPr>
        <w:t xml:space="preserve">[51:30] </w:t>
      </w:r>
      <w:r>
        <w:t>beings. if you have complaints, bitterness and hatred with other human beings, that means you are not really following God. you are not being mindful of God.</w:t>
      </w:r>
    </w:p>
    <w:p>
      <w:pPr>
        <w:jc w:val="right"/>
      </w:pPr>
      <w:r>
        <w:t>بینگز۔ اف یو ہیو کمپلینٹس، بٹنس اینڈ ہیٹریڈ ود ادر ہیومن بینگز، دیٹ مینز یو ار ناٹ ریلی فالونگ گاڈ۔ یو ار ناٹ بینگ مائنڈ فل اف گاڈ۔</w:t>
      </w:r>
    </w:p>
    <w:p>
      <w:r>
        <w:rPr>
          <w:b/>
        </w:rPr>
        <w:t xml:space="preserve">[51:39] </w:t>
      </w:r>
      <w:r>
        <w:t>so, the test for your being God conscious is your behavior with other human beings. so, that's the most powerful advice that i remember from Maulana.</w:t>
      </w:r>
    </w:p>
    <w:p>
      <w:pPr>
        <w:jc w:val="right"/>
      </w:pPr>
      <w:r>
        <w:t>سو، دا ٹیسٹ فار یور بینگ گاڈ کانشیس از یور بیہیویئر ود ادر ہیومن بینگز۔ سو، دیٹس دا موسٹ پاور فل ایڈوائس دیٹ ائی ریممبر فرام مولانا۔</w:t>
      </w:r>
    </w:p>
    <w:p>
      <w:r>
        <w:rPr>
          <w:b/>
        </w:rPr>
        <w:t xml:space="preserve">[51:47] </w:t>
      </w:r>
      <w:r>
        <w:t>thank you, professor sahib, ma'am.</w:t>
      </w:r>
    </w:p>
    <w:p>
      <w:pPr>
        <w:jc w:val="right"/>
      </w:pPr>
      <w:r>
        <w:t>تھینک یو، پروفیسر صاحب، میم۔</w:t>
      </w:r>
    </w:p>
    <w:p>
      <w:r>
        <w:rPr>
          <w:b/>
        </w:rPr>
        <w:t xml:space="preserve">[51:55] </w:t>
      </w:r>
      <w:r>
        <w:t>what is the best legacy that you think that you can take forward from now onwards to honor his life best? the best legacy that he was an embodiment of peace and spirituality.</w:t>
      </w:r>
    </w:p>
    <w:p>
      <w:pPr>
        <w:jc w:val="right"/>
      </w:pPr>
      <w:r>
        <w:t>واٹ از دا بیسٹ لیگیسی دیٹ یو تھنک دیٹ یو کین ٹیک فارورڈ فرام ناو انورڈز ٹو انر ہز لائف بیسٹ؟ دا بیسٹ لیگیسی دیٹ ہی واز این ایمبارڈمنٹ اف پیس اینڈ سپرچویلٹی۔</w:t>
      </w:r>
    </w:p>
    <w:p>
      <w:r>
        <w:rPr>
          <w:b/>
        </w:rPr>
        <w:t xml:space="preserve">[52:10] </w:t>
      </w:r>
      <w:r>
        <w:t>so, we would like to convey, communicate his message of peace and spirituality to everyone and through interfaith dialogue.</w:t>
      </w:r>
    </w:p>
    <w:p>
      <w:pPr>
        <w:jc w:val="right"/>
      </w:pPr>
      <w:r>
        <w:t>سو، وی وڈ لائک ٹو کنوے، کمیونیکیٹ ہز میسج اف پیس اینڈ سپرچویلٹی ٹو ایوری ون اینڈ تھرو انٹرفیتھ ڈائیلاگ۔</w:t>
      </w:r>
    </w:p>
    <w:p>
      <w:r>
        <w:rPr>
          <w:b/>
        </w:rPr>
        <w:t xml:space="preserve">[52:21] </w:t>
      </w:r>
      <w:r>
        <w:t>through he did not, he said that debate was an Islamic through interfaith dialogue.</w:t>
      </w:r>
    </w:p>
    <w:p>
      <w:pPr>
        <w:jc w:val="right"/>
      </w:pPr>
      <w:r>
        <w:t>تھرو ہی ڈیڈ ناٹ، ہی سیڈ دیٹ ڈیبیٹ واز ان اسلامک تھرو انٹرفیتھ ڈائیلاگ۔</w:t>
      </w:r>
    </w:p>
    <w:p>
      <w:r>
        <w:rPr>
          <w:b/>
        </w:rPr>
        <w:t xml:space="preserve">[52:29] </w:t>
      </w:r>
      <w:r>
        <w:t>and we have to learn from everyone, from all religious communities. so, for him, learning was most important</w:t>
      </w:r>
    </w:p>
    <w:p>
      <w:pPr>
        <w:jc w:val="right"/>
      </w:pPr>
      <w:r>
        <w:t>اینڈ وی ہیو ٹو لرن فرام ایوری ون، فرام ال ریلیجس کمیونٹیز۔ سو، فار ہم، لرننگ واز موسٹ امپورٹنٹ</w:t>
      </w:r>
    </w:p>
    <w:p>
      <w:r>
        <w:rPr>
          <w:b/>
        </w:rPr>
        <w:t xml:space="preserve">[52:40] </w:t>
      </w:r>
      <w:r>
        <w:t>. so, we what whatever we have learned from him, we have to communicate it to others. this is his last message.</w:t>
      </w:r>
    </w:p>
    <w:p>
      <w:pPr>
        <w:jc w:val="right"/>
      </w:pPr>
      <w:r>
        <w:t>۔ سو، وی واٹ ایور وی ہیو لرن فرام ہم، وی ہیو ٹو کمیونیکیٹ اٹ ٹو ادرز۔ دس از دا ہز لاسٹ میسج۔</w:t>
      </w:r>
    </w:p>
    <w:p>
      <w:r>
        <w:rPr>
          <w:b/>
        </w:rPr>
        <w:t xml:space="preserve">[52:51] </w:t>
      </w:r>
      <w:r>
        <w:t>i as i told you that even when he was very sick, he said, you go and study. don't waste your time. so, he said that don't waste your time.</w:t>
      </w:r>
    </w:p>
    <w:p>
      <w:pPr>
        <w:jc w:val="right"/>
      </w:pPr>
      <w:r>
        <w:t>ائی ایز ائی ٹولڈ یو دیٹ ایون وین ہی واز ویری سیک، ہی سیڈ، یو گو اینڈ سٹڈی۔ ڈونٹ ویسٹ یور ٹائم۔ سو، ہی سیڈ دیٹ ڈونٹ ویسٹ یور ٹائم۔</w:t>
      </w:r>
    </w:p>
    <w:p>
      <w:r>
        <w:rPr>
          <w:b/>
        </w:rPr>
        <w:t xml:space="preserve">[53:00] </w:t>
      </w:r>
      <w:r>
        <w:t>you have got this life only once. so, you never waste your time. and this is the message that i want to convey to everyone.</w:t>
      </w:r>
    </w:p>
    <w:p>
      <w:pPr>
        <w:jc w:val="right"/>
      </w:pPr>
      <w:r>
        <w:t>یو ہیو گاٹ دس لائف اونلی ونس۔ سو، یو نیور ویسٹ یور ٹائم۔ اینڈ دس از دا میسج دیٹ ائی وانٹ ٹو کنوے ٹو ایوری ون۔</w:t>
      </w:r>
    </w:p>
    <w:p>
      <w:r>
        <w:rPr>
          <w:b/>
        </w:rPr>
        <w:t xml:space="preserve">[53:10] </w:t>
      </w:r>
      <w:r>
        <w:t>thank you, thank you, farida ji. ah, swami ji.</w:t>
      </w:r>
    </w:p>
    <w:p>
      <w:pPr>
        <w:jc w:val="right"/>
      </w:pPr>
      <w:r>
        <w:t>تھینک یو، تھینک یو، فریدہ جی۔ اہ، سوامی جی۔</w:t>
      </w:r>
    </w:p>
    <w:p>
      <w:r>
        <w:rPr>
          <w:b/>
        </w:rPr>
        <w:t xml:space="preserve">[53:20] </w:t>
      </w:r>
      <w:r>
        <w:t>struck me very much his books and the conversation we had. and the messages also which were.</w:t>
      </w:r>
    </w:p>
    <w:p>
      <w:pPr>
        <w:jc w:val="right"/>
      </w:pPr>
      <w:r>
        <w:t>سٹرکٹ می ویری مچ ہز بکس اینڈ دی کانورزیشن وی ہیڈ۔ اینڈ دا میسجز السو وچ ویر۔</w:t>
      </w:r>
    </w:p>
    <w:p>
      <w:r>
        <w:rPr>
          <w:b/>
        </w:rPr>
        <w:t xml:space="preserve">[53:29] </w:t>
      </w:r>
      <w:r>
        <w:t>i am sorry, we can't hear you, swami ji. wha</w:t>
      </w:r>
    </w:p>
    <w:p>
      <w:pPr>
        <w:jc w:val="right"/>
      </w:pPr>
      <w:r>
        <w:t>ائی ایم سوری، وی کانٹ ہیئر یو، سوامی جی۔ وا</w:t>
      </w:r>
    </w:p>
    <w:p>
      <w:r>
        <w:rPr>
          <w:b/>
        </w:rPr>
        <w:t xml:space="preserve">[53:33] </w:t>
      </w:r>
      <w:r>
        <w:t>t struck me very much about the in the conversation we had with him, with the</w:t>
      </w:r>
    </w:p>
    <w:p>
      <w:pPr>
        <w:jc w:val="right"/>
      </w:pPr>
      <w:r>
        <w:t>ٹ سٹرکٹ می ویری مچ اباؤٹ دا ان دا کانورزیشن وی ہیڈ ود ہم، ود دا</w:t>
      </w:r>
    </w:p>
    <w:p>
      <w:r>
        <w:rPr>
          <w:b/>
        </w:rPr>
        <w:t xml:space="preserve">[53:45] </w:t>
      </w:r>
      <w:r>
        <w:t>in his books and in his communications also through his representative there in Chennai, was of a person without any pretenses, without any pretension, pretenses to being more than what he</w:t>
      </w:r>
    </w:p>
    <w:p>
      <w:pPr>
        <w:jc w:val="right"/>
      </w:pPr>
      <w:r>
        <w:t>ان ہز بکس اینڈ ان ہز کمیونیکیشنز السو تھرو ہز ریپریزنٹیٹیو دیر ان چنئی، واز اف ا پرسن وداؤٹ اینی پریٹنسز، وداؤٹ اینی پریٹینشن، پریٹنسز ٹو بینگ مور دین واٹ ہی</w:t>
      </w:r>
    </w:p>
    <w:p>
      <w:r>
        <w:rPr>
          <w:b/>
        </w:rPr>
        <w:t xml:space="preserve">[54:04] </w:t>
      </w:r>
      <w:r>
        <w:t>was. he was a teacher, he was a man of God, and he was happy being that. and he did not try to be, you know, God to anybody.</w:t>
      </w:r>
    </w:p>
    <w:p>
      <w:pPr>
        <w:jc w:val="right"/>
      </w:pPr>
      <w:r>
        <w:t>واز۔ ہی واز ا ٹیچر، ہی واز ا مین اف گاڈ، اینڈ ہی واز ہیپی بینگ دیٹ۔ اینڈ ہی ڈیڈ ناٹ ٹرائی ٹو بی، یو نو، گاڈ ٹو اینی بڈی۔</w:t>
      </w:r>
    </w:p>
    <w:p>
      <w:r>
        <w:rPr>
          <w:b/>
        </w:rPr>
        <w:t xml:space="preserve">[54:15] </w:t>
      </w:r>
      <w:r>
        <w:t>and he was able to see the world as it is and be a friend of the whole world. so, that is something which is very remarkable.</w:t>
      </w:r>
    </w:p>
    <w:p>
      <w:pPr>
        <w:jc w:val="right"/>
      </w:pPr>
      <w:r>
        <w:t>اینڈ ہی واز ایبل ٹو سی دا ورلڈ ایز اٹ از اینڈ بی ا فرینڈ اف دا ہول ورلڈ۔ سو، دیٹ از سمتھنگ وچ از ویری ریمارکیبل۔</w:t>
      </w:r>
    </w:p>
    <w:p>
      <w:r>
        <w:rPr>
          <w:b/>
        </w:rPr>
        <w:t xml:space="preserve">[54:25] </w:t>
      </w:r>
      <w:r>
        <w:t>and i am very happy that his work is continue. thank you, swami ji.</w:t>
      </w:r>
    </w:p>
    <w:p>
      <w:pPr>
        <w:jc w:val="right"/>
      </w:pPr>
      <w:r>
        <w:t>اینڈ ائی ایم ویری ہیپی دیٹ ہز ورک از کنٹینیو۔ تھینک یو، سوامی جی۔</w:t>
      </w:r>
    </w:p>
    <w:p>
      <w:r>
        <w:rPr>
          <w:b/>
        </w:rPr>
        <w:t xml:space="preserve">[54:34] </w:t>
      </w:r>
      <w:r>
        <w:t>David. Well, there are so many things we must take away from his life. And for me, not least of all, is the lesson to try to be more modest and more humble, which to him came naturally.</w:t>
      </w:r>
    </w:p>
    <w:p>
      <w:pPr>
        <w:jc w:val="right"/>
      </w:pPr>
      <w:r>
        <w:t>ڈیوڈ۔ ویل، دیر ار سو مینی تھنگز وی مسٹ ٹیک اوے فرام ہز لائف۔ اینڈ فار می، ناٹ لیسٹ اف ال، از دا لیسن ٹو ٹرائی ٹو بی مور ماڈسٹ اینڈ مور ہمبل، وچ ٹو ہم کیم نیچرلی۔</w:t>
      </w:r>
    </w:p>
    <w:p>
      <w:r>
        <w:rPr>
          <w:b/>
        </w:rPr>
        <w:t xml:space="preserve">[54:52] </w:t>
      </w:r>
      <w:r>
        <w:t>ناٹ ٹو ال اف اس ڈز اٹ کم نیچرلی۔ سم اف اس ہیو ٹو ورک ا لٹل بٹ ہارڈر ان اٹ۔</w:t>
      </w:r>
    </w:p>
    <w:p>
      <w:pPr>
        <w:jc w:val="right"/>
      </w:pPr>
      <w:r>
        <w:t>ناٹ ٹو ال اف اس ڈز اٹ کم نیچرلی۔ سم اف اس ہیو ٹو ورک ا لٹل بٹ ہارڈر ان اٹ۔</w:t>
      </w:r>
    </w:p>
    <w:p>
      <w:r>
        <w:rPr>
          <w:b/>
        </w:rPr>
        <w:t xml:space="preserve">[54:57] </w:t>
      </w:r>
      <w:r>
        <w:t>بٹ وی ہیو، یو نو، ود ان دا جیوش ٹریڈیشن، وی ریڈ دی سائیکل اف دا تورات، دا فائیو بکس اف موزیز، ان این اینول سائیکل۔</w:t>
      </w:r>
    </w:p>
    <w:p>
      <w:pPr>
        <w:jc w:val="right"/>
      </w:pPr>
      <w:r>
        <w:t>بٹ وی ہیو، یو نو، ود ان دا جیوش ٹریڈیشن، وی ریڈ دی سائیکل اف دا تورات، دا فائیو بکس اف موزیز، ان این اینول سائیکل۔</w:t>
      </w:r>
    </w:p>
    <w:p>
      <w:r>
        <w:rPr>
          <w:b/>
        </w:rPr>
        <w:t xml:space="preserve">[55:06] </w:t>
      </w:r>
      <w:r>
        <w:t>اینڈ جسٹ دس شبات، دس سبت، وی ریلیز دا پیسج وچ ٹیلز اس، اینڈ یو شال لو یور نیبر ایز یور سیلف۔</w:t>
      </w:r>
    </w:p>
    <w:p>
      <w:pPr>
        <w:jc w:val="right"/>
      </w:pPr>
      <w:r>
        <w:t>اینڈ جسٹ دس شبات، دس سبت، وی ریلیز دا پیسج وچ ٹیلز اس، اینڈ یو شال لو یور نیبر ایز یور سیلف۔</w:t>
      </w:r>
    </w:p>
    <w:p>
      <w:r>
        <w:rPr>
          <w:b/>
        </w:rPr>
        <w:t xml:space="preserve">[55:16] </w:t>
      </w:r>
      <w:r>
        <w:t>ون اف اور گریٹسٹ ربینک کمنٹریٹرز سیز، ہاؤ کین یو ریلی لو یور نیبر ایز یور سیلف؟ از دیٹ ریلی پوسیبل</w:t>
      </w:r>
    </w:p>
    <w:p>
      <w:pPr>
        <w:jc w:val="right"/>
      </w:pPr>
      <w:r>
        <w:t>ون اف اور گریٹسٹ ربینک کمنٹریٹرز سیز، ہاؤ کین یو ریلی لو یور نیبر ایز یور سیلف؟ از دیٹ ریلی پوسیبل</w:t>
      </w:r>
    </w:p>
    <w:p>
      <w:r>
        <w:rPr>
          <w:b/>
        </w:rPr>
        <w:t xml:space="preserve">[55:26] </w:t>
      </w:r>
      <w:r>
        <w:t>؟ اینڈ ہی سیز، یو نیڈ ٹو ریڈ اٹ ڈفرنٹلی۔ دا ہیبرو نیڈ ٹو بی ریڈ۔ یو لو یور نیبر، ہی از ایز یور سیلف۔</w:t>
      </w:r>
    </w:p>
    <w:p>
      <w:pPr>
        <w:jc w:val="right"/>
      </w:pPr>
      <w:r>
        <w:t>؟ اینڈ ہی سیز، یو نیڈ ٹو ریڈ اٹ ڈفرنٹلی۔ دا ہیبرو نیڈ ٹو بی ریڈ۔ یو لو یور نیبر، ہی از ایز یور سیلف۔</w:t>
      </w:r>
    </w:p>
    <w:p>
      <w:r>
        <w:rPr>
          <w:b/>
        </w:rPr>
        <w:t xml:space="preserve">[55:35] </w:t>
      </w:r>
      <w:r>
        <w:t>ان ادر ورڈز، وین وی ریلی انڈرسٹینڈ ہاؤ مچ وی ار کنیکٹڈ ود ون انادر، ہاؤ مچ وی ار پارٹ اف ون اینڈ دا سیم، دین وی ویل ٹریٹ ایچ ادر ان ا ڈفرنٹ وے۔</w:t>
      </w:r>
    </w:p>
    <w:p>
      <w:pPr>
        <w:jc w:val="right"/>
      </w:pPr>
      <w:r>
        <w:t>ان ادر ورڈز، وین وی ریلی انڈرسٹینڈ ہاؤ مچ وی ار کنیکٹڈ ود ون انادر، ہاؤ مچ وی ار پارٹ اف ون اینڈ دا سیم، دین وی ویل ٹریٹ ایچ ادر ان ا ڈفرنٹ وے۔</w:t>
      </w:r>
    </w:p>
    <w:p>
      <w:r>
        <w:rPr>
          <w:b/>
        </w:rPr>
        <w:t xml:space="preserve">[55:48] </w:t>
      </w:r>
      <w:r>
        <w:t>وی ہیو ٹو ریکگنائز دیٹ۔ اینڈ ایز ال دا سپیکرز ہیو سیڈ، دس واز پرسونفائیڈ ان دا لائف اف مولانا۔</w:t>
      </w:r>
    </w:p>
    <w:p>
      <w:pPr>
        <w:jc w:val="right"/>
      </w:pPr>
      <w:r>
        <w:t>وی ہیو ٹو ریکگنائز دیٹ۔ اینڈ ایز ال دا سپیکرز ہیو سیڈ، دس واز پرسونفائیڈ ان دا لائف اف مولانا۔</w:t>
      </w:r>
    </w:p>
    <w:p>
      <w:r>
        <w:rPr>
          <w:b/>
        </w:rPr>
        <w:t xml:space="preserve">[55:56] </w:t>
      </w:r>
      <w:r>
        <w:t>می وی الویز ہیو دیٹ انسپریشن ٹو فالو ہز ایگزامپل۔ دیٹ از لولی۔ تھینک یو، ڈیوڈ۔ رجت، لاسٹ ورڈز۔</w:t>
      </w:r>
    </w:p>
    <w:p>
      <w:pPr>
        <w:jc w:val="right"/>
      </w:pPr>
      <w:r>
        <w:t>می وی الویز ہیو دیٹ انسپریشن ٹو فالو ہز ایگزامپل۔ دیٹ از لولی۔ تھینک یو، ڈیوڈ۔ رجت، لاسٹ ورڈز۔</w:t>
      </w:r>
    </w:p>
    <w:p>
      <w:r>
        <w:rPr>
          <w:b/>
        </w:rPr>
        <w:t xml:space="preserve">[56:06] </w:t>
      </w:r>
      <w:r>
        <w:t>ارجن، دیٹ از ون ورس دیٹ ہی ایمفسائزز کوائٹ ا بٹ ٹو ال اف اس اینڈ ویر ایور ہی وینٹ، انڈیا اینڈ اؤٹ سائیڈ۔</w:t>
      </w:r>
    </w:p>
    <w:p>
      <w:pPr>
        <w:jc w:val="right"/>
      </w:pPr>
      <w:r>
        <w:t>ارجن، دیٹ از ون ورس دیٹ ہی ایمفسائزز کوائٹ ا بٹ ٹو ال اف اس اینڈ ویر ایور ہی وینٹ، انڈیا اینڈ اؤٹ سائیڈ۔</w:t>
      </w:r>
    </w:p>
    <w:p>
      <w:r>
        <w:rPr>
          <w:b/>
        </w:rPr>
        <w:t xml:space="preserve">[56:14] </w:t>
      </w:r>
      <w:r>
        <w:t>اینڈ اٹس چیپٹر 41، ورس نمبر 34، ویر گاڈ سیز دیٹ گڈ اینڈ بیڈ ار ناٹ ایکول</w:t>
      </w:r>
    </w:p>
    <w:p>
      <w:pPr>
        <w:jc w:val="right"/>
      </w:pPr>
      <w:r>
        <w:t>اینڈ اٹس چیپٹر 41، ورس نمبر 34، ویر گاڈ سیز دیٹ گڈ اینڈ بیڈ ار ناٹ ایکول</w:t>
      </w:r>
    </w:p>
    <w:p>
      <w:r>
        <w:rPr>
          <w:b/>
        </w:rPr>
        <w:t xml:space="preserve">[56:22] </w:t>
      </w:r>
      <w:r>
        <w:t>۔ فیل ایول ود واٹ از گڈ، اینڈ یو ویل فائنڈ دیٹ یور اینمی ہیز بیکم یور ڈیئرسٹ فرینڈ۔ سو، مولانا الویز سیڈ دیٹ دا ایکویشن از ناٹ بٹوین اینمی اینڈ فرینڈ۔</w:t>
      </w:r>
    </w:p>
    <w:p>
      <w:pPr>
        <w:jc w:val="right"/>
      </w:pPr>
      <w:r>
        <w:t>۔ فیل ایول ود واٹ از گڈ، اینڈ یو ویل فائنڈ دیٹ یور اینمی ہیز بیکم یور ڈیئرسٹ فرینڈ۔ سو، مولانا الویز سیڈ دیٹ دا ایکویشن از ناٹ بٹوین اینمی اینڈ فرینڈ۔</w:t>
      </w:r>
    </w:p>
    <w:p>
      <w:r>
        <w:rPr>
          <w:b/>
        </w:rPr>
        <w:t xml:space="preserve">[56:33] </w:t>
      </w:r>
      <w:r>
        <w:t>دا ایکویشن از بٹوین ا فرینڈ اینڈ ا پوٹینشل فرینڈ۔ ا ٹرو ٹریبیوٹ ٹو مولانا صاحب وڈ بی ٹو ٹیک انٹائر ہیومینٹی از ون فیملی، اینڈ ناٹ ایز وی اینڈ دے، ناٹ ایز جیو، کرسچن، مسلم، ہندو۔</w:t>
      </w:r>
    </w:p>
    <w:p>
      <w:pPr>
        <w:jc w:val="right"/>
      </w:pPr>
      <w:r>
        <w:t>دا ایکویشن از بٹوین ا فرینڈ اینڈ ا پوٹینشل فرینڈ۔ ا ٹرو ٹریبیوٹ ٹو مولانا صاحب وڈ بی ٹو ٹیک انٹائر ہیومینٹی از ون فیملی، اینڈ ناٹ ایز وی اینڈ دے، ناٹ ایز جیو، کرسچن، مسلم، ہندو۔</w:t>
      </w:r>
    </w:p>
    <w:p>
      <w:r>
        <w:rPr>
          <w:b/>
        </w:rPr>
        <w:t xml:space="preserve">[56:46] </w:t>
      </w:r>
      <w:r>
        <w:t>ہی نیور ڈیڈ دی</w:t>
      </w:r>
    </w:p>
    <w:p>
      <w:pPr>
        <w:jc w:val="right"/>
      </w:pPr>
      <w:r>
        <w:t>ہی نیور ڈیڈ دی</w:t>
      </w:r>
    </w:p>
    <w:p>
      <w:r>
        <w:rPr>
          <w:b/>
        </w:rPr>
        <w:t xml:space="preserve">[56:47] </w:t>
      </w:r>
      <w:r>
        <w:t>ٹ۔ سو، دی اونلی تھنگ دیٹ از نیڈڈ از ٹو ڈو اوے ود ہیٹریڈ نیگیٹیوٹی ان ونز ہارٹ۔ ریچ اؤٹ ٹو دا ہول ورلڈ، ٹو ایوری ممبر اف، یو نو، دی ادر کمیونٹی۔</w:t>
      </w:r>
    </w:p>
    <w:p>
      <w:pPr>
        <w:jc w:val="right"/>
      </w:pPr>
      <w:r>
        <w:t>ٹ۔ سو، دی اونلی تھنگ دیٹ از نیڈڈ از ٹو ڈو اوے ود ہیٹریڈ نیگیٹیوٹی ان ونز ہارٹ۔ ریچ اؤٹ ٹو دا ہول ورلڈ، ٹو ایوری ممبر اف، یو نو، دی ادر کمیونٹی۔</w:t>
      </w:r>
    </w:p>
    <w:p>
      <w:r>
        <w:rPr>
          <w:b/>
        </w:rPr>
        <w:t xml:space="preserve">[56:59] </w:t>
      </w:r>
      <w:r>
        <w:t>دیٹس واٹ ہی وانٹڈ، دیٹس واٹ ہز ڈریم واز، اینڈ دیٹ از واٹ ہی وڈ وانٹ اس ٹو ڈو۔ نو ہیٹریڈ، نو نیگیٹیوٹی، اینڈ ٹریٹ انٹائر ورلڈ ایز ون فیملی۔</w:t>
      </w:r>
    </w:p>
    <w:p>
      <w:pPr>
        <w:jc w:val="right"/>
      </w:pPr>
      <w:r>
        <w:t>دیٹس واٹ ہی وانٹڈ، دیٹس واٹ ہز ڈریم واز، اینڈ دیٹ از واٹ ہی وڈ وانٹ اس ٹو ڈو۔ نو ہیٹریڈ، نو نیگیٹیوٹی، اینڈ ٹریٹ انٹائر ورلڈ ایز ون فیملی۔</w:t>
      </w:r>
    </w:p>
    <w:p>
      <w:r>
        <w:rPr>
          <w:b/>
        </w:rPr>
        <w:t xml:space="preserve">[57:10] </w:t>
      </w:r>
      <w:r>
        <w:t>دیٹس، یار، ایبس</w:t>
      </w:r>
    </w:p>
    <w:p>
      <w:pPr>
        <w:jc w:val="right"/>
      </w:pPr>
      <w:r>
        <w:t>دیٹس، یار، ایبس</w:t>
      </w:r>
    </w:p>
    <w:p>
      <w:r>
        <w:rPr>
          <w:b/>
        </w:rPr>
        <w:t xml:space="preserve">[57:12] </w:t>
      </w:r>
      <w:r>
        <w:t>ولیوٹلی۔ ائی تھنک، ائی تھنک دس از ا میسج وچ وی ہیئر فرام مینی ریلیجس سکالرز، ایٹسیٹرا۔</w:t>
      </w:r>
    </w:p>
    <w:p>
      <w:pPr>
        <w:jc w:val="right"/>
      </w:pPr>
      <w:r>
        <w:t>ولیوٹلی۔ ائی تھنک، ائی تھنک دس از ا میسج وچ وی ہیئر فرام مینی ریلیجس سکالرز، ایٹسیٹرا۔</w:t>
      </w:r>
    </w:p>
    <w:p>
      <w:r>
        <w:rPr>
          <w:b/>
        </w:rPr>
        <w:t xml:space="preserve">[57:20] </w:t>
      </w:r>
      <w:r>
        <w:t>بٹ دا ڈیپتھ اف واٹ دا مولانا مینٹ، اف اینڈ ہاؤ وی سیڈ اٹ، از واٹ میڈ دا ڈیفرنس۔ دیٹ ہی ٹرولی بیلیوڈ ان اٹ۔</w:t>
      </w:r>
    </w:p>
    <w:p>
      <w:pPr>
        <w:jc w:val="right"/>
      </w:pPr>
      <w:r>
        <w:t>بٹ دا ڈیپتھ اف واٹ دا مولانا مینٹ، اف اینڈ ہاؤ وی سیڈ اٹ، از واٹ میڈ دا ڈیفرنس۔ دیٹ ہی ٹرولی بیلیوڈ ان اٹ۔</w:t>
      </w:r>
    </w:p>
    <w:p>
      <w:r>
        <w:rPr>
          <w:b/>
        </w:rPr>
        <w:t xml:space="preserve">[57:30] </w:t>
      </w:r>
      <w:r>
        <w:t>ہی وازنٹ، اٹ وازنٹ جسٹ لپ سروس۔ اٹ واز سمتھنگ دیٹ ہی ٹرولی بیلیوڈ ان۔ اینڈ دیٹ کیم تھرو وین ایور دیر واز ان انٹریکشن ود ہم۔ این</w:t>
      </w:r>
    </w:p>
    <w:p>
      <w:pPr>
        <w:jc w:val="right"/>
      </w:pPr>
      <w:r>
        <w:t>ہی وازنٹ، اٹ وازنٹ جسٹ لپ سروس۔ اٹ واز سمتھنگ دیٹ ہی ٹرولی بیلیوڈ ان۔ اینڈ دیٹ کیم تھرو وین ایور دیر واز ان انٹریکشن ود ہم۔ این</w:t>
      </w:r>
    </w:p>
    <w:p>
      <w:r>
        <w:rPr>
          <w:b/>
        </w:rPr>
        <w:t xml:space="preserve">[57:38] </w:t>
      </w:r>
      <w:r>
        <w:t>ڈ ائی تھنک دس سیشن اٹسیلف از ا گریٹ، از ا گریٹ ایگزامپل اف ہاؤ ہی، واٹ، ان ا وے، واٹ کائنڈ اف ا لیگیسی ہی ہیز براٹ ان۔</w:t>
      </w:r>
    </w:p>
    <w:p>
      <w:pPr>
        <w:jc w:val="right"/>
      </w:pPr>
      <w:r>
        <w:t>ڈ ائی تھنک دس سیشن اٹسیلف از ا گریٹ، از ا گریٹ ایگزامپل اف ہاؤ ہی، واٹ، ان ا وے، واٹ کائنڈ اف ا لیگیسی ہی ہیز براٹ ان۔</w:t>
      </w:r>
    </w:p>
    <w:p>
      <w:r>
        <w:rPr>
          <w:b/>
        </w:rPr>
        <w:t xml:space="preserve">[57:49] </w:t>
      </w:r>
      <w:r>
        <w:t>ویر دیر ار ہندوز، جیوز، مسلمز ہو ہیو کم ٹوگیدر ٹو انر دا مین ہوم، ہوم، میجورٹی اف پیپل ہیو ہرڈ اباؤٹ دا لیجنڈ، بٹ ڈیڈ نو اباؤٹ۔</w:t>
      </w:r>
    </w:p>
    <w:p>
      <w:pPr>
        <w:jc w:val="right"/>
      </w:pPr>
      <w:r>
        <w:t>ویر دیر ار ہندوز، جیوز، مسلمز ہو ہیو کم ٹوگیدر ٹو انر دا مین ہوم، ہوم، میجورٹی اف پیپل ہیو ہرڈ اباؤٹ دا لیجنڈ، بٹ ڈیڈ نو اباؤٹ۔</w:t>
      </w:r>
    </w:p>
    <w:p>
      <w:r>
        <w:rPr>
          <w:b/>
        </w:rPr>
        <w:t xml:space="preserve">[58:02] </w:t>
      </w:r>
      <w:r>
        <w:t>سو، وی ار، یو نو، سمتھنگ دیٹ ایٹ لیسٹ پیپل کونٹ سی واٹ ہیز ہی</w:t>
      </w:r>
    </w:p>
    <w:p>
      <w:pPr>
        <w:jc w:val="right"/>
      </w:pPr>
      <w:r>
        <w:t>سو، وی ار، یو نو، سمتھنگ دیٹ ایٹ لیسٹ پیپل کونٹ سی واٹ ہیز ہی</w:t>
      </w:r>
    </w:p>
    <w:p>
      <w:r>
        <w:rPr>
          <w:b/>
        </w:rPr>
        <w:t xml:space="preserve">[58:06] </w:t>
      </w:r>
      <w:r>
        <w:t>ڈن، واٹ از دا لیگیسی۔ دیٹ دس از ا رزلٹ اف ہز لیگیسی دیٹ ہی ہیز براٹ ان۔ اینڈ ائی ویل لیو دس لاسٹ ورڈ اینڈ ریپ اپ ٹو اویس، ہو ہیز السو ورکڈ کلوزلی ود دا سی پی ایس۔</w:t>
      </w:r>
    </w:p>
    <w:p>
      <w:pPr>
        <w:jc w:val="right"/>
      </w:pPr>
      <w:r>
        <w:t>ڈن، واٹ از دا لیگیسی۔ دیٹ دس از ا رزلٹ اف ہز لیگیسی دیٹ ہی ہیز براٹ ان۔ اینڈ ائی ویل لیو دس لاسٹ ورڈ اینڈ ریپ اپ ٹو اویس، ہو ہیز السو ورکڈ کلوزلی ود دا سی پی ایس۔</w:t>
      </w:r>
    </w:p>
    <w:p>
      <w:r>
        <w:rPr>
          <w:b/>
        </w:rPr>
        <w:t xml:space="preserve">[58:18] </w:t>
      </w:r>
      <w:r>
        <w:t>اینڈ اویس۔ تھینک یو، ارجن۔</w:t>
      </w:r>
    </w:p>
    <w:p>
      <w:pPr>
        <w:jc w:val="right"/>
      </w:pPr>
      <w:r>
        <w:t>اینڈ اویس۔ تھینک یو، ارجن۔</w:t>
      </w:r>
    </w:p>
    <w:p>
      <w:r>
        <w:rPr>
          <w:b/>
        </w:rPr>
        <w:t xml:space="preserve">[58:24] </w:t>
      </w:r>
      <w:r>
        <w:t>maulana sahib head believed that we are living in a world of multi religious, multi cultural, multi ethnic societies. and in such a society, positive inter religious dialogue is of the essence.</w:t>
      </w:r>
    </w:p>
    <w:p>
      <w:pPr>
        <w:jc w:val="right"/>
      </w:pPr>
      <w:r>
        <w:t>مولانا صاحب ہیڈ بیلیوڈ دیٹ وی ار لیونگ ان ا ورلڈ اف ملٹی ریلیجس، ملٹی کلچرل، ملٹی ایتھنک سوسائٹیز۔ اینڈ ان سچ ا سوسائٹی، پوزیٹیو انٹر ریلیجس ڈائیلاگ از اف دی ایسنس۔</w:t>
      </w:r>
    </w:p>
    <w:p>
      <w:r>
        <w:rPr>
          <w:b/>
        </w:rPr>
        <w:t xml:space="preserve">[58:37] </w:t>
      </w:r>
      <w:r>
        <w:t>it is of importance. and the aim of dialogue which he promoted was to seek peaceful solutions for controversial matters in spite of the differences.</w:t>
      </w:r>
    </w:p>
    <w:p>
      <w:pPr>
        <w:jc w:val="right"/>
      </w:pPr>
      <w:r>
        <w:t>اٹ از اف امپورٹنس۔ اینڈ دی ایم اف ڈائیلاگ وچ ہی پروموٹڈ واز ٹو سیک پیس فل سولیوشنز فار کنٹروورشل میٹرز ان سپائٹ اف دا ڈیفرنسز۔</w:t>
      </w:r>
    </w:p>
    <w:p>
      <w:r>
        <w:rPr>
          <w:b/>
        </w:rPr>
        <w:t xml:space="preserve">[58:47] </w:t>
      </w:r>
      <w:r>
        <w:t>maulana sahib had promoted respect and honor by awarding it to everyone. and these differences become blessings.</w:t>
      </w:r>
    </w:p>
    <w:p>
      <w:pPr>
        <w:jc w:val="right"/>
      </w:pPr>
      <w:r>
        <w:t>مولانا صاحب ہیڈ پروموٹڈ ریسپیکٹ اینڈ انر بائے اوارڈنگ اٹ ٹو ایوری ون۔ اینڈ دیز ڈیفرنسز بیکم بلیسنگز۔</w:t>
      </w:r>
    </w:p>
    <w:p>
      <w:r>
        <w:rPr>
          <w:b/>
        </w:rPr>
        <w:t xml:space="preserve">[58:57] </w:t>
      </w:r>
      <w:r>
        <w:t>and only then the results will come into dialogue and sharing of views, which will lead into intellectual development, which will be a boon for everybody in the society.</w:t>
      </w:r>
    </w:p>
    <w:p>
      <w:pPr>
        <w:jc w:val="right"/>
      </w:pPr>
      <w:r>
        <w:t>اینڈ اونلی دین دا رزلٹس ویل انکمریٹ انٹو ڈائیلاگ اینڈ شیئرنگ اف ویوز، وچ ویل لیڈ انٹو انٹلیکچول ڈیویلپمنٹ، وچ ویل بی ا بون فار ایوری بڈی ان دا سوسائٹی۔</w:t>
      </w:r>
    </w:p>
    <w:p>
      <w:r>
        <w:rPr>
          <w:b/>
        </w:rPr>
        <w:t xml:space="preserve">[59:11] </w:t>
      </w:r>
      <w:r>
        <w:t>i would like to share a small little story.</w:t>
      </w:r>
    </w:p>
    <w:p>
      <w:pPr>
        <w:jc w:val="right"/>
      </w:pPr>
      <w:r>
        <w:t>ائی وڈ لائک ٹو شیئر ا سمال لٹل سٹوری۔</w:t>
      </w:r>
    </w:p>
    <w:p>
      <w:r>
        <w:rPr>
          <w:b/>
        </w:rPr>
        <w:t xml:space="preserve">[59:16] </w:t>
      </w:r>
      <w:r>
        <w:t>i, i, i never had the opportunity of ever getting to meet Maulana sahib, but i have been very closely associated with his team members in Kol</w:t>
      </w:r>
    </w:p>
    <w:p>
      <w:pPr>
        <w:jc w:val="right"/>
      </w:pPr>
      <w:r>
        <w:t>ائی، ائی، ائی نیور ہیڈ دا اپرچونیٹی اف ایور گیٹنگ ٹو میٹ مولانا صاحب، بٹ ائی ہیو بین ویری کلوزلی ایسوسیٹڈ ود ہز ٹیم ممبرز ان کل</w:t>
      </w:r>
    </w:p>
    <w:p>
      <w:r>
        <w:rPr>
          <w:b/>
        </w:rPr>
        <w:t xml:space="preserve">[59:26] </w:t>
      </w:r>
      <w:r>
        <w:t>kata. so, i would like to share a small little story that when the tree of synagogue shootings happened, when it happened in US, so many of the CPS members after hearing about this, they approach us and we had plan together to organize a solidarity vigil in Kolkata at the synagogue, which Arjan had also attended.</w:t>
      </w:r>
    </w:p>
    <w:p>
      <w:pPr>
        <w:jc w:val="right"/>
      </w:pPr>
      <w:r>
        <w:t>کتہ۔ سو، ائی وڈ لائک ٹو شیئر ا سمال لٹل سٹوری دیٹ وین دا ٹری اف سیناگاگ شوٹنگز ہیپنڈ، وین اٹ ہیپنڈ ان یو ایس، تو مینی اف دا سی پی ایس ممبرز افٹر ہیئرنگ اباؤٹ دس، دے اپروچ اس اینڈ وی ہیڈ پلان ٹوگیدر ٹو ارگنائز ا سولیڈریٹی ویژل ان کلکتہ ایٹ دا سیناگاگ، وچ ارجن ہیڈ السو اٹینڈڈ۔</w:t>
      </w:r>
    </w:p>
    <w:p>
      <w:r>
        <w:rPr>
          <w:b/>
        </w:rPr>
        <w:t xml:space="preserve">[59:49] </w:t>
      </w:r>
      <w:r>
        <w:t>and there were so many Muslims who came out in large numbers. and i was overwhelmed to see that the kind of work Maulana sahib had done, and, and the literature that he had spread.</w:t>
      </w:r>
    </w:p>
    <w:p>
      <w:pPr>
        <w:jc w:val="right"/>
      </w:pPr>
      <w:r>
        <w:t>اینڈ دیر وار سو مینی مسلمز ہو کیم اؤٹ ان لارج نمبرز۔ اینڈ ائی واز اوورویلم ٹو سی دیٹ دا کائنڈ اف ورک مولانا صاحب ہیڈ ڈن، اینڈ، اینڈ دا لٹریچر دیٹ ہی ہیڈ سپریڈ۔</w:t>
      </w:r>
    </w:p>
    <w:p>
      <w:r>
        <w:rPr>
          <w:b/>
        </w:rPr>
        <w:t xml:space="preserve">[1:00:03] </w:t>
      </w:r>
      <w:r>
        <w:t>and, and it was completely, you know, overwhelming to see the kind of peace building initiatives that his team has been doing industrial in Kolkata and in different parts of the world.</w:t>
      </w:r>
    </w:p>
    <w:p>
      <w:pPr>
        <w:jc w:val="right"/>
      </w:pPr>
      <w:r>
        <w:t>اینڈ، اینڈ اٹ واز کمپلیٹلی، یو نو، اوورویلمنگ ٹو سی دا کائنڈ اف پیس بلڈنگ انیشیٹیوز دیٹ ہز ٹیم ہیز بین ڈوئنگ انڈسٹریل ان کلکتہ اینڈ ان ڈفرنٹ پارٹس اف دا ورلڈ۔</w:t>
      </w:r>
    </w:p>
    <w:p>
      <w:r>
        <w:rPr>
          <w:b/>
        </w:rPr>
        <w:t xml:space="preserve">[1:00:18] </w:t>
      </w:r>
      <w:r>
        <w:t>and, you know, whenever i, i, i have been feeling down or i have lost my faith in in a few things, his literature.</w:t>
      </w:r>
    </w:p>
    <w:p>
      <w:pPr>
        <w:jc w:val="right"/>
      </w:pPr>
      <w:r>
        <w:t>اینڈ، یو نو، وین ایور ائی، ائی، ائی ہیو بین فیلنگ ڈاؤن اور ائی ہیو لاسٹ مائی فیتھ ان ان ا فیو تھنگز، ہز لٹریچر۔</w:t>
      </w:r>
    </w:p>
    <w:p>
      <w:r>
        <w:rPr>
          <w:b/>
        </w:rPr>
        <w:t xml:space="preserve">[1:00:28] </w:t>
      </w:r>
      <w:r>
        <w:t>Maulana sahib literature and his words have been a guidance for me. and i have always looked up to him and respected him. and we hope that there are several people out there who are going to continue his legacy, who are going to emulate his, his, his work.</w:t>
      </w:r>
    </w:p>
    <w:p>
      <w:pPr>
        <w:jc w:val="right"/>
      </w:pPr>
      <w:r>
        <w:t>مولانا صاحب لٹریچر اینڈ ہز ورڈز ہیو بین ا گائیڈنس فار می۔ اینڈ ائی ہیو الویز لوکڈ اپ ٹو ہم اینڈ ریسپیکٹڈ ہم۔ اینڈ وی ہوپ دیٹ دیر ار سیورل پیپل اؤٹ دیر ہو ار گونگ ٹو کنٹینیو ہز لیگیسی، ہو ار گونگ ٹو ایمولیٹ ہز، ہز، ہز ورک۔</w:t>
      </w:r>
    </w:p>
    <w:p>
      <w:r>
        <w:rPr>
          <w:b/>
        </w:rPr>
        <w:t xml:space="preserve">[1:00:43] </w:t>
      </w:r>
      <w:r>
        <w:t>and, and CPS will inshallah ta'ala reach higher standards and do extremely good work. and we all are there to support them.</w:t>
      </w:r>
    </w:p>
    <w:p>
      <w:pPr>
        <w:jc w:val="right"/>
      </w:pPr>
      <w:r>
        <w:t>اینڈ، اینڈ سی پی ایس ویل انشاء اللہ تعالی ریچ ہائیر سٹینڈرڈز اینڈ ڈو ایکسٹریملی گڈ ورک۔ اینڈ وی ال ار دیر ٹو سپورٹ دیم۔</w:t>
      </w:r>
    </w:p>
    <w:p>
      <w:r>
        <w:rPr>
          <w:b/>
        </w:rPr>
        <w:t xml:space="preserve">[1:00:51] </w:t>
      </w:r>
      <w:r>
        <w:t>and i am sure that, you know, they will do extremely well in the coming years. and i would like to just close off with one quote from one of his books.</w:t>
      </w:r>
    </w:p>
    <w:p>
      <w:pPr>
        <w:jc w:val="right"/>
      </w:pPr>
      <w:r>
        <w:t>اینڈ ائی ایم شور دیٹ، یو نو، دے ویل ڈو ایکسٹریملی ویل ان دا کمنگ ایئرز۔ اینڈ ائی وڈ لائک ٹو جسٹ کلوز اف ود ون کوٹ فرام ون اف ہز بکس۔</w:t>
      </w:r>
    </w:p>
    <w:p>
      <w:r>
        <w:rPr>
          <w:b/>
        </w:rPr>
        <w:t xml:space="preserve">[1:01:03] </w:t>
      </w:r>
      <w:r>
        <w:t>if you are well mended towards those views, towards those who views are similar to yours, you may be said to exhibit a fairly good character.</w:t>
      </w:r>
    </w:p>
    <w:p>
      <w:pPr>
        <w:jc w:val="right"/>
      </w:pPr>
      <w:r>
        <w:t>اف یو ار ویل مینڈ ٹورڈز دوز ویوز، ٹورڈز دوز ہو ویوز ار سمیلر ٹو یورز، یو می بی سیٹ ٹو ایگزیبٹ ا فیلی گڈ کریکٹر۔</w:t>
      </w:r>
    </w:p>
    <w:p>
      <w:r>
        <w:rPr>
          <w:b/>
        </w:rPr>
        <w:t xml:space="preserve">[1:01:14] </w:t>
      </w:r>
      <w:r>
        <w:t>but if you behave properly with those holding divergent views from you or who criticize you, then you deserve to be credited with having an excellent character.</w:t>
      </w:r>
    </w:p>
    <w:p>
      <w:pPr>
        <w:jc w:val="right"/>
      </w:pPr>
      <w:r>
        <w:t>بٹ اف یو بیہیو پراپرلی ود دوز ہولڈنگ ڈائیورجن ویوز فرام یو اور ہو کریٹیسائز یو، دین یو ڈیزرو ٹو بی کریڈٹڈ ود ہیونگ این ایکسیلنٹ کریکٹر۔</w:t>
      </w:r>
    </w:p>
    <w:p>
      <w:r>
        <w:rPr>
          <w:b/>
        </w:rPr>
        <w:t xml:space="preserve">[1:01:28] </w:t>
      </w:r>
      <w:r>
        <w:t>so these are the words which Maulana sahib has blessed us with. and as Maria sister has said early that he was a tree. and, and we have his knowledge with us.</w:t>
      </w:r>
    </w:p>
    <w:p>
      <w:pPr>
        <w:jc w:val="right"/>
      </w:pPr>
      <w:r>
        <w:t>تو دیز ار دا ورڈز وچ مولانا صاحب ہیز بلیسڈ اس ود۔ اینڈ ایز ماریہ سسٹر ہیز سیڈ ارلی دیٹ ہی واز ا ٹری۔ اینڈ، اینڈ وی ہیو ہز نالج ود اس۔</w:t>
      </w:r>
    </w:p>
    <w:p>
      <w:r>
        <w:rPr>
          <w:b/>
        </w:rPr>
        <w:t xml:space="preserve">[1:01:38] </w:t>
      </w:r>
      <w:r>
        <w:t>we have his treasure trove with us. and, and Professor Farida mem had also said that, you know, that he was in the habit of reading. and he was a living embodiment of reading and writing.</w:t>
      </w:r>
    </w:p>
    <w:p>
      <w:pPr>
        <w:jc w:val="right"/>
      </w:pPr>
      <w:r>
        <w:t>وی ہیو ہز ٹریژر ٹرو ود اس۔ اینڈ، اینڈ پروفیسر خریدہ میم ہیڈ السو سیڈ دیٹ، یو نو، دیٹ ہی واز ان دا ہیبٹ اف ریڈنگ۔ اینڈ ہی واز ا لیونگ ایمبارڈمنٹ اف ریڈنگ اینڈ رائٹنگ۔</w:t>
      </w:r>
    </w:p>
    <w:p>
      <w:r>
        <w:rPr>
          <w:b/>
        </w:rPr>
        <w:t xml:space="preserve">[1:01:48] </w:t>
      </w:r>
      <w:r>
        <w:t>and he followed the Quranic teachings. iqra bismi rabbika allazi khalaq which says read. so he lived it and he showed it to us. and we need to follow it in letter and spirit.</w:t>
      </w:r>
    </w:p>
    <w:p>
      <w:pPr>
        <w:jc w:val="right"/>
      </w:pPr>
      <w:r>
        <w:t>اینڈ ہی فالوڈ دا قرانک ٹیچنگز۔ اقراء بسم رب کریجی وچ سیز ریڈ۔ سو ہی لیوڈ اٹ اینڈ ہی شوڈ اٹ ٹو اس۔ اینڈ وی نیڈ ٹو فالو اٹ ان لیٹر اینڈ سپرٹ۔</w:t>
      </w:r>
    </w:p>
    <w:p>
      <w:r>
        <w:rPr>
          <w:b/>
        </w:rPr>
        <w:t xml:space="preserve">[1:01:58] </w:t>
      </w:r>
      <w:r>
        <w:t>and i want to thank everybody who joined us today. all are participants, panelists and attendees. and please continue to pray for Maulana sahib. and may Allah bless you jannat al firdaus.</w:t>
      </w:r>
    </w:p>
    <w:p>
      <w:pPr>
        <w:jc w:val="right"/>
      </w:pPr>
      <w:r>
        <w:t>اینڈ ائی وانٹ ٹو تھینک ایوری بڈی ہو جوائنڈ اس ٹوڈے۔ ال ار پارٹیسپنٹس، پینلسٹ اینڈ اٹینڈیز۔ اینڈ پلیز کنٹینیو ٹو پری فرام مولانا صاحب۔ اینڈ می اللہ بلیس یو جنت الفردوس۔</w:t>
      </w:r>
    </w:p>
    <w:p>
      <w:r>
        <w:rPr>
          <w:b/>
        </w:rPr>
        <w:t xml:space="preserve">[1:02:08] </w:t>
      </w:r>
      <w:r>
        <w:t>ameen. thank you, thank you Owais. and Ramadan Kareem to all of you. and David Rosen, thank you Shyam sahib.</w:t>
      </w:r>
    </w:p>
    <w:p>
      <w:pPr>
        <w:jc w:val="right"/>
      </w:pPr>
      <w:r>
        <w:t>امین۔ تھینک یو، تھینک یو اویس۔ اینڈ رمضان کریم ٹو ال اف یو۔ اینڈ ڈیوڈ روزین، تھینک یو شیام صاحب۔</w:t>
      </w:r>
    </w:p>
    <w:p>
      <w:r>
        <w:rPr>
          <w:b/>
        </w:rPr>
        <w:t xml:space="preserve">[1:02:17] </w:t>
      </w:r>
      <w:r>
        <w:t>Swami ji, thank you David. mem Swami ji, thank you Farida mem. thank you Rajat. thank you, thank you so much. thank you so much. thank you, thank you everyone.</w:t>
      </w:r>
    </w:p>
    <w:p>
      <w:pPr>
        <w:jc w:val="right"/>
      </w:pPr>
      <w:r>
        <w:t>سوامی جی، تھینک یو ڈیوڈ۔ میم سوامی جی، تھینک یو فریدہ میم۔ تھینک یو رجت۔ تھینک یو، تھینک یو سو مچ۔ تھینک یو سو مچ۔ تھینک یو، تھینک یو ایوری ون۔</w:t>
      </w:r>
    </w:p>
    <w:p>
      <w:r>
        <w:rPr>
          <w:b/>
        </w:rPr>
        <w:t xml:space="preserve">[1:02:26] </w:t>
      </w:r>
      <w:r>
        <w:t>thank you.</w:t>
      </w:r>
    </w:p>
    <w:p>
      <w:pPr>
        <w:jc w:val="right"/>
      </w:pPr>
      <w:r>
        <w:t>تھینک یو۔</w:t>
      </w:r>
    </w:p>
    <w:p>
      <w:r>
        <w:rPr>
          <w:b/>
        </w:rPr>
        <w:t xml:space="preserve">[1:02:27] </w:t>
      </w:r>
      <w:r>
        <w:t>namaste.</w:t>
      </w:r>
    </w:p>
    <w:p>
      <w:pPr>
        <w:jc w:val="right"/>
      </w:pPr>
      <w:r>
        <w:t>نمستے۔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