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Human Equality in Islam July 1, 2007 Maulana Wahiduddin Khan</w:t>
      </w:r>
    </w:p>
    <w:p>
      <w:r>
        <w:t>https://www.youtube.com/watch?v=5aJvpiCYbzQ</w:t>
      </w:r>
    </w:p>
    <w:p>
      <w:r>
        <w:rPr>
          <w:b/>
        </w:rPr>
        <w:t xml:space="preserve">[00:13] </w:t>
      </w:r>
      <w:r>
        <w:t>aap logon ki is beautiful gathering mein, aur London logon ki gathering mein aa kar baithne ka mujhe mauka mila to main aap logon ka shukriya ada karta hoon.</w:t>
      </w:r>
    </w:p>
    <w:p>
      <w:pPr>
        <w:jc w:val="right"/>
      </w:pPr>
      <w:r>
        <w:t>آپ لوگوں کی اس بیوٹی فل گیدرنگ میں، اور لندن لوگوں کی گیدرنگ میں آ کر بیٹھنے کا مجھے موقع ملا تو میں آپ لوگوں کا شکریہ ادا کرتا ہوں۔</w:t>
      </w:r>
    </w:p>
    <w:p>
      <w:r>
        <w:rPr>
          <w:b/>
        </w:rPr>
        <w:t xml:space="preserve">[00:31] </w:t>
      </w:r>
      <w:r>
        <w:t>abhi</w:t>
      </w:r>
    </w:p>
    <w:p>
      <w:pPr>
        <w:jc w:val="right"/>
      </w:pPr>
      <w:r>
        <w:t>ابھی</w:t>
      </w:r>
    </w:p>
    <w:p>
      <w:r>
        <w:rPr>
          <w:b/>
        </w:rPr>
        <w:t xml:space="preserve">[00:36] </w:t>
      </w:r>
      <w:r>
        <w:t>shaikh saleem sahib ne jo baat kahi</w:t>
      </w:r>
    </w:p>
    <w:p>
      <w:pPr>
        <w:jc w:val="right"/>
      </w:pPr>
      <w:r>
        <w:t>شیخ سلیم صاحب نے جو بات کہی</w:t>
      </w:r>
    </w:p>
    <w:p>
      <w:r>
        <w:rPr>
          <w:b/>
        </w:rPr>
        <w:t xml:space="preserve">[00:44] </w:t>
      </w:r>
      <w:r>
        <w:t>muslimz ko le kar, to is ka aik back ground hai.</w:t>
      </w:r>
    </w:p>
    <w:p>
      <w:pPr>
        <w:jc w:val="right"/>
      </w:pPr>
      <w:r>
        <w:t>مسلمز کو لے کر، تو اس کا ایک بیک گراؤنڈ ہے۔</w:t>
      </w:r>
    </w:p>
    <w:p>
      <w:r>
        <w:rPr>
          <w:b/>
        </w:rPr>
        <w:t xml:space="preserve">[00:51] </w:t>
      </w:r>
      <w:r>
        <w:t>aaj kal ke mein bhi aik musalman hoon, aur practicing musalman hoon.</w:t>
      </w:r>
    </w:p>
    <w:p>
      <w:pPr>
        <w:jc w:val="right"/>
      </w:pPr>
      <w:r>
        <w:t>آج کل کے میں بھی ایک مسلمان ہوں، اور پریکٹسنگ مسلمان ہوں۔</w:t>
      </w:r>
    </w:p>
    <w:p>
      <w:r>
        <w:rPr>
          <w:b/>
        </w:rPr>
        <w:t xml:space="preserve">[00:57] </w:t>
      </w:r>
      <w:r>
        <w:t>asal yeh hai ke aaj kal ke musalmanon mein kisi karan se katharta aa gayi hai. katharta ko arabic mein kehte hain ghalu, english mein kehte hain extremism.</w:t>
      </w:r>
    </w:p>
    <w:p>
      <w:pPr>
        <w:jc w:val="right"/>
      </w:pPr>
      <w:r>
        <w:t>اصل یہ ہے کہ آج کل کے مسلمانوں میں کسی کارن سے کٹھڑتا آ گئی ہے۔ کٹھڑتا کو عربک میں کہتے ہیں غلو، انگلش میں کہتے ہیں ایکسٹریمزم۔</w:t>
      </w:r>
    </w:p>
    <w:p>
      <w:r>
        <w:rPr>
          <w:b/>
        </w:rPr>
        <w:t xml:space="preserve">[01:14] </w:t>
      </w:r>
      <w:r>
        <w:t>to quran mein aur hadith mein is ke baray mein aa chuka hai.</w:t>
      </w:r>
    </w:p>
    <w:p>
      <w:pPr>
        <w:jc w:val="right"/>
      </w:pPr>
      <w:r>
        <w:t>تو قرآن میں اور حدیث میں اس کے بارے میں آ چکا ہے۔</w:t>
      </w:r>
    </w:p>
    <w:p>
      <w:r>
        <w:rPr>
          <w:b/>
        </w:rPr>
        <w:t xml:space="preserve">[01:21] </w:t>
      </w:r>
      <w:r>
        <w:t>aap jante hain ke marari bapu sunadharmi hain, to un ko wahan bulaya gaya tha. bohat bari gathering thi.</w:t>
      </w:r>
    </w:p>
    <w:p>
      <w:pPr>
        <w:jc w:val="right"/>
      </w:pPr>
      <w:r>
        <w:t>آپ جانتے ہیں کہ مراری باپو سنا دھرمی ہیں، تو ان کو وہاں بلایا گیا تھا۔ بہت بڑی گیدرنگ تھی۔</w:t>
      </w:r>
    </w:p>
    <w:p>
      <w:r>
        <w:rPr>
          <w:b/>
        </w:rPr>
        <w:t xml:space="preserve">[01:31] </w:t>
      </w:r>
      <w:r>
        <w:t>london mein jo indians rehte hain, woh sab aktha thay wahan par. to kai din unhon ne wahan par katha ki.</w:t>
      </w:r>
    </w:p>
    <w:p>
      <w:pPr>
        <w:jc w:val="right"/>
      </w:pPr>
      <w:r>
        <w:t>لندن میں جو انڈینز رہتے ہیں، وہ سب اکٹھا تھے وہاں پر۔ تو کئی دن انہوں نے وہاں پر کتھا کی۔</w:t>
      </w:r>
    </w:p>
    <w:p>
      <w:r>
        <w:rPr>
          <w:b/>
        </w:rPr>
        <w:t xml:space="preserve">[01:41] </w:t>
      </w:r>
      <w:r>
        <w:t>wahan par hamare jo us waqt jo commissioner thay, wahan par lm singhi bhi. to doctor lm singhi bhi wahan thay stage par</w:t>
      </w:r>
    </w:p>
    <w:p>
      <w:pPr>
        <w:jc w:val="right"/>
      </w:pPr>
      <w:r>
        <w:t>وہاں پر ہمارے جو اس وقت جو کمشنر تھے، وہاں پر ایل ایم سنگھی بھی۔ تو ڈاکٹر ایل ایم سنگھی بھی وہاں تھے اسٹیج پر</w:t>
      </w:r>
    </w:p>
    <w:p>
      <w:r>
        <w:rPr>
          <w:b/>
        </w:rPr>
        <w:t xml:space="preserve">[01:51] </w:t>
      </w:r>
      <w:r>
        <w:t>. to mujh ko bhi bulaya gaya tha wahan par address karne ke liye. to aap jante hain ke marari bapu sunadharmi hain.</w:t>
      </w:r>
    </w:p>
    <w:p>
      <w:pPr>
        <w:jc w:val="right"/>
      </w:pPr>
      <w:r>
        <w:t>۔ تو مجھ کو بھی بلایا گیا تھا وہاں پر ایڈریس کرنے کے لیے۔ تو آپ جانتے ہیں کہ مراری باپو سنا دھرمی ہیں۔</w:t>
      </w:r>
    </w:p>
    <w:p>
      <w:r>
        <w:rPr>
          <w:b/>
        </w:rPr>
        <w:t xml:space="preserve">[02:01] </w:t>
      </w:r>
      <w:r>
        <w:t>to jab mein stage par pohncha to unhon ne mere paathay par, mere paathay par chandan laga diya. to yeh un ka swagat ka tareeqa hai.</w:t>
      </w:r>
    </w:p>
    <w:p>
      <w:pPr>
        <w:jc w:val="right"/>
      </w:pPr>
      <w:r>
        <w:t>تو جب میں اسٹیج پر پہنچا تو انہوں نے میرے پاتھے پر، میرے پاتھے پر چندن لگا دیا۔ تو یہ ان کا سواگت کا طریقہ ہے۔</w:t>
      </w:r>
    </w:p>
    <w:p>
      <w:r>
        <w:rPr>
          <w:b/>
        </w:rPr>
        <w:t xml:space="preserve">[02:14] </w:t>
      </w:r>
      <w:r>
        <w:t>is ka taluq mazhab se nahi hai.</w:t>
      </w:r>
    </w:p>
    <w:p>
      <w:pPr>
        <w:jc w:val="right"/>
      </w:pPr>
      <w:r>
        <w:t>اس کا تعلق مذہب سے نہیں ہے۔</w:t>
      </w:r>
    </w:p>
    <w:p>
      <w:r>
        <w:rPr>
          <w:b/>
        </w:rPr>
        <w:t xml:space="preserve">[02:18] </w:t>
      </w:r>
      <w:r>
        <w:t>yeh swagat ka aik tareeqa hai. to chandan laga diya. to aisa tha ke wahan par jo program ho raha tha, woh live telecast ho raha tha.</w:t>
      </w:r>
    </w:p>
    <w:p>
      <w:pPr>
        <w:jc w:val="right"/>
      </w:pPr>
      <w:r>
        <w:t>یہ سواگت کا ایک طریقہ ہے۔ تو چندن لگا دیا۔ تو ایسا تھا کہ وہاں پر جو پروگرام ہو رہا تھا، وہ لائیو ٹیلی کاسٹ ہو رہا تھا۔</w:t>
      </w:r>
    </w:p>
    <w:p>
      <w:r>
        <w:rPr>
          <w:b/>
        </w:rPr>
        <w:t xml:space="preserve">[02:31] </w:t>
      </w:r>
      <w:r>
        <w:t>to sare button mein dikhaya ja raha tha woh. to mujhe wahan ke musalman kafi jante hain. to in logon ne tv par dekha ke mere mathay par chandan laga hua hai, jis ko in logon ne, woh log tilak kehte hain.</w:t>
      </w:r>
    </w:p>
    <w:p>
      <w:pPr>
        <w:jc w:val="right"/>
      </w:pPr>
      <w:r>
        <w:t>تو سارے بٹن میں دکھایا جا رہا تھا وہ۔ تو مجھے وہاں کے مسلمان کافی جانتے ہیں۔ تو ان لوگوں نے ٹی وی پر دیکھا کہ میرے ماتھے پر چندن لگا ہوا ہے، جس کو ان لوگوں نے، وہ لوگ تلک کہتے ہیں۔</w:t>
      </w:r>
    </w:p>
    <w:p>
      <w:r>
        <w:rPr>
          <w:b/>
        </w:rPr>
        <w:t xml:space="preserve">[02:48] </w:t>
      </w:r>
      <w:r>
        <w:t>to ab wahan par yeh kaha janay laga ke yeh tumhare musalman, tumhare jo maulana hain, yeh to hindu ho gaye. to mere kai saathi wahan par hain.</w:t>
      </w:r>
    </w:p>
    <w:p>
      <w:pPr>
        <w:jc w:val="right"/>
      </w:pPr>
      <w:r>
        <w:t>تو اب وہاں پر یہ کہا جانے لگا کہ یہ تمہارے مسلمان، تمہارے جو مولانا ہیں، یہ تو ہندو ہو گئے۔ تو میرے کئی ساتھی وہاں پر ہیں۔</w:t>
      </w:r>
    </w:p>
    <w:p>
      <w:r>
        <w:rPr>
          <w:b/>
        </w:rPr>
        <w:t xml:space="preserve">[03:01] </w:t>
      </w:r>
      <w:r>
        <w:t>to mere paas telephone aaya ke aap ne yeh kiya kiya ke chandan lagwa liya, log samajhte hain ke tilak laga kar aap hindu ban gaye hain.</w:t>
      </w:r>
    </w:p>
    <w:p>
      <w:pPr>
        <w:jc w:val="right"/>
      </w:pPr>
      <w:r>
        <w:t>تو میرے پاس ٹیلی فون آیا کہ آپ نے یہ کیا کیا کہ چندن لگوا لیا، لوگ سمجھتے ہیں کہ تلک لگا کر آپ ہندو بن گئے ہیں۔</w:t>
      </w:r>
    </w:p>
    <w:p>
      <w:r>
        <w:rPr>
          <w:b/>
        </w:rPr>
        <w:t xml:space="preserve">[03:10] </w:t>
      </w:r>
      <w:r>
        <w:t>to aisa kaha ja raha hai. to maine kaha acha aap aik meeting kijiye musalmanon ki.</w:t>
      </w:r>
    </w:p>
    <w:p>
      <w:pPr>
        <w:jc w:val="right"/>
      </w:pPr>
      <w:r>
        <w:t>تو ایسا کہا جا رہا ہے۔ تو میں نے کہا اچھا آپ ایک میٹنگ کیجیے مسلمانوں کی۔</w:t>
      </w:r>
    </w:p>
    <w:p>
      <w:r>
        <w:rPr>
          <w:b/>
        </w:rPr>
        <w:t xml:space="preserve">[03:18] </w:t>
      </w:r>
      <w:r>
        <w:t>to unhon ne britain ke musalmanon ki aik meeting ki. to mein wahan par gaya. woh log wahan par thay jo jin ko mujh se is qism ki shikayat hui thi.</w:t>
      </w:r>
    </w:p>
    <w:p>
      <w:pPr>
        <w:jc w:val="right"/>
      </w:pPr>
      <w:r>
        <w:t>تو انہوں نے برٹن کے مسلمانوں کی ایک میٹنگ کی۔ تو میں وہاں پر گیا۔ وہ لوگ وہاں پر تھے جو جن کو مجھ سے اس قسم کی شکایت ہوئی تھی۔</w:t>
      </w:r>
    </w:p>
    <w:p>
      <w:r>
        <w:rPr>
          <w:b/>
        </w:rPr>
        <w:t xml:space="preserve">[03:38] </w:t>
      </w:r>
      <w:r>
        <w:t>to maine kaha ke dekhiye yeh aap jo keh rahe hain is ka naam hai katharta, yeh islam nahi hai.</w:t>
      </w:r>
    </w:p>
    <w:p>
      <w:pPr>
        <w:jc w:val="right"/>
      </w:pPr>
      <w:r>
        <w:t>تو میں نے کہا کہ دیکھیے یہ آپ جو کہہ رہے ہیں اس کا نام ہے کٹھڑتا، یہ اسلام نہیں ہے۔</w:t>
      </w:r>
    </w:p>
    <w:p>
      <w:r>
        <w:rPr>
          <w:b/>
        </w:rPr>
        <w:t xml:space="preserve">[03:46] </w:t>
      </w:r>
      <w:r>
        <w:t>unhon ne mere mathay par hindu tilak nahi lagaya tha, woh chandan tha. chandan hota hai swagat ke liye, prem ke liye, pyar ke liye hota hai.</w:t>
      </w:r>
    </w:p>
    <w:p>
      <w:pPr>
        <w:jc w:val="right"/>
      </w:pPr>
      <w:r>
        <w:t>انہوں نے میرے ماتھے پر ہندو تلک نہیں لگایا تھا، وہ چندن تھا۔ چندن ہوتا ہے سواگت کے لیے، پریم کے لیے، پیار کے لیے ہوتا ہے۔</w:t>
      </w:r>
    </w:p>
    <w:p>
      <w:r>
        <w:rPr>
          <w:b/>
        </w:rPr>
        <w:t xml:space="preserve">[04:00] </w:t>
      </w:r>
      <w:r>
        <w:t>aane walon ko woh is tareeqay se apne pyar ka izhaar karte hain. to yeh kehte hue maine kaha ke ke unhon ne to pyar se chandan lagaya tha.</w:t>
      </w:r>
    </w:p>
    <w:p>
      <w:pPr>
        <w:jc w:val="right"/>
      </w:pPr>
      <w:r>
        <w:t>آنے والوں کو وہ اس طریقے سے اپنے پیار کا اظہار کرتے ہیں۔ تو یہ کہتے ہوئے میں نے کہا کہ کہ انہوں نے تو پیار سے چندن لگایا تھا۔</w:t>
      </w:r>
    </w:p>
    <w:p>
      <w:r>
        <w:rPr>
          <w:b/>
        </w:rPr>
        <w:t xml:space="preserve">[04:16] </w:t>
      </w:r>
      <w:r>
        <w:t>agar koi aadmi mujhe pyar se kechar lagaye to mein us ka bhi swikar karunga.</w:t>
      </w:r>
    </w:p>
    <w:p>
      <w:pPr>
        <w:jc w:val="right"/>
      </w:pPr>
      <w:r>
        <w:t>اگر کوئی آدمی مجھے پیار سے کیچڑ لگائے تو میں اس کا بھی سویقار کروں گا۔</w:t>
      </w:r>
    </w:p>
    <w:p>
      <w:r>
        <w:rPr>
          <w:b/>
        </w:rPr>
        <w:t xml:space="preserve">[04:27] </w:t>
      </w:r>
      <w:r>
        <w:t>value pyar ki hoti hai, na kechar ki, na chandan ki. to maine kaha ke agar koi mere mathay par pyar se kechar lagaye to mein us ka bhi swikar karunga.</w:t>
      </w:r>
    </w:p>
    <w:p>
      <w:pPr>
        <w:jc w:val="right"/>
      </w:pPr>
      <w:r>
        <w:t>ویلیو پیار کی ہوتی ہے، نہ کیچڑ کی، نہ چندن کی۔ تو میں نے کہا کہ اگر کوئی میرے ماتھے پر پیار سے کیچڑ لگائے تو میں اس کا بھی سویقار کروں گا۔</w:t>
      </w:r>
    </w:p>
    <w:p>
      <w:r>
        <w:rPr>
          <w:b/>
        </w:rPr>
        <w:t xml:space="preserve">[04:41] </w:t>
      </w:r>
      <w:r>
        <w:t>to wahan par mein bhi ronay laga aur woh log bhi ronay lagay. aur bohat jaldi baat khatam ho gayi. sab log khush ho gaye ke aap ne jo kiya woh theek tha.</w:t>
      </w:r>
    </w:p>
    <w:p>
      <w:pPr>
        <w:jc w:val="right"/>
      </w:pPr>
      <w:r>
        <w:t>تو وہاں پر میں بھی رونے لگا اور وہ لوگ بھی رونے لگے۔ اور بہت جلدی بات ختم ہوگئی۔ سب لوگ خوش ہوگئے کہ آپ نے جو کیا وہ ٹھیک تھا۔</w:t>
      </w:r>
    </w:p>
    <w:p>
      <w:r>
        <w:rPr>
          <w:b/>
        </w:rPr>
        <w:t xml:space="preserve">[04:52] </w:t>
      </w:r>
      <w:r>
        <w:t>to maine un ko samjhaya yahi baat ke dekhiye islam mein katharta nahi hai, lachak hai. to maine aik misaal di prophet sahib ki.</w:t>
      </w:r>
    </w:p>
    <w:p>
      <w:pPr>
        <w:jc w:val="right"/>
      </w:pPr>
      <w:r>
        <w:t>تو میں نے ان کو سمجھایا یہی بات کہ دیکھیے اسلام میں کٹھڑتا نہیں ہے، لچک ہے۔ تو میں نے ایک مثال دی پرافٹ صاحب کی۔</w:t>
      </w:r>
    </w:p>
    <w:p>
      <w:r>
        <w:rPr>
          <w:b/>
        </w:rPr>
        <w:t xml:space="preserve">[05:03] </w:t>
      </w:r>
      <w:r>
        <w:t>dekhiye prophet ke baray mein aap jante hain ke woh madina mein 570 ad mein paida hue, 610 ad mein unhon ne apna ambition shuru kiya.</w:t>
      </w:r>
    </w:p>
    <w:p>
      <w:pPr>
        <w:jc w:val="right"/>
      </w:pPr>
      <w:r>
        <w:t>دیکھیے پرافٹ کے بارے میں آپ جانتے ہیں کہ وہ مدینہ میں 570 اے ڈی میں پیدا ہوئے، 610 اے ڈی میں انہوں نے اپنا ایمبیشن شروع کیا۔</w:t>
      </w:r>
    </w:p>
    <w:p>
      <w:r>
        <w:rPr>
          <w:b/>
        </w:rPr>
        <w:t xml:space="preserve">[05:18] </w:t>
      </w:r>
      <w:r>
        <w:t>13 saal ke baad woh chale gaye madina. Madina mein das saal rahe. To us waqt madina mein kuch jewish tribe bhi rehte the, yahoodi log.</w:t>
      </w:r>
    </w:p>
    <w:p>
      <w:pPr>
        <w:jc w:val="right"/>
      </w:pPr>
      <w:r>
        <w:t>13 سال کے بعد وہ چلے گئے مدینہ۔ مدینہ میں دس سال رہے۔ تو اس وقت مدینہ میں کچھ جوئس ٹرائب بھی رہتے تھے، یہودی لوگ۔</w:t>
      </w:r>
    </w:p>
    <w:p>
      <w:r>
        <w:rPr>
          <w:b/>
        </w:rPr>
        <w:t xml:space="preserve">[05:31] </w:t>
      </w:r>
      <w:r>
        <w:t>To yeh qissa jo bata raha hoon aap ko bohat hi authentic book hai, Al-Bukhari. Is mein yeh cheez maujood hai. To maine kaha ke dekhiye Al-Bukhari mein yeh batate hain ke ek din Rasool Allah jo the madina mein ek rastay par thay, baithe hue thay wahan par woh apne kuch saahibiyon ke saath.</w:t>
      </w:r>
    </w:p>
    <w:p>
      <w:pPr>
        <w:jc w:val="right"/>
      </w:pPr>
      <w:r>
        <w:t>تو یہ قصہ جو بتا رہا ہوں آپ کو بہت ہی اتھینٹک بک ہے، البخاری۔ اس میں یہ چیز موجود ہے۔ تو میں نے کہا کہ دیکھیے البخاری میں یہ بتاتے ہیں کہ ایک دن رسول اللہ جو تھے مدینہ میں ایک راستے پر تھے، بیٹھے ہوئے تھے وہاں پر وہ اپنے کچھ ساتھیوں کے ساتھ</w:t>
      </w:r>
    </w:p>
    <w:p>
      <w:r>
        <w:rPr>
          <w:b/>
        </w:rPr>
        <w:t xml:space="preserve">[05:58] </w:t>
      </w:r>
      <w:r>
        <w:t>To saamne se ek funeral procession guzra, janazay ka jalus. Aap is ko dekh kar khare ho gaye is ki respect mein.</w:t>
      </w:r>
    </w:p>
    <w:p>
      <w:pPr>
        <w:jc w:val="right"/>
      </w:pPr>
      <w:r>
        <w:t>۔ تو سامنے سے ایک فیورل پروسیشن گزرا، جنازے کا جلوس۔ آپ اس کو دیکھ کر کھڑے ہوگئے اس کی ریسپیکٹ میں۔</w:t>
      </w:r>
    </w:p>
    <w:p>
      <w:r>
        <w:rPr>
          <w:b/>
        </w:rPr>
        <w:t xml:space="preserve">[06:10] </w:t>
      </w:r>
      <w:r>
        <w:t>To aap ke ek saahibi bolay ke ya Rasool Allah yeh to ek yahoodi ka janaza tha. Ek yahoodi ki body ko log le ja rahe thay.</w:t>
      </w:r>
    </w:p>
    <w:p>
      <w:pPr>
        <w:jc w:val="right"/>
      </w:pPr>
      <w:r>
        <w:t>تو آپ کے ایک ساتھی بولے کہ یا رسول اللہ یہ تو ایک یہودی کا جنازہ تھا۔ ایک یہودی کی باڈی کو لوگ لے جا رہے تھے۔</w:t>
      </w:r>
    </w:p>
    <w:p>
      <w:r>
        <w:rPr>
          <w:b/>
        </w:rPr>
        <w:t xml:space="preserve">[06:22] </w:t>
      </w:r>
      <w:r>
        <w:t>To is ka aap ne respect kiya.</w:t>
      </w:r>
    </w:p>
    <w:p>
      <w:pPr>
        <w:jc w:val="right"/>
      </w:pPr>
      <w:r>
        <w:t>تو اس کا آپ نے ریسپیکٹ کیا۔</w:t>
      </w:r>
    </w:p>
    <w:p>
      <w:r>
        <w:rPr>
          <w:b/>
        </w:rPr>
        <w:t xml:space="preserve">[06:25] </w:t>
      </w:r>
      <w:r>
        <w:t>To aap ne farmaya 'alayhi nafsan</w:t>
      </w:r>
    </w:p>
    <w:p>
      <w:pPr>
        <w:jc w:val="right"/>
      </w:pPr>
      <w:r>
        <w:t>تو آپ نے فرمایا علیہ نفسا</w:t>
      </w:r>
    </w:p>
    <w:p>
      <w:r>
        <w:rPr>
          <w:b/>
        </w:rPr>
        <w:t xml:space="preserve">[06:32] </w:t>
      </w:r>
      <w:r>
        <w:t>Wa laa nat a human being. Yeh pehle dekhiye ke maine kaha ke dekhiye yeh hai prophet ka dil. Ek yahoodi ka janaza hai.</w:t>
      </w:r>
    </w:p>
    <w:p>
      <w:pPr>
        <w:jc w:val="right"/>
      </w:pPr>
      <w:r>
        <w:t>واضح ناٹ ا ہیومن بینگ۔ یہ پہلے دیکھیں کہ میں نے کہا کہ دیکھیں یہ ہے پرافٹ کا دل۔ ایک یہودی کا جنازہ ہے۔</w:t>
      </w:r>
    </w:p>
    <w:p>
      <w:r>
        <w:rPr>
          <w:b/>
        </w:rPr>
        <w:t xml:space="preserve">[06:43] </w:t>
      </w:r>
      <w:r>
        <w:t>Is ke respect mein aap khare ho jatay hain.</w:t>
      </w:r>
    </w:p>
    <w:p>
      <w:pPr>
        <w:jc w:val="right"/>
      </w:pPr>
      <w:r>
        <w:t>اس کے ریسپیکٹ میں آپ کھڑے ہو جاتے ہیں۔</w:t>
      </w:r>
    </w:p>
    <w:p>
      <w:r>
        <w:rPr>
          <w:b/>
        </w:rPr>
        <w:t xml:space="preserve">[06:47] </w:t>
      </w:r>
      <w:r>
        <w:t>Yeh hai Islam. Islam mein lachak hai, insaan ke liye pyar hai, adjustment hai, toleration hai.</w:t>
      </w:r>
    </w:p>
    <w:p>
      <w:pPr>
        <w:jc w:val="right"/>
      </w:pPr>
      <w:r>
        <w:t>یہ ہے اسلام۔ اسلام میں لچک ہے، انسان کے لیے پیار ہے، ایڈجسٹمنٹ ہے، ٹولریشن ہے۔</w:t>
      </w:r>
    </w:p>
    <w:p>
      <w:r>
        <w:rPr>
          <w:b/>
        </w:rPr>
        <w:t xml:space="preserve">[06:57] </w:t>
      </w:r>
      <w:r>
        <w:t>Doosre ke bhavnaon ka adab karna hai. Yeh Islam mein hai. Is liye ke Islam naam hai Khuda ki worship karne ka, Khuda ko bara banane ka.</w:t>
      </w:r>
    </w:p>
    <w:p>
      <w:pPr>
        <w:jc w:val="right"/>
      </w:pPr>
      <w:r>
        <w:t>دوسرے کے بھاوناؤں کا ادب کرنا ہے۔ یہ اسلام میں ہے۔ اس لیے کہ اسلام نام ہے خدا کی ورشپ کرنے کا، خدا کو بڑا بنانے کا۔</w:t>
      </w:r>
    </w:p>
    <w:p>
      <w:r>
        <w:rPr>
          <w:b/>
        </w:rPr>
        <w:t xml:space="preserve">[07:14] </w:t>
      </w:r>
      <w:r>
        <w:t>Jab aap Khuda ko bara banatay hain</w:t>
      </w:r>
    </w:p>
    <w:p>
      <w:pPr>
        <w:jc w:val="right"/>
      </w:pPr>
      <w:r>
        <w:t>جب آپ خدا کو بڑا بناتے ہیں</w:t>
      </w:r>
    </w:p>
    <w:p>
      <w:r>
        <w:rPr>
          <w:b/>
        </w:rPr>
        <w:t xml:space="preserve">[07:16] </w:t>
      </w:r>
      <w:r>
        <w:t>To kya hoga? Aap ki akkar nahi khatam hogi? Aap sochiye ke ek kaisa bara banana hai Khuda ko ke meri akkar khatam na ho, meri kathorta khatam na ho, mere andar jo negative bhavna hain woh khatam na hon.</w:t>
      </w:r>
    </w:p>
    <w:p>
      <w:pPr>
        <w:jc w:val="right"/>
      </w:pPr>
      <w:r>
        <w:t>تو کیا ہوگا؟ آپ کی اکڑ نہیں ختم ہوگی؟ آپ سوچیے کہ ایک کیسا بڑا بنانا ہے خدا کو کہ میری اکڑ ختم نہ ہو، میری کٹھڑتا ختم نہ ہو، میرے اندر جو نیگیٹیو بھاونا ہیں وہ ختم نہ ہوں۔</w:t>
      </w:r>
    </w:p>
    <w:p>
      <w:r>
        <w:rPr>
          <w:b/>
        </w:rPr>
        <w:t xml:space="preserve">[07:32] </w:t>
      </w:r>
      <w:r>
        <w:t>To aap ne Khuda ko apna bara nahi banaya. Yeh sab baatein maine kahin aur bohat woh log khush hue aur baat woh khatam ho gayi.</w:t>
      </w:r>
    </w:p>
    <w:p>
      <w:pPr>
        <w:jc w:val="right"/>
      </w:pPr>
      <w:r>
        <w:t>تو آپ نے خدا کو اپنا بڑا نہیں بنایا۔ یہ سب باتیں میں نے کہیں اور بہت وہ لوگ خوش ہوئے اور بات وہ ختم ہوگئی۔</w:t>
      </w:r>
    </w:p>
    <w:p>
      <w:r>
        <w:rPr>
          <w:b/>
        </w:rPr>
        <w:t xml:space="preserve">[07:43] </w:t>
      </w:r>
      <w:r>
        <w:t>To yeh hai background is ka jo Sheikh Saleem sahib ne abhi farmaya tha aap ko. To aaj ka jo vishay hai woh hai human equality in Islam.</w:t>
      </w:r>
    </w:p>
    <w:p>
      <w:pPr>
        <w:jc w:val="right"/>
      </w:pPr>
      <w:r>
        <w:t>تو یہ ہے بیک گراؤنڈ اس کا جو شیخ سلیم صاحب نے ابھی فرمایا تھا آپ کو۔ تو آج کا جو विषہ ہے وہ ہے ہیومن ایکولٹی ان اسلام۔</w:t>
      </w:r>
    </w:p>
    <w:p>
      <w:r>
        <w:rPr>
          <w:b/>
        </w:rPr>
        <w:t xml:space="preserve">[07:58] </w:t>
      </w:r>
      <w:r>
        <w:t>Dekhiye maine sabhi mazhabon ko parha hai. Main yeh keh sakta hoon ke equality ka concept har mazhab mein hai.</w:t>
      </w:r>
    </w:p>
    <w:p>
      <w:pPr>
        <w:jc w:val="right"/>
      </w:pPr>
      <w:r>
        <w:t>دیکھیے میں نے سبھی مذہبوں کو پڑھا ہے۔ میں یہ کہہ سکتا ہوں کہ ایکولٹی کا کانسیپٹ ہر مذہب میں ہے۔</w:t>
      </w:r>
    </w:p>
    <w:p>
      <w:r>
        <w:rPr>
          <w:b/>
        </w:rPr>
        <w:t xml:space="preserve">[08:07] </w:t>
      </w:r>
      <w:r>
        <w:t>Mera apna jo study hai us se main yeh samjha hoon ke har mazhab ke do part hotay hain. Ek hai theology aur ek hai ethical system.</w:t>
      </w:r>
    </w:p>
    <w:p>
      <w:pPr>
        <w:jc w:val="right"/>
      </w:pPr>
      <w:r>
        <w:t>میرا اپنا جو اسٹڈی ہے اس سے میں یہ سمجھا ہوں کہ ہر مذہب کے دو پارٹ ہوتے ہیں۔ ایک ہے تھیالوجی اور ایک ہے ایتھیکل سسٹم۔</w:t>
      </w:r>
    </w:p>
    <w:p>
      <w:r>
        <w:rPr>
          <w:b/>
        </w:rPr>
        <w:t xml:space="preserve">[08:22] </w:t>
      </w:r>
      <w:r>
        <w:t>To main yeh keh sakta hoon ke jahan tak theology ki baat hai, yani pure philosophy ki baat hai, us mein ek religion aur doosre religion mein differences dikhai partay hain.</w:t>
      </w:r>
    </w:p>
    <w:p>
      <w:pPr>
        <w:jc w:val="right"/>
      </w:pPr>
      <w:r>
        <w:t>تو میں یہ کہہ سکتا ہوں کہ جہاں تک تھیالوجی کی بات ہے، یعنی پیور فلاسفی کی بات ہے، اس میں ایک ریلیجن اور دوسرے ریلیجن میں ڈیفرنسز دکھائی پڑتے ہیں۔</w:t>
      </w:r>
    </w:p>
    <w:p>
      <w:r>
        <w:rPr>
          <w:b/>
        </w:rPr>
        <w:t xml:space="preserve">[08:34] </w:t>
      </w:r>
      <w:r>
        <w:t>Lekin jahan tak baat hai moral system ki, ethical system ki, insaanon ke beech mein rehne ki, us mein ek religion aur doosre religion mein koi difference nahi.</w:t>
      </w:r>
    </w:p>
    <w:p>
      <w:pPr>
        <w:jc w:val="right"/>
      </w:pPr>
      <w:r>
        <w:t>لیکن جہاں تک بات ہے مورل سسٹم کی، ایتھیکل سسٹم کی، انسانوں کے بیچ میں رہنے کی، اس میں ایک ریلیجن اور دوسرے ریلیجن میں کوئی ڈیفرنس نہیں۔</w:t>
      </w:r>
    </w:p>
    <w:p>
      <w:r>
        <w:rPr>
          <w:b/>
        </w:rPr>
        <w:t xml:space="preserve">[08:47] </w:t>
      </w:r>
      <w:r>
        <w:t>Wohi baat har jagah hai. Hindu dharm mein maine parha wahan pe yeh hai ke poori saare insaan Khuda ki family hain, vishva kutumbakam.</w:t>
      </w:r>
    </w:p>
    <w:p>
      <w:pPr>
        <w:jc w:val="right"/>
      </w:pPr>
      <w:r>
        <w:t>وہی بات ہر جگہ ہے۔ ہندو دھرم میں میں نے پڑھا وہاں پہ یہ ہے کہ پوری سارے انسان خدا کی فیملی ہیں، وشو دیو کٹم۔</w:t>
      </w:r>
    </w:p>
    <w:p>
      <w:r>
        <w:rPr>
          <w:b/>
        </w:rPr>
        <w:t xml:space="preserve">[09:01] </w:t>
      </w:r>
      <w:r>
        <w:t>Theek yahi baat Islam mein</w:t>
      </w:r>
    </w:p>
    <w:p>
      <w:pPr>
        <w:jc w:val="right"/>
      </w:pPr>
      <w:r>
        <w:t>ٹھیک یہی بات اسلام میں</w:t>
      </w:r>
    </w:p>
    <w:p>
      <w:r>
        <w:rPr>
          <w:b/>
        </w:rPr>
        <w:t xml:space="preserve">[09:03] </w:t>
      </w:r>
      <w:r>
        <w:t>hai ke 'al-khalqu 'iyalu Allah, al-khalqu 'iyalu Allah, saare insaan Khuda ki family hain. Yeh concept jahan tak society mein kaise rahein,</w:t>
      </w:r>
    </w:p>
    <w:p>
      <w:pPr>
        <w:jc w:val="right"/>
      </w:pPr>
      <w:r>
        <w:t>ہے کہ الخلق و عیال اللہ، الخلق و عیال اللہ، سارے انسان خدا کی فیملی ہیں۔ یہ کانسیپٹ جہاں تک سوسائٹی میں کیسے رہیں،</w:t>
      </w:r>
    </w:p>
    <w:p>
      <w:r>
        <w:rPr>
          <w:b/>
        </w:rPr>
        <w:t xml:space="preserve">[09:17] </w:t>
      </w:r>
      <w:r>
        <w:t>Insaanon ke beech mein hum kaise apni zindagi bitayein, us mein koi difference nahi. Sab wohi baatein kehte hain pyar ki, equality ki, adjustment ki, sahanshilta ki.</w:t>
      </w:r>
    </w:p>
    <w:p>
      <w:pPr>
        <w:jc w:val="right"/>
      </w:pPr>
      <w:r>
        <w:t>انسانوں کے بیچ میں ہم کیسے اپنی زندگی بتائیں، اس میں کوئی ڈیفرنس نہیں۔ سب وہی باتیں کہتے ہیں پیار کی، ایکولٹی کی، ایڈجسٹمنٹ کی، سہن شیلتا کی۔</w:t>
      </w:r>
    </w:p>
    <w:p>
      <w:r>
        <w:rPr>
          <w:b/>
        </w:rPr>
        <w:t xml:space="preserve">[09:31] </w:t>
      </w:r>
      <w:r>
        <w:t>Sahanshilta jis ko aap kehte hain, us ke liye Arabic mein sabr ka word hai. Sabr, sabr Quran mein bar bar aaya hai.</w:t>
      </w:r>
    </w:p>
    <w:p>
      <w:pPr>
        <w:jc w:val="right"/>
      </w:pPr>
      <w:r>
        <w:t>سہن شیلتا جس کو آپ کہتے ہیں، اس کے لیے عربک میں صبر کا ورڈ ہے۔ صبر، صبر قرآن میں بار بار آیا ہے۔</w:t>
      </w:r>
    </w:p>
    <w:p>
      <w:r>
        <w:rPr>
          <w:b/>
        </w:rPr>
        <w:t xml:space="preserve">[09:42] </w:t>
      </w:r>
      <w:r>
        <w:t>Sabr means patience, sahanshilta. Ek aayat hai Quran ki, ek verse hai ke</w:t>
      </w:r>
    </w:p>
    <w:p>
      <w:pPr>
        <w:jc w:val="right"/>
      </w:pPr>
      <w:r>
        <w:t>صبر مینز پیشنس، سہن شیلٹا۔ ایک آیت ہے قرآن کی، ایک ورس ہے کہ</w:t>
      </w:r>
    </w:p>
    <w:p>
      <w:r>
        <w:rPr>
          <w:b/>
        </w:rPr>
        <w:t xml:space="preserve">[09:55] </w:t>
      </w:r>
      <w:r>
        <w:t>Sabr karne walon ko sab se ziyada reward diya jayega.</w:t>
      </w:r>
    </w:p>
    <w:p>
      <w:pPr>
        <w:jc w:val="right"/>
      </w:pPr>
      <w:r>
        <w:t>صبر کرنے والوں کو سب سے زیادہ ریوارڈ دیا جائے گا۔</w:t>
      </w:r>
    </w:p>
    <w:p>
      <w:r>
        <w:rPr>
          <w:b/>
        </w:rPr>
        <w:t xml:space="preserve">[10:02] </w:t>
      </w:r>
      <w:r>
        <w:t>inma yufasabirun ajruhum bighair hisab. ab bataiye ke sab se zyada reward diya jayega sabr par, yani sehan shilta par.</w:t>
      </w:r>
    </w:p>
    <w:p>
      <w:pPr>
        <w:jc w:val="right"/>
      </w:pPr>
      <w:r>
        <w:t>انما یوفصابرون اجرہم بغیر حساب۔ اب بتائیے کہ سب سے زیادہ ریوارڈ دیا جائے گا صبر پر، یعنی سہن شیلتا پر۔</w:t>
      </w:r>
    </w:p>
    <w:p>
      <w:r>
        <w:rPr>
          <w:b/>
        </w:rPr>
        <w:t xml:space="preserve">[10:16] </w:t>
      </w:r>
      <w:r>
        <w:t>to yeh kitni bari baat hai yeh. to katharta ki koi jagah nahi Islam mein. hadith mein aata hai ke prophet prayer karte the,</w:t>
      </w:r>
    </w:p>
    <w:p>
      <w:pPr>
        <w:jc w:val="right"/>
      </w:pPr>
      <w:r>
        <w:t>تو یہ کتنی بڑی بات ہے یہ۔ تو کٹھڑتا کی کوئی جگہ نہیں اسلام میں۔ حدیث میں آتا ہے کہ پرافٹ پلیئر کرتے تھے،</w:t>
      </w:r>
    </w:p>
    <w:p>
      <w:r>
        <w:rPr>
          <w:b/>
        </w:rPr>
        <w:t xml:space="preserve">[10:29] </w:t>
      </w:r>
      <w:r>
        <w:t>is ke baad jo dua karte the to ek dua yeh hoti thi ke Allahum ashhad an al-ibad kull ikhwa.</w:t>
      </w:r>
    </w:p>
    <w:p>
      <w:pPr>
        <w:jc w:val="right"/>
      </w:pPr>
      <w:r>
        <w:t>اس کے بعد جو دعا کرتے تھے تو ایک دعا یہ ہوتی تھی کہ اللہم اشھد ان العباد کل اخوا۔</w:t>
      </w:r>
    </w:p>
    <w:p>
      <w:r>
        <w:rPr>
          <w:b/>
        </w:rPr>
        <w:t xml:space="preserve">[10:40] </w:t>
      </w:r>
      <w:r>
        <w:t>o god, i bear witness that all men and women are brothers and sisters to each other.</w:t>
      </w:r>
    </w:p>
    <w:p>
      <w:pPr>
        <w:jc w:val="right"/>
      </w:pPr>
      <w:r>
        <w:t>او گاڈ، آئی بیئر وٹنس دیٹ ال مین اینڈ وومن آر برادرز اینڈ سسٹرز ٹو ایچ ادر۔</w:t>
      </w:r>
    </w:p>
    <w:p>
      <w:r>
        <w:rPr>
          <w:b/>
        </w:rPr>
        <w:t xml:space="preserve">[10:51] </w:t>
      </w:r>
      <w:r>
        <w:t>ab dekhiye ke is mein kya bhavna paate hain aap</w:t>
      </w:r>
    </w:p>
    <w:p>
      <w:pPr>
        <w:jc w:val="right"/>
      </w:pPr>
      <w:r>
        <w:t>اب دیکھیے کہ اس میں کیا بھاونا پاتے ہیں آپ</w:t>
      </w:r>
    </w:p>
    <w:p>
      <w:r>
        <w:rPr>
          <w:b/>
        </w:rPr>
        <w:t xml:space="preserve">[10:55] </w:t>
      </w:r>
      <w:r>
        <w:t>ke sare insan blood brothers hain, sare insan ek doosre ke liye sister aur brothers hain. is ke baad kya reh gaya?</w:t>
      </w:r>
    </w:p>
    <w:p>
      <w:pPr>
        <w:jc w:val="right"/>
      </w:pPr>
      <w:r>
        <w:t>کہ سارے انسان بلڈ برادرز ہیں، سارے انسان ایک دوسرے کے لیے سسٹر اور برادرز ہیں۔ اس کے بعد کیا رہ گیا؟</w:t>
      </w:r>
    </w:p>
    <w:p>
      <w:r>
        <w:rPr>
          <w:b/>
        </w:rPr>
        <w:t xml:space="preserve">[11:06] </w:t>
      </w:r>
      <w:r>
        <w:t>is ke mani hain ke jis tarah se hum apni family mein rehte hain, pyar o mohabbat ke sath mil jul kar, to wahi extension kar ke pure insanon ke beech mein rehna hai.</w:t>
      </w:r>
    </w:p>
    <w:p>
      <w:pPr>
        <w:jc w:val="right"/>
      </w:pPr>
      <w:r>
        <w:t>اس کے معنی ہیں کہ جس طرح سے ہم اپنی فیملی میں رہتے ہیں، پیار و محبت کے ساتھ مل جل کر، تو وہی ایکسٹینڈ کر کے پورے انسانوں کے بیچ میں رہنا ہے۔</w:t>
      </w:r>
    </w:p>
    <w:p>
      <w:r>
        <w:rPr>
          <w:b/>
        </w:rPr>
        <w:t xml:space="preserve">[11:19] </w:t>
      </w:r>
      <w:r>
        <w:t>insan kya hain? samaj kya hai? duniya kya hai? family hi ka extension hai.</w:t>
      </w:r>
    </w:p>
    <w:p>
      <w:pPr>
        <w:jc w:val="right"/>
      </w:pPr>
      <w:r>
        <w:t>انسان کیا ہیں؟ سماج کیا ہے؟ دنیا کیا ہے؟ فیملی ہی کا ایکسٹینشن ہے۔</w:t>
      </w:r>
    </w:p>
    <w:p>
      <w:r>
        <w:rPr>
          <w:b/>
        </w:rPr>
        <w:t xml:space="preserve">[11:26] </w:t>
      </w:r>
      <w:r>
        <w:t>jab sab ke sab blood brothers hain, Quran mein hai ke Khuda ne ek hi substance se paida kiya Adam ko aur un ki biwi Hawa ko.</w:t>
      </w:r>
    </w:p>
    <w:p>
      <w:pPr>
        <w:jc w:val="right"/>
      </w:pPr>
      <w:r>
        <w:t>جب سب کے سب بلڈ برادرز ہیں، قرآن میں ہے کہ خدا نے ایک ہی سبسٹنس سے پیدا کیا آدم کو اور ان کی بیوی حوا کو۔</w:t>
      </w:r>
    </w:p>
    <w:p>
      <w:r>
        <w:rPr>
          <w:b/>
        </w:rPr>
        <w:t xml:space="preserve">[11:36] </w:t>
      </w:r>
      <w:r>
        <w:t>ek hi substance se. to isi se sare log bane. is mani ke black ho ya white ho, sab ka substance ek hai.</w:t>
      </w:r>
    </w:p>
    <w:p>
      <w:pPr>
        <w:jc w:val="right"/>
      </w:pPr>
      <w:r>
        <w:t>ایک ہی سبسٹنس سے۔ تو اسی سے سارے لوگ بنے۔ اس معنی کہ بلیک ہو یا وائٹ ہو، سب کا سبسٹنس ایک ہے۔</w:t>
      </w:r>
    </w:p>
    <w:p>
      <w:r>
        <w:rPr>
          <w:b/>
        </w:rPr>
        <w:t xml:space="preserve">[11:49] </w:t>
      </w:r>
      <w:r>
        <w:t>to is ka matlab yeh hua ke jis tarah se main rehta hoon apni family mein, jis pyar ki bhavna ke sath, isi tarah mujhe rehna hai sare insanon ke beech mein.</w:t>
      </w:r>
    </w:p>
    <w:p>
      <w:pPr>
        <w:jc w:val="right"/>
      </w:pPr>
      <w:r>
        <w:t>تو اس کا مطلب یہ ہوا کہ جس طرح سے میں رہتا ہوں اپنی فیملی میں، جس پیار کی بھاونا کے ساتھ، اسی طرح مجھے رہنا ہے سارے انسانوں کے بیچ میں۔</w:t>
      </w:r>
    </w:p>
    <w:p>
      <w:r>
        <w:rPr>
          <w:b/>
        </w:rPr>
        <w:t xml:space="preserve">[12:04] </w:t>
      </w:r>
      <w:r>
        <w:t>yeh hai Islam ka concept. ab main aap ko chand ek example dunga.</w:t>
      </w:r>
    </w:p>
    <w:p>
      <w:pPr>
        <w:jc w:val="right"/>
      </w:pPr>
      <w:r>
        <w:t>یہ ہے اسلام کا کانسیپٹ۔ اب میں آپ کو چند ایک ایگزامپل دوں گا۔</w:t>
      </w:r>
    </w:p>
    <w:p>
      <w:r>
        <w:rPr>
          <w:b/>
        </w:rPr>
        <w:t xml:space="preserve">[12:13] </w:t>
      </w:r>
      <w:r>
        <w:t>dekhiye Islam ka jo kalma hai, jis ko kalma kehte hain, ashhad an la ilaha illallah wa ashhad an Muhammad abduhu wa rasuluh.</w:t>
      </w:r>
    </w:p>
    <w:p>
      <w:pPr>
        <w:jc w:val="right"/>
      </w:pPr>
      <w:r>
        <w:t>دیکھیے اسلام کا جو کلمہ ہے، جس کو کلمہ کہتے ہیں، اشھد ان لا الہ الا اللہ واشہد ان محمد عبدہ ورسولہ۔</w:t>
      </w:r>
    </w:p>
    <w:p>
      <w:r>
        <w:rPr>
          <w:b/>
        </w:rPr>
        <w:t xml:space="preserve">[12:27] </w:t>
      </w:r>
      <w:r>
        <w:t>is mein dekhiye prophet jo hain, un ke bare mein kaha ke abduhu wa rasuluh, yani woh bande hain aur messenger hain.</w:t>
      </w:r>
    </w:p>
    <w:p>
      <w:pPr>
        <w:jc w:val="right"/>
      </w:pPr>
      <w:r>
        <w:t>اس میں دیکھیے پرافٹ جو ہیں، ان کے بارے میں کہا کہ عبدہ ورسولہ، یعنی وہ بندے ہیں اور میسنجر ہیں۔</w:t>
      </w:r>
    </w:p>
    <w:p>
      <w:r>
        <w:rPr>
          <w:b/>
        </w:rPr>
        <w:t xml:space="preserve">[12:38] </w:t>
      </w:r>
      <w:r>
        <w:t>bas woh super human nahi hain, woh god nahi hain, woh kuch nahi hain. main samajhta hoon ke jad kaat di Islam ne inequality ki.</w:t>
      </w:r>
    </w:p>
    <w:p>
      <w:pPr>
        <w:jc w:val="right"/>
      </w:pPr>
      <w:r>
        <w:t>بس وہ سپر ہیومن نہیں ہیں، وہ گاڈ نہیں ہیں، وہ کچھ نہیں ہیں۔ میں سمجھتا ہوں کہ جڑ کاٹ دی اسلام نے ان ایکولٹی کی۔</w:t>
      </w:r>
    </w:p>
    <w:p>
      <w:r>
        <w:rPr>
          <w:b/>
        </w:rPr>
        <w:t xml:space="preserve">[12:51] </w:t>
      </w:r>
      <w:r>
        <w:t>jab khud prophet jo hai, hamare jaise hain, bashar. Quran mein bar bar kaha gaya hai ke prophet yani Muhammad bin Abdullah bhi tumhare jaise ek bashar hain.</w:t>
      </w:r>
    </w:p>
    <w:p>
      <w:pPr>
        <w:jc w:val="right"/>
      </w:pPr>
      <w:r>
        <w:t>جب خود پرافٹ جو ہے، ہمارے جیسے ہیں، بشر۔ قرآن میں بار بار کہا گیا ہے کہ پرافٹ یعنی محمد بن عبداللہ بھی تمہارے جیسے ایک بشر ہیں۔</w:t>
      </w:r>
    </w:p>
    <w:p>
      <w:r>
        <w:rPr>
          <w:b/>
        </w:rPr>
        <w:t xml:space="preserve">[13:03] </w:t>
      </w:r>
      <w:r>
        <w:t>bar bar Quran mein aaya hai bashar, yani ke insan, ek human being.</w:t>
      </w:r>
    </w:p>
    <w:p>
      <w:pPr>
        <w:jc w:val="right"/>
      </w:pPr>
      <w:r>
        <w:t>بار بار قرآن میں آیا ہے بشر، یعنی کہ انسان، ایک ہیومن بینگ۔</w:t>
      </w:r>
    </w:p>
    <w:p>
      <w:r>
        <w:rPr>
          <w:b/>
        </w:rPr>
        <w:t xml:space="preserve">[13:08] </w:t>
      </w:r>
      <w:r>
        <w:t>to aap sochiye ke jab ek insan jis ko superior bana sakta tha, usi hi ko barabar kar diya, to ab kya reh gaya?</w:t>
      </w:r>
    </w:p>
    <w:p>
      <w:pPr>
        <w:jc w:val="right"/>
      </w:pPr>
      <w:r>
        <w:t>تو آپ سوچیے کہ جب ایک انسان جس کو سپیریئر بنا سکتا تھا، اسی ہی کو برابر کر دیا، تو اب کیا رہ گیا؟</w:t>
      </w:r>
    </w:p>
    <w:p>
      <w:r>
        <w:rPr>
          <w:b/>
        </w:rPr>
        <w:t xml:space="preserve">[13:19] </w:t>
      </w:r>
      <w:r>
        <w:t>inequality ki jad khatam ho gayi. isi liye hadith mein aata hai ke aap ke jo companion the, woh kehte hain ke Rasool Allah hamare beech mein jab baithte the to aisa baithte the jaise ke hum hi mein se ek hon.</w:t>
      </w:r>
    </w:p>
    <w:p>
      <w:pPr>
        <w:jc w:val="right"/>
      </w:pPr>
      <w:r>
        <w:t>ان ایکولٹی کی جڑی ختم ہوگئی۔ اسی لیے حدیث میں آتا ہے کہ آپ کے جو کمپینین تھے، وہ کہتے ہیں کہ رسول اللہ ہمارے بیچ میں جب بیٹھتے تھے تو ایسا بیٹھتے تھے جیسے کہ ہم ہی میں سے ایک ہوں۔</w:t>
      </w:r>
    </w:p>
    <w:p>
      <w:r>
        <w:rPr>
          <w:b/>
        </w:rPr>
        <w:t xml:space="preserve">[13:35] </w:t>
      </w:r>
      <w:r>
        <w:t>woh</w:t>
      </w:r>
    </w:p>
    <w:p>
      <w:pPr>
        <w:jc w:val="right"/>
      </w:pPr>
      <w:r>
        <w:t>وہ</w:t>
      </w:r>
    </w:p>
    <w:p>
      <w:r>
        <w:rPr>
          <w:b/>
        </w:rPr>
        <w:t xml:space="preserve">[13:36] </w:t>
      </w:r>
      <w:r>
        <w:t>na un ke liye koi oonchi kursi hoti thi, na koi oonchi seat hoti thi, na koi oonchi takiya lagai jati thi, kuch bhi nahi.</w:t>
      </w:r>
    </w:p>
    <w:p>
      <w:pPr>
        <w:jc w:val="right"/>
      </w:pPr>
      <w:r>
        <w:t>نہ ان کے لیے کوئی اونچی کرسی ہوتی تھی، نہ کوئی اونچی سیٹ ہوتی تھی، نہ کوئی اونچی تکیہ لگائی جاتی تھی، کچھ بھی نہیں۔</w:t>
      </w:r>
    </w:p>
    <w:p>
      <w:r>
        <w:rPr>
          <w:b/>
        </w:rPr>
        <w:t xml:space="preserve">[13:45] </w:t>
      </w:r>
      <w:r>
        <w:t>jaise sab log baithe the, waise hi aap bhi baithte the. itna zyada yani wahan par barabari ka mahol tha ke main ek qissa arz karunga aap ko.</w:t>
      </w:r>
    </w:p>
    <w:p>
      <w:pPr>
        <w:jc w:val="right"/>
      </w:pPr>
      <w:r>
        <w:t>جیسے سب لوگ بیٹھے تھے، ویسے ہی آپ بھی بیٹھتے تھے۔ اتنا زیادہ یعنی وہاں پر برابری کا ماحول تھا کہ میں ایک قصہ عرض کروں گا آپ کو۔</w:t>
      </w:r>
    </w:p>
    <w:p>
      <w:r>
        <w:rPr>
          <w:b/>
        </w:rPr>
        <w:t xml:space="preserve">[14:00] </w:t>
      </w:r>
      <w:r>
        <w:t>ek lady thi, un ka naam tha Barirah. Madinah mein</w:t>
      </w:r>
    </w:p>
    <w:p>
      <w:pPr>
        <w:jc w:val="right"/>
      </w:pPr>
      <w:r>
        <w:t>ایک لیڈی تھی، ان کا نام تھا بریرہ۔ مدینہ میں</w:t>
      </w:r>
    </w:p>
    <w:p>
      <w:r>
        <w:rPr>
          <w:b/>
        </w:rPr>
        <w:t xml:space="preserve">[14:06] </w:t>
      </w:r>
      <w:r>
        <w:t>yeh baatein jo main keh raha hoon, yeh seven century Rasool Allah ka jo zamana hai, woh seven century ka first quarter ka zamana hai. yeh sab seven century ke first quarter ki baatein hain.</w:t>
      </w:r>
    </w:p>
    <w:p>
      <w:pPr>
        <w:jc w:val="right"/>
      </w:pPr>
      <w:r>
        <w:t>یہ باتیں جو میں کہہ رہا ہوں، یہ سیون سینچری رسول اللہ کا جو زمانہ ہے، وہ سیون سینچری کا فرسٹ کوارٹر کا زمانہ ہے۔ یہ سب سیون سینچری کے فرسٹ کوارٹر کی باتیں ہیں۔</w:t>
      </w:r>
    </w:p>
    <w:p>
      <w:r>
        <w:rPr>
          <w:b/>
        </w:rPr>
        <w:t xml:space="preserve">[14:19] </w:t>
      </w:r>
      <w:r>
        <w:t>to Barirah jo thin, un ke husband the, un ka naam tha Mughith. to Barirah aur Mughith mein kuch controversy ho gayi, kuch differences aa gaye.</w:t>
      </w:r>
    </w:p>
    <w:p>
      <w:pPr>
        <w:jc w:val="right"/>
      </w:pPr>
      <w:r>
        <w:t>تو بریرہ جو تھیں، ان کے ہسبینڈ تھے، ان کا نام تھا مغیث۔ تو بریرہ اور مغیث میں کچھ کنٹروورسی ہوگئی، کچھ ڈیفرنسز آگئے۔</w:t>
      </w:r>
    </w:p>
    <w:p>
      <w:r>
        <w:rPr>
          <w:b/>
        </w:rPr>
        <w:t xml:space="preserve">[14:32] </w:t>
      </w:r>
      <w:r>
        <w:t>to</w:t>
      </w:r>
    </w:p>
    <w:p>
      <w:pPr>
        <w:jc w:val="right"/>
      </w:pPr>
      <w:r>
        <w:t>تو</w:t>
      </w:r>
    </w:p>
    <w:p>
      <w:r>
        <w:rPr>
          <w:b/>
        </w:rPr>
        <w:t xml:space="preserve">[14:33] </w:t>
      </w:r>
      <w:r>
        <w:t>mughais to nahi chahte the, lekin bareerah ne chaha talash, separation. to woh prophet ke paas aayen, woh lady, ek aam common aurat, koi sardar ki beti nahi,</w:t>
      </w:r>
    </w:p>
    <w:p>
      <w:pPr>
        <w:jc w:val="right"/>
      </w:pPr>
      <w:r>
        <w:t>مغیث تو نہیں چاہتے تھے، لیکن بریرہ نے چاہا تلاش، سیپریشن۔ تو وہ پرافٹ کے پاس آئیں، وہ لیڈی، ایک عام کامن عورت، کوئی سردار کی بیٹی نہیں،</w:t>
      </w:r>
    </w:p>
    <w:p>
      <w:r>
        <w:rPr>
          <w:b/>
        </w:rPr>
        <w:t xml:space="preserve">[14:48] </w:t>
      </w:r>
      <w:r>
        <w:t>kisi bade aadmi ki beti nahi, ek aam khatoon. to unhon ne kaha ke mujhe separation chahiye, mujhe alag kar dijiye.</w:t>
      </w:r>
    </w:p>
    <w:p>
      <w:pPr>
        <w:jc w:val="right"/>
      </w:pPr>
      <w:r>
        <w:t>کسی بڑے آدمی کی بیٹی نہیں، ایک عام خاتون۔ تو انہوں نے کہا کہ مجھے سیپریشن چاہیے، مجھے الگ کر دیجئے۔</w:t>
      </w:r>
    </w:p>
    <w:p>
      <w:r>
        <w:rPr>
          <w:b/>
        </w:rPr>
        <w:t xml:space="preserve">[15:00] </w:t>
      </w:r>
      <w:r>
        <w:t>to rasool Allah ne kaha ke bareerah, ab wahan par woh jo mughais the, woh bhi khade the, woh nahi chahte the. to aap ne kaha ke main chahta hoon ke tum adjust kar ke raho aur separation ki baat na karo.</w:t>
      </w:r>
    </w:p>
    <w:p>
      <w:pPr>
        <w:jc w:val="right"/>
      </w:pPr>
      <w:r>
        <w:t>تو رسول اللہ نے کہا کہ بریرہ، اب وہاں پر وہ جو مغیث تھے، وہ بھی کھڑے تھے، وہ نہیں چاہتے تھے۔ تو آپ نے کہا کہ میں چاہتا ہوں کہ تم ایڈجسٹ کر کے رہو اور سیپریشن کی بات نہ کرو۔</w:t>
      </w:r>
    </w:p>
    <w:p>
      <w:r>
        <w:rPr>
          <w:b/>
        </w:rPr>
        <w:t xml:space="preserve">[15:16] </w:t>
      </w:r>
      <w:r>
        <w:t>to bareerah ne poocha ke yeh aap jo baat bata rahe hain, jo keh rahe hain, to kya Khuda ki taraf se yeh revelation aaya hai aap ko ya aap apne suggestion de rahe hain?</w:t>
      </w:r>
    </w:p>
    <w:p>
      <w:pPr>
        <w:jc w:val="right"/>
      </w:pPr>
      <w:r>
        <w:t>تو بریرہ نے پوچھا کہ یہ آپ جو بات بتا رہے ہیں، جو کہہ رہے ہیں، تو کیا خدا کی طرف سے یہ ریولیشن آیا ہے آپ کو یا آپ اپنے سجیشن دے رہے ہیں؟</w:t>
      </w:r>
    </w:p>
    <w:p>
      <w:r>
        <w:rPr>
          <w:b/>
        </w:rPr>
        <w:t xml:space="preserve">[15:28] </w:t>
      </w:r>
      <w:r>
        <w:t>aap ne kaha ke bhai mera suggestion hai, yeh yeh koi Khuda ka hukum nahi hai. to kya kehti hai woh aurat?</w:t>
      </w:r>
    </w:p>
    <w:p>
      <w:pPr>
        <w:jc w:val="right"/>
      </w:pPr>
      <w:r>
        <w:t>آپ نے کہا کہ بھئی میرا سجیشن ہے، یہ یہ کوئی خدا کا حکم نہیں ہے۔ تو کیا کہتی ہے وہ عورت؟</w:t>
      </w:r>
    </w:p>
    <w:p>
      <w:r>
        <w:rPr>
          <w:b/>
        </w:rPr>
        <w:t xml:space="preserve">[15:37] </w:t>
      </w:r>
      <w:r>
        <w:t>fala hajat li ilaih, mujh ko is ki zaroorat nahi. to separation kar diya aap ne. yeh yeh thi barabri ka mahol wahan par,</w:t>
      </w:r>
    </w:p>
    <w:p>
      <w:pPr>
        <w:jc w:val="right"/>
      </w:pPr>
      <w:r>
        <w:t>فلا حاجت لی الیہ، مجھ کو اس کی ضرورت نہیں۔ تو سیپریشن کر دیا آپ نے۔ یہ یہ تھی برابری کا ماحول وہاں پر،</w:t>
      </w:r>
    </w:p>
    <w:p>
      <w:r>
        <w:rPr>
          <w:b/>
        </w:rPr>
        <w:t xml:space="preserve">[15:50] </w:t>
      </w:r>
      <w:r>
        <w:t>yani Madinah mein.</w:t>
      </w:r>
    </w:p>
    <w:p>
      <w:pPr>
        <w:jc w:val="right"/>
      </w:pPr>
      <w:r>
        <w:t>یعنی مدینہ میں۔</w:t>
      </w:r>
    </w:p>
    <w:p>
      <w:r>
        <w:rPr>
          <w:b/>
        </w:rPr>
        <w:t xml:space="preserve">[15:52] </w:t>
      </w:r>
      <w:r>
        <w:t>yeh tha barabri ka mahol Madinah mein. ab main aap ko yaad dilaoon ke Islam mein dekhiye, sab se badi jo ibadat hai, woh hai paanch waqt ki namaz.</w:t>
      </w:r>
    </w:p>
    <w:p>
      <w:pPr>
        <w:jc w:val="right"/>
      </w:pPr>
      <w:r>
        <w:t>یہ تھا برابری کا ماحول مدینہ میں۔ اب میں آپ کو یاد دلاؤں کہ اسلام میں دیکھیے، سب سے بڑی جو عبادت ہے، وہ ہے پانچ وقت کی نماز۔</w:t>
      </w:r>
    </w:p>
    <w:p>
      <w:r>
        <w:rPr>
          <w:b/>
        </w:rPr>
        <w:t xml:space="preserve">[16:08] </w:t>
      </w:r>
      <w:r>
        <w:t>paanch waqt ki namaz, paanch waqt ki namaz mein dekhiye, taqreeban dhai sau baar Allah Akbar kaha jata hai. 24 ghante ke andar</w:t>
      </w:r>
    </w:p>
    <w:p>
      <w:pPr>
        <w:jc w:val="right"/>
      </w:pPr>
      <w:r>
        <w:t>پانچ وقت کی نماز، پانچ وقت کی نماز میں دیکھیے، تقریباً ڈھائی سو بار اللہ اکبر کہا جاتا ہے۔ 24 گھنٹے کے اندر</w:t>
      </w:r>
    </w:p>
    <w:p>
      <w:r>
        <w:rPr>
          <w:b/>
        </w:rPr>
        <w:t xml:space="preserve">[16:20] </w:t>
      </w:r>
      <w:r>
        <w:t>Allah Akbar namaz mein, azan mein mila kar ke. Allah Akbar kya hai? Allah Akbar ka matlab hai God is great and all are equals.</w:t>
      </w:r>
    </w:p>
    <w:p>
      <w:pPr>
        <w:jc w:val="right"/>
      </w:pPr>
      <w:r>
        <w:t>اللہ اکبر نماز میں، اذان میں ملا کر کے۔ اللہ اکبر کیا ہے؟ اللہ اکبر کا مطلب ہے گاڈ از گریٹ اینڈ ال ار ایکولز۔</w:t>
      </w:r>
    </w:p>
    <w:p>
      <w:r>
        <w:rPr>
          <w:b/>
        </w:rPr>
        <w:t xml:space="preserve">[16:35] </w:t>
      </w:r>
      <w:r>
        <w:t>God is great and all are equals, yani barhai sirf ek ko hai, Khuda ko hai, baqi kisi koi barhai nahi, chahe prophet hon, aam insan hon, rich ho, poor ho.</w:t>
      </w:r>
    </w:p>
    <w:p>
      <w:pPr>
        <w:jc w:val="right"/>
      </w:pPr>
      <w:r>
        <w:t>گاڈ از گریٹ اینڈ ال ار ایکولز، یعنی بڑائی صرف ایک کو ہے، خدا کو ہے، باقی کسی کوئی بڑائی نہیں، چاہے پرافٹ ہوں، عام انسان ہوں، رچ ہو، پور ہوں۔</w:t>
      </w:r>
    </w:p>
    <w:p>
      <w:r>
        <w:rPr>
          <w:b/>
        </w:rPr>
        <w:t xml:space="preserve">[16:48] </w:t>
      </w:r>
      <w:r>
        <w:t>daily dhai sau baar yeh remind karaya jata hai ke God is great and all are equals. to Islam ki yeh basic teaching hai ke greatness sirf Khuda ke liye hai aur sab equal hain, sab equal hain, sab equal hain.</w:t>
      </w:r>
    </w:p>
    <w:p>
      <w:pPr>
        <w:jc w:val="right"/>
      </w:pPr>
      <w:r>
        <w:t>ڈیلی ڈھائی سو بار یہ ریمائنڈ کرایا جاتا ہے کہ گاڈ از گریٹ اینڈ ال ار ایکولز۔ تو اسلام کی یہ بیسک ٹیچنگ ہے کہ گریٹنس صرف خدا کے لیے ہے اور سب ایکول ہیں، سب ایکول ہیں، سب ایکول ہیں۔</w:t>
      </w:r>
    </w:p>
    <w:p>
      <w:r>
        <w:rPr>
          <w:b/>
        </w:rPr>
        <w:t xml:space="preserve">[17:06] </w:t>
      </w:r>
      <w:r>
        <w:t>achha, is ka demonstration diya jata hai daily masjidon mein. demonstration woh kaise? dekhen, masjid mein sau aadmi hain, hazar aadmi hain,</w:t>
      </w:r>
    </w:p>
    <w:p>
      <w:pPr>
        <w:jc w:val="right"/>
      </w:pPr>
      <w:r>
        <w:t>اچھا، اس کا ڈیمونسٹریشن دیا جاتا ہے ڈیلی مسجدوں میں۔ ڈیمونسٹریشن وہ کیسے؟ دیکھیں، مسجد میں سو آدمی ہیں، ہزار آدمی ہیں،</w:t>
      </w:r>
    </w:p>
    <w:p>
      <w:r>
        <w:rPr>
          <w:b/>
        </w:rPr>
        <w:t xml:space="preserve">[17:17] </w:t>
      </w:r>
      <w:r>
        <w:t>to congregational prayer kaise hoti hai? ek aadmi namaz ko lead karta hai, us ko kaha jata hai Imam. Imam maani aage ka aadmi jo aage khada ho, to woh aage khada ho jayega aur peeche row banti hai, row ROW row saf.</w:t>
      </w:r>
    </w:p>
    <w:p>
      <w:pPr>
        <w:jc w:val="right"/>
      </w:pPr>
      <w:r>
        <w:t>تو کانگریگیشنل پریئر کیسے ہوتی ہے؟ ایک آدمی نماز کو لیڈ کرتا ہے، اس کو کہا جاتا ہے امام۔ امام معنی آگے کا آدمی جو آگے کھڑا ہو، تو وہ آگے کھڑا ہو جائے گا اور پیچھے رو بنتی ہے، رو آر او ڈبلیو رو صف۔</w:t>
      </w:r>
    </w:p>
    <w:p>
      <w:r>
        <w:rPr>
          <w:b/>
        </w:rPr>
        <w:t xml:space="preserve">[17:37] </w:t>
      </w:r>
      <w:r>
        <w:t>to jitne log hain, sab sab bana kar ke queue mein row bana kar khade ho jate hain,</w:t>
      </w:r>
    </w:p>
    <w:p>
      <w:pPr>
        <w:jc w:val="right"/>
      </w:pPr>
      <w:r>
        <w:t>تو جتنے لوگ ہیں، سب سب بنا کر کے کیو میں رو بنا کر کھڑے ہو جاتے ہیں،</w:t>
      </w:r>
    </w:p>
    <w:p>
      <w:r>
        <w:rPr>
          <w:b/>
        </w:rPr>
        <w:t xml:space="preserve">[17:45] </w:t>
      </w:r>
      <w:r>
        <w:t>chahe sau hon, hazar hon, lakh hon, kitne bhi hon, ek hi aadmi aage rahega. is ka matlab kya hua? har din paanch baar masjid mein congregational prayer mein yeh bataya jata hai ke except one, all are equals.</w:t>
      </w:r>
    </w:p>
    <w:p>
      <w:pPr>
        <w:jc w:val="right"/>
      </w:pPr>
      <w:r>
        <w:t>چاہے سو ہوں، ہزار ہوں، لاکھ ہوں، کتنے بھی ہوں، ایک ہی آدمی آگے رہے گا۔ اس کا مطلب کیا ہوا؟ ہر دن پانچ بار مسجد میں کانگریگیشنل پریئر میں یہ بتایا جاتا ہے کہ ایکسیپٹ ون، ال ار ایکولز۔</w:t>
      </w:r>
    </w:p>
    <w:p>
      <w:r>
        <w:rPr>
          <w:b/>
        </w:rPr>
        <w:t xml:space="preserve">[18:06] </w:t>
      </w:r>
      <w:r>
        <w:t>yahan se le kar Arab tak jaiye, kahin bhi jaiye, aap yahi scene aap dekhenge ke except one, all are equals.</w:t>
      </w:r>
    </w:p>
    <w:p>
      <w:pPr>
        <w:jc w:val="right"/>
      </w:pPr>
      <w:r>
        <w:t>یہاں سے لے کر عرب تک جائیے، کہیں بھی جائیے، آپ یہی سین آپ دیکھیں گے کہ ایکسیپٹ ون، ال ار ایکولز۔</w:t>
      </w:r>
    </w:p>
    <w:p>
      <w:r>
        <w:rPr>
          <w:b/>
        </w:rPr>
        <w:t xml:space="preserve">[18:15] </w:t>
      </w:r>
      <w:r>
        <w:t>sab ko back seat par jana hai, chale jao back seat par sab log. aur woh ek jo exception hai, woh kya hai? sirf namaz ki lead dene ke liye, aur kuch nahi.</w:t>
      </w:r>
    </w:p>
    <w:p>
      <w:pPr>
        <w:jc w:val="right"/>
      </w:pPr>
      <w:r>
        <w:t>سب کو بیک سیٹ پر جانا ہے، چلے جاؤ بیک سیٹ پر سب لوگ۔ اور وہ ایک جو ایکسیپشن ہے، وہ کیا ہے؟ صرف نماز کی لیڈ دینے کے لیے، اور کچھ نہیں۔</w:t>
      </w:r>
    </w:p>
    <w:p>
      <w:r>
        <w:rPr>
          <w:b/>
        </w:rPr>
        <w:t xml:space="preserve">[18:25] </w:t>
      </w:r>
      <w:r>
        <w:t>aisa nahi hai ke is par koi koi super human samjha jaye, kuch bhi nahi. yeh ek ek organization ki baat hai.</w:t>
      </w:r>
    </w:p>
    <w:p>
      <w:pPr>
        <w:jc w:val="right"/>
      </w:pPr>
      <w:r>
        <w:t>ایسا نہیں ہے کہ اس پر کوئی کوئی سپر ہیومن سمجھا جائے، کچھ بھی نہیں۔ یہ ایک ایک ارگنائزیشن کی بات ہے۔</w:t>
      </w:r>
    </w:p>
    <w:p>
      <w:r>
        <w:rPr>
          <w:b/>
        </w:rPr>
        <w:t xml:space="preserve">[18:35] </w:t>
      </w:r>
      <w:r>
        <w:t>jab namaz ko parhna hai congregational way mein, to kya kiya jayega? ek aadmi to lead karega, us ko b</w:t>
      </w:r>
    </w:p>
    <w:p>
      <w:pPr>
        <w:jc w:val="right"/>
      </w:pPr>
      <w:r>
        <w:t>جب نماز کو پڑھنا ہے کانگریگیشنل وے میں، تو کیا کیا جائے گا؟ ایک آدمی تو لیڈ کرے گا، اس کو ب</w:t>
      </w:r>
    </w:p>
    <w:p>
      <w:r>
        <w:rPr>
          <w:b/>
        </w:rPr>
        <w:t xml:space="preserve">[18:43] </w:t>
      </w:r>
      <w:r>
        <w:t>bas yeh hai equality jis ka ke daily demonstration diya jata hai. ab dekhiye, namaz jab khatam hoti hai, namaz paanch baar parhi jati hai rozana 24 ghante mein, raat din mein.</w:t>
      </w:r>
    </w:p>
    <w:p>
      <w:pPr>
        <w:jc w:val="right"/>
      </w:pPr>
      <w:r>
        <w:t>س یہ ہے ایکولٹی جس کا کہ ڈیلی ڈیمونسٹریشن دیا جاتا ہے۔ اب دیکھیے، نماز جب ختم ہوتی ہے، نماز پانچ بار پڑھی جاتی ہے روزانہ 24 گھنٹے میں، رات دن میں۔</w:t>
      </w:r>
    </w:p>
    <w:p>
      <w:r>
        <w:rPr>
          <w:b/>
        </w:rPr>
        <w:t xml:space="preserve">[18:59] </w:t>
      </w:r>
      <w:r>
        <w:t>to</w:t>
      </w:r>
    </w:p>
    <w:p>
      <w:pPr>
        <w:jc w:val="right"/>
      </w:pPr>
      <w:r>
        <w:t>تو</w:t>
      </w:r>
    </w:p>
    <w:p>
      <w:r>
        <w:rPr>
          <w:b/>
        </w:rPr>
        <w:t xml:space="preserve">[19:00] </w:t>
      </w:r>
      <w:r>
        <w:t>last mein jo kaha jata hai, woh yeh hai ke sare log jitne bhi namaz mein hain, chahe Imam hon ya peeche wale hon, woh kehte hain: Assalamu Alaikum Wa Rahmatullahi.</w:t>
      </w:r>
    </w:p>
    <w:p>
      <w:pPr>
        <w:jc w:val="right"/>
      </w:pPr>
      <w:r>
        <w:t>لاسٹ میں جو کہا جاتا ہے، وہ یہ ہے کہ سارے لوگ جتنے بھی نماز میں ہیں، چاہے امام ہوں یا پیچھے والے ہوں، وہ کہتے ہیں: السلام علیکم ورحمۃ اللہ۔</w:t>
      </w:r>
    </w:p>
    <w:p>
      <w:r>
        <w:rPr>
          <w:b/>
        </w:rPr>
        <w:t xml:space="preserve">[19:13] </w:t>
      </w:r>
      <w:r>
        <w:t>Assalamu Alaikum Wa Rahmatullahi. aye logon, tum par peace ho. peace be upon you, peace be upon you, peace and blessing be upon you.</w:t>
      </w:r>
    </w:p>
    <w:p>
      <w:pPr>
        <w:jc w:val="right"/>
      </w:pPr>
      <w:r>
        <w:t>السلام علیکم ورحمۃ اللہ۔ اے لوگوں، تم پر پیس ہو۔ پیس بی اپان یو، پیس بی اپان یو، پیس اینڈ بلیسنگ بی اپان یو۔</w:t>
      </w:r>
    </w:p>
    <w:p>
      <w:r>
        <w:rPr>
          <w:b/>
        </w:rPr>
        <w:t xml:space="preserve">[19:25] </w:t>
      </w:r>
      <w:r>
        <w:t>kis par? purey globe par jo log basey huey hain,</w:t>
      </w:r>
    </w:p>
    <w:p>
      <w:pPr>
        <w:jc w:val="right"/>
      </w:pPr>
      <w:r>
        <w:t>کس پر؟ پورے گلوب پر جو لوگ بسے ہوئے ہیں،</w:t>
      </w:r>
    </w:p>
    <w:p>
      <w:r>
        <w:rPr>
          <w:b/>
        </w:rPr>
        <w:t xml:space="preserve">[19:29] </w:t>
      </w:r>
      <w:r>
        <w:t>east mein, west mein, south mein, north mein. kyunke aap jantey hain ke namaz jo parhi jati hai, to kaba ko direction diya jata hai.</w:t>
      </w:r>
    </w:p>
    <w:p>
      <w:pPr>
        <w:jc w:val="right"/>
      </w:pPr>
      <w:r>
        <w:t>ایسٹ میں، ویسٹ میں، ساؤتھ میں، نارتھ میں۔ کیونکہ آپ جانتے ہیں کہ نماز جو پڑھی جاتی ہے، تو کعبہ کو ڈائریکشن دیا جاتا ہے۔</w:t>
      </w:r>
    </w:p>
    <w:p>
      <w:r>
        <w:rPr>
          <w:b/>
        </w:rPr>
        <w:t xml:space="preserve">[19:40] </w:t>
      </w:r>
      <w:r>
        <w:t>to kaba yahan par hai, to puri duniya mein log parhtey hain namaz. to sab ka east hi mein nahin hota, kisi ka east mein, kisi ke west mein, kisi ke north mein, kisi south mein hota hai.</w:t>
      </w:r>
    </w:p>
    <w:p>
      <w:pPr>
        <w:jc w:val="right"/>
      </w:pPr>
      <w:r>
        <w:t>تو کعبہ یہاں پر ہے، تو پوری دنیا میں لوگ پڑھتے ہیں نماز۔ تو سب کا ایسٹ ہی میں نہیں ہوتا، کسی کا ایسٹ میں، کسی کے ویسٹ میں، کسی کے نارتھ میں، کسی ساؤتھ میں ہوتا ہے۔</w:t>
      </w:r>
    </w:p>
    <w:p>
      <w:r>
        <w:rPr>
          <w:b/>
        </w:rPr>
        <w:t xml:space="preserve">[19:55] </w:t>
      </w:r>
      <w:r>
        <w:t>to is ka matlab kya hua? ke sari duniya ke musalman daily charon taraf munh kar ke kehtey hain ke: aye logon, tum par peace ho, tum par khuda ki blessing ho.</w:t>
      </w:r>
    </w:p>
    <w:p>
      <w:pPr>
        <w:jc w:val="right"/>
      </w:pPr>
      <w:r>
        <w:t>تو اس کا مطلب کیا ہوا؟ کہ ساری دنیا کے مسلمان ڈیلی چاروں طرف منہ کر کے کہتے ہیں کہ: اے لوگوں، تم پر پیس ہو، تم پر خدا کی بلیسنگ ہو۔</w:t>
      </w:r>
    </w:p>
    <w:p>
      <w:r>
        <w:rPr>
          <w:b/>
        </w:rPr>
        <w:t xml:space="preserve">[20:07] </w:t>
      </w:r>
      <w:r>
        <w:t>ab bataiye ke is se bari baat kya ho sakti hai?</w:t>
      </w:r>
    </w:p>
    <w:p>
      <w:pPr>
        <w:jc w:val="right"/>
      </w:pPr>
      <w:r>
        <w:t>اب بتائیے کہ اس سے بڑی بات کیا ہو سکتی ہے؟</w:t>
      </w:r>
    </w:p>
    <w:p>
      <w:r>
        <w:rPr>
          <w:b/>
        </w:rPr>
        <w:t xml:space="preserve">[20:12] </w:t>
      </w:r>
      <w:r>
        <w:t>ke yeh sikhaya jata hai ke har din panch bar sari duniya ko tum peace bhejo, blessing bhejo, naik tamannaein bhejo, compassion bhejo, well wishing bhejo sab ke liye.</w:t>
      </w:r>
    </w:p>
    <w:p>
      <w:pPr>
        <w:jc w:val="right"/>
      </w:pPr>
      <w:r>
        <w:t>کہ یہ سکھایا جاتا ہے کہ ہر دن پانچ بار ساری دنیا کو تم پیس بھیجو، بلیسنگ بھیجو، نیک تمنائیں بھیجو، کمپیشن بھیجو، ویل وشنگ بھیجو سب کے لیے۔</w:t>
      </w:r>
    </w:p>
    <w:p>
      <w:r>
        <w:rPr>
          <w:b/>
        </w:rPr>
        <w:t xml:space="preserve">[20:26] </w:t>
      </w:r>
      <w:r>
        <w:t>yeh hai true teaching Islam ki. ab bataiye ke is mein katharta ki kahan jagah hai? katharta ki kahin jagah nahin hai. aise hi dekhen, haj jo hai, haj mein kya hota hai?</w:t>
      </w:r>
    </w:p>
    <w:p>
      <w:pPr>
        <w:jc w:val="right"/>
      </w:pPr>
      <w:r>
        <w:t>یہ ہے ٹرو ٹیچنگ اسلام کی۔ اب بتائیے کہ اس میں کٹھڑتا کی کہاں جگہ ہے؟ کٹھڑتا کی کہیں جگہ نہیں ہے۔ ایسے ہی دیکھیں، حج جو ہے، حج میں کیا ہوتا ہے؟</w:t>
      </w:r>
    </w:p>
    <w:p>
      <w:r>
        <w:rPr>
          <w:b/>
        </w:rPr>
        <w:t xml:space="preserve">[20:41] </w:t>
      </w:r>
      <w:r>
        <w:t>haj ka mein jo sab se jo final phase hai, haj ka final phase woh hai ek bohat bara ek maidan hai jis ko arafat kehtey hain.</w:t>
      </w:r>
    </w:p>
    <w:p>
      <w:pPr>
        <w:jc w:val="right"/>
      </w:pPr>
      <w:r>
        <w:t>حج کا میں جو سب سے جو فائنل فیز ہے، حج کا فائنل فیز وہ ہے ایک بہت بڑا ایک میدان ہے جس کو عرفات کہتے ہیں۔</w:t>
      </w:r>
    </w:p>
    <w:p>
      <w:r>
        <w:rPr>
          <w:b/>
        </w:rPr>
        <w:t xml:space="preserve">[20:51] </w:t>
      </w:r>
      <w:r>
        <w:t>arafat asal mein ek mountain hai, pahad. us ke pas ek bohat bari field hai, to wahan par sare haji ikatha hote hain.</w:t>
      </w:r>
    </w:p>
    <w:p>
      <w:pPr>
        <w:jc w:val="right"/>
      </w:pPr>
      <w:r>
        <w:t>عرفات اصل میں ایک ماؤنٹین ہے، پہاڑ۔ اس کے پاس ایک بہت بڑی فیلڈ ہے، تو وہاں پر سارے حاجی اکٹھا ہوتے ہیں۔</w:t>
      </w:r>
    </w:p>
    <w:p>
      <w:r>
        <w:rPr>
          <w:b/>
        </w:rPr>
        <w:t xml:space="preserve">[21:03] </w:t>
      </w:r>
      <w:r>
        <w:t>jaise aaj kal 25 lakh, 30 lakh hote hain haji, woh sab wahan par ikatha hote hain. wahi final phase hai haj ka,</w:t>
      </w:r>
    </w:p>
    <w:p>
      <w:pPr>
        <w:jc w:val="right"/>
      </w:pPr>
      <w:r>
        <w:t>جیسے آج کل 25 لاکھ، 30 لاکھ ہوتے ہیں حاجی، وہ سب وہاں پر اکٹھا ہوتے ہیں۔ وہی فائنل فیز ہے حج کا،</w:t>
      </w:r>
    </w:p>
    <w:p>
      <w:r>
        <w:rPr>
          <w:b/>
        </w:rPr>
        <w:t xml:space="preserve">[21:11] </w:t>
      </w:r>
      <w:r>
        <w:t>final phase is sense mein ke al haj wal arafah. al haj wa arafah yani haj maidan arafat mein jab ikatha ho jate hain, tabhi haj poora hota hai.</w:t>
      </w:r>
    </w:p>
    <w:p>
      <w:pPr>
        <w:jc w:val="right"/>
      </w:pPr>
      <w:r>
        <w:t>فائنل فیز اس سینس میں کہ الحج والعرفہ۔ الحج وعرفہ یعنی حج میدان عرفات میں جب اکٹھا ہو جاتے ہیں، تبھی حج پورا ہوتا ہے۔</w:t>
      </w:r>
    </w:p>
    <w:p>
      <w:r>
        <w:rPr>
          <w:b/>
        </w:rPr>
        <w:t xml:space="preserve">[21:22] </w:t>
      </w:r>
      <w:r>
        <w:t>achha, wahan par agar aap dekhen is scene ko, aap TV pe dekha hoga aap ne ke sare log jo hain ek hi kapra pehantey hain, wahi kapra jo hindu sadhuon ka hota hai.</w:t>
      </w:r>
    </w:p>
    <w:p>
      <w:pPr>
        <w:jc w:val="right"/>
      </w:pPr>
      <w:r>
        <w:t>اچھا، وہاں پر اگر آپ دیکھیں اس سین کو، آپ ٹی وی پہ دیکھا ہوگا آپ نے کہ سارے لوگ جو ہیں ایک ہی کپڑا پہنتے ہیں، وہی کپڑا جو ہندو سادھوؤں کا ہوتا ہے۔</w:t>
      </w:r>
    </w:p>
    <w:p>
      <w:r>
        <w:rPr>
          <w:b/>
        </w:rPr>
        <w:t xml:space="preserve">[21:37] </w:t>
      </w:r>
      <w:r>
        <w:t>sirf is farq ke sath ke hindu sathiyon ka karkon wala libas hota hai, aksar wahan white hota hai, yani bana sira kapra upar, bana kapra nahin, yani do kaprey,</w:t>
      </w:r>
    </w:p>
    <w:p>
      <w:pPr>
        <w:jc w:val="right"/>
      </w:pPr>
      <w:r>
        <w:t>صرف اس فرق کے ساتھ کہ ہندو ساتھیوں کا کا گرگوں والا لباس ہوتا ہے، اکثر وہاں وائٹ ہوتا ہے، یعنی بنا سرا کپڑا اوپر، بنا کپڑا نہیں، یعنی دو کپڑے،</w:t>
      </w:r>
    </w:p>
    <w:p>
      <w:r>
        <w:rPr>
          <w:b/>
        </w:rPr>
        <w:t xml:space="preserve">[21:51] </w:t>
      </w:r>
      <w:r>
        <w:t>do kaprey bana un-tailored, un-tailored. yani yun samajh lijiye ke do sheet, do chaderin, ek upar lapet liya, ek neeche bandh liya.</w:t>
      </w:r>
    </w:p>
    <w:p>
      <w:pPr>
        <w:jc w:val="right"/>
      </w:pPr>
      <w:r>
        <w:t>دو کپڑے بنا ان ٹیلرڈ، ان ٹیلرڈ۔ یعنی یوں سمجھ لیجئے کہ دو شیٹ، دو چادریں، ایک اوپر لپیٹ لیا، ایک نیچے باندھ لیا۔</w:t>
      </w:r>
    </w:p>
    <w:p>
      <w:r>
        <w:rPr>
          <w:b/>
        </w:rPr>
        <w:t xml:space="preserve">[22:03] </w:t>
      </w:r>
      <w:r>
        <w:t>sare log isi white kaprey mein hotey hain.</w:t>
      </w:r>
    </w:p>
    <w:p>
      <w:pPr>
        <w:jc w:val="right"/>
      </w:pPr>
      <w:r>
        <w:t>سارے لوگ اسی وائٹ کپڑے میں ہوتے ہیں۔</w:t>
      </w:r>
    </w:p>
    <w:p>
      <w:r>
        <w:rPr>
          <w:b/>
        </w:rPr>
        <w:t xml:space="preserve">[22:07] </w:t>
      </w:r>
      <w:r>
        <w:t>yahan par itni similarity hai ke jitne bhi hinduo mein sadhu log, guru log hain, woh aise hi kapra pehantey hain.</w:t>
      </w:r>
    </w:p>
    <w:p>
      <w:pPr>
        <w:jc w:val="right"/>
      </w:pPr>
      <w:r>
        <w:t>یہاں پر اتنی سیمیلریٹی ہے کہ جتنے بھی ہندوؤں میں سادھو لوگ، گرو لوگ ہیں، وہ ایسے ہی کپڑا پہنتے ہیں۔</w:t>
      </w:r>
    </w:p>
    <w:p>
      <w:r>
        <w:rPr>
          <w:b/>
        </w:rPr>
        <w:t xml:space="preserve">[22:16] </w:t>
      </w:r>
      <w:r>
        <w:t>yahan par ek qissa mein bataun ke jab swami vivekanand gaye the wahan par america pehli bar, yani 1893 mein, us waqt wahan hindu log nahin hua karte the, indian nahin hote the, koi indian nahin tha wahan par</w:t>
      </w:r>
    </w:p>
    <w:p>
      <w:pPr>
        <w:jc w:val="right"/>
      </w:pPr>
      <w:r>
        <w:t>یہاں پر ایک قصہ میں بتاؤں کہ جب سوامی ویکانند گئے تھے وہاں پر امریکہ پہلی بار، یعنی 1893 میں، اس وقت وہاں ہندو لوگ نہیں ہوا کرتے تھے، انڈین نہیں ہوتے تھے، کوئی انڈین نہیں تھا وہاں پر</w:t>
      </w:r>
    </w:p>
    <w:p>
      <w:r>
        <w:rPr>
          <w:b/>
        </w:rPr>
        <w:t xml:space="preserve">[22:30] </w:t>
      </w:r>
      <w:r>
        <w:t>to yeh woh aise hi kapra pehney hue the, un-tailored, ek upar, ek neeche. to woh karkon wala libas hota tha, haj mein safed libas hota hai.</w:t>
      </w:r>
    </w:p>
    <w:p>
      <w:pPr>
        <w:jc w:val="right"/>
      </w:pPr>
      <w:r>
        <w:t>۔ تو یہ وہ ایسے ہی کپڑا پہنے ہوئے تھے، ان ٹیلرڈ، ایک اوپر، ایک نیچے۔ تو وہ گرگوں والا لباس ہوتا تھا، حج میں سفید لباس ہوتا ہے۔</w:t>
      </w:r>
    </w:p>
    <w:p>
      <w:r>
        <w:rPr>
          <w:b/>
        </w:rPr>
        <w:t xml:space="preserve">[22:42] </w:t>
      </w:r>
      <w:r>
        <w:t>to wahan par ek lady ne dekha, us ko road par chal rahe the. to lady ne whisper ke roop mein apne husband se kaha ke: "yeh aadmi mujhe koi gentleman dikhai nahin deta, bana sira kapra jo tha, us ki wajah se.</w:t>
      </w:r>
    </w:p>
    <w:p>
      <w:pPr>
        <w:jc w:val="right"/>
      </w:pPr>
      <w:r>
        <w:t>تو وہاں پر ایک لیڈی نے دیکھا، اس کو روڈ پر چل رہے تھے۔ تو لیڈی نے وسپر کے روپ میں اپنے ہسبینڈ سے کہا کہ: "یہ آدمی مجھے کوئی جنٹلمین دکھائی نہیں دیتا، بنا سرا کپڑا جو تھا، اس کی وجہ سے۔</w:t>
      </w:r>
    </w:p>
    <w:p>
      <w:r>
        <w:rPr>
          <w:b/>
        </w:rPr>
        <w:t xml:space="preserve">[22:59] </w:t>
      </w:r>
      <w:r>
        <w:t>" to swami ji ne sun liya, swami vivekanand ne to us ke pas gaye. us ne kaha ke: "excuse me, madam, in your country, tailor makes a man gentleman,</w:t>
      </w:r>
    </w:p>
    <w:p>
      <w:pPr>
        <w:jc w:val="right"/>
      </w:pPr>
      <w:r>
        <w:t>" تو سوامی جی نے سن لیا، سوامی ویکانند نے تو اس کے پاس گئے۔ اس نے کہا کہ: "ایکسکیوز می، میڈم، ان یور کنٹری، ٹیلر میکس ا مین جنٹلمین،</w:t>
      </w:r>
    </w:p>
    <w:p>
      <w:r>
        <w:rPr>
          <w:b/>
        </w:rPr>
        <w:t xml:space="preserve">[23:15] </w:t>
      </w:r>
      <w:r>
        <w:t>but the country from which I come, character makes a man gentleman. yeh hai spirit India ki, yeh hai spirit mazhab ki, yeh hai spirit Islam ki."</w:t>
      </w:r>
    </w:p>
    <w:p>
      <w:pPr>
        <w:jc w:val="right"/>
      </w:pPr>
      <w:r>
        <w:t>بٹ دا کنٹری فرام وچ آئی کم، کریکٹر میکس ا مین جنٹلمین۔ یہ ہے اسپیٹ انڈیا کی، یہ ہے اسپیٹ مذہب کی، یہ ہے اسپیٹ اسلام کی۔"</w:t>
      </w:r>
    </w:p>
    <w:p>
      <w:r>
        <w:rPr>
          <w:b/>
        </w:rPr>
        <w:t xml:space="preserve">[23:28] </w:t>
      </w:r>
      <w:r>
        <w:t>to</w:t>
      </w:r>
    </w:p>
    <w:p>
      <w:pPr>
        <w:jc w:val="right"/>
      </w:pPr>
      <w:r>
        <w:t>تو</w:t>
      </w:r>
    </w:p>
    <w:p>
      <w:r>
        <w:rPr>
          <w:b/>
        </w:rPr>
        <w:t xml:space="preserve">[23:29] </w:t>
      </w:r>
      <w:r>
        <w:t>wahan par agar aap dekhen woh scene to sare log ek hi kaprey mein, white kaprey mein. yeh equality ka ek demonstration hai.</w:t>
      </w:r>
    </w:p>
    <w:p>
      <w:pPr>
        <w:jc w:val="right"/>
      </w:pPr>
      <w:r>
        <w:t>وہاں پر اگر آپ دیکھیں وہ سین تو سارے لوگ ایک ہی کپڑے میں، وائٹ کپڑے میں۔ یہ ایکولٹی کا ایک ڈیمونسٹریشن ہے۔</w:t>
      </w:r>
    </w:p>
    <w:p>
      <w:r>
        <w:rPr>
          <w:b/>
        </w:rPr>
        <w:t xml:space="preserve">[23:40] </w:t>
      </w:r>
      <w:r>
        <w:t>wahan par jantey hain, aap haj karne jate hain, jo to king bhi hotey hain, rich bhi hotey hain, poor bhi hotey hain, white bhi hotey hain, black bhi hotey hain, har country ke log hotey hain, lekin kapra sab ka ek,</w:t>
      </w:r>
    </w:p>
    <w:p>
      <w:pPr>
        <w:jc w:val="right"/>
      </w:pPr>
      <w:r>
        <w:t>وہاں پر جانتے ہیں، آپ حج کرنے جاتے ہیں، جو تو کنگ بھی ہوتے ہیں، رچ بھی ہوتے ہیں، پور بھی ہوتے ہیں، وائٹ بھی ہوتے ہیں، بلیک بھی ہوتے ہیں، ہر کنٹری کے لوگ ہوتے ہیں، لیکن کپڑا سب کا ایک،</w:t>
      </w:r>
    </w:p>
    <w:p>
      <w:r>
        <w:rPr>
          <w:b/>
        </w:rPr>
        <w:t xml:space="preserve">[23:55] </w:t>
      </w:r>
      <w:r>
        <w:t>kapra sab ka ek.</w:t>
      </w:r>
    </w:p>
    <w:p>
      <w:pPr>
        <w:jc w:val="right"/>
      </w:pPr>
      <w:r>
        <w:t>کپڑا سب کا ایک۔</w:t>
      </w:r>
    </w:p>
    <w:p>
      <w:r>
        <w:rPr>
          <w:b/>
        </w:rPr>
        <w:t xml:space="preserve">[23:57] </w:t>
      </w:r>
      <w:r>
        <w:t>yeh aik demonstration hai ke sare insan barabar hain, sare insan barabar hain, sare insan barabar hain. Acha, prophet ne wahan par jo sermon diya tha, jis ko kehte hain Hajjat al-Wida,</w:t>
      </w:r>
    </w:p>
    <w:p>
      <w:pPr>
        <w:jc w:val="right"/>
      </w:pPr>
      <w:r>
        <w:t>یہ ایک ڈیمونسٹریشن ہے کہ سارے انسان برابر ہیں، سارے انسان برابر ہیں، سارے انسان برابر ہیں۔ اچھا، پرافٹ نے وہاں پر جو سرمن دیا تھا، جس کو کہتے ہیں حجۃ الوداع،</w:t>
      </w:r>
    </w:p>
    <w:p>
      <w:r>
        <w:rPr>
          <w:b/>
        </w:rPr>
        <w:t xml:space="preserve">[24:11] </w:t>
      </w:r>
      <w:r>
        <w:t>Islamic history mein is ko Hajjat al-Wida kaha jata hai. Is mein aap us waqt aap head up thay, in Arab ka jo state bani thi, aap ki zindagi mein aap jante hain ke Arab mein aik state ban gayi thi, us ke head thay.</w:t>
      </w:r>
    </w:p>
    <w:p>
      <w:pPr>
        <w:jc w:val="right"/>
      </w:pPr>
      <w:r>
        <w:t>اسلامک ہسٹری میں اس کو حجۃ الوداع کہا جاتا ہے۔ اس میں آپ اس وقت آپ ہیڈ اپ تھے، ان عرب کا جو اسٹیٹ بنی تھی، آپ کی زندگی میں آپ جانتے ہیں کہ عرب میں ایک اسٹیٹ بن گئی تھی، اس کے ہیڈ تھے۔</w:t>
      </w:r>
    </w:p>
    <w:p>
      <w:r>
        <w:rPr>
          <w:b/>
        </w:rPr>
        <w:t xml:space="preserve">[24:26] </w:t>
      </w:r>
      <w:r>
        <w:t>Aap</w:t>
      </w:r>
    </w:p>
    <w:p>
      <w:pPr>
        <w:jc w:val="right"/>
      </w:pPr>
      <w:r>
        <w:t>آپ</w:t>
      </w:r>
    </w:p>
    <w:p>
      <w:r>
        <w:rPr>
          <w:b/>
        </w:rPr>
        <w:t xml:space="preserve">[24:28] </w:t>
      </w:r>
      <w:r>
        <w:t>apni zindagi mein aap is ke head ban chuke thay. To 632 mein, yani apni death se sirf do mahine, dhai mahine pehle, wahan aap ne last sermon diya,</w:t>
      </w:r>
    </w:p>
    <w:p>
      <w:pPr>
        <w:jc w:val="right"/>
      </w:pPr>
      <w:r>
        <w:t>اپنی زندگی میں آپ اس کے ہیڈ بن چکے تھے۔ تو 632 میں، یعنی اپنی ڈیتھ سے صرف دو مہینے، ڈھائی مہینے پہلے، وہاں آپ نے لاسٹ سرمن دیا،</w:t>
      </w:r>
    </w:p>
    <w:p>
      <w:r>
        <w:rPr>
          <w:b/>
        </w:rPr>
        <w:t xml:space="preserve">[24:43] </w:t>
      </w:r>
      <w:r>
        <w:t>head of the state ke hasiyat se. Is mein aap ne kaha ke: "La fazl Arabi ajamiin,</w:t>
      </w:r>
    </w:p>
    <w:p>
      <w:pPr>
        <w:jc w:val="right"/>
      </w:pPr>
      <w:r>
        <w:t>ہیڈ اف دا اسٹیٹ کے حیثیت سے۔ اس میں آپ نے کہا کہ: "لا فضل عربی عجمین،</w:t>
      </w:r>
    </w:p>
    <w:p>
      <w:r>
        <w:rPr>
          <w:b/>
        </w:rPr>
        <w:t xml:space="preserve">[24:54] </w:t>
      </w:r>
      <w:r>
        <w:t>wala Arabi ajamiin, wala aswad ala amra, wala amra ala aswad, illa bidin al-taqwa." Yeh aik head of the state ki taraf se aik declaration tha ke kisi ko superiority nahi hai,</w:t>
      </w:r>
    </w:p>
    <w:p>
      <w:pPr>
        <w:jc w:val="right"/>
      </w:pPr>
      <w:r>
        <w:t>ولا عربی عجمین، ولا اسود علی امرا، ولا امرا علی اسود، الا بدین التقوی۔" یہ ایک ہیڈ اف دا اسٹیٹ کی طرف سے ایک ڈیکلیریشن تھا کہ کسی کو سپیریٹی نہیں ہے،</w:t>
      </w:r>
    </w:p>
    <w:p>
      <w:r>
        <w:rPr>
          <w:b/>
        </w:rPr>
        <w:t xml:space="preserve">[25:11] </w:t>
      </w:r>
      <w:r>
        <w:t>aik ke upar, aik aik ko doosre ke upar, na ajam walon ko. Yeh Arab log jo thay, woh non-Arab ko ajam kehte thay,</w:t>
      </w:r>
    </w:p>
    <w:p>
      <w:pPr>
        <w:jc w:val="right"/>
      </w:pPr>
      <w:r>
        <w:t>ایک کے اوپر، ایک ایک کو دوسرے کے اوپر، نہ عجم والوں کو۔ یہ عرب لوگ جو تھے، وہ نان عرب کو عجم کہتے تھے،</w:t>
      </w:r>
    </w:p>
    <w:p>
      <w:r>
        <w:rPr>
          <w:b/>
        </w:rPr>
        <w:t xml:space="preserve">[25:23] </w:t>
      </w:r>
      <w:r>
        <w:t>non-Arab ko ajam kehte thay. To aap ne farmaya ke na Arab walon ko security hai, na ajam walon ko security hai, na blacks ko security hai, na whites ko security hai.</w:t>
      </w:r>
    </w:p>
    <w:p>
      <w:pPr>
        <w:jc w:val="right"/>
      </w:pPr>
      <w:r>
        <w:t>نان عرب کو عجم کہتے تھے۔ تو آپ نے فرمایا کہ نہ عرب والوں کو سیکیورٹی ہے، نہ عجم والوں کو سیکیورٹی ہے، نہ بلیکس کو سیکیورٹی ہے، نہ وائٹ کو سیکیورٹی ہے۔</w:t>
      </w:r>
    </w:p>
    <w:p>
      <w:r>
        <w:rPr>
          <w:b/>
        </w:rPr>
        <w:t xml:space="preserve">[25:36] </w:t>
      </w:r>
      <w:r>
        <w:t>Sab barabar hain, sab barabar hain, sab barabar hain, all are equals.</w:t>
      </w:r>
    </w:p>
    <w:p>
      <w:pPr>
        <w:jc w:val="right"/>
      </w:pPr>
      <w:r>
        <w:t>سب برابر ہیں، سب برابر ہیں، سب برابر ہیں، ال ار ایکولز۔</w:t>
      </w:r>
    </w:p>
    <w:p>
      <w:r>
        <w:rPr>
          <w:b/>
        </w:rPr>
        <w:t xml:space="preserve">[25:44] </w:t>
      </w:r>
      <w:r>
        <w:t>Yeh aik taraf woh demonstration ko dekhiye aap, aur doosri is declaration ko dekhiye aap.</w:t>
      </w:r>
    </w:p>
    <w:p>
      <w:pPr>
        <w:jc w:val="right"/>
      </w:pPr>
      <w:r>
        <w:t>یہ ایک طرف وہ ڈیمونسٹریشن کو دیکھیے آپ، اور دوسری اس ڈیکلیریشن کو دیکھیے آپ۔</w:t>
      </w:r>
    </w:p>
    <w:p>
      <w:r>
        <w:rPr>
          <w:b/>
        </w:rPr>
        <w:t xml:space="preserve">[25:50] </w:t>
      </w:r>
      <w:r>
        <w:t>Yeh hai aik aik universal declaration equality ka.</w:t>
      </w:r>
    </w:p>
    <w:p>
      <w:pPr>
        <w:jc w:val="right"/>
      </w:pPr>
      <w:r>
        <w:t>یہ ہے ایک ایک یونیورسل ڈیکلیریشن ایکولٹی کا۔</w:t>
      </w:r>
    </w:p>
    <w:p>
      <w:r>
        <w:rPr>
          <w:b/>
        </w:rPr>
        <w:t xml:space="preserve">[25:59] </w:t>
      </w:r>
      <w:r>
        <w:t>To dekhiye, main aap ko yaad dilana chahunga ke Islam mein basically Islam do, yani principle ka naam hai, do basically do principle.</w:t>
      </w:r>
    </w:p>
    <w:p>
      <w:pPr>
        <w:jc w:val="right"/>
      </w:pPr>
      <w:r>
        <w:t>تو دیکھیے، میں آپ کو یاد دلانا چاہوں گا کہ اسلام میں بیسیکلی اسلام دو، یعنی پرنسپل کا نام ہے، دو بیسیکلی دو پرنسپل۔</w:t>
      </w:r>
    </w:p>
    <w:p>
      <w:r>
        <w:rPr>
          <w:b/>
        </w:rPr>
        <w:t xml:space="preserve">[26:15] </w:t>
      </w:r>
      <w:r>
        <w:t>Woh kya?</w:t>
      </w:r>
    </w:p>
    <w:p>
      <w:pPr>
        <w:jc w:val="right"/>
      </w:pPr>
      <w:r>
        <w:t>وہ کیا؟</w:t>
      </w:r>
    </w:p>
    <w:p>
      <w:r>
        <w:rPr>
          <w:b/>
        </w:rPr>
        <w:t xml:space="preserve">[26:18] </w:t>
      </w:r>
      <w:r>
        <w:t>Oneness of God aur oneness of humanity. Oneness of God aur oneness of humanity basically yahi hai.</w:t>
      </w:r>
    </w:p>
    <w:p>
      <w:pPr>
        <w:jc w:val="right"/>
      </w:pPr>
      <w:r>
        <w:t>وننس اف گاڈ اور وننس اف ہیومینٹی۔ وننس اف گاڈ اور وننس اف ہیومینٹی بیسیکلی یہی ہے۔</w:t>
      </w:r>
    </w:p>
    <w:p>
      <w:r>
        <w:rPr>
          <w:b/>
        </w:rPr>
        <w:t xml:space="preserve">[26:28] </w:t>
      </w:r>
      <w:r>
        <w:t>To oneness of humanity kya hai? Wahi equality hai, all are equals. To aik mein yahan par do aap ko do reference dunga, dena chahunga.</w:t>
      </w:r>
    </w:p>
    <w:p>
      <w:pPr>
        <w:jc w:val="right"/>
      </w:pPr>
      <w:r>
        <w:t>تو وننس اف ہیومینٹی کیا ہے؟ وہی ایکولٹی ہے، ال ار ایکولز۔ تو ایک میں یہاں پر دو آپ کو دو ریفرنس دوں گا، دینا چاہوں گا۔</w:t>
      </w:r>
    </w:p>
    <w:p>
      <w:r>
        <w:rPr>
          <w:b/>
        </w:rPr>
        <w:t xml:space="preserve">[26:44] </w:t>
      </w:r>
      <w:r>
        <w:t>Aik American scholar hai, us ne Islam ka adhyayan kiya, study ki. To us ne aik book likhi.</w:t>
      </w:r>
    </w:p>
    <w:p>
      <w:pPr>
        <w:jc w:val="right"/>
      </w:pPr>
      <w:r>
        <w:t>ایک امریکن اسکالر ہے، اس نے اسلام کا अध्ययन کیا، اسٹڈی کی۔ تو اس نے ایک بک لکھی۔</w:t>
      </w:r>
    </w:p>
    <w:p>
      <w:r>
        <w:rPr>
          <w:b/>
        </w:rPr>
        <w:t xml:space="preserve">[26:55] </w:t>
      </w:r>
      <w:r>
        <w:t>Us book mein woh kehta hai ke:</w:t>
      </w:r>
    </w:p>
    <w:p>
      <w:pPr>
        <w:jc w:val="right"/>
      </w:pPr>
      <w:r>
        <w:t>اس بک میں وہ کہتا ہے کہ:</w:t>
      </w:r>
    </w:p>
    <w:p>
      <w:r>
        <w:rPr>
          <w:b/>
        </w:rPr>
        <w:t xml:space="preserve">[26:59] </w:t>
      </w:r>
      <w:r>
        <w:t>"The greatest concern of Islam is Allah." The greatest concern of Islam is Allah.</w:t>
      </w:r>
    </w:p>
    <w:p>
      <w:pPr>
        <w:jc w:val="right"/>
      </w:pPr>
      <w:r>
        <w:t>"دا گریٹسٹ کنسرن اف اسلام از اللہ۔" دا گریٹسٹ کنسرن اف اسلام از اللہ۔</w:t>
      </w:r>
    </w:p>
    <w:p>
      <w:r>
        <w:rPr>
          <w:b/>
        </w:rPr>
        <w:t xml:space="preserve">[27:08] </w:t>
      </w:r>
      <w:r>
        <w:t>Yeh bilkul sahi kaha us ne</w:t>
      </w:r>
    </w:p>
    <w:p>
      <w:pPr>
        <w:jc w:val="right"/>
      </w:pPr>
      <w:r>
        <w:t>یہ بالکل صحیح کہا اس نے</w:t>
      </w:r>
    </w:p>
    <w:p>
      <w:r>
        <w:rPr>
          <w:b/>
        </w:rPr>
        <w:t xml:space="preserve">[27:10] </w:t>
      </w:r>
      <w:r>
        <w:t>ke Islam mein jo central idea hai, jo central principle hai, woh hai Tawheed, yani oneness of God. Yeh central theme hai Islam ki, Tawheed, yani oneness of God,</w:t>
      </w:r>
    </w:p>
    <w:p>
      <w:pPr>
        <w:jc w:val="right"/>
      </w:pPr>
      <w:r>
        <w:t>کہ اسلام میں جو سینٹرل آئیڈیا ہے، جو سینٹرل پرنسپل ہے، وہ ہے توحید، یعنی وننس اف گاڈ۔ یہ سینٹرل تھیم ہے اسلام کی، توحید، یعنی وننس اف گاڈ،</w:t>
      </w:r>
    </w:p>
    <w:p>
      <w:r>
        <w:rPr>
          <w:b/>
        </w:rPr>
        <w:t xml:space="preserve">[27:25] </w:t>
      </w:r>
      <w:r>
        <w:t>La ilaha illallah, there is no God but one God. Aur doosra jo hai equality ka concept.</w:t>
      </w:r>
    </w:p>
    <w:p>
      <w:pPr>
        <w:jc w:val="right"/>
      </w:pPr>
      <w:r>
        <w:t>لا الہ الا اللہ، دیر از نو گاڈ بٹ ون گاڈ۔ اور دوسرا جو ہے ایکولٹی کا کانسیپٹ۔</w:t>
      </w:r>
    </w:p>
    <w:p>
      <w:r>
        <w:rPr>
          <w:b/>
        </w:rPr>
        <w:t xml:space="preserve">[27:35] </w:t>
      </w:r>
      <w:r>
        <w:t>To Swami Vivekananda ki kitaab mere paas hai, us mein woh likhte hain ke unhon ne acknowledge kiya is baat ko ke Islam mein equality kitna zyada hai.</w:t>
      </w:r>
    </w:p>
    <w:p>
      <w:pPr>
        <w:jc w:val="right"/>
      </w:pPr>
      <w:r>
        <w:t>تو سوامی ویکانند کی کتاب میرے پاس ہے، اس میں وہ لکھتے ہیں کہ انہوں نے ایکنالج کیا اس بات کو کہ اسلام میں ایکولٹی کتنا زیادہ ہے۔</w:t>
      </w:r>
    </w:p>
    <w:p>
      <w:r>
        <w:rPr>
          <w:b/>
        </w:rPr>
        <w:t xml:space="preserve">[27:49] </w:t>
      </w:r>
      <w:r>
        <w:t>To woh kehte hain ke yeh unhi ki wording hai ke: "If if ever any religion</w:t>
      </w:r>
    </w:p>
    <w:p>
      <w:pPr>
        <w:jc w:val="right"/>
      </w:pPr>
      <w:r>
        <w:t>تو وہ کہتے ہیں کہ یہ انہی کی ورڈنگ ہے کہ: "اف اف ایور اینی ریلیجن</w:t>
      </w:r>
    </w:p>
    <w:p>
      <w:r>
        <w:rPr>
          <w:b/>
        </w:rPr>
        <w:t xml:space="preserve">[28:00] </w:t>
      </w:r>
      <w:r>
        <w:t>approaches to this equality, it is Islam and Islam alone."</w:t>
      </w:r>
    </w:p>
    <w:p>
      <w:pPr>
        <w:jc w:val="right"/>
      </w:pPr>
      <w:r>
        <w:t>اپروچ ٹو دس ایکولٹی، اٹ از اسلام اینڈ اسلام الون۔"</w:t>
      </w:r>
    </w:p>
    <w:p>
      <w:r>
        <w:rPr>
          <w:b/>
        </w:rPr>
        <w:t xml:space="preserve">[28:09] </w:t>
      </w:r>
      <w:r>
        <w:t>If if any religion, if ever any religion approaches to this equality, it is Islam and Islam alone.</w:t>
      </w:r>
    </w:p>
    <w:p>
      <w:pPr>
        <w:jc w:val="right"/>
      </w:pPr>
      <w:r>
        <w:t>اف اف اینی ریلیجن، اف ایور اینی ریلیجن اپروچ ٹو دس ایکولٹی، اٹ از اسلام اینڈ اسلام الون۔</w:t>
      </w:r>
    </w:p>
    <w:p>
      <w:r>
        <w:rPr>
          <w:b/>
        </w:rPr>
        <w:t xml:space="preserve">[28:18] </w:t>
      </w:r>
      <w:r>
        <w:t>yeh swami vivekanand ke shabdh hain. to islam mein dekhiye, do hi basic principles hain, baqi sab isi ke up shoot hain, isi ki branches hain.</w:t>
      </w:r>
    </w:p>
    <w:p>
      <w:pPr>
        <w:jc w:val="right"/>
      </w:pPr>
      <w:r>
        <w:t>یہ سوامی ویکانندہ کے शब्द ہیں۔ تو اسلام میں دیکھیے، دو ہی بیسک پرنسپلز ہیں، باقی سب اسی کے اپ شوٹ ہیں، اسی کی برانچز ہیں۔</w:t>
      </w:r>
    </w:p>
    <w:p>
      <w:r>
        <w:rPr>
          <w:b/>
        </w:rPr>
        <w:t xml:space="preserve">[28:32] </w:t>
      </w:r>
      <w:r>
        <w:t>to ek hai oneness of god, khuda ka ek hona, khuda ka ek hona. aur doosra hai sare logon ka ek hona, yani in other words, equality.</w:t>
      </w:r>
    </w:p>
    <w:p>
      <w:pPr>
        <w:jc w:val="right"/>
      </w:pPr>
      <w:r>
        <w:t>تو ایک ہے وننس اف گاڈ، خدا کا ایک ہونا، خدا کا ایک ہونا۔ اور دوسرا ہے سارے لوگوں کا ایک ہونا، یعنی ان ادر ورڈز، ایکولٹی۔</w:t>
      </w:r>
    </w:p>
    <w:p>
      <w:r>
        <w:rPr>
          <w:b/>
        </w:rPr>
        <w:t xml:space="preserve">[28:48] </w:t>
      </w:r>
      <w:r>
        <w:t>equality isi par sara is ko aap dekh sakte hain. ab mein aap ko chand ek references aap ke samne rakhna chahunga.</w:t>
      </w:r>
    </w:p>
    <w:p>
      <w:pPr>
        <w:jc w:val="right"/>
      </w:pPr>
      <w:r>
        <w:t>ایکولٹی اسی پر سارا اس کو آپ دیکھ سکتے ہیں۔ اب میں آپ کو چند ایک ریفرنسز آپ کے سامنے رکھنا چاہوں گا۔</w:t>
      </w:r>
    </w:p>
    <w:p>
      <w:r>
        <w:rPr>
          <w:b/>
        </w:rPr>
        <w:t xml:space="preserve">[29:01] </w:t>
      </w:r>
      <w:r>
        <w:t>mein ne yeh samjha hai ke yeh jo equality ka jo concept hai, is se jo cheez nikalti hai sab se zyada, woh hai, woh hai, woh,</w:t>
      </w:r>
    </w:p>
    <w:p>
      <w:pPr>
        <w:jc w:val="right"/>
      </w:pPr>
      <w:r>
        <w:t>میں نے یہ سمجھا ہے کہ یہ جو ایکولٹی کا جو کانسیپٹ ہے، اس سے جو چیز نکلتی ہے سب سے زیادہ، وہ ہے، وہ ہے، وہ،</w:t>
      </w:r>
    </w:p>
    <w:p>
      <w:r>
        <w:rPr>
          <w:b/>
        </w:rPr>
        <w:t xml:space="preserve">[29:19] </w:t>
      </w:r>
      <w:r>
        <w:t>woh hai ill will wishing ki speed.</w:t>
      </w:r>
    </w:p>
    <w:p>
      <w:pPr>
        <w:jc w:val="right"/>
      </w:pPr>
      <w:r>
        <w:t>وہ ہے ان ویل وشنگ کی اسپیڈ۔</w:t>
      </w:r>
    </w:p>
    <w:p>
      <w:r>
        <w:rPr>
          <w:b/>
        </w:rPr>
        <w:t xml:space="preserve">[29:22] </w:t>
      </w:r>
      <w:r>
        <w:t>har ek ka well wisher banna, har insan ka well wisher banna, har insan, yani ek mein keh sakta hoon ke ek friendly culture ko promote karta hai islam.</w:t>
      </w:r>
    </w:p>
    <w:p>
      <w:pPr>
        <w:jc w:val="right"/>
      </w:pPr>
      <w:r>
        <w:t>ہر ایک کا ویلوشر بننا، ہر انسان کا ویلوشر بننا، ہر انسان، یعنی ایک میں کہہ سکتا ہوں کہ ایک فرینڈلی کلچر کو پروموٹ کرتا ہے اسلام۔</w:t>
      </w:r>
    </w:p>
    <w:p>
      <w:r>
        <w:rPr>
          <w:b/>
        </w:rPr>
        <w:t xml:space="preserve">[29:34] </w:t>
      </w:r>
      <w:r>
        <w:t>human friendly culture, insan friendly culture ko promote karta hai islam. ek hadith mein prophet ne kaha ke: "wallahi la yoomino, wallahi la yoomino, wallahi la yoomino,</w:t>
      </w:r>
    </w:p>
    <w:p>
      <w:pPr>
        <w:jc w:val="right"/>
      </w:pPr>
      <w:r>
        <w:t>ہیومن فرینڈلی کلچر، انسان فرینڈلی کلچر کو پروموٹ کرتا ہے اسلام۔ ایک حدیث میں پرافٹ نے کہا کہ: "واللہ لا یومنو، واللہ لا یومنو، واللہ لا یومنو،</w:t>
      </w:r>
    </w:p>
    <w:p>
      <w:r>
        <w:rPr>
          <w:b/>
        </w:rPr>
        <w:t xml:space="preserve">[29:52] </w:t>
      </w:r>
      <w:r>
        <w:t>alladhi la yamino jahruhu biwaqih."</w:t>
      </w:r>
    </w:p>
    <w:p>
      <w:pPr>
        <w:jc w:val="right"/>
      </w:pPr>
      <w:r>
        <w:t>الذی لا یامنو جارہ پواقہ۔"</w:t>
      </w:r>
    </w:p>
    <w:p>
      <w:r>
        <w:rPr>
          <w:b/>
        </w:rPr>
        <w:t xml:space="preserve">[29:59] </w:t>
      </w:r>
      <w:r>
        <w:t>is ka translation yeh hai ke: "khuda ki qasam, woh momin nahi hai, khuda ki qasam, woh momin nahi hai, khuda ki qasam, woh momin nahi hai." dekhiye, teen bar aap ne kaha.</w:t>
      </w:r>
    </w:p>
    <w:p>
      <w:pPr>
        <w:jc w:val="right"/>
      </w:pPr>
      <w:r>
        <w:t>اس کا ٹرانسلیشن یہ ہے کہ: "خدا کی قسم، وہ مومن نہیں ہے، خدا کی قسم، وہ مومن نہیں ہے، خدا کی قسم، وہ مومن نہیں ہے۔" دیکھیں، تین بار آپ نے کہا۔</w:t>
      </w:r>
    </w:p>
    <w:p>
      <w:r>
        <w:rPr>
          <w:b/>
        </w:rPr>
        <w:t xml:space="preserve">[30:13] </w:t>
      </w:r>
      <w:r>
        <w:t>phir kya farmaya? "alladhi la yamino jahruhu biwaqih," yani "one who creates problems for neighbors."</w:t>
      </w:r>
    </w:p>
    <w:p>
      <w:pPr>
        <w:jc w:val="right"/>
      </w:pPr>
      <w:r>
        <w:t>پھر کیا فرمایا؟ "الذی لا یامنو جارہ بواقہ،" یعنی "ون ہو کریٹس پرابلم فار نیبرز۔"</w:t>
      </w:r>
    </w:p>
    <w:p>
      <w:r>
        <w:rPr>
          <w:b/>
        </w:rPr>
        <w:t xml:space="preserve">[30:25] </w:t>
      </w:r>
      <w:r>
        <w:t>jo aadmi apne padosi ke liye problem create kare, woh momin nahi hai. aur padosi ka concept quran mein diya gaya hai ke har aadmi tumhara padosi hai.</w:t>
      </w:r>
    </w:p>
    <w:p>
      <w:pPr>
        <w:jc w:val="right"/>
      </w:pPr>
      <w:r>
        <w:t>جو آدمی اپنے پڑوسی کے لیے پرابلم کریٹ کرے، وہ مومن نہیں ہے۔ اور پڑوسی کا کانسیپٹ قرآن میں دیا گیا ہے کہ ہر آدمی تمہارا پڑوسی ہے۔</w:t>
      </w:r>
    </w:p>
    <w:p>
      <w:r>
        <w:rPr>
          <w:b/>
        </w:rPr>
        <w:t xml:space="preserve">[30:36] </w:t>
      </w:r>
      <w:r>
        <w:t>ghar mein ho tab koi paas mein hai, woh padosi hai. tum travel kar rahe ho tab bhi koi paas mein hai, woh tumhara padosi hai. to sari duniya padosi hai, sari duniya padosi hai.</w:t>
      </w:r>
    </w:p>
    <w:p>
      <w:pPr>
        <w:jc w:val="right"/>
      </w:pPr>
      <w:r>
        <w:t>گھر میں ہو تب کوئی پاس میں ہے، وہ پڑوسی ہے۔ تم ٹریول کر رہے ہو تب بھی کوئی پاس میں ہے، وہ تمہارا پڑوسی ہے۔ تو ساری دنیا پڑوسی ہے، ساری دنیا پڑوسی ہے۔</w:t>
      </w:r>
    </w:p>
    <w:p>
      <w:r>
        <w:rPr>
          <w:b/>
        </w:rPr>
        <w:t xml:space="preserve">[30:52] </w:t>
      </w:r>
      <w:r>
        <w:t>ab bataiye ke kitni bari baat hai ke agar problem create kare koi aadmi to is ka aap ne kaha ke woh momin hi nahi hai, woh "he is not a true believer,</w:t>
      </w:r>
    </w:p>
    <w:p>
      <w:pPr>
        <w:jc w:val="right"/>
      </w:pPr>
      <w:r>
        <w:t>اب بتائیے کہ کتنی بڑی بات ہے کہ اگر پرابلم کریٹ کرے کوئی آدمی تو اس کا آپ نے کہا کہ وہ مومن ہی نہیں ہے، وہ "ہی از ناٹ ا ٹرو بیلیور،</w:t>
      </w:r>
    </w:p>
    <w:p>
      <w:r>
        <w:rPr>
          <w:b/>
        </w:rPr>
        <w:t xml:space="preserve">[31:07] </w:t>
      </w:r>
      <w:r>
        <w:t>he is not a true believer." hadith mein aata hai ke: "ashirun nas bi khulqin hasan, ittaqillah samakan." woh ashirun nas bi khulqin hasan ke</w:t>
      </w:r>
    </w:p>
    <w:p>
      <w:pPr>
        <w:jc w:val="right"/>
      </w:pPr>
      <w:r>
        <w:t>ہی از ناٹ ا ٹرو بیلیور۔" حدیث میں آتا ہے کہ: "عاشر الناس بخلق حسن، اتق اللہ سماکن۔" وہ عاشر الناس بخلق حسن کہ</w:t>
      </w:r>
    </w:p>
    <w:p>
      <w:r>
        <w:rPr>
          <w:b/>
        </w:rPr>
        <w:t xml:space="preserve">[31:19] </w:t>
      </w:r>
      <w:r>
        <w:t>believer ko kaha gaya, jo believer hai, us ko kaha gaya ke tum</w:t>
      </w:r>
    </w:p>
    <w:p>
      <w:pPr>
        <w:jc w:val="right"/>
      </w:pPr>
      <w:r>
        <w:t>بیلیور کو کہا گیا، جو بیلیور ہے، اس کو کہا گیا کہ تم</w:t>
      </w:r>
    </w:p>
    <w:p>
      <w:r>
        <w:rPr>
          <w:b/>
        </w:rPr>
        <w:t xml:space="preserve">[31:28] </w:t>
      </w:r>
      <w:r>
        <w:t>kahin bhi raho, khule ya chhupe, har jagah khuda se daro. khuda ke samne apne aap ko accountable samjho. accountability ke concept ko le kar ke tum duniya mein jiyo.</w:t>
      </w:r>
    </w:p>
    <w:p>
      <w:pPr>
        <w:jc w:val="right"/>
      </w:pPr>
      <w:r>
        <w:t>کہیں بھی رہو، کھلے یا چھپے، ہر جگہ خدا سے ڈرو۔ خدا کے سامنے اپنے آپ کو اکاؤنٹیبل سمجھو۔ اکاؤنٹیبلٹی کے کانسیپٹ کو لے کر کے تم دنیا میں جیو۔</w:t>
      </w:r>
    </w:p>
    <w:p>
      <w:r>
        <w:rPr>
          <w:b/>
        </w:rPr>
        <w:t xml:space="preserve">[31:41] </w:t>
      </w:r>
      <w:r>
        <w:t>yeh hai "ittaqillah samakan." phir farmaya ke: "khaliq un nas bi khulqin hasan."</w:t>
      </w:r>
    </w:p>
    <w:p>
      <w:pPr>
        <w:jc w:val="right"/>
      </w:pPr>
      <w:r>
        <w:t>یہ ہے "اتق اللہ سماکن۔" پھر فرمایا کہ: "خالق الناس بخلق حسن۔"</w:t>
      </w:r>
    </w:p>
    <w:p>
      <w:r>
        <w:rPr>
          <w:b/>
        </w:rPr>
        <w:t xml:space="preserve">[31:49] </w:t>
      </w:r>
      <w:r>
        <w:t>logon ke beech mein raho, achhe behavior ke sath.</w:t>
      </w:r>
    </w:p>
    <w:p>
      <w:pPr>
        <w:jc w:val="right"/>
      </w:pPr>
      <w:r>
        <w:t>لوگوں کے بیچ میں رہو، اچھے بیہیویئر کے ساتھ۔</w:t>
      </w:r>
    </w:p>
    <w:p>
      <w:r>
        <w:rPr>
          <w:b/>
        </w:rPr>
        <w:t xml:space="preserve">[31:57] </w:t>
      </w:r>
      <w:r>
        <w:t>logon ke beech mein raho, achhe behavior ke sath. yeh kitni, is mein kitni bari insaniyat ke liye, yani kitni pyar ki speed kitni zyada hai, is ke andar aap is ko dekh sakte hain.</w:t>
      </w:r>
    </w:p>
    <w:p>
      <w:pPr>
        <w:jc w:val="right"/>
      </w:pPr>
      <w:r>
        <w:t>لوگوں کے بیچ میں رہو، اچھے بیہیویئر کے ساتھ۔ یہ کتنی، اس میں کتنی بڑی انسانیت کے لیے، یعنی کتنی پیار کی اسپیڈ کتنی زیادہ ہے، اس کے اندر آپ اس کو دیکھ سکتے ہیں۔</w:t>
      </w:r>
    </w:p>
    <w:p>
      <w:r>
        <w:rPr>
          <w:b/>
        </w:rPr>
        <w:t xml:space="preserve">[32:14] </w:t>
      </w:r>
      <w:r>
        <w:t>ek aur hadith mein hai ke is mein do criteria milte hain</w:t>
      </w:r>
    </w:p>
    <w:p>
      <w:pPr>
        <w:jc w:val="right"/>
      </w:pPr>
      <w:r>
        <w:t>ایک اور حدیث میں ہے کہ اس میں دو کرائٹیریا ملتے ہیں</w:t>
      </w:r>
    </w:p>
    <w:p>
      <w:r>
        <w:rPr>
          <w:b/>
        </w:rPr>
        <w:t xml:space="preserve">[32:19] </w:t>
      </w:r>
      <w:r>
        <w:t>: "law lam tanfahu fala tadurr." do criteria: "law lam tanfahu fala tadurr." yani ek hai maximum, ek hai minimum.</w:t>
      </w:r>
    </w:p>
    <w:p>
      <w:pPr>
        <w:jc w:val="right"/>
      </w:pPr>
      <w:r>
        <w:t>: "لولم تنفاہ فلا تضر۔" دو کرائٹیریا: "لولم تنفاہ فلا تضر۔" یعنی ایک ہے میکسیمم، ایک ہے منیمم۔</w:t>
      </w:r>
    </w:p>
    <w:p>
      <w:r>
        <w:rPr>
          <w:b/>
        </w:rPr>
        <w:t xml:space="preserve">[32:34] </w:t>
      </w:r>
      <w:r>
        <w:t>maximum jo aap se chahta hai khuda, woh kya hai? ke aap doosron ke liye, doosron ke liye giver ban kar raho, faida pahunchane wala ban kar raho.</w:t>
      </w:r>
    </w:p>
    <w:p>
      <w:pPr>
        <w:jc w:val="right"/>
      </w:pPr>
      <w:r>
        <w:t>میکسیمم جو آپ سے چاہتا ہے خدا، وہ کیا ہے؟ کہ آپ دوسروں کے لیے، دوسروں کے لیے گیور بن کر رہیں، فائدہ پہنچانے والا بن کر رہیں۔</w:t>
      </w:r>
    </w:p>
    <w:p>
      <w:r>
        <w:rPr>
          <w:b/>
        </w:rPr>
        <w:t xml:space="preserve">[32:49] </w:t>
      </w:r>
      <w:r>
        <w:t>aur minimum kya hai? doosron ke liye problem na bano.</w:t>
      </w:r>
    </w:p>
    <w:p>
      <w:pPr>
        <w:jc w:val="right"/>
      </w:pPr>
      <w:r>
        <w:t>اور منیمم کیا ہے؟ دوسروں کے لیے پرابلم نہ بنیں۔</w:t>
      </w:r>
    </w:p>
    <w:p>
      <w:r>
        <w:rPr>
          <w:b/>
        </w:rPr>
        <w:t xml:space="preserve">[32:55] </w:t>
      </w:r>
      <w:r>
        <w:t>yeh ek hadith hai ke ke maximum yeh hai ke doosron ko aap se faida pahunch raha ho, aap society ke giver member bane hue ho.</w:t>
      </w:r>
    </w:p>
    <w:p>
      <w:pPr>
        <w:jc w:val="right"/>
      </w:pPr>
      <w:r>
        <w:t>یہ ایک حدیث ہے کہ کہ میکسیمم یہ ہے کہ دوسروں کو آپ سے فائدہ پہنچ رہا ہو، آپ سوسائٹی کے گیور ممبر بنے ہوئے ہوں۔</w:t>
      </w:r>
    </w:p>
    <w:p>
      <w:r>
        <w:rPr>
          <w:b/>
        </w:rPr>
        <w:t xml:space="preserve">[33:09] </w:t>
      </w:r>
      <w:r>
        <w:t>society ka giver member banna yeh hai maximum, aur society ka no problem member banna yeh hai minimum.</w:t>
      </w:r>
    </w:p>
    <w:p>
      <w:pPr>
        <w:jc w:val="right"/>
      </w:pPr>
      <w:r>
        <w:t>سوسائٹی کا گیور ممبر بننا یہ ہے میکسیمم، اور سوسائٹی کا نو پرابلم ممبر بننا یہ ہے منیمم۔</w:t>
      </w:r>
    </w:p>
    <w:p>
      <w:r>
        <w:rPr>
          <w:b/>
        </w:rPr>
        <w:t xml:space="preserve">[33:21] </w:t>
      </w:r>
      <w:r>
        <w:t>ab dekhen, do lafz mein sari baat aa gai.</w:t>
      </w:r>
    </w:p>
    <w:p>
      <w:pPr>
        <w:jc w:val="right"/>
      </w:pPr>
      <w:r>
        <w:t>اب دیکھیں، دو لفظ میں ساری بات آ گئی۔</w:t>
      </w:r>
    </w:p>
    <w:p>
      <w:r>
        <w:rPr>
          <w:b/>
        </w:rPr>
        <w:t xml:space="preserve">[33:25] </w:t>
      </w:r>
      <w:r>
        <w:t>agar aap kuch de sakte hain to dijiye, nahin de sakte hain to kam se kam doosron ko apna problem na dijiye. Kuch aap faida pahuncha sakte hain to faida pahunchaiye,</w:t>
      </w:r>
    </w:p>
    <w:p>
      <w:pPr>
        <w:jc w:val="right"/>
      </w:pPr>
      <w:r>
        <w:t>اگر آپ کچھ دے سکتے ہیں تو دیجئے، نہیں دے سکتے ہیں تو کم سے کم دوسروں کو اپنا پرابلم نہ دیجئے۔ کچھ آپ فائدہ پہنچا سکتے ہیں تو فائدہ پہنچائیے،</w:t>
      </w:r>
    </w:p>
    <w:p>
      <w:r>
        <w:rPr>
          <w:b/>
        </w:rPr>
        <w:t xml:space="preserve">[33:39] </w:t>
      </w:r>
      <w:r>
        <w:t>un ke kaam aa sakte hain to kaam aaiye.</w:t>
      </w:r>
    </w:p>
    <w:p>
      <w:pPr>
        <w:jc w:val="right"/>
      </w:pPr>
      <w:r>
        <w:t>ان کے کام آ سکتے ہیں تو کام آئیے۔</w:t>
      </w:r>
    </w:p>
    <w:p>
      <w:r>
        <w:rPr>
          <w:b/>
        </w:rPr>
        <w:t xml:space="preserve">[33:44] </w:t>
      </w:r>
      <w:r>
        <w:t>ek hadith mein hai ke agar tum logon ko kuch na de sako, un in term of money na de sako to kam se kam bhali baat do un ko, meethi baat un ko do.</w:t>
      </w:r>
    </w:p>
    <w:p>
      <w:pPr>
        <w:jc w:val="right"/>
      </w:pPr>
      <w:r>
        <w:t>ایک حدیث میں ہے کہ اگر تم لوگوں کو کچھ نہ دے سکو، ان ان ٹرم اف منی نہ دے سکو تو کم سے کم بھلی بات دو ان کو، میٹھی بات ان کو دو۔</w:t>
      </w:r>
    </w:p>
    <w:p>
      <w:r>
        <w:rPr>
          <w:b/>
        </w:rPr>
        <w:t xml:space="preserve">[33:57] </w:t>
      </w:r>
      <w:r>
        <w:t>tumhare munh se unhein meetha shabd sunne ko milay.</w:t>
      </w:r>
    </w:p>
    <w:p>
      <w:pPr>
        <w:jc w:val="right"/>
      </w:pPr>
      <w:r>
        <w:t>تمہارے منہ سے انہیں میٹھا शब्द سننے کو ملے۔</w:t>
      </w:r>
    </w:p>
    <w:p>
      <w:r>
        <w:rPr>
          <w:b/>
        </w:rPr>
        <w:t xml:space="preserve">[34:06] </w:t>
      </w:r>
      <w:r>
        <w:t>yahan mein ek baat jo logon ke mind mein aksar aati hai ke jab Islam mein yeh pyar ka ki teaching hai to jihad kis liye?</w:t>
      </w:r>
    </w:p>
    <w:p>
      <w:pPr>
        <w:jc w:val="right"/>
      </w:pPr>
      <w:r>
        <w:t>یہاں میں ایک بات جو لوگوں کے مائنڈ میں اکثر آتی ہے کہ جب اسلام میں یہ پیار کا کی ٹیچنگ ہے تو جہاد کس لیے؟</w:t>
      </w:r>
    </w:p>
    <w:p>
      <w:r>
        <w:rPr>
          <w:b/>
        </w:rPr>
        <w:t xml:space="preserve">[34:16] </w:t>
      </w:r>
      <w:r>
        <w:t>to jihad kis liye? Dekhen, yeh bahut badi misunderstanding hai ke jihad ko log Islam ki ek koi absolute teaching samajhte hain.</w:t>
      </w:r>
    </w:p>
    <w:p>
      <w:pPr>
        <w:jc w:val="right"/>
      </w:pPr>
      <w:r>
        <w:t>تو جہاد کس لیے؟ دیکھیں، یہ بہت بڑی مس انڈرسٹینڈنگ ہے کہ جہاد کو لوگ اسلام کی ایک کوئی ایبسولیوٹ ٹیچنگ سمجھتے ہیں۔</w:t>
      </w:r>
    </w:p>
    <w:p>
      <w:r>
        <w:rPr>
          <w:b/>
        </w:rPr>
        <w:t xml:space="preserve">[34:30] </w:t>
      </w:r>
      <w:r>
        <w:t>hargiz nahin, Islam ki absolute teaching jaise namaz hai, waisa jihad nahin hai.</w:t>
      </w:r>
    </w:p>
    <w:p>
      <w:pPr>
        <w:jc w:val="right"/>
      </w:pPr>
      <w:r>
        <w:t>ہرگز نہیں، اسلام کی ایبسولیوٹ ٹیچنگ جیسے نماز ہے، ویسا جہاد نہیں ہے۔</w:t>
      </w:r>
    </w:p>
    <w:p>
      <w:r>
        <w:rPr>
          <w:b/>
        </w:rPr>
        <w:t xml:space="preserve">[34:35] </w:t>
      </w:r>
      <w:r>
        <w:t>Dekhen, jihad jo hai, jihad ke maani ek to yeh hai ke jihad ke maani war nahin hai, violence nahin hai. Jihad literally means to strive, to struggle.</w:t>
      </w:r>
    </w:p>
    <w:p>
      <w:pPr>
        <w:jc w:val="right"/>
      </w:pPr>
      <w:r>
        <w:t>دیکھیں، جہاد جو ہے، جہاد کے معنی ایک تو یہ ہے کہ جہاد کے معنی وار نہیں ہے، وائلنس نہیں ہے۔ جہاد لٹرلی مینز ٹو اسٹرائو، ٹو اسٹرگل۔</w:t>
      </w:r>
    </w:p>
    <w:p>
      <w:r>
        <w:rPr>
          <w:b/>
        </w:rPr>
        <w:t xml:space="preserve">[34:47] </w:t>
      </w:r>
      <w:r>
        <w:t>bas koshish karna, koshish karna kisi baat ke liye koshish karna. Aap logon mein acha character laane ke liye aap koshish kar rahe ho to woh jihad hai.</w:t>
      </w:r>
    </w:p>
    <w:p>
      <w:pPr>
        <w:jc w:val="right"/>
      </w:pPr>
      <w:r>
        <w:t>بس کوشش کرنا، کوشش کرنا کسی بات کے لیے کوشش کرنا۔ آپ لوگوں میں اچھا کریکٹر لانے کے لیے آپ کوشش کر رہے ہو تو وہ جہاد ہے۔</w:t>
      </w:r>
    </w:p>
    <w:p>
      <w:r>
        <w:rPr>
          <w:b/>
        </w:rPr>
        <w:t xml:space="preserve">[35:03] </w:t>
      </w:r>
      <w:r>
        <w:t>education ke liye koshish kar rahe ho to woh jihad hai. Logon mein param bhavna padhane ke liye koshish kar rahe hain to woh jihad hai. Lekin aaj kal istemal ho raha hai jihad ka ladai bhadai ke liye.</w:t>
      </w:r>
    </w:p>
    <w:p>
      <w:pPr>
        <w:jc w:val="right"/>
      </w:pPr>
      <w:r>
        <w:t>ایجوکیشن کے لیے کوشش کر رہے ہو تو وہ جہاد ہے۔ لوگوں میں پرم بھاونا پڑھانے کے لیے کوشش کر رہے ہیں تو وہ جہاد ہے۔ لیکن آج کل استعمال ہو رہا ہے جہاد کا لڑائی بھڑائی کے لیے۔</w:t>
      </w:r>
    </w:p>
    <w:p>
      <w:r>
        <w:rPr>
          <w:b/>
        </w:rPr>
        <w:t xml:space="preserve">[35:15] </w:t>
      </w:r>
      <w:r>
        <w:t>to mein yeh kahunga ke Islam ki teaching ke mutabiq jihad jo hai, sirf peaceful, yani peaceful tareeqe se koshish karne ka naam hai.</w:t>
      </w:r>
    </w:p>
    <w:p>
      <w:pPr>
        <w:jc w:val="right"/>
      </w:pPr>
      <w:r>
        <w:t>تو میں یہ کہوں گا کہ اسلام کی ٹیچنگ کے مطابق جہاد جو ہے، صرف پیس فل، یعنی پیس فل طریقے سے کوشش کرنے کا نام ہے۔</w:t>
      </w:r>
    </w:p>
    <w:p>
      <w:r>
        <w:rPr>
          <w:b/>
        </w:rPr>
        <w:t xml:space="preserve">[35:30] </w:t>
      </w:r>
      <w:r>
        <w:t>peaceful tareeqe se.</w:t>
      </w:r>
    </w:p>
    <w:p>
      <w:pPr>
        <w:jc w:val="right"/>
      </w:pPr>
      <w:r>
        <w:t>پیس فل طریقے سے۔</w:t>
      </w:r>
    </w:p>
    <w:p>
      <w:r>
        <w:rPr>
          <w:b/>
        </w:rPr>
        <w:t xml:space="preserve">[35:32] </w:t>
      </w:r>
      <w:r>
        <w:t>ab qital ki ayat hai bhi Quran majeed mein, mein manta hoon. Lekin qital jo hai, Quran mein woh kis sense mein hai?</w:t>
      </w:r>
    </w:p>
    <w:p>
      <w:pPr>
        <w:jc w:val="right"/>
      </w:pPr>
      <w:r>
        <w:t>اب قتال کی آیت ہے بھی قرآن مجید میں، میں مانتا ہوں۔ لیکن قتال جو ہے، قرآن میں وہ کس سینس میں ہے؟</w:t>
      </w:r>
    </w:p>
    <w:p>
      <w:r>
        <w:rPr>
          <w:b/>
        </w:rPr>
        <w:t xml:space="preserve">[35:42] </w:t>
      </w:r>
      <w:r>
        <w:t>mein yeh kahunga ke in Islam</w:t>
      </w:r>
    </w:p>
    <w:p>
      <w:pPr>
        <w:jc w:val="right"/>
      </w:pPr>
      <w:r>
        <w:t>میں یہ کہوں گا کہ ان اسلام</w:t>
      </w:r>
    </w:p>
    <w:p>
      <w:r>
        <w:rPr>
          <w:b/>
        </w:rPr>
        <w:t xml:space="preserve">[35:47] </w:t>
      </w:r>
      <w:r>
        <w:t>war is an exception. In Islam peace is rule and war is an exception. In Islam peace is the rule and war is an exception.</w:t>
      </w:r>
    </w:p>
    <w:p>
      <w:pPr>
        <w:jc w:val="right"/>
      </w:pPr>
      <w:r>
        <w:t>وار از این ایکسیپشن۔ ان اسلام پیس از رول اینڈ وار از این ایکسیپشن۔ ان اسلام پیس از دا رول اینڈ وار از این ایکسیپشن۔</w:t>
      </w:r>
    </w:p>
    <w:p>
      <w:r>
        <w:rPr>
          <w:b/>
        </w:rPr>
        <w:t xml:space="preserve">[36:00] </w:t>
      </w:r>
      <w:r>
        <w:t>woh kaise?</w:t>
      </w:r>
    </w:p>
    <w:p>
      <w:pPr>
        <w:jc w:val="right"/>
      </w:pPr>
      <w:r>
        <w:t>وہ کیسے؟</w:t>
      </w:r>
    </w:p>
    <w:p>
      <w:r>
        <w:rPr>
          <w:b/>
        </w:rPr>
        <w:t xml:space="preserve">[36:03] </w:t>
      </w:r>
      <w:r>
        <w:t>jo aayaten Quran mein hain, koi 24 aayaten hain, woh sab ke sab defensive war ke liye hain.</w:t>
      </w:r>
    </w:p>
    <w:p>
      <w:pPr>
        <w:jc w:val="right"/>
      </w:pPr>
      <w:r>
        <w:t>جو آیتیں قرآن میں ہیں، کوئی 24 آیتیں ہیں، وہ سب کے سب ڈیفنسو وار کے لیے ہیں۔</w:t>
      </w:r>
    </w:p>
    <w:p>
      <w:r>
        <w:rPr>
          <w:b/>
        </w:rPr>
        <w:t xml:space="preserve">[36:12] </w:t>
      </w:r>
      <w:r>
        <w:t>qatal al-ladheena yuqatiloonakum, lado un se jo tum par attack kar rahe hain. Yeh Quran ki verse hai: qatal al-ladheena yuqatiloonakum.</w:t>
      </w:r>
    </w:p>
    <w:p>
      <w:pPr>
        <w:jc w:val="right"/>
      </w:pPr>
      <w:r>
        <w:t>قاتل الذین یقاتلونکم، لڑو ان سے جو تم پر اٹیک کر رہے ہیں۔ یہ قرآن کی ورس ہے: قاتل الذین یقاتلونکم۔</w:t>
      </w:r>
    </w:p>
    <w:p>
      <w:r>
        <w:rPr>
          <w:b/>
        </w:rPr>
        <w:t xml:space="preserve">[36:26] </w:t>
      </w:r>
      <w:r>
        <w:t>to dekhiye, aap agar Islam ki history aap jante honge ke prophet ne apna mission shuru kiya Mecca mein to 13 saal tak aap peaceful tareeqe par apni baat kehte rahe,</w:t>
      </w:r>
    </w:p>
    <w:p>
      <w:pPr>
        <w:jc w:val="right"/>
      </w:pPr>
      <w:r>
        <w:t>تو دیکھیے، آپ اگر اسلام کی ہسٹری آپ جانتے ہوں گے کہ پرافٹ نے اپنا مشن شروع کیا مکہ میں تو 13 سال تک آپ پیس فل طریقے پر اپنی بات کہتے رہے،</w:t>
      </w:r>
    </w:p>
    <w:p>
      <w:r>
        <w:rPr>
          <w:b/>
        </w:rPr>
        <w:t xml:space="preserve">[36:42] </w:t>
      </w:r>
      <w:r>
        <w:t>wohi tauheed ki baat, yani Khuda ek hai. Yeh baat un logon ne aap par zulm kiya, sataya aap ko.</w:t>
      </w:r>
    </w:p>
    <w:p>
      <w:pPr>
        <w:jc w:val="right"/>
      </w:pPr>
      <w:r>
        <w:t>وہی توحید کی بات، یعنی خدا ایک ہے۔ یہ بات ان لوگوں نے آپ پر ظلم کیا، ستایا آپ کو۔</w:t>
      </w:r>
    </w:p>
    <w:p>
      <w:r>
        <w:rPr>
          <w:b/>
        </w:rPr>
        <w:t xml:space="preserve">[36:52] </w:t>
      </w:r>
      <w:r>
        <w:t>aap Mecca chhod kar Madina chale gaye,</w:t>
      </w:r>
    </w:p>
    <w:p>
      <w:pPr>
        <w:jc w:val="right"/>
      </w:pPr>
      <w:r>
        <w:t>آپ مکہ چھوڑ کر مدینہ چلے گئے،</w:t>
      </w:r>
    </w:p>
    <w:p>
      <w:r>
        <w:rPr>
          <w:b/>
        </w:rPr>
        <w:t xml:space="preserve">[36:57] </w:t>
      </w:r>
      <w:r>
        <w:t>yani apne aap hi ko Mecca se door kar liya, migration kar liya. Woh lade nahin, yani Mecca mein aap ka watan tha, aap ke saathi bhi the, kai log aap ke saathi ban chuke the.</w:t>
      </w:r>
    </w:p>
    <w:p>
      <w:pPr>
        <w:jc w:val="right"/>
      </w:pPr>
      <w:r>
        <w:t>یعنی اپنے آپ ہی کو مکہ سے دور کر لیا، مائیگریشن کر لیا۔ وہ لڑے نہیں، یعنی مکے میں آپ کا وطن تھا، آپ کے ساتھی بھی تھے، کئی لوگ آپ کے ساتھی بن چکے تھے۔</w:t>
      </w:r>
    </w:p>
    <w:p>
      <w:r>
        <w:rPr>
          <w:b/>
        </w:rPr>
        <w:t xml:space="preserve">[37:12] </w:t>
      </w:r>
      <w:r>
        <w:t>aap ne ladai bhadai nahin ki, chup chap se wahan chale gaye. Wahan bhi peaceful tareeqe se kaam karte rahe, wahi oneness of God ka prachar.</w:t>
      </w:r>
    </w:p>
    <w:p>
      <w:pPr>
        <w:jc w:val="right"/>
      </w:pPr>
      <w:r>
        <w:t>آپ نے لڑائی بھڑائی نہیں کی، چپ چاپ سے وہاں چلے گئے۔ وہاں بھی پیس فل طریقے سے کام کرتے رہے، وہی وننس اف گاڈ کا پرچار۔</w:t>
      </w:r>
    </w:p>
    <w:p>
      <w:r>
        <w:rPr>
          <w:b/>
        </w:rPr>
        <w:t xml:space="preserve">[37:22] </w:t>
      </w:r>
      <w:r>
        <w:t>lekin Mecca wale jo the, us zamane mein woh leader the Arab ke, to unhone samjha ke agar unka mission phail gaya to woh hamare leadership ke liye erosion sabit ho sakta hai, hamari leadership ko is mein risk ho sakta hai.</w:t>
      </w:r>
    </w:p>
    <w:p>
      <w:pPr>
        <w:jc w:val="right"/>
      </w:pPr>
      <w:r>
        <w:t>لیکن مکہ والے جو تھے، اس زمانے میں وہ لیڈر تھے عرب کے، تو انہوں نے سمجھا کہ اگر ان کا مشن پھیل گیا تو وہ ہمارے لیڈرشپ کے لیے ایروژن ثابت ہو سکتا ہے، ہماری لیڈرشپ کو اس میں رسک ہو سکتا ہے۔</w:t>
      </w:r>
    </w:p>
    <w:p>
      <w:r>
        <w:rPr>
          <w:b/>
        </w:rPr>
        <w:t xml:space="preserve">[37:42] </w:t>
      </w:r>
      <w:r>
        <w:t>to unhon ne chaha ke in ko khatm kar dein abhi se. unhon ne attack kiya.</w:t>
      </w:r>
    </w:p>
    <w:p>
      <w:pPr>
        <w:jc w:val="right"/>
      </w:pPr>
      <w:r>
        <w:t>تو انہوں نے چاہا کہ ان کو ختم کر دیں ابھی سے۔ انہوں نے اٹیک کیا۔</w:t>
      </w:r>
    </w:p>
    <w:p>
      <w:r>
        <w:rPr>
          <w:b/>
        </w:rPr>
        <w:t xml:space="preserve">[37:51] </w:t>
      </w:r>
      <w:r>
        <w:t>quran mein saaf saaf hai ke wahum badu'akum awwal marra, wahum badu'akum awwal marra. unhon ne shuru kiya hai pehle, is ka letter translation hai: wahum badu'akum awwal marra.</w:t>
      </w:r>
    </w:p>
    <w:p>
      <w:pPr>
        <w:jc w:val="right"/>
      </w:pPr>
      <w:r>
        <w:t>قرآن میں صاف صاف ہے کہ وھم بدعوکم اول مرا، وھم بدعوکم اول مرا۔ انہوں نے شروع کیا ہے پہلے، اس کا لیٹر ٹرانسلیشن ہے: وھم بدعوکم اول مرا۔</w:t>
      </w:r>
    </w:p>
    <w:p>
      <w:r>
        <w:rPr>
          <w:b/>
        </w:rPr>
        <w:t xml:space="preserve">[38:05] </w:t>
      </w:r>
      <w:r>
        <w:t>unhon ne shuru kiya hai pehle, to makkah walon ne attack kiya madinah par. to aap ne defence ke taur par aap un se lade.</w:t>
      </w:r>
    </w:p>
    <w:p>
      <w:pPr>
        <w:jc w:val="right"/>
      </w:pPr>
      <w:r>
        <w:t>انہوں نے شروع کیا ہے پہلے، تو مکہ والوں نے اٹیک کیا مدینہ پر۔ تو آپ نے ڈیفنس کے طور پر آپ ان سے لڑے۔</w:t>
      </w:r>
    </w:p>
    <w:p>
      <w:r>
        <w:rPr>
          <w:b/>
        </w:rPr>
        <w:t xml:space="preserve">[38:18] </w:t>
      </w:r>
      <w:r>
        <w:t>basically full fledge war sirf teen hui thi:</w:t>
      </w:r>
    </w:p>
    <w:p>
      <w:pPr>
        <w:jc w:val="right"/>
      </w:pPr>
      <w:r>
        <w:t>بیسیکلی فل فلیج وار صرف تین ہوئی تھی:</w:t>
      </w:r>
    </w:p>
    <w:p>
      <w:r>
        <w:rPr>
          <w:b/>
        </w:rPr>
        <w:t xml:space="preserve">[38:21] </w:t>
      </w:r>
      <w:r>
        <w:t>badar, uhud o hunain. bas aur koi full fledge war nahi thi, koi jharap hui thi. skirmishes jis ko kehte hain, skirmishes ki kuch hui thi.</w:t>
      </w:r>
    </w:p>
    <w:p>
      <w:pPr>
        <w:jc w:val="right"/>
      </w:pPr>
      <w:r>
        <w:t>بدر، احد و حنین۔ بس اور کوئی فل فلیج وار نہیں تھی، کوئی جھڑپ ہوئی تھی۔ اسکرمیشنز جس کو کہتے ہیں، اسکرمیشنز کی کچھ ہوئی تھیں۔</w:t>
      </w:r>
    </w:p>
    <w:p>
      <w:r>
        <w:rPr>
          <w:b/>
        </w:rPr>
        <w:t xml:space="preserve">[38:30] </w:t>
      </w:r>
      <w:r>
        <w:t>wo teenon ki teenon defence mein thi,</w:t>
      </w:r>
    </w:p>
    <w:p>
      <w:pPr>
        <w:jc w:val="right"/>
      </w:pPr>
      <w:r>
        <w:t>وہ تینوں کی تینوں ڈیفنس میں تھیں،</w:t>
      </w:r>
    </w:p>
    <w:p>
      <w:r>
        <w:rPr>
          <w:b/>
        </w:rPr>
        <w:t xml:space="preserve">[38:37] </w:t>
      </w:r>
      <w:r>
        <w:t>koi bhi offensive war nahi.</w:t>
      </w:r>
    </w:p>
    <w:p>
      <w:pPr>
        <w:jc w:val="right"/>
      </w:pPr>
      <w:r>
        <w:t>کوئی بھی افینسو وار نہیں۔</w:t>
      </w:r>
    </w:p>
    <w:p>
      <w:r>
        <w:rPr>
          <w:b/>
        </w:rPr>
        <w:t xml:space="preserve">[38:40] </w:t>
      </w:r>
      <w:r>
        <w:t>main yahan aap ko adar arz karna chahta hoon ke aaj kal jo idhar udhar aap news media mein dekhte hain cheezein ke musalman bomb marte hain, goli marte hain, yeh sab ka sab is mein koi shakk nahi ke islam mein, yaani totally unlawful hai.</w:t>
      </w:r>
    </w:p>
    <w:p>
      <w:pPr>
        <w:jc w:val="right"/>
      </w:pPr>
      <w:r>
        <w:t>میں یہاں آپ کو ادر عرض کرنا چاہتا ہوں کہ آج کل جو ادھر ادھر آپ نیوز میڈیا میں دیکھتے ہیں چیزیں کہ مسلمان بم مارتے ہیں، گولی مارتے ہیں، یہ سب کا سب اس میں کوئی شک نہیں کہ اسلام میں، یعنی ٹوٹلی ان لافل ہے۔</w:t>
      </w:r>
    </w:p>
    <w:p>
      <w:r>
        <w:rPr>
          <w:b/>
        </w:rPr>
        <w:t xml:space="preserve">[38:59] </w:t>
      </w:r>
      <w:r>
        <w:t>yeh islam mein is ki koi gunjaish nahi hai. main arz karta hoon is ki bare mein:</w:t>
      </w:r>
    </w:p>
    <w:p>
      <w:pPr>
        <w:jc w:val="right"/>
      </w:pPr>
      <w:r>
        <w:t>یہ اسلام میں اس کی کوئی گنجائش نہیں ہے۔ میں عرض کرتا ہوں اس کی بارے میں:</w:t>
      </w:r>
    </w:p>
    <w:p>
      <w:r>
        <w:rPr>
          <w:b/>
        </w:rPr>
        <w:t xml:space="preserve">[39:07] </w:t>
      </w:r>
      <w:r>
        <w:t>number one, Islam mein there is no war in Islam other than defensive war.</w:t>
      </w:r>
    </w:p>
    <w:p>
      <w:pPr>
        <w:jc w:val="right"/>
      </w:pPr>
      <w:r>
        <w:t>نمبر ون، اسلام میں دیر از نو وار ان اسلام ادر دین ڈیفنسو وار۔</w:t>
      </w:r>
    </w:p>
    <w:p>
      <w:r>
        <w:rPr>
          <w:b/>
        </w:rPr>
        <w:t xml:space="preserve">[39:16] </w:t>
      </w:r>
      <w:r>
        <w:t>to genuine war islam mein sirf defensive war hai, defensive war ke siwa koi war genuine war nahi hai. number one.</w:t>
      </w:r>
    </w:p>
    <w:p>
      <w:pPr>
        <w:jc w:val="right"/>
      </w:pPr>
      <w:r>
        <w:t>تو جینون وار اسلام میں صرف ڈیفنسو وار ہے، ڈیفنسو وار کے سوا کوئی وار جینون وار نہیں ہے۔ نمبر ون۔</w:t>
      </w:r>
    </w:p>
    <w:p>
      <w:r>
        <w:rPr>
          <w:b/>
        </w:rPr>
        <w:t xml:space="preserve">[39:26] </w:t>
      </w:r>
      <w:r>
        <w:t>doosri baat yeh hai ke genuine war bhi state lad sakti hai, aam log nahi, non governmental agencies nahi.</w:t>
      </w:r>
    </w:p>
    <w:p>
      <w:pPr>
        <w:jc w:val="right"/>
      </w:pPr>
      <w:r>
        <w:t>دوسری بات یہ ہے کہ جینون وار بھی اسٹیٹ لڑ سکتی ہے، عام لوگ نہیں، نان گورنمنٹل ایجنسیز نہیں۔</w:t>
      </w:r>
    </w:p>
    <w:p>
      <w:r>
        <w:rPr>
          <w:b/>
        </w:rPr>
        <w:t xml:space="preserve">[39:39] </w:t>
      </w:r>
      <w:r>
        <w:t>fiqh ka yeh bohat mana hua masla hai ke ar-ra'yu lil-imam. ar-ra'yu lil-imam ka matlab hai: to declare a war is a prerogative of state.</w:t>
      </w:r>
    </w:p>
    <w:p>
      <w:pPr>
        <w:jc w:val="right"/>
      </w:pPr>
      <w:r>
        <w:t>فقہ کا یہ بہت مانا ہوا مسئلہ ہے کہ الرحیل للامام۔ الرحیل للامام کا مطلب ہے: ٹو ڈیکلیئر ا وار از ا پیراگیٹیو اف اسٹیٹ۔</w:t>
      </w:r>
    </w:p>
    <w:p>
      <w:r>
        <w:rPr>
          <w:b/>
        </w:rPr>
        <w:t xml:space="preserve">[39:54] </w:t>
      </w:r>
      <w:r>
        <w:t>to guerrilla war, proxy war, undeclared war, secret war, koi is war islam mein nahi hai other than defensive war.</w:t>
      </w:r>
    </w:p>
    <w:p>
      <w:pPr>
        <w:jc w:val="right"/>
      </w:pPr>
      <w:r>
        <w:t>تو گوریلا وار، پراکسی وار، ان ڈیکلیئر وار، سیکرٹ وار، کوئی اس وار اسلام میں نہیں ہے ادر دین ڈیفنسو وار۔</w:t>
      </w:r>
    </w:p>
    <w:p>
      <w:r>
        <w:rPr>
          <w:b/>
        </w:rPr>
        <w:t xml:space="preserve">[40:06] </w:t>
      </w:r>
      <w:r>
        <w:t>ab is ko samajh sakte hain aap.</w:t>
      </w:r>
    </w:p>
    <w:p>
      <w:pPr>
        <w:jc w:val="right"/>
      </w:pPr>
      <w:r>
        <w:t>اب اس کو سمجھ سکتے ہیں آپ۔</w:t>
      </w:r>
    </w:p>
    <w:p>
      <w:r>
        <w:rPr>
          <w:b/>
        </w:rPr>
        <w:t xml:space="preserve">[40:09] </w:t>
      </w:r>
      <w:r>
        <w:t>ek aur baat main arz karoon, bohat important ke war defensive war ke bhi kuch conditions hain. aisa nahi ke bas aise hi bomb maro idhar udhar.</w:t>
      </w:r>
    </w:p>
    <w:p>
      <w:pPr>
        <w:jc w:val="right"/>
      </w:pPr>
      <w:r>
        <w:t>ایک اور بات میں عرض کروں، بہت امپورٹنٹ کہ وار ڈیفنسو وار کے بھی کچھ کنڈیشنز ہیں۔ ایسا نہیں کہ بس ایسے ہی بم مارو ادھر ادھر۔</w:t>
      </w:r>
    </w:p>
    <w:p>
      <w:r>
        <w:rPr>
          <w:b/>
        </w:rPr>
        <w:t xml:space="preserve">[40:22] </w:t>
      </w:r>
      <w:r>
        <w:t>is ki ek bohat hi important condition yeh hai ke islam mein differentiate kiya gaya hai muqatil aur ghair muqatil ko.</w:t>
      </w:r>
    </w:p>
    <w:p>
      <w:pPr>
        <w:jc w:val="right"/>
      </w:pPr>
      <w:r>
        <w:t>اس کی ایک بہت ہی امپورٹنٹ کنڈیشن یہ ہے کہ اسلام میں ڈیفرنشیٹ کیا گیا ہے مقاتل اور غیر مقاتل کو۔</w:t>
      </w:r>
    </w:p>
    <w:p>
      <w:r>
        <w:rPr>
          <w:b/>
        </w:rPr>
        <w:t xml:space="preserve">[40:36] </w:t>
      </w:r>
      <w:r>
        <w:t>muqatil means combatant,</w:t>
      </w:r>
    </w:p>
    <w:p>
      <w:pPr>
        <w:jc w:val="right"/>
      </w:pPr>
      <w:r>
        <w:t>مقاتل مینز کمبیٹنٹ،</w:t>
      </w:r>
    </w:p>
    <w:p>
      <w:r>
        <w:rPr>
          <w:b/>
        </w:rPr>
        <w:t xml:space="preserve">[40:39] </w:t>
      </w:r>
      <w:r>
        <w:t>ghair muqatil means non combatant. to islam differentiates between combatants and non combatants.</w:t>
      </w:r>
    </w:p>
    <w:p>
      <w:pPr>
        <w:jc w:val="right"/>
      </w:pPr>
      <w:r>
        <w:t>غیر مقاتل مینز نان کمبیٹنٹ۔ تو اسلام ڈیفرنشیٹس بٹوین کمبیٹنٹس اینڈ نان کمبیٹنٹس۔</w:t>
      </w:r>
    </w:p>
    <w:p>
      <w:r>
        <w:rPr>
          <w:b/>
        </w:rPr>
        <w:t xml:space="preserve">[40:51] </w:t>
      </w:r>
      <w:r>
        <w:t>aur islam mein khuli hui yeh hukum hai ke ke defensive war jo genuine war hai, tab bhi aap non combatant par attack nahi kar sakte,</w:t>
      </w:r>
    </w:p>
    <w:p>
      <w:pPr>
        <w:jc w:val="right"/>
      </w:pPr>
      <w:r>
        <w:t>اور اسلام میں کھلی ہوئی یہ حکم ہے کہ کہ ڈیفنسو وار جو جینون وار ہے، تب بھی آپ نان کمبیٹنٹ پر اٹیک نہیں کر سکتے،</w:t>
      </w:r>
    </w:p>
    <w:p>
      <w:r>
        <w:rPr>
          <w:b/>
        </w:rPr>
        <w:t xml:space="preserve">[41:05] </w:t>
      </w:r>
      <w:r>
        <w:t>sirf combatant hi par aap attack kar sakte hain. is ka matlab kya hua ke aaj to islam ke is is principle ke mutabiq war jo hai, ab yaani wo ab impossible ho chuki hai.</w:t>
      </w:r>
    </w:p>
    <w:p>
      <w:pPr>
        <w:jc w:val="right"/>
      </w:pPr>
      <w:r>
        <w:t>صرف کمبیٹنٹ ہی پر آپ اٹیک کر سکتے ہیں۔ اس کا مطلب کیا ہوا کہ آج تو اسلام کے اس اس پرنسپل کے مطابق وار جو ہے، اب یعنی وہ اب امپاسیبل ہو چکی ہے۔</w:t>
      </w:r>
    </w:p>
    <w:p>
      <w:r>
        <w:rPr>
          <w:b/>
        </w:rPr>
        <w:t xml:space="preserve">[41:22] </w:t>
      </w:r>
      <w:r>
        <w:t>kyun? aaj hum dunya mein jee rahe hain, is mein english ko kehte hain weapons of mass destruction.</w:t>
      </w:r>
    </w:p>
    <w:p>
      <w:pPr>
        <w:jc w:val="right"/>
      </w:pPr>
      <w:r>
        <w:t>کیوں؟ آج ہم دنیا میں جی رہے ہیں، اس میں انگلش کو کہتے ہیں ویپنز اف ماس ڈسٹرکشن۔</w:t>
      </w:r>
    </w:p>
    <w:p>
      <w:r>
        <w:rPr>
          <w:b/>
        </w:rPr>
        <w:t xml:space="preserve">[41:32] </w:t>
      </w:r>
      <w:r>
        <w:t>aaj ka zamana hai jo kya hai, wo weapons of mass destruction. is matlab ke aap aaj ladai agar ladte hain to aap majboor hain ke non combatant ko bhi victim banayein apna.</w:t>
      </w:r>
    </w:p>
    <w:p>
      <w:pPr>
        <w:jc w:val="right"/>
      </w:pPr>
      <w:r>
        <w:t>آج کا زمانہ ہے جو کیا ہے، وہ ویپنز اف ماس ڈسٹرکشن۔ اس معنی کہ آپ آج لڑائی اگر لڑتے ہیں تو آپ مجبور ہیں کہ نان کمبیٹنٹ کو بھی وکٹم بنائیں اپنا۔</w:t>
      </w:r>
    </w:p>
    <w:p>
      <w:r>
        <w:rPr>
          <w:b/>
        </w:rPr>
        <w:t xml:space="preserve">[41:49] </w:t>
      </w:r>
      <w:r>
        <w:t>to phir war kahan hai? ab to wo option, ab islam ke mutabiq war ka option khatm ho chuka. ab sirf peace ka option hai.</w:t>
      </w:r>
    </w:p>
    <w:p>
      <w:pPr>
        <w:jc w:val="right"/>
      </w:pPr>
      <w:r>
        <w:t>تو پھر وار کہاں ہے؟ اب تو وہ آپشن، اب اسلام کے مطابق وار کا آپشن ختم ہو چکا۔ اب صرف پیس کا آپشن ہے۔</w:t>
      </w:r>
    </w:p>
    <w:p>
      <w:r>
        <w:rPr>
          <w:b/>
        </w:rPr>
        <w:t xml:space="preserve">[42:00] </w:t>
      </w:r>
      <w:r>
        <w:t>yaani mahatma gandhi lot aaye hain history mein. main kahunga peaceful activism jo mahatma gandhi ne nikala, wo theek islam ka principle tha.</w:t>
      </w:r>
    </w:p>
    <w:p>
      <w:pPr>
        <w:jc w:val="right"/>
      </w:pPr>
      <w:r>
        <w:t>یعنی مہاتما گاندھی لوٹ آئے ہیں ہسٹری میں۔ میں کہوں گا پیس فل ایکٹیوزم جو مہاتما گاندھی نے نکالا، وہ ٹھیک اسلام کا پرنسپل تھا۔</w:t>
      </w:r>
    </w:p>
    <w:p>
      <w:r>
        <w:rPr>
          <w:b/>
        </w:rPr>
        <w:t xml:space="preserve">[42:12] </w:t>
      </w:r>
      <w:r>
        <w:t>violent activism ab bilkul out date principle ho chuka hai. yani yeh jo dunya mein aya hai, weapons of mass destruction, ab violent activism ab outdated principle ban chuka hai.</w:t>
      </w:r>
    </w:p>
    <w:p>
      <w:pPr>
        <w:jc w:val="right"/>
      </w:pPr>
      <w:r>
        <w:t>وائلنٹ ایکٹیوزم اب بالکل آؤٹ ڈیٹ پرنسپل ہو چکا ہے۔ یعنی یہ جو دنیا میں آیا ہے، ویپنز اف ماس ڈسٹرکشن، اب وائلنٹ ایکٹیوزم اب آؤٹ ڈیٹڈ پرنسپل بن چکا ہے۔</w:t>
      </w:r>
    </w:p>
    <w:p>
      <w:r>
        <w:rPr>
          <w:b/>
        </w:rPr>
        <w:t xml:space="preserve">[42:28] </w:t>
      </w:r>
      <w:r>
        <w:t>ab dunya mein sirf ek hi cheez hai, woh hai peaceful activism jis ko Mahatma Gandhi ne kaha tha. yani ain sawal.</w:t>
      </w:r>
    </w:p>
    <w:p>
      <w:pPr>
        <w:jc w:val="right"/>
      </w:pPr>
      <w:r>
        <w:t>اب دنیا میں صرف ایک ہی چیز ہے، وہ ہے پیس فل ایکٹیوزم جس کو مہاتما گاندھی نے کہا تھا۔ یعنی ائین ساوال۔</w:t>
      </w:r>
    </w:p>
    <w:p>
      <w:r>
        <w:rPr>
          <w:b/>
        </w:rPr>
        <w:t xml:space="preserve">[42:40] </w:t>
      </w:r>
      <w:r>
        <w:t>in sab baton ko samne rakhiye to true picture Islam ki aap ke samne ayegi. yahan mein yeh add karunga ke you have to differentiate between Islam and Muslims.</w:t>
      </w:r>
    </w:p>
    <w:p>
      <w:pPr>
        <w:jc w:val="right"/>
      </w:pPr>
      <w:r>
        <w:t>ان سب باتوں کو سامنے رکھیے تو ٹرو پکچر اسلام کی آپ کے سامنے آئے گی۔ یہاں میں یہ ایڈ کروں گا کہ یو ہیو ٹو ڈیفرنشیٹ بٹوین اسلام اینڈ مسلمز۔</w:t>
      </w:r>
    </w:p>
    <w:p>
      <w:r>
        <w:rPr>
          <w:b/>
        </w:rPr>
        <w:t xml:space="preserve">[42:57] </w:t>
      </w:r>
      <w:r>
        <w:t>yeh bohat hi bohat hi important principle hai study ke liye. jo log study karna chahte hon, un ke liye ke you have to differentiate between Islam and Muslims.</w:t>
      </w:r>
    </w:p>
    <w:p>
      <w:pPr>
        <w:jc w:val="right"/>
      </w:pPr>
      <w:r>
        <w:t>یہ بہت ہی بہت ہی امپورٹنٹ پرنسپل ہے اسٹڈی کے لیے۔ جو لوگ اسٹڈی کرنا چاہتے ہوں، ان کے لیے کہ یو ہیو ٹو ڈیفرنشیٹ بٹوین اسلام اینڈ مسلمز۔</w:t>
      </w:r>
    </w:p>
    <w:p>
      <w:r>
        <w:rPr>
          <w:b/>
        </w:rPr>
        <w:t xml:space="preserve">[43:12] </w:t>
      </w:r>
      <w:r>
        <w:t>you have to judge Muslims in the light of Islamic teachings and not vice versa.</w:t>
      </w:r>
    </w:p>
    <w:p>
      <w:pPr>
        <w:jc w:val="right"/>
      </w:pPr>
      <w:r>
        <w:t>یو ہیو ٹو جج مسلمز ان دا لائٹ اف اسلامک ٹیچنگز اینڈ ناٹ وائس ورسا۔</w:t>
      </w:r>
    </w:p>
    <w:p>
      <w:r>
        <w:rPr>
          <w:b/>
        </w:rPr>
        <w:t xml:space="preserve">[43:22] </w:t>
      </w:r>
      <w:r>
        <w:t>yeh bohat hi logical baat hai.</w:t>
      </w:r>
    </w:p>
    <w:p>
      <w:pPr>
        <w:jc w:val="right"/>
      </w:pPr>
      <w:r>
        <w:t>یہ بہت ہی لاجیکل بات ہے۔</w:t>
      </w:r>
    </w:p>
    <w:p>
      <w:r>
        <w:rPr>
          <w:b/>
        </w:rPr>
        <w:t xml:space="preserve">[43:24] </w:t>
      </w:r>
      <w:r>
        <w:t>ab dekhiye, hamara ek constitution hai aur hamari ek society hai ya hamara ek administration hai. to aap aisa nahi kar sakte ke society mein agar bigad hai, administration mein agar corruption hai, is ko le kar aap kahein ke India ka constitution kya hai.</w:t>
      </w:r>
    </w:p>
    <w:p>
      <w:pPr>
        <w:jc w:val="right"/>
      </w:pPr>
      <w:r>
        <w:t>اب دیکھیں، ہمارا ایک کانسٹیٹیوشن ہے اور ہماری ایک سوسائٹی ہے یا ہمارا ایک ایڈمنسٹریشن ہے۔ تو آپ ایسا نہیں کر سکتے کہ سوسائٹی میں اگر بگاڑ ہے، ایڈمنسٹریشن میں اگر کرپشن ہے، اس کو لے کر آپ کہیں کہ انڈیا کا کانسٹیٹیوشن کیا ہے۔</w:t>
      </w:r>
    </w:p>
    <w:p>
      <w:r>
        <w:rPr>
          <w:b/>
        </w:rPr>
        <w:t xml:space="preserve">[43:41] </w:t>
      </w:r>
      <w:r>
        <w:t>aap aisa nahi kar sakte. constitution ek alag cheez hai aur yeh jo practical bigad hai, woh ek alag cheez hai.</w:t>
      </w:r>
    </w:p>
    <w:p>
      <w:pPr>
        <w:jc w:val="right"/>
      </w:pPr>
      <w:r>
        <w:t>آپ ایسا نہیں کر سکتے۔ کانسٹیٹیوشن ایک الگ چیز ہے اور یہ جو پریکٹیکل بگاڑ ہے، وہ ایک الگ چیز ہے۔</w:t>
      </w:r>
    </w:p>
    <w:p>
      <w:r>
        <w:rPr>
          <w:b/>
        </w:rPr>
        <w:t xml:space="preserve">[43:51] </w:t>
      </w:r>
      <w:r>
        <w:t>to har jagah aap yahi karte hain, yahan bhi yeh karna padega. to scriptural jo scriptural jo picture hai Islam ki, woh ek is ko dekhna padega.</w:t>
      </w:r>
    </w:p>
    <w:p>
      <w:pPr>
        <w:jc w:val="right"/>
      </w:pPr>
      <w:r>
        <w:t>تو ہر جگہ آپ یہی کرتے ہیں، یہاں بھی یہ کرنا پڑے گا۔ تو اسکرپچرل جو اسکرپچرل جو پکچر ہے اسلام کی، وہ ایک اس کو دیکھنا پڑے گا۔</w:t>
      </w:r>
    </w:p>
    <w:p>
      <w:r>
        <w:rPr>
          <w:b/>
        </w:rPr>
        <w:t xml:space="preserve">[44:04] </w:t>
      </w:r>
      <w:r>
        <w:t>musalmanon mein jo picture hai Islam ki, is ko is se judge karna padega. isi ko maine kaha ke you have to differentiate between Islam and Muslims.</w:t>
      </w:r>
    </w:p>
    <w:p>
      <w:pPr>
        <w:jc w:val="right"/>
      </w:pPr>
      <w:r>
        <w:t>مسلمانوں میں جو پکچر ہے اسلام کی، اس کو اس سے جج کرنا پڑے گا۔ اسی کو میں نے کہا کہ یو ہیو ٹو ڈیفرنشیٹ بٹوین اسلام اینڈ مسلمز۔</w:t>
      </w:r>
    </w:p>
    <w:p>
      <w:r>
        <w:rPr>
          <w:b/>
        </w:rPr>
        <w:t xml:space="preserve">[44:16] </w:t>
      </w:r>
      <w:r>
        <w:t>aisa aap nahi kar sakte ke musalmanon ko dekh kar ke rai banayein ke Islam kya hai.</w:t>
      </w:r>
    </w:p>
    <w:p>
      <w:pPr>
        <w:jc w:val="right"/>
      </w:pPr>
      <w:r>
        <w:t>ایسا آپ نہیں کر سکتے کہ مسلمانوں کو دیکھ کر کے رائے بنائیں کہ اسلام کیا ہے۔</w:t>
      </w:r>
    </w:p>
    <w:p>
      <w:r>
        <w:rPr>
          <w:b/>
        </w:rPr>
        <w:t xml:space="preserve">[44:23] </w:t>
      </w:r>
      <w:r>
        <w:t>aisa aap nahi kar sakte, nahi to phir katharta ko Islam mein shamil kar denge jo ke aaj kal musalmanon mein hum dekhte hain.</w:t>
      </w:r>
    </w:p>
    <w:p>
      <w:pPr>
        <w:jc w:val="right"/>
      </w:pPr>
      <w:r>
        <w:t>ایسا آپ نہیں کر سکتے، نہیں تو پھر کٹھڑتا کو اسلام میں شامل کر دیں گے جو کہ آج کل مسلمانوں میں ہم دیکھتے ہیں۔</w:t>
      </w:r>
    </w:p>
    <w:p>
      <w:r>
        <w:rPr>
          <w:b/>
        </w:rPr>
        <w:t xml:space="preserve">[44:33] </w:t>
      </w:r>
      <w:r>
        <w:t>halanke Islam mein is ko mana kiya gaya hai. katharta ko, katharta ko Islam mein mana kiya gaya hai. jaise ke maine aap ke samne example pesh kiya.</w:t>
      </w:r>
    </w:p>
    <w:p>
      <w:pPr>
        <w:jc w:val="right"/>
      </w:pPr>
      <w:r>
        <w:t>حالانکہ اسلام میں اس کو منع کیا گیا ہے۔ کٹھڑتا کو، کٹھڑتا کو اسلام میں منع کیا گیا ہے۔ جیسے کہ میں نے آپ کے سامنے ایگزامپل پیش کیا۔</w:t>
      </w:r>
    </w:p>
    <w:p>
      <w:r>
        <w:rPr>
          <w:b/>
        </w:rPr>
        <w:t xml:space="preserve">[44:47] </w:t>
      </w:r>
      <w:r>
        <w:t>to hadith mein aata hai ke al muslim man salima nasu min lisanihi wa yadihi.</w:t>
      </w:r>
    </w:p>
    <w:p>
      <w:pPr>
        <w:jc w:val="right"/>
      </w:pPr>
      <w:r>
        <w:t>تو حدیث میں آتا ہے کہ المسلم من سلما ناسو من لسانہ ویدی۔</w:t>
      </w:r>
    </w:p>
    <w:p>
      <w:r>
        <w:rPr>
          <w:b/>
        </w:rPr>
        <w:t xml:space="preserve">[44:58] </w:t>
      </w:r>
      <w:r>
        <w:t>is ka matlab kya hai? muslim is one by whose hands and tongue, people are safe.</w:t>
      </w:r>
    </w:p>
    <w:p>
      <w:pPr>
        <w:jc w:val="right"/>
      </w:pPr>
      <w:r>
        <w:t>اس کا مطلب کیا ہے؟ مسلم از ون بائی ہوز ہینڈز اینڈ ٹنگ۔ پیپل آر سیف۔</w:t>
      </w:r>
    </w:p>
    <w:p>
      <w:r>
        <w:rPr>
          <w:b/>
        </w:rPr>
        <w:t xml:space="preserve">[45:10] </w:t>
      </w:r>
      <w:r>
        <w:t>muslim is one by whose hands and tongue, people are safe. it means that a true Muslim is a peaceful member of society.</w:t>
      </w:r>
    </w:p>
    <w:p>
      <w:pPr>
        <w:jc w:val="right"/>
      </w:pPr>
      <w:r>
        <w:t>مسلم از ون بائی ہوز ہینڈز اینڈ ٹنگ۔ پیپل آر سیف۔ اٹ مینز دیٹ ا ٹرو مسلم از ا پیس فل ممبر اف سوسائٹی۔</w:t>
      </w:r>
    </w:p>
    <w:p>
      <w:r>
        <w:rPr>
          <w:b/>
        </w:rPr>
        <w:t xml:space="preserve">[45:27] </w:t>
      </w:r>
      <w:r>
        <w:t>a true Muslim is a peaceful member of society. yeh nahi ho sakta ke society mein hum rahein aur wahan par hum violence karein,</w:t>
      </w:r>
    </w:p>
    <w:p>
      <w:pPr>
        <w:jc w:val="right"/>
      </w:pPr>
      <w:r>
        <w:t>ا ٹرو مسلم از ا پیس فل ممبر اف سوسائٹی۔ یہ نہیں ہو سکتا کہ سوسائٹی میں ہم رہیں اور وہاں پر ہم وائلنس کریں،</w:t>
      </w:r>
    </w:p>
    <w:p>
      <w:r>
        <w:rPr>
          <w:b/>
        </w:rPr>
        <w:t xml:space="preserve">[45:38] </w:t>
      </w:r>
      <w:r>
        <w:t>logon ko gaali dein, logon ke liye problem create karein. aisa karna apne ko Islami se nikal dena hai. aisa karne ke maani hain ke aadmi Islami se nikal gaya.</w:t>
      </w:r>
    </w:p>
    <w:p>
      <w:pPr>
        <w:jc w:val="right"/>
      </w:pPr>
      <w:r>
        <w:t>لوگوں کو گالی دیں، لوگوں کے لیے پرابلم کریٹ کریں۔ ایسا کرنا اپنے کو اسلامی سے نکال دینا ہے۔ ایسا کرنے کے معنی ہیں کہ آدمی اسلامی سے نکل گیا۔</w:t>
      </w:r>
    </w:p>
    <w:p>
      <w:r>
        <w:rPr>
          <w:b/>
        </w:rPr>
        <w:t xml:space="preserve">[45:58] </w:t>
      </w:r>
      <w:r>
        <w:t>to yahan bhi dekhiye, aisa hai ke Islam mein jo worship hai, us ko logon ne samajh liya hai ke set of rituals ka naam worship samajh liya hai</w:t>
      </w:r>
    </w:p>
    <w:p>
      <w:pPr>
        <w:jc w:val="right"/>
      </w:pPr>
      <w:r>
        <w:t>تو یہاں بھی دیکھیے، ایسا ہے کہ اسلام میں جو ورشپ ہے، اس کو لوگوں نے سمجھ لیا ہے کہ سیٹ اف ریچولز کا نام ورشپ سمجھ لیا ہے</w:t>
      </w:r>
    </w:p>
    <w:p>
      <w:r>
        <w:rPr>
          <w:b/>
        </w:rPr>
        <w:t xml:space="preserve">[46:08] </w:t>
      </w:r>
      <w:r>
        <w:t>ke panch waqt mein kuch rituals kar do to namaz ho gayi. saal mein ek baar bhooke reh jao to roza ho gaya aur saal mein ek baar Makkah ki yatra kar lo to Hajj ho gaya.</w:t>
      </w:r>
    </w:p>
    <w:p>
      <w:pPr>
        <w:jc w:val="right"/>
      </w:pPr>
      <w:r>
        <w:t>کہ پانچ وقت میں کچھ ریچولز کر دو تو نماز ہو گئی۔ سال میں ایک بار بھوکے رہ جاؤ تو روزہ ہو گیا اور سال میں ایک بار مکہ کی یاترا کر لو تو حج ہو گیا۔</w:t>
      </w:r>
    </w:p>
    <w:p>
      <w:r>
        <w:rPr>
          <w:b/>
        </w:rPr>
        <w:t xml:space="preserve">[46:21] </w:t>
      </w:r>
      <w:r>
        <w:t>yeh aisa nahi hai. Islam naam hai ek spirit ka, form ka naam nahi hai. Islam naam hai ek spirit ka, woh rituals ka naam nahi hai.</w:t>
      </w:r>
    </w:p>
    <w:p>
      <w:pPr>
        <w:jc w:val="right"/>
      </w:pPr>
      <w:r>
        <w:t>یہ ایسا نہیں ہے۔ اسلام نام ہے ایک اسپرٹ کا، فارم کا نام نہیں ہے۔ اسلام نام ہے ایک اسپرٹ کا، وہ ریچولز کا نام نہیں ہے۔</w:t>
      </w:r>
    </w:p>
    <w:p>
      <w:r>
        <w:rPr>
          <w:b/>
        </w:rPr>
        <w:t xml:space="preserve">[46:36] </w:t>
      </w:r>
      <w:r>
        <w:t>dekhiye, har cheez mein form bhi hota hai, har cheez mein form bhi hota hai. lekin asal cheez to spirit hoti hai.</w:t>
      </w:r>
    </w:p>
    <w:p>
      <w:pPr>
        <w:jc w:val="right"/>
      </w:pPr>
      <w:r>
        <w:t>دیکھیں، ہر چیز میں فارم بھی ہوتا ہے، ہر چیز میں فارم بھی ہوتا ہے۔ لیکن اصل چیز تو اسپرٹ ہوتی ہے۔</w:t>
      </w:r>
    </w:p>
    <w:p>
      <w:r>
        <w:rPr>
          <w:b/>
        </w:rPr>
        <w:t xml:space="preserve">[46:47] </w:t>
      </w:r>
      <w:r>
        <w:t>aap narangi lein to us mein narangi hogi aur chhilka bhi hoga. lekin asal cheez to narangi hai, asal cheez chhilka to nahi hai. to yeh sahi hai ke Islam ka ek form hai, lekin asal cheez jo hai, woh us ki spirit hai.</w:t>
      </w:r>
    </w:p>
    <w:p>
      <w:pPr>
        <w:jc w:val="right"/>
      </w:pPr>
      <w:r>
        <w:t>آپ نارنگی لیں تو اس میں نارنگی ہوگی اور چھلکا بھی ہوگا۔ لیکن اصل چیز تو نارنگی ہے، اصل چیز چھلکا تو نہیں ہے۔ تو یہ صحیح ہے کہ اسلام کا ایک فارم ہے، لیکن اصل چیز جو ہے، وہ اس کی اسپرٹ ہے۔</w:t>
      </w:r>
    </w:p>
    <w:p>
      <w:r>
        <w:rPr>
          <w:b/>
        </w:rPr>
        <w:t xml:space="preserve">[47:03] </w:t>
      </w:r>
      <w:r>
        <w:t>spirit hai to Islam hai,</w:t>
      </w:r>
    </w:p>
    <w:p>
      <w:pPr>
        <w:jc w:val="right"/>
      </w:pPr>
      <w:r>
        <w:t>اسپرٹ ہے تو اسلام ہے،</w:t>
      </w:r>
    </w:p>
    <w:p>
      <w:r>
        <w:rPr>
          <w:b/>
        </w:rPr>
        <w:t xml:space="preserve">[47:05] </w:t>
      </w:r>
      <w:r>
        <w:t>nahi to woh kuch bhi nahi, just ek chhilka.</w:t>
      </w:r>
    </w:p>
    <w:p>
      <w:pPr>
        <w:jc w:val="right"/>
      </w:pPr>
      <w:r>
        <w:t>نہیں تو وہ کچھ بھی نہیں، جسٹ ایک چھلکا۔</w:t>
      </w:r>
    </w:p>
    <w:p>
      <w:r>
        <w:rPr>
          <w:b/>
        </w:rPr>
        <w:t xml:space="preserve">[47:10] </w:t>
      </w:r>
      <w:r>
        <w:t>to mein ne behrhaal yeh keh sakta hoon ke i have study islam from its original sources, jo arabic books hain, jo quran hai, jo hadith hai,</w:t>
      </w:r>
    </w:p>
    <w:p>
      <w:pPr>
        <w:jc w:val="right"/>
      </w:pPr>
      <w:r>
        <w:t>تو میں نے بہرحال یہ کہہ سکتا ہوں کہ آئی ہیو اسٹڈی اسلام فرام اٹس اوریجنل سورسز، جو عربک بکس ہیں، جو قرآن ہے، جو حدیث ہے،</w:t>
      </w:r>
    </w:p>
    <w:p>
      <w:r>
        <w:rPr>
          <w:b/>
        </w:rPr>
        <w:t xml:space="preserve">[47:27] </w:t>
      </w:r>
      <w:r>
        <w:t>jo prophet ki seerat hai, life hai. in sab cheezon se mein ne islam ko samjha hai.</w:t>
      </w:r>
    </w:p>
    <w:p>
      <w:pPr>
        <w:jc w:val="right"/>
      </w:pPr>
      <w:r>
        <w:t>جو پرافٹ کی سیرت ہے، لائف ہے۔ ان سب چیزوں سے میں نے اسلام کو سمجھا ہے۔</w:t>
      </w:r>
    </w:p>
    <w:p>
      <w:r>
        <w:rPr>
          <w:b/>
        </w:rPr>
        <w:t xml:space="preserve">[47:39] </w:t>
      </w:r>
      <w:r>
        <w:t>to is ka islam ki jo picture mujhe dikhai parti hai, woh yeh hai jo mein ne arz kiya.</w:t>
      </w:r>
    </w:p>
    <w:p>
      <w:pPr>
        <w:jc w:val="right"/>
      </w:pPr>
      <w:r>
        <w:t>تو اس کا اسلام کی جو پکچر مجھے دکھائی پڑتی ہے، وہ یہ ہے جو میں نے عرض کیا۔</w:t>
      </w:r>
    </w:p>
    <w:p>
      <w:r>
        <w:rPr>
          <w:b/>
        </w:rPr>
        <w:t xml:space="preserve">[47:50] </w:t>
      </w:r>
      <w:r>
        <w:t>mein yeh keh sakta hoon ke islam ke islam hundred percent aik, yani positive religion hai.</w:t>
      </w:r>
    </w:p>
    <w:p>
      <w:pPr>
        <w:jc w:val="right"/>
      </w:pPr>
      <w:r>
        <w:t>میں یہ کہہ سکتا ہوں کہ اسلام کہ اسلام ہنڈرڈ پرسنٹ ایک، یعنی پوزیٹیو ریلیجن ہے۔</w:t>
      </w:r>
    </w:p>
    <w:p>
      <w:r>
        <w:rPr>
          <w:b/>
        </w:rPr>
        <w:t xml:space="preserve">[48:03] </w:t>
      </w:r>
      <w:r>
        <w:t>jaise dekhiye, aik aadmi aata hai prophet ke paas, woh kehta hai ke ya rasool Allah, aalmani kalimat aish biha wala tukssir ala yafansa.</w:t>
      </w:r>
    </w:p>
    <w:p>
      <w:pPr>
        <w:jc w:val="right"/>
      </w:pPr>
      <w:r>
        <w:t>جیسے دیکھیے، ایک آدمی آتا ہے پرافٹ کے پاس، وہ کہتا ہے کہ یا رسول اللہ، علمنی کلمات عیش بہنا ولا تکسیر علی یفانسا۔</w:t>
      </w:r>
    </w:p>
    <w:p>
      <w:r>
        <w:rPr>
          <w:b/>
        </w:rPr>
        <w:t xml:space="preserve">[48:19] </w:t>
      </w:r>
      <w:r>
        <w:t>is ka matlab kya hai? o prophet, give me a master advice by which i may be able to manage all the affairs of my life.</w:t>
      </w:r>
    </w:p>
    <w:p>
      <w:pPr>
        <w:jc w:val="right"/>
      </w:pPr>
      <w:r>
        <w:t>اس کا مطلب کیا ہے؟ او پرافٹ، گیو می ا ماسٹر ایڈوائس بائے وچ آئی می بی ایبل ٹو مینج ال دا افیئرز اف مائی لائف۔</w:t>
      </w:r>
    </w:p>
    <w:p>
      <w:r>
        <w:rPr>
          <w:b/>
        </w:rPr>
        <w:t xml:space="preserve">[48:35] </w:t>
      </w:r>
      <w:r>
        <w:t>ab dekhiye, yeh question karta hai, woh yeh sawal karta hai, woh aap ne jawab kya diya? aap ne jawab diya ke la taghzab.</w:t>
      </w:r>
    </w:p>
    <w:p>
      <w:pPr>
        <w:jc w:val="right"/>
      </w:pPr>
      <w:r>
        <w:t>اب دیکھیے، یہ کوئسچن کرتا ہے، وہ یہ سوال کرتا ہے، وہ آپ نے جواب کیا دیا؟ آپ نے جواب دیا کہ لا تغضب۔</w:t>
      </w:r>
    </w:p>
    <w:p>
      <w:r>
        <w:rPr>
          <w:b/>
        </w:rPr>
        <w:t xml:space="preserve">[48:46] </w:t>
      </w:r>
      <w:r>
        <w:t>la taghzab ka matlab hai don't be angry. ab dekhiye, angry kab hota hai? aadmi aap kisi ko saadat karein to woh angry ho jayega.</w:t>
      </w:r>
    </w:p>
    <w:p>
      <w:pPr>
        <w:jc w:val="right"/>
      </w:pPr>
      <w:r>
        <w:t>لا تغضب کا مطلب ہے ڈونٹ بی اینگری۔ اب دیکھیے، اینگری کب ہوتا ہے؟ آدمی آپ کسی کو سعادت کریں تو وہ اینگری ہو جائے گا۔</w:t>
      </w:r>
    </w:p>
    <w:p>
      <w:r>
        <w:rPr>
          <w:b/>
        </w:rPr>
        <w:t xml:space="preserve">[48:57] </w:t>
      </w:r>
      <w:r>
        <w:t>aap kisi ko chai pani pilayein to kya ghussa ho jayega? woh</w:t>
      </w:r>
    </w:p>
    <w:p>
      <w:pPr>
        <w:jc w:val="right"/>
      </w:pPr>
      <w:r>
        <w:t>آپ کسی کو چائے پانی پلائیں تو کیا غصہ ہو جائے گا؟ وہ</w:t>
      </w:r>
    </w:p>
    <w:p>
      <w:r>
        <w:rPr>
          <w:b/>
        </w:rPr>
        <w:t xml:space="preserve">[49:03] </w:t>
      </w:r>
      <w:r>
        <w:t>dekhiye, angry, anger jo hai, phenomenon hai provocation ka. kisi ko aap provoke karte hain to woh angry, to woh ghussa ho jata hai.</w:t>
      </w:r>
    </w:p>
    <w:p>
      <w:pPr>
        <w:jc w:val="right"/>
      </w:pPr>
      <w:r>
        <w:t>دیکھیے، اینگری، اینگر جو ہے، فیناومینا ہے پرووکیشن کا۔ کسی کو آپ پرووک کرتے ہیں تو وہ اینگری، تو وہ غصہ ہو جاتا ہے۔</w:t>
      </w:r>
    </w:p>
    <w:p>
      <w:r>
        <w:rPr>
          <w:b/>
        </w:rPr>
        <w:t xml:space="preserve">[49:15] </w:t>
      </w:r>
      <w:r>
        <w:t>no provocation, no anger. is ko le kar aap sochiye, jab aap ne kaha ke don't be angry, is ka matlab kya hua?</w:t>
      </w:r>
    </w:p>
    <w:p>
      <w:pPr>
        <w:jc w:val="right"/>
      </w:pPr>
      <w:r>
        <w:t>نو پرووکیشن، نو اینگر۔ اس کو لے کر آپ سوچیے، جب آپ نے کہا کہ ڈونٹ بی اینگری، اس کا مطلب کیا ہوا؟</w:t>
      </w:r>
    </w:p>
    <w:p>
      <w:r>
        <w:rPr>
          <w:b/>
        </w:rPr>
        <w:t xml:space="preserve">[49:26] </w:t>
      </w:r>
      <w:r>
        <w:t>don't be angry even when provoked. is ka matlab yeh hua:</w:t>
      </w:r>
    </w:p>
    <w:p>
      <w:pPr>
        <w:jc w:val="right"/>
      </w:pPr>
      <w:r>
        <w:t>ڈونٹ بی اینگری ایون وین پرووکڈ۔ اس کا مطلب یہ ہوا:</w:t>
      </w:r>
    </w:p>
    <w:p>
      <w:r>
        <w:rPr>
          <w:b/>
        </w:rPr>
        <w:t xml:space="preserve">[49:33] </w:t>
      </w:r>
      <w:r>
        <w:t>don't be angry even when provoked. ab is ko aur phailaiye,</w:t>
      </w:r>
    </w:p>
    <w:p>
      <w:pPr>
        <w:jc w:val="right"/>
      </w:pPr>
      <w:r>
        <w:t>ڈونٹ بی اینگری ایون وین پرووکڈ۔ اب اس کو اور پھیلائیے،</w:t>
      </w:r>
    </w:p>
    <w:p>
      <w:r>
        <w:rPr>
          <w:b/>
        </w:rPr>
        <w:t xml:space="preserve">[49:40] </w:t>
      </w:r>
      <w:r>
        <w:t>aur phailaiye aap is ko to kya samajh mein aayega ke samajh jo hai, hamara woh negativity se bhara hua hai.</w:t>
      </w:r>
    </w:p>
    <w:p>
      <w:pPr>
        <w:jc w:val="right"/>
      </w:pPr>
      <w:r>
        <w:t>اور پھیلائیے آپ اس کو تو کیا سمجھ میں آئے گا کہ سماج جو ہے، ہمارا وہ نیگیٹیوٹی سے بھرا ہوا ہے۔</w:t>
      </w:r>
    </w:p>
    <w:p>
      <w:r>
        <w:rPr>
          <w:b/>
        </w:rPr>
        <w:t xml:space="preserve">[49:52] </w:t>
      </w:r>
      <w:r>
        <w:t>negativity se bhara hua, har waqt hamein negative experience hota hai.</w:t>
      </w:r>
    </w:p>
    <w:p>
      <w:pPr>
        <w:jc w:val="right"/>
      </w:pPr>
      <w:r>
        <w:t>نیگیٹیوٹی سے بھرا ہوا، ہر وقت ہمیں نیگیٹیو ایکسپیرینس ہوتا ہے۔</w:t>
      </w:r>
    </w:p>
    <w:p>
      <w:r>
        <w:rPr>
          <w:b/>
        </w:rPr>
        <w:t xml:space="preserve">[49:56] </w:t>
      </w:r>
      <w:r>
        <w:t>to is ko aap phailayein to aap kahenge ke ke tum society mein is tarah raho ke hamesha positive response do, chahe negative experience tum ko pesh aaya ho.</w:t>
      </w:r>
    </w:p>
    <w:p>
      <w:pPr>
        <w:jc w:val="right"/>
      </w:pPr>
      <w:r>
        <w:t>تو اس کو آپ پھیلائیں تو آپ کہیں گے کہ کہ تم سوسائٹی میں اس طرح رہو کہ ہمیشہ پوزیٹیو رسپانس دو، چاہے نیگیٹیو ایکسپیرینس تم کو پیش آیا ہو۔</w:t>
      </w:r>
    </w:p>
    <w:p>
      <w:r>
        <w:rPr>
          <w:b/>
        </w:rPr>
        <w:t xml:space="preserve">[50:09] </w:t>
      </w:r>
      <w:r>
        <w:t>tab bhi negative situation mein bhi positive response do. yeh matlab hua is ka.</w:t>
      </w:r>
    </w:p>
    <w:p>
      <w:pPr>
        <w:jc w:val="right"/>
      </w:pPr>
      <w:r>
        <w:t>تب بھی نیگیٹیو سچویشن میں بھی پوزیٹیو رسپانس دو۔ یہ مطلب ہوا اس کا۔</w:t>
      </w:r>
    </w:p>
    <w:p>
      <w:r>
        <w:rPr>
          <w:b/>
        </w:rPr>
        <w:t xml:space="preserve">[50:19] </w:t>
      </w:r>
      <w:r>
        <w:t>to behrhaal yahi mein samjha hoon quran ke direct study se, aur mein yeh keh sakta hoon ke islam is a religion of peace, religion of love, religion of adjustment, religion of tolerance.</w:t>
      </w:r>
    </w:p>
    <w:p>
      <w:pPr>
        <w:jc w:val="right"/>
      </w:pPr>
      <w:r>
        <w:t>تو بہرحال یہی میں سمجھا ہوں قرآن کے ڈائریکٹ اسٹڈی سے، اور میں یہ کہہ سکتا ہوں کہ اسلام از اب ریلیجن اف پیس، ریلیجن اف لو، ریلیجن اف ایڈجسٹمنٹ، ریلیجن اف ٹالرنس۔</w:t>
      </w:r>
    </w:p>
    <w:p>
      <w:r>
        <w:rPr>
          <w:b/>
        </w:rPr>
        <w:t xml:space="preserve">[50:39] </w:t>
      </w:r>
      <w:r>
        <w:t>yeh islam ki asal tasveer hai. aqool qawli haza wastaghfirullah alaikum ajmaeen.</w:t>
      </w:r>
    </w:p>
    <w:p>
      <w:pPr>
        <w:jc w:val="right"/>
      </w:pPr>
      <w:r>
        <w:t>یہ اسلام کی اصل تصویر ہے۔ اقول قولیھذا واستغفراللہ علیکم اجمعین۔</w:t>
      </w:r>
    </w:p>
    <w:p>
      <w:r>
        <w:rPr>
          <w:b/>
        </w:rPr>
        <w:t xml:space="preserve">[50:59] </w:t>
      </w:r>
      <w:r>
        <w:t>yeh quran jo mein ne parhi hai, is mein likha hua hai: jaan miliye aur us ko maro, chodo nahi un ko. saath Christians ko, Jews ko maro, woh tumhare aadmi nahi hain.</w:t>
      </w:r>
    </w:p>
    <w:p>
      <w:pPr>
        <w:jc w:val="right"/>
      </w:pPr>
      <w:r>
        <w:t>یہ قرآن جو میں نے پڑھی ہے، اس میں لکھا ہوا ہے: جان ملیے اور اس کو مارو، چھوڑو نہیں ان کو۔ ساتھ کرسچنز کو، جوس کو مارو، وہ تمہارے آدمی نہیں ہیں۔</w:t>
      </w:r>
    </w:p>
    <w:p>
      <w:r>
        <w:rPr>
          <w:b/>
        </w:rPr>
        <w:t xml:space="preserve">[51:11] </w:t>
      </w:r>
      <w:r>
        <w:t>yeh mein is mein aap ko ayat bata sakta hoon. haan, theek, mein janta hoon. ji, aap jante hain. theek hai, mera kehna yeh hai ke shayad yeh galat interpretation hai. ab aap batayein,</w:t>
      </w:r>
    </w:p>
    <w:p>
      <w:pPr>
        <w:jc w:val="right"/>
      </w:pPr>
      <w:r>
        <w:t>یہ میں اس میں آپ کو آیت بتا سکتا ہوں۔ ہاں، ٹھیک، میں جانتا ہوں۔ جی، آپ جانتے ہیں۔ ٹھیک ہے، میرا کہنا یہ ہے کہ شاید یہ غلط انٹرپریٹیشن ہے۔ اب آپ بتائیں،</w:t>
      </w:r>
    </w:p>
    <w:p>
      <w:r>
        <w:rPr>
          <w:b/>
        </w:rPr>
        <w:t xml:space="preserve">[51:26] </w:t>
      </w:r>
      <w:r>
        <w:t>dekhein, woh galat translation nahi hai.</w:t>
      </w:r>
    </w:p>
    <w:p>
      <w:pPr>
        <w:jc w:val="right"/>
      </w:pPr>
      <w:r>
        <w:t>دیکھیں، وہ غلط ٹرانسلیشن نہیں ہے۔</w:t>
      </w:r>
    </w:p>
    <w:p>
      <w:r>
        <w:rPr>
          <w:b/>
        </w:rPr>
        <w:t xml:space="preserve">[51:29] </w:t>
      </w:r>
      <w:r>
        <w:t>asal mein woh hai, yani is ko hum is ko log le lete hain, yani aik is ki general maani mein le lete hain, general sense mein le lete hain.</w:t>
      </w:r>
    </w:p>
    <w:p>
      <w:pPr>
        <w:jc w:val="right"/>
      </w:pPr>
      <w:r>
        <w:t>اصل میں وہ ہے، یعنی اس کو ہم اس کو لوگ لے لیتے ہیں، یعنی ایک اس کی جنرل معنی میں لے لیتے ہیں، جنرل سینس میں لے لیتے ہیں۔</w:t>
      </w:r>
    </w:p>
    <w:p>
      <w:r>
        <w:rPr>
          <w:b/>
        </w:rPr>
        <w:t xml:space="preserve">[51:43] </w:t>
      </w:r>
      <w:r>
        <w:t>woh woh ayat jo hai, woh us waqt ke jab ke muslims un se at war the, jang chidi hui thi, tab ki baat hai.</w:t>
      </w:r>
    </w:p>
    <w:p>
      <w:pPr>
        <w:jc w:val="right"/>
      </w:pPr>
      <w:r>
        <w:t>وہ وہ آیت جو ہے، وہ اس وقت کے جب کہ مسلمز ان سے ایٹ وار تھے، جنگ چھڑی ہوئی تھی، تب کی بات ہے۔</w:t>
      </w:r>
    </w:p>
    <w:p>
      <w:r>
        <w:rPr>
          <w:b/>
        </w:rPr>
        <w:t xml:space="preserve">[51:53] </w:t>
      </w:r>
      <w:r>
        <w:t>is ke baad kabhi aisa, is ke baad nahi, kahin bhi aisa hukum diya gaya ke un ko maro. maro ke maani battlefield mein maro.</w:t>
      </w:r>
    </w:p>
    <w:p>
      <w:pPr>
        <w:jc w:val="right"/>
      </w:pPr>
      <w:r>
        <w:t>اس کے بعد کبھی ایسا، اس کے بعد نہیں، کہیں بھی ایسا حکم دیا گیا کہ ان کو مارو۔ مارو کے معنی بیٹل فیلڈ میں مارو۔</w:t>
      </w:r>
    </w:p>
    <w:p>
      <w:r>
        <w:rPr>
          <w:b/>
        </w:rPr>
        <w:t xml:space="preserve">[52:03] </w:t>
      </w:r>
      <w:r>
        <w:t>battle field mein chounke dekhiye, wahan par sari jo teaching thi prophet ki, woh peace par chal rahi thi.</w:t>
      </w:r>
    </w:p>
    <w:p>
      <w:pPr>
        <w:jc w:val="right"/>
      </w:pPr>
      <w:r>
        <w:t>بیٹل فیلڈ میں چونکہ دیکھیے، وہاں پر ساری جو ٹیچنگ تھی پرافٹ کی، وہ پیس پر چل رہی تھی۔</w:t>
      </w:r>
    </w:p>
    <w:p>
      <w:r>
        <w:rPr>
          <w:b/>
        </w:rPr>
        <w:t xml:space="preserve">[52:14] </w:t>
      </w:r>
      <w:r>
        <w:t>to jab attack kiya logon ne, to wahan par chounke larnay ki baat thi, to aap ko kaha gaya ke laro in se. chounke attack kar diya, is liye laro.</w:t>
      </w:r>
    </w:p>
    <w:p>
      <w:pPr>
        <w:jc w:val="right"/>
      </w:pPr>
      <w:r>
        <w:t>تو جب اٹیک کیا لوگوں نے، تو وہاں پر چونکہ لڑنے کی بات تھی، تو آپ کو کہا گیا کہ لڑو ان سے۔ چونکہ اٹیک کر دیا، اس لیے لڑو۔</w:t>
      </w:r>
    </w:p>
    <w:p>
      <w:r>
        <w:rPr>
          <w:b/>
        </w:rPr>
        <w:t xml:space="preserve">[52:22] </w:t>
      </w:r>
      <w:r>
        <w:t>to woh larai ke zamanay ki baat hai, woh peace ke zamanay ki baat nahi hai. maine is par kai kutub, kai book likhi hain, jaisay aik book ka naam hai "true jihad", "true jihad", aur aik ka naam hai "islam and peace".</w:t>
      </w:r>
    </w:p>
    <w:p>
      <w:pPr>
        <w:jc w:val="right"/>
      </w:pPr>
      <w:r>
        <w:t>تو وہ لڑائی کے زمانے کی بات ہے، وہ پیس کے زمانے کی بات نہیں ہے۔ میں نے اس پر کئی کتب، کئی بک لکھی ہیں، جیسے ایک بک کا نام ہے "ٹرو جہاد"، "ٹرو جہاد"، اور ایک کا نام ہے "اسلام اینڈ پیس"۔</w:t>
      </w:r>
    </w:p>
    <w:p>
      <w:r>
        <w:rPr>
          <w:b/>
        </w:rPr>
        <w:t xml:space="preserve">[52:40] </w:t>
      </w:r>
      <w:r>
        <w:t>to maine is mein un ayaton ko le kar ke bataya hai ke yeh ayaten jo hain, koi 24 ayat aisay atay hain jin mein qital ki baat kahi gayi hai.</w:t>
      </w:r>
    </w:p>
    <w:p>
      <w:pPr>
        <w:jc w:val="right"/>
      </w:pPr>
      <w:r>
        <w:t>تو میں نے اس میں ان آیتوں کو لے کر کے بتایا ہے کہ یہ آیتیں جو ہیں، کوئی 24 آیت ایسے آتے ہیں جن میں قتال کی بات کہی گئی ہے۔</w:t>
      </w:r>
    </w:p>
    <w:p>
      <w:r>
        <w:rPr>
          <w:b/>
        </w:rPr>
        <w:t xml:space="preserve">[52:50] </w:t>
      </w:r>
      <w:r>
        <w:t>woh ayaten sab ki sab jo hain, woh us waqt ke liye hain jab ke jang chiri hui thi, tab ki hain. jang khatam to woh bhi khatam.</w:t>
      </w:r>
    </w:p>
    <w:p>
      <w:pPr>
        <w:jc w:val="right"/>
      </w:pPr>
      <w:r>
        <w:t>وہ آیتیں سب کی سب جو ہیں، وہ اس وقت کے لیے ہیں جب کہ جنگ چھڑی ہوئی تھی، تب کی ہیں۔ جنگ ختم تو وہ بھی ختم۔</w:t>
      </w:r>
    </w:p>
    <w:p>
      <w:r>
        <w:rPr>
          <w:b/>
        </w:rPr>
        <w:t xml:space="preserve">[53:03] </w:t>
      </w:r>
      <w:r>
        <w:t>aisa hai</w:t>
      </w:r>
    </w:p>
    <w:p>
      <w:pPr>
        <w:jc w:val="right"/>
      </w:pPr>
      <w:r>
        <w:t>ایسا ہے</w:t>
      </w:r>
    </w:p>
    <w:p>
      <w:r>
        <w:rPr>
          <w:b/>
        </w:rPr>
        <w:t xml:space="preserve">[53:04] </w:t>
      </w:r>
      <w:r>
        <w:t>quran mein, dekhiye, saaf saaf hai: "fa in intaha illa al zalimeen" ke jab jang khatam ho jaye to phir kuch nahi, phir tumhein kuch nahi karna hai, normal tareeqay se rehna hai.</w:t>
      </w:r>
    </w:p>
    <w:p>
      <w:pPr>
        <w:jc w:val="right"/>
      </w:pPr>
      <w:r>
        <w:t>قرآن میں، دیکھیں، صاف صاف ہے: "فین انتہا الا الظالمین" کہ جب جنگ ختم ہو جائے تو پھر کچھ نہیں، پھر تمہیں کچھ نہیں کرنا ہے، نارمل طریقے سے رہنا ہے۔</w:t>
      </w:r>
    </w:p>
    <w:p>
      <w:r>
        <w:rPr>
          <w:b/>
        </w:rPr>
        <w:t xml:space="preserve">[53:18] </w:t>
      </w:r>
      <w:r>
        <w:t>yani "istaqim fastaqim lahum", woh tum se peace ke sath rahen, tum bhi peace ke sath raho.</w:t>
      </w:r>
    </w:p>
    <w:p>
      <w:pPr>
        <w:jc w:val="right"/>
      </w:pPr>
      <w:r>
        <w:t>یعنی "استقامت فاستقیم لہم"، وہ تم سے پیس کے ساتھ رہیں، تم بھی پیس کے ساتھ رہو۔</w:t>
      </w:r>
    </w:p>
    <w:p>
      <w:r>
        <w:rPr>
          <w:b/>
        </w:rPr>
        <w:t xml:space="preserve">[53:25] </w:t>
      </w:r>
      <w:r>
        <w:t>to yeh na to koi eternal teaching thi, na koi general teaching thi, woh us waqt ki baat thi jab ke in logon ne attack kiya aur larai ki situation paida ho gayi, tab ki hai.</w:t>
      </w:r>
    </w:p>
    <w:p>
      <w:pPr>
        <w:jc w:val="right"/>
      </w:pPr>
      <w:r>
        <w:t>تو یہ نہ تو کوئی ایٹرنل ٹیچنگ تھی، نہ کوئی جنرل ٹیچنگ تھی، وہ اس وقت کی بات تھی جب کہ ان لوگوں نے اٹیک کیا اور لڑائی کی سچوئیشن پیدا ہوگئی، تب کی ہے۔</w:t>
      </w:r>
    </w:p>
    <w:p>
      <w:r>
        <w:rPr>
          <w:b/>
        </w:rPr>
        <w:t xml:space="preserve">[53:37] </w:t>
      </w:r>
      <w:r>
        <w:t>bas is se zyada aur kuch bhi nahi. aik sawal hai, muhammad sahib, yani aap ki interpretation yeh hai ke woh ayaten us waqt laagu hoti thin jab ke muhammad sahib islam ko establish kar rahay thay, seventh century mein.</w:t>
      </w:r>
    </w:p>
    <w:p>
      <w:pPr>
        <w:jc w:val="right"/>
      </w:pPr>
      <w:r>
        <w:t>بس اس سے زیادہ اور کچھ بھی نہیں۔ ایک سوال ہے، محمد صاحب، یعنی آپ کی انٹرپریٹیشن یہ ہے کہ وہ آیاتیں اس وقت لاگو ہوتی تھیں جب کہ محمد صاحب اسلام کو اسٹیبلش کر رہے تھے، سیونتھ سینچری میں۔</w:t>
      </w:r>
    </w:p>
    <w:p>
      <w:r>
        <w:rPr>
          <w:b/>
        </w:rPr>
        <w:t xml:space="preserve">[53:55] </w:t>
      </w:r>
      <w:r>
        <w:t>yeh sirf jo aaj kal ki larai karte hain, woh log ke jo kashmir mein aur arab mein, falasteen mein jo lar bher rahay hain, un ka yeh mamla hai.</w:t>
      </w:r>
    </w:p>
    <w:p>
      <w:pPr>
        <w:jc w:val="right"/>
      </w:pPr>
      <w:r>
        <w:t>یہ صرف جو آج کل کی لڑائی کرتے ہیں، وہ لوگ کہ جو کشمیر میں اور عرب میں، فلسطین میں جو لڑ بھڑ رہے ہیں، ان کا یہ معاملہ ہے۔</w:t>
      </w:r>
    </w:p>
    <w:p>
      <w:r>
        <w:rPr>
          <w:b/>
        </w:rPr>
        <w:t xml:space="preserve">[54:07] </w:t>
      </w:r>
      <w:r>
        <w:t>unhon ne yeh aik keh rakha hai, kisi bhi baray scholar ko aap nahi paayenge, un ki aap committee parh lijiye, koi baray scholar ki jo communities hain, us mein aisa likha hua nahi maayenge.</w:t>
      </w:r>
    </w:p>
    <w:p>
      <w:pPr>
        <w:jc w:val="right"/>
      </w:pPr>
      <w:r>
        <w:t>انہوں نے یہ ایک کہہ رکھا ہے، کسی بھی بڑے سکالر کو آپ نہیں پائیں گے، ان کی آپ کمیٹی پڑھ لیجئے، کوئی بڑے سکالر کی جو کمیونٹیز ہیں، اس میں ایسا لکھا ہوا نہیں مائیں گے۔</w:t>
      </w:r>
    </w:p>
    <w:p>
      <w:r>
        <w:rPr>
          <w:b/>
        </w:rPr>
        <w:t xml:space="preserve">[54:17] </w:t>
      </w:r>
      <w:r>
        <w:t>yeh logon ne albata aisa keh rakha hai.</w:t>
      </w:r>
    </w:p>
    <w:p>
      <w:pPr>
        <w:jc w:val="right"/>
      </w:pPr>
      <w:r>
        <w:t>یہ لوگوں نے البتہ ایسا کہہ رکھا ہے۔</w:t>
      </w:r>
    </w:p>
    <w:p>
      <w:r>
        <w:rPr>
          <w:b/>
        </w:rPr>
        <w:t xml:space="preserve">[54:19] </w:t>
      </w:r>
      <w:r>
        <w:t>main wahan gaya falasteen to kya hua ke maine kai arab jo is mein thay, maine un se kaha ke yeh jo larai larai aap kar rahay hain, yeh islam mein haram hai.</w:t>
      </w:r>
    </w:p>
    <w:p>
      <w:pPr>
        <w:jc w:val="right"/>
      </w:pPr>
      <w:r>
        <w:t>میں وہاں گیا فلسطین تو کیا ہوا کہ میں نے کئی عرب جو اس میں تھے، میں نے ان سے کہا کہ یہ جو لڑائی لڑائی آپ کر رہے ہیں، یہ اسلام میں حرام ہے۔</w:t>
      </w:r>
    </w:p>
    <w:p>
      <w:r>
        <w:rPr>
          <w:b/>
        </w:rPr>
        <w:t xml:space="preserve">[54:35] </w:t>
      </w:r>
      <w:r>
        <w:t>unhon ne kaha ke woh kaisay? maine kaha ke bukhari mein riwayat hai ke "ma khair rasool Allah sallallahu alaihi wasallam bayna amrain ilaa al akhtara".</w:t>
      </w:r>
    </w:p>
    <w:p>
      <w:pPr>
        <w:jc w:val="right"/>
      </w:pPr>
      <w:r>
        <w:t>انہوں نے کہا کہ وہ کیسے؟ میں نے کہا کہ بخاری میں روایت ہے کہ "ما خیر رسول اللہ صلی اللہ علیہ وسلم بین امرین الاختہ"۔</w:t>
      </w:r>
    </w:p>
    <w:p>
      <w:r>
        <w:rPr>
          <w:b/>
        </w:rPr>
        <w:t xml:space="preserve">[54:45] </w:t>
      </w:r>
      <w:r>
        <w:t>is ka matlab kya hai?</w:t>
      </w:r>
    </w:p>
    <w:p>
      <w:pPr>
        <w:jc w:val="right"/>
      </w:pPr>
      <w:r>
        <w:t>اس کا مطلب کیا ہے؟</w:t>
      </w:r>
    </w:p>
    <w:p>
      <w:r>
        <w:rPr>
          <w:b/>
        </w:rPr>
        <w:t xml:space="preserve">[54:48] </w:t>
      </w:r>
      <w:r>
        <w:t>is ka matlab yeh hai ke general policy thi prophet ki yeh ke "whenever the prophet had to choose between the two", he always opted for easier option rather than harder option.</w:t>
      </w:r>
    </w:p>
    <w:p>
      <w:pPr>
        <w:jc w:val="right"/>
      </w:pPr>
      <w:r>
        <w:t>اس کا مطلب یہ ہے کہ جنرل پالیسی تھی پرافٹ کی یہ کہ "وین ایور دا پرافٹ ہیڈ ٹو چوز بٹوین دا ٹو"، ہی الویز اپٹڈ فار ایزر آپشن رادر دین ہارڈر آپشن۔</w:t>
      </w:r>
    </w:p>
    <w:p>
      <w:r>
        <w:rPr>
          <w:b/>
        </w:rPr>
        <w:t xml:space="preserve">[55:01] </w:t>
      </w:r>
      <w:r>
        <w:t>to maine un se kaha ke dekhiye, yeh prophet ki general policy thi, aap ke liye easier option kya hai, harder kya hai?</w:t>
      </w:r>
    </w:p>
    <w:p>
      <w:pPr>
        <w:jc w:val="right"/>
      </w:pPr>
      <w:r>
        <w:t>تو میں نے ان سے کہا کہ دیکھیے، یہ پرافٹ کی جنرل پالیسی تھی، آپ کے لیے ایزر آپشن کیا ہے، ہارڈر کیا ہے؟</w:t>
      </w:r>
    </w:p>
    <w:p>
      <w:r>
        <w:rPr>
          <w:b/>
        </w:rPr>
        <w:t xml:space="preserve">[55:09] </w:t>
      </w:r>
      <w:r>
        <w:t>yani agar aap peaceful tareeqay se apna ambition chalayen to yeh aap ke liye easier option hai, aur agar aap violence ke sath chalayen to harder option hai.</w:t>
      </w:r>
    </w:p>
    <w:p>
      <w:pPr>
        <w:jc w:val="right"/>
      </w:pPr>
      <w:r>
        <w:t>یعنی اگر آپ پیس فل طریقے سے اپنا ایمبیشن چلائیں تو یہ آپ کے لیے ایزر آپشن ہے، اور اگر آپ وائلنس کے ساتھ چلائیں تو ہارڈر آپشن ہے۔</w:t>
      </w:r>
    </w:p>
    <w:p>
      <w:r>
        <w:rPr>
          <w:b/>
        </w:rPr>
        <w:t xml:space="preserve">[55:20] </w:t>
      </w:r>
      <w:r>
        <w:t>to aap ke dono option khulay hue hain, aap ka jo bhi maqsad hai to aap peaceful tareeqay se kaam kijiye, jaisay mahatma gandhi ne kaam kiya.</w:t>
      </w:r>
    </w:p>
    <w:p>
      <w:pPr>
        <w:jc w:val="right"/>
      </w:pPr>
      <w:r>
        <w:t>تو آپ کے دونوں آپشن کھلے ہوئے ہیں، آپ کا جو بھی مقصد ہے تو آپ پیس فل طریقے سے کام کیجئے، جیسے مہاتما گاندھی نے کام کیا۔</w:t>
      </w:r>
    </w:p>
    <w:p>
      <w:r>
        <w:rPr>
          <w:b/>
        </w:rPr>
        <w:t xml:space="preserve">[55:31] </w:t>
      </w:r>
      <w:r>
        <w:t>to aap ko yeh option liye hue hain, violence wala.</w:t>
      </w:r>
    </w:p>
    <w:p>
      <w:pPr>
        <w:jc w:val="right"/>
      </w:pPr>
      <w:r>
        <w:t>تو آپ کو یہ آپشن لیے ہوئے ہیں، وائلنس والا۔</w:t>
      </w:r>
    </w:p>
    <w:p>
      <w:r>
        <w:rPr>
          <w:b/>
        </w:rPr>
        <w:t xml:space="preserve">[55:36] </w:t>
      </w:r>
      <w:r>
        <w:t>yani khuli khuli mein reference diya un ko, lekin nahi maane, bas aisay hi bolte rahay. to dekhiye, yeh main aap se keh sakta hoon poore is ke sath ke kisi bhi baray scholar ka woh interpretation nahi jo aap ne farmaya.</w:t>
      </w:r>
    </w:p>
    <w:p>
      <w:pPr>
        <w:jc w:val="right"/>
      </w:pPr>
      <w:r>
        <w:t>یعنی کھلی کھلی میں ریفرنس دیا ان کو، لیکن نہیں مانے، بس ایسے ہی بولتے رہے۔ تو دیکھیے، یہ میں آپ سے کہہ سکتا ہوں پورے اس کے ساتھ کہ کسی بھی بڑے سکالر کا وہ انٹرپریٹیشن نہیں جو آپ نے فرمایا۔</w:t>
      </w:r>
    </w:p>
    <w:p>
      <w:r>
        <w:rPr>
          <w:b/>
        </w:rPr>
        <w:t xml:space="preserve">[55:50] </w:t>
      </w:r>
      <w:r>
        <w:t>woh unhi logon ka hai jo apni rai bharai ke liye ayaton ko nikal nikal kar ke us ko justify karne ke liye baatein karte rehtay hain.</w:t>
      </w:r>
    </w:p>
    <w:p>
      <w:pPr>
        <w:jc w:val="right"/>
      </w:pPr>
      <w:r>
        <w:t>وہ انہی لوگوں کا ہے جو اپنی رائی بھرائی کے لیے آیتوں کو نکال نکال کر کے اس کو جسٹیفائی کرنے کے لیے باتیں کرتے رہتے ہیں۔</w:t>
      </w:r>
    </w:p>
    <w:p>
      <w:r>
        <w:rPr>
          <w:b/>
        </w:rPr>
        <w:t xml:space="preserve">[56:01] </w:t>
      </w:r>
      <w:r>
        <w:t>muhammad sahib ne khud farmaya hai ke</w:t>
      </w:r>
    </w:p>
    <w:p>
      <w:pPr>
        <w:jc w:val="right"/>
      </w:pPr>
      <w:r>
        <w:t>محمد صاحب نے خود فرمایا ہے کہ</w:t>
      </w:r>
    </w:p>
    <w:p>
      <w:r>
        <w:rPr>
          <w:b/>
        </w:rPr>
        <w:t xml:space="preserve">[56:05] </w:t>
      </w:r>
      <w:r>
        <w:t>jitnay bhi hamaray principal jo hum bata rahay hain, pehlay to yeh hai ke is as per that research in India, yeh sab available hain.</w:t>
      </w:r>
    </w:p>
    <w:p>
      <w:pPr>
        <w:jc w:val="right"/>
      </w:pPr>
      <w:r>
        <w:t>جتنے بھی ہمارے پرنسپل جو ہم بتا رہے ہیں، پہلے تو یہ ہے کہ اس ایز پر دیٹ ریسرچ ان انڈیا، یہ سب اویلیبل ہیں۔</w:t>
      </w:r>
    </w:p>
    <w:p>
      <w:r>
        <w:rPr>
          <w:b/>
        </w:rPr>
        <w:t xml:space="preserve">[56:15] </w:t>
      </w:r>
      <w:r>
        <w:t>yani aap log jante honge ke pathar mein bamsa jaise reho, qamar ke phool jitne reho, qamar ke is pathar jitne reho, pareshan ki qurbani, uth munasib ke khilaf ho, apne apne khilaf mat bolo.</w:t>
      </w:r>
    </w:p>
    <w:p>
      <w:pPr>
        <w:jc w:val="right"/>
      </w:pPr>
      <w:r>
        <w:t>یعنی آپ لوگ جانتے ہوں گے کہ پتھر میں بمسا جیسے رہو، قمر کے پھول جتنے رہو، قمر کے اس پتھر جتنے رہو، پریشاں کی قربانی، اٹھ مناسب کے خلاف ہو، اپنے اپنے خلاف مت بولو۔</w:t>
      </w:r>
    </w:p>
    <w:p>
      <w:r>
        <w:rPr>
          <w:b/>
        </w:rPr>
        <w:t xml:space="preserve">[56:30] </w:t>
      </w:r>
      <w:r>
        <w:t>yeh sab cheezein hum mante hain Islam mein. Yeh unhon</w:t>
      </w:r>
    </w:p>
    <w:p>
      <w:pPr>
        <w:jc w:val="right"/>
      </w:pPr>
      <w:r>
        <w:t>یہ سب چیزیں ہم مانتے ہیں اسلام میں۔ یہ انہوں</w:t>
      </w:r>
    </w:p>
    <w:p>
      <w:r>
        <w:rPr>
          <w:b/>
        </w:rPr>
        <w:t xml:space="preserve">[56:33] </w:t>
      </w:r>
      <w:r>
        <w:t>ne yeh kaha ke yeh mein ne apne apne aap nahi likh raha, yeh pehle jo paighambar ho chuke hain, yeh pehle grek man ho chuke hain, oli man ho chuke hain, unhi se mein ne seekh kar ke ya un se kuch achhe point le kar ke un mein se bata raha hoon.</w:t>
      </w:r>
    </w:p>
    <w:p>
      <w:pPr>
        <w:jc w:val="right"/>
      </w:pPr>
      <w:r>
        <w:t>نے یہ کہا کہ یہ میں نے اپنے اپنے آپ نہیں لکھ رہا، یہ پہلے جو پیغمبر ہو چکے ہیں، یہ پہلے گریک مین ہو چکے ہیں، اولی مین ہو چکے ہیں، انہی سے میں نے سیکھ کر کے یا ان سے کچھ اچھے پوائنٹ لے کر کے ان میں سے بتا رہا ہوں۔</w:t>
      </w:r>
    </w:p>
    <w:p>
      <w:r>
        <w:rPr>
          <w:b/>
        </w:rPr>
        <w:t xml:space="preserve">[56:48] </w:t>
      </w:r>
      <w:r>
        <w:t>lekin mera main point yeh hai, yeh hai as per that principle, especially in India. Baqi jagah toh sab Muslim countries hain, woh problem larger hai,</w:t>
      </w:r>
    </w:p>
    <w:p>
      <w:pPr>
        <w:jc w:val="right"/>
      </w:pPr>
      <w:r>
        <w:t>لیکن میرا مین پوائنٹ یہ ہے، یہ ہے ایز پر دیٹ پرنسپل، اسپیشلی ان انڈیا۔ باقی جگہ تو سب مسلم کنٹریز ہیں، وہ پرابلم لارجر ہے،</w:t>
      </w:r>
    </w:p>
    <w:p>
      <w:r>
        <w:rPr>
          <w:b/>
        </w:rPr>
        <w:t xml:space="preserve">[56:57] </w:t>
      </w:r>
      <w:r>
        <w:t>lekin Muslims and Hindus, yeh hai bhi. If the concentration for last many years, Maulana Rumi ne khud kaha hai ke agar woh din kahein toh tum raat kahein.</w:t>
      </w:r>
    </w:p>
    <w:p>
      <w:pPr>
        <w:jc w:val="right"/>
      </w:pPr>
      <w:r>
        <w:t>لیکن مسلمز اینڈ ہندوز، یہ ہے بھی۔ اف دی کنسنٹریشن فار لاسٹ مینی ایئرز، مولانا رومی نے خود کہا ہے کہ اگر وہ دن کہیں تو تم رات کہیں۔</w:t>
      </w:r>
    </w:p>
    <w:p>
      <w:r>
        <w:rPr>
          <w:b/>
        </w:rPr>
        <w:t xml:space="preserve">[57:10] </w:t>
      </w:r>
      <w:r>
        <w:t>Yeh jo falsafa hai, agar woh din kahein toh tum raat kahein. That means we are always against that. Why to speed of fact, the Islam is illustrating, we are illustrating.</w:t>
      </w:r>
    </w:p>
    <w:p>
      <w:pPr>
        <w:jc w:val="right"/>
      </w:pPr>
      <w:r>
        <w:t>یہ جو فلسفہ ہے، اگر وہ دن کہیں تو تم رات کہیں۔ دیٹ مینز وی آر الویز اگینسٹ دیٹ۔ وائی ٹو سپیڈ اف فیکٹ، دا اسلام از السٹریٹنگ، وی آر السٹریٹنگ۔</w:t>
      </w:r>
    </w:p>
    <w:p>
      <w:r>
        <w:rPr>
          <w:b/>
        </w:rPr>
        <w:t xml:space="preserve">[57:22] </w:t>
      </w:r>
      <w:r>
        <w:t>Nahi, yeh toh Maulana Rumi ne kahan kaha, mujhe pata nahi. Islam mein toh kabhi aisa nahi ke woh raat kahein toh din kaho. Mein karta hoon, karti hoon. Islam ki teaching aisa nahi hai.</w:t>
      </w:r>
    </w:p>
    <w:p>
      <w:pPr>
        <w:jc w:val="right"/>
      </w:pPr>
      <w:r>
        <w:t>نہیں، یہ تو مولانا رومی نے کہاں کہا، مجھے پتہ نہیں۔ اسلام میں تو کبھی ایسا نہیں کہ وہ رات کہیں تو دن کہو۔ میں کرتا ہوں، کرتی ہوں۔ اسلام کی ٹیچنگ ایسا نہیں ہے۔</w:t>
      </w:r>
    </w:p>
    <w:p>
      <w:r>
        <w:rPr>
          <w:b/>
        </w:rPr>
        <w:t xml:space="preserve">[57:32] </w:t>
      </w:r>
      <w:r>
        <w:t>I have given a small dot in the same thing. Not nahi, dekhiye, Maulana Rum jo the, unhon ne aap dekhein ke Rumi sahab ne jo kaha hoga toh kaha hoga, mujhe nahi maloom, lekin Islam mein aisi koi baat nahi hai.</w:t>
      </w:r>
    </w:p>
    <w:p>
      <w:pPr>
        <w:jc w:val="right"/>
      </w:pPr>
      <w:r>
        <w:t>آئی ہیو گیون اے سمال ڈاٹ ان دی سیم تھنگ۔ ناٹ نہیں، دیکھیے، مولانا روم جو تھے، انہوں نے آپ دیکھیں کہ رومی صاحب نے جو کہا ہوگا تو کہا ہوگا، مجھے نہیں معلوم، لیکن اسلام میں ایسی کوئی بات نہیں ہے۔</w:t>
      </w:r>
    </w:p>
    <w:p>
      <w:r>
        <w:rPr>
          <w:b/>
        </w:rPr>
        <w:t xml:space="preserve">[57:45] </w:t>
      </w:r>
      <w:r>
        <w:t>Ek baat, ek baat, ek baat sun lijiye, ek baat sun li</w:t>
      </w:r>
    </w:p>
    <w:p>
      <w:pPr>
        <w:jc w:val="right"/>
      </w:pPr>
      <w:r>
        <w:t>ایک بات، ایک بات، ایک بات سن لیجئے، ایک بات سن لیج</w:t>
      </w:r>
    </w:p>
    <w:p>
      <w:r>
        <w:rPr>
          <w:b/>
        </w:rPr>
        <w:t xml:space="preserve">[57:49] </w:t>
      </w:r>
      <w:r>
        <w:t>ye. Nahi, ek baat sun lijiye, Maulana Rum Islam mein hargiz koi authority nahi hai. Mein bata doon aap ko, woh unhon ne ek masnavi likhi hai Persian language mein.</w:t>
      </w:r>
    </w:p>
    <w:p>
      <w:pPr>
        <w:jc w:val="right"/>
      </w:pPr>
      <w:r>
        <w:t>ئے۔ نہیں، ایک بات سن لیجئے، مولانا روم اسلام میں ہرگز کوئی اتھارٹی نہیں ہے۔ میں بتا دوں آپ کو، وہ انہوں نے ایک مثنوی لکھی ہے پرشین لینگویج میں۔</w:t>
      </w:r>
    </w:p>
    <w:p>
      <w:r>
        <w:rPr>
          <w:b/>
        </w:rPr>
        <w:t xml:space="preserve">[58:02] </w:t>
      </w:r>
      <w:r>
        <w:t>Woh masnavi jo hai, woh zyada tar is mein similes hain. Similes, is ka Quran se koi matlab nahi, hadith se koi matlab nahi. Yeh woh un ki apni shayari</w:t>
      </w:r>
    </w:p>
    <w:p>
      <w:pPr>
        <w:jc w:val="right"/>
      </w:pPr>
      <w:r>
        <w:t>وہ مثنوی جو ہے، وہ زیادہ تر اس میں سملیز ہیں۔ سملیز، اس کا قرآن سے کوئی مطلب نہیں، حدیث سے کوئی مطلب نہیں۔ یہ وہ ان کی اپنی شاعری</w:t>
      </w:r>
    </w:p>
    <w:p>
      <w:r>
        <w:rPr>
          <w:b/>
        </w:rPr>
        <w:t xml:space="preserve">[58:12] </w:t>
      </w:r>
      <w:r>
        <w:t>hai. Islam mein in ko koi sirf Sufiyon mein in ka darja mila hai. Bas scholars jo Islam ke hain, bade scholar, in mein kuch bhi nahi, in ka darja hai.</w:t>
      </w:r>
    </w:p>
    <w:p>
      <w:pPr>
        <w:jc w:val="right"/>
      </w:pPr>
      <w:r>
        <w:t>ہے۔ اسلام میں ان کو کوئی صرف صوفیوں میں ان کا درجہ ملا ہے۔ بس اسکالرز جو اسلام کے ہیں، بڑے سکالر، ان میں کچھ بھی نہیں، ان کا درجہ ہے۔</w:t>
      </w:r>
    </w:p>
    <w:p>
      <w:r>
        <w:rPr>
          <w:b/>
        </w:rPr>
        <w:t xml:space="preserve">[58:21] </w:t>
      </w:r>
      <w:r>
        <w:t>Toh in ka kya? Islam mein dekhein, ek baat samajh lijiye, hadith mein aata hai ke "tark towfiq mustaqilain", mein ne chhora hai tumhare andar sirf do cheezein: Quran aur Sunnat-e-Rasool.</w:t>
      </w:r>
    </w:p>
    <w:p>
      <w:pPr>
        <w:jc w:val="right"/>
      </w:pPr>
      <w:r>
        <w:t>تو ان کا کیا؟ اسلام میں دیکھیں، ایک بات سمجھ لیجئے، حدیث میں آتا ہے کہ "ترک توفیق مستقلین"، میں نے چھوڑا ہے تمہارے اندر صرف دو چیزیں: قرآن اور سنت رسول۔</w:t>
      </w:r>
    </w:p>
    <w:p>
      <w:r>
        <w:rPr>
          <w:b/>
        </w:rPr>
        <w:t xml:space="preserve">[58:33] </w:t>
      </w:r>
      <w:r>
        <w:t>Bas there is no third authentic Islam mein koi cheez nahi, Quran o Hadith ke siwa.</w:t>
      </w:r>
    </w:p>
    <w:p>
      <w:pPr>
        <w:jc w:val="right"/>
      </w:pPr>
      <w:r>
        <w:t>بس دیر از نو تھرڈ اتھینٹک اسلام میں کوئی چیز نہیں، قرآن و حدیث کے سوا۔</w:t>
      </w:r>
    </w:p>
    <w:p>
      <w:r>
        <w:rPr>
          <w:b/>
        </w:rPr>
        <w:t xml:space="preserve">[58:42] </w:t>
      </w:r>
      <w:r>
        <w:t>Aati hai, abhi aaj aayi hai.</w:t>
      </w:r>
    </w:p>
    <w:p>
      <w:pPr>
        <w:jc w:val="right"/>
      </w:pPr>
      <w:r>
        <w:t>آتی ہے، ابھی آج آئی ہے۔</w:t>
      </w:r>
    </w:p>
    <w:p>
      <w:r>
        <w:rPr>
          <w:b/>
        </w:rPr>
        <w:t xml:space="preserve">[58:44] </w:t>
      </w:r>
      <w:r>
        <w:t>"Tark towfiq mustaqilain" toh kisi bhi baat ko agar aap ko janna hai toh aap ko reference dena padega, ya toh Quran ka ya Hadith ka.</w:t>
      </w:r>
    </w:p>
    <w:p>
      <w:pPr>
        <w:jc w:val="right"/>
      </w:pPr>
      <w:r>
        <w:t>"ترک توفیق مستقلین" تو کسی بھی بات کو اگر آپ کو جاننا ہے تو آپ کو ریفرنس دینا پڑے گا، یا تو قرآن کا یا حدیث کا۔</w:t>
      </w:r>
    </w:p>
    <w:p>
      <w:r>
        <w:rPr>
          <w:b/>
        </w:rPr>
        <w:t xml:space="preserve">[58:54] </w:t>
      </w:r>
      <w:r>
        <w:t>Bas ab mein mazhab Maulana Rum ka nahi, woh koi reference nahi hai. Haan, woh woh bhi nahi. Matlab, mein sochta hoon Hindustan mein aap akele hi vidwan hain jo is tarah ki itni sundar bayan aap ne di hai.</w:t>
      </w:r>
    </w:p>
    <w:p>
      <w:pPr>
        <w:jc w:val="right"/>
      </w:pPr>
      <w:r>
        <w:t>بس اب میں مذہب مولانا روم کا نہیں، وہ کوئی ریفرنس نہیں ہے۔ ہاں، وہ وہ بھی نہیں۔ مطلب، میں سوچتا ہوں ہندوستان میں آپ اکیلے ہی ودوان ہیں جو اس طرح کی اتنی سندر بیان آپ نے دی ہے۔</w:t>
      </w:r>
    </w:p>
    <w:p>
      <w:r>
        <w:rPr>
          <w:b/>
        </w:rPr>
        <w:t xml:space="preserve">[59:10] </w:t>
      </w:r>
      <w:r>
        <w:t>In ko pehli baar sun rahe hain, is ke liye dhanyawad aakhirkar boli aap ne. Lekin</w:t>
      </w:r>
    </w:p>
    <w:p>
      <w:pPr>
        <w:jc w:val="right"/>
      </w:pPr>
      <w:r>
        <w:t>ان کو پہلی بار سن رہے ہیں، اس کے لیے دھنیاوار آخرکار بولی آپ نے۔ لیکن</w:t>
      </w:r>
    </w:p>
    <w:p>
      <w:r>
        <w:rPr>
          <w:b/>
        </w:rPr>
        <w:t xml:space="preserve">[59:14] </w:t>
      </w:r>
      <w:r>
        <w:t>jo kuch ho raha hai duniya mein, aur jitna is samay jihad ke naam par, Islamic activism ke naam par jo kuch ho raha hai, mein is par ja kar ke, mein khali yeh keh raha hoon ke hamare haan aap ke alawa Darul Uloom hain, Bareilly school hain, unhon ne aaj tak koi fatwa jari kar ke is ko condemn nahi kiya ke hum ise condemn karte hain.</w:t>
      </w:r>
    </w:p>
    <w:p>
      <w:pPr>
        <w:jc w:val="right"/>
      </w:pPr>
      <w:r>
        <w:t>جو کچھ ہو رہا ہے دنیا میں، اور جتنا اس समय جہاد کے نام پر، اسلامک ایکٹیوزم کے نام پر جو کچھ ہو رہا ہے، میں اس پر جا کر کے، میں خالی یہ کہہ رہا ہوں کہ ہمارے ہاں آپ کے علاوہ دارالعلوم ہیں، بریلی سکول ہیں، انہوں نے آج تک کوئی فتویٰ جاری کر کے اس کو کنڈیم نہیں کیا کہ ہم اسے کنڈیم کرتے ہیں۔</w:t>
      </w:r>
    </w:p>
    <w:p>
      <w:r>
        <w:rPr>
          <w:b/>
        </w:rPr>
        <w:t xml:space="preserve">[59:35] </w:t>
      </w:r>
      <w:r>
        <w:t>Aur un ko jo log shelter denge, hum un ko Islam ki kitab denge. Is ko</w:t>
      </w:r>
    </w:p>
    <w:p>
      <w:pPr>
        <w:jc w:val="right"/>
      </w:pPr>
      <w:r>
        <w:t>اور ان کو جو لوگ شیلٹر دیں گے، ہم ان کو اسلام کی کتاب دیں گے۔ اس کو</w:t>
      </w:r>
    </w:p>
    <w:p>
      <w:r>
        <w:rPr>
          <w:b/>
        </w:rPr>
        <w:t xml:space="preserve">[59:43] </w:t>
      </w:r>
      <w:r>
        <w:t>dekhein, mein sirf yahi keh sakta hoon ke ke ke mein Islam ka scholar hoon, Islam hi ki baat bolta hoon.</w:t>
      </w:r>
    </w:p>
    <w:p>
      <w:pPr>
        <w:jc w:val="right"/>
      </w:pPr>
      <w:r>
        <w:t>دیکھیں، میں صرف یہی کہہ سکتا ہوں کہ کہ کہ میں اسلام کا اسکالر ہوں، اسلام ہی کی بات بولتا ہوں۔</w:t>
      </w:r>
    </w:p>
    <w:p>
      <w:r>
        <w:rPr>
          <w:b/>
        </w:rPr>
        <w:t xml:space="preserve">[59:53] </w:t>
      </w:r>
      <w:r>
        <w:t>Mein mein kisi ko represent nahi karta, na madrasse ko, na yeh jo guella war lad rahe hain, un ko. Albata mein aap ko ek baat aur batana chahunga ke mera mission jo hai, yeh log samajhte hain ke mein akela yeh baatein kar raha hoon.</w:t>
      </w:r>
    </w:p>
    <w:p>
      <w:pPr>
        <w:jc w:val="right"/>
      </w:pPr>
      <w:r>
        <w:t>میں میں کسی کو ریپریزنٹ نہیں کرتا، نہ مدرسے کو، نہ یہ جو گویلا وار لڑ رہے ہیں، ان کو۔ البتہ میں آپ کو ایک بات اور بتانا چاہوں گا کہ میرا مشن جو ہے، یہ لوگ سمجھتے ہیں کہ میں اکیلا یہ باتیں کر رہا ہوں۔</w:t>
      </w:r>
    </w:p>
    <w:p>
      <w:r>
        <w:rPr>
          <w:b/>
        </w:rPr>
        <w:t xml:space="preserve">[1:00:09] </w:t>
      </w:r>
      <w:r>
        <w:t>Pakistan mein hazaron log badal chuke hain, mere se</w:t>
      </w:r>
    </w:p>
    <w:p>
      <w:pPr>
        <w:jc w:val="right"/>
      </w:pPr>
      <w:r>
        <w:t>پاکستان میں ہزاروں لوگ بدل چکے ہیں، میرے سے</w:t>
      </w:r>
    </w:p>
    <w:p>
      <w:r>
        <w:rPr>
          <w:b/>
        </w:rPr>
        <w:t xml:space="preserve">[1:00:13] </w:t>
      </w:r>
      <w:r>
        <w:t>Kashmir mein hazaron log badal chuke hain mujh se. Aur agar aap ja kar survey karein khamoshi ke sath Kashmir mein toh ab jo militancy kam hui hai, woh hamari wajah se hui hai.</w:t>
      </w:r>
    </w:p>
    <w:p>
      <w:pPr>
        <w:jc w:val="right"/>
      </w:pPr>
      <w:r>
        <w:t>کشمیر میں ہزاروں لوگ بدل چکے ہیں مجھ سے۔ اور اگر آپ جا کر سروے کریں خاموشی کے ساتھ کشمیر میں تو اب جو ملٹینسی کم ہوئی ہے، وہ ہماری وجہ سے ہوئی ہے۔</w:t>
      </w:r>
    </w:p>
    <w:p>
      <w:r>
        <w:rPr>
          <w:b/>
        </w:rPr>
        <w:t xml:space="preserve">[1:00:23] </w:t>
      </w:r>
      <w:r>
        <w:t>Pardos Musharraf ke andar jo jo un ki thinking badli hai, woh hamari wajah se badli hai. Hamara literature jo hai, woh bahut zabardast tarike se phaila hai Pakistan mein bhi, Kashmir mein, poore Arab countries mein.</w:t>
      </w:r>
    </w:p>
    <w:p>
      <w:pPr>
        <w:jc w:val="right"/>
      </w:pPr>
      <w:r>
        <w:t>پردوس مشرف کے اندر جو جو ان کی تھنکنگ بدلی ہے، وہ ہماری وجہ سے بدلی ہے۔ ہمارا لٹریچر جو ہے، وہ بہت زبردست طریقے سے پھیلا ہے پاکستان میں بھی، کشمیر میں، پورے عرب کنٹریز میں۔</w:t>
      </w:r>
    </w:p>
    <w:p>
      <w:r>
        <w:rPr>
          <w:b/>
        </w:rPr>
        <w:t xml:space="preserve">[1:00:36] </w:t>
      </w:r>
      <w:r>
        <w:t>to hum chunki kaam karte hain bohat silently, baray baray jalsay nahi karte, hum</w:t>
      </w:r>
    </w:p>
    <w:p>
      <w:pPr>
        <w:jc w:val="right"/>
      </w:pPr>
      <w:r>
        <w:t>تو ہم چونکہ کام کرتے ہیں بہت سائلنٹلی، بڑے بڑے جلسے نہیں کرتے، ہم</w:t>
      </w:r>
    </w:p>
    <w:p>
      <w:r>
        <w:rPr>
          <w:b/>
        </w:rPr>
        <w:t xml:space="preserve">[1:00:42] </w:t>
      </w:r>
      <w:r>
        <w:t>logon ke mind ko hum knock karte hain aur literature ke zariye kaam karte hain. Hamara literature jo hai, jo sari dunya mein phail raha hai, zehnon ko badal raha hai.</w:t>
      </w:r>
    </w:p>
    <w:p>
      <w:pPr>
        <w:jc w:val="right"/>
      </w:pPr>
      <w:r>
        <w:t>لوگوں کے مائنڈ کو ہم ناک کرتے ہیں اور لٹریچر کے ذریعے کام کرتے ہیں۔ ہمارا لٹریچر جو ہے، جو ساری دنیا میں پھیل رہا ہے، ذہنوں کو بدل رہا ہے۔</w:t>
      </w:r>
    </w:p>
    <w:p>
      <w:r>
        <w:rPr>
          <w:b/>
        </w:rPr>
        <w:t xml:space="preserve">[1:00:55] </w:t>
      </w:r>
      <w:r>
        <w:t>agar aap ko is mein shakk ho to aap aik safar kijiye, Pakistan ka aik safar kijiye, Kashmir ka. Donon jagah hamare literature ne logon ke mind ko bilkul badal diya hai.</w:t>
      </w:r>
    </w:p>
    <w:p>
      <w:pPr>
        <w:jc w:val="right"/>
      </w:pPr>
      <w:r>
        <w:t>اگر آپ کو اس میں شک ہو تو آپ ایک سفر کیجئے، پاکستان کا ایک سفر کیجئے، کشمیر کا۔ دونوں جگہ ہمارے لٹریچر نے لوگوں کے مائنڈ کو بالکل بدل دیا ہے۔</w:t>
      </w:r>
    </w:p>
    <w:p>
      <w:r>
        <w:rPr>
          <w:b/>
        </w:rPr>
        <w:t xml:space="preserve">[1:01:04] </w:t>
      </w:r>
      <w:r>
        <w:t>to aik silently hum aik revolution la rahe hain, silently. Bilkul ji haan.</w:t>
      </w:r>
    </w:p>
    <w:p>
      <w:pPr>
        <w:jc w:val="right"/>
      </w:pPr>
      <w:r>
        <w:t>تو ایک سائلنٹلی ہم ایک ریولوشن لا رہے ہیں، سائلنٹلی۔ بالکل جی ہاں۔</w:t>
      </w:r>
    </w:p>
    <w:p>
      <w:r>
        <w:rPr>
          <w:b/>
        </w:rPr>
        <w:t xml:space="preserve">[1:01:11] </w:t>
      </w:r>
      <w:r>
        <w:t>arey, Pakistan ke doston, bohat dhanyawad. Aur aur koi sawal hai? Koi aur? Itna acha inhone. Haan ji,</w:t>
      </w:r>
    </w:p>
    <w:p>
      <w:pPr>
        <w:jc w:val="right"/>
      </w:pPr>
      <w:r>
        <w:t>ارے، پاکستان کے دوستوں، بہت دھنیاوار۔ اور اور کوئی سوال ہے؟ کوئی اور؟ اتنا اچھا انہوں نے۔ ہاں جی،</w:t>
      </w:r>
    </w:p>
    <w:p>
      <w:r>
        <w:rPr>
          <w:b/>
        </w:rPr>
        <w:t xml:space="preserve">[1:01:21] </w:t>
      </w:r>
      <w:r>
        <w:t>Imran sahib, aap ko main kabhi rishikesh mein sunta hoon aur har jagah sun kar tabiyat khush ho jati hai.</w:t>
      </w:r>
    </w:p>
    <w:p>
      <w:pPr>
        <w:jc w:val="right"/>
      </w:pPr>
      <w:r>
        <w:t>عمران صاحب، آپ کو میں کبھی رشی کیش میں سنتا ہوں اور ہر جگہ سن کر طبیعت خوش ہو جاتی ہے۔</w:t>
      </w:r>
    </w:p>
    <w:p>
      <w:r>
        <w:rPr>
          <w:b/>
        </w:rPr>
        <w:t xml:space="preserve">[1:01:31] </w:t>
      </w:r>
      <w:r>
        <w:t>lekin abhi aap ne jo Uttar Vishwa Mahan Tiwari ji ko diya ke jis waqt aakraman ho raha tha, ladai ho rahi thi, us waqt yeh kaha gaya ke in ko bakhsho nahi, in ko mar do.</w:t>
      </w:r>
    </w:p>
    <w:p>
      <w:pPr>
        <w:jc w:val="right"/>
      </w:pPr>
      <w:r>
        <w:t>لیکن ابھی آپ نے جو उत्तर विश्वمہان تیواری جی کو دیا کہ جس وقت آक्रमण ہو رہا تھا، لڑائی ہو رہی تھی، اس وقت یہ کہا گیا کہ ان کو بخشو نہیں، ان کو مار دو۔</w:t>
      </w:r>
    </w:p>
    <w:p>
      <w:r>
        <w:rPr>
          <w:b/>
        </w:rPr>
        <w:t xml:space="preserve">[1:01:48] </w:t>
      </w:r>
      <w:r>
        <w:t>lekin aik baat mein samajhna chahta hoon ke agar mein hi hamla karoon to jang shuru ho jayegi.</w:t>
      </w:r>
    </w:p>
    <w:p>
      <w:pPr>
        <w:jc w:val="right"/>
      </w:pPr>
      <w:r>
        <w:t>لیکن ایک بات میں سمجھنا چاہتا ہوں کہ اگر میں ہی حملہ کروں تو جنگ شروع ہو جائے گی۔</w:t>
      </w:r>
    </w:p>
    <w:p>
      <w:r>
        <w:rPr>
          <w:b/>
        </w:rPr>
        <w:t xml:space="preserve">[1:01:57] </w:t>
      </w:r>
      <w:r>
        <w:t>to is halat mein doosre ko marna kahan tak wajib hoga? Kya is tareeqe se hi aaj jo ladaiyan sare vishwa mein chal rahi hain, jagah jagah, is mein aap ka kya interpretation hai?</w:t>
      </w:r>
    </w:p>
    <w:p>
      <w:pPr>
        <w:jc w:val="right"/>
      </w:pPr>
      <w:r>
        <w:t>تو اس حالت میں دوسرے کو مارنا کہاں تک واجب ہوگا؟ کیا اس طریقے سے ہی آج جو لڑائیاں سارے विश्व میں چل رہی ہیں، جگہ جگہ، اس میں آپ کا کیا انٹرپریٹیشن ہے؟</w:t>
      </w:r>
    </w:p>
    <w:p>
      <w:r>
        <w:rPr>
          <w:b/>
        </w:rPr>
        <w:t xml:space="preserve">[1:02:10] </w:t>
      </w:r>
      <w:r>
        <w:t>dekhein, maine pehle hi keh diya hai ke aap ko alag kar ke dekhna hoga. Abhi jo ladai chal rahi hai Palestine mein ya aur kahin, is ko alag kar ke dekhna hoga.</w:t>
      </w:r>
    </w:p>
    <w:p>
      <w:pPr>
        <w:jc w:val="right"/>
      </w:pPr>
      <w:r>
        <w:t>دیکھیں، میں نے پہلے ہی کہہ دیا ہے کہ آپ کو الگ کر کے دیکھنا ہوگا۔ ابھی جو لڑائی چل رہی ہے فلسطین میں یا اور کہیں، اس کو الگ کر کے دیکھنا ہوگا۔</w:t>
      </w:r>
    </w:p>
    <w:p>
      <w:r>
        <w:rPr>
          <w:b/>
        </w:rPr>
        <w:t xml:space="preserve">[1:02:22] </w:t>
      </w:r>
      <w:r>
        <w:t>main jo baat us waqt keh raha hoon ke scriptural picture of Islam ki kya</w:t>
      </w:r>
    </w:p>
    <w:p>
      <w:pPr>
        <w:jc w:val="right"/>
      </w:pPr>
      <w:r>
        <w:t>میں جو بات اس وقت کہہ رہا ہوں کہ اسکرپچرل پکچر آف اسلام کی کیا</w:t>
      </w:r>
    </w:p>
    <w:p>
      <w:r>
        <w:rPr>
          <w:b/>
        </w:rPr>
        <w:t xml:space="preserve">[1:02:26] </w:t>
      </w:r>
      <w:r>
        <w:t>hai? Scriptural picture, is ko keh raha hoon main. Is ko pehle samajh lijiye, phir yeh samjhiye ke mezban jo kar rahe hain, woh kahan tak Islam ke mutabiq hai ya nahi mutabiq hai.</w:t>
      </w:r>
    </w:p>
    <w:p>
      <w:pPr>
        <w:jc w:val="right"/>
      </w:pPr>
      <w:r>
        <w:t>ہے؟ اسکرپچرل پکچر، اس کو کہہ رہا ہوں میں۔ اس کو پہلے سمجھ لیجئے، پھر یہ سمجھئے کہ میزبان جو کر رہے ہیں، وہ کہاں تک اسلام کے مطابق ہے یا نہیں مطابق ہے۔</w:t>
      </w:r>
    </w:p>
    <w:p>
      <w:r>
        <w:rPr>
          <w:b/>
        </w:rPr>
        <w:t xml:space="preserve">[1:02:38] </w:t>
      </w:r>
      <w:r>
        <w:t>to scriptural picture Islam ki yeh hai ke Islam aik peaceful religion hai. Islam adjustment aur tolerance sikhata hai aur sirf attack ki shakal mein, aggression ki shakal mein,</w:t>
      </w:r>
    </w:p>
    <w:p>
      <w:pPr>
        <w:jc w:val="right"/>
      </w:pPr>
      <w:r>
        <w:t>تو اسکرپچرل پکچر اسلام کی یہ ہے کہ اسلام ایک پیس فل ریلیجن ہے۔ اسلام ایڈجسٹمنٹ اور ٹالرنس سکھاتا ہے اور صرف اٹیک کی شکل میں، ایگریشن کی شکل میں،</w:t>
      </w:r>
    </w:p>
    <w:p>
      <w:r>
        <w:rPr>
          <w:b/>
        </w:rPr>
        <w:t xml:space="preserve">[1:02:51] </w:t>
      </w:r>
      <w:r>
        <w:t>as a defensive war ijazat deta hai. Aur sath sath is ne aik aisi condition laga di hai ke ab jihad ya ladai impossible ho chuki hai, kyunke non-combatant ko marna haram hai.</w:t>
      </w:r>
    </w:p>
    <w:p>
      <w:pPr>
        <w:jc w:val="right"/>
      </w:pPr>
      <w:r>
        <w:t>ایز ا ڈیفنسو وار اجازت دیتا ہے۔ اور ساتھ ساتھ اس نے ایک ایسی کنڈیشن لگا دی ہے کہ اب تو جہاد یا لڑائی امپاسیبل ہو چکی ہے، کیونکہ نان کمبیٹنٹ کو مارنا حرام ہے۔</w:t>
      </w:r>
    </w:p>
    <w:p>
      <w:r>
        <w:rPr>
          <w:b/>
        </w:rPr>
        <w:t xml:space="preserve">[1:03:06] </w:t>
      </w:r>
      <w:r>
        <w:t>ab bataiye ke aaj kaise bach sakte hain aap aisi war se jis mein aap sirf combatant ko marein? To is maani mein ab to Islam mein ladai hai hi nahi.</w:t>
      </w:r>
    </w:p>
    <w:p>
      <w:pPr>
        <w:jc w:val="right"/>
      </w:pPr>
      <w:r>
        <w:t>اب بتائیے کہ آج کیسے بچ سکتے ہیں آپ ایسی وار سے جس میں آپ صرف کمبیٹنٹ کو ماریں؟ تو اس معنی میں اب تو اسلام میں لڑائی ہے ہی نہیں۔</w:t>
      </w:r>
    </w:p>
    <w:p>
      <w:r>
        <w:rPr>
          <w:b/>
        </w:rPr>
        <w:t xml:space="preserve">[1:03:16] </w:t>
      </w:r>
      <w:r>
        <w:t>is is condition ko le kar ke aap lad sakte nahi hain. Ab aik hi option hai.</w:t>
      </w:r>
    </w:p>
    <w:p>
      <w:pPr>
        <w:jc w:val="right"/>
      </w:pPr>
      <w:r>
        <w:t>اس اس کنڈیشن کو لے کر کے آپ لڑ سکتے نہیں ہیں۔ اب ایک ہی آپشن ہے۔</w:t>
      </w:r>
    </w:p>
    <w:p>
      <w:r>
        <w:rPr>
          <w:b/>
        </w:rPr>
        <w:t xml:space="preserve">[1:03:21] </w:t>
      </w:r>
      <w:r>
        <w:t>pehlay do option ho sakta tha ladna aur peaceful. Ab to aik hi option hai ke aap baat bigaad ke tareeqe par aa jaiye, peaceful tareeqe se apna struggle chalaiye.</w:t>
      </w:r>
    </w:p>
    <w:p>
      <w:pPr>
        <w:jc w:val="right"/>
      </w:pPr>
      <w:r>
        <w:t>پہلے دو آپشن ہو سکتا تھا لڑنا اور پیس فل۔ اب تو ایک ہی آپشن ہے کہ آپ بات بگاڑ کے طریقے پر آ جائیے، پیس فل طریقے سے اپنا اسٹرگل چلائیے۔</w:t>
      </w:r>
    </w:p>
    <w:p>
      <w:r>
        <w:rPr>
          <w:b/>
        </w:rPr>
        <w:t xml:space="preserve">[1:03:32] </w:t>
      </w:r>
      <w:r>
        <w:t>ab woh option hi baqi nahi raha. Main yeh kehna chahta hoon ke jo log yeh lad rahe hain, to woh is option ko istemal karein jo option raha nahi hai. Ab ab aap kisi bhi baray aalim se poochein ke jo main keh raha hoon, yeh baat sahi ke nahi sahi hai ke non-combatant ko marna Islam mein haram hai.</w:t>
      </w:r>
    </w:p>
    <w:p>
      <w:pPr>
        <w:jc w:val="right"/>
      </w:pPr>
      <w:r>
        <w:t>اب وہ آپشن ہی باقی نہیں رہا۔ میں یہ کہنا چاہتا ہوں کہ جو لوگ یہ لڑ رہے ہیں، تو وہ اس آپشن کو استعمال کریں جو آپشن رہا نہیں ہے۔ اب اب آپ کسی بھی بڑے عالم سے پوچھیں کہ جو میں کہہ رہا ہوں، یہ بات صحیح کہ نہیں صحیح ہے کہ نان کمبیٹنٹ کو مارنا اسلام میں حرام ہے۔</w:t>
      </w:r>
    </w:p>
    <w:p>
      <w:r>
        <w:rPr>
          <w:b/>
        </w:rPr>
        <w:t xml:space="preserve">[1:03:49] </w:t>
      </w:r>
      <w:r>
        <w:t>kisi baray aalim se poochein aap ke ladkon, yeh jo ladke ghoomte hain, in se nahi. Non-combatant ko marna, even in in genuine war, is haram in Islam.</w:t>
      </w:r>
    </w:p>
    <w:p>
      <w:pPr>
        <w:jc w:val="right"/>
      </w:pPr>
      <w:r>
        <w:t>کسی بڑے عالم سے پوچھیں آپ کہ لڑکوں، یہ جو لڑکے گھومتے ہیں، ان سے نہیں۔ نان کمبیٹنٹ کو مارنا، ایون ان ان جینون وار، از حرام ان اسلام۔</w:t>
      </w:r>
    </w:p>
    <w:p>
      <w:r>
        <w:rPr>
          <w:b/>
        </w:rPr>
        <w:t xml:space="preserve">[1:04:01] </w:t>
      </w:r>
      <w:r>
        <w:t>to pata hai ke aap kaise ladenge? Ab zamana hai, yani weapons of mass destruction ka. Ab kaise ladenge? Ab to war ka option hi khatam ho chuka.</w:t>
      </w:r>
    </w:p>
    <w:p>
      <w:pPr>
        <w:jc w:val="right"/>
      </w:pPr>
      <w:r>
        <w:t>تو پتہ ہے کہ آپ کیسے لڑیں گے؟ اب زمانہ ہے، یعنی ویپنز آف ماسٹ ایکسیس کا۔ اب کیسے لڑیں گے؟ اب تو وار کا آپشن ہی ختم ہو چکا۔</w:t>
      </w:r>
    </w:p>
    <w:p>
      <w:r>
        <w:rPr>
          <w:b/>
        </w:rPr>
        <w:t xml:space="preserve">[1:04:13] </w:t>
      </w:r>
      <w:r>
        <w:t>ab to peace peaceful tareeqe se kaam karna hai. Aur doosri baat yeh hai ke ab peaceful tareeqe se kaam karne ke sare opportunities khul chuki hain.</w:t>
      </w:r>
    </w:p>
    <w:p>
      <w:pPr>
        <w:jc w:val="right"/>
      </w:pPr>
      <w:r>
        <w:t>اب تو پیس پیس فل طریقے سے کام کرنا ہے۔ اور دوسری بات یہ ہے کہ اب پیس فل طریقے سے کام کرنے کے سارے اپرچونیٹیز کھل چکی ہیں۔</w:t>
      </w:r>
    </w:p>
    <w:p>
      <w:r>
        <w:rPr>
          <w:b/>
        </w:rPr>
        <w:t xml:space="preserve">[1:04:23] </w:t>
      </w:r>
      <w:r>
        <w:t>sari dunya mein azadi hai, sari dunya mein bilkul aap kuch bhi karein, except violence. Except violence, aap kuch bhi karein, aap azad hain.</w:t>
      </w:r>
    </w:p>
    <w:p>
      <w:pPr>
        <w:jc w:val="right"/>
      </w:pPr>
      <w:r>
        <w:t>ساری دنیا میں آزادی ہے، ساری دنیا میں بالکل آپ کچھ بھی کریں، ایکسیپٹ وائلنس۔ ایکسیپٹ وائلنس، آپ کچھ بھی کریں، آپ آزاد ہیں۔</w:t>
      </w:r>
    </w:p>
    <w:p>
      <w:r>
        <w:rPr>
          <w:b/>
        </w:rPr>
        <w:t xml:space="preserve">[1:04:36] </w:t>
      </w:r>
      <w:r>
        <w:t>to phir to phir ladne ki zaroorat hi kya hai? Koi zaroorat</w:t>
      </w:r>
    </w:p>
    <w:p>
      <w:pPr>
        <w:jc w:val="right"/>
      </w:pPr>
      <w:r>
        <w:t>تو پھر تو پھر لڑنے کی ضرورت ہی کیا ہے؟ کوئی ضرورت</w:t>
      </w:r>
    </w:p>
    <w:p>
      <w:r>
        <w:rPr>
          <w:b/>
        </w:rPr>
        <w:t xml:space="preserve">[1:04:40] </w:t>
      </w:r>
      <w:r>
        <w:t>hi ladne ki nahi hai. Pakistan ne help nahi kiya Iraq ka, yeh jaiz hai, kyunke Musharraf ne kaha hai as per Muhammad sahib, main action le raha hoon, I am not going.</w:t>
      </w:r>
    </w:p>
    <w:p>
      <w:pPr>
        <w:jc w:val="right"/>
      </w:pPr>
      <w:r>
        <w:t>ہی لڑنے کی نہیں ہے۔ پاکستان نے ہیلپ نہیں کیا عراق کا، یہ جائز ہے، کیونکہ مشرف نے کہا ہے ایز پر محمد صاحب، میں ایکشن لے رہا ہوں، آئی ایم ناٹ گونگ۔</w:t>
      </w:r>
    </w:p>
    <w:p>
      <w:r>
        <w:rPr>
          <w:b/>
        </w:rPr>
        <w:t xml:space="preserve">[1:04:52] </w:t>
      </w:r>
      <w:r>
        <w:t>as it karega. Muhammad sahib bhi aik time par is ko jaiz samjha ke doosron ki madad na karein. Ab mera yeh banta hai ke main Iraq ki madad na karoon.</w:t>
      </w:r>
    </w:p>
    <w:p>
      <w:pPr>
        <w:jc w:val="right"/>
      </w:pPr>
      <w:r>
        <w:t>ایز اٹ کرے گا۔ محمد صاحب بھی ایک ٹائم پر اس کو جائز سمجھا کہ دوسروں کی مدد نہ کریں۔ اب میرا یہ بنتا ہے کہ میں عراق کی مدد نہ کروں۔</w:t>
      </w:r>
    </w:p>
    <w:p>
      <w:r>
        <w:rPr>
          <w:b/>
        </w:rPr>
        <w:t xml:space="preserve">[1:05:02] </w:t>
      </w:r>
      <w:r>
        <w:t>yeh kaheen hai lekin bhai pakistan bhi, mein samajhta hoon ke woh bhi ghalat tha aur iraq bhi ghalat tha.</w:t>
      </w:r>
    </w:p>
    <w:p>
      <w:pPr>
        <w:jc w:val="right"/>
      </w:pPr>
      <w:r>
        <w:t>یہ کہیں ہے لیکن بھئی پاکستان بھی، میں سمجھتا ہوں کہ وہ بھی غلط تھا اور عراق بھی غلط تھا۔</w:t>
      </w:r>
    </w:p>
    <w:p>
      <w:r>
        <w:rPr>
          <w:b/>
        </w:rPr>
        <w:t xml:space="preserve">[1:05:08] </w:t>
      </w:r>
      <w:r>
        <w:t>koi islam ko represent nahi kar raha tha dono mein se. ab dekhein, iraq ne jab kuwait par attack kar diya, kyunke islam tha yeh, ya pakistan ne afghanistan mein ja kar ke train kar ke larai shuru kar di, woh koi islam tha?</w:t>
      </w:r>
    </w:p>
    <w:p>
      <w:pPr>
        <w:jc w:val="right"/>
      </w:pPr>
      <w:r>
        <w:t>کوئی اسلام کو ریپریزنٹ نہیں کر رہا تھا دونوں میں سے۔ اب دیکھیں، عراق نے جب کویت پر اٹیک کر دیا، کیونکہ اسلام تھا یہ، یا پاکستان نے افغانستان میں جا کر کے ٹرین کر کے لڑائی شروع کر دی، وہ کوئی اسلام تھا؟</w:t>
      </w:r>
    </w:p>
    <w:p>
      <w:r>
        <w:rPr>
          <w:b/>
        </w:rPr>
        <w:t xml:space="preserve">[1:05:22] </w:t>
      </w:r>
      <w:r>
        <w:t>na woh islam par hain, na woh islam par hain. in logon ka case islam case hai hi nahi.</w:t>
      </w:r>
    </w:p>
    <w:p>
      <w:pPr>
        <w:jc w:val="right"/>
      </w:pPr>
      <w:r>
        <w:t>نہ وہ اسلام پر ہیں، نہ وہ اسلام پر ہیں۔ ان لوگوں کا کیس اسلام کیس ہے ہی نہیں۔</w:t>
      </w:r>
    </w:p>
    <w:p>
      <w:r>
        <w:rPr>
          <w:b/>
        </w:rPr>
        <w:t xml:space="preserve">[1:05:34] </w:t>
      </w:r>
      <w:r>
        <w:t>aap ne jo</w:t>
      </w:r>
    </w:p>
    <w:p>
      <w:pPr>
        <w:jc w:val="right"/>
      </w:pPr>
      <w:r>
        <w:t>آپ نے جو</w:t>
      </w:r>
    </w:p>
    <w:p>
      <w:r>
        <w:rPr>
          <w:b/>
        </w:rPr>
        <w:t xml:space="preserve">[1:05:39] </w:t>
      </w:r>
      <w:r>
        <w:t>aap ne jo islam ki viyacha ki hai,</w:t>
      </w:r>
    </w:p>
    <w:p>
      <w:pPr>
        <w:jc w:val="right"/>
      </w:pPr>
      <w:r>
        <w:t>آپ نے جو اسلام کی ویاچہ کی ہے،</w:t>
      </w:r>
    </w:p>
    <w:p>
      <w:r>
        <w:rPr>
          <w:b/>
        </w:rPr>
        <w:t xml:space="preserve">[1:05:45] </w:t>
      </w:r>
      <w:r>
        <w:t>woh viyacha pichhle 1415 barson ke islam ke ittehad par to bilkul lagu nahi hui. do baaton mein bara bhari antar aa gaya.</w:t>
      </w:r>
    </w:p>
    <w:p>
      <w:pPr>
        <w:jc w:val="right"/>
      </w:pPr>
      <w:r>
        <w:t>وہ ویاچہ پچھلے 1415 برسوں کے اسلام کے اتحاد پر تو بالکل لاگو نہیں ہوئی۔ دو باتوں میں بڑا بھاری अंतर آ گیا۔</w:t>
      </w:r>
    </w:p>
    <w:p>
      <w:r>
        <w:rPr>
          <w:b/>
        </w:rPr>
        <w:t xml:space="preserve">[1:05:55] </w:t>
      </w:r>
      <w:r>
        <w:t>aap keh rahe hain islam alag hai, musalman alag hai, koi naukri samjho. to yeh 1415 barson ka jo ittehad hai, yeh musalmanon ka ittehad hai ya islam ka ittehad hai?</w:t>
      </w:r>
    </w:p>
    <w:p>
      <w:pPr>
        <w:jc w:val="right"/>
      </w:pPr>
      <w:r>
        <w:t>آپ کہہ رہے ہیں اسلام الگ ہے، مسلمان الگ ہے، کوئی ملازمت سمجھو۔ تو یہ 1415 برسوں کا جو اتحاد ہے، یہ مسلمانوں کا اتحاد ہے یا اسلام کا اتحاد ہے؟</w:t>
      </w:r>
    </w:p>
    <w:p>
      <w:r>
        <w:rPr>
          <w:b/>
        </w:rPr>
        <w:t xml:space="preserve">[1:06:07] </w:t>
      </w:r>
      <w:r>
        <w:t>yeh ek bohat bari spasht baat hamein batai. doosri baat, haan mein arz karunga, ek ek baat, ek pehle ek baat thori lijiye, ek baat kar lijiye. pehle dekhiye, sari history mein wohi baat kahi jati hai jo mein keh raha hoon.</w:t>
      </w:r>
    </w:p>
    <w:p>
      <w:pPr>
        <w:jc w:val="right"/>
      </w:pPr>
      <w:r>
        <w:t>یہ ایک بہت بڑی سپشت بات ہمیں بتائی۔ دوسری بات، ہاں میں عرض کروں گا، ایک ایک بات، ایک پہلے ایک بات تھوڑی لیجیے، ایک بات کر لیجئے۔ پہلے دیکھیے، ساری ہسٹری میں وہی بات کہی جاتی ہے جو میں کہہ رہا ہوں۔</w:t>
      </w:r>
    </w:p>
    <w:p>
      <w:r>
        <w:rPr>
          <w:b/>
        </w:rPr>
        <w:t xml:space="preserve">[1:06:21] </w:t>
      </w:r>
      <w:r>
        <w:t>aa</w:t>
      </w:r>
    </w:p>
    <w:p>
      <w:pPr>
        <w:jc w:val="right"/>
      </w:pPr>
      <w:r>
        <w:t>آ</w:t>
      </w:r>
    </w:p>
    <w:p>
      <w:r>
        <w:rPr>
          <w:b/>
        </w:rPr>
        <w:t xml:space="preserve">[1:06:22] </w:t>
      </w:r>
      <w:r>
        <w:t>aaj kal jo hai, media mein jo baatein aati hain, us ko islam kehte hain samajhte hain log. to ek dekhiye, media mein jo jo bataya ja raha hai, to aaj kal chunke dekhiye, baat yeh hai ke log media ke through jante hain baaton ko.</w:t>
      </w:r>
    </w:p>
    <w:p>
      <w:pPr>
        <w:jc w:val="right"/>
      </w:pPr>
      <w:r>
        <w:t>ج کل جو ہے، میڈیا میں جو باتیں آتی ہیں، اس کو اسلام کہتے ہیں سمجھتے ہیں لوگ۔ تو ایک دیکھیے، میڈیا میں جو جو بتایا جا رہا ہے، تو آج کل چونکہ دیکھیے، بات یہ ہے کہ لوگ میڈیا کے تھرو جانتے ہیں باتوں کو۔</w:t>
      </w:r>
    </w:p>
    <w:p>
      <w:r>
        <w:rPr>
          <w:b/>
        </w:rPr>
        <w:t xml:space="preserve">[1:06:41] </w:t>
      </w:r>
      <w:r>
        <w:t>koi kitabon ko parta nahi, koi direct source se kitabon ko parta nahi. media mein jo aa gaya, usi ko sar samajh liya. media naam kis baat ka hai?</w:t>
      </w:r>
    </w:p>
    <w:p>
      <w:pPr>
        <w:jc w:val="right"/>
      </w:pPr>
      <w:r>
        <w:t>کوئی کتابوں کو پڑھتا نہیں، کوئی ڈائریکٹ سورس سے کتابوں کو پڑھتا نہیں۔ میڈیا میں جو آ گیا، اسی کو سر سمجھ لیا۔ میڈیا نام کس بات کا ہے؟</w:t>
      </w:r>
    </w:p>
    <w:p>
      <w:r>
        <w:rPr>
          <w:b/>
        </w:rPr>
        <w:t xml:space="preserve">[1:06:51] </w:t>
      </w:r>
      <w:r>
        <w:t>media selective industry ka naam hai aur select karta hai kis ko? hard news ko. media jo hai, chahe tv ho, chahe paper ho, kabhi bhi soft news nahi leta.</w:t>
      </w:r>
    </w:p>
    <w:p>
      <w:pPr>
        <w:jc w:val="right"/>
      </w:pPr>
      <w:r>
        <w:t>میڈیا سلیکٹیو انڈسٹری کا نام ہے اور سلیکٹ کرتا ہے کس کو؟ ہارڈ نیوز کو۔ میڈیا جو ہے، چاہے ٹی وی ہو، چاہے پیپر ہو، کبھی بھی سافٹ نیوز نہیں لیتا۔</w:t>
      </w:r>
    </w:p>
    <w:p>
      <w:r>
        <w:rPr>
          <w:b/>
        </w:rPr>
        <w:t xml:space="preserve">[1:07:03] </w:t>
      </w:r>
      <w:r>
        <w:t>woh hamesha hard news leta hai. hard news jo hai, woh one percent se bhi kam hoti hai. abhi bhi muslim society mein,</w:t>
      </w:r>
    </w:p>
    <w:p>
      <w:pPr>
        <w:jc w:val="right"/>
      </w:pPr>
      <w:r>
        <w:t>وہ ہمیشہ ہارڈ نیوز لیتا ہے۔ ہارڈ نیوز جو ہے، وہ ون پرسنٹ سے بھی کم ہوتی ہے۔ ابھی بھی مسلم سوسائٹی میں،</w:t>
      </w:r>
    </w:p>
    <w:p>
      <w:r>
        <w:rPr>
          <w:b/>
        </w:rPr>
        <w:t xml:space="preserve">[1:07:12] </w:t>
      </w:r>
      <w:r>
        <w:t>isi dilli mein, musalman jo hain, peaceful activities mein raat din lage hue hain. logon ke paas ghar bana rahe hain, carain khareed rahe hain, business kar rahe hain. woh kahan media mein aata hai?</w:t>
      </w:r>
    </w:p>
    <w:p>
      <w:pPr>
        <w:jc w:val="right"/>
      </w:pPr>
      <w:r>
        <w:t>اسی دلی میں، مسلمان جو ہیں، پیس فل ایکٹیویٹیز میں رات دن لگے ہوئے ہیں۔ لوگوں کے پاس گھر بنا رہے ہیں، کاریں خرید رہے ہیں، بزنس کر رہے ہیں۔ وہ کہاں میڈیا میں آتا ہے؟</w:t>
      </w:r>
    </w:p>
    <w:p>
      <w:r>
        <w:rPr>
          <w:b/>
        </w:rPr>
        <w:t xml:space="preserve">[1:07:22] </w:t>
      </w:r>
      <w:r>
        <w:t>ek ek koi bomb phenk de to nahi aayega. hum aap yahan baithe hue peace ki baatein kar rahe hain. kal yeh times of nahi chhapega topic se india mein. agar hum mein se koi bomb maar de to chhap jayega kal.</w:t>
      </w:r>
    </w:p>
    <w:p>
      <w:pPr>
        <w:jc w:val="right"/>
      </w:pPr>
      <w:r>
        <w:t>ایک ایک کوئی بم پھینک دے تو نہیں آئے گا۔ ہم آپ یہاں بیٹھے ہوئے پیس کی باتیں کر رہے ہیں۔ کل یہ ٹائمز آف نہیں چھپے گا ٹاپک سے انڈیا میں۔ اگر ہم میں سے کوئی بم مار دے تو چھپ جائے گا کل۔</w:t>
      </w:r>
    </w:p>
    <w:p>
      <w:r>
        <w:rPr>
          <w:b/>
        </w:rPr>
        <w:t xml:space="preserve">[1:07:33] </w:t>
      </w:r>
      <w:r>
        <w:t>to yeh media ki image ko aap samajh rahe hain ke wohi asal image hai. aap history ko padhiye to mein jo keh raha hoon, wohi islam hai hazar baras se.</w:t>
      </w:r>
    </w:p>
    <w:p>
      <w:pPr>
        <w:jc w:val="right"/>
      </w:pPr>
      <w:r>
        <w:t>تو یہ میڈیا کی امیج کو آپ سمجھ رہے ہیں کہ وہی اصل امیج ہے۔ آپ ہسٹری کو پڑھیے تو میں جو کہہ رہا ہوں، وہی اسلام ہے ہزار برس سے۔</w:t>
      </w:r>
    </w:p>
    <w:p>
      <w:r>
        <w:rPr>
          <w:b/>
        </w:rPr>
        <w:t xml:space="preserve">[1:07:42] </w:t>
      </w:r>
      <w:r>
        <w:t>aaj kal media ne jo heart news ki industry hai, us ne yeh ek misunderstanding phailai. zyada media aaj hai.</w:t>
      </w:r>
    </w:p>
    <w:p>
      <w:pPr>
        <w:jc w:val="right"/>
      </w:pPr>
      <w:r>
        <w:t>آج کل میڈیا نے جو ہارٹ نیوز کی انڈسٹری ہے، اس نے یہ ایک مس انڈرسٹینڈنگ پھیلائی۔ زیادہ میڈیا آج ہے۔</w:t>
      </w:r>
    </w:p>
    <w:p>
      <w:r>
        <w:rPr>
          <w:b/>
        </w:rPr>
        <w:t xml:space="preserve">[1:07:51] </w:t>
      </w:r>
      <w:r>
        <w:t>mein 15, 16, 100 baras ke ittehad ki baat kar raha hoon. media ki baat nahi kar raha. aap media ko alag kar dijiye. media ki baat ko 15, 10, 50 saal ki taur par baat le lijiye.</w:t>
      </w:r>
    </w:p>
    <w:p>
      <w:pPr>
        <w:jc w:val="right"/>
      </w:pPr>
      <w:r>
        <w:t>میں 15، 16، 100 برس کے اتحاد کی بات کر رہا ہوں۔ میڈیا کی بات نہیں کر رہا۔ آپ میڈیا کو الگ کر دیجئے۔ میڈیا کی بات کو 15، 10، 50 سال کی طور پر بات لے لیجئے۔</w:t>
      </w:r>
    </w:p>
    <w:p>
      <w:r>
        <w:rPr>
          <w:b/>
        </w:rPr>
        <w:t xml:space="preserve">[1:08:01] </w:t>
      </w:r>
      <w:r>
        <w:t>aap mein keh raha hoon ke islam ka ittehad hai 15, 16, 100 baras ka. woh sara ittehad hinsa ka, krurta ka, doosron ko marne ka hai.</w:t>
      </w:r>
    </w:p>
    <w:p>
      <w:pPr>
        <w:jc w:val="right"/>
      </w:pPr>
      <w:r>
        <w:t>آپ میں کہہ رہا ہوں کہ اسلام کا اتحاد ہے 15، 16، 100 برس کا۔ وہ سارا اتحاد ہنسا کا، کروڑتا کا، دوسروں کو مارنے کا ہے۔</w:t>
      </w:r>
    </w:p>
    <w:p>
      <w:r>
        <w:rPr>
          <w:b/>
        </w:rPr>
        <w:t xml:space="preserve">[1:08:11] </w:t>
      </w:r>
      <w:r>
        <w:t>aap keh rahe hain jo tayyari ki hai parshon par, aap ne kaha ke woh to jang ke zamane ki baat hai. isi baat ko le kar jang to 15, 16, 100 baras se chala rahe hain islam ke annayi.</w:t>
      </w:r>
    </w:p>
    <w:p>
      <w:pPr>
        <w:jc w:val="right"/>
      </w:pPr>
      <w:r>
        <w:t>آپ کہہ رہے ہیں جو تیاری کی ہے پرشوں پر، آپ نے کہا کہ وہ تو جنگ کے زمانے کی بات ہے۔ اسی بات کو لے کر جنگ تو 15، 16، 100 برس سے چلا رہے ہیں اسلام کے انیائی۔</w:t>
      </w:r>
    </w:p>
    <w:p>
      <w:r>
        <w:rPr>
          <w:b/>
        </w:rPr>
        <w:t xml:space="preserve">[1:08:22] </w:t>
      </w:r>
      <w:r>
        <w:t>woh jang khatam kab hua? kya muhammad sahib ke sath jang khatam ho gaya? aur isi ka parda aaj hai. is liye ke aaj ki baat mat kijiye. mera niyat yeh hai ke 14, 15, 100 barson se lagatar jo chal raha hai hinsa ka ittehad, is vishay mein bataiye ke aakhir woh islam hai</w:t>
      </w:r>
    </w:p>
    <w:p>
      <w:pPr>
        <w:jc w:val="right"/>
      </w:pPr>
      <w:r>
        <w:t>وہ جنگ ختم کب ہوا؟ کیا محمد صاحب کے ساتھ جنگ ختم ہو گیا؟ اور اسی کا پردہ آج ہے۔ اس لیے کہ آج کی بات مت کیجئے۔ میرا نیت یہ ہے کہ 14، 15، 100 برسوں سے لگاتار جو چل رہا ہے ہنسا کا اتحاد، اس विषय میں بتائیے کہ آخر وہ اسلام ہے</w:t>
      </w:r>
    </w:p>
    <w:p>
      <w:r>
        <w:rPr>
          <w:b/>
        </w:rPr>
        <w:t xml:space="preserve">[1:08:40] </w:t>
      </w:r>
      <w:r>
        <w:t>ya nahi hai? woh islam hai ya musalman hai? kya hai dono mein? yeh theek, theek, theek. dekhiye, aap ne mujhe yaqeen hai ke direct sources ne padha hai.</w:t>
      </w:r>
    </w:p>
    <w:p>
      <w:pPr>
        <w:jc w:val="right"/>
      </w:pPr>
      <w:r>
        <w:t>یا نہیں ہے؟ وہ اسلام ہے یا مسلمان ہے؟ کیا ہے دونوں میں؟ یہ ٹھیک، ٹھیک، ٹھیک۔ دیکھیے، آپ نے مجھے یقین ہے کہ ڈائریکٹ سورسز نے پڑھا ہے۔</w:t>
      </w:r>
    </w:p>
    <w:p>
      <w:r>
        <w:rPr>
          <w:b/>
        </w:rPr>
        <w:t xml:space="preserve">[1:08:49] </w:t>
      </w:r>
      <w:r>
        <w:t>aap ne secondary sources se padha hai. agar aap ne direct sources se padha hota jo islam ki original history hai, asal to kabhi aap aisa na kehte. lekin jin logon ne likha hai khud se kitabein, us mein yahi kar rakha hai.</w:t>
      </w:r>
    </w:p>
    <w:p>
      <w:pPr>
        <w:jc w:val="right"/>
      </w:pPr>
      <w:r>
        <w:t>آپ نے سیکنڈری سورسز سے پڑھا ہے۔ اگر آپ نے ڈائریکٹ سورسز سے پڑھا ہوتا جو اسلام کی اوریجنل ہسٹری ہے، اصل تو کبھی آپ ایسا نہ کہتے۔ لیکن جن لوگوں نے لکھا ہے خود سے کتابیں، اس میں یہی کر رکھا ہے۔</w:t>
      </w:r>
    </w:p>
    <w:p>
      <w:r>
        <w:rPr>
          <w:b/>
        </w:rPr>
        <w:t xml:space="preserve">[1:09:04] </w:t>
      </w:r>
      <w:r>
        <w:t>to hum kya karein? is ko</w:t>
      </w:r>
    </w:p>
    <w:p>
      <w:pPr>
        <w:jc w:val="right"/>
      </w:pPr>
      <w:r>
        <w:t>تو ہم کیا کریں؟ اس کو</w:t>
      </w:r>
    </w:p>
    <w:p>
      <w:r>
        <w:rPr>
          <w:b/>
        </w:rPr>
        <w:t xml:space="preserve">[1:09:05] </w:t>
      </w:r>
      <w:r>
        <w:t>aap direct sources se padhiye. aap direct sources yani quran padhiye, hadith padhiye, jo arbon ne history likhi, woh padhiye. seerat ibn seerat, woh tareekh-e-tabari padhiye, al-bidaya wa al-nihaya padhiye, ibn atheer ke al-kamil ki tareekh padhiye, jo direct sources hain.</w:t>
      </w:r>
    </w:p>
    <w:p>
      <w:pPr>
        <w:jc w:val="right"/>
      </w:pPr>
      <w:r>
        <w:t>آپ ڈائریکٹ سورسز سے پڑھیے۔ آپ ڈائریکٹ سورسز یعنی قرآن پڑھیے، حدیث پڑھیے، جو عربوں نے ہسٹری لکھی، وہ پڑھیے۔ سیرت ابن سیرت، وہ تاریخ طبری پڑھیے، البدائے والنہائے پڑھیے، ابن اسیر کے القابل کی تاریخ پڑھیے، جو ڈائریکٹ سورسز ہیں۔</w:t>
      </w:r>
    </w:p>
    <w:p>
      <w:r>
        <w:rPr>
          <w:b/>
        </w:rPr>
        <w:t xml:space="preserve">[1:09:22] </w:t>
      </w:r>
      <w:r>
        <w:t>ab aap jo doosre logon ne likh rakhi hai, us ko parh kar ke aaj aap bol rahe hain, yeh sahi nahi hai. Inshallah, aap ne equality ke upar bohat acha aap ne humein batlaya.</w:t>
      </w:r>
    </w:p>
    <w:p>
      <w:pPr>
        <w:jc w:val="right"/>
      </w:pPr>
      <w:r>
        <w:t>اب آپ جو دوسرے لوگوں نے لکھ رکھی ہے، اس کو پڑھ کر کے آج آپ بول رہے ہیں، یہ صحیح نہیں ہے۔ انشاءاللہ، آپ نے ایکویلیٹی کے اوپر بہت اچھا آپ نے ہمیں بتلایا۔</w:t>
      </w:r>
    </w:p>
    <w:p>
      <w:r>
        <w:rPr>
          <w:b/>
        </w:rPr>
        <w:t xml:space="preserve">[1:09:31] </w:t>
      </w:r>
      <w:r>
        <w:t>equality</w:t>
      </w:r>
    </w:p>
    <w:p>
      <w:pPr>
        <w:jc w:val="right"/>
      </w:pPr>
      <w:r>
        <w:t>ایکویلیٹی</w:t>
      </w:r>
    </w:p>
    <w:p>
      <w:r>
        <w:rPr>
          <w:b/>
        </w:rPr>
        <w:t xml:space="preserve">[1:09:32] </w:t>
      </w:r>
      <w:r>
        <w:t>ke upar hamara yehi masla hai. Muhammad sahib ne bara clearly likha tha ke aap sex mat banaiye. Bara clearly unhon ne bola hai ke aap sex mat banaiye.</w:t>
      </w:r>
    </w:p>
    <w:p>
      <w:pPr>
        <w:jc w:val="right"/>
      </w:pPr>
      <w:r>
        <w:t>کے اوپر ہمارا یہی مسئلہ ہے۔ محمد صاحب نے بڑا کلیئرلی لکھا تھا کہ آپ سیکس مت بنائیے۔ بڑا کلیئرلی انہوں نے بولا ہے کہ آپ سیکس مت بنائیے۔</w:t>
      </w:r>
    </w:p>
    <w:p>
      <w:r>
        <w:rPr>
          <w:b/>
        </w:rPr>
        <w:t xml:space="preserve">[1:09:41] </w:t>
      </w:r>
      <w:r>
        <w:t>aur un ke chhoray jaane ke baad hi shia ban gaye, sunni ban gaye, muhafiz ban gaye, deobandi ban gaye, alhadith ban gaye. Un ke baray mein abhi har ek koi apne aap ko superior koi agar maan raha hai ke yeh equality nahi hai, to us ke baray mein aap kya bolenge?</w:t>
      </w:r>
    </w:p>
    <w:p>
      <w:pPr>
        <w:jc w:val="right"/>
      </w:pPr>
      <w:r>
        <w:t>اور ان کے چھوڑے جانے کے بعد ہی شیعہ بن گئے، سنی بن گئے، محافظ بن گئے، دیوبندی بن گئے، الحادث بن گئے۔ ان کے بارے میں ابھی ہر ایک کوئی اپنے آپ کو سپیریئر کوئی اگر مان رہا ہے کہ یہ ایکویلیٹی نہیں ہے، تو اس کے بارے میں آپ کیا بولیں گے؟</w:t>
      </w:r>
    </w:p>
    <w:p>
      <w:r>
        <w:rPr>
          <w:b/>
        </w:rPr>
        <w:t xml:space="preserve">[1:09:55] </w:t>
      </w:r>
      <w:r>
        <w:t>har ek sex apne aap ko superior maan raha hai, equality ko nahi maan raha hai. Nahi, to us ke baray mein dekhiye,</w:t>
      </w:r>
    </w:p>
    <w:p>
      <w:pPr>
        <w:jc w:val="right"/>
      </w:pPr>
      <w:r>
        <w:t>ہر ایک سیکس اپنے آپ کو سپیریئر مان رہا ہے، ایکویلیٹی کو نہیں مان رہا ہے۔ نہیں، تو اس کے بارے میں دیکھیے،</w:t>
      </w:r>
    </w:p>
    <w:p>
      <w:r>
        <w:rPr>
          <w:b/>
        </w:rPr>
        <w:t xml:space="preserve">[1:10:03] </w:t>
      </w:r>
      <w:r>
        <w:t>har mazhab mein aisa hota hai, yeh Islam mein bhi, Hinduism mein bhi, har mazhab mein ke baat ko jo history banti hai, us history mein deterioration hota hai.</w:t>
      </w:r>
    </w:p>
    <w:p>
      <w:pPr>
        <w:jc w:val="right"/>
      </w:pPr>
      <w:r>
        <w:t>ہر مذہب میں ایسا ہوتا ہے، یہ اسلام میں بھی، ہندوازم میں بھی، ہر مذہب میں کہ بات کو جو ہسٹری بنتی ہے، اس ہسٹری میں ڈیٹوریشن ہوتا ہے۔</w:t>
      </w:r>
    </w:p>
    <w:p>
      <w:r>
        <w:rPr>
          <w:b/>
        </w:rPr>
        <w:t xml:space="preserve">[1:10:15] </w:t>
      </w:r>
      <w:r>
        <w:t>yeh har mazhab mein hota hai. Konsa mazhab aisa nahi jis mein deterioration na hua? Hindon mein hua, Christian mein hua, Yahudiyon mein hua. To woh Musalmanon mein bhi hua.</w:t>
      </w:r>
    </w:p>
    <w:p>
      <w:pPr>
        <w:jc w:val="right"/>
      </w:pPr>
      <w:r>
        <w:t>یہ ہر مذہب میں ہوتا ہے۔ کون سا مذہب ایسا نہیں جس میں ڈیٹوریشن نہ ہوا؟ ہندوؤں میں ہوا، کرسچن میں ہوا، یہودیوں میں ہوا۔ تو وہ مسلمانوں میں بھی ہوا۔</w:t>
      </w:r>
    </w:p>
    <w:p>
      <w:r>
        <w:rPr>
          <w:b/>
        </w:rPr>
        <w:t xml:space="preserve">[1:10:23] </w:t>
      </w:r>
      <w:r>
        <w:t>aur us ke sath hadith mein hai ke barabar tajdeed ki koshish karte raho, yani revivalism ki. To mein ek revivalist hoon.</w:t>
      </w:r>
    </w:p>
    <w:p>
      <w:pPr>
        <w:jc w:val="right"/>
      </w:pPr>
      <w:r>
        <w:t>اور اس کے ساتھ حدیث میں ہے کہ برابر تجدید کی کوشش کرتے رہو، یعنی ریوائیولزم کی۔ تو میں ایک ریوائیولسٹ ہوں۔</w:t>
      </w:r>
    </w:p>
    <w:p>
      <w:r>
        <w:rPr>
          <w:b/>
        </w:rPr>
        <w:t xml:space="preserve">[1:10:34] </w:t>
      </w:r>
      <w:r>
        <w:t>mein ek revivalist hoon. Yani jab degeneration ho to us ko phir se revive karna, yeh mera mission hai. Yeh har mazhab mein hota hai, har mazhab mein hota hai.</w:t>
      </w:r>
    </w:p>
    <w:p>
      <w:pPr>
        <w:jc w:val="right"/>
      </w:pPr>
      <w:r>
        <w:t>میں ایک ریوائیولسٹ ہوں۔ یعنی جب ڈی جنریشن ہو تو اس کو پھر سے ریوائیو کرنا، یہ میرا مشن ہے۔ یہ ہر مذہب میں ہوتا ہے، ہر مذہب میں ہوتا ہے۔</w:t>
      </w:r>
    </w:p>
    <w:p>
      <w:r>
        <w:rPr>
          <w:b/>
        </w:rPr>
        <w:t xml:space="preserve">[1:10:43] </w:t>
      </w:r>
      <w:r>
        <w:t>jaise ke mislan to Hindon mein Dr. Raja Krishan jo ek revivalist thay, unhon ne recovery of faith likhi. Siwaye Waqar ek revivalist thay.</w:t>
      </w:r>
    </w:p>
    <w:p>
      <w:pPr>
        <w:jc w:val="right"/>
      </w:pPr>
      <w:r>
        <w:t>جیسے کہ مثلاً تو ہندوؤں میں ڈاکٹر راجہ کرشن جو ایک ریوائیولسٹ تھے، انہوں نے ریکوری آف فیتھ لکھی۔ سوائے وقار ایک ریوائیولسٹ تھے۔</w:t>
      </w:r>
    </w:p>
    <w:p>
      <w:r>
        <w:rPr>
          <w:b/>
        </w:rPr>
        <w:t xml:space="preserve">[1:10:54] </w:t>
      </w:r>
      <w:r>
        <w:t>aisi Musalmanon mein bhi revivalist ki zaroorat hai. Bohat se hain. Mein bhi wahi kaam kar raha hoon. Ji haan.</w:t>
      </w:r>
    </w:p>
    <w:p>
      <w:pPr>
        <w:jc w:val="right"/>
      </w:pPr>
      <w:r>
        <w:t>ایسی مسلمانوں میں بھی ریوائیولسٹ کی ضرورت ہے۔ بہت سے ہیں۔ میں بھی وہی کام کر رہا ہوں۔ جی ہاں۔</w:t>
      </w:r>
    </w:p>
    <w:p>
      <w:r>
        <w:rPr>
          <w:b/>
        </w:rPr>
        <w:t xml:space="preserve">[1:11:00] </w:t>
      </w:r>
      <w:r>
        <w:t>to degeneration is a is a phenomena of history. Islam mein nahi, har mazhab mein hota hai.</w:t>
      </w:r>
    </w:p>
    <w:p>
      <w:pPr>
        <w:jc w:val="right"/>
      </w:pPr>
      <w:r>
        <w:t>تو ڈی جنریشن از ا از ا فیناومینا آف ہسٹری۔ اسلام میں نہیں، ہر مذہب میں ہوتا ہے۔</w:t>
      </w:r>
    </w:p>
    <w:p>
      <w:r>
        <w:rPr>
          <w:b/>
        </w:rPr>
        <w:t xml:space="preserve">[1:11:08] </w:t>
      </w:r>
      <w:r>
        <w:t>Subhan Allah.</w:t>
      </w:r>
    </w:p>
    <w:p>
      <w:pPr>
        <w:jc w:val="right"/>
      </w:pPr>
      <w:r>
        <w:t>سبحان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