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Sunnah and Bidah in Islam February 14, 2008 Maulana Wahiduddin Khan</w:t>
      </w:r>
    </w:p>
    <w:p>
      <w:r>
        <w:t>https://www.youtube.com/watch?v=_uIO23hmBjg</w:t>
      </w:r>
    </w:p>
    <w:p>
      <w:r>
        <w:rPr>
          <w:b/>
        </w:rPr>
        <w:t xml:space="preserve">[00:39] </w:t>
      </w:r>
      <w:r>
        <w:t>j ki baat ke liye jo topic hai woh hai</w:t>
      </w:r>
    </w:p>
    <w:p>
      <w:pPr>
        <w:jc w:val="right"/>
      </w:pPr>
      <w:r>
        <w:t>ج کی بات کے لیے جو ٹاپک ہے وہ ہے</w:t>
      </w:r>
    </w:p>
    <w:p>
      <w:r>
        <w:rPr>
          <w:b/>
        </w:rPr>
        <w:t xml:space="preserve">[00:50] </w:t>
      </w:r>
      <w:r>
        <w:t>"The concept of Sunnah and Bid'ah in Islam".</w:t>
      </w:r>
    </w:p>
    <w:p>
      <w:pPr>
        <w:jc w:val="right"/>
      </w:pPr>
      <w:r>
        <w:t>"The concept of Sunnah and Bid'ah in Islam"۔</w:t>
      </w:r>
    </w:p>
    <w:p>
      <w:r>
        <w:rPr>
          <w:b/>
        </w:rPr>
        <w:t xml:space="preserve">[00:59] </w:t>
      </w:r>
      <w:r>
        <w:t>Islam mein</w:t>
      </w:r>
    </w:p>
    <w:p>
      <w:pPr>
        <w:jc w:val="right"/>
      </w:pPr>
      <w:r>
        <w:t>اسلام میں</w:t>
      </w:r>
    </w:p>
    <w:p>
      <w:r>
        <w:rPr>
          <w:b/>
        </w:rPr>
        <w:t xml:space="preserve">[01:03] </w:t>
      </w:r>
      <w:r>
        <w:t>jo baatein batayi gayi hain, ya Islam ki jo history hai, ya jo bhi baatein Islam se</w:t>
      </w:r>
    </w:p>
    <w:p>
      <w:pPr>
        <w:jc w:val="right"/>
      </w:pPr>
      <w:r>
        <w:t>جو باتیں بتائی گئی ہیں، یا اسلام کی جو ہسٹری ہے، یا جو بھی باتیں اسلام سے</w:t>
      </w:r>
    </w:p>
    <w:p>
      <w:r>
        <w:rPr>
          <w:b/>
        </w:rPr>
        <w:t xml:space="preserve">[01:16] </w:t>
      </w:r>
      <w:r>
        <w:t>ke reference mein kahi jaati hain, un ko janchne ke liye hamare paas ek bohat hi,</w:t>
      </w:r>
    </w:p>
    <w:p>
      <w:pPr>
        <w:jc w:val="right"/>
      </w:pPr>
      <w:r>
        <w:t>کے ریفرنس میں کہی جاتی ہیں، ان کو جانچنے کے لیے ہمارے پاس ایک بہت ہی،</w:t>
      </w:r>
    </w:p>
    <w:p>
      <w:r>
        <w:rPr>
          <w:b/>
        </w:rPr>
        <w:t xml:space="preserve">[01:25] </w:t>
      </w:r>
      <w:r>
        <w:t>bohat hi</w:t>
      </w:r>
    </w:p>
    <w:p>
      <w:pPr>
        <w:jc w:val="right"/>
      </w:pPr>
      <w:r>
        <w:t>بہت ہی</w:t>
      </w:r>
    </w:p>
    <w:p>
      <w:r>
        <w:rPr>
          <w:b/>
        </w:rPr>
        <w:t xml:space="preserve">[01:29] </w:t>
      </w:r>
      <w:r>
        <w:t>clear qism ka ek criteria hai.</w:t>
      </w:r>
    </w:p>
    <w:p>
      <w:pPr>
        <w:jc w:val="right"/>
      </w:pPr>
      <w:r>
        <w:t>کلیئر قسم کا ایک کرائٹیریا ہے۔</w:t>
      </w:r>
    </w:p>
    <w:p>
      <w:r>
        <w:rPr>
          <w:b/>
        </w:rPr>
        <w:t xml:space="preserve">[01:33] </w:t>
      </w:r>
      <w:r>
        <w:t>woh kya? Woh yeh hai ke jo cheez sunnat-e-Rasool ke mutabiq ho, woh hamein lena hai.</w:t>
      </w:r>
    </w:p>
    <w:p>
      <w:pPr>
        <w:jc w:val="right"/>
      </w:pPr>
      <w:r>
        <w:t>وہ کیا؟ وہ یہ ہے کہ جو چیز سنت رسول کے مطابق ہو، وہ ہمیں لینا ہے۔</w:t>
      </w:r>
    </w:p>
    <w:p>
      <w:r>
        <w:rPr>
          <w:b/>
        </w:rPr>
        <w:t xml:space="preserve">[01:46] </w:t>
      </w:r>
      <w:r>
        <w:t>aur jo sunnat-e-Rasool ke mutabiq na ho, woh bid'at hai, us ko hamein chhor dena hai.</w:t>
      </w:r>
    </w:p>
    <w:p>
      <w:pPr>
        <w:jc w:val="right"/>
      </w:pPr>
      <w:r>
        <w:t>اور جو سنت رسول کے مطابق نہ ہو، وہ بدعت ہے، اس کو ہمیں چھوڑ دینا ہے۔</w:t>
      </w:r>
    </w:p>
    <w:p>
      <w:r>
        <w:rPr>
          <w:b/>
        </w:rPr>
        <w:t xml:space="preserve">[01:55] </w:t>
      </w:r>
      <w:r>
        <w:t>Sunnat ke maani hote hain tareeqa.</w:t>
      </w:r>
    </w:p>
    <w:p>
      <w:pPr>
        <w:jc w:val="right"/>
      </w:pPr>
      <w:r>
        <w:t>سنت کے معنی ہوتے ہیں طریقہ۔</w:t>
      </w:r>
    </w:p>
    <w:p>
      <w:r>
        <w:rPr>
          <w:b/>
        </w:rPr>
        <w:t xml:space="preserve">[02:02] </w:t>
      </w:r>
      <w:r>
        <w:t>aur bid'at ke maani hote hain nayi cheez. To sunnat se murad hai sunnat-e-Rasool. Yani Rasool Allah ka tareeqa.</w:t>
      </w:r>
    </w:p>
    <w:p>
      <w:pPr>
        <w:jc w:val="right"/>
      </w:pPr>
      <w:r>
        <w:t>اور بدعت کے معنی ہوتے ہیں نئی چیز۔ تو سنت سے مراد ہے سنت رسول۔ یعنی رسول اللہ کا طریقہ۔</w:t>
      </w:r>
    </w:p>
    <w:p>
      <w:r>
        <w:rPr>
          <w:b/>
        </w:rPr>
        <w:t xml:space="preserve">[02:16] </w:t>
      </w:r>
      <w:r>
        <w:t>"The way of the Prophet of Islam". Aur bid'at ka matlab hai nayi cheez, yani innovation.</w:t>
      </w:r>
    </w:p>
    <w:p>
      <w:pPr>
        <w:jc w:val="right"/>
      </w:pPr>
      <w:r>
        <w:t>"The way of the Prophet of Islam"۔ اور بدعت کا مطلب ہے نئی چیز، یعنی انویشن۔</w:t>
      </w:r>
    </w:p>
    <w:p>
      <w:r>
        <w:rPr>
          <w:b/>
        </w:rPr>
        <w:t xml:space="preserve">[02:28] </w:t>
      </w:r>
      <w:r>
        <w:t>to islam ke bare mein yeh baat achhi tarah se mil lijiye ke islam pure maano mein ek historical religion hai.</w:t>
      </w:r>
    </w:p>
    <w:p>
      <w:pPr>
        <w:jc w:val="right"/>
      </w:pPr>
      <w:r>
        <w:t>تو اسلام کے بارے میں یہ بات اچھی طرح سے مل لیجیے کہ اسلام پورے معنوں میں ایک ہسٹاریکل ریلیجن ہے۔</w:t>
      </w:r>
    </w:p>
    <w:p>
      <w:r>
        <w:rPr>
          <w:b/>
        </w:rPr>
        <w:t xml:space="preserve">[02:41] </w:t>
      </w:r>
      <w:r>
        <w:t>islam mythology par base nahi karta. islam mein qisse kahaniyan nahi hain. baat ko logon ne qisse kahaniyan banai to woh un ka kaam hai.</w:t>
      </w:r>
    </w:p>
    <w:p>
      <w:pPr>
        <w:jc w:val="right"/>
      </w:pPr>
      <w:r>
        <w:t>اسلام مائیتھالوجی پر بیس نہیں کرتا۔ اسلام میں قصے کہانیاں نہیں ہیں۔ بات کو لوگوں نے قصے کہانیاں بنائیں تو وہ ان کا کام ہے۔</w:t>
      </w:r>
    </w:p>
    <w:p>
      <w:r>
        <w:rPr>
          <w:b/>
        </w:rPr>
        <w:t xml:space="preserve">[02:54] </w:t>
      </w:r>
      <w:r>
        <w:t>islam ka is se koi talluq nahi.</w:t>
      </w:r>
    </w:p>
    <w:p>
      <w:pPr>
        <w:jc w:val="right"/>
      </w:pPr>
      <w:r>
        <w:t>اسلام کا اس سے کوئی تعلق نہیں۔</w:t>
      </w:r>
    </w:p>
    <w:p>
      <w:r>
        <w:rPr>
          <w:b/>
        </w:rPr>
        <w:t xml:space="preserve">[03:00] </w:t>
      </w:r>
      <w:r>
        <w:t>ek baat yeh samajhna chahiye ke jab press ka zamana nahi aaya tha, jab printing press ka zamana nahi aaya tha to aaj kal ki tarah se novel nahi hua karte the, history nahi hoti thi.</w:t>
      </w:r>
    </w:p>
    <w:p>
      <w:pPr>
        <w:jc w:val="right"/>
      </w:pPr>
      <w:r>
        <w:t>ایک بات یہ سمجھنا چاہیے کہ جب پریس کا زمانہ نہیں آیا تھا، جب پرنٹنگ پریس کا زمانہ نہیں آیا تھا تو آج کل کی طرح سے ناول نہیں ہوا کرتے تھے، ہسٹوری نہیں ہوتی تھی۔</w:t>
      </w:r>
    </w:p>
    <w:p>
      <w:r>
        <w:rPr>
          <w:b/>
        </w:rPr>
        <w:t xml:space="preserve">[03:17] </w:t>
      </w:r>
      <w:r>
        <w:t>phir ab movies chal padi hain, TV chal pada hai, yeh sab nahi hota tha is zamane mein. to is zamane mein kya tha? har jagah, sari duniya mein</w:t>
      </w:r>
    </w:p>
    <w:p>
      <w:pPr>
        <w:jc w:val="right"/>
      </w:pPr>
      <w:r>
        <w:t>پھر اب موویز چل پڑی ہیں، ٹی وی چل پڑا ہے، یہ سب نہیں ہوتا تھا اس زمانے میں۔ تو اس زمانے میں کیا تھا؟ ہر جگہ، ساری دنیا میں</w:t>
      </w:r>
    </w:p>
    <w:p>
      <w:r>
        <w:rPr>
          <w:b/>
        </w:rPr>
        <w:t xml:space="preserve">[03:28] </w:t>
      </w:r>
      <w:r>
        <w:t>story tellers hua karte the.</w:t>
      </w:r>
    </w:p>
    <w:p>
      <w:pPr>
        <w:jc w:val="right"/>
      </w:pPr>
      <w:r>
        <w:t>اسٹوری ٹیلرز ہوا کرتے تھے۔</w:t>
      </w:r>
    </w:p>
    <w:p>
      <w:r>
        <w:rPr>
          <w:b/>
        </w:rPr>
        <w:t xml:space="preserve">[03:32] </w:t>
      </w:r>
      <w:r>
        <w:t>jin ko hum kehte hain qissa go, arabic mein kehte hain qassas.</w:t>
      </w:r>
    </w:p>
    <w:p>
      <w:pPr>
        <w:jc w:val="right"/>
      </w:pPr>
      <w:r>
        <w:t>جن کو ہم کہتے ہیں قصہ گو، عربک میں کہتے ہیں قصاص۔</w:t>
      </w:r>
    </w:p>
    <w:p>
      <w:r>
        <w:rPr>
          <w:b/>
        </w:rPr>
        <w:t xml:space="preserve">[03:41] </w:t>
      </w:r>
      <w:r>
        <w:t>to yeh story tellers jo the, har jagah the, woh kahaniyan banaya karte the. to is zamane mein muslim areas mein, jaise iraq mein, iran mein,</w:t>
      </w:r>
    </w:p>
    <w:p>
      <w:pPr>
        <w:jc w:val="right"/>
      </w:pPr>
      <w:r>
        <w:t>تو یہ سٹوری ٹیلرز جو تھے، ہر جگہ تھے، وہ کہانیاں بنایا کرتے تھے۔ تو اس زمانے میں مسلم ایریاز میں، جیسے عراق میں، ایران میں،</w:t>
      </w:r>
    </w:p>
    <w:p>
      <w:r>
        <w:rPr>
          <w:b/>
        </w:rPr>
        <w:t xml:space="preserve">[03:56] </w:t>
      </w:r>
      <w:r>
        <w:t>to is zamane mein iraq bhi iran ka ek part tha.</w:t>
      </w:r>
    </w:p>
    <w:p>
      <w:pPr>
        <w:jc w:val="right"/>
      </w:pPr>
      <w:r>
        <w:t>تو اس زمانے میں عراق بھی ایران کا ایک پارٹ تھا۔</w:t>
      </w:r>
    </w:p>
    <w:p>
      <w:r>
        <w:rPr>
          <w:b/>
        </w:rPr>
        <w:t xml:space="preserve">[04:01] </w:t>
      </w:r>
      <w:r>
        <w:t>to log story tellers type ke log maujood the, woh kahaniyan banaya karte the. zahir hai ke woh arabic mein bolte the, arabic language mein hoti thi un ki kahaniyan.</w:t>
      </w:r>
    </w:p>
    <w:p>
      <w:pPr>
        <w:jc w:val="right"/>
      </w:pPr>
      <w:r>
        <w:t>تو لوگ اسٹوری ٹیلرز ٹائپ کے لوگ موجود تھے، وہ کہانیاں بنایا کرتے تھے۔ ظاہر ہے کہ وہ عربی میں بولتے تھے، عربک لینگویج میں ہوتی تھی ان کی کہانیاں۔</w:t>
      </w:r>
    </w:p>
    <w:p>
      <w:r>
        <w:rPr>
          <w:b/>
        </w:rPr>
        <w:t xml:space="preserve">[04:14] </w:t>
      </w:r>
      <w:r>
        <w:t>to logon ne samajh liya ke ab yeh part of islam hai. quran arabic mein tha, hadith arabic mein thi, comparisons ki baatein arabic mein thi.</w:t>
      </w:r>
    </w:p>
    <w:p>
      <w:pPr>
        <w:jc w:val="right"/>
      </w:pPr>
      <w:r>
        <w:t>تو لوگوں نے سمجھ لیا کہ اب یہ پارٹ آف اسلام ہے۔ قرآن عربک میں تھا، حدیث عربک میں تھی، کمپیریئنس کی باتیں عربک میں تھیں۔</w:t>
      </w:r>
    </w:p>
    <w:p>
      <w:r>
        <w:rPr>
          <w:b/>
        </w:rPr>
        <w:t xml:space="preserve">[04:27] </w:t>
      </w:r>
      <w:r>
        <w:t>to isi tarah se story tellers ki baatein bhi arabic mein thi.</w:t>
      </w:r>
    </w:p>
    <w:p>
      <w:pPr>
        <w:jc w:val="right"/>
      </w:pPr>
      <w:r>
        <w:t>تو اسی طرح سے اسٹوری ٹیلرز کی باتیں بھی عربک میں تھیں۔</w:t>
      </w:r>
    </w:p>
    <w:p>
      <w:r>
        <w:rPr>
          <w:b/>
        </w:rPr>
        <w:t xml:space="preserve">[04:31] </w:t>
      </w:r>
      <w:r>
        <w:t>to woh kitabon mein aa gayin, logon ne is ko shamil kar liya, aur woh bhi part of islam ban gaya.</w:t>
      </w:r>
    </w:p>
    <w:p>
      <w:pPr>
        <w:jc w:val="right"/>
      </w:pPr>
      <w:r>
        <w:t>تو وہ کتابوں میں آ گئیں، لوگوں نے اس کو شامل کر لیا، اور وہ بھی پارٹ آف اسلام بن گیا۔</w:t>
      </w:r>
    </w:p>
    <w:p>
      <w:r>
        <w:rPr>
          <w:b/>
        </w:rPr>
        <w:t xml:space="preserve">[04:41] </w:t>
      </w:r>
      <w:r>
        <w:t>to hamein alag kar ke dekhna hoga. warna hum islam ko samajhne mein bhari bhool karenge.</w:t>
      </w:r>
    </w:p>
    <w:p>
      <w:pPr>
        <w:jc w:val="right"/>
      </w:pPr>
      <w:r>
        <w:t>تو ہمیں الگ کر کے دیکھنا ہوگا۔ ورنہ ہم اسلام کو سمجھنے میں بھاری بھول کریں گے۔</w:t>
      </w:r>
    </w:p>
    <w:p>
      <w:r>
        <w:rPr>
          <w:b/>
        </w:rPr>
        <w:t xml:space="preserve">[04:54] </w:t>
      </w:r>
      <w:r>
        <w:t>dekhiye,</w:t>
      </w:r>
    </w:p>
    <w:p>
      <w:pPr>
        <w:jc w:val="right"/>
      </w:pPr>
      <w:r>
        <w:t>دیکھیے،</w:t>
      </w:r>
    </w:p>
    <w:p>
      <w:r>
        <w:rPr>
          <w:b/>
        </w:rPr>
        <w:t xml:space="preserve">[04:58] </w:t>
      </w:r>
      <w:r>
        <w:t>hadith mein aata hai ke "alaikum bisunnati wa sunnati khulafa-e-rashideen".</w:t>
      </w:r>
    </w:p>
    <w:p>
      <w:pPr>
        <w:jc w:val="right"/>
      </w:pPr>
      <w:r>
        <w:t>حدیث میں آتا ہے کہ "علیکم بسنت وسنت خلفائے راشدین"۔</w:t>
      </w:r>
    </w:p>
    <w:p>
      <w:r>
        <w:rPr>
          <w:b/>
        </w:rPr>
        <w:t xml:space="preserve">[05:07] </w:t>
      </w:r>
      <w:r>
        <w:t>yani tum ko mere tareeqe par, mera jo way of life hai, us par rehna hai, us ko follow karna hai.</w:t>
      </w:r>
    </w:p>
    <w:p>
      <w:pPr>
        <w:jc w:val="right"/>
      </w:pPr>
      <w:r>
        <w:t>یعنی تم کو میرے طریقے پر، میرا جو وے آف لائف ہے، اس پر رہنا ہے، اس کو فالو کرنا ہے۔</w:t>
      </w:r>
    </w:p>
    <w:p>
      <w:r>
        <w:rPr>
          <w:b/>
        </w:rPr>
        <w:t xml:space="preserve">[05:17] </w:t>
      </w:r>
      <w:r>
        <w:t>aur jo mere baad mere jo sahaba hain, jo mere khulifa hain, un ke raaste ko pakde rehna hai.</w:t>
      </w:r>
    </w:p>
    <w:p>
      <w:pPr>
        <w:jc w:val="right"/>
      </w:pPr>
      <w:r>
        <w:t>اور جو میرے بعد میرے جو صحابہ ہیں، جو میرے خلیفہ ہیں، ان کے راستے کو پکڑے رہنا ہے۔</w:t>
      </w:r>
    </w:p>
    <w:p>
      <w:r>
        <w:rPr>
          <w:b/>
        </w:rPr>
        <w:t xml:space="preserve">[05:28] </w:t>
      </w:r>
      <w:r>
        <w:t>bas. aur jahan tak nayi baaton ka talluq hai to aap ne farmaya: "man ahdatha fi amrina hadha ma laysa minhu fahuwa radd".</w:t>
      </w:r>
    </w:p>
    <w:p>
      <w:pPr>
        <w:jc w:val="right"/>
      </w:pPr>
      <w:r>
        <w:t>بس۔ اور جہاں تک نئی باتوں کا تعلق ہے تو آپ نے فرمایا: "من احدث فی امرناھذا ما لیس منہ فھو رد"۔</w:t>
      </w:r>
    </w:p>
    <w:p>
      <w:r>
        <w:rPr>
          <w:b/>
        </w:rPr>
        <w:t xml:space="preserve">[05:45] </w:t>
      </w:r>
      <w:r>
        <w:t>yani koi aadmi jo hamare deen mein nayi baat nikale to woh rejected hai.</w:t>
      </w:r>
    </w:p>
    <w:p>
      <w:pPr>
        <w:jc w:val="right"/>
      </w:pPr>
      <w:r>
        <w:t>یعنی کوئی آدمی جو ہمارے دین میں نئی بات نکالے تو وہ ریجیکٹڈ ہے۔</w:t>
      </w:r>
    </w:p>
    <w:p>
      <w:r>
        <w:rPr>
          <w:b/>
        </w:rPr>
        <w:t xml:space="preserve">[06:01] </w:t>
      </w:r>
      <w:r>
        <w:t>kitni kade andaaz mein aap ne kaha ke har nayi baat rejected hai.</w:t>
      </w:r>
    </w:p>
    <w:p>
      <w:pPr>
        <w:jc w:val="right"/>
      </w:pPr>
      <w:r>
        <w:t>کتنی کڑے انداز میں آپ نے کہا کہ ہر نئی بات ریجیکٹڈ ہے۔</w:t>
      </w:r>
    </w:p>
    <w:p>
      <w:r>
        <w:rPr>
          <w:b/>
        </w:rPr>
        <w:t xml:space="preserve">[06:10] </w:t>
      </w:r>
      <w:r>
        <w:t>jaise main aap ko misaal doon ke nayi baat kya cheez hoti hai? rasool Allah jab the madina mein to kuch log aaye aap ke ghar.</w:t>
      </w:r>
    </w:p>
    <w:p>
      <w:pPr>
        <w:jc w:val="right"/>
      </w:pPr>
      <w:r>
        <w:t>جیسے میں آپ کو مثال دوں کہ نئی بات کیا چیز ہوتی ہے؟ رسول اللہ جب تھے مدینہ میں تو کچھ لوگ آئے آپ کے گھر۔</w:t>
      </w:r>
    </w:p>
    <w:p>
      <w:r>
        <w:rPr>
          <w:b/>
        </w:rPr>
        <w:t xml:space="preserve">[06:23] </w:t>
      </w:r>
      <w:r>
        <w:t>us waqt rasool Allah ghar mein nahi the.</w:t>
      </w:r>
    </w:p>
    <w:p>
      <w:pPr>
        <w:jc w:val="right"/>
      </w:pPr>
      <w:r>
        <w:t>اس وقت رسول اللہ گھر میں نہیں تھے۔</w:t>
      </w:r>
    </w:p>
    <w:p>
      <w:r>
        <w:rPr>
          <w:b/>
        </w:rPr>
        <w:t xml:space="preserve">[06:26] </w:t>
      </w:r>
      <w:r>
        <w:t>aap ki ahliya aisha ghar mein thi. to unhone pucha aisha se ke rasool Allah ki ibadat kya hai?</w:t>
      </w:r>
    </w:p>
    <w:p>
      <w:pPr>
        <w:jc w:val="right"/>
      </w:pPr>
      <w:r>
        <w:t>آپ کی اہلیہ عائشہ گھر میں تھیں۔ تو انہوں نے پوچھا عائشہ سے کہ رسول اللہ کی عبادت کیا ہے؟</w:t>
      </w:r>
    </w:p>
    <w:p>
      <w:r>
        <w:rPr>
          <w:b/>
        </w:rPr>
        <w:t xml:space="preserve">[06:40] </w:t>
      </w:r>
      <w:r>
        <w:t>yani rasool Allah ki ibadat kya hai?</w:t>
      </w:r>
    </w:p>
    <w:p>
      <w:pPr>
        <w:jc w:val="right"/>
      </w:pPr>
      <w:r>
        <w:t>یعنی رسول اللہ کی عبادت کیا ہے؟</w:t>
      </w:r>
    </w:p>
    <w:p>
      <w:r>
        <w:rPr>
          <w:b/>
        </w:rPr>
        <w:t xml:space="preserve">[06:43] </w:t>
      </w:r>
      <w:r>
        <w:t>to unhon ne bataya jo namaz roza aap karte the us ke bare mein. to is mein aata hai ke "kaan hum taqalluha".</w:t>
      </w:r>
    </w:p>
    <w:p>
      <w:pPr>
        <w:jc w:val="right"/>
      </w:pPr>
      <w:r>
        <w:t>تو انہوں نے بتایا جو نماز روزہ آپ کرتے تھے اس کے بارے میں۔ تو اس میں آتا ہے کہ "کانہم تقالوہا"۔</w:t>
      </w:r>
    </w:p>
    <w:p>
      <w:r>
        <w:rPr>
          <w:b/>
        </w:rPr>
        <w:t xml:space="preserve">[06:55] </w:t>
      </w:r>
      <w:r>
        <w:t>wo un ko kam laga. "kaan hum taqalluha". wo un ko kam laga. to unhon ne kaha ke rasool Allah to rasool Allah hain,</w:t>
      </w:r>
    </w:p>
    <w:p>
      <w:pPr>
        <w:jc w:val="right"/>
      </w:pPr>
      <w:r>
        <w:t>وہ ان کو کم لگا۔ "کانہم تقالوہا"۔ وہ ان کو کم لگا۔ تو انہوں نے کہا کہ رسول اللہ تو رسول اللہ ہیں،</w:t>
      </w:r>
    </w:p>
    <w:p>
      <w:r>
        <w:rPr>
          <w:b/>
        </w:rPr>
        <w:t xml:space="preserve">[07:09] </w:t>
      </w:r>
      <w:r>
        <w:t>hum to aam insan hain.</w:t>
      </w:r>
    </w:p>
    <w:p>
      <w:pPr>
        <w:jc w:val="right"/>
      </w:pPr>
      <w:r>
        <w:t>ہم تو عام انسان ہیں۔</w:t>
      </w:r>
    </w:p>
    <w:p>
      <w:r>
        <w:rPr>
          <w:b/>
        </w:rPr>
        <w:t xml:space="preserve">[07:11] </w:t>
      </w:r>
      <w:r>
        <w:t>to hamein yeh itna hi kafi nahi hai. to in logon ne kiya kiya? kisi ne kaha ke main to raat bhar namaz hi parhoon ga.</w:t>
      </w:r>
    </w:p>
    <w:p>
      <w:pPr>
        <w:jc w:val="right"/>
      </w:pPr>
      <w:r>
        <w:t>تو ہمیں یہ اتنا ہی کافی نہیں ہے۔ تو ان لوگوں نے کیا کیا؟ کسی نے کہا کہ میں تو رات بھر نماز ہی پڑھوں گا۔</w:t>
      </w:r>
    </w:p>
    <w:p>
      <w:r>
        <w:rPr>
          <w:b/>
        </w:rPr>
        <w:t xml:space="preserve">[07:24] </w:t>
      </w:r>
      <w:r>
        <w:t>kisi ne kaha ke main to sara din roza rakhon ga. is tarah ki baatein unhon ne keen. ke barabar zindagi mein sara din roza hi rakhon ga.</w:t>
      </w:r>
    </w:p>
    <w:p>
      <w:pPr>
        <w:jc w:val="right"/>
      </w:pPr>
      <w:r>
        <w:t>کسی نے کہا کہ میں تو سارا دن روزہ رکھوں گا۔ اس طرح کی باتیں انہوں نے کیں۔ کہ برابر زندگی میں سارا دن روزہ ہی رکھوں گا۔</w:t>
      </w:r>
    </w:p>
    <w:p>
      <w:r>
        <w:rPr>
          <w:b/>
        </w:rPr>
        <w:t xml:space="preserve">[07:35] </w:t>
      </w:r>
      <w:r>
        <w:t>kisi ne kaha ke barabar zindagi mein raat ko main namazein parta rahoon ga.</w:t>
      </w:r>
    </w:p>
    <w:p>
      <w:pPr>
        <w:jc w:val="right"/>
      </w:pPr>
      <w:r>
        <w:t>کسی نے کہا کہ برابر زندگی میں رات کو میں نمازیں پڑھتا رہوں گا۔</w:t>
      </w:r>
    </w:p>
    <w:p>
      <w:r>
        <w:rPr>
          <w:b/>
        </w:rPr>
        <w:t xml:space="preserve">[07:39] </w:t>
      </w:r>
      <w:r>
        <w:t>kisi ne kaha ke main har waqt quran parta rahoon ga. halan ke yeh rasool Allah ka tareeqa nahi tha. hazrat ayesha ne aisa nahi bataya tha aap ke bare mein.</w:t>
      </w:r>
    </w:p>
    <w:p>
      <w:pPr>
        <w:jc w:val="right"/>
      </w:pPr>
      <w:r>
        <w:t>کسی نے کہا کہ میں ہر وقت قرآن پڑھتا رہوں گا۔ حالانکہ یہ رسول اللہ کا طریقہ نہیں تھا۔ حضرت عائشہ نے ایسا نہیں بتایا تھا آپ کے بارے میں۔</w:t>
      </w:r>
    </w:p>
    <w:p>
      <w:r>
        <w:rPr>
          <w:b/>
        </w:rPr>
        <w:t xml:space="preserve">[07:50] </w:t>
      </w:r>
      <w:r>
        <w:t>lekin unhein kam laga. "kaan hum taqalluha".</w:t>
      </w:r>
    </w:p>
    <w:p>
      <w:pPr>
        <w:jc w:val="right"/>
      </w:pPr>
      <w:r>
        <w:t>لیکن انہیں کم لگا۔ "کانہم تقالوہا"۔</w:t>
      </w:r>
    </w:p>
    <w:p>
      <w:r>
        <w:rPr>
          <w:b/>
        </w:rPr>
        <w:t xml:space="preserve">[07:55] </w:t>
      </w:r>
      <w:r>
        <w:t>to jab rasool Allah aaye, hazrat ayesha ne bataya ke kuch log aaye the aur unhon ne suna aap ki baaton ko to unhein aap ki baatein kam lageen to unhon ne yeh decide kiya hai ke wo aisa aur aisa karein ge.</w:t>
      </w:r>
    </w:p>
    <w:p>
      <w:pPr>
        <w:jc w:val="right"/>
      </w:pPr>
      <w:r>
        <w:t>تو جب رسول اللہ آئے، حضرت عائشہ نے بتایا کہ کچھ لوگ آئے تھے اور انہوں نے سنا آپ کی باتوں کو تو انہیں آپ کی باتیں کم لگیں تو انہوں نے یہ ڈیسائیڈ کیا ہے کہ وہ ایسا اور ایسا کریں گے۔</w:t>
      </w:r>
    </w:p>
    <w:p>
      <w:r>
        <w:rPr>
          <w:b/>
        </w:rPr>
        <w:t xml:space="preserve">[08:14] </w:t>
      </w:r>
      <w:r>
        <w:t>yani bas quran partay rahein ge, din bhar roza rakhte rahein ge, raat ko namaz partay rahein ge.</w:t>
      </w:r>
    </w:p>
    <w:p>
      <w:pPr>
        <w:jc w:val="right"/>
      </w:pPr>
      <w:r>
        <w:t>یعنی بس قرآن پڑھتے رہیں گے، دن بھر روزہ رکھتے رہیں گے، رات کو نماز پڑھتے رہیں گے۔</w:t>
      </w:r>
    </w:p>
    <w:p>
      <w:r>
        <w:rPr>
          <w:b/>
        </w:rPr>
        <w:t xml:space="preserve">[08:22] </w:t>
      </w:r>
      <w:r>
        <w:t>to aap bohat ziyada aap ne is ke khilaf aap ko aap ghazab nak ho gaye. aur aap ne logon ko ikatha kiya aur kaha ke mera tareeqa wahi hai jo tum jante ho.</w:t>
      </w:r>
    </w:p>
    <w:p>
      <w:pPr>
        <w:jc w:val="right"/>
      </w:pPr>
      <w:r>
        <w:t>تو آپ بہت زیادہ آپ نے اس کے خلاف آپ کو آپ غضب ناک ہو گئے۔ اور آپ نے لوگوں کو اکٹھا کیا اور کہا کہ میرا طریقہ وہی ہے جو تم جانتے ہو۔</w:t>
      </w:r>
    </w:p>
    <w:p>
      <w:r>
        <w:rPr>
          <w:b/>
        </w:rPr>
        <w:t xml:space="preserve">[08:42] </w:t>
      </w:r>
      <w:r>
        <w:t>yani panch waqt namaz parhna, saal mein roze rakhna. yahi sab jo baatein hain sab normal qism ki.</w:t>
      </w:r>
    </w:p>
    <w:p>
      <w:pPr>
        <w:jc w:val="right"/>
      </w:pPr>
      <w:r>
        <w:t>یعنی پانچ وقت نماز پڑھنا، سال میں روزے رکھنا۔ یہی سب جو باتیں ہیں سب نارمل قسم کی۔</w:t>
      </w:r>
    </w:p>
    <w:p>
      <w:r>
        <w:rPr>
          <w:b/>
        </w:rPr>
        <w:t xml:space="preserve">[08:52] </w:t>
      </w:r>
      <w:r>
        <w:t>to jo log aisa karein ke is par barhaein, is mein add karein apni taraf se</w:t>
      </w:r>
    </w:p>
    <w:p>
      <w:pPr>
        <w:jc w:val="right"/>
      </w:pPr>
      <w:r>
        <w:t>تو جو لوگ ایسا کریں کہ اس پر بڑھائیں، اس میں ایڈ کریں اپنی طرف سے</w:t>
      </w:r>
    </w:p>
    <w:p>
      <w:r>
        <w:rPr>
          <w:b/>
        </w:rPr>
        <w:t xml:space="preserve">[09:03] </w:t>
      </w:r>
      <w:r>
        <w:t>to wo mujh se nahi hai. hadha min sunnati wa man raghiba an sunnati falaisa minni.</w:t>
      </w:r>
    </w:p>
    <w:p>
      <w:pPr>
        <w:jc w:val="right"/>
      </w:pPr>
      <w:r>
        <w:t>تو وہ مجھ سے نہیں ہے۔ھذا من سنتی ومن رغب عن سنتی فلیس منی۔</w:t>
      </w:r>
    </w:p>
    <w:p>
      <w:r>
        <w:rPr>
          <w:b/>
        </w:rPr>
        <w:t xml:space="preserve">[09:15] </w:t>
      </w:r>
      <w:r>
        <w:t>ke yeh hai mera tareeqa, mera way of life.</w:t>
      </w:r>
    </w:p>
    <w:p>
      <w:pPr>
        <w:jc w:val="right"/>
      </w:pPr>
      <w:r>
        <w:t>کہ یہ ہے میرا طریقہ، میرا وے آف لائف۔</w:t>
      </w:r>
    </w:p>
    <w:p>
      <w:r>
        <w:rPr>
          <w:b/>
        </w:rPr>
        <w:t xml:space="preserve">[09:21] </w:t>
      </w:r>
      <w:r>
        <w:t>jo is se hate to wo mujh se nahi. yani is ka deen islam se ta'alluq nahi. ab dekhiye itni si baat ko aap ne pasand nahi kiya ke quantitative term mein wo ziyada karne lage.</w:t>
      </w:r>
    </w:p>
    <w:p>
      <w:pPr>
        <w:jc w:val="right"/>
      </w:pPr>
      <w:r>
        <w:t>جو اس سے ہٹے تو وہ مجھ سے نہیں۔ یعنی اس کا دین اسلام سے تعلق نہیں۔ اب دیکھیے اتنی سی بات کو آپ نے پسند نہیں کیا کہ کوانٹیٹیٹیو ٹرم میں وہ زیادہ کرنے لگے۔</w:t>
      </w:r>
    </w:p>
    <w:p>
      <w:r>
        <w:rPr>
          <w:b/>
        </w:rPr>
        <w:t xml:space="preserve">[09:40] </w:t>
      </w:r>
      <w:r>
        <w:t>yani aap ki namaz se ziyada namaz, aap ke roze se ziyada roza, aap ke hajj se ziyada hajj.</w:t>
      </w:r>
    </w:p>
    <w:p>
      <w:pPr>
        <w:jc w:val="right"/>
      </w:pPr>
      <w:r>
        <w:t>یعنی آپ کی نماز سے زیادہ نماز، آپ کے روزے سے زیادہ روزہ، آپ کے حج سے زیادہ حج۔</w:t>
      </w:r>
    </w:p>
    <w:p>
      <w:r>
        <w:rPr>
          <w:b/>
        </w:rPr>
        <w:t xml:space="preserve">[09:49] </w:t>
      </w:r>
      <w:r>
        <w:t>to quantitative term mein unhon ne aap ke tareeqe ko kam samjha aur is se ziyada ka decision liya unhon ne. to aap ne kaha ke tum tumhara ta'alluq meri ummat se nahi hai.</w:t>
      </w:r>
    </w:p>
    <w:p>
      <w:pPr>
        <w:jc w:val="right"/>
      </w:pPr>
      <w:r>
        <w:t>تو کوانٹیٹیٹیو ٹرم میں انہوں نے آپ کے طریقے کو کم سمجھا اور اس سے زیادہ کا ڈیسیژن لیا انہوں نے۔ تو آپ نے کہا کہ تم تمہارا تعلق میری امت سے نہیں ہے۔</w:t>
      </w:r>
    </w:p>
    <w:p>
      <w:r>
        <w:rPr>
          <w:b/>
        </w:rPr>
        <w:t xml:space="preserve">[10:03] </w:t>
      </w:r>
      <w:r>
        <w:t>jo main karta hoon wahi tumhein karna hai. agar tum is se hate to tum meri ummati se nahi ho.</w:t>
      </w:r>
    </w:p>
    <w:p>
      <w:pPr>
        <w:jc w:val="right"/>
      </w:pPr>
      <w:r>
        <w:t>جو میں کرتا ہوں وہی تمہیں کرنا ہے۔ اگر تم اس سے ہٹے تو تم میری امتی سے نہیں ہو۔</w:t>
      </w:r>
    </w:p>
    <w:p>
      <w:r>
        <w:rPr>
          <w:b/>
        </w:rPr>
        <w:t xml:space="preserve">[10:13] </w:t>
      </w:r>
      <w:r>
        <w:t>is se aap andaza kar sakte hain ke bidat kitni ziyada bidat ka mamla, kitna serious mamla hai. bidat ka mamla kitna ziyada serious mamla hai.</w:t>
      </w:r>
    </w:p>
    <w:p>
      <w:pPr>
        <w:jc w:val="right"/>
      </w:pPr>
      <w:r>
        <w:t>اس سے آپ اندازہ کر سکتے ہیں کہ بدعت کتنی زیادہ بدعت کا معاملہ، کتنا سیریس معاملہ ہے۔ بدعت کا معاملہ کتنا زیادہ سیریس معاملہ ہے۔</w:t>
      </w:r>
    </w:p>
    <w:p>
      <w:r>
        <w:rPr>
          <w:b/>
        </w:rPr>
        <w:t xml:space="preserve">[10:28] </w:t>
      </w:r>
      <w:r>
        <w:t>baad ke zamane mein logon ne hazaron bidatein nikal lein.</w:t>
      </w:r>
    </w:p>
    <w:p>
      <w:pPr>
        <w:jc w:val="right"/>
      </w:pPr>
      <w:r>
        <w:t>بعد کے زمانے میں لوگوں نے ہزاروں بدعتیں نکال لیں۔</w:t>
      </w:r>
    </w:p>
    <w:p>
      <w:r>
        <w:rPr>
          <w:b/>
        </w:rPr>
        <w:t xml:space="preserve">[10:35] </w:t>
      </w:r>
      <w:r>
        <w:t>bidat se murad yani wo baat jo rasool Allah jis par nahi the, jo sahaba ne nahi kiya tha, wo nikal liya.</w:t>
      </w:r>
    </w:p>
    <w:p>
      <w:pPr>
        <w:jc w:val="right"/>
      </w:pPr>
      <w:r>
        <w:t>بدعت سے مراد یعنی وہ بات جو رسول اللہ جس پر نہیں تھے، جو صحابہ نے نہیں کیا تھا، وہ نکال لیا۔</w:t>
      </w:r>
    </w:p>
    <w:p>
      <w:r>
        <w:rPr>
          <w:b/>
        </w:rPr>
        <w:t xml:space="preserve">[10:47] </w:t>
      </w:r>
      <w:r>
        <w:t>har taraf isi ki dhoom shuru ho gayi. to yeh dhoom wala islam yeh yeh bid yeh is ka islam se koi ta'alluq nahi hai.</w:t>
      </w:r>
    </w:p>
    <w:p>
      <w:pPr>
        <w:jc w:val="right"/>
      </w:pPr>
      <w:r>
        <w:t>ہر طرف اسی کی دھوم شروع ہو گئی۔ تو یہ دھوم والا اسلام یہ یہ بد یہ اس کا اسلام سے کوئی تعلق نہیں ہے۔</w:t>
      </w:r>
    </w:p>
    <w:p>
      <w:r>
        <w:rPr>
          <w:b/>
        </w:rPr>
        <w:t xml:space="preserve">[10:58] </w:t>
      </w:r>
      <w:r>
        <w:t>yeh baad ke zamane mein hua.</w:t>
      </w:r>
    </w:p>
    <w:p>
      <w:pPr>
        <w:jc w:val="right"/>
      </w:pPr>
      <w:r>
        <w:t>یہ بعد کے زمانے میں ہوا۔</w:t>
      </w:r>
    </w:p>
    <w:p>
      <w:r>
        <w:rPr>
          <w:b/>
        </w:rPr>
        <w:t xml:space="preserve">[11:01] </w:t>
      </w:r>
      <w:r>
        <w:t>to is ke isi ke bare mein aap ne kaha tha ke jo mere baad nayi baatein nikale to for rad to wo rejected hai.</w:t>
      </w:r>
    </w:p>
    <w:p>
      <w:pPr>
        <w:jc w:val="right"/>
      </w:pPr>
      <w:r>
        <w:t>تو اس کے اسی کے بارے میں آپ نے کہا تھا کہ جو میرے بعد نئی باتیں نکالے تو فور رد تو وہ ریجیکٹڈ ہے۔</w:t>
      </w:r>
    </w:p>
    <w:p>
      <w:r>
        <w:rPr>
          <w:b/>
        </w:rPr>
        <w:t xml:space="preserve">[11:15] </w:t>
      </w:r>
      <w:r>
        <w:t>dekhiye yeh saada baat nahi hai.</w:t>
      </w:r>
    </w:p>
    <w:p>
      <w:pPr>
        <w:jc w:val="right"/>
      </w:pPr>
      <w:r>
        <w:t>دیکھیے یہ سادہ بات نہیں ہے۔</w:t>
      </w:r>
    </w:p>
    <w:p>
      <w:r>
        <w:rPr>
          <w:b/>
        </w:rPr>
        <w:t xml:space="preserve">[11:19] </w:t>
      </w:r>
      <w:r>
        <w:t>aap ghor kijiye ke kin baaton mein nai baatein nikali jaati hain. woh kya cheez hai jis mein log nai nai baatein nikalte hain?</w:t>
      </w:r>
    </w:p>
    <w:p>
      <w:pPr>
        <w:jc w:val="right"/>
      </w:pPr>
      <w:r>
        <w:t>آپ غور کیجیے کہ کن باتوں میں نئی باتیں نکالی جاتی ہیں۔ وہ کیا چیز ہے جس میں لوگ نئی نئی باتیں نکالتے ہیں؟</w:t>
      </w:r>
    </w:p>
    <w:p>
      <w:r>
        <w:rPr>
          <w:b/>
        </w:rPr>
        <w:t xml:space="preserve">[11:30] </w:t>
      </w:r>
      <w:r>
        <w:t>woh hai islam ka form. spirit nahi. spirit mein nai baat kya nikali jayegi?</w:t>
      </w:r>
    </w:p>
    <w:p>
      <w:pPr>
        <w:jc w:val="right"/>
      </w:pPr>
      <w:r>
        <w:t>وہ ہے اسلام کا فارم۔ اسپیریٹ نہیں۔ اسپیریٹ میں نئی بات کیا نکالی جائے گی؟</w:t>
      </w:r>
    </w:p>
    <w:p>
      <w:r>
        <w:rPr>
          <w:b/>
        </w:rPr>
        <w:t xml:space="preserve">[11:39] </w:t>
      </w:r>
      <w:r>
        <w:t>spirit ka matlab hai khuda se darna, khuda se mohabbat karna, khuda ke hukumon ko follow karna, khuda ko apna soul concern bana lein.</w:t>
      </w:r>
    </w:p>
    <w:p>
      <w:pPr>
        <w:jc w:val="right"/>
      </w:pPr>
      <w:r>
        <w:t>اسپیریٹ کا مطلب ہے خدا سے ڈرنا، خدا سے محبت کرنا، خدا کے حکموں کو فالو کرنا، خدا کو اپنا سول کنسرن بنا لینا۔</w:t>
      </w:r>
    </w:p>
    <w:p>
      <w:r>
        <w:rPr>
          <w:b/>
        </w:rPr>
        <w:t xml:space="preserve">[11:54] </w:t>
      </w:r>
      <w:r>
        <w:t>is mein nahi hoti. woh hoti hai form mein.</w:t>
      </w:r>
    </w:p>
    <w:p>
      <w:pPr>
        <w:jc w:val="right"/>
      </w:pPr>
      <w:r>
        <w:t>اس میں نہیں ہوتی۔ وہ ہوتی ہے فارم میں۔</w:t>
      </w:r>
    </w:p>
    <w:p>
      <w:r>
        <w:rPr>
          <w:b/>
        </w:rPr>
        <w:t xml:space="preserve">[12:00] </w:t>
      </w:r>
      <w:r>
        <w:t>toh form ke mein jab kiya jaye toh izafe badhaya jaye toh is ka matlab yeh hai ke ke islam ka jo balance hai wahi toot gaya.</w:t>
      </w:r>
    </w:p>
    <w:p>
      <w:pPr>
        <w:jc w:val="right"/>
      </w:pPr>
      <w:r>
        <w:t>تو فارم کے میں جب کیا جائے تو اضافے بڑھایا جائے تو اس کا مطلب یہ ہے کہ کہ اسلام کا جو بیلنس ہے وہی ٹوٹ گیا۔</w:t>
      </w:r>
    </w:p>
    <w:p>
      <w:r>
        <w:rPr>
          <w:b/>
        </w:rPr>
        <w:t xml:space="preserve">[12:16] </w:t>
      </w:r>
      <w:r>
        <w:t>islam mein aap jante hain ke jo asal jo hai islam ki asal jo basic cheez hai woh hai spirit.</w:t>
      </w:r>
    </w:p>
    <w:p>
      <w:pPr>
        <w:jc w:val="right"/>
      </w:pPr>
      <w:r>
        <w:t>اسلام میں آپ جانتے ہیں کہ جو اصل جو ہے اسلام کی اصل جو بیسک چیز ہے وہ ہے اسپیریٹ۔</w:t>
      </w:r>
    </w:p>
    <w:p>
      <w:r>
        <w:rPr>
          <w:b/>
        </w:rPr>
        <w:t xml:space="preserve">[12:27] </w:t>
      </w:r>
      <w:r>
        <w:t>spirit</w:t>
      </w:r>
    </w:p>
    <w:p>
      <w:pPr>
        <w:jc w:val="right"/>
      </w:pPr>
      <w:r>
        <w:t>اسپیریٹ</w:t>
      </w:r>
    </w:p>
    <w:p>
      <w:r>
        <w:rPr>
          <w:b/>
        </w:rPr>
        <w:t xml:space="preserve">[12:29] </w:t>
      </w:r>
      <w:r>
        <w:t>. yani insaan ke dil mein jo cheez hoti hai, us ke mind mein jo cheez hoti hai, jis ko hum spirit kehte hain, woh asal hai.</w:t>
      </w:r>
    </w:p>
    <w:p>
      <w:pPr>
        <w:jc w:val="right"/>
      </w:pPr>
      <w:r>
        <w:t>۔ یعنی انسان کے دل میں جو چیز ہوتی ہے، اس کے مائنڈ میں جو چیز ہوتی ہے، جس کو ہم اسپیریٹ کہتے ہیں، وہ اصل ہے۔</w:t>
      </w:r>
    </w:p>
    <w:p>
      <w:r>
        <w:rPr>
          <w:b/>
        </w:rPr>
        <w:t xml:space="preserve">[12:42] </w:t>
      </w:r>
      <w:r>
        <w:t>isi se baqi cheezein nikalti hain.</w:t>
      </w:r>
    </w:p>
    <w:p>
      <w:pPr>
        <w:jc w:val="right"/>
      </w:pPr>
      <w:r>
        <w:t>اسی سے بقیہ چیزیں نکلتی ہیں۔</w:t>
      </w:r>
    </w:p>
    <w:p>
      <w:r>
        <w:rPr>
          <w:b/>
        </w:rPr>
        <w:t xml:space="preserve">[12:47] </w:t>
      </w:r>
      <w:r>
        <w:t>toh jab form mein nai nai baatein nikali jayein toh is ke maani hai ke sara balance toot gaya. spirit chali gayi, bas form par sara zor hone laga.</w:t>
      </w:r>
    </w:p>
    <w:p>
      <w:pPr>
        <w:jc w:val="right"/>
      </w:pPr>
      <w:r>
        <w:t>تو جب فارم میں نئی نئی باتیں نکالی جائیں تو اس کے معنی ہے کہ سارا بیلنس ٹوٹ گیا۔ اسپیریٹ چلی گئی، بس فارم پر سارا زور ہونے لگا۔</w:t>
      </w:r>
    </w:p>
    <w:p>
      <w:r>
        <w:rPr>
          <w:b/>
        </w:rPr>
        <w:t xml:space="preserve">[13:05] </w:t>
      </w:r>
      <w:r>
        <w:t>toh bidat kabhi bhi spirit wale is islam ka jo content hai, spirit wala, is mein bidat nahi hoti.</w:t>
      </w:r>
    </w:p>
    <w:p>
      <w:pPr>
        <w:jc w:val="right"/>
      </w:pPr>
      <w:r>
        <w:t>تو بدعت کبھی بھی اسپیریٹ والے اس اسلام کا جو کنٹینٹ ہے، اسپیریٹ والا، اس میں بدعت نہیں ہوتی۔</w:t>
      </w:r>
    </w:p>
    <w:p>
      <w:r>
        <w:rPr>
          <w:b/>
        </w:rPr>
        <w:t xml:space="preserve">[13:17] </w:t>
      </w:r>
      <w:r>
        <w:t>bidat hoti hai islam ke form mein, islam ke structure mein.</w:t>
      </w:r>
    </w:p>
    <w:p>
      <w:pPr>
        <w:jc w:val="right"/>
      </w:pPr>
      <w:r>
        <w:t>بدعت ہوتی ہے اسلام کے فارم میں، اسلام کے سٹرکچر میں۔</w:t>
      </w:r>
    </w:p>
    <w:p>
      <w:r>
        <w:rPr>
          <w:b/>
        </w:rPr>
        <w:t xml:space="preserve">[13:27] </w:t>
      </w:r>
      <w:r>
        <w:t>toh aap bataiye ke jab aisa kiya jaye toh spirit dab jayegi ya form ki dhoom machi rahegi?</w:t>
      </w:r>
    </w:p>
    <w:p>
      <w:pPr>
        <w:jc w:val="right"/>
      </w:pPr>
      <w:r>
        <w:t>تو آپ بتائیے کہ جب ایسا کیا جائے تو اسپیریٹ دب جائے گی یا فارمی کی دھوم مچی رہے گی؟</w:t>
      </w:r>
    </w:p>
    <w:p>
      <w:r>
        <w:rPr>
          <w:b/>
        </w:rPr>
        <w:t xml:space="preserve">[13:38] </w:t>
      </w:r>
      <w:r>
        <w:t>jaise kal parson mere paas kuch log milne ke liye aaye toh woh baat baat mein inshallah, alhamdulillah, subhan allah yeh sab karte thay woh.</w:t>
      </w:r>
    </w:p>
    <w:p>
      <w:pPr>
        <w:jc w:val="right"/>
      </w:pPr>
      <w:r>
        <w:t>جیسے کل پرسوں میرے پاس کچھ لوگ ملنے کے لئے آئے تو وہ بات بات میں انشاءاللہ، الحمدللہ، سبحان اللہ یہ سب کرتے تھے وہ۔</w:t>
      </w:r>
    </w:p>
    <w:p>
      <w:r>
        <w:rPr>
          <w:b/>
        </w:rPr>
        <w:t xml:space="preserve">[13:53] </w:t>
      </w:r>
      <w:r>
        <w:t>maine kaha ke dekhiye yeh jo aap kar rahe hain yeh koi islam nahi hai.</w:t>
      </w:r>
    </w:p>
    <w:p>
      <w:pPr>
        <w:jc w:val="right"/>
      </w:pPr>
      <w:r>
        <w:t>میں نے کہا کہ دیکھیے یہ جو آپ کر رہے ہیں یہ کوئی اسلام نہیں ہے۔</w:t>
      </w:r>
    </w:p>
    <w:p>
      <w:r>
        <w:rPr>
          <w:b/>
        </w:rPr>
        <w:t xml:space="preserve">[14:00] </w:t>
      </w:r>
      <w:r>
        <w:t>toh woh taajub un ko hua ke hum alhamdulillah keh rahe hain aur hum inshallah keh rahe hain, subhan allah keh rahe hain, allah hu akbar keh rahe hain, is mein kya hai?</w:t>
      </w:r>
    </w:p>
    <w:p>
      <w:pPr>
        <w:jc w:val="right"/>
      </w:pPr>
      <w:r>
        <w:t>تو وہ تعجب ان کو ہوا کہ ہم الحمدللہ کہہ رہے ہیں اور ہم انشاءاللہ کہہ رہے ہیں، سبحان اللہ کہہ رہے ہیں، اللہ اکبر کہہ رہے ہیں، اس میں کیا ہے؟</w:t>
      </w:r>
    </w:p>
    <w:p>
      <w:r>
        <w:rPr>
          <w:b/>
        </w:rPr>
        <w:t xml:space="preserve">[14:12] </w:t>
      </w:r>
      <w:r>
        <w:t>maine kaha dekhiye hamare haan ek model hai, islam mein ek model hai. woh model hai rasool allah ke companion.</w:t>
      </w:r>
    </w:p>
    <w:p>
      <w:pPr>
        <w:jc w:val="right"/>
      </w:pPr>
      <w:r>
        <w:t>میں نے کہا دیکھیے ہمارے ہاں ایک ماڈل ہے، اسلام میں ایک ماڈل ہے۔ وہ ماڈل ہے رسول اللہ کے کمپینین۔</w:t>
      </w:r>
    </w:p>
    <w:p>
      <w:r>
        <w:rPr>
          <w:b/>
        </w:rPr>
        <w:t xml:space="preserve">[14:21] </w:t>
      </w:r>
      <w:r>
        <w:t>aap un ke padhiye un ki zindagi</w:t>
      </w:r>
    </w:p>
    <w:p>
      <w:pPr>
        <w:jc w:val="right"/>
      </w:pPr>
      <w:r>
        <w:t>آپ ان کے پڑھیے ان کی زندگی</w:t>
      </w:r>
    </w:p>
    <w:p>
      <w:r>
        <w:rPr>
          <w:b/>
        </w:rPr>
        <w:t xml:space="preserve">[14:24] </w:t>
      </w:r>
      <w:r>
        <w:t>. is tarah se nahi tha ke woh har baat mein subhan allah, alhamdulillah yeh sab bolte rahein.</w:t>
      </w:r>
    </w:p>
    <w:p>
      <w:pPr>
        <w:jc w:val="right"/>
      </w:pPr>
      <w:r>
        <w:t>۔ اس طرح سے نہیں تھا کہ وہ ہر بات میں سبحان اللہ، الحمدللہ یہ سب بولتے رہیں۔</w:t>
      </w:r>
    </w:p>
    <w:p>
      <w:r>
        <w:rPr>
          <w:b/>
        </w:rPr>
        <w:t xml:space="preserve">[14:32] </w:t>
      </w:r>
      <w:r>
        <w:t>toh maine bataya ke dekhiye ek tabai thay yani woh jinhone ke rasool allah ke companion ko dekha tha. is zamane mein hue jinhone ke rasool allah ke companion ko nahi dekha tha.</w:t>
      </w:r>
    </w:p>
    <w:p>
      <w:pPr>
        <w:jc w:val="right"/>
      </w:pPr>
      <w:r>
        <w:t>تو میں نے بتایا کہ دیکھیے ایک تابعی تھے یعنی وہ جنہوں نے کہ رسول اللہ کے کمپینین کو دیکھا تھا۔ اس زمانے میں ہوئے جنہوں نے کہ رسول اللہ کے کمپینین کو نہیں دیکھا تھا۔</w:t>
      </w:r>
    </w:p>
    <w:p>
      <w:r>
        <w:rPr>
          <w:b/>
        </w:rPr>
        <w:t xml:space="preserve">[14:46] </w:t>
      </w:r>
      <w:r>
        <w:t>toh baad walon ne poocha ke sahaba kaise log thay?</w:t>
      </w:r>
    </w:p>
    <w:p>
      <w:pPr>
        <w:jc w:val="right"/>
      </w:pPr>
      <w:r>
        <w:t>تو بعد والوں نے پوچھا کہ صحابہ کیسے لوگ تھے؟</w:t>
      </w:r>
    </w:p>
    <w:p>
      <w:r>
        <w:rPr>
          <w:b/>
        </w:rPr>
        <w:t xml:space="preserve">[14:52] </w:t>
      </w:r>
      <w:r>
        <w:t>na dekhne wale ne dekhne wale se poocha. toh unhon ne kaha ke toh woh tumhare jaise nahi thay.</w:t>
      </w:r>
    </w:p>
    <w:p>
      <w:pPr>
        <w:jc w:val="right"/>
      </w:pPr>
      <w:r>
        <w:t>نہ دیکھنے والے نے دیکھنے والے سے پوچھا۔ تو انہوں نے کہا کہ تو وہ تمہارے جیسے نہیں تھے۔</w:t>
      </w:r>
    </w:p>
    <w:p>
      <w:r>
        <w:rPr>
          <w:b/>
        </w:rPr>
        <w:t xml:space="preserve">[15:03] </w:t>
      </w:r>
      <w:r>
        <w:t>toh unhon ne kaha matlab kya hai? unhon ne kaha ke tum bohat zyada namazein padhte ho, bohat zyada subhan allah, alhamdulillah yeh sab karte ho. woh toh yeh sab nahi karte thay, woh toh chup rehte thay.</w:t>
      </w:r>
    </w:p>
    <w:p>
      <w:pPr>
        <w:jc w:val="right"/>
      </w:pPr>
      <w:r>
        <w:t>تو انہوں نے کہا مطلب کیا ہے؟ انہوں نے کہا کہ تم بہت زیادہ نمازیں پڑھتے ہو، بہت زیادہ سبحان اللہ، الحمدللہ یہ سب کرتے ہو۔ وہ تو یہ سب نہیں کرتے تھے، وہ تو چپ رہتے تھے۔</w:t>
      </w:r>
    </w:p>
    <w:p>
      <w:r>
        <w:rPr>
          <w:b/>
        </w:rPr>
        <w:t xml:space="preserve">[15:19] </w:t>
      </w:r>
      <w:r>
        <w:t>toh unhon ne kaha ke phir un ki kya fazilat kya thi? kyun woh ummat mein bade maane gaye? toh unhon ne kaha ke khuda ki baat tumhari zabano par hoti hai aur khuda ki baat un ke dilon mein hoti thi.</w:t>
      </w:r>
    </w:p>
    <w:p>
      <w:pPr>
        <w:jc w:val="right"/>
      </w:pPr>
      <w:r>
        <w:t>تو انہوں نے کہا کہ پھر ان کی کیا فضیلت کیا تھی؟ کیوں وہ امت میں بڑے مانے گئے؟ تو انہوں نے کہا کہ خدا کی بات تمہاری زبانوں پر ہوتی ہے اور خدا کی بات ان کے دلوں میں ہوتی تھی۔</w:t>
      </w:r>
    </w:p>
    <w:p>
      <w:r>
        <w:rPr>
          <w:b/>
        </w:rPr>
        <w:t xml:space="preserve">[15:39] </w:t>
      </w:r>
      <w:r>
        <w:t>kitni bari baat hai yeh. yani lafz service ke taur par hoti hai tumhare haan yeh baat</w:t>
      </w:r>
    </w:p>
    <w:p>
      <w:pPr>
        <w:jc w:val="right"/>
      </w:pPr>
      <w:r>
        <w:t>کتنی بڑی بات ہے یہ۔ یعنی لفظ سروس کے طور پر ہوتی ہے تمہارے ہاں یہ بات</w:t>
      </w:r>
    </w:p>
    <w:p>
      <w:r>
        <w:rPr>
          <w:b/>
        </w:rPr>
        <w:t xml:space="preserve">[15:47] </w:t>
      </w:r>
      <w:r>
        <w:t>hai. har waqt zuban chalti rehti hai tumhari. baat baat mein alhamdulillah, subhan allah, inshallah.</w:t>
      </w:r>
    </w:p>
    <w:p>
      <w:pPr>
        <w:jc w:val="right"/>
      </w:pPr>
      <w:r>
        <w:t>ہے۔ ہر وقت زبان چلتی رہتی ہے تمہاری۔ بات بات میں الحمدللہ، سبحان اللہ، انشاءاللہ۔</w:t>
      </w:r>
    </w:p>
    <w:p>
      <w:r>
        <w:rPr>
          <w:b/>
        </w:rPr>
        <w:t xml:space="preserve">[15:57] </w:t>
      </w:r>
      <w:r>
        <w:t>baat baat mein yeh sab kalmaat hain jo tum nikalte rehte ho. lekin yeh baatein un ke dilon mein baithi hui theen. yeh baatein jo theen un ke dil mein baithi hui theen.</w:t>
      </w:r>
    </w:p>
    <w:p>
      <w:pPr>
        <w:jc w:val="right"/>
      </w:pPr>
      <w:r>
        <w:t>بات بات میں یہ سب کلمات ہیں جو تم نکالتے رہتے ہو۔ لیکن یہ باتیں ان کے دلوں میں بیٹھی ہوئی تھیں۔ یہ باتیں جو تھیں ان کے دل میں بیٹھی ہوئی تھیں۔</w:t>
      </w:r>
    </w:p>
    <w:p>
      <w:r>
        <w:rPr>
          <w:b/>
        </w:rPr>
        <w:t xml:space="preserve">[16:12] </w:t>
      </w:r>
      <w:r>
        <w:t>to jo cheez tum kehte ho bator lafz service ke woh thi un ke dimagh mein baithi hui, un ke dil mein baithi hui, un ki soch mein baithi hui.</w:t>
      </w:r>
    </w:p>
    <w:p>
      <w:pPr>
        <w:jc w:val="right"/>
      </w:pPr>
      <w:r>
        <w:t>تو جو چیز تم کہتے ہو بطور لفظ سروس کے وہ تھی ان کے دماغ میں بیٹھی ہوئی، ان کے دل میں بیٹھی ہوئی، ان کی سوچ میں بیٹھی ہوئی۔</w:t>
      </w:r>
    </w:p>
    <w:p>
      <w:r>
        <w:rPr>
          <w:b/>
        </w:rPr>
        <w:t xml:space="preserve">[16:24] </w:t>
      </w:r>
      <w:r>
        <w:t>woh un ki thinking ka process bani hui thi. yeh difference hai tumhare aur un ke beech mein. to yeh bohat bari baat hai is ko samajhna chahiye ke kisi maamle mein bhi chota ho ya bara hamare paas aik model hai.</w:t>
      </w:r>
    </w:p>
    <w:p>
      <w:pPr>
        <w:jc w:val="right"/>
      </w:pPr>
      <w:r>
        <w:t>وہ ان کی تھنکنگ کا پراسیس بنی ہوئی تھی۔ یہ ڈیفرنس ہے تمہارے اور ان کے بیچ میں۔ تو یہ بہت بڑی بات ہے اس کو سمجھنا چاہیے کہ کسی معاملے میں بھی چھوٹا ہو یا بڑا ہمارے پاس ایک ماڈل ہے۔</w:t>
      </w:r>
    </w:p>
    <w:p>
      <w:r>
        <w:rPr>
          <w:b/>
        </w:rPr>
        <w:t xml:space="preserve">[16:42] </w:t>
      </w:r>
      <w:r>
        <w:t>model kyon hota hai? is liye hota hai ke is se naap kar is se dekha jaye</w:t>
      </w:r>
    </w:p>
    <w:p>
      <w:pPr>
        <w:jc w:val="right"/>
      </w:pPr>
      <w:r>
        <w:t>ماڈل کیوں ہوتا ہے؟ اس لیے ہوتا ہے کہ اس سے ناپ کر اس سے دیکھا جائے</w:t>
      </w:r>
    </w:p>
    <w:p>
      <w:r>
        <w:rPr>
          <w:b/>
        </w:rPr>
        <w:t xml:space="preserve">[16:54] </w:t>
      </w:r>
      <w:r>
        <w:t>apni cheez ko. jaise misaal ke taur par hum meter se naapte hain. sabhi log meter se naapte hain.</w:t>
      </w:r>
    </w:p>
    <w:p>
      <w:pPr>
        <w:jc w:val="right"/>
      </w:pPr>
      <w:r>
        <w:t>اپنی چیز کو۔ جیسے مثال کے طور پر ہم میٹر سے ناپتے ہیں۔ سبھی لوگ میٹر سے ناپتے ہیں۔</w:t>
      </w:r>
    </w:p>
    <w:p>
      <w:r>
        <w:rPr>
          <w:b/>
        </w:rPr>
        <w:t xml:space="preserve">[17:06] </w:t>
      </w:r>
      <w:r>
        <w:t>to meter ka naap kya hai? is ka model kya hai?</w:t>
      </w:r>
    </w:p>
    <w:p>
      <w:pPr>
        <w:jc w:val="right"/>
      </w:pPr>
      <w:r>
        <w:t>تو میٹر کا ناپ کیا ہے؟ اس کا ماڈل کیا ہے؟</w:t>
      </w:r>
    </w:p>
    <w:p>
      <w:r>
        <w:rPr>
          <w:b/>
        </w:rPr>
        <w:t xml:space="preserve">[17:11] </w:t>
      </w:r>
      <w:r>
        <w:t>to paris ke museum mein aik meter rakha hua hai. logon ne aik meter banaya ke yeh naap rahega meter ka.</w:t>
      </w:r>
    </w:p>
    <w:p>
      <w:pPr>
        <w:jc w:val="right"/>
      </w:pPr>
      <w:r>
        <w:t>تو پیرس کے میوزیم میں ایک میٹر رکھا ہوا ہے۔ لوگوں نے ایک میٹر بنایا کہ یہ ناپ رہے گا میٹر کا۔</w:t>
      </w:r>
    </w:p>
    <w:p>
      <w:r>
        <w:rPr>
          <w:b/>
        </w:rPr>
        <w:t xml:space="preserve">[17:23] </w:t>
      </w:r>
      <w:r>
        <w:t>aur is ko paris ke museum mein rakha gaya. ab sari dunya ke jo meter hain isi se tele kiye jaate hain. jo meter is ke is se tele kar raha ho woh sahi meter hai.</w:t>
      </w:r>
    </w:p>
    <w:p>
      <w:pPr>
        <w:jc w:val="right"/>
      </w:pPr>
      <w:r>
        <w:t>اور اس کو پیرس کے میوزیم میں رکھا گیا۔ اب ساری دنیا کے جو میٹر ہیں اسی سے ٹیلی کیے جاتے ہیں۔ جو میٹر اس کے اس سے ٹیلی کر رہا ہو وہ صحیح میٹر ہے۔</w:t>
      </w:r>
    </w:p>
    <w:p>
      <w:r>
        <w:rPr>
          <w:b/>
        </w:rPr>
        <w:t xml:space="preserve">[17:36] </w:t>
      </w:r>
      <w:r>
        <w:t>aur jo meter is se chota ho ya bara ho woh sahi meter nahi mana jayega.</w:t>
      </w:r>
    </w:p>
    <w:p>
      <w:pPr>
        <w:jc w:val="right"/>
      </w:pPr>
      <w:r>
        <w:t>اور جو میٹر اس سے چھوٹا ہو یا بڑا ہو وہ صحیح میٹر نہیں مانا جائے گا۔</w:t>
      </w:r>
    </w:p>
    <w:p>
      <w:r>
        <w:rPr>
          <w:b/>
        </w:rPr>
        <w:t xml:space="preserve">[17:43] </w:t>
      </w:r>
      <w:r>
        <w:t>yahi tarah is isi tarah islam mein yeh maamla hai ke khuda ke paighambar jo the un ke sahabi the jin ko hum companion kehte hain.</w:t>
      </w:r>
    </w:p>
    <w:p>
      <w:pPr>
        <w:jc w:val="right"/>
      </w:pPr>
      <w:r>
        <w:t>یہی طرح اس اسی طرح اسلام میں یہ معاملہ ہے کہ خدا کے پیغمبر جو تھے ان کے صحابی تھے جن کو ہم کمپینین کہتے ہیں۔</w:t>
      </w:r>
    </w:p>
    <w:p>
      <w:r>
        <w:rPr>
          <w:b/>
        </w:rPr>
        <w:t xml:space="preserve">[17:56] </w:t>
      </w:r>
      <w:r>
        <w:t>to companion ke bare mein aata hai ke walqadwathum ke paighambar ke sahabi jo the wohi model hain. walqadwathum to har baat ko hamein isi se naapna chahiye choti ho ya bari.</w:t>
      </w:r>
    </w:p>
    <w:p>
      <w:pPr>
        <w:jc w:val="right"/>
      </w:pPr>
      <w:r>
        <w:t>تو کمپینین کے بارے میں آتا ہے کہ والقدوتہم کہ پیغمبر کے صحابی جو تھے وہی ماڈل ہیں۔ والقدوتہم تو ہر بات کو ہمیں اسی سے ناپنا چاہیے چھوٹی ہو یا بڑی۔</w:t>
      </w:r>
    </w:p>
    <w:p>
      <w:r>
        <w:rPr>
          <w:b/>
        </w:rPr>
        <w:t xml:space="preserve">[18:16] </w:t>
      </w:r>
      <w:r>
        <w:t>jaise abhi meri mulaqat kuch logon se hui woh bohat bol rahe the bohat bol rahe the. to maine kaha ke itna aap bolte hain ke aap ne samjha ke bolne ka bhi aik model aik hai.</w:t>
      </w:r>
    </w:p>
    <w:p>
      <w:pPr>
        <w:jc w:val="right"/>
      </w:pPr>
      <w:r>
        <w:t>جیسے ابھی میری ملاقات کچھ لوگوں سے ہوئی وہ بہت بول رہے تھے بہت بول رہے تھے۔ تو میں نے کہا کہ اتنا آپ بولتے ہیں کہ آپ نے سمجھا کہ بولنے کا بھی ایک ماڈل ایک ہے۔</w:t>
      </w:r>
    </w:p>
    <w:p>
      <w:r>
        <w:rPr>
          <w:b/>
        </w:rPr>
        <w:t xml:space="preserve">[18:28] </w:t>
      </w:r>
      <w:r>
        <w:t>phir maine bataya un ko ke sahaba jo the woh bohat hi kam bolte the.</w:t>
      </w:r>
    </w:p>
    <w:p>
      <w:pPr>
        <w:jc w:val="right"/>
      </w:pPr>
      <w:r>
        <w:t>پھر میں نے بتایا ان کو کہ صحابہ جو تھے وہ بہت ہی کم بولتے تھے۔</w:t>
      </w:r>
    </w:p>
    <w:p>
      <w:r>
        <w:rPr>
          <w:b/>
        </w:rPr>
        <w:t xml:space="preserve">[18:34] </w:t>
      </w:r>
      <w:r>
        <w:t>bohat kam bolte the. aap ki wajah se un ki zuban nahi chalti thi.</w:t>
      </w:r>
    </w:p>
    <w:p>
      <w:pPr>
        <w:jc w:val="right"/>
      </w:pPr>
      <w:r>
        <w:t>بہت کم بولتے تھے۔ آپ کی وجہ سے ان کی زبان نہیں چلتی تھی۔</w:t>
      </w:r>
    </w:p>
    <w:p>
      <w:r>
        <w:rPr>
          <w:b/>
        </w:rPr>
        <w:t xml:space="preserve">[18:41] </w:t>
      </w:r>
      <w:r>
        <w:t>khud rasool allah ke bare mein aata hai ke kaan taweel sumt deer deer tak chup rehte the. yeh bhi model ki baat hai. log samajhte hain ke model ka matlab yeh hai ke namaz ka model hum talash karein, roze ka model talash karein.</w:t>
      </w:r>
    </w:p>
    <w:p>
      <w:pPr>
        <w:jc w:val="right"/>
      </w:pPr>
      <w:r>
        <w:t>خود رسول اللہ کے بارے میں آتا ہے کہ کان طویل سمت دیر دیر تک چپ رہتے تھے۔ یہ بھی ماڈل کی بات ہے۔ لوگ سمجھتے ہیں کہ ماڈل کا مطلب یہ ہے کہ نماز کا ماڈل ہم تلاش کریں، روزے کا ماڈل تلاش کریں۔</w:t>
      </w:r>
    </w:p>
    <w:p>
      <w:r>
        <w:rPr>
          <w:b/>
        </w:rPr>
        <w:t xml:space="preserve">[19:00] </w:t>
      </w:r>
      <w:r>
        <w:t>nahin. hamari jo daily life hai is mein bhi hamein ab dekhna hai ke sahaba ka model kya tha?</w:t>
      </w:r>
    </w:p>
    <w:p>
      <w:pPr>
        <w:jc w:val="right"/>
      </w:pPr>
      <w:r>
        <w:t>نہیں۔ ہماری جو ڈیلی لائف ہے اس میں بھی ہمیں اب دیکھنا ہے کہ صحابہ کا ماڈل کیا تھا؟</w:t>
      </w:r>
    </w:p>
    <w:p>
      <w:r>
        <w:rPr>
          <w:b/>
        </w:rPr>
        <w:t xml:space="preserve">[19:09] </w:t>
      </w:r>
      <w:r>
        <w:t>companion ka model kya tha?</w:t>
      </w:r>
    </w:p>
    <w:p>
      <w:pPr>
        <w:jc w:val="right"/>
      </w:pPr>
      <w:r>
        <w:t>کمپینین کا ماڈل کیا تھا؟</w:t>
      </w:r>
    </w:p>
    <w:p>
      <w:r>
        <w:rPr>
          <w:b/>
        </w:rPr>
        <w:t xml:space="preserve">[19:15] </w:t>
      </w:r>
      <w:r>
        <w:t>jaise aik sahabi kehte hain sahaba ke bare mein ke woh bohat kam sawal karte the. to yeh bhi aik model hai.</w:t>
      </w:r>
    </w:p>
    <w:p>
      <w:pPr>
        <w:jc w:val="right"/>
      </w:pPr>
      <w:r>
        <w:t>جیسے ایک صحابی کہتے ہیں صحابہ کے بارے میں کہ وہ بہت کم سوال کرتے تھے۔ تو یہ بھی ایک ماڈل ہے۔</w:t>
      </w:r>
    </w:p>
    <w:p>
      <w:r>
        <w:rPr>
          <w:b/>
        </w:rPr>
        <w:t xml:space="preserve">[19:25] </w:t>
      </w:r>
      <w:r>
        <w:t>mujh se aksar log poochte hain sawalat koi khat likhta hai koi telephone karta hai. to main un se kehta hoon ke yeh yeh bhi is model se hata hua hai.</w:t>
      </w:r>
    </w:p>
    <w:p>
      <w:pPr>
        <w:jc w:val="right"/>
      </w:pPr>
      <w:r>
        <w:t>مجھ سے اکثر لوگ پوچھتے ہیں سوالات کوئی خط لکھتا ہے کوئی ٹیلی فون کرتا ہے۔ تو میں ان سے کہتا ہوں کہ یہ یہ بھی اس ماڈل سے ہٹا ہوا ہے۔</w:t>
      </w:r>
    </w:p>
    <w:p>
      <w:r>
        <w:rPr>
          <w:b/>
        </w:rPr>
        <w:t xml:space="preserve">[19:35] </w:t>
      </w:r>
      <w:r>
        <w:t>itna sawal kyon karte hain aap? itne question kyon karte hain aap?</w:t>
      </w:r>
    </w:p>
    <w:p>
      <w:pPr>
        <w:jc w:val="right"/>
      </w:pPr>
      <w:r>
        <w:t>اتنا سوال کیوں کرتے ہیں آپ؟ اتنے کوئسچن کیوں کرتے ہیں آپ؟</w:t>
      </w:r>
    </w:p>
    <w:p>
      <w:r>
        <w:rPr>
          <w:b/>
        </w:rPr>
        <w:t xml:space="preserve">[19:45] </w:t>
      </w:r>
      <w:r>
        <w:t>to sahaba ka model is mein bhi aik namoona hai ke sawal zyada mat karo. acha dekhiye zyada sawal na karne ka matlab kya hai?</w:t>
      </w:r>
    </w:p>
    <w:p>
      <w:pPr>
        <w:jc w:val="right"/>
      </w:pPr>
      <w:r>
        <w:t>تو صحابہ کا ماڈل اس میں بھی ایک نمونہ ہے کہ سوال زیادہ مت کرو۔ اچھا دیکھیے زیادہ سوال نہ کرنے کا مطلب کیا ہے؟</w:t>
      </w:r>
    </w:p>
    <w:p>
      <w:r>
        <w:rPr>
          <w:b/>
        </w:rPr>
        <w:t xml:space="preserve">[19:58] </w:t>
      </w:r>
      <w:r>
        <w:t>sahaba jo sawal nahi karte the zyada to is ka kya matlab hota tha? kya matlab hota tha sochana?</w:t>
      </w:r>
    </w:p>
    <w:p>
      <w:pPr>
        <w:jc w:val="right"/>
      </w:pPr>
      <w:r>
        <w:t>صحابہ جو سوال نہیں کرتے تھے زیادہ تو اس کا کیا مطلب ہوتا تھا؟ کیا مطلب ہوتا تھا سوچنا؟</w:t>
      </w:r>
    </w:p>
    <w:p>
      <w:r>
        <w:rPr>
          <w:b/>
        </w:rPr>
        <w:t xml:space="preserve">[20:06] </w:t>
      </w:r>
      <w:r>
        <w:t>kisi ne sahi kaha hai ke when i am speaking i am not thinking. when i am speaking i am not thinking.</w:t>
      </w:r>
    </w:p>
    <w:p>
      <w:pPr>
        <w:jc w:val="right"/>
      </w:pPr>
      <w:r>
        <w:t>کسی نے صحیح کہا ہے کہ وین آئی ایم اسپیکنگ آئی ایم ناٹ تھنکنگ۔ وین آئی ایم اسپیکنگ آئی ایم ناٹ تھنکنگ۔</w:t>
      </w:r>
    </w:p>
    <w:p>
      <w:r>
        <w:rPr>
          <w:b/>
        </w:rPr>
        <w:t xml:space="preserve">[20:16] </w:t>
      </w:r>
      <w:r>
        <w:t>to sahaba ka yeh jo model hai ke aap ziyada tar chup rehte the us ki bohat gehri meaning hai ke aap sochte the sochte the sochte the.</w:t>
      </w:r>
    </w:p>
    <w:p>
      <w:pPr>
        <w:jc w:val="right"/>
      </w:pPr>
      <w:r>
        <w:t>تو صحابہ کا یہ جو ماڈل ہے کہ آپ زیادہ تر چپ رہتے تھے اس کی بہت گہری میننگ ہے کہ آپ سوچتے تھے سوچتے تھے سوچتے تھے۔</w:t>
      </w:r>
    </w:p>
    <w:p>
      <w:r>
        <w:rPr>
          <w:b/>
        </w:rPr>
        <w:t xml:space="preserve">[20:32] </w:t>
      </w:r>
      <w:r>
        <w:t>khuda ke bare mein sochna, quran par sochna, rasool allah ke hadeeson par sochna. yeh jo nature hai is mein jo khuda ke glimpses hain jo khuda ke signs hain us par sochna.</w:t>
      </w:r>
    </w:p>
    <w:p>
      <w:pPr>
        <w:jc w:val="right"/>
      </w:pPr>
      <w:r>
        <w:t>خدا کے بارے میں سوچنا، قرآن پر سوچنا، رسول اللہ کے حدیثوں پر سوچنا۔ یہ جو نیچر ہے اس میں جو خدا کے گلمس ہیں جو خدا کے سائنز ہیں اس پر سوچنا۔</w:t>
      </w:r>
    </w:p>
    <w:p>
      <w:r>
        <w:rPr>
          <w:b/>
        </w:rPr>
        <w:t xml:space="preserve">[20:52] </w:t>
      </w:r>
      <w:r>
        <w:t>to bolna yeh yeh koi ziyada bolna yeh koi sahaba ka tareeqa nahi tha.</w:t>
      </w:r>
    </w:p>
    <w:p>
      <w:pPr>
        <w:jc w:val="right"/>
      </w:pPr>
      <w:r>
        <w:t>تو بولنا یہ یہ کوئی زیادہ بولنا یہ کوئی صحابہ کا طریقہ نہیں تھا۔</w:t>
      </w:r>
    </w:p>
    <w:p>
      <w:r>
        <w:rPr>
          <w:b/>
        </w:rPr>
        <w:t xml:space="preserve">[21:00] </w:t>
      </w:r>
      <w:r>
        <w:t>kam bolna ziyada sochna yeh tha un ka tareeqa. aur kam sochna ziyada bolna yeh un ka tareeqa nahi tha.</w:t>
      </w:r>
    </w:p>
    <w:p>
      <w:pPr>
        <w:jc w:val="right"/>
      </w:pPr>
      <w:r>
        <w:t>کم بولنا زیادہ سوچنا یہ تھا ان کا طریقہ۔ اور کم سوچنا زیادہ بولنا یہ ان کا طریقہ نہیں تھا۔</w:t>
      </w:r>
    </w:p>
    <w:p>
      <w:r>
        <w:rPr>
          <w:b/>
        </w:rPr>
        <w:t xml:space="preserve">[21:11] </w:t>
      </w:r>
      <w:r>
        <w:t>aise hi dekhiye sadgi simplicity is ka bhi taluq model se hai. log kya hain namaz mein to dekhte hain ke woh sahaba namaz kaise parhte the.</w:t>
      </w:r>
    </w:p>
    <w:p>
      <w:pPr>
        <w:jc w:val="right"/>
      </w:pPr>
      <w:r>
        <w:t>ایسے ہی دیکھیے سادگی سمپلیسٹی اس کا بھی تعلق ماڈل سے ہے۔ لوگ کیا ہیں نماز میں تو دیکھتے ہیں کہ وہ صحابہ نماز کیسے پڑھتے تھے۔</w:t>
      </w:r>
    </w:p>
    <w:p>
      <w:r>
        <w:rPr>
          <w:b/>
        </w:rPr>
        <w:t xml:space="preserve">[21:28] </w:t>
      </w:r>
      <w:r>
        <w:t>lekin zindagi mein yeh nahi sochte ke yahan bhi sahaba ka model hai woh hai simplicity sadgi.</w:t>
      </w:r>
    </w:p>
    <w:p>
      <w:pPr>
        <w:jc w:val="right"/>
      </w:pPr>
      <w:r>
        <w:t>لیکن زندگی میں یہ نہیں سوچتے کہ یہاں بھی صحابہ کا ماڈل ہے وہ ہے سمپلیسٹی سادگی۔</w:t>
      </w:r>
    </w:p>
    <w:p>
      <w:r>
        <w:rPr>
          <w:b/>
        </w:rPr>
        <w:t xml:space="preserve">[21:39] </w:t>
      </w:r>
      <w:r>
        <w:t>misal ke tor par shadi ko lijiye. sahaba jo shadiyan karte the bohat hi simple koi na shor gul kuch bhi nahi.</w:t>
      </w:r>
    </w:p>
    <w:p>
      <w:pPr>
        <w:jc w:val="right"/>
      </w:pPr>
      <w:r>
        <w:t>مثال کے طور پر شادی کو لیجئے۔ صحابہ جو شادیاں کرتے تھے بہت ہی سمپل کوئی نہ شور گل کچھ بھی نہیں۔</w:t>
      </w:r>
    </w:p>
    <w:p>
      <w:r>
        <w:rPr>
          <w:b/>
        </w:rPr>
        <w:t xml:space="preserve">[21:53] </w:t>
      </w:r>
      <w:r>
        <w:t>jaise mein ek waqia arz karoon.</w:t>
      </w:r>
    </w:p>
    <w:p>
      <w:pPr>
        <w:jc w:val="right"/>
      </w:pPr>
      <w:r>
        <w:t>جیسے میں ایک واقعہ عرض کروں۔</w:t>
      </w:r>
    </w:p>
    <w:p>
      <w:r>
        <w:rPr>
          <w:b/>
        </w:rPr>
        <w:t xml:space="preserve">[21:57] </w:t>
      </w:r>
      <w:r>
        <w:t>ek sahabi thay abdul rahman bin auf madina mein.</w:t>
      </w:r>
    </w:p>
    <w:p>
      <w:pPr>
        <w:jc w:val="right"/>
      </w:pPr>
      <w:r>
        <w:t>ایک صحابی تھے عبدالرحمن بن عوف مدینہ میں۔</w:t>
      </w:r>
    </w:p>
    <w:p>
      <w:r>
        <w:rPr>
          <w:b/>
        </w:rPr>
        <w:t xml:space="preserve">[22:04] </w:t>
      </w:r>
      <w:r>
        <w:t>to ek baar aisa hua ke rasool Allah rasool Allah bhi madine mein rehte the woh bhi madine</w:t>
      </w:r>
    </w:p>
    <w:p>
      <w:pPr>
        <w:jc w:val="right"/>
      </w:pPr>
      <w:r>
        <w:t>تو ایک بار ایسا ہوا کہ رسول اللہ رسول اللہ بھی مدینہ میں رہتے تھے وہ بھی مدینہ</w:t>
      </w:r>
    </w:p>
    <w:p>
      <w:r>
        <w:rPr>
          <w:b/>
        </w:rPr>
        <w:t xml:space="preserve">[22:09] </w:t>
      </w:r>
      <w:r>
        <w:t>mein rehte the madine ek town tha bas madine koi dilli ke tareeqe se itna bada shehar nahi</w:t>
      </w:r>
    </w:p>
    <w:p>
      <w:pPr>
        <w:jc w:val="right"/>
      </w:pPr>
      <w:r>
        <w:t>میں رہتے تھے مدینہ ایک ٹاؤن تھا بس مدینہ کوئی دلی کے طریقے سے اتنا بڑا شہر نہیں</w:t>
      </w:r>
    </w:p>
    <w:p>
      <w:r>
        <w:rPr>
          <w:b/>
        </w:rPr>
        <w:t xml:space="preserve">[22:14] </w:t>
      </w:r>
      <w:r>
        <w:t>tha woh to bas ek town tha</w:t>
      </w:r>
    </w:p>
    <w:p>
      <w:pPr>
        <w:jc w:val="right"/>
      </w:pPr>
      <w:r>
        <w:t>تھا وہ تو بس ایک ٹاؤن تھا</w:t>
      </w:r>
    </w:p>
    <w:p>
      <w:r>
        <w:rPr>
          <w:b/>
        </w:rPr>
        <w:t xml:space="preserve">[22:19] </w:t>
      </w:r>
      <w:r>
        <w:t>wohin par aap bhi rehte the wahin par woh bhi rehte the.</w:t>
      </w:r>
    </w:p>
    <w:p>
      <w:pPr>
        <w:jc w:val="right"/>
      </w:pPr>
      <w:r>
        <w:t>وہیں پر آپ بھی رہتے تھے وہیں پر وہ بھی رہتے تھے۔</w:t>
      </w:r>
    </w:p>
    <w:p>
      <w:r>
        <w:rPr>
          <w:b/>
        </w:rPr>
        <w:t xml:space="preserve">[22:24] </w:t>
      </w:r>
      <w:r>
        <w:t>to ek baar aisa hua ke</w:t>
      </w:r>
    </w:p>
    <w:p>
      <w:pPr>
        <w:jc w:val="right"/>
      </w:pPr>
      <w:r>
        <w:t>تو ایک بار ایسا ہوا کہ</w:t>
      </w:r>
    </w:p>
    <w:p>
      <w:r>
        <w:rPr>
          <w:b/>
        </w:rPr>
        <w:t xml:space="preserve">[22:28] </w:t>
      </w:r>
      <w:r>
        <w:t>jab woh rasool allah ke paas aaye</w:t>
      </w:r>
    </w:p>
    <w:p>
      <w:pPr>
        <w:jc w:val="right"/>
      </w:pPr>
      <w:r>
        <w:t>جب وہ رسول اللہ کے پاس آئے</w:t>
      </w:r>
    </w:p>
    <w:p>
      <w:r>
        <w:rPr>
          <w:b/>
        </w:rPr>
        <w:t xml:space="preserve">[22:32] </w:t>
      </w:r>
      <w:r>
        <w:t>to chand din ke gap ke baad aaye woh. to aap ne poocha ke kahan the? dargah ka maine shadi kar li hai isi mein do char din lag gaye.</w:t>
      </w:r>
    </w:p>
    <w:p>
      <w:pPr>
        <w:jc w:val="right"/>
      </w:pPr>
      <w:r>
        <w:t>تو چند دن کے گیپ کے بعد آئے وہ۔ تو آپ نے پوچھا کہ کہاں تھے؟ درگاہ کا میں نے شادی کر لی ہے اسی میں دو چار دن لگ گئے۔</w:t>
      </w:r>
    </w:p>
    <w:p>
      <w:r>
        <w:rPr>
          <w:b/>
        </w:rPr>
        <w:t xml:space="preserve">[22:49] </w:t>
      </w:r>
      <w:r>
        <w:t>is mein maine socha ke isi town mein rasool allah hain isi town mein woh bhi rehte hain woh shadi karte hain.</w:t>
      </w:r>
    </w:p>
    <w:p>
      <w:pPr>
        <w:jc w:val="right"/>
      </w:pPr>
      <w:r>
        <w:t>اس میں میں نے سوچا کہ اسی ٹاؤن میں رسول اللہ ہیں اسی ٹاؤن میں وہ بھی رہتے ہیں وہ شادی کرتے ہیں۔</w:t>
      </w:r>
    </w:p>
    <w:p>
      <w:r>
        <w:rPr>
          <w:b/>
        </w:rPr>
        <w:t xml:space="preserve">[22:59] </w:t>
      </w:r>
      <w:r>
        <w:t>na kisi sahabi ko bulaya na rasool allah ko bulaya. bas simple tareeqe mein shadi kar li bas nikah ho shadi ka matlab tha is zamane mein nikah.</w:t>
      </w:r>
    </w:p>
    <w:p>
      <w:pPr>
        <w:jc w:val="right"/>
      </w:pPr>
      <w:r>
        <w:t>نہ کسی صحابی کو بلایا نہ رسول اللہ کو بلایا۔ بس سمپل طریقے میں شادی کر لی بس نکاح ہو شادی کا مطلب تھا اس زمانے میں نکاح۔</w:t>
      </w:r>
    </w:p>
    <w:p>
      <w:r>
        <w:rPr>
          <w:b/>
        </w:rPr>
        <w:t xml:space="preserve">[23:12] </w:t>
      </w:r>
      <w:r>
        <w:t>nikah parha liya to bas shadi ho gayi.</w:t>
      </w:r>
    </w:p>
    <w:p>
      <w:pPr>
        <w:jc w:val="right"/>
      </w:pPr>
      <w:r>
        <w:t>نکاح پڑھا لیا تو بس شادی ہو گئی۔</w:t>
      </w:r>
    </w:p>
    <w:p>
      <w:r>
        <w:rPr>
          <w:b/>
        </w:rPr>
        <w:t xml:space="preserve">[23:16] </w:t>
      </w:r>
      <w:r>
        <w:t>na jahez na barat na khane peene ki dhoom na baja na gana na bare bare tent kuch bhi nahi kuch bhi nahi kuch bhi nahi.</w:t>
      </w:r>
    </w:p>
    <w:p>
      <w:pPr>
        <w:jc w:val="right"/>
      </w:pPr>
      <w:r>
        <w:t>نہ جہیز نہ بارات نہ کھانے پینے کی دھوم نہ باجا نہ گانا نہ بڑے بڑے ٹینٹ کچھ بھی نہیں کچھ بھی نہیں کچھ بھی نہیں۔</w:t>
      </w:r>
    </w:p>
    <w:p>
      <w:r>
        <w:rPr>
          <w:b/>
        </w:rPr>
        <w:t xml:space="preserve">[23:32] </w:t>
      </w:r>
      <w:r>
        <w:t>aise hi bas jo kehte hain radd o qubool.</w:t>
      </w:r>
    </w:p>
    <w:p>
      <w:pPr>
        <w:jc w:val="right"/>
      </w:pPr>
      <w:r>
        <w:t>ایسے ہی بس جو کہتے ہیں رد و قبول۔</w:t>
      </w:r>
    </w:p>
    <w:p>
      <w:r>
        <w:rPr>
          <w:b/>
        </w:rPr>
        <w:t xml:space="preserve">[23:38] </w:t>
      </w:r>
      <w:r>
        <w:t>yani qazi ne ne nikah parha diya bas shadi ho gayi nikah ho gaya.</w:t>
      </w:r>
    </w:p>
    <w:p>
      <w:pPr>
        <w:jc w:val="right"/>
      </w:pPr>
      <w:r>
        <w:t>یعنی قاضی نے نے نکاح پڑھا دیا بس شادی ہو گئی نکاح ہو گیا۔</w:t>
      </w:r>
    </w:p>
    <w:p>
      <w:r>
        <w:rPr>
          <w:b/>
        </w:rPr>
        <w:t xml:space="preserve">[23:46] </w:t>
      </w:r>
      <w:r>
        <w:t>is zamane mein jo mahr hoti thi mahr woh bhi arz karoon ke woh kya hoti thi? sahaba ki shadiyon mein aam tor par mahr ka tareeqa yeh tha ke khajoor yani date jo hoti hai khajoor ki jo andar ki jo guthli hoti hai choti si us guthli ke wazan ke barabar sona yani us ke size ke barabar nahi</w:t>
      </w:r>
    </w:p>
    <w:p>
      <w:pPr>
        <w:jc w:val="right"/>
      </w:pPr>
      <w:r>
        <w:t>اس زمانے میں جو مہر ہوتی تھی مہر وہ بھی عرض کروں کہ وہ کیا ہوتی تھی؟ صحابہ کی شادیوں میں عام طور پر مہر کا طریقہ یہ تھا کہ کھجور یعنی ڈیٹ جو ہوتی ہے کھجور کی جو اندر کی جو گٹھلی ہوتی ہے چھوٹی سی اس گٹھلی کے وزن کے برابر سونا یعنی اس کے سائز کے برابر نہیں</w:t>
      </w:r>
    </w:p>
    <w:p>
      <w:r>
        <w:rPr>
          <w:b/>
        </w:rPr>
        <w:t xml:space="preserve">[24:16] </w:t>
      </w:r>
      <w:r>
        <w:t>. agar aap guthli ke size ke barabar lein sona to woh thoda daam is ka barh jayega. lekin size ke barabar nahi guthli ke wazan ke barabar us ke weight ke barabar sona.</w:t>
      </w:r>
    </w:p>
    <w:p>
      <w:pPr>
        <w:jc w:val="right"/>
      </w:pPr>
      <w:r>
        <w:t>۔ اگر آپ گٹھلی کے سائز کے برابر لیں سونا تو وہ تھوڑا دام اس کا بڑھ جائے گا۔ لیکن سائز کے برابر نہیں گٹھلی کے وزن کے برابر اس کے ویٹ کے برابر سونا۔</w:t>
      </w:r>
    </w:p>
    <w:p>
      <w:r>
        <w:rPr>
          <w:b/>
        </w:rPr>
        <w:t xml:space="preserve">[24:35] </w:t>
      </w:r>
      <w:r>
        <w:t>is se samajh sakte hain aap ke kitna kam hota tha is zamane mein mahr. to na bare bare mahr na barat aur na bare bare tent na gana na baja na khane peene ki dhoom kuch bhi nahi.</w:t>
      </w:r>
    </w:p>
    <w:p>
      <w:pPr>
        <w:jc w:val="right"/>
      </w:pPr>
      <w:r>
        <w:t>اس سے سمجھ سکتے ہیں آپ کہ کتنا کم ہوتا تھا اس زمانے میں مہر۔ تو نہ بڑے بڑے مہر نہ بارات اور نہ بڑے بڑے ٹینٹ نہ گانا نہ باجا نہ کھانے پینے کی دھوم کچھ بھی نہیں۔</w:t>
      </w:r>
    </w:p>
    <w:p>
      <w:r>
        <w:rPr>
          <w:b/>
        </w:rPr>
        <w:t xml:space="preserve">[24:58] </w:t>
      </w:r>
      <w:r>
        <w:t>bilkul simple tareeqe se shadi kar liya aur shadi ho gayi.</w:t>
      </w:r>
    </w:p>
    <w:p>
      <w:pPr>
        <w:jc w:val="right"/>
      </w:pPr>
      <w:r>
        <w:t>بالکل سمپل طریقے سے شادی کر لیا اور شادی ہو گئی۔</w:t>
      </w:r>
    </w:p>
    <w:p>
      <w:r>
        <w:rPr>
          <w:b/>
        </w:rPr>
        <w:t xml:space="preserve">[25:03] </w:t>
      </w:r>
      <w:r>
        <w:t>ab aaj kal bataiye ke kahan aisa hai? to log namazon ke muamle mein to jante hain ke hamein dekhna hai ke namaz rasool allah kaise parhte the sahaba kaise parhte the.</w:t>
      </w:r>
    </w:p>
    <w:p>
      <w:pPr>
        <w:jc w:val="right"/>
      </w:pPr>
      <w:r>
        <w:t>اب آج کل بتائیے کہ کہاں ایسا ہے؟ تو لوگ نمازوں کے معاملے میں تو جانتے ہیں کہ ہمیں دیکھنا ہے کہ نماز رسول اللہ کیسے پڑھتے تھے صحابہ کیسے پڑھتے تھے۔</w:t>
      </w:r>
    </w:p>
    <w:p>
      <w:r>
        <w:rPr>
          <w:b/>
        </w:rPr>
        <w:t xml:space="preserve">[25:15] </w:t>
      </w:r>
      <w:r>
        <w:t>yeh nahi sochte ke woh shadiyan kaise karte the woh kaise uthte bethte the woh kaise bolte the woh kaise chup rehte the. kaise logon se behave karte the us par sochte hi nahi.</w:t>
      </w:r>
    </w:p>
    <w:p>
      <w:pPr>
        <w:jc w:val="right"/>
      </w:pPr>
      <w:r>
        <w:t>یہ نہیں سوچتے کہ وہ شادیاں کیسے کرتے تھے وہ کیسے اٹھتے بیٹھتے تھے وہ کیسے بولتے تھے وہ کیسے چپ رہتے تھے۔ کیسے لوگوں سے بیہیو کرتے تھے اس پر سوچتے ہی نہیں۔</w:t>
      </w:r>
    </w:p>
    <w:p>
      <w:r>
        <w:rPr>
          <w:b/>
        </w:rPr>
        <w:t xml:space="preserve">[25:33] </w:t>
      </w:r>
      <w:r>
        <w:t>us par sochte nahi. to model ka matlab yeh nahi hai ke aap sirf namaz roze ke bare mein un se model lein. aap ko sare muamle mein un ka model lena hai.</w:t>
      </w:r>
    </w:p>
    <w:p>
      <w:pPr>
        <w:jc w:val="right"/>
      </w:pPr>
      <w:r>
        <w:t>اس پر سوچتے نہیں۔ تو ماڈل کا مطلب یہ نہیں ہے کہ آپ صرف نماز روزے کے بارے میں ان سے ماڈل لیں۔ آپ کو سارے معاملے میں ان کا ماڈل لینا ہے۔</w:t>
      </w:r>
    </w:p>
    <w:p>
      <w:r>
        <w:rPr>
          <w:b/>
        </w:rPr>
        <w:t xml:space="preserve">[25:47] </w:t>
      </w:r>
      <w:r>
        <w:t>kyun ke wal qutwatuhum ka matlab sirf namaz roze se nahi hai. har muamle se hai.</w:t>
      </w:r>
    </w:p>
    <w:p>
      <w:pPr>
        <w:jc w:val="right"/>
      </w:pPr>
      <w:r>
        <w:t>کیونکہ والقدوتہم کا مطلب صرف نماز روزے سے نہیں ہے۔ ہر معاملے سے ہے۔</w:t>
      </w:r>
    </w:p>
    <w:p>
      <w:r>
        <w:rPr>
          <w:b/>
        </w:rPr>
        <w:t xml:space="preserve">[25:55] </w:t>
      </w:r>
      <w:r>
        <w:t>aur yeh khaas baat hai ke islam poore molon mein aik historical religion hai.</w:t>
      </w:r>
    </w:p>
    <w:p>
      <w:pPr>
        <w:jc w:val="right"/>
      </w:pPr>
      <w:r>
        <w:t>اور یہ خاص بات ہے کہ اسلام پورے مولوں میں ایک ہسٹاریکل ریلیجن ہے۔</w:t>
      </w:r>
    </w:p>
    <w:p>
      <w:r>
        <w:rPr>
          <w:b/>
        </w:rPr>
        <w:t xml:space="preserve">[26:01] </w:t>
      </w:r>
      <w:r>
        <w:t>islam ki har cheez preserve hai.</w:t>
      </w:r>
    </w:p>
    <w:p>
      <w:pPr>
        <w:jc w:val="right"/>
      </w:pPr>
      <w:r>
        <w:t>اسلام کی ہر چیز پریزرو ہے۔</w:t>
      </w:r>
    </w:p>
    <w:p>
      <w:r>
        <w:rPr>
          <w:b/>
        </w:rPr>
        <w:t xml:space="preserve">[26:06] </w:t>
      </w:r>
      <w:r>
        <w:t>historically preserved hai. islam mein koi mythology nahin. islam mein koi</w:t>
      </w:r>
    </w:p>
    <w:p>
      <w:pPr>
        <w:jc w:val="right"/>
      </w:pPr>
      <w:r>
        <w:t>ہسٹاریکلی پریزروڈ ہے۔ اسلام میں کوئی ماتھالوجی نہیں۔ اسلام میں کوئی</w:t>
      </w:r>
    </w:p>
    <w:p>
      <w:r>
        <w:rPr>
          <w:b/>
        </w:rPr>
        <w:t xml:space="preserve">[26:15] </w:t>
      </w:r>
      <w:r>
        <w:t>qisse kahani nahin. quran jo hai jo tha pehle wahi preserve hai. hadith jo thi woh preserve hai.</w:t>
      </w:r>
    </w:p>
    <w:p>
      <w:pPr>
        <w:jc w:val="right"/>
      </w:pPr>
      <w:r>
        <w:t>قصے کہانی نہیں۔ قرآن جو ہے جو تھا پہلے وہی پریزرو ہے۔ حدیث جو تھی وہ پریزرو ہے۔</w:t>
      </w:r>
    </w:p>
    <w:p>
      <w:r>
        <w:rPr>
          <w:b/>
        </w:rPr>
        <w:t xml:space="preserve">[26:27] </w:t>
      </w:r>
      <w:r>
        <w:t>rasool allah ki jo life thi woh preserve hai.</w:t>
      </w:r>
    </w:p>
    <w:p>
      <w:pPr>
        <w:jc w:val="right"/>
      </w:pPr>
      <w:r>
        <w:t>رسول اللہ کی جو لائف تھی وہ پریزرو ہے۔</w:t>
      </w:r>
    </w:p>
    <w:p>
      <w:r>
        <w:rPr>
          <w:b/>
        </w:rPr>
        <w:t xml:space="preserve">[26:30] </w:t>
      </w:r>
      <w:r>
        <w:t>sahaba ke jo halaat hain woh sab preserve hain. yeh sab historically preserve hai.</w:t>
      </w:r>
    </w:p>
    <w:p>
      <w:pPr>
        <w:jc w:val="right"/>
      </w:pPr>
      <w:r>
        <w:t>صحابہ کے جو حالات ہیں وہ سب پریزرو ہیں۔ یہ سب ہسٹاریکلی پریزرو ہے۔</w:t>
      </w:r>
    </w:p>
    <w:p>
      <w:r>
        <w:rPr>
          <w:b/>
        </w:rPr>
        <w:t xml:space="preserve">[26:39] </w:t>
      </w:r>
      <w:r>
        <w:t>toh jab bhi aap chahenge aap jaan sakte hain ke kisi maamle mein inka namoona kya tha toh koi ambiguity nahin hai wahan.</w:t>
      </w:r>
    </w:p>
    <w:p>
      <w:pPr>
        <w:jc w:val="right"/>
      </w:pPr>
      <w:r>
        <w:t>تو جب بھی آپ چاہیں گے آپ جان سکتے ہیں کہ کسی معاملے میں ان کا نمونہ کیا تھا تو کوئی ایمبیگیوٹی نہیں ہے وہاں۔</w:t>
      </w:r>
    </w:p>
    <w:p>
      <w:r>
        <w:rPr>
          <w:b/>
        </w:rPr>
        <w:t xml:space="preserve">[26:52] </w:t>
      </w:r>
      <w:r>
        <w:t>koi bhi ambiguity nahin hai.</w:t>
      </w:r>
    </w:p>
    <w:p>
      <w:pPr>
        <w:jc w:val="right"/>
      </w:pPr>
      <w:r>
        <w:t>کوئی بھی ایمبیگیوٹی نہیں ہے۔</w:t>
      </w:r>
    </w:p>
    <w:p>
      <w:r>
        <w:rPr>
          <w:b/>
        </w:rPr>
        <w:t xml:space="preserve">[26:58] </w:t>
      </w:r>
      <w:r>
        <w:t>lekin yeh baat ke zamane mein aisa hua hai ke sahaba ke model ko log lene lage namaz roze mein.</w:t>
      </w:r>
    </w:p>
    <w:p>
      <w:pPr>
        <w:jc w:val="right"/>
      </w:pPr>
      <w:r>
        <w:t>لیکن یہ بات کے زمانے میں ایسا ہوا ہے کہ صحابہ کے ماڈل کو لوگ لینے لگے نماز روزے میں۔</w:t>
      </w:r>
    </w:p>
    <w:p>
      <w:r>
        <w:rPr>
          <w:b/>
        </w:rPr>
        <w:t xml:space="preserve">[27:10] </w:t>
      </w:r>
      <w:r>
        <w:t>aur zindagi ke maamlaat mein sahaba ke model ko chhod diya.</w:t>
      </w:r>
    </w:p>
    <w:p>
      <w:pPr>
        <w:jc w:val="right"/>
      </w:pPr>
      <w:r>
        <w:t>اور زندگی کے معاملات میں صحابہ کے ماڈل کو چھوڑ دیا۔</w:t>
      </w:r>
    </w:p>
    <w:p>
      <w:r>
        <w:rPr>
          <w:b/>
        </w:rPr>
        <w:t xml:space="preserve">[27:19] </w:t>
      </w:r>
      <w:r>
        <w:t>zindagi ke maamlaat mein ke ghar ke andar kaise rahen shadi byah kaise karen aur taaziyat o ayadat kaise karen safar kaise karen rishtedaron ke sath kis tarah se behave karen</w:t>
      </w:r>
    </w:p>
    <w:p>
      <w:pPr>
        <w:jc w:val="right"/>
      </w:pPr>
      <w:r>
        <w:t>زندگی کے معاملات میں کہ گھر کے اندر کیسے رہیں شادی بیاہ کیسے کریں اور تعزیت و عیادت کیسے کریں سفر کیسے کریں رشتہ داروں کے ساتھ کس طرح سے بیہیو کریں</w:t>
      </w:r>
    </w:p>
    <w:p>
      <w:r>
        <w:rPr>
          <w:b/>
        </w:rPr>
        <w:t xml:space="preserve">[27:38] </w:t>
      </w:r>
      <w:r>
        <w:t>. yeh sara jo hamara daily life ka maamla hai rozmarra ki zindagi ka maamla is mein hum ne chhod diya rasool allah ka aur sahaba ka jo model hai usko lena usko follow karna.</w:t>
      </w:r>
    </w:p>
    <w:p>
      <w:pPr>
        <w:jc w:val="right"/>
      </w:pPr>
      <w:r>
        <w:t>۔ یہ سارا جو ہمارا ڈیلی لائف کا معاملہ ہے روزمرہ کی زندگی کا معاملہ اس میں ہم نے چھوڑ دیا رسول اللہ کا اور صحابہ کا جو ماڈل ہے اس کو لینا اس کو فالو کرنا۔</w:t>
      </w:r>
    </w:p>
    <w:p>
      <w:r>
        <w:rPr>
          <w:b/>
        </w:rPr>
        <w:t xml:space="preserve">[27:58] </w:t>
      </w:r>
      <w:r>
        <w:t>yeh bohat bari bhool hai. yeh bohat zyada bari bhool hai.</w:t>
      </w:r>
    </w:p>
    <w:p>
      <w:pPr>
        <w:jc w:val="right"/>
      </w:pPr>
      <w:r>
        <w:t>یہ بہت بڑی بھول ہے۔ یہ بہت زیادہ بڑی بھول ہے۔</w:t>
      </w:r>
    </w:p>
    <w:p>
      <w:r>
        <w:rPr>
          <w:b/>
        </w:rPr>
        <w:t xml:space="preserve">[28:07] </w:t>
      </w:r>
      <w:r>
        <w:t>kyunki islam ka taalluq zindagi ke har aspect se hai. kisi ek aspect se toh nahin hai islam ka taalluq.</w:t>
      </w:r>
    </w:p>
    <w:p>
      <w:pPr>
        <w:jc w:val="right"/>
      </w:pPr>
      <w:r>
        <w:t>کیونکہ اسلام کا تعلق زندگی کے ہر اسپیکٹ سے ہے۔ کسی ایک اسپیکٹ سے تو نہیں ہے اسلام کا تعلق۔</w:t>
      </w:r>
    </w:p>
    <w:p>
      <w:r>
        <w:rPr>
          <w:b/>
        </w:rPr>
        <w:t xml:space="preserve">[28:21] </w:t>
      </w:r>
      <w:r>
        <w:t>zindagi ke har aspect se hai. ab jaise dekhiye sahaba ka ek tareeqa tha qanaat qanaat wahan hote hain contentment.</w:t>
      </w:r>
    </w:p>
    <w:p>
      <w:pPr>
        <w:jc w:val="right"/>
      </w:pPr>
      <w:r>
        <w:t>زندگی کے ہر اسپیکٹ سے ہے۔ اب جیسے دیکھیے صحابہ کا ایک طریقہ تھا قناعت قناعت وہاں ہوتے ہیں کنٹینٹمنٹ۔</w:t>
      </w:r>
    </w:p>
    <w:p>
      <w:r>
        <w:rPr>
          <w:b/>
        </w:rPr>
        <w:t xml:space="preserve">[28:33] </w:t>
      </w:r>
      <w:r>
        <w:t>qanaat contentment yani worldly cheezon mein qanaat. money ke bare mein qanaat business ke bare mein qanaat.</w:t>
      </w:r>
    </w:p>
    <w:p>
      <w:pPr>
        <w:jc w:val="right"/>
      </w:pPr>
      <w:r>
        <w:t>قناعت کنٹینٹمنٹ یعنی ورلڈلی چیزوں میں قناعت۔ منی کے بارے میں قناعت بزنس کے بارے میں قناعت۔</w:t>
      </w:r>
    </w:p>
    <w:p>
      <w:r>
        <w:rPr>
          <w:b/>
        </w:rPr>
        <w:t xml:space="preserve">[28:47] </w:t>
      </w:r>
      <w:r>
        <w:t>contentment content ka matlab kya hota hai? iska matlab hota hai according to the need yeh matlab hota hai.</w:t>
      </w:r>
    </w:p>
    <w:p>
      <w:pPr>
        <w:jc w:val="right"/>
      </w:pPr>
      <w:r>
        <w:t>کنٹینٹمنٹ کنٹینٹ کا مطلب کیا ہوتا ہے؟ اس کا مطلب ہوتا ہے اکارڈنگ ٹو دا نیڈ یہ مطلب ہوتا ہے۔</w:t>
      </w:r>
    </w:p>
    <w:p>
      <w:r>
        <w:rPr>
          <w:b/>
        </w:rPr>
        <w:t xml:space="preserve">[28:59] </w:t>
      </w:r>
      <w:r>
        <w:t>content contentment ka matlab hota hai ke jo need hai aap ki us itna aap saman ikattha karen itna aap kamai ke liye dauren.</w:t>
      </w:r>
    </w:p>
    <w:p>
      <w:pPr>
        <w:jc w:val="right"/>
      </w:pPr>
      <w:r>
        <w:t>کنٹینٹ کنٹینٹمنٹ کا مطلب ہوتا ہے کہ جو نیڈ ہے آپ کی اس اتنا آپ سامان اکٹھا کریں اتنا آپ کمائی کے لیے دوڑیں۔</w:t>
      </w:r>
    </w:p>
    <w:p>
      <w:r>
        <w:rPr>
          <w:b/>
        </w:rPr>
        <w:t xml:space="preserve">[29:13] </w:t>
      </w:r>
      <w:r>
        <w:t>according to the need ab kya hai? ab koi sochta hi nahin. ab toh yeh hai ke more and more more and more jitna zyada ikattha karo.</w:t>
      </w:r>
    </w:p>
    <w:p>
      <w:pPr>
        <w:jc w:val="right"/>
      </w:pPr>
      <w:r>
        <w:t>اکارڈنگ ٹو دا نیڈ اب کیا ہے؟ اب کوئی سوچتا ہی نہیں۔ اب تو یہ ہے کہ مور اینڈ مور مور اینڈ مور جتنا زیادہ اکٹھا کرو۔</w:t>
      </w:r>
    </w:p>
    <w:p>
      <w:r>
        <w:rPr>
          <w:b/>
        </w:rPr>
        <w:t xml:space="preserve">[29:25] </w:t>
      </w:r>
      <w:r>
        <w:t>aaj kal mein jab kisi ghar mein jata hoon kisi ke ghar mein bhi jata hoon yahan tak ke jo religious log hain so called mazhabi log toh lagta hai ke inka ghar kya hai general store hai.</w:t>
      </w:r>
    </w:p>
    <w:p>
      <w:pPr>
        <w:jc w:val="right"/>
      </w:pPr>
      <w:r>
        <w:t>آج کل میں جب کسی گھر میں جاتا ہوں کسی کے گھر میں بھی جاتا ہوں یہاں تک کہ جو ریلیجس لوگ ہیں سو کالڈ مذہبی لوگ تو لگتا ہے کہ ان کا گھر کیا ہے جنرل اسٹور ہے۔</w:t>
      </w:r>
    </w:p>
    <w:p>
      <w:r>
        <w:rPr>
          <w:b/>
        </w:rPr>
        <w:t xml:space="preserve">[29:40] </w:t>
      </w:r>
      <w:r>
        <w:t>general store saman se bhara hua. samanon se bhara hua. aaj kal har aadmi ka ghar jo hai general store bana hua hai.</w:t>
      </w:r>
    </w:p>
    <w:p>
      <w:pPr>
        <w:jc w:val="right"/>
      </w:pPr>
      <w:r>
        <w:t>جنرل اسٹور سامان سے بھرا ہوا۔ سامانوں سے بھرا ہوا۔ آج کل ہر آدمی کا گھر جو ہے جنرل اسٹور بنا ہوا ہے۔</w:t>
      </w:r>
    </w:p>
    <w:p>
      <w:r>
        <w:rPr>
          <w:b/>
        </w:rPr>
        <w:t xml:space="preserve">[29:54] </w:t>
      </w:r>
      <w:r>
        <w:t>kyunki shopping hoti hai shopping hoti hai shopping hoti hai. lala ke saman ghar mein bharte hain.</w:t>
      </w:r>
    </w:p>
    <w:p>
      <w:pPr>
        <w:jc w:val="right"/>
      </w:pPr>
      <w:r>
        <w:t>کیونکہ شاپنگ ہوتی ہے شاپنگ ہوتی ہے شاپنگ ہوتی ہے۔ لالا کے سامان گھر میں بھرتے ہیں۔</w:t>
      </w:r>
    </w:p>
    <w:p>
      <w:r>
        <w:rPr>
          <w:b/>
        </w:rPr>
        <w:t xml:space="preserve">[30:03] </w:t>
      </w:r>
      <w:r>
        <w:t>aur rasool allah ka tareeqa kya tha? aap ne kaha ke shar al maqami aswaqah sab se buri jagah market hai ya shopping center hai.</w:t>
      </w:r>
    </w:p>
    <w:p>
      <w:pPr>
        <w:jc w:val="right"/>
      </w:pPr>
      <w:r>
        <w:t>اور رسول اللہ کا طریقہ کیا تھا؟ آپ نے کہا کہ شر المقامی اسواقہ سب سے بری جگہ مارکیٹ ہے یا شاپنگ سینٹر ہے۔</w:t>
      </w:r>
    </w:p>
    <w:p>
      <w:r>
        <w:rPr>
          <w:b/>
        </w:rPr>
        <w:t xml:space="preserve">[30:22] </w:t>
      </w:r>
      <w:r>
        <w:t>sab se buri jagah shopping center hai.</w:t>
      </w:r>
    </w:p>
    <w:p>
      <w:pPr>
        <w:jc w:val="right"/>
      </w:pPr>
      <w:r>
        <w:t>سب سے بری جگہ شاپنگ سینٹر ہے۔</w:t>
      </w:r>
    </w:p>
    <w:p>
      <w:r>
        <w:rPr>
          <w:b/>
        </w:rPr>
        <w:t xml:space="preserve">[30:28] </w:t>
      </w:r>
      <w:r>
        <w:t>toh is zamane mein sahaba jo the koi zaroorat padi toh chale gaye. khareed liya.</w:t>
      </w:r>
    </w:p>
    <w:p>
      <w:pPr>
        <w:jc w:val="right"/>
      </w:pPr>
      <w:r>
        <w:t>تو اس زمانے میں صحابہ جو تھے کوئی ضرورت پڑی تو چلے گئے۔ خرید لیا۔</w:t>
      </w:r>
    </w:p>
    <w:p>
      <w:r>
        <w:rPr>
          <w:b/>
        </w:rPr>
        <w:t xml:space="preserve">[30:39] </w:t>
      </w:r>
      <w:r>
        <w:t>to un ke gharon mein kuch nahi hota tha. bilkul simple life simple ghar</w:t>
      </w:r>
    </w:p>
    <w:p>
      <w:pPr>
        <w:jc w:val="right"/>
      </w:pPr>
      <w:r>
        <w:t>تو ان کے گھروں میں کچھ نہیں ہوتا تھا۔ بالکل سمپل لائف سمپل گھر</w:t>
      </w:r>
    </w:p>
    <w:p>
      <w:r>
        <w:rPr>
          <w:b/>
        </w:rPr>
        <w:t xml:space="preserve">[30:47] </w:t>
      </w:r>
      <w:r>
        <w:t>. bohat hi kam saman aap sahaba ke halat ko parhein to aap payein ge ke un ke ghar bilkul simple hua karte the.</w:t>
      </w:r>
    </w:p>
    <w:p>
      <w:pPr>
        <w:jc w:val="right"/>
      </w:pPr>
      <w:r>
        <w:t>۔ بہت ہی کم سامان آپ صحابہ کے حالات کو پڑھیں تو آپ پائیں گے کہ ان کے گھر بالکل سمپل ہوا کرتے تھے۔</w:t>
      </w:r>
    </w:p>
    <w:p>
      <w:r>
        <w:rPr>
          <w:b/>
        </w:rPr>
        <w:t xml:space="preserve">[30:58] </w:t>
      </w:r>
      <w:r>
        <w:t>aaj kal ki tarah se woh general store nahi hua karte the. yahan bhi dekhiye hum models hat gaye hain. model to yeh hai ke simple ghar ho.</w:t>
      </w:r>
    </w:p>
    <w:p>
      <w:pPr>
        <w:jc w:val="right"/>
      </w:pPr>
      <w:r>
        <w:t>آج کل کی طرح سے وہ جنرل اسٹور نہیں ہوا کرتے تھے۔ یہاں بھی دیکھیے ہم ماڈلز ہٹ گئے ہیں۔ ماڈل تو یہ ہے کہ سمپل گھر ہو۔</w:t>
      </w:r>
    </w:p>
    <w:p>
      <w:r>
        <w:rPr>
          <w:b/>
        </w:rPr>
        <w:t xml:space="preserve">[31:10] </w:t>
      </w:r>
      <w:r>
        <w:t>lekin hum ne kya kar liya hai</w:t>
      </w:r>
    </w:p>
    <w:p>
      <w:pPr>
        <w:jc w:val="right"/>
      </w:pPr>
      <w:r>
        <w:t>لیکن ہم نے کیا کر لیا ہے</w:t>
      </w:r>
    </w:p>
    <w:p>
      <w:r>
        <w:rPr>
          <w:b/>
        </w:rPr>
        <w:t xml:space="preserve">[31:12] </w:t>
      </w:r>
      <w:r>
        <w:t>apne gharon ko shopping kar ke shopping kar ke general store banaye hue hain. yeh sahaba ke model se hatna hai.</w:t>
      </w:r>
    </w:p>
    <w:p>
      <w:pPr>
        <w:jc w:val="right"/>
      </w:pPr>
      <w:r>
        <w:t>اپنے گھروں کو شاپنگ کر کے شاپنگ کر کے جنرل اسٹور بنائے ہوئے ہیں۔ یہ صحابہ کے ماڈل سے ہٹنا ہے۔</w:t>
      </w:r>
    </w:p>
    <w:p>
      <w:r>
        <w:rPr>
          <w:b/>
        </w:rPr>
        <w:t xml:space="preserve">[31:27] </w:t>
      </w:r>
      <w:r>
        <w:t>to aap jis mamle mein dekhiye jis mamle mein dekhiye log sahaba ke models hate hue hain.</w:t>
      </w:r>
    </w:p>
    <w:p>
      <w:pPr>
        <w:jc w:val="right"/>
      </w:pPr>
      <w:r>
        <w:t>تو آپ جس معاملے میں دیکھیے جس معاملے میں دیکھیے لوگ صحابہ کے ماڈلز ہٹے ہوئے ہیں۔</w:t>
      </w:r>
    </w:p>
    <w:p>
      <w:r>
        <w:rPr>
          <w:b/>
        </w:rPr>
        <w:t xml:space="preserve">[31:34] </w:t>
      </w:r>
      <w:r>
        <w:t>jab woh masjid mein jate hain to wahan to samajhte hain ke hamein isi tarah namaz parhna hai jaise namaz parhi rasool Allah ne.</w:t>
      </w:r>
    </w:p>
    <w:p>
      <w:pPr>
        <w:jc w:val="right"/>
      </w:pPr>
      <w:r>
        <w:t>جب وہ مسجد میں جاتے ہیں تو وہاں تو سمجھتے ہیں کہ ہمیں اسی طرح نماز پڑھنا ہے جیسے نماز پڑھی رسول اللہ نے۔</w:t>
      </w:r>
    </w:p>
    <w:p>
      <w:r>
        <w:rPr>
          <w:b/>
        </w:rPr>
        <w:t xml:space="preserve">[31:44] </w:t>
      </w:r>
      <w:r>
        <w:t>jaise hadith mein aata hai ke salo kama raiyat mini asli. salo kama raiyat mini asli</w:t>
      </w:r>
    </w:p>
    <w:p>
      <w:pPr>
        <w:jc w:val="right"/>
      </w:pPr>
      <w:r>
        <w:t>جیسے حدیث میں آتا ہے کہ صلو کما رایت منی اصلی۔ صلو کما رایت منی اصلی</w:t>
      </w:r>
    </w:p>
    <w:p>
      <w:r>
        <w:rPr>
          <w:b/>
        </w:rPr>
        <w:t xml:space="preserve">[31:58] </w:t>
      </w:r>
      <w:r>
        <w:t>. namaz is tarah parho jis tarah tum mujh ko namaz parhte hue dekhte ho.</w:t>
      </w:r>
    </w:p>
    <w:p>
      <w:pPr>
        <w:jc w:val="right"/>
      </w:pPr>
      <w:r>
        <w:t>۔ نماز اس طرح پڑھو جس طرح تم مجھ کو نماز پڑھتے ہوئے دیکھتے ہو۔</w:t>
      </w:r>
    </w:p>
    <w:p>
      <w:r>
        <w:rPr>
          <w:b/>
        </w:rPr>
        <w:t xml:space="preserve">[32:06] </w:t>
      </w:r>
      <w:r>
        <w:t>to sahaba ne dekha ke aap kaise namaz parhte hain. isi isi tarike se unhone parha. aaj bhi masjidon mein logon ka zehn nahi hota hai ke salo kama raiyat mini asli yani masjid mein hamein namaz parhna hai isi tarike se jaise rasool Allah ne aur sahaba ne namaz parhi.</w:t>
      </w:r>
    </w:p>
    <w:p>
      <w:pPr>
        <w:jc w:val="right"/>
      </w:pPr>
      <w:r>
        <w:t>تو صحابہ نے دیکھا کہ آپ کیسے نماز پڑھتے ہیں۔ اسی اسی طریقے سے انہوں نے پڑھا۔ آج بھی مسجدوں میں لوگوں کا ذہن نہیں ہوتا ہے کہ صلو کما رایت منی اصلی یعنی مسجد میں ہمیں نماز پڑھنا ہے اسی طریقے سے جیسے رسول اللہ نے اور صحابہ نے نماز پڑھی۔</w:t>
      </w:r>
    </w:p>
    <w:p>
      <w:r>
        <w:rPr>
          <w:b/>
        </w:rPr>
        <w:t xml:space="preserve">[32:26] </w:t>
      </w:r>
      <w:r>
        <w:t>lekin jab masjid se bahar aate hain to wahan un ka model wahi hota hai jo doosron ka model hai. wahan koi nahi sochta ke waise raho jaise rasool Allah rehte the.</w:t>
      </w:r>
    </w:p>
    <w:p>
      <w:pPr>
        <w:jc w:val="right"/>
      </w:pPr>
      <w:r>
        <w:t>لیکن جب مسجد سے باہر آتے ہیں تو وہاں ان کا ماڈل وہی ہوتا ہے جو دوسروں کا ماڈل ہے۔ وہاں کوئی نہیں سوچتا کہ ویسے رہو جیسے رسول اللہ رہتے تھے۔</w:t>
      </w:r>
    </w:p>
    <w:p>
      <w:r>
        <w:rPr>
          <w:b/>
        </w:rPr>
        <w:t xml:space="preserve">[32:41] </w:t>
      </w:r>
      <w:r>
        <w:t>yani yeh to woh jante hain ke waise namaz parho jaise rasool Allah namaz parhte the. magar woh yeh nahi jante ke waise raho jis tarah rasool Allah rehte the.</w:t>
      </w:r>
    </w:p>
    <w:p>
      <w:pPr>
        <w:jc w:val="right"/>
      </w:pPr>
      <w:r>
        <w:t>یعنی یہ تو وہ جانتے ہیں کہ ویسے نماز پڑھو جیسے رسول اللہ نماز پڑھتے تھے۔ مگر وہ یہ نہیں جانتے کہ ویسے رہو جس طرح رسول اللہ رہتے تھے۔</w:t>
      </w:r>
    </w:p>
    <w:p>
      <w:r>
        <w:rPr>
          <w:b/>
        </w:rPr>
        <w:t xml:space="preserve">[32:53] </w:t>
      </w:r>
      <w:r>
        <w:t>yeh nahi jante.</w:t>
      </w:r>
    </w:p>
    <w:p>
      <w:pPr>
        <w:jc w:val="right"/>
      </w:pPr>
      <w:r>
        <w:t>یہ نہیں جانتے۔</w:t>
      </w:r>
    </w:p>
    <w:p>
      <w:r>
        <w:rPr>
          <w:b/>
        </w:rPr>
        <w:t xml:space="preserve">[32:57] </w:t>
      </w:r>
      <w:r>
        <w:t>is ko jante hi nahi.</w:t>
      </w:r>
    </w:p>
    <w:p>
      <w:pPr>
        <w:jc w:val="right"/>
      </w:pPr>
      <w:r>
        <w:t>اس کو جانتے ہی نہیں۔</w:t>
      </w:r>
    </w:p>
    <w:p>
      <w:r>
        <w:rPr>
          <w:b/>
        </w:rPr>
        <w:t xml:space="preserve">[33:02] </w:t>
      </w:r>
      <w:r>
        <w:t>jaise rasool Allah ke bare mein aaya hai ke rasool Allah ne kabhi apne mamle mein kabhi kisi se revenge nahi liya kisi inteqam nahi liya.</w:t>
      </w:r>
    </w:p>
    <w:p>
      <w:pPr>
        <w:jc w:val="right"/>
      </w:pPr>
      <w:r>
        <w:t>جیسے رسول اللہ کے بارے میں آیا ہے کہ رسول اللہ نے کبھی اپنے معاملے میں کبھی کسی سے ریونج نہیں لیا کسی انتقام نہیں لیا۔</w:t>
      </w:r>
    </w:p>
    <w:p>
      <w:r>
        <w:rPr>
          <w:b/>
        </w:rPr>
        <w:t xml:space="preserve">[33:14] </w:t>
      </w:r>
      <w:r>
        <w:t>yeh bhi ek model hai ke revenge na lena.</w:t>
      </w:r>
    </w:p>
    <w:p>
      <w:pPr>
        <w:jc w:val="right"/>
      </w:pPr>
      <w:r>
        <w:t>یہ بھی ایک ماڈل ہے کہ ریونج نہ لینا۔</w:t>
      </w:r>
    </w:p>
    <w:p>
      <w:r>
        <w:rPr>
          <w:b/>
        </w:rPr>
        <w:t xml:space="preserve">[33:20] </w:t>
      </w:r>
      <w:r>
        <w:t>revenge na lena.</w:t>
      </w:r>
    </w:p>
    <w:p>
      <w:pPr>
        <w:jc w:val="right"/>
      </w:pPr>
      <w:r>
        <w:t>ریونج نہ لینا۔</w:t>
      </w:r>
    </w:p>
    <w:p>
      <w:r>
        <w:rPr>
          <w:b/>
        </w:rPr>
        <w:t xml:space="preserve">[33:22] </w:t>
      </w:r>
      <w:r>
        <w:t>to rasool Allah bhi isi tarah ke samaj mein rehte the jaise hum rehte hain. to un ko bhi aisa hua ke aap ko kisi ne ghussa dila diya kisi ne provoke kiya waghera.</w:t>
      </w:r>
    </w:p>
    <w:p>
      <w:pPr>
        <w:jc w:val="right"/>
      </w:pPr>
      <w:r>
        <w:t>تو رسول اللہ بھی اسی طرح کے سماج میں رہتے تھے جیسے ہم رہتے ہیں۔ تو ان کو بھی ایسا ہوا کہ آپ کو کسی نے غصہ دلا دیا کسی نے پرووک کیا وغیرہ۔</w:t>
      </w:r>
    </w:p>
    <w:p>
      <w:r>
        <w:rPr>
          <w:b/>
        </w:rPr>
        <w:t xml:space="preserve">[33:37] </w:t>
      </w:r>
      <w:r>
        <w:t>yani woh cheezein huin jis mein aadmi ko inteqam bhadakta hai revenge bhadakta hai. lekin hadith mein aata hai ke aap ne kabhi apne mamle mein kisi se revenge nahi liya.</w:t>
      </w:r>
    </w:p>
    <w:p>
      <w:pPr>
        <w:jc w:val="right"/>
      </w:pPr>
      <w:r>
        <w:t>یعنی وہ چیزیں ہوئیں جس میں آدمی کو انتقام بھڑکتا ہے ریونج بھڑکتا ہے۔ لیکن حدیث میں آتا ہے کہ آپ نے کبھی اپنے معاملے میں کسی سے ریونج نہیں لیا۔</w:t>
      </w:r>
    </w:p>
    <w:p>
      <w:r>
        <w:rPr>
          <w:b/>
        </w:rPr>
        <w:t xml:space="preserve">[33:53] </w:t>
      </w:r>
      <w:r>
        <w:t>to yeh bhi ek model hua. revenge na lena inteqam na lena yeh bhi ek model hua.</w:t>
      </w:r>
    </w:p>
    <w:p>
      <w:pPr>
        <w:jc w:val="right"/>
      </w:pPr>
      <w:r>
        <w:t>تو یہ بھی ایک ماڈل ہوا۔ ریونج نہ لینا انتقام نہ لینا یہ بھی ایک ماڈل ہوا۔</w:t>
      </w:r>
    </w:p>
    <w:p>
      <w:r>
        <w:rPr>
          <w:b/>
        </w:rPr>
        <w:t xml:space="preserve">[34:04] </w:t>
      </w:r>
      <w:r>
        <w:t>lekin koi sochta hi nahi agar ghussa aaya to tab tak ghussa thanda nahi hota jab tak aadmi inteqam na le.</w:t>
      </w:r>
    </w:p>
    <w:p>
      <w:pPr>
        <w:jc w:val="right"/>
      </w:pPr>
      <w:r>
        <w:t>لیکن کوئی سوچتا ہی نہیں اگر غصہ آیا تو تب تک غصہ ٹھنڈا نہیں ہوتا جب تک آدمی انتقام نہ لے۔</w:t>
      </w:r>
    </w:p>
    <w:p>
      <w:r>
        <w:rPr>
          <w:b/>
        </w:rPr>
        <w:t xml:space="preserve">[34:16] </w:t>
      </w:r>
      <w:r>
        <w:t>main gaya Afghanistan bari dhoom hai Afghanistan mein Islam ki.</w:t>
      </w:r>
    </w:p>
    <w:p>
      <w:pPr>
        <w:jc w:val="right"/>
      </w:pPr>
      <w:r>
        <w:t>میں گیا افغانستان بڑی دھوم ہے افغانستان میں اسلام کی۔</w:t>
      </w:r>
    </w:p>
    <w:p>
      <w:r>
        <w:rPr>
          <w:b/>
        </w:rPr>
        <w:t xml:space="preserve">[34:24] </w:t>
      </w:r>
      <w:r>
        <w:t>aap jante hain ke har jagah Islam har jagah yeh samjha jata hai ke Afghanistan mein bara Islam hai. to main wahan jab gaya ek conference mein mujh ko bulaya gaya tha.</w:t>
      </w:r>
    </w:p>
    <w:p>
      <w:pPr>
        <w:jc w:val="right"/>
      </w:pPr>
      <w:r>
        <w:t>آپ جانتے ہیں کہ ہر جگہ اسلام ہر جگہ یہ سمجھا جاتا ہے کہ افغانستان میں بڑا اسلام ہے۔ تو میں وہاں جب گیا ایک کانفرنس میں مجھ کو بلایا گیا تھا۔</w:t>
      </w:r>
    </w:p>
    <w:p>
      <w:r>
        <w:rPr>
          <w:b/>
        </w:rPr>
        <w:t xml:space="preserve">[34:37] </w:t>
      </w:r>
      <w:r>
        <w:t>to ek logon se bul bul kar ke woh poochta tha.</w:t>
      </w:r>
    </w:p>
    <w:p>
      <w:pPr>
        <w:jc w:val="right"/>
      </w:pPr>
      <w:r>
        <w:t>تو ایک لوگوں سے بل بل کر کے وہ پوچھتا تھا۔</w:t>
      </w:r>
    </w:p>
    <w:p>
      <w:r>
        <w:rPr>
          <w:b/>
        </w:rPr>
        <w:t xml:space="preserve">[34:43] </w:t>
      </w:r>
      <w:r>
        <w:t>ek ladka tha wahan par us se main ne poocha. to main ladke se bare se boodhe se har ek se poochta tha taake yahan ke halat janon.</w:t>
      </w:r>
    </w:p>
    <w:p>
      <w:pPr>
        <w:jc w:val="right"/>
      </w:pPr>
      <w:r>
        <w:t>ایک لڑکا تھا وہاں پر اس سے میں نے پوچھا۔ تو میں لڑکے سے بڑے سے بوڑھے سے ہر ایک سے پوچھتا تھا تاکہ یہاں کے حالات جانوں۔</w:t>
      </w:r>
    </w:p>
    <w:p>
      <w:r>
        <w:rPr>
          <w:b/>
        </w:rPr>
        <w:t xml:space="preserve">[34:58] </w:t>
      </w:r>
      <w:r>
        <w:t>to ladke ne kya kaha? ladke ne kaha ke meri maa mujh ko parhana chahti hai. mujh ko madrasay mein bhejti hai.</w:t>
      </w:r>
    </w:p>
    <w:p>
      <w:pPr>
        <w:jc w:val="right"/>
      </w:pPr>
      <w:r>
        <w:t>تو لڑکے نے کیا کہا؟ لڑکے نے کہا کہ میری ماں مجھ کو پڑھانا چاہتی ہے۔ مجھ کو مدرسے میں بھیجتی ہے۔</w:t>
      </w:r>
    </w:p>
    <w:p>
      <w:r>
        <w:rPr>
          <w:b/>
        </w:rPr>
        <w:t xml:space="preserve">[35:10] </w:t>
      </w:r>
      <w:r>
        <w:t>lekin mera dil parhnay mein nahi lagta.</w:t>
      </w:r>
    </w:p>
    <w:p>
      <w:pPr>
        <w:jc w:val="right"/>
      </w:pPr>
      <w:r>
        <w:t>لیکن میرا دل پڑھنے میں نہیں لگتا۔</w:t>
      </w:r>
    </w:p>
    <w:p>
      <w:r>
        <w:rPr>
          <w:b/>
        </w:rPr>
        <w:t xml:space="preserve">[35:14] </w:t>
      </w:r>
      <w:r>
        <w:t>ladke ne kaha afghani bachay ne ke meri maa chahti hai ke main parhoon mujh ko madrasa bhejti bhejti hai lekin mera dil parhnay mein nahi lagta.</w:t>
      </w:r>
    </w:p>
    <w:p>
      <w:pPr>
        <w:jc w:val="right"/>
      </w:pPr>
      <w:r>
        <w:t>لڑکے نے کہا افغانی بچے نے کہ میری ماں چاہتی ہے کہ میں پڑھوں مجھ کو مدرسہ بھیجتی بھیجتی ہے لیکن میرا دل پڑھنے میں نہیں لگتا۔</w:t>
      </w:r>
    </w:p>
    <w:p>
      <w:r>
        <w:rPr>
          <w:b/>
        </w:rPr>
        <w:t xml:space="preserve">[35:25] </w:t>
      </w:r>
      <w:r>
        <w:t>main ne kaha kyun? to us ne kya kaha? us ne kaha ke mujhe to apnay baap ka badla lena hai.</w:t>
      </w:r>
    </w:p>
    <w:p>
      <w:pPr>
        <w:jc w:val="right"/>
      </w:pPr>
      <w:r>
        <w:t>میں نے کہا کیوں؟ تو اس نے کیا کہا؟ اس نے کہا کہ مجھے تو اپنے باپ کا بدلہ لینا ہے۔</w:t>
      </w:r>
    </w:p>
    <w:p>
      <w:r>
        <w:rPr>
          <w:b/>
        </w:rPr>
        <w:t xml:space="preserve">[35:35] </w:t>
      </w:r>
      <w:r>
        <w:t>kisi ne is ke baap ko shayad maar dala tha koi apas mein lajjat thi. to un ke baap ne un ko kuch kiya unhon ne un ko kiya dono apas mein ladte rahe yahan tak ke woh un ka baap mar gaya.</w:t>
      </w:r>
    </w:p>
    <w:p>
      <w:pPr>
        <w:jc w:val="right"/>
      </w:pPr>
      <w:r>
        <w:t>کسی نے اس کے باپ کو شاید مار ڈالا تھا کوئی آپس میں لجج تھی۔ تو ان کے باپ نے ان کو کچھ کیا انہوں نے ان کو کیا دونوں آپس میں لڑتے رہے یہاں تک کہ وہ ان کا باپ مر گیا۔</w:t>
      </w:r>
    </w:p>
    <w:p>
      <w:r>
        <w:rPr>
          <w:b/>
        </w:rPr>
        <w:t xml:space="preserve">[35:50] </w:t>
      </w:r>
      <w:r>
        <w:t>yeh dono taraf ka yeh bilateral mamla tha woh. to beharhaal is ke mind mein kya tha ke jis ne mere baap ko mara hai us ko mujhe marna hai.</w:t>
      </w:r>
    </w:p>
    <w:p>
      <w:pPr>
        <w:jc w:val="right"/>
      </w:pPr>
      <w:r>
        <w:t>یہ دونوں طرف کا یہ بائی لیٹرل معاملہ تھا وہ۔ تو بہرحال اس کے مائنڈ میں کیا تھا کہ جس نے میرے باپ کو مارا ہے اس کو مجھے مارنا ہے۔</w:t>
      </w:r>
    </w:p>
    <w:p>
      <w:r>
        <w:rPr>
          <w:b/>
        </w:rPr>
        <w:t xml:space="preserve">[36:00] </w:t>
      </w:r>
      <w:r>
        <w:t>is se mujhe inteqam lena hai.</w:t>
      </w:r>
    </w:p>
    <w:p>
      <w:pPr>
        <w:jc w:val="right"/>
      </w:pPr>
      <w:r>
        <w:t>اس سے مجھے انتقام لینا ہے۔</w:t>
      </w:r>
    </w:p>
    <w:p>
      <w:r>
        <w:rPr>
          <w:b/>
        </w:rPr>
        <w:t xml:space="preserve">[36:05] </w:t>
      </w:r>
      <w:r>
        <w:t>to main ne wahan par jo unhon ne pooch ki to main ne kaha ke main ne mujhe pata chala ke yahan ka to revenge hi culture hai Afghanistan ka. inteqami culture hai Afghanistan ka.</w:t>
      </w:r>
    </w:p>
    <w:p>
      <w:pPr>
        <w:jc w:val="right"/>
      </w:pPr>
      <w:r>
        <w:t>تو میں نے وہاں پر جو انہوں نے پوچھ کی تو میں نے کہا کہ میں نے مجھے پتہ چلا کہ یہاں کا تو ریونج ہی کلچر ہے افغانستان کا۔ انتقامی کلچر ہے افغانستان کا۔</w:t>
      </w:r>
    </w:p>
    <w:p>
      <w:r>
        <w:rPr>
          <w:b/>
        </w:rPr>
        <w:t xml:space="preserve">[36:18] </w:t>
      </w:r>
      <w:r>
        <w:t>yahan woh jo tribes mein yeh hota hai ke yeh in se badla lete hain woh in se badla lete hain. isi mein laraiyan hoti hain.</w:t>
      </w:r>
    </w:p>
    <w:p>
      <w:pPr>
        <w:jc w:val="right"/>
      </w:pPr>
      <w:r>
        <w:t>یہاں وہ جو ٹرائبس میں یہ ہوتا ہے کہ یہ ان سے بدلہ لیتے ہیں وہ ان سے بدلہ لیتے ہیں۔ اسی میں لڑائیاں ہوتی ہیں۔</w:t>
      </w:r>
    </w:p>
    <w:p>
      <w:r>
        <w:rPr>
          <w:b/>
        </w:rPr>
        <w:t xml:space="preserve">[36:28] </w:t>
      </w:r>
      <w:r>
        <w:t>gun chalti hai bomb chaltay hain. aur wahan Islam ki bhi dhoom hai.</w:t>
      </w:r>
    </w:p>
    <w:p>
      <w:pPr>
        <w:jc w:val="right"/>
      </w:pPr>
      <w:r>
        <w:t>گن چلتی ہے بم چلتے ہیں۔ اور وہاں اسلام کی بھی دھوم ہے۔</w:t>
      </w:r>
    </w:p>
    <w:p>
      <w:r>
        <w:rPr>
          <w:b/>
        </w:rPr>
        <w:t xml:space="preserve">[36:35] </w:t>
      </w:r>
      <w:r>
        <w:t>to woh samajhtay hain ke namaz roza karo bas Islam ho gaya. is mamlay mein nahi pata hai unhein ke is mamlay mein aik model hai ke inteqam na lo ghussa na karo logon ko maaf karo.</w:t>
      </w:r>
    </w:p>
    <w:p>
      <w:pPr>
        <w:jc w:val="right"/>
      </w:pPr>
      <w:r>
        <w:t>تو وہ سمجھتے ہیں کہ نماز روزہ کرو بس اسلام ہو گیا۔ اس معاملے میں نہیں پتہ ہے انہیں کہ اس معاملے میں ایک ماڈل ہے کہ انتقام نہ لو غصہ نہ کرو لوگوں کو معاف کرو۔</w:t>
      </w:r>
    </w:p>
    <w:p>
      <w:r>
        <w:rPr>
          <w:b/>
        </w:rPr>
        <w:t xml:space="preserve">[36:49] </w:t>
      </w:r>
      <w:r>
        <w:t>yeh bhi aik model hai. to yeh nahi jantay woh. yeh har jagah hi koi Afghanistan ki baat nahi hai.</w:t>
      </w:r>
    </w:p>
    <w:p>
      <w:pPr>
        <w:jc w:val="right"/>
      </w:pPr>
      <w:r>
        <w:t>یہ بھی ایک ماڈل ہے۔ تو یہ نہیں جانتے وہ۔ یہ ہر جگہ ہی کوئی افغانستان کی بات نہیں ہے۔</w:t>
      </w:r>
    </w:p>
    <w:p>
      <w:r>
        <w:rPr>
          <w:b/>
        </w:rPr>
        <w:t xml:space="preserve">[37:00] </w:t>
      </w:r>
      <w:r>
        <w:t>to yeh bohat ziyada sochne ki baat hai ke jab Islam mein yeh kaha gaya ke Rasool Allah model hain Sahaba model hain to yeh kis mani mein kaha gaya?</w:t>
      </w:r>
    </w:p>
    <w:p>
      <w:pPr>
        <w:jc w:val="right"/>
      </w:pPr>
      <w:r>
        <w:t>تو یہ بہت زیادہ سوچنے کی بات ہے کہ جب اسلام میں یہ کہا گیا کہ رسول اللہ ماڈل ہیں صحابہ ماڈل ہیں تو یہ کس معنی میں کہا گیا؟</w:t>
      </w:r>
    </w:p>
    <w:p>
      <w:r>
        <w:rPr>
          <w:b/>
        </w:rPr>
        <w:t xml:space="preserve">[37:14] </w:t>
      </w:r>
      <w:r>
        <w:t>is mani mein nahi ke bas masjid mein jo namaz tum parhtay ho us mein model hain woh. wahan par salo kama raiyat mini asli ka tareeqa ikhtiyar karo.</w:t>
      </w:r>
    </w:p>
    <w:p>
      <w:pPr>
        <w:jc w:val="right"/>
      </w:pPr>
      <w:r>
        <w:t>اس معنی میں نہیں کہ بس مسجد میں جو نماز تم پڑھتے ہو اس میں ماڈل ہیں وہ۔ وہاں پر صلو کما رایت منی اصلی کا طریقہ اختیار کرو۔</w:t>
      </w:r>
    </w:p>
    <w:p>
      <w:r>
        <w:rPr>
          <w:b/>
        </w:rPr>
        <w:t xml:space="preserve">[37:27] </w:t>
      </w:r>
      <w:r>
        <w:t>yani Rasool Allah jaisay namaz parhtay thay ویسے namaz parho. Sahaba jaisay namaz parhtay thay ویسے tum bhi namaz parho. yani namaz ke form ko follow karna.</w:t>
      </w:r>
    </w:p>
    <w:p>
      <w:pPr>
        <w:jc w:val="right"/>
      </w:pPr>
      <w:r>
        <w:t>یعنی رسول اللہ جیسے نماز پڑھتے تھے ویسے نماز پڑھو۔ صحابہ جیسے نماز پڑھتے تھے ویسے تم بھی نماز پڑھو۔ یعنی نماز کے فارم کو فالو کرنا۔</w:t>
      </w:r>
    </w:p>
    <w:p>
      <w:r>
        <w:rPr>
          <w:b/>
        </w:rPr>
        <w:t xml:space="preserve">[37:39] </w:t>
      </w:r>
      <w:r>
        <w:t>zahir hai ke dil ko to aap dekh nahi saktay. jab Rasool Allah namaz parhtay thay un ke dil mein kya hota tha yeh to aap dekh nahi saktay. dil ke andar jo khushu jo khauf jo divine jazba woh to aap dekh</w:t>
      </w:r>
    </w:p>
    <w:p>
      <w:pPr>
        <w:jc w:val="right"/>
      </w:pPr>
      <w:r>
        <w:t>ظاہر ہے کہ دل کو تو آپ دیکھ نہیں سکتے۔ جب رسول اللہ نماز پڑھتے تھے ان کے دل میں کیا ہوتا تھا یہ تو آپ دیکھ نہیں سکتے۔ دل کے اندر جو خشوع جو خوف جو ڈیوائن جذبہ وہ تو آپ دیکھ</w:t>
      </w:r>
    </w:p>
    <w:p>
      <w:r>
        <w:rPr>
          <w:b/>
        </w:rPr>
        <w:t xml:space="preserve">[37:55] </w:t>
      </w:r>
      <w:r>
        <w:t>nahi saktay. to ab is ko aap follow kaise karein gay? to kya hai logon ko sirf namaz ke form ka pata hai form.</w:t>
      </w:r>
    </w:p>
    <w:p>
      <w:pPr>
        <w:jc w:val="right"/>
      </w:pPr>
      <w:r>
        <w:t>نہیں سکتے۔ تو اب اس کو آپ فالو کیسے کریں گے؟ تو کیا ہے لوگوں کو صرف نماز کے فارم کا پتہ ہے فارم۔</w:t>
      </w:r>
    </w:p>
    <w:p>
      <w:r>
        <w:rPr>
          <w:b/>
        </w:rPr>
        <w:t xml:space="preserve">[38:06] </w:t>
      </w:r>
      <w:r>
        <w:t>zahiri jo shakal hai namaz ki usi ka pata hai. usi ko dohrane ko samajhtay hain ke main deen par amal kar raha hoon.</w:t>
      </w:r>
    </w:p>
    <w:p>
      <w:pPr>
        <w:jc w:val="right"/>
      </w:pPr>
      <w:r>
        <w:t>ظاہری جو شکل ہے نماز کی اسی کا پتہ ہے۔ اسی کو دہرانے کو سمجھتے ہیں کہ میں دین پر عمل کر رہا ہوں۔</w:t>
      </w:r>
    </w:p>
    <w:p>
      <w:r>
        <w:rPr>
          <w:b/>
        </w:rPr>
        <w:t xml:space="preserve">[38:18] </w:t>
      </w:r>
      <w:r>
        <w:t>aur poori zindagi jo hai woh is se alag hai.</w:t>
      </w:r>
    </w:p>
    <w:p>
      <w:pPr>
        <w:jc w:val="right"/>
      </w:pPr>
      <w:r>
        <w:t>اور پوری زندگی جو ہے وہ اس سے الگ ہے۔</w:t>
      </w:r>
    </w:p>
    <w:p>
      <w:r>
        <w:rPr>
          <w:b/>
        </w:rPr>
        <w:t xml:space="preserve">[38:24] </w:t>
      </w:r>
      <w:r>
        <w:t>poori zindagi is se alag hai. poori zindagi ke mamlay mein un ko yeh soch nahi aati ke wahan bhi mujhe Rasool Allah ke tareeqay ko follow karna hai.</w:t>
      </w:r>
    </w:p>
    <w:p>
      <w:pPr>
        <w:jc w:val="right"/>
      </w:pPr>
      <w:r>
        <w:t>پوری زندگی اس سے الگ ہے۔ پوری زندگی کے معاملے میں ان کو یہ سوچ نہیں آتی کہ وہاں بھی مجھے رسول اللہ کے طریقے کو فالو کرنا ہے۔</w:t>
      </w:r>
    </w:p>
    <w:p>
      <w:r>
        <w:rPr>
          <w:b/>
        </w:rPr>
        <w:t xml:space="preserve">[38:39] </w:t>
      </w:r>
      <w:r>
        <w:t>aur Sahaba ke tareeqay ko follow karna hai.</w:t>
      </w:r>
    </w:p>
    <w:p>
      <w:pPr>
        <w:jc w:val="right"/>
      </w:pPr>
      <w:r>
        <w:t>اور صحابہ کے طریقے کو فالو کرنا ہے۔</w:t>
      </w:r>
    </w:p>
    <w:p>
      <w:r>
        <w:rPr>
          <w:b/>
        </w:rPr>
        <w:t xml:space="preserve">[38:47] </w:t>
      </w:r>
      <w:r>
        <w:t>aik Sahabi kehtay hain do Sahabi ke baray mein jo top ke Sahabi thay ke aik din dono baith kar apas mein kisi baat par discuss kar rahay thay.</w:t>
      </w:r>
    </w:p>
    <w:p>
      <w:pPr>
        <w:jc w:val="right"/>
      </w:pPr>
      <w:r>
        <w:t>ایک صحابی کہتے ہیں دو صحابی کے بارے میں جو ٹاپ کے صحابی تھے کہ ایک دن دونوں بیٹھ کر آپس میں کسی بات پر ڈسکس کر رہے تھے۔</w:t>
      </w:r>
    </w:p>
    <w:p>
      <w:r>
        <w:rPr>
          <w:b/>
        </w:rPr>
        <w:t xml:space="preserve">[39:02] </w:t>
      </w:r>
      <w:r>
        <w:t>hotay hotay bohat un mein garma garmi ho gayi. heating exchange honay laga. woh un ko bohat ziyada sakht kar rahay hain un ko bohat sakht kar rahay hain.</w:t>
      </w:r>
    </w:p>
    <w:p>
      <w:pPr>
        <w:jc w:val="right"/>
      </w:pPr>
      <w:r>
        <w:t>ہوتے ہوتے بہت ان میں گرما گرمی ہو گئی۔ ہیٹنگ ایکسچینج ہونے لگا۔ وہ ان کو بہت زیادہ سخت کر رہے ہیں ان کو بہت سخت کر رہے ہیں۔</w:t>
      </w:r>
    </w:p>
    <w:p>
      <w:r>
        <w:rPr>
          <w:b/>
        </w:rPr>
        <w:t xml:space="preserve">[39:13] </w:t>
      </w:r>
      <w:r>
        <w:t>to unhon ne kaha ke woh kehtay hain ke itna ziyada kade tareeqay se bol rahay thay dono aik doosray ke khilaf ke woh samajhtay thay ke bas ab bol chaal band.</w:t>
      </w:r>
    </w:p>
    <w:p>
      <w:pPr>
        <w:jc w:val="right"/>
      </w:pPr>
      <w:r>
        <w:t>تو انہوں نے کہا کہ وہ کہتے ہیں کہ اتنا زیادہ کڑے طریقے سے بول رہے تھے دونوں ایک دوسرے کے خلاف کہ وہ سمجھتے تھے کہ بس اب بول چال بند۔</w:t>
      </w:r>
    </w:p>
    <w:p>
      <w:r>
        <w:rPr>
          <w:b/>
        </w:rPr>
        <w:t xml:space="preserve">[39:26] </w:t>
      </w:r>
      <w:r>
        <w:t>ab dono bol chaal nahi hogi. to woh bhi ghussa hai woh bhi ghussa hai. woh un ke khilaf bol rahay hain woh un ke khilaf bol rahay hain. jis ko hum kehtay hain heating exchange.</w:t>
      </w:r>
    </w:p>
    <w:p>
      <w:pPr>
        <w:jc w:val="right"/>
      </w:pPr>
      <w:r>
        <w:t>اب دونوں بول چال نہیں ہوگی۔ تو وہ بھی غصہ ہے وہ بھی غصہ ہے۔ وہ ان کے خلاف بول رہے ہیں وہ ان کے خلاف بول رہے ہیں۔ جس کو ہم کہتے ہیں ہیٹنگ ایکسچینج۔</w:t>
      </w:r>
    </w:p>
    <w:p>
      <w:r>
        <w:rPr>
          <w:b/>
        </w:rPr>
        <w:t xml:space="preserve">[39:40] </w:t>
      </w:r>
      <w:r>
        <w:t>magar woh kehte hain ke jab khatm hui baat uthe dono phir waise hi ke waise hi. jaise aap ne dekha hoga ke do chhote bachche aapas mein khilone ke liye jhagadte hain.</w:t>
      </w:r>
    </w:p>
    <w:p>
      <w:pPr>
        <w:jc w:val="right"/>
      </w:pPr>
      <w:r>
        <w:t>مگر وہ کہتے ہیں کہ جب ختم ہوئی بات اٹھے دونوں پھر ویسے ہی کے ویسے ہی۔ جیسے آپ نے دیکھا ہوگا کہ دو چھوٹے بچے آپس میں کھلونے کے لیے جھگڑتے ہیں۔</w:t>
      </w:r>
    </w:p>
    <w:p>
      <w:r>
        <w:rPr>
          <w:b/>
        </w:rPr>
        <w:t xml:space="preserve">[39:55] </w:t>
      </w:r>
      <w:r>
        <w:t>aur phir kuch der ke baad phir waise hi ke waise ho jaate hain. yeh bachche jo hain chhote woh temporary tor par ek doosre se jhagadenge.</w:t>
      </w:r>
    </w:p>
    <w:p>
      <w:pPr>
        <w:jc w:val="right"/>
      </w:pPr>
      <w:r>
        <w:t>اور پھر کچھ دیر کے بعد پھر ویسے ہی کے ویسے ہو جاتے ہیں۔ یہ بچے جو ہیں چھوٹے وہ ٹیمپریری طور پر ایک دوسرے سے جھگڑیں گے۔</w:t>
      </w:r>
    </w:p>
    <w:p>
      <w:r>
        <w:rPr>
          <w:b/>
        </w:rPr>
        <w:t xml:space="preserve">[40:06] </w:t>
      </w:r>
      <w:r>
        <w:t>is ke baad waise hi ke waise hi ho jayenge.</w:t>
      </w:r>
    </w:p>
    <w:p>
      <w:pPr>
        <w:jc w:val="right"/>
      </w:pPr>
      <w:r>
        <w:t>اس کے بعد ویسے ہی کے ویسے ہی ہو جائیں گے۔</w:t>
      </w:r>
    </w:p>
    <w:p>
      <w:r>
        <w:rPr>
          <w:b/>
        </w:rPr>
        <w:t xml:space="preserve">[40:09] </w:t>
      </w:r>
      <w:r>
        <w:t>toh woh kehte hain ke sahaba aise hi the ke temporary tor par aapas mein kuch ho gaya. cut put in ban.</w:t>
      </w:r>
    </w:p>
    <w:p>
      <w:pPr>
        <w:jc w:val="right"/>
      </w:pPr>
      <w:r>
        <w:t>تو وہ کہتے ہیں کہ صحابہ ایسے ہی تھے کہ ٹیمپریری طور پر آپس میں کچھ ہو گیا۔ کٹ پٹ ان بن۔</w:t>
      </w:r>
    </w:p>
    <w:p>
      <w:r>
        <w:rPr>
          <w:b/>
        </w:rPr>
        <w:t xml:space="preserve">[40:18] </w:t>
      </w:r>
      <w:r>
        <w:t>thodi der ke baad phir waise hi ke waise hi. ab aaj aap dhoondhiye is model ko toh aap ko kahin koi aadmi nahi milega aisa.</w:t>
      </w:r>
    </w:p>
    <w:p>
      <w:pPr>
        <w:jc w:val="right"/>
      </w:pPr>
      <w:r>
        <w:t>تھوڑی دیر کے بعد پھر ویسے ہی کے ویسے ہی۔ اب آج آپ ڈھونڈیے اس ماڈل کو تو آپ کو کہیں کوئی آدمی نہیں ملے گا ایسا۔</w:t>
      </w:r>
    </w:p>
    <w:p>
      <w:r>
        <w:rPr>
          <w:b/>
        </w:rPr>
        <w:t xml:space="preserve">[40:28] </w:t>
      </w:r>
      <w:r>
        <w:t>ab toh yeh hai ke agar kisi se aap ki khatpatt ho gayi toh bas us ke dil mein ek ek ek aap ke khilaaf ek pad gaya hai woh nikalne wala nahi kabhi.</w:t>
      </w:r>
    </w:p>
    <w:p>
      <w:pPr>
        <w:jc w:val="right"/>
      </w:pPr>
      <w:r>
        <w:t>اب تو یہ ہے کہ اگر کسی سے آپ کی کھٹپٹ ہو گئی تو بس اس کے دل میں ایک ایک ایک آپ کے خلاف ایک پڑ گیا ہے وہ نکلنے والا نہیں کبھی۔</w:t>
      </w:r>
    </w:p>
    <w:p>
      <w:r>
        <w:rPr>
          <w:b/>
        </w:rPr>
        <w:t xml:space="preserve">[40:41] </w:t>
      </w:r>
      <w:r>
        <w:t>yaani ek baar jo gussa ho gaya toh us ka gussa khatm nahi hota. ek baar jis par aap ne koi criticize kar diya toh us ka woh jo negative feeling aa gayi hai us ke andar woh negative feeling khatm nahi hoti.</w:t>
      </w:r>
    </w:p>
    <w:p>
      <w:pPr>
        <w:jc w:val="right"/>
      </w:pPr>
      <w:r>
        <w:t>یعنی ایک بار جو غصہ ہو گیا تو اس کا غصہ ختم نہیں ہوتا۔ ایک بار جس پر آپ نے کوئی کریٹیسائز کر دیا تو اس کا وہ جو نیگیٹیو فیلنگ آ گئی ہے اس کے اندر وہ نیگیٹیو فیلنگ ختم نہیں ہوتی۔</w:t>
      </w:r>
    </w:p>
    <w:p>
      <w:r>
        <w:rPr>
          <w:b/>
        </w:rPr>
        <w:t xml:space="preserve">[40:58] </w:t>
      </w:r>
      <w:r>
        <w:t>ek baar jo kisi ko aap ne koi kada bol bol diya us se us ko jo andar bura laga toh woh bura lagna us ka jo feeling hai woh kabhi khatm nahi hoti.</w:t>
      </w:r>
    </w:p>
    <w:p>
      <w:pPr>
        <w:jc w:val="right"/>
      </w:pPr>
      <w:r>
        <w:t>ایک بار جو کسی کو آپ نے کوئی کڑا بول بول دیا اس سے اس کو جو اندر برا لگا تو وہ برا لگنا اس کا جو فیلنگ ہے وہ کبھی ختم نہیں ہوتی۔</w:t>
      </w:r>
    </w:p>
    <w:p>
      <w:r>
        <w:rPr>
          <w:b/>
        </w:rPr>
        <w:t xml:space="preserve">[41:15] </w:t>
      </w:r>
      <w:r>
        <w:t>toh yeh bhi model ke khilaaf hai.</w:t>
      </w:r>
    </w:p>
    <w:p>
      <w:pPr>
        <w:jc w:val="right"/>
      </w:pPr>
      <w:r>
        <w:t>تو یہ بھی ماڈل کے خلاف ہے۔</w:t>
      </w:r>
    </w:p>
    <w:p>
      <w:r>
        <w:rPr>
          <w:b/>
        </w:rPr>
        <w:t xml:space="preserve">[41:19] </w:t>
      </w:r>
      <w:r>
        <w:t>sahaba ka model yeh hai ke agar kabhi do aadmi ke beech mein takraar ho jaye aapas mein heating exchange ho jaye kuch kade bol bolte hain ek doosre ko toh thodi der ke baad phir waise hi ke waise hi.</w:t>
      </w:r>
    </w:p>
    <w:p>
      <w:pPr>
        <w:jc w:val="right"/>
      </w:pPr>
      <w:r>
        <w:t>صحابہ کا ماڈل یہ ہے کہ اگر کبھی دو آدمی کے بیچ میں تکرار ہو جائے آپس میں ہیٹنگ ایکسچینج ہو جائے کچھ کڑے بول بولتے ہیں ایک دوسرے کو تو تھوڑی دیر کے بعد پھر ویسے ہی کے ویسے ہی۔</w:t>
      </w:r>
    </w:p>
    <w:p>
      <w:r>
        <w:rPr>
          <w:b/>
        </w:rPr>
        <w:t xml:space="preserve">[41:45] </w:t>
      </w:r>
      <w:r>
        <w:t>jaise bachche ho jaate hain. toh yeh bhi ek model hai.</w:t>
      </w:r>
    </w:p>
    <w:p>
      <w:pPr>
        <w:jc w:val="right"/>
      </w:pPr>
      <w:r>
        <w:t>جیسے بچے ہو جاتے ہیں۔ تو یہ بھی ایک ماڈل ہے۔</w:t>
      </w:r>
    </w:p>
    <w:p>
      <w:r>
        <w:rPr>
          <w:b/>
        </w:rPr>
        <w:t xml:space="preserve">[41:53] </w:t>
      </w:r>
      <w:r>
        <w:t>toh yeh bahut zyada sochne ki baat hai ke masjid mein agar aap lein un ka model yaani zahiri form ke aitbaar se toh woh hargiz kaafi nahi hai.</w:t>
      </w:r>
    </w:p>
    <w:p>
      <w:pPr>
        <w:jc w:val="right"/>
      </w:pPr>
      <w:r>
        <w:t>تو یہ بہت زیادہ سوچنے کی بات ہے کہ مسجد میں اگر آپ لیں ان کا ماڈل یعنی ظاہری فارم کے اعتبار سے تو وہ ہرگز کافی نہیں ہے۔</w:t>
      </w:r>
    </w:p>
    <w:p>
      <w:r>
        <w:rPr>
          <w:b/>
        </w:rPr>
        <w:t xml:space="preserve">[42:07] </w:t>
      </w:r>
      <w:r>
        <w:t>zindagi ke har maamle mein aap ko model lena padega.</w:t>
      </w:r>
    </w:p>
    <w:p>
      <w:pPr>
        <w:jc w:val="right"/>
      </w:pPr>
      <w:r>
        <w:t>زندگی کے ہر معاملے میں آپ کو ماڈل لینا پڑے گا۔</w:t>
      </w:r>
    </w:p>
    <w:p>
      <w:r>
        <w:rPr>
          <w:b/>
        </w:rPr>
        <w:t xml:space="preserve">[42:13] </w:t>
      </w:r>
      <w:r>
        <w:t>zindagi ke har maamle mein aap ko model lena padega. khane peene ke maamle mein model lena padega.</w:t>
      </w:r>
    </w:p>
    <w:p>
      <w:pPr>
        <w:jc w:val="right"/>
      </w:pPr>
      <w:r>
        <w:t>زندگی کے ہر معاملے میں آپ کو ماڈل لینا پڑے گا۔ کھانے پینے کے معاملے میں ماڈل لینا پڑے گا۔</w:t>
      </w:r>
    </w:p>
    <w:p>
      <w:r>
        <w:rPr>
          <w:b/>
        </w:rPr>
        <w:t xml:space="preserve">[42:23] </w:t>
      </w:r>
      <w:r>
        <w:t>sone jaagne ke baare mein model lena padega. dealing jo aap karte hain us mein bhi aap ko model lena padega.</w:t>
      </w:r>
    </w:p>
    <w:p>
      <w:pPr>
        <w:jc w:val="right"/>
      </w:pPr>
      <w:r>
        <w:t>سونے جاگنے کے بارے میں ماڈل لینا پڑے گا۔ ڈیلنگ جو آپ کرتے ہیں اس میں بھی آپ کو ماڈل لینا پڑے گا۔</w:t>
      </w:r>
    </w:p>
    <w:p>
      <w:r>
        <w:rPr>
          <w:b/>
        </w:rPr>
        <w:t xml:space="preserve">[42:34] </w:t>
      </w:r>
      <w:r>
        <w:t>jaise sahaba ka tareeqa kya tha?</w:t>
      </w:r>
    </w:p>
    <w:p>
      <w:pPr>
        <w:jc w:val="right"/>
      </w:pPr>
      <w:r>
        <w:t>جیسے صحابہ کا طریقہ کیا تھا؟</w:t>
      </w:r>
    </w:p>
    <w:p>
      <w:r>
        <w:rPr>
          <w:b/>
        </w:rPr>
        <w:t xml:space="preserve">[42:37] </w:t>
      </w:r>
      <w:r>
        <w:t>agar kisi se unhone promise kar liya wada kar liya toh phir woh wada woh poora kar ke hi chhodte the.</w:t>
      </w:r>
    </w:p>
    <w:p>
      <w:pPr>
        <w:jc w:val="right"/>
      </w:pPr>
      <w:r>
        <w:t>اگر کسی سے انہوں نے پرومس کر لیا وعدہ کر لیا تو پھر وہ وعدہ وہ پورا کر کے ہی چھوڑتے تھے۔</w:t>
      </w:r>
    </w:p>
    <w:p>
      <w:r>
        <w:rPr>
          <w:b/>
        </w:rPr>
        <w:t xml:space="preserve">[42:48] </w:t>
      </w:r>
      <w:r>
        <w:t>kabhi aisa nahi hota tha ke dealing hui ek promise kar liya aur phir us ko bhool jayein.</w:t>
      </w:r>
    </w:p>
    <w:p>
      <w:pPr>
        <w:jc w:val="right"/>
      </w:pPr>
      <w:r>
        <w:t>کبھی ایسا نہیں ہوتا تھا کہ ڈیلنگ ہوئی ایک پرومس کر لیا اور پھر اس کو بھول جائیں۔</w:t>
      </w:r>
    </w:p>
    <w:p>
      <w:r>
        <w:rPr>
          <w:b/>
        </w:rPr>
        <w:t xml:space="preserve">[42:59] </w:t>
      </w:r>
      <w:r>
        <w:t>is is promise ko poora na karein. yeh un ka tareeqa nahi tha. yeh bhi ek model hai.</w:t>
      </w:r>
    </w:p>
    <w:p>
      <w:pPr>
        <w:jc w:val="right"/>
      </w:pPr>
      <w:r>
        <w:t>اس اس پرومس کو پورا نہ کریں۔ یہ ان کا طریقہ نہیں تھا۔ یہ بھی ایک ماڈل ہے۔</w:t>
      </w:r>
    </w:p>
    <w:p>
      <w:r>
        <w:rPr>
          <w:b/>
        </w:rPr>
        <w:t xml:space="preserve">[43:07] </w:t>
      </w:r>
      <w:r>
        <w:t>toh jab bhi aap dealing mein kisi se len den ho kisi se aap koi wada kar lein kisi se koi promise kar lein toh us ko farz samjhein ke mujhe is ko poora karna hi karna hai.</w:t>
      </w:r>
    </w:p>
    <w:p>
      <w:pPr>
        <w:jc w:val="right"/>
      </w:pPr>
      <w:r>
        <w:t>تو جب بھی آپ ڈیلنگ میں کسی سے لین دین ہو کسی سے آپ کوئی وعدہ کر لیں کسی سے کوئی پرومس کر لیں تو اس کو فرض سمجھیں کہ مجھے اس کو پورا کرنا ہی کرنا ہے۔</w:t>
      </w:r>
    </w:p>
    <w:p>
      <w:r>
        <w:rPr>
          <w:b/>
        </w:rPr>
        <w:t xml:space="preserve">[43:26] </w:t>
      </w:r>
      <w:r>
        <w:t>jo waqt jaise kisi se aap ne paise ka len den kiya us se tay hua ke sahib mein mahine ki 10 tareekh ko de dunga toh 10 tareekh ko aap ko dena hi dena hai.</w:t>
      </w:r>
    </w:p>
    <w:p>
      <w:pPr>
        <w:jc w:val="right"/>
      </w:pPr>
      <w:r>
        <w:t>جو وقت جیسے کسی سے آپ نے پیسے کا لین دین کیا اس سے طے ہوا کہ صاحب میں مہینے کی 10 تاریخ کو دے دوں گا تو 10 تاریخ کو آپ کو دینا ہی دینا ہے۔</w:t>
      </w:r>
    </w:p>
    <w:p>
      <w:r>
        <w:rPr>
          <w:b/>
        </w:rPr>
        <w:t xml:space="preserve">[43:40] </w:t>
      </w:r>
      <w:r>
        <w:t>aap taal nahi sakte. kyunke wada poora karna hai. toh yeh bhi ek model tha un ka.</w:t>
      </w:r>
    </w:p>
    <w:p>
      <w:pPr>
        <w:jc w:val="right"/>
      </w:pPr>
      <w:r>
        <w:t>آپ ٹال نہیں سکتے۔ کیونکہ وعدہ پورا کرنا ہے۔ تو یہ بھی ایک ماڈل تھا ان کا۔</w:t>
      </w:r>
    </w:p>
    <w:p>
      <w:r>
        <w:rPr>
          <w:b/>
        </w:rPr>
        <w:t xml:space="preserve">[43:51] </w:t>
      </w:r>
      <w:r>
        <w:t>yeh bhi un ka model tha.</w:t>
      </w:r>
    </w:p>
    <w:p>
      <w:pPr>
        <w:jc w:val="right"/>
      </w:pPr>
      <w:r>
        <w:t>یہ بھی ان کا ماڈل تھا۔</w:t>
      </w:r>
    </w:p>
    <w:p>
      <w:r>
        <w:rPr>
          <w:b/>
        </w:rPr>
        <w:t xml:space="preserve">[43:57] </w:t>
      </w:r>
      <w:r>
        <w:t>toh jis maamle ko aap dekhiye zindagi ke har maamle mein aap ko wahan par ek model milega historical model. yaani qisse kahani nahi.</w:t>
      </w:r>
    </w:p>
    <w:p>
      <w:pPr>
        <w:jc w:val="right"/>
      </w:pPr>
      <w:r>
        <w:t>تو جس معاملے کو آپ دیکھیے زندگی کے ہر معاملے میں آپ کو وہاں پر ایک ماڈل ملے گا ہسٹوریکل ماڈل۔ یعنی قصے کہانی نہیں۔</w:t>
      </w:r>
    </w:p>
    <w:p>
      <w:r>
        <w:rPr>
          <w:b/>
        </w:rPr>
        <w:t xml:space="preserve">[44:11] </w:t>
      </w:r>
      <w:r>
        <w:t>yaani aap sahaba ki zindagiyaan qisse kahani nahi hain. qisse kahani mein toh aap kuch bhi padh sakte hain.</w:t>
      </w:r>
    </w:p>
    <w:p>
      <w:pPr>
        <w:jc w:val="right"/>
      </w:pPr>
      <w:r>
        <w:t>یعنی آپ صحابہ کی زندگیاں قصے کہانی نہیں ہیں۔ قصے کہانی میں تو آپ کچھ بھی پڑھ سکتے ہیں۔</w:t>
      </w:r>
    </w:p>
    <w:p>
      <w:r>
        <w:rPr>
          <w:b/>
        </w:rPr>
        <w:t xml:space="preserve">[44:22] </w:t>
      </w:r>
      <w:r>
        <w:t>qisse kahani mein to jo chahen parh lijie.</w:t>
      </w:r>
    </w:p>
    <w:p>
      <w:pPr>
        <w:jc w:val="right"/>
      </w:pPr>
      <w:r>
        <w:t>قصے کہانی میں تو جو چاہیں پڑھ لیجئے۔</w:t>
      </w:r>
    </w:p>
    <w:p>
      <w:r>
        <w:rPr>
          <w:b/>
        </w:rPr>
        <w:t xml:space="preserve">[44:28] </w:t>
      </w:r>
      <w:r>
        <w:t>qisse kahani mein to aap ghata kar ke barha kar ke aur kuch bhi exaggeration ke sath ek kahani bana lijie.</w:t>
      </w:r>
    </w:p>
    <w:p>
      <w:pPr>
        <w:jc w:val="right"/>
      </w:pPr>
      <w:r>
        <w:t>قصے کہانی میں تو آپ گھٹا کر کے بڑھا کر کے اور کچھ بھی ایگزائجیشن کے ساتھ ایک کہانی بنا لیجئے۔</w:t>
      </w:r>
    </w:p>
    <w:p>
      <w:r>
        <w:rPr>
          <w:b/>
        </w:rPr>
        <w:t xml:space="preserve">[44:40] </w:t>
      </w:r>
      <w:r>
        <w:t>lekin sahaba ki jo zindagi thi woh koi qisse kahani nahi hai. woh poori tarike se ek historical kahani hai.</w:t>
      </w:r>
    </w:p>
    <w:p>
      <w:pPr>
        <w:jc w:val="right"/>
      </w:pPr>
      <w:r>
        <w:t>لیکن صحابہ کی جو زندگی تھی وہ کوئی قصے کہانی نہیں ہے۔ وہ پوری طریقے سے ایک ہسٹوریکل کہانی ہے۔</w:t>
      </w:r>
    </w:p>
    <w:p>
      <w:r>
        <w:rPr>
          <w:b/>
        </w:rPr>
        <w:t xml:space="preserve">[44:50] </w:t>
      </w:r>
      <w:r>
        <w:t>haan historical waqiat par base karti hai woh.</w:t>
      </w:r>
    </w:p>
    <w:p>
      <w:pPr>
        <w:jc w:val="right"/>
      </w:pPr>
      <w:r>
        <w:t>ہاں ہسٹوریکل واقعات پر بیس کرتی ہے وہ۔</w:t>
      </w:r>
    </w:p>
    <w:p>
      <w:r>
        <w:rPr>
          <w:b/>
        </w:rPr>
        <w:t xml:space="preserve">[44:55] </w:t>
      </w:r>
      <w:r>
        <w:t>rasool Allah ki zindagi historical hai. sahaba ki zindagi historical hai. to woh historical model hai hamare liye. poore maanon mein.</w:t>
      </w:r>
    </w:p>
    <w:p>
      <w:pPr>
        <w:jc w:val="right"/>
      </w:pPr>
      <w:r>
        <w:t>رسول اللہ کی زندگی ہسٹوریکل ہے۔ صحابہ کی زندگی ہسٹوریکل ہے۔ تو وہ ہسٹوریکل ماڈل ہے ہمارے لیے۔ پورے معنوں میں۔</w:t>
      </w:r>
    </w:p>
    <w:p>
      <w:r>
        <w:rPr>
          <w:b/>
        </w:rPr>
        <w:t xml:space="preserve">[45:08] </w:t>
      </w:r>
      <w:r>
        <w:t>poore maanon mein woh historical model hai. aisa nahi ke woh koi mythology hai. koi kahani is qism ki hai jo story teller bayan kiya karte hain.</w:t>
      </w:r>
    </w:p>
    <w:p>
      <w:pPr>
        <w:jc w:val="right"/>
      </w:pPr>
      <w:r>
        <w:t>پورے معنوں میں وہ ہسٹوریکل ماڈل ہے۔ ایسا نہیں کہ وہ کوئی میتھالوجی ہے۔ کوئی کہانی اس قسم کی ہے جو سٹوری ٹیلر بیان کیا کرتے ہیں۔</w:t>
      </w:r>
    </w:p>
    <w:p>
      <w:r>
        <w:rPr>
          <w:b/>
        </w:rPr>
        <w:t xml:space="preserve">[45:22] </w:t>
      </w:r>
      <w:r>
        <w:t>woh aisa nahi hai.</w:t>
      </w:r>
    </w:p>
    <w:p>
      <w:pPr>
        <w:jc w:val="right"/>
      </w:pPr>
      <w:r>
        <w:t>وہ ایسا نہیں ہے۔</w:t>
      </w:r>
    </w:p>
    <w:p>
      <w:r>
        <w:rPr>
          <w:b/>
        </w:rPr>
        <w:t xml:space="preserve">[45:25] </w:t>
      </w:r>
      <w:r>
        <w:t>poore maanon mein woh ek history hai historical model hai. ek tareekhi namuna hai.</w:t>
      </w:r>
    </w:p>
    <w:p>
      <w:pPr>
        <w:jc w:val="right"/>
      </w:pPr>
      <w:r>
        <w:t>پورے معنوں میں وہ ایک ہسٹری ہے ہسٹوریکل ماڈل ہے۔ ایک تاریخی نمونہ ہے۔</w:t>
      </w:r>
    </w:p>
    <w:p>
      <w:r>
        <w:rPr>
          <w:b/>
        </w:rPr>
        <w:t xml:space="preserve">[45:35] </w:t>
      </w:r>
      <w:r>
        <w:t>to is ko to hamein follow karna hi karna hai. hum is ke khilaf nahi ja sakte. is ke khilaf jana hamare hamare bas se bahar hai.</w:t>
      </w:r>
    </w:p>
    <w:p>
      <w:pPr>
        <w:jc w:val="right"/>
      </w:pPr>
      <w:r>
        <w:t>تو اس کو تو ہمیں فالو کرنا ہی کرنا ہے۔ ہم اس کے خلاف نہیں جا سکتے۔ اس کے خلاف جانا ہمارے ہمارے بس سے باہر ہے۔</w:t>
      </w:r>
    </w:p>
    <w:p>
      <w:r>
        <w:rPr>
          <w:b/>
        </w:rPr>
        <w:t xml:space="preserve">[45:51] </w:t>
      </w:r>
      <w:r>
        <w:t>ab dekhiye ek waqia mein arz karoon madine mein do bhai the. to ek bhai jo tha woh agriculture ka kaam karta tha.</w:t>
      </w:r>
    </w:p>
    <w:p>
      <w:pPr>
        <w:jc w:val="right"/>
      </w:pPr>
      <w:r>
        <w:t>اب دیکھیے ایک واقعہ میں عرض کروں مدینے میں دو بھائی تھے۔ تو ایک بھائی جو تھا وہ ایگریکلچر کا کام کرتا تھا۔</w:t>
      </w:r>
    </w:p>
    <w:p>
      <w:r>
        <w:rPr>
          <w:b/>
        </w:rPr>
        <w:t xml:space="preserve">[46:06] </w:t>
      </w:r>
      <w:r>
        <w:t>wahan par agriculture ka kaam hua karta tha. aur doosra bhai jo tha woh ja kar rasool Allah ke pas baithta tha wahan par deen ki baatein seekhta tha.</w:t>
      </w:r>
    </w:p>
    <w:p>
      <w:pPr>
        <w:jc w:val="right"/>
      </w:pPr>
      <w:r>
        <w:t>وہاں پر ایگریکلچر کا کام ہوا کرتا تھا۔ اور دوسرا بھائی جو تھا وہ جا کر رسول اللہ کے پاس بیٹھتا تھا وہاں پر دین کی باتیں سیکھتا تھا۔</w:t>
      </w:r>
    </w:p>
    <w:p>
      <w:r>
        <w:rPr>
          <w:b/>
        </w:rPr>
        <w:t xml:space="preserve">[46:16] </w:t>
      </w:r>
      <w:r>
        <w:t>woh ja kar ke bhai ko batata bhi tha.</w:t>
      </w:r>
    </w:p>
    <w:p>
      <w:pPr>
        <w:jc w:val="right"/>
      </w:pPr>
      <w:r>
        <w:t>وہ جا کر کے بھائی کو بتاتا بھی تھا۔</w:t>
      </w:r>
    </w:p>
    <w:p>
      <w:r>
        <w:rPr>
          <w:b/>
        </w:rPr>
        <w:t xml:space="preserve">[46:19] </w:t>
      </w:r>
      <w:r>
        <w:t>to bhai ko yeh feeling aai ke mehnat mein karta hoon woh ja kar khali wahan baithta hai aur seekhta hai baqi jo hai zara jo agriculture ka kaam hai woh to sara mujhe karna parta hai.</w:t>
      </w:r>
    </w:p>
    <w:p>
      <w:pPr>
        <w:jc w:val="right"/>
      </w:pPr>
      <w:r>
        <w:t>تو بھائی کو یہ فیلنگ آئی کہ محنت میں کرتا ہوں وہ جا کر خالی وہاں بیٹھتا ہے اور سیکھتا ہے باقی جو ہے ذرا جو ایگریکلچر کا کام ہے وہ تو سارا مجھے کرنا پڑتا ہے۔</w:t>
      </w:r>
    </w:p>
    <w:p>
      <w:r>
        <w:rPr>
          <w:b/>
        </w:rPr>
        <w:t xml:space="preserve">[46:36] </w:t>
      </w:r>
      <w:r>
        <w:t>to us ne rasool Allah se shikayat ki. to</w:t>
      </w:r>
    </w:p>
    <w:p>
      <w:pPr>
        <w:jc w:val="right"/>
      </w:pPr>
      <w:r>
        <w:t>تو اس نے رسول اللہ سے شکایت کی۔ تو</w:t>
      </w:r>
    </w:p>
    <w:p>
      <w:r>
        <w:rPr>
          <w:b/>
        </w:rPr>
        <w:t xml:space="preserve">[46:41] </w:t>
      </w:r>
      <w:r>
        <w:t>aap ne kaha ke la'allak turzaq beh la'allak turzaq beh shayad ke tum ko rizq isi ki wajah se mil raha ho.</w:t>
      </w:r>
    </w:p>
    <w:p>
      <w:pPr>
        <w:jc w:val="right"/>
      </w:pPr>
      <w:r>
        <w:t>آپ نے کہا کہ لعلک ترزق بہ لعلک ترزق بہ شاید کہ تم کو رزق اسی کی وجہ سے مل رہا ہو۔</w:t>
      </w:r>
    </w:p>
    <w:p>
      <w:r>
        <w:rPr>
          <w:b/>
        </w:rPr>
        <w:t xml:space="preserve">[46:56] </w:t>
      </w:r>
      <w:r>
        <w:t>shayad ke tum ko rizq isi ki wajah se mil raha ho.</w:t>
      </w:r>
    </w:p>
    <w:p>
      <w:pPr>
        <w:jc w:val="right"/>
      </w:pPr>
      <w:r>
        <w:t>شاید کہ تم کو رزق اسی کی وجہ سے مل رہا ہو۔</w:t>
      </w:r>
    </w:p>
    <w:p>
      <w:r>
        <w:rPr>
          <w:b/>
        </w:rPr>
        <w:t xml:space="preserve">[47:00] </w:t>
      </w:r>
      <w:r>
        <w:t>is se dekhiye ek model mila. ke agar ghar mein do bhai hain to dono bhai bas khali paisa kamayein paisa kamayein paisa kamayein yeh koi tareeqa nahi hai.</w:t>
      </w:r>
    </w:p>
    <w:p>
      <w:pPr>
        <w:jc w:val="right"/>
      </w:pPr>
      <w:r>
        <w:t>اس سے دیکھیے ایک ماڈل ملا۔ کہ اگر گھر میں دو بھائی ہیں تو دونوں بھائی بس خالی پیسہ کمائیں پیسہ کمائیں پیسہ کمائیں یہ کوئی طریقہ نہیں ہے۔</w:t>
      </w:r>
    </w:p>
    <w:p>
      <w:r>
        <w:rPr>
          <w:b/>
        </w:rPr>
        <w:t xml:space="preserve">[47:15] </w:t>
      </w:r>
      <w:r>
        <w:t>ek bhai agar paisa kamaye ek bhai deen ka kaam kare aapas mein baant lein. is mein yeh model milta hai hum ko.</w:t>
      </w:r>
    </w:p>
    <w:p>
      <w:pPr>
        <w:jc w:val="right"/>
      </w:pPr>
      <w:r>
        <w:t>ایک بھائی اگر پیسہ کمائے ایک بھائی دین کا کام کرے آپس میں بانٹ لیں۔ اس میں یہ ماڈل ملتا ہے ہم کو۔</w:t>
      </w:r>
    </w:p>
    <w:p>
      <w:r>
        <w:rPr>
          <w:b/>
        </w:rPr>
        <w:t xml:space="preserve">[47:27] </w:t>
      </w:r>
      <w:r>
        <w:t>yeh nahi ke bas do bhai hain to bas sara yani earning earning enable bane hue hain bas khoob kamao ziyada kamao ziyada kamao ziyada kamao.</w:t>
      </w:r>
    </w:p>
    <w:p>
      <w:pPr>
        <w:jc w:val="right"/>
      </w:pPr>
      <w:r>
        <w:t>یہ نہیں کہ بس دو بھائی ہیں تو بس سارا یعنی ارننگ ارننگ انیبل بنے ہوئے ہیں بس خوب کماؤ زیادہ کماؤ زیادہ کماؤ زیادہ کماؤ۔</w:t>
      </w:r>
    </w:p>
    <w:p>
      <w:r>
        <w:rPr>
          <w:b/>
        </w:rPr>
        <w:t xml:space="preserve">[47:38] </w:t>
      </w:r>
      <w:r>
        <w:t>yehahan tak ke ek akela aadmi suppose hai tab bhi is ko apni zindagi mein do hissa karna chahiye. yani 50 percent kamana 50 percent deen mein apna time dena.</w:t>
      </w:r>
    </w:p>
    <w:p>
      <w:pPr>
        <w:jc w:val="right"/>
      </w:pPr>
      <w:r>
        <w:t>یہاں تک کہ ایک اکیلا آدمی سپوز ہے تب بھی اس کو اپنی زندگی میں دو حصہ کرنا چاہیے۔ یعنی 50 پرسنٹ کمانا 50 پرسنٹ دین میں اپنا ٹائم دینا۔</w:t>
      </w:r>
    </w:p>
    <w:p>
      <w:r>
        <w:rPr>
          <w:b/>
        </w:rPr>
        <w:t xml:space="preserve">[47:51] </w:t>
      </w:r>
      <w:r>
        <w:t>yani apne time ke do hisse karo. one man two mission bano.</w:t>
      </w:r>
    </w:p>
    <w:p>
      <w:pPr>
        <w:jc w:val="right"/>
      </w:pPr>
      <w:r>
        <w:t>یعنی اپنے ٹائم کے دو حصے کرو۔ ون مین ٹو مشن بنو۔</w:t>
      </w:r>
    </w:p>
    <w:p>
      <w:r>
        <w:rPr>
          <w:b/>
        </w:rPr>
        <w:t xml:space="preserve">[47:58] </w:t>
      </w:r>
      <w:r>
        <w:t>one man two mission. yani 50 percent kamai 50 percent deen ka kaam dawat ka kaam. to yeh bhi ek model hai.</w:t>
      </w:r>
    </w:p>
    <w:p>
      <w:pPr>
        <w:jc w:val="right"/>
      </w:pPr>
      <w:r>
        <w:t>ون مین ٹو مشن۔ یعنی 50 پرسنٹ کمائی 50 پرسنٹ دین کا کام دعوت کا کام۔ تو یہ بھی ایک ماڈل ہے۔</w:t>
      </w:r>
    </w:p>
    <w:p>
      <w:r>
        <w:rPr>
          <w:b/>
        </w:rPr>
        <w:t xml:space="preserve">[48:10] </w:t>
      </w:r>
      <w:r>
        <w:t>yeh bhi ek model hai ke apne aap ko earning enable na bana lo. balkeh kamai ke sath sath deen ka kaam bhi karte raho.</w:t>
      </w:r>
    </w:p>
    <w:p>
      <w:pPr>
        <w:jc w:val="right"/>
      </w:pPr>
      <w:r>
        <w:t>یہ بھی ایک ماڈل ہے کہ اپنے آپ کو ارننگ انیبل نہ بنا لو۔ بلکہ کمائی کے ساتھ ساتھ دین کا کام بھی کرتے رہو۔</w:t>
      </w:r>
    </w:p>
    <w:p>
      <w:r>
        <w:rPr>
          <w:b/>
        </w:rPr>
        <w:t xml:space="preserve">[48:21] </w:t>
      </w:r>
      <w:r>
        <w:t>dawat ka kaam bhi karte raho.</w:t>
      </w:r>
    </w:p>
    <w:p>
      <w:pPr>
        <w:jc w:val="right"/>
      </w:pPr>
      <w:r>
        <w:t>دعوت کا کام بھی کرتے رہو۔</w:t>
      </w:r>
    </w:p>
    <w:p>
      <w:r>
        <w:rPr>
          <w:b/>
        </w:rPr>
        <w:t xml:space="preserve">[48:26] </w:t>
      </w:r>
      <w:r>
        <w:t>to yaad rakhiye har maamle mein model hai.</w:t>
      </w:r>
    </w:p>
    <w:p>
      <w:pPr>
        <w:jc w:val="right"/>
      </w:pPr>
      <w:r>
        <w:t>تو یاد رکھیے ہر معاملے میں ماڈل ہے۔</w:t>
      </w:r>
    </w:p>
    <w:p>
      <w:r>
        <w:rPr>
          <w:b/>
        </w:rPr>
        <w:t xml:space="preserve">[48:31] </w:t>
      </w:r>
      <w:r>
        <w:t>har mamle mein hamare hamare liye un ke haan namuna maujood hai.</w:t>
      </w:r>
    </w:p>
    <w:p>
      <w:pPr>
        <w:jc w:val="right"/>
      </w:pPr>
      <w:r>
        <w:t>ہر معاملے میں ہمارے ہمارے لیے ان کے ہاں نمونہ موجود ہے۔</w:t>
      </w:r>
    </w:p>
    <w:p>
      <w:r>
        <w:rPr>
          <w:b/>
        </w:rPr>
        <w:t xml:space="preserve">[48:39] </w:t>
      </w:r>
      <w:r>
        <w:t>ab jaise ke main arz karoon hazrat umar farooq jo thay woh khalifa thay aur sahabi thay. to ek baar ek aadmi un se milne ke liye gaye.</w:t>
      </w:r>
    </w:p>
    <w:p>
      <w:pPr>
        <w:jc w:val="right"/>
      </w:pPr>
      <w:r>
        <w:t>اب جیسے کہ میں عرض کروں حضرت عمر فاروق جو تھے وہ خلیفہ تھے اور صحابی تھے۔ تو ایک بار ایک آدمی ان سے ملنے کے لیے گئے۔</w:t>
      </w:r>
    </w:p>
    <w:p>
      <w:r>
        <w:rPr>
          <w:b/>
        </w:rPr>
        <w:t xml:space="preserve">[48:52] </w:t>
      </w:r>
      <w:r>
        <w:t>to un ke haan jo khadim tha jo servant tha us ne kaha ke abhi woh so rahe hain.</w:t>
      </w:r>
    </w:p>
    <w:p>
      <w:pPr>
        <w:jc w:val="right"/>
      </w:pPr>
      <w:r>
        <w:t>تو ان کے ہاں جو خادم تھا جو سرونٹ تھا اس نے کہا کہ ابھی وہ سو رہے ہیں۔</w:t>
      </w:r>
    </w:p>
    <w:p>
      <w:r>
        <w:rPr>
          <w:b/>
        </w:rPr>
        <w:t xml:space="preserve">[49:02] </w:t>
      </w:r>
      <w:r>
        <w:t>to baith gaye baat karne ke liye us se poocha ke bhai umar kaise hain? to us ne kaha ke umar jo hain bohat achhe hain lekin jab un ko ghussa aa jata hai to phir woh apne mein nahin rehte.</w:t>
      </w:r>
    </w:p>
    <w:p>
      <w:pPr>
        <w:jc w:val="right"/>
      </w:pPr>
      <w:r>
        <w:t>تو بیٹھ گئے بات کرنے کے لیے اس سے پوچھا کہ بھئی عمر کیسے ہیں؟ تو اس نے کہا کہ عمر جو ہیں بہت اچھے ہیں لیکن جب ان کو غصہ آ جاتا ہے تو پھر وہ اپنے میں نہیں رہتے۔</w:t>
      </w:r>
    </w:p>
    <w:p>
      <w:r>
        <w:rPr>
          <w:b/>
        </w:rPr>
        <w:t xml:space="preserve">[49:19] </w:t>
      </w:r>
      <w:r>
        <w:t>ghussa aa jata hai to out of control ho jate hain.</w:t>
      </w:r>
    </w:p>
    <w:p>
      <w:pPr>
        <w:jc w:val="right"/>
      </w:pPr>
      <w:r>
        <w:t>غصہ آ جاتا ہے تو آؤٹ آف کنٹرول ہو جاتے ہیں۔</w:t>
      </w:r>
    </w:p>
    <w:p>
      <w:r>
        <w:rPr>
          <w:b/>
        </w:rPr>
        <w:t xml:space="preserve">[49:23] </w:t>
      </w:r>
      <w:r>
        <w:t>to unhon ne kaha ke agar main tumhari jagah hota to main kya karta? jab main dekhta ke un ko ghussa aa gaya hai to foran main parh deta koi ayat quran ki ayat.</w:t>
      </w:r>
    </w:p>
    <w:p>
      <w:pPr>
        <w:jc w:val="right"/>
      </w:pPr>
      <w:r>
        <w:t>تو انہوں نے کہا کہ اگر میں تمہاری جگہ ہوتا تو میں کیا کرتا؟ جب میں دیکھتا کہ ان کو غصہ آ گیا ہے تو فوراً میں پڑھ دیتا کوئی آیت قرآن کی آیت۔</w:t>
      </w:r>
    </w:p>
    <w:p>
      <w:r>
        <w:rPr>
          <w:b/>
        </w:rPr>
        <w:t xml:space="preserve">[49:36] </w:t>
      </w:r>
      <w:r>
        <w:t>isi waqt woh thande ho jate yani apne aur un ke beech mein quran rakh deta. aur waqatan aise hi hota tha.</w:t>
      </w:r>
    </w:p>
    <w:p>
      <w:pPr>
        <w:jc w:val="right"/>
      </w:pPr>
      <w:r>
        <w:t>اسی وقت وہ ٹھنڈے ہو جاتے یعنی اپنے اور ان کے بیچ میں قرآن رکھ دیتا۔ اور واقعتاً ایسے ہی ہوتا تھا۔</w:t>
      </w:r>
    </w:p>
    <w:p>
      <w:r>
        <w:rPr>
          <w:b/>
        </w:rPr>
        <w:t xml:space="preserve">[49:48] </w:t>
      </w:r>
      <w:r>
        <w:t>jab bhi un ko ghussa aata tha to bohat pehalwan qism ke aadmi thay. to woh aadmi jo tha jaldi se parh deta tha koi ayat.</w:t>
      </w:r>
    </w:p>
    <w:p>
      <w:pPr>
        <w:jc w:val="right"/>
      </w:pPr>
      <w:r>
        <w:t>جب بھی ان کو غصہ آتا تھا تو بہت پہلوان قسم کے آدمی تھے۔ تو وہ آدمی جو تھا جلدی سے پڑھ دیتا تھا کوئی آیت۔</w:t>
      </w:r>
    </w:p>
    <w:p>
      <w:r>
        <w:rPr>
          <w:b/>
        </w:rPr>
        <w:t xml:space="preserve">[50:01] </w:t>
      </w:r>
      <w:r>
        <w:t>jaise ek saahab aaye aur koi unhon ne aisi baat ki jo bohat hi ulti baat thi to hazrat umar ko ghussa aa gaya. uthe un ko maarne ke liye.</w:t>
      </w:r>
    </w:p>
    <w:p>
      <w:pPr>
        <w:jc w:val="right"/>
      </w:pPr>
      <w:r>
        <w:t>جیسے ایک صاحب آئے اور کوئی انہوں نے ایسی بات کی جو بہت ہی الٹی بات تھی تو حضرت عمر کو غصہ آ گیا۔ اٹھے ان کو مارنے کے لیے۔</w:t>
      </w:r>
    </w:p>
    <w:p>
      <w:r>
        <w:rPr>
          <w:b/>
        </w:rPr>
        <w:t xml:space="preserve">[50:15] </w:t>
      </w:r>
      <w:r>
        <w:t>to us waqt ek saahab thay woh khare ho gaye</w:t>
      </w:r>
    </w:p>
    <w:p>
      <w:pPr>
        <w:jc w:val="right"/>
      </w:pPr>
      <w:r>
        <w:t>تو اس وقت ایک صاحب تھے وہ کھڑے ہو گئے</w:t>
      </w:r>
    </w:p>
    <w:p>
      <w:r>
        <w:rPr>
          <w:b/>
        </w:rPr>
        <w:t xml:space="preserve">[50:18] </w:t>
      </w:r>
      <w:r>
        <w:t>unhon ne ek ayat parh di. woh ayat yeh thi ke wa'ariz al-jahileen yeh quran ki ayat hai wa'ariz al-jahileen yani nadan logon se avoid karo.</w:t>
      </w:r>
    </w:p>
    <w:p>
      <w:pPr>
        <w:jc w:val="right"/>
      </w:pPr>
      <w:r>
        <w:t>انہوں نے ایک آیت پڑھ دی۔ وہ آیت یہ تھی کہ واعرض الجاہلین یہ قرآن کی آیت ہے واعرض الجاہلین یعنی نادان لوگوں سے اوائڈ کرو۔</w:t>
      </w:r>
    </w:p>
    <w:p>
      <w:r>
        <w:rPr>
          <w:b/>
        </w:rPr>
        <w:t xml:space="preserve">[50:35] </w:t>
      </w:r>
      <w:r>
        <w:t>nadan log nadani karenge jaise is ne nadani ki.</w:t>
      </w:r>
    </w:p>
    <w:p>
      <w:pPr>
        <w:jc w:val="right"/>
      </w:pPr>
      <w:r>
        <w:t>نادان لوگ نادانی کریں گے جیسے اس نے نادانی کی۔</w:t>
      </w:r>
    </w:p>
    <w:p>
      <w:r>
        <w:rPr>
          <w:b/>
        </w:rPr>
        <w:t xml:space="preserve">[50:43] </w:t>
      </w:r>
      <w:r>
        <w:t>to nadan logon se avoid karo wa'ariz al-jahileen.</w:t>
      </w:r>
    </w:p>
    <w:p>
      <w:pPr>
        <w:jc w:val="right"/>
      </w:pPr>
      <w:r>
        <w:t>تو نادان لوگوں سے اوائڈ کرو واعرض الجاہلین۔</w:t>
      </w:r>
    </w:p>
    <w:p>
      <w:r>
        <w:rPr>
          <w:b/>
        </w:rPr>
        <w:t xml:space="preserve">[50:49] </w:t>
      </w:r>
      <w:r>
        <w:t>jaise hi unhon ne yeh parha foran kya hua umar jo hai ek dam thande ho gaye. jaise balloon ki hawa nikal jaye.</w:t>
      </w:r>
    </w:p>
    <w:p>
      <w:pPr>
        <w:jc w:val="right"/>
      </w:pPr>
      <w:r>
        <w:t>جیسے ہی انہوں نے یہ پڑھا فوراً کیا ہوا عمر جو ہے ایک دم ٹھنڈے ہو گئے۔ جیسے بلون کی ہوا نکل جائے۔</w:t>
      </w:r>
    </w:p>
    <w:p>
      <w:r>
        <w:rPr>
          <w:b/>
        </w:rPr>
        <w:t xml:space="preserve">[50:59] </w:t>
      </w:r>
      <w:r>
        <w:t>ab dekhiye yeh bhi ek model hai. ke aap ko ghussa aaye to quran ki ayat sun kar aap thande par jayen.</w:t>
      </w:r>
    </w:p>
    <w:p>
      <w:pPr>
        <w:jc w:val="right"/>
      </w:pPr>
      <w:r>
        <w:t>اب دیکھیے یہ بھی ایک ماڈل ہے۔ کہ آپ کو غصہ آئے تو قرآن کی آیت سن کر آپ ٹھنڈے پڑ جائیں۔</w:t>
      </w:r>
    </w:p>
    <w:p>
      <w:r>
        <w:rPr>
          <w:b/>
        </w:rPr>
        <w:t xml:space="preserve">[51:08] </w:t>
      </w:r>
      <w:r>
        <w:t>aap ko revenge aaye to quran ki ayat sun kar ke aap ki revenge khatam ho jaye.</w:t>
      </w:r>
    </w:p>
    <w:p>
      <w:pPr>
        <w:jc w:val="right"/>
      </w:pPr>
      <w:r>
        <w:t>آپ کو ریونج آئے تو قرآن کی آیت سن کر کہ آپ کی ریونج ختم ہو جائے۔</w:t>
      </w:r>
    </w:p>
    <w:p>
      <w:r>
        <w:rPr>
          <w:b/>
        </w:rPr>
        <w:t xml:space="preserve">[51:16] </w:t>
      </w:r>
      <w:r>
        <w:t>quran aap kisi se maaf karne ke ikhtiyar na hon to quran ki ayat parh di jaye. to aap keh den ke bhai hum ne maaf kiya is ko.</w:t>
      </w:r>
    </w:p>
    <w:p>
      <w:pPr>
        <w:jc w:val="right"/>
      </w:pPr>
      <w:r>
        <w:t>قرآن آپ کسی سے معاف کرنے کے اختیار نہ ہوں تو قرآن کی آیت پڑھ دی جائے۔ تو آپ کہہ دیں کہ بھئی ہم نے معاف کیا اس کو۔</w:t>
      </w:r>
    </w:p>
    <w:p>
      <w:r>
        <w:rPr>
          <w:b/>
        </w:rPr>
        <w:t xml:space="preserve">[51:28] </w:t>
      </w:r>
      <w:r>
        <w:t>len den mein koi jhagda ho raha hai quran ki ek ayat parh di jaye. quran ki ek ayat us waqt parhi jaye to aap kahain ke bhai chalo baat khatam.</w:t>
      </w:r>
    </w:p>
    <w:p>
      <w:pPr>
        <w:jc w:val="right"/>
      </w:pPr>
      <w:r>
        <w:t>لین دین میں کوئی جھگڑا ہو رہا ہے قرآن کی ایک آیت پڑھ جائے۔ قرآن کی ایک آیت اس وقت پڑھی جائے تو آپ کہیں کہ بھائی چلو بات ختم۔</w:t>
      </w:r>
    </w:p>
    <w:p>
      <w:r>
        <w:rPr>
          <w:b/>
        </w:rPr>
        <w:t xml:space="preserve">[51:40] </w:t>
      </w:r>
      <w:r>
        <w:t>ab quran ki ayat aa gayi to</w:t>
      </w:r>
    </w:p>
    <w:p>
      <w:pPr>
        <w:jc w:val="right"/>
      </w:pPr>
      <w:r>
        <w:t>اب قرآن کی آیت آ گئی تو</w:t>
      </w:r>
    </w:p>
    <w:p>
      <w:r>
        <w:rPr>
          <w:b/>
        </w:rPr>
        <w:t xml:space="preserve">[51:42] </w:t>
      </w:r>
      <w:r>
        <w:t>ab baat khatam. to aap dekhiye yeh bhi ek model hai. yeh bhi ek model hai. to yaad rakhiye yeh jo tareeqa hai ke masjid mein hum jab jate hain to wahan pata karte hain ke rasool Allah kahin namaz parhte thay.</w:t>
      </w:r>
    </w:p>
    <w:p>
      <w:pPr>
        <w:jc w:val="right"/>
      </w:pPr>
      <w:r>
        <w:t>اب بات ختم۔ تو آپ دیکھیے یہ بھی ایک ماڈل ہے۔ یہ بھی ایک ماڈل ہے۔ تو یاد رکھیے یہ جو طریقہ ہے کہ مسجد میں ہم جب جاتے ہیں تو وہاں پتہ کرتے ہیں کہ رسول اللہ کہیں نماز پڑھتے تھے۔</w:t>
      </w:r>
    </w:p>
    <w:p>
      <w:r>
        <w:rPr>
          <w:b/>
        </w:rPr>
        <w:t xml:space="preserve">[51:57] </w:t>
      </w:r>
      <w:r>
        <w:t>yeh form ke aitbar se woh bhi form ke aitbar se hota hai. to isi form ko hum dohrana chahte hain.</w:t>
      </w:r>
    </w:p>
    <w:p>
      <w:pPr>
        <w:jc w:val="right"/>
      </w:pPr>
      <w:r>
        <w:t>یہ فارم کے اعتبار سے وہ بھی فارم کے اعتبار سے ہوتا ہے۔ تو اسی فارم کو ہم دہرانا چاہتے ہیں۔</w:t>
      </w:r>
    </w:p>
    <w:p>
      <w:r>
        <w:rPr>
          <w:b/>
        </w:rPr>
        <w:t xml:space="preserve">[52:07] </w:t>
      </w:r>
      <w:r>
        <w:t>aur doosri cheezon mein hum ek dam bhool jate hain.</w:t>
      </w:r>
    </w:p>
    <w:p>
      <w:pPr>
        <w:jc w:val="right"/>
      </w:pPr>
      <w:r>
        <w:t>اور دوسری چیزوں میں ہم ایک دم بھول جاتے ہیں۔</w:t>
      </w:r>
    </w:p>
    <w:p>
      <w:r>
        <w:rPr>
          <w:b/>
        </w:rPr>
        <w:t xml:space="preserve">[52:14] </w:t>
      </w:r>
      <w:r>
        <w:t>doosri cheezon mein jaise masjid mein maine dekha kai baar ke lad jate hain kisi baat par ghussa ho gaya to lad gaye. halanke ladna to hai hi nahin.</w:t>
      </w:r>
    </w:p>
    <w:p>
      <w:pPr>
        <w:jc w:val="right"/>
      </w:pPr>
      <w:r>
        <w:t>دوسری چیزوں میں جیسے مسجد میں میں نے دیکھا کئی بار کہ لڑ جاتے ہیں کسی بات پر غصہ ہو گیا تو لڑ گئے۔ حالانکہ لڑنا تو ہے ہی نہیں۔</w:t>
      </w:r>
    </w:p>
    <w:p>
      <w:r>
        <w:rPr>
          <w:b/>
        </w:rPr>
        <w:t xml:space="preserve">[52:25] </w:t>
      </w:r>
      <w:r>
        <w:t>ladna to jaiz hi nahin. koi ladne ka model nahin hai. aapas mein ladne ka koi model nahin. sahaba aapas mein narte thay.</w:t>
      </w:r>
    </w:p>
    <w:p>
      <w:pPr>
        <w:jc w:val="right"/>
      </w:pPr>
      <w:r>
        <w:t>لڑنا تو جائز ہی نہیں۔ کوئی لڑنے کا ماڈل نہیں ہے۔ آپس میں لڑنے کا کوئی ماڈل نہیں۔ صحابہ آپس میں نڑتے تھے۔</w:t>
      </w:r>
    </w:p>
    <w:p>
      <w:r>
        <w:rPr>
          <w:b/>
        </w:rPr>
        <w:t xml:space="preserve">[52:40] </w:t>
      </w:r>
      <w:r>
        <w:t>to yeh bohat bhari bhool hai ke hum jab hajj ke liye jate hain hajj mein woh pura pata karte hain ke rasool Allah ne kaise hajj kiya. yani form ke aitbar se.</w:t>
      </w:r>
    </w:p>
    <w:p>
      <w:pPr>
        <w:jc w:val="right"/>
      </w:pPr>
      <w:r>
        <w:t>تو یہ بہت بھاری بھول ہے کہ ہم جب حج کے لیے جاتے ہیں حج میں وہ پورا پتہ کرتے ہیں کہ رسول اللہ نے کیسے حج کیا۔ یعنی فارم کے اعتبار سے۔</w:t>
      </w:r>
    </w:p>
    <w:p>
      <w:r>
        <w:rPr>
          <w:b/>
        </w:rPr>
        <w:t xml:space="preserve">[52:53] </w:t>
      </w:r>
      <w:r>
        <w:t>kitaab mein le ke jaate hain is ko rakhte rehte hain ke aise dua parhi aap ne aise haj kiya aap ne. to haj ka jo form hai is ko khoob khoob hum chahte hain ke follow karein is ko.</w:t>
      </w:r>
    </w:p>
    <w:p>
      <w:pPr>
        <w:jc w:val="right"/>
      </w:pPr>
      <w:r>
        <w:t>کتاب میں لے کے جاتے ہیں اس کو رکھتے رہتے ہیں کہ ایسے دعا پڑھی آپ نے ایسے حج کیا آپ نے۔ تو حج کا جو فارم ہے اس کو خوب خوب ہم چاہتے ہیں کہ فالو کریں اس کو۔</w:t>
      </w:r>
    </w:p>
    <w:p>
      <w:r>
        <w:rPr>
          <w:b/>
        </w:rPr>
        <w:t xml:space="preserve">[53:09] </w:t>
      </w:r>
      <w:r>
        <w:t>jaise namaz mein hum karte hain aisa. lekin jo zindagi hai is mein hum bhool jaate hain ke wahan bhi ek model hai.</w:t>
      </w:r>
    </w:p>
    <w:p>
      <w:pPr>
        <w:jc w:val="right"/>
      </w:pPr>
      <w:r>
        <w:t>جیسے نماز میں ہم کرتے ہیں ایسا۔ لیکن جو زندگی ہے اس میں ہم بھول جاتے ہیں کہ وہاں بھی ایک ماڈل ہے۔</w:t>
      </w:r>
    </w:p>
    <w:p>
      <w:r>
        <w:rPr>
          <w:b/>
        </w:rPr>
        <w:t xml:space="preserve">[53:23] </w:t>
      </w:r>
      <w:r>
        <w:t>yeh bohat zyada zaroori hai ke jaanen hum ke model ka ta'alluq zindagi ke saare mamlaat se hai. saare mamlaat se hai.</w:t>
      </w:r>
    </w:p>
    <w:p>
      <w:pPr>
        <w:jc w:val="right"/>
      </w:pPr>
      <w:r>
        <w:t>یہ بہت زیادہ ضروری ہے کہ جانیں ہم کہ ماڈل کا تعلق زندگی کے سارے معاملات سے ہے۔ سارے معاملات سے ہے۔</w:t>
      </w:r>
    </w:p>
    <w:p>
      <w:r>
        <w:rPr>
          <w:b/>
        </w:rPr>
        <w:t xml:space="preserve">[53:38] </w:t>
      </w:r>
      <w:r>
        <w:t>jaise ek hadith hai ke Khuda ki qasam woh shakhs momin nahi hai jo apne parosi ke liye problem create kare.</w:t>
      </w:r>
    </w:p>
    <w:p>
      <w:pPr>
        <w:jc w:val="right"/>
      </w:pPr>
      <w:r>
        <w:t>جیسے ایک حدیث ہے کہ خدا کی قسم وہ شخص مومن نہیں ہے جو اپنے پڑوسی کے لیے پرابلم کریٹ کرے۔</w:t>
      </w:r>
    </w:p>
    <w:p>
      <w:r>
        <w:rPr>
          <w:b/>
        </w:rPr>
        <w:t xml:space="preserve">[53:52] </w:t>
      </w:r>
      <w:r>
        <w:t>ab dekhiye yeh bhi ek model hai ke jo aadmi aap ka parosi hai us ke liye aap problem create nahi kar sakte. to poora samaaj aap ka parosi hai.</w:t>
      </w:r>
    </w:p>
    <w:p>
      <w:pPr>
        <w:jc w:val="right"/>
      </w:pPr>
      <w:r>
        <w:t>اب دیکھیے یہ بھی ایک ماڈل ہے کہ جو آدمی آپ کا پڑوسی ہے اس کے لیے آپ پرابلم کریٹ نہیں کر سکتے۔ تو پورا سماج آپ کا پڑوسی ہے۔</w:t>
      </w:r>
    </w:p>
    <w:p>
      <w:r>
        <w:rPr>
          <w:b/>
        </w:rPr>
        <w:t xml:space="preserve">[54:04] </w:t>
      </w:r>
      <w:r>
        <w:t>ab electronic zamane mein to saari duniya aap ka electronic parosi hai. yeh to electronic neighborhood ka zamana aa gaya hai ab.</w:t>
      </w:r>
    </w:p>
    <w:p>
      <w:pPr>
        <w:jc w:val="right"/>
      </w:pPr>
      <w:r>
        <w:t>اب الیکٹرانک زمانے میں تو ساری دنیا آپ کا الیکٹرانک پڑوسی ہے۔ یہ تو الیکٹرانک نیبرہڈ کا زمانہ آ گیا ہے اب۔</w:t>
      </w:r>
    </w:p>
    <w:p>
      <w:r>
        <w:rPr>
          <w:b/>
        </w:rPr>
        <w:t xml:space="preserve">[54:18] </w:t>
      </w:r>
      <w:r>
        <w:t>pehlay local neighborhood hua karti thi. ab electronic neighborhood electronic neighborhood ka zamana aa gaya. saari duniya aap ka parosi ban gayi.</w:t>
      </w:r>
    </w:p>
    <w:p>
      <w:pPr>
        <w:jc w:val="right"/>
      </w:pPr>
      <w:r>
        <w:t>پہلے لوکل نیبرہڈ ہوا کرتی تھی۔ اب الیکٹرانک نیبرہڈ الیکٹرانک نیبرہڈ کا زمانہ آ گیا۔ ساری دنیا آپ کا پڑوسی بن گئی۔</w:t>
      </w:r>
    </w:p>
    <w:p>
      <w:r>
        <w:rPr>
          <w:b/>
        </w:rPr>
        <w:t xml:space="preserve">[54:30] </w:t>
      </w:r>
      <w:r>
        <w:t>to new sense create karna problem create kar</w:t>
      </w:r>
    </w:p>
    <w:p>
      <w:pPr>
        <w:jc w:val="right"/>
      </w:pPr>
      <w:r>
        <w:t>تو نیو سینس کریٹ کرنا پرابلم کریٹ کر</w:t>
      </w:r>
    </w:p>
    <w:p>
      <w:r>
        <w:rPr>
          <w:b/>
        </w:rPr>
        <w:t xml:space="preserve">[54:33] </w:t>
      </w:r>
      <w:r>
        <w:t>na jaise computer mein kuch log karte hain. kisi se dushmani unhein hai to computer mein virus daal dete hain kharab kar dete hain.</w:t>
      </w:r>
    </w:p>
    <w:p>
      <w:pPr>
        <w:jc w:val="right"/>
      </w:pPr>
      <w:r>
        <w:t>نا جیسے کمپیوٹر میں کچھ لوگ کرتے ہیں۔ کسی سے دشمنی انہیں ہے تو کمپیوٹر میں وائرس ڈال دیتے ہیں خراب کر دیتے ہیں۔</w:t>
      </w:r>
    </w:p>
    <w:p>
      <w:r>
        <w:rPr>
          <w:b/>
        </w:rPr>
        <w:t xml:space="preserve">[54:44] </w:t>
      </w:r>
      <w:r>
        <w:t>yeh haraam hai Islam mein. kisi computer ko kharab karne ka aap ko right nahi hai. kisi ke liye problem banna aap ko jaiz nahi hai.</w:t>
      </w:r>
    </w:p>
    <w:p>
      <w:pPr>
        <w:jc w:val="right"/>
      </w:pPr>
      <w:r>
        <w:t>یہ حرام ہے اسلام میں۔ کسی کمپیوٹر کو خراب کرنے کا آپ کو رائٹ نہیں ہے۔ کسی کے لیے پرابلم بننا آپ کو جائز نہیں ہے۔</w:t>
      </w:r>
    </w:p>
    <w:p>
      <w:r>
        <w:rPr>
          <w:b/>
        </w:rPr>
        <w:t xml:space="preserve">[54:54] </w:t>
      </w:r>
      <w:r>
        <w:t>yeh bhi ek model hai. yeh bhi ek model hai.</w:t>
      </w:r>
    </w:p>
    <w:p>
      <w:pPr>
        <w:jc w:val="right"/>
      </w:pPr>
      <w:r>
        <w:t>یہ بھی ایک ماڈل ہے۔ یہ بھی ایک ماڈل ہے۔</w:t>
      </w:r>
    </w:p>
    <w:p>
      <w:r>
        <w:rPr>
          <w:b/>
        </w:rPr>
        <w:t xml:space="preserve">[55:00] </w:t>
      </w:r>
      <w:r>
        <w:t>kisi doosre ke liye har aadmi aap ka parosi hai.</w:t>
      </w:r>
    </w:p>
    <w:p>
      <w:pPr>
        <w:jc w:val="right"/>
      </w:pPr>
      <w:r>
        <w:t>کسی دوسرے کے لیے ہر آدمی آپ کا پڑوسی ہے۔</w:t>
      </w:r>
    </w:p>
    <w:p>
      <w:r>
        <w:rPr>
          <w:b/>
        </w:rPr>
        <w:t xml:space="preserve">[55:08] </w:t>
      </w:r>
      <w:r>
        <w:t>kisi bhi doosre aadmi ke liye aap ko jaiz nahi hai ke aap us ke liye problem banen. koi chhota sa problem bhi create karna aap ko jaiz nahi hai.</w:t>
      </w:r>
    </w:p>
    <w:p>
      <w:pPr>
        <w:jc w:val="right"/>
      </w:pPr>
      <w:r>
        <w:t>کسی بھی دوسرے آدمی کے لیے آپ کو جائز نہیں ہے کہ آپ اس کے لیے پرابلم بنیں۔ کوئی چھوٹا سا پرابلم بھی کریٹ کرنا آپ کو جائز نہیں ہے۔</w:t>
      </w:r>
    </w:p>
    <w:p>
      <w:r>
        <w:rPr>
          <w:b/>
        </w:rPr>
        <w:t xml:space="preserve">[55:22] </w:t>
      </w:r>
      <w:r>
        <w:t>to yeh bhi ek model hai.</w:t>
      </w:r>
    </w:p>
    <w:p>
      <w:pPr>
        <w:jc w:val="right"/>
      </w:pPr>
      <w:r>
        <w:t>تو یہ بھی ایک ماڈل ہے۔</w:t>
      </w:r>
    </w:p>
    <w:p>
      <w:r>
        <w:rPr>
          <w:b/>
        </w:rPr>
        <w:t xml:space="preserve">[55:26] </w:t>
      </w:r>
      <w:r>
        <w:t>ke aap kisi ke kisi ke computer mein virus daal dein to aap ne problem create kiya. yeh sab aap ne illegal kaam kiya najaaiz kaam kiya.</w:t>
      </w:r>
    </w:p>
    <w:p>
      <w:pPr>
        <w:jc w:val="right"/>
      </w:pPr>
      <w:r>
        <w:t>کہ آپ کسی کے کسی کے کمپیوٹر میں وائرس ڈال دیں تو آپ نے پرابلم کریٹ کیا۔ یہ سب آپ نے اللیگل کام کیا ناجائز کام کیا۔</w:t>
      </w:r>
    </w:p>
    <w:p>
      <w:r>
        <w:rPr>
          <w:b/>
        </w:rPr>
        <w:t xml:space="preserve">[55:38] </w:t>
      </w:r>
      <w:r>
        <w:t>to gharaaz hai ke jitne bhi mamlaat hain zindagi ke. har maamle mein ek model hai.</w:t>
      </w:r>
    </w:p>
    <w:p>
      <w:pPr>
        <w:jc w:val="right"/>
      </w:pPr>
      <w:r>
        <w:t>تو غرض ہے کہ جتنے بھی معاملات ہیں زندگی کے۔ ہر معاملے میں ایک ماڈل ہے۔</w:t>
      </w:r>
    </w:p>
    <w:p>
      <w:r>
        <w:rPr>
          <w:b/>
        </w:rPr>
        <w:t xml:space="preserve">[55:48] </w:t>
      </w:r>
      <w:r>
        <w:t>is ko jaaniye aur is ko follow kijiye.</w:t>
      </w:r>
    </w:p>
    <w:p>
      <w:pPr>
        <w:jc w:val="right"/>
      </w:pPr>
      <w:r>
        <w:t>اس کو جانیے اور اس کو فالو کیجیے۔</w:t>
      </w:r>
    </w:p>
    <w:p>
      <w:r>
        <w:rPr>
          <w:b/>
        </w:rPr>
        <w:t xml:space="preserve">[55:54] </w:t>
      </w:r>
      <w:r>
        <w:t>to namaz ke to masjid ke andar jo aap namaz parhte hain wahan bhi sahaba ke model ko follow kijiye.</w:t>
      </w:r>
    </w:p>
    <w:p>
      <w:pPr>
        <w:jc w:val="right"/>
      </w:pPr>
      <w:r>
        <w:t>تو نماز کے تو مسجد کے اندر جو آپ نماز پڑھتے ہیں وہاں بھی صحابہ کے ماڈل کو فالو کیجیے۔</w:t>
      </w:r>
    </w:p>
    <w:p>
      <w:r>
        <w:rPr>
          <w:b/>
        </w:rPr>
        <w:t xml:space="preserve">[56:07] </w:t>
      </w:r>
      <w:r>
        <w:t>masjid ke bahar jo aap zindagi guzarte hain wahan bhi sahaba ke model ko follow kijiye. apni baat cheet mein apni behaviour mein apni dealing mein har cheez mein</w:t>
      </w:r>
    </w:p>
    <w:p>
      <w:pPr>
        <w:jc w:val="right"/>
      </w:pPr>
      <w:r>
        <w:t>مسجد کے باہر جو آپ زندگی گزارتے ہیں وہاں بھی صحابہ کے ماڈل کو فالو کیجیے۔ اپنی بات چیت میں اپنی بیہیویئر میں اپنی ڈیلنگ میں ہر چیز میں</w:t>
      </w:r>
    </w:p>
    <w:p>
      <w:r>
        <w:rPr>
          <w:b/>
        </w:rPr>
        <w:t xml:space="preserve">[56:23] </w:t>
      </w:r>
      <w:r>
        <w:t>aap ko sahaba ke model ko follow karna hai.</w:t>
      </w:r>
    </w:p>
    <w:p>
      <w:pPr>
        <w:jc w:val="right"/>
      </w:pPr>
      <w:r>
        <w:t>آپ کو صحابہ کے ماڈل کو فالو کرنا ہے۔</w:t>
      </w:r>
    </w:p>
    <w:p>
      <w:r>
        <w:rPr>
          <w:b/>
        </w:rPr>
        <w:t xml:space="preserve">[56:31] </w:t>
      </w:r>
      <w:r>
        <w:t>is ke baghair aap ki zindagi poori nahi ho sakti.</w:t>
      </w:r>
    </w:p>
    <w:p>
      <w:pPr>
        <w:jc w:val="right"/>
      </w:pPr>
      <w:r>
        <w:t>اس کے بغیر آپ کی زندگی پوری نہیں ہو سکتی۔</w:t>
      </w:r>
    </w:p>
    <w:p>
      <w:r>
        <w:rPr>
          <w:b/>
        </w:rPr>
        <w:t xml:space="preserve">[56:37] </w:t>
      </w:r>
      <w:r>
        <w:t>quran mein hai ke</w:t>
      </w:r>
    </w:p>
    <w:p>
      <w:pPr>
        <w:jc w:val="right"/>
      </w:pPr>
      <w:r>
        <w:t>قرآن میں ہے کہ</w:t>
      </w:r>
    </w:p>
    <w:p>
      <w:r>
        <w:rPr>
          <w:b/>
        </w:rPr>
        <w:t xml:space="preserve">[56:40] </w:t>
      </w:r>
      <w:r>
        <w:t>poore maanon mein muslim bano adkhalu fis silmi kaffah</w:t>
      </w:r>
    </w:p>
    <w:p>
      <w:pPr>
        <w:jc w:val="right"/>
      </w:pPr>
      <w:r>
        <w:t>پورے معنوں میں مسلم بنو ادخلوا فی السلم کافہ</w:t>
      </w:r>
    </w:p>
    <w:p>
      <w:r>
        <w:rPr>
          <w:b/>
        </w:rPr>
        <w:t xml:space="preserve">[56:48] </w:t>
      </w:r>
      <w:r>
        <w:t>poore maanon mein muslim bano jis ka matlab yahi hai</w:t>
      </w:r>
    </w:p>
    <w:p>
      <w:pPr>
        <w:jc w:val="right"/>
      </w:pPr>
      <w:r>
        <w:t>پورے معنوں میں مسلم بنو جس کا مطلب یہی ہے</w:t>
      </w:r>
    </w:p>
    <w:p>
      <w:r>
        <w:rPr>
          <w:b/>
        </w:rPr>
        <w:t xml:space="preserve">[56:53] </w:t>
      </w:r>
      <w:r>
        <w:t>ke har maamle mein sahaba ke model ko ikhtiyar karo har maamle mein rasool Allah ke model ko</w:t>
      </w:r>
    </w:p>
    <w:p>
      <w:pPr>
        <w:jc w:val="right"/>
      </w:pPr>
      <w:r>
        <w:t>کہ ہر معاملے میں صحابہ کے ماڈل کو اختیار کرو ہر معاملے میں رسول اللہ کے ماڈل کو</w:t>
      </w:r>
    </w:p>
    <w:p>
      <w:r>
        <w:rPr>
          <w:b/>
        </w:rPr>
        <w:t xml:space="preserve">[56:58] </w:t>
      </w:r>
      <w:r>
        <w:t>ikhtiyar karo yeh matlab hai is ka.</w:t>
      </w:r>
    </w:p>
    <w:p>
      <w:pPr>
        <w:jc w:val="right"/>
      </w:pPr>
      <w:r>
        <w:t>اختیار کرو یہ مطلب ہے اس کا۔</w:t>
      </w:r>
    </w:p>
    <w:p>
      <w:r>
        <w:rPr>
          <w:b/>
        </w:rPr>
        <w:t xml:space="preserve">[57:06] </w:t>
      </w:r>
      <w:r>
        <w:t>to Khuda ne aap se jo chaha hai woh yahi hai ke aap apni subah shaam ki zindagi mein apni daily life mein sab mein sahaba wale model ko ikhtiyar karein.</w:t>
      </w:r>
    </w:p>
    <w:p>
      <w:pPr>
        <w:jc w:val="right"/>
      </w:pPr>
      <w:r>
        <w:t>تو خدا نے آپ سے جو چاہا ہے وہ یہی ہے کہ آپ اپنی صبح شام کی زندگی میں اپنی ڈیلی لائف میں سب میں صحابہ والے ماڈل کو اختیار کریں۔</w:t>
      </w:r>
    </w:p>
    <w:p>
      <w:r>
        <w:rPr>
          <w:b/>
        </w:rPr>
        <w:t xml:space="preserve">[57:23] </w:t>
      </w:r>
      <w:r>
        <w:t>is ka faisla kijiye aur yeh yeh tay kijiye ke aap aaj se sahaba wale sahaba wale model ke mutabiq zindagi guzarenge.</w:t>
      </w:r>
    </w:p>
    <w:p>
      <w:pPr>
        <w:jc w:val="right"/>
      </w:pPr>
      <w:r>
        <w:t>اس کا فیصلہ کیجیے اور یہ یہ طے کیجیے کہ آپ آج سے صحابہ والے صحابہ والے ماڈل کے مطابق زندگی گزاریں گے۔</w:t>
      </w:r>
    </w:p>
    <w:p>
      <w:r>
        <w:rPr>
          <w:b/>
        </w:rPr>
        <w:t xml:space="preserve">[57:35] </w:t>
      </w:r>
      <w:r>
        <w:t>aqool qooli wa</w:t>
      </w:r>
    </w:p>
    <w:p>
      <w:pPr>
        <w:jc w:val="right"/>
      </w:pPr>
      <w:r>
        <w:t>اقول قولی 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