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and the Quran April 17, 2022 Prof. Farida Khanam</w:t>
      </w:r>
    </w:p>
    <w:p>
      <w:r>
        <w:t>https://www.youtube.com/watch?v=SszJCaNKkZw</w:t>
      </w:r>
    </w:p>
    <w:p>
      <w:r>
        <w:rPr>
          <w:b/>
        </w:rPr>
        <w:t xml:space="preserve">[00:11] </w:t>
      </w:r>
      <w:r>
        <w:t>Assalam o Alaikum. Jaise ke hum har Sunday Ramzan ke different aspects ko lekar discuss karte hain, to aaj is Sunday ko hum Ramzan aur Quran ke subject par baatcheet karenge Professor Fareeda Khanam ke saath. To chaliye unse baatcheet karte hain Ramzan aur Quran ko lekar. Assalam o Alaikum. Kaise hain aap? Walikum Assalam, aap theek hain. Ji, Alhamdulillah.</w:t>
      </w:r>
    </w:p>
    <w:p>
      <w:pPr>
        <w:jc w:val="right"/>
      </w:pPr>
      <w:r>
        <w:t>अस्सलामा रेखो. जैसे कि हम हर Sunday रमज़ान के different aspects को लेकर discuss करते हैं, तो आज इस Sunday को हम रमज़ान और कुरान के subject पर बातचीत करेंगे professor फरीदा खानम के साथ. तो चलिए उनसे बातचीत करते हैं रमज़ान और कुरान को लेकर. अस्रमाने कुमापा कैसे हैं आप? वालिफ स्वाम, आप ठीक हैं. जी, अलाम दरिल्ला.</w:t>
      </w:r>
    </w:p>
    <w:p>
      <w:r>
        <w:rPr>
          <w:b/>
        </w:rPr>
        <w:t xml:space="preserve">[00:38] </w:t>
      </w:r>
      <w:r>
        <w:t>aap us sabse pehla sawal to yahi hai ke jaisa ke hum jante hain ke ramzan ko quran ka mahina bhi kaha gaya hai. to isko aap wazeh kar dein ke aisa kyun hai ke ramzan ke mahine ko quran ka mahina kaha jata hai? asal mein quran jo hai wo ek mehfooz authentic divine book hai aur yeh ramzan ke mahine mein quran utara gaya.</w:t>
      </w:r>
    </w:p>
    <w:p>
      <w:pPr>
        <w:jc w:val="right"/>
      </w:pPr>
      <w:r>
        <w:t>आपस सबसे पहला सवाल तो यही है कि जैसा कि हम जानते हैं कि रमज़ान को कुरान का महीना भी कहा गया है. तो इसको आप वाज़े कर दें कि ऐसा क्यों है कि रमज़ान के महीने को कुरान का महीना कहा जाता है? असल में कुरान जो है वो एक महफूज authentic divine book है और यह रमज़ान के महीने में कुरान उतारा गया.</w:t>
      </w:r>
    </w:p>
    <w:p>
      <w:r>
        <w:rPr>
          <w:b/>
        </w:rPr>
        <w:t xml:space="preserve">[01:07] </w:t>
      </w:r>
      <w:r>
        <w:t>to yeh ek bahut badi baat hai ke allah ki kitab pehli baar mafooz hui, jisko hum safeguarding abd al quran kehte hain. to yeh ramzan mein utarna shuru hui aur ramzan ka poora mahina isi liye, quran ka mahina kaha jata hai.</w:t>
      </w:r>
    </w:p>
    <w:p>
      <w:pPr>
        <w:jc w:val="right"/>
      </w:pPr>
      <w:r>
        <w:t>तो यह एक बहुत बड़ी बात है कि अल्लाह की किताब पहली बार मैफूज़ हुई, जिसको हम safeguarding अब्दुकुरान कहते हैं. तो यह रमज़ान में उतरना शुरू हुई और रमज़ान का पूरा महीना इसीलिए, कुरान का महीना कहा जाता है.</w:t>
      </w:r>
    </w:p>
    <w:p>
      <w:r>
        <w:rPr>
          <w:b/>
        </w:rPr>
        <w:t xml:space="preserve">[01:30] </w:t>
      </w:r>
      <w:r>
        <w:t>to ramzan mein yeh hamein chahiye ke hum quran ki na sirf tilawat karein balkeh hum quran ko ke upar tadabbur karein, tafakkur karein, taqul karein, aur quran ke upar charcha karein, quran ko apni zindagi hum utarein kyunke yeh bahut badi baat hai.</w:t>
      </w:r>
    </w:p>
    <w:p>
      <w:pPr>
        <w:jc w:val="right"/>
      </w:pPr>
      <w:r>
        <w:t>तो रमज़ान में यह हमें चाहिए कि हम कुरान की ना सिर्फ तैलावात करें बल्कि हम कुरान को के ऊपर तदब्बूर करें, तफकुर करें, ताकुल करें, और कुरान के ऊपर चर्चा करें, कुरान को अपनी ज़िंदगी हम उतारें क्योंकि यह बहुत बड़ी बात है.</w:t>
      </w:r>
    </w:p>
    <w:p>
      <w:r>
        <w:rPr>
          <w:b/>
        </w:rPr>
        <w:t xml:space="preserve">[01:51] </w:t>
      </w:r>
      <w:r>
        <w:t>insan is duniya mein paida hota hai aur usko pata nahi hota ke woh kaise, uski zindagi ka maqsad kya hai? woh is duniya mein kis liye aaya hai? aur marne ke baad uske saath kya hone wala hai? to usko quran mein poora creation plan bataya gaya hai.</w:t>
      </w:r>
    </w:p>
    <w:p>
      <w:pPr>
        <w:jc w:val="right"/>
      </w:pPr>
      <w:r>
        <w:t>इंसान इस दुनिया में पैदा होता है और उसको पता नहीं होता कि वह कैसे, उसकी ज़िंदगी का मकसद क्या है? वह इस दुनिया में किस लिए आया है? और मरने के बाद उसके साथ क्या होने वाला है? तो उसको कुरान में पूरा creation plan बताया गया है.</w:t>
      </w:r>
    </w:p>
    <w:p>
      <w:r>
        <w:rPr>
          <w:b/>
        </w:rPr>
        <w:t xml:space="preserve">[02:12] </w:t>
      </w:r>
      <w:r>
        <w:t>lekin dekhiye, har kitab mein aisa hota hai ke sarsari taur par casual reading se uske gehre maani samajh mein nahi aate hain. to humko bahut gehrai se padhna hoga, jisko hum keh sakte hain between the lines padhna hoga, us par tadabbur karna hoga. ek sahabi ne bataya ke surah baqarah teen saal tak padhte rahe.</w:t>
      </w:r>
    </w:p>
    <w:p>
      <w:pPr>
        <w:jc w:val="right"/>
      </w:pPr>
      <w:r>
        <w:t>लेकिन देखिए, हर किताब में ऐसा होता है कि सरसरी तौर पर casual reading से उसके गहरे माहनी समझ में नहीं आते हैं. तो हमको बहुत गहराई से पढ़ना होगा, जिसको हम कह सकते हैं between the lines पढ़ना होगा, उस पर तदबुर करना होगा. एक सहाबी ने बताया कि सूर्य बकराब तीन साल तक पढ़ते रहे.</w:t>
      </w:r>
    </w:p>
    <w:p>
      <w:r>
        <w:rPr>
          <w:b/>
        </w:rPr>
        <w:t xml:space="preserve">[02:39] </w:t>
      </w:r>
      <w:r>
        <w:t>jabke aajkal jo hai sirf tilawat ki jati hai tilawat se. uska fayde hain tilawat ke lekin tilawat se hum uske gehre maani ko nahi samajh sakte. to hamein chahiye ke hum quran ko bahut gaur se padhein, uske zariye se apna tazkiya nafs karein.</w:t>
      </w:r>
    </w:p>
    <w:p>
      <w:pPr>
        <w:jc w:val="right"/>
      </w:pPr>
      <w:r>
        <w:t>जबकि आजकल जो है सिर्फ तिलावत की जाती है तिलावत से. उसका फ़ायदे है तिलावत के लेकिन तिलावत से हम उसके गहरे मानी को नहीं समझ सकते. तो हमें चाहिए कि हम कुरान को बहुत गौर से पढ़ें, उसके जरिए से अपना तस्किया नफ्ज़ करें.</w:t>
      </w:r>
    </w:p>
    <w:p>
      <w:r>
        <w:rPr>
          <w:b/>
        </w:rPr>
        <w:t xml:space="preserve">[03:01] </w:t>
      </w:r>
      <w:r>
        <w:t>kyunke jab tak hamara tazkiya nahi ho jayega, tab tak hum jannat mein jane ka qabil nahi honge aur tazkiya hamein quran par tadabbur karne se hi hoga. quran ko gehre taur par samajhne aur usko apni zindagi mein apply karne se hamara tazkiya hoga. to yeh bahut zaroori hai.</w:t>
      </w:r>
    </w:p>
    <w:p>
      <w:pPr>
        <w:jc w:val="right"/>
      </w:pPr>
      <w:r>
        <w:t>क्योंकि जब तक हमारा तस्किया नहीं हो जाएगा, तब तक हम जन्नत में जाने का काबिल नहीं होंगे और तस्किया हमें कुरान पर तदब्बुर करने से ही होगा. कुरान को गहरे तौर पर समझने और उसको अपनी ज़िंदगी में apply करने से हमारा तस्किया होगा. तो यह बहुत ज़रूरी है.</w:t>
      </w:r>
    </w:p>
    <w:p>
      <w:r>
        <w:rPr>
          <w:b/>
        </w:rPr>
        <w:t xml:space="preserve">[03:22] </w:t>
      </w:r>
      <w:r>
        <w:t>quran jo hai poora ramzan ka mahina jo hai humko isi mein guzarna chahiye taake hum apni jo humko apna spiritual development karna hai woh hum poore tareeke se kar paayein aur uske baad jab hum ek mahina kar lenge achhi tareeke se quran ki study, to woh hamari taqrib saal bhar chalti rahegi. uska asar jo hai hamari zindagi par saal bhar rahega.</w:t>
      </w:r>
    </w:p>
    <w:p>
      <w:pPr>
        <w:jc w:val="right"/>
      </w:pPr>
      <w:r>
        <w:t>कुरान जो है पूरा रमज़ान का महीना जो है हमको इसी में गुज़ारना चाहिए ताकि हम अपनी जो हमको अपना spiritual development करना है वह हम पूरे तरीके से कर पाएं और उसके बाद जब हम एक महीना कर लेंगे अच्छी तरीके से कुरान की study, तो वह हमारी तकरीब साल भर चलती रहेगी. उसका असर जो है हमारी ज़िंदगी पर साल भर रहेगा.</w:t>
      </w:r>
    </w:p>
    <w:p>
      <w:r>
        <w:rPr>
          <w:b/>
        </w:rPr>
        <w:t xml:space="preserve">[03:52] </w:t>
      </w:r>
      <w:r>
        <w:t>phir uske baad hamein allah taala doosra mauka denge to phir is tareeke se woh refresh hota rahega, renew hota rahega. to hamein apne aap ko apni apne soch ko purani soch banana hai ek god oriented life guzarne ke liye. ji apa, apa aapne abhi ek loves ka bhi istemal kiya safe guarding of the quran.</w:t>
      </w:r>
    </w:p>
    <w:p>
      <w:pPr>
        <w:jc w:val="right"/>
      </w:pPr>
      <w:r>
        <w:t>फिर उसके बाद हमें अल्लाह तालाह दूसरा मौका देंगे तो फिर इस तरीके से वह refresh होता रहेगा, renew होता रहेगा. तो हमें अपने आपको अपनी अपने सोच को पुरानी सोच बनाना है एक god oriented life गुज़ारने के लिए. जी आपा, आपा आपने अभी एक loves का भी इस्तेमाल किया safe guarding of the quran.</w:t>
      </w:r>
    </w:p>
    <w:p>
      <w:r>
        <w:rPr>
          <w:b/>
        </w:rPr>
        <w:t xml:space="preserve">[04:19] </w:t>
      </w:r>
      <w:r>
        <w:t>to jaisa ke hum jante hain ke quran ek saath nahi utra balkeh over a period of twenty three years quran reveal hua. to aap yeh bhi mujhe yaad aa raha hai ke Maulana Wahiduddin Khan sahab se bhi kai log yeh sawal kiya karte the ke quran is a superior book.</w:t>
      </w:r>
    </w:p>
    <w:p>
      <w:pPr>
        <w:jc w:val="right"/>
      </w:pPr>
      <w:r>
        <w:t>तो जैसा कि हम जानते हैं कि quran एक साथ नहीं उतरा बल्कि over a period of twenty three years कुरान reveal हुआ. तो आप यह भी मुझे याद आ रहा है कि मुलाना वेदीन खान साहब से भी कई लोग यह सवाल किया करते थे कि कुरान is a superior book.</w:t>
      </w:r>
    </w:p>
    <w:p>
      <w:r>
        <w:rPr>
          <w:b/>
        </w:rPr>
        <w:t xml:space="preserve">[04:40] </w:t>
      </w:r>
      <w:r>
        <w:t>to wo kehte the ke quran is a preserved book aur yeh ek bahut badi ek miraculous cheez hai ke quran jo chaudah sau saal pehle utara gaya wo waise ka waisa mehfooz hai. to yeh safeguarding of the quran kaise hui? iske peeche kya maqsad tha? isko aap wazeh karein. asal mein tamam jo divine books theen, wo sab perfect theen.</w:t>
      </w:r>
    </w:p>
    <w:p>
      <w:pPr>
        <w:jc w:val="right"/>
      </w:pPr>
      <w:r>
        <w:t>तो वो कहते थे कि कुरान is a preserved book और यह एक बहुत बड़ी एक miraculous चीज़ है कि कुरान जो चौदह सौ साल पहले उतारा गया वो वैसे का वैसा महफ़ूज़ है. तो यह safeguarding of the कुरान कैसे हुई? इसके पीछे क्या मकसद था? इसको आप वाज़े करें. असल में तमाम जो divine books थीं, वो सब perfect थीं.</w:t>
      </w:r>
    </w:p>
    <w:p>
      <w:r>
        <w:rPr>
          <w:b/>
        </w:rPr>
        <w:t xml:space="preserve">[05:07] </w:t>
      </w:r>
      <w:r>
        <w:t>lekin aisa hua ke insan usko mehfooz nahi kar saka. to hazrat adam alaih salam jo the wo pehle paigambar the. to allah taala ne sabko ek hi message bheja har kaum ko, uske saath paigambar bheje aur unko ek hi message bheja. lekin masla yeh tha ke insan jo hai wo usko mehfooz nahi kar pata tha.</w:t>
      </w:r>
    </w:p>
    <w:p>
      <w:pPr>
        <w:jc w:val="right"/>
      </w:pPr>
      <w:r>
        <w:t>लेकिन ऐसा हुआ कि इंसान उसको महफूज नहीं कर सका. तो हजरत आदम अलेश सलाम जो थे वो पहले पैगम्बर थे. तो अल्लाह तालाह ने सबको एक ही message भेजा हरकॉम को, उसके साथ पगंबर भेजे और उनको एक ही message भेजा. लेकिन मसला यह था कि इंसान जो है वह उसको महफूज नहीं कर पाता था.</w:t>
      </w:r>
    </w:p>
    <w:p>
      <w:r>
        <w:rPr>
          <w:b/>
        </w:rPr>
        <w:t xml:space="preserve">[05:33] </w:t>
      </w:r>
      <w:r>
        <w:t>sabse pehli baat to yeh hai ke bahut zyada following nahi hoti thi prophets ki, kyunke is duniya mein har aadmi chahta hai apni desire ke mutabiq chalna aur wahan par jo allah ki kitab hoti hai, usmein hamein bataya jata hai ke do's and don'ts ko follow karna hai, khuda ki marzi ke mutabiq zindagi guzarna hai.</w:t>
      </w:r>
    </w:p>
    <w:p>
      <w:pPr>
        <w:jc w:val="right"/>
      </w:pPr>
      <w:r>
        <w:t>सबसे पहली बात तो यह है कि बहुत ज़्यादा following नहीं होती थी prophets की, क्योंकि इस दुनिया में हर आदमी चाहता है अपनी desire के मुताबिक चलना और वहां पर जो अल्लाह की किताब होती है, उसमें हमको बताया जाता है कि do's and don'ts को follow करना है, खुदा की मर्ज़ी के मुताबिक ज़िंदगी गुज़ारना है.</w:t>
      </w:r>
    </w:p>
    <w:p>
      <w:r>
        <w:rPr>
          <w:b/>
        </w:rPr>
        <w:t xml:space="preserve">[05:55] </w:t>
      </w:r>
      <w:r>
        <w:t>to log isko pasand nahi karte the aur wo jo hain, bahut kam profits ko follow karte the. to jab bahut kam followers hote the, to wo chand generation mein wo tamam bhool jate the, allah ki baatein, bhool jate the khuda ki baatein. to aisa hota tha ke kabhi, kabhi to aisa hua ke wo bhool gaye.</w:t>
      </w:r>
    </w:p>
    <w:p>
      <w:pPr>
        <w:jc w:val="right"/>
      </w:pPr>
      <w:r>
        <w:t>तो लोग इसको पसंद नहीं करते थे और वह जो हैं, बहुत कम profits को follow करते थे. तो जब बहुत कम followers होते थे, तो वह चंद generation में वह तमाम भूल जाते थे, अल्लाह की बातें, भूल जाते थे खुदा की बातें. तो ऐसा होता था कि कभी, कभी तो ऐसा हुआ कि वह भूल गए.</w:t>
      </w:r>
    </w:p>
    <w:p>
      <w:r>
        <w:rPr>
          <w:b/>
        </w:rPr>
        <w:t xml:space="preserve">[06:22] </w:t>
      </w:r>
      <w:r>
        <w:t>unko pata hi nahi tha jaise wahan hota tha makka, makka mein, arab mein, ke wo unko namaz wamaz kuch nahi aata. namaz mein wo taliyan bajate the. to ek kabhi aisa hota tha ke wo jaan boojhkar intentionally jahan unko laga ke unki desire ke mutabiq koi cheez nahi hai to wo intentionally usko badal dete the.</w:t>
      </w:r>
    </w:p>
    <w:p>
      <w:pPr>
        <w:jc w:val="right"/>
      </w:pPr>
      <w:r>
        <w:t>उनको पता ही नहीं था जैसे वहां होता था मक्का, मक्का में, अरब में, कि वह उनको नमाज़ वमाज़ कुछ नहीं आता. नमाज़ में वह तालियां बजाते थे. तो एक कभी ऐसा होता था कि वह जानबूझकर intentionally जहां उनको लगा कि उनकी desire के मुताबिक कोई चीज़ नहीं है तो वह intentionally उसको बदल देते थे.</w:t>
      </w:r>
    </w:p>
    <w:p>
      <w:r>
        <w:rPr>
          <w:b/>
        </w:rPr>
        <w:t xml:space="preserve">[06:45] </w:t>
      </w:r>
      <w:r>
        <w:t>to aisa bar bar hota raha, to har baar allah taala ek naya paigambar bhejte rahe. to lekin ab ek aakhri paigambar allah taala ko bhejna tha. to main pehle ek misaal aapko bata doon ke kis tareeke se divine books mein taireef hui hai.</w:t>
      </w:r>
    </w:p>
    <w:p>
      <w:pPr>
        <w:jc w:val="right"/>
      </w:pPr>
      <w:r>
        <w:t>तो ऐसा बार बार होता रहा, तो हर बार अल्लाह तालाह एक नया प्रागंबर भेजते रहे. तो लेकिन अब एक आखिरी प्रागंबर अल्लाह तालाह को भेजना था. तो मैं पहले एक मिसाल आपको बता दूं कि किस तरीके से divine books में तैरीफ हुई है.</w:t>
      </w:r>
    </w:p>
    <w:p>
      <w:r>
        <w:rPr>
          <w:b/>
        </w:rPr>
        <w:t xml:space="preserve">[07:07] </w:t>
      </w:r>
      <w:r>
        <w:t>misal ke taur par allah taala ne zameen aasman ko saat dinon mein paida kiya. to aaya hai, quran mein aaya hai ayyam. to jab yeh bible mein aaya hai, allah ne zameen aasman ko saat dinon mein paida kiya. phir usmein unhone add kar liya apni samajh se. phir shab hui aur phir shaam hui. to yeh unhone izafa kar liya.</w:t>
      </w:r>
    </w:p>
    <w:p>
      <w:pPr>
        <w:jc w:val="right"/>
      </w:pPr>
      <w:r>
        <w:t>मिसाल के तौर पर अल्लाह तालाह ने ज़मीन आसमान को सात दिनों में पैदा किया. तो आया है, कुरान में आया है अय्याम. तो जब यह bible में आया है, अल्लाह ने ज़मीन आसमान को सात दिनों में पैदा किया. फिर उसमें उन्होंने add कर लिया अपनी समझ से. फिर शुभ हुई और फिर शाम हुई. तो यह उन्होंने इज़ाफा कर लिया.</w:t>
      </w:r>
    </w:p>
    <w:p>
      <w:r>
        <w:rPr>
          <w:b/>
        </w:rPr>
        <w:t xml:space="preserve">[07:34] </w:t>
      </w:r>
      <w:r>
        <w:t>jabke quran mein jo ayyam tha, wo hazaron din ke barabar tha. matlab wo allah ke days of god the. to ye zameen aasman kabhi bhi chaudah ghante mein nahi ban sakte hain jo. ab hamare paas jo sari dishaen hain, to usse pata chalta hai. to lekin insan jin baaton ko samajhta nahi tha, to usmein ghata badha leta tha. to us tareeke se kuch ka kuch ho jata tha.</w:t>
      </w:r>
    </w:p>
    <w:p>
      <w:pPr>
        <w:jc w:val="right"/>
      </w:pPr>
      <w:r>
        <w:t>जबकि कुरान में जो अय्याम था, वह हज़ारों दिन के बराबर था. मतलब वह अल्लाह के days of god थे. तो ये ज़मीन आसमान कभी भी चौबीस घंटे में नहीं वन सकते हैं जो. अब हमारे पास जो सारी दिशर चाहिए हैं, तो उससे पता चलता है. तो लेकिन इंसान जिन बातों को समझता नहीं था, तो उसमें घटा बढ़ा लेता था. तो उस तरीके से कुछ का कुछ हो जाता था.</w:t>
      </w:r>
    </w:p>
    <w:p>
      <w:r>
        <w:rPr>
          <w:b/>
        </w:rPr>
        <w:t xml:space="preserve">[08:04] </w:t>
      </w:r>
      <w:r>
        <w:t>to allah taala ne yeh faisla kiya ke ab ek aakhri paigambar bheja jaye aur wo jo kitab lekar aayega us kitab ko allah taala ne apni zimmedari li usko iski hifazat ki. to quran mein aaya hai inna nanu nazalna zikr inna lahu lahafizoon. to yeh hai chapter 15 verse nine.</w:t>
      </w:r>
    </w:p>
    <w:p>
      <w:pPr>
        <w:jc w:val="right"/>
      </w:pPr>
      <w:r>
        <w:t>तो अल्लाह ताला ने यह फ़ैसला किया कि अब एक आखिरी पगंबर भेजा जाए और वह जो किताब लेकर आएगा उस किताब को अल्लाह ताला ने अपनी ज़िम्मेदारी ली उसको इसकी इफादत की. तो कुरान में आया है इन्ना नानो नज़्ज़ल ना ज़िक्र इन्ना लहू लहाफिजून. तो यह है chapter 15 verse nine.</w:t>
      </w:r>
    </w:p>
    <w:p>
      <w:r>
        <w:rPr>
          <w:b/>
        </w:rPr>
        <w:t xml:space="preserve">[08:32] </w:t>
      </w:r>
      <w:r>
        <w:t>to ismein hai ke humne yeh zikr yani yeh quran utara hai aur hum hi iski hifazat karne wale hain. to iski abhi hum isko detail mein batayenge kaise kaise quran ko mehfooz kiya gaya different stages mein. to abhi jo hai, ismein quran to mehfooz ho gaya. jo quran ke jo alfaaz the, usmein koi bhi comma full stop ka bhi fark nahi hai.</w:t>
      </w:r>
    </w:p>
    <w:p>
      <w:pPr>
        <w:jc w:val="right"/>
      </w:pPr>
      <w:r>
        <w:t>तो इसमें है कि हमने यह ज़िक्र यानी यह कुरान उतारा है और हम ही इसकी इफाज़त करने वाले हैं. तो इसकी अभी हम इसको detail में बताएंगे कैसे कैसे कुरान को मैफूज़ किया गया different stages में. तो अभी जो है, इसमें कुरान तो मैफूज़ हो गया. जो कुरान के जो अल्फास थे, उसमें कोई भी कामाफल stop का भी फ़र्क नहीं है.</w:t>
      </w:r>
    </w:p>
    <w:p>
      <w:r>
        <w:rPr>
          <w:b/>
        </w:rPr>
        <w:t xml:space="preserve">[09:00] </w:t>
      </w:r>
      <w:r>
        <w:t>lekin baad mein logon ne usko tafsir mein badle hain, uski interpretation mein badal diya hai. to yeh sab kiya hai lekin quran mein koi bhi change nahi hua hai. yeh sirf musalmanon ka kehna nahi hai balkeh bade bade orientalist ne jinhone baqada research kiye is mauzu par.</w:t>
      </w:r>
    </w:p>
    <w:p>
      <w:pPr>
        <w:jc w:val="right"/>
      </w:pPr>
      <w:r>
        <w:t>लेकिन बाद में लोगों ने उसको तफ्सीर में बदले हैं, उसकी interpretation में बदल दिया है. तो यह सब किया है लेकिन कुरान में कोई भी change नहीं हुआ है. यह सिर्फ मुसलमानों का कहना नहीं है बल्कि बड़े बड़े orientalist ने जिन्होंने बाक़ादा research किए इस मौजू पर.</w:t>
      </w:r>
    </w:p>
    <w:p>
      <w:r>
        <w:rPr>
          <w:b/>
        </w:rPr>
        <w:t xml:space="preserve">[09:21] </w:t>
      </w:r>
      <w:r>
        <w:t>to unhone bataya ke wo quran jo hazrat Muhammad ne apne followers ko diya tha, to yeh wahi quran hai jo aaj hamare haath mein hai. to ismein kai stages mein quran ki safeguarding hui. pehle quran jo hai ahdar asal mein kya tha?</w:t>
      </w:r>
    </w:p>
    <w:p>
      <w:pPr>
        <w:jc w:val="right"/>
      </w:pPr>
      <w:r>
        <w:t>तो उन्होंने बताया कि वह कुरान जो हज़रत मोहम्मद ने अपने followers को दिया था, तो यह वही कुरान है जो आज हमारे हाथ में है. तो इसमें कई stages में कुरान की safeguarding हुई. पहले कुरान जो है अहदर असालत में क्या था?</w:t>
      </w:r>
    </w:p>
    <w:p>
      <w:r>
        <w:rPr>
          <w:b/>
        </w:rPr>
        <w:t xml:space="preserve">[09:42] </w:t>
      </w:r>
      <w:r>
        <w:t>to jab quran utarta tha rasool allah sallallahu alaihi wasallam ke upar, to sabse pehle aap usko yaad karte the, memorize kar lete the. us zamane mein dekhiye arbon ka ya doosri jagah bhi kyunke writing vagairah nahi thi, press ka daur nahi tha, to log har baat apni memory mein mafuz rakhte the. to memory waise bhi logon ki achhi hoti thi.</w:t>
      </w:r>
    </w:p>
    <w:p>
      <w:pPr>
        <w:jc w:val="right"/>
      </w:pPr>
      <w:r>
        <w:t>तो जब कुरान उतरता था रसुल्लाह सलाह सलाह सलाह सलाह के ऊपर, तो सबसे पहले आप उसको याद करते थे, memorize कर लेते थे. उस जमाने में देखिए अरबों का या जब दूसरी जगह भी क्योंकि writing वगैरह नहीं थी, press का दौर नहीं था, तो लोग हर बात अपनी memory में माफूज़ रखते थे. तो memory वैसे भी लोगों की अच्छी होती थी.</w:t>
      </w:r>
    </w:p>
    <w:p>
      <w:r>
        <w:rPr>
          <w:b/>
        </w:rPr>
        <w:t xml:space="preserve">[10:10] </w:t>
      </w:r>
      <w:r>
        <w:t>phir rasool allah sallallahu alaihi wasallam sabse pehle usko khud apni memory mein mehfooz karte. phir aapke saath hamesha ek katib hota tha. katib ka matlab likhne wale. to aap usi waqt pehle usko yaad karke phir wo katib ko bulakar usko likhwa lete the. phir usko check karte the. uske uske baad wo shat e aam ka hukm hota tha.</w:t>
      </w:r>
    </w:p>
    <w:p>
      <w:pPr>
        <w:jc w:val="right"/>
      </w:pPr>
      <w:r>
        <w:t>फिर रसूल्लाह सर्वासलम सबसे पहले उसको खुद अपनी memory में महफूज करते. फिर आपके साथ हमेशा एक कातिब होता था. कातिब का मतलब लिखने वाले. तो आप उसी वक्त पहले उसको याद करके फिर वह कातिब को बुलाकर उसको लिखवा लेते थे. फिर उसको check करते थे. उसके उसके बाद वह शात ए आम का हुक्म होता था.</w:t>
      </w:r>
    </w:p>
    <w:p>
      <w:r>
        <w:rPr>
          <w:b/>
        </w:rPr>
        <w:t xml:space="preserve">[10:37] </w:t>
      </w:r>
      <w:r>
        <w:t>to us zamane mein kai cheezein thi jis par likha jata tha. ek ko kehte hain, raqa raqa maane chamda likhaf patthar ki patli patli slate hoti thi.</w:t>
      </w:r>
    </w:p>
    <w:p>
      <w:pPr>
        <w:jc w:val="right"/>
      </w:pPr>
      <w:r>
        <w:t>तो उस ज़माने में कई चीज़ें थी जिस पर लिखा जाता था. एक को कहते हैं, रका रका माने चमड़ा लिखाफ पत्थर की पतली पतली सिलेट होती थी.</w:t>
      </w:r>
    </w:p>
    <w:p>
      <w:r>
        <w:rPr>
          <w:b/>
        </w:rPr>
        <w:t xml:space="preserve">[10:49] </w:t>
      </w:r>
      <w:r>
        <w:t>us par likha jata tha aur kitf hoti thi oont ki haddiyan shanay ki haddi chaudi hoti thi</w:t>
      </w:r>
    </w:p>
    <w:p>
      <w:pPr>
        <w:jc w:val="right"/>
      </w:pPr>
      <w:r>
        <w:t>उस पर लिखा जाता था और कितफ होती थी ऊंट की हड्डियां शाने की हड्डी चौड़ी होती थी</w:t>
      </w:r>
    </w:p>
    <w:p>
      <w:r>
        <w:rPr>
          <w:b/>
        </w:rPr>
        <w:t xml:space="preserve">[10:54] </w:t>
      </w:r>
      <w:r>
        <w:t>to us par likha jata tha aur aseeb khajoor ki jo shakh hoti hai uske neeche ka chauda</w:t>
      </w:r>
    </w:p>
    <w:p>
      <w:pPr>
        <w:jc w:val="right"/>
      </w:pPr>
      <w:r>
        <w:t>तो उस पर लिखा जाता था और असीब खजूर की जो शाख होती है उसके नीचे का चौड़ा</w:t>
      </w:r>
    </w:p>
    <w:p>
      <w:r>
        <w:rPr>
          <w:b/>
        </w:rPr>
        <w:t xml:space="preserve">[10:59] </w:t>
      </w:r>
      <w:r>
        <w:t>hissa hota hai.</w:t>
      </w:r>
    </w:p>
    <w:p>
      <w:pPr>
        <w:jc w:val="right"/>
      </w:pPr>
      <w:r>
        <w:t>हिस्सा होता है.</w:t>
      </w:r>
    </w:p>
    <w:p>
      <w:r>
        <w:rPr>
          <w:b/>
        </w:rPr>
        <w:t xml:space="preserve">[11:04] </w:t>
      </w:r>
      <w:r>
        <w:t>to us par likha jata tha.</w:t>
      </w:r>
    </w:p>
    <w:p>
      <w:pPr>
        <w:jc w:val="right"/>
      </w:pPr>
      <w:r>
        <w:t>तो उस पर लिखा जाता था.</w:t>
      </w:r>
    </w:p>
    <w:p>
      <w:r>
        <w:rPr>
          <w:b/>
        </w:rPr>
        <w:t xml:space="preserve">[11:09] </w:t>
      </w:r>
      <w:r>
        <w:t>jilli kabhi banate thay likhne ke liye.</w:t>
      </w:r>
    </w:p>
    <w:p>
      <w:pPr>
        <w:jc w:val="right"/>
      </w:pPr>
      <w:r>
        <w:t>जिल्ली कभी बनाते थे लिखने के लिए.</w:t>
      </w:r>
    </w:p>
    <w:p>
      <w:r>
        <w:rPr>
          <w:b/>
        </w:rPr>
        <w:t xml:space="preserve">[11:14] </w:t>
      </w:r>
      <w:r>
        <w:t>to kaghaz bohat kamlab tha, kaghaz bohat mushkil se milta tha.</w:t>
      </w:r>
    </w:p>
    <w:p>
      <w:pPr>
        <w:jc w:val="right"/>
      </w:pPr>
      <w:r>
        <w:t>तो काग़ज़ बहुत कमलाब था, काग़ज़ बहुत मुश्किल से मिलता था.</w:t>
      </w:r>
    </w:p>
    <w:p>
      <w:r>
        <w:rPr>
          <w:b/>
        </w:rPr>
        <w:t xml:space="preserve">[11:20] </w:t>
      </w:r>
      <w:r>
        <w:t>to is tarike se in sab cheezon par likha jata tha lekin asal cheez jo thi wah wahi thi ke memory mein sabko yaad hota tha. jitna bhi quran utarta tha wah sahaba usko yaad kar liya karte the. to uske baad jo hai bahut sare log usko likh bhi raha karte the.</w:t>
      </w:r>
    </w:p>
    <w:p>
      <w:pPr>
        <w:jc w:val="right"/>
      </w:pPr>
      <w:r>
        <w:t>तो इस तरीके से इन सब चीज़ों पर लिखा जाता था लेकिन असल चीज़ जो थी वह वही थी कि memory में सबको याद होता था. जितना भी कुरान उतरता था वह साहबा उसको याद कर लिया करते थे. तो उसके बाद जो है बहुत सारे लोग उसको लिख भी रहा करते थे.</w:t>
      </w:r>
    </w:p>
    <w:p>
      <w:r>
        <w:rPr>
          <w:b/>
        </w:rPr>
        <w:t xml:space="preserve">[11:39] </w:t>
      </w:r>
      <w:r>
        <w:t>lekin wah tartibwar jaise aaj hamare paas quran hai, us waqt rasoolullah sallallahu alaihi wasallam ke zamane mein wah tartibwar nahi tha lekin sab kuch likha hua tha. to usmein kai char panch sahabi aise bhi the jinke paas poora quran likha hua maujood tha.</w:t>
      </w:r>
    </w:p>
    <w:p>
      <w:pPr>
        <w:jc w:val="right"/>
      </w:pPr>
      <w:r>
        <w:t>लेकिन वह तरतीबवार जैसे आज हमारे पास कुरान है, उस वक्त रसूल्लाह सलाह सलाह सलाह सलाह के जमाने में वह तरतीबवार नहीं था लेकिन सब कुछ लिखा हुआ था. तो उसमें कई चार पांच शाहबी ऐसे भी थे जिनके पास पूरा कुरान लिखा हुआ मौजूद था.</w:t>
      </w:r>
    </w:p>
    <w:p>
      <w:r>
        <w:rPr>
          <w:b/>
        </w:rPr>
        <w:t xml:space="preserve">[11:59] </w:t>
      </w:r>
      <w:r>
        <w:t>lekin wo bound volume jo aajkal hota hai, volume ki shakal mein, ek kitab ki shakal mein, wah nahi tha lekin poora material jo tha quran ka, wah sab likha hua hota tha. to koi masla nahi hua. sabko yaad rehta tha jo kuch bhi utarta tha.</w:t>
      </w:r>
    </w:p>
    <w:p>
      <w:pPr>
        <w:jc w:val="right"/>
      </w:pPr>
      <w:r>
        <w:t>लेकिन वो bound वालूम जो आजकल होता है, volume की शक्ल में, एक किताब की शक्ल में, वह नहीं था लेकिन पूरा material जो था पुरान का, वह सब लिखा हुआ होता था. तो कोई मसला नहीं हुआ. सबको याद रहता था जो कुछ भी उतरता था.</w:t>
      </w:r>
    </w:p>
    <w:p>
      <w:r>
        <w:rPr>
          <w:b/>
        </w:rPr>
        <w:t xml:space="preserve">[12:21] </w:t>
      </w:r>
      <w:r>
        <w:t>lekin baad mein aisa hua ke rasoolullah sallallahu alaihi wasallam ke jaane ke baad jab huddah bar hui yani irtidad hua, bahut sare logon ne yeh samjha, jo naye naye log islam mein dakhil hue the, unhone socha ke tamam madad jo allah ki aati thi wah to rasool ke upar ki wajah se aati thi. ab hum zakat nahi denge kyunke wahan waise hi economic resources bahut kam the.</w:t>
      </w:r>
    </w:p>
    <w:p>
      <w:pPr>
        <w:jc w:val="right"/>
      </w:pPr>
      <w:r>
        <w:t>लेकिन बाद में ऐसा हुआ कि रसूल्लाह सल्लाह सल्लाह के जाने के बाद जब हृद्धा बार हुई यानी इर्तदाद हुआ, बहुत सारे लोगों ने यह समझा, जो नए नए लोग इस्लाम में दाखिल हुए थे, उन्होंने सोचा कि तमाम मदद जो अल्लाह की आती थी वह तो रसूल के ऊपर की वजह से आती थी. अब हम जकात नहीं देंगे क्योंकि वहाँ वैसे ही economic resources बहुत कम थे.</w:t>
      </w:r>
    </w:p>
    <w:p>
      <w:r>
        <w:rPr>
          <w:b/>
        </w:rPr>
        <w:t xml:space="preserve">[12:49] </w:t>
      </w:r>
      <w:r>
        <w:t>koi tha hum jihad nahi karenge, koi kaha tha hum zakat nahi denge. to is tarike se unhone deen ko taqreeban chhod diya tha. to hazrat abu bakr ne kaha ke hum deen mein koi kami beshi nahi hone denge. to phir jang hui usmein, ek jang thi, jange yamama.</w:t>
      </w:r>
    </w:p>
    <w:p>
      <w:pPr>
        <w:jc w:val="right"/>
      </w:pPr>
      <w:r>
        <w:t>कोई था हम जिहाद नहीं करेंगे, कोई कहा था हम जकात नहीं देंगे. तो इस तरीके से उन्होंने दीन को तकरीबन छोड़ दिया था. तो हजरता उबक्र ने कहा कि हम दीन में कोई कमी बेशी नहीं होने देंगे. तो फिर जंग हुई उसमें, एक जंग थी, जंगे यमामा.</w:t>
      </w:r>
    </w:p>
    <w:p>
      <w:r>
        <w:rPr>
          <w:b/>
        </w:rPr>
        <w:t xml:space="preserve">[13:08] </w:t>
      </w:r>
      <w:r>
        <w:t>to us jang mein bahut sare log mare gaye aur usmein kai sahaba jo the jinko poora quran yaad tha wo shaheed ho gaye. to us waqt hazrat umar ko yeh baat bahut zyada is par sochne lage kis tarike se agar hota raha to hamare jo huffaz hain wo khatm ho jayenge. to jisko unhone kaha jahab hai quran, quran khatm ho jayega.</w:t>
      </w:r>
    </w:p>
    <w:p>
      <w:pPr>
        <w:jc w:val="right"/>
      </w:pPr>
      <w:r>
        <w:t>तो उस जंग में बहुत सारे लोग मारे गए और उसमें कई सहाबा जो थे जिनको पूरा कुरान याद था वो शहीद हो गए. तो उस वक्त हजरत उमर को यह बात बहुत ज़्यादा इस पर सोचने लगे किस तरीके से अगर होता रहा तो हमारे जो हुफ्फाज़ हैं वह खत्म हो जाएंगे. तो जिसको उन्होंने कहा जहाब है कुरान, कुरान खत्म हो जाएगा.</w:t>
      </w:r>
    </w:p>
    <w:p>
      <w:r>
        <w:rPr>
          <w:b/>
        </w:rPr>
        <w:t xml:space="preserve">[13:38] </w:t>
      </w:r>
      <w:r>
        <w:t>to is tarike se wo hazrat abu bakr us waqt khaleefat hai. wo hazrat abu bakr ke paas gaye aur unhone yeh mashwara diya ke quran ko apni usmein batore khalifa to ek official copy banwa dein quran ki aur baqayda check karne ke baad. kyunke wo quran to likha hi hua tha.</w:t>
      </w:r>
    </w:p>
    <w:p>
      <w:pPr>
        <w:jc w:val="right"/>
      </w:pPr>
      <w:r>
        <w:t>तो इस तरीके से वह हजरता उबाक़र उस वक्त खलीफात है. वह हजरता उबाक़र के पास गए और उन्होंने यह मशवरा दिया कि कुरान को अपनी उसमें बतौरे खलीफा तो एक official copy बनवा दें कुरान की और बाकायदा check करने के बाद. क्योंकि वो कुरान तो लिखा ही हुआ था.</w:t>
      </w:r>
    </w:p>
    <w:p>
      <w:r>
        <w:rPr>
          <w:b/>
        </w:rPr>
        <w:t xml:space="preserve">[14:01] </w:t>
      </w:r>
      <w:r>
        <w:t>asal masla tha ke sare jo likhe hue azza the wo sara jama karke usko check kiya jaye aur usko phir memory se check kiya jaye.</w:t>
      </w:r>
    </w:p>
    <w:p>
      <w:pPr>
        <w:jc w:val="right"/>
      </w:pPr>
      <w:r>
        <w:t>असल मसला था कि सारे जो लिखे हुए अज़्ज़ा थे वो सारा जमा करके उसको check किया जाए और उसको फिर memory से check किया जाए.</w:t>
      </w:r>
    </w:p>
    <w:p>
      <w:r>
        <w:rPr>
          <w:b/>
        </w:rPr>
        <w:t xml:space="preserve">[14:10] </w:t>
      </w:r>
      <w:r>
        <w:t>to us waqt zaid bin sabit jo hai unko hazrat abu bakr ne incharge banaya, to wo rasoolullah sallallahu alaihi wasallam ke bhi katib the, wo hafiz bhi the, unke paas poora quran bhi tehreeri taur par tha, to unhi ko hazrat abu bakr ne incharge banaya aur unke under mein sara kaam hua.</w:t>
      </w:r>
    </w:p>
    <w:p>
      <w:pPr>
        <w:jc w:val="right"/>
      </w:pPr>
      <w:r>
        <w:t>तो उस वक्त जयद इन्हें साबित जो है उनको हजरत अब्बाक्र ने incharge बनाया, तो वो रसूल्लाह सल्लाह सल्लाह सल्लाम के भी कातिब थे, वो हाफिज़ भी थे, उनके पास पूरा कुरान भी तहरीरी तौर पर था, तो उन्हीं को जताहूबाक्र ने in charge बनाया और उनके under में सारा काम हुआ.</w:t>
      </w:r>
    </w:p>
    <w:p>
      <w:r>
        <w:rPr>
          <w:b/>
        </w:rPr>
        <w:t xml:space="preserve">[14:31] </w:t>
      </w:r>
      <w:r>
        <w:t>aur hazrat umar ne elaan kar diya masjid mein ke tamam log jinke paas quran likha hua maujood hai, wo sab masjid milne aaye, masjid nabwi mein. to tamam log jo hain sare tehri kaghazat jo the wo sara masjid milne aaye aur phir unhone hazrat zaid ne unke sath kai log unke madad ke liye the.</w:t>
      </w:r>
    </w:p>
    <w:p>
      <w:pPr>
        <w:jc w:val="right"/>
      </w:pPr>
      <w:r>
        <w:t>और हज़ाद उमर ने ऐलान कर दिया मस्जिद में कि तमाम लोग जिनके पास पुरान लिखा हुआ मौजूद है, वो सब मस्जिद मिलने आए, मस्जिद नब्बे में. तो तमाम लोग जो हैं सारे तेहरी काग़ज़ाब जो थे वो सारा मस्जिद मिलने आए और फिर उन्होंने हदरत जैद ने उनके साथ कई लोग उनके मदद के लिए थे.</w:t>
      </w:r>
    </w:p>
    <w:p>
      <w:r>
        <w:rPr>
          <w:b/>
        </w:rPr>
        <w:t xml:space="preserve">[14:57] </w:t>
      </w:r>
      <w:r>
        <w:t>to hazrat zaid ne tamam cheezon ko check kiya, memory plus written words sara check kiya. phir uske baad unhone matlab yeh dekh rahe the ke zara bhi koi zer zabar ka koi fark na ho jayegi kyunke zer zabar se maani badal jate hain.</w:t>
      </w:r>
    </w:p>
    <w:p>
      <w:pPr>
        <w:jc w:val="right"/>
      </w:pPr>
      <w:r>
        <w:t>तो हदरत जैद ने तमाम चीज़ों को check किया, memory plus written words सारा check किया. फिर उसके बाद उन्होंने मतलब यह देख रहे थे कि जरा भी कोई ज़ेर ज़बर का कोई फ़र्क न हो जाएगी क्योंकि ज़ेर ज़बर से महानी बदल जाते हैं.</w:t>
      </w:r>
    </w:p>
    <w:p>
      <w:r>
        <w:rPr>
          <w:b/>
        </w:rPr>
        <w:t xml:space="preserve">[15:14] </w:t>
      </w:r>
      <w:r>
        <w:t>to woh sara check karne ke baad phir tamam usko ek chaukor kaghaz, kaghaz is tarah ka lamba</w:t>
      </w:r>
    </w:p>
    <w:p>
      <w:pPr>
        <w:jc w:val="right"/>
      </w:pPr>
      <w:r>
        <w:t>तो वह सारा check करने के बाद फिर तमाम उसको एक चौकोर काग़ज़, काग़ज़ इस तरीके का लंबा</w:t>
      </w:r>
    </w:p>
    <w:p>
      <w:r>
        <w:rPr>
          <w:b/>
        </w:rPr>
        <w:t xml:space="preserve">[15:19] </w:t>
      </w:r>
      <w:r>
        <w:t>nahi hota tha balke chaukor jisko rabah kehte hain.</w:t>
      </w:r>
    </w:p>
    <w:p>
      <w:pPr>
        <w:jc w:val="right"/>
      </w:pPr>
      <w:r>
        <w:t>नहीं होता था बल्कि चौकोर जिसको रबाह कहते हैं.</w:t>
      </w:r>
    </w:p>
    <w:p>
      <w:r>
        <w:rPr>
          <w:b/>
        </w:rPr>
        <w:t xml:space="preserve">[15:24] </w:t>
      </w:r>
      <w:r>
        <w:t>to unhon ne ek chaukor kaghaz par woh tamam check karne ke baad usko tarti bar usko ek dhage</w:t>
      </w:r>
    </w:p>
    <w:p>
      <w:pPr>
        <w:jc w:val="right"/>
      </w:pPr>
      <w:r>
        <w:t>तो उन्होंने एक चौकोर काग़ज़ पर वह तमाम check करने के बाद उसको तरती बार उसको एक धागे</w:t>
      </w:r>
    </w:p>
    <w:p>
      <w:r>
        <w:rPr>
          <w:b/>
        </w:rPr>
        <w:t xml:space="preserve">[15:30] </w:t>
      </w:r>
      <w:r>
        <w:t>mein piro diya.</w:t>
      </w:r>
    </w:p>
    <w:p>
      <w:pPr>
        <w:jc w:val="right"/>
      </w:pPr>
      <w:r>
        <w:t>में पिरो दिया.</w:t>
      </w:r>
    </w:p>
    <w:p>
      <w:r>
        <w:rPr>
          <w:b/>
        </w:rPr>
        <w:t xml:space="preserve">[15:35] </w:t>
      </w:r>
      <w:r>
        <w:t>phir woh ek copy jo hai official copy ban gayi.</w:t>
      </w:r>
    </w:p>
    <w:p>
      <w:pPr>
        <w:jc w:val="right"/>
      </w:pPr>
      <w:r>
        <w:t>फिर वह एक copy जो है official copy वन गई.</w:t>
      </w:r>
    </w:p>
    <w:p>
      <w:r>
        <w:rPr>
          <w:b/>
        </w:rPr>
        <w:t xml:space="preserve">[15:40] </w:t>
      </w:r>
      <w:r>
        <w:t>woh copy Hazrat Abu Bakr ke paas woh, woh rakhi gayi.</w:t>
      </w:r>
    </w:p>
    <w:p>
      <w:pPr>
        <w:jc w:val="right"/>
      </w:pPr>
      <w:r>
        <w:t>वह copy हद्रतवू बकर के पास वह, वह रखी गई.</w:t>
      </w:r>
    </w:p>
    <w:p>
      <w:r>
        <w:rPr>
          <w:b/>
        </w:rPr>
        <w:t xml:space="preserve">[15:46] </w:t>
      </w:r>
      <w:r>
        <w:t>to ye kaam sara ho gaya checking ka. phir hazrat abu bakr ke baad wo copy jo hai hazrat umar ke paas thi kyunke hazrat umar ab doosre khalifa hazrat umar the phir hazrat umar ke baad haft sahabi bin umar ke paas thi. uske baad hazrat usman ka zamana aaya to, phir uski bahut sari copyan banai gayi. kyunke hazrat usman ke zamane mein kya hua tha?</w:t>
      </w:r>
    </w:p>
    <w:p>
      <w:pPr>
        <w:jc w:val="right"/>
      </w:pPr>
      <w:r>
        <w:t>तो ये काम सारा हो गया checking का. फिर हज़ाता उबक्र के बाद वो काफी जो है हज़रत उमर के पास थी क्योंकि हज़रत उमर अब दूसरे खलीफा हज़रत उमर थे फिर हजरत उमर के बाद हफ़्त साहब बिन्द उमर के पास थी. उसके बाद हजरत उस्मान का जमाना आया तो, फिर उसकी बहुत सारी कापियां बनाई गई. क्योंकि हजरत उस्मान के जमाने में क्या हुआ था?</w:t>
      </w:r>
    </w:p>
    <w:p>
      <w:r>
        <w:rPr>
          <w:b/>
        </w:rPr>
        <w:t xml:space="preserve">[16:14] </w:t>
      </w:r>
      <w:r>
        <w:t>ke lehjon ka ek itlaf ho gaya tha. kyunke khud arab mein kai lehje the aur doosre jo doosre qaume aa rahi thi, unki to arabi madri zuban bhi nahi thi. to lehje alag alag hone ki wajah se. to usmein bahut sare khatre the ke kisi tarike se bhi kuch fark ho jayega. to muqaddas kitab mein agar fark ho gaya to bahut zyada ek itlaf ho jate hain.</w:t>
      </w:r>
    </w:p>
    <w:p>
      <w:pPr>
        <w:jc w:val="right"/>
      </w:pPr>
      <w:r>
        <w:t>कि लेहजों का एक तलाफ हो गया था. क्योंकि खुद अरब में कई लेहजे थे और दूसरे जो दूसरे कौमें आ रही थी, उनकी तो अरबी माध्री ज़मान भी नहीं थी. तो लेहजे अलग अलग होने की वजह से. तो उसमें बहुत सारे खतरे थे कि किसी तरीके से भी कुछ फ़र्क हो जाएगा. तो मुकद्दस किताब में अगर फ़र्क हो गया तो बहुत ज़्यादा एक तलाफात हो जाते हैं.</w:t>
      </w:r>
    </w:p>
    <w:p>
      <w:r>
        <w:rPr>
          <w:b/>
        </w:rPr>
        <w:t xml:space="preserve">[16:44] </w:t>
      </w:r>
      <w:r>
        <w:t>ab misal ke taur par quran ki jo ayaat the, qul aoozu birabbin nas malikin nas. to nas ko kai qabile ke log nat padhte the, tez se padhte the. qul aoozu birabbin nat. to aisi bahut sari lehje mein fark the. to kabhi kabhi aisa hota hai ke wo fark se maane badal jate hain. to yeh jo hai bahut zyada is par logon ne socha ke isko kuch karna hoga.</w:t>
      </w:r>
    </w:p>
    <w:p>
      <w:pPr>
        <w:jc w:val="right"/>
      </w:pPr>
      <w:r>
        <w:t>अब मिसाल के तौर पर कुरान की जो आया थे, कुलोहज़ गुरब्बिन नास मलिकिन नास. तो नास को कई कबीले के लोग नात पढ़ते थे, तेज से पढ़ते थे. कुलोहज़ गुरब्बिन नात. तो ऐसी बहुत सारी लेजे में फ़र्क थे. तो कभी कभी ऐसा होता है कि वो फ़र्क से माने बदल जाते हैं. तो यह जो है बहुत ज़्यादा इस पर लोगों ने सोचा कि इसको कुछ करना होगा.</w:t>
      </w:r>
    </w:p>
    <w:p>
      <w:r>
        <w:rPr>
          <w:b/>
        </w:rPr>
        <w:t xml:space="preserve">[17:13] </w:t>
      </w:r>
      <w:r>
        <w:t>to yeh hazrat usman ke bare mein kaha jata hai ke yeh jame quran hai inhone. quran ko jama kiya aisa nahi hai. quran ko jama karne wale jo jame quran the wo hazrat abu bakr the. hazrat usman ne logon ko quran ki ek qirat par jama kiya. to dekhiye, qirat lehja to hum sabka ek kar hi nahi sakte hain. lehje alag alag rahenge. jaise angrezi mein bhi hota hai.</w:t>
      </w:r>
    </w:p>
    <w:p>
      <w:pPr>
        <w:jc w:val="right"/>
      </w:pPr>
      <w:r>
        <w:t>तो यह हज़रत उस्मान के बारे में कहा जाता है कि यह जामेय कुरान है इन्होंने. कुरान को जमा किया ऐसा नहीं है. कुरान को जमा करने वाले जो जामेय कुरान थे वह हज़रत अब उबग्र थे. हदरत उस्मान ने लोगों को कुरान की एक क़रात पर जमा किया. तो देखिए, क़रात लेजा तो हम सबका एक कर ही नहीं सकते हैं. लेजे अलग अलग रहेंगे. जैसे अंग्रेज़ी में भी होता है.</w:t>
      </w:r>
    </w:p>
    <w:p>
      <w:r>
        <w:rPr>
          <w:b/>
        </w:rPr>
        <w:t xml:space="preserve">[17:42] </w:t>
      </w:r>
      <w:r>
        <w:t>mere ek teacher the, wo help, help bolte the. to wo lehja hota hai. to is tarike se people ko people bolte hain log. to yeh lehja to badal nahi sakte the. saat lehjon ko yani mutaddid lehjon ko ijazat de di gai ke wo us par quran padh sakte hain. lekin jo written quran tha, wo poora ka poora quresh ke lehje par likha gaya.</w:t>
      </w:r>
    </w:p>
    <w:p>
      <w:pPr>
        <w:jc w:val="right"/>
      </w:pPr>
      <w:r>
        <w:t>मेरे एक teacher थे, वह help, help बोलते थे. तो वह लेजा होता है. तो इस तरीके से people को people बोलते हैं लोग. तो यह लेहजा तो बदल नहीं सकते थे. सात लेहजों को यानी मुताद्दित लेहजों को इजाज़त दे दी गई कि वह उस पर कुरान पढ़ सकते हैं. लेकिन जो written कुरान था, वह पूरा का पूरा कुराश के लेजे पर लिखा गया.</w:t>
      </w:r>
    </w:p>
    <w:p>
      <w:r>
        <w:rPr>
          <w:b/>
        </w:rPr>
        <w:t xml:space="preserve">[18:09] </w:t>
      </w:r>
      <w:r>
        <w:t>to is tarike se ek aisi standard text quran ki taiyar ho gai jo ke sahaba ke zamane mein taiyar hui jo ke bilkul most authentic daur tha. ji. to phir hazrat usman ne uske sath nakale banai aur har province ko ek ek nakal bhej diya.</w:t>
      </w:r>
    </w:p>
    <w:p>
      <w:pPr>
        <w:jc w:val="right"/>
      </w:pPr>
      <w:r>
        <w:t>तो इस तरीके से एक ऐसी standard text कुरान की तैयार हो गई जो कि सहाबा के जमाने में तैयार हुई जो कि बिल्कुल most authentic दौर था. जी. तो फिर हज़द उस्मान ने उसके साथ नकलें बनाई और हर province को एक एक नकल भेज दिया.</w:t>
      </w:r>
    </w:p>
    <w:p>
      <w:r>
        <w:rPr>
          <w:b/>
        </w:rPr>
        <w:t xml:space="preserve">[18:33] </w:t>
      </w:r>
      <w:r>
        <w:t>us, us nakal se, us copy se jo hazrat usman ne bheji thi, usi se tamam log phir nakal kiya karte the. to hazrat usman ki jo copy hai, aaj bhi wo turkey ke museum mein aur shayad do teen copyan aaj bhi pai jati hain lekin ek turkey ke museum mein bhi hai. ji.</w:t>
      </w:r>
    </w:p>
    <w:p>
      <w:pPr>
        <w:jc w:val="right"/>
      </w:pPr>
      <w:r>
        <w:t>उस, उस नकल से, उस copy से जो हदरत उष्मान ने भेजी थी, उसी से तमाम लोग फिर नकल किया करते थे. तो हदरत उष्मान की जो copy है, आज भी वो turkey के museum में और शायद दो तीन copyयां आज भी पाई जाती हैं लेकिन एक turkey के museum में भी है. जी.</w:t>
      </w:r>
    </w:p>
    <w:p>
      <w:r>
        <w:rPr>
          <w:b/>
        </w:rPr>
        <w:t xml:space="preserve">[18:55] </w:t>
      </w:r>
      <w:r>
        <w:t>apa to jaise ke humne jana ke the first twenty three years of the quranic revolution period, prophet mohammad was himself the fountain head of quranic learning. phir uske baad unhone companions jaisa aapne sab bataya ke appoint kiya to spread the message of the quran.</w:t>
      </w:r>
    </w:p>
    <w:p>
      <w:pPr>
        <w:jc w:val="right"/>
      </w:pPr>
      <w:r>
        <w:t>आपा तो जैसे कि हमने जाना कि the first twenty three years of the कुरानिक revolution period, prophet मोहम्मद was himself the fountain head of कुरानिक learning. फिर उसके बाद उन्होंने companions जैसा आपने सब बताया कि appoint किया to spread the message of the कुरान.</w:t>
      </w:r>
    </w:p>
    <w:p>
      <w:r>
        <w:rPr>
          <w:b/>
        </w:rPr>
        <w:t xml:space="preserve">[19:14] </w:t>
      </w:r>
      <w:r>
        <w:t>aapki is jawab se yeh bhi hamein pata chala ke kaise quran compile hua during the time of prophet muhammad and then you know during the time of the first three caliphs, hazrat abu bakr, hazrat umar bin khattab and hazrat usman. aap aapne yeh bhi bataya ke kis material pe quran likha gaya jo ke bahut se log nahi jante the aur janna bhi chahte the.</w:t>
      </w:r>
    </w:p>
    <w:p>
      <w:pPr>
        <w:jc w:val="right"/>
      </w:pPr>
      <w:r>
        <w:t>आपकी इस जवाब से यह भी हमें पता चला कि कैसे Quran compile हुआ during the time of prophet मुहम्मद and then you know during the time of the first three caliphs, हज़रत अबू बकर, हज़रत उमर बिन खताब and हज़रत उस्मान. आप आपने यह भी बताया कि किस material पे कुरान लिखा गया जो कि बहुत से लोग नहीं जानते थे और जानना भी चाहते थे.</w:t>
      </w:r>
    </w:p>
    <w:p>
      <w:r>
        <w:rPr>
          <w:b/>
        </w:rPr>
        <w:t xml:space="preserve">[19:40] </w:t>
      </w:r>
      <w:r>
        <w:t>ek sawal aapka yeh bhi aata hai ke rasoolullah ki ke rasoolullah ke baad nations after nations started to come into the fold of islam and within arabia and outside arabia conquest also helped in spreading of the quran. to political power ka kya role hai quran ke hifazat mein? iske bare mein bhi aap hamein bataye.</w:t>
      </w:r>
    </w:p>
    <w:p>
      <w:pPr>
        <w:jc w:val="right"/>
      </w:pPr>
      <w:r>
        <w:t>एक सवाल आपका यह भी आता है कि रसूल्लाह की के रसूल्लाह के बाद nations after nations started to come into the fold of islam and within Arabia and outside Arabia conquest also helped in spreading of the कुरान. तो political power का क्या role है कुरान के हिफाज़त में? इसके बारे में भी आप हमें बताएं.</w:t>
      </w:r>
    </w:p>
    <w:p>
      <w:r>
        <w:rPr>
          <w:b/>
        </w:rPr>
        <w:t xml:space="preserve">[20:09] </w:t>
      </w:r>
      <w:r>
        <w:t>dekhiye political power jab bhi paigambar aaye to siway hazrat, sulaiman aur hazrat dawood ke aam taur par paigambaron ke paas political power nahi tha. ji. to uski wajah se wo unke paas koi taqat nahi thi. jaise sabse bada kaam jo quran ko mehfoos karne ka hua, to ab logon mein ek itlaf shuru ho gaye the.</w:t>
      </w:r>
    </w:p>
    <w:p>
      <w:pPr>
        <w:jc w:val="right"/>
      </w:pPr>
      <w:r>
        <w:t>देखिए political power जब भी पैगंबर आए तो सिवाय हज़रत, सुलेमान और हज़रत दाऊद के आमतौर पर पैगंबरों के पास political power नहीं था. जी. तो उसकी वजह से वह उनके पास कोई ताकत नहीं थी. जैसे सबसे बड़ा काम जो कुरान को महफूस करने का हुआ, तो अब लोगों में एक तलाफात शुरू हो गए थे.</w:t>
      </w:r>
    </w:p>
    <w:p>
      <w:r>
        <w:rPr>
          <w:b/>
        </w:rPr>
        <w:t xml:space="preserve">[20:36] </w:t>
      </w:r>
      <w:r>
        <w:t>to ab hazrat abu bakr, hazrat umar, hazrat usman ke paas political power na hota to kis authority se wo ek standard text aur quran ka taiyar karte? jab unhone hazrat abu bakr aur hazrat usman ne jab elaan kiya yeh tamam quran ke jitne bhi tehri, tehreer hai quran ki wo sari masjid mein lakar jama kar di jaye to tamam logon ne jama kar diya.</w:t>
      </w:r>
    </w:p>
    <w:p>
      <w:pPr>
        <w:jc w:val="right"/>
      </w:pPr>
      <w:r>
        <w:t>तो अब हज़रत अब्बाक राजा तुम्हार हज़रत उस्मान के पास political power ना होता तो किस authority से वह एक standard text और कुरान का तैयार करते? जब उन्होंने हज़रत अबूबाक्रमण और हज़रत उस्मान ने जब ऐलान किया यह तमाम कुरान के जितने भी तैरीरी, तैरीर है कुरान की वह सारी मस्जिद में लाकर जमा कर दी जाए तो तमाम लोगों ने जमा कर दिया.</w:t>
      </w:r>
    </w:p>
    <w:p>
      <w:r>
        <w:rPr>
          <w:b/>
        </w:rPr>
        <w:t xml:space="preserve">[21:05] </w:t>
      </w:r>
      <w:r>
        <w:t>ab agar wo khalifa na hote, to kaun lakar jama karta? jo bhi ek talafat hote wo badhte chale jate hain. phir jab ek standard text ban gai, to un tamam jo portions likhe hue the quran ke, wo sab khalifa ke hukoom se jala diye gaye. ab agar khalifa na hota uske paas political power na hota, to wo koi bhi nahi jalane ke liye taiyar hota.</w:t>
      </w:r>
    </w:p>
    <w:p>
      <w:pPr>
        <w:jc w:val="right"/>
      </w:pPr>
      <w:r>
        <w:t>अब अगर वो खलीफा न होते, तो कौन लाकर जमा करता? जो भी एक तलाफात होते वो बढ़ते चले जाते हैं. फिर जब एक standard text वन गई, तो उन तमाम जो portions लिखे हुए थे कुरान के, वो सब खलिफा के हुकूम से जला दिए गए. अब अगर खलिफा ना होता उसके पास political power ना होता, तो वो कोई भी नहीं जलाने के लिए तैयार होता.</w:t>
      </w:r>
    </w:p>
    <w:p>
      <w:r>
        <w:rPr>
          <w:b/>
        </w:rPr>
        <w:t xml:space="preserve">[21:31] </w:t>
      </w:r>
      <w:r>
        <w:t>to political power ki wajah se sara organize hua aur yeh sabse bada kaam jo political power ki wajah se hua, wah yahi ki quran mehfooz ho gaya. kyunki quran mehfooz na hota to aaj hamare paas khuda ki hidayat hi na hoti. aur har aadmi jo hai, apne apne hisab se usko lekar jo bhi usme changes hote usi ko asal samajhta rehta.</w:t>
      </w:r>
    </w:p>
    <w:p>
      <w:pPr>
        <w:jc w:val="right"/>
      </w:pPr>
      <w:r>
        <w:t>तो political power की वजह से सारा organize हुआ और यह सबसे बड़ा काम जो political power की वजह से हुआ, वह यही कि कुरान महफूज हो गया. क्योंकि कुरान महफूज़ ना होता तो आज हमारे पास खुदा की हिदायत ही ना होती. और हर आदमी जो है, अपने अपने हिसाब से उसको लेकर जो भी उसमें changes होते उसी को असल समझता रहता.</w:t>
      </w:r>
    </w:p>
    <w:p>
      <w:r>
        <w:rPr>
          <w:b/>
        </w:rPr>
        <w:t xml:space="preserve">[22:01] </w:t>
      </w:r>
      <w:r>
        <w:t>to changes to hue lekin wo tafsir mein hue, interpretation mein hue. ji. asal quran mein koi change nahi hua. ji, quran poora ka poora mehfooz raha jaise aapne bataya. aap ab quran memorize bhi kiya gaya aur quran ko preserve bhi kiya gaya writing mein jaise ki aapne bataya. to isko double checking system bhi kehte hain. to yeh double checking system kya hai? isko acche se wazeh kar dein aap.</w:t>
      </w:r>
    </w:p>
    <w:p>
      <w:pPr>
        <w:jc w:val="right"/>
      </w:pPr>
      <w:r>
        <w:t>तो changes तो हुए लेकिन वह तफ्सीर में हुए, interpretation में हुए. जी. असल कुरान में कोई change नहीं हुआ. जी, कुरान पूरा का पूरा महफूज रहा जैसे आपने बताया. आप अब कुरान memorize भी किया गया और कुरान को preserve भी किया गया writing में जैसे कि आपने बताया. तो इसको double checking system भी कहते हैं. तो यह double checking system क्या है? इसको अच्छे से वाज़े कर दें आप.</w:t>
      </w:r>
    </w:p>
    <w:p>
      <w:r>
        <w:rPr>
          <w:b/>
        </w:rPr>
        <w:t xml:space="preserve">[22:27] </w:t>
      </w:r>
      <w:r>
        <w:t>yeh double checking system jo hai bahut hi zyada important tha kyunki kai logon ne likha hai mustashrikeen ne ki aisa kahin hua hi nahi tha. Servillium Major ne likha hai ki koi bhi kitab itne lambe arse tak poori tarah se maafuz nahi rahi. to isi wajah se thi ki poori ki poori kitab memory mein thi.</w:t>
      </w:r>
    </w:p>
    <w:p>
      <w:pPr>
        <w:jc w:val="right"/>
      </w:pPr>
      <w:r>
        <w:t>यह double checking system जो है बहुत ही ज़्यादा important था क्योंकि कई लोगों ने लिखा है मुस्ता श्रीकिन ने कि ऐसा कहीं हुआ ही नहीं था. Servillium Major ने लिखा है कि कोई भी किताब इतने लंबे अरसे तक पूरी तरह से माफूज नहीं रही. तो इसी वजह से थी कि पूरी की पूरी किताब memory में थी.</w:t>
      </w:r>
    </w:p>
    <w:p>
      <w:r>
        <w:rPr>
          <w:b/>
        </w:rPr>
        <w:t xml:space="preserve">[22:51] </w:t>
      </w:r>
      <w:r>
        <w:t>aur uski quran ki jo style hai wah itna flow hai usme, itna rhythm hai usme ki bahut aasani se wo yaad ho jata hai. to tamam log baccha baccha usko yaad kar leta hai. to wo poora ka poora quran log yaad karte rahe. lakhon lakh log quran yaad karte rahe.</w:t>
      </w:r>
    </w:p>
    <w:p>
      <w:pPr>
        <w:jc w:val="right"/>
      </w:pPr>
      <w:r>
        <w:t>और उसकी कुरान की जो style है वह इतना flow है उसमें, इतना rhythm है उसमें कि बहुत आसानी से वह याद हो जाता है. तो तमाम लोग बच्चा बच्चा उसको याद कर लेता है. तो वह पूरा का पूरा कुरान लोग याद करते रहे. लाखों लाखों लोग कुरान याद करते रहे.</w:t>
      </w:r>
    </w:p>
    <w:p>
      <w:r>
        <w:rPr>
          <w:b/>
        </w:rPr>
        <w:t xml:space="preserve">[23:11] </w:t>
      </w:r>
      <w:r>
        <w:t>uske baad jo written words the quran ke jo bahut sare logon ne usko poori poori chapters likh liye the. to wo sare mazide navvi mein jama kiye gaye aur jo memory mein jo quran tha aur jo written words the, quran ke dono mein, dono ko jisko hum kahenge tally kiya gaya. dono tally kiya gaya.</w:t>
      </w:r>
    </w:p>
    <w:p>
      <w:pPr>
        <w:jc w:val="right"/>
      </w:pPr>
      <w:r>
        <w:t>उसके बाद जो written words थे कुरान के जो बहुत सारे लोगों ने उसको पूरी पूरी chapters लिख लिए थे. तो वो सारे मज़ीदे नव्वी में जमा किए गए और जो memory में जो कुरान था और जो written words थे, कुरान के दोनों में, दोनों को जिसको हम कहेंगे tally किया गया. दोनों tally किया गया.</w:t>
      </w:r>
    </w:p>
    <w:p>
      <w:r>
        <w:rPr>
          <w:b/>
        </w:rPr>
        <w:t xml:space="preserve">[23:39] </w:t>
      </w:r>
      <w:r>
        <w:t>kahin bhi zara bhi koi kamafal staff ka fark tha. to us bachchon ke sahib aap maujood the. to unhone usko check kiya aur check karne ke baad ek standard copy banai. to isi ko double checking system keh rahi hai. ji, ji, ji. aap abhi apne jaise hazrat usman ke period ka bhi zikr kiya aur kaha jata hai ki sahabi jo hai wo different different mulkon mein chale gaye, quran ko spread karne ke liye.</w:t>
      </w:r>
    </w:p>
    <w:p>
      <w:pPr>
        <w:jc w:val="right"/>
      </w:pPr>
      <w:r>
        <w:t>कहीं भी जरा भी कोई कामाफल staff का फ़र्क था. तो उस बच्चों के साहब आप मौजूद थे. तो उन्होंने उसको check किया और check करने के बाद एक standard copy बनाई. तो इसी को double checking system कह रही है. जी, जी, जी. आप अभी अपने जैसे हजरत उस्मान के period का भी ज़िक्र किया और कहा जाता है कि सहाबी जो है वो different different मुल्कों में चले गए, कुरान को spread करने के लिए.</w:t>
      </w:r>
    </w:p>
    <w:p>
      <w:r>
        <w:rPr>
          <w:b/>
        </w:rPr>
        <w:t xml:space="preserve">[24:07] </w:t>
      </w:r>
      <w:r>
        <w:t>jaise syria mein jo log hain unhone ubai ebn kaab se seekha, usi tarike se kufa ke jo log hain unhone abdullah ebn masood se quran ko seekha aur iraqis in general unhone abu musa sharir se quran ko seekha lekin isse kya hua ki different different styles, different accents, yeh sab emerge ho gayi aur isse kafi controversy khadi ho gayi hazrat usman ke period mein.</w:t>
      </w:r>
    </w:p>
    <w:p>
      <w:pPr>
        <w:jc w:val="right"/>
      </w:pPr>
      <w:r>
        <w:t>जैसे syria में जो लोग हैं उन्होंने उबैई एब्न काब से सीखा, उसी तरीके से कुफा के जो लोग हैं उन्होंने अब्दुल्ला एब्न मसूद से कुरान को सीखा और इराकीs in general उन्होंने अबू मुसा शरीर से कुरान को सीखा लेकिन इससे क्या हुआ कि different different styles, different accents, ये सब emerge हो गई और इससे काफी controversy खड़ी हो गई हज़रत उस्मान के period में.</w:t>
      </w:r>
    </w:p>
    <w:p>
      <w:r>
        <w:rPr>
          <w:b/>
        </w:rPr>
        <w:t xml:space="preserve">[24:36] </w:t>
      </w:r>
      <w:r>
        <w:t>to is, iske bare mein bhi bataye is controversy ke bare mein aur yeh jo different style aur accent jo aa gaye, iska kya matlab tha? haan, dekhiye accent ka to fark tha aur uski wajah se ek talafat bhi ho rahe the. to yeh hazrat ali ke zamane mein yeh hua ki muharram nuskhe yaani zer zabar. pehle zer zabar wala nahi tha.</w:t>
      </w:r>
    </w:p>
    <w:p>
      <w:pPr>
        <w:jc w:val="right"/>
      </w:pPr>
      <w:r>
        <w:t>तो इस, इसके बारे में भी बताएं इस controversy के बारे में और यह जो different style और accent जो आ गए, इसका क्या मतलब था? हाँ, देखिए accent का तो फ़र्क था और उसकी वजह से एक तलाफात भी हो रहे थे. तो यह हजरत अली के जमाने में यह हुआ कि मुहरब नुस्खे यानी ज़ेर ज़बर. पहले ज़ेर ज़बर वाला नहीं था.</w:t>
      </w:r>
    </w:p>
    <w:p>
      <w:r>
        <w:rPr>
          <w:b/>
        </w:rPr>
        <w:t xml:space="preserve">[25:02] </w:t>
      </w:r>
      <w:r>
        <w:t>khattehiri tha pehle aur phir khattekoofi develop hua yeh usme zer zabar nahi tha. jab zer zabar nahi hai aur hamari madri zuban arabian nahi hai to bahut sare usme differences honge. usko padhne mein, usko leje mein. to is wajah se is masle ka hal hazardali ke zamane mein yeh kiya gaya aur us waqt bhi ek abul aswad dawli the unhone aur hazajib ne yusuf ne bhi isme rohladah kiya hai.</w:t>
      </w:r>
    </w:p>
    <w:p>
      <w:pPr>
        <w:jc w:val="right"/>
      </w:pPr>
      <w:r>
        <w:t>खत्तेहीरी था पहले और फिर खत्तेकूफी develop हुआ यह उसमें ज़ेर ज़बर नहीं था. जब ज़ेर ज़बर नहीं है और हमारी माध्री ज़बान Arabian नहीं है तो बहुत सारे उसमें differences होंगे. उसको पढ़ने में, उसको लेजे में. तो इस वजह से इस मसले का हल हजरदाली के जमाने में यह किया गया और उस वक्त भी एक अबुल अस्वद दवली थे उन्होंने और हज़ाजिब ने युसूफ ने भी इसमें रोहलादा किया है.</w:t>
      </w:r>
    </w:p>
    <w:p>
      <w:r>
        <w:rPr>
          <w:b/>
        </w:rPr>
        <w:t xml:space="preserve">[25:32] </w:t>
      </w:r>
      <w:r>
        <w:t>to in logon ne ek nuskha banaya, moharram nuskha. poore nuskhe mein eraab lagaye gaye. jaise ab hum quran padhte hain to usme eraab hota hai. to usse bahut zyada iski roktham ho gayi jo differences paida ho rahe the. to lekin ab jab hum pronounce karenge to usme to fark hoga lekin jo written copy thi wah us wah ekdam uniform ho gayi, standard ho gayi.</w:t>
      </w:r>
    </w:p>
    <w:p>
      <w:pPr>
        <w:jc w:val="right"/>
      </w:pPr>
      <w:r>
        <w:t>तो इन लोगों ने एक नुस्खा बनाया, मोहरब नुस्खा. पूरे नुस्खे में एराब लगाए गए. जैसे अब हम कुरान पढ़ते हैं तो उसमें एराब होता है. तो उससे बहुत ज़्यादा इसकी रोकथाम हो गई जो differences पैदा हो रहे थे. तो लेकिन अब जब हम pronounce करेंगे तो उसमें तो फ़र्क होगा लेकिन जो written copy थी वह उस वह एकदम uniform हो गई, standard हो गई.</w:t>
      </w:r>
    </w:p>
    <w:p>
      <w:r>
        <w:rPr>
          <w:b/>
        </w:rPr>
        <w:t xml:space="preserve">[26:01] </w:t>
      </w:r>
      <w:r>
        <w:t>ji. ab agla sawal lene se pehle comment bhi padhna chahunga kyunki bahut se log aapke is program ko live dekh rahe hain. jaise doctor aslam khan sahab ne ek comment bheja hai ki essence of the quran is that all should lead a positive life. realistic approach is the gist of the quran, following which one can become successful. nowadays we are living in a scientific period.</w:t>
      </w:r>
    </w:p>
    <w:p>
      <w:pPr>
        <w:jc w:val="right"/>
      </w:pPr>
      <w:r>
        <w:t>जी. अब अगला सवाल लेने से पहले comment भी पढ़ना चाहूंगा क्योंकि बहुत से लोग आपके इस program को live देख रहे हैं. जैसे doctor असलम खान साहब ने एक comment भेजा है कि essence of the कुरान is that all should lead a positive life. Realistic approach is the gist of the कुरान, following which one can become successful. Nowadays we are living in a scientific period.</w:t>
      </w:r>
    </w:p>
    <w:p>
      <w:r>
        <w:rPr>
          <w:b/>
        </w:rPr>
        <w:t xml:space="preserve">[26:30] </w:t>
      </w:r>
      <w:r>
        <w:t>it is all due to quranic revelation. to yeh bahut accha comment unhone bheja hai. aapka agla sawal yahi hai ki Maulana Wahiduddin Khan sahab ke jo thoughts hain quran ko lekar. to what is the key to understanding the quran that you have discovered through Maulana Wahiduddin Khan sahab writings? iske bare mein bhi bataye aap.</w:t>
      </w:r>
    </w:p>
    <w:p>
      <w:pPr>
        <w:jc w:val="right"/>
      </w:pPr>
      <w:r>
        <w:t>It is all due to कुरानिक revelation. तो यह बहुत अच्छा comment उन्होंने भेजा है. आपका अगला सवाल यही है कि मुलाना वयुद्दीन खान साहब के जो thoughts हैं कुरान को लेकर. तो what is the key to understanding the कुरान that you have discovered through मुलाना वैदुद्दीन खान साहब writings? इसके बारे में भी बताएं आप.</w:t>
      </w:r>
    </w:p>
    <w:p>
      <w:r>
        <w:rPr>
          <w:b/>
        </w:rPr>
        <w:t xml:space="preserve">[26:57] </w:t>
      </w:r>
      <w:r>
        <w:t>Maulana sahab ki do kitabein hain, mutalay quran aur azmati quran. to mutalay, quran par isme bahut hi detail mein likha hua hai ki quran ko hum kaise sahi sahi taur par samajh sakte hain. matlab quran ka mutala hum kaise karein?</w:t>
      </w:r>
    </w:p>
    <w:p>
      <w:pPr>
        <w:jc w:val="right"/>
      </w:pPr>
      <w:r>
        <w:t>मुलाना साहब की दो किताबें हैं, मुतालय कुरान और आज़मती कुरान. तो मुतालाएं, कुरान पर इसमें बहुत ही detail में लिखा हुआ है कि कुरान को हम कैसे सही सही तौर पर समझ सकते हैं. मतलब कुरान का मुताला हम कैसे करें?</w:t>
      </w:r>
    </w:p>
    <w:p>
      <w:r>
        <w:rPr>
          <w:b/>
        </w:rPr>
        <w:t xml:space="preserve">[27:18] </w:t>
      </w:r>
      <w:r>
        <w:t>to usme jo hai ab abhi log jo batate hain ki arabi acchi honi chahiye aur bahut sare jo ullumfunoon hai, wo sab aana chahiye. wo sab theek hai. lekin uske alawa bhi kuch chahiye.</w:t>
      </w:r>
    </w:p>
    <w:p>
      <w:pPr>
        <w:jc w:val="right"/>
      </w:pPr>
      <w:r>
        <w:t>तो उसमें जो है अब अभी लोग जो बताते हैं कि अरबी अच्छी होनी चाहिए और बहुत सारे जो उल्लुमफुनून है, वो सब आना चाहिए. वो सब ठीक है. लेकिन उसके अलावा भी कुछ चाहिए.</w:t>
      </w:r>
    </w:p>
    <w:p>
      <w:r>
        <w:rPr>
          <w:b/>
        </w:rPr>
        <w:t xml:space="preserve">[27:34] </w:t>
      </w:r>
      <w:r>
        <w:t>wo hai taqwah aur objectivity aur jo hai hum apni rai ko importance na dein balki hum yeh janne ki bilkul objective andaaz mein yeh janne ki koshish karein ki khuda kya chahta hai? kyunki kai kai baar aisa hota hai ki hamare andar kuch obsessions hote hain. jaise political ideological obsession.</w:t>
      </w:r>
    </w:p>
    <w:p>
      <w:pPr>
        <w:jc w:val="right"/>
      </w:pPr>
      <w:r>
        <w:t>वो है तक़वाह और objectivity और जो है हम अपनी राय को importance न दें बल्कि हम यह जानने की बिल्कुल objective अंदाज़ में यह जानने की कोशिश करें कि खुदा क्या चाहता है? क्योंकि कई कई बार ऐसा होता है कि हमारे अंदर कुछ obsessions होते हैं. जैसे political ideological obsession.</w:t>
      </w:r>
    </w:p>
    <w:p>
      <w:r>
        <w:rPr>
          <w:b/>
        </w:rPr>
        <w:t xml:space="preserve">[28:02] </w:t>
      </w:r>
      <w:r>
        <w:t>to hum har jagah bas wahi dekhte hain ki usko apna apne zehan se usme maane pehnane shuru kar dete hain. to yeh nahi bilkul objective andaaz mein khuda ka khauf rakhte hue humko yeh janne ki koshish karna chahiye, khuda humse kya chahta hai? aur hum usi waqt agar hamare any, hamara kuch soch kuch aur hai, hamari fikr kuch aur hai to hum wahan par surrender kar dein.</w:t>
      </w:r>
    </w:p>
    <w:p>
      <w:pPr>
        <w:jc w:val="right"/>
      </w:pPr>
      <w:r>
        <w:t>तो हम हर जगह बस वही देखते हैं कि उसको अपना अपने जेहन से उसमें माने पहनाने शुरू कर देते हैं. तो यह नहीं बिल्कुल objective अंदाज़ में खुदा का खौफ रखते हुए हमको यह जानने की कोशिश करना चाहिए, खुदा हमसे क्या चाहता है? और हम उसी वक्त अगर हमारे अन्य, हमारा कुछ सोच कुछ और है, हमारी फ़िक्र कुछ और है तो हम वहां पर surrender कर दें.</w:t>
      </w:r>
    </w:p>
    <w:p>
      <w:r>
        <w:rPr>
          <w:b/>
        </w:rPr>
        <w:t xml:space="preserve">[28:31] </w:t>
      </w:r>
      <w:r>
        <w:t>jahan hum dekhenge khuda ki soch doosri hai, khuda ka shakla jo hai wah doosra hai. to wahan isme taqwah jo hai bahut taqwah shoiya nahi, thoda sa taqwah nahi, balki bahut bada taqwah chahiye. kyunki kai baar hamare andar aise obsessions hote hain ki hum chahte hain ki quran ko us par daal lein. ek baar ek scholar aaye aur Maulana ke paas unhone hazrat ali ki bahut zyada badai karni shuru ki.</w:t>
      </w:r>
    </w:p>
    <w:p>
      <w:pPr>
        <w:jc w:val="right"/>
      </w:pPr>
      <w:r>
        <w:t>जहां हम देखेंगे खुदा की सोच दूसरी है, खुदा का शाक्ला जो है वह दूसरा है. तो वहां इसमें तक़वाह जो है बहुत तक़वाह शोईया नहीं, थोड़ा सा तक़वाह नहीं, बल्कि बहुत बड़ा तक़वाह चाहिए. क्योंकि कई बार हमारे अंदर ऐसे obsessions होते हैं कि हम चाहते हैं कि कुरान को उस पर डाल लें. एक बार एक scholar आए और मुराना के पास उन्होंने हज़रत अली की बहुत ज़्यादा बड़ाई करनी शुरू की.</w:t>
      </w:r>
    </w:p>
    <w:p>
      <w:r>
        <w:rPr>
          <w:b/>
        </w:rPr>
        <w:t xml:space="preserve">[29:01] </w:t>
      </w:r>
      <w:r>
        <w:t>to unhone kaha ki wo to quran mein bhi likha hua hai hazrat ali ke bare mein. to Maulana ne pucha, kahan likha hua hai? to unhone kaha, Ali yan kabira? to wo allah ke bare mein, Ali yan kabira, allah bahut buzurg bartar hai. to yeh hota hai, yeh ek misaal hai ki kis tarike se hum apne obsession ko, obsessions ko read karte hain quran mein. to yeh bahut bada takhba chahiye. aur doosri baat jo Maulana ne likhi hai. ji.</w:t>
      </w:r>
    </w:p>
    <w:p>
      <w:pPr>
        <w:jc w:val="right"/>
      </w:pPr>
      <w:r>
        <w:t>तो उन्होंने कहा कि वो तो कुरान में भी लिखा हुआ है हज़रत अली के बारे में. तो मुराना ने पुछा, कहाँ लिखा हुआ है? तो उन्होंने कहा, अली यन कबीरा? तो वह अल्लाह के बारे में, अली यन कबीरा, अल्लाह बहुत बुज़ुर्ग बर्तर है. तो यह होता है, यह एक मिसाल है कि किस तरीके से हम अपने obsession को, obsessions को read करते हैं कुरान में. तो यह बहुत बड़ा तखबा चाहिए. और दूसरी बात जो मौरान ने लिखी है. जी.</w:t>
      </w:r>
    </w:p>
    <w:p>
      <w:r>
        <w:rPr>
          <w:b/>
        </w:rPr>
        <w:t xml:space="preserve">[29:30] </w:t>
      </w:r>
      <w:r>
        <w:t>woh yeh hai ki nasikh mansookh ko jaanna zaroori hai. ek baar Maulana ne kuch articles likhe, to usme sabr ki talqeen ki gayi thi. to log bahut gussa hue ki quran to kehta hai ki jang karo aur yeh keh rahe hain ki sabr karo. to is tarike ke bahut sare aitrazaat aate rehte the.</w:t>
      </w:r>
    </w:p>
    <w:p>
      <w:pPr>
        <w:jc w:val="right"/>
      </w:pPr>
      <w:r>
        <w:t>वह यह है कि नासिख मंसूख को जानना ज़रूरी है. एक बार मौरान ने कुछ articles लिखे, तो उसमें सब्र की तल्कीन की गई थी. तो लोग बहुत गुस्सा हुए कि कुरान तो कहता है कि जंग करो और यह कह रहे हैं कि सब्र करो. तो इस तरीके के बहुत सारे ऐतराज़ात आते रहते थे.</w:t>
      </w:r>
    </w:p>
    <w:p>
      <w:r>
        <w:rPr>
          <w:b/>
        </w:rPr>
        <w:t xml:space="preserve">[29:53] </w:t>
      </w:r>
      <w:r>
        <w:t>to us par likha hai ki asal mein quran ko samajhne ke liye hamein background ko samajhna zaroori hai. kyunki jab rasoolullah sallallahu alaihi wasallam jab shull kar rahe the to kisi ne nahi kaha ki quran to jang karne ke liye keh raha hai. to jab aap jang ko avoid kar rahe the to kisi ne nahi kaha ki aap jang ko avoid kyun kar rahe hain?</w:t>
      </w:r>
    </w:p>
    <w:p>
      <w:pPr>
        <w:jc w:val="right"/>
      </w:pPr>
      <w:r>
        <w:t>तो उस पर लिखा है कि असल में कुरान को समझने के लिए हमें background को समझना ज़रूरी है. क्योंकि जब रसूल्लाह सल्लाह अब्सल्लम जब शुल्ल कर रहे थे तो किसी ने नहीं कहा कि कुरान तो जंग करने के लिए कह रहा है. तो जब आप जंग को avoid कर रहे थे तो किसी ने नहीं कहा कि आप जंग को avoid क्यों कर रहे हैं?</w:t>
      </w:r>
    </w:p>
    <w:p>
      <w:r>
        <w:rPr>
          <w:b/>
        </w:rPr>
        <w:t xml:space="preserve">[30:16] </w:t>
      </w:r>
      <w:r>
        <w:t>asal mein quran jab utar raha tha to stages mein jisko nazman nazman utra wah, stages mein utra, halaat ke hisab se utra. jo situations hoti thin, usi ke mutabiq commandments utarte rahe. to logon ko fauran samajh mein aa jata tha ki yeh situation hai, uske upar yeh command utra hai, usko humko follow karna hai. lekin aaj kya hai ki aaj aur baat ke daur mein ki hamare paas mukammal quran maujood hai.</w:t>
      </w:r>
    </w:p>
    <w:p>
      <w:pPr>
        <w:jc w:val="right"/>
      </w:pPr>
      <w:r>
        <w:t>असल में कुरान जब उतर रहा था तो stages में जिसको नज़मान नज़मान उतरा वह, stages में उतरा, हालात के हिसाब से उतरा. जो situations होती थीं, उसी के मुताबिक commandments उतरते रहे. तो लोगों को फ़ौरन समझ में आ जाता था कि यह situation है, उसके ऊपर यह command उतरा है, उसको हमको follow करना है. लेकिन आज क्या है कि आज और बात के दौर में कि हमारे पास मुकम्मल कुरान मौजूद है.</w:t>
      </w:r>
    </w:p>
    <w:p>
      <w:r>
        <w:rPr>
          <w:b/>
        </w:rPr>
        <w:t xml:space="preserve">[30:46] </w:t>
      </w:r>
      <w:r>
        <w:t>ab hum jo hai koi bhi ayat ka hawala de dete hain bagair uske background ko samjhe bhi kahenge ki hum quran jang karne ko kehta hai. to yeh jo hai isse yeh galat study hai quran ki. us isi ko nasekh aur mansookh bhi kehte hain ki nasekh aur mansookh yaani principle of abrogation.</w:t>
      </w:r>
    </w:p>
    <w:p>
      <w:pPr>
        <w:jc w:val="right"/>
      </w:pPr>
      <w:r>
        <w:t>अब हम जो है कोई भी आयत का हवाला दे देते हैं बगैर उसके background को समझे भी कहेंगे कि हम कुरान जंग करने को कहता है. तो यह जो है इससे यह गलत study है कुरान की. उस इसी को नासेख और मंसूख भी कहते हैं कि नासेख और मंसूख यानी principle of abrogation.</w:t>
      </w:r>
    </w:p>
    <w:p>
      <w:r>
        <w:rPr>
          <w:b/>
        </w:rPr>
        <w:t xml:space="preserve">[31:10] </w:t>
      </w:r>
      <w:r>
        <w:t>to nasekh aur mansookh jo hai yeh ek mustaqil usool, matlab wo aaye the jo nasikh hain aur wo aaye the jo mansookh hain, wo hamesha ke liye nahi hai, balki waqti taur par hain.</w:t>
      </w:r>
    </w:p>
    <w:p>
      <w:pPr>
        <w:jc w:val="right"/>
      </w:pPr>
      <w:r>
        <w:t>तो नासेख और मंसूख जो है यह एक मुस्तकिल उसूल, मतलब वह आए थे जो नासिख हैं और वह आए थे जो मंसूख हैं, वह हमेशा के लिए नहीं है, बल्कि वक्ती तौर पर हैं.</w:t>
      </w:r>
    </w:p>
    <w:p>
      <w:r>
        <w:rPr>
          <w:b/>
        </w:rPr>
        <w:t xml:space="preserve">[31:28] </w:t>
      </w:r>
      <w:r>
        <w:t>main misaal doongi iski sharab se, ke sharab ko quran mein teen stages mein forbid, teen stages mein haram kiya gaya. to pehli stage stage mein kaha gaya ki sharab bahut buri cheez hai aur tum usme usme fayde kam hain, nuksan zyada hain.</w:t>
      </w:r>
    </w:p>
    <w:p>
      <w:pPr>
        <w:jc w:val="right"/>
      </w:pPr>
      <w:r>
        <w:t>मैं मिसाल दूंगी इसकी शराब से, के शराब को कुरान में तीन stages में forbid, तीन stages में हराम किया गया. तो पहली stage stage में कहा गया कि शराब बहुत बुरी चीज़ है और तुम उसमें उसमें फ़ायदे कम हैं, नुकसान ज़्यादा हैं.</w:t>
      </w:r>
    </w:p>
    <w:p>
      <w:r>
        <w:rPr>
          <w:b/>
        </w:rPr>
        <w:t xml:space="preserve">[31:51] </w:t>
      </w:r>
      <w:r>
        <w:t>phir taqreeban saal do saal ke baad doosra hukm aaya ki sharab peekar tum namaz ke qareeb mat jao. phir teesra hukm aaya ki sharab bilkul haram hai. to log bilkul mentally prepared ho gaye the. unhon ne kaha jata hai ki madine mein un logon ne sharab ke bartan jaakar naaliyon mein tod tod ke baha diye. lekin aaj jo hai log is baat ko samajhte nahin hain. achanak poora ka poora qanoon laagu karna chahte hain.</w:t>
      </w:r>
    </w:p>
    <w:p>
      <w:pPr>
        <w:jc w:val="right"/>
      </w:pPr>
      <w:r>
        <w:t>फिर तकरीबन साल दो साल के बाद दूसरा हुक माया कि शराब पीकर तुम नमाज़ के करीब मत जाओ. फिर तीसरा हुक माया कि शराब बिल्कुल आराम है. तो लोग बिल्कुल mentally prepared हो गए थे. उन्होंने कहा जाता है कि मदीने में उन लोगों ने शराब के बर्तन जाकर नालियों में तोड़ तोड़ के बहा दिए. लेकिन आज जो है लोग इस बात को समझते नहीं हैं. अचानक पूरा का पूरा कानून लागू करना चाहते हैं.</w:t>
      </w:r>
    </w:p>
    <w:p>
      <w:r>
        <w:rPr>
          <w:b/>
        </w:rPr>
        <w:t xml:space="preserve">[32:21] </w:t>
      </w:r>
      <w:r>
        <w:t>jaise syed amar shaheed ne Afghanistan mein kiya, achanak wahan unhon ne hukumat qayam ki, logon ko tayyar kiye baghair poora qanoon wahan laagu kar diya. logon ne rebel kiya aur unhin logon ko sab maar daala. unke jo hakim waghera the, unke jo governors waghera the, sab ko maar daala. to aise nahin kaam hota.</w:t>
      </w:r>
    </w:p>
    <w:p>
      <w:pPr>
        <w:jc w:val="right"/>
      </w:pPr>
      <w:r>
        <w:t>जैसे सय्यद अमर शहीद ने Afghanistan में किया, अचानक वहाँ उन्होंने गुमत कायम की, लोगों को तैयार किए बगैर पूरा कानून वहाँ लागू कर दिया. लोगों ने rebel किया और उन्हीं लोगों को सब मार डाला. उनके जो हाकिम वगैरह थे, उनके जो गुब्बर्नर्स वगैरह थे, सबको मार डाला. तो ऐसे नहीं काम होता.</w:t>
      </w:r>
    </w:p>
    <w:p>
      <w:r>
        <w:rPr>
          <w:b/>
        </w:rPr>
        <w:t xml:space="preserve">[32:42] </w:t>
      </w:r>
      <w:r>
        <w:t>isko samajhna padega ki kaun hukm kis khaas mauqe ke liye utra hai aur usi se, aur woh situation aur aaj ki situation mein humein similarity dhoondhni padegi. matlab aaj agar sabr ki situation hai, to humare upar sabr ka command laagu hoga aur agar koi doosri situation hai to usi ke hisaab se humein dhoondhna padega.</w:t>
      </w:r>
    </w:p>
    <w:p>
      <w:pPr>
        <w:jc w:val="right"/>
      </w:pPr>
      <w:r>
        <w:t>इसको समझना पड़ेगा कि कौन हुक्म किस खास मौके के लिए उतरा है और उसी से, और वह situation और आज की situation में हमें similarity ढूँढनी पड़ेगी. मतलब आज अगर सब्र की situation है, तो हमारे ऊपर सब्र का command लागू होगा और अगर कोई दूसरी situation है तो उसी के हिसाब से हमें ढूंढना पड़ेगा.</w:t>
      </w:r>
    </w:p>
    <w:p>
      <w:r>
        <w:rPr>
          <w:b/>
        </w:rPr>
        <w:t xml:space="preserve">[33:11] </w:t>
      </w:r>
      <w:r>
        <w:t>poora ka poora quran agar hum apply karenge to log usko lene ke liye tayyar nahin honge aur sirf fasad hoga. to yeh, yeh baat bahut hi clear tareeqe se unhon ne bataya hai ki poora jo hai qanoon jo hai ek, ek bag laagu nahin ho sakta hai balki haalaat ke hisaab se humein usko laagu karna padega. ek bahut hi achhi misaal main aapko batati hoon. ji.</w:t>
      </w:r>
    </w:p>
    <w:p>
      <w:pPr>
        <w:jc w:val="right"/>
      </w:pPr>
      <w:r>
        <w:t>पूरा का पूरा कुरान अगर हम apply करेंगे तो लोग उसको लेने के लिए तैयार नहीं होंगे और सिर्फ फसाद होगा. तो यह, यह बात बहुत ही clear तरीके से उन्होंने बताया है कि पूरा जो है कानून जो है एक, एक bag लागू नहीं हो सकता है बल्कि हालात के हिसाब से हमें उसको लागू करना पड़ेगा. एक बहुत ही अच्छी मिसाल मैं आपको बताती हूं. जी.</w:t>
      </w:r>
    </w:p>
    <w:p>
      <w:r>
        <w:rPr>
          <w:b/>
        </w:rPr>
        <w:t xml:space="preserve">[33:39] </w:t>
      </w:r>
      <w:r>
        <w:t>ki yeh roos mein jab badshahat qayam thi, to roos ke badshah ne sar mazhab ko, walon ko bulaya, isaiyon ko, yehudiyon ko, musalmanon ko, unke mazhabi scholars ko bulaya ki humare yahan aakar humein wahan asal mein koi mazhab tha nahin. to unhon ne sab ko bulaya yeh janne ke liye ki in logon ke paas kya mazhab hai?</w:t>
      </w:r>
    </w:p>
    <w:p>
      <w:pPr>
        <w:jc w:val="right"/>
      </w:pPr>
      <w:r>
        <w:t>कि यह रूस में जब बादशाह कायम थी, तो रूस के बादशाह ने सर मज़हब को, वालों को बुलाया, ईसाईयों को, येहुद्धियों को, मुसलमानों को, उनके मज़हब ही scholars को बुलाया कि हमारे यहां आकर हमें वहां असल में कोई मज़हब था नहीं. तो उन्होंने सबको बुलाया यह जानने के लिए कि इन लोगों के पास क्या मज़हब है?</w:t>
      </w:r>
    </w:p>
    <w:p>
      <w:r>
        <w:rPr>
          <w:b/>
        </w:rPr>
        <w:t xml:space="preserve">[34:06] </w:t>
      </w:r>
      <w:r>
        <w:t>kya hum inke mazhab ko ikhtiyar kar sakte hain? to sabse pehle yahudi gaye. unhon ne badshah ko apna mazhab bataya. badshah ko bada pasand aaya. yeh khuda ke concept waghera, lekin yahudiyon ne kaha ki humara khuda humse naraz hai, hum dar badar ghoom rahe hain, to yeh baat badshah ko bahut samajh mein bilkul nahin aayi ki jab inka khuda inse naraz hai, to aisa mazhab hum lekar kya karenge?</w:t>
      </w:r>
    </w:p>
    <w:p>
      <w:pPr>
        <w:jc w:val="right"/>
      </w:pPr>
      <w:r>
        <w:t>क्या हम इनके मज़हब को इख्तैर कर सकते हैं? तो सबसे पहले यहूदी गए. उन्होंने बादशाह को अपना मज़हब बताया. बादशाह को बड़ा पसंद आया. यह खुदा के concept वगैरह, लेकिन योदियों ने कहा कि हमारा खुदा हमसे नाराज़ है, हम दर बदर घूम रहे हैं, तो यह बात भादशाह को बहुत समझ में बिल्कुल नहीं आई कि जब इनका खुदा इनसे नाराज़ है, तो ऐसा मज़हब हम लेकर क्या करेंगे?</w:t>
      </w:r>
    </w:p>
    <w:p>
      <w:r>
        <w:rPr>
          <w:b/>
        </w:rPr>
        <w:t xml:space="preserve">[34:35] </w:t>
      </w:r>
      <w:r>
        <w:t>to phir musalman scholars ko bulaya, musalman ulma ko bulaya. musalmanon ne apni baatein kahin, woh bhi badshah ko achhi lagi. usmein unko tha ki ek hone ka concept usko achha laga. phir hereafter ka bataya, jannat jahannum ka bataya, sab bataya. lekin woh badshah jo tha woh drink bahut karta tha. to unhon ne kaha ki nahin islam mein drink bilkul haram hai.</w:t>
      </w:r>
    </w:p>
    <w:p>
      <w:pPr>
        <w:jc w:val="right"/>
      </w:pPr>
      <w:r>
        <w:t>तो फिर मुसलमान scholars को बुला, मुसलमान ओलमा को बुलाया. मुसलमानों ने अपनी बातें कहीं, वह भी बादशाह को अच्छी लगी. उसमें उनको था कि एक होने का concept उसको अच्छा लगा. फिर hereafter का बताया, जन्नत जन्नम का बताया, सब बताया. लेकिन वो भादशाह जो था वो drink बहुत करता था. तो उन्होंने कहा कि नहीं इस्लाम में drink बिल्कुल हराम है.</w:t>
      </w:r>
    </w:p>
    <w:p>
      <w:r>
        <w:rPr>
          <w:b/>
        </w:rPr>
        <w:t xml:space="preserve">[35:03] </w:t>
      </w:r>
      <w:r>
        <w:t>to badshah ne kaha humein thoda concession chahiye, thoda waqt chahiye. to unhon ne kaha nahin yeh to nahin ho sakta. to unhon ne kaha main aise mazhab ko ikhtiyar nahin kar sakta. phir uske baad isai logon ne unhon ne apna mazhab bataya, to badshah ko woh mazhab achha laga, aur wahan asli mein mazhab tha nahin to woh mazhab talash kar raha tha. to unhon ne drink mein usko concession bhi de diya. to woh isai ho gaya.</w:t>
      </w:r>
    </w:p>
    <w:p>
      <w:pPr>
        <w:jc w:val="right"/>
      </w:pPr>
      <w:r>
        <w:t>तो बादशाह ने कहा हमें थोड़ा concession चाहिए, थोड़ा वक्त चाहिए. तो उन्होंने कहा नहीं यह तो नहीं हो सकता. तो उन्होंने कहा मैं ऐसे मज़हब को इख्तार नहीं कर सकता. फिर उसके बाद ईसाई लोगों ने उन्होंने अपना मज़हब बताया, तो भाषा को वह मज़हब अच्छा लगा, और वहां सिल्मु को मज़हब था नहीं तो वह मज़हब तलाश कर रहा था. तो उन्होंने drink में उसको concession भी दे दिया. तो वह ईसाई हो गया.</w:t>
      </w:r>
    </w:p>
    <w:p>
      <w:r>
        <w:rPr>
          <w:b/>
        </w:rPr>
        <w:t xml:space="preserve">[35:31] </w:t>
      </w:r>
      <w:r>
        <w:t>tabhi aaj bahut bade taadad wahan par isaiyon ki hai. to agar woh swargiya musalman jo ulma wahan gaye the unhon ne yeh baat samjhi hoti ki stages mein quran ka apply hota hai, to wahin nahin balki bahut zyada unko jagah jagah kaamyaabi hoti. lekin is, is importance ko musalman ulma nahin samajh paate hain.</w:t>
      </w:r>
    </w:p>
    <w:p>
      <w:pPr>
        <w:jc w:val="right"/>
      </w:pPr>
      <w:r>
        <w:t>तभी आज बहुत बड़े तादाद वहां पर ईसाईयों की है. तो अगर वह स्वर्ध मुसलमान जो ओलमा वहाँ गए थे उन्होंने यह बात समझी होती कि stages में पुरान का apply होता है, तो वहीं नहीं बल्कि बहुत ज़्यादा उनको जगह जगह कामयाबी होती. लेकिन इस, इस importance को मुसलमान वालमान नहीं समझ पाते हैं.</w:t>
      </w:r>
    </w:p>
    <w:p>
      <w:r>
        <w:rPr>
          <w:b/>
        </w:rPr>
        <w:t xml:space="preserve">[35:58] </w:t>
      </w:r>
      <w:r>
        <w:t>isi wajah se woh poori tarah se quran ko samajhne se kaafi rahe hain. ji, masha allah. aap aakhiri sawal lene se pehle do comment padhna chahunga. yeh comment bheja hai sikandar sahab ne Pakistan se unhon ne likha hai ki aap great information and knowledge about quran pak.</w:t>
      </w:r>
    </w:p>
    <w:p>
      <w:pPr>
        <w:jc w:val="right"/>
      </w:pPr>
      <w:r>
        <w:t>इसी वजह से वो पूरी तरीके से कुरान को समझने से काफी रहे हैं. जी, माशाल्लाह. आप आखिरी सवाल लेने से पहले दो comment पढ़ना चाहूंगा. यह comment भेजा है सिकंदर साहब ने Pakistan से उन्होंने लिखा है कि आपा great information and knowledge about कुरान पाक.</w:t>
      </w:r>
    </w:p>
    <w:p>
      <w:r>
        <w:rPr>
          <w:b/>
        </w:rPr>
        <w:t xml:space="preserve">[36:19] </w:t>
      </w:r>
      <w:r>
        <w:t>sara aman sahiba ne likha hai ki I want to understand the deeper essence with the wisdom, realistic approach and knowledge. I want to buy the hard copy of the quran of Maulana Wahiduddin Khan sahab. ab aakhiri sawal yeh hai ki ki ramzan ke mahine mein hum sab ko bahut zyada rohani ehsaas rehta hai.</w:t>
      </w:r>
    </w:p>
    <w:p>
      <w:pPr>
        <w:jc w:val="right"/>
      </w:pPr>
      <w:r>
        <w:t>सारा अमन साहिबा ने लिखा है कि I want to understand the deeper essence with the wisdom, realistic approach and knowledge. I want to buy the hard copy of the कुरान of मुलाना वैदुद्दीन खान साहब. अब आखिरी सवाल यह है कि कि रमज़ान के महीने में हम सबको बहुत ज़्यादा रोहानी एहसास रहता है.</w:t>
      </w:r>
    </w:p>
    <w:p>
      <w:r>
        <w:rPr>
          <w:b/>
        </w:rPr>
        <w:t xml:space="preserve">[36:45] </w:t>
      </w:r>
      <w:r>
        <w:t>to aksar log yeh poochte hain ki ramzan ke baad bhi isko kaise barkarar rakhen? iske baare mein aap bataein. dekhiye ramzan to ek qism ki training hai. to ab aisa nahin hai ki training lene ke baad saari uska saara effect khatm ho jayega. to woh training agar hum achhi tarah se le lein, mahina bhar ki training, to uska asar jo hai baqi rahega.</w:t>
      </w:r>
    </w:p>
    <w:p>
      <w:pPr>
        <w:jc w:val="right"/>
      </w:pPr>
      <w:r>
        <w:t>तो अक्सर लोग यह पूछते हैं कि रमज़ान के बाद भी इसको कैसे बरकरार रखें? इसके बारे में आप बताएं. देखिए रमज़ान तो एक किस्म की training है. तो अब ऐसा नहीं है कि training लेने के बाद सारी उसका सारा effect खत्म हो जाएगा. तो वो training अगर हम अच्छी तरीके से ले लें, महीना भर की training, तो उसका असर जो है बाकी रहेगा.</w:t>
      </w:r>
    </w:p>
    <w:p>
      <w:r>
        <w:rPr>
          <w:b/>
        </w:rPr>
        <w:t xml:space="preserve">[37:14] </w:t>
      </w:r>
      <w:r>
        <w:t>jab hum mahine bhar hum ek guzarenge ek zindagi shuru guzari ki, sabr ki aur har tarah ki bhalai karne ke liye logon ki bhalai karne ke liye shahrul mohasnat bhi kaha gaya ramzan ko. to ek aisi zindagi agar hum guzaar liya poore mahine, to kehte hain ki habit jo hai ek baar form ho jati hai, to woh bahut dinon tak chalti hai. to chalti rahegi, aisa nahin hai.</w:t>
      </w:r>
    </w:p>
    <w:p>
      <w:pPr>
        <w:jc w:val="right"/>
      </w:pPr>
      <w:r>
        <w:t>जब हम महीने भर हम एक गुज़ारेंगे एक ज़िंदगी शुरू गुज़ारी की, सब्र की और हर तरह की भलाई करने के लिए लोगों की भलाई करने के लिए शाहरुल मोहासात भी कहा गया रमज़ान को. तो एक ऐसी ज़िंदगी अगर हम गुज़ार लिया पूरे महीने, तो कहते हैं कि habit जो है एक बार farm हो जाती है, तो वह बहुत दिनों तक चलती है. तो चलती रहेगी, ऐसा नहीं है.</w:t>
      </w:r>
    </w:p>
    <w:p>
      <w:r>
        <w:rPr>
          <w:b/>
        </w:rPr>
        <w:t xml:space="preserve">[37:42] </w:t>
      </w:r>
      <w:r>
        <w:t>phir usko mazeed baqi rakhen. mazeed jaise hum quran ka charcha karein, quran ko ki study karein. agar hum bahut zyada jitna hum ramzan mein kar sakte hain, utna nahin kar payenge to kam se kam usko thoda continue rakhen usko. ekdam se chhod nahin dein. ji. to is tarah se uska effect jo hai, woh spirituality jo hai woh baqi rahegi. ji.</w:t>
      </w:r>
    </w:p>
    <w:p>
      <w:pPr>
        <w:jc w:val="right"/>
      </w:pPr>
      <w:r>
        <w:t>फिर उसको मज़ीद बाकी रखें. मज़ीद जैसे हम कुरान का चर्चा करें, कुरान को की study करें. अगर हम बहुत ज़्यादा जितना हम रमज़ान में कर सकते हैं, उतना नहीं कर पाएंगे तो कम से कम उसको थोड़ा continue रखें उसको. एकदम से छोड़ नहीं दें. जी. तो इस तरीके से उसका effect जो है, वह spirituality जो है वह बाकी रहेगी. जी.</w:t>
      </w:r>
    </w:p>
    <w:p>
      <w:r>
        <w:rPr>
          <w:b/>
        </w:rPr>
        <w:t xml:space="preserve">[38:07] </w:t>
      </w:r>
      <w:r>
        <w:t>jazak allah, aap jo apne ramzan aur quran ke hawale se bahut important baatein humein sab ko batai. jazak allah. Thank you for watching our program. We will be back next Sunday 10:30AM. Thank you.</w:t>
      </w:r>
    </w:p>
    <w:p>
      <w:pPr>
        <w:jc w:val="right"/>
      </w:pPr>
      <w:r>
        <w:t>जज़्क अल्लाह, अपा जो अपने रमज़ान और कुरान के हवाले से बहुत important बातें हमें सबको बताई. जज़्ज़ा करला. Thank you for watching our program. We will be back next Sunday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