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God May 1, 2010 Maulana Wahiduddin Khan</w:t>
      </w:r>
    </w:p>
    <w:p>
      <w:r>
        <w:t>https://www.youtube.com/watch?v=8uH7AqevG6g</w:t>
      </w:r>
    </w:p>
    <w:p>
      <w:r>
        <w:rPr>
          <w:b/>
        </w:rPr>
        <w:t xml:space="preserve">[00:13] </w:t>
      </w:r>
      <w:r>
        <w:t>bismillah hir rahman nir rahim, wa salla allah ala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 qahu qawli.</w:t>
      </w:r>
    </w:p>
    <w:p>
      <w:pPr>
        <w:jc w:val="right"/>
      </w:pPr>
      <w:r>
        <w:t>یفقہ قولی۔</w:t>
      </w:r>
    </w:p>
    <w:p>
      <w:r>
        <w:rPr>
          <w:b/>
        </w:rPr>
        <w:t xml:space="preserve">[00:34] </w:t>
      </w:r>
      <w:r>
        <w:t>aap jante hain ki is tarah ka jab hum gathering karte hain to hamesha sab se pehle</w:t>
      </w:r>
    </w:p>
    <w:p>
      <w:pPr>
        <w:jc w:val="right"/>
      </w:pPr>
      <w:r>
        <w:t>آپ جانتے ہیں کہ اس طرح کا جب ہم گیدرنگ کرتے ہیں تو ہمیشہ سب سے پہلے</w:t>
      </w:r>
    </w:p>
    <w:p>
      <w:r>
        <w:rPr>
          <w:b/>
        </w:rPr>
        <w:t xml:space="preserve">[00:48] </w:t>
      </w:r>
      <w:r>
        <w:t>kalma shahadat padhte hain, jis ko kehte hain tajdeed shahadat. to aaj main soch raha tha ki aisa kyun hai,</w:t>
      </w:r>
    </w:p>
    <w:p>
      <w:pPr>
        <w:jc w:val="right"/>
      </w:pPr>
      <w:r>
        <w:t>کلمہ شہادت پڑھتے ہیں، جس کو کہتے ہیں تجدید شہادت۔ تو آج میں سوچ رہا تھا کہ ایسا کیوں ہے،</w:t>
      </w:r>
    </w:p>
    <w:p>
      <w:r>
        <w:rPr>
          <w:b/>
        </w:rPr>
        <w:t xml:space="preserve">[00:59] </w:t>
      </w:r>
      <w:r>
        <w:t>yani hadith mein hai ki "jadidū īmānakum biqawli lā ilāha illā Allāh". apne iman ko, apni belief ko renew karte raho,</w:t>
      </w:r>
    </w:p>
    <w:p>
      <w:pPr>
        <w:jc w:val="right"/>
      </w:pPr>
      <w:r>
        <w:t>یعنی حدیث میں ہے کہ "جددوا ایمانکم بقول لا الہ الا اللہ"۔ اپنے ایمان کو، اپنی بیلیف کو رینیو کرتے رہو،</w:t>
      </w:r>
    </w:p>
    <w:p>
      <w:r>
        <w:rPr>
          <w:b/>
        </w:rPr>
        <w:t xml:space="preserve">[01:12] </w:t>
      </w:r>
      <w:r>
        <w:t>bar bar yeh keh kar ki la ilaha illallah muhammadur rasulullah.</w:t>
      </w:r>
    </w:p>
    <w:p>
      <w:pPr>
        <w:jc w:val="right"/>
      </w:pPr>
      <w:r>
        <w:t>بار بار یہ کہہ کر کہ لا الہ الا اللہ محمد رسول اللہ۔</w:t>
      </w:r>
    </w:p>
    <w:p>
      <w:r>
        <w:rPr>
          <w:b/>
        </w:rPr>
        <w:t xml:space="preserve">[01:19] </w:t>
      </w:r>
      <w:r>
        <w:t>to yeh jo kalma ka ki tajdeed hai, to yeh simply renewal nahin hai, sirf renew karna, revive karna,</w:t>
      </w:r>
    </w:p>
    <w:p>
      <w:pPr>
        <w:jc w:val="right"/>
      </w:pPr>
      <w:r>
        <w:t>تو یہ جو کلمہ کا کی تجدید ہے، تو یہ سمپلی رینیول نہیں ہے، صرف رینیو کرنا، ریوائیو کرنا،</w:t>
      </w:r>
    </w:p>
    <w:p>
      <w:r>
        <w:rPr>
          <w:b/>
        </w:rPr>
        <w:t xml:space="preserve">[01:35] </w:t>
      </w:r>
      <w:r>
        <w:t>itna hi nahin hai. yeh to hai hi, lekin is se zyada hai, yeh more than that hai.</w:t>
      </w:r>
    </w:p>
    <w:p>
      <w:pPr>
        <w:jc w:val="right"/>
      </w:pPr>
      <w:r>
        <w:t>اتنا ہی نہیں ہے۔ یہ تو ہے ہی، لیکن اس سے زیادہ ہے، یہ مور دین دیٹ ہے۔</w:t>
      </w:r>
    </w:p>
    <w:p>
      <w:r>
        <w:rPr>
          <w:b/>
        </w:rPr>
        <w:t xml:space="preserve">[01:46] </w:t>
      </w:r>
      <w:r>
        <w:t>woh kya? woh believer ki ek spirit hai, ya momin ki ek spirit hai, uska manifestation hai.</w:t>
      </w:r>
    </w:p>
    <w:p>
      <w:pPr>
        <w:jc w:val="right"/>
      </w:pPr>
      <w:r>
        <w:t>وہ کیا؟ وہ بیلیور کی ایک سپرٹ ہے، یا مومن کی ایک سپرٹ ہے، اس کا مینیفیسٹیشن ہے۔</w:t>
      </w:r>
    </w:p>
    <w:p>
      <w:r>
        <w:rPr>
          <w:b/>
        </w:rPr>
        <w:t xml:space="preserve">[02:02] </w:t>
      </w:r>
      <w:r>
        <w:t>aap jante hain ki humara yeh belief hai ki har waqt hum angels ke observation mein hain, har waqt 24 ghanta humari recording ho rahi hai,</w:t>
      </w:r>
    </w:p>
    <w:p>
      <w:pPr>
        <w:jc w:val="right"/>
      </w:pPr>
      <w:r>
        <w:t>آپ جانتے ہیں کہ ہمارا یہ بیلیف ہے کہ ہر وقت ہم اینجلز کے ابزرویشن میں ہیں، ہر وقت 24 گھنٹہ ہماری ریکارڈنگ ہو رہی ہے،</w:t>
      </w:r>
    </w:p>
    <w:p>
      <w:r>
        <w:rPr>
          <w:b/>
        </w:rPr>
        <w:t xml:space="preserve">[02:21] </w:t>
      </w:r>
      <w:r>
        <w:t>is mein to koi shakk nahin. yani 24 ghanta hamari recording ho rahi hai, yeh to hamara belief hai.</w:t>
      </w:r>
    </w:p>
    <w:p>
      <w:pPr>
        <w:jc w:val="right"/>
      </w:pPr>
      <w:r>
        <w:t>اس میں تو کوئی شک نہیں۔ یعنی 24 گھنٹہ ہماری ریکارڈنگ ہو رہی ہے، یہ تو ہمارا بیلیف ہے۔</w:t>
      </w:r>
    </w:p>
    <w:p>
      <w:r>
        <w:rPr>
          <w:b/>
        </w:rPr>
        <w:t xml:space="preserve">[02:29] </w:t>
      </w:r>
      <w:r>
        <w:t>to momin yeh chahega ke angels ki recording mein bar bar yeh cheez aati rahe ke maine Allah ko maana,</w:t>
      </w:r>
    </w:p>
    <w:p>
      <w:pPr>
        <w:jc w:val="right"/>
      </w:pPr>
      <w:r>
        <w:t>تو مومن یہ چاہے گا کہ اینجلز کی ریکارڈنگ میں بار بار یہ چیز آتی رہے کہ میں نے اللہ کو مانا،</w:t>
      </w:r>
    </w:p>
    <w:p>
      <w:r>
        <w:rPr>
          <w:b/>
        </w:rPr>
        <w:t xml:space="preserve">[02:44] </w:t>
      </w:r>
      <w:r>
        <w:t>maine Allah ko</w:t>
      </w:r>
    </w:p>
    <w:p>
      <w:pPr>
        <w:jc w:val="right"/>
      </w:pPr>
      <w:r>
        <w:t>میں نے اللہ کو</w:t>
      </w:r>
    </w:p>
    <w:p>
      <w:r>
        <w:rPr>
          <w:b/>
        </w:rPr>
        <w:t xml:space="preserve">[02:48] </w:t>
      </w:r>
      <w:r>
        <w:t>discover kiya, yeh bar bar aata rahe.</w:t>
      </w:r>
    </w:p>
    <w:p>
      <w:pPr>
        <w:jc w:val="right"/>
      </w:pPr>
      <w:r>
        <w:t>ڈسکور کیا، یہ بار بار آتا رہے۔</w:t>
      </w:r>
    </w:p>
    <w:p>
      <w:r>
        <w:rPr>
          <w:b/>
        </w:rPr>
        <w:t xml:space="preserve">[02:53] </w:t>
      </w:r>
      <w:r>
        <w:t>to main chahta hoon ke angels ke record mein bar bar laane ke liye yeh baat hai, yani ek hai aspect, iska renew karna, revive karna,</w:t>
      </w:r>
    </w:p>
    <w:p>
      <w:pPr>
        <w:jc w:val="right"/>
      </w:pPr>
      <w:r>
        <w:t>تو میں چاہتا ہوں کہ اینجلز کے ریکارڈ میں بار بار لانے کے لیے یہ بات ہے، یعنی ایک ہے اسپیکٹ، اس کا رینیو کرنا، ریوائیو کرنا،</w:t>
      </w:r>
    </w:p>
    <w:p>
      <w:r>
        <w:rPr>
          <w:b/>
        </w:rPr>
        <w:t xml:space="preserve">[03:07] </w:t>
      </w:r>
      <w:r>
        <w:t>ya isko boost dete rehna.</w:t>
      </w:r>
    </w:p>
    <w:p>
      <w:pPr>
        <w:jc w:val="right"/>
      </w:pPr>
      <w:r>
        <w:t>یا اس کو بوسٹ دیتے رہنا۔</w:t>
      </w:r>
    </w:p>
    <w:p>
      <w:r>
        <w:rPr>
          <w:b/>
        </w:rPr>
        <w:t xml:space="preserve">[03:11] </w:t>
      </w:r>
      <w:r>
        <w:t>lekin is se bhi zyada bari baat yeh hai ke aap yeh jab sochte hain ke hum har waqt, har waqt, har waqt angels ke angels ke observation mein hain,</w:t>
      </w:r>
    </w:p>
    <w:p>
      <w:pPr>
        <w:jc w:val="right"/>
      </w:pPr>
      <w:r>
        <w:t>لیکن اس سے بھی زیادہ بڑی بات یہ ہے کہ آپ یہ جب سوچتے ہیں کہ ہم ہر وقت، ہر وقت، ہر وقت اینجلز کے اینجلز کے ابزرویشن میں ہیں،</w:t>
      </w:r>
    </w:p>
    <w:p>
      <w:r>
        <w:rPr>
          <w:b/>
        </w:rPr>
        <w:t xml:space="preserve">[03:29] </w:t>
      </w:r>
      <w:r>
        <w:t>to aap, yani aap ke dil se nikal padega ke khudaaya, main to is ko gawah banata hoon, main angels ko gawah banata hoon, aur marne se pehle,</w:t>
      </w:r>
    </w:p>
    <w:p>
      <w:pPr>
        <w:jc w:val="right"/>
      </w:pPr>
      <w:r>
        <w:t>تو آپ، یعنی آپ کے دل سے نکل پڑے گا کہ خدایا، میں تو اس کو گواہ بناتا ہوں، میں اینجلز کو گواہ بناتا ہوں، اور مرنے سے پہلے،</w:t>
      </w:r>
    </w:p>
    <w:p>
      <w:r>
        <w:rPr>
          <w:b/>
        </w:rPr>
        <w:t xml:space="preserve">[03:45] </w:t>
      </w:r>
      <w:r>
        <w:t>yani compulsory shahadat hone wali hai, maut ke baad, is se pehle main apne, apne azadi ke sath, to is ko dekhe, dekhne se pehle main is baat ka iqrar karta hoon.</w:t>
      </w:r>
    </w:p>
    <w:p>
      <w:pPr>
        <w:jc w:val="right"/>
      </w:pPr>
      <w:r>
        <w:t>یعنی کمپلسری شہادت ہونے والی ہے، موت کے بعد، اس سے پہلے میں اپنے، اپنے آزادی کے ساتھ، تو اس کو دیکھے، دیکھنے سے پہلے میں اس بات کا اقرار کرتا ہوں۔</w:t>
      </w:r>
    </w:p>
    <w:p>
      <w:r>
        <w:rPr>
          <w:b/>
        </w:rPr>
        <w:t xml:space="preserve">[04:02] </w:t>
      </w:r>
      <w:r>
        <w:t>to main ab yeh kahunga, yeh kalma, aur aap sab log dohraenge is ko, taake hamari yeh majlis, hamara yeh kehna, yeh angels ke record mein aa jaye.</w:t>
      </w:r>
    </w:p>
    <w:p>
      <w:pPr>
        <w:jc w:val="right"/>
      </w:pPr>
      <w:r>
        <w:t>تو میں اب یہ کہوں گا، یہ کلمہ، اور آپ سب لوگ دہرائیں گے اس کو، تاکہ ہماری یہ مجلس، ہمارا یہ کہنا، یہ اینجلز کے ریکارڈ میں آ جائے۔</w:t>
      </w:r>
    </w:p>
    <w:p>
      <w:r>
        <w:rPr>
          <w:b/>
        </w:rPr>
        <w:t xml:space="preserve">[04:15] </w:t>
      </w:r>
      <w:r>
        <w:t>ashhadu an la ilaha illallah, wa ashhadu an la ilaha illallah, wa ashhadu anna Muhammadan abduhu wa rasuluh,</w:t>
      </w:r>
    </w:p>
    <w:p>
      <w:pPr>
        <w:jc w:val="right"/>
      </w:pPr>
      <w:r>
        <w:t>اشھد ان لا الہ الا اللہ، واشہد ان لا الہ الا اللہ، واشہد ان محمد عبدہ ورسولہ،</w:t>
      </w:r>
    </w:p>
    <w:p>
      <w:r>
        <w:rPr>
          <w:b/>
        </w:rPr>
        <w:t xml:space="preserve">[04:28] </w:t>
      </w:r>
      <w:r>
        <w:t>arsala bil haqq bashirun</w:t>
      </w:r>
    </w:p>
    <w:p>
      <w:pPr>
        <w:jc w:val="right"/>
      </w:pPr>
      <w:r>
        <w:t>ارسل بالحق بشیر ون</w:t>
      </w:r>
    </w:p>
    <w:p>
      <w:r>
        <w:rPr>
          <w:b/>
        </w:rPr>
        <w:t xml:space="preserve">[04:30] </w:t>
      </w:r>
      <w:r>
        <w:t>ziran.</w:t>
      </w:r>
    </w:p>
    <w:p>
      <w:pPr>
        <w:jc w:val="right"/>
      </w:pPr>
      <w:r>
        <w:t>ذیرا۔</w:t>
      </w:r>
    </w:p>
    <w:p>
      <w:r>
        <w:rPr>
          <w:b/>
        </w:rPr>
        <w:t xml:space="preserve">[04:35] </w:t>
      </w:r>
      <w:r>
        <w:t>to yeh hai kalma ko, jis ko kehte hain tajdeed karna, renew karna.</w:t>
      </w:r>
    </w:p>
    <w:p>
      <w:pPr>
        <w:jc w:val="right"/>
      </w:pPr>
      <w:r>
        <w:t>تو یہ ہے کلمہ کو، جس کو کہتے ہیں تجدید کرنا، رینیو کرنا۔</w:t>
      </w:r>
    </w:p>
    <w:p>
      <w:r>
        <w:rPr>
          <w:b/>
        </w:rPr>
        <w:t xml:space="preserve">[04:46] </w:t>
      </w:r>
      <w:r>
        <w:t>to jab main yeh socha, maine ke yeh renew karna is liye hai ke</w:t>
      </w:r>
    </w:p>
    <w:p>
      <w:pPr>
        <w:jc w:val="right"/>
      </w:pPr>
      <w:r>
        <w:t>تو جب میں یہ سوچا، میں نے کہ یہ رینیو کرنا اس لیے ہے کہ</w:t>
      </w:r>
    </w:p>
    <w:p>
      <w:r>
        <w:rPr>
          <w:b/>
        </w:rPr>
        <w:t xml:space="preserve">[04:55] </w:t>
      </w:r>
      <w:r>
        <w:t>hamara, hamara maanna, Allah par hamara bharosa karna, aur maut se pehle, pehle jab ke hum abhi compulsory situation nahi aayi hai, is se pehle, pehle hum hamara iqrar karna,</w:t>
      </w:r>
    </w:p>
    <w:p>
      <w:pPr>
        <w:jc w:val="right"/>
      </w:pPr>
      <w:r>
        <w:t>ہمارا، ہمارا ماننا، اللہ پر ہمارا بھروسہ کرنا، اور موت سے پہلے، پہلے جب کہ ہم ابھی کمپلسری سچوئیشن نہیں آئی ہے، اس سے پہلے، پہلے ہم ہمارا اقرار کرنا،</w:t>
      </w:r>
    </w:p>
    <w:p>
      <w:r>
        <w:rPr>
          <w:b/>
        </w:rPr>
        <w:t xml:space="preserve">[05:15] </w:t>
      </w:r>
      <w:r>
        <w:t>yeh farishton ke record mein aa jaye.</w:t>
      </w:r>
    </w:p>
    <w:p>
      <w:pPr>
        <w:jc w:val="right"/>
      </w:pPr>
      <w:r>
        <w:t>یہ فرشتوں کے ریکارڈ میں آ جائے۔</w:t>
      </w:r>
    </w:p>
    <w:p>
      <w:r>
        <w:rPr>
          <w:b/>
        </w:rPr>
        <w:t xml:space="preserve">[05:19] </w:t>
      </w:r>
      <w:r>
        <w:t>yeh sochte hue phir mujhe Quran ki ek ayat yaad aayi. yeh ayat jo hai, yeh hai Quran ke chapter number 41 mein, jis ka naam hai "Hami Al-Sajdah".</w:t>
      </w:r>
    </w:p>
    <w:p>
      <w:pPr>
        <w:jc w:val="right"/>
      </w:pPr>
      <w:r>
        <w:t>یہ سوچتے ہوئے پھر مجھے قرآن کی ایک آیت یاد آئی۔ یہ آیت جو ہے، یہ ہے قرآن کے چیپٹر نمبر 41 میں، جس کا نام ہے "حامی السجدہ"۔</w:t>
      </w:r>
    </w:p>
    <w:p>
      <w:r>
        <w:rPr>
          <w:b/>
        </w:rPr>
        <w:t xml:space="preserve">[05:35] </w:t>
      </w:r>
      <w:r>
        <w:t>Arab log is ko "Fussilat" kehte hain, is ka hai chapter number 41.</w:t>
      </w:r>
    </w:p>
    <w:p>
      <w:pPr>
        <w:jc w:val="right"/>
      </w:pPr>
      <w:r>
        <w:t>عرب لوگ اس کو "فسرت" کہتے ہیں، اس کا ہے چیپٹر نمبر 41۔</w:t>
      </w:r>
    </w:p>
    <w:p>
      <w:r>
        <w:rPr>
          <w:b/>
        </w:rPr>
        <w:t xml:space="preserve">[05:41] </w:t>
      </w:r>
      <w:r>
        <w:t>is ki do aayatein main padhta hoon, woh hain verse number thirty aur thirty first.</w:t>
      </w:r>
    </w:p>
    <w:p>
      <w:pPr>
        <w:jc w:val="right"/>
      </w:pPr>
      <w:r>
        <w:t>اس کی دو آیتیں میں پڑھتا ہوں، وہ ہیں ورس نمبر تھرٹی اور تھرٹی فرسٹ۔</w:t>
      </w:r>
    </w:p>
    <w:p>
      <w:r>
        <w:rPr>
          <w:b/>
        </w:rPr>
        <w:t xml:space="preserve">[05:53] </w:t>
      </w:r>
      <w:r>
        <w:t>is mein kaha gaya hai ke "Innal ladheena qalu rabbunal laahu thumma stamqamu tatannazalu alaihimul malaa'ikatu allaa takhaafu wala tahzanoo,</w:t>
      </w:r>
    </w:p>
    <w:p>
      <w:pPr>
        <w:jc w:val="right"/>
      </w:pPr>
      <w:r>
        <w:t>اس میں کہا گیا ہے کہ "إن الذين قالوا ربنا الله ثم استقاموا تتنزل علیہم الملائکہ، اللہ تخاف ولا تحزنوا،</w:t>
      </w:r>
    </w:p>
    <w:p>
      <w:r>
        <w:rPr>
          <w:b/>
        </w:rPr>
        <w:t xml:space="preserve">[06:09] </w:t>
      </w:r>
      <w:r>
        <w:t>wa absheeru bil jannatil latee kuntum too'adoon, nahnu awliyaaa'ukum fil hayaatid dunya wa fil aakhirati, walakum feeha ma tad'aa, walakum feeha ma tatalboon,</w:t>
      </w:r>
    </w:p>
    <w:p>
      <w:pPr>
        <w:jc w:val="right"/>
      </w:pPr>
      <w:r>
        <w:t>وابشروا بالجنة التي کنتم توعدون، نحن اولیاء فی الحیات الدنیا وفی الآخرة، ولكم فیہا ما تستیرفسکم، ولكم فیہا ما تدعون،</w:t>
      </w:r>
    </w:p>
    <w:p>
      <w:r>
        <w:rPr>
          <w:b/>
        </w:rPr>
        <w:t xml:space="preserve">[06:23] </w:t>
      </w:r>
      <w:r>
        <w:t>nazulum min ghafoorir raheem". is ka matlab yeh hai ke jo log kehte hain ke Allah hamara rab hai, aur phir is par woh qaim ho jate hain,</w:t>
      </w:r>
    </w:p>
    <w:p>
      <w:pPr>
        <w:jc w:val="right"/>
      </w:pPr>
      <w:r>
        <w:t>نزل من غفور الرحیم"۔ اس کا مطلب یہ ہے کہ جو لوگ کہتے ہیں کہ اللہ ہمارا رب ہے، اور پھر اس پر وہ قائم ہو جاتے ہیں،</w:t>
      </w:r>
    </w:p>
    <w:p>
      <w:r>
        <w:rPr>
          <w:b/>
        </w:rPr>
        <w:t xml:space="preserve">[06:39] </w:t>
      </w:r>
      <w:r>
        <w:t>yani is par jam jate hain,</w:t>
      </w:r>
    </w:p>
    <w:p>
      <w:pPr>
        <w:jc w:val="right"/>
      </w:pPr>
      <w:r>
        <w:t>یعنی اس پر جم جاتے ہیں،</w:t>
      </w:r>
    </w:p>
    <w:p>
      <w:r>
        <w:rPr>
          <w:b/>
        </w:rPr>
        <w:t xml:space="preserve">[06:43] </w:t>
      </w:r>
      <w:r>
        <w:t>to un par utarte hain farishte.</w:t>
      </w:r>
    </w:p>
    <w:p>
      <w:pPr>
        <w:jc w:val="right"/>
      </w:pPr>
      <w:r>
        <w:t>تو ان پر اترتے ہیں فرشتے۔</w:t>
      </w:r>
    </w:p>
    <w:p>
      <w:r>
        <w:rPr>
          <w:b/>
        </w:rPr>
        <w:t xml:space="preserve">[06:48] </w:t>
      </w:r>
      <w:r>
        <w:t>kisi ajeeb baat hai ke jo log kehte hain ke Allah hamara rab hai, aur is par woh jam jaate hain, to un par utarte hain farishtay.</w:t>
      </w:r>
    </w:p>
    <w:p>
      <w:pPr>
        <w:jc w:val="right"/>
      </w:pPr>
      <w:r>
        <w:t>کیسی عجیب بات ہے کہ جو لوگ کہتے ہیں کہ اللہ ہمارا رب ہے، اور اس پر وہ جم جاتے ہیں، تو ان پر اترتے ہیں فرشتے۔</w:t>
      </w:r>
    </w:p>
    <w:p>
      <w:r>
        <w:rPr>
          <w:b/>
        </w:rPr>
        <w:t xml:space="preserve">[07:05] </w:t>
      </w:r>
      <w:r>
        <w:t>aur farishtay utar kar kya karte hain?</w:t>
      </w:r>
    </w:p>
    <w:p>
      <w:pPr>
        <w:jc w:val="right"/>
      </w:pPr>
      <w:r>
        <w:t>اور فرشتے اتر کر کیا کرتے ہیں؟</w:t>
      </w:r>
    </w:p>
    <w:p>
      <w:r>
        <w:rPr>
          <w:b/>
        </w:rPr>
        <w:t xml:space="preserve">[07:10] </w:t>
      </w:r>
      <w:r>
        <w:t>woh zahir hai ke farishtay utarte hain to aap ko source dete hain, aap ko yaqeen dete hain, aap ka conviction barhate hain,</w:t>
      </w:r>
    </w:p>
    <w:p>
      <w:pPr>
        <w:jc w:val="right"/>
      </w:pPr>
      <w:r>
        <w:t>وہ ظاہر ہے کہ فرشتے اترتے ہیں تو آپ کو سورس دیتے ہیں، آپ کو یقین دیتے ہیں، آپ کا کنوکشن بڑھاتے ہیں،</w:t>
      </w:r>
    </w:p>
    <w:p>
      <w:r>
        <w:rPr>
          <w:b/>
        </w:rPr>
        <w:t xml:space="preserve">[07:20] </w:t>
      </w:r>
      <w:r>
        <w:t>aur woh kehte hain ke hum aap ke saath hain dunya mein bhi aur akhirat mein bhi. Tumhare ek wale ko dar nahi hai, tumhare koi hazar nahi hai.</w:t>
      </w:r>
    </w:p>
    <w:p>
      <w:pPr>
        <w:jc w:val="right"/>
      </w:pPr>
      <w:r>
        <w:t>اور وہ کہتے ہیں کہ ہم آپ کے ساتھ ہیں دنیا میں بھی اور آخرت میں بھی۔ تمہارے ایک والے کو ڈر نہیں ہے، تمہارے کوئی حذر نہیں ہے۔</w:t>
      </w:r>
    </w:p>
    <w:p>
      <w:r>
        <w:rPr>
          <w:b/>
        </w:rPr>
        <w:t xml:space="preserve">[07:33] </w:t>
      </w:r>
      <w:r>
        <w:t>to kya ke farishtay utarte hain aur dunya se akhirat tak hamare saath reh</w:t>
      </w:r>
    </w:p>
    <w:p>
      <w:pPr>
        <w:jc w:val="right"/>
      </w:pPr>
      <w:r>
        <w:t>تو کیا کہ فرشتے اترتے ہیں اور دنیا سے آخرت تک ہمارے ساتھ رہ</w:t>
      </w:r>
    </w:p>
    <w:p>
      <w:r>
        <w:rPr>
          <w:b/>
        </w:rPr>
        <w:t xml:space="preserve">[07:39] </w:t>
      </w:r>
      <w:r>
        <w:t>te hain. Kisi ajeeb baat hai!</w:t>
      </w:r>
    </w:p>
    <w:p>
      <w:pPr>
        <w:jc w:val="right"/>
      </w:pPr>
      <w:r>
        <w:t>تے ہیں۔ کیسی عجیب بات ہے!</w:t>
      </w:r>
    </w:p>
    <w:p>
      <w:r>
        <w:rPr>
          <w:b/>
        </w:rPr>
        <w:t xml:space="preserve">[07:44] </w:t>
      </w:r>
      <w:r>
        <w:t>ek baar mujhe kahin jaana tha,</w:t>
      </w:r>
    </w:p>
    <w:p>
      <w:pPr>
        <w:jc w:val="right"/>
      </w:pPr>
      <w:r>
        <w:t>ایک بار مجھے کہیں جانا تھا،</w:t>
      </w:r>
    </w:p>
    <w:p>
      <w:r>
        <w:rPr>
          <w:b/>
        </w:rPr>
        <w:t xml:space="preserve">[07:49] </w:t>
      </w:r>
      <w:r>
        <w:t>bhai bahar kisi daish mein. To shuru ki baat hai, mein bahar jaane se bohat ghabrata tha, aur in logon ka israr tha ke aap zaroor aaiye, aur akele safar karna tha mujh ko, pehle ki baat hai.</w:t>
      </w:r>
    </w:p>
    <w:p>
      <w:pPr>
        <w:jc w:val="right"/>
      </w:pPr>
      <w:r>
        <w:t>بھئی باہر کسی دیش میں۔ تو شروع کی بات ہے، میں باہر جانے سے بہت گھبراتا تھا، اور ان لوگوں کا اصرار تھا کہ آپ ضرور آئیے، اور اکیلے سفر کرنا تھا مجھ کو، پہلے کی بات ہے۔</w:t>
      </w:r>
    </w:p>
    <w:p>
      <w:r>
        <w:rPr>
          <w:b/>
        </w:rPr>
        <w:t xml:space="preserve">[08:04] </w:t>
      </w:r>
      <w:r>
        <w:t>to mein ne kaha, bhai mein aise nahi aaunga,</w:t>
      </w:r>
    </w:p>
    <w:p>
      <w:pPr>
        <w:jc w:val="right"/>
      </w:pPr>
      <w:r>
        <w:t>تو میں نے کہا، بھائی میں ایسے نہیں آؤں گا،</w:t>
      </w:r>
    </w:p>
    <w:p>
      <w:r>
        <w:rPr>
          <w:b/>
        </w:rPr>
        <w:t xml:space="preserve">[08:07] </w:t>
      </w:r>
      <w:r>
        <w:t>aap ka ek aadmi aaye aur mere saath saath chale wahan tak, tab mein aa sakta hoon. To becharay ne ek aadmi apna lagaya mere saath, woh Dilli se mere saath chala, aur phir wahan tak pohanchaya us ne mujhe.</w:t>
      </w:r>
    </w:p>
    <w:p>
      <w:pPr>
        <w:jc w:val="right"/>
      </w:pPr>
      <w:r>
        <w:t>آپ کا ایک آدمی آئے اور میرے ساتھ ساتھ چلے وہاں تک، تب میں آ سکتا ہوں۔ تو بیچارے نے ایک آدمی اپنا لگایا میرے ساتھ، وہ دلی سے میرے ساتھ چلا، اور پھر وہاں تک پہنچایا اس نے مجھے۔</w:t>
      </w:r>
    </w:p>
    <w:p>
      <w:r>
        <w:rPr>
          <w:b/>
        </w:rPr>
        <w:t xml:space="preserve">[08:25] </w:t>
      </w:r>
      <w:r>
        <w:t>to wohi mujhe yaad aata hai ke goya ke Allah ki gawahi dete hi</w:t>
      </w:r>
    </w:p>
    <w:p>
      <w:pPr>
        <w:jc w:val="right"/>
      </w:pPr>
      <w:r>
        <w:t>تو وہی مجھے یاد آتا ہے کہ گویا کہ اللہ کی گواہی دیتے ہی</w:t>
      </w:r>
    </w:p>
    <w:p>
      <w:r>
        <w:rPr>
          <w:b/>
        </w:rPr>
        <w:t xml:space="preserve">[08:33] </w:t>
      </w:r>
      <w:r>
        <w:t>farishtay aap ko saath lag jaate hain.</w:t>
      </w:r>
    </w:p>
    <w:p>
      <w:pPr>
        <w:jc w:val="right"/>
      </w:pPr>
      <w:r>
        <w:t>فرشتے آپ کو ساتھ لگ جاتے ہیں۔</w:t>
      </w:r>
    </w:p>
    <w:p>
      <w:r>
        <w:rPr>
          <w:b/>
        </w:rPr>
        <w:t xml:space="preserve">[08:37] </w:t>
      </w:r>
      <w:r>
        <w:t>kisi ajeeb baat hai!</w:t>
      </w:r>
    </w:p>
    <w:p>
      <w:pPr>
        <w:jc w:val="right"/>
      </w:pPr>
      <w:r>
        <w:t>کیسی عجیب بات ہے!</w:t>
      </w:r>
    </w:p>
    <w:p>
      <w:r>
        <w:rPr>
          <w:b/>
        </w:rPr>
        <w:t xml:space="preserve">[08:43] </w:t>
      </w:r>
      <w:r>
        <w:t>aur yeh waqia yeh hai ke woh, yaani mehsoos hota hai ke farishtay hamare saath hain. Jaise aaj mein ne qissa bataya aap ko ke aaj subah mujhe ek discovery hui Hazrat Adam ke role ke baray mein, yaani prophetic role ke baray mein.</w:t>
      </w:r>
    </w:p>
    <w:p>
      <w:pPr>
        <w:jc w:val="right"/>
      </w:pPr>
      <w:r>
        <w:t>اور یہ واقعہ یہ ہے کہ وہ، یعنی محسوس ہوتا ہے کہ فرشتے ہمارے ساتھ ہیں۔ جیسے آج میں نے قصہ بتایا آپ کو کہ آج صبح مجھے ایک ڈسکوری ہوئی حضرت آدم کے رول کے بارے میں، یعنی پرافٹک رول کے بارے میں۔</w:t>
      </w:r>
    </w:p>
    <w:p>
      <w:r>
        <w:rPr>
          <w:b/>
        </w:rPr>
        <w:t xml:space="preserve">[09:00] </w:t>
      </w:r>
      <w:r>
        <w:t>to itna thrill hua ke ab tak woh thrill mein mehsoos ho raha hai. To woh kya hai? Woh</w:t>
      </w:r>
    </w:p>
    <w:p>
      <w:pPr>
        <w:jc w:val="right"/>
      </w:pPr>
      <w:r>
        <w:t>تو اتنا تھرل ہوا کہ اب تک وہ تھرل میں محسوس ہو رہا ہے۔ تو وہ کیا ہے؟ وہ</w:t>
      </w:r>
    </w:p>
    <w:p>
      <w:r>
        <w:rPr>
          <w:b/>
        </w:rPr>
        <w:t xml:space="preserve">[09:07] </w:t>
      </w:r>
      <w:r>
        <w:t>woh angels ki companionship hai. Woh jo thrill subah se ab tak mujhe mehsoos ho raha hai, woh hai angels ki companionship.</w:t>
      </w:r>
    </w:p>
    <w:p>
      <w:pPr>
        <w:jc w:val="right"/>
      </w:pPr>
      <w:r>
        <w:t>وہ اینجلز کی کمپینین شپ ہے۔ وہ جو تھرل صبح سے اب تک مجھے محسوس ہو رہا ہے، وہ ہے اینجلز کی کمپینین شپ۔</w:t>
      </w:r>
    </w:p>
    <w:p>
      <w:r>
        <w:rPr>
          <w:b/>
        </w:rPr>
        <w:t xml:space="preserve">[09:21] </w:t>
      </w:r>
      <w:r>
        <w:t>to yeh kitni bari baat hai ke hum ko yeh assurance hai ke farishtay hamare saath rahenge, saath rahenge, saath rahenge, yahan tak ke hum akhirat tak pohanch jayein, jannat tak pohanch jayein.</w:t>
      </w:r>
    </w:p>
    <w:p>
      <w:pPr>
        <w:jc w:val="right"/>
      </w:pPr>
      <w:r>
        <w:t>تو یہ کتنی بڑی بات ہے کہ ہم کو یہ اشورنس ہے کہ فرشتے ہمارے ساتھ رہیں گے، ساتھ رہیں گے، ساتھ رہیں گے، یہاں تک کہ ہم آخرت تک پہنچ جائیں، جنت تک پہنچ جائیں۔</w:t>
      </w:r>
    </w:p>
    <w:p>
      <w:r>
        <w:rPr>
          <w:b/>
        </w:rPr>
        <w:t xml:space="preserve">[09:35] </w:t>
      </w:r>
      <w:r>
        <w:t>phir farmaya ke jannat woh jagah hai jahan tum ko woh sab kuch milega jo tum chahte ho, yaani poora fulfillment, poora fulfillment.</w:t>
      </w:r>
    </w:p>
    <w:p>
      <w:pPr>
        <w:jc w:val="right"/>
      </w:pPr>
      <w:r>
        <w:t>پھر فرمایا کہ جنت وہ جگہ ہے جہاں تم کو وہ سب کچھ ملے گا جو تم چاہتے ہو، یعنی پورا فلفلمنٹ، پورا فلفلمنٹ۔</w:t>
      </w:r>
    </w:p>
    <w:p>
      <w:r>
        <w:rPr>
          <w:b/>
        </w:rPr>
        <w:t xml:space="preserve">[09:50] </w:t>
      </w:r>
      <w:r>
        <w:t>kisi ajeeb baat hai! Ab aap dekhein ke yeh jo hai, yeh kehna ke Allah hamara rab hai, is ka matlab kya hai?</w:t>
      </w:r>
    </w:p>
    <w:p>
      <w:pPr>
        <w:jc w:val="right"/>
      </w:pPr>
      <w:r>
        <w:t>کیسی عجیب بات ہے! اب آپ دیکھیں کہ یہ جو ہے، یہ کہنا کہ اللہ ہمارا رب ہے، اس کا مطلب کیا ہے؟</w:t>
      </w:r>
    </w:p>
    <w:p>
      <w:r>
        <w:rPr>
          <w:b/>
        </w:rPr>
        <w:t xml:space="preserve">[10:01] </w:t>
      </w:r>
      <w:r>
        <w:t>zahir hai ke yeh sirf lift service nahi ho sakti hai. Allah ki shan ke khilaf hai ke woh lift service se khush ho jaye.</w:t>
      </w:r>
    </w:p>
    <w:p>
      <w:pPr>
        <w:jc w:val="right"/>
      </w:pPr>
      <w:r>
        <w:t>ظاہر ہے کہ یہ صرف لفٹ سروس نہیں ہو سکتی ہے۔ اللہ کی شان کے خلاف ہے کہ وہ لفٹ سروس سے خوش ہو جائے۔</w:t>
      </w:r>
    </w:p>
    <w:p>
      <w:r>
        <w:rPr>
          <w:b/>
        </w:rPr>
        <w:t xml:space="preserve">[10:12] </w:t>
      </w:r>
      <w:r>
        <w:t>lift service pe to aap ek kisi ek mamooli aadmi bhi nahi khush ho sakta aap ki lift service se. To Khuda kaise khush ho jayega?</w:t>
      </w:r>
    </w:p>
    <w:p>
      <w:pPr>
        <w:jc w:val="right"/>
      </w:pPr>
      <w:r>
        <w:t>لفٹ سروس پہ تو آپ ایک کسی ایک معمولی آدمی بھی نہیں خوش ہو سکتا آپ کی لفٹ سروس سے۔ تو خدا کیسے خوش ہو جائے گا؟</w:t>
      </w:r>
    </w:p>
    <w:p>
      <w:r>
        <w:rPr>
          <w:b/>
        </w:rPr>
        <w:t xml:space="preserve">[10:23] </w:t>
      </w:r>
      <w:r>
        <w:t>yaad rakhiye, koi bhi aisi aisa interpretation jo Allah ki azmat ke barabar na ho, us ki shan shan na ho, us ko samjhiye ke prime facie it stands rejected.</w:t>
      </w:r>
    </w:p>
    <w:p>
      <w:pPr>
        <w:jc w:val="right"/>
      </w:pPr>
      <w:r>
        <w:t>یاد رکھیے، کوئی بھی ایسی ایسا انٹرپریٹیشن جو اللہ کی عظمت کے برابر نہ ہو، اس کی شان شان نہ ہو، اس کو سمجھئے کہ پرائم افیشی اٹ از سٹینڈز ریجیکٹڈ۔</w:t>
      </w:r>
    </w:p>
    <w:p>
      <w:r>
        <w:rPr>
          <w:b/>
        </w:rPr>
        <w:t xml:space="preserve">[10:42] </w:t>
      </w:r>
      <w:r>
        <w:t>to is ka matlab hai ek lafz mein rab oriented life, yaani rab oriented thinking, rab oriented speech, rab oriented behavior,</w:t>
      </w:r>
    </w:p>
    <w:p>
      <w:pPr>
        <w:jc w:val="right"/>
      </w:pPr>
      <w:r>
        <w:t>تو اس کا مطلب ہے ایک لفظ میں رب اورینٹڈ لائف، یعنی رب اورینٹڈ تھنکنگ، رب اورینٹڈ سپیچ، رب اورینٹڈ بیہیویئر،</w:t>
      </w:r>
    </w:p>
    <w:p>
      <w:r>
        <w:rPr>
          <w:b/>
        </w:rPr>
        <w:t xml:space="preserve">[11:01] </w:t>
      </w:r>
      <w:r>
        <w:t>rab oriented dealing, rab oriented life. Yeh yeh ho jana</w:t>
      </w:r>
    </w:p>
    <w:p>
      <w:pPr>
        <w:jc w:val="right"/>
      </w:pPr>
      <w:r>
        <w:t>رب اورینٹڈ ڈیلنگ، رب اورینٹڈ لائف۔ یہ یہ ہو جانا</w:t>
      </w:r>
    </w:p>
    <w:p>
      <w:r>
        <w:rPr>
          <w:b/>
        </w:rPr>
        <w:t xml:space="preserve">[11:09] </w:t>
      </w:r>
      <w:r>
        <w:t>jab aap ko yeh discovery hoti hai ke is dunya ka ek ek rab hai, ek malik hai,</w:t>
      </w:r>
    </w:p>
    <w:p>
      <w:pPr>
        <w:jc w:val="right"/>
      </w:pPr>
      <w:r>
        <w:t>جب آپ کو یہ ڈسکوری ہوتی ہے کہ اس دنیا کا ایک ایک رب ہے، ایک مالک ہے،</w:t>
      </w:r>
    </w:p>
    <w:p>
      <w:r>
        <w:rPr>
          <w:b/>
        </w:rPr>
        <w:t xml:space="preserve">[11:24] </w:t>
      </w:r>
      <w:r>
        <w:t>to yeh sab kuch apne aap hota hai. aur ab to yeh aik aik scientific fact ban chuka hai, yani pehle zamanay mein yeh belief tha.</w:t>
      </w:r>
    </w:p>
    <w:p>
      <w:pPr>
        <w:jc w:val="right"/>
      </w:pPr>
      <w:r>
        <w:t>تو یہ سب کچھ اپنے آپ ہوتا ہے۔ اور اب تو یہ ایک ایک سائنٹیفک فیکٹ بن چکا ہے، یعنی پہلے زمانے میں یہ بیلیف تھا۔</w:t>
      </w:r>
    </w:p>
    <w:p>
      <w:r>
        <w:rPr>
          <w:b/>
        </w:rPr>
        <w:t xml:space="preserve">[11:35] </w:t>
      </w:r>
      <w:r>
        <w:t>abhi dekhiye, kal parson aik report aayi hai is ke baray mein, Stephen Hawking ke baray mein. woh kehta hai ke mera mathematical mind is waqt dunya ka theoretical science mein number one samjha jata hai.</w:t>
      </w:r>
    </w:p>
    <w:p>
      <w:pPr>
        <w:jc w:val="right"/>
      </w:pPr>
      <w:r>
        <w:t>ابھی دیکھیے، کل پرسوں ایک رپورٹ آئی ہے اس کے بارے میں، اسٹیفن ہاکنگ کے بارے میں۔ وہ کہتا ہے کہ میرا میتھمیٹیکل مائنڈ اس وقت دنیا کا تھیورٹیکل سائنس میں نمبر ون سمجھا جاتا ہے۔</w:t>
      </w:r>
    </w:p>
    <w:p>
      <w:r>
        <w:rPr>
          <w:b/>
        </w:rPr>
        <w:t xml:space="preserve">[11:52] </w:t>
      </w:r>
      <w:r>
        <w:t>wo theoretical science mein yeh Stephen Hawking jo hai, number one samjha jata hai. to woh Cambridge University mein professor hai, Newton ki seat par.</w:t>
      </w:r>
    </w:p>
    <w:p>
      <w:pPr>
        <w:jc w:val="right"/>
      </w:pPr>
      <w:r>
        <w:t>وہ تھیورٹیکل سائنس میں یہ اسٹیفن ہاکنگ جو ہے، نمبر ون سمجھا جاتا ہے۔ تو وہ کیمبرج یونیورسٹی میں پروفیسر ہے، نیوٹن کی سیٹ پر۔</w:t>
      </w:r>
    </w:p>
    <w:p>
      <w:r>
        <w:rPr>
          <w:b/>
        </w:rPr>
        <w:t xml:space="preserve">[12:07] </w:t>
      </w:r>
      <w:r>
        <w:t>to woh kehta hai ke mera mathematical mind yeh kehta hai ke other than me, there are some intelligent beings.</w:t>
      </w:r>
    </w:p>
    <w:p>
      <w:pPr>
        <w:jc w:val="right"/>
      </w:pPr>
      <w:r>
        <w:t>تو وہ کہتا ہے کہ میرا میتھمیٹیکل مائنڈ یہ کہتا ہے کہ ادر دین می، دیر آر سم انٹیلیجنٹ بینگ۔</w:t>
      </w:r>
    </w:p>
    <w:p>
      <w:r>
        <w:rPr>
          <w:b/>
        </w:rPr>
        <w:t xml:space="preserve">[12:18] </w:t>
      </w:r>
      <w:r>
        <w:t>is ko woh kehta hai, yani alien, aik alien, koi ghair, koi ajnabi, mere siwa koi.</w:t>
      </w:r>
    </w:p>
    <w:p>
      <w:pPr>
        <w:jc w:val="right"/>
      </w:pPr>
      <w:r>
        <w:t>اس کو وہ کہتا ہے، یعنی ایلین، ایک ایلین، کوئی غیر، کوئی اجنبی، میرے سوا کوئی۔</w:t>
      </w:r>
    </w:p>
    <w:p>
      <w:r>
        <w:rPr>
          <w:b/>
        </w:rPr>
        <w:t xml:space="preserve">[12:28] </w:t>
      </w:r>
      <w:r>
        <w:t>lekin is mein intelligent ka lafz use karta hai woh.</w:t>
      </w:r>
    </w:p>
    <w:p>
      <w:pPr>
        <w:jc w:val="right"/>
      </w:pPr>
      <w:r>
        <w:t>لیکن اس میں انٹیلیجنٹ کا لفظ یوز کرتا ہے وہ۔</w:t>
      </w:r>
    </w:p>
    <w:p>
      <w:r>
        <w:rPr>
          <w:b/>
        </w:rPr>
        <w:t xml:space="preserve">[12:32] </w:t>
      </w:r>
      <w:r>
        <w:t>to jab insan ke siwa koi aur hai jo intelligent hai, jis ka apna wajood hai, jo being hai, to agarchay main is ko nahi janta, to is mani ke aik scientist yahi boli bol sakta hai.</w:t>
      </w:r>
    </w:p>
    <w:p>
      <w:pPr>
        <w:jc w:val="right"/>
      </w:pPr>
      <w:r>
        <w:t>تو جب انسان کے سوا کوئی اور ہے جو انٹیلیجنٹ ہے، جس کا اپنا وجود ہے، جو بینگ ہے، تو اگرچہ میں اس کو نہیں جانتا، تو اس معنی کے ایک سائنٹسٹ یہی بولی بول سکتا ہے۔</w:t>
      </w:r>
    </w:p>
    <w:p>
      <w:r>
        <w:rPr>
          <w:b/>
        </w:rPr>
        <w:t xml:space="preserve">[12:48] </w:t>
      </w:r>
      <w:r>
        <w:t>lekin yeh kya hai? intelligent being jo hai, only it is only the other name of God.</w:t>
      </w:r>
    </w:p>
    <w:p>
      <w:pPr>
        <w:jc w:val="right"/>
      </w:pPr>
      <w:r>
        <w:t>لیکن یہ کیا ہے؟ انٹیلیجنٹ بینگ جو ہے، اونلی اٹ از اونلی دا ادر نیم اف گاڈ۔</w:t>
      </w:r>
    </w:p>
    <w:p>
      <w:r>
        <w:rPr>
          <w:b/>
        </w:rPr>
        <w:t xml:space="preserve">[12:56] </w:t>
      </w:r>
      <w:r>
        <w:t>to God ka existence jo hai, ab aik belief nahi raha, ab woh scientific fact ban chuka hai. to rabun Allah ke mani yeh hain ke jab aap ne discover kiya rab ke existence ko,</w:t>
      </w:r>
    </w:p>
    <w:p>
      <w:pPr>
        <w:jc w:val="right"/>
      </w:pPr>
      <w:r>
        <w:t>تو گاڈ کا ایگزسٹنس جو ہے، اب ایک بیلیف نہیں رہا، اب وہ سائنٹیفک فیکٹ بن چکا ہے۔ تو ربن اللہ کے معنی یہ ہیں کہ جب آپ نے ڈسکور کیا رب کے ایگزسٹنس کو،</w:t>
      </w:r>
    </w:p>
    <w:p>
      <w:r>
        <w:rPr>
          <w:b/>
        </w:rPr>
        <w:t xml:space="preserve">[13:11] </w:t>
      </w:r>
      <w:r>
        <w:t>to yeh saada baat nahi rahe gi. woh to aap ki poori zindagi ko, yani engulf kar le gi,</w:t>
      </w:r>
    </w:p>
    <w:p>
      <w:pPr>
        <w:jc w:val="right"/>
      </w:pPr>
      <w:r>
        <w:t>تو یہ سادہ بات نہیں رہے گی۔ وہ تو آپ کی پوری زندگی کو، یعنی انگلف کر لے گی،</w:t>
      </w:r>
    </w:p>
    <w:p>
      <w:r>
        <w:rPr>
          <w:b/>
        </w:rPr>
        <w:t xml:space="preserve">[13:19] </w:t>
      </w:r>
      <w:r>
        <w:t>aap ki soch badle gi, aap ke aap ke feeling badle gi, aap ka mind badle ga, aap ka dil badle ga, yani har cheez badle gi, aik aur haal ho jaye ga, aik revolution aa jaye ga.</w:t>
      </w:r>
    </w:p>
    <w:p>
      <w:pPr>
        <w:jc w:val="right"/>
      </w:pPr>
      <w:r>
        <w:t>آپ کی سوچ بدلے گی، آپ کے آپ کے فیلنگ بدلے گی، آپ کا مائنڈ بدلے گا، آپ کا دل بدلے گا، یعنی ہر چیز بدلے گی، ایک اور حال ہو جائے گا، ایک ریولوشن آ جائے گا۔</w:t>
      </w:r>
    </w:p>
    <w:p>
      <w:r>
        <w:rPr>
          <w:b/>
        </w:rPr>
        <w:t xml:space="preserve">[13:34] </w:t>
      </w:r>
      <w:r>
        <w:t>yeh hai rabun Allah kehna, yani rab ko jab aap apna sole concern bana lein, aap ki life poori ki poori rab oriented</w:t>
      </w:r>
    </w:p>
    <w:p>
      <w:pPr>
        <w:jc w:val="right"/>
      </w:pPr>
      <w:r>
        <w:t>یہ ہے ربن اللہ کہنا، یعنی رب کو جب آپ اپنا سول کنسرن بنا لیں، آپ کی لائف پوری کی پوری رب اورینٹڈ</w:t>
      </w:r>
    </w:p>
    <w:p>
      <w:r>
        <w:rPr>
          <w:b/>
        </w:rPr>
        <w:t xml:space="preserve">[13:48] </w:t>
      </w:r>
      <w:r>
        <w:t>ho jaye. jab yeh ho jaye, tab aap is list mein aayen. aur doosri cheez bhi kaha gayi hai, istiqamah.</w:t>
      </w:r>
    </w:p>
    <w:p>
      <w:pPr>
        <w:jc w:val="right"/>
      </w:pPr>
      <w:r>
        <w:t>ہو جائے۔ جب یہ ہو جائے، تب آپ اس لسٹ میں آئیں۔ اور دوسری چیز بھی کہا گئی ہے، استقامہ۔</w:t>
      </w:r>
    </w:p>
    <w:p>
      <w:r>
        <w:rPr>
          <w:b/>
        </w:rPr>
        <w:t xml:space="preserve">[13:56] </w:t>
      </w:r>
      <w:r>
        <w:t>is pe jam gaye. main sochta raha ke is istiqamah ka matlab kya hai? dekhen, hamari commentaries jo hain, hamari is mein koi meaningful baat nahi hoti, koi meaningful baat nahi hoti, is ki bhi koi meaningful baat nahi hai.</w:t>
      </w:r>
    </w:p>
    <w:p>
      <w:pPr>
        <w:jc w:val="right"/>
      </w:pPr>
      <w:r>
        <w:t>اس پہ جم گئے۔ میں سوچتا رہا کہ اس استقامہ کا مطلب کیا ہے؟ دیکھیں، ہماری کمنٹریز جو ہیں، ہماری اس میں کوئی میننگ فل بات نہیں ہوتی، کوئی میننگ فل بات نہیں ہوتی، اس کی بھی کوئی میننگ فل بات نہیں ہے۔</w:t>
      </w:r>
    </w:p>
    <w:p>
      <w:r>
        <w:rPr>
          <w:b/>
        </w:rPr>
        <w:t xml:space="preserve">[14:12] </w:t>
      </w:r>
      <w:r>
        <w:t>lekin sochte sochte mujhe samajh aaya ke is ka matlab yeh hai ke pehle to unhon ne rab ko apna rab banaya, jaisa ke banana chahiye.</w:t>
      </w:r>
    </w:p>
    <w:p>
      <w:pPr>
        <w:jc w:val="right"/>
      </w:pPr>
      <w:r>
        <w:t>لیکن سوچتے سوچتے مجھے سمجھ آیا کہ اس کا مطلب یہ ہے کہ پہلے تو انہوں نے رب کو اپنا رب بنایا، جیسا کہ بنانا چاہیے۔</w:t>
      </w:r>
    </w:p>
    <w:p>
      <w:r>
        <w:rPr>
          <w:b/>
        </w:rPr>
        <w:t xml:space="preserve">[14:22] </w:t>
      </w:r>
      <w:r>
        <w:t>is ke baad kya hua? ke unhon ne apne aap ko har qism ke deviation se bachaya, har qism ke distraction se bachaya.</w:t>
      </w:r>
    </w:p>
    <w:p>
      <w:pPr>
        <w:jc w:val="right"/>
      </w:pPr>
      <w:r>
        <w:t>اس کے بعد کیا ہوا؟ کہ انہوں نے اپنے آپ کو ہر قسم کے ڈیوی ایشن سے بچایا، ہر قسم کے ڈسٹریکشن سے بچایا۔</w:t>
      </w:r>
    </w:p>
    <w:p>
      <w:r>
        <w:rPr>
          <w:b/>
        </w:rPr>
        <w:t xml:space="preserve">[14:31] </w:t>
      </w:r>
      <w:r>
        <w:t>yeh matlab hai fustaqamah, jam jana, qaim ho jana. kya hai? yahi to hai. kisi aik cheez pe stick kiya aap ne?</w:t>
      </w:r>
    </w:p>
    <w:p>
      <w:pPr>
        <w:jc w:val="right"/>
      </w:pPr>
      <w:r>
        <w:t>یہ مطلب ہے فستقامہ، جم جانا، قائم ہو جانا۔ کیا ہے؟ یہی تو ہے۔ کسی ایک چیز پہ اسٹک کیا آپ نے؟</w:t>
      </w:r>
    </w:p>
    <w:p>
      <w:r>
        <w:rPr>
          <w:b/>
        </w:rPr>
        <w:t xml:space="preserve">[14:41] </w:t>
      </w:r>
      <w:r>
        <w:t>aur stick kab kar payen ge aap? main aksar kaha karta hoon ke aik cheez ko panay ke liye doosri cheez ko chhodna parta hai.</w:t>
      </w:r>
    </w:p>
    <w:p>
      <w:pPr>
        <w:jc w:val="right"/>
      </w:pPr>
      <w:r>
        <w:t>اور اسٹک کب کر پائیں گے آپ؟ میں اکثر کہا کرتا ہوں کہ ایک چیز کو پانے کے لیے دوسری چیز کو چھوڑنا پڑتا ہے۔</w:t>
      </w:r>
    </w:p>
    <w:p>
      <w:r>
        <w:rPr>
          <w:b/>
        </w:rPr>
        <w:t xml:space="preserve">[14:51] </w:t>
      </w:r>
      <w:r>
        <w:t>jise hum G 10 manna chahte thay, C 29 ko chhodna para humein. to jab aap chahte hain ke rab ko apna concern banayein, to phir is ke mani</w:t>
      </w:r>
    </w:p>
    <w:p>
      <w:pPr>
        <w:jc w:val="right"/>
      </w:pPr>
      <w:r>
        <w:t>جسے ہم جی 10 ماننا چاہتے تھے، سی 29 کو چھوڑنا پڑا ہمیں۔ تو جب آپ چاہتے ہیں کہ رب کو اپنا کنسرن بنائیں، تو پھر اس کے معنی</w:t>
      </w:r>
    </w:p>
    <w:p>
      <w:r>
        <w:rPr>
          <w:b/>
        </w:rPr>
        <w:t xml:space="preserve">[15:05] </w:t>
      </w:r>
      <w:r>
        <w:t>kya hain? apne ko bachana pare ga deviation se, apne ko bachana pare ga distraction se, apne ko bachana pare ga is har cheez se jo aap ko rab se hatane wali ho.</w:t>
      </w:r>
    </w:p>
    <w:p>
      <w:pPr>
        <w:jc w:val="right"/>
      </w:pPr>
      <w:r>
        <w:t>کیا ہیں؟ اپنے کو بچانا پڑے گا ڈیوی ایشن سے، اپنے کو بچانا پڑے گا ڈسٹریکشن سے، اپنے کو بچانا پڑے گا اس ہر چیز سے جو آپ کو رب سے ہٹانے والی ہو۔</w:t>
      </w:r>
    </w:p>
    <w:p>
      <w:r>
        <w:rPr>
          <w:b/>
        </w:rPr>
        <w:t xml:space="preserve">[15:18] </w:t>
      </w:r>
      <w:r>
        <w:t>to yeh do condition hui,</w:t>
      </w:r>
    </w:p>
    <w:p>
      <w:pPr>
        <w:jc w:val="right"/>
      </w:pPr>
      <w:r>
        <w:t>تو یہ دو کنڈیشن ہوئی،</w:t>
      </w:r>
    </w:p>
    <w:p>
      <w:r>
        <w:rPr>
          <w:b/>
        </w:rPr>
        <w:t xml:space="preserve">[15:20] </w:t>
      </w:r>
      <w:r>
        <w:t>yani farishton ko, yani farishton ko apna saathi banane ke liye, farishton ko apna companion banane ke liye do shartain huin ke sab se pehle aap ne rab ul alameen ko discover kiya,</w:t>
      </w:r>
    </w:p>
    <w:p>
      <w:pPr>
        <w:jc w:val="right"/>
      </w:pPr>
      <w:r>
        <w:t>یعنی فرشتوں کو، یعنی فرشتوں کو اپنا ساتھی بنانے کے لیے، فرشتوں کو اپنا کمپینن بنانے کے لیے دو شرطیں ہوئیں کہ سب سے پہلے آپ نے رب العالمین کو ڈسکور کیا،</w:t>
      </w:r>
    </w:p>
    <w:p>
      <w:r>
        <w:rPr>
          <w:b/>
        </w:rPr>
        <w:t xml:space="preserve">[15:36] </w:t>
      </w:r>
      <w:r>
        <w:t>aur rab ul alameen aap ka sole concern ban gaya.</w:t>
      </w:r>
    </w:p>
    <w:p>
      <w:pPr>
        <w:jc w:val="right"/>
      </w:pPr>
      <w:r>
        <w:t>اور رب العالمین آپ کا سول کنسرن بن گیا۔</w:t>
      </w:r>
    </w:p>
    <w:p>
      <w:r>
        <w:rPr>
          <w:b/>
        </w:rPr>
        <w:t xml:space="preserve">[15:40] </w:t>
      </w:r>
      <w:r>
        <w:t>is ke baad yeh hua ke aap ne</w:t>
      </w:r>
    </w:p>
    <w:p>
      <w:pPr>
        <w:jc w:val="right"/>
      </w:pPr>
      <w:r>
        <w:t>اس کے بعد یہ ہوا کہ آپ نے</w:t>
      </w:r>
    </w:p>
    <w:p>
      <w:r>
        <w:rPr>
          <w:b/>
        </w:rPr>
        <w:t xml:space="preserve">[15:48] </w:t>
      </w:r>
      <w:r>
        <w:t>itna zyada is mein involve kiya apne aap ko ke aap ke paas time nahi raha ke aap ka distract ho, kahin deviation karein.</w:t>
      </w:r>
    </w:p>
    <w:p>
      <w:pPr>
        <w:jc w:val="right"/>
      </w:pPr>
      <w:r>
        <w:t>اتنا زیادہ اس میں انوالو کیا اپنے آپ کو کہ آپ کے پاس ٹائم نہیں رہا کہ آپ کا ڈسٹریکٹ ہو، کہیں ڈیوی ایشن کریں۔</w:t>
      </w:r>
    </w:p>
    <w:p>
      <w:r>
        <w:rPr>
          <w:b/>
        </w:rPr>
        <w:t xml:space="preserve">[15:56] </w:t>
      </w:r>
      <w:r>
        <w:t>aap time hi nahi hai, woh soch hi badal gayi aap ki sab kuch. to kitni ajeeb baat</w:t>
      </w:r>
    </w:p>
    <w:p>
      <w:pPr>
        <w:jc w:val="right"/>
      </w:pPr>
      <w:r>
        <w:t>آپ ٹائم ہی نہیں ہے، وہ سوچ ہی بدل گئی آپ کی سب کچھ۔ تو کتنی عجیب بات</w:t>
      </w:r>
    </w:p>
    <w:p>
      <w:r>
        <w:rPr>
          <w:b/>
        </w:rPr>
        <w:t xml:space="preserve">[16:03] </w:t>
      </w:r>
      <w:r>
        <w:t>hai ye! jab is tarah se aap,</w:t>
      </w:r>
    </w:p>
    <w:p>
      <w:pPr>
        <w:jc w:val="right"/>
      </w:pPr>
      <w:r>
        <w:t>ہے یہ! جب اس طرح سے آپ،</w:t>
      </w:r>
    </w:p>
    <w:p>
      <w:r>
        <w:rPr>
          <w:b/>
        </w:rPr>
        <w:t xml:space="preserve">[16:08] </w:t>
      </w:r>
      <w:r>
        <w:t>is tarah se aap apni zindagi ko dhalte hain, aur tab aap farishton ke company companionship mil jaati hai aap ko, tab woh zindagi shuru hoti hai jo jo safely aap ko jannat tak pohnchaati hai.</w:t>
      </w:r>
    </w:p>
    <w:p>
      <w:pPr>
        <w:jc w:val="right"/>
      </w:pPr>
      <w:r>
        <w:t>اس طرح سے آپ اپنی زندگی کو ڈھالتے ہیں، اور تب آپ فرشتوں کے کمپنی کمپینن شپ مل جاتی ہے آپ کو، تب وہ زندگی شروع ہوتی ہے جو جو سیفلی آپ کو جنت تک پہنچاتی ہے۔</w:t>
      </w:r>
    </w:p>
    <w:p>
      <w:r>
        <w:rPr>
          <w:b/>
        </w:rPr>
        <w:t xml:space="preserve">[16:36] </w:t>
      </w:r>
      <w:r>
        <w:t>is cheez par sochna hai hamein, hamein is cheez par sochna hai ke is duniya mein hidayat dekhiye, sab se achi haalat is insaan ki hai jisko ke angels ki companionship mil gayi ho,</w:t>
      </w:r>
    </w:p>
    <w:p>
      <w:pPr>
        <w:jc w:val="right"/>
      </w:pPr>
      <w:r>
        <w:t>اس چیز پر سوچنا ہے ہمیں، ہمیں اس چیز پر سوچنا ہے کہ اس دنیا میں ہدایت دیکھیے، سب سے اچھی حالت اس انسان کی ہے جس کو کہ اینجلز کی کمپینن شپ مل گئی ہو،</w:t>
      </w:r>
    </w:p>
    <w:p>
      <w:r>
        <w:rPr>
          <w:b/>
        </w:rPr>
        <w:t xml:space="preserve">[16:59] </w:t>
      </w:r>
      <w:r>
        <w:t>aur sab se buri haalat is insaan ki hai jisko shaitan, jiske peeche lag gaya ho, shaitan jiske peeche lag gaya ho.</w:t>
      </w:r>
    </w:p>
    <w:p>
      <w:pPr>
        <w:jc w:val="right"/>
      </w:pPr>
      <w:r>
        <w:t>اور سب سے بری حالت اس انسان کی ہے جس کو شیطان، جس کے پیچھے لگ گیا ہو، شیطان جس کے پیچھے لگ گیا ہو۔</w:t>
      </w:r>
    </w:p>
    <w:p>
      <w:r>
        <w:rPr>
          <w:b/>
        </w:rPr>
        <w:t xml:space="preserve">[17:10] </w:t>
      </w:r>
      <w:r>
        <w:t>to shaitan ke liye aur angels ke dono ke liye aap ki body mein entry point hain. angels ke to entry point wahi hain jo maine arz kiya ke jab aap sach much hi Rab ul Alameen ko apna Rab banayenge, aur sach much hi distraction se aur deviation se bachayenge apne aap ko, to aap ka woh entry point khul gaya jidhar se angel aa sakte hain aap ke andar.</w:t>
      </w:r>
    </w:p>
    <w:p>
      <w:pPr>
        <w:jc w:val="right"/>
      </w:pPr>
      <w:r>
        <w:t>تو شیطان کے لیے اور اینجلز کے دونوں کے لیے آپ کی باڈی میں انٹری پوائنٹ ہیں۔ اینجلز کے تو انٹری پوائنٹ وہی ہیں جو میں نے عرض کیا کہ جب آپ سچ مچ ہی رب العالمین کو اپنا رب بنائیں گے، اور سچ مچ ہی ڈسٹریکشن سے اور ڈیوی ایشن سے بچائیں گے اپنے آپ کو، تو آپ کا وہ انٹری پوائنٹ کھل گیا جدھر سے اینجل آ سکتے ہیں آپ کے اندر۔</w:t>
      </w:r>
    </w:p>
    <w:p>
      <w:r>
        <w:rPr>
          <w:b/>
        </w:rPr>
        <w:t xml:space="preserve">[17:37] </w:t>
      </w:r>
      <w:r>
        <w:t>angels ne aap ke andar entry point pa liya, aur phir aap ke andar aa kar woh sara role karenge jo jo unko karna hai, yaani aap ke andar tension free aap banayenge, aap ko aap ke andar se lusk ko khatam karenge,</w:t>
      </w:r>
    </w:p>
    <w:p>
      <w:pPr>
        <w:jc w:val="right"/>
      </w:pPr>
      <w:r>
        <w:t>اینجلز نے آپ کے اندر انٹری پوائنٹ پا لیا، اور پھر آپ کے اندر آ کر وہ سارا رول کریں گے جو جو ان کو کرنا ہے، یعنی آپ کے اندر ٹینشن فری آپ بنائیں گے، آپ کو آپ کے اندر سے لسک کو ختم کریں گے،</w:t>
      </w:r>
    </w:p>
    <w:p>
      <w:r>
        <w:rPr>
          <w:b/>
        </w:rPr>
        <w:t xml:space="preserve">[17:56] </w:t>
      </w:r>
      <w:r>
        <w:t>aap ke andar se anger ko, hate ko khatam karenge, aap ko complex free aadmi banayenge, aap ke andar modesty aayegi.</w:t>
      </w:r>
    </w:p>
    <w:p>
      <w:pPr>
        <w:jc w:val="right"/>
      </w:pPr>
      <w:r>
        <w:t>آپ کے اندر سے اینگر کو، ہیٹ کو ختم کریں گے، آپ کو کمپلیکس فری آدمی بنائیں گے، آپ کے اندر ماڈیسٹی آئے گی۔</w:t>
      </w:r>
    </w:p>
    <w:p>
      <w:r>
        <w:rPr>
          <w:b/>
        </w:rPr>
        <w:t xml:space="preserve">[18:08] </w:t>
      </w:r>
      <w:r>
        <w:t>yeh sari baatein sach poochien to angely paida karte hain aap ke andar. jin logon ko angels ki companionship nahi mili hui, wahi is se khaali rehte hain.</w:t>
      </w:r>
    </w:p>
    <w:p>
      <w:pPr>
        <w:jc w:val="right"/>
      </w:pPr>
      <w:r>
        <w:t>یہ ساری باتیں سچ پوچھیں تو اینجلی پیدا کرتے ہیں آپ کے اندر۔ جن لوگوں کو اینجلز کی کمپینن شپ نہیں ملی ہوئی، وہی اس سے خالی رہتے ہیں۔</w:t>
      </w:r>
    </w:p>
    <w:p>
      <w:r>
        <w:rPr>
          <w:b/>
        </w:rPr>
        <w:t xml:space="preserve">[18:20] </w:t>
      </w:r>
      <w:r>
        <w:t>to jab angels ko entry point aap dein, tab woh apne aap ke andar aayenge, warna bahar hi bahar rahenge. woh to entry point yahi hai.</w:t>
      </w:r>
    </w:p>
    <w:p>
      <w:pPr>
        <w:jc w:val="right"/>
      </w:pPr>
      <w:r>
        <w:t>تو جب اینجلز کو انٹری پوائنٹ آپ دیں، تب وہ اپنے آپ کے اندر آئیں گے، ورنہ باہر ہی باہر رہیں گے۔ وہ تو انٹری پوائنٹ یہی ہے۔</w:t>
      </w:r>
    </w:p>
    <w:p>
      <w:r>
        <w:rPr>
          <w:b/>
        </w:rPr>
        <w:t xml:space="preserve">[18:32] </w:t>
      </w:r>
      <w:r>
        <w:t>achha, is ka ulta jo hai ke aap ne entry point de diya satan ko, woh ghus gaya aap ke andar. to phir kya hoga?</w:t>
      </w:r>
    </w:p>
    <w:p>
      <w:pPr>
        <w:jc w:val="right"/>
      </w:pPr>
      <w:r>
        <w:t>اچھا، اس کا الٹا جو ہے کہ آپ نے انٹری پوائنٹ دے دیا سیٹن کو، وہ گھس گیا آپ کے اندر۔ تو پھر کیا ہوگا؟</w:t>
      </w:r>
    </w:p>
    <w:p>
      <w:r>
        <w:rPr>
          <w:b/>
        </w:rPr>
        <w:t xml:space="preserve">[18:42] </w:t>
      </w:r>
      <w:r>
        <w:t>tension hai, hate hai, ghussa hai, nafrat hai, jhijhlahhat hai, inteqaam hai, aur har ek ko aap ghair samajhna hai.</w:t>
      </w:r>
    </w:p>
    <w:p>
      <w:pPr>
        <w:jc w:val="right"/>
      </w:pPr>
      <w:r>
        <w:t>ٹینشن ہے، ہیٹ ہے، غصہ ہے، نفرت ہے، جھجلاہٹ ہے، انتقام ہے، اور ہر ایک کو آپ غیر سمجھنا ہے۔</w:t>
      </w:r>
    </w:p>
    <w:p>
      <w:r>
        <w:rPr>
          <w:b/>
        </w:rPr>
        <w:t xml:space="preserve">[18:56] </w:t>
      </w:r>
      <w:r>
        <w:t>yaani woh sari cheezein jin ko aap negativity kehte hain, sare negative thought jo aate hain, woh is waqt aate hain jab ke shaitan aap ke andar entry point pa le aur ghus jaye aap ke andar.</w:t>
      </w:r>
    </w:p>
    <w:p>
      <w:pPr>
        <w:jc w:val="right"/>
      </w:pPr>
      <w:r>
        <w:t>یعنی وہ ساری چیزیں جن کو آپ نیگیٹیوٹی کہتے ہیں، سارے نیگیٹیو تھاٹ جو آتے ہیں، وہ اس وقت آتے ہیں جب کہ شیطان آپ کے اندر انٹری پوائنٹ پا لے اور گھس جائے آپ کے اندر۔</w:t>
      </w:r>
    </w:p>
    <w:p>
      <w:r>
        <w:rPr>
          <w:b/>
        </w:rPr>
        <w:t xml:space="preserve">[19:08] </w:t>
      </w:r>
      <w:r>
        <w:t>yeh sab karta hai woh.</w:t>
      </w:r>
    </w:p>
    <w:p>
      <w:pPr>
        <w:jc w:val="right"/>
      </w:pPr>
      <w:r>
        <w:t>یہ سب کرتا ہے وہ۔</w:t>
      </w:r>
    </w:p>
    <w:p>
      <w:r>
        <w:rPr>
          <w:b/>
        </w:rPr>
        <w:t xml:space="preserve">[19:15] </w:t>
      </w:r>
      <w:r>
        <w:t>yeh baatein bohat zyada sochne ki hain. har waqt hamein sochte rehna hai. yaad rakhiye, kisi bhi shaitan har waqt is is is intezaar mein hai ke kab woh entry point us ko mil jaye, ghus jaye aap ke andar.</w:t>
      </w:r>
    </w:p>
    <w:p>
      <w:pPr>
        <w:jc w:val="right"/>
      </w:pPr>
      <w:r>
        <w:t>یہ باتیں بہت زیادہ سوچنے کی ہیں۔ ہر وقت ہمیں سوچتے رہنا ہے۔ یاد رکھیے، کسی بھی شیطان ہر وقت اس اس اس انتظار میں ہے کہ کب وہ انٹری پوائنٹ اس کو مل جائے، گھس جائے آپ کے اندر۔</w:t>
      </w:r>
    </w:p>
    <w:p>
      <w:r>
        <w:rPr>
          <w:b/>
        </w:rPr>
        <w:t xml:space="preserve">[19:36] </w:t>
      </w:r>
      <w:r>
        <w:t>to aisa nahi ke agar aap ko angels ki sohbat mil gayi to phir shaitan aap pe asar nahi kareg</w:t>
      </w:r>
    </w:p>
    <w:p>
      <w:pPr>
        <w:jc w:val="right"/>
      </w:pPr>
      <w:r>
        <w:t>تو ایسا نہیں کہ اگر آپ کو اینجلز کی صحبت مل گئی تو پھر شیطان آپ پہ اثر نہیں کرے گ</w:t>
      </w:r>
    </w:p>
    <w:p>
      <w:r>
        <w:rPr>
          <w:b/>
        </w:rPr>
        <w:t xml:space="preserve">[19:44] </w:t>
      </w:r>
      <w:r>
        <w:t>a. aap ko active rehna padega, aap ko alert rehna padega, nahi to phir ghus sakta hai woh. jaisa ke bohat se logon ke andar ghus gaya.</w:t>
      </w:r>
    </w:p>
    <w:p>
      <w:pPr>
        <w:jc w:val="right"/>
      </w:pPr>
      <w:r>
        <w:t>ا۔ آپ کو ایکٹیو رہنا پڑے گا، آپ کو الرٹ رہنا پڑے گا، نہیں تو پھر گھس سکتا ہے وہ۔ جیسا کہ بہت سے لوگوں کے اندر گھس گیا۔</w:t>
      </w:r>
    </w:p>
    <w:p>
      <w:r>
        <w:rPr>
          <w:b/>
        </w:rPr>
        <w:t xml:space="preserve">[19:57] </w:t>
      </w:r>
      <w:r>
        <w:t>to main aap ko</w:t>
      </w:r>
    </w:p>
    <w:p>
      <w:pPr>
        <w:jc w:val="right"/>
      </w:pPr>
      <w:r>
        <w:t>تو میں آپ کو</w:t>
      </w:r>
    </w:p>
    <w:p>
      <w:r>
        <w:rPr>
          <w:b/>
        </w:rPr>
        <w:t xml:space="preserve">[20:01] </w:t>
      </w:r>
      <w:r>
        <w:t>apne tajrube se chand baatein batana chahta hoon jis ko aap follow karen. chand advice mili dena chahta hoon ke is ko aap follow karen</w:t>
      </w:r>
    </w:p>
    <w:p>
      <w:pPr>
        <w:jc w:val="right"/>
      </w:pPr>
      <w:r>
        <w:t>اپنے تجربے سے چند باتیں بتانا چاہتا ہوں جس کو آپ فالو کریں۔ چند ایڈوائس ملی دینا چاہتا ہوں کہ اس کو آپ فالو کریں</w:t>
      </w:r>
    </w:p>
    <w:p>
      <w:r>
        <w:rPr>
          <w:b/>
        </w:rPr>
        <w:t xml:space="preserve">[20:12] </w:t>
      </w:r>
      <w:r>
        <w:t>jo is life ke liye, yaani Rab oriented life ke liye zaroori hain. agar aap chahte hain ke aap ki life Rab oriented life ho aur aur angels ko aap attract kar saken, angels ke liye aap entry point khul jaye aap ke haan, to kuch cheezein aap ko apni zindagi mein lana hoga.</w:t>
      </w:r>
    </w:p>
    <w:p>
      <w:pPr>
        <w:jc w:val="right"/>
      </w:pPr>
      <w:r>
        <w:t>جو اس لائف کے لیے، یعنی رب اورینٹڈ لائف کے لیے ضروری ہیں۔ اگر آپ چاہتے ہیں کہ آپ کی لائف رب اورینٹڈ لائف ہو اور اور اینجلز کو آپ اٹریکٹ کر سکیں، اینجلز کے لیے آپ انٹری پوائنٹ کھل جائے آپ کے ہاں، تو کچھ چیزیں آپ کو اپنی زندگی میں لانا ہوگا۔</w:t>
      </w:r>
    </w:p>
    <w:p>
      <w:r>
        <w:rPr>
          <w:b/>
        </w:rPr>
        <w:t xml:space="preserve">[20:32] </w:t>
      </w:r>
      <w:r>
        <w:t>woh main apne tajrube ki roshni mein batana chahta hoon. ab yeh aisa nahi ke main aap ko sirf bata raha hoon, yeh apni meri apni zindagi hai.</w:t>
      </w:r>
    </w:p>
    <w:p>
      <w:pPr>
        <w:jc w:val="right"/>
      </w:pPr>
      <w:r>
        <w:t>وہ میں اپنے تجربے کی روشنی میں بتانا چاہتا ہوں۔ اب یہ ایسا نہیں کہ میں آپ کو صرف بتا رہا ہوں، یہ اپنی میری اپنی زندگی ہے۔</w:t>
      </w:r>
    </w:p>
    <w:p>
      <w:r>
        <w:rPr>
          <w:b/>
        </w:rPr>
        <w:t xml:space="preserve">[20:40] </w:t>
      </w:r>
      <w:r>
        <w:t>main ne khud isi ko apna rakha hai, khud main ne apna rakha hai. to isi ko main batana chahta hoon aap ko.</w:t>
      </w:r>
    </w:p>
    <w:p>
      <w:pPr>
        <w:jc w:val="right"/>
      </w:pPr>
      <w:r>
        <w:t>میں نے خود اسی کو اپنا رکھا ہے، خود میں نے اپنا رکھا ہے۔ تو اسی کو میں بتانا چاہتا ہوں آپ کو۔</w:t>
      </w:r>
    </w:p>
    <w:p>
      <w:r>
        <w:rPr>
          <w:b/>
        </w:rPr>
        <w:t xml:space="preserve">[20:50] </w:t>
      </w:r>
      <w:r>
        <w:t>woh bohat simple baatein hain, yeh bohat important baatein hain. jaise ke hum logon ne is waqt ek saath khana khaya.</w:t>
      </w:r>
    </w:p>
    <w:p>
      <w:pPr>
        <w:jc w:val="right"/>
      </w:pPr>
      <w:r>
        <w:t>وہ بہت سمپل باتیں ہیں، یہ بہت امپورٹنٹ باتیں ہیں۔ جیسے کہ ہم لوگوں نے اس وقت ایک ساتھ کھانا کھایا۔</w:t>
      </w:r>
    </w:p>
    <w:p>
      <w:r>
        <w:rPr>
          <w:b/>
        </w:rPr>
        <w:t xml:space="preserve">[21:01] </w:t>
      </w:r>
      <w:r>
        <w:t>ek saath jab hum khana kha rahe the, mujhe lagta tha ke wahan angels aa gaye hain.</w:t>
      </w:r>
    </w:p>
    <w:p>
      <w:pPr>
        <w:jc w:val="right"/>
      </w:pPr>
      <w:r>
        <w:t>ایک ساتھ جب ہم کھانا کھا رہے تھے، مجھے لگتا تھا کہ وہاں اینجلز آ گئے ہیں۔</w:t>
      </w:r>
    </w:p>
    <w:p>
      <w:r>
        <w:rPr>
          <w:b/>
        </w:rPr>
        <w:t xml:space="preserve">[21:10] </w:t>
      </w:r>
      <w:r>
        <w:t>yeh mera ehsaas tha ke angels aa gaye hain. kyunke ek saath baithna, ek saath khana peena, yaani positive zehan ke saath, positive mind ke saath,</w:t>
      </w:r>
    </w:p>
    <w:p>
      <w:pPr>
        <w:jc w:val="right"/>
      </w:pPr>
      <w:r>
        <w:t>یہ میرا احساس تھا کہ اینجلز آ گئے ہیں۔ کیونکہ ایک ساتھ بیٹھنا، ایک ساتھ کھانا پینا، یعنی پوزیٹیو ذہن کے ساتھ، پوزیٹیو مائنڈ کے ساتھ،</w:t>
      </w:r>
    </w:p>
    <w:p>
      <w:r>
        <w:rPr>
          <w:b/>
        </w:rPr>
        <w:t xml:space="preserve">[21:28] </w:t>
      </w:r>
      <w:r>
        <w:t>ek to yeh ke hum ek saath baithe hain kisi bure planning ke liye, koi koi maarna hai, hum ko kaatna hai, woh nahin. positive mind ke saath.</w:t>
      </w:r>
    </w:p>
    <w:p>
      <w:pPr>
        <w:jc w:val="right"/>
      </w:pPr>
      <w:r>
        <w:t>ایک تو یہ کہ ہم ایک ساتھ بیٹھے ہیں کسی بری پلاننگ کے لیے، کوئی کوئی مارنا ہے، ہم کو کاٹنا ہے، وہ نہیں۔ پوزیٹیو مائنڈ کے ساتھ۔</w:t>
      </w:r>
    </w:p>
    <w:p>
      <w:r>
        <w:rPr>
          <w:b/>
        </w:rPr>
        <w:t xml:space="preserve">[21:40] </w:t>
      </w:r>
      <w:r>
        <w:t>to mujhe yaad aaya quran majeed mein is ka, is ki woh hai ek ishara hai, bible mein saaf saaf hai.</w:t>
      </w:r>
    </w:p>
    <w:p>
      <w:pPr>
        <w:jc w:val="right"/>
      </w:pPr>
      <w:r>
        <w:t>تو مجھے یاد آیا قرآن مجید میں اس کا، اس کی وہ ہے ایک اشارہ ہے، بائبل میں صاف صاف ہے۔</w:t>
      </w:r>
    </w:p>
    <w:p>
      <w:r>
        <w:rPr>
          <w:b/>
        </w:rPr>
        <w:t xml:space="preserve">[21:50] </w:t>
      </w:r>
      <w:r>
        <w:t>dekhiye, hazrat moosa ke zamane mein ek saahib the, un ka naam shuaib tha. woh prophet to nahin the, lekin paish aadamī the.</w:t>
      </w:r>
    </w:p>
    <w:p>
      <w:pPr>
        <w:jc w:val="right"/>
      </w:pPr>
      <w:r>
        <w:t>دیکھیے، حضرت موسیٰ کے زمانے میں ایک صاحب تھے، ان کا نام شعیب تھا۔ وہ پرافٹ تو نہیں تھے، لیکن پائش آدمی تھے۔</w:t>
      </w:r>
    </w:p>
    <w:p>
      <w:r>
        <w:rPr>
          <w:b/>
        </w:rPr>
        <w:t xml:space="preserve">[22:02] </w:t>
      </w:r>
      <w:r>
        <w:t>to woh jo qissa hai ke hazrat moosa ek jagah pahunche jahan ladkiyan pani pila rahi theen apne bhed bakri ko, aur un ko bari mushkil ho rahi thi.</w:t>
      </w:r>
    </w:p>
    <w:p>
      <w:pPr>
        <w:jc w:val="right"/>
      </w:pPr>
      <w:r>
        <w:t>تو وہ جو قصہ ہے کہ حضرت موسیٰ ایک جگہ پہنچے جہاں لڑکیاں پانی پلا رہی تھیں اپنے بھیڑ بکری کو، اور ان کو بڑی مشکل ہو رہی تھی۔</w:t>
      </w:r>
    </w:p>
    <w:p>
      <w:r>
        <w:rPr>
          <w:b/>
        </w:rPr>
        <w:t xml:space="preserve">[22:14] </w:t>
      </w:r>
      <w:r>
        <w:t>to hazrat moosa ne ja kar pani pila diya. bohat hazrat moosa bohat strong aadmi the. to ladkiyon ne ja kar bataya apne baap ko, yaani shaam ho chuki thi,</w:t>
      </w:r>
    </w:p>
    <w:p>
      <w:pPr>
        <w:jc w:val="right"/>
      </w:pPr>
      <w:r>
        <w:t>تو حضرت موسیٰ نے جا کر پانی پلا دیا۔ بہت حضرت موسیٰ بہت سٹرانگ آدمی تھے۔ تو لڑکیوں نے جا کر بتایا اپنے باپ کو، یعنی شام ہو چکی تھی،</w:t>
      </w:r>
    </w:p>
    <w:p>
      <w:r>
        <w:rPr>
          <w:b/>
        </w:rPr>
        <w:t xml:space="preserve">[22:28] </w:t>
      </w:r>
      <w:r>
        <w:t>shayad suraj maghrib baad ka waqt hoga, ke wahan aisa hua ke hum aam taur par hum bohat mushkil se pani pila paate the kyunke woh sab mard hote the.</w:t>
      </w:r>
    </w:p>
    <w:p>
      <w:pPr>
        <w:jc w:val="right"/>
      </w:pPr>
      <w:r>
        <w:t>شاید سورج مغرب بعد کا وقت ہوگا، کہ وہاں ایسا ہوا کہ ہم عام طور پر ہم بہت مشکل سے پانی پلا پاتے تھے کیونکہ وہ سب مرد ہوتے تھے۔</w:t>
      </w:r>
    </w:p>
    <w:p>
      <w:r>
        <w:rPr>
          <w:b/>
        </w:rPr>
        <w:t xml:space="preserve">[22:40] </w:t>
      </w:r>
      <w:r>
        <w:t>hum ladkiyan, un ke paas koi bhai nahin tha, yeh ladkiyan hi theen sirf. lekin ek is ek aadmi aaya aur us ne sab ko hata kar ke hamare is ko pani pilaya aur hum aasani se hamara kaam ho gaya.</w:t>
      </w:r>
    </w:p>
    <w:p>
      <w:pPr>
        <w:jc w:val="right"/>
      </w:pPr>
      <w:r>
        <w:t>ہم لڑکیاں، ان کے پاس کوئی بھائی نہیں تھا، یہ لڑکیاں ہی تھیں صرف۔ لیکن ایک اس ایک آدمی آیا اور اس نے سب کو ہٹا کر کے ہمارے اس کو پانی پلایا اور ہم آسانی سے ہمارا کام ہو گیا۔</w:t>
      </w:r>
    </w:p>
    <w:p>
      <w:r>
        <w:rPr>
          <w:b/>
        </w:rPr>
        <w:t xml:space="preserve">[22:55] </w:t>
      </w:r>
      <w:r>
        <w:t>to quran mein hai ke unhone bheja ke ja ke us ko le aao, us aadmi ko. lekin bible mein ek aur lafz hai kyunke yeh saare qisse bible mein hain jis tarah se quran mein hai.</w:t>
      </w:r>
    </w:p>
    <w:p>
      <w:pPr>
        <w:jc w:val="right"/>
      </w:pPr>
      <w:r>
        <w:t>تو قرآن میں ہے کہ انہوں نے بھیجا کہ جا کے اس کو لے آؤ، اس آدمی کو۔ لیکن بائبل میں ایک اور لفظ ہے کیونکہ یہ سارے قصے بائبل میں ہیں جس طرح سے قرآن میں ہے۔</w:t>
      </w:r>
    </w:p>
    <w:p>
      <w:r>
        <w:rPr>
          <w:b/>
        </w:rPr>
        <w:t xml:space="preserve">[23:11] </w:t>
      </w:r>
      <w:r>
        <w:t>bible mein yeh lafz hai ke us ko bula kar lao taake woh hamare saath roti khaye. yeh hai taake hamare taake woh hamare saath roti khaye.</w:t>
      </w:r>
    </w:p>
    <w:p>
      <w:pPr>
        <w:jc w:val="right"/>
      </w:pPr>
      <w:r>
        <w:t>بائبل میں یہ لفظ ہے کہ اس کو بلا کر لاؤ تاکہ وہ ہمارے ساتھ روٹی کھائے۔ یہ ہے تاکہ ہمارے تاکہ وہ ہمارے ساتھ روٹی کھائے۔</w:t>
      </w:r>
    </w:p>
    <w:p>
      <w:r>
        <w:rPr>
          <w:b/>
        </w:rPr>
        <w:t xml:space="preserve">[23:24] </w:t>
      </w:r>
      <w:r>
        <w:t>is se maine yeh nikala ke us waqt tak woh ruke rahe honge khana khane jab tak woh aa na jaye. tab to saath is mein badh raha hai ke hamare saath roti khaye.</w:t>
      </w:r>
    </w:p>
    <w:p>
      <w:pPr>
        <w:jc w:val="right"/>
      </w:pPr>
      <w:r>
        <w:t>اس سے میں نے یہ نکالا کہ اس وقت تک وہ رکے رہے ہوں گے کھانا کھانے جب تک وہ آ نہ جائے۔ تب تو ساتھ اس میں بڑھ رہا ہے کہ ہمارے ساتھ روٹی کھائے۔</w:t>
      </w:r>
    </w:p>
    <w:p>
      <w:r>
        <w:rPr>
          <w:b/>
        </w:rPr>
        <w:t xml:space="preserve">[23:33] </w:t>
      </w:r>
      <w:r>
        <w:t>to ab woh ladkiyan ruki raheen, baap ruka raha. jab woh aa gaye tab log mil kar khana khaye. to is se maine ek nikali baat ke har ghar mein aaj kal western culture jo chala hua hai,</w:t>
      </w:r>
    </w:p>
    <w:p>
      <w:pPr>
        <w:jc w:val="right"/>
      </w:pPr>
      <w:r>
        <w:t>تو اب وہ لڑکیاں رکی رہیں، باپ رکا رہا۔ جب وہ آ گئے تب لوگ مل کر کھانا کھائے۔ تو اس سے میں نے ایک نکالی بات کہ ہر گھر میں آج کل ویسٹرن کلچر جو چلا ہوا ہے،</w:t>
      </w:r>
    </w:p>
    <w:p>
      <w:r>
        <w:rPr>
          <w:b/>
        </w:rPr>
        <w:t xml:space="preserve">[23:49] </w:t>
      </w:r>
      <w:r>
        <w:t>woh to pehle jo ek tha, woh woh culture khatm ho gaya hai.</w:t>
      </w:r>
    </w:p>
    <w:p>
      <w:pPr>
        <w:jc w:val="right"/>
      </w:pPr>
      <w:r>
        <w:t>وہ تو پہلے جو ایک تھا، وہ وہ کلچر ختم ہو گیا ہے۔</w:t>
      </w:r>
    </w:p>
    <w:p>
      <w:r>
        <w:rPr>
          <w:b/>
        </w:rPr>
        <w:t xml:space="preserve">[23:53] </w:t>
      </w:r>
      <w:r>
        <w:t>saat gharon mein khana khana to saath mil kar khana khana yeh ek bohat bari worship hai, yaani bohat bara yeh,</w:t>
      </w:r>
    </w:p>
    <w:p>
      <w:pPr>
        <w:jc w:val="right"/>
      </w:pPr>
      <w:r>
        <w:t>سات گھروں میں کھانا کھانا تو ساتھ مل کر کھانا کھانا یہ ایک بہت بڑی ورشپ ہے، یعنی بہت بڑا یہ،</w:t>
      </w:r>
    </w:p>
    <w:p>
      <w:r>
        <w:rPr>
          <w:b/>
        </w:rPr>
        <w:t xml:space="preserve">[24:08] </w:t>
      </w:r>
      <w:r>
        <w:t>yaani woh ek aisa woh hai jis mein ke farishte wahan shareek ho jate hain.</w:t>
      </w:r>
    </w:p>
    <w:p>
      <w:pPr>
        <w:jc w:val="right"/>
      </w:pPr>
      <w:r>
        <w:t>یعنی وہ ایک ایسا وہ ہے جس میں کہ فرشتے وہاں شریک ہو جاتے ہیں۔</w:t>
      </w:r>
    </w:p>
    <w:p>
      <w:r>
        <w:rPr>
          <w:b/>
        </w:rPr>
        <w:t xml:space="preserve">[24:15] </w:t>
      </w:r>
      <w:r>
        <w:t>to main yeh kahunga aap sab log apne gharon mein karein ke aaj kal chunke zindagi ka naqsha bohat alag ho gaya hai to aap teeno waqt to shayad nahin kha sakenge.</w:t>
      </w:r>
    </w:p>
    <w:p>
      <w:pPr>
        <w:jc w:val="right"/>
      </w:pPr>
      <w:r>
        <w:t>تو میں یہ کہوں گا آپ سب لوگ اپنے گھروں میں کریں کہ آج کل چونکہ زندگی کا نقشہ بہت الگ ہو گیا ہے تو آپ تینوں وقت تو شاید نہیں کھا سکیں گے۔</w:t>
      </w:r>
    </w:p>
    <w:p>
      <w:r>
        <w:rPr>
          <w:b/>
        </w:rPr>
        <w:t xml:space="preserve">[24:27] </w:t>
      </w:r>
      <w:r>
        <w:t>aap mein se har shakhs ko apne ghar mein kam az kam ek waqt khana ek saath khana chahiye, ek table par, chahe breakfast ho ya lunch ho ya dinner ho.</w:t>
      </w:r>
    </w:p>
    <w:p>
      <w:pPr>
        <w:jc w:val="right"/>
      </w:pPr>
      <w:r>
        <w:t>آپ میں سے ہر شخص کو اپنے گھر میں کم از کم ایک وقت کھانا ایک ساتھ کھانا چاہیے، ایک ٹیبل پر، چاہے بریک فاسٹ ہو یا لنچ ہو یا ڈنر ہو۔</w:t>
      </w:r>
    </w:p>
    <w:p>
      <w:r>
        <w:rPr>
          <w:b/>
        </w:rPr>
        <w:t xml:space="preserve">[24:39] </w:t>
      </w:r>
      <w:r>
        <w:t>kam az kam ek waqt laazim hai.</w:t>
      </w:r>
    </w:p>
    <w:p>
      <w:pPr>
        <w:jc w:val="right"/>
      </w:pPr>
      <w:r>
        <w:t>کم از کم ایک وقت لازم ہے۔</w:t>
      </w:r>
    </w:p>
    <w:p>
      <w:r>
        <w:rPr>
          <w:b/>
        </w:rPr>
        <w:t xml:space="preserve">[24:43] </w:t>
      </w:r>
      <w:r>
        <w:t>ghar ke sab log, chahe chhote hon ya bade hon, jaise aaj hum logon ne khaya yahan par isi tarike se. to is mein kuch aap ko apni habit badalni hogi, aap bhi kuch aage peeche karna hoga, timing badalna hoga.</w:t>
      </w:r>
    </w:p>
    <w:p>
      <w:pPr>
        <w:jc w:val="right"/>
      </w:pPr>
      <w:r>
        <w:t>گھر کے سب لوگ، چاہے چھوٹے ہوں یا بڑے ہوں، جیسے آج ہم لوگوں نے کھایا یہاں پر اسی طریقے سے۔ تو اس میں کچھ آپ کو اپنی ہیبٹ بدلنی ہوگی، آپ بھی کچھ آگے پیچھے کرنا ہوگا، ٹائمنگ بدلنا ہوگا۔</w:t>
      </w:r>
    </w:p>
    <w:p>
      <w:r>
        <w:rPr>
          <w:b/>
        </w:rPr>
        <w:t xml:space="preserve">[25:02] </w:t>
      </w:r>
      <w:r>
        <w:t>to badliye is ko. is mein kya hai? sone ka time badalna ho, sone ka time badliye.</w:t>
      </w:r>
    </w:p>
    <w:p>
      <w:pPr>
        <w:jc w:val="right"/>
      </w:pPr>
      <w:r>
        <w:t>تو بدلیے اس کو۔ اس میں کیا ہے؟ سونے کا ٹائم بدلنا ہو، سونے کا ٹائم بدلیے۔</w:t>
      </w:r>
    </w:p>
    <w:p>
      <w:r>
        <w:rPr>
          <w:b/>
        </w:rPr>
        <w:t xml:space="preserve">[25:09] </w:t>
      </w:r>
      <w:r>
        <w:t>kuch bhi kijiye, kuch bhi kijiye, lekin ek waqt ka khana, chahe breakfast, chahe lunch, chahe dinner, apne gharon mein aap ek saath khayein.</w:t>
      </w:r>
    </w:p>
    <w:p>
      <w:pPr>
        <w:jc w:val="right"/>
      </w:pPr>
      <w:r>
        <w:t>کچھ بھی کیجیے، کچھ بھی کیجیے، لیکن ایک وقت کا کھانا، چاہے بریک فاسٹ، چاہے لنچ، چاہے ڈنر، اپنے گھروں میں آپ ایک ساتھ کھائیں۔</w:t>
      </w:r>
    </w:p>
    <w:p>
      <w:r>
        <w:rPr>
          <w:b/>
        </w:rPr>
        <w:t xml:space="preserve">[25:20] </w:t>
      </w:r>
      <w:r>
        <w:t>is se kya hoga? is agar aap positive mind ke saath khayenge, mohabbat ke saath khayenge, aapas mein khair khwahi ke saath khayenge to hadith mein aata hai ke al mutahabbeen fihi ke allah un se bohat zyada khush hota hai jo aapas mein ek doosre se mohabbat karein allah ke liye.</w:t>
      </w:r>
    </w:p>
    <w:p>
      <w:pPr>
        <w:jc w:val="right"/>
      </w:pPr>
      <w:r>
        <w:t>اس سے کیا ہوگا؟ اس اگر آپ پوزیٹیو مائنڈ کے ساتھ کھائیں گے، محبت کے ساتھ کھائیں گے، آپس میں خیر خواہی کے ساتھ کھائیں گے تو حدیث میں آتا ہے کہ المتحابین فیہ کہ اللہ ان سے بہت زیادہ خوش ہوتا ہے جو آپس میں ایک دوسرے سے محبت کریں اللہ کے لیے۔</w:t>
      </w:r>
    </w:p>
    <w:p>
      <w:r>
        <w:rPr>
          <w:b/>
        </w:rPr>
        <w:t xml:space="preserve">[25:39] </w:t>
      </w:r>
      <w:r>
        <w:t>to main samajhta hoon ke is culture ko CPS mein chalana chahiye ke alag alag khane ka shiza jo hai, woh teeno waqt par nahin ho sakta hai.</w:t>
      </w:r>
    </w:p>
    <w:p>
      <w:pPr>
        <w:jc w:val="right"/>
      </w:pPr>
      <w:r>
        <w:t>تو میں سمجھتا ہوں کہ اس کلچر کو سی پی ایس میں چلانا چاہیے کہ الگ الگ کھانے کا شیزہ جو ہے، وہ تینوں وقت پر نہیں ہو سکتا ہے۔</w:t>
      </w:r>
    </w:p>
    <w:p>
      <w:r>
        <w:rPr>
          <w:b/>
        </w:rPr>
        <w:t xml:space="preserve">[25:49] </w:t>
      </w:r>
      <w:r>
        <w:t>ek waqt to zaroor ho sakta hai, mere khayal se ek waqt to CPS ka ek ek yeh bhi ek culture ho ke ke rozana kam az kam ek waqt ghar ke sab log ek saath baith kar khana khayein</w:t>
      </w:r>
    </w:p>
    <w:p>
      <w:pPr>
        <w:jc w:val="right"/>
      </w:pPr>
      <w:r>
        <w:t>ایک وقت تو ضرور ہو سکتا ہے، میرے خیال سے ایک وقت تو سی پی ایس کا ایک ایک یہ بھی ایک کلچر ہو کہ کہ روزانہ کم از کم ایک وقت گھر کے سب لوگ ایک ساتھ بیٹھ کر کھانا کھائیں</w:t>
      </w:r>
    </w:p>
    <w:p>
      <w:r>
        <w:rPr>
          <w:b/>
        </w:rPr>
        <w:t xml:space="preserve">[26:04] </w:t>
      </w:r>
      <w:r>
        <w:t>aur woh woh sunnat zinda ho jo prophet ki sunnat mein kahunga us ko ke us ne kaha tha, unhone ke us ko le aao taake hum woh hamare saath roti khaye.</w:t>
      </w:r>
    </w:p>
    <w:p>
      <w:pPr>
        <w:jc w:val="right"/>
      </w:pPr>
      <w:r>
        <w:t>اور وہ وہ سنت زندہ ہو جو پرافٹ کی سنت میں کہوں گا اس کو کہ اس نے کہا تھا، انہوں نے کہ اس کو لے آؤ تاکہ ہم وہ ہمارے ساتھ روٹی کھائے۔</w:t>
      </w:r>
    </w:p>
    <w:p>
      <w:r>
        <w:rPr>
          <w:b/>
        </w:rPr>
        <w:t xml:space="preserve">[26:13] </w:t>
      </w:r>
      <w:r>
        <w:t>yeh bhi shamil hai ke hum us ke saath roti khayein, hum us ke saath khayein, woh hamare saath khaye. to mil kar khana.</w:t>
      </w:r>
    </w:p>
    <w:p>
      <w:pPr>
        <w:jc w:val="right"/>
      </w:pPr>
      <w:r>
        <w:t>یہ بھی شامل ہے کہ ہم اس کے ساتھ روٹی کھائیں، ہم اس کے ساتھ کھائیں، وہ ہمارے ساتھ کھائے۔ تو مل کر کھانا۔</w:t>
      </w:r>
    </w:p>
    <w:p>
      <w:r>
        <w:rPr>
          <w:b/>
        </w:rPr>
        <w:t xml:space="preserve">[26:29] </w:t>
      </w:r>
      <w:r>
        <w:t>to mein chahta hoon ke aap mein se har ek yeh tay kar le</w:t>
      </w:r>
    </w:p>
    <w:p>
      <w:pPr>
        <w:jc w:val="right"/>
      </w:pPr>
      <w:r>
        <w:t>تو میں چاہتا ہوں کہ آپ میں سے ہر ایک یہ طے کر لے</w:t>
      </w:r>
    </w:p>
    <w:p>
      <w:r>
        <w:rPr>
          <w:b/>
        </w:rPr>
        <w:t xml:space="preserve">[26:33] </w:t>
      </w:r>
      <w:r>
        <w:t>ke kuch bhi ho, hum apni habits ko badlenge, apni timing ko badlenge aur kam az kam ek khana ek saath mil kar ghar wale sab khayenge taake farishton ki sohbat hamein aur bhi milti rahe.</w:t>
      </w:r>
    </w:p>
    <w:p>
      <w:pPr>
        <w:jc w:val="right"/>
      </w:pPr>
      <w:r>
        <w:t>کہ کچھ بھی ہو، ہم اپنی ہیبٹس کو بدلیں گے، اپنی ٹائمنگ کو بدلیں گے اور کم از کم ایک کھانا ایک ساتھ مل کر گھر والے سب کھائیں گے تاکہ فرشتوں کی صحبت ہمیں اور بھی ملتی رہے۔</w:t>
      </w:r>
    </w:p>
    <w:p>
      <w:r>
        <w:rPr>
          <w:b/>
        </w:rPr>
        <w:t xml:space="preserve">[26:50] </w:t>
      </w:r>
      <w:r>
        <w:t>doosri cheez jo mein kehna chahta hoon woh hai intellectual exchange. Hamare haan riwaj hi nahi hai intellectual exchange ka.</w:t>
      </w:r>
    </w:p>
    <w:p>
      <w:pPr>
        <w:jc w:val="right"/>
      </w:pPr>
      <w:r>
        <w:t>دوسری چیز جو میں کہنا چاہتا ہوں وہ ہے انٹلیکچول ایکسچینج۔ ہمارے ہاں رواج ہی نہیں ہے انٹلیکچول ایکسچینج کا۔</w:t>
      </w:r>
    </w:p>
    <w:p>
      <w:r>
        <w:rPr>
          <w:b/>
        </w:rPr>
        <w:t xml:space="preserve">[27:00] </w:t>
      </w:r>
      <w:r>
        <w:t>hum log baatein karte hain, yaani family ke log to doosri doosri baatein hoti hain idhar udhar ki, yaani deeni baat le ko le kar ke, ilmi baat ko le kar exchange nahi hota.</w:t>
      </w:r>
    </w:p>
    <w:p>
      <w:pPr>
        <w:jc w:val="right"/>
      </w:pPr>
      <w:r>
        <w:t>ہم لوگ باتیں کرتے ہیں، یعنی فیملی کے لوگ تو دوسری دوسری باتیں ہوتی ہیں ادھر ادھر کی، یعنی دینی بات لے کو لے کر کے، علمی بات کو لے کر ایکسچینج نہیں ہوتا۔</w:t>
      </w:r>
    </w:p>
    <w:p>
      <w:r>
        <w:rPr>
          <w:b/>
        </w:rPr>
        <w:t xml:space="preserve">[27:14] </w:t>
      </w:r>
      <w:r>
        <w:t>to is par sochte hue mujhe ek qissa yaad aaya ke intellectual exchange ka kitna faida hai. Woh</w:t>
      </w:r>
    </w:p>
    <w:p>
      <w:pPr>
        <w:jc w:val="right"/>
      </w:pPr>
      <w:r>
        <w:t>تو اس پر سوچتے ہوئے مجھے ایک قصہ یاد آیا کہ انٹلیکچول ایکسچینج کا کتنا فائدہ ہے۔ وہ</w:t>
      </w:r>
    </w:p>
    <w:p>
      <w:r>
        <w:rPr>
          <w:b/>
        </w:rPr>
        <w:t xml:space="preserve">[27:24] </w:t>
      </w:r>
      <w:r>
        <w:t>dekhein, ek yahan par Delhi mein hain Mr. Natwar Singh, jo is se pehle ambassador thay, woh China mein aur kuch countries mein, phir woh central minister bhi thay.</w:t>
      </w:r>
    </w:p>
    <w:p>
      <w:pPr>
        <w:jc w:val="right"/>
      </w:pPr>
      <w:r>
        <w:t>دیکھیں، ایک یہاں پر دلی میں ہیں مسٹر نٹور سنگھ، جو اس سے پہلے ایمبیسڈر تھے، وہ چائنہ میں اور کچھ کنٹریز میں، پھر وہ سینٹرل منسٹر بھی تھے۔</w:t>
      </w:r>
    </w:p>
    <w:p>
      <w:r>
        <w:rPr>
          <w:b/>
        </w:rPr>
        <w:t xml:space="preserve">[27:35] </w:t>
      </w:r>
      <w:r>
        <w:t>woh to unka qissa aaya tha paper mein, kisi magazine mein aaya tha ke unki bahu mar gayi, shayad suicide kiya tha ya kya hua tha, aur unki beti bhi mar gayi.</w:t>
      </w:r>
    </w:p>
    <w:p>
      <w:pPr>
        <w:jc w:val="right"/>
      </w:pPr>
      <w:r>
        <w:t>وہ تو ان کا قصہ آیا تھا پیپر میں، کسی میگزین میں آیا تھا کہ ان کی بہو مر گئی، شاید سوسائیڈ کیا تھا یا کیا ہوا تھا، اور ان کی بیٹی بھی مر گئی۔</w:t>
      </w:r>
    </w:p>
    <w:p>
      <w:r>
        <w:rPr>
          <w:b/>
        </w:rPr>
        <w:t xml:space="preserve">[27:53] </w:t>
      </w:r>
      <w:r>
        <w:t>yaani ek do mahine ke andar dono mar gayi, jawan bahu, jawan beti.</w:t>
      </w:r>
    </w:p>
    <w:p>
      <w:pPr>
        <w:jc w:val="right"/>
      </w:pPr>
      <w:r>
        <w:t>یعنی ایک دو مہینے کے اندر دونوں مر گئی، جوان بہو، جوان بیٹی۔</w:t>
      </w:r>
    </w:p>
    <w:p>
      <w:r>
        <w:rPr>
          <w:b/>
        </w:rPr>
        <w:t xml:space="preserve">[28:00] </w:t>
      </w:r>
      <w:r>
        <w:t>to unka interview aaya tha, us mein unhon ne kaha tha ke woh log jante hain unko ke bohat padhe padhne wale aadmi hain, bohat hi bohat hi padhte rehte hain.</w:t>
      </w:r>
    </w:p>
    <w:p>
      <w:pPr>
        <w:jc w:val="right"/>
      </w:pPr>
      <w:r>
        <w:t>تو ان کا انٹرویو آیا تھا، اس میں انہوں نے کہا تھا کہ وہ لوگ جانتے ہیں ان کو کہ بہت پڑھے پڑھنے والے آدمی ہیں، بہت ہی بہت ہی پڑھتے رہتے ہیں۔</w:t>
      </w:r>
    </w:p>
    <w:p>
      <w:r>
        <w:rPr>
          <w:b/>
        </w:rPr>
        <w:t xml:space="preserve">[28:11] </w:t>
      </w:r>
      <w:r>
        <w:t>to unke ghar mein jo study hai, jo zaati library hai, unhon ne kaha ke mere paas 25 hazar kitabein hain meri apni zaati library mein,</w:t>
      </w:r>
    </w:p>
    <w:p>
      <w:pPr>
        <w:jc w:val="right"/>
      </w:pPr>
      <w:r>
        <w:t>تو ان کے گھر میں جو اسٹڈی ہے، جو ذاتی لائبریری ہے، انہوں نے کہا کہ میرے پاس 25 ہزار کتابیں ہیں میری اپنی ذاتی لائبریری میں،</w:t>
      </w:r>
    </w:p>
    <w:p>
      <w:r>
        <w:rPr>
          <w:b/>
        </w:rPr>
        <w:t xml:space="preserve">[28:21] </w:t>
      </w:r>
      <w:r>
        <w:t>aur yeh saari duniya ki behtareen kitabein hain, jis mein wisdom bhara hua hai, wisdom. Lekin is mein mujhe is ka nahi mila.</w:t>
      </w:r>
    </w:p>
    <w:p>
      <w:pPr>
        <w:jc w:val="right"/>
      </w:pPr>
      <w:r>
        <w:t>اور یہ ساری دنیا کی بہترین کتابیں ہیں، جس میں وزڈم بھرا ہوا ہے، وزڈم۔ لیکن اس میں مجھے اس کا نہیں ملا۔</w:t>
      </w:r>
    </w:p>
    <w:p>
      <w:r>
        <w:rPr>
          <w:b/>
        </w:rPr>
        <w:t xml:space="preserve">[28:31] </w:t>
      </w:r>
      <w:r>
        <w:t>mein bohat tension mein hoon, bohat zyada pareshani mein hoon ke meri bahu mar gayi, meri beti mar gayi. To in kitabon se mujhe koi is ka answer nahi mila ke mein kya karoon.</w:t>
      </w:r>
    </w:p>
    <w:p>
      <w:pPr>
        <w:jc w:val="right"/>
      </w:pPr>
      <w:r>
        <w:t>میں بہت ٹینشن میں ہوں، بہت زیادہ پریشانی میں ہوں کہ میری بہو مر گئی، میری بیٹی مر گئی۔ تو ان کتابوں سے مجھے کوئی اس کا انسر نہیں ملا کہ میں کیا کروں۔</w:t>
      </w:r>
    </w:p>
    <w:p>
      <w:r>
        <w:rPr>
          <w:b/>
        </w:rPr>
        <w:t xml:space="preserve">[28:46] </w:t>
      </w:r>
      <w:r>
        <w:t>to mujhe ek cheez yaad aayi,</w:t>
      </w:r>
    </w:p>
    <w:p>
      <w:pPr>
        <w:jc w:val="right"/>
      </w:pPr>
      <w:r>
        <w:t>تو مجھے ایک چیز یاد آئی،</w:t>
      </w:r>
    </w:p>
    <w:p>
      <w:r>
        <w:rPr>
          <w:b/>
        </w:rPr>
        <w:t xml:space="preserve">[28:49] </w:t>
      </w:r>
      <w:r>
        <w:t>yeh yaqini hai ke woh intellectual exchange nahi karte honge, jaisa ke gharon mein riwaj nahi hai. Bahar bhi log jaate hain to ek conference mein taqreer karne ke liye jaate hain, bas ya office mein baithenge, ek conference mein ja kar bhashan denge.</w:t>
      </w:r>
    </w:p>
    <w:p>
      <w:pPr>
        <w:jc w:val="right"/>
      </w:pPr>
      <w:r>
        <w:t>یہ یقینی ہے کہ وہ انٹلیکچول ایکسچینج نہیں کرتے ہوں گے، جیسا کہ گھروں میں رواج نہیں ہے۔ باہر بھی لوگ جاتے ہیں تو ایک کانفرنس میں تقریر کرنے کے لیے جاتے ہیں، بس یا آفس میں بیٹھیں گے، ایک کانفرنس میں جا کر باشار دیں گے۔</w:t>
      </w:r>
    </w:p>
    <w:p>
      <w:r>
        <w:rPr>
          <w:b/>
        </w:rPr>
        <w:t xml:space="preserve">[29:04] </w:t>
      </w:r>
      <w:r>
        <w:t>to dekhiye, ek Arab shayar tha, uska shair hai, woh mujhe yaad aaya ke ولو الاوسا ما عشت فی الناس صوتا ولكن اذا ما شئت جا وبنی مثلی is ka matlab yeh hai,</w:t>
      </w:r>
    </w:p>
    <w:p>
      <w:pPr>
        <w:jc w:val="right"/>
      </w:pPr>
      <w:r>
        <w:t>تو دیکھیے، ایک عرب شاعر تھا، اس کا شعر ہے، وہ مجھے یاد آیا کہ ولو الاوسا ما عشت فی الناس صوتا ولكن اذا ما شئت جا وبنی مثلی اس کا مطلب یہ ہے،</w:t>
      </w:r>
    </w:p>
    <w:p>
      <w:r>
        <w:rPr>
          <w:b/>
        </w:rPr>
        <w:t xml:space="preserve">[29:27] </w:t>
      </w:r>
      <w:r>
        <w:t>is ka translation yeh hai ke agar namoona na hota, yaani is ko museebat padi is aadmi ke upar, to kehta hai ke aisi museebat aur bhi do padti hain.</w:t>
      </w:r>
    </w:p>
    <w:p>
      <w:pPr>
        <w:jc w:val="right"/>
      </w:pPr>
      <w:r>
        <w:t>اس کا ٹرانسیشن یہ ہے کہ اگر نمونہ نہ ہوتا، یعنی اس کو مصیبت پڑی اس آدمی کے اوپر، تو کہتا ہے کہ ایسی مصیبت اور بھی دو پڑتی ہے۔</w:t>
      </w:r>
    </w:p>
    <w:p>
      <w:r>
        <w:rPr>
          <w:b/>
        </w:rPr>
        <w:t xml:space="preserve">[29:36] </w:t>
      </w:r>
      <w:r>
        <w:t>to kehta hai agar namoona na hota samaaj mein to mein ek ghadi bhi zinda nahi nahi rakh sakta tha, aisi museebaton padi mere upar.</w:t>
      </w:r>
    </w:p>
    <w:p>
      <w:pPr>
        <w:jc w:val="right"/>
      </w:pPr>
      <w:r>
        <w:t>تو کہتا ہے اگر نمونہ نہ ہوتا سماج میں تو میں ایک گھڑی بھی زندہ نہیں نہیں رکھ سکتا تھا، ایسی مصیبتوں پڑی میرے اوپر۔</w:t>
      </w:r>
    </w:p>
    <w:p>
      <w:r>
        <w:rPr>
          <w:b/>
        </w:rPr>
        <w:t xml:space="preserve">[29:46] </w:t>
      </w:r>
      <w:r>
        <w:t>lekin jaise hi mein kisi museebat mein pada to aas paas mein dekha to maloom hua ke falan bhi isi museebat mein phansa hua hai. Is ka matlab kya hua?</w:t>
      </w:r>
    </w:p>
    <w:p>
      <w:pPr>
        <w:jc w:val="right"/>
      </w:pPr>
      <w:r>
        <w:t>لیکن جیسے ہی میں کسی مصیبت میں پڑا تو اس پاس میں دیکھا تو معلوم ہوا کہ فلاں بھی اسی مصیبت میں پھنسا ہوا ہے۔ اس کا مطلب کیا ہوا؟</w:t>
      </w:r>
    </w:p>
    <w:p>
      <w:r>
        <w:rPr>
          <w:b/>
        </w:rPr>
        <w:t xml:space="preserve">[29:57] </w:t>
      </w:r>
      <w:r>
        <w:t>woh aadmi exchange karta hoga, tabhi to pata chale ke us ko doosre ke saath kya pesh aaya.</w:t>
      </w:r>
    </w:p>
    <w:p>
      <w:pPr>
        <w:jc w:val="right"/>
      </w:pPr>
      <w:r>
        <w:t>وہ آدمی ایکسچینج کرتا ہوگا، تبھی تو پتہ چلے کہ اس کو دوسرے کے ساتھ کیا پیش آیا۔</w:t>
      </w:r>
    </w:p>
    <w:p>
      <w:r>
        <w:rPr>
          <w:b/>
        </w:rPr>
        <w:t xml:space="preserve">[30:04] </w:t>
      </w:r>
      <w:r>
        <w:t>to jab is aadmi ne exchange kiya, mila, interaction kiya, pata chala ke us ki bhi, us ki bhi beti mar gayi hai. To us ne kaha ke is meri mari to us ki bhi mari hai.</w:t>
      </w:r>
    </w:p>
    <w:p>
      <w:pPr>
        <w:jc w:val="right"/>
      </w:pPr>
      <w:r>
        <w:t>تو جب اس آدمی نے ایکسچینج کیا، ملا، انٹریکشن کیا، پتہ چلا کہ اس کی بھی، اس کی بھی بیٹی مر گئی ہے۔ تو اس نے کہا کہ اس میری مری تو اس کی بھی مری ہے۔</w:t>
      </w:r>
    </w:p>
    <w:p>
      <w:r>
        <w:rPr>
          <w:b/>
        </w:rPr>
        <w:t xml:space="preserve">[30:16] </w:t>
      </w:r>
      <w:r>
        <w:t>to Natwar Singh ko is ka pata nahi tha, woh apni kitabein padhte thay, bhashan dete thay, office mein baithte thay, logon se interaction nahi hota tha, exchange nahi karte thay ke yeh sab tajrube jo experience doosron ko beet rahe hain, woh un is pe share karein.</w:t>
      </w:r>
    </w:p>
    <w:p>
      <w:pPr>
        <w:jc w:val="right"/>
      </w:pPr>
      <w:r>
        <w:t>تو نٹور سنگھ کو اس کا پتہ نہیں تھا، وہ اپنی کتابیں پڑھتے تھے، بھاشر دیتے تھے، آفس میں بیٹھتے تھے، لوگوں سے انٹریکشن نہیں ہوتا تھا، ایکسچینج نہیں کرتے تھے کہ یہ سب تجربے جو ایکسپیرینس دوسروں کو بیت رہے ہیں، وہ ان اس پہ شیئر کریں۔</w:t>
      </w:r>
    </w:p>
    <w:p>
      <w:r>
        <w:rPr>
          <w:b/>
        </w:rPr>
        <w:t xml:space="preserve">[30:33] </w:t>
      </w:r>
      <w:r>
        <w:t>yeh seedhi si baat hai ke bhai un ki beti mar gayi to sab ki betiyan marti hain. To yeh kya hai ke 25 hazar kitabein hain, mujhe is ka answer nahi milta ke mein kya karoon.</w:t>
      </w:r>
    </w:p>
    <w:p>
      <w:pPr>
        <w:jc w:val="right"/>
      </w:pPr>
      <w:r>
        <w:t>یہ سیدھی سی بات ہے کہ بھئی ان کی بیٹی مر گئی تو سب کی بیٹیاں مرتی ہیں۔ تو یہ کیا ہے کہ 25 ہزار کتابیں ہیں، مجھے اس کا انسر نہیں ملتا کہ میں کیا کروں۔</w:t>
      </w:r>
    </w:p>
    <w:p>
      <w:r>
        <w:rPr>
          <w:b/>
        </w:rPr>
        <w:t xml:space="preserve">[30:45] </w:t>
      </w:r>
      <w:r>
        <w:t>to answer ab aas paas logon mein to woh answer de denge, aas paas logon se milo, un se interaction karo to batayein ke bhai meri beti mar gayi, mera falan rishtedar mar gaya, mera falan mar gaya.</w:t>
      </w:r>
    </w:p>
    <w:p>
      <w:pPr>
        <w:jc w:val="right"/>
      </w:pPr>
      <w:r>
        <w:t>تو انسر اب اس پاس لوگوں میں تو وہ انسر دے دیں گے، اس پاس لوگوں سے ملو، ان سے انٹریکشن کرو تو بتائیں کہ بھئی میری بیٹی مر گئی، میرا فلاں رشتہ دار مر گیا، میرا فلاں مر گیا۔</w:t>
      </w:r>
    </w:p>
    <w:p>
      <w:r>
        <w:rPr>
          <w:b/>
        </w:rPr>
        <w:t xml:space="preserve">[30:56] </w:t>
      </w:r>
      <w:r>
        <w:t>to kahein bhai sab sabhi ke marte hain to mere bhi mar gaye.</w:t>
      </w:r>
    </w:p>
    <w:p>
      <w:pPr>
        <w:jc w:val="right"/>
      </w:pPr>
      <w:r>
        <w:t>تو کہیں بھئی سب سبھی کے مرتے ہیں تو میرے بھی مر گئے۔</w:t>
      </w:r>
    </w:p>
    <w:p>
      <w:r>
        <w:rPr>
          <w:b/>
        </w:rPr>
        <w:t xml:space="preserve">[31:00] </w:t>
      </w:r>
      <w:r>
        <w:t>to interaction jo hai, bohat hi mufeed hai, exchange bohat hi mufeed hai. To hamein, hum hum sab logon CPS mein ek culture yeh bhi hona chahiye ke hum log aapas mein deen par,</w:t>
      </w:r>
    </w:p>
    <w:p>
      <w:pPr>
        <w:jc w:val="right"/>
      </w:pPr>
      <w:r>
        <w:t>تو انٹریکشن جو ہے، بہت ہی مفید ہے، ایکسچینج بہت ہی مفید ہے۔ تو ہمیں، ہم ہم سب لوگوں سی پی ایس میں ایک کلچر یہ بھی ہونا چاہیے کہ ہم لوگ آپس میں دین پر،</w:t>
      </w:r>
    </w:p>
    <w:p>
      <w:r>
        <w:rPr>
          <w:b/>
        </w:rPr>
        <w:t xml:space="preserve">[31:16] </w:t>
      </w:r>
      <w:r>
        <w:t>allah wali baton par, ilmi baton par exchange karte rahen. aur ab yeh nahin ke sirf bahar karen, ghar ke andar karen, ghar ke andar</w:t>
      </w:r>
    </w:p>
    <w:p>
      <w:pPr>
        <w:jc w:val="right"/>
      </w:pPr>
      <w:r>
        <w:t>اللہ والی باتوں پر، علمی باتوں پر ایکسچینج کرتے رہیں۔ اور اب یہ نہیں کہ صرف باہر کریں، گھر کے اندر کریں، گھر کے اندر</w:t>
      </w:r>
    </w:p>
    <w:p>
      <w:r>
        <w:rPr>
          <w:b/>
        </w:rPr>
        <w:t xml:space="preserve">[31:27] </w:t>
      </w:r>
      <w:r>
        <w:t>karen taake ghar ke andar mahol jo bane, woh ek bahut hi healthy mahol bane. dekhen, teesri baat jo main kehna chahta hoon yeh hai,</w:t>
      </w:r>
    </w:p>
    <w:p>
      <w:pPr>
        <w:jc w:val="right"/>
      </w:pPr>
      <w:r>
        <w:t>کریں تاکہ گھر کے اندر ماحول جو بنے، وہ ایک بہت ہی ہیلدی ماحول بنے۔ دیکھیں، تیسری بات جو میں کہنا چاہتا ہوں یہ ہے،</w:t>
      </w:r>
    </w:p>
    <w:p>
      <w:r>
        <w:rPr>
          <w:b/>
        </w:rPr>
        <w:t xml:space="preserve">[31:37] </w:t>
      </w:r>
      <w:r>
        <w:t>woh hai simplicity. yeh woh baat hai main keh raha hoon jo maine khud apna rakha hai, aisa nahin ke main aap ko advice kar raha hoon, khud main is par amal nahin karta.</w:t>
      </w:r>
    </w:p>
    <w:p>
      <w:pPr>
        <w:jc w:val="right"/>
      </w:pPr>
      <w:r>
        <w:t>وہ ہے سمپلیسٹی۔ یہ وہ بات ہے میں کہہ رہا ہوں جو میں نے خود اپنا رکھا ہے، ایسا نہیں کہ میں آپ کو ایڈوائس کر رہا ہوں، خود میں اس پر عمل نہیں کرتا۔</w:t>
      </w:r>
    </w:p>
    <w:p>
      <w:r>
        <w:rPr>
          <w:b/>
        </w:rPr>
        <w:t xml:space="preserve">[31:48] </w:t>
      </w:r>
      <w:r>
        <w:t>yeh main chahta hoon ke cpcps ka culture ban jaye, yeh sab cheezen.</w:t>
      </w:r>
    </w:p>
    <w:p>
      <w:pPr>
        <w:jc w:val="right"/>
      </w:pPr>
      <w:r>
        <w:t>یہ میں چاہتا ہوں کہ سی پی سی پی ایس کا کلچر بن جائے، یہ سب چیزیں۔</w:t>
      </w:r>
    </w:p>
    <w:p>
      <w:r>
        <w:rPr>
          <w:b/>
        </w:rPr>
        <w:t xml:space="preserve">[31:54] </w:t>
      </w:r>
      <w:r>
        <w:t>to pehli baat maine yeh kahi ke saath mil kar khana khana, simple khana bilkul. number do, woh khana nahin jo ek qissa maine bataya tha aap ko ke ek sahab apni biwi ki bari tareef karte thay.</w:t>
      </w:r>
    </w:p>
    <w:p>
      <w:pPr>
        <w:jc w:val="right"/>
      </w:pPr>
      <w:r>
        <w:t>تو پہلی بات میں نے یہ کہی کہ ساتھ مل کر کھانا کھانا، سمپل کھانا بالکل۔ نمبر دو، وہ کھانا نہیں جو ایک قصہ میں نے بتایا تھا آپ کو کہ ایک صاحب اپنی بیوی کی بڑی تعریف کرتے تھے۔</w:t>
      </w:r>
    </w:p>
    <w:p>
      <w:r>
        <w:rPr>
          <w:b/>
        </w:rPr>
        <w:t xml:space="preserve">[32:15] </w:t>
      </w:r>
      <w:r>
        <w:t>to maine poocha ke bhai aap yeh tareef karte hain, kya khaas baat hai biwi mein aap ki?</w:t>
      </w:r>
    </w:p>
    <w:p>
      <w:pPr>
        <w:jc w:val="right"/>
      </w:pPr>
      <w:r>
        <w:t>تو میں نے پوچھا کہ بھئی آپ یہ تعریف کرتے ہیں، کیا خاص بات ہے بیوی میں آپ کی؟</w:t>
      </w:r>
    </w:p>
    <w:p>
      <w:r>
        <w:rPr>
          <w:b/>
        </w:rPr>
        <w:t xml:space="preserve">[32:20] </w:t>
      </w:r>
      <w:r>
        <w:t>to unhon ne ek qissa bataya. waqai ek bar hamara ek ek dinner tha, wahan gaye to loot te loot te giyarah baj gaye raat ke.</w:t>
      </w:r>
    </w:p>
    <w:p>
      <w:pPr>
        <w:jc w:val="right"/>
      </w:pPr>
      <w:r>
        <w:t>تو انہوں نے ایک قصہ بتایا۔ واقعی ایک بار ہمارا ایک ایک ڈنر تھا، وہاں گئے تو لوٹتے لوٹتے گیارہ بج گئے رات کے۔</w:t>
      </w:r>
    </w:p>
    <w:p>
      <w:r>
        <w:rPr>
          <w:b/>
        </w:rPr>
        <w:t xml:space="preserve">[32:29] </w:t>
      </w:r>
      <w:r>
        <w:t>wapas aaye to maine apni biwi se kaha, bhai wahan sare item thay magar wahan par ek item nahin tha. unhon ne kaha, kya ice cream nahin thi?</w:t>
      </w:r>
    </w:p>
    <w:p>
      <w:pPr>
        <w:jc w:val="right"/>
      </w:pPr>
      <w:r>
        <w:t>واپس آئے تو میں نے اپنی بیوی سے کہا، بھئی وہاں سارے آئٹم تھے مگر وہاں پر ایک آئٹم نہیں تھا۔ انہوں نے کہا، کیا آئس کریم نہیں تھی؟</w:t>
      </w:r>
    </w:p>
    <w:p>
      <w:r>
        <w:rPr>
          <w:b/>
        </w:rPr>
        <w:t xml:space="preserve">[32:38] </w:t>
      </w:r>
      <w:r>
        <w:t>kaha, acha hai, main abhi banati hoon. kitchen mein gayi aur bana, aaj kal jante hain saman rehta hai, idhar udhar ban jata hai, la ke plate mein rakh diya.</w:t>
      </w:r>
    </w:p>
    <w:p>
      <w:pPr>
        <w:jc w:val="right"/>
      </w:pPr>
      <w:r>
        <w:t>کہا، اچھا ہے، میں ابھی بناتی ہوں۔ کچن میں گئی اور بنا، آج کل جانتے ہیں سامان رہتا ہے، ادھر ادھر بن جاتا ہے، لا کے پلیٹ میں رکھ دیا۔</w:t>
      </w:r>
    </w:p>
    <w:p>
      <w:r>
        <w:rPr>
          <w:b/>
        </w:rPr>
        <w:t xml:space="preserve">[32:48] </w:t>
      </w:r>
      <w:r>
        <w:t>yeh yeh matlab nahin mera hai, hargiz nahin. yeh sab main is ko khurafat samajhta hoon. wahan farishte nahin aayenge ya yeh mahol hoga ke aap ice cream ki baaten ho rahi hain aur sweet dish tha ke nahin tha, us ki baaten ho rahi hain aur vegetarian tha ke non vegetarian tha, us ki baaten ho rahi hain.</w:t>
      </w:r>
    </w:p>
    <w:p>
      <w:pPr>
        <w:jc w:val="right"/>
      </w:pPr>
      <w:r>
        <w:t>یہ یہ مطلب نہیں میرا ہے، ہرگز نہیں۔ یہ سب میں اس کو خرافات سمجھتا ہوں۔ وہاں فرشتے نہیں آئیں گے یا یہ ماحول ہوگا کہ آپ آئس کریم کی باتیں ہو رہی ہیں اور سویٹ ڈش تھا کہ نہیں تھا، اس کی باتیں ہو رہی ہیں اور ویجیٹیرین تھا کہ نان ویجیٹیرین تھا، اس کی باتیں ہو رہی ہیں۔</w:t>
      </w:r>
    </w:p>
    <w:p>
      <w:r>
        <w:rPr>
          <w:b/>
        </w:rPr>
        <w:t xml:space="preserve">[33:06] </w:t>
      </w:r>
      <w:r>
        <w:t>to wahan to center center aayenge, wahan farishte nahin aa sakte hain. to number ek maine bataya aap ko ke saath mil kar khana khana. number do maine bataya ke interaction, exchange.</w:t>
      </w:r>
    </w:p>
    <w:p>
      <w:pPr>
        <w:jc w:val="right"/>
      </w:pPr>
      <w:r>
        <w:t>تو وہاں تو سینٹر سینٹر آئیں گے، وہاں فرشتے نہیں آ سکتے ہیں۔ تو نمبر ایک میں نے بتایا آپ کو کہ ساتھ مل کر کھانا کھانا۔ نمبر دو میں نے بتایا کہ انٹریکشن، ایکسچینج۔</w:t>
      </w:r>
    </w:p>
    <w:p>
      <w:r>
        <w:rPr>
          <w:b/>
        </w:rPr>
        <w:t xml:space="preserve">[33:18] </w:t>
      </w:r>
      <w:r>
        <w:t>number teen main arz kar raha hoon aap se, simplicity. yeh mashhoor maqoola hai ke simple living, high thinking.</w:t>
      </w:r>
    </w:p>
    <w:p>
      <w:pPr>
        <w:jc w:val="right"/>
      </w:pPr>
      <w:r>
        <w:t>نمبر تین میں عرض کر رہا ہوں آپ سے، سمپلیسٹی۔ یہ مشہور مقولہ ہے کہ سمپل لیونگ، ہائی تھنکنگ۔</w:t>
      </w:r>
    </w:p>
    <w:p>
      <w:r>
        <w:rPr>
          <w:b/>
        </w:rPr>
        <w:t xml:space="preserve">[33:31] </w:t>
      </w:r>
      <w:r>
        <w:t>to simple living hai, tabhi high thinking hai. simple living nahin hai to high thinking bhi nahin hai. yaad rakhiye, to simple living hai kya?</w:t>
      </w:r>
    </w:p>
    <w:p>
      <w:pPr>
        <w:jc w:val="right"/>
      </w:pPr>
      <w:r>
        <w:t>تو سمپل لیونگ ہے، تبھی ہائی تھنکنگ ہے۔ سمپل لیونگ نہیں ہے تو ہائی تھنکنگ بھی نہیں ہے۔ یاد رکھیے، تو سمپل لیونگ ہے کیا؟</w:t>
      </w:r>
    </w:p>
    <w:p>
      <w:r>
        <w:rPr>
          <w:b/>
        </w:rPr>
        <w:t xml:space="preserve">[33:41] </w:t>
      </w:r>
      <w:r>
        <w:t>is pe main soch raha tha.</w:t>
      </w:r>
    </w:p>
    <w:p>
      <w:pPr>
        <w:jc w:val="right"/>
      </w:pPr>
      <w:r>
        <w:t>اس پہ میں سوچ رہا تھا۔</w:t>
      </w:r>
    </w:p>
    <w:p>
      <w:r>
        <w:rPr>
          <w:b/>
        </w:rPr>
        <w:t xml:space="preserve">[33:45] </w:t>
      </w:r>
      <w:r>
        <w:t>to mujhe samajh mein aaya ke simple living agar ek sentence mein main define karoon is ko to woh hoga, woh hoga confining yourself to necessities of life.</w:t>
      </w:r>
    </w:p>
    <w:p>
      <w:pPr>
        <w:jc w:val="right"/>
      </w:pPr>
      <w:r>
        <w:t>تو مجھے سمجھ میں آیا کہ سمپل لیونگ اگر ایک سینٹنس میں میں ڈیفائن کروں اس کو تو وہ ہوگا، وہ ہوگا کنفائننگ یور سیلف ٹو نیسیسٹیز آف لائف۔</w:t>
      </w:r>
    </w:p>
    <w:p>
      <w:r>
        <w:rPr>
          <w:b/>
        </w:rPr>
        <w:t xml:space="preserve">[34:00] </w:t>
      </w:r>
      <w:r>
        <w:t>yani zindagi ki jo zarooraten hain, bas usi had tak apne aap ko mehdood rakhna. is se aage jo comfort hota hai, jo luxury hoti hai, us ka shoq na karna.</w:t>
      </w:r>
    </w:p>
    <w:p>
      <w:pPr>
        <w:jc w:val="right"/>
      </w:pPr>
      <w:r>
        <w:t>یعنی زندگی کی جو ضرورتیں ہیں، بس اسی حد تک اپنے آپ کو محدود رکھنا۔ اس سے آگے جو کمفرٹ ہوتا ہے، جو لگزری ہوتی ہے، اس کا شوق نہ کرنا۔</w:t>
      </w:r>
    </w:p>
    <w:p>
      <w:r>
        <w:rPr>
          <w:b/>
        </w:rPr>
        <w:t xml:space="preserve">[34:12] </w:t>
      </w:r>
      <w:r>
        <w:t>yeh hai simpli. dekhiye, simplicity jo hai, yeh sada baat nahin hai. hadith mein aata hai ke ke albazat to mera al iman, yani rafa zindagi iman mein se hai.</w:t>
      </w:r>
    </w:p>
    <w:p>
      <w:pPr>
        <w:jc w:val="right"/>
      </w:pPr>
      <w:r>
        <w:t>یہ ہے سمپلی۔ دیکھیے، سمپلیسٹی جو ہے، یہ سادہ بات نہیں ہے۔ حدیث میں آتا ہے کہ کہ البذات تو میرا الايمان، یعنی رف زندگی ایمان میں سے ہے۔</w:t>
      </w:r>
    </w:p>
    <w:p>
      <w:r>
        <w:rPr>
          <w:b/>
        </w:rPr>
        <w:t xml:space="preserve">[34:28] </w:t>
      </w:r>
      <w:r>
        <w:t>kyun ke dekhiye, jitna aap simple rahenge, utna hi aap ke andar khuda ki yaad aayegi. jo log luxuries mein jeete hain, woh khuda ki yaad un ka nahin aa sakti hai, bilkul nahin aa sakti hai.</w:t>
      </w:r>
    </w:p>
    <w:p>
      <w:pPr>
        <w:jc w:val="right"/>
      </w:pPr>
      <w:r>
        <w:t>کیونکہ دیکھیے، جتنا آپ سمپل رہیں گے، اتنا ہی آپ کے اندر خدا کی یاد آئے گی۔ جو لوگ لگزریز میں جیتے ہیں، وہ خدا کی یاد ان کا نہیں آ سکتی ہے، بالکل نہیں آ سکتی ہے۔</w:t>
      </w:r>
    </w:p>
    <w:p>
      <w:r>
        <w:rPr>
          <w:b/>
        </w:rPr>
        <w:t xml:space="preserve">[34:43] </w:t>
      </w:r>
      <w:r>
        <w:t>ek</w:t>
      </w:r>
    </w:p>
    <w:p>
      <w:pPr>
        <w:jc w:val="right"/>
      </w:pPr>
      <w:r>
        <w:t>ایک</w:t>
      </w:r>
    </w:p>
    <w:p>
      <w:r>
        <w:rPr>
          <w:b/>
        </w:rPr>
        <w:t xml:space="preserve">[34:44] </w:t>
      </w:r>
      <w:r>
        <w:t>bahut bare tabai thay, aalim thay, ibn musayyab. to un ki beti thi, bahut laiq beti thi. to khaleefa waleed ki taraf se paigham aaya beti ki shadi ka, unhon ne inkar kar diya, inkar kar diya is ko.</w:t>
      </w:r>
    </w:p>
    <w:p>
      <w:pPr>
        <w:jc w:val="right"/>
      </w:pPr>
      <w:r>
        <w:t>بہت بڑے تابعی تھے، عالم تھے، ابن مسیب۔ تو ان کی بیٹی تھی، بہت لائق بیٹی تھی۔ تو خلیفہ ولید کی طرف سے پیغام آیا بیٹی کی شادی کا، انہوں نے انکار کر دیا، انکار کر دیا اس کو۔</w:t>
      </w:r>
    </w:p>
    <w:p>
      <w:r>
        <w:rPr>
          <w:b/>
        </w:rPr>
        <w:t xml:space="preserve">[35:00] </w:t>
      </w:r>
      <w:r>
        <w:t>aur ek mamooli talib ilm se us ki shadi kar di beti ki. to kisi ne poocha ke aap ne kyun inkar kar diya</w:t>
      </w:r>
    </w:p>
    <w:p>
      <w:pPr>
        <w:jc w:val="right"/>
      </w:pPr>
      <w:r>
        <w:t>اور ایک معمولی طالب علم سے اس کی شادی کر دی بیٹی کی۔ تو کسی نے پوچھا کہ آپ نے کیوں انکار کر دیا</w:t>
      </w:r>
    </w:p>
    <w:p>
      <w:r>
        <w:rPr>
          <w:b/>
        </w:rPr>
        <w:t xml:space="preserve">[35:08] </w:t>
      </w:r>
      <w:r>
        <w:t>? shehzade se nikah ka paigham aaya tha, aap ne nahin kiya shadi us ke sath. to unhon ne kaha tha, jab is bal mein aur is is glamour mein jaye gi woh to ayna laha deenaha us ka deen kahan rahe ga?</w:t>
      </w:r>
    </w:p>
    <w:p>
      <w:pPr>
        <w:jc w:val="right"/>
      </w:pPr>
      <w:r>
        <w:t>؟ شہزادے سے نکاح کا پیغام آیا تھا، آپ نے نہیں کیا شادی اس کے ساتھ۔ تو انہوں نے کہا تھا، جب اس بال میں اور اس اس گلیمر میں جائے گی وہ تو أين لها دينها اس کا دین کہاں رہے گا؟</w:t>
      </w:r>
    </w:p>
    <w:p>
      <w:r>
        <w:rPr>
          <w:b/>
        </w:rPr>
        <w:t xml:space="preserve">[35:24] </w:t>
      </w:r>
      <w:r>
        <w:t>us ka deen kahan rahe ga?</w:t>
      </w:r>
    </w:p>
    <w:p>
      <w:pPr>
        <w:jc w:val="right"/>
      </w:pPr>
      <w:r>
        <w:t>اس کا دین کہاں رہے گا؟</w:t>
      </w:r>
    </w:p>
    <w:p>
      <w:r>
        <w:rPr>
          <w:b/>
        </w:rPr>
        <w:t xml:space="preserve">[35:27] </w:t>
      </w:r>
      <w:r>
        <w:t>to kyun ke dekhiye, deeni spirit, rab wali spirit aur akhirat ki yaad, maut ki yaad, jannat, jahannum ki yaad, yeh usi waqt aati hai jab aap, jab aap ki life simple life ho.</w:t>
      </w:r>
    </w:p>
    <w:p>
      <w:pPr>
        <w:jc w:val="right"/>
      </w:pPr>
      <w:r>
        <w:t>تو کیونکہ دیکھیں، دینی اسپرٹ، رب والی اسپرٹ اور آخرت کی یاد، موت کی یاد، جنت، جہنم کی یاد، یہ اسی وقت آتی ہے جب آپ، جب آپ کی لائف سمپل لائف ہو۔</w:t>
      </w:r>
    </w:p>
    <w:p>
      <w:r>
        <w:rPr>
          <w:b/>
        </w:rPr>
        <w:t xml:space="preserve">[35:42] </w:t>
      </w:r>
      <w:r>
        <w:t>jahan aap luxury mein gaye, yeh sab cheezen bhool jati hain. bhai, ho jata hai ke ayna laha deenaha phir deen kahan yaad rah</w:t>
      </w:r>
    </w:p>
    <w:p>
      <w:pPr>
        <w:jc w:val="right"/>
      </w:pPr>
      <w:r>
        <w:t>جہاں آپ لگزری میں گئے، یہ سب چیزیں بھول جاتی ہیں۔ بھئی، ہو جاتا ہے کہ أين لها دينها پھر دین کہاں یاد رہ</w:t>
      </w:r>
    </w:p>
    <w:p>
      <w:r>
        <w:rPr>
          <w:b/>
        </w:rPr>
        <w:t xml:space="preserve">[35:51] </w:t>
      </w:r>
      <w:r>
        <w:t>ga is ko? to jab aap is liye se zaroori hai, simple life jo hai, bohat hi zaroori hai. simple life nahi to bohat cheezein minus ho jaati hain.</w:t>
      </w:r>
    </w:p>
    <w:p>
      <w:pPr>
        <w:jc w:val="right"/>
      </w:pPr>
      <w:r>
        <w:t>ے گا اس کو؟ تو جب آپ اس لیے سے ضروری ہے، سمپل لائف جو ہے، بہت ہی ضروری ہے۔ سمپل لائف نہیں تو بہت چیزیں مائنس ہو جاتی ہیں۔</w:t>
      </w:r>
    </w:p>
    <w:p>
      <w:r>
        <w:rPr>
          <w:b/>
        </w:rPr>
        <w:t xml:space="preserve">[36:04] </w:t>
      </w:r>
      <w:r>
        <w:t>to yeh cheezein jo hain, is ko aap yani saada na samjhein. yeh cheezein jo hain, wahi hain.</w:t>
      </w:r>
    </w:p>
    <w:p>
      <w:pPr>
        <w:jc w:val="right"/>
      </w:pPr>
      <w:r>
        <w:t>تو یہ چیزیں جو ہیں، اس کو آپ یعنی سادہ نہ سمجھیں۔ یہ چیزیں جو ہیں، وہی ہیں۔</w:t>
      </w:r>
    </w:p>
    <w:p>
      <w:r>
        <w:rPr>
          <w:b/>
        </w:rPr>
        <w:t xml:space="preserve">[36:15] </w:t>
      </w:r>
      <w:r>
        <w:t>is ko hindi mein bohat acha, mujhe aik pasand hai,</w:t>
      </w:r>
    </w:p>
    <w:p>
      <w:pPr>
        <w:jc w:val="right"/>
      </w:pPr>
      <w:r>
        <w:t>اس کو ہندی میں بہت اچھا، مجھے ایک پسند ہے،</w:t>
      </w:r>
    </w:p>
    <w:p>
      <w:r>
        <w:rPr>
          <w:b/>
        </w:rPr>
        <w:t xml:space="preserve">[36:19] </w:t>
      </w:r>
      <w:r>
        <w:t>aik hindi ka aik kahawat hai ke sadhaar gharon se asaadhaar mulk bante hain yeh mujhe bohat pasand hai, hindi ki kahawat.</w:t>
      </w:r>
    </w:p>
    <w:p>
      <w:pPr>
        <w:jc w:val="right"/>
      </w:pPr>
      <w:r>
        <w:t>ایک ہندی کا ایک کہاوت ہے کہ ساڈھار گھروں سے اساڈھار ملک بنتے ہیں یہ مجھے بہت پسند ہے، ہندی کی کہاوت۔</w:t>
      </w:r>
    </w:p>
    <w:p>
      <w:r>
        <w:rPr>
          <w:b/>
        </w:rPr>
        <w:t xml:space="preserve">[36:31] </w:t>
      </w:r>
      <w:r>
        <w:t>sadhaar gharon se asaadhaar mulk bante hain. It is ordinary habit that makes one extraordinary person. to yeh cheezein jo mein aap se keh raha hoon, yeh dekhne mein to seedhi si lagti hain, lekin yahi cheezein hain jo bara aadmi banati hain.</w:t>
      </w:r>
    </w:p>
    <w:p>
      <w:pPr>
        <w:jc w:val="right"/>
      </w:pPr>
      <w:r>
        <w:t>ساڈھار گھروں سے اساڈھار ملک بنتے ہیں۔ It is ordinary habit that makes one extraordinary person. تو یہ چیزیں جو میں آپ سے کہہ رہا ہوں، یہ دیکھنے میں تو سیدھی سی لگتی ہیں، لیکن یہی چیزیں ہیں جو بڑا آدمی بناتی ہیں۔</w:t>
      </w:r>
    </w:p>
    <w:p>
      <w:r>
        <w:rPr>
          <w:b/>
        </w:rPr>
        <w:t xml:space="preserve">[36:50] </w:t>
      </w:r>
      <w:r>
        <w:t>yeh cheezein hain jo bara aadmi banati hain.</w:t>
      </w:r>
    </w:p>
    <w:p>
      <w:pPr>
        <w:jc w:val="right"/>
      </w:pPr>
      <w:r>
        <w:t>یہ چیزیں ہیں جو بڑا آدمی بناتی ہیں۔</w:t>
      </w:r>
    </w:p>
    <w:p>
      <w:r>
        <w:rPr>
          <w:b/>
        </w:rPr>
        <w:t xml:space="preserve">[36:55] </w:t>
      </w:r>
      <w:r>
        <w:t>is wajah se aap in ko bohat hi seriously lijiyey. yeh mat samjhiye ke yeh to kya hai, choti choti baatein hain.</w:t>
      </w:r>
    </w:p>
    <w:p>
      <w:pPr>
        <w:jc w:val="right"/>
      </w:pPr>
      <w:r>
        <w:t>اس وجہ سے آپ ان کو بہت ہی seriously لیجیے۔ یہ مت سمجھئے کہ یہ تو کیا ہے، چھوٹی چھوٹی باتیں ہیں۔</w:t>
      </w:r>
    </w:p>
    <w:p>
      <w:r>
        <w:rPr>
          <w:b/>
        </w:rPr>
        <w:t xml:space="preserve">[37:07] </w:t>
      </w:r>
      <w:r>
        <w:t>to har ghar mein yeh culture chalaaiye ke har ghar mein kam az kam aik waqt sab log aik saath mil kar baith kar khana khayein. aap mein baatein karein.</w:t>
      </w:r>
    </w:p>
    <w:p>
      <w:pPr>
        <w:jc w:val="right"/>
      </w:pPr>
      <w:r>
        <w:t>تو ہر گھر میں یہ کلچر چلائیے کہ ہر گھر میں کم از کم ایک وقت سب لوگ ایک ساتھ مل کر بیٹھ کر کھانا کھائیں۔ آپس میں باتیں کریں۔</w:t>
      </w:r>
    </w:p>
    <w:p>
      <w:r>
        <w:rPr>
          <w:b/>
        </w:rPr>
        <w:t xml:space="preserve">[37:17] </w:t>
      </w:r>
      <w:r>
        <w:t>aur har ghar mein exchange ka mahaul ho. yani ilmi baatein, deeni baatein, aakhirat wali baaton par log baatein karein.</w:t>
      </w:r>
    </w:p>
    <w:p>
      <w:pPr>
        <w:jc w:val="right"/>
      </w:pPr>
      <w:r>
        <w:t>اور ہر گھر میں ایکسچینج کا ماحول ہو۔ یعنی علمی باتیں، دینی باتیں، آخرت والی باتوں پر لوگ باتیں کریں۔</w:t>
      </w:r>
    </w:p>
    <w:p>
      <w:r>
        <w:rPr>
          <w:b/>
        </w:rPr>
        <w:t xml:space="preserve">[37:32] </w:t>
      </w:r>
      <w:r>
        <w:t>aur simple life. har cheez mein simplicity.</w:t>
      </w:r>
    </w:p>
    <w:p>
      <w:pPr>
        <w:jc w:val="right"/>
      </w:pPr>
      <w:r>
        <w:t>اور سمپل لائف۔ ہر چیز میں سمپلیسٹی۔</w:t>
      </w:r>
    </w:p>
    <w:p>
      <w:r>
        <w:rPr>
          <w:b/>
        </w:rPr>
        <w:t xml:space="preserve">[37:40] </w:t>
      </w:r>
      <w:r>
        <w:t>to mein samajhta hoon ke yeh sab cheezein jo hain, is tarah aam honi chahiye ke hamare cps ki team jo hai, kam az kam is ko to is ko adopt karna chahiye.</w:t>
      </w:r>
    </w:p>
    <w:p>
      <w:pPr>
        <w:jc w:val="right"/>
      </w:pPr>
      <w:r>
        <w:t>تو میں سمجھتا ہوں کہ یہ سب چیزیں جو ہیں، اس طرح عام ہونی چاہئیں کہ ہمارے سی پی ایس کی ٹیم جو ہے، کم از کم اس کو تو اس کو اڈاپٹ کرنا چاہیے۔</w:t>
      </w:r>
    </w:p>
    <w:p>
      <w:r>
        <w:rPr>
          <w:b/>
        </w:rPr>
        <w:t xml:space="preserve">[37:54] </w:t>
      </w:r>
      <w:r>
        <w:t>aik aadmi adopt karega to bohat doosre log is ko adopt kareinge. aik se doosre tak pohnchega, doosre teesre tak pohnchega. yani yeh is ko maante hain aap, sadhaar gharon se asaadhaar mulk bante hain.</w:t>
      </w:r>
    </w:p>
    <w:p>
      <w:pPr>
        <w:jc w:val="right"/>
      </w:pPr>
      <w:r>
        <w:t>ایک آدمی اڈاپٹ کرے گا تو بہت دوسرے لوگ اس کو اڈاپٹ کریں گے۔ ایک سے دوسرے تک پہنچے گا، دوسرے تیسرے تک پہنچے گا۔ یعنی یہ اس کو مانتے ہیں آپ، ساڈھار گھروں سے اساڈھار ملک بنتے ہیں۔</w:t>
      </w:r>
    </w:p>
    <w:p>
      <w:r>
        <w:rPr>
          <w:b/>
        </w:rPr>
        <w:t xml:space="preserve">[38:06] </w:t>
      </w:r>
      <w:r>
        <w:t>ji ji ji</w:t>
      </w:r>
    </w:p>
    <w:p>
      <w:pPr>
        <w:jc w:val="right"/>
      </w:pPr>
      <w:r>
        <w:t>جی جی جی</w:t>
      </w:r>
    </w:p>
    <w:p>
      <w:r>
        <w:rPr>
          <w:b/>
        </w:rPr>
        <w:t xml:space="preserve">[38:08] </w:t>
      </w:r>
      <w:r>
        <w:t>! bohat bari baatein hain jo log karte hain. to mujhe is se koi jalsi nahi hoti. mujhe jalsi hoti hai choti choti baaton se.</w:t>
      </w:r>
    </w:p>
    <w:p>
      <w:pPr>
        <w:jc w:val="right"/>
      </w:pPr>
      <w:r>
        <w:t>! بہت بڑی باتیں ہیں جو لوگ کرتے ہیں۔ تو مجھے اس سے کوئی جلسی نہیں ہوتی۔ مجھے جلسی ہوتی ہے چھوٹی چھوٹی باتوں سے۔</w:t>
      </w:r>
    </w:p>
    <w:p>
      <w:r>
        <w:rPr>
          <w:b/>
        </w:rPr>
        <w:t xml:space="preserve">[38:19] </w:t>
      </w:r>
      <w:r>
        <w:t>abhi dekhein, aik aik sahib ki death ho gayi, bombay mein thay. aik well-known scholar thay woh. to mota sa un ke oopar magazine chupa hai.</w:t>
      </w:r>
    </w:p>
    <w:p>
      <w:pPr>
        <w:jc w:val="right"/>
      </w:pPr>
      <w:r>
        <w:t>ابھی دیکھیں، ایک ایک صاحب کی ڈیتھ ہو گئی، بمبئی میں تھے۔ ایک well-known scholar تھے وہ۔ تو موٹا سا ان کے اوپر میگزین چھپا ہے۔</w:t>
      </w:r>
    </w:p>
    <w:p>
      <w:r>
        <w:rPr>
          <w:b/>
        </w:rPr>
        <w:t xml:space="preserve">[38:29] </w:t>
      </w:r>
      <w:r>
        <w:t>to mein ne kai cheezein parwaag sunai hain un se. is mein koi bhi aik aik bhi aik nahi mili aisi baat, wisdom ki.</w:t>
      </w:r>
    </w:p>
    <w:p>
      <w:pPr>
        <w:jc w:val="right"/>
      </w:pPr>
      <w:r>
        <w:t>تو میں نے کئی چیزیں پرواگ سنائی ہیں ان سے۔ اس میں کوئی بھی ایک ایک بھی ایک نہیں ملی ایسی بات، وزڈم کی۔</w:t>
      </w:r>
    </w:p>
    <w:p>
      <w:r>
        <w:rPr>
          <w:b/>
        </w:rPr>
        <w:t xml:space="preserve">[38:37] </w:t>
      </w:r>
      <w:r>
        <w:t>bas yahi hai ke bohat achhe thay, bohat hi. bas wahi eth of tareef, praise. bohat achhe thay, bohat achhe thay, bohat achhe thay. is mein insaan ko koi wisdom milna chahiye na?</w:t>
      </w:r>
    </w:p>
    <w:p>
      <w:pPr>
        <w:jc w:val="right"/>
      </w:pPr>
      <w:r>
        <w:t>بس یہی ہے کہ بہت اچھے تھے، بہت ہی۔ بس وہی ایتھ آف تعریف، پریز۔ بہت اچھے تھے، بہت اچھے تھے، بہت اچھے تھے۔ اس میں انسان کو کوئی وزڈم ملنا چاہیے نا؟</w:t>
      </w:r>
    </w:p>
    <w:p>
      <w:r>
        <w:rPr>
          <w:b/>
        </w:rPr>
        <w:t xml:space="preserve">[38:47] </w:t>
      </w:r>
      <w:r>
        <w:t>un ki zindagi koi aise incident batate, koi aisa waqia batate, jis se logon ko koi lesson mile. aisa kuch nahi.</w:t>
      </w:r>
    </w:p>
    <w:p>
      <w:pPr>
        <w:jc w:val="right"/>
      </w:pPr>
      <w:r>
        <w:t>ان کی زندگی کوئی ایسے انسیڈنٹ بتاتے، کوئی ایسا واقعہ بتاتے، جس سے لوگوں کو کوئی لیسن ملے۔ ایسا کچھ نہیں۔</w:t>
      </w:r>
    </w:p>
    <w:p>
      <w:r>
        <w:rPr>
          <w:b/>
        </w:rPr>
        <w:t xml:space="preserve">[38:57] </w:t>
      </w:r>
      <w:r>
        <w:t>waise mein un ko jaanta hoon. to mein ne un se kaha, hamare area ke thay woh. to us zamane mein jab mein azam mein tha to hamare aaye thay woh.</w:t>
      </w:r>
    </w:p>
    <w:p>
      <w:pPr>
        <w:jc w:val="right"/>
      </w:pPr>
      <w:r>
        <w:t>ویسے میں ان کو جانتا ہوں۔ تو میں نے ان سے کہا، ہمارے ایریا کے تھے وہ۔ تو اس زمانے میں جب میں اعظم میں تھا تو ہمارے آئے تھے وہ۔</w:t>
      </w:r>
    </w:p>
    <w:p>
      <w:r>
        <w:rPr>
          <w:b/>
        </w:rPr>
        <w:t xml:space="preserve">[39:09] </w:t>
      </w:r>
      <w:r>
        <w:t>to jab ab ab to baad ko kaafi bare aadmi ho gaye thay woh. us waqt un ka mamooli hesiyat mein thay woh. to wahan aaye thay ke kya karein.</w:t>
      </w:r>
    </w:p>
    <w:p>
      <w:pPr>
        <w:jc w:val="right"/>
      </w:pPr>
      <w:r>
        <w:t>تو جب اب اب تو بعد کو کافی بڑے آدمی ہو گئے تھے وہ۔ اس وقت ان کا معمولی حیثیت میں تھے وہ۔ تو وہاں آئے تھے کہ کیا کریں۔</w:t>
      </w:r>
    </w:p>
    <w:p>
      <w:r>
        <w:rPr>
          <w:b/>
        </w:rPr>
        <w:t xml:space="preserve">[39:20] </w:t>
      </w:r>
      <w:r>
        <w:t>us waqt yeh soch mein thay woh, kon sa kaam karein. to mujh se bhi kuch baatein hui thi.</w:t>
      </w:r>
    </w:p>
    <w:p>
      <w:pPr>
        <w:jc w:val="right"/>
      </w:pPr>
      <w:r>
        <w:t>اس وقت یہ سوچ میں تھے وہ، کون سا کام کریں۔ تو مجھ سے بھی کچھ باتیں ہوئی تھیں۔</w:t>
      </w:r>
    </w:p>
    <w:p>
      <w:r>
        <w:rPr>
          <w:b/>
        </w:rPr>
        <w:t xml:space="preserve">[39:26] </w:t>
      </w:r>
      <w:r>
        <w:t>to baat ko hote hote hote hote woh kaafi bara un ka karobar ho gaya. to us us mein yeh nahi bataya gaya ke kis tarah se unhone zero se aaghaz kar ke.</w:t>
      </w:r>
    </w:p>
    <w:p>
      <w:pPr>
        <w:jc w:val="right"/>
      </w:pPr>
      <w:r>
        <w:t>تو بات کو ہوتے ہوتے ہوتے ہوتے وہ کافی بڑا ان کا کاروبار ہو گیا۔ تو اس اس میں یہ نہیں بتایا گیا کہ کس طرح سے انہوں نے زیرو سے آغاز کر کے۔</w:t>
      </w:r>
    </w:p>
    <w:p>
      <w:r>
        <w:rPr>
          <w:b/>
        </w:rPr>
        <w:t xml:space="preserve">[39:36] </w:t>
      </w:r>
      <w:r>
        <w:t>kehti hai bhai hazir karein. yeh baat hoti hai agar to bohat bari baat hoti hai. woh woh bohat achhe thay, bohat sundar thay.</w:t>
      </w:r>
    </w:p>
    <w:p>
      <w:pPr>
        <w:jc w:val="right"/>
      </w:pPr>
      <w:r>
        <w:t>کہتی ہے بھئی حاضر کریں۔ یہ بات ہوتی ہے اگر تو بہت بڑی بات ہوتی ہے۔ وہ وہ بہت اچھے تھے، بہت سندر تھے۔</w:t>
      </w:r>
    </w:p>
    <w:p>
      <w:r>
        <w:rPr>
          <w:b/>
        </w:rPr>
        <w:t xml:space="preserve">[39:45] </w:t>
      </w:r>
      <w:r>
        <w:t>to woh kuch bhi hon, yeh to batao ke ab hamari kya lesson chhod kar gaye hain woh.</w:t>
      </w:r>
    </w:p>
    <w:p>
      <w:pPr>
        <w:jc w:val="right"/>
      </w:pPr>
      <w:r>
        <w:t>تو وہ کچھ بھی ہوں، یہ تو بتاؤ کہ اب ہماری کیا لیسن چھوڑ کر گئے ہیں وہ۔</w:t>
      </w:r>
    </w:p>
    <w:p>
      <w:r>
        <w:rPr>
          <w:b/>
        </w:rPr>
        <w:t xml:space="preserve">[39:51] </w:t>
      </w:r>
      <w:r>
        <w:t>to yahi batate hain agar woh is mein. ke dekhein, woh aik mamooli family mein paida hue. aur ghareeb maa baap ke bete thay woh.</w:t>
      </w:r>
    </w:p>
    <w:p>
      <w:pPr>
        <w:jc w:val="right"/>
      </w:pPr>
      <w:r>
        <w:t>تو یہی بتاتے ہیں اگر وہ اس میں۔ کہ دیکھیں، وہ ایک معمولی فیملی میں پیدا ہوئے۔ اور غریب ماں باپ کے بیٹے تھے وہ۔</w:t>
      </w:r>
    </w:p>
    <w:p>
      <w:r>
        <w:rPr>
          <w:b/>
        </w:rPr>
        <w:t xml:space="preserve">[40:01] </w:t>
      </w:r>
      <w:r>
        <w:t>lekin unhon ne yeh kiya, yeh kiya, yeh kiya. yahan tak ke woh aik baray India ke aik baray shehar mein woh settle hue. aur bohat achi position mein.</w:t>
      </w:r>
    </w:p>
    <w:p>
      <w:pPr>
        <w:jc w:val="right"/>
      </w:pPr>
      <w:r>
        <w:t>لیکن انہوں نے یہ کیا، یہ کیا، یہ کیا۔ یہاں تک کہ وہ ایک بڑے انڈیا کے ایک بڑے شہر میں وہ سیٹل ہوئے۔ اور بہت اچھی پوزیشن میں۔</w:t>
      </w:r>
    </w:p>
    <w:p>
      <w:r>
        <w:rPr>
          <w:b/>
        </w:rPr>
        <w:t xml:space="preserve">[40:10] </w:t>
      </w:r>
      <w:r>
        <w:t>mein un ke ghar gaya hoon wahan par. ho kar ke phir woh maray. to yahi batatay hain ke kis tarah se unhon ne taraqqi ki.</w:t>
      </w:r>
    </w:p>
    <w:p>
      <w:pPr>
        <w:jc w:val="right"/>
      </w:pPr>
      <w:r>
        <w:t>میں ان کے گھر گیا ہوں وہاں پر۔ ہو کر کے پھر وہ مرے۔ تو یہی بتاتے ہیں کہ کس طرح سے انہوں نے ترقی کی۔</w:t>
      </w:r>
    </w:p>
    <w:p>
      <w:r>
        <w:rPr>
          <w:b/>
        </w:rPr>
        <w:t xml:space="preserve">[40:21] </w:t>
      </w:r>
      <w:r>
        <w:t>to behal mein yahi samajhta hoon ke woh baatein batana. jo doosron ke liye lesson jis mein ho, jis mein to logon ke liye sabaq ho.</w:t>
      </w:r>
    </w:p>
    <w:p>
      <w:pPr>
        <w:jc w:val="right"/>
      </w:pPr>
      <w:r>
        <w:t>تو بہرحال میں یہی سمجھتا ہوں کہ وہ باتیں بتانا۔ جو دوسروں کے لیے لیسن جس میں ہو، جس میں تو لوگوں کے لیے سبق ہو۔</w:t>
      </w:r>
    </w:p>
    <w:p>
      <w:r>
        <w:rPr>
          <w:b/>
        </w:rPr>
        <w:t xml:space="preserve">[40:31] </w:t>
      </w:r>
      <w:r>
        <w:t>jis mein logon ko koi, jis ko Hindi mein kehte hain sutra, koi sutra ki baat milay. is ki ahmiyat hai.</w:t>
      </w:r>
    </w:p>
    <w:p>
      <w:pPr>
        <w:jc w:val="right"/>
      </w:pPr>
      <w:r>
        <w:t>جس میں لوگوں کو کوئی، جس کو ہندی میں کہتے ہیں سوتر، کوئی سوتر کی بات ملے۔ اس کی اہمیت ہے۔</w:t>
      </w:r>
    </w:p>
    <w:p>
      <w:r>
        <w:rPr>
          <w:b/>
        </w:rPr>
        <w:t xml:space="preserve">[40:38] </w:t>
      </w:r>
      <w:r>
        <w:t>to mein to inhi baaton ko samajhta hoon. inhi baaton ki ahmiyat deta hoon. aur aik cheez jis ko bohat ziyada ahmiyat mein ne dekhi hai, woh hai modesty.</w:t>
      </w:r>
    </w:p>
    <w:p>
      <w:pPr>
        <w:jc w:val="right"/>
      </w:pPr>
      <w:r>
        <w:t>تو میں تو انہی باتوں کو سمجھتا ہوں۔ انہی باتوں کی اہمیت دیتا ہوں۔ اور ایک چیز جس کو بہت زیادہ اہمیت میں نے دیکھی ہے، وہ ہے ماڈیسٹی۔</w:t>
      </w:r>
    </w:p>
    <w:p>
      <w:r>
        <w:rPr>
          <w:b/>
        </w:rPr>
        <w:t xml:space="preserve">[40:50] </w:t>
      </w:r>
      <w:r>
        <w:t>yani bohat ziyada ahmiyat hai modesty ki. mein samajhta hoon modesty jo hai, in saaray saari achaiyon ka darwaza hai.</w:t>
      </w:r>
    </w:p>
    <w:p>
      <w:pPr>
        <w:jc w:val="right"/>
      </w:pPr>
      <w:r>
        <w:t>یعنی بہت زیادہ اہمیت ہے ماڈیسٹی کی۔ میں سمجھتا ہوں ماڈیسٹی جو ہے، ان سارے ساری اچھائیوں کا دروازہ ہے۔</w:t>
      </w:r>
    </w:p>
    <w:p>
      <w:r>
        <w:rPr>
          <w:b/>
        </w:rPr>
        <w:t xml:space="preserve">[41:06] </w:t>
      </w:r>
      <w:r>
        <w:t>modesty nahi hai to, modesty agar nahi hai to aap ka arrogance aayega, hate aayegi. aap ki learning spirit nahi hogi.</w:t>
      </w:r>
    </w:p>
    <w:p>
      <w:pPr>
        <w:jc w:val="right"/>
      </w:pPr>
      <w:r>
        <w:t>ماڈیسٹی نہیں ہے تو، ماڈیسٹی اگر نہیں ہے تو آپ کا ارگنس آئے گا، ہیٹ آئے گی۔ آپ کی لرننگ اسپرٹ نہیں ہوگی۔</w:t>
      </w:r>
    </w:p>
    <w:p>
      <w:r>
        <w:rPr>
          <w:b/>
        </w:rPr>
        <w:t xml:space="preserve">[41:18] </w:t>
      </w:r>
      <w:r>
        <w:t>jaise aik aik rozana ka mera tajurba hai, daily ka tajurba. koi milnay aayega, ab woh khud hi apni baatein kehta rahega, kehta rahega, kehta rahega.</w:t>
      </w:r>
    </w:p>
    <w:p>
      <w:pPr>
        <w:jc w:val="right"/>
      </w:pPr>
      <w:r>
        <w:t>جیسے ایک ایک روزانہ کا میرا تجربہ ہے، ڈیلی کا تجربہ۔ کوئی ملنے آئے گا، اب وہ خود ہی اپنی باتیں کہتا رہے گا، کہتا رہے گا، کہتا رہے گا۔</w:t>
      </w:r>
    </w:p>
    <w:p>
      <w:r>
        <w:rPr>
          <w:b/>
        </w:rPr>
        <w:t xml:space="preserve">[41:27] </w:t>
      </w:r>
      <w:r>
        <w:t>telephone aayega, apni baat kehtay rahengay. yani saaray log kya hain? kya monologer hain?</w:t>
      </w:r>
    </w:p>
    <w:p>
      <w:pPr>
        <w:jc w:val="right"/>
      </w:pPr>
      <w:r>
        <w:t>ٹیلی فون آئے گا، اپنی بات کہتے رہیں گے۔ یعنی سارے لوگ کیا ہیں؟ کیا مونولاگر ہیں؟</w:t>
      </w:r>
    </w:p>
    <w:p>
      <w:r>
        <w:rPr>
          <w:b/>
        </w:rPr>
        <w:t xml:space="preserve">[41:34] </w:t>
      </w:r>
      <w:r>
        <w:t>aaj kal ke samaj mein har aadmi monologer bana hua hai. kyun? modesty nahi hai. modesty ho to us ke andar learning spirit hogi.</w:t>
      </w:r>
    </w:p>
    <w:p>
      <w:pPr>
        <w:jc w:val="right"/>
      </w:pPr>
      <w:r>
        <w:t>آج کل کے سماج میں ہر آدمی مونولاگر بنا ہوا ہے۔ کیوں؟ ماڈیسٹی نہیں ہے۔ ماڈیسٹی ہو تو اس کے اندر لرننگ اسپرٹ ہوگی۔</w:t>
      </w:r>
    </w:p>
    <w:p>
      <w:r>
        <w:rPr>
          <w:b/>
        </w:rPr>
        <w:t xml:space="preserve">[41:43] </w:t>
      </w:r>
      <w:r>
        <w:t>kuch seekhna chahega woh. doosron se koi poochna chahega. aksar mujhe telephone karna parta hai ke bhai aap se telephone kiya tha? mujh se poochnay ke liye ya batany ke liye?</w:t>
      </w:r>
    </w:p>
    <w:p>
      <w:pPr>
        <w:jc w:val="right"/>
      </w:pPr>
      <w:r>
        <w:t>کچھ سیکھنا چاہے گا وہ۔ دوسروں سے کوئی پوچھنا چاہے گا۔ اکثر مجھے ٹیلی فون کرنا پڑتا ہے کہ بھئی آپ سے ٹیلی فون کیا تھا؟ مجھ سے پوچھنے کے لیے یا بتانے کے لیے؟</w:t>
      </w:r>
    </w:p>
    <w:p>
      <w:r>
        <w:rPr>
          <w:b/>
        </w:rPr>
        <w:t xml:space="preserve">[41:53] </w:t>
      </w:r>
      <w:r>
        <w:t>sunnay ke liye ya sunanay ke liye? aksar yeh kehna parta hai. jab woh der tak bol raha hota hai, bol raha hota to mein kehta hoon bhai aap ne mujhe telephone kiya hai?</w:t>
      </w:r>
    </w:p>
    <w:p>
      <w:pPr>
        <w:jc w:val="right"/>
      </w:pPr>
      <w:r>
        <w:t>سننے کے لیے یا سنانے کے لیے؟ اکثر یہ کہنا پڑتا ہے۔ جب وہ دیر تک بول رہا ہوتا ہے، بول رہا ہوتا تو میں کہتا ہوں بھئی آپ نے مجھے ٹیلی فون کیا ہے؟</w:t>
      </w:r>
    </w:p>
    <w:p>
      <w:r>
        <w:rPr>
          <w:b/>
        </w:rPr>
        <w:t xml:space="preserve">[42:03] </w:t>
      </w:r>
      <w:r>
        <w:t>to sunnay ke liye ya sunanay ke liye? to har aadmi monologer hai. kyun? is liye ke woh modesty nahi hai logon ke andar.</w:t>
      </w:r>
    </w:p>
    <w:p>
      <w:pPr>
        <w:jc w:val="right"/>
      </w:pPr>
      <w:r>
        <w:t>تو سننے کے لیے یا سنانے کے لیے؟ تو ہر آدمی مونولاگر ہے۔ کیوں؟ اس لیے کہ وہ ماڈیسٹی نہیں ہے لوگوں کے اندر۔</w:t>
      </w:r>
    </w:p>
    <w:p>
      <w:r>
        <w:rPr>
          <w:b/>
        </w:rPr>
        <w:t xml:space="preserve">[42:15] </w:t>
      </w:r>
      <w:r>
        <w:t>modesty ka matlab yeh hai ke aap, yani aik pehchan us ki, aik aap ke andar learning spirit ho. jaise Haider Umar ke baray mein aata hai ke كانوا يتعلمون من كل أحد yani har aik se woh learning kartay thay.</w:t>
      </w:r>
    </w:p>
    <w:p>
      <w:pPr>
        <w:jc w:val="right"/>
      </w:pPr>
      <w:r>
        <w:t>ماڈیسٹی کا مطلب یہ ہے کہ آپ، یعنی ایک پہچان اس کی، ایک آپ کے اندر لرننگ اسپرٹ ہو۔ جیسے حیدر عمر کے بارے میں آتا ہے کہ كانوا يتعلمون من كل أحد یعنی ہر ایک سے وہ لرننگ کرتے تھے۔</w:t>
      </w:r>
    </w:p>
    <w:p>
      <w:r>
        <w:rPr>
          <w:b/>
        </w:rPr>
        <w:t xml:space="preserve">[42:32] </w:t>
      </w:r>
      <w:r>
        <w:t>har aik se woh learning kartay thay. acha, learning kab kar payega aadmi? jab us ke paas modesty hogi. jab us ke andar modesty hogi.</w:t>
      </w:r>
    </w:p>
    <w:p>
      <w:pPr>
        <w:jc w:val="right"/>
      </w:pPr>
      <w:r>
        <w:t>ہر ایک سے وہ لرننگ کرتے تھے۔ اچھا، لرننگ کب کر پائے گا آدمی؟ جب اس کے پاس ماڈیسٹی ہوگی۔ جب اس کے اندر ماڈیسٹی ہوگی۔</w:t>
      </w:r>
    </w:p>
    <w:p>
      <w:r>
        <w:rPr>
          <w:b/>
        </w:rPr>
        <w:t xml:space="preserve">[42:50] </w:t>
      </w:r>
      <w:r>
        <w:t>jaise Haider Umar, Haider Umar ka aik waqia hai ke unhon ne aik aik aik masjid mein aik taqreer ki.</w:t>
      </w:r>
    </w:p>
    <w:p>
      <w:pPr>
        <w:jc w:val="right"/>
      </w:pPr>
      <w:r>
        <w:t>جیسے حیدر عمر، حیدر عمر کا ایک واقعہ ہے کہ انہوں نے ایک ایک ایک مسجد میں ایک تقریر کی۔</w:t>
      </w:r>
    </w:p>
    <w:p>
      <w:r>
        <w:rPr>
          <w:b/>
        </w:rPr>
        <w:t xml:space="preserve">[43:04] </w:t>
      </w:r>
      <w:r>
        <w:t>to us zamanay mein aurtain bhi rehti theen, masjid bhi rehti theen. to</w:t>
      </w:r>
    </w:p>
    <w:p>
      <w:pPr>
        <w:jc w:val="right"/>
      </w:pPr>
      <w:r>
        <w:t>تو اس زمانے میں عورتیں بھی رہتی تھیں، مسجد بھی رہتی تھیں۔ تو</w:t>
      </w:r>
    </w:p>
    <w:p>
      <w:r>
        <w:rPr>
          <w:b/>
        </w:rPr>
        <w:t xml:space="preserve">[43:11] </w:t>
      </w:r>
      <w:r>
        <w:t>aik aurat khari hui, boodhi aurat, us ne Haider Umar ke is par criticize kar diya.</w:t>
      </w:r>
    </w:p>
    <w:p>
      <w:pPr>
        <w:jc w:val="right"/>
      </w:pPr>
      <w:r>
        <w:t>ایک عورت کھڑی ہوئی، بوڑھی عورت، اس نے حیدر عمر کے اس پر کریشائز کر دیا۔</w:t>
      </w:r>
    </w:p>
    <w:p>
      <w:r>
        <w:rPr>
          <w:b/>
        </w:rPr>
        <w:t xml:space="preserve">[43:17] </w:t>
      </w:r>
      <w:r>
        <w:t>wahan chounkay aisa mahol nahi tha, haan woh khaleefa thay lekin woh wahan koi rok nahi thi. unhon ne kaha ji ke aap ne aaj yeh baat kaise keh di?</w:t>
      </w:r>
    </w:p>
    <w:p>
      <w:pPr>
        <w:jc w:val="right"/>
      </w:pPr>
      <w:r>
        <w:t>وہاں چونکہ ایسا ماحول نہیں تھا، ہاں وہ خلیفہ تھے لیکن وہ وہاں کوئی روک نہیں تھی۔ انہوں نے کہا جی کہ آپ نے آج یہ بات کیسے کہہ دی؟</w:t>
      </w:r>
    </w:p>
    <w:p>
      <w:r>
        <w:rPr>
          <w:b/>
        </w:rPr>
        <w:t xml:space="preserve">[43:28] </w:t>
      </w:r>
      <w:r>
        <w:t>yeh to sahi nahi hai. Haider Umar ne kaha ke كل الناس عالم من العمر حتى لا جائز yani har aadmi ziyada jaanta hai.</w:t>
      </w:r>
    </w:p>
    <w:p>
      <w:pPr>
        <w:jc w:val="right"/>
      </w:pPr>
      <w:r>
        <w:t>یہ تو صحیح نہیں ہے۔ حیدر عمر نے کہا کہ كل الناس عالم من العمر حتى لا جائز یعنی ہر آدمی زیادہ جانتا ہے۔</w:t>
      </w:r>
    </w:p>
    <w:p>
      <w:r>
        <w:rPr>
          <w:b/>
        </w:rPr>
        <w:t xml:space="preserve">[43:40] </w:t>
      </w:r>
      <w:r>
        <w:t>yahan tak ke yeh boodhi aurat bhi us se ziyada jaanti hai.</w:t>
      </w:r>
    </w:p>
    <w:p>
      <w:pPr>
        <w:jc w:val="right"/>
      </w:pPr>
      <w:r>
        <w:t>یہاں تک کہ یہ بوڑھی عورت بھی اس سے زیادہ جانتی ہے۔</w:t>
      </w:r>
    </w:p>
    <w:p>
      <w:r>
        <w:rPr>
          <w:b/>
        </w:rPr>
        <w:t xml:space="preserve">[43:43] </w:t>
      </w:r>
      <w:r>
        <w:t>to aik din mein ghar mein raha, qissa aisa hua ke woh kaun si baat hui to Sagira jo hamara kaam karti hai, to us se mein ne kaha.</w:t>
      </w:r>
    </w:p>
    <w:p>
      <w:pPr>
        <w:jc w:val="right"/>
      </w:pPr>
      <w:r>
        <w:t>تو ایک دن میں گھر میں رہا، قصہ ایسا ہوا کہ وہ کون سی بات ہوئی تو صغیرہ جو ہمارا کام کرتی ہے، تو اس سے میں نے کہا۔</w:t>
      </w:r>
    </w:p>
    <w:p>
      <w:r>
        <w:rPr>
          <w:b/>
        </w:rPr>
        <w:t xml:space="preserve">[43:56] </w:t>
      </w:r>
      <w:r>
        <w:t>to us ne woh kaam kar diya jo meri aqal mein nahi aaya tha. to woh Fayyaz Sahab bhi thay. unhon ne kaha ke كل الناس عالم مني حتى الصغيرة</w:t>
      </w:r>
    </w:p>
    <w:p>
      <w:pPr>
        <w:jc w:val="right"/>
      </w:pPr>
      <w:r>
        <w:t>تو اس نے وہ کام کر دیا جو میری عقل میں نہیں آیا تھا۔ تو وہ فیاض صاحب بھی تھے۔ انہوں نے کہا کہ كل الناس عالم مني حتى الصغيرة</w:t>
      </w:r>
    </w:p>
    <w:p>
      <w:r>
        <w:rPr>
          <w:b/>
        </w:rPr>
        <w:t xml:space="preserve">[44:09] </w:t>
      </w:r>
      <w:r>
        <w:t>har aik mujh se ziyada jaanta hai, yahan tak ke Sagira bhi.</w:t>
      </w:r>
    </w:p>
    <w:p>
      <w:pPr>
        <w:jc w:val="right"/>
      </w:pPr>
      <w:r>
        <w:t>ہر ایک مجھ سے زیادہ جانتا ہے، یہاں تک کہ صغیرہ بھی۔</w:t>
      </w:r>
    </w:p>
    <w:p>
      <w:r>
        <w:rPr>
          <w:b/>
        </w:rPr>
        <w:t xml:space="preserve">[44:14] </w:t>
      </w:r>
      <w:r>
        <w:t>to yeh jo hai, is ka naam modesty hai. agar aap chahtay hain ke aap ka ilm barhay, aap ka taqwa barhay, aap ka yani marifat barhay,</w:t>
      </w:r>
    </w:p>
    <w:p>
      <w:pPr>
        <w:jc w:val="right"/>
      </w:pPr>
      <w:r>
        <w:t>تو یہ جو ہے، اس کا نام ماڈیسٹی ہے۔ اگر آپ چاہتے ہیں کہ آپ کا علم بڑھے، آپ کا تقویٰ بڑھے، آپ کا یعنی معرفت بڑھے،</w:t>
      </w:r>
    </w:p>
    <w:p>
      <w:r>
        <w:rPr>
          <w:b/>
        </w:rPr>
        <w:t xml:space="preserve">[44:27] </w:t>
      </w:r>
      <w:r>
        <w:t>yani god ka realization barhe, aur sab se barh kar saghira ka yeh ke aap farishtay aap ki sohbat mein rehne lagen.</w:t>
      </w:r>
    </w:p>
    <w:p>
      <w:pPr>
        <w:jc w:val="right"/>
      </w:pPr>
      <w:r>
        <w:t>یعنی گاڈ کا ریلائزیشن بڑھے، اور سب سے بڑھ کر صغیرہ کا یہ کہ آپ فرشتے آپ کی صحبت میں رہنے لگیں۔</w:t>
      </w:r>
    </w:p>
    <w:p>
      <w:r>
        <w:rPr>
          <w:b/>
        </w:rPr>
        <w:t xml:space="preserve">[44:38] </w:t>
      </w:r>
      <w:r>
        <w:t>sab se bari baat, dekhen, mein sab se zyada ahmiyat deta hoon is baat ka ke aap farishtay aap ke saathi ban jayen. Sab se zyada ahmiyat mein is ko deta hoon.</w:t>
      </w:r>
    </w:p>
    <w:p>
      <w:pPr>
        <w:jc w:val="right"/>
      </w:pPr>
      <w:r>
        <w:t>سب سے بڑی بات، دیکھیں، میں سب سے زیادہ اہمیت دیتا ہوں اس بات کا کہ آپ فرشتے آپ کے ساتھی بن جائیں۔ سب سے زیادہ اہمیت میں اس کو دیتا ہوں۔</w:t>
      </w:r>
    </w:p>
    <w:p>
      <w:r>
        <w:rPr>
          <w:b/>
        </w:rPr>
        <w:t xml:space="preserve">[44:50] </w:t>
      </w:r>
      <w:r>
        <w:t>to agar aap yeh chahte hain ke aap ke aas paas farishtay rehne lagen</w:t>
      </w:r>
    </w:p>
    <w:p>
      <w:pPr>
        <w:jc w:val="right"/>
      </w:pPr>
      <w:r>
        <w:t>تو اگر آپ یہ چاہتے ہیں کہ آپ کے آس پاس فرشتے رہنے لگیں</w:t>
      </w:r>
    </w:p>
    <w:p>
      <w:r>
        <w:rPr>
          <w:b/>
        </w:rPr>
        <w:t xml:space="preserve">[44:57] </w:t>
      </w:r>
      <w:r>
        <w:t>to aap ko modesty, modest banna parhe ga.</w:t>
      </w:r>
    </w:p>
    <w:p>
      <w:pPr>
        <w:jc w:val="right"/>
      </w:pPr>
      <w:r>
        <w:t>تو آپ کو ماڈیسٹی، ماڈیس بننا پڑے گا۔</w:t>
      </w:r>
    </w:p>
    <w:p>
      <w:r>
        <w:rPr>
          <w:b/>
        </w:rPr>
        <w:t xml:space="preserve">[45:02] </w:t>
      </w:r>
      <w:r>
        <w:t>yani is ki misaal dunya mein Allah taala ne qaim kar di hai ke agar aap chahte hain ke shehad ki makhi aap ke paas aaye to wahan wahan woh woh phool ugana parhe ga jahan nectar hota hai.</w:t>
      </w:r>
    </w:p>
    <w:p>
      <w:pPr>
        <w:jc w:val="right"/>
      </w:pPr>
      <w:r>
        <w:t>یعنی اس کی مثال دنیا میں اللہ تعالیٰ نے قائم کر دی ہے کہ اگر آپ چاہتے ہیں کہ شہد کی مکھی آپ کے پاس آئے تو وہاں وہاں وہ وہ پھول اگانا پڑے گا جہاں نیکٹر ہوتا ہو۔</w:t>
      </w:r>
    </w:p>
    <w:p>
      <w:r>
        <w:rPr>
          <w:b/>
        </w:rPr>
        <w:t xml:space="preserve">[45:15] </w:t>
      </w:r>
      <w:r>
        <w:t>yani aise peṛ agar aap ke paas jahan nectar nahi hai to shehad ki makhi nahi aye gi. To aap ko apne andar nectar, yani modesty jo hai, ek nectar hai.</w:t>
      </w:r>
    </w:p>
    <w:p>
      <w:pPr>
        <w:jc w:val="right"/>
      </w:pPr>
      <w:r>
        <w:t>یعنی ایسے پیڑ اگر آپ کے پاس جہاں نیکٹر نہیں ہے تو شہد کی مکھی نہیں آئے گی۔ تو آپ کو اپنے اندر نیکٹر، یعنی ماڈیسٹی جو ہے، ایک نیکٹر ہے۔</w:t>
      </w:r>
    </w:p>
    <w:p>
      <w:r>
        <w:rPr>
          <w:b/>
        </w:rPr>
        <w:t xml:space="preserve">[45:26] </w:t>
      </w:r>
      <w:r>
        <w:t>jis tarah phool mein nectar ka role yeh hota hai ke is ke paas shehad ki makhian aati hain,</w:t>
      </w:r>
    </w:p>
    <w:p>
      <w:pPr>
        <w:jc w:val="right"/>
      </w:pPr>
      <w:r>
        <w:t>جس طرح پھول میں نیکٹر کا رول یہ ہوتا ہے کہ اس کے پاس شہد کی مکھیاں آتی ہیں،</w:t>
      </w:r>
    </w:p>
    <w:p>
      <w:r>
        <w:rPr>
          <w:b/>
        </w:rPr>
        <w:t xml:space="preserve">[45:32] </w:t>
      </w:r>
      <w:r>
        <w:t>to aap ki zindagi mein, aap ki personality mein nectar jo hai, woh modesty hai. Woh hai to farishtay ayen ge, nahi to nahi ayen ge.</w:t>
      </w:r>
    </w:p>
    <w:p>
      <w:pPr>
        <w:jc w:val="right"/>
      </w:pPr>
      <w:r>
        <w:t>تو آپ کی زندگی میں، آپ کی پرسنیلٹی میں نیکٹر جو ہے، وہ ماڈیسٹی ہے۔ وہ ہے تو فرشتے آئیں گے، نہیں تو نہیں آئیں گے۔</w:t>
      </w:r>
    </w:p>
    <w:p>
      <w:r>
        <w:rPr>
          <w:b/>
        </w:rPr>
        <w:t xml:space="preserve">[45:44] </w:t>
      </w:r>
      <w:r>
        <w:t>aur farishton ki sohbat se, mehroomi se, bari mehroomi aur koi nahi. Koi is se bari mehroomi nahi hai.</w:t>
      </w:r>
    </w:p>
    <w:p>
      <w:pPr>
        <w:jc w:val="right"/>
      </w:pPr>
      <w:r>
        <w:t>اور فرشتوں کی صحبت سے، محرومی سے، بڑی محرومی اور کوئی نہیں۔ کوئی اس سے بڑی محرومی نہیں ہے۔</w:t>
      </w:r>
    </w:p>
    <w:p>
      <w:r>
        <w:rPr>
          <w:b/>
        </w:rPr>
        <w:t xml:space="preserve">[46:05] </w:t>
      </w:r>
      <w:r>
        <w:t>contact Maulana, you said that if a person is modest, then he can have the learning, and with modesty you also get the company of the angels.</w:t>
      </w:r>
    </w:p>
    <w:p>
      <w:pPr>
        <w:jc w:val="right"/>
      </w:pPr>
      <w:r>
        <w:t>کنٹیکٹ مولانا، you said that if a person is modest, then he can have the learning, and with modesty you also get the company of the angels.</w:t>
      </w:r>
    </w:p>
    <w:p>
      <w:r>
        <w:rPr>
          <w:b/>
        </w:rPr>
        <w:t xml:space="preserve">[46:17] </w:t>
      </w:r>
      <w:r>
        <w:t>And Maulana, you also said that we should develop this modest personality. So Maulana, how, what is the starting point? How should we develop modest personality?</w:t>
      </w:r>
    </w:p>
    <w:p>
      <w:pPr>
        <w:jc w:val="right"/>
      </w:pPr>
      <w:r>
        <w:t>And مولانا، you also said that we should develop this modest personality. So مولانا، how, what is the starting point? How should we develop modest personality?</w:t>
      </w:r>
    </w:p>
    <w:p>
      <w:r>
        <w:rPr>
          <w:b/>
        </w:rPr>
        <w:t xml:space="preserve">[46:27] </w:t>
      </w:r>
      <w:r>
        <w:t>How to become modest?</w:t>
      </w:r>
    </w:p>
    <w:p>
      <w:pPr>
        <w:jc w:val="right"/>
      </w:pPr>
      <w:r>
        <w:t>How to become modest?</w:t>
      </w:r>
    </w:p>
    <w:p>
      <w:r>
        <w:rPr>
          <w:b/>
        </w:rPr>
        <w:t xml:space="preserve">[46:32] </w:t>
      </w:r>
      <w:r>
        <w:t>bhai, jitna zyada aap sochen ge Khuda ke bare mein, utni aap ko kam samajhne lagen ge.</w:t>
      </w:r>
    </w:p>
    <w:p>
      <w:pPr>
        <w:jc w:val="right"/>
      </w:pPr>
      <w:r>
        <w:t>بھئی، جتنا زیادہ آپ سوچیں گے خدا کے بارے میں، اتنی آپ کو کم سمجھنے لگیں گے۔</w:t>
      </w:r>
    </w:p>
    <w:p>
      <w:r>
        <w:rPr>
          <w:b/>
        </w:rPr>
        <w:t xml:space="preserve">[46:40] </w:t>
      </w:r>
      <w:r>
        <w:t>mein to dekhen, kal ki baat hai, aaj ki baat hai, jab pani gir gaya is mein, mug mein. Mug mein pani tha aur woh kisi wajah se woh gir gaya, sara pani neeche.</w:t>
      </w:r>
    </w:p>
    <w:p>
      <w:pPr>
        <w:jc w:val="right"/>
      </w:pPr>
      <w:r>
        <w:t>میں تو دیکھیں، کل کی بات ہے، آج کی بات ہے، جب پانی گر گیا اس میں، مگ میں۔ مگ میں پانی تھا اور وہ کسی وجہ سے وہ گر گیا، سارا پانی نیچے۔</w:t>
      </w:r>
    </w:p>
    <w:p>
      <w:r>
        <w:rPr>
          <w:b/>
        </w:rPr>
        <w:t xml:space="preserve">[46:53] </w:t>
      </w:r>
      <w:r>
        <w:t>to woh pehle modesty ka lesson ban gaya. Mein ne socha ke kya mein yeh pani bana sakta hoon?</w:t>
      </w:r>
    </w:p>
    <w:p>
      <w:pPr>
        <w:jc w:val="right"/>
      </w:pPr>
      <w:r>
        <w:t>تو وہ پہلے ماڈیسٹی کا لیسن بن گیا۔ میں نے سوچا کہ کیا میں یہ پانی بنا سکتا ہوں؟</w:t>
      </w:r>
    </w:p>
    <w:p>
      <w:r>
        <w:rPr>
          <w:b/>
        </w:rPr>
        <w:t xml:space="preserve">[47:03] </w:t>
      </w:r>
      <w:r>
        <w:t>nahi bana sakta mein. Yani kitna zyada mein, yani jo asar banane wala hai, us se kitna kam hoon mein. Jo creator hai pani ka, us se mein kitna kam hoon ke mein ek drop nahi bana sakta pani ka.</w:t>
      </w:r>
    </w:p>
    <w:p>
      <w:pPr>
        <w:jc w:val="right"/>
      </w:pPr>
      <w:r>
        <w:t>نہیں بنا سکتا میں۔ یعنی کتنا زیادہ میں، یعنی جو اثر بنانے والا ہے، اس سے کتنا کم ہوں میں۔ جو کریٹر ہے پانی کا، اس سے میں کتنا کم ہوں کہ میں ایک ڈراپ نہیں بنا سکتا پانی کا۔</w:t>
      </w:r>
    </w:p>
    <w:p>
      <w:r>
        <w:rPr>
          <w:b/>
        </w:rPr>
        <w:t xml:space="preserve">[47:20] </w:t>
      </w:r>
      <w:r>
        <w:t>to har waqt jab aap sochen ge creator ko le kar ke, to modesty aye gi aur kya aye ga?</w:t>
      </w:r>
    </w:p>
    <w:p>
      <w:pPr>
        <w:jc w:val="right"/>
      </w:pPr>
      <w:r>
        <w:t>تو ہر وقت جب آپ سوچیں گے کریٹر کو لے کر کے، تو ماڈیسٹی آئے گی اور کیا آئے گا؟</w:t>
      </w:r>
    </w:p>
    <w:p>
      <w:r>
        <w:rPr>
          <w:b/>
        </w:rPr>
        <w:t xml:space="preserve">[47:30] </w:t>
      </w:r>
      <w:r>
        <w:t>hamare gaon mein ek misl thi, jahan hum gaon mein rehte the, ke oont jab tak pahaṛ nahi dekhta, jab tak bohat woh bolta hai.</w:t>
      </w:r>
    </w:p>
    <w:p>
      <w:pPr>
        <w:jc w:val="right"/>
      </w:pPr>
      <w:r>
        <w:t>ہمارے گاؤں میں ایک مثل تھی، جہاں ہم گاؤں میں رہتے تھے، کہ اونٹ جب تک پہاڑ نہیں دیکھتا، جب تک بہت وہ بولتا ہے۔</w:t>
      </w:r>
    </w:p>
    <w:p>
      <w:r>
        <w:rPr>
          <w:b/>
        </w:rPr>
        <w:t xml:space="preserve">[47:43] </w:t>
      </w:r>
      <w:r>
        <w:t>pahaṛ dekhta hai to sochta hai ke is se mujh se bhi bari koi cheez hai. Matlab yeh tha ke jab tak pahaṛ nahi dekhta to apne ko bara samajhta hai woh.</w:t>
      </w:r>
    </w:p>
    <w:p>
      <w:pPr>
        <w:jc w:val="right"/>
      </w:pPr>
      <w:r>
        <w:t>پہاڑ دیکھتا ہے تو سوچتا ہے کہ اس سے مجھ سے بھی بڑی کوئی چیز ہے۔ مطلب یہ تھا کہ جب تک پہاڑ نہیں دیکھتا تو اپنے کو بڑا سمجھتا ہے وہ۔</w:t>
      </w:r>
    </w:p>
    <w:p>
      <w:r>
        <w:rPr>
          <w:b/>
        </w:rPr>
        <w:t xml:space="preserve">[47:55] </w:t>
      </w:r>
      <w:r>
        <w:t>yeh dehati misl hai</w:t>
      </w:r>
    </w:p>
    <w:p>
      <w:pPr>
        <w:jc w:val="right"/>
      </w:pPr>
      <w:r>
        <w:t>یہ دیہاتی مثل ہے</w:t>
      </w:r>
    </w:p>
    <w:p>
      <w:r>
        <w:rPr>
          <w:b/>
        </w:rPr>
        <w:t xml:space="preserve">[48:00] </w:t>
      </w:r>
      <w:r>
        <w:t>ke to jab tak oont pahaṛ nahi dekhta to samajhta hai ke mein hi bara hoon. Aur pahaṛ dekhte rehta hai ke is se mujh se bhi bari koi cheez hai. To sari us ki woh khatam ho jati hai.</w:t>
      </w:r>
    </w:p>
    <w:p>
      <w:pPr>
        <w:jc w:val="right"/>
      </w:pPr>
      <w:r>
        <w:t>کہ تو جب تک اونٹ پہاڑ نہیں دیکھتا تو سمجھتا ہے کہ میں ہی بڑا ہوں۔ اور پہاڑ دیکھتے رہتا ہے کہ اس سے مجھ سے بھی بڑی کوئی چیز ہے۔ تو ساری اس کی وہ ختم ہو جاتی ہے۔</w:t>
      </w:r>
    </w:p>
    <w:p>
      <w:r>
        <w:rPr>
          <w:b/>
        </w:rPr>
        <w:t xml:space="preserve">[48:12] </w:t>
      </w:r>
      <w:r>
        <w:t>to jitna aadmi kam soche ga Allah ke bare mein, utna hi woh arrogant banega. Aur jo zyada sochenga Allah ke bare mein, utni modesty aati chali jayegi us ke andar.</w:t>
      </w:r>
    </w:p>
    <w:p>
      <w:pPr>
        <w:jc w:val="right"/>
      </w:pPr>
      <w:r>
        <w:t>تو جتنا آدمی کم سوچے گا اللہ کے بارے میں، اتنا ہی وہ اریگنٹ بنے گا۔ اور جو زیادہ سوچے گا اللہ کے بارے میں، اتنی ماڈیسٹی آتی چلے گی اس کے اندر۔</w:t>
      </w:r>
    </w:p>
    <w:p>
      <w:r>
        <w:rPr>
          <w:b/>
        </w:rPr>
        <w:t xml:space="preserve">[48:27] </w:t>
      </w:r>
      <w:r>
        <w:t>jaise woh un ka parh raha tha, mein wohi Stephen Hawking ka, us ne kaha ke yani space mein hundred billion galaxies hain.</w:t>
      </w:r>
    </w:p>
    <w:p>
      <w:pPr>
        <w:jc w:val="right"/>
      </w:pPr>
      <w:r>
        <w:t>جیسے وہ ان کا پڑھ رہا تھا، میں وہی اسٹیفن ہاکنگ کا، اس نے کہا کہ یعنی سپیس میں ہنڈرڈ بلین گلیکسیز ہیں۔</w:t>
      </w:r>
    </w:p>
    <w:p>
      <w:r>
        <w:rPr>
          <w:b/>
        </w:rPr>
        <w:t xml:space="preserve">[48:39] </w:t>
      </w:r>
      <w:r>
        <w:t>hundred billion, base hain. Aur har galaxy mein hundred million se bhi zyada stars hain. Aur sab ek doosre se bohat hi door hain.</w:t>
      </w:r>
    </w:p>
    <w:p>
      <w:pPr>
        <w:jc w:val="right"/>
      </w:pPr>
      <w:r>
        <w:t>ہنڈرڈ بلین، بیس ہیں۔ اور ہر گلیکسی میں ہنڈرڈ ملین سے بھی زیادہ اسٹارز ہیں۔ اور سب ایک دوسرے سے بہت ہی دور ہیں۔</w:t>
      </w:r>
    </w:p>
    <w:p>
      <w:r>
        <w:rPr>
          <w:b/>
        </w:rPr>
        <w:t xml:space="preserve">[48:51] </w:t>
      </w:r>
      <w:r>
        <w:t>Sir James Jeans ne likha hai ke ek sitara doosre sitare mein itni doori hot</w:t>
      </w:r>
    </w:p>
    <w:p>
      <w:pPr>
        <w:jc w:val="right"/>
      </w:pPr>
      <w:r>
        <w:t>سر جیمز جینز نے لکھا ہے کہ ایک ستارہ دوسرے ستارے میں اتنی دوری ہوت</w:t>
      </w:r>
    </w:p>
    <w:p>
      <w:r>
        <w:rPr>
          <w:b/>
        </w:rPr>
        <w:t xml:space="preserve">[48:55] </w:t>
      </w:r>
      <w:r>
        <w:t>hai. Bahut bade ocean mein bahut door door shift chal rahe hain. To aap bataein, itni vast universe jo hai, kahan apne ko kitna chhota ho jaate hain.</w:t>
      </w:r>
    </w:p>
    <w:p>
      <w:pPr>
        <w:jc w:val="right"/>
      </w:pPr>
      <w:r>
        <w:t>ی ہے۔ بہت بڑے اوشن میں بہت دور دور شفٹ چل رہے ہوں۔ تو آپ بتائیں، اتنی واسٹ یونیورس جو ہے، کہاں اپنے کو کتنا چھوٹا ہو جاتے ہیں۔</w:t>
      </w:r>
    </w:p>
    <w:p>
      <w:r>
        <w:rPr>
          <w:b/>
        </w:rPr>
        <w:t xml:space="preserve">[49:08] </w:t>
      </w:r>
      <w:r>
        <w:t>To modesty, sach poochhein to apne andar paida karne ka tareeqa yahi hai ke hum creator ke bare mein sochte rahein. Creator.</w:t>
      </w:r>
    </w:p>
    <w:p>
      <w:pPr>
        <w:jc w:val="right"/>
      </w:pPr>
      <w:r>
        <w:t>تو ماڈیسٹی، سچ پوچھیں تو اپنے اندر پیدا کرنے کا طریقہ یہی ہے کہ ہم کریٹر کے بارے میں سوچتے رہیں۔ کریٹر۔</w:t>
      </w:r>
    </w:p>
    <w:p>
      <w:r>
        <w:rPr>
          <w:b/>
        </w:rPr>
        <w:t xml:space="preserve">[49:17] </w:t>
      </w:r>
      <w:r>
        <w:t>Jitna sochenge, utni modesty aayegi.</w:t>
      </w:r>
    </w:p>
    <w:p>
      <w:pPr>
        <w:jc w:val="right"/>
      </w:pPr>
      <w:r>
        <w:t>جتنا سوچیں گے، اتنی ماڈیسٹی آئے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