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Spirit of Ramadan April 10, 2022 Dr. Saniyasnain Khan</w:t>
      </w:r>
    </w:p>
    <w:p>
      <w:r>
        <w:t>https://www.youtube.com/watch?v=MVnTihqgvus</w:t>
      </w:r>
    </w:p>
    <w:p>
      <w:r>
        <w:rPr>
          <w:b/>
        </w:rPr>
        <w:t xml:space="preserve">[00:09] </w:t>
      </w:r>
      <w:r>
        <w:t>Assalamualikum. Last week we discussed with Fareeda Apa on the spirit of Ramzan. Among many aspects of Ramzan we also learned that fasting is a special training that helps a believer prepare himself on how to lead a principal life not just during the month of Ramzan but in fact the whole year round.</w:t>
      </w:r>
    </w:p>
    <w:p>
      <w:pPr>
        <w:jc w:val="right"/>
      </w:pPr>
      <w:r>
        <w:t>अस्सलामालेकुम. Last week we discussed with फरीदा आपा on the spirit of रमज़ान. Among many aspects of रमज़ान we also learned that fasting is a special training that helps a believer prepare himself on how to lead a principal life not just during the month of रमज़ान but in fact the whole year round.</w:t>
      </w:r>
    </w:p>
    <w:p>
      <w:r>
        <w:rPr>
          <w:b/>
        </w:rPr>
        <w:t xml:space="preserve">[00:34] </w:t>
      </w:r>
      <w:r>
        <w:t>So we will continue our discussion on the spirit of Ramzan and today we have with us doctor Saniya Snain Khan sahib. Fasting ka Arabic word saum hai.</w:t>
      </w:r>
    </w:p>
    <w:p>
      <w:pPr>
        <w:jc w:val="right"/>
      </w:pPr>
      <w:r>
        <w:t>So we will continue our discussion on the spirit of रमज़ान and today we have with us doctor सानिया स्नैन खान साहब. Fasting का Arabic word सौम है.</w:t>
      </w:r>
    </w:p>
    <w:p>
      <w:r>
        <w:rPr>
          <w:b/>
        </w:rPr>
        <w:t xml:space="preserve">[01:00] </w:t>
      </w:r>
      <w:r>
        <w:t>To saum ke kya maayne hain isko aap hum sab ke liye waazeh karein. Ismillahirahmanirraheem, rabbish rahli sadri, wayassirli amri, wahul uqdatam min lisani, yafqahu qawli. Is sawal se pehle main ek hadith lena chahunga. Ji. Ek baar prophet Muhammad Madina mein, Masjid e Nabbi mein baithe hue the.</w:t>
      </w:r>
    </w:p>
    <w:p>
      <w:pPr>
        <w:jc w:val="right"/>
      </w:pPr>
      <w:r>
        <w:t>तो सौम के क्या मायने हैं इसको आप हम सब के लिए वाज़े करें. इस्मिल्लाही रमानी रहीम, रब्बिश रैली सदरी, वैसिर्ली अमरी, वैलुल उपदतम्य लिसानी, या कौह कौली. इस सवाल से पहले मैं एक हदीश लेना चाहूंगा. जी. एक बार prophet मोहम्मद मदीना में, मस्जिद ए नब्बी में बैठे हुए थे.</w:t>
      </w:r>
    </w:p>
    <w:p>
      <w:r>
        <w:rPr>
          <w:b/>
        </w:rPr>
        <w:t xml:space="preserve">[01:28] </w:t>
      </w:r>
      <w:r>
        <w:t>To Sahaba bhi the. To prophet ne kaha mimbar lao, mimbar lao. Mimbar yani pulpit jis par imam khutba dete hain. Ji saman dete hain. To mimbar laya gaya.</w:t>
      </w:r>
    </w:p>
    <w:p>
      <w:pPr>
        <w:jc w:val="right"/>
      </w:pPr>
      <w:r>
        <w:t>तो साहबा भी थे. तो prophet ने कहा member लाओ, member लाओ. Member यानी pulpit जिस पर इमाम खुदबा देते हैं. जी सामान देते हैं. तो member लाया गया.</w:t>
      </w:r>
    </w:p>
    <w:p>
      <w:r>
        <w:rPr>
          <w:b/>
        </w:rPr>
        <w:t xml:space="preserve">[01:46] </w:t>
      </w:r>
      <w:r>
        <w:t>To prophet us par jab pehla, pehle step ka qadam rakha to prophet ne kaha ke aameen. Phir doosre step par qadam rakha to phir kaha aameen. Phir teesre step par qadam rakha to phir kaha aameen. Phir sermon diya khutba diya aur phir neeche utar, neeche utre.</w:t>
      </w:r>
    </w:p>
    <w:p>
      <w:pPr>
        <w:jc w:val="right"/>
      </w:pPr>
      <w:r>
        <w:t>तो prophet उस पर जब पहला, पहले step का कदम रखा तो prophet ने कहा कि आमिन फिर दूसरे step पर कदम रखा तो फिर कहा आमिन फिर तीसरे step पर कदम रखा तो फिर कहा आमिन फिर sermon दिया खुदबा दिया और फिर नीचे उतर, नीचे उतरे.</w:t>
      </w:r>
    </w:p>
    <w:p>
      <w:r>
        <w:rPr>
          <w:b/>
        </w:rPr>
        <w:t xml:space="preserve">[02:16] </w:t>
      </w:r>
      <w:r>
        <w:t>To Sahaba ne kaha ke eh Khuda ke Rasool humne aapko kabhi aise aameen aameen karte hue dekha nahi. To prophet ne kaha ke Jibreel aaye the. Farishte Jibreel, Angel Gabriel.</w:t>
      </w:r>
    </w:p>
    <w:p>
      <w:pPr>
        <w:jc w:val="right"/>
      </w:pPr>
      <w:r>
        <w:t>तो साहबा ने कहा कि एह खुदा के रसूल हमने आपको कभी ऐसे आमिन आमिन करते हुए देखा नहीं. तो prophet ने कहा कि जिबरील आए थे. फरिश्ते जिबरील, Angel Gabriel.</w:t>
      </w:r>
    </w:p>
    <w:p>
      <w:r>
        <w:rPr>
          <w:b/>
        </w:rPr>
        <w:t xml:space="preserve">[02:38] </w:t>
      </w:r>
      <w:r>
        <w:t>To jab maine pehle step par qadam rakha to unhone kaha ke woh shakhs halaak ho jisko Ramzan ka mahina mila aur woh apne gunahon ki maafi na kara saka. To maine kaha aameen.</w:t>
      </w:r>
    </w:p>
    <w:p>
      <w:pPr>
        <w:jc w:val="right"/>
      </w:pPr>
      <w:r>
        <w:t>तो जब मैंने पहले step पर कदम रखा तो उन्होंने कहा कि वह शख्स हालाक हो जिसको रमज़ान का महीना मिला और वह अपने गुनाहों की माफ़ी ना करा सका. तो मैंने कहा आमिन.</w:t>
      </w:r>
    </w:p>
    <w:p>
      <w:r>
        <w:rPr>
          <w:b/>
        </w:rPr>
        <w:t xml:space="preserve">[03:02] </w:t>
      </w:r>
      <w:r>
        <w:t>To phir jab maine doosre step ka qadam rakha to Jibreel ne kaha ke woh shakhs bhi halaak ho jiske saamne aapka zikr aaya aur usne durood o salaam nahi bheja aapke upar.</w:t>
      </w:r>
    </w:p>
    <w:p>
      <w:pPr>
        <w:jc w:val="right"/>
      </w:pPr>
      <w:r>
        <w:t>तो फिर जब मैंने दूसरे step का कदम रखा तो जिबरील ने कहा कि वह शख़्त भी हालाक हो जिसके सामने आपका ज़िक्र आया और उसने दुरुद्ध सलाम नहीं भेजा आपके ऊपर.</w:t>
      </w:r>
    </w:p>
    <w:p>
      <w:r>
        <w:rPr>
          <w:b/>
        </w:rPr>
        <w:t xml:space="preserve">[03:21] </w:t>
      </w:r>
      <w:r>
        <w:t>To maine kaha aameen. Aur phir jab teesra step, teesre step par maine qadam rakha to Jibreel bole ke woh shakhs bhi halaak hoga.</w:t>
      </w:r>
    </w:p>
    <w:p>
      <w:pPr>
        <w:jc w:val="right"/>
      </w:pPr>
      <w:r>
        <w:t>तो मैंने कहा आमिन और फिर जब तीसरा step, तीसरे step पर मैंने कदम रखा तो जिवरील बोले कि वह शख्स भी हलाक होगा.</w:t>
      </w:r>
    </w:p>
    <w:p>
      <w:r>
        <w:rPr>
          <w:b/>
        </w:rPr>
        <w:t xml:space="preserve">[03:37] </w:t>
      </w:r>
      <w:r>
        <w:t>Jiske dono parents ya ek parent old age mein use mile aur woh unki khidmat karke jannat haasil na kar saka. To maine kaha aameen. To ye bahut hi alag tarah ki hadith thi jismein Jibreel aaye aur Rasoolullah se is tareeqe se baat ki.</w:t>
      </w:r>
    </w:p>
    <w:p>
      <w:pPr>
        <w:jc w:val="right"/>
      </w:pPr>
      <w:r>
        <w:t>जिसके दोनों parents या एक parent old age में उसे मिले और वो उनकी खिदमत करके जन्नत हासिल न कर सका. तो मैंने कहा आमिन, तो ये बहुत ही अलग तरह की अदीश थी जिसमें जिबरील आए और रसूल्लाह से इस तरीके से बात की.</w:t>
      </w:r>
    </w:p>
    <w:p>
      <w:r>
        <w:rPr>
          <w:b/>
        </w:rPr>
        <w:t xml:space="preserve">[04:06] </w:t>
      </w:r>
      <w:r>
        <w:t>Isse iski ahmiyat ka pata chalta hai. Theek hai. To ismein teen baatein hain. Ramzan ki to baat abhi hum karenge inshallah. Lekin jo doosri do baatein hain uspe thoda sa kuch kehna chahunga ke jaise unhone kaha ke prophet qazir aaye to sallallahu alaihi wasallam ya koi dua karein.</w:t>
      </w:r>
    </w:p>
    <w:p>
      <w:pPr>
        <w:jc w:val="right"/>
      </w:pPr>
      <w:r>
        <w:t>इससे इसकी अहमियत का पता चलता है. ठीक है. तो इसमें तीन बातें हैं. रमज़ान की तो बात अभी हम करेंगे इंशालाह. लेकिन जो दूसरी दो बातें हैं उसपे थोड़ा सा कुछ कहना चाहूंगा कि जैसे उन्होंने कहा कि prophet क़ज़ीर आए तो सल्लल्लाह वाले वास्ल्लम या कोई दुआ करें.</w:t>
      </w:r>
    </w:p>
    <w:p>
      <w:r>
        <w:rPr>
          <w:b/>
        </w:rPr>
        <w:t xml:space="preserve">[04:26] </w:t>
      </w:r>
      <w:r>
        <w:t>To yeh jo baat hai yeh aam taur se agar aap sirf Muhammad keh dein kahin to log bahut bura maante hain, gussa ho jaate hain. Lekin agar unse pooche ke yeh kya hai sallallahu alaihi wasallam, to woh koi baat nahi bata payenge. Bahut se bahut kahenge yeh ek honorable words hain, taazimi kalmaat hain.</w:t>
      </w:r>
    </w:p>
    <w:p>
      <w:pPr>
        <w:jc w:val="right"/>
      </w:pPr>
      <w:r>
        <w:t>तो यह जो बात है यह आमतौर से अगर आप सिर्फ मुहम्मद कह दें कहीं तो लोग बहुत बुरा मानते हैं, गुस्सा हो जाते हैं. लेकिन अगर उनसे पूछे कि यह क्या है सल्ललाह वाले वास्ल्लम, तो वह कोई बात नहीं बता पाएंगे. बहुत से बहुत कहेंगे यह एक honorable words हैं, ताज़ीमी कलमात हैं.</w:t>
      </w:r>
    </w:p>
    <w:p>
      <w:r>
        <w:rPr>
          <w:b/>
        </w:rPr>
        <w:t xml:space="preserve">[04:51] </w:t>
      </w:r>
      <w:r>
        <w:t>aakhirat yeh hai ke humein jo deen mila hai, jo Quran mila hai, jo hadith mili hai, jo</w:t>
      </w:r>
    </w:p>
    <w:p>
      <w:pPr>
        <w:jc w:val="right"/>
      </w:pPr>
      <w:r>
        <w:t>आखिरकत यह है कि हमें जो दीन मिला है, जो कुरान मिला है, जो हदीस मिली है, जो</w:t>
      </w:r>
    </w:p>
    <w:p>
      <w:r>
        <w:rPr>
          <w:b/>
        </w:rPr>
        <w:t xml:space="preserve">[04:57] </w:t>
      </w:r>
      <w:r>
        <w:t>seerat mili hai, woh sab prophet Muhammad aur prophet ki family aur sahaba ki taraf se mila hai.</w:t>
      </w:r>
    </w:p>
    <w:p>
      <w:pPr>
        <w:jc w:val="right"/>
      </w:pPr>
      <w:r>
        <w:t>सीरत मिली है, वो सब prophet मोहम्मद और prophet की family और साहबा की तरफ से मिला है.</w:t>
      </w:r>
    </w:p>
    <w:p>
      <w:r>
        <w:rPr>
          <w:b/>
        </w:rPr>
        <w:t xml:space="preserve">[05:03] </w:t>
      </w:r>
      <w:r>
        <w:t>unki qurbaniyon ki wajah se.</w:t>
      </w:r>
    </w:p>
    <w:p>
      <w:pPr>
        <w:jc w:val="right"/>
      </w:pPr>
      <w:r>
        <w:t>उनकी कुर्बानियों की वजह से.</w:t>
      </w:r>
    </w:p>
    <w:p>
      <w:r>
        <w:rPr>
          <w:b/>
        </w:rPr>
        <w:t xml:space="preserve">[05:09] </w:t>
      </w:r>
      <w:r>
        <w:t>to uski wajah se hamare dil mein bare gehre jazbat hote hain.</w:t>
      </w:r>
    </w:p>
    <w:p>
      <w:pPr>
        <w:jc w:val="right"/>
      </w:pPr>
      <w:r>
        <w:t>तो उसकी वजह से हमारे दिल में बड़े गहरे जज़्बात होते हैं.</w:t>
      </w:r>
    </w:p>
    <w:p>
      <w:r>
        <w:rPr>
          <w:b/>
        </w:rPr>
        <w:t xml:space="preserve">[05:15] </w:t>
      </w:r>
      <w:r>
        <w:t>to uski wajah se yeh ek duaiy ka kalimayak Allah taala unke darjat ko buland kare.</w:t>
      </w:r>
    </w:p>
    <w:p>
      <w:pPr>
        <w:jc w:val="right"/>
      </w:pPr>
      <w:r>
        <w:t>तो उसकी वजह से ये एक दुआईय का कलिमायक अल्ला ताला उनके दरिजात को बुलन करे.</w:t>
      </w:r>
    </w:p>
    <w:p>
      <w:r>
        <w:rPr>
          <w:b/>
        </w:rPr>
        <w:t xml:space="preserve">[05:22] </w:t>
      </w:r>
      <w:r>
        <w:t>To yeh spirit ki baat hai na ke sirf lafzi dohrane ki baat hai. Aur Ulama ne yeh bhi kaha hai ke agar aap ek baar keh dein kisi meeting mein, kisi sitting mein to woh kaafi hai.</w:t>
      </w:r>
    </w:p>
    <w:p>
      <w:pPr>
        <w:jc w:val="right"/>
      </w:pPr>
      <w:r>
        <w:t>तो ये spirit की बात है ना कि सिर्फ लब्जी दोहराने की बात है. और उल्लामा ने ये भी कहा है कि अगर आप एक बार कह दे किसी meeting में, किसी sitting में तो वो काफी है.</w:t>
      </w:r>
    </w:p>
    <w:p>
      <w:r>
        <w:rPr>
          <w:b/>
        </w:rPr>
        <w:t xml:space="preserve">[05:35] </w:t>
      </w:r>
      <w:r>
        <w:t>Bar bar dohrane ki zaroorat nahi hai aur doosri baat jo prophet ne kahi parents ke bare mein woh bhi bahut hi ahim hai ke parents ki khidmat karke jannat ka rasta hamwar hota hai aur Quran mein bahut zyada aaya hai yeh. Quran mein aaya ke uff mat kaho, uff.</w:t>
      </w:r>
    </w:p>
    <w:p>
      <w:pPr>
        <w:jc w:val="right"/>
      </w:pPr>
      <w:r>
        <w:t>बार बार दौराने की ज़रूरत नहीं है और दूसरी बात जो prophet ने कही parents के बारे में वो भी बहुत ही अहम् है कि parents की खिदमत करके जन्नत का रास्ता हमवार होता है और कुरान में बहुत ज़्यादा आया है यह. कुरान में आया कि उफ मत कहो, उफ.</w:t>
      </w:r>
    </w:p>
    <w:p>
      <w:r>
        <w:rPr>
          <w:b/>
        </w:rPr>
        <w:t xml:space="preserve">[06:04] </w:t>
      </w:r>
      <w:r>
        <w:t>Yaani uff to koi na sentence hai na word hai. Ek bahut hi ek do letters hain. To yeh darja hai parents ka aur yeh bahut hi aasan tareeqa hai jannat hasil karne ka ke hum unki khidmat karein, unko koi takleef na pahunchayein, unki jo baat hai woh sunein. To yeh do baatein, teen baatein thin, iske baad aapka sawal ek baar aur.</w:t>
      </w:r>
    </w:p>
    <w:p>
      <w:pPr>
        <w:jc w:val="right"/>
      </w:pPr>
      <w:r>
        <w:t>यानी उफ तो कोई ना sentence है ना word है. एक बहुत ही एक दो letters हैं. तो यह दर्जा है parents का और यह बहुत ही आसान तरीका है जन्नत हासिल करने का कि हम उनकी खिद्मत करें, उनको कोई तकलीफ ना पहुंचाएं, उनकी जो बात है वो सुनें. तो ये दो बातें, तीन बातें थीं, इसके बाद आपका सवाल एक बार और.</w:t>
      </w:r>
    </w:p>
    <w:p>
      <w:r>
        <w:rPr>
          <w:b/>
        </w:rPr>
        <w:t xml:space="preserve">[06:30] </w:t>
      </w:r>
      <w:r>
        <w:t>Ji, doctor sahib jaise fasting ka jo word hai, jo Arabic word hai woh saum hai. Ji. To saum ke kya maayne hain, iske bare mein bhi bataiye. Saum Arabic word hai jaise aapne kaha, uska matlab hai abstinence yani rukna ya bachna ya kinarakashi karna.</w:t>
      </w:r>
    </w:p>
    <w:p>
      <w:pPr>
        <w:jc w:val="right"/>
      </w:pPr>
      <w:r>
        <w:t>जी, doctor साहब जैसे fasting का जो word है, जो Arabic word है वह सौम है. जी. तो सौम के क्या मायने हैं, इसके बारे में भी बताइए. सौम Arabic word है जैसे आपने कहा, उसका मतलब है abstinence यानी रुकना या बचना या किनारकशी करना.</w:t>
      </w:r>
    </w:p>
    <w:p>
      <w:r>
        <w:rPr>
          <w:b/>
        </w:rPr>
        <w:t xml:space="preserve">[06:59] </w:t>
      </w:r>
      <w:r>
        <w:t>They need to abstain, to refrain, to stop. To iska matlab hai ke Khuda ki jo mana ki hui cheezein hain usse bachna aur Maulana ne bahut achhi tarah se isko likha hai ji. Ke jab insaan ek ghair matlab cheez se rukta hai tab woh matlab cheez haasil kar pata hai.</w:t>
      </w:r>
    </w:p>
    <w:p>
      <w:pPr>
        <w:jc w:val="right"/>
      </w:pPr>
      <w:r>
        <w:t>They need to abstain, to refrain, to stop. तो इसका मतलब है कि खुदाई की जो मना की हुई चीज़ें हैं उससे बचना और मौलाना ने बहुत अच्छी तरीके से इसको लिखा है जी. कि जब इंसान एक गैर मतलब चीज़ से रुकता है तब वह मतलब चीज़ हासिल कर पाता है.</w:t>
      </w:r>
    </w:p>
    <w:p>
      <w:r>
        <w:rPr>
          <w:b/>
        </w:rPr>
        <w:t xml:space="preserve">[07:23] </w:t>
      </w:r>
      <w:r>
        <w:t>yani undesired cheez se rukta hai tab woh desired cheez se ko hasil kar sakta hai aur aise</w:t>
      </w:r>
    </w:p>
    <w:p>
      <w:pPr>
        <w:jc w:val="right"/>
      </w:pPr>
      <w:r>
        <w:t>यानी undesired चीज़ से रुकता है तब वह desired चीज़ से को हासिल कर सकता है और ऐसे</w:t>
      </w:r>
    </w:p>
    <w:p>
      <w:r>
        <w:rPr>
          <w:b/>
        </w:rPr>
        <w:t xml:space="preserve">[07:31] </w:t>
      </w:r>
      <w:r>
        <w:t>hi jab insan shaitan ki sohbat se uski company se ko tark karta hai, shaitan ki company ko</w:t>
      </w:r>
    </w:p>
    <w:p>
      <w:pPr>
        <w:jc w:val="right"/>
      </w:pPr>
      <w:r>
        <w:t>ही जब इंसान शैतान की सोबत से उसकी company से को तर्क करता है, शैतान की company को</w:t>
      </w:r>
    </w:p>
    <w:p>
      <w:r>
        <w:rPr>
          <w:b/>
        </w:rPr>
        <w:t xml:space="preserve">[07:39] </w:t>
      </w:r>
      <w:r>
        <w:t>tark karta hai tab farishton ki company usay milti hai aur jab woh fakhr aur guroor aur ghamand</w:t>
      </w:r>
    </w:p>
    <w:p>
      <w:pPr>
        <w:jc w:val="right"/>
      </w:pPr>
      <w:r>
        <w:t>तर्क करता है तब परिष्ठों की company उसे मिलती है और जब वो फ़ख़्र और गुरूर और घमंड</w:t>
      </w:r>
    </w:p>
    <w:p>
      <w:r>
        <w:rPr>
          <w:b/>
        </w:rPr>
        <w:t xml:space="preserve">[07:47] </w:t>
      </w:r>
      <w:r>
        <w:t>aur pride apne andar se khatam karta hai tab uske andar humility aati hai, modesty aati hai, inki</w:t>
      </w:r>
    </w:p>
    <w:p>
      <w:pPr>
        <w:jc w:val="right"/>
      </w:pPr>
      <w:r>
        <w:t>और pride अपने अंदर से खत्म करता है तब उसके अंदर humility आती है, modesty आती है, इनके</w:t>
      </w:r>
    </w:p>
    <w:p>
      <w:r>
        <w:rPr>
          <w:b/>
        </w:rPr>
        <w:t xml:space="preserve">[07:56] </w:t>
      </w:r>
      <w:r>
        <w:t>sari aati hai aur jab woh israf yani wastefulness ke culture ko khatam karta hai tab uske andar</w:t>
      </w:r>
    </w:p>
    <w:p>
      <w:pPr>
        <w:jc w:val="right"/>
      </w:pPr>
      <w:r>
        <w:t>सारी आती है और जब वो इस्राप यानी wastefulness के culture को खत्म करता है तब उसके अंदर</w:t>
      </w:r>
    </w:p>
    <w:p>
      <w:r>
        <w:rPr>
          <w:b/>
        </w:rPr>
        <w:t xml:space="preserve">[08:04] </w:t>
      </w:r>
      <w:r>
        <w:t>sadgi aati hai aur simplicity aati hai aur jab woh khwahishat ki pairvi karna khatam karta hai tab</w:t>
      </w:r>
    </w:p>
    <w:p>
      <w:pPr>
        <w:jc w:val="right"/>
      </w:pPr>
      <w:r>
        <w:t>सादगी आती है और simplicity आती है और जब वो ख्वाहिशाद की पैरवी करना खत्म करता है तब</w:t>
      </w:r>
    </w:p>
    <w:p>
      <w:r>
        <w:rPr>
          <w:b/>
        </w:rPr>
        <w:t xml:space="preserve">[08:12] </w:t>
      </w:r>
      <w:r>
        <w:t>wo allah ki marzi ke mutabiq chal pata hai.</w:t>
      </w:r>
    </w:p>
    <w:p>
      <w:pPr>
        <w:jc w:val="right"/>
      </w:pPr>
      <w:r>
        <w:t>वो अल्लाह की मर्ज़ी के मुताबिक चल पाता है.</w:t>
      </w:r>
    </w:p>
    <w:p>
      <w:r>
        <w:rPr>
          <w:b/>
        </w:rPr>
        <w:t xml:space="preserve">[08:21] </w:t>
      </w:r>
      <w:r>
        <w:t>To yeh hai rukna. Marzi. Barana. Ji. Aur ek aur hadith hai ke jab Ramzan ka mahina aaya to prophet ne logon ko jama kiya aur ek khutba diya, saman diya. Usmein Ramzan ki baatein batai.</w:t>
      </w:r>
    </w:p>
    <w:p>
      <w:pPr>
        <w:jc w:val="right"/>
      </w:pPr>
      <w:r>
        <w:t>तो यह है रुकना. मर्ज़ी. बराना. जी. और एक और हदीस है कि जब रमज़ान का महीना आया तो prophet ने लोगों को जमा किया और एक खुदबा दिया, सामन दिया. उसमें रमज़ान की बातें बताई.</w:t>
      </w:r>
    </w:p>
    <w:p>
      <w:r>
        <w:rPr>
          <w:b/>
        </w:rPr>
        <w:t xml:space="preserve">[08:41] </w:t>
      </w:r>
      <w:r>
        <w:t>To jab saman khatam hua to Hazrat Ali raziallahu anhu khade hue aur unhone poocha ke eh Khuda ke Rasool Ramzan mein sabse achha amal kya hai? Sabse achhi deed kya hai?</w:t>
      </w:r>
    </w:p>
    <w:p>
      <w:pPr>
        <w:jc w:val="right"/>
      </w:pPr>
      <w:r>
        <w:t>तो जब सामन खत्म हुआ तो हज़रत अली रजिल्लाहान खड़े हुए और उन्होंने पुछा कि अखुदा के रसूल रमज़ान में सबसे अच्छा अमल क्या है? सबसे अच्छी deed क्या है?</w:t>
      </w:r>
    </w:p>
    <w:p>
      <w:r>
        <w:rPr>
          <w:b/>
        </w:rPr>
        <w:t xml:space="preserve">[09:02] </w:t>
      </w:r>
      <w:r>
        <w:t>To prophet Muhammad ne farmaya ke eh Abul Hasan Ramzan mein sabse achha amal yeh hai ke insaan Khuda ki mana ki hui cheezon se ruk jaaye. Al-awwamu ma'a ri'allahi. To yahi matlab hai saum ka ke Allah ki mana ki hui cheezon se rukna. Mashallah.</w:t>
      </w:r>
    </w:p>
    <w:p>
      <w:pPr>
        <w:jc w:val="right"/>
      </w:pPr>
      <w:r>
        <w:t>तो prophet मोहम्मद ने फरमाया कि ए अबुल हसन रमज़ान में सबसे अच्छा अमल यह है कि इंसान खुदाई की मना की हुई चीज़ों से रुक जाए. अलवर ओमीन महारी मिल्लाह. तो यही मतलब है सोम का के अल्लाह की मना की हुई चीज़ों से रुकना. मशहल्ला.</w:t>
      </w:r>
    </w:p>
    <w:p>
      <w:r>
        <w:rPr>
          <w:b/>
        </w:rPr>
        <w:t xml:space="preserve">[09:27] </w:t>
      </w:r>
      <w:r>
        <w:t>DocsApp yeh bhi maana jaata hai ke rasool ullah se pehle ek lakh se zyada paighambar aaye aur sab toheed ka paighaam lekar aaye poori insaniyat ko batane ke liye. To ek sawaal yeh uthta hai ke were fast prescribed to all the other ummah's of the previous prophets as well. Isko bhi aap waazeh karein.</w:t>
      </w:r>
    </w:p>
    <w:p>
      <w:pPr>
        <w:jc w:val="right"/>
      </w:pPr>
      <w:r>
        <w:t>DocsApp यह भी माना जाता है कि रसुल उल्लाह से पहले एक लाख से ज़्यादा पैगंबर आए और सब तोहीत का पैगाम लेकर आए पूरी इंसानियत को बताने के लिए. तो एक सवाल यह उठता है कि were fast prescribed to all the other उम्माs of the previous prophets as well. इसको भी आप वाज़े करें.</w:t>
      </w:r>
    </w:p>
    <w:p>
      <w:r>
        <w:rPr>
          <w:b/>
        </w:rPr>
        <w:t xml:space="preserve">[09:52] </w:t>
      </w:r>
      <w:r>
        <w:t>Quraan mein bhi ishara milta hai aur aadeesh mein bhi ishara milta hai iska. Ji ke pichhle paighambaron ne roza rakha. Kutiba alaikumus siyam ma kutiba alallazeena minkum. Yeh toh Quraan mein aayi baat ke jis tarah tumhare upar roza farz kiya gaya, pichhle logon par bhi roza farz kiya gaya. Ji. Choonke roza itni ahum ibadat hai.</w:t>
      </w:r>
    </w:p>
    <w:p>
      <w:pPr>
        <w:jc w:val="right"/>
      </w:pPr>
      <w:r>
        <w:t>कुरान में भी इशारा मिलता है और आदीश में भी इशारा मिलता है इसका. जी के पिछले पैगमरों ने रोज़ा रखा. कुतिबा अली कुमुस्यम का मा कुतिबा अली लजीना मुन कब्लिकुम. यह तो कुरान में आई बात कि जिस तरह तुम्हारे ऊपर रोज़ा फर्ज किया गया, पिछले लोगों पर भी रोज़ा फर्ज किया गया. जी. चूंकि रोज़ा इतनी अहम् इबादत है.</w:t>
      </w:r>
    </w:p>
    <w:p>
      <w:r>
        <w:rPr>
          <w:b/>
        </w:rPr>
        <w:t xml:space="preserve">[10:19] </w:t>
      </w:r>
      <w:r>
        <w:t>Yaqeenan yeh hamesha Khuda ke deen ka hissa raha hoga aur hadeesh mein aata hai ke Musa alai salam ke baare mein aata hai ke unhone roze rakhe Allah taala ne unko kaha ke tum kohitoor par jao mount Sinai aur wahan ibadat karo, roza rakho. To yaani woh ek tarah ki spiritual retreat unke liye thi. Ji.</w:t>
      </w:r>
    </w:p>
    <w:p>
      <w:pPr>
        <w:jc w:val="right"/>
      </w:pPr>
      <w:r>
        <w:t>यकीनन यह हमेशा खुदा के दीन का हिस्सा रहा होगा और हदीश में आता है कि मुसाह अलई सलाम के बारे में आता है कि उन्होंने रोज़े रखे अल्लाह तालाह ने उनको कहा कि तुम कोहितूर पर जाओ mount सैनाई और वहां इबादत करो, रोज़ा रखो. तो यानी वो एक तरह की spiritual retreat उनके लिए थी. जी.</w:t>
      </w:r>
    </w:p>
    <w:p>
      <w:r>
        <w:rPr>
          <w:b/>
        </w:rPr>
        <w:t xml:space="preserve">[10:48] </w:t>
      </w:r>
      <w:r>
        <w:t>Chaalees din taqreeban wahan rahe. Ji. Ji ji. Guzara aur alag thalag hokar roza rakha. Phir unke upar Torah jo kitaab thi woh utari gayi aur Allah taala hamkalaam hua unse. Quraan mein aata hai walamma ja Musa liqatina liqalamahu rabbuka ki jab Musa appointed time par aa gaya to Allah ne unse baat ki. Ji.</w:t>
      </w:r>
    </w:p>
    <w:p>
      <w:pPr>
        <w:jc w:val="right"/>
      </w:pPr>
      <w:r>
        <w:t>चालीस दिन तकरीबन वहां रहे. जी. जी जी. गुज़ारा और अलग थलग होकर रोज़ा रखा. फिर उनके ऊपर तौरहत जो किताब थी वो उतारी गई और अल्लाह तालाह हमकलाम हुआ उनसे. कुरान में आता है वालम्मा जा मूसालीम यकातीना कल्लमाहू रब्बू कि जब मूसा appointed time पर आ गया तो अल्लाह ने उनसे बात की. जी.</w:t>
      </w:r>
    </w:p>
    <w:p>
      <w:r>
        <w:rPr>
          <w:b/>
        </w:rPr>
        <w:t xml:space="preserve">[11:17] </w:t>
      </w:r>
      <w:r>
        <w:t>Appointed time ka matlab yeh hai ke jab tayyar ho gaye woh to Khuda sirf ka ki instructions aur Khuda ki revelations receive karne ke liye woh tayyar ho gaye to unko phir woh diya gayi jo kitaab di gayi thi.</w:t>
      </w:r>
    </w:p>
    <w:p>
      <w:pPr>
        <w:jc w:val="right"/>
      </w:pPr>
      <w:r>
        <w:t>Appointed time का मतलब यह है कि जब तैयार हो गए वो तो खुदा सिर्फ का की instructions और खुदा की revelations receive करने के लिए वो तैयार हो गए तो उनको फिर वो दिया गई जो किताब दी गई थी.</w:t>
      </w:r>
    </w:p>
    <w:p>
      <w:r>
        <w:rPr>
          <w:b/>
        </w:rPr>
        <w:t xml:space="preserve">[11:35] </w:t>
      </w:r>
      <w:r>
        <w:t>Aise hi Isa Islam ke baare mein bhi aata hai ke unhone bhi chaalees din roze rakhe jab unke upar woh hissa utara gaya Injeel ka jise sermon on the mount kehte hain.</w:t>
      </w:r>
    </w:p>
    <w:p>
      <w:pPr>
        <w:jc w:val="right"/>
      </w:pPr>
      <w:r>
        <w:t>ऐसे ही ईसाल इस्लाम के बारे में भी आता है कि उन्होंने भी चालीस दिन रोज़े रखे जब उनके ऊपर वो हिस्सा उतारा गया इंजील का जिसे sermon on the mount कहते हैं.</w:t>
      </w:r>
    </w:p>
    <w:p>
      <w:r>
        <w:rPr>
          <w:b/>
        </w:rPr>
        <w:t xml:space="preserve">[11:51] </w:t>
      </w:r>
      <w:r>
        <w:t>Aur Prophet Muhammad ke baare mein bhi aata hai Hazrat Ayesha ki hadees hai ke nuboot se pehle yaani Quraan ki revelation se pehle hi Prophet Muhammad jaaya karte the Gharehira mein aur wahan ibadat karte the, roza rakhte the choonke wahan bhi koi tareeqa tha.</w:t>
      </w:r>
    </w:p>
    <w:p>
      <w:pPr>
        <w:jc w:val="right"/>
      </w:pPr>
      <w:r>
        <w:t>और prophet मोहम्मद के बारे में भी आता है हजरत आईशा की हदीस है कि नुबूत से पहले यानी कुरान की revelation से पहले ही prophet मोहम्मद जाय करते थे गारेहिरा में और वहां इबादत करते थे, रोज़ा रखते थे चूंकि वहां भी कोई तरीका था.</w:t>
      </w:r>
    </w:p>
    <w:p>
      <w:r>
        <w:rPr>
          <w:b/>
        </w:rPr>
        <w:t xml:space="preserve">[12:19] </w:t>
      </w:r>
      <w:r>
        <w:t>Islam se pehle Makka mein logon ke yahan koi tareeqa tha ke woh roza rakha karte the aur yeh har mazhab mein aapko milta hai. Indian culture mein bhi aap dekhein to vrat hai. Ji ji.</w:t>
      </w:r>
    </w:p>
    <w:p>
      <w:pPr>
        <w:jc w:val="right"/>
      </w:pPr>
      <w:r>
        <w:t>इस्लाम से पहले मक्का में लोगों के यहां कोई तरीका था कि वह रोज़ा रखा करते थे और यह हर मज़हब में आपको मिलता है. Indian culture में भी आप देखें तो व्रत है. जी जी.</w:t>
      </w:r>
    </w:p>
    <w:p>
      <w:r>
        <w:rPr>
          <w:b/>
        </w:rPr>
        <w:t xml:space="preserve">[12:33] </w:t>
      </w:r>
      <w:r>
        <w:t>To yeh cheez toh taqreeban har jagah hi toh milti isse pata chalta hai ke roza hamesha Allah taala ne farz kiya raha hoga aur ek aur baat yaad aa rahi hai mujhe ke Maulana ne likha hai ke roza toh day one se hi ho gaya tha. Ji. Doosre sense mein ke jab Allah taala ne Adam Alai salam se kaha ke us fala ped ke paas mat jao.</w:t>
      </w:r>
    </w:p>
    <w:p>
      <w:pPr>
        <w:jc w:val="right"/>
      </w:pPr>
      <w:r>
        <w:t>तो यह चीज़ तो तकरीबन हर जगह ही तो मिलती इससे पता चलता है कि रोज़ा हमेशा अल्लाह तालाह ने फर्ज किया रहा होगा और एक और बात याद आ रही है मुझे कि मौलाह ने लिखा है कि रोज़ा तो day one से ही हो गया था. जी. दूसरे sense में कि जब अल्लाह तालाह ने आधावली सलाम से कहा कि उस फला पेड़ के पास मत जाओ.</w:t>
      </w:r>
    </w:p>
    <w:p>
      <w:r>
        <w:rPr>
          <w:b/>
        </w:rPr>
        <w:t xml:space="preserve">[13:02] </w:t>
      </w:r>
      <w:r>
        <w:t>To wahi roza tha. Ji. Wahi ek tarah ki abstinence thi. Sahi. Ke is ped ke qareeb mat jaana. To isse pata chalta hai ke roze ki shakal kisi na kisi form mein zaroor rahi hogi. Ji, and doctor sahib also please tell us about the prayer of the prophet that he did after seeing the new moon of Ramzan. Iske baare mein bhi bataiye.</w:t>
      </w:r>
    </w:p>
    <w:p>
      <w:pPr>
        <w:jc w:val="right"/>
      </w:pPr>
      <w:r>
        <w:t>तो वही रोज़ा था. जी. वही एक तरह की abstinence थी. सही. कि इस पेड़ के तरीब मत जाना. तो इससे पता चलता है कि रोज़े की शक्ल किसी ना किसी form में ज़रूर रही होगी. जी, and doctor साहब also please tell us about the prayer of the prophet that he did after seeing the new moon of रमज़ान. इसके बारे में भी बताइए.</w:t>
      </w:r>
    </w:p>
    <w:p>
      <w:r>
        <w:rPr>
          <w:b/>
        </w:rPr>
        <w:t xml:space="preserve">[13:29] </w:t>
      </w:r>
      <w:r>
        <w:t>Haan hadees mein aata hai ke jab Rasoolullah sallam ne chand dekha Ramzan ka to unke dil se badi gehri dua nikli. Allahumma ahillahu alaina bil amni wal imani was salamati wal Islami. Ke aye Allah, tu is chand ko hamare upar amn aur iman ke saath nikaal aur salamat aur Islam ke saath nikaal.</w:t>
      </w:r>
    </w:p>
    <w:p>
      <w:pPr>
        <w:jc w:val="right"/>
      </w:pPr>
      <w:r>
        <w:t>हां हदीश में आता है कि जब रसूल्लाह सल्लम ने चांद देखा रमज़ान का तो उनके दिल से बड़ी गहरी दुआ निकली. अल्लाहुम्हाहिल्लाहु, अल्लाहिनाबिल, अम्निबल, ईमान, व सलामतीवल इस्लाम. कि ए अल्लाह, तू इस जांत को हमारे ऊपर अम्न और ईमान के साथ निकाल और सलामती और इस्लाम के साथ निकाल.</w:t>
      </w:r>
    </w:p>
    <w:p>
      <w:r>
        <w:rPr>
          <w:b/>
        </w:rPr>
        <w:t xml:space="preserve">[13:53] </w:t>
      </w:r>
      <w:r>
        <w:t>Phir chand ko address karke kaha ke aye chand, Allah hi mera Rabb hai aur Allah hi tera Rabb hai. To jab ek momin chand jaisi ek creation ko dekhta hai to uska zehan Allah ki taraf chala jaata hai aur woh dua karne lagta hai ke aye Allah is mahine ko khair barkat ka mahina bana de.</w:t>
      </w:r>
    </w:p>
    <w:p>
      <w:pPr>
        <w:jc w:val="right"/>
      </w:pPr>
      <w:r>
        <w:t>फिर जांत को address करके कहा कि ए जांत, अल्लाही मेरा रब है और अल्लाही तेरा रब है. तो जब एक मोमीन चांद जैसी एक creation को देखता है तो उसका ज़हन अल्लाह की तरफ चला जाता है और वो दुआ करने लगता है कि ए अल्लाह इस महीने को खैरवर्कत का महीना बना दे.</w:t>
      </w:r>
    </w:p>
    <w:p>
      <w:r>
        <w:rPr>
          <w:b/>
        </w:rPr>
        <w:t xml:space="preserve">[14:18] </w:t>
      </w:r>
      <w:r>
        <w:t>To yeh jo chand ko dekhkar Rasoolullah sallam ne jo dua ki Ji. Woh ek tareeqe se jo bhi Khuda ki banayi hui cheezein hain, creation mein aur chand toh ek bahut hi bada uska nishaan hai, woh usko dekh ke insaan ke upar Khuda ki azmat taari hoti hai aur uski ghalib taari hoti hai.</w:t>
      </w:r>
    </w:p>
    <w:p>
      <w:pPr>
        <w:jc w:val="right"/>
      </w:pPr>
      <w:r>
        <w:t>तो ये जो चांत को देखकर रसूल्लाह सल्लम ने जो दुआ की जी. वो एक तरीके से जो भी खुदा की बनाई हुई चीज़ें हैं, creation में और चांत तो एक बहुत ही बड़ा उसका निशान है, वो उसको देख के इंसान के ऊपर खुदा की अज़मत तारी होती है और उसकी गिलोरी तारी होती है.</w:t>
      </w:r>
    </w:p>
    <w:p>
      <w:r>
        <w:rPr>
          <w:b/>
        </w:rPr>
        <w:t xml:space="preserve">[14:45] </w:t>
      </w:r>
      <w:r>
        <w:t>Phir uske duaiyan kalimaat nikalne lagte hain yaani uska iman taaza hota hai. To yeh jo dua Rasoolullah sallam ne ki woh ek tareeqe se apna iman ko taaza kiya. Ji. Aur aapko yaad hai ke Maulana bhi aksar tajdeed eiman kiya karte haan bilkul, ji. Jab conference thi jaise Quraan conference mein sabse pehle jahan tak mujhe yaad hai. Ji. Tajdeed eiman. Ji ji har majlis mein aisa kya karti hai?</w:t>
      </w:r>
    </w:p>
    <w:p>
      <w:pPr>
        <w:jc w:val="right"/>
      </w:pPr>
      <w:r>
        <w:t>फिर उसके दवाइयां कलिमात निकलने लगते हैं यानी उसका ईमान ताज़ा होता है. तो यह जो दुआ रसूल्ला सल्लम ने की वह एक तरीके से अपना ईमान को ताज़ा किया. जी. और आपको याद है कि मौलाना भी अक्सर तेजदीद एहमान किया करते हां बिल्कुल, जी. जब conference थी जैसे कुरान conference में सबसे पहले जहां तक मुझे याद है. जी. तजीद ए ईमान. जी जी हर मज़लिश में ऐसा क्या करती है?</w:t>
      </w:r>
    </w:p>
    <w:p>
      <w:r>
        <w:rPr>
          <w:b/>
        </w:rPr>
        <w:t xml:space="preserve">[15:13] </w:t>
      </w:r>
      <w:r>
        <w:t>Aur jab dawat meat hoti thi to yeh ek bahut hi achhi cheez hai ke aadmi har waqt jab is tarah ki koi cheez uske saamne aaye to usse woh apna iman ko taaza karein. Ji. Doctor, as we know that you know there is utmost importance given to niyat aur intention in Islam.</w:t>
      </w:r>
    </w:p>
    <w:p>
      <w:pPr>
        <w:jc w:val="right"/>
      </w:pPr>
      <w:r>
        <w:t>और जब दावा meat होती थी तो यह एक बहुत ही अच्छी चीज़ है कि आदमी हर वक्त जब इस तरह की कोई चीज़ उसके सामने आए तो उससे वह अपना ईमान को ताज़ा करें. जी. Doctor, as we know that you know there is utmost importance given to नियत और intention in Islam.</w:t>
      </w:r>
    </w:p>
    <w:p>
      <w:r>
        <w:rPr>
          <w:b/>
        </w:rPr>
        <w:t xml:space="preserve">[15:35] </w:t>
      </w:r>
      <w:r>
        <w:t>In fact, god does not accept an action only on the basis of outward appearance of an action,</w:t>
      </w:r>
    </w:p>
    <w:p>
      <w:pPr>
        <w:jc w:val="right"/>
      </w:pPr>
      <w:r>
        <w:t>In fact, god does not accept an action only on the basis of outward appearance of an action,</w:t>
      </w:r>
    </w:p>
    <w:p>
      <w:r>
        <w:rPr>
          <w:b/>
        </w:rPr>
        <w:t xml:space="preserve">[15:40] </w:t>
      </w:r>
      <w:r>
        <w:t>but only, you know, if the action is well intentioned.</w:t>
      </w:r>
    </w:p>
    <w:p>
      <w:pPr>
        <w:jc w:val="right"/>
      </w:pPr>
      <w:r>
        <w:t>but only, you know, if the action is well intentioned.</w:t>
      </w:r>
    </w:p>
    <w:p>
      <w:r>
        <w:rPr>
          <w:b/>
        </w:rPr>
        <w:t xml:space="preserve">[15:45] </w:t>
      </w:r>
      <w:r>
        <w:t>to DocsApp fast rakhne se pehle bhi har rozedar niyat bandhta hai.</w:t>
      </w:r>
    </w:p>
    <w:p>
      <w:pPr>
        <w:jc w:val="right"/>
      </w:pPr>
      <w:r>
        <w:t>तो DocsApp fast रखने से पहले भी हर रोज़ेदार नियत बांधता है.</w:t>
      </w:r>
    </w:p>
    <w:p>
      <w:r>
        <w:rPr>
          <w:b/>
        </w:rPr>
        <w:t xml:space="preserve">[15:51] </w:t>
      </w:r>
      <w:r>
        <w:t>to kya importance hai niyat ki roze mein?</w:t>
      </w:r>
    </w:p>
    <w:p>
      <w:pPr>
        <w:jc w:val="right"/>
      </w:pPr>
      <w:r>
        <w:t>तो क्या importance है नियत की रोज़े में?</w:t>
      </w:r>
    </w:p>
    <w:p>
      <w:r>
        <w:rPr>
          <w:b/>
        </w:rPr>
        <w:t xml:space="preserve">[15:56] </w:t>
      </w:r>
      <w:r>
        <w:t>isko wahaz karein.</w:t>
      </w:r>
    </w:p>
    <w:p>
      <w:pPr>
        <w:jc w:val="right"/>
      </w:pPr>
      <w:r>
        <w:t>इसको वाहज़े करें.</w:t>
      </w:r>
    </w:p>
    <w:p>
      <w:r>
        <w:rPr>
          <w:b/>
        </w:rPr>
        <w:t xml:space="preserve">[16:01] </w:t>
      </w:r>
      <w:r>
        <w:t>bahut hi zyada importance hai niyat ki.</w:t>
      </w:r>
    </w:p>
    <w:p>
      <w:pPr>
        <w:jc w:val="right"/>
      </w:pPr>
      <w:r>
        <w:t>बहुत ही ज़्यादा importance है नियत की.</w:t>
      </w:r>
    </w:p>
    <w:p>
      <w:r>
        <w:rPr>
          <w:b/>
        </w:rPr>
        <w:t xml:space="preserve">[16:07] </w:t>
      </w:r>
      <w:r>
        <w:t>Iska matlab yeh nahi hai ke aap kahe mou se ke main niyat karta hoon, main niyat karti hoon, kal roza rakhunga ya us roza rakhungi. Ji. Balkeh yeh ek dili kaifiyat ka naam hai. Ek irade ka yaani Maulana ne likha hai ke yeh conscious irada ke aapka ek socha samjha irada hai na ke koi ek ritual hai ki usko follow kare aur koi gehri niyat nahi na ho. To yeh ek inner spirit ki baat hai.</w:t>
      </w:r>
    </w:p>
    <w:p>
      <w:pPr>
        <w:jc w:val="right"/>
      </w:pPr>
      <w:r>
        <w:t>इसका मतलब यह नहीं है कि आप कहे मौसे कि मैं नियत करता हूं, मैं नियत करती हूं, कल रोज़ा रखूंगा या उस रोज़ा रखूंगी. जी. बल्कि यह एक दिल्ली कैफियत का नाम है. एक इरादे का यानी मोला ने लिखा है कि यह conscious इरादा कि आपका एक सोचा समझा इरादा है ना कि कोई एक ritual है की उसको follow करे और कोई गहरी नियत नहीं ना हो. तो यह एक inner spirit की बात है.</w:t>
      </w:r>
    </w:p>
    <w:p>
      <w:r>
        <w:rPr>
          <w:b/>
        </w:rPr>
        <w:t xml:space="preserve">[16:36] </w:t>
      </w:r>
      <w:r>
        <w:t>Wahi jo Maulana kehte the form aur spirit ka fark. To spirit ka matlab hai ke aapke andar gehri niyat hai. Allah taala jo hai woh zahiri form ko nahi dekhta, woh dakhili spirit ko dekhta hai inner spirit aur inner kaifiyat ko. Ji.</w:t>
      </w:r>
    </w:p>
    <w:p>
      <w:pPr>
        <w:jc w:val="right"/>
      </w:pPr>
      <w:r>
        <w:t>वही जो मौलाना कहते थे form और spirit का फ़र्क. तो spirit का मतलब है की आपके अंदर गहरी नियत है. अल्लाह तालाह जो है वो ज़ाहिरी form को नहीं देखता, वो दाखिली spirit को देखता है inner spirit और inner कैफियत को. जी.</w:t>
      </w:r>
    </w:p>
    <w:p>
      <w:r>
        <w:rPr>
          <w:b/>
        </w:rPr>
        <w:t xml:space="preserve">[16:52] </w:t>
      </w:r>
      <w:r>
        <w:t>Yaani jo bhi deeni amal hai woh ek bashoor, ek bashoor kaifiyat se se honi chahiye na ke koi ek aisi jiske andar ek zahiri bas shakal hai aur koi khaas andar uske dil mein niyat nahi hai. To jab aisa hota hai jab aisi niyat ke saath woh roza rakhta hai, gehri niyat hoti hai to uske saare aamal mein fark ho jaata hai.</w:t>
      </w:r>
    </w:p>
    <w:p>
      <w:pPr>
        <w:jc w:val="right"/>
      </w:pPr>
      <w:r>
        <w:t>यानी जो भी दीनी अमल है वो एक बाशोर, एक बाशोर कैफियत से से होनी चाहिए ना कि कोई एक ऐसी जिसके अंदर एक जाहिरी बस शक्ल है और कोई खास अंदर उसके दिल में नियत नहीं है. तो जब ऐसा होता है जब ऐसी नियत के साथ वह रोज़ा रखता है, गहरी नियत होती है तो उसके सारे आमाल में फ़र्क़ हो जाता है.</w:t>
      </w:r>
    </w:p>
    <w:p>
      <w:r>
        <w:rPr>
          <w:b/>
        </w:rPr>
        <w:t xml:space="preserve">[17:20] </w:t>
      </w:r>
      <w:r>
        <w:t>Jab tilawat karta hai to uske gehri niyat ke saath woh tilawat karta hai, jab nawaz padhta hai, jab taravi padhta hai to woh saari cheezein usmein jhalakti hai. To isliye niyat ki bahut hi importance hai aur Maulana ne isko likha hai ke woh phir roza oriented life uski hoti hai. Ji mashallah.</w:t>
      </w:r>
    </w:p>
    <w:p>
      <w:pPr>
        <w:jc w:val="right"/>
      </w:pPr>
      <w:r>
        <w:t>जब तिलावत करता है तो उसके गहरी नियत के साथ वह तिलावत करता है, जब नवाज़ पड़ता है, जब तरावी पड़ता है तो वह सारी चीज़ें उसमें झलकती है. तो इसलिए नियत की बहुत ही importance है और मौलाना ने इसको लिखा है कि वह फिर रोज़ा oriented life उसकी होती है. जी माशाल्ला.</w:t>
      </w:r>
    </w:p>
    <w:p>
      <w:r>
        <w:rPr>
          <w:b/>
        </w:rPr>
        <w:t xml:space="preserve">[17:41] </w:t>
      </w:r>
      <w:r>
        <w:t>Haan matlab yeh hai ke sirf ek form nahi hai koi ek bas bhook aur pyaas ka tagadba balkeh gehri spirit jab hogi to har cheez mein woh jhalakne lagegi. Is is itwaar sinniyat ki bahut hai main bhi hoon. Ji.</w:t>
      </w:r>
    </w:p>
    <w:p>
      <w:pPr>
        <w:jc w:val="right"/>
      </w:pPr>
      <w:r>
        <w:t>हां मतलब यह है कि सिर्फ एक form नहीं है कोई एक बस भूख और प्याज़ का तगड़बा बल्कि गहरी spirit जब होगी तो हर चीज़ में वो झलकने लगेगी. इस इस इतवार सिन्यत की बहुत है मैं भी हूं. जी.</w:t>
      </w:r>
    </w:p>
    <w:p>
      <w:r>
        <w:rPr>
          <w:b/>
        </w:rPr>
        <w:t xml:space="preserve">[17:56] </w:t>
      </w:r>
      <w:r>
        <w:t>Doctor, jaisa ke hum jaante hain ke satan is the biggest enemy of a man aur shaitan ki yeh koshish hamesha rehti hai ke woh insaan ko self destruction ke path par daal de. Magar ek yeh riwayat aati hai yeh hadees hai doctor sahib ke when Ramzan begins then satans are put into chains and the doors of hell are closed.</w:t>
      </w:r>
    </w:p>
    <w:p>
      <w:pPr>
        <w:jc w:val="right"/>
      </w:pPr>
      <w:r>
        <w:t>Doctor, जैसा कि हम जानते हैं कि satan is the biggest enemy of a man और शैतान की यह कोशिश हमेशा रहती है कि वह इंसान को self destruction के path पर डाल दे. मगर एक यह रिवायत आती है यह हदीस है doctor साहब कि when रमज़ान begins then satans are put into chains and the doors of hell are closed.</w:t>
      </w:r>
    </w:p>
    <w:p>
      <w:r>
        <w:rPr>
          <w:b/>
        </w:rPr>
        <w:t xml:space="preserve">[18:22] </w:t>
      </w:r>
      <w:r>
        <w:t>To yeh kya hadees hai aur isko bhi aap waazeh karein? Yeh bahut hi mashhoor hadees hai. Isko log thoda sa samajh nahi paate.</w:t>
      </w:r>
    </w:p>
    <w:p>
      <w:pPr>
        <w:jc w:val="right"/>
      </w:pPr>
      <w:r>
        <w:t>तो यह क्या हदीस है और इसको भी आप वाज़े करें? यह बहुत ही मशहूर हदीस है. इसको लोग थोड़ा सा समझ नहीं पाते.</w:t>
      </w:r>
    </w:p>
    <w:p>
      <w:r>
        <w:rPr>
          <w:b/>
        </w:rPr>
        <w:t xml:space="preserve">[18:35] </w:t>
      </w:r>
      <w:r>
        <w:t>Hadees mein aata hai ke jab Ramzan aata hai to saare shaitan jo hain unko qaid kar diya jaata hai aur jahannum ke darwazon ko band kar diya jaata hai aur jannat ke saare darwaze khol diye jaate hain.</w:t>
      </w:r>
    </w:p>
    <w:p>
      <w:pPr>
        <w:jc w:val="right"/>
      </w:pPr>
      <w:r>
        <w:t>हदीस में आता है कि जब रमज़ान आता है तो सारे श्यातीन जो है उनको कैद कर दिया जाता है और जानन्म के दरवाज़ों को बंद कर दिया जाता है और जन्नत के सारे दरवाज़े खोल दिए जाते हैं.</w:t>
      </w:r>
    </w:p>
    <w:p>
      <w:r>
        <w:rPr>
          <w:b/>
        </w:rPr>
        <w:t xml:space="preserve">[18:52] </w:t>
      </w:r>
      <w:r>
        <w:t>Koi darwaza band nahi rehta aur ek pukarne wala kehta hai ke aye khair ke khair ke talib aage badh aur aye sharr ke talib ruk ja. To yeh jo hadees hai yeh thoda symbolic andaaz hai. Aisa nahi hai ke koi jail hai jismein shaitanon ko le jaakar bhar diya jaata hai aur tala laga diya jaata hai. Balkeh yeh hadees jo hai woh rozedar ke nisbat se kahi ja rahi hai.</w:t>
      </w:r>
    </w:p>
    <w:p>
      <w:pPr>
        <w:jc w:val="right"/>
      </w:pPr>
      <w:r>
        <w:t>कोई दरवाज़ा बंद नहीं रहता और एक पुकारने वाला कहता है कि ऐ खैर को खैर के तालिब आगे बढ़ और ऐ शर्र के तालिब रुक जा. तो यह जो हदीश है यह थोड़ा symbolic अंदाज़ है. ऐसा नहीं है कि कोई jail है जिसमें शैतानों को ले जाकर भर दिया जाता है और ताला लगा दिया जाता है. बल्कि यह हदीश जो है वो रोज़ेदार के निस्बत से कही जा रही है.</w:t>
      </w:r>
    </w:p>
    <w:p>
      <w:r>
        <w:rPr>
          <w:b/>
        </w:rPr>
        <w:t xml:space="preserve">[19:22] </w:t>
      </w:r>
      <w:r>
        <w:t>asal mein hadish ka jo usloob hai woh samajhna chahiye aur baaton ko totality mein samajhna chahiye. ji. aisa nahi koi ek hadish ko lekar woh literal meaning uska pehnaya jaye toh woh baat samajh mein nahi aayegi. toh is hadish mein rozedar ki nishmat se baat kahi ja rahi hai ki woh rozedar jo poori spirit ke saath roza rakhe toh uske upar shaitan ka asar nahi hoga.</w:t>
      </w:r>
    </w:p>
    <w:p>
      <w:pPr>
        <w:jc w:val="right"/>
      </w:pPr>
      <w:r>
        <w:t>असल में हदीश का जो उस लूब है वो समझना चाहिए और बातों को totality में समझना चाहिए. जी. ऐसा नहीं कोई एक हदीश को लेकर वह literal meaning उसका पहनाया जाए तो वह बात समझ में नहीं आएगी. तो इस हदीश में रोज़ेदार की निश्मत से बात कही जा रही है कि वह रोज़ेदार जो पूरी spirit के साथ रोज़ा रखे तो उसके ऊपर शैतान का असर नहीं होगा.</w:t>
      </w:r>
    </w:p>
    <w:p>
      <w:r>
        <w:rPr>
          <w:b/>
        </w:rPr>
        <w:t xml:space="preserve">[19:48] </w:t>
      </w:r>
      <w:r>
        <w:t>yani shaitan ka jo attack hai, shaitan ka jo war hai wo uske upar ineffective ho jayega.</w:t>
      </w:r>
    </w:p>
    <w:p>
      <w:pPr>
        <w:jc w:val="right"/>
      </w:pPr>
      <w:r>
        <w:t>यानी शैतान का जो attack है, शैतान का जो war है वो उसके ऊपर ineffective हो जाएगा.</w:t>
      </w:r>
    </w:p>
    <w:p>
      <w:r>
        <w:rPr>
          <w:b/>
        </w:rPr>
        <w:t xml:space="preserve">[19:58] </w:t>
      </w:r>
      <w:r>
        <w:t>baat kahi gayi hai lekin ek thoda sa us loop alag tarah ka hai isliye log aksar samajhte</w:t>
      </w:r>
    </w:p>
    <w:p>
      <w:pPr>
        <w:jc w:val="right"/>
      </w:pPr>
      <w:r>
        <w:t>बात कही गई है लेकिन एक थोड़ा सा उस लूप अलग तरह का है इसलिए लोग अक्सर समझते</w:t>
      </w:r>
    </w:p>
    <w:p>
      <w:r>
        <w:rPr>
          <w:b/>
        </w:rPr>
        <w:t xml:space="preserve">[20:08] </w:t>
      </w:r>
      <w:r>
        <w:t>hain ki yeh shaitan ko band kar diya jata hai phir bhi ramzan mein log galat kaam bhi karte hain.</w:t>
      </w:r>
    </w:p>
    <w:p>
      <w:pPr>
        <w:jc w:val="right"/>
      </w:pPr>
      <w:r>
        <w:t>हैं कि यह शैतान को बंद कर दिया जाता है फिर भी रमज़ान में लोग गलत काम भी करते हैं.</w:t>
      </w:r>
    </w:p>
    <w:p>
      <w:r>
        <w:rPr>
          <w:b/>
        </w:rPr>
        <w:t xml:space="preserve">[20:18] </w:t>
      </w:r>
      <w:r>
        <w:t>to aisa nahi hai yeh zyada tar hadishein jo hoti hain</w:t>
      </w:r>
    </w:p>
    <w:p>
      <w:pPr>
        <w:jc w:val="right"/>
      </w:pPr>
      <w:r>
        <w:t>तो ऐसा नहीं है यह ज़्यादातर हदिशें जो होती हैं</w:t>
      </w:r>
    </w:p>
    <w:p>
      <w:r>
        <w:rPr>
          <w:b/>
        </w:rPr>
        <w:t xml:space="preserve">[20:29] </w:t>
      </w:r>
      <w:r>
        <w:t>Doctor fasting as we you know are also understanding from the conversation that it makes a person spiritual and a person keeps a fast. He leaves food and water only for the sake of his lord. And ek hadith mein bhi aata hai ki allah taala kehte hain ki fasting is for me and I will give its reward. toh yeh hadith ko bhi aap waazeh karte hain please.</w:t>
      </w:r>
    </w:p>
    <w:p>
      <w:pPr>
        <w:jc w:val="right"/>
      </w:pPr>
      <w:r>
        <w:t>Doctor fasting as we you know are also understanding from the conversation that it makes a person spiritual and a person keeps a fast. He leaves food and water only for the sake of his lord. And एक हदीज़ में भी आता है कि अलाह ताला कहते हैं कि fasting is for me and I will give its reward. तो यह हदीज़ को भी आप वाज़े करते हैं please.</w:t>
      </w:r>
    </w:p>
    <w:p>
      <w:r>
        <w:rPr>
          <w:b/>
        </w:rPr>
        <w:t xml:space="preserve">[20:59] </w:t>
      </w:r>
      <w:r>
        <w:t>yeh hadith bahut hi ahum hai. ismein allah taala ne farmaya hai ki fasting mere liye hai aur main hi iska reward dunga. yaani unlimited reward. hadith ke alfaaz is tarah hote hain ki jo bhi insaan achha kaam karta hai usko das guna se lekar saat sau guna tak badhaya jata hai. lekin allah taala ne farmaya ki roza mere liye hai aur main hi iska reward dunga.</w:t>
      </w:r>
    </w:p>
    <w:p>
      <w:pPr>
        <w:jc w:val="right"/>
      </w:pPr>
      <w:r>
        <w:t>यह हदीस बहुत ही अहम् है. इसमें अल्लाह तालाह ने फरमाया है कि fasting मेरे लिए है और मैं ही इसका reward दूंगा. यानी unlimited reward. हदीस के अल्फाज़ इस तरह होते हैं कि जो भी इंसान अच्छा काम करता है उसको दस गुना से लेकर सात सौ गुना तक बढ़ाया जाता है. लेकिन अल्लाह ताला ने फरमाया कि रोज़ा मेरे लिए है और मैं ही इसका reward दूंगा.</w:t>
      </w:r>
    </w:p>
    <w:p>
      <w:r>
        <w:rPr>
          <w:b/>
        </w:rPr>
        <w:t xml:space="preserve">[21:29] </w:t>
      </w:r>
      <w:r>
        <w:t>toh yeh hadish bhi samajhna zara mushkil hai logon ke liye ki aisa kya hai ramzan ke mahine mein aur roze roze mein ki sirf bhook pyas ka tazurba hota hai aur itna unlimited reward. yeh baat thoda awazen nahi hoti hai ki insaan sirf bhookha pyasa rehta hai aur reward usko unlimited mil raha hai.</w:t>
      </w:r>
    </w:p>
    <w:p>
      <w:pPr>
        <w:jc w:val="right"/>
      </w:pPr>
      <w:r>
        <w:t>तो यह आदीश भी समझना जरा मुश्किल है लोगों के लिए कि ऐसा क्या है रमज़ान के महीने में और रोज़े रोज़े में कि सिर्फ भूख प्यास का तज़र्बा होता है और इतना unlimited reward. यह बात थोड़ा आवाज़ें नहीं होती है कि इंसान सिर्फ भूखा प्यासा रहता है और reward उसको unlimited मिल रहा है.</w:t>
      </w:r>
    </w:p>
    <w:p>
      <w:r>
        <w:rPr>
          <w:b/>
        </w:rPr>
        <w:t xml:space="preserve">[21:55] </w:t>
      </w:r>
      <w:r>
        <w:t>toh isko Maulana ne bahut achhe andaaz mein explain kiya hai ki ramzan ke mahine mein roze ko farz karna is baat ki alamat hai ki woh rozedar, Quran ka muballigh aur Quran ka hamil ban sake. ji.</w:t>
      </w:r>
    </w:p>
    <w:p>
      <w:pPr>
        <w:jc w:val="right"/>
      </w:pPr>
      <w:r>
        <w:t>तो इसको मौलाना ने बहुत अच्छे अंदाज़ में explain किया है कि रमज़ान के महीने में रोज़े को फर्ज करना इस बात की अलामत है कि वो रोज़ेदार, कुरान का मुबल्लिक और कुरान का हामिल वन सके. जी.</w:t>
      </w:r>
    </w:p>
    <w:p>
      <w:r>
        <w:rPr>
          <w:b/>
        </w:rPr>
        <w:t xml:space="preserve">[22:15] </w:t>
      </w:r>
      <w:r>
        <w:t>yaani woh Quran ko gehrai se padhe, gehrai se samjhe, uske upar amal kare, usko apni zindagi ka hissa banaye aur saath hi Quran ke paigham ko saare insano tak pahunchaye. yaani Quran ka daai ban jaye. toh yeh jo dawat ka kaam hai yeh bahut mushkil kaam hai. yeh ek khushk andaaz ka kaam hai.</w:t>
      </w:r>
    </w:p>
    <w:p>
      <w:pPr>
        <w:jc w:val="right"/>
      </w:pPr>
      <w:r>
        <w:t>यानी वो कुरान को गहराई से पढ़े, गहराई से समझे, उसके उप्रमण करे, उसको अपनी ज़िंदगी का हिस्सा बनाए और साथ ही कुरान के पैगाम को सारे इंसानों तक पहुंचाएं. यानी कुरान का दाई वन जाए. तो यह जो दावत का काम है यह बहुत मुश्किल काम है. यह एक खुश्क अंदाज़ का काम है.</w:t>
      </w:r>
    </w:p>
    <w:p>
      <w:r>
        <w:rPr>
          <w:b/>
        </w:rPr>
        <w:t xml:space="preserve">[22:44] </w:t>
      </w:r>
      <w:r>
        <w:t>koi appreciation nahi, koi recognition nahi, balki log negative commentary karte hain ki kaisa kaam aap kar rahe hain.</w:t>
      </w:r>
    </w:p>
    <w:p>
      <w:pPr>
        <w:jc w:val="right"/>
      </w:pPr>
      <w:r>
        <w:t>कोई appreciation नहीं, कोई recognition नहीं, बल्कि लोग negative commentary करते हैं कि कैसा काम आप कर रहे हैं.</w:t>
      </w:r>
    </w:p>
    <w:p>
      <w:r>
        <w:rPr>
          <w:b/>
        </w:rPr>
        <w:t xml:space="preserve">[22:52] </w:t>
      </w:r>
      <w:r>
        <w:t>toh yeh agar, agar ramzan ke mahine mein woh poori achhi speed, sachhi speed ke saath roza rakhe aur uske andar dawat ka mizaj paida ho, dawat ka jazba paida ho aur woh apne apne waqt ko, apne time ko, apne energy ko dawati kaam mein lagaye.</w:t>
      </w:r>
    </w:p>
    <w:p>
      <w:pPr>
        <w:jc w:val="right"/>
      </w:pPr>
      <w:r>
        <w:t>तो यह अगर, अगर रमज़ान के महीने में वह पूरी अच्छी speed, सच्ची speed के साथ रोज़ा रखे और उसके अंदर दावत का मिजाज़ पैदा हो, दावत का जज़्बा पैदा हो और वो अपने अपने वक्त को, अपने time को, अपने energy को दावती काम में लगाए.</w:t>
      </w:r>
    </w:p>
    <w:p>
      <w:r>
        <w:rPr>
          <w:b/>
        </w:rPr>
        <w:t xml:space="preserve">[23:14] </w:t>
      </w:r>
      <w:r>
        <w:t>saare insano tak Quran ko pahunchana apni language mein unki yaani jo bhi unki mother tongue hai usmein Quran ko woh pahunchaye jis had tak bhi woh kar sake tab ye unlimited reward ki baat samajh mein aati hai aur sirf roza rakhna woh bhi spirit less roza toh yeh baat samajh mein nahi aati ki itna bada reward unlimited reward kaise milega?</w:t>
      </w:r>
    </w:p>
    <w:p>
      <w:pPr>
        <w:jc w:val="right"/>
      </w:pPr>
      <w:r>
        <w:t>सारे इंसानों तक कुरान को पहुंचाना अपनी language में उनकी यानी जो भी उनकी mother tongue है उसमें कुरान को वो पहुंचाए जिस हद तक भी वो कर सके तब ये unlimited reward की बात समझ में आती है और सिर्फ रोज़ा रखना वो भी split less रोज़ा तो यह बात समझ में नहीं आती कि इतना बड़ा reward unlimited reward कैसे मिलेगा?</w:t>
      </w:r>
    </w:p>
    <w:p>
      <w:r>
        <w:rPr>
          <w:b/>
        </w:rPr>
        <w:t xml:space="preserve">[23:39] </w:t>
      </w:r>
      <w:r>
        <w:t>toh woh dawat ka jo concept hai usse jab hum isko samajhte hain toh baat clear hoti hai. ji, mashallah. Doctor bagla sawal puchne se pehle ek hadith ka zikr karna chahunga jo sawal ko bhi achhe se waazeh karta hai aur yeh hadith bahut achhi hadith hai ki prophet ne ek martaba bataya that my lord offered me once the entire valley of makkah in the form of gold.</w:t>
      </w:r>
    </w:p>
    <w:p>
      <w:pPr>
        <w:jc w:val="right"/>
      </w:pPr>
      <w:r>
        <w:t>तो वो दावत का जो concept है उससे जब हम इसको समझते हैं तो बात clear होती है. जी, माशाला. Doctor बगला सवाल पूछने से पहले एक हदीज़ का ज़िक्र करना चाहूंगा जो सवाल को भी अच्छे से वाज़े करता है और यह हदीज़ बहुत अच्छी हदीज़ है कि prophet ने एक मरता में बताया that my lord offered me once the entire valley of मक्का in the form of gold.</w:t>
      </w:r>
    </w:p>
    <w:p>
      <w:r>
        <w:rPr>
          <w:b/>
        </w:rPr>
        <w:t xml:space="preserve">[24:09] </w:t>
      </w:r>
      <w:r>
        <w:t>But prophet refused and he said to his lord that I would rather have only one meal and remain hungry for the next. And when I'm hungry, I turn towards you and I remember you. And when I eat, I thank you and I praise you. So it, it shows that how the spirit of ramzan, how the spirit of roza should be in a believer.</w:t>
      </w:r>
    </w:p>
    <w:p>
      <w:pPr>
        <w:jc w:val="right"/>
      </w:pPr>
      <w:r>
        <w:t>But prophet refused and he said to his lord that I would rather have only one meal and remain hungry for the next. And when I'm hungry, I turn towards you and I remember you. And when I eat, I thank you and I praise you. So it, it shows that how the spirit of रमज़ान, how the spirit of रोज़ा should be in a believer.</w:t>
      </w:r>
    </w:p>
    <w:p>
      <w:r>
        <w:rPr>
          <w:b/>
        </w:rPr>
        <w:t xml:space="preserve">[24:35] </w:t>
      </w:r>
      <w:r>
        <w:t>toh sawal yahi hai doctor sahab ki koi rasool ullah ki zindagi se aap hamein batayein ki kaise spirit par emphasize karna chahiye? isse iske iske bagair ki log form par zyada focus karein? yeh aapne jo hadith abhi batayi bahut hi important hai. ji. main bhi is mushallah wajaha karunga thoda.</w:t>
      </w:r>
    </w:p>
    <w:p>
      <w:pPr>
        <w:jc w:val="right"/>
      </w:pPr>
      <w:r>
        <w:t>तो सवाल यही है doctor साहब कि कोई रसोल उल्लाह की ज़िंदगी से आप हमें बताएं कि कैसे spirit पर emphasize करना चाहिए? इससे इसके इसके बगैर की लोग form पर ज़्यादा focus करें? यह आपने जो हदीश अभी बताई बहुत ही important है. जी. मैं भी इस कुलशालाह विवाजा करूंगा थोड़ा.</w:t>
      </w:r>
    </w:p>
    <w:p>
      <w:r>
        <w:rPr>
          <w:b/>
        </w:rPr>
        <w:t xml:space="preserve">[25:00] </w:t>
      </w:r>
      <w:r>
        <w:t>yeh jo aapne pucha form aur spirit wali baat toh ek waqai aata hai hadith ki kitabon mein. Hazrat Anas bin Malik raziallahu anhu iske narrator hain. unhone bataya ki ek baar teen log aaye prophet ke ghar. us waqt prophet ghar par maujood nahi the, kahin gaye hue the.</w:t>
      </w:r>
    </w:p>
    <w:p>
      <w:pPr>
        <w:jc w:val="right"/>
      </w:pPr>
      <w:r>
        <w:t>यह जो आपने पुछा form और spirit वाली बात तो एक वाकई आता है हदीस की किताबों में. आजरत अनासिब ने मालिक रजियालान इसके narrator है. उन्होंने बताया कि एक बार तीन लोग आए prophet के घर. उस वक्त profit घर पर मौजूद नहीं थे, कहीं गए हुए थे.</w:t>
      </w:r>
    </w:p>
    <w:p>
      <w:r>
        <w:rPr>
          <w:b/>
        </w:rPr>
        <w:t xml:space="preserve">[25:28] </w:t>
      </w:r>
      <w:r>
        <w:t>toh unhone ghar ke logon se, family ke logon se pucha ke prophet kaisi ibadat karte hain? woh janana chaah rahe the ki kaisi namaz padhte hain? ji. kaise roza rakhte hain? kaise Quran padhte hain? din mein kya karte hain? raat mein kya karte hain? toh prophet ke family ne bataya unko ki aise aise karte hain. toh unhe kuch kam laga.</w:t>
      </w:r>
    </w:p>
    <w:p>
      <w:pPr>
        <w:jc w:val="right"/>
      </w:pPr>
      <w:r>
        <w:t>तो उन्होंने घर के लोगों से, family के लोगों से पुछा के profit कैसी बादत करते हैं? वो जानना चाह रहे थे कि कैसी नमाज़ पढ़ते हैं? जी. कैसे रोज़ा रखते हैं? कैसे कुरान पढ़ते हैं? दिन में क्या करते हैं? रात में क्या करते हैं? तो profit के family ने बताया उनको कि ऐसे ऐसे करते हैं. तो उन्हें कुछ कम लगा.</w:t>
      </w:r>
    </w:p>
    <w:p>
      <w:r>
        <w:rPr>
          <w:b/>
        </w:rPr>
        <w:t xml:space="preserve">[25:52] </w:t>
      </w:r>
      <w:r>
        <w:t>woh samajhte the ki prophet sari raat namaz padhte honge, saare din roza rakhte honge, har waqt Quran padhte rehte honge. ji. toh unhe bahut kam laga. toh unhone kaha ki prophet toh taqarrub hain. unke allah taala ne saari gunahaye maaf kar diye hain agli bhi pichhi pichhli bhi. toh hamara kya muqabla unse? yaani hamein toh bahut zyada karna hoga.</w:t>
      </w:r>
    </w:p>
    <w:p>
      <w:pPr>
        <w:jc w:val="right"/>
      </w:pPr>
      <w:r>
        <w:t>वो समझते थे कि prophet सारी रात नमाज़ पढ़ते होंगे, सारे दिन रोज़ा रखते होंगे, हर वक्त कुरान पढ़ते रहते होंगे. जी. तो उन्हें बहुत कम लगा. तो उन्होंने कहा कि prophet तो तगम्बर हैं. उनके अल्लाह ताला ने सारी गुनाहें माफ कर दिए हैं अगली भी पीछी पिछली भी. तो हमारा क्या मुकाबला उनसे? यानी हमें तो बहुत ज़्यादा करना होगा.</w:t>
      </w:r>
    </w:p>
    <w:p>
      <w:r>
        <w:rPr>
          <w:b/>
        </w:rPr>
        <w:t xml:space="preserve">[26:19] </w:t>
      </w:r>
      <w:r>
        <w:t>toh us usmein se ek shakhs ne kaha ki main sari raat namaz padhunga. doosre shakhs ne kaha ki main hamesha roza rakhunga. saare saal roza rakhunga. ji. aur teesre shakhs ne kaha ki main kabhi nikah nahi karunga. toh yeh guftagu ho hi rahi thi tab tak prophet Mohammad aa gaye ghar mein wapas aur kaha ki tumne aisi aisi baatein kahi hain maine suna.</w:t>
      </w:r>
    </w:p>
    <w:p>
      <w:pPr>
        <w:jc w:val="right"/>
      </w:pPr>
      <w:r>
        <w:t>तो उस उसमें से एक शख्स ने कहा कि मैं सारी रात नमाज़ पढ़ूंगा. दूसरे शख्स ने कहा कि मैं हमेशा रोज़ा रखूंगा. सारे साल रोज़ा रखूंगा. जी. और तीसरे शख्स ने कहा कि मैं कभी निकाह नहीं करूंगा. तो यह बातचीत हो ही रही थी तब तक prophet मोहम्मद आ गए घर में वापस और कहा कि तुमने ऐसी ऐसी बातें कही हैं मैंने सुना.</w:t>
      </w:r>
    </w:p>
    <w:p>
      <w:r>
        <w:rPr>
          <w:b/>
        </w:rPr>
        <w:t xml:space="preserve">[26:48] </w:t>
      </w:r>
      <w:r>
        <w:t>toh unhone kaha haan. toh prophet ne kaha ki dekho tum sabse zyada main khuda se darta hoon aur tum sabse zyada mere andar khuda ka taqwa hai. main raat ko namaz bhi padhta hoon aur sota bhi hoon. main roza rakhta bhi hoon aur ney bhi rakhta hoon aur main nikah bhi karta hoon. ji.</w:t>
      </w:r>
    </w:p>
    <w:p>
      <w:pPr>
        <w:jc w:val="right"/>
      </w:pPr>
      <w:r>
        <w:t>तो उन्होंने कहा हां. तो prophet ने कहा कि देखो तुम सबसे ज़्यादा मैं खुदा से डरता हूं और तुम सबसे ज़्यादा मेरे अंदर खुदा का तखवाह है. मैं रात को नमाज़ भी पड़ता हूं और सोता भी हूं. मैं रोज़ा रखता भी हूं और नए भी रखता हूं और मैं निकाह भी करता हूं. जी.</w:t>
      </w:r>
    </w:p>
    <w:p>
      <w:r>
        <w:rPr>
          <w:b/>
        </w:rPr>
        <w:t xml:space="preserve">[27:15] </w:t>
      </w:r>
      <w:r>
        <w:t>toh yeh hadith batati hai ki spirit aur, aur rooh ki importance. ji. ki aap quantity ke upar mat jayein. balki aap uske andar rooh paida karein, spirit paida karein. ji. toh log kya kar rahe hain ki quantity ke peeche bhaag rahe hain ki jaldi jaldi jaldi Quran khatam kar dein.</w:t>
      </w:r>
    </w:p>
    <w:p>
      <w:pPr>
        <w:jc w:val="right"/>
      </w:pPr>
      <w:r>
        <w:t>तो यह हदीज़ बताती है कि spirit और, और रूह की importance. जी. कि आप quantity के ऊपर मत जाएं. बल्कि आप उसके अंदर रूह पैदा करें, spirit पैदा करें. जी. तो लोग क्या कर रहे हैं कि quantity के पीछे भाग रहे हैं कि जल्दी जल्दी जल्दी कुरान खत्म कर दें.</w:t>
      </w:r>
    </w:p>
    <w:p>
      <w:r>
        <w:rPr>
          <w:b/>
        </w:rPr>
        <w:t xml:space="preserve">[27:44] </w:t>
      </w:r>
      <w:r>
        <w:t>toh woh meaningless exercise hai. chahe kam ho lekin uske andar spirit bhari bhi ho. toh is waqai se yeh baat thoda wazeh hoti hai. ji, asha Allah. Doctor Maulana Wahiduddin Khan sahab kaha karte the ki the study and contemplation of the Quran are like taking a spiritual bath by making a person an awakened person.</w:t>
      </w:r>
    </w:p>
    <w:p>
      <w:pPr>
        <w:jc w:val="right"/>
      </w:pPr>
      <w:r>
        <w:t>तो वह meaningless exercise है. चाहे कम हो लेकिन उसके अंदर speed भरी भी हो. तो इस वाकई से यह बात थोड़ा बाज़ी होती है. जी, आशा अल्ला. Doctor मलाना वैदुद्दीन खान साहब कहा करते थे कि the study and contemplation of the Quran are like taking a spiritual bath by making a person an awakened person.</w:t>
      </w:r>
    </w:p>
    <w:p>
      <w:r>
        <w:rPr>
          <w:b/>
        </w:rPr>
        <w:t xml:space="preserve">[28:13] </w:t>
      </w:r>
      <w:r>
        <w:t>toh ek sawal yeh bhi aata hai doctor sahab ki how should we read the Quran and benefit from it during ramzan? iske bare mein batayein. Quran ke bare mein Maulana ne hamesha yeh kaha hai ki us par tadabbur karein. Contemplation, reflection, deep thinking.</w:t>
      </w:r>
    </w:p>
    <w:p>
      <w:pPr>
        <w:jc w:val="right"/>
      </w:pPr>
      <w:r>
        <w:t>तो एक सवाल यह भी आता है doctor साहब कि how should we read the Quran and benefit from it during रमज़ान? इसके बारे में बताएं. Quran के बारे में मौलाना ने हमेशा यह कहा है कि उस पर तदब्बूर करें. Contemplation, reflection, deep thinking.</w:t>
      </w:r>
    </w:p>
    <w:p>
      <w:r>
        <w:rPr>
          <w:b/>
        </w:rPr>
        <w:t xml:space="preserve">[28:37] </w:t>
      </w:r>
      <w:r>
        <w:t>asal mein kya hua ki ek hadith hai jisko logon ne bahut hi zyada yaani usko samjha nahi hai. hadith mein aata hai ki Quran ke har har harfe mein sawab hai. har harfe matlab letter. toh prophet ne explain kiya ki log yeh na samjhe ki har word par sawab hai.</w:t>
      </w:r>
    </w:p>
    <w:p>
      <w:pPr>
        <w:jc w:val="right"/>
      </w:pPr>
      <w:r>
        <w:t>असल में क्या हुआ कि एक हदीश है जिसको लोगों ने बहुत ही ज़्यादा यानी उसको समझा नहीं है. हदीश में आता है कि कुरान के हर हर हफ्ते सबाब है. हर हफ्ते मतलब letter. तो prophet ने explain किया कि लोग ये न समझे कि हर word पर सबाब है.</w:t>
      </w:r>
    </w:p>
    <w:p>
      <w:r>
        <w:rPr>
          <w:b/>
        </w:rPr>
        <w:t xml:space="preserve">[29:02] </w:t>
      </w:r>
      <w:r>
        <w:t>kaha ki alif lam meem, alif ek letter hai, lam ek letter hai, meem ek letter hai. yaani har letter par sawab aapne agar alif lam meem kaha toh teen sawab aapko milenge. toh logon ne kya tasawwur bana liya hai ki Quran ko arabic mein recitation kar liya aapne toh har letter par sawab hai.</w:t>
      </w:r>
    </w:p>
    <w:p>
      <w:pPr>
        <w:jc w:val="right"/>
      </w:pPr>
      <w:r>
        <w:t>कहा कि अलीफ लाम मीम, अलीफ एक letter है, लाम एक letter है, मीम एक letter है. यानी हर letter पर सवाब आपने अगर अलीफ लाम मीम कहा तो तीन सवाब आपको मिलेंगे. तो लोगों ने क्या तसबूर बना लिया है कि कुरान को arabic में recitation कर लिया आपने तो हर letter पर सवाब है.</w:t>
      </w:r>
    </w:p>
    <w:p>
      <w:r>
        <w:rPr>
          <w:b/>
        </w:rPr>
        <w:t xml:space="preserve">[29:25] </w:t>
      </w:r>
      <w:r>
        <w:t>to log zyada se zyada quran padhna chahte hai to usse baat samajh mein nahi aayegi.</w:t>
      </w:r>
    </w:p>
    <w:p>
      <w:pPr>
        <w:jc w:val="right"/>
      </w:pPr>
      <w:r>
        <w:t>तो लोग ज़्यादा से ज़्यादा कुरान पढ़ना चाहते है तो उससे बात समझ में नहीं आएगी.</w:t>
      </w:r>
    </w:p>
    <w:p>
      <w:r>
        <w:rPr>
          <w:b/>
        </w:rPr>
        <w:t xml:space="preserve">[29:33] </w:t>
      </w:r>
      <w:r>
        <w:t>baat jab samajh mein aayegi jab aap totality par nigaho aapki, aap quran ke upar nigaho, aapki seerat</w:t>
      </w:r>
    </w:p>
    <w:p>
      <w:pPr>
        <w:jc w:val="right"/>
      </w:pPr>
      <w:r>
        <w:t>बात जब समझ में आएगी जब आप totality पर निगाहो आपकी, आप कुरान के ऊपर निगाहो, आपकी सीरत</w:t>
      </w:r>
    </w:p>
    <w:p>
      <w:r>
        <w:rPr>
          <w:b/>
        </w:rPr>
        <w:t xml:space="preserve">[29:41] </w:t>
      </w:r>
      <w:r>
        <w:t>ke upar aap aap dekh rahe ho seerat aur sahaba ke wakai adat aur ye sab cheezein jab</w:t>
      </w:r>
    </w:p>
    <w:p>
      <w:pPr>
        <w:jc w:val="right"/>
      </w:pPr>
      <w:r>
        <w:t>के ऊपर आप आप देख रहे हो सीरत और साहबा के वाकई आदत और ये सब चीज़ें जब</w:t>
      </w:r>
    </w:p>
    <w:p>
      <w:r>
        <w:rPr>
          <w:b/>
        </w:rPr>
        <w:t xml:space="preserve">[29:50] </w:t>
      </w:r>
      <w:r>
        <w:t>aap poori totality mein sochenge tab pata chalega ki iska matlab ye nahi hai ki ek ek letter</w:t>
      </w:r>
    </w:p>
    <w:p>
      <w:pPr>
        <w:jc w:val="right"/>
      </w:pPr>
      <w:r>
        <w:t>आप पूरी totality में सोचेंगे तब पता चलेगा कि इसका मतलब ये नहीं है कि एक एक letter</w:t>
      </w:r>
    </w:p>
    <w:p>
      <w:r>
        <w:rPr>
          <w:b/>
        </w:rPr>
        <w:t xml:space="preserve">[29:58] </w:t>
      </w:r>
      <w:r>
        <w:t>ke upar sawab hai.</w:t>
      </w:r>
    </w:p>
    <w:p>
      <w:pPr>
        <w:jc w:val="right"/>
      </w:pPr>
      <w:r>
        <w:t>के ऊपर सवाब है.</w:t>
      </w:r>
    </w:p>
    <w:p>
      <w:r>
        <w:rPr>
          <w:b/>
        </w:rPr>
        <w:t xml:space="preserve">[30:07] </w:t>
      </w:r>
      <w:r>
        <w:t>toh sawab us par hai jo Quran ko padhe aur us par gaur kare aur usko samjhe aur uske paigham ko internalize kare aur uske paigham ko uske message ko jo usne liya hai Quran se woh apni zindagi ka hissa banaye aur phir isi paigham ko logon tak pahunchaye.</w:t>
      </w:r>
    </w:p>
    <w:p>
      <w:pPr>
        <w:jc w:val="right"/>
      </w:pPr>
      <w:r>
        <w:t>तो सवाब उस पर है जो कुरान को पढ़े और उस पर गौर करे और उसको समझे और उसके पैगाम को internalize करे और उसके पैगाम को उसके message को जो उसने लिया है कुरान से वो अपनी ज़िंदगी का हिस्सा बनाए और फिर इसी पैगाम को लोगों तक पहुंचाए.</w:t>
      </w:r>
    </w:p>
    <w:p>
      <w:r>
        <w:rPr>
          <w:b/>
        </w:rPr>
        <w:t xml:space="preserve">[30:29] </w:t>
      </w:r>
      <w:r>
        <w:t>jab ye sab cheezen hongi na ki sirf recitation wo bhi arabic chuki ek language hai foreign language hai hamare liye jo bahut kam log samajhte hain. to molane ne hamesha kaha hai ki aap apni mother tongue mein quran ko padhiye. ji. taaki aap samajh sake usko aur samajh ke phir aap gehrai se sochiye uske upar.</w:t>
      </w:r>
    </w:p>
    <w:p>
      <w:pPr>
        <w:jc w:val="right"/>
      </w:pPr>
      <w:r>
        <w:t>जब ये सब चीज़ें होंगी ना कि सिर्फ recitation वो भी arabic चूंकि एक language है foreign language है हमारे लिए जो बहुत कम लोग समझते हैं. तो मोलाने ने हमेशा कहा है कि आप अपनी mother tongue में कुरान को पढ़िए. जी. ताकि आप समझ सके उसको और समझ के फिर आप गहराई से सोचिए उसके ऊपर.</w:t>
      </w:r>
    </w:p>
    <w:p>
      <w:r>
        <w:rPr>
          <w:b/>
        </w:rPr>
        <w:t xml:space="preserve">[30:53] </w:t>
      </w:r>
      <w:r>
        <w:t>to yeh tareeqa hai quran ke padhne ka ki aap quran ko apni mother tongue mein padhen, uske upar gehrai se sochen. agar koi tafsir aap padhna chahe to bahut achhi baat hai. main recommend karunga tazkirul quran jo maulana waizuddin khan sahab ki tafsir hai aur english mein bhi hai kai languages mein hai. Cpsglobal.org se aap download kar sakte hain.</w:t>
      </w:r>
    </w:p>
    <w:p>
      <w:pPr>
        <w:jc w:val="right"/>
      </w:pPr>
      <w:r>
        <w:t>तो यह तरीका है कुरान के पढ़ने का कि आप कुरान को अपनी mother tongue में पढ़ें, उसके ऊपर गहराई से सोचें. अगर कोई तफ्सीर आप पढ़ना चाहे तो बहुत अच्छी बात है. मैं recommend करूंगा तज़गीरुल कुरान जो मौलाना वैजुद्दीन खान साहब की तफसीर है और english में भी है कई languages में है. Cpsglobal.org से आप download कर सकते हैं.</w:t>
      </w:r>
    </w:p>
    <w:p>
      <w:r>
        <w:rPr>
          <w:b/>
        </w:rPr>
        <w:t xml:space="preserve">[31:15] </w:t>
      </w:r>
      <w:r>
        <w:t>to aap quran ko apni language mein padhe aur, aur gehrai se soche aur zyada padhna zaroori nahi hai balki koi hissa aap padhe uspe gaur kare, usko underline kare, usko highlight kare aur ek diary banaiye, uspe likhiye ki koi hadith aapko, koi ayat aapko pasand aai hai, koi ayat ko aap dua mein daliye, koi dua aapko pasand aai hai, wo likhiye, phir aap usko bar bar dekhte rahiye.</w:t>
      </w:r>
    </w:p>
    <w:p>
      <w:pPr>
        <w:jc w:val="right"/>
      </w:pPr>
      <w:r>
        <w:t>तो आप कुरान को अपनी language में पढ़े और, और गहराई से सोचे और ज़्यादा पढ़ना ज़रूरी नहीं है बल्कि कोई हिस्सा आप पढ़े उसपे गौर करे, उसको underline करे, उसको highlight करे और एक diary बनाइए, उसपे लिखिए की कोई हदीश आपको, कोई आयत आपको पसंद आई है, कोई आयत को आप दुआं में डालिए, कोई दुआं आपको पसंद आई है, वो लिखिए, फिर आप उसको बार बार देखते रहिए.</w:t>
      </w:r>
    </w:p>
    <w:p>
      <w:r>
        <w:rPr>
          <w:b/>
        </w:rPr>
        <w:t xml:space="preserve">[31:44] </w:t>
      </w:r>
      <w:r>
        <w:t>to yahi tareeqa hai jisko tadabbur quran mein kaha gaya hai. ji, jaza kallah doc sahab bahut achhe se wazeh kiya aapne yeh sawal. doc sahab sabr ki islam mein bahut zyada ahmiyat hai jaise ki hum jante hain aur rasul ullah ki zindagi se bhi humne dekha. ek martaba unhone yeh bhi kaha rasul ullah ne ki ramzan ka mahina sabr ka mahina hai aur sabr ka badla jannat hai.</w:t>
      </w:r>
    </w:p>
    <w:p>
      <w:pPr>
        <w:jc w:val="right"/>
      </w:pPr>
      <w:r>
        <w:t>तो यही तरीका है जिसको तदुब्बुर कुरान में कहा गया है. जी, झज़ा कल्लाह डॉक साहब बहुत अच्छे से वाज़े किया आपने यह सवाल. डॉक साहब सब्र की इस्लाम में बहुत ज़्यादा अहमियत है जैसे कि हम जानते हैं और रसुल उल्लाह की ज़िंदगी से भी हमने देखा. एक मरतबा उन्होंने यह भी कहा रसुल उल्लाह ने कि रमज़ान का महीना सब्र का महीना है और सब्र का बदला जन्नत है.</w:t>
      </w:r>
    </w:p>
    <w:p>
      <w:r>
        <w:rPr>
          <w:b/>
        </w:rPr>
        <w:t xml:space="preserve">[32:11] </w:t>
      </w:r>
      <w:r>
        <w:t>to yeh jo ramzan ke mahine ko sabr ka mahina kaha gaya hai, iske bare mein bhi aap hamein bataye. haan, yeh jo aapne hadith abhi batai ki ramzan ka mahina sabr ka mahina hai aur sabr ka badla jannat hai. ji. yeh bahut ahim hadith hai. chuki roza sabr ki training hai. chuki sabr ki bahut ahmiyat hai. patience ki bahut ahmiyat hai.</w:t>
      </w:r>
    </w:p>
    <w:p>
      <w:pPr>
        <w:jc w:val="right"/>
      </w:pPr>
      <w:r>
        <w:t>तो यह जो रमज़ान के महीने को सब्र का महीना कहा गया है, इसके बारे में भी आप हमें बताएं. हां, यह जो आपने हदीश अभी बताई कि रमज़ान का महीना सब्र का महीना है और सब्र का बदला जन्नत है. जी. यह बहुत अहम् हदीश है. चूंकि रोज़ा सब्र की training है. चूंकि सब्र की बहुत अहमियत है. Patience की बहुत अहमियत है.</w:t>
      </w:r>
    </w:p>
    <w:p>
      <w:r>
        <w:rPr>
          <w:b/>
        </w:rPr>
        <w:t xml:space="preserve">[32:40] </w:t>
      </w:r>
      <w:r>
        <w:t>koi bhi aap kaam chahe religious ho ya doosra kaam ho sabr ke bagair aap kar nahi sakte. malana ne ismein likha hai ki shaitan ke behkawe par sabr. ji.</w:t>
      </w:r>
    </w:p>
    <w:p>
      <w:pPr>
        <w:jc w:val="right"/>
      </w:pPr>
      <w:r>
        <w:t>कोई भी आप काम चाहे religious हो या दूसरा काम हो सब्र के बगैर आप कर नहीं सकते. मालाना ने इसमें लिखा है कि शैतान के बहकावे पर सब्र. जी.</w:t>
      </w:r>
    </w:p>
    <w:p>
      <w:r>
        <w:rPr>
          <w:b/>
        </w:rPr>
        <w:t xml:space="preserve">[32:54] </w:t>
      </w:r>
      <w:r>
        <w:t>aur nafs ki khwahishat ke muqable mein sabr logon ki takleef aur ezaon ke muqable mein sabr, jaano maal ke nuksan ke muqable mein sabr, khwahish ki pairvi karne ke muqable mein sabr, mehroomi aur musibaton ke muqable mein sabar. ji. to khas taur se dawat illallah ka jo kaam hai usmein sabar ki bahut ahmiyat hai. ji.</w:t>
      </w:r>
    </w:p>
    <w:p>
      <w:pPr>
        <w:jc w:val="right"/>
      </w:pPr>
      <w:r>
        <w:t>और नफ्स की ख्वाहिशात के मुकाबले में सब्र लोगों की तकलीफ और ईज़ाओं के मुकाबले में सब्र, जानो माल के नुकसान के मुकाबले में सब्र, ख्वाहिश की पैरवी करने के मुकाबले में सब्र, महरूमी और मुसीबतों के मुकाबले में सबर. जी. तो खासतौर से दावत इलल्लाह का जो काम है उसमें सबर की बहुत अहमियत है. जी.</w:t>
      </w:r>
    </w:p>
    <w:p>
      <w:r>
        <w:rPr>
          <w:b/>
        </w:rPr>
        <w:t xml:space="preserve">[33:20] </w:t>
      </w:r>
      <w:r>
        <w:t>kyunki jo madhu hai jisko aap quran ka pyagam pahuncha rahe hain, ho sakta hai ki wo kuch aisi baat kare ki aapko achhi na lage. to isliye sabr ki bahut ahmiyat hai aur chuki hamara jo mission hai wo dawat hai aur dawat ke liye main samajhta hoon sabr ki bepanah zaroorat hai isliye sabr ki jo training ramzan mein hoti hai iski bahut aniyat hai.</w:t>
      </w:r>
    </w:p>
    <w:p>
      <w:pPr>
        <w:jc w:val="right"/>
      </w:pPr>
      <w:r>
        <w:t>क्योंकि जो मधु है जिसको आप कुरान का प्यागाम पहुंचा रहे हैं, हो सकता है कि वो कुछ ऐसी बात करे कि आपको अच्छी ना लगे. तो इसलिए सब्र की बहुत अहमियत है और चूंकि हमारा जो mission है वो दावत है और दावत के लिए मैं समझता हूँ सब्र की बेपनाह ज़रूरत है इसलिए सब्र की जो training रमज़ान में होती है इसकी बहुत अनियत है.</w:t>
      </w:r>
    </w:p>
    <w:p>
      <w:r>
        <w:rPr>
          <w:b/>
        </w:rPr>
        <w:t xml:space="preserve">[33:49] </w:t>
      </w:r>
      <w:r>
        <w:t>ji, masha allah.</w:t>
      </w:r>
    </w:p>
    <w:p>
      <w:pPr>
        <w:jc w:val="right"/>
      </w:pPr>
      <w:r>
        <w:t>जी, माशा अल्लाह.</w:t>
      </w:r>
    </w:p>
    <w:p>
      <w:r>
        <w:rPr>
          <w:b/>
        </w:rPr>
        <w:t xml:space="preserve">[33:55] </w:t>
      </w:r>
      <w:r>
        <w:t>Doctor sahib jaisa ki hum batchit bhi kar rahe hain ki ramzan ke dauran we don't take food</w:t>
      </w:r>
    </w:p>
    <w:p>
      <w:pPr>
        <w:jc w:val="right"/>
      </w:pPr>
      <w:r>
        <w:t>Doctor साहब जैसा कि हम बातचीत भी कर रहे हैं कि रमज़ान के दौरान we don't take food</w:t>
      </w:r>
    </w:p>
    <w:p>
      <w:r>
        <w:rPr>
          <w:b/>
        </w:rPr>
        <w:t xml:space="preserve">[34:01] </w:t>
      </w:r>
      <w:r>
        <w:t>and water and jaise aapne bataya ki we have to save ourselves from giving any negative responses jaise</w:t>
      </w:r>
    </w:p>
    <w:p>
      <w:pPr>
        <w:jc w:val="right"/>
      </w:pPr>
      <w:r>
        <w:t>and water and जैसे आपने बताया कि we have to save ourselves from giving any negative responses जैसे</w:t>
      </w:r>
    </w:p>
    <w:p>
      <w:r>
        <w:rPr>
          <w:b/>
        </w:rPr>
        <w:t xml:space="preserve">[34:07] </w:t>
      </w:r>
      <w:r>
        <w:t>gussa na karna, giwat ya koi reaction, kuch bhi apne dil mein koi malice rakhna, is sabse apne</w:t>
      </w:r>
    </w:p>
    <w:p>
      <w:pPr>
        <w:jc w:val="right"/>
      </w:pPr>
      <w:r>
        <w:t>गुस्सा ना करना, गीवात या कोई reaction, कुछ भी अपने दिल में कोई malice रखना, इस सबसे अपने</w:t>
      </w:r>
    </w:p>
    <w:p>
      <w:r>
        <w:rPr>
          <w:b/>
        </w:rPr>
        <w:t xml:space="preserve">[34:13] </w:t>
      </w:r>
      <w:r>
        <w:t>aap ko bachana hai and to save ourselves from distraction so that we can introspect and find out</w:t>
      </w:r>
    </w:p>
    <w:p>
      <w:pPr>
        <w:jc w:val="right"/>
      </w:pPr>
      <w:r>
        <w:t>आप को बचाना है and to save ourselves from distraction so that we can introspect and find out</w:t>
      </w:r>
    </w:p>
    <w:p>
      <w:r>
        <w:rPr>
          <w:b/>
        </w:rPr>
        <w:t xml:space="preserve">[34:19] </w:t>
      </w:r>
      <w:r>
        <w:t>whether we are really following the principles as laid out in the Quran.</w:t>
      </w:r>
    </w:p>
    <w:p>
      <w:pPr>
        <w:jc w:val="right"/>
      </w:pPr>
      <w:r>
        <w:t>whether we are really following the principles as laid out in the Quran.</w:t>
      </w:r>
    </w:p>
    <w:p>
      <w:r>
        <w:rPr>
          <w:b/>
        </w:rPr>
        <w:t xml:space="preserve">[34:26] </w:t>
      </w:r>
      <w:r>
        <w:t>to dob sahab sawal yeh aata hai ki what is the role of introspection in ramzan? iske bare mein bataye.</w:t>
      </w:r>
    </w:p>
    <w:p>
      <w:pPr>
        <w:jc w:val="right"/>
      </w:pPr>
      <w:r>
        <w:t>तो डोब साहब सवाल यह आता है कि what is the role of introspection in रमज़ान? इसके बारे में बताएं.</w:t>
      </w:r>
    </w:p>
    <w:p>
      <w:r>
        <w:rPr>
          <w:b/>
        </w:rPr>
        <w:t xml:space="preserve">[34:36] </w:t>
      </w:r>
      <w:r>
        <w:t>introspection ya muhasiba bahut hi ahim tareen cheezon mein se ek hai chuki ramzan ke mahine mein roza rakhta hai, insan, quran padhta hai, tarabi padhta hai aur cheezon se distract nahi hota bahut sari cheezon se to uske andar mahaseba ka mohaseba ka jazba aata hai. apne apne bare mein sochta hai.</w:t>
      </w:r>
    </w:p>
    <w:p>
      <w:pPr>
        <w:jc w:val="right"/>
      </w:pPr>
      <w:r>
        <w:t>Introspection या मुहासिबा बहुत ही अहम् तरीन चीज़ों में से एक है चूंकि रमज़ान के महीने में रोज़ा रखता है, इंसान, कुरान पढ़ता है, तराबी पढ़ता है और चीज़ों से distract नहीं होता बहुत सारी चीज़ों से तो उसके अंदर महासेबा का मोहासेबा का जज़्बा आता है. अपने अपने बारे में सोचता है.</w:t>
      </w:r>
    </w:p>
    <w:p>
      <w:r>
        <w:rPr>
          <w:b/>
        </w:rPr>
        <w:t xml:space="preserve">[35:06] </w:t>
      </w:r>
      <w:r>
        <w:t>yeh sochta hai ki ek din aane wala hai jab woh marega aur khuda ki adalat mein pahunchega aur wahan uska hisab kitab hoga. to jab is tarah ki feeling uske andar aati hai, gehra ehsas aata hai to woh phir apna muhaseba karne lagta hai. apna accountant khud ban jata hai. jisko molana kehte the self hammering. ji, to apni khud self hammering karne lagta hai.</w:t>
      </w:r>
    </w:p>
    <w:p>
      <w:pPr>
        <w:jc w:val="right"/>
      </w:pPr>
      <w:r>
        <w:t>यह सोचता है कि एक दिन आने वाला है जब वह मरेगा और खुदा की अदालत में पहुंचेगा और वहां उसका हिसाब किताब होगा. तो जब इस तरह की feeling उसके अंदर आती है, गहरा एहसास आता है तो वह फिर अपना महासेबा करने लगता है. अपना accountant खुद वन जाता है. जिसको मोलाना कहते थे self hammering. जी, तो अपनी खुद self hammering करने लगता है.</w:t>
      </w:r>
    </w:p>
    <w:p>
      <w:r>
        <w:rPr>
          <w:b/>
        </w:rPr>
        <w:t xml:space="preserve">[35:35] </w:t>
      </w:r>
      <w:r>
        <w:t>to isse uske andar ek naya jazba aata hai ki wo apni islah kare, apni cheezon ko theek kare aur gonahon ki maafi ke liye allah taala se dua karta hai aur apni ravishr ko theek karta hai, apne raste ko theek karta hai to ramzan ka mahina bahut hi achha waqt hai mohasiba ka aur introspection ka. ji.</w:t>
      </w:r>
    </w:p>
    <w:p>
      <w:pPr>
        <w:jc w:val="right"/>
      </w:pPr>
      <w:r>
        <w:t>तो इससे उसके अंदर एक नया जज़्बा आता है कि वो अपनी इस्लाह करे, अपनी चीज़ों को ठीक करे और गोनाहों की माफी के लिए अल्लाह ताला से दुआ करता है और अपनी रविश्र को ठीक करता है, अपने रास्ते को ठीक करता है तो रमज़ान का महीना बहुत ही अच्छा वक्त है मोहासिबा का और introspection का. जी.</w:t>
      </w:r>
    </w:p>
    <w:p>
      <w:r>
        <w:rPr>
          <w:b/>
        </w:rPr>
        <w:t xml:space="preserve">[36:03] </w:t>
      </w:r>
      <w:r>
        <w:t>doctor sahab, after a day long fast, a believer at the end of the day makes the dua and during iftar time he opens his fast. to iftar ki dua ke bare mein bhi kuch hamein bataye. iftar ke waqt hazar mohammad dua kiya karte the.</w:t>
      </w:r>
    </w:p>
    <w:p>
      <w:pPr>
        <w:jc w:val="right"/>
      </w:pPr>
      <w:r>
        <w:t>Doctor साहब, after a day long fast, a believer at the end of the day makes the दुआ and during इफ्तार time he opens his fast. तो इफ्तार की दुआ के बारे में भी कुछ हमें बताएं. इफ्तार के वक्त हज़र मोहम्मद दुआ किया करते थे.</w:t>
      </w:r>
    </w:p>
    <w:p>
      <w:r>
        <w:rPr>
          <w:b/>
        </w:rPr>
        <w:t xml:space="preserve">[36:30] </w:t>
      </w:r>
      <w:r>
        <w:t>koi aisa nahi hai koi ek particular dua jo har baar karte the balki wo dilli ehsasat ki ka ek lafzon mein dhalna hota tha. jaise prophet ne ek baar iftar kiya to dua ki jah bazmo wa tallatil oroq wa thabtal ajr in shadlah ki pyas bujh gayi aur ragen tar ho gayi aur allah ne chaha to reward yaki hi ho gaya.</w:t>
      </w:r>
    </w:p>
    <w:p>
      <w:pPr>
        <w:jc w:val="right"/>
      </w:pPr>
      <w:r>
        <w:t>कोई ऐसा नहीं है कोई एक particular दुआए जो हर बार करते थे बल्कि वो दिल्ली एहसासात की का एक एक लफ्ज़ों में ढलना होता था. जैसे prophet ने एक बार इफ्तार किया तो दुआ की जाह बज़्मो व तल्लाटिल ओरोख व थबतल अज्र इन शादलाह की प्यास बुझ गई और रगें तर हो गई और अल्लाह ने चाहा तो reward यकीन ही हो गया.</w:t>
      </w:r>
    </w:p>
    <w:p>
      <w:r>
        <w:rPr>
          <w:b/>
        </w:rPr>
        <w:t xml:space="preserve">[36:57] </w:t>
      </w:r>
      <w:r>
        <w:t>to is tarah ke ehsas aapke iftar ke waqt paida hote hain aur chuki aam taur se insan usko mahsus hi nahi hota hai ki pani aur khana kitni badi nemat hai.</w:t>
      </w:r>
    </w:p>
    <w:p>
      <w:pPr>
        <w:jc w:val="right"/>
      </w:pPr>
      <w:r>
        <w:t>तो इस तरह के ऐसा साथ आपके इफ्तार के वक्त पैदा होते हैं और चूंकि आमतौर से इंसान उसको महसूस ही नहीं होता है कि पानी और खाना कितनी बड़ी नेमत है.</w:t>
      </w:r>
    </w:p>
    <w:p>
      <w:r>
        <w:rPr>
          <w:b/>
        </w:rPr>
        <w:t xml:space="preserve">[37:17] </w:t>
      </w:r>
      <w:r>
        <w:t>to jab ramzan ke mahine mein iftar ke waqt wo pani pita hai aur khana khata hai tab usko lagta hai ki agar pani na hota aur khana na hota to hamare liye kitna bada masla hota. to phir usko sari jo aur nematein wo yaad aati hai to gehra khuda ka shukr aur gehra hamd uske sine se nikalti hai.</w:t>
      </w:r>
    </w:p>
    <w:p>
      <w:pPr>
        <w:jc w:val="right"/>
      </w:pPr>
      <w:r>
        <w:t>तो जब रमज़ान के महीने में इख्तार के वक्त वो पानी पीता है और खाना खाता है तब उसको लगता है कि अगर पानी ना होता और खाना ना होता तो हमारे लिए कितना बड़ा मसला होता. तो फिर उसको सारी जो और नेमतें वो याद आती है तो गहरा खुदा का शुक्र और गहरी हम्द उसके सीने से निकलती है.</w:t>
      </w:r>
    </w:p>
    <w:p>
      <w:r>
        <w:rPr>
          <w:b/>
        </w:rPr>
        <w:t xml:space="preserve">[37:43] </w:t>
      </w:r>
      <w:r>
        <w:t>to ramzan mein iftar ka jo waqt hai wo bahut hi achha waqt hai dua karne ka aur</w:t>
      </w:r>
    </w:p>
    <w:p>
      <w:pPr>
        <w:jc w:val="right"/>
      </w:pPr>
      <w:r>
        <w:t>तो रमज़ान में इफ्तार का जो वक्त है वो बहुत ही अच्छा वक्त है दुआ करने का और</w:t>
      </w:r>
    </w:p>
    <w:p>
      <w:r>
        <w:rPr>
          <w:b/>
        </w:rPr>
        <w:t xml:space="preserve">[37:50] </w:t>
      </w:r>
      <w:r>
        <w:t>khuda ko yaad karne ka aur tarike se iftar ek ibadat hai aur lekin saadgi se hona chahiye</w:t>
      </w:r>
    </w:p>
    <w:p>
      <w:pPr>
        <w:jc w:val="right"/>
      </w:pPr>
      <w:r>
        <w:t>खुदा को याद करने का और तरीके से इफ्तार एक इबादत है और लेकिन सादगी से होना चाहिए</w:t>
      </w:r>
    </w:p>
    <w:p>
      <w:r>
        <w:rPr>
          <w:b/>
        </w:rPr>
        <w:t xml:space="preserve">[37:58] </w:t>
      </w:r>
      <w:r>
        <w:t>tabhi wo uska wo agar usko bahut hi lavish aur tarah tarah ke khane honge to phir wo</w:t>
      </w:r>
    </w:p>
    <w:p>
      <w:pPr>
        <w:jc w:val="right"/>
      </w:pPr>
      <w:r>
        <w:t>तभी वो उसका वो अगर उसको बहुत ही लेबिश और तरह तरह के खाने होंगे तो फिर वो</w:t>
      </w:r>
    </w:p>
    <w:p>
      <w:r>
        <w:rPr>
          <w:b/>
        </w:rPr>
        <w:t xml:space="preserve">[38:06] </w:t>
      </w:r>
      <w:r>
        <w:t>jo iktaar ek ibaadat hai wo wo khatm ho jayegi aadmi usi mein ghoom ho jayega.</w:t>
      </w:r>
    </w:p>
    <w:p>
      <w:pPr>
        <w:jc w:val="right"/>
      </w:pPr>
      <w:r>
        <w:t>जो इकतार एक इबादत है वो वो खत्म हो जाएगी आदमी उसी में घूम हो जाएगा.</w:t>
      </w:r>
    </w:p>
    <w:p>
      <w:r>
        <w:rPr>
          <w:b/>
        </w:rPr>
        <w:t xml:space="preserve">[38:14] </w:t>
      </w:r>
      <w:r>
        <w:t>ji, doctor sahab ek cheez aur bhi hai ki ramzan ka jo mahina jab aata hai to mard ho ya aurat, ameer ho ya gareeb, har koi roza rakhta hai aur roze ki jo difficulty hai usko wah personally experience karta hai aur prophet mohammad ne yeh bhi kaha ki ramzan is also the month of compassion.</w:t>
      </w:r>
    </w:p>
    <w:p>
      <w:pPr>
        <w:jc w:val="right"/>
      </w:pPr>
      <w:r>
        <w:t>जी, doctor साहब एक चीज़ और भी है कि रमज़ान का जो महीना जब आता है तो मर्द हो या औरत, अमीर हो या गरीब, हर कोई रोज़ा रखता है और रोज़े की जो difficulty है उसको वह personally experience करता है और prophet मोहम्मद ने यह भी कहा कि रमज़ान is also the month of compassion.</w:t>
      </w:r>
    </w:p>
    <w:p>
      <w:r>
        <w:rPr>
          <w:b/>
        </w:rPr>
        <w:t xml:space="preserve">[38:36] </w:t>
      </w:r>
      <w:r>
        <w:t>to ek aisa atmosphere create ho jata hai jismein generosity, compassion, well-being, well wishingness for others, that gets created. so can we also say that, that ramzan, during ramzan a fasting person becomes more sympathetic towards poor and needy people in the society?</w:t>
      </w:r>
    </w:p>
    <w:p>
      <w:pPr>
        <w:jc w:val="right"/>
      </w:pPr>
      <w:r>
        <w:t>तो एक ऐसा atmosphere create हो जाता है जिसमें generosity, compassion, well-being, well wishingness for others, that gets created. So can we also say that, that रमज़ान, during रमज़ान a fasting person becomes more sympathetic towards poor and needy people in the society?</w:t>
      </w:r>
    </w:p>
    <w:p>
      <w:r>
        <w:rPr>
          <w:b/>
        </w:rPr>
        <w:t xml:space="preserve">[39:00] </w:t>
      </w:r>
      <w:r>
        <w:t>bilkul, chuki hadith mein aata hai hua shahr ul muassat ramzan ke mahine ko hamdardi ka mahina kaha gaya hai. ji. aur quran mein iske liye marhama aaya hai. uske liye matlab hamdardi hota hai. to waise to muassat ya insani hamdardi ek momin ke liye har har mahine mein aur sare saal sari zindagi mein ek matlab hai, ek cheez matlab hai.</w:t>
      </w:r>
    </w:p>
    <w:p>
      <w:pPr>
        <w:jc w:val="right"/>
      </w:pPr>
      <w:r>
        <w:t>बिल्कुल, चूंकि हदिश में आता है हुआ शहर उल मुआसात रमज़ान के महीने को हमदर्दी का महीना कहा गया है. जी. और कुरान में इसके लिए मरहमा आया है. उसके लिए मतलब हमदर्दी होता है. तो वैसे तो मुआसात या इंसानी हमदर्दी एक मोमिन के लिए हर हर महीने में और सारे साल सारी ज़िंदगी में एक मतलब है, एक चीज़ मतलब है.</w:t>
      </w:r>
    </w:p>
    <w:p>
      <w:r>
        <w:rPr>
          <w:b/>
        </w:rPr>
        <w:t xml:space="preserve">[39:29] </w:t>
      </w:r>
      <w:r>
        <w:t>lekin ramzan mein chuki wah mahsus karta hai ki jo shakhs bhukha hai jiske paas khane ko nahi hai, jo pyasa hai, jo bhukha hai, jo gareeb log hain, jo takleef mein hain, unki takleef ko mahsus karta hai to uske andar yeh jazba aur zyada badh jata hai yani ek tareeqe se uska zadi tazurba van jata hai. ji.</w:t>
      </w:r>
    </w:p>
    <w:p>
      <w:pPr>
        <w:jc w:val="right"/>
      </w:pPr>
      <w:r>
        <w:t>लेकिन रमज़ान में चूंकि वह महसूस करता है कि जो शख्स भूखा है जिसके पास खाने को नहीं है, जो प्यासा है, जो भूखा है, जो गरीब लोग हैं, जो तकलीफ में है, उनकी तकलीफ को महसूस करता है तो उसके अंदर यह जज़्बा और ज़्यादा बढ़ जाता है यानी एक तरीके से उसका ज़ादी तज़र्बा वन जाता है. जी.</w:t>
      </w:r>
    </w:p>
    <w:p>
      <w:r>
        <w:rPr>
          <w:b/>
        </w:rPr>
        <w:t xml:space="preserve">[39:56] </w:t>
      </w:r>
      <w:r>
        <w:t>to aam dinon mein wah tazrba usko mehsoos nahi hota.</w:t>
      </w:r>
    </w:p>
    <w:p>
      <w:pPr>
        <w:jc w:val="right"/>
      </w:pPr>
      <w:r>
        <w:t>तो आम दिनों में वह तज़र्बा उसको महसूस नहीं होता.</w:t>
      </w:r>
    </w:p>
    <w:p>
      <w:r>
        <w:rPr>
          <w:b/>
        </w:rPr>
        <w:t xml:space="preserve">[40:04] </w:t>
      </w:r>
      <w:r>
        <w:t>is tareeqe se yeh shehar, yeh jo mahina hai wo ek hamdardi ka mahina aur logon ke liye</w:t>
      </w:r>
    </w:p>
    <w:p>
      <w:pPr>
        <w:jc w:val="right"/>
      </w:pPr>
      <w:r>
        <w:t>इस तरीके से यह शहर, यह जो महीना है वो एक हमदर्दी का महीना और लोगों के लिए</w:t>
      </w:r>
    </w:p>
    <w:p>
      <w:r>
        <w:rPr>
          <w:b/>
        </w:rPr>
        <w:t xml:space="preserve">[40:13] </w:t>
      </w:r>
      <w:r>
        <w:t>help karne ka mahina one jata hai aur phir yeh cheez uske liye baqi saal ke baqi hisse</w:t>
      </w:r>
    </w:p>
    <w:p>
      <w:pPr>
        <w:jc w:val="right"/>
      </w:pPr>
      <w:r>
        <w:t>help करने का महीना वन जाता है और फिर यह चीज़ उसके लिए बाकी साल के बाकी हिस्से</w:t>
      </w:r>
    </w:p>
    <w:p>
      <w:r>
        <w:rPr>
          <w:b/>
        </w:rPr>
        <w:t xml:space="preserve">[40:21] </w:t>
      </w:r>
      <w:r>
        <w:t>mein bhi baqi rehti hai.</w:t>
      </w:r>
    </w:p>
    <w:p>
      <w:pPr>
        <w:jc w:val="right"/>
      </w:pPr>
      <w:r>
        <w:t>में भी बाकी रहती है.</w:t>
      </w:r>
    </w:p>
    <w:p>
      <w:r>
        <w:rPr>
          <w:b/>
        </w:rPr>
        <w:t xml:space="preserve">[40:30] </w:t>
      </w:r>
      <w:r>
        <w:t>ji, doc sab jab koi insan apne rab ke liye roza rakhta hai, sabr karta hai, to uske dil se aise dua ke alfaaz nikalte hain ki wo usko apne rab se bahut kareeb kar dete hain aur molana waizuddin khan sahab ne ek bahut hi achhi baat apni kitab mein likhi thi ki sabr wo zameen ke manand hai jis par dua ka babarkat paudha nikalta hai.</w:t>
      </w:r>
    </w:p>
    <w:p>
      <w:pPr>
        <w:jc w:val="right"/>
      </w:pPr>
      <w:r>
        <w:t>जी, डॉक सब जब कोई इंसान अपने रब के लिए रोज़ा रखता है, सब्र करता है, तो उसके दिल से ऐसे दोआ के अल्फास निकलते हैं कि वो उसको अपने रब से बहुत करीब कर देते हैं और मुलाना वैदुद्दीन खान साहब ने एक बहुत ही अच्छी बात अपनी किताब में लिखी थी कि सब्र वो ज़मीन के मानन्द है जिस पर दुआ का बाबरकत पौधा निकलता है.</w:t>
      </w:r>
    </w:p>
    <w:p>
      <w:r>
        <w:rPr>
          <w:b/>
        </w:rPr>
        <w:t xml:space="preserve">[40:58] </w:t>
      </w:r>
      <w:r>
        <w:t>to dua ek is not just merely an act of, you know, it's not a verbal act but in essence it is an act of an heart. to dua aur roza ka kya relationship hai? aur ramzan ko dua ka mahina bhi kaha gaya hai. to iske bare mein bhi aap hum sabko bataye.</w:t>
      </w:r>
    </w:p>
    <w:p>
      <w:pPr>
        <w:jc w:val="right"/>
      </w:pPr>
      <w:r>
        <w:t>तो दुआ एक is not just merely an act of, you know, it's not a verbal act but in essence it is an act of an heart. तो दुआ और रोज़ा का क्या relationship है? और रमज़ान को दुआ का महीना भी कहा गया है. तो इसके बारे में भी आप हम सबको बताएं.</w:t>
      </w:r>
    </w:p>
    <w:p>
      <w:r>
        <w:rPr>
          <w:b/>
        </w:rPr>
        <w:t xml:space="preserve">[41:23] </w:t>
      </w:r>
      <w:r>
        <w:t>bilkul ramzan ko dua ka mahina kaha gaya hai aur jaise aapne abhi thodi der pehle ek hadish batai thi ke ek farishta aaya. asal mein makka mein bahut halaat mushkil ho gaye the.</w:t>
      </w:r>
    </w:p>
    <w:p>
      <w:pPr>
        <w:jc w:val="right"/>
      </w:pPr>
      <w:r>
        <w:t>बिल्कुल रमज़ान को दुआ का महीना कहा गया है और जैसे आपने अभी थोड़ी देर पहले एक हदीश बताई थी कि एक फरिश्ता आया. असल में मक्का में बहुत हालात मुश्किल हो गए थे.</w:t>
      </w:r>
    </w:p>
    <w:p>
      <w:r>
        <w:rPr>
          <w:b/>
        </w:rPr>
        <w:t xml:space="preserve">[41:40] </w:t>
      </w:r>
      <w:r>
        <w:t>makka ki jo zindagi hai terah saal ki usmein bahut hi mushkil ho gayi thi halaat bahut hi mushkil ho gaye the halaat profit ke liye, profit ki families ke liye aur jo sahaba hai unke liye. yaani yahan tak naubat aati thi ke khana peena nahi hota tha. aadish ki kitabon mein aata hai ke ek patthar ka tukda chhota sa latka liya karte the ek dhaage waghera mein baandh ke. ji.</w:t>
      </w:r>
    </w:p>
    <w:p>
      <w:pPr>
        <w:jc w:val="right"/>
      </w:pPr>
      <w:r>
        <w:t>मक्का की जो ज़िंदगी है तेरह साल की उसमें बहुत ही मुश्किल हो गई थी हालात बहुत ही मुश्किल हो गए थे हालात profit के लिए, profit की families के लिए और जो सहाबा है उनके लिए. यानी यहां तक नौबत आती थी के खाना पीना नहीं होता था. आदीश की किताबों में आता है कि एक पत्थर का टुकड़ा छोटा सा लटका लिया करते थे एक धागे वगैरह में बांध के. जी.</w:t>
      </w:r>
    </w:p>
    <w:p>
      <w:r>
        <w:rPr>
          <w:b/>
        </w:rPr>
        <w:t xml:space="preserve">[42:09] </w:t>
      </w:r>
      <w:r>
        <w:t>woh yeh sign hota tha ke ek baht ka khana nahi khaya. agar kisi ne do baht ka khana nahi khaya to do chhote chhote tukde latka liya karta tha. log aksar isko bayan karte hain ke patthar baandh bade bade patthar baandh liya karte the. aisa nahi hai aadmi bhookha hai to bada patthar kaise maan sakta hai?</w:t>
      </w:r>
    </w:p>
    <w:p>
      <w:pPr>
        <w:jc w:val="right"/>
      </w:pPr>
      <w:r>
        <w:t>वह यह sign होता था के एक बहत का खाना नहीं खाया. अगर किसी ने दो बहत का खाना नहीं खाया तो दो छोटे छोटे टुकड़े लटका लिया करता था. लोग अक्सर इसको बयान करते हैं कि पत्थर बांध बड़े बड़े पत्थर बांध लिया करते थे. ऐसा नहीं है आदमी भूखा है तो बड़ा पत्थर कैसे मां सकता है?</w:t>
      </w:r>
    </w:p>
    <w:p>
      <w:r>
        <w:rPr>
          <w:b/>
        </w:rPr>
        <w:t xml:space="preserve">[42:29] </w:t>
      </w:r>
      <w:r>
        <w:t>wo ek wahan ki tradition thi ke koi ek chhota sa patthar latka liya karta tha, tukda, ek</w:t>
      </w:r>
    </w:p>
    <w:p>
      <w:pPr>
        <w:jc w:val="right"/>
      </w:pPr>
      <w:r>
        <w:t>वो एक वहां की tradition थी कि कोई एक छोटा सा पत्थर लटका लिया करता था, टुकड़ा, एक</w:t>
      </w:r>
    </w:p>
    <w:p>
      <w:r>
        <w:rPr>
          <w:b/>
        </w:rPr>
        <w:t xml:space="preserve">[42:34] </w:t>
      </w:r>
      <w:r>
        <w:t>pebble, to log dekh ke usko khana khilaya karte the.</w:t>
      </w:r>
    </w:p>
    <w:p>
      <w:pPr>
        <w:jc w:val="right"/>
      </w:pPr>
      <w:r>
        <w:t>pebble, तो लोग देख के उसको खाना खिलाया करते थे.</w:t>
      </w:r>
    </w:p>
    <w:p>
      <w:r>
        <w:rPr>
          <w:b/>
        </w:rPr>
        <w:t xml:space="preserve">[42:39] </w:t>
      </w:r>
      <w:r>
        <w:t>to yeh surtehaal thi.</w:t>
      </w:r>
    </w:p>
    <w:p>
      <w:pPr>
        <w:jc w:val="right"/>
      </w:pPr>
      <w:r>
        <w:t>तो यह सूरतेहाल थी.</w:t>
      </w:r>
    </w:p>
    <w:p>
      <w:r>
        <w:rPr>
          <w:b/>
        </w:rPr>
        <w:t xml:space="preserve">[42:44] </w:t>
      </w:r>
      <w:r>
        <w:t>to jab yeh surtehaal thi, khana peena nahi tha to ek din farishta aaya profit ke paas aur</w:t>
      </w:r>
    </w:p>
    <w:p>
      <w:pPr>
        <w:jc w:val="right"/>
      </w:pPr>
      <w:r>
        <w:t>तो जब यह सूरतेहाल थी, खाना पीना नहीं था तो एक दिन फरिश्ता आया profit के पास और</w:t>
      </w:r>
    </w:p>
    <w:p>
      <w:r>
        <w:rPr>
          <w:b/>
        </w:rPr>
        <w:t xml:space="preserve">[42:49] </w:t>
      </w:r>
      <w:r>
        <w:t>kaha ke agar aap kahein to yeh jo valley hai chuki makka ek valley hai chaaron taraf valley</w:t>
      </w:r>
    </w:p>
    <w:p>
      <w:pPr>
        <w:jc w:val="right"/>
      </w:pPr>
      <w:r>
        <w:t>कहा कि अगर आप कहें तो यह जो valley है चूंकि मक्का एक valley है चारों तरफ valley</w:t>
      </w:r>
    </w:p>
    <w:p>
      <w:r>
        <w:rPr>
          <w:b/>
        </w:rPr>
        <w:t xml:space="preserve">[42:54] </w:t>
      </w:r>
      <w:r>
        <w:t>hai beach mein kaaba hai.</w:t>
      </w:r>
    </w:p>
    <w:p>
      <w:pPr>
        <w:jc w:val="right"/>
      </w:pPr>
      <w:r>
        <w:t>है beach में काबा है.</w:t>
      </w:r>
    </w:p>
    <w:p>
      <w:r>
        <w:rPr>
          <w:b/>
        </w:rPr>
        <w:t xml:space="preserve">[43:00] </w:t>
      </w:r>
      <w:r>
        <w:t>to us rishte ne kaha ke yeh poori jo valley hai isko hum sone ki bana dete hain aapke liye. yaani aap bahut rich ho jayenge, aapke saari masle khatm ho jayenge. ji. to rasola sallam ne haath uthaya aasman ki taraf aur kaha laaya rabbi. nahi hai mere rab. main to chahta hoon ke ek din main bhookha rahoon aur ek din main khana khaoon.</w:t>
      </w:r>
    </w:p>
    <w:p>
      <w:pPr>
        <w:jc w:val="right"/>
      </w:pPr>
      <w:r>
        <w:t>तो उस रिश्ते ने कहा कि यह पूरी जो valley है इसको हम सोने की बना देते हैं आपके लिए. यानी आप बहुत rich हो जाएंगे, आपके सारी मसले खत्म हो जाएंगे. जी. तो रसोला सल्लम ने हाथ उठाया आसमान की तरफ और कहा लाया रब्बी. नहीं है मेरे रब. मैं तो चाहता हूं कि एक दिन मैं भूखा रहूं और एक दिन मैं खाना खाऊं.</w:t>
      </w:r>
    </w:p>
    <w:p>
      <w:r>
        <w:rPr>
          <w:b/>
        </w:rPr>
        <w:t xml:space="preserve">[43:23] </w:t>
      </w:r>
      <w:r>
        <w:t>jab main bhookha rahoon to main tujhe yaad karoon, tere liye gidgdaoon aur jab main khana khaoon aur main apna pet bharoon to main tera shukr ada karoon.</w:t>
      </w:r>
    </w:p>
    <w:p>
      <w:pPr>
        <w:jc w:val="right"/>
      </w:pPr>
      <w:r>
        <w:t>जब मैं भूखा रहूं तो मैं तुझे याद करूं, तेरे लिए गिड़गड़ाऊं और जब मैं खाना खाऊं और मैं अपना पेट भरूं तो मैं तेरा शुक्र अदा करू.</w:t>
      </w:r>
    </w:p>
    <w:p>
      <w:r>
        <w:rPr>
          <w:b/>
        </w:rPr>
        <w:t xml:space="preserve">[43:36] </w:t>
      </w:r>
      <w:r>
        <w:t>to yeh hai roze ki spirit ke roza roze mein daikwaqt insaan shukr ki training hoti hai aur dua ke uske gehre dua ke nikalte hain, gehre duaiyan aisa saath nikalte hain yaani jo halaat hai jo kaifiyat hai woh halaat se paida hoti hai.</w:t>
      </w:r>
    </w:p>
    <w:p>
      <w:pPr>
        <w:jc w:val="right"/>
      </w:pPr>
      <w:r>
        <w:t>तो यह है रोज़े की spirit के रोज़ा रोज़े में दैकवक़्त इंसान शुक्र की training होती है और दुआ के उसके गहरे दुआ के निकलते हैं, गहरे दुआइयां ऐसा साथ निकलते हैं यानी जो हालात है जो कैफियत है वो हालात से पैदा होती है.</w:t>
      </w:r>
    </w:p>
    <w:p>
      <w:r>
        <w:rPr>
          <w:b/>
        </w:rPr>
        <w:t xml:space="preserve">[44:02] </w:t>
      </w:r>
      <w:r>
        <w:t>agar sab kuch bilkul theek thaak hai, saari cheezein mil rahi hai, koi masla nahi hai to phir woh kaifiyat paida nahi hogi. ji. to kaifiyat jab bhi paida hoti hai, jab halaat se guzarna ho, mujhe ek aur hatish yaad aa rahi hai ke hazrat aisha rajillan haan ne bataya ke ek baar profit aaye ghar mein, to puchha kuch khane ke liye hai? to hazrataisha ne kaha nahi khane ke liye kuch nahi hai.</w:t>
      </w:r>
    </w:p>
    <w:p>
      <w:pPr>
        <w:jc w:val="right"/>
      </w:pPr>
      <w:r>
        <w:t>अगर सब कुछ बिल्कुल ठीक ठाक है, सारी चीज़ें मिल रही है, कोई मसला नहीं है तो फिर वो कैफियत पैदा नहीं होगी. जी. तो कैफियत जब भी पैदा होती है, जब हालात से गुज़रना हो, मुझे एक और हतीश याद आ रही है कि हज़रत आईशा रजिल्लान हां ने बताया कि एक बार profit आए घर में, तो पुछा कुछ खाने के लिए है? तो हजरताईशा ने कहा नहीं खाने के लिए कुछ नहीं है.</w:t>
      </w:r>
    </w:p>
    <w:p>
      <w:r>
        <w:rPr>
          <w:b/>
        </w:rPr>
        <w:t xml:space="preserve">[44:32] </w:t>
      </w:r>
      <w:r>
        <w:t>matlab aise haalaat hote the ke ghar mein khane ke liye nahi hai.</w:t>
      </w:r>
    </w:p>
    <w:p>
      <w:pPr>
        <w:jc w:val="right"/>
      </w:pPr>
      <w:r>
        <w:t>मतलब ऐसे हालात होते थे कि घर में खाने के लिए नहीं है.</w:t>
      </w:r>
    </w:p>
    <w:p>
      <w:r>
        <w:rPr>
          <w:b/>
        </w:rPr>
        <w:t xml:space="preserve">[44:37] </w:t>
      </w:r>
      <w:r>
        <w:t>aaj shayad hi duniya mein koi shakhs ho jiske ghar mein kuch khane ke liye na ho.</w:t>
      </w:r>
    </w:p>
    <w:p>
      <w:pPr>
        <w:jc w:val="right"/>
      </w:pPr>
      <w:r>
        <w:t>आज शायद ही दुनिया में कोई शख्स हो जिसके घर में कुछ खाने के लिए ना हो.</w:t>
      </w:r>
    </w:p>
    <w:p>
      <w:r>
        <w:rPr>
          <w:b/>
        </w:rPr>
        <w:t xml:space="preserve">[44:43] </w:t>
      </w:r>
      <w:r>
        <w:t>lekin rasoolla sallam chooke unhone ek mission shuru kiya tha.</w:t>
      </w:r>
    </w:p>
    <w:p>
      <w:pPr>
        <w:jc w:val="right"/>
      </w:pPr>
      <w:r>
        <w:t>लेकिन रसूल्ला सल्लम चूके उन्होंने एक mission शुरू किया था.</w:t>
      </w:r>
    </w:p>
    <w:p>
      <w:r>
        <w:rPr>
          <w:b/>
        </w:rPr>
        <w:t xml:space="preserve">[44:49] </w:t>
      </w:r>
      <w:r>
        <w:t>us mission ki wajah se saare jo makka ke log the unke against ho gaye the.</w:t>
      </w:r>
    </w:p>
    <w:p>
      <w:pPr>
        <w:jc w:val="right"/>
      </w:pPr>
      <w:r>
        <w:t>उस mission की वजह से सारे जो मक्का के लोग थे उनके against हो गए थे.</w:t>
      </w:r>
    </w:p>
    <w:p>
      <w:r>
        <w:rPr>
          <w:b/>
        </w:rPr>
        <w:t xml:space="preserve">[44:54] </w:t>
      </w:r>
      <w:r>
        <w:t>to ghar mein khane peene ko nahi hota tha.</w:t>
      </w:r>
    </w:p>
    <w:p>
      <w:pPr>
        <w:jc w:val="right"/>
      </w:pPr>
      <w:r>
        <w:t>तो घर में खाने पीने को नहीं होता था.</w:t>
      </w:r>
    </w:p>
    <w:p>
      <w:r>
        <w:rPr>
          <w:b/>
        </w:rPr>
        <w:t xml:space="preserve">[45:00] </w:t>
      </w:r>
      <w:r>
        <w:t>to jab rajat ayesha ne kaha ke nahi khane ke liye kuch nahi hai.</w:t>
      </w:r>
    </w:p>
    <w:p>
      <w:pPr>
        <w:jc w:val="right"/>
      </w:pPr>
      <w:r>
        <w:t>तो जब रजत आयशा ने कहा कि नहीं खाने के लिए कुछ नहीं है.</w:t>
      </w:r>
    </w:p>
    <w:p>
      <w:r>
        <w:rPr>
          <w:b/>
        </w:rPr>
        <w:t xml:space="preserve">[45:06] </w:t>
      </w:r>
      <w:r>
        <w:t>to rasolna ne kaha ke achha main aaj goza rakh leta hoon.</w:t>
      </w:r>
    </w:p>
    <w:p>
      <w:pPr>
        <w:jc w:val="right"/>
      </w:pPr>
      <w:r>
        <w:t>तो रसोलना ने कहा कि अच्छा मैं आज गोज़ा रख लेता हूं.</w:t>
      </w:r>
    </w:p>
    <w:p>
      <w:r>
        <w:rPr>
          <w:b/>
        </w:rPr>
        <w:t xml:space="preserve">[45:12] </w:t>
      </w:r>
      <w:r>
        <w:t>to phir kuch din ke baad aaye ek baar aur puchha ke khane ke liye kuch hai? to hazratay sir ne kaha haan hai yeh kuch halwa waghera hai. kahin se halwa kuch aaya tha. to unhone kaha ke achha lao main subah se roze se tha. to thoda sa subtle humor bhi hai. kahin kahin prophet ki baaton mein subtle humor milta hai.</w:t>
      </w:r>
    </w:p>
    <w:p>
      <w:pPr>
        <w:jc w:val="right"/>
      </w:pPr>
      <w:r>
        <w:t>तो फिर कुछ दिन के बाद आए एक बार और पुछा कि खाने के लिए कुछ है? तो हजरदाय sir ने कहा हां है यह कुछ हलवा वगैरह है. कहीं से हलवा कुछ आया था. तो उन्होंने कहा कि अच्छा लाओ मैं सुबह से रोज़े से था. तो थोड़ा सा subtle humor भी है. कहीं कहीं prophet की बातों में subtle humor मिलता है.</w:t>
      </w:r>
    </w:p>
    <w:p>
      <w:r>
        <w:rPr>
          <w:b/>
        </w:rPr>
        <w:t xml:space="preserve">[45:39] </w:t>
      </w:r>
      <w:r>
        <w:t>jaise ek baar ek bahut old lady aayi prophet ke paas aur boli ke aap mere liye dua kariye ke main jannat mein chali jaoon. to prophet ne kaha ke nahi old ladies jannat mein nahi jayengi. to bichari rone lagi. to prophet ne kaha ke tum young ho jaogi phir jannat mein jaogi. to is tarah ki kahin ki halki si baatein ji. milti hain. ji ji ji.</w:t>
      </w:r>
    </w:p>
    <w:p>
      <w:pPr>
        <w:jc w:val="right"/>
      </w:pPr>
      <w:r>
        <w:t>जैसे एक बार एक बहुत old lady आई prophet के पास और बोली कि आप मेरे लिए दुआ करिए कि मैं जन्नत में चली जाऊं. तो prophet ने कहा कि नहीं old ladies जन्नत में नहीं जाएंगी. तो बिचारी रोने लगी. तो prophet ने कहा कि तुम young हो जाओगी फिर जन्नत में जाओगी. तो इस तरह की कहीं की हल्की सी बातें जी. मिलती हैं. जी जी जी.</w:t>
      </w:r>
    </w:p>
    <w:p>
      <w:r>
        <w:rPr>
          <w:b/>
        </w:rPr>
        <w:t xml:space="preserve">[46:09] </w:t>
      </w:r>
      <w:r>
        <w:t>doctor subha aapne abhi jaise bataya aapne jawab mein ke shukr ki training bhi hoti hai ramzan mein. aapne sabr ka bhi zikr kiya isse pehle. to main yeh bhi jaanna chahoonga ke takwa, shukr aur sabr, yeh saari values kaise inculcate hoti hai ramzan mein? iske bare mein bhi batayein aap.</w:t>
      </w:r>
    </w:p>
    <w:p>
      <w:pPr>
        <w:jc w:val="right"/>
      </w:pPr>
      <w:r>
        <w:t>Doctor सुभा आपने अभी जैसे बताया आपने जवाब में कि शुक्र की training भी होती है रमज़ान में. आपने सब्र का भी ज़िक्र किया इससे पहले. तो मैं यह भी जानना चाहूंगा कि तकवा, शुक्र और सब्र, यह सारी values कैसे inculcate होती है रमज़ान में? इसके बारे में भी बताएं आप.</w:t>
      </w:r>
    </w:p>
    <w:p>
      <w:r>
        <w:rPr>
          <w:b/>
        </w:rPr>
        <w:t xml:space="preserve">[46:32] </w:t>
      </w:r>
      <w:r>
        <w:t>darasal roze se insaan ke dil mein narmi aur shikastagi paida hoti hai. ji. yaani woh is laiq hota hai ke subtle aisa saath ko mehsoos kar sake, subtle feelings ko mehsoos kar sake. jo khuda ki taraf se inspirations aate hain woh bahut hi subtle inspirations hote hain.</w:t>
      </w:r>
    </w:p>
    <w:p>
      <w:pPr>
        <w:jc w:val="right"/>
      </w:pPr>
      <w:r>
        <w:t>दरअसल रोज़े से इंसान के दिल में नरमी और शिकस्तगी पैदा होती है. जी. यानी वो इस लायक होता है कि subtle ऐसा साथ को महसूस कर सके, subtle feelings को महसूस कर सके. जो खुदा की तरफ से inspirations आते हैं वो बहुत ही subtle inspirations होते हैं.</w:t>
      </w:r>
    </w:p>
    <w:p>
      <w:r>
        <w:rPr>
          <w:b/>
        </w:rPr>
        <w:t xml:space="preserve">[46:55] </w:t>
      </w:r>
      <w:r>
        <w:t>to ramzan ke mahine mein jab insaan roza rakhta hai aur dua karta hai aur quran padhta hai aur namaz padhta hai to uske andar woh kaifiyat paida ho jati hai ke woh hudar ke inspirations ko mehsoos kar sake. to isliye woh aasani se baaton ko samajh pata hai aur ek tarike se woh uski rohani ka ek safar hota hai. ji.</w:t>
      </w:r>
    </w:p>
    <w:p>
      <w:pPr>
        <w:jc w:val="right"/>
      </w:pPr>
      <w:r>
        <w:t>तो रमज़ान के महीने में जब इंसान रोज़ा रखता है और दुआ करता है और कुरान पढ़ता है और नमाज़ पढ़ता है तो उसके अंदर वो कैफियत पैदा हो जाती है कि वो हुदार के inspirations को महसूस कर सके. तो इसलिए वो आसानी से बातों को समझ पाता है और एक तरीके से वो उसकी रोहानी का एक सफर होता है. जी.</w:t>
      </w:r>
    </w:p>
    <w:p>
      <w:r>
        <w:rPr>
          <w:b/>
        </w:rPr>
        <w:t xml:space="preserve">[47:22] </w:t>
      </w:r>
      <w:r>
        <w:t>aur gehri marfat paida hoti hai. to yeh sab cheezon ki wajah se woh aala ruhani tarakki ka ek daur hota hai uske liye. ji. drug sahib, any old people are not able to keep their fast. so is there any compensation for them on missing their fast? what is your comment on that?</w:t>
      </w:r>
    </w:p>
    <w:p>
      <w:pPr>
        <w:jc w:val="right"/>
      </w:pPr>
      <w:r>
        <w:t>और गहरी मार्फत पैदा होती है. तो ये सब चीज़ों की वजह से वो आला रुहानी तरक्की का एक दौर होता है उसके लिए. जी. Drug साहब, any old people are not able to keep their fast. So is there any compensation for them on missing their fast? What is your comment on that?</w:t>
      </w:r>
    </w:p>
    <w:p>
      <w:r>
        <w:rPr>
          <w:b/>
        </w:rPr>
        <w:t xml:space="preserve">[47:47] </w:t>
      </w:r>
      <w:r>
        <w:t>waise to yeh ek sawal hai jo aam taur se mufti hazrat zyada sahi batate hain. ji. kyunki woh detail ke saath batate hain, woh expert hain iske, lekin yaani broadly do categories hain. ek to yeh category hai ke ek shakhs bimar hai aur old age hai aur aisi bimari hai ke woh roza rakh hi nahi sakta.</w:t>
      </w:r>
    </w:p>
    <w:p>
      <w:pPr>
        <w:jc w:val="right"/>
      </w:pPr>
      <w:r>
        <w:t>वैसे तो यह एक सवाल है जो आमतौर से मुफ्ती हज़रत ज़्यादा सही बताते हैं. जी. क्योंकि वह detail के साथ बताते हैं, वह expert हैं इसके, लेकिन यानी broadly दो categories हैं. एक तो यह category है कि एक शख्स बीमार है और old age है और ऐसी बीमारी है कि वह रोज़ा रख ही नहीं सकता.</w:t>
      </w:r>
    </w:p>
    <w:p>
      <w:r>
        <w:rPr>
          <w:b/>
        </w:rPr>
        <w:t xml:space="preserve">[48:15] </w:t>
      </w:r>
      <w:r>
        <w:t>jaise diabetic hai to usko bhookh lagegi kuch kuch der mein. usko khana chahiye aur uski jo sugar hai woh itni low ho jati hai ke bahut dangerous level tak pahunch jati hai. to woh roza nahi rakh sakta. aur bhi kai bimari hai aur bhi kuch conditions hai jinmein roza rakhna possible nahi hai.</w:t>
      </w:r>
    </w:p>
    <w:p>
      <w:pPr>
        <w:jc w:val="right"/>
      </w:pPr>
      <w:r>
        <w:t>जैसे diabetic है तो उसको भूख लगेगी कुछ कुछ देर में. उसको खाना चाहिए और उसकी जो sugar है वह इतनी low हो जाती है कि बहुत dangerous level तक पहुंच जाती है. तो वो रोज़ा नहीं रख सकता. और भी कई बीमारी है और भी कुछ conditions है जिसमें रोज़ा रखना possible नहीं है.</w:t>
      </w:r>
    </w:p>
    <w:p>
      <w:r>
        <w:rPr>
          <w:b/>
        </w:rPr>
        <w:t xml:space="preserve">[48:34] </w:t>
      </w:r>
      <w:r>
        <w:t>to is surat mein old age mein jab woh bahut kamzor hai rakh nahi pata roza ya bimar hai, rakh nahi pata roza to phir usko koi compensation ki zarurat nahi hai ke woh baad mein roza rakhe, baad mein bhi nahi rakh sakta, ramzane bhi nahi rakh sakta. bas yeh hai ke woh kisi gareeb ko ek waqt ka khana khila de ek roze ke liye. purane zamane mein yeh khane ka rawaiyash tha.</w:t>
      </w:r>
    </w:p>
    <w:p>
      <w:pPr>
        <w:jc w:val="right"/>
      </w:pPr>
      <w:r>
        <w:t>तो इस सूरत में old age में जब वो बहुत कमज़ोर है रख नहीं पाता रोज़ा या बीमार है, रख नहीं पाता रोज़ा तो फिर उसको कोई compensation की ज़रूरत नहीं है कि वो बाद में रोज़ा रखे, बाद में भी नहीं रख सकता, रमज़ाने भी नहीं रख सकता. बस ये है कि वो किसी ग़रीब को एक वक्त का खाना खिला दे एक रोज़े के लिए. पुराने ज़माने में यह खाने का रवाइश था.</w:t>
      </w:r>
    </w:p>
    <w:p>
      <w:r>
        <w:rPr>
          <w:b/>
        </w:rPr>
        <w:t xml:space="preserve">[49:01] </w:t>
      </w:r>
      <w:r>
        <w:t>ab ullah ka kehna hai ke aap jo khane ka ki rakam hai, woh aap de sakte hain. yaani agar aap maan lijiye sau rupaye ek khane ka hai to aapne 30 roze chhode to 3,000 aap kisi gareeb ko de de. ek tareeqa yeh hai. to yeh to us surat mein hai jab roza rakh nahi sakta woh.</w:t>
      </w:r>
    </w:p>
    <w:p>
      <w:pPr>
        <w:jc w:val="right"/>
      </w:pPr>
      <w:r>
        <w:t>अब उल्लाह का कहना है कि आप जो खाने का कि रकम है, वह आप दे सकते हैं. यानी अगर आप मान लीजिए सौ रुपए एक खाने का है तो आपने 30 रोज़े छोड़े तो 3,000 आप किसी गरीब को दे दे. एक तरीका यह है. तो यह तो उस सूरत में है जब रोज़ा रख नहीं सकता वह.</w:t>
      </w:r>
    </w:p>
    <w:p>
      <w:r>
        <w:rPr>
          <w:b/>
        </w:rPr>
        <w:t xml:space="preserve">[49:22] </w:t>
      </w:r>
      <w:r>
        <w:t>baad mein bhi nahi rakh sakta aur ramzan bhi nahi rakh sakta chuki bahut bimar hai ya bahut zyada old age hai uski wajah se aur doosri surat yeh hai ke ek aadmi waise healthy hai aur woh roza rakh sakta hai lekin ramzan ke dauran woh koi safar ho gaya ya koi bimari ho gayi ya koi aur wajah ho gayi to aisi surat mein woh compensate kar sakta hai.</w:t>
      </w:r>
    </w:p>
    <w:p>
      <w:pPr>
        <w:jc w:val="right"/>
      </w:pPr>
      <w:r>
        <w:t>बाद में भी नहीं रख सकता और रमज़ान भी नहीं रख सकता चूंकि बहुत बीमार है या बहुत ज़्यादा old age है उसकी वजह से और दूसरी सूरत यह है कि एक आदमी वैसे healthy है और वो रोज़ा रख सकता है लेकिन रमज़ान के दौरान वो कोई सफर हो गया या कोई बीमारी हो गई या कोई और वजह हो गई तो ऐसी सूरत में वो compensate कर सकता है.</w:t>
      </w:r>
    </w:p>
    <w:p>
      <w:r>
        <w:rPr>
          <w:b/>
        </w:rPr>
        <w:t xml:space="preserve">[49:50] </w:t>
      </w:r>
      <w:r>
        <w:t>baad mein utne roze jitne chhode hain usne ramzan ke baad kisi aur mahine mein rakh le to woh poora ho jayega. to yeh ek tareeqe se concession hai, relaxation hai. chuki quran mein aata hai ke allah taala tumhare liye aasani chahta hai, mushkil nahi chahta aur jo teesri shakal hai jismein ek warning hai ke ek shakhs hai jo healthy hai aur woh roza rakh sakta hai.</w:t>
      </w:r>
    </w:p>
    <w:p>
      <w:pPr>
        <w:jc w:val="right"/>
      </w:pPr>
      <w:r>
        <w:t>बाद में उतने रोज़े जितने छोड़े हैं उसने रमज़ान के बाद किसी और महीने में रख ले तो वो पूरा हो जाएगा. तो ये एक तरीके से concession है, relaxation है. चूंकि कुरान में आता है कि अल्लाह तालाह तुम्हारे लिए आसानी चाहता है, मुश्किल नहीं चाहता और जो तीसरी शक्ल है जिसमें एक warning है कि एक शख्स है जो healthy है और वो रोज़ा रख सकता है.</w:t>
      </w:r>
    </w:p>
    <w:p>
      <w:r>
        <w:rPr>
          <w:b/>
        </w:rPr>
        <w:t xml:space="preserve">[50:18] </w:t>
      </w:r>
      <w:r>
        <w:t>ramzan mein bhi koi uske liye koi masla nahi hai, koi safar nahi hai, koi aur uzr jise kehte hai shari uzr yaani koi excuse nahi hai ke roza chhode, lekin woh roza chhod deta hai. phir woh chahe ke woh ek roza, us ek roze ko compensate kare. to hadish mein aata hai ke woh saari zindagi roza rakhe, lekin ek roza compensate nahi hoga. to itni badi warning bhi hai yeh. ji.</w:t>
      </w:r>
    </w:p>
    <w:p>
      <w:pPr>
        <w:jc w:val="right"/>
      </w:pPr>
      <w:r>
        <w:t>रमज़ान में भी कोई उसके लिए कोई मसला नहीं है, कोई सफर नहीं है, कोई और उज़र जिसे कहते है शरी उज़र यानी कोई excuse नहीं है कि रोज़ा छोड़े, लेकिन वो रोज़ा छोड़ देता है. फिर वो चाहे कि वो एक रोज़ा, उस एक रोज़े को compensate करे. तो हदीश में आता है कि वो सारी ज़िंदगी रोज़ा रखे, लेकिन एक रोज़ा compensate नहीं होगा. तो इतनी बड़ी warning भी है ये. जी.</w:t>
      </w:r>
    </w:p>
    <w:p>
      <w:r>
        <w:rPr>
          <w:b/>
        </w:rPr>
        <w:t xml:space="preserve">[50:45] </w:t>
      </w:r>
      <w:r>
        <w:t>ke jo shakhs roza rakh sakta hai usko roza rakhna chahiye aur agar woh chhodta hai roza to woh kabhi bhi compensate nahi kar sakte. koi surat nahi hai. saari zindagi roza rakhe. ji. to bhi woh roze ko compensate nahi kar sakta. to allah taala hum sabko tofeeq de. hameen aur is mahine ko hamare liye khair ubarkat ka mahina banaye. hameen. jazzak allah doctor sahib aaj aapne spirit of ramzan ke bare mein bahut hi achhi aur rohani baatein batai.</w:t>
      </w:r>
    </w:p>
    <w:p>
      <w:pPr>
        <w:jc w:val="right"/>
      </w:pPr>
      <w:r>
        <w:t>कि जो शख्स रोज़ा रख सकता है उसको रोज़ा रखना चाहिए और अगर वह छोड़ता है रोज़ा तो वह कभी भी compensate नहीं कर सकते. कोई सूरत नहीं है. सारी ज़िंदगी रोज़ा रखे. जी. तो भी वह रोज़े को compensate नहीं कर सकता. तो अल्लाह तालाह हम सबको तोफीक दे. हामीन और इस महीने को हमारे लिए खैर उबरकत का महीना बनाए. हामीन. जज़्ज़क अल्लाह doctor साहब आज आपने spirit of रमज़ान के बारे में बहुत ही अच्छी और रोहानी बातें बताई.</w:t>
      </w:r>
    </w:p>
    <w:p>
      <w:r>
        <w:rPr>
          <w:b/>
        </w:rPr>
        <w:t xml:space="preserve">[51:12] </w:t>
      </w:r>
      <w:r>
        <w:t>hum dua karte hain ke yeh ramzan hum sabki marfat ko badhaye aur hamein zyada se zyada allah se qareeb kare. haan ji. so before we end the session one very important announcement. we are very happy once again to launch a new book of mulana waiduddin khan sahib with the title love of god.</w:t>
      </w:r>
    </w:p>
    <w:p>
      <w:pPr>
        <w:jc w:val="right"/>
      </w:pPr>
      <w:r>
        <w:t>हम दुआ करते हैं कि यह रमज़ान हम सबकी मारफत को बढ़ाएं और हमें ज़्यादा से ज़्यादा अल्लाह से करीब करें. हां जी. So before we end the session one very important announcement. We are very happy once again to launch a new book of मुलाना वैदुद्दीन खान साहब with the title love of god.</w:t>
      </w:r>
    </w:p>
    <w:p>
      <w:r>
        <w:rPr>
          <w:b/>
        </w:rPr>
        <w:t xml:space="preserve">[51:35] </w:t>
      </w:r>
      <w:r>
        <w:t>this is an english translation of some of the chapters of mulana waiduddin khan's urdu book kitabe marefat. the translation has been done by professor farida khanan. so i will request doctor saney snain khan sahib to launch this new english book love of god.</w:t>
      </w:r>
    </w:p>
    <w:p>
      <w:pPr>
        <w:jc w:val="right"/>
      </w:pPr>
      <w:r>
        <w:t>This is an English translation of some of the chapters of मुलाना वैदुद्दीन खान's उर्दू book किताबें मारेफत. The translation has been done by professor फरीदा खानन. So I will request doctor सानेय स्नैन खान साहब to launch this new English book love of god.</w:t>
      </w:r>
    </w:p>
    <w:p>
      <w:r>
        <w:rPr>
          <w:b/>
        </w:rPr>
        <w:t xml:space="preserve">[51:58] </w:t>
      </w:r>
      <w:r>
        <w:t>mujhe bahut khushi ho rahi hai is kitab ko release karte hue love of god making god one supreme concern. yeh jaisa doctor rajat malhotra ne abhi bataya ki yeh ek hissa hai kitabe marypath ka.</w:t>
      </w:r>
    </w:p>
    <w:p>
      <w:pPr>
        <w:jc w:val="right"/>
      </w:pPr>
      <w:r>
        <w:t>मुझे बहुत खुशी हो रही है इस किताब को release करते हुए love of god making god one supreme concern. यह जैसा doctor रजत मल्होत्रा ने अभी बताया कि यह एक हिस्सा है किताबें मार्यपथ का.</w:t>
      </w:r>
    </w:p>
    <w:p>
      <w:r>
        <w:rPr>
          <w:b/>
        </w:rPr>
        <w:t xml:space="preserve">[52:15] </w:t>
      </w:r>
      <w:r>
        <w:t>kitabe marypath bahut hi ahmtareen kitab hai maulana ki aur usmein discovery of god aur khuda ko kaise aap discover karein, kaise gehri marypath paida karein, uske bare mein hai aur yeh hissa bahut hi achha hissa hai jo ek kitab ke form mein publish hua hai.</w:t>
      </w:r>
    </w:p>
    <w:p>
      <w:pPr>
        <w:jc w:val="right"/>
      </w:pPr>
      <w:r>
        <w:t>किताबें मार्यपथ बहुत ही अहम्तरीम किताब है मौलाना की और उसमें discovery of god और खुदा को कैसे आप discover करें, कैसे गहरी मार्यपथ पैदा करें, उसके बारे में है और यह हिस्सा बहुत ही अच्छा हिस्सा है जो एक किताब के form में publish हुआ है.</w:t>
      </w:r>
    </w:p>
    <w:p>
      <w:r>
        <w:rPr>
          <w:b/>
        </w:rPr>
        <w:t xml:space="preserve">[52:37] </w:t>
      </w:r>
      <w:r>
        <w:t>toh main sab jin logon ne ismein tagun kiya khas taur se professor farida khanam ne translate kiya aur jo jin logon ne CPS ke logon ne ismein tagun kiya iski checking ki, iski proofreading ki, iski setting ki, iski designing ki aur publish kiya allah taalah un sabko bahut hi ajrezi mat aamana hai. ameen.</w:t>
      </w:r>
    </w:p>
    <w:p>
      <w:pPr>
        <w:jc w:val="right"/>
      </w:pPr>
      <w:r>
        <w:t>तो मैं सब जिन लोगों ने इसमें तागुन किया खासतौर से professor फरीदा खानम ने translate किया और जो जिन लोगों ने CPS के लोगों ने इसमें तागुन किया इसकी checking की, इसकी proofreading की, इसकी setting की, इसकी designing की और publish किया अल्लाह तालाह उन सबको बहुत ही अजरेज़ी मत आमना है. अमीन.</w:t>
      </w:r>
    </w:p>
    <w:p>
      <w:r>
        <w:rPr>
          <w:b/>
        </w:rPr>
        <w:t xml:space="preserve">[53:01] </w:t>
      </w:r>
      <w:r>
        <w:t>You can download this book from www.cpsglobal.org. It is available. Please download and share it among your friend circle and we'll be back for the next talk next Sunday, 10:30AM. Thank you.</w:t>
      </w:r>
    </w:p>
    <w:p>
      <w:pPr>
        <w:jc w:val="right"/>
      </w:pPr>
      <w:r>
        <w:t>You can download this book from www.cpsglobal.org. It is available. Please download and share it among your friend circle and we'll be back for the next talk next Sunday, 10:30AM.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