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Global Warming Divine Warning October 7, 2009 Maulana Wahiduddin Khan</w:t>
      </w:r>
    </w:p>
    <w:p>
      <w:r>
        <w:t>https://www.youtube.com/watch?v=BaTfAGzuUdc</w:t>
      </w:r>
    </w:p>
    <w:p>
      <w:r>
        <w:rPr>
          <w:b/>
        </w:rPr>
        <w:t xml:space="preserve">[00:10] </w:t>
      </w:r>
      <w:r>
        <w:t>bismillah rahman rahim, wasallallah ala nabiyil karim.</w:t>
      </w:r>
    </w:p>
    <w:p>
      <w:pPr>
        <w:jc w:val="right"/>
      </w:pPr>
      <w:r>
        <w:t>بسم اللہ الرحمن الرحیم، وصلی اللہ علی النبی الکریم۔</w:t>
      </w:r>
    </w:p>
    <w:p>
      <w:r>
        <w:rPr>
          <w:b/>
        </w:rPr>
        <w:t xml:space="preserve">[00:23] </w:t>
      </w:r>
      <w:r>
        <w:t>in today nuktay par, there was a very important item.</w:t>
      </w:r>
    </w:p>
    <w:p>
      <w:pPr>
        <w:jc w:val="right"/>
      </w:pPr>
      <w:r>
        <w:t>ان ٹوڈے نکتے پر، دیر واز ا ویری امپورٹنٹ ائٹم۔</w:t>
      </w:r>
    </w:p>
    <w:p>
      <w:r>
        <w:rPr>
          <w:b/>
        </w:rPr>
        <w:t xml:space="preserve">[00:34] </w:t>
      </w:r>
      <w:r>
        <w:t>I want to begin from this item.</w:t>
      </w:r>
    </w:p>
    <w:p>
      <w:pPr>
        <w:jc w:val="right"/>
      </w:pPr>
      <w:r>
        <w:t>ائی وانٹ ٹو بگن فرام دس ائٹم۔</w:t>
      </w:r>
    </w:p>
    <w:p>
      <w:r>
        <w:rPr>
          <w:b/>
        </w:rPr>
        <w:t xml:space="preserve">[00:38] </w:t>
      </w:r>
      <w:r>
        <w:t>this item is about</w:t>
      </w:r>
    </w:p>
    <w:p>
      <w:pPr>
        <w:jc w:val="right"/>
      </w:pPr>
      <w:r>
        <w:t>دس ائٹم از اباؤٹ</w:t>
      </w:r>
    </w:p>
    <w:p>
      <w:r>
        <w:rPr>
          <w:b/>
        </w:rPr>
        <w:t xml:space="preserve">[00:44] </w:t>
      </w:r>
      <w:r>
        <w:t>the global warming.</w:t>
      </w:r>
    </w:p>
    <w:p>
      <w:pPr>
        <w:jc w:val="right"/>
      </w:pPr>
      <w:r>
        <w:t>دی گلوبل وارمنگ۔</w:t>
      </w:r>
    </w:p>
    <w:p>
      <w:r>
        <w:rPr>
          <w:b/>
        </w:rPr>
        <w:t xml:space="preserve">[00:51] </w:t>
      </w:r>
      <w:r>
        <w:t>a group of scientists from USA</w:t>
      </w:r>
    </w:p>
    <w:p>
      <w:pPr>
        <w:jc w:val="right"/>
      </w:pPr>
      <w:r>
        <w:t>ا گروپ اف سائنٹسٹ فرام یو ایس اے</w:t>
      </w:r>
    </w:p>
    <w:p>
      <w:r>
        <w:rPr>
          <w:b/>
        </w:rPr>
        <w:t xml:space="preserve">[00:58] </w:t>
      </w:r>
      <w:r>
        <w:t>have published a joint article in the</w:t>
      </w:r>
    </w:p>
    <w:p>
      <w:pPr>
        <w:jc w:val="right"/>
      </w:pPr>
      <w:r>
        <w:t>ہیو پبلشڈ ا جوائنٹ ارٹیکل ان دی</w:t>
      </w:r>
    </w:p>
    <w:p>
      <w:r>
        <w:rPr>
          <w:b/>
        </w:rPr>
        <w:t xml:space="preserve">[01:06] </w:t>
      </w:r>
      <w:r>
        <w:t>science journal of USA. So they have given a very alarming news.</w:t>
      </w:r>
    </w:p>
    <w:p>
      <w:pPr>
        <w:jc w:val="right"/>
      </w:pPr>
      <w:r>
        <w:t>سائنس جرنل اف یو ایس اے۔ سو دے ہیو گیون ا ویری الارمنگ نیوز۔</w:t>
      </w:r>
    </w:p>
    <w:p>
      <w:r>
        <w:rPr>
          <w:b/>
        </w:rPr>
        <w:t xml:space="preserve">[01:20] </w:t>
      </w:r>
      <w:r>
        <w:t>publish in today paper with this caption that Antarctic ice cap about to collapse</w:t>
      </w:r>
    </w:p>
    <w:p>
      <w:pPr>
        <w:jc w:val="right"/>
      </w:pPr>
      <w:r>
        <w:t>پبلش ان ٹوڈے پیپر ود دس کیپشن دیٹ انٹارکٹک ائس کیپ اباؤٹ ٹو کلیپس</w:t>
      </w:r>
    </w:p>
    <w:p>
      <w:r>
        <w:rPr>
          <w:b/>
        </w:rPr>
        <w:t xml:space="preserve">[01:38] </w:t>
      </w:r>
      <w:r>
        <w:t>is very dangerous news. You know, Antarctic is a ice cap</w:t>
      </w:r>
    </w:p>
    <w:p>
      <w:pPr>
        <w:jc w:val="right"/>
      </w:pPr>
      <w:r>
        <w:t>از ویری ڈینجرس نیوز۔ یو نو، انٹارکٹک از ا ائس کیپ</w:t>
      </w:r>
    </w:p>
    <w:p>
      <w:r>
        <w:rPr>
          <w:b/>
        </w:rPr>
        <w:t xml:space="preserve">[01:47] </w:t>
      </w:r>
      <w:r>
        <w:t>. It covers more than 900 thum miles, that is nine lake. So this ice cap, this huge ice cap,</w:t>
      </w:r>
    </w:p>
    <w:p>
      <w:pPr>
        <w:jc w:val="right"/>
      </w:pPr>
      <w:r>
        <w:t>۔ اٹ کورز مور دین 900 تھا مائل، دیٹ از نائن لیک۔ سو دس ائس کیپ، دس ہیوج ائس کیپ،</w:t>
      </w:r>
    </w:p>
    <w:p>
      <w:r>
        <w:rPr>
          <w:b/>
        </w:rPr>
        <w:t xml:space="preserve">[02:02] </w:t>
      </w:r>
      <w:r>
        <w:t>was a very important factor in term of balance.</w:t>
      </w:r>
    </w:p>
    <w:p>
      <w:pPr>
        <w:jc w:val="right"/>
      </w:pPr>
      <w:r>
        <w:t>واز ا ویری امپورٹنٹ فیکٹر ان ٹرم اف بیلنس۔</w:t>
      </w:r>
    </w:p>
    <w:p>
      <w:r>
        <w:rPr>
          <w:b/>
        </w:rPr>
        <w:t xml:space="preserve">[02:13] </w:t>
      </w:r>
      <w:r>
        <w:t>now, of this ice cap clips</w:t>
      </w:r>
    </w:p>
    <w:p>
      <w:pPr>
        <w:jc w:val="right"/>
      </w:pPr>
      <w:r>
        <w:t>ناو، اف دس ائس کیپ کلیپس</w:t>
      </w:r>
    </w:p>
    <w:p>
      <w:r>
        <w:rPr>
          <w:b/>
        </w:rPr>
        <w:t xml:space="preserve">[02:20] </w:t>
      </w:r>
      <w:r>
        <w:t>and going to the ocean,</w:t>
      </w:r>
    </w:p>
    <w:p>
      <w:pPr>
        <w:jc w:val="right"/>
      </w:pPr>
      <w:r>
        <w:t>اینڈ گوئنگ ٹو دا اوشن،</w:t>
      </w:r>
    </w:p>
    <w:p>
      <w:r>
        <w:rPr>
          <w:b/>
        </w:rPr>
        <w:t xml:space="preserve">[02:25] </w:t>
      </w:r>
      <w:r>
        <w:t>then they have predicted that</w:t>
      </w:r>
    </w:p>
    <w:p>
      <w:pPr>
        <w:jc w:val="right"/>
      </w:pPr>
      <w:r>
        <w:t>دین دے ہیو پریڈکٹڈ دیٹ</w:t>
      </w:r>
    </w:p>
    <w:p>
      <w:r>
        <w:rPr>
          <w:b/>
        </w:rPr>
        <w:t xml:space="preserve">[02:29] </w:t>
      </w:r>
      <w:r>
        <w:t>the water level in the sea</w:t>
      </w:r>
    </w:p>
    <w:p>
      <w:pPr>
        <w:jc w:val="right"/>
      </w:pPr>
      <w:r>
        <w:t>دا واٹر لیول ان دا سی</w:t>
      </w:r>
    </w:p>
    <w:p>
      <w:r>
        <w:rPr>
          <w:b/>
        </w:rPr>
        <w:t xml:space="preserve">[02:35] </w:t>
      </w:r>
      <w:r>
        <w:t>will rise up to</w:t>
      </w:r>
    </w:p>
    <w:p>
      <w:pPr>
        <w:jc w:val="right"/>
      </w:pPr>
      <w:r>
        <w:t>ول رائز اپ ٹو</w:t>
      </w:r>
    </w:p>
    <w:p>
      <w:r>
        <w:rPr>
          <w:b/>
        </w:rPr>
        <w:t xml:space="preserve">[02:39] </w:t>
      </w:r>
      <w:r>
        <w:t>more than 20 feet.</w:t>
      </w:r>
    </w:p>
    <w:p>
      <w:pPr>
        <w:jc w:val="right"/>
      </w:pPr>
      <w:r>
        <w:t>مور دین 20 فیٹ۔</w:t>
      </w:r>
    </w:p>
    <w:p>
      <w:r>
        <w:rPr>
          <w:b/>
        </w:rPr>
        <w:t xml:space="preserve">[02:44] </w:t>
      </w:r>
      <w:r>
        <w:t>and so many cities like New York and Washington will be damaged.</w:t>
      </w:r>
    </w:p>
    <w:p>
      <w:pPr>
        <w:jc w:val="right"/>
      </w:pPr>
      <w:r>
        <w:t>اینڈ سو مینی سٹیز لائک نیویارک اینڈ واشنگٹن ول بی ڈیمج۔</w:t>
      </w:r>
    </w:p>
    <w:p>
      <w:r>
        <w:rPr>
          <w:b/>
        </w:rPr>
        <w:t xml:space="preserve">[02:55] </w:t>
      </w:r>
      <w:r>
        <w:t>and most alarming aspect of this collapse is that the earth rotation will be change.</w:t>
      </w:r>
    </w:p>
    <w:p>
      <w:pPr>
        <w:jc w:val="right"/>
      </w:pPr>
      <w:r>
        <w:t>اینڈ موسٹ الارمنگ اسپیکٹ اف دس کلیپس از دیٹ دا ارتھ روٹیشن ول بی چینج۔</w:t>
      </w:r>
    </w:p>
    <w:p>
      <w:r>
        <w:rPr>
          <w:b/>
        </w:rPr>
        <w:t xml:space="preserve">[03:10] </w:t>
      </w:r>
      <w:r>
        <w:t>earth rotation would be change. It means there are so many news</w:t>
      </w:r>
    </w:p>
    <w:p>
      <w:pPr>
        <w:jc w:val="right"/>
      </w:pPr>
      <w:r>
        <w:t>ارتھ روٹیشن وڈ بی چینج۔ اٹ مینز دیر ار سو مینی نیوز</w:t>
      </w:r>
    </w:p>
    <w:p>
      <w:r>
        <w:rPr>
          <w:b/>
        </w:rPr>
        <w:t xml:space="preserve">[03:22] </w:t>
      </w:r>
      <w:r>
        <w:t>every day. Perhaps you know, perhaps you see and listen in the media almost every day. This news tell us a very dangerous story that life support system is in danger.</w:t>
      </w:r>
    </w:p>
    <w:p>
      <w:pPr>
        <w:jc w:val="right"/>
      </w:pPr>
      <w:r>
        <w:t>ایوری ڈے۔ پرہیپس یو نو، پرہیپس یو سی اینڈ لسن ان دا میڈیا الموسٹ ایوری ڈے۔ دس نیوز ٹیل اس ا ویری ڈینجرس سٹوری دیٹ لائف سپورٹ سسٹم از ان ڈینجر۔</w:t>
      </w:r>
    </w:p>
    <w:p>
      <w:r>
        <w:rPr>
          <w:b/>
        </w:rPr>
        <w:t xml:space="preserve">[03:43] </w:t>
      </w:r>
      <w:r>
        <w:t>our earth is a very special kind of planet, only one in the whole universe.</w:t>
      </w:r>
    </w:p>
    <w:p>
      <w:pPr>
        <w:jc w:val="right"/>
      </w:pPr>
      <w:r>
        <w:t>اور ارتھ از ا ویری سپیشل کائنڈ اف پلینٹ، اونلی ون ان دا ہول یونیورس۔</w:t>
      </w:r>
    </w:p>
    <w:p>
      <w:r>
        <w:rPr>
          <w:b/>
        </w:rPr>
        <w:t xml:space="preserve">[03:52] </w:t>
      </w:r>
      <w:r>
        <w:t>in this earth, we have a very favorable life support system. We have two other planet like this in the whole universe.</w:t>
      </w:r>
    </w:p>
    <w:p>
      <w:pPr>
        <w:jc w:val="right"/>
      </w:pPr>
      <w:r>
        <w:t>ان دس ارتھ، وی ہیو ا ویری فیوریبل لائف سپورٹ سسٹم۔ وی ہیو ٹو ادر پلینٹ لائک دس ان دا ہول یونیورس۔</w:t>
      </w:r>
    </w:p>
    <w:p>
      <w:r>
        <w:rPr>
          <w:b/>
        </w:rPr>
        <w:t xml:space="preserve">[04:06] </w:t>
      </w:r>
      <w:r>
        <w:t>So here we find a very favorable kind of life support system. So this life support system is in danger.</w:t>
      </w:r>
    </w:p>
    <w:p>
      <w:pPr>
        <w:jc w:val="right"/>
      </w:pPr>
      <w:r>
        <w:t>سو ہیر وی فائنڈ ا ویری فیوریبل کائنڈ اف لائف سپورٹ سسٹم۔ سو دس لائف سپورٹ سسٹم از ان ڈینجر۔</w:t>
      </w:r>
    </w:p>
    <w:p>
      <w:r>
        <w:rPr>
          <w:b/>
        </w:rPr>
        <w:t xml:space="preserve">[04:19] </w:t>
      </w:r>
      <w:r>
        <w:t>in danger.</w:t>
      </w:r>
    </w:p>
    <w:p>
      <w:pPr>
        <w:jc w:val="right"/>
      </w:pPr>
      <w:r>
        <w:t>ان ڈینجر۔</w:t>
      </w:r>
    </w:p>
    <w:p>
      <w:r>
        <w:rPr>
          <w:b/>
        </w:rPr>
        <w:t xml:space="preserve">[04:22] </w:t>
      </w:r>
      <w:r>
        <w:t>das scientist and other people take it as a ecological change.</w:t>
      </w:r>
    </w:p>
    <w:p>
      <w:pPr>
        <w:jc w:val="right"/>
      </w:pPr>
      <w:r>
        <w:t>دس سائنٹسٹ اینڈ ادر پیپل ٹیک اٹ ایز ا ایکلوجیکل چینج۔</w:t>
      </w:r>
    </w:p>
    <w:p>
      <w:r>
        <w:rPr>
          <w:b/>
        </w:rPr>
        <w:t xml:space="preserve">[04:32] </w:t>
      </w:r>
      <w:r>
        <w:t>ecological change, but it is more than that.</w:t>
      </w:r>
    </w:p>
    <w:p>
      <w:pPr>
        <w:jc w:val="right"/>
      </w:pPr>
      <w:r>
        <w:t>ایکلوجیکل چینج، بٹ اٹ از مور دین دیٹ۔</w:t>
      </w:r>
    </w:p>
    <w:p>
      <w:r>
        <w:rPr>
          <w:b/>
        </w:rPr>
        <w:t xml:space="preserve">[04:38] </w:t>
      </w:r>
      <w:r>
        <w:t>this change is not simply and a ecological change. it is a divine alarm, divine warning.</w:t>
      </w:r>
    </w:p>
    <w:p>
      <w:pPr>
        <w:jc w:val="right"/>
      </w:pPr>
      <w:r>
        <w:t>دس چینج از ناٹ سمپلی اینڈ ا ایکلوجیکل چینج۔ اٹ از ا ڈیوائن الارم، ڈیوائن وارننگ۔</w:t>
      </w:r>
    </w:p>
    <w:p>
      <w:r>
        <w:rPr>
          <w:b/>
        </w:rPr>
        <w:t xml:space="preserve">[04:52] </w:t>
      </w:r>
      <w:r>
        <w:t>about what? this</w:t>
      </w:r>
    </w:p>
    <w:p>
      <w:pPr>
        <w:jc w:val="right"/>
      </w:pPr>
      <w:r>
        <w:t>اباؤٹ واٹ؟ دس</w:t>
      </w:r>
    </w:p>
    <w:p>
      <w:r>
        <w:rPr>
          <w:b/>
        </w:rPr>
        <w:t xml:space="preserve">[05:00] </w:t>
      </w:r>
      <w:r>
        <w:t>changes tell us that the test period is now over. you know what happens in the examination hall?</w:t>
      </w:r>
    </w:p>
    <w:p>
      <w:pPr>
        <w:jc w:val="right"/>
      </w:pPr>
      <w:r>
        <w:t>چینجز ٹیل اس دیٹ دا ٹیسٹ پیریڈ از ناؤ اوور۔ یو نو واٹ ہیپنز ان دا ایگزامینیشن ہال؟</w:t>
      </w:r>
    </w:p>
    <w:p>
      <w:r>
        <w:rPr>
          <w:b/>
        </w:rPr>
        <w:t xml:space="preserve">[05:14] </w:t>
      </w:r>
      <w:r>
        <w:t>in the examination, in the examination hall, you know, when the time, fixed time, is</w:t>
      </w:r>
    </w:p>
    <w:p>
      <w:pPr>
        <w:jc w:val="right"/>
      </w:pPr>
      <w:r>
        <w:t>ان دا ایگزامینیشن، ان دا ایگزامینیشن ہال، یو نو، وین دا ٹائم، فکس ٹائم، از</w:t>
      </w:r>
    </w:p>
    <w:p>
      <w:r>
        <w:rPr>
          <w:b/>
        </w:rPr>
        <w:t xml:space="preserve">[05:24] </w:t>
      </w:r>
      <w:r>
        <w:t>completed. so they announce that stop writing.</w:t>
      </w:r>
    </w:p>
    <w:p>
      <w:pPr>
        <w:jc w:val="right"/>
      </w:pPr>
      <w:r>
        <w:t>کمپلیٹڈ۔ سو دے اناؤنس دیٹ سٹاپ رائٹنگ۔</w:t>
      </w:r>
    </w:p>
    <w:p>
      <w:r>
        <w:rPr>
          <w:b/>
        </w:rPr>
        <w:t xml:space="preserve">[05:32] </w:t>
      </w:r>
      <w:r>
        <w:t>the time is over.</w:t>
      </w:r>
    </w:p>
    <w:p>
      <w:pPr>
        <w:jc w:val="right"/>
      </w:pPr>
      <w:r>
        <w:t>دا ٹائم از اوور۔</w:t>
      </w:r>
    </w:p>
    <w:p>
      <w:r>
        <w:rPr>
          <w:b/>
        </w:rPr>
        <w:t xml:space="preserve">[05:37] </w:t>
      </w:r>
      <w:r>
        <w:t>so is the case of this globe where we live.</w:t>
      </w:r>
    </w:p>
    <w:p>
      <w:pPr>
        <w:jc w:val="right"/>
      </w:pPr>
      <w:r>
        <w:t>سو از دا کیس اف دس گلوب ویئر وی لیو۔</w:t>
      </w:r>
    </w:p>
    <w:p>
      <w:r>
        <w:rPr>
          <w:b/>
        </w:rPr>
        <w:t xml:space="preserve">[05:46] </w:t>
      </w:r>
      <w:r>
        <w:t>god almighty created this earth</w:t>
      </w:r>
    </w:p>
    <w:p>
      <w:pPr>
        <w:jc w:val="right"/>
      </w:pPr>
      <w:r>
        <w:t>گاڈ المائٹی کریٹڈ دس ارتھ</w:t>
      </w:r>
    </w:p>
    <w:p>
      <w:r>
        <w:rPr>
          <w:b/>
        </w:rPr>
        <w:t xml:space="preserve">[05:54] </w:t>
      </w:r>
      <w:r>
        <w:t>as a</w:t>
      </w:r>
    </w:p>
    <w:p>
      <w:pPr>
        <w:jc w:val="right"/>
      </w:pPr>
      <w:r>
        <w:t>ایز ا</w:t>
      </w:r>
    </w:p>
    <w:p>
      <w:r>
        <w:rPr>
          <w:b/>
        </w:rPr>
        <w:t xml:space="preserve">[05:59] </w:t>
      </w:r>
      <w:r>
        <w:t>testing place, and time was fixed from the out set</w:t>
      </w:r>
    </w:p>
    <w:p>
      <w:pPr>
        <w:jc w:val="right"/>
      </w:pPr>
      <w:r>
        <w:t>ٹیسٹنگ پلیس، اینڈ ٹائم واز فکسڈ فرام دا اؤٹ سیٹ</w:t>
      </w:r>
    </w:p>
    <w:p>
      <w:r>
        <w:rPr>
          <w:b/>
        </w:rPr>
        <w:t xml:space="preserve">[06:09] </w:t>
      </w:r>
      <w:r>
        <w:t>. now, all these signs indicate that</w:t>
      </w:r>
    </w:p>
    <w:p>
      <w:pPr>
        <w:jc w:val="right"/>
      </w:pPr>
      <w:r>
        <w:t>۔ ناو، ال دیز سائنز انڈیکیٹ دیٹ</w:t>
      </w:r>
    </w:p>
    <w:p>
      <w:r>
        <w:rPr>
          <w:b/>
        </w:rPr>
        <w:t xml:space="preserve">[06:17] </w:t>
      </w:r>
      <w:r>
        <w:t>that period that was fixed by god is now reach to the final stage.</w:t>
      </w:r>
    </w:p>
    <w:p>
      <w:pPr>
        <w:jc w:val="right"/>
      </w:pPr>
      <w:r>
        <w:t>دیٹ پیریڈ دیٹ واز فکسڈ بائی گاڈ از ناؤ ریچ ٹو دا فائنل سٹیج۔</w:t>
      </w:r>
    </w:p>
    <w:p>
      <w:r>
        <w:rPr>
          <w:b/>
        </w:rPr>
        <w:t xml:space="preserve">[06:28] </w:t>
      </w:r>
      <w:r>
        <w:t>so the time is over.</w:t>
      </w:r>
    </w:p>
    <w:p>
      <w:pPr>
        <w:jc w:val="right"/>
      </w:pPr>
      <w:r>
        <w:t>سو دا ٹائم از اوور۔</w:t>
      </w:r>
    </w:p>
    <w:p>
      <w:r>
        <w:rPr>
          <w:b/>
        </w:rPr>
        <w:t xml:space="preserve">[06:33] </w:t>
      </w:r>
      <w:r>
        <w:t>its very very serious news</w:t>
      </w:r>
    </w:p>
    <w:p>
      <w:pPr>
        <w:jc w:val="right"/>
      </w:pPr>
      <w:r>
        <w:t>اٹس ویری ویری سیریس نیوز</w:t>
      </w:r>
    </w:p>
    <w:p>
      <w:r>
        <w:rPr>
          <w:b/>
        </w:rPr>
        <w:t xml:space="preserve">[06:39] </w:t>
      </w:r>
      <w:r>
        <w:t>for all mankind as well as for our team. our team has discovered the importance of dawah.</w:t>
      </w:r>
    </w:p>
    <w:p>
      <w:pPr>
        <w:jc w:val="right"/>
      </w:pPr>
      <w:r>
        <w:t>فار ال مین کائنڈ ایز ویل ایز فار اور ٹیم۔ اور ٹیم ہیز ڈسکورڈ دا امپورٹنس اف داوا۔</w:t>
      </w:r>
    </w:p>
    <w:p>
      <w:r>
        <w:rPr>
          <w:b/>
        </w:rPr>
        <w:t xml:space="preserve">[06:55] </w:t>
      </w:r>
      <w:r>
        <w:t>dawah, that dawah means to make people know the creational plan of god.</w:t>
      </w:r>
    </w:p>
    <w:p>
      <w:pPr>
        <w:jc w:val="right"/>
      </w:pPr>
      <w:r>
        <w:t>داوا، دیٹ داوا مینز ٹو میک پیپل نو دا کریشنل پلان اف گاڈ۔</w:t>
      </w:r>
    </w:p>
    <w:p>
      <w:r>
        <w:rPr>
          <w:b/>
        </w:rPr>
        <w:t xml:space="preserve">[07:05] </w:t>
      </w:r>
      <w:r>
        <w:t>for what purpose this world was created, and for what purpose we were created, and we settled in this planet earth.</w:t>
      </w:r>
    </w:p>
    <w:p>
      <w:pPr>
        <w:jc w:val="right"/>
      </w:pPr>
      <w:r>
        <w:t>فار واٹ پرپس دس ورلڈ واز کریٹڈ، اینڈ فار واٹ پرپس وی ویر کریٹڈ، اینڈ وی سیٹلڈ ان دس پلینٹ ارتھ۔</w:t>
      </w:r>
    </w:p>
    <w:p>
      <w:r>
        <w:rPr>
          <w:b/>
        </w:rPr>
        <w:t xml:space="preserve">[07:15] </w:t>
      </w:r>
      <w:r>
        <w:t>so</w:t>
      </w:r>
    </w:p>
    <w:p>
      <w:pPr>
        <w:jc w:val="right"/>
      </w:pPr>
      <w:r>
        <w:t>سو</w:t>
      </w:r>
    </w:p>
    <w:p>
      <w:r>
        <w:rPr>
          <w:b/>
        </w:rPr>
        <w:t xml:space="preserve">[07:20] </w:t>
      </w:r>
      <w:r>
        <w:t>making people know this fact is dawah work. so our team is a very unique team</w:t>
      </w:r>
    </w:p>
    <w:p>
      <w:pPr>
        <w:jc w:val="right"/>
      </w:pPr>
      <w:r>
        <w:t>میکنگ پیپل نو دس فیکٹ از داوا ورک۔ سو اور ٹیم از ا ویری یونیک ٹیم</w:t>
      </w:r>
    </w:p>
    <w:p>
      <w:r>
        <w:rPr>
          <w:b/>
        </w:rPr>
        <w:t xml:space="preserve">[07:34] </w:t>
      </w:r>
      <w:r>
        <w:t>. you have discovered the importance of this task, and you are engaged in this task. but now, after this, if this sign, you have to be more cautious.</w:t>
      </w:r>
    </w:p>
    <w:p>
      <w:pPr>
        <w:jc w:val="right"/>
      </w:pPr>
      <w:r>
        <w:t>۔ یو ہیو ڈسکورڈ دا امپورٹنس اف دس ٹاسک، اینڈ یو ار انگیجڈ ان دس ٹاسک۔ بٹ ناو، افٹر دس، اف دس سائن، یو ہیو ٹو بی مور کاشیس۔</w:t>
      </w:r>
    </w:p>
    <w:p>
      <w:r>
        <w:rPr>
          <w:b/>
        </w:rPr>
        <w:t xml:space="preserve">[07:51] </w:t>
      </w:r>
      <w:r>
        <w:t>you have to take this as a sole concern, because time is, because there is no time.</w:t>
      </w:r>
    </w:p>
    <w:p>
      <w:pPr>
        <w:jc w:val="right"/>
      </w:pPr>
      <w:r>
        <w:t>یو ہیو ٹو ٹیک دس ایز ا سول کنسرن، بیکاز ٹائم از، بیکاز دیر از نو ٹائم۔</w:t>
      </w:r>
    </w:p>
    <w:p>
      <w:r>
        <w:rPr>
          <w:b/>
        </w:rPr>
        <w:t xml:space="preserve">[08:01] </w:t>
      </w:r>
      <w:r>
        <w:t>there is no time.</w:t>
      </w:r>
    </w:p>
    <w:p>
      <w:pPr>
        <w:jc w:val="right"/>
      </w:pPr>
      <w:r>
        <w:t>دیر از نو ٹائم۔</w:t>
      </w:r>
    </w:p>
    <w:p>
      <w:r>
        <w:rPr>
          <w:b/>
        </w:rPr>
        <w:t xml:space="preserve">[08:05] </w:t>
      </w:r>
      <w:r>
        <w:t>so we have to be very very active in this field.</w:t>
      </w:r>
    </w:p>
    <w:p>
      <w:pPr>
        <w:jc w:val="right"/>
      </w:pPr>
      <w:r>
        <w:t>سو وی ہیو ٹو بی ویری ویری ایکٹیو ان دس فیلڈ۔</w:t>
      </w:r>
    </w:p>
    <w:p>
      <w:r>
        <w:rPr>
          <w:b/>
        </w:rPr>
        <w:t xml:space="preserve">[08:13] </w:t>
      </w:r>
      <w:r>
        <w:t>This is the first point. Then today, I received a call from a, from an educated Muslim youth.</w:t>
      </w:r>
    </w:p>
    <w:p>
      <w:pPr>
        <w:jc w:val="right"/>
      </w:pPr>
      <w:r>
        <w:t>دس از دا فرسٹ پوائنٹ۔ دین ٹوڈے، ائی ریسیوڈ ا کال فرام اے، فرام این ایجوکیٹڈ مسلم یوتھ۔</w:t>
      </w:r>
    </w:p>
    <w:p>
      <w:r>
        <w:rPr>
          <w:b/>
        </w:rPr>
        <w:t xml:space="preserve">[08:28] </w:t>
      </w:r>
      <w:r>
        <w:t>he said that i want to do dawa work.</w:t>
      </w:r>
    </w:p>
    <w:p>
      <w:pPr>
        <w:jc w:val="right"/>
      </w:pPr>
      <w:r>
        <w:t>ہی سیڈ دیٹ ائی وانٹ ٹو ڈو داوا ورک۔</w:t>
      </w:r>
    </w:p>
    <w:p>
      <w:r>
        <w:rPr>
          <w:b/>
        </w:rPr>
        <w:t xml:space="preserve">[08:33] </w:t>
      </w:r>
      <w:r>
        <w:t>i have read your books and monthly magazine risala, and now, i want to do dawa work. so what i have to do?</w:t>
      </w:r>
    </w:p>
    <w:p>
      <w:pPr>
        <w:jc w:val="right"/>
      </w:pPr>
      <w:r>
        <w:t>ائی ہیو ریڈ یور بکس اینڈ منتھلی میگزین رسالہ، اینڈ ناو، ائی وانٹ ٹو ڈو داوا ورک۔ سو واٹ ائی ہیو ٹو ڈو؟</w:t>
      </w:r>
    </w:p>
    <w:p>
      <w:r>
        <w:rPr>
          <w:b/>
        </w:rPr>
        <w:t xml:space="preserve">[08:45] </w:t>
      </w:r>
      <w:r>
        <w:t>what is the method? i said that it is very simple.</w:t>
      </w:r>
    </w:p>
    <w:p>
      <w:pPr>
        <w:jc w:val="right"/>
      </w:pPr>
      <w:r>
        <w:t>واٹ از دا میتھڈ؟ ائی سیڈ دیٹ اٹ از ویری سمپل۔</w:t>
      </w:r>
    </w:p>
    <w:p>
      <w:r>
        <w:rPr>
          <w:b/>
        </w:rPr>
        <w:t xml:space="preserve">[08:56] </w:t>
      </w:r>
      <w:r>
        <w:t>you have to love mankind, and then you will understand all these things. you know, no mother will ask about his baby.</w:t>
      </w:r>
    </w:p>
    <w:p>
      <w:pPr>
        <w:jc w:val="right"/>
      </w:pPr>
      <w:r>
        <w:t>یو ہیو ٹو لو مین کائنڈ، اینڈ دین یو ویل انڈرسٹینڈ ال دیز تھنگز۔ یو نو، نو مدر ویل اسک اباؤٹ ہز بیبی۔</w:t>
      </w:r>
    </w:p>
    <w:p>
      <w:r>
        <w:rPr>
          <w:b/>
        </w:rPr>
        <w:t xml:space="preserve">[09:12] </w:t>
      </w:r>
      <w:r>
        <w:t>what to do? how i can care this baby?</w:t>
      </w:r>
    </w:p>
    <w:p>
      <w:pPr>
        <w:jc w:val="right"/>
      </w:pPr>
      <w:r>
        <w:t>واٹ ٹو ڈو؟ ہاؤ ائی کین کیئر دس بیبی؟</w:t>
      </w:r>
    </w:p>
    <w:p>
      <w:r>
        <w:rPr>
          <w:b/>
        </w:rPr>
        <w:t xml:space="preserve">[09:16] </w:t>
      </w:r>
      <w:r>
        <w:t>no, every mother without asking knows</w:t>
      </w:r>
    </w:p>
    <w:p>
      <w:pPr>
        <w:jc w:val="right"/>
      </w:pPr>
      <w:r>
        <w:t>نو، ایوری مدر وداؤٹ اسکنگ نوز</w:t>
      </w:r>
    </w:p>
    <w:p>
      <w:r>
        <w:rPr>
          <w:b/>
        </w:rPr>
        <w:t xml:space="preserve">[09:23] </w:t>
      </w:r>
      <w:r>
        <w:t>her responsibility and her concern. so is the case of dawa. dawa is like a mother.</w:t>
      </w:r>
    </w:p>
    <w:p>
      <w:pPr>
        <w:jc w:val="right"/>
      </w:pPr>
      <w:r>
        <w:t>ہر ریسپانسبیلٹی اینڈ ہر کنسرن۔ سو از دا کیس اف داوا۔ داوا از لائک ا مدر۔</w:t>
      </w:r>
    </w:p>
    <w:p>
      <w:r>
        <w:rPr>
          <w:b/>
        </w:rPr>
        <w:t xml:space="preserve">[09:37] </w:t>
      </w:r>
      <w:r>
        <w:t>you are mother of all mankind.</w:t>
      </w:r>
    </w:p>
    <w:p>
      <w:pPr>
        <w:jc w:val="right"/>
      </w:pPr>
      <w:r>
        <w:t>یو ار مدر اف ال مین کائنڈ۔</w:t>
      </w:r>
    </w:p>
    <w:p>
      <w:r>
        <w:rPr>
          <w:b/>
        </w:rPr>
        <w:t xml:space="preserve">[09:42] </w:t>
      </w:r>
      <w:r>
        <w:t>so you have to develop that kind of care, that kind of love.</w:t>
      </w:r>
    </w:p>
    <w:p>
      <w:pPr>
        <w:jc w:val="right"/>
      </w:pPr>
      <w:r>
        <w:t>سو یو ہیو ٹو ڈیولپ دیٹ کائنڈ اف کیئر، دیٹ کائنڈ اف لو۔</w:t>
      </w:r>
    </w:p>
    <w:p>
      <w:r>
        <w:rPr>
          <w:b/>
        </w:rPr>
        <w:t xml:space="preserve">[09:51] </w:t>
      </w:r>
      <w:r>
        <w:t>love is a basic in the work,</w:t>
      </w:r>
    </w:p>
    <w:p>
      <w:pPr>
        <w:jc w:val="right"/>
      </w:pPr>
      <w:r>
        <w:t>لو از ا بیسک ان دا ورک،</w:t>
      </w:r>
    </w:p>
    <w:p>
      <w:r>
        <w:rPr>
          <w:b/>
        </w:rPr>
        <w:t xml:space="preserve">[09:58] </w:t>
      </w:r>
      <w:r>
        <w:t>and love means, love means in in in in this regard.</w:t>
      </w:r>
    </w:p>
    <w:p>
      <w:pPr>
        <w:jc w:val="right"/>
      </w:pPr>
      <w:r>
        <w:t>اینڈ لو مینز، لو مینز ان ان ان ان دس ریگارڈ۔</w:t>
      </w:r>
    </w:p>
    <w:p>
      <w:r>
        <w:rPr>
          <w:b/>
        </w:rPr>
        <w:t xml:space="preserve">[10:06] </w:t>
      </w:r>
      <w:r>
        <w:t>love means unilateral love. neutral love.</w:t>
      </w:r>
    </w:p>
    <w:p>
      <w:pPr>
        <w:jc w:val="right"/>
      </w:pPr>
      <w:r>
        <w:t>لو مینز یونی لیٹرل لو۔ نیٹرل لو۔</w:t>
      </w:r>
    </w:p>
    <w:p>
      <w:r>
        <w:rPr>
          <w:b/>
        </w:rPr>
        <w:t xml:space="preserve">[10:14] </w:t>
      </w:r>
      <w:r>
        <w:t>even if your madu</w:t>
      </w:r>
    </w:p>
    <w:p>
      <w:pPr>
        <w:jc w:val="right"/>
      </w:pPr>
      <w:r>
        <w:t>ایون اف یور مدو</w:t>
      </w:r>
    </w:p>
    <w:p>
      <w:r>
        <w:rPr>
          <w:b/>
        </w:rPr>
        <w:t xml:space="preserve">[10:20] </w:t>
      </w:r>
      <w:r>
        <w:t>provoke you, he gave you some trouble.</w:t>
      </w:r>
    </w:p>
    <w:p>
      <w:pPr>
        <w:jc w:val="right"/>
      </w:pPr>
      <w:r>
        <w:t>پرووک یو، ہی گیو یو سم ٹریبل۔</w:t>
      </w:r>
    </w:p>
    <w:p>
      <w:r>
        <w:rPr>
          <w:b/>
        </w:rPr>
        <w:t xml:space="preserve">[10:28] </w:t>
      </w:r>
      <w:r>
        <w:t>any kind of atrocities are not excuse for you.</w:t>
      </w:r>
    </w:p>
    <w:p>
      <w:pPr>
        <w:jc w:val="right"/>
      </w:pPr>
      <w:r>
        <w:t>اینی کائنڈ اف اٹراسٹیز ار ناٹ ایکسکیوز فار یو۔</w:t>
      </w:r>
    </w:p>
    <w:p>
      <w:r>
        <w:rPr>
          <w:b/>
        </w:rPr>
        <w:t xml:space="preserve">[10:36] </w:t>
      </w:r>
      <w:r>
        <w:t>you have to develop that kind of love, that is unilateral love.</w:t>
      </w:r>
    </w:p>
    <w:p>
      <w:pPr>
        <w:jc w:val="right"/>
      </w:pPr>
      <w:r>
        <w:t>یو ہیو ٹو ڈیولپ دیٹ کائنڈ اف لو، دیٹ از یونی لیٹرل لو۔</w:t>
      </w:r>
    </w:p>
    <w:p>
      <w:r>
        <w:rPr>
          <w:b/>
        </w:rPr>
        <w:t xml:space="preserve">[10:43] </w:t>
      </w:r>
      <w:r>
        <w:t>you know, all the prophets were die. the</w:t>
      </w:r>
    </w:p>
    <w:p>
      <w:pPr>
        <w:jc w:val="right"/>
      </w:pPr>
      <w:r>
        <w:t>یو نو، ال دا پرافٹس ویر ڈائی۔ دا</w:t>
      </w:r>
    </w:p>
    <w:p>
      <w:r>
        <w:rPr>
          <w:b/>
        </w:rPr>
        <w:t xml:space="preserve">[10:58] </w:t>
      </w:r>
      <w:r>
        <w:t>face persecution, atrocities,</w:t>
      </w:r>
    </w:p>
    <w:p>
      <w:pPr>
        <w:jc w:val="right"/>
      </w:pPr>
      <w:r>
        <w:t>فیس پرسیکیوشن، اٹراسٹیز،</w:t>
      </w:r>
    </w:p>
    <w:p>
      <w:r>
        <w:rPr>
          <w:b/>
        </w:rPr>
        <w:t xml:space="preserve">[11:05] </w:t>
      </w:r>
      <w:r>
        <w:t>and all kind of losses. but they said to their madu, to their people, ani luqm nasir.</w:t>
      </w:r>
    </w:p>
    <w:p>
      <w:pPr>
        <w:jc w:val="right"/>
      </w:pPr>
      <w:r>
        <w:t>اینڈ ال کائنڈ اف لاسز۔ بٹ دے سیڈ ٹو دیر مدو، ٹو دیر پیپل، انی لقم ناصر۔</w:t>
      </w:r>
    </w:p>
    <w:p>
      <w:r>
        <w:rPr>
          <w:b/>
        </w:rPr>
        <w:t xml:space="preserve">[11:18] </w:t>
      </w:r>
      <w:r>
        <w:t>ani luqm nasir means i am your wellwisher.</w:t>
      </w:r>
    </w:p>
    <w:p>
      <w:pPr>
        <w:jc w:val="right"/>
      </w:pPr>
      <w:r>
        <w:t>انی لقم ناصر مینز ائی ایم یور ولشر۔</w:t>
      </w:r>
    </w:p>
    <w:p>
      <w:r>
        <w:rPr>
          <w:b/>
        </w:rPr>
        <w:t xml:space="preserve">[11:27] </w:t>
      </w:r>
      <w:r>
        <w:t>in that situation, that was faced by these prophets. you can see that here willshing not simple sense.</w:t>
      </w:r>
    </w:p>
    <w:p>
      <w:pPr>
        <w:jc w:val="right"/>
      </w:pPr>
      <w:r>
        <w:t>ان دیٹ سچویشن، دیٹ واز فیس بائی دیز پرافٹس۔ یو کین سی دیٹ ہیر ولشنگ ناٹ سمپل سینس۔</w:t>
      </w:r>
    </w:p>
    <w:p>
      <w:r>
        <w:rPr>
          <w:b/>
        </w:rPr>
        <w:t xml:space="preserve">[11:36] </w:t>
      </w:r>
      <w:r>
        <w:t>when they said that i am your wellwisher, it means that inspired of all those atrocities, i am your wellwisher.</w:t>
      </w:r>
    </w:p>
    <w:p>
      <w:pPr>
        <w:jc w:val="right"/>
      </w:pPr>
      <w:r>
        <w:t>وین دے سیڈ دیٹ ائی ایم یور ولشر، اٹ مینز دیٹ انسپائرڈ اف ال دو اٹراسٹیز، ائی ایم یور ولشر۔</w:t>
      </w:r>
    </w:p>
    <w:p>
      <w:r>
        <w:rPr>
          <w:b/>
        </w:rPr>
        <w:t xml:space="preserve">[11:51] </w:t>
      </w:r>
      <w:r>
        <w:t>inspired of all those atrocities, i am your will</w:t>
      </w:r>
    </w:p>
    <w:p>
      <w:pPr>
        <w:jc w:val="right"/>
      </w:pPr>
      <w:r>
        <w:t>انسپائرڈ اف ال دو اٹراسٹیز، ائی ایم یور ول</w:t>
      </w:r>
    </w:p>
    <w:p>
      <w:r>
        <w:rPr>
          <w:b/>
        </w:rPr>
        <w:t xml:space="preserve">[11:56] </w:t>
      </w:r>
      <w:r>
        <w:t>wisher. that is unilateral love. then you know, jesus christ was a prophet.</w:t>
      </w:r>
    </w:p>
    <w:p>
      <w:pPr>
        <w:jc w:val="right"/>
      </w:pPr>
      <w:r>
        <w:t>شر۔ دیٹ از یونی لیٹرل لو۔ دین یو نو، جیسس کرائسٹ واز ا پرافٹ۔</w:t>
      </w:r>
    </w:p>
    <w:p>
      <w:r>
        <w:rPr>
          <w:b/>
        </w:rPr>
        <w:t xml:space="preserve">[12:10] </w:t>
      </w:r>
      <w:r>
        <w:t>he said to his disciples, he also,</w:t>
      </w:r>
    </w:p>
    <w:p>
      <w:pPr>
        <w:jc w:val="right"/>
      </w:pPr>
      <w:r>
        <w:t>ہی سیڈ ٹو ہز ڈسائپلز، ہی السو،</w:t>
      </w:r>
    </w:p>
    <w:p>
      <w:r>
        <w:rPr>
          <w:b/>
        </w:rPr>
        <w:t xml:space="preserve">[12:20] </w:t>
      </w:r>
      <w:r>
        <w:t>he also received so many atrocities, so many problems. even they wanted to kill him.</w:t>
      </w:r>
    </w:p>
    <w:p>
      <w:pPr>
        <w:jc w:val="right"/>
      </w:pPr>
      <w:r>
        <w:t>ہی السو ریسیوڈ سو مینی اٹراسٹیز، سو مینی پرابلمز۔ ایون دے وانٹڈ ٹو کل ہم۔</w:t>
      </w:r>
    </w:p>
    <w:p>
      <w:r>
        <w:rPr>
          <w:b/>
        </w:rPr>
        <w:t xml:space="preserve">[12:31] </w:t>
      </w:r>
      <w:r>
        <w:t>very well known fact.</w:t>
      </w:r>
    </w:p>
    <w:p>
      <w:pPr>
        <w:jc w:val="right"/>
      </w:pPr>
      <w:r>
        <w:t>ویری ویل نون فیکٹ۔</w:t>
      </w:r>
    </w:p>
    <w:p>
      <w:r>
        <w:rPr>
          <w:b/>
        </w:rPr>
        <w:t xml:space="preserve">[12:34] </w:t>
      </w:r>
      <w:r>
        <w:t>then he said to his disciples, love your enemy. in that situation, it was saying that you have to adopt unilateral kind of love.</w:t>
      </w:r>
    </w:p>
    <w:p>
      <w:pPr>
        <w:jc w:val="right"/>
      </w:pPr>
      <w:r>
        <w:t>دین ہی سیڈ ٹو ہز ڈسائپلز، لو یور اینمی۔ ان دیٹ سچویشن، اٹ واز سینگ دیٹ یو ہیو ٹو اڈاپٹ یونی لیٹرل کائنڈ اف لو۔</w:t>
      </w:r>
    </w:p>
    <w:p>
      <w:r>
        <w:rPr>
          <w:b/>
        </w:rPr>
        <w:t xml:space="preserve">[12:51] </w:t>
      </w:r>
      <w:r>
        <w:t>if you want to to do the work, you have to save yourself from all kind of negative thought.</w:t>
      </w:r>
    </w:p>
    <w:p>
      <w:pPr>
        <w:jc w:val="right"/>
      </w:pPr>
      <w:r>
        <w:t>اف یو وانٹ ٹو ٹو ڈو دا ورک، یو ہیو ٹو سیو یور سیلف فرام ال کائنڈ اف نیگیٹیو تھاٹ۔</w:t>
      </w:r>
    </w:p>
    <w:p>
      <w:r>
        <w:rPr>
          <w:b/>
        </w:rPr>
        <w:t xml:space="preserve">[13:02] </w:t>
      </w:r>
      <w:r>
        <w:t>you have to love</w:t>
      </w:r>
    </w:p>
    <w:p>
      <w:pPr>
        <w:jc w:val="right"/>
      </w:pPr>
      <w:r>
        <w:t>یو ہیو ٹو لو</w:t>
      </w:r>
    </w:p>
    <w:p>
      <w:r>
        <w:rPr>
          <w:b/>
        </w:rPr>
        <w:t xml:space="preserve">[13:06] </w:t>
      </w:r>
      <w:r>
        <w:t>on on unilateral basis. this was love your enemy.</w:t>
      </w:r>
    </w:p>
    <w:p>
      <w:pPr>
        <w:jc w:val="right"/>
      </w:pPr>
      <w:r>
        <w:t>ان ان یونی لیٹرل بیسز۔ دس واز لو یور اینمی۔</w:t>
      </w:r>
    </w:p>
    <w:p>
      <w:r>
        <w:rPr>
          <w:b/>
        </w:rPr>
        <w:t xml:space="preserve">[13:15] </w:t>
      </w:r>
      <w:r>
        <w:t>do enemies were made for jesus christ. so he said that you are not allowed to to inculcate hate against these people</w:t>
      </w:r>
    </w:p>
    <w:p>
      <w:pPr>
        <w:jc w:val="right"/>
      </w:pPr>
      <w:r>
        <w:t>دو اینمیز ویر مدو فار جیسس کرائسٹ۔ سو ہی سیڈ دیٹ یو ار ناٹ الاؤڈ ٹو ٹو انکلکیٹ ہیٹ اگینسٹ دیز پیپل</w:t>
      </w:r>
    </w:p>
    <w:p>
      <w:r>
        <w:rPr>
          <w:b/>
        </w:rPr>
        <w:t xml:space="preserve">[13:31] </w:t>
      </w:r>
      <w:r>
        <w:t>. then you see, this is the teaching that was revealed in the in the quran.</w:t>
      </w:r>
    </w:p>
    <w:p>
      <w:pPr>
        <w:jc w:val="right"/>
      </w:pPr>
      <w:r>
        <w:t>۔ دین یو سی، دس از دا ٹیچنگ دیٹ واز ریویلڈ ان دا ان دا قران۔</w:t>
      </w:r>
    </w:p>
    <w:p>
      <w:r>
        <w:rPr>
          <w:b/>
        </w:rPr>
        <w:t xml:space="preserve">[13:55] </w:t>
      </w:r>
      <w:r>
        <w:t>this direction was given to the prophet of islam and to his companions.</w:t>
      </w:r>
    </w:p>
    <w:p>
      <w:pPr>
        <w:jc w:val="right"/>
      </w:pPr>
      <w:r>
        <w:t>دس ڈائریکشن واز گیون ٹو دا پرافٹ اف اسلام اینڈ ٹو ہز کمپینز۔</w:t>
      </w:r>
    </w:p>
    <w:p>
      <w:r>
        <w:rPr>
          <w:b/>
        </w:rPr>
        <w:t xml:space="preserve">[14:02] </w:t>
      </w:r>
      <w:r>
        <w:t>it means that if you experience some enemy, then you are not going, you are not allowed to to to show negative reaction.</w:t>
      </w:r>
    </w:p>
    <w:p>
      <w:pPr>
        <w:jc w:val="right"/>
      </w:pPr>
      <w:r>
        <w:t>اٹ مینز دیٹ اف یو ایکسپیر سم اینمی، دین یو ار ناٹ گوئنگ، یو ار ناٹ الاؤڈ ٹو ٹو ٹو شو نیگیٹیو ری ایکشن۔</w:t>
      </w:r>
    </w:p>
    <w:p>
      <w:r>
        <w:rPr>
          <w:b/>
        </w:rPr>
        <w:t xml:space="preserve">[14:20] </w:t>
      </w:r>
      <w:r>
        <w:t>you have to do good deed in return for enemies by deed, and then you will see that your enemy has become your friend.</w:t>
      </w:r>
    </w:p>
    <w:p>
      <w:pPr>
        <w:jc w:val="right"/>
      </w:pPr>
      <w:r>
        <w:t>یو ہیو ٹو ڈو گڈ ڈیڈ ان ریٹرن فار اینمیز بائی ڈیڈ، اینڈ دین یو ویل سی دیٹ یور اینمی ہیز بیکم یور فرینڈز۔</w:t>
      </w:r>
    </w:p>
    <w:p>
      <w:r>
        <w:rPr>
          <w:b/>
        </w:rPr>
        <w:t xml:space="preserve">[14:33] </w:t>
      </w:r>
      <w:r>
        <w:t>this this quranic verse addresses the human nature. human nature, it means that although these people happen to be your enemy,</w:t>
      </w:r>
    </w:p>
    <w:p>
      <w:pPr>
        <w:jc w:val="right"/>
      </w:pPr>
      <w:r>
        <w:t>دس دس قرانک ورس ایڈریس دا ہیومن نیچر۔ ہیومن نیچر، اٹ مینز دیٹ الدو دیز پیپل ہیپیرس ٹو بی یور اینمی،</w:t>
      </w:r>
    </w:p>
    <w:p>
      <w:r>
        <w:rPr>
          <w:b/>
        </w:rPr>
        <w:t xml:space="preserve">[14:49] </w:t>
      </w:r>
      <w:r>
        <w:t>but you have to see their nature. don't see their enmity.</w:t>
      </w:r>
    </w:p>
    <w:p>
      <w:pPr>
        <w:jc w:val="right"/>
      </w:pPr>
      <w:r>
        <w:t>بٹ یو ہیو ٹو سی دیر نیچر۔ ڈونٹ سی دیر اینمیٹی۔</w:t>
      </w:r>
    </w:p>
    <w:p>
      <w:r>
        <w:rPr>
          <w:b/>
        </w:rPr>
        <w:t xml:space="preserve">[14:59] </w:t>
      </w:r>
      <w:r>
        <w:t>they happen to be an enemy, but you have to see their nature. nature was created by god.</w:t>
      </w:r>
    </w:p>
    <w:p>
      <w:pPr>
        <w:jc w:val="right"/>
      </w:pPr>
      <w:r>
        <w:t>دے ہیپیرس ٹو بی این اینمی، بٹ یو ہیو ٹو سی دیر نیچر۔ نیچر واز کریٹڈ بائی گاڈ۔</w:t>
      </w:r>
    </w:p>
    <w:p>
      <w:r>
        <w:rPr>
          <w:b/>
        </w:rPr>
        <w:t xml:space="preserve">[15:10] </w:t>
      </w:r>
      <w:r>
        <w:t>everyone is mr nature. no one is mr enemy. even mr enemy is mr nature, and mr nature is mr friend for you.</w:t>
      </w:r>
    </w:p>
    <w:p>
      <w:pPr>
        <w:jc w:val="right"/>
      </w:pPr>
      <w:r>
        <w:t>ایوری ون از مسٹر نیچر۔ نو ون از مسٹر اینمی۔ ایون مسٹر اینمی از مسٹر نیچر، اینڈ مسٹر نیچر از مسٹر فرینڈ فار یو۔</w:t>
      </w:r>
    </w:p>
    <w:p>
      <w:r>
        <w:rPr>
          <w:b/>
        </w:rPr>
        <w:t xml:space="preserve">[15:26] </w:t>
      </w:r>
      <w:r>
        <w:t>so god almighty revealed this verse in the quran that those people who happen to be your enemy.</w:t>
      </w:r>
    </w:p>
    <w:p>
      <w:pPr>
        <w:jc w:val="right"/>
      </w:pPr>
      <w:r>
        <w:t>سو گاڈ المائٹی ریویلڈ دس ورس ان دا قران دیٹ دو پیپل ہو ایپیس ٹو بی یور اینمی۔</w:t>
      </w:r>
    </w:p>
    <w:p>
      <w:r>
        <w:rPr>
          <w:b/>
        </w:rPr>
        <w:t xml:space="preserve">[15:37] </w:t>
      </w:r>
      <w:r>
        <w:t>so you have to adopt unilateral</w:t>
      </w:r>
    </w:p>
    <w:p>
      <w:pPr>
        <w:jc w:val="right"/>
      </w:pPr>
      <w:r>
        <w:t>سو یو ہیو ٹو اڈاپٹ یونی لیٹرل</w:t>
      </w:r>
    </w:p>
    <w:p>
      <w:r>
        <w:rPr>
          <w:b/>
        </w:rPr>
        <w:t xml:space="preserve">[15:42] </w:t>
      </w:r>
      <w:r>
        <w:t>positivity, unilateral behavior. that is do good deed in return for their by deed, and you will find that they they will become your friend.</w:t>
      </w:r>
    </w:p>
    <w:p>
      <w:pPr>
        <w:jc w:val="right"/>
      </w:pPr>
      <w:r>
        <w:t>پوزیٹیوٹی، یونی لیٹرل بیہیویئر۔ دیٹ از ڈو گڈ ڈیڈ ان ریٹرن فار دیر بائی ڈیڈ، اینڈ یو ویل فائنڈ دیٹ دے دے ویل بیکم یور فرینڈ۔</w:t>
      </w:r>
    </w:p>
    <w:p>
      <w:r>
        <w:rPr>
          <w:b/>
        </w:rPr>
        <w:t xml:space="preserve">[16:01] </w:t>
      </w:r>
      <w:r>
        <w:t>and when they their nature is addressed, then there is no enmity.</w:t>
      </w:r>
    </w:p>
    <w:p>
      <w:pPr>
        <w:jc w:val="right"/>
      </w:pPr>
      <w:r>
        <w:t>اینڈ وین دے دیر نیچر از ایڈریسڈ، دین دیر از نو اینیمیٹی۔</w:t>
      </w:r>
    </w:p>
    <w:p>
      <w:r>
        <w:rPr>
          <w:b/>
        </w:rPr>
        <w:t xml:space="preserve">[16:08] </w:t>
      </w:r>
      <w:r>
        <w:t>try to address their nature, avoid their enmity, avoid their provocation.</w:t>
      </w:r>
    </w:p>
    <w:p>
      <w:pPr>
        <w:jc w:val="right"/>
      </w:pPr>
      <w:r>
        <w:t>ٹرائی ٹو ایڈریس دیر نیچر، اوائڈ دیر اینیمیٹی، اوائڈ دیر پرووکیشن۔</w:t>
      </w:r>
    </w:p>
    <w:p>
      <w:r>
        <w:rPr>
          <w:b/>
        </w:rPr>
        <w:t xml:space="preserve">[16:19] </w:t>
      </w:r>
      <w:r>
        <w:t>avoid their enmity, avoid their provocation, and try to address their nature, their divine nature.</w:t>
      </w:r>
    </w:p>
    <w:p>
      <w:pPr>
        <w:jc w:val="right"/>
      </w:pPr>
      <w:r>
        <w:t>اوائڈ دیر اینیمیٹی، اوائڈ دیر پرووکیشن، اینڈ ٹرائی ٹو ایڈریس دیر نیچر، دیر ڈیوائن نیچر۔</w:t>
      </w:r>
    </w:p>
    <w:p>
      <w:r>
        <w:rPr>
          <w:b/>
        </w:rPr>
        <w:t xml:space="preserve">[16:31] </w:t>
      </w:r>
      <w:r>
        <w:t>and then you will find that they will understand your message, and they will become your your friend in this mission.</w:t>
      </w:r>
    </w:p>
    <w:p>
      <w:pPr>
        <w:jc w:val="right"/>
      </w:pPr>
      <w:r>
        <w:t>اینڈ دین یو ویل فائنڈ دیٹ دے ویل انڈرسٹینڈ یور میسج، اینڈ دے ویل بیکم یور یور فرینڈ ان دس مشن۔</w:t>
      </w:r>
    </w:p>
    <w:p>
      <w:r>
        <w:rPr>
          <w:b/>
        </w:rPr>
        <w:t xml:space="preserve">[16:45] </w:t>
      </w:r>
      <w:r>
        <w:t>and it happened, it happened in the arabia, and elsewhere in the world</w:t>
      </w:r>
    </w:p>
    <w:p>
      <w:pPr>
        <w:jc w:val="right"/>
      </w:pPr>
      <w:r>
        <w:t>اینڈ اٹ ہیپن، اٹ ہیپن ان دا عربیہ، اینڈ ایلس ویئر ان دا ورلڈ</w:t>
      </w:r>
    </w:p>
    <w:p>
      <w:r>
        <w:rPr>
          <w:b/>
        </w:rPr>
        <w:t xml:space="preserve">[16:56] </w:t>
      </w:r>
      <w:r>
        <w:t>. history shows that this this method that was applied by prophet and his companion.</w:t>
      </w:r>
    </w:p>
    <w:p>
      <w:pPr>
        <w:jc w:val="right"/>
      </w:pPr>
      <w:r>
        <w:t>۔ ہسٹری شوز دیٹ دس دس میتھڈ دیٹ واز اپلائیڈ بائی پرافٹ اینڈ ہز کمپین۔</w:t>
      </w:r>
    </w:p>
    <w:p>
      <w:r>
        <w:rPr>
          <w:b/>
        </w:rPr>
        <w:t xml:space="preserve">[17:07] </w:t>
      </w:r>
      <w:r>
        <w:t>so they were able to Islamize, Islamize not the whole Arabia, but also so many people in the world.</w:t>
      </w:r>
    </w:p>
    <w:p>
      <w:pPr>
        <w:jc w:val="right"/>
      </w:pPr>
      <w:r>
        <w:t>سو دے ویر ایبل ٹو اسلامائز، اسلامائز ناٹ دا ہول عربیہ، بٹ السو سو مینی پیپل ان دا ورلڈ۔</w:t>
      </w:r>
    </w:p>
    <w:p>
      <w:r>
        <w:rPr>
          <w:b/>
        </w:rPr>
        <w:t xml:space="preserve">[17:17] </w:t>
      </w:r>
      <w:r>
        <w:t>and now you know, there are more than billion Muslims throughout the world.</w:t>
      </w:r>
    </w:p>
    <w:p>
      <w:pPr>
        <w:jc w:val="right"/>
      </w:pPr>
      <w:r>
        <w:t>اینڈ ناو یو نو، دیر ار مور دین بلین مسلمز تھرو اؤٹ دی ورلڈ۔</w:t>
      </w:r>
    </w:p>
    <w:p>
      <w:r>
        <w:rPr>
          <w:b/>
        </w:rPr>
        <w:t xml:space="preserve">[17:24] </w:t>
      </w:r>
      <w:r>
        <w:t>so this is the, this is the method of dawa. You have to know your responsibility, and also you have to know that you have to adopt unilateral kind of love.</w:t>
      </w:r>
    </w:p>
    <w:p>
      <w:pPr>
        <w:jc w:val="right"/>
      </w:pPr>
      <w:r>
        <w:t>سو دس از دا، دس از دا میتھڈ اف داوا۔ یو ہیو ٹو نو یور ریسپانسبیلٹی، اینڈ السو یو ہیو ٹو نو دیٹ یو ہیو ٹو اڈاپٹ یونی لیٹرل کائنڈ اف لو۔</w:t>
      </w:r>
    </w:p>
    <w:p>
      <w:r>
        <w:rPr>
          <w:b/>
        </w:rPr>
        <w:t xml:space="preserve">[17:46] </w:t>
      </w:r>
      <w:r>
        <w:t>You have to make dawa your sole concern, your sole concern,</w:t>
      </w:r>
    </w:p>
    <w:p>
      <w:pPr>
        <w:jc w:val="right"/>
      </w:pPr>
      <w:r>
        <w:t>یو ہیو ٹو میک داوا یور سول کنسرن، یور سول کنسرن،</w:t>
      </w:r>
    </w:p>
    <w:p>
      <w:r>
        <w:rPr>
          <w:b/>
        </w:rPr>
        <w:t xml:space="preserve">[17:58] </w:t>
      </w:r>
      <w:r>
        <w:t>because very soon we will face God Almighty. Very soon</w:t>
      </w:r>
    </w:p>
    <w:p>
      <w:pPr>
        <w:jc w:val="right"/>
      </w:pPr>
      <w:r>
        <w:t>بیکاز ویری سون وی ویل فیس گاڈ المائٹی۔ ویری سون</w:t>
      </w:r>
    </w:p>
    <w:p>
      <w:r>
        <w:rPr>
          <w:b/>
        </w:rPr>
        <w:t xml:space="preserve">[18:07] </w:t>
      </w:r>
      <w:r>
        <w:t>we with all other people will face God Almighty in the Maidan e Hashr.</w:t>
      </w:r>
    </w:p>
    <w:p>
      <w:pPr>
        <w:jc w:val="right"/>
      </w:pPr>
      <w:r>
        <w:t>وی ود ال ادر پیپل ویل فیس گاڈ المائٹی ان دی میدان حشر۔</w:t>
      </w:r>
    </w:p>
    <w:p>
      <w:r>
        <w:rPr>
          <w:b/>
        </w:rPr>
        <w:t xml:space="preserve">[18:18] </w:t>
      </w:r>
      <w:r>
        <w:t>Then God will ask we, have you performed the dawa work</w:t>
      </w:r>
    </w:p>
    <w:p>
      <w:pPr>
        <w:jc w:val="right"/>
      </w:pPr>
      <w:r>
        <w:t>دین گاڈ ویل اسک وی، ہیو یو پرفارمڈ دی داوا ورک</w:t>
      </w:r>
    </w:p>
    <w:p>
      <w:r>
        <w:rPr>
          <w:b/>
        </w:rPr>
        <w:t xml:space="preserve">[18:30] </w:t>
      </w:r>
      <w:r>
        <w:t>? Do you discharge your duty</w:t>
      </w:r>
    </w:p>
    <w:p>
      <w:pPr>
        <w:jc w:val="right"/>
      </w:pPr>
      <w:r>
        <w:t>؟ ڈو یو ڈسچارج یور ڈیوٹی</w:t>
      </w:r>
    </w:p>
    <w:p>
      <w:r>
        <w:rPr>
          <w:b/>
        </w:rPr>
        <w:t xml:space="preserve">[18:35] </w:t>
      </w:r>
      <w:r>
        <w:t>in the at the prescribed method? That is based on love, based on compassion, based on willing.</w:t>
      </w:r>
    </w:p>
    <w:p>
      <w:pPr>
        <w:jc w:val="right"/>
      </w:pPr>
      <w:r>
        <w:t>ان دا ایٹ دا پریسکرائب میتھڈ؟ دیٹ از بیسڈ ان لو، بیسڈ ان کمپیشن، بیسڈ ان ولشنگ۔</w:t>
      </w:r>
    </w:p>
    <w:p>
      <w:r>
        <w:rPr>
          <w:b/>
        </w:rPr>
        <w:t xml:space="preserve">[18:47] </w:t>
      </w:r>
      <w:r>
        <w:t>So this time is very near, very near, very near.</w:t>
      </w:r>
    </w:p>
    <w:p>
      <w:pPr>
        <w:jc w:val="right"/>
      </w:pPr>
      <w:r>
        <w:t>سو دس ٹائم از ویری نیئر، ویری نیئر، ویری نیئر۔</w:t>
      </w:r>
    </w:p>
    <w:p>
      <w:r>
        <w:rPr>
          <w:b/>
        </w:rPr>
        <w:t xml:space="preserve">[18:55] </w:t>
      </w:r>
      <w:r>
        <w:t>We have to understand this fact.</w:t>
      </w:r>
    </w:p>
    <w:p>
      <w:pPr>
        <w:jc w:val="right"/>
      </w:pPr>
      <w:r>
        <w:t>وی ہیو ٹو انڈرسٹینڈ دس فیکٹ۔</w:t>
      </w:r>
    </w:p>
    <w:p>
      <w:r>
        <w:rPr>
          <w:b/>
        </w:rPr>
        <w:t xml:space="preserve">[19:04] </w:t>
      </w:r>
      <w:r>
        <w:t>I will suggest, I would give you the advice that you have to replan your life after rethinking, after reassessment.</w:t>
      </w:r>
    </w:p>
    <w:p>
      <w:pPr>
        <w:jc w:val="right"/>
      </w:pPr>
      <w:r>
        <w:t>ائی ویل سجیسٹ، ائی وڈ گیو یو دا ایڈوائس دیٹ یو ہیو ٹو ری پلان یور لائف افٹر ری تھنکنگ، افٹر ری اسیسمنٹ۔</w:t>
      </w:r>
    </w:p>
    <w:p>
      <w:r>
        <w:rPr>
          <w:b/>
        </w:rPr>
        <w:t xml:space="preserve">[19:21] </w:t>
      </w:r>
      <w:r>
        <w:t>According to my experience, everyone is the case of, everyone wastes his time in money.</w:t>
      </w:r>
    </w:p>
    <w:p>
      <w:pPr>
        <w:jc w:val="right"/>
      </w:pPr>
      <w:r>
        <w:t>اکارڈنگ ٹو مائی ایکسپیرینس، ایوری ون از دا کیس اف، ایوری ون ویسٹ ہز ٹائم ان منی۔</w:t>
      </w:r>
    </w:p>
    <w:p>
      <w:r>
        <w:rPr>
          <w:b/>
        </w:rPr>
        <w:t xml:space="preserve">[19:31] </w:t>
      </w:r>
      <w:r>
        <w:t>Everyone, everyone, everyone. So we cannot afford this kind of luxury. We cannot waste our time, we cannot waste our money.</w:t>
      </w:r>
    </w:p>
    <w:p>
      <w:pPr>
        <w:jc w:val="right"/>
      </w:pPr>
      <w:r>
        <w:t>ایوری ون، ایوری ون، ایوری ون۔ سو وی کین ناٹ افورڈ دس کائنڈ اف لگزری۔ وی کین ناٹ ویسٹ اور ٹائم، وی کین ناٹ ویسٹ اور منی۔</w:t>
      </w:r>
    </w:p>
    <w:p>
      <w:r>
        <w:rPr>
          <w:b/>
        </w:rPr>
        <w:t xml:space="preserve">[19:47] </w:t>
      </w:r>
      <w:r>
        <w:t>This kind of luxury, we can afford, we can afford this kind of luxury. So the time has come, we must make the work as our sole concern,</w:t>
      </w:r>
    </w:p>
    <w:p>
      <w:pPr>
        <w:jc w:val="right"/>
      </w:pPr>
      <w:r>
        <w:t>دس کائنڈ اف لگزری، وی کین افورڈ، وی کین افورڈ دس کائنڈ اف لگزری۔ سو دا ٹائم ہیز کم، وی مسٹ میک دا ورک ایز اور سول کنسرن،</w:t>
      </w:r>
    </w:p>
    <w:p>
      <w:r>
        <w:rPr>
          <w:b/>
        </w:rPr>
        <w:t xml:space="preserve">[20:08] </w:t>
      </w:r>
      <w:r>
        <w:t>sole concern, sole concern.</w:t>
      </w:r>
    </w:p>
    <w:p>
      <w:pPr>
        <w:jc w:val="right"/>
      </w:pPr>
      <w:r>
        <w:t>سول کنسرن، سول کنسرن۔</w:t>
      </w:r>
    </w:p>
    <w:p>
      <w:r>
        <w:rPr>
          <w:b/>
        </w:rPr>
        <w:t xml:space="preserve">[20:12] </w:t>
      </w:r>
      <w:r>
        <w:t>We have to prepare ourselves through reading dawa materials. We have to plan.</w:t>
      </w:r>
    </w:p>
    <w:p>
      <w:pPr>
        <w:jc w:val="right"/>
      </w:pPr>
      <w:r>
        <w:t>وی ہیو ٹو پریپیر اور سیلف تھرو ریڈنگ داوا مٹیریلز۔ وی ہیو ٹو پلان۔</w:t>
      </w:r>
    </w:p>
    <w:p>
      <w:r>
        <w:rPr>
          <w:b/>
        </w:rPr>
        <w:t xml:space="preserve">[20:26] </w:t>
      </w:r>
      <w:r>
        <w:t>Someone asked me, what is your dawa program? I said no, we have no, no dawa, no dawa routine.</w:t>
      </w:r>
    </w:p>
    <w:p>
      <w:pPr>
        <w:jc w:val="right"/>
      </w:pPr>
      <w:r>
        <w:t>سم ون اسکڈ می، واٹ از یور داوا پروگرام؟ ائی سیڈ نو، وی ہیو نو، نو داوا، نو داوا روٹین۔</w:t>
      </w:r>
    </w:p>
    <w:p>
      <w:r>
        <w:rPr>
          <w:b/>
        </w:rPr>
        <w:t xml:space="preserve">[20:41] </w:t>
      </w:r>
      <w:r>
        <w:t>We have no program in term of routine. Our our target is to make people program maker, program maker.</w:t>
      </w:r>
    </w:p>
    <w:p>
      <w:pPr>
        <w:jc w:val="right"/>
      </w:pPr>
      <w:r>
        <w:t>وی ہیو نو پروگرام ان ٹرم اف روٹین۔ اور اور ٹارگٹ از ٹو میک پیپل پروگرام میکر، پروگرام میکر۔</w:t>
      </w:r>
    </w:p>
    <w:p>
      <w:r>
        <w:rPr>
          <w:b/>
        </w:rPr>
        <w:t xml:space="preserve">[20:59] </w:t>
      </w:r>
      <w:r>
        <w:t>You know, yesterday I received telephone from MERIT,</w:t>
      </w:r>
    </w:p>
    <w:p>
      <w:pPr>
        <w:jc w:val="right"/>
      </w:pPr>
      <w:r>
        <w:t>یو نو، یسٹرڈے ائی ریسیوڈ ٹیلی فون فرام میرٹ،</w:t>
      </w:r>
    </w:p>
    <w:p>
      <w:r>
        <w:rPr>
          <w:b/>
        </w:rPr>
        <w:t xml:space="preserve">[21:05] </w:t>
      </w:r>
      <w:r>
        <w:t>one of our colleague expired yesterday, Dr. Shehzad Ali of MERIT.</w:t>
      </w:r>
    </w:p>
    <w:p>
      <w:pPr>
        <w:jc w:val="right"/>
      </w:pPr>
      <w:r>
        <w:t>ون اف اور کولیگ ایکسپائرڈ یسٹرڈے، ڈاکٹر شہزاد علی اف میرٹ۔</w:t>
      </w:r>
    </w:p>
    <w:p>
      <w:r>
        <w:rPr>
          <w:b/>
        </w:rPr>
        <w:t xml:space="preserve">[21:17] </w:t>
      </w:r>
      <w:r>
        <w:t>He was, he was, perhaps he was 45 years old.</w:t>
      </w:r>
    </w:p>
    <w:p>
      <w:pPr>
        <w:jc w:val="right"/>
      </w:pPr>
      <w:r>
        <w:t>ہی واز، ہی واز، پرہیپس ہی واز 45 ایئرز اولڈ۔</w:t>
      </w:r>
    </w:p>
    <w:p>
      <w:r>
        <w:rPr>
          <w:b/>
        </w:rPr>
        <w:t xml:space="preserve">[21:28] </w:t>
      </w:r>
      <w:r>
        <w:t>He was very, very, very active member of our team.</w:t>
      </w:r>
    </w:p>
    <w:p>
      <w:pPr>
        <w:jc w:val="right"/>
      </w:pPr>
      <w:r>
        <w:t>ہی واز ویری، ویری، ویری ایکٹیو ممبر اف اور ٹیم۔</w:t>
      </w:r>
    </w:p>
    <w:p>
      <w:r>
        <w:rPr>
          <w:b/>
        </w:rPr>
        <w:t xml:space="preserve">[21:36] </w:t>
      </w:r>
      <w:r>
        <w:t>He used to think about dawa every day and night. I will narrate one story of Dr. Shehzad Ali, may Allah be merciful to him forever.</w:t>
      </w:r>
    </w:p>
    <w:p>
      <w:pPr>
        <w:jc w:val="right"/>
      </w:pPr>
      <w:r>
        <w:t>ہی یوز ٹو تھنک اباؤٹ داوا ایوری ڈے اینڈ نائٹ۔ ائی ویل نریٹ ون سٹوری اف ڈاکٹر شہزاد علی، میک ار بیس ہم فار ایور۔</w:t>
      </w:r>
    </w:p>
    <w:p>
      <w:r>
        <w:rPr>
          <w:b/>
        </w:rPr>
        <w:t xml:space="preserve">[21:52] </w:t>
      </w:r>
      <w:r>
        <w:t>He used to spread dawa literature in MERIT city. So one day, he visited the house of a doctor</w:t>
      </w:r>
    </w:p>
    <w:p>
      <w:pPr>
        <w:jc w:val="right"/>
      </w:pPr>
      <w:r>
        <w:t>ہی یوز ٹو اسپریڈ داوا لٹریچر ان میرٹ سٹی۔ سو ون ڈے، ہی وزٹڈ دا ہاؤس اف اے ڈاکٹر</w:t>
      </w:r>
    </w:p>
    <w:p>
      <w:r>
        <w:rPr>
          <w:b/>
        </w:rPr>
        <w:t xml:space="preserve">[22:08] </w:t>
      </w:r>
      <w:r>
        <w:t>. He wanted to have appointment. The attendant said that no, doctor had no time for this kind of purpose.</w:t>
      </w:r>
    </w:p>
    <w:p>
      <w:pPr>
        <w:jc w:val="right"/>
      </w:pPr>
      <w:r>
        <w:t>۔ ہی وانٹڈ ٹو ہیو اپوائنٹمنٹ۔ دا اٹینڈنٹ سیڈ دیٹ نو، ڈاکٹر ہیڈ نو ٹائم فار دس کائنڈ اف پرپس۔</w:t>
      </w:r>
    </w:p>
    <w:p>
      <w:r>
        <w:rPr>
          <w:b/>
        </w:rPr>
        <w:t xml:space="preserve">[22:22] </w:t>
      </w:r>
      <w:r>
        <w:t>so what happen</w:t>
      </w:r>
    </w:p>
    <w:p>
      <w:pPr>
        <w:jc w:val="right"/>
      </w:pPr>
      <w:r>
        <w:t>سو واٹ ہیپن</w:t>
      </w:r>
    </w:p>
    <w:p>
      <w:r>
        <w:rPr>
          <w:b/>
        </w:rPr>
        <w:t xml:space="preserve">[22:23] </w:t>
      </w:r>
      <w:r>
        <w:t>d? doctor shahzad ali</w:t>
      </w:r>
    </w:p>
    <w:p>
      <w:pPr>
        <w:jc w:val="right"/>
      </w:pPr>
      <w:r>
        <w:t>ڈ؟ ڈاکٹر شہزاد علی</w:t>
      </w:r>
    </w:p>
    <w:p>
      <w:r>
        <w:rPr>
          <w:b/>
        </w:rPr>
        <w:t xml:space="preserve">[22:27] </w:t>
      </w:r>
      <w:r>
        <w:t>inqured about doctors activity. do so, he he found that there is a system that patients purchase a ticket that cost fifty rupees.</w:t>
      </w:r>
    </w:p>
    <w:p>
      <w:pPr>
        <w:jc w:val="right"/>
      </w:pPr>
      <w:r>
        <w:t>انکوائرڈ اباؤٹ ڈاکٹرز ایکٹیوٹی۔ دو سو، ہی ہی فاؤنڈ دیٹ دیر از ا سسٹم دیٹ پیشنٹس پرچیز ا ٹکٹ دیٹ کاسٹ ففٹی روپیز۔</w:t>
      </w:r>
    </w:p>
    <w:p>
      <w:r>
        <w:rPr>
          <w:b/>
        </w:rPr>
        <w:t xml:space="preserve">[22:48] </w:t>
      </w:r>
      <w:r>
        <w:t>so only do people can stand in the queue.</w:t>
      </w:r>
    </w:p>
    <w:p>
      <w:pPr>
        <w:jc w:val="right"/>
      </w:pPr>
      <w:r>
        <w:t>سو اونلی دو پیپل کین سٹینڈ ان دا کیو۔</w:t>
      </w:r>
    </w:p>
    <w:p>
      <w:r>
        <w:rPr>
          <w:b/>
        </w:rPr>
        <w:t xml:space="preserve">[22:52] </w:t>
      </w:r>
      <w:r>
        <w:t>so he purchase a ticket of fifty rupees, and he stood in the queue in the line.</w:t>
      </w:r>
    </w:p>
    <w:p>
      <w:pPr>
        <w:jc w:val="right"/>
      </w:pPr>
      <w:r>
        <w:t>سو ہی پرچیز ا ٹکٹ اف ففٹی روپیز، اینڈ ہی اسٹوڈ ان دا کیو ان دا لائن۔</w:t>
      </w:r>
    </w:p>
    <w:p>
      <w:r>
        <w:rPr>
          <w:b/>
        </w:rPr>
        <w:t xml:space="preserve">[23:03] </w:t>
      </w:r>
      <w:r>
        <w:t>so when his turn came, and he was face to face with doctor,</w:t>
      </w:r>
    </w:p>
    <w:p>
      <w:pPr>
        <w:jc w:val="right"/>
      </w:pPr>
      <w:r>
        <w:t>سو وین ہز ٹرن کیم، اینڈ ہی واز فیس ٹو فیس ود ڈاکٹر،</w:t>
      </w:r>
    </w:p>
    <w:p>
      <w:r>
        <w:rPr>
          <w:b/>
        </w:rPr>
        <w:t xml:space="preserve">[23:13] </w:t>
      </w:r>
      <w:r>
        <w:t>doctor asked him, what what is your problem? he said, i have no problem, i have in good health.</w:t>
      </w:r>
    </w:p>
    <w:p>
      <w:pPr>
        <w:jc w:val="right"/>
      </w:pPr>
      <w:r>
        <w:t>ڈاکٹر اسکڈ ہم، واٹ واٹ از یور پرابلم؟ ہی سیڈ، ائی ہیو نو پرابلم، ائی ہیو ان گڈ ہیلتھ۔</w:t>
      </w:r>
    </w:p>
    <w:p>
      <w:r>
        <w:rPr>
          <w:b/>
        </w:rPr>
        <w:t xml:space="preserve">[23:24] </w:t>
      </w:r>
      <w:r>
        <w:t>i am wanted to deliver a message. i wanted to give you some books, but your people told me that you have no time.</w:t>
      </w:r>
    </w:p>
    <w:p>
      <w:pPr>
        <w:jc w:val="right"/>
      </w:pPr>
      <w:r>
        <w:t>ائی ایم وانٹڈ ٹو ڈیلیور ا میسج۔ ائی وانٹڈ ٹو گیو یو سم بکس، بٹ یور پیپل ٹولڈ می دیٹ یو ہیو نو ٹائم۔</w:t>
      </w:r>
    </w:p>
    <w:p>
      <w:r>
        <w:rPr>
          <w:b/>
        </w:rPr>
        <w:t xml:space="preserve">[23:37] </w:t>
      </w:r>
      <w:r>
        <w:t>so i purchase ticket, and i stood in the line. so doctor was very much impressed.</w:t>
      </w:r>
    </w:p>
    <w:p>
      <w:pPr>
        <w:jc w:val="right"/>
      </w:pPr>
      <w:r>
        <w:t>سو ائی پرچیز ٹکٹ، اینڈ ائی اسٹوڈ ان دا لائن۔ سو ڈاکٹر واز ویری مچ امپریسڈ۔</w:t>
      </w:r>
    </w:p>
    <w:p>
      <w:r>
        <w:rPr>
          <w:b/>
        </w:rPr>
        <w:t xml:space="preserve">[23:51] </w:t>
      </w:r>
      <w:r>
        <w:t>he order to return his fifty rupees to</w:t>
      </w:r>
    </w:p>
    <w:p>
      <w:pPr>
        <w:jc w:val="right"/>
      </w:pPr>
      <w:r>
        <w:t>ہی ارڈر ٹو ریٹرن ہز ففٹی روپیز ٹو</w:t>
      </w:r>
    </w:p>
    <w:p>
      <w:r>
        <w:rPr>
          <w:b/>
        </w:rPr>
        <w:t xml:space="preserve">[23:54] </w:t>
      </w:r>
      <w:r>
        <w:t>him. he said that, you have</w:t>
      </w:r>
    </w:p>
    <w:p>
      <w:pPr>
        <w:jc w:val="right"/>
      </w:pPr>
      <w:r>
        <w:t>ہم۔ ہی سیڈ دیٹ، یو ہیو</w:t>
      </w:r>
    </w:p>
    <w:p>
      <w:r>
        <w:rPr>
          <w:b/>
        </w:rPr>
        <w:t xml:space="preserve">[24:01] </w:t>
      </w:r>
      <w:r>
        <w:t>you can every time, you can come every time. there is no condition for you, any time without prior appointment.</w:t>
      </w:r>
    </w:p>
    <w:p>
      <w:pPr>
        <w:jc w:val="right"/>
      </w:pPr>
      <w:r>
        <w:t>یو کین ایوری ٹائم، یو کین کم ایوری ٹائم۔ دیر از نو کنڈیشن فار یو، اینی ٹائم وداؤٹ پرائر اپوائنٹمنٹ۔</w:t>
      </w:r>
    </w:p>
    <w:p>
      <w:r>
        <w:rPr>
          <w:b/>
        </w:rPr>
        <w:t xml:space="preserve">[24:13] </w:t>
      </w:r>
      <w:r>
        <w:t>so this this is the, this is an example that how one can make him program maker.</w:t>
      </w:r>
    </w:p>
    <w:p>
      <w:pPr>
        <w:jc w:val="right"/>
      </w:pPr>
      <w:r>
        <w:t>سو دس دس از دا، دس از این ایگزیمپل دیٹ ہاؤ ون کین میک ہم پروگرام میکر۔</w:t>
      </w:r>
    </w:p>
    <w:p>
      <w:r>
        <w:rPr>
          <w:b/>
        </w:rPr>
        <w:t xml:space="preserve">[24:24] </w:t>
      </w:r>
      <w:r>
        <w:t>so doctor shahzad, i never told him to do like this. there was no such.</w:t>
      </w:r>
    </w:p>
    <w:p>
      <w:pPr>
        <w:jc w:val="right"/>
      </w:pPr>
      <w:r>
        <w:t>سو ڈاکٹر شہزاد، ائی نیور ٹولڈ ہم ٹو ڈو لائک دس۔ دیر واز نو سچ۔</w:t>
      </w:r>
    </w:p>
    <w:p>
      <w:r>
        <w:rPr>
          <w:b/>
        </w:rPr>
        <w:t xml:space="preserve">[24:35] </w:t>
      </w:r>
      <w:r>
        <w:t>i never publish this kind of method. i never told him about this method. he him self, he him self plan.</w:t>
      </w:r>
    </w:p>
    <w:p>
      <w:pPr>
        <w:jc w:val="right"/>
      </w:pPr>
      <w:r>
        <w:t>ائی نیور پبلش دس کائنڈ اف میتھڈ۔ ائی نیور ٹولڈ ہم اباؤٹ دس میتھڈ۔ ہی ہم سیلف، ہی ہم سیلف پلان۔</w:t>
      </w:r>
    </w:p>
    <w:p>
      <w:r>
        <w:rPr>
          <w:b/>
        </w:rPr>
        <w:t xml:space="preserve">[24:48] </w:t>
      </w:r>
      <w:r>
        <w:t>so he was a program maker in to sense of the word.</w:t>
      </w:r>
    </w:p>
    <w:p>
      <w:pPr>
        <w:jc w:val="right"/>
      </w:pPr>
      <w:r>
        <w:t>سو ہی واز ا پروگرام میکر ان ٹو سینس اف دا ورڈ۔</w:t>
      </w:r>
    </w:p>
    <w:p>
      <w:r>
        <w:rPr>
          <w:b/>
        </w:rPr>
        <w:t xml:space="preserve">[24:55] </w:t>
      </w:r>
      <w:r>
        <w:t>so is required by all, by every member of our team. don't wait for program, don't ask for any routine.</w:t>
      </w:r>
    </w:p>
    <w:p>
      <w:pPr>
        <w:jc w:val="right"/>
      </w:pPr>
      <w:r>
        <w:t>سو از ریکوائرڈ بائی ال، بائی ایوری ممبر اف اور ٹیم۔ ڈونٹ ویٹ فار پروگرام، ڈونٹ اسک فار اینی روٹین۔</w:t>
      </w:r>
    </w:p>
    <w:p>
      <w:r>
        <w:rPr>
          <w:b/>
        </w:rPr>
        <w:t xml:space="preserve">[25:09] </w:t>
      </w:r>
      <w:r>
        <w:t>there is no routine. every one of you should be a program maker. you know, the situation very.</w:t>
      </w:r>
    </w:p>
    <w:p>
      <w:pPr>
        <w:jc w:val="right"/>
      </w:pPr>
      <w:r>
        <w:t>دیر از نو روٹین۔ ایوری ون اف یو شوڈ بی ا پروگرام میکر۔ یو نو، دا سچویشن ویری۔</w:t>
      </w:r>
    </w:p>
    <w:p>
      <w:r>
        <w:rPr>
          <w:b/>
        </w:rPr>
        <w:t xml:space="preserve">[25:21] </w:t>
      </w:r>
      <w:r>
        <w:t>every one lived in some different situation.</w:t>
      </w:r>
    </w:p>
    <w:p>
      <w:pPr>
        <w:jc w:val="right"/>
      </w:pPr>
      <w:r>
        <w:t>ایوری ون لیوڈ ان سم ڈفرنٹ سچویشن۔</w:t>
      </w:r>
    </w:p>
    <w:p>
      <w:r>
        <w:rPr>
          <w:b/>
        </w:rPr>
        <w:t xml:space="preserve">[25:28] </w:t>
      </w:r>
      <w:r>
        <w:t>today, i happen to meet mr javed from bombay. he showed me a booklet. my first impression was that, was that is book.</w:t>
      </w:r>
    </w:p>
    <w:p>
      <w:pPr>
        <w:jc w:val="right"/>
      </w:pPr>
      <w:r>
        <w:t>ٹوڈے، ائی ہیپن ٹو میٹ مسٹر جاوید فرام بمبے۔ ہی شوڈ می ا بکلیٹ۔ مائی فرسٹ امپریشن واز دیٹ، واز دیٹ از بک۔</w:t>
      </w:r>
    </w:p>
    <w:p>
      <w:r>
        <w:rPr>
          <w:b/>
        </w:rPr>
        <w:t xml:space="preserve">[25:39] </w:t>
      </w:r>
      <w:r>
        <w:t>this booklet is not to be published. so i said no, but after rethinking, i found that</w:t>
      </w:r>
    </w:p>
    <w:p>
      <w:pPr>
        <w:jc w:val="right"/>
      </w:pPr>
      <w:r>
        <w:t>دس بکلیٹ از ناٹ ٹو بی پبلشڈ۔ سو ائی سیڈ نو، بٹ افٹر ری تھنکنگ، ائی فاؤنڈ دیٹ</w:t>
      </w:r>
    </w:p>
    <w:p>
      <w:r>
        <w:rPr>
          <w:b/>
        </w:rPr>
        <w:t xml:space="preserve">[25:54] </w:t>
      </w:r>
      <w:r>
        <w:t>he was right, and i am wrong. why?</w:t>
      </w:r>
    </w:p>
    <w:p>
      <w:pPr>
        <w:jc w:val="right"/>
      </w:pPr>
      <w:r>
        <w:t>ہی واز رائٹ، اینڈ ائی ایم رونگ۔ وائی؟</w:t>
      </w:r>
    </w:p>
    <w:p>
      <w:r>
        <w:rPr>
          <w:b/>
        </w:rPr>
        <w:t xml:space="preserve">[25:59] </w:t>
      </w:r>
      <w:r>
        <w:t>one point was missing, that you call target audience. so after rethink, i found that he has some target audience,</w:t>
      </w:r>
    </w:p>
    <w:p>
      <w:pPr>
        <w:jc w:val="right"/>
      </w:pPr>
      <w:r>
        <w:t>ون پوائنٹ واز مسنگ، دیٹ یو کال ٹارگٹ اڈینس۔ سو افٹر ری تھنکنگ، ائی فاؤنڈ دیٹ ہی ہیز سم ٹارگٹ اڈینس،</w:t>
      </w:r>
    </w:p>
    <w:p>
      <w:r>
        <w:rPr>
          <w:b/>
        </w:rPr>
        <w:t xml:space="preserve">[26:13] </w:t>
      </w:r>
      <w:r>
        <w:t>and to feed that audience, he prepared this book. and maybe it is very good for that audience.</w:t>
      </w:r>
    </w:p>
    <w:p>
      <w:pPr>
        <w:jc w:val="right"/>
      </w:pPr>
      <w:r>
        <w:t>اینڈ ٹو فیڈ دیٹ اڈینس، ہی پریپیرڈ دس بک۔ اینڈ می بی اٹ از ویری گڈ فار دیٹ اڈینس۔</w:t>
      </w:r>
    </w:p>
    <w:p>
      <w:r>
        <w:rPr>
          <w:b/>
        </w:rPr>
        <w:t xml:space="preserve">[26:24] </w:t>
      </w:r>
      <w:r>
        <w:t>so i said, go ahead and publish it, and dispute, distribute it among the people.</w:t>
      </w:r>
    </w:p>
    <w:p>
      <w:pPr>
        <w:jc w:val="right"/>
      </w:pPr>
      <w:r>
        <w:t>سو ائی سیڈ، گو اہیڈ اینڈ پبلش اٹ، اینڈ ڈسپیوٹ، ڈسٹریبیوٹ اٹ امنگ دو پیپل۔</w:t>
      </w:r>
    </w:p>
    <w:p>
      <w:r>
        <w:rPr>
          <w:b/>
        </w:rPr>
        <w:t xml:space="preserve">[26:34] </w:t>
      </w:r>
      <w:r>
        <w:t>so every every one lived in some special kind of condition, situation.</w:t>
      </w:r>
    </w:p>
    <w:p>
      <w:pPr>
        <w:jc w:val="right"/>
      </w:pPr>
      <w:r>
        <w:t>سو ایوری ایوری ون لیوڈ ان سم اسپیشل کائنڈ اف کنڈیشن، سچویشن۔</w:t>
      </w:r>
    </w:p>
    <w:p>
      <w:r>
        <w:rPr>
          <w:b/>
        </w:rPr>
        <w:t xml:space="preserve">[26:43] </w:t>
      </w:r>
      <w:r>
        <w:t>my situation is different from your situation.</w:t>
      </w:r>
    </w:p>
    <w:p>
      <w:pPr>
        <w:jc w:val="right"/>
      </w:pPr>
      <w:r>
        <w:t>مائی سچویشن از ڈفرنٹ فرام یور سچویشن۔</w:t>
      </w:r>
    </w:p>
    <w:p>
      <w:r>
        <w:rPr>
          <w:b/>
        </w:rPr>
        <w:t xml:space="preserve">[26:47] </w:t>
      </w:r>
      <w:r>
        <w:t>so you have to read your situation, and you have to plan your dawa program according to your situation.</w:t>
      </w:r>
    </w:p>
    <w:p>
      <w:pPr>
        <w:jc w:val="right"/>
      </w:pPr>
      <w:r>
        <w:t>سو یو ہیو ٹو ریڈ یور سچویشن، اینڈ یو ہیو ٹو پلان یور داوا پروگرام اکارڈنگ ٹو یور سچویشن۔</w:t>
      </w:r>
    </w:p>
    <w:p>
      <w:r>
        <w:rPr>
          <w:b/>
        </w:rPr>
        <w:t xml:space="preserve">[26:59] </w:t>
      </w:r>
      <w:r>
        <w:t>so you have to be a program maker, master programmer. every one of our, every member of our team must be a master programmer</w:t>
      </w:r>
    </w:p>
    <w:p>
      <w:pPr>
        <w:jc w:val="right"/>
      </w:pPr>
      <w:r>
        <w:t>سو یو ہیو ٹو بی ا پروگرام میکر، ماسٹر پروگرامر۔ ایوری ون اف اور، ایوری ممبر اف اور ٹیم مسٹ بی ا ماسٹر پروگرامر</w:t>
      </w:r>
    </w:p>
    <w:p>
      <w:r>
        <w:rPr>
          <w:b/>
        </w:rPr>
        <w:t xml:space="preserve">[27:14] </w:t>
      </w:r>
      <w:r>
        <w:t>, just like sahaba. every sahabi was a master programmer.</w:t>
      </w:r>
    </w:p>
    <w:p>
      <w:pPr>
        <w:jc w:val="right"/>
      </w:pPr>
      <w:r>
        <w:t>، جسٹ لائک صحابہ۔ ایوری صحابی واز ا ماسٹر پروگرامر۔</w:t>
      </w:r>
    </w:p>
    <w:p>
      <w:r>
        <w:rPr>
          <w:b/>
        </w:rPr>
        <w:t xml:space="preserve">[27:23] </w:t>
      </w:r>
      <w:r>
        <w:t>so the work is a very important. the work will give you great, great reward,</w:t>
      </w:r>
    </w:p>
    <w:p>
      <w:pPr>
        <w:jc w:val="right"/>
      </w:pPr>
      <w:r>
        <w:t>سو دا ورک از ا ویری امپورٹنٹ۔ دا ورک ویل گیو یو گریٹ، گریٹ ریوارڈ،</w:t>
      </w:r>
    </w:p>
    <w:p>
      <w:r>
        <w:rPr>
          <w:b/>
        </w:rPr>
        <w:t xml:space="preserve">[27:36] </w:t>
      </w:r>
      <w:r>
        <w:t>and you know that every reward required some price.</w:t>
      </w:r>
    </w:p>
    <w:p>
      <w:pPr>
        <w:jc w:val="right"/>
      </w:pPr>
      <w:r>
        <w:t>اینڈ یو نو دیٹ ایوری ریوارڈ ریکوائرڈ سم پرائس۔</w:t>
      </w:r>
    </w:p>
    <w:p>
      <w:r>
        <w:rPr>
          <w:b/>
        </w:rPr>
        <w:t xml:space="preserve">[27:45] </w:t>
      </w:r>
      <w:r>
        <w:t>without price, there is no reward. so what is the price of this reward? this divine reward.</w:t>
      </w:r>
    </w:p>
    <w:p>
      <w:pPr>
        <w:jc w:val="right"/>
      </w:pPr>
      <w:r>
        <w:t>وداؤٹ پرائس، دیر از نو ریوارڈ۔ سو واٹ از دا پرائس اف دس ریوارڈ؟ دس ڈیوائن ریوارڈ۔</w:t>
      </w:r>
    </w:p>
    <w:p>
      <w:r>
        <w:rPr>
          <w:b/>
        </w:rPr>
        <w:t xml:space="preserve">[27:58] </w:t>
      </w:r>
      <w:r>
        <w:t>the price is that you have to make the work your sole concern, sole concern.</w:t>
      </w:r>
    </w:p>
    <w:p>
      <w:pPr>
        <w:jc w:val="right"/>
      </w:pPr>
      <w:r>
        <w:t>دا پرائس از دیٹ یو ہیو ٹو میک دا ورک یور سول کنسرن، سول کنسرن۔</w:t>
      </w:r>
    </w:p>
    <w:p>
      <w:r>
        <w:rPr>
          <w:b/>
        </w:rPr>
        <w:t xml:space="preserve">[28:11] </w:t>
      </w:r>
      <w:r>
        <w:t>this is the price.</w:t>
      </w:r>
    </w:p>
    <w:p>
      <w:pPr>
        <w:jc w:val="right"/>
      </w:pPr>
      <w:r>
        <w:t>دس از دا پرائس۔</w:t>
      </w:r>
    </w:p>
    <w:p>
      <w:r>
        <w:rPr>
          <w:b/>
        </w:rPr>
        <w:t xml:space="preserve">[28:15] </w:t>
      </w:r>
      <w:r>
        <w:t>there is no other price. you have to make the work your priority, take it as a priority basis.</w:t>
      </w:r>
    </w:p>
    <w:p>
      <w:pPr>
        <w:jc w:val="right"/>
      </w:pPr>
      <w:r>
        <w:t>دیر از نو ادر پرائس۔ یو ہیو ٹو میک دا ورک یور پرائرٹی، ٹیک اٹ ایز ا پرائرٹی بیسس۔</w:t>
      </w:r>
    </w:p>
    <w:p>
      <w:r>
        <w:rPr>
          <w:b/>
        </w:rPr>
        <w:t xml:space="preserve">[28:29] </w:t>
      </w:r>
      <w:r>
        <w:t>i can said that you have to do this in war footing, because there is no time, no time.</w:t>
      </w:r>
    </w:p>
    <w:p>
      <w:pPr>
        <w:jc w:val="right"/>
      </w:pPr>
      <w:r>
        <w:t>ائی کین سیڈ دیٹ یو ہیو ٹو ڈو دس ان وار فوٹنگ، بیکاز دیر از نو ٹائم، نو ٹائم۔</w:t>
      </w:r>
    </w:p>
    <w:p>
      <w:r>
        <w:rPr>
          <w:b/>
        </w:rPr>
        <w:t xml:space="preserve">[28:39] </w:t>
      </w:r>
      <w:r>
        <w:t>so you have to do the work at war footing.</w:t>
      </w:r>
    </w:p>
    <w:p>
      <w:pPr>
        <w:jc w:val="right"/>
      </w:pPr>
      <w:r>
        <w:t>سو یو ہیو ٹو ڈو دا ورک ایٹ وار فوٹنگ۔</w:t>
      </w:r>
    </w:p>
    <w:p>
      <w:r>
        <w:rPr>
          <w:b/>
        </w:rPr>
        <w:t xml:space="preserve">[28:48] </w:t>
      </w:r>
      <w:r>
        <w:t>so time is running fastly, and all of us very soon will find before god almighty.</w:t>
      </w:r>
    </w:p>
    <w:p>
      <w:pPr>
        <w:jc w:val="right"/>
      </w:pPr>
      <w:r>
        <w:t>سو ٹائم از رننگ فاسٹلی، اینڈ ال اف اس ویری سون ویل فائنڈ بیفور گاڈ المائٹی۔</w:t>
      </w:r>
    </w:p>
    <w:p>
      <w:r>
        <w:rPr>
          <w:b/>
        </w:rPr>
        <w:t xml:space="preserve">[29:02] </w:t>
      </w:r>
      <w:r>
        <w:t>and</w:t>
      </w:r>
    </w:p>
    <w:p>
      <w:pPr>
        <w:jc w:val="right"/>
      </w:pPr>
      <w:r>
        <w:t>اینڈ</w:t>
      </w:r>
    </w:p>
    <w:p>
      <w:r>
        <w:rPr>
          <w:b/>
        </w:rPr>
        <w:t xml:space="preserve">[29:06] </w:t>
      </w:r>
      <w:r>
        <w:t>i</w:t>
      </w:r>
    </w:p>
    <w:p>
      <w:pPr>
        <w:jc w:val="right"/>
      </w:pPr>
      <w:r>
        <w:t>ائی</w:t>
      </w:r>
    </w:p>
    <w:p>
      <w:r>
        <w:rPr>
          <w:b/>
        </w:rPr>
        <w:t xml:space="preserve">[29:10] </w:t>
      </w:r>
      <w:r>
        <w:t>make dua that god for me forgive us and grant us paradise, inshallah.</w:t>
      </w:r>
    </w:p>
    <w:p>
      <w:pPr>
        <w:jc w:val="right"/>
      </w:pPr>
      <w:r>
        <w:t>میک دعا دیٹ گاڈ فار می فارگیو اس اینڈ گرانٹ اس پیراڈائز، انشاءاللہ۔</w:t>
      </w:r>
    </w:p>
    <w:p>
      <w:r>
        <w:rPr>
          <w:b/>
        </w:rPr>
        <w:t xml:space="preserve">[29:31] </w:t>
      </w:r>
      <w:r>
        <w:t>in today times of india, there is a news that the government in afghanistan has given judgment to hang somebody publish the quran without arabic text.</w:t>
      </w:r>
    </w:p>
    <w:p>
      <w:pPr>
        <w:jc w:val="right"/>
      </w:pPr>
      <w:r>
        <w:t>ان ٹوڈے ٹائمز اف انڈیا، دیر از ا نیوز دیٹ دی گورنمنٹ ان افغانستان ہیز گیون ججمنٹ ٹو ہینگ سم بڈی پبلش دا قران وداؤٹ عربک ٹیکسٹ۔</w:t>
      </w:r>
    </w:p>
    <w:p>
      <w:r>
        <w:rPr>
          <w:b/>
        </w:rPr>
        <w:t xml:space="preserve">[29:53] </w:t>
      </w:r>
      <w:r>
        <w:t>as I have read this that that item, and you completely wrong.</w:t>
      </w:r>
    </w:p>
    <w:p>
      <w:pPr>
        <w:jc w:val="right"/>
      </w:pPr>
      <w:r>
        <w:t>ایس ائی ہیو ڈیڈ دس دیٹ دیٹ ائٹم، اینڈ یو کمپلیٹلی رونگ۔</w:t>
      </w:r>
    </w:p>
    <w:p>
      <w:r>
        <w:rPr>
          <w:b/>
        </w:rPr>
        <w:t xml:space="preserve">[30:03] </w:t>
      </w:r>
      <w:r>
        <w:t>what happen? our ulama has capture a great mistake. when printing press came, they gave an wise fatwa that quran can not be published without text.</w:t>
      </w:r>
    </w:p>
    <w:p>
      <w:pPr>
        <w:jc w:val="right"/>
      </w:pPr>
      <w:r>
        <w:t>واٹ ہیپن؟ اور علماء ہیز کپچر ا گریٹ مسٹیک۔ وین پرنٹنگ پریس کیم، دے گیو ان وائز فتوی دیٹ قران کنا پبلش وداؤٹ ٹیکسٹ۔</w:t>
      </w:r>
    </w:p>
    <w:p>
      <w:r>
        <w:rPr>
          <w:b/>
        </w:rPr>
        <w:t xml:space="preserve">[30:17] </w:t>
      </w:r>
      <w:r>
        <w:t>this was completely wrong. and</w:t>
      </w:r>
    </w:p>
    <w:p>
      <w:pPr>
        <w:jc w:val="right"/>
      </w:pPr>
      <w:r>
        <w:t>دس واز کمپلیٹلی رونگ۔ اینڈ</w:t>
      </w:r>
    </w:p>
    <w:p>
      <w:r>
        <w:rPr>
          <w:b/>
        </w:rPr>
        <w:t xml:space="preserve">[30:23] </w:t>
      </w:r>
      <w:r>
        <w:t>these ulama, although they have captured a great mistake, even today they have not declared that we were wrong.</w:t>
      </w:r>
    </w:p>
    <w:p>
      <w:pPr>
        <w:jc w:val="right"/>
      </w:pPr>
      <w:r>
        <w:t>دیز علماء، الدو دے ہیو کپٹڈ ا گریٹ مسٹیک، ایون ٹوڈے دے ہیو ناٹ ڈیکلیئر دیٹ وی ویر رونگ۔</w:t>
      </w:r>
    </w:p>
    <w:p>
      <w:r>
        <w:rPr>
          <w:b/>
        </w:rPr>
        <w:t xml:space="preserve">[30:34] </w:t>
      </w:r>
      <w:r>
        <w:t>so these people know that fatwa. i think that the real</w:t>
      </w:r>
    </w:p>
    <w:p>
      <w:pPr>
        <w:jc w:val="right"/>
      </w:pPr>
      <w:r>
        <w:t>سو دیز پیپل نو دیٹ فتوی۔ ائی تھنک دیٹ دا ریل</w:t>
      </w:r>
    </w:p>
    <w:p>
      <w:r>
        <w:rPr>
          <w:b/>
        </w:rPr>
        <w:t xml:space="preserve">[30:46] </w:t>
      </w:r>
      <w:r>
        <w:t>responsibility goes to those ulama who gave this fatwa.</w:t>
      </w:r>
    </w:p>
    <w:p>
      <w:pPr>
        <w:jc w:val="right"/>
      </w:pPr>
      <w:r>
        <w:t>ریسپانسبیلٹی گوز ٹو دو علماء ہو گیو دس فتوی۔</w:t>
      </w:r>
    </w:p>
    <w:p>
      <w:r>
        <w:rPr>
          <w:b/>
        </w:rPr>
        <w:t xml:space="preserve">[30:51] </w:t>
      </w:r>
      <w:r>
        <w:t>i think it is completely lawful, jaiz to publish quran without text.</w:t>
      </w:r>
    </w:p>
    <w:p>
      <w:pPr>
        <w:jc w:val="right"/>
      </w:pPr>
      <w:r>
        <w:t>ائی تھنک اٹ از کمپلیٹلی لافل، جائز ٹو پبلش قران وداؤٹ ٹیکسٹ۔</w:t>
      </w:r>
    </w:p>
    <w:p>
      <w:r>
        <w:rPr>
          <w:b/>
        </w:rPr>
        <w:t xml:space="preserve">[31:02] </w:t>
      </w:r>
      <w:r>
        <w:t>there is no, there is no,</w:t>
      </w:r>
    </w:p>
    <w:p>
      <w:pPr>
        <w:jc w:val="right"/>
      </w:pPr>
      <w:r>
        <w:t>دیر از نو، دیر از نو،</w:t>
      </w:r>
    </w:p>
    <w:p>
      <w:r>
        <w:rPr>
          <w:b/>
        </w:rPr>
        <w:t xml:space="preserve">[31:08] </w:t>
      </w:r>
      <w:r>
        <w:t>there is nothing wrong with this.</w:t>
      </w:r>
    </w:p>
    <w:p>
      <w:pPr>
        <w:jc w:val="right"/>
      </w:pPr>
      <w:r>
        <w:t>دیر از نتھنگ رونگ ود دس۔</w:t>
      </w:r>
    </w:p>
    <w:p>
      <w:r>
        <w:rPr>
          <w:b/>
        </w:rPr>
        <w:t xml:space="preserve">[31:11] </w:t>
      </w:r>
      <w:r>
        <w:t>if you say that without text, we can not publish quran, then it means that you want, you are saying that we that quran,</w:t>
      </w:r>
    </w:p>
    <w:p>
      <w:pPr>
        <w:jc w:val="right"/>
      </w:pPr>
      <w:r>
        <w:t>اف یو سے دیٹ وداؤٹ ٹیکسٹ، وی کین ناٹ پبلش قران، دین اٹ مینز دیٹ یو وانٹ، یو ار سینگ دیٹ وی دیٹ قران،</w:t>
      </w:r>
    </w:p>
    <w:p>
      <w:r>
        <w:rPr>
          <w:b/>
        </w:rPr>
        <w:t xml:space="preserve">[31:31] </w:t>
      </w:r>
      <w:r>
        <w:t>we don't want to to to to to convert the message of quran to all mind kind.</w:t>
      </w:r>
    </w:p>
    <w:p>
      <w:pPr>
        <w:jc w:val="right"/>
      </w:pPr>
      <w:r>
        <w:t>وی ڈونٹ وانٹ ٹو ٹو ٹو ٹو ٹو کنورٹ دا میسج اف قران ٹو ال مائنڈ کائنڈ۔</w:t>
      </w:r>
    </w:p>
    <w:p>
      <w:r>
        <w:rPr>
          <w:b/>
        </w:rPr>
        <w:t xml:space="preserve">[31:40] </w:t>
      </w:r>
      <w:r>
        <w:t>you know why this fatwa was issued? it was a mis, it was a wrong interpretation of a verse. there is verse in the quran: "lamasu al mutahharun"</w:t>
      </w:r>
    </w:p>
    <w:p>
      <w:pPr>
        <w:jc w:val="right"/>
      </w:pPr>
      <w:r>
        <w:t>یو نو وائی دس فتوی واز ایشوڈ؟ اٹ واز ا مس، اٹ واز ا رونگ انٹرپریشن اف ا ورس۔ دیر از ورس ان دا قران: "لایمسو المطہرون"</w:t>
      </w:r>
    </w:p>
    <w:p>
      <w:r>
        <w:rPr>
          <w:b/>
        </w:rPr>
        <w:t xml:space="preserve">[31:52] </w:t>
      </w:r>
      <w:r>
        <w:t>. to these ulama wrongly interpreted this verse that it is and issued this fatwa.</w:t>
      </w:r>
    </w:p>
    <w:p>
      <w:pPr>
        <w:jc w:val="right"/>
      </w:pPr>
      <w:r>
        <w:t>۔ تو دیز علماء رونگلی انٹرپریٹڈ دس ورس دیٹ اٹ از اینڈ ایشو دس فتوی۔</w:t>
      </w:r>
    </w:p>
    <w:p>
      <w:r>
        <w:rPr>
          <w:b/>
        </w:rPr>
        <w:t xml:space="preserve">[32:01] </w:t>
      </w:r>
      <w:r>
        <w:t>it is completely wrong. i think that it is quite lawful, quite jail to publish quran without text and spread it throughout the world.</w:t>
      </w:r>
    </w:p>
    <w:p>
      <w:pPr>
        <w:jc w:val="right"/>
      </w:pPr>
      <w:r>
        <w:t>اٹ از کمپلیٹلی رونگ۔ ائی تھنک دیٹ اٹ از کوائٹ لافل، کوائٹ جائل ٹو پبلش قران وداؤٹ ٹیکسٹ اینڈ اسپریڈ اٹ تھرو اؤٹ دی ورلڈ۔</w:t>
      </w:r>
    </w:p>
    <w:p>
      <w:r>
        <w:rPr>
          <w:b/>
        </w:rPr>
        <w:t xml:space="preserve">[32:20] </w:t>
      </w:r>
      <w:r>
        <w:t>dada, what was this verse and what is the right interpretation? what was the wrong interpretation that they made of that verse? hmm, that verse means that "lamasu al mutahharun".</w:t>
      </w:r>
    </w:p>
    <w:p>
      <w:pPr>
        <w:jc w:val="right"/>
      </w:pPr>
      <w:r>
        <w:t>دادا، واٹ واز دس ورس اینڈ واٹ از دا رائٹ انٹرپریٹیشن؟ واٹ واز دا رونگ انٹرپریٹیشن دیٹ دے میڈ اف دیٹ ورس؟ ہمم، دیٹ ورس مینز دیٹ "لایمسو المطہرون"۔</w:t>
      </w:r>
    </w:p>
    <w:p>
      <w:r>
        <w:rPr>
          <w:b/>
        </w:rPr>
        <w:t xml:space="preserve">[32:37] </w:t>
      </w:r>
      <w:r>
        <w:t>this verse refers to angels, not to human being. this verse refers to</w:t>
      </w:r>
    </w:p>
    <w:p>
      <w:pPr>
        <w:jc w:val="right"/>
      </w:pPr>
      <w:r>
        <w:t>دس ورس ریفرز ٹو اینجلز، ناٹ ٹو ہیومن بینگ۔ دس ورس ریفرز ٹو</w:t>
      </w:r>
    </w:p>
    <w:p>
      <w:r>
        <w:rPr>
          <w:b/>
        </w:rPr>
        <w:t xml:space="preserve">[32:46] </w:t>
      </w:r>
      <w:r>
        <w:t>angels. it means that quran is received to muhammad through angels.</w:t>
      </w:r>
    </w:p>
    <w:p>
      <w:pPr>
        <w:jc w:val="right"/>
      </w:pPr>
      <w:r>
        <w:t>اینجلز۔ اٹ مینز دیٹ قران از ریسیوڈ ٹو محمد تھرو اینجلز۔</w:t>
      </w:r>
    </w:p>
    <w:p>
      <w:r>
        <w:rPr>
          <w:b/>
        </w:rPr>
        <w:t xml:space="preserve">[32:55] </w:t>
      </w:r>
      <w:r>
        <w:t>this is the true meaning of this verse. they there was a propaganda in makkah that it is a satanic revelation.</w:t>
      </w:r>
    </w:p>
    <w:p>
      <w:pPr>
        <w:jc w:val="right"/>
      </w:pPr>
      <w:r>
        <w:t>دس از دا ٹرو میننگ اف دس ورس۔ دے دیر واز ا پروپیگنڈا ان مکہ دیٹ اٹ از ا سیٹنک ریولیشن۔</w:t>
      </w:r>
    </w:p>
    <w:p>
      <w:r>
        <w:rPr>
          <w:b/>
        </w:rPr>
        <w:t xml:space="preserve">[33:08] </w:t>
      </w:r>
      <w:r>
        <w:t>those who were against the property of islam, they</w:t>
      </w:r>
    </w:p>
    <w:p>
      <w:pPr>
        <w:jc w:val="right"/>
      </w:pPr>
      <w:r>
        <w:t>دو ہو ویر اگینسٹ دا پراپرٹی اف اسلام، دے</w:t>
      </w:r>
    </w:p>
    <w:p>
      <w:r>
        <w:rPr>
          <w:b/>
        </w:rPr>
        <w:t xml:space="preserve">[33:16] </w:t>
      </w:r>
      <w:r>
        <w:t>yani they were engaged in a wrong propaganda. this is not divine revelation, this is satanic revelation. so god revealed this verse that quran was sent from him to muhammad through angels.</w:t>
      </w:r>
    </w:p>
    <w:p>
      <w:pPr>
        <w:jc w:val="right"/>
      </w:pPr>
      <w:r>
        <w:t>یعنی دے ویر انگیج ان ا رونگ پروپیگنڈا۔ دس از ناٹ ڈیوائن ریولیشن، دس از سیٹنک ریولیشن۔ سو گاڈ ریویلڈ دس ورس دیٹ قران واز سینڈ فرام ہم ٹو محمد تھرو اینجلز۔</w:t>
      </w:r>
    </w:p>
    <w:p>
      <w:r>
        <w:rPr>
          <w:b/>
        </w:rPr>
        <w:t xml:space="preserve">[33:35] </w:t>
      </w:r>
      <w:r>
        <w:t>they wrongly interpret this in any who can touch the quran. this verse has nothing to do with this fatwa.</w:t>
      </w:r>
    </w:p>
    <w:p>
      <w:pPr>
        <w:jc w:val="right"/>
      </w:pPr>
      <w:r>
        <w:t>دے رونگلی انٹرپریٹ دس ان اینی ہو کین ٹچ دا قران۔ دس ورس ہیز نتھنگ ٹو ڈو ود دس فتوی۔</w:t>
      </w:r>
    </w:p>
    <w:p>
      <w:r>
        <w:rPr>
          <w:b/>
        </w:rPr>
        <w:t xml:space="preserve">[33:44] </w:t>
      </w:r>
      <w:r>
        <w:t>this fatwa completely wrong.</w:t>
      </w:r>
    </w:p>
    <w:p>
      <w:pPr>
        <w:jc w:val="right"/>
      </w:pPr>
      <w:r>
        <w:t>اس فتوی کمپلیٹلی رونگ۔</w:t>
      </w:r>
    </w:p>
    <w:p>
      <w:r>
        <w:rPr>
          <w:b/>
        </w:rPr>
        <w:t xml:space="preserve">[33:52] </w:t>
      </w:r>
      <w:r>
        <w:t>maulana, if jew points out that verse in the quran that the palestine is assigned land for jews, and if they ask then, if they ask then, it is already there in quran, then why do muslims create trouble about the palestine land?</w:t>
      </w:r>
    </w:p>
    <w:p>
      <w:pPr>
        <w:jc w:val="right"/>
      </w:pPr>
      <w:r>
        <w:t>مولانا، اف جیو پوائنٹس اؤٹ دیٹ ورس ان دا قران دیٹ دی پیلسٹائن اسائن لینڈ فار جیوز، اینڈ اف دے اسک دین، اف دے اسک دین، اٹ از الریڈی دیر ان قران، دین وائی ڈو مسلمز کریٹ ٹربل اباؤٹ دا پیلسٹائن لینڈ؟</w:t>
      </w:r>
    </w:p>
    <w:p>
      <w:r>
        <w:rPr>
          <w:b/>
        </w:rPr>
        <w:t xml:space="preserve">[34:10] </w:t>
      </w:r>
      <w:r>
        <w:t>so what should be the answer to this? yes,</w:t>
      </w:r>
    </w:p>
    <w:p>
      <w:pPr>
        <w:jc w:val="right"/>
      </w:pPr>
      <w:r>
        <w:t>سو واٹ شوڈ بی دی انسر ٹو دس؟ یس،</w:t>
      </w:r>
    </w:p>
    <w:p>
      <w:r>
        <w:rPr>
          <w:b/>
        </w:rPr>
        <w:t xml:space="preserve">[34:15] </w:t>
      </w:r>
      <w:r>
        <w:t>the problem is that present muslim generation, especially the the leaders of muslim community,</w:t>
      </w:r>
    </w:p>
    <w:p>
      <w:pPr>
        <w:jc w:val="right"/>
      </w:pPr>
      <w:r>
        <w:t>دا پرابلم از دیٹ پریزنٹ مسلم جنریشن، اسپیشلی دا دا لیڈرز اف مسلم کمیونٹی،</w:t>
      </w:r>
    </w:p>
    <w:p>
      <w:r>
        <w:rPr>
          <w:b/>
        </w:rPr>
        <w:t xml:space="preserve">[34:29] </w:t>
      </w:r>
      <w:r>
        <w:t>they they have forgotten the quran. they only recite the quran. they don't try to derive the guidance from the quran.</w:t>
      </w:r>
    </w:p>
    <w:p>
      <w:pPr>
        <w:jc w:val="right"/>
      </w:pPr>
      <w:r>
        <w:t>دے دے ہیو فارگیٹڈ دا قران۔ دے اونلی ریسائیڈ دا قران۔ دے ڈونٹ ٹرائی ٹو ڈرائیو دا گائیڈنس فرام دا قران۔</w:t>
      </w:r>
    </w:p>
    <w:p>
      <w:r>
        <w:rPr>
          <w:b/>
        </w:rPr>
        <w:t xml:space="preserve">[34:48] </w:t>
      </w:r>
      <w:r>
        <w:t>quran is sole criteria for us. we have to to to seek our guidance from the quran, but this fact that these muslim leaders never try to seek guidance from the quran.</w:t>
      </w:r>
    </w:p>
    <w:p>
      <w:pPr>
        <w:jc w:val="right"/>
      </w:pPr>
      <w:r>
        <w:t>قران از سول کرائٹیریا فار اس۔ وی ہیو ٹو ٹو ٹو سیک اور گائیڈنس فرام دا قران، بٹ دس فیکٹ دیٹ دیز مسلم لیڈرز نیور ٹرائی ٹو سیک گائیڈنس فرام دا قران۔</w:t>
      </w:r>
    </w:p>
    <w:p>
      <w:r>
        <w:rPr>
          <w:b/>
        </w:rPr>
        <w:t xml:space="preserve">[35:06] </w:t>
      </w:r>
      <w:r>
        <w:t>they speak according to their mind, according to their emotions.</w:t>
      </w:r>
    </w:p>
    <w:p>
      <w:pPr>
        <w:jc w:val="right"/>
      </w:pPr>
      <w:r>
        <w:t>دے سپیک اکائنڈ ٹو دیر مائنڈ، اکائنڈ ٹو دیر ایموشنز۔</w:t>
      </w:r>
    </w:p>
    <w:p>
      <w:r>
        <w:rPr>
          <w:b/>
        </w:rPr>
        <w:t xml:space="preserve">[35:12] </w:t>
      </w:r>
      <w:r>
        <w:t>so i am firm, i can say that the former declaration was quite right declaration, and when palestine was given to to jew, that was the right decision, because it is promised land, assigned land.</w:t>
      </w:r>
    </w:p>
    <w:p>
      <w:pPr>
        <w:jc w:val="right"/>
      </w:pPr>
      <w:r>
        <w:t>سو ائی ایم فرم، ائی کین سے دیٹ بالفور ڈیکلیریشن واز کوائٹ رائٹ ڈیکلیریشن، اینڈ وین پیلسٹین واز گیون ٹو ٹو جیو، دیٹ واز دا رائٹ ڈیسیژن، بیکاز اٹ از پرومس لینڈ، اسائن لینڈ۔</w:t>
      </w:r>
    </w:p>
    <w:p>
      <w:r>
        <w:rPr>
          <w:b/>
        </w:rPr>
        <w:t xml:space="preserve">[35:34] </w:t>
      </w:r>
      <w:r>
        <w:t>so i can say that palestine is a promised land for jew, assigned land for jew.</w:t>
      </w:r>
    </w:p>
    <w:p>
      <w:pPr>
        <w:jc w:val="right"/>
      </w:pPr>
      <w:r>
        <w:t>سو ائی کین سے دیٹ پیلسٹین از ا پرومس لینڈ فار جیو، اسائن لینڈ فار جیو۔</w:t>
      </w:r>
    </w:p>
    <w:p>
      <w:r>
        <w:rPr>
          <w:b/>
        </w:rPr>
        <w:t xml:space="preserve">[35:42] </w:t>
      </w:r>
      <w:r>
        <w:t>they have every right to settle in palestine. why? because all those jew who returned to palestine, they were jew in diaspora.</w:t>
      </w:r>
    </w:p>
    <w:p>
      <w:pPr>
        <w:jc w:val="right"/>
      </w:pPr>
      <w:r>
        <w:t>دے ہیو ایوری رائٹ ٹو سیٹل ان پیلسٹائن۔ وائی؟ بیکاز ال دو جو ہو ریٹرن ٹو پیلسٹائن، دے وار جیو ان ڈائسپورا۔</w:t>
      </w:r>
    </w:p>
    <w:p>
      <w:r>
        <w:rPr>
          <w:b/>
        </w:rPr>
        <w:t xml:space="preserve">[35:56] </w:t>
      </w:r>
      <w:r>
        <w:t>jio in diaspora. so any community who is living in diaspora have right to return to his homeland.</w:t>
      </w:r>
    </w:p>
    <w:p>
      <w:pPr>
        <w:jc w:val="right"/>
      </w:pPr>
      <w:r>
        <w:t>جیو ان ڈائسپورا۔ سو اینی کمیونٹی ہو از لیونگ ان ڈائسپورا ہیو رائٹ ٹو ریٹرن ٹو ہز ہوم لینڈ۔</w:t>
      </w:r>
    </w:p>
    <w:p>
      <w:r>
        <w:rPr>
          <w:b/>
        </w:rPr>
        <w:t xml:space="preserve">[36:06] </w:t>
      </w:r>
      <w:r>
        <w:t>this was the balfour declaration.</w:t>
      </w:r>
    </w:p>
    <w:p>
      <w:pPr>
        <w:jc w:val="right"/>
      </w:pPr>
      <w:r>
        <w:t>دس واز دا بالفور ڈیکلیریشن۔</w:t>
      </w:r>
    </w:p>
    <w:p>
      <w:r>
        <w:rPr>
          <w:b/>
        </w:rPr>
        <w:t xml:space="preserve">[36:11] </w:t>
      </w:r>
      <w:r>
        <w:t>so according to my knowledge, i can say that in this case arabs were wrong, and and balfour lord balfour was right.</w:t>
      </w:r>
    </w:p>
    <w:p>
      <w:pPr>
        <w:jc w:val="right"/>
      </w:pPr>
      <w:r>
        <w:t>سو اکارڈنگ ٹو مائی نالج، ائی کین سے دیٹ ان دس کیس عربس ویر رونگ، اینڈ اینڈ بالفور لارڈ بالفور واز رائٹ۔</w:t>
      </w:r>
    </w:p>
    <w:p>
      <w:r>
        <w:rPr>
          <w:b/>
        </w:rPr>
        <w:t xml:space="preserve">[36:25] </w:t>
      </w:r>
      <w:r>
        <w:t>why muslims want to award death sentence for any offense</w:t>
      </w:r>
    </w:p>
    <w:p>
      <w:pPr>
        <w:jc w:val="right"/>
      </w:pPr>
      <w:r>
        <w:t>وائی مسلمز وانٹ ٹو اوارڈ ڈیتھ سینٹنس فار اینی افنس</w:t>
      </w:r>
    </w:p>
    <w:p>
      <w:r>
        <w:rPr>
          <w:b/>
        </w:rPr>
        <w:t xml:space="preserve">[36:31] </w:t>
      </w:r>
      <w:r>
        <w:t>? is extremism. is extremism. is extremism. there is a verse in the quran: "la taghlu fi deenikum".</w:t>
      </w:r>
    </w:p>
    <w:p>
      <w:pPr>
        <w:jc w:val="right"/>
      </w:pPr>
      <w:r>
        <w:t>؟ از ایکسٹریمزم۔ از ایکسٹریمزم۔ از ایکسٹریمزم۔ دیر از ا ورس ان دا قران: "لا تغلو فی دینکم"۔</w:t>
      </w:r>
    </w:p>
    <w:p>
      <w:r>
        <w:rPr>
          <w:b/>
        </w:rPr>
        <w:t xml:space="preserve">[36:45] </w:t>
      </w:r>
      <w:r>
        <w:t>don't be extremist in your religion. then there is hadith: "yaakum fi deen".</w:t>
      </w:r>
    </w:p>
    <w:p>
      <w:pPr>
        <w:jc w:val="right"/>
      </w:pPr>
      <w:r>
        <w:t>ڈونٹ بی ایکسٹریمسٹ ان یور ریلیجن۔ دین دیر از حدیث: "یاکم فی الدین"۔</w:t>
      </w:r>
    </w:p>
    <w:p>
      <w:r>
        <w:rPr>
          <w:b/>
        </w:rPr>
        <w:t xml:space="preserve">[36:58] </w:t>
      </w:r>
      <w:r>
        <w:t>don't be extremist. extremist we are poster. so all these muslims are yani this out of extremism is not islam.</w:t>
      </w:r>
    </w:p>
    <w:p>
      <w:pPr>
        <w:jc w:val="right"/>
      </w:pPr>
      <w:r>
        <w:t>ڈونٹ بی ایکسٹریمسٹ۔ ایکسٹریمسٹ وی ار پوسٹر۔ سو ال دیز مسلمز ار یعنی دس اؤٹ اف ایکسٹریمزم از ناٹ اسلام۔</w:t>
      </w:r>
    </w:p>
    <w:p>
      <w:r>
        <w:rPr>
          <w:b/>
        </w:rPr>
        <w:t xml:space="preserve">[37:14] </w:t>
      </w:r>
      <w:r>
        <w:t>extremism is not islam.</w:t>
      </w:r>
    </w:p>
    <w:p>
      <w:pPr>
        <w:jc w:val="right"/>
      </w:pPr>
      <w:r>
        <w:t>ایکسٹریمزم از ناٹ اسلام۔</w:t>
      </w:r>
    </w:p>
    <w:p>
      <w:r>
        <w:rPr>
          <w:b/>
        </w:rPr>
        <w:t xml:space="preserve">[37:21] </w:t>
      </w:r>
      <w:r>
        <w:t>extremism is a phenomena that that you can see in every topola book. don't do there when they are in the when in the tagline.</w:t>
      </w:r>
    </w:p>
    <w:p>
      <w:pPr>
        <w:jc w:val="right"/>
      </w:pPr>
      <w:r>
        <w:t>ایکسٹریمزم از ا فیناومینا دیٹ دیٹ یو کین سی ان ایوری ٹوپلا بک۔ ڈونٹ دو دیر وین دے ار ان دا وین ان دا ٹیکلائن۔</w:t>
      </w:r>
    </w:p>
    <w:p>
      <w:r>
        <w:rPr>
          <w:b/>
        </w:rPr>
        <w:t xml:space="preserve">[37:38] </w:t>
      </w:r>
      <w:r>
        <w:t>muslims are at muslims are degenerated lot. there is not any living community like sahaba.</w:t>
      </w:r>
    </w:p>
    <w:p>
      <w:pPr>
        <w:jc w:val="right"/>
      </w:pPr>
      <w:r>
        <w:t>مسلمز ار ایٹ مسلمز ار ڈی جنریٹڈ لاٹ۔ دیر از ناٹ اینی لیونگ کمیونٹی لائک صحابہ۔</w:t>
      </w:r>
    </w:p>
    <w:p>
      <w:r>
        <w:rPr>
          <w:b/>
        </w:rPr>
        <w:t xml:space="preserve">[37:48] </w:t>
      </w:r>
      <w:r>
        <w:t>so it is phenomena of this degeneration that they become, that they have become extremist.</w:t>
      </w:r>
    </w:p>
    <w:p>
      <w:pPr>
        <w:jc w:val="right"/>
      </w:pPr>
      <w:r>
        <w:t>سو اٹ از فیناومینا اف دس ڈی جنریشن دیٹ دے بیکم، دیٹ دے ہیو بیکم ایکسٹریمسٹ۔</w:t>
      </w:r>
    </w:p>
    <w:p>
      <w:r>
        <w:rPr>
          <w:b/>
        </w:rPr>
        <w:t xml:space="preserve">[38:05] </w:t>
      </w:r>
      <w:r>
        <w:t>hello! i want</w:t>
      </w:r>
    </w:p>
    <w:p>
      <w:pPr>
        <w:jc w:val="right"/>
      </w:pPr>
      <w:r>
        <w:t>ہیلو! ائی وانٹ</w:t>
      </w:r>
    </w:p>
    <w:p>
      <w:r>
        <w:rPr>
          <w:b/>
        </w:rPr>
        <w:t xml:space="preserve">[38:06] </w:t>
      </w:r>
      <w:r>
        <w:t>to ask a question. i was reading a book by an orientalist, and ah, it is it is about prophet muhammad and mystery of islam.</w:t>
      </w:r>
    </w:p>
    <w:p>
      <w:pPr>
        <w:jc w:val="right"/>
      </w:pPr>
      <w:r>
        <w:t>ٹو اسک ا کوئسچن۔ ائی واز ریڈنگ ا بک بائے این اورینٹلسٹ، اینڈ اہ، اٹ از اٹ از اباؤٹ پرافٹ محمد اینڈ میسٹری اف اسلام۔</w:t>
      </w:r>
    </w:p>
    <w:p>
      <w:r>
        <w:rPr>
          <w:b/>
        </w:rPr>
        <w:t xml:space="preserve">[38:16] </w:t>
      </w:r>
      <w:r>
        <w:t>in it he says that an orientalist should write about islam, ah, in such a manner that he should not offend muslims.</w:t>
      </w:r>
    </w:p>
    <w:p>
      <w:pPr>
        <w:jc w:val="right"/>
      </w:pPr>
      <w:r>
        <w:t>ان اٹ ہی سیز دیٹ این اورینٹلسٹ شوڈ رائٹ اباؤٹ اسلام، اہ، ان سچ ا مینر دیٹ ہی شوڈ ناٹ افینڈ مسلمز۔</w:t>
      </w:r>
    </w:p>
    <w:p>
      <w:r>
        <w:rPr>
          <w:b/>
        </w:rPr>
        <w:t xml:space="preserve">[38:27] </w:t>
      </w:r>
      <w:r>
        <w:t>he should not offend, ah, the sensibilities and sentiments of, ah, muslims. so</w:t>
      </w:r>
    </w:p>
    <w:p>
      <w:pPr>
        <w:jc w:val="right"/>
      </w:pPr>
      <w:r>
        <w:t>ہی شوڈ ناٹ افینڈ، اہ، دا سینسیبلٹیز اینڈ سینٹیمنٹس اف، اہ، مسلمز۔ سو</w:t>
      </w:r>
    </w:p>
    <w:p>
      <w:r>
        <w:rPr>
          <w:b/>
        </w:rPr>
        <w:t xml:space="preserve">[38:34] </w:t>
      </w:r>
      <w:r>
        <w:t>he says: "throughout my research, this is my motto." is this a correct criteria? is this a correct criteria to write a book by?</w:t>
      </w:r>
    </w:p>
    <w:p>
      <w:pPr>
        <w:jc w:val="right"/>
      </w:pPr>
      <w:r>
        <w:t>ہی سیز: "تھرو اؤٹ مائی ریسرچ، دس از مائی موٹو۔" از دس ا کریکٹ کرائٹیریا؟ از دس ا کریکٹ کرائٹیریا ٹو رائٹ ا بک بائے؟</w:t>
      </w:r>
    </w:p>
    <w:p>
      <w:r>
        <w:rPr>
          <w:b/>
        </w:rPr>
        <w:t xml:space="preserve">[38:43] </w:t>
      </w:r>
      <w:r>
        <w:t>not at all! not at all! this kind of demand is completely wrong. you can't demand this kind of.</w:t>
      </w:r>
    </w:p>
    <w:p>
      <w:pPr>
        <w:jc w:val="right"/>
      </w:pPr>
      <w:r>
        <w:t>ناٹ ایٹ ال! ناٹ ایٹ ال! دس کائنڈ اف ڈیمانڈ از کمپلیٹلی رونگ۔ یو کینٹ ڈیمانڈ دس کائنڈ اف۔</w:t>
      </w:r>
    </w:p>
    <w:p>
      <w:r>
        <w:rPr>
          <w:b/>
        </w:rPr>
        <w:t xml:space="preserve">[38:53] </w:t>
      </w:r>
      <w:r>
        <w:t>you can not! you can not put this condition to the writer. writer is writer, can write everything a</w:t>
      </w:r>
    </w:p>
    <w:p>
      <w:pPr>
        <w:jc w:val="right"/>
      </w:pPr>
      <w:r>
        <w:t>یو کین ناٹ! یو کین ناٹ پٹ دس کنڈیشن ٹو دی رائٹر۔ رائٹر از رائٹر، کین رائٹ ایوری تھنگ ا</w:t>
      </w:r>
    </w:p>
    <w:p>
      <w:r>
        <w:rPr>
          <w:b/>
        </w:rPr>
        <w:t xml:space="preserve">[39:04] </w:t>
      </w:r>
      <w:r>
        <w:t>kind to his study. You have! You cannot demand like this. You can! Yani for you, the only option is to to to to re-examine,</w:t>
      </w:r>
    </w:p>
    <w:p>
      <w:pPr>
        <w:jc w:val="right"/>
      </w:pPr>
      <w:r>
        <w:t>کائنڈ ٹو ہز اسٹڈی۔ یو ہیو! یو کین ناٹ ڈیمانڈ لائک دس۔ یو کین! یعنی فار یو، دا اونلی اپشن از ٹو ٹو ٹو ٹو ری ایگزیمن،</w:t>
      </w:r>
    </w:p>
    <w:p>
      <w:r>
        <w:rPr>
          <w:b/>
        </w:rPr>
        <w:t xml:space="preserve">[39:20] </w:t>
      </w:r>
      <w:r>
        <w:t>to to give reasons against that book, that this writer was wrong.</w:t>
      </w:r>
    </w:p>
    <w:p>
      <w:pPr>
        <w:jc w:val="right"/>
      </w:pPr>
      <w:r>
        <w:t>ٹو ٹو گیو ریزنز اگینسٹ دیٹ بک، دیٹ دس رائٹر واز رونگ۔</w:t>
      </w:r>
    </w:p>
    <w:p>
      <w:r>
        <w:rPr>
          <w:b/>
        </w:rPr>
        <w:t xml:space="preserve">[39:32] </w:t>
      </w:r>
      <w:r>
        <w:t>yani you can prove by argument, by rational argument, that this writer is wrong. that's all! by such kind of demand is completely wrong.</w:t>
      </w:r>
    </w:p>
    <w:p>
      <w:pPr>
        <w:jc w:val="right"/>
      </w:pPr>
      <w:r>
        <w:t>یعنی یو کین پروف بائے ارگیومنٹ، بائے ریشنل ارگیومنٹ، دیٹ دس رائٹر از رونگ۔ دیٹس ال! بائے سچ کائنڈ اف ڈیمانڈ از کمپلیٹلی رونگ۔</w:t>
      </w:r>
    </w:p>
    <w:p>
      <w:r>
        <w:rPr>
          <w:b/>
        </w:rPr>
        <w:t xml:space="preserve">[39:45] </w:t>
      </w:r>
      <w:r>
        <w:t>it is not! it has nothing to do with Islam. Dada, lekin everyone is free akind Islam. believes in freedom. So this kind of demand has no base, has no bases in the Quran.</w:t>
      </w:r>
    </w:p>
    <w:p>
      <w:pPr>
        <w:jc w:val="right"/>
      </w:pPr>
      <w:r>
        <w:t>اٹ از ناٹ! اٹ ہیز نتھنگ ٹو ڈو ود اسلام۔ دادا، لیکن ایوری ون از فری اکائنڈ اسلام۔ بیلیوز ان فریڈم۔ سو دس کائنڈ اف ڈیمانڈ ہیز نو بیس، ہیز نو بیسز ان دا قران۔</w:t>
      </w:r>
    </w:p>
    <w:p>
      <w:r>
        <w:rPr>
          <w:b/>
        </w:rPr>
        <w:t xml:space="preserve">[40:00] </w:t>
      </w:r>
      <w:r>
        <w:t>dada, lekin agar ek orientalistic kitab likh raha hai to woh what should be his bases? what should be his criteria with which he should write? or any research in islam, or or in the history of islam, what should be the criteria of such research?</w:t>
      </w:r>
    </w:p>
    <w:p>
      <w:pPr>
        <w:jc w:val="right"/>
      </w:pPr>
      <w:r>
        <w:t>دادا، لیکن اگر ایک اورینٹلسٹک کتاب لکھ رہا ہے تو وہ واٹ شوڈ بی ہز بیسز؟ واٹ شوڈ بی ہز کرائٹیریا ود وچ ہی شوڈ رائٹ؟ اور اینی ریسرچ ان اسلام، اور اور ان دا ہسٹری اف اسلام، واٹ شوڈ بی دا کرائٹیریا اف سچ ریسرچ؟</w:t>
      </w:r>
    </w:p>
    <w:p>
      <w:r>
        <w:rPr>
          <w:b/>
        </w:rPr>
        <w:t xml:space="preserve">[40:17] </w:t>
      </w:r>
      <w:r>
        <w:t>you can not let sir conditions. he is free! you can write any book. you can not let sir conditions.</w:t>
      </w:r>
    </w:p>
    <w:p>
      <w:pPr>
        <w:jc w:val="right"/>
      </w:pPr>
      <w:r>
        <w:t>یو کین ناٹ لیٹ سر کنڈیشنز۔ ہی از فری! یو کین رائٹ اینی بک۔ یو کین ناٹ لیٹ سر کنڈیشنز۔</w:t>
      </w:r>
    </w:p>
    <w:p>
      <w:r>
        <w:rPr>
          <w:b/>
        </w:rPr>
        <w:t xml:space="preserve">[40:28] </w:t>
      </w:r>
      <w:r>
        <w:t>excuse me!</w:t>
      </w:r>
    </w:p>
    <w:p>
      <w:pPr>
        <w:jc w:val="right"/>
      </w:pPr>
      <w:r>
        <w:t>ایکسکیوز می!</w:t>
      </w:r>
    </w:p>
    <w:p>
      <w:r>
        <w:rPr>
          <w:b/>
        </w:rPr>
        <w:t xml:space="preserve">[40:30] </w:t>
      </w:r>
      <w:r>
        <w:t>can i? he is free! can i react to this? because many times, anything which goes against muslims, there are lot of debates, and people come on the roads and do all sorts of things.</w:t>
      </w:r>
    </w:p>
    <w:p>
      <w:pPr>
        <w:jc w:val="right"/>
      </w:pPr>
      <w:r>
        <w:t>کین ائی؟ ہی از فری! کین ائی ری ایکٹ ٹو دس؟ بیکاز مینی ٹائمز، اینی تھنگ وچ گوز اگینسٹ مسلمز، دیر ار لاٹ اف ڈیبیٹس، اینڈ پیپل کم ان دا روڈز اینڈ ڈو السورٹس اف تھنگز۔</w:t>
      </w:r>
    </w:p>
    <w:p>
      <w:r>
        <w:rPr>
          <w:b/>
        </w:rPr>
        <w:t xml:space="preserve">[40:48] </w:t>
      </w:r>
      <w:r>
        <w:t>so its a general th</w:t>
      </w:r>
    </w:p>
    <w:p>
      <w:pPr>
        <w:jc w:val="right"/>
      </w:pPr>
      <w:r>
        <w:t>سو اٹس ا جنرل تھ</w:t>
      </w:r>
    </w:p>
    <w:p>
      <w:r>
        <w:rPr>
          <w:b/>
        </w:rPr>
        <w:t xml:space="preserve">[40:50] </w:t>
      </w:r>
      <w:r>
        <w:t>ing. its not for muslims, for anybody that if you are writing something about any religion. one can do as you are saying, rational arguments, and empowering, and doing everything, giving, but without hurting anybody's</w:t>
      </w:r>
    </w:p>
    <w:p>
      <w:pPr>
        <w:jc w:val="right"/>
      </w:pPr>
      <w:r>
        <w:t>نگ۔ اٹس ناٹ فار مسلمز، فار اینی بڈی دیٹ اف یو ار رائٹنگ سمتھنگ اباؤٹ اینی ریلیجن۔ ون کین ڈو ایز یو ار سینگ، ریشنل ارگیومنٹس، اینڈ ایمپرنگ، اینڈ ڈوئنگ ایوری تھنگ، گیونگ، بٹ وداؤٹ ہرٹنگ اینی بڈیز</w:t>
      </w:r>
    </w:p>
    <w:p>
      <w:r>
        <w:rPr>
          <w:b/>
        </w:rPr>
        <w:t xml:space="preserve">[41:12] </w:t>
      </w:r>
      <w:r>
        <w:t>sentiment. so this is this is a general thing. i dont think it would be only for muslims. it could be for any religion.</w:t>
      </w:r>
    </w:p>
    <w:p>
      <w:pPr>
        <w:jc w:val="right"/>
      </w:pPr>
      <w:r>
        <w:t>سینٹیمنٹ۔ سو دس از دس از ا جنرل تھنگ۔ ائی ڈونٹ تھنک اٹ وڈ بی اونلی فار مسلمز۔ اٹ کڈ بی فار اینی ریلیجن۔</w:t>
      </w:r>
    </w:p>
    <w:p>
      <w:r>
        <w:rPr>
          <w:b/>
        </w:rPr>
        <w:t xml:space="preserve">[41:21] </w:t>
      </w:r>
      <w:r>
        <w:t>not! is not possible! you know, this is phenomena of freedom, and not freedom of phenomena of any of conspiracy.</w:t>
      </w:r>
    </w:p>
    <w:p>
      <w:pPr>
        <w:jc w:val="right"/>
      </w:pPr>
      <w:r>
        <w:t>ناٹ! از ناٹ پوسیبل! یو نو، دس از فیناومینا اف فریڈم، اینڈ ناٹ فریڈم اف فیناومینا اف اینی اف کانسپریسی۔</w:t>
      </w:r>
    </w:p>
    <w:p>
      <w:r>
        <w:rPr>
          <w:b/>
        </w:rPr>
        <w:t xml:space="preserve">[41:32] </w:t>
      </w:r>
      <w:r>
        <w:t>god has given freedom to all every man and woman. they will exercise their freedom. you cannot abuse their freedom.</w:t>
      </w:r>
    </w:p>
    <w:p>
      <w:pPr>
        <w:jc w:val="right"/>
      </w:pPr>
      <w:r>
        <w:t>گاڈ ہیز گیون فریڈم ٹو ال ایوری مین اینڈ وومن۔ دے ویل ایکسرسائز دیر فریڈم۔ یو کین ناٹ ابوش دیر فریڈم۔</w:t>
      </w:r>
    </w:p>
    <w:p>
      <w:r>
        <w:rPr>
          <w:b/>
        </w:rPr>
        <w:t xml:space="preserve">[41:43] </w:t>
      </w:r>
      <w:r>
        <w:t>is phenomena of freedom, and not phenomena of conspiracy. here is the wrong!</w:t>
      </w:r>
    </w:p>
    <w:p>
      <w:pPr>
        <w:jc w:val="right"/>
      </w:pPr>
      <w:r>
        <w:t>از فیناومینا اف فریڈم، اینڈ ناٹ فیناومینا اف کانسپریسی۔ ہیر از دا رونگ!</w:t>
      </w:r>
    </w:p>
    <w:p>
      <w:r>
        <w:rPr>
          <w:b/>
        </w:rPr>
        <w:t xml:space="preserve">[41:49] </w:t>
      </w:r>
      <w:r>
        <w:t>muslims take it as a phenomena of conspiracy. no! it is phenomena of freedom. when god has given freedom to all men, human, all human being, who is to abuse this freedom?</w:t>
      </w:r>
    </w:p>
    <w:p>
      <w:pPr>
        <w:jc w:val="right"/>
      </w:pPr>
      <w:r>
        <w:t>مسلمز ٹیک اٹ ایز ا فیناومینا اف کانسپریسی۔ نو! اٹ از فیناومینا اف فریڈم۔ وین گاڈ ہیز گیون فریڈم ٹو ال مین، ہیومن، ال ہیومن بینگ، ہو از ٹو ابوش دس فریڈم؟</w:t>
      </w:r>
    </w:p>
    <w:p>
      <w:r>
        <w:rPr>
          <w:b/>
        </w:rPr>
        <w:t xml:space="preserve">[42:05] </w:t>
      </w:r>
      <w:r>
        <w:t>but maulana, god has given freedom. god has also given mind, and god has given some guidelines to go according</w:t>
      </w:r>
    </w:p>
    <w:p>
      <w:pPr>
        <w:jc w:val="right"/>
      </w:pPr>
      <w:r>
        <w:t>بٹ مولانا، گاڈ ہیز گیون فریڈم۔ گاڈ ہیز السو گیون مائنڈ، اینڈ گاڈ ہیز گیون سم گائیڈ لائنز ٹو گو اکارڈنگ</w:t>
      </w:r>
    </w:p>
    <w:p>
      <w:r>
        <w:rPr>
          <w:b/>
        </w:rPr>
        <w:t xml:space="preserve">[42:15] </w:t>
      </w:r>
      <w:r>
        <w:t>ly. so if we say god has given of freedom, we can do anything we want to, but he has given us. is upon that person!</w:t>
      </w:r>
    </w:p>
    <w:p>
      <w:pPr>
        <w:jc w:val="right"/>
      </w:pPr>
      <w:r>
        <w:t>لی۔ سو اف وی سے گاڈ ہیز گیون اف فریڈم، وی کین ڈو اینی تھنگ وی وانٹ ٹو، بٹ ہی ہیز گیون اس۔ از اپون دیٹ پرسن!</w:t>
      </w:r>
    </w:p>
    <w:p>
      <w:r>
        <w:rPr>
          <w:b/>
        </w:rPr>
        <w:t xml:space="preserve">[42:23] </w:t>
      </w:r>
      <w:r>
        <w:t>you cannot direct person. so its a general thing. then dont! i mean, what is the whole idea of talking so much against it in such a wrong way?</w:t>
      </w:r>
    </w:p>
    <w:p>
      <w:pPr>
        <w:jc w:val="right"/>
      </w:pPr>
      <w:r>
        <w:t>یو کین ناٹ ڈائریکٹ پرسن۔ سو اٹس ا جنرل تھنگ۔ دین ڈونٹ! ائی مین، واٹ از دا ہول ائیڈیا اف ٹاکنگ سو مچ اگینسٹ اٹ ان سچ ا رونگ وے؟</w:t>
      </w:r>
    </w:p>
    <w:p>
      <w:r>
        <w:rPr>
          <w:b/>
        </w:rPr>
        <w:t xml:space="preserve">[42:36] </w:t>
      </w:r>
      <w:r>
        <w:t>so that we can create problems. god also says that we go positive, not a negative way.</w:t>
      </w:r>
    </w:p>
    <w:p>
      <w:pPr>
        <w:jc w:val="right"/>
      </w:pPr>
      <w:r>
        <w:t>سو دیٹ وی کین کریٹ پرابلمز۔ گاڈ السو سیز دیٹ وی گو پوزیٹیو، ناٹ ا نیگیٹیو وے۔</w:t>
      </w:r>
    </w:p>
    <w:p>
      <w:r>
        <w:rPr>
          <w:b/>
        </w:rPr>
        <w:t xml:space="preserve">[42:43] </w:t>
      </w:r>
      <w:r>
        <w:t>so the freedom, i mean, these are maybe god has given freedom, but people have made their own rules. also without hurting other, we can say, and you are the time says that we should take a positive attitude</w:t>
      </w:r>
    </w:p>
    <w:p>
      <w:pPr>
        <w:jc w:val="right"/>
      </w:pPr>
      <w:r>
        <w:t>سو دا فریڈم، ائی مین، دیز ار می بی گاڈ ہیز گیون فریڈم، بٹ پیپل ہیو میڈ دیر اون رولز۔ السو وداؤٹ ہرٹنگ ادر، وی کین سے، اینڈ یو ار دا ٹائم سیز دیٹ وی شوڈ ٹیک ا پوزیٹیو ایٹیٹی</w:t>
      </w:r>
    </w:p>
    <w:p>
      <w:r>
        <w:rPr>
          <w:b/>
        </w:rPr>
        <w:t xml:space="preserve">[42:59] </w:t>
      </w:r>
      <w:r>
        <w:t>ude. so parhez, this is a positive attitude that without hurting anybody with rational forgiving thing, we can, we can talk about or we can tell our sentiments, but without hurting the other.</w:t>
      </w:r>
    </w:p>
    <w:p>
      <w:pPr>
        <w:jc w:val="right"/>
      </w:pPr>
      <w:r>
        <w:t>وڈ۔ سو پرہیز، دس از ا پوزیٹیو ایٹیٹیوڈ دیٹ وداؤٹ ہرٹنگ اینی بڈی ود ریشنل فارگیونگ تھنگ، وی کین، وی کین ٹاک اباؤٹ اور وی کین ٹیل اور سینٹیمنٹس، بٹ وداؤٹ ہرٹنگ دا ادر۔</w:t>
      </w:r>
    </w:p>
    <w:p>
      <w:r>
        <w:rPr>
          <w:b/>
        </w:rPr>
        <w:t xml:space="preserve">[43:16] </w:t>
      </w:r>
      <w:r>
        <w:t>dada, i would like to say that it is not positive attitude. it is unrealistic attitude.</w:t>
      </w:r>
    </w:p>
    <w:p>
      <w:pPr>
        <w:jc w:val="right"/>
      </w:pPr>
      <w:r>
        <w:t>دادا، ائی وڈ لائک ٹو سے دیٹ اٹ از ناٹ پوزیٹیو ایٹیٹیوڈ۔ اٹ از انریسٹک ایٹیٹیوڈ۔</w:t>
      </w:r>
    </w:p>
    <w:p>
      <w:r>
        <w:rPr>
          <w:b/>
        </w:rPr>
        <w:t xml:space="preserve">[43:22] </w:t>
      </w:r>
      <w:r>
        <w:t>is not positive at all! unrealistic! because you see, muslims are accept my self. every muslim is engaged such kind of demand.</w:t>
      </w:r>
    </w:p>
    <w:p>
      <w:pPr>
        <w:jc w:val="right"/>
      </w:pPr>
      <w:r>
        <w:t>از ناٹ پوزیٹیو ایٹ ال! انریسٹک! بیکاز یو سی، مسلمز ار ایکسیپٹ مائی سیلف۔ ایوری مسلم از انگیج سچ کائنڈ اف ڈیمانڈ۔</w:t>
      </w:r>
    </w:p>
    <w:p>
      <w:r>
        <w:rPr>
          <w:b/>
        </w:rPr>
        <w:t xml:space="preserve">[43:33] </w:t>
      </w:r>
      <w:r>
        <w:t>what is the result? no result at all! because it only is unrealistic. i am the only person throughout the muslim world who say like this.</w:t>
      </w:r>
    </w:p>
    <w:p>
      <w:pPr>
        <w:jc w:val="right"/>
      </w:pPr>
      <w:r>
        <w:t>واٹ از دی رزلٹ؟ نو رزلٹ ایٹ ال! بیکاز اٹ اونلی از انریسٹک۔ ائی ایم دا اونلی پرسن تھرو اؤٹ دا مسلم ورلڈ ہو سی لائک دس۔</w:t>
      </w:r>
    </w:p>
    <w:p>
      <w:r>
        <w:rPr>
          <w:b/>
        </w:rPr>
        <w:t xml:space="preserve">[43:43] </w:t>
      </w:r>
      <w:r>
        <w:t>otherwise, all the muslims are are are engaged protest. but in when? why?</w:t>
      </w:r>
    </w:p>
    <w:p>
      <w:pPr>
        <w:jc w:val="right"/>
      </w:pPr>
      <w:r>
        <w:t>ادروائز، ال دا مسلمز ار ار ار انگیج پروٹیسٹ۔ بٹ ان وین؟ وائی؟</w:t>
      </w:r>
    </w:p>
    <w:p>
      <w:r>
        <w:rPr>
          <w:b/>
        </w:rPr>
        <w:t xml:space="preserve">[43:51] </w:t>
      </w:r>
      <w:r>
        <w:t>because it was unrealistic! unrealistic! i have won! so i am, i i i believe that islam is realistic. islam, islam is a real!</w:t>
      </w:r>
    </w:p>
    <w:p>
      <w:pPr>
        <w:jc w:val="right"/>
      </w:pPr>
      <w:r>
        <w:t>بیکاز اٹ واز انریسٹک! انریسٹک! ائی ہیو ون! سو ائی ایم، ائی ائی ائی بیلیو دیٹ اسلام از ریلسٹک۔ اسلام، اسلام از ا ریل!</w:t>
      </w:r>
    </w:p>
    <w:p>
      <w:r>
        <w:rPr>
          <w:b/>
        </w:rPr>
        <w:t xml:space="preserve">[44:03] </w:t>
      </w:r>
      <w:r>
        <w:t>islam is a realistic religion. islam believe in realism, and all these muslims are engaged in unrealistic approach, and they even up they fail.</w:t>
      </w:r>
    </w:p>
    <w:p>
      <w:pPr>
        <w:jc w:val="right"/>
      </w:pPr>
      <w:r>
        <w:t>اسلام از ا ریلسٹک ریلیجن۔ اسلام بیلیو ان ریلزم، اینڈ ال دیز مسلمز ار انگیج ان انریسٹک اپروچ، اینڈ دے ایون اپ دے فیل۔</w:t>
      </w:r>
    </w:p>
    <w:p>
      <w:r>
        <w:rPr>
          <w:b/>
        </w:rPr>
        <w:t xml:space="preserve">[44:15] </w:t>
      </w:r>
      <w:r>
        <w:t>the greatest example is that of satanic version.</w:t>
      </w:r>
    </w:p>
    <w:p>
      <w:pPr>
        <w:jc w:val="right"/>
      </w:pPr>
      <w:r>
        <w:t>دا گریٹسٹ ایگزامپل از دیٹ اف سیٹک ورشن۔</w:t>
      </w:r>
    </w:p>
    <w:p>
      <w:r>
        <w:rPr>
          <w:b/>
        </w:rPr>
        <w:t xml:space="preserve">[44:21] </w:t>
      </w:r>
      <w:r>
        <w:t>the whole muslim world accept myself was against this book. the whole muslim world! but satanic version!</w:t>
      </w:r>
    </w:p>
    <w:p>
      <w:pPr>
        <w:jc w:val="right"/>
      </w:pPr>
      <w:r>
        <w:t>دا ہول مسلم ورلڈ ایکسیپٹ مائی سیلف واز اگینسٹ دس بک۔ دا ہول مسلم ورلڈ! بٹ سیٹک ورشن!</w:t>
      </w:r>
    </w:p>
    <w:p>
      <w:r>
        <w:rPr>
          <w:b/>
        </w:rPr>
        <w:t xml:space="preserve">[44:30] </w:t>
      </w:r>
      <w:r>
        <w:t>satanic version! but they fail! salman rushdie alive! his book is any! his book became best seller through all the world.</w:t>
      </w:r>
    </w:p>
    <w:p>
      <w:pPr>
        <w:jc w:val="right"/>
      </w:pPr>
      <w:r>
        <w:t>سیٹک ورشن! بٹ دے فیل! سلمان رشدی الائیو! ہز بک از اینی! ہز بک بیکم بیسٹ سیلر تھرو ال دی ورلڈ۔</w:t>
      </w:r>
    </w:p>
    <w:p>
      <w:r>
        <w:rPr>
          <w:b/>
        </w:rPr>
        <w:t xml:space="preserve">[44:41] </w:t>
      </w:r>
      <w:r>
        <w:t>so why? what? what is the? why is the? why is the youth of this kind of you cry? you have to be realistic!</w:t>
      </w:r>
    </w:p>
    <w:p>
      <w:pPr>
        <w:jc w:val="right"/>
      </w:pPr>
      <w:r>
        <w:t>سو وائی؟ واٹ؟ واٹ از دا؟ وائی از دا؟ وائی از دا یوتھ اف دس کائنڈ اف یو کرائی؟ یو ہیو ٹو بی ریلسٹک!</w:t>
      </w:r>
    </w:p>
    <w:p>
      <w:r>
        <w:rPr>
          <w:b/>
        </w:rPr>
        <w:t xml:space="preserve">[44:52] </w:t>
      </w:r>
      <w:r>
        <w:t>except myself! everyone was any engaged in you cry. but in when? we can counter peacefully by writing books, by giving arguments, by writing artifacts.</w:t>
      </w:r>
    </w:p>
    <w:p>
      <w:pPr>
        <w:jc w:val="right"/>
      </w:pPr>
      <w:r>
        <w:t>ایکسیپٹ مائی سیلف! ایوری ون واز اینی انگیج ان یو کرائی۔ بٹ ان وین؟ وی کین کاؤنٹر پیس فلی بائے رائٹنگ بکس، بائے گیونگ ارگیومنٹس، بائے رائٹنگ ارٹیفیکٹس۔</w:t>
      </w:r>
    </w:p>
    <w:p>
      <w:r>
        <w:rPr>
          <w:b/>
        </w:rPr>
        <w:t xml:space="preserve">[45:04] </w:t>
      </w:r>
      <w:r>
        <w:t>i just want to say something to clear your point. what i understand is that she said that the orientalist said that this is what pp people the way they should write.</w:t>
      </w:r>
    </w:p>
    <w:p>
      <w:pPr>
        <w:jc w:val="right"/>
      </w:pPr>
      <w:r>
        <w:t>ائی جسٹ وانٹ ٹو سے سمتھنگ ٹو کلیئر یور پوائنٹ۔ واٹ ائی انڈرسٹینڈ از دیٹ شی سیڈ دیٹ دا اورینٹلسٹ سیڈ دیٹ دس از واٹ پی پیپل دا وے دے شوڈ رائٹ۔</w:t>
      </w:r>
    </w:p>
    <w:p>
      <w:r>
        <w:rPr>
          <w:b/>
        </w:rPr>
        <w:t xml:space="preserve">[45:18] </w:t>
      </w:r>
      <w:r>
        <w:t>this is the writer saying that i should do it like this.</w:t>
      </w:r>
    </w:p>
    <w:p>
      <w:pPr>
        <w:jc w:val="right"/>
      </w:pPr>
      <w:r>
        <w:t>دس از دا رائٹر سینگ دیٹ ائی شوڈ ڈو اٹ لائک دس۔</w:t>
      </w:r>
    </w:p>
    <w:p>
      <w:r>
        <w:rPr>
          <w:b/>
        </w:rPr>
        <w:t xml:space="preserve">[45:22] </w:t>
      </w:r>
      <w:r>
        <w:t>maulana are saying muslims should not expect people to have ah only positive things. from the writer point of view, you should write the positive thing.</w:t>
      </w:r>
    </w:p>
    <w:p>
      <w:pPr>
        <w:jc w:val="right"/>
      </w:pPr>
      <w:r>
        <w:t>مولانا ار سینگ مسلمز شوڈ ناٹ ایکسپیکٹ پیپل ٹو ہیو اہ اونلی پوزیٹیو تھنگز۔ فرام دا رائٹر پوائنٹ اف ویو، یو شوڈ رائٹ دا پوزیٹیو تھنگ۔</w:t>
      </w:r>
    </w:p>
    <w:p>
      <w:r>
        <w:rPr>
          <w:b/>
        </w:rPr>
        <w:t xml:space="preserve">[45:32] </w:t>
      </w:r>
      <w:r>
        <w:t>but if you want to be ah critical, you have the right to be critical. another person can not demand that your criticism should not be there.</w:t>
      </w:r>
    </w:p>
    <w:p>
      <w:pPr>
        <w:jc w:val="right"/>
      </w:pPr>
      <w:r>
        <w:t>بٹ اف یو وانٹ ٹو بی اہ کریٹیکل، یو ہیو دا رائٹ ٹو بی کریٹیکل۔ انادر پرسن کین ناٹ ڈیمانڈ دیٹ یور کریٹیسزم شوڈ ناٹ بی دیر۔</w:t>
      </w:r>
    </w:p>
    <w:p>
      <w:r>
        <w:rPr>
          <w:b/>
        </w:rPr>
        <w:t xml:space="preserve">[45:42] </w:t>
      </w:r>
      <w:r>
        <w:t>the problem is muslims demand criticism should not be there. that's what maulana is saying is wrong. a writer writes whatever he w</w:t>
      </w:r>
    </w:p>
    <w:p>
      <w:pPr>
        <w:jc w:val="right"/>
      </w:pPr>
      <w:r>
        <w:t>دا پرابلم از مسلمز ڈیمانڈ کریٹیسزم شوڈ ناٹ بی دیر۔ دیٹس واٹ مولانا از سینگ از رونگ۔ ا رائٹر رائٹس واٹ ایور ہی و</w:t>
      </w:r>
    </w:p>
    <w:p>
      <w:r>
        <w:rPr>
          <w:b/>
        </w:rPr>
        <w:t xml:space="preserve">[45:50] </w:t>
      </w:r>
      <w:r>
        <w:t>ants. he has the right to criticize and give positive. you can not take that freedom! but who are you writer they are saying? who are you to say that you have no right?</w:t>
      </w:r>
    </w:p>
    <w:p>
      <w:pPr>
        <w:jc w:val="right"/>
      </w:pPr>
      <w:r>
        <w:t>انٹس۔ ہی ہیز دا رائٹ ٹو کریٹیسائز اینڈ گیو پوزیٹیو۔ یو کین ناٹ ٹیک دیٹ فریڈم! بٹ ہو ار یو رائٹر دے ار سینگ؟ ہو ار یو ٹو سے دیٹ یو ہیو نو رائٹ؟</w:t>
      </w:r>
    </w:p>
    <w:p>
      <w:r>
        <w:rPr>
          <w:b/>
        </w:rPr>
        <w:t xml:space="preserve">[46:02] </w:t>
      </w:r>
      <w:r>
        <w:t>when god has given them right? you know, prophet islam never said that these people have no right for condemnation. in arabia, there was so many people who are engaged cond</w:t>
      </w:r>
    </w:p>
    <w:p>
      <w:pPr>
        <w:jc w:val="right"/>
      </w:pPr>
      <w:r>
        <w:t>وین گاڈ ہیز گیون دیم رائٹ؟ یو نو، پرافٹ اسلام نیور سیڈ دیٹ دیز پیپل ہیو نو رائٹ فار کنڈیمنیشن۔ ان عربیہ، دیر واز سو مینی پیپل ہو ار انگیج کنڈ</w:t>
      </w:r>
    </w:p>
    <w:p>
      <w:r>
        <w:rPr>
          <w:b/>
        </w:rPr>
        <w:t xml:space="preserve">[46:15] </w:t>
      </w:r>
      <w:r>
        <w:t>emnation. even they used to say muzamma instead of muhammad. right! but prophet never says that tell them.</w:t>
      </w:r>
    </w:p>
    <w:p>
      <w:pPr>
        <w:jc w:val="right"/>
      </w:pPr>
      <w:r>
        <w:t>یمنیشن۔ ایون دے یوز ٹو سے مذمہ انسٹیڈ اف محمد۔ رائٹ! بٹ پرافٹ نیور سیز دیٹ ٹل دیم۔</w:t>
      </w:r>
    </w:p>
    <w:p>
      <w:r>
        <w:rPr>
          <w:b/>
        </w:rPr>
        <w:t xml:space="preserve">[46:25] </w:t>
      </w:r>
      <w:r>
        <w:t>no! he tolerated. so toleration was the prophet behavior. not! he never demanded why you are saying i am muhammad.</w:t>
      </w:r>
    </w:p>
    <w:p>
      <w:pPr>
        <w:jc w:val="right"/>
      </w:pPr>
      <w:r>
        <w:t>نو! ہی ٹولریٹڈ۔ تو ٹولریشن واز دا پرافٹ بیہیویئر۔ ناٹ! ہی نیور ڈیمانڈڈ وائی یو ار سینگ ائی ایم محمد۔</w:t>
      </w:r>
    </w:p>
    <w:p>
      <w:r>
        <w:rPr>
          <w:b/>
        </w:rPr>
        <w:t xml:space="preserve">[46:37] </w:t>
      </w:r>
      <w:r>
        <w:t>no! he gave freedom. is very clear in sirah books.</w:t>
      </w:r>
    </w:p>
    <w:p>
      <w:pPr>
        <w:jc w:val="right"/>
      </w:pPr>
      <w:r>
        <w:t>نو! ہی گیو فریڈم۔ از ویری کلیئر ان سیرہ بکس۔</w:t>
      </w:r>
    </w:p>
    <w:p>
      <w:r>
        <w:rPr>
          <w:b/>
        </w:rPr>
        <w:t xml:space="preserve">[46:45] </w:t>
      </w:r>
      <w:r>
        <w:t>so i can say that this is phenomena of of freedom that is given by god almighty. you can't not cancel!</w:t>
      </w:r>
    </w:p>
    <w:p>
      <w:pPr>
        <w:jc w:val="right"/>
      </w:pPr>
      <w:r>
        <w:t>سو ائی کین سے دیٹ دس از فیناومینا اف اف فریڈم دیٹ از گیون بائے گاڈ المائٹی۔ یو کینٹ ناٹ کینسل!</w:t>
      </w:r>
    </w:p>
    <w:p>
      <w:r>
        <w:rPr>
          <w:b/>
        </w:rPr>
        <w:t xml:space="preserve">[46:53] </w:t>
      </w:r>
      <w:r>
        <w:t>you can't not abolish freedom. so all these you cry is complete unrealistic practice.</w:t>
      </w:r>
    </w:p>
    <w:p>
      <w:pPr>
        <w:jc w:val="right"/>
      </w:pPr>
      <w:r>
        <w:t>یو کینٹ ناٹ ابوش فریڈم۔ سو ال دیز یو کرائی از کمپلیٹ انریسٹک پریکٹس۔</w:t>
      </w:r>
    </w:p>
    <w:p>
      <w:r>
        <w:rPr>
          <w:b/>
        </w:rPr>
        <w:t xml:space="preserve">[47:02] </w:t>
      </w:r>
      <w:r>
        <w:t>unrealistic practice! i have just one more question. dada, i want to know if renaissance. renaissance!</w:t>
      </w:r>
    </w:p>
    <w:p>
      <w:pPr>
        <w:jc w:val="right"/>
      </w:pPr>
      <w:r>
        <w:t>انریسٹک پریکٹس! ائی ہیو جسٹ ون مور کوئسچن۔ دادا، ائی وانٹ ٹو نو اف رینیساں۔ رینیساں!</w:t>
      </w:r>
    </w:p>
    <w:p>
      <w:r>
        <w:rPr>
          <w:b/>
        </w:rPr>
        <w:t xml:space="preserve">[47:14] </w:t>
      </w:r>
      <w:r>
        <w:t>did that affect the study of islam in any manner?</w:t>
      </w:r>
    </w:p>
    <w:p>
      <w:pPr>
        <w:jc w:val="right"/>
      </w:pPr>
      <w:r>
        <w:t>ڈڈ دیٹ افیکٹ دا سٹڈی اف اسلام ان اینی مینر؟</w:t>
      </w:r>
    </w:p>
    <w:p>
      <w:r>
        <w:rPr>
          <w:b/>
        </w:rPr>
        <w:t xml:space="preserve">[47:25] </w:t>
      </w:r>
      <w:r>
        <w:t>renaissance was quite different phenomena. what happened in crusades? christian world was defeated,</w:t>
      </w:r>
    </w:p>
    <w:p>
      <w:pPr>
        <w:jc w:val="right"/>
      </w:pPr>
      <w:r>
        <w:t>رینیساں واز کوائٹ ڈفرنٹ فیناومینا۔ واٹ ہیپنڈ ان کروسیز؟ کرسچن ورلڈ واز ڈیفیٹڈ،</w:t>
      </w:r>
    </w:p>
    <w:p>
      <w:r>
        <w:rPr>
          <w:b/>
        </w:rPr>
        <w:t xml:space="preserve">[47:37] </w:t>
      </w:r>
      <w:r>
        <w:t>and then they they have no choice except to defame islam, because they have ar died a position to defeat islam.</w:t>
      </w:r>
    </w:p>
    <w:p>
      <w:pPr>
        <w:jc w:val="right"/>
      </w:pPr>
      <w:r>
        <w:t>اینڈ دین دے دے ہیو نو چوائس ایکسیپٹ ٹو ڈی فیم اسلام، بیکاز دے ہیو ار ڈائیڈ ا پوزیشن ٹو ڈیفیٹ اسلام۔</w:t>
      </w:r>
    </w:p>
    <w:p>
      <w:r>
        <w:rPr>
          <w:b/>
        </w:rPr>
        <w:t xml:space="preserve">[47:48] </w:t>
      </w:r>
      <w:r>
        <w:t>so they try to defame islam. so so they publish so many literature books, but then they they feel that unrealistic.</w:t>
      </w:r>
    </w:p>
    <w:p>
      <w:pPr>
        <w:jc w:val="right"/>
      </w:pPr>
      <w:r>
        <w:t>سو دے ٹرائی ٹو ڈی فیم اسلام۔ سو سو دے پبلش سو مینی لٹریچر بکس، بٹ دین دے دے فیل دیٹ انریسٹک۔</w:t>
      </w:r>
    </w:p>
    <w:p>
      <w:r>
        <w:rPr>
          <w:b/>
        </w:rPr>
        <w:t xml:space="preserve">[48:03] </w:t>
      </w:r>
      <w:r>
        <w:t>we can not! our defamation can not hurt islam.</w:t>
      </w:r>
    </w:p>
    <w:p>
      <w:pPr>
        <w:jc w:val="right"/>
      </w:pPr>
      <w:r>
        <w:t>وی کین ناٹ! اور ڈیفیمیشن کین ناٹ ہرٹ اسلام۔</w:t>
      </w:r>
    </w:p>
    <w:p>
      <w:r>
        <w:rPr>
          <w:b/>
        </w:rPr>
        <w:t xml:space="preserve">[48:07] </w:t>
      </w:r>
      <w:r>
        <w:t>so carlyle was the first to change this this trend. thomas carlyle he published a book heroes or hero worship.</w:t>
      </w:r>
    </w:p>
    <w:p>
      <w:pPr>
        <w:jc w:val="right"/>
      </w:pPr>
      <w:r>
        <w:t>سو کارلائل واز دا فرسٹ ٹو چینج دس دس ٹرینڈ۔ تھامس کارلائل ہی پبلش ا بک ہیروز اور ہیرو ورشپ۔</w:t>
      </w:r>
    </w:p>
    <w:p>
      <w:r>
        <w:rPr>
          <w:b/>
        </w:rPr>
        <w:t xml:space="preserve">[48:18] </w:t>
      </w:r>
      <w:r>
        <w:t>in this book, he first for the first time he admitted that muhammad was the hero, hero worship, hero prophet. so after there are two period, yani before thomas carlyle and after thomas carlyle.</w:t>
      </w:r>
    </w:p>
    <w:p>
      <w:pPr>
        <w:jc w:val="right"/>
      </w:pPr>
      <w:r>
        <w:t>ان دس بک، ہی فرسٹ فار دا فرسٹ ٹائم ہی ایڈمیٹڈ دیٹ محمد واز دا ہیرو، ہیرو ورشپ، ہیرو پرافٹ۔ سو افٹر دیر ار ٹو پیریڈ، یعنی بیفور تھامس کارلائی اینڈ افٹر تھامس کارلائی۔</w:t>
      </w:r>
    </w:p>
    <w:p>
      <w:r>
        <w:rPr>
          <w:b/>
        </w:rPr>
        <w:t xml:space="preserve">[48:37] </w:t>
      </w:r>
      <w:r>
        <w:t>maulana, can i ask your question? satanic verses the way people muslims reacted to that was wrong.</w:t>
      </w:r>
    </w:p>
    <w:p>
      <w:pPr>
        <w:jc w:val="right"/>
      </w:pPr>
      <w:r>
        <w:t>مولانا، کین ائی اسک یور کوئسچن؟ سیٹینک ورسز دا وے پیپل مسلمز ری ایکٹڈ ٹو دیٹ واز رونگ۔</w:t>
      </w:r>
    </w:p>
    <w:p>
      <w:r>
        <w:rPr>
          <w:b/>
        </w:rPr>
        <w:t xml:space="preserve">[48:50] </w:t>
      </w:r>
      <w:r>
        <w:t>as you say that i did not react that way, but nahin! is that my my point of view? i say that reaction was was not useful.</w:t>
      </w:r>
    </w:p>
    <w:p>
      <w:pPr>
        <w:jc w:val="right"/>
      </w:pPr>
      <w:r>
        <w:t>ایز یو سے دیٹ ائی ڈیڈ ناٹ ری ایکٹ دیٹ وے، بٹ نہیں! از داٹ مائی مائی پوائنٹ اف ویو؟ ائی سے دیٹ ری ایکشن واز واز ناٹ یوزفل۔</w:t>
      </w:r>
    </w:p>
    <w:p>
      <w:r>
        <w:rPr>
          <w:b/>
        </w:rPr>
        <w:t xml:space="preserve">[49:06] </w:t>
      </w:r>
      <w:r>
        <w:t>they have to publish other book. okay! no muslim stood to publish other book, only he cry. my question is not complete.</w:t>
      </w:r>
    </w:p>
    <w:p>
      <w:pPr>
        <w:jc w:val="right"/>
      </w:pPr>
      <w:r>
        <w:t>دے ہیو ٹو پبلش ادر بک۔ اوکے! نو مسلم اسٹوڈ ٹو پبلش ادر بک، اونلی ہی کرائی۔ مائی کوئسچن از ناٹ کمپلیٹ۔</w:t>
      </w:r>
    </w:p>
    <w:p>
      <w:r>
        <w:rPr>
          <w:b/>
        </w:rPr>
        <w:t xml:space="preserve">[49:14] </w:t>
      </w:r>
      <w:r>
        <w:t>i am asking what is your? what are your views about the self satanic verses of salman rushdie?</w:t>
      </w:r>
    </w:p>
    <w:p>
      <w:pPr>
        <w:jc w:val="right"/>
      </w:pPr>
      <w:r>
        <w:t>ائی ایم اسکنگ واٹ از یور؟ واٹ ار یور ویوز اباؤٹ دا سیلف سیٹینک ورسز اف سلمان رشدی؟</w:t>
      </w:r>
    </w:p>
    <w:p>
      <w:r>
        <w:rPr>
          <w:b/>
        </w:rPr>
        <w:t xml:space="preserve">[49:23] </w:t>
      </w:r>
      <w:r>
        <w:t>what are your views? my views are the same which was expressed by khushwant singh.</w:t>
      </w:r>
    </w:p>
    <w:p>
      <w:pPr>
        <w:jc w:val="right"/>
      </w:pPr>
      <w:r>
        <w:t>واٹ ار یور ویوز؟ مائی ویوز ار دا سیم وچ واز ایکسپریس بائے خوشبند سنگھ۔</w:t>
      </w:r>
    </w:p>
    <w:p>
      <w:r>
        <w:rPr>
          <w:b/>
        </w:rPr>
        <w:t xml:space="preserve">[49:31] </w:t>
      </w:r>
      <w:r>
        <w:t>Khushwant Singh as among the editors of of that publisher, Penguin Person.</w:t>
      </w:r>
    </w:p>
    <w:p>
      <w:pPr>
        <w:jc w:val="right"/>
      </w:pPr>
      <w:r>
        <w:t>خوشبند سنگھ از امنگ دا ایڈیٹرز اف اف دیٹ پبلشر، پینگوئن پرسن۔</w:t>
      </w:r>
    </w:p>
    <w:p>
      <w:r>
        <w:rPr>
          <w:b/>
        </w:rPr>
        <w:t xml:space="preserve">[49:42] </w:t>
      </w:r>
      <w:r>
        <w:t>he is on the on on the list of editorial board. yes! editorial board! so that book was sent to Khushwant Singh before.</w:t>
      </w:r>
    </w:p>
    <w:p>
      <w:pPr>
        <w:jc w:val="right"/>
      </w:pPr>
      <w:r>
        <w:t>ہی از ان دا ان ان دا لسٹ اف ایٹول بورڈ۔ یس! ایٹول بورڈ! سو دیٹ بک واز سینڈ ٹو خوشبند سنگھ بیفور۔</w:t>
      </w:r>
    </w:p>
    <w:p>
      <w:r>
        <w:rPr>
          <w:b/>
        </w:rPr>
        <w:t xml:space="preserve">[49:51] </w:t>
      </w:r>
      <w:r>
        <w:t>before publishing of before publishing. Okay! The by script.</w:t>
      </w:r>
    </w:p>
    <w:p>
      <w:pPr>
        <w:jc w:val="right"/>
      </w:pPr>
      <w:r>
        <w:t>بیفور پبلشنگ اف بیفور پبلشنگ۔ اوکے! دا بائی سکرپٹ۔</w:t>
      </w:r>
    </w:p>
    <w:p>
      <w:r>
        <w:rPr>
          <w:b/>
        </w:rPr>
        <w:t xml:space="preserve">[49:56] </w:t>
      </w:r>
      <w:r>
        <w:t>So as a as an editor, he read that book and he said that this book completely any rubbish, rubbish, rubbish, unreadable, unreadable!</w:t>
      </w:r>
    </w:p>
    <w:p>
      <w:pPr>
        <w:jc w:val="right"/>
      </w:pPr>
      <w:r>
        <w:t>سو ایز ا ایز این ایٹر، ہی ریڈ دیٹ بک اینڈ ہی سیڈ دیٹ دس بک کمپلیٹلی اینی ربش، ربش، ربش، انریڈیبل، انریڈیبل!</w:t>
      </w:r>
    </w:p>
    <w:p>
      <w:r>
        <w:rPr>
          <w:b/>
        </w:rPr>
        <w:t xml:space="preserve">[50:09] </w:t>
      </w:r>
      <w:r>
        <w:t>big plot, big plot! haan!</w:t>
      </w:r>
    </w:p>
    <w:p>
      <w:pPr>
        <w:jc w:val="right"/>
      </w:pPr>
      <w:r>
        <w:t>بیگ پلاٹ، بیگ پلاٹ! ہاں!</w:t>
      </w:r>
    </w:p>
    <w:p>
      <w:r>
        <w:rPr>
          <w:b/>
        </w:rPr>
        <w:t xml:space="preserve">[50:11] </w:t>
      </w:r>
      <w:r>
        <w:t>so he said in advance dat this book will be kya kahengay? flop ho jayegi! chhappegi to flop ho jayegi! lekin but muslims vs fools to due to this he cry, it became best seller.</w:t>
      </w:r>
    </w:p>
    <w:p>
      <w:pPr>
        <w:jc w:val="right"/>
      </w:pPr>
      <w:r>
        <w:t>سو ہی سیڈ ان ایڈوانس دیٹ دس بک ول بی کیا کہیں گے؟ فلاپ ہو جائے گی! چھپے گی تو فلاپ ہو جائے گی! لیکن بٹ مسلمز ورسز فولز ٹو ڈیو ٹو دس ہی کرائی، اٹ بیکم بیسٹ سیلر۔</w:t>
      </w:r>
    </w:p>
    <w:p>
      <w:r>
        <w:rPr>
          <w:b/>
        </w:rPr>
        <w:t xml:space="preserve">[50:30] </w:t>
      </w:r>
      <w:r>
        <w:t>muslims action prove to be counter prod</w:t>
      </w:r>
    </w:p>
    <w:p>
      <w:pPr>
        <w:jc w:val="right"/>
      </w:pPr>
      <w:r>
        <w:t>مسلمز ایکشن پروف ٹو بی کاؤنٹر پروڈ</w:t>
      </w:r>
    </w:p>
    <w:p>
      <w:r>
        <w:rPr>
          <w:b/>
        </w:rPr>
        <w:t xml:space="preserve">[50:34] </w:t>
      </w:r>
      <w:r>
        <w:t>kato. dekhiye, maine woh kitab is waqt khareedi thi jab woh black se book rahi thi, black se char hazar rupay mein, saade char hazar rupay mein. to main ulama mein ek hi akela shakhs tha jisne is kitab ko padha ho.</w:t>
      </w:r>
    </w:p>
    <w:p>
      <w:pPr>
        <w:jc w:val="right"/>
      </w:pPr>
      <w:r>
        <w:t>کٹو۔ دیکھیے، میں نے وہ کتاب اس وقت خریدی تھی جب وہ بلیک سے بک رہی تھی، بلیک سے چار ہزار روپے میں، ساڑھے چار ہزار روپے میں۔ تو میں علماء میں ایک ہی اکیلا شخص تھا جس نے اس کتاب کو پڑھا ہو۔</w:t>
      </w:r>
    </w:p>
    <w:p>
      <w:r>
        <w:rPr>
          <w:b/>
        </w:rPr>
        <w:t xml:space="preserve">[50:46] </w:t>
      </w:r>
      <w:r>
        <w:t>bila padhe logon ne fateh diya. aaj na atarullah khumaini ne padha, na kisi ne padha, kisi ne bhi nahi padha isko. main wahid shakhs hua. maine padhkar yeh kaha tha wahi baat jo khushband singh ne kaha: "yeh to rubbish hai, rubbish!</w:t>
      </w:r>
    </w:p>
    <w:p>
      <w:pPr>
        <w:jc w:val="right"/>
      </w:pPr>
      <w:r>
        <w:t>بلا پڑھے لوگوں نے فتح دیا۔ اج نہ عاطر اللہ خمینی نے پڑھا، نہ کسی نے پڑھا، کسی نے بھی نہیں پڑھا اس کو۔ میں واحد شخص ہوا۔ میں نے پڑھ کر یہ کہا تھا وہی بات جو خوشبند سنگھ نے کہا: "یہ تو ربش ہے، ربش!</w:t>
      </w:r>
    </w:p>
    <w:p>
      <w:r>
        <w:rPr>
          <w:b/>
        </w:rPr>
        <w:t xml:space="preserve">[50:57] </w:t>
      </w:r>
      <w:r>
        <w:t>kaun isko padhe ga</w:t>
      </w:r>
    </w:p>
    <w:p>
      <w:pPr>
        <w:jc w:val="right"/>
      </w:pPr>
      <w:r>
        <w:t>کون اس کو پڑھے گ</w:t>
      </w:r>
    </w:p>
    <w:p>
      <w:r>
        <w:rPr>
          <w:b/>
        </w:rPr>
        <w:t xml:space="preserve">[50:58] </w:t>
      </w:r>
      <w:r>
        <w:t>a? lekin musamar itne bewakoof hain, shor karke isko. This happened with Rushdie Muslim sahib!</w:t>
      </w:r>
    </w:p>
    <w:p>
      <w:pPr>
        <w:jc w:val="right"/>
      </w:pPr>
      <w:r>
        <w:t>ا؟" لیکن مسمار اتنے بیوقوف ہیں، شور کر کے اس کو۔ دس ہیپنڈ ود رشدی مسلم صاحب!</w:t>
      </w:r>
    </w:p>
    <w:p>
      <w:r>
        <w:rPr>
          <w:b/>
        </w:rPr>
        <w:t xml:space="preserve">[51:06] </w:t>
      </w:r>
      <w:r>
        <w:t>meri fools community of fools! not a single entry in the entire life of Muhammad sallallahu alaihi wasallam that was in protest any where in makkah, madinah!</w:t>
      </w:r>
    </w:p>
    <w:p>
      <w:pPr>
        <w:jc w:val="right"/>
      </w:pPr>
      <w:r>
        <w:t>میری فولز کمیونٹی اف فولز! ناٹ ا سنگل انٹری ان دا انٹائر لائف اف محمد صلی اللہ علیہ وسلم دیٹ واز ان پروٹیسٹ اینی ویر ان مکہ، مدینہ!</w:t>
      </w:r>
    </w:p>
    <w:p>
      <w:r>
        <w:rPr>
          <w:b/>
        </w:rPr>
        <w:t xml:space="preserve">[51:20] </w:t>
      </w:r>
      <w:r>
        <w:t>entire life</w:t>
      </w:r>
    </w:p>
    <w:p>
      <w:pPr>
        <w:jc w:val="right"/>
      </w:pPr>
      <w:r>
        <w:t>انٹائر لائف</w:t>
      </w:r>
    </w:p>
    <w:p>
      <w:r>
        <w:rPr>
          <w:b/>
        </w:rPr>
        <w:t xml:space="preserve">[51:21] </w:t>
      </w:r>
      <w:r>
        <w:t>! kya keh rahe hain? maine he is asking that was there any incident in prophet's life, either in makkah or in madinah, when there were protest being?</w:t>
      </w:r>
    </w:p>
    <w:p>
      <w:pPr>
        <w:jc w:val="right"/>
      </w:pPr>
      <w:r>
        <w:t>! کیا کہہ رہے ہیں؟ میں نے ہی از اسکنگ دیٹ واز دیر اینی انسیڈنٹ ان پرافٹس لائف، ایدر ان مکہ اور ان مدینہ، وین دیر وار پروٹیسٹ بینگ؟</w:t>
      </w:r>
    </w:p>
    <w:p>
      <w:r>
        <w:rPr>
          <w:b/>
        </w:rPr>
        <w:t xml:space="preserve">[51:31] </w:t>
      </w:r>
      <w:r>
        <w:t>protest! hum kind of protest! any kind of no! not at all! not a single event! completely wrong! unislamic!</w:t>
      </w:r>
    </w:p>
    <w:p>
      <w:pPr>
        <w:jc w:val="right"/>
      </w:pPr>
      <w:r>
        <w:t>پروٹیسٹ! ہم کائنڈ اف پروٹیسٹ! اینی کائنڈ اف نو! ناٹ ایٹ ال! ناٹ ا سنگل ایونٹ! کمپلیٹلی رونگ! ان اسلامک!</w:t>
      </w:r>
    </w:p>
    <w:p>
      <w:r>
        <w:rPr>
          <w:b/>
        </w:rPr>
        <w:t xml:space="preserve">[51:40] </w:t>
      </w:r>
      <w:r>
        <w:t>you know, i will give your example.</w:t>
      </w:r>
    </w:p>
    <w:p>
      <w:pPr>
        <w:jc w:val="right"/>
      </w:pPr>
      <w:r>
        <w:t>یو نو، ائی ویل گیو یور ایگزامپل۔</w:t>
      </w:r>
    </w:p>
    <w:p>
      <w:r>
        <w:rPr>
          <w:b/>
        </w:rPr>
        <w:t xml:space="preserve">[51:43] </w:t>
      </w:r>
      <w:r>
        <w:t>when prophet islam was in makkah, to one poet compiled a poem and he came to to the prophet of islam.</w:t>
      </w:r>
    </w:p>
    <w:p>
      <w:pPr>
        <w:jc w:val="right"/>
      </w:pPr>
      <w:r>
        <w:t>وین پرافٹ اسلام واز ان مکہ، تو ون پوئٹ کمپائلڈ ا پوئم اینڈ ہی کیم ٹو ٹو دا پرافٹ اف اسلام۔</w:t>
      </w:r>
    </w:p>
    <w:p>
      <w:r>
        <w:rPr>
          <w:b/>
        </w:rPr>
        <w:t xml:space="preserve">[51:56] </w:t>
      </w:r>
      <w:r>
        <w:t>at the time, he was in kaba. so he he recited that line: "muzamma de o Muhammad!</w:t>
      </w:r>
    </w:p>
    <w:p>
      <w:pPr>
        <w:jc w:val="right"/>
      </w:pPr>
      <w:r>
        <w:t>ایٹ دا ٹائم، ہی واز ان کعبہ۔ سو ہی ہی ریسیٹڈ دیٹ لائن: "مذمہ دی او محمد!</w:t>
      </w:r>
    </w:p>
    <w:p>
      <w:r>
        <w:rPr>
          <w:b/>
        </w:rPr>
        <w:t xml:space="preserve">[52:10] </w:t>
      </w:r>
      <w:r>
        <w:t>you are not Muhammad! you are muzamma!</w:t>
      </w:r>
    </w:p>
    <w:p>
      <w:pPr>
        <w:jc w:val="right"/>
      </w:pPr>
      <w:r>
        <w:t>یو ار ناٹ محمد! یو ار مذمہ!</w:t>
      </w:r>
    </w:p>
    <w:p>
      <w:r>
        <w:rPr>
          <w:b/>
        </w:rPr>
        <w:t xml:space="preserve">[52:13] </w:t>
      </w:r>
      <w:r>
        <w:t>you are condemned!" kaise kahengay? o Muhammad! you are Muhammad! means fethurdi! he said that: "you are not Muhammad!</w:t>
      </w:r>
    </w:p>
    <w:p>
      <w:pPr>
        <w:jc w:val="right"/>
      </w:pPr>
      <w:r>
        <w:t>یو ار کنڈیمڈ!" کیسے کہیں گے؟ او محمد! یو ار محمد! مینز فیضوردی! ہی سیڈ دیٹ: "یو ار ناٹ محمد!</w:t>
      </w:r>
    </w:p>
    <w:p>
      <w:r>
        <w:rPr>
          <w:b/>
        </w:rPr>
        <w:t xml:space="preserve">[52:22] </w:t>
      </w:r>
      <w:r>
        <w:t>you are muzamma!" to prophet abhi smile! prophet ab islam smile! abubakar asked him: "why you are smiling</w:t>
      </w:r>
    </w:p>
    <w:p>
      <w:pPr>
        <w:jc w:val="right"/>
      </w:pPr>
      <w:r>
        <w:t>یو ار مذمہ!" تو پرافٹ ابھی سمائل! پرافٹ اب اسلام سمائل! ابوبکر اسکڈ ہم: "وائی یو ار سمائلنگ</w:t>
      </w:r>
    </w:p>
    <w:p>
      <w:r>
        <w:rPr>
          <w:b/>
        </w:rPr>
        <w:t xml:space="preserve">[52:31] </w:t>
      </w:r>
      <w:r>
        <w:t>?" he same: "muzamma! why you are smiling?" ab jate hain kya kaha unhone? rasulullah ne farmaya ke woh jisko keh raha hai, woh us par padhegi jiska naam muzamma ho.</w:t>
      </w:r>
    </w:p>
    <w:p>
      <w:pPr>
        <w:jc w:val="right"/>
      </w:pPr>
      <w:r>
        <w:t>؟" ہی سیم: "مذمہ! وائی یو ار سمائلنگ؟" اب جاتے ہیں کیا کہا انہوں نے؟ رسول اللہ نے فرمایا کہ وہ جس کو کہہ رہا ہے، وہ اس پر پڑھے گی جس کا نام مذمہ ہو۔</w:t>
      </w:r>
    </w:p>
    <w:p>
      <w:r>
        <w:rPr>
          <w:b/>
        </w:rPr>
        <w:t xml:space="preserve">[52:43] </w:t>
      </w:r>
      <w:r>
        <w:t>okay! main hum koi Muhammad mein padhne wali hai nahi! iski baat, iski jo baat hai, bura bura keh raha hai to jiska naam hoga muzamma, us pe padhegi.</w:t>
      </w:r>
    </w:p>
    <w:p>
      <w:pPr>
        <w:jc w:val="right"/>
      </w:pPr>
      <w:r>
        <w:t>اوکے! میں ہم کوئی محمد میں پڑھنے والی ہے نہیں! اس کی بات، اس کی جو بات ہے، برا برا کہہ رہا ہے تو جس کا نام ہوگا مذمہ، اس پہ پڑھے گی۔</w:t>
      </w:r>
    </w:p>
    <w:p>
      <w:r>
        <w:rPr>
          <w:b/>
        </w:rPr>
        <w:t xml:space="preserve">[52:54] </w:t>
      </w:r>
      <w:r>
        <w:t>woh keh raha hai: "ae muzamma! o muzamma!" to main to muzamma hoon, mera naam to hai hi nahi! me</w:t>
      </w:r>
    </w:p>
    <w:p>
      <w:pPr>
        <w:jc w:val="right"/>
      </w:pPr>
      <w:r>
        <w:t>وہ کہہ رہا ہے: "اے مذمہ! او مذمہ!" تو میں تو مذمہ ہوں، میرا نام تو ہے ہی نہیں! می</w:t>
      </w:r>
    </w:p>
    <w:p>
      <w:r>
        <w:rPr>
          <w:b/>
        </w:rPr>
        <w:t xml:space="preserve">[53:00] </w:t>
      </w:r>
      <w:r>
        <w:t>ra naam to Muhammad hai! to hans diya unhone! yeh hai, yeh hai true islam! Maulana, can this hadith be also applied?</w:t>
      </w:r>
    </w:p>
    <w:p>
      <w:pPr>
        <w:jc w:val="right"/>
      </w:pPr>
      <w:r>
        <w:t>را نام تو محمد ہے! تو ہنس دیا انہوں نے! یہ ہے، یہ ہے ٹرو اسلام! مولانا، کین دس حدیث بی السو اپلائیڈ؟</w:t>
      </w:r>
    </w:p>
    <w:p>
      <w:r>
        <w:rPr>
          <w:b/>
        </w:rPr>
        <w:t xml:space="preserve">[53:09] </w:t>
      </w:r>
      <w:r>
        <w:t>ai read it in one of the book which you compiled, the book of hadith where you said that a person came and prophet was seated at that time and abubakar was with him and he was protesting!</w:t>
      </w:r>
    </w:p>
    <w:p>
      <w:pPr>
        <w:jc w:val="right"/>
      </w:pPr>
      <w:r>
        <w:t>ائی ریڈ اٹ ان ون اف دا بک وچ یو کمپائلڈ، دا بک اف حدیث ویر یو سیڈ دیٹ ا پرسن کیم اینڈ پرافٹ واز سیٹڈ ایٹ دیٹ ٹائم اینڈ ابوبکر واز ود ہم اینڈ ہی واز پروٹیسٹنگ!</w:t>
      </w:r>
    </w:p>
    <w:p>
      <w:r>
        <w:rPr>
          <w:b/>
        </w:rPr>
        <w:t xml:space="preserve">[53:22] </w:t>
      </w:r>
      <w:r>
        <w:t>he was talking, you know, in a very acrimonious tone! so prophet keep co</w:t>
      </w:r>
    </w:p>
    <w:p>
      <w:pPr>
        <w:jc w:val="right"/>
      </w:pPr>
      <w:r>
        <w:t>ہی واز ٹاکنگ، یو نو، ان ا ویری ایکریمونیس ٹون! سو پرافٹ کیپ کو</w:t>
      </w:r>
    </w:p>
    <w:p>
      <w:r>
        <w:rPr>
          <w:b/>
        </w:rPr>
        <w:t xml:space="preserve">[53:28] </w:t>
      </w:r>
      <w:r>
        <w:t>it, but after a while, finally abubakar reacted! so prophet got up and he went away! so abubakar asked him that: "why did you leave?" when he was ah talking, you didnt say anything!</w:t>
      </w:r>
    </w:p>
    <w:p>
      <w:pPr>
        <w:jc w:val="right"/>
      </w:pPr>
      <w:r>
        <w:t>ائٹ، بٹ افٹر ا وائل، فائنلی ابوبکر ری ایکٹڈ! سو پرافٹ گاٹ اپ اینڈ ہی وینٹ اوے! سو ابوبکر اسکڈ ہم دیٹ: "وائی ڈیڈ یو لیو؟" وین ہی واز اہ ٹاکنگ، یو ڈیڈنٹ سے اینی تھنگ!</w:t>
      </w:r>
    </w:p>
    <w:p>
      <w:r>
        <w:rPr>
          <w:b/>
        </w:rPr>
        <w:t xml:space="preserve">[53:40] </w:t>
      </w:r>
      <w:r>
        <w:t>but when i started to speak, you moved away! so prophet said that ah when you were quiet, angels were responding to him!</w:t>
      </w:r>
    </w:p>
    <w:p>
      <w:pPr>
        <w:jc w:val="right"/>
      </w:pPr>
      <w:r>
        <w:t>بٹ وین ائی سٹارٹڈ ٹو سپیک، یو مووڈ اوے! سو پرافٹ سیڈ دیٹ اہ وین یو وار کوائٹ، اینجلز وار ریسپانڈنگ ٹو ہم!</w:t>
      </w:r>
    </w:p>
    <w:p>
      <w:r>
        <w:rPr>
          <w:b/>
        </w:rPr>
        <w:t xml:space="preserve">[53:50] </w:t>
      </w:r>
      <w:r>
        <w:t>but ah when you when you reacted, then ah all the angels went away! so so that mean that that meant that he did not subscribe to the language of the protest!</w:t>
      </w:r>
    </w:p>
    <w:p>
      <w:pPr>
        <w:jc w:val="right"/>
      </w:pPr>
      <w:r>
        <w:t>بٹ اہ وین یو وین یو ری ایکٹڈ، دین اہ ال دی اینجلز وینٹ اوے! سو سو دیٹ مین دیٹ دیٹ مینٹ دیٹ ہی ڈیڈ ناٹ سبسکرائب ٹو دی لینگویج اف دا پروٹیسٹ!</w:t>
      </w:r>
    </w:p>
    <w:p>
      <w:r>
        <w:rPr>
          <w:b/>
        </w:rPr>
        <w:t xml:space="preserve">[54:01] </w:t>
      </w:r>
      <w:r>
        <w:t>haan! woh what that other case? i will give other example. madina mein rasool allah aaye to ek aadmi us ko kehte hain arabi mein hajj.</w:t>
      </w:r>
    </w:p>
    <w:p>
      <w:pPr>
        <w:jc w:val="right"/>
      </w:pPr>
      <w:r>
        <w:t>ہاں! وہ واٹ دیٹ ادر کیس؟ ائی ویل گیو ادر ایگزامپل۔ مدینہ میں رسول اللہ ائے تو ایک آدمی اس کو کہتے ہیں عربی میں حج۔</w:t>
      </w:r>
    </w:p>
    <w:p>
      <w:r>
        <w:rPr>
          <w:b/>
        </w:rPr>
        <w:t xml:space="preserve">[54:11] </w:t>
      </w:r>
      <w:r>
        <w:t>hajj yani us ko hajj kehte hain yani condemn karne ko hajj. hajj karta tha rasool allah. to rasool allah ne kaha: "iqta'a lisana" us ki zuban kaat do.</w:t>
      </w:r>
    </w:p>
    <w:p>
      <w:pPr>
        <w:jc w:val="right"/>
      </w:pPr>
      <w:r>
        <w:t>حج یعنی اس کو حج کہتے ہیں یعنی کنڈیم کرنے کو حج۔ حج کرتا تھا رسول اللہ۔ تو رسول اللہ نے کہا: "اقطع لسانہ" اس کی زبان کاٹ دو۔</w:t>
      </w:r>
    </w:p>
    <w:p>
      <w:r>
        <w:rPr>
          <w:b/>
        </w:rPr>
        <w:t xml:space="preserve">[54:23] </w:t>
      </w:r>
      <w:r>
        <w:t>rasool allah ne kaha: "iqta'a lisana" to log samjhe ke chhuri lekar kaatain us ki ja kar zuban. to kuch seedhe saade chappal chal log the lage chhuri talash karne.</w:t>
      </w:r>
    </w:p>
    <w:p>
      <w:pPr>
        <w:jc w:val="right"/>
      </w:pPr>
      <w:r>
        <w:t>رسول اللہ نے کہا: "اقطع لسانہ" تو لوگ سمجھیں کہ چھری لے کر کاٹیں اس کی جا کے زبان۔ تو کچھ سیدھے سادھے چپل چل لوگ تھے لگے چھری تلاش کرنے۔</w:t>
      </w:r>
    </w:p>
    <w:p>
      <w:r>
        <w:rPr>
          <w:b/>
        </w:rPr>
        <w:t xml:space="preserve">[54:33] </w:t>
      </w:r>
      <w:r>
        <w:t>to doosre jo jo wise sahabi the, wise kaha: "bewakoof aadmi! yeh banda thodi rasool allah ka tha. us ko kuch paisa doge aur chup ho jayega." to gaye kuch kuch paisa de diya aur chup ho gaya.</w:t>
      </w:r>
    </w:p>
    <w:p>
      <w:pPr>
        <w:jc w:val="right"/>
      </w:pPr>
      <w:r>
        <w:t>تو دوسرے جو جو وائس صحابی تھے، وائس کہا: "بیوقوف آدمی! یہ بندہ تھوڑی رسول اللہ کا تھا۔ اس کو کچھ پیسہ دو گے اور چپ ہو جائے گا۔" تو گئے کچھ کچھ پیسہ دے دیا اور چپ ہو گیا۔</w:t>
      </w:r>
    </w:p>
    <w:p>
      <w:r>
        <w:rPr>
          <w:b/>
        </w:rPr>
        <w:t xml:space="preserve">[54:46] </w:t>
      </w:r>
      <w:r>
        <w:t>that was "iqta'a lisana". "iqta'a lisana" means zuban us ki kaat do yani koi paisa de to chup ho jayega. yeh tha islam ki ka strategy.</w:t>
      </w:r>
    </w:p>
    <w:p>
      <w:pPr>
        <w:jc w:val="right"/>
      </w:pPr>
      <w:r>
        <w:t>دیٹ واز "اقطع لسانہ"۔ "اقطع لسانہ" مینز زبان اس کی کاٹ دو یعنی کوئی پیسہ دے تو چپ ہو جائے گا۔ یہ تھا اسلام کی کا اسٹریٹجی۔</w:t>
      </w:r>
    </w:p>
    <w:p>
      <w:r>
        <w:rPr>
          <w:b/>
        </w:rPr>
        <w:t xml:space="preserve">[54:57] </w:t>
      </w:r>
      <w:r>
        <w:t>aaj kal jo musalman karte hain woh to islam ka woh to bas kehta hoon ke woh kufr bhi nahi yaad rakhi kyunke un se jis cheez ka counter product hai woh ban jaye to woh kufr bhi nahi hai.</w:t>
      </w:r>
    </w:p>
    <w:p>
      <w:pPr>
        <w:jc w:val="right"/>
      </w:pPr>
      <w:r>
        <w:t>آج کل جو مسلمان کرتے ہیں وہ تو اسلام کا وہ تو بس کہتا ہوں کہ وہ کفر بھی نہیں یاد رکھی کیونکہ ان سے جس چیز کا کاؤنٹر پروڈکٹ ہے وہ بن جائے تو وہ کفر بھی نہیں ہے۔</w:t>
      </w:r>
    </w:p>
    <w:p>
      <w:r>
        <w:rPr>
          <w:b/>
        </w:rPr>
        <w:t xml:space="preserve">[55:08] </w:t>
      </w:r>
      <w:r>
        <w:t>woh to nothing hai.</w:t>
      </w:r>
    </w:p>
    <w:p>
      <w:pPr>
        <w:jc w:val="right"/>
      </w:pPr>
      <w:r>
        <w:t>وہ تو نتھنگ ہے۔</w:t>
      </w:r>
    </w:p>
    <w:p>
      <w:r>
        <w:rPr>
          <w:b/>
        </w:rPr>
        <w:t xml:space="preserve">[55:10] </w:t>
      </w:r>
      <w:r>
        <w:t>aaj kal jo musalman kar rahe hain na woh to counter product ban raha hai. woh islam kya hai? woh to kufr bhi nahi hai, kuch bhi nahi, nothing hai. ya "to see the result" munh israel mala yani "yani islam to see the result" kehte hain bewakoof log yani woh nateeja ulta nikla aur phir bhi.</w:t>
      </w:r>
    </w:p>
    <w:p>
      <w:pPr>
        <w:jc w:val="right"/>
      </w:pPr>
      <w:r>
        <w:t>آج کل جو مسلمان کر رہے ہیں نا وہ تو کاؤنٹر پروڈکٹ بن رہا ہے۔ وہ اسلام کیا ہے؟ وہ تو کفر بھی نہیں ہے، کچھ بھی نہیں، نتھنگ ہے۔ یا "ٹو سی دا رزلٹ" منہ اسرائیل مالا یعنی "یعنی اسلام ٹو سی دا رزلٹ" کہتے ہیں بیوقوف لوگ یعنی وہ نتیجہ الٹا نکلا اور پھر بھی۔</w:t>
      </w:r>
    </w:p>
    <w:p>
      <w:r>
        <w:rPr>
          <w:b/>
        </w:rPr>
        <w:t xml:space="preserve">[55:36] </w:t>
      </w:r>
      <w:r>
        <w:t>do mujahid hain,</w:t>
      </w:r>
    </w:p>
    <w:p>
      <w:pPr>
        <w:jc w:val="right"/>
      </w:pPr>
      <w:r>
        <w:t>دو مجاہد ہیں،</w:t>
      </w:r>
    </w:p>
    <w:p>
      <w:r>
        <w:rPr>
          <w:b/>
        </w:rPr>
        <w:t xml:space="preserve">[55:41] </w:t>
      </w:r>
      <w:r>
        <w:t>ek aap is poori muddat mein sirf maani kitab</w:t>
      </w:r>
    </w:p>
    <w:p>
      <w:pPr>
        <w:jc w:val="right"/>
      </w:pPr>
      <w:r>
        <w:t>ایک آپ اس پوری مدت میں صرف معنی کتاب</w:t>
      </w:r>
    </w:p>
    <w:p>
      <w:r>
        <w:rPr>
          <w:b/>
        </w:rPr>
        <w:t xml:space="preserve">[55:44] </w:t>
      </w:r>
      <w:r>
        <w:t>yaad rakhiye, is par kitab likhi hai muhammad prophet of revelation. kisi ne kitab nahi likhi hai, shiv hajj bhi kar raha hai. aur dekhein, saudi arab ka tv jo hai, saudi tv woh gaya tha wahan to hamari kitab diya hua hai us ne wahan par logon ko.</w:t>
      </w:r>
    </w:p>
    <w:p>
      <w:pPr>
        <w:jc w:val="right"/>
      </w:pPr>
      <w:r>
        <w:t>یاد رکھیے، اس پر کتاب لکھی ہے محمد پرافٹ آف ریولیشن۔ کسی نے کتاب نہیں لکھی ہے، شیو الحاج بھی کر رہا ہے۔ اور دیکھیں، سعودی عرب کا ٹی وی جو ہے، سعودی ٹی وی وہ گیا تھا وہاں تو ہماری کتاب دیا ہوا ہے اس نے وہاں پر لوگوں کو۔</w:t>
      </w:r>
    </w:p>
    <w:p>
      <w:r>
        <w:rPr>
          <w:b/>
        </w:rPr>
        <w:t xml:space="preserve">[56:03] </w:t>
      </w:r>
      <w:r>
        <w:t>yani satanic verses ke baad jo jo jo kitab kisi ne likhi hai, woh mein woh mein hi shakhs hoon aur log khali shor</w:t>
      </w:r>
    </w:p>
    <w:p>
      <w:pPr>
        <w:jc w:val="right"/>
      </w:pPr>
      <w:r>
        <w:t>یعنی سیٹینک ورسز کے بعد جو جو جو کتاب کسی نے لکھی ہے، وہ میں وہ میں ہی شخص ہوں اور لوگ خالی شور</w:t>
      </w:r>
    </w:p>
    <w:p>
      <w:r>
        <w:rPr>
          <w:b/>
        </w:rPr>
        <w:t xml:space="preserve">[56:13] </w:t>
      </w:r>
      <w:r>
        <w:t>kar rahe hain "prophet of revelation". aur jis ne "prophet of revelation" padhi hai, ab tak koi ek bhi misaal mujhe nahi mili hai jo use impress na hua ho.</w:t>
      </w:r>
    </w:p>
    <w:p>
      <w:pPr>
        <w:jc w:val="right"/>
      </w:pPr>
      <w:r>
        <w:t>کر رہے ہیں "پرافٹ آف ریولیشن"۔ اور جس نے "پرافٹ آف ریولیشن" پڑھی ہے، اب تک کوئی ایک بھی مثال مجھے نہیں ملی ہے جو اسے امپریس نہ ہوا ہو۔</w:t>
      </w:r>
    </w:p>
    <w:p>
      <w:r>
        <w:rPr>
          <w:b/>
        </w:rPr>
        <w:t xml:space="preserve">[56:23] </w:t>
      </w:r>
      <w:r>
        <w:t>unhone kaha ke ab is ki aankh khul gayi, is ki "that was an eye opener". i i i have to say something as a person, my view about this salman rushdie cases.</w:t>
      </w:r>
    </w:p>
    <w:p>
      <w:pPr>
        <w:jc w:val="right"/>
      </w:pPr>
      <w:r>
        <w:t>انہوں نے کہا کہ اب اس کی آنکھ کھل گئی، اس کی "ڈیٹ واز ائی اوپنر"۔ ائی ائی ہیو ٹو سے سمتھنگ ایز ا پرسن، مائی ویو اباؤٹ دس سلمان رشدی کیسز۔</w:t>
      </w:r>
    </w:p>
    <w:p>
      <w:r>
        <w:rPr>
          <w:b/>
        </w:rPr>
        <w:t xml:space="preserve">[56:34] </w:t>
      </w:r>
      <w:r>
        <w:t>when you criticize poet, not the poetry, then i conclude you have nothing against poetry.</w:t>
      </w:r>
    </w:p>
    <w:p>
      <w:pPr>
        <w:jc w:val="right"/>
      </w:pPr>
      <w:r>
        <w:t>وین یو کریٹیسائز پوئٹ، ناٹ دا پوئٹری، دین ائی کنکلوڈ یو ہیو نتھنگ اگینسٹ پوئٹری۔</w:t>
      </w:r>
    </w:p>
    <w:p>
      <w:r>
        <w:rPr>
          <w:b/>
        </w:rPr>
        <w:t xml:space="preserve">[56:43] </w:t>
      </w:r>
      <w:r>
        <w:t>so if so many people are criticizing the writer, the message i get from them is that he is criticizing writer because he has no point against the points mentioned by the writer.</w:t>
      </w:r>
    </w:p>
    <w:p>
      <w:pPr>
        <w:jc w:val="right"/>
      </w:pPr>
      <w:r>
        <w:t>سو اف سو مینی پیپل آر کریٹیسائزنگ دا رائٹر، دا میسج ائی گیٹ فرام دیم از دیٹ ہی از کریٹیسائزنگ رائٹر بیکاز ہی ہیز نو پوائنٹ اگینسٹ دا پوائنٹس مینشن بائی دا رائٹر۔</w:t>
      </w:r>
    </w:p>
    <w:p>
      <w:r>
        <w:rPr>
          <w:b/>
        </w:rPr>
        <w:t xml:space="preserve">[56:55] </w:t>
      </w:r>
      <w:r>
        <w:t>and this is wrong way to do that. that means you are you are raising your hand that he is writing right things</w:t>
      </w:r>
    </w:p>
    <w:p>
      <w:pPr>
        <w:jc w:val="right"/>
      </w:pPr>
      <w:r>
        <w:t>اینڈ دس از رونگ وے ٹو ڈو دیٹ۔ دیٹ مینز یو آر یو آر ریزنگ یور ہینڈ دیٹ ہی از رائٹنگ رائٹ تھنگز</w:t>
      </w:r>
    </w:p>
    <w:p>
      <w:r>
        <w:rPr>
          <w:b/>
        </w:rPr>
        <w:t xml:space="preserve">[57:01] </w:t>
      </w:r>
      <w:r>
        <w:t>. i have no answer to that question and i am attacking the person because i can not attack the book or idea. and what maulana did, i think is to attack the idea rather than attacking the person.</w:t>
      </w:r>
    </w:p>
    <w:p>
      <w:pPr>
        <w:jc w:val="right"/>
      </w:pPr>
      <w:r>
        <w:t>۔ ائی ہیو نو انسر ٹو دیٹ کوئسچن اینڈ ائی ایم اٹیکنگ دا پرسن بیکاز ائی کین ناٹ اٹیک دا بک اور ائیڈیا۔ اینڈ واٹ مولانا ڈیڈ، ائی تھنک از ٹو اٹیک دا ائیڈیا رادر دین اٹیکنگ دا پرسن۔</w:t>
      </w:r>
    </w:p>
    <w:p>
      <w:r>
        <w:rPr>
          <w:b/>
        </w:rPr>
        <w:t xml:space="preserve">[57:13] </w:t>
      </w:r>
      <w:r>
        <w:t>jazak allah, jazak allah.</w:t>
      </w:r>
    </w:p>
    <w:p>
      <w:pPr>
        <w:jc w:val="right"/>
      </w:pPr>
      <w:r>
        <w:t>جزاک اللہ، جزاک اللہ۔</w:t>
      </w:r>
    </w:p>
    <w:p>
      <w:r>
        <w:rPr>
          <w:b/>
        </w:rPr>
        <w:t xml:space="preserve">[57:18] </w:t>
      </w:r>
      <w:r>
        <w:t>and one more thing about this argument,</w:t>
      </w:r>
    </w:p>
    <w:p>
      <w:pPr>
        <w:jc w:val="right"/>
      </w:pPr>
      <w:r>
        <w:t>اینڈ ون مور تھنگ اباؤٹ دس ارگیومنٹ،</w:t>
      </w:r>
    </w:p>
    <w:p>
      <w:r>
        <w:rPr>
          <w:b/>
        </w:rPr>
        <w:t xml:space="preserve">[57:22] </w:t>
      </w:r>
      <w:r>
        <w:t>When I I have learned one thing from Maulana that he believe there is two different standards, one for self and one for other.</w:t>
      </w:r>
    </w:p>
    <w:p>
      <w:pPr>
        <w:jc w:val="right"/>
      </w:pPr>
      <w:r>
        <w:t>وین ائی ائی ہیو لرن ون تھنگ فرام مولانا دیٹ ہی بیلیو دیر از ٹو ڈفرنٹ اسٹینڈرڈز، ون فار سیلف اینڈ ون فار ادر۔</w:t>
      </w:r>
    </w:p>
    <w:p>
      <w:r>
        <w:rPr>
          <w:b/>
        </w:rPr>
        <w:t xml:space="preserve">[57:37] </w:t>
      </w:r>
      <w:r>
        <w:t>and the standard for self is always in the very strict and standard for other is very discounted.</w:t>
      </w:r>
    </w:p>
    <w:p>
      <w:pPr>
        <w:jc w:val="right"/>
      </w:pPr>
      <w:r>
        <w:t>اینڈ دا اسٹینڈرڈ فار سیلف از الویز ان دا ویری سٹرکٹ اینڈ اسٹینڈرڈ فار ادر از ویری ڈسکاؤنٹڈ۔</w:t>
      </w:r>
    </w:p>
    <w:p>
      <w:r>
        <w:rPr>
          <w:b/>
        </w:rPr>
        <w:t xml:space="preserve">[57:44] </w:t>
      </w:r>
      <w:r>
        <w:t>So from that point of view, I think what he will say if I am writing a book against any other religion, then standard for me is very strong and I will I will take care not to hurt the sentiments of others.</w:t>
      </w:r>
    </w:p>
    <w:p>
      <w:pPr>
        <w:jc w:val="right"/>
      </w:pPr>
      <w:r>
        <w:t>سو فرام دیٹ پوائنٹ اف ویو، ائی تھنک واٹ ہی ویل سے اف ائی ایم رائٹنگ ا بک اگینسٹ اینی ادر ریلیجن، دین اسٹینڈرڈ فار می از ویری سٹرونگ اینڈ ائی ویل ائی ویل ٹیک کیئر ناٹ ٹو ہرٹ دا سینٹیمنٹس اف ادر۔</w:t>
      </w:r>
    </w:p>
    <w:p>
      <w:r>
        <w:rPr>
          <w:b/>
        </w:rPr>
        <w:t xml:space="preserve">[58:00] </w:t>
      </w:r>
      <w:r>
        <w:t>This is standard for self, but some other person is writing a book, then the standard is different. Then I have to give him all his freedom. I should not expect from him</w:t>
      </w:r>
    </w:p>
    <w:p>
      <w:pPr>
        <w:jc w:val="right"/>
      </w:pPr>
      <w:r>
        <w:t>دس از اسٹینڈرڈ فار سیلف، بٹ سم ادر پرسن از رائٹنگ ا بک، دین دا اسٹینڈرڈ از ڈفرنٹ۔ دین ائی ہیو ٹو گیو ہم ال ہز فریڈم۔ ائی شوڈ ناٹ ایکسپیکٹ فرام ہم</w:t>
      </w:r>
    </w:p>
    <w:p>
      <w:r>
        <w:rPr>
          <w:b/>
        </w:rPr>
        <w:t xml:space="preserve">[58:10] </w:t>
      </w:r>
      <w:r>
        <w:t>. So if we don't draw a line, which side of the line we are, then it is very difficult to understand what he is telling. Very difficult because we are trying to apply for the other party.</w:t>
      </w:r>
    </w:p>
    <w:p>
      <w:pPr>
        <w:jc w:val="right"/>
      </w:pPr>
      <w:r>
        <w:t>۔ سو اف وی ڈونٹ ڈرا ا لائن، وچ سائیڈ اف دا لائن وی ار، دین اٹ از ویری ڈیفیکلٹ ٹو انڈرسٹینڈ واٹ ہی از ٹیلنگ۔ ویری ڈیفیکلٹ بیکاز وی آر ٹرائنگ ٹو اپلائی فار دا ادر پارٹی۔</w:t>
      </w:r>
    </w:p>
    <w:p>
      <w:r>
        <w:rPr>
          <w:b/>
        </w:rPr>
        <w:t xml:space="preserve">[58:23] </w:t>
      </w:r>
      <w:r>
        <w:t>You have to understand we are this side of the line, not that side of the line. So we cannot demand him to be thoughtful when he is writing.</w:t>
      </w:r>
    </w:p>
    <w:p>
      <w:pPr>
        <w:jc w:val="right"/>
      </w:pPr>
      <w:r>
        <w:t>یو ہیو ٹو انڈرسٹینڈ وی آر دس سائیڈ اف دا لائن، ناٹ دیٹ سائیڈ اف دا لائن۔ سو وی کین ناٹ ڈیمانڈ ہم ٹو بی تھاٹ فل وین ہی از رائٹنگ۔</w:t>
      </w:r>
    </w:p>
    <w:p>
      <w:r>
        <w:rPr>
          <w:b/>
        </w:rPr>
        <w:t xml:space="preserve">[58:31] </w:t>
      </w:r>
      <w:r>
        <w:t>he can use his freedom. But when we are writing, then we have to be thoughtful.</w:t>
      </w:r>
    </w:p>
    <w:p>
      <w:pPr>
        <w:jc w:val="right"/>
      </w:pPr>
      <w:r>
        <w:t>ہی کین یوز ہز فریڈم۔ بٹ وین وی آر رائٹنگ، دین وی ہیو ٹو بی تھاٹ فل۔</w:t>
      </w:r>
    </w:p>
    <w:p>
      <w:r>
        <w:rPr>
          <w:b/>
        </w:rPr>
        <w:t xml:space="preserve">[58:40] </w:t>
      </w:r>
      <w:r>
        <w:t>mama, i want to ask yu, wat ar yur viws on allama shibli numani? wat ar yur viws? wat ar yur viws on molana allama shibli?</w:t>
      </w:r>
    </w:p>
    <w:p>
      <w:pPr>
        <w:jc w:val="right"/>
      </w:pPr>
      <w:r>
        <w:t>ماما، ائی وانٹ ٹو اسک یو، واٹ ار یور ویوز ان علامہ شبلی نعمانی؟ واٹ ار یور ویوز؟ واٹ ار یور ویوز ان مولانا علامہ شبلی؟</w:t>
      </w:r>
    </w:p>
    <w:p>
      <w:r>
        <w:rPr>
          <w:b/>
        </w:rPr>
        <w:t xml:space="preserve">[58:53] </w:t>
      </w:r>
      <w:r>
        <w:t>allama shibli numani, wat ar yur viws az a prsn? az a ya abut hiz advais? abut az a thnkr?</w:t>
      </w:r>
    </w:p>
    <w:p>
      <w:pPr>
        <w:jc w:val="right"/>
      </w:pPr>
      <w:r>
        <w:t>علامہ شبلی نعمانی، واٹ ار یور ویوز ایز ا پرسن؟ ایز ا یا اباؤٹ ہز ایڈوائس؟ اباؤٹ ایز ا تھنکر؟</w:t>
      </w:r>
    </w:p>
    <w:p>
      <w:r>
        <w:rPr>
          <w:b/>
        </w:rPr>
        <w:t xml:space="preserve">[59:01] </w:t>
      </w:r>
      <w:r>
        <w:t>az a skalar? az a skalar? az a hmm,</w:t>
      </w:r>
    </w:p>
    <w:p>
      <w:pPr>
        <w:jc w:val="right"/>
      </w:pPr>
      <w:r>
        <w:t>ایز ا سکالر؟ ایز ا سکالر؟ ایز ا ہمم،</w:t>
      </w:r>
    </w:p>
    <w:p>
      <w:r>
        <w:rPr>
          <w:b/>
        </w:rPr>
        <w:t xml:space="preserve">[59:08] </w:t>
      </w:r>
      <w:r>
        <w:t>I think that Maulana Shibli Nomani was very very intelligent person and well read and complete command Arabic language and Persian language and both.</w:t>
      </w:r>
    </w:p>
    <w:p>
      <w:pPr>
        <w:jc w:val="right"/>
      </w:pPr>
      <w:r>
        <w:t>ائی تھنک دیٹ مولانا شبلی نعمانی واز ویری ویری انٹیلیجنٹ پرسن اینڈ ویل ریڈ اینڈ کمپلیٹ کمانڈ اربک لینگویج اینڈ پرشین لینگویج اینڈ بوتھ۔</w:t>
      </w:r>
    </w:p>
    <w:p>
      <w:r>
        <w:rPr>
          <w:b/>
        </w:rPr>
        <w:t xml:space="preserve">[59:24] </w:t>
      </w:r>
      <w:r>
        <w:t>and potentially he was a great mujaddid, potentially.</w:t>
      </w:r>
    </w:p>
    <w:p>
      <w:pPr>
        <w:jc w:val="right"/>
      </w:pPr>
      <w:r>
        <w:t>اینڈ پوٹینشلی ہی واز ا گریٹ مجدد، پوٹینشلی۔</w:t>
      </w:r>
    </w:p>
    <w:p>
      <w:r>
        <w:rPr>
          <w:b/>
        </w:rPr>
        <w:t xml:space="preserve">[59:31] </w:t>
      </w:r>
      <w:r>
        <w:t>But what happened? He failed to learn English language. Ab without knowing the modern language that is English, you cannot do anything.</w:t>
      </w:r>
    </w:p>
    <w:p>
      <w:pPr>
        <w:jc w:val="right"/>
      </w:pPr>
      <w:r>
        <w:t>بٹ واٹ ہیپن؟ ہی فیل ٹو لرن انگلش لینگویج۔ اب وداؤٹ نوئنگ دا ماڈرن لینگویج دیٹ از انگلش، یو کین ناٹ ڈو ایچ ڈی۔</w:t>
      </w:r>
    </w:p>
    <w:p>
      <w:r>
        <w:rPr>
          <w:b/>
        </w:rPr>
        <w:t xml:space="preserve">[59:50] </w:t>
      </w:r>
      <w:r>
        <w:t>You know, when Maulana Shibli Nomani was in an an an Aligarh for some years, he was in Aligarh University.</w:t>
      </w:r>
    </w:p>
    <w:p>
      <w:pPr>
        <w:jc w:val="right"/>
      </w:pPr>
      <w:r>
        <w:t>یو نو، وین مولانا شبلی نعمانی واز ان ان ان ان علی گڑھ فار سم ایئرز، ہی واز ان علی گڑھ یونیورسٹی۔</w:t>
      </w:r>
    </w:p>
    <w:p>
      <w:r>
        <w:rPr>
          <w:b/>
        </w:rPr>
        <w:t xml:space="preserve">[1:00:01] </w:t>
      </w:r>
      <w:r>
        <w:t>At that time, there was a British professor, Professor Indal. He was an orientalist, he was an Indologist, also a great writer.</w:t>
      </w:r>
    </w:p>
    <w:p>
      <w:pPr>
        <w:jc w:val="right"/>
      </w:pPr>
      <w:r>
        <w:t>ایٹ دیٹ ٹائم، دیر واز ا برٹش پروفیسر، پروفیسر انڈل۔ ہی واز ا اورینٹلسٹ، ہی واز اینڈس، اورسو ا گریٹ رائٹر۔</w:t>
      </w:r>
    </w:p>
    <w:p>
      <w:r>
        <w:rPr>
          <w:b/>
        </w:rPr>
        <w:t xml:space="preserve">[1:00:15] </w:t>
      </w:r>
      <w:r>
        <w:t>Professor Indal was a very great scholar and and he his command over different languages including French and English and Arabic Persian</w:t>
      </w:r>
    </w:p>
    <w:p>
      <w:pPr>
        <w:jc w:val="right"/>
      </w:pPr>
      <w:r>
        <w:t>پروفیسر انڈل واز اینی ویری گریٹ اسکالر اینڈ اینڈ ہی ہیز کمانڈ اوور ڈفرنٹ لینگویجز انکلوڈنگ فرینچ اینڈ انگلش اینڈ عربک پرسن</w:t>
      </w:r>
    </w:p>
    <w:p>
      <w:r>
        <w:rPr>
          <w:b/>
        </w:rPr>
        <w:t xml:space="preserve">[1:00:31] </w:t>
      </w:r>
      <w:r>
        <w:t>. So Shibli Nomani wanted to learn French from Indal, but he failed to, yani failed to learn French.</w:t>
      </w:r>
    </w:p>
    <w:p>
      <w:pPr>
        <w:jc w:val="right"/>
      </w:pPr>
      <w:r>
        <w:t>۔ سو شبلی نعمانی وانٹڈ ٹو لرن فرینچ فرام انڈل، بٹ ہی فیل ٹو یعنی فیل ٹو لرن فرینچ۔</w:t>
      </w:r>
    </w:p>
    <w:p>
      <w:r>
        <w:rPr>
          <w:b/>
        </w:rPr>
        <w:t xml:space="preserve">[1:00:49] </w:t>
      </w:r>
      <w:r>
        <w:t>He was a only learn some elementary elementary kind of fr</w:t>
      </w:r>
    </w:p>
    <w:p>
      <w:pPr>
        <w:jc w:val="right"/>
      </w:pPr>
      <w:r>
        <w:t>ہی واز اے اے اونلی لرن سم ایلیمنٹری ایلیمنٹری کائنڈ اف فر</w:t>
      </w:r>
    </w:p>
    <w:p>
      <w:r>
        <w:rPr>
          <w:b/>
        </w:rPr>
        <w:t xml:space="preserve">[1:00:59] </w:t>
      </w:r>
      <w:r>
        <w:t>nch. So he was not able to to know the modern thought because he he was scholar of Arabic and and Persian and Urdu.</w:t>
      </w:r>
    </w:p>
    <w:p>
      <w:pPr>
        <w:jc w:val="right"/>
      </w:pPr>
      <w:r>
        <w:t>ینچ۔ سو ہی واز ناٹ ایبل ٹو ٹو نو دا ماڈرن تھاٹ بیکاز ہی ہی واز اسکالر اف عربک اینڈ اینڈ پرشین اینڈ اردو۔</w:t>
      </w:r>
    </w:p>
    <w:p>
      <w:r>
        <w:rPr>
          <w:b/>
        </w:rPr>
        <w:t xml:space="preserve">[1:01:14] </w:t>
      </w:r>
      <w:r>
        <w:t>English or French, you are learning French or English. Us waqt French ka bahut dhoom thi. Us zamane mein, First World War ke zamane mein, French number one par thi, ab English number one par hai.</w:t>
      </w:r>
    </w:p>
    <w:p>
      <w:pPr>
        <w:jc w:val="right"/>
      </w:pPr>
      <w:r>
        <w:t>انگلش اور فرینچ، یو آر لرننگ فرینچ اور انگلش۔ اس وقت فرینچ کا بہت دھوم تھی۔ اس زمانے میں، فرسٹ ورلڈ وار کے زمانے میں، فرینچ نمبر ون پر تھی، اب انگلش نمبر ون پر ہے۔</w:t>
      </w:r>
    </w:p>
    <w:p>
      <w:r>
        <w:rPr>
          <w:b/>
        </w:rPr>
        <w:t xml:space="preserve">[1:01:29] </w:t>
      </w:r>
      <w:r>
        <w:t>han, to potential he was he was mujaddid, but he failed to turn this potential to actual because he was in awe of modern language.</w:t>
      </w:r>
    </w:p>
    <w:p>
      <w:pPr>
        <w:jc w:val="right"/>
      </w:pPr>
      <w:r>
        <w:t>ہاں، تو پوٹینشلی ہی واز ہی واز مجدد، بٹ ہی فیل ٹو ٹرن دس پوٹینشل ٹو ایکچول بیکاز ہی واز ان ایور اف ماڈرن لینگویج۔</w:t>
      </w:r>
    </w:p>
    <w:p>
      <w:r>
        <w:rPr>
          <w:b/>
        </w:rPr>
        <w:t xml:space="preserve">[1:01:46] </w:t>
      </w:r>
      <w:r>
        <w:t>This is my opinion. Maulana, mujhe give any other example in which which tells that prophet never took the path of protest.</w:t>
      </w:r>
    </w:p>
    <w:p>
      <w:pPr>
        <w:jc w:val="right"/>
      </w:pPr>
      <w:r>
        <w:t>دس از مائی اوپینین۔ مولانا، مجھے گیو اینی ادر ایگزامپل ان وچ وچ ٹیلز دیٹ پرافٹ نیور ٹک دا پاتھ اف پروٹیسٹ</w:t>
      </w:r>
    </w:p>
    <w:p>
      <w:r>
        <w:rPr>
          <w:b/>
        </w:rPr>
        <w:t xml:space="preserve">[1:01:58] </w:t>
      </w:r>
      <w:r>
        <w:t>. For example, Maulana, once you had told a hadith that a man came and urinated in the mosque and Sahaba wanted to beat him up, but Prophet stopped them and said, "What has he done?"</w:t>
      </w:r>
    </w:p>
    <w:p>
      <w:pPr>
        <w:jc w:val="right"/>
      </w:pPr>
      <w:r>
        <w:t>۔ فار ایگزامپل، مولانا، ونس یو ہیڈ ٹولڈ ا حدیث دیٹ ا مین کیم اینڈ یوریٹڈ ان دا مسک اینڈ صحابہ وانٹڈ ٹو بیٹ ہم اپ، بٹ پرافٹ سٹاپ دیم اینڈ سیڈ کہ اہ واٹ ہیز ہی ڈن؟</w:t>
      </w:r>
    </w:p>
    <w:p>
      <w:r>
        <w:rPr>
          <w:b/>
        </w:rPr>
        <w:t xml:space="preserve">[1:02:11] </w:t>
      </w:r>
      <w:r>
        <w:t>so the answer that uh they made the mosque dirty. So he said, if they if he has made it dirty, they just clean it. There is no need to beat him up or protest.</w:t>
      </w:r>
    </w:p>
    <w:p>
      <w:pPr>
        <w:jc w:val="right"/>
      </w:pPr>
      <w:r>
        <w:t>سو دے انسرڈ دیٹ اہ دے میڈ دا مسک ڈرٹی۔ سو ہی سیڈ، اف دے اف ہی ہیز میڈ اٹ ڈرٹی، دے جسٹ کلین اٹ۔ دیر از نو نیڈ ٹو بیٹ ہم اپ اور پروٹیسٹ۔</w:t>
      </w:r>
    </w:p>
    <w:p>
      <w:r>
        <w:rPr>
          <w:b/>
        </w:rPr>
        <w:t xml:space="preserve">[1:02:19] </w:t>
      </w:r>
      <w:r>
        <w:t>So, Maulana, are there any more such examples? One such example, in fact,</w:t>
      </w:r>
    </w:p>
    <w:p>
      <w:pPr>
        <w:jc w:val="right"/>
      </w:pPr>
      <w:r>
        <w:t>سو مولانا، ار دیر اینی مور سچ ایگزامپلز؟ ون سچ ایگزامپل انف،</w:t>
      </w:r>
    </w:p>
    <w:p>
      <w:r>
        <w:rPr>
          <w:b/>
        </w:rPr>
        <w:t xml:space="preserve">[1:02:27] </w:t>
      </w:r>
      <w:r>
        <w:t>it is this God of practice was worse than they</w:t>
      </w:r>
    </w:p>
    <w:p>
      <w:pPr>
        <w:jc w:val="right"/>
      </w:pPr>
      <w:r>
        <w:t>اٹ از دس گاڈ اف پریکٹس واز ورس دین دے</w:t>
      </w:r>
    </w:p>
    <w:p>
      <w:r>
        <w:rPr>
          <w:b/>
        </w:rPr>
        <w:t xml:space="preserve">[1:02:34] </w:t>
      </w:r>
      <w:r>
        <w:t>sir siratic versal. yani this person urinated in an nabi sallallahu alaihi wasallam. this was yani worse than they publishing a book like siratic versal, but prophet never yani prophet never said anything.</w:t>
      </w:r>
    </w:p>
    <w:p>
      <w:pPr>
        <w:jc w:val="right"/>
      </w:pPr>
      <w:r>
        <w:t>سر سرٹک ورسل۔ یعنی دس پرسن یوریٹڈ ان ان نبی صلی اللہ علیہ وسلم۔ دس واز یعنی ورس دین دے پبلشنگ ا بک لائک سرٹک ورسل، بٹ پرافٹ نیور یعنی پرافٹ نیور سیڈ اینی تھنگ۔</w:t>
      </w:r>
    </w:p>
    <w:p>
      <w:r>
        <w:rPr>
          <w:b/>
        </w:rPr>
        <w:t xml:space="preserve">[1:02:55] </w:t>
      </w:r>
      <w:r>
        <w:t>he simply he forgave. Maulana, he said that how would you view the battle of Badr? how would you view the battle of Badr when Muslims march out of Medina?</w:t>
      </w:r>
    </w:p>
    <w:p>
      <w:pPr>
        <w:jc w:val="right"/>
      </w:pPr>
      <w:r>
        <w:t>ہی سمپلی ہی فارگیو۔ مولانا، ہی سیڈ دیٹ ہاؤ وڈ یو ویو دا بیٹل اف بدر؟ ہاؤ وڈ یو ویو دا بیٹل اف بدر وین مسلمز مارچ اؤٹ اف مدینہ؟</w:t>
      </w:r>
    </w:p>
    <w:p>
      <w:r>
        <w:rPr>
          <w:b/>
        </w:rPr>
        <w:t xml:space="preserve">[1:03:06] </w:t>
      </w:r>
      <w:r>
        <w:t>march out of Medina to write? that was defensive war. that was defensive war.</w:t>
      </w:r>
    </w:p>
    <w:p>
      <w:pPr>
        <w:jc w:val="right"/>
      </w:pPr>
      <w:r>
        <w:t>مارچ اؤٹ اف مدینہ ٹو رائٹ؟ دیٹ واز ڈیفنسو وار۔ دیٹ واز ڈیفنسو وار۔</w:t>
      </w:r>
    </w:p>
    <w:p>
      <w:r>
        <w:rPr>
          <w:b/>
        </w:rPr>
        <w:t xml:space="preserve">[1:03:16] </w:t>
      </w:r>
      <w:r>
        <w:t>you know,</w:t>
      </w:r>
    </w:p>
    <w:p>
      <w:pPr>
        <w:jc w:val="right"/>
      </w:pPr>
      <w:r>
        <w:t>یو نو،</w:t>
      </w:r>
    </w:p>
    <w:p>
      <w:r>
        <w:rPr>
          <w:b/>
        </w:rPr>
        <w:t xml:space="preserve">[1:03:20] </w:t>
      </w:r>
      <w:r>
        <w:t>Quraish attempted to wage war 85 times, 85 times, but prophet always avoided it</w:t>
      </w:r>
    </w:p>
    <w:p>
      <w:pPr>
        <w:jc w:val="right"/>
      </w:pPr>
      <w:r>
        <w:t>قریش اٹیمپٹڈ ٹو ویج وار 85 ٹائمز، 85 ٹائمز، بٹ پرافٹ الویز اوائیڈڈ تھ</w:t>
      </w:r>
    </w:p>
    <w:p>
      <w:r>
        <w:rPr>
          <w:b/>
        </w:rPr>
        <w:t xml:space="preserve">[1:03:34] </w:t>
      </w:r>
      <w:r>
        <w:t>through avoidance. He saved himself from war, but in four time or three time, there was only three full-fledged wars,</w:t>
      </w:r>
    </w:p>
    <w:p>
      <w:pPr>
        <w:jc w:val="right"/>
      </w:pPr>
      <w:r>
        <w:t>رو دا تھرو اوائیڈنس۔ ہی سیو ہم سیلف فرام وار، بٹ ان فور ٹائم اور تھری ٹائم، دیر واز اونلی تھری فل فریج وارز،</w:t>
      </w:r>
    </w:p>
    <w:p>
      <w:r>
        <w:rPr>
          <w:b/>
        </w:rPr>
        <w:t xml:space="preserve">[1:03:49] </w:t>
      </w:r>
      <w:r>
        <w:t>not four. Badr, Uhud and Hunayn, only three wars were full-fledged war, but it it lasted only half a day.</w:t>
      </w:r>
    </w:p>
    <w:p>
      <w:pPr>
        <w:jc w:val="right"/>
      </w:pPr>
      <w:r>
        <w:t>ناٹ فور۔ بدر، احد اور حنین، اونلی تھری وارز ویر فل فریج وار، بٹ اٹ اٹ لاسٹڈ اونلی ہاف ا ڈے۔</w:t>
      </w:r>
    </w:p>
    <w:p>
      <w:r>
        <w:rPr>
          <w:b/>
        </w:rPr>
        <w:t xml:space="preserve">[1:04:01] </w:t>
      </w:r>
      <w:r>
        <w:t>it started at noon, at noon, and and ended at at at evening.</w:t>
      </w:r>
    </w:p>
    <w:p>
      <w:pPr>
        <w:jc w:val="right"/>
      </w:pPr>
      <w:r>
        <w:t>اٹ سٹارٹڈ ایٹ نون، ایٹ نون، اینڈ اینڈڈ ایٹ ایٹ ایٹ ایوننگ۔</w:t>
      </w:r>
    </w:p>
    <w:p>
      <w:r>
        <w:rPr>
          <w:b/>
        </w:rPr>
        <w:t xml:space="preserve">[1:04:11] </w:t>
      </w:r>
      <w:r>
        <w:t>so it means that prophet of Islam thought only one and half day, and all these three wars were defensive wars.</w:t>
      </w:r>
    </w:p>
    <w:p>
      <w:pPr>
        <w:jc w:val="right"/>
      </w:pPr>
      <w:r>
        <w:t>سو اٹ مینز دیٹ پرافٹ اف اسلام تھاٹ اونلی ون اینڈ ہاف ڈے، اینڈ ال دیز تھری وارز ویر ڈیفنسو وارز۔</w:t>
      </w:r>
    </w:p>
    <w:p>
      <w:r>
        <w:rPr>
          <w:b/>
        </w:rPr>
        <w:t xml:space="preserve">[1:04:23] </w:t>
      </w:r>
      <w:r>
        <w:t>in Islam peace is the rule, and what is the reception? usool khair</w:t>
      </w:r>
    </w:p>
    <w:p>
      <w:pPr>
        <w:jc w:val="right"/>
      </w:pPr>
      <w:r>
        <w:t>ان اسلام پیس از دا رول، اینڈ واٹ از دا ریسیپشن؟ اصول خیر</w:t>
      </w:r>
    </w:p>
    <w:p>
      <w:r>
        <w:rPr>
          <w:b/>
        </w:rPr>
        <w:t xml:space="preserve">[1:04:29] </w:t>
      </w:r>
      <w:r>
        <w:t>. usool khair means peace is the best. you have to try to keep peace. usool khair, this formula was adopted by Sufi people.</w:t>
      </w:r>
    </w:p>
    <w:p>
      <w:pPr>
        <w:jc w:val="right"/>
      </w:pPr>
      <w:r>
        <w:t>۔ اصول خیر مینز پیس از دا بیسٹ۔ یو ہیو ٹو ٹرائی ٹو کیپ پیس۔ اصول خیر، دس فارمولا واز اڈاپٹڈ بائی صوفی پیپل۔</w:t>
      </w:r>
    </w:p>
    <w:p>
      <w:r>
        <w:rPr>
          <w:b/>
        </w:rPr>
        <w:t xml:space="preserve">[1:04:42] </w:t>
      </w:r>
      <w:r>
        <w:t>their formula is sulah kul. sulah kul in Persian, that is peace with all.</w:t>
      </w:r>
    </w:p>
    <w:p>
      <w:pPr>
        <w:jc w:val="right"/>
      </w:pPr>
      <w:r>
        <w:t>دیر فارمولا از صلح کل۔ صلح کل ان پرشین، دیٹ از پیس ود ال۔</w:t>
      </w:r>
    </w:p>
    <w:p>
      <w:r>
        <w:rPr>
          <w:b/>
        </w:rPr>
        <w:t xml:space="preserve">[1:04:50] </w:t>
      </w:r>
      <w:r>
        <w:t>so in Islam, I can say that peace is sumbuna greatest good, and in Islam peace is the rule, and war is the exception.</w:t>
      </w:r>
    </w:p>
    <w:p>
      <w:pPr>
        <w:jc w:val="right"/>
      </w:pPr>
      <w:r>
        <w:t>سو ان اسلام، ائی کین سی دیٹ پیس از سممبونا گریٹسٹ گڈ، اینڈ ان اسلام پیس از دا رول، اینڈ وار از دا ایکسیپشن۔</w:t>
      </w:r>
    </w:p>
    <w:p>
      <w:r>
        <w:rPr>
          <w:b/>
        </w:rPr>
        <w:t xml:space="preserve">[1:05:04] </w:t>
      </w:r>
      <w:r>
        <w:t>only in in in in in defensive situation.</w:t>
      </w:r>
    </w:p>
    <w:p>
      <w:pPr>
        <w:jc w:val="right"/>
      </w:pPr>
      <w:r>
        <w:t>اونلی ان ان ان ان ان ڈیفنسو سچویشن۔</w:t>
      </w:r>
    </w:p>
    <w:p>
      <w:r>
        <w:rPr>
          <w:b/>
        </w:rPr>
        <w:t xml:space="preserve">[1:05:14] </w:t>
      </w:r>
      <w:r>
        <w:t>this is the seerah of the prophet of Islam.</w:t>
      </w:r>
    </w:p>
    <w:p>
      <w:pPr>
        <w:jc w:val="right"/>
      </w:pPr>
      <w:r>
        <w:t>دس از دا سیرہ اف دا پرافٹ اف اسلام۔</w:t>
      </w:r>
    </w:p>
    <w:p>
      <w:r>
        <w:rPr>
          <w:b/>
        </w:rPr>
        <w:t xml:space="preserve">[1:05:17] </w:t>
      </w:r>
      <w:r>
        <w:t>Mama, why are Muslims always reacting? we are studying movements, and we are seeing that each movement, you always see that movements are all in reaction, and I am actually seeing each and every movement is a reaction to something.</w:t>
      </w:r>
    </w:p>
    <w:p>
      <w:pPr>
        <w:jc w:val="right"/>
      </w:pPr>
      <w:r>
        <w:t>ماما، وائی ار مسلمز الویز ری ایکٹنگ؟ وی ار سٹڈنگ موومنٹس، اینڈ وی ار سینگ دیٹ ایچ موومنٹ، یو الویز سی دیٹ موومنٹس ار ال ان ری ایکشن، اینڈ ائی ایم ایکچولی سینگ ایچ اینڈ ایوری موومنٹ از ا ری ایکشن ٹو سمتھنگ۔</w:t>
      </w:r>
    </w:p>
    <w:p>
      <w:r>
        <w:rPr>
          <w:b/>
        </w:rPr>
        <w:t xml:space="preserve">[1:05:34] </w:t>
      </w:r>
      <w:r>
        <w:t>so why do Muslims react, and what is the actual way of going about? the reason is very deep.</w:t>
      </w:r>
    </w:p>
    <w:p>
      <w:pPr>
        <w:jc w:val="right"/>
      </w:pPr>
      <w:r>
        <w:t>سو وائی ڈو مسلمز ری ایکٹ، اینڈ واٹ از دا ایکچول وے اف گوئنگ اباؤٹ؟ دا ریزن از ویری ڈیپ۔</w:t>
      </w:r>
    </w:p>
    <w:p>
      <w:r>
        <w:rPr>
          <w:b/>
        </w:rPr>
        <w:t xml:space="preserve">[1:05:49] </w:t>
      </w:r>
      <w:r>
        <w:t>only yani the reason is that in the in this modern age, Muslims fail to prepare themselves in terms of modern thought, modern practices, modern nar.</w:t>
      </w:r>
    </w:p>
    <w:p>
      <w:pPr>
        <w:jc w:val="right"/>
      </w:pPr>
      <w:r>
        <w:t>اونلی یعنی دا ریزن از دیٹ ان دی ان دس ماڈرن ایج، مسلم فیل ٹو پریپیئر دیم سیلف ان ٹرم اف ماڈرن تھاٹ، ماڈرن پریکٹسز، مادر نار۔</w:t>
      </w:r>
    </w:p>
    <w:p>
      <w:r>
        <w:rPr>
          <w:b/>
        </w:rPr>
        <w:t xml:space="preserve">[1:06:07] </w:t>
      </w:r>
      <w:r>
        <w:t>It is a fact that yani Muslims fail to prepare themselves with modern nar, so they become weak.</w:t>
      </w:r>
    </w:p>
    <w:p>
      <w:pPr>
        <w:jc w:val="right"/>
      </w:pPr>
      <w:r>
        <w:t>اٹ از ا فیکٹ دیٹ یعنی مسلمز فیل ٹو پریپیئر دیم سیلف ود ماڈرن نار، سو دے بیکم ویک۔</w:t>
      </w:r>
    </w:p>
    <w:p>
      <w:r>
        <w:rPr>
          <w:b/>
        </w:rPr>
        <w:t xml:space="preserve">[1:06:19] </w:t>
      </w:r>
      <w:r>
        <w:t>Muslims are not in position to write a book,</w:t>
      </w:r>
    </w:p>
    <w:p>
      <w:pPr>
        <w:jc w:val="right"/>
      </w:pPr>
      <w:r>
        <w:t>مسلمز ار ناٹ ان پوزیشن ٹو رائٹ ا بک،</w:t>
      </w:r>
    </w:p>
    <w:p>
      <w:r>
        <w:rPr>
          <w:b/>
        </w:rPr>
        <w:t xml:space="preserve">[1:06:26] </w:t>
      </w:r>
      <w:r>
        <w:t>and that is up to the standard. No Muslim, I don't know any Muslim writer. All the Muslim's books are rubbish.</w:t>
      </w:r>
    </w:p>
    <w:p>
      <w:pPr>
        <w:jc w:val="right"/>
      </w:pPr>
      <w:r>
        <w:t>اینڈ دیٹ از اپ ٹو دا اسٹینڈرڈ۔ نو مسلم، ائی ڈونٹ نو اینی مسلم رائٹر۔ ال دا مسلمز بکس ار ریپش۔</w:t>
      </w:r>
    </w:p>
    <w:p>
      <w:r>
        <w:rPr>
          <w:b/>
        </w:rPr>
        <w:t xml:space="preserve">[1:06:36] </w:t>
      </w:r>
      <w:r>
        <w:t>all the books written by Muslim are rubbish, because they they they are not up to the standard. so those people who are who feel themselves weak, they react.</w:t>
      </w:r>
    </w:p>
    <w:p>
      <w:pPr>
        <w:jc w:val="right"/>
      </w:pPr>
      <w:r>
        <w:t>ال دا بکس رٹن بائی مسلم ار ریپش، بیکاز دے دے دے ار ناٹ اپ ٹو دا اسٹینڈرڈ۔ سو دوز پیپل ہو ار ہو فیل دیم سیلف ویک، دے ری ایکٹ۔</w:t>
      </w:r>
    </w:p>
    <w:p>
      <w:r>
        <w:rPr>
          <w:b/>
        </w:rPr>
        <w:t xml:space="preserve">[1:06:50] </w:t>
      </w:r>
      <w:r>
        <w:t>no strong person will react. if you have yani strong argument, you will go argument.</w:t>
      </w:r>
    </w:p>
    <w:p>
      <w:pPr>
        <w:jc w:val="right"/>
      </w:pPr>
      <w:r>
        <w:t>نو اسٹرانگ پرسن ویل ری ایکٹ۔ اف یو ہیو یعنی سٹرونگ ارگیومنٹ، یو ویل گو ارگیومنٹ۔</w:t>
      </w:r>
    </w:p>
    <w:p>
      <w:r>
        <w:rPr>
          <w:b/>
        </w:rPr>
        <w:t xml:space="preserve">[1:07:02] </w:t>
      </w:r>
      <w:r>
        <w:t>abusive language is is yani when you feel yourself weak, then you will use abusive language, and if you if you feel that I have strong argument, then you will produce argument</w:t>
      </w:r>
    </w:p>
    <w:p>
      <w:pPr>
        <w:jc w:val="right"/>
      </w:pPr>
      <w:r>
        <w:t>ابیوسی لینگویج از از یعنی وین یو فیل یور سیلف ویک، دین یو ویل یوز ابوسی لینگویج، اینڈ اف یو اف یو فیل دیٹ ائی ہیو سٹرونگ ارگیومنٹ، دین یو ویل پروڈیوس ارگیوم</w:t>
      </w:r>
    </w:p>
    <w:p>
      <w:r>
        <w:rPr>
          <w:b/>
        </w:rPr>
        <w:t xml:space="preserve">[1:07:17] </w:t>
      </w:r>
      <w:r>
        <w:t>to Muslim backward in modern in modern age, this is phenomenon of this backwardness.</w:t>
      </w:r>
    </w:p>
    <w:p>
      <w:pPr>
        <w:jc w:val="right"/>
      </w:pPr>
      <w:r>
        <w:t>نٹ۔ تو مسلم بیکورڈ ان ماڈرن ان ماڈرن ایج، دس از فیناومینا اف دس بیکورڈنس۔</w:t>
      </w:r>
    </w:p>
    <w:p>
      <w:r>
        <w:rPr>
          <w:b/>
        </w:rPr>
        <w:t xml:space="preserve">[1:07:29] </w:t>
      </w:r>
      <w:r>
        <w:t>they have they have they have lost confidence. i attended so many conference in the every where in the world.</w:t>
      </w:r>
    </w:p>
    <w:p>
      <w:pPr>
        <w:jc w:val="right"/>
      </w:pPr>
      <w:r>
        <w:t>دے ہیو دے ہیو دے ہیو لاسٹ کانفیڈنس۔ ائی اٹینڈڈ سو مینی کانفرنس ان دا ایوری ویر ان دا ورلڈ۔</w:t>
      </w:r>
    </w:p>
    <w:p>
      <w:r>
        <w:rPr>
          <w:b/>
        </w:rPr>
        <w:t xml:space="preserve">[1:07:39] </w:t>
      </w:r>
      <w:r>
        <w:t>muslim most poor performance was given by muslim speakers.</w:t>
      </w:r>
    </w:p>
    <w:p>
      <w:pPr>
        <w:jc w:val="right"/>
      </w:pPr>
      <w:r>
        <w:t>مسلم موسٹ پور پرفارمنس واز گیون بائی مسلم سپیکرز۔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